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84B" w:rsidRPr="005A424D" w:rsidRDefault="00703B89" w:rsidP="00DD284B">
      <w:pPr>
        <w:shd w:val="clear" w:color="auto" w:fill="FFFFFF"/>
        <w:spacing w:before="100" w:beforeAutospacing="1" w:after="100" w:afterAutospacing="1" w:line="600" w:lineRule="atLeast"/>
        <w:outlineLvl w:val="0"/>
        <w:rPr>
          <w:rFonts w:ascii="Montserrat" w:eastAsia="Times New Roman" w:hAnsi="Montserrat" w:cs="Times New Roman"/>
          <w:b/>
          <w:bCs/>
          <w:color w:val="0070C0"/>
          <w:kern w:val="36"/>
          <w:sz w:val="40"/>
          <w:szCs w:val="40"/>
        </w:rPr>
      </w:pPr>
      <w:r w:rsidRPr="005A424D">
        <w:rPr>
          <w:rFonts w:ascii="Montserrat" w:hAnsi="Montserrat"/>
          <w:color w:val="0070C0"/>
          <w:sz w:val="40"/>
          <w:szCs w:val="40"/>
          <w:lang w:val="ru-RU"/>
        </w:rPr>
        <w:t xml:space="preserve">              </w:t>
      </w:r>
      <w:r w:rsidR="00DD284B" w:rsidRPr="00E9456C">
        <w:rPr>
          <w:rFonts w:ascii="Montserrat" w:eastAsia="Times New Roman" w:hAnsi="Montserrat" w:cs="Times New Roman"/>
          <w:b/>
          <w:bCs/>
          <w:color w:val="0070C0"/>
          <w:kern w:val="36"/>
          <w:sz w:val="40"/>
          <w:szCs w:val="40"/>
        </w:rPr>
        <w:t>Федеральный список экстремистских материалов</w:t>
      </w:r>
      <w:r w:rsidR="00DD284B" w:rsidRPr="005A424D">
        <w:rPr>
          <w:rFonts w:ascii="Montserrat" w:eastAsia="Times New Roman" w:hAnsi="Montserrat" w:cs="Times New Roman"/>
          <w:b/>
          <w:bCs/>
          <w:color w:val="0070C0"/>
          <w:kern w:val="36"/>
          <w:sz w:val="40"/>
          <w:szCs w:val="40"/>
        </w:rPr>
        <w:t>.</w:t>
      </w:r>
    </w:p>
    <w:p w:rsidR="00DD284B" w:rsidRPr="00E9456C" w:rsidRDefault="00DD284B" w:rsidP="00DD284B">
      <w:pPr>
        <w:pStyle w:val="21"/>
        <w:shd w:val="clear" w:color="auto" w:fill="FFFFFF"/>
        <w:spacing w:before="300" w:after="210" w:line="479" w:lineRule="atLeast"/>
        <w:rPr>
          <w:rFonts w:ascii="Montserrat" w:hAnsi="Montserrat"/>
          <w:color w:val="000000"/>
          <w:lang w:val="ru-RU"/>
        </w:rPr>
      </w:pPr>
      <w:r w:rsidRPr="005A424D">
        <w:rPr>
          <w:rFonts w:ascii="Montserrat" w:hAnsi="Montserrat"/>
          <w:color w:val="000000"/>
          <w:lang w:val="ru-RU"/>
        </w:rPr>
        <w:t>Обновления Федерального списка экстремистских материалов 2024 г</w:t>
      </w:r>
    </w:p>
    <w:p w:rsidR="00DD284B" w:rsidRPr="00E9456C" w:rsidRDefault="00DD284B" w:rsidP="005A424D">
      <w:pPr>
        <w:pStyle w:val="a9"/>
        <w:rPr>
          <w:rFonts w:eastAsia="Times New Roman"/>
          <w:lang w:val="ru-RU"/>
        </w:rPr>
      </w:pPr>
      <w:hyperlink r:id="rId6" w:history="1">
        <w:r w:rsidRPr="005A424D">
          <w:rPr>
            <w:rFonts w:eastAsia="Times New Roman"/>
            <w:u w:val="single"/>
            <w:lang w:val="ru-RU"/>
          </w:rPr>
          <w:t>15 января 2024</w:t>
        </w:r>
      </w:hyperlink>
      <w:r w:rsidRPr="00E9456C">
        <w:rPr>
          <w:rFonts w:eastAsia="Times New Roman"/>
        </w:rPr>
        <w:t> </w:t>
      </w:r>
      <w:r w:rsidRPr="00E9456C">
        <w:rPr>
          <w:rFonts w:eastAsia="Times New Roman"/>
          <w:lang w:val="ru-RU"/>
        </w:rPr>
        <w:t>года список был обновлён, был включён пункт №5417</w:t>
      </w:r>
    </w:p>
    <w:p w:rsidR="00DD284B" w:rsidRPr="00E9456C" w:rsidRDefault="00DD284B" w:rsidP="005A424D">
      <w:pPr>
        <w:pStyle w:val="a9"/>
        <w:rPr>
          <w:rFonts w:eastAsia="Times New Roman"/>
          <w:lang w:val="ru-RU"/>
        </w:rPr>
      </w:pPr>
    </w:p>
    <w:p w:rsidR="00DD284B" w:rsidRPr="00E9456C" w:rsidRDefault="00DD284B" w:rsidP="005A424D">
      <w:pPr>
        <w:pStyle w:val="a9"/>
        <w:rPr>
          <w:rFonts w:eastAsia="Times New Roman"/>
          <w:lang w:val="ru-RU"/>
        </w:rPr>
      </w:pPr>
      <w:hyperlink r:id="rId7" w:history="1">
        <w:r w:rsidRPr="005A424D">
          <w:rPr>
            <w:rFonts w:eastAsia="Times New Roman"/>
            <w:u w:val="single"/>
            <w:lang w:val="ru-RU"/>
          </w:rPr>
          <w:t>11 марта 2024</w:t>
        </w:r>
      </w:hyperlink>
      <w:r w:rsidRPr="00E9456C">
        <w:rPr>
          <w:rFonts w:eastAsia="Times New Roman"/>
        </w:rPr>
        <w:t> </w:t>
      </w:r>
      <w:r w:rsidRPr="00E9456C">
        <w:rPr>
          <w:rFonts w:eastAsia="Times New Roman"/>
          <w:lang w:val="ru-RU"/>
        </w:rPr>
        <w:t>года список был обновлён, были включены пункты №5418-5419</w:t>
      </w:r>
    </w:p>
    <w:p w:rsidR="00DD284B" w:rsidRPr="00E9456C" w:rsidRDefault="00DD284B" w:rsidP="005A424D">
      <w:pPr>
        <w:pStyle w:val="a9"/>
        <w:rPr>
          <w:rFonts w:eastAsia="Times New Roman"/>
          <w:lang w:val="ru-RU"/>
        </w:rPr>
      </w:pPr>
    </w:p>
    <w:p w:rsidR="00DD284B" w:rsidRPr="00E9456C" w:rsidRDefault="00DD284B" w:rsidP="005A424D">
      <w:pPr>
        <w:pStyle w:val="a9"/>
        <w:rPr>
          <w:rFonts w:eastAsia="Times New Roman"/>
          <w:lang w:val="ru-RU"/>
        </w:rPr>
      </w:pPr>
      <w:hyperlink r:id="rId8" w:history="1">
        <w:r w:rsidRPr="005A424D">
          <w:rPr>
            <w:rFonts w:eastAsia="Times New Roman"/>
            <w:u w:val="single"/>
            <w:lang w:val="ru-RU"/>
          </w:rPr>
          <w:t>16 апреля 2024 года</w:t>
        </w:r>
      </w:hyperlink>
      <w:r w:rsidRPr="00E9456C">
        <w:rPr>
          <w:rFonts w:eastAsia="Times New Roman"/>
        </w:rPr>
        <w:t> </w:t>
      </w:r>
      <w:r w:rsidRPr="00E9456C">
        <w:rPr>
          <w:rFonts w:eastAsia="Times New Roman"/>
          <w:lang w:val="ru-RU"/>
        </w:rPr>
        <w:t>список был обновлён, был включён пункт №5420</w:t>
      </w:r>
    </w:p>
    <w:p w:rsidR="00DD284B" w:rsidRPr="00E9456C" w:rsidRDefault="00DD284B" w:rsidP="005A424D">
      <w:pPr>
        <w:pStyle w:val="a9"/>
        <w:rPr>
          <w:rFonts w:eastAsia="Times New Roman"/>
          <w:lang w:val="ru-RU"/>
        </w:rPr>
      </w:pPr>
    </w:p>
    <w:p w:rsidR="00DD284B" w:rsidRPr="00E9456C" w:rsidRDefault="00DD284B" w:rsidP="005A424D">
      <w:pPr>
        <w:pStyle w:val="a9"/>
        <w:rPr>
          <w:rFonts w:eastAsia="Times New Roman"/>
          <w:lang w:val="ru-RU"/>
        </w:rPr>
      </w:pPr>
      <w:hyperlink r:id="rId9" w:history="1">
        <w:r w:rsidRPr="005A424D">
          <w:rPr>
            <w:rFonts w:eastAsia="Times New Roman"/>
            <w:u w:val="single"/>
            <w:lang w:val="ru-RU"/>
          </w:rPr>
          <w:t>24 апреля 2024 года</w:t>
        </w:r>
      </w:hyperlink>
      <w:r w:rsidRPr="00E9456C">
        <w:rPr>
          <w:rFonts w:eastAsia="Times New Roman"/>
        </w:rPr>
        <w:t> </w:t>
      </w:r>
      <w:r w:rsidRPr="00E9456C">
        <w:rPr>
          <w:rFonts w:eastAsia="Times New Roman"/>
          <w:lang w:val="ru-RU"/>
        </w:rPr>
        <w:t>список был обновлён, были включены пункты №5421-5422</w:t>
      </w:r>
    </w:p>
    <w:p w:rsidR="00DD284B" w:rsidRPr="00E9456C" w:rsidRDefault="00DD284B" w:rsidP="005A424D">
      <w:pPr>
        <w:pStyle w:val="a9"/>
        <w:rPr>
          <w:rFonts w:eastAsia="Times New Roman"/>
          <w:lang w:val="ru-RU"/>
        </w:rPr>
      </w:pPr>
    </w:p>
    <w:p w:rsidR="00DD284B" w:rsidRPr="00E9456C" w:rsidRDefault="00DD284B" w:rsidP="005A424D">
      <w:pPr>
        <w:pStyle w:val="a9"/>
        <w:rPr>
          <w:rFonts w:eastAsia="Times New Roman"/>
          <w:lang w:val="ru-RU"/>
        </w:rPr>
      </w:pPr>
      <w:hyperlink r:id="rId10" w:history="1">
        <w:r w:rsidRPr="005A424D">
          <w:rPr>
            <w:rFonts w:eastAsia="Times New Roman"/>
            <w:u w:val="single"/>
            <w:lang w:val="ru-RU"/>
          </w:rPr>
          <w:t>27 апреля 2024 года</w:t>
        </w:r>
      </w:hyperlink>
      <w:r w:rsidRPr="00E9456C">
        <w:rPr>
          <w:rFonts w:eastAsia="Times New Roman"/>
        </w:rPr>
        <w:t> </w:t>
      </w:r>
      <w:r w:rsidRPr="00E9456C">
        <w:rPr>
          <w:rFonts w:eastAsia="Times New Roman"/>
          <w:lang w:val="ru-RU"/>
        </w:rPr>
        <w:t>список был обновлён, были включены пункты №5423-5424</w:t>
      </w:r>
    </w:p>
    <w:p w:rsidR="00DD284B" w:rsidRPr="00E9456C" w:rsidRDefault="00DD284B" w:rsidP="005A424D">
      <w:pPr>
        <w:pStyle w:val="a9"/>
        <w:rPr>
          <w:rFonts w:eastAsia="Times New Roman"/>
          <w:lang w:val="ru-RU"/>
        </w:rPr>
      </w:pPr>
    </w:p>
    <w:p w:rsidR="00DD284B" w:rsidRPr="00E9456C" w:rsidRDefault="00DD284B" w:rsidP="005A424D">
      <w:pPr>
        <w:pStyle w:val="a9"/>
        <w:rPr>
          <w:rFonts w:eastAsia="Times New Roman"/>
          <w:lang w:val="ru-RU"/>
        </w:rPr>
      </w:pPr>
      <w:hyperlink r:id="rId11" w:history="1">
        <w:r w:rsidRPr="005A424D">
          <w:rPr>
            <w:rFonts w:eastAsia="Times New Roman"/>
            <w:u w:val="single"/>
            <w:lang w:val="ru-RU"/>
          </w:rPr>
          <w:t>16 мая 2024 года</w:t>
        </w:r>
      </w:hyperlink>
      <w:r w:rsidRPr="00E9456C">
        <w:rPr>
          <w:rFonts w:eastAsia="Times New Roman"/>
        </w:rPr>
        <w:t> </w:t>
      </w:r>
      <w:r w:rsidRPr="00E9456C">
        <w:rPr>
          <w:rFonts w:eastAsia="Times New Roman"/>
          <w:lang w:val="ru-RU"/>
        </w:rPr>
        <w:t>список был обновлён, были включены пункты №5425-5426</w:t>
      </w:r>
    </w:p>
    <w:p w:rsidR="00DD284B" w:rsidRPr="00E9456C" w:rsidRDefault="00DD284B" w:rsidP="005A424D">
      <w:pPr>
        <w:pStyle w:val="a9"/>
        <w:rPr>
          <w:rFonts w:eastAsia="Times New Roman"/>
          <w:lang w:val="ru-RU"/>
        </w:rPr>
      </w:pPr>
    </w:p>
    <w:p w:rsidR="00DD284B" w:rsidRPr="00E9456C" w:rsidRDefault="00DD284B" w:rsidP="005A424D">
      <w:pPr>
        <w:pStyle w:val="a9"/>
        <w:rPr>
          <w:rFonts w:eastAsia="Times New Roman"/>
          <w:lang w:val="ru-RU"/>
        </w:rPr>
      </w:pPr>
      <w:hyperlink r:id="rId12" w:history="1">
        <w:r w:rsidRPr="00DD284B">
          <w:rPr>
            <w:rFonts w:eastAsia="Times New Roman"/>
            <w:u w:val="single"/>
            <w:lang w:val="ru-RU"/>
          </w:rPr>
          <w:t>19 июня 2024 года</w:t>
        </w:r>
      </w:hyperlink>
      <w:r w:rsidRPr="00E9456C">
        <w:rPr>
          <w:rFonts w:eastAsia="Times New Roman"/>
        </w:rPr>
        <w:t> </w:t>
      </w:r>
      <w:r w:rsidRPr="00E9456C">
        <w:rPr>
          <w:rFonts w:eastAsia="Times New Roman"/>
          <w:lang w:val="ru-RU"/>
        </w:rPr>
        <w:t>список был обновлён, был включён пункт №5427</w:t>
      </w:r>
      <w:r w:rsidRPr="00E9456C">
        <w:rPr>
          <w:rFonts w:eastAsia="Times New Roman"/>
          <w:lang w:val="ru-RU"/>
        </w:rPr>
        <w:br/>
      </w:r>
      <w:r w:rsidRPr="00E9456C">
        <w:rPr>
          <w:rFonts w:eastAsia="Times New Roman"/>
          <w:lang w:val="ru-RU"/>
        </w:rPr>
        <w:br/>
      </w:r>
      <w:hyperlink r:id="rId13" w:history="1">
        <w:r w:rsidRPr="00DD284B">
          <w:rPr>
            <w:rFonts w:eastAsia="Times New Roman"/>
            <w:u w:val="single"/>
            <w:lang w:val="ru-RU"/>
          </w:rPr>
          <w:t>1 июля 2024 года</w:t>
        </w:r>
      </w:hyperlink>
      <w:r w:rsidRPr="00E9456C">
        <w:rPr>
          <w:rFonts w:eastAsia="Times New Roman"/>
        </w:rPr>
        <w:t> </w:t>
      </w:r>
      <w:r w:rsidRPr="00E9456C">
        <w:rPr>
          <w:rFonts w:eastAsia="Times New Roman"/>
          <w:lang w:val="ru-RU"/>
        </w:rPr>
        <w:t>список был обновлён, были включены пункты №5428-5432</w:t>
      </w:r>
    </w:p>
    <w:p w:rsidR="00DD284B" w:rsidRPr="00E9456C" w:rsidRDefault="00DD284B" w:rsidP="005A424D">
      <w:pPr>
        <w:pStyle w:val="a9"/>
        <w:rPr>
          <w:rFonts w:ascii="Times New Roman" w:eastAsia="Times New Roman" w:hAnsi="Times New Roman" w:cs="Times New Roman"/>
          <w:lang w:val="ru-RU"/>
        </w:rPr>
      </w:pPr>
    </w:p>
    <w:p w:rsidR="00DD284B" w:rsidRPr="00E9456C" w:rsidRDefault="00DD284B" w:rsidP="005A424D">
      <w:pPr>
        <w:pStyle w:val="a9"/>
        <w:rPr>
          <w:rFonts w:eastAsia="Times New Roman"/>
          <w:lang w:val="ru-RU"/>
        </w:rPr>
      </w:pPr>
      <w:hyperlink r:id="rId14" w:history="1">
        <w:r w:rsidRPr="00DD284B">
          <w:rPr>
            <w:rFonts w:eastAsia="Times New Roman"/>
            <w:u w:val="single"/>
            <w:lang w:val="ru-RU"/>
          </w:rPr>
          <w:t>23 июля 2024 года</w:t>
        </w:r>
      </w:hyperlink>
      <w:r w:rsidRPr="00E9456C">
        <w:rPr>
          <w:rFonts w:eastAsia="Times New Roman"/>
        </w:rPr>
        <w:t> </w:t>
      </w:r>
      <w:r w:rsidRPr="00E9456C">
        <w:rPr>
          <w:rFonts w:eastAsia="Times New Roman"/>
          <w:lang w:val="ru-RU"/>
        </w:rPr>
        <w:t>список был обновлён, были включены пункты №5433-5436</w:t>
      </w:r>
    </w:p>
    <w:p w:rsidR="00DD284B" w:rsidRPr="00E9456C" w:rsidRDefault="00DD284B" w:rsidP="005A424D">
      <w:pPr>
        <w:pStyle w:val="a9"/>
        <w:rPr>
          <w:rFonts w:eastAsia="Times New Roman"/>
          <w:lang w:val="ru-RU"/>
        </w:rPr>
      </w:pPr>
    </w:p>
    <w:p w:rsidR="00DD284B" w:rsidRPr="00E9456C" w:rsidRDefault="00DD284B" w:rsidP="005A424D">
      <w:pPr>
        <w:pStyle w:val="a9"/>
        <w:rPr>
          <w:rFonts w:eastAsia="Times New Roman"/>
          <w:lang w:val="ru-RU"/>
        </w:rPr>
      </w:pPr>
      <w:hyperlink r:id="rId15" w:history="1">
        <w:r w:rsidRPr="00DD284B">
          <w:rPr>
            <w:rFonts w:eastAsia="Times New Roman"/>
            <w:u w:val="single"/>
            <w:lang w:val="ru-RU"/>
          </w:rPr>
          <w:t>5 августа 2024 года</w:t>
        </w:r>
      </w:hyperlink>
      <w:r w:rsidRPr="00E9456C">
        <w:rPr>
          <w:rFonts w:eastAsia="Times New Roman"/>
        </w:rPr>
        <w:t> </w:t>
      </w:r>
      <w:r w:rsidRPr="00E9456C">
        <w:rPr>
          <w:rFonts w:eastAsia="Times New Roman"/>
          <w:lang w:val="ru-RU"/>
        </w:rPr>
        <w:t>список был обновлён, был включен пункт №5437</w:t>
      </w:r>
    </w:p>
    <w:p w:rsidR="00DD284B" w:rsidRPr="00E9456C" w:rsidRDefault="00DD284B" w:rsidP="005A424D">
      <w:pPr>
        <w:pStyle w:val="a9"/>
        <w:rPr>
          <w:rFonts w:eastAsia="Times New Roman"/>
          <w:lang w:val="ru-RU"/>
        </w:rPr>
      </w:pPr>
    </w:p>
    <w:p w:rsidR="00DD284B" w:rsidRPr="00E9456C" w:rsidRDefault="00DD284B" w:rsidP="005A424D">
      <w:pPr>
        <w:pStyle w:val="a9"/>
        <w:rPr>
          <w:rFonts w:eastAsia="Times New Roman"/>
          <w:lang w:val="ru-RU"/>
        </w:rPr>
      </w:pPr>
      <w:hyperlink r:id="rId16" w:history="1">
        <w:r w:rsidRPr="00DD284B">
          <w:rPr>
            <w:rFonts w:eastAsia="Times New Roman"/>
            <w:u w:val="single"/>
            <w:lang w:val="ru-RU"/>
          </w:rPr>
          <w:t>16 августа 2024 года</w:t>
        </w:r>
      </w:hyperlink>
      <w:r w:rsidRPr="00E9456C">
        <w:rPr>
          <w:rFonts w:eastAsia="Times New Roman"/>
        </w:rPr>
        <w:t> </w:t>
      </w:r>
      <w:r w:rsidRPr="00E9456C">
        <w:rPr>
          <w:rFonts w:eastAsia="Times New Roman"/>
          <w:lang w:val="ru-RU"/>
        </w:rPr>
        <w:t>список был обновлён, были включены пункты №5438-5439</w:t>
      </w:r>
    </w:p>
    <w:p w:rsidR="00DD284B" w:rsidRPr="00E9456C" w:rsidRDefault="00DD284B" w:rsidP="005A424D">
      <w:pPr>
        <w:pStyle w:val="a9"/>
        <w:rPr>
          <w:rFonts w:eastAsia="Times New Roman"/>
          <w:lang w:val="ru-RU"/>
        </w:rPr>
      </w:pPr>
    </w:p>
    <w:p w:rsidR="00DD284B" w:rsidRPr="00E9456C" w:rsidRDefault="00DD284B" w:rsidP="005A424D">
      <w:pPr>
        <w:pStyle w:val="a9"/>
        <w:rPr>
          <w:rFonts w:eastAsia="Times New Roman"/>
          <w:lang w:val="ru-RU"/>
        </w:rPr>
      </w:pPr>
      <w:hyperlink r:id="rId17" w:history="1">
        <w:r w:rsidRPr="00DD284B">
          <w:rPr>
            <w:rFonts w:eastAsia="Times New Roman"/>
            <w:u w:val="single"/>
            <w:lang w:val="ru-RU"/>
          </w:rPr>
          <w:t>28 августа 2024 года</w:t>
        </w:r>
      </w:hyperlink>
      <w:r w:rsidRPr="00E9456C">
        <w:rPr>
          <w:rFonts w:eastAsia="Times New Roman"/>
        </w:rPr>
        <w:t> </w:t>
      </w:r>
      <w:r w:rsidRPr="00E9456C">
        <w:rPr>
          <w:rFonts w:eastAsia="Times New Roman"/>
          <w:lang w:val="ru-RU"/>
        </w:rPr>
        <w:t>список был обновлён, был включен пункт №5440</w:t>
      </w:r>
      <w:r w:rsidRPr="00E9456C">
        <w:rPr>
          <w:rFonts w:eastAsia="Times New Roman"/>
          <w:lang w:val="ru-RU"/>
        </w:rPr>
        <w:br/>
      </w:r>
      <w:r w:rsidRPr="00E9456C">
        <w:rPr>
          <w:rFonts w:eastAsia="Times New Roman"/>
          <w:lang w:val="ru-RU"/>
        </w:rPr>
        <w:br/>
      </w:r>
      <w:hyperlink r:id="rId18" w:history="1">
        <w:r w:rsidRPr="00DD284B">
          <w:rPr>
            <w:rFonts w:eastAsia="Times New Roman"/>
            <w:u w:val="single"/>
            <w:lang w:val="ru-RU"/>
          </w:rPr>
          <w:t>13 сентября 2024 года</w:t>
        </w:r>
      </w:hyperlink>
      <w:r w:rsidRPr="00E9456C">
        <w:rPr>
          <w:rFonts w:eastAsia="Times New Roman"/>
        </w:rPr>
        <w:t> </w:t>
      </w:r>
      <w:r w:rsidRPr="00E9456C">
        <w:rPr>
          <w:rFonts w:eastAsia="Times New Roman"/>
          <w:lang w:val="ru-RU"/>
        </w:rPr>
        <w:t>список был обновлён, были включены пункты №5441-5443</w:t>
      </w:r>
      <w:r w:rsidRPr="00E9456C">
        <w:rPr>
          <w:rFonts w:eastAsia="Times New Roman"/>
          <w:lang w:val="ru-RU"/>
        </w:rPr>
        <w:br/>
      </w:r>
      <w:r w:rsidRPr="00E9456C">
        <w:rPr>
          <w:rFonts w:eastAsia="Times New Roman"/>
          <w:lang w:val="ru-RU"/>
        </w:rPr>
        <w:br/>
      </w:r>
      <w:hyperlink r:id="rId19" w:history="1">
        <w:r w:rsidRPr="00DD284B">
          <w:rPr>
            <w:rFonts w:eastAsia="Times New Roman"/>
            <w:u w:val="single"/>
            <w:lang w:val="ru-RU"/>
          </w:rPr>
          <w:t>21 октября 2024 года</w:t>
        </w:r>
      </w:hyperlink>
      <w:r w:rsidRPr="00E9456C">
        <w:rPr>
          <w:rFonts w:eastAsia="Times New Roman"/>
        </w:rPr>
        <w:t> </w:t>
      </w:r>
      <w:r w:rsidRPr="00E9456C">
        <w:rPr>
          <w:rFonts w:eastAsia="Times New Roman"/>
          <w:lang w:val="ru-RU"/>
        </w:rPr>
        <w:t>список был обновлён, были включены пункты №5444-5446</w:t>
      </w:r>
    </w:p>
    <w:p w:rsidR="00DD284B" w:rsidRPr="00E9456C" w:rsidRDefault="00DD284B" w:rsidP="005A424D">
      <w:pPr>
        <w:pStyle w:val="a9"/>
        <w:rPr>
          <w:rFonts w:ascii="Times New Roman" w:eastAsia="Times New Roman" w:hAnsi="Times New Roman" w:cs="Times New Roman"/>
          <w:lang w:val="ru-RU"/>
        </w:rPr>
      </w:pPr>
    </w:p>
    <w:p w:rsidR="00DD284B" w:rsidRPr="00E9456C" w:rsidRDefault="00DD284B" w:rsidP="005A424D">
      <w:pPr>
        <w:pStyle w:val="a9"/>
        <w:rPr>
          <w:rFonts w:eastAsia="Times New Roman"/>
          <w:lang w:val="ru-RU"/>
        </w:rPr>
      </w:pPr>
      <w:hyperlink r:id="rId20" w:history="1">
        <w:r w:rsidRPr="00DD284B">
          <w:rPr>
            <w:rFonts w:eastAsia="Times New Roman"/>
            <w:u w:val="single"/>
            <w:lang w:val="ru-RU"/>
          </w:rPr>
          <w:t>24 октября 2024 года</w:t>
        </w:r>
      </w:hyperlink>
      <w:r w:rsidRPr="00E9456C">
        <w:rPr>
          <w:rFonts w:eastAsia="Times New Roman"/>
        </w:rPr>
        <w:t> </w:t>
      </w:r>
      <w:r w:rsidRPr="00E9456C">
        <w:rPr>
          <w:rFonts w:eastAsia="Times New Roman"/>
          <w:lang w:val="ru-RU"/>
        </w:rPr>
        <w:t>список был обновлён, был включен пункт №5447</w:t>
      </w:r>
    </w:p>
    <w:p w:rsidR="00DD284B" w:rsidRPr="00E9456C" w:rsidRDefault="00DD284B" w:rsidP="005A424D">
      <w:pPr>
        <w:pStyle w:val="a9"/>
        <w:rPr>
          <w:rFonts w:eastAsia="Times New Roman"/>
          <w:lang w:val="ru-RU"/>
        </w:rPr>
      </w:pPr>
    </w:p>
    <w:p w:rsidR="00DD284B" w:rsidRPr="00E9456C" w:rsidRDefault="00DD284B" w:rsidP="005A424D">
      <w:pPr>
        <w:pStyle w:val="a9"/>
        <w:rPr>
          <w:rFonts w:eastAsia="Times New Roman"/>
          <w:lang w:val="ru-RU"/>
        </w:rPr>
      </w:pPr>
      <w:hyperlink r:id="rId21" w:history="1">
        <w:r w:rsidRPr="00DD284B">
          <w:rPr>
            <w:rFonts w:eastAsia="Times New Roman"/>
            <w:u w:val="single"/>
            <w:lang w:val="ru-RU"/>
          </w:rPr>
          <w:t>29 октября 2024 года</w:t>
        </w:r>
      </w:hyperlink>
      <w:r w:rsidRPr="00E9456C">
        <w:rPr>
          <w:rFonts w:eastAsia="Times New Roman"/>
        </w:rPr>
        <w:t> </w:t>
      </w:r>
      <w:r w:rsidRPr="00E9456C">
        <w:rPr>
          <w:rFonts w:eastAsia="Times New Roman"/>
          <w:lang w:val="ru-RU"/>
        </w:rPr>
        <w:t>список был обновлён, был включен пункт №5448</w:t>
      </w:r>
    </w:p>
    <w:p w:rsidR="00DD284B" w:rsidRPr="00E9456C" w:rsidRDefault="00DD284B" w:rsidP="005A424D">
      <w:pPr>
        <w:pStyle w:val="a9"/>
        <w:rPr>
          <w:rFonts w:eastAsia="Times New Roman"/>
          <w:lang w:val="ru-RU"/>
        </w:rPr>
      </w:pPr>
    </w:p>
    <w:p w:rsidR="00DD284B" w:rsidRPr="00E9456C" w:rsidRDefault="00DD284B" w:rsidP="005A424D">
      <w:pPr>
        <w:pStyle w:val="a9"/>
        <w:rPr>
          <w:rFonts w:eastAsia="Times New Roman"/>
          <w:lang w:val="ru-RU"/>
        </w:rPr>
      </w:pPr>
      <w:hyperlink r:id="rId22" w:history="1">
        <w:r w:rsidRPr="00DD284B">
          <w:rPr>
            <w:rFonts w:eastAsia="Times New Roman"/>
            <w:u w:val="single"/>
            <w:lang w:val="ru-RU"/>
          </w:rPr>
          <w:t>8 ноября 2024 года</w:t>
        </w:r>
      </w:hyperlink>
      <w:r w:rsidRPr="00E9456C">
        <w:rPr>
          <w:rFonts w:eastAsia="Times New Roman"/>
        </w:rPr>
        <w:t> </w:t>
      </w:r>
      <w:r w:rsidRPr="00E9456C">
        <w:rPr>
          <w:rFonts w:eastAsia="Times New Roman"/>
          <w:lang w:val="ru-RU"/>
        </w:rPr>
        <w:t>список был обновлён, были включены пункты №5449-5450</w:t>
      </w:r>
    </w:p>
    <w:p w:rsidR="00DD284B" w:rsidRPr="00E9456C" w:rsidRDefault="00DD284B" w:rsidP="005A424D">
      <w:pPr>
        <w:pStyle w:val="a9"/>
        <w:rPr>
          <w:rFonts w:ascii="Times New Roman" w:eastAsia="Times New Roman" w:hAnsi="Times New Roman" w:cs="Times New Roman"/>
          <w:lang w:val="ru-RU"/>
        </w:rPr>
      </w:pPr>
      <w:r w:rsidRPr="00E9456C">
        <w:rPr>
          <w:rFonts w:eastAsia="Times New Roman"/>
          <w:lang w:val="ru-RU"/>
        </w:rPr>
        <w:br/>
      </w:r>
      <w:hyperlink r:id="rId23" w:history="1">
        <w:r w:rsidRPr="00DD284B">
          <w:rPr>
            <w:rFonts w:eastAsia="Times New Roman"/>
            <w:u w:val="single"/>
            <w:lang w:val="ru-RU"/>
          </w:rPr>
          <w:t>20 ноября 2024 года</w:t>
        </w:r>
      </w:hyperlink>
      <w:r w:rsidRPr="00E9456C">
        <w:rPr>
          <w:rFonts w:eastAsia="Times New Roman"/>
          <w:shd w:val="clear" w:color="auto" w:fill="FCFDFF"/>
        </w:rPr>
        <w:t> </w:t>
      </w:r>
      <w:r w:rsidRPr="00E9456C">
        <w:rPr>
          <w:rFonts w:eastAsia="Times New Roman"/>
          <w:shd w:val="clear" w:color="auto" w:fill="FCFDFF"/>
          <w:lang w:val="ru-RU"/>
        </w:rPr>
        <w:t xml:space="preserve"> список был обновлён, был включен пункт №5451</w:t>
      </w:r>
      <w:r w:rsidRPr="00E9456C">
        <w:rPr>
          <w:rFonts w:eastAsia="Times New Roman"/>
          <w:lang w:val="ru-RU"/>
        </w:rPr>
        <w:br/>
      </w:r>
    </w:p>
    <w:p w:rsidR="00DD284B" w:rsidRPr="00E9456C" w:rsidRDefault="00DD284B" w:rsidP="005A424D">
      <w:pPr>
        <w:pStyle w:val="a9"/>
        <w:rPr>
          <w:rFonts w:eastAsia="Times New Roman"/>
          <w:lang w:val="ru-RU"/>
        </w:rPr>
      </w:pPr>
      <w:hyperlink r:id="rId24" w:history="1">
        <w:r w:rsidRPr="00DD284B">
          <w:rPr>
            <w:rFonts w:eastAsia="Times New Roman"/>
            <w:u w:val="single"/>
            <w:lang w:val="ru-RU"/>
          </w:rPr>
          <w:t>26 ноября 2024 года</w:t>
        </w:r>
      </w:hyperlink>
      <w:r w:rsidRPr="00E9456C">
        <w:rPr>
          <w:rFonts w:eastAsia="Times New Roman"/>
        </w:rPr>
        <w:t> </w:t>
      </w:r>
      <w:r w:rsidRPr="00E9456C">
        <w:rPr>
          <w:rFonts w:eastAsia="Times New Roman"/>
          <w:lang w:val="ru-RU"/>
        </w:rPr>
        <w:t>список был обновлён, был включен пункт №5452</w:t>
      </w:r>
    </w:p>
    <w:p w:rsidR="00DD284B" w:rsidRPr="00E9456C" w:rsidRDefault="00DD284B" w:rsidP="005A424D">
      <w:pPr>
        <w:pStyle w:val="a9"/>
        <w:rPr>
          <w:rFonts w:eastAsia="Times New Roman"/>
          <w:lang w:val="ru-RU"/>
        </w:rPr>
      </w:pPr>
    </w:p>
    <w:p w:rsidR="00DD284B" w:rsidRPr="00E9456C" w:rsidRDefault="00DD284B" w:rsidP="005A424D">
      <w:pPr>
        <w:pStyle w:val="a9"/>
        <w:rPr>
          <w:rFonts w:eastAsia="Times New Roman"/>
          <w:lang w:val="ru-RU"/>
        </w:rPr>
      </w:pPr>
      <w:hyperlink r:id="rId25" w:history="1">
        <w:r w:rsidRPr="00DD284B">
          <w:rPr>
            <w:rFonts w:eastAsia="Times New Roman"/>
            <w:u w:val="single"/>
            <w:lang w:val="ru-RU"/>
          </w:rPr>
          <w:t>5 декабря 2024 года</w:t>
        </w:r>
      </w:hyperlink>
      <w:r w:rsidRPr="00E9456C">
        <w:rPr>
          <w:rFonts w:eastAsia="Times New Roman"/>
        </w:rPr>
        <w:t> </w:t>
      </w:r>
      <w:r w:rsidRPr="00E9456C">
        <w:rPr>
          <w:rFonts w:eastAsia="Times New Roman"/>
          <w:lang w:val="ru-RU"/>
        </w:rPr>
        <w:t>список был обновлён, был включен пункт №5453</w:t>
      </w:r>
    </w:p>
    <w:p w:rsidR="00DD284B" w:rsidRPr="00E9456C" w:rsidRDefault="00DD284B" w:rsidP="005A424D">
      <w:pPr>
        <w:pStyle w:val="a9"/>
        <w:rPr>
          <w:rFonts w:ascii="Times New Roman" w:eastAsia="Times New Roman" w:hAnsi="Times New Roman" w:cs="Times New Roman"/>
          <w:lang w:val="ru-RU"/>
        </w:rPr>
      </w:pPr>
    </w:p>
    <w:p w:rsidR="00DD284B" w:rsidRPr="00E9456C" w:rsidRDefault="00DD284B" w:rsidP="005A424D">
      <w:pPr>
        <w:pStyle w:val="a9"/>
        <w:rPr>
          <w:rFonts w:eastAsia="Times New Roman"/>
          <w:lang w:val="ru-RU"/>
        </w:rPr>
      </w:pPr>
      <w:hyperlink r:id="rId26" w:history="1">
        <w:r w:rsidRPr="00DD284B">
          <w:rPr>
            <w:rFonts w:eastAsia="Times New Roman"/>
            <w:u w:val="single"/>
            <w:lang w:val="ru-RU"/>
          </w:rPr>
          <w:t>17 декабря 2024 года</w:t>
        </w:r>
      </w:hyperlink>
      <w:r w:rsidRPr="00E9456C">
        <w:rPr>
          <w:rFonts w:eastAsia="Times New Roman"/>
        </w:rPr>
        <w:t> </w:t>
      </w:r>
      <w:r w:rsidRPr="00E9456C">
        <w:rPr>
          <w:rFonts w:eastAsia="Times New Roman"/>
          <w:lang w:val="ru-RU"/>
        </w:rPr>
        <w:t>список был обновлён, был включен пункт №5454</w:t>
      </w:r>
    </w:p>
    <w:p w:rsidR="00DD284B" w:rsidRPr="00E9456C" w:rsidRDefault="00DD284B" w:rsidP="005A424D">
      <w:pPr>
        <w:pStyle w:val="a9"/>
        <w:rPr>
          <w:rFonts w:eastAsia="Times New Roman"/>
          <w:lang w:val="ru-RU"/>
        </w:rPr>
      </w:pPr>
    </w:p>
    <w:p w:rsidR="00DD284B" w:rsidRPr="00DD284B" w:rsidRDefault="00DD284B" w:rsidP="00DD284B">
      <w:pPr>
        <w:pStyle w:val="21"/>
        <w:shd w:val="clear" w:color="auto" w:fill="FFFFFF"/>
        <w:spacing w:before="300" w:after="210" w:line="479" w:lineRule="atLeast"/>
        <w:rPr>
          <w:rFonts w:ascii="Montserrat" w:hAnsi="Montserrat"/>
          <w:color w:val="000000"/>
          <w:lang w:val="ru-RU"/>
        </w:rPr>
      </w:pPr>
      <w:r w:rsidRPr="00DD284B">
        <w:rPr>
          <w:rFonts w:ascii="Montserrat" w:hAnsi="Montserrat"/>
          <w:color w:val="000000"/>
          <w:lang w:val="ru-RU"/>
        </w:rPr>
        <w:t>Обновления Федерального списка экстремистских материалов 2025 г</w:t>
      </w:r>
    </w:p>
    <w:p w:rsidR="00DD284B" w:rsidRDefault="00DD284B" w:rsidP="00DD284B">
      <w:pPr>
        <w:pStyle w:val="aff8"/>
        <w:shd w:val="clear" w:color="auto" w:fill="FFFFFF"/>
        <w:spacing w:before="90" w:beforeAutospacing="0" w:after="210" w:afterAutospacing="0"/>
        <w:rPr>
          <w:rFonts w:ascii="Montserrat" w:hAnsi="Montserrat"/>
          <w:color w:val="000000"/>
        </w:rPr>
      </w:pPr>
      <w:hyperlink r:id="rId27" w:history="1">
        <w:r>
          <w:rPr>
            <w:rStyle w:val="aff9"/>
            <w:rFonts w:ascii="Montserrat" w:hAnsi="Montserrat"/>
            <w:color w:val="306AFD"/>
          </w:rPr>
          <w:t>5 февраля 2025 года</w:t>
        </w:r>
      </w:hyperlink>
      <w:r>
        <w:rPr>
          <w:rFonts w:ascii="Montserrat" w:hAnsi="Montserrat"/>
          <w:color w:val="000000"/>
        </w:rPr>
        <w:t> список был обновлён, был включен пункт №5455</w:t>
      </w:r>
    </w:p>
    <w:p w:rsidR="00DD284B" w:rsidRDefault="00DD284B" w:rsidP="00DD284B">
      <w:pPr>
        <w:pStyle w:val="aff8"/>
        <w:shd w:val="clear" w:color="auto" w:fill="FFFFFF"/>
        <w:spacing w:before="90" w:beforeAutospacing="0" w:after="210" w:afterAutospacing="0"/>
        <w:rPr>
          <w:rFonts w:ascii="Montserrat" w:hAnsi="Montserrat"/>
          <w:color w:val="000000"/>
        </w:rPr>
      </w:pPr>
      <w:hyperlink r:id="rId28" w:history="1">
        <w:r>
          <w:rPr>
            <w:rStyle w:val="aff9"/>
            <w:rFonts w:ascii="Montserrat" w:hAnsi="Montserrat"/>
            <w:color w:val="306AFD"/>
          </w:rPr>
          <w:t>7 февраля 2025 года</w:t>
        </w:r>
      </w:hyperlink>
      <w:r>
        <w:rPr>
          <w:rFonts w:ascii="Montserrat" w:hAnsi="Montserrat"/>
          <w:color w:val="000000"/>
        </w:rPr>
        <w:t> список был обновлён, был включен пункт №5456</w:t>
      </w:r>
    </w:p>
    <w:p w:rsidR="00DD284B" w:rsidRDefault="00DD284B" w:rsidP="00DD284B">
      <w:pPr>
        <w:pStyle w:val="aff8"/>
        <w:shd w:val="clear" w:color="auto" w:fill="FFFFFF"/>
        <w:spacing w:before="90" w:beforeAutospacing="0" w:after="210" w:afterAutospacing="0"/>
        <w:rPr>
          <w:rFonts w:ascii="Montserrat" w:hAnsi="Montserrat"/>
          <w:color w:val="000000"/>
        </w:rPr>
      </w:pPr>
      <w:hyperlink r:id="rId29" w:history="1">
        <w:r>
          <w:rPr>
            <w:rStyle w:val="aff9"/>
            <w:rFonts w:ascii="Montserrat" w:hAnsi="Montserrat"/>
            <w:color w:val="306AFD"/>
          </w:rPr>
          <w:t>19 февраля 2025 года</w:t>
        </w:r>
      </w:hyperlink>
      <w:r>
        <w:rPr>
          <w:rFonts w:ascii="Montserrat" w:hAnsi="Montserrat"/>
          <w:color w:val="000000"/>
        </w:rPr>
        <w:t> список был обновлён, был включен пункт №5457</w:t>
      </w:r>
    </w:p>
    <w:p w:rsidR="00DD284B" w:rsidRDefault="00DD284B" w:rsidP="00DD284B">
      <w:pPr>
        <w:pStyle w:val="aff8"/>
        <w:shd w:val="clear" w:color="auto" w:fill="FFFFFF"/>
        <w:spacing w:before="90" w:beforeAutospacing="0" w:after="210" w:afterAutospacing="0"/>
        <w:rPr>
          <w:rFonts w:ascii="Montserrat" w:hAnsi="Montserrat"/>
          <w:color w:val="000000"/>
        </w:rPr>
      </w:pPr>
      <w:hyperlink r:id="rId30" w:history="1">
        <w:r>
          <w:rPr>
            <w:rStyle w:val="aff9"/>
            <w:rFonts w:ascii="Montserrat" w:hAnsi="Montserrat"/>
            <w:color w:val="306AFD"/>
          </w:rPr>
          <w:t>5 марта 2025 года</w:t>
        </w:r>
      </w:hyperlink>
      <w:r>
        <w:rPr>
          <w:rFonts w:ascii="Montserrat" w:hAnsi="Montserrat"/>
          <w:color w:val="000000"/>
        </w:rPr>
        <w:t> список был обновлён, были включены пункты №№5458-5460</w:t>
      </w:r>
    </w:p>
    <w:p w:rsidR="00332DB8" w:rsidRPr="005A424D" w:rsidRDefault="00DD284B" w:rsidP="005A424D">
      <w:pPr>
        <w:pStyle w:val="aff8"/>
        <w:shd w:val="clear" w:color="auto" w:fill="FCFDFF"/>
        <w:spacing w:before="0" w:beforeAutospacing="0" w:after="225" w:afterAutospacing="0"/>
        <w:textAlignment w:val="baseline"/>
        <w:rPr>
          <w:color w:val="00204A"/>
        </w:rPr>
      </w:pPr>
      <w:r w:rsidRPr="005A424D">
        <w:rPr>
          <w:color w:val="00204A"/>
        </w:rPr>
        <w:t>19 февраля 2025 года обновился Федеральный список экстремистских материалов. Список пополнила книга Дворядкина Д. В. «Слово Пророка Антихриста» </w:t>
      </w:r>
      <w:r w:rsidR="005A424D">
        <w:rPr>
          <w:color w:val="00204A"/>
        </w:rPr>
        <w:br/>
      </w:r>
      <w:r w:rsidRPr="005A424D">
        <w:rPr>
          <w:color w:val="00204A"/>
        </w:rPr>
        <w:t>5457. Книга Дворядкина Д.В. «Слово Пророка Антихриста» (решение Московского областного суда от 13.11.2024);</w:t>
      </w:r>
      <w:r w:rsidRPr="005A424D">
        <w:rPr>
          <w:color w:val="00204A"/>
        </w:rPr>
        <w:br/>
      </w:r>
      <w:r w:rsidRPr="005A424D">
        <w:rPr>
          <w:i/>
          <w:iCs/>
          <w:color w:val="00204A"/>
          <w:bdr w:val="none" w:sz="0" w:space="0" w:color="auto" w:frame="1"/>
        </w:rPr>
        <w:t>В мае 2024 года в Московской области из-за «Книги Пророка Антихриста» </w:t>
      </w:r>
      <w:hyperlink r:id="rId31" w:history="1">
        <w:r w:rsidRPr="005A424D">
          <w:rPr>
            <w:rStyle w:val="aff9"/>
            <w:i/>
            <w:iCs/>
            <w:color w:val="00204A"/>
            <w:bdr w:val="none" w:sz="0" w:space="0" w:color="auto" w:frame="1"/>
          </w:rPr>
          <w:t>было возбуждено уголовное дело</w:t>
        </w:r>
      </w:hyperlink>
      <w:r w:rsidRPr="005A424D">
        <w:rPr>
          <w:i/>
          <w:iCs/>
          <w:color w:val="00204A"/>
          <w:bdr w:val="none" w:sz="0" w:space="0" w:color="auto" w:frame="1"/>
        </w:rPr>
        <w:t> по ст. 205.2 УК (публичные призывы к терроризму) против 56-летнего Дмитрия Дворядкина. Эксперты «Центра социокультурных экспертиз» обнаружили признаки призыва к совершению госпереворота, «в том числе с использованием насильственных мер», в 2023 году.  Дворядкин назвал себя «Антихристом» и призвал отдать ему власть в России. Дворядкин публиковал стихи, в том числе про отставного десантника </w:t>
      </w:r>
      <w:hyperlink r:id="rId32" w:history="1">
        <w:r w:rsidRPr="005A424D">
          <w:rPr>
            <w:rStyle w:val="aff9"/>
            <w:i/>
            <w:iCs/>
            <w:color w:val="00204A"/>
            <w:bdr w:val="none" w:sz="0" w:space="0" w:color="auto" w:frame="1"/>
          </w:rPr>
          <w:t>Михаила Шендакова</w:t>
        </w:r>
      </w:hyperlink>
      <w:r w:rsidRPr="005A424D">
        <w:rPr>
          <w:i/>
          <w:iCs/>
          <w:color w:val="00204A"/>
          <w:bdr w:val="none" w:sz="0" w:space="0" w:color="auto" w:frame="1"/>
        </w:rPr>
        <w:t>, которого в 2023 году из-за его политического видеоблога приговорили к принудительному лечению. Дворядкин приезжал поддержать Шендакова в суд. В декабре прошлого года у Дворядкина провели обыск из-за публикации личных данных силовиков — выдержек из проекта «Черный блокнот» ФБК. Тогда же Роскомнадзор заблокировал сайт Дворядкина. В мае Дворядкин был объявлен в розыск.</w:t>
      </w:r>
    </w:p>
    <w:tbl>
      <w:tblPr>
        <w:tblW w:w="0" w:type="auto"/>
        <w:tblLook w:val="04A0"/>
      </w:tblPr>
      <w:tblGrid>
        <w:gridCol w:w="407"/>
        <w:gridCol w:w="11453"/>
        <w:gridCol w:w="596"/>
      </w:tblGrid>
      <w:tr w:rsidR="006F7457" w:rsidRPr="00A31F1A">
        <w:tc>
          <w:tcPr>
            <w:tcW w:w="2880" w:type="dxa"/>
          </w:tcPr>
          <w:p w:rsidR="006F7457" w:rsidRDefault="00332DB8">
            <w:r>
              <w:lastRenderedPageBreak/>
              <w:t>1.</w:t>
            </w:r>
          </w:p>
        </w:tc>
        <w:tc>
          <w:tcPr>
            <w:tcW w:w="2880" w:type="dxa"/>
          </w:tcPr>
          <w:p w:rsidR="006F7457" w:rsidRPr="00332DB8" w:rsidRDefault="00332DB8">
            <w:pPr>
              <w:rPr>
                <w:lang w:val="ru-RU"/>
              </w:rPr>
            </w:pPr>
            <w:r w:rsidRPr="00332DB8">
              <w:rPr>
                <w:lang w:val="ru-RU"/>
              </w:rPr>
              <w:t xml:space="preserve">Музыкальный альбом "Музыка белых", автор - Музыкальная группа </w:t>
            </w:r>
            <w:r>
              <w:t>Order</w:t>
            </w:r>
            <w:r w:rsidRPr="00332DB8">
              <w:rPr>
                <w:lang w:val="ru-RU"/>
              </w:rPr>
              <w:t>, решение вынесено Первомайским районным судом г. Омска от 23.11.2006;</w:t>
            </w:r>
          </w:p>
        </w:tc>
        <w:tc>
          <w:tcPr>
            <w:tcW w:w="2880" w:type="dxa"/>
          </w:tcPr>
          <w:p w:rsidR="006F7457" w:rsidRPr="00332DB8" w:rsidRDefault="006F7457">
            <w:pPr>
              <w:rPr>
                <w:lang w:val="ru-RU"/>
              </w:rPr>
            </w:pPr>
          </w:p>
        </w:tc>
      </w:tr>
      <w:tr w:rsidR="006F7457" w:rsidRPr="00A31F1A">
        <w:tc>
          <w:tcPr>
            <w:tcW w:w="2880" w:type="dxa"/>
          </w:tcPr>
          <w:p w:rsidR="006F7457" w:rsidRDefault="00332DB8">
            <w:r>
              <w:t>2.</w:t>
            </w:r>
          </w:p>
        </w:tc>
        <w:tc>
          <w:tcPr>
            <w:tcW w:w="2880" w:type="dxa"/>
          </w:tcPr>
          <w:p w:rsidR="006F7457" w:rsidRPr="00332DB8" w:rsidRDefault="00332DB8">
            <w:pPr>
              <w:rPr>
                <w:lang w:val="ru-RU"/>
              </w:rPr>
            </w:pPr>
            <w:r w:rsidRPr="00332DB8">
              <w:rPr>
                <w:lang w:val="ru-RU"/>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2880" w:type="dxa"/>
          </w:tcPr>
          <w:p w:rsidR="006F7457" w:rsidRPr="00332DB8" w:rsidRDefault="006F7457">
            <w:pPr>
              <w:rPr>
                <w:lang w:val="ru-RU"/>
              </w:rPr>
            </w:pPr>
          </w:p>
        </w:tc>
      </w:tr>
      <w:tr w:rsidR="006F7457" w:rsidRPr="00A31F1A">
        <w:tc>
          <w:tcPr>
            <w:tcW w:w="2880" w:type="dxa"/>
          </w:tcPr>
          <w:p w:rsidR="006F7457" w:rsidRDefault="00332DB8">
            <w:r>
              <w:t>3.</w:t>
            </w:r>
          </w:p>
        </w:tc>
        <w:tc>
          <w:tcPr>
            <w:tcW w:w="2880" w:type="dxa"/>
          </w:tcPr>
          <w:p w:rsidR="006F7457" w:rsidRPr="00332DB8" w:rsidRDefault="00332DB8">
            <w:pPr>
              <w:rPr>
                <w:lang w:val="ru-RU"/>
              </w:rPr>
            </w:pPr>
            <w:r w:rsidRPr="00332DB8">
              <w:rPr>
                <w:lang w:val="ru-RU"/>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c>
          <w:tcPr>
            <w:tcW w:w="2880" w:type="dxa"/>
          </w:tcPr>
          <w:p w:rsidR="006F7457" w:rsidRPr="00332DB8" w:rsidRDefault="006F7457">
            <w:pPr>
              <w:rPr>
                <w:lang w:val="ru-RU"/>
              </w:rPr>
            </w:pPr>
          </w:p>
        </w:tc>
      </w:tr>
      <w:tr w:rsidR="006F7457" w:rsidRPr="00A31F1A">
        <w:tc>
          <w:tcPr>
            <w:tcW w:w="2880" w:type="dxa"/>
          </w:tcPr>
          <w:p w:rsidR="006F7457" w:rsidRDefault="00332DB8">
            <w:r>
              <w:t>4.</w:t>
            </w:r>
          </w:p>
        </w:tc>
        <w:tc>
          <w:tcPr>
            <w:tcW w:w="2880" w:type="dxa"/>
          </w:tcPr>
          <w:p w:rsidR="006F7457" w:rsidRPr="00332DB8" w:rsidRDefault="00332DB8">
            <w:pPr>
              <w:rPr>
                <w:lang w:val="ru-RU"/>
              </w:rPr>
            </w:pPr>
            <w:r w:rsidRPr="00332DB8">
              <w:rPr>
                <w:lang w:val="ru-RU"/>
              </w:rPr>
              <w:t xml:space="preserve">Печатные материалы в газете "Для русских людей" </w:t>
            </w:r>
            <w:r>
              <w:t>N</w:t>
            </w:r>
            <w:r w:rsidRPr="00332DB8">
              <w:rPr>
                <w:lang w:val="ru-RU"/>
              </w:rPr>
              <w:t xml:space="preserve"> 1(1), июнь 2002 г.; </w:t>
            </w:r>
            <w:r>
              <w:t>N</w:t>
            </w:r>
            <w:r w:rsidRPr="00332DB8">
              <w:rPr>
                <w:lang w:val="ru-RU"/>
              </w:rPr>
              <w:t xml:space="preserve"> 2 (2), август 2002 г.; </w:t>
            </w:r>
            <w:r>
              <w:t>N</w:t>
            </w:r>
            <w:r w:rsidRPr="00332DB8">
              <w:rPr>
                <w:lang w:val="ru-RU"/>
              </w:rPr>
              <w:t xml:space="preserve"> 3, октябрь 2002 г.; </w:t>
            </w:r>
            <w:r>
              <w:t>N</w:t>
            </w:r>
            <w:r w:rsidRPr="00332DB8">
              <w:rPr>
                <w:lang w:val="ru-RU"/>
              </w:rPr>
              <w:t xml:space="preserve"> 4, ноябрь 2002 г.; </w:t>
            </w:r>
            <w:r>
              <w:t>N</w:t>
            </w:r>
            <w:r w:rsidRPr="00332DB8">
              <w:rPr>
                <w:lang w:val="ru-RU"/>
              </w:rPr>
              <w:t xml:space="preserve"> 5, декабрь 2002 г.; 2003 г. </w:t>
            </w:r>
            <w:r>
              <w:t>N</w:t>
            </w:r>
            <w:r w:rsidRPr="00332DB8">
              <w:rPr>
                <w:lang w:val="ru-RU"/>
              </w:rPr>
              <w:t xml:space="preserve"> 6, 7, решение вынесено Тихвинским городским судом Ленинградской области от 25.05.2004;</w:t>
            </w:r>
          </w:p>
        </w:tc>
        <w:tc>
          <w:tcPr>
            <w:tcW w:w="2880" w:type="dxa"/>
          </w:tcPr>
          <w:p w:rsidR="006F7457" w:rsidRPr="00332DB8" w:rsidRDefault="006F7457">
            <w:pPr>
              <w:rPr>
                <w:lang w:val="ru-RU"/>
              </w:rPr>
            </w:pPr>
          </w:p>
        </w:tc>
      </w:tr>
      <w:tr w:rsidR="006F7457" w:rsidRPr="00A31F1A">
        <w:tc>
          <w:tcPr>
            <w:tcW w:w="2880" w:type="dxa"/>
          </w:tcPr>
          <w:p w:rsidR="006F7457" w:rsidRDefault="00332DB8">
            <w:r>
              <w:t>5.</w:t>
            </w:r>
          </w:p>
        </w:tc>
        <w:tc>
          <w:tcPr>
            <w:tcW w:w="2880" w:type="dxa"/>
          </w:tcPr>
          <w:p w:rsidR="006F7457" w:rsidRPr="00332DB8" w:rsidRDefault="00332DB8">
            <w:pPr>
              <w:rPr>
                <w:lang w:val="ru-RU"/>
              </w:rPr>
            </w:pPr>
            <w:r w:rsidRPr="00332DB8">
              <w:rPr>
                <w:lang w:val="ru-RU"/>
              </w:rPr>
              <w:t>Кинофильм "Вечный жид", решение вынесено Тихвинским городским судом Ленинградской области от 25.05.2004;</w:t>
            </w:r>
          </w:p>
        </w:tc>
        <w:tc>
          <w:tcPr>
            <w:tcW w:w="2880" w:type="dxa"/>
          </w:tcPr>
          <w:p w:rsidR="006F7457" w:rsidRPr="00332DB8" w:rsidRDefault="006F7457">
            <w:pPr>
              <w:rPr>
                <w:lang w:val="ru-RU"/>
              </w:rPr>
            </w:pPr>
          </w:p>
        </w:tc>
      </w:tr>
      <w:tr w:rsidR="006F7457" w:rsidRPr="00A31F1A">
        <w:tc>
          <w:tcPr>
            <w:tcW w:w="2880" w:type="dxa"/>
          </w:tcPr>
          <w:p w:rsidR="006F7457" w:rsidRDefault="00332DB8">
            <w:r>
              <w:t>6.</w:t>
            </w:r>
          </w:p>
        </w:tc>
        <w:tc>
          <w:tcPr>
            <w:tcW w:w="2880" w:type="dxa"/>
          </w:tcPr>
          <w:p w:rsidR="006F7457" w:rsidRPr="00332DB8" w:rsidRDefault="00332DB8">
            <w:pPr>
              <w:rPr>
                <w:lang w:val="ru-RU"/>
              </w:rPr>
            </w:pPr>
            <w:r w:rsidRPr="00332DB8">
              <w:rPr>
                <w:lang w:val="ru-RU"/>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2880" w:type="dxa"/>
          </w:tcPr>
          <w:p w:rsidR="006F7457" w:rsidRPr="00332DB8" w:rsidRDefault="006F7457">
            <w:pPr>
              <w:rPr>
                <w:lang w:val="ru-RU"/>
              </w:rPr>
            </w:pPr>
          </w:p>
        </w:tc>
      </w:tr>
      <w:tr w:rsidR="006F7457" w:rsidRPr="00A31F1A">
        <w:tc>
          <w:tcPr>
            <w:tcW w:w="2880" w:type="dxa"/>
          </w:tcPr>
          <w:p w:rsidR="006F7457" w:rsidRDefault="00332DB8">
            <w:r>
              <w:t>7.</w:t>
            </w:r>
          </w:p>
        </w:tc>
        <w:tc>
          <w:tcPr>
            <w:tcW w:w="2880" w:type="dxa"/>
          </w:tcPr>
          <w:p w:rsidR="006F7457" w:rsidRPr="00332DB8" w:rsidRDefault="00332DB8">
            <w:pPr>
              <w:rPr>
                <w:lang w:val="ru-RU"/>
              </w:rPr>
            </w:pPr>
            <w:r w:rsidRPr="00332DB8">
              <w:rPr>
                <w:lang w:val="ru-RU"/>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2880" w:type="dxa"/>
          </w:tcPr>
          <w:p w:rsidR="006F7457" w:rsidRPr="00332DB8" w:rsidRDefault="006F7457">
            <w:pPr>
              <w:rPr>
                <w:lang w:val="ru-RU"/>
              </w:rPr>
            </w:pPr>
          </w:p>
        </w:tc>
      </w:tr>
      <w:tr w:rsidR="006F7457" w:rsidRPr="00A31F1A">
        <w:tc>
          <w:tcPr>
            <w:tcW w:w="2880" w:type="dxa"/>
          </w:tcPr>
          <w:p w:rsidR="006F7457" w:rsidRDefault="00332DB8">
            <w:r>
              <w:t>8.</w:t>
            </w:r>
          </w:p>
        </w:tc>
        <w:tc>
          <w:tcPr>
            <w:tcW w:w="2880" w:type="dxa"/>
          </w:tcPr>
          <w:p w:rsidR="006F7457" w:rsidRPr="00332DB8" w:rsidRDefault="00332DB8">
            <w:pPr>
              <w:rPr>
                <w:lang w:val="ru-RU"/>
              </w:rPr>
            </w:pPr>
            <w:r w:rsidRPr="00332DB8">
              <w:rPr>
                <w:lang w:val="ru-RU"/>
              </w:rPr>
              <w:t xml:space="preserve">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w:t>
            </w:r>
            <w:r w:rsidRPr="00332DB8">
              <w:rPr>
                <w:lang w:val="ru-RU"/>
              </w:rPr>
              <w:lastRenderedPageBreak/>
              <w:t>области от 29.07.2005;</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9.</w:t>
            </w:r>
          </w:p>
        </w:tc>
        <w:tc>
          <w:tcPr>
            <w:tcW w:w="2880" w:type="dxa"/>
          </w:tcPr>
          <w:p w:rsidR="006F7457" w:rsidRPr="00332DB8" w:rsidRDefault="00332DB8">
            <w:pPr>
              <w:rPr>
                <w:lang w:val="ru-RU"/>
              </w:rPr>
            </w:pPr>
            <w:r w:rsidRPr="00332DB8">
              <w:rPr>
                <w:lang w:val="ru-RU"/>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2880" w:type="dxa"/>
          </w:tcPr>
          <w:p w:rsidR="006F7457" w:rsidRPr="00332DB8" w:rsidRDefault="006F7457">
            <w:pPr>
              <w:rPr>
                <w:lang w:val="ru-RU"/>
              </w:rPr>
            </w:pPr>
          </w:p>
        </w:tc>
      </w:tr>
      <w:tr w:rsidR="006F7457" w:rsidRPr="00A31F1A">
        <w:tc>
          <w:tcPr>
            <w:tcW w:w="2880" w:type="dxa"/>
          </w:tcPr>
          <w:p w:rsidR="006F7457" w:rsidRDefault="00332DB8">
            <w:r>
              <w:t>10.</w:t>
            </w:r>
          </w:p>
        </w:tc>
        <w:tc>
          <w:tcPr>
            <w:tcW w:w="2880" w:type="dxa"/>
          </w:tcPr>
          <w:p w:rsidR="006F7457" w:rsidRPr="00332DB8" w:rsidRDefault="00332DB8">
            <w:pPr>
              <w:rPr>
                <w:lang w:val="ru-RU"/>
              </w:rPr>
            </w:pPr>
            <w:r w:rsidRPr="00332DB8">
              <w:rPr>
                <w:lang w:val="ru-RU"/>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2880" w:type="dxa"/>
          </w:tcPr>
          <w:p w:rsidR="006F7457" w:rsidRPr="00332DB8" w:rsidRDefault="006F7457">
            <w:pPr>
              <w:rPr>
                <w:lang w:val="ru-RU"/>
              </w:rPr>
            </w:pPr>
          </w:p>
        </w:tc>
      </w:tr>
      <w:tr w:rsidR="006F7457" w:rsidRPr="00A31F1A">
        <w:tc>
          <w:tcPr>
            <w:tcW w:w="2880" w:type="dxa"/>
          </w:tcPr>
          <w:p w:rsidR="006F7457" w:rsidRDefault="00332DB8">
            <w:r>
              <w:t>11.</w:t>
            </w:r>
          </w:p>
        </w:tc>
        <w:tc>
          <w:tcPr>
            <w:tcW w:w="2880" w:type="dxa"/>
          </w:tcPr>
          <w:p w:rsidR="006F7457" w:rsidRPr="00332DB8" w:rsidRDefault="00332DB8">
            <w:pPr>
              <w:rPr>
                <w:lang w:val="ru-RU"/>
              </w:rPr>
            </w:pPr>
            <w:r w:rsidRPr="00332DB8">
              <w:rPr>
                <w:lang w:val="ru-RU"/>
              </w:rPr>
              <w:t xml:space="preserve">Статья "Однажды мы придем с гнилыми помидорами...", автор - А.А. Николаенко, источник публикации - газета "Беловская копейка" </w:t>
            </w:r>
            <w:r>
              <w:t>N</w:t>
            </w:r>
            <w:r w:rsidRPr="00332DB8">
              <w:rPr>
                <w:lang w:val="ru-RU"/>
              </w:rPr>
              <w:t xml:space="preserve"> 1 от 11 ноября 2002 года, решение вынесено Беловским городским судом Кемеровской области от 26.12.2005;</w:t>
            </w:r>
          </w:p>
        </w:tc>
        <w:tc>
          <w:tcPr>
            <w:tcW w:w="2880" w:type="dxa"/>
          </w:tcPr>
          <w:p w:rsidR="006F7457" w:rsidRPr="00332DB8" w:rsidRDefault="006F7457">
            <w:pPr>
              <w:rPr>
                <w:lang w:val="ru-RU"/>
              </w:rPr>
            </w:pPr>
          </w:p>
        </w:tc>
      </w:tr>
      <w:tr w:rsidR="006F7457" w:rsidRPr="00A31F1A">
        <w:tc>
          <w:tcPr>
            <w:tcW w:w="2880" w:type="dxa"/>
          </w:tcPr>
          <w:p w:rsidR="006F7457" w:rsidRDefault="00332DB8">
            <w:r>
              <w:t>12.</w:t>
            </w:r>
          </w:p>
        </w:tc>
        <w:tc>
          <w:tcPr>
            <w:tcW w:w="2880" w:type="dxa"/>
          </w:tcPr>
          <w:p w:rsidR="006F7457" w:rsidRPr="00332DB8" w:rsidRDefault="00332DB8">
            <w:pPr>
              <w:rPr>
                <w:lang w:val="ru-RU"/>
              </w:rPr>
            </w:pPr>
            <w:r w:rsidRPr="00332DB8">
              <w:rPr>
                <w:lang w:val="ru-RU"/>
              </w:rPr>
              <w:t xml:space="preserve">Статья "СС стучится в Вашу дверь, сволочи...", автор - А.А. Николаенко, источник публикации - газета "Курс" </w:t>
            </w:r>
            <w:r>
              <w:t>N</w:t>
            </w:r>
            <w:r w:rsidRPr="00332DB8">
              <w:rPr>
                <w:lang w:val="ru-RU"/>
              </w:rPr>
              <w:t xml:space="preserve"> 49 от 6 декабря 2002 года, решение вынесено Беловским городским судом Кемеровской области от 26.12.2005;</w:t>
            </w:r>
          </w:p>
        </w:tc>
        <w:tc>
          <w:tcPr>
            <w:tcW w:w="2880" w:type="dxa"/>
          </w:tcPr>
          <w:p w:rsidR="006F7457" w:rsidRPr="00332DB8" w:rsidRDefault="006F7457">
            <w:pPr>
              <w:rPr>
                <w:lang w:val="ru-RU"/>
              </w:rPr>
            </w:pPr>
          </w:p>
        </w:tc>
      </w:tr>
      <w:tr w:rsidR="006F7457" w:rsidRPr="00A31F1A">
        <w:tc>
          <w:tcPr>
            <w:tcW w:w="2880" w:type="dxa"/>
          </w:tcPr>
          <w:p w:rsidR="006F7457" w:rsidRDefault="00332DB8">
            <w:r>
              <w:t>13.</w:t>
            </w:r>
          </w:p>
        </w:tc>
        <w:tc>
          <w:tcPr>
            <w:tcW w:w="2880" w:type="dxa"/>
          </w:tcPr>
          <w:p w:rsidR="006F7457" w:rsidRPr="00332DB8" w:rsidRDefault="00332DB8">
            <w:pPr>
              <w:rPr>
                <w:lang w:val="ru-RU"/>
              </w:rPr>
            </w:pPr>
            <w:r w:rsidRPr="00332DB8">
              <w:rPr>
                <w:lang w:val="ru-RU"/>
              </w:rPr>
              <w:t xml:space="preserve">Статья "Исполняющий обязанности властителя дум", автор - А.А. Николаенко, источник публикации - газета "Курс" </w:t>
            </w:r>
            <w:r>
              <w:t>N</w:t>
            </w:r>
            <w:r w:rsidRPr="00332DB8">
              <w:rPr>
                <w:lang w:val="ru-RU"/>
              </w:rPr>
              <w:t xml:space="preserve"> 8 от 21 февраля 2003 года, решение вынесено Беловским городским судом Кемеровской области от 26.12.2005;</w:t>
            </w:r>
          </w:p>
        </w:tc>
        <w:tc>
          <w:tcPr>
            <w:tcW w:w="2880" w:type="dxa"/>
          </w:tcPr>
          <w:p w:rsidR="006F7457" w:rsidRPr="00332DB8" w:rsidRDefault="006F7457">
            <w:pPr>
              <w:rPr>
                <w:lang w:val="ru-RU"/>
              </w:rPr>
            </w:pPr>
          </w:p>
        </w:tc>
      </w:tr>
      <w:tr w:rsidR="006F7457" w:rsidRPr="00A31F1A">
        <w:tc>
          <w:tcPr>
            <w:tcW w:w="2880" w:type="dxa"/>
          </w:tcPr>
          <w:p w:rsidR="006F7457" w:rsidRDefault="00332DB8">
            <w:r>
              <w:t>14.</w:t>
            </w:r>
          </w:p>
        </w:tc>
        <w:tc>
          <w:tcPr>
            <w:tcW w:w="2880" w:type="dxa"/>
          </w:tcPr>
          <w:p w:rsidR="006F7457" w:rsidRPr="00332DB8" w:rsidRDefault="00332DB8">
            <w:pPr>
              <w:rPr>
                <w:lang w:val="ru-RU"/>
              </w:rPr>
            </w:pPr>
            <w:r w:rsidRPr="00332DB8">
              <w:rPr>
                <w:lang w:val="ru-RU"/>
              </w:rPr>
              <w:t xml:space="preserve">Статья "Самая конструктивная партия", автор - А.А. Николаенко, источник публикации - газета "Курс" </w:t>
            </w:r>
            <w:r>
              <w:t>N</w:t>
            </w:r>
            <w:r w:rsidRPr="00332DB8">
              <w:rPr>
                <w:lang w:val="ru-RU"/>
              </w:rPr>
              <w:t xml:space="preserve"> 43 от 22 октября 2004 года, решение вынесено Беловским городским судом Кемеровской области от 09.09.2005.</w:t>
            </w:r>
          </w:p>
        </w:tc>
        <w:tc>
          <w:tcPr>
            <w:tcW w:w="2880" w:type="dxa"/>
          </w:tcPr>
          <w:p w:rsidR="006F7457" w:rsidRPr="00332DB8" w:rsidRDefault="006F7457">
            <w:pPr>
              <w:rPr>
                <w:lang w:val="ru-RU"/>
              </w:rPr>
            </w:pPr>
          </w:p>
        </w:tc>
      </w:tr>
      <w:tr w:rsidR="006F7457" w:rsidRPr="00A31F1A">
        <w:tc>
          <w:tcPr>
            <w:tcW w:w="2880" w:type="dxa"/>
          </w:tcPr>
          <w:p w:rsidR="006F7457" w:rsidRDefault="00332DB8">
            <w:r>
              <w:t>15.</w:t>
            </w:r>
          </w:p>
        </w:tc>
        <w:tc>
          <w:tcPr>
            <w:tcW w:w="2880" w:type="dxa"/>
          </w:tcPr>
          <w:p w:rsidR="006F7457" w:rsidRPr="00332DB8" w:rsidRDefault="00332DB8">
            <w:pPr>
              <w:rPr>
                <w:lang w:val="ru-RU"/>
              </w:rPr>
            </w:pPr>
            <w:r w:rsidRPr="00332DB8">
              <w:rPr>
                <w:lang w:val="ru-RU"/>
              </w:rPr>
              <w:t>Книга "Сквозь призму ислама", автор – Абд-аль Хади ибн Али (решение Нальчикского городского суда от 15.01.2004).</w:t>
            </w:r>
          </w:p>
        </w:tc>
        <w:tc>
          <w:tcPr>
            <w:tcW w:w="2880" w:type="dxa"/>
          </w:tcPr>
          <w:p w:rsidR="006F7457" w:rsidRPr="00332DB8" w:rsidRDefault="006F7457">
            <w:pPr>
              <w:rPr>
                <w:lang w:val="ru-RU"/>
              </w:rPr>
            </w:pPr>
          </w:p>
        </w:tc>
      </w:tr>
      <w:tr w:rsidR="006F7457" w:rsidRPr="00A31F1A">
        <w:tc>
          <w:tcPr>
            <w:tcW w:w="2880" w:type="dxa"/>
          </w:tcPr>
          <w:p w:rsidR="006F7457" w:rsidRDefault="00332DB8">
            <w:r>
              <w:t>16.</w:t>
            </w:r>
          </w:p>
        </w:tc>
        <w:tc>
          <w:tcPr>
            <w:tcW w:w="2880" w:type="dxa"/>
          </w:tcPr>
          <w:p w:rsidR="006F7457" w:rsidRPr="00332DB8" w:rsidRDefault="00332DB8">
            <w:pPr>
              <w:rPr>
                <w:lang w:val="ru-RU"/>
              </w:rPr>
            </w:pPr>
            <w:r w:rsidRPr="00332DB8">
              <w:rPr>
                <w:lang w:val="ru-RU"/>
              </w:rPr>
              <w:t>Газеты "Я русский. Нижнее Поволжье" № 1 и № 2, 2005 г. (решение Знаменского городского суда Астраханской области от 03.07.2007).</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w:t>
            </w:r>
          </w:p>
        </w:tc>
        <w:tc>
          <w:tcPr>
            <w:tcW w:w="2880" w:type="dxa"/>
          </w:tcPr>
          <w:p w:rsidR="006F7457" w:rsidRPr="00332DB8" w:rsidRDefault="00332DB8">
            <w:pPr>
              <w:rPr>
                <w:lang w:val="ru-RU"/>
              </w:rPr>
            </w:pPr>
            <w:r w:rsidRPr="00332DB8">
              <w:rPr>
                <w:lang w:val="ru-RU"/>
              </w:rPr>
              <w:t>Брошюра «Церберы свободы» № 11, 2005г. (решение Знаменского городского суда Астраханской области от 03.07.2007).</w:t>
            </w:r>
          </w:p>
        </w:tc>
        <w:tc>
          <w:tcPr>
            <w:tcW w:w="2880" w:type="dxa"/>
          </w:tcPr>
          <w:p w:rsidR="006F7457" w:rsidRPr="00332DB8" w:rsidRDefault="006F7457">
            <w:pPr>
              <w:rPr>
                <w:lang w:val="ru-RU"/>
              </w:rPr>
            </w:pPr>
          </w:p>
        </w:tc>
      </w:tr>
      <w:tr w:rsidR="006F7457" w:rsidRPr="00A31F1A">
        <w:tc>
          <w:tcPr>
            <w:tcW w:w="2880" w:type="dxa"/>
          </w:tcPr>
          <w:p w:rsidR="006F7457" w:rsidRDefault="00332DB8">
            <w:r>
              <w:t>18.</w:t>
            </w:r>
          </w:p>
        </w:tc>
        <w:tc>
          <w:tcPr>
            <w:tcW w:w="2880" w:type="dxa"/>
          </w:tcPr>
          <w:p w:rsidR="006F7457" w:rsidRPr="00332DB8" w:rsidRDefault="00332DB8">
            <w:pPr>
              <w:rPr>
                <w:lang w:val="ru-RU"/>
              </w:rPr>
            </w:pPr>
            <w:r w:rsidRPr="00332DB8">
              <w:rPr>
                <w:lang w:val="ru-RU"/>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2880" w:type="dxa"/>
          </w:tcPr>
          <w:p w:rsidR="006F7457" w:rsidRPr="00332DB8" w:rsidRDefault="006F7457">
            <w:pPr>
              <w:rPr>
                <w:lang w:val="ru-RU"/>
              </w:rPr>
            </w:pPr>
          </w:p>
        </w:tc>
      </w:tr>
      <w:tr w:rsidR="006F7457" w:rsidRPr="00A31F1A">
        <w:tc>
          <w:tcPr>
            <w:tcW w:w="2880" w:type="dxa"/>
          </w:tcPr>
          <w:p w:rsidR="006F7457" w:rsidRDefault="00332DB8">
            <w:r>
              <w:t>19.</w:t>
            </w:r>
          </w:p>
        </w:tc>
        <w:tc>
          <w:tcPr>
            <w:tcW w:w="2880" w:type="dxa"/>
          </w:tcPr>
          <w:p w:rsidR="006F7457" w:rsidRPr="00332DB8" w:rsidRDefault="00332DB8">
            <w:pPr>
              <w:rPr>
                <w:lang w:val="ru-RU"/>
              </w:rPr>
            </w:pPr>
            <w:r w:rsidRPr="00332DB8">
              <w:rPr>
                <w:lang w:val="ru-RU"/>
              </w:rPr>
              <w:t>Журнал «Вихрь. Национал-социалистическое издание Вятка № 1» (решение Шабалинского районного суда Кировской области от 19.07.2007).</w:t>
            </w:r>
          </w:p>
        </w:tc>
        <w:tc>
          <w:tcPr>
            <w:tcW w:w="2880" w:type="dxa"/>
          </w:tcPr>
          <w:p w:rsidR="006F7457" w:rsidRPr="00332DB8" w:rsidRDefault="006F7457">
            <w:pPr>
              <w:rPr>
                <w:lang w:val="ru-RU"/>
              </w:rPr>
            </w:pPr>
          </w:p>
        </w:tc>
      </w:tr>
      <w:tr w:rsidR="006F7457">
        <w:tc>
          <w:tcPr>
            <w:tcW w:w="2880" w:type="dxa"/>
          </w:tcPr>
          <w:p w:rsidR="006F7457" w:rsidRDefault="00332DB8">
            <w:r>
              <w:t>20.</w:t>
            </w:r>
          </w:p>
        </w:tc>
        <w:tc>
          <w:tcPr>
            <w:tcW w:w="2880" w:type="dxa"/>
          </w:tcPr>
          <w:p w:rsidR="006F7457" w:rsidRDefault="00332DB8">
            <w:r w:rsidRPr="00332DB8">
              <w:rPr>
                <w:lang w:val="ru-RU"/>
              </w:rPr>
              <w:t xml:space="preserve">Газета русского государства "Весть",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6F7457" w:rsidRDefault="006F7457"/>
        </w:tc>
      </w:tr>
      <w:tr w:rsidR="006F7457">
        <w:tc>
          <w:tcPr>
            <w:tcW w:w="2880" w:type="dxa"/>
          </w:tcPr>
          <w:p w:rsidR="006F7457" w:rsidRDefault="00332DB8">
            <w:r>
              <w:t>21.</w:t>
            </w:r>
          </w:p>
        </w:tc>
        <w:tc>
          <w:tcPr>
            <w:tcW w:w="2880" w:type="dxa"/>
          </w:tcPr>
          <w:p w:rsidR="006F7457" w:rsidRDefault="00332DB8">
            <w:r w:rsidRPr="00332DB8">
              <w:rPr>
                <w:lang w:val="ru-RU"/>
              </w:rPr>
              <w:t xml:space="preserve">Брошюра "Русское Государство",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6F7457" w:rsidRDefault="006F7457"/>
        </w:tc>
      </w:tr>
      <w:tr w:rsidR="006F7457">
        <w:tc>
          <w:tcPr>
            <w:tcW w:w="2880" w:type="dxa"/>
          </w:tcPr>
          <w:p w:rsidR="006F7457" w:rsidRDefault="00332DB8">
            <w:r>
              <w:t>22.</w:t>
            </w:r>
          </w:p>
        </w:tc>
        <w:tc>
          <w:tcPr>
            <w:tcW w:w="2880" w:type="dxa"/>
          </w:tcPr>
          <w:p w:rsidR="006F7457" w:rsidRDefault="00332DB8">
            <w:r w:rsidRPr="00332DB8">
              <w:rPr>
                <w:lang w:val="ru-RU"/>
              </w:rPr>
              <w:t xml:space="preserve">Брошюра "Государство - это Мы",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6F7457" w:rsidRDefault="006F7457"/>
        </w:tc>
      </w:tr>
      <w:tr w:rsidR="006F7457">
        <w:tc>
          <w:tcPr>
            <w:tcW w:w="2880" w:type="dxa"/>
          </w:tcPr>
          <w:p w:rsidR="006F7457" w:rsidRDefault="00332DB8">
            <w:r>
              <w:t>23.</w:t>
            </w:r>
          </w:p>
        </w:tc>
        <w:tc>
          <w:tcPr>
            <w:tcW w:w="2880" w:type="dxa"/>
          </w:tcPr>
          <w:p w:rsidR="006F7457" w:rsidRDefault="00332DB8">
            <w:r w:rsidRPr="00332DB8">
              <w:rPr>
                <w:lang w:val="ru-RU"/>
              </w:rPr>
              <w:t xml:space="preserve">Брошюра "Каббала",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6F7457" w:rsidRDefault="006F7457"/>
        </w:tc>
      </w:tr>
      <w:tr w:rsidR="006F7457">
        <w:tc>
          <w:tcPr>
            <w:tcW w:w="2880" w:type="dxa"/>
          </w:tcPr>
          <w:p w:rsidR="006F7457" w:rsidRDefault="00332DB8">
            <w:r>
              <w:t>24.</w:t>
            </w:r>
          </w:p>
        </w:tc>
        <w:tc>
          <w:tcPr>
            <w:tcW w:w="2880" w:type="dxa"/>
          </w:tcPr>
          <w:p w:rsidR="006F7457" w:rsidRDefault="00332DB8">
            <w:r w:rsidRPr="00332DB8">
              <w:rPr>
                <w:lang w:val="ru-RU"/>
              </w:rPr>
              <w:t xml:space="preserve">Брошюра "Каббала - 2",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6F7457" w:rsidRDefault="006F7457"/>
        </w:tc>
      </w:tr>
      <w:tr w:rsidR="006F7457">
        <w:tc>
          <w:tcPr>
            <w:tcW w:w="2880" w:type="dxa"/>
          </w:tcPr>
          <w:p w:rsidR="006F7457" w:rsidRDefault="00332DB8">
            <w:r>
              <w:t>2</w:t>
            </w:r>
            <w:r>
              <w:lastRenderedPageBreak/>
              <w:t>5.</w:t>
            </w:r>
          </w:p>
        </w:tc>
        <w:tc>
          <w:tcPr>
            <w:tcW w:w="2880" w:type="dxa"/>
          </w:tcPr>
          <w:p w:rsidR="006F7457" w:rsidRDefault="00332DB8">
            <w:r w:rsidRPr="00332DB8">
              <w:rPr>
                <w:lang w:val="ru-RU"/>
              </w:rPr>
              <w:lastRenderedPageBreak/>
              <w:t xml:space="preserve">Брошюра "Правда о происхождении Иисуса Христа и Девы Марии", автор – Вострягов В.А. Издавалась в ООО </w:t>
            </w:r>
            <w:r w:rsidRPr="00332DB8">
              <w:rPr>
                <w:lang w:val="ru-RU"/>
              </w:rPr>
              <w:lastRenderedPageBreak/>
              <w:t xml:space="preserve">«Сандерс» (средство массовой информации). </w:t>
            </w:r>
            <w:r>
              <w:t>Решение Заволжского районного суда города Ульяновск от 12.07.2007.</w:t>
            </w:r>
          </w:p>
        </w:tc>
        <w:tc>
          <w:tcPr>
            <w:tcW w:w="2880" w:type="dxa"/>
          </w:tcPr>
          <w:p w:rsidR="006F7457" w:rsidRDefault="006F7457"/>
        </w:tc>
      </w:tr>
      <w:tr w:rsidR="006F7457">
        <w:tc>
          <w:tcPr>
            <w:tcW w:w="2880" w:type="dxa"/>
          </w:tcPr>
          <w:p w:rsidR="006F7457" w:rsidRDefault="00332DB8">
            <w:r>
              <w:lastRenderedPageBreak/>
              <w:t>26.</w:t>
            </w:r>
          </w:p>
        </w:tc>
        <w:tc>
          <w:tcPr>
            <w:tcW w:w="2880" w:type="dxa"/>
          </w:tcPr>
          <w:p w:rsidR="006F7457" w:rsidRDefault="00332DB8">
            <w:r w:rsidRPr="00332DB8">
              <w:rPr>
                <w:lang w:val="ru-RU"/>
              </w:rPr>
              <w:t xml:space="preserve">Брошюра "Русский народ и Конституция РФ",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6F7457" w:rsidRDefault="006F7457"/>
        </w:tc>
      </w:tr>
      <w:tr w:rsidR="006F7457">
        <w:tc>
          <w:tcPr>
            <w:tcW w:w="2880" w:type="dxa"/>
          </w:tcPr>
          <w:p w:rsidR="006F7457" w:rsidRDefault="00332DB8">
            <w:r>
              <w:t>27.</w:t>
            </w:r>
          </w:p>
        </w:tc>
        <w:tc>
          <w:tcPr>
            <w:tcW w:w="2880" w:type="dxa"/>
          </w:tcPr>
          <w:p w:rsidR="006F7457" w:rsidRDefault="00332DB8">
            <w:r w:rsidRPr="00332DB8">
              <w:rPr>
                <w:lang w:val="ru-RU"/>
              </w:rPr>
              <w:t xml:space="preserve">Брошюра "Это должен знать Русский»,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6F7457" w:rsidRDefault="006F7457"/>
        </w:tc>
      </w:tr>
      <w:tr w:rsidR="006F7457">
        <w:tc>
          <w:tcPr>
            <w:tcW w:w="2880" w:type="dxa"/>
          </w:tcPr>
          <w:p w:rsidR="006F7457" w:rsidRDefault="00332DB8">
            <w:r>
              <w:t>28.</w:t>
            </w:r>
          </w:p>
        </w:tc>
        <w:tc>
          <w:tcPr>
            <w:tcW w:w="2880" w:type="dxa"/>
          </w:tcPr>
          <w:p w:rsidR="006F7457" w:rsidRDefault="00332DB8">
            <w:r w:rsidRPr="00332DB8">
              <w:rPr>
                <w:lang w:val="ru-RU"/>
              </w:rPr>
              <w:t xml:space="preserve">Брошюра "Что делать…..", автор – Вострягов В.А. Издавалась в ООО «Сандерс» (средство массовой информации). </w:t>
            </w:r>
            <w:r>
              <w:t>Решение Заволжского районного суда города Ульяновск от 12.07.2007.</w:t>
            </w:r>
          </w:p>
        </w:tc>
        <w:tc>
          <w:tcPr>
            <w:tcW w:w="2880" w:type="dxa"/>
          </w:tcPr>
          <w:p w:rsidR="006F7457" w:rsidRDefault="006F7457"/>
        </w:tc>
      </w:tr>
      <w:tr w:rsidR="006F7457">
        <w:tc>
          <w:tcPr>
            <w:tcW w:w="2880" w:type="dxa"/>
          </w:tcPr>
          <w:p w:rsidR="006F7457" w:rsidRDefault="00332DB8">
            <w:r>
              <w:t>29.</w:t>
            </w:r>
          </w:p>
        </w:tc>
        <w:tc>
          <w:tcPr>
            <w:tcW w:w="2880" w:type="dxa"/>
          </w:tcPr>
          <w:p w:rsidR="006F7457" w:rsidRDefault="00332DB8">
            <w:r w:rsidRPr="00332DB8">
              <w:rPr>
                <w:lang w:val="ru-RU"/>
              </w:rPr>
              <w:t xml:space="preserve">Брошюра "Сарынь на кичку!", автор Добровольский А.А. Издавалось в ОАО «Дом печати «Вятка». </w:t>
            </w:r>
            <w:r>
              <w:t>Решение Ленинского районного суда Кировской области от 22.08.2007.</w:t>
            </w:r>
          </w:p>
        </w:tc>
        <w:tc>
          <w:tcPr>
            <w:tcW w:w="2880" w:type="dxa"/>
          </w:tcPr>
          <w:p w:rsidR="006F7457" w:rsidRDefault="006F7457"/>
        </w:tc>
      </w:tr>
      <w:tr w:rsidR="006F7457">
        <w:tc>
          <w:tcPr>
            <w:tcW w:w="2880" w:type="dxa"/>
          </w:tcPr>
          <w:p w:rsidR="006F7457" w:rsidRDefault="00332DB8">
            <w:r>
              <w:t>30.</w:t>
            </w:r>
          </w:p>
        </w:tc>
        <w:tc>
          <w:tcPr>
            <w:tcW w:w="2880" w:type="dxa"/>
          </w:tcPr>
          <w:p w:rsidR="006F7457" w:rsidRDefault="00332DB8">
            <w:r w:rsidRPr="00332DB8">
              <w:rPr>
                <w:lang w:val="ru-RU"/>
              </w:rPr>
              <w:t xml:space="preserve">Брошюра "Язычество: закат и рассвет", автор Добровольский А.А. Издавалось в ОАО «Дом печати «Вятка». </w:t>
            </w:r>
            <w:r>
              <w:t>Решение Ленинского районного суда Кировской области от 22.08.2007.</w:t>
            </w:r>
          </w:p>
        </w:tc>
        <w:tc>
          <w:tcPr>
            <w:tcW w:w="2880" w:type="dxa"/>
          </w:tcPr>
          <w:p w:rsidR="006F7457" w:rsidRDefault="006F7457"/>
        </w:tc>
      </w:tr>
      <w:tr w:rsidR="006F7457" w:rsidRPr="00A31F1A">
        <w:tc>
          <w:tcPr>
            <w:tcW w:w="2880" w:type="dxa"/>
          </w:tcPr>
          <w:p w:rsidR="006F7457" w:rsidRDefault="00332DB8">
            <w:r>
              <w:t>31.</w:t>
            </w:r>
          </w:p>
        </w:tc>
        <w:tc>
          <w:tcPr>
            <w:tcW w:w="2880" w:type="dxa"/>
          </w:tcPr>
          <w:p w:rsidR="006F7457" w:rsidRPr="00332DB8" w:rsidRDefault="00332DB8">
            <w:pPr>
              <w:rPr>
                <w:lang w:val="ru-RU"/>
              </w:rPr>
            </w:pPr>
            <w:r w:rsidRPr="00332DB8">
              <w:rPr>
                <w:lang w:val="ru-RU"/>
              </w:rPr>
              <w:t>Газета «Дивизия» №1 - Газета Русского Прикамья, 2001 (решение Индустриального районного суда города Ижевска Удмуртской Республики от 26.07.2007).</w:t>
            </w:r>
          </w:p>
        </w:tc>
        <w:tc>
          <w:tcPr>
            <w:tcW w:w="2880" w:type="dxa"/>
          </w:tcPr>
          <w:p w:rsidR="006F7457" w:rsidRPr="00332DB8" w:rsidRDefault="006F7457">
            <w:pPr>
              <w:rPr>
                <w:lang w:val="ru-RU"/>
              </w:rPr>
            </w:pPr>
          </w:p>
        </w:tc>
      </w:tr>
      <w:tr w:rsidR="006F7457" w:rsidRPr="00A31F1A">
        <w:tc>
          <w:tcPr>
            <w:tcW w:w="2880" w:type="dxa"/>
          </w:tcPr>
          <w:p w:rsidR="006F7457" w:rsidRDefault="00332DB8">
            <w:r>
              <w:t>32.</w:t>
            </w:r>
          </w:p>
        </w:tc>
        <w:tc>
          <w:tcPr>
            <w:tcW w:w="2880" w:type="dxa"/>
          </w:tcPr>
          <w:p w:rsidR="006F7457" w:rsidRPr="00332DB8" w:rsidRDefault="00332DB8">
            <w:pPr>
              <w:rPr>
                <w:lang w:val="ru-RU"/>
              </w:rPr>
            </w:pPr>
            <w:r w:rsidRPr="00332DB8">
              <w:rPr>
                <w:lang w:val="ru-RU"/>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2880" w:type="dxa"/>
          </w:tcPr>
          <w:p w:rsidR="006F7457" w:rsidRPr="00332DB8" w:rsidRDefault="006F7457">
            <w:pPr>
              <w:rPr>
                <w:lang w:val="ru-RU"/>
              </w:rPr>
            </w:pPr>
          </w:p>
        </w:tc>
      </w:tr>
      <w:tr w:rsidR="006F7457" w:rsidRPr="00DD284B">
        <w:tc>
          <w:tcPr>
            <w:tcW w:w="2880" w:type="dxa"/>
          </w:tcPr>
          <w:p w:rsidR="006F7457" w:rsidRDefault="00332DB8">
            <w:r>
              <w:t>33.</w:t>
            </w:r>
          </w:p>
        </w:tc>
        <w:tc>
          <w:tcPr>
            <w:tcW w:w="2880" w:type="dxa"/>
          </w:tcPr>
          <w:p w:rsidR="006F7457" w:rsidRPr="00332DB8" w:rsidRDefault="00332DB8">
            <w:pPr>
              <w:rPr>
                <w:lang w:val="ru-RU"/>
              </w:rPr>
            </w:pPr>
            <w:r>
              <w:t>DVD</w:t>
            </w:r>
            <w:r w:rsidRPr="00332DB8">
              <w:rPr>
                <w:lang w:val="ru-RU"/>
              </w:rPr>
              <w:t xml:space="preserve"> -диск «Зов к исламской умме. Как долго еще?» (решение Ленинского районного суда города Уфы от 10.10.2007).</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34.</w:t>
            </w:r>
          </w:p>
        </w:tc>
        <w:tc>
          <w:tcPr>
            <w:tcW w:w="2880" w:type="dxa"/>
          </w:tcPr>
          <w:p w:rsidR="006F7457" w:rsidRPr="00332DB8" w:rsidRDefault="00332DB8">
            <w:pPr>
              <w:rPr>
                <w:lang w:val="ru-RU"/>
              </w:rPr>
            </w:pPr>
            <w:r w:rsidRPr="00332DB8">
              <w:rPr>
                <w:lang w:val="ru-RU"/>
              </w:rPr>
              <w:t>Книга Такиуддина ан-Набохони «Система ислама» (решение Туймазинского районного суда Республики Башкортостан от 05.09.2007).</w:t>
            </w:r>
          </w:p>
        </w:tc>
        <w:tc>
          <w:tcPr>
            <w:tcW w:w="2880" w:type="dxa"/>
          </w:tcPr>
          <w:p w:rsidR="006F7457" w:rsidRPr="00332DB8" w:rsidRDefault="006F7457">
            <w:pPr>
              <w:rPr>
                <w:lang w:val="ru-RU"/>
              </w:rPr>
            </w:pPr>
          </w:p>
        </w:tc>
      </w:tr>
      <w:tr w:rsidR="006F7457" w:rsidRPr="00A31F1A">
        <w:tc>
          <w:tcPr>
            <w:tcW w:w="2880" w:type="dxa"/>
          </w:tcPr>
          <w:p w:rsidR="006F7457" w:rsidRDefault="00332DB8">
            <w:r>
              <w:t>35.</w:t>
            </w:r>
          </w:p>
        </w:tc>
        <w:tc>
          <w:tcPr>
            <w:tcW w:w="2880" w:type="dxa"/>
          </w:tcPr>
          <w:p w:rsidR="006F7457" w:rsidRPr="00332DB8" w:rsidRDefault="00332DB8">
            <w:pPr>
              <w:rPr>
                <w:lang w:val="ru-RU"/>
              </w:rPr>
            </w:pPr>
            <w:r w:rsidRPr="00332DB8">
              <w:rPr>
                <w:lang w:val="ru-RU"/>
              </w:rPr>
              <w:t>Книга Такиуддина ан-Набохони «Исламское государство» (решение Туймазинского районного суда Республики Башкортостан от 05.09.2007).</w:t>
            </w:r>
          </w:p>
        </w:tc>
        <w:tc>
          <w:tcPr>
            <w:tcW w:w="2880" w:type="dxa"/>
          </w:tcPr>
          <w:p w:rsidR="006F7457" w:rsidRPr="00332DB8" w:rsidRDefault="006F7457">
            <w:pPr>
              <w:rPr>
                <w:lang w:val="ru-RU"/>
              </w:rPr>
            </w:pPr>
          </w:p>
        </w:tc>
      </w:tr>
      <w:tr w:rsidR="006F7457" w:rsidRPr="00A31F1A">
        <w:tc>
          <w:tcPr>
            <w:tcW w:w="2880" w:type="dxa"/>
          </w:tcPr>
          <w:p w:rsidR="006F7457" w:rsidRDefault="00332DB8">
            <w:r>
              <w:t>36.</w:t>
            </w:r>
          </w:p>
        </w:tc>
        <w:tc>
          <w:tcPr>
            <w:tcW w:w="2880" w:type="dxa"/>
          </w:tcPr>
          <w:p w:rsidR="006F7457" w:rsidRPr="00332DB8" w:rsidRDefault="00332DB8">
            <w:pPr>
              <w:rPr>
                <w:lang w:val="ru-RU"/>
              </w:rPr>
            </w:pPr>
            <w:r w:rsidRPr="00332DB8">
              <w:rPr>
                <w:lang w:val="ru-RU"/>
              </w:rPr>
              <w:t>Книга Такиуддина ан-Набохони «Демократия – система безверия» (решение Туймазинского районного суда Республики Башкортостан от 05.09.2007).</w:t>
            </w:r>
          </w:p>
        </w:tc>
        <w:tc>
          <w:tcPr>
            <w:tcW w:w="2880" w:type="dxa"/>
          </w:tcPr>
          <w:p w:rsidR="006F7457" w:rsidRPr="00332DB8" w:rsidRDefault="006F7457">
            <w:pPr>
              <w:rPr>
                <w:lang w:val="ru-RU"/>
              </w:rPr>
            </w:pPr>
          </w:p>
        </w:tc>
      </w:tr>
      <w:tr w:rsidR="006F7457">
        <w:tc>
          <w:tcPr>
            <w:tcW w:w="2880" w:type="dxa"/>
          </w:tcPr>
          <w:p w:rsidR="006F7457" w:rsidRDefault="00332DB8">
            <w:r>
              <w:t>37.</w:t>
            </w:r>
          </w:p>
        </w:tc>
        <w:tc>
          <w:tcPr>
            <w:tcW w:w="2880" w:type="dxa"/>
          </w:tcPr>
          <w:p w:rsidR="006F7457" w:rsidRDefault="00332DB8">
            <w:r w:rsidRPr="00332DB8">
              <w:rPr>
                <w:lang w:val="ru-RU"/>
              </w:rPr>
              <w:t xml:space="preserve">Книга Такиуддина ан-Набохони «Политическая концепция Хизб ут-Тахрир». </w:t>
            </w:r>
            <w:r>
              <w:t>(решение Туймазинского районного суда Республики Башкортостан от 05.09.2007).</w:t>
            </w:r>
          </w:p>
        </w:tc>
        <w:tc>
          <w:tcPr>
            <w:tcW w:w="2880" w:type="dxa"/>
          </w:tcPr>
          <w:p w:rsidR="006F7457" w:rsidRDefault="006F7457"/>
        </w:tc>
      </w:tr>
      <w:tr w:rsidR="006F7457" w:rsidRPr="00A31F1A">
        <w:tc>
          <w:tcPr>
            <w:tcW w:w="2880" w:type="dxa"/>
          </w:tcPr>
          <w:p w:rsidR="006F7457" w:rsidRDefault="00332DB8">
            <w:r>
              <w:t>38.</w:t>
            </w:r>
          </w:p>
        </w:tc>
        <w:tc>
          <w:tcPr>
            <w:tcW w:w="2880" w:type="dxa"/>
          </w:tcPr>
          <w:p w:rsidR="006F7457" w:rsidRPr="00332DB8" w:rsidRDefault="00332DB8">
            <w:pPr>
              <w:rPr>
                <w:lang w:val="ru-RU"/>
              </w:rPr>
            </w:pPr>
            <w:r w:rsidRPr="00332DB8">
              <w:rPr>
                <w:lang w:val="ru-RU"/>
              </w:rPr>
              <w:t>Журнал «Аль-Ваъй» № 215 (решение Туймазинского районного суда Республики Башкортостан от 05.09.2007).</w:t>
            </w:r>
          </w:p>
        </w:tc>
        <w:tc>
          <w:tcPr>
            <w:tcW w:w="2880" w:type="dxa"/>
          </w:tcPr>
          <w:p w:rsidR="006F7457" w:rsidRPr="00332DB8" w:rsidRDefault="006F7457">
            <w:pPr>
              <w:rPr>
                <w:lang w:val="ru-RU"/>
              </w:rPr>
            </w:pPr>
          </w:p>
        </w:tc>
      </w:tr>
      <w:tr w:rsidR="006F7457" w:rsidRPr="00A31F1A">
        <w:tc>
          <w:tcPr>
            <w:tcW w:w="2880" w:type="dxa"/>
          </w:tcPr>
          <w:p w:rsidR="006F7457" w:rsidRDefault="00332DB8">
            <w:r>
              <w:t>39.</w:t>
            </w:r>
          </w:p>
        </w:tc>
        <w:tc>
          <w:tcPr>
            <w:tcW w:w="2880" w:type="dxa"/>
          </w:tcPr>
          <w:p w:rsidR="006F7457" w:rsidRPr="00332DB8" w:rsidRDefault="00332DB8">
            <w:pPr>
              <w:rPr>
                <w:lang w:val="ru-RU"/>
              </w:rPr>
            </w:pPr>
            <w:r w:rsidRPr="00332DB8">
              <w:rPr>
                <w:lang w:val="ru-RU"/>
              </w:rPr>
              <w:t>Журнал «Аль-Ваъй» № 221 (решение Туймазинского районного суда Республики Башкортостан от 05.09.2007).</w:t>
            </w:r>
          </w:p>
        </w:tc>
        <w:tc>
          <w:tcPr>
            <w:tcW w:w="2880" w:type="dxa"/>
          </w:tcPr>
          <w:p w:rsidR="006F7457" w:rsidRPr="00332DB8" w:rsidRDefault="006F7457">
            <w:pPr>
              <w:rPr>
                <w:lang w:val="ru-RU"/>
              </w:rPr>
            </w:pPr>
          </w:p>
        </w:tc>
      </w:tr>
      <w:tr w:rsidR="006F7457" w:rsidRPr="00A31F1A">
        <w:tc>
          <w:tcPr>
            <w:tcW w:w="2880" w:type="dxa"/>
          </w:tcPr>
          <w:p w:rsidR="006F7457" w:rsidRDefault="00332DB8">
            <w:r>
              <w:t>40.</w:t>
            </w:r>
          </w:p>
        </w:tc>
        <w:tc>
          <w:tcPr>
            <w:tcW w:w="2880" w:type="dxa"/>
          </w:tcPr>
          <w:p w:rsidR="006F7457" w:rsidRPr="00332DB8" w:rsidRDefault="00332DB8">
            <w:pPr>
              <w:rPr>
                <w:lang w:val="ru-RU"/>
              </w:rPr>
            </w:pPr>
            <w:r w:rsidRPr="00332DB8">
              <w:rPr>
                <w:lang w:val="ru-RU"/>
              </w:rPr>
              <w:t>Журнал «Аль-Ваъй» № 230 (решение Туймазинского районного суда Республики Башкортостан от 05.09.2007).</w:t>
            </w:r>
          </w:p>
        </w:tc>
        <w:tc>
          <w:tcPr>
            <w:tcW w:w="2880" w:type="dxa"/>
          </w:tcPr>
          <w:p w:rsidR="006F7457" w:rsidRPr="00332DB8" w:rsidRDefault="006F7457">
            <w:pPr>
              <w:rPr>
                <w:lang w:val="ru-RU"/>
              </w:rPr>
            </w:pPr>
          </w:p>
        </w:tc>
      </w:tr>
      <w:tr w:rsidR="006F7457" w:rsidRPr="00A31F1A">
        <w:tc>
          <w:tcPr>
            <w:tcW w:w="2880" w:type="dxa"/>
          </w:tcPr>
          <w:p w:rsidR="006F7457" w:rsidRDefault="00332DB8">
            <w:r>
              <w:t>41.</w:t>
            </w:r>
          </w:p>
        </w:tc>
        <w:tc>
          <w:tcPr>
            <w:tcW w:w="2880" w:type="dxa"/>
          </w:tcPr>
          <w:p w:rsidR="006F7457" w:rsidRPr="00332DB8" w:rsidRDefault="00332DB8">
            <w:pPr>
              <w:rPr>
                <w:lang w:val="ru-RU"/>
              </w:rPr>
            </w:pPr>
            <w:r w:rsidRPr="00332DB8">
              <w:rPr>
                <w:lang w:val="ru-RU"/>
              </w:rPr>
              <w:t>Журнал «Аль-Ваъй» № 233 (решение Туймазинского районного суда Республики Башкортостан от 05.09.2007).</w:t>
            </w:r>
          </w:p>
        </w:tc>
        <w:tc>
          <w:tcPr>
            <w:tcW w:w="2880" w:type="dxa"/>
          </w:tcPr>
          <w:p w:rsidR="006F7457" w:rsidRPr="00332DB8" w:rsidRDefault="006F7457">
            <w:pPr>
              <w:rPr>
                <w:lang w:val="ru-RU"/>
              </w:rPr>
            </w:pPr>
          </w:p>
        </w:tc>
      </w:tr>
      <w:tr w:rsidR="006F7457" w:rsidRPr="00A31F1A">
        <w:tc>
          <w:tcPr>
            <w:tcW w:w="2880" w:type="dxa"/>
          </w:tcPr>
          <w:p w:rsidR="006F7457" w:rsidRDefault="00332DB8">
            <w:r>
              <w:t>42.</w:t>
            </w:r>
          </w:p>
        </w:tc>
        <w:tc>
          <w:tcPr>
            <w:tcW w:w="2880" w:type="dxa"/>
          </w:tcPr>
          <w:p w:rsidR="006F7457" w:rsidRPr="00332DB8" w:rsidRDefault="00332DB8">
            <w:pPr>
              <w:rPr>
                <w:lang w:val="ru-RU"/>
              </w:rPr>
            </w:pPr>
            <w:r w:rsidRPr="00332DB8">
              <w:rPr>
                <w:lang w:val="ru-RU"/>
              </w:rPr>
              <w:t>Журнал «Аль-Ваъй» № 234 (решение Туймазинского районного суда Республики Башкортостан от 05.09.2007).</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43.</w:t>
            </w:r>
          </w:p>
        </w:tc>
        <w:tc>
          <w:tcPr>
            <w:tcW w:w="2880" w:type="dxa"/>
          </w:tcPr>
          <w:p w:rsidR="006F7457" w:rsidRPr="00332DB8" w:rsidRDefault="00332DB8">
            <w:pPr>
              <w:rPr>
                <w:lang w:val="ru-RU"/>
              </w:rPr>
            </w:pPr>
            <w:r w:rsidRPr="00332DB8">
              <w:rPr>
                <w:lang w:val="ru-RU"/>
              </w:rPr>
              <w:t>Журнал «Аль-Ваъй» № 235 (решение Туймазинского районного суда Республики Башкортостан от 05.09.2007).</w:t>
            </w:r>
          </w:p>
        </w:tc>
        <w:tc>
          <w:tcPr>
            <w:tcW w:w="2880" w:type="dxa"/>
          </w:tcPr>
          <w:p w:rsidR="006F7457" w:rsidRPr="00332DB8" w:rsidRDefault="006F7457">
            <w:pPr>
              <w:rPr>
                <w:lang w:val="ru-RU"/>
              </w:rPr>
            </w:pPr>
          </w:p>
        </w:tc>
      </w:tr>
      <w:tr w:rsidR="006F7457" w:rsidRPr="00A31F1A">
        <w:tc>
          <w:tcPr>
            <w:tcW w:w="2880" w:type="dxa"/>
          </w:tcPr>
          <w:p w:rsidR="006F7457" w:rsidRDefault="00332DB8">
            <w:r>
              <w:t>44.</w:t>
            </w:r>
          </w:p>
        </w:tc>
        <w:tc>
          <w:tcPr>
            <w:tcW w:w="2880" w:type="dxa"/>
          </w:tcPr>
          <w:p w:rsidR="006F7457" w:rsidRPr="00332DB8" w:rsidRDefault="00332DB8">
            <w:pPr>
              <w:rPr>
                <w:lang w:val="ru-RU"/>
              </w:rPr>
            </w:pPr>
            <w:r w:rsidRPr="00332DB8">
              <w:rPr>
                <w:lang w:val="ru-RU"/>
              </w:rPr>
              <w:t>Журнал «Аль-Ваъй» № 236 (решение Туймазинского районного суда Республики Башкортостан от 05.09.2007).</w:t>
            </w:r>
          </w:p>
        </w:tc>
        <w:tc>
          <w:tcPr>
            <w:tcW w:w="2880" w:type="dxa"/>
          </w:tcPr>
          <w:p w:rsidR="006F7457" w:rsidRPr="00332DB8" w:rsidRDefault="006F7457">
            <w:pPr>
              <w:rPr>
                <w:lang w:val="ru-RU"/>
              </w:rPr>
            </w:pPr>
          </w:p>
        </w:tc>
      </w:tr>
      <w:tr w:rsidR="006F7457" w:rsidRPr="00A31F1A">
        <w:tc>
          <w:tcPr>
            <w:tcW w:w="2880" w:type="dxa"/>
          </w:tcPr>
          <w:p w:rsidR="006F7457" w:rsidRDefault="00332DB8">
            <w:r>
              <w:t>45.</w:t>
            </w:r>
          </w:p>
        </w:tc>
        <w:tc>
          <w:tcPr>
            <w:tcW w:w="2880" w:type="dxa"/>
          </w:tcPr>
          <w:p w:rsidR="006F7457" w:rsidRPr="00332DB8" w:rsidRDefault="00332DB8">
            <w:pPr>
              <w:rPr>
                <w:lang w:val="ru-RU"/>
              </w:rPr>
            </w:pPr>
            <w:r w:rsidRPr="00332DB8">
              <w:rPr>
                <w:lang w:val="ru-RU"/>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2880" w:type="dxa"/>
          </w:tcPr>
          <w:p w:rsidR="006F7457" w:rsidRPr="00332DB8" w:rsidRDefault="006F7457">
            <w:pPr>
              <w:rPr>
                <w:lang w:val="ru-RU"/>
              </w:rPr>
            </w:pPr>
          </w:p>
        </w:tc>
      </w:tr>
      <w:tr w:rsidR="006F7457" w:rsidRPr="00A31F1A">
        <w:tc>
          <w:tcPr>
            <w:tcW w:w="2880" w:type="dxa"/>
          </w:tcPr>
          <w:p w:rsidR="006F7457" w:rsidRDefault="00332DB8">
            <w:r>
              <w:t>46.</w:t>
            </w:r>
          </w:p>
        </w:tc>
        <w:tc>
          <w:tcPr>
            <w:tcW w:w="2880" w:type="dxa"/>
          </w:tcPr>
          <w:p w:rsidR="006F7457" w:rsidRPr="00332DB8" w:rsidRDefault="00332DB8">
            <w:pPr>
              <w:rPr>
                <w:lang w:val="ru-RU"/>
              </w:rPr>
            </w:pPr>
            <w:r w:rsidRPr="00332DB8">
              <w:rPr>
                <w:lang w:val="ru-RU"/>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c>
          <w:tcPr>
            <w:tcW w:w="2880" w:type="dxa"/>
          </w:tcPr>
          <w:p w:rsidR="006F7457" w:rsidRPr="00332DB8" w:rsidRDefault="006F7457">
            <w:pPr>
              <w:rPr>
                <w:lang w:val="ru-RU"/>
              </w:rPr>
            </w:pPr>
          </w:p>
        </w:tc>
      </w:tr>
      <w:tr w:rsidR="006F7457" w:rsidRPr="00A31F1A">
        <w:tc>
          <w:tcPr>
            <w:tcW w:w="2880" w:type="dxa"/>
          </w:tcPr>
          <w:p w:rsidR="006F7457" w:rsidRDefault="00332DB8">
            <w:r>
              <w:t>47.</w:t>
            </w:r>
          </w:p>
        </w:tc>
        <w:tc>
          <w:tcPr>
            <w:tcW w:w="2880" w:type="dxa"/>
          </w:tcPr>
          <w:p w:rsidR="006F7457" w:rsidRPr="00332DB8" w:rsidRDefault="00332DB8">
            <w:pPr>
              <w:rPr>
                <w:lang w:val="ru-RU"/>
              </w:rPr>
            </w:pPr>
            <w:r w:rsidRPr="00332DB8">
              <w:rPr>
                <w:lang w:val="ru-RU"/>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2880" w:type="dxa"/>
          </w:tcPr>
          <w:p w:rsidR="006F7457" w:rsidRPr="00332DB8" w:rsidRDefault="006F7457">
            <w:pPr>
              <w:rPr>
                <w:lang w:val="ru-RU"/>
              </w:rPr>
            </w:pPr>
          </w:p>
        </w:tc>
      </w:tr>
      <w:tr w:rsidR="006F7457" w:rsidRPr="00A31F1A">
        <w:tc>
          <w:tcPr>
            <w:tcW w:w="2880" w:type="dxa"/>
          </w:tcPr>
          <w:p w:rsidR="006F7457" w:rsidRDefault="00332DB8">
            <w:r>
              <w:t>48.</w:t>
            </w:r>
          </w:p>
        </w:tc>
        <w:tc>
          <w:tcPr>
            <w:tcW w:w="2880" w:type="dxa"/>
          </w:tcPr>
          <w:p w:rsidR="006F7457" w:rsidRPr="00332DB8" w:rsidRDefault="00332DB8">
            <w:pPr>
              <w:rPr>
                <w:lang w:val="ru-RU"/>
              </w:rPr>
            </w:pPr>
            <w:r w:rsidRPr="00332DB8">
              <w:rPr>
                <w:lang w:val="ru-RU"/>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2880" w:type="dxa"/>
          </w:tcPr>
          <w:p w:rsidR="006F7457" w:rsidRPr="00332DB8" w:rsidRDefault="006F7457">
            <w:pPr>
              <w:rPr>
                <w:lang w:val="ru-RU"/>
              </w:rPr>
            </w:pPr>
          </w:p>
        </w:tc>
      </w:tr>
      <w:tr w:rsidR="006F7457" w:rsidRPr="00A31F1A">
        <w:tc>
          <w:tcPr>
            <w:tcW w:w="2880" w:type="dxa"/>
          </w:tcPr>
          <w:p w:rsidR="006F7457" w:rsidRDefault="00332DB8">
            <w:r>
              <w:t>49.</w:t>
            </w:r>
          </w:p>
        </w:tc>
        <w:tc>
          <w:tcPr>
            <w:tcW w:w="2880" w:type="dxa"/>
          </w:tcPr>
          <w:p w:rsidR="006F7457" w:rsidRPr="00332DB8" w:rsidRDefault="00332DB8">
            <w:pPr>
              <w:rPr>
                <w:lang w:val="ru-RU"/>
              </w:rPr>
            </w:pPr>
            <w:r w:rsidRPr="00332DB8">
              <w:rPr>
                <w:lang w:val="ru-RU"/>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2880" w:type="dxa"/>
          </w:tcPr>
          <w:p w:rsidR="006F7457" w:rsidRPr="00332DB8" w:rsidRDefault="006F7457">
            <w:pPr>
              <w:rPr>
                <w:lang w:val="ru-RU"/>
              </w:rPr>
            </w:pPr>
          </w:p>
        </w:tc>
      </w:tr>
      <w:tr w:rsidR="006F7457" w:rsidRPr="00A31F1A">
        <w:tc>
          <w:tcPr>
            <w:tcW w:w="2880" w:type="dxa"/>
          </w:tcPr>
          <w:p w:rsidR="006F7457" w:rsidRDefault="00332DB8">
            <w:r>
              <w:t>50.</w:t>
            </w:r>
          </w:p>
        </w:tc>
        <w:tc>
          <w:tcPr>
            <w:tcW w:w="2880" w:type="dxa"/>
          </w:tcPr>
          <w:p w:rsidR="006F7457" w:rsidRPr="00332DB8" w:rsidRDefault="00332DB8">
            <w:pPr>
              <w:rPr>
                <w:lang w:val="ru-RU"/>
              </w:rPr>
            </w:pPr>
            <w:r w:rsidRPr="00332DB8">
              <w:rPr>
                <w:lang w:val="ru-RU"/>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2880" w:type="dxa"/>
          </w:tcPr>
          <w:p w:rsidR="006F7457" w:rsidRPr="00332DB8" w:rsidRDefault="006F7457">
            <w:pPr>
              <w:rPr>
                <w:lang w:val="ru-RU"/>
              </w:rPr>
            </w:pPr>
          </w:p>
        </w:tc>
      </w:tr>
      <w:tr w:rsidR="006F7457" w:rsidRPr="00A31F1A">
        <w:tc>
          <w:tcPr>
            <w:tcW w:w="2880" w:type="dxa"/>
          </w:tcPr>
          <w:p w:rsidR="006F7457" w:rsidRDefault="00332DB8">
            <w:r>
              <w:t>51.</w:t>
            </w:r>
          </w:p>
        </w:tc>
        <w:tc>
          <w:tcPr>
            <w:tcW w:w="2880" w:type="dxa"/>
          </w:tcPr>
          <w:p w:rsidR="006F7457" w:rsidRPr="00332DB8" w:rsidRDefault="00332DB8">
            <w:pPr>
              <w:rPr>
                <w:lang w:val="ru-RU"/>
              </w:rPr>
            </w:pPr>
            <w:r w:rsidRPr="00332DB8">
              <w:rPr>
                <w:lang w:val="ru-RU"/>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52.</w:t>
            </w:r>
          </w:p>
        </w:tc>
        <w:tc>
          <w:tcPr>
            <w:tcW w:w="2880" w:type="dxa"/>
          </w:tcPr>
          <w:p w:rsidR="006F7457" w:rsidRPr="00332DB8" w:rsidRDefault="00332DB8">
            <w:pPr>
              <w:rPr>
                <w:lang w:val="ru-RU"/>
              </w:rPr>
            </w:pPr>
            <w:r w:rsidRPr="00332DB8">
              <w:rPr>
                <w:lang w:val="ru-RU"/>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2880" w:type="dxa"/>
          </w:tcPr>
          <w:p w:rsidR="006F7457" w:rsidRPr="00332DB8" w:rsidRDefault="006F7457">
            <w:pPr>
              <w:rPr>
                <w:lang w:val="ru-RU"/>
              </w:rPr>
            </w:pPr>
          </w:p>
        </w:tc>
      </w:tr>
      <w:tr w:rsidR="006F7457" w:rsidRPr="00A31F1A">
        <w:tc>
          <w:tcPr>
            <w:tcW w:w="2880" w:type="dxa"/>
          </w:tcPr>
          <w:p w:rsidR="006F7457" w:rsidRDefault="00332DB8">
            <w:r>
              <w:t>53.</w:t>
            </w:r>
          </w:p>
        </w:tc>
        <w:tc>
          <w:tcPr>
            <w:tcW w:w="2880" w:type="dxa"/>
          </w:tcPr>
          <w:p w:rsidR="006F7457" w:rsidRPr="00332DB8" w:rsidRDefault="00332DB8">
            <w:pPr>
              <w:rPr>
                <w:lang w:val="ru-RU"/>
              </w:rPr>
            </w:pPr>
            <w:r w:rsidRPr="00332DB8">
              <w:rPr>
                <w:lang w:val="ru-RU"/>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2880" w:type="dxa"/>
          </w:tcPr>
          <w:p w:rsidR="006F7457" w:rsidRPr="00332DB8" w:rsidRDefault="006F7457">
            <w:pPr>
              <w:rPr>
                <w:lang w:val="ru-RU"/>
              </w:rPr>
            </w:pPr>
          </w:p>
        </w:tc>
      </w:tr>
      <w:tr w:rsidR="006F7457" w:rsidRPr="00A31F1A">
        <w:tc>
          <w:tcPr>
            <w:tcW w:w="2880" w:type="dxa"/>
          </w:tcPr>
          <w:p w:rsidR="006F7457" w:rsidRDefault="00332DB8">
            <w:r>
              <w:t>54.</w:t>
            </w:r>
          </w:p>
        </w:tc>
        <w:tc>
          <w:tcPr>
            <w:tcW w:w="2880" w:type="dxa"/>
          </w:tcPr>
          <w:p w:rsidR="006F7457" w:rsidRPr="00332DB8" w:rsidRDefault="00332DB8">
            <w:pPr>
              <w:rPr>
                <w:lang w:val="ru-RU"/>
              </w:rPr>
            </w:pPr>
            <w:r w:rsidRPr="00332DB8">
              <w:rPr>
                <w:lang w:val="ru-RU"/>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2880" w:type="dxa"/>
          </w:tcPr>
          <w:p w:rsidR="006F7457" w:rsidRPr="00332DB8" w:rsidRDefault="006F7457">
            <w:pPr>
              <w:rPr>
                <w:lang w:val="ru-RU"/>
              </w:rPr>
            </w:pPr>
          </w:p>
        </w:tc>
      </w:tr>
      <w:tr w:rsidR="006F7457" w:rsidRPr="00A31F1A">
        <w:tc>
          <w:tcPr>
            <w:tcW w:w="2880" w:type="dxa"/>
          </w:tcPr>
          <w:p w:rsidR="006F7457" w:rsidRDefault="00332DB8">
            <w:r>
              <w:t>55.</w:t>
            </w:r>
          </w:p>
        </w:tc>
        <w:tc>
          <w:tcPr>
            <w:tcW w:w="2880" w:type="dxa"/>
          </w:tcPr>
          <w:p w:rsidR="006F7457" w:rsidRPr="00332DB8" w:rsidRDefault="00332DB8">
            <w:pPr>
              <w:rPr>
                <w:lang w:val="ru-RU"/>
              </w:rPr>
            </w:pPr>
            <w:r w:rsidRPr="00332DB8">
              <w:rPr>
                <w:lang w:val="ru-RU"/>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2880" w:type="dxa"/>
          </w:tcPr>
          <w:p w:rsidR="006F7457" w:rsidRPr="00332DB8" w:rsidRDefault="006F7457">
            <w:pPr>
              <w:rPr>
                <w:lang w:val="ru-RU"/>
              </w:rPr>
            </w:pPr>
          </w:p>
        </w:tc>
      </w:tr>
      <w:tr w:rsidR="006F7457" w:rsidRPr="00A31F1A">
        <w:tc>
          <w:tcPr>
            <w:tcW w:w="2880" w:type="dxa"/>
          </w:tcPr>
          <w:p w:rsidR="006F7457" w:rsidRDefault="00332DB8">
            <w:r>
              <w:t>56.</w:t>
            </w:r>
          </w:p>
        </w:tc>
        <w:tc>
          <w:tcPr>
            <w:tcW w:w="2880" w:type="dxa"/>
          </w:tcPr>
          <w:p w:rsidR="006F7457" w:rsidRPr="00332DB8" w:rsidRDefault="00332DB8">
            <w:pPr>
              <w:rPr>
                <w:lang w:val="ru-RU"/>
              </w:rPr>
            </w:pPr>
            <w:r w:rsidRPr="00332DB8">
              <w:rPr>
                <w:lang w:val="ru-RU"/>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2880" w:type="dxa"/>
          </w:tcPr>
          <w:p w:rsidR="006F7457" w:rsidRPr="00332DB8" w:rsidRDefault="006F7457">
            <w:pPr>
              <w:rPr>
                <w:lang w:val="ru-RU"/>
              </w:rPr>
            </w:pPr>
          </w:p>
        </w:tc>
      </w:tr>
      <w:tr w:rsidR="006F7457" w:rsidRPr="00A31F1A">
        <w:tc>
          <w:tcPr>
            <w:tcW w:w="2880" w:type="dxa"/>
          </w:tcPr>
          <w:p w:rsidR="006F7457" w:rsidRDefault="00332DB8">
            <w:r>
              <w:t>57.</w:t>
            </w:r>
          </w:p>
        </w:tc>
        <w:tc>
          <w:tcPr>
            <w:tcW w:w="2880" w:type="dxa"/>
          </w:tcPr>
          <w:p w:rsidR="006F7457" w:rsidRPr="00332DB8" w:rsidRDefault="00332DB8">
            <w:pPr>
              <w:rPr>
                <w:lang w:val="ru-RU"/>
              </w:rPr>
            </w:pPr>
            <w:r w:rsidRPr="00332DB8">
              <w:rPr>
                <w:lang w:val="ru-RU"/>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2880" w:type="dxa"/>
          </w:tcPr>
          <w:p w:rsidR="006F7457" w:rsidRPr="00332DB8" w:rsidRDefault="006F7457">
            <w:pPr>
              <w:rPr>
                <w:lang w:val="ru-RU"/>
              </w:rPr>
            </w:pPr>
          </w:p>
        </w:tc>
      </w:tr>
      <w:tr w:rsidR="006F7457" w:rsidRPr="00A31F1A">
        <w:tc>
          <w:tcPr>
            <w:tcW w:w="2880" w:type="dxa"/>
          </w:tcPr>
          <w:p w:rsidR="006F7457" w:rsidRDefault="00332DB8">
            <w:r>
              <w:t>58.</w:t>
            </w:r>
          </w:p>
        </w:tc>
        <w:tc>
          <w:tcPr>
            <w:tcW w:w="2880" w:type="dxa"/>
          </w:tcPr>
          <w:p w:rsidR="006F7457" w:rsidRPr="00332DB8" w:rsidRDefault="00332DB8">
            <w:pPr>
              <w:rPr>
                <w:lang w:val="ru-RU"/>
              </w:rPr>
            </w:pPr>
            <w:r w:rsidRPr="00332DB8">
              <w:rPr>
                <w:lang w:val="ru-RU"/>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2880" w:type="dxa"/>
          </w:tcPr>
          <w:p w:rsidR="006F7457" w:rsidRPr="00332DB8" w:rsidRDefault="006F7457">
            <w:pPr>
              <w:rPr>
                <w:lang w:val="ru-RU"/>
              </w:rPr>
            </w:pPr>
          </w:p>
        </w:tc>
      </w:tr>
      <w:tr w:rsidR="006F7457" w:rsidRPr="00A31F1A">
        <w:tc>
          <w:tcPr>
            <w:tcW w:w="2880" w:type="dxa"/>
          </w:tcPr>
          <w:p w:rsidR="006F7457" w:rsidRDefault="00332DB8">
            <w:r>
              <w:t>59.</w:t>
            </w:r>
          </w:p>
        </w:tc>
        <w:tc>
          <w:tcPr>
            <w:tcW w:w="2880" w:type="dxa"/>
          </w:tcPr>
          <w:p w:rsidR="006F7457" w:rsidRPr="00332DB8" w:rsidRDefault="00332DB8">
            <w:pPr>
              <w:rPr>
                <w:lang w:val="ru-RU"/>
              </w:rPr>
            </w:pPr>
            <w:r w:rsidRPr="00332DB8">
              <w:rPr>
                <w:lang w:val="ru-RU"/>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2880" w:type="dxa"/>
          </w:tcPr>
          <w:p w:rsidR="006F7457" w:rsidRPr="00332DB8" w:rsidRDefault="006F7457">
            <w:pPr>
              <w:rPr>
                <w:lang w:val="ru-RU"/>
              </w:rPr>
            </w:pPr>
          </w:p>
        </w:tc>
      </w:tr>
      <w:tr w:rsidR="006F7457" w:rsidRPr="00A31F1A">
        <w:tc>
          <w:tcPr>
            <w:tcW w:w="2880" w:type="dxa"/>
          </w:tcPr>
          <w:p w:rsidR="006F7457" w:rsidRDefault="00332DB8">
            <w:r>
              <w:t>60.</w:t>
            </w:r>
          </w:p>
        </w:tc>
        <w:tc>
          <w:tcPr>
            <w:tcW w:w="2880" w:type="dxa"/>
          </w:tcPr>
          <w:p w:rsidR="006F7457" w:rsidRPr="00332DB8" w:rsidRDefault="00332DB8">
            <w:pPr>
              <w:rPr>
                <w:lang w:val="ru-RU"/>
              </w:rPr>
            </w:pPr>
            <w:r w:rsidRPr="00332DB8">
              <w:rPr>
                <w:lang w:val="ru-RU"/>
              </w:rP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61.</w:t>
            </w:r>
          </w:p>
        </w:tc>
        <w:tc>
          <w:tcPr>
            <w:tcW w:w="2880" w:type="dxa"/>
          </w:tcPr>
          <w:p w:rsidR="006F7457" w:rsidRPr="00332DB8" w:rsidRDefault="00332DB8">
            <w:pPr>
              <w:rPr>
                <w:lang w:val="ru-RU"/>
              </w:rPr>
            </w:pPr>
            <w:r w:rsidRPr="00332DB8">
              <w:rPr>
                <w:lang w:val="ru-RU"/>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2880" w:type="dxa"/>
          </w:tcPr>
          <w:p w:rsidR="006F7457" w:rsidRPr="00332DB8" w:rsidRDefault="006F7457">
            <w:pPr>
              <w:rPr>
                <w:lang w:val="ru-RU"/>
              </w:rPr>
            </w:pPr>
          </w:p>
        </w:tc>
      </w:tr>
      <w:tr w:rsidR="006F7457" w:rsidRPr="00A31F1A">
        <w:tc>
          <w:tcPr>
            <w:tcW w:w="2880" w:type="dxa"/>
          </w:tcPr>
          <w:p w:rsidR="006F7457" w:rsidRDefault="00332DB8">
            <w:r>
              <w:t>62.</w:t>
            </w:r>
          </w:p>
        </w:tc>
        <w:tc>
          <w:tcPr>
            <w:tcW w:w="2880" w:type="dxa"/>
          </w:tcPr>
          <w:p w:rsidR="006F7457" w:rsidRPr="00332DB8" w:rsidRDefault="00332DB8">
            <w:pPr>
              <w:rPr>
                <w:lang w:val="ru-RU"/>
              </w:rPr>
            </w:pPr>
            <w:r w:rsidRPr="00332DB8">
              <w:rPr>
                <w:lang w:val="ru-RU"/>
              </w:rPr>
              <w:t>Информационные материалы статьи «Давайте сдохнем» газеты «</w:t>
            </w:r>
            <w:r>
              <w:t>PARA</w:t>
            </w:r>
            <w:r w:rsidRPr="00332DB8">
              <w:rPr>
                <w:lang w:val="ru-RU"/>
              </w:rPr>
              <w:t xml:space="preserve"> </w:t>
            </w:r>
            <w:r>
              <w:t>BELLUM</w:t>
            </w:r>
            <w:r w:rsidRPr="00332DB8">
              <w:rPr>
                <w:lang w:val="ru-RU"/>
              </w:rPr>
              <w:t>» № 9 за декабрь 2005 г. (решение Советского районного суда г. Челябинска от 25.09.2007).</w:t>
            </w:r>
          </w:p>
        </w:tc>
        <w:tc>
          <w:tcPr>
            <w:tcW w:w="2880" w:type="dxa"/>
          </w:tcPr>
          <w:p w:rsidR="006F7457" w:rsidRPr="00332DB8" w:rsidRDefault="006F7457">
            <w:pPr>
              <w:rPr>
                <w:lang w:val="ru-RU"/>
              </w:rPr>
            </w:pPr>
          </w:p>
        </w:tc>
      </w:tr>
      <w:tr w:rsidR="006F7457" w:rsidRPr="00A31F1A">
        <w:tc>
          <w:tcPr>
            <w:tcW w:w="2880" w:type="dxa"/>
          </w:tcPr>
          <w:p w:rsidR="006F7457" w:rsidRDefault="00332DB8">
            <w:r>
              <w:t>63.</w:t>
            </w:r>
          </w:p>
        </w:tc>
        <w:tc>
          <w:tcPr>
            <w:tcW w:w="2880" w:type="dxa"/>
          </w:tcPr>
          <w:p w:rsidR="006F7457" w:rsidRPr="00332DB8" w:rsidRDefault="00332DB8">
            <w:pPr>
              <w:rPr>
                <w:lang w:val="ru-RU"/>
              </w:rPr>
            </w:pPr>
            <w:r w:rsidRPr="00332DB8">
              <w:rPr>
                <w:lang w:val="ru-RU"/>
              </w:rPr>
              <w:t>Информационные материалы статьи «Апофеоз прелюдий» газеты «</w:t>
            </w:r>
            <w:r>
              <w:t>PARA</w:t>
            </w:r>
            <w:r w:rsidRPr="00332DB8">
              <w:rPr>
                <w:lang w:val="ru-RU"/>
              </w:rPr>
              <w:t xml:space="preserve"> </w:t>
            </w:r>
            <w:r>
              <w:t>BELLUM</w:t>
            </w:r>
            <w:r w:rsidRPr="00332DB8">
              <w:rPr>
                <w:lang w:val="ru-RU"/>
              </w:rPr>
              <w:t>» № 9 за декабрь 2005 г. (решение Советского районного суда г. Челябинска от 25.09.2007).</w:t>
            </w:r>
          </w:p>
        </w:tc>
        <w:tc>
          <w:tcPr>
            <w:tcW w:w="2880" w:type="dxa"/>
          </w:tcPr>
          <w:p w:rsidR="006F7457" w:rsidRPr="00332DB8" w:rsidRDefault="006F7457">
            <w:pPr>
              <w:rPr>
                <w:lang w:val="ru-RU"/>
              </w:rPr>
            </w:pPr>
          </w:p>
        </w:tc>
      </w:tr>
      <w:tr w:rsidR="006F7457" w:rsidRPr="00A31F1A">
        <w:tc>
          <w:tcPr>
            <w:tcW w:w="2880" w:type="dxa"/>
          </w:tcPr>
          <w:p w:rsidR="006F7457" w:rsidRDefault="00332DB8">
            <w:r>
              <w:t>64.</w:t>
            </w:r>
          </w:p>
        </w:tc>
        <w:tc>
          <w:tcPr>
            <w:tcW w:w="2880" w:type="dxa"/>
          </w:tcPr>
          <w:p w:rsidR="006F7457" w:rsidRPr="00332DB8" w:rsidRDefault="00332DB8">
            <w:pPr>
              <w:rPr>
                <w:lang w:val="ru-RU"/>
              </w:rPr>
            </w:pPr>
            <w:r w:rsidRPr="00332DB8">
              <w:rPr>
                <w:lang w:val="ru-RU"/>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A31F1A">
        <w:tc>
          <w:tcPr>
            <w:tcW w:w="2880" w:type="dxa"/>
          </w:tcPr>
          <w:p w:rsidR="006F7457" w:rsidRDefault="00332DB8">
            <w:r>
              <w:t>65.</w:t>
            </w:r>
          </w:p>
        </w:tc>
        <w:tc>
          <w:tcPr>
            <w:tcW w:w="2880" w:type="dxa"/>
          </w:tcPr>
          <w:p w:rsidR="006F7457" w:rsidRPr="00332DB8" w:rsidRDefault="00332DB8">
            <w:pPr>
              <w:rPr>
                <w:lang w:val="ru-RU"/>
              </w:rPr>
            </w:pPr>
            <w:r w:rsidRPr="00332DB8">
              <w:rPr>
                <w:lang w:val="ru-RU"/>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A31F1A">
        <w:tc>
          <w:tcPr>
            <w:tcW w:w="2880" w:type="dxa"/>
          </w:tcPr>
          <w:p w:rsidR="006F7457" w:rsidRDefault="00332DB8">
            <w:r>
              <w:t>66.</w:t>
            </w:r>
          </w:p>
        </w:tc>
        <w:tc>
          <w:tcPr>
            <w:tcW w:w="2880" w:type="dxa"/>
          </w:tcPr>
          <w:p w:rsidR="006F7457" w:rsidRPr="00332DB8" w:rsidRDefault="00332DB8">
            <w:pPr>
              <w:rPr>
                <w:lang w:val="ru-RU"/>
              </w:rPr>
            </w:pPr>
            <w:r w:rsidRPr="00332DB8">
              <w:rPr>
                <w:lang w:val="ru-RU"/>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A31F1A">
        <w:tc>
          <w:tcPr>
            <w:tcW w:w="2880" w:type="dxa"/>
          </w:tcPr>
          <w:p w:rsidR="006F7457" w:rsidRDefault="00332DB8">
            <w:r>
              <w:t>67.</w:t>
            </w:r>
          </w:p>
        </w:tc>
        <w:tc>
          <w:tcPr>
            <w:tcW w:w="2880" w:type="dxa"/>
          </w:tcPr>
          <w:p w:rsidR="006F7457" w:rsidRPr="00332DB8" w:rsidRDefault="00332DB8">
            <w:pPr>
              <w:rPr>
                <w:lang w:val="ru-RU"/>
              </w:rPr>
            </w:pPr>
            <w:r w:rsidRPr="00332DB8">
              <w:rPr>
                <w:lang w:val="ru-RU"/>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A31F1A">
        <w:tc>
          <w:tcPr>
            <w:tcW w:w="2880" w:type="dxa"/>
          </w:tcPr>
          <w:p w:rsidR="006F7457" w:rsidRDefault="00332DB8">
            <w:r>
              <w:t>68.</w:t>
            </w:r>
          </w:p>
        </w:tc>
        <w:tc>
          <w:tcPr>
            <w:tcW w:w="2880" w:type="dxa"/>
          </w:tcPr>
          <w:p w:rsidR="006F7457" w:rsidRPr="00332DB8" w:rsidRDefault="00332DB8">
            <w:pPr>
              <w:rPr>
                <w:lang w:val="ru-RU"/>
              </w:rPr>
            </w:pPr>
            <w:r w:rsidRPr="00332DB8">
              <w:rPr>
                <w:lang w:val="ru-RU"/>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69.</w:t>
            </w:r>
          </w:p>
        </w:tc>
        <w:tc>
          <w:tcPr>
            <w:tcW w:w="2880" w:type="dxa"/>
          </w:tcPr>
          <w:p w:rsidR="006F7457" w:rsidRPr="00332DB8" w:rsidRDefault="00332DB8">
            <w:pPr>
              <w:rPr>
                <w:lang w:val="ru-RU"/>
              </w:rPr>
            </w:pPr>
            <w:r w:rsidRPr="00332DB8">
              <w:rPr>
                <w:lang w:val="ru-RU"/>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A31F1A">
        <w:tc>
          <w:tcPr>
            <w:tcW w:w="2880" w:type="dxa"/>
          </w:tcPr>
          <w:p w:rsidR="006F7457" w:rsidRDefault="00332DB8">
            <w:r>
              <w:t>70.</w:t>
            </w:r>
          </w:p>
        </w:tc>
        <w:tc>
          <w:tcPr>
            <w:tcW w:w="2880" w:type="dxa"/>
          </w:tcPr>
          <w:p w:rsidR="006F7457" w:rsidRPr="00332DB8" w:rsidRDefault="00332DB8">
            <w:pPr>
              <w:rPr>
                <w:lang w:val="ru-RU"/>
              </w:rPr>
            </w:pPr>
            <w:r w:rsidRPr="00332DB8">
              <w:rPr>
                <w:lang w:val="ru-RU"/>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A31F1A">
        <w:tc>
          <w:tcPr>
            <w:tcW w:w="2880" w:type="dxa"/>
          </w:tcPr>
          <w:p w:rsidR="006F7457" w:rsidRDefault="00332DB8">
            <w:r>
              <w:t>71.</w:t>
            </w:r>
          </w:p>
        </w:tc>
        <w:tc>
          <w:tcPr>
            <w:tcW w:w="2880" w:type="dxa"/>
          </w:tcPr>
          <w:p w:rsidR="006F7457" w:rsidRPr="00332DB8" w:rsidRDefault="00332DB8">
            <w:pPr>
              <w:rPr>
                <w:lang w:val="ru-RU"/>
              </w:rPr>
            </w:pPr>
            <w:r w:rsidRPr="00332DB8">
              <w:rPr>
                <w:lang w:val="ru-RU"/>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A31F1A">
        <w:tc>
          <w:tcPr>
            <w:tcW w:w="2880" w:type="dxa"/>
          </w:tcPr>
          <w:p w:rsidR="006F7457" w:rsidRDefault="00332DB8">
            <w:r>
              <w:t>72.</w:t>
            </w:r>
          </w:p>
        </w:tc>
        <w:tc>
          <w:tcPr>
            <w:tcW w:w="2880" w:type="dxa"/>
          </w:tcPr>
          <w:p w:rsidR="006F7457" w:rsidRPr="00332DB8" w:rsidRDefault="00332DB8">
            <w:pPr>
              <w:rPr>
                <w:lang w:val="ru-RU"/>
              </w:rPr>
            </w:pPr>
            <w:r w:rsidRPr="00332DB8">
              <w:rPr>
                <w:lang w:val="ru-RU"/>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DD284B">
        <w:tc>
          <w:tcPr>
            <w:tcW w:w="2880" w:type="dxa"/>
          </w:tcPr>
          <w:p w:rsidR="006F7457" w:rsidRDefault="00332DB8">
            <w:r>
              <w:t>73.</w:t>
            </w:r>
          </w:p>
        </w:tc>
        <w:tc>
          <w:tcPr>
            <w:tcW w:w="2880" w:type="dxa"/>
          </w:tcPr>
          <w:p w:rsidR="006F7457" w:rsidRPr="00332DB8" w:rsidRDefault="00332DB8">
            <w:pPr>
              <w:rPr>
                <w:lang w:val="ru-RU"/>
              </w:rPr>
            </w:pPr>
            <w:r w:rsidRPr="00332DB8">
              <w:rPr>
                <w:lang w:val="ru-RU"/>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A31F1A">
        <w:tc>
          <w:tcPr>
            <w:tcW w:w="2880" w:type="dxa"/>
          </w:tcPr>
          <w:p w:rsidR="006F7457" w:rsidRDefault="00332DB8">
            <w:r>
              <w:t>74.</w:t>
            </w:r>
          </w:p>
        </w:tc>
        <w:tc>
          <w:tcPr>
            <w:tcW w:w="2880" w:type="dxa"/>
          </w:tcPr>
          <w:p w:rsidR="006F7457" w:rsidRPr="00332DB8" w:rsidRDefault="00332DB8">
            <w:pPr>
              <w:rPr>
                <w:lang w:val="ru-RU"/>
              </w:rPr>
            </w:pPr>
            <w:r w:rsidRPr="00332DB8">
              <w:rPr>
                <w:lang w:val="ru-RU"/>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A31F1A">
        <w:tc>
          <w:tcPr>
            <w:tcW w:w="2880" w:type="dxa"/>
          </w:tcPr>
          <w:p w:rsidR="006F7457" w:rsidRDefault="00332DB8">
            <w:r>
              <w:t>75.</w:t>
            </w:r>
          </w:p>
        </w:tc>
        <w:tc>
          <w:tcPr>
            <w:tcW w:w="2880" w:type="dxa"/>
          </w:tcPr>
          <w:p w:rsidR="006F7457" w:rsidRPr="00332DB8" w:rsidRDefault="00332DB8">
            <w:pPr>
              <w:rPr>
                <w:lang w:val="ru-RU"/>
              </w:rPr>
            </w:pPr>
            <w:r w:rsidRPr="00332DB8">
              <w:rPr>
                <w:lang w:val="ru-RU"/>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A31F1A">
        <w:tc>
          <w:tcPr>
            <w:tcW w:w="2880" w:type="dxa"/>
          </w:tcPr>
          <w:p w:rsidR="006F7457" w:rsidRDefault="00332DB8">
            <w:r>
              <w:t>76.</w:t>
            </w:r>
          </w:p>
        </w:tc>
        <w:tc>
          <w:tcPr>
            <w:tcW w:w="2880" w:type="dxa"/>
          </w:tcPr>
          <w:p w:rsidR="006F7457" w:rsidRPr="00332DB8" w:rsidRDefault="00332DB8">
            <w:pPr>
              <w:rPr>
                <w:lang w:val="ru-RU"/>
              </w:rPr>
            </w:pPr>
            <w:r w:rsidRPr="00332DB8">
              <w:rPr>
                <w:lang w:val="ru-RU"/>
              </w:rPr>
              <w:t xml:space="preserve">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w:t>
            </w:r>
            <w:r w:rsidRPr="00332DB8">
              <w:rPr>
                <w:lang w:val="ru-RU"/>
              </w:rPr>
              <w:lastRenderedPageBreak/>
              <w:t>области от 19.10.2007).</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77.</w:t>
            </w:r>
          </w:p>
        </w:tc>
        <w:tc>
          <w:tcPr>
            <w:tcW w:w="2880" w:type="dxa"/>
          </w:tcPr>
          <w:p w:rsidR="006F7457" w:rsidRPr="00332DB8" w:rsidRDefault="00332DB8">
            <w:pPr>
              <w:rPr>
                <w:lang w:val="ru-RU"/>
              </w:rPr>
            </w:pPr>
            <w:r w:rsidRPr="00332DB8">
              <w:rPr>
                <w:lang w:val="ru-RU"/>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A31F1A">
        <w:tc>
          <w:tcPr>
            <w:tcW w:w="2880" w:type="dxa"/>
          </w:tcPr>
          <w:p w:rsidR="006F7457" w:rsidRDefault="00332DB8">
            <w:r>
              <w:t>78.</w:t>
            </w:r>
          </w:p>
        </w:tc>
        <w:tc>
          <w:tcPr>
            <w:tcW w:w="2880" w:type="dxa"/>
          </w:tcPr>
          <w:p w:rsidR="006F7457" w:rsidRPr="00332DB8" w:rsidRDefault="00332DB8">
            <w:pPr>
              <w:rPr>
                <w:lang w:val="ru-RU"/>
              </w:rPr>
            </w:pPr>
            <w:r w:rsidRPr="00332DB8">
              <w:rPr>
                <w:lang w:val="ru-RU"/>
              </w:rPr>
              <w:t>Книга «Основы ислама», Абуль Аль-Аля аль-Маудуди, Москва: ПК «Сатланда», при участии МП «Странник», 1993, 128 стр., перевод И. Мухаммеда Шейха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DD284B">
        <w:tc>
          <w:tcPr>
            <w:tcW w:w="2880" w:type="dxa"/>
          </w:tcPr>
          <w:p w:rsidR="006F7457" w:rsidRDefault="00332DB8">
            <w:r>
              <w:t>79.</w:t>
            </w:r>
          </w:p>
        </w:tc>
        <w:tc>
          <w:tcPr>
            <w:tcW w:w="2880" w:type="dxa"/>
          </w:tcPr>
          <w:p w:rsidR="006F7457" w:rsidRPr="00332DB8" w:rsidRDefault="00332DB8">
            <w:pPr>
              <w:rPr>
                <w:lang w:val="ru-RU"/>
              </w:rPr>
            </w:pPr>
            <w:r w:rsidRPr="00332DB8">
              <w:rPr>
                <w:lang w:val="ru-RU"/>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6F7457" w:rsidRPr="00332DB8" w:rsidRDefault="006F7457">
            <w:pPr>
              <w:rPr>
                <w:lang w:val="ru-RU"/>
              </w:rPr>
            </w:pPr>
          </w:p>
        </w:tc>
      </w:tr>
      <w:tr w:rsidR="006F7457" w:rsidRPr="00DD284B">
        <w:tc>
          <w:tcPr>
            <w:tcW w:w="2880" w:type="dxa"/>
          </w:tcPr>
          <w:p w:rsidR="006F7457" w:rsidRDefault="00332DB8">
            <w:r>
              <w:t>80.</w:t>
            </w:r>
          </w:p>
        </w:tc>
        <w:tc>
          <w:tcPr>
            <w:tcW w:w="2880" w:type="dxa"/>
          </w:tcPr>
          <w:p w:rsidR="006F7457" w:rsidRPr="00332DB8" w:rsidRDefault="00332DB8">
            <w:pPr>
              <w:rPr>
                <w:lang w:val="ru-RU"/>
              </w:rPr>
            </w:pPr>
            <w:r w:rsidRPr="00332DB8">
              <w:rPr>
                <w:lang w:val="ru-RU"/>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2880" w:type="dxa"/>
          </w:tcPr>
          <w:p w:rsidR="006F7457" w:rsidRPr="00332DB8" w:rsidRDefault="006F7457">
            <w:pPr>
              <w:rPr>
                <w:lang w:val="ru-RU"/>
              </w:rPr>
            </w:pPr>
          </w:p>
        </w:tc>
      </w:tr>
      <w:tr w:rsidR="006F7457" w:rsidRPr="00A31F1A">
        <w:tc>
          <w:tcPr>
            <w:tcW w:w="2880" w:type="dxa"/>
          </w:tcPr>
          <w:p w:rsidR="006F7457" w:rsidRDefault="00332DB8">
            <w:r>
              <w:t>81.</w:t>
            </w:r>
          </w:p>
        </w:tc>
        <w:tc>
          <w:tcPr>
            <w:tcW w:w="2880" w:type="dxa"/>
          </w:tcPr>
          <w:p w:rsidR="006F7457" w:rsidRPr="00332DB8" w:rsidRDefault="00332DB8">
            <w:pPr>
              <w:rPr>
                <w:lang w:val="ru-RU"/>
              </w:rPr>
            </w:pPr>
            <w:r w:rsidRPr="00332DB8">
              <w:rPr>
                <w:lang w:val="ru-RU"/>
              </w:rPr>
              <w:t>Печатный материал «Русская фаланга» № 14 (42) от 25 декабря 2004 года (решение Октябрьского районного суда города Ижевска от 05.10.2007).</w:t>
            </w:r>
          </w:p>
        </w:tc>
        <w:tc>
          <w:tcPr>
            <w:tcW w:w="2880" w:type="dxa"/>
          </w:tcPr>
          <w:p w:rsidR="006F7457" w:rsidRPr="00332DB8" w:rsidRDefault="006F7457">
            <w:pPr>
              <w:rPr>
                <w:lang w:val="ru-RU"/>
              </w:rPr>
            </w:pPr>
          </w:p>
        </w:tc>
      </w:tr>
      <w:tr w:rsidR="006F7457" w:rsidRPr="00A31F1A">
        <w:tc>
          <w:tcPr>
            <w:tcW w:w="2880" w:type="dxa"/>
          </w:tcPr>
          <w:p w:rsidR="006F7457" w:rsidRDefault="00332DB8">
            <w:r>
              <w:t>82.</w:t>
            </w:r>
          </w:p>
        </w:tc>
        <w:tc>
          <w:tcPr>
            <w:tcW w:w="2880" w:type="dxa"/>
          </w:tcPr>
          <w:p w:rsidR="006F7457" w:rsidRPr="00332DB8" w:rsidRDefault="00332DB8">
            <w:pPr>
              <w:rPr>
                <w:lang w:val="ru-RU"/>
              </w:rPr>
            </w:pPr>
            <w:r w:rsidRPr="00332DB8">
              <w:rPr>
                <w:lang w:val="ru-RU"/>
              </w:rPr>
              <w:t>Печатный материал «Республика» № 4 (18-24 апреля 2004 года) (решение Октябрьского районного суда города Ижевска от 05.10.2007).</w:t>
            </w:r>
          </w:p>
        </w:tc>
        <w:tc>
          <w:tcPr>
            <w:tcW w:w="2880" w:type="dxa"/>
          </w:tcPr>
          <w:p w:rsidR="006F7457" w:rsidRPr="00332DB8" w:rsidRDefault="006F7457">
            <w:pPr>
              <w:rPr>
                <w:lang w:val="ru-RU"/>
              </w:rPr>
            </w:pPr>
          </w:p>
        </w:tc>
      </w:tr>
      <w:tr w:rsidR="006F7457" w:rsidRPr="00A31F1A">
        <w:tc>
          <w:tcPr>
            <w:tcW w:w="2880" w:type="dxa"/>
          </w:tcPr>
          <w:p w:rsidR="006F7457" w:rsidRDefault="00332DB8">
            <w:r>
              <w:t>83.</w:t>
            </w:r>
          </w:p>
        </w:tc>
        <w:tc>
          <w:tcPr>
            <w:tcW w:w="2880" w:type="dxa"/>
          </w:tcPr>
          <w:p w:rsidR="006F7457" w:rsidRPr="00332DB8" w:rsidRDefault="00332DB8">
            <w:pPr>
              <w:rPr>
                <w:lang w:val="ru-RU"/>
              </w:rPr>
            </w:pPr>
            <w:r w:rsidRPr="00332DB8">
              <w:rPr>
                <w:lang w:val="ru-RU"/>
              </w:rPr>
              <w:t>Печатный материал «Наш народный наблюдатель» № 1 (ноябрь 2003 года) (решение Октябрьского районного суда города Ижевска от 05.10.2007).</w:t>
            </w:r>
          </w:p>
        </w:tc>
        <w:tc>
          <w:tcPr>
            <w:tcW w:w="2880" w:type="dxa"/>
          </w:tcPr>
          <w:p w:rsidR="006F7457" w:rsidRPr="00332DB8" w:rsidRDefault="006F7457">
            <w:pPr>
              <w:rPr>
                <w:lang w:val="ru-RU"/>
              </w:rPr>
            </w:pPr>
          </w:p>
        </w:tc>
      </w:tr>
      <w:tr w:rsidR="006F7457" w:rsidRPr="00A31F1A">
        <w:tc>
          <w:tcPr>
            <w:tcW w:w="2880" w:type="dxa"/>
          </w:tcPr>
          <w:p w:rsidR="006F7457" w:rsidRDefault="00332DB8">
            <w:r>
              <w:t>8</w:t>
            </w:r>
            <w:r>
              <w:lastRenderedPageBreak/>
              <w:t>4.</w:t>
            </w:r>
          </w:p>
        </w:tc>
        <w:tc>
          <w:tcPr>
            <w:tcW w:w="2880" w:type="dxa"/>
          </w:tcPr>
          <w:p w:rsidR="006F7457" w:rsidRPr="00332DB8" w:rsidRDefault="00332DB8">
            <w:pPr>
              <w:rPr>
                <w:lang w:val="ru-RU"/>
              </w:rPr>
            </w:pPr>
            <w:r w:rsidRPr="00332DB8">
              <w:rPr>
                <w:lang w:val="ru-RU"/>
              </w:rPr>
              <w:lastRenderedPageBreak/>
              <w:t xml:space="preserve">Брошюра «Исламская Вера» (решение Правобережного районного суда г. Магнитогорска Челябинской области </w:t>
            </w:r>
            <w:r w:rsidRPr="00332DB8">
              <w:rPr>
                <w:lang w:val="ru-RU"/>
              </w:rPr>
              <w:lastRenderedPageBreak/>
              <w:t>от 16.11.2007).</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85.</w:t>
            </w:r>
          </w:p>
        </w:tc>
        <w:tc>
          <w:tcPr>
            <w:tcW w:w="2880" w:type="dxa"/>
          </w:tcPr>
          <w:p w:rsidR="006F7457" w:rsidRPr="00332DB8" w:rsidRDefault="00332DB8">
            <w:pPr>
              <w:rPr>
                <w:lang w:val="ru-RU"/>
              </w:rPr>
            </w:pPr>
            <w:r w:rsidRPr="00332DB8">
              <w:rPr>
                <w:lang w:val="ru-RU"/>
              </w:rPr>
              <w:t>Брошюра «Приближение к Аллаху – путь к успеху» (решение Правобережного районного суда г. Магнитогорска Челябинской области от 16.11.2007).</w:t>
            </w:r>
          </w:p>
        </w:tc>
        <w:tc>
          <w:tcPr>
            <w:tcW w:w="2880" w:type="dxa"/>
          </w:tcPr>
          <w:p w:rsidR="006F7457" w:rsidRPr="00332DB8" w:rsidRDefault="006F7457">
            <w:pPr>
              <w:rPr>
                <w:lang w:val="ru-RU"/>
              </w:rPr>
            </w:pPr>
          </w:p>
        </w:tc>
      </w:tr>
      <w:tr w:rsidR="006F7457" w:rsidRPr="00A31F1A">
        <w:tc>
          <w:tcPr>
            <w:tcW w:w="2880" w:type="dxa"/>
          </w:tcPr>
          <w:p w:rsidR="006F7457" w:rsidRDefault="00332DB8">
            <w:r>
              <w:t>86.</w:t>
            </w:r>
          </w:p>
        </w:tc>
        <w:tc>
          <w:tcPr>
            <w:tcW w:w="2880" w:type="dxa"/>
          </w:tcPr>
          <w:p w:rsidR="006F7457" w:rsidRPr="00332DB8" w:rsidRDefault="00332DB8">
            <w:pPr>
              <w:rPr>
                <w:lang w:val="ru-RU"/>
              </w:rPr>
            </w:pPr>
            <w:r w:rsidRPr="00332DB8">
              <w:rPr>
                <w:lang w:val="ru-RU"/>
              </w:rPr>
              <w:t>Брошюра «Сознание «Аль-Ваъй» № 203 (решение Правобережного районного суда г. Магнитогорска Челябинской области от 16.11.2007).</w:t>
            </w:r>
          </w:p>
        </w:tc>
        <w:tc>
          <w:tcPr>
            <w:tcW w:w="2880" w:type="dxa"/>
          </w:tcPr>
          <w:p w:rsidR="006F7457" w:rsidRPr="00332DB8" w:rsidRDefault="006F7457">
            <w:pPr>
              <w:rPr>
                <w:lang w:val="ru-RU"/>
              </w:rPr>
            </w:pPr>
          </w:p>
        </w:tc>
      </w:tr>
      <w:tr w:rsidR="006F7457" w:rsidRPr="00A31F1A">
        <w:tc>
          <w:tcPr>
            <w:tcW w:w="2880" w:type="dxa"/>
          </w:tcPr>
          <w:p w:rsidR="006F7457" w:rsidRDefault="00332DB8">
            <w:r>
              <w:t>87.</w:t>
            </w:r>
          </w:p>
        </w:tc>
        <w:tc>
          <w:tcPr>
            <w:tcW w:w="2880" w:type="dxa"/>
          </w:tcPr>
          <w:p w:rsidR="006F7457" w:rsidRPr="00332DB8" w:rsidRDefault="00332DB8">
            <w:pPr>
              <w:rPr>
                <w:lang w:val="ru-RU"/>
              </w:rPr>
            </w:pPr>
            <w:r w:rsidRPr="00332DB8">
              <w:rPr>
                <w:lang w:val="ru-RU"/>
              </w:rPr>
              <w:t>Брошюра «Сознание «Аль-Ваъй» № 204 (решение Правобережного районного суда г. Магнитогорска Челябинской области от 16.11.2007).</w:t>
            </w:r>
          </w:p>
        </w:tc>
        <w:tc>
          <w:tcPr>
            <w:tcW w:w="2880" w:type="dxa"/>
          </w:tcPr>
          <w:p w:rsidR="006F7457" w:rsidRPr="00332DB8" w:rsidRDefault="006F7457">
            <w:pPr>
              <w:rPr>
                <w:lang w:val="ru-RU"/>
              </w:rPr>
            </w:pPr>
          </w:p>
        </w:tc>
      </w:tr>
      <w:tr w:rsidR="006F7457" w:rsidRPr="00A31F1A">
        <w:tc>
          <w:tcPr>
            <w:tcW w:w="2880" w:type="dxa"/>
          </w:tcPr>
          <w:p w:rsidR="006F7457" w:rsidRDefault="00332DB8">
            <w:r>
              <w:t>88.</w:t>
            </w:r>
          </w:p>
        </w:tc>
        <w:tc>
          <w:tcPr>
            <w:tcW w:w="2880" w:type="dxa"/>
          </w:tcPr>
          <w:p w:rsidR="006F7457" w:rsidRPr="00332DB8" w:rsidRDefault="00332DB8">
            <w:pPr>
              <w:rPr>
                <w:lang w:val="ru-RU"/>
              </w:rPr>
            </w:pPr>
            <w:r w:rsidRPr="00332DB8">
              <w:rPr>
                <w:lang w:val="ru-RU"/>
              </w:rPr>
              <w:t>Брошюра «Сознание «Аль-Ваъй» № 205 (решение Правобережного районного суда г. Магнитогорска Челябинской области от 16.11.2007).</w:t>
            </w:r>
          </w:p>
        </w:tc>
        <w:tc>
          <w:tcPr>
            <w:tcW w:w="2880" w:type="dxa"/>
          </w:tcPr>
          <w:p w:rsidR="006F7457" w:rsidRPr="00332DB8" w:rsidRDefault="006F7457">
            <w:pPr>
              <w:rPr>
                <w:lang w:val="ru-RU"/>
              </w:rPr>
            </w:pPr>
          </w:p>
        </w:tc>
      </w:tr>
      <w:tr w:rsidR="006F7457" w:rsidRPr="00A31F1A">
        <w:tc>
          <w:tcPr>
            <w:tcW w:w="2880" w:type="dxa"/>
          </w:tcPr>
          <w:p w:rsidR="006F7457" w:rsidRDefault="00332DB8">
            <w:r>
              <w:t>89.</w:t>
            </w:r>
          </w:p>
        </w:tc>
        <w:tc>
          <w:tcPr>
            <w:tcW w:w="2880" w:type="dxa"/>
          </w:tcPr>
          <w:p w:rsidR="006F7457" w:rsidRPr="00332DB8" w:rsidRDefault="00332DB8">
            <w:pPr>
              <w:rPr>
                <w:lang w:val="ru-RU"/>
              </w:rPr>
            </w:pPr>
            <w:r w:rsidRPr="00332DB8">
              <w:rPr>
                <w:lang w:val="ru-RU"/>
              </w:rPr>
              <w:t>Брошюра «Сознание «Аль-Ваъй» № 207 (решение Правобережного районного суда г. Магнитогорска Челябинской области от 16.11.2007).</w:t>
            </w:r>
          </w:p>
        </w:tc>
        <w:tc>
          <w:tcPr>
            <w:tcW w:w="2880" w:type="dxa"/>
          </w:tcPr>
          <w:p w:rsidR="006F7457" w:rsidRPr="00332DB8" w:rsidRDefault="006F7457">
            <w:pPr>
              <w:rPr>
                <w:lang w:val="ru-RU"/>
              </w:rPr>
            </w:pPr>
          </w:p>
        </w:tc>
      </w:tr>
      <w:tr w:rsidR="006F7457" w:rsidRPr="00A31F1A">
        <w:tc>
          <w:tcPr>
            <w:tcW w:w="2880" w:type="dxa"/>
          </w:tcPr>
          <w:p w:rsidR="006F7457" w:rsidRDefault="00332DB8">
            <w:r>
              <w:t>90.</w:t>
            </w:r>
          </w:p>
        </w:tc>
        <w:tc>
          <w:tcPr>
            <w:tcW w:w="2880" w:type="dxa"/>
          </w:tcPr>
          <w:p w:rsidR="006F7457" w:rsidRPr="00332DB8" w:rsidRDefault="00332DB8">
            <w:pPr>
              <w:rPr>
                <w:lang w:val="ru-RU"/>
              </w:rPr>
            </w:pPr>
            <w:r w:rsidRPr="00332DB8">
              <w:rPr>
                <w:lang w:val="ru-RU"/>
              </w:rPr>
              <w:t>Брошюра «Сознание «Аль-Ваъй» № 208 (решение Правобережного районного суда г. Магнитогорска Челябинской области от 16.11.2007).</w:t>
            </w:r>
          </w:p>
        </w:tc>
        <w:tc>
          <w:tcPr>
            <w:tcW w:w="2880" w:type="dxa"/>
          </w:tcPr>
          <w:p w:rsidR="006F7457" w:rsidRPr="00332DB8" w:rsidRDefault="006F7457">
            <w:pPr>
              <w:rPr>
                <w:lang w:val="ru-RU"/>
              </w:rPr>
            </w:pPr>
          </w:p>
        </w:tc>
      </w:tr>
      <w:tr w:rsidR="006F7457" w:rsidRPr="00A31F1A">
        <w:tc>
          <w:tcPr>
            <w:tcW w:w="2880" w:type="dxa"/>
          </w:tcPr>
          <w:p w:rsidR="006F7457" w:rsidRDefault="00332DB8">
            <w:r>
              <w:t>91.</w:t>
            </w:r>
          </w:p>
        </w:tc>
        <w:tc>
          <w:tcPr>
            <w:tcW w:w="2880" w:type="dxa"/>
          </w:tcPr>
          <w:p w:rsidR="006F7457" w:rsidRPr="00332DB8" w:rsidRDefault="00332DB8">
            <w:pPr>
              <w:rPr>
                <w:lang w:val="ru-RU"/>
              </w:rPr>
            </w:pPr>
            <w:r w:rsidRPr="00332DB8">
              <w:rPr>
                <w:lang w:val="ru-RU"/>
              </w:rPr>
              <w:t>Брошюра «Вхождение в общество» (решение Правобережного районного суда г. Магнитогорска Челябинской области от 16.11.2007).</w:t>
            </w:r>
          </w:p>
        </w:tc>
        <w:tc>
          <w:tcPr>
            <w:tcW w:w="2880" w:type="dxa"/>
          </w:tcPr>
          <w:p w:rsidR="006F7457" w:rsidRPr="00332DB8" w:rsidRDefault="006F7457">
            <w:pPr>
              <w:rPr>
                <w:lang w:val="ru-RU"/>
              </w:rPr>
            </w:pPr>
          </w:p>
        </w:tc>
      </w:tr>
      <w:tr w:rsidR="006F7457" w:rsidRPr="00A31F1A">
        <w:tc>
          <w:tcPr>
            <w:tcW w:w="2880" w:type="dxa"/>
          </w:tcPr>
          <w:p w:rsidR="006F7457" w:rsidRDefault="00332DB8">
            <w:r>
              <w:t>92.</w:t>
            </w:r>
          </w:p>
        </w:tc>
        <w:tc>
          <w:tcPr>
            <w:tcW w:w="2880" w:type="dxa"/>
          </w:tcPr>
          <w:p w:rsidR="006F7457" w:rsidRPr="00332DB8" w:rsidRDefault="00332DB8">
            <w:pPr>
              <w:rPr>
                <w:lang w:val="ru-RU"/>
              </w:rPr>
            </w:pPr>
            <w:r w:rsidRPr="00332DB8">
              <w:rPr>
                <w:lang w:val="ru-RU"/>
              </w:rPr>
              <w:t>Брошюра «Партийное сплочение» (решение Правобережного районного суда г. Магнитогорска Челябинской области от 16.11.2007).</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93.</w:t>
            </w:r>
          </w:p>
        </w:tc>
        <w:tc>
          <w:tcPr>
            <w:tcW w:w="2880" w:type="dxa"/>
          </w:tcPr>
          <w:p w:rsidR="006F7457" w:rsidRPr="00332DB8" w:rsidRDefault="00332DB8">
            <w:pPr>
              <w:rPr>
                <w:lang w:val="ru-RU"/>
              </w:rPr>
            </w:pPr>
            <w:r w:rsidRPr="00332DB8">
              <w:rPr>
                <w:lang w:val="ru-RU"/>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2880" w:type="dxa"/>
          </w:tcPr>
          <w:p w:rsidR="006F7457" w:rsidRPr="00332DB8" w:rsidRDefault="006F7457">
            <w:pPr>
              <w:rPr>
                <w:lang w:val="ru-RU"/>
              </w:rPr>
            </w:pPr>
          </w:p>
        </w:tc>
      </w:tr>
      <w:tr w:rsidR="006F7457" w:rsidRPr="00A31F1A">
        <w:tc>
          <w:tcPr>
            <w:tcW w:w="2880" w:type="dxa"/>
          </w:tcPr>
          <w:p w:rsidR="006F7457" w:rsidRDefault="00332DB8">
            <w:r>
              <w:t>94.</w:t>
            </w:r>
          </w:p>
        </w:tc>
        <w:tc>
          <w:tcPr>
            <w:tcW w:w="2880" w:type="dxa"/>
          </w:tcPr>
          <w:p w:rsidR="006F7457" w:rsidRPr="00332DB8" w:rsidRDefault="00332DB8">
            <w:pPr>
              <w:rPr>
                <w:lang w:val="ru-RU"/>
              </w:rPr>
            </w:pPr>
            <w:r w:rsidRPr="00332DB8">
              <w:rPr>
                <w:lang w:val="ru-RU"/>
              </w:rPr>
              <w:t>Брошюра «Путь к Вере» (решение Правобережного районного суда г. Магнитогорска Челябинской области от 16.11.2007).</w:t>
            </w:r>
          </w:p>
        </w:tc>
        <w:tc>
          <w:tcPr>
            <w:tcW w:w="2880" w:type="dxa"/>
          </w:tcPr>
          <w:p w:rsidR="006F7457" w:rsidRPr="00332DB8" w:rsidRDefault="006F7457">
            <w:pPr>
              <w:rPr>
                <w:lang w:val="ru-RU"/>
              </w:rPr>
            </w:pPr>
          </w:p>
        </w:tc>
      </w:tr>
      <w:tr w:rsidR="006F7457" w:rsidRPr="00A31F1A">
        <w:tc>
          <w:tcPr>
            <w:tcW w:w="2880" w:type="dxa"/>
          </w:tcPr>
          <w:p w:rsidR="006F7457" w:rsidRDefault="00332DB8">
            <w:r>
              <w:t>95.</w:t>
            </w:r>
          </w:p>
        </w:tc>
        <w:tc>
          <w:tcPr>
            <w:tcW w:w="2880" w:type="dxa"/>
          </w:tcPr>
          <w:p w:rsidR="006F7457" w:rsidRPr="00332DB8" w:rsidRDefault="00332DB8">
            <w:pPr>
              <w:rPr>
                <w:lang w:val="ru-RU"/>
              </w:rPr>
            </w:pPr>
            <w:r w:rsidRPr="00332DB8">
              <w:rPr>
                <w:lang w:val="ru-RU"/>
              </w:rPr>
              <w:t>Брошюра «Тафсир Аятов» (решение Правобережного районного суда г. Магнитогорска Челябинской области от 16.11.2007).</w:t>
            </w:r>
          </w:p>
        </w:tc>
        <w:tc>
          <w:tcPr>
            <w:tcW w:w="2880" w:type="dxa"/>
          </w:tcPr>
          <w:p w:rsidR="006F7457" w:rsidRPr="00332DB8" w:rsidRDefault="006F7457">
            <w:pPr>
              <w:rPr>
                <w:lang w:val="ru-RU"/>
              </w:rPr>
            </w:pPr>
          </w:p>
        </w:tc>
      </w:tr>
      <w:tr w:rsidR="006F7457" w:rsidRPr="00A31F1A">
        <w:tc>
          <w:tcPr>
            <w:tcW w:w="2880" w:type="dxa"/>
          </w:tcPr>
          <w:p w:rsidR="006F7457" w:rsidRDefault="00332DB8">
            <w:r>
              <w:t>96.</w:t>
            </w:r>
          </w:p>
        </w:tc>
        <w:tc>
          <w:tcPr>
            <w:tcW w:w="2880" w:type="dxa"/>
          </w:tcPr>
          <w:p w:rsidR="006F7457" w:rsidRPr="00332DB8" w:rsidRDefault="00332DB8">
            <w:pPr>
              <w:rPr>
                <w:lang w:val="ru-RU"/>
              </w:rPr>
            </w:pPr>
            <w:r w:rsidRPr="00332DB8">
              <w:rPr>
                <w:lang w:val="ru-RU"/>
              </w:rPr>
              <w:t>Брошюра «Система Ислама» (решение Правобережного районного суда г. Магнитогорска Челябинской области от 16.11.2007).</w:t>
            </w:r>
          </w:p>
        </w:tc>
        <w:tc>
          <w:tcPr>
            <w:tcW w:w="2880" w:type="dxa"/>
          </w:tcPr>
          <w:p w:rsidR="006F7457" w:rsidRPr="00332DB8" w:rsidRDefault="006F7457">
            <w:pPr>
              <w:rPr>
                <w:lang w:val="ru-RU"/>
              </w:rPr>
            </w:pPr>
          </w:p>
        </w:tc>
      </w:tr>
      <w:tr w:rsidR="006F7457">
        <w:tc>
          <w:tcPr>
            <w:tcW w:w="2880" w:type="dxa"/>
          </w:tcPr>
          <w:p w:rsidR="006F7457" w:rsidRDefault="00332DB8">
            <w:r>
              <w:t>97.</w:t>
            </w:r>
          </w:p>
        </w:tc>
        <w:tc>
          <w:tcPr>
            <w:tcW w:w="2880" w:type="dxa"/>
          </w:tcPr>
          <w:p w:rsidR="006F7457" w:rsidRDefault="00332DB8">
            <w:r w:rsidRPr="00332DB8">
              <w:rPr>
                <w:lang w:val="ru-RU"/>
              </w:rPr>
              <w:t xml:space="preserve">Листовка со стихотворением «Обращение к русским мужчинам на 23 февраля» за подписью </w:t>
            </w:r>
            <w:r>
              <w:t>«Русские женщины» (решение Южно-Сахалинского городского суда от 14.12.2007).</w:t>
            </w:r>
          </w:p>
        </w:tc>
        <w:tc>
          <w:tcPr>
            <w:tcW w:w="2880" w:type="dxa"/>
          </w:tcPr>
          <w:p w:rsidR="006F7457" w:rsidRDefault="006F7457"/>
        </w:tc>
      </w:tr>
      <w:tr w:rsidR="006F7457">
        <w:tc>
          <w:tcPr>
            <w:tcW w:w="2880" w:type="dxa"/>
          </w:tcPr>
          <w:p w:rsidR="006F7457" w:rsidRDefault="00332DB8">
            <w:r>
              <w:t>98.</w:t>
            </w:r>
          </w:p>
        </w:tc>
        <w:tc>
          <w:tcPr>
            <w:tcW w:w="2880" w:type="dxa"/>
          </w:tcPr>
          <w:p w:rsidR="006F7457" w:rsidRDefault="00332DB8">
            <w:r w:rsidRPr="00332DB8">
              <w:rPr>
                <w:lang w:val="ru-RU"/>
              </w:rPr>
              <w:t xml:space="preserve">Листовка с заголовком «Уважаемые земляки!», завершающаяся текстом «Вступайте в Славянский союз!» </w:t>
            </w:r>
            <w:r>
              <w:t>(решение Южно-Сахалинского городского суда от 14.12.2007).</w:t>
            </w:r>
          </w:p>
        </w:tc>
        <w:tc>
          <w:tcPr>
            <w:tcW w:w="2880" w:type="dxa"/>
          </w:tcPr>
          <w:p w:rsidR="006F7457" w:rsidRDefault="006F7457"/>
        </w:tc>
      </w:tr>
      <w:tr w:rsidR="006F7457">
        <w:tc>
          <w:tcPr>
            <w:tcW w:w="2880" w:type="dxa"/>
          </w:tcPr>
          <w:p w:rsidR="006F7457" w:rsidRDefault="00332DB8">
            <w:r>
              <w:t>99.</w:t>
            </w:r>
          </w:p>
        </w:tc>
        <w:tc>
          <w:tcPr>
            <w:tcW w:w="2880" w:type="dxa"/>
          </w:tcPr>
          <w:p w:rsidR="006F7457" w:rsidRDefault="00332DB8">
            <w:r w:rsidRPr="00332DB8">
              <w:rPr>
                <w:lang w:val="ru-RU"/>
              </w:rPr>
              <w:t xml:space="preserve">Листовка «Славянский союз» с тремя изображениями и высказыванием «Скажи «нет» инородной сволочи!!! </w:t>
            </w:r>
            <w:r>
              <w:t>Вступайте в СС» (решение Южно-Сахалинского городского суда от 25.10.2007).</w:t>
            </w:r>
          </w:p>
        </w:tc>
        <w:tc>
          <w:tcPr>
            <w:tcW w:w="2880" w:type="dxa"/>
          </w:tcPr>
          <w:p w:rsidR="006F7457" w:rsidRDefault="006F7457"/>
        </w:tc>
      </w:tr>
      <w:tr w:rsidR="006F7457" w:rsidRPr="00DD284B">
        <w:tc>
          <w:tcPr>
            <w:tcW w:w="2880" w:type="dxa"/>
          </w:tcPr>
          <w:p w:rsidR="006F7457" w:rsidRDefault="00332DB8">
            <w:r>
              <w:t>100.</w:t>
            </w:r>
          </w:p>
        </w:tc>
        <w:tc>
          <w:tcPr>
            <w:tcW w:w="2880" w:type="dxa"/>
          </w:tcPr>
          <w:p w:rsidR="006F7457" w:rsidRPr="00332DB8" w:rsidRDefault="00332DB8">
            <w:pPr>
              <w:rPr>
                <w:lang w:val="ru-RU"/>
              </w:rPr>
            </w:pPr>
            <w:r w:rsidRPr="00332DB8">
              <w:rPr>
                <w:lang w:val="ru-RU"/>
              </w:rPr>
              <w:t>Стихотворение «Чуда-Юда» за подписью «Николай Федоров» (решение Южно-Сахалинского городского суда от 25.10.2007).</w:t>
            </w:r>
          </w:p>
        </w:tc>
        <w:tc>
          <w:tcPr>
            <w:tcW w:w="2880" w:type="dxa"/>
          </w:tcPr>
          <w:p w:rsidR="006F7457" w:rsidRPr="00332DB8" w:rsidRDefault="006F7457">
            <w:pPr>
              <w:rPr>
                <w:lang w:val="ru-RU"/>
              </w:rPr>
            </w:pPr>
          </w:p>
        </w:tc>
      </w:tr>
      <w:tr w:rsidR="006F7457" w:rsidRPr="00A31F1A">
        <w:tc>
          <w:tcPr>
            <w:tcW w:w="2880" w:type="dxa"/>
          </w:tcPr>
          <w:p w:rsidR="006F7457" w:rsidRDefault="00332DB8">
            <w:r>
              <w:t>1</w:t>
            </w:r>
            <w:r>
              <w:lastRenderedPageBreak/>
              <w:t>01.</w:t>
            </w:r>
          </w:p>
        </w:tc>
        <w:tc>
          <w:tcPr>
            <w:tcW w:w="2880" w:type="dxa"/>
          </w:tcPr>
          <w:p w:rsidR="006F7457" w:rsidRPr="00332DB8" w:rsidRDefault="00332DB8">
            <w:pPr>
              <w:rPr>
                <w:lang w:val="ru-RU"/>
              </w:rPr>
            </w:pPr>
            <w:r w:rsidRPr="00332DB8">
              <w:rPr>
                <w:lang w:val="ru-RU"/>
              </w:rPr>
              <w:lastRenderedPageBreak/>
              <w:t xml:space="preserve">Фильм «Россия с ножом в спине. Еврейский фашизм и геноцид русского народа» (решение Ленинского </w:t>
            </w:r>
            <w:r w:rsidRPr="00332DB8">
              <w:rPr>
                <w:lang w:val="ru-RU"/>
              </w:rPr>
              <w:lastRenderedPageBreak/>
              <w:t>районного суда г. Кирова от 29.08.2007, решение Приморского районного суда Санкт-Петербурга от 28.07.2008).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102.</w:t>
            </w:r>
          </w:p>
        </w:tc>
        <w:tc>
          <w:tcPr>
            <w:tcW w:w="2880" w:type="dxa"/>
          </w:tcPr>
          <w:p w:rsidR="006F7457" w:rsidRPr="00332DB8" w:rsidRDefault="00332DB8">
            <w:pPr>
              <w:rPr>
                <w:lang w:val="ru-RU"/>
              </w:rPr>
            </w:pPr>
            <w:r w:rsidRPr="00332DB8">
              <w:rPr>
                <w:lang w:val="ru-RU"/>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c>
          <w:tcPr>
            <w:tcW w:w="2880" w:type="dxa"/>
          </w:tcPr>
          <w:p w:rsidR="006F7457" w:rsidRPr="00332DB8" w:rsidRDefault="006F7457">
            <w:pPr>
              <w:rPr>
                <w:lang w:val="ru-RU"/>
              </w:rPr>
            </w:pPr>
          </w:p>
        </w:tc>
      </w:tr>
      <w:tr w:rsidR="006F7457" w:rsidRPr="00A31F1A">
        <w:tc>
          <w:tcPr>
            <w:tcW w:w="2880" w:type="dxa"/>
          </w:tcPr>
          <w:p w:rsidR="006F7457" w:rsidRDefault="00332DB8">
            <w:r>
              <w:t>103.</w:t>
            </w:r>
          </w:p>
        </w:tc>
        <w:tc>
          <w:tcPr>
            <w:tcW w:w="2880" w:type="dxa"/>
          </w:tcPr>
          <w:p w:rsidR="006F7457" w:rsidRPr="00332DB8" w:rsidRDefault="00332DB8">
            <w:pPr>
              <w:rPr>
                <w:lang w:val="ru-RU"/>
              </w:rPr>
            </w:pPr>
            <w:r w:rsidRPr="00332DB8">
              <w:rPr>
                <w:lang w:val="ru-RU"/>
              </w:rPr>
              <w:t>Текст песни «Просторы Европы» музыкальной группы «Циклон Б» (решение Нагатинского суда г. Москвы от 01.10.2007).</w:t>
            </w:r>
          </w:p>
        </w:tc>
        <w:tc>
          <w:tcPr>
            <w:tcW w:w="2880" w:type="dxa"/>
          </w:tcPr>
          <w:p w:rsidR="006F7457" w:rsidRPr="00332DB8" w:rsidRDefault="006F7457">
            <w:pPr>
              <w:rPr>
                <w:lang w:val="ru-RU"/>
              </w:rPr>
            </w:pPr>
          </w:p>
        </w:tc>
      </w:tr>
      <w:tr w:rsidR="006F7457" w:rsidRPr="00A31F1A">
        <w:tc>
          <w:tcPr>
            <w:tcW w:w="2880" w:type="dxa"/>
          </w:tcPr>
          <w:p w:rsidR="006F7457" w:rsidRDefault="00332DB8">
            <w:r>
              <w:t>104.</w:t>
            </w:r>
          </w:p>
        </w:tc>
        <w:tc>
          <w:tcPr>
            <w:tcW w:w="2880" w:type="dxa"/>
          </w:tcPr>
          <w:p w:rsidR="006F7457" w:rsidRPr="00332DB8" w:rsidRDefault="00332DB8">
            <w:pPr>
              <w:rPr>
                <w:lang w:val="ru-RU"/>
              </w:rPr>
            </w:pPr>
            <w:r w:rsidRPr="00332DB8">
              <w:rPr>
                <w:lang w:val="ru-RU"/>
              </w:rPr>
              <w:t>Текст песни «Хрустальная ночь» музыкальной группы «Циклон Б» (решение Нагатинского суда г. Москвы от 01.10.2007).</w:t>
            </w:r>
          </w:p>
        </w:tc>
        <w:tc>
          <w:tcPr>
            <w:tcW w:w="2880" w:type="dxa"/>
          </w:tcPr>
          <w:p w:rsidR="006F7457" w:rsidRPr="00332DB8" w:rsidRDefault="006F7457">
            <w:pPr>
              <w:rPr>
                <w:lang w:val="ru-RU"/>
              </w:rPr>
            </w:pPr>
          </w:p>
        </w:tc>
      </w:tr>
      <w:tr w:rsidR="006F7457" w:rsidRPr="00A31F1A">
        <w:tc>
          <w:tcPr>
            <w:tcW w:w="2880" w:type="dxa"/>
          </w:tcPr>
          <w:p w:rsidR="006F7457" w:rsidRDefault="00332DB8">
            <w:r>
              <w:t>105.</w:t>
            </w:r>
          </w:p>
        </w:tc>
        <w:tc>
          <w:tcPr>
            <w:tcW w:w="2880" w:type="dxa"/>
          </w:tcPr>
          <w:p w:rsidR="006F7457" w:rsidRPr="00332DB8" w:rsidRDefault="00332DB8">
            <w:pPr>
              <w:rPr>
                <w:lang w:val="ru-RU"/>
              </w:rPr>
            </w:pPr>
            <w:r w:rsidRPr="00332DB8">
              <w:rPr>
                <w:lang w:val="ru-RU"/>
              </w:rPr>
              <w:t>Текст песни «В память героям» музыкальной группы «Циклон Б» (решение Нагатинского суда г. Москвы от 01.10.2007).</w:t>
            </w:r>
          </w:p>
        </w:tc>
        <w:tc>
          <w:tcPr>
            <w:tcW w:w="2880" w:type="dxa"/>
          </w:tcPr>
          <w:p w:rsidR="006F7457" w:rsidRPr="00332DB8" w:rsidRDefault="006F7457">
            <w:pPr>
              <w:rPr>
                <w:lang w:val="ru-RU"/>
              </w:rPr>
            </w:pPr>
          </w:p>
        </w:tc>
      </w:tr>
      <w:tr w:rsidR="006F7457" w:rsidRPr="00A31F1A">
        <w:tc>
          <w:tcPr>
            <w:tcW w:w="2880" w:type="dxa"/>
          </w:tcPr>
          <w:p w:rsidR="006F7457" w:rsidRDefault="00332DB8">
            <w:r>
              <w:t>106.</w:t>
            </w:r>
          </w:p>
        </w:tc>
        <w:tc>
          <w:tcPr>
            <w:tcW w:w="2880" w:type="dxa"/>
          </w:tcPr>
          <w:p w:rsidR="006F7457" w:rsidRPr="00332DB8" w:rsidRDefault="00332DB8">
            <w:pPr>
              <w:rPr>
                <w:lang w:val="ru-RU"/>
              </w:rPr>
            </w:pPr>
            <w:r w:rsidRPr="00332DB8">
              <w:rPr>
                <w:lang w:val="ru-RU"/>
              </w:rPr>
              <w:t>Текст песни «</w:t>
            </w:r>
            <w:r>
              <w:t>YO</w:t>
            </w:r>
            <w:r w:rsidRPr="00332DB8">
              <w:rPr>
                <w:lang w:val="ru-RU"/>
              </w:rPr>
              <w:t>–</w:t>
            </w:r>
            <w:r>
              <w:t>YO</w:t>
            </w:r>
            <w:r w:rsidRPr="00332DB8">
              <w:rPr>
                <w:lang w:val="ru-RU"/>
              </w:rPr>
              <w:t xml:space="preserve"> – реп гнилье - </w:t>
            </w:r>
            <w:r>
              <w:t>YO</w:t>
            </w:r>
            <w:r w:rsidRPr="00332DB8">
              <w:rPr>
                <w:lang w:val="ru-RU"/>
              </w:rPr>
              <w:t>» музыкальной группы «Циклон Б» (решение Нагатинского суда г. Москвы от 01.10.2007).</w:t>
            </w:r>
          </w:p>
        </w:tc>
        <w:tc>
          <w:tcPr>
            <w:tcW w:w="2880" w:type="dxa"/>
          </w:tcPr>
          <w:p w:rsidR="006F7457" w:rsidRPr="00332DB8" w:rsidRDefault="006F7457">
            <w:pPr>
              <w:rPr>
                <w:lang w:val="ru-RU"/>
              </w:rPr>
            </w:pPr>
          </w:p>
        </w:tc>
      </w:tr>
      <w:tr w:rsidR="006F7457" w:rsidRPr="00A31F1A">
        <w:tc>
          <w:tcPr>
            <w:tcW w:w="2880" w:type="dxa"/>
          </w:tcPr>
          <w:p w:rsidR="006F7457" w:rsidRDefault="00332DB8">
            <w:r>
              <w:t>107.</w:t>
            </w:r>
          </w:p>
        </w:tc>
        <w:tc>
          <w:tcPr>
            <w:tcW w:w="2880" w:type="dxa"/>
          </w:tcPr>
          <w:p w:rsidR="006F7457" w:rsidRPr="00332DB8" w:rsidRDefault="00332DB8">
            <w:pPr>
              <w:rPr>
                <w:lang w:val="ru-RU"/>
              </w:rPr>
            </w:pPr>
            <w:r w:rsidRPr="00332DB8">
              <w:rPr>
                <w:lang w:val="ru-RU"/>
              </w:rPr>
              <w:t>Текст песни «Мой выходной» музыкальной группы «Циклон Б» (решение Нагатинского суда г. Москвы от 01.10.2007).</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108.</w:t>
            </w:r>
          </w:p>
        </w:tc>
        <w:tc>
          <w:tcPr>
            <w:tcW w:w="2880" w:type="dxa"/>
          </w:tcPr>
          <w:p w:rsidR="006F7457" w:rsidRPr="00332DB8" w:rsidRDefault="00332DB8">
            <w:pPr>
              <w:rPr>
                <w:lang w:val="ru-RU"/>
              </w:rPr>
            </w:pPr>
            <w:r w:rsidRPr="00332DB8">
              <w:rPr>
                <w:lang w:val="ru-RU"/>
              </w:rPr>
              <w:t>Текст песни «Это война» музыкальной группы «Циклон Б» (решение Нагатинского суда г. Москвы от 01.10.2007).</w:t>
            </w:r>
          </w:p>
        </w:tc>
        <w:tc>
          <w:tcPr>
            <w:tcW w:w="2880" w:type="dxa"/>
          </w:tcPr>
          <w:p w:rsidR="006F7457" w:rsidRPr="00332DB8" w:rsidRDefault="006F7457">
            <w:pPr>
              <w:rPr>
                <w:lang w:val="ru-RU"/>
              </w:rPr>
            </w:pPr>
          </w:p>
        </w:tc>
      </w:tr>
      <w:tr w:rsidR="006F7457" w:rsidRPr="00A31F1A">
        <w:tc>
          <w:tcPr>
            <w:tcW w:w="2880" w:type="dxa"/>
          </w:tcPr>
          <w:p w:rsidR="006F7457" w:rsidRDefault="00332DB8">
            <w:r>
              <w:t>109.</w:t>
            </w:r>
          </w:p>
        </w:tc>
        <w:tc>
          <w:tcPr>
            <w:tcW w:w="2880" w:type="dxa"/>
          </w:tcPr>
          <w:p w:rsidR="006F7457" w:rsidRPr="00332DB8" w:rsidRDefault="00332DB8">
            <w:pPr>
              <w:rPr>
                <w:lang w:val="ru-RU"/>
              </w:rPr>
            </w:pPr>
            <w:r w:rsidRPr="00332DB8">
              <w:rPr>
                <w:lang w:val="ru-RU"/>
              </w:rPr>
              <w:t>Текст песни «Отряд патриотов» музыкальной группы «Циклон Б» (решение Нагатинского суда г. Москвы от 01.10.2007).</w:t>
            </w:r>
          </w:p>
        </w:tc>
        <w:tc>
          <w:tcPr>
            <w:tcW w:w="2880" w:type="dxa"/>
          </w:tcPr>
          <w:p w:rsidR="006F7457" w:rsidRPr="00332DB8" w:rsidRDefault="006F7457">
            <w:pPr>
              <w:rPr>
                <w:lang w:val="ru-RU"/>
              </w:rPr>
            </w:pPr>
          </w:p>
        </w:tc>
      </w:tr>
      <w:tr w:rsidR="006F7457" w:rsidRPr="00A31F1A">
        <w:tc>
          <w:tcPr>
            <w:tcW w:w="2880" w:type="dxa"/>
          </w:tcPr>
          <w:p w:rsidR="006F7457" w:rsidRDefault="00332DB8">
            <w:r>
              <w:t>110.</w:t>
            </w:r>
          </w:p>
        </w:tc>
        <w:tc>
          <w:tcPr>
            <w:tcW w:w="2880" w:type="dxa"/>
          </w:tcPr>
          <w:p w:rsidR="006F7457" w:rsidRPr="00332DB8" w:rsidRDefault="00332DB8">
            <w:pPr>
              <w:rPr>
                <w:lang w:val="ru-RU"/>
              </w:rPr>
            </w:pPr>
            <w:r w:rsidRPr="00332DB8">
              <w:rPr>
                <w:lang w:val="ru-RU"/>
              </w:rPr>
              <w:t>Текст песни «Смерть врагам!» музыкальной группы «Циклон Б» (решение Нагатинского суда г. Москвы от 01.10.2007).</w:t>
            </w:r>
          </w:p>
        </w:tc>
        <w:tc>
          <w:tcPr>
            <w:tcW w:w="2880" w:type="dxa"/>
          </w:tcPr>
          <w:p w:rsidR="006F7457" w:rsidRPr="00332DB8" w:rsidRDefault="006F7457">
            <w:pPr>
              <w:rPr>
                <w:lang w:val="ru-RU"/>
              </w:rPr>
            </w:pPr>
          </w:p>
        </w:tc>
      </w:tr>
      <w:tr w:rsidR="006F7457" w:rsidRPr="00A31F1A">
        <w:tc>
          <w:tcPr>
            <w:tcW w:w="2880" w:type="dxa"/>
          </w:tcPr>
          <w:p w:rsidR="006F7457" w:rsidRDefault="00332DB8">
            <w:r>
              <w:t>111.</w:t>
            </w:r>
          </w:p>
        </w:tc>
        <w:tc>
          <w:tcPr>
            <w:tcW w:w="2880" w:type="dxa"/>
          </w:tcPr>
          <w:p w:rsidR="006F7457" w:rsidRPr="00332DB8" w:rsidRDefault="00332DB8">
            <w:pPr>
              <w:rPr>
                <w:lang w:val="ru-RU"/>
              </w:rPr>
            </w:pPr>
            <w:r w:rsidRPr="00332DB8">
              <w:rPr>
                <w:lang w:val="ru-RU"/>
              </w:rPr>
              <w:t>Текст песни «Каждый день под флагом смерти» музыкальной группы «Циклон Б» (решение Нагатинского суда г. Москвы от 01.10.2007).</w:t>
            </w:r>
          </w:p>
        </w:tc>
        <w:tc>
          <w:tcPr>
            <w:tcW w:w="2880" w:type="dxa"/>
          </w:tcPr>
          <w:p w:rsidR="006F7457" w:rsidRPr="00332DB8" w:rsidRDefault="006F7457">
            <w:pPr>
              <w:rPr>
                <w:lang w:val="ru-RU"/>
              </w:rPr>
            </w:pPr>
          </w:p>
        </w:tc>
      </w:tr>
      <w:tr w:rsidR="006F7457" w:rsidRPr="00A31F1A">
        <w:tc>
          <w:tcPr>
            <w:tcW w:w="2880" w:type="dxa"/>
          </w:tcPr>
          <w:p w:rsidR="006F7457" w:rsidRDefault="00332DB8">
            <w:r>
              <w:t>112.</w:t>
            </w:r>
          </w:p>
        </w:tc>
        <w:tc>
          <w:tcPr>
            <w:tcW w:w="2880" w:type="dxa"/>
          </w:tcPr>
          <w:p w:rsidR="006F7457" w:rsidRPr="00332DB8" w:rsidRDefault="00332DB8">
            <w:pPr>
              <w:rPr>
                <w:lang w:val="ru-RU"/>
              </w:rPr>
            </w:pPr>
            <w:r w:rsidRPr="00332DB8">
              <w:rPr>
                <w:lang w:val="ru-RU"/>
              </w:rPr>
              <w:t>Текст песни «Моё клеймо (</w:t>
            </w:r>
            <w:r>
              <w:t>Bonus</w:t>
            </w:r>
            <w:r w:rsidRPr="00332DB8">
              <w:rPr>
                <w:lang w:val="ru-RU"/>
              </w:rPr>
              <w:t xml:space="preserve"> </w:t>
            </w:r>
            <w:r>
              <w:t>track</w:t>
            </w:r>
            <w:r w:rsidRPr="00332DB8">
              <w:rPr>
                <w:lang w:val="ru-RU"/>
              </w:rPr>
              <w:t>)» музыкальной группы «Циклон Б» (решение Нагатинского суда г. Москвы от 01.10.2007).</w:t>
            </w:r>
          </w:p>
        </w:tc>
        <w:tc>
          <w:tcPr>
            <w:tcW w:w="2880" w:type="dxa"/>
          </w:tcPr>
          <w:p w:rsidR="006F7457" w:rsidRPr="00332DB8" w:rsidRDefault="006F7457">
            <w:pPr>
              <w:rPr>
                <w:lang w:val="ru-RU"/>
              </w:rPr>
            </w:pPr>
          </w:p>
        </w:tc>
      </w:tr>
      <w:tr w:rsidR="006F7457" w:rsidRPr="00A31F1A">
        <w:tc>
          <w:tcPr>
            <w:tcW w:w="2880" w:type="dxa"/>
          </w:tcPr>
          <w:p w:rsidR="006F7457" w:rsidRDefault="00332DB8">
            <w:r>
              <w:t>113.</w:t>
            </w:r>
          </w:p>
        </w:tc>
        <w:tc>
          <w:tcPr>
            <w:tcW w:w="2880" w:type="dxa"/>
          </w:tcPr>
          <w:p w:rsidR="006F7457" w:rsidRPr="00332DB8" w:rsidRDefault="00332DB8">
            <w:pPr>
              <w:rPr>
                <w:lang w:val="ru-RU"/>
              </w:rPr>
            </w:pPr>
            <w:r w:rsidRPr="00332DB8">
              <w:rPr>
                <w:lang w:val="ru-RU"/>
              </w:rPr>
              <w:t>Текст песни «Деим гор (</w:t>
            </w:r>
            <w:r>
              <w:t>Remake</w:t>
            </w:r>
            <w:r w:rsidRPr="00332DB8">
              <w:rPr>
                <w:lang w:val="ru-RU"/>
              </w:rPr>
              <w:t>)» музыкальной группы «Циклон Б» (решение Нагатинского суда г. Москвы от 01.10.2007).</w:t>
            </w:r>
          </w:p>
        </w:tc>
        <w:tc>
          <w:tcPr>
            <w:tcW w:w="2880" w:type="dxa"/>
          </w:tcPr>
          <w:p w:rsidR="006F7457" w:rsidRPr="00332DB8" w:rsidRDefault="006F7457">
            <w:pPr>
              <w:rPr>
                <w:lang w:val="ru-RU"/>
              </w:rPr>
            </w:pPr>
          </w:p>
        </w:tc>
      </w:tr>
      <w:tr w:rsidR="006F7457" w:rsidRPr="00A31F1A">
        <w:tc>
          <w:tcPr>
            <w:tcW w:w="2880" w:type="dxa"/>
          </w:tcPr>
          <w:p w:rsidR="006F7457" w:rsidRDefault="00332DB8">
            <w:r>
              <w:t>114.</w:t>
            </w:r>
          </w:p>
        </w:tc>
        <w:tc>
          <w:tcPr>
            <w:tcW w:w="2880" w:type="dxa"/>
          </w:tcPr>
          <w:p w:rsidR="006F7457" w:rsidRPr="00332DB8" w:rsidRDefault="00332DB8">
            <w:pPr>
              <w:rPr>
                <w:lang w:val="ru-RU"/>
              </w:rPr>
            </w:pPr>
            <w:r w:rsidRPr="00332DB8">
              <w:rPr>
                <w:lang w:val="ru-RU"/>
              </w:rPr>
              <w:t>Текст песни «Это наш век» музыкальной группы «Циклон Б» (решение Нагатинского суда г. Москвы от 01.10.2007).</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115.</w:t>
            </w:r>
          </w:p>
        </w:tc>
        <w:tc>
          <w:tcPr>
            <w:tcW w:w="2880" w:type="dxa"/>
          </w:tcPr>
          <w:p w:rsidR="006F7457" w:rsidRPr="00332DB8" w:rsidRDefault="00332DB8">
            <w:pPr>
              <w:rPr>
                <w:lang w:val="ru-RU"/>
              </w:rPr>
            </w:pPr>
            <w:r w:rsidRPr="00332DB8">
              <w:rPr>
                <w:lang w:val="ru-RU"/>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6F7457" w:rsidRPr="00332DB8" w:rsidRDefault="006F7457">
            <w:pPr>
              <w:rPr>
                <w:lang w:val="ru-RU"/>
              </w:rPr>
            </w:pPr>
          </w:p>
        </w:tc>
      </w:tr>
      <w:tr w:rsidR="006F7457" w:rsidRPr="00A31F1A">
        <w:tc>
          <w:tcPr>
            <w:tcW w:w="2880" w:type="dxa"/>
          </w:tcPr>
          <w:p w:rsidR="006F7457" w:rsidRDefault="00332DB8">
            <w:r>
              <w:t>116.</w:t>
            </w:r>
          </w:p>
        </w:tc>
        <w:tc>
          <w:tcPr>
            <w:tcW w:w="2880" w:type="dxa"/>
          </w:tcPr>
          <w:p w:rsidR="006F7457" w:rsidRPr="00332DB8" w:rsidRDefault="00332DB8">
            <w:pPr>
              <w:rPr>
                <w:lang w:val="ru-RU"/>
              </w:rPr>
            </w:pPr>
            <w:r w:rsidRPr="00332DB8">
              <w:rPr>
                <w:lang w:val="ru-RU"/>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6F7457" w:rsidRPr="00332DB8" w:rsidRDefault="006F7457">
            <w:pPr>
              <w:rPr>
                <w:lang w:val="ru-RU"/>
              </w:rPr>
            </w:pPr>
          </w:p>
        </w:tc>
      </w:tr>
      <w:tr w:rsidR="006F7457" w:rsidRPr="00A31F1A">
        <w:tc>
          <w:tcPr>
            <w:tcW w:w="2880" w:type="dxa"/>
          </w:tcPr>
          <w:p w:rsidR="006F7457" w:rsidRDefault="00332DB8">
            <w:r>
              <w:t>117.</w:t>
            </w:r>
          </w:p>
        </w:tc>
        <w:tc>
          <w:tcPr>
            <w:tcW w:w="2880" w:type="dxa"/>
          </w:tcPr>
          <w:p w:rsidR="006F7457" w:rsidRPr="00332DB8" w:rsidRDefault="00332DB8">
            <w:pPr>
              <w:rPr>
                <w:lang w:val="ru-RU"/>
              </w:rPr>
            </w:pPr>
            <w:r w:rsidRPr="00332DB8">
              <w:rPr>
                <w:lang w:val="ru-RU"/>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6F7457" w:rsidRPr="00332DB8" w:rsidRDefault="006F7457">
            <w:pPr>
              <w:rPr>
                <w:lang w:val="ru-RU"/>
              </w:rPr>
            </w:pPr>
          </w:p>
        </w:tc>
      </w:tr>
      <w:tr w:rsidR="006F7457" w:rsidRPr="00A31F1A">
        <w:tc>
          <w:tcPr>
            <w:tcW w:w="2880" w:type="dxa"/>
          </w:tcPr>
          <w:p w:rsidR="006F7457" w:rsidRDefault="00332DB8">
            <w:r>
              <w:t>118.</w:t>
            </w:r>
          </w:p>
        </w:tc>
        <w:tc>
          <w:tcPr>
            <w:tcW w:w="2880" w:type="dxa"/>
          </w:tcPr>
          <w:p w:rsidR="006F7457" w:rsidRPr="00332DB8" w:rsidRDefault="00332DB8">
            <w:pPr>
              <w:rPr>
                <w:lang w:val="ru-RU"/>
              </w:rPr>
            </w:pPr>
            <w:r w:rsidRPr="00332DB8">
              <w:rPr>
                <w:lang w:val="ru-RU"/>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6F7457" w:rsidRPr="00332DB8" w:rsidRDefault="006F7457">
            <w:pPr>
              <w:rPr>
                <w:lang w:val="ru-RU"/>
              </w:rPr>
            </w:pPr>
          </w:p>
        </w:tc>
      </w:tr>
      <w:tr w:rsidR="006F7457" w:rsidRPr="00A31F1A">
        <w:tc>
          <w:tcPr>
            <w:tcW w:w="2880" w:type="dxa"/>
          </w:tcPr>
          <w:p w:rsidR="006F7457" w:rsidRDefault="00332DB8">
            <w:r>
              <w:t>119.</w:t>
            </w:r>
          </w:p>
        </w:tc>
        <w:tc>
          <w:tcPr>
            <w:tcW w:w="2880" w:type="dxa"/>
          </w:tcPr>
          <w:p w:rsidR="006F7457" w:rsidRPr="00332DB8" w:rsidRDefault="00332DB8">
            <w:pPr>
              <w:rPr>
                <w:lang w:val="ru-RU"/>
              </w:rPr>
            </w:pPr>
            <w:r w:rsidRPr="00332DB8">
              <w:rPr>
                <w:lang w:val="ru-RU"/>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6F7457" w:rsidRPr="00332DB8" w:rsidRDefault="006F7457">
            <w:pPr>
              <w:rPr>
                <w:lang w:val="ru-RU"/>
              </w:rPr>
            </w:pPr>
          </w:p>
        </w:tc>
      </w:tr>
      <w:tr w:rsidR="006F7457" w:rsidRPr="00A31F1A">
        <w:tc>
          <w:tcPr>
            <w:tcW w:w="2880" w:type="dxa"/>
          </w:tcPr>
          <w:p w:rsidR="006F7457" w:rsidRDefault="00332DB8">
            <w:r>
              <w:t>120.</w:t>
            </w:r>
          </w:p>
        </w:tc>
        <w:tc>
          <w:tcPr>
            <w:tcW w:w="2880" w:type="dxa"/>
          </w:tcPr>
          <w:p w:rsidR="006F7457" w:rsidRPr="00332DB8" w:rsidRDefault="00332DB8">
            <w:pPr>
              <w:rPr>
                <w:lang w:val="ru-RU"/>
              </w:rPr>
            </w:pPr>
            <w:r w:rsidRPr="00332DB8">
              <w:rPr>
                <w:lang w:val="ru-RU"/>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6F7457" w:rsidRPr="00332DB8" w:rsidRDefault="006F7457">
            <w:pPr>
              <w:rPr>
                <w:lang w:val="ru-RU"/>
              </w:rPr>
            </w:pPr>
          </w:p>
        </w:tc>
      </w:tr>
      <w:tr w:rsidR="006F7457" w:rsidRPr="00A31F1A">
        <w:tc>
          <w:tcPr>
            <w:tcW w:w="2880" w:type="dxa"/>
          </w:tcPr>
          <w:p w:rsidR="006F7457" w:rsidRDefault="00332DB8">
            <w:r>
              <w:t>121.</w:t>
            </w:r>
          </w:p>
        </w:tc>
        <w:tc>
          <w:tcPr>
            <w:tcW w:w="2880" w:type="dxa"/>
          </w:tcPr>
          <w:p w:rsidR="006F7457" w:rsidRPr="00332DB8" w:rsidRDefault="00332DB8">
            <w:pPr>
              <w:rPr>
                <w:lang w:val="ru-RU"/>
              </w:rPr>
            </w:pPr>
            <w:r w:rsidRPr="00332DB8">
              <w:rPr>
                <w:lang w:val="ru-RU"/>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122.</w:t>
            </w:r>
          </w:p>
        </w:tc>
        <w:tc>
          <w:tcPr>
            <w:tcW w:w="2880" w:type="dxa"/>
          </w:tcPr>
          <w:p w:rsidR="006F7457" w:rsidRPr="00332DB8" w:rsidRDefault="00332DB8">
            <w:pPr>
              <w:rPr>
                <w:lang w:val="ru-RU"/>
              </w:rPr>
            </w:pPr>
            <w:r w:rsidRPr="00332DB8">
              <w:rPr>
                <w:lang w:val="ru-RU"/>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6F7457" w:rsidRPr="00332DB8" w:rsidRDefault="006F7457">
            <w:pPr>
              <w:rPr>
                <w:lang w:val="ru-RU"/>
              </w:rPr>
            </w:pPr>
          </w:p>
        </w:tc>
      </w:tr>
      <w:tr w:rsidR="006F7457" w:rsidRPr="00A31F1A">
        <w:tc>
          <w:tcPr>
            <w:tcW w:w="2880" w:type="dxa"/>
          </w:tcPr>
          <w:p w:rsidR="006F7457" w:rsidRDefault="00332DB8">
            <w:r>
              <w:t>123.</w:t>
            </w:r>
          </w:p>
        </w:tc>
        <w:tc>
          <w:tcPr>
            <w:tcW w:w="2880" w:type="dxa"/>
          </w:tcPr>
          <w:p w:rsidR="006F7457" w:rsidRPr="00332DB8" w:rsidRDefault="00332DB8">
            <w:pPr>
              <w:rPr>
                <w:lang w:val="ru-RU"/>
              </w:rPr>
            </w:pPr>
            <w:r w:rsidRPr="00332DB8">
              <w:rPr>
                <w:lang w:val="ru-RU"/>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6F7457" w:rsidRPr="00332DB8" w:rsidRDefault="006F7457">
            <w:pPr>
              <w:rPr>
                <w:lang w:val="ru-RU"/>
              </w:rPr>
            </w:pPr>
          </w:p>
        </w:tc>
      </w:tr>
      <w:tr w:rsidR="006F7457" w:rsidRPr="00A31F1A">
        <w:tc>
          <w:tcPr>
            <w:tcW w:w="2880" w:type="dxa"/>
          </w:tcPr>
          <w:p w:rsidR="006F7457" w:rsidRDefault="00332DB8">
            <w:r>
              <w:t>124.</w:t>
            </w:r>
          </w:p>
        </w:tc>
        <w:tc>
          <w:tcPr>
            <w:tcW w:w="2880" w:type="dxa"/>
          </w:tcPr>
          <w:p w:rsidR="006F7457" w:rsidRPr="00332DB8" w:rsidRDefault="00332DB8">
            <w:pPr>
              <w:rPr>
                <w:lang w:val="ru-RU"/>
              </w:rPr>
            </w:pPr>
            <w:r w:rsidRPr="00332DB8">
              <w:rPr>
                <w:lang w:val="ru-RU"/>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6F7457" w:rsidRPr="00332DB8" w:rsidRDefault="006F7457">
            <w:pPr>
              <w:rPr>
                <w:lang w:val="ru-RU"/>
              </w:rPr>
            </w:pPr>
          </w:p>
        </w:tc>
      </w:tr>
      <w:tr w:rsidR="006F7457" w:rsidRPr="00A31F1A">
        <w:tc>
          <w:tcPr>
            <w:tcW w:w="2880" w:type="dxa"/>
          </w:tcPr>
          <w:p w:rsidR="006F7457" w:rsidRDefault="00332DB8">
            <w:r>
              <w:t>125.</w:t>
            </w:r>
          </w:p>
        </w:tc>
        <w:tc>
          <w:tcPr>
            <w:tcW w:w="2880" w:type="dxa"/>
          </w:tcPr>
          <w:p w:rsidR="006F7457" w:rsidRPr="00332DB8" w:rsidRDefault="00332DB8">
            <w:pPr>
              <w:rPr>
                <w:lang w:val="ru-RU"/>
              </w:rPr>
            </w:pPr>
            <w:r w:rsidRPr="00332DB8">
              <w:rPr>
                <w:lang w:val="ru-RU"/>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6F7457" w:rsidRPr="00332DB8" w:rsidRDefault="006F7457">
            <w:pPr>
              <w:rPr>
                <w:lang w:val="ru-RU"/>
              </w:rPr>
            </w:pPr>
          </w:p>
        </w:tc>
      </w:tr>
      <w:tr w:rsidR="006F7457" w:rsidRPr="00A31F1A">
        <w:tc>
          <w:tcPr>
            <w:tcW w:w="2880" w:type="dxa"/>
          </w:tcPr>
          <w:p w:rsidR="006F7457" w:rsidRDefault="00332DB8">
            <w:r>
              <w:t>126.</w:t>
            </w:r>
          </w:p>
        </w:tc>
        <w:tc>
          <w:tcPr>
            <w:tcW w:w="2880" w:type="dxa"/>
          </w:tcPr>
          <w:p w:rsidR="006F7457" w:rsidRPr="00332DB8" w:rsidRDefault="00332DB8">
            <w:pPr>
              <w:rPr>
                <w:lang w:val="ru-RU"/>
              </w:rPr>
            </w:pPr>
            <w:r w:rsidRPr="00332DB8">
              <w:rPr>
                <w:lang w:val="ru-RU"/>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6F7457" w:rsidRPr="00332DB8" w:rsidRDefault="006F7457">
            <w:pPr>
              <w:rPr>
                <w:lang w:val="ru-RU"/>
              </w:rPr>
            </w:pPr>
          </w:p>
        </w:tc>
      </w:tr>
      <w:tr w:rsidR="006F7457" w:rsidRPr="00A31F1A">
        <w:tc>
          <w:tcPr>
            <w:tcW w:w="2880" w:type="dxa"/>
          </w:tcPr>
          <w:p w:rsidR="006F7457" w:rsidRDefault="00332DB8">
            <w:r>
              <w:t>127.</w:t>
            </w:r>
          </w:p>
        </w:tc>
        <w:tc>
          <w:tcPr>
            <w:tcW w:w="2880" w:type="dxa"/>
          </w:tcPr>
          <w:p w:rsidR="006F7457" w:rsidRPr="00332DB8" w:rsidRDefault="00332DB8">
            <w:pPr>
              <w:rPr>
                <w:lang w:val="ru-RU"/>
              </w:rPr>
            </w:pPr>
            <w:r w:rsidRPr="00332DB8">
              <w:rPr>
                <w:lang w:val="ru-RU"/>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6F7457" w:rsidRPr="00332DB8" w:rsidRDefault="006F7457">
            <w:pPr>
              <w:rPr>
                <w:lang w:val="ru-RU"/>
              </w:rPr>
            </w:pPr>
          </w:p>
        </w:tc>
      </w:tr>
      <w:tr w:rsidR="006F7457" w:rsidRPr="00A31F1A">
        <w:tc>
          <w:tcPr>
            <w:tcW w:w="2880" w:type="dxa"/>
          </w:tcPr>
          <w:p w:rsidR="006F7457" w:rsidRDefault="00332DB8">
            <w:r>
              <w:t>128.</w:t>
            </w:r>
          </w:p>
        </w:tc>
        <w:tc>
          <w:tcPr>
            <w:tcW w:w="2880" w:type="dxa"/>
          </w:tcPr>
          <w:p w:rsidR="006F7457" w:rsidRPr="00332DB8" w:rsidRDefault="00332DB8">
            <w:pPr>
              <w:rPr>
                <w:lang w:val="ru-RU"/>
              </w:rPr>
            </w:pPr>
            <w:r w:rsidRPr="00332DB8">
              <w:rPr>
                <w:lang w:val="ru-RU"/>
              </w:rPr>
              <w:t>Сообщение (листовка), размещенное Втулкиным Александром Александровичем на странице информационно-политического портала «</w:t>
            </w:r>
            <w:r>
              <w:t>zaks</w:t>
            </w:r>
            <w:r w:rsidRPr="00332DB8">
              <w:rPr>
                <w:lang w:val="ru-RU"/>
              </w:rPr>
              <w:t>.</w:t>
            </w:r>
            <w:r>
              <w:t>ru</w:t>
            </w:r>
            <w:r w:rsidRPr="00332DB8">
              <w:rPr>
                <w:lang w:val="ru-RU"/>
              </w:rPr>
              <w:t>» и на веб-сайте «Агентства журналистских расследований» (решение Смольнинского районного суда г. Санкт-Петербурга от 29.01.2008).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129.</w:t>
            </w:r>
          </w:p>
        </w:tc>
        <w:tc>
          <w:tcPr>
            <w:tcW w:w="2880" w:type="dxa"/>
          </w:tcPr>
          <w:p w:rsidR="006F7457" w:rsidRPr="00332DB8" w:rsidRDefault="00332DB8">
            <w:pPr>
              <w:rPr>
                <w:lang w:val="ru-RU"/>
              </w:rPr>
            </w:pPr>
            <w:r w:rsidRPr="00332DB8">
              <w:rPr>
                <w:lang w:val="ru-RU"/>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2880" w:type="dxa"/>
          </w:tcPr>
          <w:p w:rsidR="006F7457" w:rsidRPr="00332DB8" w:rsidRDefault="006F7457">
            <w:pPr>
              <w:rPr>
                <w:lang w:val="ru-RU"/>
              </w:rPr>
            </w:pPr>
          </w:p>
        </w:tc>
      </w:tr>
      <w:tr w:rsidR="006F7457" w:rsidRPr="00A31F1A">
        <w:tc>
          <w:tcPr>
            <w:tcW w:w="2880" w:type="dxa"/>
          </w:tcPr>
          <w:p w:rsidR="006F7457" w:rsidRDefault="00332DB8">
            <w:r>
              <w:t>130.</w:t>
            </w:r>
          </w:p>
        </w:tc>
        <w:tc>
          <w:tcPr>
            <w:tcW w:w="2880" w:type="dxa"/>
          </w:tcPr>
          <w:p w:rsidR="006F7457" w:rsidRPr="00332DB8" w:rsidRDefault="00332DB8">
            <w:pPr>
              <w:rPr>
                <w:lang w:val="ru-RU"/>
              </w:rPr>
            </w:pPr>
            <w:r w:rsidRPr="00332DB8">
              <w:rPr>
                <w:lang w:val="ru-RU"/>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2880" w:type="dxa"/>
          </w:tcPr>
          <w:p w:rsidR="006F7457" w:rsidRPr="00332DB8" w:rsidRDefault="006F7457">
            <w:pPr>
              <w:rPr>
                <w:lang w:val="ru-RU"/>
              </w:rPr>
            </w:pPr>
          </w:p>
        </w:tc>
      </w:tr>
      <w:tr w:rsidR="006F7457" w:rsidRPr="00A31F1A">
        <w:tc>
          <w:tcPr>
            <w:tcW w:w="2880" w:type="dxa"/>
          </w:tcPr>
          <w:p w:rsidR="006F7457" w:rsidRDefault="00332DB8">
            <w:r>
              <w:t>131.</w:t>
            </w:r>
          </w:p>
        </w:tc>
        <w:tc>
          <w:tcPr>
            <w:tcW w:w="2880" w:type="dxa"/>
          </w:tcPr>
          <w:p w:rsidR="006F7457" w:rsidRPr="00332DB8" w:rsidRDefault="00332DB8">
            <w:pPr>
              <w:rPr>
                <w:lang w:val="ru-RU"/>
              </w:rPr>
            </w:pPr>
            <w:r w:rsidRPr="00332DB8">
              <w:rPr>
                <w:lang w:val="ru-RU"/>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2880" w:type="dxa"/>
          </w:tcPr>
          <w:p w:rsidR="006F7457" w:rsidRPr="00332DB8" w:rsidRDefault="006F7457">
            <w:pPr>
              <w:rPr>
                <w:lang w:val="ru-RU"/>
              </w:rPr>
            </w:pPr>
          </w:p>
        </w:tc>
      </w:tr>
      <w:tr w:rsidR="006F7457" w:rsidRPr="00A31F1A">
        <w:tc>
          <w:tcPr>
            <w:tcW w:w="2880" w:type="dxa"/>
          </w:tcPr>
          <w:p w:rsidR="006F7457" w:rsidRDefault="00332DB8">
            <w:r>
              <w:t>132.</w:t>
            </w:r>
          </w:p>
        </w:tc>
        <w:tc>
          <w:tcPr>
            <w:tcW w:w="2880" w:type="dxa"/>
          </w:tcPr>
          <w:p w:rsidR="006F7457" w:rsidRPr="00332DB8" w:rsidRDefault="00332DB8">
            <w:pPr>
              <w:rPr>
                <w:lang w:val="ru-RU"/>
              </w:rPr>
            </w:pPr>
            <w:r w:rsidRPr="00332DB8">
              <w:rPr>
                <w:lang w:val="ru-RU"/>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2880" w:type="dxa"/>
          </w:tcPr>
          <w:p w:rsidR="006F7457" w:rsidRPr="00332DB8" w:rsidRDefault="006F7457">
            <w:pPr>
              <w:rPr>
                <w:lang w:val="ru-RU"/>
              </w:rPr>
            </w:pPr>
          </w:p>
        </w:tc>
      </w:tr>
      <w:tr w:rsidR="006F7457" w:rsidRPr="00A31F1A">
        <w:tc>
          <w:tcPr>
            <w:tcW w:w="2880" w:type="dxa"/>
          </w:tcPr>
          <w:p w:rsidR="006F7457" w:rsidRDefault="00332DB8">
            <w:r>
              <w:t>133.</w:t>
            </w:r>
          </w:p>
        </w:tc>
        <w:tc>
          <w:tcPr>
            <w:tcW w:w="2880" w:type="dxa"/>
          </w:tcPr>
          <w:p w:rsidR="006F7457" w:rsidRPr="00332DB8" w:rsidRDefault="00332DB8">
            <w:pPr>
              <w:rPr>
                <w:lang w:val="ru-RU"/>
              </w:rPr>
            </w:pPr>
            <w:r w:rsidRPr="00332DB8">
              <w:rPr>
                <w:lang w:val="ru-RU"/>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134.</w:t>
            </w:r>
          </w:p>
        </w:tc>
        <w:tc>
          <w:tcPr>
            <w:tcW w:w="2880" w:type="dxa"/>
          </w:tcPr>
          <w:p w:rsidR="006F7457" w:rsidRPr="00332DB8" w:rsidRDefault="00332DB8">
            <w:pPr>
              <w:rPr>
                <w:lang w:val="ru-RU"/>
              </w:rPr>
            </w:pPr>
            <w:r w:rsidRPr="00332DB8">
              <w:rPr>
                <w:lang w:val="ru-RU"/>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135.</w:t>
            </w:r>
          </w:p>
        </w:tc>
        <w:tc>
          <w:tcPr>
            <w:tcW w:w="2880" w:type="dxa"/>
          </w:tcPr>
          <w:p w:rsidR="006F7457" w:rsidRPr="00332DB8" w:rsidRDefault="00332DB8">
            <w:pPr>
              <w:rPr>
                <w:lang w:val="ru-RU"/>
              </w:rPr>
            </w:pPr>
            <w:r w:rsidRPr="00332DB8">
              <w:rPr>
                <w:lang w:val="ru-RU"/>
              </w:rPr>
              <w:t>Номер 2 газеты «Наш народный наблюдатель» за февраль 2004 года (решение Октябрьского районного суда г. Санкт-Петербурга от 12.03.2008).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136.</w:t>
            </w:r>
          </w:p>
        </w:tc>
        <w:tc>
          <w:tcPr>
            <w:tcW w:w="2880" w:type="dxa"/>
          </w:tcPr>
          <w:p w:rsidR="006F7457" w:rsidRPr="00332DB8" w:rsidRDefault="00332DB8">
            <w:pPr>
              <w:rPr>
                <w:lang w:val="ru-RU"/>
              </w:rPr>
            </w:pPr>
            <w:r w:rsidRPr="00332DB8">
              <w:rPr>
                <w:lang w:val="ru-RU"/>
              </w:rPr>
              <w:t>Номер 3 газеты «Наш народный наблюдатель» за апрель-май 2004 года (решение Октябрьского районного суда г. Санкт-Петербурга от 12.03.2008).</w:t>
            </w:r>
          </w:p>
        </w:tc>
        <w:tc>
          <w:tcPr>
            <w:tcW w:w="2880" w:type="dxa"/>
          </w:tcPr>
          <w:p w:rsidR="006F7457" w:rsidRPr="00332DB8" w:rsidRDefault="006F7457">
            <w:pPr>
              <w:rPr>
                <w:lang w:val="ru-RU"/>
              </w:rPr>
            </w:pPr>
          </w:p>
        </w:tc>
      </w:tr>
      <w:tr w:rsidR="006F7457" w:rsidRPr="00A31F1A">
        <w:tc>
          <w:tcPr>
            <w:tcW w:w="2880" w:type="dxa"/>
          </w:tcPr>
          <w:p w:rsidR="006F7457" w:rsidRDefault="00332DB8">
            <w:r>
              <w:t>137.</w:t>
            </w:r>
          </w:p>
        </w:tc>
        <w:tc>
          <w:tcPr>
            <w:tcW w:w="2880" w:type="dxa"/>
          </w:tcPr>
          <w:p w:rsidR="006F7457" w:rsidRPr="00332DB8" w:rsidRDefault="00332DB8">
            <w:pPr>
              <w:rPr>
                <w:lang w:val="ru-RU"/>
              </w:rPr>
            </w:pPr>
            <w:r w:rsidRPr="00332DB8">
              <w:rPr>
                <w:lang w:val="ru-RU"/>
              </w:rPr>
              <w:t>Журнал «Аль-Ваъй» № 242 от апреля 2007 года (решение Ленинского районного суда г. Уфы от 28.03.2008).</w:t>
            </w:r>
          </w:p>
        </w:tc>
        <w:tc>
          <w:tcPr>
            <w:tcW w:w="2880" w:type="dxa"/>
          </w:tcPr>
          <w:p w:rsidR="006F7457" w:rsidRPr="00332DB8" w:rsidRDefault="006F7457">
            <w:pPr>
              <w:rPr>
                <w:lang w:val="ru-RU"/>
              </w:rPr>
            </w:pPr>
          </w:p>
        </w:tc>
      </w:tr>
      <w:tr w:rsidR="006F7457" w:rsidRPr="00A31F1A">
        <w:tc>
          <w:tcPr>
            <w:tcW w:w="2880" w:type="dxa"/>
          </w:tcPr>
          <w:p w:rsidR="006F7457" w:rsidRDefault="00332DB8">
            <w:r>
              <w:t>138.</w:t>
            </w:r>
          </w:p>
        </w:tc>
        <w:tc>
          <w:tcPr>
            <w:tcW w:w="2880" w:type="dxa"/>
          </w:tcPr>
          <w:p w:rsidR="006F7457" w:rsidRPr="00332DB8" w:rsidRDefault="00332DB8">
            <w:pPr>
              <w:rPr>
                <w:lang w:val="ru-RU"/>
              </w:rPr>
            </w:pPr>
            <w:r w:rsidRPr="00332DB8">
              <w:rPr>
                <w:lang w:val="ru-RU"/>
              </w:rPr>
              <w:t>Листовка «Обязательность сплочения для того, чтобы вернуть Халифат» (решение Ленинского районного суда г. Уфы от 28.03.2008).</w:t>
            </w:r>
          </w:p>
        </w:tc>
        <w:tc>
          <w:tcPr>
            <w:tcW w:w="2880" w:type="dxa"/>
          </w:tcPr>
          <w:p w:rsidR="006F7457" w:rsidRPr="00332DB8" w:rsidRDefault="006F7457">
            <w:pPr>
              <w:rPr>
                <w:lang w:val="ru-RU"/>
              </w:rPr>
            </w:pPr>
          </w:p>
        </w:tc>
      </w:tr>
      <w:tr w:rsidR="006F7457">
        <w:tc>
          <w:tcPr>
            <w:tcW w:w="2880" w:type="dxa"/>
          </w:tcPr>
          <w:p w:rsidR="006F7457" w:rsidRDefault="00332DB8">
            <w:r>
              <w:t>139.</w:t>
            </w:r>
          </w:p>
        </w:tc>
        <w:tc>
          <w:tcPr>
            <w:tcW w:w="2880" w:type="dxa"/>
          </w:tcPr>
          <w:p w:rsidR="006F7457" w:rsidRDefault="00332DB8">
            <w:r w:rsidRPr="00332DB8">
              <w:rPr>
                <w:lang w:val="ru-RU"/>
              </w:rPr>
              <w:t xml:space="preserve">Брошюра «Размышление обывателя или что твориться в Республике Алтай?!» </w:t>
            </w:r>
            <w:r>
              <w:t>(решение Онгудайского районного суда Республики Алтай от 26.03.2008).</w:t>
            </w:r>
          </w:p>
        </w:tc>
        <w:tc>
          <w:tcPr>
            <w:tcW w:w="2880" w:type="dxa"/>
          </w:tcPr>
          <w:p w:rsidR="006F7457" w:rsidRDefault="006F7457"/>
        </w:tc>
      </w:tr>
      <w:tr w:rsidR="006F7457" w:rsidRPr="00A31F1A">
        <w:tc>
          <w:tcPr>
            <w:tcW w:w="2880" w:type="dxa"/>
          </w:tcPr>
          <w:p w:rsidR="006F7457" w:rsidRDefault="00332DB8">
            <w:r>
              <w:t>140.</w:t>
            </w:r>
          </w:p>
        </w:tc>
        <w:tc>
          <w:tcPr>
            <w:tcW w:w="2880" w:type="dxa"/>
          </w:tcPr>
          <w:p w:rsidR="006F7457" w:rsidRPr="00332DB8" w:rsidRDefault="00332DB8">
            <w:pPr>
              <w:rPr>
                <w:lang w:val="ru-RU"/>
              </w:rPr>
            </w:pPr>
            <w:r w:rsidRPr="00332DB8">
              <w:rPr>
                <w:lang w:val="ru-RU"/>
              </w:rPr>
              <w:t>Печатный материал «Артоманс» № 1 (решение Череповецкого городского суда Вологодской области от 03.03.2008).</w:t>
            </w:r>
          </w:p>
        </w:tc>
        <w:tc>
          <w:tcPr>
            <w:tcW w:w="2880" w:type="dxa"/>
          </w:tcPr>
          <w:p w:rsidR="006F7457" w:rsidRPr="00332DB8" w:rsidRDefault="006F7457">
            <w:pPr>
              <w:rPr>
                <w:lang w:val="ru-RU"/>
              </w:rPr>
            </w:pPr>
          </w:p>
        </w:tc>
      </w:tr>
      <w:tr w:rsidR="006F7457" w:rsidRPr="00A31F1A">
        <w:tc>
          <w:tcPr>
            <w:tcW w:w="2880" w:type="dxa"/>
          </w:tcPr>
          <w:p w:rsidR="006F7457" w:rsidRDefault="00332DB8">
            <w:r>
              <w:t>141.</w:t>
            </w:r>
          </w:p>
        </w:tc>
        <w:tc>
          <w:tcPr>
            <w:tcW w:w="2880" w:type="dxa"/>
          </w:tcPr>
          <w:p w:rsidR="006F7457" w:rsidRPr="00332DB8" w:rsidRDefault="00332DB8">
            <w:pPr>
              <w:rPr>
                <w:lang w:val="ru-RU"/>
              </w:rPr>
            </w:pPr>
            <w:r w:rsidRPr="00332DB8">
              <w:rPr>
                <w:lang w:val="ru-RU"/>
              </w:rPr>
              <w:t>Печатный материал «Артоманс» № 2 (решение Череповецкого городского суда Вологодской области от 03.03.2008).</w:t>
            </w:r>
          </w:p>
        </w:tc>
        <w:tc>
          <w:tcPr>
            <w:tcW w:w="2880" w:type="dxa"/>
          </w:tcPr>
          <w:p w:rsidR="006F7457" w:rsidRPr="00332DB8" w:rsidRDefault="006F7457">
            <w:pPr>
              <w:rPr>
                <w:lang w:val="ru-RU"/>
              </w:rPr>
            </w:pPr>
          </w:p>
        </w:tc>
      </w:tr>
      <w:tr w:rsidR="006F7457" w:rsidRPr="00A31F1A">
        <w:tc>
          <w:tcPr>
            <w:tcW w:w="2880" w:type="dxa"/>
          </w:tcPr>
          <w:p w:rsidR="006F7457" w:rsidRDefault="00332DB8">
            <w:r>
              <w:t>142.</w:t>
            </w:r>
          </w:p>
        </w:tc>
        <w:tc>
          <w:tcPr>
            <w:tcW w:w="2880" w:type="dxa"/>
          </w:tcPr>
          <w:p w:rsidR="006F7457" w:rsidRPr="00332DB8" w:rsidRDefault="00332DB8">
            <w:pPr>
              <w:rPr>
                <w:lang w:val="ru-RU"/>
              </w:rPr>
            </w:pPr>
            <w:r w:rsidRPr="00332DB8">
              <w:rPr>
                <w:lang w:val="ru-RU"/>
              </w:rPr>
              <w:t>Видеоматериал, представляющий собой файл Видеопровокация.</w:t>
            </w:r>
            <w:r>
              <w:t>avi</w:t>
            </w:r>
            <w:r w:rsidRPr="00332DB8">
              <w:rPr>
                <w:lang w:val="ru-RU"/>
              </w:rPr>
              <w:t xml:space="preserve">, размещенный в информационно-телекоммуникационной сети «Интернет» на сервере ООО «Новгород Дейтаком» по адресу </w:t>
            </w:r>
            <w:r>
              <w:t>ftp</w:t>
            </w:r>
            <w:r w:rsidRPr="00332DB8">
              <w:rPr>
                <w:lang w:val="ru-RU"/>
              </w:rPr>
              <w:t xml:space="preserve">:// </w:t>
            </w:r>
            <w:r>
              <w:t>ftp</w:t>
            </w:r>
            <w:r w:rsidRPr="00332DB8">
              <w:rPr>
                <w:lang w:val="ru-RU"/>
              </w:rPr>
              <w:t>5.</w:t>
            </w:r>
            <w:r>
              <w:t>natm</w:t>
            </w:r>
            <w:r w:rsidRPr="00332DB8">
              <w:rPr>
                <w:lang w:val="ru-RU"/>
              </w:rPr>
              <w:t>./</w:t>
            </w:r>
            <w:r>
              <w:t>ru</w:t>
            </w:r>
            <w:r w:rsidRPr="00332DB8">
              <w:rPr>
                <w:lang w:val="ru-RU"/>
              </w:rPr>
              <w:t>/</w:t>
            </w:r>
            <w:r>
              <w:t>incoming</w:t>
            </w:r>
            <w:r w:rsidRPr="00332DB8">
              <w:rPr>
                <w:lang w:val="ru-RU"/>
              </w:rPr>
              <w:t>/</w:t>
            </w:r>
            <w:r>
              <w:t>clips</w:t>
            </w:r>
            <w:r w:rsidRPr="00332DB8">
              <w:rPr>
                <w:lang w:val="ru-RU"/>
              </w:rPr>
              <w:t xml:space="preserve">/Провокация ФСБ (решение Новгородского городского суда Новгородской области </w:t>
            </w:r>
            <w:r w:rsidRPr="00332DB8">
              <w:rPr>
                <w:lang w:val="ru-RU"/>
              </w:rPr>
              <w:lastRenderedPageBreak/>
              <w:t>от 17.03.2008);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143.</w:t>
            </w:r>
          </w:p>
        </w:tc>
        <w:tc>
          <w:tcPr>
            <w:tcW w:w="2880" w:type="dxa"/>
          </w:tcPr>
          <w:p w:rsidR="006F7457" w:rsidRPr="00332DB8" w:rsidRDefault="00332DB8">
            <w:pPr>
              <w:rPr>
                <w:lang w:val="ru-RU"/>
              </w:rPr>
            </w:pPr>
            <w:r w:rsidRPr="00332DB8">
              <w:rPr>
                <w:lang w:val="ru-RU"/>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2880" w:type="dxa"/>
          </w:tcPr>
          <w:p w:rsidR="006F7457" w:rsidRPr="00332DB8" w:rsidRDefault="006F7457">
            <w:pPr>
              <w:rPr>
                <w:lang w:val="ru-RU"/>
              </w:rPr>
            </w:pPr>
          </w:p>
        </w:tc>
      </w:tr>
      <w:tr w:rsidR="006F7457" w:rsidRPr="00DD284B">
        <w:tc>
          <w:tcPr>
            <w:tcW w:w="2880" w:type="dxa"/>
          </w:tcPr>
          <w:p w:rsidR="006F7457" w:rsidRDefault="00332DB8">
            <w:r>
              <w:t>144.</w:t>
            </w:r>
          </w:p>
        </w:tc>
        <w:tc>
          <w:tcPr>
            <w:tcW w:w="2880" w:type="dxa"/>
          </w:tcPr>
          <w:p w:rsidR="006F7457" w:rsidRPr="00332DB8" w:rsidRDefault="00332DB8">
            <w:pPr>
              <w:rPr>
                <w:lang w:val="ru-RU"/>
              </w:rPr>
            </w:pPr>
            <w:r w:rsidRPr="00332DB8">
              <w:rPr>
                <w:lang w:val="ru-RU"/>
              </w:rPr>
              <w:t>Брошюра «Мы верим – Вы поможете!» (решение Онгудайского районного суда Республики Алтай от 10.04.2008).</w:t>
            </w:r>
          </w:p>
        </w:tc>
        <w:tc>
          <w:tcPr>
            <w:tcW w:w="2880" w:type="dxa"/>
          </w:tcPr>
          <w:p w:rsidR="006F7457" w:rsidRPr="00332DB8" w:rsidRDefault="006F7457">
            <w:pPr>
              <w:rPr>
                <w:lang w:val="ru-RU"/>
              </w:rPr>
            </w:pPr>
          </w:p>
        </w:tc>
      </w:tr>
      <w:tr w:rsidR="006F7457">
        <w:tc>
          <w:tcPr>
            <w:tcW w:w="2880" w:type="dxa"/>
          </w:tcPr>
          <w:p w:rsidR="006F7457" w:rsidRDefault="00332DB8">
            <w:r>
              <w:t>145.</w:t>
            </w:r>
          </w:p>
        </w:tc>
        <w:tc>
          <w:tcPr>
            <w:tcW w:w="2880" w:type="dxa"/>
          </w:tcPr>
          <w:p w:rsidR="006F7457" w:rsidRDefault="00332DB8">
            <w:r w:rsidRPr="00332DB8">
              <w:rPr>
                <w:lang w:val="ru-RU"/>
              </w:rPr>
              <w:t xml:space="preserve">Агитационная листовка с названием «Выборы – жидовское оружие захвата власти!» </w:t>
            </w:r>
            <w:r>
              <w:t>(решение Ленинского районного суда г. Нижнего Новгорода от 16.04.2008).</w:t>
            </w:r>
          </w:p>
        </w:tc>
        <w:tc>
          <w:tcPr>
            <w:tcW w:w="2880" w:type="dxa"/>
          </w:tcPr>
          <w:p w:rsidR="006F7457" w:rsidRDefault="006F7457"/>
        </w:tc>
      </w:tr>
      <w:tr w:rsidR="006F7457" w:rsidRPr="00A31F1A">
        <w:tc>
          <w:tcPr>
            <w:tcW w:w="2880" w:type="dxa"/>
          </w:tcPr>
          <w:p w:rsidR="006F7457" w:rsidRDefault="00332DB8">
            <w:r>
              <w:t>146.</w:t>
            </w:r>
          </w:p>
        </w:tc>
        <w:tc>
          <w:tcPr>
            <w:tcW w:w="2880" w:type="dxa"/>
          </w:tcPr>
          <w:p w:rsidR="006F7457" w:rsidRPr="00332DB8" w:rsidRDefault="00332DB8">
            <w:pPr>
              <w:rPr>
                <w:lang w:val="ru-RU"/>
              </w:rPr>
            </w:pPr>
            <w:r w:rsidRPr="00332DB8">
              <w:rPr>
                <w:lang w:val="ru-RU"/>
              </w:rP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2880" w:type="dxa"/>
          </w:tcPr>
          <w:p w:rsidR="006F7457" w:rsidRPr="00332DB8" w:rsidRDefault="006F7457">
            <w:pPr>
              <w:rPr>
                <w:lang w:val="ru-RU"/>
              </w:rPr>
            </w:pPr>
          </w:p>
        </w:tc>
      </w:tr>
      <w:tr w:rsidR="006F7457" w:rsidRPr="00A31F1A">
        <w:tc>
          <w:tcPr>
            <w:tcW w:w="2880" w:type="dxa"/>
          </w:tcPr>
          <w:p w:rsidR="006F7457" w:rsidRDefault="00332DB8">
            <w:r>
              <w:t>147.</w:t>
            </w:r>
          </w:p>
        </w:tc>
        <w:tc>
          <w:tcPr>
            <w:tcW w:w="2880" w:type="dxa"/>
          </w:tcPr>
          <w:p w:rsidR="006F7457" w:rsidRPr="00332DB8" w:rsidRDefault="00332DB8">
            <w:pPr>
              <w:rPr>
                <w:lang w:val="ru-RU"/>
              </w:rPr>
            </w:pPr>
            <w:r w:rsidRPr="00332DB8">
              <w:rPr>
                <w:lang w:val="ru-RU"/>
              </w:rPr>
              <w:t>Листовка «Русский Порядок» Нацинформ № 23 (решение Железнодорожного районного суда г. Рязани от 21.04.2008).</w:t>
            </w:r>
          </w:p>
        </w:tc>
        <w:tc>
          <w:tcPr>
            <w:tcW w:w="2880" w:type="dxa"/>
          </w:tcPr>
          <w:p w:rsidR="006F7457" w:rsidRPr="00332DB8" w:rsidRDefault="006F7457">
            <w:pPr>
              <w:rPr>
                <w:lang w:val="ru-RU"/>
              </w:rPr>
            </w:pPr>
          </w:p>
        </w:tc>
      </w:tr>
      <w:tr w:rsidR="006F7457" w:rsidRPr="00A31F1A">
        <w:tc>
          <w:tcPr>
            <w:tcW w:w="2880" w:type="dxa"/>
          </w:tcPr>
          <w:p w:rsidR="006F7457" w:rsidRDefault="00332DB8">
            <w:r>
              <w:t>148.</w:t>
            </w:r>
          </w:p>
        </w:tc>
        <w:tc>
          <w:tcPr>
            <w:tcW w:w="2880" w:type="dxa"/>
          </w:tcPr>
          <w:p w:rsidR="006F7457" w:rsidRPr="00332DB8" w:rsidRDefault="00332DB8">
            <w:pPr>
              <w:rPr>
                <w:lang w:val="ru-RU"/>
              </w:rPr>
            </w:pPr>
            <w:r w:rsidRPr="00332DB8">
              <w:rPr>
                <w:lang w:val="ru-RU"/>
              </w:rPr>
              <w:t>Славянский языческий альманах «Хорс», 2005, выпуск № 1 (решение Советского районного суда г. Самары от 04.03.2008).</w:t>
            </w:r>
          </w:p>
        </w:tc>
        <w:tc>
          <w:tcPr>
            <w:tcW w:w="2880" w:type="dxa"/>
          </w:tcPr>
          <w:p w:rsidR="006F7457" w:rsidRPr="00332DB8" w:rsidRDefault="006F7457">
            <w:pPr>
              <w:rPr>
                <w:lang w:val="ru-RU"/>
              </w:rPr>
            </w:pPr>
          </w:p>
        </w:tc>
      </w:tr>
      <w:tr w:rsidR="006F7457" w:rsidRPr="00A31F1A">
        <w:tc>
          <w:tcPr>
            <w:tcW w:w="2880" w:type="dxa"/>
          </w:tcPr>
          <w:p w:rsidR="006F7457" w:rsidRDefault="00332DB8">
            <w:r>
              <w:t>14</w:t>
            </w:r>
            <w:r>
              <w:lastRenderedPageBreak/>
              <w:t>9.</w:t>
            </w:r>
          </w:p>
        </w:tc>
        <w:tc>
          <w:tcPr>
            <w:tcW w:w="2880" w:type="dxa"/>
          </w:tcPr>
          <w:p w:rsidR="006F7457" w:rsidRPr="00332DB8" w:rsidRDefault="00332DB8">
            <w:pPr>
              <w:rPr>
                <w:lang w:val="ru-RU"/>
              </w:rPr>
            </w:pPr>
            <w:r w:rsidRPr="00332DB8">
              <w:rPr>
                <w:lang w:val="ru-RU"/>
              </w:rPr>
              <w:lastRenderedPageBreak/>
              <w:t xml:space="preserve">Славянское языческое обозрение «Хорс», 2006, выпуск № 2 (решение Советского районного суда г. Самары от </w:t>
            </w:r>
            <w:r w:rsidRPr="00332DB8">
              <w:rPr>
                <w:lang w:val="ru-RU"/>
              </w:rPr>
              <w:lastRenderedPageBreak/>
              <w:t>04.03.2008).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150.</w:t>
            </w:r>
          </w:p>
        </w:tc>
        <w:tc>
          <w:tcPr>
            <w:tcW w:w="2880" w:type="dxa"/>
          </w:tcPr>
          <w:p w:rsidR="006F7457" w:rsidRPr="00332DB8" w:rsidRDefault="00332DB8">
            <w:pPr>
              <w:rPr>
                <w:lang w:val="ru-RU"/>
              </w:rPr>
            </w:pPr>
            <w:r w:rsidRPr="00332DB8">
              <w:rPr>
                <w:lang w:val="ru-RU"/>
              </w:rPr>
              <w:t>Славянское языческое обозрение «Хорс», 2006, выпуск № 3 (решение Советского районного суда г. Самары от 04.03.2008).</w:t>
            </w:r>
          </w:p>
        </w:tc>
        <w:tc>
          <w:tcPr>
            <w:tcW w:w="2880" w:type="dxa"/>
          </w:tcPr>
          <w:p w:rsidR="006F7457" w:rsidRPr="00332DB8" w:rsidRDefault="006F7457">
            <w:pPr>
              <w:rPr>
                <w:lang w:val="ru-RU"/>
              </w:rPr>
            </w:pPr>
          </w:p>
        </w:tc>
      </w:tr>
      <w:tr w:rsidR="006F7457" w:rsidRPr="00A31F1A">
        <w:tc>
          <w:tcPr>
            <w:tcW w:w="2880" w:type="dxa"/>
          </w:tcPr>
          <w:p w:rsidR="006F7457" w:rsidRDefault="00332DB8">
            <w:r>
              <w:t>151.</w:t>
            </w:r>
          </w:p>
        </w:tc>
        <w:tc>
          <w:tcPr>
            <w:tcW w:w="2880" w:type="dxa"/>
          </w:tcPr>
          <w:p w:rsidR="006F7457" w:rsidRPr="00332DB8" w:rsidRDefault="00332DB8">
            <w:pPr>
              <w:rPr>
                <w:lang w:val="ru-RU"/>
              </w:rPr>
            </w:pPr>
            <w:r w:rsidRPr="00332DB8">
              <w:rPr>
                <w:lang w:val="ru-RU"/>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2880" w:type="dxa"/>
          </w:tcPr>
          <w:p w:rsidR="006F7457" w:rsidRPr="00332DB8" w:rsidRDefault="006F7457">
            <w:pPr>
              <w:rPr>
                <w:lang w:val="ru-RU"/>
              </w:rPr>
            </w:pPr>
          </w:p>
        </w:tc>
      </w:tr>
      <w:tr w:rsidR="006F7457" w:rsidRPr="00A31F1A">
        <w:tc>
          <w:tcPr>
            <w:tcW w:w="2880" w:type="dxa"/>
          </w:tcPr>
          <w:p w:rsidR="006F7457" w:rsidRDefault="00332DB8">
            <w:r>
              <w:t>152.</w:t>
            </w:r>
          </w:p>
        </w:tc>
        <w:tc>
          <w:tcPr>
            <w:tcW w:w="2880" w:type="dxa"/>
          </w:tcPr>
          <w:p w:rsidR="006F7457" w:rsidRPr="00332DB8" w:rsidRDefault="00332DB8">
            <w:pPr>
              <w:rPr>
                <w:lang w:val="ru-RU"/>
              </w:rPr>
            </w:pPr>
            <w:r w:rsidRPr="00332DB8">
              <w:rPr>
                <w:lang w:val="ru-RU"/>
              </w:rPr>
              <w:t>Листовка «Мировоззрение» № 10 (30) за 2003 год (решение Октябрьского районного суда г. Санкт-Петербурга от 27.03.2008).</w:t>
            </w:r>
          </w:p>
        </w:tc>
        <w:tc>
          <w:tcPr>
            <w:tcW w:w="2880" w:type="dxa"/>
          </w:tcPr>
          <w:p w:rsidR="006F7457" w:rsidRPr="00332DB8" w:rsidRDefault="006F7457">
            <w:pPr>
              <w:rPr>
                <w:lang w:val="ru-RU"/>
              </w:rPr>
            </w:pPr>
          </w:p>
        </w:tc>
      </w:tr>
      <w:tr w:rsidR="006F7457" w:rsidRPr="00A31F1A">
        <w:tc>
          <w:tcPr>
            <w:tcW w:w="2880" w:type="dxa"/>
          </w:tcPr>
          <w:p w:rsidR="006F7457" w:rsidRDefault="00332DB8">
            <w:r>
              <w:t>153.</w:t>
            </w:r>
          </w:p>
        </w:tc>
        <w:tc>
          <w:tcPr>
            <w:tcW w:w="2880" w:type="dxa"/>
          </w:tcPr>
          <w:p w:rsidR="006F7457" w:rsidRPr="00332DB8" w:rsidRDefault="00332DB8">
            <w:pPr>
              <w:rPr>
                <w:lang w:val="ru-RU"/>
              </w:rPr>
            </w:pPr>
            <w:r w:rsidRPr="00332DB8">
              <w:rPr>
                <w:lang w:val="ru-RU"/>
              </w:rPr>
              <w:t>Листовка «Мировоззрение» № 12 (32) за 2003 год (решение Октябрьского районного суда г. Санкт-Петербурга от 27.03.2008).</w:t>
            </w:r>
          </w:p>
        </w:tc>
        <w:tc>
          <w:tcPr>
            <w:tcW w:w="2880" w:type="dxa"/>
          </w:tcPr>
          <w:p w:rsidR="006F7457" w:rsidRPr="00332DB8" w:rsidRDefault="006F7457">
            <w:pPr>
              <w:rPr>
                <w:lang w:val="ru-RU"/>
              </w:rPr>
            </w:pPr>
          </w:p>
        </w:tc>
      </w:tr>
      <w:tr w:rsidR="006F7457" w:rsidRPr="00A31F1A">
        <w:tc>
          <w:tcPr>
            <w:tcW w:w="2880" w:type="dxa"/>
          </w:tcPr>
          <w:p w:rsidR="006F7457" w:rsidRDefault="00332DB8">
            <w:r>
              <w:t>154.</w:t>
            </w:r>
          </w:p>
        </w:tc>
        <w:tc>
          <w:tcPr>
            <w:tcW w:w="2880" w:type="dxa"/>
          </w:tcPr>
          <w:p w:rsidR="006F7457" w:rsidRPr="00332DB8" w:rsidRDefault="00332DB8">
            <w:pPr>
              <w:rPr>
                <w:lang w:val="ru-RU"/>
              </w:rPr>
            </w:pPr>
            <w:r w:rsidRPr="00332DB8">
              <w:rPr>
                <w:lang w:val="ru-RU"/>
              </w:rPr>
              <w:t>Листовка «Мировоззрение» № 14 (34) за 2003 год (решение Октябрьского районного суда г. Санкт-Петербурга от 27.03.2008).</w:t>
            </w:r>
          </w:p>
        </w:tc>
        <w:tc>
          <w:tcPr>
            <w:tcW w:w="2880" w:type="dxa"/>
          </w:tcPr>
          <w:p w:rsidR="006F7457" w:rsidRPr="00332DB8" w:rsidRDefault="006F7457">
            <w:pPr>
              <w:rPr>
                <w:lang w:val="ru-RU"/>
              </w:rPr>
            </w:pPr>
          </w:p>
        </w:tc>
      </w:tr>
      <w:tr w:rsidR="006F7457" w:rsidRPr="00A31F1A">
        <w:tc>
          <w:tcPr>
            <w:tcW w:w="2880" w:type="dxa"/>
          </w:tcPr>
          <w:p w:rsidR="006F7457" w:rsidRDefault="00332DB8">
            <w:r>
              <w:t>155.</w:t>
            </w:r>
          </w:p>
        </w:tc>
        <w:tc>
          <w:tcPr>
            <w:tcW w:w="2880" w:type="dxa"/>
          </w:tcPr>
          <w:p w:rsidR="006F7457" w:rsidRPr="00332DB8" w:rsidRDefault="00332DB8">
            <w:pPr>
              <w:rPr>
                <w:lang w:val="ru-RU"/>
              </w:rPr>
            </w:pPr>
            <w:r w:rsidRPr="00332DB8">
              <w:rPr>
                <w:lang w:val="ru-RU"/>
              </w:rPr>
              <w:t>Листовка «Мировоззрение» № 11 (45) за 2004 год (решение Октябрьского районного суда г. Санкт-Петербурга от 27.03.2008).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156.</w:t>
            </w:r>
          </w:p>
        </w:tc>
        <w:tc>
          <w:tcPr>
            <w:tcW w:w="2880" w:type="dxa"/>
          </w:tcPr>
          <w:p w:rsidR="006F7457" w:rsidRPr="00332DB8" w:rsidRDefault="00332DB8">
            <w:pPr>
              <w:rPr>
                <w:lang w:val="ru-RU"/>
              </w:rPr>
            </w:pPr>
            <w:r w:rsidRPr="00332DB8">
              <w:rPr>
                <w:lang w:val="ru-RU"/>
              </w:rPr>
              <w:t>Листовка «Мировоззрение» № 19 (53) за 2004 год (решение Октябрьского районного суда г. Санкт-Петербурга от 27.03.2008).</w:t>
            </w:r>
          </w:p>
        </w:tc>
        <w:tc>
          <w:tcPr>
            <w:tcW w:w="2880" w:type="dxa"/>
          </w:tcPr>
          <w:p w:rsidR="006F7457" w:rsidRPr="00332DB8" w:rsidRDefault="006F7457">
            <w:pPr>
              <w:rPr>
                <w:lang w:val="ru-RU"/>
              </w:rPr>
            </w:pPr>
          </w:p>
        </w:tc>
      </w:tr>
      <w:tr w:rsidR="006F7457" w:rsidRPr="00A31F1A">
        <w:tc>
          <w:tcPr>
            <w:tcW w:w="2880" w:type="dxa"/>
          </w:tcPr>
          <w:p w:rsidR="006F7457" w:rsidRDefault="00332DB8">
            <w:r>
              <w:t>157.</w:t>
            </w:r>
          </w:p>
        </w:tc>
        <w:tc>
          <w:tcPr>
            <w:tcW w:w="2880" w:type="dxa"/>
          </w:tcPr>
          <w:p w:rsidR="006F7457" w:rsidRPr="00332DB8" w:rsidRDefault="00332DB8">
            <w:pPr>
              <w:rPr>
                <w:lang w:val="ru-RU"/>
              </w:rPr>
            </w:pPr>
            <w:r w:rsidRPr="00332DB8">
              <w:rPr>
                <w:lang w:val="ru-RU"/>
              </w:rPr>
              <w:t>Листовка «Мировоззрение» № 24 (58) за 2004 год (решение Октябрьского районного суда г. Санкт-Петербурга от 27.03.2008).</w:t>
            </w:r>
          </w:p>
        </w:tc>
        <w:tc>
          <w:tcPr>
            <w:tcW w:w="2880" w:type="dxa"/>
          </w:tcPr>
          <w:p w:rsidR="006F7457" w:rsidRPr="00332DB8" w:rsidRDefault="006F7457">
            <w:pPr>
              <w:rPr>
                <w:lang w:val="ru-RU"/>
              </w:rPr>
            </w:pPr>
          </w:p>
        </w:tc>
      </w:tr>
      <w:tr w:rsidR="006F7457" w:rsidRPr="00A31F1A">
        <w:tc>
          <w:tcPr>
            <w:tcW w:w="2880" w:type="dxa"/>
          </w:tcPr>
          <w:p w:rsidR="006F7457" w:rsidRDefault="00332DB8">
            <w:r>
              <w:t>158.</w:t>
            </w:r>
          </w:p>
        </w:tc>
        <w:tc>
          <w:tcPr>
            <w:tcW w:w="2880" w:type="dxa"/>
          </w:tcPr>
          <w:p w:rsidR="006F7457" w:rsidRPr="00332DB8" w:rsidRDefault="00332DB8">
            <w:pPr>
              <w:rPr>
                <w:lang w:val="ru-RU"/>
              </w:rPr>
            </w:pPr>
            <w:r w:rsidRPr="00332DB8">
              <w:rPr>
                <w:lang w:val="ru-RU"/>
              </w:rPr>
              <w:t>Листовка «Мировоззрение» № 4 (62) за 2005 год (решение Октябрьского районного суда г. Санкт-Петербурга от 27.03.2008).</w:t>
            </w:r>
          </w:p>
        </w:tc>
        <w:tc>
          <w:tcPr>
            <w:tcW w:w="2880" w:type="dxa"/>
          </w:tcPr>
          <w:p w:rsidR="006F7457" w:rsidRPr="00332DB8" w:rsidRDefault="006F7457">
            <w:pPr>
              <w:rPr>
                <w:lang w:val="ru-RU"/>
              </w:rPr>
            </w:pPr>
          </w:p>
        </w:tc>
      </w:tr>
      <w:tr w:rsidR="006F7457" w:rsidRPr="00A31F1A">
        <w:tc>
          <w:tcPr>
            <w:tcW w:w="2880" w:type="dxa"/>
          </w:tcPr>
          <w:p w:rsidR="006F7457" w:rsidRDefault="00332DB8">
            <w:r>
              <w:t>159.</w:t>
            </w:r>
          </w:p>
        </w:tc>
        <w:tc>
          <w:tcPr>
            <w:tcW w:w="2880" w:type="dxa"/>
          </w:tcPr>
          <w:p w:rsidR="006F7457" w:rsidRPr="00332DB8" w:rsidRDefault="00332DB8">
            <w:pPr>
              <w:rPr>
                <w:lang w:val="ru-RU"/>
              </w:rPr>
            </w:pPr>
            <w:r w:rsidRPr="00332DB8">
              <w:rPr>
                <w:lang w:val="ru-RU"/>
              </w:rPr>
              <w:t>Листовка «Мировоззрение» № 25 (83) за 2005 год (решение Октябрьского районного суда г. Санкт-Петербурга от 27.03.2008).</w:t>
            </w:r>
          </w:p>
        </w:tc>
        <w:tc>
          <w:tcPr>
            <w:tcW w:w="2880" w:type="dxa"/>
          </w:tcPr>
          <w:p w:rsidR="006F7457" w:rsidRPr="00332DB8" w:rsidRDefault="006F7457">
            <w:pPr>
              <w:rPr>
                <w:lang w:val="ru-RU"/>
              </w:rPr>
            </w:pPr>
          </w:p>
        </w:tc>
      </w:tr>
      <w:tr w:rsidR="006F7457" w:rsidRPr="00A31F1A">
        <w:tc>
          <w:tcPr>
            <w:tcW w:w="2880" w:type="dxa"/>
          </w:tcPr>
          <w:p w:rsidR="006F7457" w:rsidRDefault="00332DB8">
            <w:r>
              <w:t>160.</w:t>
            </w:r>
          </w:p>
        </w:tc>
        <w:tc>
          <w:tcPr>
            <w:tcW w:w="2880" w:type="dxa"/>
          </w:tcPr>
          <w:p w:rsidR="006F7457" w:rsidRPr="00332DB8" w:rsidRDefault="00332DB8">
            <w:pPr>
              <w:rPr>
                <w:lang w:val="ru-RU"/>
              </w:rPr>
            </w:pPr>
            <w:r w:rsidRPr="00332DB8">
              <w:rPr>
                <w:lang w:val="ru-RU"/>
              </w:rPr>
              <w:t>Листовка «Мировоззрение» № 1 (84) за 2006 год (решение Октябрьского районного суда г. Санкт-Петербурга от 27.03.2008).</w:t>
            </w:r>
          </w:p>
        </w:tc>
        <w:tc>
          <w:tcPr>
            <w:tcW w:w="2880" w:type="dxa"/>
          </w:tcPr>
          <w:p w:rsidR="006F7457" w:rsidRPr="00332DB8" w:rsidRDefault="006F7457">
            <w:pPr>
              <w:rPr>
                <w:lang w:val="ru-RU"/>
              </w:rPr>
            </w:pPr>
          </w:p>
        </w:tc>
      </w:tr>
      <w:tr w:rsidR="006F7457" w:rsidRPr="00A31F1A">
        <w:tc>
          <w:tcPr>
            <w:tcW w:w="2880" w:type="dxa"/>
          </w:tcPr>
          <w:p w:rsidR="006F7457" w:rsidRDefault="00332DB8">
            <w:r>
              <w:t>161.</w:t>
            </w:r>
          </w:p>
        </w:tc>
        <w:tc>
          <w:tcPr>
            <w:tcW w:w="2880" w:type="dxa"/>
          </w:tcPr>
          <w:p w:rsidR="006F7457" w:rsidRPr="00332DB8" w:rsidRDefault="00332DB8">
            <w:pPr>
              <w:rPr>
                <w:lang w:val="ru-RU"/>
              </w:rPr>
            </w:pPr>
            <w:r w:rsidRPr="00332DB8">
              <w:rPr>
                <w:lang w:val="ru-RU"/>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2880" w:type="dxa"/>
          </w:tcPr>
          <w:p w:rsidR="006F7457" w:rsidRPr="00332DB8" w:rsidRDefault="006F7457">
            <w:pPr>
              <w:rPr>
                <w:lang w:val="ru-RU"/>
              </w:rPr>
            </w:pPr>
          </w:p>
        </w:tc>
      </w:tr>
      <w:tr w:rsidR="006F7457" w:rsidRPr="00A31F1A">
        <w:tc>
          <w:tcPr>
            <w:tcW w:w="2880" w:type="dxa"/>
          </w:tcPr>
          <w:p w:rsidR="006F7457" w:rsidRDefault="00332DB8">
            <w:r>
              <w:t>162.</w:t>
            </w:r>
          </w:p>
        </w:tc>
        <w:tc>
          <w:tcPr>
            <w:tcW w:w="2880" w:type="dxa"/>
          </w:tcPr>
          <w:p w:rsidR="006F7457" w:rsidRPr="00332DB8" w:rsidRDefault="00332DB8">
            <w:pPr>
              <w:rPr>
                <w:lang w:val="ru-RU"/>
              </w:rPr>
            </w:pPr>
            <w:r w:rsidRPr="00332DB8">
              <w:rPr>
                <w:lang w:val="ru-RU"/>
              </w:rPr>
              <w:t>Листовка «Что и как. Пособие по уличному террору» (решение Смольнинского районного суда г. Санкт-Петербурга от 01.04.2008).</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163.</w:t>
            </w:r>
          </w:p>
        </w:tc>
        <w:tc>
          <w:tcPr>
            <w:tcW w:w="2880" w:type="dxa"/>
          </w:tcPr>
          <w:p w:rsidR="006F7457" w:rsidRPr="00332DB8" w:rsidRDefault="00332DB8">
            <w:pPr>
              <w:rPr>
                <w:lang w:val="ru-RU"/>
              </w:rPr>
            </w:pPr>
            <w:r w:rsidRPr="00332DB8">
              <w:rPr>
                <w:lang w:val="ru-RU"/>
              </w:rPr>
              <w:t>Листовка «БРАТЬЯ И СЕСЕТРА! ВСЕ НА МИТИНГ!!!» (решение Назрановского районного суда Республики Ингушетия от 20.02.2008).</w:t>
            </w:r>
          </w:p>
        </w:tc>
        <w:tc>
          <w:tcPr>
            <w:tcW w:w="2880" w:type="dxa"/>
          </w:tcPr>
          <w:p w:rsidR="006F7457" w:rsidRPr="00332DB8" w:rsidRDefault="006F7457">
            <w:pPr>
              <w:rPr>
                <w:lang w:val="ru-RU"/>
              </w:rPr>
            </w:pPr>
          </w:p>
        </w:tc>
      </w:tr>
      <w:tr w:rsidR="006F7457" w:rsidRPr="00A31F1A">
        <w:tc>
          <w:tcPr>
            <w:tcW w:w="2880" w:type="dxa"/>
          </w:tcPr>
          <w:p w:rsidR="006F7457" w:rsidRDefault="00332DB8">
            <w:r>
              <w:t>164.</w:t>
            </w:r>
          </w:p>
        </w:tc>
        <w:tc>
          <w:tcPr>
            <w:tcW w:w="2880" w:type="dxa"/>
          </w:tcPr>
          <w:p w:rsidR="006F7457" w:rsidRPr="00332DB8" w:rsidRDefault="00332DB8">
            <w:pPr>
              <w:rPr>
                <w:lang w:val="ru-RU"/>
              </w:rPr>
            </w:pPr>
            <w:r w:rsidRPr="00332DB8">
              <w:rPr>
                <w:lang w:val="ru-RU"/>
              </w:rPr>
              <w:t>Листовка «Призыв к ингушским милиционерам» (решение Назрановского районного суда Республики Ингушетия от 11.02.2008).</w:t>
            </w:r>
          </w:p>
        </w:tc>
        <w:tc>
          <w:tcPr>
            <w:tcW w:w="2880" w:type="dxa"/>
          </w:tcPr>
          <w:p w:rsidR="006F7457" w:rsidRPr="00332DB8" w:rsidRDefault="006F7457">
            <w:pPr>
              <w:rPr>
                <w:lang w:val="ru-RU"/>
              </w:rPr>
            </w:pPr>
          </w:p>
        </w:tc>
      </w:tr>
      <w:tr w:rsidR="006F7457" w:rsidRPr="00A31F1A">
        <w:tc>
          <w:tcPr>
            <w:tcW w:w="2880" w:type="dxa"/>
          </w:tcPr>
          <w:p w:rsidR="006F7457" w:rsidRDefault="00332DB8">
            <w:r>
              <w:t>165.</w:t>
            </w:r>
          </w:p>
        </w:tc>
        <w:tc>
          <w:tcPr>
            <w:tcW w:w="2880" w:type="dxa"/>
          </w:tcPr>
          <w:p w:rsidR="006F7457" w:rsidRPr="00332DB8" w:rsidRDefault="00332DB8">
            <w:pPr>
              <w:rPr>
                <w:lang w:val="ru-RU"/>
              </w:rPr>
            </w:pPr>
            <w:r w:rsidRPr="00332DB8">
              <w:rPr>
                <w:lang w:val="ru-RU"/>
              </w:rPr>
              <w:t>Листовка «Поэма о ЖИДЕ. Москва, 1935 год. Автор не известен» (решение Железнодорожного районного суда г. Рязани от 23.04.2008).</w:t>
            </w:r>
          </w:p>
        </w:tc>
        <w:tc>
          <w:tcPr>
            <w:tcW w:w="2880" w:type="dxa"/>
          </w:tcPr>
          <w:p w:rsidR="006F7457" w:rsidRPr="00332DB8" w:rsidRDefault="006F7457">
            <w:pPr>
              <w:rPr>
                <w:lang w:val="ru-RU"/>
              </w:rPr>
            </w:pPr>
          </w:p>
        </w:tc>
      </w:tr>
      <w:tr w:rsidR="006F7457" w:rsidRPr="00A31F1A">
        <w:tc>
          <w:tcPr>
            <w:tcW w:w="2880" w:type="dxa"/>
          </w:tcPr>
          <w:p w:rsidR="006F7457" w:rsidRDefault="00332DB8">
            <w:r>
              <w:t>166.</w:t>
            </w:r>
          </w:p>
        </w:tc>
        <w:tc>
          <w:tcPr>
            <w:tcW w:w="2880" w:type="dxa"/>
          </w:tcPr>
          <w:p w:rsidR="006F7457" w:rsidRPr="00332DB8" w:rsidRDefault="00332DB8">
            <w:pPr>
              <w:rPr>
                <w:lang w:val="ru-RU"/>
              </w:rPr>
            </w:pPr>
            <w:r w:rsidRPr="00332DB8">
              <w:rPr>
                <w:lang w:val="ru-RU"/>
              </w:rPr>
              <w:t>Листовка «Русский порядок» Нацинформ № 24 (решение Железнодорожного районного суда г. Рязани от 23.04.2008).</w:t>
            </w:r>
          </w:p>
        </w:tc>
        <w:tc>
          <w:tcPr>
            <w:tcW w:w="2880" w:type="dxa"/>
          </w:tcPr>
          <w:p w:rsidR="006F7457" w:rsidRPr="00332DB8" w:rsidRDefault="006F7457">
            <w:pPr>
              <w:rPr>
                <w:lang w:val="ru-RU"/>
              </w:rPr>
            </w:pPr>
          </w:p>
        </w:tc>
      </w:tr>
      <w:tr w:rsidR="006F7457" w:rsidRPr="00A31F1A">
        <w:tc>
          <w:tcPr>
            <w:tcW w:w="2880" w:type="dxa"/>
          </w:tcPr>
          <w:p w:rsidR="006F7457" w:rsidRDefault="00332DB8">
            <w:r>
              <w:t>167.</w:t>
            </w:r>
          </w:p>
        </w:tc>
        <w:tc>
          <w:tcPr>
            <w:tcW w:w="2880" w:type="dxa"/>
          </w:tcPr>
          <w:p w:rsidR="006F7457" w:rsidRPr="00332DB8" w:rsidRDefault="00332DB8">
            <w:pPr>
              <w:rPr>
                <w:lang w:val="ru-RU"/>
              </w:rPr>
            </w:pPr>
            <w:r w:rsidRPr="00332DB8">
              <w:rPr>
                <w:lang w:val="ru-RU"/>
              </w:rPr>
              <w:t>Номер газеты «Евпатий Коловрат» № 45 за январь-февраль 2006 года (решение Можайского городского суда Московской области от 26.03.2008).</w:t>
            </w:r>
          </w:p>
        </w:tc>
        <w:tc>
          <w:tcPr>
            <w:tcW w:w="2880" w:type="dxa"/>
          </w:tcPr>
          <w:p w:rsidR="006F7457" w:rsidRPr="00332DB8" w:rsidRDefault="006F7457">
            <w:pPr>
              <w:rPr>
                <w:lang w:val="ru-RU"/>
              </w:rPr>
            </w:pPr>
          </w:p>
        </w:tc>
      </w:tr>
      <w:tr w:rsidR="006F7457" w:rsidRPr="00A31F1A">
        <w:tc>
          <w:tcPr>
            <w:tcW w:w="2880" w:type="dxa"/>
          </w:tcPr>
          <w:p w:rsidR="006F7457" w:rsidRDefault="00332DB8">
            <w:r>
              <w:t>168.</w:t>
            </w:r>
          </w:p>
        </w:tc>
        <w:tc>
          <w:tcPr>
            <w:tcW w:w="2880" w:type="dxa"/>
          </w:tcPr>
          <w:p w:rsidR="006F7457" w:rsidRPr="00332DB8" w:rsidRDefault="00332DB8">
            <w:pPr>
              <w:rPr>
                <w:lang w:val="ru-RU"/>
              </w:rPr>
            </w:pPr>
            <w:r w:rsidRPr="00332DB8">
              <w:rPr>
                <w:lang w:val="ru-RU"/>
              </w:rPr>
              <w:t>Номер газеты «Евпатий Коловрат» № 47 за май-июнь 2006 года (решение Можайского городского суда Московской области от 25.04.2008).</w:t>
            </w:r>
          </w:p>
        </w:tc>
        <w:tc>
          <w:tcPr>
            <w:tcW w:w="2880" w:type="dxa"/>
          </w:tcPr>
          <w:p w:rsidR="006F7457" w:rsidRPr="00332DB8" w:rsidRDefault="006F7457">
            <w:pPr>
              <w:rPr>
                <w:lang w:val="ru-RU"/>
              </w:rPr>
            </w:pPr>
          </w:p>
        </w:tc>
      </w:tr>
      <w:tr w:rsidR="006F7457" w:rsidRPr="00A31F1A">
        <w:tc>
          <w:tcPr>
            <w:tcW w:w="2880" w:type="dxa"/>
          </w:tcPr>
          <w:p w:rsidR="006F7457" w:rsidRDefault="00332DB8">
            <w:r>
              <w:t>169.</w:t>
            </w:r>
          </w:p>
        </w:tc>
        <w:tc>
          <w:tcPr>
            <w:tcW w:w="2880" w:type="dxa"/>
          </w:tcPr>
          <w:p w:rsidR="006F7457" w:rsidRPr="00332DB8" w:rsidRDefault="00332DB8">
            <w:pPr>
              <w:rPr>
                <w:lang w:val="ru-RU"/>
              </w:rPr>
            </w:pPr>
            <w:r w:rsidRPr="00332DB8">
              <w:rPr>
                <w:lang w:val="ru-RU"/>
              </w:rPr>
              <w:t>Номер газеты «Радикальная политика» № 3 (58) за март 2006 года (решение Советского районного суда г. Нижнего Новгорода от 13.05.2008).</w:t>
            </w:r>
          </w:p>
        </w:tc>
        <w:tc>
          <w:tcPr>
            <w:tcW w:w="2880" w:type="dxa"/>
          </w:tcPr>
          <w:p w:rsidR="006F7457" w:rsidRPr="00332DB8" w:rsidRDefault="006F7457">
            <w:pPr>
              <w:rPr>
                <w:lang w:val="ru-RU"/>
              </w:rPr>
            </w:pPr>
          </w:p>
        </w:tc>
      </w:tr>
      <w:tr w:rsidR="006F7457">
        <w:tc>
          <w:tcPr>
            <w:tcW w:w="2880" w:type="dxa"/>
          </w:tcPr>
          <w:p w:rsidR="006F7457" w:rsidRDefault="00332DB8">
            <w:r>
              <w:lastRenderedPageBreak/>
              <w:t>170.</w:t>
            </w:r>
          </w:p>
        </w:tc>
        <w:tc>
          <w:tcPr>
            <w:tcW w:w="2880" w:type="dxa"/>
          </w:tcPr>
          <w:p w:rsidR="006F7457" w:rsidRDefault="00332DB8">
            <w:r w:rsidRPr="00332DB8">
              <w:rPr>
                <w:lang w:val="ru-RU"/>
              </w:rPr>
              <w:t xml:space="preserve">Книга «Основы исламского вероучения. Гакыйда (Усус аль-акида)» (перевод на русский язык Владимира Абдаллы Нирши, Москва, 1998 г.) </w:t>
            </w:r>
            <w:r>
              <w:t>(решение Городищенского районного суда Пензенской области от 22.02.2008).</w:t>
            </w:r>
          </w:p>
        </w:tc>
        <w:tc>
          <w:tcPr>
            <w:tcW w:w="2880" w:type="dxa"/>
          </w:tcPr>
          <w:p w:rsidR="006F7457" w:rsidRDefault="006F7457"/>
        </w:tc>
      </w:tr>
      <w:tr w:rsidR="006F7457" w:rsidRPr="00A31F1A">
        <w:tc>
          <w:tcPr>
            <w:tcW w:w="2880" w:type="dxa"/>
          </w:tcPr>
          <w:p w:rsidR="006F7457" w:rsidRDefault="00332DB8">
            <w:r>
              <w:t>171.</w:t>
            </w:r>
          </w:p>
        </w:tc>
        <w:tc>
          <w:tcPr>
            <w:tcW w:w="2880" w:type="dxa"/>
          </w:tcPr>
          <w:p w:rsidR="006F7457" w:rsidRPr="00332DB8" w:rsidRDefault="00332DB8">
            <w:pPr>
              <w:rPr>
                <w:lang w:val="ru-RU"/>
              </w:rPr>
            </w:pPr>
            <w:r w:rsidRPr="00332DB8">
              <w:rPr>
                <w:lang w:val="ru-RU"/>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2880" w:type="dxa"/>
          </w:tcPr>
          <w:p w:rsidR="006F7457" w:rsidRPr="00332DB8" w:rsidRDefault="006F7457">
            <w:pPr>
              <w:rPr>
                <w:lang w:val="ru-RU"/>
              </w:rPr>
            </w:pPr>
          </w:p>
        </w:tc>
      </w:tr>
      <w:tr w:rsidR="006F7457" w:rsidRPr="00A31F1A">
        <w:tc>
          <w:tcPr>
            <w:tcW w:w="2880" w:type="dxa"/>
          </w:tcPr>
          <w:p w:rsidR="006F7457" w:rsidRDefault="00332DB8">
            <w:r>
              <w:t>172.</w:t>
            </w:r>
          </w:p>
        </w:tc>
        <w:tc>
          <w:tcPr>
            <w:tcW w:w="2880" w:type="dxa"/>
          </w:tcPr>
          <w:p w:rsidR="006F7457" w:rsidRPr="00332DB8" w:rsidRDefault="00332DB8">
            <w:pPr>
              <w:rPr>
                <w:lang w:val="ru-RU"/>
              </w:rPr>
            </w:pPr>
            <w:r w:rsidRPr="00332DB8">
              <w:rPr>
                <w:lang w:val="ru-RU"/>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2880" w:type="dxa"/>
          </w:tcPr>
          <w:p w:rsidR="006F7457" w:rsidRPr="00332DB8" w:rsidRDefault="006F7457">
            <w:pPr>
              <w:rPr>
                <w:lang w:val="ru-RU"/>
              </w:rPr>
            </w:pPr>
          </w:p>
        </w:tc>
      </w:tr>
      <w:tr w:rsidR="006F7457" w:rsidRPr="00A31F1A">
        <w:tc>
          <w:tcPr>
            <w:tcW w:w="2880" w:type="dxa"/>
          </w:tcPr>
          <w:p w:rsidR="006F7457" w:rsidRDefault="00332DB8">
            <w:r>
              <w:t>173.</w:t>
            </w:r>
          </w:p>
        </w:tc>
        <w:tc>
          <w:tcPr>
            <w:tcW w:w="2880" w:type="dxa"/>
          </w:tcPr>
          <w:p w:rsidR="006F7457" w:rsidRPr="00332DB8" w:rsidRDefault="00332DB8">
            <w:pPr>
              <w:rPr>
                <w:lang w:val="ru-RU"/>
              </w:rPr>
            </w:pPr>
            <w:r w:rsidRPr="00332DB8">
              <w:rPr>
                <w:lang w:val="ru-RU"/>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2880" w:type="dxa"/>
          </w:tcPr>
          <w:p w:rsidR="006F7457" w:rsidRPr="00332DB8" w:rsidRDefault="006F7457">
            <w:pPr>
              <w:rPr>
                <w:lang w:val="ru-RU"/>
              </w:rPr>
            </w:pPr>
          </w:p>
        </w:tc>
      </w:tr>
      <w:tr w:rsidR="006F7457" w:rsidRPr="00A31F1A">
        <w:tc>
          <w:tcPr>
            <w:tcW w:w="2880" w:type="dxa"/>
          </w:tcPr>
          <w:p w:rsidR="006F7457" w:rsidRDefault="00332DB8">
            <w:r>
              <w:t>174.</w:t>
            </w:r>
          </w:p>
        </w:tc>
        <w:tc>
          <w:tcPr>
            <w:tcW w:w="2880" w:type="dxa"/>
          </w:tcPr>
          <w:p w:rsidR="006F7457" w:rsidRPr="00332DB8" w:rsidRDefault="00332DB8">
            <w:pPr>
              <w:rPr>
                <w:lang w:val="ru-RU"/>
              </w:rPr>
            </w:pPr>
            <w:r w:rsidRPr="00332DB8">
              <w:rPr>
                <w:lang w:val="ru-RU"/>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2880" w:type="dxa"/>
          </w:tcPr>
          <w:p w:rsidR="006F7457" w:rsidRPr="00332DB8" w:rsidRDefault="006F7457">
            <w:pPr>
              <w:rPr>
                <w:lang w:val="ru-RU"/>
              </w:rPr>
            </w:pPr>
          </w:p>
        </w:tc>
      </w:tr>
      <w:tr w:rsidR="006F7457" w:rsidRPr="00A31F1A">
        <w:tc>
          <w:tcPr>
            <w:tcW w:w="2880" w:type="dxa"/>
          </w:tcPr>
          <w:p w:rsidR="006F7457" w:rsidRDefault="00332DB8">
            <w:r>
              <w:t>175.</w:t>
            </w:r>
          </w:p>
        </w:tc>
        <w:tc>
          <w:tcPr>
            <w:tcW w:w="2880" w:type="dxa"/>
          </w:tcPr>
          <w:p w:rsidR="006F7457" w:rsidRPr="00332DB8" w:rsidRDefault="00332DB8">
            <w:pPr>
              <w:rPr>
                <w:lang w:val="ru-RU"/>
              </w:rPr>
            </w:pPr>
            <w:r w:rsidRPr="00332DB8">
              <w:rPr>
                <w:lang w:val="ru-RU"/>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2880" w:type="dxa"/>
          </w:tcPr>
          <w:p w:rsidR="006F7457" w:rsidRPr="00332DB8" w:rsidRDefault="006F7457">
            <w:pPr>
              <w:rPr>
                <w:lang w:val="ru-RU"/>
              </w:rPr>
            </w:pPr>
          </w:p>
        </w:tc>
      </w:tr>
      <w:tr w:rsidR="006F7457" w:rsidRPr="00A31F1A">
        <w:tc>
          <w:tcPr>
            <w:tcW w:w="2880" w:type="dxa"/>
          </w:tcPr>
          <w:p w:rsidR="006F7457" w:rsidRDefault="00332DB8">
            <w:r>
              <w:t>17</w:t>
            </w:r>
            <w:r>
              <w:lastRenderedPageBreak/>
              <w:t>6.</w:t>
            </w:r>
          </w:p>
        </w:tc>
        <w:tc>
          <w:tcPr>
            <w:tcW w:w="2880" w:type="dxa"/>
          </w:tcPr>
          <w:p w:rsidR="006F7457" w:rsidRPr="00332DB8" w:rsidRDefault="00332DB8">
            <w:pPr>
              <w:rPr>
                <w:lang w:val="ru-RU"/>
              </w:rPr>
            </w:pPr>
            <w:r w:rsidRPr="00332DB8">
              <w:rPr>
                <w:lang w:val="ru-RU"/>
              </w:rPr>
              <w:lastRenderedPageBreak/>
              <w:t xml:space="preserve">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w:t>
            </w:r>
            <w:r w:rsidRPr="00332DB8">
              <w:rPr>
                <w:lang w:val="ru-RU"/>
              </w:rPr>
              <w:lastRenderedPageBreak/>
              <w:t>2007 г. (решение Бековского районного суда Пензенской области от 30.04.2008).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177.</w:t>
            </w:r>
          </w:p>
        </w:tc>
        <w:tc>
          <w:tcPr>
            <w:tcW w:w="2880" w:type="dxa"/>
          </w:tcPr>
          <w:p w:rsidR="006F7457" w:rsidRPr="00332DB8" w:rsidRDefault="00332DB8">
            <w:pPr>
              <w:rPr>
                <w:lang w:val="ru-RU"/>
              </w:rPr>
            </w:pPr>
            <w:r w:rsidRPr="00332DB8">
              <w:rPr>
                <w:lang w:val="ru-RU"/>
              </w:rPr>
              <w:t>Брошюра «Тайна беззакония» (без данных об авторе и издателе) (решение Бековского районного суда Пензенской области от 30.04.2008).</w:t>
            </w:r>
          </w:p>
        </w:tc>
        <w:tc>
          <w:tcPr>
            <w:tcW w:w="2880" w:type="dxa"/>
          </w:tcPr>
          <w:p w:rsidR="006F7457" w:rsidRPr="00332DB8" w:rsidRDefault="006F7457">
            <w:pPr>
              <w:rPr>
                <w:lang w:val="ru-RU"/>
              </w:rPr>
            </w:pPr>
          </w:p>
        </w:tc>
      </w:tr>
      <w:tr w:rsidR="006F7457" w:rsidRPr="00A31F1A">
        <w:tc>
          <w:tcPr>
            <w:tcW w:w="2880" w:type="dxa"/>
          </w:tcPr>
          <w:p w:rsidR="006F7457" w:rsidRDefault="00332DB8">
            <w:r>
              <w:t>178.</w:t>
            </w:r>
          </w:p>
        </w:tc>
        <w:tc>
          <w:tcPr>
            <w:tcW w:w="2880" w:type="dxa"/>
          </w:tcPr>
          <w:p w:rsidR="006F7457" w:rsidRPr="00332DB8" w:rsidRDefault="00332DB8">
            <w:pPr>
              <w:rPr>
                <w:lang w:val="ru-RU"/>
              </w:rPr>
            </w:pPr>
            <w:r w:rsidRPr="00332DB8">
              <w:rPr>
                <w:lang w:val="ru-RU"/>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179.</w:t>
            </w:r>
          </w:p>
        </w:tc>
        <w:tc>
          <w:tcPr>
            <w:tcW w:w="2880" w:type="dxa"/>
          </w:tcPr>
          <w:p w:rsidR="006F7457" w:rsidRPr="00332DB8" w:rsidRDefault="00332DB8">
            <w:pPr>
              <w:rPr>
                <w:lang w:val="ru-RU"/>
              </w:rPr>
            </w:pPr>
            <w:r w:rsidRPr="00332DB8">
              <w:rPr>
                <w:lang w:val="ru-RU"/>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180.</w:t>
            </w:r>
          </w:p>
        </w:tc>
        <w:tc>
          <w:tcPr>
            <w:tcW w:w="2880" w:type="dxa"/>
          </w:tcPr>
          <w:p w:rsidR="006F7457" w:rsidRPr="00332DB8" w:rsidRDefault="00332DB8">
            <w:pPr>
              <w:rPr>
                <w:lang w:val="ru-RU"/>
              </w:rPr>
            </w:pPr>
            <w:r w:rsidRPr="00332DB8">
              <w:rPr>
                <w:lang w:val="ru-RU"/>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181.</w:t>
            </w:r>
          </w:p>
        </w:tc>
        <w:tc>
          <w:tcPr>
            <w:tcW w:w="2880" w:type="dxa"/>
          </w:tcPr>
          <w:p w:rsidR="006F7457" w:rsidRPr="00332DB8" w:rsidRDefault="00332DB8">
            <w:pPr>
              <w:rPr>
                <w:lang w:val="ru-RU"/>
              </w:rPr>
            </w:pPr>
            <w:r w:rsidRPr="00332DB8">
              <w:rPr>
                <w:lang w:val="ru-RU"/>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182.</w:t>
            </w:r>
          </w:p>
        </w:tc>
        <w:tc>
          <w:tcPr>
            <w:tcW w:w="2880" w:type="dxa"/>
          </w:tcPr>
          <w:p w:rsidR="006F7457" w:rsidRPr="00332DB8" w:rsidRDefault="00332DB8">
            <w:pPr>
              <w:rPr>
                <w:lang w:val="ru-RU"/>
              </w:rPr>
            </w:pPr>
            <w:r w:rsidRPr="00332DB8">
              <w:rPr>
                <w:lang w:val="ru-RU"/>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18</w:t>
            </w:r>
            <w:r>
              <w:lastRenderedPageBreak/>
              <w:t>3.</w:t>
            </w:r>
          </w:p>
        </w:tc>
        <w:tc>
          <w:tcPr>
            <w:tcW w:w="2880" w:type="dxa"/>
          </w:tcPr>
          <w:p w:rsidR="006F7457" w:rsidRPr="00332DB8" w:rsidRDefault="00332DB8">
            <w:pPr>
              <w:rPr>
                <w:lang w:val="ru-RU"/>
              </w:rPr>
            </w:pPr>
            <w:r w:rsidRPr="00332DB8">
              <w:rPr>
                <w:lang w:val="ru-RU"/>
              </w:rPr>
              <w:lastRenderedPageBreak/>
              <w:t xml:space="preserve">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w:t>
            </w:r>
            <w:r w:rsidRPr="00332DB8">
              <w:rPr>
                <w:lang w:val="ru-RU"/>
              </w:rPr>
              <w:lastRenderedPageBreak/>
              <w:t>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184.</w:t>
            </w:r>
          </w:p>
        </w:tc>
        <w:tc>
          <w:tcPr>
            <w:tcW w:w="2880" w:type="dxa"/>
          </w:tcPr>
          <w:p w:rsidR="006F7457" w:rsidRPr="00332DB8" w:rsidRDefault="00332DB8">
            <w:pPr>
              <w:rPr>
                <w:lang w:val="ru-RU"/>
              </w:rPr>
            </w:pPr>
            <w:r w:rsidRPr="00332DB8">
              <w:rPr>
                <w:lang w:val="ru-RU"/>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185.</w:t>
            </w:r>
          </w:p>
        </w:tc>
        <w:tc>
          <w:tcPr>
            <w:tcW w:w="2880" w:type="dxa"/>
          </w:tcPr>
          <w:p w:rsidR="006F7457" w:rsidRPr="00332DB8" w:rsidRDefault="00332DB8">
            <w:pPr>
              <w:rPr>
                <w:lang w:val="ru-RU"/>
              </w:rPr>
            </w:pPr>
            <w:r w:rsidRPr="00332DB8">
              <w:rPr>
                <w:lang w:val="ru-RU"/>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186.</w:t>
            </w:r>
          </w:p>
        </w:tc>
        <w:tc>
          <w:tcPr>
            <w:tcW w:w="2880" w:type="dxa"/>
          </w:tcPr>
          <w:p w:rsidR="006F7457" w:rsidRPr="00332DB8" w:rsidRDefault="00332DB8">
            <w:pPr>
              <w:rPr>
                <w:lang w:val="ru-RU"/>
              </w:rPr>
            </w:pPr>
            <w:r w:rsidRPr="00332DB8">
              <w:rPr>
                <w:lang w:val="ru-RU"/>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DD284B">
        <w:tc>
          <w:tcPr>
            <w:tcW w:w="2880" w:type="dxa"/>
          </w:tcPr>
          <w:p w:rsidR="006F7457" w:rsidRDefault="00332DB8">
            <w:r>
              <w:t>187.</w:t>
            </w:r>
          </w:p>
        </w:tc>
        <w:tc>
          <w:tcPr>
            <w:tcW w:w="2880" w:type="dxa"/>
          </w:tcPr>
          <w:p w:rsidR="006F7457" w:rsidRPr="00332DB8" w:rsidRDefault="00332DB8">
            <w:pPr>
              <w:rPr>
                <w:lang w:val="ru-RU"/>
              </w:rPr>
            </w:pPr>
            <w:r w:rsidRPr="00332DB8">
              <w:rPr>
                <w:lang w:val="ru-RU"/>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188.</w:t>
            </w:r>
          </w:p>
        </w:tc>
        <w:tc>
          <w:tcPr>
            <w:tcW w:w="2880" w:type="dxa"/>
          </w:tcPr>
          <w:p w:rsidR="006F7457" w:rsidRPr="00332DB8" w:rsidRDefault="00332DB8">
            <w:pPr>
              <w:rPr>
                <w:lang w:val="ru-RU"/>
              </w:rPr>
            </w:pPr>
            <w:r w:rsidRPr="00332DB8">
              <w:rPr>
                <w:lang w:val="ru-RU"/>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189.</w:t>
            </w:r>
          </w:p>
        </w:tc>
        <w:tc>
          <w:tcPr>
            <w:tcW w:w="2880" w:type="dxa"/>
          </w:tcPr>
          <w:p w:rsidR="006F7457" w:rsidRPr="00332DB8" w:rsidRDefault="00332DB8">
            <w:pPr>
              <w:rPr>
                <w:lang w:val="ru-RU"/>
              </w:rPr>
            </w:pPr>
            <w:r w:rsidRPr="00332DB8">
              <w:rPr>
                <w:lang w:val="ru-RU"/>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190.</w:t>
            </w:r>
          </w:p>
        </w:tc>
        <w:tc>
          <w:tcPr>
            <w:tcW w:w="2880" w:type="dxa"/>
          </w:tcPr>
          <w:p w:rsidR="006F7457" w:rsidRPr="00332DB8" w:rsidRDefault="00332DB8">
            <w:pPr>
              <w:rPr>
                <w:lang w:val="ru-RU"/>
              </w:rPr>
            </w:pPr>
            <w:r w:rsidRPr="00332DB8">
              <w:rPr>
                <w:lang w:val="ru-RU"/>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191.</w:t>
            </w:r>
          </w:p>
        </w:tc>
        <w:tc>
          <w:tcPr>
            <w:tcW w:w="2880" w:type="dxa"/>
          </w:tcPr>
          <w:p w:rsidR="006F7457" w:rsidRPr="00332DB8" w:rsidRDefault="00332DB8">
            <w:pPr>
              <w:rPr>
                <w:lang w:val="ru-RU"/>
              </w:rPr>
            </w:pPr>
            <w:r w:rsidRPr="00332DB8">
              <w:rPr>
                <w:lang w:val="ru-RU"/>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192.</w:t>
            </w:r>
          </w:p>
        </w:tc>
        <w:tc>
          <w:tcPr>
            <w:tcW w:w="2880" w:type="dxa"/>
          </w:tcPr>
          <w:p w:rsidR="006F7457" w:rsidRPr="00332DB8" w:rsidRDefault="00332DB8">
            <w:pPr>
              <w:rPr>
                <w:lang w:val="ru-RU"/>
              </w:rPr>
            </w:pPr>
            <w:r w:rsidRPr="00332DB8">
              <w:rPr>
                <w:lang w:val="ru-RU"/>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193.</w:t>
            </w:r>
          </w:p>
        </w:tc>
        <w:tc>
          <w:tcPr>
            <w:tcW w:w="2880" w:type="dxa"/>
          </w:tcPr>
          <w:p w:rsidR="006F7457" w:rsidRPr="00332DB8" w:rsidRDefault="00332DB8">
            <w:pPr>
              <w:rPr>
                <w:lang w:val="ru-RU"/>
              </w:rPr>
            </w:pPr>
            <w:r w:rsidRPr="00332DB8">
              <w:rPr>
                <w:lang w:val="ru-RU"/>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DD284B">
        <w:tc>
          <w:tcPr>
            <w:tcW w:w="2880" w:type="dxa"/>
          </w:tcPr>
          <w:p w:rsidR="006F7457" w:rsidRDefault="00332DB8">
            <w:r>
              <w:t>194.</w:t>
            </w:r>
          </w:p>
        </w:tc>
        <w:tc>
          <w:tcPr>
            <w:tcW w:w="2880" w:type="dxa"/>
          </w:tcPr>
          <w:p w:rsidR="006F7457" w:rsidRPr="00332DB8" w:rsidRDefault="00332DB8">
            <w:pPr>
              <w:rPr>
                <w:lang w:val="ru-RU"/>
              </w:rPr>
            </w:pPr>
            <w:r w:rsidRPr="00332DB8">
              <w:rPr>
                <w:lang w:val="ru-RU"/>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195.</w:t>
            </w:r>
          </w:p>
        </w:tc>
        <w:tc>
          <w:tcPr>
            <w:tcW w:w="2880" w:type="dxa"/>
          </w:tcPr>
          <w:p w:rsidR="006F7457" w:rsidRPr="00332DB8" w:rsidRDefault="00332DB8">
            <w:pPr>
              <w:rPr>
                <w:lang w:val="ru-RU"/>
              </w:rPr>
            </w:pPr>
            <w:r w:rsidRPr="00332DB8">
              <w:rPr>
                <w:lang w:val="ru-RU"/>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DD284B">
        <w:tc>
          <w:tcPr>
            <w:tcW w:w="2880" w:type="dxa"/>
          </w:tcPr>
          <w:p w:rsidR="006F7457" w:rsidRDefault="00332DB8">
            <w:r>
              <w:t>19</w:t>
            </w:r>
            <w:r>
              <w:lastRenderedPageBreak/>
              <w:t>6.</w:t>
            </w:r>
          </w:p>
        </w:tc>
        <w:tc>
          <w:tcPr>
            <w:tcW w:w="2880" w:type="dxa"/>
          </w:tcPr>
          <w:p w:rsidR="006F7457" w:rsidRPr="00332DB8" w:rsidRDefault="00332DB8">
            <w:pPr>
              <w:rPr>
                <w:lang w:val="ru-RU"/>
              </w:rPr>
            </w:pPr>
            <w:r w:rsidRPr="00332DB8">
              <w:rPr>
                <w:lang w:val="ru-RU"/>
              </w:rPr>
              <w:lastRenderedPageBreak/>
              <w:t xml:space="preserve">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w:t>
            </w:r>
            <w:r w:rsidRPr="00332DB8">
              <w:rPr>
                <w:lang w:val="ru-RU"/>
              </w:rPr>
              <w:lastRenderedPageBreak/>
              <w:t>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197.</w:t>
            </w:r>
          </w:p>
        </w:tc>
        <w:tc>
          <w:tcPr>
            <w:tcW w:w="2880" w:type="dxa"/>
          </w:tcPr>
          <w:p w:rsidR="006F7457" w:rsidRPr="00332DB8" w:rsidRDefault="00332DB8">
            <w:pPr>
              <w:rPr>
                <w:lang w:val="ru-RU"/>
              </w:rPr>
            </w:pPr>
            <w:r w:rsidRPr="00332DB8">
              <w:rPr>
                <w:lang w:val="ru-RU"/>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DD284B">
        <w:tc>
          <w:tcPr>
            <w:tcW w:w="2880" w:type="dxa"/>
          </w:tcPr>
          <w:p w:rsidR="006F7457" w:rsidRDefault="00332DB8">
            <w:r>
              <w:t>198.</w:t>
            </w:r>
          </w:p>
        </w:tc>
        <w:tc>
          <w:tcPr>
            <w:tcW w:w="2880" w:type="dxa"/>
          </w:tcPr>
          <w:p w:rsidR="006F7457" w:rsidRPr="00332DB8" w:rsidRDefault="00332DB8">
            <w:pPr>
              <w:rPr>
                <w:lang w:val="ru-RU"/>
              </w:rPr>
            </w:pPr>
            <w:r w:rsidRPr="00332DB8">
              <w:rPr>
                <w:lang w:val="ru-RU"/>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199.</w:t>
            </w:r>
          </w:p>
        </w:tc>
        <w:tc>
          <w:tcPr>
            <w:tcW w:w="2880" w:type="dxa"/>
          </w:tcPr>
          <w:p w:rsidR="006F7457" w:rsidRPr="00332DB8" w:rsidRDefault="00332DB8">
            <w:pPr>
              <w:rPr>
                <w:lang w:val="ru-RU"/>
              </w:rPr>
            </w:pPr>
            <w:r w:rsidRPr="00332DB8">
              <w:rPr>
                <w:lang w:val="ru-RU"/>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200.</w:t>
            </w:r>
          </w:p>
        </w:tc>
        <w:tc>
          <w:tcPr>
            <w:tcW w:w="2880" w:type="dxa"/>
          </w:tcPr>
          <w:p w:rsidR="006F7457" w:rsidRPr="00332DB8" w:rsidRDefault="00332DB8">
            <w:pPr>
              <w:rPr>
                <w:lang w:val="ru-RU"/>
              </w:rPr>
            </w:pPr>
            <w:r w:rsidRPr="00332DB8">
              <w:rPr>
                <w:lang w:val="ru-RU"/>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201.</w:t>
            </w:r>
          </w:p>
        </w:tc>
        <w:tc>
          <w:tcPr>
            <w:tcW w:w="2880" w:type="dxa"/>
          </w:tcPr>
          <w:p w:rsidR="006F7457" w:rsidRPr="00332DB8" w:rsidRDefault="00332DB8">
            <w:pPr>
              <w:rPr>
                <w:lang w:val="ru-RU"/>
              </w:rPr>
            </w:pPr>
            <w:r w:rsidRPr="00332DB8">
              <w:rPr>
                <w:lang w:val="ru-RU"/>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DD284B">
        <w:tc>
          <w:tcPr>
            <w:tcW w:w="2880" w:type="dxa"/>
          </w:tcPr>
          <w:p w:rsidR="006F7457" w:rsidRDefault="00332DB8">
            <w:r>
              <w:t>202.</w:t>
            </w:r>
          </w:p>
        </w:tc>
        <w:tc>
          <w:tcPr>
            <w:tcW w:w="2880" w:type="dxa"/>
          </w:tcPr>
          <w:p w:rsidR="006F7457" w:rsidRPr="00332DB8" w:rsidRDefault="00332DB8">
            <w:pPr>
              <w:rPr>
                <w:lang w:val="ru-RU"/>
              </w:rPr>
            </w:pPr>
            <w:r w:rsidRPr="00332DB8">
              <w:rPr>
                <w:lang w:val="ru-RU"/>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20</w:t>
            </w:r>
            <w:r>
              <w:lastRenderedPageBreak/>
              <w:t>3.</w:t>
            </w:r>
          </w:p>
        </w:tc>
        <w:tc>
          <w:tcPr>
            <w:tcW w:w="2880" w:type="dxa"/>
          </w:tcPr>
          <w:p w:rsidR="006F7457" w:rsidRPr="00332DB8" w:rsidRDefault="00332DB8">
            <w:pPr>
              <w:rPr>
                <w:lang w:val="ru-RU"/>
              </w:rPr>
            </w:pPr>
            <w:r w:rsidRPr="00332DB8">
              <w:rPr>
                <w:lang w:val="ru-RU"/>
              </w:rPr>
              <w:lastRenderedPageBreak/>
              <w:t xml:space="preserve">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w:t>
            </w:r>
            <w:r w:rsidRPr="00332DB8">
              <w:rPr>
                <w:lang w:val="ru-RU"/>
              </w:rPr>
              <w:lastRenderedPageBreak/>
              <w:t>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204.</w:t>
            </w:r>
          </w:p>
        </w:tc>
        <w:tc>
          <w:tcPr>
            <w:tcW w:w="2880" w:type="dxa"/>
          </w:tcPr>
          <w:p w:rsidR="006F7457" w:rsidRPr="00332DB8" w:rsidRDefault="00332DB8">
            <w:pPr>
              <w:rPr>
                <w:lang w:val="ru-RU"/>
              </w:rPr>
            </w:pPr>
            <w:r w:rsidRPr="00332DB8">
              <w:rPr>
                <w:lang w:val="ru-RU"/>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205.</w:t>
            </w:r>
          </w:p>
        </w:tc>
        <w:tc>
          <w:tcPr>
            <w:tcW w:w="2880" w:type="dxa"/>
          </w:tcPr>
          <w:p w:rsidR="006F7457" w:rsidRPr="00332DB8" w:rsidRDefault="00332DB8">
            <w:pPr>
              <w:rPr>
                <w:lang w:val="ru-RU"/>
              </w:rPr>
            </w:pPr>
            <w:r w:rsidRPr="00332DB8">
              <w:rPr>
                <w:lang w:val="ru-RU"/>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206.</w:t>
            </w:r>
          </w:p>
        </w:tc>
        <w:tc>
          <w:tcPr>
            <w:tcW w:w="2880" w:type="dxa"/>
          </w:tcPr>
          <w:p w:rsidR="006F7457" w:rsidRPr="00332DB8" w:rsidRDefault="00332DB8">
            <w:pPr>
              <w:rPr>
                <w:lang w:val="ru-RU"/>
              </w:rPr>
            </w:pPr>
            <w:r w:rsidRPr="00332DB8">
              <w:rPr>
                <w:lang w:val="ru-RU"/>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207.</w:t>
            </w:r>
          </w:p>
        </w:tc>
        <w:tc>
          <w:tcPr>
            <w:tcW w:w="2880" w:type="dxa"/>
          </w:tcPr>
          <w:p w:rsidR="006F7457" w:rsidRPr="00332DB8" w:rsidRDefault="00332DB8">
            <w:pPr>
              <w:rPr>
                <w:lang w:val="ru-RU"/>
              </w:rPr>
            </w:pPr>
            <w:r w:rsidRPr="00332DB8">
              <w:rPr>
                <w:lang w:val="ru-RU"/>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208.</w:t>
            </w:r>
          </w:p>
        </w:tc>
        <w:tc>
          <w:tcPr>
            <w:tcW w:w="2880" w:type="dxa"/>
          </w:tcPr>
          <w:p w:rsidR="006F7457" w:rsidRPr="00332DB8" w:rsidRDefault="00332DB8">
            <w:pPr>
              <w:rPr>
                <w:lang w:val="ru-RU"/>
              </w:rPr>
            </w:pPr>
            <w:r w:rsidRPr="00332DB8">
              <w:rPr>
                <w:lang w:val="ru-RU"/>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209.</w:t>
            </w:r>
          </w:p>
        </w:tc>
        <w:tc>
          <w:tcPr>
            <w:tcW w:w="2880" w:type="dxa"/>
          </w:tcPr>
          <w:p w:rsidR="006F7457" w:rsidRPr="00332DB8" w:rsidRDefault="00332DB8">
            <w:pPr>
              <w:rPr>
                <w:lang w:val="ru-RU"/>
              </w:rPr>
            </w:pPr>
            <w:r w:rsidRPr="00332DB8">
              <w:rPr>
                <w:lang w:val="ru-RU"/>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210.</w:t>
            </w:r>
          </w:p>
        </w:tc>
        <w:tc>
          <w:tcPr>
            <w:tcW w:w="2880" w:type="dxa"/>
          </w:tcPr>
          <w:p w:rsidR="006F7457" w:rsidRPr="00332DB8" w:rsidRDefault="00332DB8">
            <w:pPr>
              <w:rPr>
                <w:lang w:val="ru-RU"/>
              </w:rPr>
            </w:pPr>
            <w:r w:rsidRPr="00332DB8">
              <w:rPr>
                <w:lang w:val="ru-RU"/>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211.</w:t>
            </w:r>
          </w:p>
        </w:tc>
        <w:tc>
          <w:tcPr>
            <w:tcW w:w="2880" w:type="dxa"/>
          </w:tcPr>
          <w:p w:rsidR="006F7457" w:rsidRPr="00332DB8" w:rsidRDefault="00332DB8">
            <w:pPr>
              <w:rPr>
                <w:lang w:val="ru-RU"/>
              </w:rPr>
            </w:pPr>
            <w:r w:rsidRPr="00332DB8">
              <w:rPr>
                <w:lang w:val="ru-RU"/>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212.</w:t>
            </w:r>
          </w:p>
        </w:tc>
        <w:tc>
          <w:tcPr>
            <w:tcW w:w="2880" w:type="dxa"/>
          </w:tcPr>
          <w:p w:rsidR="006F7457" w:rsidRPr="00332DB8" w:rsidRDefault="00332DB8">
            <w:pPr>
              <w:rPr>
                <w:lang w:val="ru-RU"/>
              </w:rPr>
            </w:pPr>
            <w:r w:rsidRPr="00332DB8">
              <w:rPr>
                <w:lang w:val="ru-RU"/>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213.</w:t>
            </w:r>
          </w:p>
        </w:tc>
        <w:tc>
          <w:tcPr>
            <w:tcW w:w="2880" w:type="dxa"/>
          </w:tcPr>
          <w:p w:rsidR="006F7457" w:rsidRPr="00332DB8" w:rsidRDefault="00332DB8">
            <w:pPr>
              <w:rPr>
                <w:lang w:val="ru-RU"/>
              </w:rPr>
            </w:pPr>
            <w:r w:rsidRPr="00332DB8">
              <w:rPr>
                <w:lang w:val="ru-RU"/>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214.</w:t>
            </w:r>
          </w:p>
        </w:tc>
        <w:tc>
          <w:tcPr>
            <w:tcW w:w="2880" w:type="dxa"/>
          </w:tcPr>
          <w:p w:rsidR="006F7457" w:rsidRPr="00332DB8" w:rsidRDefault="00332DB8">
            <w:pPr>
              <w:rPr>
                <w:lang w:val="ru-RU"/>
              </w:rPr>
            </w:pPr>
            <w:r w:rsidRPr="00332DB8">
              <w:rPr>
                <w:lang w:val="ru-RU"/>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215.</w:t>
            </w:r>
          </w:p>
        </w:tc>
        <w:tc>
          <w:tcPr>
            <w:tcW w:w="2880" w:type="dxa"/>
          </w:tcPr>
          <w:p w:rsidR="006F7457" w:rsidRPr="00332DB8" w:rsidRDefault="00332DB8">
            <w:pPr>
              <w:rPr>
                <w:lang w:val="ru-RU"/>
              </w:rPr>
            </w:pPr>
            <w:r w:rsidRPr="00332DB8">
              <w:rPr>
                <w:lang w:val="ru-RU"/>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216.</w:t>
            </w:r>
          </w:p>
        </w:tc>
        <w:tc>
          <w:tcPr>
            <w:tcW w:w="2880" w:type="dxa"/>
          </w:tcPr>
          <w:p w:rsidR="006F7457" w:rsidRPr="00332DB8" w:rsidRDefault="00332DB8">
            <w:pPr>
              <w:rPr>
                <w:lang w:val="ru-RU"/>
              </w:rPr>
            </w:pPr>
            <w:r w:rsidRPr="00332DB8">
              <w:rPr>
                <w:lang w:val="ru-RU"/>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217.</w:t>
            </w:r>
          </w:p>
        </w:tc>
        <w:tc>
          <w:tcPr>
            <w:tcW w:w="2880" w:type="dxa"/>
          </w:tcPr>
          <w:p w:rsidR="006F7457" w:rsidRPr="00332DB8" w:rsidRDefault="00332DB8">
            <w:pPr>
              <w:rPr>
                <w:lang w:val="ru-RU"/>
              </w:rPr>
            </w:pPr>
            <w:r w:rsidRPr="00332DB8">
              <w:rPr>
                <w:lang w:val="ru-RU"/>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218.</w:t>
            </w:r>
          </w:p>
        </w:tc>
        <w:tc>
          <w:tcPr>
            <w:tcW w:w="2880" w:type="dxa"/>
          </w:tcPr>
          <w:p w:rsidR="006F7457" w:rsidRPr="00332DB8" w:rsidRDefault="00332DB8">
            <w:pPr>
              <w:rPr>
                <w:lang w:val="ru-RU"/>
              </w:rPr>
            </w:pPr>
            <w:r w:rsidRPr="00332DB8">
              <w:rPr>
                <w:lang w:val="ru-RU"/>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A31F1A">
        <w:tc>
          <w:tcPr>
            <w:tcW w:w="2880" w:type="dxa"/>
          </w:tcPr>
          <w:p w:rsidR="006F7457" w:rsidRDefault="00332DB8">
            <w:r>
              <w:t>219.</w:t>
            </w:r>
          </w:p>
        </w:tc>
        <w:tc>
          <w:tcPr>
            <w:tcW w:w="2880" w:type="dxa"/>
          </w:tcPr>
          <w:p w:rsidR="006F7457" w:rsidRPr="00332DB8" w:rsidRDefault="00332DB8">
            <w:pPr>
              <w:rPr>
                <w:lang w:val="ru-RU"/>
              </w:rPr>
            </w:pPr>
            <w:r w:rsidRPr="00332DB8">
              <w:rPr>
                <w:lang w:val="ru-RU"/>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2880" w:type="dxa"/>
          </w:tcPr>
          <w:p w:rsidR="006F7457" w:rsidRPr="00332DB8" w:rsidRDefault="006F7457">
            <w:pPr>
              <w:rPr>
                <w:lang w:val="ru-RU"/>
              </w:rPr>
            </w:pPr>
          </w:p>
        </w:tc>
      </w:tr>
      <w:tr w:rsidR="006F7457">
        <w:tc>
          <w:tcPr>
            <w:tcW w:w="2880" w:type="dxa"/>
          </w:tcPr>
          <w:p w:rsidR="006F7457" w:rsidRDefault="00332DB8">
            <w:r>
              <w:t>220.</w:t>
            </w:r>
          </w:p>
        </w:tc>
        <w:tc>
          <w:tcPr>
            <w:tcW w:w="2880" w:type="dxa"/>
          </w:tcPr>
          <w:p w:rsidR="006F7457" w:rsidRDefault="00332DB8">
            <w:r w:rsidRPr="00332DB8">
              <w:rPr>
                <w:lang w:val="ru-RU"/>
              </w:rPr>
              <w:t xml:space="preserve">Листовка, начинающаяся текстом «Мы сильные, мы смелые, мы русские…» и заканчивающуюся текстом «…даже если дурака из тебя делают». </w:t>
            </w:r>
            <w:r>
              <w:t>(Решение Кировского районного суда г. Саратова от 04.07.2008).</w:t>
            </w:r>
          </w:p>
        </w:tc>
        <w:tc>
          <w:tcPr>
            <w:tcW w:w="2880" w:type="dxa"/>
          </w:tcPr>
          <w:p w:rsidR="006F7457" w:rsidRDefault="006F7457"/>
        </w:tc>
      </w:tr>
      <w:tr w:rsidR="006F7457" w:rsidRPr="00DD284B">
        <w:tc>
          <w:tcPr>
            <w:tcW w:w="2880" w:type="dxa"/>
          </w:tcPr>
          <w:p w:rsidR="006F7457" w:rsidRDefault="00332DB8">
            <w:r>
              <w:t>221.</w:t>
            </w:r>
          </w:p>
        </w:tc>
        <w:tc>
          <w:tcPr>
            <w:tcW w:w="2880" w:type="dxa"/>
          </w:tcPr>
          <w:p w:rsidR="006F7457" w:rsidRPr="00332DB8" w:rsidRDefault="00332DB8">
            <w:pPr>
              <w:rPr>
                <w:lang w:val="ru-RU"/>
              </w:rPr>
            </w:pPr>
            <w:r w:rsidRPr="00332DB8">
              <w:rPr>
                <w:lang w:val="ru-RU"/>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2880" w:type="dxa"/>
          </w:tcPr>
          <w:p w:rsidR="006F7457" w:rsidRPr="00332DB8" w:rsidRDefault="006F7457">
            <w:pPr>
              <w:rPr>
                <w:lang w:val="ru-RU"/>
              </w:rPr>
            </w:pPr>
          </w:p>
        </w:tc>
      </w:tr>
      <w:tr w:rsidR="006F7457" w:rsidRPr="00DD284B">
        <w:tc>
          <w:tcPr>
            <w:tcW w:w="2880" w:type="dxa"/>
          </w:tcPr>
          <w:p w:rsidR="006F7457" w:rsidRDefault="00332DB8">
            <w:r>
              <w:t>222.</w:t>
            </w:r>
          </w:p>
        </w:tc>
        <w:tc>
          <w:tcPr>
            <w:tcW w:w="2880" w:type="dxa"/>
          </w:tcPr>
          <w:p w:rsidR="006F7457" w:rsidRPr="00332DB8" w:rsidRDefault="00332DB8">
            <w:pPr>
              <w:rPr>
                <w:lang w:val="ru-RU"/>
              </w:rPr>
            </w:pPr>
            <w:r w:rsidRPr="00332DB8">
              <w:rPr>
                <w:lang w:val="ru-RU"/>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c>
          <w:tcPr>
            <w:tcW w:w="2880" w:type="dxa"/>
          </w:tcPr>
          <w:p w:rsidR="006F7457" w:rsidRPr="00332DB8" w:rsidRDefault="006F7457">
            <w:pPr>
              <w:rPr>
                <w:lang w:val="ru-RU"/>
              </w:rPr>
            </w:pPr>
          </w:p>
        </w:tc>
      </w:tr>
      <w:tr w:rsidR="006F7457" w:rsidRPr="00A31F1A">
        <w:tc>
          <w:tcPr>
            <w:tcW w:w="2880" w:type="dxa"/>
          </w:tcPr>
          <w:p w:rsidR="006F7457" w:rsidRDefault="00332DB8">
            <w:r>
              <w:t>223.</w:t>
            </w:r>
          </w:p>
        </w:tc>
        <w:tc>
          <w:tcPr>
            <w:tcW w:w="2880" w:type="dxa"/>
          </w:tcPr>
          <w:p w:rsidR="006F7457" w:rsidRPr="00332DB8" w:rsidRDefault="00332DB8">
            <w:pPr>
              <w:rPr>
                <w:lang w:val="ru-RU"/>
              </w:rPr>
            </w:pPr>
            <w:r w:rsidRPr="00332DB8">
              <w:rPr>
                <w:lang w:val="ru-RU"/>
              </w:rPr>
              <w:t>Номер газеты «Я - русский» № 5, 6, 12, 13 за 2003 год (решение Ленинского районного суда г. Кирова от 18.06.2008);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224.</w:t>
            </w:r>
          </w:p>
        </w:tc>
        <w:tc>
          <w:tcPr>
            <w:tcW w:w="2880" w:type="dxa"/>
          </w:tcPr>
          <w:p w:rsidR="006F7457" w:rsidRPr="00332DB8" w:rsidRDefault="00332DB8">
            <w:pPr>
              <w:rPr>
                <w:lang w:val="ru-RU"/>
              </w:rPr>
            </w:pPr>
            <w:r w:rsidRPr="00332DB8">
              <w:rPr>
                <w:lang w:val="ru-RU"/>
              </w:rPr>
              <w:t>Номер специального выпуска газеты «Я - русский» № 1 за 2004 год (решение Ленинского районного суда г. Кирова от 18.06.2008);</w:t>
            </w:r>
          </w:p>
        </w:tc>
        <w:tc>
          <w:tcPr>
            <w:tcW w:w="2880" w:type="dxa"/>
          </w:tcPr>
          <w:p w:rsidR="006F7457" w:rsidRPr="00332DB8" w:rsidRDefault="006F7457">
            <w:pPr>
              <w:rPr>
                <w:lang w:val="ru-RU"/>
              </w:rPr>
            </w:pPr>
          </w:p>
        </w:tc>
      </w:tr>
      <w:tr w:rsidR="006F7457" w:rsidRPr="00A31F1A">
        <w:tc>
          <w:tcPr>
            <w:tcW w:w="2880" w:type="dxa"/>
          </w:tcPr>
          <w:p w:rsidR="006F7457" w:rsidRDefault="00332DB8">
            <w:r>
              <w:t>225.</w:t>
            </w:r>
          </w:p>
        </w:tc>
        <w:tc>
          <w:tcPr>
            <w:tcW w:w="2880" w:type="dxa"/>
          </w:tcPr>
          <w:p w:rsidR="006F7457" w:rsidRPr="00332DB8" w:rsidRDefault="00332DB8">
            <w:pPr>
              <w:rPr>
                <w:lang w:val="ru-RU"/>
              </w:rPr>
            </w:pPr>
            <w:r w:rsidRPr="00332DB8">
              <w:rPr>
                <w:lang w:val="ru-RU"/>
              </w:rPr>
              <w:t>Брошюра «Основы русизма» (решение Ленинского районного суда г. Кирова от 18.06.2008);</w:t>
            </w:r>
          </w:p>
        </w:tc>
        <w:tc>
          <w:tcPr>
            <w:tcW w:w="2880" w:type="dxa"/>
          </w:tcPr>
          <w:p w:rsidR="006F7457" w:rsidRPr="00332DB8" w:rsidRDefault="006F7457">
            <w:pPr>
              <w:rPr>
                <w:lang w:val="ru-RU"/>
              </w:rPr>
            </w:pPr>
          </w:p>
        </w:tc>
      </w:tr>
      <w:tr w:rsidR="006F7457" w:rsidRPr="00A31F1A">
        <w:tc>
          <w:tcPr>
            <w:tcW w:w="2880" w:type="dxa"/>
          </w:tcPr>
          <w:p w:rsidR="006F7457" w:rsidRDefault="00332DB8">
            <w:r>
              <w:t>226.</w:t>
            </w:r>
          </w:p>
        </w:tc>
        <w:tc>
          <w:tcPr>
            <w:tcW w:w="2880" w:type="dxa"/>
          </w:tcPr>
          <w:p w:rsidR="006F7457" w:rsidRPr="00332DB8" w:rsidRDefault="00332DB8">
            <w:pPr>
              <w:rPr>
                <w:lang w:val="ru-RU"/>
              </w:rPr>
            </w:pPr>
            <w:r w:rsidRPr="00332DB8">
              <w:rPr>
                <w:lang w:val="ru-RU"/>
              </w:rPr>
              <w:t>Книга Окорокова А.В. «Фашизм и русская эмиграция» (решение Ленинского районного суда г. Кирова от 18.06.2008);</w:t>
            </w:r>
          </w:p>
        </w:tc>
        <w:tc>
          <w:tcPr>
            <w:tcW w:w="2880" w:type="dxa"/>
          </w:tcPr>
          <w:p w:rsidR="006F7457" w:rsidRPr="00332DB8" w:rsidRDefault="006F7457">
            <w:pPr>
              <w:rPr>
                <w:lang w:val="ru-RU"/>
              </w:rPr>
            </w:pPr>
          </w:p>
        </w:tc>
      </w:tr>
      <w:tr w:rsidR="006F7457" w:rsidRPr="00A31F1A">
        <w:tc>
          <w:tcPr>
            <w:tcW w:w="2880" w:type="dxa"/>
          </w:tcPr>
          <w:p w:rsidR="006F7457" w:rsidRDefault="00332DB8">
            <w:r>
              <w:t>227.</w:t>
            </w:r>
          </w:p>
        </w:tc>
        <w:tc>
          <w:tcPr>
            <w:tcW w:w="2880" w:type="dxa"/>
          </w:tcPr>
          <w:p w:rsidR="006F7457" w:rsidRPr="00332DB8" w:rsidRDefault="00332DB8">
            <w:pPr>
              <w:rPr>
                <w:lang w:val="ru-RU"/>
              </w:rPr>
            </w:pPr>
            <w:r w:rsidRPr="00332DB8">
              <w:rPr>
                <w:lang w:val="ru-RU"/>
              </w:rPr>
              <w:t>Брошюры «Русская воля» № 3 за 2000 год и № 6 за 2003 год (решение Ленинского районного суда г. Кирова от 18.06.2008);</w:t>
            </w:r>
          </w:p>
        </w:tc>
        <w:tc>
          <w:tcPr>
            <w:tcW w:w="2880" w:type="dxa"/>
          </w:tcPr>
          <w:p w:rsidR="006F7457" w:rsidRPr="00332DB8" w:rsidRDefault="006F7457">
            <w:pPr>
              <w:rPr>
                <w:lang w:val="ru-RU"/>
              </w:rPr>
            </w:pPr>
          </w:p>
        </w:tc>
      </w:tr>
      <w:tr w:rsidR="006F7457">
        <w:tc>
          <w:tcPr>
            <w:tcW w:w="2880" w:type="dxa"/>
          </w:tcPr>
          <w:p w:rsidR="006F7457" w:rsidRDefault="00332DB8">
            <w:r>
              <w:t>228.</w:t>
            </w:r>
          </w:p>
        </w:tc>
        <w:tc>
          <w:tcPr>
            <w:tcW w:w="2880" w:type="dxa"/>
          </w:tcPr>
          <w:p w:rsidR="006F7457" w:rsidRDefault="00332DB8">
            <w:r w:rsidRPr="00332DB8">
              <w:rPr>
                <w:lang w:val="ru-RU"/>
              </w:rPr>
              <w:t xml:space="preserve">Печатный материал «О </w:t>
            </w:r>
            <w:r>
              <w:t>p</w:t>
            </w:r>
            <w:r w:rsidRPr="00332DB8">
              <w:rPr>
                <w:lang w:val="ru-RU"/>
              </w:rPr>
              <w:t xml:space="preserve">еп! Как много в этом звуке для сердца ниггера слилось!» </w:t>
            </w:r>
            <w:r>
              <w:t>(решение Ленинского районного суда г. Кирова от 18.06.2008);</w:t>
            </w:r>
          </w:p>
        </w:tc>
        <w:tc>
          <w:tcPr>
            <w:tcW w:w="2880" w:type="dxa"/>
          </w:tcPr>
          <w:p w:rsidR="006F7457" w:rsidRDefault="006F7457"/>
        </w:tc>
      </w:tr>
      <w:tr w:rsidR="006F7457" w:rsidRPr="00DD284B">
        <w:tc>
          <w:tcPr>
            <w:tcW w:w="2880" w:type="dxa"/>
          </w:tcPr>
          <w:p w:rsidR="006F7457" w:rsidRDefault="00332DB8">
            <w:r>
              <w:t>229.</w:t>
            </w:r>
          </w:p>
        </w:tc>
        <w:tc>
          <w:tcPr>
            <w:tcW w:w="2880" w:type="dxa"/>
          </w:tcPr>
          <w:p w:rsidR="006F7457" w:rsidRPr="00332DB8" w:rsidRDefault="00332DB8">
            <w:pPr>
              <w:rPr>
                <w:lang w:val="ru-RU"/>
              </w:rPr>
            </w:pPr>
            <w:r w:rsidRPr="00332DB8">
              <w:rPr>
                <w:lang w:val="ru-RU"/>
              </w:rPr>
              <w:t xml:space="preserve">Журнал </w:t>
            </w:r>
            <w:r>
              <w:t>Wild</w:t>
            </w:r>
            <w:r w:rsidRPr="00332DB8">
              <w:rPr>
                <w:lang w:val="ru-RU"/>
              </w:rPr>
              <w:t xml:space="preserve"> </w:t>
            </w:r>
            <w:r>
              <w:t>W</w:t>
            </w:r>
            <w:r w:rsidRPr="00332DB8">
              <w:rPr>
                <w:lang w:val="ru-RU"/>
              </w:rPr>
              <w:t>е</w:t>
            </w:r>
            <w:r>
              <w:t>st</w:t>
            </w:r>
            <w:r w:rsidRPr="00332DB8">
              <w:rPr>
                <w:lang w:val="ru-RU"/>
              </w:rPr>
              <w:t xml:space="preserve"> </w:t>
            </w:r>
            <w:r>
              <w:t>St</w:t>
            </w:r>
            <w:r w:rsidRPr="00332DB8">
              <w:rPr>
                <w:lang w:val="ru-RU"/>
              </w:rPr>
              <w:t>о</w:t>
            </w:r>
            <w:r>
              <w:t>ri</w:t>
            </w:r>
            <w:r w:rsidRPr="00332DB8">
              <w:rPr>
                <w:lang w:val="ru-RU"/>
              </w:rPr>
              <w:t>е</w:t>
            </w:r>
            <w:r>
              <w:t>s</w:t>
            </w:r>
            <w:r w:rsidRPr="00332DB8">
              <w:rPr>
                <w:lang w:val="ru-RU"/>
              </w:rPr>
              <w:t>». (решение Ленинского районного суда г. Кирова от 18.06.2008).</w:t>
            </w:r>
          </w:p>
        </w:tc>
        <w:tc>
          <w:tcPr>
            <w:tcW w:w="2880" w:type="dxa"/>
          </w:tcPr>
          <w:p w:rsidR="006F7457" w:rsidRPr="00332DB8" w:rsidRDefault="006F7457">
            <w:pPr>
              <w:rPr>
                <w:lang w:val="ru-RU"/>
              </w:rPr>
            </w:pPr>
          </w:p>
        </w:tc>
      </w:tr>
      <w:tr w:rsidR="006F7457" w:rsidRPr="00A31F1A">
        <w:tc>
          <w:tcPr>
            <w:tcW w:w="2880" w:type="dxa"/>
          </w:tcPr>
          <w:p w:rsidR="006F7457" w:rsidRDefault="00332DB8">
            <w:r>
              <w:t>230.</w:t>
            </w:r>
          </w:p>
        </w:tc>
        <w:tc>
          <w:tcPr>
            <w:tcW w:w="2880" w:type="dxa"/>
          </w:tcPr>
          <w:p w:rsidR="006F7457" w:rsidRPr="00332DB8" w:rsidRDefault="00332DB8">
            <w:pPr>
              <w:rPr>
                <w:lang w:val="ru-RU"/>
              </w:rPr>
            </w:pPr>
            <w:r w:rsidRPr="00332DB8">
              <w:rPr>
                <w:lang w:val="ru-RU"/>
              </w:rP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231.</w:t>
            </w:r>
          </w:p>
        </w:tc>
        <w:tc>
          <w:tcPr>
            <w:tcW w:w="2880" w:type="dxa"/>
          </w:tcPr>
          <w:p w:rsidR="006F7457" w:rsidRPr="00332DB8" w:rsidRDefault="00332DB8">
            <w:pPr>
              <w:rPr>
                <w:lang w:val="ru-RU"/>
              </w:rPr>
            </w:pPr>
            <w:r w:rsidRPr="00332DB8">
              <w:rPr>
                <w:lang w:val="ru-RU"/>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2880" w:type="dxa"/>
          </w:tcPr>
          <w:p w:rsidR="006F7457" w:rsidRPr="00332DB8" w:rsidRDefault="006F7457">
            <w:pPr>
              <w:rPr>
                <w:lang w:val="ru-RU"/>
              </w:rPr>
            </w:pPr>
          </w:p>
        </w:tc>
      </w:tr>
      <w:tr w:rsidR="006F7457" w:rsidRPr="00A31F1A">
        <w:tc>
          <w:tcPr>
            <w:tcW w:w="2880" w:type="dxa"/>
          </w:tcPr>
          <w:p w:rsidR="006F7457" w:rsidRDefault="00332DB8">
            <w:r>
              <w:t>232.</w:t>
            </w:r>
          </w:p>
        </w:tc>
        <w:tc>
          <w:tcPr>
            <w:tcW w:w="2880" w:type="dxa"/>
          </w:tcPr>
          <w:p w:rsidR="006F7457" w:rsidRPr="00332DB8" w:rsidRDefault="00332DB8">
            <w:pPr>
              <w:rPr>
                <w:lang w:val="ru-RU"/>
              </w:rPr>
            </w:pPr>
            <w:r w:rsidRPr="00332DB8">
              <w:rPr>
                <w:lang w:val="ru-RU"/>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2880" w:type="dxa"/>
          </w:tcPr>
          <w:p w:rsidR="006F7457" w:rsidRPr="00332DB8" w:rsidRDefault="006F7457">
            <w:pPr>
              <w:rPr>
                <w:lang w:val="ru-RU"/>
              </w:rPr>
            </w:pPr>
          </w:p>
        </w:tc>
      </w:tr>
      <w:tr w:rsidR="006F7457" w:rsidRPr="00A31F1A">
        <w:tc>
          <w:tcPr>
            <w:tcW w:w="2880" w:type="dxa"/>
          </w:tcPr>
          <w:p w:rsidR="006F7457" w:rsidRDefault="00332DB8">
            <w:r>
              <w:t>233.</w:t>
            </w:r>
          </w:p>
        </w:tc>
        <w:tc>
          <w:tcPr>
            <w:tcW w:w="2880" w:type="dxa"/>
          </w:tcPr>
          <w:p w:rsidR="006F7457" w:rsidRPr="00332DB8" w:rsidRDefault="00332DB8">
            <w:pPr>
              <w:rPr>
                <w:lang w:val="ru-RU"/>
              </w:rPr>
            </w:pPr>
            <w:r w:rsidRPr="00332DB8">
              <w:rPr>
                <w:lang w:val="ru-RU"/>
              </w:rPr>
              <w:t>Выпуск газеты «Рубеж» №7 (183) за ноябрь 2007 года (решение Ленинского районного суда г. Ульяновска от 07.07.2008);</w:t>
            </w:r>
          </w:p>
        </w:tc>
        <w:tc>
          <w:tcPr>
            <w:tcW w:w="2880" w:type="dxa"/>
          </w:tcPr>
          <w:p w:rsidR="006F7457" w:rsidRPr="00332DB8" w:rsidRDefault="006F7457">
            <w:pPr>
              <w:rPr>
                <w:lang w:val="ru-RU"/>
              </w:rPr>
            </w:pPr>
          </w:p>
        </w:tc>
      </w:tr>
      <w:tr w:rsidR="006F7457" w:rsidRPr="00A31F1A">
        <w:tc>
          <w:tcPr>
            <w:tcW w:w="2880" w:type="dxa"/>
          </w:tcPr>
          <w:p w:rsidR="006F7457" w:rsidRDefault="00332DB8">
            <w:r>
              <w:t>234.</w:t>
            </w:r>
          </w:p>
        </w:tc>
        <w:tc>
          <w:tcPr>
            <w:tcW w:w="2880" w:type="dxa"/>
          </w:tcPr>
          <w:p w:rsidR="006F7457" w:rsidRPr="00332DB8" w:rsidRDefault="00332DB8">
            <w:pPr>
              <w:rPr>
                <w:lang w:val="ru-RU"/>
              </w:rPr>
            </w:pPr>
            <w:r w:rsidRPr="00332DB8">
              <w:rPr>
                <w:lang w:val="ru-RU"/>
              </w:rPr>
              <w:t>Выпуск газеты «Кадет-Ратич» № 8 за сентябрь 2003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235.</w:t>
            </w:r>
          </w:p>
        </w:tc>
        <w:tc>
          <w:tcPr>
            <w:tcW w:w="2880" w:type="dxa"/>
          </w:tcPr>
          <w:p w:rsidR="006F7457" w:rsidRPr="00332DB8" w:rsidRDefault="00332DB8">
            <w:pPr>
              <w:rPr>
                <w:lang w:val="ru-RU"/>
              </w:rPr>
            </w:pPr>
            <w:r w:rsidRPr="00332DB8">
              <w:rPr>
                <w:lang w:val="ru-RU"/>
              </w:rPr>
              <w:t>Выпуск газеты «Кадет-Ратич» № 9 за октябрь 2003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236.</w:t>
            </w:r>
          </w:p>
        </w:tc>
        <w:tc>
          <w:tcPr>
            <w:tcW w:w="2880" w:type="dxa"/>
          </w:tcPr>
          <w:p w:rsidR="006F7457" w:rsidRPr="00332DB8" w:rsidRDefault="00332DB8">
            <w:pPr>
              <w:rPr>
                <w:lang w:val="ru-RU"/>
              </w:rPr>
            </w:pPr>
            <w:r w:rsidRPr="00332DB8">
              <w:rPr>
                <w:lang w:val="ru-RU"/>
              </w:rPr>
              <w:t>Выпуск газеты «Кадет-Ратич № 10 за январь 2004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237.</w:t>
            </w:r>
          </w:p>
        </w:tc>
        <w:tc>
          <w:tcPr>
            <w:tcW w:w="2880" w:type="dxa"/>
          </w:tcPr>
          <w:p w:rsidR="006F7457" w:rsidRPr="00332DB8" w:rsidRDefault="00332DB8">
            <w:pPr>
              <w:rPr>
                <w:lang w:val="ru-RU"/>
              </w:rPr>
            </w:pPr>
            <w:r w:rsidRPr="00332DB8">
              <w:rPr>
                <w:lang w:val="ru-RU"/>
              </w:rPr>
              <w:t>Выпуск газеты «Кадет-Ратич» № 11 за март 2004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238.</w:t>
            </w:r>
          </w:p>
        </w:tc>
        <w:tc>
          <w:tcPr>
            <w:tcW w:w="2880" w:type="dxa"/>
          </w:tcPr>
          <w:p w:rsidR="006F7457" w:rsidRPr="00332DB8" w:rsidRDefault="00332DB8">
            <w:pPr>
              <w:rPr>
                <w:lang w:val="ru-RU"/>
              </w:rPr>
            </w:pPr>
            <w:r w:rsidRPr="00332DB8">
              <w:rPr>
                <w:lang w:val="ru-RU"/>
              </w:rPr>
              <w:t>Выпуск газеты «Аркаим» № 95 за сентябрь 2003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239.</w:t>
            </w:r>
          </w:p>
        </w:tc>
        <w:tc>
          <w:tcPr>
            <w:tcW w:w="2880" w:type="dxa"/>
          </w:tcPr>
          <w:p w:rsidR="006F7457" w:rsidRPr="00332DB8" w:rsidRDefault="00332DB8">
            <w:pPr>
              <w:rPr>
                <w:lang w:val="ru-RU"/>
              </w:rPr>
            </w:pPr>
            <w:r w:rsidRPr="00332DB8">
              <w:rPr>
                <w:lang w:val="ru-RU"/>
              </w:rPr>
              <w:t>Выпуск газеты «Аркаим» № 96 за октябрь 2003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240.</w:t>
            </w:r>
          </w:p>
        </w:tc>
        <w:tc>
          <w:tcPr>
            <w:tcW w:w="2880" w:type="dxa"/>
          </w:tcPr>
          <w:p w:rsidR="006F7457" w:rsidRPr="00332DB8" w:rsidRDefault="00332DB8">
            <w:pPr>
              <w:rPr>
                <w:lang w:val="ru-RU"/>
              </w:rPr>
            </w:pPr>
            <w:r w:rsidRPr="00332DB8">
              <w:rPr>
                <w:lang w:val="ru-RU"/>
              </w:rPr>
              <w:t>Выпуск газеты «Аркаим» № 97 за октябрь 2003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241.</w:t>
            </w:r>
          </w:p>
        </w:tc>
        <w:tc>
          <w:tcPr>
            <w:tcW w:w="2880" w:type="dxa"/>
          </w:tcPr>
          <w:p w:rsidR="006F7457" w:rsidRPr="00332DB8" w:rsidRDefault="00332DB8">
            <w:pPr>
              <w:rPr>
                <w:lang w:val="ru-RU"/>
              </w:rPr>
            </w:pPr>
            <w:r w:rsidRPr="00332DB8">
              <w:rPr>
                <w:lang w:val="ru-RU"/>
              </w:rPr>
              <w:t>Выпуск газеты «Аркаим» № 98 за ноябрь 2003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242.</w:t>
            </w:r>
          </w:p>
        </w:tc>
        <w:tc>
          <w:tcPr>
            <w:tcW w:w="2880" w:type="dxa"/>
          </w:tcPr>
          <w:p w:rsidR="006F7457" w:rsidRPr="00332DB8" w:rsidRDefault="00332DB8">
            <w:pPr>
              <w:rPr>
                <w:lang w:val="ru-RU"/>
              </w:rPr>
            </w:pPr>
            <w:r w:rsidRPr="00332DB8">
              <w:rPr>
                <w:lang w:val="ru-RU"/>
              </w:rPr>
              <w:t>Выпуск газеты «Аркаим» № 99 за ноябрь 2003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243.</w:t>
            </w:r>
          </w:p>
        </w:tc>
        <w:tc>
          <w:tcPr>
            <w:tcW w:w="2880" w:type="dxa"/>
          </w:tcPr>
          <w:p w:rsidR="006F7457" w:rsidRPr="00332DB8" w:rsidRDefault="00332DB8">
            <w:pPr>
              <w:rPr>
                <w:lang w:val="ru-RU"/>
              </w:rPr>
            </w:pPr>
            <w:r w:rsidRPr="00332DB8">
              <w:rPr>
                <w:lang w:val="ru-RU"/>
              </w:rPr>
              <w:t>Выпуск газеты «Аркаим» № 100 за ноябрь 2003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244.</w:t>
            </w:r>
          </w:p>
        </w:tc>
        <w:tc>
          <w:tcPr>
            <w:tcW w:w="2880" w:type="dxa"/>
          </w:tcPr>
          <w:p w:rsidR="006F7457" w:rsidRPr="00332DB8" w:rsidRDefault="00332DB8">
            <w:pPr>
              <w:rPr>
                <w:lang w:val="ru-RU"/>
              </w:rPr>
            </w:pPr>
            <w:r w:rsidRPr="00332DB8">
              <w:rPr>
                <w:lang w:val="ru-RU"/>
              </w:rPr>
              <w:t>Выпуск газеты «Аркаим» № 101 за ноябрь 2003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245.</w:t>
            </w:r>
          </w:p>
        </w:tc>
        <w:tc>
          <w:tcPr>
            <w:tcW w:w="2880" w:type="dxa"/>
          </w:tcPr>
          <w:p w:rsidR="006F7457" w:rsidRPr="00332DB8" w:rsidRDefault="00332DB8">
            <w:pPr>
              <w:rPr>
                <w:lang w:val="ru-RU"/>
              </w:rPr>
            </w:pPr>
            <w:r w:rsidRPr="00332DB8">
              <w:rPr>
                <w:lang w:val="ru-RU"/>
              </w:rPr>
              <w:t>Выпуск газеты «Аркаим» № 102 за декабрь 2003 года (решение Касимовсокго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246.</w:t>
            </w:r>
          </w:p>
        </w:tc>
        <w:tc>
          <w:tcPr>
            <w:tcW w:w="2880" w:type="dxa"/>
          </w:tcPr>
          <w:p w:rsidR="006F7457" w:rsidRPr="00332DB8" w:rsidRDefault="00332DB8">
            <w:pPr>
              <w:rPr>
                <w:lang w:val="ru-RU"/>
              </w:rPr>
            </w:pPr>
            <w:r w:rsidRPr="00332DB8">
              <w:rPr>
                <w:lang w:val="ru-RU"/>
              </w:rPr>
              <w:t>Выпуск газеты «Аркаим» № 103 за январь 2004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247.</w:t>
            </w:r>
          </w:p>
        </w:tc>
        <w:tc>
          <w:tcPr>
            <w:tcW w:w="2880" w:type="dxa"/>
          </w:tcPr>
          <w:p w:rsidR="006F7457" w:rsidRPr="00332DB8" w:rsidRDefault="00332DB8">
            <w:pPr>
              <w:rPr>
                <w:lang w:val="ru-RU"/>
              </w:rPr>
            </w:pPr>
            <w:r w:rsidRPr="00332DB8">
              <w:rPr>
                <w:lang w:val="ru-RU"/>
              </w:rPr>
              <w:t>Выпуск газеты «Аркаим» № 104 за январь 2004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248.</w:t>
            </w:r>
          </w:p>
        </w:tc>
        <w:tc>
          <w:tcPr>
            <w:tcW w:w="2880" w:type="dxa"/>
          </w:tcPr>
          <w:p w:rsidR="006F7457" w:rsidRPr="00332DB8" w:rsidRDefault="00332DB8">
            <w:pPr>
              <w:rPr>
                <w:lang w:val="ru-RU"/>
              </w:rPr>
            </w:pPr>
            <w:r w:rsidRPr="00332DB8">
              <w:rPr>
                <w:lang w:val="ru-RU"/>
              </w:rPr>
              <w:t>Выпуск газеты «Аркаим № 105 за февраль 2004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249.</w:t>
            </w:r>
          </w:p>
        </w:tc>
        <w:tc>
          <w:tcPr>
            <w:tcW w:w="2880" w:type="dxa"/>
          </w:tcPr>
          <w:p w:rsidR="006F7457" w:rsidRPr="00332DB8" w:rsidRDefault="00332DB8">
            <w:pPr>
              <w:rPr>
                <w:lang w:val="ru-RU"/>
              </w:rPr>
            </w:pPr>
            <w:r w:rsidRPr="00332DB8">
              <w:rPr>
                <w:lang w:val="ru-RU"/>
              </w:rPr>
              <w:t>Выпуск газеты «Аркаим» № 106 за февраль 2004 года (решение Касимовского городского суда Рязанской области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250.</w:t>
            </w:r>
          </w:p>
        </w:tc>
        <w:tc>
          <w:tcPr>
            <w:tcW w:w="2880" w:type="dxa"/>
          </w:tcPr>
          <w:p w:rsidR="006F7457" w:rsidRPr="00332DB8" w:rsidRDefault="00332DB8">
            <w:pPr>
              <w:rPr>
                <w:lang w:val="ru-RU"/>
              </w:rPr>
            </w:pPr>
            <w:r w:rsidRPr="00332DB8">
              <w:rPr>
                <w:lang w:val="ru-RU"/>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2880" w:type="dxa"/>
          </w:tcPr>
          <w:p w:rsidR="006F7457" w:rsidRPr="00332DB8" w:rsidRDefault="006F7457">
            <w:pPr>
              <w:rPr>
                <w:lang w:val="ru-RU"/>
              </w:rPr>
            </w:pPr>
          </w:p>
        </w:tc>
      </w:tr>
      <w:tr w:rsidR="006F7457" w:rsidRPr="00DD284B">
        <w:tc>
          <w:tcPr>
            <w:tcW w:w="2880" w:type="dxa"/>
          </w:tcPr>
          <w:p w:rsidR="006F7457" w:rsidRDefault="00332DB8">
            <w:r>
              <w:t>251.</w:t>
            </w:r>
          </w:p>
        </w:tc>
        <w:tc>
          <w:tcPr>
            <w:tcW w:w="2880" w:type="dxa"/>
          </w:tcPr>
          <w:p w:rsidR="006F7457" w:rsidRPr="00332DB8" w:rsidRDefault="00332DB8">
            <w:pPr>
              <w:rPr>
                <w:lang w:val="ru-RU"/>
              </w:rPr>
            </w:pPr>
            <w:r w:rsidRPr="00332DB8">
              <w:rPr>
                <w:lang w:val="ru-RU"/>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252.</w:t>
            </w:r>
          </w:p>
        </w:tc>
        <w:tc>
          <w:tcPr>
            <w:tcW w:w="2880" w:type="dxa"/>
          </w:tcPr>
          <w:p w:rsidR="006F7457" w:rsidRPr="00332DB8" w:rsidRDefault="00332DB8">
            <w:pPr>
              <w:rPr>
                <w:lang w:val="ru-RU"/>
              </w:rPr>
            </w:pPr>
            <w:r w:rsidRPr="00332DB8">
              <w:rPr>
                <w:lang w:val="ru-RU"/>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2880" w:type="dxa"/>
          </w:tcPr>
          <w:p w:rsidR="006F7457" w:rsidRPr="00332DB8" w:rsidRDefault="006F7457">
            <w:pPr>
              <w:rPr>
                <w:lang w:val="ru-RU"/>
              </w:rPr>
            </w:pPr>
          </w:p>
        </w:tc>
      </w:tr>
      <w:tr w:rsidR="006F7457" w:rsidRPr="00A31F1A">
        <w:tc>
          <w:tcPr>
            <w:tcW w:w="2880" w:type="dxa"/>
          </w:tcPr>
          <w:p w:rsidR="006F7457" w:rsidRDefault="00332DB8">
            <w:r>
              <w:t>253.</w:t>
            </w:r>
          </w:p>
        </w:tc>
        <w:tc>
          <w:tcPr>
            <w:tcW w:w="2880" w:type="dxa"/>
          </w:tcPr>
          <w:p w:rsidR="006F7457" w:rsidRPr="00332DB8" w:rsidRDefault="00332DB8">
            <w:pPr>
              <w:rPr>
                <w:lang w:val="ru-RU"/>
              </w:rPr>
            </w:pPr>
            <w:r w:rsidRPr="00332DB8">
              <w:rPr>
                <w:lang w:val="ru-RU"/>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c>
          <w:tcPr>
            <w:tcW w:w="2880" w:type="dxa"/>
          </w:tcPr>
          <w:p w:rsidR="006F7457" w:rsidRPr="00332DB8" w:rsidRDefault="006F7457">
            <w:pPr>
              <w:rPr>
                <w:lang w:val="ru-RU"/>
              </w:rPr>
            </w:pPr>
          </w:p>
        </w:tc>
      </w:tr>
      <w:tr w:rsidR="006F7457" w:rsidRPr="00A31F1A">
        <w:tc>
          <w:tcPr>
            <w:tcW w:w="2880" w:type="dxa"/>
          </w:tcPr>
          <w:p w:rsidR="006F7457" w:rsidRDefault="00332DB8">
            <w:r>
              <w:t>254.</w:t>
            </w:r>
          </w:p>
        </w:tc>
        <w:tc>
          <w:tcPr>
            <w:tcW w:w="2880" w:type="dxa"/>
          </w:tcPr>
          <w:p w:rsidR="006F7457" w:rsidRPr="00332DB8" w:rsidRDefault="00332DB8">
            <w:pPr>
              <w:rPr>
                <w:lang w:val="ru-RU"/>
              </w:rPr>
            </w:pPr>
            <w:r w:rsidRPr="00332DB8">
              <w:rPr>
                <w:lang w:val="ru-RU"/>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2880" w:type="dxa"/>
          </w:tcPr>
          <w:p w:rsidR="006F7457" w:rsidRPr="00332DB8" w:rsidRDefault="006F7457">
            <w:pPr>
              <w:rPr>
                <w:lang w:val="ru-RU"/>
              </w:rPr>
            </w:pPr>
          </w:p>
        </w:tc>
      </w:tr>
      <w:tr w:rsidR="006F7457" w:rsidRPr="00A31F1A">
        <w:tc>
          <w:tcPr>
            <w:tcW w:w="2880" w:type="dxa"/>
          </w:tcPr>
          <w:p w:rsidR="006F7457" w:rsidRDefault="00332DB8">
            <w:r>
              <w:t>255.</w:t>
            </w:r>
          </w:p>
        </w:tc>
        <w:tc>
          <w:tcPr>
            <w:tcW w:w="2880" w:type="dxa"/>
          </w:tcPr>
          <w:p w:rsidR="006F7457" w:rsidRPr="00332DB8" w:rsidRDefault="00332DB8">
            <w:pPr>
              <w:rPr>
                <w:lang w:val="ru-RU"/>
              </w:rPr>
            </w:pPr>
            <w:r w:rsidRPr="00332DB8">
              <w:rPr>
                <w:lang w:val="ru-RU"/>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2880" w:type="dxa"/>
          </w:tcPr>
          <w:p w:rsidR="006F7457" w:rsidRPr="00332DB8" w:rsidRDefault="006F7457">
            <w:pPr>
              <w:rPr>
                <w:lang w:val="ru-RU"/>
              </w:rPr>
            </w:pPr>
          </w:p>
        </w:tc>
      </w:tr>
      <w:tr w:rsidR="006F7457" w:rsidRPr="00A31F1A">
        <w:tc>
          <w:tcPr>
            <w:tcW w:w="2880" w:type="dxa"/>
          </w:tcPr>
          <w:p w:rsidR="006F7457" w:rsidRDefault="00332DB8">
            <w:r>
              <w:t>256.</w:t>
            </w:r>
          </w:p>
        </w:tc>
        <w:tc>
          <w:tcPr>
            <w:tcW w:w="2880" w:type="dxa"/>
          </w:tcPr>
          <w:p w:rsidR="006F7457" w:rsidRPr="00332DB8" w:rsidRDefault="00332DB8">
            <w:pPr>
              <w:rPr>
                <w:lang w:val="ru-RU"/>
              </w:rPr>
            </w:pPr>
            <w:r w:rsidRPr="00332DB8">
              <w:rPr>
                <w:lang w:val="ru-RU"/>
              </w:rPr>
              <w:t xml:space="preserve">Информационные материалы на ресурсе </w:t>
            </w:r>
            <w:r>
              <w:t>http</w:t>
            </w:r>
            <w:r w:rsidRPr="00332DB8">
              <w:rPr>
                <w:lang w:val="ru-RU"/>
              </w:rPr>
              <w:t>//а</w:t>
            </w:r>
            <w:r>
              <w:t>l</w:t>
            </w:r>
            <w:r w:rsidRPr="00332DB8">
              <w:rPr>
                <w:lang w:val="ru-RU"/>
              </w:rPr>
              <w:t>ех - со.</w:t>
            </w:r>
            <w:r>
              <w:t>ru</w:t>
            </w:r>
            <w:r w:rsidRPr="00332DB8">
              <w:rPr>
                <w:lang w:val="ru-RU"/>
              </w:rPr>
              <w:t>/ а</w:t>
            </w:r>
            <w:r>
              <w:t>ll</w:t>
            </w:r>
            <w:r w:rsidRPr="00332DB8">
              <w:rPr>
                <w:lang w:val="ru-RU"/>
              </w:rPr>
              <w:t>/се</w:t>
            </w:r>
            <w:r>
              <w:t>l</w:t>
            </w:r>
            <w:r w:rsidRPr="00332DB8">
              <w:rPr>
                <w:lang w:val="ru-RU"/>
              </w:rPr>
              <w:t xml:space="preserve">. </w:t>
            </w:r>
            <w:r>
              <w:t>phtml</w:t>
            </w:r>
            <w:r w:rsidRPr="00332DB8">
              <w:rPr>
                <w:lang w:val="ru-RU"/>
              </w:rPr>
              <w:t xml:space="preserve"> сети Интернет, (решение Советского районного суда г. Самары от 16.04.2008);</w:t>
            </w:r>
          </w:p>
        </w:tc>
        <w:tc>
          <w:tcPr>
            <w:tcW w:w="2880" w:type="dxa"/>
          </w:tcPr>
          <w:p w:rsidR="006F7457" w:rsidRPr="00332DB8" w:rsidRDefault="006F7457">
            <w:pPr>
              <w:rPr>
                <w:lang w:val="ru-RU"/>
              </w:rPr>
            </w:pPr>
          </w:p>
        </w:tc>
      </w:tr>
      <w:tr w:rsidR="006F7457" w:rsidRPr="00A31F1A">
        <w:tc>
          <w:tcPr>
            <w:tcW w:w="2880" w:type="dxa"/>
          </w:tcPr>
          <w:p w:rsidR="006F7457" w:rsidRDefault="00332DB8">
            <w:r>
              <w:t>257.</w:t>
            </w:r>
          </w:p>
        </w:tc>
        <w:tc>
          <w:tcPr>
            <w:tcW w:w="2880" w:type="dxa"/>
          </w:tcPr>
          <w:p w:rsidR="006F7457" w:rsidRPr="00332DB8" w:rsidRDefault="00332DB8">
            <w:pPr>
              <w:rPr>
                <w:lang w:val="ru-RU"/>
              </w:rPr>
            </w:pPr>
            <w:r w:rsidRPr="00332DB8">
              <w:rPr>
                <w:lang w:val="ru-RU"/>
              </w:rPr>
              <w:t xml:space="preserve">Информационные материалы, размещенные на Интернет-сайте </w:t>
            </w:r>
            <w:r>
              <w:t>http</w:t>
            </w:r>
            <w:r w:rsidRPr="00332DB8">
              <w:rPr>
                <w:lang w:val="ru-RU"/>
              </w:rPr>
              <w:t>://</w:t>
            </w:r>
            <w:r>
              <w:t>www</w:t>
            </w:r>
            <w:r w:rsidRPr="00332DB8">
              <w:rPr>
                <w:lang w:val="ru-RU"/>
              </w:rPr>
              <w:t>.</w:t>
            </w:r>
            <w:r>
              <w:t>sakh</w:t>
            </w:r>
            <w:r w:rsidRPr="00332DB8">
              <w:rPr>
                <w:lang w:val="ru-RU"/>
              </w:rPr>
              <w:t>-88.</w:t>
            </w:r>
            <w:r>
              <w:t>nm</w:t>
            </w:r>
            <w:r w:rsidRPr="00332DB8">
              <w:rPr>
                <w:lang w:val="ru-RU"/>
              </w:rPr>
              <w:t>.</w:t>
            </w:r>
            <w:r>
              <w:t>ru</w:t>
            </w:r>
            <w:r w:rsidRPr="00332DB8">
              <w:rPr>
                <w:lang w:val="ru-RU"/>
              </w:rPr>
              <w:t>/, (решение Южно-Сахалинского городского суда Сахалинской области от 21.04.2008)</w:t>
            </w:r>
          </w:p>
        </w:tc>
        <w:tc>
          <w:tcPr>
            <w:tcW w:w="2880" w:type="dxa"/>
          </w:tcPr>
          <w:p w:rsidR="006F7457" w:rsidRPr="00332DB8" w:rsidRDefault="006F7457">
            <w:pPr>
              <w:rPr>
                <w:lang w:val="ru-RU"/>
              </w:rPr>
            </w:pPr>
          </w:p>
        </w:tc>
      </w:tr>
      <w:tr w:rsidR="006F7457" w:rsidRPr="00A31F1A">
        <w:tc>
          <w:tcPr>
            <w:tcW w:w="2880" w:type="dxa"/>
          </w:tcPr>
          <w:p w:rsidR="006F7457" w:rsidRDefault="00332DB8">
            <w:r>
              <w:t>2</w:t>
            </w:r>
            <w:r>
              <w:lastRenderedPageBreak/>
              <w:t>58.</w:t>
            </w:r>
          </w:p>
        </w:tc>
        <w:tc>
          <w:tcPr>
            <w:tcW w:w="2880" w:type="dxa"/>
          </w:tcPr>
          <w:p w:rsidR="006F7457" w:rsidRPr="00332DB8" w:rsidRDefault="00332DB8">
            <w:pPr>
              <w:rPr>
                <w:lang w:val="ru-RU"/>
              </w:rPr>
            </w:pPr>
            <w:r w:rsidRPr="00332DB8">
              <w:rPr>
                <w:lang w:val="ru-RU"/>
              </w:rPr>
              <w:lastRenderedPageBreak/>
              <w:t xml:space="preserve">Газета «Правый взгляд» № 2 за 2005 год (решение Октябрьского районного суда г. Санкт-Петербурга от </w:t>
            </w:r>
            <w:r w:rsidRPr="00332DB8">
              <w:rPr>
                <w:lang w:val="ru-RU"/>
              </w:rPr>
              <w:lastRenderedPageBreak/>
              <w:t>27.03.2008, решение Октябрьского районного суда г. Санкт-Петербурга от 04.09.2008);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259.</w:t>
            </w:r>
          </w:p>
        </w:tc>
        <w:tc>
          <w:tcPr>
            <w:tcW w:w="2880" w:type="dxa"/>
          </w:tcPr>
          <w:p w:rsidR="006F7457" w:rsidRPr="00332DB8" w:rsidRDefault="00332DB8">
            <w:pPr>
              <w:rPr>
                <w:lang w:val="ru-RU"/>
              </w:rPr>
            </w:pPr>
            <w:r w:rsidRPr="00332DB8">
              <w:rPr>
                <w:lang w:val="ru-RU"/>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6F7457" w:rsidRPr="00332DB8" w:rsidRDefault="006F7457">
            <w:pPr>
              <w:rPr>
                <w:lang w:val="ru-RU"/>
              </w:rPr>
            </w:pPr>
          </w:p>
        </w:tc>
      </w:tr>
      <w:tr w:rsidR="006F7457" w:rsidRPr="00A31F1A">
        <w:tc>
          <w:tcPr>
            <w:tcW w:w="2880" w:type="dxa"/>
          </w:tcPr>
          <w:p w:rsidR="006F7457" w:rsidRDefault="00332DB8">
            <w:r>
              <w:t>260.</w:t>
            </w:r>
          </w:p>
        </w:tc>
        <w:tc>
          <w:tcPr>
            <w:tcW w:w="2880" w:type="dxa"/>
          </w:tcPr>
          <w:p w:rsidR="006F7457" w:rsidRPr="00332DB8" w:rsidRDefault="00332DB8">
            <w:pPr>
              <w:rPr>
                <w:lang w:val="ru-RU"/>
              </w:rPr>
            </w:pPr>
            <w:r w:rsidRPr="00332DB8">
              <w:rPr>
                <w:lang w:val="ru-RU"/>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6F7457" w:rsidRPr="00332DB8" w:rsidRDefault="006F7457">
            <w:pPr>
              <w:rPr>
                <w:lang w:val="ru-RU"/>
              </w:rPr>
            </w:pPr>
          </w:p>
        </w:tc>
      </w:tr>
      <w:tr w:rsidR="006F7457" w:rsidRPr="00A31F1A">
        <w:tc>
          <w:tcPr>
            <w:tcW w:w="2880" w:type="dxa"/>
          </w:tcPr>
          <w:p w:rsidR="006F7457" w:rsidRDefault="00332DB8">
            <w:r>
              <w:t>261.</w:t>
            </w:r>
          </w:p>
        </w:tc>
        <w:tc>
          <w:tcPr>
            <w:tcW w:w="2880" w:type="dxa"/>
          </w:tcPr>
          <w:p w:rsidR="006F7457" w:rsidRPr="00332DB8" w:rsidRDefault="00332DB8">
            <w:pPr>
              <w:rPr>
                <w:lang w:val="ru-RU"/>
              </w:rPr>
            </w:pPr>
            <w:r w:rsidRPr="00332DB8">
              <w:rPr>
                <w:lang w:val="ru-RU"/>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6F7457" w:rsidRPr="00332DB8" w:rsidRDefault="006F7457">
            <w:pPr>
              <w:rPr>
                <w:lang w:val="ru-RU"/>
              </w:rPr>
            </w:pPr>
          </w:p>
        </w:tc>
      </w:tr>
      <w:tr w:rsidR="006F7457">
        <w:tc>
          <w:tcPr>
            <w:tcW w:w="2880" w:type="dxa"/>
          </w:tcPr>
          <w:p w:rsidR="006F7457" w:rsidRDefault="00332DB8">
            <w:r>
              <w:t>262.</w:t>
            </w:r>
          </w:p>
        </w:tc>
        <w:tc>
          <w:tcPr>
            <w:tcW w:w="2880" w:type="dxa"/>
          </w:tcPr>
          <w:p w:rsidR="006F7457" w:rsidRDefault="00332DB8">
            <w:r>
              <w:t>Материал исключен из списка.</w:t>
            </w:r>
          </w:p>
        </w:tc>
        <w:tc>
          <w:tcPr>
            <w:tcW w:w="2880" w:type="dxa"/>
          </w:tcPr>
          <w:p w:rsidR="006F7457" w:rsidRDefault="006F7457"/>
        </w:tc>
      </w:tr>
      <w:tr w:rsidR="006F7457" w:rsidRPr="00A31F1A">
        <w:tc>
          <w:tcPr>
            <w:tcW w:w="2880" w:type="dxa"/>
          </w:tcPr>
          <w:p w:rsidR="006F7457" w:rsidRDefault="00332DB8">
            <w:r>
              <w:t>263.</w:t>
            </w:r>
          </w:p>
        </w:tc>
        <w:tc>
          <w:tcPr>
            <w:tcW w:w="2880" w:type="dxa"/>
          </w:tcPr>
          <w:p w:rsidR="006F7457" w:rsidRPr="00332DB8" w:rsidRDefault="00332DB8">
            <w:pPr>
              <w:rPr>
                <w:lang w:val="ru-RU"/>
              </w:rPr>
            </w:pPr>
            <w:r w:rsidRPr="00332DB8">
              <w:rPr>
                <w:lang w:val="ru-RU"/>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6F7457" w:rsidRPr="00332DB8" w:rsidRDefault="006F7457">
            <w:pPr>
              <w:rPr>
                <w:lang w:val="ru-RU"/>
              </w:rPr>
            </w:pPr>
          </w:p>
        </w:tc>
      </w:tr>
      <w:tr w:rsidR="006F7457">
        <w:tc>
          <w:tcPr>
            <w:tcW w:w="2880" w:type="dxa"/>
          </w:tcPr>
          <w:p w:rsidR="006F7457" w:rsidRDefault="00332DB8">
            <w:r>
              <w:t>264.</w:t>
            </w:r>
          </w:p>
        </w:tc>
        <w:tc>
          <w:tcPr>
            <w:tcW w:w="2880" w:type="dxa"/>
          </w:tcPr>
          <w:p w:rsidR="006F7457" w:rsidRDefault="00332DB8">
            <w:r w:rsidRPr="00332DB8">
              <w:rPr>
                <w:lang w:val="ru-RU"/>
              </w:rPr>
              <w:t xml:space="preserve">Страницы, созданного Мильковым Виктором Владимировичем в сети Интернет, дневника – «живого журнала» по электронному адресу </w:t>
            </w:r>
            <w:r>
              <w:t>vik</w:t>
            </w:r>
            <w:r w:rsidRPr="00332DB8">
              <w:rPr>
                <w:lang w:val="ru-RU"/>
              </w:rPr>
              <w:t>23.</w:t>
            </w:r>
            <w:r>
              <w:t>liv</w:t>
            </w:r>
            <w:r w:rsidRPr="00332DB8">
              <w:rPr>
                <w:lang w:val="ru-RU"/>
              </w:rPr>
              <w:t>е</w:t>
            </w:r>
            <w:r>
              <w:t>j</w:t>
            </w:r>
            <w:r w:rsidRPr="00332DB8">
              <w:rPr>
                <w:lang w:val="ru-RU"/>
              </w:rPr>
              <w:t>о</w:t>
            </w:r>
            <w:r>
              <w:t>urn</w:t>
            </w:r>
            <w:r w:rsidRPr="00332DB8">
              <w:rPr>
                <w:lang w:val="ru-RU"/>
              </w:rPr>
              <w:t>а</w:t>
            </w:r>
            <w:r>
              <w:t>l</w:t>
            </w:r>
            <w:r w:rsidRPr="00332DB8">
              <w:rPr>
                <w:lang w:val="ru-RU"/>
              </w:rPr>
              <w:t>.со</w:t>
            </w:r>
            <w:r>
              <w:t>m</w:t>
            </w:r>
            <w:r w:rsidRPr="00332DB8">
              <w:rPr>
                <w:lang w:val="ru-RU"/>
              </w:rPr>
              <w:t xml:space="preserve"> (решение Майкопского городского суда Республики Адыгея от 27. </w:t>
            </w:r>
            <w:r>
              <w:t>05.2008);</w:t>
            </w:r>
          </w:p>
        </w:tc>
        <w:tc>
          <w:tcPr>
            <w:tcW w:w="2880" w:type="dxa"/>
          </w:tcPr>
          <w:p w:rsidR="006F7457" w:rsidRDefault="006F7457"/>
        </w:tc>
      </w:tr>
      <w:tr w:rsidR="006F7457" w:rsidRPr="00DD284B">
        <w:tc>
          <w:tcPr>
            <w:tcW w:w="2880" w:type="dxa"/>
          </w:tcPr>
          <w:p w:rsidR="006F7457" w:rsidRDefault="00332DB8">
            <w:r>
              <w:lastRenderedPageBreak/>
              <w:t>265.</w:t>
            </w:r>
          </w:p>
        </w:tc>
        <w:tc>
          <w:tcPr>
            <w:tcW w:w="2880" w:type="dxa"/>
          </w:tcPr>
          <w:p w:rsidR="006F7457" w:rsidRPr="00332DB8" w:rsidRDefault="00332DB8">
            <w:pPr>
              <w:rPr>
                <w:lang w:val="ru-RU"/>
              </w:rPr>
            </w:pPr>
            <w:r w:rsidRPr="00332DB8">
              <w:rPr>
                <w:lang w:val="ru-RU"/>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2880" w:type="dxa"/>
          </w:tcPr>
          <w:p w:rsidR="006F7457" w:rsidRPr="00332DB8" w:rsidRDefault="006F7457">
            <w:pPr>
              <w:rPr>
                <w:lang w:val="ru-RU"/>
              </w:rPr>
            </w:pPr>
          </w:p>
        </w:tc>
      </w:tr>
      <w:tr w:rsidR="006F7457" w:rsidRPr="00DD284B">
        <w:tc>
          <w:tcPr>
            <w:tcW w:w="2880" w:type="dxa"/>
          </w:tcPr>
          <w:p w:rsidR="006F7457" w:rsidRDefault="00332DB8">
            <w:r>
              <w:t>266.</w:t>
            </w:r>
          </w:p>
        </w:tc>
        <w:tc>
          <w:tcPr>
            <w:tcW w:w="2880" w:type="dxa"/>
          </w:tcPr>
          <w:p w:rsidR="006F7457" w:rsidRPr="00332DB8" w:rsidRDefault="00332DB8">
            <w:pPr>
              <w:rPr>
                <w:lang w:val="ru-RU"/>
              </w:rPr>
            </w:pPr>
            <w:r w:rsidRPr="00332DB8">
              <w:rPr>
                <w:lang w:val="ru-RU"/>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 (решение Выборгского районного суда Санкт-Петербурга от 21.07.2008);</w:t>
            </w:r>
          </w:p>
        </w:tc>
        <w:tc>
          <w:tcPr>
            <w:tcW w:w="2880" w:type="dxa"/>
          </w:tcPr>
          <w:p w:rsidR="006F7457" w:rsidRPr="00332DB8" w:rsidRDefault="006F7457">
            <w:pPr>
              <w:rPr>
                <w:lang w:val="ru-RU"/>
              </w:rPr>
            </w:pPr>
          </w:p>
        </w:tc>
      </w:tr>
      <w:tr w:rsidR="006F7457" w:rsidRPr="00A31F1A">
        <w:tc>
          <w:tcPr>
            <w:tcW w:w="2880" w:type="dxa"/>
          </w:tcPr>
          <w:p w:rsidR="006F7457" w:rsidRDefault="00332DB8">
            <w:r>
              <w:t>267.</w:t>
            </w:r>
          </w:p>
        </w:tc>
        <w:tc>
          <w:tcPr>
            <w:tcW w:w="2880" w:type="dxa"/>
          </w:tcPr>
          <w:p w:rsidR="006F7457" w:rsidRPr="00332DB8" w:rsidRDefault="00332DB8">
            <w:pPr>
              <w:rPr>
                <w:lang w:val="ru-RU"/>
              </w:rPr>
            </w:pPr>
            <w:r w:rsidRPr="00332DB8">
              <w:rPr>
                <w:lang w:val="ru-RU"/>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 (решение Красноглинского районного суда г. Самары от 22.02.2008);</w:t>
            </w:r>
          </w:p>
        </w:tc>
        <w:tc>
          <w:tcPr>
            <w:tcW w:w="2880" w:type="dxa"/>
          </w:tcPr>
          <w:p w:rsidR="006F7457" w:rsidRPr="00332DB8" w:rsidRDefault="006F7457">
            <w:pPr>
              <w:rPr>
                <w:lang w:val="ru-RU"/>
              </w:rPr>
            </w:pPr>
          </w:p>
        </w:tc>
      </w:tr>
      <w:tr w:rsidR="006F7457" w:rsidRPr="00A31F1A">
        <w:tc>
          <w:tcPr>
            <w:tcW w:w="2880" w:type="dxa"/>
          </w:tcPr>
          <w:p w:rsidR="006F7457" w:rsidRDefault="00332DB8">
            <w:r>
              <w:t>268.</w:t>
            </w:r>
          </w:p>
        </w:tc>
        <w:tc>
          <w:tcPr>
            <w:tcW w:w="2880" w:type="dxa"/>
          </w:tcPr>
          <w:p w:rsidR="006F7457" w:rsidRPr="00332DB8" w:rsidRDefault="00332DB8">
            <w:pPr>
              <w:rPr>
                <w:lang w:val="ru-RU"/>
              </w:rPr>
            </w:pPr>
            <w:r w:rsidRPr="00332DB8">
              <w:rPr>
                <w:lang w:val="ru-RU"/>
              </w:rP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2880" w:type="dxa"/>
          </w:tcPr>
          <w:p w:rsidR="006F7457" w:rsidRPr="00332DB8" w:rsidRDefault="006F7457">
            <w:pPr>
              <w:rPr>
                <w:lang w:val="ru-RU"/>
              </w:rPr>
            </w:pPr>
          </w:p>
        </w:tc>
      </w:tr>
      <w:tr w:rsidR="006F7457" w:rsidRPr="00DD284B">
        <w:tc>
          <w:tcPr>
            <w:tcW w:w="2880" w:type="dxa"/>
          </w:tcPr>
          <w:p w:rsidR="006F7457" w:rsidRDefault="00332DB8">
            <w:r>
              <w:t>269.</w:t>
            </w:r>
          </w:p>
        </w:tc>
        <w:tc>
          <w:tcPr>
            <w:tcW w:w="2880" w:type="dxa"/>
          </w:tcPr>
          <w:p w:rsidR="006F7457" w:rsidRPr="00332DB8" w:rsidRDefault="00332DB8">
            <w:pPr>
              <w:rPr>
                <w:lang w:val="ru-RU"/>
              </w:rPr>
            </w:pPr>
            <w:r w:rsidRPr="00332DB8">
              <w:rPr>
                <w:lang w:val="ru-RU"/>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2880" w:type="dxa"/>
          </w:tcPr>
          <w:p w:rsidR="006F7457" w:rsidRPr="00332DB8" w:rsidRDefault="006F7457">
            <w:pPr>
              <w:rPr>
                <w:lang w:val="ru-RU"/>
              </w:rPr>
            </w:pPr>
          </w:p>
        </w:tc>
      </w:tr>
      <w:tr w:rsidR="006F7457" w:rsidRPr="00A31F1A">
        <w:tc>
          <w:tcPr>
            <w:tcW w:w="2880" w:type="dxa"/>
          </w:tcPr>
          <w:p w:rsidR="006F7457" w:rsidRDefault="00332DB8">
            <w:r>
              <w:t>270.</w:t>
            </w:r>
          </w:p>
        </w:tc>
        <w:tc>
          <w:tcPr>
            <w:tcW w:w="2880" w:type="dxa"/>
          </w:tcPr>
          <w:p w:rsidR="006F7457" w:rsidRPr="00332DB8" w:rsidRDefault="00332DB8">
            <w:pPr>
              <w:rPr>
                <w:lang w:val="ru-RU"/>
              </w:rPr>
            </w:pPr>
            <w:r w:rsidRPr="00332DB8">
              <w:rPr>
                <w:lang w:val="ru-RU"/>
              </w:rPr>
              <w:t>Информационные материалы, размещенные в глобальной информационной сети Интернет, в форме видеообращений с наименованием файлов: «</w:t>
            </w:r>
            <w:r>
              <w:t>pochemy</w:t>
            </w:r>
            <w:r w:rsidRPr="00332DB8">
              <w:rPr>
                <w:lang w:val="ru-RU"/>
              </w:rPr>
              <w:t xml:space="preserve"> </w:t>
            </w:r>
            <w:r>
              <w:t>mi</w:t>
            </w:r>
            <w:r w:rsidRPr="00332DB8">
              <w:rPr>
                <w:lang w:val="ru-RU"/>
              </w:rPr>
              <w:t xml:space="preserve"> </w:t>
            </w:r>
            <w:r>
              <w:t>voyuem</w:t>
            </w:r>
            <w:r w:rsidRPr="00332DB8">
              <w:rPr>
                <w:lang w:val="ru-RU"/>
              </w:rPr>
              <w:t>»; «</w:t>
            </w:r>
            <w:r>
              <w:t>Obrashenie</w:t>
            </w:r>
            <w:r w:rsidRPr="00332DB8">
              <w:rPr>
                <w:lang w:val="ru-RU"/>
              </w:rPr>
              <w:t xml:space="preserve"> </w:t>
            </w:r>
            <w:r>
              <w:t>Seyfu</w:t>
            </w:r>
            <w:r w:rsidRPr="00332DB8">
              <w:rPr>
                <w:lang w:val="ru-RU"/>
              </w:rPr>
              <w:t xml:space="preserve"> </w:t>
            </w:r>
            <w:r>
              <w:t>Llaha</w:t>
            </w:r>
            <w:r w:rsidRPr="00332DB8">
              <w:rPr>
                <w:lang w:val="ru-RU"/>
              </w:rPr>
              <w:t xml:space="preserve">» на </w:t>
            </w:r>
            <w:r>
              <w:t>web</w:t>
            </w:r>
            <w:r w:rsidRPr="00332DB8">
              <w:rPr>
                <w:lang w:val="ru-RU"/>
              </w:rPr>
              <w:t xml:space="preserve">-сайте по электронному адресу: </w:t>
            </w:r>
            <w:r>
              <w:t>WWW</w:t>
            </w:r>
            <w:r w:rsidRPr="00332DB8">
              <w:rPr>
                <w:lang w:val="ru-RU"/>
              </w:rPr>
              <w:t>.</w:t>
            </w:r>
            <w:r>
              <w:t>CAMAGAT</w:t>
            </w:r>
            <w:r w:rsidRPr="00332DB8">
              <w:rPr>
                <w:lang w:val="ru-RU"/>
              </w:rPr>
              <w:t>.</w:t>
            </w:r>
            <w:r>
              <w:t>COM</w:t>
            </w:r>
            <w:r w:rsidRPr="00332DB8">
              <w:rPr>
                <w:lang w:val="ru-RU"/>
              </w:rPr>
              <w:t xml:space="preserve">; на </w:t>
            </w:r>
            <w:r>
              <w:t>web</w:t>
            </w:r>
            <w:r w:rsidRPr="00332DB8">
              <w:rPr>
                <w:lang w:val="ru-RU"/>
              </w:rPr>
              <w:t xml:space="preserve">-сайте по электронному адресу: </w:t>
            </w:r>
            <w:r>
              <w:t>http</w:t>
            </w:r>
            <w:r w:rsidRPr="00332DB8">
              <w:rPr>
                <w:lang w:val="ru-RU"/>
              </w:rPr>
              <w:t>://</w:t>
            </w:r>
            <w:r>
              <w:t>www</w:t>
            </w:r>
            <w:r w:rsidRPr="00332DB8">
              <w:rPr>
                <w:lang w:val="ru-RU"/>
              </w:rPr>
              <w:t>.</w:t>
            </w:r>
            <w:r>
              <w:t>kavkazcenter</w:t>
            </w:r>
            <w:r w:rsidRPr="00332DB8">
              <w:rPr>
                <w:lang w:val="ru-RU"/>
              </w:rPr>
              <w:t>.</w:t>
            </w:r>
            <w:r>
              <w:t>com</w:t>
            </w:r>
            <w:r w:rsidRPr="00332DB8">
              <w:rPr>
                <w:lang w:val="ru-RU"/>
              </w:rPr>
              <w:t xml:space="preserve">/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w:t>
            </w:r>
            <w:r w:rsidRPr="00332DB8">
              <w:rPr>
                <w:lang w:val="ru-RU"/>
              </w:rPr>
              <w:lastRenderedPageBreak/>
              <w:t>19.08.2008);</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271.</w:t>
            </w:r>
          </w:p>
        </w:tc>
        <w:tc>
          <w:tcPr>
            <w:tcW w:w="2880" w:type="dxa"/>
          </w:tcPr>
          <w:p w:rsidR="006F7457" w:rsidRPr="00332DB8" w:rsidRDefault="00332DB8">
            <w:pPr>
              <w:rPr>
                <w:lang w:val="ru-RU"/>
              </w:rPr>
            </w:pPr>
            <w:r w:rsidRPr="00332DB8">
              <w:rPr>
                <w:lang w:val="ru-RU"/>
              </w:rP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2880" w:type="dxa"/>
          </w:tcPr>
          <w:p w:rsidR="006F7457" w:rsidRPr="00332DB8" w:rsidRDefault="006F7457">
            <w:pPr>
              <w:rPr>
                <w:lang w:val="ru-RU"/>
              </w:rPr>
            </w:pPr>
          </w:p>
        </w:tc>
      </w:tr>
      <w:tr w:rsidR="006F7457" w:rsidRPr="00DD284B">
        <w:tc>
          <w:tcPr>
            <w:tcW w:w="2880" w:type="dxa"/>
          </w:tcPr>
          <w:p w:rsidR="006F7457" w:rsidRDefault="00332DB8">
            <w:r>
              <w:t>272.</w:t>
            </w:r>
          </w:p>
        </w:tc>
        <w:tc>
          <w:tcPr>
            <w:tcW w:w="2880" w:type="dxa"/>
          </w:tcPr>
          <w:p w:rsidR="006F7457" w:rsidRPr="00332DB8" w:rsidRDefault="00332DB8">
            <w:pPr>
              <w:rPr>
                <w:lang w:val="ru-RU"/>
              </w:rPr>
            </w:pPr>
            <w:r w:rsidRPr="00332DB8">
              <w:rPr>
                <w:lang w:val="ru-RU"/>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2880" w:type="dxa"/>
          </w:tcPr>
          <w:p w:rsidR="006F7457" w:rsidRPr="00332DB8" w:rsidRDefault="006F7457">
            <w:pPr>
              <w:rPr>
                <w:lang w:val="ru-RU"/>
              </w:rPr>
            </w:pPr>
          </w:p>
        </w:tc>
      </w:tr>
      <w:tr w:rsidR="006F7457" w:rsidRPr="00A31F1A">
        <w:tc>
          <w:tcPr>
            <w:tcW w:w="2880" w:type="dxa"/>
          </w:tcPr>
          <w:p w:rsidR="006F7457" w:rsidRDefault="00332DB8">
            <w:r>
              <w:t>273.</w:t>
            </w:r>
          </w:p>
        </w:tc>
        <w:tc>
          <w:tcPr>
            <w:tcW w:w="2880" w:type="dxa"/>
          </w:tcPr>
          <w:p w:rsidR="006F7457" w:rsidRPr="00332DB8" w:rsidRDefault="00332DB8">
            <w:pPr>
              <w:rPr>
                <w:lang w:val="ru-RU"/>
              </w:rPr>
            </w:pPr>
            <w:r w:rsidRPr="00332DB8">
              <w:rPr>
                <w:lang w:val="ru-RU"/>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2880" w:type="dxa"/>
          </w:tcPr>
          <w:p w:rsidR="006F7457" w:rsidRPr="00332DB8" w:rsidRDefault="006F7457">
            <w:pPr>
              <w:rPr>
                <w:lang w:val="ru-RU"/>
              </w:rPr>
            </w:pPr>
          </w:p>
        </w:tc>
      </w:tr>
      <w:tr w:rsidR="006F7457" w:rsidRPr="00DD284B">
        <w:tc>
          <w:tcPr>
            <w:tcW w:w="2880" w:type="dxa"/>
          </w:tcPr>
          <w:p w:rsidR="006F7457" w:rsidRDefault="00332DB8">
            <w:r>
              <w:t>274.</w:t>
            </w:r>
          </w:p>
        </w:tc>
        <w:tc>
          <w:tcPr>
            <w:tcW w:w="2880" w:type="dxa"/>
          </w:tcPr>
          <w:p w:rsidR="006F7457" w:rsidRPr="00332DB8" w:rsidRDefault="00332DB8">
            <w:pPr>
              <w:rPr>
                <w:lang w:val="ru-RU"/>
              </w:rPr>
            </w:pPr>
            <w:r w:rsidRPr="00332DB8">
              <w:rPr>
                <w:lang w:val="ru-RU"/>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2880" w:type="dxa"/>
          </w:tcPr>
          <w:p w:rsidR="006F7457" w:rsidRPr="00332DB8" w:rsidRDefault="006F7457">
            <w:pPr>
              <w:rPr>
                <w:lang w:val="ru-RU"/>
              </w:rPr>
            </w:pPr>
          </w:p>
        </w:tc>
      </w:tr>
      <w:tr w:rsidR="006F7457" w:rsidRPr="00A31F1A">
        <w:tc>
          <w:tcPr>
            <w:tcW w:w="2880" w:type="dxa"/>
          </w:tcPr>
          <w:p w:rsidR="006F7457" w:rsidRDefault="00332DB8">
            <w:r>
              <w:t>275.</w:t>
            </w:r>
          </w:p>
        </w:tc>
        <w:tc>
          <w:tcPr>
            <w:tcW w:w="2880" w:type="dxa"/>
          </w:tcPr>
          <w:p w:rsidR="006F7457" w:rsidRPr="00332DB8" w:rsidRDefault="00332DB8">
            <w:pPr>
              <w:rPr>
                <w:lang w:val="ru-RU"/>
              </w:rPr>
            </w:pPr>
            <w:r w:rsidRPr="00332DB8">
              <w:rPr>
                <w:lang w:val="ru-RU"/>
              </w:rPr>
              <w:t xml:space="preserve">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w:t>
            </w:r>
            <w:r w:rsidRPr="00332DB8">
              <w:rPr>
                <w:lang w:val="ru-RU"/>
              </w:rPr>
              <w:lastRenderedPageBreak/>
              <w:t>Благовещенского городского суда Амурской области от 30.07.2008);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276.</w:t>
            </w:r>
          </w:p>
        </w:tc>
        <w:tc>
          <w:tcPr>
            <w:tcW w:w="2880" w:type="dxa"/>
          </w:tcPr>
          <w:p w:rsidR="006F7457" w:rsidRPr="00332DB8" w:rsidRDefault="00332DB8">
            <w:pPr>
              <w:rPr>
                <w:lang w:val="ru-RU"/>
              </w:rPr>
            </w:pPr>
            <w:r w:rsidRPr="00332DB8">
              <w:rPr>
                <w:lang w:val="ru-RU"/>
              </w:rPr>
              <w:t>Сайт «</w:t>
            </w:r>
            <w:r>
              <w:t>INGUSHETIYA</w:t>
            </w:r>
            <w:r w:rsidRPr="00332DB8">
              <w:rPr>
                <w:lang w:val="ru-RU"/>
              </w:rPr>
              <w:t>.</w:t>
            </w:r>
            <w:r>
              <w:t>RU</w:t>
            </w:r>
            <w:r w:rsidRPr="00332DB8">
              <w:rPr>
                <w:lang w:val="ru-RU"/>
              </w:rPr>
              <w:t>»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2880" w:type="dxa"/>
          </w:tcPr>
          <w:p w:rsidR="006F7457" w:rsidRPr="00332DB8" w:rsidRDefault="006F7457">
            <w:pPr>
              <w:rPr>
                <w:lang w:val="ru-RU"/>
              </w:rPr>
            </w:pPr>
          </w:p>
        </w:tc>
      </w:tr>
      <w:tr w:rsidR="006F7457" w:rsidRPr="00DD284B">
        <w:tc>
          <w:tcPr>
            <w:tcW w:w="2880" w:type="dxa"/>
          </w:tcPr>
          <w:p w:rsidR="006F7457" w:rsidRDefault="00332DB8">
            <w:r>
              <w:t>277.</w:t>
            </w:r>
          </w:p>
        </w:tc>
        <w:tc>
          <w:tcPr>
            <w:tcW w:w="2880" w:type="dxa"/>
          </w:tcPr>
          <w:p w:rsidR="006F7457" w:rsidRPr="00332DB8" w:rsidRDefault="00332DB8">
            <w:pPr>
              <w:rPr>
                <w:lang w:val="ru-RU"/>
              </w:rPr>
            </w:pPr>
            <w:r w:rsidRPr="00332DB8">
              <w:rPr>
                <w:lang w:val="ru-RU"/>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2880" w:type="dxa"/>
          </w:tcPr>
          <w:p w:rsidR="006F7457" w:rsidRPr="00332DB8" w:rsidRDefault="006F7457">
            <w:pPr>
              <w:rPr>
                <w:lang w:val="ru-RU"/>
              </w:rPr>
            </w:pPr>
          </w:p>
        </w:tc>
      </w:tr>
      <w:tr w:rsidR="006F7457" w:rsidRPr="00A31F1A">
        <w:tc>
          <w:tcPr>
            <w:tcW w:w="2880" w:type="dxa"/>
          </w:tcPr>
          <w:p w:rsidR="006F7457" w:rsidRDefault="00332DB8">
            <w:r>
              <w:t>278.</w:t>
            </w:r>
          </w:p>
        </w:tc>
        <w:tc>
          <w:tcPr>
            <w:tcW w:w="2880" w:type="dxa"/>
          </w:tcPr>
          <w:p w:rsidR="006F7457" w:rsidRPr="00332DB8" w:rsidRDefault="00332DB8">
            <w:pPr>
              <w:rPr>
                <w:lang w:val="ru-RU"/>
              </w:rPr>
            </w:pPr>
            <w:r w:rsidRPr="00332DB8">
              <w:rPr>
                <w:lang w:val="ru-RU"/>
              </w:rPr>
              <w:t>Книга Шерстнева М.П. «Кто правит нами: психология управленцев» (г. Москва, 2003 год) (решение Промышленного районного суда г. Ставрополя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279.</w:t>
            </w:r>
          </w:p>
        </w:tc>
        <w:tc>
          <w:tcPr>
            <w:tcW w:w="2880" w:type="dxa"/>
          </w:tcPr>
          <w:p w:rsidR="006F7457" w:rsidRPr="00332DB8" w:rsidRDefault="00332DB8">
            <w:pPr>
              <w:rPr>
                <w:lang w:val="ru-RU"/>
              </w:rPr>
            </w:pPr>
            <w:r w:rsidRPr="00332DB8">
              <w:rPr>
                <w:lang w:val="ru-RU"/>
              </w:rPr>
              <w:t>Книга Шерстнева М.П. «Психологическое управление людьми» (г. Москва, 2006 год) (решение Промышленного районного суда г. Ставрополя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280.</w:t>
            </w:r>
          </w:p>
        </w:tc>
        <w:tc>
          <w:tcPr>
            <w:tcW w:w="2880" w:type="dxa"/>
          </w:tcPr>
          <w:p w:rsidR="006F7457" w:rsidRPr="00332DB8" w:rsidRDefault="00332DB8">
            <w:pPr>
              <w:rPr>
                <w:lang w:val="ru-RU"/>
              </w:rPr>
            </w:pPr>
            <w:r w:rsidRPr="00332DB8">
              <w:rPr>
                <w:lang w:val="ru-RU"/>
              </w:rPr>
              <w:t>Книга Шерстнева М.П. «Тайные механизмы управления людьми» (г. Москва, 2006 год) (решение Промышленного районного суда г. Ставрополя от 24.07.2008);</w:t>
            </w:r>
          </w:p>
        </w:tc>
        <w:tc>
          <w:tcPr>
            <w:tcW w:w="2880" w:type="dxa"/>
          </w:tcPr>
          <w:p w:rsidR="006F7457" w:rsidRPr="00332DB8" w:rsidRDefault="006F7457">
            <w:pPr>
              <w:rPr>
                <w:lang w:val="ru-RU"/>
              </w:rPr>
            </w:pPr>
          </w:p>
        </w:tc>
      </w:tr>
      <w:tr w:rsidR="006F7457" w:rsidRPr="00A31F1A">
        <w:tc>
          <w:tcPr>
            <w:tcW w:w="2880" w:type="dxa"/>
          </w:tcPr>
          <w:p w:rsidR="006F7457" w:rsidRDefault="00332DB8">
            <w:r>
              <w:t>281.</w:t>
            </w:r>
          </w:p>
        </w:tc>
        <w:tc>
          <w:tcPr>
            <w:tcW w:w="2880" w:type="dxa"/>
          </w:tcPr>
          <w:p w:rsidR="006F7457" w:rsidRPr="00332DB8" w:rsidRDefault="00332DB8">
            <w:pPr>
              <w:rPr>
                <w:lang w:val="ru-RU"/>
              </w:rPr>
            </w:pPr>
            <w:r w:rsidRPr="00332DB8">
              <w:rPr>
                <w:lang w:val="ru-RU"/>
              </w:rPr>
              <w:t>Листовка «Обращение партии Хизб ут-Тахрир к мусульманам России» (решение Центрального районного суда г. Оренбурга от 15.07.2008);</w:t>
            </w:r>
          </w:p>
        </w:tc>
        <w:tc>
          <w:tcPr>
            <w:tcW w:w="2880" w:type="dxa"/>
          </w:tcPr>
          <w:p w:rsidR="006F7457" w:rsidRPr="00332DB8" w:rsidRDefault="006F7457">
            <w:pPr>
              <w:rPr>
                <w:lang w:val="ru-RU"/>
              </w:rPr>
            </w:pPr>
          </w:p>
        </w:tc>
      </w:tr>
      <w:tr w:rsidR="006F7457" w:rsidRPr="00A31F1A">
        <w:tc>
          <w:tcPr>
            <w:tcW w:w="2880" w:type="dxa"/>
          </w:tcPr>
          <w:p w:rsidR="006F7457" w:rsidRDefault="00332DB8">
            <w:r>
              <w:t>28</w:t>
            </w:r>
            <w:r>
              <w:lastRenderedPageBreak/>
              <w:t>2.</w:t>
            </w:r>
          </w:p>
        </w:tc>
        <w:tc>
          <w:tcPr>
            <w:tcW w:w="2880" w:type="dxa"/>
          </w:tcPr>
          <w:p w:rsidR="006F7457" w:rsidRPr="00332DB8" w:rsidRDefault="00332DB8">
            <w:pPr>
              <w:rPr>
                <w:lang w:val="ru-RU"/>
              </w:rPr>
            </w:pPr>
            <w:r w:rsidRPr="00332DB8">
              <w:rPr>
                <w:lang w:val="ru-RU"/>
              </w:rPr>
              <w:lastRenderedPageBreak/>
              <w:t xml:space="preserve">Листовка «Обращение партии Хизб ут-Тахрир аль-Ислами к общественности» от 09.11.2004 (решение </w:t>
            </w:r>
            <w:r w:rsidRPr="00332DB8">
              <w:rPr>
                <w:lang w:val="ru-RU"/>
              </w:rPr>
              <w:lastRenderedPageBreak/>
              <w:t>Центрального районного суда г. Оренбурга от 15.07.2008);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283.</w:t>
            </w:r>
          </w:p>
        </w:tc>
        <w:tc>
          <w:tcPr>
            <w:tcW w:w="2880" w:type="dxa"/>
          </w:tcPr>
          <w:p w:rsidR="006F7457" w:rsidRPr="00332DB8" w:rsidRDefault="00332DB8">
            <w:pPr>
              <w:rPr>
                <w:lang w:val="ru-RU"/>
              </w:rPr>
            </w:pPr>
            <w:r w:rsidRPr="00332DB8">
              <w:rPr>
                <w:lang w:val="ru-RU"/>
              </w:rPr>
              <w:t>Журнал «Создание Аль-Ваъй» за ноябрь 2003 г. № 200 (решение Центрального районного суда г. Оренбурга от 15.07.2008);</w:t>
            </w:r>
          </w:p>
        </w:tc>
        <w:tc>
          <w:tcPr>
            <w:tcW w:w="2880" w:type="dxa"/>
          </w:tcPr>
          <w:p w:rsidR="006F7457" w:rsidRPr="00332DB8" w:rsidRDefault="006F7457">
            <w:pPr>
              <w:rPr>
                <w:lang w:val="ru-RU"/>
              </w:rPr>
            </w:pPr>
          </w:p>
        </w:tc>
      </w:tr>
      <w:tr w:rsidR="006F7457" w:rsidRPr="00A31F1A">
        <w:tc>
          <w:tcPr>
            <w:tcW w:w="2880" w:type="dxa"/>
          </w:tcPr>
          <w:p w:rsidR="006F7457" w:rsidRDefault="00332DB8">
            <w:r>
              <w:t>284.</w:t>
            </w:r>
          </w:p>
        </w:tc>
        <w:tc>
          <w:tcPr>
            <w:tcW w:w="2880" w:type="dxa"/>
          </w:tcPr>
          <w:p w:rsidR="006F7457" w:rsidRPr="00332DB8" w:rsidRDefault="00332DB8">
            <w:pPr>
              <w:rPr>
                <w:lang w:val="ru-RU"/>
              </w:rPr>
            </w:pPr>
            <w:r w:rsidRPr="00332DB8">
              <w:rPr>
                <w:lang w:val="ru-RU"/>
              </w:rPr>
              <w:t>Журнал «Создание Аль-Ваъй» за февраль 2004 г. № 203 (решение Центрального районного суда г. Оренбурга от 15.07.2008);</w:t>
            </w:r>
          </w:p>
        </w:tc>
        <w:tc>
          <w:tcPr>
            <w:tcW w:w="2880" w:type="dxa"/>
          </w:tcPr>
          <w:p w:rsidR="006F7457" w:rsidRPr="00332DB8" w:rsidRDefault="006F7457">
            <w:pPr>
              <w:rPr>
                <w:lang w:val="ru-RU"/>
              </w:rPr>
            </w:pPr>
          </w:p>
        </w:tc>
      </w:tr>
      <w:tr w:rsidR="006F7457" w:rsidRPr="00A31F1A">
        <w:tc>
          <w:tcPr>
            <w:tcW w:w="2880" w:type="dxa"/>
          </w:tcPr>
          <w:p w:rsidR="006F7457" w:rsidRDefault="00332DB8">
            <w:r>
              <w:t>285.</w:t>
            </w:r>
          </w:p>
        </w:tc>
        <w:tc>
          <w:tcPr>
            <w:tcW w:w="2880" w:type="dxa"/>
          </w:tcPr>
          <w:p w:rsidR="006F7457" w:rsidRPr="00332DB8" w:rsidRDefault="00332DB8">
            <w:pPr>
              <w:rPr>
                <w:lang w:val="ru-RU"/>
              </w:rPr>
            </w:pPr>
            <w:r w:rsidRPr="00332DB8">
              <w:rPr>
                <w:lang w:val="ru-RU"/>
              </w:rPr>
              <w:t>Журнал «Создание Аль-Ваъй» за март 2004 г. № 204 (решение Центрального районного суда г. Оренбурга от 15.07.2008);</w:t>
            </w:r>
          </w:p>
        </w:tc>
        <w:tc>
          <w:tcPr>
            <w:tcW w:w="2880" w:type="dxa"/>
          </w:tcPr>
          <w:p w:rsidR="006F7457" w:rsidRPr="00332DB8" w:rsidRDefault="006F7457">
            <w:pPr>
              <w:rPr>
                <w:lang w:val="ru-RU"/>
              </w:rPr>
            </w:pPr>
          </w:p>
        </w:tc>
      </w:tr>
      <w:tr w:rsidR="006F7457" w:rsidRPr="00A31F1A">
        <w:tc>
          <w:tcPr>
            <w:tcW w:w="2880" w:type="dxa"/>
          </w:tcPr>
          <w:p w:rsidR="006F7457" w:rsidRDefault="00332DB8">
            <w:r>
              <w:t>286.</w:t>
            </w:r>
          </w:p>
        </w:tc>
        <w:tc>
          <w:tcPr>
            <w:tcW w:w="2880" w:type="dxa"/>
          </w:tcPr>
          <w:p w:rsidR="006F7457" w:rsidRPr="00332DB8" w:rsidRDefault="00332DB8">
            <w:pPr>
              <w:rPr>
                <w:lang w:val="ru-RU"/>
              </w:rPr>
            </w:pPr>
            <w:r w:rsidRPr="00332DB8">
              <w:rPr>
                <w:lang w:val="ru-RU"/>
              </w:rPr>
              <w:t>Журнал «Создание Аль-Ваъй» за август 2004 г. № 209 (решение Центрального районного суда г. Оренбурга от 15.07.2008);</w:t>
            </w:r>
          </w:p>
        </w:tc>
        <w:tc>
          <w:tcPr>
            <w:tcW w:w="2880" w:type="dxa"/>
          </w:tcPr>
          <w:p w:rsidR="006F7457" w:rsidRPr="00332DB8" w:rsidRDefault="006F7457">
            <w:pPr>
              <w:rPr>
                <w:lang w:val="ru-RU"/>
              </w:rPr>
            </w:pPr>
          </w:p>
        </w:tc>
      </w:tr>
      <w:tr w:rsidR="006F7457" w:rsidRPr="00A31F1A">
        <w:tc>
          <w:tcPr>
            <w:tcW w:w="2880" w:type="dxa"/>
          </w:tcPr>
          <w:p w:rsidR="006F7457" w:rsidRDefault="00332DB8">
            <w:r>
              <w:t>287.</w:t>
            </w:r>
          </w:p>
        </w:tc>
        <w:tc>
          <w:tcPr>
            <w:tcW w:w="2880" w:type="dxa"/>
          </w:tcPr>
          <w:p w:rsidR="006F7457" w:rsidRPr="00332DB8" w:rsidRDefault="00332DB8">
            <w:pPr>
              <w:rPr>
                <w:lang w:val="ru-RU"/>
              </w:rPr>
            </w:pPr>
            <w:r w:rsidRPr="00332DB8">
              <w:rPr>
                <w:lang w:val="ru-RU"/>
              </w:rPr>
              <w:t>Брошюра «Стратегия победы» издания Военно-Державного Союза России, Москва, 2005 год (решение Ленинского районного суда г. Иваново от 25.09.2008);</w:t>
            </w:r>
          </w:p>
        </w:tc>
        <w:tc>
          <w:tcPr>
            <w:tcW w:w="2880" w:type="dxa"/>
          </w:tcPr>
          <w:p w:rsidR="006F7457" w:rsidRPr="00332DB8" w:rsidRDefault="006F7457">
            <w:pPr>
              <w:rPr>
                <w:lang w:val="ru-RU"/>
              </w:rPr>
            </w:pPr>
          </w:p>
        </w:tc>
      </w:tr>
      <w:tr w:rsidR="006F7457" w:rsidRPr="00A31F1A">
        <w:tc>
          <w:tcPr>
            <w:tcW w:w="2880" w:type="dxa"/>
          </w:tcPr>
          <w:p w:rsidR="006F7457" w:rsidRDefault="00332DB8">
            <w:r>
              <w:t>288.</w:t>
            </w:r>
          </w:p>
        </w:tc>
        <w:tc>
          <w:tcPr>
            <w:tcW w:w="2880" w:type="dxa"/>
          </w:tcPr>
          <w:p w:rsidR="006F7457" w:rsidRPr="00332DB8" w:rsidRDefault="00332DB8">
            <w:pPr>
              <w:rPr>
                <w:lang w:val="ru-RU"/>
              </w:rPr>
            </w:pPr>
            <w:r w:rsidRPr="00332DB8">
              <w:rPr>
                <w:lang w:val="ru-RU"/>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2880" w:type="dxa"/>
          </w:tcPr>
          <w:p w:rsidR="006F7457" w:rsidRPr="00332DB8" w:rsidRDefault="006F7457">
            <w:pPr>
              <w:rPr>
                <w:lang w:val="ru-RU"/>
              </w:rPr>
            </w:pPr>
          </w:p>
        </w:tc>
      </w:tr>
      <w:tr w:rsidR="006F7457" w:rsidRPr="00A31F1A">
        <w:tc>
          <w:tcPr>
            <w:tcW w:w="2880" w:type="dxa"/>
          </w:tcPr>
          <w:p w:rsidR="006F7457" w:rsidRDefault="00332DB8">
            <w:r>
              <w:t>28</w:t>
            </w:r>
            <w:r>
              <w:lastRenderedPageBreak/>
              <w:t>9.</w:t>
            </w:r>
          </w:p>
        </w:tc>
        <w:tc>
          <w:tcPr>
            <w:tcW w:w="2880" w:type="dxa"/>
          </w:tcPr>
          <w:p w:rsidR="006F7457" w:rsidRPr="00332DB8" w:rsidRDefault="00332DB8">
            <w:pPr>
              <w:rPr>
                <w:lang w:val="ru-RU"/>
              </w:rPr>
            </w:pPr>
            <w:r w:rsidRPr="00332DB8">
              <w:rPr>
                <w:lang w:val="ru-RU"/>
              </w:rPr>
              <w:lastRenderedPageBreak/>
              <w:t>Информационные материалы книги В.А. Истархова «Удар русских богов», изданной ООО «Русская Правда-</w:t>
            </w:r>
            <w:r w:rsidRPr="00332DB8">
              <w:rPr>
                <w:lang w:val="ru-RU"/>
              </w:rPr>
              <w:lastRenderedPageBreak/>
              <w:t>пресс» (решение Верх-Исетского районного суда г. Екатеринбурга от 03.07.2008);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290.</w:t>
            </w:r>
          </w:p>
        </w:tc>
        <w:tc>
          <w:tcPr>
            <w:tcW w:w="2880" w:type="dxa"/>
          </w:tcPr>
          <w:p w:rsidR="006F7457" w:rsidRPr="00332DB8" w:rsidRDefault="00332DB8">
            <w:pPr>
              <w:rPr>
                <w:lang w:val="ru-RU"/>
              </w:rPr>
            </w:pPr>
            <w:r w:rsidRPr="00332DB8">
              <w:rPr>
                <w:lang w:val="ru-RU"/>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2880" w:type="dxa"/>
          </w:tcPr>
          <w:p w:rsidR="006F7457" w:rsidRPr="00332DB8" w:rsidRDefault="006F7457">
            <w:pPr>
              <w:rPr>
                <w:lang w:val="ru-RU"/>
              </w:rPr>
            </w:pPr>
          </w:p>
        </w:tc>
      </w:tr>
      <w:tr w:rsidR="006F7457" w:rsidRPr="00A31F1A">
        <w:tc>
          <w:tcPr>
            <w:tcW w:w="2880" w:type="dxa"/>
          </w:tcPr>
          <w:p w:rsidR="006F7457" w:rsidRDefault="00332DB8">
            <w:r>
              <w:t>291.</w:t>
            </w:r>
          </w:p>
        </w:tc>
        <w:tc>
          <w:tcPr>
            <w:tcW w:w="2880" w:type="dxa"/>
          </w:tcPr>
          <w:p w:rsidR="006F7457" w:rsidRPr="00332DB8" w:rsidRDefault="00332DB8">
            <w:pPr>
              <w:rPr>
                <w:lang w:val="ru-RU"/>
              </w:rPr>
            </w:pPr>
            <w:r w:rsidRPr="00332DB8">
              <w:rPr>
                <w:lang w:val="ru-RU"/>
              </w:rPr>
              <w:t xml:space="preserve">Информационные материалы, размещенные Смирновым А.Г. на сайте </w:t>
            </w:r>
            <w:r>
              <w:t>http</w:t>
            </w:r>
            <w:r w:rsidRPr="00332DB8">
              <w:rPr>
                <w:lang w:val="ru-RU"/>
              </w:rPr>
              <w:t>://</w:t>
            </w:r>
            <w:r>
              <w:t>www</w:t>
            </w:r>
            <w:r w:rsidRPr="00332DB8">
              <w:rPr>
                <w:lang w:val="ru-RU"/>
              </w:rPr>
              <w:t>.</w:t>
            </w:r>
            <w:r>
              <w:t>swastika</w:t>
            </w:r>
            <w:r w:rsidRPr="00332DB8">
              <w:rPr>
                <w:lang w:val="ru-RU"/>
              </w:rPr>
              <w:t>.</w:t>
            </w:r>
            <w:r>
              <w:t>ueuo</w:t>
            </w:r>
            <w:r w:rsidRPr="00332DB8">
              <w:rPr>
                <w:lang w:val="ru-RU"/>
              </w:rPr>
              <w:t>.</w:t>
            </w:r>
            <w:r>
              <w:t>com</w:t>
            </w:r>
            <w:r w:rsidRPr="00332DB8">
              <w:rPr>
                <w:lang w:val="ru-RU"/>
              </w:rPr>
              <w:t xml:space="preserve">/; «живой журнал» по адресу </w:t>
            </w:r>
            <w:r>
              <w:t>http</w:t>
            </w:r>
            <w:r w:rsidRPr="00332DB8">
              <w:rPr>
                <w:lang w:val="ru-RU"/>
              </w:rPr>
              <w:t>://</w:t>
            </w:r>
            <w:r>
              <w:t>www</w:t>
            </w:r>
            <w:r w:rsidRPr="00332DB8">
              <w:rPr>
                <w:lang w:val="ru-RU"/>
              </w:rPr>
              <w:t>.</w:t>
            </w:r>
            <w:r>
              <w:t>djsaga</w:t>
            </w:r>
            <w:r w:rsidRPr="00332DB8">
              <w:rPr>
                <w:lang w:val="ru-RU"/>
              </w:rPr>
              <w:t>.</w:t>
            </w:r>
            <w:r>
              <w:t>livejournal</w:t>
            </w:r>
            <w:r w:rsidRPr="00332DB8">
              <w:rPr>
                <w:lang w:val="ru-RU"/>
              </w:rPr>
              <w:t>.</w:t>
            </w:r>
            <w:r>
              <w:t>com</w:t>
            </w:r>
            <w:r w:rsidRPr="00332DB8">
              <w:rPr>
                <w:lang w:val="ru-RU"/>
              </w:rPr>
              <w:t>/, под именем пользователя «</w:t>
            </w:r>
            <w:r>
              <w:t>Aleksander</w:t>
            </w:r>
            <w:r w:rsidRPr="00332DB8">
              <w:rPr>
                <w:lang w:val="ru-RU"/>
              </w:rPr>
              <w:t xml:space="preserve"> </w:t>
            </w:r>
            <w:r>
              <w:t>SMIRNOFF</w:t>
            </w:r>
            <w:r w:rsidRPr="00332DB8">
              <w:rPr>
                <w:lang w:val="ru-RU"/>
              </w:rPr>
              <w:t>» (постановление Бокситогорского городского суда Ленинградской области от 27.08.2008);</w:t>
            </w:r>
          </w:p>
        </w:tc>
        <w:tc>
          <w:tcPr>
            <w:tcW w:w="2880" w:type="dxa"/>
          </w:tcPr>
          <w:p w:rsidR="006F7457" w:rsidRPr="00332DB8" w:rsidRDefault="006F7457">
            <w:pPr>
              <w:rPr>
                <w:lang w:val="ru-RU"/>
              </w:rPr>
            </w:pPr>
          </w:p>
        </w:tc>
      </w:tr>
      <w:tr w:rsidR="006F7457" w:rsidRPr="00DD284B">
        <w:tc>
          <w:tcPr>
            <w:tcW w:w="2880" w:type="dxa"/>
          </w:tcPr>
          <w:p w:rsidR="006F7457" w:rsidRDefault="00332DB8">
            <w:r>
              <w:t>292.</w:t>
            </w:r>
          </w:p>
        </w:tc>
        <w:tc>
          <w:tcPr>
            <w:tcW w:w="2880" w:type="dxa"/>
          </w:tcPr>
          <w:p w:rsidR="006F7457" w:rsidRPr="00332DB8" w:rsidRDefault="00332DB8">
            <w:pPr>
              <w:rPr>
                <w:lang w:val="ru-RU"/>
              </w:rPr>
            </w:pPr>
            <w:r w:rsidRPr="00332DB8">
              <w:rPr>
                <w:lang w:val="ru-RU"/>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2880" w:type="dxa"/>
          </w:tcPr>
          <w:p w:rsidR="006F7457" w:rsidRPr="00332DB8" w:rsidRDefault="006F7457">
            <w:pPr>
              <w:rPr>
                <w:lang w:val="ru-RU"/>
              </w:rPr>
            </w:pPr>
          </w:p>
        </w:tc>
      </w:tr>
      <w:tr w:rsidR="006F7457" w:rsidRPr="00A31F1A">
        <w:tc>
          <w:tcPr>
            <w:tcW w:w="2880" w:type="dxa"/>
          </w:tcPr>
          <w:p w:rsidR="006F7457" w:rsidRDefault="00332DB8">
            <w:r>
              <w:t>293.</w:t>
            </w:r>
          </w:p>
        </w:tc>
        <w:tc>
          <w:tcPr>
            <w:tcW w:w="2880" w:type="dxa"/>
          </w:tcPr>
          <w:p w:rsidR="006F7457" w:rsidRPr="00332DB8" w:rsidRDefault="00332DB8">
            <w:pPr>
              <w:rPr>
                <w:lang w:val="ru-RU"/>
              </w:rPr>
            </w:pPr>
            <w:r w:rsidRPr="00332DB8">
              <w:rPr>
                <w:lang w:val="ru-RU"/>
              </w:rPr>
              <w:t>Журнал «Русская воля» № 10 за февраль 2007 года (решение Самарского районного суда г. Самары от 11.08.2008);</w:t>
            </w:r>
          </w:p>
        </w:tc>
        <w:tc>
          <w:tcPr>
            <w:tcW w:w="2880" w:type="dxa"/>
          </w:tcPr>
          <w:p w:rsidR="006F7457" w:rsidRPr="00332DB8" w:rsidRDefault="006F7457">
            <w:pPr>
              <w:rPr>
                <w:lang w:val="ru-RU"/>
              </w:rPr>
            </w:pPr>
          </w:p>
        </w:tc>
      </w:tr>
      <w:tr w:rsidR="006F7457" w:rsidRPr="00A31F1A">
        <w:tc>
          <w:tcPr>
            <w:tcW w:w="2880" w:type="dxa"/>
          </w:tcPr>
          <w:p w:rsidR="006F7457" w:rsidRDefault="00332DB8">
            <w:r>
              <w:t>294.</w:t>
            </w:r>
          </w:p>
        </w:tc>
        <w:tc>
          <w:tcPr>
            <w:tcW w:w="2880" w:type="dxa"/>
          </w:tcPr>
          <w:p w:rsidR="006F7457" w:rsidRPr="00332DB8" w:rsidRDefault="00332DB8">
            <w:pPr>
              <w:rPr>
                <w:lang w:val="ru-RU"/>
              </w:rPr>
            </w:pPr>
            <w:r w:rsidRPr="00332DB8">
              <w:rPr>
                <w:lang w:val="ru-RU"/>
              </w:rPr>
              <w:t>Статья «Время героев», опубликованная в журнале «Русская воля» № 10 за февраль 2007 года (решение Самарского районного суда г. Самары от 11.08.2008);</w:t>
            </w:r>
          </w:p>
        </w:tc>
        <w:tc>
          <w:tcPr>
            <w:tcW w:w="2880" w:type="dxa"/>
          </w:tcPr>
          <w:p w:rsidR="006F7457" w:rsidRPr="00332DB8" w:rsidRDefault="006F7457">
            <w:pPr>
              <w:rPr>
                <w:lang w:val="ru-RU"/>
              </w:rPr>
            </w:pPr>
          </w:p>
        </w:tc>
      </w:tr>
      <w:tr w:rsidR="006F7457" w:rsidRPr="00A31F1A">
        <w:tc>
          <w:tcPr>
            <w:tcW w:w="2880" w:type="dxa"/>
          </w:tcPr>
          <w:p w:rsidR="006F7457" w:rsidRDefault="00332DB8">
            <w:r>
              <w:t>295.</w:t>
            </w:r>
          </w:p>
        </w:tc>
        <w:tc>
          <w:tcPr>
            <w:tcW w:w="2880" w:type="dxa"/>
          </w:tcPr>
          <w:p w:rsidR="006F7457" w:rsidRPr="00332DB8" w:rsidRDefault="00332DB8">
            <w:pPr>
              <w:rPr>
                <w:lang w:val="ru-RU"/>
              </w:rPr>
            </w:pPr>
            <w:r w:rsidRPr="00332DB8">
              <w:rPr>
                <w:lang w:val="ru-RU"/>
              </w:rPr>
              <w:t xml:space="preserve">Текст брошюры РУССКИЙ КУЛЬТУРНЫЙ ПРОЕКТ «РУСЬ РОДОСЛОВНАЯ» на 16 листах формата А5, опубликованный на сайте </w:t>
            </w:r>
            <w:r>
              <w:t>http</w:t>
            </w:r>
            <w:r w:rsidRPr="00332DB8">
              <w:rPr>
                <w:lang w:val="ru-RU"/>
              </w:rPr>
              <w:t>:/</w:t>
            </w:r>
            <w:r>
              <w:t>rus</w:t>
            </w:r>
            <w:r w:rsidRPr="00332DB8">
              <w:rPr>
                <w:lang w:val="ru-RU"/>
              </w:rPr>
              <w:t>-</w:t>
            </w:r>
            <w:r>
              <w:t>sobor</w:t>
            </w:r>
            <w:r w:rsidRPr="00332DB8">
              <w:rPr>
                <w:lang w:val="ru-RU"/>
              </w:rPr>
              <w:t>.</w:t>
            </w:r>
            <w:r>
              <w:t>narod</w:t>
            </w:r>
            <w:r w:rsidRPr="00332DB8">
              <w:rPr>
                <w:lang w:val="ru-RU"/>
              </w:rPr>
              <w:t>.</w:t>
            </w:r>
            <w:r>
              <w:t>ru</w:t>
            </w:r>
            <w:r w:rsidRPr="00332DB8">
              <w:rPr>
                <w:lang w:val="ru-RU"/>
              </w:rPr>
              <w:t>/ (решение Майминского районного суда Республики Алтай от 16.05.2008 и определение Майминского районного суда Республики Алтай от 17.10.2008);</w:t>
            </w:r>
          </w:p>
        </w:tc>
        <w:tc>
          <w:tcPr>
            <w:tcW w:w="2880" w:type="dxa"/>
          </w:tcPr>
          <w:p w:rsidR="006F7457" w:rsidRPr="00332DB8" w:rsidRDefault="006F7457">
            <w:pPr>
              <w:rPr>
                <w:lang w:val="ru-RU"/>
              </w:rPr>
            </w:pPr>
          </w:p>
        </w:tc>
      </w:tr>
      <w:tr w:rsidR="006F7457" w:rsidRPr="00A31F1A">
        <w:tc>
          <w:tcPr>
            <w:tcW w:w="2880" w:type="dxa"/>
          </w:tcPr>
          <w:p w:rsidR="006F7457" w:rsidRDefault="00332DB8">
            <w:r>
              <w:t>29</w:t>
            </w:r>
            <w:r>
              <w:lastRenderedPageBreak/>
              <w:t>6.</w:t>
            </w:r>
          </w:p>
        </w:tc>
        <w:tc>
          <w:tcPr>
            <w:tcW w:w="2880" w:type="dxa"/>
          </w:tcPr>
          <w:p w:rsidR="006F7457" w:rsidRPr="00332DB8" w:rsidRDefault="00332DB8">
            <w:pPr>
              <w:rPr>
                <w:lang w:val="ru-RU"/>
              </w:rPr>
            </w:pPr>
            <w:r w:rsidRPr="00332DB8">
              <w:rPr>
                <w:lang w:val="ru-RU"/>
              </w:rPr>
              <w:lastRenderedPageBreak/>
              <w:t xml:space="preserve">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w:t>
            </w:r>
            <w:r w:rsidRPr="00332DB8">
              <w:rPr>
                <w:lang w:val="ru-RU"/>
              </w:rPr>
              <w:lastRenderedPageBreak/>
              <w:t>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297.</w:t>
            </w:r>
          </w:p>
        </w:tc>
        <w:tc>
          <w:tcPr>
            <w:tcW w:w="2880" w:type="dxa"/>
          </w:tcPr>
          <w:p w:rsidR="006F7457" w:rsidRPr="00332DB8" w:rsidRDefault="00332DB8">
            <w:pPr>
              <w:rPr>
                <w:lang w:val="ru-RU"/>
              </w:rPr>
            </w:pPr>
            <w:r w:rsidRPr="00332DB8">
              <w:rPr>
                <w:lang w:val="ru-RU"/>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rsidR="006F7457" w:rsidRPr="00332DB8" w:rsidRDefault="006F7457">
            <w:pPr>
              <w:rPr>
                <w:lang w:val="ru-RU"/>
              </w:rPr>
            </w:pPr>
          </w:p>
        </w:tc>
      </w:tr>
      <w:tr w:rsidR="006F7457" w:rsidRPr="00A31F1A">
        <w:tc>
          <w:tcPr>
            <w:tcW w:w="2880" w:type="dxa"/>
          </w:tcPr>
          <w:p w:rsidR="006F7457" w:rsidRDefault="00332DB8">
            <w:r>
              <w:t>298.</w:t>
            </w:r>
          </w:p>
        </w:tc>
        <w:tc>
          <w:tcPr>
            <w:tcW w:w="2880" w:type="dxa"/>
          </w:tcPr>
          <w:p w:rsidR="006F7457" w:rsidRPr="00332DB8" w:rsidRDefault="00332DB8">
            <w:pPr>
              <w:rPr>
                <w:lang w:val="ru-RU"/>
              </w:rPr>
            </w:pPr>
            <w:r w:rsidRPr="00332DB8">
              <w:rPr>
                <w:lang w:val="ru-RU"/>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rsidR="006F7457" w:rsidRPr="00332DB8" w:rsidRDefault="006F7457">
            <w:pPr>
              <w:rPr>
                <w:lang w:val="ru-RU"/>
              </w:rPr>
            </w:pPr>
          </w:p>
        </w:tc>
      </w:tr>
      <w:tr w:rsidR="006F7457" w:rsidRPr="00A31F1A">
        <w:tc>
          <w:tcPr>
            <w:tcW w:w="2880" w:type="dxa"/>
          </w:tcPr>
          <w:p w:rsidR="006F7457" w:rsidRDefault="00332DB8">
            <w:r>
              <w:t>299.</w:t>
            </w:r>
          </w:p>
        </w:tc>
        <w:tc>
          <w:tcPr>
            <w:tcW w:w="2880" w:type="dxa"/>
          </w:tcPr>
          <w:p w:rsidR="006F7457" w:rsidRPr="00332DB8" w:rsidRDefault="00332DB8">
            <w:pPr>
              <w:rPr>
                <w:lang w:val="ru-RU"/>
              </w:rPr>
            </w:pPr>
            <w:r w:rsidRPr="00332DB8">
              <w:rPr>
                <w:lang w:val="ru-RU"/>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rsidR="006F7457" w:rsidRPr="00332DB8" w:rsidRDefault="006F7457">
            <w:pPr>
              <w:rPr>
                <w:lang w:val="ru-RU"/>
              </w:rPr>
            </w:pPr>
          </w:p>
        </w:tc>
      </w:tr>
      <w:tr w:rsidR="006F7457">
        <w:tc>
          <w:tcPr>
            <w:tcW w:w="2880" w:type="dxa"/>
          </w:tcPr>
          <w:p w:rsidR="006F7457" w:rsidRDefault="00332DB8">
            <w:r>
              <w:t>300.</w:t>
            </w:r>
          </w:p>
        </w:tc>
        <w:tc>
          <w:tcPr>
            <w:tcW w:w="2880" w:type="dxa"/>
          </w:tcPr>
          <w:p w:rsidR="006F7457" w:rsidRDefault="00332DB8">
            <w: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c>
          <w:tcPr>
            <w:tcW w:w="2880" w:type="dxa"/>
          </w:tcPr>
          <w:p w:rsidR="006F7457" w:rsidRDefault="006F7457"/>
        </w:tc>
      </w:tr>
      <w:tr w:rsidR="006F7457">
        <w:tc>
          <w:tcPr>
            <w:tcW w:w="2880" w:type="dxa"/>
          </w:tcPr>
          <w:p w:rsidR="006F7457" w:rsidRDefault="00332DB8">
            <w:r>
              <w:t>301.</w:t>
            </w:r>
          </w:p>
        </w:tc>
        <w:tc>
          <w:tcPr>
            <w:tcW w:w="2880" w:type="dxa"/>
          </w:tcPr>
          <w:p w:rsidR="006F7457" w:rsidRDefault="00332DB8">
            <w:r w:rsidRPr="00332DB8">
              <w:rPr>
                <w:lang w:val="ru-RU"/>
              </w:rPr>
              <w:t xml:space="preserve">Видеофайл “присел испражниться”, размещенный по адресу: </w:t>
            </w:r>
            <w:r>
              <w:t>ftp</w:t>
            </w:r>
            <w:r w:rsidRPr="00332DB8">
              <w:rPr>
                <w:lang w:val="ru-RU"/>
              </w:rPr>
              <w:t xml:space="preserve"> // </w:t>
            </w:r>
            <w:r>
              <w:t>ftp</w:t>
            </w:r>
            <w:r w:rsidRPr="00332DB8">
              <w:rPr>
                <w:lang w:val="ru-RU"/>
              </w:rPr>
              <w:t xml:space="preserve">.5 </w:t>
            </w:r>
            <w:r>
              <w:t>natm</w:t>
            </w:r>
            <w:r w:rsidRPr="00332DB8">
              <w:rPr>
                <w:lang w:val="ru-RU"/>
              </w:rPr>
              <w:t xml:space="preserve"> </w:t>
            </w:r>
            <w:r>
              <w:t>ru</w:t>
            </w:r>
            <w:r w:rsidRPr="00332DB8">
              <w:rPr>
                <w:lang w:val="ru-RU"/>
              </w:rPr>
              <w:t xml:space="preserve"> /</w:t>
            </w:r>
            <w:r>
              <w:t>incoming</w:t>
            </w:r>
            <w:r w:rsidRPr="00332DB8">
              <w:rPr>
                <w:lang w:val="ru-RU"/>
              </w:rPr>
              <w:t>/</w:t>
            </w:r>
            <w:r>
              <w:t>video</w:t>
            </w:r>
            <w:r w:rsidRPr="00332DB8">
              <w:rPr>
                <w:lang w:val="ru-RU"/>
              </w:rPr>
              <w:t xml:space="preserve"> – СКИНЬТЕ СКИНОВСКОЕ ВИДЕО !!!!!! </w:t>
            </w:r>
            <w:r>
              <w:t>(решение Новгородского городского суда Новгородской области от 15.10.2008).</w:t>
            </w:r>
          </w:p>
        </w:tc>
        <w:tc>
          <w:tcPr>
            <w:tcW w:w="2880" w:type="dxa"/>
          </w:tcPr>
          <w:p w:rsidR="006F7457" w:rsidRDefault="006F7457"/>
        </w:tc>
      </w:tr>
      <w:tr w:rsidR="006F7457" w:rsidRPr="00A31F1A">
        <w:tc>
          <w:tcPr>
            <w:tcW w:w="2880" w:type="dxa"/>
          </w:tcPr>
          <w:p w:rsidR="006F7457" w:rsidRDefault="00332DB8">
            <w:r>
              <w:lastRenderedPageBreak/>
              <w:t>302.</w:t>
            </w:r>
          </w:p>
        </w:tc>
        <w:tc>
          <w:tcPr>
            <w:tcW w:w="2880" w:type="dxa"/>
          </w:tcPr>
          <w:p w:rsidR="006F7457" w:rsidRPr="00332DB8" w:rsidRDefault="00332DB8">
            <w:pPr>
              <w:rPr>
                <w:lang w:val="ru-RU"/>
              </w:rPr>
            </w:pPr>
            <w:r w:rsidRPr="00332DB8">
              <w:rPr>
                <w:lang w:val="ru-RU"/>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2880" w:type="dxa"/>
          </w:tcPr>
          <w:p w:rsidR="006F7457" w:rsidRPr="00332DB8" w:rsidRDefault="006F7457">
            <w:pPr>
              <w:rPr>
                <w:lang w:val="ru-RU"/>
              </w:rPr>
            </w:pPr>
          </w:p>
        </w:tc>
      </w:tr>
      <w:tr w:rsidR="006F7457" w:rsidRPr="00A31F1A">
        <w:tc>
          <w:tcPr>
            <w:tcW w:w="2880" w:type="dxa"/>
          </w:tcPr>
          <w:p w:rsidR="006F7457" w:rsidRDefault="00332DB8">
            <w:r>
              <w:t>303.</w:t>
            </w:r>
          </w:p>
        </w:tc>
        <w:tc>
          <w:tcPr>
            <w:tcW w:w="2880" w:type="dxa"/>
          </w:tcPr>
          <w:p w:rsidR="006F7457" w:rsidRPr="00332DB8" w:rsidRDefault="00332DB8">
            <w:pPr>
              <w:rPr>
                <w:lang w:val="ru-RU"/>
              </w:rPr>
            </w:pPr>
            <w:r w:rsidRPr="00332DB8">
              <w:rPr>
                <w:lang w:val="ru-RU"/>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2880" w:type="dxa"/>
          </w:tcPr>
          <w:p w:rsidR="006F7457" w:rsidRPr="00332DB8" w:rsidRDefault="006F7457">
            <w:pPr>
              <w:rPr>
                <w:lang w:val="ru-RU"/>
              </w:rPr>
            </w:pPr>
          </w:p>
        </w:tc>
      </w:tr>
      <w:tr w:rsidR="006F7457" w:rsidRPr="00A31F1A">
        <w:tc>
          <w:tcPr>
            <w:tcW w:w="2880" w:type="dxa"/>
          </w:tcPr>
          <w:p w:rsidR="006F7457" w:rsidRDefault="00332DB8">
            <w:r>
              <w:t>304.</w:t>
            </w:r>
          </w:p>
        </w:tc>
        <w:tc>
          <w:tcPr>
            <w:tcW w:w="2880" w:type="dxa"/>
          </w:tcPr>
          <w:p w:rsidR="006F7457" w:rsidRPr="00332DB8" w:rsidRDefault="00332DB8">
            <w:pPr>
              <w:rPr>
                <w:lang w:val="ru-RU"/>
              </w:rPr>
            </w:pPr>
            <w:r w:rsidRPr="00332DB8">
              <w:rPr>
                <w:lang w:val="ru-RU"/>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2880" w:type="dxa"/>
          </w:tcPr>
          <w:p w:rsidR="006F7457" w:rsidRPr="00332DB8" w:rsidRDefault="006F7457">
            <w:pPr>
              <w:rPr>
                <w:lang w:val="ru-RU"/>
              </w:rPr>
            </w:pPr>
          </w:p>
        </w:tc>
      </w:tr>
      <w:tr w:rsidR="006F7457" w:rsidRPr="00A31F1A">
        <w:tc>
          <w:tcPr>
            <w:tcW w:w="2880" w:type="dxa"/>
          </w:tcPr>
          <w:p w:rsidR="006F7457" w:rsidRDefault="00332DB8">
            <w:r>
              <w:t>305.</w:t>
            </w:r>
          </w:p>
        </w:tc>
        <w:tc>
          <w:tcPr>
            <w:tcW w:w="2880" w:type="dxa"/>
          </w:tcPr>
          <w:p w:rsidR="006F7457" w:rsidRPr="00332DB8" w:rsidRDefault="00332DB8">
            <w:pPr>
              <w:rPr>
                <w:lang w:val="ru-RU"/>
              </w:rPr>
            </w:pPr>
            <w:r w:rsidRPr="00332DB8">
              <w:rPr>
                <w:lang w:val="ru-RU"/>
              </w:rPr>
              <w:t>Статья «Кадило сатаны», опубликованная в газете «Любимый Новосибирск № 31, июль 2007 г. (решение Ленинского районного суда г. Новосибирска от 19.08.2008).</w:t>
            </w:r>
          </w:p>
        </w:tc>
        <w:tc>
          <w:tcPr>
            <w:tcW w:w="2880" w:type="dxa"/>
          </w:tcPr>
          <w:p w:rsidR="006F7457" w:rsidRPr="00332DB8" w:rsidRDefault="006F7457">
            <w:pPr>
              <w:rPr>
                <w:lang w:val="ru-RU"/>
              </w:rPr>
            </w:pPr>
          </w:p>
        </w:tc>
      </w:tr>
      <w:tr w:rsidR="006F7457" w:rsidRPr="00A31F1A">
        <w:tc>
          <w:tcPr>
            <w:tcW w:w="2880" w:type="dxa"/>
          </w:tcPr>
          <w:p w:rsidR="006F7457" w:rsidRDefault="00332DB8">
            <w:r>
              <w:t>306.</w:t>
            </w:r>
          </w:p>
        </w:tc>
        <w:tc>
          <w:tcPr>
            <w:tcW w:w="2880" w:type="dxa"/>
          </w:tcPr>
          <w:p w:rsidR="006F7457" w:rsidRPr="00332DB8" w:rsidRDefault="00332DB8">
            <w:pPr>
              <w:rPr>
                <w:lang w:val="ru-RU"/>
              </w:rPr>
            </w:pPr>
            <w:r w:rsidRPr="00332DB8">
              <w:rPr>
                <w:lang w:val="ru-RU"/>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2880" w:type="dxa"/>
          </w:tcPr>
          <w:p w:rsidR="006F7457" w:rsidRPr="00332DB8" w:rsidRDefault="006F7457">
            <w:pPr>
              <w:rPr>
                <w:lang w:val="ru-RU"/>
              </w:rPr>
            </w:pPr>
          </w:p>
        </w:tc>
      </w:tr>
      <w:tr w:rsidR="006F7457" w:rsidRPr="00A31F1A">
        <w:tc>
          <w:tcPr>
            <w:tcW w:w="2880" w:type="dxa"/>
          </w:tcPr>
          <w:p w:rsidR="006F7457" w:rsidRDefault="00332DB8">
            <w:r>
              <w:t>307.</w:t>
            </w:r>
          </w:p>
        </w:tc>
        <w:tc>
          <w:tcPr>
            <w:tcW w:w="2880" w:type="dxa"/>
          </w:tcPr>
          <w:p w:rsidR="006F7457" w:rsidRPr="00332DB8" w:rsidRDefault="00332DB8">
            <w:pPr>
              <w:rPr>
                <w:lang w:val="ru-RU"/>
              </w:rPr>
            </w:pPr>
            <w:r w:rsidRPr="00332DB8">
              <w:rPr>
                <w:lang w:val="ru-RU"/>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2880" w:type="dxa"/>
          </w:tcPr>
          <w:p w:rsidR="006F7457" w:rsidRPr="00332DB8" w:rsidRDefault="006F7457">
            <w:pPr>
              <w:rPr>
                <w:lang w:val="ru-RU"/>
              </w:rPr>
            </w:pPr>
          </w:p>
        </w:tc>
      </w:tr>
      <w:tr w:rsidR="006F7457" w:rsidRPr="00A31F1A">
        <w:tc>
          <w:tcPr>
            <w:tcW w:w="2880" w:type="dxa"/>
          </w:tcPr>
          <w:p w:rsidR="006F7457" w:rsidRDefault="00332DB8">
            <w:r>
              <w:t>308.</w:t>
            </w:r>
          </w:p>
        </w:tc>
        <w:tc>
          <w:tcPr>
            <w:tcW w:w="2880" w:type="dxa"/>
          </w:tcPr>
          <w:p w:rsidR="006F7457" w:rsidRPr="00332DB8" w:rsidRDefault="00332DB8">
            <w:pPr>
              <w:rPr>
                <w:lang w:val="ru-RU"/>
              </w:rPr>
            </w:pPr>
            <w:r w:rsidRPr="00332DB8">
              <w:rPr>
                <w:lang w:val="ru-RU"/>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309.</w:t>
            </w:r>
          </w:p>
        </w:tc>
        <w:tc>
          <w:tcPr>
            <w:tcW w:w="2880" w:type="dxa"/>
          </w:tcPr>
          <w:p w:rsidR="006F7457" w:rsidRPr="00332DB8" w:rsidRDefault="00332DB8">
            <w:pPr>
              <w:rPr>
                <w:lang w:val="ru-RU"/>
              </w:rPr>
            </w:pPr>
            <w:r w:rsidRPr="00332DB8">
              <w:rPr>
                <w:lang w:val="ru-RU"/>
              </w:rPr>
              <w:t>Печатное издание - брошюра «Изменение порочной реальности - фард для мусульман» (решение Ленинского районного суда г. Уфы от 31.10.2008).</w:t>
            </w:r>
          </w:p>
        </w:tc>
        <w:tc>
          <w:tcPr>
            <w:tcW w:w="2880" w:type="dxa"/>
          </w:tcPr>
          <w:p w:rsidR="006F7457" w:rsidRPr="00332DB8" w:rsidRDefault="006F7457">
            <w:pPr>
              <w:rPr>
                <w:lang w:val="ru-RU"/>
              </w:rPr>
            </w:pPr>
          </w:p>
        </w:tc>
      </w:tr>
      <w:tr w:rsidR="006F7457">
        <w:tc>
          <w:tcPr>
            <w:tcW w:w="2880" w:type="dxa"/>
          </w:tcPr>
          <w:p w:rsidR="006F7457" w:rsidRDefault="00332DB8">
            <w:r>
              <w:t>310.</w:t>
            </w:r>
          </w:p>
        </w:tc>
        <w:tc>
          <w:tcPr>
            <w:tcW w:w="2880" w:type="dxa"/>
          </w:tcPr>
          <w:p w:rsidR="006F7457" w:rsidRDefault="00332DB8">
            <w:r w:rsidRPr="00332DB8">
              <w:rPr>
                <w:lang w:val="ru-RU"/>
              </w:rPr>
              <w:t xml:space="preserve">Печатное издание - брошюра «Основной проблемой мусульман всего мира…» </w:t>
            </w:r>
            <w:r>
              <w:t>(решение Ленинского районного суда г. Уфы от 31.10.2008).</w:t>
            </w:r>
          </w:p>
        </w:tc>
        <w:tc>
          <w:tcPr>
            <w:tcW w:w="2880" w:type="dxa"/>
          </w:tcPr>
          <w:p w:rsidR="006F7457" w:rsidRDefault="006F7457"/>
        </w:tc>
      </w:tr>
      <w:tr w:rsidR="006F7457" w:rsidRPr="00A31F1A">
        <w:tc>
          <w:tcPr>
            <w:tcW w:w="2880" w:type="dxa"/>
          </w:tcPr>
          <w:p w:rsidR="006F7457" w:rsidRDefault="00332DB8">
            <w:r>
              <w:t>311.</w:t>
            </w:r>
          </w:p>
        </w:tc>
        <w:tc>
          <w:tcPr>
            <w:tcW w:w="2880" w:type="dxa"/>
          </w:tcPr>
          <w:p w:rsidR="006F7457" w:rsidRPr="00332DB8" w:rsidRDefault="00332DB8">
            <w:pPr>
              <w:rPr>
                <w:lang w:val="ru-RU"/>
              </w:rPr>
            </w:pPr>
            <w:r w:rsidRPr="00332DB8">
              <w:rPr>
                <w:lang w:val="ru-RU"/>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2880" w:type="dxa"/>
          </w:tcPr>
          <w:p w:rsidR="006F7457" w:rsidRPr="00332DB8" w:rsidRDefault="006F7457">
            <w:pPr>
              <w:rPr>
                <w:lang w:val="ru-RU"/>
              </w:rPr>
            </w:pPr>
          </w:p>
        </w:tc>
      </w:tr>
      <w:tr w:rsidR="006F7457" w:rsidRPr="00A31F1A">
        <w:tc>
          <w:tcPr>
            <w:tcW w:w="2880" w:type="dxa"/>
          </w:tcPr>
          <w:p w:rsidR="006F7457" w:rsidRDefault="00332DB8">
            <w:r>
              <w:t>312.</w:t>
            </w:r>
          </w:p>
        </w:tc>
        <w:tc>
          <w:tcPr>
            <w:tcW w:w="2880" w:type="dxa"/>
          </w:tcPr>
          <w:p w:rsidR="006F7457" w:rsidRPr="00332DB8" w:rsidRDefault="00332DB8">
            <w:pPr>
              <w:rPr>
                <w:lang w:val="ru-RU"/>
              </w:rPr>
            </w:pPr>
            <w:r w:rsidRPr="00332DB8">
              <w:rPr>
                <w:lang w:val="ru-RU"/>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2880" w:type="dxa"/>
          </w:tcPr>
          <w:p w:rsidR="006F7457" w:rsidRPr="00332DB8" w:rsidRDefault="006F7457">
            <w:pPr>
              <w:rPr>
                <w:lang w:val="ru-RU"/>
              </w:rPr>
            </w:pPr>
          </w:p>
        </w:tc>
      </w:tr>
      <w:tr w:rsidR="006F7457" w:rsidRPr="00A31F1A">
        <w:tc>
          <w:tcPr>
            <w:tcW w:w="2880" w:type="dxa"/>
          </w:tcPr>
          <w:p w:rsidR="006F7457" w:rsidRDefault="00332DB8">
            <w:r>
              <w:t>313.</w:t>
            </w:r>
          </w:p>
        </w:tc>
        <w:tc>
          <w:tcPr>
            <w:tcW w:w="2880" w:type="dxa"/>
          </w:tcPr>
          <w:p w:rsidR="006F7457" w:rsidRPr="00332DB8" w:rsidRDefault="00332DB8">
            <w:pPr>
              <w:rPr>
                <w:lang w:val="ru-RU"/>
              </w:rPr>
            </w:pPr>
            <w:r w:rsidRPr="00332DB8">
              <w:rPr>
                <w:lang w:val="ru-RU"/>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c>
          <w:tcPr>
            <w:tcW w:w="2880" w:type="dxa"/>
          </w:tcPr>
          <w:p w:rsidR="006F7457" w:rsidRPr="00332DB8" w:rsidRDefault="006F7457">
            <w:pPr>
              <w:rPr>
                <w:lang w:val="ru-RU"/>
              </w:rPr>
            </w:pPr>
          </w:p>
        </w:tc>
      </w:tr>
      <w:tr w:rsidR="006F7457" w:rsidRPr="00A31F1A">
        <w:tc>
          <w:tcPr>
            <w:tcW w:w="2880" w:type="dxa"/>
          </w:tcPr>
          <w:p w:rsidR="006F7457" w:rsidRDefault="00332DB8">
            <w:r>
              <w:t>314.</w:t>
            </w:r>
          </w:p>
        </w:tc>
        <w:tc>
          <w:tcPr>
            <w:tcW w:w="2880" w:type="dxa"/>
          </w:tcPr>
          <w:p w:rsidR="006F7457" w:rsidRPr="00332DB8" w:rsidRDefault="00332DB8">
            <w:pPr>
              <w:rPr>
                <w:lang w:val="ru-RU"/>
              </w:rPr>
            </w:pPr>
            <w:r w:rsidRPr="00332DB8">
              <w:rPr>
                <w:lang w:val="ru-RU"/>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2880" w:type="dxa"/>
          </w:tcPr>
          <w:p w:rsidR="006F7457" w:rsidRPr="00332DB8" w:rsidRDefault="006F7457">
            <w:pPr>
              <w:rPr>
                <w:lang w:val="ru-RU"/>
              </w:rPr>
            </w:pPr>
          </w:p>
        </w:tc>
      </w:tr>
      <w:tr w:rsidR="006F7457" w:rsidRPr="00DD284B">
        <w:tc>
          <w:tcPr>
            <w:tcW w:w="2880" w:type="dxa"/>
          </w:tcPr>
          <w:p w:rsidR="006F7457" w:rsidRDefault="00332DB8">
            <w:r>
              <w:t>315.</w:t>
            </w:r>
          </w:p>
        </w:tc>
        <w:tc>
          <w:tcPr>
            <w:tcW w:w="2880" w:type="dxa"/>
          </w:tcPr>
          <w:p w:rsidR="006F7457" w:rsidRPr="00332DB8" w:rsidRDefault="00332DB8">
            <w:pPr>
              <w:rPr>
                <w:lang w:val="ru-RU"/>
              </w:rPr>
            </w:pPr>
            <w:r w:rsidRPr="00332DB8">
              <w:rPr>
                <w:lang w:val="ru-RU"/>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316.</w:t>
            </w:r>
          </w:p>
        </w:tc>
        <w:tc>
          <w:tcPr>
            <w:tcW w:w="2880" w:type="dxa"/>
          </w:tcPr>
          <w:p w:rsidR="006F7457" w:rsidRPr="00332DB8" w:rsidRDefault="00332DB8">
            <w:pPr>
              <w:rPr>
                <w:lang w:val="ru-RU"/>
              </w:rPr>
            </w:pPr>
            <w:r w:rsidRPr="00332DB8">
              <w:rPr>
                <w:lang w:val="ru-RU"/>
              </w:rPr>
              <w:t>Еженедельник Асеева Виссариона Владимировича «Люди Беслана» № 1 (решение Правобережного районного суда РСО-Алания от 06.08.2008).</w:t>
            </w:r>
          </w:p>
        </w:tc>
        <w:tc>
          <w:tcPr>
            <w:tcW w:w="2880" w:type="dxa"/>
          </w:tcPr>
          <w:p w:rsidR="006F7457" w:rsidRPr="00332DB8" w:rsidRDefault="006F7457">
            <w:pPr>
              <w:rPr>
                <w:lang w:val="ru-RU"/>
              </w:rPr>
            </w:pPr>
          </w:p>
        </w:tc>
      </w:tr>
      <w:tr w:rsidR="006F7457" w:rsidRPr="00A31F1A">
        <w:tc>
          <w:tcPr>
            <w:tcW w:w="2880" w:type="dxa"/>
          </w:tcPr>
          <w:p w:rsidR="006F7457" w:rsidRDefault="00332DB8">
            <w:r>
              <w:t>317.</w:t>
            </w:r>
          </w:p>
        </w:tc>
        <w:tc>
          <w:tcPr>
            <w:tcW w:w="2880" w:type="dxa"/>
          </w:tcPr>
          <w:p w:rsidR="006F7457" w:rsidRPr="00332DB8" w:rsidRDefault="00332DB8">
            <w:pPr>
              <w:rPr>
                <w:lang w:val="ru-RU"/>
              </w:rPr>
            </w:pPr>
            <w:r w:rsidRPr="00332DB8">
              <w:rPr>
                <w:lang w:val="ru-RU"/>
              </w:rPr>
              <w:t>Статья «революция неизбежна», опубликованная в выпуске № 8 (340) за 2007 г. газеты «Гласность» (решение Самарского районного суд г. Самары от 21.10.2008).</w:t>
            </w:r>
          </w:p>
        </w:tc>
        <w:tc>
          <w:tcPr>
            <w:tcW w:w="2880" w:type="dxa"/>
          </w:tcPr>
          <w:p w:rsidR="006F7457" w:rsidRPr="00332DB8" w:rsidRDefault="006F7457">
            <w:pPr>
              <w:rPr>
                <w:lang w:val="ru-RU"/>
              </w:rPr>
            </w:pPr>
          </w:p>
        </w:tc>
      </w:tr>
      <w:tr w:rsidR="006F7457" w:rsidRPr="00A31F1A">
        <w:tc>
          <w:tcPr>
            <w:tcW w:w="2880" w:type="dxa"/>
          </w:tcPr>
          <w:p w:rsidR="006F7457" w:rsidRDefault="00332DB8">
            <w:r>
              <w:t>318.</w:t>
            </w:r>
          </w:p>
        </w:tc>
        <w:tc>
          <w:tcPr>
            <w:tcW w:w="2880" w:type="dxa"/>
          </w:tcPr>
          <w:p w:rsidR="006F7457" w:rsidRPr="00332DB8" w:rsidRDefault="00332DB8">
            <w:pPr>
              <w:rPr>
                <w:lang w:val="ru-RU"/>
              </w:rPr>
            </w:pPr>
            <w:r w:rsidRPr="00332DB8">
              <w:rPr>
                <w:lang w:val="ru-RU"/>
              </w:rPr>
              <w:t>Видеоролик «Видеовестник русской молодежи», размещенный пользователем под именем «</w:t>
            </w:r>
            <w:r>
              <w:t>STRAIKER</w:t>
            </w:r>
            <w:r w:rsidRPr="00332DB8">
              <w:rPr>
                <w:lang w:val="ru-RU"/>
              </w:rPr>
              <w:t>»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2880" w:type="dxa"/>
          </w:tcPr>
          <w:p w:rsidR="006F7457" w:rsidRPr="00332DB8" w:rsidRDefault="006F7457">
            <w:pPr>
              <w:rPr>
                <w:lang w:val="ru-RU"/>
              </w:rPr>
            </w:pPr>
          </w:p>
        </w:tc>
      </w:tr>
      <w:tr w:rsidR="006F7457" w:rsidRPr="00DD284B">
        <w:tc>
          <w:tcPr>
            <w:tcW w:w="2880" w:type="dxa"/>
          </w:tcPr>
          <w:p w:rsidR="006F7457" w:rsidRDefault="00332DB8">
            <w:r>
              <w:t>319.</w:t>
            </w:r>
          </w:p>
        </w:tc>
        <w:tc>
          <w:tcPr>
            <w:tcW w:w="2880" w:type="dxa"/>
          </w:tcPr>
          <w:p w:rsidR="006F7457" w:rsidRPr="00332DB8" w:rsidRDefault="00332DB8">
            <w:pPr>
              <w:rPr>
                <w:lang w:val="ru-RU"/>
              </w:rPr>
            </w:pPr>
            <w:r w:rsidRPr="00332DB8">
              <w:rPr>
                <w:lang w:val="ru-RU"/>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c>
          <w:tcPr>
            <w:tcW w:w="2880" w:type="dxa"/>
          </w:tcPr>
          <w:p w:rsidR="006F7457" w:rsidRPr="00332DB8" w:rsidRDefault="006F7457">
            <w:pPr>
              <w:rPr>
                <w:lang w:val="ru-RU"/>
              </w:rPr>
            </w:pPr>
          </w:p>
        </w:tc>
      </w:tr>
      <w:tr w:rsidR="006F7457" w:rsidRPr="00DD284B">
        <w:tc>
          <w:tcPr>
            <w:tcW w:w="2880" w:type="dxa"/>
          </w:tcPr>
          <w:p w:rsidR="006F7457" w:rsidRDefault="00332DB8">
            <w:r>
              <w:t>320.</w:t>
            </w:r>
          </w:p>
        </w:tc>
        <w:tc>
          <w:tcPr>
            <w:tcW w:w="2880" w:type="dxa"/>
          </w:tcPr>
          <w:p w:rsidR="006F7457" w:rsidRPr="00332DB8" w:rsidRDefault="00332DB8">
            <w:pPr>
              <w:rPr>
                <w:lang w:val="ru-RU"/>
              </w:rPr>
            </w:pPr>
            <w:r w:rsidRPr="00332DB8">
              <w:rPr>
                <w:lang w:val="ru-RU"/>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2880" w:type="dxa"/>
          </w:tcPr>
          <w:p w:rsidR="006F7457" w:rsidRPr="00332DB8" w:rsidRDefault="006F7457">
            <w:pPr>
              <w:rPr>
                <w:lang w:val="ru-RU"/>
              </w:rPr>
            </w:pPr>
          </w:p>
        </w:tc>
      </w:tr>
      <w:tr w:rsidR="006F7457" w:rsidRPr="00A31F1A">
        <w:tc>
          <w:tcPr>
            <w:tcW w:w="2880" w:type="dxa"/>
          </w:tcPr>
          <w:p w:rsidR="006F7457" w:rsidRDefault="00332DB8">
            <w:r>
              <w:t>321.</w:t>
            </w:r>
          </w:p>
        </w:tc>
        <w:tc>
          <w:tcPr>
            <w:tcW w:w="2880" w:type="dxa"/>
          </w:tcPr>
          <w:p w:rsidR="006F7457" w:rsidRPr="00332DB8" w:rsidRDefault="00332DB8">
            <w:pPr>
              <w:rPr>
                <w:lang w:val="ru-RU"/>
              </w:rPr>
            </w:pPr>
            <w:r w:rsidRPr="00332DB8">
              <w:rPr>
                <w:lang w:val="ru-RU"/>
              </w:rPr>
              <w:t xml:space="preserve">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w:t>
            </w:r>
            <w:r w:rsidRPr="00332DB8">
              <w:rPr>
                <w:lang w:val="ru-RU"/>
              </w:rPr>
              <w:lastRenderedPageBreak/>
              <w:t>Майкопского районного суда Республики Адыгея от 26.07.2012);</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322.</w:t>
            </w:r>
          </w:p>
        </w:tc>
        <w:tc>
          <w:tcPr>
            <w:tcW w:w="2880" w:type="dxa"/>
          </w:tcPr>
          <w:p w:rsidR="006F7457" w:rsidRPr="00332DB8" w:rsidRDefault="00332DB8">
            <w:pPr>
              <w:rPr>
                <w:lang w:val="ru-RU"/>
              </w:rPr>
            </w:pPr>
            <w:r w:rsidRPr="00332DB8">
              <w:rPr>
                <w:lang w:val="ru-RU"/>
              </w:rPr>
              <w:t>Выпуск листовки «ЮдоБор ЖидоДав» № 1 (решение Череповецкого городского суда Вологодской области от 25.07.2008).</w:t>
            </w:r>
          </w:p>
        </w:tc>
        <w:tc>
          <w:tcPr>
            <w:tcW w:w="2880" w:type="dxa"/>
          </w:tcPr>
          <w:p w:rsidR="006F7457" w:rsidRPr="00332DB8" w:rsidRDefault="006F7457">
            <w:pPr>
              <w:rPr>
                <w:lang w:val="ru-RU"/>
              </w:rPr>
            </w:pPr>
          </w:p>
        </w:tc>
      </w:tr>
      <w:tr w:rsidR="006F7457" w:rsidRPr="00A31F1A">
        <w:tc>
          <w:tcPr>
            <w:tcW w:w="2880" w:type="dxa"/>
          </w:tcPr>
          <w:p w:rsidR="006F7457" w:rsidRDefault="00332DB8">
            <w:r>
              <w:t>323.</w:t>
            </w:r>
          </w:p>
        </w:tc>
        <w:tc>
          <w:tcPr>
            <w:tcW w:w="2880" w:type="dxa"/>
          </w:tcPr>
          <w:p w:rsidR="006F7457" w:rsidRPr="00332DB8" w:rsidRDefault="00332DB8">
            <w:pPr>
              <w:rPr>
                <w:lang w:val="ru-RU"/>
              </w:rPr>
            </w:pPr>
            <w:r w:rsidRPr="00332DB8">
              <w:rPr>
                <w:lang w:val="ru-RU"/>
              </w:rPr>
              <w:t>Выпуск листовки «ЮдоБор ЖидоДав» № 2 (решение Череповецкого городского суда Вологодской области от 25.07.2008).</w:t>
            </w:r>
          </w:p>
        </w:tc>
        <w:tc>
          <w:tcPr>
            <w:tcW w:w="2880" w:type="dxa"/>
          </w:tcPr>
          <w:p w:rsidR="006F7457" w:rsidRPr="00332DB8" w:rsidRDefault="006F7457">
            <w:pPr>
              <w:rPr>
                <w:lang w:val="ru-RU"/>
              </w:rPr>
            </w:pPr>
          </w:p>
        </w:tc>
      </w:tr>
      <w:tr w:rsidR="006F7457" w:rsidRPr="00A31F1A">
        <w:tc>
          <w:tcPr>
            <w:tcW w:w="2880" w:type="dxa"/>
          </w:tcPr>
          <w:p w:rsidR="006F7457" w:rsidRDefault="00332DB8">
            <w:r>
              <w:t>324.</w:t>
            </w:r>
          </w:p>
        </w:tc>
        <w:tc>
          <w:tcPr>
            <w:tcW w:w="2880" w:type="dxa"/>
          </w:tcPr>
          <w:p w:rsidR="006F7457" w:rsidRPr="00332DB8" w:rsidRDefault="00332DB8">
            <w:pPr>
              <w:rPr>
                <w:lang w:val="ru-RU"/>
              </w:rPr>
            </w:pPr>
            <w:r w:rsidRPr="00332DB8">
              <w:rPr>
                <w:lang w:val="ru-RU"/>
              </w:rPr>
              <w:t>Выпуск листовки «ЮдоБор ЖидоДав» № 3 (решение Череповецкого городского суда Вологодской области от 25.07.2008).</w:t>
            </w:r>
          </w:p>
        </w:tc>
        <w:tc>
          <w:tcPr>
            <w:tcW w:w="2880" w:type="dxa"/>
          </w:tcPr>
          <w:p w:rsidR="006F7457" w:rsidRPr="00332DB8" w:rsidRDefault="006F7457">
            <w:pPr>
              <w:rPr>
                <w:lang w:val="ru-RU"/>
              </w:rPr>
            </w:pPr>
          </w:p>
        </w:tc>
      </w:tr>
      <w:tr w:rsidR="006F7457" w:rsidRPr="00A31F1A">
        <w:tc>
          <w:tcPr>
            <w:tcW w:w="2880" w:type="dxa"/>
          </w:tcPr>
          <w:p w:rsidR="006F7457" w:rsidRDefault="00332DB8">
            <w:r>
              <w:t>325.</w:t>
            </w:r>
          </w:p>
        </w:tc>
        <w:tc>
          <w:tcPr>
            <w:tcW w:w="2880" w:type="dxa"/>
          </w:tcPr>
          <w:p w:rsidR="006F7457" w:rsidRPr="00332DB8" w:rsidRDefault="00332DB8">
            <w:pPr>
              <w:rPr>
                <w:lang w:val="ru-RU"/>
              </w:rPr>
            </w:pPr>
            <w:r w:rsidRPr="00332DB8">
              <w:rPr>
                <w:lang w:val="ru-RU"/>
              </w:rPr>
              <w:t>Выпуск листовки «ЮдоБор ЖидоДав» № 4 (решение Череповецкого городского суда Вологодской области от 25.07.2008).</w:t>
            </w:r>
          </w:p>
        </w:tc>
        <w:tc>
          <w:tcPr>
            <w:tcW w:w="2880" w:type="dxa"/>
          </w:tcPr>
          <w:p w:rsidR="006F7457" w:rsidRPr="00332DB8" w:rsidRDefault="006F7457">
            <w:pPr>
              <w:rPr>
                <w:lang w:val="ru-RU"/>
              </w:rPr>
            </w:pPr>
          </w:p>
        </w:tc>
      </w:tr>
      <w:tr w:rsidR="006F7457" w:rsidRPr="00A31F1A">
        <w:tc>
          <w:tcPr>
            <w:tcW w:w="2880" w:type="dxa"/>
          </w:tcPr>
          <w:p w:rsidR="006F7457" w:rsidRDefault="00332DB8">
            <w:r>
              <w:t>326.</w:t>
            </w:r>
          </w:p>
        </w:tc>
        <w:tc>
          <w:tcPr>
            <w:tcW w:w="2880" w:type="dxa"/>
          </w:tcPr>
          <w:p w:rsidR="006F7457" w:rsidRPr="00332DB8" w:rsidRDefault="00332DB8">
            <w:pPr>
              <w:rPr>
                <w:lang w:val="ru-RU"/>
              </w:rPr>
            </w:pPr>
            <w:r w:rsidRPr="00332DB8">
              <w:rPr>
                <w:lang w:val="ru-RU"/>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2880" w:type="dxa"/>
          </w:tcPr>
          <w:p w:rsidR="006F7457" w:rsidRPr="00332DB8" w:rsidRDefault="006F7457">
            <w:pPr>
              <w:rPr>
                <w:lang w:val="ru-RU"/>
              </w:rPr>
            </w:pPr>
          </w:p>
        </w:tc>
      </w:tr>
      <w:tr w:rsidR="006F7457">
        <w:tc>
          <w:tcPr>
            <w:tcW w:w="2880" w:type="dxa"/>
          </w:tcPr>
          <w:p w:rsidR="006F7457" w:rsidRDefault="00332DB8">
            <w:r>
              <w:t>327.</w:t>
            </w:r>
          </w:p>
        </w:tc>
        <w:tc>
          <w:tcPr>
            <w:tcW w:w="2880" w:type="dxa"/>
          </w:tcPr>
          <w:p w:rsidR="006F7457" w:rsidRDefault="00332DB8">
            <w:r w:rsidRPr="00332DB8">
              <w:rPr>
                <w:lang w:val="ru-RU"/>
              </w:rPr>
              <w:t xml:space="preserve">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w:t>
            </w:r>
            <w:r>
              <w:t xml:space="preserve">(решение Октябрьского районного суда г. Самары от </w:t>
            </w:r>
            <w:r>
              <w:lastRenderedPageBreak/>
              <w:t>04.06.2008).</w:t>
            </w:r>
          </w:p>
        </w:tc>
        <w:tc>
          <w:tcPr>
            <w:tcW w:w="2880" w:type="dxa"/>
          </w:tcPr>
          <w:p w:rsidR="006F7457" w:rsidRDefault="006F7457"/>
        </w:tc>
      </w:tr>
      <w:tr w:rsidR="006F7457" w:rsidRPr="00DD284B">
        <w:tc>
          <w:tcPr>
            <w:tcW w:w="2880" w:type="dxa"/>
          </w:tcPr>
          <w:p w:rsidR="006F7457" w:rsidRDefault="00332DB8">
            <w:r>
              <w:lastRenderedPageBreak/>
              <w:t>328.</w:t>
            </w:r>
          </w:p>
        </w:tc>
        <w:tc>
          <w:tcPr>
            <w:tcW w:w="2880" w:type="dxa"/>
          </w:tcPr>
          <w:p w:rsidR="006F7457" w:rsidRPr="00332DB8" w:rsidRDefault="00332DB8">
            <w:pPr>
              <w:rPr>
                <w:lang w:val="ru-RU"/>
              </w:rPr>
            </w:pPr>
            <w:r w:rsidRPr="00332DB8">
              <w:rPr>
                <w:lang w:val="ru-RU"/>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2880" w:type="dxa"/>
          </w:tcPr>
          <w:p w:rsidR="006F7457" w:rsidRPr="00332DB8" w:rsidRDefault="006F7457">
            <w:pPr>
              <w:rPr>
                <w:lang w:val="ru-RU"/>
              </w:rPr>
            </w:pPr>
          </w:p>
        </w:tc>
      </w:tr>
      <w:tr w:rsidR="006F7457" w:rsidRPr="00A31F1A">
        <w:tc>
          <w:tcPr>
            <w:tcW w:w="2880" w:type="dxa"/>
          </w:tcPr>
          <w:p w:rsidR="006F7457" w:rsidRDefault="00332DB8">
            <w:r>
              <w:t>329.</w:t>
            </w:r>
          </w:p>
        </w:tc>
        <w:tc>
          <w:tcPr>
            <w:tcW w:w="2880" w:type="dxa"/>
          </w:tcPr>
          <w:p w:rsidR="006F7457" w:rsidRPr="00332DB8" w:rsidRDefault="00332DB8">
            <w:pPr>
              <w:rPr>
                <w:lang w:val="ru-RU"/>
              </w:rPr>
            </w:pPr>
            <w:r w:rsidRPr="00332DB8">
              <w:rPr>
                <w:lang w:val="ru-RU"/>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2880" w:type="dxa"/>
          </w:tcPr>
          <w:p w:rsidR="006F7457" w:rsidRPr="00332DB8" w:rsidRDefault="006F7457">
            <w:pPr>
              <w:rPr>
                <w:lang w:val="ru-RU"/>
              </w:rPr>
            </w:pPr>
          </w:p>
        </w:tc>
      </w:tr>
      <w:tr w:rsidR="006F7457" w:rsidRPr="00DD284B">
        <w:tc>
          <w:tcPr>
            <w:tcW w:w="2880" w:type="dxa"/>
          </w:tcPr>
          <w:p w:rsidR="006F7457" w:rsidRDefault="00332DB8">
            <w:r>
              <w:t>330.</w:t>
            </w:r>
          </w:p>
        </w:tc>
        <w:tc>
          <w:tcPr>
            <w:tcW w:w="2880" w:type="dxa"/>
          </w:tcPr>
          <w:p w:rsidR="006F7457" w:rsidRPr="00332DB8" w:rsidRDefault="00332DB8">
            <w:pPr>
              <w:rPr>
                <w:lang w:val="ru-RU"/>
              </w:rPr>
            </w:pPr>
            <w:r w:rsidRPr="00332DB8">
              <w:rPr>
                <w:lang w:val="ru-RU"/>
              </w:rP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c>
          <w:tcPr>
            <w:tcW w:w="2880" w:type="dxa"/>
          </w:tcPr>
          <w:p w:rsidR="006F7457" w:rsidRPr="00332DB8" w:rsidRDefault="006F7457">
            <w:pPr>
              <w:rPr>
                <w:lang w:val="ru-RU"/>
              </w:rPr>
            </w:pPr>
          </w:p>
        </w:tc>
      </w:tr>
      <w:tr w:rsidR="006F7457" w:rsidRPr="00DD284B">
        <w:tc>
          <w:tcPr>
            <w:tcW w:w="2880" w:type="dxa"/>
          </w:tcPr>
          <w:p w:rsidR="006F7457" w:rsidRDefault="00332DB8">
            <w:r>
              <w:t>331.</w:t>
            </w:r>
          </w:p>
        </w:tc>
        <w:tc>
          <w:tcPr>
            <w:tcW w:w="2880" w:type="dxa"/>
          </w:tcPr>
          <w:p w:rsidR="006F7457" w:rsidRPr="00332DB8" w:rsidRDefault="00332DB8">
            <w:pPr>
              <w:rPr>
                <w:lang w:val="ru-RU"/>
              </w:rPr>
            </w:pPr>
            <w:r w:rsidRPr="00332DB8">
              <w:rPr>
                <w:lang w:val="ru-RU"/>
              </w:rPr>
              <w:t xml:space="preserve">Материалы «Программа движения за деколонизацию Кавказа», размещенные на сайте Информационно – телекоммуникационной сети «Интернет» </w:t>
            </w:r>
            <w:r>
              <w:t>http</w:t>
            </w:r>
            <w:r w:rsidRPr="00332DB8">
              <w:rPr>
                <w:lang w:val="ru-RU"/>
              </w:rPr>
              <w:t>://</w:t>
            </w:r>
            <w:r>
              <w:t>www</w:t>
            </w:r>
            <w:r w:rsidRPr="00332DB8">
              <w:rPr>
                <w:lang w:val="ru-RU"/>
              </w:rPr>
              <w:t>.</w:t>
            </w:r>
            <w:r>
              <w:t>caucasuslive</w:t>
            </w:r>
            <w:r w:rsidRPr="00332DB8">
              <w:rPr>
                <w:lang w:val="ru-RU"/>
              </w:rPr>
              <w:t>.</w:t>
            </w:r>
            <w:r>
              <w:t>org</w:t>
            </w:r>
            <w:r w:rsidRPr="00332DB8">
              <w:rPr>
                <w:lang w:val="ru-RU"/>
              </w:rPr>
              <w:t>/ (решение Октябрьского районного суда г. Новосибирска от 24.11.2008).</w:t>
            </w:r>
          </w:p>
        </w:tc>
        <w:tc>
          <w:tcPr>
            <w:tcW w:w="2880" w:type="dxa"/>
          </w:tcPr>
          <w:p w:rsidR="006F7457" w:rsidRPr="00332DB8" w:rsidRDefault="006F7457">
            <w:pPr>
              <w:rPr>
                <w:lang w:val="ru-RU"/>
              </w:rPr>
            </w:pPr>
          </w:p>
        </w:tc>
      </w:tr>
      <w:tr w:rsidR="006F7457" w:rsidRPr="00DD284B">
        <w:tc>
          <w:tcPr>
            <w:tcW w:w="2880" w:type="dxa"/>
          </w:tcPr>
          <w:p w:rsidR="006F7457" w:rsidRDefault="00332DB8">
            <w:r>
              <w:t>332.</w:t>
            </w:r>
          </w:p>
        </w:tc>
        <w:tc>
          <w:tcPr>
            <w:tcW w:w="2880" w:type="dxa"/>
          </w:tcPr>
          <w:p w:rsidR="006F7457" w:rsidRPr="00332DB8" w:rsidRDefault="00332DB8">
            <w:pPr>
              <w:rPr>
                <w:lang w:val="ru-RU"/>
              </w:rPr>
            </w:pPr>
            <w:r w:rsidRPr="00332DB8">
              <w:rPr>
                <w:lang w:val="ru-RU"/>
              </w:rPr>
              <w:t xml:space="preserve">Материалы «Декларация движения за деколонизацию Кавказа», размещенные на сайте </w:t>
            </w:r>
            <w:r>
              <w:t>http</w:t>
            </w:r>
            <w:r w:rsidRPr="00332DB8">
              <w:rPr>
                <w:lang w:val="ru-RU"/>
              </w:rPr>
              <w:t>://</w:t>
            </w:r>
            <w:r>
              <w:t>www</w:t>
            </w:r>
            <w:r w:rsidRPr="00332DB8">
              <w:rPr>
                <w:lang w:val="ru-RU"/>
              </w:rPr>
              <w:t>.</w:t>
            </w:r>
            <w:r>
              <w:t>caucasuslive</w:t>
            </w:r>
            <w:r w:rsidRPr="00332DB8">
              <w:rPr>
                <w:lang w:val="ru-RU"/>
              </w:rPr>
              <w:t>.</w:t>
            </w:r>
            <w:r>
              <w:t>org</w:t>
            </w:r>
            <w:r w:rsidRPr="00332DB8">
              <w:rPr>
                <w:lang w:val="ru-RU"/>
              </w:rPr>
              <w:t>/ (решение Октябрьского районного суда г. Новосибирска от 24.11.2008).</w:t>
            </w:r>
          </w:p>
        </w:tc>
        <w:tc>
          <w:tcPr>
            <w:tcW w:w="2880" w:type="dxa"/>
          </w:tcPr>
          <w:p w:rsidR="006F7457" w:rsidRPr="00332DB8" w:rsidRDefault="006F7457">
            <w:pPr>
              <w:rPr>
                <w:lang w:val="ru-RU"/>
              </w:rPr>
            </w:pPr>
          </w:p>
        </w:tc>
      </w:tr>
      <w:tr w:rsidR="006F7457" w:rsidRPr="00A31F1A">
        <w:tc>
          <w:tcPr>
            <w:tcW w:w="2880" w:type="dxa"/>
          </w:tcPr>
          <w:p w:rsidR="006F7457" w:rsidRDefault="00332DB8">
            <w:r>
              <w:t>333.</w:t>
            </w:r>
          </w:p>
        </w:tc>
        <w:tc>
          <w:tcPr>
            <w:tcW w:w="2880" w:type="dxa"/>
          </w:tcPr>
          <w:p w:rsidR="006F7457" w:rsidRPr="00332DB8" w:rsidRDefault="00332DB8">
            <w:pPr>
              <w:rPr>
                <w:lang w:val="ru-RU"/>
              </w:rPr>
            </w:pPr>
            <w:r w:rsidRPr="00332DB8">
              <w:rPr>
                <w:lang w:val="ru-RU"/>
              </w:rPr>
              <w:t xml:space="preserve">Материалы «Сатана там правит бал», размещенные на сайте </w:t>
            </w:r>
            <w:r>
              <w:t>www</w:t>
            </w:r>
            <w:r w:rsidRPr="00332DB8">
              <w:rPr>
                <w:lang w:val="ru-RU"/>
              </w:rPr>
              <w:t>.</w:t>
            </w:r>
            <w:r>
              <w:t>chechenpress</w:t>
            </w:r>
            <w:r w:rsidRPr="00332DB8">
              <w:rPr>
                <w:lang w:val="ru-RU"/>
              </w:rPr>
              <w:t>.</w:t>
            </w:r>
            <w:r>
              <w:t>info</w:t>
            </w:r>
            <w:r w:rsidRPr="00332DB8">
              <w:rPr>
                <w:lang w:val="ru-RU"/>
              </w:rPr>
              <w:t xml:space="preserve">, «Тот, кто погиб, защищая свою землю, является шахидом», размещенные на сайте </w:t>
            </w:r>
            <w:r>
              <w:t>http</w:t>
            </w:r>
            <w:r w:rsidRPr="00332DB8">
              <w:rPr>
                <w:lang w:val="ru-RU"/>
              </w:rPr>
              <w:t>://</w:t>
            </w:r>
            <w:r>
              <w:t>www</w:t>
            </w:r>
            <w:r w:rsidRPr="00332DB8">
              <w:rPr>
                <w:lang w:val="ru-RU"/>
              </w:rPr>
              <w:t>.</w:t>
            </w:r>
            <w:r>
              <w:t>chechenpress</w:t>
            </w:r>
            <w:r w:rsidRPr="00332DB8">
              <w:rPr>
                <w:lang w:val="ru-RU"/>
              </w:rPr>
              <w:t>.</w:t>
            </w:r>
            <w:r>
              <w:t>info</w:t>
            </w:r>
            <w:r w:rsidRPr="00332DB8">
              <w:rPr>
                <w:lang w:val="ru-RU"/>
              </w:rPr>
              <w:t>/ (решение Октябрьского районного суда г. Новосибирска от 24.11.2008).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334.</w:t>
            </w:r>
          </w:p>
        </w:tc>
        <w:tc>
          <w:tcPr>
            <w:tcW w:w="2880" w:type="dxa"/>
          </w:tcPr>
          <w:p w:rsidR="006F7457" w:rsidRPr="00332DB8" w:rsidRDefault="00332DB8">
            <w:pPr>
              <w:rPr>
                <w:lang w:val="ru-RU"/>
              </w:rPr>
            </w:pPr>
            <w:r w:rsidRPr="00332DB8">
              <w:rPr>
                <w:lang w:val="ru-RU"/>
              </w:rPr>
              <w:t xml:space="preserve">Материалы «Пресс-релиз Джамаата», размещенные на сайте </w:t>
            </w:r>
            <w:r>
              <w:t>http</w:t>
            </w:r>
            <w:r w:rsidRPr="00332DB8">
              <w:rPr>
                <w:lang w:val="ru-RU"/>
              </w:rPr>
              <w:t>://</w:t>
            </w:r>
            <w:r>
              <w:t>www</w:t>
            </w:r>
            <w:r w:rsidRPr="00332DB8">
              <w:rPr>
                <w:lang w:val="ru-RU"/>
              </w:rPr>
              <w:t>.</w:t>
            </w:r>
            <w:r>
              <w:t>daymohk</w:t>
            </w:r>
            <w:r w:rsidRPr="00332DB8">
              <w:rPr>
                <w:lang w:val="ru-RU"/>
              </w:rPr>
              <w:t>.</w:t>
            </w:r>
            <w:r>
              <w:t>org</w:t>
            </w:r>
            <w:r w:rsidRPr="00332DB8">
              <w:rPr>
                <w:lang w:val="ru-RU"/>
              </w:rPr>
              <w:t>/ (решение Октябрьского районного суда г. Новосибирска от 24.11.2008).</w:t>
            </w:r>
          </w:p>
        </w:tc>
        <w:tc>
          <w:tcPr>
            <w:tcW w:w="2880" w:type="dxa"/>
          </w:tcPr>
          <w:p w:rsidR="006F7457" w:rsidRPr="00332DB8" w:rsidRDefault="006F7457">
            <w:pPr>
              <w:rPr>
                <w:lang w:val="ru-RU"/>
              </w:rPr>
            </w:pPr>
          </w:p>
        </w:tc>
      </w:tr>
      <w:tr w:rsidR="006F7457" w:rsidRPr="00A31F1A">
        <w:tc>
          <w:tcPr>
            <w:tcW w:w="2880" w:type="dxa"/>
          </w:tcPr>
          <w:p w:rsidR="006F7457" w:rsidRDefault="00332DB8">
            <w:r>
              <w:t>335.</w:t>
            </w:r>
          </w:p>
        </w:tc>
        <w:tc>
          <w:tcPr>
            <w:tcW w:w="2880" w:type="dxa"/>
          </w:tcPr>
          <w:p w:rsidR="006F7457" w:rsidRPr="00332DB8" w:rsidRDefault="00332DB8">
            <w:pPr>
              <w:rPr>
                <w:lang w:val="ru-RU"/>
              </w:rPr>
            </w:pPr>
            <w:r w:rsidRPr="00332DB8">
              <w:rPr>
                <w:lang w:val="ru-RU"/>
              </w:rPr>
              <w:t xml:space="preserve">Материалы «Официальное обращение к гражданам Ичкерии», размещенные на сайте </w:t>
            </w:r>
            <w:r>
              <w:t>http</w:t>
            </w:r>
            <w:r w:rsidRPr="00332DB8">
              <w:rPr>
                <w:lang w:val="ru-RU"/>
              </w:rPr>
              <w:t>://</w:t>
            </w:r>
            <w:r>
              <w:t>www</w:t>
            </w:r>
            <w:r w:rsidRPr="00332DB8">
              <w:rPr>
                <w:lang w:val="ru-RU"/>
              </w:rPr>
              <w:t>.</w:t>
            </w:r>
            <w:r>
              <w:t>imamtv</w:t>
            </w:r>
            <w:r w:rsidRPr="00332DB8">
              <w:rPr>
                <w:lang w:val="ru-RU"/>
              </w:rPr>
              <w:t>.</w:t>
            </w:r>
            <w:r>
              <w:t>com</w:t>
            </w:r>
            <w:r w:rsidRPr="00332DB8">
              <w:rPr>
                <w:lang w:val="ru-RU"/>
              </w:rPr>
              <w:t>/ (решение Октябрьского районного суда г. Новосибирска от 24.11.2008).</w:t>
            </w:r>
          </w:p>
        </w:tc>
        <w:tc>
          <w:tcPr>
            <w:tcW w:w="2880" w:type="dxa"/>
          </w:tcPr>
          <w:p w:rsidR="006F7457" w:rsidRPr="00332DB8" w:rsidRDefault="006F7457">
            <w:pPr>
              <w:rPr>
                <w:lang w:val="ru-RU"/>
              </w:rPr>
            </w:pPr>
          </w:p>
        </w:tc>
      </w:tr>
      <w:tr w:rsidR="006F7457" w:rsidRPr="00A31F1A">
        <w:tc>
          <w:tcPr>
            <w:tcW w:w="2880" w:type="dxa"/>
          </w:tcPr>
          <w:p w:rsidR="006F7457" w:rsidRDefault="00332DB8">
            <w:r>
              <w:t>336.</w:t>
            </w:r>
          </w:p>
        </w:tc>
        <w:tc>
          <w:tcPr>
            <w:tcW w:w="2880" w:type="dxa"/>
          </w:tcPr>
          <w:p w:rsidR="006F7457" w:rsidRPr="00332DB8" w:rsidRDefault="00332DB8">
            <w:pPr>
              <w:rPr>
                <w:lang w:val="ru-RU"/>
              </w:rPr>
            </w:pPr>
            <w:r w:rsidRPr="00332DB8">
              <w:rPr>
                <w:lang w:val="ru-RU"/>
              </w:rPr>
              <w:t xml:space="preserve">Материалы «Послание к сражающимся мусульманам Кавказа и угнетенным мусульманам России», размещенные на сайте </w:t>
            </w:r>
            <w:r>
              <w:t>http</w:t>
            </w:r>
            <w:r w:rsidRPr="00332DB8">
              <w:rPr>
                <w:lang w:val="ru-RU"/>
              </w:rPr>
              <w:t>://</w:t>
            </w:r>
            <w:r>
              <w:t>www</w:t>
            </w:r>
            <w:r w:rsidRPr="00332DB8">
              <w:rPr>
                <w:lang w:val="ru-RU"/>
              </w:rPr>
              <w:t>.</w:t>
            </w:r>
            <w:r>
              <w:t>imamtv</w:t>
            </w:r>
            <w:r w:rsidRPr="00332DB8">
              <w:rPr>
                <w:lang w:val="ru-RU"/>
              </w:rPr>
              <w:t>.</w:t>
            </w:r>
            <w:r>
              <w:t>com</w:t>
            </w:r>
            <w:r w:rsidRPr="00332DB8">
              <w:rPr>
                <w:lang w:val="ru-RU"/>
              </w:rPr>
              <w:t>/ (решение Октябрьского районного суда г. Новосибирска от 24.11.2008).</w:t>
            </w:r>
          </w:p>
        </w:tc>
        <w:tc>
          <w:tcPr>
            <w:tcW w:w="2880" w:type="dxa"/>
          </w:tcPr>
          <w:p w:rsidR="006F7457" w:rsidRPr="00332DB8" w:rsidRDefault="006F7457">
            <w:pPr>
              <w:rPr>
                <w:lang w:val="ru-RU"/>
              </w:rPr>
            </w:pPr>
          </w:p>
        </w:tc>
      </w:tr>
      <w:tr w:rsidR="006F7457" w:rsidRPr="00A31F1A">
        <w:tc>
          <w:tcPr>
            <w:tcW w:w="2880" w:type="dxa"/>
          </w:tcPr>
          <w:p w:rsidR="006F7457" w:rsidRDefault="00332DB8">
            <w:r>
              <w:t>337.</w:t>
            </w:r>
          </w:p>
        </w:tc>
        <w:tc>
          <w:tcPr>
            <w:tcW w:w="2880" w:type="dxa"/>
          </w:tcPr>
          <w:p w:rsidR="006F7457" w:rsidRPr="00332DB8" w:rsidRDefault="00332DB8">
            <w:pPr>
              <w:rPr>
                <w:lang w:val="ru-RU"/>
              </w:rPr>
            </w:pPr>
            <w:r w:rsidRPr="00332DB8">
              <w:rPr>
                <w:lang w:val="ru-RU"/>
              </w:rPr>
              <w:t xml:space="preserve">Материалы «Возмездие неминуемо!», размещенные на сайте </w:t>
            </w:r>
            <w:r>
              <w:t>http</w:t>
            </w:r>
            <w:r w:rsidRPr="00332DB8">
              <w:rPr>
                <w:lang w:val="ru-RU"/>
              </w:rPr>
              <w:t>://</w:t>
            </w:r>
            <w:r>
              <w:t>www</w:t>
            </w:r>
            <w:r w:rsidRPr="00332DB8">
              <w:rPr>
                <w:lang w:val="ru-RU"/>
              </w:rPr>
              <w:t>.</w:t>
            </w:r>
            <w:r>
              <w:t>jamaatshariat</w:t>
            </w:r>
            <w:r w:rsidRPr="00332DB8">
              <w:rPr>
                <w:lang w:val="ru-RU"/>
              </w:rPr>
              <w:t>.</w:t>
            </w:r>
            <w:r>
              <w:t>com</w:t>
            </w:r>
            <w:r w:rsidRPr="00332DB8">
              <w:rPr>
                <w:lang w:val="ru-RU"/>
              </w:rPr>
              <w:t>/ (решение Октябрьского районного суда г. Новосибирска от 24.11.2008).</w:t>
            </w:r>
          </w:p>
        </w:tc>
        <w:tc>
          <w:tcPr>
            <w:tcW w:w="2880" w:type="dxa"/>
          </w:tcPr>
          <w:p w:rsidR="006F7457" w:rsidRPr="00332DB8" w:rsidRDefault="006F7457">
            <w:pPr>
              <w:rPr>
                <w:lang w:val="ru-RU"/>
              </w:rPr>
            </w:pPr>
          </w:p>
        </w:tc>
      </w:tr>
      <w:tr w:rsidR="006F7457" w:rsidRPr="00A31F1A">
        <w:tc>
          <w:tcPr>
            <w:tcW w:w="2880" w:type="dxa"/>
          </w:tcPr>
          <w:p w:rsidR="006F7457" w:rsidRDefault="00332DB8">
            <w:r>
              <w:t>338.</w:t>
            </w:r>
          </w:p>
        </w:tc>
        <w:tc>
          <w:tcPr>
            <w:tcW w:w="2880" w:type="dxa"/>
          </w:tcPr>
          <w:p w:rsidR="006F7457" w:rsidRPr="00332DB8" w:rsidRDefault="00332DB8">
            <w:pPr>
              <w:rPr>
                <w:lang w:val="ru-RU"/>
              </w:rPr>
            </w:pPr>
            <w:r w:rsidRPr="00332DB8">
              <w:rPr>
                <w:lang w:val="ru-RU"/>
              </w:rPr>
              <w:t xml:space="preserve">Материалы «Шахада - высшая награда Всевышнего», размещенные на сайте </w:t>
            </w:r>
            <w:r>
              <w:t>http</w:t>
            </w:r>
            <w:r w:rsidRPr="00332DB8">
              <w:rPr>
                <w:lang w:val="ru-RU"/>
              </w:rPr>
              <w:t>://</w:t>
            </w:r>
            <w:r>
              <w:t>www</w:t>
            </w:r>
            <w:r w:rsidRPr="00332DB8">
              <w:rPr>
                <w:lang w:val="ru-RU"/>
              </w:rPr>
              <w:t>.</w:t>
            </w:r>
            <w:r>
              <w:t>jamaatshariat</w:t>
            </w:r>
            <w:r w:rsidRPr="00332DB8">
              <w:rPr>
                <w:lang w:val="ru-RU"/>
              </w:rPr>
              <w:t>.</w:t>
            </w:r>
            <w:r>
              <w:t>com</w:t>
            </w:r>
            <w:r w:rsidRPr="00332DB8">
              <w:rPr>
                <w:lang w:val="ru-RU"/>
              </w:rPr>
              <w:t>/ (решение Октябрьского районного суда г. Новосибирска от 24.11.2008).</w:t>
            </w:r>
          </w:p>
        </w:tc>
        <w:tc>
          <w:tcPr>
            <w:tcW w:w="2880" w:type="dxa"/>
          </w:tcPr>
          <w:p w:rsidR="006F7457" w:rsidRPr="00332DB8" w:rsidRDefault="006F7457">
            <w:pPr>
              <w:rPr>
                <w:lang w:val="ru-RU"/>
              </w:rPr>
            </w:pPr>
          </w:p>
        </w:tc>
      </w:tr>
      <w:tr w:rsidR="006F7457" w:rsidRPr="00A31F1A">
        <w:tc>
          <w:tcPr>
            <w:tcW w:w="2880" w:type="dxa"/>
          </w:tcPr>
          <w:p w:rsidR="006F7457" w:rsidRDefault="00332DB8">
            <w:r>
              <w:t>339.</w:t>
            </w:r>
          </w:p>
        </w:tc>
        <w:tc>
          <w:tcPr>
            <w:tcW w:w="2880" w:type="dxa"/>
          </w:tcPr>
          <w:p w:rsidR="006F7457" w:rsidRPr="00332DB8" w:rsidRDefault="00332DB8">
            <w:pPr>
              <w:rPr>
                <w:lang w:val="ru-RU"/>
              </w:rPr>
            </w:pPr>
            <w:r w:rsidRPr="00332DB8">
              <w:rPr>
                <w:lang w:val="ru-RU"/>
              </w:rPr>
              <w:t xml:space="preserve">Материалы «На Кавказе есть единственная легитимная власть», размещенные на сайте </w:t>
            </w:r>
            <w:r>
              <w:t>http</w:t>
            </w:r>
            <w:r w:rsidRPr="00332DB8">
              <w:rPr>
                <w:lang w:val="ru-RU"/>
              </w:rPr>
              <w:t>://</w:t>
            </w:r>
            <w:r>
              <w:t>www</w:t>
            </w:r>
            <w:r w:rsidRPr="00332DB8">
              <w:rPr>
                <w:lang w:val="ru-RU"/>
              </w:rPr>
              <w:t>.</w:t>
            </w:r>
            <w:r>
              <w:t>kavkazcenter</w:t>
            </w:r>
            <w:r w:rsidRPr="00332DB8">
              <w:rPr>
                <w:lang w:val="ru-RU"/>
              </w:rPr>
              <w:t>.</w:t>
            </w:r>
            <w:r>
              <w:t>com</w:t>
            </w:r>
            <w:r w:rsidRPr="00332DB8">
              <w:rPr>
                <w:lang w:val="ru-RU"/>
              </w:rPr>
              <w:t>/ (решение Октябрьского районного суда г. Новосибирска от 24.11.2008).</w:t>
            </w:r>
          </w:p>
        </w:tc>
        <w:tc>
          <w:tcPr>
            <w:tcW w:w="2880" w:type="dxa"/>
          </w:tcPr>
          <w:p w:rsidR="006F7457" w:rsidRPr="00332DB8" w:rsidRDefault="006F7457">
            <w:pPr>
              <w:rPr>
                <w:lang w:val="ru-RU"/>
              </w:rPr>
            </w:pPr>
          </w:p>
        </w:tc>
      </w:tr>
      <w:tr w:rsidR="006F7457" w:rsidRPr="00A31F1A">
        <w:tc>
          <w:tcPr>
            <w:tcW w:w="2880" w:type="dxa"/>
          </w:tcPr>
          <w:p w:rsidR="006F7457" w:rsidRDefault="00332DB8">
            <w:r>
              <w:t>340.</w:t>
            </w:r>
          </w:p>
        </w:tc>
        <w:tc>
          <w:tcPr>
            <w:tcW w:w="2880" w:type="dxa"/>
          </w:tcPr>
          <w:p w:rsidR="006F7457" w:rsidRPr="00332DB8" w:rsidRDefault="00332DB8">
            <w:pPr>
              <w:rPr>
                <w:lang w:val="ru-RU"/>
              </w:rPr>
            </w:pPr>
            <w:r w:rsidRPr="00332DB8">
              <w:rPr>
                <w:lang w:val="ru-RU"/>
              </w:rPr>
              <w:t xml:space="preserve">Материалы «У нас большие планы, но все в руках всевышнего Аллаха (с.т.)», размещенные на сайте </w:t>
            </w:r>
            <w:r>
              <w:t>http</w:t>
            </w:r>
            <w:r w:rsidRPr="00332DB8">
              <w:rPr>
                <w:lang w:val="ru-RU"/>
              </w:rPr>
              <w:t>://</w:t>
            </w:r>
            <w:r>
              <w:t>www</w:t>
            </w:r>
            <w:r w:rsidRPr="00332DB8">
              <w:rPr>
                <w:lang w:val="ru-RU"/>
              </w:rPr>
              <w:t>.</w:t>
            </w:r>
            <w:r>
              <w:t>kavkazcenter</w:t>
            </w:r>
            <w:r w:rsidRPr="00332DB8">
              <w:rPr>
                <w:lang w:val="ru-RU"/>
              </w:rPr>
              <w:t>.</w:t>
            </w:r>
            <w:r>
              <w:t>com</w:t>
            </w:r>
            <w:r w:rsidRPr="00332DB8">
              <w:rPr>
                <w:lang w:val="ru-RU"/>
              </w:rPr>
              <w:t>/ (решение Октябрьского районного суда г. Новосибирска от 24.11.2008).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341.</w:t>
            </w:r>
          </w:p>
        </w:tc>
        <w:tc>
          <w:tcPr>
            <w:tcW w:w="2880" w:type="dxa"/>
          </w:tcPr>
          <w:p w:rsidR="006F7457" w:rsidRPr="00332DB8" w:rsidRDefault="00332DB8">
            <w:pPr>
              <w:rPr>
                <w:lang w:val="ru-RU"/>
              </w:rPr>
            </w:pPr>
            <w:r w:rsidRPr="00332DB8">
              <w:rPr>
                <w:lang w:val="ru-RU"/>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c>
          <w:tcPr>
            <w:tcW w:w="2880" w:type="dxa"/>
          </w:tcPr>
          <w:p w:rsidR="006F7457" w:rsidRPr="00332DB8" w:rsidRDefault="006F7457">
            <w:pPr>
              <w:rPr>
                <w:lang w:val="ru-RU"/>
              </w:rPr>
            </w:pPr>
          </w:p>
        </w:tc>
      </w:tr>
      <w:tr w:rsidR="006F7457" w:rsidRPr="00A31F1A">
        <w:tc>
          <w:tcPr>
            <w:tcW w:w="2880" w:type="dxa"/>
          </w:tcPr>
          <w:p w:rsidR="006F7457" w:rsidRDefault="00332DB8">
            <w:r>
              <w:t>342.</w:t>
            </w:r>
          </w:p>
        </w:tc>
        <w:tc>
          <w:tcPr>
            <w:tcW w:w="2880" w:type="dxa"/>
          </w:tcPr>
          <w:p w:rsidR="006F7457" w:rsidRPr="00332DB8" w:rsidRDefault="00332DB8">
            <w:pPr>
              <w:rPr>
                <w:lang w:val="ru-RU"/>
              </w:rPr>
            </w:pPr>
            <w:r w:rsidRPr="00332DB8">
              <w:rPr>
                <w:lang w:val="ru-RU"/>
              </w:rPr>
              <w:t>Журнал революционных коллективистов «Пролетарская революция», № 1, осень 2001 г. (решения Кировского районного суда г. Уфы от 12.11.2008).</w:t>
            </w:r>
          </w:p>
        </w:tc>
        <w:tc>
          <w:tcPr>
            <w:tcW w:w="2880" w:type="dxa"/>
          </w:tcPr>
          <w:p w:rsidR="006F7457" w:rsidRPr="00332DB8" w:rsidRDefault="006F7457">
            <w:pPr>
              <w:rPr>
                <w:lang w:val="ru-RU"/>
              </w:rPr>
            </w:pPr>
          </w:p>
        </w:tc>
      </w:tr>
      <w:tr w:rsidR="006F7457" w:rsidRPr="00A31F1A">
        <w:tc>
          <w:tcPr>
            <w:tcW w:w="2880" w:type="dxa"/>
          </w:tcPr>
          <w:p w:rsidR="006F7457" w:rsidRDefault="00332DB8">
            <w:r>
              <w:t>343.</w:t>
            </w:r>
          </w:p>
        </w:tc>
        <w:tc>
          <w:tcPr>
            <w:tcW w:w="2880" w:type="dxa"/>
          </w:tcPr>
          <w:p w:rsidR="006F7457" w:rsidRPr="00332DB8" w:rsidRDefault="00332DB8">
            <w:pPr>
              <w:rPr>
                <w:lang w:val="ru-RU"/>
              </w:rPr>
            </w:pPr>
            <w:r w:rsidRPr="00332DB8">
              <w:rPr>
                <w:lang w:val="ru-RU"/>
              </w:rPr>
              <w:t>Журнал революционных коллективистов «Пролетарская революция», № 2, весна 2002 г. (решения Кировского районного суда г. Уфы от 12.11.2008).</w:t>
            </w:r>
          </w:p>
        </w:tc>
        <w:tc>
          <w:tcPr>
            <w:tcW w:w="2880" w:type="dxa"/>
          </w:tcPr>
          <w:p w:rsidR="006F7457" w:rsidRPr="00332DB8" w:rsidRDefault="006F7457">
            <w:pPr>
              <w:rPr>
                <w:lang w:val="ru-RU"/>
              </w:rPr>
            </w:pPr>
          </w:p>
        </w:tc>
      </w:tr>
      <w:tr w:rsidR="006F7457" w:rsidRPr="00A31F1A">
        <w:tc>
          <w:tcPr>
            <w:tcW w:w="2880" w:type="dxa"/>
          </w:tcPr>
          <w:p w:rsidR="006F7457" w:rsidRDefault="00332DB8">
            <w:r>
              <w:t>344.</w:t>
            </w:r>
          </w:p>
        </w:tc>
        <w:tc>
          <w:tcPr>
            <w:tcW w:w="2880" w:type="dxa"/>
          </w:tcPr>
          <w:p w:rsidR="006F7457" w:rsidRPr="00332DB8" w:rsidRDefault="00332DB8">
            <w:pPr>
              <w:rPr>
                <w:lang w:val="ru-RU"/>
              </w:rPr>
            </w:pPr>
            <w:r w:rsidRPr="00332DB8">
              <w:rPr>
                <w:lang w:val="ru-RU"/>
              </w:rPr>
              <w:t>Журнал революционных коллективистов «Пролетарская революция», № 3, весна 2002 г. (решения Кировского районного суда г. Уфы от 12.11.2008).</w:t>
            </w:r>
          </w:p>
        </w:tc>
        <w:tc>
          <w:tcPr>
            <w:tcW w:w="2880" w:type="dxa"/>
          </w:tcPr>
          <w:p w:rsidR="006F7457" w:rsidRPr="00332DB8" w:rsidRDefault="006F7457">
            <w:pPr>
              <w:rPr>
                <w:lang w:val="ru-RU"/>
              </w:rPr>
            </w:pPr>
          </w:p>
        </w:tc>
      </w:tr>
      <w:tr w:rsidR="006F7457" w:rsidRPr="00A31F1A">
        <w:tc>
          <w:tcPr>
            <w:tcW w:w="2880" w:type="dxa"/>
          </w:tcPr>
          <w:p w:rsidR="006F7457" w:rsidRDefault="00332DB8">
            <w:r>
              <w:t>345.</w:t>
            </w:r>
          </w:p>
        </w:tc>
        <w:tc>
          <w:tcPr>
            <w:tcW w:w="2880" w:type="dxa"/>
          </w:tcPr>
          <w:p w:rsidR="006F7457" w:rsidRPr="00332DB8" w:rsidRDefault="00332DB8">
            <w:pPr>
              <w:rPr>
                <w:lang w:val="ru-RU"/>
              </w:rPr>
            </w:pPr>
            <w:r w:rsidRPr="00332DB8">
              <w:rPr>
                <w:lang w:val="ru-RU"/>
              </w:rPr>
              <w:t>Журнал революционных коллективистов «Пролетарская революция», № 4, осень 2002 г. (решения Кировского районного суда г. Уфы от 12.11.2008).</w:t>
            </w:r>
          </w:p>
        </w:tc>
        <w:tc>
          <w:tcPr>
            <w:tcW w:w="2880" w:type="dxa"/>
          </w:tcPr>
          <w:p w:rsidR="006F7457" w:rsidRPr="00332DB8" w:rsidRDefault="006F7457">
            <w:pPr>
              <w:rPr>
                <w:lang w:val="ru-RU"/>
              </w:rPr>
            </w:pPr>
          </w:p>
        </w:tc>
      </w:tr>
      <w:tr w:rsidR="006F7457" w:rsidRPr="00A31F1A">
        <w:tc>
          <w:tcPr>
            <w:tcW w:w="2880" w:type="dxa"/>
          </w:tcPr>
          <w:p w:rsidR="006F7457" w:rsidRDefault="00332DB8">
            <w:r>
              <w:t>346.</w:t>
            </w:r>
          </w:p>
        </w:tc>
        <w:tc>
          <w:tcPr>
            <w:tcW w:w="2880" w:type="dxa"/>
          </w:tcPr>
          <w:p w:rsidR="006F7457" w:rsidRPr="00332DB8" w:rsidRDefault="00332DB8">
            <w:pPr>
              <w:rPr>
                <w:lang w:val="ru-RU"/>
              </w:rPr>
            </w:pPr>
            <w:r w:rsidRPr="00332DB8">
              <w:rPr>
                <w:lang w:val="ru-RU"/>
              </w:rPr>
              <w:t>Журнал революционных коллективистов «Пролетарская революция», № 5, декабрь 2002 г. (решения Кировского районного суда г. Уфы от 12.11.2008).</w:t>
            </w:r>
          </w:p>
        </w:tc>
        <w:tc>
          <w:tcPr>
            <w:tcW w:w="2880" w:type="dxa"/>
          </w:tcPr>
          <w:p w:rsidR="006F7457" w:rsidRPr="00332DB8" w:rsidRDefault="006F7457">
            <w:pPr>
              <w:rPr>
                <w:lang w:val="ru-RU"/>
              </w:rPr>
            </w:pPr>
          </w:p>
        </w:tc>
      </w:tr>
      <w:tr w:rsidR="006F7457" w:rsidRPr="00A31F1A">
        <w:tc>
          <w:tcPr>
            <w:tcW w:w="2880" w:type="dxa"/>
          </w:tcPr>
          <w:p w:rsidR="006F7457" w:rsidRDefault="00332DB8">
            <w:r>
              <w:t>347.</w:t>
            </w:r>
          </w:p>
        </w:tc>
        <w:tc>
          <w:tcPr>
            <w:tcW w:w="2880" w:type="dxa"/>
          </w:tcPr>
          <w:p w:rsidR="006F7457" w:rsidRPr="00332DB8" w:rsidRDefault="00332DB8">
            <w:pPr>
              <w:rPr>
                <w:lang w:val="ru-RU"/>
              </w:rPr>
            </w:pPr>
            <w:r w:rsidRPr="00332DB8">
              <w:rPr>
                <w:lang w:val="ru-RU"/>
              </w:rPr>
              <w:t>Журнал революционных коллективистов «Пролетарская революция», № 6 (ч. 1), май 2004 г. (решения Кировского районного суда г. Уфы от 12.11.2008).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348.</w:t>
            </w:r>
          </w:p>
        </w:tc>
        <w:tc>
          <w:tcPr>
            <w:tcW w:w="2880" w:type="dxa"/>
          </w:tcPr>
          <w:p w:rsidR="006F7457" w:rsidRPr="00332DB8" w:rsidRDefault="00332DB8">
            <w:pPr>
              <w:rPr>
                <w:lang w:val="ru-RU"/>
              </w:rPr>
            </w:pPr>
            <w:r w:rsidRPr="00332DB8">
              <w:rPr>
                <w:lang w:val="ru-RU"/>
              </w:rPr>
              <w:t>Журнал революционных коллективистов «Пролетарская революция», № 6 (ч. 2), июнь 2004 г. (решения Кировского районного суда г. Уфы от 12.11.2008).</w:t>
            </w:r>
          </w:p>
        </w:tc>
        <w:tc>
          <w:tcPr>
            <w:tcW w:w="2880" w:type="dxa"/>
          </w:tcPr>
          <w:p w:rsidR="006F7457" w:rsidRPr="00332DB8" w:rsidRDefault="006F7457">
            <w:pPr>
              <w:rPr>
                <w:lang w:val="ru-RU"/>
              </w:rPr>
            </w:pPr>
          </w:p>
        </w:tc>
      </w:tr>
      <w:tr w:rsidR="006F7457" w:rsidRPr="00A31F1A">
        <w:tc>
          <w:tcPr>
            <w:tcW w:w="2880" w:type="dxa"/>
          </w:tcPr>
          <w:p w:rsidR="006F7457" w:rsidRDefault="00332DB8">
            <w:r>
              <w:t>349.</w:t>
            </w:r>
          </w:p>
        </w:tc>
        <w:tc>
          <w:tcPr>
            <w:tcW w:w="2880" w:type="dxa"/>
          </w:tcPr>
          <w:p w:rsidR="006F7457" w:rsidRPr="00332DB8" w:rsidRDefault="00332DB8">
            <w:pPr>
              <w:rPr>
                <w:lang w:val="ru-RU"/>
              </w:rPr>
            </w:pPr>
            <w:r w:rsidRPr="00332DB8">
              <w:rPr>
                <w:lang w:val="ru-RU"/>
              </w:rPr>
              <w:t>Журнал революционных коллективистов «Пролетарская революция», спецвыпуск, ноябрь 2003 г. (решения Кировского районного суда г. Уфы от 12.11.2008).</w:t>
            </w:r>
          </w:p>
        </w:tc>
        <w:tc>
          <w:tcPr>
            <w:tcW w:w="2880" w:type="dxa"/>
          </w:tcPr>
          <w:p w:rsidR="006F7457" w:rsidRPr="00332DB8" w:rsidRDefault="006F7457">
            <w:pPr>
              <w:rPr>
                <w:lang w:val="ru-RU"/>
              </w:rPr>
            </w:pPr>
          </w:p>
        </w:tc>
      </w:tr>
      <w:tr w:rsidR="006F7457" w:rsidRPr="00A31F1A">
        <w:tc>
          <w:tcPr>
            <w:tcW w:w="2880" w:type="dxa"/>
          </w:tcPr>
          <w:p w:rsidR="006F7457" w:rsidRDefault="00332DB8">
            <w:r>
              <w:t>350.</w:t>
            </w:r>
          </w:p>
        </w:tc>
        <w:tc>
          <w:tcPr>
            <w:tcW w:w="2880" w:type="dxa"/>
          </w:tcPr>
          <w:p w:rsidR="006F7457" w:rsidRPr="00332DB8" w:rsidRDefault="00332DB8">
            <w:pPr>
              <w:rPr>
                <w:lang w:val="ru-RU"/>
              </w:rPr>
            </w:pPr>
            <w:r w:rsidRPr="00332DB8">
              <w:rPr>
                <w:lang w:val="ru-RU"/>
              </w:rPr>
              <w:t>Статья «Речь Раввина», опубликованная 25.03.2004 в газете «Алекс-Информ» (решение Октябрьского районного суда г. Самары от 05.06.2008).</w:t>
            </w:r>
          </w:p>
        </w:tc>
        <w:tc>
          <w:tcPr>
            <w:tcW w:w="2880" w:type="dxa"/>
          </w:tcPr>
          <w:p w:rsidR="006F7457" w:rsidRPr="00332DB8" w:rsidRDefault="006F7457">
            <w:pPr>
              <w:rPr>
                <w:lang w:val="ru-RU"/>
              </w:rPr>
            </w:pPr>
          </w:p>
        </w:tc>
      </w:tr>
      <w:tr w:rsidR="006F7457" w:rsidRPr="00A31F1A">
        <w:tc>
          <w:tcPr>
            <w:tcW w:w="2880" w:type="dxa"/>
          </w:tcPr>
          <w:p w:rsidR="006F7457" w:rsidRDefault="00332DB8">
            <w:r>
              <w:t>351.</w:t>
            </w:r>
          </w:p>
        </w:tc>
        <w:tc>
          <w:tcPr>
            <w:tcW w:w="2880" w:type="dxa"/>
          </w:tcPr>
          <w:p w:rsidR="006F7457" w:rsidRPr="00332DB8" w:rsidRDefault="00332DB8">
            <w:pPr>
              <w:rPr>
                <w:lang w:val="ru-RU"/>
              </w:rPr>
            </w:pPr>
            <w:r w:rsidRPr="00332DB8">
              <w:rPr>
                <w:lang w:val="ru-RU"/>
              </w:rPr>
              <w:t>Материал «Чеченские моджахеды провели новую серию боевых операций», размещенный на сайте телекоммуникационной сети «Интернет» «</w:t>
            </w:r>
            <w:r>
              <w:t>www</w:t>
            </w:r>
            <w:r w:rsidRPr="00332DB8">
              <w:rPr>
                <w:lang w:val="ru-RU"/>
              </w:rPr>
              <w:t>.</w:t>
            </w:r>
            <w:r>
              <w:t>Kavkazcenter</w:t>
            </w:r>
            <w:r w:rsidRPr="00332DB8">
              <w:rPr>
                <w:lang w:val="ru-RU"/>
              </w:rPr>
              <w:t>.</w:t>
            </w:r>
            <w:r>
              <w:t>com</w:t>
            </w:r>
            <w:r w:rsidRPr="00332DB8">
              <w:rPr>
                <w:lang w:val="ru-RU"/>
              </w:rPr>
              <w:t>» (решение Советского районного суда г. Новосибирска от 23.06.2008).</w:t>
            </w:r>
          </w:p>
        </w:tc>
        <w:tc>
          <w:tcPr>
            <w:tcW w:w="2880" w:type="dxa"/>
          </w:tcPr>
          <w:p w:rsidR="006F7457" w:rsidRPr="00332DB8" w:rsidRDefault="006F7457">
            <w:pPr>
              <w:rPr>
                <w:lang w:val="ru-RU"/>
              </w:rPr>
            </w:pPr>
          </w:p>
        </w:tc>
      </w:tr>
      <w:tr w:rsidR="006F7457" w:rsidRPr="00A31F1A">
        <w:tc>
          <w:tcPr>
            <w:tcW w:w="2880" w:type="dxa"/>
          </w:tcPr>
          <w:p w:rsidR="006F7457" w:rsidRDefault="00332DB8">
            <w:r>
              <w:t>352.</w:t>
            </w:r>
          </w:p>
        </w:tc>
        <w:tc>
          <w:tcPr>
            <w:tcW w:w="2880" w:type="dxa"/>
          </w:tcPr>
          <w:p w:rsidR="006F7457" w:rsidRPr="00332DB8" w:rsidRDefault="00332DB8">
            <w:pPr>
              <w:rPr>
                <w:lang w:val="ru-RU"/>
              </w:rPr>
            </w:pPr>
            <w:r w:rsidRPr="00332DB8">
              <w:rPr>
                <w:lang w:val="ru-RU"/>
              </w:rPr>
              <w:t>Материал «Пресс-релиз Министерства Информации и Печати ЧРИ № 33», размещенный на сайте телекоммуникационной сети «Интернет» «</w:t>
            </w:r>
            <w:r>
              <w:t>www</w:t>
            </w:r>
            <w:r w:rsidRPr="00332DB8">
              <w:rPr>
                <w:lang w:val="ru-RU"/>
              </w:rPr>
              <w:t>.</w:t>
            </w:r>
            <w:r>
              <w:t>Kavkazcenter</w:t>
            </w:r>
            <w:r w:rsidRPr="00332DB8">
              <w:rPr>
                <w:lang w:val="ru-RU"/>
              </w:rPr>
              <w:t>.</w:t>
            </w:r>
            <w:r>
              <w:t>com</w:t>
            </w:r>
            <w:r w:rsidRPr="00332DB8">
              <w:rPr>
                <w:lang w:val="ru-RU"/>
              </w:rPr>
              <w:t>» (решение Советского районного суда г. Новосибирска от 23.06.2008).</w:t>
            </w:r>
          </w:p>
        </w:tc>
        <w:tc>
          <w:tcPr>
            <w:tcW w:w="2880" w:type="dxa"/>
          </w:tcPr>
          <w:p w:rsidR="006F7457" w:rsidRPr="00332DB8" w:rsidRDefault="006F7457">
            <w:pPr>
              <w:rPr>
                <w:lang w:val="ru-RU"/>
              </w:rPr>
            </w:pPr>
          </w:p>
        </w:tc>
      </w:tr>
      <w:tr w:rsidR="006F7457" w:rsidRPr="00A31F1A">
        <w:tc>
          <w:tcPr>
            <w:tcW w:w="2880" w:type="dxa"/>
          </w:tcPr>
          <w:p w:rsidR="006F7457" w:rsidRDefault="00332DB8">
            <w:r>
              <w:t>353.</w:t>
            </w:r>
          </w:p>
        </w:tc>
        <w:tc>
          <w:tcPr>
            <w:tcW w:w="2880" w:type="dxa"/>
          </w:tcPr>
          <w:p w:rsidR="006F7457" w:rsidRPr="00332DB8" w:rsidRDefault="00332DB8">
            <w:pPr>
              <w:rPr>
                <w:lang w:val="ru-RU"/>
              </w:rPr>
            </w:pPr>
            <w:r w:rsidRPr="00332DB8">
              <w:rPr>
                <w:lang w:val="ru-RU"/>
              </w:rPr>
              <w:t>Материал «Полюбить сражение и не искать мира», размещенный на сайте телекоммуникационной сети «Интернет» «</w:t>
            </w:r>
            <w:r>
              <w:t>www</w:t>
            </w:r>
            <w:r w:rsidRPr="00332DB8">
              <w:rPr>
                <w:lang w:val="ru-RU"/>
              </w:rPr>
              <w:t>.</w:t>
            </w:r>
            <w:r>
              <w:t>Kavkazcenter</w:t>
            </w:r>
            <w:r w:rsidRPr="00332DB8">
              <w:rPr>
                <w:lang w:val="ru-RU"/>
              </w:rPr>
              <w:t>.</w:t>
            </w:r>
            <w:r>
              <w:t>com</w:t>
            </w:r>
            <w:r w:rsidRPr="00332DB8">
              <w:rPr>
                <w:lang w:val="ru-RU"/>
              </w:rPr>
              <w:t>» (решение Советского районного суда г. Новосибирска от 23.06.2008).</w:t>
            </w:r>
          </w:p>
        </w:tc>
        <w:tc>
          <w:tcPr>
            <w:tcW w:w="2880" w:type="dxa"/>
          </w:tcPr>
          <w:p w:rsidR="006F7457" w:rsidRPr="00332DB8" w:rsidRDefault="006F7457">
            <w:pPr>
              <w:rPr>
                <w:lang w:val="ru-RU"/>
              </w:rPr>
            </w:pPr>
          </w:p>
        </w:tc>
      </w:tr>
      <w:tr w:rsidR="006F7457" w:rsidRPr="00A31F1A">
        <w:tc>
          <w:tcPr>
            <w:tcW w:w="2880" w:type="dxa"/>
          </w:tcPr>
          <w:p w:rsidR="006F7457" w:rsidRDefault="00332DB8">
            <w:r>
              <w:t>354.</w:t>
            </w:r>
          </w:p>
        </w:tc>
        <w:tc>
          <w:tcPr>
            <w:tcW w:w="2880" w:type="dxa"/>
          </w:tcPr>
          <w:p w:rsidR="006F7457" w:rsidRPr="00332DB8" w:rsidRDefault="00332DB8">
            <w:pPr>
              <w:rPr>
                <w:lang w:val="ru-RU"/>
              </w:rPr>
            </w:pPr>
            <w:r w:rsidRPr="00332DB8">
              <w:rPr>
                <w:lang w:val="ru-RU"/>
              </w:rPr>
              <w:t>Материал «Амир Сейфулла: «Кто сомневается – пусть убоится Аллаха», размещенный на сайте телекоммуникационной сети «Интернет» «</w:t>
            </w:r>
            <w:r>
              <w:t>www</w:t>
            </w:r>
            <w:r w:rsidRPr="00332DB8">
              <w:rPr>
                <w:lang w:val="ru-RU"/>
              </w:rPr>
              <w:t>.</w:t>
            </w:r>
            <w:r>
              <w:t>Kavkazcenter</w:t>
            </w:r>
            <w:r w:rsidRPr="00332DB8">
              <w:rPr>
                <w:lang w:val="ru-RU"/>
              </w:rPr>
              <w:t>.</w:t>
            </w:r>
            <w:r>
              <w:t>com</w:t>
            </w:r>
            <w:r w:rsidRPr="00332DB8">
              <w:rPr>
                <w:lang w:val="ru-RU"/>
              </w:rPr>
              <w:t>» (решение Советского районного суда г. Новосибирска от 23.06.2008).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355.</w:t>
            </w:r>
          </w:p>
        </w:tc>
        <w:tc>
          <w:tcPr>
            <w:tcW w:w="2880" w:type="dxa"/>
          </w:tcPr>
          <w:p w:rsidR="006F7457" w:rsidRPr="00332DB8" w:rsidRDefault="00332DB8">
            <w:pPr>
              <w:rPr>
                <w:lang w:val="ru-RU"/>
              </w:rPr>
            </w:pPr>
            <w:r w:rsidRPr="00332DB8">
              <w:rPr>
                <w:lang w:val="ru-RU"/>
              </w:rPr>
              <w:t>Материал «Мы террористы для них, они террористы для нас», размещенный на сайте телекоммуникационной сети «Интернет» «</w:t>
            </w:r>
            <w:r>
              <w:t>www</w:t>
            </w:r>
            <w:r w:rsidRPr="00332DB8">
              <w:rPr>
                <w:lang w:val="ru-RU"/>
              </w:rPr>
              <w:t>.</w:t>
            </w:r>
            <w:r>
              <w:t>Kavkazcenter</w:t>
            </w:r>
            <w:r w:rsidRPr="00332DB8">
              <w:rPr>
                <w:lang w:val="ru-RU"/>
              </w:rPr>
              <w:t>.</w:t>
            </w:r>
            <w:r>
              <w:t>com</w:t>
            </w:r>
            <w:r w:rsidRPr="00332DB8">
              <w:rPr>
                <w:lang w:val="ru-RU"/>
              </w:rPr>
              <w:t>» (решение Советского районного суда г. Новосибирска от 23.06.2008).</w:t>
            </w:r>
          </w:p>
        </w:tc>
        <w:tc>
          <w:tcPr>
            <w:tcW w:w="2880" w:type="dxa"/>
          </w:tcPr>
          <w:p w:rsidR="006F7457" w:rsidRPr="00332DB8" w:rsidRDefault="006F7457">
            <w:pPr>
              <w:rPr>
                <w:lang w:val="ru-RU"/>
              </w:rPr>
            </w:pPr>
          </w:p>
        </w:tc>
      </w:tr>
      <w:tr w:rsidR="006F7457" w:rsidRPr="00A31F1A">
        <w:tc>
          <w:tcPr>
            <w:tcW w:w="2880" w:type="dxa"/>
          </w:tcPr>
          <w:p w:rsidR="006F7457" w:rsidRDefault="00332DB8">
            <w:r>
              <w:t>356.</w:t>
            </w:r>
          </w:p>
        </w:tc>
        <w:tc>
          <w:tcPr>
            <w:tcW w:w="2880" w:type="dxa"/>
          </w:tcPr>
          <w:p w:rsidR="006F7457" w:rsidRPr="00332DB8" w:rsidRDefault="00332DB8">
            <w:pPr>
              <w:rPr>
                <w:lang w:val="ru-RU"/>
              </w:rPr>
            </w:pPr>
            <w:r w:rsidRPr="00332DB8">
              <w:rPr>
                <w:lang w:val="ru-RU"/>
              </w:rPr>
              <w:t>Материал «Обращение к народам-участникам освободительного движения», размещенный на сайте телекоммуникационной сети «Интернет» «</w:t>
            </w:r>
            <w:r>
              <w:t>www</w:t>
            </w:r>
            <w:r w:rsidRPr="00332DB8">
              <w:rPr>
                <w:lang w:val="ru-RU"/>
              </w:rPr>
              <w:t>.</w:t>
            </w:r>
            <w:r>
              <w:t>Chechenpress</w:t>
            </w:r>
            <w:r w:rsidRPr="00332DB8">
              <w:rPr>
                <w:lang w:val="ru-RU"/>
              </w:rPr>
              <w:t>.</w:t>
            </w:r>
            <w:r>
              <w:t>org</w:t>
            </w:r>
            <w:r w:rsidRPr="00332DB8">
              <w:rPr>
                <w:lang w:val="ru-RU"/>
              </w:rPr>
              <w:t>» (решение Советского районного суда г. Новосибирска от 23.06.2008).</w:t>
            </w:r>
          </w:p>
        </w:tc>
        <w:tc>
          <w:tcPr>
            <w:tcW w:w="2880" w:type="dxa"/>
          </w:tcPr>
          <w:p w:rsidR="006F7457" w:rsidRPr="00332DB8" w:rsidRDefault="006F7457">
            <w:pPr>
              <w:rPr>
                <w:lang w:val="ru-RU"/>
              </w:rPr>
            </w:pPr>
          </w:p>
        </w:tc>
      </w:tr>
      <w:tr w:rsidR="006F7457" w:rsidRPr="00A31F1A">
        <w:tc>
          <w:tcPr>
            <w:tcW w:w="2880" w:type="dxa"/>
          </w:tcPr>
          <w:p w:rsidR="006F7457" w:rsidRDefault="00332DB8">
            <w:r>
              <w:t>357.</w:t>
            </w:r>
          </w:p>
        </w:tc>
        <w:tc>
          <w:tcPr>
            <w:tcW w:w="2880" w:type="dxa"/>
          </w:tcPr>
          <w:p w:rsidR="006F7457" w:rsidRPr="00332DB8" w:rsidRDefault="00332DB8">
            <w:pPr>
              <w:rPr>
                <w:lang w:val="ru-RU"/>
              </w:rPr>
            </w:pPr>
            <w:r w:rsidRPr="00332DB8">
              <w:rPr>
                <w:lang w:val="ru-RU"/>
              </w:rPr>
              <w:t>Материал «Обращение к народам колониальной российской империи», размещенный на сайте телекоммуникационной сети «Интернет» «</w:t>
            </w:r>
            <w:r>
              <w:t>www</w:t>
            </w:r>
            <w:r w:rsidRPr="00332DB8">
              <w:rPr>
                <w:lang w:val="ru-RU"/>
              </w:rPr>
              <w:t>.</w:t>
            </w:r>
            <w:r>
              <w:t>Chechenpress</w:t>
            </w:r>
            <w:r w:rsidRPr="00332DB8">
              <w:rPr>
                <w:lang w:val="ru-RU"/>
              </w:rPr>
              <w:t>.</w:t>
            </w:r>
            <w:r>
              <w:t>org</w:t>
            </w:r>
            <w:r w:rsidRPr="00332DB8">
              <w:rPr>
                <w:lang w:val="ru-RU"/>
              </w:rPr>
              <w:t>» (решение Советского районного суда г. Новосибирска от 23.06.2008).</w:t>
            </w:r>
          </w:p>
        </w:tc>
        <w:tc>
          <w:tcPr>
            <w:tcW w:w="2880" w:type="dxa"/>
          </w:tcPr>
          <w:p w:rsidR="006F7457" w:rsidRPr="00332DB8" w:rsidRDefault="006F7457">
            <w:pPr>
              <w:rPr>
                <w:lang w:val="ru-RU"/>
              </w:rPr>
            </w:pPr>
          </w:p>
        </w:tc>
      </w:tr>
      <w:tr w:rsidR="006F7457" w:rsidRPr="00A31F1A">
        <w:tc>
          <w:tcPr>
            <w:tcW w:w="2880" w:type="dxa"/>
          </w:tcPr>
          <w:p w:rsidR="006F7457" w:rsidRDefault="00332DB8">
            <w:r>
              <w:t>358.</w:t>
            </w:r>
          </w:p>
        </w:tc>
        <w:tc>
          <w:tcPr>
            <w:tcW w:w="2880" w:type="dxa"/>
          </w:tcPr>
          <w:p w:rsidR="006F7457" w:rsidRPr="00332DB8" w:rsidRDefault="00332DB8">
            <w:pPr>
              <w:rPr>
                <w:lang w:val="ru-RU"/>
              </w:rPr>
            </w:pPr>
            <w:r w:rsidRPr="00332DB8">
              <w:rPr>
                <w:lang w:val="ru-RU"/>
              </w:rPr>
              <w:t>Материал «Заговор воинствующего христианского фашизма» размещенный на сайте телекоммуникационной сети «Интернет» «</w:t>
            </w:r>
            <w:r>
              <w:t>www</w:t>
            </w:r>
            <w:r w:rsidRPr="00332DB8">
              <w:rPr>
                <w:lang w:val="ru-RU"/>
              </w:rPr>
              <w:t>.</w:t>
            </w:r>
            <w:r>
              <w:t>Daymohk</w:t>
            </w:r>
            <w:r w:rsidRPr="00332DB8">
              <w:rPr>
                <w:lang w:val="ru-RU"/>
              </w:rPr>
              <w:t>.</w:t>
            </w:r>
            <w:r>
              <w:t>ru</w:t>
            </w:r>
            <w:r w:rsidRPr="00332DB8">
              <w:rPr>
                <w:lang w:val="ru-RU"/>
              </w:rPr>
              <w:t>» (решение Советского районного суда г. Новосибирска от 23.06.2008).</w:t>
            </w:r>
          </w:p>
        </w:tc>
        <w:tc>
          <w:tcPr>
            <w:tcW w:w="2880" w:type="dxa"/>
          </w:tcPr>
          <w:p w:rsidR="006F7457" w:rsidRPr="00332DB8" w:rsidRDefault="006F7457">
            <w:pPr>
              <w:rPr>
                <w:lang w:val="ru-RU"/>
              </w:rPr>
            </w:pPr>
          </w:p>
        </w:tc>
      </w:tr>
      <w:tr w:rsidR="006F7457" w:rsidRPr="00A31F1A">
        <w:tc>
          <w:tcPr>
            <w:tcW w:w="2880" w:type="dxa"/>
          </w:tcPr>
          <w:p w:rsidR="006F7457" w:rsidRDefault="00332DB8">
            <w:r>
              <w:t>359.</w:t>
            </w:r>
          </w:p>
        </w:tc>
        <w:tc>
          <w:tcPr>
            <w:tcW w:w="2880" w:type="dxa"/>
          </w:tcPr>
          <w:p w:rsidR="006F7457" w:rsidRPr="00332DB8" w:rsidRDefault="00332DB8">
            <w:pPr>
              <w:rPr>
                <w:lang w:val="ru-RU"/>
              </w:rPr>
            </w:pPr>
            <w:r w:rsidRPr="00332DB8">
              <w:rPr>
                <w:lang w:val="ru-RU"/>
              </w:rPr>
              <w:t>Материал «Кавказ на подъеме», размещенный на сайте телекоммуникационной сети «Интернет» «</w:t>
            </w:r>
            <w:r>
              <w:t>www</w:t>
            </w:r>
            <w:r w:rsidRPr="00332DB8">
              <w:rPr>
                <w:lang w:val="ru-RU"/>
              </w:rPr>
              <w:t>.</w:t>
            </w:r>
            <w:r>
              <w:t>Daymohk</w:t>
            </w:r>
            <w:r w:rsidRPr="00332DB8">
              <w:rPr>
                <w:lang w:val="ru-RU"/>
              </w:rPr>
              <w:t>.</w:t>
            </w:r>
            <w:r>
              <w:t>ru</w:t>
            </w:r>
            <w:r w:rsidRPr="00332DB8">
              <w:rPr>
                <w:lang w:val="ru-RU"/>
              </w:rPr>
              <w:t>» (решение Советского районного суда г. Новосибирска от 23.06.2008).</w:t>
            </w:r>
          </w:p>
        </w:tc>
        <w:tc>
          <w:tcPr>
            <w:tcW w:w="2880" w:type="dxa"/>
          </w:tcPr>
          <w:p w:rsidR="006F7457" w:rsidRPr="00332DB8" w:rsidRDefault="006F7457">
            <w:pPr>
              <w:rPr>
                <w:lang w:val="ru-RU"/>
              </w:rPr>
            </w:pPr>
          </w:p>
        </w:tc>
      </w:tr>
      <w:tr w:rsidR="006F7457" w:rsidRPr="00A31F1A">
        <w:tc>
          <w:tcPr>
            <w:tcW w:w="2880" w:type="dxa"/>
          </w:tcPr>
          <w:p w:rsidR="006F7457" w:rsidRDefault="00332DB8">
            <w:r>
              <w:t>360.</w:t>
            </w:r>
          </w:p>
        </w:tc>
        <w:tc>
          <w:tcPr>
            <w:tcW w:w="2880" w:type="dxa"/>
          </w:tcPr>
          <w:p w:rsidR="006F7457" w:rsidRPr="00332DB8" w:rsidRDefault="00332DB8">
            <w:pPr>
              <w:rPr>
                <w:lang w:val="ru-RU"/>
              </w:rPr>
            </w:pPr>
            <w:r w:rsidRPr="00332DB8">
              <w:rPr>
                <w:lang w:val="ru-RU"/>
              </w:rPr>
              <w:t>Материал «Пресс-релиз Министерства Информации и печати ЧРИ», размещенный на сайте телекоммуникационной сети «Интернет» «</w:t>
            </w:r>
            <w:r>
              <w:t>www</w:t>
            </w:r>
            <w:r w:rsidRPr="00332DB8">
              <w:rPr>
                <w:lang w:val="ru-RU"/>
              </w:rPr>
              <w:t>.</w:t>
            </w:r>
            <w:r>
              <w:t>Daymohk</w:t>
            </w:r>
            <w:r w:rsidRPr="00332DB8">
              <w:rPr>
                <w:lang w:val="ru-RU"/>
              </w:rPr>
              <w:t>.</w:t>
            </w:r>
            <w:r>
              <w:t>ru</w:t>
            </w:r>
            <w:r w:rsidRPr="00332DB8">
              <w:rPr>
                <w:lang w:val="ru-RU"/>
              </w:rPr>
              <w:t>» (решение Советского районного суда г. Новосибирска от 23.06.2008).</w:t>
            </w:r>
          </w:p>
        </w:tc>
        <w:tc>
          <w:tcPr>
            <w:tcW w:w="2880" w:type="dxa"/>
          </w:tcPr>
          <w:p w:rsidR="006F7457" w:rsidRPr="00332DB8" w:rsidRDefault="006F7457">
            <w:pPr>
              <w:rPr>
                <w:lang w:val="ru-RU"/>
              </w:rPr>
            </w:pPr>
          </w:p>
        </w:tc>
      </w:tr>
      <w:tr w:rsidR="006F7457" w:rsidRPr="00A31F1A">
        <w:tc>
          <w:tcPr>
            <w:tcW w:w="2880" w:type="dxa"/>
          </w:tcPr>
          <w:p w:rsidR="006F7457" w:rsidRDefault="00332DB8">
            <w:r>
              <w:t>361.</w:t>
            </w:r>
          </w:p>
        </w:tc>
        <w:tc>
          <w:tcPr>
            <w:tcW w:w="2880" w:type="dxa"/>
          </w:tcPr>
          <w:p w:rsidR="006F7457" w:rsidRPr="00332DB8" w:rsidRDefault="00332DB8">
            <w:pPr>
              <w:rPr>
                <w:lang w:val="ru-RU"/>
              </w:rPr>
            </w:pPr>
            <w:r w:rsidRPr="00332DB8">
              <w:rPr>
                <w:lang w:val="ru-RU"/>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t>
            </w:r>
            <w:r>
              <w:t>www</w:t>
            </w:r>
            <w:r w:rsidRPr="00332DB8">
              <w:rPr>
                <w:lang w:val="ru-RU"/>
              </w:rPr>
              <w:t>.</w:t>
            </w:r>
            <w:r>
              <w:t>Camagat</w:t>
            </w:r>
            <w:r w:rsidRPr="00332DB8">
              <w:rPr>
                <w:lang w:val="ru-RU"/>
              </w:rPr>
              <w:t>.</w:t>
            </w:r>
            <w:r>
              <w:t>com</w:t>
            </w:r>
            <w:r w:rsidRPr="00332DB8">
              <w:rPr>
                <w:lang w:val="ru-RU"/>
              </w:rPr>
              <w:t>» (решение Советского районного суда г. Новосибирска от 23.06.2008).</w:t>
            </w:r>
          </w:p>
        </w:tc>
        <w:tc>
          <w:tcPr>
            <w:tcW w:w="2880" w:type="dxa"/>
          </w:tcPr>
          <w:p w:rsidR="006F7457" w:rsidRPr="00332DB8" w:rsidRDefault="006F7457">
            <w:pPr>
              <w:rPr>
                <w:lang w:val="ru-RU"/>
              </w:rPr>
            </w:pPr>
          </w:p>
        </w:tc>
      </w:tr>
      <w:tr w:rsidR="006F7457">
        <w:tc>
          <w:tcPr>
            <w:tcW w:w="2880" w:type="dxa"/>
          </w:tcPr>
          <w:p w:rsidR="006F7457" w:rsidRDefault="00332DB8">
            <w:r>
              <w:lastRenderedPageBreak/>
              <w:t>362.</w:t>
            </w:r>
          </w:p>
        </w:tc>
        <w:tc>
          <w:tcPr>
            <w:tcW w:w="2880" w:type="dxa"/>
          </w:tcPr>
          <w:p w:rsidR="006F7457" w:rsidRDefault="00332DB8">
            <w:r>
              <w:t>Материал исключен из списка.</w:t>
            </w:r>
          </w:p>
        </w:tc>
        <w:tc>
          <w:tcPr>
            <w:tcW w:w="2880" w:type="dxa"/>
          </w:tcPr>
          <w:p w:rsidR="006F7457" w:rsidRDefault="006F7457"/>
        </w:tc>
      </w:tr>
      <w:tr w:rsidR="006F7457">
        <w:tc>
          <w:tcPr>
            <w:tcW w:w="2880" w:type="dxa"/>
          </w:tcPr>
          <w:p w:rsidR="006F7457" w:rsidRDefault="00332DB8">
            <w:r>
              <w:t>363.</w:t>
            </w:r>
          </w:p>
        </w:tc>
        <w:tc>
          <w:tcPr>
            <w:tcW w:w="2880" w:type="dxa"/>
          </w:tcPr>
          <w:p w:rsidR="006F7457" w:rsidRDefault="00332DB8">
            <w:r>
              <w:t>Материал исключен из списка.</w:t>
            </w:r>
          </w:p>
        </w:tc>
        <w:tc>
          <w:tcPr>
            <w:tcW w:w="2880" w:type="dxa"/>
          </w:tcPr>
          <w:p w:rsidR="006F7457" w:rsidRDefault="006F7457"/>
        </w:tc>
      </w:tr>
      <w:tr w:rsidR="006F7457">
        <w:tc>
          <w:tcPr>
            <w:tcW w:w="2880" w:type="dxa"/>
          </w:tcPr>
          <w:p w:rsidR="006F7457" w:rsidRDefault="00332DB8">
            <w:r>
              <w:t>364.</w:t>
            </w:r>
          </w:p>
        </w:tc>
        <w:tc>
          <w:tcPr>
            <w:tcW w:w="2880" w:type="dxa"/>
          </w:tcPr>
          <w:p w:rsidR="006F7457" w:rsidRDefault="00332DB8">
            <w:r>
              <w:t>Материал исключен из списка.</w:t>
            </w:r>
          </w:p>
        </w:tc>
        <w:tc>
          <w:tcPr>
            <w:tcW w:w="2880" w:type="dxa"/>
          </w:tcPr>
          <w:p w:rsidR="006F7457" w:rsidRDefault="006F7457"/>
        </w:tc>
      </w:tr>
      <w:tr w:rsidR="006F7457" w:rsidRPr="00A31F1A">
        <w:tc>
          <w:tcPr>
            <w:tcW w:w="2880" w:type="dxa"/>
          </w:tcPr>
          <w:p w:rsidR="006F7457" w:rsidRDefault="00332DB8">
            <w:r>
              <w:t>365.</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www</w:t>
            </w:r>
            <w:r w:rsidRPr="00332DB8">
              <w:rPr>
                <w:lang w:val="ru-RU"/>
              </w:rPr>
              <w:t>.</w:t>
            </w:r>
            <w:r>
              <w:t>fank</w:t>
            </w:r>
            <w:r w:rsidRPr="00332DB8">
              <w:rPr>
                <w:lang w:val="ru-RU"/>
              </w:rPr>
              <w:t>.</w:t>
            </w:r>
            <w:r>
              <w:t>ru</w:t>
            </w:r>
            <w:r w:rsidRPr="00332DB8">
              <w:rPr>
                <w:lang w:val="ru-RU"/>
              </w:rPr>
              <w:t>/ и содержащиеся на нем информационные материалы (решение Самарского районного суда г. Самары от 16.01.2009).</w:t>
            </w:r>
          </w:p>
        </w:tc>
        <w:tc>
          <w:tcPr>
            <w:tcW w:w="2880" w:type="dxa"/>
          </w:tcPr>
          <w:p w:rsidR="006F7457" w:rsidRPr="00332DB8" w:rsidRDefault="006F7457">
            <w:pPr>
              <w:rPr>
                <w:lang w:val="ru-RU"/>
              </w:rPr>
            </w:pPr>
          </w:p>
        </w:tc>
      </w:tr>
      <w:tr w:rsidR="006F7457" w:rsidRPr="00A31F1A">
        <w:tc>
          <w:tcPr>
            <w:tcW w:w="2880" w:type="dxa"/>
          </w:tcPr>
          <w:p w:rsidR="006F7457" w:rsidRDefault="00332DB8">
            <w:r>
              <w:t>366.</w:t>
            </w:r>
          </w:p>
        </w:tc>
        <w:tc>
          <w:tcPr>
            <w:tcW w:w="2880" w:type="dxa"/>
          </w:tcPr>
          <w:p w:rsidR="006F7457" w:rsidRPr="00332DB8" w:rsidRDefault="00332DB8">
            <w:pPr>
              <w:rPr>
                <w:lang w:val="ru-RU"/>
              </w:rPr>
            </w:pPr>
            <w:r w:rsidRPr="00332DB8">
              <w:rPr>
                <w:lang w:val="ru-RU"/>
              </w:rPr>
              <w:t xml:space="preserve">Публикация «Путин продолжает убивать», размещенная 01.04.2007 на сайте сети Интернет </w:t>
            </w:r>
            <w:r>
              <w:t>http</w:t>
            </w:r>
            <w:r w:rsidRPr="00332DB8">
              <w:rPr>
                <w:lang w:val="ru-RU"/>
              </w:rPr>
              <w:t>://</w:t>
            </w:r>
            <w:r>
              <w:t>www</w:t>
            </w:r>
            <w:r w:rsidRPr="00332DB8">
              <w:rPr>
                <w:lang w:val="ru-RU"/>
              </w:rPr>
              <w:t>.</w:t>
            </w:r>
            <w:r>
              <w:t>kavkazcenter</w:t>
            </w:r>
            <w:r w:rsidRPr="00332DB8">
              <w:rPr>
                <w:lang w:val="ru-RU"/>
              </w:rPr>
              <w:t>.</w:t>
            </w:r>
            <w:r>
              <w:t>com</w:t>
            </w:r>
            <w:r w:rsidRPr="00332DB8">
              <w:rPr>
                <w:lang w:val="ru-RU"/>
              </w:rPr>
              <w:t xml:space="preserve">/ (другие названия </w:t>
            </w:r>
            <w:r>
              <w:t>http</w:t>
            </w:r>
            <w:r w:rsidRPr="00332DB8">
              <w:rPr>
                <w:lang w:val="ru-RU"/>
              </w:rPr>
              <w:t>://</w:t>
            </w:r>
            <w:r>
              <w:t>www</w:t>
            </w:r>
            <w:r w:rsidRPr="00332DB8">
              <w:rPr>
                <w:lang w:val="ru-RU"/>
              </w:rPr>
              <w:t>.</w:t>
            </w:r>
            <w:r>
              <w:t>kavkazcenter</w:t>
            </w:r>
            <w:r w:rsidRPr="00332DB8">
              <w:rPr>
                <w:lang w:val="ru-RU"/>
              </w:rPr>
              <w:t>.</w:t>
            </w:r>
            <w:r>
              <w:t>net</w:t>
            </w:r>
            <w:r w:rsidRPr="00332DB8">
              <w:rPr>
                <w:lang w:val="ru-RU"/>
              </w:rPr>
              <w:t xml:space="preserve">/, </w:t>
            </w:r>
            <w:r>
              <w:t>http</w:t>
            </w:r>
            <w:r w:rsidRPr="00332DB8">
              <w:rPr>
                <w:lang w:val="ru-RU"/>
              </w:rPr>
              <w:t>://</w:t>
            </w:r>
            <w:r>
              <w:t>www</w:t>
            </w:r>
            <w:r w:rsidRPr="00332DB8">
              <w:rPr>
                <w:lang w:val="ru-RU"/>
              </w:rPr>
              <w:t>.</w:t>
            </w:r>
            <w:r>
              <w:t>kavkazcenter</w:t>
            </w:r>
            <w:r w:rsidRPr="00332DB8">
              <w:rPr>
                <w:lang w:val="ru-RU"/>
              </w:rPr>
              <w:t>.</w:t>
            </w:r>
            <w:r>
              <w:t>tv</w:t>
            </w:r>
            <w:r w:rsidRPr="00332DB8">
              <w:rPr>
                <w:lang w:val="ru-RU"/>
              </w:rPr>
              <w:t xml:space="preserve">/, </w:t>
            </w:r>
            <w:r>
              <w:t>http</w:t>
            </w:r>
            <w:r w:rsidRPr="00332DB8">
              <w:rPr>
                <w:lang w:val="ru-RU"/>
              </w:rPr>
              <w:t>://</w:t>
            </w:r>
            <w:r>
              <w:t>www</w:t>
            </w:r>
            <w:r w:rsidRPr="00332DB8">
              <w:rPr>
                <w:lang w:val="ru-RU"/>
              </w:rPr>
              <w:t>.</w:t>
            </w:r>
            <w:r>
              <w:t>kavkaz</w:t>
            </w:r>
            <w:r w:rsidRPr="00332DB8">
              <w:rPr>
                <w:lang w:val="ru-RU"/>
              </w:rPr>
              <w:t>.</w:t>
            </w:r>
            <w:r>
              <w:t>tv</w:t>
            </w:r>
            <w:r w:rsidRPr="00332DB8">
              <w:rPr>
                <w:lang w:val="ru-RU"/>
              </w:rPr>
              <w:t xml:space="preserve">/, </w:t>
            </w:r>
            <w:r>
              <w:t>http</w:t>
            </w:r>
            <w:r w:rsidRPr="00332DB8">
              <w:rPr>
                <w:lang w:val="ru-RU"/>
              </w:rPr>
              <w:t>://</w:t>
            </w:r>
            <w:r>
              <w:t>www</w:t>
            </w:r>
            <w:r w:rsidRPr="00332DB8">
              <w:rPr>
                <w:lang w:val="ru-RU"/>
              </w:rPr>
              <w:t>.</w:t>
            </w:r>
            <w:r>
              <w:t>kavkaz</w:t>
            </w:r>
            <w:r w:rsidRPr="00332DB8">
              <w:rPr>
                <w:lang w:val="ru-RU"/>
              </w:rPr>
              <w:t>.</w:t>
            </w:r>
            <w:r>
              <w:t>org</w:t>
            </w:r>
            <w:r w:rsidRPr="00332DB8">
              <w:rPr>
                <w:lang w:val="ru-RU"/>
              </w:rPr>
              <w:t>/) (решение Улетовского районного суда Читинской области от 05.11.2008).</w:t>
            </w:r>
          </w:p>
        </w:tc>
        <w:tc>
          <w:tcPr>
            <w:tcW w:w="2880" w:type="dxa"/>
          </w:tcPr>
          <w:p w:rsidR="006F7457" w:rsidRPr="00332DB8" w:rsidRDefault="006F7457">
            <w:pPr>
              <w:rPr>
                <w:lang w:val="ru-RU"/>
              </w:rPr>
            </w:pPr>
          </w:p>
        </w:tc>
      </w:tr>
      <w:tr w:rsidR="006F7457" w:rsidRPr="00A31F1A">
        <w:tc>
          <w:tcPr>
            <w:tcW w:w="2880" w:type="dxa"/>
          </w:tcPr>
          <w:p w:rsidR="006F7457" w:rsidRDefault="00332DB8">
            <w:r>
              <w:t>367.</w:t>
            </w:r>
          </w:p>
        </w:tc>
        <w:tc>
          <w:tcPr>
            <w:tcW w:w="2880" w:type="dxa"/>
          </w:tcPr>
          <w:p w:rsidR="006F7457" w:rsidRPr="00332DB8" w:rsidRDefault="00332DB8">
            <w:pPr>
              <w:rPr>
                <w:lang w:val="ru-RU"/>
              </w:rPr>
            </w:pPr>
            <w:r w:rsidRPr="00332DB8">
              <w:rPr>
                <w:lang w:val="ru-RU"/>
              </w:rPr>
              <w:t xml:space="preserve">Публикация «Мурманск. Русские осквернили могилы британских солдат», размещенная 18.09.2007 на сайте сети Интернет </w:t>
            </w:r>
            <w:r>
              <w:t>http</w:t>
            </w:r>
            <w:r w:rsidRPr="00332DB8">
              <w:rPr>
                <w:lang w:val="ru-RU"/>
              </w:rPr>
              <w:t>://</w:t>
            </w:r>
            <w:r>
              <w:t>www</w:t>
            </w:r>
            <w:r w:rsidRPr="00332DB8">
              <w:rPr>
                <w:lang w:val="ru-RU"/>
              </w:rPr>
              <w:t>.</w:t>
            </w:r>
            <w:r>
              <w:t>kavkazcenter</w:t>
            </w:r>
            <w:r w:rsidRPr="00332DB8">
              <w:rPr>
                <w:lang w:val="ru-RU"/>
              </w:rPr>
              <w:t>.</w:t>
            </w:r>
            <w:r>
              <w:t>com</w:t>
            </w:r>
            <w:r w:rsidRPr="00332DB8">
              <w:rPr>
                <w:lang w:val="ru-RU"/>
              </w:rPr>
              <w:t xml:space="preserve">/ (другие названия </w:t>
            </w:r>
            <w:r>
              <w:t>http</w:t>
            </w:r>
            <w:r w:rsidRPr="00332DB8">
              <w:rPr>
                <w:lang w:val="ru-RU"/>
              </w:rPr>
              <w:t>://</w:t>
            </w:r>
            <w:r>
              <w:t>www</w:t>
            </w:r>
            <w:r w:rsidRPr="00332DB8">
              <w:rPr>
                <w:lang w:val="ru-RU"/>
              </w:rPr>
              <w:t>.</w:t>
            </w:r>
            <w:r>
              <w:t>kavkazcenter</w:t>
            </w:r>
            <w:r w:rsidRPr="00332DB8">
              <w:rPr>
                <w:lang w:val="ru-RU"/>
              </w:rPr>
              <w:t>.</w:t>
            </w:r>
            <w:r>
              <w:t>net</w:t>
            </w:r>
            <w:r w:rsidRPr="00332DB8">
              <w:rPr>
                <w:lang w:val="ru-RU"/>
              </w:rPr>
              <w:t xml:space="preserve">/, </w:t>
            </w:r>
            <w:r>
              <w:t>http</w:t>
            </w:r>
            <w:r w:rsidRPr="00332DB8">
              <w:rPr>
                <w:lang w:val="ru-RU"/>
              </w:rPr>
              <w:t>://</w:t>
            </w:r>
            <w:r>
              <w:t>www</w:t>
            </w:r>
            <w:r w:rsidRPr="00332DB8">
              <w:rPr>
                <w:lang w:val="ru-RU"/>
              </w:rPr>
              <w:t>.</w:t>
            </w:r>
            <w:r>
              <w:t>kavkazcenter</w:t>
            </w:r>
            <w:r w:rsidRPr="00332DB8">
              <w:rPr>
                <w:lang w:val="ru-RU"/>
              </w:rPr>
              <w:t>.</w:t>
            </w:r>
            <w:r>
              <w:t>tv</w:t>
            </w:r>
            <w:r w:rsidRPr="00332DB8">
              <w:rPr>
                <w:lang w:val="ru-RU"/>
              </w:rPr>
              <w:t xml:space="preserve">/, </w:t>
            </w:r>
            <w:r>
              <w:t>http</w:t>
            </w:r>
            <w:r w:rsidRPr="00332DB8">
              <w:rPr>
                <w:lang w:val="ru-RU"/>
              </w:rPr>
              <w:t>://</w:t>
            </w:r>
            <w:r>
              <w:t>www</w:t>
            </w:r>
            <w:r w:rsidRPr="00332DB8">
              <w:rPr>
                <w:lang w:val="ru-RU"/>
              </w:rPr>
              <w:t>.</w:t>
            </w:r>
            <w:r>
              <w:t>kavkaz</w:t>
            </w:r>
            <w:r w:rsidRPr="00332DB8">
              <w:rPr>
                <w:lang w:val="ru-RU"/>
              </w:rPr>
              <w:t>.</w:t>
            </w:r>
            <w:r>
              <w:t>tv</w:t>
            </w:r>
            <w:r w:rsidRPr="00332DB8">
              <w:rPr>
                <w:lang w:val="ru-RU"/>
              </w:rPr>
              <w:t xml:space="preserve">/, </w:t>
            </w:r>
            <w:r>
              <w:t>http</w:t>
            </w:r>
            <w:r w:rsidRPr="00332DB8">
              <w:rPr>
                <w:lang w:val="ru-RU"/>
              </w:rPr>
              <w:t>://</w:t>
            </w:r>
            <w:r>
              <w:t>www</w:t>
            </w:r>
            <w:r w:rsidRPr="00332DB8">
              <w:rPr>
                <w:lang w:val="ru-RU"/>
              </w:rPr>
              <w:t>.</w:t>
            </w:r>
            <w:r>
              <w:t>kavkaz</w:t>
            </w:r>
            <w:r w:rsidRPr="00332DB8">
              <w:rPr>
                <w:lang w:val="ru-RU"/>
              </w:rPr>
              <w:t>.</w:t>
            </w:r>
            <w:r>
              <w:t>org</w:t>
            </w:r>
            <w:r w:rsidRPr="00332DB8">
              <w:rPr>
                <w:lang w:val="ru-RU"/>
              </w:rPr>
              <w:t>/) (решение Улетовского районного суда Читинской области от 05.11.2008).</w:t>
            </w:r>
          </w:p>
        </w:tc>
        <w:tc>
          <w:tcPr>
            <w:tcW w:w="2880" w:type="dxa"/>
          </w:tcPr>
          <w:p w:rsidR="006F7457" w:rsidRPr="00332DB8" w:rsidRDefault="006F7457">
            <w:pPr>
              <w:rPr>
                <w:lang w:val="ru-RU"/>
              </w:rPr>
            </w:pPr>
          </w:p>
        </w:tc>
      </w:tr>
      <w:tr w:rsidR="006F7457" w:rsidRPr="00DD284B">
        <w:tc>
          <w:tcPr>
            <w:tcW w:w="2880" w:type="dxa"/>
          </w:tcPr>
          <w:p w:rsidR="006F7457" w:rsidRDefault="00332DB8">
            <w:r>
              <w:t>3</w:t>
            </w:r>
            <w:r>
              <w:lastRenderedPageBreak/>
              <w:t>68.</w:t>
            </w:r>
          </w:p>
        </w:tc>
        <w:tc>
          <w:tcPr>
            <w:tcW w:w="2880" w:type="dxa"/>
          </w:tcPr>
          <w:p w:rsidR="006F7457" w:rsidRPr="00332DB8" w:rsidRDefault="00332DB8">
            <w:pPr>
              <w:rPr>
                <w:lang w:val="ru-RU"/>
              </w:rPr>
            </w:pPr>
            <w:r w:rsidRPr="00332DB8">
              <w:rPr>
                <w:lang w:val="ru-RU"/>
              </w:rPr>
              <w:lastRenderedPageBreak/>
              <w:t xml:space="preserve">Листовки с текстом «Еврейские патриоты России…» (решение Ленинградского районного суда г. </w:t>
            </w:r>
            <w:r w:rsidRPr="00332DB8">
              <w:rPr>
                <w:lang w:val="ru-RU"/>
              </w:rPr>
              <w:lastRenderedPageBreak/>
              <w:t>Калининграда от 12.08.2008).</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369.</w:t>
            </w:r>
          </w:p>
        </w:tc>
        <w:tc>
          <w:tcPr>
            <w:tcW w:w="2880" w:type="dxa"/>
          </w:tcPr>
          <w:p w:rsidR="006F7457" w:rsidRPr="00332DB8" w:rsidRDefault="00332DB8">
            <w:pPr>
              <w:rPr>
                <w:lang w:val="ru-RU"/>
              </w:rPr>
            </w:pPr>
            <w:r w:rsidRPr="00332DB8">
              <w:rPr>
                <w:lang w:val="ru-RU"/>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2880" w:type="dxa"/>
          </w:tcPr>
          <w:p w:rsidR="006F7457" w:rsidRPr="00332DB8" w:rsidRDefault="006F7457">
            <w:pPr>
              <w:rPr>
                <w:lang w:val="ru-RU"/>
              </w:rPr>
            </w:pPr>
          </w:p>
        </w:tc>
      </w:tr>
      <w:tr w:rsidR="006F7457" w:rsidRPr="00DD284B">
        <w:tc>
          <w:tcPr>
            <w:tcW w:w="2880" w:type="dxa"/>
          </w:tcPr>
          <w:p w:rsidR="006F7457" w:rsidRDefault="00332DB8">
            <w:r>
              <w:t>370.</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глобальной сети «Интернет» на </w:t>
            </w:r>
            <w:r>
              <w:t>web</w:t>
            </w:r>
            <w:r w:rsidRPr="00332DB8">
              <w:rPr>
                <w:lang w:val="ru-RU"/>
              </w:rPr>
              <w:t xml:space="preserve"> – сайте по электронному адресу: </w:t>
            </w:r>
            <w:r>
              <w:t>WWW</w:t>
            </w:r>
            <w:r w:rsidRPr="00332DB8">
              <w:rPr>
                <w:lang w:val="ru-RU"/>
              </w:rPr>
              <w:t>/</w:t>
            </w:r>
            <w:r>
              <w:t>RFVRFZCENTER</w:t>
            </w:r>
            <w:r w:rsidRPr="00332DB8">
              <w:rPr>
                <w:lang w:val="ru-RU"/>
              </w:rPr>
              <w:t>.</w:t>
            </w:r>
            <w:r>
              <w:t>COM</w:t>
            </w:r>
            <w:r w:rsidRPr="00332DB8">
              <w:rPr>
                <w:lang w:val="ru-RU"/>
              </w:rPr>
              <w:t xml:space="preserve">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2880" w:type="dxa"/>
          </w:tcPr>
          <w:p w:rsidR="006F7457" w:rsidRPr="00332DB8" w:rsidRDefault="006F7457">
            <w:pPr>
              <w:rPr>
                <w:lang w:val="ru-RU"/>
              </w:rPr>
            </w:pPr>
          </w:p>
        </w:tc>
      </w:tr>
      <w:tr w:rsidR="006F7457" w:rsidRPr="00A31F1A">
        <w:tc>
          <w:tcPr>
            <w:tcW w:w="2880" w:type="dxa"/>
          </w:tcPr>
          <w:p w:rsidR="006F7457" w:rsidRDefault="00332DB8">
            <w:r>
              <w:t>371.</w:t>
            </w:r>
          </w:p>
        </w:tc>
        <w:tc>
          <w:tcPr>
            <w:tcW w:w="2880" w:type="dxa"/>
          </w:tcPr>
          <w:p w:rsidR="006F7457" w:rsidRPr="00332DB8" w:rsidRDefault="00332DB8">
            <w:pPr>
              <w:rPr>
                <w:lang w:val="ru-RU"/>
              </w:rPr>
            </w:pPr>
            <w:r w:rsidRPr="00332DB8">
              <w:rPr>
                <w:lang w:val="ru-RU"/>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2880" w:type="dxa"/>
          </w:tcPr>
          <w:p w:rsidR="006F7457" w:rsidRPr="00332DB8" w:rsidRDefault="006F7457">
            <w:pPr>
              <w:rPr>
                <w:lang w:val="ru-RU"/>
              </w:rPr>
            </w:pPr>
          </w:p>
        </w:tc>
      </w:tr>
      <w:tr w:rsidR="006F7457" w:rsidRPr="00A31F1A">
        <w:tc>
          <w:tcPr>
            <w:tcW w:w="2880" w:type="dxa"/>
          </w:tcPr>
          <w:p w:rsidR="006F7457" w:rsidRDefault="00332DB8">
            <w:r>
              <w:t>372.</w:t>
            </w:r>
          </w:p>
        </w:tc>
        <w:tc>
          <w:tcPr>
            <w:tcW w:w="2880" w:type="dxa"/>
          </w:tcPr>
          <w:p w:rsidR="006F7457" w:rsidRPr="00332DB8" w:rsidRDefault="00332DB8">
            <w:pPr>
              <w:rPr>
                <w:lang w:val="ru-RU"/>
              </w:rPr>
            </w:pPr>
            <w:r w:rsidRPr="00332DB8">
              <w:rPr>
                <w:lang w:val="ru-RU"/>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2880" w:type="dxa"/>
          </w:tcPr>
          <w:p w:rsidR="006F7457" w:rsidRPr="00332DB8" w:rsidRDefault="006F7457">
            <w:pPr>
              <w:rPr>
                <w:lang w:val="ru-RU"/>
              </w:rPr>
            </w:pPr>
          </w:p>
        </w:tc>
      </w:tr>
      <w:tr w:rsidR="006F7457" w:rsidRPr="00A31F1A">
        <w:tc>
          <w:tcPr>
            <w:tcW w:w="2880" w:type="dxa"/>
          </w:tcPr>
          <w:p w:rsidR="006F7457" w:rsidRDefault="00332DB8">
            <w:r>
              <w:t>373.</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www</w:t>
            </w:r>
            <w:r w:rsidRPr="00332DB8">
              <w:rPr>
                <w:lang w:val="ru-RU"/>
              </w:rPr>
              <w:t>.</w:t>
            </w:r>
            <w:r>
              <w:t>ufagub</w:t>
            </w:r>
            <w:r w:rsidRPr="00332DB8">
              <w:rPr>
                <w:lang w:val="ru-RU"/>
              </w:rPr>
              <w:t>.</w:t>
            </w:r>
            <w:r>
              <w:t>com</w:t>
            </w:r>
            <w:r w:rsidRPr="00332DB8">
              <w:rPr>
                <w:lang w:val="ru-RU"/>
              </w:rPr>
              <w:t>/ (решения Кировского районного суда г. Уфы от 05.03.2009 и от 01.09.2010).</w:t>
            </w:r>
          </w:p>
        </w:tc>
        <w:tc>
          <w:tcPr>
            <w:tcW w:w="2880" w:type="dxa"/>
          </w:tcPr>
          <w:p w:rsidR="006F7457" w:rsidRPr="00332DB8" w:rsidRDefault="006F7457">
            <w:pPr>
              <w:rPr>
                <w:lang w:val="ru-RU"/>
              </w:rPr>
            </w:pPr>
          </w:p>
        </w:tc>
      </w:tr>
      <w:tr w:rsidR="006F7457" w:rsidRPr="00A31F1A">
        <w:tc>
          <w:tcPr>
            <w:tcW w:w="2880" w:type="dxa"/>
          </w:tcPr>
          <w:p w:rsidR="006F7457" w:rsidRDefault="00332DB8">
            <w:r>
              <w:t>374.</w:t>
            </w:r>
          </w:p>
        </w:tc>
        <w:tc>
          <w:tcPr>
            <w:tcW w:w="2880" w:type="dxa"/>
          </w:tcPr>
          <w:p w:rsidR="006F7457" w:rsidRPr="00332DB8" w:rsidRDefault="00332DB8">
            <w:pPr>
              <w:rPr>
                <w:lang w:val="ru-RU"/>
              </w:rPr>
            </w:pPr>
            <w:r w:rsidRPr="00332DB8">
              <w:rPr>
                <w:lang w:val="ru-RU"/>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375.</w:t>
            </w:r>
          </w:p>
        </w:tc>
        <w:tc>
          <w:tcPr>
            <w:tcW w:w="2880" w:type="dxa"/>
          </w:tcPr>
          <w:p w:rsidR="006F7457" w:rsidRPr="00332DB8" w:rsidRDefault="00332DB8">
            <w:pPr>
              <w:rPr>
                <w:lang w:val="ru-RU"/>
              </w:rPr>
            </w:pPr>
            <w:r w:rsidRPr="00332DB8">
              <w:rPr>
                <w:lang w:val="ru-RU"/>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2880" w:type="dxa"/>
          </w:tcPr>
          <w:p w:rsidR="006F7457" w:rsidRPr="00332DB8" w:rsidRDefault="006F7457">
            <w:pPr>
              <w:rPr>
                <w:lang w:val="ru-RU"/>
              </w:rPr>
            </w:pPr>
          </w:p>
        </w:tc>
      </w:tr>
      <w:tr w:rsidR="006F7457" w:rsidRPr="00A31F1A">
        <w:tc>
          <w:tcPr>
            <w:tcW w:w="2880" w:type="dxa"/>
          </w:tcPr>
          <w:p w:rsidR="006F7457" w:rsidRDefault="00332DB8">
            <w:r>
              <w:t>376.</w:t>
            </w:r>
          </w:p>
        </w:tc>
        <w:tc>
          <w:tcPr>
            <w:tcW w:w="2880" w:type="dxa"/>
          </w:tcPr>
          <w:p w:rsidR="006F7457" w:rsidRPr="00332DB8" w:rsidRDefault="00332DB8">
            <w:pPr>
              <w:rPr>
                <w:lang w:val="ru-RU"/>
              </w:rPr>
            </w:pPr>
            <w:r w:rsidRPr="00332DB8">
              <w:rPr>
                <w:lang w:val="ru-RU"/>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13.01.2009).</w:t>
            </w:r>
          </w:p>
        </w:tc>
        <w:tc>
          <w:tcPr>
            <w:tcW w:w="2880" w:type="dxa"/>
          </w:tcPr>
          <w:p w:rsidR="006F7457" w:rsidRPr="00332DB8" w:rsidRDefault="006F7457">
            <w:pPr>
              <w:rPr>
                <w:lang w:val="ru-RU"/>
              </w:rPr>
            </w:pPr>
          </w:p>
        </w:tc>
      </w:tr>
      <w:tr w:rsidR="006F7457" w:rsidRPr="00A31F1A">
        <w:tc>
          <w:tcPr>
            <w:tcW w:w="2880" w:type="dxa"/>
          </w:tcPr>
          <w:p w:rsidR="006F7457" w:rsidRDefault="00332DB8">
            <w:r>
              <w:t>377.</w:t>
            </w:r>
          </w:p>
        </w:tc>
        <w:tc>
          <w:tcPr>
            <w:tcW w:w="2880" w:type="dxa"/>
          </w:tcPr>
          <w:p w:rsidR="006F7457" w:rsidRPr="00332DB8" w:rsidRDefault="00332DB8">
            <w:pPr>
              <w:rPr>
                <w:lang w:val="ru-RU"/>
              </w:rPr>
            </w:pPr>
            <w:r w:rsidRPr="00332DB8">
              <w:rPr>
                <w:lang w:val="ru-RU"/>
              </w:rPr>
              <w:t xml:space="preserve">Видео-текстовые и графические файлы (видеоролики), размещенные на </w:t>
            </w:r>
            <w:r>
              <w:t>FTP</w:t>
            </w:r>
            <w:r w:rsidRPr="00332DB8">
              <w:rPr>
                <w:lang w:val="ru-RU"/>
              </w:rPr>
              <w:t xml:space="preserve">-каталоге </w:t>
            </w:r>
            <w:r>
              <w:t>ftp</w:t>
            </w:r>
            <w:r w:rsidRPr="00332DB8">
              <w:rPr>
                <w:lang w:val="ru-RU"/>
              </w:rPr>
              <w:t>://</w:t>
            </w:r>
            <w:r>
              <w:t>intelbi</w:t>
            </w:r>
            <w:r w:rsidRPr="00332DB8">
              <w:rPr>
                <w:lang w:val="ru-RU"/>
              </w:rPr>
              <w:t>.</w:t>
            </w:r>
            <w:r>
              <w:t>ru</w:t>
            </w:r>
            <w:r w:rsidRPr="00332DB8">
              <w:rPr>
                <w:lang w:val="ru-RU"/>
              </w:rPr>
              <w:t>/</w:t>
            </w:r>
            <w:r>
              <w:t>incoming</w:t>
            </w:r>
            <w:r w:rsidRPr="00332DB8">
              <w:rPr>
                <w:lang w:val="ru-RU"/>
              </w:rPr>
              <w:t>/</w:t>
            </w:r>
            <w:r>
              <w:t>WEST</w:t>
            </w:r>
            <w:r w:rsidRPr="00332DB8">
              <w:rPr>
                <w:lang w:val="ru-RU"/>
              </w:rPr>
              <w:t xml:space="preserve"> сети Интернет: «Формат 18. Картина мира», «Формат 18. Китайское общежитие», «Формат 18. Еврейские могилы», «Формат 18. </w:t>
            </w:r>
            <w:r>
              <w:t>ZOG</w:t>
            </w:r>
            <w:r w:rsidRPr="00332DB8">
              <w:rPr>
                <w:lang w:val="ru-RU"/>
              </w:rPr>
              <w:t>-</w:t>
            </w:r>
            <w:r>
              <w:t>TV</w:t>
            </w:r>
            <w:r w:rsidRPr="00332DB8">
              <w:rPr>
                <w:lang w:val="ru-RU"/>
              </w:rPr>
              <w:t xml:space="preserve">.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w:t>
            </w:r>
            <w:r>
              <w:t>ZOG</w:t>
            </w:r>
            <w:r w:rsidRPr="00332DB8">
              <w:rPr>
                <w:lang w:val="ru-RU"/>
              </w:rPr>
              <w:t>-</w:t>
            </w:r>
            <w:r>
              <w:t>TV</w:t>
            </w:r>
            <w:r w:rsidRPr="00332DB8">
              <w:rPr>
                <w:lang w:val="ru-RU"/>
              </w:rPr>
              <w:t>.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2880" w:type="dxa"/>
          </w:tcPr>
          <w:p w:rsidR="006F7457" w:rsidRPr="00332DB8" w:rsidRDefault="006F7457">
            <w:pPr>
              <w:rPr>
                <w:lang w:val="ru-RU"/>
              </w:rPr>
            </w:pPr>
          </w:p>
        </w:tc>
      </w:tr>
      <w:tr w:rsidR="006F7457" w:rsidRPr="00A31F1A">
        <w:tc>
          <w:tcPr>
            <w:tcW w:w="2880" w:type="dxa"/>
          </w:tcPr>
          <w:p w:rsidR="006F7457" w:rsidRDefault="00332DB8">
            <w:r>
              <w:t>378.</w:t>
            </w:r>
          </w:p>
        </w:tc>
        <w:tc>
          <w:tcPr>
            <w:tcW w:w="2880" w:type="dxa"/>
          </w:tcPr>
          <w:p w:rsidR="006F7457" w:rsidRPr="00332DB8" w:rsidRDefault="00332DB8">
            <w:pPr>
              <w:rPr>
                <w:lang w:val="ru-RU"/>
              </w:rPr>
            </w:pPr>
            <w:r w:rsidRPr="00332DB8">
              <w:rPr>
                <w:lang w:val="ru-RU"/>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2880" w:type="dxa"/>
          </w:tcPr>
          <w:p w:rsidR="006F7457" w:rsidRPr="00332DB8" w:rsidRDefault="006F7457">
            <w:pPr>
              <w:rPr>
                <w:lang w:val="ru-RU"/>
              </w:rPr>
            </w:pPr>
          </w:p>
        </w:tc>
      </w:tr>
      <w:tr w:rsidR="006F7457" w:rsidRPr="00A31F1A">
        <w:tc>
          <w:tcPr>
            <w:tcW w:w="2880" w:type="dxa"/>
          </w:tcPr>
          <w:p w:rsidR="006F7457" w:rsidRDefault="00332DB8">
            <w:r>
              <w:t>379.</w:t>
            </w:r>
          </w:p>
        </w:tc>
        <w:tc>
          <w:tcPr>
            <w:tcW w:w="2880" w:type="dxa"/>
          </w:tcPr>
          <w:p w:rsidR="006F7457" w:rsidRPr="00332DB8" w:rsidRDefault="00332DB8">
            <w:pPr>
              <w:rPr>
                <w:lang w:val="ru-RU"/>
              </w:rPr>
            </w:pPr>
            <w:r w:rsidRPr="00332DB8">
              <w:rPr>
                <w:lang w:val="ru-RU"/>
              </w:rP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2880" w:type="dxa"/>
          </w:tcPr>
          <w:p w:rsidR="006F7457" w:rsidRPr="00332DB8" w:rsidRDefault="006F7457">
            <w:pPr>
              <w:rPr>
                <w:lang w:val="ru-RU"/>
              </w:rPr>
            </w:pPr>
          </w:p>
        </w:tc>
      </w:tr>
      <w:tr w:rsidR="006F7457" w:rsidRPr="00A31F1A">
        <w:tc>
          <w:tcPr>
            <w:tcW w:w="2880" w:type="dxa"/>
          </w:tcPr>
          <w:p w:rsidR="006F7457" w:rsidRDefault="00332DB8">
            <w:r>
              <w:t>38</w:t>
            </w:r>
            <w:r>
              <w:lastRenderedPageBreak/>
              <w:t>0.</w:t>
            </w:r>
          </w:p>
        </w:tc>
        <w:tc>
          <w:tcPr>
            <w:tcW w:w="2880" w:type="dxa"/>
          </w:tcPr>
          <w:p w:rsidR="006F7457" w:rsidRPr="00332DB8" w:rsidRDefault="00332DB8">
            <w:pPr>
              <w:rPr>
                <w:lang w:val="ru-RU"/>
              </w:rPr>
            </w:pPr>
            <w:r w:rsidRPr="00332DB8">
              <w:rPr>
                <w:lang w:val="ru-RU"/>
              </w:rPr>
              <w:lastRenderedPageBreak/>
              <w:t xml:space="preserve">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w:t>
            </w:r>
            <w:r w:rsidRPr="00332DB8">
              <w:rPr>
                <w:lang w:val="ru-RU"/>
              </w:rPr>
              <w:lastRenderedPageBreak/>
              <w:t>Владивостока Приморского края от 09.07.2008).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381.</w:t>
            </w:r>
          </w:p>
        </w:tc>
        <w:tc>
          <w:tcPr>
            <w:tcW w:w="2880" w:type="dxa"/>
          </w:tcPr>
          <w:p w:rsidR="006F7457" w:rsidRPr="00332DB8" w:rsidRDefault="00332DB8">
            <w:pPr>
              <w:rPr>
                <w:lang w:val="ru-RU"/>
              </w:rPr>
            </w:pPr>
            <w:r w:rsidRPr="00332DB8">
              <w:rPr>
                <w:lang w:val="ru-RU"/>
              </w:rPr>
              <w:t xml:space="preserve">Материалы, размещенные на сайтах </w:t>
            </w:r>
            <w:r>
              <w:t>www</w:t>
            </w:r>
            <w:r w:rsidRPr="00332DB8">
              <w:rPr>
                <w:lang w:val="ru-RU"/>
              </w:rPr>
              <w:t>.</w:t>
            </w:r>
            <w:r>
              <w:t>barbos</w:t>
            </w:r>
            <w:r w:rsidRPr="00332DB8">
              <w:rPr>
                <w:lang w:val="ru-RU"/>
              </w:rPr>
              <w:t>111.</w:t>
            </w:r>
            <w:r>
              <w:t>narod</w:t>
            </w:r>
            <w:r w:rsidRPr="00332DB8">
              <w:rPr>
                <w:lang w:val="ru-RU"/>
              </w:rPr>
              <w:t>.</w:t>
            </w:r>
            <w:r>
              <w:t>ru</w:t>
            </w:r>
            <w:r w:rsidRPr="00332DB8">
              <w:rPr>
                <w:lang w:val="ru-RU"/>
              </w:rPr>
              <w:t xml:space="preserve"> и </w:t>
            </w:r>
            <w:r>
              <w:t>http</w:t>
            </w:r>
            <w:r w:rsidRPr="00332DB8">
              <w:rPr>
                <w:lang w:val="ru-RU"/>
              </w:rPr>
              <w:t>://</w:t>
            </w:r>
            <w:r>
              <w:t>www</w:t>
            </w:r>
            <w:r w:rsidRPr="00332DB8">
              <w:rPr>
                <w:lang w:val="ru-RU"/>
              </w:rPr>
              <w:t>.</w:t>
            </w:r>
            <w:r>
              <w:t>zhurnal</w:t>
            </w:r>
            <w:r w:rsidRPr="00332DB8">
              <w:rPr>
                <w:lang w:val="ru-RU"/>
              </w:rPr>
              <w:t>.</w:t>
            </w:r>
            <w:r>
              <w:t>lib</w:t>
            </w:r>
            <w:r w:rsidRPr="00332DB8">
              <w:rPr>
                <w:lang w:val="ru-RU"/>
              </w:rPr>
              <w:t>.</w:t>
            </w:r>
            <w:r>
              <w:t>ru</w:t>
            </w:r>
            <w:r w:rsidRPr="00332DB8">
              <w:rPr>
                <w:lang w:val="ru-RU"/>
              </w:rPr>
              <w:t>/ (решение Череповецкого городского суда Вологодской области от 13.04.2009).</w:t>
            </w:r>
          </w:p>
        </w:tc>
        <w:tc>
          <w:tcPr>
            <w:tcW w:w="2880" w:type="dxa"/>
          </w:tcPr>
          <w:p w:rsidR="006F7457" w:rsidRPr="00332DB8" w:rsidRDefault="006F7457">
            <w:pPr>
              <w:rPr>
                <w:lang w:val="ru-RU"/>
              </w:rPr>
            </w:pPr>
          </w:p>
        </w:tc>
      </w:tr>
      <w:tr w:rsidR="006F7457" w:rsidRPr="00A31F1A">
        <w:tc>
          <w:tcPr>
            <w:tcW w:w="2880" w:type="dxa"/>
          </w:tcPr>
          <w:p w:rsidR="006F7457" w:rsidRDefault="00332DB8">
            <w:r>
              <w:t>382.</w:t>
            </w:r>
          </w:p>
        </w:tc>
        <w:tc>
          <w:tcPr>
            <w:tcW w:w="2880" w:type="dxa"/>
          </w:tcPr>
          <w:p w:rsidR="006F7457" w:rsidRPr="00332DB8" w:rsidRDefault="00332DB8">
            <w:pPr>
              <w:rPr>
                <w:lang w:val="ru-RU"/>
              </w:rPr>
            </w:pPr>
            <w:r w:rsidRPr="00332DB8">
              <w:rPr>
                <w:lang w:val="ru-RU"/>
              </w:rPr>
              <w:t xml:space="preserve">Информационные материалы "Дневник белого партизана", размещенные в сети Интернет на сайте </w:t>
            </w:r>
            <w:r>
              <w:t>m</w:t>
            </w:r>
            <w:r w:rsidRPr="00332DB8">
              <w:rPr>
                <w:lang w:val="ru-RU"/>
              </w:rPr>
              <w:t>88-</w:t>
            </w:r>
            <w:r>
              <w:t>orf</w:t>
            </w:r>
            <w:r w:rsidRPr="00332DB8">
              <w:rPr>
                <w:lang w:val="ru-RU"/>
              </w:rPr>
              <w:t>.</w:t>
            </w:r>
            <w:r>
              <w:t>narod</w:t>
            </w:r>
            <w:r w:rsidRPr="00332DB8">
              <w:rPr>
                <w:lang w:val="ru-RU"/>
              </w:rPr>
              <w:t>/</w:t>
            </w:r>
            <w:r>
              <w:t>ru</w:t>
            </w:r>
            <w:r w:rsidRPr="00332DB8">
              <w:rPr>
                <w:lang w:val="ru-RU"/>
              </w:rPr>
              <w:t>/</w:t>
            </w:r>
            <w:r>
              <w:t>fashi</w:t>
            </w:r>
            <w:r w:rsidRPr="00332DB8">
              <w:rPr>
                <w:lang w:val="ru-RU"/>
              </w:rPr>
              <w:t>-</w:t>
            </w:r>
            <w:r>
              <w:t>links</w:t>
            </w:r>
            <w:r w:rsidRPr="00332DB8">
              <w:rPr>
                <w:lang w:val="ru-RU"/>
              </w:rPr>
              <w:t>/</w:t>
            </w:r>
            <w:r>
              <w:t>html</w:t>
            </w:r>
            <w:r w:rsidRPr="00332DB8">
              <w:rPr>
                <w:lang w:val="ru-RU"/>
              </w:rPr>
              <w:t xml:space="preserve"> (решение Федерального суда Центрального района г. Красноярска от 11.02.2009).</w:t>
            </w:r>
          </w:p>
        </w:tc>
        <w:tc>
          <w:tcPr>
            <w:tcW w:w="2880" w:type="dxa"/>
          </w:tcPr>
          <w:p w:rsidR="006F7457" w:rsidRPr="00332DB8" w:rsidRDefault="006F7457">
            <w:pPr>
              <w:rPr>
                <w:lang w:val="ru-RU"/>
              </w:rPr>
            </w:pPr>
          </w:p>
        </w:tc>
      </w:tr>
      <w:tr w:rsidR="006F7457" w:rsidRPr="00A31F1A">
        <w:tc>
          <w:tcPr>
            <w:tcW w:w="2880" w:type="dxa"/>
          </w:tcPr>
          <w:p w:rsidR="006F7457" w:rsidRDefault="00332DB8">
            <w:r>
              <w:t>383.</w:t>
            </w:r>
          </w:p>
        </w:tc>
        <w:tc>
          <w:tcPr>
            <w:tcW w:w="2880" w:type="dxa"/>
          </w:tcPr>
          <w:p w:rsidR="006F7457" w:rsidRPr="00332DB8" w:rsidRDefault="00332DB8">
            <w:pPr>
              <w:rPr>
                <w:lang w:val="ru-RU"/>
              </w:rPr>
            </w:pPr>
            <w:r w:rsidRPr="00332DB8">
              <w:rPr>
                <w:lang w:val="ru-RU"/>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2880" w:type="dxa"/>
          </w:tcPr>
          <w:p w:rsidR="006F7457" w:rsidRPr="00332DB8" w:rsidRDefault="006F7457">
            <w:pPr>
              <w:rPr>
                <w:lang w:val="ru-RU"/>
              </w:rPr>
            </w:pPr>
          </w:p>
        </w:tc>
      </w:tr>
      <w:tr w:rsidR="006F7457" w:rsidRPr="00DD284B">
        <w:tc>
          <w:tcPr>
            <w:tcW w:w="2880" w:type="dxa"/>
          </w:tcPr>
          <w:p w:rsidR="006F7457" w:rsidRDefault="00332DB8">
            <w:r>
              <w:t>384.</w:t>
            </w:r>
          </w:p>
        </w:tc>
        <w:tc>
          <w:tcPr>
            <w:tcW w:w="2880" w:type="dxa"/>
          </w:tcPr>
          <w:p w:rsidR="006F7457" w:rsidRPr="00332DB8" w:rsidRDefault="00332DB8">
            <w:pPr>
              <w:rPr>
                <w:lang w:val="ru-RU"/>
              </w:rPr>
            </w:pPr>
            <w:r w:rsidRPr="00332DB8">
              <w:rPr>
                <w:lang w:val="ru-RU"/>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2880" w:type="dxa"/>
          </w:tcPr>
          <w:p w:rsidR="006F7457" w:rsidRPr="00332DB8" w:rsidRDefault="006F7457">
            <w:pPr>
              <w:rPr>
                <w:lang w:val="ru-RU"/>
              </w:rPr>
            </w:pPr>
          </w:p>
        </w:tc>
      </w:tr>
      <w:tr w:rsidR="006F7457" w:rsidRPr="00A31F1A">
        <w:tc>
          <w:tcPr>
            <w:tcW w:w="2880" w:type="dxa"/>
          </w:tcPr>
          <w:p w:rsidR="006F7457" w:rsidRDefault="00332DB8">
            <w:r>
              <w:t>385.</w:t>
            </w:r>
          </w:p>
        </w:tc>
        <w:tc>
          <w:tcPr>
            <w:tcW w:w="2880" w:type="dxa"/>
          </w:tcPr>
          <w:p w:rsidR="006F7457" w:rsidRPr="00332DB8" w:rsidRDefault="00332DB8">
            <w:pPr>
              <w:rPr>
                <w:lang w:val="ru-RU"/>
              </w:rPr>
            </w:pPr>
            <w:r w:rsidRPr="00332DB8">
              <w:rPr>
                <w:lang w:val="ru-RU"/>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2880" w:type="dxa"/>
          </w:tcPr>
          <w:p w:rsidR="006F7457" w:rsidRPr="00332DB8" w:rsidRDefault="006F7457">
            <w:pPr>
              <w:rPr>
                <w:lang w:val="ru-RU"/>
              </w:rPr>
            </w:pPr>
          </w:p>
        </w:tc>
      </w:tr>
      <w:tr w:rsidR="006F7457" w:rsidRPr="00A31F1A">
        <w:tc>
          <w:tcPr>
            <w:tcW w:w="2880" w:type="dxa"/>
          </w:tcPr>
          <w:p w:rsidR="006F7457" w:rsidRDefault="00332DB8">
            <w:r>
              <w:t>386.</w:t>
            </w:r>
          </w:p>
        </w:tc>
        <w:tc>
          <w:tcPr>
            <w:tcW w:w="2880" w:type="dxa"/>
          </w:tcPr>
          <w:p w:rsidR="006F7457" w:rsidRPr="00332DB8" w:rsidRDefault="00332DB8">
            <w:pPr>
              <w:rPr>
                <w:lang w:val="ru-RU"/>
              </w:rPr>
            </w:pPr>
            <w:r w:rsidRPr="00332DB8">
              <w:rPr>
                <w:lang w:val="ru-RU"/>
              </w:rPr>
              <w:t xml:space="preserve">Интернет-ресурс </w:t>
            </w:r>
            <w:r>
              <w:t>www</w:t>
            </w:r>
            <w:r w:rsidRPr="00332DB8">
              <w:rPr>
                <w:lang w:val="ru-RU"/>
              </w:rPr>
              <w:t>.</w:t>
            </w:r>
            <w:r>
              <w:t>antifa</w:t>
            </w:r>
            <w:r w:rsidRPr="00332DB8">
              <w:rPr>
                <w:lang w:val="ru-RU"/>
              </w:rPr>
              <w:t>.</w:t>
            </w:r>
            <w:r>
              <w:t>com</w:t>
            </w:r>
            <w:r w:rsidRPr="00332DB8">
              <w:rPr>
                <w:lang w:val="ru-RU"/>
              </w:rPr>
              <w:t>.</w:t>
            </w:r>
            <w:r>
              <w:t>ua</w:t>
            </w:r>
            <w:r w:rsidRPr="00332DB8">
              <w:rPr>
                <w:lang w:val="ru-RU"/>
              </w:rPr>
              <w:t xml:space="preserve"> и содержащиеся на нем информационные материалы (решение Самарского районного суда г. Самары от 16.04.2009).</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387.</w:t>
            </w:r>
          </w:p>
        </w:tc>
        <w:tc>
          <w:tcPr>
            <w:tcW w:w="2880" w:type="dxa"/>
          </w:tcPr>
          <w:p w:rsidR="006F7457" w:rsidRPr="00332DB8" w:rsidRDefault="00332DB8">
            <w:pPr>
              <w:rPr>
                <w:lang w:val="ru-RU"/>
              </w:rPr>
            </w:pPr>
            <w:r w:rsidRPr="00332DB8">
              <w:rPr>
                <w:lang w:val="ru-RU"/>
              </w:rPr>
              <w:t>Листовка "Вопросы государственной безопасности России" (решение Нижегородского районного суда г. Н. Новгорода от 04.08.2008).</w:t>
            </w:r>
          </w:p>
        </w:tc>
        <w:tc>
          <w:tcPr>
            <w:tcW w:w="2880" w:type="dxa"/>
          </w:tcPr>
          <w:p w:rsidR="006F7457" w:rsidRPr="00332DB8" w:rsidRDefault="006F7457">
            <w:pPr>
              <w:rPr>
                <w:lang w:val="ru-RU"/>
              </w:rPr>
            </w:pPr>
          </w:p>
        </w:tc>
      </w:tr>
      <w:tr w:rsidR="006F7457" w:rsidRPr="00A31F1A">
        <w:tc>
          <w:tcPr>
            <w:tcW w:w="2880" w:type="dxa"/>
          </w:tcPr>
          <w:p w:rsidR="006F7457" w:rsidRDefault="00332DB8">
            <w:r>
              <w:t>388.</w:t>
            </w:r>
          </w:p>
        </w:tc>
        <w:tc>
          <w:tcPr>
            <w:tcW w:w="2880" w:type="dxa"/>
          </w:tcPr>
          <w:p w:rsidR="006F7457" w:rsidRPr="00332DB8" w:rsidRDefault="00332DB8">
            <w:pPr>
              <w:rPr>
                <w:lang w:val="ru-RU"/>
              </w:rPr>
            </w:pPr>
            <w:r w:rsidRPr="00332DB8">
              <w:rPr>
                <w:lang w:val="ru-RU"/>
              </w:rPr>
              <w:t>Фильм «Современная Русская идея в условиях жидовского ига» (решение Приморского районного суда г. Санкт-Петербурга от 28.08.2008).</w:t>
            </w:r>
          </w:p>
        </w:tc>
        <w:tc>
          <w:tcPr>
            <w:tcW w:w="2880" w:type="dxa"/>
          </w:tcPr>
          <w:p w:rsidR="006F7457" w:rsidRPr="00332DB8" w:rsidRDefault="006F7457">
            <w:pPr>
              <w:rPr>
                <w:lang w:val="ru-RU"/>
              </w:rPr>
            </w:pPr>
          </w:p>
        </w:tc>
      </w:tr>
      <w:tr w:rsidR="006F7457" w:rsidRPr="00A31F1A">
        <w:tc>
          <w:tcPr>
            <w:tcW w:w="2880" w:type="dxa"/>
          </w:tcPr>
          <w:p w:rsidR="006F7457" w:rsidRDefault="00332DB8">
            <w:r>
              <w:t>389.</w:t>
            </w:r>
          </w:p>
        </w:tc>
        <w:tc>
          <w:tcPr>
            <w:tcW w:w="2880" w:type="dxa"/>
          </w:tcPr>
          <w:p w:rsidR="006F7457" w:rsidRPr="00332DB8" w:rsidRDefault="00332DB8">
            <w:pPr>
              <w:rPr>
                <w:lang w:val="ru-RU"/>
              </w:rPr>
            </w:pPr>
            <w:r w:rsidRPr="00332DB8">
              <w:rPr>
                <w:lang w:val="ru-RU"/>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2880" w:type="dxa"/>
          </w:tcPr>
          <w:p w:rsidR="006F7457" w:rsidRPr="00332DB8" w:rsidRDefault="006F7457">
            <w:pPr>
              <w:rPr>
                <w:lang w:val="ru-RU"/>
              </w:rPr>
            </w:pPr>
          </w:p>
        </w:tc>
      </w:tr>
      <w:tr w:rsidR="006F7457" w:rsidRPr="00A31F1A">
        <w:tc>
          <w:tcPr>
            <w:tcW w:w="2880" w:type="dxa"/>
          </w:tcPr>
          <w:p w:rsidR="006F7457" w:rsidRDefault="00332DB8">
            <w:r>
              <w:t>390.</w:t>
            </w:r>
          </w:p>
        </w:tc>
        <w:tc>
          <w:tcPr>
            <w:tcW w:w="2880" w:type="dxa"/>
          </w:tcPr>
          <w:p w:rsidR="006F7457" w:rsidRPr="00332DB8" w:rsidRDefault="00332DB8">
            <w:pPr>
              <w:rPr>
                <w:lang w:val="ru-RU"/>
              </w:rPr>
            </w:pPr>
            <w:r w:rsidRPr="00332DB8">
              <w:rPr>
                <w:lang w:val="ru-RU"/>
              </w:rPr>
              <w:t>Брошюра Танакова Виталия Дмитриевича «Онаен ойла» («Жрец говорит») (решение Йошкар-Олинского городского суда Республики Марий Эл от 17.03.2009).</w:t>
            </w:r>
          </w:p>
        </w:tc>
        <w:tc>
          <w:tcPr>
            <w:tcW w:w="2880" w:type="dxa"/>
          </w:tcPr>
          <w:p w:rsidR="006F7457" w:rsidRPr="00332DB8" w:rsidRDefault="006F7457">
            <w:pPr>
              <w:rPr>
                <w:lang w:val="ru-RU"/>
              </w:rPr>
            </w:pPr>
          </w:p>
        </w:tc>
      </w:tr>
      <w:tr w:rsidR="006F7457" w:rsidRPr="00A31F1A">
        <w:tc>
          <w:tcPr>
            <w:tcW w:w="2880" w:type="dxa"/>
          </w:tcPr>
          <w:p w:rsidR="006F7457" w:rsidRDefault="00332DB8">
            <w:r>
              <w:t>391.</w:t>
            </w:r>
          </w:p>
        </w:tc>
        <w:tc>
          <w:tcPr>
            <w:tcW w:w="2880" w:type="dxa"/>
          </w:tcPr>
          <w:p w:rsidR="006F7457" w:rsidRPr="00332DB8" w:rsidRDefault="00332DB8">
            <w:pPr>
              <w:rPr>
                <w:lang w:val="ru-RU"/>
              </w:rPr>
            </w:pPr>
            <w:r>
              <w:t>Видеофайлы: «4. Inglizm. 2. Инглизм. 2. (Народы)» DVD-диск № 1; «5. Religiovede</w:t>
            </w:r>
            <w:r w:rsidRPr="00A31F1A">
              <w:t xml:space="preserve">. </w:t>
            </w:r>
            <w:r w:rsidRPr="00332DB8">
              <w:rPr>
                <w:lang w:val="ru-RU"/>
              </w:rPr>
              <w:t xml:space="preserve">Религиоведение. 3. (Христианство)» </w:t>
            </w:r>
            <w:r>
              <w:t>DVD</w:t>
            </w:r>
            <w:r w:rsidRPr="00332DB8">
              <w:rPr>
                <w:lang w:val="ru-RU"/>
              </w:rPr>
              <w:t xml:space="preserve">-диск № 5; «6. </w:t>
            </w:r>
            <w:r>
              <w:t>Filisofiya</w:t>
            </w:r>
            <w:r w:rsidRPr="00332DB8">
              <w:rPr>
                <w:lang w:val="ru-RU"/>
              </w:rPr>
              <w:t xml:space="preserve">. Философия.3. (Структура крови)» </w:t>
            </w:r>
            <w:r>
              <w:t>DVD</w:t>
            </w:r>
            <w:r w:rsidRPr="00332DB8">
              <w:rPr>
                <w:lang w:val="ru-RU"/>
              </w:rPr>
              <w:t>-диск № 5 (решение Ахтубинского городского суда Астраханской области от 07.05.2009).</w:t>
            </w:r>
          </w:p>
        </w:tc>
        <w:tc>
          <w:tcPr>
            <w:tcW w:w="2880" w:type="dxa"/>
          </w:tcPr>
          <w:p w:rsidR="006F7457" w:rsidRPr="00332DB8" w:rsidRDefault="006F7457">
            <w:pPr>
              <w:rPr>
                <w:lang w:val="ru-RU"/>
              </w:rPr>
            </w:pPr>
          </w:p>
        </w:tc>
      </w:tr>
      <w:tr w:rsidR="006F7457" w:rsidRPr="00A31F1A">
        <w:tc>
          <w:tcPr>
            <w:tcW w:w="2880" w:type="dxa"/>
          </w:tcPr>
          <w:p w:rsidR="006F7457" w:rsidRDefault="00332DB8">
            <w:r>
              <w:t>392.</w:t>
            </w:r>
          </w:p>
        </w:tc>
        <w:tc>
          <w:tcPr>
            <w:tcW w:w="2880" w:type="dxa"/>
          </w:tcPr>
          <w:p w:rsidR="006F7457" w:rsidRPr="00332DB8" w:rsidRDefault="00332DB8">
            <w:pPr>
              <w:rPr>
                <w:lang w:val="ru-RU"/>
              </w:rPr>
            </w:pPr>
            <w:r w:rsidRPr="00332DB8">
              <w:rPr>
                <w:lang w:val="ru-RU"/>
              </w:rPr>
              <w:t xml:space="preserve">Текстовый документ «Терроризм», папка «Указы1» </w:t>
            </w:r>
            <w:r>
              <w:t>CD</w:t>
            </w:r>
            <w:r w:rsidRPr="00332DB8">
              <w:rPr>
                <w:lang w:val="ru-RU"/>
              </w:rPr>
              <w:t>-</w:t>
            </w:r>
            <w:r>
              <w:t>R</w:t>
            </w:r>
            <w:r w:rsidRPr="00332DB8">
              <w:rPr>
                <w:lang w:val="ru-RU"/>
              </w:rPr>
              <w:t xml:space="preserve"> диск № 1 (решение Ахтубинского городского суда Астраханской области от 07.05.2009).</w:t>
            </w:r>
          </w:p>
        </w:tc>
        <w:tc>
          <w:tcPr>
            <w:tcW w:w="2880" w:type="dxa"/>
          </w:tcPr>
          <w:p w:rsidR="006F7457" w:rsidRPr="00332DB8" w:rsidRDefault="006F7457">
            <w:pPr>
              <w:rPr>
                <w:lang w:val="ru-RU"/>
              </w:rPr>
            </w:pPr>
          </w:p>
        </w:tc>
      </w:tr>
      <w:tr w:rsidR="006F7457" w:rsidRPr="00A31F1A">
        <w:tc>
          <w:tcPr>
            <w:tcW w:w="2880" w:type="dxa"/>
          </w:tcPr>
          <w:p w:rsidR="006F7457" w:rsidRDefault="00332DB8">
            <w:r>
              <w:t>39</w:t>
            </w:r>
            <w:r>
              <w:lastRenderedPageBreak/>
              <w:t>3.</w:t>
            </w:r>
          </w:p>
        </w:tc>
        <w:tc>
          <w:tcPr>
            <w:tcW w:w="2880" w:type="dxa"/>
          </w:tcPr>
          <w:p w:rsidR="006F7457" w:rsidRPr="00332DB8" w:rsidRDefault="00332DB8">
            <w:pPr>
              <w:rPr>
                <w:lang w:val="ru-RU"/>
              </w:rPr>
            </w:pPr>
            <w:r w:rsidRPr="00332DB8">
              <w:rPr>
                <w:lang w:val="ru-RU"/>
              </w:rPr>
              <w:lastRenderedPageBreak/>
              <w:t xml:space="preserve">Текстовый документ «Христиане», папка «Указы1» </w:t>
            </w:r>
            <w:r>
              <w:t>CD</w:t>
            </w:r>
            <w:r w:rsidRPr="00332DB8">
              <w:rPr>
                <w:lang w:val="ru-RU"/>
              </w:rPr>
              <w:t>-</w:t>
            </w:r>
            <w:r>
              <w:t>R</w:t>
            </w:r>
            <w:r w:rsidRPr="00332DB8">
              <w:rPr>
                <w:lang w:val="ru-RU"/>
              </w:rPr>
              <w:t xml:space="preserve"> диск № 1 (решение Ахтубинского городского суда Астраханской области от 07.05.2009).</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394.</w:t>
            </w:r>
          </w:p>
        </w:tc>
        <w:tc>
          <w:tcPr>
            <w:tcW w:w="2880" w:type="dxa"/>
          </w:tcPr>
          <w:p w:rsidR="006F7457" w:rsidRPr="00332DB8" w:rsidRDefault="00332DB8">
            <w:pPr>
              <w:rPr>
                <w:lang w:val="ru-RU"/>
              </w:rPr>
            </w:pPr>
            <w:r w:rsidRPr="00332DB8">
              <w:rPr>
                <w:lang w:val="ru-RU"/>
              </w:rPr>
              <w:t xml:space="preserve">Текстовый документ «Ирак», папка «Указы1» </w:t>
            </w:r>
            <w:r>
              <w:t>CD</w:t>
            </w:r>
            <w:r w:rsidRPr="00332DB8">
              <w:rPr>
                <w:lang w:val="ru-RU"/>
              </w:rPr>
              <w:t>-</w:t>
            </w:r>
            <w:r>
              <w:t>R</w:t>
            </w:r>
            <w:r w:rsidRPr="00332DB8">
              <w:rPr>
                <w:lang w:val="ru-RU"/>
              </w:rPr>
              <w:t xml:space="preserve"> диск № 1 (решение Ахтубинского городского суда Астраханской области от 07.05.2009).</w:t>
            </w:r>
          </w:p>
        </w:tc>
        <w:tc>
          <w:tcPr>
            <w:tcW w:w="2880" w:type="dxa"/>
          </w:tcPr>
          <w:p w:rsidR="006F7457" w:rsidRPr="00332DB8" w:rsidRDefault="006F7457">
            <w:pPr>
              <w:rPr>
                <w:lang w:val="ru-RU"/>
              </w:rPr>
            </w:pPr>
          </w:p>
        </w:tc>
      </w:tr>
      <w:tr w:rsidR="006F7457" w:rsidRPr="00A31F1A">
        <w:tc>
          <w:tcPr>
            <w:tcW w:w="2880" w:type="dxa"/>
          </w:tcPr>
          <w:p w:rsidR="006F7457" w:rsidRDefault="00332DB8">
            <w:r>
              <w:t>395.</w:t>
            </w:r>
          </w:p>
        </w:tc>
        <w:tc>
          <w:tcPr>
            <w:tcW w:w="2880" w:type="dxa"/>
          </w:tcPr>
          <w:p w:rsidR="006F7457" w:rsidRPr="00332DB8" w:rsidRDefault="00332DB8">
            <w:pPr>
              <w:rPr>
                <w:lang w:val="ru-RU"/>
              </w:rPr>
            </w:pPr>
            <w:r w:rsidRPr="00332DB8">
              <w:rPr>
                <w:lang w:val="ru-RU"/>
              </w:rPr>
              <w:t xml:space="preserve">Текстовый документ «88 ст..280», папка «Указы1» </w:t>
            </w:r>
            <w:r>
              <w:t>CD</w:t>
            </w:r>
            <w:r w:rsidRPr="00332DB8">
              <w:rPr>
                <w:lang w:val="ru-RU"/>
              </w:rPr>
              <w:t>-</w:t>
            </w:r>
            <w:r>
              <w:t>R</w:t>
            </w:r>
            <w:r w:rsidRPr="00332DB8">
              <w:rPr>
                <w:lang w:val="ru-RU"/>
              </w:rPr>
              <w:t xml:space="preserve"> диск № 1 (решение Ахтубинского городского суда Астраханской области от 07.05.2009).</w:t>
            </w:r>
          </w:p>
        </w:tc>
        <w:tc>
          <w:tcPr>
            <w:tcW w:w="2880" w:type="dxa"/>
          </w:tcPr>
          <w:p w:rsidR="006F7457" w:rsidRPr="00332DB8" w:rsidRDefault="006F7457">
            <w:pPr>
              <w:rPr>
                <w:lang w:val="ru-RU"/>
              </w:rPr>
            </w:pPr>
          </w:p>
        </w:tc>
      </w:tr>
      <w:tr w:rsidR="006F7457" w:rsidRPr="00A31F1A">
        <w:tc>
          <w:tcPr>
            <w:tcW w:w="2880" w:type="dxa"/>
          </w:tcPr>
          <w:p w:rsidR="006F7457" w:rsidRDefault="00332DB8">
            <w:r>
              <w:t>396.</w:t>
            </w:r>
          </w:p>
        </w:tc>
        <w:tc>
          <w:tcPr>
            <w:tcW w:w="2880" w:type="dxa"/>
          </w:tcPr>
          <w:p w:rsidR="006F7457" w:rsidRPr="00332DB8" w:rsidRDefault="00332DB8">
            <w:pPr>
              <w:rPr>
                <w:lang w:val="ru-RU"/>
              </w:rPr>
            </w:pPr>
            <w:r w:rsidRPr="00332DB8">
              <w:rPr>
                <w:lang w:val="ru-RU"/>
              </w:rPr>
              <w:t xml:space="preserve">Текстовый документ «Предупреждение», папка «Указы1» </w:t>
            </w:r>
            <w:r>
              <w:t>CD</w:t>
            </w:r>
            <w:r w:rsidRPr="00332DB8">
              <w:rPr>
                <w:lang w:val="ru-RU"/>
              </w:rPr>
              <w:t>-</w:t>
            </w:r>
            <w:r>
              <w:t>R</w:t>
            </w:r>
            <w:r w:rsidRPr="00332DB8">
              <w:rPr>
                <w:lang w:val="ru-RU"/>
              </w:rPr>
              <w:t xml:space="preserve"> диск № 1 (решение Ахтубинского городского суда Астраханской области от 07.05.2009).</w:t>
            </w:r>
          </w:p>
        </w:tc>
        <w:tc>
          <w:tcPr>
            <w:tcW w:w="2880" w:type="dxa"/>
          </w:tcPr>
          <w:p w:rsidR="006F7457" w:rsidRPr="00332DB8" w:rsidRDefault="006F7457">
            <w:pPr>
              <w:rPr>
                <w:lang w:val="ru-RU"/>
              </w:rPr>
            </w:pPr>
          </w:p>
        </w:tc>
      </w:tr>
      <w:tr w:rsidR="006F7457" w:rsidRPr="00A31F1A">
        <w:tc>
          <w:tcPr>
            <w:tcW w:w="2880" w:type="dxa"/>
          </w:tcPr>
          <w:p w:rsidR="006F7457" w:rsidRDefault="00332DB8">
            <w:r>
              <w:t>397.</w:t>
            </w:r>
          </w:p>
        </w:tc>
        <w:tc>
          <w:tcPr>
            <w:tcW w:w="2880" w:type="dxa"/>
          </w:tcPr>
          <w:p w:rsidR="006F7457" w:rsidRPr="00332DB8" w:rsidRDefault="00332DB8">
            <w:pPr>
              <w:rPr>
                <w:lang w:val="ru-RU"/>
              </w:rPr>
            </w:pPr>
            <w:r w:rsidRPr="00332DB8">
              <w:rPr>
                <w:lang w:val="ru-RU"/>
              </w:rPr>
              <w:t xml:space="preserve">Текстовый документ «109 Приговор», папка «Указы1» </w:t>
            </w:r>
            <w:r>
              <w:t>CD</w:t>
            </w:r>
            <w:r w:rsidRPr="00332DB8">
              <w:rPr>
                <w:lang w:val="ru-RU"/>
              </w:rPr>
              <w:t>-</w:t>
            </w:r>
            <w:r>
              <w:t>R</w:t>
            </w:r>
            <w:r w:rsidRPr="00332DB8">
              <w:rPr>
                <w:lang w:val="ru-RU"/>
              </w:rPr>
              <w:t xml:space="preserve"> диск № 1 (решение Ахтубинского городского суда Астраханской области от 07.05.2009).</w:t>
            </w:r>
          </w:p>
        </w:tc>
        <w:tc>
          <w:tcPr>
            <w:tcW w:w="2880" w:type="dxa"/>
          </w:tcPr>
          <w:p w:rsidR="006F7457" w:rsidRPr="00332DB8" w:rsidRDefault="006F7457">
            <w:pPr>
              <w:rPr>
                <w:lang w:val="ru-RU"/>
              </w:rPr>
            </w:pPr>
          </w:p>
        </w:tc>
      </w:tr>
      <w:tr w:rsidR="006F7457" w:rsidRPr="00A31F1A">
        <w:tc>
          <w:tcPr>
            <w:tcW w:w="2880" w:type="dxa"/>
          </w:tcPr>
          <w:p w:rsidR="006F7457" w:rsidRDefault="00332DB8">
            <w:r>
              <w:t>398.</w:t>
            </w:r>
          </w:p>
        </w:tc>
        <w:tc>
          <w:tcPr>
            <w:tcW w:w="2880" w:type="dxa"/>
          </w:tcPr>
          <w:p w:rsidR="006F7457" w:rsidRPr="00332DB8" w:rsidRDefault="00332DB8">
            <w:pPr>
              <w:rPr>
                <w:lang w:val="ru-RU"/>
              </w:rPr>
            </w:pPr>
            <w:r w:rsidRPr="00332DB8">
              <w:rPr>
                <w:lang w:val="ru-RU"/>
              </w:rPr>
              <w:t xml:space="preserve">Текстовый документ «Ирак», папка «Указы», папка «Заявление» </w:t>
            </w:r>
            <w:r>
              <w:t>CD</w:t>
            </w:r>
            <w:r w:rsidRPr="00332DB8">
              <w:rPr>
                <w:lang w:val="ru-RU"/>
              </w:rPr>
              <w:t>-</w:t>
            </w:r>
            <w:r>
              <w:t>R</w:t>
            </w:r>
            <w:r w:rsidRPr="00332DB8">
              <w:rPr>
                <w:lang w:val="ru-RU"/>
              </w:rPr>
              <w:t xml:space="preserve"> диск № 2 (решение Ахтубинского городского суда Астраханской области от 07.05.2009).</w:t>
            </w:r>
          </w:p>
        </w:tc>
        <w:tc>
          <w:tcPr>
            <w:tcW w:w="2880" w:type="dxa"/>
          </w:tcPr>
          <w:p w:rsidR="006F7457" w:rsidRPr="00332DB8" w:rsidRDefault="006F7457">
            <w:pPr>
              <w:rPr>
                <w:lang w:val="ru-RU"/>
              </w:rPr>
            </w:pPr>
          </w:p>
        </w:tc>
      </w:tr>
      <w:tr w:rsidR="006F7457" w:rsidRPr="00A31F1A">
        <w:tc>
          <w:tcPr>
            <w:tcW w:w="2880" w:type="dxa"/>
          </w:tcPr>
          <w:p w:rsidR="006F7457" w:rsidRDefault="00332DB8">
            <w:r>
              <w:t>399.</w:t>
            </w:r>
          </w:p>
        </w:tc>
        <w:tc>
          <w:tcPr>
            <w:tcW w:w="2880" w:type="dxa"/>
          </w:tcPr>
          <w:p w:rsidR="006F7457" w:rsidRPr="00332DB8" w:rsidRDefault="00332DB8">
            <w:pPr>
              <w:rPr>
                <w:lang w:val="ru-RU"/>
              </w:rPr>
            </w:pPr>
            <w:r w:rsidRPr="00332DB8">
              <w:rPr>
                <w:lang w:val="ru-RU"/>
              </w:rPr>
              <w:t xml:space="preserve">Текстовый документ «Путин», папка «Указы», папка «Заявление» </w:t>
            </w:r>
            <w:r>
              <w:t>CD</w:t>
            </w:r>
            <w:r w:rsidRPr="00332DB8">
              <w:rPr>
                <w:lang w:val="ru-RU"/>
              </w:rPr>
              <w:t>-</w:t>
            </w:r>
            <w:r>
              <w:t>R</w:t>
            </w:r>
            <w:r w:rsidRPr="00332DB8">
              <w:rPr>
                <w:lang w:val="ru-RU"/>
              </w:rPr>
              <w:t xml:space="preserve"> диск № 2 (решение Ахтубинского городского суда Астраханской области от 07.05.2009).</w:t>
            </w:r>
          </w:p>
        </w:tc>
        <w:tc>
          <w:tcPr>
            <w:tcW w:w="2880" w:type="dxa"/>
          </w:tcPr>
          <w:p w:rsidR="006F7457" w:rsidRPr="00332DB8" w:rsidRDefault="006F7457">
            <w:pPr>
              <w:rPr>
                <w:lang w:val="ru-RU"/>
              </w:rPr>
            </w:pPr>
          </w:p>
        </w:tc>
      </w:tr>
      <w:tr w:rsidR="006F7457" w:rsidRPr="00A31F1A">
        <w:tc>
          <w:tcPr>
            <w:tcW w:w="2880" w:type="dxa"/>
          </w:tcPr>
          <w:p w:rsidR="006F7457" w:rsidRDefault="00332DB8">
            <w:r>
              <w:t>40</w:t>
            </w:r>
            <w:r>
              <w:lastRenderedPageBreak/>
              <w:t>0.</w:t>
            </w:r>
          </w:p>
        </w:tc>
        <w:tc>
          <w:tcPr>
            <w:tcW w:w="2880" w:type="dxa"/>
          </w:tcPr>
          <w:p w:rsidR="006F7457" w:rsidRPr="00332DB8" w:rsidRDefault="00332DB8">
            <w:pPr>
              <w:rPr>
                <w:lang w:val="ru-RU"/>
              </w:rPr>
            </w:pPr>
            <w:r w:rsidRPr="00332DB8">
              <w:rPr>
                <w:lang w:val="ru-RU"/>
              </w:rPr>
              <w:lastRenderedPageBreak/>
              <w:t>Текстовый документ «Путин», папка «Податаев», папка «</w:t>
            </w:r>
            <w:r>
              <w:t>Amovie</w:t>
            </w:r>
            <w:r w:rsidRPr="00332DB8">
              <w:rPr>
                <w:lang w:val="ru-RU"/>
              </w:rPr>
              <w:t xml:space="preserve">» </w:t>
            </w:r>
            <w:r>
              <w:t>CD</w:t>
            </w:r>
            <w:r w:rsidRPr="00332DB8">
              <w:rPr>
                <w:lang w:val="ru-RU"/>
              </w:rPr>
              <w:t>-</w:t>
            </w:r>
            <w:r>
              <w:t>R</w:t>
            </w:r>
            <w:r w:rsidRPr="00332DB8">
              <w:rPr>
                <w:lang w:val="ru-RU"/>
              </w:rPr>
              <w:t xml:space="preserve"> диск № 6 (решение Ахтубинского </w:t>
            </w:r>
            <w:r w:rsidRPr="00332DB8">
              <w:rPr>
                <w:lang w:val="ru-RU"/>
              </w:rPr>
              <w:lastRenderedPageBreak/>
              <w:t>городского суда Астраханской области от 07.05.2009).</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401.</w:t>
            </w:r>
          </w:p>
        </w:tc>
        <w:tc>
          <w:tcPr>
            <w:tcW w:w="2880" w:type="dxa"/>
          </w:tcPr>
          <w:p w:rsidR="006F7457" w:rsidRPr="00332DB8" w:rsidRDefault="00332DB8">
            <w:pPr>
              <w:rPr>
                <w:lang w:val="ru-RU"/>
              </w:rPr>
            </w:pPr>
            <w:r w:rsidRPr="00332DB8">
              <w:rPr>
                <w:lang w:val="ru-RU"/>
              </w:rPr>
              <w:t>Текстовый документ «</w:t>
            </w:r>
            <w:r>
              <w:t>zayav</w:t>
            </w:r>
            <w:r w:rsidRPr="00332DB8">
              <w:rPr>
                <w:lang w:val="ru-RU"/>
              </w:rPr>
              <w:t>», папка «Податаев», папка «</w:t>
            </w:r>
            <w:r>
              <w:t>Amovie</w:t>
            </w:r>
            <w:r w:rsidRPr="00332DB8">
              <w:rPr>
                <w:lang w:val="ru-RU"/>
              </w:rPr>
              <w:t xml:space="preserve">» </w:t>
            </w:r>
            <w:r>
              <w:t>CD</w:t>
            </w:r>
            <w:r w:rsidRPr="00332DB8">
              <w:rPr>
                <w:lang w:val="ru-RU"/>
              </w:rPr>
              <w:t>-</w:t>
            </w:r>
            <w:r>
              <w:t>R</w:t>
            </w:r>
            <w:r w:rsidRPr="00332DB8">
              <w:rPr>
                <w:lang w:val="ru-RU"/>
              </w:rPr>
              <w:t xml:space="preserve"> диск № 6 (решение Ахтубинского городского суда Астраханской области от 07.05.2009).</w:t>
            </w:r>
          </w:p>
        </w:tc>
        <w:tc>
          <w:tcPr>
            <w:tcW w:w="2880" w:type="dxa"/>
          </w:tcPr>
          <w:p w:rsidR="006F7457" w:rsidRPr="00332DB8" w:rsidRDefault="006F7457">
            <w:pPr>
              <w:rPr>
                <w:lang w:val="ru-RU"/>
              </w:rPr>
            </w:pPr>
          </w:p>
        </w:tc>
      </w:tr>
      <w:tr w:rsidR="006F7457" w:rsidRPr="00A31F1A">
        <w:tc>
          <w:tcPr>
            <w:tcW w:w="2880" w:type="dxa"/>
          </w:tcPr>
          <w:p w:rsidR="006F7457" w:rsidRDefault="00332DB8">
            <w:r>
              <w:t>402.</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reinform</w:t>
            </w:r>
            <w:r w:rsidRPr="00332DB8">
              <w:rPr>
                <w:lang w:val="ru-RU"/>
              </w:rPr>
              <w:t>.</w:t>
            </w:r>
            <w:r>
              <w:t>livejournal</w:t>
            </w:r>
            <w:r w:rsidRPr="00332DB8">
              <w:rPr>
                <w:lang w:val="ru-RU"/>
              </w:rPr>
              <w:t>.</w:t>
            </w:r>
            <w:r>
              <w:t>com</w:t>
            </w:r>
            <w:r w:rsidRPr="00332DB8">
              <w:rPr>
                <w:lang w:val="ru-RU"/>
              </w:rPr>
              <w:t xml:space="preserve"> (решение Кировского районного суда г. Уфы от 01.06.2009).</w:t>
            </w:r>
          </w:p>
        </w:tc>
        <w:tc>
          <w:tcPr>
            <w:tcW w:w="2880" w:type="dxa"/>
          </w:tcPr>
          <w:p w:rsidR="006F7457" w:rsidRPr="00332DB8" w:rsidRDefault="006F7457">
            <w:pPr>
              <w:rPr>
                <w:lang w:val="ru-RU"/>
              </w:rPr>
            </w:pPr>
          </w:p>
        </w:tc>
      </w:tr>
      <w:tr w:rsidR="006F7457" w:rsidRPr="00A31F1A">
        <w:tc>
          <w:tcPr>
            <w:tcW w:w="2880" w:type="dxa"/>
          </w:tcPr>
          <w:p w:rsidR="006F7457" w:rsidRDefault="00332DB8">
            <w:r>
              <w:t>403.</w:t>
            </w:r>
          </w:p>
        </w:tc>
        <w:tc>
          <w:tcPr>
            <w:tcW w:w="2880" w:type="dxa"/>
          </w:tcPr>
          <w:p w:rsidR="006F7457" w:rsidRPr="00332DB8" w:rsidRDefault="00332DB8">
            <w:pPr>
              <w:rPr>
                <w:lang w:val="ru-RU"/>
              </w:rPr>
            </w:pPr>
            <w:r w:rsidRPr="00332DB8">
              <w:rPr>
                <w:lang w:val="ru-RU"/>
              </w:rPr>
              <w:t>Информационные материалы газеты «Черносотенная» № 1,2 (ноябрь 2006 года) (решение Центрального районного суда г. Хабаровска от 01.04.2009).</w:t>
            </w:r>
          </w:p>
        </w:tc>
        <w:tc>
          <w:tcPr>
            <w:tcW w:w="2880" w:type="dxa"/>
          </w:tcPr>
          <w:p w:rsidR="006F7457" w:rsidRPr="00332DB8" w:rsidRDefault="006F7457">
            <w:pPr>
              <w:rPr>
                <w:lang w:val="ru-RU"/>
              </w:rPr>
            </w:pPr>
          </w:p>
        </w:tc>
      </w:tr>
      <w:tr w:rsidR="006F7457" w:rsidRPr="00DD284B">
        <w:tc>
          <w:tcPr>
            <w:tcW w:w="2880" w:type="dxa"/>
          </w:tcPr>
          <w:p w:rsidR="006F7457" w:rsidRDefault="00332DB8">
            <w:r>
              <w:t>404.</w:t>
            </w:r>
          </w:p>
        </w:tc>
        <w:tc>
          <w:tcPr>
            <w:tcW w:w="2880" w:type="dxa"/>
          </w:tcPr>
          <w:p w:rsidR="006F7457" w:rsidRPr="00332DB8" w:rsidRDefault="00332DB8">
            <w:pPr>
              <w:rPr>
                <w:lang w:val="ru-RU"/>
              </w:rPr>
            </w:pPr>
            <w:r w:rsidRPr="00332DB8">
              <w:rPr>
                <w:lang w:val="ru-RU"/>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2880" w:type="dxa"/>
          </w:tcPr>
          <w:p w:rsidR="006F7457" w:rsidRPr="00332DB8" w:rsidRDefault="006F7457">
            <w:pPr>
              <w:rPr>
                <w:lang w:val="ru-RU"/>
              </w:rPr>
            </w:pPr>
          </w:p>
        </w:tc>
      </w:tr>
      <w:tr w:rsidR="006F7457" w:rsidRPr="00DD284B">
        <w:tc>
          <w:tcPr>
            <w:tcW w:w="2880" w:type="dxa"/>
          </w:tcPr>
          <w:p w:rsidR="006F7457" w:rsidRDefault="00332DB8">
            <w:r>
              <w:t>405.</w:t>
            </w:r>
          </w:p>
        </w:tc>
        <w:tc>
          <w:tcPr>
            <w:tcW w:w="2880" w:type="dxa"/>
          </w:tcPr>
          <w:p w:rsidR="006F7457" w:rsidRPr="00332DB8" w:rsidRDefault="00332DB8">
            <w:pPr>
              <w:rPr>
                <w:lang w:val="ru-RU"/>
              </w:rPr>
            </w:pPr>
            <w:r w:rsidRPr="00332DB8">
              <w:rPr>
                <w:lang w:val="ru-RU"/>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2880" w:type="dxa"/>
          </w:tcPr>
          <w:p w:rsidR="006F7457" w:rsidRPr="00332DB8" w:rsidRDefault="006F7457">
            <w:pPr>
              <w:rPr>
                <w:lang w:val="ru-RU"/>
              </w:rPr>
            </w:pPr>
          </w:p>
        </w:tc>
      </w:tr>
      <w:tr w:rsidR="006F7457" w:rsidRPr="00A31F1A">
        <w:tc>
          <w:tcPr>
            <w:tcW w:w="2880" w:type="dxa"/>
          </w:tcPr>
          <w:p w:rsidR="006F7457" w:rsidRDefault="00332DB8">
            <w:r>
              <w:t>406.</w:t>
            </w:r>
          </w:p>
        </w:tc>
        <w:tc>
          <w:tcPr>
            <w:tcW w:w="2880" w:type="dxa"/>
          </w:tcPr>
          <w:p w:rsidR="006F7457" w:rsidRPr="00332DB8" w:rsidRDefault="00332DB8">
            <w:pPr>
              <w:rPr>
                <w:lang w:val="ru-RU"/>
              </w:rPr>
            </w:pPr>
            <w:r w:rsidRPr="00332DB8">
              <w:rPr>
                <w:lang w:val="ru-RU"/>
              </w:rPr>
              <w:t>Записи электронного дневника, расположенного по электронному адресу: «</w:t>
            </w:r>
            <w:r>
              <w:t>www</w:t>
            </w:r>
            <w:r w:rsidRPr="00332DB8">
              <w:rPr>
                <w:lang w:val="ru-RU"/>
              </w:rPr>
              <w:t>.</w:t>
            </w:r>
            <w:r>
              <w:t>Liveinternet</w:t>
            </w:r>
            <w:r w:rsidRPr="00332DB8">
              <w:rPr>
                <w:lang w:val="ru-RU"/>
              </w:rPr>
              <w:t>.</w:t>
            </w:r>
            <w:r>
              <w:t>ru</w:t>
            </w:r>
            <w:r w:rsidRPr="00332DB8">
              <w:rPr>
                <w:lang w:val="ru-RU"/>
              </w:rPr>
              <w:t>/</w:t>
            </w:r>
            <w:r>
              <w:t>users</w:t>
            </w:r>
            <w:r w:rsidRPr="00332DB8">
              <w:rPr>
                <w:lang w:val="ru-RU"/>
              </w:rPr>
              <w:t>/</w:t>
            </w:r>
            <w:r>
              <w:t>neonazi</w:t>
            </w:r>
            <w:r w:rsidRPr="00332DB8">
              <w:rPr>
                <w:lang w:val="ru-RU"/>
              </w:rPr>
              <w:t>» (решение Калининского районного суда г. Санкт-Петербурга от 04.08.2008).</w:t>
            </w:r>
          </w:p>
        </w:tc>
        <w:tc>
          <w:tcPr>
            <w:tcW w:w="2880" w:type="dxa"/>
          </w:tcPr>
          <w:p w:rsidR="006F7457" w:rsidRPr="00332DB8" w:rsidRDefault="006F7457">
            <w:pPr>
              <w:rPr>
                <w:lang w:val="ru-RU"/>
              </w:rPr>
            </w:pPr>
          </w:p>
        </w:tc>
      </w:tr>
      <w:tr w:rsidR="006F7457" w:rsidRPr="00A31F1A">
        <w:tc>
          <w:tcPr>
            <w:tcW w:w="2880" w:type="dxa"/>
          </w:tcPr>
          <w:p w:rsidR="006F7457" w:rsidRDefault="00332DB8">
            <w:r>
              <w:t>40</w:t>
            </w:r>
            <w:r>
              <w:lastRenderedPageBreak/>
              <w:t>7.</w:t>
            </w:r>
          </w:p>
        </w:tc>
        <w:tc>
          <w:tcPr>
            <w:tcW w:w="2880" w:type="dxa"/>
          </w:tcPr>
          <w:p w:rsidR="006F7457" w:rsidRPr="00332DB8" w:rsidRDefault="00332DB8">
            <w:pPr>
              <w:rPr>
                <w:lang w:val="ru-RU"/>
              </w:rPr>
            </w:pPr>
            <w:r>
              <w:lastRenderedPageBreak/>
              <w:t>C</w:t>
            </w:r>
            <w:r w:rsidRPr="00332DB8">
              <w:rPr>
                <w:lang w:val="ru-RU"/>
              </w:rPr>
              <w:t xml:space="preserve">татья «Заявление о суде над еврейскими организациями», источник публикации - газета «Русская Правда» № </w:t>
            </w:r>
            <w:r w:rsidRPr="00332DB8">
              <w:rPr>
                <w:lang w:val="ru-RU"/>
              </w:rPr>
              <w:lastRenderedPageBreak/>
              <w:t>30 от 2002 года (решение Зюзинского районного суда г. Москвы от 27.12.2007).</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408.</w:t>
            </w:r>
          </w:p>
        </w:tc>
        <w:tc>
          <w:tcPr>
            <w:tcW w:w="2880" w:type="dxa"/>
          </w:tcPr>
          <w:p w:rsidR="006F7457" w:rsidRPr="00332DB8" w:rsidRDefault="00332DB8">
            <w:pPr>
              <w:rPr>
                <w:lang w:val="ru-RU"/>
              </w:rPr>
            </w:pPr>
            <w:r>
              <w:t>C</w:t>
            </w:r>
            <w:r w:rsidRPr="00332DB8">
              <w:rPr>
                <w:lang w:val="ru-RU"/>
              </w:rPr>
              <w:t>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2880" w:type="dxa"/>
          </w:tcPr>
          <w:p w:rsidR="006F7457" w:rsidRPr="00332DB8" w:rsidRDefault="006F7457">
            <w:pPr>
              <w:rPr>
                <w:lang w:val="ru-RU"/>
              </w:rPr>
            </w:pPr>
          </w:p>
        </w:tc>
      </w:tr>
      <w:tr w:rsidR="006F7457" w:rsidRPr="00A31F1A">
        <w:tc>
          <w:tcPr>
            <w:tcW w:w="2880" w:type="dxa"/>
          </w:tcPr>
          <w:p w:rsidR="006F7457" w:rsidRDefault="00332DB8">
            <w:r>
              <w:t>409.</w:t>
            </w:r>
          </w:p>
        </w:tc>
        <w:tc>
          <w:tcPr>
            <w:tcW w:w="2880" w:type="dxa"/>
          </w:tcPr>
          <w:p w:rsidR="006F7457" w:rsidRPr="00332DB8" w:rsidRDefault="00332DB8">
            <w:pPr>
              <w:rPr>
                <w:lang w:val="ru-RU"/>
              </w:rPr>
            </w:pPr>
            <w:r w:rsidRPr="00332DB8">
              <w:rPr>
                <w:lang w:val="ru-RU"/>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2880" w:type="dxa"/>
          </w:tcPr>
          <w:p w:rsidR="006F7457" w:rsidRPr="00332DB8" w:rsidRDefault="006F7457">
            <w:pPr>
              <w:rPr>
                <w:lang w:val="ru-RU"/>
              </w:rPr>
            </w:pPr>
          </w:p>
        </w:tc>
      </w:tr>
      <w:tr w:rsidR="006F7457" w:rsidRPr="00A31F1A">
        <w:tc>
          <w:tcPr>
            <w:tcW w:w="2880" w:type="dxa"/>
          </w:tcPr>
          <w:p w:rsidR="006F7457" w:rsidRDefault="00332DB8">
            <w:r>
              <w:t>410.</w:t>
            </w:r>
          </w:p>
        </w:tc>
        <w:tc>
          <w:tcPr>
            <w:tcW w:w="2880" w:type="dxa"/>
          </w:tcPr>
          <w:p w:rsidR="006F7457" w:rsidRPr="00332DB8" w:rsidRDefault="00332DB8">
            <w:pPr>
              <w:rPr>
                <w:lang w:val="ru-RU"/>
              </w:rPr>
            </w:pPr>
            <w:r w:rsidRPr="00332DB8">
              <w:rPr>
                <w:lang w:val="ru-RU"/>
              </w:rPr>
              <w:t>Статья «За что мы воевали?», источник публикации - газета «Русская Правда» № 37 от 2005 года (решение Зюзинского районного суда г. Москвы от 27.12.2007).</w:t>
            </w:r>
          </w:p>
        </w:tc>
        <w:tc>
          <w:tcPr>
            <w:tcW w:w="2880" w:type="dxa"/>
          </w:tcPr>
          <w:p w:rsidR="006F7457" w:rsidRPr="00332DB8" w:rsidRDefault="006F7457">
            <w:pPr>
              <w:rPr>
                <w:lang w:val="ru-RU"/>
              </w:rPr>
            </w:pPr>
          </w:p>
        </w:tc>
      </w:tr>
      <w:tr w:rsidR="006F7457" w:rsidRPr="00A31F1A">
        <w:tc>
          <w:tcPr>
            <w:tcW w:w="2880" w:type="dxa"/>
          </w:tcPr>
          <w:p w:rsidR="006F7457" w:rsidRDefault="00332DB8">
            <w:r>
              <w:t>411.</w:t>
            </w:r>
          </w:p>
        </w:tc>
        <w:tc>
          <w:tcPr>
            <w:tcW w:w="2880" w:type="dxa"/>
          </w:tcPr>
          <w:p w:rsidR="006F7457" w:rsidRPr="00332DB8" w:rsidRDefault="00332DB8">
            <w:pPr>
              <w:rPr>
                <w:lang w:val="ru-RU"/>
              </w:rPr>
            </w:pPr>
            <w:r w:rsidRPr="00332DB8">
              <w:rPr>
                <w:lang w:val="ru-RU"/>
              </w:rPr>
              <w:t>Статья «Нам десятка!», источник публикации - газета «Русская Правда» № 35 от 2004 года (решение Зюзинского районного суда г. Москвы от 27.12.2007).</w:t>
            </w:r>
          </w:p>
        </w:tc>
        <w:tc>
          <w:tcPr>
            <w:tcW w:w="2880" w:type="dxa"/>
          </w:tcPr>
          <w:p w:rsidR="006F7457" w:rsidRPr="00332DB8" w:rsidRDefault="006F7457">
            <w:pPr>
              <w:rPr>
                <w:lang w:val="ru-RU"/>
              </w:rPr>
            </w:pPr>
          </w:p>
        </w:tc>
      </w:tr>
      <w:tr w:rsidR="006F7457" w:rsidRPr="00A31F1A">
        <w:tc>
          <w:tcPr>
            <w:tcW w:w="2880" w:type="dxa"/>
          </w:tcPr>
          <w:p w:rsidR="006F7457" w:rsidRDefault="00332DB8">
            <w:r>
              <w:t>412.</w:t>
            </w:r>
          </w:p>
        </w:tc>
        <w:tc>
          <w:tcPr>
            <w:tcW w:w="2880" w:type="dxa"/>
          </w:tcPr>
          <w:p w:rsidR="006F7457" w:rsidRPr="00332DB8" w:rsidRDefault="00332DB8">
            <w:pPr>
              <w:rPr>
                <w:lang w:val="ru-RU"/>
              </w:rPr>
            </w:pPr>
            <w:r w:rsidRPr="00332DB8">
              <w:rPr>
                <w:lang w:val="ru-RU"/>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2880" w:type="dxa"/>
          </w:tcPr>
          <w:p w:rsidR="006F7457" w:rsidRPr="00332DB8" w:rsidRDefault="006F7457">
            <w:pPr>
              <w:rPr>
                <w:lang w:val="ru-RU"/>
              </w:rPr>
            </w:pPr>
          </w:p>
        </w:tc>
      </w:tr>
      <w:tr w:rsidR="006F7457">
        <w:tc>
          <w:tcPr>
            <w:tcW w:w="2880" w:type="dxa"/>
          </w:tcPr>
          <w:p w:rsidR="006F7457" w:rsidRDefault="00332DB8">
            <w:r>
              <w:t>413.</w:t>
            </w:r>
          </w:p>
        </w:tc>
        <w:tc>
          <w:tcPr>
            <w:tcW w:w="2880" w:type="dxa"/>
          </w:tcPr>
          <w:p w:rsidR="006F7457" w:rsidRDefault="00332DB8">
            <w:r>
              <w:t>Материал исключен из списка.</w:t>
            </w:r>
          </w:p>
        </w:tc>
        <w:tc>
          <w:tcPr>
            <w:tcW w:w="2880" w:type="dxa"/>
          </w:tcPr>
          <w:p w:rsidR="006F7457" w:rsidRDefault="006F7457"/>
        </w:tc>
      </w:tr>
      <w:tr w:rsidR="006F7457" w:rsidRPr="00DD284B">
        <w:tc>
          <w:tcPr>
            <w:tcW w:w="2880" w:type="dxa"/>
          </w:tcPr>
          <w:p w:rsidR="006F7457" w:rsidRDefault="00332DB8">
            <w:r>
              <w:t>41</w:t>
            </w:r>
            <w:r>
              <w:lastRenderedPageBreak/>
              <w:t>4.</w:t>
            </w:r>
          </w:p>
        </w:tc>
        <w:tc>
          <w:tcPr>
            <w:tcW w:w="2880" w:type="dxa"/>
          </w:tcPr>
          <w:p w:rsidR="006F7457" w:rsidRPr="00332DB8" w:rsidRDefault="00332DB8">
            <w:pPr>
              <w:rPr>
                <w:lang w:val="ru-RU"/>
              </w:rPr>
            </w:pPr>
            <w:r w:rsidRPr="00332DB8">
              <w:rPr>
                <w:lang w:val="ru-RU"/>
              </w:rPr>
              <w:lastRenderedPageBreak/>
              <w:t>Информационные материалы: «плакат с надписью «</w:t>
            </w:r>
            <w:r>
              <w:t>YO</w:t>
            </w:r>
            <w:r w:rsidRPr="00332DB8">
              <w:rPr>
                <w:lang w:val="ru-RU"/>
              </w:rPr>
              <w:t xml:space="preserve"> </w:t>
            </w:r>
            <w:r>
              <w:t>SHARP</w:t>
            </w:r>
            <w:r w:rsidRPr="00332DB8">
              <w:rPr>
                <w:lang w:val="ru-RU"/>
              </w:rPr>
              <w:t xml:space="preserve">! </w:t>
            </w:r>
            <w:r>
              <w:t xml:space="preserve">RAM A BULLET YOUR NECK», плакат с надписью </w:t>
            </w:r>
            <w:r w:rsidRPr="00332DB8">
              <w:rPr>
                <w:lang w:val="ru-RU"/>
              </w:rPr>
              <w:t xml:space="preserve">«Русское национальное единство» «Россия! Хватит спать!», листовку с модифицированным изображением </w:t>
            </w:r>
            <w:r w:rsidRPr="00332DB8">
              <w:rPr>
                <w:lang w:val="ru-RU"/>
              </w:rPr>
              <w:lastRenderedPageBreak/>
              <w:t>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w:t>
            </w:r>
            <w:r>
              <w:t>YOU</w:t>
            </w:r>
            <w:r w:rsidRPr="00332DB8">
              <w:rPr>
                <w:lang w:val="ru-RU"/>
              </w:rPr>
              <w:t xml:space="preserve"> </w:t>
            </w:r>
            <w:r>
              <w:t>KNOW</w:t>
            </w:r>
            <w:r w:rsidRPr="00332DB8">
              <w:rPr>
                <w:lang w:val="ru-RU"/>
              </w:rPr>
              <w:t xml:space="preserve">, </w:t>
            </w:r>
            <w:r>
              <w:t>WITH</w:t>
            </w:r>
            <w:r w:rsidRPr="00332DB8">
              <w:rPr>
                <w:lang w:val="ru-RU"/>
              </w:rPr>
              <w:t xml:space="preserve"> </w:t>
            </w:r>
            <w:r>
              <w:t>HOODS</w:t>
            </w:r>
            <w:r w:rsidRPr="00332DB8">
              <w:rPr>
                <w:lang w:val="ru-RU"/>
              </w:rPr>
              <w:t xml:space="preserve"> </w:t>
            </w:r>
            <w:r>
              <w:t>ON</w:t>
            </w:r>
            <w:r w:rsidRPr="00332DB8">
              <w:rPr>
                <w:lang w:val="ru-RU"/>
              </w:rPr>
              <w:t xml:space="preserve">, </w:t>
            </w:r>
            <w:r>
              <w:t>SOME</w:t>
            </w:r>
            <w:r w:rsidRPr="00332DB8">
              <w:rPr>
                <w:lang w:val="ru-RU"/>
              </w:rPr>
              <w:t xml:space="preserve"> </w:t>
            </w:r>
            <w:r>
              <w:t>OF</w:t>
            </w:r>
            <w:r w:rsidRPr="00332DB8">
              <w:rPr>
                <w:lang w:val="ru-RU"/>
              </w:rPr>
              <w:t xml:space="preserve"> </w:t>
            </w:r>
            <w:r>
              <w:t>THESE</w:t>
            </w:r>
            <w:r w:rsidRPr="00332DB8">
              <w:rPr>
                <w:lang w:val="ru-RU"/>
              </w:rPr>
              <w:t xml:space="preserve"> </w:t>
            </w:r>
            <w:r>
              <w:t>GUYS</w:t>
            </w:r>
            <w:r w:rsidRPr="00332DB8">
              <w:rPr>
                <w:lang w:val="ru-RU"/>
              </w:rPr>
              <w:t xml:space="preserve"> </w:t>
            </w:r>
            <w:r>
              <w:t>COULD</w:t>
            </w:r>
            <w:r w:rsidRPr="00332DB8">
              <w:rPr>
                <w:lang w:val="ru-RU"/>
              </w:rPr>
              <w:t xml:space="preserve"> </w:t>
            </w:r>
            <w:r>
              <w:t>PASS</w:t>
            </w:r>
            <w:r w:rsidRPr="00332DB8">
              <w:rPr>
                <w:lang w:val="ru-RU"/>
              </w:rPr>
              <w:t>»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t>
            </w:r>
            <w:r>
              <w:t>White</w:t>
            </w:r>
            <w:r w:rsidRPr="00332DB8">
              <w:rPr>
                <w:lang w:val="ru-RU"/>
              </w:rPr>
              <w:t xml:space="preserve"> ро</w:t>
            </w:r>
            <w:r>
              <w:t>w</w:t>
            </w:r>
            <w:r w:rsidRPr="00332DB8">
              <w:rPr>
                <w:lang w:val="ru-RU"/>
              </w:rPr>
              <w:t>е</w:t>
            </w:r>
            <w:r>
              <w:t>r</w:t>
            </w:r>
            <w:r w:rsidRPr="00332DB8">
              <w:rPr>
                <w:lang w:val="ru-RU"/>
              </w:rPr>
              <w:t>»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t>
            </w:r>
            <w:r>
              <w:t>white</w:t>
            </w:r>
            <w:r w:rsidRPr="00332DB8">
              <w:rPr>
                <w:lang w:val="ru-RU"/>
              </w:rPr>
              <w:t xml:space="preserve"> </w:t>
            </w:r>
            <w:r>
              <w:t>power</w:t>
            </w:r>
            <w:r w:rsidRPr="00332DB8">
              <w:rPr>
                <w:lang w:val="ru-RU"/>
              </w:rPr>
              <w:t xml:space="preserve">»,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w:t>
            </w:r>
            <w:r w:rsidRPr="00332DB8">
              <w:rPr>
                <w:lang w:val="ru-RU"/>
              </w:rPr>
              <w:lastRenderedPageBreak/>
              <w:t>г. Уфы от 02.10.2009).</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415.</w:t>
            </w:r>
          </w:p>
        </w:tc>
        <w:tc>
          <w:tcPr>
            <w:tcW w:w="2880" w:type="dxa"/>
          </w:tcPr>
          <w:p w:rsidR="006F7457" w:rsidRPr="00332DB8" w:rsidRDefault="00332DB8">
            <w:pPr>
              <w:rPr>
                <w:lang w:val="ru-RU"/>
              </w:rPr>
            </w:pPr>
            <w:r w:rsidRPr="00332DB8">
              <w:rPr>
                <w:lang w:val="ru-RU"/>
              </w:rPr>
              <w:t xml:space="preserve">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w:t>
            </w:r>
            <w:r>
              <w:t>http</w:t>
            </w:r>
            <w:r w:rsidRPr="00332DB8">
              <w:rPr>
                <w:lang w:val="ru-RU"/>
              </w:rPr>
              <w:t>://</w:t>
            </w:r>
            <w:r>
              <w:t>mirtesen</w:t>
            </w:r>
            <w:r w:rsidRPr="00332DB8">
              <w:rPr>
                <w:lang w:val="ru-RU"/>
              </w:rPr>
              <w:t>.</w:t>
            </w:r>
            <w:r>
              <w:t>ru</w:t>
            </w:r>
            <w:r w:rsidRPr="00332DB8">
              <w:rPr>
                <w:lang w:val="ru-RU"/>
              </w:rPr>
              <w:t>/</w:t>
            </w:r>
            <w:r>
              <w:t>group</w:t>
            </w:r>
            <w:r w:rsidRPr="00332DB8">
              <w:rPr>
                <w:lang w:val="ru-RU"/>
              </w:rPr>
              <w:t>/30405959426/</w:t>
            </w:r>
            <w:r>
              <w:t>blog</w:t>
            </w:r>
            <w:r w:rsidRPr="00332DB8">
              <w:rPr>
                <w:lang w:val="ru-RU"/>
              </w:rPr>
              <w:t>/4322601982,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2880" w:type="dxa"/>
          </w:tcPr>
          <w:p w:rsidR="006F7457" w:rsidRPr="00332DB8" w:rsidRDefault="006F7457">
            <w:pPr>
              <w:rPr>
                <w:lang w:val="ru-RU"/>
              </w:rPr>
            </w:pPr>
          </w:p>
        </w:tc>
      </w:tr>
      <w:tr w:rsidR="006F7457" w:rsidRPr="00A31F1A">
        <w:tc>
          <w:tcPr>
            <w:tcW w:w="2880" w:type="dxa"/>
          </w:tcPr>
          <w:p w:rsidR="006F7457" w:rsidRDefault="00332DB8">
            <w:r>
              <w:t>416.</w:t>
            </w:r>
          </w:p>
        </w:tc>
        <w:tc>
          <w:tcPr>
            <w:tcW w:w="2880" w:type="dxa"/>
          </w:tcPr>
          <w:p w:rsidR="006F7457" w:rsidRPr="00332DB8" w:rsidRDefault="00332DB8">
            <w:pPr>
              <w:rPr>
                <w:lang w:val="ru-RU"/>
              </w:rPr>
            </w:pPr>
            <w:r w:rsidRPr="00332DB8">
              <w:rPr>
                <w:lang w:val="ru-RU"/>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2880" w:type="dxa"/>
          </w:tcPr>
          <w:p w:rsidR="006F7457" w:rsidRPr="00332DB8" w:rsidRDefault="006F7457">
            <w:pPr>
              <w:rPr>
                <w:lang w:val="ru-RU"/>
              </w:rPr>
            </w:pPr>
          </w:p>
        </w:tc>
      </w:tr>
      <w:tr w:rsidR="006F7457" w:rsidRPr="00A31F1A">
        <w:tc>
          <w:tcPr>
            <w:tcW w:w="2880" w:type="dxa"/>
          </w:tcPr>
          <w:p w:rsidR="006F7457" w:rsidRDefault="00332DB8">
            <w:r>
              <w:t>417.</w:t>
            </w:r>
          </w:p>
        </w:tc>
        <w:tc>
          <w:tcPr>
            <w:tcW w:w="2880" w:type="dxa"/>
          </w:tcPr>
          <w:p w:rsidR="006F7457" w:rsidRPr="00332DB8" w:rsidRDefault="00332DB8">
            <w:pPr>
              <w:rPr>
                <w:lang w:val="ru-RU"/>
              </w:rPr>
            </w:pPr>
            <w:r w:rsidRPr="00332DB8">
              <w:rPr>
                <w:lang w:val="ru-RU"/>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2880" w:type="dxa"/>
          </w:tcPr>
          <w:p w:rsidR="006F7457" w:rsidRPr="00332DB8" w:rsidRDefault="006F7457">
            <w:pPr>
              <w:rPr>
                <w:lang w:val="ru-RU"/>
              </w:rPr>
            </w:pPr>
          </w:p>
        </w:tc>
      </w:tr>
      <w:tr w:rsidR="006F7457" w:rsidRPr="00A31F1A">
        <w:tc>
          <w:tcPr>
            <w:tcW w:w="2880" w:type="dxa"/>
          </w:tcPr>
          <w:p w:rsidR="006F7457" w:rsidRDefault="00332DB8">
            <w:r>
              <w:t>418.</w:t>
            </w:r>
          </w:p>
        </w:tc>
        <w:tc>
          <w:tcPr>
            <w:tcW w:w="2880" w:type="dxa"/>
          </w:tcPr>
          <w:p w:rsidR="006F7457" w:rsidRPr="00332DB8" w:rsidRDefault="00332DB8">
            <w:pPr>
              <w:rPr>
                <w:lang w:val="ru-RU"/>
              </w:rPr>
            </w:pPr>
            <w:r w:rsidRPr="00332DB8">
              <w:rPr>
                <w:lang w:val="ru-RU"/>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2880" w:type="dxa"/>
          </w:tcPr>
          <w:p w:rsidR="006F7457" w:rsidRPr="00332DB8" w:rsidRDefault="006F7457">
            <w:pPr>
              <w:rPr>
                <w:lang w:val="ru-RU"/>
              </w:rPr>
            </w:pPr>
          </w:p>
        </w:tc>
      </w:tr>
      <w:tr w:rsidR="006F7457" w:rsidRPr="00A31F1A">
        <w:tc>
          <w:tcPr>
            <w:tcW w:w="2880" w:type="dxa"/>
          </w:tcPr>
          <w:p w:rsidR="006F7457" w:rsidRDefault="00332DB8">
            <w:r>
              <w:t>419.</w:t>
            </w:r>
          </w:p>
        </w:tc>
        <w:tc>
          <w:tcPr>
            <w:tcW w:w="2880" w:type="dxa"/>
          </w:tcPr>
          <w:p w:rsidR="006F7457" w:rsidRPr="00332DB8" w:rsidRDefault="00332DB8">
            <w:pPr>
              <w:rPr>
                <w:lang w:val="ru-RU"/>
              </w:rPr>
            </w:pPr>
            <w:r w:rsidRPr="00332DB8">
              <w:rPr>
                <w:lang w:val="ru-RU"/>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2880" w:type="dxa"/>
          </w:tcPr>
          <w:p w:rsidR="006F7457" w:rsidRPr="00332DB8" w:rsidRDefault="006F7457">
            <w:pPr>
              <w:rPr>
                <w:lang w:val="ru-RU"/>
              </w:rPr>
            </w:pPr>
          </w:p>
        </w:tc>
      </w:tr>
      <w:tr w:rsidR="006F7457" w:rsidRPr="00A31F1A">
        <w:tc>
          <w:tcPr>
            <w:tcW w:w="2880" w:type="dxa"/>
          </w:tcPr>
          <w:p w:rsidR="006F7457" w:rsidRDefault="00332DB8">
            <w:r>
              <w:t>420.</w:t>
            </w:r>
          </w:p>
        </w:tc>
        <w:tc>
          <w:tcPr>
            <w:tcW w:w="2880" w:type="dxa"/>
          </w:tcPr>
          <w:p w:rsidR="006F7457" w:rsidRPr="00332DB8" w:rsidRDefault="00332DB8">
            <w:pPr>
              <w:rPr>
                <w:lang w:val="ru-RU"/>
              </w:rPr>
            </w:pPr>
            <w:r w:rsidRPr="00332DB8">
              <w:rPr>
                <w:lang w:val="ru-RU"/>
              </w:rPr>
              <w:t>Брошюра «Аль-Ваъй» № 238 - Двадцать первый год издания - декабрь 2006 г. (решение Демского районного суда г. Уфы Республики Башкортостан от 10.07.2009).</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421.</w:t>
            </w:r>
          </w:p>
        </w:tc>
        <w:tc>
          <w:tcPr>
            <w:tcW w:w="2880" w:type="dxa"/>
          </w:tcPr>
          <w:p w:rsidR="006F7457" w:rsidRPr="00332DB8" w:rsidRDefault="00332DB8">
            <w:pPr>
              <w:rPr>
                <w:lang w:val="ru-RU"/>
              </w:rPr>
            </w:pPr>
            <w:r w:rsidRPr="00332DB8">
              <w:rPr>
                <w:lang w:val="ru-RU"/>
              </w:rPr>
              <w:t>Брошюра «Аль-Ваъй» № 238 - Двадцать первый год издания - май 2007 г. (решение Демского районного суда г. Уфы Республики Башкортостан от 10.07.2009).</w:t>
            </w:r>
          </w:p>
        </w:tc>
        <w:tc>
          <w:tcPr>
            <w:tcW w:w="2880" w:type="dxa"/>
          </w:tcPr>
          <w:p w:rsidR="006F7457" w:rsidRPr="00332DB8" w:rsidRDefault="006F7457">
            <w:pPr>
              <w:rPr>
                <w:lang w:val="ru-RU"/>
              </w:rPr>
            </w:pPr>
          </w:p>
        </w:tc>
      </w:tr>
      <w:tr w:rsidR="006F7457" w:rsidRPr="00A31F1A">
        <w:tc>
          <w:tcPr>
            <w:tcW w:w="2880" w:type="dxa"/>
          </w:tcPr>
          <w:p w:rsidR="006F7457" w:rsidRDefault="00332DB8">
            <w:r>
              <w:t>422.</w:t>
            </w:r>
          </w:p>
        </w:tc>
        <w:tc>
          <w:tcPr>
            <w:tcW w:w="2880" w:type="dxa"/>
          </w:tcPr>
          <w:p w:rsidR="006F7457" w:rsidRPr="00332DB8" w:rsidRDefault="00332DB8">
            <w:pPr>
              <w:rPr>
                <w:lang w:val="ru-RU"/>
              </w:rPr>
            </w:pPr>
            <w:r w:rsidRPr="00332DB8">
              <w:rPr>
                <w:lang w:val="ru-RU"/>
              </w:rPr>
              <w:t>Брошюра «Аль-Ваъй» № 248 - Двадцать второй год издания - октябрь 2007 г. (решение Демского районного суда г. Уфы Республики Башкортостан от 10.07.2009).</w:t>
            </w:r>
          </w:p>
        </w:tc>
        <w:tc>
          <w:tcPr>
            <w:tcW w:w="2880" w:type="dxa"/>
          </w:tcPr>
          <w:p w:rsidR="006F7457" w:rsidRPr="00332DB8" w:rsidRDefault="006F7457">
            <w:pPr>
              <w:rPr>
                <w:lang w:val="ru-RU"/>
              </w:rPr>
            </w:pPr>
          </w:p>
        </w:tc>
      </w:tr>
      <w:tr w:rsidR="006F7457" w:rsidRPr="00A31F1A">
        <w:tc>
          <w:tcPr>
            <w:tcW w:w="2880" w:type="dxa"/>
          </w:tcPr>
          <w:p w:rsidR="006F7457" w:rsidRDefault="00332DB8">
            <w:r>
              <w:t>423.</w:t>
            </w:r>
          </w:p>
        </w:tc>
        <w:tc>
          <w:tcPr>
            <w:tcW w:w="2880" w:type="dxa"/>
          </w:tcPr>
          <w:p w:rsidR="006F7457" w:rsidRPr="00332DB8" w:rsidRDefault="00332DB8">
            <w:pPr>
              <w:rPr>
                <w:lang w:val="ru-RU"/>
              </w:rPr>
            </w:pPr>
            <w:r w:rsidRPr="00332DB8">
              <w:rPr>
                <w:lang w:val="ru-RU"/>
              </w:rPr>
              <w:t>Книга Такыйюддина Набханий «Экономическая система в исламе» (решение Демского районного суда г. Уфы Республики Башкортостан от 10.07.2009).</w:t>
            </w:r>
          </w:p>
        </w:tc>
        <w:tc>
          <w:tcPr>
            <w:tcW w:w="2880" w:type="dxa"/>
          </w:tcPr>
          <w:p w:rsidR="006F7457" w:rsidRPr="00332DB8" w:rsidRDefault="006F7457">
            <w:pPr>
              <w:rPr>
                <w:lang w:val="ru-RU"/>
              </w:rPr>
            </w:pPr>
          </w:p>
        </w:tc>
      </w:tr>
      <w:tr w:rsidR="006F7457" w:rsidRPr="00A31F1A">
        <w:tc>
          <w:tcPr>
            <w:tcW w:w="2880" w:type="dxa"/>
          </w:tcPr>
          <w:p w:rsidR="006F7457" w:rsidRDefault="00332DB8">
            <w:r>
              <w:t>424.</w:t>
            </w:r>
          </w:p>
        </w:tc>
        <w:tc>
          <w:tcPr>
            <w:tcW w:w="2880" w:type="dxa"/>
          </w:tcPr>
          <w:p w:rsidR="006F7457" w:rsidRPr="00332DB8" w:rsidRDefault="00332DB8">
            <w:pPr>
              <w:rPr>
                <w:lang w:val="ru-RU"/>
              </w:rPr>
            </w:pPr>
            <w:r w:rsidRPr="00332DB8">
              <w:rPr>
                <w:lang w:val="ru-RU"/>
              </w:rPr>
              <w:t>Брошюра «Политические воззрения Хизб-ут-Тахрир» (решение Демского районного суда г. Уфы Республики Башкортостан от 10.07.2009).</w:t>
            </w:r>
          </w:p>
        </w:tc>
        <w:tc>
          <w:tcPr>
            <w:tcW w:w="2880" w:type="dxa"/>
          </w:tcPr>
          <w:p w:rsidR="006F7457" w:rsidRPr="00332DB8" w:rsidRDefault="006F7457">
            <w:pPr>
              <w:rPr>
                <w:lang w:val="ru-RU"/>
              </w:rPr>
            </w:pPr>
          </w:p>
        </w:tc>
      </w:tr>
      <w:tr w:rsidR="006F7457" w:rsidRPr="00DD284B">
        <w:tc>
          <w:tcPr>
            <w:tcW w:w="2880" w:type="dxa"/>
          </w:tcPr>
          <w:p w:rsidR="006F7457" w:rsidRDefault="00332DB8">
            <w:r>
              <w:t>425.</w:t>
            </w:r>
          </w:p>
        </w:tc>
        <w:tc>
          <w:tcPr>
            <w:tcW w:w="2880" w:type="dxa"/>
          </w:tcPr>
          <w:p w:rsidR="006F7457" w:rsidRPr="00332DB8" w:rsidRDefault="00332DB8">
            <w:pPr>
              <w:rPr>
                <w:lang w:val="ru-RU"/>
              </w:rPr>
            </w:pPr>
            <w:r>
              <w:t>C</w:t>
            </w:r>
            <w:r w:rsidRPr="00332DB8">
              <w:rPr>
                <w:lang w:val="ru-RU"/>
              </w:rPr>
              <w:t xml:space="preserve">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w:t>
            </w:r>
            <w:r>
              <w:t>http</w:t>
            </w:r>
            <w:r w:rsidRPr="00332DB8">
              <w:rPr>
                <w:lang w:val="ru-RU"/>
              </w:rPr>
              <w:t>://</w:t>
            </w:r>
            <w:r>
              <w:t>www</w:t>
            </w:r>
            <w:r w:rsidRPr="00332DB8">
              <w:rPr>
                <w:lang w:val="ru-RU"/>
              </w:rPr>
              <w:t>.</w:t>
            </w:r>
            <w:r>
              <w:t>ssdv</w:t>
            </w:r>
            <w:r w:rsidRPr="00332DB8">
              <w:rPr>
                <w:lang w:val="ru-RU"/>
              </w:rPr>
              <w:t>.</w:t>
            </w:r>
            <w:r>
              <w:t>ru</w:t>
            </w:r>
            <w:r w:rsidRPr="00332DB8">
              <w:rPr>
                <w:lang w:val="ru-RU"/>
              </w:rPr>
              <w:t>/ (решение Ленинского районного суда г. Владивостока от 18.06.2009).</w:t>
            </w:r>
          </w:p>
        </w:tc>
        <w:tc>
          <w:tcPr>
            <w:tcW w:w="2880" w:type="dxa"/>
          </w:tcPr>
          <w:p w:rsidR="006F7457" w:rsidRPr="00332DB8" w:rsidRDefault="006F7457">
            <w:pPr>
              <w:rPr>
                <w:lang w:val="ru-RU"/>
              </w:rPr>
            </w:pPr>
          </w:p>
        </w:tc>
      </w:tr>
      <w:tr w:rsidR="006F7457" w:rsidRPr="00A31F1A">
        <w:tc>
          <w:tcPr>
            <w:tcW w:w="2880" w:type="dxa"/>
          </w:tcPr>
          <w:p w:rsidR="006F7457" w:rsidRDefault="00332DB8">
            <w:r>
              <w:t>426.</w:t>
            </w:r>
          </w:p>
        </w:tc>
        <w:tc>
          <w:tcPr>
            <w:tcW w:w="2880" w:type="dxa"/>
          </w:tcPr>
          <w:p w:rsidR="006F7457" w:rsidRPr="00332DB8" w:rsidRDefault="00332DB8">
            <w:pPr>
              <w:rPr>
                <w:lang w:val="ru-RU"/>
              </w:rPr>
            </w:pPr>
            <w:r w:rsidRPr="00332DB8">
              <w:rPr>
                <w:lang w:val="ru-RU"/>
              </w:rPr>
              <w:t xml:space="preserve">Материал с сайта </w:t>
            </w:r>
            <w:r>
              <w:t>WWW</w:t>
            </w:r>
            <w:r w:rsidRPr="00332DB8">
              <w:rPr>
                <w:lang w:val="ru-RU"/>
              </w:rPr>
              <w:t>.</w:t>
            </w:r>
            <w:r>
              <w:t>SSDV</w:t>
            </w:r>
            <w:r w:rsidRPr="00332DB8">
              <w:rPr>
                <w:lang w:val="ru-RU"/>
              </w:rPr>
              <w:t>.</w:t>
            </w:r>
            <w:r>
              <w:t>RU</w:t>
            </w:r>
            <w:r w:rsidRPr="00332DB8">
              <w:rPr>
                <w:lang w:val="ru-RU"/>
              </w:rPr>
              <w:t xml:space="preserve">,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w:t>
            </w:r>
            <w:r w:rsidRPr="00332DB8">
              <w:rPr>
                <w:lang w:val="ru-RU"/>
              </w:rPr>
              <w:lastRenderedPageBreak/>
              <w:t>18.06.2009).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427.</w:t>
            </w:r>
          </w:p>
        </w:tc>
        <w:tc>
          <w:tcPr>
            <w:tcW w:w="2880" w:type="dxa"/>
          </w:tcPr>
          <w:p w:rsidR="006F7457" w:rsidRPr="00332DB8" w:rsidRDefault="00332DB8">
            <w:pPr>
              <w:rPr>
                <w:lang w:val="ru-RU"/>
              </w:rPr>
            </w:pPr>
            <w:r w:rsidRPr="00332DB8">
              <w:rPr>
                <w:lang w:val="ru-RU"/>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2880" w:type="dxa"/>
          </w:tcPr>
          <w:p w:rsidR="006F7457" w:rsidRPr="00332DB8" w:rsidRDefault="006F7457">
            <w:pPr>
              <w:rPr>
                <w:lang w:val="ru-RU"/>
              </w:rPr>
            </w:pPr>
          </w:p>
        </w:tc>
      </w:tr>
      <w:tr w:rsidR="006F7457" w:rsidRPr="00DD284B">
        <w:tc>
          <w:tcPr>
            <w:tcW w:w="2880" w:type="dxa"/>
          </w:tcPr>
          <w:p w:rsidR="006F7457" w:rsidRDefault="00332DB8">
            <w:r>
              <w:t>428.</w:t>
            </w:r>
          </w:p>
        </w:tc>
        <w:tc>
          <w:tcPr>
            <w:tcW w:w="2880" w:type="dxa"/>
          </w:tcPr>
          <w:p w:rsidR="006F7457" w:rsidRPr="00332DB8" w:rsidRDefault="00332DB8">
            <w:pPr>
              <w:rPr>
                <w:lang w:val="ru-RU"/>
              </w:rPr>
            </w:pPr>
            <w:r w:rsidRPr="00332DB8">
              <w:rPr>
                <w:lang w:val="ru-RU"/>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2880" w:type="dxa"/>
          </w:tcPr>
          <w:p w:rsidR="006F7457" w:rsidRPr="00332DB8" w:rsidRDefault="006F7457">
            <w:pPr>
              <w:rPr>
                <w:lang w:val="ru-RU"/>
              </w:rPr>
            </w:pPr>
          </w:p>
        </w:tc>
      </w:tr>
      <w:tr w:rsidR="006F7457" w:rsidRPr="00A31F1A">
        <w:tc>
          <w:tcPr>
            <w:tcW w:w="2880" w:type="dxa"/>
          </w:tcPr>
          <w:p w:rsidR="006F7457" w:rsidRDefault="00332DB8">
            <w:r>
              <w:t>429.</w:t>
            </w:r>
          </w:p>
        </w:tc>
        <w:tc>
          <w:tcPr>
            <w:tcW w:w="2880" w:type="dxa"/>
          </w:tcPr>
          <w:p w:rsidR="006F7457" w:rsidRPr="00332DB8" w:rsidRDefault="00332DB8">
            <w:pPr>
              <w:rPr>
                <w:lang w:val="ru-RU"/>
              </w:rPr>
            </w:pPr>
            <w:r w:rsidRPr="00332DB8">
              <w:rPr>
                <w:lang w:val="ru-RU"/>
              </w:rPr>
              <w:t>Листовка с названием «Геноцид Русского народа и пути его преодоления» (решение Ленинского районного суда г. Владимира от 22.07.2009).</w:t>
            </w:r>
          </w:p>
        </w:tc>
        <w:tc>
          <w:tcPr>
            <w:tcW w:w="2880" w:type="dxa"/>
          </w:tcPr>
          <w:p w:rsidR="006F7457" w:rsidRPr="00332DB8" w:rsidRDefault="006F7457">
            <w:pPr>
              <w:rPr>
                <w:lang w:val="ru-RU"/>
              </w:rPr>
            </w:pPr>
          </w:p>
        </w:tc>
      </w:tr>
      <w:tr w:rsidR="006F7457" w:rsidRPr="00A31F1A">
        <w:tc>
          <w:tcPr>
            <w:tcW w:w="2880" w:type="dxa"/>
          </w:tcPr>
          <w:p w:rsidR="006F7457" w:rsidRDefault="00332DB8">
            <w:r>
              <w:t>430.</w:t>
            </w:r>
          </w:p>
        </w:tc>
        <w:tc>
          <w:tcPr>
            <w:tcW w:w="2880" w:type="dxa"/>
          </w:tcPr>
          <w:p w:rsidR="006F7457" w:rsidRPr="00332DB8" w:rsidRDefault="00332DB8">
            <w:pPr>
              <w:rPr>
                <w:lang w:val="ru-RU"/>
              </w:rPr>
            </w:pPr>
            <w:r w:rsidRPr="00332DB8">
              <w:rPr>
                <w:lang w:val="ru-RU"/>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2880" w:type="dxa"/>
          </w:tcPr>
          <w:p w:rsidR="006F7457" w:rsidRPr="00332DB8" w:rsidRDefault="006F7457">
            <w:pPr>
              <w:rPr>
                <w:lang w:val="ru-RU"/>
              </w:rPr>
            </w:pPr>
          </w:p>
        </w:tc>
      </w:tr>
      <w:tr w:rsidR="006F7457" w:rsidRPr="00DD284B">
        <w:tc>
          <w:tcPr>
            <w:tcW w:w="2880" w:type="dxa"/>
          </w:tcPr>
          <w:p w:rsidR="006F7457" w:rsidRDefault="00332DB8">
            <w:r>
              <w:t>431.</w:t>
            </w:r>
          </w:p>
        </w:tc>
        <w:tc>
          <w:tcPr>
            <w:tcW w:w="2880" w:type="dxa"/>
          </w:tcPr>
          <w:p w:rsidR="006F7457" w:rsidRPr="00332DB8" w:rsidRDefault="00332DB8">
            <w:pPr>
              <w:rPr>
                <w:lang w:val="ru-RU"/>
              </w:rPr>
            </w:pPr>
            <w:r w:rsidRPr="00332DB8">
              <w:rPr>
                <w:lang w:val="ru-RU"/>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2880" w:type="dxa"/>
          </w:tcPr>
          <w:p w:rsidR="006F7457" w:rsidRPr="00332DB8" w:rsidRDefault="006F7457">
            <w:pPr>
              <w:rPr>
                <w:lang w:val="ru-RU"/>
              </w:rPr>
            </w:pPr>
          </w:p>
        </w:tc>
      </w:tr>
      <w:tr w:rsidR="006F7457" w:rsidRPr="00A31F1A">
        <w:tc>
          <w:tcPr>
            <w:tcW w:w="2880" w:type="dxa"/>
          </w:tcPr>
          <w:p w:rsidR="006F7457" w:rsidRDefault="00332DB8">
            <w:r>
              <w:t>432.</w:t>
            </w:r>
          </w:p>
        </w:tc>
        <w:tc>
          <w:tcPr>
            <w:tcW w:w="2880" w:type="dxa"/>
          </w:tcPr>
          <w:p w:rsidR="006F7457" w:rsidRPr="00332DB8" w:rsidRDefault="00332DB8">
            <w:pPr>
              <w:rPr>
                <w:lang w:val="ru-RU"/>
              </w:rPr>
            </w:pPr>
            <w:r w:rsidRPr="00332DB8">
              <w:rPr>
                <w:lang w:val="ru-RU"/>
              </w:rPr>
              <w:t xml:space="preserve">Информационный сайт </w:t>
            </w:r>
            <w:r>
              <w:t>http</w:t>
            </w:r>
            <w:r w:rsidRPr="00332DB8">
              <w:rPr>
                <w:lang w:val="ru-RU"/>
              </w:rPr>
              <w:t>://</w:t>
            </w:r>
            <w:r>
              <w:t>www</w:t>
            </w:r>
            <w:r w:rsidRPr="00332DB8">
              <w:rPr>
                <w:lang w:val="ru-RU"/>
              </w:rPr>
              <w:t>.</w:t>
            </w:r>
            <w:r>
              <w:t>national</w:t>
            </w:r>
            <w:r w:rsidRPr="00332DB8">
              <w:rPr>
                <w:lang w:val="ru-RU"/>
              </w:rPr>
              <w:t>-</w:t>
            </w:r>
            <w:r>
              <w:t>socialist</w:t>
            </w:r>
            <w:r w:rsidRPr="00332DB8">
              <w:rPr>
                <w:lang w:val="ru-RU"/>
              </w:rPr>
              <w:t>.</w:t>
            </w:r>
            <w:r>
              <w:t>tk</w:t>
            </w:r>
            <w:r w:rsidRPr="00332DB8">
              <w:rPr>
                <w:lang w:val="ru-RU"/>
              </w:rPr>
              <w:t xml:space="preserve">/ и его сайт-зеркало </w:t>
            </w:r>
            <w:r>
              <w:t>http</w:t>
            </w:r>
            <w:r w:rsidRPr="00332DB8">
              <w:rPr>
                <w:lang w:val="ru-RU"/>
              </w:rPr>
              <w:t>://</w:t>
            </w:r>
            <w:r>
              <w:t>www</w:t>
            </w:r>
            <w:r w:rsidRPr="00332DB8">
              <w:rPr>
                <w:lang w:val="ru-RU"/>
              </w:rPr>
              <w:t>.</w:t>
            </w:r>
            <w:r>
              <w:t>newp</w:t>
            </w:r>
            <w:r w:rsidRPr="00332DB8">
              <w:rPr>
                <w:lang w:val="ru-RU"/>
              </w:rPr>
              <w:t>.</w:t>
            </w:r>
            <w:r>
              <w:t>org</w:t>
            </w:r>
            <w:r w:rsidRPr="00332DB8">
              <w:rPr>
                <w:lang w:val="ru-RU"/>
              </w:rPr>
              <w:t>/</w:t>
            </w:r>
            <w:r>
              <w:t>nazi</w:t>
            </w:r>
            <w:r w:rsidRPr="00332DB8">
              <w:rPr>
                <w:lang w:val="ru-RU"/>
              </w:rPr>
              <w:t>/ (решение Кировского районного суда г. Уфы от 10.08.2009)</w:t>
            </w:r>
          </w:p>
        </w:tc>
        <w:tc>
          <w:tcPr>
            <w:tcW w:w="2880" w:type="dxa"/>
          </w:tcPr>
          <w:p w:rsidR="006F7457" w:rsidRPr="00332DB8" w:rsidRDefault="006F7457">
            <w:pPr>
              <w:rPr>
                <w:lang w:val="ru-RU"/>
              </w:rPr>
            </w:pPr>
          </w:p>
        </w:tc>
      </w:tr>
      <w:tr w:rsidR="006F7457" w:rsidRPr="00A31F1A">
        <w:tc>
          <w:tcPr>
            <w:tcW w:w="2880" w:type="dxa"/>
          </w:tcPr>
          <w:p w:rsidR="006F7457" w:rsidRDefault="00332DB8">
            <w:r>
              <w:t>43</w:t>
            </w:r>
            <w:r>
              <w:lastRenderedPageBreak/>
              <w:t>3.</w:t>
            </w:r>
          </w:p>
        </w:tc>
        <w:tc>
          <w:tcPr>
            <w:tcW w:w="2880" w:type="dxa"/>
          </w:tcPr>
          <w:p w:rsidR="006F7457" w:rsidRPr="00332DB8" w:rsidRDefault="00332DB8">
            <w:pPr>
              <w:rPr>
                <w:lang w:val="ru-RU"/>
              </w:rPr>
            </w:pPr>
            <w:r w:rsidRPr="00332DB8">
              <w:rPr>
                <w:lang w:val="ru-RU"/>
              </w:rPr>
              <w:lastRenderedPageBreak/>
              <w:t>Книга Мартина фон Моргана «Русский Террор» (решение Тверского районного суда г. Москвы от 21.05.2009).</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434.</w:t>
            </w:r>
          </w:p>
        </w:tc>
        <w:tc>
          <w:tcPr>
            <w:tcW w:w="2880" w:type="dxa"/>
          </w:tcPr>
          <w:p w:rsidR="006F7457" w:rsidRPr="00332DB8" w:rsidRDefault="00332DB8">
            <w:pPr>
              <w:rPr>
                <w:lang w:val="ru-RU"/>
              </w:rPr>
            </w:pPr>
            <w:r w:rsidRPr="00332DB8">
              <w:rPr>
                <w:lang w:val="ru-RU"/>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2880" w:type="dxa"/>
          </w:tcPr>
          <w:p w:rsidR="006F7457" w:rsidRPr="00332DB8" w:rsidRDefault="006F7457">
            <w:pPr>
              <w:rPr>
                <w:lang w:val="ru-RU"/>
              </w:rPr>
            </w:pPr>
          </w:p>
        </w:tc>
      </w:tr>
      <w:tr w:rsidR="006F7457" w:rsidRPr="00A31F1A">
        <w:tc>
          <w:tcPr>
            <w:tcW w:w="2880" w:type="dxa"/>
          </w:tcPr>
          <w:p w:rsidR="006F7457" w:rsidRDefault="00332DB8">
            <w:r>
              <w:t>435.</w:t>
            </w:r>
          </w:p>
        </w:tc>
        <w:tc>
          <w:tcPr>
            <w:tcW w:w="2880" w:type="dxa"/>
          </w:tcPr>
          <w:p w:rsidR="006F7457" w:rsidRPr="00332DB8" w:rsidRDefault="00332DB8">
            <w:pPr>
              <w:rPr>
                <w:lang w:val="ru-RU"/>
              </w:rPr>
            </w:pPr>
            <w:r w:rsidRPr="00332DB8">
              <w:rPr>
                <w:lang w:val="ru-RU"/>
              </w:rPr>
              <w:t>Брошюра «Аль-Ваъй» № 220 - издается с 1985 года - июнь 2005 года (решение Калининского районного суда г. Уфы Республики Башкортостан от 29.07.2009).</w:t>
            </w:r>
          </w:p>
        </w:tc>
        <w:tc>
          <w:tcPr>
            <w:tcW w:w="2880" w:type="dxa"/>
          </w:tcPr>
          <w:p w:rsidR="006F7457" w:rsidRPr="00332DB8" w:rsidRDefault="006F7457">
            <w:pPr>
              <w:rPr>
                <w:lang w:val="ru-RU"/>
              </w:rPr>
            </w:pPr>
          </w:p>
        </w:tc>
      </w:tr>
      <w:tr w:rsidR="006F7457" w:rsidRPr="00A31F1A">
        <w:tc>
          <w:tcPr>
            <w:tcW w:w="2880" w:type="dxa"/>
          </w:tcPr>
          <w:p w:rsidR="006F7457" w:rsidRDefault="00332DB8">
            <w:r>
              <w:t>436.</w:t>
            </w:r>
          </w:p>
        </w:tc>
        <w:tc>
          <w:tcPr>
            <w:tcW w:w="2880" w:type="dxa"/>
          </w:tcPr>
          <w:p w:rsidR="006F7457" w:rsidRPr="00332DB8" w:rsidRDefault="00332DB8">
            <w:pPr>
              <w:rPr>
                <w:lang w:val="ru-RU"/>
              </w:rPr>
            </w:pPr>
            <w:r w:rsidRPr="00332DB8">
              <w:rPr>
                <w:lang w:val="ru-RU"/>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2880" w:type="dxa"/>
          </w:tcPr>
          <w:p w:rsidR="006F7457" w:rsidRPr="00332DB8" w:rsidRDefault="006F7457">
            <w:pPr>
              <w:rPr>
                <w:lang w:val="ru-RU"/>
              </w:rPr>
            </w:pPr>
          </w:p>
        </w:tc>
      </w:tr>
      <w:tr w:rsidR="006F7457" w:rsidRPr="00A31F1A">
        <w:tc>
          <w:tcPr>
            <w:tcW w:w="2880" w:type="dxa"/>
          </w:tcPr>
          <w:p w:rsidR="006F7457" w:rsidRDefault="00332DB8">
            <w:r>
              <w:t>437.</w:t>
            </w:r>
          </w:p>
        </w:tc>
        <w:tc>
          <w:tcPr>
            <w:tcW w:w="2880" w:type="dxa"/>
          </w:tcPr>
          <w:p w:rsidR="006F7457" w:rsidRPr="00332DB8" w:rsidRDefault="00332DB8">
            <w:pPr>
              <w:rPr>
                <w:lang w:val="ru-RU"/>
              </w:rPr>
            </w:pPr>
            <w:r w:rsidRPr="00332DB8">
              <w:rPr>
                <w:lang w:val="ru-RU"/>
              </w:rPr>
              <w:t>Брошюра «Программа Хизб-ут-Тахрир» (решение Калининского районного суда г. Уфы Республики Башкортостан от 29.07.2009).</w:t>
            </w:r>
          </w:p>
        </w:tc>
        <w:tc>
          <w:tcPr>
            <w:tcW w:w="2880" w:type="dxa"/>
          </w:tcPr>
          <w:p w:rsidR="006F7457" w:rsidRPr="00332DB8" w:rsidRDefault="006F7457">
            <w:pPr>
              <w:rPr>
                <w:lang w:val="ru-RU"/>
              </w:rPr>
            </w:pPr>
          </w:p>
        </w:tc>
      </w:tr>
      <w:tr w:rsidR="006F7457" w:rsidRPr="00A31F1A">
        <w:tc>
          <w:tcPr>
            <w:tcW w:w="2880" w:type="dxa"/>
          </w:tcPr>
          <w:p w:rsidR="006F7457" w:rsidRDefault="00332DB8">
            <w:r>
              <w:t>438.</w:t>
            </w:r>
          </w:p>
        </w:tc>
        <w:tc>
          <w:tcPr>
            <w:tcW w:w="2880" w:type="dxa"/>
          </w:tcPr>
          <w:p w:rsidR="006F7457" w:rsidRPr="00332DB8" w:rsidRDefault="00332DB8">
            <w:pPr>
              <w:rPr>
                <w:lang w:val="ru-RU"/>
              </w:rPr>
            </w:pPr>
            <w:r w:rsidRPr="00332DB8">
              <w:rPr>
                <w:lang w:val="ru-RU"/>
              </w:rPr>
              <w:t>Брошюра «Ознакомление с Хизб-ут-Тахрир», основана 1372 г.х.-1953 г.м. (решение Калининского районного суда г. Уфы Республики Башкортостан от 29.07.2009).</w:t>
            </w:r>
          </w:p>
        </w:tc>
        <w:tc>
          <w:tcPr>
            <w:tcW w:w="2880" w:type="dxa"/>
          </w:tcPr>
          <w:p w:rsidR="006F7457" w:rsidRPr="00332DB8" w:rsidRDefault="006F7457">
            <w:pPr>
              <w:rPr>
                <w:lang w:val="ru-RU"/>
              </w:rPr>
            </w:pPr>
          </w:p>
        </w:tc>
      </w:tr>
      <w:tr w:rsidR="006F7457" w:rsidRPr="00A31F1A">
        <w:tc>
          <w:tcPr>
            <w:tcW w:w="2880" w:type="dxa"/>
          </w:tcPr>
          <w:p w:rsidR="006F7457" w:rsidRDefault="00332DB8">
            <w:r>
              <w:t>439.</w:t>
            </w:r>
          </w:p>
        </w:tc>
        <w:tc>
          <w:tcPr>
            <w:tcW w:w="2880" w:type="dxa"/>
          </w:tcPr>
          <w:p w:rsidR="006F7457" w:rsidRPr="00332DB8" w:rsidRDefault="00332DB8">
            <w:pPr>
              <w:rPr>
                <w:lang w:val="ru-RU"/>
              </w:rPr>
            </w:pPr>
            <w:r w:rsidRPr="00332DB8">
              <w:rPr>
                <w:lang w:val="ru-RU"/>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c>
          <w:tcPr>
            <w:tcW w:w="2880" w:type="dxa"/>
          </w:tcPr>
          <w:p w:rsidR="006F7457" w:rsidRPr="00332DB8" w:rsidRDefault="006F7457">
            <w:pPr>
              <w:rPr>
                <w:lang w:val="ru-RU"/>
              </w:rPr>
            </w:pPr>
          </w:p>
        </w:tc>
      </w:tr>
      <w:tr w:rsidR="006F7457" w:rsidRPr="00A31F1A">
        <w:tc>
          <w:tcPr>
            <w:tcW w:w="2880" w:type="dxa"/>
          </w:tcPr>
          <w:p w:rsidR="006F7457" w:rsidRDefault="00332DB8">
            <w:r>
              <w:t>44</w:t>
            </w:r>
            <w:r>
              <w:lastRenderedPageBreak/>
              <w:t>0.</w:t>
            </w:r>
          </w:p>
        </w:tc>
        <w:tc>
          <w:tcPr>
            <w:tcW w:w="2880" w:type="dxa"/>
          </w:tcPr>
          <w:p w:rsidR="006F7457" w:rsidRPr="00332DB8" w:rsidRDefault="00332DB8">
            <w:pPr>
              <w:rPr>
                <w:lang w:val="ru-RU"/>
              </w:rPr>
            </w:pPr>
            <w:r w:rsidRPr="00332DB8">
              <w:rPr>
                <w:lang w:val="ru-RU"/>
              </w:rPr>
              <w:lastRenderedPageBreak/>
              <w:t xml:space="preserve">Статья «Симбиоз. КГБ и евреи», опубликованная в газете «Дуэль» в № 31 (529) от 31.07.2007 (решение </w:t>
            </w:r>
            <w:r w:rsidRPr="00332DB8">
              <w:rPr>
                <w:lang w:val="ru-RU"/>
              </w:rPr>
              <w:lastRenderedPageBreak/>
              <w:t>Замоскворецкого районного суда г. Москвы от 22.12.2008).</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441.</w:t>
            </w:r>
          </w:p>
        </w:tc>
        <w:tc>
          <w:tcPr>
            <w:tcW w:w="2880" w:type="dxa"/>
          </w:tcPr>
          <w:p w:rsidR="006F7457" w:rsidRPr="00332DB8" w:rsidRDefault="00332DB8">
            <w:pPr>
              <w:rPr>
                <w:lang w:val="ru-RU"/>
              </w:rPr>
            </w:pPr>
            <w:r w:rsidRPr="00332DB8">
              <w:rPr>
                <w:lang w:val="ru-RU"/>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2880" w:type="dxa"/>
          </w:tcPr>
          <w:p w:rsidR="006F7457" w:rsidRPr="00332DB8" w:rsidRDefault="006F7457">
            <w:pPr>
              <w:rPr>
                <w:lang w:val="ru-RU"/>
              </w:rPr>
            </w:pPr>
          </w:p>
        </w:tc>
      </w:tr>
      <w:tr w:rsidR="006F7457" w:rsidRPr="00A31F1A">
        <w:tc>
          <w:tcPr>
            <w:tcW w:w="2880" w:type="dxa"/>
          </w:tcPr>
          <w:p w:rsidR="006F7457" w:rsidRDefault="00332DB8">
            <w:r>
              <w:t>442.</w:t>
            </w:r>
          </w:p>
        </w:tc>
        <w:tc>
          <w:tcPr>
            <w:tcW w:w="2880" w:type="dxa"/>
          </w:tcPr>
          <w:p w:rsidR="006F7457" w:rsidRPr="00332DB8" w:rsidRDefault="00332DB8">
            <w:pPr>
              <w:rPr>
                <w:lang w:val="ru-RU"/>
              </w:rPr>
            </w:pPr>
            <w:r w:rsidRPr="00332DB8">
              <w:rPr>
                <w:lang w:val="ru-RU"/>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2880" w:type="dxa"/>
          </w:tcPr>
          <w:p w:rsidR="006F7457" w:rsidRPr="00332DB8" w:rsidRDefault="006F7457">
            <w:pPr>
              <w:rPr>
                <w:lang w:val="ru-RU"/>
              </w:rPr>
            </w:pPr>
          </w:p>
        </w:tc>
      </w:tr>
      <w:tr w:rsidR="006F7457" w:rsidRPr="00A31F1A">
        <w:tc>
          <w:tcPr>
            <w:tcW w:w="2880" w:type="dxa"/>
          </w:tcPr>
          <w:p w:rsidR="006F7457" w:rsidRDefault="00332DB8">
            <w:r>
              <w:t>443.</w:t>
            </w:r>
          </w:p>
        </w:tc>
        <w:tc>
          <w:tcPr>
            <w:tcW w:w="2880" w:type="dxa"/>
          </w:tcPr>
          <w:p w:rsidR="006F7457" w:rsidRPr="00332DB8" w:rsidRDefault="00332DB8">
            <w:pPr>
              <w:rPr>
                <w:lang w:val="ru-RU"/>
              </w:rPr>
            </w:pPr>
            <w:r w:rsidRPr="00332DB8">
              <w:rPr>
                <w:lang w:val="ru-RU"/>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c>
          <w:tcPr>
            <w:tcW w:w="2880" w:type="dxa"/>
          </w:tcPr>
          <w:p w:rsidR="006F7457" w:rsidRPr="00332DB8" w:rsidRDefault="006F7457">
            <w:pPr>
              <w:rPr>
                <w:lang w:val="ru-RU"/>
              </w:rPr>
            </w:pPr>
          </w:p>
        </w:tc>
      </w:tr>
      <w:tr w:rsidR="006F7457">
        <w:tc>
          <w:tcPr>
            <w:tcW w:w="2880" w:type="dxa"/>
          </w:tcPr>
          <w:p w:rsidR="006F7457" w:rsidRDefault="00332DB8">
            <w:r>
              <w:t>444.</w:t>
            </w:r>
          </w:p>
        </w:tc>
        <w:tc>
          <w:tcPr>
            <w:tcW w:w="2880" w:type="dxa"/>
          </w:tcPr>
          <w:p w:rsidR="006F7457" w:rsidRDefault="00332DB8">
            <w:r w:rsidRPr="00332DB8">
              <w:rPr>
                <w:lang w:val="ru-RU"/>
              </w:rPr>
              <w:t xml:space="preserve">Листовка с логотипом «МПРА», и агитационным лозунгом «Требуем вернуть «Ночные»!» </w:t>
            </w:r>
            <w:r>
              <w:t>(решение Заволжского районного суда г. Твери от 28.08.2009).</w:t>
            </w:r>
          </w:p>
        </w:tc>
        <w:tc>
          <w:tcPr>
            <w:tcW w:w="2880" w:type="dxa"/>
          </w:tcPr>
          <w:p w:rsidR="006F7457" w:rsidRDefault="006F7457"/>
        </w:tc>
      </w:tr>
      <w:tr w:rsidR="006F7457" w:rsidRPr="00DD284B">
        <w:tc>
          <w:tcPr>
            <w:tcW w:w="2880" w:type="dxa"/>
          </w:tcPr>
          <w:p w:rsidR="006F7457" w:rsidRDefault="00332DB8">
            <w:r>
              <w:t>445.</w:t>
            </w:r>
          </w:p>
        </w:tc>
        <w:tc>
          <w:tcPr>
            <w:tcW w:w="2880" w:type="dxa"/>
          </w:tcPr>
          <w:p w:rsidR="006F7457" w:rsidRPr="00332DB8" w:rsidRDefault="00332DB8">
            <w:pPr>
              <w:rPr>
                <w:lang w:val="ru-RU"/>
              </w:rPr>
            </w:pPr>
            <w:r w:rsidRPr="00332DB8">
              <w:rPr>
                <w:lang w:val="ru-RU"/>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2880" w:type="dxa"/>
          </w:tcPr>
          <w:p w:rsidR="006F7457" w:rsidRPr="00332DB8" w:rsidRDefault="006F7457">
            <w:pPr>
              <w:rPr>
                <w:lang w:val="ru-RU"/>
              </w:rPr>
            </w:pPr>
          </w:p>
        </w:tc>
      </w:tr>
      <w:tr w:rsidR="006F7457" w:rsidRPr="00A31F1A">
        <w:tc>
          <w:tcPr>
            <w:tcW w:w="2880" w:type="dxa"/>
          </w:tcPr>
          <w:p w:rsidR="006F7457" w:rsidRDefault="00332DB8">
            <w:r>
              <w:t>446.</w:t>
            </w:r>
          </w:p>
        </w:tc>
        <w:tc>
          <w:tcPr>
            <w:tcW w:w="2880" w:type="dxa"/>
          </w:tcPr>
          <w:p w:rsidR="006F7457" w:rsidRPr="00332DB8" w:rsidRDefault="00332DB8">
            <w:pPr>
              <w:rPr>
                <w:lang w:val="ru-RU"/>
              </w:rPr>
            </w:pPr>
            <w:r w:rsidRPr="00332DB8">
              <w:rPr>
                <w:lang w:val="ru-RU"/>
              </w:rPr>
              <w:t xml:space="preserve">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w:t>
            </w:r>
            <w:r w:rsidRPr="00332DB8">
              <w:rPr>
                <w:lang w:val="ru-RU"/>
              </w:rPr>
              <w:lastRenderedPageBreak/>
              <w:t>суда г. Твери от 28.08.2009).</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447.</w:t>
            </w:r>
          </w:p>
        </w:tc>
        <w:tc>
          <w:tcPr>
            <w:tcW w:w="2880" w:type="dxa"/>
          </w:tcPr>
          <w:p w:rsidR="006F7457" w:rsidRPr="00332DB8" w:rsidRDefault="00332DB8">
            <w:pPr>
              <w:rPr>
                <w:lang w:val="ru-RU"/>
              </w:rPr>
            </w:pPr>
            <w:r w:rsidRPr="00332DB8">
              <w:rPr>
                <w:lang w:val="ru-RU"/>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2880" w:type="dxa"/>
          </w:tcPr>
          <w:p w:rsidR="006F7457" w:rsidRPr="00332DB8" w:rsidRDefault="006F7457">
            <w:pPr>
              <w:rPr>
                <w:lang w:val="ru-RU"/>
              </w:rPr>
            </w:pPr>
          </w:p>
        </w:tc>
      </w:tr>
      <w:tr w:rsidR="006F7457" w:rsidRPr="00A31F1A">
        <w:tc>
          <w:tcPr>
            <w:tcW w:w="2880" w:type="dxa"/>
          </w:tcPr>
          <w:p w:rsidR="006F7457" w:rsidRDefault="00332DB8">
            <w:r>
              <w:t>448.</w:t>
            </w:r>
          </w:p>
        </w:tc>
        <w:tc>
          <w:tcPr>
            <w:tcW w:w="2880" w:type="dxa"/>
          </w:tcPr>
          <w:p w:rsidR="006F7457" w:rsidRPr="00332DB8" w:rsidRDefault="00332DB8">
            <w:pPr>
              <w:rPr>
                <w:lang w:val="ru-RU"/>
              </w:rPr>
            </w:pPr>
            <w:r w:rsidRPr="00332DB8">
              <w:rPr>
                <w:lang w:val="ru-RU"/>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2880" w:type="dxa"/>
          </w:tcPr>
          <w:p w:rsidR="006F7457" w:rsidRPr="00332DB8" w:rsidRDefault="006F7457">
            <w:pPr>
              <w:rPr>
                <w:lang w:val="ru-RU"/>
              </w:rPr>
            </w:pPr>
          </w:p>
        </w:tc>
      </w:tr>
      <w:tr w:rsidR="006F7457" w:rsidRPr="00A31F1A">
        <w:tc>
          <w:tcPr>
            <w:tcW w:w="2880" w:type="dxa"/>
          </w:tcPr>
          <w:p w:rsidR="006F7457" w:rsidRDefault="00332DB8">
            <w:r>
              <w:t>449.</w:t>
            </w:r>
          </w:p>
        </w:tc>
        <w:tc>
          <w:tcPr>
            <w:tcW w:w="2880" w:type="dxa"/>
          </w:tcPr>
          <w:p w:rsidR="006F7457" w:rsidRPr="00332DB8" w:rsidRDefault="00332DB8">
            <w:pPr>
              <w:rPr>
                <w:lang w:val="ru-RU"/>
              </w:rPr>
            </w:pPr>
            <w:r w:rsidRPr="00332DB8">
              <w:rPr>
                <w:lang w:val="ru-RU"/>
              </w:rPr>
              <w:t xml:space="preserve">Ресурс </w:t>
            </w:r>
            <w:r>
              <w:t>http</w:t>
            </w:r>
            <w:r w:rsidRPr="00332DB8">
              <w:rPr>
                <w:lang w:val="ru-RU"/>
              </w:rPr>
              <w:t>:/</w:t>
            </w:r>
            <w:r>
              <w:t>WWW</w:t>
            </w:r>
            <w:r w:rsidRPr="00332DB8">
              <w:rPr>
                <w:lang w:val="ru-RU"/>
              </w:rPr>
              <w:t>/</w:t>
            </w:r>
            <w:r>
              <w:t>hoolvideo</w:t>
            </w:r>
            <w:r w:rsidRPr="00332DB8">
              <w:rPr>
                <w:lang w:val="ru-RU"/>
              </w:rPr>
              <w:t>.</w:t>
            </w:r>
            <w:r>
              <w:t>narod</w:t>
            </w:r>
            <w:r w:rsidRPr="00332DB8">
              <w:rPr>
                <w:lang w:val="ru-RU"/>
              </w:rPr>
              <w:t>.</w:t>
            </w:r>
            <w:r>
              <w:t>ru</w:t>
            </w:r>
            <w:r w:rsidRPr="00332DB8">
              <w:rPr>
                <w:lang w:val="ru-RU"/>
              </w:rPr>
              <w:t xml:space="preserve"> сети Интернет, созданный Дорофеевым Игорем Константиновичем (решение Новокуйбышевского городского суда Самарской области от 17.03.2009).</w:t>
            </w:r>
          </w:p>
        </w:tc>
        <w:tc>
          <w:tcPr>
            <w:tcW w:w="2880" w:type="dxa"/>
          </w:tcPr>
          <w:p w:rsidR="006F7457" w:rsidRPr="00332DB8" w:rsidRDefault="006F7457">
            <w:pPr>
              <w:rPr>
                <w:lang w:val="ru-RU"/>
              </w:rPr>
            </w:pPr>
          </w:p>
        </w:tc>
      </w:tr>
      <w:tr w:rsidR="006F7457" w:rsidRPr="00A31F1A">
        <w:tc>
          <w:tcPr>
            <w:tcW w:w="2880" w:type="dxa"/>
          </w:tcPr>
          <w:p w:rsidR="006F7457" w:rsidRDefault="00332DB8">
            <w:r>
              <w:t>450.</w:t>
            </w:r>
          </w:p>
        </w:tc>
        <w:tc>
          <w:tcPr>
            <w:tcW w:w="2880" w:type="dxa"/>
          </w:tcPr>
          <w:p w:rsidR="006F7457" w:rsidRPr="00332DB8" w:rsidRDefault="00332DB8">
            <w:pPr>
              <w:rPr>
                <w:lang w:val="ru-RU"/>
              </w:rPr>
            </w:pPr>
            <w:r w:rsidRPr="00332DB8">
              <w:rPr>
                <w:lang w:val="ru-RU"/>
              </w:rPr>
              <w:t xml:space="preserve">Интернет - ресурс </w:t>
            </w:r>
            <w:r>
              <w:t>http</w:t>
            </w:r>
            <w:r w:rsidRPr="00332DB8">
              <w:rPr>
                <w:lang w:val="ru-RU"/>
              </w:rPr>
              <w:t>://</w:t>
            </w:r>
            <w:r>
              <w:t>punk</w:t>
            </w:r>
            <w:r w:rsidRPr="00332DB8">
              <w:rPr>
                <w:lang w:val="ru-RU"/>
              </w:rPr>
              <w:t>.</w:t>
            </w:r>
            <w:r>
              <w:t>nnov</w:t>
            </w:r>
            <w:r w:rsidRPr="00332DB8">
              <w:rPr>
                <w:lang w:val="ru-RU"/>
              </w:rPr>
              <w:t>.</w:t>
            </w:r>
            <w:r>
              <w:t>ru</w:t>
            </w:r>
            <w:r w:rsidRPr="00332DB8">
              <w:rPr>
                <w:lang w:val="ru-RU"/>
              </w:rPr>
              <w:t xml:space="preserve"> и размещенные на нем информационные материалы (решение Самарского районного суда г. Самары от 10.09.2009).</w:t>
            </w:r>
          </w:p>
        </w:tc>
        <w:tc>
          <w:tcPr>
            <w:tcW w:w="2880" w:type="dxa"/>
          </w:tcPr>
          <w:p w:rsidR="006F7457" w:rsidRPr="00332DB8" w:rsidRDefault="006F7457">
            <w:pPr>
              <w:rPr>
                <w:lang w:val="ru-RU"/>
              </w:rPr>
            </w:pPr>
          </w:p>
        </w:tc>
      </w:tr>
      <w:tr w:rsidR="006F7457" w:rsidRPr="00A31F1A">
        <w:tc>
          <w:tcPr>
            <w:tcW w:w="2880" w:type="dxa"/>
          </w:tcPr>
          <w:p w:rsidR="006F7457" w:rsidRDefault="00332DB8">
            <w:r>
              <w:t>451.</w:t>
            </w:r>
          </w:p>
        </w:tc>
        <w:tc>
          <w:tcPr>
            <w:tcW w:w="2880" w:type="dxa"/>
          </w:tcPr>
          <w:p w:rsidR="006F7457" w:rsidRPr="00332DB8" w:rsidRDefault="00332DB8">
            <w:pPr>
              <w:rPr>
                <w:lang w:val="ru-RU"/>
              </w:rPr>
            </w:pPr>
            <w:r w:rsidRPr="00332DB8">
              <w:rPr>
                <w:lang w:val="ru-RU"/>
              </w:rPr>
              <w:t xml:space="preserve">Интернет - ресурс </w:t>
            </w:r>
            <w:r>
              <w:t>http</w:t>
            </w:r>
            <w:r w:rsidRPr="00332DB8">
              <w:rPr>
                <w:lang w:val="ru-RU"/>
              </w:rPr>
              <w:t>://</w:t>
            </w:r>
            <w:r>
              <w:t>anenerbe</w:t>
            </w:r>
            <w:r w:rsidRPr="00332DB8">
              <w:rPr>
                <w:lang w:val="ru-RU"/>
              </w:rPr>
              <w:t>-</w:t>
            </w:r>
            <w:r>
              <w:t>org</w:t>
            </w:r>
            <w:r w:rsidRPr="00332DB8">
              <w:rPr>
                <w:lang w:val="ru-RU"/>
              </w:rPr>
              <w:t>.</w:t>
            </w:r>
            <w:r>
              <w:t>narod</w:t>
            </w:r>
            <w:r w:rsidRPr="00332DB8">
              <w:rPr>
                <w:lang w:val="ru-RU"/>
              </w:rPr>
              <w:t>.</w:t>
            </w:r>
            <w:r>
              <w:t>ru</w:t>
            </w:r>
            <w:r w:rsidRPr="00332DB8">
              <w:rPr>
                <w:lang w:val="ru-RU"/>
              </w:rPr>
              <w:t xml:space="preserve"> и размещенные на нем информационные материалы (решение Самарского районного суда г. Самары от 07.09.2009).</w:t>
            </w:r>
          </w:p>
        </w:tc>
        <w:tc>
          <w:tcPr>
            <w:tcW w:w="2880" w:type="dxa"/>
          </w:tcPr>
          <w:p w:rsidR="006F7457" w:rsidRPr="00332DB8" w:rsidRDefault="006F7457">
            <w:pPr>
              <w:rPr>
                <w:lang w:val="ru-RU"/>
              </w:rPr>
            </w:pPr>
          </w:p>
        </w:tc>
      </w:tr>
      <w:tr w:rsidR="006F7457" w:rsidRPr="00A31F1A">
        <w:tc>
          <w:tcPr>
            <w:tcW w:w="2880" w:type="dxa"/>
          </w:tcPr>
          <w:p w:rsidR="006F7457" w:rsidRDefault="00332DB8">
            <w:r>
              <w:t>452.</w:t>
            </w:r>
          </w:p>
        </w:tc>
        <w:tc>
          <w:tcPr>
            <w:tcW w:w="2880" w:type="dxa"/>
          </w:tcPr>
          <w:p w:rsidR="006F7457" w:rsidRPr="00332DB8" w:rsidRDefault="00332DB8">
            <w:pPr>
              <w:rPr>
                <w:lang w:val="ru-RU"/>
              </w:rPr>
            </w:pPr>
            <w:r w:rsidRPr="00332DB8">
              <w:rPr>
                <w:lang w:val="ru-RU"/>
              </w:rPr>
              <w:t xml:space="preserve">Интернет - ресурс </w:t>
            </w:r>
            <w:r>
              <w:t>http</w:t>
            </w:r>
            <w:r w:rsidRPr="00332DB8">
              <w:rPr>
                <w:lang w:val="ru-RU"/>
              </w:rPr>
              <w:t>://</w:t>
            </w:r>
            <w:r>
              <w:t>agonoize</w:t>
            </w:r>
            <w:r w:rsidRPr="00332DB8">
              <w:rPr>
                <w:lang w:val="ru-RU"/>
              </w:rPr>
              <w:t>.</w:t>
            </w:r>
            <w:r>
              <w:t>beon</w:t>
            </w:r>
            <w:r w:rsidRPr="00332DB8">
              <w:rPr>
                <w:lang w:val="ru-RU"/>
              </w:rPr>
              <w:t>.</w:t>
            </w:r>
            <w:r>
              <w:t>ru</w:t>
            </w:r>
            <w:r w:rsidRPr="00332DB8">
              <w:rPr>
                <w:lang w:val="ru-RU"/>
              </w:rPr>
              <w:t xml:space="preserve"> и размещенные на нем информационные материалы (решение Самарского районного суда г. Самары от 10.09.2009).</w:t>
            </w:r>
          </w:p>
        </w:tc>
        <w:tc>
          <w:tcPr>
            <w:tcW w:w="2880" w:type="dxa"/>
          </w:tcPr>
          <w:p w:rsidR="006F7457" w:rsidRPr="00332DB8" w:rsidRDefault="006F7457">
            <w:pPr>
              <w:rPr>
                <w:lang w:val="ru-RU"/>
              </w:rPr>
            </w:pPr>
          </w:p>
        </w:tc>
      </w:tr>
      <w:tr w:rsidR="006F7457" w:rsidRPr="00A31F1A">
        <w:tc>
          <w:tcPr>
            <w:tcW w:w="2880" w:type="dxa"/>
          </w:tcPr>
          <w:p w:rsidR="006F7457" w:rsidRDefault="00332DB8">
            <w:r>
              <w:t>45</w:t>
            </w:r>
            <w:r>
              <w:lastRenderedPageBreak/>
              <w:t>3.</w:t>
            </w:r>
          </w:p>
        </w:tc>
        <w:tc>
          <w:tcPr>
            <w:tcW w:w="2880" w:type="dxa"/>
          </w:tcPr>
          <w:p w:rsidR="006F7457" w:rsidRPr="00332DB8" w:rsidRDefault="00332DB8">
            <w:pPr>
              <w:rPr>
                <w:lang w:val="ru-RU"/>
              </w:rPr>
            </w:pPr>
            <w:r w:rsidRPr="00332DB8">
              <w:rPr>
                <w:lang w:val="ru-RU"/>
              </w:rPr>
              <w:lastRenderedPageBreak/>
              <w:t xml:space="preserve">Интернет - ресурс </w:t>
            </w:r>
            <w:r>
              <w:t>www</w:t>
            </w:r>
            <w:r w:rsidRPr="00332DB8">
              <w:rPr>
                <w:lang w:val="ru-RU"/>
              </w:rPr>
              <w:t>.</w:t>
            </w:r>
            <w:r>
              <w:t>nso</w:t>
            </w:r>
            <w:r w:rsidRPr="00332DB8">
              <w:rPr>
                <w:lang w:val="ru-RU"/>
              </w:rPr>
              <w:t>.</w:t>
            </w:r>
            <w:r>
              <w:t>korpus</w:t>
            </w:r>
            <w:r w:rsidRPr="00332DB8">
              <w:rPr>
                <w:lang w:val="ru-RU"/>
              </w:rPr>
              <w:t>.</w:t>
            </w:r>
            <w:r>
              <w:t>org</w:t>
            </w:r>
            <w:r w:rsidRPr="00332DB8">
              <w:rPr>
                <w:lang w:val="ru-RU"/>
              </w:rPr>
              <w:t xml:space="preserve"> и содержащиеся на нем информационные материалы (решение </w:t>
            </w:r>
            <w:r w:rsidRPr="00332DB8">
              <w:rPr>
                <w:lang w:val="ru-RU"/>
              </w:rPr>
              <w:lastRenderedPageBreak/>
              <w:t>Самарского районного суда г. Самары от 26.05.2009).</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454.</w:t>
            </w:r>
          </w:p>
        </w:tc>
        <w:tc>
          <w:tcPr>
            <w:tcW w:w="2880" w:type="dxa"/>
          </w:tcPr>
          <w:p w:rsidR="006F7457" w:rsidRPr="00332DB8" w:rsidRDefault="00332DB8">
            <w:pPr>
              <w:rPr>
                <w:lang w:val="ru-RU"/>
              </w:rPr>
            </w:pPr>
            <w:r w:rsidRPr="00332DB8">
              <w:rPr>
                <w:lang w:val="ru-RU"/>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2880" w:type="dxa"/>
          </w:tcPr>
          <w:p w:rsidR="006F7457" w:rsidRPr="00332DB8" w:rsidRDefault="006F7457">
            <w:pPr>
              <w:rPr>
                <w:lang w:val="ru-RU"/>
              </w:rPr>
            </w:pPr>
          </w:p>
        </w:tc>
      </w:tr>
      <w:tr w:rsidR="006F7457" w:rsidRPr="00A31F1A">
        <w:tc>
          <w:tcPr>
            <w:tcW w:w="2880" w:type="dxa"/>
          </w:tcPr>
          <w:p w:rsidR="006F7457" w:rsidRDefault="00332DB8">
            <w:r>
              <w:t>455.</w:t>
            </w:r>
          </w:p>
        </w:tc>
        <w:tc>
          <w:tcPr>
            <w:tcW w:w="2880" w:type="dxa"/>
          </w:tcPr>
          <w:p w:rsidR="006F7457" w:rsidRPr="00332DB8" w:rsidRDefault="00332DB8">
            <w:pPr>
              <w:rPr>
                <w:lang w:val="ru-RU"/>
              </w:rPr>
            </w:pPr>
            <w:r w:rsidRPr="00332DB8">
              <w:rPr>
                <w:lang w:val="ru-RU"/>
              </w:rPr>
              <w:t xml:space="preserve">Интернет - ресурс </w:t>
            </w:r>
            <w:r>
              <w:t>www</w:t>
            </w:r>
            <w:r w:rsidRPr="00332DB8">
              <w:rPr>
                <w:lang w:val="ru-RU"/>
              </w:rPr>
              <w:t>.</w:t>
            </w:r>
            <w:r>
              <w:t>vdesyatku</w:t>
            </w:r>
            <w:r w:rsidRPr="00332DB8">
              <w:rPr>
                <w:lang w:val="ru-RU"/>
              </w:rPr>
              <w:t>.</w:t>
            </w:r>
            <w:r>
              <w:t>biz</w:t>
            </w:r>
            <w:r w:rsidRPr="00332DB8">
              <w:rPr>
                <w:lang w:val="ru-RU"/>
              </w:rPr>
              <w:t xml:space="preserve"> и размещенные на нем информационные материалы (решение Самарского районного суда г. Самары от 28.09.2009).</w:t>
            </w:r>
          </w:p>
        </w:tc>
        <w:tc>
          <w:tcPr>
            <w:tcW w:w="2880" w:type="dxa"/>
          </w:tcPr>
          <w:p w:rsidR="006F7457" w:rsidRPr="00332DB8" w:rsidRDefault="006F7457">
            <w:pPr>
              <w:rPr>
                <w:lang w:val="ru-RU"/>
              </w:rPr>
            </w:pPr>
          </w:p>
        </w:tc>
      </w:tr>
      <w:tr w:rsidR="006F7457" w:rsidRPr="00A31F1A">
        <w:tc>
          <w:tcPr>
            <w:tcW w:w="2880" w:type="dxa"/>
          </w:tcPr>
          <w:p w:rsidR="006F7457" w:rsidRDefault="00332DB8">
            <w:r>
              <w:t>456.</w:t>
            </w:r>
          </w:p>
        </w:tc>
        <w:tc>
          <w:tcPr>
            <w:tcW w:w="2880" w:type="dxa"/>
          </w:tcPr>
          <w:p w:rsidR="006F7457" w:rsidRPr="00332DB8" w:rsidRDefault="00332DB8">
            <w:pPr>
              <w:rPr>
                <w:lang w:val="ru-RU"/>
              </w:rPr>
            </w:pPr>
            <w:r w:rsidRPr="00332DB8">
              <w:rPr>
                <w:lang w:val="ru-RU"/>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2880" w:type="dxa"/>
          </w:tcPr>
          <w:p w:rsidR="006F7457" w:rsidRPr="00332DB8" w:rsidRDefault="006F7457">
            <w:pPr>
              <w:rPr>
                <w:lang w:val="ru-RU"/>
              </w:rPr>
            </w:pPr>
          </w:p>
        </w:tc>
      </w:tr>
      <w:tr w:rsidR="006F7457" w:rsidRPr="00A31F1A">
        <w:tc>
          <w:tcPr>
            <w:tcW w:w="2880" w:type="dxa"/>
          </w:tcPr>
          <w:p w:rsidR="006F7457" w:rsidRDefault="00332DB8">
            <w:r>
              <w:t>457.</w:t>
            </w:r>
          </w:p>
        </w:tc>
        <w:tc>
          <w:tcPr>
            <w:tcW w:w="2880" w:type="dxa"/>
          </w:tcPr>
          <w:p w:rsidR="006F7457" w:rsidRPr="00332DB8" w:rsidRDefault="00332DB8">
            <w:pPr>
              <w:rPr>
                <w:lang w:val="ru-RU"/>
              </w:rPr>
            </w:pPr>
            <w:r w:rsidRPr="00332DB8">
              <w:rPr>
                <w:lang w:val="ru-RU"/>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2880" w:type="dxa"/>
          </w:tcPr>
          <w:p w:rsidR="006F7457" w:rsidRPr="00332DB8" w:rsidRDefault="006F7457">
            <w:pPr>
              <w:rPr>
                <w:lang w:val="ru-RU"/>
              </w:rPr>
            </w:pPr>
          </w:p>
        </w:tc>
      </w:tr>
      <w:tr w:rsidR="006F7457" w:rsidRPr="00A31F1A">
        <w:tc>
          <w:tcPr>
            <w:tcW w:w="2880" w:type="dxa"/>
          </w:tcPr>
          <w:p w:rsidR="006F7457" w:rsidRDefault="00332DB8">
            <w:r>
              <w:t>458.</w:t>
            </w:r>
          </w:p>
        </w:tc>
        <w:tc>
          <w:tcPr>
            <w:tcW w:w="2880" w:type="dxa"/>
          </w:tcPr>
          <w:p w:rsidR="006F7457" w:rsidRPr="00332DB8" w:rsidRDefault="00332DB8">
            <w:pPr>
              <w:rPr>
                <w:lang w:val="ru-RU"/>
              </w:rPr>
            </w:pPr>
            <w:r w:rsidRPr="00332DB8">
              <w:rPr>
                <w:lang w:val="ru-RU"/>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2880" w:type="dxa"/>
          </w:tcPr>
          <w:p w:rsidR="006F7457" w:rsidRPr="00332DB8" w:rsidRDefault="006F7457">
            <w:pPr>
              <w:rPr>
                <w:lang w:val="ru-RU"/>
              </w:rPr>
            </w:pPr>
          </w:p>
        </w:tc>
      </w:tr>
      <w:tr w:rsidR="006F7457" w:rsidRPr="00A31F1A">
        <w:tc>
          <w:tcPr>
            <w:tcW w:w="2880" w:type="dxa"/>
          </w:tcPr>
          <w:p w:rsidR="006F7457" w:rsidRDefault="00332DB8">
            <w:r>
              <w:t>459.</w:t>
            </w:r>
          </w:p>
        </w:tc>
        <w:tc>
          <w:tcPr>
            <w:tcW w:w="2880" w:type="dxa"/>
          </w:tcPr>
          <w:p w:rsidR="006F7457" w:rsidRPr="00332DB8" w:rsidRDefault="00332DB8">
            <w:pPr>
              <w:rPr>
                <w:lang w:val="ru-RU"/>
              </w:rPr>
            </w:pPr>
            <w:r w:rsidRPr="00332DB8">
              <w:rPr>
                <w:lang w:val="ru-RU"/>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2880" w:type="dxa"/>
          </w:tcPr>
          <w:p w:rsidR="006F7457" w:rsidRPr="00332DB8" w:rsidRDefault="006F7457">
            <w:pPr>
              <w:rPr>
                <w:lang w:val="ru-RU"/>
              </w:rPr>
            </w:pPr>
          </w:p>
        </w:tc>
      </w:tr>
      <w:tr w:rsidR="006F7457" w:rsidRPr="00A31F1A">
        <w:tc>
          <w:tcPr>
            <w:tcW w:w="2880" w:type="dxa"/>
          </w:tcPr>
          <w:p w:rsidR="006F7457" w:rsidRDefault="00332DB8">
            <w:r>
              <w:t>46</w:t>
            </w:r>
            <w:r>
              <w:lastRenderedPageBreak/>
              <w:t>0.</w:t>
            </w:r>
          </w:p>
        </w:tc>
        <w:tc>
          <w:tcPr>
            <w:tcW w:w="2880" w:type="dxa"/>
          </w:tcPr>
          <w:p w:rsidR="006F7457" w:rsidRPr="00332DB8" w:rsidRDefault="00332DB8">
            <w:pPr>
              <w:rPr>
                <w:lang w:val="ru-RU"/>
              </w:rPr>
            </w:pPr>
            <w:r w:rsidRPr="00332DB8">
              <w:rPr>
                <w:lang w:val="ru-RU"/>
              </w:rPr>
              <w:lastRenderedPageBreak/>
              <w:t xml:space="preserve">Книга И.А. Родионов. Решение еврейского вопроса (два доклада) — М.: Витязь, 2000 (решение Советского </w:t>
            </w:r>
            <w:r w:rsidRPr="00332DB8">
              <w:rPr>
                <w:lang w:val="ru-RU"/>
              </w:rPr>
              <w:lastRenderedPageBreak/>
              <w:t>районного суда г. Иваново от 13.11.2008 и определение Советского районного суда г. Иваново от 22.09.2009).</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461.</w:t>
            </w:r>
          </w:p>
        </w:tc>
        <w:tc>
          <w:tcPr>
            <w:tcW w:w="2880" w:type="dxa"/>
          </w:tcPr>
          <w:p w:rsidR="006F7457" w:rsidRPr="00332DB8" w:rsidRDefault="00332DB8">
            <w:pPr>
              <w:rPr>
                <w:lang w:val="ru-RU"/>
              </w:rPr>
            </w:pPr>
            <w:r w:rsidRPr="00332DB8">
              <w:rPr>
                <w:lang w:val="ru-RU"/>
              </w:rPr>
              <w:t xml:space="preserve">Видеоматериал "День мигранта", размещенный в сети Интернет на сайте </w:t>
            </w:r>
            <w:r>
              <w:t>www</w:t>
            </w:r>
            <w:r w:rsidRPr="00332DB8">
              <w:rPr>
                <w:lang w:val="ru-RU"/>
              </w:rPr>
              <w:t>.</w:t>
            </w:r>
            <w:r>
              <w:t>dpni</w:t>
            </w:r>
            <w:r w:rsidRPr="00332DB8">
              <w:rPr>
                <w:lang w:val="ru-RU"/>
              </w:rPr>
              <w:t>-</w:t>
            </w:r>
            <w:r>
              <w:t>kirov</w:t>
            </w:r>
            <w:r w:rsidRPr="00332DB8">
              <w:rPr>
                <w:lang w:val="ru-RU"/>
              </w:rPr>
              <w:t>.</w:t>
            </w:r>
            <w:r>
              <w:t>org</w:t>
            </w:r>
            <w:r w:rsidRPr="00332DB8">
              <w:rPr>
                <w:lang w:val="ru-RU"/>
              </w:rPr>
              <w:t xml:space="preserve"> (решение Первомайского районного суда г. Кирова от 02.10.2009);</w:t>
            </w:r>
          </w:p>
        </w:tc>
        <w:tc>
          <w:tcPr>
            <w:tcW w:w="2880" w:type="dxa"/>
          </w:tcPr>
          <w:p w:rsidR="006F7457" w:rsidRPr="00332DB8" w:rsidRDefault="006F7457">
            <w:pPr>
              <w:rPr>
                <w:lang w:val="ru-RU"/>
              </w:rPr>
            </w:pPr>
          </w:p>
        </w:tc>
      </w:tr>
      <w:tr w:rsidR="006F7457" w:rsidRPr="00A31F1A">
        <w:tc>
          <w:tcPr>
            <w:tcW w:w="2880" w:type="dxa"/>
          </w:tcPr>
          <w:p w:rsidR="006F7457" w:rsidRDefault="00332DB8">
            <w:r>
              <w:t>462.</w:t>
            </w:r>
          </w:p>
        </w:tc>
        <w:tc>
          <w:tcPr>
            <w:tcW w:w="2880" w:type="dxa"/>
          </w:tcPr>
          <w:p w:rsidR="006F7457" w:rsidRPr="00332DB8" w:rsidRDefault="00332DB8">
            <w:pPr>
              <w:rPr>
                <w:lang w:val="ru-RU"/>
              </w:rPr>
            </w:pPr>
            <w:r w:rsidRPr="00332DB8">
              <w:rPr>
                <w:lang w:val="ru-RU"/>
              </w:rPr>
              <w:t xml:space="preserve">Интернет-ресурс </w:t>
            </w:r>
            <w:r>
              <w:t>www</w:t>
            </w:r>
            <w:r w:rsidRPr="00332DB8">
              <w:rPr>
                <w:lang w:val="ru-RU"/>
              </w:rPr>
              <w:t>.</w:t>
            </w:r>
            <w:r>
              <w:t>chechentimes</w:t>
            </w:r>
            <w:r w:rsidRPr="00332DB8">
              <w:rPr>
                <w:lang w:val="ru-RU"/>
              </w:rPr>
              <w:t>.</w:t>
            </w:r>
            <w:r>
              <w:t>net</w:t>
            </w:r>
            <w:r w:rsidRPr="00332DB8">
              <w:rPr>
                <w:lang w:val="ru-RU"/>
              </w:rPr>
              <w:t xml:space="preserve"> и размещенные на нем материалы (решение Самарского районного суда г. Самары от 27.08.2009).</w:t>
            </w:r>
          </w:p>
        </w:tc>
        <w:tc>
          <w:tcPr>
            <w:tcW w:w="2880" w:type="dxa"/>
          </w:tcPr>
          <w:p w:rsidR="006F7457" w:rsidRPr="00332DB8" w:rsidRDefault="006F7457">
            <w:pPr>
              <w:rPr>
                <w:lang w:val="ru-RU"/>
              </w:rPr>
            </w:pPr>
          </w:p>
        </w:tc>
      </w:tr>
      <w:tr w:rsidR="006F7457" w:rsidRPr="00A31F1A">
        <w:tc>
          <w:tcPr>
            <w:tcW w:w="2880" w:type="dxa"/>
          </w:tcPr>
          <w:p w:rsidR="006F7457" w:rsidRDefault="00332DB8">
            <w:r>
              <w:t>463.</w:t>
            </w:r>
          </w:p>
        </w:tc>
        <w:tc>
          <w:tcPr>
            <w:tcW w:w="2880" w:type="dxa"/>
          </w:tcPr>
          <w:p w:rsidR="006F7457" w:rsidRPr="00332DB8" w:rsidRDefault="00332DB8">
            <w:pPr>
              <w:rPr>
                <w:lang w:val="ru-RU"/>
              </w:rPr>
            </w:pPr>
            <w:r w:rsidRPr="00332DB8">
              <w:rPr>
                <w:lang w:val="ru-RU"/>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2880" w:type="dxa"/>
          </w:tcPr>
          <w:p w:rsidR="006F7457" w:rsidRPr="00332DB8" w:rsidRDefault="006F7457">
            <w:pPr>
              <w:rPr>
                <w:lang w:val="ru-RU"/>
              </w:rPr>
            </w:pPr>
          </w:p>
        </w:tc>
      </w:tr>
      <w:tr w:rsidR="006F7457" w:rsidRPr="00A31F1A">
        <w:tc>
          <w:tcPr>
            <w:tcW w:w="2880" w:type="dxa"/>
          </w:tcPr>
          <w:p w:rsidR="006F7457" w:rsidRDefault="00332DB8">
            <w:r>
              <w:t>464.</w:t>
            </w:r>
          </w:p>
        </w:tc>
        <w:tc>
          <w:tcPr>
            <w:tcW w:w="2880" w:type="dxa"/>
          </w:tcPr>
          <w:p w:rsidR="006F7457" w:rsidRPr="00332DB8" w:rsidRDefault="00332DB8">
            <w:pPr>
              <w:rPr>
                <w:lang w:val="ru-RU"/>
              </w:rPr>
            </w:pPr>
            <w:r w:rsidRPr="00332DB8">
              <w:rPr>
                <w:lang w:val="ru-RU"/>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2880" w:type="dxa"/>
          </w:tcPr>
          <w:p w:rsidR="006F7457" w:rsidRPr="00332DB8" w:rsidRDefault="006F7457">
            <w:pPr>
              <w:rPr>
                <w:lang w:val="ru-RU"/>
              </w:rPr>
            </w:pPr>
          </w:p>
        </w:tc>
      </w:tr>
      <w:tr w:rsidR="006F7457" w:rsidRPr="00A31F1A">
        <w:tc>
          <w:tcPr>
            <w:tcW w:w="2880" w:type="dxa"/>
          </w:tcPr>
          <w:p w:rsidR="006F7457" w:rsidRDefault="00332DB8">
            <w:r>
              <w:t>465.</w:t>
            </w:r>
          </w:p>
        </w:tc>
        <w:tc>
          <w:tcPr>
            <w:tcW w:w="2880" w:type="dxa"/>
          </w:tcPr>
          <w:p w:rsidR="006F7457" w:rsidRPr="00332DB8" w:rsidRDefault="00332DB8">
            <w:pPr>
              <w:rPr>
                <w:lang w:val="ru-RU"/>
              </w:rPr>
            </w:pPr>
            <w:r w:rsidRPr="00332DB8">
              <w:rPr>
                <w:lang w:val="ru-RU"/>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2880" w:type="dxa"/>
          </w:tcPr>
          <w:p w:rsidR="006F7457" w:rsidRPr="00332DB8" w:rsidRDefault="006F7457">
            <w:pPr>
              <w:rPr>
                <w:lang w:val="ru-RU"/>
              </w:rPr>
            </w:pPr>
          </w:p>
        </w:tc>
      </w:tr>
      <w:tr w:rsidR="006F7457" w:rsidRPr="00A31F1A">
        <w:tc>
          <w:tcPr>
            <w:tcW w:w="2880" w:type="dxa"/>
          </w:tcPr>
          <w:p w:rsidR="006F7457" w:rsidRDefault="00332DB8">
            <w:r>
              <w:t>466.</w:t>
            </w:r>
          </w:p>
        </w:tc>
        <w:tc>
          <w:tcPr>
            <w:tcW w:w="2880" w:type="dxa"/>
          </w:tcPr>
          <w:p w:rsidR="006F7457" w:rsidRPr="00332DB8" w:rsidRDefault="00332DB8">
            <w:pPr>
              <w:rPr>
                <w:lang w:val="ru-RU"/>
              </w:rPr>
            </w:pPr>
            <w:r w:rsidRPr="00332DB8">
              <w:rPr>
                <w:lang w:val="ru-RU"/>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2880" w:type="dxa"/>
          </w:tcPr>
          <w:p w:rsidR="006F7457" w:rsidRPr="00332DB8" w:rsidRDefault="006F7457">
            <w:pPr>
              <w:rPr>
                <w:lang w:val="ru-RU"/>
              </w:rPr>
            </w:pPr>
          </w:p>
        </w:tc>
      </w:tr>
      <w:tr w:rsidR="006F7457" w:rsidRPr="00A31F1A">
        <w:tc>
          <w:tcPr>
            <w:tcW w:w="2880" w:type="dxa"/>
          </w:tcPr>
          <w:p w:rsidR="006F7457" w:rsidRDefault="00332DB8">
            <w:r>
              <w:t>46</w:t>
            </w:r>
            <w:r>
              <w:lastRenderedPageBreak/>
              <w:t>7.</w:t>
            </w:r>
          </w:p>
        </w:tc>
        <w:tc>
          <w:tcPr>
            <w:tcW w:w="2880" w:type="dxa"/>
          </w:tcPr>
          <w:p w:rsidR="006F7457" w:rsidRPr="00332DB8" w:rsidRDefault="00332DB8">
            <w:pPr>
              <w:rPr>
                <w:lang w:val="ru-RU"/>
              </w:rPr>
            </w:pPr>
            <w:r w:rsidRPr="00332DB8">
              <w:rPr>
                <w:lang w:val="ru-RU"/>
              </w:rPr>
              <w:lastRenderedPageBreak/>
              <w:t xml:space="preserve">Печатное издание - газета "Правый взгляд. Вестник Русского имперского движения" № 24 (52) от декабря 2007 </w:t>
            </w:r>
            <w:r w:rsidRPr="00332DB8">
              <w:rPr>
                <w:lang w:val="ru-RU"/>
              </w:rPr>
              <w:lastRenderedPageBreak/>
              <w:t>года (решение Смольнинского районного суда г. Санкт-Петербурга от 31.08.2009).</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468.</w:t>
            </w:r>
          </w:p>
        </w:tc>
        <w:tc>
          <w:tcPr>
            <w:tcW w:w="2880" w:type="dxa"/>
          </w:tcPr>
          <w:p w:rsidR="006F7457" w:rsidRPr="00332DB8" w:rsidRDefault="00332DB8">
            <w:pPr>
              <w:rPr>
                <w:lang w:val="ru-RU"/>
              </w:rPr>
            </w:pPr>
            <w:r w:rsidRPr="00332DB8">
              <w:rPr>
                <w:lang w:val="ru-RU"/>
              </w:rPr>
              <w:t>Книга «Азбука «Домашнего терроризма» (решение Центрального суда города Новокузнецка Кемеровской области от 07.08.2009).</w:t>
            </w:r>
          </w:p>
        </w:tc>
        <w:tc>
          <w:tcPr>
            <w:tcW w:w="2880" w:type="dxa"/>
          </w:tcPr>
          <w:p w:rsidR="006F7457" w:rsidRPr="00332DB8" w:rsidRDefault="006F7457">
            <w:pPr>
              <w:rPr>
                <w:lang w:val="ru-RU"/>
              </w:rPr>
            </w:pPr>
          </w:p>
        </w:tc>
      </w:tr>
      <w:tr w:rsidR="006F7457" w:rsidRPr="00A31F1A">
        <w:tc>
          <w:tcPr>
            <w:tcW w:w="2880" w:type="dxa"/>
          </w:tcPr>
          <w:p w:rsidR="006F7457" w:rsidRDefault="00332DB8">
            <w:r>
              <w:t>469.</w:t>
            </w:r>
          </w:p>
        </w:tc>
        <w:tc>
          <w:tcPr>
            <w:tcW w:w="2880" w:type="dxa"/>
          </w:tcPr>
          <w:p w:rsidR="006F7457" w:rsidRPr="00332DB8" w:rsidRDefault="00332DB8">
            <w:pPr>
              <w:rPr>
                <w:lang w:val="ru-RU"/>
              </w:rPr>
            </w:pPr>
            <w:r w:rsidRPr="00332DB8">
              <w:rPr>
                <w:lang w:val="ru-RU"/>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c>
          <w:tcPr>
            <w:tcW w:w="2880" w:type="dxa"/>
          </w:tcPr>
          <w:p w:rsidR="006F7457" w:rsidRPr="00332DB8" w:rsidRDefault="006F7457">
            <w:pPr>
              <w:rPr>
                <w:lang w:val="ru-RU"/>
              </w:rPr>
            </w:pPr>
          </w:p>
        </w:tc>
      </w:tr>
      <w:tr w:rsidR="006F7457" w:rsidRPr="00A31F1A">
        <w:tc>
          <w:tcPr>
            <w:tcW w:w="2880" w:type="dxa"/>
          </w:tcPr>
          <w:p w:rsidR="006F7457" w:rsidRDefault="00332DB8">
            <w:r>
              <w:t>470.</w:t>
            </w:r>
          </w:p>
        </w:tc>
        <w:tc>
          <w:tcPr>
            <w:tcW w:w="2880" w:type="dxa"/>
          </w:tcPr>
          <w:p w:rsidR="006F7457" w:rsidRPr="00332DB8" w:rsidRDefault="00332DB8">
            <w:pPr>
              <w:rPr>
                <w:lang w:val="ru-RU"/>
              </w:rPr>
            </w:pPr>
            <w:r w:rsidRPr="00332DB8">
              <w:rPr>
                <w:lang w:val="ru-RU"/>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2880" w:type="dxa"/>
          </w:tcPr>
          <w:p w:rsidR="006F7457" w:rsidRPr="00332DB8" w:rsidRDefault="006F7457">
            <w:pPr>
              <w:rPr>
                <w:lang w:val="ru-RU"/>
              </w:rPr>
            </w:pPr>
          </w:p>
        </w:tc>
      </w:tr>
      <w:tr w:rsidR="006F7457" w:rsidRPr="00A31F1A">
        <w:tc>
          <w:tcPr>
            <w:tcW w:w="2880" w:type="dxa"/>
          </w:tcPr>
          <w:p w:rsidR="006F7457" w:rsidRDefault="00332DB8">
            <w:r>
              <w:t>471.</w:t>
            </w:r>
          </w:p>
        </w:tc>
        <w:tc>
          <w:tcPr>
            <w:tcW w:w="2880" w:type="dxa"/>
          </w:tcPr>
          <w:p w:rsidR="006F7457" w:rsidRPr="00332DB8" w:rsidRDefault="00332DB8">
            <w:pPr>
              <w:rPr>
                <w:lang w:val="ru-RU"/>
              </w:rPr>
            </w:pPr>
            <w:r w:rsidRPr="00332DB8">
              <w:rPr>
                <w:lang w:val="ru-RU"/>
              </w:rPr>
              <w:t xml:space="preserve">Интернет-ресурс </w:t>
            </w:r>
            <w:r>
              <w:t>www</w:t>
            </w:r>
            <w:r w:rsidRPr="00332DB8">
              <w:rPr>
                <w:lang w:val="ru-RU"/>
              </w:rPr>
              <w:t>.</w:t>
            </w:r>
            <w:r>
              <w:t>offtop</w:t>
            </w:r>
            <w:r w:rsidRPr="00332DB8">
              <w:rPr>
                <w:lang w:val="ru-RU"/>
              </w:rPr>
              <w:t>.</w:t>
            </w:r>
            <w:r>
              <w:t>ru</w:t>
            </w:r>
            <w:r w:rsidRPr="00332DB8">
              <w:rPr>
                <w:lang w:val="ru-RU"/>
              </w:rPr>
              <w:t>/</w:t>
            </w:r>
            <w:r>
              <w:t>punkskin</w:t>
            </w:r>
            <w:r w:rsidRPr="00332DB8">
              <w:rPr>
                <w:lang w:val="ru-RU"/>
              </w:rPr>
              <w:t>/ и размещенные на нем информационные материалы (решение Самарского районного суда г. Самары от 27.10.2009).</w:t>
            </w:r>
          </w:p>
        </w:tc>
        <w:tc>
          <w:tcPr>
            <w:tcW w:w="2880" w:type="dxa"/>
          </w:tcPr>
          <w:p w:rsidR="006F7457" w:rsidRPr="00332DB8" w:rsidRDefault="006F7457">
            <w:pPr>
              <w:rPr>
                <w:lang w:val="ru-RU"/>
              </w:rPr>
            </w:pPr>
          </w:p>
        </w:tc>
      </w:tr>
      <w:tr w:rsidR="006F7457" w:rsidRPr="00A31F1A">
        <w:tc>
          <w:tcPr>
            <w:tcW w:w="2880" w:type="dxa"/>
          </w:tcPr>
          <w:p w:rsidR="006F7457" w:rsidRDefault="00332DB8">
            <w:r>
              <w:t>472.</w:t>
            </w:r>
          </w:p>
        </w:tc>
        <w:tc>
          <w:tcPr>
            <w:tcW w:w="2880" w:type="dxa"/>
          </w:tcPr>
          <w:p w:rsidR="006F7457" w:rsidRPr="00332DB8" w:rsidRDefault="00332DB8">
            <w:pPr>
              <w:rPr>
                <w:lang w:val="ru-RU"/>
              </w:rPr>
            </w:pPr>
            <w:r w:rsidRPr="00332DB8">
              <w:rPr>
                <w:lang w:val="ru-RU"/>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2880" w:type="dxa"/>
          </w:tcPr>
          <w:p w:rsidR="006F7457" w:rsidRPr="00332DB8" w:rsidRDefault="006F7457">
            <w:pPr>
              <w:rPr>
                <w:lang w:val="ru-RU"/>
              </w:rPr>
            </w:pPr>
          </w:p>
        </w:tc>
      </w:tr>
      <w:tr w:rsidR="006F7457" w:rsidRPr="00A31F1A">
        <w:tc>
          <w:tcPr>
            <w:tcW w:w="2880" w:type="dxa"/>
          </w:tcPr>
          <w:p w:rsidR="006F7457" w:rsidRDefault="00332DB8">
            <w:r>
              <w:t>473.</w:t>
            </w:r>
          </w:p>
        </w:tc>
        <w:tc>
          <w:tcPr>
            <w:tcW w:w="2880" w:type="dxa"/>
          </w:tcPr>
          <w:p w:rsidR="006F7457" w:rsidRPr="00332DB8" w:rsidRDefault="00332DB8">
            <w:pPr>
              <w:rPr>
                <w:lang w:val="ru-RU"/>
              </w:rPr>
            </w:pPr>
            <w:r w:rsidRPr="00332DB8">
              <w:rPr>
                <w:lang w:val="ru-RU"/>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2880" w:type="dxa"/>
          </w:tcPr>
          <w:p w:rsidR="006F7457" w:rsidRPr="00332DB8" w:rsidRDefault="006F7457">
            <w:pPr>
              <w:rPr>
                <w:lang w:val="ru-RU"/>
              </w:rPr>
            </w:pPr>
          </w:p>
        </w:tc>
      </w:tr>
      <w:tr w:rsidR="006F7457" w:rsidRPr="00A31F1A">
        <w:tc>
          <w:tcPr>
            <w:tcW w:w="2880" w:type="dxa"/>
          </w:tcPr>
          <w:p w:rsidR="006F7457" w:rsidRDefault="00332DB8">
            <w:r>
              <w:t>47</w:t>
            </w:r>
            <w:r>
              <w:lastRenderedPageBreak/>
              <w:t>4.</w:t>
            </w:r>
          </w:p>
        </w:tc>
        <w:tc>
          <w:tcPr>
            <w:tcW w:w="2880" w:type="dxa"/>
          </w:tcPr>
          <w:p w:rsidR="006F7457" w:rsidRPr="00332DB8" w:rsidRDefault="00332DB8">
            <w:pPr>
              <w:rPr>
                <w:lang w:val="ru-RU"/>
              </w:rPr>
            </w:pPr>
            <w:r w:rsidRPr="00332DB8">
              <w:rPr>
                <w:lang w:val="ru-RU"/>
              </w:rPr>
              <w:lastRenderedPageBreak/>
              <w:t xml:space="preserve">Публикация «Слово о свободе», размещенная на официально зарегистрированной Интернет - странице на </w:t>
            </w:r>
            <w:r w:rsidRPr="00332DB8">
              <w:rPr>
                <w:lang w:val="ru-RU"/>
              </w:rPr>
              <w:lastRenderedPageBreak/>
              <w:t>сайте «</w:t>
            </w:r>
            <w:r>
              <w:t>www</w:t>
            </w:r>
            <w:r w:rsidRPr="00332DB8">
              <w:rPr>
                <w:lang w:val="ru-RU"/>
              </w:rPr>
              <w:t>.</w:t>
            </w:r>
            <w:r>
              <w:t>Livejornal</w:t>
            </w:r>
            <w:r w:rsidRPr="00332DB8">
              <w:rPr>
                <w:lang w:val="ru-RU"/>
              </w:rPr>
              <w:t>.</w:t>
            </w:r>
            <w:r>
              <w:t>com</w:t>
            </w:r>
            <w:r w:rsidRPr="00332DB8">
              <w:rPr>
                <w:lang w:val="ru-RU"/>
              </w:rPr>
              <w:t>» (постановление Центрального районного суда г. Кемерово от 15.10.2009).</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475.</w:t>
            </w:r>
          </w:p>
        </w:tc>
        <w:tc>
          <w:tcPr>
            <w:tcW w:w="2880" w:type="dxa"/>
          </w:tcPr>
          <w:p w:rsidR="006F7457" w:rsidRPr="00332DB8" w:rsidRDefault="00332DB8">
            <w:pPr>
              <w:rPr>
                <w:lang w:val="ru-RU"/>
              </w:rPr>
            </w:pPr>
            <w:r w:rsidRPr="00332DB8">
              <w:rPr>
                <w:lang w:val="ru-RU"/>
              </w:rPr>
              <w:t>Книга автора В.Н. Емельянова «Еврейский нацизм» (решение Федерального суда Центрального района г. Красноярска от 15.12.2009).</w:t>
            </w:r>
          </w:p>
        </w:tc>
        <w:tc>
          <w:tcPr>
            <w:tcW w:w="2880" w:type="dxa"/>
          </w:tcPr>
          <w:p w:rsidR="006F7457" w:rsidRPr="00332DB8" w:rsidRDefault="006F7457">
            <w:pPr>
              <w:rPr>
                <w:lang w:val="ru-RU"/>
              </w:rPr>
            </w:pPr>
          </w:p>
        </w:tc>
      </w:tr>
      <w:tr w:rsidR="006F7457" w:rsidRPr="00A31F1A">
        <w:tc>
          <w:tcPr>
            <w:tcW w:w="2880" w:type="dxa"/>
          </w:tcPr>
          <w:p w:rsidR="006F7457" w:rsidRDefault="00332DB8">
            <w:r>
              <w:t>476.</w:t>
            </w:r>
          </w:p>
        </w:tc>
        <w:tc>
          <w:tcPr>
            <w:tcW w:w="2880" w:type="dxa"/>
          </w:tcPr>
          <w:p w:rsidR="006F7457" w:rsidRPr="00332DB8" w:rsidRDefault="00332DB8">
            <w:pPr>
              <w:rPr>
                <w:lang w:val="ru-RU"/>
              </w:rPr>
            </w:pPr>
            <w:r w:rsidRPr="00332DB8">
              <w:rPr>
                <w:lang w:val="ru-RU"/>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2880" w:type="dxa"/>
          </w:tcPr>
          <w:p w:rsidR="006F7457" w:rsidRPr="00332DB8" w:rsidRDefault="006F7457">
            <w:pPr>
              <w:rPr>
                <w:lang w:val="ru-RU"/>
              </w:rPr>
            </w:pPr>
          </w:p>
        </w:tc>
      </w:tr>
      <w:tr w:rsidR="006F7457" w:rsidRPr="00A31F1A">
        <w:tc>
          <w:tcPr>
            <w:tcW w:w="2880" w:type="dxa"/>
          </w:tcPr>
          <w:p w:rsidR="006F7457" w:rsidRDefault="00332DB8">
            <w:r>
              <w:t>477.</w:t>
            </w:r>
          </w:p>
        </w:tc>
        <w:tc>
          <w:tcPr>
            <w:tcW w:w="2880" w:type="dxa"/>
          </w:tcPr>
          <w:p w:rsidR="006F7457" w:rsidRPr="00332DB8" w:rsidRDefault="00332DB8">
            <w:pPr>
              <w:rPr>
                <w:lang w:val="ru-RU"/>
              </w:rPr>
            </w:pPr>
            <w:r w:rsidRPr="00332DB8">
              <w:rPr>
                <w:lang w:val="ru-RU"/>
              </w:rPr>
              <w:t>Материалы «Большая игра «Сломай систему», размещенные на сайте в сети Интернет (решение Советского районного суда г. Липецка от 20.11.2009).</w:t>
            </w:r>
          </w:p>
        </w:tc>
        <w:tc>
          <w:tcPr>
            <w:tcW w:w="2880" w:type="dxa"/>
          </w:tcPr>
          <w:p w:rsidR="006F7457" w:rsidRPr="00332DB8" w:rsidRDefault="006F7457">
            <w:pPr>
              <w:rPr>
                <w:lang w:val="ru-RU"/>
              </w:rPr>
            </w:pPr>
          </w:p>
        </w:tc>
      </w:tr>
      <w:tr w:rsidR="006F7457" w:rsidRPr="00A31F1A">
        <w:tc>
          <w:tcPr>
            <w:tcW w:w="2880" w:type="dxa"/>
          </w:tcPr>
          <w:p w:rsidR="006F7457" w:rsidRDefault="00332DB8">
            <w:r>
              <w:t>478.</w:t>
            </w:r>
          </w:p>
        </w:tc>
        <w:tc>
          <w:tcPr>
            <w:tcW w:w="2880" w:type="dxa"/>
          </w:tcPr>
          <w:p w:rsidR="006F7457" w:rsidRPr="00332DB8" w:rsidRDefault="00332DB8">
            <w:pPr>
              <w:rPr>
                <w:lang w:val="ru-RU"/>
              </w:rPr>
            </w:pPr>
            <w:r w:rsidRPr="00332DB8">
              <w:rPr>
                <w:lang w:val="ru-RU"/>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2880" w:type="dxa"/>
          </w:tcPr>
          <w:p w:rsidR="006F7457" w:rsidRPr="00332DB8" w:rsidRDefault="006F7457">
            <w:pPr>
              <w:rPr>
                <w:lang w:val="ru-RU"/>
              </w:rPr>
            </w:pPr>
          </w:p>
        </w:tc>
      </w:tr>
      <w:tr w:rsidR="006F7457" w:rsidRPr="00A31F1A">
        <w:tc>
          <w:tcPr>
            <w:tcW w:w="2880" w:type="dxa"/>
          </w:tcPr>
          <w:p w:rsidR="006F7457" w:rsidRDefault="00332DB8">
            <w:r>
              <w:t>479.</w:t>
            </w:r>
          </w:p>
        </w:tc>
        <w:tc>
          <w:tcPr>
            <w:tcW w:w="2880" w:type="dxa"/>
          </w:tcPr>
          <w:p w:rsidR="006F7457" w:rsidRPr="00332DB8" w:rsidRDefault="00332DB8">
            <w:pPr>
              <w:rPr>
                <w:lang w:val="ru-RU"/>
              </w:rPr>
            </w:pPr>
            <w:r w:rsidRPr="00332DB8">
              <w:rPr>
                <w:lang w:val="ru-RU"/>
              </w:rPr>
              <w:t>Материалы «</w:t>
            </w:r>
            <w:r>
              <w:t>Combat</w:t>
            </w:r>
            <w:r w:rsidRPr="00332DB8">
              <w:rPr>
                <w:lang w:val="ru-RU"/>
              </w:rPr>
              <w:t xml:space="preserve"> 18 боевая группа Адольфа Гитлера», размещенные на сайте в сети Интернет (решение Советского районного суда г. Липецка от 20.11.2009).</w:t>
            </w:r>
          </w:p>
        </w:tc>
        <w:tc>
          <w:tcPr>
            <w:tcW w:w="2880" w:type="dxa"/>
          </w:tcPr>
          <w:p w:rsidR="006F7457" w:rsidRPr="00332DB8" w:rsidRDefault="006F7457">
            <w:pPr>
              <w:rPr>
                <w:lang w:val="ru-RU"/>
              </w:rPr>
            </w:pPr>
          </w:p>
        </w:tc>
      </w:tr>
      <w:tr w:rsidR="006F7457" w:rsidRPr="00A31F1A">
        <w:tc>
          <w:tcPr>
            <w:tcW w:w="2880" w:type="dxa"/>
          </w:tcPr>
          <w:p w:rsidR="006F7457" w:rsidRDefault="00332DB8">
            <w:r>
              <w:t>480.</w:t>
            </w:r>
          </w:p>
        </w:tc>
        <w:tc>
          <w:tcPr>
            <w:tcW w:w="2880" w:type="dxa"/>
          </w:tcPr>
          <w:p w:rsidR="006F7457" w:rsidRPr="00332DB8" w:rsidRDefault="00332DB8">
            <w:pPr>
              <w:rPr>
                <w:lang w:val="ru-RU"/>
              </w:rPr>
            </w:pPr>
            <w:r w:rsidRPr="00332DB8">
              <w:rPr>
                <w:lang w:val="ru-RU"/>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2880" w:type="dxa"/>
          </w:tcPr>
          <w:p w:rsidR="006F7457" w:rsidRPr="00332DB8" w:rsidRDefault="006F7457">
            <w:pPr>
              <w:rPr>
                <w:lang w:val="ru-RU"/>
              </w:rPr>
            </w:pPr>
          </w:p>
        </w:tc>
      </w:tr>
      <w:tr w:rsidR="006F7457" w:rsidRPr="00A31F1A">
        <w:tc>
          <w:tcPr>
            <w:tcW w:w="2880" w:type="dxa"/>
          </w:tcPr>
          <w:p w:rsidR="006F7457" w:rsidRDefault="00332DB8">
            <w:r>
              <w:t>48</w:t>
            </w:r>
            <w:r>
              <w:lastRenderedPageBreak/>
              <w:t>1.</w:t>
            </w:r>
          </w:p>
        </w:tc>
        <w:tc>
          <w:tcPr>
            <w:tcW w:w="2880" w:type="dxa"/>
          </w:tcPr>
          <w:p w:rsidR="006F7457" w:rsidRPr="00332DB8" w:rsidRDefault="00332DB8">
            <w:pPr>
              <w:rPr>
                <w:lang w:val="ru-RU"/>
              </w:rPr>
            </w:pPr>
            <w:r w:rsidRPr="00332DB8">
              <w:rPr>
                <w:lang w:val="ru-RU"/>
              </w:rPr>
              <w:lastRenderedPageBreak/>
              <w:t xml:space="preserve">Статья под названием «Особый путь России», размещенная на сайте в сети Интернет (решение </w:t>
            </w:r>
            <w:r w:rsidRPr="00332DB8">
              <w:rPr>
                <w:lang w:val="ru-RU"/>
              </w:rPr>
              <w:lastRenderedPageBreak/>
              <w:t>Набережночелнинского городского суда от 04.09.2009).</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482.</w:t>
            </w:r>
          </w:p>
        </w:tc>
        <w:tc>
          <w:tcPr>
            <w:tcW w:w="2880" w:type="dxa"/>
          </w:tcPr>
          <w:p w:rsidR="006F7457" w:rsidRPr="00332DB8" w:rsidRDefault="00332DB8">
            <w:pPr>
              <w:rPr>
                <w:lang w:val="ru-RU"/>
              </w:rPr>
            </w:pPr>
            <w:r w:rsidRPr="00332DB8">
              <w:rPr>
                <w:lang w:val="ru-RU"/>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2880" w:type="dxa"/>
          </w:tcPr>
          <w:p w:rsidR="006F7457" w:rsidRPr="00332DB8" w:rsidRDefault="006F7457">
            <w:pPr>
              <w:rPr>
                <w:lang w:val="ru-RU"/>
              </w:rPr>
            </w:pPr>
          </w:p>
        </w:tc>
      </w:tr>
      <w:tr w:rsidR="006F7457" w:rsidRPr="00A31F1A">
        <w:tc>
          <w:tcPr>
            <w:tcW w:w="2880" w:type="dxa"/>
          </w:tcPr>
          <w:p w:rsidR="006F7457" w:rsidRDefault="00332DB8">
            <w:r>
              <w:t>483.</w:t>
            </w:r>
          </w:p>
        </w:tc>
        <w:tc>
          <w:tcPr>
            <w:tcW w:w="2880" w:type="dxa"/>
          </w:tcPr>
          <w:p w:rsidR="006F7457" w:rsidRPr="00332DB8" w:rsidRDefault="00332DB8">
            <w:pPr>
              <w:rPr>
                <w:lang w:val="ru-RU"/>
              </w:rPr>
            </w:pPr>
            <w:r w:rsidRPr="00332DB8">
              <w:rPr>
                <w:lang w:val="ru-RU"/>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2880" w:type="dxa"/>
          </w:tcPr>
          <w:p w:rsidR="006F7457" w:rsidRPr="00332DB8" w:rsidRDefault="006F7457">
            <w:pPr>
              <w:rPr>
                <w:lang w:val="ru-RU"/>
              </w:rPr>
            </w:pPr>
          </w:p>
        </w:tc>
      </w:tr>
      <w:tr w:rsidR="006F7457" w:rsidRPr="00A31F1A">
        <w:tc>
          <w:tcPr>
            <w:tcW w:w="2880" w:type="dxa"/>
          </w:tcPr>
          <w:p w:rsidR="006F7457" w:rsidRDefault="00332DB8">
            <w:r>
              <w:t>484.</w:t>
            </w:r>
          </w:p>
        </w:tc>
        <w:tc>
          <w:tcPr>
            <w:tcW w:w="2880" w:type="dxa"/>
          </w:tcPr>
          <w:p w:rsidR="006F7457" w:rsidRPr="00332DB8" w:rsidRDefault="00332DB8">
            <w:pPr>
              <w:rPr>
                <w:lang w:val="ru-RU"/>
              </w:rPr>
            </w:pPr>
            <w:r w:rsidRPr="00332DB8">
              <w:rPr>
                <w:lang w:val="ru-RU"/>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2880" w:type="dxa"/>
          </w:tcPr>
          <w:p w:rsidR="006F7457" w:rsidRPr="00332DB8" w:rsidRDefault="006F7457">
            <w:pPr>
              <w:rPr>
                <w:lang w:val="ru-RU"/>
              </w:rPr>
            </w:pPr>
          </w:p>
        </w:tc>
      </w:tr>
      <w:tr w:rsidR="006F7457" w:rsidRPr="00DD284B">
        <w:tc>
          <w:tcPr>
            <w:tcW w:w="2880" w:type="dxa"/>
          </w:tcPr>
          <w:p w:rsidR="006F7457" w:rsidRDefault="00332DB8">
            <w:r>
              <w:t>485.</w:t>
            </w:r>
          </w:p>
        </w:tc>
        <w:tc>
          <w:tcPr>
            <w:tcW w:w="2880" w:type="dxa"/>
          </w:tcPr>
          <w:p w:rsidR="006F7457" w:rsidRPr="00332DB8" w:rsidRDefault="00332DB8">
            <w:pPr>
              <w:rPr>
                <w:lang w:val="ru-RU"/>
              </w:rPr>
            </w:pPr>
            <w:r w:rsidRPr="00332DB8">
              <w:rPr>
                <w:lang w:val="ru-RU"/>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2880" w:type="dxa"/>
          </w:tcPr>
          <w:p w:rsidR="006F7457" w:rsidRPr="00332DB8" w:rsidRDefault="006F7457">
            <w:pPr>
              <w:rPr>
                <w:lang w:val="ru-RU"/>
              </w:rPr>
            </w:pPr>
          </w:p>
        </w:tc>
      </w:tr>
      <w:tr w:rsidR="006F7457" w:rsidRPr="00A31F1A">
        <w:tc>
          <w:tcPr>
            <w:tcW w:w="2880" w:type="dxa"/>
          </w:tcPr>
          <w:p w:rsidR="006F7457" w:rsidRDefault="00332DB8">
            <w:r>
              <w:t>486.</w:t>
            </w:r>
          </w:p>
        </w:tc>
        <w:tc>
          <w:tcPr>
            <w:tcW w:w="2880" w:type="dxa"/>
          </w:tcPr>
          <w:p w:rsidR="006F7457" w:rsidRPr="00332DB8" w:rsidRDefault="00332DB8">
            <w:pPr>
              <w:rPr>
                <w:lang w:val="ru-RU"/>
              </w:rPr>
            </w:pPr>
            <w:r w:rsidRPr="00332DB8">
              <w:rPr>
                <w:lang w:val="ru-RU"/>
              </w:rPr>
              <w:t xml:space="preserve">Интернет - ресурс </w:t>
            </w:r>
            <w:r>
              <w:t>www</w:t>
            </w:r>
            <w:r w:rsidRPr="00332DB8">
              <w:rPr>
                <w:lang w:val="ru-RU"/>
              </w:rPr>
              <w:t>.</w:t>
            </w:r>
            <w:r>
              <w:t>akmshalom</w:t>
            </w:r>
            <w:r w:rsidRPr="00332DB8">
              <w:rPr>
                <w:lang w:val="ru-RU"/>
              </w:rPr>
              <w:t>.</w:t>
            </w:r>
            <w:r>
              <w:t>com</w:t>
            </w:r>
            <w:r w:rsidRPr="00332DB8">
              <w:rPr>
                <w:lang w:val="ru-RU"/>
              </w:rPr>
              <w:t xml:space="preserve"> и содержащиеся на нем информационные материалы (решение Самарского районного суда г. Самары от 10.11.2009).</w:t>
            </w:r>
          </w:p>
        </w:tc>
        <w:tc>
          <w:tcPr>
            <w:tcW w:w="2880" w:type="dxa"/>
          </w:tcPr>
          <w:p w:rsidR="006F7457" w:rsidRPr="00332DB8" w:rsidRDefault="006F7457">
            <w:pPr>
              <w:rPr>
                <w:lang w:val="ru-RU"/>
              </w:rPr>
            </w:pPr>
          </w:p>
        </w:tc>
      </w:tr>
      <w:tr w:rsidR="006F7457" w:rsidRPr="00A31F1A">
        <w:tc>
          <w:tcPr>
            <w:tcW w:w="2880" w:type="dxa"/>
          </w:tcPr>
          <w:p w:rsidR="006F7457" w:rsidRDefault="00332DB8">
            <w:r>
              <w:t>487.</w:t>
            </w:r>
          </w:p>
        </w:tc>
        <w:tc>
          <w:tcPr>
            <w:tcW w:w="2880" w:type="dxa"/>
          </w:tcPr>
          <w:p w:rsidR="006F7457" w:rsidRPr="00332DB8" w:rsidRDefault="00332DB8">
            <w:pPr>
              <w:rPr>
                <w:lang w:val="ru-RU"/>
              </w:rPr>
            </w:pPr>
            <w:r w:rsidRPr="00332DB8">
              <w:rPr>
                <w:lang w:val="ru-RU"/>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2880" w:type="dxa"/>
          </w:tcPr>
          <w:p w:rsidR="006F7457" w:rsidRPr="00332DB8" w:rsidRDefault="006F7457">
            <w:pPr>
              <w:rPr>
                <w:lang w:val="ru-RU"/>
              </w:rPr>
            </w:pPr>
          </w:p>
        </w:tc>
      </w:tr>
      <w:tr w:rsidR="006F7457" w:rsidRPr="00A31F1A">
        <w:tc>
          <w:tcPr>
            <w:tcW w:w="2880" w:type="dxa"/>
          </w:tcPr>
          <w:p w:rsidR="006F7457" w:rsidRDefault="00332DB8">
            <w:r>
              <w:t>48</w:t>
            </w:r>
            <w:r>
              <w:lastRenderedPageBreak/>
              <w:t>8.</w:t>
            </w:r>
          </w:p>
        </w:tc>
        <w:tc>
          <w:tcPr>
            <w:tcW w:w="2880" w:type="dxa"/>
          </w:tcPr>
          <w:p w:rsidR="006F7457" w:rsidRPr="00332DB8" w:rsidRDefault="00332DB8">
            <w:pPr>
              <w:rPr>
                <w:lang w:val="ru-RU"/>
              </w:rPr>
            </w:pPr>
            <w:r w:rsidRPr="00332DB8">
              <w:rPr>
                <w:lang w:val="ru-RU"/>
              </w:rPr>
              <w:lastRenderedPageBreak/>
              <w:t>Видеоролик «</w:t>
            </w:r>
            <w:r>
              <w:t>Russia</w:t>
            </w:r>
            <w:r w:rsidRPr="00332DB8">
              <w:rPr>
                <w:lang w:val="ru-RU"/>
              </w:rPr>
              <w:t xml:space="preserve"> </w:t>
            </w:r>
            <w:r>
              <w:t>for</w:t>
            </w:r>
            <w:r w:rsidRPr="00332DB8">
              <w:rPr>
                <w:lang w:val="ru-RU"/>
              </w:rPr>
              <w:t xml:space="preserve"> </w:t>
            </w:r>
            <w:r>
              <w:t>Russians</w:t>
            </w:r>
            <w:r w:rsidRPr="00332DB8">
              <w:rPr>
                <w:lang w:val="ru-RU"/>
              </w:rPr>
              <w:t xml:space="preserve">», размещенный на сайте в сети Интернет (решение Самарского районного суда </w:t>
            </w:r>
            <w:r w:rsidRPr="00332DB8">
              <w:rPr>
                <w:lang w:val="ru-RU"/>
              </w:rPr>
              <w:lastRenderedPageBreak/>
              <w:t>г. Самары от 19.11.2009 и определение Самарского районного суда г. Самары от 19.11.2009).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489.</w:t>
            </w:r>
          </w:p>
        </w:tc>
        <w:tc>
          <w:tcPr>
            <w:tcW w:w="2880" w:type="dxa"/>
          </w:tcPr>
          <w:p w:rsidR="006F7457" w:rsidRPr="00332DB8" w:rsidRDefault="00332DB8">
            <w:pPr>
              <w:rPr>
                <w:lang w:val="ru-RU"/>
              </w:rPr>
            </w:pPr>
            <w:r w:rsidRPr="00332DB8">
              <w:rPr>
                <w:lang w:val="ru-RU"/>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2880" w:type="dxa"/>
          </w:tcPr>
          <w:p w:rsidR="006F7457" w:rsidRPr="00332DB8" w:rsidRDefault="006F7457">
            <w:pPr>
              <w:rPr>
                <w:lang w:val="ru-RU"/>
              </w:rPr>
            </w:pPr>
          </w:p>
        </w:tc>
      </w:tr>
      <w:tr w:rsidR="006F7457" w:rsidRPr="00A31F1A">
        <w:tc>
          <w:tcPr>
            <w:tcW w:w="2880" w:type="dxa"/>
          </w:tcPr>
          <w:p w:rsidR="006F7457" w:rsidRDefault="00332DB8">
            <w:r>
              <w:t>490.</w:t>
            </w:r>
          </w:p>
        </w:tc>
        <w:tc>
          <w:tcPr>
            <w:tcW w:w="2880" w:type="dxa"/>
          </w:tcPr>
          <w:p w:rsidR="006F7457" w:rsidRPr="00332DB8" w:rsidRDefault="00332DB8">
            <w:pPr>
              <w:rPr>
                <w:lang w:val="ru-RU"/>
              </w:rPr>
            </w:pPr>
            <w:r w:rsidRPr="00332DB8">
              <w:rPr>
                <w:lang w:val="ru-RU"/>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2880" w:type="dxa"/>
          </w:tcPr>
          <w:p w:rsidR="006F7457" w:rsidRPr="00332DB8" w:rsidRDefault="006F7457">
            <w:pPr>
              <w:rPr>
                <w:lang w:val="ru-RU"/>
              </w:rPr>
            </w:pPr>
          </w:p>
        </w:tc>
      </w:tr>
      <w:tr w:rsidR="006F7457" w:rsidRPr="00A31F1A">
        <w:tc>
          <w:tcPr>
            <w:tcW w:w="2880" w:type="dxa"/>
          </w:tcPr>
          <w:p w:rsidR="006F7457" w:rsidRDefault="00332DB8">
            <w:r>
              <w:t>491.</w:t>
            </w:r>
          </w:p>
        </w:tc>
        <w:tc>
          <w:tcPr>
            <w:tcW w:w="2880" w:type="dxa"/>
          </w:tcPr>
          <w:p w:rsidR="006F7457" w:rsidRPr="00332DB8" w:rsidRDefault="00332DB8">
            <w:pPr>
              <w:rPr>
                <w:lang w:val="ru-RU"/>
              </w:rPr>
            </w:pPr>
            <w:r w:rsidRPr="00332DB8">
              <w:rPr>
                <w:lang w:val="ru-RU"/>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2880" w:type="dxa"/>
          </w:tcPr>
          <w:p w:rsidR="006F7457" w:rsidRPr="00332DB8" w:rsidRDefault="006F7457">
            <w:pPr>
              <w:rPr>
                <w:lang w:val="ru-RU"/>
              </w:rPr>
            </w:pPr>
          </w:p>
        </w:tc>
      </w:tr>
      <w:tr w:rsidR="006F7457" w:rsidRPr="00A31F1A">
        <w:tc>
          <w:tcPr>
            <w:tcW w:w="2880" w:type="dxa"/>
          </w:tcPr>
          <w:p w:rsidR="006F7457" w:rsidRDefault="00332DB8">
            <w:r>
              <w:t>492.</w:t>
            </w:r>
          </w:p>
        </w:tc>
        <w:tc>
          <w:tcPr>
            <w:tcW w:w="2880" w:type="dxa"/>
          </w:tcPr>
          <w:p w:rsidR="006F7457" w:rsidRPr="00332DB8" w:rsidRDefault="00332DB8">
            <w:pPr>
              <w:rPr>
                <w:lang w:val="ru-RU"/>
              </w:rPr>
            </w:pPr>
            <w:r w:rsidRPr="00332DB8">
              <w:rPr>
                <w:lang w:val="ru-RU"/>
              </w:rPr>
              <w:t>Листовка под заголовком «Обращение к Русским Женщинам» (решение Бежецкого городского суда Тверской области от 28.12.2009).</w:t>
            </w:r>
          </w:p>
        </w:tc>
        <w:tc>
          <w:tcPr>
            <w:tcW w:w="2880" w:type="dxa"/>
          </w:tcPr>
          <w:p w:rsidR="006F7457" w:rsidRPr="00332DB8" w:rsidRDefault="006F7457">
            <w:pPr>
              <w:rPr>
                <w:lang w:val="ru-RU"/>
              </w:rPr>
            </w:pPr>
          </w:p>
        </w:tc>
      </w:tr>
      <w:tr w:rsidR="006F7457" w:rsidRPr="00DD284B">
        <w:tc>
          <w:tcPr>
            <w:tcW w:w="2880" w:type="dxa"/>
          </w:tcPr>
          <w:p w:rsidR="006F7457" w:rsidRDefault="00332DB8">
            <w:r>
              <w:t>493.</w:t>
            </w:r>
          </w:p>
        </w:tc>
        <w:tc>
          <w:tcPr>
            <w:tcW w:w="2880" w:type="dxa"/>
          </w:tcPr>
          <w:p w:rsidR="006F7457" w:rsidRPr="00332DB8" w:rsidRDefault="00332DB8">
            <w:pPr>
              <w:rPr>
                <w:lang w:val="ru-RU"/>
              </w:rPr>
            </w:pPr>
            <w:r w:rsidRPr="00332DB8">
              <w:rPr>
                <w:lang w:val="ru-RU"/>
              </w:rPr>
              <w:t>Стихотворение А. Харчикова «Готовьте списки!» (решение Железнодорожного районного суда г. Барнаула Алтайского края от 24.12.2009).</w:t>
            </w:r>
          </w:p>
        </w:tc>
        <w:tc>
          <w:tcPr>
            <w:tcW w:w="2880" w:type="dxa"/>
          </w:tcPr>
          <w:p w:rsidR="006F7457" w:rsidRPr="00332DB8" w:rsidRDefault="006F7457">
            <w:pPr>
              <w:rPr>
                <w:lang w:val="ru-RU"/>
              </w:rPr>
            </w:pPr>
          </w:p>
        </w:tc>
      </w:tr>
      <w:tr w:rsidR="006F7457" w:rsidRPr="00DD284B">
        <w:tc>
          <w:tcPr>
            <w:tcW w:w="2880" w:type="dxa"/>
          </w:tcPr>
          <w:p w:rsidR="006F7457" w:rsidRDefault="00332DB8">
            <w:r>
              <w:t>494.</w:t>
            </w:r>
          </w:p>
        </w:tc>
        <w:tc>
          <w:tcPr>
            <w:tcW w:w="2880" w:type="dxa"/>
          </w:tcPr>
          <w:p w:rsidR="006F7457" w:rsidRPr="00332DB8" w:rsidRDefault="00332DB8">
            <w:pPr>
              <w:rPr>
                <w:lang w:val="ru-RU"/>
              </w:rPr>
            </w:pPr>
            <w:r w:rsidRPr="00332DB8">
              <w:rPr>
                <w:lang w:val="ru-RU"/>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2880" w:type="dxa"/>
          </w:tcPr>
          <w:p w:rsidR="006F7457" w:rsidRPr="00332DB8" w:rsidRDefault="006F7457">
            <w:pPr>
              <w:rPr>
                <w:lang w:val="ru-RU"/>
              </w:rPr>
            </w:pPr>
          </w:p>
        </w:tc>
      </w:tr>
      <w:tr w:rsidR="006F7457" w:rsidRPr="00A31F1A">
        <w:tc>
          <w:tcPr>
            <w:tcW w:w="2880" w:type="dxa"/>
          </w:tcPr>
          <w:p w:rsidR="006F7457" w:rsidRDefault="00332DB8">
            <w:r>
              <w:t>49</w:t>
            </w:r>
            <w:r>
              <w:lastRenderedPageBreak/>
              <w:t>5.</w:t>
            </w:r>
          </w:p>
        </w:tc>
        <w:tc>
          <w:tcPr>
            <w:tcW w:w="2880" w:type="dxa"/>
          </w:tcPr>
          <w:p w:rsidR="006F7457" w:rsidRPr="00332DB8" w:rsidRDefault="00332DB8">
            <w:pPr>
              <w:rPr>
                <w:lang w:val="ru-RU"/>
              </w:rPr>
            </w:pPr>
            <w:r w:rsidRPr="00332DB8">
              <w:rPr>
                <w:lang w:val="ru-RU"/>
              </w:rPr>
              <w:lastRenderedPageBreak/>
              <w:t xml:space="preserve">Листовка, изданная Движением против незаконной иммиграции «Правда о событиях в Кондопоге» (решение </w:t>
            </w:r>
            <w:r w:rsidRPr="00332DB8">
              <w:rPr>
                <w:lang w:val="ru-RU"/>
              </w:rPr>
              <w:lastRenderedPageBreak/>
              <w:t>Приморского районного суда Санкт-Петербурга от 27.11.2009).</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496.</w:t>
            </w:r>
          </w:p>
        </w:tc>
        <w:tc>
          <w:tcPr>
            <w:tcW w:w="2880" w:type="dxa"/>
          </w:tcPr>
          <w:p w:rsidR="006F7457" w:rsidRPr="00332DB8" w:rsidRDefault="00332DB8">
            <w:pPr>
              <w:rPr>
                <w:lang w:val="ru-RU"/>
              </w:rPr>
            </w:pPr>
            <w:r w:rsidRPr="00332DB8">
              <w:rPr>
                <w:lang w:val="ru-RU"/>
              </w:rPr>
              <w:t>«Общественно-политическая газета «Русский Вестник» № 9 (742) 2008 (решение Приморского районного суда Санкт-Петербурга от 27.11.2009).</w:t>
            </w:r>
          </w:p>
        </w:tc>
        <w:tc>
          <w:tcPr>
            <w:tcW w:w="2880" w:type="dxa"/>
          </w:tcPr>
          <w:p w:rsidR="006F7457" w:rsidRPr="00332DB8" w:rsidRDefault="006F7457">
            <w:pPr>
              <w:rPr>
                <w:lang w:val="ru-RU"/>
              </w:rPr>
            </w:pPr>
          </w:p>
        </w:tc>
      </w:tr>
      <w:tr w:rsidR="006F7457" w:rsidRPr="00A31F1A">
        <w:tc>
          <w:tcPr>
            <w:tcW w:w="2880" w:type="dxa"/>
          </w:tcPr>
          <w:p w:rsidR="006F7457" w:rsidRDefault="00332DB8">
            <w:r>
              <w:t>497.</w:t>
            </w:r>
          </w:p>
        </w:tc>
        <w:tc>
          <w:tcPr>
            <w:tcW w:w="2880" w:type="dxa"/>
          </w:tcPr>
          <w:p w:rsidR="006F7457" w:rsidRPr="00332DB8" w:rsidRDefault="00332DB8">
            <w:pPr>
              <w:rPr>
                <w:lang w:val="ru-RU"/>
              </w:rPr>
            </w:pPr>
            <w:r w:rsidRPr="00332DB8">
              <w:rPr>
                <w:lang w:val="ru-RU"/>
              </w:rPr>
              <w:t>«Общественно-политическая газета «Русский Вестник» № 11 (743) 2008 (решение Приморского районного суда Санкт-Петербурга от 27.11.2009).</w:t>
            </w:r>
          </w:p>
        </w:tc>
        <w:tc>
          <w:tcPr>
            <w:tcW w:w="2880" w:type="dxa"/>
          </w:tcPr>
          <w:p w:rsidR="006F7457" w:rsidRPr="00332DB8" w:rsidRDefault="006F7457">
            <w:pPr>
              <w:rPr>
                <w:lang w:val="ru-RU"/>
              </w:rPr>
            </w:pPr>
          </w:p>
        </w:tc>
      </w:tr>
      <w:tr w:rsidR="006F7457" w:rsidRPr="00A31F1A">
        <w:tc>
          <w:tcPr>
            <w:tcW w:w="2880" w:type="dxa"/>
          </w:tcPr>
          <w:p w:rsidR="006F7457" w:rsidRDefault="00332DB8">
            <w:r>
              <w:t>498.</w:t>
            </w:r>
          </w:p>
        </w:tc>
        <w:tc>
          <w:tcPr>
            <w:tcW w:w="2880" w:type="dxa"/>
          </w:tcPr>
          <w:p w:rsidR="006F7457" w:rsidRPr="00332DB8" w:rsidRDefault="00332DB8">
            <w:pPr>
              <w:rPr>
                <w:lang w:val="ru-RU"/>
              </w:rPr>
            </w:pPr>
            <w:r w:rsidRPr="00332DB8">
              <w:rPr>
                <w:lang w:val="ru-RU"/>
              </w:rPr>
              <w:t>«Общественно-политическая газета «Русский Вестник» № 12 (744) 2008 (решение Приморского районного суда Санкт-Петербурга от 27.11.2009).</w:t>
            </w:r>
          </w:p>
        </w:tc>
        <w:tc>
          <w:tcPr>
            <w:tcW w:w="2880" w:type="dxa"/>
          </w:tcPr>
          <w:p w:rsidR="006F7457" w:rsidRPr="00332DB8" w:rsidRDefault="006F7457">
            <w:pPr>
              <w:rPr>
                <w:lang w:val="ru-RU"/>
              </w:rPr>
            </w:pPr>
          </w:p>
        </w:tc>
      </w:tr>
      <w:tr w:rsidR="006F7457" w:rsidRPr="00A31F1A">
        <w:tc>
          <w:tcPr>
            <w:tcW w:w="2880" w:type="dxa"/>
          </w:tcPr>
          <w:p w:rsidR="006F7457" w:rsidRDefault="00332DB8">
            <w:r>
              <w:t>499.</w:t>
            </w:r>
          </w:p>
        </w:tc>
        <w:tc>
          <w:tcPr>
            <w:tcW w:w="2880" w:type="dxa"/>
          </w:tcPr>
          <w:p w:rsidR="006F7457" w:rsidRPr="00332DB8" w:rsidRDefault="00332DB8">
            <w:pPr>
              <w:rPr>
                <w:lang w:val="ru-RU"/>
              </w:rPr>
            </w:pPr>
            <w:r w:rsidRPr="00332DB8">
              <w:rPr>
                <w:lang w:val="ru-RU"/>
              </w:rPr>
              <w:t>«Общественно-политическая газета «Русский Вестник» № 13 (745) 2008 (решение Приморского районного суда Санкт-Петербурга от 27.11.2009).</w:t>
            </w:r>
          </w:p>
        </w:tc>
        <w:tc>
          <w:tcPr>
            <w:tcW w:w="2880" w:type="dxa"/>
          </w:tcPr>
          <w:p w:rsidR="006F7457" w:rsidRPr="00332DB8" w:rsidRDefault="006F7457">
            <w:pPr>
              <w:rPr>
                <w:lang w:val="ru-RU"/>
              </w:rPr>
            </w:pPr>
          </w:p>
        </w:tc>
      </w:tr>
      <w:tr w:rsidR="006F7457" w:rsidRPr="00A31F1A">
        <w:tc>
          <w:tcPr>
            <w:tcW w:w="2880" w:type="dxa"/>
          </w:tcPr>
          <w:p w:rsidR="006F7457" w:rsidRDefault="00332DB8">
            <w:r>
              <w:t>500.</w:t>
            </w:r>
          </w:p>
        </w:tc>
        <w:tc>
          <w:tcPr>
            <w:tcW w:w="2880" w:type="dxa"/>
          </w:tcPr>
          <w:p w:rsidR="006F7457" w:rsidRPr="00332DB8" w:rsidRDefault="00332DB8">
            <w:pPr>
              <w:rPr>
                <w:lang w:val="ru-RU"/>
              </w:rPr>
            </w:pPr>
            <w:r w:rsidRPr="00332DB8">
              <w:rPr>
                <w:lang w:val="ru-RU"/>
              </w:rPr>
              <w:t>Еженедельная газета «Русский вестник» специальный выпуск № 16-17 (748-749) 2008 (решение Приморского районного суда Санкт-Петербурга от 27.11.2009).</w:t>
            </w:r>
          </w:p>
        </w:tc>
        <w:tc>
          <w:tcPr>
            <w:tcW w:w="2880" w:type="dxa"/>
          </w:tcPr>
          <w:p w:rsidR="006F7457" w:rsidRPr="00332DB8" w:rsidRDefault="006F7457">
            <w:pPr>
              <w:rPr>
                <w:lang w:val="ru-RU"/>
              </w:rPr>
            </w:pPr>
          </w:p>
        </w:tc>
      </w:tr>
      <w:tr w:rsidR="006F7457" w:rsidRPr="00DD284B">
        <w:tc>
          <w:tcPr>
            <w:tcW w:w="2880" w:type="dxa"/>
          </w:tcPr>
          <w:p w:rsidR="006F7457" w:rsidRDefault="00332DB8">
            <w:r>
              <w:t>501.</w:t>
            </w:r>
          </w:p>
        </w:tc>
        <w:tc>
          <w:tcPr>
            <w:tcW w:w="2880" w:type="dxa"/>
          </w:tcPr>
          <w:p w:rsidR="006F7457" w:rsidRPr="00332DB8" w:rsidRDefault="00332DB8">
            <w:pPr>
              <w:rPr>
                <w:lang w:val="ru-RU"/>
              </w:rPr>
            </w:pPr>
            <w:r w:rsidRPr="00332DB8">
              <w:rPr>
                <w:lang w:val="ru-RU"/>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2880" w:type="dxa"/>
          </w:tcPr>
          <w:p w:rsidR="006F7457" w:rsidRPr="00332DB8" w:rsidRDefault="006F7457">
            <w:pPr>
              <w:rPr>
                <w:lang w:val="ru-RU"/>
              </w:rPr>
            </w:pPr>
          </w:p>
        </w:tc>
      </w:tr>
      <w:tr w:rsidR="006F7457" w:rsidRPr="00DD284B">
        <w:tc>
          <w:tcPr>
            <w:tcW w:w="2880" w:type="dxa"/>
          </w:tcPr>
          <w:p w:rsidR="006F7457" w:rsidRDefault="00332DB8">
            <w:r>
              <w:t>50</w:t>
            </w:r>
            <w:r>
              <w:lastRenderedPageBreak/>
              <w:t>2.</w:t>
            </w:r>
          </w:p>
        </w:tc>
        <w:tc>
          <w:tcPr>
            <w:tcW w:w="2880" w:type="dxa"/>
          </w:tcPr>
          <w:p w:rsidR="006F7457" w:rsidRPr="00332DB8" w:rsidRDefault="00332DB8">
            <w:pPr>
              <w:rPr>
                <w:lang w:val="ru-RU"/>
              </w:rPr>
            </w:pPr>
            <w:r w:rsidRPr="00332DB8">
              <w:rPr>
                <w:lang w:val="ru-RU"/>
              </w:rPr>
              <w:lastRenderedPageBreak/>
              <w:t xml:space="preserve">Журнал «Первый и Последний» № 8 (36) август 2005 (решение Приморского районного суда Санкт-Петербурга </w:t>
            </w:r>
            <w:r w:rsidRPr="00332DB8">
              <w:rPr>
                <w:lang w:val="ru-RU"/>
              </w:rPr>
              <w:lastRenderedPageBreak/>
              <w:t>от 27.11.2009).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503.</w:t>
            </w:r>
          </w:p>
        </w:tc>
        <w:tc>
          <w:tcPr>
            <w:tcW w:w="2880" w:type="dxa"/>
          </w:tcPr>
          <w:p w:rsidR="006F7457" w:rsidRPr="00332DB8" w:rsidRDefault="00332DB8">
            <w:pPr>
              <w:rPr>
                <w:lang w:val="ru-RU"/>
              </w:rPr>
            </w:pPr>
            <w:r w:rsidRPr="00332DB8">
              <w:rPr>
                <w:lang w:val="ru-RU"/>
              </w:rPr>
              <w:t>Журнал «Первый и Последний» № 10 (38) октябрь 2005 (решение Приморского районного суда Санкт-Петербурга от 27.11.2009).</w:t>
            </w:r>
          </w:p>
        </w:tc>
        <w:tc>
          <w:tcPr>
            <w:tcW w:w="2880" w:type="dxa"/>
          </w:tcPr>
          <w:p w:rsidR="006F7457" w:rsidRPr="00332DB8" w:rsidRDefault="006F7457">
            <w:pPr>
              <w:rPr>
                <w:lang w:val="ru-RU"/>
              </w:rPr>
            </w:pPr>
          </w:p>
        </w:tc>
      </w:tr>
      <w:tr w:rsidR="006F7457" w:rsidRPr="00DD284B">
        <w:tc>
          <w:tcPr>
            <w:tcW w:w="2880" w:type="dxa"/>
          </w:tcPr>
          <w:p w:rsidR="006F7457" w:rsidRDefault="00332DB8">
            <w:r>
              <w:t>504.</w:t>
            </w:r>
          </w:p>
        </w:tc>
        <w:tc>
          <w:tcPr>
            <w:tcW w:w="2880" w:type="dxa"/>
          </w:tcPr>
          <w:p w:rsidR="006F7457" w:rsidRPr="00332DB8" w:rsidRDefault="00332DB8">
            <w:pPr>
              <w:rPr>
                <w:lang w:val="ru-RU"/>
              </w:rPr>
            </w:pPr>
            <w:r w:rsidRPr="00332DB8">
              <w:rPr>
                <w:lang w:val="ru-RU"/>
              </w:rPr>
              <w:t>Журнал «Первый и Последний» № 1 (41) январь 2006 (решение Приморского районного суда Санкт-Петербурга от 27.11.2009).</w:t>
            </w:r>
          </w:p>
        </w:tc>
        <w:tc>
          <w:tcPr>
            <w:tcW w:w="2880" w:type="dxa"/>
          </w:tcPr>
          <w:p w:rsidR="006F7457" w:rsidRPr="00332DB8" w:rsidRDefault="006F7457">
            <w:pPr>
              <w:rPr>
                <w:lang w:val="ru-RU"/>
              </w:rPr>
            </w:pPr>
          </w:p>
        </w:tc>
      </w:tr>
      <w:tr w:rsidR="006F7457" w:rsidRPr="00DD284B">
        <w:tc>
          <w:tcPr>
            <w:tcW w:w="2880" w:type="dxa"/>
          </w:tcPr>
          <w:p w:rsidR="006F7457" w:rsidRDefault="00332DB8">
            <w:r>
              <w:t>505.</w:t>
            </w:r>
          </w:p>
        </w:tc>
        <w:tc>
          <w:tcPr>
            <w:tcW w:w="2880" w:type="dxa"/>
          </w:tcPr>
          <w:p w:rsidR="006F7457" w:rsidRPr="00332DB8" w:rsidRDefault="00332DB8">
            <w:pPr>
              <w:rPr>
                <w:lang w:val="ru-RU"/>
              </w:rPr>
            </w:pPr>
            <w:r w:rsidRPr="00332DB8">
              <w:rPr>
                <w:lang w:val="ru-RU"/>
              </w:rPr>
              <w:t>Журнал «Первый и Последний» № 2 2006 (решение Приморского районного суда Санкт-Петербурга от 27.11.2009).</w:t>
            </w:r>
          </w:p>
        </w:tc>
        <w:tc>
          <w:tcPr>
            <w:tcW w:w="2880" w:type="dxa"/>
          </w:tcPr>
          <w:p w:rsidR="006F7457" w:rsidRPr="00332DB8" w:rsidRDefault="006F7457">
            <w:pPr>
              <w:rPr>
                <w:lang w:val="ru-RU"/>
              </w:rPr>
            </w:pPr>
          </w:p>
        </w:tc>
      </w:tr>
      <w:tr w:rsidR="006F7457" w:rsidRPr="00DD284B">
        <w:tc>
          <w:tcPr>
            <w:tcW w:w="2880" w:type="dxa"/>
          </w:tcPr>
          <w:p w:rsidR="006F7457" w:rsidRDefault="00332DB8">
            <w:r>
              <w:t>506.</w:t>
            </w:r>
          </w:p>
        </w:tc>
        <w:tc>
          <w:tcPr>
            <w:tcW w:w="2880" w:type="dxa"/>
          </w:tcPr>
          <w:p w:rsidR="006F7457" w:rsidRPr="00332DB8" w:rsidRDefault="00332DB8">
            <w:pPr>
              <w:rPr>
                <w:lang w:val="ru-RU"/>
              </w:rPr>
            </w:pPr>
            <w:r w:rsidRPr="00332DB8">
              <w:rPr>
                <w:lang w:val="ru-RU"/>
              </w:rPr>
              <w:t>Журнал «Первый и Последний» № 3 2006 (решение Приморского районного суда Санкт-Петербурга от 27.11.2009).</w:t>
            </w:r>
          </w:p>
        </w:tc>
        <w:tc>
          <w:tcPr>
            <w:tcW w:w="2880" w:type="dxa"/>
          </w:tcPr>
          <w:p w:rsidR="006F7457" w:rsidRPr="00332DB8" w:rsidRDefault="006F7457">
            <w:pPr>
              <w:rPr>
                <w:lang w:val="ru-RU"/>
              </w:rPr>
            </w:pPr>
          </w:p>
        </w:tc>
      </w:tr>
      <w:tr w:rsidR="006F7457" w:rsidRPr="00DD284B">
        <w:tc>
          <w:tcPr>
            <w:tcW w:w="2880" w:type="dxa"/>
          </w:tcPr>
          <w:p w:rsidR="006F7457" w:rsidRDefault="00332DB8">
            <w:r>
              <w:t>507.</w:t>
            </w:r>
          </w:p>
        </w:tc>
        <w:tc>
          <w:tcPr>
            <w:tcW w:w="2880" w:type="dxa"/>
          </w:tcPr>
          <w:p w:rsidR="006F7457" w:rsidRPr="00332DB8" w:rsidRDefault="00332DB8">
            <w:pPr>
              <w:rPr>
                <w:lang w:val="ru-RU"/>
              </w:rPr>
            </w:pPr>
            <w:r w:rsidRPr="00332DB8">
              <w:rPr>
                <w:lang w:val="ru-RU"/>
              </w:rPr>
              <w:t>Журнал «Первый и Последний» № 5 2006 (решение Приморского районного суда Санкт-Петербурга от 27.11.2009).</w:t>
            </w:r>
          </w:p>
        </w:tc>
        <w:tc>
          <w:tcPr>
            <w:tcW w:w="2880" w:type="dxa"/>
          </w:tcPr>
          <w:p w:rsidR="006F7457" w:rsidRPr="00332DB8" w:rsidRDefault="006F7457">
            <w:pPr>
              <w:rPr>
                <w:lang w:val="ru-RU"/>
              </w:rPr>
            </w:pPr>
          </w:p>
        </w:tc>
      </w:tr>
      <w:tr w:rsidR="006F7457" w:rsidRPr="00DD284B">
        <w:tc>
          <w:tcPr>
            <w:tcW w:w="2880" w:type="dxa"/>
          </w:tcPr>
          <w:p w:rsidR="006F7457" w:rsidRDefault="00332DB8">
            <w:r>
              <w:t>508.</w:t>
            </w:r>
          </w:p>
        </w:tc>
        <w:tc>
          <w:tcPr>
            <w:tcW w:w="2880" w:type="dxa"/>
          </w:tcPr>
          <w:p w:rsidR="006F7457" w:rsidRPr="00332DB8" w:rsidRDefault="00332DB8">
            <w:pPr>
              <w:rPr>
                <w:lang w:val="ru-RU"/>
              </w:rPr>
            </w:pPr>
            <w:r w:rsidRPr="00332DB8">
              <w:rPr>
                <w:lang w:val="ru-RU"/>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2880" w:type="dxa"/>
          </w:tcPr>
          <w:p w:rsidR="006F7457" w:rsidRPr="00332DB8" w:rsidRDefault="006F7457">
            <w:pPr>
              <w:rPr>
                <w:lang w:val="ru-RU"/>
              </w:rPr>
            </w:pPr>
          </w:p>
        </w:tc>
      </w:tr>
      <w:tr w:rsidR="006F7457" w:rsidRPr="00DD284B">
        <w:tc>
          <w:tcPr>
            <w:tcW w:w="2880" w:type="dxa"/>
          </w:tcPr>
          <w:p w:rsidR="006F7457" w:rsidRDefault="00332DB8">
            <w:r>
              <w:t>50</w:t>
            </w:r>
            <w:r>
              <w:lastRenderedPageBreak/>
              <w:t>9.</w:t>
            </w:r>
          </w:p>
        </w:tc>
        <w:tc>
          <w:tcPr>
            <w:tcW w:w="2880" w:type="dxa"/>
          </w:tcPr>
          <w:p w:rsidR="006F7457" w:rsidRPr="00332DB8" w:rsidRDefault="00332DB8">
            <w:pPr>
              <w:rPr>
                <w:lang w:val="ru-RU"/>
              </w:rPr>
            </w:pPr>
            <w:r w:rsidRPr="00332DB8">
              <w:rPr>
                <w:lang w:val="ru-RU"/>
              </w:rPr>
              <w:lastRenderedPageBreak/>
              <w:t>Экземпляр листовки, имеющий заглавие «</w:t>
            </w:r>
            <w:r>
              <w:t>Terrormashine</w:t>
            </w:r>
            <w:r w:rsidRPr="00332DB8">
              <w:rPr>
                <w:lang w:val="ru-RU"/>
              </w:rPr>
              <w:t xml:space="preserve">» и подзаголовок «Что ты сделал для победы?» с подписью «Смотрящий. Боевая группа Адольфа Гитлера – Сомват 18» (решение Вологодского городского суда </w:t>
            </w:r>
            <w:r w:rsidRPr="00332DB8">
              <w:rPr>
                <w:lang w:val="ru-RU"/>
              </w:rPr>
              <w:lastRenderedPageBreak/>
              <w:t>Вологодской области от 24.12.2009).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510.</w:t>
            </w:r>
          </w:p>
        </w:tc>
        <w:tc>
          <w:tcPr>
            <w:tcW w:w="2880" w:type="dxa"/>
          </w:tcPr>
          <w:p w:rsidR="006F7457" w:rsidRPr="00332DB8" w:rsidRDefault="00332DB8">
            <w:pPr>
              <w:rPr>
                <w:lang w:val="ru-RU"/>
              </w:rPr>
            </w:pPr>
            <w:r w:rsidRPr="00332DB8">
              <w:rPr>
                <w:lang w:val="ru-RU"/>
              </w:rPr>
              <w:t xml:space="preserve">Книга «Чему на самом деле учит Библия?» </w:t>
            </w:r>
            <w:r>
              <w:t>Изд.Watch tower Bible and Tract Society of New York, Inc. Brooklyn</w:t>
            </w:r>
            <w:r w:rsidRPr="00332DB8">
              <w:rPr>
                <w:lang w:val="ru-RU"/>
              </w:rPr>
              <w:t xml:space="preserve">, </w:t>
            </w:r>
            <w:r>
              <w:t>New</w:t>
            </w:r>
            <w:r w:rsidRPr="00332DB8">
              <w:rPr>
                <w:lang w:val="ru-RU"/>
              </w:rPr>
              <w:t xml:space="preserve"> </w:t>
            </w:r>
            <w:r>
              <w:t>York</w:t>
            </w:r>
            <w:r w:rsidRPr="00332DB8">
              <w:rPr>
                <w:lang w:val="ru-RU"/>
              </w:rPr>
              <w:t xml:space="preserve">, </w:t>
            </w:r>
            <w:r>
              <w:t>U</w:t>
            </w:r>
            <w:r w:rsidRPr="00332DB8">
              <w:rPr>
                <w:lang w:val="ru-RU"/>
              </w:rPr>
              <w:t>.</w:t>
            </w:r>
            <w:r>
              <w:t>S</w:t>
            </w:r>
            <w:r w:rsidRPr="00332DB8">
              <w:rPr>
                <w:lang w:val="ru-RU"/>
              </w:rPr>
              <w:t>.</w:t>
            </w:r>
            <w:r>
              <w:t>A</w:t>
            </w:r>
            <w:r w:rsidRPr="00332DB8">
              <w:rPr>
                <w:lang w:val="ru-RU"/>
              </w:rPr>
              <w:t>.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511.</w:t>
            </w:r>
          </w:p>
        </w:tc>
        <w:tc>
          <w:tcPr>
            <w:tcW w:w="2880" w:type="dxa"/>
          </w:tcPr>
          <w:p w:rsidR="006F7457" w:rsidRPr="00332DB8" w:rsidRDefault="00332DB8">
            <w:pPr>
              <w:rPr>
                <w:lang w:val="ru-RU"/>
              </w:rPr>
            </w:pPr>
            <w:r w:rsidRPr="00332DB8">
              <w:rPr>
                <w:lang w:val="ru-RU"/>
              </w:rPr>
              <w:t xml:space="preserve">Книга «Познание, ведущее к вечной жизни» изд.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New</w:t>
            </w:r>
            <w:r w:rsidRPr="00332DB8">
              <w:rPr>
                <w:lang w:val="ru-RU"/>
              </w:rPr>
              <w:t xml:space="preserve"> </w:t>
            </w:r>
            <w:r>
              <w:t>York</w:t>
            </w:r>
            <w:r w:rsidRPr="00332DB8">
              <w:rPr>
                <w:lang w:val="ru-RU"/>
              </w:rPr>
              <w:t xml:space="preserve">, </w:t>
            </w:r>
            <w:r>
              <w:t>Inc</w:t>
            </w:r>
            <w:r w:rsidRPr="00332DB8">
              <w:rPr>
                <w:lang w:val="ru-RU"/>
              </w:rPr>
              <w:t xml:space="preserve"> </w:t>
            </w:r>
            <w:r>
              <w:t>International</w:t>
            </w:r>
            <w:r w:rsidRPr="00332DB8">
              <w:rPr>
                <w:lang w:val="ru-RU"/>
              </w:rPr>
              <w:t xml:space="preserve"> </w:t>
            </w:r>
            <w:r>
              <w:t>Bible</w:t>
            </w:r>
            <w:r w:rsidRPr="00332DB8">
              <w:rPr>
                <w:lang w:val="ru-RU"/>
              </w:rPr>
              <w:t xml:space="preserve"> </w:t>
            </w:r>
            <w:r>
              <w:t>Students</w:t>
            </w:r>
            <w:r w:rsidRPr="00332DB8">
              <w:rPr>
                <w:lang w:val="ru-RU"/>
              </w:rPr>
              <w:t xml:space="preserve"> </w:t>
            </w:r>
            <w:r>
              <w:t>Association</w:t>
            </w:r>
            <w:r w:rsidRPr="00332DB8">
              <w:rPr>
                <w:lang w:val="ru-RU"/>
              </w:rPr>
              <w:t xml:space="preserve"> </w:t>
            </w:r>
            <w:r>
              <w:t>Brooklyn</w:t>
            </w:r>
            <w:r w:rsidRPr="00332DB8">
              <w:rPr>
                <w:lang w:val="ru-RU"/>
              </w:rPr>
              <w:t xml:space="preserve">, </w:t>
            </w:r>
            <w:r>
              <w:t>New</w:t>
            </w:r>
            <w:r w:rsidRPr="00332DB8">
              <w:rPr>
                <w:lang w:val="ru-RU"/>
              </w:rPr>
              <w:t xml:space="preserve"> </w:t>
            </w:r>
            <w:r>
              <w:t>York</w:t>
            </w:r>
            <w:r w:rsidRPr="00332DB8">
              <w:rPr>
                <w:lang w:val="ru-RU"/>
              </w:rPr>
              <w:t xml:space="preserve">, </w:t>
            </w:r>
            <w:r>
              <w:t>U</w:t>
            </w:r>
            <w:r w:rsidRPr="00332DB8">
              <w:rPr>
                <w:lang w:val="ru-RU"/>
              </w:rPr>
              <w:t>.</w:t>
            </w:r>
            <w:r>
              <w:t>S</w:t>
            </w:r>
            <w:r w:rsidRPr="00332DB8">
              <w:rPr>
                <w:lang w:val="ru-RU"/>
              </w:rPr>
              <w:t>.</w:t>
            </w:r>
            <w:r>
              <w:t>A</w:t>
            </w:r>
            <w:r w:rsidRPr="00332DB8">
              <w:rPr>
                <w:lang w:val="ru-RU"/>
              </w:rPr>
              <w:t>.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512.</w:t>
            </w:r>
          </w:p>
        </w:tc>
        <w:tc>
          <w:tcPr>
            <w:tcW w:w="2880" w:type="dxa"/>
          </w:tcPr>
          <w:p w:rsidR="006F7457" w:rsidRPr="00332DB8" w:rsidRDefault="00332DB8">
            <w:pPr>
              <w:rPr>
                <w:lang w:val="ru-RU"/>
              </w:rPr>
            </w:pPr>
            <w:r w:rsidRPr="00332DB8">
              <w:rPr>
                <w:lang w:val="ru-RU"/>
              </w:rPr>
              <w:t xml:space="preserve">Книга «Откровение его грандиозный апогей близок!» изд.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New</w:t>
            </w:r>
            <w:r w:rsidRPr="00332DB8">
              <w:rPr>
                <w:lang w:val="ru-RU"/>
              </w:rPr>
              <w:t xml:space="preserve"> </w:t>
            </w:r>
            <w:r>
              <w:t>York</w:t>
            </w:r>
            <w:r w:rsidRPr="00332DB8">
              <w:rPr>
                <w:lang w:val="ru-RU"/>
              </w:rPr>
              <w:t xml:space="preserve">, </w:t>
            </w:r>
            <w:r>
              <w:t>Inc</w:t>
            </w:r>
            <w:r w:rsidRPr="00332DB8">
              <w:rPr>
                <w:lang w:val="ru-RU"/>
              </w:rPr>
              <w:t xml:space="preserve"> </w:t>
            </w:r>
            <w:r>
              <w:t>International</w:t>
            </w:r>
            <w:r w:rsidRPr="00332DB8">
              <w:rPr>
                <w:lang w:val="ru-RU"/>
              </w:rPr>
              <w:t xml:space="preserve"> </w:t>
            </w:r>
            <w:r>
              <w:t>Bible</w:t>
            </w:r>
            <w:r w:rsidRPr="00332DB8">
              <w:rPr>
                <w:lang w:val="ru-RU"/>
              </w:rPr>
              <w:t xml:space="preserve"> </w:t>
            </w:r>
            <w:r>
              <w:t>Students</w:t>
            </w:r>
            <w:r w:rsidRPr="00332DB8">
              <w:rPr>
                <w:lang w:val="ru-RU"/>
              </w:rPr>
              <w:t xml:space="preserve"> </w:t>
            </w:r>
            <w:r>
              <w:t>Association</w:t>
            </w:r>
            <w:r w:rsidRPr="00332DB8">
              <w:rPr>
                <w:lang w:val="ru-RU"/>
              </w:rPr>
              <w:t xml:space="preserve"> </w:t>
            </w:r>
            <w:r>
              <w:t>Brooklyn</w:t>
            </w:r>
            <w:r w:rsidRPr="00332DB8">
              <w:rPr>
                <w:lang w:val="ru-RU"/>
              </w:rPr>
              <w:t xml:space="preserve">, </w:t>
            </w:r>
            <w:r>
              <w:t>New</w:t>
            </w:r>
            <w:r w:rsidRPr="00332DB8">
              <w:rPr>
                <w:lang w:val="ru-RU"/>
              </w:rPr>
              <w:t xml:space="preserve"> </w:t>
            </w:r>
            <w:r>
              <w:t>York</w:t>
            </w:r>
            <w:r w:rsidRPr="00332DB8">
              <w:rPr>
                <w:lang w:val="ru-RU"/>
              </w:rPr>
              <w:t xml:space="preserve">, </w:t>
            </w:r>
            <w:r>
              <w:t>U</w:t>
            </w:r>
            <w:r w:rsidRPr="00332DB8">
              <w:rPr>
                <w:lang w:val="ru-RU"/>
              </w:rPr>
              <w:t>.</w:t>
            </w:r>
            <w:r>
              <w:t>S</w:t>
            </w:r>
            <w:r w:rsidRPr="00332DB8">
              <w:rPr>
                <w:lang w:val="ru-RU"/>
              </w:rPr>
              <w:t>.</w:t>
            </w:r>
            <w:r>
              <w:t>A</w:t>
            </w:r>
            <w:r w:rsidRPr="00332DB8">
              <w:rPr>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513.</w:t>
            </w:r>
          </w:p>
        </w:tc>
        <w:tc>
          <w:tcPr>
            <w:tcW w:w="2880" w:type="dxa"/>
          </w:tcPr>
          <w:p w:rsidR="006F7457" w:rsidRPr="00332DB8" w:rsidRDefault="00332DB8">
            <w:pPr>
              <w:rPr>
                <w:lang w:val="ru-RU"/>
              </w:rPr>
            </w:pPr>
            <w:r w:rsidRPr="00332DB8">
              <w:rPr>
                <w:lang w:val="ru-RU"/>
              </w:rPr>
              <w:t>Книга «Поклоняйтесь единственному истинному Богу» изд.</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514.</w:t>
            </w:r>
          </w:p>
        </w:tc>
        <w:tc>
          <w:tcPr>
            <w:tcW w:w="2880" w:type="dxa"/>
          </w:tcPr>
          <w:p w:rsidR="006F7457" w:rsidRPr="00332DB8" w:rsidRDefault="00332DB8">
            <w:pPr>
              <w:rPr>
                <w:lang w:val="ru-RU"/>
              </w:rPr>
            </w:pPr>
            <w:r w:rsidRPr="00332DB8">
              <w:rPr>
                <w:lang w:val="ru-RU"/>
              </w:rPr>
              <w:t>Книга «Вопросы молодежи. Практические советы» изд.</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515.</w:t>
            </w:r>
          </w:p>
        </w:tc>
        <w:tc>
          <w:tcPr>
            <w:tcW w:w="2880" w:type="dxa"/>
          </w:tcPr>
          <w:p w:rsidR="006F7457" w:rsidRPr="00332DB8" w:rsidRDefault="00332DB8">
            <w:pPr>
              <w:rPr>
                <w:lang w:val="ru-RU"/>
              </w:rPr>
            </w:pPr>
            <w:r w:rsidRPr="00332DB8">
              <w:rPr>
                <w:lang w:val="ru-RU"/>
              </w:rPr>
              <w:t>Книга «Человечество в поисках Бога» изд.</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516.</w:t>
            </w:r>
          </w:p>
        </w:tc>
        <w:tc>
          <w:tcPr>
            <w:tcW w:w="2880" w:type="dxa"/>
          </w:tcPr>
          <w:p w:rsidR="006F7457" w:rsidRPr="00332DB8" w:rsidRDefault="00332DB8">
            <w:pPr>
              <w:rPr>
                <w:lang w:val="ru-RU"/>
              </w:rPr>
            </w:pPr>
            <w:r w:rsidRPr="00332DB8">
              <w:rPr>
                <w:lang w:val="ru-RU"/>
              </w:rPr>
              <w:t>Книга «Приближайся к Иегове» изд.</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517.</w:t>
            </w:r>
          </w:p>
        </w:tc>
        <w:tc>
          <w:tcPr>
            <w:tcW w:w="2880" w:type="dxa"/>
          </w:tcPr>
          <w:p w:rsidR="006F7457" w:rsidRPr="00332DB8" w:rsidRDefault="00332DB8">
            <w:pPr>
              <w:rPr>
                <w:lang w:val="ru-RU"/>
              </w:rPr>
            </w:pPr>
            <w:r w:rsidRPr="00332DB8">
              <w:rPr>
                <w:lang w:val="ru-RU"/>
              </w:rPr>
              <w:t>Книга «Приходи и следуй за мной» изд.</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518.</w:t>
            </w:r>
          </w:p>
        </w:tc>
        <w:tc>
          <w:tcPr>
            <w:tcW w:w="2880" w:type="dxa"/>
          </w:tcPr>
          <w:p w:rsidR="006F7457" w:rsidRPr="00332DB8" w:rsidRDefault="00332DB8">
            <w:pPr>
              <w:rPr>
                <w:lang w:val="ru-RU"/>
              </w:rPr>
            </w:pPr>
            <w:r w:rsidRPr="00332DB8">
              <w:rPr>
                <w:lang w:val="ru-RU"/>
              </w:rPr>
              <w:t>Книга «Моя книга библейских рассказов» изд.</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Soviety</w:t>
            </w:r>
            <w:r w:rsidRPr="00332DB8">
              <w:rPr>
                <w:lang w:val="ru-RU"/>
              </w:rPr>
              <w:t xml:space="preserve"> </w:t>
            </w:r>
            <w:r>
              <w:t>of</w:t>
            </w:r>
            <w:r w:rsidRPr="00332DB8">
              <w:rPr>
                <w:lang w:val="ru-RU"/>
              </w:rPr>
              <w:t xml:space="preserve"> </w:t>
            </w:r>
            <w:r>
              <w:t>Pennsylvania</w:t>
            </w:r>
            <w:r w:rsidRPr="00332DB8">
              <w:rPr>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519.</w:t>
            </w:r>
          </w:p>
        </w:tc>
        <w:tc>
          <w:tcPr>
            <w:tcW w:w="2880" w:type="dxa"/>
          </w:tcPr>
          <w:p w:rsidR="006F7457" w:rsidRPr="00332DB8" w:rsidRDefault="00332DB8">
            <w:pPr>
              <w:rPr>
                <w:lang w:val="ru-RU"/>
              </w:rPr>
            </w:pPr>
            <w:r w:rsidRPr="00332DB8">
              <w:rPr>
                <w:lang w:val="ru-RU"/>
              </w:rPr>
              <w:t xml:space="preserve">Книга «Жизнь - как она возникла? Путем эволюции или путем сотворения?» изд.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520.</w:t>
            </w:r>
          </w:p>
        </w:tc>
        <w:tc>
          <w:tcPr>
            <w:tcW w:w="2880" w:type="dxa"/>
          </w:tcPr>
          <w:p w:rsidR="006F7457" w:rsidRPr="00332DB8" w:rsidRDefault="00332DB8">
            <w:pPr>
              <w:rPr>
                <w:lang w:val="ru-RU"/>
              </w:rPr>
            </w:pPr>
            <w:r w:rsidRPr="00332DB8">
              <w:rPr>
                <w:lang w:val="ru-RU"/>
              </w:rPr>
              <w:t>Книга «Внимайте пророчеству Даниила» изд.</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521.</w:t>
            </w:r>
          </w:p>
        </w:tc>
        <w:tc>
          <w:tcPr>
            <w:tcW w:w="2880" w:type="dxa"/>
          </w:tcPr>
          <w:p w:rsidR="006F7457" w:rsidRPr="00332DB8" w:rsidRDefault="00332DB8">
            <w:pPr>
              <w:rPr>
                <w:lang w:val="ru-RU"/>
              </w:rPr>
            </w:pPr>
            <w:r w:rsidRPr="00332DB8">
              <w:rPr>
                <w:lang w:val="ru-RU"/>
              </w:rPr>
              <w:t xml:space="preserve">Брошюра «Следует ли верить в Троицу?» «Является ли Иисус Христос Всемогущим Богом?» изд.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New</w:t>
            </w:r>
            <w:r w:rsidRPr="00332DB8">
              <w:rPr>
                <w:lang w:val="ru-RU"/>
              </w:rPr>
              <w:t xml:space="preserve"> </w:t>
            </w:r>
            <w:r>
              <w:t>York</w:t>
            </w:r>
            <w:r w:rsidRPr="00332DB8">
              <w:rPr>
                <w:lang w:val="ru-RU"/>
              </w:rPr>
              <w:t xml:space="preserve">, </w:t>
            </w:r>
            <w:r>
              <w:t>Inc</w:t>
            </w:r>
            <w:r w:rsidRPr="00332DB8">
              <w:rPr>
                <w:lang w:val="ru-RU"/>
              </w:rPr>
              <w:t xml:space="preserve">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522.</w:t>
            </w:r>
          </w:p>
        </w:tc>
        <w:tc>
          <w:tcPr>
            <w:tcW w:w="2880" w:type="dxa"/>
          </w:tcPr>
          <w:p w:rsidR="006F7457" w:rsidRPr="00332DB8" w:rsidRDefault="00332DB8">
            <w:pPr>
              <w:rPr>
                <w:lang w:val="ru-RU"/>
              </w:rPr>
            </w:pPr>
            <w:r w:rsidRPr="00332DB8">
              <w:rPr>
                <w:lang w:val="ru-RU"/>
              </w:rPr>
              <w:t>Брошюра «Ты можешь быть другом Бога!» изд.</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New</w:t>
            </w:r>
            <w:r w:rsidRPr="00332DB8">
              <w:rPr>
                <w:lang w:val="ru-RU"/>
              </w:rPr>
              <w:t xml:space="preserve"> </w:t>
            </w:r>
            <w:r>
              <w:t>York</w:t>
            </w:r>
            <w:r w:rsidRPr="00332DB8">
              <w:rPr>
                <w:lang w:val="ru-RU"/>
              </w:rPr>
              <w:t xml:space="preserve">, </w:t>
            </w:r>
            <w:r>
              <w:t>Inc</w:t>
            </w:r>
            <w:r w:rsidRPr="00332DB8">
              <w:rPr>
                <w:lang w:val="ru-RU"/>
              </w:rPr>
              <w:t xml:space="preserve"> </w:t>
            </w:r>
            <w:r>
              <w:t>Brooklyn</w:t>
            </w:r>
            <w:r w:rsidRPr="00332DB8">
              <w:rPr>
                <w:lang w:val="ru-RU"/>
              </w:rPr>
              <w:t xml:space="preserve">, </w:t>
            </w:r>
            <w:r>
              <w:t>New</w:t>
            </w:r>
            <w:r w:rsidRPr="00332DB8">
              <w:rPr>
                <w:lang w:val="ru-RU"/>
              </w:rPr>
              <w:t xml:space="preserve"> </w:t>
            </w:r>
            <w:r>
              <w:t>York</w:t>
            </w:r>
            <w:r w:rsidRPr="00332DB8">
              <w:rPr>
                <w:lang w:val="ru-RU"/>
              </w:rPr>
              <w:t xml:space="preserve">, </w:t>
            </w:r>
            <w:r>
              <w:t>U</w:t>
            </w:r>
            <w:r w:rsidRPr="00332DB8">
              <w:rPr>
                <w:lang w:val="ru-RU"/>
              </w:rPr>
              <w:t>.</w:t>
            </w:r>
            <w:r>
              <w:t>S</w:t>
            </w:r>
            <w:r w:rsidRPr="00332DB8">
              <w:rPr>
                <w:lang w:val="ru-RU"/>
              </w:rPr>
              <w:t>.</w:t>
            </w:r>
            <w:r>
              <w:t>A</w:t>
            </w:r>
            <w:r w:rsidRPr="00332DB8">
              <w:rPr>
                <w:lang w:val="ru-RU"/>
              </w:rPr>
              <w:t xml:space="preserve">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523.</w:t>
            </w:r>
          </w:p>
        </w:tc>
        <w:tc>
          <w:tcPr>
            <w:tcW w:w="2880" w:type="dxa"/>
          </w:tcPr>
          <w:p w:rsidR="006F7457" w:rsidRPr="00332DB8" w:rsidRDefault="00332DB8">
            <w:pPr>
              <w:rPr>
                <w:lang w:val="ru-RU"/>
              </w:rPr>
            </w:pPr>
            <w:r w:rsidRPr="00332DB8">
              <w:rPr>
                <w:lang w:val="ru-RU"/>
              </w:rPr>
              <w:t xml:space="preserve">Брошюра «Свидетели Иеговы кто они? Во что они верят?» изд.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New</w:t>
            </w:r>
            <w:r w:rsidRPr="00332DB8">
              <w:rPr>
                <w:lang w:val="ru-RU"/>
              </w:rPr>
              <w:t xml:space="preserve"> </w:t>
            </w:r>
            <w:r>
              <w:t>York</w:t>
            </w:r>
            <w:r w:rsidRPr="00332DB8">
              <w:rPr>
                <w:lang w:val="ru-RU"/>
              </w:rPr>
              <w:t xml:space="preserve">, </w:t>
            </w:r>
            <w:r>
              <w:t>Inc</w:t>
            </w:r>
            <w:r w:rsidRPr="00332DB8">
              <w:rPr>
                <w:lang w:val="ru-RU"/>
              </w:rPr>
              <w:t xml:space="preserve"> </w:t>
            </w:r>
            <w:r>
              <w:t>International</w:t>
            </w:r>
            <w:r w:rsidRPr="00332DB8">
              <w:rPr>
                <w:lang w:val="ru-RU"/>
              </w:rPr>
              <w:t xml:space="preserve"> </w:t>
            </w:r>
            <w:r>
              <w:t>Bible</w:t>
            </w:r>
            <w:r w:rsidRPr="00332DB8">
              <w:rPr>
                <w:lang w:val="ru-RU"/>
              </w:rPr>
              <w:t xml:space="preserve"> </w:t>
            </w:r>
            <w:r>
              <w:t>Students</w:t>
            </w:r>
            <w:r w:rsidRPr="00332DB8">
              <w:rPr>
                <w:lang w:val="ru-RU"/>
              </w:rPr>
              <w:t xml:space="preserve"> </w:t>
            </w:r>
            <w:r>
              <w:t>Association</w:t>
            </w:r>
            <w:r w:rsidRPr="00332DB8">
              <w:rPr>
                <w:lang w:val="ru-RU"/>
              </w:rPr>
              <w:t xml:space="preserve"> </w:t>
            </w:r>
            <w:r>
              <w:t>Brooklyn</w:t>
            </w:r>
            <w:r w:rsidRPr="00332DB8">
              <w:rPr>
                <w:lang w:val="ru-RU"/>
              </w:rPr>
              <w:t xml:space="preserve">, </w:t>
            </w:r>
            <w:r>
              <w:t>New</w:t>
            </w:r>
            <w:r w:rsidRPr="00332DB8">
              <w:rPr>
                <w:lang w:val="ru-RU"/>
              </w:rPr>
              <w:t xml:space="preserve"> </w:t>
            </w:r>
            <w:r>
              <w:t>York</w:t>
            </w:r>
            <w:r w:rsidRPr="00332DB8">
              <w:rPr>
                <w:lang w:val="ru-RU"/>
              </w:rPr>
              <w:t xml:space="preserve">, </w:t>
            </w:r>
            <w:r>
              <w:t>U</w:t>
            </w:r>
            <w:r w:rsidRPr="00332DB8">
              <w:rPr>
                <w:lang w:val="ru-RU"/>
              </w:rPr>
              <w:t>.</w:t>
            </w:r>
            <w:r>
              <w:t>S</w:t>
            </w:r>
            <w:r w:rsidRPr="00332DB8">
              <w:rPr>
                <w:lang w:val="ru-RU"/>
              </w:rPr>
              <w:t>.</w:t>
            </w:r>
            <w:r>
              <w:t>A</w:t>
            </w:r>
            <w:r w:rsidRPr="00332DB8">
              <w:rPr>
                <w:lang w:val="ru-RU"/>
              </w:rPr>
              <w:t xml:space="preserve">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524.</w:t>
            </w:r>
          </w:p>
        </w:tc>
        <w:tc>
          <w:tcPr>
            <w:tcW w:w="2880" w:type="dxa"/>
          </w:tcPr>
          <w:p w:rsidR="006F7457" w:rsidRPr="00332DB8" w:rsidRDefault="00332DB8">
            <w:pPr>
              <w:rPr>
                <w:lang w:val="ru-RU"/>
              </w:rPr>
            </w:pPr>
            <w:r w:rsidRPr="00332DB8">
              <w:rPr>
                <w:lang w:val="ru-RU"/>
              </w:rPr>
              <w:t>Брошюра «Конец ложной религии близок!» изд.</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525.</w:t>
            </w:r>
          </w:p>
        </w:tc>
        <w:tc>
          <w:tcPr>
            <w:tcW w:w="2880" w:type="dxa"/>
          </w:tcPr>
          <w:p w:rsidR="006F7457" w:rsidRPr="00332DB8" w:rsidRDefault="00332DB8">
            <w:pPr>
              <w:rPr>
                <w:lang w:val="ru-RU"/>
              </w:rPr>
            </w:pPr>
            <w:r w:rsidRPr="00332DB8">
              <w:rPr>
                <w:lang w:val="ru-RU"/>
              </w:rPr>
              <w:t xml:space="preserve">Брошюра «Как может кровь спасти твою жизнь?» изд.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526.</w:t>
            </w:r>
          </w:p>
        </w:tc>
        <w:tc>
          <w:tcPr>
            <w:tcW w:w="2880" w:type="dxa"/>
          </w:tcPr>
          <w:p w:rsidR="006F7457" w:rsidRPr="00332DB8" w:rsidRDefault="00332DB8">
            <w:pPr>
              <w:rPr>
                <w:lang w:val="ru-RU"/>
              </w:rPr>
            </w:pPr>
            <w:r w:rsidRPr="00332DB8">
              <w:rPr>
                <w:lang w:val="ru-RU"/>
              </w:rPr>
              <w:t xml:space="preserve">Брошюра «Будет когда -нибудь мир без войны»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New</w:t>
            </w:r>
            <w:r w:rsidRPr="00332DB8">
              <w:rPr>
                <w:lang w:val="ru-RU"/>
              </w:rPr>
              <w:t xml:space="preserve"> </w:t>
            </w:r>
            <w:r>
              <w:t>York</w:t>
            </w:r>
            <w:r w:rsidRPr="00332DB8">
              <w:rPr>
                <w:lang w:val="ru-RU"/>
              </w:rPr>
              <w:t xml:space="preserve">, </w:t>
            </w:r>
            <w:r>
              <w:t>Inc</w:t>
            </w:r>
            <w:r w:rsidRPr="00332DB8">
              <w:rPr>
                <w:lang w:val="ru-RU"/>
              </w:rPr>
              <w:t xml:space="preserve"> </w:t>
            </w:r>
            <w:r>
              <w:t>Brooklyn</w:t>
            </w:r>
            <w:r w:rsidRPr="00332DB8">
              <w:rPr>
                <w:lang w:val="ru-RU"/>
              </w:rPr>
              <w:t xml:space="preserve">, </w:t>
            </w:r>
            <w:r>
              <w:t>New</w:t>
            </w:r>
            <w:r w:rsidRPr="00332DB8">
              <w:rPr>
                <w:lang w:val="ru-RU"/>
              </w:rPr>
              <w:t xml:space="preserve"> </w:t>
            </w:r>
            <w:r>
              <w:t>York</w:t>
            </w:r>
            <w:r w:rsidRPr="00332DB8">
              <w:rPr>
                <w:lang w:val="ru-RU"/>
              </w:rPr>
              <w:t xml:space="preserve">, </w:t>
            </w:r>
            <w:r>
              <w:t>U</w:t>
            </w:r>
            <w:r w:rsidRPr="00332DB8">
              <w:rPr>
                <w:lang w:val="ru-RU"/>
              </w:rPr>
              <w:t>.</w:t>
            </w:r>
            <w:r>
              <w:t>S</w:t>
            </w:r>
            <w:r w:rsidRPr="00332DB8">
              <w:rPr>
                <w:lang w:val="ru-RU"/>
              </w:rPr>
              <w:t>.</w:t>
            </w:r>
            <w:r>
              <w:t>A</w:t>
            </w:r>
            <w:r w:rsidRPr="00332DB8">
              <w:rPr>
                <w:lang w:val="ru-RU"/>
              </w:rPr>
              <w:t>.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527.</w:t>
            </w:r>
          </w:p>
        </w:tc>
        <w:tc>
          <w:tcPr>
            <w:tcW w:w="2880" w:type="dxa"/>
          </w:tcPr>
          <w:p w:rsidR="006F7457" w:rsidRPr="00332DB8" w:rsidRDefault="00332DB8">
            <w:pPr>
              <w:rPr>
                <w:lang w:val="ru-RU"/>
              </w:rPr>
            </w:pPr>
            <w:r w:rsidRPr="00332DB8">
              <w:rPr>
                <w:lang w:val="ru-RU"/>
              </w:rPr>
              <w:t xml:space="preserve">Брошюра «Правительство, которое принесет рай»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New</w:t>
            </w:r>
            <w:r w:rsidRPr="00332DB8">
              <w:rPr>
                <w:lang w:val="ru-RU"/>
              </w:rPr>
              <w:t xml:space="preserve"> </w:t>
            </w:r>
            <w:r>
              <w:t>York</w:t>
            </w:r>
            <w:r w:rsidRPr="00332DB8">
              <w:rPr>
                <w:lang w:val="ru-RU"/>
              </w:rPr>
              <w:t xml:space="preserve">, </w:t>
            </w:r>
            <w:r>
              <w:t>Inc</w:t>
            </w:r>
            <w:r w:rsidRPr="00332DB8">
              <w:rPr>
                <w:lang w:val="ru-RU"/>
              </w:rPr>
              <w:t xml:space="preserve"> </w:t>
            </w:r>
            <w:r>
              <w:t>Brooklyn</w:t>
            </w:r>
            <w:r w:rsidRPr="00332DB8">
              <w:rPr>
                <w:lang w:val="ru-RU"/>
              </w:rPr>
              <w:t xml:space="preserve">, </w:t>
            </w:r>
            <w:r>
              <w:t>New</w:t>
            </w:r>
            <w:r w:rsidRPr="00332DB8">
              <w:rPr>
                <w:lang w:val="ru-RU"/>
              </w:rPr>
              <w:t xml:space="preserve"> </w:t>
            </w:r>
            <w:r>
              <w:t>York</w:t>
            </w:r>
            <w:r w:rsidRPr="00332DB8">
              <w:rPr>
                <w:lang w:val="ru-RU"/>
              </w:rPr>
              <w:t xml:space="preserve">, </w:t>
            </w:r>
            <w:r>
              <w:t>U</w:t>
            </w:r>
            <w:r w:rsidRPr="00332DB8">
              <w:rPr>
                <w:lang w:val="ru-RU"/>
              </w:rPr>
              <w:t>.</w:t>
            </w:r>
            <w:r>
              <w:t>S</w:t>
            </w:r>
            <w:r w:rsidRPr="00332DB8">
              <w:rPr>
                <w:lang w:val="ru-RU"/>
              </w:rPr>
              <w:t>.</w:t>
            </w:r>
            <w:r>
              <w:t>A</w:t>
            </w:r>
            <w:r w:rsidRPr="00332DB8">
              <w:rPr>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528.</w:t>
            </w:r>
          </w:p>
        </w:tc>
        <w:tc>
          <w:tcPr>
            <w:tcW w:w="2880" w:type="dxa"/>
          </w:tcPr>
          <w:p w:rsidR="006F7457" w:rsidRPr="00332DB8" w:rsidRDefault="00332DB8">
            <w:pPr>
              <w:rPr>
                <w:lang w:val="ru-RU"/>
              </w:rPr>
            </w:pPr>
            <w:r w:rsidRPr="00332DB8">
              <w:rPr>
                <w:lang w:val="ru-RU"/>
              </w:rPr>
              <w:t xml:space="preserve">Брошюра «Духи мертвых»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New</w:t>
            </w:r>
            <w:r w:rsidRPr="00332DB8">
              <w:rPr>
                <w:lang w:val="ru-RU"/>
              </w:rPr>
              <w:t xml:space="preserve"> </w:t>
            </w:r>
            <w:r>
              <w:t>York</w:t>
            </w:r>
            <w:r w:rsidRPr="00332DB8">
              <w:rPr>
                <w:lang w:val="ru-RU"/>
              </w:rPr>
              <w:t xml:space="preserve">, </w:t>
            </w:r>
            <w:r>
              <w:t>Inc</w:t>
            </w:r>
            <w:r w:rsidRPr="00332DB8">
              <w:rPr>
                <w:lang w:val="ru-RU"/>
              </w:rPr>
              <w:t xml:space="preserve"> </w:t>
            </w:r>
            <w:r>
              <w:t>Brooklyn</w:t>
            </w:r>
            <w:r w:rsidRPr="00332DB8">
              <w:rPr>
                <w:lang w:val="ru-RU"/>
              </w:rPr>
              <w:t xml:space="preserve">, </w:t>
            </w:r>
            <w:r>
              <w:t>New</w:t>
            </w:r>
            <w:r w:rsidRPr="00332DB8">
              <w:rPr>
                <w:lang w:val="ru-RU"/>
              </w:rPr>
              <w:t xml:space="preserve"> </w:t>
            </w:r>
            <w:r>
              <w:t>York</w:t>
            </w:r>
            <w:r w:rsidRPr="00332DB8">
              <w:rPr>
                <w:lang w:val="ru-RU"/>
              </w:rPr>
              <w:t xml:space="preserve">, </w:t>
            </w:r>
            <w:r>
              <w:t>U</w:t>
            </w:r>
            <w:r w:rsidRPr="00332DB8">
              <w:rPr>
                <w:lang w:val="ru-RU"/>
              </w:rPr>
              <w:t>.</w:t>
            </w:r>
            <w:r>
              <w:t>S</w:t>
            </w:r>
            <w:r w:rsidRPr="00332DB8">
              <w:rPr>
                <w:lang w:val="ru-RU"/>
              </w:rPr>
              <w:t>.</w:t>
            </w:r>
            <w:r>
              <w:t>A</w:t>
            </w:r>
            <w:r w:rsidRPr="00332DB8">
              <w:rPr>
                <w:lang w:val="ru-RU"/>
              </w:rPr>
              <w:t>.2001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52</w:t>
            </w:r>
            <w:r>
              <w:lastRenderedPageBreak/>
              <w:t>9.</w:t>
            </w:r>
          </w:p>
        </w:tc>
        <w:tc>
          <w:tcPr>
            <w:tcW w:w="2880" w:type="dxa"/>
          </w:tcPr>
          <w:p w:rsidR="006F7457" w:rsidRPr="00332DB8" w:rsidRDefault="00332DB8">
            <w:pPr>
              <w:rPr>
                <w:lang w:val="ru-RU"/>
              </w:rPr>
            </w:pPr>
            <w:r w:rsidRPr="00332DB8">
              <w:rPr>
                <w:lang w:val="ru-RU"/>
              </w:rPr>
              <w:lastRenderedPageBreak/>
              <w:t xml:space="preserve">Брошюра «Книга для всех»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New</w:t>
            </w:r>
            <w:r w:rsidRPr="00332DB8">
              <w:rPr>
                <w:lang w:val="ru-RU"/>
              </w:rPr>
              <w:t xml:space="preserve"> </w:t>
            </w:r>
            <w:r>
              <w:t>York</w:t>
            </w:r>
            <w:r w:rsidRPr="00332DB8">
              <w:rPr>
                <w:lang w:val="ru-RU"/>
              </w:rPr>
              <w:t xml:space="preserve">, </w:t>
            </w:r>
            <w:r>
              <w:t>Inc</w:t>
            </w:r>
            <w:r w:rsidRPr="00332DB8">
              <w:rPr>
                <w:lang w:val="ru-RU"/>
              </w:rPr>
              <w:t xml:space="preserve"> </w:t>
            </w:r>
            <w:r>
              <w:t>Brooklyn</w:t>
            </w:r>
            <w:r w:rsidRPr="00332DB8">
              <w:rPr>
                <w:lang w:val="ru-RU"/>
              </w:rPr>
              <w:t xml:space="preserve">, </w:t>
            </w:r>
            <w:r>
              <w:t>New</w:t>
            </w:r>
            <w:r w:rsidRPr="00332DB8">
              <w:rPr>
                <w:lang w:val="ru-RU"/>
              </w:rPr>
              <w:t xml:space="preserve"> </w:t>
            </w:r>
            <w:r>
              <w:t>York</w:t>
            </w:r>
            <w:r w:rsidRPr="00332DB8">
              <w:rPr>
                <w:lang w:val="ru-RU"/>
              </w:rPr>
              <w:t xml:space="preserve">, </w:t>
            </w:r>
            <w:r>
              <w:t>U</w:t>
            </w:r>
            <w:r w:rsidRPr="00332DB8">
              <w:rPr>
                <w:lang w:val="ru-RU"/>
              </w:rPr>
              <w:t>.</w:t>
            </w:r>
            <w:r>
              <w:t>S</w:t>
            </w:r>
            <w:r w:rsidRPr="00332DB8">
              <w:rPr>
                <w:lang w:val="ru-RU"/>
              </w:rPr>
              <w:t>.</w:t>
            </w:r>
            <w:r>
              <w:t>A</w:t>
            </w:r>
            <w:r w:rsidRPr="00332DB8">
              <w:rPr>
                <w:lang w:val="ru-RU"/>
              </w:rPr>
              <w:t xml:space="preserve">. 1997 (решение Ростовского областного суда от 11.09.2009 и определение Судебной коллегии по гражданским делам </w:t>
            </w:r>
            <w:r w:rsidRPr="00332DB8">
              <w:rPr>
                <w:lang w:val="ru-RU"/>
              </w:rPr>
              <w:lastRenderedPageBreak/>
              <w:t>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530.</w:t>
            </w:r>
          </w:p>
        </w:tc>
        <w:tc>
          <w:tcPr>
            <w:tcW w:w="2880" w:type="dxa"/>
          </w:tcPr>
          <w:p w:rsidR="006F7457" w:rsidRPr="00332DB8" w:rsidRDefault="00332DB8">
            <w:pPr>
              <w:rPr>
                <w:lang w:val="ru-RU"/>
              </w:rPr>
            </w:pPr>
            <w:r w:rsidRPr="00332DB8">
              <w:rPr>
                <w:lang w:val="ru-RU"/>
              </w:rPr>
              <w:t xml:space="preserve">Брошюра «Радуйся жизни на земле вечно!»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New</w:t>
            </w:r>
            <w:r w:rsidRPr="00332DB8">
              <w:rPr>
                <w:lang w:val="ru-RU"/>
              </w:rPr>
              <w:t xml:space="preserve"> </w:t>
            </w:r>
            <w:r>
              <w:t>York</w:t>
            </w:r>
            <w:r w:rsidRPr="00332DB8">
              <w:rPr>
                <w:lang w:val="ru-RU"/>
              </w:rPr>
              <w:t xml:space="preserve">, </w:t>
            </w:r>
            <w:r>
              <w:t>Inc</w:t>
            </w:r>
            <w:r w:rsidRPr="00332DB8">
              <w:rPr>
                <w:lang w:val="ru-RU"/>
              </w:rPr>
              <w:t xml:space="preserve"> </w:t>
            </w:r>
            <w:r>
              <w:t>Brooklyn</w:t>
            </w:r>
            <w:r w:rsidRPr="00332DB8">
              <w:rPr>
                <w:lang w:val="ru-RU"/>
              </w:rPr>
              <w:t xml:space="preserve">, </w:t>
            </w:r>
            <w:r>
              <w:t>New</w:t>
            </w:r>
            <w:r w:rsidRPr="00332DB8">
              <w:rPr>
                <w:lang w:val="ru-RU"/>
              </w:rPr>
              <w:t xml:space="preserve"> </w:t>
            </w:r>
            <w:r>
              <w:t>York</w:t>
            </w:r>
            <w:r w:rsidRPr="00332DB8">
              <w:rPr>
                <w:lang w:val="ru-RU"/>
              </w:rPr>
              <w:t xml:space="preserve">, </w:t>
            </w:r>
            <w:r>
              <w:t>U</w:t>
            </w:r>
            <w:r w:rsidRPr="00332DB8">
              <w:rPr>
                <w:lang w:val="ru-RU"/>
              </w:rPr>
              <w:t>.</w:t>
            </w:r>
            <w:r>
              <w:t>S</w:t>
            </w:r>
            <w:r w:rsidRPr="00332DB8">
              <w:rPr>
                <w:lang w:val="ru-RU"/>
              </w:rPr>
              <w:t>.</w:t>
            </w:r>
            <w:r>
              <w:t>A</w:t>
            </w:r>
            <w:r w:rsidRPr="00332DB8">
              <w:rPr>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531.</w:t>
            </w:r>
          </w:p>
        </w:tc>
        <w:tc>
          <w:tcPr>
            <w:tcW w:w="2880" w:type="dxa"/>
          </w:tcPr>
          <w:p w:rsidR="006F7457" w:rsidRPr="00332DB8" w:rsidRDefault="00332DB8">
            <w:pPr>
              <w:rPr>
                <w:lang w:val="ru-RU"/>
              </w:rPr>
            </w:pPr>
            <w:r w:rsidRPr="00332DB8">
              <w:rPr>
                <w:lang w:val="ru-RU"/>
              </w:rPr>
              <w:t xml:space="preserve">Брошюра «В чем смысл жизни? Как же его найти?»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New</w:t>
            </w:r>
            <w:r w:rsidRPr="00332DB8">
              <w:rPr>
                <w:lang w:val="ru-RU"/>
              </w:rPr>
              <w:t xml:space="preserve"> </w:t>
            </w:r>
            <w:r>
              <w:t>York</w:t>
            </w:r>
            <w:r w:rsidRPr="00332DB8">
              <w:rPr>
                <w:lang w:val="ru-RU"/>
              </w:rPr>
              <w:t xml:space="preserve">, </w:t>
            </w:r>
            <w:r>
              <w:t>Inc</w:t>
            </w:r>
            <w:r w:rsidRPr="00332DB8">
              <w:rPr>
                <w:lang w:val="ru-RU"/>
              </w:rPr>
              <w:t xml:space="preserve"> </w:t>
            </w:r>
            <w:r>
              <w:t>Brooklyn</w:t>
            </w:r>
            <w:r w:rsidRPr="00332DB8">
              <w:rPr>
                <w:lang w:val="ru-RU"/>
              </w:rPr>
              <w:t xml:space="preserve">, </w:t>
            </w:r>
            <w:r>
              <w:t>New</w:t>
            </w:r>
            <w:r w:rsidRPr="00332DB8">
              <w:rPr>
                <w:lang w:val="ru-RU"/>
              </w:rPr>
              <w:t xml:space="preserve"> </w:t>
            </w:r>
            <w:r>
              <w:t>York</w:t>
            </w:r>
            <w:r w:rsidRPr="00332DB8">
              <w:rPr>
                <w:lang w:val="ru-RU"/>
              </w:rPr>
              <w:t xml:space="preserve">, </w:t>
            </w:r>
            <w:r>
              <w:t>U</w:t>
            </w:r>
            <w:r w:rsidRPr="00332DB8">
              <w:rPr>
                <w:lang w:val="ru-RU"/>
              </w:rPr>
              <w:t>.</w:t>
            </w:r>
            <w:r>
              <w:t>S</w:t>
            </w:r>
            <w:r w:rsidRPr="00332DB8">
              <w:rPr>
                <w:lang w:val="ru-RU"/>
              </w:rPr>
              <w:t>.</w:t>
            </w:r>
            <w:r>
              <w:t>A</w:t>
            </w:r>
            <w:r w:rsidRPr="00332DB8">
              <w:rPr>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532.</w:t>
            </w:r>
          </w:p>
        </w:tc>
        <w:tc>
          <w:tcPr>
            <w:tcW w:w="2880" w:type="dxa"/>
          </w:tcPr>
          <w:p w:rsidR="006F7457" w:rsidRPr="00332DB8" w:rsidRDefault="00332DB8">
            <w:pPr>
              <w:rPr>
                <w:lang w:val="ru-RU"/>
              </w:rPr>
            </w:pPr>
            <w:r w:rsidRPr="00332DB8">
              <w:rPr>
                <w:lang w:val="ru-RU"/>
              </w:rPr>
              <w:t xml:space="preserve">Брошюра «Что от нас требует Бог?»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New</w:t>
            </w:r>
            <w:r w:rsidRPr="00332DB8">
              <w:rPr>
                <w:lang w:val="ru-RU"/>
              </w:rPr>
              <w:t xml:space="preserve"> </w:t>
            </w:r>
            <w:r>
              <w:t>York</w:t>
            </w:r>
            <w:r w:rsidRPr="00332DB8">
              <w:rPr>
                <w:lang w:val="ru-RU"/>
              </w:rPr>
              <w:t xml:space="preserve">, </w:t>
            </w:r>
            <w:r>
              <w:t>Inc</w:t>
            </w:r>
            <w:r w:rsidRPr="00332DB8">
              <w:rPr>
                <w:lang w:val="ru-RU"/>
              </w:rPr>
              <w:t xml:space="preserve"> </w:t>
            </w:r>
            <w:r>
              <w:t>Brooklyn</w:t>
            </w:r>
            <w:r w:rsidRPr="00332DB8">
              <w:rPr>
                <w:lang w:val="ru-RU"/>
              </w:rPr>
              <w:t xml:space="preserve">, </w:t>
            </w:r>
            <w:r>
              <w:t>New</w:t>
            </w:r>
            <w:r w:rsidRPr="00332DB8">
              <w:rPr>
                <w:lang w:val="ru-RU"/>
              </w:rPr>
              <w:t xml:space="preserve"> </w:t>
            </w:r>
            <w:r>
              <w:t>York</w:t>
            </w:r>
            <w:r w:rsidRPr="00332DB8">
              <w:rPr>
                <w:lang w:val="ru-RU"/>
              </w:rPr>
              <w:t xml:space="preserve">, </w:t>
            </w:r>
            <w:r>
              <w:t>U</w:t>
            </w:r>
            <w:r w:rsidRPr="00332DB8">
              <w:rPr>
                <w:lang w:val="ru-RU"/>
              </w:rPr>
              <w:t>.</w:t>
            </w:r>
            <w:r>
              <w:t>S</w:t>
            </w:r>
            <w:r w:rsidRPr="00332DB8">
              <w:rPr>
                <w:lang w:val="ru-RU"/>
              </w:rPr>
              <w:t>.</w:t>
            </w:r>
            <w:r>
              <w:t>A</w:t>
            </w:r>
            <w:r w:rsidRPr="00332DB8">
              <w:rPr>
                <w:lang w:val="ru-RU"/>
              </w:rPr>
              <w:t>.2003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533.</w:t>
            </w:r>
          </w:p>
        </w:tc>
        <w:tc>
          <w:tcPr>
            <w:tcW w:w="2880" w:type="dxa"/>
          </w:tcPr>
          <w:p w:rsidR="006F7457" w:rsidRPr="00332DB8" w:rsidRDefault="00332DB8">
            <w:pPr>
              <w:rPr>
                <w:lang w:val="ru-RU"/>
              </w:rPr>
            </w:pPr>
            <w:r w:rsidRPr="00332DB8">
              <w:rPr>
                <w:lang w:val="ru-RU"/>
              </w:rPr>
              <w:t xml:space="preserve">Журнал «Пробудитесь!» от 22.02.2000, изд. </w:t>
            </w:r>
            <w:r>
              <w:t>Wachtturm</w:t>
            </w:r>
            <w:r w:rsidRPr="00332DB8">
              <w:rPr>
                <w:lang w:val="ru-RU"/>
              </w:rPr>
              <w:t xml:space="preserve"> </w:t>
            </w:r>
            <w:r>
              <w:t>Bibel</w:t>
            </w:r>
            <w:r w:rsidRPr="00332DB8">
              <w:rPr>
                <w:lang w:val="ru-RU"/>
              </w:rPr>
              <w:t xml:space="preserve"> - </w:t>
            </w:r>
            <w:r>
              <w:t>und</w:t>
            </w:r>
            <w:r w:rsidRPr="00332DB8">
              <w:rPr>
                <w:lang w:val="ru-RU"/>
              </w:rPr>
              <w:t xml:space="preserve"> </w:t>
            </w:r>
            <w:r>
              <w:t>Traktat</w:t>
            </w:r>
            <w:r w:rsidRPr="00332DB8">
              <w:rPr>
                <w:lang w:val="ru-RU"/>
              </w:rPr>
              <w:t xml:space="preserve"> -</w:t>
            </w:r>
            <w:r>
              <w:t>Gesellschaft</w:t>
            </w:r>
            <w:r w:rsidRPr="00332DB8">
              <w:rPr>
                <w:lang w:val="ru-RU"/>
              </w:rPr>
              <w:t xml:space="preserve"> </w:t>
            </w:r>
            <w:r>
              <w:t>der</w:t>
            </w:r>
            <w:r w:rsidRPr="00332DB8">
              <w:rPr>
                <w:lang w:val="ru-RU"/>
              </w:rPr>
              <w:t xml:space="preserve"> </w:t>
            </w:r>
            <w:r>
              <w:t>Zeugen</w:t>
            </w:r>
            <w:r w:rsidRPr="00332DB8">
              <w:rPr>
                <w:lang w:val="ru-RU"/>
              </w:rPr>
              <w:t xml:space="preserve"> </w:t>
            </w:r>
            <w:r>
              <w:t>Jehovas</w:t>
            </w:r>
            <w:r w:rsidRPr="00332DB8">
              <w:rPr>
                <w:lang w:val="ru-RU"/>
              </w:rPr>
              <w:t xml:space="preserve">, </w:t>
            </w:r>
            <w:r>
              <w:t>Selters</w:t>
            </w:r>
            <w:r w:rsidRPr="00332DB8">
              <w:rPr>
                <w:lang w:val="ru-RU"/>
              </w:rPr>
              <w:t>/</w:t>
            </w:r>
            <w:r>
              <w:t>Taunus</w:t>
            </w:r>
            <w:r w:rsidRPr="00332DB8">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534.</w:t>
            </w:r>
          </w:p>
        </w:tc>
        <w:tc>
          <w:tcPr>
            <w:tcW w:w="2880" w:type="dxa"/>
          </w:tcPr>
          <w:p w:rsidR="006F7457" w:rsidRPr="00332DB8" w:rsidRDefault="00332DB8">
            <w:pPr>
              <w:rPr>
                <w:lang w:val="ru-RU"/>
              </w:rPr>
            </w:pPr>
            <w:r w:rsidRPr="00332DB8">
              <w:rPr>
                <w:lang w:val="ru-RU"/>
              </w:rPr>
              <w:t xml:space="preserve">Журнал «Пробудитесь» январь 2007 изд. </w:t>
            </w:r>
            <w:r>
              <w:t>Wachtturm</w:t>
            </w:r>
            <w:r w:rsidRPr="00332DB8">
              <w:rPr>
                <w:lang w:val="ru-RU"/>
              </w:rPr>
              <w:t xml:space="preserve"> </w:t>
            </w:r>
            <w:r>
              <w:t>Bibel</w:t>
            </w:r>
            <w:r w:rsidRPr="00332DB8">
              <w:rPr>
                <w:lang w:val="ru-RU"/>
              </w:rPr>
              <w:t xml:space="preserve"> - </w:t>
            </w:r>
            <w:r>
              <w:t>und</w:t>
            </w:r>
            <w:r w:rsidRPr="00332DB8">
              <w:rPr>
                <w:lang w:val="ru-RU"/>
              </w:rPr>
              <w:t xml:space="preserve"> </w:t>
            </w:r>
            <w:r>
              <w:t>Traktat</w:t>
            </w:r>
            <w:r w:rsidRPr="00332DB8">
              <w:rPr>
                <w:lang w:val="ru-RU"/>
              </w:rPr>
              <w:t xml:space="preserve"> -</w:t>
            </w:r>
            <w:r>
              <w:t>Gesellschaft</w:t>
            </w:r>
            <w:r w:rsidRPr="00332DB8">
              <w:rPr>
                <w:lang w:val="ru-RU"/>
              </w:rPr>
              <w:t xml:space="preserve"> </w:t>
            </w:r>
            <w:r>
              <w:t>der</w:t>
            </w:r>
            <w:r w:rsidRPr="00332DB8">
              <w:rPr>
                <w:lang w:val="ru-RU"/>
              </w:rPr>
              <w:t xml:space="preserve"> </w:t>
            </w:r>
            <w:r>
              <w:t>Zeugen</w:t>
            </w:r>
            <w:r w:rsidRPr="00332DB8">
              <w:rPr>
                <w:lang w:val="ru-RU"/>
              </w:rPr>
              <w:t xml:space="preserve"> </w:t>
            </w:r>
            <w:r>
              <w:t>Jehovas</w:t>
            </w:r>
            <w:r w:rsidRPr="00332DB8">
              <w:rPr>
                <w:lang w:val="ru-RU"/>
              </w:rPr>
              <w:t xml:space="preserve">, </w:t>
            </w:r>
            <w:r>
              <w:t>Selters</w:t>
            </w:r>
            <w:r w:rsidRPr="00332DB8">
              <w:rPr>
                <w:lang w:val="ru-RU"/>
              </w:rPr>
              <w:t>/</w:t>
            </w:r>
            <w:r>
              <w:t>Taunus</w:t>
            </w:r>
            <w:r w:rsidRPr="00332DB8">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535.</w:t>
            </w:r>
          </w:p>
        </w:tc>
        <w:tc>
          <w:tcPr>
            <w:tcW w:w="2880" w:type="dxa"/>
          </w:tcPr>
          <w:p w:rsidR="006F7457" w:rsidRPr="00332DB8" w:rsidRDefault="00332DB8">
            <w:pPr>
              <w:rPr>
                <w:lang w:val="ru-RU"/>
              </w:rPr>
            </w:pPr>
            <w:r w:rsidRPr="00332DB8">
              <w:rPr>
                <w:lang w:val="ru-RU"/>
              </w:rPr>
              <w:t xml:space="preserve">Журнал «Пробудитесь» февраль 2007 изд. </w:t>
            </w:r>
            <w:r>
              <w:t>Wachtturm</w:t>
            </w:r>
            <w:r w:rsidRPr="00332DB8">
              <w:rPr>
                <w:lang w:val="ru-RU"/>
              </w:rPr>
              <w:t xml:space="preserve"> </w:t>
            </w:r>
            <w:r>
              <w:t>Bibel</w:t>
            </w:r>
            <w:r w:rsidRPr="00332DB8">
              <w:rPr>
                <w:lang w:val="ru-RU"/>
              </w:rPr>
              <w:t xml:space="preserve"> - </w:t>
            </w:r>
            <w:r>
              <w:t>und</w:t>
            </w:r>
            <w:r w:rsidRPr="00332DB8">
              <w:rPr>
                <w:lang w:val="ru-RU"/>
              </w:rPr>
              <w:t xml:space="preserve"> </w:t>
            </w:r>
            <w:r>
              <w:t>Traktat</w:t>
            </w:r>
            <w:r w:rsidRPr="00332DB8">
              <w:rPr>
                <w:lang w:val="ru-RU"/>
              </w:rPr>
              <w:t xml:space="preserve"> -</w:t>
            </w:r>
            <w:r>
              <w:t>Gesellschaft</w:t>
            </w:r>
            <w:r w:rsidRPr="00332DB8">
              <w:rPr>
                <w:lang w:val="ru-RU"/>
              </w:rPr>
              <w:t xml:space="preserve"> </w:t>
            </w:r>
            <w:r>
              <w:t>der</w:t>
            </w:r>
            <w:r w:rsidRPr="00332DB8">
              <w:rPr>
                <w:lang w:val="ru-RU"/>
              </w:rPr>
              <w:t xml:space="preserve"> </w:t>
            </w:r>
            <w:r>
              <w:t>Zeugen</w:t>
            </w:r>
            <w:r w:rsidRPr="00332DB8">
              <w:rPr>
                <w:lang w:val="ru-RU"/>
              </w:rPr>
              <w:t xml:space="preserve"> </w:t>
            </w:r>
            <w:r>
              <w:t>Jehovas</w:t>
            </w:r>
            <w:r w:rsidRPr="00332DB8">
              <w:rPr>
                <w:lang w:val="ru-RU"/>
              </w:rPr>
              <w:t xml:space="preserve">, </w:t>
            </w:r>
            <w:r>
              <w:t>Selters</w:t>
            </w:r>
            <w:r w:rsidRPr="00332DB8">
              <w:rPr>
                <w:lang w:val="ru-RU"/>
              </w:rPr>
              <w:t>/</w:t>
            </w:r>
            <w:r>
              <w:t>Taunus</w:t>
            </w:r>
            <w:r w:rsidRPr="00332DB8">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53</w:t>
            </w:r>
            <w:r>
              <w:lastRenderedPageBreak/>
              <w:t>6.</w:t>
            </w:r>
          </w:p>
        </w:tc>
        <w:tc>
          <w:tcPr>
            <w:tcW w:w="2880" w:type="dxa"/>
          </w:tcPr>
          <w:p w:rsidR="006F7457" w:rsidRPr="00332DB8" w:rsidRDefault="00332DB8">
            <w:pPr>
              <w:rPr>
                <w:lang w:val="ru-RU"/>
              </w:rPr>
            </w:pPr>
            <w:r w:rsidRPr="00332DB8">
              <w:rPr>
                <w:lang w:val="ru-RU"/>
              </w:rPr>
              <w:lastRenderedPageBreak/>
              <w:t xml:space="preserve">Журнал «Пробудитесь» апрель 2007 изд. </w:t>
            </w:r>
            <w:r>
              <w:t>Wachtturm</w:t>
            </w:r>
            <w:r w:rsidRPr="00332DB8">
              <w:rPr>
                <w:lang w:val="ru-RU"/>
              </w:rPr>
              <w:t xml:space="preserve"> </w:t>
            </w:r>
            <w:r>
              <w:t>Bibel</w:t>
            </w:r>
            <w:r w:rsidRPr="00332DB8">
              <w:rPr>
                <w:lang w:val="ru-RU"/>
              </w:rPr>
              <w:t xml:space="preserve"> - </w:t>
            </w:r>
            <w:r>
              <w:t>und</w:t>
            </w:r>
            <w:r w:rsidRPr="00332DB8">
              <w:rPr>
                <w:lang w:val="ru-RU"/>
              </w:rPr>
              <w:t xml:space="preserve"> </w:t>
            </w:r>
            <w:r>
              <w:t>Traktat</w:t>
            </w:r>
            <w:r w:rsidRPr="00332DB8">
              <w:rPr>
                <w:lang w:val="ru-RU"/>
              </w:rPr>
              <w:t xml:space="preserve"> -</w:t>
            </w:r>
            <w:r>
              <w:t>Gesellschaft</w:t>
            </w:r>
            <w:r w:rsidRPr="00332DB8">
              <w:rPr>
                <w:lang w:val="ru-RU"/>
              </w:rPr>
              <w:t xml:space="preserve"> </w:t>
            </w:r>
            <w:r>
              <w:t>der</w:t>
            </w:r>
            <w:r w:rsidRPr="00332DB8">
              <w:rPr>
                <w:lang w:val="ru-RU"/>
              </w:rPr>
              <w:t xml:space="preserve"> </w:t>
            </w:r>
            <w:r>
              <w:t>Zeugen</w:t>
            </w:r>
            <w:r w:rsidRPr="00332DB8">
              <w:rPr>
                <w:lang w:val="ru-RU"/>
              </w:rPr>
              <w:t xml:space="preserve"> </w:t>
            </w:r>
            <w:r>
              <w:t>Jehovas</w:t>
            </w:r>
            <w:r w:rsidRPr="00332DB8">
              <w:rPr>
                <w:lang w:val="ru-RU"/>
              </w:rPr>
              <w:t xml:space="preserve">, </w:t>
            </w:r>
            <w:r>
              <w:t>Selters</w:t>
            </w:r>
            <w:r w:rsidRPr="00332DB8">
              <w:rPr>
                <w:lang w:val="ru-RU"/>
              </w:rPr>
              <w:t>/</w:t>
            </w:r>
            <w:r>
              <w:t>Taunus</w:t>
            </w:r>
            <w:r w:rsidRPr="00332DB8">
              <w:rPr>
                <w:lang w:val="ru-RU"/>
              </w:rPr>
              <w:t xml:space="preserve"> (решение Ростовского областного суда от 11.09.2009 и определение Судебной коллегии по </w:t>
            </w:r>
            <w:r w:rsidRPr="00332DB8">
              <w:rPr>
                <w:lang w:val="ru-RU"/>
              </w:rPr>
              <w:lastRenderedPageBreak/>
              <w:t>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537.</w:t>
            </w:r>
          </w:p>
        </w:tc>
        <w:tc>
          <w:tcPr>
            <w:tcW w:w="2880" w:type="dxa"/>
          </w:tcPr>
          <w:p w:rsidR="006F7457" w:rsidRPr="00332DB8" w:rsidRDefault="00332DB8">
            <w:pPr>
              <w:rPr>
                <w:lang w:val="ru-RU"/>
              </w:rPr>
            </w:pPr>
            <w:r w:rsidRPr="00332DB8">
              <w:rPr>
                <w:lang w:val="ru-RU"/>
              </w:rPr>
              <w:t xml:space="preserve">Журнал «Сторожевая Башня возвещает царство Иеговы» «Кто действительно верит Библии?» от 15.10.1998 изд. </w:t>
            </w:r>
            <w:r>
              <w:t>Watch</w:t>
            </w:r>
            <w:r w:rsidRPr="00332DB8">
              <w:rPr>
                <w:lang w:val="ru-RU"/>
              </w:rPr>
              <w:t xml:space="preserve"> </w:t>
            </w:r>
            <w:r>
              <w:t>tower</w:t>
            </w:r>
            <w:r w:rsidRPr="00332DB8">
              <w:rPr>
                <w:lang w:val="ru-RU"/>
              </w:rPr>
              <w:t xml:space="preserve"> </w:t>
            </w:r>
            <w:r>
              <w:t>Bible</w:t>
            </w:r>
            <w:r w:rsidRPr="00332DB8">
              <w:rPr>
                <w:lang w:val="ru-RU"/>
              </w:rPr>
              <w:t xml:space="preserve"> </w:t>
            </w:r>
            <w:r>
              <w:t>und</w:t>
            </w:r>
            <w:r w:rsidRPr="00332DB8">
              <w:rPr>
                <w:lang w:val="ru-RU"/>
              </w:rPr>
              <w:t xml:space="preserve"> </w:t>
            </w:r>
            <w:r>
              <w:t>Traktat</w:t>
            </w:r>
            <w:r w:rsidRPr="00332DB8">
              <w:rPr>
                <w:lang w:val="ru-RU"/>
              </w:rPr>
              <w:t xml:space="preserve"> - </w:t>
            </w:r>
            <w:r>
              <w:t>Gesellschaft</w:t>
            </w:r>
            <w:r w:rsidRPr="00332DB8">
              <w:rPr>
                <w:lang w:val="ru-RU"/>
              </w:rPr>
              <w:t xml:space="preserve"> </w:t>
            </w:r>
            <w:r>
              <w:t>Deutscher</w:t>
            </w:r>
            <w:r w:rsidRPr="00332DB8">
              <w:rPr>
                <w:lang w:val="ru-RU"/>
              </w:rPr>
              <w:t xml:space="preserve"> </w:t>
            </w:r>
            <w:r>
              <w:t>Zwelg</w:t>
            </w:r>
            <w:r w:rsidRPr="00332DB8">
              <w:rPr>
                <w:lang w:val="ru-RU"/>
              </w:rPr>
              <w:t xml:space="preserve">, </w:t>
            </w:r>
            <w:r>
              <w:t>V</w:t>
            </w:r>
            <w:r w:rsidRPr="00332DB8">
              <w:rPr>
                <w:lang w:val="ru-RU"/>
              </w:rPr>
              <w:t xml:space="preserve">., </w:t>
            </w:r>
            <w:r>
              <w:t>Selters</w:t>
            </w:r>
            <w:r w:rsidRPr="00332DB8">
              <w:rPr>
                <w:lang w:val="ru-RU"/>
              </w:rPr>
              <w:t>/</w:t>
            </w:r>
            <w:r>
              <w:t>Taunus</w:t>
            </w:r>
            <w:r w:rsidRPr="00332DB8">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538.</w:t>
            </w:r>
          </w:p>
        </w:tc>
        <w:tc>
          <w:tcPr>
            <w:tcW w:w="2880" w:type="dxa"/>
          </w:tcPr>
          <w:p w:rsidR="006F7457" w:rsidRPr="00332DB8" w:rsidRDefault="00332DB8">
            <w:pPr>
              <w:rPr>
                <w:lang w:val="ru-RU"/>
              </w:rPr>
            </w:pPr>
            <w:r w:rsidRPr="00332DB8">
              <w:rPr>
                <w:lang w:val="ru-RU"/>
              </w:rPr>
              <w:t>Журнал «Сторожевая Башня возвещает царство Иеговы» «Почему рождество отмечают даже в Азии?» от 15.12.99 изд.</w:t>
            </w:r>
            <w:r>
              <w:t>Wachtturm</w:t>
            </w:r>
            <w:r w:rsidRPr="00332DB8">
              <w:rPr>
                <w:lang w:val="ru-RU"/>
              </w:rPr>
              <w:t xml:space="preserve"> </w:t>
            </w:r>
            <w:r>
              <w:t>Bibel</w:t>
            </w:r>
            <w:r w:rsidRPr="00332DB8">
              <w:rPr>
                <w:lang w:val="ru-RU"/>
              </w:rPr>
              <w:t xml:space="preserve"> -</w:t>
            </w:r>
            <w:r>
              <w:t>und</w:t>
            </w:r>
            <w:r w:rsidRPr="00332DB8">
              <w:rPr>
                <w:lang w:val="ru-RU"/>
              </w:rPr>
              <w:t xml:space="preserve"> -</w:t>
            </w:r>
            <w:r>
              <w:t>Traktat</w:t>
            </w:r>
            <w:r w:rsidRPr="00332DB8">
              <w:rPr>
                <w:lang w:val="ru-RU"/>
              </w:rPr>
              <w:t>-</w:t>
            </w:r>
            <w:r>
              <w:t>Gesellschaft</w:t>
            </w:r>
            <w:r w:rsidRPr="00332DB8">
              <w:rPr>
                <w:lang w:val="ru-RU"/>
              </w:rPr>
              <w:t xml:space="preserve"> </w:t>
            </w:r>
            <w:r>
              <w:t>Deutscher</w:t>
            </w:r>
            <w:r w:rsidRPr="00332DB8">
              <w:rPr>
                <w:lang w:val="ru-RU"/>
              </w:rPr>
              <w:t xml:space="preserve"> </w:t>
            </w:r>
            <w:r>
              <w:t>Zwelg</w:t>
            </w:r>
            <w:r w:rsidRPr="00332DB8">
              <w:rPr>
                <w:lang w:val="ru-RU"/>
              </w:rPr>
              <w:t xml:space="preserve">, </w:t>
            </w:r>
            <w:r>
              <w:t>V</w:t>
            </w:r>
            <w:r w:rsidRPr="00332DB8">
              <w:rPr>
                <w:lang w:val="ru-RU"/>
              </w:rPr>
              <w:t xml:space="preserve">., </w:t>
            </w:r>
            <w:r>
              <w:t>Selters</w:t>
            </w:r>
            <w:r w:rsidRPr="00332DB8">
              <w:rPr>
                <w:lang w:val="ru-RU"/>
              </w:rPr>
              <w:t>/</w:t>
            </w:r>
            <w:r>
              <w:t>Taunus</w:t>
            </w:r>
            <w:r w:rsidRPr="00332DB8">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539.</w:t>
            </w:r>
          </w:p>
        </w:tc>
        <w:tc>
          <w:tcPr>
            <w:tcW w:w="2880" w:type="dxa"/>
          </w:tcPr>
          <w:p w:rsidR="006F7457" w:rsidRPr="00332DB8" w:rsidRDefault="00332DB8">
            <w:pPr>
              <w:rPr>
                <w:lang w:val="ru-RU"/>
              </w:rPr>
            </w:pPr>
            <w:r w:rsidRPr="00332DB8">
              <w:rPr>
                <w:lang w:val="ru-RU"/>
              </w:rPr>
              <w:t xml:space="preserve">Журнал «Сторожевая Башня возвещает царство Иеговы» «Как найти истинное счастье?» от 01.03.2001 изд. </w:t>
            </w:r>
            <w:r>
              <w:t>Wachtturm</w:t>
            </w:r>
            <w:r w:rsidRPr="00332DB8">
              <w:rPr>
                <w:lang w:val="ru-RU"/>
              </w:rPr>
              <w:t xml:space="preserve"> </w:t>
            </w:r>
            <w:r>
              <w:t>Bibel</w:t>
            </w:r>
            <w:r w:rsidRPr="00332DB8">
              <w:rPr>
                <w:lang w:val="ru-RU"/>
              </w:rPr>
              <w:t xml:space="preserve"> - </w:t>
            </w:r>
            <w:r>
              <w:t>und</w:t>
            </w:r>
            <w:r w:rsidRPr="00332DB8">
              <w:rPr>
                <w:lang w:val="ru-RU"/>
              </w:rPr>
              <w:t xml:space="preserve"> </w:t>
            </w:r>
            <w:r>
              <w:t>Traktat</w:t>
            </w:r>
            <w:r w:rsidRPr="00332DB8">
              <w:rPr>
                <w:lang w:val="ru-RU"/>
              </w:rPr>
              <w:t xml:space="preserve"> -</w:t>
            </w:r>
            <w:r>
              <w:t>Gesellschaft</w:t>
            </w:r>
            <w:r w:rsidRPr="00332DB8">
              <w:rPr>
                <w:lang w:val="ru-RU"/>
              </w:rPr>
              <w:t xml:space="preserve"> </w:t>
            </w:r>
            <w:r>
              <w:t>der</w:t>
            </w:r>
            <w:r w:rsidRPr="00332DB8">
              <w:rPr>
                <w:lang w:val="ru-RU"/>
              </w:rPr>
              <w:t xml:space="preserve"> </w:t>
            </w:r>
            <w:r>
              <w:t>Zeugen</w:t>
            </w:r>
            <w:r w:rsidRPr="00332DB8">
              <w:rPr>
                <w:lang w:val="ru-RU"/>
              </w:rPr>
              <w:t xml:space="preserve"> </w:t>
            </w:r>
            <w:r>
              <w:t>Jehovas</w:t>
            </w:r>
            <w:r w:rsidRPr="00332DB8">
              <w:rPr>
                <w:lang w:val="ru-RU"/>
              </w:rPr>
              <w:t xml:space="preserve">, </w:t>
            </w:r>
            <w:r>
              <w:t>Selters</w:t>
            </w:r>
            <w:r w:rsidRPr="00332DB8">
              <w:rPr>
                <w:lang w:val="ru-RU"/>
              </w:rPr>
              <w:t>/</w:t>
            </w:r>
            <w:r>
              <w:t>Taunus</w:t>
            </w:r>
            <w:r w:rsidRPr="00332DB8">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540.</w:t>
            </w:r>
          </w:p>
        </w:tc>
        <w:tc>
          <w:tcPr>
            <w:tcW w:w="2880" w:type="dxa"/>
          </w:tcPr>
          <w:p w:rsidR="006F7457" w:rsidRPr="00332DB8" w:rsidRDefault="00332DB8">
            <w:pPr>
              <w:rPr>
                <w:lang w:val="ru-RU"/>
              </w:rPr>
            </w:pPr>
            <w:r w:rsidRPr="00332DB8">
              <w:rPr>
                <w:lang w:val="ru-RU"/>
              </w:rPr>
              <w:t xml:space="preserve">Журнал «Сторожевая Башня возвещает царство Иеговы» 15.01.2007, изд. </w:t>
            </w:r>
            <w:r>
              <w:t>Wachtturm</w:t>
            </w:r>
            <w:r w:rsidRPr="00332DB8">
              <w:rPr>
                <w:lang w:val="ru-RU"/>
              </w:rPr>
              <w:t xml:space="preserve"> </w:t>
            </w:r>
            <w:r>
              <w:t>Bibel</w:t>
            </w:r>
            <w:r w:rsidRPr="00332DB8">
              <w:rPr>
                <w:lang w:val="ru-RU"/>
              </w:rPr>
              <w:t xml:space="preserve"> - </w:t>
            </w:r>
            <w:r>
              <w:t>und</w:t>
            </w:r>
            <w:r w:rsidRPr="00332DB8">
              <w:rPr>
                <w:lang w:val="ru-RU"/>
              </w:rPr>
              <w:t xml:space="preserve"> </w:t>
            </w:r>
            <w:r>
              <w:t>Traktat</w:t>
            </w:r>
            <w:r w:rsidRPr="00332DB8">
              <w:rPr>
                <w:lang w:val="ru-RU"/>
              </w:rPr>
              <w:t>-</w:t>
            </w:r>
            <w:r>
              <w:t>Gesellschaft</w:t>
            </w:r>
            <w:r w:rsidRPr="00332DB8">
              <w:rPr>
                <w:lang w:val="ru-RU"/>
              </w:rPr>
              <w:t xml:space="preserve"> </w:t>
            </w:r>
            <w:r>
              <w:t>der</w:t>
            </w:r>
            <w:r w:rsidRPr="00332DB8">
              <w:rPr>
                <w:lang w:val="ru-RU"/>
              </w:rPr>
              <w:t xml:space="preserve"> </w:t>
            </w:r>
            <w:r>
              <w:t>Zeugen</w:t>
            </w:r>
            <w:r w:rsidRPr="00332DB8">
              <w:rPr>
                <w:lang w:val="ru-RU"/>
              </w:rPr>
              <w:t xml:space="preserve"> </w:t>
            </w:r>
            <w:r>
              <w:t>Jehovas</w:t>
            </w:r>
            <w:r w:rsidRPr="00332DB8">
              <w:rPr>
                <w:lang w:val="ru-RU"/>
              </w:rPr>
              <w:t xml:space="preserve">, </w:t>
            </w:r>
            <w:r>
              <w:t>Selters</w:t>
            </w:r>
            <w:r w:rsidRPr="00332DB8">
              <w:rPr>
                <w:lang w:val="ru-RU"/>
              </w:rPr>
              <w:t>/</w:t>
            </w:r>
            <w:r>
              <w:t>Taunus</w:t>
            </w:r>
            <w:r w:rsidRPr="00332DB8">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541.</w:t>
            </w:r>
          </w:p>
        </w:tc>
        <w:tc>
          <w:tcPr>
            <w:tcW w:w="2880" w:type="dxa"/>
          </w:tcPr>
          <w:p w:rsidR="006F7457" w:rsidRPr="00332DB8" w:rsidRDefault="00332DB8">
            <w:pPr>
              <w:rPr>
                <w:lang w:val="ru-RU"/>
              </w:rPr>
            </w:pPr>
            <w:r w:rsidRPr="00332DB8">
              <w:rPr>
                <w:lang w:val="ru-RU"/>
              </w:rPr>
              <w:t xml:space="preserve">Журнал «Сторожевая Башня возвещает царство Иеговы» 01.03.2007, изд. </w:t>
            </w:r>
            <w:r>
              <w:t>Wachtturm</w:t>
            </w:r>
            <w:r w:rsidRPr="00332DB8">
              <w:rPr>
                <w:lang w:val="ru-RU"/>
              </w:rPr>
              <w:t xml:space="preserve"> </w:t>
            </w:r>
            <w:r>
              <w:t>Bibel</w:t>
            </w:r>
            <w:r w:rsidRPr="00332DB8">
              <w:rPr>
                <w:lang w:val="ru-RU"/>
              </w:rPr>
              <w:t xml:space="preserve"> - </w:t>
            </w:r>
            <w:r>
              <w:t>und</w:t>
            </w:r>
            <w:r w:rsidRPr="00332DB8">
              <w:rPr>
                <w:lang w:val="ru-RU"/>
              </w:rPr>
              <w:t xml:space="preserve"> </w:t>
            </w:r>
            <w:r>
              <w:t>Traktat</w:t>
            </w:r>
            <w:r w:rsidRPr="00332DB8">
              <w:rPr>
                <w:lang w:val="ru-RU"/>
              </w:rPr>
              <w:t>-</w:t>
            </w:r>
            <w:r>
              <w:t>Gesellschaft</w:t>
            </w:r>
            <w:r w:rsidRPr="00332DB8">
              <w:rPr>
                <w:lang w:val="ru-RU"/>
              </w:rPr>
              <w:t xml:space="preserve"> </w:t>
            </w:r>
            <w:r>
              <w:t>der</w:t>
            </w:r>
            <w:r w:rsidRPr="00332DB8">
              <w:rPr>
                <w:lang w:val="ru-RU"/>
              </w:rPr>
              <w:t xml:space="preserve"> </w:t>
            </w:r>
            <w:r>
              <w:t>Zeugen</w:t>
            </w:r>
            <w:r w:rsidRPr="00332DB8">
              <w:rPr>
                <w:lang w:val="ru-RU"/>
              </w:rPr>
              <w:t xml:space="preserve"> </w:t>
            </w:r>
            <w:r>
              <w:t>Jehovas</w:t>
            </w:r>
            <w:r w:rsidRPr="00332DB8">
              <w:rPr>
                <w:lang w:val="ru-RU"/>
              </w:rPr>
              <w:t xml:space="preserve">, </w:t>
            </w:r>
            <w:r>
              <w:t>Selters</w:t>
            </w:r>
            <w:r w:rsidRPr="00332DB8">
              <w:rPr>
                <w:lang w:val="ru-RU"/>
              </w:rPr>
              <w:t>/</w:t>
            </w:r>
            <w:r>
              <w:t>Taunusl</w:t>
            </w:r>
            <w:r w:rsidRPr="00332DB8">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542.</w:t>
            </w:r>
          </w:p>
        </w:tc>
        <w:tc>
          <w:tcPr>
            <w:tcW w:w="2880" w:type="dxa"/>
          </w:tcPr>
          <w:p w:rsidR="006F7457" w:rsidRPr="00332DB8" w:rsidRDefault="00332DB8">
            <w:pPr>
              <w:rPr>
                <w:lang w:val="ru-RU"/>
              </w:rPr>
            </w:pPr>
            <w:r w:rsidRPr="00332DB8">
              <w:rPr>
                <w:lang w:val="ru-RU"/>
              </w:rPr>
              <w:t xml:space="preserve">Журнал «Сторожевая Башня возвещает царство Иеговы» 15.03.2007, изд. </w:t>
            </w:r>
            <w:r>
              <w:t>Wachtturm</w:t>
            </w:r>
            <w:r w:rsidRPr="00332DB8">
              <w:rPr>
                <w:lang w:val="ru-RU"/>
              </w:rPr>
              <w:t xml:space="preserve"> </w:t>
            </w:r>
            <w:r>
              <w:t>Bibel</w:t>
            </w:r>
            <w:r w:rsidRPr="00332DB8">
              <w:rPr>
                <w:lang w:val="ru-RU"/>
              </w:rPr>
              <w:t xml:space="preserve"> - </w:t>
            </w:r>
            <w:r>
              <w:t>und</w:t>
            </w:r>
            <w:r w:rsidRPr="00332DB8">
              <w:rPr>
                <w:lang w:val="ru-RU"/>
              </w:rPr>
              <w:t xml:space="preserve"> </w:t>
            </w:r>
            <w:r>
              <w:t>Traktat</w:t>
            </w:r>
            <w:r w:rsidRPr="00332DB8">
              <w:rPr>
                <w:lang w:val="ru-RU"/>
              </w:rPr>
              <w:t>-</w:t>
            </w:r>
            <w:r>
              <w:t>Gesellschaft</w:t>
            </w:r>
            <w:r w:rsidRPr="00332DB8">
              <w:rPr>
                <w:lang w:val="ru-RU"/>
              </w:rPr>
              <w:t xml:space="preserve"> </w:t>
            </w:r>
            <w:r>
              <w:t>der</w:t>
            </w:r>
            <w:r w:rsidRPr="00332DB8">
              <w:rPr>
                <w:lang w:val="ru-RU"/>
              </w:rPr>
              <w:t xml:space="preserve"> </w:t>
            </w:r>
            <w:r>
              <w:t>Zeugen</w:t>
            </w:r>
            <w:r w:rsidRPr="00332DB8">
              <w:rPr>
                <w:lang w:val="ru-RU"/>
              </w:rPr>
              <w:t xml:space="preserve"> </w:t>
            </w:r>
            <w:r>
              <w:t>Jehovas</w:t>
            </w:r>
            <w:r w:rsidRPr="00332DB8">
              <w:rPr>
                <w:lang w:val="ru-RU"/>
              </w:rPr>
              <w:t xml:space="preserve">, </w:t>
            </w:r>
            <w:r>
              <w:t>Selters</w:t>
            </w:r>
            <w:r w:rsidRPr="00332DB8">
              <w:rPr>
                <w:lang w:val="ru-RU"/>
              </w:rPr>
              <w:t>/</w:t>
            </w:r>
            <w:r>
              <w:t>Taunus</w:t>
            </w:r>
            <w:r w:rsidRPr="00332DB8">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543.</w:t>
            </w:r>
          </w:p>
        </w:tc>
        <w:tc>
          <w:tcPr>
            <w:tcW w:w="2880" w:type="dxa"/>
          </w:tcPr>
          <w:p w:rsidR="006F7457" w:rsidRPr="00332DB8" w:rsidRDefault="00332DB8">
            <w:pPr>
              <w:rPr>
                <w:lang w:val="ru-RU"/>
              </w:rPr>
            </w:pPr>
            <w:r w:rsidRPr="00332DB8">
              <w:rPr>
                <w:lang w:val="ru-RU"/>
              </w:rPr>
              <w:t xml:space="preserve">Журнал «Сторожевая Башня возвещает царство Иеговы» 01.04.2007, изд. </w:t>
            </w:r>
            <w:r>
              <w:t>Wachtturm</w:t>
            </w:r>
            <w:r w:rsidRPr="00332DB8">
              <w:rPr>
                <w:lang w:val="ru-RU"/>
              </w:rPr>
              <w:t xml:space="preserve"> </w:t>
            </w:r>
            <w:r>
              <w:t>Bibel</w:t>
            </w:r>
            <w:r w:rsidRPr="00332DB8">
              <w:rPr>
                <w:lang w:val="ru-RU"/>
              </w:rPr>
              <w:t xml:space="preserve"> - </w:t>
            </w:r>
            <w:r>
              <w:t>und</w:t>
            </w:r>
            <w:r w:rsidRPr="00332DB8">
              <w:rPr>
                <w:lang w:val="ru-RU"/>
              </w:rPr>
              <w:t xml:space="preserve"> </w:t>
            </w:r>
            <w:r>
              <w:t>Traktat</w:t>
            </w:r>
            <w:r w:rsidRPr="00332DB8">
              <w:rPr>
                <w:lang w:val="ru-RU"/>
              </w:rPr>
              <w:t>-</w:t>
            </w:r>
            <w:r>
              <w:t>Gesellschaft</w:t>
            </w:r>
            <w:r w:rsidRPr="00332DB8">
              <w:rPr>
                <w:lang w:val="ru-RU"/>
              </w:rPr>
              <w:t xml:space="preserve"> </w:t>
            </w:r>
            <w:r>
              <w:t>der</w:t>
            </w:r>
            <w:r w:rsidRPr="00332DB8">
              <w:rPr>
                <w:lang w:val="ru-RU"/>
              </w:rPr>
              <w:t xml:space="preserve"> </w:t>
            </w:r>
            <w:r>
              <w:t>Zeugen</w:t>
            </w:r>
            <w:r w:rsidRPr="00332DB8">
              <w:rPr>
                <w:lang w:val="ru-RU"/>
              </w:rPr>
              <w:t xml:space="preserve"> </w:t>
            </w:r>
            <w:r>
              <w:t>Jehovas</w:t>
            </w:r>
            <w:r w:rsidRPr="00332DB8">
              <w:rPr>
                <w:lang w:val="ru-RU"/>
              </w:rPr>
              <w:t xml:space="preserve">, </w:t>
            </w:r>
            <w:r>
              <w:t>Selters</w:t>
            </w:r>
            <w:r w:rsidRPr="00332DB8">
              <w:rPr>
                <w:lang w:val="ru-RU"/>
              </w:rPr>
              <w:t>/</w:t>
            </w:r>
            <w:r>
              <w:t>Taunus</w:t>
            </w:r>
            <w:r w:rsidRPr="00332DB8">
              <w:rPr>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6F7457" w:rsidRPr="00332DB8" w:rsidRDefault="006F7457">
            <w:pPr>
              <w:rPr>
                <w:lang w:val="ru-RU"/>
              </w:rPr>
            </w:pPr>
          </w:p>
        </w:tc>
      </w:tr>
      <w:tr w:rsidR="006F7457" w:rsidRPr="00DD284B">
        <w:tc>
          <w:tcPr>
            <w:tcW w:w="2880" w:type="dxa"/>
          </w:tcPr>
          <w:p w:rsidR="006F7457" w:rsidRDefault="00332DB8">
            <w:r>
              <w:t>544.</w:t>
            </w:r>
          </w:p>
        </w:tc>
        <w:tc>
          <w:tcPr>
            <w:tcW w:w="2880" w:type="dxa"/>
          </w:tcPr>
          <w:p w:rsidR="006F7457" w:rsidRPr="00332DB8" w:rsidRDefault="00332DB8">
            <w:pPr>
              <w:rPr>
                <w:lang w:val="ru-RU"/>
              </w:rPr>
            </w:pPr>
            <w:r w:rsidRPr="00332DB8">
              <w:rPr>
                <w:lang w:val="ru-RU"/>
              </w:rPr>
              <w:t xml:space="preserve">Текстовые документы: Национал-социализм или </w:t>
            </w:r>
            <w:r>
              <w:t>WHITE</w:t>
            </w:r>
            <w:r w:rsidRPr="00332DB8">
              <w:rPr>
                <w:lang w:val="ru-RU"/>
              </w:rPr>
              <w:t xml:space="preserve"> </w:t>
            </w:r>
            <w:r>
              <w:t>POWER</w:t>
            </w:r>
            <w:r w:rsidRPr="00332DB8">
              <w:rPr>
                <w:lang w:val="ru-RU"/>
              </w:rPr>
              <w:t>?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2880" w:type="dxa"/>
          </w:tcPr>
          <w:p w:rsidR="006F7457" w:rsidRPr="00332DB8" w:rsidRDefault="006F7457">
            <w:pPr>
              <w:rPr>
                <w:lang w:val="ru-RU"/>
              </w:rPr>
            </w:pPr>
          </w:p>
        </w:tc>
      </w:tr>
      <w:tr w:rsidR="006F7457">
        <w:tc>
          <w:tcPr>
            <w:tcW w:w="2880" w:type="dxa"/>
          </w:tcPr>
          <w:p w:rsidR="006F7457" w:rsidRDefault="00332DB8">
            <w:r>
              <w:t>545.</w:t>
            </w:r>
          </w:p>
        </w:tc>
        <w:tc>
          <w:tcPr>
            <w:tcW w:w="2880" w:type="dxa"/>
          </w:tcPr>
          <w:p w:rsidR="006F7457" w:rsidRDefault="00332DB8">
            <w:r w:rsidRPr="00332DB8">
              <w:rPr>
                <w:lang w:val="ru-RU"/>
              </w:rPr>
              <w:t xml:space="preserve">Журнал «Великоросский Хозяин» № 14 (20) за 2006 г. «Демократия или национальная власть?» </w:t>
            </w:r>
            <w:r>
              <w:t>(решение Бутырского районного суда города Москвы от 10.08.2009).</w:t>
            </w:r>
          </w:p>
        </w:tc>
        <w:tc>
          <w:tcPr>
            <w:tcW w:w="2880" w:type="dxa"/>
          </w:tcPr>
          <w:p w:rsidR="006F7457" w:rsidRDefault="006F7457"/>
        </w:tc>
      </w:tr>
      <w:tr w:rsidR="006F7457">
        <w:tc>
          <w:tcPr>
            <w:tcW w:w="2880" w:type="dxa"/>
          </w:tcPr>
          <w:p w:rsidR="006F7457" w:rsidRDefault="00332DB8">
            <w:r>
              <w:t>546.</w:t>
            </w:r>
          </w:p>
        </w:tc>
        <w:tc>
          <w:tcPr>
            <w:tcW w:w="2880" w:type="dxa"/>
          </w:tcPr>
          <w:p w:rsidR="006F7457" w:rsidRDefault="00332DB8">
            <w:r w:rsidRPr="00332DB8">
              <w:rPr>
                <w:lang w:val="ru-RU"/>
              </w:rPr>
              <w:t xml:space="preserve">Журнал «Великоросский хозяин» № 4 (10) за 2003г. «Что нужно для победы великоросских националистов?» </w:t>
            </w:r>
            <w:r>
              <w:t>(решение Бутырского районного суда города Москвы от 10.08.2009).</w:t>
            </w:r>
          </w:p>
        </w:tc>
        <w:tc>
          <w:tcPr>
            <w:tcW w:w="2880" w:type="dxa"/>
          </w:tcPr>
          <w:p w:rsidR="006F7457" w:rsidRDefault="006F7457"/>
        </w:tc>
      </w:tr>
      <w:tr w:rsidR="006F7457" w:rsidRPr="00DD284B">
        <w:tc>
          <w:tcPr>
            <w:tcW w:w="2880" w:type="dxa"/>
          </w:tcPr>
          <w:p w:rsidR="006F7457" w:rsidRDefault="00332DB8">
            <w:r>
              <w:t>547.</w:t>
            </w:r>
          </w:p>
        </w:tc>
        <w:tc>
          <w:tcPr>
            <w:tcW w:w="2880" w:type="dxa"/>
          </w:tcPr>
          <w:p w:rsidR="006F7457" w:rsidRPr="00332DB8" w:rsidRDefault="00332DB8">
            <w:pPr>
              <w:rPr>
                <w:lang w:val="ru-RU"/>
              </w:rPr>
            </w:pPr>
            <w:r w:rsidRPr="00332DB8">
              <w:rPr>
                <w:lang w:val="ru-RU"/>
              </w:rPr>
              <w:t>Журнал «Великоросский хозяин» № 15 (21) за 2006 г. «Дискриминация мужчин в России» (решение Бутырского районного суда города Москвы от 10.08.2009).</w:t>
            </w:r>
          </w:p>
        </w:tc>
        <w:tc>
          <w:tcPr>
            <w:tcW w:w="2880" w:type="dxa"/>
          </w:tcPr>
          <w:p w:rsidR="006F7457" w:rsidRPr="00332DB8" w:rsidRDefault="006F7457">
            <w:pPr>
              <w:rPr>
                <w:lang w:val="ru-RU"/>
              </w:rPr>
            </w:pPr>
          </w:p>
        </w:tc>
      </w:tr>
      <w:tr w:rsidR="006F7457">
        <w:tc>
          <w:tcPr>
            <w:tcW w:w="2880" w:type="dxa"/>
          </w:tcPr>
          <w:p w:rsidR="006F7457" w:rsidRDefault="00332DB8">
            <w:r>
              <w:t>5</w:t>
            </w:r>
            <w:r>
              <w:lastRenderedPageBreak/>
              <w:t>48.</w:t>
            </w:r>
          </w:p>
        </w:tc>
        <w:tc>
          <w:tcPr>
            <w:tcW w:w="2880" w:type="dxa"/>
          </w:tcPr>
          <w:p w:rsidR="006F7457" w:rsidRDefault="00332DB8">
            <w:r w:rsidRPr="00332DB8">
              <w:rPr>
                <w:lang w:val="ru-RU"/>
              </w:rPr>
              <w:lastRenderedPageBreak/>
              <w:t xml:space="preserve">Журнал «Великоросский хозяин» № 16 (22) за 2006 г. «Почему всем великоросскам надо быть </w:t>
            </w:r>
            <w:r w:rsidRPr="00332DB8">
              <w:rPr>
                <w:lang w:val="ru-RU"/>
              </w:rPr>
              <w:lastRenderedPageBreak/>
              <w:t xml:space="preserve">националистами?» </w:t>
            </w:r>
            <w:r>
              <w:t>(решение Бутырского районного суда города Москвы от 10.08.2009).</w:t>
            </w:r>
          </w:p>
        </w:tc>
        <w:tc>
          <w:tcPr>
            <w:tcW w:w="2880" w:type="dxa"/>
          </w:tcPr>
          <w:p w:rsidR="006F7457" w:rsidRDefault="006F7457"/>
        </w:tc>
      </w:tr>
      <w:tr w:rsidR="006F7457">
        <w:tc>
          <w:tcPr>
            <w:tcW w:w="2880" w:type="dxa"/>
          </w:tcPr>
          <w:p w:rsidR="006F7457" w:rsidRDefault="00332DB8">
            <w:r>
              <w:lastRenderedPageBreak/>
              <w:t>549.</w:t>
            </w:r>
          </w:p>
        </w:tc>
        <w:tc>
          <w:tcPr>
            <w:tcW w:w="2880" w:type="dxa"/>
          </w:tcPr>
          <w:p w:rsidR="006F7457" w:rsidRDefault="00332DB8">
            <w:r w:rsidRPr="00332DB8">
              <w:rPr>
                <w:lang w:val="ru-RU"/>
              </w:rPr>
              <w:t xml:space="preserve">Журнал «Великоросский хозяин» № 2 (8) за 2003 г. «Семейное законодательство РФ, это главное средство уничтожения великоросского народа!» </w:t>
            </w:r>
            <w:r>
              <w:t>(решение Бутырского районного суда города Москвы от 10.08.2009).</w:t>
            </w:r>
          </w:p>
        </w:tc>
        <w:tc>
          <w:tcPr>
            <w:tcW w:w="2880" w:type="dxa"/>
          </w:tcPr>
          <w:p w:rsidR="006F7457" w:rsidRDefault="006F7457"/>
        </w:tc>
      </w:tr>
      <w:tr w:rsidR="006F7457" w:rsidRPr="00DD284B">
        <w:tc>
          <w:tcPr>
            <w:tcW w:w="2880" w:type="dxa"/>
          </w:tcPr>
          <w:p w:rsidR="006F7457" w:rsidRDefault="00332DB8">
            <w:r>
              <w:t>550.</w:t>
            </w:r>
          </w:p>
        </w:tc>
        <w:tc>
          <w:tcPr>
            <w:tcW w:w="2880" w:type="dxa"/>
          </w:tcPr>
          <w:p w:rsidR="006F7457" w:rsidRPr="00332DB8" w:rsidRDefault="00332DB8">
            <w:pPr>
              <w:rPr>
                <w:lang w:val="ru-RU"/>
              </w:rPr>
            </w:pPr>
            <w:r w:rsidRPr="00332DB8">
              <w:rPr>
                <w:lang w:val="ru-RU"/>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2880" w:type="dxa"/>
          </w:tcPr>
          <w:p w:rsidR="006F7457" w:rsidRPr="00332DB8" w:rsidRDefault="006F7457">
            <w:pPr>
              <w:rPr>
                <w:lang w:val="ru-RU"/>
              </w:rPr>
            </w:pPr>
          </w:p>
        </w:tc>
      </w:tr>
      <w:tr w:rsidR="006F7457" w:rsidRPr="00DD284B">
        <w:tc>
          <w:tcPr>
            <w:tcW w:w="2880" w:type="dxa"/>
          </w:tcPr>
          <w:p w:rsidR="006F7457" w:rsidRDefault="00332DB8">
            <w:r>
              <w:t>551.</w:t>
            </w:r>
          </w:p>
        </w:tc>
        <w:tc>
          <w:tcPr>
            <w:tcW w:w="2880" w:type="dxa"/>
          </w:tcPr>
          <w:p w:rsidR="006F7457" w:rsidRPr="00332DB8" w:rsidRDefault="00332DB8">
            <w:pPr>
              <w:rPr>
                <w:lang w:val="ru-RU"/>
              </w:rPr>
            </w:pPr>
            <w:r w:rsidRPr="00332DB8">
              <w:rPr>
                <w:lang w:val="ru-RU"/>
              </w:rPr>
              <w:t xml:space="preserve">Интернет-ресурс </w:t>
            </w:r>
            <w:r>
              <w:t>www</w:t>
            </w:r>
            <w:r w:rsidRPr="00332DB8">
              <w:rPr>
                <w:lang w:val="ru-RU"/>
              </w:rPr>
              <w:t>.</w:t>
            </w:r>
            <w:r>
              <w:t>velesova</w:t>
            </w:r>
            <w:r w:rsidRPr="00332DB8">
              <w:rPr>
                <w:lang w:val="ru-RU"/>
              </w:rPr>
              <w:t>-</w:t>
            </w:r>
            <w:r>
              <w:t>sloboda</w:t>
            </w:r>
            <w:r w:rsidRPr="00332DB8">
              <w:rPr>
                <w:lang w:val="ru-RU"/>
              </w:rPr>
              <w:t>.</w:t>
            </w:r>
            <w:r>
              <w:t>org</w:t>
            </w:r>
            <w:r w:rsidRPr="00332DB8">
              <w:rPr>
                <w:lang w:val="ru-RU"/>
              </w:rPr>
              <w:t xml:space="preserve"> и размещенные на нем информационные материалы (решение Самарского районного суда г. Самары от 18.12.2009).</w:t>
            </w:r>
          </w:p>
        </w:tc>
        <w:tc>
          <w:tcPr>
            <w:tcW w:w="2880" w:type="dxa"/>
          </w:tcPr>
          <w:p w:rsidR="006F7457" w:rsidRPr="00332DB8" w:rsidRDefault="006F7457">
            <w:pPr>
              <w:rPr>
                <w:lang w:val="ru-RU"/>
              </w:rPr>
            </w:pPr>
          </w:p>
        </w:tc>
      </w:tr>
      <w:tr w:rsidR="006F7457" w:rsidRPr="00DD284B">
        <w:tc>
          <w:tcPr>
            <w:tcW w:w="2880" w:type="dxa"/>
          </w:tcPr>
          <w:p w:rsidR="006F7457" w:rsidRDefault="00332DB8">
            <w:r>
              <w:t>552.</w:t>
            </w:r>
          </w:p>
        </w:tc>
        <w:tc>
          <w:tcPr>
            <w:tcW w:w="2880" w:type="dxa"/>
          </w:tcPr>
          <w:p w:rsidR="006F7457" w:rsidRPr="00332DB8" w:rsidRDefault="00332DB8">
            <w:pPr>
              <w:rPr>
                <w:lang w:val="ru-RU"/>
              </w:rPr>
            </w:pPr>
            <w:r w:rsidRPr="00332DB8">
              <w:rPr>
                <w:lang w:val="ru-RU"/>
              </w:rPr>
              <w:t xml:space="preserve">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t>
            </w:r>
            <w:r>
              <w:t>www</w:t>
            </w:r>
            <w:r w:rsidRPr="00332DB8">
              <w:rPr>
                <w:lang w:val="ru-RU"/>
              </w:rPr>
              <w:t>.</w:t>
            </w:r>
            <w:r>
              <w:t>gorodsalavat</w:t>
            </w:r>
            <w:r w:rsidRPr="00332DB8">
              <w:rPr>
                <w:lang w:val="ru-RU"/>
              </w:rPr>
              <w:t>.</w:t>
            </w:r>
            <w:r>
              <w:t>ru</w:t>
            </w:r>
            <w:r w:rsidRPr="00332DB8">
              <w:rPr>
                <w:lang w:val="ru-RU"/>
              </w:rPr>
              <w:t xml:space="preserve"> (решение Салаватского городского суда Республики Башкортостан от 09.12.2009).</w:t>
            </w:r>
          </w:p>
        </w:tc>
        <w:tc>
          <w:tcPr>
            <w:tcW w:w="2880" w:type="dxa"/>
          </w:tcPr>
          <w:p w:rsidR="006F7457" w:rsidRPr="00332DB8" w:rsidRDefault="006F7457">
            <w:pPr>
              <w:rPr>
                <w:lang w:val="ru-RU"/>
              </w:rPr>
            </w:pPr>
          </w:p>
        </w:tc>
      </w:tr>
      <w:tr w:rsidR="006F7457" w:rsidRPr="00DD284B">
        <w:tc>
          <w:tcPr>
            <w:tcW w:w="2880" w:type="dxa"/>
          </w:tcPr>
          <w:p w:rsidR="006F7457" w:rsidRDefault="00332DB8">
            <w:r>
              <w:t>553.</w:t>
            </w:r>
          </w:p>
        </w:tc>
        <w:tc>
          <w:tcPr>
            <w:tcW w:w="2880" w:type="dxa"/>
          </w:tcPr>
          <w:p w:rsidR="006F7457" w:rsidRPr="00332DB8" w:rsidRDefault="00332DB8">
            <w:pPr>
              <w:rPr>
                <w:lang w:val="ru-RU"/>
              </w:rPr>
            </w:pPr>
            <w:r w:rsidRPr="00332DB8">
              <w:rPr>
                <w:lang w:val="ru-RU"/>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554.</w:t>
            </w:r>
          </w:p>
        </w:tc>
        <w:tc>
          <w:tcPr>
            <w:tcW w:w="2880" w:type="dxa"/>
          </w:tcPr>
          <w:p w:rsidR="006F7457" w:rsidRPr="00332DB8" w:rsidRDefault="00332DB8">
            <w:pPr>
              <w:rPr>
                <w:lang w:val="ru-RU"/>
              </w:rPr>
            </w:pPr>
            <w:r w:rsidRPr="00332DB8">
              <w:rPr>
                <w:lang w:val="ru-RU"/>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2880" w:type="dxa"/>
          </w:tcPr>
          <w:p w:rsidR="006F7457" w:rsidRPr="00332DB8" w:rsidRDefault="006F7457">
            <w:pPr>
              <w:rPr>
                <w:lang w:val="ru-RU"/>
              </w:rPr>
            </w:pPr>
          </w:p>
        </w:tc>
      </w:tr>
      <w:tr w:rsidR="006F7457" w:rsidRPr="00DD284B">
        <w:tc>
          <w:tcPr>
            <w:tcW w:w="2880" w:type="dxa"/>
          </w:tcPr>
          <w:p w:rsidR="006F7457" w:rsidRDefault="00332DB8">
            <w:r>
              <w:t>555.</w:t>
            </w:r>
          </w:p>
        </w:tc>
        <w:tc>
          <w:tcPr>
            <w:tcW w:w="2880" w:type="dxa"/>
          </w:tcPr>
          <w:p w:rsidR="006F7457" w:rsidRPr="00332DB8" w:rsidRDefault="00332DB8">
            <w:pPr>
              <w:rPr>
                <w:lang w:val="ru-RU"/>
              </w:rPr>
            </w:pPr>
            <w:r w:rsidRPr="00332DB8">
              <w:rPr>
                <w:lang w:val="ru-RU"/>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2880" w:type="dxa"/>
          </w:tcPr>
          <w:p w:rsidR="006F7457" w:rsidRPr="00332DB8" w:rsidRDefault="006F7457">
            <w:pPr>
              <w:rPr>
                <w:lang w:val="ru-RU"/>
              </w:rPr>
            </w:pPr>
          </w:p>
        </w:tc>
      </w:tr>
      <w:tr w:rsidR="006F7457" w:rsidRPr="00DD284B">
        <w:tc>
          <w:tcPr>
            <w:tcW w:w="2880" w:type="dxa"/>
          </w:tcPr>
          <w:p w:rsidR="006F7457" w:rsidRDefault="00332DB8">
            <w:r>
              <w:t>556.</w:t>
            </w:r>
          </w:p>
        </w:tc>
        <w:tc>
          <w:tcPr>
            <w:tcW w:w="2880" w:type="dxa"/>
          </w:tcPr>
          <w:p w:rsidR="006F7457" w:rsidRPr="00332DB8" w:rsidRDefault="00332DB8">
            <w:pPr>
              <w:rPr>
                <w:lang w:val="ru-RU"/>
              </w:rPr>
            </w:pPr>
            <w:r w:rsidRPr="00332DB8">
              <w:rPr>
                <w:lang w:val="ru-RU"/>
              </w:rPr>
              <w:t xml:space="preserve">Брошюра «Что от нас требует бог?» издательство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Pensylvania</w:t>
            </w:r>
            <w:r w:rsidRPr="00332DB8">
              <w:rPr>
                <w:lang w:val="ru-RU"/>
              </w:rPr>
              <w:t xml:space="preserve"> 1996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t>557.</w:t>
            </w:r>
          </w:p>
        </w:tc>
        <w:tc>
          <w:tcPr>
            <w:tcW w:w="2880" w:type="dxa"/>
          </w:tcPr>
          <w:p w:rsidR="006F7457" w:rsidRPr="00332DB8" w:rsidRDefault="00332DB8">
            <w:pPr>
              <w:rPr>
                <w:lang w:val="ru-RU"/>
              </w:rPr>
            </w:pPr>
            <w:r w:rsidRPr="00332DB8">
              <w:rPr>
                <w:lang w:val="ru-RU"/>
              </w:rPr>
              <w:t xml:space="preserve">Журнал «Пробудитесь!» от 8 апреля 1998 года, издательство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Traktat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t>558.</w:t>
            </w:r>
          </w:p>
        </w:tc>
        <w:tc>
          <w:tcPr>
            <w:tcW w:w="2880" w:type="dxa"/>
          </w:tcPr>
          <w:p w:rsidR="006F7457" w:rsidRPr="00332DB8" w:rsidRDefault="00332DB8">
            <w:pPr>
              <w:rPr>
                <w:lang w:val="ru-RU"/>
              </w:rPr>
            </w:pPr>
            <w:r w:rsidRPr="00332DB8">
              <w:rPr>
                <w:lang w:val="ru-RU"/>
              </w:rPr>
              <w:t xml:space="preserve">Журнал «Пробудитесь!» от 8 декабря 1998 года, издательство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Traktat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t>559.</w:t>
            </w:r>
          </w:p>
        </w:tc>
        <w:tc>
          <w:tcPr>
            <w:tcW w:w="2880" w:type="dxa"/>
          </w:tcPr>
          <w:p w:rsidR="006F7457" w:rsidRPr="00332DB8" w:rsidRDefault="00332DB8">
            <w:pPr>
              <w:rPr>
                <w:lang w:val="ru-RU"/>
              </w:rPr>
            </w:pPr>
            <w:r w:rsidRPr="00332DB8">
              <w:rPr>
                <w:lang w:val="ru-RU"/>
              </w:rPr>
              <w:t xml:space="preserve">Журнал «Пробудитесь!» от 22 февраля 1999 года, издательство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Traktat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t>560.</w:t>
            </w:r>
          </w:p>
        </w:tc>
        <w:tc>
          <w:tcPr>
            <w:tcW w:w="2880" w:type="dxa"/>
          </w:tcPr>
          <w:p w:rsidR="006F7457" w:rsidRPr="00332DB8" w:rsidRDefault="00332DB8">
            <w:pPr>
              <w:rPr>
                <w:lang w:val="ru-RU"/>
              </w:rPr>
            </w:pPr>
            <w:r w:rsidRPr="00332DB8">
              <w:rPr>
                <w:lang w:val="ru-RU"/>
              </w:rPr>
              <w:t xml:space="preserve">Журнал «Пробудитесь!» от 22 сентября 1999 года, издательство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Traktat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561.</w:t>
            </w:r>
          </w:p>
        </w:tc>
        <w:tc>
          <w:tcPr>
            <w:tcW w:w="2880" w:type="dxa"/>
          </w:tcPr>
          <w:p w:rsidR="006F7457" w:rsidRPr="00332DB8" w:rsidRDefault="00332DB8">
            <w:pPr>
              <w:rPr>
                <w:lang w:val="ru-RU"/>
              </w:rPr>
            </w:pPr>
            <w:r w:rsidRPr="00332DB8">
              <w:rPr>
                <w:lang w:val="ru-RU"/>
              </w:rPr>
              <w:t xml:space="preserve">Журнал «Пробудитесь!» от 22 октября 2000 года, издательство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Traktat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t>562.</w:t>
            </w:r>
          </w:p>
        </w:tc>
        <w:tc>
          <w:tcPr>
            <w:tcW w:w="2880" w:type="dxa"/>
          </w:tcPr>
          <w:p w:rsidR="006F7457" w:rsidRPr="00332DB8" w:rsidRDefault="00332DB8">
            <w:pPr>
              <w:rPr>
                <w:lang w:val="ru-RU"/>
              </w:rPr>
            </w:pPr>
            <w:r w:rsidRPr="00332DB8">
              <w:rPr>
                <w:lang w:val="ru-RU"/>
              </w:rPr>
              <w:t xml:space="preserve">Журнал «Пробудитесь!» апрель 2008 года, издательство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Traktat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t>563.</w:t>
            </w:r>
          </w:p>
        </w:tc>
        <w:tc>
          <w:tcPr>
            <w:tcW w:w="2880" w:type="dxa"/>
          </w:tcPr>
          <w:p w:rsidR="006F7457" w:rsidRPr="00332DB8" w:rsidRDefault="00332DB8">
            <w:pPr>
              <w:rPr>
                <w:lang w:val="ru-RU"/>
              </w:rPr>
            </w:pPr>
            <w:r w:rsidRPr="00332DB8">
              <w:rPr>
                <w:lang w:val="ru-RU"/>
              </w:rPr>
              <w:t xml:space="preserve">Журнал «Пробудитесь!» январь 2009 года, издательство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Traktat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t>564.</w:t>
            </w:r>
          </w:p>
        </w:tc>
        <w:tc>
          <w:tcPr>
            <w:tcW w:w="2880" w:type="dxa"/>
          </w:tcPr>
          <w:p w:rsidR="006F7457" w:rsidRPr="00332DB8" w:rsidRDefault="00332DB8">
            <w:pPr>
              <w:rPr>
                <w:lang w:val="ru-RU"/>
              </w:rPr>
            </w:pPr>
            <w:r>
              <w:t>Журнал «Сторожевая Башня возвещает царство Иеговы» от 15 мая 1998 издательство Watch tower Bible und Traktat -Gesellschaft Deutscher Zwelg. V</w:t>
            </w:r>
            <w:r w:rsidRPr="00332DB8">
              <w:rPr>
                <w:lang w:val="ru-RU"/>
              </w:rPr>
              <w:t xml:space="preserve">. </w:t>
            </w:r>
            <w:r>
              <w:t>Selters</w:t>
            </w:r>
            <w:r w:rsidRPr="00332DB8">
              <w:rPr>
                <w:lang w:val="ru-RU"/>
              </w:rPr>
              <w:t>/</w:t>
            </w:r>
            <w:r>
              <w:t>Taunus</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t>565.</w:t>
            </w:r>
          </w:p>
        </w:tc>
        <w:tc>
          <w:tcPr>
            <w:tcW w:w="2880" w:type="dxa"/>
          </w:tcPr>
          <w:p w:rsidR="006F7457" w:rsidRPr="00332DB8" w:rsidRDefault="00332DB8">
            <w:pPr>
              <w:rPr>
                <w:lang w:val="ru-RU"/>
              </w:rPr>
            </w:pPr>
            <w:r>
              <w:t>Журнал «Сторожевая Башня возвещает царство Иеговы» от 1 октября 1998 издательство Watch tower Bible und Traktat-Gesellschaft Deutscher Zwelg. V</w:t>
            </w:r>
            <w:r w:rsidRPr="00332DB8">
              <w:rPr>
                <w:lang w:val="ru-RU"/>
              </w:rPr>
              <w:t xml:space="preserve">. </w:t>
            </w:r>
            <w:r>
              <w:t>Selters</w:t>
            </w:r>
            <w:r w:rsidRPr="00332DB8">
              <w:rPr>
                <w:lang w:val="ru-RU"/>
              </w:rPr>
              <w:t>/</w:t>
            </w:r>
            <w:r>
              <w:t>Taunus</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t>566.</w:t>
            </w:r>
          </w:p>
        </w:tc>
        <w:tc>
          <w:tcPr>
            <w:tcW w:w="2880" w:type="dxa"/>
          </w:tcPr>
          <w:p w:rsidR="006F7457" w:rsidRPr="00332DB8" w:rsidRDefault="00332DB8">
            <w:pPr>
              <w:rPr>
                <w:lang w:val="ru-RU"/>
              </w:rPr>
            </w:pPr>
            <w:r>
              <w:t>Журнал «Сторожевая Башня возвещает царство Иеговы» от 15 февраля 1999 издательство Watch tower Bible und Traktat-Gesellschaft Deutscher Zwelg. V</w:t>
            </w:r>
            <w:r w:rsidRPr="00332DB8">
              <w:rPr>
                <w:lang w:val="ru-RU"/>
              </w:rPr>
              <w:t xml:space="preserve">. </w:t>
            </w:r>
            <w:r>
              <w:t>Selters</w:t>
            </w:r>
            <w:r w:rsidRPr="00332DB8">
              <w:rPr>
                <w:lang w:val="ru-RU"/>
              </w:rPr>
              <w:t>/</w:t>
            </w:r>
            <w:r>
              <w:t>Taunus</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t>567.</w:t>
            </w:r>
          </w:p>
        </w:tc>
        <w:tc>
          <w:tcPr>
            <w:tcW w:w="2880" w:type="dxa"/>
          </w:tcPr>
          <w:p w:rsidR="006F7457" w:rsidRPr="00332DB8" w:rsidRDefault="00332DB8">
            <w:pPr>
              <w:rPr>
                <w:lang w:val="ru-RU"/>
              </w:rPr>
            </w:pPr>
            <w:r>
              <w:t>Журнал «Сторожевая Башня возвещает царство Иеговы» от 1 мая 1999 издательство Watch tower Bible und Traktat-Gesellschaft Deutscher Zwelg. V</w:t>
            </w:r>
            <w:r w:rsidRPr="00332DB8">
              <w:rPr>
                <w:lang w:val="ru-RU"/>
              </w:rPr>
              <w:t xml:space="preserve">. </w:t>
            </w:r>
            <w:r>
              <w:t>Selters</w:t>
            </w:r>
            <w:r w:rsidRPr="00332DB8">
              <w:rPr>
                <w:lang w:val="ru-RU"/>
              </w:rPr>
              <w:t>/</w:t>
            </w:r>
            <w:r>
              <w:t>Taunus</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568.</w:t>
            </w:r>
          </w:p>
        </w:tc>
        <w:tc>
          <w:tcPr>
            <w:tcW w:w="2880" w:type="dxa"/>
          </w:tcPr>
          <w:p w:rsidR="006F7457" w:rsidRPr="00332DB8" w:rsidRDefault="00332DB8">
            <w:pPr>
              <w:rPr>
                <w:lang w:val="ru-RU"/>
              </w:rPr>
            </w:pPr>
            <w:r>
              <w:t>Журнал «Сторожевая Башня возвещает царство Иеговы» от 1 ноября 2001 издательство Watch tower Bible und Traktat-Gesellschaft Deutscher Zwelg. V</w:t>
            </w:r>
            <w:r w:rsidRPr="00332DB8">
              <w:rPr>
                <w:lang w:val="ru-RU"/>
              </w:rPr>
              <w:t xml:space="preserve"> </w:t>
            </w:r>
            <w:r>
              <w:t>Selters</w:t>
            </w:r>
            <w:r w:rsidRPr="00332DB8">
              <w:rPr>
                <w:lang w:val="ru-RU"/>
              </w:rPr>
              <w:t>/</w:t>
            </w:r>
            <w:r>
              <w:t>Taunus</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tc>
          <w:tcPr>
            <w:tcW w:w="2880" w:type="dxa"/>
          </w:tcPr>
          <w:p w:rsidR="006F7457" w:rsidRDefault="00332DB8">
            <w:r>
              <w:t>569.</w:t>
            </w:r>
          </w:p>
        </w:tc>
        <w:tc>
          <w:tcPr>
            <w:tcW w:w="2880" w:type="dxa"/>
          </w:tcPr>
          <w:p w:rsidR="006F7457" w:rsidRDefault="00332DB8">
            <w: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2880" w:type="dxa"/>
          </w:tcPr>
          <w:p w:rsidR="006F7457" w:rsidRDefault="006F7457"/>
        </w:tc>
      </w:tr>
      <w:tr w:rsidR="006F7457" w:rsidRPr="00DD284B">
        <w:tc>
          <w:tcPr>
            <w:tcW w:w="2880" w:type="dxa"/>
          </w:tcPr>
          <w:p w:rsidR="006F7457" w:rsidRDefault="00332DB8">
            <w:r>
              <w:t>570.</w:t>
            </w:r>
          </w:p>
        </w:tc>
        <w:tc>
          <w:tcPr>
            <w:tcW w:w="2880" w:type="dxa"/>
          </w:tcPr>
          <w:p w:rsidR="006F7457" w:rsidRPr="00332DB8" w:rsidRDefault="00332DB8">
            <w:pPr>
              <w:rPr>
                <w:lang w:val="ru-RU"/>
              </w:rPr>
            </w:pPr>
            <w:r>
              <w:t>Журнал «Сторожевая Башня возвещает царство Иеговы» от 1 марта 2002 издательство Watch tower Bible und Traktat-Gesellschaft Deutscher Zwelg. V</w:t>
            </w:r>
            <w:r w:rsidRPr="00332DB8">
              <w:rPr>
                <w:lang w:val="ru-RU"/>
              </w:rPr>
              <w:t xml:space="preserve">. </w:t>
            </w:r>
            <w:r>
              <w:t>Selters</w:t>
            </w:r>
            <w:r w:rsidRPr="00332DB8">
              <w:rPr>
                <w:lang w:val="ru-RU"/>
              </w:rPr>
              <w:t>/</w:t>
            </w:r>
            <w:r>
              <w:t>Taunus</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t>571.</w:t>
            </w:r>
          </w:p>
        </w:tc>
        <w:tc>
          <w:tcPr>
            <w:tcW w:w="2880" w:type="dxa"/>
          </w:tcPr>
          <w:p w:rsidR="006F7457" w:rsidRPr="00332DB8" w:rsidRDefault="00332DB8">
            <w:pPr>
              <w:rPr>
                <w:lang w:val="ru-RU"/>
              </w:rPr>
            </w:pPr>
            <w:r>
              <w:t>Журнал «Сторожевая Башня возвещает царство Иеговы» от 1 января 2009 издательство Watch tower Bible und Traktat-Gesellschaft Deutscher Zwelg. V</w:t>
            </w:r>
            <w:r w:rsidRPr="00332DB8">
              <w:rPr>
                <w:lang w:val="ru-RU"/>
              </w:rPr>
              <w:t xml:space="preserve">. </w:t>
            </w:r>
            <w:r>
              <w:t>Selters</w:t>
            </w:r>
            <w:r w:rsidRPr="00332DB8">
              <w:rPr>
                <w:lang w:val="ru-RU"/>
              </w:rPr>
              <w:t>/</w:t>
            </w:r>
            <w:r>
              <w:t>Taunus</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t>572.</w:t>
            </w:r>
          </w:p>
        </w:tc>
        <w:tc>
          <w:tcPr>
            <w:tcW w:w="2880" w:type="dxa"/>
          </w:tcPr>
          <w:p w:rsidR="006F7457" w:rsidRPr="00332DB8" w:rsidRDefault="00332DB8">
            <w:pPr>
              <w:rPr>
                <w:lang w:val="ru-RU"/>
              </w:rPr>
            </w:pPr>
            <w:r>
              <w:t>Журнал «Сторожевая Башня возвещает царство Иеговы» от 15 января 2009 издательство Watch tower Bible und Traktat-Gesellschaft Deutscher Zwelg. V</w:t>
            </w:r>
            <w:r w:rsidRPr="00332DB8">
              <w:rPr>
                <w:lang w:val="ru-RU"/>
              </w:rPr>
              <w:t xml:space="preserve">. </w:t>
            </w:r>
            <w:r>
              <w:t>Selters</w:t>
            </w:r>
            <w:r w:rsidRPr="00332DB8">
              <w:rPr>
                <w:lang w:val="ru-RU"/>
              </w:rPr>
              <w:t>/</w:t>
            </w:r>
            <w:r>
              <w:t>Taunus</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t>573.</w:t>
            </w:r>
          </w:p>
        </w:tc>
        <w:tc>
          <w:tcPr>
            <w:tcW w:w="2880" w:type="dxa"/>
          </w:tcPr>
          <w:p w:rsidR="006F7457" w:rsidRPr="00332DB8" w:rsidRDefault="00332DB8">
            <w:pPr>
              <w:rPr>
                <w:lang w:val="ru-RU"/>
              </w:rPr>
            </w:pPr>
            <w:r>
              <w:t>Журнал «Сторожевая Башня возвещает царство Иеговы» от 1 февраля 2009 издательство Watch tower Bible und Traktat-Gesellschaft Deutscher Zwelg. V</w:t>
            </w:r>
            <w:r w:rsidRPr="00332DB8">
              <w:rPr>
                <w:lang w:val="ru-RU"/>
              </w:rPr>
              <w:t xml:space="preserve">. </w:t>
            </w:r>
            <w:r>
              <w:t>Selters</w:t>
            </w:r>
            <w:r w:rsidRPr="00332DB8">
              <w:rPr>
                <w:lang w:val="ru-RU"/>
              </w:rPr>
              <w:t>/</w:t>
            </w:r>
            <w:r>
              <w:t>Taunus</w:t>
            </w:r>
            <w:r w:rsidRPr="00332DB8">
              <w:rPr>
                <w:lang w:val="ru-RU"/>
              </w:rPr>
              <w:t xml:space="preserve"> (решение Горно-Алтайского городского суда Республики Алтай от 01.10.2009).</w:t>
            </w:r>
          </w:p>
        </w:tc>
        <w:tc>
          <w:tcPr>
            <w:tcW w:w="2880" w:type="dxa"/>
          </w:tcPr>
          <w:p w:rsidR="006F7457" w:rsidRPr="00332DB8" w:rsidRDefault="006F7457">
            <w:pPr>
              <w:rPr>
                <w:lang w:val="ru-RU"/>
              </w:rPr>
            </w:pPr>
          </w:p>
        </w:tc>
      </w:tr>
      <w:tr w:rsidR="006F7457" w:rsidRPr="00DD284B">
        <w:tc>
          <w:tcPr>
            <w:tcW w:w="2880" w:type="dxa"/>
          </w:tcPr>
          <w:p w:rsidR="006F7457" w:rsidRDefault="00332DB8">
            <w:r>
              <w:t>574.</w:t>
            </w:r>
          </w:p>
        </w:tc>
        <w:tc>
          <w:tcPr>
            <w:tcW w:w="2880" w:type="dxa"/>
          </w:tcPr>
          <w:p w:rsidR="006F7457" w:rsidRPr="00332DB8" w:rsidRDefault="00332DB8">
            <w:pPr>
              <w:rPr>
                <w:lang w:val="ru-RU"/>
              </w:rPr>
            </w:pPr>
            <w:r w:rsidRPr="00332DB8">
              <w:rPr>
                <w:lang w:val="ru-RU"/>
              </w:rPr>
              <w:t xml:space="preserve">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w:t>
            </w:r>
            <w:r w:rsidRPr="00332DB8">
              <w:rPr>
                <w:lang w:val="ru-RU"/>
              </w:rPr>
              <w:lastRenderedPageBreak/>
              <w:t>городского суда Калужской области от 18.03.2009 и определение судебной коллегии по гражданским делам Калужского областного суда от 20.04.2009).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575.</w:t>
            </w:r>
          </w:p>
        </w:tc>
        <w:tc>
          <w:tcPr>
            <w:tcW w:w="2880" w:type="dxa"/>
          </w:tcPr>
          <w:p w:rsidR="006F7457" w:rsidRPr="00332DB8" w:rsidRDefault="00332DB8">
            <w:pPr>
              <w:rPr>
                <w:lang w:val="ru-RU"/>
              </w:rPr>
            </w:pPr>
            <w:r w:rsidRPr="00332DB8">
              <w:rPr>
                <w:lang w:val="ru-RU"/>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2880" w:type="dxa"/>
          </w:tcPr>
          <w:p w:rsidR="006F7457" w:rsidRPr="00332DB8" w:rsidRDefault="006F7457">
            <w:pPr>
              <w:rPr>
                <w:lang w:val="ru-RU"/>
              </w:rPr>
            </w:pPr>
          </w:p>
        </w:tc>
      </w:tr>
      <w:tr w:rsidR="006F7457" w:rsidRPr="00DD284B">
        <w:tc>
          <w:tcPr>
            <w:tcW w:w="2880" w:type="dxa"/>
          </w:tcPr>
          <w:p w:rsidR="006F7457" w:rsidRDefault="00332DB8">
            <w:r>
              <w:t>576.</w:t>
            </w:r>
          </w:p>
        </w:tc>
        <w:tc>
          <w:tcPr>
            <w:tcW w:w="2880" w:type="dxa"/>
          </w:tcPr>
          <w:p w:rsidR="006F7457" w:rsidRPr="00332DB8" w:rsidRDefault="00332DB8">
            <w:pPr>
              <w:rPr>
                <w:lang w:val="ru-RU"/>
              </w:rPr>
            </w:pPr>
            <w:r w:rsidRPr="00332DB8">
              <w:rPr>
                <w:lang w:val="ru-RU"/>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2880" w:type="dxa"/>
          </w:tcPr>
          <w:p w:rsidR="006F7457" w:rsidRPr="00332DB8" w:rsidRDefault="006F7457">
            <w:pPr>
              <w:rPr>
                <w:lang w:val="ru-RU"/>
              </w:rPr>
            </w:pPr>
          </w:p>
        </w:tc>
      </w:tr>
      <w:tr w:rsidR="006F7457" w:rsidRPr="00DD284B">
        <w:tc>
          <w:tcPr>
            <w:tcW w:w="2880" w:type="dxa"/>
          </w:tcPr>
          <w:p w:rsidR="006F7457" w:rsidRDefault="00332DB8">
            <w:r>
              <w:t>577.</w:t>
            </w:r>
          </w:p>
        </w:tc>
        <w:tc>
          <w:tcPr>
            <w:tcW w:w="2880" w:type="dxa"/>
          </w:tcPr>
          <w:p w:rsidR="006F7457" w:rsidRPr="00332DB8" w:rsidRDefault="00332DB8">
            <w:pPr>
              <w:rPr>
                <w:lang w:val="ru-RU"/>
              </w:rPr>
            </w:pPr>
            <w:r w:rsidRPr="00332DB8">
              <w:rPr>
                <w:lang w:val="ru-RU"/>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2880" w:type="dxa"/>
          </w:tcPr>
          <w:p w:rsidR="006F7457" w:rsidRPr="00332DB8" w:rsidRDefault="006F7457">
            <w:pPr>
              <w:rPr>
                <w:lang w:val="ru-RU"/>
              </w:rPr>
            </w:pPr>
          </w:p>
        </w:tc>
      </w:tr>
      <w:tr w:rsidR="006F7457" w:rsidRPr="00DD284B">
        <w:tc>
          <w:tcPr>
            <w:tcW w:w="2880" w:type="dxa"/>
          </w:tcPr>
          <w:p w:rsidR="006F7457" w:rsidRDefault="00332DB8">
            <w:r>
              <w:t>578.</w:t>
            </w:r>
          </w:p>
        </w:tc>
        <w:tc>
          <w:tcPr>
            <w:tcW w:w="2880" w:type="dxa"/>
          </w:tcPr>
          <w:p w:rsidR="006F7457" w:rsidRPr="00332DB8" w:rsidRDefault="00332DB8">
            <w:pPr>
              <w:rPr>
                <w:lang w:val="ru-RU"/>
              </w:rPr>
            </w:pPr>
            <w:r w:rsidRPr="00332DB8">
              <w:rPr>
                <w:lang w:val="ru-RU"/>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2880" w:type="dxa"/>
          </w:tcPr>
          <w:p w:rsidR="006F7457" w:rsidRPr="00332DB8" w:rsidRDefault="006F7457">
            <w:pPr>
              <w:rPr>
                <w:lang w:val="ru-RU"/>
              </w:rPr>
            </w:pPr>
          </w:p>
        </w:tc>
      </w:tr>
      <w:tr w:rsidR="006F7457" w:rsidRPr="00DD284B">
        <w:tc>
          <w:tcPr>
            <w:tcW w:w="2880" w:type="dxa"/>
          </w:tcPr>
          <w:p w:rsidR="006F7457" w:rsidRDefault="00332DB8">
            <w:r>
              <w:t>579.</w:t>
            </w:r>
          </w:p>
        </w:tc>
        <w:tc>
          <w:tcPr>
            <w:tcW w:w="2880" w:type="dxa"/>
          </w:tcPr>
          <w:p w:rsidR="006F7457" w:rsidRPr="00332DB8" w:rsidRDefault="00332DB8">
            <w:pPr>
              <w:rPr>
                <w:lang w:val="ru-RU"/>
              </w:rPr>
            </w:pPr>
            <w:r w:rsidRPr="00332DB8">
              <w:rPr>
                <w:lang w:val="ru-RU"/>
              </w:rPr>
              <w:t>Обращения, размещенные неустановленным лицом под псевдонимом «</w:t>
            </w:r>
            <w:r>
              <w:t>Patriot</w:t>
            </w:r>
            <w:r w:rsidRPr="00332DB8">
              <w:rPr>
                <w:lang w:val="ru-RU"/>
              </w:rPr>
              <w:t xml:space="preserve">.» в сети Интернет на форуме сайта </w:t>
            </w:r>
            <w:r>
              <w:t>http</w:t>
            </w:r>
            <w:r w:rsidRPr="00332DB8">
              <w:rPr>
                <w:lang w:val="ru-RU"/>
              </w:rPr>
              <w:t>://</w:t>
            </w:r>
            <w:r>
              <w:t>circassia</w:t>
            </w:r>
            <w:r w:rsidRPr="00332DB8">
              <w:rPr>
                <w:lang w:val="ru-RU"/>
              </w:rPr>
              <w:t>.</w:t>
            </w:r>
            <w:r>
              <w:t>Forumieren</w:t>
            </w:r>
            <w:r w:rsidRPr="00332DB8">
              <w:rPr>
                <w:lang w:val="ru-RU"/>
              </w:rPr>
              <w:t>.</w:t>
            </w:r>
            <w:r>
              <w:t>de</w:t>
            </w:r>
            <w:r w:rsidRPr="00332DB8">
              <w:rPr>
                <w:lang w:val="ru-RU"/>
              </w:rPr>
              <w:t xml:space="preserve"> Международного Черкесского Движения к Адыгам (решение Майкопского городского суда Республики Адыгея от 06.11.2009).</w:t>
            </w:r>
          </w:p>
        </w:tc>
        <w:tc>
          <w:tcPr>
            <w:tcW w:w="2880" w:type="dxa"/>
          </w:tcPr>
          <w:p w:rsidR="006F7457" w:rsidRPr="00332DB8" w:rsidRDefault="006F7457">
            <w:pPr>
              <w:rPr>
                <w:lang w:val="ru-RU"/>
              </w:rPr>
            </w:pPr>
          </w:p>
        </w:tc>
      </w:tr>
      <w:tr w:rsidR="006F7457" w:rsidRPr="00DD284B">
        <w:tc>
          <w:tcPr>
            <w:tcW w:w="2880" w:type="dxa"/>
          </w:tcPr>
          <w:p w:rsidR="006F7457" w:rsidRDefault="00332DB8">
            <w:r>
              <w:t>580.</w:t>
            </w:r>
          </w:p>
        </w:tc>
        <w:tc>
          <w:tcPr>
            <w:tcW w:w="2880" w:type="dxa"/>
          </w:tcPr>
          <w:p w:rsidR="006F7457" w:rsidRPr="00332DB8" w:rsidRDefault="00332DB8">
            <w:pPr>
              <w:rPr>
                <w:lang w:val="ru-RU"/>
              </w:rPr>
            </w:pPr>
            <w:r w:rsidRPr="00332DB8">
              <w:rPr>
                <w:lang w:val="ru-RU"/>
              </w:rPr>
              <w:t>Интернет-проект «Большая Игра «Сломай систему» (решение Железнодорожного районного суда города Барнаула Алтайского края от 20.01.2010).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581.</w:t>
            </w:r>
          </w:p>
        </w:tc>
        <w:tc>
          <w:tcPr>
            <w:tcW w:w="2880" w:type="dxa"/>
          </w:tcPr>
          <w:p w:rsidR="006F7457" w:rsidRPr="00332DB8" w:rsidRDefault="00332DB8">
            <w:pPr>
              <w:rPr>
                <w:lang w:val="ru-RU"/>
              </w:rPr>
            </w:pPr>
            <w:r w:rsidRPr="00332DB8">
              <w:rPr>
                <w:lang w:val="ru-RU"/>
              </w:rPr>
              <w:t xml:space="preserve">Интернет-сайт </w:t>
            </w:r>
            <w:r>
              <w:t>http</w:t>
            </w:r>
            <w:r w:rsidRPr="00332DB8">
              <w:rPr>
                <w:lang w:val="ru-RU"/>
              </w:rPr>
              <w:t>://</w:t>
            </w:r>
            <w:r>
              <w:t>www</w:t>
            </w:r>
            <w:r w:rsidRPr="00332DB8">
              <w:rPr>
                <w:lang w:val="ru-RU"/>
              </w:rPr>
              <w:t>.</w:t>
            </w:r>
            <w:r>
              <w:t>rusigra</w:t>
            </w:r>
            <w:r w:rsidRPr="00332DB8">
              <w:rPr>
                <w:lang w:val="ru-RU"/>
              </w:rPr>
              <w:t>.</w:t>
            </w:r>
            <w:r>
              <w:t>org</w:t>
            </w:r>
            <w:r w:rsidRPr="00332DB8">
              <w:rPr>
                <w:lang w:val="ru-RU"/>
              </w:rPr>
              <w:t xml:space="preserve"> (решение Железнодорожного районного суда города Барнаула Алтайского края от 20.01.2010).</w:t>
            </w:r>
          </w:p>
        </w:tc>
        <w:tc>
          <w:tcPr>
            <w:tcW w:w="2880" w:type="dxa"/>
          </w:tcPr>
          <w:p w:rsidR="006F7457" w:rsidRPr="00332DB8" w:rsidRDefault="006F7457">
            <w:pPr>
              <w:rPr>
                <w:lang w:val="ru-RU"/>
              </w:rPr>
            </w:pPr>
          </w:p>
        </w:tc>
      </w:tr>
      <w:tr w:rsidR="006F7457" w:rsidRPr="00DD284B">
        <w:tc>
          <w:tcPr>
            <w:tcW w:w="2880" w:type="dxa"/>
          </w:tcPr>
          <w:p w:rsidR="006F7457" w:rsidRDefault="00332DB8">
            <w:r>
              <w:t>582.</w:t>
            </w:r>
          </w:p>
        </w:tc>
        <w:tc>
          <w:tcPr>
            <w:tcW w:w="2880" w:type="dxa"/>
          </w:tcPr>
          <w:p w:rsidR="006F7457" w:rsidRPr="00332DB8" w:rsidRDefault="00332DB8">
            <w:pPr>
              <w:rPr>
                <w:lang w:val="ru-RU"/>
              </w:rPr>
            </w:pPr>
            <w:r w:rsidRPr="00332DB8">
              <w:rPr>
                <w:lang w:val="ru-RU"/>
              </w:rPr>
              <w:t xml:space="preserve">Интернет-сайт </w:t>
            </w:r>
            <w:r>
              <w:t>http</w:t>
            </w:r>
            <w:r w:rsidRPr="00332DB8">
              <w:rPr>
                <w:lang w:val="ru-RU"/>
              </w:rPr>
              <w:t>://</w:t>
            </w:r>
            <w:r>
              <w:t>www</w:t>
            </w:r>
            <w:r w:rsidRPr="00332DB8">
              <w:rPr>
                <w:lang w:val="ru-RU"/>
              </w:rPr>
              <w:t>.</w:t>
            </w:r>
            <w:r>
              <w:t>rusigra</w:t>
            </w:r>
            <w:r w:rsidRPr="00332DB8">
              <w:rPr>
                <w:lang w:val="ru-RU"/>
              </w:rPr>
              <w:t>.</w:t>
            </w:r>
            <w:r>
              <w:t>info</w:t>
            </w:r>
            <w:r w:rsidRPr="00332DB8">
              <w:rPr>
                <w:lang w:val="ru-RU"/>
              </w:rPr>
              <w:t xml:space="preserve"> (решение Железнодорожного районного суда города Барнаула Алтайского края от 20.01.2010).</w:t>
            </w:r>
          </w:p>
        </w:tc>
        <w:tc>
          <w:tcPr>
            <w:tcW w:w="2880" w:type="dxa"/>
          </w:tcPr>
          <w:p w:rsidR="006F7457" w:rsidRPr="00332DB8" w:rsidRDefault="006F7457">
            <w:pPr>
              <w:rPr>
                <w:lang w:val="ru-RU"/>
              </w:rPr>
            </w:pPr>
          </w:p>
        </w:tc>
      </w:tr>
      <w:tr w:rsidR="006F7457" w:rsidRPr="00DD284B">
        <w:tc>
          <w:tcPr>
            <w:tcW w:w="2880" w:type="dxa"/>
          </w:tcPr>
          <w:p w:rsidR="006F7457" w:rsidRDefault="00332DB8">
            <w:r>
              <w:t>583.</w:t>
            </w:r>
          </w:p>
        </w:tc>
        <w:tc>
          <w:tcPr>
            <w:tcW w:w="2880" w:type="dxa"/>
          </w:tcPr>
          <w:p w:rsidR="006F7457" w:rsidRPr="00332DB8" w:rsidRDefault="00332DB8">
            <w:pPr>
              <w:rPr>
                <w:lang w:val="ru-RU"/>
              </w:rPr>
            </w:pPr>
            <w:r w:rsidRPr="00332DB8">
              <w:rPr>
                <w:lang w:val="ru-RU"/>
              </w:rPr>
              <w:t xml:space="preserve">Интернет-сайт </w:t>
            </w:r>
            <w:r>
              <w:t>http</w:t>
            </w:r>
            <w:r w:rsidRPr="00332DB8">
              <w:rPr>
                <w:lang w:val="ru-RU"/>
              </w:rPr>
              <w:t>://</w:t>
            </w:r>
            <w:r>
              <w:t>www</w:t>
            </w:r>
            <w:r w:rsidRPr="00332DB8">
              <w:rPr>
                <w:lang w:val="ru-RU"/>
              </w:rPr>
              <w:t>.</w:t>
            </w:r>
            <w:r>
              <w:t>rusigra</w:t>
            </w:r>
            <w:r w:rsidRPr="00332DB8">
              <w:rPr>
                <w:lang w:val="ru-RU"/>
              </w:rPr>
              <w:t>.</w:t>
            </w:r>
            <w:r>
              <w:t>livejournal</w:t>
            </w:r>
            <w:r w:rsidRPr="00332DB8">
              <w:rPr>
                <w:lang w:val="ru-RU"/>
              </w:rPr>
              <w:t>.</w:t>
            </w:r>
            <w:r>
              <w:t>com</w:t>
            </w:r>
            <w:r w:rsidRPr="00332DB8">
              <w:rPr>
                <w:lang w:val="ru-RU"/>
              </w:rPr>
              <w:t xml:space="preserve"> (решение Железнодорожного районного суда города Барнаула Алтайского края от 20.01.2010).</w:t>
            </w:r>
          </w:p>
        </w:tc>
        <w:tc>
          <w:tcPr>
            <w:tcW w:w="2880" w:type="dxa"/>
          </w:tcPr>
          <w:p w:rsidR="006F7457" w:rsidRPr="00332DB8" w:rsidRDefault="006F7457">
            <w:pPr>
              <w:rPr>
                <w:lang w:val="ru-RU"/>
              </w:rPr>
            </w:pPr>
          </w:p>
        </w:tc>
      </w:tr>
      <w:tr w:rsidR="006F7457" w:rsidRPr="00DD284B">
        <w:tc>
          <w:tcPr>
            <w:tcW w:w="2880" w:type="dxa"/>
          </w:tcPr>
          <w:p w:rsidR="006F7457" w:rsidRDefault="00332DB8">
            <w:r>
              <w:t>584.</w:t>
            </w:r>
          </w:p>
        </w:tc>
        <w:tc>
          <w:tcPr>
            <w:tcW w:w="2880" w:type="dxa"/>
          </w:tcPr>
          <w:p w:rsidR="006F7457" w:rsidRPr="00332DB8" w:rsidRDefault="00332DB8">
            <w:pPr>
              <w:rPr>
                <w:lang w:val="ru-RU"/>
              </w:rPr>
            </w:pPr>
            <w:r w:rsidRPr="00332DB8">
              <w:rPr>
                <w:lang w:val="ru-RU"/>
              </w:rPr>
              <w:t xml:space="preserve">Интернет-сайт </w:t>
            </w:r>
            <w:r>
              <w:t>www</w:t>
            </w:r>
            <w:r w:rsidRPr="00332DB8">
              <w:rPr>
                <w:lang w:val="ru-RU"/>
              </w:rPr>
              <w:t>.</w:t>
            </w:r>
            <w:r>
              <w:t>BelPar</w:t>
            </w:r>
            <w:r w:rsidRPr="00332DB8">
              <w:rPr>
                <w:lang w:val="ru-RU"/>
              </w:rPr>
              <w:t>.</w:t>
            </w:r>
            <w:r>
              <w:t>org</w:t>
            </w:r>
            <w:r w:rsidRPr="00332DB8">
              <w:rPr>
                <w:lang w:val="ru-RU"/>
              </w:rPr>
              <w:t xml:space="preserve"> (решение Железнодорожного районного суда города Барнаула Алтайского края от 20.01.2010).</w:t>
            </w:r>
          </w:p>
        </w:tc>
        <w:tc>
          <w:tcPr>
            <w:tcW w:w="2880" w:type="dxa"/>
          </w:tcPr>
          <w:p w:rsidR="006F7457" w:rsidRPr="00332DB8" w:rsidRDefault="006F7457">
            <w:pPr>
              <w:rPr>
                <w:lang w:val="ru-RU"/>
              </w:rPr>
            </w:pPr>
          </w:p>
        </w:tc>
      </w:tr>
      <w:tr w:rsidR="006F7457" w:rsidRPr="00DD284B">
        <w:tc>
          <w:tcPr>
            <w:tcW w:w="2880" w:type="dxa"/>
          </w:tcPr>
          <w:p w:rsidR="006F7457" w:rsidRDefault="00332DB8">
            <w:r>
              <w:t>585.</w:t>
            </w:r>
          </w:p>
        </w:tc>
        <w:tc>
          <w:tcPr>
            <w:tcW w:w="2880" w:type="dxa"/>
          </w:tcPr>
          <w:p w:rsidR="006F7457" w:rsidRPr="00332DB8" w:rsidRDefault="00332DB8">
            <w:pPr>
              <w:rPr>
                <w:lang w:val="ru-RU"/>
              </w:rPr>
            </w:pPr>
            <w:r w:rsidRPr="00332DB8">
              <w:rPr>
                <w:lang w:val="ru-RU"/>
              </w:rPr>
              <w:t xml:space="preserve">Интернет-сайт </w:t>
            </w:r>
            <w:r>
              <w:t>www</w:t>
            </w:r>
            <w:r w:rsidRPr="00332DB8">
              <w:rPr>
                <w:lang w:val="ru-RU"/>
              </w:rPr>
              <w:t>.</w:t>
            </w:r>
            <w:r>
              <w:t>sbl</w:t>
            </w:r>
            <w:r w:rsidRPr="00332DB8">
              <w:rPr>
                <w:lang w:val="ru-RU"/>
              </w:rPr>
              <w:t>4.</w:t>
            </w:r>
            <w:r>
              <w:t>org</w:t>
            </w:r>
            <w:r w:rsidRPr="00332DB8">
              <w:rPr>
                <w:lang w:val="ru-RU"/>
              </w:rPr>
              <w:t xml:space="preserve"> (решение Железнодорожного районного суда города Барнаула Алтайского края от 20.01.2010).</w:t>
            </w:r>
          </w:p>
        </w:tc>
        <w:tc>
          <w:tcPr>
            <w:tcW w:w="2880" w:type="dxa"/>
          </w:tcPr>
          <w:p w:rsidR="006F7457" w:rsidRPr="00332DB8" w:rsidRDefault="006F7457">
            <w:pPr>
              <w:rPr>
                <w:lang w:val="ru-RU"/>
              </w:rPr>
            </w:pPr>
          </w:p>
        </w:tc>
      </w:tr>
      <w:tr w:rsidR="006F7457" w:rsidRPr="00DD284B">
        <w:tc>
          <w:tcPr>
            <w:tcW w:w="2880" w:type="dxa"/>
          </w:tcPr>
          <w:p w:rsidR="006F7457" w:rsidRDefault="00332DB8">
            <w:r>
              <w:t>586.</w:t>
            </w:r>
          </w:p>
        </w:tc>
        <w:tc>
          <w:tcPr>
            <w:tcW w:w="2880" w:type="dxa"/>
          </w:tcPr>
          <w:p w:rsidR="006F7457" w:rsidRPr="00332DB8" w:rsidRDefault="00332DB8">
            <w:pPr>
              <w:rPr>
                <w:lang w:val="ru-RU"/>
              </w:rPr>
            </w:pPr>
            <w:r w:rsidRPr="00332DB8">
              <w:rPr>
                <w:lang w:val="ru-RU"/>
              </w:rPr>
              <w:t xml:space="preserve">Интернет-сайт </w:t>
            </w:r>
            <w:r>
              <w:t>www</w:t>
            </w:r>
            <w:r w:rsidRPr="00332DB8">
              <w:rPr>
                <w:lang w:val="ru-RU"/>
              </w:rPr>
              <w:t>.3</w:t>
            </w:r>
            <w:r>
              <w:t>a</w:t>
            </w:r>
            <w:r w:rsidRPr="00332DB8">
              <w:rPr>
                <w:lang w:val="ru-RU"/>
              </w:rPr>
              <w:t>_</w:t>
            </w:r>
            <w:r>
              <w:t>pycb</w:t>
            </w:r>
            <w:r w:rsidRPr="00332DB8">
              <w:rPr>
                <w:lang w:val="ru-RU"/>
              </w:rPr>
              <w:t>.</w:t>
            </w:r>
            <w:r>
              <w:t>livejornal</w:t>
            </w:r>
            <w:r w:rsidRPr="00332DB8">
              <w:rPr>
                <w:lang w:val="ru-RU"/>
              </w:rPr>
              <w:t>.</w:t>
            </w:r>
            <w:r>
              <w:t>com</w:t>
            </w:r>
            <w:r w:rsidRPr="00332DB8">
              <w:rPr>
                <w:lang w:val="ru-RU"/>
              </w:rPr>
              <w:t xml:space="preserve"> (решение Железнодорожного районного суда города Барнаула Алтайского края от 20.01.2010).</w:t>
            </w:r>
          </w:p>
        </w:tc>
        <w:tc>
          <w:tcPr>
            <w:tcW w:w="2880" w:type="dxa"/>
          </w:tcPr>
          <w:p w:rsidR="006F7457" w:rsidRPr="00332DB8" w:rsidRDefault="006F7457">
            <w:pPr>
              <w:rPr>
                <w:lang w:val="ru-RU"/>
              </w:rPr>
            </w:pPr>
          </w:p>
        </w:tc>
      </w:tr>
      <w:tr w:rsidR="006F7457" w:rsidRPr="00DD284B">
        <w:tc>
          <w:tcPr>
            <w:tcW w:w="2880" w:type="dxa"/>
          </w:tcPr>
          <w:p w:rsidR="006F7457" w:rsidRDefault="00332DB8">
            <w:r>
              <w:t>587.</w:t>
            </w:r>
          </w:p>
        </w:tc>
        <w:tc>
          <w:tcPr>
            <w:tcW w:w="2880" w:type="dxa"/>
          </w:tcPr>
          <w:p w:rsidR="006F7457" w:rsidRPr="00332DB8" w:rsidRDefault="00332DB8">
            <w:pPr>
              <w:rPr>
                <w:lang w:val="ru-RU"/>
              </w:rPr>
            </w:pPr>
            <w:r w:rsidRPr="00332DB8">
              <w:rPr>
                <w:lang w:val="ru-RU"/>
              </w:rPr>
              <w:t xml:space="preserve">Интернет-сайт </w:t>
            </w:r>
            <w:r>
              <w:t>www</w:t>
            </w:r>
            <w:r w:rsidRPr="00332DB8">
              <w:rPr>
                <w:lang w:val="ru-RU"/>
              </w:rPr>
              <w:t>.</w:t>
            </w:r>
            <w:r>
              <w:t>rusinfo</w:t>
            </w:r>
            <w:r w:rsidRPr="00332DB8">
              <w:rPr>
                <w:lang w:val="ru-RU"/>
              </w:rPr>
              <w:t>.</w:t>
            </w:r>
            <w:r>
              <w:t>org</w:t>
            </w:r>
            <w:r w:rsidRPr="00332DB8">
              <w:rPr>
                <w:lang w:val="ru-RU"/>
              </w:rPr>
              <w:t xml:space="preserve"> (решение Железнодорожного районного суда города Барнаула Алтайского края от 20.01.2010).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588.</w:t>
            </w:r>
          </w:p>
        </w:tc>
        <w:tc>
          <w:tcPr>
            <w:tcW w:w="2880" w:type="dxa"/>
          </w:tcPr>
          <w:p w:rsidR="006F7457" w:rsidRPr="00332DB8" w:rsidRDefault="00332DB8">
            <w:pPr>
              <w:rPr>
                <w:lang w:val="ru-RU"/>
              </w:rPr>
            </w:pPr>
            <w:r w:rsidRPr="00332DB8">
              <w:rPr>
                <w:lang w:val="ru-RU"/>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2880" w:type="dxa"/>
          </w:tcPr>
          <w:p w:rsidR="006F7457" w:rsidRPr="00332DB8" w:rsidRDefault="006F7457">
            <w:pPr>
              <w:rPr>
                <w:lang w:val="ru-RU"/>
              </w:rPr>
            </w:pPr>
          </w:p>
        </w:tc>
      </w:tr>
      <w:tr w:rsidR="006F7457" w:rsidRPr="00DD284B">
        <w:tc>
          <w:tcPr>
            <w:tcW w:w="2880" w:type="dxa"/>
          </w:tcPr>
          <w:p w:rsidR="006F7457" w:rsidRDefault="00332DB8">
            <w:r>
              <w:t>589.</w:t>
            </w:r>
          </w:p>
        </w:tc>
        <w:tc>
          <w:tcPr>
            <w:tcW w:w="2880" w:type="dxa"/>
          </w:tcPr>
          <w:p w:rsidR="006F7457" w:rsidRPr="00332DB8" w:rsidRDefault="00332DB8">
            <w:pPr>
              <w:rPr>
                <w:lang w:val="ru-RU"/>
              </w:rPr>
            </w:pPr>
            <w:r w:rsidRPr="00332DB8">
              <w:rPr>
                <w:lang w:val="ru-RU"/>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2880" w:type="dxa"/>
          </w:tcPr>
          <w:p w:rsidR="006F7457" w:rsidRPr="00332DB8" w:rsidRDefault="006F7457">
            <w:pPr>
              <w:rPr>
                <w:lang w:val="ru-RU"/>
              </w:rPr>
            </w:pPr>
          </w:p>
        </w:tc>
      </w:tr>
      <w:tr w:rsidR="006F7457" w:rsidRPr="00DD284B">
        <w:tc>
          <w:tcPr>
            <w:tcW w:w="2880" w:type="dxa"/>
          </w:tcPr>
          <w:p w:rsidR="006F7457" w:rsidRDefault="00332DB8">
            <w:r>
              <w:t>590.</w:t>
            </w:r>
          </w:p>
        </w:tc>
        <w:tc>
          <w:tcPr>
            <w:tcW w:w="2880" w:type="dxa"/>
          </w:tcPr>
          <w:p w:rsidR="006F7457" w:rsidRPr="00332DB8" w:rsidRDefault="00332DB8">
            <w:pPr>
              <w:rPr>
                <w:lang w:val="ru-RU"/>
              </w:rPr>
            </w:pPr>
            <w:r w:rsidRPr="00332DB8">
              <w:rPr>
                <w:lang w:val="ru-RU"/>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2880" w:type="dxa"/>
          </w:tcPr>
          <w:p w:rsidR="006F7457" w:rsidRPr="00332DB8" w:rsidRDefault="006F7457">
            <w:pPr>
              <w:rPr>
                <w:lang w:val="ru-RU"/>
              </w:rPr>
            </w:pPr>
          </w:p>
        </w:tc>
      </w:tr>
      <w:tr w:rsidR="006F7457" w:rsidRPr="00DD284B">
        <w:tc>
          <w:tcPr>
            <w:tcW w:w="2880" w:type="dxa"/>
          </w:tcPr>
          <w:p w:rsidR="006F7457" w:rsidRDefault="00332DB8">
            <w:r>
              <w:t>591.</w:t>
            </w:r>
          </w:p>
        </w:tc>
        <w:tc>
          <w:tcPr>
            <w:tcW w:w="2880" w:type="dxa"/>
          </w:tcPr>
          <w:p w:rsidR="006F7457" w:rsidRPr="00332DB8" w:rsidRDefault="00332DB8">
            <w:pPr>
              <w:rPr>
                <w:lang w:val="ru-RU"/>
              </w:rPr>
            </w:pPr>
            <w:r w:rsidRPr="00332DB8">
              <w:rPr>
                <w:lang w:val="ru-RU"/>
              </w:rPr>
              <w:t>Видеоролик ((</w:t>
            </w:r>
            <w:r>
              <w:t>Present</w:t>
            </w:r>
            <w:r w:rsidRPr="00332DB8">
              <w:rPr>
                <w:lang w:val="ru-RU"/>
              </w:rPr>
              <w:t xml:space="preserve"> </w:t>
            </w:r>
            <w:r>
              <w:t>by</w:t>
            </w:r>
            <w:r w:rsidRPr="00332DB8">
              <w:rPr>
                <w:lang w:val="ru-RU"/>
              </w:rPr>
              <w:t xml:space="preserve"> </w:t>
            </w:r>
            <w:r>
              <w:t>NjOY</w:t>
            </w:r>
            <w:r w:rsidRPr="00332DB8">
              <w:rPr>
                <w:lang w:val="ru-RU"/>
              </w:rPr>
              <w:t>…</w:t>
            </w:r>
            <w:r>
              <w:t>and</w:t>
            </w:r>
            <w:r w:rsidRPr="00332DB8">
              <w:rPr>
                <w:lang w:val="ru-RU"/>
              </w:rPr>
              <w:t xml:space="preserve"> </w:t>
            </w:r>
            <w:r>
              <w:t>Sever</w:t>
            </w:r>
            <w:r w:rsidRPr="00332DB8">
              <w:rPr>
                <w:lang w:val="ru-RU"/>
              </w:rPr>
              <w:t xml:space="preserve">, Маньяк, </w:t>
            </w:r>
            <w:r>
              <w:t>Satana</w:t>
            </w:r>
            <w:r w:rsidRPr="00332DB8">
              <w:rPr>
                <w:lang w:val="ru-RU"/>
              </w:rPr>
              <w:t xml:space="preserve">, </w:t>
            </w:r>
            <w:r>
              <w:t>Kuzmich</w:t>
            </w:r>
            <w:r w:rsidRPr="00332DB8">
              <w:rPr>
                <w:lang w:val="ru-RU"/>
              </w:rPr>
              <w:t>» (решение Нефтекамского городского суда Республики Башкортостан от 20.01.2010).</w:t>
            </w:r>
          </w:p>
        </w:tc>
        <w:tc>
          <w:tcPr>
            <w:tcW w:w="2880" w:type="dxa"/>
          </w:tcPr>
          <w:p w:rsidR="006F7457" w:rsidRPr="00332DB8" w:rsidRDefault="006F7457">
            <w:pPr>
              <w:rPr>
                <w:lang w:val="ru-RU"/>
              </w:rPr>
            </w:pPr>
          </w:p>
        </w:tc>
      </w:tr>
      <w:tr w:rsidR="006F7457" w:rsidRPr="00DD284B">
        <w:tc>
          <w:tcPr>
            <w:tcW w:w="2880" w:type="dxa"/>
          </w:tcPr>
          <w:p w:rsidR="006F7457" w:rsidRDefault="00332DB8">
            <w:r>
              <w:t>592.</w:t>
            </w:r>
          </w:p>
        </w:tc>
        <w:tc>
          <w:tcPr>
            <w:tcW w:w="2880" w:type="dxa"/>
          </w:tcPr>
          <w:p w:rsidR="006F7457" w:rsidRPr="00332DB8" w:rsidRDefault="00332DB8">
            <w:pPr>
              <w:rPr>
                <w:lang w:val="ru-RU"/>
              </w:rPr>
            </w:pPr>
            <w:r w:rsidRPr="00332DB8">
              <w:rPr>
                <w:lang w:val="ru-RU"/>
              </w:rPr>
              <w:t xml:space="preserve">Интернет-сайт </w:t>
            </w:r>
            <w:r>
              <w:t>www</w:t>
            </w:r>
            <w:r w:rsidRPr="00332DB8">
              <w:rPr>
                <w:lang w:val="ru-RU"/>
              </w:rPr>
              <w:t>.</w:t>
            </w:r>
            <w:r>
              <w:t>dpni</w:t>
            </w:r>
            <w:r w:rsidRPr="00332DB8">
              <w:rPr>
                <w:lang w:val="ru-RU"/>
              </w:rPr>
              <w:t>-</w:t>
            </w:r>
            <w:r>
              <w:t>kirov</w:t>
            </w:r>
            <w:r w:rsidRPr="00332DB8">
              <w:rPr>
                <w:lang w:val="ru-RU"/>
              </w:rPr>
              <w:t>.</w:t>
            </w:r>
            <w:r>
              <w:t>org</w:t>
            </w:r>
            <w:r w:rsidRPr="00332DB8">
              <w:rPr>
                <w:lang w:val="ru-RU"/>
              </w:rPr>
              <w:t xml:space="preserve"> (решение Первомайского районного суда г. Кирова Кировской области от 14.01.2010).</w:t>
            </w:r>
          </w:p>
        </w:tc>
        <w:tc>
          <w:tcPr>
            <w:tcW w:w="2880" w:type="dxa"/>
          </w:tcPr>
          <w:p w:rsidR="006F7457" w:rsidRPr="00332DB8" w:rsidRDefault="006F7457">
            <w:pPr>
              <w:rPr>
                <w:lang w:val="ru-RU"/>
              </w:rPr>
            </w:pPr>
          </w:p>
        </w:tc>
      </w:tr>
      <w:tr w:rsidR="006F7457" w:rsidRPr="00DD284B">
        <w:tc>
          <w:tcPr>
            <w:tcW w:w="2880" w:type="dxa"/>
          </w:tcPr>
          <w:p w:rsidR="006F7457" w:rsidRDefault="00332DB8">
            <w:r>
              <w:t>593.</w:t>
            </w:r>
          </w:p>
        </w:tc>
        <w:tc>
          <w:tcPr>
            <w:tcW w:w="2880" w:type="dxa"/>
          </w:tcPr>
          <w:p w:rsidR="006F7457" w:rsidRPr="00332DB8" w:rsidRDefault="00332DB8">
            <w:pPr>
              <w:rPr>
                <w:lang w:val="ru-RU"/>
              </w:rPr>
            </w:pPr>
            <w:r w:rsidRPr="00332DB8">
              <w:rPr>
                <w:lang w:val="ru-RU"/>
              </w:rPr>
              <w:t>Материалы Потребительского общества и Нейро©Общества «Колоград» на звуковом файле «СЕМИНАР.</w:t>
            </w:r>
            <w:r>
              <w:t>mav</w:t>
            </w:r>
            <w:r w:rsidRPr="00332DB8">
              <w:rPr>
                <w:lang w:val="ru-RU"/>
              </w:rPr>
              <w:t xml:space="preserve">», на </w:t>
            </w:r>
            <w:r>
              <w:t>CD</w:t>
            </w:r>
            <w:r w:rsidRPr="00332DB8">
              <w:rPr>
                <w:lang w:val="ru-RU"/>
              </w:rPr>
              <w:t>-диске с маркировками «</w:t>
            </w:r>
            <w:r>
              <w:t>smartbuy</w:t>
            </w:r>
            <w:r w:rsidRPr="00332DB8">
              <w:rPr>
                <w:lang w:val="ru-RU"/>
              </w:rPr>
              <w:t>» «</w:t>
            </w:r>
            <w:r>
              <w:t>CD</w:t>
            </w:r>
            <w:r w:rsidRPr="00332DB8">
              <w:rPr>
                <w:lang w:val="ru-RU"/>
              </w:rPr>
              <w:t>-</w:t>
            </w:r>
            <w:r>
              <w:t>R</w:t>
            </w:r>
            <w:r w:rsidRPr="00332DB8">
              <w:rPr>
                <w:lang w:val="ru-RU"/>
              </w:rPr>
              <w:t xml:space="preserve">», «52-Х», «80 </w:t>
            </w:r>
            <w:r>
              <w:t>min</w:t>
            </w:r>
            <w:r w:rsidRPr="00332DB8">
              <w:rPr>
                <w:lang w:val="ru-RU"/>
              </w:rPr>
              <w:t>»,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594.</w:t>
            </w:r>
          </w:p>
        </w:tc>
        <w:tc>
          <w:tcPr>
            <w:tcW w:w="2880" w:type="dxa"/>
          </w:tcPr>
          <w:p w:rsidR="006F7457" w:rsidRPr="00332DB8" w:rsidRDefault="00332DB8">
            <w:pPr>
              <w:rPr>
                <w:lang w:val="ru-RU"/>
              </w:rPr>
            </w:pPr>
            <w:r w:rsidRPr="00332DB8">
              <w:rPr>
                <w:lang w:val="ru-RU"/>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2880" w:type="dxa"/>
          </w:tcPr>
          <w:p w:rsidR="006F7457" w:rsidRPr="00332DB8" w:rsidRDefault="006F7457">
            <w:pPr>
              <w:rPr>
                <w:lang w:val="ru-RU"/>
              </w:rPr>
            </w:pPr>
          </w:p>
        </w:tc>
      </w:tr>
      <w:tr w:rsidR="006F7457" w:rsidRPr="00DD284B">
        <w:tc>
          <w:tcPr>
            <w:tcW w:w="2880" w:type="dxa"/>
          </w:tcPr>
          <w:p w:rsidR="006F7457" w:rsidRDefault="00332DB8">
            <w:r>
              <w:t>595.</w:t>
            </w:r>
          </w:p>
        </w:tc>
        <w:tc>
          <w:tcPr>
            <w:tcW w:w="2880" w:type="dxa"/>
          </w:tcPr>
          <w:p w:rsidR="006F7457" w:rsidRPr="00332DB8" w:rsidRDefault="00332DB8">
            <w:pPr>
              <w:rPr>
                <w:lang w:val="ru-RU"/>
              </w:rPr>
            </w:pPr>
            <w:r w:rsidRPr="00332DB8">
              <w:rPr>
                <w:lang w:val="ru-RU"/>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2880" w:type="dxa"/>
          </w:tcPr>
          <w:p w:rsidR="006F7457" w:rsidRPr="00332DB8" w:rsidRDefault="006F7457">
            <w:pPr>
              <w:rPr>
                <w:lang w:val="ru-RU"/>
              </w:rPr>
            </w:pPr>
          </w:p>
        </w:tc>
      </w:tr>
      <w:tr w:rsidR="006F7457" w:rsidRPr="00DD284B">
        <w:tc>
          <w:tcPr>
            <w:tcW w:w="2880" w:type="dxa"/>
          </w:tcPr>
          <w:p w:rsidR="006F7457" w:rsidRDefault="00332DB8">
            <w:r>
              <w:t>596.</w:t>
            </w:r>
          </w:p>
        </w:tc>
        <w:tc>
          <w:tcPr>
            <w:tcW w:w="2880" w:type="dxa"/>
          </w:tcPr>
          <w:p w:rsidR="006F7457" w:rsidRPr="00332DB8" w:rsidRDefault="00332DB8">
            <w:pPr>
              <w:rPr>
                <w:lang w:val="ru-RU"/>
              </w:rPr>
            </w:pPr>
            <w:r w:rsidRPr="00332DB8">
              <w:rPr>
                <w:lang w:val="ru-RU"/>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2880" w:type="dxa"/>
          </w:tcPr>
          <w:p w:rsidR="006F7457" w:rsidRPr="00332DB8" w:rsidRDefault="006F7457">
            <w:pPr>
              <w:rPr>
                <w:lang w:val="ru-RU"/>
              </w:rPr>
            </w:pPr>
          </w:p>
        </w:tc>
      </w:tr>
      <w:tr w:rsidR="006F7457" w:rsidRPr="00DD284B">
        <w:tc>
          <w:tcPr>
            <w:tcW w:w="2880" w:type="dxa"/>
          </w:tcPr>
          <w:p w:rsidR="006F7457" w:rsidRDefault="00332DB8">
            <w:r>
              <w:t>597.</w:t>
            </w:r>
          </w:p>
        </w:tc>
        <w:tc>
          <w:tcPr>
            <w:tcW w:w="2880" w:type="dxa"/>
          </w:tcPr>
          <w:p w:rsidR="006F7457" w:rsidRPr="00332DB8" w:rsidRDefault="00332DB8">
            <w:pPr>
              <w:rPr>
                <w:lang w:val="ru-RU"/>
              </w:rPr>
            </w:pPr>
            <w:r w:rsidRPr="00332DB8">
              <w:rPr>
                <w:lang w:val="ru-RU"/>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2880" w:type="dxa"/>
          </w:tcPr>
          <w:p w:rsidR="006F7457" w:rsidRPr="00332DB8" w:rsidRDefault="006F7457">
            <w:pPr>
              <w:rPr>
                <w:lang w:val="ru-RU"/>
              </w:rPr>
            </w:pPr>
          </w:p>
        </w:tc>
      </w:tr>
      <w:tr w:rsidR="006F7457" w:rsidRPr="00DD284B">
        <w:tc>
          <w:tcPr>
            <w:tcW w:w="2880" w:type="dxa"/>
          </w:tcPr>
          <w:p w:rsidR="006F7457" w:rsidRDefault="00332DB8">
            <w:r>
              <w:t>598.</w:t>
            </w:r>
          </w:p>
        </w:tc>
        <w:tc>
          <w:tcPr>
            <w:tcW w:w="2880" w:type="dxa"/>
          </w:tcPr>
          <w:p w:rsidR="006F7457" w:rsidRPr="00332DB8" w:rsidRDefault="00332DB8">
            <w:pPr>
              <w:rPr>
                <w:lang w:val="ru-RU"/>
              </w:rPr>
            </w:pPr>
            <w:r w:rsidRPr="00332DB8">
              <w:rPr>
                <w:lang w:val="ru-RU"/>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2880" w:type="dxa"/>
          </w:tcPr>
          <w:p w:rsidR="006F7457" w:rsidRPr="00332DB8" w:rsidRDefault="006F7457">
            <w:pPr>
              <w:rPr>
                <w:lang w:val="ru-RU"/>
              </w:rPr>
            </w:pPr>
          </w:p>
        </w:tc>
      </w:tr>
      <w:tr w:rsidR="006F7457" w:rsidRPr="00DD284B">
        <w:tc>
          <w:tcPr>
            <w:tcW w:w="2880" w:type="dxa"/>
          </w:tcPr>
          <w:p w:rsidR="006F7457" w:rsidRDefault="00332DB8">
            <w:r>
              <w:t>599.</w:t>
            </w:r>
          </w:p>
        </w:tc>
        <w:tc>
          <w:tcPr>
            <w:tcW w:w="2880" w:type="dxa"/>
          </w:tcPr>
          <w:p w:rsidR="006F7457" w:rsidRPr="00332DB8" w:rsidRDefault="00332DB8">
            <w:pPr>
              <w:rPr>
                <w:lang w:val="ru-RU"/>
              </w:rPr>
            </w:pPr>
            <w:r w:rsidRPr="00332DB8">
              <w:rPr>
                <w:lang w:val="ru-RU"/>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2880" w:type="dxa"/>
          </w:tcPr>
          <w:p w:rsidR="006F7457" w:rsidRPr="00332DB8" w:rsidRDefault="006F7457">
            <w:pPr>
              <w:rPr>
                <w:lang w:val="ru-RU"/>
              </w:rPr>
            </w:pPr>
          </w:p>
        </w:tc>
      </w:tr>
      <w:tr w:rsidR="006F7457" w:rsidRPr="00DD284B">
        <w:tc>
          <w:tcPr>
            <w:tcW w:w="2880" w:type="dxa"/>
          </w:tcPr>
          <w:p w:rsidR="006F7457" w:rsidRDefault="00332DB8">
            <w:r>
              <w:t>6</w:t>
            </w:r>
            <w:r>
              <w:lastRenderedPageBreak/>
              <w:t>00.</w:t>
            </w:r>
          </w:p>
        </w:tc>
        <w:tc>
          <w:tcPr>
            <w:tcW w:w="2880" w:type="dxa"/>
          </w:tcPr>
          <w:p w:rsidR="006F7457" w:rsidRPr="00332DB8" w:rsidRDefault="00332DB8">
            <w:pPr>
              <w:rPr>
                <w:lang w:val="ru-RU"/>
              </w:rPr>
            </w:pPr>
            <w:r>
              <w:lastRenderedPageBreak/>
              <w:t>CD</w:t>
            </w:r>
            <w:r w:rsidRPr="00332DB8">
              <w:rPr>
                <w:lang w:val="ru-RU"/>
              </w:rPr>
              <w:t xml:space="preserve">-диск бело-желтого цвета с названием «РОНС Русский общенациональный союз» и с надписью </w:t>
            </w:r>
            <w:r w:rsidRPr="00332DB8">
              <w:rPr>
                <w:lang w:val="ru-RU"/>
              </w:rPr>
              <w:lastRenderedPageBreak/>
              <w:t>«информационный медиа-журнал, выпуск № 2» (решение Ленинского районного суда г. Владимира от 15.03.2010).</w:t>
            </w:r>
          </w:p>
        </w:tc>
        <w:tc>
          <w:tcPr>
            <w:tcW w:w="2880" w:type="dxa"/>
          </w:tcPr>
          <w:p w:rsidR="006F7457" w:rsidRPr="00332DB8" w:rsidRDefault="006F7457">
            <w:pPr>
              <w:rPr>
                <w:lang w:val="ru-RU"/>
              </w:rPr>
            </w:pPr>
          </w:p>
        </w:tc>
      </w:tr>
      <w:tr w:rsidR="006F7457">
        <w:tc>
          <w:tcPr>
            <w:tcW w:w="2880" w:type="dxa"/>
          </w:tcPr>
          <w:p w:rsidR="006F7457" w:rsidRDefault="00332DB8">
            <w:r>
              <w:lastRenderedPageBreak/>
              <w:t>601.</w:t>
            </w:r>
          </w:p>
        </w:tc>
        <w:tc>
          <w:tcPr>
            <w:tcW w:w="2880" w:type="dxa"/>
          </w:tcPr>
          <w:p w:rsidR="006F7457" w:rsidRDefault="00332DB8">
            <w:r w:rsidRPr="00332DB8">
              <w:rPr>
                <w:lang w:val="ru-RU"/>
              </w:rPr>
              <w:t xml:space="preserve">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w:t>
            </w:r>
            <w:r>
              <w:t>(решение Черкесского городского суда Карачаево-Черкесской Республики от 19.03.2010).</w:t>
            </w:r>
          </w:p>
        </w:tc>
        <w:tc>
          <w:tcPr>
            <w:tcW w:w="2880" w:type="dxa"/>
          </w:tcPr>
          <w:p w:rsidR="006F7457" w:rsidRDefault="006F7457"/>
        </w:tc>
      </w:tr>
      <w:tr w:rsidR="006F7457" w:rsidRPr="00DD284B">
        <w:tc>
          <w:tcPr>
            <w:tcW w:w="2880" w:type="dxa"/>
          </w:tcPr>
          <w:p w:rsidR="006F7457" w:rsidRDefault="00332DB8">
            <w:r>
              <w:t>602.</w:t>
            </w:r>
          </w:p>
        </w:tc>
        <w:tc>
          <w:tcPr>
            <w:tcW w:w="2880" w:type="dxa"/>
          </w:tcPr>
          <w:p w:rsidR="006F7457" w:rsidRPr="00332DB8" w:rsidRDefault="00332DB8">
            <w:pPr>
              <w:rPr>
                <w:lang w:val="ru-RU"/>
              </w:rPr>
            </w:pPr>
            <w:r w:rsidRPr="00332DB8">
              <w:rPr>
                <w:lang w:val="ru-RU"/>
              </w:rPr>
              <w:t>Статья «Славяно-Арии», размещенную в компьютерной сети Интернет (решение Заводского районного суда города Кемерово от 24.03.2010).</w:t>
            </w:r>
          </w:p>
        </w:tc>
        <w:tc>
          <w:tcPr>
            <w:tcW w:w="2880" w:type="dxa"/>
          </w:tcPr>
          <w:p w:rsidR="006F7457" w:rsidRPr="00332DB8" w:rsidRDefault="006F7457">
            <w:pPr>
              <w:rPr>
                <w:lang w:val="ru-RU"/>
              </w:rPr>
            </w:pPr>
          </w:p>
        </w:tc>
      </w:tr>
      <w:tr w:rsidR="006F7457" w:rsidRPr="00DD284B">
        <w:tc>
          <w:tcPr>
            <w:tcW w:w="2880" w:type="dxa"/>
          </w:tcPr>
          <w:p w:rsidR="006F7457" w:rsidRDefault="00332DB8">
            <w:r>
              <w:t>603.</w:t>
            </w:r>
          </w:p>
        </w:tc>
        <w:tc>
          <w:tcPr>
            <w:tcW w:w="2880" w:type="dxa"/>
          </w:tcPr>
          <w:p w:rsidR="006F7457" w:rsidRPr="00332DB8" w:rsidRDefault="00332DB8">
            <w:pPr>
              <w:rPr>
                <w:lang w:val="ru-RU"/>
              </w:rPr>
            </w:pPr>
            <w:r w:rsidRPr="00332DB8">
              <w:rPr>
                <w:lang w:val="ru-RU"/>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2880" w:type="dxa"/>
          </w:tcPr>
          <w:p w:rsidR="006F7457" w:rsidRPr="00332DB8" w:rsidRDefault="006F7457">
            <w:pPr>
              <w:rPr>
                <w:lang w:val="ru-RU"/>
              </w:rPr>
            </w:pPr>
          </w:p>
        </w:tc>
      </w:tr>
      <w:tr w:rsidR="006F7457" w:rsidRPr="00DD284B">
        <w:tc>
          <w:tcPr>
            <w:tcW w:w="2880" w:type="dxa"/>
          </w:tcPr>
          <w:p w:rsidR="006F7457" w:rsidRDefault="00332DB8">
            <w:r>
              <w:t>604.</w:t>
            </w:r>
          </w:p>
        </w:tc>
        <w:tc>
          <w:tcPr>
            <w:tcW w:w="2880" w:type="dxa"/>
          </w:tcPr>
          <w:p w:rsidR="006F7457" w:rsidRPr="00332DB8" w:rsidRDefault="00332DB8">
            <w:pPr>
              <w:rPr>
                <w:lang w:val="ru-RU"/>
              </w:rPr>
            </w:pPr>
            <w:r w:rsidRPr="00332DB8">
              <w:rPr>
                <w:lang w:val="ru-RU"/>
              </w:rPr>
              <w:t>Книга А. Гитлера «Майн Кампф» (Моя борьба) (решение Кировского районного суда г. Уфы от 24.03.2010).</w:t>
            </w:r>
          </w:p>
        </w:tc>
        <w:tc>
          <w:tcPr>
            <w:tcW w:w="2880" w:type="dxa"/>
          </w:tcPr>
          <w:p w:rsidR="006F7457" w:rsidRPr="00332DB8" w:rsidRDefault="006F7457">
            <w:pPr>
              <w:rPr>
                <w:lang w:val="ru-RU"/>
              </w:rPr>
            </w:pPr>
          </w:p>
        </w:tc>
      </w:tr>
      <w:tr w:rsidR="006F7457" w:rsidRPr="00DD284B">
        <w:tc>
          <w:tcPr>
            <w:tcW w:w="2880" w:type="dxa"/>
          </w:tcPr>
          <w:p w:rsidR="006F7457" w:rsidRDefault="00332DB8">
            <w:r>
              <w:t>605.</w:t>
            </w:r>
          </w:p>
        </w:tc>
        <w:tc>
          <w:tcPr>
            <w:tcW w:w="2880" w:type="dxa"/>
          </w:tcPr>
          <w:p w:rsidR="006F7457" w:rsidRPr="00332DB8" w:rsidRDefault="00332DB8">
            <w:pPr>
              <w:rPr>
                <w:lang w:val="ru-RU"/>
              </w:rPr>
            </w:pPr>
            <w:r w:rsidRPr="00332DB8">
              <w:rPr>
                <w:lang w:val="ru-RU"/>
              </w:rPr>
              <w:t>Журнал «Великоросский Хозяин» № 1 (23) за 2007 «Еврейская стратегия» (заочное решение Бутырского районного суда города Москвы от 25.12.2009).</w:t>
            </w:r>
          </w:p>
        </w:tc>
        <w:tc>
          <w:tcPr>
            <w:tcW w:w="2880" w:type="dxa"/>
          </w:tcPr>
          <w:p w:rsidR="006F7457" w:rsidRPr="00332DB8" w:rsidRDefault="006F7457">
            <w:pPr>
              <w:rPr>
                <w:lang w:val="ru-RU"/>
              </w:rPr>
            </w:pPr>
          </w:p>
        </w:tc>
      </w:tr>
      <w:tr w:rsidR="006F7457" w:rsidRPr="00DD284B">
        <w:tc>
          <w:tcPr>
            <w:tcW w:w="2880" w:type="dxa"/>
          </w:tcPr>
          <w:p w:rsidR="006F7457" w:rsidRDefault="00332DB8">
            <w:r>
              <w:t>60</w:t>
            </w:r>
            <w:r>
              <w:lastRenderedPageBreak/>
              <w:t>6.</w:t>
            </w:r>
          </w:p>
        </w:tc>
        <w:tc>
          <w:tcPr>
            <w:tcW w:w="2880" w:type="dxa"/>
          </w:tcPr>
          <w:p w:rsidR="006F7457" w:rsidRPr="00332DB8" w:rsidRDefault="00332DB8">
            <w:pPr>
              <w:rPr>
                <w:lang w:val="ru-RU"/>
              </w:rPr>
            </w:pPr>
            <w:r w:rsidRPr="00332DB8">
              <w:rPr>
                <w:lang w:val="ru-RU"/>
              </w:rPr>
              <w:lastRenderedPageBreak/>
              <w:t xml:space="preserve">№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w:t>
            </w:r>
            <w:r w:rsidRPr="00332DB8">
              <w:rPr>
                <w:lang w:val="ru-RU"/>
              </w:rPr>
              <w:lastRenderedPageBreak/>
              <w:t>от 07.10.2009).</w:t>
            </w:r>
          </w:p>
        </w:tc>
        <w:tc>
          <w:tcPr>
            <w:tcW w:w="2880" w:type="dxa"/>
          </w:tcPr>
          <w:p w:rsidR="006F7457" w:rsidRPr="00332DB8" w:rsidRDefault="006F7457">
            <w:pPr>
              <w:rPr>
                <w:lang w:val="ru-RU"/>
              </w:rPr>
            </w:pPr>
          </w:p>
        </w:tc>
      </w:tr>
      <w:tr w:rsidR="006F7457">
        <w:tc>
          <w:tcPr>
            <w:tcW w:w="2880" w:type="dxa"/>
          </w:tcPr>
          <w:p w:rsidR="006F7457" w:rsidRDefault="00332DB8">
            <w:r>
              <w:lastRenderedPageBreak/>
              <w:t>607.</w:t>
            </w:r>
          </w:p>
        </w:tc>
        <w:tc>
          <w:tcPr>
            <w:tcW w:w="2880" w:type="dxa"/>
          </w:tcPr>
          <w:p w:rsidR="006F7457" w:rsidRDefault="00332DB8">
            <w:r w:rsidRPr="00332DB8">
              <w:rPr>
                <w:lang w:val="ru-RU"/>
              </w:rPr>
              <w:t xml:space="preserve">№ 16 журнала Великоросской национальной партии «Великоросский хозяин» 2006 «Почему всем великороссам надо быть националистами?» </w:t>
            </w:r>
            <w:r>
              <w:t>(заочное решение Бутырского районного суда города Москвы от 07.10.2009).</w:t>
            </w:r>
          </w:p>
        </w:tc>
        <w:tc>
          <w:tcPr>
            <w:tcW w:w="2880" w:type="dxa"/>
          </w:tcPr>
          <w:p w:rsidR="006F7457" w:rsidRDefault="006F7457"/>
        </w:tc>
      </w:tr>
      <w:tr w:rsidR="006F7457" w:rsidRPr="00DD284B">
        <w:tc>
          <w:tcPr>
            <w:tcW w:w="2880" w:type="dxa"/>
          </w:tcPr>
          <w:p w:rsidR="006F7457" w:rsidRDefault="00332DB8">
            <w:r>
              <w:t>608.</w:t>
            </w:r>
          </w:p>
        </w:tc>
        <w:tc>
          <w:tcPr>
            <w:tcW w:w="2880" w:type="dxa"/>
          </w:tcPr>
          <w:p w:rsidR="006F7457" w:rsidRPr="00332DB8" w:rsidRDefault="00332DB8">
            <w:pPr>
              <w:rPr>
                <w:lang w:val="ru-RU"/>
              </w:rPr>
            </w:pPr>
            <w:r w:rsidRPr="00332DB8">
              <w:rPr>
                <w:lang w:val="ru-RU"/>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2880" w:type="dxa"/>
          </w:tcPr>
          <w:p w:rsidR="006F7457" w:rsidRPr="00332DB8" w:rsidRDefault="006F7457">
            <w:pPr>
              <w:rPr>
                <w:lang w:val="ru-RU"/>
              </w:rPr>
            </w:pPr>
          </w:p>
        </w:tc>
      </w:tr>
      <w:tr w:rsidR="006F7457" w:rsidRPr="00DD284B">
        <w:tc>
          <w:tcPr>
            <w:tcW w:w="2880" w:type="dxa"/>
          </w:tcPr>
          <w:p w:rsidR="006F7457" w:rsidRDefault="00332DB8">
            <w:r>
              <w:t>609.</w:t>
            </w:r>
          </w:p>
        </w:tc>
        <w:tc>
          <w:tcPr>
            <w:tcW w:w="2880" w:type="dxa"/>
          </w:tcPr>
          <w:p w:rsidR="006F7457" w:rsidRPr="00332DB8" w:rsidRDefault="00332DB8">
            <w:pPr>
              <w:rPr>
                <w:lang w:val="ru-RU"/>
              </w:rPr>
            </w:pPr>
            <w:r w:rsidRPr="00332DB8">
              <w:rPr>
                <w:lang w:val="ru-RU"/>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2880" w:type="dxa"/>
          </w:tcPr>
          <w:p w:rsidR="006F7457" w:rsidRPr="00332DB8" w:rsidRDefault="006F7457">
            <w:pPr>
              <w:rPr>
                <w:lang w:val="ru-RU"/>
              </w:rPr>
            </w:pPr>
          </w:p>
        </w:tc>
      </w:tr>
      <w:tr w:rsidR="006F7457" w:rsidRPr="00DD284B">
        <w:tc>
          <w:tcPr>
            <w:tcW w:w="2880" w:type="dxa"/>
          </w:tcPr>
          <w:p w:rsidR="006F7457" w:rsidRDefault="00332DB8">
            <w:r>
              <w:t>610.</w:t>
            </w:r>
          </w:p>
        </w:tc>
        <w:tc>
          <w:tcPr>
            <w:tcW w:w="2880" w:type="dxa"/>
          </w:tcPr>
          <w:p w:rsidR="006F7457" w:rsidRPr="00332DB8" w:rsidRDefault="00332DB8">
            <w:pPr>
              <w:rPr>
                <w:lang w:val="ru-RU"/>
              </w:rPr>
            </w:pPr>
            <w:r w:rsidRPr="00332DB8">
              <w:rPr>
                <w:lang w:val="ru-RU"/>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2880" w:type="dxa"/>
          </w:tcPr>
          <w:p w:rsidR="006F7457" w:rsidRPr="00332DB8" w:rsidRDefault="006F7457">
            <w:pPr>
              <w:rPr>
                <w:lang w:val="ru-RU"/>
              </w:rPr>
            </w:pPr>
          </w:p>
        </w:tc>
      </w:tr>
      <w:tr w:rsidR="006F7457">
        <w:tc>
          <w:tcPr>
            <w:tcW w:w="2880" w:type="dxa"/>
          </w:tcPr>
          <w:p w:rsidR="006F7457" w:rsidRDefault="00332DB8">
            <w:r>
              <w:t>611.</w:t>
            </w:r>
          </w:p>
        </w:tc>
        <w:tc>
          <w:tcPr>
            <w:tcW w:w="2880" w:type="dxa"/>
          </w:tcPr>
          <w:p w:rsidR="006F7457" w:rsidRDefault="00332DB8">
            <w:r w:rsidRPr="00332DB8">
              <w:rPr>
                <w:lang w:val="ru-RU"/>
              </w:rPr>
              <w:t xml:space="preserve">Журнал «Великоросский Хозяин» № 9 (15) за 2005 «Чье Государство Россия?» </w:t>
            </w:r>
            <w:r>
              <w:t>(заочное решение Бутырского районного суда города Москвы от 25.12.2009).</w:t>
            </w:r>
          </w:p>
        </w:tc>
        <w:tc>
          <w:tcPr>
            <w:tcW w:w="2880" w:type="dxa"/>
          </w:tcPr>
          <w:p w:rsidR="006F7457" w:rsidRDefault="006F7457"/>
        </w:tc>
      </w:tr>
      <w:tr w:rsidR="006F7457" w:rsidRPr="00DD284B">
        <w:tc>
          <w:tcPr>
            <w:tcW w:w="2880" w:type="dxa"/>
          </w:tcPr>
          <w:p w:rsidR="006F7457" w:rsidRDefault="00332DB8">
            <w:r>
              <w:t>612.</w:t>
            </w:r>
          </w:p>
        </w:tc>
        <w:tc>
          <w:tcPr>
            <w:tcW w:w="2880" w:type="dxa"/>
          </w:tcPr>
          <w:p w:rsidR="006F7457" w:rsidRPr="00332DB8" w:rsidRDefault="00332DB8">
            <w:pPr>
              <w:rPr>
                <w:lang w:val="ru-RU"/>
              </w:rPr>
            </w:pPr>
            <w:r w:rsidRPr="00332DB8">
              <w:rPr>
                <w:lang w:val="ru-RU"/>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2880" w:type="dxa"/>
          </w:tcPr>
          <w:p w:rsidR="006F7457" w:rsidRPr="00332DB8" w:rsidRDefault="006F7457">
            <w:pPr>
              <w:rPr>
                <w:lang w:val="ru-RU"/>
              </w:rPr>
            </w:pPr>
          </w:p>
        </w:tc>
      </w:tr>
      <w:tr w:rsidR="006F7457" w:rsidRPr="00DD284B">
        <w:tc>
          <w:tcPr>
            <w:tcW w:w="2880" w:type="dxa"/>
          </w:tcPr>
          <w:p w:rsidR="006F7457" w:rsidRDefault="00332DB8">
            <w:r>
              <w:t>61</w:t>
            </w:r>
            <w:r>
              <w:lastRenderedPageBreak/>
              <w:t>3.</w:t>
            </w:r>
          </w:p>
        </w:tc>
        <w:tc>
          <w:tcPr>
            <w:tcW w:w="2880" w:type="dxa"/>
          </w:tcPr>
          <w:p w:rsidR="006F7457" w:rsidRPr="00332DB8" w:rsidRDefault="00332DB8">
            <w:pPr>
              <w:rPr>
                <w:lang w:val="ru-RU"/>
              </w:rPr>
            </w:pPr>
            <w:r w:rsidRPr="00332DB8">
              <w:rPr>
                <w:lang w:val="ru-RU"/>
              </w:rPr>
              <w:lastRenderedPageBreak/>
              <w:t xml:space="preserve">Журнал «Великоросский Хозяин» № 5 (11) за 2004 «Наш страх это главное оружие жидовских оккупантов» </w:t>
            </w:r>
            <w:r w:rsidRPr="00332DB8">
              <w:rPr>
                <w:lang w:val="ru-RU"/>
              </w:rPr>
              <w:lastRenderedPageBreak/>
              <w:t>(заочное решение Бутырского районного суда города Москвы от 25.12.2009).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614.</w:t>
            </w:r>
          </w:p>
        </w:tc>
        <w:tc>
          <w:tcPr>
            <w:tcW w:w="2880" w:type="dxa"/>
          </w:tcPr>
          <w:p w:rsidR="006F7457" w:rsidRPr="00332DB8" w:rsidRDefault="00332DB8">
            <w:pPr>
              <w:rPr>
                <w:lang w:val="ru-RU"/>
              </w:rPr>
            </w:pPr>
            <w:r w:rsidRPr="00332DB8">
              <w:rPr>
                <w:lang w:val="ru-RU"/>
              </w:rPr>
              <w:t xml:space="preserve">Интернет сайт «К. Пат, Русский националист, участник РНЕ», расположенный по адресу: </w:t>
            </w:r>
            <w:r>
              <w:t>www</w:t>
            </w:r>
            <w:r w:rsidRPr="00332DB8">
              <w:rPr>
                <w:lang w:val="ru-RU"/>
              </w:rPr>
              <w:t>.</w:t>
            </w:r>
            <w:r>
              <w:t>pat</w:t>
            </w:r>
            <w:r w:rsidRPr="00332DB8">
              <w:rPr>
                <w:lang w:val="ru-RU"/>
              </w:rPr>
              <w:t>-</w:t>
            </w:r>
            <w:r>
              <w:t>index</w:t>
            </w:r>
            <w:r w:rsidRPr="00332DB8">
              <w:rPr>
                <w:lang w:val="ru-RU"/>
              </w:rPr>
              <w:t>.</w:t>
            </w:r>
            <w:r>
              <w:t>livejournal</w:t>
            </w:r>
            <w:r w:rsidRPr="00332DB8">
              <w:rPr>
                <w:lang w:val="ru-RU"/>
              </w:rPr>
              <w:t>.</w:t>
            </w:r>
            <w:r>
              <w:t>com</w:t>
            </w:r>
            <w:r w:rsidRPr="00332DB8">
              <w:rPr>
                <w:lang w:val="ru-RU"/>
              </w:rPr>
              <w:t xml:space="preserve"> (решение Кировского районного суда г. Уфы Республики Башкортостан от 06.10.2009).</w:t>
            </w:r>
          </w:p>
        </w:tc>
        <w:tc>
          <w:tcPr>
            <w:tcW w:w="2880" w:type="dxa"/>
          </w:tcPr>
          <w:p w:rsidR="006F7457" w:rsidRPr="00332DB8" w:rsidRDefault="006F7457">
            <w:pPr>
              <w:rPr>
                <w:lang w:val="ru-RU"/>
              </w:rPr>
            </w:pPr>
          </w:p>
        </w:tc>
      </w:tr>
      <w:tr w:rsidR="006F7457" w:rsidRPr="00DD284B">
        <w:tc>
          <w:tcPr>
            <w:tcW w:w="2880" w:type="dxa"/>
          </w:tcPr>
          <w:p w:rsidR="006F7457" w:rsidRDefault="00332DB8">
            <w:r>
              <w:t>615.</w:t>
            </w:r>
          </w:p>
        </w:tc>
        <w:tc>
          <w:tcPr>
            <w:tcW w:w="2880" w:type="dxa"/>
          </w:tcPr>
          <w:p w:rsidR="006F7457" w:rsidRPr="00332DB8" w:rsidRDefault="00332DB8">
            <w:pPr>
              <w:rPr>
                <w:lang w:val="ru-RU"/>
              </w:rPr>
            </w:pPr>
            <w:r w:rsidRPr="00332DB8">
              <w:rPr>
                <w:lang w:val="ru-RU"/>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2880" w:type="dxa"/>
          </w:tcPr>
          <w:p w:rsidR="006F7457" w:rsidRPr="00332DB8" w:rsidRDefault="006F7457">
            <w:pPr>
              <w:rPr>
                <w:lang w:val="ru-RU"/>
              </w:rPr>
            </w:pPr>
          </w:p>
        </w:tc>
      </w:tr>
      <w:tr w:rsidR="006F7457" w:rsidRPr="00DD284B">
        <w:tc>
          <w:tcPr>
            <w:tcW w:w="2880" w:type="dxa"/>
          </w:tcPr>
          <w:p w:rsidR="006F7457" w:rsidRDefault="00332DB8">
            <w:r>
              <w:t>616.</w:t>
            </w:r>
          </w:p>
        </w:tc>
        <w:tc>
          <w:tcPr>
            <w:tcW w:w="2880" w:type="dxa"/>
          </w:tcPr>
          <w:p w:rsidR="006F7457" w:rsidRPr="00332DB8" w:rsidRDefault="00332DB8">
            <w:pPr>
              <w:rPr>
                <w:lang w:val="ru-RU"/>
              </w:rPr>
            </w:pPr>
            <w:r w:rsidRPr="00332DB8">
              <w:rPr>
                <w:lang w:val="ru-RU"/>
              </w:rPr>
              <w:t xml:space="preserve">Информационный материал «Пособие по уличному террору», размещенный на Интернет – ресурсе </w:t>
            </w:r>
            <w:r>
              <w:t>http</w:t>
            </w:r>
            <w:r w:rsidRPr="00332DB8">
              <w:rPr>
                <w:lang w:val="ru-RU"/>
              </w:rPr>
              <w:t>://14.</w:t>
            </w:r>
            <w:r>
              <w:t>ucoz</w:t>
            </w:r>
            <w:r w:rsidRPr="00332DB8">
              <w:rPr>
                <w:lang w:val="ru-RU"/>
              </w:rPr>
              <w:t>.</w:t>
            </w:r>
            <w:r>
              <w:t>ru</w:t>
            </w:r>
            <w:r w:rsidRPr="00332DB8">
              <w:rPr>
                <w:lang w:val="ru-RU"/>
              </w:rPr>
              <w:t xml:space="preserve"> (решение Няганского городского суда Ханты – Мансийского автономного округа – Югры от 05.04.2010).</w:t>
            </w:r>
          </w:p>
        </w:tc>
        <w:tc>
          <w:tcPr>
            <w:tcW w:w="2880" w:type="dxa"/>
          </w:tcPr>
          <w:p w:rsidR="006F7457" w:rsidRPr="00332DB8" w:rsidRDefault="006F7457">
            <w:pPr>
              <w:rPr>
                <w:lang w:val="ru-RU"/>
              </w:rPr>
            </w:pPr>
          </w:p>
        </w:tc>
      </w:tr>
      <w:tr w:rsidR="006F7457" w:rsidRPr="00DD284B">
        <w:tc>
          <w:tcPr>
            <w:tcW w:w="2880" w:type="dxa"/>
          </w:tcPr>
          <w:p w:rsidR="006F7457" w:rsidRDefault="00332DB8">
            <w:r>
              <w:t>617.</w:t>
            </w:r>
          </w:p>
        </w:tc>
        <w:tc>
          <w:tcPr>
            <w:tcW w:w="2880" w:type="dxa"/>
          </w:tcPr>
          <w:p w:rsidR="006F7457" w:rsidRPr="00332DB8" w:rsidRDefault="00332DB8">
            <w:pPr>
              <w:rPr>
                <w:lang w:val="ru-RU"/>
              </w:rPr>
            </w:pPr>
            <w:r w:rsidRPr="00332DB8">
              <w:rPr>
                <w:lang w:val="ru-RU"/>
              </w:rPr>
              <w:t xml:space="preserve">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w:t>
            </w:r>
            <w:r>
              <w:t>read</w:t>
            </w:r>
            <w:r w:rsidRPr="00332DB8">
              <w:rPr>
                <w:lang w:val="ru-RU"/>
              </w:rPr>
              <w:t>.</w:t>
            </w:r>
            <w:r>
              <w:t>php</w:t>
            </w:r>
            <w:r w:rsidRPr="00332DB8">
              <w:rPr>
                <w:lang w:val="ru-RU"/>
              </w:rPr>
              <w:t>?40,1407876, пользователем под именем «</w:t>
            </w:r>
            <w:r>
              <w:t>Mobile</w:t>
            </w:r>
            <w:r w:rsidRPr="00332DB8">
              <w:rPr>
                <w:lang w:val="ru-RU"/>
              </w:rPr>
              <w:t xml:space="preserve"> </w:t>
            </w:r>
            <w:r>
              <w:t>Spec</w:t>
            </w:r>
            <w:r w:rsidRPr="00332DB8">
              <w:rPr>
                <w:lang w:val="ru-RU"/>
              </w:rPr>
              <w:t xml:space="preserve">», начинающегося и заканчивающегося словами: «Я предлагаю тоже запретить….. звезду»; </w:t>
            </w:r>
            <w:r>
              <w:t>read</w:t>
            </w:r>
            <w:r w:rsidRPr="00332DB8">
              <w:rPr>
                <w:lang w:val="ru-RU"/>
              </w:rPr>
              <w:t>.</w:t>
            </w:r>
            <w:r>
              <w:t>php</w:t>
            </w:r>
            <w:r w:rsidRPr="00332DB8">
              <w:rPr>
                <w:lang w:val="ru-RU"/>
              </w:rPr>
              <w:t xml:space="preserve">?40,1418216, </w:t>
            </w:r>
            <w:r>
              <w:t>page</w:t>
            </w:r>
            <w:r w:rsidRPr="00332DB8">
              <w:rPr>
                <w:lang w:val="ru-RU"/>
              </w:rPr>
              <w:t xml:space="preserve"> = 2; пользователем под именем «Спец», начинающегося и заканчивающегося словами: «Это свидетельствует о ....богу»; </w:t>
            </w:r>
            <w:r>
              <w:t>read</w:t>
            </w:r>
            <w:r w:rsidRPr="00332DB8">
              <w:rPr>
                <w:lang w:val="ru-RU"/>
              </w:rPr>
              <w:t>.</w:t>
            </w:r>
            <w:r>
              <w:t>php</w:t>
            </w:r>
            <w:r w:rsidRPr="00332DB8">
              <w:rPr>
                <w:lang w:val="ru-RU"/>
              </w:rPr>
              <w:t xml:space="preserve">?40,1418216, </w:t>
            </w:r>
            <w:r>
              <w:t>page</w:t>
            </w:r>
            <w:r w:rsidRPr="00332DB8">
              <w:rPr>
                <w:lang w:val="ru-RU"/>
              </w:rPr>
              <w:t xml:space="preserve"> = 2; пользователем под именем «Спец», начинающегося и заканчивающегося словами: «Для меня сами праздники «пасхи» .... Пусть делают что хотят»; </w:t>
            </w:r>
            <w:r>
              <w:t>read</w:t>
            </w:r>
            <w:r w:rsidRPr="00332DB8">
              <w:rPr>
                <w:lang w:val="ru-RU"/>
              </w:rPr>
              <w:t>.</w:t>
            </w:r>
            <w:r>
              <w:t>php</w:t>
            </w:r>
            <w:r w:rsidRPr="00332DB8">
              <w:rPr>
                <w:lang w:val="ru-RU"/>
              </w:rPr>
              <w:t xml:space="preserve">?40,1418216, </w:t>
            </w:r>
            <w:r>
              <w:t>page</w:t>
            </w:r>
            <w:r w:rsidRPr="00332DB8">
              <w:rPr>
                <w:lang w:val="ru-RU"/>
              </w:rPr>
              <w:t xml:space="preserve"> = 3; пользователем под именем «</w:t>
            </w:r>
            <w:r>
              <w:t>TROLL</w:t>
            </w:r>
            <w:r w:rsidRPr="00332DB8">
              <w:rPr>
                <w:lang w:val="ru-RU"/>
              </w:rPr>
              <w:t xml:space="preserve">», начинающегося и заканчивающегося словами: «Хотя, что собой являет сатанизм.... фанатикам-христианам...»; </w:t>
            </w:r>
            <w:r>
              <w:t>read</w:t>
            </w:r>
            <w:r w:rsidRPr="00332DB8">
              <w:rPr>
                <w:lang w:val="ru-RU"/>
              </w:rPr>
              <w:t>.</w:t>
            </w:r>
            <w:r>
              <w:t>php</w:t>
            </w:r>
            <w:r w:rsidRPr="00332DB8">
              <w:rPr>
                <w:lang w:val="ru-RU"/>
              </w:rPr>
              <w:t xml:space="preserve">?40,1397822; пользователем под именем «Молодой мастер», начинающегося и заканчивающегося словами: «Нужно всех евреев ... тут делать»; </w:t>
            </w:r>
            <w:r>
              <w:t>r</w:t>
            </w:r>
            <w:r w:rsidRPr="00332DB8">
              <w:rPr>
                <w:lang w:val="ru-RU"/>
              </w:rPr>
              <w:t>е</w:t>
            </w:r>
            <w:r>
              <w:t>ad</w:t>
            </w:r>
            <w:r w:rsidRPr="00332DB8">
              <w:rPr>
                <w:lang w:val="ru-RU"/>
              </w:rPr>
              <w:t>.</w:t>
            </w:r>
            <w:r>
              <w:t>php</w:t>
            </w:r>
            <w:r w:rsidRPr="00332DB8">
              <w:rPr>
                <w:lang w:val="ru-RU"/>
              </w:rPr>
              <w:t>?40,1397822; пользователем под именем «</w:t>
            </w:r>
            <w:r>
              <w:t>ZaUroid</w:t>
            </w:r>
            <w:r w:rsidRPr="00332DB8">
              <w:rPr>
                <w:lang w:val="ru-RU"/>
              </w:rPr>
              <w:t xml:space="preserve">», начинающегося и заканчивающегося словами: «И будет тогда население ... половина немцев...»; </w:t>
            </w:r>
            <w:r>
              <w:t>read</w:t>
            </w:r>
            <w:r w:rsidRPr="00332DB8">
              <w:rPr>
                <w:lang w:val="ru-RU"/>
              </w:rPr>
              <w:t>.</w:t>
            </w:r>
            <w:r>
              <w:t>php</w:t>
            </w:r>
            <w:r w:rsidRPr="00332DB8">
              <w:rPr>
                <w:lang w:val="ru-RU"/>
              </w:rPr>
              <w:t xml:space="preserve">?40,1397822;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w:t>
            </w:r>
            <w:r>
              <w:t>read</w:t>
            </w:r>
            <w:r w:rsidRPr="00332DB8">
              <w:rPr>
                <w:lang w:val="ru-RU"/>
              </w:rPr>
              <w:t>.</w:t>
            </w:r>
            <w:r>
              <w:t>php</w:t>
            </w:r>
            <w:r w:rsidRPr="00332DB8">
              <w:rPr>
                <w:lang w:val="ru-RU"/>
              </w:rPr>
              <w:t xml:space="preserve">?40,1397$22; пользователем под именем «Молодой мастер», начинающегося и заканчивающегося </w:t>
            </w:r>
            <w:r w:rsidRPr="00332DB8">
              <w:rPr>
                <w:lang w:val="ru-RU"/>
              </w:rPr>
              <w:lastRenderedPageBreak/>
              <w:t>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618.</w:t>
            </w:r>
          </w:p>
        </w:tc>
        <w:tc>
          <w:tcPr>
            <w:tcW w:w="2880" w:type="dxa"/>
          </w:tcPr>
          <w:p w:rsidR="006F7457" w:rsidRPr="00332DB8" w:rsidRDefault="00332DB8">
            <w:pPr>
              <w:rPr>
                <w:lang w:val="ru-RU"/>
              </w:rPr>
            </w:pPr>
            <w:r w:rsidRPr="00332DB8">
              <w:rPr>
                <w:lang w:val="ru-RU"/>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 (решение Нальчикского городского суда Кабардино-Балкарской Республики от 17.03.2010).</w:t>
            </w:r>
          </w:p>
        </w:tc>
        <w:tc>
          <w:tcPr>
            <w:tcW w:w="2880" w:type="dxa"/>
          </w:tcPr>
          <w:p w:rsidR="006F7457" w:rsidRPr="00332DB8" w:rsidRDefault="006F7457">
            <w:pPr>
              <w:rPr>
                <w:lang w:val="ru-RU"/>
              </w:rPr>
            </w:pPr>
          </w:p>
        </w:tc>
      </w:tr>
      <w:tr w:rsidR="006F7457" w:rsidRPr="00DD284B">
        <w:tc>
          <w:tcPr>
            <w:tcW w:w="2880" w:type="dxa"/>
          </w:tcPr>
          <w:p w:rsidR="006F7457" w:rsidRDefault="00332DB8">
            <w:r>
              <w:t>619.</w:t>
            </w:r>
          </w:p>
        </w:tc>
        <w:tc>
          <w:tcPr>
            <w:tcW w:w="2880" w:type="dxa"/>
          </w:tcPr>
          <w:p w:rsidR="006F7457" w:rsidRPr="00332DB8" w:rsidRDefault="00332DB8">
            <w:pPr>
              <w:rPr>
                <w:lang w:val="ru-RU"/>
              </w:rPr>
            </w:pPr>
            <w:r w:rsidRPr="00332DB8">
              <w:rPr>
                <w:lang w:val="ru-RU"/>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t>
            </w:r>
            <w:r>
              <w:t>www</w:t>
            </w:r>
            <w:r w:rsidRPr="00332DB8">
              <w:rPr>
                <w:lang w:val="ru-RU"/>
              </w:rPr>
              <w:t>.</w:t>
            </w:r>
            <w:r>
              <w:t>islamdin</w:t>
            </w:r>
            <w:r w:rsidRPr="00332DB8">
              <w:rPr>
                <w:lang w:val="ru-RU"/>
              </w:rPr>
              <w:t>.</w:t>
            </w:r>
            <w:r>
              <w:t>com</w:t>
            </w:r>
            <w:r w:rsidRPr="00332DB8">
              <w:rPr>
                <w:lang w:val="ru-RU"/>
              </w:rPr>
              <w:t>» 09.02.2010 (решение Нальчикского городского суда Кабардино-Балкарской Республики от 05.04.2010).</w:t>
            </w:r>
          </w:p>
        </w:tc>
        <w:tc>
          <w:tcPr>
            <w:tcW w:w="2880" w:type="dxa"/>
          </w:tcPr>
          <w:p w:rsidR="006F7457" w:rsidRPr="00332DB8" w:rsidRDefault="006F7457">
            <w:pPr>
              <w:rPr>
                <w:lang w:val="ru-RU"/>
              </w:rPr>
            </w:pPr>
          </w:p>
        </w:tc>
      </w:tr>
      <w:tr w:rsidR="006F7457" w:rsidRPr="00DD284B">
        <w:tc>
          <w:tcPr>
            <w:tcW w:w="2880" w:type="dxa"/>
          </w:tcPr>
          <w:p w:rsidR="006F7457" w:rsidRDefault="00332DB8">
            <w:r>
              <w:t>620.</w:t>
            </w:r>
          </w:p>
        </w:tc>
        <w:tc>
          <w:tcPr>
            <w:tcW w:w="2880" w:type="dxa"/>
          </w:tcPr>
          <w:p w:rsidR="006F7457" w:rsidRPr="00332DB8" w:rsidRDefault="00332DB8">
            <w:pPr>
              <w:rPr>
                <w:lang w:val="ru-RU"/>
              </w:rPr>
            </w:pPr>
            <w:r w:rsidRPr="00332DB8">
              <w:rPr>
                <w:lang w:val="ru-RU"/>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t>
            </w:r>
            <w:r>
              <w:t>www</w:t>
            </w:r>
            <w:r w:rsidRPr="00332DB8">
              <w:rPr>
                <w:lang w:val="ru-RU"/>
              </w:rPr>
              <w:t>.</w:t>
            </w:r>
            <w:r>
              <w:t>islamdin</w:t>
            </w:r>
            <w:r w:rsidRPr="00332DB8">
              <w:rPr>
                <w:lang w:val="ru-RU"/>
              </w:rPr>
              <w:t>.</w:t>
            </w:r>
            <w:r>
              <w:t>com</w:t>
            </w:r>
            <w:r w:rsidRPr="00332DB8">
              <w:rPr>
                <w:lang w:val="ru-RU"/>
              </w:rPr>
              <w:t>» 04.06.2009 (решение Нальчикского городского суда Кабардино-Балкарской Республики от 05.04.2010).</w:t>
            </w:r>
          </w:p>
        </w:tc>
        <w:tc>
          <w:tcPr>
            <w:tcW w:w="2880" w:type="dxa"/>
          </w:tcPr>
          <w:p w:rsidR="006F7457" w:rsidRPr="00332DB8" w:rsidRDefault="006F7457">
            <w:pPr>
              <w:rPr>
                <w:lang w:val="ru-RU"/>
              </w:rPr>
            </w:pPr>
          </w:p>
        </w:tc>
      </w:tr>
      <w:tr w:rsidR="006F7457" w:rsidRPr="00DD284B">
        <w:tc>
          <w:tcPr>
            <w:tcW w:w="2880" w:type="dxa"/>
          </w:tcPr>
          <w:p w:rsidR="006F7457" w:rsidRDefault="00332DB8">
            <w:r>
              <w:t>621.</w:t>
            </w:r>
          </w:p>
        </w:tc>
        <w:tc>
          <w:tcPr>
            <w:tcW w:w="2880" w:type="dxa"/>
          </w:tcPr>
          <w:p w:rsidR="006F7457" w:rsidRPr="00332DB8" w:rsidRDefault="00332DB8">
            <w:pPr>
              <w:rPr>
                <w:lang w:val="ru-RU"/>
              </w:rPr>
            </w:pPr>
            <w:r w:rsidRPr="00332DB8">
              <w:rPr>
                <w:lang w:val="ru-RU"/>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t>
            </w:r>
            <w:r>
              <w:t>www</w:t>
            </w:r>
            <w:r w:rsidRPr="00332DB8">
              <w:rPr>
                <w:lang w:val="ru-RU"/>
              </w:rPr>
              <w:t>.</w:t>
            </w:r>
            <w:r>
              <w:t>islamdin</w:t>
            </w:r>
            <w:r w:rsidRPr="00332DB8">
              <w:rPr>
                <w:lang w:val="ru-RU"/>
              </w:rPr>
              <w:t>.</w:t>
            </w:r>
            <w:r>
              <w:t>com</w:t>
            </w:r>
            <w:r w:rsidRPr="00332DB8">
              <w:rPr>
                <w:lang w:val="ru-RU"/>
              </w:rPr>
              <w:t>» 19.02.2009 (решение Нальчикского городского суда Кабардино-Балкарской Республики от 05.04.2010).</w:t>
            </w:r>
          </w:p>
        </w:tc>
        <w:tc>
          <w:tcPr>
            <w:tcW w:w="2880" w:type="dxa"/>
          </w:tcPr>
          <w:p w:rsidR="006F7457" w:rsidRPr="00332DB8" w:rsidRDefault="006F7457">
            <w:pPr>
              <w:rPr>
                <w:lang w:val="ru-RU"/>
              </w:rPr>
            </w:pPr>
          </w:p>
        </w:tc>
      </w:tr>
      <w:tr w:rsidR="006F7457">
        <w:tc>
          <w:tcPr>
            <w:tcW w:w="2880" w:type="dxa"/>
          </w:tcPr>
          <w:p w:rsidR="006F7457" w:rsidRDefault="00332DB8">
            <w:r>
              <w:t>622.</w:t>
            </w:r>
          </w:p>
        </w:tc>
        <w:tc>
          <w:tcPr>
            <w:tcW w:w="2880" w:type="dxa"/>
          </w:tcPr>
          <w:p w:rsidR="006F7457" w:rsidRDefault="00332DB8">
            <w:r w:rsidRPr="00332DB8">
              <w:rPr>
                <w:lang w:val="ru-RU"/>
              </w:rPr>
              <w:t xml:space="preserve">Журнал «Русская воля» № 11 (март 2008 года) и брошюра «Некоторые рекомендации по уличному насилию» </w:t>
            </w:r>
            <w:r>
              <w:t>(решение Городецкого городского суда Нижегородской области от 05.04.2010).</w:t>
            </w:r>
          </w:p>
        </w:tc>
        <w:tc>
          <w:tcPr>
            <w:tcW w:w="2880" w:type="dxa"/>
          </w:tcPr>
          <w:p w:rsidR="006F7457" w:rsidRDefault="006F7457"/>
        </w:tc>
      </w:tr>
      <w:tr w:rsidR="006F7457" w:rsidRPr="00DD284B">
        <w:tc>
          <w:tcPr>
            <w:tcW w:w="2880" w:type="dxa"/>
          </w:tcPr>
          <w:p w:rsidR="006F7457" w:rsidRDefault="00332DB8">
            <w:r>
              <w:lastRenderedPageBreak/>
              <w:t>623.</w:t>
            </w:r>
          </w:p>
        </w:tc>
        <w:tc>
          <w:tcPr>
            <w:tcW w:w="2880" w:type="dxa"/>
          </w:tcPr>
          <w:p w:rsidR="006F7457" w:rsidRPr="00332DB8" w:rsidRDefault="00332DB8">
            <w:pPr>
              <w:rPr>
                <w:lang w:val="ru-RU"/>
              </w:rPr>
            </w:pPr>
            <w:r w:rsidRPr="00332DB8">
              <w:rPr>
                <w:lang w:val="ru-RU"/>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2880" w:type="dxa"/>
          </w:tcPr>
          <w:p w:rsidR="006F7457" w:rsidRPr="00332DB8" w:rsidRDefault="006F7457">
            <w:pPr>
              <w:rPr>
                <w:lang w:val="ru-RU"/>
              </w:rPr>
            </w:pPr>
          </w:p>
        </w:tc>
      </w:tr>
      <w:tr w:rsidR="006F7457" w:rsidRPr="00DD284B">
        <w:tc>
          <w:tcPr>
            <w:tcW w:w="2880" w:type="dxa"/>
          </w:tcPr>
          <w:p w:rsidR="006F7457" w:rsidRDefault="00332DB8">
            <w:r>
              <w:t>624.</w:t>
            </w:r>
          </w:p>
        </w:tc>
        <w:tc>
          <w:tcPr>
            <w:tcW w:w="2880" w:type="dxa"/>
          </w:tcPr>
          <w:p w:rsidR="006F7457" w:rsidRPr="00332DB8" w:rsidRDefault="00332DB8">
            <w:pPr>
              <w:rPr>
                <w:lang w:val="ru-RU"/>
              </w:rPr>
            </w:pPr>
            <w:r w:rsidRPr="00332DB8">
              <w:rPr>
                <w:lang w:val="ru-RU"/>
              </w:rPr>
              <w:t xml:space="preserve">Интернет ресурс </w:t>
            </w:r>
            <w:r>
              <w:t>www</w:t>
            </w:r>
            <w:r w:rsidRPr="00332DB8">
              <w:rPr>
                <w:lang w:val="ru-RU"/>
              </w:rPr>
              <w:t>.</w:t>
            </w:r>
            <w:r>
              <w:t>BelPar</w:t>
            </w:r>
            <w:r w:rsidRPr="00332DB8">
              <w:rPr>
                <w:lang w:val="ru-RU"/>
              </w:rPr>
              <w:t>.</w:t>
            </w:r>
            <w:r>
              <w:t>org</w:t>
            </w:r>
            <w:r w:rsidRPr="00332DB8">
              <w:rPr>
                <w:lang w:val="ru-RU"/>
              </w:rPr>
              <w:t xml:space="preserve"> с содержащимися на нем информационными материалами «Белый партизан» (решение Советского районного суда города Липецка от 22.04.2010).</w:t>
            </w:r>
          </w:p>
        </w:tc>
        <w:tc>
          <w:tcPr>
            <w:tcW w:w="2880" w:type="dxa"/>
          </w:tcPr>
          <w:p w:rsidR="006F7457" w:rsidRPr="00332DB8" w:rsidRDefault="006F7457">
            <w:pPr>
              <w:rPr>
                <w:lang w:val="ru-RU"/>
              </w:rPr>
            </w:pPr>
          </w:p>
        </w:tc>
      </w:tr>
      <w:tr w:rsidR="006F7457" w:rsidRPr="00DD284B">
        <w:tc>
          <w:tcPr>
            <w:tcW w:w="2880" w:type="dxa"/>
          </w:tcPr>
          <w:p w:rsidR="006F7457" w:rsidRDefault="00332DB8">
            <w:r>
              <w:t>625.</w:t>
            </w:r>
          </w:p>
        </w:tc>
        <w:tc>
          <w:tcPr>
            <w:tcW w:w="2880" w:type="dxa"/>
          </w:tcPr>
          <w:p w:rsidR="006F7457" w:rsidRPr="00332DB8" w:rsidRDefault="00332DB8">
            <w:pPr>
              <w:rPr>
                <w:lang w:val="ru-RU"/>
              </w:rPr>
            </w:pPr>
            <w:r w:rsidRPr="00332DB8">
              <w:rPr>
                <w:lang w:val="ru-RU"/>
              </w:rPr>
              <w:t>Публикация «Вместе мы уничтожим врага! Слава России!» (решение Центрального районного суда города Кемерово от 07.04.2010).</w:t>
            </w:r>
          </w:p>
        </w:tc>
        <w:tc>
          <w:tcPr>
            <w:tcW w:w="2880" w:type="dxa"/>
          </w:tcPr>
          <w:p w:rsidR="006F7457" w:rsidRPr="00332DB8" w:rsidRDefault="006F7457">
            <w:pPr>
              <w:rPr>
                <w:lang w:val="ru-RU"/>
              </w:rPr>
            </w:pPr>
          </w:p>
        </w:tc>
      </w:tr>
      <w:tr w:rsidR="006F7457" w:rsidRPr="00DD284B">
        <w:tc>
          <w:tcPr>
            <w:tcW w:w="2880" w:type="dxa"/>
          </w:tcPr>
          <w:p w:rsidR="006F7457" w:rsidRDefault="00332DB8">
            <w:r>
              <w:t>626.</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Russia</w:t>
            </w:r>
            <w:r w:rsidRPr="00332DB8">
              <w:rPr>
                <w:lang w:val="ru-RU"/>
              </w:rPr>
              <w:t>.</w:t>
            </w:r>
            <w:r>
              <w:t>bloodandhonour</w:t>
            </w:r>
            <w:r w:rsidRPr="00332DB8">
              <w:rPr>
                <w:lang w:val="ru-RU"/>
              </w:rPr>
              <w:t>.</w:t>
            </w:r>
            <w:r>
              <w:t>net</w:t>
            </w:r>
            <w:r w:rsidRPr="00332DB8">
              <w:rPr>
                <w:lang w:val="ru-RU"/>
              </w:rPr>
              <w:t xml:space="preserve"> с содержащимися на нем материалами «</w:t>
            </w:r>
            <w:r>
              <w:t>Blood</w:t>
            </w:r>
            <w:r w:rsidRPr="00332DB8">
              <w:rPr>
                <w:lang w:val="ru-RU"/>
              </w:rPr>
              <w:t xml:space="preserve"> &amp; </w:t>
            </w:r>
            <w:r>
              <w:t>Honour</w:t>
            </w:r>
            <w:r w:rsidRPr="00332DB8">
              <w:rPr>
                <w:lang w:val="ru-RU"/>
              </w:rPr>
              <w:t>» (решение Советского районного суда города Липецка от 07.04.2010).</w:t>
            </w:r>
          </w:p>
        </w:tc>
        <w:tc>
          <w:tcPr>
            <w:tcW w:w="2880" w:type="dxa"/>
          </w:tcPr>
          <w:p w:rsidR="006F7457" w:rsidRPr="00332DB8" w:rsidRDefault="006F7457">
            <w:pPr>
              <w:rPr>
                <w:lang w:val="ru-RU"/>
              </w:rPr>
            </w:pPr>
          </w:p>
        </w:tc>
      </w:tr>
      <w:tr w:rsidR="006F7457" w:rsidRPr="00DD284B">
        <w:tc>
          <w:tcPr>
            <w:tcW w:w="2880" w:type="dxa"/>
          </w:tcPr>
          <w:p w:rsidR="006F7457" w:rsidRDefault="00332DB8">
            <w:r>
              <w:t>627.</w:t>
            </w:r>
          </w:p>
        </w:tc>
        <w:tc>
          <w:tcPr>
            <w:tcW w:w="2880" w:type="dxa"/>
          </w:tcPr>
          <w:p w:rsidR="006F7457" w:rsidRPr="00332DB8" w:rsidRDefault="00332DB8">
            <w:pPr>
              <w:rPr>
                <w:lang w:val="ru-RU"/>
              </w:rPr>
            </w:pPr>
            <w:r w:rsidRPr="00332DB8">
              <w:rPr>
                <w:lang w:val="ru-RU"/>
              </w:rPr>
              <w:t xml:space="preserve">Интернет ресурс </w:t>
            </w:r>
            <w:r>
              <w:t>www</w:t>
            </w:r>
            <w:r w:rsidRPr="00332DB8">
              <w:rPr>
                <w:lang w:val="ru-RU"/>
              </w:rPr>
              <w:t>.</w:t>
            </w:r>
            <w:r>
              <w:t>KavkazChat</w:t>
            </w:r>
            <w:r w:rsidRPr="00332DB8">
              <w:rPr>
                <w:lang w:val="ru-RU"/>
              </w:rPr>
              <w:t>.</w:t>
            </w:r>
            <w:r>
              <w:t>com</w:t>
            </w:r>
            <w:r w:rsidRPr="00332DB8">
              <w:rPr>
                <w:lang w:val="ru-RU"/>
              </w:rPr>
              <w:t>. с содержащимися на нем информационными материалами (решение Советского районного суда города Липецка от 22.04.2010).</w:t>
            </w:r>
          </w:p>
        </w:tc>
        <w:tc>
          <w:tcPr>
            <w:tcW w:w="2880" w:type="dxa"/>
          </w:tcPr>
          <w:p w:rsidR="006F7457" w:rsidRPr="00332DB8" w:rsidRDefault="006F7457">
            <w:pPr>
              <w:rPr>
                <w:lang w:val="ru-RU"/>
              </w:rPr>
            </w:pPr>
          </w:p>
        </w:tc>
      </w:tr>
      <w:tr w:rsidR="006F7457">
        <w:tc>
          <w:tcPr>
            <w:tcW w:w="2880" w:type="dxa"/>
          </w:tcPr>
          <w:p w:rsidR="006F7457" w:rsidRDefault="00332DB8">
            <w:r>
              <w:t>628.</w:t>
            </w:r>
          </w:p>
        </w:tc>
        <w:tc>
          <w:tcPr>
            <w:tcW w:w="2880" w:type="dxa"/>
          </w:tcPr>
          <w:p w:rsidR="006F7457" w:rsidRDefault="00332DB8">
            <w:r w:rsidRPr="00332DB8">
              <w:rPr>
                <w:lang w:val="ru-RU"/>
              </w:rPr>
              <w:t xml:space="preserve">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w:t>
            </w:r>
            <w:r>
              <w:t>(решение Октябрьского районного суда Санкт-Петербурга от 31.03.2010)</w:t>
            </w:r>
          </w:p>
        </w:tc>
        <w:tc>
          <w:tcPr>
            <w:tcW w:w="2880" w:type="dxa"/>
          </w:tcPr>
          <w:p w:rsidR="006F7457" w:rsidRDefault="006F7457"/>
        </w:tc>
      </w:tr>
      <w:tr w:rsidR="006F7457" w:rsidRPr="00DD284B">
        <w:tc>
          <w:tcPr>
            <w:tcW w:w="2880" w:type="dxa"/>
          </w:tcPr>
          <w:p w:rsidR="006F7457" w:rsidRDefault="00332DB8">
            <w:r>
              <w:t>6</w:t>
            </w:r>
            <w:r>
              <w:lastRenderedPageBreak/>
              <w:t>29.</w:t>
            </w:r>
          </w:p>
        </w:tc>
        <w:tc>
          <w:tcPr>
            <w:tcW w:w="2880" w:type="dxa"/>
          </w:tcPr>
          <w:p w:rsidR="006F7457" w:rsidRPr="00332DB8" w:rsidRDefault="00332DB8">
            <w:pPr>
              <w:rPr>
                <w:lang w:val="ru-RU"/>
              </w:rPr>
            </w:pPr>
            <w:r w:rsidRPr="00332DB8">
              <w:rPr>
                <w:lang w:val="ru-RU"/>
              </w:rPr>
              <w:lastRenderedPageBreak/>
              <w:t xml:space="preserve">Листовки «Держиморды, посылайте умирать в Осетию своих детей ради ваших грязных игр» (решение </w:t>
            </w:r>
            <w:r w:rsidRPr="00332DB8">
              <w:rPr>
                <w:lang w:val="ru-RU"/>
              </w:rPr>
              <w:lastRenderedPageBreak/>
              <w:t>Первомайского районного суда города Кирова Кировской области от 14.04.2010).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630.</w:t>
            </w:r>
          </w:p>
        </w:tc>
        <w:tc>
          <w:tcPr>
            <w:tcW w:w="2880" w:type="dxa"/>
          </w:tcPr>
          <w:p w:rsidR="006F7457" w:rsidRPr="00332DB8" w:rsidRDefault="00332DB8">
            <w:pPr>
              <w:rPr>
                <w:lang w:val="ru-RU"/>
              </w:rPr>
            </w:pPr>
            <w:r w:rsidRPr="00332DB8">
              <w:rPr>
                <w:lang w:val="ru-RU"/>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2880" w:type="dxa"/>
          </w:tcPr>
          <w:p w:rsidR="006F7457" w:rsidRPr="00332DB8" w:rsidRDefault="006F7457">
            <w:pPr>
              <w:rPr>
                <w:lang w:val="ru-RU"/>
              </w:rPr>
            </w:pPr>
          </w:p>
        </w:tc>
      </w:tr>
      <w:tr w:rsidR="006F7457" w:rsidRPr="00DD284B">
        <w:tc>
          <w:tcPr>
            <w:tcW w:w="2880" w:type="dxa"/>
          </w:tcPr>
          <w:p w:rsidR="006F7457" w:rsidRDefault="00332DB8">
            <w:r>
              <w:t>631.</w:t>
            </w:r>
          </w:p>
        </w:tc>
        <w:tc>
          <w:tcPr>
            <w:tcW w:w="2880" w:type="dxa"/>
          </w:tcPr>
          <w:p w:rsidR="006F7457" w:rsidRPr="00332DB8" w:rsidRDefault="00332DB8">
            <w:pPr>
              <w:rPr>
                <w:lang w:val="ru-RU"/>
              </w:rPr>
            </w:pPr>
            <w:r w:rsidRPr="00332DB8">
              <w:rPr>
                <w:lang w:val="ru-RU"/>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2880" w:type="dxa"/>
          </w:tcPr>
          <w:p w:rsidR="006F7457" w:rsidRPr="00332DB8" w:rsidRDefault="006F7457">
            <w:pPr>
              <w:rPr>
                <w:lang w:val="ru-RU"/>
              </w:rPr>
            </w:pPr>
          </w:p>
        </w:tc>
      </w:tr>
      <w:tr w:rsidR="006F7457">
        <w:tc>
          <w:tcPr>
            <w:tcW w:w="2880" w:type="dxa"/>
          </w:tcPr>
          <w:p w:rsidR="006F7457" w:rsidRDefault="00332DB8">
            <w:r>
              <w:t>632.</w:t>
            </w:r>
          </w:p>
        </w:tc>
        <w:tc>
          <w:tcPr>
            <w:tcW w:w="2880" w:type="dxa"/>
          </w:tcPr>
          <w:p w:rsidR="006F7457" w:rsidRDefault="00332DB8">
            <w:r w:rsidRPr="00332DB8">
              <w:rPr>
                <w:lang w:val="ru-RU"/>
              </w:rPr>
              <w:t xml:space="preserve">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w:t>
            </w:r>
            <w:r>
              <w:t>Определение вступило в законную силу 26 апреля 2011 г.</w:t>
            </w:r>
          </w:p>
        </w:tc>
        <w:tc>
          <w:tcPr>
            <w:tcW w:w="2880" w:type="dxa"/>
          </w:tcPr>
          <w:p w:rsidR="006F7457" w:rsidRDefault="006F7457"/>
        </w:tc>
      </w:tr>
      <w:tr w:rsidR="006F7457">
        <w:tc>
          <w:tcPr>
            <w:tcW w:w="2880" w:type="dxa"/>
          </w:tcPr>
          <w:p w:rsidR="006F7457" w:rsidRDefault="00332DB8">
            <w:r>
              <w:t>661.</w:t>
            </w:r>
          </w:p>
        </w:tc>
        <w:tc>
          <w:tcPr>
            <w:tcW w:w="2880" w:type="dxa"/>
          </w:tcPr>
          <w:p w:rsidR="006F7457" w:rsidRDefault="00332DB8">
            <w:r w:rsidRPr="00332DB8">
              <w:rPr>
                <w:lang w:val="ru-RU"/>
              </w:rPr>
              <w:t xml:space="preserve">Статья под названием «Именем Аллаха призываем вас вступать в ряды сражающихся и их помощников. (Муджахиды Валаята Г1алг1айче)», опубликованную 17.12.2009 на сайте </w:t>
            </w:r>
            <w:r>
              <w:t>http</w:t>
            </w:r>
            <w:r w:rsidRPr="00332DB8">
              <w:rPr>
                <w:lang w:val="ru-RU"/>
              </w:rPr>
              <w:t>://</w:t>
            </w:r>
            <w:r>
              <w:t>www</w:t>
            </w:r>
            <w:r w:rsidRPr="00332DB8">
              <w:rPr>
                <w:lang w:val="ru-RU"/>
              </w:rPr>
              <w:t>.</w:t>
            </w:r>
            <w:r>
              <w:t>ingushetia</w:t>
            </w:r>
            <w:r w:rsidRPr="00332DB8">
              <w:rPr>
                <w:lang w:val="ru-RU"/>
              </w:rPr>
              <w:t>.</w:t>
            </w:r>
            <w:r>
              <w:t>org</w:t>
            </w:r>
            <w:r w:rsidRPr="00332DB8">
              <w:rPr>
                <w:lang w:val="ru-RU"/>
              </w:rPr>
              <w:t xml:space="preserve">/. </w:t>
            </w:r>
            <w:r>
              <w:t>(решение Магасского районного суда Республики Ингушетия от 12.04.2010).</w:t>
            </w:r>
          </w:p>
        </w:tc>
        <w:tc>
          <w:tcPr>
            <w:tcW w:w="2880" w:type="dxa"/>
          </w:tcPr>
          <w:p w:rsidR="006F7457" w:rsidRDefault="006F7457"/>
        </w:tc>
      </w:tr>
      <w:tr w:rsidR="006F7457" w:rsidRPr="00DD284B">
        <w:tc>
          <w:tcPr>
            <w:tcW w:w="2880" w:type="dxa"/>
          </w:tcPr>
          <w:p w:rsidR="006F7457" w:rsidRDefault="00332DB8">
            <w:r>
              <w:t>662.</w:t>
            </w:r>
          </w:p>
        </w:tc>
        <w:tc>
          <w:tcPr>
            <w:tcW w:w="2880" w:type="dxa"/>
          </w:tcPr>
          <w:p w:rsidR="006F7457" w:rsidRPr="00332DB8" w:rsidRDefault="00332DB8">
            <w:pPr>
              <w:rPr>
                <w:lang w:val="ru-RU"/>
              </w:rPr>
            </w:pPr>
            <w:r w:rsidRPr="00332DB8">
              <w:rPr>
                <w:lang w:val="ru-RU"/>
              </w:rPr>
              <w:t xml:space="preserve">Статью под названием «Полюбить джихад – значит познать истинную цену этого мира», опубликованную 17.03.2009 на сайте </w:t>
            </w:r>
            <w:r>
              <w:t>http</w:t>
            </w:r>
            <w:r w:rsidRPr="00332DB8">
              <w:rPr>
                <w:lang w:val="ru-RU"/>
              </w:rPr>
              <w:t>://</w:t>
            </w:r>
            <w:r>
              <w:t>hunafa</w:t>
            </w:r>
            <w:r w:rsidRPr="00332DB8">
              <w:rPr>
                <w:lang w:val="ru-RU"/>
              </w:rPr>
              <w:t>.</w:t>
            </w:r>
            <w:r>
              <w:t>com</w:t>
            </w:r>
            <w:r w:rsidRPr="00332DB8">
              <w:rPr>
                <w:lang w:val="ru-RU"/>
              </w:rPr>
              <w:t>/. (решение Магасского районного суда Республики Ингушетия от 21.04.2010).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663.</w:t>
            </w:r>
          </w:p>
        </w:tc>
        <w:tc>
          <w:tcPr>
            <w:tcW w:w="2880" w:type="dxa"/>
          </w:tcPr>
          <w:p w:rsidR="006F7457" w:rsidRPr="00332DB8" w:rsidRDefault="00332DB8">
            <w:pPr>
              <w:rPr>
                <w:lang w:val="ru-RU"/>
              </w:rPr>
            </w:pPr>
            <w:r w:rsidRPr="00332DB8">
              <w:rPr>
                <w:lang w:val="ru-RU"/>
              </w:rPr>
              <w:t xml:space="preserve">Интернет-ресурс </w:t>
            </w:r>
            <w:r>
              <w:t>www</w:t>
            </w:r>
            <w:r w:rsidRPr="00332DB8">
              <w:rPr>
                <w:lang w:val="ru-RU"/>
              </w:rPr>
              <w:t>.</w:t>
            </w:r>
            <w:r>
              <w:t>hunafa</w:t>
            </w:r>
            <w:r w:rsidRPr="00332DB8">
              <w:rPr>
                <w:lang w:val="ru-RU"/>
              </w:rPr>
              <w:t>.</w:t>
            </w:r>
            <w:r>
              <w:t>com</w:t>
            </w:r>
            <w:r w:rsidRPr="00332DB8">
              <w:rPr>
                <w:lang w:val="ru-RU"/>
              </w:rPr>
              <w:t>. (решение Магасского районного суда Республики Ингушетия от 12.04.2010).</w:t>
            </w:r>
          </w:p>
        </w:tc>
        <w:tc>
          <w:tcPr>
            <w:tcW w:w="2880" w:type="dxa"/>
          </w:tcPr>
          <w:p w:rsidR="006F7457" w:rsidRPr="00332DB8" w:rsidRDefault="006F7457">
            <w:pPr>
              <w:rPr>
                <w:lang w:val="ru-RU"/>
              </w:rPr>
            </w:pPr>
          </w:p>
        </w:tc>
      </w:tr>
      <w:tr w:rsidR="006F7457" w:rsidRPr="00DD284B">
        <w:tc>
          <w:tcPr>
            <w:tcW w:w="2880" w:type="dxa"/>
          </w:tcPr>
          <w:p w:rsidR="006F7457" w:rsidRDefault="00332DB8">
            <w:r>
              <w:t>664.</w:t>
            </w:r>
          </w:p>
        </w:tc>
        <w:tc>
          <w:tcPr>
            <w:tcW w:w="2880" w:type="dxa"/>
          </w:tcPr>
          <w:p w:rsidR="006F7457" w:rsidRPr="00332DB8" w:rsidRDefault="00332DB8">
            <w:pPr>
              <w:rPr>
                <w:lang w:val="ru-RU"/>
              </w:rPr>
            </w:pPr>
            <w:r w:rsidRPr="00332DB8">
              <w:rPr>
                <w:lang w:val="ru-RU"/>
              </w:rPr>
              <w:t xml:space="preserve">Статья под названием «Призыв Аушевых ко всем жителям Республики Ингушетия», опубликованную 25.10.2009 на сайте </w:t>
            </w:r>
            <w:r>
              <w:t>http</w:t>
            </w:r>
            <w:r w:rsidRPr="00332DB8">
              <w:rPr>
                <w:lang w:val="ru-RU"/>
              </w:rPr>
              <w:t>://</w:t>
            </w:r>
            <w:r>
              <w:t>www</w:t>
            </w:r>
            <w:r w:rsidRPr="00332DB8">
              <w:rPr>
                <w:lang w:val="ru-RU"/>
              </w:rPr>
              <w:t>.</w:t>
            </w:r>
            <w:r>
              <w:t>ingushetia</w:t>
            </w:r>
            <w:r w:rsidRPr="00332DB8">
              <w:rPr>
                <w:lang w:val="ru-RU"/>
              </w:rPr>
              <w:t>.</w:t>
            </w:r>
            <w:r>
              <w:t>org</w:t>
            </w:r>
            <w:r w:rsidRPr="00332DB8">
              <w:rPr>
                <w:lang w:val="ru-RU"/>
              </w:rPr>
              <w:t>. (решение Магасского районного суда Республики Ингушетия от 05.04.2010).</w:t>
            </w:r>
          </w:p>
        </w:tc>
        <w:tc>
          <w:tcPr>
            <w:tcW w:w="2880" w:type="dxa"/>
          </w:tcPr>
          <w:p w:rsidR="006F7457" w:rsidRPr="00332DB8" w:rsidRDefault="006F7457">
            <w:pPr>
              <w:rPr>
                <w:lang w:val="ru-RU"/>
              </w:rPr>
            </w:pPr>
          </w:p>
        </w:tc>
      </w:tr>
      <w:tr w:rsidR="006F7457" w:rsidRPr="00DD284B">
        <w:tc>
          <w:tcPr>
            <w:tcW w:w="2880" w:type="dxa"/>
          </w:tcPr>
          <w:p w:rsidR="006F7457" w:rsidRDefault="00332DB8">
            <w:r>
              <w:t>665.</w:t>
            </w:r>
          </w:p>
        </w:tc>
        <w:tc>
          <w:tcPr>
            <w:tcW w:w="2880" w:type="dxa"/>
          </w:tcPr>
          <w:p w:rsidR="006F7457" w:rsidRPr="00332DB8" w:rsidRDefault="00332DB8">
            <w:pPr>
              <w:rPr>
                <w:lang w:val="ru-RU"/>
              </w:rPr>
            </w:pPr>
            <w:r w:rsidRPr="00332DB8">
              <w:rPr>
                <w:lang w:val="ru-RU"/>
              </w:rPr>
              <w:t xml:space="preserve">Статья Джамиля Шаньморта под названием «Кавказ обречен без Джихада», опубликованную 12.03.2009 на сайте </w:t>
            </w:r>
            <w:r>
              <w:t>http</w:t>
            </w:r>
            <w:r w:rsidRPr="00332DB8">
              <w:rPr>
                <w:lang w:val="ru-RU"/>
              </w:rPr>
              <w:t>://</w:t>
            </w:r>
            <w:r>
              <w:t>hunafa</w:t>
            </w:r>
            <w:r w:rsidRPr="00332DB8">
              <w:rPr>
                <w:lang w:val="ru-RU"/>
              </w:rPr>
              <w:t>.</w:t>
            </w:r>
            <w:r>
              <w:t>com</w:t>
            </w:r>
            <w:r w:rsidRPr="00332DB8">
              <w:rPr>
                <w:lang w:val="ru-RU"/>
              </w:rPr>
              <w:t>/. (решение Магасского районного суда Республики Ингушетия от 13.05.2010).</w:t>
            </w:r>
          </w:p>
        </w:tc>
        <w:tc>
          <w:tcPr>
            <w:tcW w:w="2880" w:type="dxa"/>
          </w:tcPr>
          <w:p w:rsidR="006F7457" w:rsidRPr="00332DB8" w:rsidRDefault="006F7457">
            <w:pPr>
              <w:rPr>
                <w:lang w:val="ru-RU"/>
              </w:rPr>
            </w:pPr>
          </w:p>
        </w:tc>
      </w:tr>
      <w:tr w:rsidR="006F7457" w:rsidRPr="00DD284B">
        <w:tc>
          <w:tcPr>
            <w:tcW w:w="2880" w:type="dxa"/>
          </w:tcPr>
          <w:p w:rsidR="006F7457" w:rsidRDefault="00332DB8">
            <w:r>
              <w:t>666.</w:t>
            </w:r>
          </w:p>
        </w:tc>
        <w:tc>
          <w:tcPr>
            <w:tcW w:w="2880" w:type="dxa"/>
          </w:tcPr>
          <w:p w:rsidR="006F7457" w:rsidRPr="00332DB8" w:rsidRDefault="00332DB8">
            <w:pPr>
              <w:rPr>
                <w:lang w:val="ru-RU"/>
              </w:rPr>
            </w:pPr>
            <w:r w:rsidRPr="00332DB8">
              <w:rPr>
                <w:lang w:val="ru-RU"/>
              </w:rPr>
              <w:t xml:space="preserve">Статья Джамиля Шаньморта под названием «С Россией пора кончать!», опубликованную 16.03.2009 на сайте </w:t>
            </w:r>
            <w:r>
              <w:t>http</w:t>
            </w:r>
            <w:r w:rsidRPr="00332DB8">
              <w:rPr>
                <w:lang w:val="ru-RU"/>
              </w:rPr>
              <w:t>://</w:t>
            </w:r>
            <w:r>
              <w:t>hunafa</w:t>
            </w:r>
            <w:r w:rsidRPr="00332DB8">
              <w:rPr>
                <w:lang w:val="ru-RU"/>
              </w:rPr>
              <w:t>.</w:t>
            </w:r>
            <w:r>
              <w:t>com</w:t>
            </w:r>
            <w:r w:rsidRPr="00332DB8">
              <w:rPr>
                <w:lang w:val="ru-RU"/>
              </w:rPr>
              <w:t>/. (решение Магасского районного суда Республики Ингушетия от 13.05.2010).</w:t>
            </w:r>
          </w:p>
        </w:tc>
        <w:tc>
          <w:tcPr>
            <w:tcW w:w="2880" w:type="dxa"/>
          </w:tcPr>
          <w:p w:rsidR="006F7457" w:rsidRPr="00332DB8" w:rsidRDefault="006F7457">
            <w:pPr>
              <w:rPr>
                <w:lang w:val="ru-RU"/>
              </w:rPr>
            </w:pPr>
          </w:p>
        </w:tc>
      </w:tr>
      <w:tr w:rsidR="006F7457" w:rsidRPr="00DD284B">
        <w:tc>
          <w:tcPr>
            <w:tcW w:w="2880" w:type="dxa"/>
          </w:tcPr>
          <w:p w:rsidR="006F7457" w:rsidRDefault="00332DB8">
            <w:r>
              <w:t>667.</w:t>
            </w:r>
          </w:p>
        </w:tc>
        <w:tc>
          <w:tcPr>
            <w:tcW w:w="2880" w:type="dxa"/>
          </w:tcPr>
          <w:p w:rsidR="006F7457" w:rsidRPr="00332DB8" w:rsidRDefault="00332DB8">
            <w:pPr>
              <w:rPr>
                <w:lang w:val="ru-RU"/>
              </w:rPr>
            </w:pPr>
            <w:r w:rsidRPr="00332DB8">
              <w:rPr>
                <w:lang w:val="ru-RU"/>
              </w:rPr>
              <w:t>Запись исключена из списка (смотри № 616).</w:t>
            </w:r>
          </w:p>
        </w:tc>
        <w:tc>
          <w:tcPr>
            <w:tcW w:w="2880" w:type="dxa"/>
          </w:tcPr>
          <w:p w:rsidR="006F7457" w:rsidRPr="00332DB8" w:rsidRDefault="006F7457">
            <w:pPr>
              <w:rPr>
                <w:lang w:val="ru-RU"/>
              </w:rPr>
            </w:pPr>
          </w:p>
        </w:tc>
      </w:tr>
      <w:tr w:rsidR="006F7457" w:rsidRPr="00DD284B">
        <w:tc>
          <w:tcPr>
            <w:tcW w:w="2880" w:type="dxa"/>
          </w:tcPr>
          <w:p w:rsidR="006F7457" w:rsidRDefault="00332DB8">
            <w:r>
              <w:t>668.</w:t>
            </w:r>
          </w:p>
        </w:tc>
        <w:tc>
          <w:tcPr>
            <w:tcW w:w="2880" w:type="dxa"/>
          </w:tcPr>
          <w:p w:rsidR="006F7457" w:rsidRPr="00332DB8" w:rsidRDefault="00332DB8">
            <w:pPr>
              <w:rPr>
                <w:lang w:val="ru-RU"/>
              </w:rPr>
            </w:pPr>
            <w:r w:rsidRPr="00332DB8">
              <w:rPr>
                <w:lang w:val="ru-RU"/>
              </w:rPr>
              <w:t>Книга Б. Муссолини «Доктрина фашизма» (решение Кировского районного суда города Уфы Республики Башкортостан от 26.05.2010).</w:t>
            </w:r>
          </w:p>
        </w:tc>
        <w:tc>
          <w:tcPr>
            <w:tcW w:w="2880" w:type="dxa"/>
          </w:tcPr>
          <w:p w:rsidR="006F7457" w:rsidRPr="00332DB8" w:rsidRDefault="006F7457">
            <w:pPr>
              <w:rPr>
                <w:lang w:val="ru-RU"/>
              </w:rPr>
            </w:pPr>
          </w:p>
        </w:tc>
      </w:tr>
      <w:tr w:rsidR="006F7457">
        <w:tc>
          <w:tcPr>
            <w:tcW w:w="2880" w:type="dxa"/>
          </w:tcPr>
          <w:p w:rsidR="006F7457" w:rsidRDefault="00332DB8">
            <w:r>
              <w:t>669.</w:t>
            </w:r>
          </w:p>
        </w:tc>
        <w:tc>
          <w:tcPr>
            <w:tcW w:w="2880" w:type="dxa"/>
          </w:tcPr>
          <w:p w:rsidR="006F7457" w:rsidRDefault="00332DB8">
            <w:r>
              <w:t xml:space="preserve">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w:t>
            </w:r>
            <w:r>
              <w:lastRenderedPageBreak/>
              <w:t>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2880" w:type="dxa"/>
          </w:tcPr>
          <w:p w:rsidR="006F7457" w:rsidRDefault="006F7457"/>
        </w:tc>
      </w:tr>
      <w:tr w:rsidR="006F7457">
        <w:tc>
          <w:tcPr>
            <w:tcW w:w="2880" w:type="dxa"/>
          </w:tcPr>
          <w:p w:rsidR="006F7457" w:rsidRDefault="00332DB8">
            <w:r>
              <w:lastRenderedPageBreak/>
              <w:t>67</w:t>
            </w:r>
            <w:r>
              <w:lastRenderedPageBreak/>
              <w:t>0.</w:t>
            </w:r>
          </w:p>
        </w:tc>
        <w:tc>
          <w:tcPr>
            <w:tcW w:w="2880" w:type="dxa"/>
          </w:tcPr>
          <w:p w:rsidR="006F7457" w:rsidRDefault="00332DB8">
            <w:r>
              <w:lastRenderedPageBreak/>
              <w:t xml:space="preserve">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w:t>
            </w:r>
            <w:r>
              <w:lastRenderedPageBreak/>
              <w:t>21.07.2009).</w:t>
            </w:r>
          </w:p>
        </w:tc>
        <w:tc>
          <w:tcPr>
            <w:tcW w:w="2880" w:type="dxa"/>
          </w:tcPr>
          <w:p w:rsidR="006F7457" w:rsidRDefault="006F7457"/>
        </w:tc>
      </w:tr>
      <w:tr w:rsidR="006F7457">
        <w:tc>
          <w:tcPr>
            <w:tcW w:w="2880" w:type="dxa"/>
          </w:tcPr>
          <w:p w:rsidR="006F7457" w:rsidRDefault="00332DB8">
            <w:r>
              <w:lastRenderedPageBreak/>
              <w:t>671.</w:t>
            </w:r>
          </w:p>
        </w:tc>
        <w:tc>
          <w:tcPr>
            <w:tcW w:w="2880" w:type="dxa"/>
          </w:tcPr>
          <w:p w:rsidR="006F7457" w:rsidRDefault="00332DB8">
            <w: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2880" w:type="dxa"/>
          </w:tcPr>
          <w:p w:rsidR="006F7457" w:rsidRDefault="006F7457"/>
        </w:tc>
      </w:tr>
      <w:tr w:rsidR="006F7457">
        <w:tc>
          <w:tcPr>
            <w:tcW w:w="2880" w:type="dxa"/>
          </w:tcPr>
          <w:p w:rsidR="006F7457" w:rsidRDefault="00332DB8">
            <w:r>
              <w:t>672.</w:t>
            </w:r>
          </w:p>
        </w:tc>
        <w:tc>
          <w:tcPr>
            <w:tcW w:w="2880" w:type="dxa"/>
          </w:tcPr>
          <w:p w:rsidR="006F7457" w:rsidRDefault="00332DB8">
            <w:r>
              <w:t>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c>
          <w:tcPr>
            <w:tcW w:w="2880" w:type="dxa"/>
          </w:tcPr>
          <w:p w:rsidR="006F7457" w:rsidRDefault="006F7457"/>
        </w:tc>
      </w:tr>
      <w:tr w:rsidR="006F7457">
        <w:tc>
          <w:tcPr>
            <w:tcW w:w="2880" w:type="dxa"/>
          </w:tcPr>
          <w:p w:rsidR="006F7457" w:rsidRDefault="00332DB8">
            <w:r>
              <w:t>673.</w:t>
            </w:r>
          </w:p>
        </w:tc>
        <w:tc>
          <w:tcPr>
            <w:tcW w:w="2880" w:type="dxa"/>
          </w:tcPr>
          <w:p w:rsidR="006F7457" w:rsidRDefault="00332DB8">
            <w: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2880" w:type="dxa"/>
          </w:tcPr>
          <w:p w:rsidR="006F7457" w:rsidRDefault="006F7457"/>
        </w:tc>
      </w:tr>
      <w:tr w:rsidR="006F7457">
        <w:tc>
          <w:tcPr>
            <w:tcW w:w="2880" w:type="dxa"/>
          </w:tcPr>
          <w:p w:rsidR="006F7457" w:rsidRDefault="00332DB8">
            <w:r>
              <w:t>674.</w:t>
            </w:r>
          </w:p>
        </w:tc>
        <w:tc>
          <w:tcPr>
            <w:tcW w:w="2880" w:type="dxa"/>
          </w:tcPr>
          <w:p w:rsidR="006F7457" w:rsidRDefault="00332DB8">
            <w:r>
              <w:t xml:space="preserve">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w:t>
            </w:r>
            <w:r>
              <w:lastRenderedPageBreak/>
              <w:t>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2880" w:type="dxa"/>
          </w:tcPr>
          <w:p w:rsidR="006F7457" w:rsidRDefault="006F7457"/>
        </w:tc>
      </w:tr>
      <w:tr w:rsidR="006F7457">
        <w:tc>
          <w:tcPr>
            <w:tcW w:w="2880" w:type="dxa"/>
          </w:tcPr>
          <w:p w:rsidR="006F7457" w:rsidRDefault="00332DB8">
            <w:r>
              <w:lastRenderedPageBreak/>
              <w:t>675.</w:t>
            </w:r>
          </w:p>
        </w:tc>
        <w:tc>
          <w:tcPr>
            <w:tcW w:w="2880" w:type="dxa"/>
          </w:tcPr>
          <w:p w:rsidR="006F7457" w:rsidRDefault="00332DB8">
            <w: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2880" w:type="dxa"/>
          </w:tcPr>
          <w:p w:rsidR="006F7457" w:rsidRDefault="006F7457"/>
        </w:tc>
      </w:tr>
      <w:tr w:rsidR="006F7457" w:rsidRPr="00DD284B">
        <w:tc>
          <w:tcPr>
            <w:tcW w:w="2880" w:type="dxa"/>
          </w:tcPr>
          <w:p w:rsidR="006F7457" w:rsidRDefault="00332DB8">
            <w:r>
              <w:t>676.</w:t>
            </w:r>
          </w:p>
        </w:tc>
        <w:tc>
          <w:tcPr>
            <w:tcW w:w="2880" w:type="dxa"/>
          </w:tcPr>
          <w:p w:rsidR="006F7457" w:rsidRPr="00332DB8" w:rsidRDefault="00332DB8">
            <w:pPr>
              <w:rPr>
                <w:lang w:val="ru-RU"/>
              </w:rPr>
            </w:pPr>
            <w:r w:rsidRPr="00332DB8">
              <w:rPr>
                <w:lang w:val="ru-RU"/>
              </w:rPr>
              <w:t xml:space="preserve">Файл </w:t>
            </w:r>
            <w:r>
              <w:t>Bound</w:t>
            </w:r>
            <w:r w:rsidRPr="00332DB8">
              <w:rPr>
                <w:lang w:val="ru-RU"/>
              </w:rPr>
              <w:t xml:space="preserve"> </w:t>
            </w:r>
            <w:r>
              <w:t>for</w:t>
            </w:r>
            <w:r w:rsidRPr="00332DB8">
              <w:rPr>
                <w:lang w:val="ru-RU"/>
              </w:rPr>
              <w:t xml:space="preserve"> </w:t>
            </w:r>
            <w:r>
              <w:t>Glory</w:t>
            </w:r>
            <w:r w:rsidRPr="00332DB8">
              <w:rPr>
                <w:lang w:val="ru-RU"/>
              </w:rPr>
              <w:t xml:space="preserve"> - </w:t>
            </w:r>
            <w:r>
              <w:t>Run</w:t>
            </w:r>
            <w:r w:rsidRPr="00332DB8">
              <w:rPr>
                <w:lang w:val="ru-RU"/>
              </w:rPr>
              <w:t xml:space="preserve"> </w:t>
            </w:r>
            <w:r>
              <w:t>nigger</w:t>
            </w:r>
            <w:r w:rsidRPr="00332DB8">
              <w:rPr>
                <w:lang w:val="ru-RU"/>
              </w:rPr>
              <w:t xml:space="preserve"> </w:t>
            </w:r>
            <w:r>
              <w:t>nigger</w:t>
            </w:r>
            <w:r w:rsidRPr="00332DB8">
              <w:rPr>
                <w:lang w:val="ru-RU"/>
              </w:rPr>
              <w:t>.</w:t>
            </w:r>
            <w:r>
              <w:t>wmv</w:t>
            </w:r>
            <w:r w:rsidRPr="00332DB8">
              <w:rPr>
                <w:lang w:val="ru-RU"/>
              </w:rPr>
              <w:t xml:space="preserve">, содержащийся на </w:t>
            </w:r>
            <w:r>
              <w:t>DVD</w:t>
            </w:r>
            <w:r w:rsidRPr="00332DB8">
              <w:rPr>
                <w:lang w:val="ru-RU"/>
              </w:rPr>
              <w:t xml:space="preserve"> диске № 23 (решение Кировского районного суда города Томска от 21.07.2009).</w:t>
            </w:r>
          </w:p>
        </w:tc>
        <w:tc>
          <w:tcPr>
            <w:tcW w:w="2880" w:type="dxa"/>
          </w:tcPr>
          <w:p w:rsidR="006F7457" w:rsidRPr="00332DB8" w:rsidRDefault="006F7457">
            <w:pPr>
              <w:rPr>
                <w:lang w:val="ru-RU"/>
              </w:rPr>
            </w:pPr>
          </w:p>
        </w:tc>
      </w:tr>
      <w:tr w:rsidR="006F7457" w:rsidRPr="00DD284B">
        <w:tc>
          <w:tcPr>
            <w:tcW w:w="2880" w:type="dxa"/>
          </w:tcPr>
          <w:p w:rsidR="006F7457" w:rsidRDefault="00332DB8">
            <w:r>
              <w:t>677.</w:t>
            </w:r>
          </w:p>
        </w:tc>
        <w:tc>
          <w:tcPr>
            <w:tcW w:w="2880" w:type="dxa"/>
          </w:tcPr>
          <w:p w:rsidR="006F7457" w:rsidRPr="00332DB8" w:rsidRDefault="00332DB8">
            <w:pPr>
              <w:rPr>
                <w:lang w:val="ru-RU"/>
              </w:rPr>
            </w:pPr>
            <w:r w:rsidRPr="00332DB8">
              <w:rPr>
                <w:lang w:val="ru-RU"/>
              </w:rPr>
              <w:t>Запись исключена из списка (смотри № 619).</w:t>
            </w:r>
          </w:p>
        </w:tc>
        <w:tc>
          <w:tcPr>
            <w:tcW w:w="2880" w:type="dxa"/>
          </w:tcPr>
          <w:p w:rsidR="006F7457" w:rsidRPr="00332DB8" w:rsidRDefault="006F7457">
            <w:pPr>
              <w:rPr>
                <w:lang w:val="ru-RU"/>
              </w:rPr>
            </w:pPr>
          </w:p>
        </w:tc>
      </w:tr>
      <w:tr w:rsidR="006F7457" w:rsidRPr="00DD284B">
        <w:tc>
          <w:tcPr>
            <w:tcW w:w="2880" w:type="dxa"/>
          </w:tcPr>
          <w:p w:rsidR="006F7457" w:rsidRDefault="00332DB8">
            <w:r>
              <w:t>67</w:t>
            </w:r>
            <w:r>
              <w:lastRenderedPageBreak/>
              <w:t>8.</w:t>
            </w:r>
          </w:p>
        </w:tc>
        <w:tc>
          <w:tcPr>
            <w:tcW w:w="2880" w:type="dxa"/>
          </w:tcPr>
          <w:p w:rsidR="006F7457" w:rsidRPr="00332DB8" w:rsidRDefault="00332DB8">
            <w:pPr>
              <w:rPr>
                <w:lang w:val="ru-RU"/>
              </w:rPr>
            </w:pPr>
            <w:r w:rsidRPr="00332DB8">
              <w:rPr>
                <w:lang w:val="ru-RU"/>
              </w:rPr>
              <w:lastRenderedPageBreak/>
              <w:t>Запись исключена из списка (смотри № 620).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679.</w:t>
            </w:r>
          </w:p>
        </w:tc>
        <w:tc>
          <w:tcPr>
            <w:tcW w:w="2880" w:type="dxa"/>
          </w:tcPr>
          <w:p w:rsidR="006F7457" w:rsidRPr="00332DB8" w:rsidRDefault="00332DB8">
            <w:pPr>
              <w:rPr>
                <w:lang w:val="ru-RU"/>
              </w:rPr>
            </w:pPr>
            <w:r w:rsidRPr="00332DB8">
              <w:rPr>
                <w:lang w:val="ru-RU"/>
              </w:rPr>
              <w:t>Запись исключена из списка (смотри № 621).</w:t>
            </w:r>
          </w:p>
        </w:tc>
        <w:tc>
          <w:tcPr>
            <w:tcW w:w="2880" w:type="dxa"/>
          </w:tcPr>
          <w:p w:rsidR="006F7457" w:rsidRPr="00332DB8" w:rsidRDefault="006F7457">
            <w:pPr>
              <w:rPr>
                <w:lang w:val="ru-RU"/>
              </w:rPr>
            </w:pPr>
          </w:p>
        </w:tc>
      </w:tr>
      <w:tr w:rsidR="006F7457">
        <w:tc>
          <w:tcPr>
            <w:tcW w:w="2880" w:type="dxa"/>
          </w:tcPr>
          <w:p w:rsidR="006F7457" w:rsidRDefault="00332DB8">
            <w:r>
              <w:t>680.</w:t>
            </w:r>
          </w:p>
        </w:tc>
        <w:tc>
          <w:tcPr>
            <w:tcW w:w="2880" w:type="dxa"/>
          </w:tcPr>
          <w:p w:rsidR="006F7457" w:rsidRDefault="00332DB8">
            <w:r w:rsidRPr="00332DB8">
              <w:rPr>
                <w:lang w:val="ru-RU"/>
              </w:rPr>
              <w:t xml:space="preserve">Информационный материал дефиницию (определение) «Чеченская Республика» в 58 томе книжного издания «Большая энциклопедия» (Москва, издательство «Терра», 2006 г.) </w:t>
            </w:r>
            <w:r>
              <w:t>(решение Заводского районного суда города Грозного от 05.04.2010).</w:t>
            </w:r>
          </w:p>
        </w:tc>
        <w:tc>
          <w:tcPr>
            <w:tcW w:w="2880" w:type="dxa"/>
          </w:tcPr>
          <w:p w:rsidR="006F7457" w:rsidRDefault="006F7457"/>
        </w:tc>
      </w:tr>
      <w:tr w:rsidR="006F7457" w:rsidRPr="00DD284B">
        <w:tc>
          <w:tcPr>
            <w:tcW w:w="2880" w:type="dxa"/>
          </w:tcPr>
          <w:p w:rsidR="006F7457" w:rsidRDefault="00332DB8">
            <w:r>
              <w:t>681.</w:t>
            </w:r>
          </w:p>
        </w:tc>
        <w:tc>
          <w:tcPr>
            <w:tcW w:w="2880" w:type="dxa"/>
          </w:tcPr>
          <w:p w:rsidR="006F7457" w:rsidRPr="00332DB8" w:rsidRDefault="00332DB8">
            <w:pPr>
              <w:rPr>
                <w:lang w:val="ru-RU"/>
              </w:rPr>
            </w:pPr>
            <w:r w:rsidRPr="00332DB8">
              <w:rPr>
                <w:lang w:val="ru-RU"/>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2880" w:type="dxa"/>
          </w:tcPr>
          <w:p w:rsidR="006F7457" w:rsidRPr="00332DB8" w:rsidRDefault="006F7457">
            <w:pPr>
              <w:rPr>
                <w:lang w:val="ru-RU"/>
              </w:rPr>
            </w:pPr>
          </w:p>
        </w:tc>
      </w:tr>
      <w:tr w:rsidR="006F7457" w:rsidRPr="00DD284B">
        <w:tc>
          <w:tcPr>
            <w:tcW w:w="2880" w:type="dxa"/>
          </w:tcPr>
          <w:p w:rsidR="006F7457" w:rsidRDefault="00332DB8">
            <w:r>
              <w:t>682.</w:t>
            </w:r>
          </w:p>
        </w:tc>
        <w:tc>
          <w:tcPr>
            <w:tcW w:w="2880" w:type="dxa"/>
          </w:tcPr>
          <w:p w:rsidR="006F7457" w:rsidRPr="00332DB8" w:rsidRDefault="00332DB8">
            <w:pPr>
              <w:rPr>
                <w:lang w:val="ru-RU"/>
              </w:rPr>
            </w:pPr>
            <w:r w:rsidRPr="00332DB8">
              <w:rPr>
                <w:lang w:val="ru-RU"/>
              </w:rPr>
              <w:t>Запись исключена из списка (смотри № 615).</w:t>
            </w:r>
          </w:p>
        </w:tc>
        <w:tc>
          <w:tcPr>
            <w:tcW w:w="2880" w:type="dxa"/>
          </w:tcPr>
          <w:p w:rsidR="006F7457" w:rsidRPr="00332DB8" w:rsidRDefault="006F7457">
            <w:pPr>
              <w:rPr>
                <w:lang w:val="ru-RU"/>
              </w:rPr>
            </w:pPr>
          </w:p>
        </w:tc>
      </w:tr>
      <w:tr w:rsidR="006F7457" w:rsidRPr="00DD284B">
        <w:tc>
          <w:tcPr>
            <w:tcW w:w="2880" w:type="dxa"/>
          </w:tcPr>
          <w:p w:rsidR="006F7457" w:rsidRDefault="00332DB8">
            <w:r>
              <w:t>683.</w:t>
            </w:r>
          </w:p>
        </w:tc>
        <w:tc>
          <w:tcPr>
            <w:tcW w:w="2880" w:type="dxa"/>
          </w:tcPr>
          <w:p w:rsidR="006F7457" w:rsidRPr="00332DB8" w:rsidRDefault="00332DB8">
            <w:pPr>
              <w:rPr>
                <w:lang w:val="ru-RU"/>
              </w:rPr>
            </w:pPr>
            <w:r w:rsidRPr="00332DB8">
              <w:rPr>
                <w:lang w:val="ru-RU"/>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2880" w:type="dxa"/>
          </w:tcPr>
          <w:p w:rsidR="006F7457" w:rsidRPr="00332DB8" w:rsidRDefault="006F7457">
            <w:pPr>
              <w:rPr>
                <w:lang w:val="ru-RU"/>
              </w:rPr>
            </w:pPr>
          </w:p>
        </w:tc>
      </w:tr>
      <w:tr w:rsidR="006F7457" w:rsidRPr="00DD284B">
        <w:tc>
          <w:tcPr>
            <w:tcW w:w="2880" w:type="dxa"/>
          </w:tcPr>
          <w:p w:rsidR="006F7457" w:rsidRDefault="00332DB8">
            <w:r>
              <w:t>684.</w:t>
            </w:r>
          </w:p>
        </w:tc>
        <w:tc>
          <w:tcPr>
            <w:tcW w:w="2880" w:type="dxa"/>
          </w:tcPr>
          <w:p w:rsidR="006F7457" w:rsidRPr="00332DB8" w:rsidRDefault="00332DB8">
            <w:pPr>
              <w:rPr>
                <w:lang w:val="ru-RU"/>
              </w:rPr>
            </w:pPr>
            <w:r w:rsidRPr="00332DB8">
              <w:rPr>
                <w:lang w:val="ru-RU"/>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2880" w:type="dxa"/>
          </w:tcPr>
          <w:p w:rsidR="006F7457" w:rsidRPr="00332DB8" w:rsidRDefault="006F7457">
            <w:pPr>
              <w:rPr>
                <w:lang w:val="ru-RU"/>
              </w:rPr>
            </w:pPr>
          </w:p>
        </w:tc>
      </w:tr>
      <w:tr w:rsidR="006F7457" w:rsidRPr="00DD284B">
        <w:tc>
          <w:tcPr>
            <w:tcW w:w="2880" w:type="dxa"/>
          </w:tcPr>
          <w:p w:rsidR="006F7457" w:rsidRDefault="00332DB8">
            <w:r>
              <w:t>68</w:t>
            </w:r>
            <w:r>
              <w:lastRenderedPageBreak/>
              <w:t>5.</w:t>
            </w:r>
          </w:p>
        </w:tc>
        <w:tc>
          <w:tcPr>
            <w:tcW w:w="2880" w:type="dxa"/>
          </w:tcPr>
          <w:p w:rsidR="006F7457" w:rsidRPr="00332DB8" w:rsidRDefault="00332DB8">
            <w:pPr>
              <w:rPr>
                <w:lang w:val="ru-RU"/>
              </w:rPr>
            </w:pPr>
            <w:r w:rsidRPr="00332DB8">
              <w:rPr>
                <w:lang w:val="ru-RU"/>
              </w:rPr>
              <w:lastRenderedPageBreak/>
              <w:t>Реклама магазина молодежной одежды «</w:t>
            </w:r>
            <w:r>
              <w:t>EXTRA</w:t>
            </w:r>
            <w:r w:rsidRPr="00332DB8">
              <w:rPr>
                <w:lang w:val="ru-RU"/>
              </w:rPr>
              <w:t xml:space="preserve">» с изображением двух расположенных рядом молний, схожим с </w:t>
            </w:r>
            <w:r w:rsidRPr="00332DB8">
              <w:rPr>
                <w:lang w:val="ru-RU"/>
              </w:rPr>
              <w:lastRenderedPageBreak/>
              <w:t>нацистской символикой (решение Нефтекамского городского суда Республики Башкортостан от 26.05.2010).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686.</w:t>
            </w:r>
          </w:p>
        </w:tc>
        <w:tc>
          <w:tcPr>
            <w:tcW w:w="2880" w:type="dxa"/>
          </w:tcPr>
          <w:p w:rsidR="006F7457" w:rsidRPr="00332DB8" w:rsidRDefault="00332DB8">
            <w:pPr>
              <w:rPr>
                <w:lang w:val="ru-RU"/>
              </w:rPr>
            </w:pPr>
            <w:r w:rsidRPr="00332DB8">
              <w:rPr>
                <w:lang w:val="ru-RU"/>
              </w:rPr>
              <w:t>Видеоматериал «</w:t>
            </w:r>
            <w:r>
              <w:t>KAVKAZ</w:t>
            </w:r>
            <w:r w:rsidRPr="00332DB8">
              <w:rPr>
                <w:lang w:val="ru-RU"/>
              </w:rPr>
              <w:t xml:space="preserve">» на Интернет-странице по электронному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28497819 (решение Ленинского районного суда города Кемерово Кемеровской области от 25.05.2010).</w:t>
            </w:r>
          </w:p>
        </w:tc>
        <w:tc>
          <w:tcPr>
            <w:tcW w:w="2880" w:type="dxa"/>
          </w:tcPr>
          <w:p w:rsidR="006F7457" w:rsidRPr="00332DB8" w:rsidRDefault="006F7457">
            <w:pPr>
              <w:rPr>
                <w:lang w:val="ru-RU"/>
              </w:rPr>
            </w:pPr>
          </w:p>
        </w:tc>
      </w:tr>
      <w:tr w:rsidR="006F7457" w:rsidRPr="00DD284B">
        <w:tc>
          <w:tcPr>
            <w:tcW w:w="2880" w:type="dxa"/>
          </w:tcPr>
          <w:p w:rsidR="006F7457" w:rsidRDefault="00332DB8">
            <w:r>
              <w:t>687.</w:t>
            </w:r>
          </w:p>
        </w:tc>
        <w:tc>
          <w:tcPr>
            <w:tcW w:w="2880" w:type="dxa"/>
          </w:tcPr>
          <w:p w:rsidR="006F7457" w:rsidRPr="00332DB8" w:rsidRDefault="00332DB8">
            <w:pPr>
              <w:rPr>
                <w:lang w:val="ru-RU"/>
              </w:rPr>
            </w:pPr>
            <w:r w:rsidRPr="00332DB8">
              <w:rPr>
                <w:lang w:val="ru-RU"/>
              </w:rPr>
              <w:t xml:space="preserve">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w:t>
            </w:r>
            <w:r>
              <w:t>http</w:t>
            </w:r>
            <w:r w:rsidRPr="00332DB8">
              <w:rPr>
                <w:lang w:val="ru-RU"/>
              </w:rPr>
              <w:t>//</w:t>
            </w:r>
            <w:r>
              <w:t>exsaga</w:t>
            </w:r>
            <w:r w:rsidRPr="00332DB8">
              <w:rPr>
                <w:lang w:val="ru-RU"/>
              </w:rPr>
              <w:t>.</w:t>
            </w:r>
            <w:r>
              <w:t>livejournal</w:t>
            </w:r>
            <w:r w:rsidRPr="00332DB8">
              <w:rPr>
                <w:lang w:val="ru-RU"/>
              </w:rPr>
              <w:t>.</w:t>
            </w:r>
            <w:r>
              <w:t>com</w:t>
            </w:r>
            <w:r w:rsidRPr="00332DB8">
              <w:rPr>
                <w:lang w:val="ru-RU"/>
              </w:rPr>
              <w:t>./ (решение Бокситогорского городского суда Ленинградской области от 03.06.2010).</w:t>
            </w:r>
          </w:p>
        </w:tc>
        <w:tc>
          <w:tcPr>
            <w:tcW w:w="2880" w:type="dxa"/>
          </w:tcPr>
          <w:p w:rsidR="006F7457" w:rsidRPr="00332DB8" w:rsidRDefault="006F7457">
            <w:pPr>
              <w:rPr>
                <w:lang w:val="ru-RU"/>
              </w:rPr>
            </w:pPr>
          </w:p>
        </w:tc>
      </w:tr>
      <w:tr w:rsidR="006F7457" w:rsidRPr="00DD284B">
        <w:tc>
          <w:tcPr>
            <w:tcW w:w="2880" w:type="dxa"/>
          </w:tcPr>
          <w:p w:rsidR="006F7457" w:rsidRDefault="00332DB8">
            <w:r>
              <w:t>688.</w:t>
            </w:r>
          </w:p>
        </w:tc>
        <w:tc>
          <w:tcPr>
            <w:tcW w:w="2880" w:type="dxa"/>
          </w:tcPr>
          <w:p w:rsidR="006F7457" w:rsidRPr="00332DB8" w:rsidRDefault="00332DB8">
            <w:pPr>
              <w:rPr>
                <w:lang w:val="ru-RU"/>
              </w:rPr>
            </w:pPr>
            <w:r w:rsidRPr="00332DB8">
              <w:rPr>
                <w:lang w:val="ru-RU"/>
              </w:rPr>
              <w:t xml:space="preserve">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w:t>
            </w:r>
            <w:r>
              <w:t>mili</w:t>
            </w:r>
            <w:r w:rsidRPr="00332DB8">
              <w:rPr>
                <w:lang w:val="ru-RU"/>
              </w:rPr>
              <w:t>-</w:t>
            </w:r>
            <w:r>
              <w:t>mijlis</w:t>
            </w:r>
            <w:r w:rsidRPr="00332DB8">
              <w:rPr>
                <w:lang w:val="ru-RU"/>
              </w:rPr>
              <w:t xml:space="preserve"> </w:t>
            </w:r>
            <w:r>
              <w:t>blogspot</w:t>
            </w:r>
            <w:r w:rsidRPr="00332DB8">
              <w:rPr>
                <w:lang w:val="ru-RU"/>
              </w:rPr>
              <w:t>.</w:t>
            </w:r>
            <w:r>
              <w:t>com</w:t>
            </w:r>
            <w:r w:rsidRPr="00332DB8">
              <w:rPr>
                <w:lang w:val="ru-RU"/>
              </w:rPr>
              <w:t xml:space="preserve"> и </w:t>
            </w:r>
            <w:r>
              <w:t>azatlyk</w:t>
            </w:r>
            <w:r w:rsidRPr="00332DB8">
              <w:rPr>
                <w:lang w:val="ru-RU"/>
              </w:rPr>
              <w:t>-</w:t>
            </w:r>
            <w:r>
              <w:t>vatan</w:t>
            </w:r>
            <w:r w:rsidRPr="00332DB8">
              <w:rPr>
                <w:lang w:val="ru-RU"/>
              </w:rPr>
              <w:t>.</w:t>
            </w:r>
            <w:r>
              <w:t>blogspot</w:t>
            </w:r>
            <w:r w:rsidRPr="00332DB8">
              <w:rPr>
                <w:lang w:val="ru-RU"/>
              </w:rPr>
              <w:t>.</w:t>
            </w:r>
            <w:r>
              <w:t>com</w:t>
            </w:r>
            <w:r w:rsidRPr="00332DB8">
              <w:rPr>
                <w:lang w:val="ru-RU"/>
              </w:rPr>
              <w:t>. (решение Набережночелнинского городского суда Республики Татарстан от 07.05.2010).</w:t>
            </w:r>
          </w:p>
        </w:tc>
        <w:tc>
          <w:tcPr>
            <w:tcW w:w="2880" w:type="dxa"/>
          </w:tcPr>
          <w:p w:rsidR="006F7457" w:rsidRPr="00332DB8" w:rsidRDefault="006F7457">
            <w:pPr>
              <w:rPr>
                <w:lang w:val="ru-RU"/>
              </w:rPr>
            </w:pPr>
          </w:p>
        </w:tc>
      </w:tr>
      <w:tr w:rsidR="006F7457" w:rsidRPr="00DD284B">
        <w:tc>
          <w:tcPr>
            <w:tcW w:w="2880" w:type="dxa"/>
          </w:tcPr>
          <w:p w:rsidR="006F7457" w:rsidRDefault="00332DB8">
            <w:r>
              <w:t>689.</w:t>
            </w:r>
          </w:p>
        </w:tc>
        <w:tc>
          <w:tcPr>
            <w:tcW w:w="2880" w:type="dxa"/>
          </w:tcPr>
          <w:p w:rsidR="006F7457" w:rsidRPr="00332DB8" w:rsidRDefault="00332DB8">
            <w:pPr>
              <w:rPr>
                <w:lang w:val="ru-RU"/>
              </w:rPr>
            </w:pPr>
            <w:r w:rsidRPr="00332DB8">
              <w:rPr>
                <w:lang w:val="ru-RU"/>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c>
          <w:tcPr>
            <w:tcW w:w="2880" w:type="dxa"/>
          </w:tcPr>
          <w:p w:rsidR="006F7457" w:rsidRPr="00332DB8" w:rsidRDefault="006F7457">
            <w:pPr>
              <w:rPr>
                <w:lang w:val="ru-RU"/>
              </w:rPr>
            </w:pPr>
          </w:p>
        </w:tc>
      </w:tr>
      <w:tr w:rsidR="006F7457" w:rsidRPr="00DD284B">
        <w:tc>
          <w:tcPr>
            <w:tcW w:w="2880" w:type="dxa"/>
          </w:tcPr>
          <w:p w:rsidR="006F7457" w:rsidRDefault="00332DB8">
            <w:r>
              <w:t>690.</w:t>
            </w:r>
          </w:p>
        </w:tc>
        <w:tc>
          <w:tcPr>
            <w:tcW w:w="2880" w:type="dxa"/>
          </w:tcPr>
          <w:p w:rsidR="006F7457" w:rsidRPr="00332DB8" w:rsidRDefault="00332DB8">
            <w:pPr>
              <w:rPr>
                <w:lang w:val="ru-RU"/>
              </w:rPr>
            </w:pPr>
            <w:r w:rsidRPr="00332DB8">
              <w:rPr>
                <w:lang w:val="ru-RU"/>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2880" w:type="dxa"/>
          </w:tcPr>
          <w:p w:rsidR="006F7457" w:rsidRPr="00332DB8" w:rsidRDefault="006F7457">
            <w:pPr>
              <w:rPr>
                <w:lang w:val="ru-RU"/>
              </w:rPr>
            </w:pPr>
          </w:p>
        </w:tc>
      </w:tr>
      <w:tr w:rsidR="006F7457">
        <w:tc>
          <w:tcPr>
            <w:tcW w:w="2880" w:type="dxa"/>
          </w:tcPr>
          <w:p w:rsidR="006F7457" w:rsidRDefault="00332DB8">
            <w:r>
              <w:t>69</w:t>
            </w:r>
            <w:r>
              <w:lastRenderedPageBreak/>
              <w:t>1.</w:t>
            </w:r>
          </w:p>
        </w:tc>
        <w:tc>
          <w:tcPr>
            <w:tcW w:w="2880" w:type="dxa"/>
          </w:tcPr>
          <w:p w:rsidR="006F7457" w:rsidRDefault="00332DB8">
            <w:r w:rsidRPr="00332DB8">
              <w:rPr>
                <w:lang w:val="ru-RU"/>
              </w:rPr>
              <w:lastRenderedPageBreak/>
              <w:t xml:space="preserve">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w:t>
            </w:r>
            <w:r w:rsidRPr="00332DB8">
              <w:rPr>
                <w:lang w:val="ru-RU"/>
              </w:rPr>
              <w:lastRenderedPageBreak/>
              <w:t xml:space="preserve">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w:t>
            </w:r>
            <w:r>
              <w:t>(решение Юргинского городского суда Кемеровской области от 14.04.2010).</w:t>
            </w:r>
          </w:p>
        </w:tc>
        <w:tc>
          <w:tcPr>
            <w:tcW w:w="2880" w:type="dxa"/>
          </w:tcPr>
          <w:p w:rsidR="006F7457" w:rsidRDefault="006F7457"/>
        </w:tc>
      </w:tr>
      <w:tr w:rsidR="006F7457" w:rsidRPr="00DD284B">
        <w:tc>
          <w:tcPr>
            <w:tcW w:w="2880" w:type="dxa"/>
          </w:tcPr>
          <w:p w:rsidR="006F7457" w:rsidRDefault="00332DB8">
            <w:r>
              <w:lastRenderedPageBreak/>
              <w:t>692.</w:t>
            </w:r>
          </w:p>
        </w:tc>
        <w:tc>
          <w:tcPr>
            <w:tcW w:w="2880" w:type="dxa"/>
          </w:tcPr>
          <w:p w:rsidR="006F7457" w:rsidRPr="00332DB8" w:rsidRDefault="00332DB8">
            <w:pPr>
              <w:rPr>
                <w:lang w:val="ru-RU"/>
              </w:rPr>
            </w:pPr>
            <w:r w:rsidRPr="00332DB8">
              <w:rPr>
                <w:lang w:val="ru-RU"/>
              </w:rPr>
              <w:t>Листовка «Независимая Организация Националистов» (решение Железнодорожного районного суда города Рязани от 25.06.2010).</w:t>
            </w:r>
          </w:p>
        </w:tc>
        <w:tc>
          <w:tcPr>
            <w:tcW w:w="2880" w:type="dxa"/>
          </w:tcPr>
          <w:p w:rsidR="006F7457" w:rsidRPr="00332DB8" w:rsidRDefault="006F7457">
            <w:pPr>
              <w:rPr>
                <w:lang w:val="ru-RU"/>
              </w:rPr>
            </w:pPr>
          </w:p>
        </w:tc>
      </w:tr>
      <w:tr w:rsidR="006F7457" w:rsidRPr="00DD284B">
        <w:tc>
          <w:tcPr>
            <w:tcW w:w="2880" w:type="dxa"/>
          </w:tcPr>
          <w:p w:rsidR="006F7457" w:rsidRDefault="00332DB8">
            <w:r>
              <w:t>693.</w:t>
            </w:r>
          </w:p>
        </w:tc>
        <w:tc>
          <w:tcPr>
            <w:tcW w:w="2880" w:type="dxa"/>
          </w:tcPr>
          <w:p w:rsidR="006F7457" w:rsidRPr="00332DB8" w:rsidRDefault="00332DB8">
            <w:pPr>
              <w:rPr>
                <w:lang w:val="ru-RU"/>
              </w:rPr>
            </w:pPr>
            <w:r w:rsidRPr="00332DB8">
              <w:rPr>
                <w:lang w:val="ru-RU"/>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2880" w:type="dxa"/>
          </w:tcPr>
          <w:p w:rsidR="006F7457" w:rsidRPr="00332DB8" w:rsidRDefault="006F7457">
            <w:pPr>
              <w:rPr>
                <w:lang w:val="ru-RU"/>
              </w:rPr>
            </w:pPr>
          </w:p>
        </w:tc>
      </w:tr>
      <w:tr w:rsidR="006F7457" w:rsidRPr="00DD284B">
        <w:tc>
          <w:tcPr>
            <w:tcW w:w="2880" w:type="dxa"/>
          </w:tcPr>
          <w:p w:rsidR="006F7457" w:rsidRDefault="00332DB8">
            <w:r>
              <w:t>694.</w:t>
            </w:r>
          </w:p>
        </w:tc>
        <w:tc>
          <w:tcPr>
            <w:tcW w:w="2880" w:type="dxa"/>
          </w:tcPr>
          <w:p w:rsidR="006F7457" w:rsidRPr="00332DB8" w:rsidRDefault="00332DB8">
            <w:pPr>
              <w:rPr>
                <w:lang w:val="ru-RU"/>
              </w:rPr>
            </w:pPr>
            <w:r w:rsidRPr="00332DB8">
              <w:rPr>
                <w:lang w:val="ru-RU"/>
              </w:rPr>
              <w:t xml:space="preserve">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w:t>
            </w:r>
            <w:r>
              <w:t>http</w:t>
            </w:r>
            <w:r w:rsidRPr="00332DB8">
              <w:rPr>
                <w:lang w:val="ru-RU"/>
              </w:rPr>
              <w:t>://</w:t>
            </w:r>
            <w:r>
              <w:t>www</w:t>
            </w:r>
            <w:r w:rsidRPr="00332DB8">
              <w:rPr>
                <w:lang w:val="ru-RU"/>
              </w:rPr>
              <w:t>.</w:t>
            </w:r>
            <w:r>
              <w:t>toislam</w:t>
            </w:r>
            <w:r w:rsidRPr="00332DB8">
              <w:rPr>
                <w:lang w:val="ru-RU"/>
              </w:rPr>
              <w:t>.</w:t>
            </w:r>
            <w:r>
              <w:t>com</w:t>
            </w:r>
            <w:r w:rsidRPr="00332DB8">
              <w:rPr>
                <w:lang w:val="ru-RU"/>
              </w:rPr>
              <w:t>/ (решение Абаканского городского суда Республики Хакасия от 08.06.2010 и определение Абаканского городского суда Республики Хакасия от 12.07.2010).</w:t>
            </w:r>
          </w:p>
        </w:tc>
        <w:tc>
          <w:tcPr>
            <w:tcW w:w="2880" w:type="dxa"/>
          </w:tcPr>
          <w:p w:rsidR="006F7457" w:rsidRPr="00332DB8" w:rsidRDefault="006F7457">
            <w:pPr>
              <w:rPr>
                <w:lang w:val="ru-RU"/>
              </w:rPr>
            </w:pPr>
          </w:p>
        </w:tc>
      </w:tr>
      <w:tr w:rsidR="006F7457" w:rsidRPr="00DD284B">
        <w:tc>
          <w:tcPr>
            <w:tcW w:w="2880" w:type="dxa"/>
          </w:tcPr>
          <w:p w:rsidR="006F7457" w:rsidRDefault="00332DB8">
            <w:r>
              <w:t>695.</w:t>
            </w:r>
          </w:p>
        </w:tc>
        <w:tc>
          <w:tcPr>
            <w:tcW w:w="2880" w:type="dxa"/>
          </w:tcPr>
          <w:p w:rsidR="006F7457" w:rsidRPr="00332DB8" w:rsidRDefault="00332DB8">
            <w:pPr>
              <w:rPr>
                <w:lang w:val="ru-RU"/>
              </w:rPr>
            </w:pPr>
            <w:r w:rsidRPr="00332DB8">
              <w:rPr>
                <w:lang w:val="ru-RU"/>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c>
          <w:tcPr>
            <w:tcW w:w="2880" w:type="dxa"/>
          </w:tcPr>
          <w:p w:rsidR="006F7457" w:rsidRPr="00332DB8" w:rsidRDefault="006F7457">
            <w:pPr>
              <w:rPr>
                <w:lang w:val="ru-RU"/>
              </w:rPr>
            </w:pPr>
          </w:p>
        </w:tc>
      </w:tr>
      <w:tr w:rsidR="006F7457" w:rsidRPr="00DD284B">
        <w:tc>
          <w:tcPr>
            <w:tcW w:w="2880" w:type="dxa"/>
          </w:tcPr>
          <w:p w:rsidR="006F7457" w:rsidRDefault="00332DB8">
            <w:r>
              <w:t>69</w:t>
            </w:r>
            <w:r>
              <w:lastRenderedPageBreak/>
              <w:t>6.</w:t>
            </w:r>
          </w:p>
        </w:tc>
        <w:tc>
          <w:tcPr>
            <w:tcW w:w="2880" w:type="dxa"/>
          </w:tcPr>
          <w:p w:rsidR="006F7457" w:rsidRPr="00332DB8" w:rsidRDefault="00332DB8">
            <w:pPr>
              <w:rPr>
                <w:lang w:val="ru-RU"/>
              </w:rPr>
            </w:pPr>
            <w:r w:rsidRPr="00332DB8">
              <w:rPr>
                <w:lang w:val="ru-RU"/>
              </w:rPr>
              <w:lastRenderedPageBreak/>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w:t>
            </w:r>
            <w:r w:rsidRPr="00332DB8">
              <w:rPr>
                <w:lang w:val="ru-RU"/>
              </w:rPr>
              <w:lastRenderedPageBreak/>
              <w:t>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697.</w:t>
            </w:r>
          </w:p>
        </w:tc>
        <w:tc>
          <w:tcPr>
            <w:tcW w:w="2880" w:type="dxa"/>
          </w:tcPr>
          <w:p w:rsidR="006F7457" w:rsidRPr="00332DB8" w:rsidRDefault="00332DB8">
            <w:pPr>
              <w:rPr>
                <w:lang w:val="ru-RU"/>
              </w:rPr>
            </w:pPr>
            <w:r w:rsidRPr="00332DB8">
              <w:rPr>
                <w:lang w:val="ru-RU"/>
              </w:rPr>
              <w:t>Фильм «Кровь в мечети Ибрагима», содержащийся на ДВД-диске (решение Соль-Илецкого районного суда Оренбургской области от 28.06.2010).</w:t>
            </w:r>
          </w:p>
        </w:tc>
        <w:tc>
          <w:tcPr>
            <w:tcW w:w="2880" w:type="dxa"/>
          </w:tcPr>
          <w:p w:rsidR="006F7457" w:rsidRPr="00332DB8" w:rsidRDefault="006F7457">
            <w:pPr>
              <w:rPr>
                <w:lang w:val="ru-RU"/>
              </w:rPr>
            </w:pPr>
          </w:p>
        </w:tc>
      </w:tr>
      <w:tr w:rsidR="006F7457" w:rsidRPr="00DD284B">
        <w:tc>
          <w:tcPr>
            <w:tcW w:w="2880" w:type="dxa"/>
          </w:tcPr>
          <w:p w:rsidR="006F7457" w:rsidRDefault="00332DB8">
            <w:r>
              <w:t>698.</w:t>
            </w:r>
          </w:p>
        </w:tc>
        <w:tc>
          <w:tcPr>
            <w:tcW w:w="2880" w:type="dxa"/>
          </w:tcPr>
          <w:p w:rsidR="006F7457" w:rsidRPr="00332DB8" w:rsidRDefault="00332DB8">
            <w:pPr>
              <w:rPr>
                <w:lang w:val="ru-RU"/>
              </w:rPr>
            </w:pPr>
            <w:r w:rsidRPr="00332DB8">
              <w:rPr>
                <w:lang w:val="ru-RU"/>
              </w:rPr>
              <w:t>Фильм «Боль», содержащийся на ДВД-диске (решение Соль-Илецкого районного суда Оренбургской области от 28.06.2010).</w:t>
            </w:r>
          </w:p>
        </w:tc>
        <w:tc>
          <w:tcPr>
            <w:tcW w:w="2880" w:type="dxa"/>
          </w:tcPr>
          <w:p w:rsidR="006F7457" w:rsidRPr="00332DB8" w:rsidRDefault="006F7457">
            <w:pPr>
              <w:rPr>
                <w:lang w:val="ru-RU"/>
              </w:rPr>
            </w:pPr>
          </w:p>
        </w:tc>
      </w:tr>
      <w:tr w:rsidR="006F7457" w:rsidRPr="00DD284B">
        <w:tc>
          <w:tcPr>
            <w:tcW w:w="2880" w:type="dxa"/>
          </w:tcPr>
          <w:p w:rsidR="006F7457" w:rsidRDefault="00332DB8">
            <w:r>
              <w:t>699.</w:t>
            </w:r>
          </w:p>
        </w:tc>
        <w:tc>
          <w:tcPr>
            <w:tcW w:w="2880" w:type="dxa"/>
          </w:tcPr>
          <w:p w:rsidR="006F7457" w:rsidRPr="00332DB8" w:rsidRDefault="00332DB8">
            <w:pPr>
              <w:rPr>
                <w:lang w:val="ru-RU"/>
              </w:rPr>
            </w:pPr>
            <w:r w:rsidRPr="00332DB8">
              <w:rPr>
                <w:lang w:val="ru-RU"/>
              </w:rPr>
              <w:t>Фильм «Иерусалим обещание небес»», содержащийся на ДВД-диске (решение Соль-Илецкого районного суда Оренбургской области от 28.06.2010).</w:t>
            </w:r>
          </w:p>
        </w:tc>
        <w:tc>
          <w:tcPr>
            <w:tcW w:w="2880" w:type="dxa"/>
          </w:tcPr>
          <w:p w:rsidR="006F7457" w:rsidRPr="00332DB8" w:rsidRDefault="006F7457">
            <w:pPr>
              <w:rPr>
                <w:lang w:val="ru-RU"/>
              </w:rPr>
            </w:pPr>
          </w:p>
        </w:tc>
      </w:tr>
      <w:tr w:rsidR="006F7457" w:rsidRPr="00DD284B">
        <w:tc>
          <w:tcPr>
            <w:tcW w:w="2880" w:type="dxa"/>
          </w:tcPr>
          <w:p w:rsidR="006F7457" w:rsidRDefault="00332DB8">
            <w:r>
              <w:t>700.</w:t>
            </w:r>
          </w:p>
        </w:tc>
        <w:tc>
          <w:tcPr>
            <w:tcW w:w="2880" w:type="dxa"/>
          </w:tcPr>
          <w:p w:rsidR="006F7457" w:rsidRPr="00332DB8" w:rsidRDefault="00332DB8">
            <w:pPr>
              <w:rPr>
                <w:lang w:val="ru-RU"/>
              </w:rPr>
            </w:pPr>
            <w:r w:rsidRPr="00332DB8">
              <w:rPr>
                <w:lang w:val="ru-RU"/>
              </w:rPr>
              <w:t>Фильм «Воззвание минаретов Аль-Кудса» содержащийся на ДВД-диске (решение Соль-Илецкого районного суда Оренбургской области от 28.06.2010).</w:t>
            </w:r>
          </w:p>
        </w:tc>
        <w:tc>
          <w:tcPr>
            <w:tcW w:w="2880" w:type="dxa"/>
          </w:tcPr>
          <w:p w:rsidR="006F7457" w:rsidRPr="00332DB8" w:rsidRDefault="006F7457">
            <w:pPr>
              <w:rPr>
                <w:lang w:val="ru-RU"/>
              </w:rPr>
            </w:pPr>
          </w:p>
        </w:tc>
      </w:tr>
      <w:tr w:rsidR="006F7457" w:rsidRPr="00DD284B">
        <w:tc>
          <w:tcPr>
            <w:tcW w:w="2880" w:type="dxa"/>
          </w:tcPr>
          <w:p w:rsidR="006F7457" w:rsidRDefault="00332DB8">
            <w:r>
              <w:t>701.</w:t>
            </w:r>
          </w:p>
        </w:tc>
        <w:tc>
          <w:tcPr>
            <w:tcW w:w="2880" w:type="dxa"/>
          </w:tcPr>
          <w:p w:rsidR="006F7457" w:rsidRPr="00332DB8" w:rsidRDefault="00332DB8">
            <w:pPr>
              <w:rPr>
                <w:lang w:val="ru-RU"/>
              </w:rPr>
            </w:pPr>
            <w:r w:rsidRPr="00332DB8">
              <w:rPr>
                <w:lang w:val="ru-RU"/>
              </w:rPr>
              <w:t>Фильм «Иерусалим и черная ненависть», содержащийся на ДВД-диске (решение Соль-Илецкого районного суда Оренбургской области от 28.06.2010).</w:t>
            </w:r>
          </w:p>
        </w:tc>
        <w:tc>
          <w:tcPr>
            <w:tcW w:w="2880" w:type="dxa"/>
          </w:tcPr>
          <w:p w:rsidR="006F7457" w:rsidRPr="00332DB8" w:rsidRDefault="006F7457">
            <w:pPr>
              <w:rPr>
                <w:lang w:val="ru-RU"/>
              </w:rPr>
            </w:pPr>
          </w:p>
        </w:tc>
      </w:tr>
      <w:tr w:rsidR="006F7457" w:rsidRPr="00DD284B">
        <w:tc>
          <w:tcPr>
            <w:tcW w:w="2880" w:type="dxa"/>
          </w:tcPr>
          <w:p w:rsidR="006F7457" w:rsidRDefault="00332DB8">
            <w:r>
              <w:t>702.</w:t>
            </w:r>
          </w:p>
        </w:tc>
        <w:tc>
          <w:tcPr>
            <w:tcW w:w="2880" w:type="dxa"/>
          </w:tcPr>
          <w:p w:rsidR="006F7457" w:rsidRPr="00332DB8" w:rsidRDefault="00332DB8">
            <w:pPr>
              <w:rPr>
                <w:lang w:val="ru-RU"/>
              </w:rPr>
            </w:pPr>
            <w:r w:rsidRPr="00332DB8">
              <w:rPr>
                <w:lang w:val="ru-RU"/>
              </w:rP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w:t>
            </w:r>
            <w:r>
              <w:t>http</w:t>
            </w:r>
            <w:r w:rsidRPr="00332DB8">
              <w:rPr>
                <w:lang w:val="ru-RU"/>
              </w:rPr>
              <w:t xml:space="preserve">: // </w:t>
            </w:r>
            <w:r>
              <w:t>salahuddin</w:t>
            </w:r>
            <w:r w:rsidRPr="00332DB8">
              <w:rPr>
                <w:lang w:val="ru-RU"/>
              </w:rPr>
              <w:t xml:space="preserve">. </w:t>
            </w:r>
            <w:r>
              <w:t>blog</w:t>
            </w:r>
            <w:r w:rsidRPr="00332DB8">
              <w:rPr>
                <w:lang w:val="ru-RU"/>
              </w:rPr>
              <w:t xml:space="preserve">. </w:t>
            </w:r>
            <w:r>
              <w:t>ru</w:t>
            </w:r>
            <w:r w:rsidRPr="00332DB8">
              <w:rPr>
                <w:lang w:val="ru-RU"/>
              </w:rPr>
              <w:t xml:space="preserve">» (решение Нальчикского городского суда </w:t>
            </w:r>
            <w:r w:rsidRPr="00332DB8">
              <w:rPr>
                <w:lang w:val="ru-RU"/>
              </w:rPr>
              <w:lastRenderedPageBreak/>
              <w:t>Кабардино-Балкарской Республики от 10.06.2010).</w:t>
            </w:r>
          </w:p>
        </w:tc>
        <w:tc>
          <w:tcPr>
            <w:tcW w:w="2880" w:type="dxa"/>
          </w:tcPr>
          <w:p w:rsidR="006F7457" w:rsidRPr="00332DB8" w:rsidRDefault="006F7457">
            <w:pPr>
              <w:rPr>
                <w:lang w:val="ru-RU"/>
              </w:rPr>
            </w:pPr>
          </w:p>
        </w:tc>
      </w:tr>
      <w:tr w:rsidR="006F7457">
        <w:tc>
          <w:tcPr>
            <w:tcW w:w="2880" w:type="dxa"/>
          </w:tcPr>
          <w:p w:rsidR="006F7457" w:rsidRDefault="00332DB8">
            <w:r>
              <w:lastRenderedPageBreak/>
              <w:t>703.</w:t>
            </w:r>
          </w:p>
        </w:tc>
        <w:tc>
          <w:tcPr>
            <w:tcW w:w="2880" w:type="dxa"/>
          </w:tcPr>
          <w:p w:rsidR="006F7457" w:rsidRDefault="00332DB8">
            <w:r w:rsidRPr="00332DB8">
              <w:rPr>
                <w:lang w:val="ru-RU"/>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w:t>
            </w:r>
            <w:r>
              <w:t>http</w:t>
            </w:r>
            <w:r w:rsidRPr="00332DB8">
              <w:rPr>
                <w:lang w:val="ru-RU"/>
              </w:rPr>
              <w:t xml:space="preserve">: // </w:t>
            </w:r>
            <w:r>
              <w:t>hanufa</w:t>
            </w:r>
            <w:r w:rsidRPr="00332DB8">
              <w:rPr>
                <w:lang w:val="ru-RU"/>
              </w:rPr>
              <w:t xml:space="preserve">. </w:t>
            </w:r>
            <w:r>
              <w:t>com</w:t>
            </w:r>
            <w:r w:rsidRPr="00332DB8">
              <w:rPr>
                <w:lang w:val="ru-RU"/>
              </w:rPr>
              <w:t xml:space="preserve">.» </w:t>
            </w:r>
            <w:r>
              <w:t>(решение Нальчикского городского суда Кабардино-Балкарской Республики от 10.06.2010).</w:t>
            </w:r>
          </w:p>
        </w:tc>
        <w:tc>
          <w:tcPr>
            <w:tcW w:w="2880" w:type="dxa"/>
          </w:tcPr>
          <w:p w:rsidR="006F7457" w:rsidRDefault="006F7457"/>
        </w:tc>
      </w:tr>
      <w:tr w:rsidR="006F7457" w:rsidRPr="00DD284B">
        <w:tc>
          <w:tcPr>
            <w:tcW w:w="2880" w:type="dxa"/>
          </w:tcPr>
          <w:p w:rsidR="006F7457" w:rsidRDefault="00332DB8">
            <w:r>
              <w:t>704.</w:t>
            </w:r>
          </w:p>
        </w:tc>
        <w:tc>
          <w:tcPr>
            <w:tcW w:w="2880" w:type="dxa"/>
          </w:tcPr>
          <w:p w:rsidR="006F7457" w:rsidRPr="00332DB8" w:rsidRDefault="00332DB8">
            <w:pPr>
              <w:rPr>
                <w:lang w:val="ru-RU"/>
              </w:rPr>
            </w:pPr>
            <w:r w:rsidRPr="00332DB8">
              <w:rPr>
                <w:lang w:val="ru-RU"/>
              </w:rPr>
              <w:t xml:space="preserve">Информационный материал - веб-ресурс </w:t>
            </w:r>
            <w:r>
              <w:t>http</w:t>
            </w:r>
            <w:r w:rsidRPr="00332DB8">
              <w:rPr>
                <w:lang w:val="ru-RU"/>
              </w:rPr>
              <w:t>://</w:t>
            </w:r>
            <w:r>
              <w:t>www</w:t>
            </w:r>
            <w:r w:rsidRPr="00332DB8">
              <w:rPr>
                <w:lang w:val="ru-RU"/>
              </w:rPr>
              <w:t>.</w:t>
            </w:r>
            <w:r>
              <w:t>islamdin</w:t>
            </w:r>
            <w:r w:rsidRPr="00332DB8">
              <w:rPr>
                <w:lang w:val="ru-RU"/>
              </w:rPr>
              <w:t>.</w:t>
            </w:r>
            <w:r>
              <w:t>com</w:t>
            </w:r>
            <w:r w:rsidRPr="00332DB8">
              <w:rPr>
                <w:lang w:val="ru-RU"/>
              </w:rPr>
              <w:t>/ (</w:t>
            </w:r>
            <w:r>
              <w:t>IP</w:t>
            </w:r>
            <w:r w:rsidRPr="00332DB8">
              <w:rPr>
                <w:lang w:val="ru-RU"/>
              </w:rPr>
              <w:t>-адрес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2880" w:type="dxa"/>
          </w:tcPr>
          <w:p w:rsidR="006F7457" w:rsidRPr="00332DB8" w:rsidRDefault="006F7457">
            <w:pPr>
              <w:rPr>
                <w:lang w:val="ru-RU"/>
              </w:rPr>
            </w:pPr>
          </w:p>
        </w:tc>
      </w:tr>
      <w:tr w:rsidR="006F7457" w:rsidRPr="00DD284B">
        <w:tc>
          <w:tcPr>
            <w:tcW w:w="2880" w:type="dxa"/>
          </w:tcPr>
          <w:p w:rsidR="006F7457" w:rsidRDefault="00332DB8">
            <w:r>
              <w:t>705.</w:t>
            </w:r>
          </w:p>
        </w:tc>
        <w:tc>
          <w:tcPr>
            <w:tcW w:w="2880" w:type="dxa"/>
          </w:tcPr>
          <w:p w:rsidR="006F7457" w:rsidRPr="00332DB8" w:rsidRDefault="00332DB8">
            <w:pPr>
              <w:rPr>
                <w:lang w:val="ru-RU"/>
              </w:rPr>
            </w:pPr>
            <w:r w:rsidRPr="00332DB8">
              <w:rPr>
                <w:lang w:val="ru-RU"/>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t>
            </w:r>
            <w:r>
              <w:t>www</w:t>
            </w:r>
            <w:r w:rsidRPr="00332DB8">
              <w:rPr>
                <w:lang w:val="ru-RU"/>
              </w:rPr>
              <w:t>.</w:t>
            </w:r>
            <w:r>
              <w:t>kavkazcenter</w:t>
            </w:r>
            <w:r w:rsidRPr="00332DB8">
              <w:rPr>
                <w:lang w:val="ru-RU"/>
              </w:rPr>
              <w:t>.</w:t>
            </w:r>
            <w:r>
              <w:t>com</w:t>
            </w:r>
            <w:r w:rsidRPr="00332DB8">
              <w:rPr>
                <w:lang w:val="ru-RU"/>
              </w:rPr>
              <w:t>» (решение Нальчикского городского суда Кабардино-Балкарской Республики от 09.06.2010).</w:t>
            </w:r>
          </w:p>
        </w:tc>
        <w:tc>
          <w:tcPr>
            <w:tcW w:w="2880" w:type="dxa"/>
          </w:tcPr>
          <w:p w:rsidR="006F7457" w:rsidRPr="00332DB8" w:rsidRDefault="006F7457">
            <w:pPr>
              <w:rPr>
                <w:lang w:val="ru-RU"/>
              </w:rPr>
            </w:pPr>
          </w:p>
        </w:tc>
      </w:tr>
      <w:tr w:rsidR="006F7457" w:rsidRPr="00DD284B">
        <w:tc>
          <w:tcPr>
            <w:tcW w:w="2880" w:type="dxa"/>
          </w:tcPr>
          <w:p w:rsidR="006F7457" w:rsidRDefault="00332DB8">
            <w:r>
              <w:t>706.</w:t>
            </w:r>
          </w:p>
        </w:tc>
        <w:tc>
          <w:tcPr>
            <w:tcW w:w="2880" w:type="dxa"/>
          </w:tcPr>
          <w:p w:rsidR="006F7457" w:rsidRPr="00332DB8" w:rsidRDefault="00332DB8">
            <w:pPr>
              <w:rPr>
                <w:lang w:val="ru-RU"/>
              </w:rPr>
            </w:pPr>
            <w:r w:rsidRPr="00332DB8">
              <w:rPr>
                <w:lang w:val="ru-RU"/>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2880" w:type="dxa"/>
          </w:tcPr>
          <w:p w:rsidR="006F7457" w:rsidRPr="00332DB8" w:rsidRDefault="006F7457">
            <w:pPr>
              <w:rPr>
                <w:lang w:val="ru-RU"/>
              </w:rPr>
            </w:pPr>
          </w:p>
        </w:tc>
      </w:tr>
      <w:tr w:rsidR="006F7457" w:rsidRPr="00DD284B">
        <w:tc>
          <w:tcPr>
            <w:tcW w:w="2880" w:type="dxa"/>
          </w:tcPr>
          <w:p w:rsidR="006F7457" w:rsidRDefault="00332DB8">
            <w:r>
              <w:t>707.</w:t>
            </w:r>
          </w:p>
        </w:tc>
        <w:tc>
          <w:tcPr>
            <w:tcW w:w="2880" w:type="dxa"/>
          </w:tcPr>
          <w:p w:rsidR="006F7457" w:rsidRPr="00332DB8" w:rsidRDefault="00332DB8">
            <w:pPr>
              <w:rPr>
                <w:lang w:val="ru-RU"/>
              </w:rPr>
            </w:pPr>
            <w:r w:rsidRPr="00332DB8">
              <w:rPr>
                <w:lang w:val="ru-RU"/>
              </w:rPr>
              <w:t>Листовка «Нам не безразлична судьба родины» (решение Красногвардейского районного суда Санкт-Петербурга от 19.07.2010).</w:t>
            </w:r>
          </w:p>
        </w:tc>
        <w:tc>
          <w:tcPr>
            <w:tcW w:w="2880" w:type="dxa"/>
          </w:tcPr>
          <w:p w:rsidR="006F7457" w:rsidRPr="00332DB8" w:rsidRDefault="006F7457">
            <w:pPr>
              <w:rPr>
                <w:lang w:val="ru-RU"/>
              </w:rPr>
            </w:pPr>
          </w:p>
        </w:tc>
      </w:tr>
      <w:tr w:rsidR="006F7457" w:rsidRPr="00DD284B">
        <w:tc>
          <w:tcPr>
            <w:tcW w:w="2880" w:type="dxa"/>
          </w:tcPr>
          <w:p w:rsidR="006F7457" w:rsidRDefault="00332DB8">
            <w:r>
              <w:t>708.</w:t>
            </w:r>
          </w:p>
        </w:tc>
        <w:tc>
          <w:tcPr>
            <w:tcW w:w="2880" w:type="dxa"/>
          </w:tcPr>
          <w:p w:rsidR="006F7457" w:rsidRPr="00332DB8" w:rsidRDefault="00332DB8">
            <w:pPr>
              <w:rPr>
                <w:lang w:val="ru-RU"/>
              </w:rPr>
            </w:pPr>
            <w:r w:rsidRPr="00332DB8">
              <w:rPr>
                <w:lang w:val="ru-RU"/>
              </w:rPr>
              <w:t>Печатное издание «Русский партизан. Церковно-повстанческий вестник № 27» (решение Красногвардейского районного суда Санкт-Петербурга от 19.07.2010).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709.</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www</w:t>
            </w:r>
            <w:r w:rsidRPr="00332DB8">
              <w:rPr>
                <w:lang w:val="ru-RU"/>
              </w:rPr>
              <w:t>.</w:t>
            </w:r>
            <w:r>
              <w:t>ingushetia</w:t>
            </w:r>
            <w:r w:rsidRPr="00332DB8">
              <w:rPr>
                <w:lang w:val="ru-RU"/>
              </w:rPr>
              <w:t>.</w:t>
            </w:r>
            <w:r>
              <w:t>org</w:t>
            </w:r>
            <w:r w:rsidRPr="00332DB8">
              <w:rPr>
                <w:lang w:val="ru-RU"/>
              </w:rPr>
              <w:t xml:space="preserve"> (решение Магасского районного суда Республики Ингушетия от 24.06.2010).</w:t>
            </w:r>
          </w:p>
        </w:tc>
        <w:tc>
          <w:tcPr>
            <w:tcW w:w="2880" w:type="dxa"/>
          </w:tcPr>
          <w:p w:rsidR="006F7457" w:rsidRPr="00332DB8" w:rsidRDefault="006F7457">
            <w:pPr>
              <w:rPr>
                <w:lang w:val="ru-RU"/>
              </w:rPr>
            </w:pPr>
          </w:p>
        </w:tc>
      </w:tr>
      <w:tr w:rsidR="006F7457" w:rsidRPr="00DD284B">
        <w:tc>
          <w:tcPr>
            <w:tcW w:w="2880" w:type="dxa"/>
          </w:tcPr>
          <w:p w:rsidR="006F7457" w:rsidRDefault="00332DB8">
            <w:r>
              <w:t>710.</w:t>
            </w:r>
          </w:p>
        </w:tc>
        <w:tc>
          <w:tcPr>
            <w:tcW w:w="2880" w:type="dxa"/>
          </w:tcPr>
          <w:p w:rsidR="006F7457" w:rsidRPr="00332DB8" w:rsidRDefault="00332DB8">
            <w:pPr>
              <w:rPr>
                <w:lang w:val="ru-RU"/>
              </w:rPr>
            </w:pPr>
            <w:r w:rsidRPr="00332DB8">
              <w:rPr>
                <w:lang w:val="ru-RU"/>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2880" w:type="dxa"/>
          </w:tcPr>
          <w:p w:rsidR="006F7457" w:rsidRPr="00332DB8" w:rsidRDefault="006F7457">
            <w:pPr>
              <w:rPr>
                <w:lang w:val="ru-RU"/>
              </w:rPr>
            </w:pPr>
          </w:p>
        </w:tc>
      </w:tr>
      <w:tr w:rsidR="006F7457" w:rsidRPr="00DD284B">
        <w:tc>
          <w:tcPr>
            <w:tcW w:w="2880" w:type="dxa"/>
          </w:tcPr>
          <w:p w:rsidR="006F7457" w:rsidRDefault="00332DB8">
            <w:r>
              <w:t>711.</w:t>
            </w:r>
          </w:p>
        </w:tc>
        <w:tc>
          <w:tcPr>
            <w:tcW w:w="2880" w:type="dxa"/>
          </w:tcPr>
          <w:p w:rsidR="006F7457" w:rsidRPr="00332DB8" w:rsidRDefault="00332DB8">
            <w:pPr>
              <w:rPr>
                <w:lang w:val="ru-RU"/>
              </w:rPr>
            </w:pPr>
            <w:r w:rsidRPr="00332DB8">
              <w:rPr>
                <w:lang w:val="ru-RU"/>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2880" w:type="dxa"/>
          </w:tcPr>
          <w:p w:rsidR="006F7457" w:rsidRPr="00332DB8" w:rsidRDefault="006F7457">
            <w:pPr>
              <w:rPr>
                <w:lang w:val="ru-RU"/>
              </w:rPr>
            </w:pPr>
          </w:p>
        </w:tc>
      </w:tr>
      <w:tr w:rsidR="006F7457">
        <w:tc>
          <w:tcPr>
            <w:tcW w:w="2880" w:type="dxa"/>
          </w:tcPr>
          <w:p w:rsidR="006F7457" w:rsidRDefault="00332DB8">
            <w:r>
              <w:t>712.</w:t>
            </w:r>
          </w:p>
        </w:tc>
        <w:tc>
          <w:tcPr>
            <w:tcW w:w="2880" w:type="dxa"/>
          </w:tcPr>
          <w:p w:rsidR="006F7457" w:rsidRDefault="00332DB8">
            <w:r w:rsidRPr="00332DB8">
              <w:rPr>
                <w:lang w:val="ru-RU"/>
              </w:rPr>
              <w:t xml:space="preserve">Информационный материал под общим названием «Набат», содержащий печатные материалы с подзаголовками «Зеленина в отставку!» и «Долой новых помещиков!» </w:t>
            </w:r>
            <w:r>
              <w:t>(решение Московского районного суда города Твери от 26.08.2010).</w:t>
            </w:r>
          </w:p>
        </w:tc>
        <w:tc>
          <w:tcPr>
            <w:tcW w:w="2880" w:type="dxa"/>
          </w:tcPr>
          <w:p w:rsidR="006F7457" w:rsidRDefault="006F7457"/>
        </w:tc>
      </w:tr>
      <w:tr w:rsidR="006F7457" w:rsidRPr="00DD284B">
        <w:tc>
          <w:tcPr>
            <w:tcW w:w="2880" w:type="dxa"/>
          </w:tcPr>
          <w:p w:rsidR="006F7457" w:rsidRDefault="00332DB8">
            <w:r>
              <w:t>713.</w:t>
            </w:r>
          </w:p>
        </w:tc>
        <w:tc>
          <w:tcPr>
            <w:tcW w:w="2880" w:type="dxa"/>
          </w:tcPr>
          <w:p w:rsidR="006F7457" w:rsidRPr="00332DB8" w:rsidRDefault="00332DB8">
            <w:pPr>
              <w:rPr>
                <w:lang w:val="ru-RU"/>
              </w:rPr>
            </w:pPr>
            <w:r w:rsidRPr="00332DB8">
              <w:rPr>
                <w:lang w:val="ru-RU"/>
              </w:rPr>
              <w:t xml:space="preserve">«Убей! Нам нечего терять. Построй мост с богами!» на странице - </w:t>
            </w:r>
            <w:r>
              <w:t>http</w:t>
            </w:r>
            <w:r w:rsidRPr="00332DB8">
              <w:rPr>
                <w:lang w:val="ru-RU"/>
              </w:rPr>
              <w:t>://</w:t>
            </w:r>
            <w:r>
              <w:t>vkontakte</w:t>
            </w:r>
            <w:r w:rsidRPr="00332DB8">
              <w:rPr>
                <w:lang w:val="ru-RU"/>
              </w:rPr>
              <w:t>.</w:t>
            </w:r>
            <w:r>
              <w:t>ru</w:t>
            </w:r>
            <w:r w:rsidRPr="00332DB8">
              <w:rPr>
                <w:lang w:val="ru-RU"/>
              </w:rPr>
              <w:t>/</w:t>
            </w:r>
            <w:r>
              <w:t>photo</w:t>
            </w:r>
            <w:r w:rsidRPr="00332DB8">
              <w:rPr>
                <w:lang w:val="ru-RU"/>
              </w:rPr>
              <w:t xml:space="preserve">-12739028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w:t>
            </w:r>
            <w:r>
              <w:t>http</w:t>
            </w:r>
            <w:r w:rsidRPr="00332DB8">
              <w:rPr>
                <w:lang w:val="ru-RU"/>
              </w:rPr>
              <w:t>://</w:t>
            </w:r>
            <w:r>
              <w:t>vkontaktc</w:t>
            </w:r>
            <w:r w:rsidRPr="00332DB8">
              <w:rPr>
                <w:lang w:val="ru-RU"/>
              </w:rPr>
              <w:t>.</w:t>
            </w:r>
            <w:r>
              <w:t>ru</w:t>
            </w:r>
            <w:r w:rsidRPr="00332DB8">
              <w:rPr>
                <w:lang w:val="ru-RU"/>
              </w:rPr>
              <w:t>/</w:t>
            </w:r>
            <w:r>
              <w:t>photo</w:t>
            </w:r>
            <w:r w:rsidRPr="00332DB8">
              <w:rPr>
                <w:lang w:val="ru-RU"/>
              </w:rPr>
              <w:t xml:space="preserve">-12739028 142600916; «Режь! СМИ - п...ц. Смерть системе! Убивать - весело! Время террора настало!...» на странице - </w:t>
            </w:r>
            <w:r>
              <w:t>http</w:t>
            </w:r>
            <w:r w:rsidRPr="00332DB8">
              <w:rPr>
                <w:lang w:val="ru-RU"/>
              </w:rPr>
              <w:t>://</w:t>
            </w:r>
            <w:r>
              <w:t>vkontakte</w:t>
            </w:r>
            <w:r w:rsidRPr="00332DB8">
              <w:rPr>
                <w:lang w:val="ru-RU"/>
              </w:rPr>
              <w:t>.</w:t>
            </w:r>
            <w:r>
              <w:t>ru</w:t>
            </w:r>
            <w:r w:rsidRPr="00332DB8">
              <w:rPr>
                <w:lang w:val="ru-RU"/>
              </w:rPr>
              <w:t>/</w:t>
            </w:r>
            <w:r>
              <w:t>photo</w:t>
            </w:r>
            <w:r w:rsidRPr="00332DB8">
              <w:rPr>
                <w:lang w:val="ru-RU"/>
              </w:rPr>
              <w:t xml:space="preserve">-127.19028 ! 42600917; «Убей тинэйджера, сотвори над ним п...ц...» на странице – </w:t>
            </w:r>
            <w:r>
              <w:t>http</w:t>
            </w:r>
            <w:r w:rsidRPr="00332DB8">
              <w:rPr>
                <w:lang w:val="ru-RU"/>
              </w:rPr>
              <w:t>://</w:t>
            </w:r>
            <w:r>
              <w:t>vkontakte</w:t>
            </w:r>
            <w:r w:rsidRPr="00332DB8">
              <w:rPr>
                <w:lang w:val="ru-RU"/>
              </w:rPr>
              <w:t>.</w:t>
            </w:r>
            <w:r>
              <w:t>ru</w:t>
            </w:r>
            <w:r w:rsidRPr="00332DB8">
              <w:rPr>
                <w:lang w:val="ru-RU"/>
              </w:rPr>
              <w:t>/</w:t>
            </w:r>
            <w:r>
              <w:t>pholo</w:t>
            </w:r>
            <w:r w:rsidRPr="00332DB8">
              <w:rPr>
                <w:lang w:val="ru-RU"/>
              </w:rPr>
              <w:t>-12739028_142601598; «Вали хачей. Умою я свою Россию кровью с улыбкой детской и любовью» на странице -</w:t>
            </w:r>
            <w:r>
              <w:t>http</w:t>
            </w:r>
            <w:r w:rsidRPr="00332DB8">
              <w:rPr>
                <w:lang w:val="ru-RU"/>
              </w:rPr>
              <w:t>://</w:t>
            </w:r>
            <w:r>
              <w:t>vkontakte</w:t>
            </w:r>
            <w:r w:rsidRPr="00332DB8">
              <w:rPr>
                <w:lang w:val="ru-RU"/>
              </w:rPr>
              <w:t>.</w:t>
            </w:r>
            <w:r>
              <w:t>ru</w:t>
            </w:r>
            <w:r w:rsidRPr="00332DB8">
              <w:rPr>
                <w:lang w:val="ru-RU"/>
              </w:rPr>
              <w:t>/</w:t>
            </w:r>
            <w:r>
              <w:t>photo</w:t>
            </w:r>
            <w:r w:rsidRPr="00332DB8">
              <w:rPr>
                <w:lang w:val="ru-RU"/>
              </w:rPr>
              <w:t xml:space="preserve">-12739028 142602138; «Смерть жидам. </w:t>
            </w:r>
            <w:r>
              <w:t>Ns</w:t>
            </w:r>
            <w:r w:rsidRPr="00332DB8">
              <w:rPr>
                <w:lang w:val="ru-RU"/>
              </w:rPr>
              <w:t>-</w:t>
            </w:r>
            <w:r>
              <w:t>wp</w:t>
            </w:r>
            <w:r w:rsidRPr="00332DB8">
              <w:rPr>
                <w:lang w:val="ru-RU"/>
              </w:rPr>
              <w:t>.</w:t>
            </w:r>
            <w:r>
              <w:t>cc</w:t>
            </w:r>
            <w:r w:rsidRPr="00332DB8">
              <w:rPr>
                <w:lang w:val="ru-RU"/>
              </w:rPr>
              <w:t xml:space="preserve">» на странице - </w:t>
            </w:r>
            <w:r>
              <w:t>http</w:t>
            </w:r>
            <w:r w:rsidRPr="00332DB8">
              <w:rPr>
                <w:lang w:val="ru-RU"/>
              </w:rPr>
              <w:t>://</w:t>
            </w:r>
            <w:r>
              <w:t>vkontakte</w:t>
            </w:r>
            <w:r w:rsidRPr="00332DB8">
              <w:rPr>
                <w:lang w:val="ru-RU"/>
              </w:rPr>
              <w:t>.</w:t>
            </w:r>
            <w:r>
              <w:t>ru</w:t>
            </w:r>
            <w:r w:rsidRPr="00332DB8">
              <w:rPr>
                <w:lang w:val="ru-RU"/>
              </w:rPr>
              <w:t>/</w:t>
            </w:r>
            <w:r>
              <w:t>photo</w:t>
            </w:r>
            <w:r w:rsidRPr="00332DB8">
              <w:rPr>
                <w:lang w:val="ru-RU"/>
              </w:rPr>
              <w:t>-</w:t>
            </w:r>
            <w:r>
              <w:t>l</w:t>
            </w:r>
            <w:r w:rsidRPr="00332DB8">
              <w:rPr>
                <w:lang w:val="ru-RU"/>
              </w:rPr>
              <w:t xml:space="preserve"> 2739028 142846621; «Нам нужна ваша кровь! Убивай! Убей мента! Убей хача!» на странице </w:t>
            </w:r>
            <w:r>
              <w:t>http</w:t>
            </w:r>
            <w:r w:rsidRPr="00332DB8">
              <w:rPr>
                <w:lang w:val="ru-RU"/>
              </w:rPr>
              <w:t>://</w:t>
            </w:r>
            <w:r>
              <w:t>vkontakte</w:t>
            </w:r>
            <w:r w:rsidRPr="00332DB8">
              <w:rPr>
                <w:lang w:val="ru-RU"/>
              </w:rPr>
              <w:t>.</w:t>
            </w:r>
            <w:r>
              <w:t>ru</w:t>
            </w:r>
            <w:r w:rsidRPr="00332DB8">
              <w:rPr>
                <w:lang w:val="ru-RU"/>
              </w:rPr>
              <w:t>/</w:t>
            </w:r>
            <w:r>
              <w:t>photo</w:t>
            </w:r>
            <w:r w:rsidRPr="00332DB8">
              <w:rPr>
                <w:lang w:val="ru-RU"/>
              </w:rPr>
              <w:t xml:space="preserve">-12739028 142601703; «Насилие и террор. Вооружайся!» на странице - </w:t>
            </w:r>
            <w:r>
              <w:t>http</w:t>
            </w:r>
            <w:r w:rsidRPr="00332DB8">
              <w:rPr>
                <w:lang w:val="ru-RU"/>
              </w:rPr>
              <w:t>://</w:t>
            </w:r>
            <w:r>
              <w:t>vkontakte</w:t>
            </w:r>
            <w:r w:rsidRPr="00332DB8">
              <w:rPr>
                <w:lang w:val="ru-RU"/>
              </w:rPr>
              <w:t>.</w:t>
            </w:r>
            <w:r>
              <w:t>ru</w:t>
            </w:r>
            <w:r w:rsidRPr="00332DB8">
              <w:rPr>
                <w:lang w:val="ru-RU"/>
              </w:rPr>
              <w:t>/</w:t>
            </w:r>
            <w:r>
              <w:t>photo</w:t>
            </w:r>
            <w:r w:rsidRPr="00332DB8">
              <w:rPr>
                <w:lang w:val="ru-RU"/>
              </w:rPr>
              <w:t>-12739028 142601962. (решение Няганского городского суда Ханты – Мансийского автономного округа – Югры от 31.08.2010).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714.</w:t>
            </w:r>
          </w:p>
        </w:tc>
        <w:tc>
          <w:tcPr>
            <w:tcW w:w="2880" w:type="dxa"/>
          </w:tcPr>
          <w:p w:rsidR="006F7457" w:rsidRPr="00332DB8" w:rsidRDefault="00332DB8">
            <w:pPr>
              <w:rPr>
                <w:lang w:val="ru-RU"/>
              </w:rPr>
            </w:pPr>
            <w:r w:rsidRPr="00332DB8">
              <w:rPr>
                <w:lang w:val="ru-RU"/>
              </w:rPr>
              <w:t xml:space="preserve">Информационные материалы под названием «Драка спецназа и армян в Армавире» размещенные Юшкиным В.В. в телекоммуникационной сети «Интернет» на сайте </w:t>
            </w:r>
            <w:r>
              <w:t>www</w:t>
            </w:r>
            <w:r w:rsidRPr="00332DB8">
              <w:rPr>
                <w:lang w:val="ru-RU"/>
              </w:rPr>
              <w:t>.</w:t>
            </w:r>
            <w:r>
              <w:t>kuban</w:t>
            </w:r>
            <w:r w:rsidRPr="00332DB8">
              <w:rPr>
                <w:lang w:val="ru-RU"/>
              </w:rPr>
              <w:t>.</w:t>
            </w:r>
            <w:r>
              <w:t>ru</w:t>
            </w:r>
            <w:r w:rsidRPr="00332DB8">
              <w:rPr>
                <w:lang w:val="ru-RU"/>
              </w:rPr>
              <w:t xml:space="preserve"> («Форум на </w:t>
            </w:r>
            <w:r>
              <w:t>www</w:t>
            </w:r>
            <w:r w:rsidRPr="00332DB8">
              <w:rPr>
                <w:lang w:val="ru-RU"/>
              </w:rPr>
              <w:t>.</w:t>
            </w:r>
            <w:r>
              <w:t>kuban</w:t>
            </w:r>
            <w:r w:rsidRPr="00332DB8">
              <w:rPr>
                <w:lang w:val="ru-RU"/>
              </w:rPr>
              <w:t>.</w:t>
            </w:r>
            <w:r>
              <w:t>ru</w:t>
            </w:r>
            <w:r w:rsidRPr="00332DB8">
              <w:rPr>
                <w:lang w:val="ru-RU"/>
              </w:rPr>
              <w:t>»,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2880" w:type="dxa"/>
          </w:tcPr>
          <w:p w:rsidR="006F7457" w:rsidRPr="00332DB8" w:rsidRDefault="006F7457">
            <w:pPr>
              <w:rPr>
                <w:lang w:val="ru-RU"/>
              </w:rPr>
            </w:pPr>
          </w:p>
        </w:tc>
      </w:tr>
      <w:tr w:rsidR="006F7457" w:rsidRPr="00DD284B">
        <w:tc>
          <w:tcPr>
            <w:tcW w:w="2880" w:type="dxa"/>
          </w:tcPr>
          <w:p w:rsidR="006F7457" w:rsidRDefault="00332DB8">
            <w:r>
              <w:t>715.</w:t>
            </w:r>
          </w:p>
        </w:tc>
        <w:tc>
          <w:tcPr>
            <w:tcW w:w="2880" w:type="dxa"/>
          </w:tcPr>
          <w:p w:rsidR="006F7457" w:rsidRPr="00332DB8" w:rsidRDefault="00332DB8">
            <w:pPr>
              <w:rPr>
                <w:lang w:val="ru-RU"/>
              </w:rPr>
            </w:pPr>
            <w:r w:rsidRPr="00332DB8">
              <w:rPr>
                <w:lang w:val="ru-RU"/>
              </w:rPr>
              <w:t>Газета «Третья столица» спецвыпуск «Хроники пикирующего градононачальника» (решение Октябрьского районного суда г. Омска от 15.09.2010).</w:t>
            </w:r>
          </w:p>
        </w:tc>
        <w:tc>
          <w:tcPr>
            <w:tcW w:w="2880" w:type="dxa"/>
          </w:tcPr>
          <w:p w:rsidR="006F7457" w:rsidRPr="00332DB8" w:rsidRDefault="006F7457">
            <w:pPr>
              <w:rPr>
                <w:lang w:val="ru-RU"/>
              </w:rPr>
            </w:pPr>
          </w:p>
        </w:tc>
      </w:tr>
      <w:tr w:rsidR="006F7457" w:rsidRPr="00DD284B">
        <w:tc>
          <w:tcPr>
            <w:tcW w:w="2880" w:type="dxa"/>
          </w:tcPr>
          <w:p w:rsidR="006F7457" w:rsidRDefault="00332DB8">
            <w:r>
              <w:t>716.</w:t>
            </w:r>
          </w:p>
        </w:tc>
        <w:tc>
          <w:tcPr>
            <w:tcW w:w="2880" w:type="dxa"/>
          </w:tcPr>
          <w:p w:rsidR="006F7457" w:rsidRPr="00332DB8" w:rsidRDefault="00332DB8">
            <w:pPr>
              <w:rPr>
                <w:lang w:val="ru-RU"/>
              </w:rPr>
            </w:pPr>
            <w:r w:rsidRPr="00332DB8">
              <w:rPr>
                <w:lang w:val="ru-RU"/>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717.</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dobroslav</w:t>
            </w:r>
            <w:r w:rsidRPr="00332DB8">
              <w:rPr>
                <w:lang w:val="ru-RU"/>
              </w:rPr>
              <w:t>.</w:t>
            </w:r>
            <w:r>
              <w:t>onestop</w:t>
            </w:r>
            <w:r w:rsidRPr="00332DB8">
              <w:rPr>
                <w:lang w:val="ru-RU"/>
              </w:rPr>
              <w:t>.</w:t>
            </w:r>
            <w:r>
              <w:t>net</w:t>
            </w:r>
            <w:r w:rsidRPr="00332DB8">
              <w:rPr>
                <w:lang w:val="ru-RU"/>
              </w:rPr>
              <w:t>/ и содержащиеся на нем информационные материалы (решение Первомайского районного суда г. Кирова Кировской области от 16.08.2010).</w:t>
            </w:r>
          </w:p>
        </w:tc>
        <w:tc>
          <w:tcPr>
            <w:tcW w:w="2880" w:type="dxa"/>
          </w:tcPr>
          <w:p w:rsidR="006F7457" w:rsidRPr="00332DB8" w:rsidRDefault="006F7457">
            <w:pPr>
              <w:rPr>
                <w:lang w:val="ru-RU"/>
              </w:rPr>
            </w:pPr>
          </w:p>
        </w:tc>
      </w:tr>
      <w:tr w:rsidR="006F7457" w:rsidRPr="00DD284B">
        <w:tc>
          <w:tcPr>
            <w:tcW w:w="2880" w:type="dxa"/>
          </w:tcPr>
          <w:p w:rsidR="006F7457" w:rsidRDefault="00332DB8">
            <w:r>
              <w:t>718.</w:t>
            </w:r>
          </w:p>
        </w:tc>
        <w:tc>
          <w:tcPr>
            <w:tcW w:w="2880" w:type="dxa"/>
          </w:tcPr>
          <w:p w:rsidR="006F7457" w:rsidRPr="00332DB8" w:rsidRDefault="00332DB8">
            <w:pPr>
              <w:rPr>
                <w:lang w:val="ru-RU"/>
              </w:rPr>
            </w:pPr>
            <w:r w:rsidRPr="00332DB8">
              <w:rPr>
                <w:lang w:val="ru-RU"/>
              </w:rPr>
              <w:t xml:space="preserve">Публикация под заголовком «Контрафактная церковь» автора Товбина Кирилла Михайловича, размещенная в сети Интернет по адресу: </w:t>
            </w:r>
            <w:r>
              <w:t>http</w:t>
            </w:r>
            <w:r w:rsidRPr="00332DB8">
              <w:rPr>
                <w:lang w:val="ru-RU"/>
              </w:rPr>
              <w:t>://</w:t>
            </w:r>
            <w:r>
              <w:t>tovbin</w:t>
            </w:r>
            <w:r w:rsidRPr="00332DB8">
              <w:rPr>
                <w:lang w:val="ru-RU"/>
              </w:rPr>
              <w:t>.</w:t>
            </w:r>
            <w:r>
              <w:t>hoter</w:t>
            </w:r>
            <w:r w:rsidRPr="00332DB8">
              <w:rPr>
                <w:lang w:val="ru-RU"/>
              </w:rPr>
              <w:t>.</w:t>
            </w:r>
            <w:r>
              <w:t>ru</w:t>
            </w:r>
            <w:r w:rsidRPr="00332DB8">
              <w:rPr>
                <w:lang w:val="ru-RU"/>
              </w:rPr>
              <w:t>/</w:t>
            </w:r>
            <w:r>
              <w:t>wiki</w:t>
            </w:r>
            <w:r w:rsidRPr="00332DB8">
              <w:rPr>
                <w:lang w:val="ru-RU"/>
              </w:rPr>
              <w:t>/1126/316 (решение Южно-Сахалинского городского суда от 16.06.2010).</w:t>
            </w:r>
          </w:p>
        </w:tc>
        <w:tc>
          <w:tcPr>
            <w:tcW w:w="2880" w:type="dxa"/>
          </w:tcPr>
          <w:p w:rsidR="006F7457" w:rsidRPr="00332DB8" w:rsidRDefault="006F7457">
            <w:pPr>
              <w:rPr>
                <w:lang w:val="ru-RU"/>
              </w:rPr>
            </w:pPr>
          </w:p>
        </w:tc>
      </w:tr>
      <w:tr w:rsidR="006F7457" w:rsidRPr="00DD284B">
        <w:tc>
          <w:tcPr>
            <w:tcW w:w="2880" w:type="dxa"/>
          </w:tcPr>
          <w:p w:rsidR="006F7457" w:rsidRDefault="00332DB8">
            <w:r>
              <w:t>719.</w:t>
            </w:r>
          </w:p>
        </w:tc>
        <w:tc>
          <w:tcPr>
            <w:tcW w:w="2880" w:type="dxa"/>
          </w:tcPr>
          <w:p w:rsidR="006F7457" w:rsidRPr="00332DB8" w:rsidRDefault="00332DB8">
            <w:pPr>
              <w:rPr>
                <w:lang w:val="ru-RU"/>
              </w:rPr>
            </w:pPr>
            <w:r w:rsidRPr="00332DB8">
              <w:rPr>
                <w:lang w:val="ru-RU"/>
              </w:rPr>
              <w:t xml:space="preserve">Интернет - ресурс </w:t>
            </w:r>
            <w:r>
              <w:t>www</w:t>
            </w:r>
            <w:r w:rsidRPr="00332DB8">
              <w:rPr>
                <w:lang w:val="ru-RU"/>
              </w:rPr>
              <w:t>.</w:t>
            </w:r>
            <w:r>
              <w:t>Sovinform</w:t>
            </w:r>
            <w:r w:rsidRPr="00332DB8">
              <w:rPr>
                <w:lang w:val="ru-RU"/>
              </w:rPr>
              <w:t>.</w:t>
            </w:r>
            <w:r>
              <w:t>ru</w:t>
            </w:r>
            <w:r w:rsidRPr="00332DB8">
              <w:rPr>
                <w:lang w:val="ru-RU"/>
              </w:rPr>
              <w:t xml:space="preserve"> с содержащимися на нем материалами (решение Советского районного суда г. Липецка от 07.09.2010).</w:t>
            </w:r>
          </w:p>
        </w:tc>
        <w:tc>
          <w:tcPr>
            <w:tcW w:w="2880" w:type="dxa"/>
          </w:tcPr>
          <w:p w:rsidR="006F7457" w:rsidRPr="00332DB8" w:rsidRDefault="006F7457">
            <w:pPr>
              <w:rPr>
                <w:lang w:val="ru-RU"/>
              </w:rPr>
            </w:pPr>
          </w:p>
        </w:tc>
      </w:tr>
      <w:tr w:rsidR="006F7457">
        <w:tc>
          <w:tcPr>
            <w:tcW w:w="2880" w:type="dxa"/>
          </w:tcPr>
          <w:p w:rsidR="006F7457" w:rsidRDefault="00332DB8">
            <w:r>
              <w:t>720.</w:t>
            </w:r>
          </w:p>
        </w:tc>
        <w:tc>
          <w:tcPr>
            <w:tcW w:w="2880" w:type="dxa"/>
          </w:tcPr>
          <w:p w:rsidR="006F7457" w:rsidRDefault="00332DB8">
            <w:r w:rsidRPr="00332DB8">
              <w:rPr>
                <w:lang w:val="ru-RU"/>
              </w:rPr>
              <w:t xml:space="preserve">Журнал «Великоросский Хозяин» № 15 (21) за 2006 г. «Почему люди не любят еврейскую мафию?» </w:t>
            </w:r>
            <w:r>
              <w:t>(решение Бутырского районного суда г. Москвы от 14.07.2010).</w:t>
            </w:r>
          </w:p>
        </w:tc>
        <w:tc>
          <w:tcPr>
            <w:tcW w:w="2880" w:type="dxa"/>
          </w:tcPr>
          <w:p w:rsidR="006F7457" w:rsidRDefault="006F7457"/>
        </w:tc>
      </w:tr>
      <w:tr w:rsidR="006F7457" w:rsidRPr="00DD284B">
        <w:tc>
          <w:tcPr>
            <w:tcW w:w="2880" w:type="dxa"/>
          </w:tcPr>
          <w:p w:rsidR="006F7457" w:rsidRDefault="00332DB8">
            <w:r>
              <w:t>721.</w:t>
            </w:r>
          </w:p>
        </w:tc>
        <w:tc>
          <w:tcPr>
            <w:tcW w:w="2880" w:type="dxa"/>
          </w:tcPr>
          <w:p w:rsidR="006F7457" w:rsidRPr="00332DB8" w:rsidRDefault="00332DB8">
            <w:pPr>
              <w:rPr>
                <w:lang w:val="ru-RU"/>
              </w:rPr>
            </w:pPr>
            <w:r w:rsidRPr="00332DB8">
              <w:rPr>
                <w:lang w:val="ru-RU"/>
              </w:rPr>
              <w:t xml:space="preserve">Статья «Соратники! Поможем инородцам покинуть наш город!!!», размещенная на сайте сети Интернет </w:t>
            </w:r>
            <w:r>
              <w:t>www</w:t>
            </w:r>
            <w:r w:rsidRPr="00332DB8">
              <w:rPr>
                <w:lang w:val="ru-RU"/>
              </w:rPr>
              <w:t>.</w:t>
            </w:r>
            <w:r>
              <w:t>antagonizm</w:t>
            </w:r>
            <w:r w:rsidRPr="00332DB8">
              <w:rPr>
                <w:lang w:val="ru-RU"/>
              </w:rPr>
              <w:t>.</w:t>
            </w:r>
            <w:r>
              <w:t>ru</w:t>
            </w:r>
            <w:r w:rsidRPr="00332DB8">
              <w:rPr>
                <w:lang w:val="ru-RU"/>
              </w:rPr>
              <w:t>. (решение Самарского районного суда г. Самары от 19.07.2010).</w:t>
            </w:r>
          </w:p>
        </w:tc>
        <w:tc>
          <w:tcPr>
            <w:tcW w:w="2880" w:type="dxa"/>
          </w:tcPr>
          <w:p w:rsidR="006F7457" w:rsidRPr="00332DB8" w:rsidRDefault="006F7457">
            <w:pPr>
              <w:rPr>
                <w:lang w:val="ru-RU"/>
              </w:rPr>
            </w:pPr>
          </w:p>
        </w:tc>
      </w:tr>
      <w:tr w:rsidR="006F7457" w:rsidRPr="00DD284B">
        <w:tc>
          <w:tcPr>
            <w:tcW w:w="2880" w:type="dxa"/>
          </w:tcPr>
          <w:p w:rsidR="006F7457" w:rsidRDefault="00332DB8">
            <w:r>
              <w:t>722.</w:t>
            </w:r>
          </w:p>
        </w:tc>
        <w:tc>
          <w:tcPr>
            <w:tcW w:w="2880" w:type="dxa"/>
          </w:tcPr>
          <w:p w:rsidR="006F7457" w:rsidRPr="00332DB8" w:rsidRDefault="00332DB8">
            <w:pPr>
              <w:rPr>
                <w:lang w:val="ru-RU"/>
              </w:rPr>
            </w:pPr>
            <w:r w:rsidRPr="00332DB8">
              <w:rPr>
                <w:lang w:val="ru-RU"/>
              </w:rPr>
              <w:t>Журнал «Великоросский Хозяин» № 26 за 2006 г. «Родоверие – русская вера» (решение Бутырского районного суда г. Москвы от 14.07.2010).</w:t>
            </w:r>
          </w:p>
        </w:tc>
        <w:tc>
          <w:tcPr>
            <w:tcW w:w="2880" w:type="dxa"/>
          </w:tcPr>
          <w:p w:rsidR="006F7457" w:rsidRPr="00332DB8" w:rsidRDefault="006F7457">
            <w:pPr>
              <w:rPr>
                <w:lang w:val="ru-RU"/>
              </w:rPr>
            </w:pPr>
          </w:p>
        </w:tc>
      </w:tr>
      <w:tr w:rsidR="006F7457" w:rsidRPr="00DD284B">
        <w:tc>
          <w:tcPr>
            <w:tcW w:w="2880" w:type="dxa"/>
          </w:tcPr>
          <w:p w:rsidR="006F7457" w:rsidRDefault="00332DB8">
            <w:r>
              <w:t>723.</w:t>
            </w:r>
          </w:p>
        </w:tc>
        <w:tc>
          <w:tcPr>
            <w:tcW w:w="2880" w:type="dxa"/>
          </w:tcPr>
          <w:p w:rsidR="006F7457" w:rsidRPr="00332DB8" w:rsidRDefault="00332DB8">
            <w:pPr>
              <w:rPr>
                <w:lang w:val="ru-RU"/>
              </w:rPr>
            </w:pPr>
            <w:r w:rsidRPr="00332DB8">
              <w:rPr>
                <w:lang w:val="ru-RU"/>
              </w:rPr>
              <w:t>Журнал «Великоросский Хозяин» № 10 (16) за 2005 г. «О деятельности инородцев в России» (решение Бутырского районного суда г. Москвы от 14.07.2010).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724.</w:t>
            </w:r>
          </w:p>
        </w:tc>
        <w:tc>
          <w:tcPr>
            <w:tcW w:w="2880" w:type="dxa"/>
          </w:tcPr>
          <w:p w:rsidR="006F7457" w:rsidRPr="00332DB8" w:rsidRDefault="00332DB8">
            <w:pPr>
              <w:rPr>
                <w:lang w:val="ru-RU"/>
              </w:rPr>
            </w:pPr>
            <w:r w:rsidRPr="00332DB8">
              <w:rPr>
                <w:lang w:val="ru-RU"/>
              </w:rPr>
              <w:t>Журнал «Великоросский Хозяин» № 8 (14) за 2004 г. «Трагикомическое племя» (решение Бутырского районного суда г. Москвы от 14.07.2010).</w:t>
            </w:r>
          </w:p>
        </w:tc>
        <w:tc>
          <w:tcPr>
            <w:tcW w:w="2880" w:type="dxa"/>
          </w:tcPr>
          <w:p w:rsidR="006F7457" w:rsidRPr="00332DB8" w:rsidRDefault="006F7457">
            <w:pPr>
              <w:rPr>
                <w:lang w:val="ru-RU"/>
              </w:rPr>
            </w:pPr>
          </w:p>
        </w:tc>
      </w:tr>
      <w:tr w:rsidR="006F7457">
        <w:tc>
          <w:tcPr>
            <w:tcW w:w="2880" w:type="dxa"/>
          </w:tcPr>
          <w:p w:rsidR="006F7457" w:rsidRDefault="00332DB8">
            <w:r>
              <w:t>725.</w:t>
            </w:r>
          </w:p>
        </w:tc>
        <w:tc>
          <w:tcPr>
            <w:tcW w:w="2880" w:type="dxa"/>
          </w:tcPr>
          <w:p w:rsidR="006F7457" w:rsidRDefault="00332DB8">
            <w:r w:rsidRPr="00332DB8">
              <w:rPr>
                <w:lang w:val="ru-RU"/>
              </w:rPr>
              <w:t xml:space="preserve">Журнал «Великоросский Хозяин» № 11 (17) за 2005 г. «Кто заселяет Россию азиатскими мигрантами?» </w:t>
            </w:r>
            <w:r>
              <w:t>(решение Бутырского районного суда г. Москвы от 14.07.2010).</w:t>
            </w:r>
          </w:p>
        </w:tc>
        <w:tc>
          <w:tcPr>
            <w:tcW w:w="2880" w:type="dxa"/>
          </w:tcPr>
          <w:p w:rsidR="006F7457" w:rsidRDefault="006F7457"/>
        </w:tc>
      </w:tr>
      <w:tr w:rsidR="006F7457" w:rsidRPr="00DD284B">
        <w:tc>
          <w:tcPr>
            <w:tcW w:w="2880" w:type="dxa"/>
          </w:tcPr>
          <w:p w:rsidR="006F7457" w:rsidRDefault="00332DB8">
            <w:r>
              <w:t>726.</w:t>
            </w:r>
          </w:p>
        </w:tc>
        <w:tc>
          <w:tcPr>
            <w:tcW w:w="2880" w:type="dxa"/>
          </w:tcPr>
          <w:p w:rsidR="006F7457" w:rsidRPr="00332DB8" w:rsidRDefault="00332DB8">
            <w:pPr>
              <w:rPr>
                <w:lang w:val="ru-RU"/>
              </w:rPr>
            </w:pPr>
            <w:r w:rsidRPr="00332DB8">
              <w:rPr>
                <w:lang w:val="ru-RU"/>
              </w:rPr>
              <w:t xml:space="preserve">Информационный материал - распечатка книги «Моя война», размещенная в ОТКС «Интернет» на сайте </w:t>
            </w:r>
            <w:r>
              <w:t>www</w:t>
            </w:r>
            <w:r w:rsidRPr="00332DB8">
              <w:rPr>
                <w:lang w:val="ru-RU"/>
              </w:rPr>
              <w:t>.88</w:t>
            </w:r>
            <w:r>
              <w:t>belarus</w:t>
            </w:r>
            <w:r w:rsidRPr="00332DB8">
              <w:rPr>
                <w:lang w:val="ru-RU"/>
              </w:rPr>
              <w:t>.24.</w:t>
            </w:r>
            <w:r>
              <w:t>ru</w:t>
            </w:r>
            <w:r w:rsidRPr="00332DB8">
              <w:rPr>
                <w:lang w:val="ru-RU"/>
              </w:rPr>
              <w:t xml:space="preserve"> (решение Ленинского районного суда г. Санкт-Петербурга от 16.09.2010).</w:t>
            </w:r>
          </w:p>
        </w:tc>
        <w:tc>
          <w:tcPr>
            <w:tcW w:w="2880" w:type="dxa"/>
          </w:tcPr>
          <w:p w:rsidR="006F7457" w:rsidRPr="00332DB8" w:rsidRDefault="006F7457">
            <w:pPr>
              <w:rPr>
                <w:lang w:val="ru-RU"/>
              </w:rPr>
            </w:pPr>
          </w:p>
        </w:tc>
      </w:tr>
      <w:tr w:rsidR="006F7457" w:rsidRPr="00DD284B">
        <w:tc>
          <w:tcPr>
            <w:tcW w:w="2880" w:type="dxa"/>
          </w:tcPr>
          <w:p w:rsidR="006F7457" w:rsidRDefault="00332DB8">
            <w:r>
              <w:t>727.</w:t>
            </w:r>
          </w:p>
        </w:tc>
        <w:tc>
          <w:tcPr>
            <w:tcW w:w="2880" w:type="dxa"/>
          </w:tcPr>
          <w:p w:rsidR="006F7457" w:rsidRPr="00332DB8" w:rsidRDefault="00332DB8">
            <w:pPr>
              <w:rPr>
                <w:lang w:val="ru-RU"/>
              </w:rPr>
            </w:pPr>
            <w:r w:rsidRPr="00332DB8">
              <w:rPr>
                <w:lang w:val="ru-RU"/>
              </w:rPr>
              <w:t>Журнал «Русская воля» № 9 за 2005 год (решение Железнодорожного районного суда г. Красноярска от 21.09.2010).</w:t>
            </w:r>
          </w:p>
        </w:tc>
        <w:tc>
          <w:tcPr>
            <w:tcW w:w="2880" w:type="dxa"/>
          </w:tcPr>
          <w:p w:rsidR="006F7457" w:rsidRPr="00332DB8" w:rsidRDefault="006F7457">
            <w:pPr>
              <w:rPr>
                <w:lang w:val="ru-RU"/>
              </w:rPr>
            </w:pPr>
          </w:p>
        </w:tc>
      </w:tr>
      <w:tr w:rsidR="006F7457" w:rsidRPr="00DD284B">
        <w:tc>
          <w:tcPr>
            <w:tcW w:w="2880" w:type="dxa"/>
          </w:tcPr>
          <w:p w:rsidR="006F7457" w:rsidRDefault="00332DB8">
            <w:r>
              <w:t>728.</w:t>
            </w:r>
          </w:p>
        </w:tc>
        <w:tc>
          <w:tcPr>
            <w:tcW w:w="2880" w:type="dxa"/>
          </w:tcPr>
          <w:p w:rsidR="006F7457" w:rsidRPr="00332DB8" w:rsidRDefault="00332DB8">
            <w:pPr>
              <w:rPr>
                <w:lang w:val="ru-RU"/>
              </w:rPr>
            </w:pPr>
            <w:r w:rsidRPr="00332DB8">
              <w:rPr>
                <w:lang w:val="ru-RU"/>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2880" w:type="dxa"/>
          </w:tcPr>
          <w:p w:rsidR="006F7457" w:rsidRPr="00332DB8" w:rsidRDefault="006F7457">
            <w:pPr>
              <w:rPr>
                <w:lang w:val="ru-RU"/>
              </w:rPr>
            </w:pPr>
          </w:p>
        </w:tc>
      </w:tr>
      <w:tr w:rsidR="006F7457" w:rsidRPr="00DD284B">
        <w:tc>
          <w:tcPr>
            <w:tcW w:w="2880" w:type="dxa"/>
          </w:tcPr>
          <w:p w:rsidR="006F7457" w:rsidRDefault="00332DB8">
            <w:r>
              <w:t>729.</w:t>
            </w:r>
          </w:p>
        </w:tc>
        <w:tc>
          <w:tcPr>
            <w:tcW w:w="2880" w:type="dxa"/>
          </w:tcPr>
          <w:p w:rsidR="006F7457" w:rsidRPr="00332DB8" w:rsidRDefault="00332DB8">
            <w:pPr>
              <w:rPr>
                <w:lang w:val="ru-RU"/>
              </w:rPr>
            </w:pPr>
            <w:r w:rsidRPr="00332DB8">
              <w:rPr>
                <w:lang w:val="ru-RU"/>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2880" w:type="dxa"/>
          </w:tcPr>
          <w:p w:rsidR="006F7457" w:rsidRPr="00332DB8" w:rsidRDefault="006F7457">
            <w:pPr>
              <w:rPr>
                <w:lang w:val="ru-RU"/>
              </w:rPr>
            </w:pPr>
          </w:p>
        </w:tc>
      </w:tr>
      <w:tr w:rsidR="006F7457" w:rsidRPr="00DD284B">
        <w:tc>
          <w:tcPr>
            <w:tcW w:w="2880" w:type="dxa"/>
          </w:tcPr>
          <w:p w:rsidR="006F7457" w:rsidRDefault="00332DB8">
            <w:r>
              <w:t>730.</w:t>
            </w:r>
          </w:p>
        </w:tc>
        <w:tc>
          <w:tcPr>
            <w:tcW w:w="2880" w:type="dxa"/>
          </w:tcPr>
          <w:p w:rsidR="006F7457" w:rsidRPr="00332DB8" w:rsidRDefault="00332DB8">
            <w:pPr>
              <w:rPr>
                <w:lang w:val="ru-RU"/>
              </w:rPr>
            </w:pPr>
            <w:r w:rsidRPr="00332DB8">
              <w:rPr>
                <w:lang w:val="ru-RU"/>
              </w:rPr>
              <w:t>№ 5 газеты «Мера понимания», содержащий статью «Четыре взгляда на иудейство» (решение Советского районного суда г. Махачкалы от 14.05.2010).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731.</w:t>
            </w:r>
          </w:p>
        </w:tc>
        <w:tc>
          <w:tcPr>
            <w:tcW w:w="2880" w:type="dxa"/>
          </w:tcPr>
          <w:p w:rsidR="006F7457" w:rsidRPr="00332DB8" w:rsidRDefault="00332DB8">
            <w:pPr>
              <w:rPr>
                <w:lang w:val="ru-RU"/>
              </w:rPr>
            </w:pPr>
            <w:r w:rsidRPr="00332DB8">
              <w:rPr>
                <w:lang w:val="ru-RU"/>
              </w:rPr>
              <w:t>Видеоролик «</w:t>
            </w:r>
            <w:r>
              <w:t>Jamaatshariat</w:t>
            </w:r>
            <w:r w:rsidRPr="00332DB8">
              <w:rPr>
                <w:lang w:val="ru-RU"/>
              </w:rPr>
              <w:t>-</w:t>
            </w:r>
            <w:r>
              <w:t>indonezia</w:t>
            </w:r>
            <w:r w:rsidRPr="00332DB8">
              <w:rPr>
                <w:lang w:val="ru-RU"/>
              </w:rPr>
              <w:t>229» (решение Промышленного районного суда г. Самары от 22.09.2010).</w:t>
            </w:r>
          </w:p>
        </w:tc>
        <w:tc>
          <w:tcPr>
            <w:tcW w:w="2880" w:type="dxa"/>
          </w:tcPr>
          <w:p w:rsidR="006F7457" w:rsidRPr="00332DB8" w:rsidRDefault="006F7457">
            <w:pPr>
              <w:rPr>
                <w:lang w:val="ru-RU"/>
              </w:rPr>
            </w:pPr>
          </w:p>
        </w:tc>
      </w:tr>
      <w:tr w:rsidR="006F7457" w:rsidRPr="00DD284B">
        <w:tc>
          <w:tcPr>
            <w:tcW w:w="2880" w:type="dxa"/>
          </w:tcPr>
          <w:p w:rsidR="006F7457" w:rsidRDefault="00332DB8">
            <w:r>
              <w:t>732.</w:t>
            </w:r>
          </w:p>
        </w:tc>
        <w:tc>
          <w:tcPr>
            <w:tcW w:w="2880" w:type="dxa"/>
          </w:tcPr>
          <w:p w:rsidR="006F7457" w:rsidRPr="00332DB8" w:rsidRDefault="00332DB8">
            <w:pPr>
              <w:rPr>
                <w:lang w:val="ru-RU"/>
              </w:rPr>
            </w:pPr>
            <w:r w:rsidRPr="00332DB8">
              <w:rPr>
                <w:lang w:val="ru-RU"/>
              </w:rPr>
              <w:t>Книга Б. Муссолини «Мемуары 1942-1943» (решение Миякинского районного суда Республики Башкортостан от 28.10.2010).</w:t>
            </w:r>
          </w:p>
        </w:tc>
        <w:tc>
          <w:tcPr>
            <w:tcW w:w="2880" w:type="dxa"/>
          </w:tcPr>
          <w:p w:rsidR="006F7457" w:rsidRPr="00332DB8" w:rsidRDefault="006F7457">
            <w:pPr>
              <w:rPr>
                <w:lang w:val="ru-RU"/>
              </w:rPr>
            </w:pPr>
          </w:p>
        </w:tc>
      </w:tr>
      <w:tr w:rsidR="006F7457" w:rsidRPr="00DD284B">
        <w:tc>
          <w:tcPr>
            <w:tcW w:w="2880" w:type="dxa"/>
          </w:tcPr>
          <w:p w:rsidR="006F7457" w:rsidRDefault="00332DB8">
            <w:r>
              <w:t>733.</w:t>
            </w:r>
          </w:p>
        </w:tc>
        <w:tc>
          <w:tcPr>
            <w:tcW w:w="2880" w:type="dxa"/>
          </w:tcPr>
          <w:p w:rsidR="006F7457" w:rsidRPr="00332DB8" w:rsidRDefault="00332DB8">
            <w:pPr>
              <w:rPr>
                <w:lang w:val="ru-RU"/>
              </w:rPr>
            </w:pPr>
            <w:r w:rsidRPr="00332DB8">
              <w:rPr>
                <w:lang w:val="ru-RU"/>
              </w:rPr>
              <w:t>Газета Оран № 7 (7) март 2010 (решение Кировского районного суда города Уфы Республики Башкортостан от 20.09.2010).</w:t>
            </w:r>
          </w:p>
        </w:tc>
        <w:tc>
          <w:tcPr>
            <w:tcW w:w="2880" w:type="dxa"/>
          </w:tcPr>
          <w:p w:rsidR="006F7457" w:rsidRPr="00332DB8" w:rsidRDefault="006F7457">
            <w:pPr>
              <w:rPr>
                <w:lang w:val="ru-RU"/>
              </w:rPr>
            </w:pPr>
          </w:p>
        </w:tc>
      </w:tr>
      <w:tr w:rsidR="006F7457" w:rsidRPr="00DD284B">
        <w:tc>
          <w:tcPr>
            <w:tcW w:w="2880" w:type="dxa"/>
          </w:tcPr>
          <w:p w:rsidR="006F7457" w:rsidRDefault="00332DB8">
            <w:r>
              <w:t>734.</w:t>
            </w:r>
          </w:p>
        </w:tc>
        <w:tc>
          <w:tcPr>
            <w:tcW w:w="2880" w:type="dxa"/>
          </w:tcPr>
          <w:p w:rsidR="006F7457" w:rsidRPr="00332DB8" w:rsidRDefault="00332DB8">
            <w:pPr>
              <w:rPr>
                <w:lang w:val="ru-RU"/>
              </w:rPr>
            </w:pPr>
            <w:r w:rsidRPr="00332DB8">
              <w:rPr>
                <w:lang w:val="ru-RU"/>
              </w:rPr>
              <w:t>Газета Оран № 8 (8) март 2010 (решение Кировского районного суда города Уфы Республики Башкортостан от 20.09.2010).</w:t>
            </w:r>
          </w:p>
        </w:tc>
        <w:tc>
          <w:tcPr>
            <w:tcW w:w="2880" w:type="dxa"/>
          </w:tcPr>
          <w:p w:rsidR="006F7457" w:rsidRPr="00332DB8" w:rsidRDefault="006F7457">
            <w:pPr>
              <w:rPr>
                <w:lang w:val="ru-RU"/>
              </w:rPr>
            </w:pPr>
          </w:p>
        </w:tc>
      </w:tr>
      <w:tr w:rsidR="006F7457" w:rsidRPr="00DD284B">
        <w:tc>
          <w:tcPr>
            <w:tcW w:w="2880" w:type="dxa"/>
          </w:tcPr>
          <w:p w:rsidR="006F7457" w:rsidRDefault="00332DB8">
            <w:r>
              <w:t>735.</w:t>
            </w:r>
          </w:p>
        </w:tc>
        <w:tc>
          <w:tcPr>
            <w:tcW w:w="2880" w:type="dxa"/>
          </w:tcPr>
          <w:p w:rsidR="006F7457" w:rsidRPr="00332DB8" w:rsidRDefault="00332DB8">
            <w:pPr>
              <w:rPr>
                <w:lang w:val="ru-RU"/>
              </w:rPr>
            </w:pPr>
            <w:r w:rsidRPr="00332DB8">
              <w:rPr>
                <w:lang w:val="ru-RU"/>
              </w:rPr>
              <w:t>Газета «Новая рабочая газета» выпуск № 3 (60) 2010 года, напечатанная 27.04.2010 года (решение Клинцовского городского суда Брянской области от 19.10.2010).</w:t>
            </w:r>
          </w:p>
        </w:tc>
        <w:tc>
          <w:tcPr>
            <w:tcW w:w="2880" w:type="dxa"/>
          </w:tcPr>
          <w:p w:rsidR="006F7457" w:rsidRPr="00332DB8" w:rsidRDefault="006F7457">
            <w:pPr>
              <w:rPr>
                <w:lang w:val="ru-RU"/>
              </w:rPr>
            </w:pPr>
          </w:p>
        </w:tc>
      </w:tr>
      <w:tr w:rsidR="006F7457" w:rsidRPr="00DD284B">
        <w:tc>
          <w:tcPr>
            <w:tcW w:w="2880" w:type="dxa"/>
          </w:tcPr>
          <w:p w:rsidR="006F7457" w:rsidRDefault="00332DB8">
            <w:r>
              <w:t>736.</w:t>
            </w:r>
          </w:p>
        </w:tc>
        <w:tc>
          <w:tcPr>
            <w:tcW w:w="2880" w:type="dxa"/>
          </w:tcPr>
          <w:p w:rsidR="006F7457" w:rsidRPr="00332DB8" w:rsidRDefault="00332DB8">
            <w:pPr>
              <w:rPr>
                <w:lang w:val="ru-RU"/>
              </w:rPr>
            </w:pPr>
            <w:r w:rsidRPr="00332DB8">
              <w:rPr>
                <w:lang w:val="ru-RU"/>
              </w:rPr>
              <w:t>Брошюра «Аль-Ваъй» № 218 (решение Московского районного суда г. Казани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t>737.</w:t>
            </w:r>
          </w:p>
        </w:tc>
        <w:tc>
          <w:tcPr>
            <w:tcW w:w="2880" w:type="dxa"/>
          </w:tcPr>
          <w:p w:rsidR="006F7457" w:rsidRPr="00332DB8" w:rsidRDefault="00332DB8">
            <w:pPr>
              <w:rPr>
                <w:lang w:val="ru-RU"/>
              </w:rPr>
            </w:pPr>
            <w:r w:rsidRPr="00332DB8">
              <w:rPr>
                <w:lang w:val="ru-RU"/>
              </w:rPr>
              <w:t>Брошюра «Аль-Ваъй» № 224 (решение Московского районного суда г. Казани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738.</w:t>
            </w:r>
          </w:p>
        </w:tc>
        <w:tc>
          <w:tcPr>
            <w:tcW w:w="2880" w:type="dxa"/>
          </w:tcPr>
          <w:p w:rsidR="006F7457" w:rsidRPr="00332DB8" w:rsidRDefault="00332DB8">
            <w:pPr>
              <w:rPr>
                <w:lang w:val="ru-RU"/>
              </w:rPr>
            </w:pPr>
            <w:r w:rsidRPr="00332DB8">
              <w:rPr>
                <w:lang w:val="ru-RU"/>
              </w:rPr>
              <w:t>Брошюра «Аль-Ваъй» № 227 (решение Московского районного суда г. Казани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t>739.</w:t>
            </w:r>
          </w:p>
        </w:tc>
        <w:tc>
          <w:tcPr>
            <w:tcW w:w="2880" w:type="dxa"/>
          </w:tcPr>
          <w:p w:rsidR="006F7457" w:rsidRPr="00332DB8" w:rsidRDefault="00332DB8">
            <w:pPr>
              <w:rPr>
                <w:lang w:val="ru-RU"/>
              </w:rPr>
            </w:pPr>
            <w:r w:rsidRPr="00332DB8">
              <w:rPr>
                <w:lang w:val="ru-RU"/>
              </w:rPr>
              <w:t>Брошюра «Аль-Ваъй» № 228 (решение Московского районного суда г. Казани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t>740.</w:t>
            </w:r>
          </w:p>
        </w:tc>
        <w:tc>
          <w:tcPr>
            <w:tcW w:w="2880" w:type="dxa"/>
          </w:tcPr>
          <w:p w:rsidR="006F7457" w:rsidRPr="00332DB8" w:rsidRDefault="00332DB8">
            <w:pPr>
              <w:rPr>
                <w:lang w:val="ru-RU"/>
              </w:rPr>
            </w:pPr>
            <w:r w:rsidRPr="00332DB8">
              <w:rPr>
                <w:lang w:val="ru-RU"/>
              </w:rPr>
              <w:t>Брошюра «Аль-Ваъй» № 231 (решение Московского районного суда г. Казани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t>741.</w:t>
            </w:r>
          </w:p>
        </w:tc>
        <w:tc>
          <w:tcPr>
            <w:tcW w:w="2880" w:type="dxa"/>
          </w:tcPr>
          <w:p w:rsidR="006F7457" w:rsidRPr="00332DB8" w:rsidRDefault="00332DB8">
            <w:pPr>
              <w:rPr>
                <w:lang w:val="ru-RU"/>
              </w:rPr>
            </w:pPr>
            <w:r w:rsidRPr="00332DB8">
              <w:rPr>
                <w:lang w:val="ru-RU"/>
              </w:rPr>
              <w:t>Брошюра «Аль-Ваъй» № 232 (решение Московского районного суда г. Казани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t>742.</w:t>
            </w:r>
          </w:p>
        </w:tc>
        <w:tc>
          <w:tcPr>
            <w:tcW w:w="2880" w:type="dxa"/>
          </w:tcPr>
          <w:p w:rsidR="006F7457" w:rsidRPr="00332DB8" w:rsidRDefault="00332DB8">
            <w:pPr>
              <w:rPr>
                <w:lang w:val="ru-RU"/>
              </w:rPr>
            </w:pPr>
            <w:r w:rsidRPr="00332DB8">
              <w:rPr>
                <w:lang w:val="ru-RU"/>
              </w:rPr>
              <w:t>Информационный материал «Ильм (Знание) и сакафат (Просвещение)» (решение Московского районного суда г. Казани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t>743.</w:t>
            </w:r>
          </w:p>
        </w:tc>
        <w:tc>
          <w:tcPr>
            <w:tcW w:w="2880" w:type="dxa"/>
          </w:tcPr>
          <w:p w:rsidR="006F7457" w:rsidRPr="00332DB8" w:rsidRDefault="00332DB8">
            <w:pPr>
              <w:rPr>
                <w:lang w:val="ru-RU"/>
              </w:rPr>
            </w:pPr>
            <w:r w:rsidRPr="00332DB8">
              <w:rPr>
                <w:lang w:val="ru-RU"/>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t>744.</w:t>
            </w:r>
          </w:p>
        </w:tc>
        <w:tc>
          <w:tcPr>
            <w:tcW w:w="2880" w:type="dxa"/>
          </w:tcPr>
          <w:p w:rsidR="006F7457" w:rsidRPr="00332DB8" w:rsidRDefault="00332DB8">
            <w:pPr>
              <w:rPr>
                <w:lang w:val="ru-RU"/>
              </w:rPr>
            </w:pPr>
            <w:r w:rsidRPr="00332DB8">
              <w:rPr>
                <w:lang w:val="ru-RU"/>
              </w:rPr>
              <w:t>Информационный материал «Исламская личность», часть 1, автор Такийю-д-дин Набханий (решение Московского районного суда г. Казани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745.</w:t>
            </w:r>
          </w:p>
        </w:tc>
        <w:tc>
          <w:tcPr>
            <w:tcW w:w="2880" w:type="dxa"/>
          </w:tcPr>
          <w:p w:rsidR="006F7457" w:rsidRPr="00332DB8" w:rsidRDefault="00332DB8">
            <w:pPr>
              <w:rPr>
                <w:lang w:val="ru-RU"/>
              </w:rPr>
            </w:pPr>
            <w:r w:rsidRPr="00332DB8">
              <w:rPr>
                <w:lang w:val="ru-RU"/>
              </w:rPr>
              <w:t>Информационный материал «Демократия. Система неверия», автор Абдул-Кадим Заллум (решение Московского районного суда г. Казани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t>746.</w:t>
            </w:r>
          </w:p>
        </w:tc>
        <w:tc>
          <w:tcPr>
            <w:tcW w:w="2880" w:type="dxa"/>
          </w:tcPr>
          <w:p w:rsidR="006F7457" w:rsidRPr="00332DB8" w:rsidRDefault="00332DB8">
            <w:pPr>
              <w:rPr>
                <w:lang w:val="ru-RU"/>
              </w:rPr>
            </w:pPr>
            <w:r w:rsidRPr="00332DB8">
              <w:rPr>
                <w:lang w:val="ru-RU"/>
              </w:rPr>
              <w:t>Листовка «Ислам, и ничто другое, разрешает проблемы человека» (решение Московского районного суда г. Казани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t>747.</w:t>
            </w:r>
          </w:p>
        </w:tc>
        <w:tc>
          <w:tcPr>
            <w:tcW w:w="2880" w:type="dxa"/>
          </w:tcPr>
          <w:p w:rsidR="006F7457" w:rsidRPr="00332DB8" w:rsidRDefault="00332DB8">
            <w:pPr>
              <w:rPr>
                <w:lang w:val="ru-RU"/>
              </w:rPr>
            </w:pPr>
            <w:r w:rsidRPr="00332DB8">
              <w:rPr>
                <w:lang w:val="ru-RU"/>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t>748.</w:t>
            </w:r>
          </w:p>
        </w:tc>
        <w:tc>
          <w:tcPr>
            <w:tcW w:w="2880" w:type="dxa"/>
          </w:tcPr>
          <w:p w:rsidR="006F7457" w:rsidRPr="00332DB8" w:rsidRDefault="00332DB8">
            <w:pPr>
              <w:rPr>
                <w:lang w:val="ru-RU"/>
              </w:rPr>
            </w:pPr>
            <w:r w:rsidRPr="00332DB8">
              <w:rPr>
                <w:lang w:val="ru-RU"/>
              </w:rPr>
              <w:t>Листовка «Месячный шахри-халака» (решение Московского районного суда г. Казани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t>749.</w:t>
            </w:r>
          </w:p>
        </w:tc>
        <w:tc>
          <w:tcPr>
            <w:tcW w:w="2880" w:type="dxa"/>
          </w:tcPr>
          <w:p w:rsidR="006F7457" w:rsidRPr="00332DB8" w:rsidRDefault="00332DB8">
            <w:pPr>
              <w:rPr>
                <w:lang w:val="ru-RU"/>
              </w:rPr>
            </w:pPr>
            <w:r w:rsidRPr="00332DB8">
              <w:rPr>
                <w:lang w:val="ru-RU"/>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2880" w:type="dxa"/>
          </w:tcPr>
          <w:p w:rsidR="006F7457" w:rsidRPr="00332DB8" w:rsidRDefault="006F7457">
            <w:pPr>
              <w:rPr>
                <w:lang w:val="ru-RU"/>
              </w:rPr>
            </w:pPr>
          </w:p>
        </w:tc>
      </w:tr>
      <w:tr w:rsidR="006F7457" w:rsidRPr="00DD284B">
        <w:tc>
          <w:tcPr>
            <w:tcW w:w="2880" w:type="dxa"/>
          </w:tcPr>
          <w:p w:rsidR="006F7457" w:rsidRDefault="00332DB8">
            <w:r>
              <w:t>750.</w:t>
            </w:r>
          </w:p>
        </w:tc>
        <w:tc>
          <w:tcPr>
            <w:tcW w:w="2880" w:type="dxa"/>
          </w:tcPr>
          <w:p w:rsidR="006F7457" w:rsidRPr="00332DB8" w:rsidRDefault="00332DB8">
            <w:pPr>
              <w:rPr>
                <w:lang w:val="ru-RU"/>
              </w:rPr>
            </w:pPr>
            <w:r w:rsidRPr="00332DB8">
              <w:rPr>
                <w:lang w:val="ru-RU"/>
              </w:rPr>
              <w:t>Книга Шейха Али Аль-Тантауи «Общее представление об Исламе» (решение Майкопского городского суда Республики Адыгея от 24.11.2010).</w:t>
            </w:r>
          </w:p>
        </w:tc>
        <w:tc>
          <w:tcPr>
            <w:tcW w:w="2880" w:type="dxa"/>
          </w:tcPr>
          <w:p w:rsidR="006F7457" w:rsidRPr="00332DB8" w:rsidRDefault="006F7457">
            <w:pPr>
              <w:rPr>
                <w:lang w:val="ru-RU"/>
              </w:rPr>
            </w:pPr>
          </w:p>
        </w:tc>
      </w:tr>
      <w:tr w:rsidR="006F7457" w:rsidRPr="00DD284B">
        <w:tc>
          <w:tcPr>
            <w:tcW w:w="2880" w:type="dxa"/>
          </w:tcPr>
          <w:p w:rsidR="006F7457" w:rsidRDefault="00332DB8">
            <w:r>
              <w:t>751.</w:t>
            </w:r>
          </w:p>
        </w:tc>
        <w:tc>
          <w:tcPr>
            <w:tcW w:w="2880" w:type="dxa"/>
          </w:tcPr>
          <w:p w:rsidR="006F7457" w:rsidRPr="00332DB8" w:rsidRDefault="00332DB8">
            <w:pPr>
              <w:rPr>
                <w:lang w:val="ru-RU"/>
              </w:rPr>
            </w:pPr>
            <w:r w:rsidRPr="00332DB8">
              <w:rPr>
                <w:lang w:val="ru-RU"/>
              </w:rPr>
              <w:t>Брошюра Ясера Аль-Устуани «Что вы знаете об Исламе?» (решение Майкопского городского суда Республики Адыгея от 24.11.2010).</w:t>
            </w:r>
          </w:p>
        </w:tc>
        <w:tc>
          <w:tcPr>
            <w:tcW w:w="2880" w:type="dxa"/>
          </w:tcPr>
          <w:p w:rsidR="006F7457" w:rsidRPr="00332DB8" w:rsidRDefault="006F7457">
            <w:pPr>
              <w:rPr>
                <w:lang w:val="ru-RU"/>
              </w:rPr>
            </w:pPr>
          </w:p>
        </w:tc>
      </w:tr>
      <w:tr w:rsidR="006F7457">
        <w:tc>
          <w:tcPr>
            <w:tcW w:w="2880" w:type="dxa"/>
          </w:tcPr>
          <w:p w:rsidR="006F7457" w:rsidRDefault="00332DB8">
            <w:r>
              <w:lastRenderedPageBreak/>
              <w:t>752.</w:t>
            </w:r>
          </w:p>
        </w:tc>
        <w:tc>
          <w:tcPr>
            <w:tcW w:w="2880" w:type="dxa"/>
          </w:tcPr>
          <w:p w:rsidR="006F7457" w:rsidRDefault="00332DB8">
            <w: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c>
          <w:tcPr>
            <w:tcW w:w="2880" w:type="dxa"/>
          </w:tcPr>
          <w:p w:rsidR="006F7457" w:rsidRDefault="006F7457"/>
        </w:tc>
      </w:tr>
      <w:tr w:rsidR="006F7457" w:rsidRPr="00DD284B">
        <w:tc>
          <w:tcPr>
            <w:tcW w:w="2880" w:type="dxa"/>
          </w:tcPr>
          <w:p w:rsidR="006F7457" w:rsidRDefault="00332DB8">
            <w:r>
              <w:t>753.</w:t>
            </w:r>
          </w:p>
        </w:tc>
        <w:tc>
          <w:tcPr>
            <w:tcW w:w="2880" w:type="dxa"/>
          </w:tcPr>
          <w:p w:rsidR="006F7457" w:rsidRPr="00332DB8" w:rsidRDefault="00332DB8">
            <w:pPr>
              <w:rPr>
                <w:lang w:val="ru-RU"/>
              </w:rPr>
            </w:pPr>
            <w:r>
              <w:t>Брошюра «Бодрствуйте!» издательство Watchtower Bible and Tract Society of New York, Inc. Brooklin</w:t>
            </w:r>
            <w:r w:rsidRPr="00332DB8">
              <w:rPr>
                <w:lang w:val="ru-RU"/>
              </w:rPr>
              <w:t xml:space="preserve">, </w:t>
            </w:r>
            <w:r>
              <w:t>New</w:t>
            </w:r>
            <w:r w:rsidRPr="00332DB8">
              <w:rPr>
                <w:lang w:val="ru-RU"/>
              </w:rPr>
              <w:t xml:space="preserve"> </w:t>
            </w:r>
            <w:r>
              <w:t>York</w:t>
            </w:r>
            <w:r w:rsidRPr="00332DB8">
              <w:rPr>
                <w:lang w:val="ru-RU"/>
              </w:rPr>
              <w:t xml:space="preserve">, </w:t>
            </w:r>
            <w:r>
              <w:t>U</w:t>
            </w:r>
            <w:r w:rsidRPr="00332DB8">
              <w:rPr>
                <w:lang w:val="ru-RU"/>
              </w:rPr>
              <w:t>.</w:t>
            </w:r>
            <w:r>
              <w:t>S</w:t>
            </w:r>
            <w:r w:rsidRPr="00332DB8">
              <w:rPr>
                <w:lang w:val="ru-RU"/>
              </w:rPr>
              <w:t>.</w:t>
            </w:r>
            <w:r>
              <w:t>A</w:t>
            </w:r>
            <w:r w:rsidRPr="00332DB8">
              <w:rPr>
                <w:lang w:val="ru-RU"/>
              </w:rPr>
              <w:t>. 2006 (решение Заводского районного суда г. Кемерово Кемеровской области от 28.10.2010).</w:t>
            </w:r>
          </w:p>
        </w:tc>
        <w:tc>
          <w:tcPr>
            <w:tcW w:w="2880" w:type="dxa"/>
          </w:tcPr>
          <w:p w:rsidR="006F7457" w:rsidRPr="00332DB8" w:rsidRDefault="006F7457">
            <w:pPr>
              <w:rPr>
                <w:lang w:val="ru-RU"/>
              </w:rPr>
            </w:pPr>
          </w:p>
        </w:tc>
      </w:tr>
      <w:tr w:rsidR="006F7457">
        <w:tc>
          <w:tcPr>
            <w:tcW w:w="2880" w:type="dxa"/>
          </w:tcPr>
          <w:p w:rsidR="006F7457" w:rsidRDefault="00332DB8">
            <w:r>
              <w:t>754.</w:t>
            </w:r>
          </w:p>
        </w:tc>
        <w:tc>
          <w:tcPr>
            <w:tcW w:w="2880" w:type="dxa"/>
          </w:tcPr>
          <w:p w:rsidR="006F7457" w:rsidRDefault="00332DB8">
            <w: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rsidR="006F7457" w:rsidRDefault="006F7457"/>
        </w:tc>
      </w:tr>
      <w:tr w:rsidR="006F7457">
        <w:tc>
          <w:tcPr>
            <w:tcW w:w="2880" w:type="dxa"/>
          </w:tcPr>
          <w:p w:rsidR="006F7457" w:rsidRDefault="00332DB8">
            <w:r>
              <w:t>755.</w:t>
            </w:r>
          </w:p>
        </w:tc>
        <w:tc>
          <w:tcPr>
            <w:tcW w:w="2880" w:type="dxa"/>
          </w:tcPr>
          <w:p w:rsidR="006F7457" w:rsidRDefault="00332DB8">
            <w: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rsidR="006F7457" w:rsidRDefault="006F7457"/>
        </w:tc>
      </w:tr>
      <w:tr w:rsidR="006F7457">
        <w:tc>
          <w:tcPr>
            <w:tcW w:w="2880" w:type="dxa"/>
          </w:tcPr>
          <w:p w:rsidR="006F7457" w:rsidRDefault="00332DB8">
            <w:r>
              <w:t>756.</w:t>
            </w:r>
          </w:p>
        </w:tc>
        <w:tc>
          <w:tcPr>
            <w:tcW w:w="2880" w:type="dxa"/>
          </w:tcPr>
          <w:p w:rsidR="006F7457" w:rsidRDefault="00332DB8">
            <w: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rsidR="006F7457" w:rsidRDefault="006F7457"/>
        </w:tc>
      </w:tr>
      <w:tr w:rsidR="006F7457">
        <w:tc>
          <w:tcPr>
            <w:tcW w:w="2880" w:type="dxa"/>
          </w:tcPr>
          <w:p w:rsidR="006F7457" w:rsidRDefault="00332DB8">
            <w:r>
              <w:t>757.</w:t>
            </w:r>
          </w:p>
        </w:tc>
        <w:tc>
          <w:tcPr>
            <w:tcW w:w="2880" w:type="dxa"/>
          </w:tcPr>
          <w:p w:rsidR="006F7457" w:rsidRDefault="00332DB8">
            <w: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2880" w:type="dxa"/>
          </w:tcPr>
          <w:p w:rsidR="006F7457" w:rsidRDefault="006F7457"/>
        </w:tc>
      </w:tr>
      <w:tr w:rsidR="006F7457" w:rsidRPr="00DD284B">
        <w:tc>
          <w:tcPr>
            <w:tcW w:w="2880" w:type="dxa"/>
          </w:tcPr>
          <w:p w:rsidR="006F7457" w:rsidRDefault="00332DB8">
            <w:r>
              <w:t>758.</w:t>
            </w:r>
          </w:p>
        </w:tc>
        <w:tc>
          <w:tcPr>
            <w:tcW w:w="2880" w:type="dxa"/>
          </w:tcPr>
          <w:p w:rsidR="006F7457" w:rsidRPr="00332DB8" w:rsidRDefault="00332DB8">
            <w:pPr>
              <w:rPr>
                <w:lang w:val="ru-RU"/>
              </w:rPr>
            </w:pPr>
            <w:r w:rsidRPr="00332DB8">
              <w:rPr>
                <w:lang w:val="ru-RU"/>
              </w:rPr>
              <w:t xml:space="preserve">Видеофайл «Видео: Док. фильм «Русское сопротивление», размещенный по адресу </w:t>
            </w:r>
            <w:r>
              <w:t>http</w:t>
            </w:r>
            <w:r w:rsidRPr="00332DB8">
              <w:rPr>
                <w:lang w:val="ru-RU"/>
              </w:rPr>
              <w:t>://</w:t>
            </w:r>
            <w:r>
              <w:t>bashtube</w:t>
            </w:r>
            <w:r w:rsidRPr="00332DB8">
              <w:rPr>
                <w:lang w:val="ru-RU"/>
              </w:rPr>
              <w:t>.</w:t>
            </w:r>
            <w:r>
              <w:t>ru</w:t>
            </w:r>
            <w:r w:rsidRPr="00332DB8">
              <w:rPr>
                <w:lang w:val="ru-RU"/>
              </w:rPr>
              <w:t>/</w:t>
            </w:r>
            <w:r>
              <w:t>video</w:t>
            </w:r>
            <w:r w:rsidRPr="00332DB8">
              <w:rPr>
                <w:lang w:val="ru-RU"/>
              </w:rPr>
              <w:t>/45183/ (решение Миякинского районного суда Республики Башкортостан от 18.11.2010).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759.</w:t>
            </w:r>
          </w:p>
        </w:tc>
        <w:tc>
          <w:tcPr>
            <w:tcW w:w="2880" w:type="dxa"/>
          </w:tcPr>
          <w:p w:rsidR="006F7457" w:rsidRPr="00332DB8" w:rsidRDefault="00332DB8">
            <w:pPr>
              <w:rPr>
                <w:lang w:val="ru-RU"/>
              </w:rPr>
            </w:pPr>
            <w:r w:rsidRPr="00332DB8">
              <w:rPr>
                <w:lang w:val="ru-RU"/>
              </w:rPr>
              <w:t xml:space="preserve">Видеофайл под названием «Видео: Бритоголовые наносят рейд», размещенный по адресу </w:t>
            </w:r>
            <w:r>
              <w:t>http</w:t>
            </w:r>
            <w:r w:rsidRPr="00332DB8">
              <w:rPr>
                <w:lang w:val="ru-RU"/>
              </w:rPr>
              <w:t>://</w:t>
            </w:r>
            <w:r>
              <w:t>bashtube</w:t>
            </w:r>
            <w:r w:rsidRPr="00332DB8">
              <w:rPr>
                <w:lang w:val="ru-RU"/>
              </w:rPr>
              <w:t>.</w:t>
            </w:r>
            <w:r>
              <w:t>ru</w:t>
            </w:r>
            <w:r w:rsidRPr="00332DB8">
              <w:rPr>
                <w:lang w:val="ru-RU"/>
              </w:rPr>
              <w:t>/</w:t>
            </w:r>
            <w:r>
              <w:t>video</w:t>
            </w:r>
            <w:r w:rsidRPr="00332DB8">
              <w:rPr>
                <w:lang w:val="ru-RU"/>
              </w:rPr>
              <w:t>/59036/ (решение Миякинского районного суда Республики Башкортостан от 18.11.2010).</w:t>
            </w:r>
          </w:p>
        </w:tc>
        <w:tc>
          <w:tcPr>
            <w:tcW w:w="2880" w:type="dxa"/>
          </w:tcPr>
          <w:p w:rsidR="006F7457" w:rsidRPr="00332DB8" w:rsidRDefault="006F7457">
            <w:pPr>
              <w:rPr>
                <w:lang w:val="ru-RU"/>
              </w:rPr>
            </w:pPr>
          </w:p>
        </w:tc>
      </w:tr>
      <w:tr w:rsidR="006F7457" w:rsidRPr="00DD284B">
        <w:tc>
          <w:tcPr>
            <w:tcW w:w="2880" w:type="dxa"/>
          </w:tcPr>
          <w:p w:rsidR="006F7457" w:rsidRDefault="00332DB8">
            <w:r>
              <w:t>760.</w:t>
            </w:r>
          </w:p>
        </w:tc>
        <w:tc>
          <w:tcPr>
            <w:tcW w:w="2880" w:type="dxa"/>
          </w:tcPr>
          <w:p w:rsidR="006F7457" w:rsidRPr="00332DB8" w:rsidRDefault="00332DB8">
            <w:pPr>
              <w:rPr>
                <w:lang w:val="ru-RU"/>
              </w:rPr>
            </w:pPr>
            <w:r w:rsidRPr="00332DB8">
              <w:rPr>
                <w:lang w:val="ru-RU"/>
              </w:rPr>
              <w:t xml:space="preserve">Публикация под заголовком: «Нанайцы: плачевная действительность», размещенную в сети Интернет по адресу: </w:t>
            </w:r>
            <w:r>
              <w:t>http</w:t>
            </w:r>
            <w:r w:rsidRPr="00332DB8">
              <w:rPr>
                <w:lang w:val="ru-RU"/>
              </w:rPr>
              <w:t>:/</w:t>
            </w:r>
            <w:r>
              <w:t>guraba</w:t>
            </w:r>
            <w:r w:rsidRPr="00332DB8">
              <w:rPr>
                <w:lang w:val="ru-RU"/>
              </w:rPr>
              <w:t>.</w:t>
            </w:r>
            <w:r>
              <w:t>net</w:t>
            </w:r>
            <w:r w:rsidRPr="00332DB8">
              <w:rPr>
                <w:lang w:val="ru-RU"/>
              </w:rPr>
              <w:t xml:space="preserve"> (решение Южно-Сахалинского городского суда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761.</w:t>
            </w:r>
          </w:p>
        </w:tc>
        <w:tc>
          <w:tcPr>
            <w:tcW w:w="2880" w:type="dxa"/>
          </w:tcPr>
          <w:p w:rsidR="006F7457" w:rsidRPr="00332DB8" w:rsidRDefault="00332DB8">
            <w:pPr>
              <w:rPr>
                <w:lang w:val="ru-RU"/>
              </w:rPr>
            </w:pPr>
            <w:r w:rsidRPr="00332DB8">
              <w:rPr>
                <w:lang w:val="ru-RU"/>
              </w:rPr>
              <w:t xml:space="preserve">Публикация под заголовком: «Ороки: горькая судьба почти исчезнувшего народа», размещенную в сети Интернет по адресу: </w:t>
            </w:r>
            <w:r>
              <w:t>http</w:t>
            </w:r>
            <w:r w:rsidRPr="00332DB8">
              <w:rPr>
                <w:lang w:val="ru-RU"/>
              </w:rPr>
              <w:t>:/</w:t>
            </w:r>
            <w:r>
              <w:t>guraba</w:t>
            </w:r>
            <w:r w:rsidRPr="00332DB8">
              <w:rPr>
                <w:lang w:val="ru-RU"/>
              </w:rPr>
              <w:t>.</w:t>
            </w:r>
            <w:r>
              <w:t>net</w:t>
            </w:r>
            <w:r w:rsidRPr="00332DB8">
              <w:rPr>
                <w:lang w:val="ru-RU"/>
              </w:rPr>
              <w:t xml:space="preserve"> (решение Южно-Сахалинского городского суда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762.</w:t>
            </w:r>
          </w:p>
        </w:tc>
        <w:tc>
          <w:tcPr>
            <w:tcW w:w="2880" w:type="dxa"/>
          </w:tcPr>
          <w:p w:rsidR="006F7457" w:rsidRPr="00332DB8" w:rsidRDefault="00332DB8">
            <w:pPr>
              <w:rPr>
                <w:lang w:val="ru-RU"/>
              </w:rPr>
            </w:pPr>
            <w:r w:rsidRPr="00332DB8">
              <w:rPr>
                <w:lang w:val="ru-RU"/>
              </w:rPr>
              <w:t xml:space="preserve">Публикация под заголовком: «Орочи: горькие плоды геноцида», размещенную в сети Интернет по адресу: </w:t>
            </w:r>
            <w:r>
              <w:t>http</w:t>
            </w:r>
            <w:r w:rsidRPr="00332DB8">
              <w:rPr>
                <w:lang w:val="ru-RU"/>
              </w:rPr>
              <w:t>:/</w:t>
            </w:r>
            <w:r>
              <w:t>guraba</w:t>
            </w:r>
            <w:r w:rsidRPr="00332DB8">
              <w:rPr>
                <w:lang w:val="ru-RU"/>
              </w:rPr>
              <w:t>.</w:t>
            </w:r>
            <w:r>
              <w:t>net</w:t>
            </w:r>
            <w:r w:rsidRPr="00332DB8">
              <w:rPr>
                <w:lang w:val="ru-RU"/>
              </w:rPr>
              <w:t xml:space="preserve"> (решение Южно-Сахалинского городского суда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763.</w:t>
            </w:r>
          </w:p>
        </w:tc>
        <w:tc>
          <w:tcPr>
            <w:tcW w:w="2880" w:type="dxa"/>
          </w:tcPr>
          <w:p w:rsidR="006F7457" w:rsidRPr="00332DB8" w:rsidRDefault="00332DB8">
            <w:pPr>
              <w:rPr>
                <w:lang w:val="ru-RU"/>
              </w:rPr>
            </w:pPr>
            <w:r w:rsidRPr="00332DB8">
              <w:rPr>
                <w:lang w:val="ru-RU"/>
              </w:rPr>
              <w:t xml:space="preserve">Публикация под заголовком: «Ульчи: плачевная действительность угнетенного народа», размещенную в сети Интернет по адресу: </w:t>
            </w:r>
            <w:r>
              <w:t>http</w:t>
            </w:r>
            <w:r w:rsidRPr="00332DB8">
              <w:rPr>
                <w:lang w:val="ru-RU"/>
              </w:rPr>
              <w:t>:/</w:t>
            </w:r>
            <w:r>
              <w:t>guraba</w:t>
            </w:r>
            <w:r w:rsidRPr="00332DB8">
              <w:rPr>
                <w:lang w:val="ru-RU"/>
              </w:rPr>
              <w:t>.</w:t>
            </w:r>
            <w:r>
              <w:t>net</w:t>
            </w:r>
            <w:r w:rsidRPr="00332DB8">
              <w:rPr>
                <w:lang w:val="ru-RU"/>
              </w:rPr>
              <w:t xml:space="preserve"> (решение Южно-Сахалинского городского суда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764.</w:t>
            </w:r>
          </w:p>
        </w:tc>
        <w:tc>
          <w:tcPr>
            <w:tcW w:w="2880" w:type="dxa"/>
          </w:tcPr>
          <w:p w:rsidR="006F7457" w:rsidRPr="00332DB8" w:rsidRDefault="00332DB8">
            <w:pPr>
              <w:rPr>
                <w:lang w:val="ru-RU"/>
              </w:rPr>
            </w:pPr>
            <w:r w:rsidRPr="00332DB8">
              <w:rPr>
                <w:lang w:val="ru-RU"/>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2880" w:type="dxa"/>
          </w:tcPr>
          <w:p w:rsidR="006F7457" w:rsidRPr="00332DB8" w:rsidRDefault="006F7457">
            <w:pPr>
              <w:rPr>
                <w:lang w:val="ru-RU"/>
              </w:rPr>
            </w:pPr>
          </w:p>
        </w:tc>
      </w:tr>
      <w:tr w:rsidR="006F7457" w:rsidRPr="00DD284B">
        <w:tc>
          <w:tcPr>
            <w:tcW w:w="2880" w:type="dxa"/>
          </w:tcPr>
          <w:p w:rsidR="006F7457" w:rsidRDefault="00332DB8">
            <w:r>
              <w:t>76</w:t>
            </w:r>
            <w:r>
              <w:lastRenderedPageBreak/>
              <w:t>5.</w:t>
            </w:r>
          </w:p>
        </w:tc>
        <w:tc>
          <w:tcPr>
            <w:tcW w:w="2880" w:type="dxa"/>
          </w:tcPr>
          <w:p w:rsidR="006F7457" w:rsidRPr="00332DB8" w:rsidRDefault="00332DB8">
            <w:pPr>
              <w:rPr>
                <w:lang w:val="ru-RU"/>
              </w:rPr>
            </w:pPr>
            <w:r w:rsidRPr="00332DB8">
              <w:rPr>
                <w:lang w:val="ru-RU"/>
              </w:rPr>
              <w:lastRenderedPageBreak/>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766.</w:t>
            </w:r>
          </w:p>
        </w:tc>
        <w:tc>
          <w:tcPr>
            <w:tcW w:w="2880" w:type="dxa"/>
          </w:tcPr>
          <w:p w:rsidR="006F7457" w:rsidRPr="00332DB8" w:rsidRDefault="00332DB8">
            <w:pPr>
              <w:rPr>
                <w:lang w:val="ru-RU"/>
              </w:rPr>
            </w:pPr>
            <w:r w:rsidRPr="00332DB8">
              <w:rPr>
                <w:lang w:val="ru-RU"/>
              </w:rPr>
              <w:t>Видеофильм «Россия с ножом в спине 2», файл «2</w:t>
            </w:r>
            <w:r>
              <w:t>ed</w:t>
            </w:r>
            <w:r w:rsidRPr="00332DB8">
              <w:rPr>
                <w:lang w:val="ru-RU"/>
              </w:rPr>
              <w:t>8</w:t>
            </w:r>
            <w:r>
              <w:t>c</w:t>
            </w:r>
            <w:r w:rsidRPr="00332DB8">
              <w:rPr>
                <w:lang w:val="ru-RU"/>
              </w:rPr>
              <w:t>773883</w:t>
            </w:r>
            <w:r>
              <w:t>e</w:t>
            </w:r>
            <w:r w:rsidRPr="00332DB8">
              <w:rPr>
                <w:lang w:val="ru-RU"/>
              </w:rPr>
              <w:t>123334322.</w:t>
            </w:r>
            <w:r>
              <w:t>vk</w:t>
            </w:r>
            <w:r w:rsidRPr="00332DB8">
              <w:rPr>
                <w:lang w:val="ru-RU"/>
              </w:rPr>
              <w:t>», формат «.</w:t>
            </w:r>
            <w:r>
              <w:t>flv</w:t>
            </w:r>
            <w:r w:rsidRPr="00332DB8">
              <w:rPr>
                <w:lang w:val="ru-RU"/>
              </w:rPr>
              <w:t>» размером 254 Мб, размещенный 26.09.2009 Уткиным Д.В. на сайте социальной сети «ВКонтакте.</w:t>
            </w:r>
            <w:r>
              <w:t>RU</w:t>
            </w:r>
            <w:r w:rsidRPr="00332DB8">
              <w:rPr>
                <w:lang w:val="ru-RU"/>
              </w:rPr>
              <w:t>» (решение Промышленного районного суда г. Курска от 14.12.2010).</w:t>
            </w:r>
          </w:p>
        </w:tc>
        <w:tc>
          <w:tcPr>
            <w:tcW w:w="2880" w:type="dxa"/>
          </w:tcPr>
          <w:p w:rsidR="006F7457" w:rsidRPr="00332DB8" w:rsidRDefault="006F7457">
            <w:pPr>
              <w:rPr>
                <w:lang w:val="ru-RU"/>
              </w:rPr>
            </w:pPr>
          </w:p>
        </w:tc>
      </w:tr>
      <w:tr w:rsidR="006F7457" w:rsidRPr="00DD284B">
        <w:tc>
          <w:tcPr>
            <w:tcW w:w="2880" w:type="dxa"/>
          </w:tcPr>
          <w:p w:rsidR="006F7457" w:rsidRDefault="00332DB8">
            <w:r>
              <w:t>767.</w:t>
            </w:r>
          </w:p>
        </w:tc>
        <w:tc>
          <w:tcPr>
            <w:tcW w:w="2880" w:type="dxa"/>
          </w:tcPr>
          <w:p w:rsidR="006F7457" w:rsidRPr="00332DB8" w:rsidRDefault="00332DB8">
            <w:pPr>
              <w:rPr>
                <w:lang w:val="ru-RU"/>
              </w:rPr>
            </w:pPr>
            <w:r w:rsidRPr="00332DB8">
              <w:rPr>
                <w:lang w:val="ru-RU"/>
              </w:rPr>
              <w:t xml:space="preserve">Книга Генриха Гиммлера (нем. </w:t>
            </w:r>
            <w:r>
              <w:t>Heinrich</w:t>
            </w:r>
            <w:r w:rsidRPr="00332DB8">
              <w:rPr>
                <w:lang w:val="ru-RU"/>
              </w:rPr>
              <w:t xml:space="preserve"> </w:t>
            </w:r>
            <w:r>
              <w:t>Luitpold</w:t>
            </w:r>
            <w:r w:rsidRPr="00332DB8">
              <w:rPr>
                <w:lang w:val="ru-RU"/>
              </w:rPr>
              <w:t xml:space="preserve"> </w:t>
            </w:r>
            <w:r>
              <w:t>Himmler</w:t>
            </w:r>
            <w:r w:rsidRPr="00332DB8">
              <w:rPr>
                <w:lang w:val="ru-RU"/>
              </w:rPr>
              <w:t>) «Эсэсовец и вопрос крови» (решение Миякинского районного суда Республики Башкортостан от 22.12.2010).</w:t>
            </w:r>
          </w:p>
        </w:tc>
        <w:tc>
          <w:tcPr>
            <w:tcW w:w="2880" w:type="dxa"/>
          </w:tcPr>
          <w:p w:rsidR="006F7457" w:rsidRPr="00332DB8" w:rsidRDefault="006F7457">
            <w:pPr>
              <w:rPr>
                <w:lang w:val="ru-RU"/>
              </w:rPr>
            </w:pPr>
          </w:p>
        </w:tc>
      </w:tr>
      <w:tr w:rsidR="006F7457" w:rsidRPr="00DD284B">
        <w:tc>
          <w:tcPr>
            <w:tcW w:w="2880" w:type="dxa"/>
          </w:tcPr>
          <w:p w:rsidR="006F7457" w:rsidRDefault="00332DB8">
            <w:r>
              <w:t>768.</w:t>
            </w:r>
          </w:p>
        </w:tc>
        <w:tc>
          <w:tcPr>
            <w:tcW w:w="2880" w:type="dxa"/>
          </w:tcPr>
          <w:p w:rsidR="006F7457" w:rsidRPr="00332DB8" w:rsidRDefault="00332DB8">
            <w:pPr>
              <w:rPr>
                <w:lang w:val="ru-RU"/>
              </w:rPr>
            </w:pPr>
            <w:r w:rsidRPr="00332DB8">
              <w:rPr>
                <w:lang w:val="ru-RU"/>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c>
          <w:tcPr>
            <w:tcW w:w="2880" w:type="dxa"/>
          </w:tcPr>
          <w:p w:rsidR="006F7457" w:rsidRPr="00332DB8" w:rsidRDefault="006F7457">
            <w:pPr>
              <w:rPr>
                <w:lang w:val="ru-RU"/>
              </w:rPr>
            </w:pPr>
          </w:p>
        </w:tc>
      </w:tr>
      <w:tr w:rsidR="006F7457" w:rsidRPr="00DD284B">
        <w:tc>
          <w:tcPr>
            <w:tcW w:w="2880" w:type="dxa"/>
          </w:tcPr>
          <w:p w:rsidR="006F7457" w:rsidRDefault="00332DB8">
            <w:r>
              <w:t>769.</w:t>
            </w:r>
          </w:p>
        </w:tc>
        <w:tc>
          <w:tcPr>
            <w:tcW w:w="2880" w:type="dxa"/>
          </w:tcPr>
          <w:p w:rsidR="006F7457" w:rsidRPr="00332DB8" w:rsidRDefault="00332DB8">
            <w:pPr>
              <w:rPr>
                <w:lang w:val="ru-RU"/>
              </w:rPr>
            </w:pPr>
            <w:r w:rsidRPr="00332DB8">
              <w:rPr>
                <w:lang w:val="ru-RU"/>
              </w:rPr>
              <w:t>Газета «Сакаафат «Просвещение» (решение Центрального районного суда г. Челябинска от 19.08.2010).</w:t>
            </w:r>
          </w:p>
        </w:tc>
        <w:tc>
          <w:tcPr>
            <w:tcW w:w="2880" w:type="dxa"/>
          </w:tcPr>
          <w:p w:rsidR="006F7457" w:rsidRPr="00332DB8" w:rsidRDefault="006F7457">
            <w:pPr>
              <w:rPr>
                <w:lang w:val="ru-RU"/>
              </w:rPr>
            </w:pPr>
          </w:p>
        </w:tc>
      </w:tr>
      <w:tr w:rsidR="006F7457" w:rsidRPr="00DD284B">
        <w:tc>
          <w:tcPr>
            <w:tcW w:w="2880" w:type="dxa"/>
          </w:tcPr>
          <w:p w:rsidR="006F7457" w:rsidRDefault="00332DB8">
            <w:r>
              <w:t>770.</w:t>
            </w:r>
          </w:p>
        </w:tc>
        <w:tc>
          <w:tcPr>
            <w:tcW w:w="2880" w:type="dxa"/>
          </w:tcPr>
          <w:p w:rsidR="006F7457" w:rsidRPr="00332DB8" w:rsidRDefault="00332DB8">
            <w:pPr>
              <w:rPr>
                <w:lang w:val="ru-RU"/>
              </w:rPr>
            </w:pPr>
            <w:r w:rsidRPr="00332DB8">
              <w:rPr>
                <w:lang w:val="ru-RU"/>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rsidR="006F7457" w:rsidRPr="00332DB8" w:rsidRDefault="006F7457">
            <w:pPr>
              <w:rPr>
                <w:lang w:val="ru-RU"/>
              </w:rPr>
            </w:pPr>
          </w:p>
        </w:tc>
      </w:tr>
      <w:tr w:rsidR="006F7457" w:rsidRPr="00DD284B">
        <w:tc>
          <w:tcPr>
            <w:tcW w:w="2880" w:type="dxa"/>
          </w:tcPr>
          <w:p w:rsidR="006F7457" w:rsidRDefault="00332DB8">
            <w:r>
              <w:t>771.</w:t>
            </w:r>
          </w:p>
        </w:tc>
        <w:tc>
          <w:tcPr>
            <w:tcW w:w="2880" w:type="dxa"/>
          </w:tcPr>
          <w:p w:rsidR="006F7457" w:rsidRPr="00332DB8" w:rsidRDefault="00332DB8">
            <w:pPr>
              <w:rPr>
                <w:lang w:val="ru-RU"/>
              </w:rPr>
            </w:pPr>
            <w:r w:rsidRPr="00332DB8">
              <w:rPr>
                <w:lang w:val="ru-RU"/>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772.</w:t>
            </w:r>
          </w:p>
        </w:tc>
        <w:tc>
          <w:tcPr>
            <w:tcW w:w="2880" w:type="dxa"/>
          </w:tcPr>
          <w:p w:rsidR="006F7457" w:rsidRPr="00332DB8" w:rsidRDefault="00332DB8">
            <w:pPr>
              <w:rPr>
                <w:lang w:val="ru-RU"/>
              </w:rPr>
            </w:pPr>
            <w:r w:rsidRPr="00332DB8">
              <w:rPr>
                <w:lang w:val="ru-RU"/>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rsidR="006F7457" w:rsidRPr="00332DB8" w:rsidRDefault="006F7457">
            <w:pPr>
              <w:rPr>
                <w:lang w:val="ru-RU"/>
              </w:rPr>
            </w:pPr>
          </w:p>
        </w:tc>
      </w:tr>
      <w:tr w:rsidR="006F7457" w:rsidRPr="00DD284B">
        <w:tc>
          <w:tcPr>
            <w:tcW w:w="2880" w:type="dxa"/>
          </w:tcPr>
          <w:p w:rsidR="006F7457" w:rsidRDefault="00332DB8">
            <w:r>
              <w:t>773.</w:t>
            </w:r>
          </w:p>
        </w:tc>
        <w:tc>
          <w:tcPr>
            <w:tcW w:w="2880" w:type="dxa"/>
          </w:tcPr>
          <w:p w:rsidR="006F7457" w:rsidRPr="00332DB8" w:rsidRDefault="00332DB8">
            <w:pPr>
              <w:rPr>
                <w:lang w:val="ru-RU"/>
              </w:rPr>
            </w:pPr>
            <w:r w:rsidRPr="00332DB8">
              <w:rPr>
                <w:lang w:val="ru-RU"/>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rsidR="006F7457" w:rsidRPr="00332DB8" w:rsidRDefault="006F7457">
            <w:pPr>
              <w:rPr>
                <w:lang w:val="ru-RU"/>
              </w:rPr>
            </w:pPr>
          </w:p>
        </w:tc>
      </w:tr>
      <w:tr w:rsidR="006F7457" w:rsidRPr="00DD284B">
        <w:tc>
          <w:tcPr>
            <w:tcW w:w="2880" w:type="dxa"/>
          </w:tcPr>
          <w:p w:rsidR="006F7457" w:rsidRDefault="00332DB8">
            <w:r>
              <w:t>774.</w:t>
            </w:r>
          </w:p>
        </w:tc>
        <w:tc>
          <w:tcPr>
            <w:tcW w:w="2880" w:type="dxa"/>
          </w:tcPr>
          <w:p w:rsidR="006F7457" w:rsidRPr="00332DB8" w:rsidRDefault="00332DB8">
            <w:pPr>
              <w:rPr>
                <w:lang w:val="ru-RU"/>
              </w:rPr>
            </w:pPr>
            <w:r w:rsidRPr="00332DB8">
              <w:rPr>
                <w:lang w:val="ru-RU"/>
              </w:rPr>
              <w:t>Газета «Думать по-русски» № 3 за декабрь 2007 года (решение Ленинского районного суда г. Владивостока Приморского края от 22.10.2010).</w:t>
            </w:r>
          </w:p>
        </w:tc>
        <w:tc>
          <w:tcPr>
            <w:tcW w:w="2880" w:type="dxa"/>
          </w:tcPr>
          <w:p w:rsidR="006F7457" w:rsidRPr="00332DB8" w:rsidRDefault="006F7457">
            <w:pPr>
              <w:rPr>
                <w:lang w:val="ru-RU"/>
              </w:rPr>
            </w:pPr>
          </w:p>
        </w:tc>
      </w:tr>
      <w:tr w:rsidR="006F7457" w:rsidRPr="00DD284B">
        <w:tc>
          <w:tcPr>
            <w:tcW w:w="2880" w:type="dxa"/>
          </w:tcPr>
          <w:p w:rsidR="006F7457" w:rsidRDefault="00332DB8">
            <w:r>
              <w:t>775.</w:t>
            </w:r>
          </w:p>
        </w:tc>
        <w:tc>
          <w:tcPr>
            <w:tcW w:w="2880" w:type="dxa"/>
          </w:tcPr>
          <w:p w:rsidR="006F7457" w:rsidRPr="00332DB8" w:rsidRDefault="00332DB8">
            <w:pPr>
              <w:rPr>
                <w:lang w:val="ru-RU"/>
              </w:rPr>
            </w:pPr>
            <w:r w:rsidRPr="00332DB8">
              <w:rPr>
                <w:lang w:val="ru-RU"/>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2880" w:type="dxa"/>
          </w:tcPr>
          <w:p w:rsidR="006F7457" w:rsidRPr="00332DB8" w:rsidRDefault="006F7457">
            <w:pPr>
              <w:rPr>
                <w:lang w:val="ru-RU"/>
              </w:rPr>
            </w:pPr>
          </w:p>
        </w:tc>
      </w:tr>
      <w:tr w:rsidR="006F7457" w:rsidRPr="00DD284B">
        <w:tc>
          <w:tcPr>
            <w:tcW w:w="2880" w:type="dxa"/>
          </w:tcPr>
          <w:p w:rsidR="006F7457" w:rsidRDefault="00332DB8">
            <w:r>
              <w:t>776.</w:t>
            </w:r>
          </w:p>
        </w:tc>
        <w:tc>
          <w:tcPr>
            <w:tcW w:w="2880" w:type="dxa"/>
          </w:tcPr>
          <w:p w:rsidR="006F7457" w:rsidRPr="00332DB8" w:rsidRDefault="00332DB8">
            <w:pPr>
              <w:rPr>
                <w:lang w:val="ru-RU"/>
              </w:rPr>
            </w:pPr>
            <w:r w:rsidRPr="00332DB8">
              <w:rPr>
                <w:lang w:val="ru-RU"/>
              </w:rPr>
              <w:t xml:space="preserve">Архив старой версии блога, размещенного в сети Интернет на сайте </w:t>
            </w:r>
            <w:r>
              <w:t>http</w:t>
            </w:r>
            <w:r w:rsidRPr="00332DB8">
              <w:rPr>
                <w:lang w:val="ru-RU"/>
              </w:rPr>
              <w:t>://</w:t>
            </w:r>
            <w:r>
              <w:t>iepifanz</w:t>
            </w:r>
            <w:r w:rsidRPr="00332DB8">
              <w:rPr>
                <w:lang w:val="ru-RU"/>
              </w:rPr>
              <w:t>.</w:t>
            </w:r>
            <w:r>
              <w:t>liveiournal</w:t>
            </w:r>
            <w:r w:rsidRPr="00332DB8">
              <w:rPr>
                <w:lang w:val="ru-RU"/>
              </w:rPr>
              <w:t>.</w:t>
            </w:r>
            <w:r>
              <w:t>com</w:t>
            </w:r>
            <w:r w:rsidRPr="00332DB8">
              <w:rPr>
                <w:lang w:val="ru-RU"/>
              </w:rPr>
              <w:t>/ (решение Миякинского районного суда Республики Башкортостан от 21.12.2010).</w:t>
            </w:r>
          </w:p>
        </w:tc>
        <w:tc>
          <w:tcPr>
            <w:tcW w:w="2880" w:type="dxa"/>
          </w:tcPr>
          <w:p w:rsidR="006F7457" w:rsidRPr="00332DB8" w:rsidRDefault="006F7457">
            <w:pPr>
              <w:rPr>
                <w:lang w:val="ru-RU"/>
              </w:rPr>
            </w:pPr>
          </w:p>
        </w:tc>
      </w:tr>
      <w:tr w:rsidR="006F7457" w:rsidRPr="00DD284B">
        <w:tc>
          <w:tcPr>
            <w:tcW w:w="2880" w:type="dxa"/>
          </w:tcPr>
          <w:p w:rsidR="006F7457" w:rsidRDefault="00332DB8">
            <w:r>
              <w:t>777.</w:t>
            </w:r>
          </w:p>
        </w:tc>
        <w:tc>
          <w:tcPr>
            <w:tcW w:w="2880" w:type="dxa"/>
          </w:tcPr>
          <w:p w:rsidR="006F7457" w:rsidRPr="00332DB8" w:rsidRDefault="00332DB8">
            <w:pPr>
              <w:rPr>
                <w:lang w:val="ru-RU"/>
              </w:rPr>
            </w:pPr>
            <w:r w:rsidRPr="00332DB8">
              <w:rPr>
                <w:lang w:val="ru-RU"/>
              </w:rPr>
              <w:t xml:space="preserve">Материалы, размещенные в сети Интернет по электронному адресу </w:t>
            </w:r>
            <w:r>
              <w:t>http</w:t>
            </w:r>
            <w:r w:rsidRPr="00332DB8">
              <w:rPr>
                <w:lang w:val="ru-RU"/>
              </w:rPr>
              <w:t>://</w:t>
            </w:r>
            <w:r>
              <w:t>iepifanz</w:t>
            </w:r>
            <w:r w:rsidRPr="00332DB8">
              <w:rPr>
                <w:lang w:val="ru-RU"/>
              </w:rPr>
              <w:t>.</w:t>
            </w:r>
            <w:r>
              <w:t>liveiournal</w:t>
            </w:r>
            <w:r w:rsidRPr="00332DB8">
              <w:rPr>
                <w:lang w:val="ru-RU"/>
              </w:rPr>
              <w:t>.</w:t>
            </w:r>
            <w:r>
              <w:t>com</w:t>
            </w:r>
            <w:r w:rsidRPr="00332DB8">
              <w:rPr>
                <w:lang w:val="ru-RU"/>
              </w:rPr>
              <w:t>/ (решение Миякинского районного суда Республики Башкортостан от 21.12.2010).</w:t>
            </w:r>
          </w:p>
        </w:tc>
        <w:tc>
          <w:tcPr>
            <w:tcW w:w="2880" w:type="dxa"/>
          </w:tcPr>
          <w:p w:rsidR="006F7457" w:rsidRPr="00332DB8" w:rsidRDefault="006F7457">
            <w:pPr>
              <w:rPr>
                <w:lang w:val="ru-RU"/>
              </w:rPr>
            </w:pPr>
          </w:p>
        </w:tc>
      </w:tr>
      <w:tr w:rsidR="006F7457" w:rsidRPr="00DD284B">
        <w:tc>
          <w:tcPr>
            <w:tcW w:w="2880" w:type="dxa"/>
          </w:tcPr>
          <w:p w:rsidR="006F7457" w:rsidRDefault="00332DB8">
            <w:r>
              <w:t>778.</w:t>
            </w:r>
          </w:p>
        </w:tc>
        <w:tc>
          <w:tcPr>
            <w:tcW w:w="2880" w:type="dxa"/>
          </w:tcPr>
          <w:p w:rsidR="006F7457" w:rsidRPr="00332DB8" w:rsidRDefault="00332DB8">
            <w:pPr>
              <w:rPr>
                <w:lang w:val="ru-RU"/>
              </w:rPr>
            </w:pPr>
            <w:r w:rsidRPr="00332DB8">
              <w:rPr>
                <w:lang w:val="ru-RU"/>
              </w:rPr>
              <w:t>Брошюра А.Н. Игнатьева «Пятая колонна» (решение Дзержинского районного суда г. Новосибирска от 29.10.2010).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779.</w:t>
            </w:r>
          </w:p>
        </w:tc>
        <w:tc>
          <w:tcPr>
            <w:tcW w:w="2880" w:type="dxa"/>
          </w:tcPr>
          <w:p w:rsidR="006F7457" w:rsidRPr="00332DB8" w:rsidRDefault="00332DB8">
            <w:pPr>
              <w:rPr>
                <w:lang w:val="ru-RU"/>
              </w:rPr>
            </w:pPr>
            <w:r w:rsidRPr="00332DB8">
              <w:rPr>
                <w:lang w:val="ru-RU"/>
              </w:rPr>
              <w:t>Газета «Русская Сибирь» № 64 за ноябрь 2001 года (решение Дзержинского районного суда г. Новосибирска от 29.10.2010).</w:t>
            </w:r>
          </w:p>
        </w:tc>
        <w:tc>
          <w:tcPr>
            <w:tcW w:w="2880" w:type="dxa"/>
          </w:tcPr>
          <w:p w:rsidR="006F7457" w:rsidRPr="00332DB8" w:rsidRDefault="006F7457">
            <w:pPr>
              <w:rPr>
                <w:lang w:val="ru-RU"/>
              </w:rPr>
            </w:pPr>
          </w:p>
        </w:tc>
      </w:tr>
      <w:tr w:rsidR="006F7457" w:rsidRPr="00DD284B">
        <w:tc>
          <w:tcPr>
            <w:tcW w:w="2880" w:type="dxa"/>
          </w:tcPr>
          <w:p w:rsidR="006F7457" w:rsidRDefault="00332DB8">
            <w:r>
              <w:t>780.</w:t>
            </w:r>
          </w:p>
        </w:tc>
        <w:tc>
          <w:tcPr>
            <w:tcW w:w="2880" w:type="dxa"/>
          </w:tcPr>
          <w:p w:rsidR="006F7457" w:rsidRPr="00332DB8" w:rsidRDefault="00332DB8">
            <w:pPr>
              <w:rPr>
                <w:lang w:val="ru-RU"/>
              </w:rPr>
            </w:pPr>
            <w:r w:rsidRPr="00332DB8">
              <w:rPr>
                <w:lang w:val="ru-RU"/>
              </w:rPr>
              <w:t>Листовка «РНЕ Организация русского сопротивления» (решение Дзержинского районного суда г. Новосибирска от 29.10.2010).</w:t>
            </w:r>
          </w:p>
        </w:tc>
        <w:tc>
          <w:tcPr>
            <w:tcW w:w="2880" w:type="dxa"/>
          </w:tcPr>
          <w:p w:rsidR="006F7457" w:rsidRPr="00332DB8" w:rsidRDefault="006F7457">
            <w:pPr>
              <w:rPr>
                <w:lang w:val="ru-RU"/>
              </w:rPr>
            </w:pPr>
          </w:p>
        </w:tc>
      </w:tr>
      <w:tr w:rsidR="006F7457" w:rsidRPr="00DD284B">
        <w:tc>
          <w:tcPr>
            <w:tcW w:w="2880" w:type="dxa"/>
          </w:tcPr>
          <w:p w:rsidR="006F7457" w:rsidRDefault="00332DB8">
            <w:r>
              <w:t>781.</w:t>
            </w:r>
          </w:p>
        </w:tc>
        <w:tc>
          <w:tcPr>
            <w:tcW w:w="2880" w:type="dxa"/>
          </w:tcPr>
          <w:p w:rsidR="006F7457" w:rsidRPr="00332DB8" w:rsidRDefault="00332DB8">
            <w:pPr>
              <w:rPr>
                <w:lang w:val="ru-RU"/>
              </w:rPr>
            </w:pPr>
            <w:r w:rsidRPr="00332DB8">
              <w:rPr>
                <w:lang w:val="ru-RU"/>
              </w:rPr>
              <w:t>Листовка «Деосинизация» (России) (решение Дзержинского районного суда г. Новосибирска от 29.10.2010).</w:t>
            </w:r>
          </w:p>
        </w:tc>
        <w:tc>
          <w:tcPr>
            <w:tcW w:w="2880" w:type="dxa"/>
          </w:tcPr>
          <w:p w:rsidR="006F7457" w:rsidRPr="00332DB8" w:rsidRDefault="006F7457">
            <w:pPr>
              <w:rPr>
                <w:lang w:val="ru-RU"/>
              </w:rPr>
            </w:pPr>
          </w:p>
        </w:tc>
      </w:tr>
      <w:tr w:rsidR="006F7457" w:rsidRPr="00DD284B">
        <w:tc>
          <w:tcPr>
            <w:tcW w:w="2880" w:type="dxa"/>
          </w:tcPr>
          <w:p w:rsidR="006F7457" w:rsidRDefault="00332DB8">
            <w:r>
              <w:t>782.</w:t>
            </w:r>
          </w:p>
        </w:tc>
        <w:tc>
          <w:tcPr>
            <w:tcW w:w="2880" w:type="dxa"/>
          </w:tcPr>
          <w:p w:rsidR="006F7457" w:rsidRPr="00332DB8" w:rsidRDefault="00332DB8">
            <w:pPr>
              <w:rPr>
                <w:lang w:val="ru-RU"/>
              </w:rPr>
            </w:pPr>
            <w:r w:rsidRPr="00332DB8">
              <w:rPr>
                <w:lang w:val="ru-RU"/>
              </w:rPr>
              <w:t>Статья под заголовком «</w:t>
            </w:r>
            <w:r>
              <w:t>Welkome</w:t>
            </w:r>
            <w:r w:rsidRPr="00332DB8">
              <w:rPr>
                <w:lang w:val="ru-RU"/>
              </w:rPr>
              <w:t>,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2880" w:type="dxa"/>
          </w:tcPr>
          <w:p w:rsidR="006F7457" w:rsidRPr="00332DB8" w:rsidRDefault="006F7457">
            <w:pPr>
              <w:rPr>
                <w:lang w:val="ru-RU"/>
              </w:rPr>
            </w:pPr>
          </w:p>
        </w:tc>
      </w:tr>
      <w:tr w:rsidR="006F7457" w:rsidRPr="00DD284B">
        <w:tc>
          <w:tcPr>
            <w:tcW w:w="2880" w:type="dxa"/>
          </w:tcPr>
          <w:p w:rsidR="006F7457" w:rsidRDefault="00332DB8">
            <w:r>
              <w:t>783.</w:t>
            </w:r>
          </w:p>
        </w:tc>
        <w:tc>
          <w:tcPr>
            <w:tcW w:w="2880" w:type="dxa"/>
          </w:tcPr>
          <w:p w:rsidR="006F7457" w:rsidRPr="00332DB8" w:rsidRDefault="00332DB8">
            <w:pPr>
              <w:rPr>
                <w:lang w:val="ru-RU"/>
              </w:rPr>
            </w:pPr>
            <w:r w:rsidRPr="00332DB8">
              <w:rPr>
                <w:lang w:val="ru-RU"/>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2880" w:type="dxa"/>
          </w:tcPr>
          <w:p w:rsidR="006F7457" w:rsidRPr="00332DB8" w:rsidRDefault="006F7457">
            <w:pPr>
              <w:rPr>
                <w:lang w:val="ru-RU"/>
              </w:rPr>
            </w:pPr>
          </w:p>
        </w:tc>
      </w:tr>
      <w:tr w:rsidR="006F7457" w:rsidRPr="00DD284B">
        <w:tc>
          <w:tcPr>
            <w:tcW w:w="2880" w:type="dxa"/>
          </w:tcPr>
          <w:p w:rsidR="006F7457" w:rsidRDefault="00332DB8">
            <w:r>
              <w:t>784.</w:t>
            </w:r>
          </w:p>
        </w:tc>
        <w:tc>
          <w:tcPr>
            <w:tcW w:w="2880" w:type="dxa"/>
          </w:tcPr>
          <w:p w:rsidR="006F7457" w:rsidRPr="00332DB8" w:rsidRDefault="00332DB8">
            <w:pPr>
              <w:rPr>
                <w:lang w:val="ru-RU"/>
              </w:rPr>
            </w:pPr>
            <w:r w:rsidRPr="00332DB8">
              <w:rPr>
                <w:lang w:val="ru-RU"/>
              </w:rPr>
              <w:t xml:space="preserve">Интернет-сайт </w:t>
            </w:r>
            <w:r>
              <w:t>http</w:t>
            </w:r>
            <w:r w:rsidRPr="00332DB8">
              <w:rPr>
                <w:lang w:val="ru-RU"/>
              </w:rPr>
              <w:t>:/</w:t>
            </w:r>
            <w:r>
              <w:t>www</w:t>
            </w:r>
            <w:r w:rsidRPr="00332DB8">
              <w:rPr>
                <w:lang w:val="ru-RU"/>
              </w:rPr>
              <w:t>.</w:t>
            </w:r>
            <w:r>
              <w:t>ichkeria</w:t>
            </w:r>
            <w:r w:rsidRPr="00332DB8">
              <w:rPr>
                <w:lang w:val="ru-RU"/>
              </w:rPr>
              <w:t>.</w:t>
            </w:r>
            <w:r>
              <w:t>info</w:t>
            </w:r>
            <w:r w:rsidRPr="00332DB8">
              <w:rPr>
                <w:lang w:val="ru-RU"/>
              </w:rPr>
              <w:t xml:space="preserve"> (решение Засвияжского районного суда г.Ульяновска от 19.01.2011).</w:t>
            </w:r>
          </w:p>
        </w:tc>
        <w:tc>
          <w:tcPr>
            <w:tcW w:w="2880" w:type="dxa"/>
          </w:tcPr>
          <w:p w:rsidR="006F7457" w:rsidRPr="00332DB8" w:rsidRDefault="006F7457">
            <w:pPr>
              <w:rPr>
                <w:lang w:val="ru-RU"/>
              </w:rPr>
            </w:pPr>
          </w:p>
        </w:tc>
      </w:tr>
      <w:tr w:rsidR="006F7457" w:rsidRPr="00DD284B">
        <w:tc>
          <w:tcPr>
            <w:tcW w:w="2880" w:type="dxa"/>
          </w:tcPr>
          <w:p w:rsidR="006F7457" w:rsidRDefault="00332DB8">
            <w:r>
              <w:t>78</w:t>
            </w:r>
            <w:r>
              <w:lastRenderedPageBreak/>
              <w:t>5.</w:t>
            </w:r>
          </w:p>
        </w:tc>
        <w:tc>
          <w:tcPr>
            <w:tcW w:w="2880" w:type="dxa"/>
          </w:tcPr>
          <w:p w:rsidR="006F7457" w:rsidRPr="00332DB8" w:rsidRDefault="00332DB8">
            <w:pPr>
              <w:rPr>
                <w:lang w:val="ru-RU"/>
              </w:rPr>
            </w:pPr>
            <w:r w:rsidRPr="00332DB8">
              <w:rPr>
                <w:lang w:val="ru-RU"/>
              </w:rPr>
              <w:lastRenderedPageBreak/>
              <w:t>Музыкальное произведение «Радикальный голос» группы «Коловрат» (решение Дорогомиловского районного суда г. Москвы от 13.09.2010).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786.</w:t>
            </w:r>
          </w:p>
        </w:tc>
        <w:tc>
          <w:tcPr>
            <w:tcW w:w="2880" w:type="dxa"/>
          </w:tcPr>
          <w:p w:rsidR="006F7457" w:rsidRPr="00332DB8" w:rsidRDefault="00332DB8">
            <w:pPr>
              <w:rPr>
                <w:lang w:val="ru-RU"/>
              </w:rPr>
            </w:pPr>
            <w:r w:rsidRPr="00332DB8">
              <w:rPr>
                <w:lang w:val="ru-RU"/>
              </w:rPr>
              <w:t>Музыкальное произведение «Львы и шакалы» группы «Коловрат» (решение Дорогомиловского районного суда г. Москвы от 13.09.2010).</w:t>
            </w:r>
          </w:p>
        </w:tc>
        <w:tc>
          <w:tcPr>
            <w:tcW w:w="2880" w:type="dxa"/>
          </w:tcPr>
          <w:p w:rsidR="006F7457" w:rsidRPr="00332DB8" w:rsidRDefault="006F7457">
            <w:pPr>
              <w:rPr>
                <w:lang w:val="ru-RU"/>
              </w:rPr>
            </w:pPr>
          </w:p>
        </w:tc>
      </w:tr>
      <w:tr w:rsidR="006F7457" w:rsidRPr="00DD284B">
        <w:tc>
          <w:tcPr>
            <w:tcW w:w="2880" w:type="dxa"/>
          </w:tcPr>
          <w:p w:rsidR="006F7457" w:rsidRDefault="00332DB8">
            <w:r>
              <w:t>787.</w:t>
            </w:r>
          </w:p>
        </w:tc>
        <w:tc>
          <w:tcPr>
            <w:tcW w:w="2880" w:type="dxa"/>
          </w:tcPr>
          <w:p w:rsidR="006F7457" w:rsidRPr="00332DB8" w:rsidRDefault="00332DB8">
            <w:pPr>
              <w:rPr>
                <w:lang w:val="ru-RU"/>
              </w:rPr>
            </w:pPr>
            <w:r w:rsidRPr="00332DB8">
              <w:rPr>
                <w:lang w:val="ru-RU"/>
              </w:rPr>
              <w:t>Музыкальное произведение «Политические солдаты» группы «Коловрат» (решение Дорогомиловского районного суда г. Москвы от 13.09.2010).</w:t>
            </w:r>
          </w:p>
        </w:tc>
        <w:tc>
          <w:tcPr>
            <w:tcW w:w="2880" w:type="dxa"/>
          </w:tcPr>
          <w:p w:rsidR="006F7457" w:rsidRPr="00332DB8" w:rsidRDefault="006F7457">
            <w:pPr>
              <w:rPr>
                <w:lang w:val="ru-RU"/>
              </w:rPr>
            </w:pPr>
          </w:p>
        </w:tc>
      </w:tr>
      <w:tr w:rsidR="006F7457" w:rsidRPr="00DD284B">
        <w:tc>
          <w:tcPr>
            <w:tcW w:w="2880" w:type="dxa"/>
          </w:tcPr>
          <w:p w:rsidR="006F7457" w:rsidRDefault="00332DB8">
            <w:r>
              <w:t>788.</w:t>
            </w:r>
          </w:p>
        </w:tc>
        <w:tc>
          <w:tcPr>
            <w:tcW w:w="2880" w:type="dxa"/>
          </w:tcPr>
          <w:p w:rsidR="006F7457" w:rsidRPr="00332DB8" w:rsidRDefault="00332DB8">
            <w:pPr>
              <w:rPr>
                <w:lang w:val="ru-RU"/>
              </w:rPr>
            </w:pPr>
            <w:r w:rsidRPr="00332DB8">
              <w:rPr>
                <w:lang w:val="ru-RU"/>
              </w:rPr>
              <w:t>Музыкальное произведение «Славянский дух» группы «Коловрат» (решение Дорогомиловского районного суда г. Москвы от 13.09.2010).</w:t>
            </w:r>
          </w:p>
        </w:tc>
        <w:tc>
          <w:tcPr>
            <w:tcW w:w="2880" w:type="dxa"/>
          </w:tcPr>
          <w:p w:rsidR="006F7457" w:rsidRPr="00332DB8" w:rsidRDefault="006F7457">
            <w:pPr>
              <w:rPr>
                <w:lang w:val="ru-RU"/>
              </w:rPr>
            </w:pPr>
          </w:p>
        </w:tc>
      </w:tr>
      <w:tr w:rsidR="006F7457" w:rsidRPr="00DD284B">
        <w:tc>
          <w:tcPr>
            <w:tcW w:w="2880" w:type="dxa"/>
          </w:tcPr>
          <w:p w:rsidR="006F7457" w:rsidRDefault="00332DB8">
            <w:r>
              <w:t>789.</w:t>
            </w:r>
          </w:p>
        </w:tc>
        <w:tc>
          <w:tcPr>
            <w:tcW w:w="2880" w:type="dxa"/>
          </w:tcPr>
          <w:p w:rsidR="006F7457" w:rsidRPr="00332DB8" w:rsidRDefault="00332DB8">
            <w:pPr>
              <w:rPr>
                <w:lang w:val="ru-RU"/>
              </w:rPr>
            </w:pPr>
            <w:r w:rsidRPr="00332DB8">
              <w:rPr>
                <w:lang w:val="ru-RU"/>
              </w:rPr>
              <w:t>Музыкальное произведение «Демократия свинца» группы «Коловрат» (решение Дорогомиловского районного суда г. Москвы от 13.09.2010).</w:t>
            </w:r>
          </w:p>
        </w:tc>
        <w:tc>
          <w:tcPr>
            <w:tcW w:w="2880" w:type="dxa"/>
          </w:tcPr>
          <w:p w:rsidR="006F7457" w:rsidRPr="00332DB8" w:rsidRDefault="006F7457">
            <w:pPr>
              <w:rPr>
                <w:lang w:val="ru-RU"/>
              </w:rPr>
            </w:pPr>
          </w:p>
        </w:tc>
      </w:tr>
      <w:tr w:rsidR="006F7457" w:rsidRPr="00DD284B">
        <w:tc>
          <w:tcPr>
            <w:tcW w:w="2880" w:type="dxa"/>
          </w:tcPr>
          <w:p w:rsidR="006F7457" w:rsidRDefault="00332DB8">
            <w:r>
              <w:t>790.</w:t>
            </w:r>
          </w:p>
        </w:tc>
        <w:tc>
          <w:tcPr>
            <w:tcW w:w="2880" w:type="dxa"/>
          </w:tcPr>
          <w:p w:rsidR="006F7457" w:rsidRPr="00332DB8" w:rsidRDefault="00332DB8">
            <w:pPr>
              <w:rPr>
                <w:lang w:val="ru-RU"/>
              </w:rPr>
            </w:pPr>
            <w:r w:rsidRPr="00332DB8">
              <w:rPr>
                <w:lang w:val="ru-RU"/>
              </w:rPr>
              <w:t>Музыкальное произведение «Стражи Отчизны» группы «Коловрат» (решение Дорогомиловского районного суда г. Москвы от 13.09.2010).</w:t>
            </w:r>
          </w:p>
        </w:tc>
        <w:tc>
          <w:tcPr>
            <w:tcW w:w="2880" w:type="dxa"/>
          </w:tcPr>
          <w:p w:rsidR="006F7457" w:rsidRPr="00332DB8" w:rsidRDefault="006F7457">
            <w:pPr>
              <w:rPr>
                <w:lang w:val="ru-RU"/>
              </w:rPr>
            </w:pPr>
          </w:p>
        </w:tc>
      </w:tr>
      <w:tr w:rsidR="006F7457" w:rsidRPr="00DD284B">
        <w:tc>
          <w:tcPr>
            <w:tcW w:w="2880" w:type="dxa"/>
          </w:tcPr>
          <w:p w:rsidR="006F7457" w:rsidRDefault="00332DB8">
            <w:r>
              <w:t>791.</w:t>
            </w:r>
          </w:p>
        </w:tc>
        <w:tc>
          <w:tcPr>
            <w:tcW w:w="2880" w:type="dxa"/>
          </w:tcPr>
          <w:p w:rsidR="006F7457" w:rsidRPr="00332DB8" w:rsidRDefault="00332DB8">
            <w:pPr>
              <w:rPr>
                <w:lang w:val="ru-RU"/>
              </w:rPr>
            </w:pPr>
            <w:r w:rsidRPr="00332DB8">
              <w:rPr>
                <w:lang w:val="ru-RU"/>
              </w:rPr>
              <w:t>Музыкальное произведение «Клич нордической крови» группы «Коловрат» (решение Дорогомиловского районного суда г. Москвы от 13.09.2010).</w:t>
            </w:r>
          </w:p>
        </w:tc>
        <w:tc>
          <w:tcPr>
            <w:tcW w:w="2880" w:type="dxa"/>
          </w:tcPr>
          <w:p w:rsidR="006F7457" w:rsidRPr="00332DB8" w:rsidRDefault="006F7457">
            <w:pPr>
              <w:rPr>
                <w:lang w:val="ru-RU"/>
              </w:rPr>
            </w:pPr>
          </w:p>
        </w:tc>
      </w:tr>
      <w:tr w:rsidR="006F7457" w:rsidRPr="00DD284B">
        <w:tc>
          <w:tcPr>
            <w:tcW w:w="2880" w:type="dxa"/>
          </w:tcPr>
          <w:p w:rsidR="006F7457" w:rsidRDefault="00332DB8">
            <w:r>
              <w:t>79</w:t>
            </w:r>
            <w:r>
              <w:lastRenderedPageBreak/>
              <w:t>2.</w:t>
            </w:r>
          </w:p>
        </w:tc>
        <w:tc>
          <w:tcPr>
            <w:tcW w:w="2880" w:type="dxa"/>
          </w:tcPr>
          <w:p w:rsidR="006F7457" w:rsidRPr="00332DB8" w:rsidRDefault="00332DB8">
            <w:pPr>
              <w:rPr>
                <w:lang w:val="ru-RU"/>
              </w:rPr>
            </w:pPr>
            <w:r w:rsidRPr="00332DB8">
              <w:rPr>
                <w:lang w:val="ru-RU"/>
              </w:rPr>
              <w:lastRenderedPageBreak/>
              <w:t xml:space="preserve">Музыкальное произведение «Полицейское государство» группы «Коловрат» (решение Дорогомиловского </w:t>
            </w:r>
            <w:r w:rsidRPr="00332DB8">
              <w:rPr>
                <w:lang w:val="ru-RU"/>
              </w:rPr>
              <w:lastRenderedPageBreak/>
              <w:t>районного суда г. Москвы от 13.09.2010).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793.</w:t>
            </w:r>
          </w:p>
        </w:tc>
        <w:tc>
          <w:tcPr>
            <w:tcW w:w="2880" w:type="dxa"/>
          </w:tcPr>
          <w:p w:rsidR="006F7457" w:rsidRPr="00332DB8" w:rsidRDefault="00332DB8">
            <w:pPr>
              <w:rPr>
                <w:lang w:val="ru-RU"/>
              </w:rPr>
            </w:pPr>
            <w:r w:rsidRPr="00332DB8">
              <w:rPr>
                <w:lang w:val="ru-RU"/>
              </w:rPr>
              <w:t>Музыкальное произведение «Знак судьбы» группы «Коловрат» (решение Дорогомиловского районного суда г. Москвы от 13.09.2010).</w:t>
            </w:r>
          </w:p>
        </w:tc>
        <w:tc>
          <w:tcPr>
            <w:tcW w:w="2880" w:type="dxa"/>
          </w:tcPr>
          <w:p w:rsidR="006F7457" w:rsidRPr="00332DB8" w:rsidRDefault="006F7457">
            <w:pPr>
              <w:rPr>
                <w:lang w:val="ru-RU"/>
              </w:rPr>
            </w:pPr>
          </w:p>
        </w:tc>
      </w:tr>
      <w:tr w:rsidR="006F7457" w:rsidRPr="00DD284B">
        <w:tc>
          <w:tcPr>
            <w:tcW w:w="2880" w:type="dxa"/>
          </w:tcPr>
          <w:p w:rsidR="006F7457" w:rsidRDefault="00332DB8">
            <w:r>
              <w:t>794.</w:t>
            </w:r>
          </w:p>
        </w:tc>
        <w:tc>
          <w:tcPr>
            <w:tcW w:w="2880" w:type="dxa"/>
          </w:tcPr>
          <w:p w:rsidR="006F7457" w:rsidRPr="00332DB8" w:rsidRDefault="00332DB8">
            <w:pPr>
              <w:rPr>
                <w:lang w:val="ru-RU"/>
              </w:rPr>
            </w:pPr>
            <w:r w:rsidRPr="00332DB8">
              <w:rPr>
                <w:lang w:val="ru-RU"/>
              </w:rPr>
              <w:t>Музыкальное произведение «Каскадеры» группы «Коловрат» (решение Дорогомиловского районного суда г. Москвы от 13.09.2010).</w:t>
            </w:r>
          </w:p>
        </w:tc>
        <w:tc>
          <w:tcPr>
            <w:tcW w:w="2880" w:type="dxa"/>
          </w:tcPr>
          <w:p w:rsidR="006F7457" w:rsidRPr="00332DB8" w:rsidRDefault="006F7457">
            <w:pPr>
              <w:rPr>
                <w:lang w:val="ru-RU"/>
              </w:rPr>
            </w:pPr>
          </w:p>
        </w:tc>
      </w:tr>
      <w:tr w:rsidR="006F7457" w:rsidRPr="00DD284B">
        <w:tc>
          <w:tcPr>
            <w:tcW w:w="2880" w:type="dxa"/>
          </w:tcPr>
          <w:p w:rsidR="006F7457" w:rsidRDefault="00332DB8">
            <w:r>
              <w:t>795.</w:t>
            </w:r>
          </w:p>
        </w:tc>
        <w:tc>
          <w:tcPr>
            <w:tcW w:w="2880" w:type="dxa"/>
          </w:tcPr>
          <w:p w:rsidR="006F7457" w:rsidRPr="00332DB8" w:rsidRDefault="00332DB8">
            <w:pPr>
              <w:rPr>
                <w:lang w:val="ru-RU"/>
              </w:rPr>
            </w:pPr>
            <w:r w:rsidRPr="00332DB8">
              <w:rPr>
                <w:lang w:val="ru-RU"/>
              </w:rPr>
              <w:t>Книга «Геббельс Йозеф. Дневники 1945 года. Последние записи» (решение Миякинского районного суда Республики Башкортостан от 13.01.2011)</w:t>
            </w:r>
          </w:p>
        </w:tc>
        <w:tc>
          <w:tcPr>
            <w:tcW w:w="2880" w:type="dxa"/>
          </w:tcPr>
          <w:p w:rsidR="006F7457" w:rsidRPr="00332DB8" w:rsidRDefault="006F7457">
            <w:pPr>
              <w:rPr>
                <w:lang w:val="ru-RU"/>
              </w:rPr>
            </w:pPr>
          </w:p>
        </w:tc>
      </w:tr>
      <w:tr w:rsidR="006F7457" w:rsidRPr="00DD284B">
        <w:tc>
          <w:tcPr>
            <w:tcW w:w="2880" w:type="dxa"/>
          </w:tcPr>
          <w:p w:rsidR="006F7457" w:rsidRDefault="00332DB8">
            <w:r>
              <w:t>796.</w:t>
            </w:r>
          </w:p>
        </w:tc>
        <w:tc>
          <w:tcPr>
            <w:tcW w:w="2880" w:type="dxa"/>
          </w:tcPr>
          <w:p w:rsidR="006F7457" w:rsidRPr="00332DB8" w:rsidRDefault="00332DB8">
            <w:pPr>
              <w:rPr>
                <w:lang w:val="ru-RU"/>
              </w:rPr>
            </w:pPr>
            <w:r w:rsidRPr="00332DB8">
              <w:rPr>
                <w:lang w:val="ru-RU"/>
              </w:rPr>
              <w:t xml:space="preserve">Аудиовизуальное издание </w:t>
            </w:r>
            <w:r>
              <w:t>CD</w:t>
            </w:r>
            <w:r w:rsidRPr="00332DB8">
              <w:rPr>
                <w:lang w:val="ru-RU"/>
              </w:rPr>
              <w:t>-диск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2880" w:type="dxa"/>
          </w:tcPr>
          <w:p w:rsidR="006F7457" w:rsidRPr="00332DB8" w:rsidRDefault="006F7457">
            <w:pPr>
              <w:rPr>
                <w:lang w:val="ru-RU"/>
              </w:rPr>
            </w:pPr>
          </w:p>
        </w:tc>
      </w:tr>
      <w:tr w:rsidR="006F7457" w:rsidRPr="00DD284B">
        <w:tc>
          <w:tcPr>
            <w:tcW w:w="2880" w:type="dxa"/>
          </w:tcPr>
          <w:p w:rsidR="006F7457" w:rsidRDefault="00332DB8">
            <w:r>
              <w:t>797.</w:t>
            </w:r>
          </w:p>
        </w:tc>
        <w:tc>
          <w:tcPr>
            <w:tcW w:w="2880" w:type="dxa"/>
          </w:tcPr>
          <w:p w:rsidR="006F7457" w:rsidRPr="00332DB8" w:rsidRDefault="00332DB8">
            <w:pPr>
              <w:rPr>
                <w:lang w:val="ru-RU"/>
              </w:rPr>
            </w:pPr>
            <w:r w:rsidRPr="00332DB8">
              <w:rPr>
                <w:lang w:val="ru-RU"/>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rsidR="006F7457" w:rsidRPr="00332DB8" w:rsidRDefault="006F7457">
            <w:pPr>
              <w:rPr>
                <w:lang w:val="ru-RU"/>
              </w:rPr>
            </w:pPr>
          </w:p>
        </w:tc>
      </w:tr>
      <w:tr w:rsidR="006F7457" w:rsidRPr="00DD284B">
        <w:tc>
          <w:tcPr>
            <w:tcW w:w="2880" w:type="dxa"/>
          </w:tcPr>
          <w:p w:rsidR="006F7457" w:rsidRDefault="00332DB8">
            <w:r>
              <w:t>798.</w:t>
            </w:r>
          </w:p>
        </w:tc>
        <w:tc>
          <w:tcPr>
            <w:tcW w:w="2880" w:type="dxa"/>
          </w:tcPr>
          <w:p w:rsidR="006F7457" w:rsidRPr="00332DB8" w:rsidRDefault="00332DB8">
            <w:pPr>
              <w:rPr>
                <w:lang w:val="ru-RU"/>
              </w:rPr>
            </w:pPr>
            <w:r w:rsidRPr="00332DB8">
              <w:rPr>
                <w:lang w:val="ru-RU"/>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799.</w:t>
            </w:r>
          </w:p>
        </w:tc>
        <w:tc>
          <w:tcPr>
            <w:tcW w:w="2880" w:type="dxa"/>
          </w:tcPr>
          <w:p w:rsidR="006F7457" w:rsidRPr="00332DB8" w:rsidRDefault="00332DB8">
            <w:pPr>
              <w:rPr>
                <w:lang w:val="ru-RU"/>
              </w:rPr>
            </w:pPr>
            <w:r w:rsidRPr="00332DB8">
              <w:rPr>
                <w:lang w:val="ru-RU"/>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rsidR="006F7457" w:rsidRPr="00332DB8" w:rsidRDefault="006F7457">
            <w:pPr>
              <w:rPr>
                <w:lang w:val="ru-RU"/>
              </w:rPr>
            </w:pPr>
          </w:p>
        </w:tc>
      </w:tr>
      <w:tr w:rsidR="006F7457" w:rsidRPr="00DD284B">
        <w:tc>
          <w:tcPr>
            <w:tcW w:w="2880" w:type="dxa"/>
          </w:tcPr>
          <w:p w:rsidR="006F7457" w:rsidRDefault="00332DB8">
            <w:r>
              <w:t>800.</w:t>
            </w:r>
          </w:p>
        </w:tc>
        <w:tc>
          <w:tcPr>
            <w:tcW w:w="2880" w:type="dxa"/>
          </w:tcPr>
          <w:p w:rsidR="006F7457" w:rsidRPr="00332DB8" w:rsidRDefault="00332DB8">
            <w:pPr>
              <w:rPr>
                <w:lang w:val="ru-RU"/>
              </w:rPr>
            </w:pPr>
            <w:r w:rsidRPr="00332DB8">
              <w:rPr>
                <w:lang w:val="ru-RU"/>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rsidR="006F7457" w:rsidRPr="00332DB8" w:rsidRDefault="006F7457">
            <w:pPr>
              <w:rPr>
                <w:lang w:val="ru-RU"/>
              </w:rPr>
            </w:pPr>
          </w:p>
        </w:tc>
      </w:tr>
      <w:tr w:rsidR="006F7457" w:rsidRPr="00DD284B">
        <w:tc>
          <w:tcPr>
            <w:tcW w:w="2880" w:type="dxa"/>
          </w:tcPr>
          <w:p w:rsidR="006F7457" w:rsidRDefault="00332DB8">
            <w:r>
              <w:t>801.</w:t>
            </w:r>
          </w:p>
        </w:tc>
        <w:tc>
          <w:tcPr>
            <w:tcW w:w="2880" w:type="dxa"/>
          </w:tcPr>
          <w:p w:rsidR="006F7457" w:rsidRPr="00332DB8" w:rsidRDefault="00332DB8">
            <w:pPr>
              <w:rPr>
                <w:lang w:val="ru-RU"/>
              </w:rPr>
            </w:pPr>
            <w:r w:rsidRPr="00332DB8">
              <w:rPr>
                <w:lang w:val="ru-RU"/>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2880" w:type="dxa"/>
          </w:tcPr>
          <w:p w:rsidR="006F7457" w:rsidRPr="00332DB8" w:rsidRDefault="006F7457">
            <w:pPr>
              <w:rPr>
                <w:lang w:val="ru-RU"/>
              </w:rPr>
            </w:pPr>
          </w:p>
        </w:tc>
      </w:tr>
      <w:tr w:rsidR="006F7457" w:rsidRPr="00DD284B">
        <w:tc>
          <w:tcPr>
            <w:tcW w:w="2880" w:type="dxa"/>
          </w:tcPr>
          <w:p w:rsidR="006F7457" w:rsidRDefault="00332DB8">
            <w:r>
              <w:t>802.</w:t>
            </w:r>
          </w:p>
        </w:tc>
        <w:tc>
          <w:tcPr>
            <w:tcW w:w="2880" w:type="dxa"/>
          </w:tcPr>
          <w:p w:rsidR="006F7457" w:rsidRPr="00332DB8" w:rsidRDefault="00332DB8">
            <w:pPr>
              <w:rPr>
                <w:lang w:val="ru-RU"/>
              </w:rPr>
            </w:pPr>
            <w:r w:rsidRPr="00332DB8">
              <w:rPr>
                <w:lang w:val="ru-RU"/>
              </w:rPr>
              <w:t>Видеоролик «Кавказцы в России» (решение Воркутинского городского суда Республики Коми от 20.01.2011).</w:t>
            </w:r>
          </w:p>
        </w:tc>
        <w:tc>
          <w:tcPr>
            <w:tcW w:w="2880" w:type="dxa"/>
          </w:tcPr>
          <w:p w:rsidR="006F7457" w:rsidRPr="00332DB8" w:rsidRDefault="006F7457">
            <w:pPr>
              <w:rPr>
                <w:lang w:val="ru-RU"/>
              </w:rPr>
            </w:pPr>
          </w:p>
        </w:tc>
      </w:tr>
      <w:tr w:rsidR="006F7457" w:rsidRPr="00DD284B">
        <w:tc>
          <w:tcPr>
            <w:tcW w:w="2880" w:type="dxa"/>
          </w:tcPr>
          <w:p w:rsidR="006F7457" w:rsidRDefault="00332DB8">
            <w:r>
              <w:t>803.</w:t>
            </w:r>
          </w:p>
        </w:tc>
        <w:tc>
          <w:tcPr>
            <w:tcW w:w="2880" w:type="dxa"/>
          </w:tcPr>
          <w:p w:rsidR="006F7457" w:rsidRPr="00332DB8" w:rsidRDefault="00332DB8">
            <w:pPr>
              <w:rPr>
                <w:lang w:val="ru-RU"/>
              </w:rPr>
            </w:pPr>
            <w:r w:rsidRPr="00332DB8">
              <w:rPr>
                <w:lang w:val="ru-RU"/>
              </w:rPr>
              <w:t>Видеоролик «анти фа...» (решение Воркутинского городского суда Республики Коми от 20.01.2011).</w:t>
            </w:r>
          </w:p>
        </w:tc>
        <w:tc>
          <w:tcPr>
            <w:tcW w:w="2880" w:type="dxa"/>
          </w:tcPr>
          <w:p w:rsidR="006F7457" w:rsidRPr="00332DB8" w:rsidRDefault="006F7457">
            <w:pPr>
              <w:rPr>
                <w:lang w:val="ru-RU"/>
              </w:rPr>
            </w:pPr>
          </w:p>
        </w:tc>
      </w:tr>
      <w:tr w:rsidR="006F7457" w:rsidRPr="00DD284B">
        <w:tc>
          <w:tcPr>
            <w:tcW w:w="2880" w:type="dxa"/>
          </w:tcPr>
          <w:p w:rsidR="006F7457" w:rsidRDefault="00332DB8">
            <w:r>
              <w:t>804.</w:t>
            </w:r>
          </w:p>
        </w:tc>
        <w:tc>
          <w:tcPr>
            <w:tcW w:w="2880" w:type="dxa"/>
          </w:tcPr>
          <w:p w:rsidR="006F7457" w:rsidRPr="00332DB8" w:rsidRDefault="00332DB8">
            <w:pPr>
              <w:rPr>
                <w:lang w:val="ru-RU"/>
              </w:rPr>
            </w:pPr>
            <w:r w:rsidRPr="00332DB8">
              <w:rPr>
                <w:lang w:val="ru-RU"/>
              </w:rPr>
              <w:t>Аудиофайл «Антифа-Лезгинка» (решение Воркутинского городского суда Республики Коми от 20.01.2011).</w:t>
            </w:r>
          </w:p>
        </w:tc>
        <w:tc>
          <w:tcPr>
            <w:tcW w:w="2880" w:type="dxa"/>
          </w:tcPr>
          <w:p w:rsidR="006F7457" w:rsidRPr="00332DB8" w:rsidRDefault="006F7457">
            <w:pPr>
              <w:rPr>
                <w:lang w:val="ru-RU"/>
              </w:rPr>
            </w:pPr>
          </w:p>
        </w:tc>
      </w:tr>
      <w:tr w:rsidR="006F7457" w:rsidRPr="00DD284B">
        <w:tc>
          <w:tcPr>
            <w:tcW w:w="2880" w:type="dxa"/>
          </w:tcPr>
          <w:p w:rsidR="006F7457" w:rsidRDefault="00332DB8">
            <w:r>
              <w:t>805.</w:t>
            </w:r>
          </w:p>
        </w:tc>
        <w:tc>
          <w:tcPr>
            <w:tcW w:w="2880" w:type="dxa"/>
          </w:tcPr>
          <w:p w:rsidR="006F7457" w:rsidRPr="00332DB8" w:rsidRDefault="00332DB8">
            <w:pPr>
              <w:rPr>
                <w:lang w:val="ru-RU"/>
              </w:rPr>
            </w:pPr>
            <w:r w:rsidRPr="00332DB8">
              <w:rPr>
                <w:lang w:val="ru-RU"/>
              </w:rPr>
              <w:t>Музыкальное произведение «Убей мента» группы «Психея»» (решение Дорогомиловского районного суда г. Москвы от 13.09.2010).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806.</w:t>
            </w:r>
          </w:p>
        </w:tc>
        <w:tc>
          <w:tcPr>
            <w:tcW w:w="2880" w:type="dxa"/>
          </w:tcPr>
          <w:p w:rsidR="006F7457" w:rsidRPr="00332DB8" w:rsidRDefault="00332DB8">
            <w:pPr>
              <w:rPr>
                <w:lang w:val="ru-RU"/>
              </w:rPr>
            </w:pPr>
            <w:r w:rsidRPr="00332DB8">
              <w:rPr>
                <w:lang w:val="ru-RU"/>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2880" w:type="dxa"/>
          </w:tcPr>
          <w:p w:rsidR="006F7457" w:rsidRPr="00332DB8" w:rsidRDefault="006F7457">
            <w:pPr>
              <w:rPr>
                <w:lang w:val="ru-RU"/>
              </w:rPr>
            </w:pPr>
          </w:p>
        </w:tc>
      </w:tr>
      <w:tr w:rsidR="006F7457">
        <w:tc>
          <w:tcPr>
            <w:tcW w:w="2880" w:type="dxa"/>
          </w:tcPr>
          <w:p w:rsidR="006F7457" w:rsidRDefault="00332DB8">
            <w:r>
              <w:t>807.</w:t>
            </w:r>
          </w:p>
        </w:tc>
        <w:tc>
          <w:tcPr>
            <w:tcW w:w="2880" w:type="dxa"/>
          </w:tcPr>
          <w:p w:rsidR="006F7457" w:rsidRDefault="00332DB8">
            <w:r w:rsidRPr="00332DB8">
              <w:rPr>
                <w:lang w:val="ru-RU"/>
              </w:rPr>
              <w:t xml:space="preserve">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w:t>
            </w:r>
            <w:r>
              <w:t>(решение Ново-Савиновского районного суда г. Казани от 02.09.2010).</w:t>
            </w:r>
          </w:p>
        </w:tc>
        <w:tc>
          <w:tcPr>
            <w:tcW w:w="2880" w:type="dxa"/>
          </w:tcPr>
          <w:p w:rsidR="006F7457" w:rsidRDefault="006F7457"/>
        </w:tc>
      </w:tr>
      <w:tr w:rsidR="006F7457" w:rsidRPr="00DD284B">
        <w:tc>
          <w:tcPr>
            <w:tcW w:w="2880" w:type="dxa"/>
          </w:tcPr>
          <w:p w:rsidR="006F7457" w:rsidRDefault="00332DB8">
            <w:r>
              <w:t>808.</w:t>
            </w:r>
          </w:p>
        </w:tc>
        <w:tc>
          <w:tcPr>
            <w:tcW w:w="2880" w:type="dxa"/>
          </w:tcPr>
          <w:p w:rsidR="006F7457" w:rsidRPr="00332DB8" w:rsidRDefault="00332DB8">
            <w:pPr>
              <w:rPr>
                <w:lang w:val="ru-RU"/>
              </w:rPr>
            </w:pPr>
            <w:r w:rsidRPr="00332DB8">
              <w:rPr>
                <w:lang w:val="ru-RU"/>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2880" w:type="dxa"/>
          </w:tcPr>
          <w:p w:rsidR="006F7457" w:rsidRPr="00332DB8" w:rsidRDefault="006F7457">
            <w:pPr>
              <w:rPr>
                <w:lang w:val="ru-RU"/>
              </w:rPr>
            </w:pPr>
          </w:p>
        </w:tc>
      </w:tr>
      <w:tr w:rsidR="006F7457" w:rsidRPr="00DD284B">
        <w:tc>
          <w:tcPr>
            <w:tcW w:w="2880" w:type="dxa"/>
          </w:tcPr>
          <w:p w:rsidR="006F7457" w:rsidRDefault="00332DB8">
            <w:r>
              <w:t>809.</w:t>
            </w:r>
          </w:p>
        </w:tc>
        <w:tc>
          <w:tcPr>
            <w:tcW w:w="2880" w:type="dxa"/>
          </w:tcPr>
          <w:p w:rsidR="006F7457" w:rsidRPr="00332DB8" w:rsidRDefault="00332DB8">
            <w:pPr>
              <w:rPr>
                <w:lang w:val="ru-RU"/>
              </w:rPr>
            </w:pPr>
            <w:r w:rsidRPr="00332DB8">
              <w:rPr>
                <w:lang w:val="ru-RU"/>
              </w:rPr>
              <w:t xml:space="preserve">Книга Левашова Николая Викторовича «Россия в кривых зеркалах», размещенная в сети Интернет по электронным адресам </w:t>
            </w:r>
            <w:r>
              <w:t>www</w:t>
            </w:r>
            <w:r w:rsidRPr="00332DB8">
              <w:rPr>
                <w:lang w:val="ru-RU"/>
              </w:rPr>
              <w:t>.</w:t>
            </w:r>
            <w:r>
              <w:t>levashov</w:t>
            </w:r>
            <w:r w:rsidRPr="00332DB8">
              <w:rPr>
                <w:lang w:val="ru-RU"/>
              </w:rPr>
              <w:t>.</w:t>
            </w:r>
            <w:r>
              <w:t>org</w:t>
            </w:r>
            <w:r w:rsidRPr="00332DB8">
              <w:rPr>
                <w:lang w:val="ru-RU"/>
              </w:rPr>
              <w:t xml:space="preserve">, </w:t>
            </w:r>
            <w:r>
              <w:t>www</w:t>
            </w:r>
            <w:r w:rsidRPr="00332DB8">
              <w:rPr>
                <w:lang w:val="ru-RU"/>
              </w:rPr>
              <w:t>.</w:t>
            </w:r>
            <w:r>
              <w:t>levashov</w:t>
            </w:r>
            <w:r w:rsidRPr="00332DB8">
              <w:rPr>
                <w:lang w:val="ru-RU"/>
              </w:rPr>
              <w:t>.</w:t>
            </w:r>
            <w:r>
              <w:t>info</w:t>
            </w:r>
            <w:r w:rsidRPr="00332DB8">
              <w:rPr>
                <w:lang w:val="ru-RU"/>
              </w:rPr>
              <w:t xml:space="preserve">, </w:t>
            </w:r>
            <w:r>
              <w:t>www</w:t>
            </w:r>
            <w:r w:rsidRPr="00332DB8">
              <w:rPr>
                <w:lang w:val="ru-RU"/>
              </w:rPr>
              <w:t>.</w:t>
            </w:r>
            <w:r>
              <w:t>levashov</w:t>
            </w:r>
            <w:r w:rsidRPr="00332DB8">
              <w:rPr>
                <w:lang w:val="ru-RU"/>
              </w:rPr>
              <w:t>.</w:t>
            </w:r>
            <w:r>
              <w:t>name</w:t>
            </w:r>
            <w:r w:rsidRPr="00332DB8">
              <w:rPr>
                <w:lang w:val="ru-RU"/>
              </w:rPr>
              <w:t xml:space="preserve"> (решение Обнинского городского суда Калужской области от 23.04.2010, определение Калужского областного суда от 22.12.2010).</w:t>
            </w:r>
          </w:p>
        </w:tc>
        <w:tc>
          <w:tcPr>
            <w:tcW w:w="2880" w:type="dxa"/>
          </w:tcPr>
          <w:p w:rsidR="006F7457" w:rsidRPr="00332DB8" w:rsidRDefault="006F7457">
            <w:pPr>
              <w:rPr>
                <w:lang w:val="ru-RU"/>
              </w:rPr>
            </w:pPr>
          </w:p>
        </w:tc>
      </w:tr>
      <w:tr w:rsidR="006F7457" w:rsidRPr="00DD284B">
        <w:tc>
          <w:tcPr>
            <w:tcW w:w="2880" w:type="dxa"/>
          </w:tcPr>
          <w:p w:rsidR="006F7457" w:rsidRDefault="00332DB8">
            <w:r>
              <w:t>810.</w:t>
            </w:r>
          </w:p>
        </w:tc>
        <w:tc>
          <w:tcPr>
            <w:tcW w:w="2880" w:type="dxa"/>
          </w:tcPr>
          <w:p w:rsidR="006F7457" w:rsidRPr="00332DB8" w:rsidRDefault="00332DB8">
            <w:pPr>
              <w:rPr>
                <w:lang w:val="ru-RU"/>
              </w:rPr>
            </w:pPr>
            <w:r w:rsidRPr="00332DB8">
              <w:rPr>
                <w:lang w:val="ru-RU"/>
              </w:rPr>
              <w:t>Газета «Русское Забайкалье» № 6 (23) от 4 июня 2008 года (решение Центрального районного суда г. Читы от 07.05.2009).</w:t>
            </w:r>
          </w:p>
        </w:tc>
        <w:tc>
          <w:tcPr>
            <w:tcW w:w="2880" w:type="dxa"/>
          </w:tcPr>
          <w:p w:rsidR="006F7457" w:rsidRPr="00332DB8" w:rsidRDefault="006F7457">
            <w:pPr>
              <w:rPr>
                <w:lang w:val="ru-RU"/>
              </w:rPr>
            </w:pPr>
          </w:p>
        </w:tc>
      </w:tr>
      <w:tr w:rsidR="006F7457" w:rsidRPr="00DD284B">
        <w:tc>
          <w:tcPr>
            <w:tcW w:w="2880" w:type="dxa"/>
          </w:tcPr>
          <w:p w:rsidR="006F7457" w:rsidRDefault="00332DB8">
            <w:r>
              <w:t>811.</w:t>
            </w:r>
          </w:p>
        </w:tc>
        <w:tc>
          <w:tcPr>
            <w:tcW w:w="2880" w:type="dxa"/>
          </w:tcPr>
          <w:p w:rsidR="006F7457" w:rsidRPr="00332DB8" w:rsidRDefault="00332DB8">
            <w:pPr>
              <w:rPr>
                <w:lang w:val="ru-RU"/>
              </w:rPr>
            </w:pPr>
            <w:r w:rsidRPr="00332DB8">
              <w:rPr>
                <w:lang w:val="ru-RU"/>
              </w:rPr>
              <w:t xml:space="preserve">Информационный материал «Белый букварь», распространенный в сети Интернет на сайте </w:t>
            </w:r>
            <w:r>
              <w:t>http</w:t>
            </w:r>
            <w:r w:rsidRPr="00332DB8">
              <w:rPr>
                <w:lang w:val="ru-RU"/>
              </w:rPr>
              <w:t>://</w:t>
            </w:r>
            <w:r>
              <w:t>talks</w:t>
            </w:r>
            <w:r w:rsidRPr="00332DB8">
              <w:rPr>
                <w:lang w:val="ru-RU"/>
              </w:rPr>
              <w:t>.</w:t>
            </w:r>
            <w:r>
              <w:t>guns</w:t>
            </w:r>
            <w:r w:rsidRPr="00332DB8">
              <w:rPr>
                <w:lang w:val="ru-RU"/>
              </w:rPr>
              <w:t>.</w:t>
            </w:r>
            <w:r>
              <w:t>ru</w:t>
            </w:r>
            <w:r w:rsidRPr="00332DB8">
              <w:rPr>
                <w:lang w:val="ru-RU"/>
              </w:rPr>
              <w:t xml:space="preserve"> (решение Октябрьского районного суда г. Ижевска от 01.06.2010).</w:t>
            </w:r>
          </w:p>
        </w:tc>
        <w:tc>
          <w:tcPr>
            <w:tcW w:w="2880" w:type="dxa"/>
          </w:tcPr>
          <w:p w:rsidR="006F7457" w:rsidRPr="00332DB8" w:rsidRDefault="006F7457">
            <w:pPr>
              <w:rPr>
                <w:lang w:val="ru-RU"/>
              </w:rPr>
            </w:pPr>
          </w:p>
        </w:tc>
      </w:tr>
      <w:tr w:rsidR="006F7457" w:rsidRPr="00DD284B">
        <w:tc>
          <w:tcPr>
            <w:tcW w:w="2880" w:type="dxa"/>
          </w:tcPr>
          <w:p w:rsidR="006F7457" w:rsidRDefault="00332DB8">
            <w:r>
              <w:t>8</w:t>
            </w:r>
            <w:r>
              <w:lastRenderedPageBreak/>
              <w:t>12.</w:t>
            </w:r>
          </w:p>
        </w:tc>
        <w:tc>
          <w:tcPr>
            <w:tcW w:w="2880" w:type="dxa"/>
          </w:tcPr>
          <w:p w:rsidR="006F7457" w:rsidRPr="00332DB8" w:rsidRDefault="00332DB8">
            <w:pPr>
              <w:rPr>
                <w:lang w:val="ru-RU"/>
              </w:rPr>
            </w:pPr>
            <w:r w:rsidRPr="00332DB8">
              <w:rPr>
                <w:lang w:val="ru-RU"/>
              </w:rPr>
              <w:lastRenderedPageBreak/>
              <w:t xml:space="preserve">«Программа Русского национального движения» (решение Правобережного районного суда г. Магнитогорска </w:t>
            </w:r>
            <w:r w:rsidRPr="00332DB8">
              <w:rPr>
                <w:lang w:val="ru-RU"/>
              </w:rPr>
              <w:lastRenderedPageBreak/>
              <w:t>Челябинской области от 25.08.2010).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813.</w:t>
            </w:r>
          </w:p>
        </w:tc>
        <w:tc>
          <w:tcPr>
            <w:tcW w:w="2880" w:type="dxa"/>
          </w:tcPr>
          <w:p w:rsidR="006F7457" w:rsidRPr="00332DB8" w:rsidRDefault="00332DB8">
            <w:pPr>
              <w:rPr>
                <w:lang w:val="ru-RU"/>
              </w:rPr>
            </w:pPr>
            <w:r w:rsidRPr="00332DB8">
              <w:rPr>
                <w:lang w:val="ru-RU"/>
              </w:rPr>
              <w:t xml:space="preserve">14 комментариев статьи «Имперская истерика», опубликованной 19 ноября 2009 года на сайте </w:t>
            </w:r>
            <w:r>
              <w:t>http</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28.12.2010).</w:t>
            </w:r>
          </w:p>
        </w:tc>
        <w:tc>
          <w:tcPr>
            <w:tcW w:w="2880" w:type="dxa"/>
          </w:tcPr>
          <w:p w:rsidR="006F7457" w:rsidRPr="00332DB8" w:rsidRDefault="006F7457">
            <w:pPr>
              <w:rPr>
                <w:lang w:val="ru-RU"/>
              </w:rPr>
            </w:pPr>
          </w:p>
        </w:tc>
      </w:tr>
      <w:tr w:rsidR="006F7457" w:rsidRPr="00DD284B">
        <w:tc>
          <w:tcPr>
            <w:tcW w:w="2880" w:type="dxa"/>
          </w:tcPr>
          <w:p w:rsidR="006F7457" w:rsidRDefault="00332DB8">
            <w:r>
              <w:t>814.</w:t>
            </w:r>
          </w:p>
        </w:tc>
        <w:tc>
          <w:tcPr>
            <w:tcW w:w="2880" w:type="dxa"/>
          </w:tcPr>
          <w:p w:rsidR="006F7457" w:rsidRPr="00332DB8" w:rsidRDefault="00332DB8">
            <w:pPr>
              <w:rPr>
                <w:lang w:val="ru-RU"/>
              </w:rPr>
            </w:pPr>
            <w:r w:rsidRPr="00332DB8">
              <w:rPr>
                <w:lang w:val="ru-RU"/>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t>
            </w:r>
            <w:r>
              <w:t>www</w:t>
            </w:r>
            <w:r w:rsidRPr="00332DB8">
              <w:rPr>
                <w:lang w:val="ru-RU"/>
              </w:rPr>
              <w:t>.</w:t>
            </w:r>
            <w:r>
              <w:t>islamdin</w:t>
            </w:r>
            <w:r w:rsidRPr="00332DB8">
              <w:rPr>
                <w:lang w:val="ru-RU"/>
              </w:rPr>
              <w:t>.</w:t>
            </w:r>
            <w:r>
              <w:t>com</w:t>
            </w:r>
            <w:r w:rsidRPr="00332DB8">
              <w:rPr>
                <w:lang w:val="ru-RU"/>
              </w:rPr>
              <w:t>» (решение Нальчикского городского суда от 02.03.2011).</w:t>
            </w:r>
          </w:p>
        </w:tc>
        <w:tc>
          <w:tcPr>
            <w:tcW w:w="2880" w:type="dxa"/>
          </w:tcPr>
          <w:p w:rsidR="006F7457" w:rsidRPr="00332DB8" w:rsidRDefault="006F7457">
            <w:pPr>
              <w:rPr>
                <w:lang w:val="ru-RU"/>
              </w:rPr>
            </w:pPr>
          </w:p>
        </w:tc>
      </w:tr>
      <w:tr w:rsidR="006F7457" w:rsidRPr="00DD284B">
        <w:tc>
          <w:tcPr>
            <w:tcW w:w="2880" w:type="dxa"/>
          </w:tcPr>
          <w:p w:rsidR="006F7457" w:rsidRDefault="00332DB8">
            <w:r>
              <w:t>815.</w:t>
            </w:r>
          </w:p>
        </w:tc>
        <w:tc>
          <w:tcPr>
            <w:tcW w:w="2880" w:type="dxa"/>
          </w:tcPr>
          <w:p w:rsidR="006F7457" w:rsidRPr="00332DB8" w:rsidRDefault="00332DB8">
            <w:pPr>
              <w:rPr>
                <w:lang w:val="ru-RU"/>
              </w:rPr>
            </w:pPr>
            <w:r w:rsidRPr="00332DB8">
              <w:rPr>
                <w:lang w:val="ru-RU"/>
              </w:rPr>
              <w:t>Статья «Важность стойкости на пути джихада», опубликованная в международной компьютерной сети «Интернет» на информационном сайте «</w:t>
            </w:r>
            <w:r>
              <w:t>salafiti</w:t>
            </w:r>
            <w:r w:rsidRPr="00332DB8">
              <w:rPr>
                <w:lang w:val="ru-RU"/>
              </w:rPr>
              <w:t>.</w:t>
            </w:r>
            <w:r>
              <w:t>ru</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816.</w:t>
            </w:r>
          </w:p>
        </w:tc>
        <w:tc>
          <w:tcPr>
            <w:tcW w:w="2880" w:type="dxa"/>
          </w:tcPr>
          <w:p w:rsidR="006F7457" w:rsidRPr="00332DB8" w:rsidRDefault="00332DB8">
            <w:pPr>
              <w:rPr>
                <w:lang w:val="ru-RU"/>
              </w:rPr>
            </w:pPr>
            <w:r w:rsidRPr="00332DB8">
              <w:rPr>
                <w:lang w:val="ru-RU"/>
              </w:rPr>
              <w:t>Статья «Джихад - столп ислама и его вершина», опубликованная в международной компьютерной сети «Интернет» на информационном сайте «</w:t>
            </w:r>
            <w:r>
              <w:t>salafiti</w:t>
            </w:r>
            <w:r w:rsidRPr="00332DB8">
              <w:rPr>
                <w:lang w:val="ru-RU"/>
              </w:rPr>
              <w:t>.</w:t>
            </w:r>
            <w:r>
              <w:t>ru</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817.</w:t>
            </w:r>
          </w:p>
        </w:tc>
        <w:tc>
          <w:tcPr>
            <w:tcW w:w="2880" w:type="dxa"/>
          </w:tcPr>
          <w:p w:rsidR="006F7457" w:rsidRPr="00332DB8" w:rsidRDefault="00332DB8">
            <w:pPr>
              <w:rPr>
                <w:lang w:val="ru-RU"/>
              </w:rPr>
            </w:pPr>
            <w:r w:rsidRPr="00332DB8">
              <w:rPr>
                <w:lang w:val="ru-RU"/>
              </w:rPr>
              <w:t>Статья «Джихад - обязанность мусульманина», опубликованная в международной компьютерной сети «Интернет» на информационном сайте «</w:t>
            </w:r>
            <w:r>
              <w:t>salafiti</w:t>
            </w:r>
            <w:r w:rsidRPr="00332DB8">
              <w:rPr>
                <w:lang w:val="ru-RU"/>
              </w:rPr>
              <w:t>.</w:t>
            </w:r>
            <w:r>
              <w:t>ru</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818.</w:t>
            </w:r>
          </w:p>
        </w:tc>
        <w:tc>
          <w:tcPr>
            <w:tcW w:w="2880" w:type="dxa"/>
          </w:tcPr>
          <w:p w:rsidR="006F7457" w:rsidRPr="00332DB8" w:rsidRDefault="00332DB8">
            <w:pPr>
              <w:rPr>
                <w:lang w:val="ru-RU"/>
              </w:rPr>
            </w:pPr>
            <w:r w:rsidRPr="00332DB8">
              <w:rPr>
                <w:lang w:val="ru-RU"/>
              </w:rPr>
              <w:t>Статья «Законы Джихада», опубликованная в международной компьютерной сети «Интернет» на информационном сайте «</w:t>
            </w:r>
            <w:r>
              <w:t>salafiti</w:t>
            </w:r>
            <w:r w:rsidRPr="00332DB8">
              <w:rPr>
                <w:lang w:val="ru-RU"/>
              </w:rPr>
              <w:t>.</w:t>
            </w:r>
            <w:r>
              <w:t>ru</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819.</w:t>
            </w:r>
          </w:p>
        </w:tc>
        <w:tc>
          <w:tcPr>
            <w:tcW w:w="2880" w:type="dxa"/>
          </w:tcPr>
          <w:p w:rsidR="006F7457" w:rsidRPr="00332DB8" w:rsidRDefault="00332DB8">
            <w:pPr>
              <w:rPr>
                <w:lang w:val="ru-RU"/>
              </w:rPr>
            </w:pPr>
            <w:r w:rsidRPr="00332DB8">
              <w:rPr>
                <w:lang w:val="ru-RU"/>
              </w:rPr>
              <w:t>Статья «Дорогие наши сестры», опубликованная в международной компьютерной сети «Интернет» на информационном сайте «</w:t>
            </w:r>
            <w:r>
              <w:t>salafiti</w:t>
            </w:r>
            <w:r w:rsidRPr="00332DB8">
              <w:rPr>
                <w:lang w:val="ru-RU"/>
              </w:rPr>
              <w:t>.</w:t>
            </w:r>
            <w:r>
              <w:t>ru</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820.</w:t>
            </w:r>
          </w:p>
        </w:tc>
        <w:tc>
          <w:tcPr>
            <w:tcW w:w="2880" w:type="dxa"/>
          </w:tcPr>
          <w:p w:rsidR="006F7457" w:rsidRPr="00332DB8" w:rsidRDefault="00332DB8">
            <w:pPr>
              <w:rPr>
                <w:lang w:val="ru-RU"/>
              </w:rPr>
            </w:pPr>
            <w:r w:rsidRPr="00332DB8">
              <w:rPr>
                <w:lang w:val="ru-RU"/>
              </w:rPr>
              <w:t>Статья «Обращение к сестрам мусульманкам», опубликованная в международной компьютерной сети «Интернет» на информационном сайте «</w:t>
            </w:r>
            <w:r>
              <w:t>salafiti</w:t>
            </w:r>
            <w:r w:rsidRPr="00332DB8">
              <w:rPr>
                <w:lang w:val="ru-RU"/>
              </w:rPr>
              <w:t>.</w:t>
            </w:r>
            <w:r>
              <w:t>ru</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821.</w:t>
            </w:r>
          </w:p>
        </w:tc>
        <w:tc>
          <w:tcPr>
            <w:tcW w:w="2880" w:type="dxa"/>
          </w:tcPr>
          <w:p w:rsidR="006F7457" w:rsidRPr="00332DB8" w:rsidRDefault="00332DB8">
            <w:pPr>
              <w:rPr>
                <w:lang w:val="ru-RU"/>
              </w:rPr>
            </w:pPr>
            <w:r w:rsidRPr="00332DB8">
              <w:rPr>
                <w:lang w:val="ru-RU"/>
              </w:rPr>
              <w:t>Статья «Райские рынки», опубликованная в международной компьютерной сети «Интернет» на информационном сайте «</w:t>
            </w:r>
            <w:r>
              <w:t>salafiti</w:t>
            </w:r>
            <w:r w:rsidRPr="00332DB8">
              <w:rPr>
                <w:lang w:val="ru-RU"/>
              </w:rPr>
              <w:t>.</w:t>
            </w:r>
            <w:r>
              <w:t>ru</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822.</w:t>
            </w:r>
          </w:p>
        </w:tc>
        <w:tc>
          <w:tcPr>
            <w:tcW w:w="2880" w:type="dxa"/>
          </w:tcPr>
          <w:p w:rsidR="006F7457" w:rsidRPr="00332DB8" w:rsidRDefault="00332DB8">
            <w:pPr>
              <w:rPr>
                <w:lang w:val="ru-RU"/>
              </w:rPr>
            </w:pPr>
            <w:r w:rsidRPr="00332DB8">
              <w:rPr>
                <w:lang w:val="ru-RU"/>
              </w:rPr>
              <w:t>Статья «Если вдруг остановится джихад», опубликованная в международной компьютерной сети «Интернет» на информационном сайте «</w:t>
            </w:r>
            <w:r>
              <w:t>salafiti</w:t>
            </w:r>
            <w:r w:rsidRPr="00332DB8">
              <w:rPr>
                <w:lang w:val="ru-RU"/>
              </w:rPr>
              <w:t>.</w:t>
            </w:r>
            <w:r>
              <w:t>ru</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823.</w:t>
            </w:r>
          </w:p>
        </w:tc>
        <w:tc>
          <w:tcPr>
            <w:tcW w:w="2880" w:type="dxa"/>
          </w:tcPr>
          <w:p w:rsidR="006F7457" w:rsidRPr="00332DB8" w:rsidRDefault="00332DB8">
            <w:pPr>
              <w:rPr>
                <w:lang w:val="ru-RU"/>
              </w:rPr>
            </w:pPr>
            <w:r w:rsidRPr="00332DB8">
              <w:rPr>
                <w:lang w:val="ru-RU"/>
              </w:rPr>
              <w:t>Статья «Враги Ислама. Несколько штрихов», опубликованная в международной компьютерной сети «Интернет» на информационном сайте «</w:t>
            </w:r>
            <w:r>
              <w:t>salafiti</w:t>
            </w:r>
            <w:r w:rsidRPr="00332DB8">
              <w:rPr>
                <w:lang w:val="ru-RU"/>
              </w:rPr>
              <w:t>.</w:t>
            </w:r>
            <w:r>
              <w:t>ru</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824.</w:t>
            </w:r>
          </w:p>
        </w:tc>
        <w:tc>
          <w:tcPr>
            <w:tcW w:w="2880" w:type="dxa"/>
          </w:tcPr>
          <w:p w:rsidR="006F7457" w:rsidRPr="00332DB8" w:rsidRDefault="00332DB8">
            <w:pPr>
              <w:rPr>
                <w:lang w:val="ru-RU"/>
              </w:rPr>
            </w:pPr>
            <w:r w:rsidRPr="00332DB8">
              <w:rPr>
                <w:lang w:val="ru-RU"/>
              </w:rPr>
              <w:t>Сайт «</w:t>
            </w:r>
            <w:r>
              <w:t>salafiti</w:t>
            </w:r>
            <w:r w:rsidRPr="00332DB8">
              <w:rPr>
                <w:lang w:val="ru-RU"/>
              </w:rPr>
              <w:t>.</w:t>
            </w:r>
            <w:r>
              <w:t>ru</w:t>
            </w:r>
            <w:r w:rsidRPr="00332DB8">
              <w:rPr>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825.</w:t>
            </w:r>
          </w:p>
        </w:tc>
        <w:tc>
          <w:tcPr>
            <w:tcW w:w="2880" w:type="dxa"/>
          </w:tcPr>
          <w:p w:rsidR="006F7457" w:rsidRPr="00332DB8" w:rsidRDefault="00332DB8">
            <w:pPr>
              <w:rPr>
                <w:lang w:val="ru-RU"/>
              </w:rPr>
            </w:pPr>
            <w:r w:rsidRPr="00332DB8">
              <w:rPr>
                <w:lang w:val="ru-RU"/>
              </w:rPr>
              <w:t xml:space="preserve">Речь в храме отца Василия - Новикова В.Н., размещенную как информационный материал на диске </w:t>
            </w:r>
            <w:r>
              <w:t>DVD</w:t>
            </w:r>
            <w:r w:rsidRPr="00332DB8">
              <w:rPr>
                <w:lang w:val="ru-RU"/>
              </w:rPr>
              <w:t>-</w:t>
            </w:r>
            <w:r>
              <w:t>R</w:t>
            </w:r>
            <w:r w:rsidRPr="00332DB8">
              <w:rPr>
                <w:lang w:val="ru-RU"/>
              </w:rPr>
              <w:t xml:space="preserve"> № </w:t>
            </w:r>
            <w:r>
              <w:t>MAP</w:t>
            </w:r>
            <w:r w:rsidRPr="00332DB8">
              <w:rPr>
                <w:lang w:val="ru-RU"/>
              </w:rPr>
              <w:t xml:space="preserve"> 702</w:t>
            </w:r>
            <w:r>
              <w:t>LL</w:t>
            </w:r>
            <w:r w:rsidRPr="00332DB8">
              <w:rPr>
                <w:lang w:val="ru-RU"/>
              </w:rPr>
              <w:t xml:space="preserve"> 13174652 А2 с надписью на лицевой стороне «+Православие или смерть» (решение Новомосковского городского суда Тульской области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826.</w:t>
            </w:r>
          </w:p>
        </w:tc>
        <w:tc>
          <w:tcPr>
            <w:tcW w:w="2880" w:type="dxa"/>
          </w:tcPr>
          <w:p w:rsidR="006F7457" w:rsidRPr="00332DB8" w:rsidRDefault="00332DB8">
            <w:pPr>
              <w:rPr>
                <w:lang w:val="ru-RU"/>
              </w:rPr>
            </w:pPr>
            <w:r w:rsidRPr="00332DB8">
              <w:rPr>
                <w:lang w:val="ru-RU"/>
              </w:rPr>
              <w:t xml:space="preserve">Видеофильм под названием «Чудо», размещенный как информационный материал на диске </w:t>
            </w:r>
            <w:r>
              <w:t>DVD</w:t>
            </w:r>
            <w:r w:rsidRPr="00332DB8">
              <w:rPr>
                <w:lang w:val="ru-RU"/>
              </w:rPr>
              <w:t>-</w:t>
            </w:r>
            <w:r>
              <w:t>R</w:t>
            </w:r>
            <w:r w:rsidRPr="00332DB8">
              <w:rPr>
                <w:lang w:val="ru-RU"/>
              </w:rPr>
              <w:t xml:space="preserve"> </w:t>
            </w:r>
            <w:r>
              <w:t>Verbatim</w:t>
            </w:r>
            <w:r w:rsidRPr="00332DB8">
              <w:rPr>
                <w:lang w:val="ru-RU"/>
              </w:rPr>
              <w:t xml:space="preserve"> № </w:t>
            </w:r>
            <w:r>
              <w:t>MAP</w:t>
            </w:r>
            <w:r w:rsidRPr="00332DB8">
              <w:rPr>
                <w:lang w:val="ru-RU"/>
              </w:rPr>
              <w:t xml:space="preserve"> 638</w:t>
            </w:r>
            <w:r>
              <w:t>NA</w:t>
            </w:r>
            <w:r w:rsidRPr="00332DB8">
              <w:rPr>
                <w:lang w:val="ru-RU"/>
              </w:rPr>
              <w:t>201636304 (решение Новомосковского городского суда Тульской области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827.</w:t>
            </w:r>
          </w:p>
        </w:tc>
        <w:tc>
          <w:tcPr>
            <w:tcW w:w="2880" w:type="dxa"/>
          </w:tcPr>
          <w:p w:rsidR="006F7457" w:rsidRPr="00332DB8" w:rsidRDefault="00332DB8">
            <w:pPr>
              <w:rPr>
                <w:lang w:val="ru-RU"/>
              </w:rPr>
            </w:pPr>
            <w:r w:rsidRPr="00332DB8">
              <w:rPr>
                <w:lang w:val="ru-RU"/>
              </w:rPr>
              <w:t xml:space="preserve">Видеофильм под названием «Явление креста», размещенный как информационный материал на диске </w:t>
            </w:r>
            <w:r>
              <w:t>DVD</w:t>
            </w:r>
            <w:r w:rsidRPr="00332DB8">
              <w:rPr>
                <w:lang w:val="ru-RU"/>
              </w:rPr>
              <w:t>-</w:t>
            </w:r>
            <w:r>
              <w:t>R</w:t>
            </w:r>
            <w:r w:rsidRPr="00332DB8">
              <w:rPr>
                <w:lang w:val="ru-RU"/>
              </w:rPr>
              <w:t xml:space="preserve"> </w:t>
            </w:r>
            <w:r>
              <w:t>Verbatim</w:t>
            </w:r>
            <w:r w:rsidRPr="00332DB8">
              <w:rPr>
                <w:lang w:val="ru-RU"/>
              </w:rPr>
              <w:t xml:space="preserve"> № </w:t>
            </w:r>
            <w:r>
              <w:t>MAP</w:t>
            </w:r>
            <w:r w:rsidRPr="00332DB8">
              <w:rPr>
                <w:lang w:val="ru-RU"/>
              </w:rPr>
              <w:t xml:space="preserve"> 638</w:t>
            </w:r>
            <w:r>
              <w:t>NA</w:t>
            </w:r>
            <w:r w:rsidRPr="00332DB8">
              <w:rPr>
                <w:lang w:val="ru-RU"/>
              </w:rPr>
              <w:t>201636304 (решение Новомосковского городского суда Тульской области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828.</w:t>
            </w:r>
          </w:p>
        </w:tc>
        <w:tc>
          <w:tcPr>
            <w:tcW w:w="2880" w:type="dxa"/>
          </w:tcPr>
          <w:p w:rsidR="006F7457" w:rsidRPr="00332DB8" w:rsidRDefault="00332DB8">
            <w:pPr>
              <w:rPr>
                <w:lang w:val="ru-RU"/>
              </w:rPr>
            </w:pPr>
            <w:r w:rsidRPr="00332DB8">
              <w:rPr>
                <w:lang w:val="ru-RU"/>
              </w:rPr>
              <w:t xml:space="preserve">Видеофильм под названием «Телемост», размещенный как информационный материал на диске </w:t>
            </w:r>
            <w:r>
              <w:t>DVD</w:t>
            </w:r>
            <w:r w:rsidRPr="00332DB8">
              <w:rPr>
                <w:lang w:val="ru-RU"/>
              </w:rPr>
              <w:t>-</w:t>
            </w:r>
            <w:r>
              <w:t>R</w:t>
            </w:r>
            <w:r w:rsidRPr="00332DB8">
              <w:rPr>
                <w:lang w:val="ru-RU"/>
              </w:rPr>
              <w:t xml:space="preserve"> </w:t>
            </w:r>
            <w:r>
              <w:t>Verbatim</w:t>
            </w:r>
            <w:r w:rsidRPr="00332DB8">
              <w:rPr>
                <w:lang w:val="ru-RU"/>
              </w:rPr>
              <w:t xml:space="preserve"> № </w:t>
            </w:r>
            <w:r>
              <w:t>MAP</w:t>
            </w:r>
            <w:r w:rsidRPr="00332DB8">
              <w:rPr>
                <w:lang w:val="ru-RU"/>
              </w:rPr>
              <w:t xml:space="preserve"> 638</w:t>
            </w:r>
            <w:r>
              <w:t>NA</w:t>
            </w:r>
            <w:r w:rsidRPr="00332DB8">
              <w:rPr>
                <w:lang w:val="ru-RU"/>
              </w:rPr>
              <w:t>201636304 (решение Новомосковского городского суда Тульской области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829.</w:t>
            </w:r>
          </w:p>
        </w:tc>
        <w:tc>
          <w:tcPr>
            <w:tcW w:w="2880" w:type="dxa"/>
          </w:tcPr>
          <w:p w:rsidR="006F7457" w:rsidRPr="00332DB8" w:rsidRDefault="00332DB8">
            <w:pPr>
              <w:rPr>
                <w:lang w:val="ru-RU"/>
              </w:rPr>
            </w:pPr>
            <w:r w:rsidRPr="00332DB8">
              <w:rPr>
                <w:lang w:val="ru-RU"/>
              </w:rPr>
              <w:t xml:space="preserve">Видеофильм под названием «Чипирование», размещенный как информационный материал на диске </w:t>
            </w:r>
            <w:r>
              <w:t>DVD</w:t>
            </w:r>
            <w:r w:rsidRPr="00332DB8">
              <w:rPr>
                <w:lang w:val="ru-RU"/>
              </w:rPr>
              <w:t>-</w:t>
            </w:r>
            <w:r>
              <w:t>R</w:t>
            </w:r>
            <w:r w:rsidRPr="00332DB8">
              <w:rPr>
                <w:lang w:val="ru-RU"/>
              </w:rPr>
              <w:t xml:space="preserve"> </w:t>
            </w:r>
            <w:r>
              <w:t>Verbatim</w:t>
            </w:r>
            <w:r w:rsidRPr="00332DB8">
              <w:rPr>
                <w:lang w:val="ru-RU"/>
              </w:rPr>
              <w:t xml:space="preserve"> № </w:t>
            </w:r>
            <w:r>
              <w:t>MAP</w:t>
            </w:r>
            <w:r w:rsidRPr="00332DB8">
              <w:rPr>
                <w:lang w:val="ru-RU"/>
              </w:rPr>
              <w:t xml:space="preserve"> 638</w:t>
            </w:r>
            <w:r>
              <w:t>NA</w:t>
            </w:r>
            <w:r w:rsidRPr="00332DB8">
              <w:rPr>
                <w:lang w:val="ru-RU"/>
              </w:rPr>
              <w:t>201636304 (решение Новомосковского городского суда Тульской области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830.</w:t>
            </w:r>
          </w:p>
        </w:tc>
        <w:tc>
          <w:tcPr>
            <w:tcW w:w="2880" w:type="dxa"/>
          </w:tcPr>
          <w:p w:rsidR="006F7457" w:rsidRPr="00332DB8" w:rsidRDefault="00332DB8">
            <w:pPr>
              <w:rPr>
                <w:lang w:val="ru-RU"/>
              </w:rPr>
            </w:pPr>
            <w:r w:rsidRPr="00332DB8">
              <w:rPr>
                <w:lang w:val="ru-RU"/>
              </w:rPr>
              <w:t xml:space="preserve">Видеофильм под названием «Американское шоу», размещенный как информационный материал на диске </w:t>
            </w:r>
            <w:r>
              <w:t>DVD</w:t>
            </w:r>
            <w:r w:rsidRPr="00332DB8">
              <w:rPr>
                <w:lang w:val="ru-RU"/>
              </w:rPr>
              <w:t>-</w:t>
            </w:r>
            <w:r>
              <w:t>R</w:t>
            </w:r>
            <w:r w:rsidRPr="00332DB8">
              <w:rPr>
                <w:lang w:val="ru-RU"/>
              </w:rPr>
              <w:t xml:space="preserve"> </w:t>
            </w:r>
            <w:r>
              <w:t>Verbatim</w:t>
            </w:r>
            <w:r w:rsidRPr="00332DB8">
              <w:rPr>
                <w:lang w:val="ru-RU"/>
              </w:rPr>
              <w:t xml:space="preserve"> № </w:t>
            </w:r>
            <w:r>
              <w:t>MAP</w:t>
            </w:r>
            <w:r w:rsidRPr="00332DB8">
              <w:rPr>
                <w:lang w:val="ru-RU"/>
              </w:rPr>
              <w:t xml:space="preserve"> 638</w:t>
            </w:r>
            <w:r>
              <w:t>NA</w:t>
            </w:r>
            <w:r w:rsidRPr="00332DB8">
              <w:rPr>
                <w:lang w:val="ru-RU"/>
              </w:rPr>
              <w:t>201636304 (решение Новомосковского городского суда Тульской области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831.</w:t>
            </w:r>
          </w:p>
        </w:tc>
        <w:tc>
          <w:tcPr>
            <w:tcW w:w="2880" w:type="dxa"/>
          </w:tcPr>
          <w:p w:rsidR="006F7457" w:rsidRPr="00332DB8" w:rsidRDefault="00332DB8">
            <w:pPr>
              <w:rPr>
                <w:lang w:val="ru-RU"/>
              </w:rPr>
            </w:pPr>
            <w:r w:rsidRPr="00332DB8">
              <w:rPr>
                <w:lang w:val="ru-RU"/>
              </w:rPr>
              <w:t xml:space="preserve">Видеофильм под названием «Гробы для американцев», размещенный как информационный материал на диске </w:t>
            </w:r>
            <w:r>
              <w:t>DVD</w:t>
            </w:r>
            <w:r w:rsidRPr="00332DB8">
              <w:rPr>
                <w:lang w:val="ru-RU"/>
              </w:rPr>
              <w:t>-</w:t>
            </w:r>
            <w:r>
              <w:t>R</w:t>
            </w:r>
            <w:r w:rsidRPr="00332DB8">
              <w:rPr>
                <w:lang w:val="ru-RU"/>
              </w:rPr>
              <w:t xml:space="preserve"> </w:t>
            </w:r>
            <w:r>
              <w:t>Verbatim</w:t>
            </w:r>
            <w:r w:rsidRPr="00332DB8">
              <w:rPr>
                <w:lang w:val="ru-RU"/>
              </w:rPr>
              <w:t xml:space="preserve"> № </w:t>
            </w:r>
            <w:r>
              <w:t>MAP</w:t>
            </w:r>
            <w:r w:rsidRPr="00332DB8">
              <w:rPr>
                <w:lang w:val="ru-RU"/>
              </w:rPr>
              <w:t xml:space="preserve"> 638</w:t>
            </w:r>
            <w:r>
              <w:t>NA</w:t>
            </w:r>
            <w:r w:rsidRPr="00332DB8">
              <w:rPr>
                <w:lang w:val="ru-RU"/>
              </w:rPr>
              <w:t>201636304 (решение Новомосковского городского суда Тульской области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832.</w:t>
            </w:r>
          </w:p>
        </w:tc>
        <w:tc>
          <w:tcPr>
            <w:tcW w:w="2880" w:type="dxa"/>
          </w:tcPr>
          <w:p w:rsidR="006F7457" w:rsidRPr="00332DB8" w:rsidRDefault="00332DB8">
            <w:pPr>
              <w:rPr>
                <w:lang w:val="ru-RU"/>
              </w:rPr>
            </w:pPr>
            <w:r w:rsidRPr="00332DB8">
              <w:rPr>
                <w:lang w:val="ru-RU"/>
              </w:rPr>
              <w:t>Статья «Боевая программа - Абу Мусс аб ас-Сури. Рекомендую», опубликованная в международной компьютерной сети «Интернет» на информационном сайте «</w:t>
            </w:r>
            <w:r>
              <w:t>fisadilillahi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833.</w:t>
            </w:r>
          </w:p>
        </w:tc>
        <w:tc>
          <w:tcPr>
            <w:tcW w:w="2880" w:type="dxa"/>
          </w:tcPr>
          <w:p w:rsidR="006F7457" w:rsidRPr="00332DB8" w:rsidRDefault="00332DB8">
            <w:pPr>
              <w:rPr>
                <w:lang w:val="ru-RU"/>
              </w:rPr>
            </w:pPr>
            <w:r w:rsidRPr="00332DB8">
              <w:rPr>
                <w:lang w:val="ru-RU"/>
              </w:rPr>
              <w:t>Статья «44 способа поддержать Джихад», опубликованная в международной компьютерной сети «Интернет» на информационном сайте «</w:t>
            </w:r>
            <w:r>
              <w:t>fisadilillahi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834.</w:t>
            </w:r>
          </w:p>
        </w:tc>
        <w:tc>
          <w:tcPr>
            <w:tcW w:w="2880" w:type="dxa"/>
          </w:tcPr>
          <w:p w:rsidR="006F7457" w:rsidRPr="00332DB8" w:rsidRDefault="00332DB8">
            <w:pPr>
              <w:rPr>
                <w:lang w:val="ru-RU"/>
              </w:rPr>
            </w:pPr>
            <w:r w:rsidRPr="00332DB8">
              <w:rPr>
                <w:lang w:val="ru-RU"/>
              </w:rPr>
              <w:t>Статья «39 способов помощи Джихаду и участия в нем», опубликованная в международной компьютерной сети «Интернет» на информационном сайте «</w:t>
            </w:r>
            <w:r>
              <w:t>fisadilillahi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835.</w:t>
            </w:r>
          </w:p>
        </w:tc>
        <w:tc>
          <w:tcPr>
            <w:tcW w:w="2880" w:type="dxa"/>
          </w:tcPr>
          <w:p w:rsidR="006F7457" w:rsidRPr="00332DB8" w:rsidRDefault="00332DB8">
            <w:pPr>
              <w:rPr>
                <w:lang w:val="ru-RU"/>
              </w:rPr>
            </w:pPr>
            <w:r w:rsidRPr="00332DB8">
              <w:rPr>
                <w:lang w:val="ru-RU"/>
              </w:rPr>
              <w:t>Статья «Вопрос о методе восстановления Халифата», опубликованная в международной компьютерной сети «Интернет» на информационном сайте «</w:t>
            </w:r>
            <w:r>
              <w:t>fisadilillahi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836.</w:t>
            </w:r>
          </w:p>
        </w:tc>
        <w:tc>
          <w:tcPr>
            <w:tcW w:w="2880" w:type="dxa"/>
          </w:tcPr>
          <w:p w:rsidR="006F7457" w:rsidRPr="00332DB8" w:rsidRDefault="00332DB8">
            <w:pPr>
              <w:rPr>
                <w:lang w:val="ru-RU"/>
              </w:rPr>
            </w:pPr>
            <w:r w:rsidRPr="00332DB8">
              <w:rPr>
                <w:lang w:val="ru-RU"/>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w:t>
            </w:r>
            <w:r>
              <w:t>fisadilillahi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837.</w:t>
            </w:r>
          </w:p>
        </w:tc>
        <w:tc>
          <w:tcPr>
            <w:tcW w:w="2880" w:type="dxa"/>
          </w:tcPr>
          <w:p w:rsidR="006F7457" w:rsidRPr="00332DB8" w:rsidRDefault="00332DB8">
            <w:pPr>
              <w:rPr>
                <w:lang w:val="ru-RU"/>
              </w:rPr>
            </w:pPr>
            <w:r w:rsidRPr="00332DB8">
              <w:rPr>
                <w:lang w:val="ru-RU"/>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w:t>
            </w:r>
            <w:r>
              <w:t>f</w:t>
            </w:r>
            <w:r w:rsidRPr="00332DB8">
              <w:rPr>
                <w:lang w:val="ru-RU"/>
              </w:rPr>
              <w:t>1</w:t>
            </w:r>
            <w:r>
              <w:t>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838.</w:t>
            </w:r>
          </w:p>
        </w:tc>
        <w:tc>
          <w:tcPr>
            <w:tcW w:w="2880" w:type="dxa"/>
          </w:tcPr>
          <w:p w:rsidR="006F7457" w:rsidRPr="00332DB8" w:rsidRDefault="00332DB8">
            <w:pPr>
              <w:rPr>
                <w:lang w:val="ru-RU"/>
              </w:rPr>
            </w:pPr>
            <w:r w:rsidRPr="00332DB8">
              <w:rPr>
                <w:lang w:val="ru-RU"/>
              </w:rPr>
              <w:t>Статья «Письмо-обращение Шейх-уль-Ислама Ахмада ибн Таймийи», опубликованная в международной компьютерной сети «Интернет» на информационном сайте «</w:t>
            </w:r>
            <w:r>
              <w:t>fisadilillahi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839.</w:t>
            </w:r>
          </w:p>
        </w:tc>
        <w:tc>
          <w:tcPr>
            <w:tcW w:w="2880" w:type="dxa"/>
          </w:tcPr>
          <w:p w:rsidR="006F7457" w:rsidRPr="00332DB8" w:rsidRDefault="00332DB8">
            <w:pPr>
              <w:rPr>
                <w:lang w:val="ru-RU"/>
              </w:rPr>
            </w:pPr>
            <w:r w:rsidRPr="00332DB8">
              <w:rPr>
                <w:lang w:val="ru-RU"/>
              </w:rPr>
              <w:t>Статья «Караван идет, собаки лают», опубликованная в международной компьютерной сети «Интернет» на информационном сайте «</w:t>
            </w:r>
            <w:r>
              <w:t>fisadilillahi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840.</w:t>
            </w:r>
          </w:p>
        </w:tc>
        <w:tc>
          <w:tcPr>
            <w:tcW w:w="2880" w:type="dxa"/>
          </w:tcPr>
          <w:p w:rsidR="006F7457" w:rsidRPr="00332DB8" w:rsidRDefault="00332DB8">
            <w:pPr>
              <w:rPr>
                <w:lang w:val="ru-RU"/>
              </w:rPr>
            </w:pPr>
            <w:r w:rsidRPr="00332DB8">
              <w:rPr>
                <w:lang w:val="ru-RU"/>
              </w:rPr>
              <w:t>Статья «Книга Муджапида», опубликованная в международной компьютерной сети «Интернет» на информационном сайте «</w:t>
            </w:r>
            <w:r>
              <w:t>fisadilillahi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841.</w:t>
            </w:r>
          </w:p>
        </w:tc>
        <w:tc>
          <w:tcPr>
            <w:tcW w:w="2880" w:type="dxa"/>
          </w:tcPr>
          <w:p w:rsidR="006F7457" w:rsidRPr="00332DB8" w:rsidRDefault="00332DB8">
            <w:pPr>
              <w:rPr>
                <w:lang w:val="ru-RU"/>
              </w:rPr>
            </w:pPr>
            <w:r w:rsidRPr="00332DB8">
              <w:rPr>
                <w:lang w:val="ru-RU"/>
              </w:rPr>
              <w:t>Статья «Мученики», опубликованная в международной компьютерной сети «Интернет» на информационном сайте «</w:t>
            </w:r>
            <w:r>
              <w:t>fisadilillahi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842.</w:t>
            </w:r>
          </w:p>
        </w:tc>
        <w:tc>
          <w:tcPr>
            <w:tcW w:w="2880" w:type="dxa"/>
          </w:tcPr>
          <w:p w:rsidR="006F7457" w:rsidRPr="00332DB8" w:rsidRDefault="00332DB8">
            <w:pPr>
              <w:rPr>
                <w:lang w:val="ru-RU"/>
              </w:rPr>
            </w:pPr>
            <w:r w:rsidRPr="00332DB8">
              <w:rPr>
                <w:lang w:val="ru-RU"/>
              </w:rPr>
              <w:t>Статья «Основы движения пораженцев», опубликованная в международной компьютерной сети «Интернет» на информационном сайте «</w:t>
            </w:r>
            <w:r>
              <w:t>fisadilillahi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843.</w:t>
            </w:r>
          </w:p>
        </w:tc>
        <w:tc>
          <w:tcPr>
            <w:tcW w:w="2880" w:type="dxa"/>
          </w:tcPr>
          <w:p w:rsidR="006F7457" w:rsidRPr="00332DB8" w:rsidRDefault="00332DB8">
            <w:pPr>
              <w:rPr>
                <w:lang w:val="ru-RU"/>
              </w:rPr>
            </w:pPr>
            <w:r w:rsidRPr="00332DB8">
              <w:rPr>
                <w:lang w:val="ru-RU"/>
              </w:rPr>
              <w:t>Статья «</w:t>
            </w:r>
            <w:r>
              <w:t>Razyasnenie</w:t>
            </w:r>
            <w:r w:rsidRPr="00332DB8">
              <w:rPr>
                <w:lang w:val="ru-RU"/>
              </w:rPr>
              <w:t xml:space="preserve"> </w:t>
            </w:r>
            <w:r>
              <w:t>otnositelno</w:t>
            </w:r>
            <w:r w:rsidRPr="00332DB8">
              <w:rPr>
                <w:lang w:val="ru-RU"/>
              </w:rPr>
              <w:t xml:space="preserve"> </w:t>
            </w:r>
            <w:r>
              <w:t>kritiki</w:t>
            </w:r>
            <w:r w:rsidRPr="00332DB8">
              <w:rPr>
                <w:lang w:val="ru-RU"/>
              </w:rPr>
              <w:t xml:space="preserve"> </w:t>
            </w:r>
            <w:r>
              <w:t>I</w:t>
            </w:r>
            <w:r w:rsidRPr="00332DB8">
              <w:rPr>
                <w:lang w:val="ru-RU"/>
              </w:rPr>
              <w:t xml:space="preserve"> </w:t>
            </w:r>
            <w:r>
              <w:t>somnenij</w:t>
            </w:r>
            <w:r w:rsidRPr="00332DB8">
              <w:rPr>
                <w:lang w:val="ru-RU"/>
              </w:rPr>
              <w:t>», опубликованная в международной компьютерной сети «Интернет» на информационном сайте «</w:t>
            </w:r>
            <w:r>
              <w:t>fisadilillahi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844.</w:t>
            </w:r>
          </w:p>
        </w:tc>
        <w:tc>
          <w:tcPr>
            <w:tcW w:w="2880" w:type="dxa"/>
          </w:tcPr>
          <w:p w:rsidR="006F7457" w:rsidRPr="00332DB8" w:rsidRDefault="00332DB8">
            <w:pPr>
              <w:rPr>
                <w:lang w:val="ru-RU"/>
              </w:rPr>
            </w:pPr>
            <w:r w:rsidRPr="00332DB8">
              <w:rPr>
                <w:lang w:val="ru-RU"/>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w:t>
            </w:r>
            <w:r>
              <w:t>flsadilillahi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845.</w:t>
            </w:r>
          </w:p>
        </w:tc>
        <w:tc>
          <w:tcPr>
            <w:tcW w:w="2880" w:type="dxa"/>
          </w:tcPr>
          <w:p w:rsidR="006F7457" w:rsidRPr="00332DB8" w:rsidRDefault="00332DB8">
            <w:pPr>
              <w:rPr>
                <w:lang w:val="ru-RU"/>
              </w:rPr>
            </w:pPr>
            <w:r w:rsidRPr="00332DB8">
              <w:rPr>
                <w:lang w:val="ru-RU"/>
              </w:rPr>
              <w:t>Статья «Идеология моджахеда», опубликованная в международной компьютерной сети «Интернет» на информационном сайте «</w:t>
            </w:r>
            <w:r>
              <w:t>fisadilillahi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846.</w:t>
            </w:r>
          </w:p>
        </w:tc>
        <w:tc>
          <w:tcPr>
            <w:tcW w:w="2880" w:type="dxa"/>
          </w:tcPr>
          <w:p w:rsidR="006F7457" w:rsidRPr="00332DB8" w:rsidRDefault="00332DB8">
            <w:pPr>
              <w:rPr>
                <w:lang w:val="ru-RU"/>
              </w:rPr>
            </w:pPr>
            <w:r w:rsidRPr="00332DB8">
              <w:rPr>
                <w:lang w:val="ru-RU"/>
              </w:rPr>
              <w:t>Статья «Путь к земле сражения», опубликованная в международной компьютерной сети «Интернет» на информационном сайте «</w:t>
            </w:r>
            <w:r>
              <w:t>fisadilillahi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847.</w:t>
            </w:r>
          </w:p>
        </w:tc>
        <w:tc>
          <w:tcPr>
            <w:tcW w:w="2880" w:type="dxa"/>
          </w:tcPr>
          <w:p w:rsidR="006F7457" w:rsidRPr="00332DB8" w:rsidRDefault="00332DB8">
            <w:pPr>
              <w:rPr>
                <w:lang w:val="ru-RU"/>
              </w:rPr>
            </w:pPr>
            <w:r w:rsidRPr="00332DB8">
              <w:rPr>
                <w:lang w:val="ru-RU"/>
              </w:rPr>
              <w:t>Статья «Приверженность и непричастность», опубликованная в международной компьютерной сети «Интернет» на информационном сайте «</w:t>
            </w:r>
            <w:r>
              <w:t>fisadilillahi</w:t>
            </w:r>
            <w:r w:rsidRPr="00332DB8">
              <w:rPr>
                <w:lang w:val="ru-RU"/>
              </w:rPr>
              <w:t>.</w:t>
            </w:r>
            <w:r>
              <w:t>com</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848.</w:t>
            </w:r>
          </w:p>
        </w:tc>
        <w:tc>
          <w:tcPr>
            <w:tcW w:w="2880" w:type="dxa"/>
          </w:tcPr>
          <w:p w:rsidR="006F7457" w:rsidRPr="00332DB8" w:rsidRDefault="00332DB8">
            <w:pPr>
              <w:rPr>
                <w:lang w:val="ru-RU"/>
              </w:rPr>
            </w:pPr>
            <w:r w:rsidRPr="00332DB8">
              <w:rPr>
                <w:lang w:val="ru-RU"/>
              </w:rPr>
              <w:t>Сайт «</w:t>
            </w:r>
            <w:r>
              <w:t>fisadilillahi</w:t>
            </w:r>
            <w:r w:rsidRPr="00332DB8">
              <w:rPr>
                <w:lang w:val="ru-RU"/>
              </w:rPr>
              <w:t>.</w:t>
            </w:r>
            <w:r>
              <w:t>com</w:t>
            </w:r>
            <w:r w:rsidRPr="00332DB8">
              <w:rPr>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849.</w:t>
            </w:r>
          </w:p>
        </w:tc>
        <w:tc>
          <w:tcPr>
            <w:tcW w:w="2880" w:type="dxa"/>
          </w:tcPr>
          <w:p w:rsidR="006F7457" w:rsidRPr="00332DB8" w:rsidRDefault="00332DB8">
            <w:pPr>
              <w:rPr>
                <w:lang w:val="ru-RU"/>
              </w:rPr>
            </w:pPr>
            <w:r w:rsidRPr="00332DB8">
              <w:rPr>
                <w:lang w:val="ru-RU"/>
              </w:rPr>
              <w:t>Статья «Тафсир Суры Аль-Ахзаб, шейхуль-Ислама ибн Теймии», опубликованная в международной компьютерной сети «Интернет» на официальном сайте «</w:t>
            </w:r>
            <w:r>
              <w:t>abuhurayra</w:t>
            </w:r>
            <w:r w:rsidRPr="00332DB8">
              <w:rPr>
                <w:lang w:val="ru-RU"/>
              </w:rPr>
              <w:t>.</w:t>
            </w:r>
            <w:r>
              <w:t>wen</w:t>
            </w:r>
            <w:r w:rsidRPr="00332DB8">
              <w:rPr>
                <w:lang w:val="ru-RU"/>
              </w:rPr>
              <w:t>.</w:t>
            </w:r>
            <w:r>
              <w:t>ru</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850.</w:t>
            </w:r>
          </w:p>
        </w:tc>
        <w:tc>
          <w:tcPr>
            <w:tcW w:w="2880" w:type="dxa"/>
          </w:tcPr>
          <w:p w:rsidR="006F7457" w:rsidRPr="00332DB8" w:rsidRDefault="00332DB8">
            <w:pPr>
              <w:rPr>
                <w:lang w:val="ru-RU"/>
              </w:rPr>
            </w:pPr>
            <w:r w:rsidRPr="00332DB8">
              <w:rPr>
                <w:lang w:val="ru-RU"/>
              </w:rPr>
              <w:t>Статья «Демократия - это религия», опубликованная в международной компьютерной сети «Интернет» на официальном сайте «</w:t>
            </w:r>
            <w:r>
              <w:t>abuhurayra</w:t>
            </w:r>
            <w:r w:rsidRPr="00332DB8">
              <w:rPr>
                <w:lang w:val="ru-RU"/>
              </w:rPr>
              <w:t>.</w:t>
            </w:r>
            <w:r>
              <w:t>wen</w:t>
            </w:r>
            <w:r w:rsidRPr="00332DB8">
              <w:rPr>
                <w:lang w:val="ru-RU"/>
              </w:rPr>
              <w:t>.</w:t>
            </w:r>
            <w:r>
              <w:t>ru</w:t>
            </w:r>
            <w:r w:rsidRPr="00332DB8">
              <w:rPr>
                <w:lang w:val="ru-RU"/>
              </w:rPr>
              <w:t>»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851.</w:t>
            </w:r>
          </w:p>
        </w:tc>
        <w:tc>
          <w:tcPr>
            <w:tcW w:w="2880" w:type="dxa"/>
          </w:tcPr>
          <w:p w:rsidR="006F7457" w:rsidRPr="00332DB8" w:rsidRDefault="00332DB8">
            <w:pPr>
              <w:rPr>
                <w:lang w:val="ru-RU"/>
              </w:rPr>
            </w:pPr>
            <w:r w:rsidRPr="00332DB8">
              <w:rPr>
                <w:lang w:val="ru-RU"/>
              </w:rPr>
              <w:t>Сайт «</w:t>
            </w:r>
            <w:r>
              <w:t>abuhurayra</w:t>
            </w:r>
            <w:r w:rsidRPr="00332DB8">
              <w:rPr>
                <w:lang w:val="ru-RU"/>
              </w:rPr>
              <w:t>.</w:t>
            </w:r>
            <w:r>
              <w:t>wen</w:t>
            </w:r>
            <w:r w:rsidRPr="00332DB8">
              <w:rPr>
                <w:lang w:val="ru-RU"/>
              </w:rPr>
              <w:t>.</w:t>
            </w:r>
            <w:r>
              <w:t>ru</w:t>
            </w:r>
            <w:r w:rsidRPr="00332DB8">
              <w:rPr>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2880" w:type="dxa"/>
          </w:tcPr>
          <w:p w:rsidR="006F7457" w:rsidRPr="00332DB8" w:rsidRDefault="006F7457">
            <w:pPr>
              <w:rPr>
                <w:lang w:val="ru-RU"/>
              </w:rPr>
            </w:pPr>
          </w:p>
        </w:tc>
      </w:tr>
      <w:tr w:rsidR="006F7457" w:rsidRPr="00DD284B">
        <w:tc>
          <w:tcPr>
            <w:tcW w:w="2880" w:type="dxa"/>
          </w:tcPr>
          <w:p w:rsidR="006F7457" w:rsidRDefault="00332DB8">
            <w:r>
              <w:t>852.</w:t>
            </w:r>
          </w:p>
        </w:tc>
        <w:tc>
          <w:tcPr>
            <w:tcW w:w="2880" w:type="dxa"/>
          </w:tcPr>
          <w:p w:rsidR="006F7457" w:rsidRPr="00332DB8" w:rsidRDefault="00332DB8">
            <w:pPr>
              <w:rPr>
                <w:lang w:val="ru-RU"/>
              </w:rPr>
            </w:pPr>
            <w:r w:rsidRPr="00332DB8">
              <w:rPr>
                <w:lang w:val="ru-RU"/>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t>
            </w:r>
            <w:r>
              <w:t>www</w:t>
            </w:r>
            <w:r w:rsidRPr="00332DB8">
              <w:rPr>
                <w:lang w:val="ru-RU"/>
              </w:rPr>
              <w:t>.</w:t>
            </w:r>
            <w:r>
              <w:t>islamdin</w:t>
            </w:r>
            <w:r w:rsidRPr="00332DB8">
              <w:rPr>
                <w:lang w:val="ru-RU"/>
              </w:rPr>
              <w:t>.</w:t>
            </w:r>
            <w:r>
              <w:t>com</w:t>
            </w:r>
            <w:r w:rsidRPr="00332DB8">
              <w:rPr>
                <w:lang w:val="ru-RU"/>
              </w:rPr>
              <w:t>» (решение Нальчикского городского суда Кабардино-Балкарской Республики от 16.03.2011).</w:t>
            </w:r>
          </w:p>
        </w:tc>
        <w:tc>
          <w:tcPr>
            <w:tcW w:w="2880" w:type="dxa"/>
          </w:tcPr>
          <w:p w:rsidR="006F7457" w:rsidRPr="00332DB8" w:rsidRDefault="006F7457">
            <w:pPr>
              <w:rPr>
                <w:lang w:val="ru-RU"/>
              </w:rPr>
            </w:pPr>
          </w:p>
        </w:tc>
      </w:tr>
      <w:tr w:rsidR="006F7457" w:rsidRPr="00DD284B">
        <w:tc>
          <w:tcPr>
            <w:tcW w:w="2880" w:type="dxa"/>
          </w:tcPr>
          <w:p w:rsidR="006F7457" w:rsidRDefault="00332DB8">
            <w:r>
              <w:t>85</w:t>
            </w:r>
            <w:r>
              <w:lastRenderedPageBreak/>
              <w:t>3.</w:t>
            </w:r>
          </w:p>
        </w:tc>
        <w:tc>
          <w:tcPr>
            <w:tcW w:w="2880" w:type="dxa"/>
          </w:tcPr>
          <w:p w:rsidR="006F7457" w:rsidRPr="00332DB8" w:rsidRDefault="00332DB8">
            <w:pPr>
              <w:rPr>
                <w:lang w:val="ru-RU"/>
              </w:rPr>
            </w:pPr>
            <w:r w:rsidRPr="00332DB8">
              <w:rPr>
                <w:lang w:val="ru-RU"/>
              </w:rPr>
              <w:lastRenderedPageBreak/>
              <w:t>Журнал «Радикальный голос» выпуск № 1 (2006) (решение Тушинского районного суда г. Москвы от 21.09.2010).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854.</w:t>
            </w:r>
          </w:p>
        </w:tc>
        <w:tc>
          <w:tcPr>
            <w:tcW w:w="2880" w:type="dxa"/>
          </w:tcPr>
          <w:p w:rsidR="006F7457" w:rsidRPr="00332DB8" w:rsidRDefault="00332DB8">
            <w:pPr>
              <w:rPr>
                <w:lang w:val="ru-RU"/>
              </w:rPr>
            </w:pPr>
            <w:r w:rsidRPr="00332DB8">
              <w:rPr>
                <w:lang w:val="ru-RU"/>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2880" w:type="dxa"/>
          </w:tcPr>
          <w:p w:rsidR="006F7457" w:rsidRPr="00332DB8" w:rsidRDefault="006F7457">
            <w:pPr>
              <w:rPr>
                <w:lang w:val="ru-RU"/>
              </w:rPr>
            </w:pPr>
          </w:p>
        </w:tc>
      </w:tr>
      <w:tr w:rsidR="006F7457" w:rsidRPr="00DD284B">
        <w:tc>
          <w:tcPr>
            <w:tcW w:w="2880" w:type="dxa"/>
          </w:tcPr>
          <w:p w:rsidR="006F7457" w:rsidRDefault="00332DB8">
            <w:r>
              <w:t>855.</w:t>
            </w:r>
          </w:p>
        </w:tc>
        <w:tc>
          <w:tcPr>
            <w:tcW w:w="2880" w:type="dxa"/>
          </w:tcPr>
          <w:p w:rsidR="006F7457" w:rsidRPr="00332DB8" w:rsidRDefault="00332DB8">
            <w:pPr>
              <w:rPr>
                <w:lang w:val="ru-RU"/>
              </w:rPr>
            </w:pPr>
            <w:r w:rsidRPr="00332DB8">
              <w:rPr>
                <w:lang w:val="ru-RU"/>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2880" w:type="dxa"/>
          </w:tcPr>
          <w:p w:rsidR="006F7457" w:rsidRPr="00332DB8" w:rsidRDefault="006F7457">
            <w:pPr>
              <w:rPr>
                <w:lang w:val="ru-RU"/>
              </w:rPr>
            </w:pPr>
          </w:p>
        </w:tc>
      </w:tr>
      <w:tr w:rsidR="006F7457" w:rsidRPr="00DD284B">
        <w:tc>
          <w:tcPr>
            <w:tcW w:w="2880" w:type="dxa"/>
          </w:tcPr>
          <w:p w:rsidR="006F7457" w:rsidRDefault="00332DB8">
            <w:r>
              <w:t>856.</w:t>
            </w:r>
          </w:p>
        </w:tc>
        <w:tc>
          <w:tcPr>
            <w:tcW w:w="2880" w:type="dxa"/>
          </w:tcPr>
          <w:p w:rsidR="006F7457" w:rsidRPr="00332DB8" w:rsidRDefault="00332DB8">
            <w:pPr>
              <w:rPr>
                <w:lang w:val="ru-RU"/>
              </w:rPr>
            </w:pPr>
            <w:r w:rsidRPr="00332DB8">
              <w:rPr>
                <w:lang w:val="ru-RU"/>
              </w:rPr>
              <w:t>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Красноярска от 21.09.2010).</w:t>
            </w:r>
          </w:p>
        </w:tc>
        <w:tc>
          <w:tcPr>
            <w:tcW w:w="2880" w:type="dxa"/>
          </w:tcPr>
          <w:p w:rsidR="006F7457" w:rsidRPr="00332DB8" w:rsidRDefault="006F7457">
            <w:pPr>
              <w:rPr>
                <w:lang w:val="ru-RU"/>
              </w:rPr>
            </w:pPr>
          </w:p>
        </w:tc>
      </w:tr>
      <w:tr w:rsidR="006F7457" w:rsidRPr="00DD284B">
        <w:tc>
          <w:tcPr>
            <w:tcW w:w="2880" w:type="dxa"/>
          </w:tcPr>
          <w:p w:rsidR="006F7457" w:rsidRDefault="00332DB8">
            <w:r>
              <w:t>857.</w:t>
            </w:r>
          </w:p>
        </w:tc>
        <w:tc>
          <w:tcPr>
            <w:tcW w:w="2880" w:type="dxa"/>
          </w:tcPr>
          <w:p w:rsidR="006F7457" w:rsidRPr="00332DB8" w:rsidRDefault="00332DB8">
            <w:pPr>
              <w:rPr>
                <w:lang w:val="ru-RU"/>
              </w:rPr>
            </w:pPr>
            <w:r w:rsidRPr="00332DB8">
              <w:rPr>
                <w:lang w:val="ru-RU"/>
              </w:rPr>
              <w:t>Журнал «Русская воля» № 7 (февраль 2004) (решение Тушинского районного суда г. Москвы от 21.09.2010).</w:t>
            </w:r>
          </w:p>
        </w:tc>
        <w:tc>
          <w:tcPr>
            <w:tcW w:w="2880" w:type="dxa"/>
          </w:tcPr>
          <w:p w:rsidR="006F7457" w:rsidRPr="00332DB8" w:rsidRDefault="006F7457">
            <w:pPr>
              <w:rPr>
                <w:lang w:val="ru-RU"/>
              </w:rPr>
            </w:pPr>
          </w:p>
        </w:tc>
      </w:tr>
      <w:tr w:rsidR="006F7457" w:rsidRPr="00DD284B">
        <w:tc>
          <w:tcPr>
            <w:tcW w:w="2880" w:type="dxa"/>
          </w:tcPr>
          <w:p w:rsidR="006F7457" w:rsidRDefault="00332DB8">
            <w:r>
              <w:t>858.</w:t>
            </w:r>
          </w:p>
        </w:tc>
        <w:tc>
          <w:tcPr>
            <w:tcW w:w="2880" w:type="dxa"/>
          </w:tcPr>
          <w:p w:rsidR="006F7457" w:rsidRPr="00332DB8" w:rsidRDefault="00332DB8">
            <w:pPr>
              <w:rPr>
                <w:lang w:val="ru-RU"/>
              </w:rPr>
            </w:pPr>
            <w:r w:rsidRPr="00332DB8">
              <w:rPr>
                <w:lang w:val="ru-RU"/>
              </w:rPr>
              <w:t>Печатное издание - брошюра «Законодательство не от Аллаха запрещено шариатом» (решение Ленинского районного суда г.Уфы от 17.02.2011).</w:t>
            </w:r>
          </w:p>
        </w:tc>
        <w:tc>
          <w:tcPr>
            <w:tcW w:w="2880" w:type="dxa"/>
          </w:tcPr>
          <w:p w:rsidR="006F7457" w:rsidRPr="00332DB8" w:rsidRDefault="006F7457">
            <w:pPr>
              <w:rPr>
                <w:lang w:val="ru-RU"/>
              </w:rPr>
            </w:pPr>
          </w:p>
        </w:tc>
      </w:tr>
      <w:tr w:rsidR="006F7457" w:rsidRPr="00DD284B">
        <w:tc>
          <w:tcPr>
            <w:tcW w:w="2880" w:type="dxa"/>
          </w:tcPr>
          <w:p w:rsidR="006F7457" w:rsidRDefault="00332DB8">
            <w:r>
              <w:t>85</w:t>
            </w:r>
            <w:r>
              <w:lastRenderedPageBreak/>
              <w:t>9.</w:t>
            </w:r>
          </w:p>
        </w:tc>
        <w:tc>
          <w:tcPr>
            <w:tcW w:w="2880" w:type="dxa"/>
          </w:tcPr>
          <w:p w:rsidR="006F7457" w:rsidRPr="00332DB8" w:rsidRDefault="00332DB8">
            <w:pPr>
              <w:rPr>
                <w:lang w:val="ru-RU"/>
              </w:rPr>
            </w:pPr>
            <w:r w:rsidRPr="00332DB8">
              <w:rPr>
                <w:lang w:val="ru-RU"/>
              </w:rPr>
              <w:lastRenderedPageBreak/>
              <w:t xml:space="preserve">Видеоматериал - </w:t>
            </w:r>
            <w:r>
              <w:t>DVD</w:t>
            </w:r>
            <w:r w:rsidRPr="00332DB8">
              <w:rPr>
                <w:lang w:val="ru-RU"/>
              </w:rPr>
              <w:t>-диск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860.</w:t>
            </w:r>
          </w:p>
        </w:tc>
        <w:tc>
          <w:tcPr>
            <w:tcW w:w="2880" w:type="dxa"/>
          </w:tcPr>
          <w:p w:rsidR="006F7457" w:rsidRPr="00332DB8" w:rsidRDefault="00332DB8">
            <w:pPr>
              <w:rPr>
                <w:lang w:val="ru-RU"/>
              </w:rPr>
            </w:pPr>
            <w:r w:rsidRPr="00332DB8">
              <w:rPr>
                <w:lang w:val="ru-RU"/>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t>
            </w:r>
            <w:r>
              <w:t>www</w:t>
            </w:r>
            <w:r w:rsidRPr="00332DB8">
              <w:rPr>
                <w:lang w:val="ru-RU"/>
              </w:rPr>
              <w:t>.</w:t>
            </w:r>
            <w:r>
              <w:t>islamdin</w:t>
            </w:r>
            <w:r w:rsidRPr="00332DB8">
              <w:rPr>
                <w:lang w:val="ru-RU"/>
              </w:rPr>
              <w:t>.</w:t>
            </w:r>
            <w:r>
              <w:t>com</w:t>
            </w:r>
            <w:r w:rsidRPr="00332DB8">
              <w:rPr>
                <w:lang w:val="ru-RU"/>
              </w:rPr>
              <w:t>» (решение Нальчикского городского суда Кабардино-Балкарской Республики от 16.03.2011).</w:t>
            </w:r>
          </w:p>
        </w:tc>
        <w:tc>
          <w:tcPr>
            <w:tcW w:w="2880" w:type="dxa"/>
          </w:tcPr>
          <w:p w:rsidR="006F7457" w:rsidRPr="00332DB8" w:rsidRDefault="006F7457">
            <w:pPr>
              <w:rPr>
                <w:lang w:val="ru-RU"/>
              </w:rPr>
            </w:pPr>
          </w:p>
        </w:tc>
      </w:tr>
      <w:tr w:rsidR="006F7457" w:rsidRPr="00DD284B">
        <w:tc>
          <w:tcPr>
            <w:tcW w:w="2880" w:type="dxa"/>
          </w:tcPr>
          <w:p w:rsidR="006F7457" w:rsidRDefault="00332DB8">
            <w:r>
              <w:t>861.</w:t>
            </w:r>
          </w:p>
        </w:tc>
        <w:tc>
          <w:tcPr>
            <w:tcW w:w="2880" w:type="dxa"/>
          </w:tcPr>
          <w:p w:rsidR="006F7457" w:rsidRPr="00332DB8" w:rsidRDefault="00332DB8">
            <w:pPr>
              <w:rPr>
                <w:lang w:val="ru-RU"/>
              </w:rPr>
            </w:pPr>
            <w:r w:rsidRPr="00332DB8">
              <w:rPr>
                <w:lang w:val="ru-RU"/>
              </w:rPr>
              <w:t>Книга Родзаевского Константина Владимировича «Завещание русского фашиста» (решение Центрального районного суда г. Красноярска от 11.10.2010).</w:t>
            </w:r>
          </w:p>
        </w:tc>
        <w:tc>
          <w:tcPr>
            <w:tcW w:w="2880" w:type="dxa"/>
          </w:tcPr>
          <w:p w:rsidR="006F7457" w:rsidRPr="00332DB8" w:rsidRDefault="006F7457">
            <w:pPr>
              <w:rPr>
                <w:lang w:val="ru-RU"/>
              </w:rPr>
            </w:pPr>
          </w:p>
        </w:tc>
      </w:tr>
      <w:tr w:rsidR="006F7457" w:rsidRPr="00DD284B">
        <w:tc>
          <w:tcPr>
            <w:tcW w:w="2880" w:type="dxa"/>
          </w:tcPr>
          <w:p w:rsidR="006F7457" w:rsidRDefault="00332DB8">
            <w:r>
              <w:t>862.</w:t>
            </w:r>
          </w:p>
        </w:tc>
        <w:tc>
          <w:tcPr>
            <w:tcW w:w="2880" w:type="dxa"/>
          </w:tcPr>
          <w:p w:rsidR="006F7457" w:rsidRPr="00332DB8" w:rsidRDefault="00332DB8">
            <w:pPr>
              <w:rPr>
                <w:lang w:val="ru-RU"/>
              </w:rPr>
            </w:pPr>
            <w:r w:rsidRPr="00332DB8">
              <w:rPr>
                <w:lang w:val="ru-RU"/>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t>
            </w:r>
            <w:r>
              <w:t>www</w:t>
            </w:r>
            <w:r w:rsidRPr="00332DB8">
              <w:rPr>
                <w:lang w:val="ru-RU"/>
              </w:rPr>
              <w:t>.</w:t>
            </w:r>
            <w:r>
              <w:t>islamdin</w:t>
            </w:r>
            <w:r w:rsidRPr="00332DB8">
              <w:rPr>
                <w:lang w:val="ru-RU"/>
              </w:rPr>
              <w:t>.</w:t>
            </w:r>
            <w:r>
              <w:t>com</w:t>
            </w:r>
            <w:r w:rsidRPr="00332DB8">
              <w:rPr>
                <w:lang w:val="ru-RU"/>
              </w:rPr>
              <w:t>» (решение Нальчикского городского суда Кабардино-Балкарской Республики от 16.03.2011).</w:t>
            </w:r>
          </w:p>
        </w:tc>
        <w:tc>
          <w:tcPr>
            <w:tcW w:w="2880" w:type="dxa"/>
          </w:tcPr>
          <w:p w:rsidR="006F7457" w:rsidRPr="00332DB8" w:rsidRDefault="006F7457">
            <w:pPr>
              <w:rPr>
                <w:lang w:val="ru-RU"/>
              </w:rPr>
            </w:pPr>
          </w:p>
        </w:tc>
      </w:tr>
      <w:tr w:rsidR="006F7457" w:rsidRPr="00DD284B">
        <w:tc>
          <w:tcPr>
            <w:tcW w:w="2880" w:type="dxa"/>
          </w:tcPr>
          <w:p w:rsidR="006F7457" w:rsidRDefault="00332DB8">
            <w:r>
              <w:t>863.</w:t>
            </w:r>
          </w:p>
        </w:tc>
        <w:tc>
          <w:tcPr>
            <w:tcW w:w="2880" w:type="dxa"/>
          </w:tcPr>
          <w:p w:rsidR="006F7457" w:rsidRPr="00332DB8" w:rsidRDefault="00332DB8">
            <w:pPr>
              <w:rPr>
                <w:lang w:val="ru-RU"/>
              </w:rPr>
            </w:pPr>
            <w:r w:rsidRPr="00332DB8">
              <w:rPr>
                <w:lang w:val="ru-RU"/>
              </w:rPr>
              <w:t xml:space="preserve">Статья Зелимхана Мерджо под названием «Власть над мусульманами», опубликованная 18 июня 2010 года на сайте </w:t>
            </w:r>
            <w:r>
              <w:t>http</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01.03.2011).</w:t>
            </w:r>
          </w:p>
        </w:tc>
        <w:tc>
          <w:tcPr>
            <w:tcW w:w="2880" w:type="dxa"/>
          </w:tcPr>
          <w:p w:rsidR="006F7457" w:rsidRPr="00332DB8" w:rsidRDefault="006F7457">
            <w:pPr>
              <w:rPr>
                <w:lang w:val="ru-RU"/>
              </w:rPr>
            </w:pPr>
          </w:p>
        </w:tc>
      </w:tr>
      <w:tr w:rsidR="006F7457" w:rsidRPr="00DD284B">
        <w:tc>
          <w:tcPr>
            <w:tcW w:w="2880" w:type="dxa"/>
          </w:tcPr>
          <w:p w:rsidR="006F7457" w:rsidRDefault="00332DB8">
            <w:r>
              <w:t>864.</w:t>
            </w:r>
          </w:p>
        </w:tc>
        <w:tc>
          <w:tcPr>
            <w:tcW w:w="2880" w:type="dxa"/>
          </w:tcPr>
          <w:p w:rsidR="006F7457" w:rsidRPr="00332DB8" w:rsidRDefault="00332DB8">
            <w:pPr>
              <w:rPr>
                <w:lang w:val="ru-RU"/>
              </w:rPr>
            </w:pPr>
            <w:r w:rsidRPr="00332DB8">
              <w:rPr>
                <w:lang w:val="ru-RU"/>
              </w:rPr>
              <w:t xml:space="preserve">Аудиоматериал - аудио-книга </w:t>
            </w:r>
            <w:r>
              <w:t>CD</w:t>
            </w:r>
            <w:r w:rsidRPr="00332DB8">
              <w:rPr>
                <w:lang w:val="ru-RU"/>
              </w:rPr>
              <w:t>-</w:t>
            </w:r>
            <w:r>
              <w:t>R</w:t>
            </w:r>
            <w:r w:rsidRPr="00332DB8">
              <w:rPr>
                <w:lang w:val="ru-RU"/>
              </w:rPr>
              <w:t>-диск «Победа и сила» (решение Ленинского районного суда г. Уфы от 17.02.2011).</w:t>
            </w:r>
          </w:p>
        </w:tc>
        <w:tc>
          <w:tcPr>
            <w:tcW w:w="2880" w:type="dxa"/>
          </w:tcPr>
          <w:p w:rsidR="006F7457" w:rsidRPr="00332DB8" w:rsidRDefault="006F7457">
            <w:pPr>
              <w:rPr>
                <w:lang w:val="ru-RU"/>
              </w:rPr>
            </w:pPr>
          </w:p>
        </w:tc>
      </w:tr>
      <w:tr w:rsidR="006F7457" w:rsidRPr="00DD284B">
        <w:tc>
          <w:tcPr>
            <w:tcW w:w="2880" w:type="dxa"/>
          </w:tcPr>
          <w:p w:rsidR="006F7457" w:rsidRDefault="00332DB8">
            <w:r>
              <w:t>865.</w:t>
            </w:r>
          </w:p>
        </w:tc>
        <w:tc>
          <w:tcPr>
            <w:tcW w:w="2880" w:type="dxa"/>
          </w:tcPr>
          <w:p w:rsidR="006F7457" w:rsidRPr="00332DB8" w:rsidRDefault="00332DB8">
            <w:pPr>
              <w:rPr>
                <w:lang w:val="ru-RU"/>
              </w:rPr>
            </w:pPr>
            <w:r w:rsidRPr="00332DB8">
              <w:rPr>
                <w:lang w:val="ru-RU"/>
              </w:rPr>
              <w:t xml:space="preserve">Лозунг «Православие или смерть!», размещенный в Интернет-ресурсе </w:t>
            </w:r>
            <w:r>
              <w:t>www</w:t>
            </w:r>
            <w:r w:rsidRPr="00332DB8">
              <w:rPr>
                <w:lang w:val="ru-RU"/>
              </w:rPr>
              <w:t>.</w:t>
            </w:r>
            <w:r>
              <w:t>russiansymbol</w:t>
            </w:r>
            <w:r w:rsidRPr="00332DB8">
              <w:rPr>
                <w:lang w:val="ru-RU"/>
              </w:rPr>
              <w:t>.</w:t>
            </w:r>
            <w:r>
              <w:t>ru</w:t>
            </w:r>
            <w:r w:rsidRPr="00332DB8">
              <w:rPr>
                <w:lang w:val="ru-RU"/>
              </w:rPr>
              <w:t xml:space="preserve"> (решение Черемушкинского районного суда г. Москвы от 21.12.2010).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866.</w:t>
            </w:r>
          </w:p>
        </w:tc>
        <w:tc>
          <w:tcPr>
            <w:tcW w:w="2880" w:type="dxa"/>
          </w:tcPr>
          <w:p w:rsidR="006F7457" w:rsidRPr="00332DB8" w:rsidRDefault="00332DB8">
            <w:pPr>
              <w:rPr>
                <w:lang w:val="ru-RU"/>
              </w:rPr>
            </w:pPr>
            <w:r w:rsidRPr="00332DB8">
              <w:rPr>
                <w:lang w:val="ru-RU"/>
              </w:rPr>
              <w:t xml:space="preserve">Лозунг «Россия для русскихъ», размещенный в Интернет-ресурсе </w:t>
            </w:r>
            <w:r>
              <w:t>www</w:t>
            </w:r>
            <w:r w:rsidRPr="00332DB8">
              <w:rPr>
                <w:lang w:val="ru-RU"/>
              </w:rPr>
              <w:t>.</w:t>
            </w:r>
            <w:r>
              <w:t>russiansymbol</w:t>
            </w:r>
            <w:r w:rsidRPr="00332DB8">
              <w:rPr>
                <w:lang w:val="ru-RU"/>
              </w:rPr>
              <w:t>.</w:t>
            </w:r>
            <w:r>
              <w:t>ru</w:t>
            </w:r>
            <w:r w:rsidRPr="00332DB8">
              <w:rPr>
                <w:lang w:val="ru-RU"/>
              </w:rPr>
              <w:t xml:space="preserve"> (решение Черемушкинского районного суда г. Москвы от 21.12.2010).</w:t>
            </w:r>
          </w:p>
        </w:tc>
        <w:tc>
          <w:tcPr>
            <w:tcW w:w="2880" w:type="dxa"/>
          </w:tcPr>
          <w:p w:rsidR="006F7457" w:rsidRPr="00332DB8" w:rsidRDefault="006F7457">
            <w:pPr>
              <w:rPr>
                <w:lang w:val="ru-RU"/>
              </w:rPr>
            </w:pPr>
          </w:p>
        </w:tc>
      </w:tr>
      <w:tr w:rsidR="006F7457">
        <w:tc>
          <w:tcPr>
            <w:tcW w:w="2880" w:type="dxa"/>
          </w:tcPr>
          <w:p w:rsidR="006F7457" w:rsidRDefault="00332DB8">
            <w:r>
              <w:t>867.</w:t>
            </w:r>
          </w:p>
        </w:tc>
        <w:tc>
          <w:tcPr>
            <w:tcW w:w="2880" w:type="dxa"/>
          </w:tcPr>
          <w:p w:rsidR="006F7457" w:rsidRDefault="00332DB8">
            <w:r w:rsidRPr="00332DB8">
              <w:rPr>
                <w:lang w:val="ru-RU"/>
              </w:rPr>
              <w:t xml:space="preserve">Видеоматериал </w:t>
            </w:r>
            <w:r>
              <w:t>DVD</w:t>
            </w:r>
            <w:r w:rsidRPr="00332DB8">
              <w:rPr>
                <w:lang w:val="ru-RU"/>
              </w:rPr>
              <w:t xml:space="preserve">-диск «Конференция по халифату в Индонезии, конференция по халифату в Крыму и др.» </w:t>
            </w:r>
            <w:r>
              <w:t>(решение Ленинского районного суда г.Уфы от 17.02.2011).</w:t>
            </w:r>
          </w:p>
        </w:tc>
        <w:tc>
          <w:tcPr>
            <w:tcW w:w="2880" w:type="dxa"/>
          </w:tcPr>
          <w:p w:rsidR="006F7457" w:rsidRDefault="006F7457"/>
        </w:tc>
      </w:tr>
      <w:tr w:rsidR="006F7457" w:rsidRPr="00DD284B">
        <w:tc>
          <w:tcPr>
            <w:tcW w:w="2880" w:type="dxa"/>
          </w:tcPr>
          <w:p w:rsidR="006F7457" w:rsidRDefault="00332DB8">
            <w:r>
              <w:t>868.</w:t>
            </w:r>
          </w:p>
        </w:tc>
        <w:tc>
          <w:tcPr>
            <w:tcW w:w="2880" w:type="dxa"/>
          </w:tcPr>
          <w:p w:rsidR="006F7457" w:rsidRPr="00332DB8" w:rsidRDefault="00332DB8">
            <w:pPr>
              <w:rPr>
                <w:lang w:val="ru-RU"/>
              </w:rPr>
            </w:pPr>
            <w:r w:rsidRPr="00332DB8">
              <w:rPr>
                <w:lang w:val="ru-RU"/>
              </w:rPr>
              <w:t>Информационный материал, поступивший с адреса электронной почты 22</w:t>
            </w:r>
            <w:r>
              <w:t>sud</w:t>
            </w:r>
            <w:r w:rsidRPr="00332DB8">
              <w:rPr>
                <w:lang w:val="ru-RU"/>
              </w:rPr>
              <w:t>2010@</w:t>
            </w:r>
            <w:r>
              <w:t>gmail</w:t>
            </w:r>
            <w:r w:rsidRPr="00332DB8">
              <w:rPr>
                <w:lang w:val="ru-RU"/>
              </w:rPr>
              <w:t>.</w:t>
            </w:r>
            <w:r>
              <w:t>ru</w:t>
            </w:r>
            <w:r w:rsidRPr="00332DB8">
              <w:rPr>
                <w:lang w:val="ru-RU"/>
              </w:rPr>
              <w:t xml:space="preserve">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2880" w:type="dxa"/>
          </w:tcPr>
          <w:p w:rsidR="006F7457" w:rsidRPr="00332DB8" w:rsidRDefault="006F7457">
            <w:pPr>
              <w:rPr>
                <w:lang w:val="ru-RU"/>
              </w:rPr>
            </w:pPr>
          </w:p>
        </w:tc>
      </w:tr>
      <w:tr w:rsidR="006F7457" w:rsidRPr="00DD284B">
        <w:tc>
          <w:tcPr>
            <w:tcW w:w="2880" w:type="dxa"/>
          </w:tcPr>
          <w:p w:rsidR="006F7457" w:rsidRDefault="00332DB8">
            <w:r>
              <w:t>869.</w:t>
            </w:r>
          </w:p>
        </w:tc>
        <w:tc>
          <w:tcPr>
            <w:tcW w:w="2880" w:type="dxa"/>
          </w:tcPr>
          <w:p w:rsidR="006F7457" w:rsidRPr="00332DB8" w:rsidRDefault="00332DB8">
            <w:pPr>
              <w:rPr>
                <w:lang w:val="ru-RU"/>
              </w:rPr>
            </w:pPr>
            <w:r w:rsidRPr="00332DB8">
              <w:rPr>
                <w:lang w:val="ru-RU"/>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2880" w:type="dxa"/>
          </w:tcPr>
          <w:p w:rsidR="006F7457" w:rsidRPr="00332DB8" w:rsidRDefault="006F7457">
            <w:pPr>
              <w:rPr>
                <w:lang w:val="ru-RU"/>
              </w:rPr>
            </w:pPr>
          </w:p>
        </w:tc>
      </w:tr>
      <w:tr w:rsidR="006F7457">
        <w:tc>
          <w:tcPr>
            <w:tcW w:w="2880" w:type="dxa"/>
          </w:tcPr>
          <w:p w:rsidR="006F7457" w:rsidRDefault="00332DB8">
            <w:r>
              <w:t>870.</w:t>
            </w:r>
          </w:p>
        </w:tc>
        <w:tc>
          <w:tcPr>
            <w:tcW w:w="2880" w:type="dxa"/>
          </w:tcPr>
          <w:p w:rsidR="006F7457" w:rsidRDefault="00332DB8">
            <w:r w:rsidRPr="00332DB8">
              <w:rPr>
                <w:lang w:val="ru-RU"/>
              </w:rPr>
              <w:t>Информационный материал - видео - обращение под наименованием «</w:t>
            </w:r>
            <w:r>
              <w:t>razyasnenie</w:t>
            </w:r>
            <w:r w:rsidRPr="00332DB8">
              <w:rPr>
                <w:lang w:val="ru-RU"/>
              </w:rPr>
              <w:t>-</w:t>
            </w:r>
            <w:r>
              <w:t>Abdullaha</w:t>
            </w:r>
            <w:r w:rsidRPr="00332DB8">
              <w:rPr>
                <w:lang w:val="ru-RU"/>
              </w:rPr>
              <w:t>_</w:t>
            </w:r>
            <w:r>
              <w:t>KBK</w:t>
            </w:r>
            <w:r w:rsidRPr="00332DB8">
              <w:rPr>
                <w:lang w:val="ru-RU"/>
              </w:rPr>
              <w:t>_2010_</w:t>
            </w:r>
            <w:r>
              <w:t>okt</w:t>
            </w:r>
            <w:r w:rsidRPr="00332DB8">
              <w:rPr>
                <w:lang w:val="ru-RU"/>
              </w:rPr>
              <w:t xml:space="preserve">_» с видеозаписью обращения членов незаконного вооруженного формирования «Объединенного вилайят Кабарды, Балкарии и Карачая» в том числе Занкишиева А.Р.»» </w:t>
            </w:r>
            <w:r>
              <w:t>(решение Нальчикского городского суда Кабардино-Балкарской Республики от 12.04.2011).</w:t>
            </w:r>
          </w:p>
        </w:tc>
        <w:tc>
          <w:tcPr>
            <w:tcW w:w="2880" w:type="dxa"/>
          </w:tcPr>
          <w:p w:rsidR="006F7457" w:rsidRDefault="006F7457"/>
        </w:tc>
      </w:tr>
      <w:tr w:rsidR="006F7457" w:rsidRPr="00DD284B">
        <w:tc>
          <w:tcPr>
            <w:tcW w:w="2880" w:type="dxa"/>
          </w:tcPr>
          <w:p w:rsidR="006F7457" w:rsidRDefault="00332DB8">
            <w:r>
              <w:lastRenderedPageBreak/>
              <w:t>871.</w:t>
            </w:r>
          </w:p>
        </w:tc>
        <w:tc>
          <w:tcPr>
            <w:tcW w:w="2880" w:type="dxa"/>
          </w:tcPr>
          <w:p w:rsidR="006F7457" w:rsidRPr="00332DB8" w:rsidRDefault="00332DB8">
            <w:pPr>
              <w:rPr>
                <w:lang w:val="ru-RU"/>
              </w:rPr>
            </w:pPr>
            <w:r w:rsidRPr="00332DB8">
              <w:rPr>
                <w:lang w:val="ru-RU"/>
              </w:rPr>
              <w:t xml:space="preserve">Интернет сайт </w:t>
            </w:r>
            <w:r>
              <w:t>www</w:t>
            </w:r>
            <w:r w:rsidRPr="00332DB8">
              <w:rPr>
                <w:lang w:val="ru-RU"/>
              </w:rPr>
              <w:t>.44</w:t>
            </w:r>
            <w:r>
              <w:t>x</w:t>
            </w:r>
            <w:r w:rsidRPr="00332DB8">
              <w:rPr>
                <w:lang w:val="ru-RU"/>
              </w:rPr>
              <w:t>2.</w:t>
            </w:r>
            <w:r>
              <w:t>com</w:t>
            </w:r>
            <w:r w:rsidRPr="00332DB8">
              <w:rPr>
                <w:lang w:val="ru-RU"/>
              </w:rPr>
              <w:t>. с содержащимися на нем информационными материалами (решение Советского районного суда г. Липецка от 29.03.2011).</w:t>
            </w:r>
          </w:p>
        </w:tc>
        <w:tc>
          <w:tcPr>
            <w:tcW w:w="2880" w:type="dxa"/>
          </w:tcPr>
          <w:p w:rsidR="006F7457" w:rsidRPr="00332DB8" w:rsidRDefault="006F7457">
            <w:pPr>
              <w:rPr>
                <w:lang w:val="ru-RU"/>
              </w:rPr>
            </w:pPr>
          </w:p>
        </w:tc>
      </w:tr>
      <w:tr w:rsidR="006F7457" w:rsidRPr="00DD284B">
        <w:tc>
          <w:tcPr>
            <w:tcW w:w="2880" w:type="dxa"/>
          </w:tcPr>
          <w:p w:rsidR="006F7457" w:rsidRDefault="00332DB8">
            <w:r>
              <w:t>872.</w:t>
            </w:r>
          </w:p>
        </w:tc>
        <w:tc>
          <w:tcPr>
            <w:tcW w:w="2880" w:type="dxa"/>
          </w:tcPr>
          <w:p w:rsidR="006F7457" w:rsidRPr="00332DB8" w:rsidRDefault="00332DB8">
            <w:pPr>
              <w:rPr>
                <w:lang w:val="ru-RU"/>
              </w:rPr>
            </w:pPr>
            <w:r>
              <w:t xml:space="preserve">DVD-диск с фильмами: «sura as-sadja», «sura gaf-ayat 16-end», «Багдадский снайпер», «Как взрывали Россию </w:t>
            </w:r>
            <w:r w:rsidRPr="00332DB8">
              <w:rPr>
                <w:lang w:val="ru-RU"/>
              </w:rPr>
              <w:t>Ф.С.Б.», «Конец», «Мультик», «Проповедь9992» (видеостудия «</w:t>
            </w:r>
            <w:r>
              <w:t>NIRVANA</w:t>
            </w:r>
            <w:r w:rsidRPr="00332DB8">
              <w:rPr>
                <w:lang w:val="ru-RU"/>
              </w:rPr>
              <w:t>»,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2880" w:type="dxa"/>
          </w:tcPr>
          <w:p w:rsidR="006F7457" w:rsidRPr="00332DB8" w:rsidRDefault="006F7457">
            <w:pPr>
              <w:rPr>
                <w:lang w:val="ru-RU"/>
              </w:rPr>
            </w:pPr>
          </w:p>
        </w:tc>
      </w:tr>
      <w:tr w:rsidR="006F7457" w:rsidRPr="00DD284B">
        <w:tc>
          <w:tcPr>
            <w:tcW w:w="2880" w:type="dxa"/>
          </w:tcPr>
          <w:p w:rsidR="006F7457" w:rsidRDefault="00332DB8">
            <w:r>
              <w:t>873.</w:t>
            </w:r>
          </w:p>
        </w:tc>
        <w:tc>
          <w:tcPr>
            <w:tcW w:w="2880" w:type="dxa"/>
          </w:tcPr>
          <w:p w:rsidR="006F7457" w:rsidRPr="00332DB8" w:rsidRDefault="00332DB8">
            <w:pPr>
              <w:rPr>
                <w:lang w:val="ru-RU"/>
              </w:rPr>
            </w:pPr>
            <w:r>
              <w:t>DVD</w:t>
            </w:r>
            <w:r w:rsidRPr="00332DB8">
              <w:rPr>
                <w:lang w:val="ru-RU"/>
              </w:rPr>
              <w:t>-диск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2880" w:type="dxa"/>
          </w:tcPr>
          <w:p w:rsidR="006F7457" w:rsidRPr="00332DB8" w:rsidRDefault="006F7457">
            <w:pPr>
              <w:rPr>
                <w:lang w:val="ru-RU"/>
              </w:rPr>
            </w:pPr>
          </w:p>
        </w:tc>
      </w:tr>
      <w:tr w:rsidR="006F7457" w:rsidRPr="00DD284B">
        <w:tc>
          <w:tcPr>
            <w:tcW w:w="2880" w:type="dxa"/>
          </w:tcPr>
          <w:p w:rsidR="006F7457" w:rsidRDefault="00332DB8">
            <w:r>
              <w:t>874.</w:t>
            </w:r>
          </w:p>
        </w:tc>
        <w:tc>
          <w:tcPr>
            <w:tcW w:w="2880" w:type="dxa"/>
          </w:tcPr>
          <w:p w:rsidR="006F7457" w:rsidRPr="00332DB8" w:rsidRDefault="00332DB8">
            <w:pPr>
              <w:rPr>
                <w:lang w:val="ru-RU"/>
              </w:rPr>
            </w:pPr>
            <w:r w:rsidRPr="00332DB8">
              <w:rPr>
                <w:lang w:val="ru-RU"/>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2880" w:type="dxa"/>
          </w:tcPr>
          <w:p w:rsidR="006F7457" w:rsidRPr="00332DB8" w:rsidRDefault="006F7457">
            <w:pPr>
              <w:rPr>
                <w:lang w:val="ru-RU"/>
              </w:rPr>
            </w:pPr>
          </w:p>
        </w:tc>
      </w:tr>
      <w:tr w:rsidR="006F7457" w:rsidRPr="00DD284B">
        <w:tc>
          <w:tcPr>
            <w:tcW w:w="2880" w:type="dxa"/>
          </w:tcPr>
          <w:p w:rsidR="006F7457" w:rsidRDefault="00332DB8">
            <w:r>
              <w:t>875.</w:t>
            </w:r>
          </w:p>
        </w:tc>
        <w:tc>
          <w:tcPr>
            <w:tcW w:w="2880" w:type="dxa"/>
          </w:tcPr>
          <w:p w:rsidR="006F7457" w:rsidRPr="00332DB8" w:rsidRDefault="00332DB8">
            <w:pPr>
              <w:rPr>
                <w:lang w:val="ru-RU"/>
              </w:rPr>
            </w:pPr>
            <w:r w:rsidRPr="00332DB8">
              <w:rPr>
                <w:lang w:val="ru-RU"/>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2880" w:type="dxa"/>
          </w:tcPr>
          <w:p w:rsidR="006F7457" w:rsidRPr="00332DB8" w:rsidRDefault="006F7457">
            <w:pPr>
              <w:rPr>
                <w:lang w:val="ru-RU"/>
              </w:rPr>
            </w:pPr>
          </w:p>
        </w:tc>
      </w:tr>
      <w:tr w:rsidR="006F7457" w:rsidRPr="00DD284B">
        <w:tc>
          <w:tcPr>
            <w:tcW w:w="2880" w:type="dxa"/>
          </w:tcPr>
          <w:p w:rsidR="006F7457" w:rsidRDefault="00332DB8">
            <w:r>
              <w:t>876.</w:t>
            </w:r>
          </w:p>
        </w:tc>
        <w:tc>
          <w:tcPr>
            <w:tcW w:w="2880" w:type="dxa"/>
          </w:tcPr>
          <w:p w:rsidR="006F7457" w:rsidRPr="00332DB8" w:rsidRDefault="00332DB8">
            <w:pPr>
              <w:rPr>
                <w:lang w:val="ru-RU"/>
              </w:rPr>
            </w:pPr>
            <w:r w:rsidRPr="00332DB8">
              <w:rPr>
                <w:lang w:val="ru-RU"/>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c>
          <w:tcPr>
            <w:tcW w:w="2880" w:type="dxa"/>
          </w:tcPr>
          <w:p w:rsidR="006F7457" w:rsidRPr="00332DB8" w:rsidRDefault="006F7457">
            <w:pPr>
              <w:rPr>
                <w:lang w:val="ru-RU"/>
              </w:rPr>
            </w:pPr>
          </w:p>
        </w:tc>
      </w:tr>
      <w:tr w:rsidR="006F7457" w:rsidRPr="00DD284B">
        <w:tc>
          <w:tcPr>
            <w:tcW w:w="2880" w:type="dxa"/>
          </w:tcPr>
          <w:p w:rsidR="006F7457" w:rsidRDefault="00332DB8">
            <w:r>
              <w:t>87</w:t>
            </w:r>
            <w:r>
              <w:lastRenderedPageBreak/>
              <w:t>7.</w:t>
            </w:r>
          </w:p>
        </w:tc>
        <w:tc>
          <w:tcPr>
            <w:tcW w:w="2880" w:type="dxa"/>
          </w:tcPr>
          <w:p w:rsidR="006F7457" w:rsidRPr="00332DB8" w:rsidRDefault="00332DB8">
            <w:pPr>
              <w:rPr>
                <w:lang w:val="ru-RU"/>
              </w:rPr>
            </w:pPr>
            <w:r w:rsidRPr="00332DB8">
              <w:rPr>
                <w:lang w:val="ru-RU"/>
              </w:rPr>
              <w:lastRenderedPageBreak/>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878.</w:t>
            </w:r>
          </w:p>
        </w:tc>
        <w:tc>
          <w:tcPr>
            <w:tcW w:w="2880" w:type="dxa"/>
          </w:tcPr>
          <w:p w:rsidR="006F7457" w:rsidRPr="00332DB8" w:rsidRDefault="00332DB8">
            <w:pPr>
              <w:rPr>
                <w:lang w:val="ru-RU"/>
              </w:rPr>
            </w:pPr>
            <w:r w:rsidRPr="00332DB8">
              <w:rPr>
                <w:lang w:val="ru-RU"/>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2880" w:type="dxa"/>
          </w:tcPr>
          <w:p w:rsidR="006F7457" w:rsidRPr="00332DB8" w:rsidRDefault="006F7457">
            <w:pPr>
              <w:rPr>
                <w:lang w:val="ru-RU"/>
              </w:rPr>
            </w:pPr>
          </w:p>
        </w:tc>
      </w:tr>
      <w:tr w:rsidR="006F7457" w:rsidRPr="00DD284B">
        <w:tc>
          <w:tcPr>
            <w:tcW w:w="2880" w:type="dxa"/>
          </w:tcPr>
          <w:p w:rsidR="006F7457" w:rsidRDefault="00332DB8">
            <w:r>
              <w:t>879.</w:t>
            </w:r>
          </w:p>
        </w:tc>
        <w:tc>
          <w:tcPr>
            <w:tcW w:w="2880" w:type="dxa"/>
          </w:tcPr>
          <w:p w:rsidR="006F7457" w:rsidRPr="00332DB8" w:rsidRDefault="00332DB8">
            <w:pPr>
              <w:rPr>
                <w:lang w:val="ru-RU"/>
              </w:rPr>
            </w:pPr>
            <w:r w:rsidRPr="00332DB8">
              <w:rPr>
                <w:lang w:val="ru-RU"/>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c>
          <w:tcPr>
            <w:tcW w:w="2880" w:type="dxa"/>
          </w:tcPr>
          <w:p w:rsidR="006F7457" w:rsidRPr="00332DB8" w:rsidRDefault="006F7457">
            <w:pPr>
              <w:rPr>
                <w:lang w:val="ru-RU"/>
              </w:rPr>
            </w:pPr>
          </w:p>
        </w:tc>
      </w:tr>
      <w:tr w:rsidR="006F7457" w:rsidRPr="00DD284B">
        <w:tc>
          <w:tcPr>
            <w:tcW w:w="2880" w:type="dxa"/>
          </w:tcPr>
          <w:p w:rsidR="006F7457" w:rsidRDefault="00332DB8">
            <w:r>
              <w:t>880.</w:t>
            </w:r>
          </w:p>
        </w:tc>
        <w:tc>
          <w:tcPr>
            <w:tcW w:w="2880" w:type="dxa"/>
          </w:tcPr>
          <w:p w:rsidR="006F7457" w:rsidRPr="00332DB8" w:rsidRDefault="00332DB8">
            <w:pPr>
              <w:rPr>
                <w:lang w:val="ru-RU"/>
              </w:rPr>
            </w:pPr>
            <w:r w:rsidRPr="00332DB8">
              <w:rPr>
                <w:lang w:val="ru-RU"/>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2880" w:type="dxa"/>
          </w:tcPr>
          <w:p w:rsidR="006F7457" w:rsidRPr="00332DB8" w:rsidRDefault="006F7457">
            <w:pPr>
              <w:rPr>
                <w:lang w:val="ru-RU"/>
              </w:rPr>
            </w:pPr>
          </w:p>
        </w:tc>
      </w:tr>
      <w:tr w:rsidR="006F7457" w:rsidRPr="00DD284B">
        <w:tc>
          <w:tcPr>
            <w:tcW w:w="2880" w:type="dxa"/>
          </w:tcPr>
          <w:p w:rsidR="006F7457" w:rsidRDefault="00332DB8">
            <w:r>
              <w:t>881.</w:t>
            </w:r>
          </w:p>
        </w:tc>
        <w:tc>
          <w:tcPr>
            <w:tcW w:w="2880" w:type="dxa"/>
          </w:tcPr>
          <w:p w:rsidR="006F7457" w:rsidRPr="00332DB8" w:rsidRDefault="00332DB8">
            <w:pPr>
              <w:rPr>
                <w:lang w:val="ru-RU"/>
              </w:rPr>
            </w:pPr>
            <w:r w:rsidRPr="00332DB8">
              <w:rPr>
                <w:lang w:val="ru-RU"/>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2880" w:type="dxa"/>
          </w:tcPr>
          <w:p w:rsidR="006F7457" w:rsidRPr="00332DB8" w:rsidRDefault="006F7457">
            <w:pPr>
              <w:rPr>
                <w:lang w:val="ru-RU"/>
              </w:rPr>
            </w:pPr>
          </w:p>
        </w:tc>
      </w:tr>
      <w:tr w:rsidR="006F7457" w:rsidRPr="00DD284B">
        <w:tc>
          <w:tcPr>
            <w:tcW w:w="2880" w:type="dxa"/>
          </w:tcPr>
          <w:p w:rsidR="006F7457" w:rsidRDefault="00332DB8">
            <w:r>
              <w:t>882.</w:t>
            </w:r>
          </w:p>
        </w:tc>
        <w:tc>
          <w:tcPr>
            <w:tcW w:w="2880" w:type="dxa"/>
          </w:tcPr>
          <w:p w:rsidR="006F7457" w:rsidRPr="00332DB8" w:rsidRDefault="00332DB8">
            <w:pPr>
              <w:rPr>
                <w:lang w:val="ru-RU"/>
              </w:rPr>
            </w:pPr>
            <w:r w:rsidRPr="00332DB8">
              <w:rPr>
                <w:lang w:val="ru-RU"/>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2880" w:type="dxa"/>
          </w:tcPr>
          <w:p w:rsidR="006F7457" w:rsidRPr="00332DB8" w:rsidRDefault="006F7457">
            <w:pPr>
              <w:rPr>
                <w:lang w:val="ru-RU"/>
              </w:rPr>
            </w:pPr>
          </w:p>
        </w:tc>
      </w:tr>
      <w:tr w:rsidR="006F7457" w:rsidRPr="00DD284B">
        <w:tc>
          <w:tcPr>
            <w:tcW w:w="2880" w:type="dxa"/>
          </w:tcPr>
          <w:p w:rsidR="006F7457" w:rsidRDefault="00332DB8">
            <w:r>
              <w:t>883.</w:t>
            </w:r>
          </w:p>
        </w:tc>
        <w:tc>
          <w:tcPr>
            <w:tcW w:w="2880" w:type="dxa"/>
          </w:tcPr>
          <w:p w:rsidR="006F7457" w:rsidRPr="00332DB8" w:rsidRDefault="00332DB8">
            <w:pPr>
              <w:rPr>
                <w:lang w:val="ru-RU"/>
              </w:rPr>
            </w:pPr>
            <w:r w:rsidRPr="00332DB8">
              <w:rPr>
                <w:lang w:val="ru-RU"/>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2880" w:type="dxa"/>
          </w:tcPr>
          <w:p w:rsidR="006F7457" w:rsidRPr="00332DB8" w:rsidRDefault="006F7457">
            <w:pPr>
              <w:rPr>
                <w:lang w:val="ru-RU"/>
              </w:rPr>
            </w:pPr>
          </w:p>
        </w:tc>
      </w:tr>
      <w:tr w:rsidR="006F7457" w:rsidRPr="00DD284B">
        <w:tc>
          <w:tcPr>
            <w:tcW w:w="2880" w:type="dxa"/>
          </w:tcPr>
          <w:p w:rsidR="006F7457" w:rsidRDefault="00332DB8">
            <w:r>
              <w:t>88</w:t>
            </w:r>
            <w:r>
              <w:lastRenderedPageBreak/>
              <w:t>4.</w:t>
            </w:r>
          </w:p>
        </w:tc>
        <w:tc>
          <w:tcPr>
            <w:tcW w:w="2880" w:type="dxa"/>
          </w:tcPr>
          <w:p w:rsidR="006F7457" w:rsidRPr="00332DB8" w:rsidRDefault="00332DB8">
            <w:pPr>
              <w:rPr>
                <w:lang w:val="ru-RU"/>
              </w:rPr>
            </w:pPr>
            <w:r w:rsidRPr="00332DB8">
              <w:rPr>
                <w:lang w:val="ru-RU"/>
              </w:rPr>
              <w:lastRenderedPageBreak/>
              <w:t xml:space="preserve">Листовка под заголовком «Во имя Аллаха, Милостивого, Милосердного» от имени Раббани Халилова (решение </w:t>
            </w:r>
            <w:r w:rsidRPr="00332DB8">
              <w:rPr>
                <w:lang w:val="ru-RU"/>
              </w:rPr>
              <w:lastRenderedPageBreak/>
              <w:t>Ленинского районного суда г. Махачкалы Республики Дагестан от 12.05.2004).</w:t>
            </w:r>
          </w:p>
        </w:tc>
        <w:tc>
          <w:tcPr>
            <w:tcW w:w="2880" w:type="dxa"/>
          </w:tcPr>
          <w:p w:rsidR="006F7457" w:rsidRPr="00332DB8" w:rsidRDefault="006F7457">
            <w:pPr>
              <w:rPr>
                <w:lang w:val="ru-RU"/>
              </w:rPr>
            </w:pPr>
          </w:p>
        </w:tc>
      </w:tr>
      <w:tr w:rsidR="006F7457">
        <w:tc>
          <w:tcPr>
            <w:tcW w:w="2880" w:type="dxa"/>
          </w:tcPr>
          <w:p w:rsidR="006F7457" w:rsidRDefault="00332DB8">
            <w:r>
              <w:lastRenderedPageBreak/>
              <w:t>885.</w:t>
            </w:r>
          </w:p>
        </w:tc>
        <w:tc>
          <w:tcPr>
            <w:tcW w:w="2880" w:type="dxa"/>
          </w:tcPr>
          <w:p w:rsidR="006F7457" w:rsidRDefault="00332DB8">
            <w:r w:rsidRPr="00332DB8">
              <w:rPr>
                <w:lang w:val="ru-RU"/>
              </w:rPr>
              <w:t xml:space="preserve">Книга «Таухид» из серии «Библиотека мусульманина» - издание третье, перевод с арабского, данные о месте и годе издания отсутствуют, на 147 стр. </w:t>
            </w:r>
            <w:r>
              <w:t>(решение Первореченского районного суда г. Владивостока от 15.02.2011).</w:t>
            </w:r>
          </w:p>
        </w:tc>
        <w:tc>
          <w:tcPr>
            <w:tcW w:w="2880" w:type="dxa"/>
          </w:tcPr>
          <w:p w:rsidR="006F7457" w:rsidRDefault="006F7457"/>
        </w:tc>
      </w:tr>
      <w:tr w:rsidR="006F7457" w:rsidRPr="00DD284B">
        <w:tc>
          <w:tcPr>
            <w:tcW w:w="2880" w:type="dxa"/>
          </w:tcPr>
          <w:p w:rsidR="006F7457" w:rsidRDefault="00332DB8">
            <w:r>
              <w:t>886.</w:t>
            </w:r>
          </w:p>
        </w:tc>
        <w:tc>
          <w:tcPr>
            <w:tcW w:w="2880" w:type="dxa"/>
          </w:tcPr>
          <w:p w:rsidR="006F7457" w:rsidRPr="00332DB8" w:rsidRDefault="00332DB8">
            <w:pPr>
              <w:rPr>
                <w:lang w:val="ru-RU"/>
              </w:rPr>
            </w:pPr>
            <w:r w:rsidRPr="00332DB8">
              <w:rPr>
                <w:lang w:val="ru-RU"/>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2880" w:type="dxa"/>
          </w:tcPr>
          <w:p w:rsidR="006F7457" w:rsidRPr="00332DB8" w:rsidRDefault="006F7457">
            <w:pPr>
              <w:rPr>
                <w:lang w:val="ru-RU"/>
              </w:rPr>
            </w:pPr>
          </w:p>
        </w:tc>
      </w:tr>
      <w:tr w:rsidR="006F7457" w:rsidRPr="00DD284B">
        <w:tc>
          <w:tcPr>
            <w:tcW w:w="2880" w:type="dxa"/>
          </w:tcPr>
          <w:p w:rsidR="006F7457" w:rsidRDefault="00332DB8">
            <w:r>
              <w:t>887.</w:t>
            </w:r>
          </w:p>
        </w:tc>
        <w:tc>
          <w:tcPr>
            <w:tcW w:w="2880" w:type="dxa"/>
          </w:tcPr>
          <w:p w:rsidR="006F7457" w:rsidRPr="00332DB8" w:rsidRDefault="00332DB8">
            <w:pPr>
              <w:rPr>
                <w:lang w:val="ru-RU"/>
              </w:rPr>
            </w:pPr>
            <w:r w:rsidRPr="00332DB8">
              <w:rPr>
                <w:lang w:val="ru-RU"/>
              </w:rPr>
              <w:t>Книга «Сто законов из Талмуда», автор неизвестен, изданная ООО фирма «Витязь» (решение Тимирязевского районного суда г. Москвы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t>888.</w:t>
            </w:r>
          </w:p>
        </w:tc>
        <w:tc>
          <w:tcPr>
            <w:tcW w:w="2880" w:type="dxa"/>
          </w:tcPr>
          <w:p w:rsidR="006F7457" w:rsidRPr="00332DB8" w:rsidRDefault="00332DB8">
            <w:pPr>
              <w:rPr>
                <w:lang w:val="ru-RU"/>
              </w:rPr>
            </w:pPr>
            <w:r w:rsidRPr="00332DB8">
              <w:rPr>
                <w:lang w:val="ru-RU"/>
              </w:rPr>
              <w:t>Книга «Кто виноват», автор В.Ф. Романенко, изданная ООО фирма «Витязь» (решение Тимирязевского районного суда г. Москвы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t>889.</w:t>
            </w:r>
          </w:p>
        </w:tc>
        <w:tc>
          <w:tcPr>
            <w:tcW w:w="2880" w:type="dxa"/>
          </w:tcPr>
          <w:p w:rsidR="006F7457" w:rsidRPr="00332DB8" w:rsidRDefault="00332DB8">
            <w:pPr>
              <w:rPr>
                <w:lang w:val="ru-RU"/>
              </w:rPr>
            </w:pPr>
            <w:r w:rsidRPr="00332DB8">
              <w:rPr>
                <w:lang w:val="ru-RU"/>
              </w:rPr>
              <w:t>Книга «Суд над академиком», автор В.И. Корчагин, изданная ООО фирма «Витязь» (решение Тимирязевского районного суда г. Москвы от 17.09.2010).</w:t>
            </w:r>
          </w:p>
        </w:tc>
        <w:tc>
          <w:tcPr>
            <w:tcW w:w="2880" w:type="dxa"/>
          </w:tcPr>
          <w:p w:rsidR="006F7457" w:rsidRPr="00332DB8" w:rsidRDefault="006F7457">
            <w:pPr>
              <w:rPr>
                <w:lang w:val="ru-RU"/>
              </w:rPr>
            </w:pPr>
          </w:p>
        </w:tc>
      </w:tr>
      <w:tr w:rsidR="006F7457" w:rsidRPr="00DD284B">
        <w:tc>
          <w:tcPr>
            <w:tcW w:w="2880" w:type="dxa"/>
          </w:tcPr>
          <w:p w:rsidR="006F7457" w:rsidRDefault="00332DB8">
            <w:r>
              <w:t>890.</w:t>
            </w:r>
          </w:p>
        </w:tc>
        <w:tc>
          <w:tcPr>
            <w:tcW w:w="2880" w:type="dxa"/>
          </w:tcPr>
          <w:p w:rsidR="006F7457" w:rsidRPr="00332DB8" w:rsidRDefault="00332DB8">
            <w:pPr>
              <w:rPr>
                <w:lang w:val="ru-RU"/>
              </w:rPr>
            </w:pPr>
            <w:r w:rsidRPr="00332DB8">
              <w:rPr>
                <w:lang w:val="ru-RU"/>
              </w:rPr>
              <w:t xml:space="preserve">Видеолекция Айрата Вахитова «Закаат» издательство «Бадр» - файл </w:t>
            </w:r>
            <w:r>
              <w:t>Islamtvru</w:t>
            </w:r>
            <w:r w:rsidRPr="00332DB8">
              <w:rPr>
                <w:lang w:val="ru-RU"/>
              </w:rPr>
              <w:t>-</w:t>
            </w:r>
            <w:r>
              <w:t>Zakatayrat</w:t>
            </w:r>
            <w:r w:rsidRPr="00332DB8">
              <w:rPr>
                <w:lang w:val="ru-RU"/>
              </w:rPr>
              <w:t xml:space="preserve"> </w:t>
            </w:r>
            <w:r>
              <w:t>Vakhitov</w:t>
            </w:r>
            <w:r w:rsidRPr="00332DB8">
              <w:rPr>
                <w:lang w:val="ru-RU"/>
              </w:rPr>
              <w:t>551.</w:t>
            </w:r>
            <w:r>
              <w:t>wmv</w:t>
            </w:r>
            <w:r w:rsidRPr="00332DB8">
              <w:rPr>
                <w:lang w:val="ru-RU"/>
              </w:rPr>
              <w:t>, размещенная в сети «Интернет» (решение Металлургического районного суда г. Челябинска от 28.02.2011).</w:t>
            </w:r>
          </w:p>
        </w:tc>
        <w:tc>
          <w:tcPr>
            <w:tcW w:w="2880" w:type="dxa"/>
          </w:tcPr>
          <w:p w:rsidR="006F7457" w:rsidRPr="00332DB8" w:rsidRDefault="006F7457">
            <w:pPr>
              <w:rPr>
                <w:lang w:val="ru-RU"/>
              </w:rPr>
            </w:pPr>
          </w:p>
        </w:tc>
      </w:tr>
      <w:tr w:rsidR="006F7457">
        <w:tc>
          <w:tcPr>
            <w:tcW w:w="2880" w:type="dxa"/>
          </w:tcPr>
          <w:p w:rsidR="006F7457" w:rsidRDefault="00332DB8">
            <w:r>
              <w:t>89</w:t>
            </w:r>
            <w:r>
              <w:lastRenderedPageBreak/>
              <w:t>1.</w:t>
            </w:r>
          </w:p>
        </w:tc>
        <w:tc>
          <w:tcPr>
            <w:tcW w:w="2880" w:type="dxa"/>
          </w:tcPr>
          <w:p w:rsidR="006F7457" w:rsidRDefault="00332DB8">
            <w:r w:rsidRPr="00332DB8">
              <w:rPr>
                <w:lang w:val="ru-RU"/>
              </w:rPr>
              <w:lastRenderedPageBreak/>
              <w:t xml:space="preserve">Книга «Разъяснение к Книге Единобожия» шейха Абд ар-Рахман Наср ас-Са ди и шейха Абд ар-Рахман ибн </w:t>
            </w:r>
            <w:r w:rsidRPr="00332DB8">
              <w:rPr>
                <w:lang w:val="ru-RU"/>
              </w:rPr>
              <w:lastRenderedPageBreak/>
              <w:t xml:space="preserve">Хасан, Баку - 1997, 250 стр. </w:t>
            </w:r>
            <w:r>
              <w:t>(решение Норильского городского суда Красноярского края от 28.10.2010).</w:t>
            </w:r>
          </w:p>
        </w:tc>
        <w:tc>
          <w:tcPr>
            <w:tcW w:w="2880" w:type="dxa"/>
          </w:tcPr>
          <w:p w:rsidR="006F7457" w:rsidRDefault="006F7457"/>
        </w:tc>
      </w:tr>
      <w:tr w:rsidR="006F7457" w:rsidRPr="00DD284B">
        <w:tc>
          <w:tcPr>
            <w:tcW w:w="2880" w:type="dxa"/>
          </w:tcPr>
          <w:p w:rsidR="006F7457" w:rsidRDefault="00332DB8">
            <w:r>
              <w:lastRenderedPageBreak/>
              <w:t>892.</w:t>
            </w:r>
          </w:p>
        </w:tc>
        <w:tc>
          <w:tcPr>
            <w:tcW w:w="2880" w:type="dxa"/>
          </w:tcPr>
          <w:p w:rsidR="006F7457" w:rsidRPr="00332DB8" w:rsidRDefault="00332DB8">
            <w:pPr>
              <w:rPr>
                <w:lang w:val="ru-RU"/>
              </w:rPr>
            </w:pPr>
            <w:r w:rsidRPr="00332DB8">
              <w:rPr>
                <w:lang w:val="ru-RU"/>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2880" w:type="dxa"/>
          </w:tcPr>
          <w:p w:rsidR="006F7457" w:rsidRPr="00332DB8" w:rsidRDefault="006F7457">
            <w:pPr>
              <w:rPr>
                <w:lang w:val="ru-RU"/>
              </w:rPr>
            </w:pPr>
          </w:p>
        </w:tc>
      </w:tr>
      <w:tr w:rsidR="006F7457" w:rsidRPr="00DD284B">
        <w:tc>
          <w:tcPr>
            <w:tcW w:w="2880" w:type="dxa"/>
          </w:tcPr>
          <w:p w:rsidR="006F7457" w:rsidRDefault="00332DB8">
            <w:r>
              <w:t>893.</w:t>
            </w:r>
          </w:p>
        </w:tc>
        <w:tc>
          <w:tcPr>
            <w:tcW w:w="2880" w:type="dxa"/>
          </w:tcPr>
          <w:p w:rsidR="006F7457" w:rsidRPr="00332DB8" w:rsidRDefault="00332DB8">
            <w:pPr>
              <w:rPr>
                <w:lang w:val="ru-RU"/>
              </w:rPr>
            </w:pPr>
            <w:r w:rsidRPr="00332DB8">
              <w:rPr>
                <w:lang w:val="ru-RU"/>
              </w:rPr>
              <w:t>Текстовый документ под названием: «Имам Шамиль и его «Мусульманская империя»,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6F7457" w:rsidRPr="00332DB8" w:rsidRDefault="006F7457">
            <w:pPr>
              <w:rPr>
                <w:lang w:val="ru-RU"/>
              </w:rPr>
            </w:pPr>
          </w:p>
        </w:tc>
      </w:tr>
      <w:tr w:rsidR="006F7457" w:rsidRPr="00DD284B">
        <w:tc>
          <w:tcPr>
            <w:tcW w:w="2880" w:type="dxa"/>
          </w:tcPr>
          <w:p w:rsidR="006F7457" w:rsidRDefault="00332DB8">
            <w:r>
              <w:t>894.</w:t>
            </w:r>
          </w:p>
        </w:tc>
        <w:tc>
          <w:tcPr>
            <w:tcW w:w="2880" w:type="dxa"/>
          </w:tcPr>
          <w:p w:rsidR="006F7457" w:rsidRPr="00332DB8" w:rsidRDefault="00332DB8">
            <w:pPr>
              <w:rPr>
                <w:lang w:val="ru-RU"/>
              </w:rPr>
            </w:pPr>
            <w:r w:rsidRPr="00332DB8">
              <w:rPr>
                <w:lang w:val="ru-RU"/>
              </w:rPr>
              <w:t>Текстовый документ под названием: «Яркий период» политического Ислама,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6F7457" w:rsidRPr="00332DB8" w:rsidRDefault="006F7457">
            <w:pPr>
              <w:rPr>
                <w:lang w:val="ru-RU"/>
              </w:rPr>
            </w:pPr>
          </w:p>
        </w:tc>
      </w:tr>
      <w:tr w:rsidR="006F7457" w:rsidRPr="00DD284B">
        <w:tc>
          <w:tcPr>
            <w:tcW w:w="2880" w:type="dxa"/>
          </w:tcPr>
          <w:p w:rsidR="006F7457" w:rsidRDefault="00332DB8">
            <w:r>
              <w:t>895.</w:t>
            </w:r>
          </w:p>
        </w:tc>
        <w:tc>
          <w:tcPr>
            <w:tcW w:w="2880" w:type="dxa"/>
          </w:tcPr>
          <w:p w:rsidR="006F7457" w:rsidRPr="00332DB8" w:rsidRDefault="00332DB8">
            <w:pPr>
              <w:rPr>
                <w:lang w:val="ru-RU"/>
              </w:rPr>
            </w:pPr>
            <w:r w:rsidRPr="00332DB8">
              <w:rPr>
                <w:lang w:val="ru-RU"/>
              </w:rPr>
              <w:t>Текстовый документ под названием: «Победа над куффром близка!»,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6F7457" w:rsidRPr="00332DB8" w:rsidRDefault="006F7457">
            <w:pPr>
              <w:rPr>
                <w:lang w:val="ru-RU"/>
              </w:rPr>
            </w:pPr>
          </w:p>
        </w:tc>
      </w:tr>
      <w:tr w:rsidR="006F7457" w:rsidRPr="00DD284B">
        <w:tc>
          <w:tcPr>
            <w:tcW w:w="2880" w:type="dxa"/>
          </w:tcPr>
          <w:p w:rsidR="006F7457" w:rsidRDefault="00332DB8">
            <w:r>
              <w:t>896.</w:t>
            </w:r>
          </w:p>
        </w:tc>
        <w:tc>
          <w:tcPr>
            <w:tcW w:w="2880" w:type="dxa"/>
          </w:tcPr>
          <w:p w:rsidR="006F7457" w:rsidRPr="00332DB8" w:rsidRDefault="00332DB8">
            <w:pPr>
              <w:rPr>
                <w:lang w:val="ru-RU"/>
              </w:rPr>
            </w:pPr>
            <w:r w:rsidRPr="00332DB8">
              <w:rPr>
                <w:lang w:val="ru-RU"/>
              </w:rPr>
              <w:t>Текстовый документ под названием: «Сложен выбор для мусульманина»,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6F7457" w:rsidRPr="00332DB8" w:rsidRDefault="006F7457">
            <w:pPr>
              <w:rPr>
                <w:lang w:val="ru-RU"/>
              </w:rPr>
            </w:pPr>
          </w:p>
        </w:tc>
      </w:tr>
      <w:tr w:rsidR="006F7457">
        <w:tc>
          <w:tcPr>
            <w:tcW w:w="2880" w:type="dxa"/>
          </w:tcPr>
          <w:p w:rsidR="006F7457" w:rsidRDefault="00332DB8">
            <w:r>
              <w:t>897.</w:t>
            </w:r>
          </w:p>
        </w:tc>
        <w:tc>
          <w:tcPr>
            <w:tcW w:w="2880" w:type="dxa"/>
          </w:tcPr>
          <w:p w:rsidR="006F7457" w:rsidRDefault="00332DB8">
            <w:r w:rsidRPr="00332DB8">
              <w:rPr>
                <w:lang w:val="ru-RU"/>
              </w:rPr>
              <w:t xml:space="preserve">Газета «Русский порядок», сентябрь 2009, с заголовком «Путь в нерусскую </w:t>
            </w:r>
            <w:r>
              <w:t>Россию», 4 страницы (решение Кропоткинского городского суда Краснодарского края от 24.05.2011).</w:t>
            </w:r>
          </w:p>
        </w:tc>
        <w:tc>
          <w:tcPr>
            <w:tcW w:w="2880" w:type="dxa"/>
          </w:tcPr>
          <w:p w:rsidR="006F7457" w:rsidRDefault="006F7457"/>
        </w:tc>
      </w:tr>
      <w:tr w:rsidR="006F7457">
        <w:tc>
          <w:tcPr>
            <w:tcW w:w="2880" w:type="dxa"/>
          </w:tcPr>
          <w:p w:rsidR="006F7457" w:rsidRDefault="00332DB8">
            <w:r>
              <w:t>89</w:t>
            </w:r>
            <w:r>
              <w:lastRenderedPageBreak/>
              <w:t>8.</w:t>
            </w:r>
          </w:p>
        </w:tc>
        <w:tc>
          <w:tcPr>
            <w:tcW w:w="2880" w:type="dxa"/>
          </w:tcPr>
          <w:p w:rsidR="006F7457" w:rsidRDefault="00332DB8">
            <w:r w:rsidRPr="00332DB8">
              <w:rPr>
                <w:lang w:val="ru-RU"/>
              </w:rPr>
              <w:lastRenderedPageBreak/>
              <w:t xml:space="preserve">Газета «Русский порядок», январь 2010, с заголовком «Прикрываясь Западом, Кремль продает Россию </w:t>
            </w:r>
            <w:r>
              <w:t xml:space="preserve">Китаю», </w:t>
            </w:r>
            <w:r>
              <w:lastRenderedPageBreak/>
              <w:t>4 страницы (решение Кропоткинского городского суда Краснодарского края от 24.05.2011).</w:t>
            </w:r>
          </w:p>
        </w:tc>
        <w:tc>
          <w:tcPr>
            <w:tcW w:w="2880" w:type="dxa"/>
          </w:tcPr>
          <w:p w:rsidR="006F7457" w:rsidRDefault="006F7457"/>
        </w:tc>
      </w:tr>
      <w:tr w:rsidR="006F7457">
        <w:tc>
          <w:tcPr>
            <w:tcW w:w="2880" w:type="dxa"/>
          </w:tcPr>
          <w:p w:rsidR="006F7457" w:rsidRDefault="00332DB8">
            <w:r>
              <w:lastRenderedPageBreak/>
              <w:t>899.</w:t>
            </w:r>
          </w:p>
        </w:tc>
        <w:tc>
          <w:tcPr>
            <w:tcW w:w="2880" w:type="dxa"/>
          </w:tcPr>
          <w:p w:rsidR="006F7457" w:rsidRDefault="00332DB8">
            <w:r w:rsidRPr="00332DB8">
              <w:rPr>
                <w:lang w:val="ru-RU"/>
              </w:rPr>
              <w:t xml:space="preserve">Листовка с заголовком «Взгляни-ка, князь какая м.., в кремлевских стенах завелась!» </w:t>
            </w:r>
            <w:r>
              <w:t>(решение Кропоткинского городского суда Краснодарского края от 24.05.2011).</w:t>
            </w:r>
          </w:p>
        </w:tc>
        <w:tc>
          <w:tcPr>
            <w:tcW w:w="2880" w:type="dxa"/>
          </w:tcPr>
          <w:p w:rsidR="006F7457" w:rsidRDefault="006F7457"/>
        </w:tc>
      </w:tr>
      <w:tr w:rsidR="006F7457">
        <w:tc>
          <w:tcPr>
            <w:tcW w:w="2880" w:type="dxa"/>
          </w:tcPr>
          <w:p w:rsidR="006F7457" w:rsidRDefault="00332DB8">
            <w:r>
              <w:t>900.</w:t>
            </w:r>
          </w:p>
        </w:tc>
        <w:tc>
          <w:tcPr>
            <w:tcW w:w="2880" w:type="dxa"/>
          </w:tcPr>
          <w:p w:rsidR="006F7457" w:rsidRDefault="00332DB8">
            <w:r w:rsidRPr="00332DB8">
              <w:rPr>
                <w:lang w:val="ru-RU"/>
              </w:rPr>
              <w:t xml:space="preserve">Листовка с заголовком «Солдаты рейха!!! Запомните их! Эти люди легко совершили то, что не удалось вам за годы кровавых усилий!» </w:t>
            </w:r>
            <w:r>
              <w:t>(решение Кропоткинского городского суда Краснодарского края от 24.05.2011).</w:t>
            </w:r>
          </w:p>
        </w:tc>
        <w:tc>
          <w:tcPr>
            <w:tcW w:w="2880" w:type="dxa"/>
          </w:tcPr>
          <w:p w:rsidR="006F7457" w:rsidRDefault="006F7457"/>
        </w:tc>
      </w:tr>
      <w:tr w:rsidR="006F7457" w:rsidRPr="00DD284B">
        <w:tc>
          <w:tcPr>
            <w:tcW w:w="2880" w:type="dxa"/>
          </w:tcPr>
          <w:p w:rsidR="006F7457" w:rsidRDefault="00332DB8">
            <w:r>
              <w:t>901.</w:t>
            </w:r>
          </w:p>
        </w:tc>
        <w:tc>
          <w:tcPr>
            <w:tcW w:w="2880" w:type="dxa"/>
          </w:tcPr>
          <w:p w:rsidR="006F7457" w:rsidRPr="00332DB8" w:rsidRDefault="00332DB8">
            <w:pPr>
              <w:rPr>
                <w:lang w:val="ru-RU"/>
              </w:rPr>
            </w:pPr>
            <w:r w:rsidRPr="00332DB8">
              <w:rPr>
                <w:lang w:val="ru-RU"/>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2880" w:type="dxa"/>
          </w:tcPr>
          <w:p w:rsidR="006F7457" w:rsidRPr="00332DB8" w:rsidRDefault="006F7457">
            <w:pPr>
              <w:rPr>
                <w:lang w:val="ru-RU"/>
              </w:rPr>
            </w:pPr>
          </w:p>
        </w:tc>
      </w:tr>
      <w:tr w:rsidR="006F7457">
        <w:tc>
          <w:tcPr>
            <w:tcW w:w="2880" w:type="dxa"/>
          </w:tcPr>
          <w:p w:rsidR="006F7457" w:rsidRDefault="00332DB8">
            <w:r>
              <w:t>902.</w:t>
            </w:r>
          </w:p>
        </w:tc>
        <w:tc>
          <w:tcPr>
            <w:tcW w:w="2880" w:type="dxa"/>
          </w:tcPr>
          <w:p w:rsidR="006F7457" w:rsidRDefault="00332DB8">
            <w:r w:rsidRPr="00332DB8">
              <w:rPr>
                <w:lang w:val="ru-RU"/>
              </w:rPr>
              <w:t xml:space="preserve">Листовка с заголовком «Спасибо за увольнение», «Согласен с повышением тарифов ЖКХ»... </w:t>
            </w:r>
            <w:r>
              <w:t>(решение Кропоткинского городского суда Краснодарского края от 24.05.2011).</w:t>
            </w:r>
          </w:p>
        </w:tc>
        <w:tc>
          <w:tcPr>
            <w:tcW w:w="2880" w:type="dxa"/>
          </w:tcPr>
          <w:p w:rsidR="006F7457" w:rsidRDefault="006F7457"/>
        </w:tc>
      </w:tr>
      <w:tr w:rsidR="006F7457" w:rsidRPr="00DD284B">
        <w:tc>
          <w:tcPr>
            <w:tcW w:w="2880" w:type="dxa"/>
          </w:tcPr>
          <w:p w:rsidR="006F7457" w:rsidRDefault="00332DB8">
            <w:r>
              <w:t>903.</w:t>
            </w:r>
          </w:p>
        </w:tc>
        <w:tc>
          <w:tcPr>
            <w:tcW w:w="2880" w:type="dxa"/>
          </w:tcPr>
          <w:p w:rsidR="006F7457" w:rsidRPr="00332DB8" w:rsidRDefault="00332DB8">
            <w:pPr>
              <w:rPr>
                <w:lang w:val="ru-RU"/>
              </w:rPr>
            </w:pPr>
            <w:r w:rsidRPr="00332DB8">
              <w:rPr>
                <w:lang w:val="ru-RU"/>
              </w:rPr>
              <w:t>Листовка с заголовком «УМРИ ЗА РОДИНУ», «А НЕ ИЗ-ЗА ПЬЯНСТВА!» (решение Кропоткинского городского суда Краснодарского края от 24.05.2011).</w:t>
            </w:r>
          </w:p>
        </w:tc>
        <w:tc>
          <w:tcPr>
            <w:tcW w:w="2880" w:type="dxa"/>
          </w:tcPr>
          <w:p w:rsidR="006F7457" w:rsidRPr="00332DB8" w:rsidRDefault="006F7457">
            <w:pPr>
              <w:rPr>
                <w:lang w:val="ru-RU"/>
              </w:rPr>
            </w:pPr>
          </w:p>
        </w:tc>
      </w:tr>
      <w:tr w:rsidR="006F7457">
        <w:tc>
          <w:tcPr>
            <w:tcW w:w="2880" w:type="dxa"/>
          </w:tcPr>
          <w:p w:rsidR="006F7457" w:rsidRDefault="00332DB8">
            <w:r>
              <w:t>904.</w:t>
            </w:r>
          </w:p>
        </w:tc>
        <w:tc>
          <w:tcPr>
            <w:tcW w:w="2880" w:type="dxa"/>
          </w:tcPr>
          <w:p w:rsidR="006F7457" w:rsidRDefault="00332DB8">
            <w:r w:rsidRPr="00332DB8">
              <w:rPr>
                <w:lang w:val="ru-RU"/>
              </w:rPr>
              <w:t xml:space="preserve">Листовка с заголовком «Перед вами чудо-изобретение», «Телевизатор!» </w:t>
            </w:r>
            <w:r>
              <w:t>(решение Кропоткинского городского суда Краснодарского края от 24.05.2011).</w:t>
            </w:r>
          </w:p>
        </w:tc>
        <w:tc>
          <w:tcPr>
            <w:tcW w:w="2880" w:type="dxa"/>
          </w:tcPr>
          <w:p w:rsidR="006F7457" w:rsidRDefault="006F7457"/>
        </w:tc>
      </w:tr>
      <w:tr w:rsidR="006F7457" w:rsidRPr="00DD284B">
        <w:tc>
          <w:tcPr>
            <w:tcW w:w="2880" w:type="dxa"/>
          </w:tcPr>
          <w:p w:rsidR="006F7457" w:rsidRDefault="00332DB8">
            <w:r>
              <w:t>90</w:t>
            </w:r>
            <w:r>
              <w:lastRenderedPageBreak/>
              <w:t>5.</w:t>
            </w:r>
          </w:p>
        </w:tc>
        <w:tc>
          <w:tcPr>
            <w:tcW w:w="2880" w:type="dxa"/>
          </w:tcPr>
          <w:p w:rsidR="006F7457" w:rsidRPr="00332DB8" w:rsidRDefault="00332DB8">
            <w:pPr>
              <w:rPr>
                <w:lang w:val="ru-RU"/>
              </w:rPr>
            </w:pPr>
            <w:r w:rsidRPr="00332DB8">
              <w:rPr>
                <w:lang w:val="ru-RU"/>
              </w:rPr>
              <w:lastRenderedPageBreak/>
              <w:t xml:space="preserve">Статья (письмо) от имени Бойкова </w:t>
            </w:r>
            <w:r>
              <w:t>A</w:t>
            </w:r>
            <w:r w:rsidRPr="00332DB8">
              <w:rPr>
                <w:lang w:val="ru-RU"/>
              </w:rPr>
              <w:t>.</w:t>
            </w:r>
            <w:r>
              <w:t>M</w:t>
            </w:r>
            <w:r w:rsidRPr="00332DB8">
              <w:rPr>
                <w:lang w:val="ru-RU"/>
              </w:rPr>
              <w:t xml:space="preserve">. «Размышление после неудачи» (решение Федерального суда </w:t>
            </w:r>
            <w:r w:rsidRPr="00332DB8">
              <w:rPr>
                <w:lang w:val="ru-RU"/>
              </w:rPr>
              <w:lastRenderedPageBreak/>
              <w:t>Ленинского района г. Махачкалы Республики Дагестан от 20.07.2004).</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906.</w:t>
            </w:r>
          </w:p>
        </w:tc>
        <w:tc>
          <w:tcPr>
            <w:tcW w:w="2880" w:type="dxa"/>
          </w:tcPr>
          <w:p w:rsidR="006F7457" w:rsidRPr="00332DB8" w:rsidRDefault="00332DB8">
            <w:pPr>
              <w:rPr>
                <w:lang w:val="ru-RU"/>
              </w:rPr>
            </w:pPr>
            <w:r w:rsidRPr="00332DB8">
              <w:rPr>
                <w:lang w:val="ru-RU"/>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2880" w:type="dxa"/>
          </w:tcPr>
          <w:p w:rsidR="006F7457" w:rsidRPr="00332DB8" w:rsidRDefault="006F7457">
            <w:pPr>
              <w:rPr>
                <w:lang w:val="ru-RU"/>
              </w:rPr>
            </w:pPr>
          </w:p>
        </w:tc>
      </w:tr>
      <w:tr w:rsidR="006F7457" w:rsidRPr="00DD284B">
        <w:tc>
          <w:tcPr>
            <w:tcW w:w="2880" w:type="dxa"/>
          </w:tcPr>
          <w:p w:rsidR="006F7457" w:rsidRDefault="00332DB8">
            <w:r>
              <w:t>907.</w:t>
            </w:r>
          </w:p>
        </w:tc>
        <w:tc>
          <w:tcPr>
            <w:tcW w:w="2880" w:type="dxa"/>
          </w:tcPr>
          <w:p w:rsidR="006F7457" w:rsidRPr="00332DB8" w:rsidRDefault="00332DB8">
            <w:pPr>
              <w:rPr>
                <w:lang w:val="ru-RU"/>
              </w:rPr>
            </w:pPr>
            <w:r w:rsidRPr="00332DB8">
              <w:rPr>
                <w:lang w:val="ru-RU"/>
              </w:rPr>
              <w:t>Электронный журнал «НС-Тайга» (решение Нижневартовского городского суда Ханты-Мансийского автономного округа – Югры от 20.04.2011).</w:t>
            </w:r>
          </w:p>
        </w:tc>
        <w:tc>
          <w:tcPr>
            <w:tcW w:w="2880" w:type="dxa"/>
          </w:tcPr>
          <w:p w:rsidR="006F7457" w:rsidRPr="00332DB8" w:rsidRDefault="006F7457">
            <w:pPr>
              <w:rPr>
                <w:lang w:val="ru-RU"/>
              </w:rPr>
            </w:pPr>
          </w:p>
        </w:tc>
      </w:tr>
      <w:tr w:rsidR="006F7457" w:rsidRPr="00DD284B">
        <w:tc>
          <w:tcPr>
            <w:tcW w:w="2880" w:type="dxa"/>
          </w:tcPr>
          <w:p w:rsidR="006F7457" w:rsidRDefault="00332DB8">
            <w:r>
              <w:t>908.</w:t>
            </w:r>
          </w:p>
        </w:tc>
        <w:tc>
          <w:tcPr>
            <w:tcW w:w="2880" w:type="dxa"/>
          </w:tcPr>
          <w:p w:rsidR="006F7457" w:rsidRPr="00332DB8" w:rsidRDefault="00332DB8">
            <w:pPr>
              <w:rPr>
                <w:lang w:val="ru-RU"/>
              </w:rPr>
            </w:pPr>
            <w:r w:rsidRPr="00332DB8">
              <w:rPr>
                <w:lang w:val="ru-RU"/>
              </w:rPr>
              <w:t xml:space="preserve">Видеоролик «Достойны смерти!», размещенный в международной компьютерной сети «Интернет» на информационном сайте </w:t>
            </w:r>
            <w:r>
              <w:t>http</w:t>
            </w:r>
            <w:r w:rsidRPr="00332DB8">
              <w:rPr>
                <w:lang w:val="ru-RU"/>
              </w:rPr>
              <w:t>://</w:t>
            </w:r>
            <w:r>
              <w:t>harchikov</w:t>
            </w:r>
            <w:r w:rsidRPr="00332DB8">
              <w:rPr>
                <w:lang w:val="ru-RU"/>
              </w:rPr>
              <w:t>.</w:t>
            </w:r>
            <w:r>
              <w:t>clan</w:t>
            </w:r>
            <w:r w:rsidRPr="00332DB8">
              <w:rPr>
                <w:lang w:val="ru-RU"/>
              </w:rPr>
              <w:t>.</w:t>
            </w:r>
            <w:r>
              <w:t>su</w:t>
            </w:r>
            <w:r w:rsidRPr="00332DB8">
              <w:rPr>
                <w:lang w:val="ru-RU"/>
              </w:rPr>
              <w:t>/</w:t>
            </w:r>
            <w:r>
              <w:t>publ</w:t>
            </w:r>
            <w:r w:rsidRPr="00332DB8">
              <w:rPr>
                <w:lang w:val="ru-RU"/>
              </w:rPr>
              <w:t>/</w:t>
            </w:r>
            <w:r>
              <w:t>video</w:t>
            </w:r>
            <w:r w:rsidRPr="00332DB8">
              <w:rPr>
                <w:lang w:val="ru-RU"/>
              </w:rPr>
              <w:t>/3-2-2» (решение Ленинского районного суда г. Саранска Республики Мордовия от 06.06.2011).</w:t>
            </w:r>
          </w:p>
        </w:tc>
        <w:tc>
          <w:tcPr>
            <w:tcW w:w="2880" w:type="dxa"/>
          </w:tcPr>
          <w:p w:rsidR="006F7457" w:rsidRPr="00332DB8" w:rsidRDefault="006F7457">
            <w:pPr>
              <w:rPr>
                <w:lang w:val="ru-RU"/>
              </w:rPr>
            </w:pPr>
          </w:p>
        </w:tc>
      </w:tr>
      <w:tr w:rsidR="006F7457" w:rsidRPr="00DD284B">
        <w:tc>
          <w:tcPr>
            <w:tcW w:w="2880" w:type="dxa"/>
          </w:tcPr>
          <w:p w:rsidR="006F7457" w:rsidRDefault="00332DB8">
            <w:r>
              <w:t>909.</w:t>
            </w:r>
          </w:p>
        </w:tc>
        <w:tc>
          <w:tcPr>
            <w:tcW w:w="2880" w:type="dxa"/>
          </w:tcPr>
          <w:p w:rsidR="006F7457" w:rsidRPr="00332DB8" w:rsidRDefault="00332DB8">
            <w:pPr>
              <w:rPr>
                <w:lang w:val="ru-RU"/>
              </w:rPr>
            </w:pPr>
            <w:r w:rsidRPr="00332DB8">
              <w:rPr>
                <w:lang w:val="ru-RU"/>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2880" w:type="dxa"/>
          </w:tcPr>
          <w:p w:rsidR="006F7457" w:rsidRPr="00332DB8" w:rsidRDefault="006F7457">
            <w:pPr>
              <w:rPr>
                <w:lang w:val="ru-RU"/>
              </w:rPr>
            </w:pPr>
          </w:p>
        </w:tc>
      </w:tr>
      <w:tr w:rsidR="006F7457" w:rsidRPr="00DD284B">
        <w:tc>
          <w:tcPr>
            <w:tcW w:w="2880" w:type="dxa"/>
          </w:tcPr>
          <w:p w:rsidR="006F7457" w:rsidRDefault="00332DB8">
            <w:r>
              <w:t>910.</w:t>
            </w:r>
          </w:p>
        </w:tc>
        <w:tc>
          <w:tcPr>
            <w:tcW w:w="2880" w:type="dxa"/>
          </w:tcPr>
          <w:p w:rsidR="006F7457" w:rsidRPr="00332DB8" w:rsidRDefault="00332DB8">
            <w:pPr>
              <w:rPr>
                <w:lang w:val="ru-RU"/>
              </w:rPr>
            </w:pPr>
            <w:r w:rsidRPr="00332DB8">
              <w:rPr>
                <w:lang w:val="ru-RU"/>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2880" w:type="dxa"/>
          </w:tcPr>
          <w:p w:rsidR="006F7457" w:rsidRPr="00332DB8" w:rsidRDefault="006F7457">
            <w:pPr>
              <w:rPr>
                <w:lang w:val="ru-RU"/>
              </w:rPr>
            </w:pPr>
          </w:p>
        </w:tc>
      </w:tr>
      <w:tr w:rsidR="006F7457" w:rsidRPr="00DD284B">
        <w:tc>
          <w:tcPr>
            <w:tcW w:w="2880" w:type="dxa"/>
          </w:tcPr>
          <w:p w:rsidR="006F7457" w:rsidRDefault="00332DB8">
            <w:r>
              <w:t>911.</w:t>
            </w:r>
          </w:p>
        </w:tc>
        <w:tc>
          <w:tcPr>
            <w:tcW w:w="2880" w:type="dxa"/>
          </w:tcPr>
          <w:p w:rsidR="006F7457" w:rsidRPr="00332DB8" w:rsidRDefault="00332DB8">
            <w:pPr>
              <w:rPr>
                <w:lang w:val="ru-RU"/>
              </w:rPr>
            </w:pPr>
            <w:r w:rsidRPr="00332DB8">
              <w:rPr>
                <w:lang w:val="ru-RU"/>
              </w:rPr>
              <w:t>Журнал «Корпус», январь – февраль 2007 г., № 1, 32 страницы (решение Королевского городского суда Московской области от 07.12.2010).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912.</w:t>
            </w:r>
          </w:p>
        </w:tc>
        <w:tc>
          <w:tcPr>
            <w:tcW w:w="2880" w:type="dxa"/>
          </w:tcPr>
          <w:p w:rsidR="006F7457" w:rsidRPr="00332DB8" w:rsidRDefault="00332DB8">
            <w:pPr>
              <w:rPr>
                <w:lang w:val="ru-RU"/>
              </w:rPr>
            </w:pPr>
            <w:r w:rsidRPr="00332DB8">
              <w:rPr>
                <w:lang w:val="ru-RU"/>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2880" w:type="dxa"/>
          </w:tcPr>
          <w:p w:rsidR="006F7457" w:rsidRPr="00332DB8" w:rsidRDefault="006F7457">
            <w:pPr>
              <w:rPr>
                <w:lang w:val="ru-RU"/>
              </w:rPr>
            </w:pPr>
          </w:p>
        </w:tc>
      </w:tr>
      <w:tr w:rsidR="006F7457" w:rsidRPr="00DD284B">
        <w:tc>
          <w:tcPr>
            <w:tcW w:w="2880" w:type="dxa"/>
          </w:tcPr>
          <w:p w:rsidR="006F7457" w:rsidRDefault="00332DB8">
            <w:r>
              <w:t>913.</w:t>
            </w:r>
          </w:p>
        </w:tc>
        <w:tc>
          <w:tcPr>
            <w:tcW w:w="2880" w:type="dxa"/>
          </w:tcPr>
          <w:p w:rsidR="006F7457" w:rsidRPr="00332DB8" w:rsidRDefault="00332DB8">
            <w:pPr>
              <w:rPr>
                <w:lang w:val="ru-RU"/>
              </w:rPr>
            </w:pPr>
            <w:r w:rsidRPr="00332DB8">
              <w:rPr>
                <w:lang w:val="ru-RU"/>
              </w:rPr>
              <w:t xml:space="preserve">Журнал «Русская воля», февраль 2007г., № 10, </w:t>
            </w:r>
            <w:r>
              <w:t>www</w:t>
            </w:r>
            <w:r w:rsidRPr="00332DB8">
              <w:rPr>
                <w:lang w:val="ru-RU"/>
              </w:rPr>
              <w:t>.</w:t>
            </w:r>
            <w:r>
              <w:t>russianwill</w:t>
            </w:r>
            <w:r w:rsidRPr="00332DB8">
              <w:rPr>
                <w:lang w:val="ru-RU"/>
              </w:rPr>
              <w:t>.</w:t>
            </w:r>
            <w:r>
              <w:t>org</w:t>
            </w:r>
            <w:r w:rsidRPr="00332DB8">
              <w:rPr>
                <w:lang w:val="ru-RU"/>
              </w:rPr>
              <w:t>., 48 страниц (решение Королевского городского суда Московской области от 07.12.2010).</w:t>
            </w:r>
          </w:p>
        </w:tc>
        <w:tc>
          <w:tcPr>
            <w:tcW w:w="2880" w:type="dxa"/>
          </w:tcPr>
          <w:p w:rsidR="006F7457" w:rsidRPr="00332DB8" w:rsidRDefault="006F7457">
            <w:pPr>
              <w:rPr>
                <w:lang w:val="ru-RU"/>
              </w:rPr>
            </w:pPr>
          </w:p>
        </w:tc>
      </w:tr>
      <w:tr w:rsidR="006F7457">
        <w:tc>
          <w:tcPr>
            <w:tcW w:w="2880" w:type="dxa"/>
          </w:tcPr>
          <w:p w:rsidR="006F7457" w:rsidRDefault="00332DB8">
            <w:r>
              <w:t>914.</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915.</w:t>
            </w:r>
          </w:p>
        </w:tc>
        <w:tc>
          <w:tcPr>
            <w:tcW w:w="2880" w:type="dxa"/>
          </w:tcPr>
          <w:p w:rsidR="006F7457" w:rsidRDefault="00332DB8">
            <w:r>
              <w:t>Исключен</w:t>
            </w:r>
          </w:p>
        </w:tc>
        <w:tc>
          <w:tcPr>
            <w:tcW w:w="2880" w:type="dxa"/>
          </w:tcPr>
          <w:p w:rsidR="006F7457" w:rsidRDefault="006F7457"/>
        </w:tc>
      </w:tr>
      <w:tr w:rsidR="006F7457" w:rsidRPr="00DD284B">
        <w:tc>
          <w:tcPr>
            <w:tcW w:w="2880" w:type="dxa"/>
          </w:tcPr>
          <w:p w:rsidR="006F7457" w:rsidRDefault="00332DB8">
            <w:r>
              <w:t>916.</w:t>
            </w:r>
          </w:p>
        </w:tc>
        <w:tc>
          <w:tcPr>
            <w:tcW w:w="2880" w:type="dxa"/>
          </w:tcPr>
          <w:p w:rsidR="006F7457" w:rsidRPr="00332DB8" w:rsidRDefault="00332DB8">
            <w:pPr>
              <w:rPr>
                <w:lang w:val="ru-RU"/>
              </w:rPr>
            </w:pPr>
            <w:r w:rsidRPr="00332DB8">
              <w:rPr>
                <w:lang w:val="ru-RU"/>
              </w:rPr>
              <w:t xml:space="preserve">Статья «Что такое </w:t>
            </w:r>
            <w:r>
              <w:t>ZOG</w:t>
            </w:r>
            <w:r w:rsidRPr="00332DB8">
              <w:rPr>
                <w:lang w:val="ru-RU"/>
              </w:rPr>
              <w:t xml:space="preserve">?», опубликованная в международной компьютерной сети «Интернет» на информационных сайтах </w:t>
            </w:r>
            <w:r>
              <w:t>http</w:t>
            </w:r>
            <w:r w:rsidRPr="00332DB8">
              <w:rPr>
                <w:lang w:val="ru-RU"/>
              </w:rPr>
              <w:t>://</w:t>
            </w:r>
            <w:r>
              <w:t>elniki</w:t>
            </w:r>
            <w:r w:rsidRPr="00332DB8">
              <w:rPr>
                <w:lang w:val="ru-RU"/>
              </w:rPr>
              <w:t>-</w:t>
            </w:r>
            <w:r>
              <w:t>fans</w:t>
            </w:r>
            <w:r w:rsidRPr="00332DB8">
              <w:rPr>
                <w:lang w:val="ru-RU"/>
              </w:rPr>
              <w:t>.</w:t>
            </w:r>
            <w:r>
              <w:t>ucoz</w:t>
            </w:r>
            <w:r w:rsidRPr="00332DB8">
              <w:rPr>
                <w:lang w:val="ru-RU"/>
              </w:rPr>
              <w:t>.</w:t>
            </w:r>
            <w:r>
              <w:t>com</w:t>
            </w:r>
            <w:r w:rsidRPr="00332DB8">
              <w:rPr>
                <w:lang w:val="ru-RU"/>
              </w:rPr>
              <w:t xml:space="preserve">// и </w:t>
            </w:r>
            <w:r>
              <w:t>www</w:t>
            </w:r>
            <w:r w:rsidRPr="00332DB8">
              <w:rPr>
                <w:lang w:val="ru-RU"/>
              </w:rPr>
              <w:t>.</w:t>
            </w:r>
            <w:r>
              <w:t>elniki</w:t>
            </w:r>
            <w:r w:rsidRPr="00332DB8">
              <w:rPr>
                <w:lang w:val="ru-RU"/>
              </w:rPr>
              <w:t>-</w:t>
            </w:r>
            <w:r>
              <w:t>fans</w:t>
            </w:r>
            <w:r w:rsidRPr="00332DB8">
              <w:rPr>
                <w:lang w:val="ru-RU"/>
              </w:rPr>
              <w:t>.</w:t>
            </w:r>
            <w:r>
              <w:t>ru</w:t>
            </w:r>
            <w:r w:rsidRPr="00332DB8">
              <w:rPr>
                <w:lang w:val="ru-RU"/>
              </w:rPr>
              <w:t xml:space="preserve"> (решение Ленинского районного суда г. Саранска Республики Мордовия от 08.06.2011).</w:t>
            </w:r>
          </w:p>
        </w:tc>
        <w:tc>
          <w:tcPr>
            <w:tcW w:w="2880" w:type="dxa"/>
          </w:tcPr>
          <w:p w:rsidR="006F7457" w:rsidRPr="00332DB8" w:rsidRDefault="006F7457">
            <w:pPr>
              <w:rPr>
                <w:lang w:val="ru-RU"/>
              </w:rPr>
            </w:pPr>
          </w:p>
        </w:tc>
      </w:tr>
      <w:tr w:rsidR="006F7457" w:rsidRPr="00DD284B">
        <w:tc>
          <w:tcPr>
            <w:tcW w:w="2880" w:type="dxa"/>
          </w:tcPr>
          <w:p w:rsidR="006F7457" w:rsidRDefault="00332DB8">
            <w:r>
              <w:t>917.</w:t>
            </w:r>
          </w:p>
        </w:tc>
        <w:tc>
          <w:tcPr>
            <w:tcW w:w="2880" w:type="dxa"/>
          </w:tcPr>
          <w:p w:rsidR="006F7457" w:rsidRPr="00332DB8" w:rsidRDefault="00332DB8">
            <w:pPr>
              <w:rPr>
                <w:lang w:val="ru-RU"/>
              </w:rPr>
            </w:pPr>
            <w:r w:rsidRPr="00332DB8">
              <w:rPr>
                <w:lang w:val="ru-RU"/>
              </w:rPr>
              <w:t>Статья «</w:t>
            </w:r>
            <w:r>
              <w:t>ZOG</w:t>
            </w:r>
            <w:r w:rsidRPr="00332DB8">
              <w:rPr>
                <w:lang w:val="ru-RU"/>
              </w:rPr>
              <w:t xml:space="preserve">», опубликованная в международной компьютерной сети «Интернет» на информационных сайтах </w:t>
            </w:r>
            <w:r>
              <w:t>http</w:t>
            </w:r>
            <w:r w:rsidRPr="00332DB8">
              <w:rPr>
                <w:lang w:val="ru-RU"/>
              </w:rPr>
              <w:t>://</w:t>
            </w:r>
            <w:r>
              <w:t>elniki</w:t>
            </w:r>
            <w:r w:rsidRPr="00332DB8">
              <w:rPr>
                <w:lang w:val="ru-RU"/>
              </w:rPr>
              <w:t>-</w:t>
            </w:r>
            <w:r>
              <w:t>fans</w:t>
            </w:r>
            <w:r w:rsidRPr="00332DB8">
              <w:rPr>
                <w:lang w:val="ru-RU"/>
              </w:rPr>
              <w:t>.</w:t>
            </w:r>
            <w:r>
              <w:t>ucoz</w:t>
            </w:r>
            <w:r w:rsidRPr="00332DB8">
              <w:rPr>
                <w:lang w:val="ru-RU"/>
              </w:rPr>
              <w:t>.</w:t>
            </w:r>
            <w:r>
              <w:t>com</w:t>
            </w:r>
            <w:r w:rsidRPr="00332DB8">
              <w:rPr>
                <w:lang w:val="ru-RU"/>
              </w:rPr>
              <w:t xml:space="preserve">// и </w:t>
            </w:r>
            <w:r>
              <w:t>www</w:t>
            </w:r>
            <w:r w:rsidRPr="00332DB8">
              <w:rPr>
                <w:lang w:val="ru-RU"/>
              </w:rPr>
              <w:t>.</w:t>
            </w:r>
            <w:r>
              <w:t>elniki</w:t>
            </w:r>
            <w:r w:rsidRPr="00332DB8">
              <w:rPr>
                <w:lang w:val="ru-RU"/>
              </w:rPr>
              <w:t>-</w:t>
            </w:r>
            <w:r>
              <w:t>fans</w:t>
            </w:r>
            <w:r w:rsidRPr="00332DB8">
              <w:rPr>
                <w:lang w:val="ru-RU"/>
              </w:rPr>
              <w:t>.</w:t>
            </w:r>
            <w:r>
              <w:t>ru</w:t>
            </w:r>
            <w:r w:rsidRPr="00332DB8">
              <w:rPr>
                <w:lang w:val="ru-RU"/>
              </w:rPr>
              <w:t xml:space="preserve"> (решение Ленинского районного суда г. Саранска Республики Мордовия от 08.06.2011).</w:t>
            </w:r>
          </w:p>
        </w:tc>
        <w:tc>
          <w:tcPr>
            <w:tcW w:w="2880" w:type="dxa"/>
          </w:tcPr>
          <w:p w:rsidR="006F7457" w:rsidRPr="00332DB8" w:rsidRDefault="006F7457">
            <w:pPr>
              <w:rPr>
                <w:lang w:val="ru-RU"/>
              </w:rPr>
            </w:pPr>
          </w:p>
        </w:tc>
      </w:tr>
      <w:tr w:rsidR="006F7457" w:rsidRPr="00DD284B">
        <w:tc>
          <w:tcPr>
            <w:tcW w:w="2880" w:type="dxa"/>
          </w:tcPr>
          <w:p w:rsidR="006F7457" w:rsidRDefault="00332DB8">
            <w:r>
              <w:t>918.</w:t>
            </w:r>
          </w:p>
        </w:tc>
        <w:tc>
          <w:tcPr>
            <w:tcW w:w="2880" w:type="dxa"/>
          </w:tcPr>
          <w:p w:rsidR="006F7457" w:rsidRPr="00332DB8" w:rsidRDefault="00332DB8">
            <w:pPr>
              <w:rPr>
                <w:lang w:val="ru-RU"/>
              </w:rPr>
            </w:pPr>
            <w:r w:rsidRPr="00332DB8">
              <w:rPr>
                <w:lang w:val="ru-RU"/>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919.</w:t>
            </w:r>
          </w:p>
        </w:tc>
        <w:tc>
          <w:tcPr>
            <w:tcW w:w="2880" w:type="dxa"/>
          </w:tcPr>
          <w:p w:rsidR="006F7457" w:rsidRPr="00332DB8" w:rsidRDefault="00332DB8">
            <w:pPr>
              <w:rPr>
                <w:lang w:val="ru-RU"/>
              </w:rPr>
            </w:pPr>
            <w:r w:rsidRPr="00332DB8">
              <w:rPr>
                <w:lang w:val="ru-RU"/>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2880" w:type="dxa"/>
          </w:tcPr>
          <w:p w:rsidR="006F7457" w:rsidRPr="00332DB8" w:rsidRDefault="006F7457">
            <w:pPr>
              <w:rPr>
                <w:lang w:val="ru-RU"/>
              </w:rPr>
            </w:pPr>
          </w:p>
        </w:tc>
      </w:tr>
      <w:tr w:rsidR="006F7457" w:rsidRPr="00DD284B">
        <w:tc>
          <w:tcPr>
            <w:tcW w:w="2880" w:type="dxa"/>
          </w:tcPr>
          <w:p w:rsidR="006F7457" w:rsidRDefault="00332DB8">
            <w:r>
              <w:t>920.</w:t>
            </w:r>
          </w:p>
        </w:tc>
        <w:tc>
          <w:tcPr>
            <w:tcW w:w="2880" w:type="dxa"/>
          </w:tcPr>
          <w:p w:rsidR="006F7457" w:rsidRPr="00332DB8" w:rsidRDefault="00332DB8">
            <w:pPr>
              <w:rPr>
                <w:lang w:val="ru-RU"/>
              </w:rPr>
            </w:pPr>
            <w:r w:rsidRPr="00332DB8">
              <w:rPr>
                <w:lang w:val="ru-RU"/>
              </w:rPr>
              <w:t xml:space="preserve">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t>
            </w:r>
            <w:r>
              <w:t>www</w:t>
            </w:r>
            <w:r w:rsidRPr="00332DB8">
              <w:rPr>
                <w:lang w:val="ru-RU"/>
              </w:rPr>
              <w:t>.</w:t>
            </w:r>
            <w:r>
              <w:t>reichblood</w:t>
            </w:r>
            <w:r w:rsidRPr="00332DB8">
              <w:rPr>
                <w:lang w:val="ru-RU"/>
              </w:rPr>
              <w:t>.</w:t>
            </w:r>
            <w:r>
              <w:t>narod</w:t>
            </w:r>
            <w:r w:rsidRPr="00332DB8">
              <w:rPr>
                <w:lang w:val="ru-RU"/>
              </w:rPr>
              <w:t>.</w:t>
            </w:r>
            <w:r>
              <w:t>ru</w:t>
            </w:r>
            <w:r w:rsidRPr="00332DB8">
              <w:rPr>
                <w:lang w:val="ru-RU"/>
              </w:rPr>
              <w:t xml:space="preserve"> (решение Промышленного районного суда города Курска от 04.05.2011).</w:t>
            </w:r>
          </w:p>
        </w:tc>
        <w:tc>
          <w:tcPr>
            <w:tcW w:w="2880" w:type="dxa"/>
          </w:tcPr>
          <w:p w:rsidR="006F7457" w:rsidRPr="00332DB8" w:rsidRDefault="006F7457">
            <w:pPr>
              <w:rPr>
                <w:lang w:val="ru-RU"/>
              </w:rPr>
            </w:pPr>
          </w:p>
        </w:tc>
      </w:tr>
      <w:tr w:rsidR="006F7457">
        <w:tc>
          <w:tcPr>
            <w:tcW w:w="2880" w:type="dxa"/>
          </w:tcPr>
          <w:p w:rsidR="006F7457" w:rsidRDefault="00332DB8">
            <w:r>
              <w:t>921.</w:t>
            </w:r>
          </w:p>
        </w:tc>
        <w:tc>
          <w:tcPr>
            <w:tcW w:w="2880" w:type="dxa"/>
          </w:tcPr>
          <w:p w:rsidR="006F7457" w:rsidRDefault="00332DB8">
            <w:r w:rsidRPr="00332DB8">
              <w:rPr>
                <w:lang w:val="ru-RU"/>
              </w:rPr>
              <w:t xml:space="preserve">Статья «Русское национально-освободительное Движение СТРАТЕГИЯ 2020 Концепция стратегического развития. </w:t>
            </w:r>
            <w:r>
              <w:t>Общий вектор.» (решение Благовещенского городского суда Амурской области от 14.06.2011).</w:t>
            </w:r>
          </w:p>
        </w:tc>
        <w:tc>
          <w:tcPr>
            <w:tcW w:w="2880" w:type="dxa"/>
          </w:tcPr>
          <w:p w:rsidR="006F7457" w:rsidRDefault="006F7457"/>
        </w:tc>
      </w:tr>
      <w:tr w:rsidR="006F7457" w:rsidRPr="00DD284B">
        <w:tc>
          <w:tcPr>
            <w:tcW w:w="2880" w:type="dxa"/>
          </w:tcPr>
          <w:p w:rsidR="006F7457" w:rsidRDefault="00332DB8">
            <w:r>
              <w:t>922.</w:t>
            </w:r>
          </w:p>
        </w:tc>
        <w:tc>
          <w:tcPr>
            <w:tcW w:w="2880" w:type="dxa"/>
          </w:tcPr>
          <w:p w:rsidR="006F7457" w:rsidRPr="00332DB8" w:rsidRDefault="00332DB8">
            <w:pPr>
              <w:rPr>
                <w:lang w:val="ru-RU"/>
              </w:rPr>
            </w:pPr>
            <w:r w:rsidRPr="00332DB8">
              <w:rPr>
                <w:lang w:val="ru-RU"/>
              </w:rPr>
              <w:t xml:space="preserve">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t>
            </w:r>
            <w:r>
              <w:t>www</w:t>
            </w:r>
            <w:r w:rsidRPr="00332DB8">
              <w:rPr>
                <w:lang w:val="ru-RU"/>
              </w:rPr>
              <w:t>.</w:t>
            </w:r>
            <w:r>
              <w:t>reichblood</w:t>
            </w:r>
            <w:r w:rsidRPr="00332DB8">
              <w:rPr>
                <w:lang w:val="ru-RU"/>
              </w:rPr>
              <w:t>.</w:t>
            </w:r>
            <w:r>
              <w:t>narod</w:t>
            </w:r>
            <w:r w:rsidRPr="00332DB8">
              <w:rPr>
                <w:lang w:val="ru-RU"/>
              </w:rPr>
              <w:t>.</w:t>
            </w:r>
            <w:r>
              <w:t>ru</w:t>
            </w:r>
            <w:r w:rsidRPr="00332DB8">
              <w:rPr>
                <w:lang w:val="ru-RU"/>
              </w:rPr>
              <w:t xml:space="preserve"> (решение Промышленного районного суда города Курска от 17.05.2011).</w:t>
            </w:r>
          </w:p>
        </w:tc>
        <w:tc>
          <w:tcPr>
            <w:tcW w:w="2880" w:type="dxa"/>
          </w:tcPr>
          <w:p w:rsidR="006F7457" w:rsidRPr="00332DB8" w:rsidRDefault="006F7457">
            <w:pPr>
              <w:rPr>
                <w:lang w:val="ru-RU"/>
              </w:rPr>
            </w:pPr>
          </w:p>
        </w:tc>
      </w:tr>
      <w:tr w:rsidR="006F7457" w:rsidRPr="00DD284B">
        <w:tc>
          <w:tcPr>
            <w:tcW w:w="2880" w:type="dxa"/>
          </w:tcPr>
          <w:p w:rsidR="006F7457" w:rsidRDefault="00332DB8">
            <w:r>
              <w:t>923.</w:t>
            </w:r>
          </w:p>
        </w:tc>
        <w:tc>
          <w:tcPr>
            <w:tcW w:w="2880" w:type="dxa"/>
          </w:tcPr>
          <w:p w:rsidR="006F7457" w:rsidRPr="00332DB8" w:rsidRDefault="00332DB8">
            <w:pPr>
              <w:rPr>
                <w:lang w:val="ru-RU"/>
              </w:rPr>
            </w:pPr>
            <w:r w:rsidRPr="00332DB8">
              <w:rPr>
                <w:lang w:val="ru-RU"/>
              </w:rPr>
              <w:t xml:space="preserve">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t>
            </w:r>
            <w:r>
              <w:t>www</w:t>
            </w:r>
            <w:r w:rsidRPr="00332DB8">
              <w:rPr>
                <w:lang w:val="ru-RU"/>
              </w:rPr>
              <w:t>.</w:t>
            </w:r>
            <w:r>
              <w:t>reichblood</w:t>
            </w:r>
            <w:r w:rsidRPr="00332DB8">
              <w:rPr>
                <w:lang w:val="ru-RU"/>
              </w:rPr>
              <w:t>.</w:t>
            </w:r>
            <w:r>
              <w:t>narod</w:t>
            </w:r>
            <w:r w:rsidRPr="00332DB8">
              <w:rPr>
                <w:lang w:val="ru-RU"/>
              </w:rPr>
              <w:t>.</w:t>
            </w:r>
            <w:r>
              <w:t>ru</w:t>
            </w:r>
            <w:r w:rsidRPr="00332DB8">
              <w:rPr>
                <w:lang w:val="ru-RU"/>
              </w:rPr>
              <w:t xml:space="preserve"> (решение Промышленного районного суда города Курска от 17.05.2011).</w:t>
            </w:r>
          </w:p>
        </w:tc>
        <w:tc>
          <w:tcPr>
            <w:tcW w:w="2880" w:type="dxa"/>
          </w:tcPr>
          <w:p w:rsidR="006F7457" w:rsidRPr="00332DB8" w:rsidRDefault="006F7457">
            <w:pPr>
              <w:rPr>
                <w:lang w:val="ru-RU"/>
              </w:rPr>
            </w:pPr>
          </w:p>
        </w:tc>
      </w:tr>
      <w:tr w:rsidR="006F7457" w:rsidRPr="00DD284B">
        <w:tc>
          <w:tcPr>
            <w:tcW w:w="2880" w:type="dxa"/>
          </w:tcPr>
          <w:p w:rsidR="006F7457" w:rsidRDefault="00332DB8">
            <w:r>
              <w:t>924.</w:t>
            </w:r>
          </w:p>
        </w:tc>
        <w:tc>
          <w:tcPr>
            <w:tcW w:w="2880" w:type="dxa"/>
          </w:tcPr>
          <w:p w:rsidR="006F7457" w:rsidRPr="00332DB8" w:rsidRDefault="00332DB8">
            <w:pPr>
              <w:rPr>
                <w:lang w:val="ru-RU"/>
              </w:rPr>
            </w:pPr>
            <w:r w:rsidRPr="00332DB8">
              <w:rPr>
                <w:lang w:val="ru-RU"/>
              </w:rPr>
              <w:t xml:space="preserve">Текст интервью </w:t>
            </w:r>
            <w:r>
              <w:t>HVIS</w:t>
            </w:r>
            <w:r w:rsidRPr="00332DB8">
              <w:rPr>
                <w:lang w:val="ru-RU"/>
              </w:rPr>
              <w:t xml:space="preserve"> </w:t>
            </w:r>
            <w:r>
              <w:t>ASATRU</w:t>
            </w:r>
            <w:r w:rsidRPr="00332DB8">
              <w:rPr>
                <w:lang w:val="ru-RU"/>
              </w:rPr>
              <w:t xml:space="preserve"> </w:t>
            </w:r>
            <w:r>
              <w:t>TAR</w:t>
            </w:r>
            <w:r w:rsidRPr="00332DB8">
              <w:rPr>
                <w:lang w:val="ru-RU"/>
              </w:rPr>
              <w:t xml:space="preserve"> </w:t>
            </w:r>
            <w:r>
              <w:t>OSS</w:t>
            </w:r>
            <w:r w:rsidRPr="00332DB8">
              <w:rPr>
                <w:lang w:val="ru-RU"/>
              </w:rPr>
              <w:t xml:space="preserve"> от 27.11.2005г., размещенный на Интернет-сайте «Кровь-Рейха», имеющий электронный адрес </w:t>
            </w:r>
            <w:r>
              <w:t>www</w:t>
            </w:r>
            <w:r w:rsidRPr="00332DB8">
              <w:rPr>
                <w:lang w:val="ru-RU"/>
              </w:rPr>
              <w:t>.</w:t>
            </w:r>
            <w:r>
              <w:t>reichblood</w:t>
            </w:r>
            <w:r w:rsidRPr="00332DB8">
              <w:rPr>
                <w:lang w:val="ru-RU"/>
              </w:rPr>
              <w:t>.</w:t>
            </w:r>
            <w:r>
              <w:t>narod</w:t>
            </w:r>
            <w:r w:rsidRPr="00332DB8">
              <w:rPr>
                <w:lang w:val="ru-RU"/>
              </w:rPr>
              <w:t>.</w:t>
            </w:r>
            <w:r>
              <w:t>ru</w:t>
            </w:r>
            <w:r w:rsidRPr="00332DB8">
              <w:rPr>
                <w:lang w:val="ru-RU"/>
              </w:rPr>
              <w:t xml:space="preserve"> (решение Промышленного районного суда города Курска от 02.06.2011).</w:t>
            </w:r>
          </w:p>
        </w:tc>
        <w:tc>
          <w:tcPr>
            <w:tcW w:w="2880" w:type="dxa"/>
          </w:tcPr>
          <w:p w:rsidR="006F7457" w:rsidRPr="00332DB8" w:rsidRDefault="006F7457">
            <w:pPr>
              <w:rPr>
                <w:lang w:val="ru-RU"/>
              </w:rPr>
            </w:pPr>
          </w:p>
        </w:tc>
      </w:tr>
      <w:tr w:rsidR="006F7457" w:rsidRPr="00DD284B">
        <w:tc>
          <w:tcPr>
            <w:tcW w:w="2880" w:type="dxa"/>
          </w:tcPr>
          <w:p w:rsidR="006F7457" w:rsidRDefault="00332DB8">
            <w:r>
              <w:t>92</w:t>
            </w:r>
            <w:r>
              <w:lastRenderedPageBreak/>
              <w:t>5.</w:t>
            </w:r>
          </w:p>
        </w:tc>
        <w:tc>
          <w:tcPr>
            <w:tcW w:w="2880" w:type="dxa"/>
          </w:tcPr>
          <w:p w:rsidR="006F7457" w:rsidRPr="00332DB8" w:rsidRDefault="00332DB8">
            <w:pPr>
              <w:rPr>
                <w:lang w:val="ru-RU"/>
              </w:rPr>
            </w:pPr>
            <w:r w:rsidRPr="00332DB8">
              <w:rPr>
                <w:lang w:val="ru-RU"/>
              </w:rPr>
              <w:lastRenderedPageBreak/>
              <w:t xml:space="preserve">Текст интервью </w:t>
            </w:r>
            <w:r>
              <w:t>CHAOS</w:t>
            </w:r>
            <w:r w:rsidRPr="00332DB8">
              <w:rPr>
                <w:lang w:val="ru-RU"/>
              </w:rPr>
              <w:t xml:space="preserve"> 34 </w:t>
            </w:r>
            <w:r>
              <w:t>ZINE</w:t>
            </w:r>
            <w:r w:rsidRPr="00332DB8">
              <w:rPr>
                <w:lang w:val="ru-RU"/>
              </w:rPr>
              <w:t xml:space="preserve"> от 2006г., размещенный на Интернет-сайте «Кровь-Рейха», имеющий электронный адрес </w:t>
            </w:r>
            <w:r>
              <w:t>www</w:t>
            </w:r>
            <w:r w:rsidRPr="00332DB8">
              <w:rPr>
                <w:lang w:val="ru-RU"/>
              </w:rPr>
              <w:t>.</w:t>
            </w:r>
            <w:r>
              <w:t>reichblood</w:t>
            </w:r>
            <w:r w:rsidRPr="00332DB8">
              <w:rPr>
                <w:lang w:val="ru-RU"/>
              </w:rPr>
              <w:t>.</w:t>
            </w:r>
            <w:r>
              <w:t>narod</w:t>
            </w:r>
            <w:r w:rsidRPr="00332DB8">
              <w:rPr>
                <w:lang w:val="ru-RU"/>
              </w:rPr>
              <w:t>.</w:t>
            </w:r>
            <w:r>
              <w:t>ru</w:t>
            </w:r>
            <w:r w:rsidRPr="00332DB8">
              <w:rPr>
                <w:lang w:val="ru-RU"/>
              </w:rPr>
              <w:t xml:space="preserve"> (решение Промышленного районного суда города Курска от </w:t>
            </w:r>
            <w:r w:rsidRPr="00332DB8">
              <w:rPr>
                <w:lang w:val="ru-RU"/>
              </w:rPr>
              <w:lastRenderedPageBreak/>
              <w:t>02.06.2011).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926.</w:t>
            </w:r>
          </w:p>
        </w:tc>
        <w:tc>
          <w:tcPr>
            <w:tcW w:w="2880" w:type="dxa"/>
          </w:tcPr>
          <w:p w:rsidR="006F7457" w:rsidRPr="00332DB8" w:rsidRDefault="00332DB8">
            <w:pPr>
              <w:rPr>
                <w:lang w:val="ru-RU"/>
              </w:rPr>
            </w:pPr>
            <w:r w:rsidRPr="00332DB8">
              <w:rPr>
                <w:lang w:val="ru-RU"/>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2880" w:type="dxa"/>
          </w:tcPr>
          <w:p w:rsidR="006F7457" w:rsidRPr="00332DB8" w:rsidRDefault="006F7457">
            <w:pPr>
              <w:rPr>
                <w:lang w:val="ru-RU"/>
              </w:rPr>
            </w:pPr>
          </w:p>
        </w:tc>
      </w:tr>
      <w:tr w:rsidR="006F7457" w:rsidRPr="00DD284B">
        <w:tc>
          <w:tcPr>
            <w:tcW w:w="2880" w:type="dxa"/>
          </w:tcPr>
          <w:p w:rsidR="006F7457" w:rsidRDefault="00332DB8">
            <w:r>
              <w:t>927.</w:t>
            </w:r>
          </w:p>
        </w:tc>
        <w:tc>
          <w:tcPr>
            <w:tcW w:w="2880" w:type="dxa"/>
          </w:tcPr>
          <w:p w:rsidR="006F7457" w:rsidRPr="00332DB8" w:rsidRDefault="00332DB8">
            <w:pPr>
              <w:rPr>
                <w:lang w:val="ru-RU"/>
              </w:rPr>
            </w:pPr>
            <w:r w:rsidRPr="00332DB8">
              <w:rPr>
                <w:lang w:val="ru-RU"/>
              </w:rPr>
              <w:t>Видеоролик «</w:t>
            </w:r>
            <w:r>
              <w:t>Format</w:t>
            </w:r>
            <w:r w:rsidRPr="00332DB8">
              <w:rPr>
                <w:lang w:val="ru-RU"/>
              </w:rPr>
              <w:t>18. Казнь предателя.</w:t>
            </w:r>
            <w:r>
              <w:t>wmv</w:t>
            </w:r>
            <w:r w:rsidRPr="00332DB8">
              <w:rPr>
                <w:lang w:val="ru-RU"/>
              </w:rPr>
              <w:t>»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928.</w:t>
            </w:r>
          </w:p>
        </w:tc>
        <w:tc>
          <w:tcPr>
            <w:tcW w:w="2880" w:type="dxa"/>
          </w:tcPr>
          <w:p w:rsidR="006F7457" w:rsidRPr="00332DB8" w:rsidRDefault="00332DB8">
            <w:pPr>
              <w:rPr>
                <w:lang w:val="ru-RU"/>
              </w:rPr>
            </w:pPr>
            <w:r w:rsidRPr="00332DB8">
              <w:rPr>
                <w:lang w:val="ru-RU"/>
              </w:rPr>
              <w:t>Видеоролик «</w:t>
            </w:r>
            <w:r>
              <w:t>MEDVED</w:t>
            </w:r>
            <w:r w:rsidRPr="00332DB8">
              <w:rPr>
                <w:lang w:val="ru-RU"/>
              </w:rPr>
              <w:t xml:space="preserve"> </w:t>
            </w:r>
            <w:r>
              <w:t>FILMS</w:t>
            </w:r>
            <w:r w:rsidRPr="00332DB8">
              <w:rPr>
                <w:lang w:val="ru-RU"/>
              </w:rPr>
              <w:t xml:space="preserve">. Россия для Русских. </w:t>
            </w:r>
            <w:r>
              <w:t>wmv</w:t>
            </w:r>
            <w:r w:rsidRPr="00332DB8">
              <w:rPr>
                <w:lang w:val="ru-RU"/>
              </w:rPr>
              <w:t>»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929.</w:t>
            </w:r>
          </w:p>
        </w:tc>
        <w:tc>
          <w:tcPr>
            <w:tcW w:w="2880" w:type="dxa"/>
          </w:tcPr>
          <w:p w:rsidR="006F7457" w:rsidRPr="00332DB8" w:rsidRDefault="00332DB8">
            <w:pPr>
              <w:rPr>
                <w:lang w:val="ru-RU"/>
              </w:rPr>
            </w:pPr>
            <w:r w:rsidRPr="00332DB8">
              <w:rPr>
                <w:lang w:val="ru-RU"/>
              </w:rPr>
              <w:t>Видеоролик «</w:t>
            </w:r>
            <w:r>
              <w:t>Format</w:t>
            </w:r>
            <w:r w:rsidRPr="00332DB8">
              <w:rPr>
                <w:lang w:val="ru-RU"/>
              </w:rPr>
              <w:t xml:space="preserve">18. </w:t>
            </w:r>
            <w:r>
              <w:t>News</w:t>
            </w:r>
            <w:r w:rsidRPr="00332DB8">
              <w:rPr>
                <w:lang w:val="ru-RU"/>
              </w:rPr>
              <w:t>. урок экстремизма.</w:t>
            </w:r>
            <w:r>
              <w:t>wmv</w:t>
            </w:r>
            <w:r w:rsidRPr="00332DB8">
              <w:rPr>
                <w:lang w:val="ru-RU"/>
              </w:rPr>
              <w:t>»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930.</w:t>
            </w:r>
          </w:p>
        </w:tc>
        <w:tc>
          <w:tcPr>
            <w:tcW w:w="2880" w:type="dxa"/>
          </w:tcPr>
          <w:p w:rsidR="006F7457" w:rsidRPr="00332DB8" w:rsidRDefault="00332DB8">
            <w:pPr>
              <w:rPr>
                <w:lang w:val="ru-RU"/>
              </w:rPr>
            </w:pPr>
            <w:r w:rsidRPr="00332DB8">
              <w:rPr>
                <w:lang w:val="ru-RU"/>
              </w:rPr>
              <w:t>Видеоролик «</w:t>
            </w:r>
            <w:r>
              <w:t>Format</w:t>
            </w:r>
            <w:r w:rsidRPr="00332DB8">
              <w:rPr>
                <w:lang w:val="ru-RU"/>
              </w:rPr>
              <w:t>18. Экстремист.</w:t>
            </w:r>
            <w:r>
              <w:t>wmv</w:t>
            </w:r>
            <w:r w:rsidRPr="00332DB8">
              <w:rPr>
                <w:lang w:val="ru-RU"/>
              </w:rPr>
              <w:t>»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931.</w:t>
            </w:r>
          </w:p>
        </w:tc>
        <w:tc>
          <w:tcPr>
            <w:tcW w:w="2880" w:type="dxa"/>
          </w:tcPr>
          <w:p w:rsidR="006F7457" w:rsidRPr="00332DB8" w:rsidRDefault="00332DB8">
            <w:pPr>
              <w:rPr>
                <w:lang w:val="ru-RU"/>
              </w:rPr>
            </w:pPr>
            <w:r w:rsidRPr="00332DB8">
              <w:rPr>
                <w:lang w:val="ru-RU"/>
              </w:rPr>
              <w:t>Видеоролик «</w:t>
            </w:r>
            <w:r>
              <w:t>Home</w:t>
            </w:r>
            <w:r w:rsidRPr="00332DB8">
              <w:rPr>
                <w:lang w:val="ru-RU"/>
              </w:rPr>
              <w:t xml:space="preserve"> </w:t>
            </w:r>
            <w:r>
              <w:t>video</w:t>
            </w:r>
            <w:r w:rsidRPr="00332DB8">
              <w:rPr>
                <w:lang w:val="ru-RU"/>
              </w:rPr>
              <w:t xml:space="preserve">. </w:t>
            </w:r>
            <w:r>
              <w:t>hdsl</w:t>
            </w:r>
            <w:r w:rsidRPr="00332DB8">
              <w:rPr>
                <w:lang w:val="ru-RU"/>
              </w:rPr>
              <w:t>.</w:t>
            </w:r>
            <w:r>
              <w:t>avi</w:t>
            </w:r>
            <w:r w:rsidRPr="00332DB8">
              <w:rPr>
                <w:lang w:val="ru-RU"/>
              </w:rPr>
              <w:t>»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93</w:t>
            </w:r>
            <w:r>
              <w:lastRenderedPageBreak/>
              <w:t>2.</w:t>
            </w:r>
          </w:p>
        </w:tc>
        <w:tc>
          <w:tcPr>
            <w:tcW w:w="2880" w:type="dxa"/>
          </w:tcPr>
          <w:p w:rsidR="006F7457" w:rsidRPr="00332DB8" w:rsidRDefault="00332DB8">
            <w:pPr>
              <w:rPr>
                <w:lang w:val="ru-RU"/>
              </w:rPr>
            </w:pPr>
            <w:r w:rsidRPr="00332DB8">
              <w:rPr>
                <w:lang w:val="ru-RU"/>
              </w:rPr>
              <w:lastRenderedPageBreak/>
              <w:t>Видеоролик «</w:t>
            </w:r>
            <w:r>
              <w:t>metro</w:t>
            </w:r>
            <w:r w:rsidRPr="00332DB8">
              <w:rPr>
                <w:lang w:val="ru-RU"/>
              </w:rPr>
              <w:t>.</w:t>
            </w:r>
            <w:r>
              <w:t>avi</w:t>
            </w:r>
            <w:r w:rsidRPr="00332DB8">
              <w:rPr>
                <w:lang w:val="ru-RU"/>
              </w:rPr>
              <w:t>»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933.</w:t>
            </w:r>
          </w:p>
        </w:tc>
        <w:tc>
          <w:tcPr>
            <w:tcW w:w="2880" w:type="dxa"/>
          </w:tcPr>
          <w:p w:rsidR="006F7457" w:rsidRPr="00332DB8" w:rsidRDefault="00332DB8">
            <w:pPr>
              <w:rPr>
                <w:lang w:val="ru-RU"/>
              </w:rPr>
            </w:pPr>
            <w:r w:rsidRPr="00332DB8">
              <w:rPr>
                <w:lang w:val="ru-RU"/>
              </w:rPr>
              <w:t>Видеоролик «ОБЩАГА НЕГРОВ.</w:t>
            </w:r>
            <w:r>
              <w:t>avi</w:t>
            </w:r>
            <w:r w:rsidRPr="00332DB8">
              <w:rPr>
                <w:lang w:val="ru-RU"/>
              </w:rPr>
              <w:t>»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934.</w:t>
            </w:r>
          </w:p>
        </w:tc>
        <w:tc>
          <w:tcPr>
            <w:tcW w:w="2880" w:type="dxa"/>
          </w:tcPr>
          <w:p w:rsidR="006F7457" w:rsidRPr="00332DB8" w:rsidRDefault="00332DB8">
            <w:pPr>
              <w:rPr>
                <w:lang w:val="ru-RU"/>
              </w:rPr>
            </w:pPr>
            <w:r w:rsidRPr="00332DB8">
              <w:rPr>
                <w:lang w:val="ru-RU"/>
              </w:rPr>
              <w:t xml:space="preserve">Видеоролик «Банда Москвы ВИВАТ, РОССИЯ! «Отмахали цунора на </w:t>
            </w:r>
            <w:r>
              <w:t>nacxy</w:t>
            </w:r>
            <w:r w:rsidRPr="00332DB8">
              <w:rPr>
                <w:lang w:val="ru-RU"/>
              </w:rPr>
              <w:t>.</w:t>
            </w:r>
            <w:r>
              <w:t>wmv</w:t>
            </w:r>
            <w:r w:rsidRPr="00332DB8">
              <w:rPr>
                <w:lang w:val="ru-RU"/>
              </w:rPr>
              <w:t>»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935.</w:t>
            </w:r>
          </w:p>
        </w:tc>
        <w:tc>
          <w:tcPr>
            <w:tcW w:w="2880" w:type="dxa"/>
          </w:tcPr>
          <w:p w:rsidR="006F7457" w:rsidRPr="00332DB8" w:rsidRDefault="00332DB8">
            <w:pPr>
              <w:rPr>
                <w:lang w:val="ru-RU"/>
              </w:rPr>
            </w:pPr>
            <w:r w:rsidRPr="00332DB8">
              <w:rPr>
                <w:lang w:val="ru-RU"/>
              </w:rPr>
              <w:t xml:space="preserve">Видеоролик «Правый Кулак </w:t>
            </w:r>
            <w:r>
              <w:t>CIIB</w:t>
            </w:r>
            <w:r w:rsidRPr="00332DB8">
              <w:rPr>
                <w:lang w:val="ru-RU"/>
              </w:rPr>
              <w:t>.</w:t>
            </w:r>
            <w:r>
              <w:t>wmv</w:t>
            </w:r>
            <w:r w:rsidRPr="00332DB8">
              <w:rPr>
                <w:lang w:val="ru-RU"/>
              </w:rPr>
              <w:t>»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936.</w:t>
            </w:r>
          </w:p>
        </w:tc>
        <w:tc>
          <w:tcPr>
            <w:tcW w:w="2880" w:type="dxa"/>
          </w:tcPr>
          <w:p w:rsidR="006F7457" w:rsidRPr="00332DB8" w:rsidRDefault="00332DB8">
            <w:pPr>
              <w:rPr>
                <w:lang w:val="ru-RU"/>
              </w:rPr>
            </w:pPr>
            <w:r w:rsidRPr="00332DB8">
              <w:rPr>
                <w:lang w:val="ru-RU"/>
              </w:rPr>
              <w:t>Видеоролик «Стадо Косых.</w:t>
            </w:r>
            <w:r>
              <w:t>wmv</w:t>
            </w:r>
            <w:r w:rsidRPr="00332DB8">
              <w:rPr>
                <w:lang w:val="ru-RU"/>
              </w:rPr>
              <w:t>»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937.</w:t>
            </w:r>
          </w:p>
        </w:tc>
        <w:tc>
          <w:tcPr>
            <w:tcW w:w="2880" w:type="dxa"/>
          </w:tcPr>
          <w:p w:rsidR="006F7457" w:rsidRPr="00332DB8" w:rsidRDefault="00332DB8">
            <w:pPr>
              <w:rPr>
                <w:lang w:val="ru-RU"/>
              </w:rPr>
            </w:pPr>
            <w:r w:rsidRPr="00332DB8">
              <w:rPr>
                <w:lang w:val="ru-RU"/>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w:t>
            </w:r>
            <w:r>
              <w:t>SKINHEADS</w:t>
            </w:r>
            <w:r w:rsidRPr="00332DB8">
              <w:rPr>
                <w:lang w:val="ru-RU"/>
              </w:rPr>
              <w:t>» Будущее принадлежит нам! ... Бойся нас!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938.</w:t>
            </w:r>
          </w:p>
        </w:tc>
        <w:tc>
          <w:tcPr>
            <w:tcW w:w="2880" w:type="dxa"/>
          </w:tcPr>
          <w:p w:rsidR="006F7457" w:rsidRPr="00332DB8" w:rsidRDefault="00332DB8">
            <w:pPr>
              <w:rPr>
                <w:lang w:val="ru-RU"/>
              </w:rPr>
            </w:pPr>
            <w:r w:rsidRPr="00332DB8">
              <w:rPr>
                <w:lang w:val="ru-RU"/>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tc>
          <w:tcPr>
            <w:tcW w:w="2880" w:type="dxa"/>
          </w:tcPr>
          <w:p w:rsidR="006F7457" w:rsidRDefault="00332DB8">
            <w:r>
              <w:t>93</w:t>
            </w:r>
            <w:r>
              <w:lastRenderedPageBreak/>
              <w:t>9.</w:t>
            </w:r>
          </w:p>
        </w:tc>
        <w:tc>
          <w:tcPr>
            <w:tcW w:w="2880" w:type="dxa"/>
          </w:tcPr>
          <w:p w:rsidR="006F7457" w:rsidRDefault="00332DB8">
            <w:r w:rsidRPr="00332DB8">
              <w:rPr>
                <w:lang w:val="ru-RU"/>
              </w:rPr>
              <w:lastRenderedPageBreak/>
              <w:t>Изображение с надписями на сером фоне «</w:t>
            </w:r>
            <w:r>
              <w:t>White</w:t>
            </w:r>
            <w:r w:rsidRPr="00332DB8">
              <w:rPr>
                <w:lang w:val="ru-RU"/>
              </w:rPr>
              <w:t xml:space="preserve"> </w:t>
            </w:r>
            <w:r>
              <w:t>Power</w:t>
            </w:r>
            <w:r w:rsidRPr="00332DB8">
              <w:rPr>
                <w:lang w:val="ru-RU"/>
              </w:rPr>
              <w:t>» и «</w:t>
            </w:r>
            <w:r>
              <w:t>Skin</w:t>
            </w:r>
            <w:r w:rsidRPr="00332DB8">
              <w:rPr>
                <w:lang w:val="ru-RU"/>
              </w:rPr>
              <w:t xml:space="preserve"> </w:t>
            </w:r>
            <w:r>
              <w:t>Head</w:t>
            </w:r>
            <w:r w:rsidRPr="00332DB8">
              <w:rPr>
                <w:lang w:val="ru-RU"/>
              </w:rPr>
              <w:t xml:space="preserve"> Мы должны защищать существование …» </w:t>
            </w:r>
            <w:r>
              <w:lastRenderedPageBreak/>
              <w:t>(решение Красноармейского районного суда города Волгограда от 02.11.2010).</w:t>
            </w:r>
          </w:p>
        </w:tc>
        <w:tc>
          <w:tcPr>
            <w:tcW w:w="2880" w:type="dxa"/>
          </w:tcPr>
          <w:p w:rsidR="006F7457" w:rsidRDefault="006F7457"/>
        </w:tc>
      </w:tr>
      <w:tr w:rsidR="006F7457">
        <w:tc>
          <w:tcPr>
            <w:tcW w:w="2880" w:type="dxa"/>
          </w:tcPr>
          <w:p w:rsidR="006F7457" w:rsidRDefault="00332DB8">
            <w:r>
              <w:lastRenderedPageBreak/>
              <w:t>940.</w:t>
            </w:r>
          </w:p>
        </w:tc>
        <w:tc>
          <w:tcPr>
            <w:tcW w:w="2880" w:type="dxa"/>
          </w:tcPr>
          <w:p w:rsidR="006F7457" w:rsidRDefault="00332DB8">
            <w:r w:rsidRPr="00332DB8">
              <w:rPr>
                <w:lang w:val="ru-RU"/>
              </w:rPr>
              <w:t xml:space="preserve">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w:t>
            </w:r>
            <w:r>
              <w:t>(решение Красноармейского районного суда города Волгограда от 02.11.2010).</w:t>
            </w:r>
          </w:p>
        </w:tc>
        <w:tc>
          <w:tcPr>
            <w:tcW w:w="2880" w:type="dxa"/>
          </w:tcPr>
          <w:p w:rsidR="006F7457" w:rsidRDefault="006F7457"/>
        </w:tc>
      </w:tr>
      <w:tr w:rsidR="006F7457" w:rsidRPr="00DD284B">
        <w:tc>
          <w:tcPr>
            <w:tcW w:w="2880" w:type="dxa"/>
          </w:tcPr>
          <w:p w:rsidR="006F7457" w:rsidRDefault="00332DB8">
            <w:r>
              <w:t>941.</w:t>
            </w:r>
          </w:p>
        </w:tc>
        <w:tc>
          <w:tcPr>
            <w:tcW w:w="2880" w:type="dxa"/>
          </w:tcPr>
          <w:p w:rsidR="006F7457" w:rsidRPr="00332DB8" w:rsidRDefault="00332DB8">
            <w:pPr>
              <w:rPr>
                <w:lang w:val="ru-RU"/>
              </w:rPr>
            </w:pPr>
            <w:r w:rsidRPr="00332DB8">
              <w:rPr>
                <w:lang w:val="ru-RU"/>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942.</w:t>
            </w:r>
          </w:p>
        </w:tc>
        <w:tc>
          <w:tcPr>
            <w:tcW w:w="2880" w:type="dxa"/>
          </w:tcPr>
          <w:p w:rsidR="006F7457" w:rsidRPr="00332DB8" w:rsidRDefault="00332DB8">
            <w:pPr>
              <w:rPr>
                <w:lang w:val="ru-RU"/>
              </w:rPr>
            </w:pPr>
            <w:r w:rsidRPr="00332DB8">
              <w:rPr>
                <w:lang w:val="ru-RU"/>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943.</w:t>
            </w:r>
          </w:p>
        </w:tc>
        <w:tc>
          <w:tcPr>
            <w:tcW w:w="2880" w:type="dxa"/>
          </w:tcPr>
          <w:p w:rsidR="006F7457" w:rsidRPr="00332DB8" w:rsidRDefault="00332DB8">
            <w:pPr>
              <w:rPr>
                <w:lang w:val="ru-RU"/>
              </w:rPr>
            </w:pPr>
            <w:r w:rsidRPr="00332DB8">
              <w:rPr>
                <w:lang w:val="ru-RU"/>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944.</w:t>
            </w:r>
          </w:p>
        </w:tc>
        <w:tc>
          <w:tcPr>
            <w:tcW w:w="2880" w:type="dxa"/>
          </w:tcPr>
          <w:p w:rsidR="006F7457" w:rsidRPr="00332DB8" w:rsidRDefault="00332DB8">
            <w:pPr>
              <w:rPr>
                <w:lang w:val="ru-RU"/>
              </w:rPr>
            </w:pPr>
            <w:r w:rsidRPr="00332DB8">
              <w:rPr>
                <w:lang w:val="ru-RU"/>
              </w:rPr>
              <w:t>Изображение двух солдат в форме, напоминающей форму солдат фашистской армии, приставивших пистолеты, наклонившегося мужчины и надписями «</w:t>
            </w:r>
            <w:r>
              <w:t>Blood</w:t>
            </w:r>
            <w:r w:rsidRPr="00332DB8">
              <w:rPr>
                <w:lang w:val="ru-RU"/>
              </w:rPr>
              <w:t xml:space="preserve"> </w:t>
            </w:r>
            <w:r>
              <w:t>Honor</w:t>
            </w:r>
            <w:r w:rsidRPr="00332DB8">
              <w:rPr>
                <w:lang w:val="ru-RU"/>
              </w:rPr>
              <w:t>», «</w:t>
            </w:r>
            <w:r>
              <w:t>Serbia</w:t>
            </w:r>
            <w:r w:rsidRPr="00332DB8">
              <w:rPr>
                <w:lang w:val="ru-RU"/>
              </w:rPr>
              <w:t>», «</w:t>
            </w:r>
            <w:r>
              <w:t>Athems</w:t>
            </w:r>
            <w:r w:rsidRPr="00332DB8">
              <w:rPr>
                <w:lang w:val="ru-RU"/>
              </w:rPr>
              <w:t xml:space="preserve"> </w:t>
            </w:r>
            <w:r>
              <w:t>of</w:t>
            </w:r>
            <w:r w:rsidRPr="00332DB8">
              <w:rPr>
                <w:lang w:val="ru-RU"/>
              </w:rPr>
              <w:t xml:space="preserve"> </w:t>
            </w:r>
            <w:r>
              <w:t>cleansing</w:t>
            </w:r>
            <w:r w:rsidRPr="00332DB8">
              <w:rPr>
                <w:lang w:val="ru-RU"/>
              </w:rPr>
              <w:t>»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945.</w:t>
            </w:r>
          </w:p>
        </w:tc>
        <w:tc>
          <w:tcPr>
            <w:tcW w:w="2880" w:type="dxa"/>
          </w:tcPr>
          <w:p w:rsidR="006F7457" w:rsidRPr="00332DB8" w:rsidRDefault="00332DB8">
            <w:pPr>
              <w:rPr>
                <w:lang w:val="ru-RU"/>
              </w:rPr>
            </w:pPr>
            <w:r w:rsidRPr="00332DB8">
              <w:rPr>
                <w:lang w:val="ru-RU"/>
              </w:rPr>
              <w:t xml:space="preserve">Изображение портрета императора Александра </w:t>
            </w:r>
            <w:r>
              <w:t>III</w:t>
            </w:r>
            <w:r w:rsidRPr="00332DB8">
              <w:rPr>
                <w:lang w:val="ru-RU"/>
              </w:rPr>
              <w:t xml:space="preserve"> и надписями «Россия – для Русских …! Александр </w:t>
            </w:r>
            <w:r>
              <w:t>III</w:t>
            </w:r>
            <w:r w:rsidRPr="00332DB8">
              <w:rPr>
                <w:lang w:val="ru-RU"/>
              </w:rPr>
              <w:t>»,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94</w:t>
            </w:r>
            <w:r>
              <w:lastRenderedPageBreak/>
              <w:t>6.</w:t>
            </w:r>
          </w:p>
        </w:tc>
        <w:tc>
          <w:tcPr>
            <w:tcW w:w="2880" w:type="dxa"/>
          </w:tcPr>
          <w:p w:rsidR="006F7457" w:rsidRPr="00332DB8" w:rsidRDefault="00332DB8">
            <w:pPr>
              <w:rPr>
                <w:lang w:val="ru-RU"/>
              </w:rPr>
            </w:pPr>
            <w:r w:rsidRPr="00332DB8">
              <w:rPr>
                <w:lang w:val="ru-RU"/>
              </w:rPr>
              <w:lastRenderedPageBreak/>
              <w:t>Изображение мужчины в черной куртке и черной маске и надписью «</w:t>
            </w:r>
            <w:r>
              <w:t>Blood</w:t>
            </w:r>
            <w:r w:rsidRPr="00332DB8">
              <w:rPr>
                <w:lang w:val="ru-RU"/>
              </w:rPr>
              <w:t xml:space="preserve"> (изображение, сходное с нацистской символикой до степени смешения) </w:t>
            </w:r>
            <w:r>
              <w:t>Honor</w:t>
            </w:r>
            <w:r w:rsidRPr="00332DB8">
              <w:rPr>
                <w:lang w:val="ru-RU"/>
              </w:rPr>
              <w:t>» и изображение белого круга с буквой «</w:t>
            </w:r>
            <w:r>
              <w:t>S</w:t>
            </w:r>
            <w:r w:rsidRPr="00332DB8">
              <w:rPr>
                <w:lang w:val="ru-RU"/>
              </w:rPr>
              <w:t xml:space="preserve">», </w:t>
            </w:r>
            <w:r w:rsidRPr="00332DB8">
              <w:rPr>
                <w:lang w:val="ru-RU"/>
              </w:rPr>
              <w:lastRenderedPageBreak/>
              <w:t>стилизованной под знак «</w:t>
            </w:r>
            <w:r>
              <w:t>SS</w:t>
            </w:r>
            <w:r w:rsidRPr="00332DB8">
              <w:rPr>
                <w:lang w:val="ru-RU"/>
              </w:rPr>
              <w:t>»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947.</w:t>
            </w:r>
          </w:p>
        </w:tc>
        <w:tc>
          <w:tcPr>
            <w:tcW w:w="2880" w:type="dxa"/>
          </w:tcPr>
          <w:p w:rsidR="006F7457" w:rsidRPr="00332DB8" w:rsidRDefault="00332DB8">
            <w:pPr>
              <w:rPr>
                <w:lang w:val="ru-RU"/>
              </w:rPr>
            </w:pPr>
            <w:r w:rsidRPr="00332DB8">
              <w:rPr>
                <w:lang w:val="ru-RU"/>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2880" w:type="dxa"/>
          </w:tcPr>
          <w:p w:rsidR="006F7457" w:rsidRPr="00332DB8" w:rsidRDefault="006F7457">
            <w:pPr>
              <w:rPr>
                <w:lang w:val="ru-RU"/>
              </w:rPr>
            </w:pPr>
          </w:p>
        </w:tc>
      </w:tr>
      <w:tr w:rsidR="006F7457" w:rsidRPr="00DD284B">
        <w:tc>
          <w:tcPr>
            <w:tcW w:w="2880" w:type="dxa"/>
          </w:tcPr>
          <w:p w:rsidR="006F7457" w:rsidRDefault="00332DB8">
            <w:r>
              <w:t>948.</w:t>
            </w:r>
          </w:p>
        </w:tc>
        <w:tc>
          <w:tcPr>
            <w:tcW w:w="2880" w:type="dxa"/>
          </w:tcPr>
          <w:p w:rsidR="006F7457" w:rsidRPr="00332DB8" w:rsidRDefault="00332DB8">
            <w:pPr>
              <w:rPr>
                <w:lang w:val="ru-RU"/>
              </w:rPr>
            </w:pPr>
            <w:r w:rsidRPr="00332DB8">
              <w:rPr>
                <w:lang w:val="ru-RU"/>
              </w:rPr>
              <w:t>Листовка, начинающаяся словами «Народам и ставленникам над ними» (решение Засвияжского районного суда города Ульяновска от 25.05.2011).</w:t>
            </w:r>
          </w:p>
        </w:tc>
        <w:tc>
          <w:tcPr>
            <w:tcW w:w="2880" w:type="dxa"/>
          </w:tcPr>
          <w:p w:rsidR="006F7457" w:rsidRPr="00332DB8" w:rsidRDefault="006F7457">
            <w:pPr>
              <w:rPr>
                <w:lang w:val="ru-RU"/>
              </w:rPr>
            </w:pPr>
          </w:p>
        </w:tc>
      </w:tr>
      <w:tr w:rsidR="006F7457" w:rsidRPr="00DD284B">
        <w:tc>
          <w:tcPr>
            <w:tcW w:w="2880" w:type="dxa"/>
          </w:tcPr>
          <w:p w:rsidR="006F7457" w:rsidRDefault="00332DB8">
            <w:r>
              <w:t>949.</w:t>
            </w:r>
          </w:p>
        </w:tc>
        <w:tc>
          <w:tcPr>
            <w:tcW w:w="2880" w:type="dxa"/>
          </w:tcPr>
          <w:p w:rsidR="006F7457" w:rsidRPr="00332DB8" w:rsidRDefault="00332DB8">
            <w:pPr>
              <w:rPr>
                <w:lang w:val="ru-RU"/>
              </w:rPr>
            </w:pPr>
            <w:r w:rsidRPr="00332DB8">
              <w:rPr>
                <w:lang w:val="ru-RU"/>
              </w:rPr>
              <w:t>Статья «Наши женщины справа» (решение Засвияжского районного суда города Ульяновска от 25.05.2011).</w:t>
            </w:r>
          </w:p>
        </w:tc>
        <w:tc>
          <w:tcPr>
            <w:tcW w:w="2880" w:type="dxa"/>
          </w:tcPr>
          <w:p w:rsidR="006F7457" w:rsidRPr="00332DB8" w:rsidRDefault="006F7457">
            <w:pPr>
              <w:rPr>
                <w:lang w:val="ru-RU"/>
              </w:rPr>
            </w:pPr>
          </w:p>
        </w:tc>
      </w:tr>
      <w:tr w:rsidR="006F7457" w:rsidRPr="00DD284B">
        <w:tc>
          <w:tcPr>
            <w:tcW w:w="2880" w:type="dxa"/>
          </w:tcPr>
          <w:p w:rsidR="006F7457" w:rsidRDefault="00332DB8">
            <w:r>
              <w:t>950.</w:t>
            </w:r>
          </w:p>
        </w:tc>
        <w:tc>
          <w:tcPr>
            <w:tcW w:w="2880" w:type="dxa"/>
          </w:tcPr>
          <w:p w:rsidR="006F7457" w:rsidRPr="00332DB8" w:rsidRDefault="00332DB8">
            <w:pPr>
              <w:rPr>
                <w:lang w:val="ru-RU"/>
              </w:rPr>
            </w:pPr>
            <w:r w:rsidRPr="00332DB8">
              <w:rPr>
                <w:lang w:val="ru-RU"/>
              </w:rPr>
              <w:t>Статья «Клич победы - ТУРАНГОЛ! АЛЛА АКБАР!» (решение Засвияжского районного суда города Ульяновска от 25.05.2011).</w:t>
            </w:r>
          </w:p>
        </w:tc>
        <w:tc>
          <w:tcPr>
            <w:tcW w:w="2880" w:type="dxa"/>
          </w:tcPr>
          <w:p w:rsidR="006F7457" w:rsidRPr="00332DB8" w:rsidRDefault="006F7457">
            <w:pPr>
              <w:rPr>
                <w:lang w:val="ru-RU"/>
              </w:rPr>
            </w:pPr>
          </w:p>
        </w:tc>
      </w:tr>
      <w:tr w:rsidR="006F7457" w:rsidRPr="00DD284B">
        <w:tc>
          <w:tcPr>
            <w:tcW w:w="2880" w:type="dxa"/>
          </w:tcPr>
          <w:p w:rsidR="006F7457" w:rsidRDefault="00332DB8">
            <w:r>
              <w:t>951.</w:t>
            </w:r>
          </w:p>
        </w:tc>
        <w:tc>
          <w:tcPr>
            <w:tcW w:w="2880" w:type="dxa"/>
          </w:tcPr>
          <w:p w:rsidR="006F7457" w:rsidRPr="00332DB8" w:rsidRDefault="00332DB8">
            <w:pPr>
              <w:rPr>
                <w:lang w:val="ru-RU"/>
              </w:rPr>
            </w:pPr>
            <w:r w:rsidRPr="00332DB8">
              <w:rPr>
                <w:lang w:val="ru-RU"/>
              </w:rPr>
              <w:t xml:space="preserve">Статья «Дневник </w:t>
            </w:r>
            <w:r>
              <w:t>Nailkhan</w:t>
            </w:r>
            <w:r w:rsidRPr="00332DB8">
              <w:rPr>
                <w:lang w:val="ru-RU"/>
              </w:rPr>
              <w:t xml:space="preserve"> </w:t>
            </w:r>
            <w:r>
              <w:t>Jihadshah</w:t>
            </w:r>
            <w:r w:rsidRPr="00332DB8">
              <w:rPr>
                <w:lang w:val="ru-RU"/>
              </w:rPr>
              <w:t>» (решение Засвияжского районного суда города Ульяновска от 25.05.2011).</w:t>
            </w:r>
          </w:p>
        </w:tc>
        <w:tc>
          <w:tcPr>
            <w:tcW w:w="2880" w:type="dxa"/>
          </w:tcPr>
          <w:p w:rsidR="006F7457" w:rsidRPr="00332DB8" w:rsidRDefault="006F7457">
            <w:pPr>
              <w:rPr>
                <w:lang w:val="ru-RU"/>
              </w:rPr>
            </w:pPr>
          </w:p>
        </w:tc>
      </w:tr>
      <w:tr w:rsidR="006F7457" w:rsidRPr="00DD284B">
        <w:tc>
          <w:tcPr>
            <w:tcW w:w="2880" w:type="dxa"/>
          </w:tcPr>
          <w:p w:rsidR="006F7457" w:rsidRDefault="00332DB8">
            <w:r>
              <w:t>952.</w:t>
            </w:r>
          </w:p>
        </w:tc>
        <w:tc>
          <w:tcPr>
            <w:tcW w:w="2880" w:type="dxa"/>
          </w:tcPr>
          <w:p w:rsidR="006F7457" w:rsidRPr="00332DB8" w:rsidRDefault="00332DB8">
            <w:pPr>
              <w:rPr>
                <w:lang w:val="ru-RU"/>
              </w:rPr>
            </w:pPr>
            <w:r w:rsidRPr="00332DB8">
              <w:rPr>
                <w:lang w:val="ru-RU"/>
              </w:rPr>
              <w:t xml:space="preserve">Статья «БЭС см.: ВИРУСЫ (от лат. </w:t>
            </w:r>
            <w:r>
              <w:t>Virus</w:t>
            </w:r>
            <w:r w:rsidRPr="00332DB8">
              <w:rPr>
                <w:lang w:val="ru-RU"/>
              </w:rPr>
              <w:t xml:space="preserve"> - яд)» (решение Засвияжского районного суда города Ульяновска от 25.05.2011).</w:t>
            </w:r>
          </w:p>
        </w:tc>
        <w:tc>
          <w:tcPr>
            <w:tcW w:w="2880" w:type="dxa"/>
          </w:tcPr>
          <w:p w:rsidR="006F7457" w:rsidRPr="00332DB8" w:rsidRDefault="006F7457">
            <w:pPr>
              <w:rPr>
                <w:lang w:val="ru-RU"/>
              </w:rPr>
            </w:pPr>
          </w:p>
        </w:tc>
      </w:tr>
      <w:tr w:rsidR="006F7457" w:rsidRPr="00DD284B">
        <w:tc>
          <w:tcPr>
            <w:tcW w:w="2880" w:type="dxa"/>
          </w:tcPr>
          <w:p w:rsidR="006F7457" w:rsidRDefault="00332DB8">
            <w:r>
              <w:t>95</w:t>
            </w:r>
            <w:r>
              <w:lastRenderedPageBreak/>
              <w:t>3.</w:t>
            </w:r>
          </w:p>
        </w:tc>
        <w:tc>
          <w:tcPr>
            <w:tcW w:w="2880" w:type="dxa"/>
          </w:tcPr>
          <w:p w:rsidR="006F7457" w:rsidRPr="00332DB8" w:rsidRDefault="00332DB8">
            <w:pPr>
              <w:rPr>
                <w:lang w:val="ru-RU"/>
              </w:rPr>
            </w:pPr>
            <w:r w:rsidRPr="00332DB8">
              <w:rPr>
                <w:lang w:val="ru-RU"/>
              </w:rPr>
              <w:lastRenderedPageBreak/>
              <w:t xml:space="preserve">Статья «Русский язык искусственно придуман» (решение Засвияжского районного суда города Ульяновска от </w:t>
            </w:r>
            <w:r w:rsidRPr="00332DB8">
              <w:rPr>
                <w:lang w:val="ru-RU"/>
              </w:rPr>
              <w:lastRenderedPageBreak/>
              <w:t>25.05.2011).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954.</w:t>
            </w:r>
          </w:p>
        </w:tc>
        <w:tc>
          <w:tcPr>
            <w:tcW w:w="2880" w:type="dxa"/>
          </w:tcPr>
          <w:p w:rsidR="006F7457" w:rsidRPr="00332DB8" w:rsidRDefault="00332DB8">
            <w:pPr>
              <w:rPr>
                <w:lang w:val="ru-RU"/>
              </w:rPr>
            </w:pPr>
            <w:r w:rsidRPr="00332DB8">
              <w:rPr>
                <w:lang w:val="ru-RU"/>
              </w:rPr>
              <w:t xml:space="preserve">Интернет-сайт </w:t>
            </w:r>
            <w:r>
              <w:t>www</w:t>
            </w:r>
            <w:r w:rsidRPr="00332DB8">
              <w:rPr>
                <w:lang w:val="ru-RU"/>
              </w:rPr>
              <w:t>.</w:t>
            </w:r>
            <w:r>
              <w:t>livainternet</w:t>
            </w:r>
            <w:r w:rsidRPr="00332DB8">
              <w:rPr>
                <w:lang w:val="ru-RU"/>
              </w:rPr>
              <w:t>.</w:t>
            </w:r>
            <w:r>
              <w:t>ru</w:t>
            </w:r>
            <w:r w:rsidRPr="00332DB8">
              <w:rPr>
                <w:lang w:val="ru-RU"/>
              </w:rPr>
              <w:t xml:space="preserve"> (решение Засвияжского районного суда города Ульяновска от 25.05.2011).</w:t>
            </w:r>
          </w:p>
        </w:tc>
        <w:tc>
          <w:tcPr>
            <w:tcW w:w="2880" w:type="dxa"/>
          </w:tcPr>
          <w:p w:rsidR="006F7457" w:rsidRPr="00332DB8" w:rsidRDefault="006F7457">
            <w:pPr>
              <w:rPr>
                <w:lang w:val="ru-RU"/>
              </w:rPr>
            </w:pPr>
          </w:p>
        </w:tc>
      </w:tr>
      <w:tr w:rsidR="006F7457" w:rsidRPr="00DD284B">
        <w:tc>
          <w:tcPr>
            <w:tcW w:w="2880" w:type="dxa"/>
          </w:tcPr>
          <w:p w:rsidR="006F7457" w:rsidRDefault="00332DB8">
            <w:r>
              <w:t>955.</w:t>
            </w:r>
          </w:p>
        </w:tc>
        <w:tc>
          <w:tcPr>
            <w:tcW w:w="2880" w:type="dxa"/>
          </w:tcPr>
          <w:p w:rsidR="006F7457" w:rsidRPr="00332DB8" w:rsidRDefault="00332DB8">
            <w:pPr>
              <w:rPr>
                <w:lang w:val="ru-RU"/>
              </w:rPr>
            </w:pPr>
            <w:r w:rsidRPr="00332DB8">
              <w:rPr>
                <w:lang w:val="ru-RU"/>
              </w:rPr>
              <w:t xml:space="preserve">Интернет-сайт </w:t>
            </w:r>
            <w:r>
              <w:t>www</w:t>
            </w:r>
            <w:r w:rsidRPr="00332DB8">
              <w:rPr>
                <w:lang w:val="ru-RU"/>
              </w:rPr>
              <w:t>.</w:t>
            </w:r>
            <w:r>
              <w:t>TATARLAR</w:t>
            </w:r>
            <w:r w:rsidRPr="00332DB8">
              <w:rPr>
                <w:lang w:val="ru-RU"/>
              </w:rPr>
              <w:t>.</w:t>
            </w:r>
            <w:r>
              <w:t>ru</w:t>
            </w:r>
            <w:r w:rsidRPr="00332DB8">
              <w:rPr>
                <w:lang w:val="ru-RU"/>
              </w:rPr>
              <w:t xml:space="preserve"> (решение Засвияжского районного суда города Ульяновска от 25.05.2011).</w:t>
            </w:r>
          </w:p>
        </w:tc>
        <w:tc>
          <w:tcPr>
            <w:tcW w:w="2880" w:type="dxa"/>
          </w:tcPr>
          <w:p w:rsidR="006F7457" w:rsidRPr="00332DB8" w:rsidRDefault="006F7457">
            <w:pPr>
              <w:rPr>
                <w:lang w:val="ru-RU"/>
              </w:rPr>
            </w:pPr>
          </w:p>
        </w:tc>
      </w:tr>
      <w:tr w:rsidR="006F7457" w:rsidRPr="00DD284B">
        <w:tc>
          <w:tcPr>
            <w:tcW w:w="2880" w:type="dxa"/>
          </w:tcPr>
          <w:p w:rsidR="006F7457" w:rsidRDefault="00332DB8">
            <w:r>
              <w:t>956.</w:t>
            </w:r>
          </w:p>
        </w:tc>
        <w:tc>
          <w:tcPr>
            <w:tcW w:w="2880" w:type="dxa"/>
          </w:tcPr>
          <w:p w:rsidR="006F7457" w:rsidRPr="00332DB8" w:rsidRDefault="00332DB8">
            <w:pPr>
              <w:rPr>
                <w:lang w:val="ru-RU"/>
              </w:rPr>
            </w:pPr>
            <w:r w:rsidRPr="00332DB8">
              <w:rPr>
                <w:lang w:val="ru-RU"/>
              </w:rPr>
              <w:t xml:space="preserve">Размещенная Байкаловым Никитой Игоревичем в сети Интернет на странице «Сергей Правый» сайта </w:t>
            </w:r>
            <w:r>
              <w:t>www</w:t>
            </w:r>
            <w:r w:rsidRPr="00332DB8">
              <w:rPr>
                <w:lang w:val="ru-RU"/>
              </w:rPr>
              <w:t>.</w:t>
            </w:r>
            <w:r>
              <w:t>vkontakte</w:t>
            </w:r>
            <w:r w:rsidRPr="00332DB8">
              <w:rPr>
                <w:lang w:val="ru-RU"/>
              </w:rPr>
              <w:t>.</w:t>
            </w:r>
            <w:r>
              <w:t>ru</w:t>
            </w:r>
            <w:r w:rsidRPr="00332DB8">
              <w:rPr>
                <w:lang w:val="ru-RU"/>
              </w:rPr>
              <w:t xml:space="preserve">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w:t>
            </w:r>
            <w:r>
              <w:t>by</w:t>
            </w:r>
            <w:r w:rsidRPr="00332DB8">
              <w:rPr>
                <w:lang w:val="ru-RU"/>
              </w:rPr>
              <w:t xml:space="preserve"> </w:t>
            </w:r>
            <w:r>
              <w:t>Sturmovik</w:t>
            </w:r>
            <w:r w:rsidRPr="00332DB8">
              <w:rPr>
                <w:lang w:val="ru-RU"/>
              </w:rPr>
              <w:t>»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c>
          <w:tcPr>
            <w:tcW w:w="2880" w:type="dxa"/>
          </w:tcPr>
          <w:p w:rsidR="006F7457" w:rsidRPr="00332DB8" w:rsidRDefault="006F7457">
            <w:pPr>
              <w:rPr>
                <w:lang w:val="ru-RU"/>
              </w:rPr>
            </w:pPr>
          </w:p>
        </w:tc>
      </w:tr>
      <w:tr w:rsidR="006F7457" w:rsidRPr="00DD284B">
        <w:tc>
          <w:tcPr>
            <w:tcW w:w="2880" w:type="dxa"/>
          </w:tcPr>
          <w:p w:rsidR="006F7457" w:rsidRDefault="00332DB8">
            <w:r>
              <w:t>957.</w:t>
            </w:r>
          </w:p>
        </w:tc>
        <w:tc>
          <w:tcPr>
            <w:tcW w:w="2880" w:type="dxa"/>
          </w:tcPr>
          <w:p w:rsidR="006F7457" w:rsidRPr="00332DB8" w:rsidRDefault="00332DB8">
            <w:pPr>
              <w:rPr>
                <w:lang w:val="ru-RU"/>
              </w:rPr>
            </w:pPr>
            <w:r w:rsidRPr="00332DB8">
              <w:rPr>
                <w:lang w:val="ru-RU"/>
              </w:rPr>
              <w:t xml:space="preserve">Размещенная Байкаловым Никитой Игоревичем в сети Интернет на странице «Сергей Правый» сайта </w:t>
            </w:r>
            <w:r>
              <w:t>www</w:t>
            </w:r>
            <w:r w:rsidRPr="00332DB8">
              <w:rPr>
                <w:lang w:val="ru-RU"/>
              </w:rPr>
              <w:t>.</w:t>
            </w:r>
            <w:r>
              <w:t>vkontakte</w:t>
            </w:r>
            <w:r w:rsidRPr="00332DB8">
              <w:rPr>
                <w:lang w:val="ru-RU"/>
              </w:rPr>
              <w:t>.</w:t>
            </w:r>
            <w:r>
              <w:t>ru</w:t>
            </w:r>
            <w:r w:rsidRPr="00332DB8">
              <w:rPr>
                <w:lang w:val="ru-RU"/>
              </w:rPr>
              <w:t xml:space="preserve">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2880" w:type="dxa"/>
          </w:tcPr>
          <w:p w:rsidR="006F7457" w:rsidRPr="00332DB8" w:rsidRDefault="006F7457">
            <w:pPr>
              <w:rPr>
                <w:lang w:val="ru-RU"/>
              </w:rPr>
            </w:pPr>
          </w:p>
        </w:tc>
      </w:tr>
      <w:tr w:rsidR="006F7457" w:rsidRPr="00DD284B">
        <w:tc>
          <w:tcPr>
            <w:tcW w:w="2880" w:type="dxa"/>
          </w:tcPr>
          <w:p w:rsidR="006F7457" w:rsidRDefault="00332DB8">
            <w:r>
              <w:t>958.</w:t>
            </w:r>
          </w:p>
        </w:tc>
        <w:tc>
          <w:tcPr>
            <w:tcW w:w="2880" w:type="dxa"/>
          </w:tcPr>
          <w:p w:rsidR="006F7457" w:rsidRPr="00332DB8" w:rsidRDefault="00332DB8">
            <w:pPr>
              <w:rPr>
                <w:lang w:val="ru-RU"/>
              </w:rPr>
            </w:pPr>
            <w:r w:rsidRPr="00332DB8">
              <w:rPr>
                <w:lang w:val="ru-RU"/>
              </w:rPr>
              <w:t xml:space="preserve">Размещенные Байкаловым Никитой Игоревичем в сети Интернет на странице «Сергей Правый» сайта </w:t>
            </w:r>
            <w:r>
              <w:t>www</w:t>
            </w:r>
            <w:r w:rsidRPr="00332DB8">
              <w:rPr>
                <w:lang w:val="ru-RU"/>
              </w:rPr>
              <w:t>.</w:t>
            </w:r>
            <w:r>
              <w:t>vkontakte</w:t>
            </w:r>
            <w:r w:rsidRPr="00332DB8">
              <w:rPr>
                <w:lang w:val="ru-RU"/>
              </w:rPr>
              <w:t>.</w:t>
            </w:r>
            <w:r>
              <w:t>ru</w:t>
            </w:r>
            <w:r w:rsidRPr="00332DB8">
              <w:rPr>
                <w:lang w:val="ru-RU"/>
              </w:rPr>
              <w:t xml:space="preserve"> фотографии с надписями «14/88» «СЛаВа России» «</w:t>
            </w:r>
            <w:r>
              <w:t>People</w:t>
            </w:r>
            <w:r w:rsidRPr="00332DB8">
              <w:rPr>
                <w:lang w:val="ru-RU"/>
              </w:rPr>
              <w:t xml:space="preserve"> </w:t>
            </w:r>
            <w:r>
              <w:t>And</w:t>
            </w:r>
            <w:r w:rsidRPr="00332DB8">
              <w:rPr>
                <w:lang w:val="ru-RU"/>
              </w:rPr>
              <w:t xml:space="preserve"> </w:t>
            </w:r>
            <w:r>
              <w:t>A</w:t>
            </w:r>
            <w:r w:rsidRPr="00332DB8">
              <w:rPr>
                <w:lang w:val="ru-RU"/>
              </w:rPr>
              <w:t xml:space="preserve"> </w:t>
            </w:r>
            <w:r>
              <w:t>Future</w:t>
            </w:r>
            <w:r w:rsidRPr="00332DB8">
              <w:rPr>
                <w:lang w:val="ru-RU"/>
              </w:rPr>
              <w:t xml:space="preserve"> </w:t>
            </w:r>
            <w:r>
              <w:t>For</w:t>
            </w:r>
            <w:r w:rsidRPr="00332DB8">
              <w:rPr>
                <w:lang w:val="ru-RU"/>
              </w:rPr>
              <w:t xml:space="preserve"> </w:t>
            </w:r>
            <w:r>
              <w:t>White</w:t>
            </w:r>
            <w:r w:rsidRPr="00332DB8">
              <w:rPr>
                <w:lang w:val="ru-RU"/>
              </w:rPr>
              <w:t xml:space="preserve"> </w:t>
            </w:r>
            <w:r>
              <w:t>Children</w:t>
            </w:r>
            <w:r w:rsidRPr="00332DB8">
              <w:rPr>
                <w:lang w:val="ru-RU"/>
              </w:rPr>
              <w:t>»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959.</w:t>
            </w:r>
          </w:p>
        </w:tc>
        <w:tc>
          <w:tcPr>
            <w:tcW w:w="2880" w:type="dxa"/>
          </w:tcPr>
          <w:p w:rsidR="006F7457" w:rsidRPr="00332DB8" w:rsidRDefault="00332DB8">
            <w:pPr>
              <w:rPr>
                <w:lang w:val="ru-RU"/>
              </w:rPr>
            </w:pPr>
            <w:r w:rsidRPr="00332DB8">
              <w:rPr>
                <w:lang w:val="ru-RU"/>
              </w:rPr>
              <w:t xml:space="preserve">Размещенный Байкаловым Никитой Игоревичем в сети Интернет на странице «Сергей Правый» сайта </w:t>
            </w:r>
            <w:r>
              <w:t>www</w:t>
            </w:r>
            <w:r w:rsidRPr="00332DB8">
              <w:rPr>
                <w:lang w:val="ru-RU"/>
              </w:rPr>
              <w:t>.</w:t>
            </w:r>
            <w:r>
              <w:t>vkontakte</w:t>
            </w:r>
            <w:r w:rsidRPr="00332DB8">
              <w:rPr>
                <w:lang w:val="ru-RU"/>
              </w:rPr>
              <w:t>.</w:t>
            </w:r>
            <w:r>
              <w:t>ru</w:t>
            </w:r>
            <w:r w:rsidRPr="00332DB8">
              <w:rPr>
                <w:lang w:val="ru-RU"/>
              </w:rPr>
              <w:t xml:space="preserve"> видеофайл «Поддержи русского» (решение Югорского районного суда Ханты-Мансийского автономного округа – Югры от 22.06.2011).</w:t>
            </w:r>
          </w:p>
        </w:tc>
        <w:tc>
          <w:tcPr>
            <w:tcW w:w="2880" w:type="dxa"/>
          </w:tcPr>
          <w:p w:rsidR="006F7457" w:rsidRPr="00332DB8" w:rsidRDefault="006F7457">
            <w:pPr>
              <w:rPr>
                <w:lang w:val="ru-RU"/>
              </w:rPr>
            </w:pPr>
          </w:p>
        </w:tc>
      </w:tr>
      <w:tr w:rsidR="006F7457" w:rsidRPr="00DD284B">
        <w:tc>
          <w:tcPr>
            <w:tcW w:w="2880" w:type="dxa"/>
          </w:tcPr>
          <w:p w:rsidR="006F7457" w:rsidRDefault="00332DB8">
            <w:r>
              <w:t>960.</w:t>
            </w:r>
          </w:p>
        </w:tc>
        <w:tc>
          <w:tcPr>
            <w:tcW w:w="2880" w:type="dxa"/>
          </w:tcPr>
          <w:p w:rsidR="006F7457" w:rsidRPr="00332DB8" w:rsidRDefault="00332DB8">
            <w:pPr>
              <w:rPr>
                <w:lang w:val="ru-RU"/>
              </w:rPr>
            </w:pPr>
            <w:r w:rsidRPr="00332DB8">
              <w:rPr>
                <w:lang w:val="ru-RU"/>
              </w:rPr>
              <w:t xml:space="preserve">Размещенный Байкаловым Никитой Игоревичем в сети Интернет на странице «Сергей Правый» сайта </w:t>
            </w:r>
            <w:r>
              <w:t>www</w:t>
            </w:r>
            <w:r w:rsidRPr="00332DB8">
              <w:rPr>
                <w:lang w:val="ru-RU"/>
              </w:rPr>
              <w:t>.</w:t>
            </w:r>
            <w:r>
              <w:t>vkontakte</w:t>
            </w:r>
            <w:r w:rsidRPr="00332DB8">
              <w:rPr>
                <w:lang w:val="ru-RU"/>
              </w:rPr>
              <w:t>.</w:t>
            </w:r>
            <w:r>
              <w:t>ru</w:t>
            </w:r>
            <w:r w:rsidRPr="00332DB8">
              <w:rPr>
                <w:lang w:val="ru-RU"/>
              </w:rPr>
              <w:t xml:space="preserve"> видеофайл «Русские девушки и южные парни» (решение Югорского районного суда Ханты-Мансийского автономного округа – Югры от 22.06.2011).</w:t>
            </w:r>
          </w:p>
        </w:tc>
        <w:tc>
          <w:tcPr>
            <w:tcW w:w="2880" w:type="dxa"/>
          </w:tcPr>
          <w:p w:rsidR="006F7457" w:rsidRPr="00332DB8" w:rsidRDefault="006F7457">
            <w:pPr>
              <w:rPr>
                <w:lang w:val="ru-RU"/>
              </w:rPr>
            </w:pPr>
          </w:p>
        </w:tc>
      </w:tr>
      <w:tr w:rsidR="006F7457" w:rsidRPr="00DD284B">
        <w:tc>
          <w:tcPr>
            <w:tcW w:w="2880" w:type="dxa"/>
          </w:tcPr>
          <w:p w:rsidR="006F7457" w:rsidRDefault="00332DB8">
            <w:r>
              <w:t>961.</w:t>
            </w:r>
          </w:p>
        </w:tc>
        <w:tc>
          <w:tcPr>
            <w:tcW w:w="2880" w:type="dxa"/>
          </w:tcPr>
          <w:p w:rsidR="006F7457" w:rsidRPr="00332DB8" w:rsidRDefault="00332DB8">
            <w:pPr>
              <w:rPr>
                <w:lang w:val="ru-RU"/>
              </w:rPr>
            </w:pPr>
            <w:r w:rsidRPr="00332DB8">
              <w:rPr>
                <w:lang w:val="ru-RU"/>
              </w:rPr>
              <w:t xml:space="preserve">Размещенный Байкаловым Никитой Игоревичем в сети Интернет на странице «Сергей Правый» сайта </w:t>
            </w:r>
            <w:r>
              <w:t>www</w:t>
            </w:r>
            <w:r w:rsidRPr="00332DB8">
              <w:rPr>
                <w:lang w:val="ru-RU"/>
              </w:rPr>
              <w:t>.</w:t>
            </w:r>
            <w:r>
              <w:t>vkontakte</w:t>
            </w:r>
            <w:r w:rsidRPr="00332DB8">
              <w:rPr>
                <w:lang w:val="ru-RU"/>
              </w:rPr>
              <w:t>.</w:t>
            </w:r>
            <w:r>
              <w:t>ru</w:t>
            </w:r>
            <w:r w:rsidRPr="00332DB8">
              <w:rPr>
                <w:lang w:val="ru-RU"/>
              </w:rPr>
              <w:t xml:space="preserve">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2880" w:type="dxa"/>
          </w:tcPr>
          <w:p w:rsidR="006F7457" w:rsidRPr="00332DB8" w:rsidRDefault="006F7457">
            <w:pPr>
              <w:rPr>
                <w:lang w:val="ru-RU"/>
              </w:rPr>
            </w:pPr>
          </w:p>
        </w:tc>
      </w:tr>
      <w:tr w:rsidR="006F7457" w:rsidRPr="00DD284B">
        <w:tc>
          <w:tcPr>
            <w:tcW w:w="2880" w:type="dxa"/>
          </w:tcPr>
          <w:p w:rsidR="006F7457" w:rsidRDefault="00332DB8">
            <w:r>
              <w:t>962.</w:t>
            </w:r>
          </w:p>
        </w:tc>
        <w:tc>
          <w:tcPr>
            <w:tcW w:w="2880" w:type="dxa"/>
          </w:tcPr>
          <w:p w:rsidR="006F7457" w:rsidRPr="00332DB8" w:rsidRDefault="00332DB8">
            <w:pPr>
              <w:rPr>
                <w:lang w:val="ru-RU"/>
              </w:rPr>
            </w:pPr>
            <w:r w:rsidRPr="00332DB8">
              <w:rPr>
                <w:lang w:val="ru-RU"/>
              </w:rPr>
              <w:t xml:space="preserve">Размещенный Байкаловым Никитой Игоревичем в сети Интернет на странице «Сергей Правый» сайта </w:t>
            </w:r>
            <w:r>
              <w:t>www</w:t>
            </w:r>
            <w:r w:rsidRPr="00332DB8">
              <w:rPr>
                <w:lang w:val="ru-RU"/>
              </w:rPr>
              <w:t>.</w:t>
            </w:r>
            <w:r>
              <w:t>vkontakte</w:t>
            </w:r>
            <w:r w:rsidRPr="00332DB8">
              <w:rPr>
                <w:lang w:val="ru-RU"/>
              </w:rPr>
              <w:t>.</w:t>
            </w:r>
            <w:r>
              <w:t>ru</w:t>
            </w:r>
            <w:r w:rsidRPr="00332DB8">
              <w:rPr>
                <w:lang w:val="ru-RU"/>
              </w:rPr>
              <w:t xml:space="preserve"> видеофайл «Толерантность к славянскому населению» (решение Югорского районного суда Ханты-Мансийского автономного округа – Югры от 22.06.2011).</w:t>
            </w:r>
          </w:p>
        </w:tc>
        <w:tc>
          <w:tcPr>
            <w:tcW w:w="2880" w:type="dxa"/>
          </w:tcPr>
          <w:p w:rsidR="006F7457" w:rsidRPr="00332DB8" w:rsidRDefault="006F7457">
            <w:pPr>
              <w:rPr>
                <w:lang w:val="ru-RU"/>
              </w:rPr>
            </w:pPr>
          </w:p>
        </w:tc>
      </w:tr>
      <w:tr w:rsidR="006F7457" w:rsidRPr="00DD284B">
        <w:tc>
          <w:tcPr>
            <w:tcW w:w="2880" w:type="dxa"/>
          </w:tcPr>
          <w:p w:rsidR="006F7457" w:rsidRDefault="00332DB8">
            <w:r>
              <w:t>963.</w:t>
            </w:r>
          </w:p>
        </w:tc>
        <w:tc>
          <w:tcPr>
            <w:tcW w:w="2880" w:type="dxa"/>
          </w:tcPr>
          <w:p w:rsidR="006F7457" w:rsidRPr="00332DB8" w:rsidRDefault="00332DB8">
            <w:pPr>
              <w:rPr>
                <w:lang w:val="ru-RU"/>
              </w:rPr>
            </w:pPr>
            <w:r w:rsidRPr="00332DB8">
              <w:rPr>
                <w:lang w:val="ru-RU"/>
              </w:rPr>
              <w:t xml:space="preserve">Размещенная Байкаловым Никитой Игоревичем в сети Интернет на странице «Сергей Правый» сайта </w:t>
            </w:r>
            <w:r>
              <w:t>www</w:t>
            </w:r>
            <w:r w:rsidRPr="00332DB8">
              <w:rPr>
                <w:lang w:val="ru-RU"/>
              </w:rPr>
              <w:t>.</w:t>
            </w:r>
            <w:r>
              <w:t>vkontakte</w:t>
            </w:r>
            <w:r w:rsidRPr="00332DB8">
              <w:rPr>
                <w:lang w:val="ru-RU"/>
              </w:rPr>
              <w:t>.</w:t>
            </w:r>
            <w:r>
              <w:t>ru</w:t>
            </w:r>
            <w:r w:rsidRPr="00332DB8">
              <w:rPr>
                <w:lang w:val="ru-RU"/>
              </w:rPr>
              <w:t xml:space="preserve"> аудиозапись «Велимор – Коловрат. Россия» (решение Югорского районного суда Ханты-Мансийского автономного округа – Югры от 22.06.2011).</w:t>
            </w:r>
          </w:p>
        </w:tc>
        <w:tc>
          <w:tcPr>
            <w:tcW w:w="2880" w:type="dxa"/>
          </w:tcPr>
          <w:p w:rsidR="006F7457" w:rsidRPr="00332DB8" w:rsidRDefault="006F7457">
            <w:pPr>
              <w:rPr>
                <w:lang w:val="ru-RU"/>
              </w:rPr>
            </w:pPr>
          </w:p>
        </w:tc>
      </w:tr>
      <w:tr w:rsidR="006F7457" w:rsidRPr="00DD284B">
        <w:tc>
          <w:tcPr>
            <w:tcW w:w="2880" w:type="dxa"/>
          </w:tcPr>
          <w:p w:rsidR="006F7457" w:rsidRDefault="00332DB8">
            <w:r>
              <w:t>964.</w:t>
            </w:r>
          </w:p>
        </w:tc>
        <w:tc>
          <w:tcPr>
            <w:tcW w:w="2880" w:type="dxa"/>
          </w:tcPr>
          <w:p w:rsidR="006F7457" w:rsidRPr="00332DB8" w:rsidRDefault="00332DB8">
            <w:pPr>
              <w:rPr>
                <w:lang w:val="ru-RU"/>
              </w:rPr>
            </w:pPr>
            <w:r w:rsidRPr="00332DB8">
              <w:rPr>
                <w:lang w:val="ru-RU"/>
              </w:rPr>
              <w:t xml:space="preserve">Размещенная Байкаловым Никитой Игоревичем в сети Интернет на странице «Сергей Правый» сайта </w:t>
            </w:r>
            <w:r>
              <w:t>www</w:t>
            </w:r>
            <w:r w:rsidRPr="00332DB8">
              <w:rPr>
                <w:lang w:val="ru-RU"/>
              </w:rPr>
              <w:t>.</w:t>
            </w:r>
            <w:r>
              <w:t>vkontakte</w:t>
            </w:r>
            <w:r w:rsidRPr="00332DB8">
              <w:rPr>
                <w:lang w:val="ru-RU"/>
              </w:rPr>
              <w:t>.</w:t>
            </w:r>
            <w:r>
              <w:t>ru</w:t>
            </w:r>
            <w:r w:rsidRPr="00332DB8">
              <w:rPr>
                <w:lang w:val="ru-RU"/>
              </w:rPr>
              <w:t xml:space="preserve"> аудиозапись «</w:t>
            </w:r>
            <w:r>
              <w:t>Holdaar</w:t>
            </w:r>
            <w:r w:rsidRPr="00332DB8">
              <w:rPr>
                <w:lang w:val="ru-RU"/>
              </w:rPr>
              <w:t>&amp;Железный порядок – Бей первым!» (решение Югорского районного суда Ханты-Мансийского автономного округа – Югры от 22.06.2011).</w:t>
            </w:r>
          </w:p>
        </w:tc>
        <w:tc>
          <w:tcPr>
            <w:tcW w:w="2880" w:type="dxa"/>
          </w:tcPr>
          <w:p w:rsidR="006F7457" w:rsidRPr="00332DB8" w:rsidRDefault="006F7457">
            <w:pPr>
              <w:rPr>
                <w:lang w:val="ru-RU"/>
              </w:rPr>
            </w:pPr>
          </w:p>
        </w:tc>
      </w:tr>
      <w:tr w:rsidR="006F7457" w:rsidRPr="00DD284B">
        <w:tc>
          <w:tcPr>
            <w:tcW w:w="2880" w:type="dxa"/>
          </w:tcPr>
          <w:p w:rsidR="006F7457" w:rsidRDefault="00332DB8">
            <w:r>
              <w:t>96</w:t>
            </w:r>
            <w:r>
              <w:lastRenderedPageBreak/>
              <w:t>5.</w:t>
            </w:r>
          </w:p>
        </w:tc>
        <w:tc>
          <w:tcPr>
            <w:tcW w:w="2880" w:type="dxa"/>
          </w:tcPr>
          <w:p w:rsidR="006F7457" w:rsidRPr="00332DB8" w:rsidRDefault="00332DB8">
            <w:pPr>
              <w:rPr>
                <w:lang w:val="ru-RU"/>
              </w:rPr>
            </w:pPr>
            <w:r w:rsidRPr="00332DB8">
              <w:rPr>
                <w:lang w:val="ru-RU"/>
              </w:rPr>
              <w:lastRenderedPageBreak/>
              <w:t xml:space="preserve">Размещенная Байкаловым Никитой Игоревичем в сети Интернет на странице «Сергей Правый» сайта </w:t>
            </w:r>
            <w:r>
              <w:t>www</w:t>
            </w:r>
            <w:r w:rsidRPr="00332DB8">
              <w:rPr>
                <w:lang w:val="ru-RU"/>
              </w:rPr>
              <w:t>.</w:t>
            </w:r>
            <w:r>
              <w:t>vkontakte</w:t>
            </w:r>
            <w:r w:rsidRPr="00332DB8">
              <w:rPr>
                <w:lang w:val="ru-RU"/>
              </w:rPr>
              <w:t>.</w:t>
            </w:r>
            <w:r>
              <w:t>ru</w:t>
            </w:r>
            <w:r w:rsidRPr="00332DB8">
              <w:rPr>
                <w:lang w:val="ru-RU"/>
              </w:rPr>
              <w:t xml:space="preserve"> аудиозапись «Железный порядок – Полные ненависти» (решение Югорского районного суда </w:t>
            </w:r>
            <w:r w:rsidRPr="00332DB8">
              <w:rPr>
                <w:lang w:val="ru-RU"/>
              </w:rPr>
              <w:lastRenderedPageBreak/>
              <w:t>Ханты-Мансийского автономного округа – Югры от 22.06.2011).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966.</w:t>
            </w:r>
          </w:p>
        </w:tc>
        <w:tc>
          <w:tcPr>
            <w:tcW w:w="2880" w:type="dxa"/>
          </w:tcPr>
          <w:p w:rsidR="006F7457" w:rsidRPr="00332DB8" w:rsidRDefault="00332DB8">
            <w:pPr>
              <w:rPr>
                <w:lang w:val="ru-RU"/>
              </w:rPr>
            </w:pPr>
            <w:r w:rsidRPr="00332DB8">
              <w:rPr>
                <w:lang w:val="ru-RU"/>
              </w:rPr>
              <w:t xml:space="preserve">Размещенная Байкаловым Никитой Игоревичем в сети Интернет на странице «Сергей Правый» сайта </w:t>
            </w:r>
            <w:r>
              <w:t>www</w:t>
            </w:r>
            <w:r w:rsidRPr="00332DB8">
              <w:rPr>
                <w:lang w:val="ru-RU"/>
              </w:rPr>
              <w:t>.</w:t>
            </w:r>
            <w:r>
              <w:t>vkontakte</w:t>
            </w:r>
            <w:r w:rsidRPr="00332DB8">
              <w:rPr>
                <w:lang w:val="ru-RU"/>
              </w:rPr>
              <w:t>.</w:t>
            </w:r>
            <w:r>
              <w:t>ru</w:t>
            </w:r>
            <w:r w:rsidRPr="00332DB8">
              <w:rPr>
                <w:lang w:val="ru-RU"/>
              </w:rPr>
              <w:t xml:space="preserve"> аудиозапись «Железный порядок – Прямое действие» (решение Югорского районного суда Ханты-Мансийского автономного округа – Югры от 22.06.2011).</w:t>
            </w:r>
          </w:p>
        </w:tc>
        <w:tc>
          <w:tcPr>
            <w:tcW w:w="2880" w:type="dxa"/>
          </w:tcPr>
          <w:p w:rsidR="006F7457" w:rsidRPr="00332DB8" w:rsidRDefault="006F7457">
            <w:pPr>
              <w:rPr>
                <w:lang w:val="ru-RU"/>
              </w:rPr>
            </w:pPr>
          </w:p>
        </w:tc>
      </w:tr>
      <w:tr w:rsidR="006F7457" w:rsidRPr="00DD284B">
        <w:tc>
          <w:tcPr>
            <w:tcW w:w="2880" w:type="dxa"/>
          </w:tcPr>
          <w:p w:rsidR="006F7457" w:rsidRDefault="00332DB8">
            <w:r>
              <w:t>967.</w:t>
            </w:r>
          </w:p>
        </w:tc>
        <w:tc>
          <w:tcPr>
            <w:tcW w:w="2880" w:type="dxa"/>
          </w:tcPr>
          <w:p w:rsidR="006F7457" w:rsidRPr="00332DB8" w:rsidRDefault="00332DB8">
            <w:pPr>
              <w:rPr>
                <w:lang w:val="ru-RU"/>
              </w:rPr>
            </w:pPr>
            <w:r w:rsidRPr="00332DB8">
              <w:rPr>
                <w:lang w:val="ru-RU"/>
              </w:rPr>
              <w:t xml:space="preserve">Анонимная брошюра «ОСКАЛ», размещенная на сайте </w:t>
            </w:r>
            <w:r>
              <w:t>www</w:t>
            </w:r>
            <w:r w:rsidRPr="00332DB8">
              <w:rPr>
                <w:lang w:val="ru-RU"/>
              </w:rPr>
              <w:t>.</w:t>
            </w:r>
            <w:r>
              <w:t>ifolder</w:t>
            </w:r>
            <w:r w:rsidRPr="00332DB8">
              <w:rPr>
                <w:lang w:val="ru-RU"/>
              </w:rPr>
              <w:t>.</w:t>
            </w:r>
            <w:r>
              <w:t>ru</w:t>
            </w:r>
            <w:r w:rsidRPr="00332DB8">
              <w:rPr>
                <w:lang w:val="ru-RU"/>
              </w:rPr>
              <w:t xml:space="preserve">, в файлах, доступная по ссылкам </w:t>
            </w:r>
            <w:r>
              <w:t>http</w:t>
            </w:r>
            <w:r w:rsidRPr="00332DB8">
              <w:rPr>
                <w:lang w:val="ru-RU"/>
              </w:rPr>
              <w:t>//</w:t>
            </w:r>
            <w:r>
              <w:t>ifolder</w:t>
            </w:r>
            <w:r w:rsidRPr="00332DB8">
              <w:rPr>
                <w:lang w:val="ru-RU"/>
              </w:rPr>
              <w:t>.</w:t>
            </w:r>
            <w:r>
              <w:t>ru</w:t>
            </w:r>
            <w:r w:rsidRPr="00332DB8">
              <w:rPr>
                <w:lang w:val="ru-RU"/>
              </w:rPr>
              <w:t xml:space="preserve">/4576084 и </w:t>
            </w:r>
            <w:r>
              <w:t>http</w:t>
            </w:r>
            <w:r w:rsidRPr="00332DB8">
              <w:rPr>
                <w:lang w:val="ru-RU"/>
              </w:rPr>
              <w:t>//</w:t>
            </w:r>
            <w:r>
              <w:t>ifolder</w:t>
            </w:r>
            <w:r w:rsidRPr="00332DB8">
              <w:rPr>
                <w:lang w:val="ru-RU"/>
              </w:rPr>
              <w:t>.</w:t>
            </w:r>
            <w:r>
              <w:t>ru</w:t>
            </w:r>
            <w:r w:rsidRPr="00332DB8">
              <w:rPr>
                <w:lang w:val="ru-RU"/>
              </w:rPr>
              <w:t>/7870362 (решение Железнодорожного районного суда г. Пензы от 28.07.2011).</w:t>
            </w:r>
          </w:p>
        </w:tc>
        <w:tc>
          <w:tcPr>
            <w:tcW w:w="2880" w:type="dxa"/>
          </w:tcPr>
          <w:p w:rsidR="006F7457" w:rsidRPr="00332DB8" w:rsidRDefault="006F7457">
            <w:pPr>
              <w:rPr>
                <w:lang w:val="ru-RU"/>
              </w:rPr>
            </w:pPr>
          </w:p>
        </w:tc>
      </w:tr>
      <w:tr w:rsidR="006F7457" w:rsidRPr="00DD284B">
        <w:tc>
          <w:tcPr>
            <w:tcW w:w="2880" w:type="dxa"/>
          </w:tcPr>
          <w:p w:rsidR="006F7457" w:rsidRDefault="00332DB8">
            <w:r>
              <w:t>968.</w:t>
            </w:r>
          </w:p>
        </w:tc>
        <w:tc>
          <w:tcPr>
            <w:tcW w:w="2880" w:type="dxa"/>
          </w:tcPr>
          <w:p w:rsidR="006F7457" w:rsidRPr="00332DB8" w:rsidRDefault="00332DB8">
            <w:pPr>
              <w:rPr>
                <w:lang w:val="ru-RU"/>
              </w:rPr>
            </w:pPr>
            <w:r w:rsidRPr="00332DB8">
              <w:rPr>
                <w:lang w:val="ru-RU"/>
              </w:rPr>
              <w:t>Анонимная брошюра «</w:t>
            </w:r>
            <w:r>
              <w:t>Smell</w:t>
            </w:r>
            <w:r w:rsidRPr="00332DB8">
              <w:rPr>
                <w:lang w:val="ru-RU"/>
              </w:rPr>
              <w:t xml:space="preserve"> </w:t>
            </w:r>
            <w:r>
              <w:t>of</w:t>
            </w:r>
            <w:r w:rsidRPr="00332DB8">
              <w:rPr>
                <w:lang w:val="ru-RU"/>
              </w:rPr>
              <w:t xml:space="preserve"> </w:t>
            </w:r>
            <w:r>
              <w:t>Hatred</w:t>
            </w:r>
            <w:r w:rsidRPr="00332DB8">
              <w:rPr>
                <w:lang w:val="ru-RU"/>
              </w:rPr>
              <w:t xml:space="preserve">», размещенная на сайте </w:t>
            </w:r>
            <w:r>
              <w:t>www</w:t>
            </w:r>
            <w:r w:rsidRPr="00332DB8">
              <w:rPr>
                <w:lang w:val="ru-RU"/>
              </w:rPr>
              <w:t>.</w:t>
            </w:r>
            <w:r>
              <w:t>ifolder</w:t>
            </w:r>
            <w:r w:rsidRPr="00332DB8">
              <w:rPr>
                <w:lang w:val="ru-RU"/>
              </w:rPr>
              <w:t>.</w:t>
            </w:r>
            <w:r>
              <w:t>ru</w:t>
            </w:r>
            <w:r w:rsidRPr="00332DB8">
              <w:rPr>
                <w:lang w:val="ru-RU"/>
              </w:rPr>
              <w:t xml:space="preserve">, в файлах, доступная по ссылкам </w:t>
            </w:r>
            <w:r>
              <w:t>http</w:t>
            </w:r>
            <w:r w:rsidRPr="00332DB8">
              <w:rPr>
                <w:lang w:val="ru-RU"/>
              </w:rPr>
              <w:t>//</w:t>
            </w:r>
            <w:r>
              <w:t>ifolder</w:t>
            </w:r>
            <w:r w:rsidRPr="00332DB8">
              <w:rPr>
                <w:lang w:val="ru-RU"/>
              </w:rPr>
              <w:t>.</w:t>
            </w:r>
            <w:r>
              <w:t>ru</w:t>
            </w:r>
            <w:r w:rsidRPr="00332DB8">
              <w:rPr>
                <w:lang w:val="ru-RU"/>
              </w:rPr>
              <w:t xml:space="preserve">/4576084 и </w:t>
            </w:r>
            <w:r>
              <w:t>http</w:t>
            </w:r>
            <w:r w:rsidRPr="00332DB8">
              <w:rPr>
                <w:lang w:val="ru-RU"/>
              </w:rPr>
              <w:t>//</w:t>
            </w:r>
            <w:r>
              <w:t>ifolder</w:t>
            </w:r>
            <w:r w:rsidRPr="00332DB8">
              <w:rPr>
                <w:lang w:val="ru-RU"/>
              </w:rPr>
              <w:t>.</w:t>
            </w:r>
            <w:r>
              <w:t>ru</w:t>
            </w:r>
            <w:r w:rsidRPr="00332DB8">
              <w:rPr>
                <w:lang w:val="ru-RU"/>
              </w:rPr>
              <w:t>/7870362 (решение Железнодорожного районного суда г. Пензы от 28.07.2011).</w:t>
            </w:r>
          </w:p>
        </w:tc>
        <w:tc>
          <w:tcPr>
            <w:tcW w:w="2880" w:type="dxa"/>
          </w:tcPr>
          <w:p w:rsidR="006F7457" w:rsidRPr="00332DB8" w:rsidRDefault="006F7457">
            <w:pPr>
              <w:rPr>
                <w:lang w:val="ru-RU"/>
              </w:rPr>
            </w:pPr>
          </w:p>
        </w:tc>
      </w:tr>
      <w:tr w:rsidR="006F7457" w:rsidRPr="00DD284B">
        <w:tc>
          <w:tcPr>
            <w:tcW w:w="2880" w:type="dxa"/>
          </w:tcPr>
          <w:p w:rsidR="006F7457" w:rsidRDefault="00332DB8">
            <w:r>
              <w:t>969.</w:t>
            </w:r>
          </w:p>
        </w:tc>
        <w:tc>
          <w:tcPr>
            <w:tcW w:w="2880" w:type="dxa"/>
          </w:tcPr>
          <w:p w:rsidR="006F7457" w:rsidRPr="00332DB8" w:rsidRDefault="00332DB8">
            <w:pPr>
              <w:rPr>
                <w:lang w:val="ru-RU"/>
              </w:rPr>
            </w:pPr>
            <w:r w:rsidRPr="00332DB8">
              <w:rPr>
                <w:lang w:val="ru-RU"/>
              </w:rPr>
              <w:t xml:space="preserve">Интернет ресурс </w:t>
            </w:r>
            <w:r>
              <w:t>www</w:t>
            </w:r>
            <w:r w:rsidRPr="00332DB8">
              <w:rPr>
                <w:lang w:val="ru-RU"/>
              </w:rPr>
              <w:t>.</w:t>
            </w:r>
            <w:r>
              <w:t>nbp</w:t>
            </w:r>
            <w:r w:rsidRPr="00332DB8">
              <w:rPr>
                <w:lang w:val="ru-RU"/>
              </w:rPr>
              <w:t>-</w:t>
            </w:r>
            <w:r>
              <w:t>info</w:t>
            </w:r>
            <w:r w:rsidRPr="00332DB8">
              <w:rPr>
                <w:lang w:val="ru-RU"/>
              </w:rPr>
              <w:t>.</w:t>
            </w:r>
            <w:r>
              <w:t>ru</w:t>
            </w:r>
            <w:r w:rsidRPr="00332DB8">
              <w:rPr>
                <w:lang w:val="ru-RU"/>
              </w:rPr>
              <w:t xml:space="preserve"> (решение Ленинского районного суда г. Кирова от 22.07.2011).</w:t>
            </w:r>
          </w:p>
        </w:tc>
        <w:tc>
          <w:tcPr>
            <w:tcW w:w="2880" w:type="dxa"/>
          </w:tcPr>
          <w:p w:rsidR="006F7457" w:rsidRPr="00332DB8" w:rsidRDefault="006F7457">
            <w:pPr>
              <w:rPr>
                <w:lang w:val="ru-RU"/>
              </w:rPr>
            </w:pPr>
          </w:p>
        </w:tc>
      </w:tr>
      <w:tr w:rsidR="006F7457">
        <w:tc>
          <w:tcPr>
            <w:tcW w:w="2880" w:type="dxa"/>
          </w:tcPr>
          <w:p w:rsidR="006F7457" w:rsidRDefault="00332DB8">
            <w:r>
              <w:t>970.</w:t>
            </w:r>
          </w:p>
        </w:tc>
        <w:tc>
          <w:tcPr>
            <w:tcW w:w="2880" w:type="dxa"/>
          </w:tcPr>
          <w:p w:rsidR="006F7457" w:rsidRDefault="00332DB8">
            <w:r w:rsidRPr="00332DB8">
              <w:rPr>
                <w:lang w:val="ru-RU"/>
              </w:rPr>
              <w:t xml:space="preserve">Книга В.Н. Емельянова «Десионизация» (Москва, Издательство «Русская правда», 2005 г.) </w:t>
            </w:r>
            <w:r>
              <w:t>(решение Мещанского районного суда г. Москвы от 03.12.2008).</w:t>
            </w:r>
          </w:p>
        </w:tc>
        <w:tc>
          <w:tcPr>
            <w:tcW w:w="2880" w:type="dxa"/>
          </w:tcPr>
          <w:p w:rsidR="006F7457" w:rsidRDefault="006F7457"/>
        </w:tc>
      </w:tr>
      <w:tr w:rsidR="006F7457" w:rsidRPr="00DD284B">
        <w:tc>
          <w:tcPr>
            <w:tcW w:w="2880" w:type="dxa"/>
          </w:tcPr>
          <w:p w:rsidR="006F7457" w:rsidRDefault="00332DB8">
            <w:r>
              <w:t>971.</w:t>
            </w:r>
          </w:p>
        </w:tc>
        <w:tc>
          <w:tcPr>
            <w:tcW w:w="2880" w:type="dxa"/>
          </w:tcPr>
          <w:p w:rsidR="006F7457" w:rsidRPr="00332DB8" w:rsidRDefault="00332DB8">
            <w:pPr>
              <w:rPr>
                <w:lang w:val="ru-RU"/>
              </w:rPr>
            </w:pPr>
            <w:r w:rsidRPr="00332DB8">
              <w:rPr>
                <w:lang w:val="ru-RU"/>
              </w:rPr>
              <w:t xml:space="preserve">Книга А. Бенсона «Фактор сионизма. Влияние евреев на историю </w:t>
            </w:r>
            <w:r>
              <w:t>XX</w:t>
            </w:r>
            <w:r w:rsidRPr="00332DB8">
              <w:rPr>
                <w:lang w:val="ru-RU"/>
              </w:rPr>
              <w:t xml:space="preserve">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2880" w:type="dxa"/>
          </w:tcPr>
          <w:p w:rsidR="006F7457" w:rsidRPr="00332DB8" w:rsidRDefault="006F7457">
            <w:pPr>
              <w:rPr>
                <w:lang w:val="ru-RU"/>
              </w:rPr>
            </w:pPr>
          </w:p>
        </w:tc>
      </w:tr>
      <w:tr w:rsidR="006F7457">
        <w:tc>
          <w:tcPr>
            <w:tcW w:w="2880" w:type="dxa"/>
          </w:tcPr>
          <w:p w:rsidR="006F7457" w:rsidRDefault="00332DB8">
            <w:r>
              <w:t>97</w:t>
            </w:r>
            <w:r>
              <w:lastRenderedPageBreak/>
              <w:t>2.</w:t>
            </w:r>
          </w:p>
        </w:tc>
        <w:tc>
          <w:tcPr>
            <w:tcW w:w="2880" w:type="dxa"/>
          </w:tcPr>
          <w:p w:rsidR="006F7457" w:rsidRDefault="00332DB8">
            <w:r w:rsidRPr="00332DB8">
              <w:rPr>
                <w:lang w:val="ru-RU"/>
              </w:rPr>
              <w:lastRenderedPageBreak/>
              <w:t xml:space="preserve">Брошюра Родионова И.А. «Решение еврейского вопроса» (Москва, Издательство «Витязь», 2000 г.) </w:t>
            </w:r>
            <w:r>
              <w:t xml:space="preserve">(решение </w:t>
            </w:r>
            <w:r>
              <w:lastRenderedPageBreak/>
              <w:t>Мещанского районного суда г. Москвы от 03.12.2008).</w:t>
            </w:r>
          </w:p>
        </w:tc>
        <w:tc>
          <w:tcPr>
            <w:tcW w:w="2880" w:type="dxa"/>
          </w:tcPr>
          <w:p w:rsidR="006F7457" w:rsidRDefault="006F7457"/>
        </w:tc>
      </w:tr>
      <w:tr w:rsidR="006F7457">
        <w:tc>
          <w:tcPr>
            <w:tcW w:w="2880" w:type="dxa"/>
          </w:tcPr>
          <w:p w:rsidR="006F7457" w:rsidRDefault="00332DB8">
            <w:r>
              <w:lastRenderedPageBreak/>
              <w:t>973.</w:t>
            </w:r>
          </w:p>
        </w:tc>
        <w:tc>
          <w:tcPr>
            <w:tcW w:w="2880" w:type="dxa"/>
          </w:tcPr>
          <w:p w:rsidR="006F7457" w:rsidRDefault="00332DB8">
            <w:r w:rsidRPr="00332DB8">
              <w:rPr>
                <w:lang w:val="ru-RU"/>
              </w:rPr>
              <w:t xml:space="preserve">Книга Ю. Графа «Миф о холокосте. Правда о судьбе евреев во второй мировой войне» (Москва, Издательство «Витязь», 2001 г.) </w:t>
            </w:r>
            <w:r>
              <w:t>(решение Мещанского районного суда г. Москвы от 03.12.2008).</w:t>
            </w:r>
          </w:p>
        </w:tc>
        <w:tc>
          <w:tcPr>
            <w:tcW w:w="2880" w:type="dxa"/>
          </w:tcPr>
          <w:p w:rsidR="006F7457" w:rsidRDefault="006F7457"/>
        </w:tc>
      </w:tr>
      <w:tr w:rsidR="006F7457">
        <w:tc>
          <w:tcPr>
            <w:tcW w:w="2880" w:type="dxa"/>
          </w:tcPr>
          <w:p w:rsidR="006F7457" w:rsidRDefault="00332DB8">
            <w:r>
              <w:t>974.</w:t>
            </w:r>
          </w:p>
        </w:tc>
        <w:tc>
          <w:tcPr>
            <w:tcW w:w="2880" w:type="dxa"/>
          </w:tcPr>
          <w:p w:rsidR="006F7457" w:rsidRDefault="00332DB8">
            <w:r w:rsidRPr="00332DB8">
              <w:rPr>
                <w:lang w:val="ru-RU"/>
              </w:rPr>
              <w:t xml:space="preserve">Книга А.М. Белогорова «Славянские веды» (Москва, Издательство «Витязь», 2004 г.) </w:t>
            </w:r>
            <w:r>
              <w:t>(решение Мещанского районного суда г. Москвы от 03.12.2008).</w:t>
            </w:r>
          </w:p>
        </w:tc>
        <w:tc>
          <w:tcPr>
            <w:tcW w:w="2880" w:type="dxa"/>
          </w:tcPr>
          <w:p w:rsidR="006F7457" w:rsidRDefault="006F7457"/>
        </w:tc>
      </w:tr>
      <w:tr w:rsidR="006F7457" w:rsidRPr="00DD284B">
        <w:tc>
          <w:tcPr>
            <w:tcW w:w="2880" w:type="dxa"/>
          </w:tcPr>
          <w:p w:rsidR="006F7457" w:rsidRDefault="00332DB8">
            <w:r>
              <w:t>975.</w:t>
            </w:r>
          </w:p>
        </w:tc>
        <w:tc>
          <w:tcPr>
            <w:tcW w:w="2880" w:type="dxa"/>
          </w:tcPr>
          <w:p w:rsidR="006F7457" w:rsidRPr="00332DB8" w:rsidRDefault="00332DB8">
            <w:pPr>
              <w:rPr>
                <w:lang w:val="ru-RU"/>
              </w:rPr>
            </w:pPr>
            <w:r w:rsidRPr="00332DB8">
              <w:rPr>
                <w:lang w:val="ru-RU"/>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c>
          <w:tcPr>
            <w:tcW w:w="2880" w:type="dxa"/>
          </w:tcPr>
          <w:p w:rsidR="006F7457" w:rsidRPr="00332DB8" w:rsidRDefault="006F7457">
            <w:pPr>
              <w:rPr>
                <w:lang w:val="ru-RU"/>
              </w:rPr>
            </w:pPr>
          </w:p>
        </w:tc>
      </w:tr>
      <w:tr w:rsidR="006F7457" w:rsidRPr="00DD284B">
        <w:tc>
          <w:tcPr>
            <w:tcW w:w="2880" w:type="dxa"/>
          </w:tcPr>
          <w:p w:rsidR="006F7457" w:rsidRDefault="00332DB8">
            <w:r>
              <w:t>976.</w:t>
            </w:r>
          </w:p>
        </w:tc>
        <w:tc>
          <w:tcPr>
            <w:tcW w:w="2880" w:type="dxa"/>
          </w:tcPr>
          <w:p w:rsidR="006F7457" w:rsidRPr="00332DB8" w:rsidRDefault="00332DB8">
            <w:pPr>
              <w:rPr>
                <w:lang w:val="ru-RU"/>
              </w:rPr>
            </w:pPr>
            <w:r w:rsidRPr="00332DB8">
              <w:rPr>
                <w:lang w:val="ru-RU"/>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2880" w:type="dxa"/>
          </w:tcPr>
          <w:p w:rsidR="006F7457" w:rsidRPr="00332DB8" w:rsidRDefault="006F7457">
            <w:pPr>
              <w:rPr>
                <w:lang w:val="ru-RU"/>
              </w:rPr>
            </w:pPr>
          </w:p>
        </w:tc>
      </w:tr>
      <w:tr w:rsidR="006F7457" w:rsidRPr="00DD284B">
        <w:tc>
          <w:tcPr>
            <w:tcW w:w="2880" w:type="dxa"/>
          </w:tcPr>
          <w:p w:rsidR="006F7457" w:rsidRDefault="00332DB8">
            <w:r>
              <w:t>977.</w:t>
            </w:r>
          </w:p>
        </w:tc>
        <w:tc>
          <w:tcPr>
            <w:tcW w:w="2880" w:type="dxa"/>
          </w:tcPr>
          <w:p w:rsidR="006F7457" w:rsidRPr="00332DB8" w:rsidRDefault="00332DB8">
            <w:pPr>
              <w:rPr>
                <w:lang w:val="ru-RU"/>
              </w:rPr>
            </w:pPr>
            <w:r w:rsidRPr="00332DB8">
              <w:rPr>
                <w:lang w:val="ru-RU"/>
              </w:rPr>
              <w:t xml:space="preserve">Журнал Сторожевая Башня «Стоит ли жить сегодняшним днем?», 15 октября 2007, 32 страницы, издательство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xml:space="preserve"> (решение Первомайского районного суда г. Краснодара от 22.04.2011).</w:t>
            </w:r>
          </w:p>
        </w:tc>
        <w:tc>
          <w:tcPr>
            <w:tcW w:w="2880" w:type="dxa"/>
          </w:tcPr>
          <w:p w:rsidR="006F7457" w:rsidRPr="00332DB8" w:rsidRDefault="006F7457">
            <w:pPr>
              <w:rPr>
                <w:lang w:val="ru-RU"/>
              </w:rPr>
            </w:pPr>
          </w:p>
        </w:tc>
      </w:tr>
      <w:tr w:rsidR="006F7457">
        <w:tc>
          <w:tcPr>
            <w:tcW w:w="2880" w:type="dxa"/>
          </w:tcPr>
          <w:p w:rsidR="006F7457" w:rsidRDefault="00332DB8">
            <w:r>
              <w:t>978.</w:t>
            </w:r>
          </w:p>
        </w:tc>
        <w:tc>
          <w:tcPr>
            <w:tcW w:w="2880" w:type="dxa"/>
          </w:tcPr>
          <w:p w:rsidR="006F7457" w:rsidRDefault="00332DB8">
            <w:r>
              <w:t>Книгу «Приближайся к Иегове», 2002, 319 страниц, издательство WATCH TOWER BIBLE AND TRACT SOCIETY OF NEW YORK, INC. INTERNATIONAL BIBLE STUDENTS ASSOCIATION Brooklyn, New York, U.S.A) (решение Первомайского районного суда г. Краснодара от 22.04.2011).</w:t>
            </w:r>
          </w:p>
        </w:tc>
        <w:tc>
          <w:tcPr>
            <w:tcW w:w="2880" w:type="dxa"/>
          </w:tcPr>
          <w:p w:rsidR="006F7457" w:rsidRDefault="006F7457"/>
        </w:tc>
      </w:tr>
      <w:tr w:rsidR="006F7457">
        <w:tc>
          <w:tcPr>
            <w:tcW w:w="2880" w:type="dxa"/>
          </w:tcPr>
          <w:p w:rsidR="006F7457" w:rsidRDefault="00332DB8">
            <w:r>
              <w:t>97</w:t>
            </w:r>
            <w:r>
              <w:lastRenderedPageBreak/>
              <w:t>9.</w:t>
            </w:r>
          </w:p>
        </w:tc>
        <w:tc>
          <w:tcPr>
            <w:tcW w:w="2880" w:type="dxa"/>
          </w:tcPr>
          <w:p w:rsidR="006F7457" w:rsidRDefault="00332DB8">
            <w:r w:rsidRPr="00332DB8">
              <w:rPr>
                <w:lang w:val="ru-RU"/>
              </w:rPr>
              <w:lastRenderedPageBreak/>
              <w:t xml:space="preserve">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w:t>
            </w:r>
            <w:r>
              <w:t xml:space="preserve">(решение </w:t>
            </w:r>
            <w:r>
              <w:lastRenderedPageBreak/>
              <w:t>Мещанского районного суда г. Москвы от 03.12.2008).</w:t>
            </w:r>
          </w:p>
        </w:tc>
        <w:tc>
          <w:tcPr>
            <w:tcW w:w="2880" w:type="dxa"/>
          </w:tcPr>
          <w:p w:rsidR="006F7457" w:rsidRDefault="006F7457"/>
        </w:tc>
      </w:tr>
      <w:tr w:rsidR="006F7457" w:rsidRPr="00DD284B">
        <w:tc>
          <w:tcPr>
            <w:tcW w:w="2880" w:type="dxa"/>
          </w:tcPr>
          <w:p w:rsidR="006F7457" w:rsidRDefault="00332DB8">
            <w:r>
              <w:lastRenderedPageBreak/>
              <w:t>980.</w:t>
            </w:r>
          </w:p>
        </w:tc>
        <w:tc>
          <w:tcPr>
            <w:tcW w:w="2880" w:type="dxa"/>
          </w:tcPr>
          <w:p w:rsidR="006F7457" w:rsidRPr="00332DB8" w:rsidRDefault="00332DB8">
            <w:pPr>
              <w:rPr>
                <w:lang w:val="ru-RU"/>
              </w:rPr>
            </w:pPr>
            <w:r w:rsidRPr="00332DB8">
              <w:rPr>
                <w:lang w:val="ru-RU"/>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2880" w:type="dxa"/>
          </w:tcPr>
          <w:p w:rsidR="006F7457" w:rsidRPr="00332DB8" w:rsidRDefault="006F7457">
            <w:pPr>
              <w:rPr>
                <w:lang w:val="ru-RU"/>
              </w:rPr>
            </w:pPr>
          </w:p>
        </w:tc>
      </w:tr>
      <w:tr w:rsidR="006F7457" w:rsidRPr="00DD284B">
        <w:tc>
          <w:tcPr>
            <w:tcW w:w="2880" w:type="dxa"/>
          </w:tcPr>
          <w:p w:rsidR="006F7457" w:rsidRDefault="00332DB8">
            <w:r>
              <w:t>981.</w:t>
            </w:r>
          </w:p>
        </w:tc>
        <w:tc>
          <w:tcPr>
            <w:tcW w:w="2880" w:type="dxa"/>
          </w:tcPr>
          <w:p w:rsidR="006F7457" w:rsidRPr="00332DB8" w:rsidRDefault="00332DB8">
            <w:pPr>
              <w:rPr>
                <w:lang w:val="ru-RU"/>
              </w:rPr>
            </w:pPr>
            <w:r w:rsidRPr="00332DB8">
              <w:rPr>
                <w:lang w:val="ru-RU"/>
              </w:rPr>
              <w:t>Статья «Это их цивилизация» (решение Никулинского районного суда г. Москвы от 12.09.2011).</w:t>
            </w:r>
          </w:p>
        </w:tc>
        <w:tc>
          <w:tcPr>
            <w:tcW w:w="2880" w:type="dxa"/>
          </w:tcPr>
          <w:p w:rsidR="006F7457" w:rsidRPr="00332DB8" w:rsidRDefault="006F7457">
            <w:pPr>
              <w:rPr>
                <w:lang w:val="ru-RU"/>
              </w:rPr>
            </w:pPr>
          </w:p>
        </w:tc>
      </w:tr>
      <w:tr w:rsidR="006F7457" w:rsidRPr="00DD284B">
        <w:tc>
          <w:tcPr>
            <w:tcW w:w="2880" w:type="dxa"/>
          </w:tcPr>
          <w:p w:rsidR="006F7457" w:rsidRDefault="00332DB8">
            <w:r>
              <w:t>982.</w:t>
            </w:r>
          </w:p>
        </w:tc>
        <w:tc>
          <w:tcPr>
            <w:tcW w:w="2880" w:type="dxa"/>
          </w:tcPr>
          <w:p w:rsidR="006F7457" w:rsidRPr="00332DB8" w:rsidRDefault="00332DB8">
            <w:pPr>
              <w:rPr>
                <w:lang w:val="ru-RU"/>
              </w:rPr>
            </w:pPr>
            <w:r w:rsidRPr="00332DB8">
              <w:rPr>
                <w:lang w:val="ru-RU"/>
              </w:rPr>
              <w:t>Статья «В Беслане вспомнили про письмо Шамиля Басаева Владимиру Путину» (решение Никулинского районного суда г. Москвы от 12.09.2011).</w:t>
            </w:r>
          </w:p>
        </w:tc>
        <w:tc>
          <w:tcPr>
            <w:tcW w:w="2880" w:type="dxa"/>
          </w:tcPr>
          <w:p w:rsidR="006F7457" w:rsidRPr="00332DB8" w:rsidRDefault="006F7457">
            <w:pPr>
              <w:rPr>
                <w:lang w:val="ru-RU"/>
              </w:rPr>
            </w:pPr>
          </w:p>
        </w:tc>
      </w:tr>
      <w:tr w:rsidR="006F7457" w:rsidRPr="00DD284B">
        <w:tc>
          <w:tcPr>
            <w:tcW w:w="2880" w:type="dxa"/>
          </w:tcPr>
          <w:p w:rsidR="006F7457" w:rsidRDefault="00332DB8">
            <w:r>
              <w:t>983.</w:t>
            </w:r>
          </w:p>
        </w:tc>
        <w:tc>
          <w:tcPr>
            <w:tcW w:w="2880" w:type="dxa"/>
          </w:tcPr>
          <w:p w:rsidR="006F7457" w:rsidRPr="00332DB8" w:rsidRDefault="00332DB8">
            <w:pPr>
              <w:rPr>
                <w:lang w:val="ru-RU"/>
              </w:rPr>
            </w:pPr>
            <w:r w:rsidRPr="00332DB8">
              <w:rPr>
                <w:lang w:val="ru-RU"/>
              </w:rPr>
              <w:t>Статья «Джамаат «Шариат» обещает атаковать Сочи и синагогу в Шамилькале» (решение Никулинского районного суда г. Москвы от 12.09.2011).</w:t>
            </w:r>
          </w:p>
        </w:tc>
        <w:tc>
          <w:tcPr>
            <w:tcW w:w="2880" w:type="dxa"/>
          </w:tcPr>
          <w:p w:rsidR="006F7457" w:rsidRPr="00332DB8" w:rsidRDefault="006F7457">
            <w:pPr>
              <w:rPr>
                <w:lang w:val="ru-RU"/>
              </w:rPr>
            </w:pPr>
          </w:p>
        </w:tc>
      </w:tr>
      <w:tr w:rsidR="006F7457" w:rsidRPr="00DD284B">
        <w:tc>
          <w:tcPr>
            <w:tcW w:w="2880" w:type="dxa"/>
          </w:tcPr>
          <w:p w:rsidR="006F7457" w:rsidRDefault="00332DB8">
            <w:r>
              <w:t>984.</w:t>
            </w:r>
          </w:p>
        </w:tc>
        <w:tc>
          <w:tcPr>
            <w:tcW w:w="2880" w:type="dxa"/>
          </w:tcPr>
          <w:p w:rsidR="006F7457" w:rsidRPr="00332DB8" w:rsidRDefault="00332DB8">
            <w:pPr>
              <w:rPr>
                <w:lang w:val="ru-RU"/>
              </w:rPr>
            </w:pPr>
            <w:r w:rsidRPr="00332DB8">
              <w:rPr>
                <w:lang w:val="ru-RU"/>
              </w:rPr>
              <w:t>Статья «Дагестанский Фронт: Джихад продолжается» (решение Никулинского районного суда г. Москвы от 12.09.2011).</w:t>
            </w:r>
          </w:p>
        </w:tc>
        <w:tc>
          <w:tcPr>
            <w:tcW w:w="2880" w:type="dxa"/>
          </w:tcPr>
          <w:p w:rsidR="006F7457" w:rsidRPr="00332DB8" w:rsidRDefault="006F7457">
            <w:pPr>
              <w:rPr>
                <w:lang w:val="ru-RU"/>
              </w:rPr>
            </w:pPr>
          </w:p>
        </w:tc>
      </w:tr>
      <w:tr w:rsidR="006F7457">
        <w:tc>
          <w:tcPr>
            <w:tcW w:w="2880" w:type="dxa"/>
          </w:tcPr>
          <w:p w:rsidR="006F7457" w:rsidRDefault="00332DB8">
            <w:r>
              <w:t>985.</w:t>
            </w:r>
          </w:p>
        </w:tc>
        <w:tc>
          <w:tcPr>
            <w:tcW w:w="2880" w:type="dxa"/>
          </w:tcPr>
          <w:p w:rsidR="006F7457" w:rsidRDefault="00332DB8">
            <w: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2880" w:type="dxa"/>
          </w:tcPr>
          <w:p w:rsidR="006F7457" w:rsidRDefault="006F7457"/>
        </w:tc>
      </w:tr>
      <w:tr w:rsidR="006F7457" w:rsidRPr="00DD284B">
        <w:tc>
          <w:tcPr>
            <w:tcW w:w="2880" w:type="dxa"/>
          </w:tcPr>
          <w:p w:rsidR="006F7457" w:rsidRDefault="00332DB8">
            <w:r>
              <w:t>98</w:t>
            </w:r>
            <w:r>
              <w:lastRenderedPageBreak/>
              <w:t>6.</w:t>
            </w:r>
          </w:p>
        </w:tc>
        <w:tc>
          <w:tcPr>
            <w:tcW w:w="2880" w:type="dxa"/>
          </w:tcPr>
          <w:p w:rsidR="006F7457" w:rsidRPr="00332DB8" w:rsidRDefault="00332DB8">
            <w:pPr>
              <w:rPr>
                <w:lang w:val="ru-RU"/>
              </w:rPr>
            </w:pPr>
            <w:r w:rsidRPr="00332DB8">
              <w:rPr>
                <w:lang w:val="ru-RU"/>
              </w:rPr>
              <w:lastRenderedPageBreak/>
              <w:t xml:space="preserve">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w:t>
            </w:r>
            <w:r w:rsidRPr="00332DB8">
              <w:rPr>
                <w:lang w:val="ru-RU"/>
              </w:rPr>
              <w:lastRenderedPageBreak/>
              <w:t>гражданским делам Краснодарского краевого суда от 08.09.2011).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987.</w:t>
            </w:r>
          </w:p>
        </w:tc>
        <w:tc>
          <w:tcPr>
            <w:tcW w:w="2880" w:type="dxa"/>
          </w:tcPr>
          <w:p w:rsidR="006F7457" w:rsidRPr="00332DB8" w:rsidRDefault="00332DB8">
            <w:pPr>
              <w:rPr>
                <w:lang w:val="ru-RU"/>
              </w:rPr>
            </w:pPr>
            <w:r w:rsidRPr="00332DB8">
              <w:rPr>
                <w:lang w:val="ru-RU"/>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rsidR="006F7457" w:rsidRPr="00332DB8" w:rsidRDefault="006F7457">
            <w:pPr>
              <w:rPr>
                <w:lang w:val="ru-RU"/>
              </w:rPr>
            </w:pPr>
          </w:p>
        </w:tc>
      </w:tr>
      <w:tr w:rsidR="006F7457" w:rsidRPr="00DD284B">
        <w:tc>
          <w:tcPr>
            <w:tcW w:w="2880" w:type="dxa"/>
          </w:tcPr>
          <w:p w:rsidR="006F7457" w:rsidRDefault="00332DB8">
            <w:r>
              <w:t>988.</w:t>
            </w:r>
          </w:p>
        </w:tc>
        <w:tc>
          <w:tcPr>
            <w:tcW w:w="2880" w:type="dxa"/>
          </w:tcPr>
          <w:p w:rsidR="006F7457" w:rsidRPr="00332DB8" w:rsidRDefault="00332DB8">
            <w:pPr>
              <w:rPr>
                <w:lang w:val="ru-RU"/>
              </w:rPr>
            </w:pPr>
            <w:r w:rsidRPr="00332DB8">
              <w:rPr>
                <w:lang w:val="ru-RU"/>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rsidR="006F7457" w:rsidRPr="00332DB8" w:rsidRDefault="006F7457">
            <w:pPr>
              <w:rPr>
                <w:lang w:val="ru-RU"/>
              </w:rPr>
            </w:pPr>
          </w:p>
        </w:tc>
      </w:tr>
      <w:tr w:rsidR="006F7457" w:rsidRPr="00DD284B">
        <w:tc>
          <w:tcPr>
            <w:tcW w:w="2880" w:type="dxa"/>
          </w:tcPr>
          <w:p w:rsidR="006F7457" w:rsidRDefault="00332DB8">
            <w:r>
              <w:t>989.</w:t>
            </w:r>
          </w:p>
        </w:tc>
        <w:tc>
          <w:tcPr>
            <w:tcW w:w="2880" w:type="dxa"/>
          </w:tcPr>
          <w:p w:rsidR="006F7457" w:rsidRPr="00332DB8" w:rsidRDefault="00332DB8">
            <w:pPr>
              <w:rPr>
                <w:lang w:val="ru-RU"/>
              </w:rPr>
            </w:pPr>
            <w:r w:rsidRPr="00332DB8">
              <w:rPr>
                <w:lang w:val="ru-RU"/>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rsidR="006F7457" w:rsidRPr="00332DB8" w:rsidRDefault="006F7457">
            <w:pPr>
              <w:rPr>
                <w:lang w:val="ru-RU"/>
              </w:rPr>
            </w:pPr>
          </w:p>
        </w:tc>
      </w:tr>
      <w:tr w:rsidR="006F7457" w:rsidRPr="00DD284B">
        <w:tc>
          <w:tcPr>
            <w:tcW w:w="2880" w:type="dxa"/>
          </w:tcPr>
          <w:p w:rsidR="006F7457" w:rsidRDefault="00332DB8">
            <w:r>
              <w:t>990.</w:t>
            </w:r>
          </w:p>
        </w:tc>
        <w:tc>
          <w:tcPr>
            <w:tcW w:w="2880" w:type="dxa"/>
          </w:tcPr>
          <w:p w:rsidR="006F7457" w:rsidRPr="00332DB8" w:rsidRDefault="00332DB8">
            <w:pPr>
              <w:rPr>
                <w:lang w:val="ru-RU"/>
              </w:rPr>
            </w:pPr>
            <w:r w:rsidRPr="00332DB8">
              <w:rPr>
                <w:lang w:val="ru-RU"/>
              </w:rPr>
              <w:t>Видеоролик «</w:t>
            </w:r>
            <w:r>
              <w:t>J</w:t>
            </w:r>
            <w:r w:rsidRPr="00332DB8">
              <w:rPr>
                <w:lang w:val="ru-RU"/>
              </w:rPr>
              <w:t>_</w:t>
            </w:r>
            <w:r>
              <w:t>bulgar</w:t>
            </w:r>
            <w:r w:rsidRPr="00332DB8">
              <w:rPr>
                <w:lang w:val="ru-RU"/>
              </w:rPr>
              <w:t>-</w:t>
            </w:r>
            <w:r>
              <w:t>AllahnenKollarellTrening</w:t>
            </w:r>
            <w:r w:rsidRPr="00332DB8">
              <w:rPr>
                <w:lang w:val="ru-RU"/>
              </w:rPr>
              <w:t>_</w:t>
            </w:r>
            <w:r>
              <w:t>wmvll</w:t>
            </w:r>
            <w:r w:rsidRPr="00332DB8">
              <w:rPr>
                <w:lang w:val="ru-RU"/>
              </w:rPr>
              <w:t xml:space="preserve">4», размещенный на интернет-ресурсе </w:t>
            </w:r>
            <w:r>
              <w:t>www</w:t>
            </w:r>
            <w:r w:rsidRPr="00332DB8">
              <w:rPr>
                <w:lang w:val="ru-RU"/>
              </w:rPr>
              <w:t>.</w:t>
            </w:r>
            <w:r>
              <w:t>tawba</w:t>
            </w:r>
            <w:r w:rsidRPr="00332DB8">
              <w:rPr>
                <w:lang w:val="ru-RU"/>
              </w:rPr>
              <w:t>.</w:t>
            </w:r>
            <w:r>
              <w:t>info</w:t>
            </w:r>
            <w:r w:rsidRPr="00332DB8">
              <w:rPr>
                <w:lang w:val="ru-RU"/>
              </w:rPr>
              <w:t xml:space="preserve"> (решение Вахитовского районного суда города Казани от 28.07.2011).</w:t>
            </w:r>
          </w:p>
        </w:tc>
        <w:tc>
          <w:tcPr>
            <w:tcW w:w="2880" w:type="dxa"/>
          </w:tcPr>
          <w:p w:rsidR="006F7457" w:rsidRPr="00332DB8" w:rsidRDefault="006F7457">
            <w:pPr>
              <w:rPr>
                <w:lang w:val="ru-RU"/>
              </w:rPr>
            </w:pPr>
          </w:p>
        </w:tc>
      </w:tr>
      <w:tr w:rsidR="006F7457" w:rsidRPr="00DD284B">
        <w:tc>
          <w:tcPr>
            <w:tcW w:w="2880" w:type="dxa"/>
          </w:tcPr>
          <w:p w:rsidR="006F7457" w:rsidRDefault="00332DB8">
            <w:r>
              <w:t>991.</w:t>
            </w:r>
          </w:p>
        </w:tc>
        <w:tc>
          <w:tcPr>
            <w:tcW w:w="2880" w:type="dxa"/>
          </w:tcPr>
          <w:p w:rsidR="006F7457" w:rsidRPr="00332DB8" w:rsidRDefault="00332DB8">
            <w:pPr>
              <w:rPr>
                <w:lang w:val="ru-RU"/>
              </w:rPr>
            </w:pPr>
            <w:r w:rsidRPr="00332DB8">
              <w:rPr>
                <w:lang w:val="ru-RU"/>
              </w:rPr>
              <w:t>Видеоролик «</w:t>
            </w:r>
            <w:r>
              <w:t>Wolfram</w:t>
            </w:r>
            <w:r w:rsidRPr="00332DB8">
              <w:rPr>
                <w:lang w:val="ru-RU"/>
              </w:rPr>
              <w:t>-</w:t>
            </w:r>
            <w:r>
              <w:t>JamaatBulgarNews</w:t>
            </w:r>
            <w:r w:rsidRPr="00332DB8">
              <w:rPr>
                <w:lang w:val="ru-RU"/>
              </w:rPr>
              <w:t xml:space="preserve">466», размещенный на интернет-ресурсе </w:t>
            </w:r>
            <w:r>
              <w:t>www</w:t>
            </w:r>
            <w:r w:rsidRPr="00332DB8">
              <w:rPr>
                <w:lang w:val="ru-RU"/>
              </w:rPr>
              <w:t>.</w:t>
            </w:r>
            <w:r>
              <w:t>tawba</w:t>
            </w:r>
            <w:r w:rsidRPr="00332DB8">
              <w:rPr>
                <w:lang w:val="ru-RU"/>
              </w:rPr>
              <w:t>.</w:t>
            </w:r>
            <w:r>
              <w:t>info</w:t>
            </w:r>
            <w:r w:rsidRPr="00332DB8">
              <w:rPr>
                <w:lang w:val="ru-RU"/>
              </w:rPr>
              <w:t xml:space="preserve"> (решение Вахитовского районного суда города Казани от 28.07.2011).</w:t>
            </w:r>
          </w:p>
        </w:tc>
        <w:tc>
          <w:tcPr>
            <w:tcW w:w="2880" w:type="dxa"/>
          </w:tcPr>
          <w:p w:rsidR="006F7457" w:rsidRPr="00332DB8" w:rsidRDefault="006F7457">
            <w:pPr>
              <w:rPr>
                <w:lang w:val="ru-RU"/>
              </w:rPr>
            </w:pPr>
          </w:p>
        </w:tc>
      </w:tr>
      <w:tr w:rsidR="006F7457" w:rsidRPr="00DD284B">
        <w:tc>
          <w:tcPr>
            <w:tcW w:w="2880" w:type="dxa"/>
          </w:tcPr>
          <w:p w:rsidR="006F7457" w:rsidRDefault="00332DB8">
            <w:r>
              <w:t>992.</w:t>
            </w:r>
          </w:p>
        </w:tc>
        <w:tc>
          <w:tcPr>
            <w:tcW w:w="2880" w:type="dxa"/>
          </w:tcPr>
          <w:p w:rsidR="006F7457" w:rsidRPr="00332DB8" w:rsidRDefault="00332DB8">
            <w:pPr>
              <w:rPr>
                <w:lang w:val="ru-RU"/>
              </w:rPr>
            </w:pPr>
            <w:r w:rsidRPr="00332DB8">
              <w:rPr>
                <w:lang w:val="ru-RU"/>
              </w:rPr>
              <w:t>Видеоматериалы под названием «</w:t>
            </w:r>
            <w:r>
              <w:t>Videos</w:t>
            </w:r>
            <w:r w:rsidRPr="00332DB8">
              <w:rPr>
                <w:lang w:val="ru-RU"/>
              </w:rPr>
              <w:t>-</w:t>
            </w:r>
            <w:r>
              <w:t>JamaatBulgar</w:t>
            </w:r>
            <w:r w:rsidRPr="00332DB8">
              <w:rPr>
                <w:lang w:val="ru-RU"/>
              </w:rPr>
              <w:t>-</w:t>
            </w:r>
            <w:r>
              <w:t>obrashenie</w:t>
            </w:r>
            <w:r w:rsidRPr="00332DB8">
              <w:rPr>
                <w:lang w:val="ru-RU"/>
              </w:rPr>
              <w:t xml:space="preserve"> </w:t>
            </w:r>
            <w:r>
              <w:t>Adama</w:t>
            </w:r>
            <w:r w:rsidRPr="00332DB8">
              <w:rPr>
                <w:lang w:val="ru-RU"/>
              </w:rPr>
              <w:t xml:space="preserve">», размещенный на интернет-ресурсе </w:t>
            </w:r>
            <w:r>
              <w:t>www</w:t>
            </w:r>
            <w:r w:rsidRPr="00332DB8">
              <w:rPr>
                <w:lang w:val="ru-RU"/>
              </w:rPr>
              <w:t>.</w:t>
            </w:r>
            <w:r>
              <w:t>tawba</w:t>
            </w:r>
            <w:r w:rsidRPr="00332DB8">
              <w:rPr>
                <w:lang w:val="ru-RU"/>
              </w:rPr>
              <w:t>.</w:t>
            </w:r>
            <w:r>
              <w:t>info</w:t>
            </w:r>
            <w:r w:rsidRPr="00332DB8">
              <w:rPr>
                <w:lang w:val="ru-RU"/>
              </w:rPr>
              <w:t xml:space="preserve"> (решение Вахитовского районного суда города Казани от 23.08.2011).</w:t>
            </w:r>
          </w:p>
        </w:tc>
        <w:tc>
          <w:tcPr>
            <w:tcW w:w="2880" w:type="dxa"/>
          </w:tcPr>
          <w:p w:rsidR="006F7457" w:rsidRPr="00332DB8" w:rsidRDefault="006F7457">
            <w:pPr>
              <w:rPr>
                <w:lang w:val="ru-RU"/>
              </w:rPr>
            </w:pPr>
          </w:p>
        </w:tc>
      </w:tr>
      <w:tr w:rsidR="006F7457">
        <w:tc>
          <w:tcPr>
            <w:tcW w:w="2880" w:type="dxa"/>
          </w:tcPr>
          <w:p w:rsidR="006F7457" w:rsidRDefault="00332DB8">
            <w:r>
              <w:t>99</w:t>
            </w:r>
            <w:r>
              <w:lastRenderedPageBreak/>
              <w:t>3.</w:t>
            </w:r>
          </w:p>
        </w:tc>
        <w:tc>
          <w:tcPr>
            <w:tcW w:w="2880" w:type="dxa"/>
          </w:tcPr>
          <w:p w:rsidR="006F7457" w:rsidRDefault="00332DB8">
            <w:r w:rsidRPr="00332DB8">
              <w:rPr>
                <w:lang w:val="ru-RU"/>
              </w:rPr>
              <w:lastRenderedPageBreak/>
              <w:t xml:space="preserve">Информационный материал, содержащийся в листовке «Мы не доверяем этой власти!» </w:t>
            </w:r>
            <w:r>
              <w:t xml:space="preserve">(решение Рудничного </w:t>
            </w:r>
            <w:r>
              <w:lastRenderedPageBreak/>
              <w:t>районного суда г. Прокопьевска Кемеровской области от 20.09.2011).</w:t>
            </w:r>
          </w:p>
        </w:tc>
        <w:tc>
          <w:tcPr>
            <w:tcW w:w="2880" w:type="dxa"/>
          </w:tcPr>
          <w:p w:rsidR="006F7457" w:rsidRDefault="006F7457"/>
        </w:tc>
      </w:tr>
      <w:tr w:rsidR="006F7457" w:rsidRPr="00DD284B">
        <w:tc>
          <w:tcPr>
            <w:tcW w:w="2880" w:type="dxa"/>
          </w:tcPr>
          <w:p w:rsidR="006F7457" w:rsidRDefault="00332DB8">
            <w:r>
              <w:lastRenderedPageBreak/>
              <w:t>994.</w:t>
            </w:r>
          </w:p>
        </w:tc>
        <w:tc>
          <w:tcPr>
            <w:tcW w:w="2880" w:type="dxa"/>
          </w:tcPr>
          <w:p w:rsidR="006F7457" w:rsidRPr="00332DB8" w:rsidRDefault="00332DB8">
            <w:pPr>
              <w:rPr>
                <w:lang w:val="ru-RU"/>
              </w:rPr>
            </w:pPr>
            <w:r w:rsidRPr="00332DB8">
              <w:rPr>
                <w:lang w:val="ru-RU"/>
              </w:rPr>
              <w:t>Исламский идеологический журнал «Халифат» № 35 от 02.2009 (решение Мещанского районного суда г.Москвы от 14.07.2011).</w:t>
            </w:r>
          </w:p>
        </w:tc>
        <w:tc>
          <w:tcPr>
            <w:tcW w:w="2880" w:type="dxa"/>
          </w:tcPr>
          <w:p w:rsidR="006F7457" w:rsidRPr="00332DB8" w:rsidRDefault="006F7457">
            <w:pPr>
              <w:rPr>
                <w:lang w:val="ru-RU"/>
              </w:rPr>
            </w:pPr>
          </w:p>
        </w:tc>
      </w:tr>
      <w:tr w:rsidR="006F7457" w:rsidRPr="00DD284B">
        <w:tc>
          <w:tcPr>
            <w:tcW w:w="2880" w:type="dxa"/>
          </w:tcPr>
          <w:p w:rsidR="006F7457" w:rsidRDefault="00332DB8">
            <w:r>
              <w:t>995.</w:t>
            </w:r>
          </w:p>
        </w:tc>
        <w:tc>
          <w:tcPr>
            <w:tcW w:w="2880" w:type="dxa"/>
          </w:tcPr>
          <w:p w:rsidR="006F7457" w:rsidRPr="00332DB8" w:rsidRDefault="00332DB8">
            <w:pPr>
              <w:rPr>
                <w:lang w:val="ru-RU"/>
              </w:rPr>
            </w:pPr>
            <w:r w:rsidRPr="00332DB8">
              <w:rPr>
                <w:lang w:val="ru-RU"/>
              </w:rPr>
              <w:t>Исламский идеологический журнал «Халифат» № 34 от 31.01.2009 (решение Мещанского районного суда г. Москвы от 14.07.2011).</w:t>
            </w:r>
          </w:p>
        </w:tc>
        <w:tc>
          <w:tcPr>
            <w:tcW w:w="2880" w:type="dxa"/>
          </w:tcPr>
          <w:p w:rsidR="006F7457" w:rsidRPr="00332DB8" w:rsidRDefault="006F7457">
            <w:pPr>
              <w:rPr>
                <w:lang w:val="ru-RU"/>
              </w:rPr>
            </w:pPr>
          </w:p>
        </w:tc>
      </w:tr>
      <w:tr w:rsidR="006F7457" w:rsidRPr="00DD284B">
        <w:tc>
          <w:tcPr>
            <w:tcW w:w="2880" w:type="dxa"/>
          </w:tcPr>
          <w:p w:rsidR="006F7457" w:rsidRDefault="00332DB8">
            <w:r>
              <w:t>996.</w:t>
            </w:r>
          </w:p>
        </w:tc>
        <w:tc>
          <w:tcPr>
            <w:tcW w:w="2880" w:type="dxa"/>
          </w:tcPr>
          <w:p w:rsidR="006F7457" w:rsidRPr="00332DB8" w:rsidRDefault="00332DB8">
            <w:pPr>
              <w:rPr>
                <w:lang w:val="ru-RU"/>
              </w:rPr>
            </w:pPr>
            <w:r w:rsidRPr="00332DB8">
              <w:rPr>
                <w:lang w:val="ru-RU"/>
              </w:rPr>
              <w:t xml:space="preserve">Видеоролик «Русский марш», размещенный в международной компьютерной сети «Интернет» на информационной странице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=46</w:t>
            </w:r>
            <w:r>
              <w:t>uPyOhX</w:t>
            </w:r>
            <w:r w:rsidRPr="00332DB8">
              <w:rPr>
                <w:lang w:val="ru-RU"/>
              </w:rPr>
              <w:t>5</w:t>
            </w:r>
            <w:r>
              <w:t>bQ</w:t>
            </w:r>
            <w:r w:rsidRPr="00332DB8">
              <w:rPr>
                <w:lang w:val="ru-RU"/>
              </w:rPr>
              <w:t xml:space="preserve"> сайта </w:t>
            </w:r>
            <w:r>
              <w:t>www</w:t>
            </w:r>
            <w:r w:rsidRPr="00332DB8">
              <w:rPr>
                <w:lang w:val="ru-RU"/>
              </w:rPr>
              <w:t>.</w:t>
            </w:r>
            <w:r>
              <w:t>youtube</w:t>
            </w:r>
            <w:r w:rsidRPr="00332DB8">
              <w:rPr>
                <w:lang w:val="ru-RU"/>
              </w:rPr>
              <w:t>.</w:t>
            </w:r>
            <w:r>
              <w:t>com</w:t>
            </w:r>
            <w:r w:rsidRPr="00332DB8">
              <w:rPr>
                <w:lang w:val="ru-RU"/>
              </w:rPr>
              <w:t xml:space="preserve"> (решение Ленинского районного суда г. Саранска Республики Мордовия от 05.09.2011).</w:t>
            </w:r>
          </w:p>
        </w:tc>
        <w:tc>
          <w:tcPr>
            <w:tcW w:w="2880" w:type="dxa"/>
          </w:tcPr>
          <w:p w:rsidR="006F7457" w:rsidRPr="00332DB8" w:rsidRDefault="006F7457">
            <w:pPr>
              <w:rPr>
                <w:lang w:val="ru-RU"/>
              </w:rPr>
            </w:pPr>
          </w:p>
        </w:tc>
      </w:tr>
      <w:tr w:rsidR="006F7457" w:rsidRPr="00DD284B">
        <w:tc>
          <w:tcPr>
            <w:tcW w:w="2880" w:type="dxa"/>
          </w:tcPr>
          <w:p w:rsidR="006F7457" w:rsidRDefault="00332DB8">
            <w:r>
              <w:t>997.</w:t>
            </w:r>
          </w:p>
        </w:tc>
        <w:tc>
          <w:tcPr>
            <w:tcW w:w="2880" w:type="dxa"/>
          </w:tcPr>
          <w:p w:rsidR="006F7457" w:rsidRPr="00332DB8" w:rsidRDefault="00332DB8">
            <w:pPr>
              <w:rPr>
                <w:lang w:val="ru-RU"/>
              </w:rPr>
            </w:pPr>
            <w:r w:rsidRPr="00332DB8">
              <w:rPr>
                <w:lang w:val="ru-RU"/>
              </w:rPr>
              <w:t>Журнал-газета «Аркаим» № 1 от 19.01.2010 г. «Духовно-Родовой Державы Русь» (решение Горячеключевского городского суда Краснодарского края от 26.07.2011).</w:t>
            </w:r>
          </w:p>
        </w:tc>
        <w:tc>
          <w:tcPr>
            <w:tcW w:w="2880" w:type="dxa"/>
          </w:tcPr>
          <w:p w:rsidR="006F7457" w:rsidRPr="00332DB8" w:rsidRDefault="006F7457">
            <w:pPr>
              <w:rPr>
                <w:lang w:val="ru-RU"/>
              </w:rPr>
            </w:pPr>
          </w:p>
        </w:tc>
      </w:tr>
      <w:tr w:rsidR="006F7457" w:rsidRPr="00DD284B">
        <w:tc>
          <w:tcPr>
            <w:tcW w:w="2880" w:type="dxa"/>
          </w:tcPr>
          <w:p w:rsidR="006F7457" w:rsidRDefault="00332DB8">
            <w:r>
              <w:t>998.</w:t>
            </w:r>
          </w:p>
        </w:tc>
        <w:tc>
          <w:tcPr>
            <w:tcW w:w="2880" w:type="dxa"/>
          </w:tcPr>
          <w:p w:rsidR="006F7457" w:rsidRPr="00332DB8" w:rsidRDefault="00332DB8">
            <w:pPr>
              <w:rPr>
                <w:lang w:val="ru-RU"/>
              </w:rPr>
            </w:pPr>
            <w:r w:rsidRPr="00332DB8">
              <w:rPr>
                <w:lang w:val="ru-RU"/>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2880" w:type="dxa"/>
          </w:tcPr>
          <w:p w:rsidR="006F7457" w:rsidRPr="00332DB8" w:rsidRDefault="006F7457">
            <w:pPr>
              <w:rPr>
                <w:lang w:val="ru-RU"/>
              </w:rPr>
            </w:pPr>
          </w:p>
        </w:tc>
      </w:tr>
      <w:tr w:rsidR="006F7457" w:rsidRPr="00DD284B">
        <w:tc>
          <w:tcPr>
            <w:tcW w:w="2880" w:type="dxa"/>
          </w:tcPr>
          <w:p w:rsidR="006F7457" w:rsidRDefault="00332DB8">
            <w:r>
              <w:t>999.</w:t>
            </w:r>
          </w:p>
        </w:tc>
        <w:tc>
          <w:tcPr>
            <w:tcW w:w="2880" w:type="dxa"/>
          </w:tcPr>
          <w:p w:rsidR="006F7457" w:rsidRPr="00332DB8" w:rsidRDefault="00332DB8">
            <w:pPr>
              <w:rPr>
                <w:lang w:val="ru-RU"/>
              </w:rPr>
            </w:pPr>
            <w:r w:rsidRPr="00332DB8">
              <w:rPr>
                <w:lang w:val="ru-RU"/>
              </w:rPr>
              <w:t>Брошюра «Россия ополчается против разрушителей» (решение Ленинского районного суда г. Воронежа от 28.06.2011).</w:t>
            </w:r>
          </w:p>
        </w:tc>
        <w:tc>
          <w:tcPr>
            <w:tcW w:w="2880" w:type="dxa"/>
          </w:tcPr>
          <w:p w:rsidR="006F7457" w:rsidRPr="00332DB8" w:rsidRDefault="006F7457">
            <w:pPr>
              <w:rPr>
                <w:lang w:val="ru-RU"/>
              </w:rPr>
            </w:pPr>
          </w:p>
        </w:tc>
      </w:tr>
      <w:tr w:rsidR="006F7457" w:rsidRPr="00DD284B">
        <w:tc>
          <w:tcPr>
            <w:tcW w:w="2880" w:type="dxa"/>
          </w:tcPr>
          <w:p w:rsidR="006F7457" w:rsidRDefault="00332DB8">
            <w:r>
              <w:t>10</w:t>
            </w:r>
            <w:r>
              <w:lastRenderedPageBreak/>
              <w:t>00.</w:t>
            </w:r>
          </w:p>
        </w:tc>
        <w:tc>
          <w:tcPr>
            <w:tcW w:w="2880" w:type="dxa"/>
          </w:tcPr>
          <w:p w:rsidR="006F7457" w:rsidRPr="00332DB8" w:rsidRDefault="00332DB8">
            <w:pPr>
              <w:rPr>
                <w:lang w:val="ru-RU"/>
              </w:rPr>
            </w:pPr>
            <w:r w:rsidRPr="00332DB8">
              <w:rPr>
                <w:lang w:val="ru-RU"/>
              </w:rPr>
              <w:lastRenderedPageBreak/>
              <w:t xml:space="preserve">Листовки следующего содержания: «Долой власть ЧК-нутых Путина и Медведева», «Долой власть ЧК-нутого </w:t>
            </w:r>
            <w:r w:rsidRPr="00332DB8">
              <w:rPr>
                <w:lang w:val="ru-RU"/>
              </w:rPr>
              <w:lastRenderedPageBreak/>
              <w:t>Путина» (решение Центрального районного суда города Читы от 15.09.2011).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1001.</w:t>
            </w:r>
          </w:p>
        </w:tc>
        <w:tc>
          <w:tcPr>
            <w:tcW w:w="2880" w:type="dxa"/>
          </w:tcPr>
          <w:p w:rsidR="006F7457" w:rsidRPr="00332DB8" w:rsidRDefault="00332DB8">
            <w:pPr>
              <w:rPr>
                <w:lang w:val="ru-RU"/>
              </w:rPr>
            </w:pPr>
            <w:r w:rsidRPr="00332DB8">
              <w:rPr>
                <w:lang w:val="ru-RU"/>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t>
            </w:r>
            <w:r>
              <w:t>www</w:t>
            </w:r>
            <w:r w:rsidRPr="00332DB8">
              <w:rPr>
                <w:lang w:val="ru-RU"/>
              </w:rPr>
              <w:t>.</w:t>
            </w:r>
            <w:r>
              <w:t>jamaattkbr</w:t>
            </w:r>
            <w:r w:rsidRPr="00332DB8">
              <w:rPr>
                <w:lang w:val="ru-RU"/>
              </w:rPr>
              <w:t>.</w:t>
            </w:r>
            <w:r>
              <w:t>com</w:t>
            </w:r>
            <w:r w:rsidRPr="00332DB8">
              <w:rPr>
                <w:lang w:val="ru-RU"/>
              </w:rPr>
              <w:t>» (решение Нальчикского городского суда Кабардино-Балкарской Республики от 16.09.2011).</w:t>
            </w:r>
          </w:p>
        </w:tc>
        <w:tc>
          <w:tcPr>
            <w:tcW w:w="2880" w:type="dxa"/>
          </w:tcPr>
          <w:p w:rsidR="006F7457" w:rsidRPr="00332DB8" w:rsidRDefault="006F7457">
            <w:pPr>
              <w:rPr>
                <w:lang w:val="ru-RU"/>
              </w:rPr>
            </w:pPr>
          </w:p>
        </w:tc>
      </w:tr>
      <w:tr w:rsidR="006F7457" w:rsidRPr="00DD284B">
        <w:tc>
          <w:tcPr>
            <w:tcW w:w="2880" w:type="dxa"/>
          </w:tcPr>
          <w:p w:rsidR="006F7457" w:rsidRDefault="00332DB8">
            <w:r>
              <w:t>1002.</w:t>
            </w:r>
          </w:p>
        </w:tc>
        <w:tc>
          <w:tcPr>
            <w:tcW w:w="2880" w:type="dxa"/>
          </w:tcPr>
          <w:p w:rsidR="006F7457" w:rsidRPr="00332DB8" w:rsidRDefault="00332DB8">
            <w:pPr>
              <w:rPr>
                <w:lang w:val="ru-RU"/>
              </w:rPr>
            </w:pPr>
            <w:r w:rsidRPr="00332DB8">
              <w:rPr>
                <w:lang w:val="ru-RU"/>
              </w:rPr>
              <w:t>Журнал «Сознание» («Аль-Ваъй») № 282/282, часть-1, июль-август 2010 года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1003.</w:t>
            </w:r>
          </w:p>
        </w:tc>
        <w:tc>
          <w:tcPr>
            <w:tcW w:w="2880" w:type="dxa"/>
          </w:tcPr>
          <w:p w:rsidR="006F7457" w:rsidRPr="00332DB8" w:rsidRDefault="00332DB8">
            <w:pPr>
              <w:rPr>
                <w:lang w:val="ru-RU"/>
              </w:rPr>
            </w:pPr>
            <w:r w:rsidRPr="00332DB8">
              <w:rPr>
                <w:lang w:val="ru-RU"/>
              </w:rPr>
              <w:t>Статья «Эй, Мусульмане! Неужели не настала пора перемен?»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1004.</w:t>
            </w:r>
          </w:p>
        </w:tc>
        <w:tc>
          <w:tcPr>
            <w:tcW w:w="2880" w:type="dxa"/>
          </w:tcPr>
          <w:p w:rsidR="006F7457" w:rsidRPr="00332DB8" w:rsidRDefault="00332DB8">
            <w:pPr>
              <w:rPr>
                <w:lang w:val="ru-RU"/>
              </w:rPr>
            </w:pPr>
            <w:r w:rsidRPr="00332DB8">
              <w:rPr>
                <w:lang w:val="ru-RU"/>
              </w:rPr>
              <w:t>Статья «Продолжаются преступления президента Узбекистана и его шайки»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1005.</w:t>
            </w:r>
          </w:p>
        </w:tc>
        <w:tc>
          <w:tcPr>
            <w:tcW w:w="2880" w:type="dxa"/>
          </w:tcPr>
          <w:p w:rsidR="006F7457" w:rsidRPr="00332DB8" w:rsidRDefault="00332DB8">
            <w:pPr>
              <w:rPr>
                <w:lang w:val="ru-RU"/>
              </w:rPr>
            </w:pPr>
            <w:r w:rsidRPr="00332DB8">
              <w:rPr>
                <w:lang w:val="ru-RU"/>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1006.</w:t>
            </w:r>
          </w:p>
        </w:tc>
        <w:tc>
          <w:tcPr>
            <w:tcW w:w="2880" w:type="dxa"/>
          </w:tcPr>
          <w:p w:rsidR="006F7457" w:rsidRPr="00332DB8" w:rsidRDefault="00332DB8">
            <w:pPr>
              <w:rPr>
                <w:lang w:val="ru-RU"/>
              </w:rPr>
            </w:pPr>
            <w:r w:rsidRPr="00332DB8">
              <w:rPr>
                <w:lang w:val="ru-RU"/>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1007.</w:t>
            </w:r>
          </w:p>
        </w:tc>
        <w:tc>
          <w:tcPr>
            <w:tcW w:w="2880" w:type="dxa"/>
          </w:tcPr>
          <w:p w:rsidR="006F7457" w:rsidRPr="00332DB8" w:rsidRDefault="00332DB8">
            <w:pPr>
              <w:rPr>
                <w:lang w:val="ru-RU"/>
              </w:rPr>
            </w:pPr>
            <w:r w:rsidRPr="00332DB8">
              <w:rPr>
                <w:lang w:val="ru-RU"/>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1008.</w:t>
            </w:r>
          </w:p>
        </w:tc>
        <w:tc>
          <w:tcPr>
            <w:tcW w:w="2880" w:type="dxa"/>
          </w:tcPr>
          <w:p w:rsidR="006F7457" w:rsidRPr="00332DB8" w:rsidRDefault="00332DB8">
            <w:pPr>
              <w:rPr>
                <w:lang w:val="ru-RU"/>
              </w:rPr>
            </w:pPr>
            <w:r w:rsidRPr="00332DB8">
              <w:rPr>
                <w:lang w:val="ru-RU"/>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1009.</w:t>
            </w:r>
          </w:p>
        </w:tc>
        <w:tc>
          <w:tcPr>
            <w:tcW w:w="2880" w:type="dxa"/>
          </w:tcPr>
          <w:p w:rsidR="006F7457" w:rsidRPr="00332DB8" w:rsidRDefault="00332DB8">
            <w:pPr>
              <w:rPr>
                <w:lang w:val="ru-RU"/>
              </w:rPr>
            </w:pPr>
            <w:r w:rsidRPr="00332DB8">
              <w:rPr>
                <w:lang w:val="ru-RU"/>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1010.</w:t>
            </w:r>
          </w:p>
        </w:tc>
        <w:tc>
          <w:tcPr>
            <w:tcW w:w="2880" w:type="dxa"/>
          </w:tcPr>
          <w:p w:rsidR="006F7457" w:rsidRPr="00332DB8" w:rsidRDefault="00332DB8">
            <w:pPr>
              <w:rPr>
                <w:lang w:val="ru-RU"/>
              </w:rPr>
            </w:pPr>
            <w:r w:rsidRPr="00332DB8">
              <w:rPr>
                <w:lang w:val="ru-RU"/>
              </w:rPr>
              <w:t>Статья «Преступное действо полностью исполнено…, Юг поделен»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101</w:t>
            </w:r>
            <w:r>
              <w:lastRenderedPageBreak/>
              <w:t>1.</w:t>
            </w:r>
          </w:p>
        </w:tc>
        <w:tc>
          <w:tcPr>
            <w:tcW w:w="2880" w:type="dxa"/>
          </w:tcPr>
          <w:p w:rsidR="006F7457" w:rsidRPr="00332DB8" w:rsidRDefault="00332DB8">
            <w:pPr>
              <w:rPr>
                <w:lang w:val="ru-RU"/>
              </w:rPr>
            </w:pPr>
            <w:r w:rsidRPr="00332DB8">
              <w:rPr>
                <w:lang w:val="ru-RU"/>
              </w:rPr>
              <w:lastRenderedPageBreak/>
              <w:t xml:space="preserve">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w:t>
            </w:r>
            <w:r w:rsidRPr="00332DB8">
              <w:rPr>
                <w:lang w:val="ru-RU"/>
              </w:rPr>
              <w:lastRenderedPageBreak/>
              <w:t>Раймонда Девиса»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1012.</w:t>
            </w:r>
          </w:p>
        </w:tc>
        <w:tc>
          <w:tcPr>
            <w:tcW w:w="2880" w:type="dxa"/>
          </w:tcPr>
          <w:p w:rsidR="006F7457" w:rsidRPr="00332DB8" w:rsidRDefault="00332DB8">
            <w:pPr>
              <w:rPr>
                <w:lang w:val="ru-RU"/>
              </w:rPr>
            </w:pPr>
            <w:r w:rsidRPr="00332DB8">
              <w:rPr>
                <w:lang w:val="ru-RU"/>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1013.</w:t>
            </w:r>
          </w:p>
        </w:tc>
        <w:tc>
          <w:tcPr>
            <w:tcW w:w="2880" w:type="dxa"/>
          </w:tcPr>
          <w:p w:rsidR="006F7457" w:rsidRPr="00332DB8" w:rsidRDefault="00332DB8">
            <w:pPr>
              <w:rPr>
                <w:lang w:val="ru-RU"/>
              </w:rPr>
            </w:pPr>
            <w:r w:rsidRPr="00332DB8">
              <w:rPr>
                <w:lang w:val="ru-RU"/>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1014.</w:t>
            </w:r>
          </w:p>
        </w:tc>
        <w:tc>
          <w:tcPr>
            <w:tcW w:w="2880" w:type="dxa"/>
          </w:tcPr>
          <w:p w:rsidR="006F7457" w:rsidRPr="00332DB8" w:rsidRDefault="00332DB8">
            <w:pPr>
              <w:rPr>
                <w:lang w:val="ru-RU"/>
              </w:rPr>
            </w:pPr>
            <w:r w:rsidRPr="00332DB8">
              <w:rPr>
                <w:lang w:val="ru-RU"/>
              </w:rPr>
              <w:t>Статья «Не допустить западного агрессора в Ливию!»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1015.</w:t>
            </w:r>
          </w:p>
        </w:tc>
        <w:tc>
          <w:tcPr>
            <w:tcW w:w="2880" w:type="dxa"/>
          </w:tcPr>
          <w:p w:rsidR="006F7457" w:rsidRPr="00332DB8" w:rsidRDefault="00332DB8">
            <w:pPr>
              <w:rPr>
                <w:lang w:val="ru-RU"/>
              </w:rPr>
            </w:pPr>
            <w:r w:rsidRPr="00332DB8">
              <w:rPr>
                <w:lang w:val="ru-RU"/>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1016.</w:t>
            </w:r>
          </w:p>
        </w:tc>
        <w:tc>
          <w:tcPr>
            <w:tcW w:w="2880" w:type="dxa"/>
          </w:tcPr>
          <w:p w:rsidR="006F7457" w:rsidRPr="00332DB8" w:rsidRDefault="00332DB8">
            <w:pPr>
              <w:rPr>
                <w:lang w:val="ru-RU"/>
              </w:rPr>
            </w:pPr>
            <w:r w:rsidRPr="00332DB8">
              <w:rPr>
                <w:lang w:val="ru-RU"/>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1017.</w:t>
            </w:r>
          </w:p>
        </w:tc>
        <w:tc>
          <w:tcPr>
            <w:tcW w:w="2880" w:type="dxa"/>
          </w:tcPr>
          <w:p w:rsidR="006F7457" w:rsidRPr="00332DB8" w:rsidRDefault="00332DB8">
            <w:pPr>
              <w:rPr>
                <w:lang w:val="ru-RU"/>
              </w:rPr>
            </w:pPr>
            <w:r w:rsidRPr="00332DB8">
              <w:rPr>
                <w:lang w:val="ru-RU"/>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1018.</w:t>
            </w:r>
          </w:p>
        </w:tc>
        <w:tc>
          <w:tcPr>
            <w:tcW w:w="2880" w:type="dxa"/>
          </w:tcPr>
          <w:p w:rsidR="006F7457" w:rsidRPr="00332DB8" w:rsidRDefault="00332DB8">
            <w:pPr>
              <w:rPr>
                <w:lang w:val="ru-RU"/>
              </w:rPr>
            </w:pPr>
            <w:r w:rsidRPr="00332DB8">
              <w:rPr>
                <w:lang w:val="ru-RU"/>
              </w:rPr>
              <w:t>Статья «Крах модели мультикультурного общества»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1019.</w:t>
            </w:r>
          </w:p>
        </w:tc>
        <w:tc>
          <w:tcPr>
            <w:tcW w:w="2880" w:type="dxa"/>
          </w:tcPr>
          <w:p w:rsidR="006F7457" w:rsidRPr="00332DB8" w:rsidRDefault="00332DB8">
            <w:pPr>
              <w:rPr>
                <w:lang w:val="ru-RU"/>
              </w:rPr>
            </w:pPr>
            <w:r w:rsidRPr="00332DB8">
              <w:rPr>
                <w:lang w:val="ru-RU"/>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1020.</w:t>
            </w:r>
          </w:p>
        </w:tc>
        <w:tc>
          <w:tcPr>
            <w:tcW w:w="2880" w:type="dxa"/>
          </w:tcPr>
          <w:p w:rsidR="006F7457" w:rsidRPr="00332DB8" w:rsidRDefault="00332DB8">
            <w:pPr>
              <w:rPr>
                <w:lang w:val="ru-RU"/>
              </w:rPr>
            </w:pPr>
            <w:r w:rsidRPr="00332DB8">
              <w:rPr>
                <w:lang w:val="ru-RU"/>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1021.</w:t>
            </w:r>
          </w:p>
        </w:tc>
        <w:tc>
          <w:tcPr>
            <w:tcW w:w="2880" w:type="dxa"/>
          </w:tcPr>
          <w:p w:rsidR="006F7457" w:rsidRPr="00332DB8" w:rsidRDefault="00332DB8">
            <w:pPr>
              <w:rPr>
                <w:lang w:val="ru-RU"/>
              </w:rPr>
            </w:pPr>
            <w:r w:rsidRPr="00332DB8">
              <w:rPr>
                <w:lang w:val="ru-RU"/>
              </w:rPr>
              <w:t>Статья «Тунис и вся достоверная правда о перевороте»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102</w:t>
            </w:r>
            <w:r>
              <w:lastRenderedPageBreak/>
              <w:t>2.</w:t>
            </w:r>
          </w:p>
        </w:tc>
        <w:tc>
          <w:tcPr>
            <w:tcW w:w="2880" w:type="dxa"/>
          </w:tcPr>
          <w:p w:rsidR="006F7457" w:rsidRPr="00332DB8" w:rsidRDefault="00332DB8">
            <w:pPr>
              <w:rPr>
                <w:lang w:val="ru-RU"/>
              </w:rPr>
            </w:pPr>
            <w:r w:rsidRPr="00332DB8">
              <w:rPr>
                <w:lang w:val="ru-RU"/>
              </w:rPr>
              <w:lastRenderedPageBreak/>
              <w:t>Статья «Сводка демонстрации рядом с посольством Египта в Бейруте»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1023.</w:t>
            </w:r>
          </w:p>
        </w:tc>
        <w:tc>
          <w:tcPr>
            <w:tcW w:w="2880" w:type="dxa"/>
          </w:tcPr>
          <w:p w:rsidR="006F7457" w:rsidRPr="00332DB8" w:rsidRDefault="00332DB8">
            <w:pPr>
              <w:rPr>
                <w:lang w:val="ru-RU"/>
              </w:rPr>
            </w:pPr>
            <w:r w:rsidRPr="00332DB8">
              <w:rPr>
                <w:lang w:val="ru-RU"/>
              </w:rPr>
              <w:t>Статья «Свергнут второй из защитников Кемп-Девида»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1024.</w:t>
            </w:r>
          </w:p>
        </w:tc>
        <w:tc>
          <w:tcPr>
            <w:tcW w:w="2880" w:type="dxa"/>
          </w:tcPr>
          <w:p w:rsidR="006F7457" w:rsidRPr="00332DB8" w:rsidRDefault="00332DB8">
            <w:pPr>
              <w:rPr>
                <w:lang w:val="ru-RU"/>
              </w:rPr>
            </w:pPr>
            <w:r w:rsidRPr="00332DB8">
              <w:rPr>
                <w:lang w:val="ru-RU"/>
              </w:rPr>
              <w:t>Статья «Перемены, которые мы жаждем»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1025.</w:t>
            </w:r>
          </w:p>
        </w:tc>
        <w:tc>
          <w:tcPr>
            <w:tcW w:w="2880" w:type="dxa"/>
          </w:tcPr>
          <w:p w:rsidR="006F7457" w:rsidRPr="00332DB8" w:rsidRDefault="00332DB8">
            <w:pPr>
              <w:rPr>
                <w:lang w:val="ru-RU"/>
              </w:rPr>
            </w:pPr>
            <w:r w:rsidRPr="00332DB8">
              <w:rPr>
                <w:lang w:val="ru-RU"/>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1026.</w:t>
            </w:r>
          </w:p>
        </w:tc>
        <w:tc>
          <w:tcPr>
            <w:tcW w:w="2880" w:type="dxa"/>
          </w:tcPr>
          <w:p w:rsidR="006F7457" w:rsidRPr="00332DB8" w:rsidRDefault="00332DB8">
            <w:pPr>
              <w:rPr>
                <w:lang w:val="ru-RU"/>
              </w:rPr>
            </w:pPr>
            <w:r w:rsidRPr="00332DB8">
              <w:rPr>
                <w:lang w:val="ru-RU"/>
              </w:rPr>
              <w:t>Статья «Объявление для печати»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1027.</w:t>
            </w:r>
          </w:p>
        </w:tc>
        <w:tc>
          <w:tcPr>
            <w:tcW w:w="2880" w:type="dxa"/>
          </w:tcPr>
          <w:p w:rsidR="006F7457" w:rsidRPr="00332DB8" w:rsidRDefault="00332DB8">
            <w:pPr>
              <w:rPr>
                <w:lang w:val="ru-RU"/>
              </w:rPr>
            </w:pPr>
            <w:r w:rsidRPr="00332DB8">
              <w:rPr>
                <w:lang w:val="ru-RU"/>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1028.</w:t>
            </w:r>
          </w:p>
        </w:tc>
        <w:tc>
          <w:tcPr>
            <w:tcW w:w="2880" w:type="dxa"/>
          </w:tcPr>
          <w:p w:rsidR="006F7457" w:rsidRPr="00332DB8" w:rsidRDefault="00332DB8">
            <w:pPr>
              <w:rPr>
                <w:lang w:val="ru-RU"/>
              </w:rPr>
            </w:pPr>
            <w:r w:rsidRPr="00332DB8">
              <w:rPr>
                <w:lang w:val="ru-RU"/>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2880" w:type="dxa"/>
          </w:tcPr>
          <w:p w:rsidR="006F7457" w:rsidRPr="00332DB8" w:rsidRDefault="006F7457">
            <w:pPr>
              <w:rPr>
                <w:lang w:val="ru-RU"/>
              </w:rPr>
            </w:pPr>
          </w:p>
        </w:tc>
      </w:tr>
      <w:tr w:rsidR="006F7457" w:rsidRPr="00DD284B">
        <w:tc>
          <w:tcPr>
            <w:tcW w:w="2880" w:type="dxa"/>
          </w:tcPr>
          <w:p w:rsidR="006F7457" w:rsidRDefault="00332DB8">
            <w:r>
              <w:t>1029.</w:t>
            </w:r>
          </w:p>
        </w:tc>
        <w:tc>
          <w:tcPr>
            <w:tcW w:w="2880" w:type="dxa"/>
          </w:tcPr>
          <w:p w:rsidR="006F7457" w:rsidRPr="00332DB8" w:rsidRDefault="00332DB8">
            <w:pPr>
              <w:rPr>
                <w:lang w:val="ru-RU"/>
              </w:rPr>
            </w:pPr>
            <w:r w:rsidRPr="00332DB8">
              <w:rPr>
                <w:lang w:val="ru-RU"/>
              </w:rP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2880" w:type="dxa"/>
          </w:tcPr>
          <w:p w:rsidR="006F7457" w:rsidRPr="00332DB8" w:rsidRDefault="006F7457">
            <w:pPr>
              <w:rPr>
                <w:lang w:val="ru-RU"/>
              </w:rPr>
            </w:pPr>
          </w:p>
        </w:tc>
      </w:tr>
      <w:tr w:rsidR="006F7457" w:rsidRPr="00DD284B">
        <w:tc>
          <w:tcPr>
            <w:tcW w:w="2880" w:type="dxa"/>
          </w:tcPr>
          <w:p w:rsidR="006F7457" w:rsidRDefault="00332DB8">
            <w:r>
              <w:t>1030.</w:t>
            </w:r>
          </w:p>
        </w:tc>
        <w:tc>
          <w:tcPr>
            <w:tcW w:w="2880" w:type="dxa"/>
          </w:tcPr>
          <w:p w:rsidR="006F7457" w:rsidRPr="00332DB8" w:rsidRDefault="00332DB8">
            <w:pPr>
              <w:rPr>
                <w:lang w:val="ru-RU"/>
              </w:rPr>
            </w:pPr>
            <w:r w:rsidRPr="00332DB8">
              <w:rPr>
                <w:lang w:val="ru-RU"/>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2880" w:type="dxa"/>
          </w:tcPr>
          <w:p w:rsidR="006F7457" w:rsidRPr="00332DB8" w:rsidRDefault="006F7457">
            <w:pPr>
              <w:rPr>
                <w:lang w:val="ru-RU"/>
              </w:rPr>
            </w:pPr>
          </w:p>
        </w:tc>
      </w:tr>
      <w:tr w:rsidR="006F7457" w:rsidRPr="00DD284B">
        <w:tc>
          <w:tcPr>
            <w:tcW w:w="2880" w:type="dxa"/>
          </w:tcPr>
          <w:p w:rsidR="006F7457" w:rsidRDefault="00332DB8">
            <w:r>
              <w:t>1031.</w:t>
            </w:r>
          </w:p>
        </w:tc>
        <w:tc>
          <w:tcPr>
            <w:tcW w:w="2880" w:type="dxa"/>
          </w:tcPr>
          <w:p w:rsidR="006F7457" w:rsidRPr="00332DB8" w:rsidRDefault="00332DB8">
            <w:pPr>
              <w:rPr>
                <w:lang w:val="ru-RU"/>
              </w:rPr>
            </w:pPr>
            <w:r w:rsidRPr="00332DB8">
              <w:rPr>
                <w:lang w:val="ru-RU"/>
              </w:rPr>
              <w:t xml:space="preserve">Интернет-ресурс </w:t>
            </w:r>
            <w:r>
              <w:t>www</w:t>
            </w:r>
            <w:r w:rsidRPr="00332DB8">
              <w:rPr>
                <w:lang w:val="ru-RU"/>
              </w:rPr>
              <w:t>.</w:t>
            </w:r>
            <w:r>
              <w:t>limonka</w:t>
            </w:r>
            <w:r w:rsidRPr="00332DB8">
              <w:rPr>
                <w:lang w:val="ru-RU"/>
              </w:rPr>
              <w:t>.</w:t>
            </w:r>
            <w:r>
              <w:t>nbp</w:t>
            </w:r>
            <w:r w:rsidRPr="00332DB8">
              <w:rPr>
                <w:lang w:val="ru-RU"/>
              </w:rPr>
              <w:t>-</w:t>
            </w:r>
            <w:r>
              <w:t>info</w:t>
            </w:r>
            <w:r w:rsidRPr="00332DB8">
              <w:rPr>
                <w:lang w:val="ru-RU"/>
              </w:rPr>
              <w:t>.</w:t>
            </w:r>
            <w:r>
              <w:t>ru</w:t>
            </w:r>
            <w:r w:rsidRPr="00332DB8">
              <w:rPr>
                <w:lang w:val="ru-RU"/>
              </w:rPr>
              <w:t xml:space="preserve"> (решение Первомайского районного суда г. Кирова Кировской области от 06.10.2011).</w:t>
            </w:r>
          </w:p>
        </w:tc>
        <w:tc>
          <w:tcPr>
            <w:tcW w:w="2880" w:type="dxa"/>
          </w:tcPr>
          <w:p w:rsidR="006F7457" w:rsidRPr="00332DB8" w:rsidRDefault="006F7457">
            <w:pPr>
              <w:rPr>
                <w:lang w:val="ru-RU"/>
              </w:rPr>
            </w:pPr>
          </w:p>
        </w:tc>
      </w:tr>
      <w:tr w:rsidR="006F7457" w:rsidRPr="00DD284B">
        <w:tc>
          <w:tcPr>
            <w:tcW w:w="2880" w:type="dxa"/>
          </w:tcPr>
          <w:p w:rsidR="006F7457" w:rsidRDefault="00332DB8">
            <w:r>
              <w:t>1032.</w:t>
            </w:r>
          </w:p>
        </w:tc>
        <w:tc>
          <w:tcPr>
            <w:tcW w:w="2880" w:type="dxa"/>
          </w:tcPr>
          <w:p w:rsidR="006F7457" w:rsidRPr="00332DB8" w:rsidRDefault="00332DB8">
            <w:pPr>
              <w:rPr>
                <w:lang w:val="ru-RU"/>
              </w:rPr>
            </w:pPr>
            <w:r w:rsidRPr="00332DB8">
              <w:rPr>
                <w:lang w:val="ru-RU"/>
              </w:rPr>
              <w:t>Книга Волкова Владимира Игоревича «</w:t>
            </w:r>
            <w:r>
              <w:t>Middle</w:t>
            </w:r>
            <w:r w:rsidRPr="00332DB8">
              <w:rPr>
                <w:lang w:val="ru-RU"/>
              </w:rPr>
              <w:t xml:space="preserve"> </w:t>
            </w:r>
            <w:r>
              <w:t>finger</w:t>
            </w:r>
            <w:r w:rsidRPr="00332DB8">
              <w:rPr>
                <w:lang w:val="ru-RU"/>
              </w:rPr>
              <w:t>» (</w:t>
            </w:r>
            <w:r>
              <w:t>The</w:t>
            </w:r>
            <w:r w:rsidRPr="00332DB8">
              <w:rPr>
                <w:lang w:val="ru-RU"/>
              </w:rPr>
              <w:t xml:space="preserve"> </w:t>
            </w:r>
            <w:r>
              <w:t>radikal</w:t>
            </w:r>
            <w:r w:rsidRPr="00332DB8">
              <w:rPr>
                <w:lang w:val="ru-RU"/>
              </w:rPr>
              <w:t xml:space="preserve"> </w:t>
            </w:r>
            <w:r>
              <w:t>view</w:t>
            </w:r>
            <w:r w:rsidRPr="00332DB8">
              <w:rPr>
                <w:lang w:val="ru-RU"/>
              </w:rPr>
              <w:t>) собрание сочинений 2001-2006 года (решение Ленинского районного суда г. Пензы от 17.10.2011).</w:t>
            </w:r>
          </w:p>
        </w:tc>
        <w:tc>
          <w:tcPr>
            <w:tcW w:w="2880" w:type="dxa"/>
          </w:tcPr>
          <w:p w:rsidR="006F7457" w:rsidRPr="00332DB8" w:rsidRDefault="006F7457">
            <w:pPr>
              <w:rPr>
                <w:lang w:val="ru-RU"/>
              </w:rPr>
            </w:pPr>
          </w:p>
        </w:tc>
      </w:tr>
      <w:tr w:rsidR="006F7457" w:rsidRPr="00DD284B">
        <w:tc>
          <w:tcPr>
            <w:tcW w:w="2880" w:type="dxa"/>
          </w:tcPr>
          <w:p w:rsidR="006F7457" w:rsidRDefault="00332DB8">
            <w:r>
              <w:t>103</w:t>
            </w:r>
            <w:r>
              <w:lastRenderedPageBreak/>
              <w:t>3.</w:t>
            </w:r>
          </w:p>
        </w:tc>
        <w:tc>
          <w:tcPr>
            <w:tcW w:w="2880" w:type="dxa"/>
          </w:tcPr>
          <w:p w:rsidR="006F7457" w:rsidRPr="00332DB8" w:rsidRDefault="00332DB8">
            <w:pPr>
              <w:rPr>
                <w:lang w:val="ru-RU"/>
              </w:rPr>
            </w:pPr>
            <w:r w:rsidRPr="00332DB8">
              <w:rPr>
                <w:lang w:val="ru-RU"/>
              </w:rPr>
              <w:lastRenderedPageBreak/>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1034.</w:t>
            </w:r>
          </w:p>
        </w:tc>
        <w:tc>
          <w:tcPr>
            <w:tcW w:w="2880" w:type="dxa"/>
          </w:tcPr>
          <w:p w:rsidR="006F7457" w:rsidRPr="00332DB8" w:rsidRDefault="00332DB8">
            <w:pPr>
              <w:rPr>
                <w:lang w:val="ru-RU"/>
              </w:rPr>
            </w:pPr>
            <w:r w:rsidRPr="00332DB8">
              <w:rPr>
                <w:lang w:val="ru-RU"/>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2880" w:type="dxa"/>
          </w:tcPr>
          <w:p w:rsidR="006F7457" w:rsidRPr="00332DB8" w:rsidRDefault="006F7457">
            <w:pPr>
              <w:rPr>
                <w:lang w:val="ru-RU"/>
              </w:rPr>
            </w:pPr>
          </w:p>
        </w:tc>
      </w:tr>
      <w:tr w:rsidR="006F7457" w:rsidRPr="00DD284B">
        <w:tc>
          <w:tcPr>
            <w:tcW w:w="2880" w:type="dxa"/>
          </w:tcPr>
          <w:p w:rsidR="006F7457" w:rsidRDefault="00332DB8">
            <w:r>
              <w:t>1035.</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infokavkaz</w:t>
            </w:r>
            <w:r w:rsidRPr="00332DB8">
              <w:rPr>
                <w:lang w:val="ru-RU"/>
              </w:rPr>
              <w:t>.</w:t>
            </w:r>
            <w:r>
              <w:t>com</w:t>
            </w:r>
            <w:r w:rsidRPr="00332DB8">
              <w:rPr>
                <w:lang w:val="ru-RU"/>
              </w:rPr>
              <w:t xml:space="preserve"> (решение Октябрьского городского суда Республики Башкортостан от 28.09.2011).</w:t>
            </w:r>
          </w:p>
        </w:tc>
        <w:tc>
          <w:tcPr>
            <w:tcW w:w="2880" w:type="dxa"/>
          </w:tcPr>
          <w:p w:rsidR="006F7457" w:rsidRPr="00332DB8" w:rsidRDefault="006F7457">
            <w:pPr>
              <w:rPr>
                <w:lang w:val="ru-RU"/>
              </w:rPr>
            </w:pPr>
          </w:p>
        </w:tc>
      </w:tr>
      <w:tr w:rsidR="006F7457" w:rsidRPr="00DD284B">
        <w:tc>
          <w:tcPr>
            <w:tcW w:w="2880" w:type="dxa"/>
          </w:tcPr>
          <w:p w:rsidR="006F7457" w:rsidRDefault="00332DB8">
            <w:r>
              <w:t>1036.</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djamagat</w:t>
            </w:r>
            <w:r w:rsidRPr="00332DB8">
              <w:rPr>
                <w:lang w:val="ru-RU"/>
              </w:rPr>
              <w:t>.</w:t>
            </w:r>
            <w:r>
              <w:t>wordpress</w:t>
            </w:r>
            <w:r w:rsidRPr="00332DB8">
              <w:rPr>
                <w:lang w:val="ru-RU"/>
              </w:rPr>
              <w:t>.</w:t>
            </w:r>
            <w:r>
              <w:t>com</w:t>
            </w:r>
            <w:r w:rsidRPr="00332DB8">
              <w:rPr>
                <w:lang w:val="ru-RU"/>
              </w:rPr>
              <w:t xml:space="preserve"> (решение Октябрьского городского суда Республики Башкортостан от 23.09.2011).</w:t>
            </w:r>
          </w:p>
        </w:tc>
        <w:tc>
          <w:tcPr>
            <w:tcW w:w="2880" w:type="dxa"/>
          </w:tcPr>
          <w:p w:rsidR="006F7457" w:rsidRPr="00332DB8" w:rsidRDefault="006F7457">
            <w:pPr>
              <w:rPr>
                <w:lang w:val="ru-RU"/>
              </w:rPr>
            </w:pPr>
          </w:p>
        </w:tc>
      </w:tr>
      <w:tr w:rsidR="006F7457" w:rsidRPr="00DD284B">
        <w:tc>
          <w:tcPr>
            <w:tcW w:w="2880" w:type="dxa"/>
          </w:tcPr>
          <w:p w:rsidR="006F7457" w:rsidRDefault="00332DB8">
            <w:r>
              <w:t>1037.</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vdagestan</w:t>
            </w:r>
            <w:r w:rsidRPr="00332DB8">
              <w:rPr>
                <w:lang w:val="ru-RU"/>
              </w:rPr>
              <w:t>.</w:t>
            </w:r>
            <w:r>
              <w:t>info</w:t>
            </w:r>
            <w:r w:rsidRPr="00332DB8">
              <w:rPr>
                <w:lang w:val="ru-RU"/>
              </w:rPr>
              <w:t xml:space="preserve"> (решение Октябрьского городского суда Республики Башкортостан от 23.09.2011).</w:t>
            </w:r>
          </w:p>
        </w:tc>
        <w:tc>
          <w:tcPr>
            <w:tcW w:w="2880" w:type="dxa"/>
          </w:tcPr>
          <w:p w:rsidR="006F7457" w:rsidRPr="00332DB8" w:rsidRDefault="006F7457">
            <w:pPr>
              <w:rPr>
                <w:lang w:val="ru-RU"/>
              </w:rPr>
            </w:pPr>
          </w:p>
        </w:tc>
      </w:tr>
      <w:tr w:rsidR="006F7457" w:rsidRPr="00DD284B">
        <w:tc>
          <w:tcPr>
            <w:tcW w:w="2880" w:type="dxa"/>
          </w:tcPr>
          <w:p w:rsidR="006F7457" w:rsidRDefault="00332DB8">
            <w:r>
              <w:t>1038.</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kavkazanhaamash</w:t>
            </w:r>
            <w:r w:rsidRPr="00332DB8">
              <w:rPr>
                <w:lang w:val="ru-RU"/>
              </w:rPr>
              <w:t>.</w:t>
            </w:r>
            <w:r>
              <w:t>com</w:t>
            </w:r>
            <w:r w:rsidRPr="00332DB8">
              <w:rPr>
                <w:lang w:val="ru-RU"/>
              </w:rPr>
              <w:t>/</w:t>
            </w:r>
            <w:r>
              <w:t>meny</w:t>
            </w:r>
            <w:r w:rsidRPr="00332DB8">
              <w:rPr>
                <w:lang w:val="ru-RU"/>
              </w:rPr>
              <w:t>.</w:t>
            </w:r>
            <w:r>
              <w:t>html</w:t>
            </w:r>
            <w:r w:rsidRPr="00332DB8">
              <w:rPr>
                <w:lang w:val="ru-RU"/>
              </w:rPr>
              <w:t xml:space="preserve"> (решение Октябрьского городского суда Республики Башкортостан от 23.09.2011).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1039.</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vilayatiu</w:t>
            </w:r>
            <w:r w:rsidRPr="00332DB8">
              <w:rPr>
                <w:lang w:val="ru-RU"/>
              </w:rPr>
              <w:t>.</w:t>
            </w:r>
            <w:r>
              <w:t>co</w:t>
            </w:r>
            <w:r w:rsidRPr="00332DB8">
              <w:rPr>
                <w:lang w:val="ru-RU"/>
              </w:rPr>
              <w:t>.</w:t>
            </w:r>
            <w:r>
              <w:t>cc</w:t>
            </w:r>
            <w:r w:rsidRPr="00332DB8">
              <w:rPr>
                <w:lang w:val="ru-RU"/>
              </w:rPr>
              <w:t xml:space="preserve"> (решение Октябрьского городского суда Республики Башкортостан от 23.09.2011).</w:t>
            </w:r>
          </w:p>
        </w:tc>
        <w:tc>
          <w:tcPr>
            <w:tcW w:w="2880" w:type="dxa"/>
          </w:tcPr>
          <w:p w:rsidR="006F7457" w:rsidRPr="00332DB8" w:rsidRDefault="006F7457">
            <w:pPr>
              <w:rPr>
                <w:lang w:val="ru-RU"/>
              </w:rPr>
            </w:pPr>
          </w:p>
        </w:tc>
      </w:tr>
      <w:tr w:rsidR="006F7457" w:rsidRPr="00DD284B">
        <w:tc>
          <w:tcPr>
            <w:tcW w:w="2880" w:type="dxa"/>
          </w:tcPr>
          <w:p w:rsidR="006F7457" w:rsidRDefault="00332DB8">
            <w:r>
              <w:t>1040.</w:t>
            </w:r>
          </w:p>
        </w:tc>
        <w:tc>
          <w:tcPr>
            <w:tcW w:w="2880" w:type="dxa"/>
          </w:tcPr>
          <w:p w:rsidR="006F7457" w:rsidRPr="00332DB8" w:rsidRDefault="00332DB8">
            <w:pPr>
              <w:rPr>
                <w:lang w:val="ru-RU"/>
              </w:rPr>
            </w:pPr>
            <w:r w:rsidRPr="00332DB8">
              <w:rPr>
                <w:lang w:val="ru-RU"/>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2880" w:type="dxa"/>
          </w:tcPr>
          <w:p w:rsidR="006F7457" w:rsidRPr="00332DB8" w:rsidRDefault="006F7457">
            <w:pPr>
              <w:rPr>
                <w:lang w:val="ru-RU"/>
              </w:rPr>
            </w:pPr>
          </w:p>
        </w:tc>
      </w:tr>
      <w:tr w:rsidR="006F7457" w:rsidRPr="00DD284B">
        <w:tc>
          <w:tcPr>
            <w:tcW w:w="2880" w:type="dxa"/>
          </w:tcPr>
          <w:p w:rsidR="006F7457" w:rsidRDefault="00332DB8">
            <w:r>
              <w:t>1041.</w:t>
            </w:r>
          </w:p>
        </w:tc>
        <w:tc>
          <w:tcPr>
            <w:tcW w:w="2880" w:type="dxa"/>
          </w:tcPr>
          <w:p w:rsidR="006F7457" w:rsidRPr="00332DB8" w:rsidRDefault="00332DB8">
            <w:pPr>
              <w:rPr>
                <w:lang w:val="ru-RU"/>
              </w:rPr>
            </w:pPr>
            <w:r w:rsidRPr="00332DB8">
              <w:rPr>
                <w:lang w:val="ru-RU"/>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2880" w:type="dxa"/>
          </w:tcPr>
          <w:p w:rsidR="006F7457" w:rsidRPr="00332DB8" w:rsidRDefault="006F7457">
            <w:pPr>
              <w:rPr>
                <w:lang w:val="ru-RU"/>
              </w:rPr>
            </w:pPr>
          </w:p>
        </w:tc>
      </w:tr>
      <w:tr w:rsidR="006F7457" w:rsidRPr="00DD284B">
        <w:tc>
          <w:tcPr>
            <w:tcW w:w="2880" w:type="dxa"/>
          </w:tcPr>
          <w:p w:rsidR="006F7457" w:rsidRDefault="00332DB8">
            <w:r>
              <w:t>1042.</w:t>
            </w:r>
          </w:p>
        </w:tc>
        <w:tc>
          <w:tcPr>
            <w:tcW w:w="2880" w:type="dxa"/>
          </w:tcPr>
          <w:p w:rsidR="006F7457" w:rsidRPr="00332DB8" w:rsidRDefault="00332DB8">
            <w:pPr>
              <w:rPr>
                <w:lang w:val="ru-RU"/>
              </w:rPr>
            </w:pPr>
            <w:r w:rsidRPr="00332DB8">
              <w:rPr>
                <w:lang w:val="ru-RU"/>
              </w:rPr>
              <w:t xml:space="preserve">Журнал «Сторожевая башня возвещает царство Иеговы» 01.12.2007 изд. </w:t>
            </w:r>
            <w:r>
              <w:t>Wachtturn</w:t>
            </w:r>
            <w:r w:rsidRPr="00332DB8">
              <w:rPr>
                <w:lang w:val="ru-RU"/>
              </w:rPr>
              <w:t xml:space="preserve"> </w:t>
            </w:r>
            <w:r>
              <w:t>Bibel</w:t>
            </w:r>
            <w:r w:rsidRPr="00332DB8">
              <w:rPr>
                <w:lang w:val="ru-RU"/>
              </w:rPr>
              <w:t xml:space="preserve">- </w:t>
            </w:r>
            <w:r>
              <w:t>und</w:t>
            </w:r>
            <w:r w:rsidRPr="00332DB8">
              <w:rPr>
                <w:lang w:val="ru-RU"/>
              </w:rPr>
              <w:t xml:space="preserve"> </w:t>
            </w:r>
            <w:r>
              <w:t>Traktat</w:t>
            </w:r>
            <w:r w:rsidRPr="00332DB8">
              <w:rPr>
                <w:lang w:val="ru-RU"/>
              </w:rPr>
              <w:t xml:space="preserve"> –</w:t>
            </w:r>
            <w:r>
              <w:t>Gesellschaft</w:t>
            </w:r>
            <w:r w:rsidRPr="00332DB8">
              <w:rPr>
                <w:lang w:val="ru-RU"/>
              </w:rPr>
              <w:t xml:space="preserve"> </w:t>
            </w:r>
            <w:r>
              <w:t>der</w:t>
            </w:r>
            <w:r w:rsidRPr="00332DB8">
              <w:rPr>
                <w:lang w:val="ru-RU"/>
              </w:rPr>
              <w:t xml:space="preserve"> </w:t>
            </w:r>
            <w:r>
              <w:t>Zeugen</w:t>
            </w:r>
            <w:r w:rsidRPr="00332DB8">
              <w:rPr>
                <w:lang w:val="ru-RU"/>
              </w:rPr>
              <w:t xml:space="preserve"> </w:t>
            </w:r>
            <w:r>
              <w:t>jehovas</w:t>
            </w:r>
            <w:r w:rsidRPr="00332DB8">
              <w:rPr>
                <w:lang w:val="ru-RU"/>
              </w:rPr>
              <w:t xml:space="preserve"> </w:t>
            </w:r>
            <w:r>
              <w:t>e</w:t>
            </w:r>
            <w:r w:rsidRPr="00332DB8">
              <w:rPr>
                <w:lang w:val="ru-RU"/>
              </w:rPr>
              <w:t xml:space="preserve">. </w:t>
            </w:r>
            <w:r>
              <w:t>V</w:t>
            </w:r>
            <w:r w:rsidRPr="00332DB8">
              <w:rPr>
                <w:lang w:val="ru-RU"/>
              </w:rPr>
              <w:t xml:space="preserve">., </w:t>
            </w:r>
            <w:r>
              <w:t>Selters</w:t>
            </w:r>
            <w:r w:rsidRPr="00332DB8">
              <w:rPr>
                <w:lang w:val="ru-RU"/>
              </w:rPr>
              <w:t>/</w:t>
            </w:r>
            <w:r>
              <w:t>Taunus</w:t>
            </w:r>
            <w:r w:rsidRPr="00332DB8">
              <w:rPr>
                <w:lang w:val="ru-RU"/>
              </w:rPr>
              <w:t xml:space="preserve"> (решение Сальского городского суда Ростовской области от 27.06.2011 и определение Ростовского областного суда от 13.10.2011).</w:t>
            </w:r>
          </w:p>
        </w:tc>
        <w:tc>
          <w:tcPr>
            <w:tcW w:w="2880" w:type="dxa"/>
          </w:tcPr>
          <w:p w:rsidR="006F7457" w:rsidRPr="00332DB8" w:rsidRDefault="006F7457">
            <w:pPr>
              <w:rPr>
                <w:lang w:val="ru-RU"/>
              </w:rPr>
            </w:pPr>
          </w:p>
        </w:tc>
      </w:tr>
      <w:tr w:rsidR="006F7457" w:rsidRPr="00DD284B">
        <w:tc>
          <w:tcPr>
            <w:tcW w:w="2880" w:type="dxa"/>
          </w:tcPr>
          <w:p w:rsidR="006F7457" w:rsidRDefault="00332DB8">
            <w:r>
              <w:t>1043.</w:t>
            </w:r>
          </w:p>
        </w:tc>
        <w:tc>
          <w:tcPr>
            <w:tcW w:w="2880" w:type="dxa"/>
          </w:tcPr>
          <w:p w:rsidR="006F7457" w:rsidRPr="00332DB8" w:rsidRDefault="00332DB8">
            <w:pPr>
              <w:rPr>
                <w:lang w:val="ru-RU"/>
              </w:rPr>
            </w:pPr>
            <w:r w:rsidRPr="00332DB8">
              <w:rPr>
                <w:lang w:val="ru-RU"/>
              </w:rPr>
              <w:t xml:space="preserve">Журнал «Сторожевая башня возвещает царство Иеговы» 15.12.2007, изд. </w:t>
            </w:r>
            <w:r>
              <w:t>Wachtturn</w:t>
            </w:r>
            <w:r w:rsidRPr="00332DB8">
              <w:rPr>
                <w:lang w:val="ru-RU"/>
              </w:rPr>
              <w:t xml:space="preserve"> </w:t>
            </w:r>
            <w:r>
              <w:t>Bibel</w:t>
            </w:r>
            <w:r w:rsidRPr="00332DB8">
              <w:rPr>
                <w:lang w:val="ru-RU"/>
              </w:rPr>
              <w:t xml:space="preserve">- </w:t>
            </w:r>
            <w:r>
              <w:t>und</w:t>
            </w:r>
            <w:r w:rsidRPr="00332DB8">
              <w:rPr>
                <w:lang w:val="ru-RU"/>
              </w:rPr>
              <w:t xml:space="preserve"> </w:t>
            </w:r>
            <w:r>
              <w:t>Traktat</w:t>
            </w:r>
            <w:r w:rsidRPr="00332DB8">
              <w:rPr>
                <w:lang w:val="ru-RU"/>
              </w:rPr>
              <w:t xml:space="preserve"> –</w:t>
            </w:r>
            <w:r>
              <w:t>Gesellschaft</w:t>
            </w:r>
            <w:r w:rsidRPr="00332DB8">
              <w:rPr>
                <w:lang w:val="ru-RU"/>
              </w:rPr>
              <w:t xml:space="preserve"> </w:t>
            </w:r>
            <w:r>
              <w:t>der</w:t>
            </w:r>
            <w:r w:rsidRPr="00332DB8">
              <w:rPr>
                <w:lang w:val="ru-RU"/>
              </w:rPr>
              <w:t xml:space="preserve"> </w:t>
            </w:r>
            <w:r>
              <w:t>Zeugen</w:t>
            </w:r>
            <w:r w:rsidRPr="00332DB8">
              <w:rPr>
                <w:lang w:val="ru-RU"/>
              </w:rPr>
              <w:t xml:space="preserve"> </w:t>
            </w:r>
            <w:r>
              <w:t>jehovas</w:t>
            </w:r>
            <w:r w:rsidRPr="00332DB8">
              <w:rPr>
                <w:lang w:val="ru-RU"/>
              </w:rPr>
              <w:t xml:space="preserve">, </w:t>
            </w:r>
            <w:r>
              <w:t>e</w:t>
            </w:r>
            <w:r w:rsidRPr="00332DB8">
              <w:rPr>
                <w:lang w:val="ru-RU"/>
              </w:rPr>
              <w:t xml:space="preserve">. </w:t>
            </w:r>
            <w:r>
              <w:t>V</w:t>
            </w:r>
            <w:r w:rsidRPr="00332DB8">
              <w:rPr>
                <w:lang w:val="ru-RU"/>
              </w:rPr>
              <w:t xml:space="preserve">., </w:t>
            </w:r>
            <w:r>
              <w:t>Selters</w:t>
            </w:r>
            <w:r w:rsidRPr="00332DB8">
              <w:rPr>
                <w:lang w:val="ru-RU"/>
              </w:rPr>
              <w:t>/</w:t>
            </w:r>
            <w:r>
              <w:t>Taunus</w:t>
            </w:r>
            <w:r w:rsidRPr="00332DB8">
              <w:rPr>
                <w:lang w:val="ru-RU"/>
              </w:rPr>
              <w:t xml:space="preserve"> (решение Сальского городского суда Ростовской области от 27.06.2011 и определение Ростовского областного суда от 13.10.2011).</w:t>
            </w:r>
          </w:p>
        </w:tc>
        <w:tc>
          <w:tcPr>
            <w:tcW w:w="2880" w:type="dxa"/>
          </w:tcPr>
          <w:p w:rsidR="006F7457" w:rsidRPr="00332DB8" w:rsidRDefault="006F7457">
            <w:pPr>
              <w:rPr>
                <w:lang w:val="ru-RU"/>
              </w:rPr>
            </w:pPr>
          </w:p>
        </w:tc>
      </w:tr>
      <w:tr w:rsidR="006F7457" w:rsidRPr="00DD284B">
        <w:tc>
          <w:tcPr>
            <w:tcW w:w="2880" w:type="dxa"/>
          </w:tcPr>
          <w:p w:rsidR="006F7457" w:rsidRDefault="00332DB8">
            <w:r>
              <w:t>104</w:t>
            </w:r>
            <w:r>
              <w:lastRenderedPageBreak/>
              <w:t>4.</w:t>
            </w:r>
          </w:p>
        </w:tc>
        <w:tc>
          <w:tcPr>
            <w:tcW w:w="2880" w:type="dxa"/>
          </w:tcPr>
          <w:p w:rsidR="006F7457" w:rsidRPr="00332DB8" w:rsidRDefault="00332DB8">
            <w:pPr>
              <w:rPr>
                <w:lang w:val="ru-RU"/>
              </w:rPr>
            </w:pPr>
            <w:r w:rsidRPr="00332DB8">
              <w:rPr>
                <w:lang w:val="ru-RU"/>
              </w:rPr>
              <w:lastRenderedPageBreak/>
              <w:t xml:space="preserve">Журнал «Бодрствуйте! В каком отношении? Почему это особенно важно именно теперь?» изд. </w:t>
            </w:r>
            <w:r>
              <w:t>Watchtower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New</w:t>
            </w:r>
            <w:r w:rsidRPr="00332DB8">
              <w:rPr>
                <w:lang w:val="ru-RU"/>
              </w:rPr>
              <w:t xml:space="preserve"> </w:t>
            </w:r>
            <w:r>
              <w:t>York</w:t>
            </w:r>
            <w:r w:rsidRPr="00332DB8">
              <w:rPr>
                <w:lang w:val="ru-RU"/>
              </w:rPr>
              <w:t xml:space="preserve">, </w:t>
            </w:r>
            <w:r>
              <w:t>Inc</w:t>
            </w:r>
            <w:r w:rsidRPr="00332DB8">
              <w:rPr>
                <w:lang w:val="ru-RU"/>
              </w:rPr>
              <w:t xml:space="preserve"> </w:t>
            </w:r>
            <w:r>
              <w:t>Brooklyn</w:t>
            </w:r>
            <w:r w:rsidRPr="00332DB8">
              <w:rPr>
                <w:lang w:val="ru-RU"/>
              </w:rPr>
              <w:t xml:space="preserve">, </w:t>
            </w:r>
            <w:r>
              <w:t>New</w:t>
            </w:r>
            <w:r w:rsidRPr="00332DB8">
              <w:rPr>
                <w:lang w:val="ru-RU"/>
              </w:rPr>
              <w:t xml:space="preserve"> </w:t>
            </w:r>
            <w:r>
              <w:t>York</w:t>
            </w:r>
            <w:r w:rsidRPr="00332DB8">
              <w:rPr>
                <w:lang w:val="ru-RU"/>
              </w:rPr>
              <w:t xml:space="preserve"> </w:t>
            </w:r>
            <w:r>
              <w:t>U</w:t>
            </w:r>
            <w:r w:rsidRPr="00332DB8">
              <w:rPr>
                <w:lang w:val="ru-RU"/>
              </w:rPr>
              <w:t>.</w:t>
            </w:r>
            <w:r>
              <w:t>S</w:t>
            </w:r>
            <w:r w:rsidRPr="00332DB8">
              <w:rPr>
                <w:lang w:val="ru-RU"/>
              </w:rPr>
              <w:t>.</w:t>
            </w:r>
            <w:r>
              <w:t>A</w:t>
            </w:r>
            <w:r w:rsidRPr="00332DB8">
              <w:rPr>
                <w:lang w:val="ru-RU"/>
              </w:rPr>
              <w:t xml:space="preserve">. 2004 (решение Сальского городского суда Ростовской </w:t>
            </w:r>
            <w:r w:rsidRPr="00332DB8">
              <w:rPr>
                <w:lang w:val="ru-RU"/>
              </w:rPr>
              <w:lastRenderedPageBreak/>
              <w:t>области от 27.06.2011 и определение Ростовского областного суда от 13.10.2011).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1045.</w:t>
            </w:r>
          </w:p>
        </w:tc>
        <w:tc>
          <w:tcPr>
            <w:tcW w:w="2880" w:type="dxa"/>
          </w:tcPr>
          <w:p w:rsidR="006F7457" w:rsidRPr="00332DB8" w:rsidRDefault="00332DB8">
            <w:pPr>
              <w:rPr>
                <w:lang w:val="ru-RU"/>
              </w:rPr>
            </w:pPr>
            <w:r w:rsidRPr="00332DB8">
              <w:rPr>
                <w:lang w:val="ru-RU"/>
              </w:rPr>
              <w:t xml:space="preserve">Журнал «Пробудитесь!» декабрь 2007, изд. </w:t>
            </w:r>
            <w:r>
              <w:t>Wachtturn</w:t>
            </w:r>
            <w:r w:rsidRPr="00332DB8">
              <w:rPr>
                <w:lang w:val="ru-RU"/>
              </w:rPr>
              <w:t xml:space="preserve"> </w:t>
            </w:r>
            <w:r>
              <w:t>Bibel</w:t>
            </w:r>
            <w:r w:rsidRPr="00332DB8">
              <w:rPr>
                <w:lang w:val="ru-RU"/>
              </w:rPr>
              <w:t xml:space="preserve">- </w:t>
            </w:r>
            <w:r>
              <w:t>und</w:t>
            </w:r>
            <w:r w:rsidRPr="00332DB8">
              <w:rPr>
                <w:lang w:val="ru-RU"/>
              </w:rPr>
              <w:t xml:space="preserve"> </w:t>
            </w:r>
            <w:r>
              <w:t>Traktat</w:t>
            </w:r>
            <w:r w:rsidRPr="00332DB8">
              <w:rPr>
                <w:lang w:val="ru-RU"/>
              </w:rPr>
              <w:t xml:space="preserve"> –</w:t>
            </w:r>
            <w:r>
              <w:t>Gesellschaft</w:t>
            </w:r>
            <w:r w:rsidRPr="00332DB8">
              <w:rPr>
                <w:lang w:val="ru-RU"/>
              </w:rPr>
              <w:t xml:space="preserve"> </w:t>
            </w:r>
            <w:r>
              <w:t>der</w:t>
            </w:r>
            <w:r w:rsidRPr="00332DB8">
              <w:rPr>
                <w:lang w:val="ru-RU"/>
              </w:rPr>
              <w:t xml:space="preserve"> </w:t>
            </w:r>
            <w:r>
              <w:t>Zeugen</w:t>
            </w:r>
            <w:r w:rsidRPr="00332DB8">
              <w:rPr>
                <w:lang w:val="ru-RU"/>
              </w:rPr>
              <w:t xml:space="preserve"> </w:t>
            </w:r>
            <w:r>
              <w:t>jehovas</w:t>
            </w:r>
            <w:r w:rsidRPr="00332DB8">
              <w:rPr>
                <w:lang w:val="ru-RU"/>
              </w:rPr>
              <w:t xml:space="preserve">, </w:t>
            </w:r>
            <w:r>
              <w:t>e</w:t>
            </w:r>
            <w:r w:rsidRPr="00332DB8">
              <w:rPr>
                <w:lang w:val="ru-RU"/>
              </w:rPr>
              <w:t xml:space="preserve">. </w:t>
            </w:r>
            <w:r>
              <w:t>V</w:t>
            </w:r>
            <w:r w:rsidRPr="00332DB8">
              <w:rPr>
                <w:lang w:val="ru-RU"/>
              </w:rPr>
              <w:t xml:space="preserve">., </w:t>
            </w:r>
            <w:r>
              <w:t>Selters</w:t>
            </w:r>
            <w:r w:rsidRPr="00332DB8">
              <w:rPr>
                <w:lang w:val="ru-RU"/>
              </w:rPr>
              <w:t>/</w:t>
            </w:r>
            <w:r>
              <w:t>Taunus</w:t>
            </w:r>
            <w:r w:rsidRPr="00332DB8">
              <w:rPr>
                <w:lang w:val="ru-RU"/>
              </w:rPr>
              <w:t xml:space="preserve"> (решение Сальского городского суда Ростовской области от 27.06.2011 и определение Ростовского областного суда от 13.10.2011).</w:t>
            </w:r>
          </w:p>
        </w:tc>
        <w:tc>
          <w:tcPr>
            <w:tcW w:w="2880" w:type="dxa"/>
          </w:tcPr>
          <w:p w:rsidR="006F7457" w:rsidRPr="00332DB8" w:rsidRDefault="006F7457">
            <w:pPr>
              <w:rPr>
                <w:lang w:val="ru-RU"/>
              </w:rPr>
            </w:pPr>
          </w:p>
        </w:tc>
      </w:tr>
      <w:tr w:rsidR="006F7457" w:rsidRPr="00DD284B">
        <w:tc>
          <w:tcPr>
            <w:tcW w:w="2880" w:type="dxa"/>
          </w:tcPr>
          <w:p w:rsidR="006F7457" w:rsidRDefault="00332DB8">
            <w:r>
              <w:t>1046.</w:t>
            </w:r>
          </w:p>
        </w:tc>
        <w:tc>
          <w:tcPr>
            <w:tcW w:w="2880" w:type="dxa"/>
          </w:tcPr>
          <w:p w:rsidR="006F7457" w:rsidRPr="00332DB8" w:rsidRDefault="00332DB8">
            <w:pPr>
              <w:rPr>
                <w:lang w:val="ru-RU"/>
              </w:rPr>
            </w:pPr>
            <w:r w:rsidRPr="00332DB8">
              <w:rPr>
                <w:lang w:val="ru-RU"/>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2880" w:type="dxa"/>
          </w:tcPr>
          <w:p w:rsidR="006F7457" w:rsidRPr="00332DB8" w:rsidRDefault="006F7457">
            <w:pPr>
              <w:rPr>
                <w:lang w:val="ru-RU"/>
              </w:rPr>
            </w:pPr>
          </w:p>
        </w:tc>
      </w:tr>
      <w:tr w:rsidR="006F7457" w:rsidRPr="00DD284B">
        <w:tc>
          <w:tcPr>
            <w:tcW w:w="2880" w:type="dxa"/>
          </w:tcPr>
          <w:p w:rsidR="006F7457" w:rsidRDefault="00332DB8">
            <w:r>
              <w:t>1047.</w:t>
            </w:r>
          </w:p>
        </w:tc>
        <w:tc>
          <w:tcPr>
            <w:tcW w:w="2880" w:type="dxa"/>
          </w:tcPr>
          <w:p w:rsidR="006F7457" w:rsidRPr="00332DB8" w:rsidRDefault="00332DB8">
            <w:pPr>
              <w:rPr>
                <w:lang w:val="ru-RU"/>
              </w:rPr>
            </w:pPr>
            <w:r w:rsidRPr="00332DB8">
              <w:rPr>
                <w:lang w:val="ru-RU"/>
              </w:rPr>
              <w:t xml:space="preserve">Прокламация «Список государственных преступников», адрес отправителя – </w:t>
            </w:r>
            <w:r>
              <w:t>hqwaflmaiw</w:t>
            </w:r>
            <w:r w:rsidRPr="00332DB8">
              <w:rPr>
                <w:lang w:val="ru-RU"/>
              </w:rPr>
              <w:t>@</w:t>
            </w:r>
            <w:r>
              <w:t>el</w:t>
            </w:r>
            <w:r w:rsidRPr="00332DB8">
              <w:rPr>
                <w:lang w:val="ru-RU"/>
              </w:rPr>
              <w:t>.</w:t>
            </w:r>
            <w:r>
              <w:t>ru</w:t>
            </w:r>
            <w:r w:rsidRPr="00332DB8">
              <w:rPr>
                <w:lang w:val="ru-RU"/>
              </w:rPr>
              <w:t xml:space="preserve"> (решение Куйбышевского районного суда города Новокузнецка Кемеровской области от 05.09.2011).</w:t>
            </w:r>
          </w:p>
        </w:tc>
        <w:tc>
          <w:tcPr>
            <w:tcW w:w="2880" w:type="dxa"/>
          </w:tcPr>
          <w:p w:rsidR="006F7457" w:rsidRPr="00332DB8" w:rsidRDefault="006F7457">
            <w:pPr>
              <w:rPr>
                <w:lang w:val="ru-RU"/>
              </w:rPr>
            </w:pPr>
          </w:p>
        </w:tc>
      </w:tr>
      <w:tr w:rsidR="006F7457" w:rsidRPr="00DD284B">
        <w:tc>
          <w:tcPr>
            <w:tcW w:w="2880" w:type="dxa"/>
          </w:tcPr>
          <w:p w:rsidR="006F7457" w:rsidRDefault="00332DB8">
            <w:r>
              <w:t>1048.</w:t>
            </w:r>
          </w:p>
        </w:tc>
        <w:tc>
          <w:tcPr>
            <w:tcW w:w="2880" w:type="dxa"/>
          </w:tcPr>
          <w:p w:rsidR="006F7457" w:rsidRPr="00332DB8" w:rsidRDefault="00332DB8">
            <w:pPr>
              <w:rPr>
                <w:lang w:val="ru-RU"/>
              </w:rPr>
            </w:pPr>
            <w:r w:rsidRPr="00332DB8">
              <w:rPr>
                <w:lang w:val="ru-RU"/>
              </w:rPr>
              <w:t xml:space="preserve">Интернет-ресурс </w:t>
            </w:r>
            <w:r>
              <w:t>www</w:t>
            </w:r>
            <w:r w:rsidRPr="00332DB8">
              <w:rPr>
                <w:lang w:val="ru-RU"/>
              </w:rPr>
              <w:t>.</w:t>
            </w:r>
            <w:r>
              <w:t>resistance</w:t>
            </w:r>
            <w:r w:rsidRPr="00332DB8">
              <w:rPr>
                <w:lang w:val="ru-RU"/>
              </w:rPr>
              <w:t>88.</w:t>
            </w:r>
            <w:r>
              <w:t>com</w:t>
            </w:r>
            <w:r w:rsidRPr="00332DB8">
              <w:rPr>
                <w:lang w:val="ru-RU"/>
              </w:rPr>
              <w:t xml:space="preserve"> с содержащимися на нем информационными материалами (решение Советского районного суда города Липецка от 25.10.2011).</w:t>
            </w:r>
          </w:p>
        </w:tc>
        <w:tc>
          <w:tcPr>
            <w:tcW w:w="2880" w:type="dxa"/>
          </w:tcPr>
          <w:p w:rsidR="006F7457" w:rsidRPr="00332DB8" w:rsidRDefault="006F7457">
            <w:pPr>
              <w:rPr>
                <w:lang w:val="ru-RU"/>
              </w:rPr>
            </w:pPr>
          </w:p>
        </w:tc>
      </w:tr>
      <w:tr w:rsidR="006F7457" w:rsidRPr="00DD284B">
        <w:tc>
          <w:tcPr>
            <w:tcW w:w="2880" w:type="dxa"/>
          </w:tcPr>
          <w:p w:rsidR="006F7457" w:rsidRDefault="00332DB8">
            <w:r>
              <w:t>1049.</w:t>
            </w:r>
          </w:p>
        </w:tc>
        <w:tc>
          <w:tcPr>
            <w:tcW w:w="2880" w:type="dxa"/>
          </w:tcPr>
          <w:p w:rsidR="006F7457" w:rsidRPr="00332DB8" w:rsidRDefault="00332DB8">
            <w:pPr>
              <w:rPr>
                <w:lang w:val="ru-RU"/>
              </w:rPr>
            </w:pPr>
            <w:r w:rsidRPr="00332DB8">
              <w:rPr>
                <w:lang w:val="ru-RU"/>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1050.</w:t>
            </w:r>
          </w:p>
        </w:tc>
        <w:tc>
          <w:tcPr>
            <w:tcW w:w="2880" w:type="dxa"/>
          </w:tcPr>
          <w:p w:rsidR="006F7457" w:rsidRPr="00332DB8" w:rsidRDefault="00332DB8">
            <w:pPr>
              <w:rPr>
                <w:lang w:val="ru-RU"/>
              </w:rPr>
            </w:pPr>
            <w:r w:rsidRPr="00332DB8">
              <w:rPr>
                <w:lang w:val="ru-RU"/>
              </w:rPr>
              <w:t>Газета «Наша трибуна» № 32, январь 2005 года (решение Ленинского районного суда Санкт-Петербурга от 03.10.2011).</w:t>
            </w:r>
          </w:p>
        </w:tc>
        <w:tc>
          <w:tcPr>
            <w:tcW w:w="2880" w:type="dxa"/>
          </w:tcPr>
          <w:p w:rsidR="006F7457" w:rsidRPr="00332DB8" w:rsidRDefault="006F7457">
            <w:pPr>
              <w:rPr>
                <w:lang w:val="ru-RU"/>
              </w:rPr>
            </w:pPr>
          </w:p>
        </w:tc>
      </w:tr>
      <w:tr w:rsidR="006F7457" w:rsidRPr="00DD284B">
        <w:tc>
          <w:tcPr>
            <w:tcW w:w="2880" w:type="dxa"/>
          </w:tcPr>
          <w:p w:rsidR="006F7457" w:rsidRDefault="00332DB8">
            <w:r>
              <w:t>1051.</w:t>
            </w:r>
          </w:p>
        </w:tc>
        <w:tc>
          <w:tcPr>
            <w:tcW w:w="2880" w:type="dxa"/>
          </w:tcPr>
          <w:p w:rsidR="006F7457" w:rsidRPr="00332DB8" w:rsidRDefault="00332DB8">
            <w:pPr>
              <w:rPr>
                <w:lang w:val="ru-RU"/>
              </w:rPr>
            </w:pPr>
            <w:r w:rsidRPr="00332DB8">
              <w:rPr>
                <w:lang w:val="ru-RU"/>
              </w:rPr>
              <w:t>Газета «Наша трибуна» № 1 (49), январь 2006 года (решение Ленинского районного суда Санкт-Петербурга от 03.10.2011).</w:t>
            </w:r>
          </w:p>
        </w:tc>
        <w:tc>
          <w:tcPr>
            <w:tcW w:w="2880" w:type="dxa"/>
          </w:tcPr>
          <w:p w:rsidR="006F7457" w:rsidRPr="00332DB8" w:rsidRDefault="006F7457">
            <w:pPr>
              <w:rPr>
                <w:lang w:val="ru-RU"/>
              </w:rPr>
            </w:pPr>
          </w:p>
        </w:tc>
      </w:tr>
      <w:tr w:rsidR="006F7457" w:rsidRPr="00DD284B">
        <w:tc>
          <w:tcPr>
            <w:tcW w:w="2880" w:type="dxa"/>
          </w:tcPr>
          <w:p w:rsidR="006F7457" w:rsidRDefault="00332DB8">
            <w:r>
              <w:t>1052.</w:t>
            </w:r>
          </w:p>
        </w:tc>
        <w:tc>
          <w:tcPr>
            <w:tcW w:w="2880" w:type="dxa"/>
          </w:tcPr>
          <w:p w:rsidR="006F7457" w:rsidRPr="00332DB8" w:rsidRDefault="00332DB8">
            <w:pPr>
              <w:rPr>
                <w:lang w:val="ru-RU"/>
              </w:rPr>
            </w:pPr>
            <w:r w:rsidRPr="00332DB8">
              <w:rPr>
                <w:lang w:val="ru-RU"/>
              </w:rPr>
              <w:t>Газета «Наша трибуна» № 4 (52) сентябрь 2006 года (решение Ленинского районного суда Санкт-Петербурга от 03.10.2011).</w:t>
            </w:r>
          </w:p>
        </w:tc>
        <w:tc>
          <w:tcPr>
            <w:tcW w:w="2880" w:type="dxa"/>
          </w:tcPr>
          <w:p w:rsidR="006F7457" w:rsidRPr="00332DB8" w:rsidRDefault="006F7457">
            <w:pPr>
              <w:rPr>
                <w:lang w:val="ru-RU"/>
              </w:rPr>
            </w:pPr>
          </w:p>
        </w:tc>
      </w:tr>
      <w:tr w:rsidR="006F7457" w:rsidRPr="00DD284B">
        <w:tc>
          <w:tcPr>
            <w:tcW w:w="2880" w:type="dxa"/>
          </w:tcPr>
          <w:p w:rsidR="006F7457" w:rsidRDefault="00332DB8">
            <w:r>
              <w:t>1053.</w:t>
            </w:r>
          </w:p>
        </w:tc>
        <w:tc>
          <w:tcPr>
            <w:tcW w:w="2880" w:type="dxa"/>
          </w:tcPr>
          <w:p w:rsidR="006F7457" w:rsidRPr="00332DB8" w:rsidRDefault="00332DB8">
            <w:pPr>
              <w:rPr>
                <w:lang w:val="ru-RU"/>
              </w:rPr>
            </w:pPr>
            <w:r w:rsidRPr="00332DB8">
              <w:rPr>
                <w:lang w:val="ru-RU"/>
              </w:rPr>
              <w:t>Газета «Наша трибуна» № 1 (54), январь 2007 года (решение Ленинского районного суда Санкт-Петербурга от 03.10.2011).</w:t>
            </w:r>
          </w:p>
        </w:tc>
        <w:tc>
          <w:tcPr>
            <w:tcW w:w="2880" w:type="dxa"/>
          </w:tcPr>
          <w:p w:rsidR="006F7457" w:rsidRPr="00332DB8" w:rsidRDefault="006F7457">
            <w:pPr>
              <w:rPr>
                <w:lang w:val="ru-RU"/>
              </w:rPr>
            </w:pPr>
          </w:p>
        </w:tc>
      </w:tr>
      <w:tr w:rsidR="006F7457" w:rsidRPr="00DD284B">
        <w:tc>
          <w:tcPr>
            <w:tcW w:w="2880" w:type="dxa"/>
          </w:tcPr>
          <w:p w:rsidR="006F7457" w:rsidRDefault="00332DB8">
            <w:r>
              <w:t>1054.</w:t>
            </w:r>
          </w:p>
        </w:tc>
        <w:tc>
          <w:tcPr>
            <w:tcW w:w="2880" w:type="dxa"/>
          </w:tcPr>
          <w:p w:rsidR="006F7457" w:rsidRPr="00332DB8" w:rsidRDefault="00332DB8">
            <w:pPr>
              <w:rPr>
                <w:lang w:val="ru-RU"/>
              </w:rPr>
            </w:pPr>
            <w:r w:rsidRPr="00332DB8">
              <w:rPr>
                <w:lang w:val="ru-RU"/>
              </w:rPr>
              <w:t>Газета «Русский фронт Московии» № 8-9, 2005 года (решение Ленинского районного суда Санкт-Петербурга от 03.10.2011).</w:t>
            </w:r>
          </w:p>
        </w:tc>
        <w:tc>
          <w:tcPr>
            <w:tcW w:w="2880" w:type="dxa"/>
          </w:tcPr>
          <w:p w:rsidR="006F7457" w:rsidRPr="00332DB8" w:rsidRDefault="006F7457">
            <w:pPr>
              <w:rPr>
                <w:lang w:val="ru-RU"/>
              </w:rPr>
            </w:pPr>
          </w:p>
        </w:tc>
      </w:tr>
      <w:tr w:rsidR="006F7457" w:rsidRPr="00DD284B">
        <w:tc>
          <w:tcPr>
            <w:tcW w:w="2880" w:type="dxa"/>
          </w:tcPr>
          <w:p w:rsidR="006F7457" w:rsidRDefault="00332DB8">
            <w:r>
              <w:t>105</w:t>
            </w:r>
            <w:r>
              <w:lastRenderedPageBreak/>
              <w:t>5.</w:t>
            </w:r>
          </w:p>
        </w:tc>
        <w:tc>
          <w:tcPr>
            <w:tcW w:w="2880" w:type="dxa"/>
          </w:tcPr>
          <w:p w:rsidR="006F7457" w:rsidRPr="00332DB8" w:rsidRDefault="00332DB8">
            <w:pPr>
              <w:rPr>
                <w:lang w:val="ru-RU"/>
              </w:rPr>
            </w:pPr>
            <w:r w:rsidRPr="00332DB8">
              <w:rPr>
                <w:lang w:val="ru-RU"/>
              </w:rPr>
              <w:lastRenderedPageBreak/>
              <w:t>Газета «Русский фронт Московии» № 10-11, 2005 года (решение Ленинского районного суда Санкт-Петербурга от 03.10.2011).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1056.</w:t>
            </w:r>
          </w:p>
        </w:tc>
        <w:tc>
          <w:tcPr>
            <w:tcW w:w="2880" w:type="dxa"/>
          </w:tcPr>
          <w:p w:rsidR="006F7457" w:rsidRPr="00332DB8" w:rsidRDefault="00332DB8">
            <w:pPr>
              <w:rPr>
                <w:lang w:val="ru-RU"/>
              </w:rPr>
            </w:pPr>
            <w:r w:rsidRPr="00332DB8">
              <w:rPr>
                <w:lang w:val="ru-RU"/>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2880" w:type="dxa"/>
          </w:tcPr>
          <w:p w:rsidR="006F7457" w:rsidRPr="00332DB8" w:rsidRDefault="006F7457">
            <w:pPr>
              <w:rPr>
                <w:lang w:val="ru-RU"/>
              </w:rPr>
            </w:pPr>
          </w:p>
        </w:tc>
      </w:tr>
      <w:tr w:rsidR="006F7457" w:rsidRPr="00DD284B">
        <w:tc>
          <w:tcPr>
            <w:tcW w:w="2880" w:type="dxa"/>
          </w:tcPr>
          <w:p w:rsidR="006F7457" w:rsidRDefault="00332DB8">
            <w:r>
              <w:t>1057.</w:t>
            </w:r>
          </w:p>
        </w:tc>
        <w:tc>
          <w:tcPr>
            <w:tcW w:w="2880" w:type="dxa"/>
          </w:tcPr>
          <w:p w:rsidR="006F7457" w:rsidRPr="00332DB8" w:rsidRDefault="00332DB8">
            <w:pPr>
              <w:rPr>
                <w:lang w:val="ru-RU"/>
              </w:rPr>
            </w:pPr>
            <w:r w:rsidRPr="00332DB8">
              <w:rPr>
                <w:lang w:val="ru-RU"/>
              </w:rPr>
              <w:t>Газета «Резонанс» № 4, июнь 2006 года (решение Ленинского районного суда Санкт-Петербурга от 03.10.2011).</w:t>
            </w:r>
          </w:p>
        </w:tc>
        <w:tc>
          <w:tcPr>
            <w:tcW w:w="2880" w:type="dxa"/>
          </w:tcPr>
          <w:p w:rsidR="006F7457" w:rsidRPr="00332DB8" w:rsidRDefault="006F7457">
            <w:pPr>
              <w:rPr>
                <w:lang w:val="ru-RU"/>
              </w:rPr>
            </w:pPr>
          </w:p>
        </w:tc>
      </w:tr>
      <w:tr w:rsidR="006F7457" w:rsidRPr="00DD284B">
        <w:tc>
          <w:tcPr>
            <w:tcW w:w="2880" w:type="dxa"/>
          </w:tcPr>
          <w:p w:rsidR="006F7457" w:rsidRDefault="00332DB8">
            <w:r>
              <w:t>1058.</w:t>
            </w:r>
          </w:p>
        </w:tc>
        <w:tc>
          <w:tcPr>
            <w:tcW w:w="2880" w:type="dxa"/>
          </w:tcPr>
          <w:p w:rsidR="006F7457" w:rsidRPr="00332DB8" w:rsidRDefault="00332DB8">
            <w:pPr>
              <w:rPr>
                <w:lang w:val="ru-RU"/>
              </w:rPr>
            </w:pPr>
            <w:r w:rsidRPr="00332DB8">
              <w:rPr>
                <w:lang w:val="ru-RU"/>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2880" w:type="dxa"/>
          </w:tcPr>
          <w:p w:rsidR="006F7457" w:rsidRPr="00332DB8" w:rsidRDefault="006F7457">
            <w:pPr>
              <w:rPr>
                <w:lang w:val="ru-RU"/>
              </w:rPr>
            </w:pPr>
          </w:p>
        </w:tc>
      </w:tr>
      <w:tr w:rsidR="006F7457" w:rsidRPr="00DD284B">
        <w:tc>
          <w:tcPr>
            <w:tcW w:w="2880" w:type="dxa"/>
          </w:tcPr>
          <w:p w:rsidR="006F7457" w:rsidRDefault="00332DB8">
            <w:r>
              <w:t>1059.</w:t>
            </w:r>
          </w:p>
        </w:tc>
        <w:tc>
          <w:tcPr>
            <w:tcW w:w="2880" w:type="dxa"/>
          </w:tcPr>
          <w:p w:rsidR="006F7457" w:rsidRPr="00332DB8" w:rsidRDefault="00332DB8">
            <w:pPr>
              <w:rPr>
                <w:lang w:val="ru-RU"/>
              </w:rPr>
            </w:pPr>
            <w:r w:rsidRPr="00332DB8">
              <w:rPr>
                <w:lang w:val="ru-RU"/>
              </w:rPr>
              <w:t>Листовка «Катехизис кавказца в России» (решение Тушинского районного суда города Москвы от 29.08.2011).</w:t>
            </w:r>
          </w:p>
        </w:tc>
        <w:tc>
          <w:tcPr>
            <w:tcW w:w="2880" w:type="dxa"/>
          </w:tcPr>
          <w:p w:rsidR="006F7457" w:rsidRPr="00332DB8" w:rsidRDefault="006F7457">
            <w:pPr>
              <w:rPr>
                <w:lang w:val="ru-RU"/>
              </w:rPr>
            </w:pPr>
          </w:p>
        </w:tc>
      </w:tr>
      <w:tr w:rsidR="006F7457" w:rsidRPr="00DD284B">
        <w:tc>
          <w:tcPr>
            <w:tcW w:w="2880" w:type="dxa"/>
          </w:tcPr>
          <w:p w:rsidR="006F7457" w:rsidRDefault="00332DB8">
            <w:r>
              <w:t>1060.</w:t>
            </w:r>
          </w:p>
        </w:tc>
        <w:tc>
          <w:tcPr>
            <w:tcW w:w="2880" w:type="dxa"/>
          </w:tcPr>
          <w:p w:rsidR="006F7457" w:rsidRPr="00332DB8" w:rsidRDefault="00332DB8">
            <w:pPr>
              <w:rPr>
                <w:lang w:val="ru-RU"/>
              </w:rPr>
            </w:pPr>
            <w:r w:rsidRPr="00332DB8">
              <w:rPr>
                <w:lang w:val="ru-RU"/>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1061.</w:t>
            </w:r>
          </w:p>
        </w:tc>
        <w:tc>
          <w:tcPr>
            <w:tcW w:w="2880" w:type="dxa"/>
          </w:tcPr>
          <w:p w:rsidR="006F7457" w:rsidRPr="00332DB8" w:rsidRDefault="00332DB8">
            <w:pPr>
              <w:rPr>
                <w:lang w:val="ru-RU"/>
              </w:rPr>
            </w:pPr>
            <w:r w:rsidRPr="00332DB8">
              <w:rPr>
                <w:lang w:val="ru-RU"/>
              </w:rPr>
              <w:t xml:space="preserve">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w:t>
            </w:r>
            <w:r>
              <w:t>http</w:t>
            </w:r>
            <w:r w:rsidRPr="00332DB8">
              <w:rPr>
                <w:lang w:val="ru-RU"/>
              </w:rPr>
              <w:t>://</w:t>
            </w:r>
            <w:r>
              <w:t>kavkazcenter</w:t>
            </w:r>
            <w:r w:rsidRPr="00332DB8">
              <w:rPr>
                <w:lang w:val="ru-RU"/>
              </w:rPr>
              <w:t>.</w:t>
            </w:r>
            <w:r>
              <w:t>com</w:t>
            </w:r>
            <w:r w:rsidRPr="00332DB8">
              <w:rPr>
                <w:lang w:val="ru-RU"/>
              </w:rPr>
              <w:t>/</w:t>
            </w:r>
            <w:r>
              <w:t>russ</w:t>
            </w:r>
            <w:r w:rsidRPr="00332DB8">
              <w:rPr>
                <w:lang w:val="ru-RU"/>
              </w:rPr>
              <w:t>/</w:t>
            </w:r>
            <w:r>
              <w:t>content</w:t>
            </w:r>
            <w:r w:rsidRPr="00332DB8">
              <w:rPr>
                <w:lang w:val="ru-RU"/>
              </w:rPr>
              <w:t>/2011/ 02/78726.</w:t>
            </w:r>
            <w:r>
              <w:t>shtml</w:t>
            </w:r>
            <w:r w:rsidRPr="00332DB8">
              <w:rPr>
                <w:lang w:val="ru-RU"/>
              </w:rPr>
              <w:t xml:space="preserve"> (решение Кировского районного суда г. Уфы от 17.11.2011).</w:t>
            </w:r>
          </w:p>
        </w:tc>
        <w:tc>
          <w:tcPr>
            <w:tcW w:w="2880" w:type="dxa"/>
          </w:tcPr>
          <w:p w:rsidR="006F7457" w:rsidRPr="00332DB8" w:rsidRDefault="006F7457">
            <w:pPr>
              <w:rPr>
                <w:lang w:val="ru-RU"/>
              </w:rPr>
            </w:pPr>
          </w:p>
        </w:tc>
      </w:tr>
      <w:tr w:rsidR="006F7457" w:rsidRPr="00DD284B">
        <w:tc>
          <w:tcPr>
            <w:tcW w:w="2880" w:type="dxa"/>
          </w:tcPr>
          <w:p w:rsidR="006F7457" w:rsidRDefault="00332DB8">
            <w:r>
              <w:t>1062.</w:t>
            </w:r>
          </w:p>
        </w:tc>
        <w:tc>
          <w:tcPr>
            <w:tcW w:w="2880" w:type="dxa"/>
          </w:tcPr>
          <w:p w:rsidR="006F7457" w:rsidRPr="00332DB8" w:rsidRDefault="00332DB8">
            <w:pPr>
              <w:rPr>
                <w:lang w:val="ru-RU"/>
              </w:rPr>
            </w:pPr>
            <w:r w:rsidRPr="00332DB8">
              <w:rPr>
                <w:lang w:val="ru-RU"/>
              </w:rPr>
              <w:t xml:space="preserve">Шестой комментарий к статье «Крик души башкирской женщины» под ником </w:t>
            </w:r>
            <w:r>
              <w:t>Ildar</w:t>
            </w:r>
            <w:r w:rsidRPr="00332DB8">
              <w:rPr>
                <w:lang w:val="ru-RU"/>
              </w:rPr>
              <w:t xml:space="preserve"> (размещенный 16 сентября 2010 в 19:21), расположенный по электронному адресу сети Интернет </w:t>
            </w:r>
            <w:r>
              <w:t>http</w:t>
            </w:r>
            <w:r w:rsidRPr="00332DB8">
              <w:rPr>
                <w:lang w:val="ru-RU"/>
              </w:rPr>
              <w:t>://</w:t>
            </w:r>
            <w:r>
              <w:t>kyk</w:t>
            </w:r>
            <w:r w:rsidRPr="00332DB8">
              <w:rPr>
                <w:lang w:val="ru-RU"/>
              </w:rPr>
              <w:t>-</w:t>
            </w:r>
            <w:r>
              <w:t>byre</w:t>
            </w:r>
            <w:r w:rsidRPr="00332DB8">
              <w:rPr>
                <w:lang w:val="ru-RU"/>
              </w:rPr>
              <w:t>.</w:t>
            </w:r>
            <w:r>
              <w:t>ru</w:t>
            </w:r>
            <w:r w:rsidRPr="00332DB8">
              <w:rPr>
                <w:lang w:val="ru-RU"/>
              </w:rPr>
              <w:t>/188-</w:t>
            </w:r>
            <w:r>
              <w:t>krik</w:t>
            </w:r>
            <w:r w:rsidRPr="00332DB8">
              <w:rPr>
                <w:lang w:val="ru-RU"/>
              </w:rPr>
              <w:t>-</w:t>
            </w:r>
            <w:r>
              <w:t>dushi</w:t>
            </w:r>
            <w:r w:rsidRPr="00332DB8">
              <w:rPr>
                <w:lang w:val="ru-RU"/>
              </w:rPr>
              <w:t>-</w:t>
            </w:r>
            <w:r>
              <w:t>bashkirskoj</w:t>
            </w:r>
            <w:r w:rsidRPr="00332DB8">
              <w:rPr>
                <w:lang w:val="ru-RU"/>
              </w:rPr>
              <w:t>-</w:t>
            </w:r>
            <w:r>
              <w:t>zenshhiny</w:t>
            </w:r>
            <w:r w:rsidRPr="00332DB8">
              <w:rPr>
                <w:lang w:val="ru-RU"/>
              </w:rPr>
              <w:t>.</w:t>
            </w:r>
            <w:r>
              <w:t>html</w:t>
            </w:r>
            <w:r w:rsidRPr="00332DB8">
              <w:rPr>
                <w:lang w:val="ru-RU"/>
              </w:rPr>
              <w:t>» (решение Кировского районного суда г.Уфы от 08.07.2011).</w:t>
            </w:r>
          </w:p>
        </w:tc>
        <w:tc>
          <w:tcPr>
            <w:tcW w:w="2880" w:type="dxa"/>
          </w:tcPr>
          <w:p w:rsidR="006F7457" w:rsidRPr="00332DB8" w:rsidRDefault="006F7457">
            <w:pPr>
              <w:rPr>
                <w:lang w:val="ru-RU"/>
              </w:rPr>
            </w:pPr>
          </w:p>
        </w:tc>
      </w:tr>
      <w:tr w:rsidR="006F7457" w:rsidRPr="00DD284B">
        <w:tc>
          <w:tcPr>
            <w:tcW w:w="2880" w:type="dxa"/>
          </w:tcPr>
          <w:p w:rsidR="006F7457" w:rsidRDefault="00332DB8">
            <w:r>
              <w:t>1063.</w:t>
            </w:r>
          </w:p>
        </w:tc>
        <w:tc>
          <w:tcPr>
            <w:tcW w:w="2880" w:type="dxa"/>
          </w:tcPr>
          <w:p w:rsidR="006F7457" w:rsidRPr="00332DB8" w:rsidRDefault="00332DB8">
            <w:pPr>
              <w:rPr>
                <w:lang w:val="ru-RU"/>
              </w:rPr>
            </w:pPr>
            <w:r w:rsidRPr="00332DB8">
              <w:rPr>
                <w:lang w:val="ru-RU"/>
              </w:rPr>
              <w:t xml:space="preserve">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w:t>
            </w:r>
            <w:r>
              <w:t>http</w:t>
            </w:r>
            <w:r w:rsidRPr="00332DB8">
              <w:rPr>
                <w:lang w:val="ru-RU"/>
              </w:rPr>
              <w:t>://</w:t>
            </w:r>
            <w:r>
              <w:t>kavkazcenter</w:t>
            </w:r>
            <w:r w:rsidRPr="00332DB8">
              <w:rPr>
                <w:lang w:val="ru-RU"/>
              </w:rPr>
              <w:t>.</w:t>
            </w:r>
            <w:r>
              <w:t>com</w:t>
            </w:r>
            <w:r w:rsidRPr="00332DB8">
              <w:rPr>
                <w:lang w:val="ru-RU"/>
              </w:rPr>
              <w:t>/</w:t>
            </w:r>
            <w:r>
              <w:t>russ</w:t>
            </w:r>
            <w:r w:rsidRPr="00332DB8">
              <w:rPr>
                <w:lang w:val="ru-RU"/>
              </w:rPr>
              <w:t>/</w:t>
            </w:r>
            <w:r>
              <w:t>content</w:t>
            </w:r>
            <w:r w:rsidRPr="00332DB8">
              <w:rPr>
                <w:lang w:val="ru-RU"/>
              </w:rPr>
              <w:t>/2011/01/09/78000.</w:t>
            </w:r>
            <w:r>
              <w:t>shtml</w:t>
            </w:r>
            <w:r w:rsidRPr="00332DB8">
              <w:rPr>
                <w:lang w:val="ru-RU"/>
              </w:rPr>
              <w:t xml:space="preserve"> (решение Кировского районного суда г. Уфы от 17.11.2011).</w:t>
            </w:r>
          </w:p>
        </w:tc>
        <w:tc>
          <w:tcPr>
            <w:tcW w:w="2880" w:type="dxa"/>
          </w:tcPr>
          <w:p w:rsidR="006F7457" w:rsidRPr="00332DB8" w:rsidRDefault="006F7457">
            <w:pPr>
              <w:rPr>
                <w:lang w:val="ru-RU"/>
              </w:rPr>
            </w:pPr>
          </w:p>
        </w:tc>
      </w:tr>
      <w:tr w:rsidR="006F7457" w:rsidRPr="00DD284B">
        <w:tc>
          <w:tcPr>
            <w:tcW w:w="2880" w:type="dxa"/>
          </w:tcPr>
          <w:p w:rsidR="006F7457" w:rsidRDefault="00332DB8">
            <w:r>
              <w:t>1064.</w:t>
            </w:r>
          </w:p>
        </w:tc>
        <w:tc>
          <w:tcPr>
            <w:tcW w:w="2880" w:type="dxa"/>
          </w:tcPr>
          <w:p w:rsidR="006F7457" w:rsidRPr="00332DB8" w:rsidRDefault="00332DB8">
            <w:pPr>
              <w:rPr>
                <w:lang w:val="ru-RU"/>
              </w:rPr>
            </w:pPr>
            <w:r w:rsidRPr="00332DB8">
              <w:rPr>
                <w:lang w:val="ru-RU"/>
              </w:rPr>
              <w:t>Видеофайл «Временами.</w:t>
            </w:r>
            <w:r>
              <w:t>flv</w:t>
            </w:r>
            <w:r w:rsidRPr="00332DB8">
              <w:rPr>
                <w:lang w:val="ru-RU"/>
              </w:rPr>
              <w:t xml:space="preserve">», размещенный в международной компьютерной сети Интернет на сайте </w:t>
            </w:r>
            <w:r>
              <w:t>http</w:t>
            </w:r>
            <w:r w:rsidRPr="00332DB8">
              <w:rPr>
                <w:lang w:val="ru-RU"/>
              </w:rPr>
              <w:t>://</w:t>
            </w:r>
            <w:r>
              <w:t>j</w:t>
            </w:r>
            <w:r w:rsidRPr="00332DB8">
              <w:rPr>
                <w:lang w:val="ru-RU"/>
              </w:rPr>
              <w:t>-</w:t>
            </w:r>
            <w:r>
              <w:t>net</w:t>
            </w:r>
            <w:r w:rsidRPr="00332DB8">
              <w:rPr>
                <w:lang w:val="ru-RU"/>
              </w:rPr>
              <w:t>.</w:t>
            </w:r>
            <w:r>
              <w:t>ru</w:t>
            </w:r>
            <w:r w:rsidRPr="00332DB8">
              <w:rPr>
                <w:lang w:val="ru-RU"/>
              </w:rPr>
              <w:t xml:space="preserve"> (решение Советского районного суда г. Нижнего Новгорода от 27.10.2011).</w:t>
            </w:r>
          </w:p>
        </w:tc>
        <w:tc>
          <w:tcPr>
            <w:tcW w:w="2880" w:type="dxa"/>
          </w:tcPr>
          <w:p w:rsidR="006F7457" w:rsidRPr="00332DB8" w:rsidRDefault="006F7457">
            <w:pPr>
              <w:rPr>
                <w:lang w:val="ru-RU"/>
              </w:rPr>
            </w:pPr>
          </w:p>
        </w:tc>
      </w:tr>
      <w:tr w:rsidR="006F7457" w:rsidRPr="00DD284B">
        <w:tc>
          <w:tcPr>
            <w:tcW w:w="2880" w:type="dxa"/>
          </w:tcPr>
          <w:p w:rsidR="006F7457" w:rsidRDefault="00332DB8">
            <w:r>
              <w:t>1065.</w:t>
            </w:r>
          </w:p>
        </w:tc>
        <w:tc>
          <w:tcPr>
            <w:tcW w:w="2880" w:type="dxa"/>
          </w:tcPr>
          <w:p w:rsidR="006F7457" w:rsidRPr="00332DB8" w:rsidRDefault="00332DB8">
            <w:pPr>
              <w:rPr>
                <w:lang w:val="ru-RU"/>
              </w:rPr>
            </w:pPr>
            <w:r w:rsidRPr="00332DB8">
              <w:rPr>
                <w:lang w:val="ru-RU"/>
              </w:rPr>
              <w:t>Видеофайл «На сердце тоска.</w:t>
            </w:r>
            <w:r>
              <w:t>flv</w:t>
            </w:r>
            <w:r w:rsidRPr="00332DB8">
              <w:rPr>
                <w:lang w:val="ru-RU"/>
              </w:rPr>
              <w:t xml:space="preserve">», размещенный в международной компьютерной сети Интернет на сайте </w:t>
            </w:r>
            <w:r>
              <w:t>http</w:t>
            </w:r>
            <w:r w:rsidRPr="00332DB8">
              <w:rPr>
                <w:lang w:val="ru-RU"/>
              </w:rPr>
              <w:t>://</w:t>
            </w:r>
            <w:r>
              <w:t>j</w:t>
            </w:r>
            <w:r w:rsidRPr="00332DB8">
              <w:rPr>
                <w:lang w:val="ru-RU"/>
              </w:rPr>
              <w:t>-</w:t>
            </w:r>
            <w:r>
              <w:t>net</w:t>
            </w:r>
            <w:r w:rsidRPr="00332DB8">
              <w:rPr>
                <w:lang w:val="ru-RU"/>
              </w:rPr>
              <w:t>.</w:t>
            </w:r>
            <w:r>
              <w:t>ru</w:t>
            </w:r>
            <w:r w:rsidRPr="00332DB8">
              <w:rPr>
                <w:lang w:val="ru-RU"/>
              </w:rPr>
              <w:t xml:space="preserve"> (решение Советского районного суда г. Нижнего Новгорода от 27.10.2011).</w:t>
            </w:r>
          </w:p>
        </w:tc>
        <w:tc>
          <w:tcPr>
            <w:tcW w:w="2880" w:type="dxa"/>
          </w:tcPr>
          <w:p w:rsidR="006F7457" w:rsidRPr="00332DB8" w:rsidRDefault="006F7457">
            <w:pPr>
              <w:rPr>
                <w:lang w:val="ru-RU"/>
              </w:rPr>
            </w:pPr>
          </w:p>
        </w:tc>
      </w:tr>
      <w:tr w:rsidR="006F7457" w:rsidRPr="00DD284B">
        <w:tc>
          <w:tcPr>
            <w:tcW w:w="2880" w:type="dxa"/>
          </w:tcPr>
          <w:p w:rsidR="006F7457" w:rsidRDefault="00332DB8">
            <w:r>
              <w:t>106</w:t>
            </w:r>
            <w:r>
              <w:lastRenderedPageBreak/>
              <w:t>6.</w:t>
            </w:r>
          </w:p>
        </w:tc>
        <w:tc>
          <w:tcPr>
            <w:tcW w:w="2880" w:type="dxa"/>
          </w:tcPr>
          <w:p w:rsidR="006F7457" w:rsidRPr="00332DB8" w:rsidRDefault="00332DB8">
            <w:pPr>
              <w:rPr>
                <w:lang w:val="ru-RU"/>
              </w:rPr>
            </w:pPr>
            <w:r w:rsidRPr="00332DB8">
              <w:rPr>
                <w:lang w:val="ru-RU"/>
              </w:rPr>
              <w:lastRenderedPageBreak/>
              <w:t>Видеофайл «</w:t>
            </w:r>
            <w:r>
              <w:t>ony</w:t>
            </w:r>
            <w:r w:rsidRPr="00332DB8">
              <w:rPr>
                <w:lang w:val="ru-RU"/>
              </w:rPr>
              <w:t xml:space="preserve"> </w:t>
            </w:r>
            <w:r>
              <w:t>drygue</w:t>
            </w:r>
            <w:r w:rsidRPr="00332DB8">
              <w:rPr>
                <w:lang w:val="ru-RU"/>
              </w:rPr>
              <w:t>.</w:t>
            </w:r>
            <w:r>
              <w:t>flv</w:t>
            </w:r>
            <w:r w:rsidRPr="00332DB8">
              <w:rPr>
                <w:lang w:val="ru-RU"/>
              </w:rPr>
              <w:t xml:space="preserve">», размещенный в международной компьютерной сети Интернет на сайте </w:t>
            </w:r>
            <w:r>
              <w:t>http</w:t>
            </w:r>
            <w:r w:rsidRPr="00332DB8">
              <w:rPr>
                <w:lang w:val="ru-RU"/>
              </w:rPr>
              <w:t>://</w:t>
            </w:r>
            <w:r>
              <w:t>j</w:t>
            </w:r>
            <w:r w:rsidRPr="00332DB8">
              <w:rPr>
                <w:lang w:val="ru-RU"/>
              </w:rPr>
              <w:t>-</w:t>
            </w:r>
            <w:r>
              <w:t>net</w:t>
            </w:r>
            <w:r w:rsidRPr="00332DB8">
              <w:rPr>
                <w:lang w:val="ru-RU"/>
              </w:rPr>
              <w:t>.</w:t>
            </w:r>
            <w:r>
              <w:t>ru</w:t>
            </w:r>
            <w:r w:rsidRPr="00332DB8">
              <w:rPr>
                <w:lang w:val="ru-RU"/>
              </w:rPr>
              <w:t xml:space="preserve"> (решение Советского районного суда г. Нижнего Новгорода от 27.10.2011).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1067.</w:t>
            </w:r>
          </w:p>
        </w:tc>
        <w:tc>
          <w:tcPr>
            <w:tcW w:w="2880" w:type="dxa"/>
          </w:tcPr>
          <w:p w:rsidR="006F7457" w:rsidRPr="00332DB8" w:rsidRDefault="00332DB8">
            <w:pPr>
              <w:rPr>
                <w:lang w:val="ru-RU"/>
              </w:rPr>
            </w:pPr>
            <w:r w:rsidRPr="00332DB8">
              <w:rPr>
                <w:lang w:val="ru-RU"/>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2880" w:type="dxa"/>
          </w:tcPr>
          <w:p w:rsidR="006F7457" w:rsidRPr="00332DB8" w:rsidRDefault="006F7457">
            <w:pPr>
              <w:rPr>
                <w:lang w:val="ru-RU"/>
              </w:rPr>
            </w:pPr>
          </w:p>
        </w:tc>
      </w:tr>
      <w:tr w:rsidR="006F7457" w:rsidRPr="00DD284B">
        <w:tc>
          <w:tcPr>
            <w:tcW w:w="2880" w:type="dxa"/>
          </w:tcPr>
          <w:p w:rsidR="006F7457" w:rsidRDefault="00332DB8">
            <w:r>
              <w:t>1068.</w:t>
            </w:r>
          </w:p>
        </w:tc>
        <w:tc>
          <w:tcPr>
            <w:tcW w:w="2880" w:type="dxa"/>
          </w:tcPr>
          <w:p w:rsidR="006F7457" w:rsidRPr="00332DB8" w:rsidRDefault="00332DB8">
            <w:pPr>
              <w:rPr>
                <w:lang w:val="ru-RU"/>
              </w:rPr>
            </w:pPr>
            <w:r w:rsidRPr="00332DB8">
              <w:rPr>
                <w:lang w:val="ru-RU"/>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2880" w:type="dxa"/>
          </w:tcPr>
          <w:p w:rsidR="006F7457" w:rsidRPr="00332DB8" w:rsidRDefault="006F7457">
            <w:pPr>
              <w:rPr>
                <w:lang w:val="ru-RU"/>
              </w:rPr>
            </w:pPr>
          </w:p>
        </w:tc>
      </w:tr>
      <w:tr w:rsidR="006F7457" w:rsidRPr="00DD284B">
        <w:tc>
          <w:tcPr>
            <w:tcW w:w="2880" w:type="dxa"/>
          </w:tcPr>
          <w:p w:rsidR="006F7457" w:rsidRDefault="00332DB8">
            <w:r>
              <w:t>1069.</w:t>
            </w:r>
          </w:p>
        </w:tc>
        <w:tc>
          <w:tcPr>
            <w:tcW w:w="2880" w:type="dxa"/>
          </w:tcPr>
          <w:p w:rsidR="006F7457" w:rsidRPr="00332DB8" w:rsidRDefault="00332DB8">
            <w:pPr>
              <w:rPr>
                <w:lang w:val="ru-RU"/>
              </w:rPr>
            </w:pPr>
            <w:r w:rsidRPr="00332DB8">
              <w:rPr>
                <w:lang w:val="ru-RU"/>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2880" w:type="dxa"/>
          </w:tcPr>
          <w:p w:rsidR="006F7457" w:rsidRPr="00332DB8" w:rsidRDefault="006F7457">
            <w:pPr>
              <w:rPr>
                <w:lang w:val="ru-RU"/>
              </w:rPr>
            </w:pPr>
          </w:p>
        </w:tc>
      </w:tr>
      <w:tr w:rsidR="006F7457" w:rsidRPr="00DD284B">
        <w:tc>
          <w:tcPr>
            <w:tcW w:w="2880" w:type="dxa"/>
          </w:tcPr>
          <w:p w:rsidR="006F7457" w:rsidRDefault="00332DB8">
            <w:r>
              <w:t>1070.</w:t>
            </w:r>
          </w:p>
        </w:tc>
        <w:tc>
          <w:tcPr>
            <w:tcW w:w="2880" w:type="dxa"/>
          </w:tcPr>
          <w:p w:rsidR="006F7457" w:rsidRPr="00332DB8" w:rsidRDefault="00332DB8">
            <w:pPr>
              <w:rPr>
                <w:lang w:val="ru-RU"/>
              </w:rPr>
            </w:pPr>
            <w:r w:rsidRPr="00332DB8">
              <w:rPr>
                <w:lang w:val="ru-RU"/>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2880" w:type="dxa"/>
          </w:tcPr>
          <w:p w:rsidR="006F7457" w:rsidRPr="00332DB8" w:rsidRDefault="006F7457">
            <w:pPr>
              <w:rPr>
                <w:lang w:val="ru-RU"/>
              </w:rPr>
            </w:pPr>
          </w:p>
        </w:tc>
      </w:tr>
      <w:tr w:rsidR="006F7457" w:rsidRPr="00DD284B">
        <w:tc>
          <w:tcPr>
            <w:tcW w:w="2880" w:type="dxa"/>
          </w:tcPr>
          <w:p w:rsidR="006F7457" w:rsidRDefault="00332DB8">
            <w:r>
              <w:t>1071.</w:t>
            </w:r>
          </w:p>
        </w:tc>
        <w:tc>
          <w:tcPr>
            <w:tcW w:w="2880" w:type="dxa"/>
          </w:tcPr>
          <w:p w:rsidR="006F7457" w:rsidRPr="00332DB8" w:rsidRDefault="00332DB8">
            <w:pPr>
              <w:rPr>
                <w:lang w:val="ru-RU"/>
              </w:rPr>
            </w:pPr>
            <w:r w:rsidRPr="00332DB8">
              <w:rPr>
                <w:lang w:val="ru-RU"/>
              </w:rPr>
              <w:t>Статья под названием «Обращение командования муджахидов вилаята Г</w:t>
            </w:r>
            <w:r>
              <w:t>I</w:t>
            </w:r>
            <w:r w:rsidRPr="00332DB8">
              <w:rPr>
                <w:lang w:val="ru-RU"/>
              </w:rPr>
              <w:t>алг</w:t>
            </w:r>
            <w:r>
              <w:t>I</w:t>
            </w:r>
            <w:r w:rsidRPr="00332DB8">
              <w:rPr>
                <w:lang w:val="ru-RU"/>
              </w:rPr>
              <w:t xml:space="preserve">айче», опубликованная 31 марта 2010 года на сайте </w:t>
            </w:r>
            <w:r>
              <w:t>http</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31.05.2011).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1072.</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ipvnews</w:t>
            </w:r>
            <w:r w:rsidRPr="00332DB8">
              <w:rPr>
                <w:lang w:val="ru-RU"/>
              </w:rPr>
              <w:t>.</w:t>
            </w:r>
            <w:r>
              <w:t>org</w:t>
            </w:r>
            <w:r w:rsidRPr="00332DB8">
              <w:rPr>
                <w:lang w:val="ru-RU"/>
              </w:rPr>
              <w:t>/ (решение Октябрьского городского суда Республики Башкортостан от 25.10.2011).</w:t>
            </w:r>
          </w:p>
        </w:tc>
        <w:tc>
          <w:tcPr>
            <w:tcW w:w="2880" w:type="dxa"/>
          </w:tcPr>
          <w:p w:rsidR="006F7457" w:rsidRPr="00332DB8" w:rsidRDefault="006F7457">
            <w:pPr>
              <w:rPr>
                <w:lang w:val="ru-RU"/>
              </w:rPr>
            </w:pPr>
          </w:p>
        </w:tc>
      </w:tr>
      <w:tr w:rsidR="006F7457" w:rsidRPr="00DD284B">
        <w:tc>
          <w:tcPr>
            <w:tcW w:w="2880" w:type="dxa"/>
          </w:tcPr>
          <w:p w:rsidR="006F7457" w:rsidRDefault="00332DB8">
            <w:r>
              <w:t>1073.</w:t>
            </w:r>
          </w:p>
        </w:tc>
        <w:tc>
          <w:tcPr>
            <w:tcW w:w="2880" w:type="dxa"/>
          </w:tcPr>
          <w:p w:rsidR="006F7457" w:rsidRPr="00332DB8" w:rsidRDefault="00332DB8">
            <w:pPr>
              <w:rPr>
                <w:lang w:val="ru-RU"/>
              </w:rPr>
            </w:pPr>
            <w:r w:rsidRPr="00332DB8">
              <w:rPr>
                <w:lang w:val="ru-RU"/>
              </w:rPr>
              <w:t>Брошюра «Виталий Малов, Валентин Малахов. Экспансия с Юга. Остановим?! (решение Суздальского районного суда Владимирской области от 09.12.2011).</w:t>
            </w:r>
          </w:p>
        </w:tc>
        <w:tc>
          <w:tcPr>
            <w:tcW w:w="2880" w:type="dxa"/>
          </w:tcPr>
          <w:p w:rsidR="006F7457" w:rsidRPr="00332DB8" w:rsidRDefault="006F7457">
            <w:pPr>
              <w:rPr>
                <w:lang w:val="ru-RU"/>
              </w:rPr>
            </w:pPr>
          </w:p>
        </w:tc>
      </w:tr>
      <w:tr w:rsidR="006F7457" w:rsidRPr="00DD284B">
        <w:tc>
          <w:tcPr>
            <w:tcW w:w="2880" w:type="dxa"/>
          </w:tcPr>
          <w:p w:rsidR="006F7457" w:rsidRDefault="00332DB8">
            <w:r>
              <w:t>1074.</w:t>
            </w:r>
          </w:p>
        </w:tc>
        <w:tc>
          <w:tcPr>
            <w:tcW w:w="2880" w:type="dxa"/>
          </w:tcPr>
          <w:p w:rsidR="006F7457" w:rsidRPr="00332DB8" w:rsidRDefault="00332DB8">
            <w:pPr>
              <w:rPr>
                <w:lang w:val="ru-RU"/>
              </w:rPr>
            </w:pPr>
            <w:r w:rsidRPr="00332DB8">
              <w:rPr>
                <w:lang w:val="ru-RU"/>
              </w:rPr>
              <w:t>"Видеообращение под наименованием "Разоблачение банды ФСБ "Черные ястребы", обнаруженное на Интернет сайте "</w:t>
            </w:r>
            <w:r>
              <w:t>www</w:t>
            </w:r>
            <w:r w:rsidRPr="00332DB8">
              <w:rPr>
                <w:lang w:val="ru-RU"/>
              </w:rPr>
              <w:t>.</w:t>
            </w:r>
            <w:r>
              <w:t>djamaattakbir</w:t>
            </w:r>
            <w:r w:rsidRPr="00332DB8">
              <w:rPr>
                <w:lang w:val="ru-RU"/>
              </w:rPr>
              <w:t>.</w:t>
            </w:r>
            <w:r>
              <w:t>com</w:t>
            </w:r>
            <w:r w:rsidRPr="00332DB8">
              <w:rPr>
                <w:lang w:val="ru-RU"/>
              </w:rPr>
              <w:t>" (решение Нальчикского городского суда Кабардино-Балкарской Республики от 21.12.2011) .</w:t>
            </w:r>
          </w:p>
        </w:tc>
        <w:tc>
          <w:tcPr>
            <w:tcW w:w="2880" w:type="dxa"/>
          </w:tcPr>
          <w:p w:rsidR="006F7457" w:rsidRPr="00332DB8" w:rsidRDefault="006F7457">
            <w:pPr>
              <w:rPr>
                <w:lang w:val="ru-RU"/>
              </w:rPr>
            </w:pPr>
          </w:p>
        </w:tc>
      </w:tr>
      <w:tr w:rsidR="006F7457" w:rsidRPr="00DD284B">
        <w:tc>
          <w:tcPr>
            <w:tcW w:w="2880" w:type="dxa"/>
          </w:tcPr>
          <w:p w:rsidR="006F7457" w:rsidRDefault="00332DB8">
            <w:r>
              <w:t>1075.</w:t>
            </w:r>
          </w:p>
        </w:tc>
        <w:tc>
          <w:tcPr>
            <w:tcW w:w="2880" w:type="dxa"/>
          </w:tcPr>
          <w:p w:rsidR="006F7457" w:rsidRPr="00332DB8" w:rsidRDefault="00332DB8">
            <w:pPr>
              <w:rPr>
                <w:lang w:val="ru-RU"/>
              </w:rPr>
            </w:pPr>
            <w:r w:rsidRPr="00332DB8">
              <w:rPr>
                <w:lang w:val="ru-RU"/>
              </w:rPr>
              <w:t xml:space="preserve">Статья "Книга Джихада", опубликованная 15 февраля 2011 года на сайте </w:t>
            </w:r>
            <w:r>
              <w:t>http</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Ингушения от 13.12.2011).</w:t>
            </w:r>
          </w:p>
        </w:tc>
        <w:tc>
          <w:tcPr>
            <w:tcW w:w="2880" w:type="dxa"/>
          </w:tcPr>
          <w:p w:rsidR="006F7457" w:rsidRPr="00332DB8" w:rsidRDefault="006F7457">
            <w:pPr>
              <w:rPr>
                <w:lang w:val="ru-RU"/>
              </w:rPr>
            </w:pPr>
          </w:p>
        </w:tc>
      </w:tr>
      <w:tr w:rsidR="006F7457" w:rsidRPr="00DD284B">
        <w:tc>
          <w:tcPr>
            <w:tcW w:w="2880" w:type="dxa"/>
          </w:tcPr>
          <w:p w:rsidR="006F7457" w:rsidRDefault="00332DB8">
            <w:r>
              <w:t>1076.</w:t>
            </w:r>
          </w:p>
        </w:tc>
        <w:tc>
          <w:tcPr>
            <w:tcW w:w="2880" w:type="dxa"/>
          </w:tcPr>
          <w:p w:rsidR="006F7457" w:rsidRPr="00332DB8" w:rsidRDefault="00332DB8">
            <w:pPr>
              <w:rPr>
                <w:lang w:val="ru-RU"/>
              </w:rPr>
            </w:pPr>
            <w:r w:rsidRPr="00332DB8">
              <w:rPr>
                <w:lang w:val="ru-RU"/>
              </w:rPr>
              <w:t xml:space="preserve">Статья Ягафар Тангуари аль-Башкурдистани "Обращение к мусульманской молодежи Булгара и Башкортостана", опубликованная 12 февраля 2011 года на сайте </w:t>
            </w:r>
            <w:r>
              <w:t>http</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13.12.2011).</w:t>
            </w:r>
          </w:p>
        </w:tc>
        <w:tc>
          <w:tcPr>
            <w:tcW w:w="2880" w:type="dxa"/>
          </w:tcPr>
          <w:p w:rsidR="006F7457" w:rsidRPr="00332DB8" w:rsidRDefault="006F7457">
            <w:pPr>
              <w:rPr>
                <w:lang w:val="ru-RU"/>
              </w:rPr>
            </w:pPr>
          </w:p>
        </w:tc>
      </w:tr>
      <w:tr w:rsidR="006F7457" w:rsidRPr="00DD284B">
        <w:tc>
          <w:tcPr>
            <w:tcW w:w="2880" w:type="dxa"/>
          </w:tcPr>
          <w:p w:rsidR="006F7457" w:rsidRDefault="00332DB8">
            <w:r>
              <w:t>107</w:t>
            </w:r>
            <w:r>
              <w:lastRenderedPageBreak/>
              <w:t>7.</w:t>
            </w:r>
          </w:p>
        </w:tc>
        <w:tc>
          <w:tcPr>
            <w:tcW w:w="2880" w:type="dxa"/>
          </w:tcPr>
          <w:p w:rsidR="006F7457" w:rsidRPr="00332DB8" w:rsidRDefault="00332DB8">
            <w:pPr>
              <w:rPr>
                <w:lang w:val="ru-RU"/>
              </w:rPr>
            </w:pPr>
            <w:r w:rsidRPr="00332DB8">
              <w:rPr>
                <w:lang w:val="ru-RU"/>
              </w:rPr>
              <w:lastRenderedPageBreak/>
              <w:t xml:space="preserve">Статья Мовлади Удугова под названием "Амир Супьян: 17 лет на Джихаде", опубликованная 1 апреля 2011 года на сайте </w:t>
            </w:r>
            <w:r>
              <w:t>http</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13.12.2011).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1078.</w:t>
            </w:r>
          </w:p>
        </w:tc>
        <w:tc>
          <w:tcPr>
            <w:tcW w:w="2880" w:type="dxa"/>
          </w:tcPr>
          <w:p w:rsidR="006F7457" w:rsidRPr="00332DB8" w:rsidRDefault="00332DB8">
            <w:pPr>
              <w:rPr>
                <w:lang w:val="ru-RU"/>
              </w:rPr>
            </w:pPr>
            <w:r w:rsidRPr="00332DB8">
              <w:rPr>
                <w:lang w:val="ru-RU"/>
              </w:rPr>
              <w:t xml:space="preserve">Статья Ахмада "Как победить терроризм", опубликованная 27 января 2011 года на сайте </w:t>
            </w:r>
            <w:r>
              <w:t>http</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13.12.2011).</w:t>
            </w:r>
          </w:p>
        </w:tc>
        <w:tc>
          <w:tcPr>
            <w:tcW w:w="2880" w:type="dxa"/>
          </w:tcPr>
          <w:p w:rsidR="006F7457" w:rsidRPr="00332DB8" w:rsidRDefault="006F7457">
            <w:pPr>
              <w:rPr>
                <w:lang w:val="ru-RU"/>
              </w:rPr>
            </w:pPr>
          </w:p>
        </w:tc>
      </w:tr>
      <w:tr w:rsidR="006F7457" w:rsidRPr="00DD284B">
        <w:tc>
          <w:tcPr>
            <w:tcW w:w="2880" w:type="dxa"/>
          </w:tcPr>
          <w:p w:rsidR="006F7457" w:rsidRDefault="00332DB8">
            <w:r>
              <w:t>1079.</w:t>
            </w:r>
          </w:p>
        </w:tc>
        <w:tc>
          <w:tcPr>
            <w:tcW w:w="2880" w:type="dxa"/>
          </w:tcPr>
          <w:p w:rsidR="006F7457" w:rsidRPr="00332DB8" w:rsidRDefault="00332DB8">
            <w:pPr>
              <w:rPr>
                <w:lang w:val="ru-RU"/>
              </w:rPr>
            </w:pPr>
            <w:r w:rsidRPr="00332DB8">
              <w:rPr>
                <w:lang w:val="ru-RU"/>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2880" w:type="dxa"/>
          </w:tcPr>
          <w:p w:rsidR="006F7457" w:rsidRPr="00332DB8" w:rsidRDefault="006F7457">
            <w:pPr>
              <w:rPr>
                <w:lang w:val="ru-RU"/>
              </w:rPr>
            </w:pPr>
          </w:p>
        </w:tc>
      </w:tr>
      <w:tr w:rsidR="006F7457" w:rsidRPr="00DD284B">
        <w:tc>
          <w:tcPr>
            <w:tcW w:w="2880" w:type="dxa"/>
          </w:tcPr>
          <w:p w:rsidR="006F7457" w:rsidRDefault="00332DB8">
            <w:r>
              <w:t>1080.</w:t>
            </w:r>
          </w:p>
        </w:tc>
        <w:tc>
          <w:tcPr>
            <w:tcW w:w="2880" w:type="dxa"/>
          </w:tcPr>
          <w:p w:rsidR="006F7457" w:rsidRPr="00332DB8" w:rsidRDefault="00332DB8">
            <w:pPr>
              <w:rPr>
                <w:lang w:val="ru-RU"/>
              </w:rPr>
            </w:pPr>
            <w:r w:rsidRPr="00332DB8">
              <w:rPr>
                <w:lang w:val="ru-RU"/>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2880" w:type="dxa"/>
          </w:tcPr>
          <w:p w:rsidR="006F7457" w:rsidRPr="00332DB8" w:rsidRDefault="006F7457">
            <w:pPr>
              <w:rPr>
                <w:lang w:val="ru-RU"/>
              </w:rPr>
            </w:pPr>
          </w:p>
        </w:tc>
      </w:tr>
      <w:tr w:rsidR="006F7457" w:rsidRPr="00DD284B">
        <w:tc>
          <w:tcPr>
            <w:tcW w:w="2880" w:type="dxa"/>
          </w:tcPr>
          <w:p w:rsidR="006F7457" w:rsidRDefault="00332DB8">
            <w:r>
              <w:t>1081.</w:t>
            </w:r>
          </w:p>
        </w:tc>
        <w:tc>
          <w:tcPr>
            <w:tcW w:w="2880" w:type="dxa"/>
          </w:tcPr>
          <w:p w:rsidR="006F7457" w:rsidRPr="00332DB8" w:rsidRDefault="00332DB8">
            <w:pPr>
              <w:rPr>
                <w:lang w:val="ru-RU"/>
              </w:rPr>
            </w:pPr>
            <w:r w:rsidRPr="00332DB8">
              <w:rPr>
                <w:lang w:val="ru-RU"/>
              </w:rPr>
              <w:t xml:space="preserve">Веб-ресурс (сайт) </w:t>
            </w:r>
            <w:r>
              <w:t>www</w:t>
            </w:r>
            <w:r w:rsidRPr="00332DB8">
              <w:rPr>
                <w:lang w:val="ru-RU"/>
              </w:rPr>
              <w:t>.</w:t>
            </w:r>
            <w:r>
              <w:t>djamaattakbir</w:t>
            </w:r>
            <w:r w:rsidRPr="00332DB8">
              <w:rPr>
                <w:lang w:val="ru-RU"/>
              </w:rPr>
              <w:t>.</w:t>
            </w:r>
            <w:r>
              <w:t>com</w:t>
            </w:r>
            <w:r w:rsidRPr="00332DB8">
              <w:rPr>
                <w:lang w:val="ru-RU"/>
              </w:rPr>
              <w:t xml:space="preserve"> (</w:t>
            </w:r>
            <w:r>
              <w:t>ip</w:t>
            </w:r>
            <w:r w:rsidRPr="00332DB8">
              <w:rPr>
                <w:lang w:val="ru-RU"/>
              </w:rPr>
              <w:t>-адрес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2880" w:type="dxa"/>
          </w:tcPr>
          <w:p w:rsidR="006F7457" w:rsidRPr="00332DB8" w:rsidRDefault="006F7457">
            <w:pPr>
              <w:rPr>
                <w:lang w:val="ru-RU"/>
              </w:rPr>
            </w:pPr>
          </w:p>
        </w:tc>
      </w:tr>
      <w:tr w:rsidR="006F7457" w:rsidRPr="00DD284B">
        <w:tc>
          <w:tcPr>
            <w:tcW w:w="2880" w:type="dxa"/>
          </w:tcPr>
          <w:p w:rsidR="006F7457" w:rsidRDefault="00332DB8">
            <w:r>
              <w:t>1082.</w:t>
            </w:r>
          </w:p>
        </w:tc>
        <w:tc>
          <w:tcPr>
            <w:tcW w:w="2880" w:type="dxa"/>
          </w:tcPr>
          <w:p w:rsidR="006F7457" w:rsidRPr="00332DB8" w:rsidRDefault="00332DB8">
            <w:pPr>
              <w:rPr>
                <w:lang w:val="ru-RU"/>
              </w:rPr>
            </w:pPr>
            <w:r w:rsidRPr="00332DB8">
              <w:rPr>
                <w:lang w:val="ru-RU"/>
              </w:rPr>
              <w:t xml:space="preserve">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t>
            </w:r>
            <w:r>
              <w:t>www</w:t>
            </w:r>
            <w:r w:rsidRPr="00332DB8">
              <w:rPr>
                <w:lang w:val="ru-RU"/>
              </w:rPr>
              <w:t>.</w:t>
            </w:r>
            <w:r>
              <w:t>kazak</w:t>
            </w:r>
            <w:r w:rsidRPr="00332DB8">
              <w:rPr>
                <w:lang w:val="ru-RU"/>
              </w:rPr>
              <w:t>-</w:t>
            </w:r>
            <w:r>
              <w:t>chita</w:t>
            </w:r>
            <w:r w:rsidRPr="00332DB8">
              <w:rPr>
                <w:lang w:val="ru-RU"/>
              </w:rPr>
              <w:t>.</w:t>
            </w:r>
            <w:r>
              <w:t>ru</w:t>
            </w:r>
            <w:r w:rsidRPr="00332DB8">
              <w:rPr>
                <w:lang w:val="ru-RU"/>
              </w:rPr>
              <w:t xml:space="preserve"> (решение Центрального районного суда города Читы от 14.03.2011).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1083.</w:t>
            </w:r>
          </w:p>
        </w:tc>
        <w:tc>
          <w:tcPr>
            <w:tcW w:w="2880" w:type="dxa"/>
          </w:tcPr>
          <w:p w:rsidR="006F7457" w:rsidRPr="00332DB8" w:rsidRDefault="00332DB8">
            <w:pPr>
              <w:rPr>
                <w:lang w:val="ru-RU"/>
              </w:rPr>
            </w:pPr>
            <w:r w:rsidRPr="00332DB8">
              <w:rPr>
                <w:lang w:val="ru-RU"/>
              </w:rPr>
              <w:t xml:space="preserve">Видеоматериал «Артур Идельбаев (СБМ) встречается с Басаевым», размещенный в сети Интернет по электронному адресу: </w:t>
            </w:r>
            <w:r>
              <w:t>http</w:t>
            </w:r>
            <w:r w:rsidRPr="00332DB8">
              <w:rPr>
                <w:lang w:val="ru-RU"/>
              </w:rPr>
              <w:t>://</w:t>
            </w:r>
            <w:r>
              <w:t>video</w:t>
            </w:r>
            <w:r w:rsidRPr="00332DB8">
              <w:rPr>
                <w:lang w:val="ru-RU"/>
              </w:rPr>
              <w:t>.</w:t>
            </w:r>
            <w:r>
              <w:t>yandex</w:t>
            </w:r>
            <w:r w:rsidRPr="00332DB8">
              <w:rPr>
                <w:lang w:val="ru-RU"/>
              </w:rPr>
              <w:t>.</w:t>
            </w:r>
            <w:r>
              <w:t>ra</w:t>
            </w:r>
            <w:r w:rsidRPr="00332DB8">
              <w:rPr>
                <w:lang w:val="ru-RU"/>
              </w:rPr>
              <w:t>/</w:t>
            </w:r>
            <w:r>
              <w:t>users</w:t>
            </w:r>
            <w:r w:rsidRPr="00332DB8">
              <w:rPr>
                <w:lang w:val="ru-RU"/>
              </w:rPr>
              <w:t>/</w:t>
            </w:r>
            <w:r>
              <w:t>farzan</w:t>
            </w:r>
            <w:r w:rsidRPr="00332DB8">
              <w:rPr>
                <w:lang w:val="ru-RU"/>
              </w:rPr>
              <w:t>1248/</w:t>
            </w:r>
            <w:r>
              <w:t>view</w:t>
            </w:r>
            <w:r w:rsidRPr="00332DB8">
              <w:rPr>
                <w:lang w:val="ru-RU"/>
              </w:rPr>
              <w:t>/1/ (решение Кировского районного суда г. Уфы Республики Башкортостан от 09.09.2011).</w:t>
            </w:r>
          </w:p>
        </w:tc>
        <w:tc>
          <w:tcPr>
            <w:tcW w:w="2880" w:type="dxa"/>
          </w:tcPr>
          <w:p w:rsidR="006F7457" w:rsidRPr="00332DB8" w:rsidRDefault="006F7457">
            <w:pPr>
              <w:rPr>
                <w:lang w:val="ru-RU"/>
              </w:rPr>
            </w:pPr>
          </w:p>
        </w:tc>
      </w:tr>
      <w:tr w:rsidR="006F7457" w:rsidRPr="00DD284B">
        <w:tc>
          <w:tcPr>
            <w:tcW w:w="2880" w:type="dxa"/>
          </w:tcPr>
          <w:p w:rsidR="006F7457" w:rsidRDefault="00332DB8">
            <w:r>
              <w:t>1084.</w:t>
            </w:r>
          </w:p>
        </w:tc>
        <w:tc>
          <w:tcPr>
            <w:tcW w:w="2880" w:type="dxa"/>
          </w:tcPr>
          <w:p w:rsidR="006F7457" w:rsidRPr="00332DB8" w:rsidRDefault="00332DB8">
            <w:pPr>
              <w:rPr>
                <w:lang w:val="ru-RU"/>
              </w:rPr>
            </w:pPr>
            <w:r w:rsidRPr="00332DB8">
              <w:rPr>
                <w:lang w:val="ru-RU"/>
              </w:rPr>
              <w:t xml:space="preserve">Комментарии к статье «Заявление командования муджахидов Вилаята Г1алг1айче», опубликованные в период с 12 августа по 6 сентября 2011 года на сайте </w:t>
            </w:r>
            <w:r>
              <w:t>http</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21.12.2011).</w:t>
            </w:r>
          </w:p>
        </w:tc>
        <w:tc>
          <w:tcPr>
            <w:tcW w:w="2880" w:type="dxa"/>
          </w:tcPr>
          <w:p w:rsidR="006F7457" w:rsidRPr="00332DB8" w:rsidRDefault="006F7457">
            <w:pPr>
              <w:rPr>
                <w:lang w:val="ru-RU"/>
              </w:rPr>
            </w:pPr>
          </w:p>
        </w:tc>
      </w:tr>
      <w:tr w:rsidR="006F7457" w:rsidRPr="00DD284B">
        <w:tc>
          <w:tcPr>
            <w:tcW w:w="2880" w:type="dxa"/>
          </w:tcPr>
          <w:p w:rsidR="006F7457" w:rsidRDefault="00332DB8">
            <w:r>
              <w:t>1085.</w:t>
            </w:r>
          </w:p>
        </w:tc>
        <w:tc>
          <w:tcPr>
            <w:tcW w:w="2880" w:type="dxa"/>
          </w:tcPr>
          <w:p w:rsidR="006F7457" w:rsidRPr="00332DB8" w:rsidRDefault="00332DB8">
            <w:pPr>
              <w:rPr>
                <w:lang w:val="ru-RU"/>
              </w:rPr>
            </w:pPr>
            <w:r w:rsidRPr="00332DB8">
              <w:rPr>
                <w:lang w:val="ru-RU"/>
              </w:rPr>
              <w:t xml:space="preserve">Комментарии к статье «Ушли в бессмертие», опубликованные в период с 6 июля по 18 июля 2011 года на сайте </w:t>
            </w:r>
            <w:r>
              <w:t>http</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21.12.2011).</w:t>
            </w:r>
          </w:p>
        </w:tc>
        <w:tc>
          <w:tcPr>
            <w:tcW w:w="2880" w:type="dxa"/>
          </w:tcPr>
          <w:p w:rsidR="006F7457" w:rsidRPr="00332DB8" w:rsidRDefault="006F7457">
            <w:pPr>
              <w:rPr>
                <w:lang w:val="ru-RU"/>
              </w:rPr>
            </w:pPr>
          </w:p>
        </w:tc>
      </w:tr>
      <w:tr w:rsidR="006F7457">
        <w:tc>
          <w:tcPr>
            <w:tcW w:w="2880" w:type="dxa"/>
          </w:tcPr>
          <w:p w:rsidR="006F7457" w:rsidRDefault="00332DB8">
            <w:r>
              <w:t>1086.</w:t>
            </w:r>
          </w:p>
        </w:tc>
        <w:tc>
          <w:tcPr>
            <w:tcW w:w="2880" w:type="dxa"/>
          </w:tcPr>
          <w:p w:rsidR="006F7457" w:rsidRDefault="00332DB8">
            <w: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2880" w:type="dxa"/>
          </w:tcPr>
          <w:p w:rsidR="006F7457" w:rsidRDefault="006F7457"/>
        </w:tc>
      </w:tr>
      <w:tr w:rsidR="006F7457" w:rsidRPr="00DD284B">
        <w:tc>
          <w:tcPr>
            <w:tcW w:w="2880" w:type="dxa"/>
          </w:tcPr>
          <w:p w:rsidR="006F7457" w:rsidRDefault="00332DB8">
            <w:r>
              <w:t>1087.</w:t>
            </w:r>
          </w:p>
        </w:tc>
        <w:tc>
          <w:tcPr>
            <w:tcW w:w="2880" w:type="dxa"/>
          </w:tcPr>
          <w:p w:rsidR="006F7457" w:rsidRPr="00332DB8" w:rsidRDefault="00332DB8">
            <w:pPr>
              <w:rPr>
                <w:lang w:val="ru-RU"/>
              </w:rPr>
            </w:pPr>
            <w:r w:rsidRPr="00332DB8">
              <w:rPr>
                <w:lang w:val="ru-RU"/>
              </w:rPr>
              <w:t xml:space="preserve">Видеофайлы «Цена свободы — </w:t>
            </w:r>
            <w:r>
              <w:t>freedomprice</w:t>
            </w:r>
            <w:r w:rsidRPr="00332DB8">
              <w:rPr>
                <w:lang w:val="ru-RU"/>
              </w:rPr>
              <w:t xml:space="preserve">» и «Еврей — брат», имеющиеся на </w:t>
            </w:r>
            <w:r>
              <w:t>CD</w:t>
            </w:r>
            <w:r w:rsidRPr="00332DB8">
              <w:rPr>
                <w:lang w:val="ru-RU"/>
              </w:rPr>
              <w:t xml:space="preserve"> дисках с серийными номерами 141446-</w:t>
            </w:r>
            <w:r>
              <w:t>REB</w:t>
            </w:r>
            <w:r w:rsidRPr="00332DB8">
              <w:rPr>
                <w:lang w:val="ru-RU"/>
              </w:rPr>
              <w:t>29875, 141446-</w:t>
            </w:r>
            <w:r>
              <w:t>REB</w:t>
            </w:r>
            <w:r w:rsidRPr="00332DB8">
              <w:rPr>
                <w:lang w:val="ru-RU"/>
              </w:rPr>
              <w:t>29849, принадлежащих Денисенко Александре Игоревне (решение Лабинского городского суда Краснодарского края от 27.12.2011).</w:t>
            </w:r>
          </w:p>
        </w:tc>
        <w:tc>
          <w:tcPr>
            <w:tcW w:w="2880" w:type="dxa"/>
          </w:tcPr>
          <w:p w:rsidR="006F7457" w:rsidRPr="00332DB8" w:rsidRDefault="006F7457">
            <w:pPr>
              <w:rPr>
                <w:lang w:val="ru-RU"/>
              </w:rPr>
            </w:pPr>
          </w:p>
        </w:tc>
      </w:tr>
      <w:tr w:rsidR="006F7457">
        <w:tc>
          <w:tcPr>
            <w:tcW w:w="2880" w:type="dxa"/>
          </w:tcPr>
          <w:p w:rsidR="006F7457" w:rsidRDefault="00332DB8">
            <w:r>
              <w:t>108</w:t>
            </w:r>
            <w:r>
              <w:lastRenderedPageBreak/>
              <w:t>8.</w:t>
            </w:r>
          </w:p>
        </w:tc>
        <w:tc>
          <w:tcPr>
            <w:tcW w:w="2880" w:type="dxa"/>
          </w:tcPr>
          <w:p w:rsidR="006F7457" w:rsidRDefault="00332DB8">
            <w:r>
              <w:lastRenderedPageBreak/>
              <w:t>Исключен</w:t>
            </w:r>
          </w:p>
        </w:tc>
        <w:tc>
          <w:tcPr>
            <w:tcW w:w="2880" w:type="dxa"/>
          </w:tcPr>
          <w:p w:rsidR="006F7457" w:rsidRDefault="006F7457"/>
        </w:tc>
      </w:tr>
      <w:tr w:rsidR="006F7457">
        <w:tc>
          <w:tcPr>
            <w:tcW w:w="2880" w:type="dxa"/>
          </w:tcPr>
          <w:p w:rsidR="006F7457" w:rsidRDefault="00332DB8">
            <w:r>
              <w:lastRenderedPageBreak/>
              <w:t>1089.</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1090.</w:t>
            </w:r>
          </w:p>
        </w:tc>
        <w:tc>
          <w:tcPr>
            <w:tcW w:w="2880" w:type="dxa"/>
          </w:tcPr>
          <w:p w:rsidR="006F7457" w:rsidRDefault="00332DB8">
            <w:r>
              <w:t>Исключен</w:t>
            </w:r>
          </w:p>
        </w:tc>
        <w:tc>
          <w:tcPr>
            <w:tcW w:w="2880" w:type="dxa"/>
          </w:tcPr>
          <w:p w:rsidR="006F7457" w:rsidRDefault="006F7457"/>
        </w:tc>
      </w:tr>
      <w:tr w:rsidR="006F7457" w:rsidRPr="00DD284B">
        <w:tc>
          <w:tcPr>
            <w:tcW w:w="2880" w:type="dxa"/>
          </w:tcPr>
          <w:p w:rsidR="006F7457" w:rsidRDefault="00332DB8">
            <w:r>
              <w:t>1091.</w:t>
            </w:r>
          </w:p>
        </w:tc>
        <w:tc>
          <w:tcPr>
            <w:tcW w:w="2880" w:type="dxa"/>
          </w:tcPr>
          <w:p w:rsidR="006F7457" w:rsidRPr="00332DB8" w:rsidRDefault="00332DB8">
            <w:pPr>
              <w:rPr>
                <w:lang w:val="ru-RU"/>
              </w:rPr>
            </w:pPr>
            <w:r w:rsidRPr="00332DB8">
              <w:rPr>
                <w:lang w:val="ru-RU"/>
              </w:rPr>
              <w:t>Программное обеспечение «</w:t>
            </w:r>
            <w:r>
              <w:t>For</w:t>
            </w:r>
            <w:r w:rsidRPr="00332DB8">
              <w:rPr>
                <w:lang w:val="ru-RU"/>
              </w:rPr>
              <w:t xml:space="preserve"> </w:t>
            </w:r>
            <w:r>
              <w:t>Freedom</w:t>
            </w:r>
            <w:r w:rsidRPr="00332DB8">
              <w:rPr>
                <w:lang w:val="ru-RU"/>
              </w:rPr>
              <w:t xml:space="preserve"> </w:t>
            </w:r>
            <w:r>
              <w:t>Ichkeriya</w:t>
            </w:r>
            <w:r w:rsidRPr="00332DB8">
              <w:rPr>
                <w:lang w:val="ru-RU"/>
              </w:rPr>
              <w:t>» Компьютерная игра «</w:t>
            </w:r>
            <w:r>
              <w:t>BAMUT</w:t>
            </w:r>
            <w:r w:rsidRPr="00332DB8">
              <w:rPr>
                <w:lang w:val="ru-RU"/>
              </w:rPr>
              <w:t>» (решение Ленинского районного суда г. Грозного от 14.04.2011).</w:t>
            </w:r>
          </w:p>
        </w:tc>
        <w:tc>
          <w:tcPr>
            <w:tcW w:w="2880" w:type="dxa"/>
          </w:tcPr>
          <w:p w:rsidR="006F7457" w:rsidRPr="00332DB8" w:rsidRDefault="006F7457">
            <w:pPr>
              <w:rPr>
                <w:lang w:val="ru-RU"/>
              </w:rPr>
            </w:pPr>
          </w:p>
        </w:tc>
      </w:tr>
      <w:tr w:rsidR="006F7457" w:rsidRPr="00DD284B">
        <w:tc>
          <w:tcPr>
            <w:tcW w:w="2880" w:type="dxa"/>
          </w:tcPr>
          <w:p w:rsidR="006F7457" w:rsidRDefault="00332DB8">
            <w:r>
              <w:t>1092.</w:t>
            </w:r>
          </w:p>
        </w:tc>
        <w:tc>
          <w:tcPr>
            <w:tcW w:w="2880" w:type="dxa"/>
          </w:tcPr>
          <w:p w:rsidR="006F7457" w:rsidRPr="00332DB8" w:rsidRDefault="00332DB8">
            <w:pPr>
              <w:rPr>
                <w:lang w:val="ru-RU"/>
              </w:rPr>
            </w:pPr>
            <w:r w:rsidRPr="00332DB8">
              <w:rPr>
                <w:lang w:val="ru-RU"/>
              </w:rPr>
              <w:t>Видеоролик «</w:t>
            </w:r>
            <w:r>
              <w:t>rgd</w:t>
            </w:r>
            <w:r w:rsidRPr="00332DB8">
              <w:rPr>
                <w:lang w:val="ru-RU"/>
              </w:rPr>
              <w:t>_88-</w:t>
            </w:r>
            <w:r>
              <w:t>okchizna</w:t>
            </w:r>
            <w:r w:rsidRPr="00332DB8">
              <w:rPr>
                <w:lang w:val="ru-RU"/>
              </w:rPr>
              <w:t>_</w:t>
            </w:r>
            <w:r>
              <w:t>vo</w:t>
            </w:r>
            <w:r w:rsidRPr="00332DB8">
              <w:rPr>
                <w:lang w:val="ru-RU"/>
              </w:rPr>
              <w:t>_</w:t>
            </w:r>
            <w:r>
              <w:t>tme</w:t>
            </w:r>
            <w:r w:rsidRPr="00332DB8">
              <w:rPr>
                <w:lang w:val="ru-RU"/>
              </w:rPr>
              <w:t>» (решение Октябрьского районного суда города Тамбова от 30.08.2011).</w:t>
            </w:r>
          </w:p>
        </w:tc>
        <w:tc>
          <w:tcPr>
            <w:tcW w:w="2880" w:type="dxa"/>
          </w:tcPr>
          <w:p w:rsidR="006F7457" w:rsidRPr="00332DB8" w:rsidRDefault="006F7457">
            <w:pPr>
              <w:rPr>
                <w:lang w:val="ru-RU"/>
              </w:rPr>
            </w:pPr>
          </w:p>
        </w:tc>
      </w:tr>
      <w:tr w:rsidR="006F7457" w:rsidRPr="00DD284B">
        <w:tc>
          <w:tcPr>
            <w:tcW w:w="2880" w:type="dxa"/>
          </w:tcPr>
          <w:p w:rsidR="006F7457" w:rsidRDefault="00332DB8">
            <w:r>
              <w:t>1093.</w:t>
            </w:r>
          </w:p>
        </w:tc>
        <w:tc>
          <w:tcPr>
            <w:tcW w:w="2880" w:type="dxa"/>
          </w:tcPr>
          <w:p w:rsidR="006F7457" w:rsidRPr="00332DB8" w:rsidRDefault="00332DB8">
            <w:pPr>
              <w:rPr>
                <w:lang w:val="ru-RU"/>
              </w:rPr>
            </w:pPr>
            <w:r w:rsidRPr="00332DB8">
              <w:rPr>
                <w:lang w:val="ru-RU"/>
              </w:rPr>
              <w:t>Видеоролик «Циклон-Б — Каждый день под флагом смерти» (решение Октябрьского районного суда города Тамбова от 30.08.2011).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1094.</w:t>
            </w:r>
          </w:p>
        </w:tc>
        <w:tc>
          <w:tcPr>
            <w:tcW w:w="2880" w:type="dxa"/>
          </w:tcPr>
          <w:p w:rsidR="006F7457" w:rsidRPr="00332DB8" w:rsidRDefault="00332DB8">
            <w:pPr>
              <w:rPr>
                <w:lang w:val="ru-RU"/>
              </w:rPr>
            </w:pPr>
            <w:r w:rsidRPr="00332DB8">
              <w:rPr>
                <w:lang w:val="ru-RU"/>
              </w:rPr>
              <w:t>Печатное издание — брошюра «Новости 11.04.2010» (решение Ленинского районного суда г. Уфы от 17.02.2011).</w:t>
            </w:r>
          </w:p>
        </w:tc>
        <w:tc>
          <w:tcPr>
            <w:tcW w:w="2880" w:type="dxa"/>
          </w:tcPr>
          <w:p w:rsidR="006F7457" w:rsidRPr="00332DB8" w:rsidRDefault="006F7457">
            <w:pPr>
              <w:rPr>
                <w:lang w:val="ru-RU"/>
              </w:rPr>
            </w:pPr>
          </w:p>
        </w:tc>
      </w:tr>
      <w:tr w:rsidR="006F7457" w:rsidRPr="00DD284B">
        <w:tc>
          <w:tcPr>
            <w:tcW w:w="2880" w:type="dxa"/>
          </w:tcPr>
          <w:p w:rsidR="006F7457" w:rsidRDefault="00332DB8">
            <w:r>
              <w:t>1095.</w:t>
            </w:r>
          </w:p>
        </w:tc>
        <w:tc>
          <w:tcPr>
            <w:tcW w:w="2880" w:type="dxa"/>
          </w:tcPr>
          <w:p w:rsidR="006F7457" w:rsidRPr="00332DB8" w:rsidRDefault="00332DB8">
            <w:pPr>
              <w:rPr>
                <w:lang w:val="ru-RU"/>
              </w:rPr>
            </w:pPr>
            <w:r w:rsidRPr="00332DB8">
              <w:rPr>
                <w:lang w:val="ru-RU"/>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2880" w:type="dxa"/>
          </w:tcPr>
          <w:p w:rsidR="006F7457" w:rsidRPr="00332DB8" w:rsidRDefault="006F7457">
            <w:pPr>
              <w:rPr>
                <w:lang w:val="ru-RU"/>
              </w:rPr>
            </w:pPr>
          </w:p>
        </w:tc>
      </w:tr>
      <w:tr w:rsidR="006F7457" w:rsidRPr="00DD284B">
        <w:tc>
          <w:tcPr>
            <w:tcW w:w="2880" w:type="dxa"/>
          </w:tcPr>
          <w:p w:rsidR="006F7457" w:rsidRDefault="00332DB8">
            <w:r>
              <w:t>1096.</w:t>
            </w:r>
          </w:p>
        </w:tc>
        <w:tc>
          <w:tcPr>
            <w:tcW w:w="2880" w:type="dxa"/>
          </w:tcPr>
          <w:p w:rsidR="006F7457" w:rsidRPr="00332DB8" w:rsidRDefault="00332DB8">
            <w:pPr>
              <w:rPr>
                <w:lang w:val="ru-RU"/>
              </w:rPr>
            </w:pPr>
            <w:r w:rsidRPr="00332DB8">
              <w:rPr>
                <w:lang w:val="ru-RU"/>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c>
          <w:tcPr>
            <w:tcW w:w="2880" w:type="dxa"/>
          </w:tcPr>
          <w:p w:rsidR="006F7457" w:rsidRPr="00332DB8" w:rsidRDefault="006F7457">
            <w:pPr>
              <w:rPr>
                <w:lang w:val="ru-RU"/>
              </w:rPr>
            </w:pPr>
          </w:p>
        </w:tc>
      </w:tr>
      <w:tr w:rsidR="006F7457" w:rsidRPr="00DD284B">
        <w:tc>
          <w:tcPr>
            <w:tcW w:w="2880" w:type="dxa"/>
          </w:tcPr>
          <w:p w:rsidR="006F7457" w:rsidRDefault="00332DB8">
            <w:r>
              <w:t>1097.</w:t>
            </w:r>
          </w:p>
        </w:tc>
        <w:tc>
          <w:tcPr>
            <w:tcW w:w="2880" w:type="dxa"/>
          </w:tcPr>
          <w:p w:rsidR="006F7457" w:rsidRPr="00332DB8" w:rsidRDefault="00332DB8">
            <w:pPr>
              <w:rPr>
                <w:lang w:val="ru-RU"/>
              </w:rPr>
            </w:pPr>
            <w:r w:rsidRPr="00332DB8">
              <w:rPr>
                <w:lang w:val="ru-RU"/>
              </w:rPr>
              <w:t>Книга Орей Волот. Крысолюди. — М: «Свекрасаф», 2010. — С.608 (решение Черемушкинского районного суда города Москвы от 14.12.2011).</w:t>
            </w:r>
          </w:p>
        </w:tc>
        <w:tc>
          <w:tcPr>
            <w:tcW w:w="2880" w:type="dxa"/>
          </w:tcPr>
          <w:p w:rsidR="006F7457" w:rsidRPr="00332DB8" w:rsidRDefault="006F7457">
            <w:pPr>
              <w:rPr>
                <w:lang w:val="ru-RU"/>
              </w:rPr>
            </w:pPr>
          </w:p>
        </w:tc>
      </w:tr>
      <w:tr w:rsidR="006F7457" w:rsidRPr="00DD284B">
        <w:tc>
          <w:tcPr>
            <w:tcW w:w="2880" w:type="dxa"/>
          </w:tcPr>
          <w:p w:rsidR="006F7457" w:rsidRDefault="00332DB8">
            <w:r>
              <w:t>1098.</w:t>
            </w:r>
          </w:p>
        </w:tc>
        <w:tc>
          <w:tcPr>
            <w:tcW w:w="2880" w:type="dxa"/>
          </w:tcPr>
          <w:p w:rsidR="006F7457" w:rsidRPr="00332DB8" w:rsidRDefault="00332DB8">
            <w:pPr>
              <w:rPr>
                <w:lang w:val="ru-RU"/>
              </w:rPr>
            </w:pPr>
            <w:r w:rsidRPr="00332DB8">
              <w:rPr>
                <w:lang w:val="ru-RU"/>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1099.</w:t>
            </w:r>
          </w:p>
        </w:tc>
        <w:tc>
          <w:tcPr>
            <w:tcW w:w="2880" w:type="dxa"/>
          </w:tcPr>
          <w:p w:rsidR="006F7457" w:rsidRPr="00332DB8" w:rsidRDefault="00332DB8">
            <w:pPr>
              <w:rPr>
                <w:lang w:val="ru-RU"/>
              </w:rPr>
            </w:pPr>
            <w:r w:rsidRPr="00332DB8">
              <w:rPr>
                <w:lang w:val="ru-RU"/>
              </w:rPr>
              <w:t>Научно-популярный журнал «Халифат» № 2 1998 года (решение Туркменского районного суда Ставропольского края от 07.10.2011).</w:t>
            </w:r>
          </w:p>
        </w:tc>
        <w:tc>
          <w:tcPr>
            <w:tcW w:w="2880" w:type="dxa"/>
          </w:tcPr>
          <w:p w:rsidR="006F7457" w:rsidRPr="00332DB8" w:rsidRDefault="006F7457">
            <w:pPr>
              <w:rPr>
                <w:lang w:val="ru-RU"/>
              </w:rPr>
            </w:pPr>
          </w:p>
        </w:tc>
      </w:tr>
      <w:tr w:rsidR="006F7457" w:rsidRPr="00DD284B">
        <w:tc>
          <w:tcPr>
            <w:tcW w:w="2880" w:type="dxa"/>
          </w:tcPr>
          <w:p w:rsidR="006F7457" w:rsidRDefault="00332DB8">
            <w:r>
              <w:t>1100.</w:t>
            </w:r>
          </w:p>
        </w:tc>
        <w:tc>
          <w:tcPr>
            <w:tcW w:w="2880" w:type="dxa"/>
          </w:tcPr>
          <w:p w:rsidR="006F7457" w:rsidRPr="00332DB8" w:rsidRDefault="00332DB8">
            <w:pPr>
              <w:rPr>
                <w:lang w:val="ru-RU"/>
              </w:rPr>
            </w:pPr>
            <w:r w:rsidRPr="00332DB8">
              <w:rPr>
                <w:lang w:val="ru-RU"/>
              </w:rPr>
              <w:t>Научно-популярный журнал «Халифат» № 4 1998 года (решение Туркменского районного суда Ставропольского края от 07.10.2011).</w:t>
            </w:r>
          </w:p>
        </w:tc>
        <w:tc>
          <w:tcPr>
            <w:tcW w:w="2880" w:type="dxa"/>
          </w:tcPr>
          <w:p w:rsidR="006F7457" w:rsidRPr="00332DB8" w:rsidRDefault="006F7457">
            <w:pPr>
              <w:rPr>
                <w:lang w:val="ru-RU"/>
              </w:rPr>
            </w:pPr>
          </w:p>
        </w:tc>
      </w:tr>
      <w:tr w:rsidR="006F7457" w:rsidRPr="00DD284B">
        <w:tc>
          <w:tcPr>
            <w:tcW w:w="2880" w:type="dxa"/>
          </w:tcPr>
          <w:p w:rsidR="006F7457" w:rsidRDefault="00332DB8">
            <w:r>
              <w:t>1101.</w:t>
            </w:r>
          </w:p>
        </w:tc>
        <w:tc>
          <w:tcPr>
            <w:tcW w:w="2880" w:type="dxa"/>
          </w:tcPr>
          <w:p w:rsidR="006F7457" w:rsidRPr="00332DB8" w:rsidRDefault="00332DB8">
            <w:pPr>
              <w:rPr>
                <w:lang w:val="ru-RU"/>
              </w:rPr>
            </w:pPr>
            <w:r w:rsidRPr="00332DB8">
              <w:rPr>
                <w:lang w:val="ru-RU"/>
              </w:rPr>
              <w:t>Аудиокомпозиция «Слава Руси» музыкальной группы «Коловрат» (решение Ленинского районного суда города Кемерово от 30.01.2012).</w:t>
            </w:r>
          </w:p>
        </w:tc>
        <w:tc>
          <w:tcPr>
            <w:tcW w:w="2880" w:type="dxa"/>
          </w:tcPr>
          <w:p w:rsidR="006F7457" w:rsidRPr="00332DB8" w:rsidRDefault="006F7457">
            <w:pPr>
              <w:rPr>
                <w:lang w:val="ru-RU"/>
              </w:rPr>
            </w:pPr>
          </w:p>
        </w:tc>
      </w:tr>
      <w:tr w:rsidR="006F7457" w:rsidRPr="00DD284B">
        <w:tc>
          <w:tcPr>
            <w:tcW w:w="2880" w:type="dxa"/>
          </w:tcPr>
          <w:p w:rsidR="006F7457" w:rsidRDefault="00332DB8">
            <w:r>
              <w:t>1102.</w:t>
            </w:r>
          </w:p>
        </w:tc>
        <w:tc>
          <w:tcPr>
            <w:tcW w:w="2880" w:type="dxa"/>
          </w:tcPr>
          <w:p w:rsidR="006F7457" w:rsidRPr="00332DB8" w:rsidRDefault="00332DB8">
            <w:pPr>
              <w:rPr>
                <w:lang w:val="ru-RU"/>
              </w:rPr>
            </w:pPr>
            <w:r w:rsidRPr="00332DB8">
              <w:rPr>
                <w:lang w:val="ru-RU"/>
              </w:rPr>
              <w:t>Видеоролик «Россия 88 (Бабулька) (решение Ленинского районного суда города Кемерово от 30.01.2012).</w:t>
            </w:r>
          </w:p>
        </w:tc>
        <w:tc>
          <w:tcPr>
            <w:tcW w:w="2880" w:type="dxa"/>
          </w:tcPr>
          <w:p w:rsidR="006F7457" w:rsidRPr="00332DB8" w:rsidRDefault="006F7457">
            <w:pPr>
              <w:rPr>
                <w:lang w:val="ru-RU"/>
              </w:rPr>
            </w:pPr>
          </w:p>
        </w:tc>
      </w:tr>
      <w:tr w:rsidR="006F7457" w:rsidRPr="00DD284B">
        <w:tc>
          <w:tcPr>
            <w:tcW w:w="2880" w:type="dxa"/>
          </w:tcPr>
          <w:p w:rsidR="006F7457" w:rsidRDefault="00332DB8">
            <w:r>
              <w:t>1103.</w:t>
            </w:r>
          </w:p>
        </w:tc>
        <w:tc>
          <w:tcPr>
            <w:tcW w:w="2880" w:type="dxa"/>
          </w:tcPr>
          <w:p w:rsidR="006F7457" w:rsidRPr="00332DB8" w:rsidRDefault="00332DB8">
            <w:pPr>
              <w:rPr>
                <w:lang w:val="ru-RU"/>
              </w:rPr>
            </w:pPr>
            <w:r w:rsidRPr="00332DB8">
              <w:rPr>
                <w:lang w:val="ru-RU"/>
              </w:rPr>
              <w:t>Статья «О союзе с «хорошими евреями» Глазунов - Эренбургу» (решение Самарского районного суда города Самары от 15.12.2011).</w:t>
            </w:r>
          </w:p>
        </w:tc>
        <w:tc>
          <w:tcPr>
            <w:tcW w:w="2880" w:type="dxa"/>
          </w:tcPr>
          <w:p w:rsidR="006F7457" w:rsidRPr="00332DB8" w:rsidRDefault="006F7457">
            <w:pPr>
              <w:rPr>
                <w:lang w:val="ru-RU"/>
              </w:rPr>
            </w:pPr>
          </w:p>
        </w:tc>
      </w:tr>
      <w:tr w:rsidR="006F7457" w:rsidRPr="00DD284B">
        <w:tc>
          <w:tcPr>
            <w:tcW w:w="2880" w:type="dxa"/>
          </w:tcPr>
          <w:p w:rsidR="006F7457" w:rsidRDefault="00332DB8">
            <w:r>
              <w:t>110</w:t>
            </w:r>
            <w:r>
              <w:lastRenderedPageBreak/>
              <w:t>4.</w:t>
            </w:r>
          </w:p>
        </w:tc>
        <w:tc>
          <w:tcPr>
            <w:tcW w:w="2880" w:type="dxa"/>
          </w:tcPr>
          <w:p w:rsidR="006F7457" w:rsidRPr="00332DB8" w:rsidRDefault="00332DB8">
            <w:pPr>
              <w:rPr>
                <w:lang w:val="ru-RU"/>
              </w:rPr>
            </w:pPr>
            <w:r w:rsidRPr="00332DB8">
              <w:rPr>
                <w:lang w:val="ru-RU"/>
              </w:rPr>
              <w:lastRenderedPageBreak/>
              <w:t xml:space="preserve">Стихотворение «Приморский Муромец», размещенное на Интернет-ресурсе </w:t>
            </w:r>
            <w:r>
              <w:t>http</w:t>
            </w:r>
            <w:r w:rsidRPr="00332DB8">
              <w:rPr>
                <w:lang w:val="ru-RU"/>
              </w:rPr>
              <w:t>://</w:t>
            </w:r>
            <w:r>
              <w:t>www</w:t>
            </w:r>
            <w:r w:rsidRPr="00332DB8">
              <w:rPr>
                <w:lang w:val="ru-RU"/>
              </w:rPr>
              <w:t>.17</w:t>
            </w:r>
            <w:r>
              <w:t>marta</w:t>
            </w:r>
            <w:r w:rsidRPr="00332DB8">
              <w:rPr>
                <w:lang w:val="ru-RU"/>
              </w:rPr>
              <w:t>.</w:t>
            </w:r>
            <w:r>
              <w:t>org</w:t>
            </w:r>
            <w:r w:rsidRPr="00332DB8">
              <w:rPr>
                <w:lang w:val="ru-RU"/>
              </w:rPr>
              <w:t>, в качестве автора которого указан Леонид Корнилов (решение Самарского районного суда города Самары от 20.01.2012).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1105.</w:t>
            </w:r>
          </w:p>
        </w:tc>
        <w:tc>
          <w:tcPr>
            <w:tcW w:w="2880" w:type="dxa"/>
          </w:tcPr>
          <w:p w:rsidR="006F7457" w:rsidRPr="00332DB8" w:rsidRDefault="00332DB8">
            <w:pPr>
              <w:rPr>
                <w:lang w:val="ru-RU"/>
              </w:rPr>
            </w:pPr>
            <w:r w:rsidRPr="00332DB8">
              <w:rPr>
                <w:lang w:val="ru-RU"/>
              </w:rPr>
              <w:t xml:space="preserve">Информационный материал — листовка, содержащая изображение и текст «Беспощадно разгромим и уничтожим врага!», размещенная на Интернет-сайте </w:t>
            </w:r>
            <w:r>
              <w:t>http</w:t>
            </w:r>
            <w:r w:rsidRPr="00332DB8">
              <w:rPr>
                <w:lang w:val="ru-RU"/>
              </w:rPr>
              <w:t>:/</w:t>
            </w:r>
            <w:r>
              <w:t>rusprav</w:t>
            </w:r>
            <w:r w:rsidRPr="00332DB8">
              <w:rPr>
                <w:lang w:val="ru-RU"/>
              </w:rPr>
              <w:t>.</w:t>
            </w:r>
            <w:r>
              <w:t>org</w:t>
            </w:r>
            <w:r w:rsidRPr="00332DB8">
              <w:rPr>
                <w:lang w:val="ru-RU"/>
              </w:rPr>
              <w:t>/ (решение Ленинского районного суда города Владивостока Приморского края от 16.12.2011).</w:t>
            </w:r>
          </w:p>
        </w:tc>
        <w:tc>
          <w:tcPr>
            <w:tcW w:w="2880" w:type="dxa"/>
          </w:tcPr>
          <w:p w:rsidR="006F7457" w:rsidRPr="00332DB8" w:rsidRDefault="006F7457">
            <w:pPr>
              <w:rPr>
                <w:lang w:val="ru-RU"/>
              </w:rPr>
            </w:pPr>
          </w:p>
        </w:tc>
      </w:tr>
      <w:tr w:rsidR="006F7457" w:rsidRPr="00DD284B">
        <w:tc>
          <w:tcPr>
            <w:tcW w:w="2880" w:type="dxa"/>
          </w:tcPr>
          <w:p w:rsidR="006F7457" w:rsidRDefault="00332DB8">
            <w:r>
              <w:t>1106.</w:t>
            </w:r>
          </w:p>
        </w:tc>
        <w:tc>
          <w:tcPr>
            <w:tcW w:w="2880" w:type="dxa"/>
          </w:tcPr>
          <w:p w:rsidR="006F7457" w:rsidRPr="00332DB8" w:rsidRDefault="00332DB8">
            <w:pPr>
              <w:rPr>
                <w:lang w:val="ru-RU"/>
              </w:rPr>
            </w:pPr>
            <w:r w:rsidRPr="00332DB8">
              <w:rPr>
                <w:lang w:val="ru-RU"/>
              </w:rPr>
              <w:t xml:space="preserve">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w:t>
            </w:r>
            <w:r>
              <w:t>http</w:t>
            </w:r>
            <w:r w:rsidRPr="00332DB8">
              <w:rPr>
                <w:lang w:val="ru-RU"/>
              </w:rPr>
              <w:t>:/</w:t>
            </w:r>
            <w:r>
              <w:t>rusprav</w:t>
            </w:r>
            <w:r w:rsidRPr="00332DB8">
              <w:rPr>
                <w:lang w:val="ru-RU"/>
              </w:rPr>
              <w:t>.</w:t>
            </w:r>
            <w:r>
              <w:t>org</w:t>
            </w:r>
            <w:r w:rsidRPr="00332DB8">
              <w:rPr>
                <w:lang w:val="ru-RU"/>
              </w:rPr>
              <w:t>/ (решение Ленинского районного суда города Владивостока Приморского края от 16.12.2011).</w:t>
            </w:r>
          </w:p>
        </w:tc>
        <w:tc>
          <w:tcPr>
            <w:tcW w:w="2880" w:type="dxa"/>
          </w:tcPr>
          <w:p w:rsidR="006F7457" w:rsidRPr="00332DB8" w:rsidRDefault="006F7457">
            <w:pPr>
              <w:rPr>
                <w:lang w:val="ru-RU"/>
              </w:rPr>
            </w:pPr>
          </w:p>
        </w:tc>
      </w:tr>
      <w:tr w:rsidR="006F7457" w:rsidRPr="00DD284B">
        <w:tc>
          <w:tcPr>
            <w:tcW w:w="2880" w:type="dxa"/>
          </w:tcPr>
          <w:p w:rsidR="006F7457" w:rsidRDefault="00332DB8">
            <w:r>
              <w:t>1107.</w:t>
            </w:r>
          </w:p>
        </w:tc>
        <w:tc>
          <w:tcPr>
            <w:tcW w:w="2880" w:type="dxa"/>
          </w:tcPr>
          <w:p w:rsidR="006F7457" w:rsidRPr="00332DB8" w:rsidRDefault="00332DB8">
            <w:pPr>
              <w:rPr>
                <w:lang w:val="ru-RU"/>
              </w:rPr>
            </w:pPr>
            <w:r w:rsidRPr="00332DB8">
              <w:rPr>
                <w:lang w:val="ru-RU"/>
              </w:rPr>
              <w:t>Книга «Чекистский ренессанс» автора Г.Л. Бельского (заочное решение Бутырского районного суда г. Москвы от 07.04.2011).</w:t>
            </w:r>
          </w:p>
        </w:tc>
        <w:tc>
          <w:tcPr>
            <w:tcW w:w="2880" w:type="dxa"/>
          </w:tcPr>
          <w:p w:rsidR="006F7457" w:rsidRPr="00332DB8" w:rsidRDefault="006F7457">
            <w:pPr>
              <w:rPr>
                <w:lang w:val="ru-RU"/>
              </w:rPr>
            </w:pPr>
          </w:p>
        </w:tc>
      </w:tr>
      <w:tr w:rsidR="006F7457">
        <w:tc>
          <w:tcPr>
            <w:tcW w:w="2880" w:type="dxa"/>
          </w:tcPr>
          <w:p w:rsidR="006F7457" w:rsidRDefault="00332DB8">
            <w:r>
              <w:t>1108.</w:t>
            </w:r>
          </w:p>
        </w:tc>
        <w:tc>
          <w:tcPr>
            <w:tcW w:w="2880" w:type="dxa"/>
          </w:tcPr>
          <w:p w:rsidR="006F7457" w:rsidRDefault="00332DB8">
            <w:r w:rsidRPr="00332DB8">
              <w:rPr>
                <w:lang w:val="ru-RU"/>
              </w:rPr>
              <w:t xml:space="preserve">Журнал «Русский Хозяин» № 3 за 2000 год «Русский - значит бесправный!» </w:t>
            </w:r>
            <w:r>
              <w:t>(заочное решение Бутырского районного суда г. Москвы от 07.04.2011).</w:t>
            </w:r>
          </w:p>
        </w:tc>
        <w:tc>
          <w:tcPr>
            <w:tcW w:w="2880" w:type="dxa"/>
          </w:tcPr>
          <w:p w:rsidR="006F7457" w:rsidRDefault="006F7457"/>
        </w:tc>
      </w:tr>
      <w:tr w:rsidR="006F7457" w:rsidRPr="00DD284B">
        <w:tc>
          <w:tcPr>
            <w:tcW w:w="2880" w:type="dxa"/>
          </w:tcPr>
          <w:p w:rsidR="006F7457" w:rsidRDefault="00332DB8">
            <w:r>
              <w:t>1109.</w:t>
            </w:r>
          </w:p>
        </w:tc>
        <w:tc>
          <w:tcPr>
            <w:tcW w:w="2880" w:type="dxa"/>
          </w:tcPr>
          <w:p w:rsidR="006F7457" w:rsidRPr="00332DB8" w:rsidRDefault="00332DB8">
            <w:pPr>
              <w:rPr>
                <w:lang w:val="ru-RU"/>
              </w:rPr>
            </w:pPr>
            <w:r w:rsidRPr="00332DB8">
              <w:rPr>
                <w:lang w:val="ru-RU"/>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1110.</w:t>
            </w:r>
          </w:p>
        </w:tc>
        <w:tc>
          <w:tcPr>
            <w:tcW w:w="2880" w:type="dxa"/>
          </w:tcPr>
          <w:p w:rsidR="006F7457" w:rsidRPr="00332DB8" w:rsidRDefault="00332DB8">
            <w:pPr>
              <w:rPr>
                <w:lang w:val="ru-RU"/>
              </w:rPr>
            </w:pPr>
            <w:r w:rsidRPr="00332DB8">
              <w:rPr>
                <w:lang w:val="ru-RU"/>
              </w:rPr>
              <w:t>Текстовый документ «</w:t>
            </w:r>
            <w:r>
              <w:t>SKIN</w:t>
            </w:r>
            <w:r w:rsidRPr="00332DB8">
              <w:rPr>
                <w:lang w:val="ru-RU"/>
              </w:rPr>
              <w:t>-</w:t>
            </w:r>
            <w:r>
              <w:t>HEADS</w:t>
            </w:r>
            <w:r w:rsidRPr="00332DB8">
              <w:rPr>
                <w:lang w:val="ru-RU"/>
              </w:rPr>
              <w:t>» (решение Левобережного районного суда города Воронежа от 29.11.2011).</w:t>
            </w:r>
          </w:p>
        </w:tc>
        <w:tc>
          <w:tcPr>
            <w:tcW w:w="2880" w:type="dxa"/>
          </w:tcPr>
          <w:p w:rsidR="006F7457" w:rsidRPr="00332DB8" w:rsidRDefault="006F7457">
            <w:pPr>
              <w:rPr>
                <w:lang w:val="ru-RU"/>
              </w:rPr>
            </w:pPr>
          </w:p>
        </w:tc>
      </w:tr>
      <w:tr w:rsidR="006F7457" w:rsidRPr="00DD284B">
        <w:tc>
          <w:tcPr>
            <w:tcW w:w="2880" w:type="dxa"/>
          </w:tcPr>
          <w:p w:rsidR="006F7457" w:rsidRDefault="00332DB8">
            <w:r>
              <w:t>1111.</w:t>
            </w:r>
          </w:p>
        </w:tc>
        <w:tc>
          <w:tcPr>
            <w:tcW w:w="2880" w:type="dxa"/>
          </w:tcPr>
          <w:p w:rsidR="006F7457" w:rsidRPr="00332DB8" w:rsidRDefault="00332DB8">
            <w:pPr>
              <w:rPr>
                <w:lang w:val="ru-RU"/>
              </w:rPr>
            </w:pPr>
            <w:r w:rsidRPr="00332DB8">
              <w:rPr>
                <w:lang w:val="ru-RU"/>
              </w:rPr>
              <w:t>Текстовый документ «Отношение к инородцам» (решение Левобережного районного суда города Воронежа от 29.11.2011).</w:t>
            </w:r>
          </w:p>
        </w:tc>
        <w:tc>
          <w:tcPr>
            <w:tcW w:w="2880" w:type="dxa"/>
          </w:tcPr>
          <w:p w:rsidR="006F7457" w:rsidRPr="00332DB8" w:rsidRDefault="006F7457">
            <w:pPr>
              <w:rPr>
                <w:lang w:val="ru-RU"/>
              </w:rPr>
            </w:pPr>
          </w:p>
        </w:tc>
      </w:tr>
      <w:tr w:rsidR="006F7457" w:rsidRPr="00DD284B">
        <w:tc>
          <w:tcPr>
            <w:tcW w:w="2880" w:type="dxa"/>
          </w:tcPr>
          <w:p w:rsidR="006F7457" w:rsidRDefault="00332DB8">
            <w:r>
              <w:t>1112.</w:t>
            </w:r>
          </w:p>
        </w:tc>
        <w:tc>
          <w:tcPr>
            <w:tcW w:w="2880" w:type="dxa"/>
          </w:tcPr>
          <w:p w:rsidR="006F7457" w:rsidRPr="00332DB8" w:rsidRDefault="00332DB8">
            <w:pPr>
              <w:rPr>
                <w:lang w:val="ru-RU"/>
              </w:rPr>
            </w:pPr>
            <w:r w:rsidRPr="00332DB8">
              <w:rPr>
                <w:lang w:val="ru-RU"/>
              </w:rPr>
              <w:t>Текстовый документ «Отношение к наркотикам» (решение Левобережного районного суда города Воронежа от 29.11.2011).</w:t>
            </w:r>
          </w:p>
        </w:tc>
        <w:tc>
          <w:tcPr>
            <w:tcW w:w="2880" w:type="dxa"/>
          </w:tcPr>
          <w:p w:rsidR="006F7457" w:rsidRPr="00332DB8" w:rsidRDefault="006F7457">
            <w:pPr>
              <w:rPr>
                <w:lang w:val="ru-RU"/>
              </w:rPr>
            </w:pPr>
          </w:p>
        </w:tc>
      </w:tr>
      <w:tr w:rsidR="006F7457" w:rsidRPr="00DD284B">
        <w:tc>
          <w:tcPr>
            <w:tcW w:w="2880" w:type="dxa"/>
          </w:tcPr>
          <w:p w:rsidR="006F7457" w:rsidRDefault="00332DB8">
            <w:r>
              <w:t>1113.</w:t>
            </w:r>
          </w:p>
        </w:tc>
        <w:tc>
          <w:tcPr>
            <w:tcW w:w="2880" w:type="dxa"/>
          </w:tcPr>
          <w:p w:rsidR="006F7457" w:rsidRPr="00332DB8" w:rsidRDefault="00332DB8">
            <w:pPr>
              <w:rPr>
                <w:lang w:val="ru-RU"/>
              </w:rPr>
            </w:pPr>
            <w:r w:rsidRPr="00332DB8">
              <w:rPr>
                <w:lang w:val="ru-RU"/>
              </w:rPr>
              <w:t>Текстовый документ «Что значит быть белым» (решение Левобережного районного суда города Воронежа от 29.11.2011).</w:t>
            </w:r>
          </w:p>
        </w:tc>
        <w:tc>
          <w:tcPr>
            <w:tcW w:w="2880" w:type="dxa"/>
          </w:tcPr>
          <w:p w:rsidR="006F7457" w:rsidRPr="00332DB8" w:rsidRDefault="006F7457">
            <w:pPr>
              <w:rPr>
                <w:lang w:val="ru-RU"/>
              </w:rPr>
            </w:pPr>
          </w:p>
        </w:tc>
      </w:tr>
      <w:tr w:rsidR="006F7457" w:rsidRPr="00DD284B">
        <w:tc>
          <w:tcPr>
            <w:tcW w:w="2880" w:type="dxa"/>
          </w:tcPr>
          <w:p w:rsidR="006F7457" w:rsidRDefault="00332DB8">
            <w:r>
              <w:t>1114.</w:t>
            </w:r>
          </w:p>
        </w:tc>
        <w:tc>
          <w:tcPr>
            <w:tcW w:w="2880" w:type="dxa"/>
          </w:tcPr>
          <w:p w:rsidR="006F7457" w:rsidRPr="00332DB8" w:rsidRDefault="00332DB8">
            <w:pPr>
              <w:rPr>
                <w:lang w:val="ru-RU"/>
              </w:rPr>
            </w:pPr>
            <w:r w:rsidRPr="00332DB8">
              <w:rPr>
                <w:lang w:val="ru-RU"/>
              </w:rPr>
              <w:t>Текстовый документ «Часто задаваемые вопросы о том, кто такие скинхеды» (решение Левобережного районного суда города Воронежа от 29.11.2011).</w:t>
            </w:r>
          </w:p>
        </w:tc>
        <w:tc>
          <w:tcPr>
            <w:tcW w:w="2880" w:type="dxa"/>
          </w:tcPr>
          <w:p w:rsidR="006F7457" w:rsidRPr="00332DB8" w:rsidRDefault="006F7457">
            <w:pPr>
              <w:rPr>
                <w:lang w:val="ru-RU"/>
              </w:rPr>
            </w:pPr>
          </w:p>
        </w:tc>
      </w:tr>
      <w:tr w:rsidR="006F7457" w:rsidRPr="00DD284B">
        <w:tc>
          <w:tcPr>
            <w:tcW w:w="2880" w:type="dxa"/>
          </w:tcPr>
          <w:p w:rsidR="006F7457" w:rsidRDefault="00332DB8">
            <w:r>
              <w:t>111</w:t>
            </w:r>
            <w:r>
              <w:lastRenderedPageBreak/>
              <w:t>5.</w:t>
            </w:r>
          </w:p>
        </w:tc>
        <w:tc>
          <w:tcPr>
            <w:tcW w:w="2880" w:type="dxa"/>
          </w:tcPr>
          <w:p w:rsidR="006F7457" w:rsidRPr="00332DB8" w:rsidRDefault="00332DB8">
            <w:pPr>
              <w:rPr>
                <w:lang w:val="ru-RU"/>
              </w:rPr>
            </w:pPr>
            <w:r w:rsidRPr="00332DB8">
              <w:rPr>
                <w:lang w:val="ru-RU"/>
              </w:rPr>
              <w:lastRenderedPageBreak/>
              <w:t>Текстовый документ «О фашизме в России» (решение Левобережного районного суда города Воронежа от 29.11.2011).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1116.</w:t>
            </w:r>
          </w:p>
        </w:tc>
        <w:tc>
          <w:tcPr>
            <w:tcW w:w="2880" w:type="dxa"/>
          </w:tcPr>
          <w:p w:rsidR="006F7457" w:rsidRPr="00332DB8" w:rsidRDefault="00332DB8">
            <w:pPr>
              <w:rPr>
                <w:lang w:val="ru-RU"/>
              </w:rPr>
            </w:pPr>
            <w:r w:rsidRPr="00332DB8">
              <w:rPr>
                <w:lang w:val="ru-RU"/>
              </w:rPr>
              <w:t>Текстовый документ «Наша война» (решение Левобережного районного суда города Воронежа от 29.11.2011).</w:t>
            </w:r>
          </w:p>
        </w:tc>
        <w:tc>
          <w:tcPr>
            <w:tcW w:w="2880" w:type="dxa"/>
          </w:tcPr>
          <w:p w:rsidR="006F7457" w:rsidRPr="00332DB8" w:rsidRDefault="006F7457">
            <w:pPr>
              <w:rPr>
                <w:lang w:val="ru-RU"/>
              </w:rPr>
            </w:pPr>
          </w:p>
        </w:tc>
      </w:tr>
      <w:tr w:rsidR="006F7457" w:rsidRPr="00DD284B">
        <w:tc>
          <w:tcPr>
            <w:tcW w:w="2880" w:type="dxa"/>
          </w:tcPr>
          <w:p w:rsidR="006F7457" w:rsidRDefault="00332DB8">
            <w:r>
              <w:t>1117.</w:t>
            </w:r>
          </w:p>
        </w:tc>
        <w:tc>
          <w:tcPr>
            <w:tcW w:w="2880" w:type="dxa"/>
          </w:tcPr>
          <w:p w:rsidR="006F7457" w:rsidRPr="00332DB8" w:rsidRDefault="00332DB8">
            <w:pPr>
              <w:rPr>
                <w:lang w:val="ru-RU"/>
              </w:rPr>
            </w:pPr>
            <w:r w:rsidRPr="00332DB8">
              <w:rPr>
                <w:lang w:val="ru-RU"/>
              </w:rPr>
              <w:t>Текстовый документ «Нацизм» (решение Левобережного районного суда города Воронежа от 29.11.2011).</w:t>
            </w:r>
          </w:p>
        </w:tc>
        <w:tc>
          <w:tcPr>
            <w:tcW w:w="2880" w:type="dxa"/>
          </w:tcPr>
          <w:p w:rsidR="006F7457" w:rsidRPr="00332DB8" w:rsidRDefault="006F7457">
            <w:pPr>
              <w:rPr>
                <w:lang w:val="ru-RU"/>
              </w:rPr>
            </w:pPr>
          </w:p>
        </w:tc>
      </w:tr>
      <w:tr w:rsidR="006F7457" w:rsidRPr="00DD284B">
        <w:tc>
          <w:tcPr>
            <w:tcW w:w="2880" w:type="dxa"/>
          </w:tcPr>
          <w:p w:rsidR="006F7457" w:rsidRDefault="00332DB8">
            <w:r>
              <w:t>1118.</w:t>
            </w:r>
          </w:p>
        </w:tc>
        <w:tc>
          <w:tcPr>
            <w:tcW w:w="2880" w:type="dxa"/>
          </w:tcPr>
          <w:p w:rsidR="006F7457" w:rsidRPr="00332DB8" w:rsidRDefault="00332DB8">
            <w:pPr>
              <w:rPr>
                <w:lang w:val="ru-RU"/>
              </w:rPr>
            </w:pPr>
            <w:r w:rsidRPr="00332DB8">
              <w:rPr>
                <w:lang w:val="ru-RU"/>
              </w:rPr>
              <w:t>Текстовый документ «Инородцы» (решение Левобережного районного суда города Воронежа от 29.11.2011).</w:t>
            </w:r>
          </w:p>
        </w:tc>
        <w:tc>
          <w:tcPr>
            <w:tcW w:w="2880" w:type="dxa"/>
          </w:tcPr>
          <w:p w:rsidR="006F7457" w:rsidRPr="00332DB8" w:rsidRDefault="006F7457">
            <w:pPr>
              <w:rPr>
                <w:lang w:val="ru-RU"/>
              </w:rPr>
            </w:pPr>
          </w:p>
        </w:tc>
      </w:tr>
      <w:tr w:rsidR="006F7457" w:rsidRPr="00DD284B">
        <w:tc>
          <w:tcPr>
            <w:tcW w:w="2880" w:type="dxa"/>
          </w:tcPr>
          <w:p w:rsidR="006F7457" w:rsidRDefault="00332DB8">
            <w:r>
              <w:t>1119.</w:t>
            </w:r>
          </w:p>
        </w:tc>
        <w:tc>
          <w:tcPr>
            <w:tcW w:w="2880" w:type="dxa"/>
          </w:tcPr>
          <w:p w:rsidR="006F7457" w:rsidRPr="00332DB8" w:rsidRDefault="00332DB8">
            <w:pPr>
              <w:rPr>
                <w:lang w:val="ru-RU"/>
              </w:rPr>
            </w:pPr>
            <w:r w:rsidRPr="00332DB8">
              <w:rPr>
                <w:lang w:val="ru-RU"/>
              </w:rPr>
              <w:t>Текстовый документ «Часть 1. Идеология скинхедов. Цели бритоголовых» (решение Левобережного районного суда города Воронежа от 29.11.2011).</w:t>
            </w:r>
          </w:p>
        </w:tc>
        <w:tc>
          <w:tcPr>
            <w:tcW w:w="2880" w:type="dxa"/>
          </w:tcPr>
          <w:p w:rsidR="006F7457" w:rsidRPr="00332DB8" w:rsidRDefault="006F7457">
            <w:pPr>
              <w:rPr>
                <w:lang w:val="ru-RU"/>
              </w:rPr>
            </w:pPr>
          </w:p>
        </w:tc>
      </w:tr>
      <w:tr w:rsidR="006F7457" w:rsidRPr="00DD284B">
        <w:tc>
          <w:tcPr>
            <w:tcW w:w="2880" w:type="dxa"/>
          </w:tcPr>
          <w:p w:rsidR="006F7457" w:rsidRDefault="00332DB8">
            <w:r>
              <w:t>1120.</w:t>
            </w:r>
          </w:p>
        </w:tc>
        <w:tc>
          <w:tcPr>
            <w:tcW w:w="2880" w:type="dxa"/>
          </w:tcPr>
          <w:p w:rsidR="006F7457" w:rsidRPr="00332DB8" w:rsidRDefault="00332DB8">
            <w:pPr>
              <w:rPr>
                <w:lang w:val="ru-RU"/>
              </w:rPr>
            </w:pPr>
            <w:r w:rsidRPr="00332DB8">
              <w:rPr>
                <w:lang w:val="ru-RU"/>
              </w:rPr>
              <w:t>Текстовый документ «Кодекс бритоголового» (решение Левобережного районного суда города Воронежа от 29.11.2011).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1121.</w:t>
            </w:r>
          </w:p>
        </w:tc>
        <w:tc>
          <w:tcPr>
            <w:tcW w:w="2880" w:type="dxa"/>
          </w:tcPr>
          <w:p w:rsidR="006F7457" w:rsidRPr="00332DB8" w:rsidRDefault="00332DB8">
            <w:pPr>
              <w:rPr>
                <w:lang w:val="ru-RU"/>
              </w:rPr>
            </w:pPr>
            <w:r w:rsidRPr="00332DB8">
              <w:rPr>
                <w:lang w:val="ru-RU"/>
              </w:rPr>
              <w:t>Текстовый документ «Ненависть к врагам» (решение Левобережного районного суда города Воронежа от 29.11.2011).</w:t>
            </w:r>
          </w:p>
        </w:tc>
        <w:tc>
          <w:tcPr>
            <w:tcW w:w="2880" w:type="dxa"/>
          </w:tcPr>
          <w:p w:rsidR="006F7457" w:rsidRPr="00332DB8" w:rsidRDefault="006F7457">
            <w:pPr>
              <w:rPr>
                <w:lang w:val="ru-RU"/>
              </w:rPr>
            </w:pPr>
          </w:p>
        </w:tc>
      </w:tr>
      <w:tr w:rsidR="006F7457" w:rsidRPr="00DD284B">
        <w:tc>
          <w:tcPr>
            <w:tcW w:w="2880" w:type="dxa"/>
          </w:tcPr>
          <w:p w:rsidR="006F7457" w:rsidRDefault="00332DB8">
            <w:r>
              <w:t>1122.</w:t>
            </w:r>
          </w:p>
        </w:tc>
        <w:tc>
          <w:tcPr>
            <w:tcW w:w="2880" w:type="dxa"/>
          </w:tcPr>
          <w:p w:rsidR="006F7457" w:rsidRPr="00332DB8" w:rsidRDefault="00332DB8">
            <w:pPr>
              <w:rPr>
                <w:lang w:val="ru-RU"/>
              </w:rPr>
            </w:pPr>
            <w:r w:rsidRPr="00332DB8">
              <w:rPr>
                <w:lang w:val="ru-RU"/>
              </w:rPr>
              <w:t xml:space="preserve">Видеозапись «С.С. - Студии прямого действия Ф — 1», имеющая электронный адрес: </w:t>
            </w:r>
            <w:r>
              <w:t>http</w:t>
            </w:r>
            <w:r w:rsidRPr="00332DB8">
              <w:rPr>
                <w:lang w:val="ru-RU"/>
              </w:rPr>
              <w:t>://</w:t>
            </w:r>
            <w:r>
              <w:t>vkontakte</w:t>
            </w:r>
            <w:r w:rsidRPr="00332DB8">
              <w:rPr>
                <w:lang w:val="ru-RU"/>
              </w:rPr>
              <w:t>.</w:t>
            </w:r>
            <w:r>
              <w:t>ru</w:t>
            </w:r>
            <w:r w:rsidRPr="00332DB8">
              <w:rPr>
                <w:lang w:val="ru-RU"/>
              </w:rPr>
              <w:t>/</w:t>
            </w:r>
            <w:r>
              <w:t>video</w:t>
            </w:r>
            <w:r w:rsidRPr="00332DB8">
              <w:rPr>
                <w:lang w:val="ru-RU"/>
              </w:rPr>
              <w:t>-18665550_159476609, размещенная пользователем под псевдонимом «Максим Барзах» (</w:t>
            </w:r>
            <w:r>
              <w:t>http</w:t>
            </w:r>
            <w:r w:rsidRPr="00332DB8">
              <w:rPr>
                <w:lang w:val="ru-RU"/>
              </w:rPr>
              <w:t>://</w:t>
            </w:r>
            <w:r>
              <w:t>vkontakte</w:t>
            </w:r>
            <w:r w:rsidRPr="00332DB8">
              <w:rPr>
                <w:lang w:val="ru-RU"/>
              </w:rPr>
              <w:t>.</w:t>
            </w:r>
            <w:r>
              <w:t>ru</w:t>
            </w:r>
            <w:r w:rsidRPr="00332DB8">
              <w:rPr>
                <w:lang w:val="ru-RU"/>
              </w:rPr>
              <w:t>/</w:t>
            </w:r>
            <w:r>
              <w:t>pravoverie</w:t>
            </w:r>
            <w:r w:rsidRPr="00332DB8">
              <w:rPr>
                <w:lang w:val="ru-RU"/>
              </w:rPr>
              <w:t>#/</w:t>
            </w:r>
            <w:r>
              <w:t>islamofashist</w:t>
            </w:r>
            <w:r w:rsidRPr="00332DB8">
              <w:rPr>
                <w:lang w:val="ru-RU"/>
              </w:rPr>
              <w:t>) (решение Центрального районного суда города Красноярска от 29.12.2011).</w:t>
            </w:r>
          </w:p>
        </w:tc>
        <w:tc>
          <w:tcPr>
            <w:tcW w:w="2880" w:type="dxa"/>
          </w:tcPr>
          <w:p w:rsidR="006F7457" w:rsidRPr="00332DB8" w:rsidRDefault="006F7457">
            <w:pPr>
              <w:rPr>
                <w:lang w:val="ru-RU"/>
              </w:rPr>
            </w:pPr>
          </w:p>
        </w:tc>
      </w:tr>
      <w:tr w:rsidR="006F7457" w:rsidRPr="00DD284B">
        <w:tc>
          <w:tcPr>
            <w:tcW w:w="2880" w:type="dxa"/>
          </w:tcPr>
          <w:p w:rsidR="006F7457" w:rsidRDefault="00332DB8">
            <w:r>
              <w:t>1123.</w:t>
            </w:r>
          </w:p>
        </w:tc>
        <w:tc>
          <w:tcPr>
            <w:tcW w:w="2880" w:type="dxa"/>
          </w:tcPr>
          <w:p w:rsidR="006F7457" w:rsidRPr="00332DB8" w:rsidRDefault="00332DB8">
            <w:pPr>
              <w:rPr>
                <w:lang w:val="ru-RU"/>
              </w:rPr>
            </w:pPr>
            <w:r w:rsidRPr="00332DB8">
              <w:rPr>
                <w:lang w:val="ru-RU"/>
              </w:rPr>
              <w:t>Аудиозапись «</w:t>
            </w:r>
            <w:r>
              <w:t>AKez</w:t>
            </w:r>
            <w:r w:rsidRPr="00332DB8">
              <w:rPr>
                <w:lang w:val="ru-RU"/>
              </w:rPr>
              <w:t xml:space="preserve"> @ </w:t>
            </w:r>
            <w:r>
              <w:t>Dub</w:t>
            </w:r>
            <w:r w:rsidRPr="00332DB8">
              <w:rPr>
                <w:lang w:val="ru-RU"/>
              </w:rPr>
              <w:t xml:space="preserve"> </w:t>
            </w:r>
            <w:r>
              <w:t>Dervish</w:t>
            </w:r>
            <w:r w:rsidRPr="00332DB8">
              <w:rPr>
                <w:lang w:val="ru-RU"/>
              </w:rPr>
              <w:t xml:space="preserve"> — Русский Осман» (</w:t>
            </w:r>
            <w:r>
              <w:t>http</w:t>
            </w:r>
            <w:r w:rsidRPr="00332DB8">
              <w:rPr>
                <w:lang w:val="ru-RU"/>
              </w:rPr>
              <w:t>://</w:t>
            </w:r>
            <w:r>
              <w:t>vkontakte</w:t>
            </w:r>
            <w:r w:rsidRPr="00332DB8">
              <w:rPr>
                <w:lang w:val="ru-RU"/>
              </w:rPr>
              <w:t>.</w:t>
            </w:r>
            <w:r>
              <w:t>ru</w:t>
            </w:r>
            <w:r w:rsidRPr="00332DB8">
              <w:rPr>
                <w:lang w:val="ru-RU"/>
              </w:rPr>
              <w:t>/</w:t>
            </w:r>
            <w:r>
              <w:t>rusislam</w:t>
            </w:r>
            <w:r w:rsidRPr="00332DB8">
              <w:rPr>
                <w:lang w:val="ru-RU"/>
              </w:rPr>
              <w:t>#/</w:t>
            </w:r>
            <w:r>
              <w:t>audio</w:t>
            </w:r>
            <w:r w:rsidRPr="00332DB8">
              <w:rPr>
                <w:lang w:val="ru-RU"/>
              </w:rPr>
              <w:t>) (решение Центрального районного суда города Красноярска от 29.12.2011).</w:t>
            </w:r>
          </w:p>
        </w:tc>
        <w:tc>
          <w:tcPr>
            <w:tcW w:w="2880" w:type="dxa"/>
          </w:tcPr>
          <w:p w:rsidR="006F7457" w:rsidRPr="00332DB8" w:rsidRDefault="006F7457">
            <w:pPr>
              <w:rPr>
                <w:lang w:val="ru-RU"/>
              </w:rPr>
            </w:pPr>
          </w:p>
        </w:tc>
      </w:tr>
      <w:tr w:rsidR="006F7457" w:rsidRPr="00DD284B">
        <w:tc>
          <w:tcPr>
            <w:tcW w:w="2880" w:type="dxa"/>
          </w:tcPr>
          <w:p w:rsidR="006F7457" w:rsidRDefault="00332DB8">
            <w:r>
              <w:t>1124.</w:t>
            </w:r>
          </w:p>
        </w:tc>
        <w:tc>
          <w:tcPr>
            <w:tcW w:w="2880" w:type="dxa"/>
          </w:tcPr>
          <w:p w:rsidR="006F7457" w:rsidRPr="00332DB8" w:rsidRDefault="00332DB8">
            <w:pPr>
              <w:rPr>
                <w:lang w:val="ru-RU"/>
              </w:rPr>
            </w:pPr>
            <w:r w:rsidRPr="00332DB8">
              <w:rPr>
                <w:lang w:val="ru-RU"/>
              </w:rPr>
              <w:t xml:space="preserve">Видеоролик «Русский, очнись! Против тебя идет война!», размещенный Гончаровым О.В. на интернет-странице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50692184, в социальной сети «В КОНТАКТЕ РУ» (решение Прикубанского районного суда города Краснодара от 26.01.2012)</w:t>
            </w:r>
          </w:p>
        </w:tc>
        <w:tc>
          <w:tcPr>
            <w:tcW w:w="2880" w:type="dxa"/>
          </w:tcPr>
          <w:p w:rsidR="006F7457" w:rsidRPr="00332DB8" w:rsidRDefault="006F7457">
            <w:pPr>
              <w:rPr>
                <w:lang w:val="ru-RU"/>
              </w:rPr>
            </w:pPr>
          </w:p>
        </w:tc>
      </w:tr>
      <w:tr w:rsidR="006F7457" w:rsidRPr="00DD284B">
        <w:tc>
          <w:tcPr>
            <w:tcW w:w="2880" w:type="dxa"/>
          </w:tcPr>
          <w:p w:rsidR="006F7457" w:rsidRDefault="00332DB8">
            <w:r>
              <w:t>1125.</w:t>
            </w:r>
          </w:p>
        </w:tc>
        <w:tc>
          <w:tcPr>
            <w:tcW w:w="2880" w:type="dxa"/>
          </w:tcPr>
          <w:p w:rsidR="006F7457" w:rsidRPr="00332DB8" w:rsidRDefault="00332DB8">
            <w:pPr>
              <w:rPr>
                <w:lang w:val="ru-RU"/>
              </w:rPr>
            </w:pPr>
            <w:r w:rsidRPr="00332DB8">
              <w:rPr>
                <w:lang w:val="ru-RU"/>
              </w:rPr>
              <w:t xml:space="preserve">Видеоролик «Русский проснись», размещенный Гончаровым О.В. на интернет-странице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50692184, в социальной сети «В КОНТАКТЕ РУ» (решение Прикубанского районного суда города Краснодара от 26.01.2012);</w:t>
            </w:r>
          </w:p>
        </w:tc>
        <w:tc>
          <w:tcPr>
            <w:tcW w:w="2880" w:type="dxa"/>
          </w:tcPr>
          <w:p w:rsidR="006F7457" w:rsidRPr="00332DB8" w:rsidRDefault="006F7457">
            <w:pPr>
              <w:rPr>
                <w:lang w:val="ru-RU"/>
              </w:rPr>
            </w:pPr>
          </w:p>
        </w:tc>
      </w:tr>
      <w:tr w:rsidR="006F7457" w:rsidRPr="00DD284B">
        <w:tc>
          <w:tcPr>
            <w:tcW w:w="2880" w:type="dxa"/>
          </w:tcPr>
          <w:p w:rsidR="006F7457" w:rsidRDefault="00332DB8">
            <w:r>
              <w:t>112</w:t>
            </w:r>
            <w:r>
              <w:lastRenderedPageBreak/>
              <w:t>6.</w:t>
            </w:r>
          </w:p>
        </w:tc>
        <w:tc>
          <w:tcPr>
            <w:tcW w:w="2880" w:type="dxa"/>
          </w:tcPr>
          <w:p w:rsidR="006F7457" w:rsidRPr="00332DB8" w:rsidRDefault="00332DB8">
            <w:pPr>
              <w:rPr>
                <w:lang w:val="ru-RU"/>
              </w:rPr>
            </w:pPr>
            <w:r w:rsidRPr="00332DB8">
              <w:rPr>
                <w:lang w:val="ru-RU"/>
              </w:rPr>
              <w:lastRenderedPageBreak/>
              <w:t xml:space="preserve">Видеоролик «Россия для Русских!», размещенный Гончаровым О.В. на интернет-странице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 xml:space="preserve">50692184, в социальной сети «В КОНТАКТЕ РУ» (решение Прикубанского районного суда </w:t>
            </w:r>
            <w:r w:rsidRPr="00332DB8">
              <w:rPr>
                <w:lang w:val="ru-RU"/>
              </w:rPr>
              <w:lastRenderedPageBreak/>
              <w:t>города Краснодара от 26.01.2012);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1127.</w:t>
            </w:r>
          </w:p>
        </w:tc>
        <w:tc>
          <w:tcPr>
            <w:tcW w:w="2880" w:type="dxa"/>
          </w:tcPr>
          <w:p w:rsidR="006F7457" w:rsidRPr="00332DB8" w:rsidRDefault="00332DB8">
            <w:pPr>
              <w:rPr>
                <w:lang w:val="ru-RU"/>
              </w:rPr>
            </w:pPr>
            <w:r w:rsidRPr="00332DB8">
              <w:rPr>
                <w:lang w:val="ru-RU"/>
              </w:rPr>
              <w:t xml:space="preserve">Видеоролик «РНЕ», размещенный Гончаровым О.В. на интернет-странице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50692184, в социальной сети «В КОНТАКТЕ РУ» (решение Прикубанского районного суда города Краснодара от 26.01.2012);</w:t>
            </w:r>
          </w:p>
        </w:tc>
        <w:tc>
          <w:tcPr>
            <w:tcW w:w="2880" w:type="dxa"/>
          </w:tcPr>
          <w:p w:rsidR="006F7457" w:rsidRPr="00332DB8" w:rsidRDefault="006F7457">
            <w:pPr>
              <w:rPr>
                <w:lang w:val="ru-RU"/>
              </w:rPr>
            </w:pPr>
          </w:p>
        </w:tc>
      </w:tr>
      <w:tr w:rsidR="006F7457" w:rsidRPr="00DD284B">
        <w:tc>
          <w:tcPr>
            <w:tcW w:w="2880" w:type="dxa"/>
          </w:tcPr>
          <w:p w:rsidR="006F7457" w:rsidRDefault="00332DB8">
            <w:r>
              <w:t>1128.</w:t>
            </w:r>
          </w:p>
        </w:tc>
        <w:tc>
          <w:tcPr>
            <w:tcW w:w="2880" w:type="dxa"/>
          </w:tcPr>
          <w:p w:rsidR="006F7457" w:rsidRPr="00332DB8" w:rsidRDefault="00332DB8">
            <w:pPr>
              <w:rPr>
                <w:lang w:val="ru-RU"/>
              </w:rPr>
            </w:pPr>
            <w:r w:rsidRPr="00332DB8">
              <w:rPr>
                <w:lang w:val="ru-RU"/>
              </w:rPr>
              <w:t xml:space="preserve">Видеоролик «Обращение бойцов Славянского союза к русским», размещенный Гончаровым О.В. на интернет-странице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50692184, в социальной сети «В КОНТАКТЕ РУ» (решение Прикубанского районного суда города Краснодара от 26.01.2012);</w:t>
            </w:r>
          </w:p>
        </w:tc>
        <w:tc>
          <w:tcPr>
            <w:tcW w:w="2880" w:type="dxa"/>
          </w:tcPr>
          <w:p w:rsidR="006F7457" w:rsidRPr="00332DB8" w:rsidRDefault="006F7457">
            <w:pPr>
              <w:rPr>
                <w:lang w:val="ru-RU"/>
              </w:rPr>
            </w:pPr>
          </w:p>
        </w:tc>
      </w:tr>
      <w:tr w:rsidR="006F7457" w:rsidRPr="00DD284B">
        <w:tc>
          <w:tcPr>
            <w:tcW w:w="2880" w:type="dxa"/>
          </w:tcPr>
          <w:p w:rsidR="006F7457" w:rsidRDefault="00332DB8">
            <w:r>
              <w:t>1129.</w:t>
            </w:r>
          </w:p>
        </w:tc>
        <w:tc>
          <w:tcPr>
            <w:tcW w:w="2880" w:type="dxa"/>
          </w:tcPr>
          <w:p w:rsidR="006F7457" w:rsidRPr="00332DB8" w:rsidRDefault="00332DB8">
            <w:pPr>
              <w:rPr>
                <w:lang w:val="ru-RU"/>
              </w:rPr>
            </w:pPr>
            <w:r w:rsidRPr="00332DB8">
              <w:rPr>
                <w:lang w:val="ru-RU"/>
              </w:rPr>
              <w:t xml:space="preserve">Видеоролик «Вся правда о ЗОГ)))», размещенный Гончаровым О.В. на интернет-странице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50692184, в социальной сети «В КОНТАКТЕ РУ» (решение Прикубанского районного суда города Краснодара от 26.01.2012);</w:t>
            </w:r>
          </w:p>
        </w:tc>
        <w:tc>
          <w:tcPr>
            <w:tcW w:w="2880" w:type="dxa"/>
          </w:tcPr>
          <w:p w:rsidR="006F7457" w:rsidRPr="00332DB8" w:rsidRDefault="006F7457">
            <w:pPr>
              <w:rPr>
                <w:lang w:val="ru-RU"/>
              </w:rPr>
            </w:pPr>
          </w:p>
        </w:tc>
      </w:tr>
      <w:tr w:rsidR="006F7457" w:rsidRPr="00DD284B">
        <w:tc>
          <w:tcPr>
            <w:tcW w:w="2880" w:type="dxa"/>
          </w:tcPr>
          <w:p w:rsidR="006F7457" w:rsidRDefault="00332DB8">
            <w:r>
              <w:t>1130.</w:t>
            </w:r>
          </w:p>
        </w:tc>
        <w:tc>
          <w:tcPr>
            <w:tcW w:w="2880" w:type="dxa"/>
          </w:tcPr>
          <w:p w:rsidR="006F7457" w:rsidRPr="00332DB8" w:rsidRDefault="00332DB8">
            <w:pPr>
              <w:rPr>
                <w:lang w:val="ru-RU"/>
              </w:rPr>
            </w:pPr>
            <w:r w:rsidRPr="00332DB8">
              <w:rPr>
                <w:lang w:val="ru-RU"/>
              </w:rPr>
              <w:t xml:space="preserve">Видеоролик «ВПЕРЕД СЛАВЯНЕ», размещенный Гончаровым О.В. на интернет-странице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50692184, в социальной сети «В КОНТАКТЕ РУ» (решение Прикубанского районного суда города Краснодара от 26.01.2012);</w:t>
            </w:r>
          </w:p>
        </w:tc>
        <w:tc>
          <w:tcPr>
            <w:tcW w:w="2880" w:type="dxa"/>
          </w:tcPr>
          <w:p w:rsidR="006F7457" w:rsidRPr="00332DB8" w:rsidRDefault="006F7457">
            <w:pPr>
              <w:rPr>
                <w:lang w:val="ru-RU"/>
              </w:rPr>
            </w:pPr>
          </w:p>
        </w:tc>
      </w:tr>
      <w:tr w:rsidR="006F7457" w:rsidRPr="00DD284B">
        <w:tc>
          <w:tcPr>
            <w:tcW w:w="2880" w:type="dxa"/>
          </w:tcPr>
          <w:p w:rsidR="006F7457" w:rsidRDefault="00332DB8">
            <w:r>
              <w:t>1131.</w:t>
            </w:r>
          </w:p>
        </w:tc>
        <w:tc>
          <w:tcPr>
            <w:tcW w:w="2880" w:type="dxa"/>
          </w:tcPr>
          <w:p w:rsidR="006F7457" w:rsidRPr="00332DB8" w:rsidRDefault="00332DB8">
            <w:pPr>
              <w:rPr>
                <w:lang w:val="ru-RU"/>
              </w:rPr>
            </w:pPr>
            <w:r w:rsidRPr="00332DB8">
              <w:rPr>
                <w:lang w:val="ru-RU"/>
              </w:rPr>
              <w:t>Видеоролик «</w:t>
            </w:r>
            <w:r>
              <w:t>FORMAT</w:t>
            </w:r>
            <w:r w:rsidRPr="00332DB8">
              <w:rPr>
                <w:lang w:val="ru-RU"/>
              </w:rPr>
              <w:t xml:space="preserve"> 18-символика», размещенный Гончаровым О.В. на интернет-странице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50692184, в социальной сети «В КОНТАКТЕ РУ» (решение Прикубанского районного суда города Краснодара от 26.01.2012);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1132.</w:t>
            </w:r>
          </w:p>
        </w:tc>
        <w:tc>
          <w:tcPr>
            <w:tcW w:w="2880" w:type="dxa"/>
          </w:tcPr>
          <w:p w:rsidR="006F7457" w:rsidRPr="00332DB8" w:rsidRDefault="00332DB8">
            <w:pPr>
              <w:rPr>
                <w:lang w:val="ru-RU"/>
              </w:rPr>
            </w:pPr>
            <w:r w:rsidRPr="00332DB8">
              <w:rPr>
                <w:lang w:val="ru-RU"/>
              </w:rPr>
              <w:t>Видеоролик «</w:t>
            </w:r>
            <w:r>
              <w:t>combar</w:t>
            </w:r>
            <w:r w:rsidRPr="00332DB8">
              <w:rPr>
                <w:lang w:val="ru-RU"/>
              </w:rPr>
              <w:t xml:space="preserve"> 18», размещенный Гончаровым О.В. на интернет-странице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50692184, в социальной сети «В КОНТАКТЕ РУ» (решение Прикубанского районного суда города Краснодара от 26.01.2012);</w:t>
            </w:r>
          </w:p>
        </w:tc>
        <w:tc>
          <w:tcPr>
            <w:tcW w:w="2880" w:type="dxa"/>
          </w:tcPr>
          <w:p w:rsidR="006F7457" w:rsidRPr="00332DB8" w:rsidRDefault="006F7457">
            <w:pPr>
              <w:rPr>
                <w:lang w:val="ru-RU"/>
              </w:rPr>
            </w:pPr>
          </w:p>
        </w:tc>
      </w:tr>
      <w:tr w:rsidR="006F7457" w:rsidRPr="00DD284B">
        <w:tc>
          <w:tcPr>
            <w:tcW w:w="2880" w:type="dxa"/>
          </w:tcPr>
          <w:p w:rsidR="006F7457" w:rsidRDefault="00332DB8">
            <w:r>
              <w:t>1133.</w:t>
            </w:r>
          </w:p>
        </w:tc>
        <w:tc>
          <w:tcPr>
            <w:tcW w:w="2880" w:type="dxa"/>
          </w:tcPr>
          <w:p w:rsidR="006F7457" w:rsidRPr="00332DB8" w:rsidRDefault="00332DB8">
            <w:pPr>
              <w:rPr>
                <w:lang w:val="ru-RU"/>
              </w:rPr>
            </w:pPr>
            <w:r>
              <w:t>C</w:t>
            </w:r>
            <w:r w:rsidRPr="00332DB8">
              <w:rPr>
                <w:lang w:val="ru-RU"/>
              </w:rPr>
              <w:t>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2880" w:type="dxa"/>
          </w:tcPr>
          <w:p w:rsidR="006F7457" w:rsidRPr="00332DB8" w:rsidRDefault="006F7457">
            <w:pPr>
              <w:rPr>
                <w:lang w:val="ru-RU"/>
              </w:rPr>
            </w:pPr>
          </w:p>
        </w:tc>
      </w:tr>
      <w:tr w:rsidR="006F7457" w:rsidRPr="00DD284B">
        <w:tc>
          <w:tcPr>
            <w:tcW w:w="2880" w:type="dxa"/>
          </w:tcPr>
          <w:p w:rsidR="006F7457" w:rsidRDefault="00332DB8">
            <w:r>
              <w:t>1134.</w:t>
            </w:r>
          </w:p>
        </w:tc>
        <w:tc>
          <w:tcPr>
            <w:tcW w:w="2880" w:type="dxa"/>
          </w:tcPr>
          <w:p w:rsidR="006F7457" w:rsidRPr="00332DB8" w:rsidRDefault="00332DB8">
            <w:pPr>
              <w:rPr>
                <w:lang w:val="ru-RU"/>
              </w:rPr>
            </w:pPr>
            <w:r w:rsidRPr="00332DB8">
              <w:rPr>
                <w:lang w:val="ru-RU"/>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2880" w:type="dxa"/>
          </w:tcPr>
          <w:p w:rsidR="006F7457" w:rsidRPr="00332DB8" w:rsidRDefault="006F7457">
            <w:pPr>
              <w:rPr>
                <w:lang w:val="ru-RU"/>
              </w:rPr>
            </w:pPr>
          </w:p>
        </w:tc>
      </w:tr>
      <w:tr w:rsidR="006F7457" w:rsidRPr="00DD284B">
        <w:tc>
          <w:tcPr>
            <w:tcW w:w="2880" w:type="dxa"/>
          </w:tcPr>
          <w:p w:rsidR="006F7457" w:rsidRDefault="00332DB8">
            <w:r>
              <w:t>1135.</w:t>
            </w:r>
          </w:p>
        </w:tc>
        <w:tc>
          <w:tcPr>
            <w:tcW w:w="2880" w:type="dxa"/>
          </w:tcPr>
          <w:p w:rsidR="006F7457" w:rsidRPr="00332DB8" w:rsidRDefault="00332DB8">
            <w:pPr>
              <w:rPr>
                <w:lang w:val="ru-RU"/>
              </w:rPr>
            </w:pPr>
            <w:r w:rsidRPr="00332DB8">
              <w:rPr>
                <w:lang w:val="ru-RU"/>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2880" w:type="dxa"/>
          </w:tcPr>
          <w:p w:rsidR="006F7457" w:rsidRPr="00332DB8" w:rsidRDefault="006F7457">
            <w:pPr>
              <w:rPr>
                <w:lang w:val="ru-RU"/>
              </w:rPr>
            </w:pPr>
          </w:p>
        </w:tc>
      </w:tr>
      <w:tr w:rsidR="006F7457">
        <w:tc>
          <w:tcPr>
            <w:tcW w:w="2880" w:type="dxa"/>
          </w:tcPr>
          <w:p w:rsidR="006F7457" w:rsidRDefault="00332DB8">
            <w:r>
              <w:t>1136.</w:t>
            </w:r>
          </w:p>
        </w:tc>
        <w:tc>
          <w:tcPr>
            <w:tcW w:w="2880" w:type="dxa"/>
          </w:tcPr>
          <w:p w:rsidR="006F7457" w:rsidRDefault="00332DB8">
            <w:r w:rsidRPr="00332DB8">
              <w:rPr>
                <w:lang w:val="ru-RU"/>
              </w:rPr>
              <w:t xml:space="preserve">Изображение Александра </w:t>
            </w:r>
            <w:r>
              <w:t>III</w:t>
            </w:r>
            <w:r w:rsidRPr="00332DB8">
              <w:rPr>
                <w:lang w:val="ru-RU"/>
              </w:rPr>
              <w:t xml:space="preserve">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w:t>
            </w:r>
            <w:r>
              <w:t>III</w:t>
            </w:r>
            <w:r w:rsidRPr="00332DB8">
              <w:rPr>
                <w:lang w:val="ru-RU"/>
              </w:rPr>
              <w:t xml:space="preserve"> Он националист! </w:t>
            </w:r>
            <w:r>
              <w:t>А ты?» (решение Муромского городского суда Владимирской области от 31.01.2012);</w:t>
            </w:r>
          </w:p>
        </w:tc>
        <w:tc>
          <w:tcPr>
            <w:tcW w:w="2880" w:type="dxa"/>
          </w:tcPr>
          <w:p w:rsidR="006F7457" w:rsidRDefault="006F7457"/>
        </w:tc>
      </w:tr>
      <w:tr w:rsidR="006F7457" w:rsidRPr="00DD284B">
        <w:tc>
          <w:tcPr>
            <w:tcW w:w="2880" w:type="dxa"/>
          </w:tcPr>
          <w:p w:rsidR="006F7457" w:rsidRDefault="00332DB8">
            <w:r>
              <w:t>113</w:t>
            </w:r>
            <w:r>
              <w:lastRenderedPageBreak/>
              <w:t>7.</w:t>
            </w:r>
          </w:p>
        </w:tc>
        <w:tc>
          <w:tcPr>
            <w:tcW w:w="2880" w:type="dxa"/>
          </w:tcPr>
          <w:p w:rsidR="006F7457" w:rsidRPr="00332DB8" w:rsidRDefault="00332DB8">
            <w:pPr>
              <w:rPr>
                <w:lang w:val="ru-RU"/>
              </w:rPr>
            </w:pPr>
            <w:r w:rsidRPr="00332DB8">
              <w:rPr>
                <w:lang w:val="ru-RU"/>
              </w:rPr>
              <w:lastRenderedPageBreak/>
              <w:t xml:space="preserve">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w:t>
            </w:r>
            <w:r w:rsidRPr="00332DB8">
              <w:rPr>
                <w:lang w:val="ru-RU"/>
              </w:rPr>
              <w:lastRenderedPageBreak/>
              <w:t>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2880" w:type="dxa"/>
          </w:tcPr>
          <w:p w:rsidR="006F7457" w:rsidRPr="00332DB8" w:rsidRDefault="006F7457">
            <w:pPr>
              <w:rPr>
                <w:lang w:val="ru-RU"/>
              </w:rPr>
            </w:pPr>
          </w:p>
        </w:tc>
      </w:tr>
      <w:tr w:rsidR="006F7457">
        <w:tc>
          <w:tcPr>
            <w:tcW w:w="2880" w:type="dxa"/>
          </w:tcPr>
          <w:p w:rsidR="006F7457" w:rsidRDefault="00332DB8">
            <w:r>
              <w:lastRenderedPageBreak/>
              <w:t>1138.</w:t>
            </w:r>
          </w:p>
        </w:tc>
        <w:tc>
          <w:tcPr>
            <w:tcW w:w="2880" w:type="dxa"/>
          </w:tcPr>
          <w:p w:rsidR="006F7457" w:rsidRDefault="00332DB8">
            <w:r w:rsidRPr="00332DB8">
              <w:rPr>
                <w:lang w:val="ru-RU"/>
              </w:rPr>
              <w:t xml:space="preserve">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w:t>
            </w:r>
            <w:r>
              <w:t>(решение Муромского городского суда Владимирской области от 31.01.2012);</w:t>
            </w:r>
          </w:p>
        </w:tc>
        <w:tc>
          <w:tcPr>
            <w:tcW w:w="2880" w:type="dxa"/>
          </w:tcPr>
          <w:p w:rsidR="006F7457" w:rsidRDefault="006F7457"/>
        </w:tc>
      </w:tr>
      <w:tr w:rsidR="006F7457">
        <w:tc>
          <w:tcPr>
            <w:tcW w:w="2880" w:type="dxa"/>
          </w:tcPr>
          <w:p w:rsidR="006F7457" w:rsidRDefault="00332DB8">
            <w:r>
              <w:t>1139.</w:t>
            </w:r>
          </w:p>
        </w:tc>
        <w:tc>
          <w:tcPr>
            <w:tcW w:w="2880" w:type="dxa"/>
          </w:tcPr>
          <w:p w:rsidR="006F7457" w:rsidRDefault="00332DB8">
            <w:r w:rsidRPr="00332DB8">
              <w:rPr>
                <w:lang w:val="ru-RU"/>
              </w:rPr>
              <w:t xml:space="preserve">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w:t>
            </w:r>
            <w:r>
              <w:t>(решение Муромского городского суда Владимирской области от 31.01.2012);</w:t>
            </w:r>
          </w:p>
        </w:tc>
        <w:tc>
          <w:tcPr>
            <w:tcW w:w="2880" w:type="dxa"/>
          </w:tcPr>
          <w:p w:rsidR="006F7457" w:rsidRDefault="006F7457"/>
        </w:tc>
      </w:tr>
      <w:tr w:rsidR="006F7457">
        <w:tc>
          <w:tcPr>
            <w:tcW w:w="2880" w:type="dxa"/>
          </w:tcPr>
          <w:p w:rsidR="006F7457" w:rsidRDefault="00332DB8">
            <w:r>
              <w:t>1140.</w:t>
            </w:r>
          </w:p>
        </w:tc>
        <w:tc>
          <w:tcPr>
            <w:tcW w:w="2880" w:type="dxa"/>
          </w:tcPr>
          <w:p w:rsidR="006F7457" w:rsidRDefault="00332DB8">
            <w:r w:rsidRPr="00332DB8">
              <w:rPr>
                <w:lang w:val="ru-RU"/>
              </w:rPr>
              <w:t xml:space="preserve">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w:t>
            </w:r>
            <w:r>
              <w:t>(решение Муромского городского суда Владимирской области от 31.01.2012);</w:t>
            </w:r>
          </w:p>
        </w:tc>
        <w:tc>
          <w:tcPr>
            <w:tcW w:w="2880" w:type="dxa"/>
          </w:tcPr>
          <w:p w:rsidR="006F7457" w:rsidRDefault="006F7457"/>
        </w:tc>
      </w:tr>
      <w:tr w:rsidR="006F7457">
        <w:tc>
          <w:tcPr>
            <w:tcW w:w="2880" w:type="dxa"/>
          </w:tcPr>
          <w:p w:rsidR="006F7457" w:rsidRDefault="00332DB8">
            <w:r>
              <w:t>1141.</w:t>
            </w:r>
          </w:p>
        </w:tc>
        <w:tc>
          <w:tcPr>
            <w:tcW w:w="2880" w:type="dxa"/>
          </w:tcPr>
          <w:p w:rsidR="006F7457" w:rsidRDefault="00332DB8">
            <w:r w:rsidRPr="00332DB8">
              <w:rPr>
                <w:lang w:val="ru-RU"/>
              </w:rPr>
              <w:t>Изображение человека еврейской национальности с изображением шестиконечной звезды на лбу в сидячем положении летит в сторону таблички с надписью «</w:t>
            </w:r>
            <w:r>
              <w:t>ISRAEL</w:t>
            </w:r>
            <w:r w:rsidRPr="00332DB8">
              <w:rPr>
                <w:lang w:val="ru-RU"/>
              </w:rPr>
              <w:t xml:space="preserve">»,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w:t>
            </w:r>
            <w:r>
              <w:t>(решение Муромского городского суда Владимирской области от 31.01.2012);</w:t>
            </w:r>
          </w:p>
        </w:tc>
        <w:tc>
          <w:tcPr>
            <w:tcW w:w="2880" w:type="dxa"/>
          </w:tcPr>
          <w:p w:rsidR="006F7457" w:rsidRDefault="006F7457"/>
        </w:tc>
      </w:tr>
      <w:tr w:rsidR="006F7457">
        <w:tc>
          <w:tcPr>
            <w:tcW w:w="2880" w:type="dxa"/>
          </w:tcPr>
          <w:p w:rsidR="006F7457" w:rsidRDefault="00332DB8">
            <w:r>
              <w:lastRenderedPageBreak/>
              <w:t>1142.</w:t>
            </w:r>
          </w:p>
        </w:tc>
        <w:tc>
          <w:tcPr>
            <w:tcW w:w="2880" w:type="dxa"/>
          </w:tcPr>
          <w:p w:rsidR="006F7457" w:rsidRDefault="00332DB8">
            <w:r w:rsidRPr="00332DB8">
              <w:rPr>
                <w:lang w:val="ru-RU"/>
              </w:rPr>
              <w:t xml:space="preserve">Изображение ноги в берцовом ботинке, наступающей на шестиконечную звезду, над картинкой текст «Дави жидов!» </w:t>
            </w:r>
            <w:r>
              <w:t>(решение Муромского городского суда Владимирской области от 31.01.2012);</w:t>
            </w:r>
          </w:p>
        </w:tc>
        <w:tc>
          <w:tcPr>
            <w:tcW w:w="2880" w:type="dxa"/>
          </w:tcPr>
          <w:p w:rsidR="006F7457" w:rsidRDefault="006F7457"/>
        </w:tc>
      </w:tr>
      <w:tr w:rsidR="006F7457" w:rsidRPr="00DD284B">
        <w:tc>
          <w:tcPr>
            <w:tcW w:w="2880" w:type="dxa"/>
          </w:tcPr>
          <w:p w:rsidR="006F7457" w:rsidRDefault="00332DB8">
            <w:r>
              <w:t>1143.</w:t>
            </w:r>
          </w:p>
        </w:tc>
        <w:tc>
          <w:tcPr>
            <w:tcW w:w="2880" w:type="dxa"/>
          </w:tcPr>
          <w:p w:rsidR="006F7457" w:rsidRPr="00332DB8" w:rsidRDefault="00332DB8">
            <w:pPr>
              <w:rPr>
                <w:lang w:val="ru-RU"/>
              </w:rPr>
            </w:pPr>
            <w:r w:rsidRPr="00332DB8">
              <w:rPr>
                <w:lang w:val="ru-RU"/>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2880" w:type="dxa"/>
          </w:tcPr>
          <w:p w:rsidR="006F7457" w:rsidRPr="00332DB8" w:rsidRDefault="006F7457">
            <w:pPr>
              <w:rPr>
                <w:lang w:val="ru-RU"/>
              </w:rPr>
            </w:pPr>
          </w:p>
        </w:tc>
      </w:tr>
      <w:tr w:rsidR="006F7457" w:rsidRPr="00DD284B">
        <w:tc>
          <w:tcPr>
            <w:tcW w:w="2880" w:type="dxa"/>
          </w:tcPr>
          <w:p w:rsidR="006F7457" w:rsidRDefault="00332DB8">
            <w:r>
              <w:t>1144.</w:t>
            </w:r>
          </w:p>
        </w:tc>
        <w:tc>
          <w:tcPr>
            <w:tcW w:w="2880" w:type="dxa"/>
          </w:tcPr>
          <w:p w:rsidR="006F7457" w:rsidRPr="00332DB8" w:rsidRDefault="00332DB8">
            <w:pPr>
              <w:rPr>
                <w:lang w:val="ru-RU"/>
              </w:rPr>
            </w:pPr>
            <w:r w:rsidRPr="00332DB8">
              <w:rPr>
                <w:lang w:val="ru-RU"/>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2880" w:type="dxa"/>
          </w:tcPr>
          <w:p w:rsidR="006F7457" w:rsidRPr="00332DB8" w:rsidRDefault="006F7457">
            <w:pPr>
              <w:rPr>
                <w:lang w:val="ru-RU"/>
              </w:rPr>
            </w:pPr>
          </w:p>
        </w:tc>
      </w:tr>
      <w:tr w:rsidR="006F7457">
        <w:tc>
          <w:tcPr>
            <w:tcW w:w="2880" w:type="dxa"/>
          </w:tcPr>
          <w:p w:rsidR="006F7457" w:rsidRDefault="00332DB8">
            <w:r>
              <w:t>1145.</w:t>
            </w:r>
          </w:p>
        </w:tc>
        <w:tc>
          <w:tcPr>
            <w:tcW w:w="2880" w:type="dxa"/>
          </w:tcPr>
          <w:p w:rsidR="006F7457" w:rsidRDefault="00332DB8">
            <w:r w:rsidRPr="00332DB8">
              <w:rPr>
                <w:lang w:val="ru-RU"/>
              </w:rPr>
              <w:t xml:space="preserve">Интернет ресурс </w:t>
            </w:r>
            <w:r>
              <w:t>http</w:t>
            </w:r>
            <w:r w:rsidRPr="00332DB8">
              <w:rPr>
                <w:lang w:val="ru-RU"/>
              </w:rPr>
              <w:t>://</w:t>
            </w:r>
            <w:r>
              <w:t>www</w:t>
            </w:r>
            <w:r w:rsidRPr="00332DB8">
              <w:rPr>
                <w:lang w:val="ru-RU"/>
              </w:rPr>
              <w:t>.</w:t>
            </w:r>
            <w:r>
              <w:t>doloyputinism</w:t>
            </w:r>
            <w:r w:rsidRPr="00332DB8">
              <w:rPr>
                <w:lang w:val="ru-RU"/>
              </w:rPr>
              <w:t>.</w:t>
            </w:r>
            <w:r>
              <w:t>ru</w:t>
            </w:r>
            <w:r w:rsidRPr="00332DB8">
              <w:rPr>
                <w:lang w:val="ru-RU"/>
              </w:rPr>
              <w:t xml:space="preserve">, содержащий в себе статью </w:t>
            </w:r>
            <w:r>
              <w:t>«Товарищ трудящийся» (решение Центрального районного суда города Кемерово от 06.02.2012);</w:t>
            </w:r>
          </w:p>
        </w:tc>
        <w:tc>
          <w:tcPr>
            <w:tcW w:w="2880" w:type="dxa"/>
          </w:tcPr>
          <w:p w:rsidR="006F7457" w:rsidRDefault="006F7457"/>
        </w:tc>
      </w:tr>
      <w:tr w:rsidR="006F7457" w:rsidRPr="00DD284B">
        <w:tc>
          <w:tcPr>
            <w:tcW w:w="2880" w:type="dxa"/>
          </w:tcPr>
          <w:p w:rsidR="006F7457" w:rsidRDefault="00332DB8">
            <w:r>
              <w:t>1146.</w:t>
            </w:r>
          </w:p>
        </w:tc>
        <w:tc>
          <w:tcPr>
            <w:tcW w:w="2880" w:type="dxa"/>
          </w:tcPr>
          <w:p w:rsidR="006F7457" w:rsidRPr="00332DB8" w:rsidRDefault="00332DB8">
            <w:pPr>
              <w:rPr>
                <w:lang w:val="ru-RU"/>
              </w:rPr>
            </w:pPr>
            <w:r w:rsidRPr="00332DB8">
              <w:rPr>
                <w:lang w:val="ru-RU"/>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t>
            </w:r>
            <w:r>
              <w:t>www</w:t>
            </w:r>
            <w:r w:rsidRPr="00332DB8">
              <w:rPr>
                <w:lang w:val="ru-RU"/>
              </w:rPr>
              <w:t>.</w:t>
            </w:r>
            <w:r>
              <w:t>djamaattakbir</w:t>
            </w:r>
            <w:r w:rsidRPr="00332DB8">
              <w:rPr>
                <w:lang w:val="ru-RU"/>
              </w:rPr>
              <w:t>.</w:t>
            </w:r>
            <w:r>
              <w:t>com</w:t>
            </w:r>
            <w:r w:rsidRPr="00332DB8">
              <w:rPr>
                <w:lang w:val="ru-RU"/>
              </w:rPr>
              <w:t>» (решение Нальчикского городского суда Кабардино-Балкарской Республики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114</w:t>
            </w:r>
            <w:r>
              <w:lastRenderedPageBreak/>
              <w:t>7.</w:t>
            </w:r>
          </w:p>
        </w:tc>
        <w:tc>
          <w:tcPr>
            <w:tcW w:w="2880" w:type="dxa"/>
          </w:tcPr>
          <w:p w:rsidR="006F7457" w:rsidRPr="00332DB8" w:rsidRDefault="00332DB8">
            <w:pPr>
              <w:rPr>
                <w:lang w:val="ru-RU"/>
              </w:rPr>
            </w:pPr>
            <w:r w:rsidRPr="00332DB8">
              <w:rPr>
                <w:lang w:val="ru-RU"/>
              </w:rPr>
              <w:lastRenderedPageBreak/>
              <w:t xml:space="preserve">Текст комментария, размещенный на интернет-ресурсе </w:t>
            </w:r>
            <w:r>
              <w:t>www</w:t>
            </w:r>
            <w:r w:rsidRPr="00332DB8">
              <w:rPr>
                <w:lang w:val="ru-RU"/>
              </w:rPr>
              <w:t>.</w:t>
            </w:r>
            <w:r>
              <w:t>Islamdin</w:t>
            </w:r>
            <w:r w:rsidRPr="00332DB8">
              <w:rPr>
                <w:lang w:val="ru-RU"/>
              </w:rPr>
              <w:t>.</w:t>
            </w:r>
            <w:r>
              <w:t>tv</w:t>
            </w:r>
            <w:r w:rsidRPr="00332DB8">
              <w:rPr>
                <w:lang w:val="ru-RU"/>
              </w:rPr>
              <w:t xml:space="preserve">, от имени (под ником) «№ 13 «Башир» к информационному материалу – «Наставление для колеблющегося в вопросе соучастия в праздниках </w:t>
            </w:r>
            <w:r w:rsidRPr="00332DB8">
              <w:rPr>
                <w:lang w:val="ru-RU"/>
              </w:rPr>
              <w:lastRenderedPageBreak/>
              <w:t>неверных» (решение Нальчикского городского суда Кабардино-Балкарской Республики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1148.</w:t>
            </w:r>
          </w:p>
        </w:tc>
        <w:tc>
          <w:tcPr>
            <w:tcW w:w="2880" w:type="dxa"/>
          </w:tcPr>
          <w:p w:rsidR="006F7457" w:rsidRPr="00332DB8" w:rsidRDefault="00332DB8">
            <w:pPr>
              <w:rPr>
                <w:lang w:val="ru-RU"/>
              </w:rPr>
            </w:pPr>
            <w:r w:rsidRPr="00332DB8">
              <w:rPr>
                <w:lang w:val="ru-RU"/>
              </w:rPr>
              <w:t>Информационные материалы статьи «</w:t>
            </w:r>
            <w:r>
              <w:t>WTS</w:t>
            </w:r>
            <w:r w:rsidRPr="00332DB8">
              <w:rPr>
                <w:lang w:val="ru-RU"/>
              </w:rPr>
              <w:t xml:space="preserve">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c>
          <w:tcPr>
            <w:tcW w:w="2880" w:type="dxa"/>
          </w:tcPr>
          <w:p w:rsidR="006F7457" w:rsidRPr="00332DB8" w:rsidRDefault="006F7457">
            <w:pPr>
              <w:rPr>
                <w:lang w:val="ru-RU"/>
              </w:rPr>
            </w:pPr>
          </w:p>
        </w:tc>
      </w:tr>
      <w:tr w:rsidR="006F7457" w:rsidRPr="00DD284B">
        <w:tc>
          <w:tcPr>
            <w:tcW w:w="2880" w:type="dxa"/>
          </w:tcPr>
          <w:p w:rsidR="006F7457" w:rsidRDefault="00332DB8">
            <w:r>
              <w:t>1149.</w:t>
            </w:r>
          </w:p>
        </w:tc>
        <w:tc>
          <w:tcPr>
            <w:tcW w:w="2880" w:type="dxa"/>
          </w:tcPr>
          <w:p w:rsidR="006F7457" w:rsidRPr="00332DB8" w:rsidRDefault="00332DB8">
            <w:pPr>
              <w:rPr>
                <w:lang w:val="ru-RU"/>
              </w:rPr>
            </w:pPr>
            <w:r w:rsidRPr="00332DB8">
              <w:rPr>
                <w:lang w:val="ru-RU"/>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2880" w:type="dxa"/>
          </w:tcPr>
          <w:p w:rsidR="006F7457" w:rsidRPr="00332DB8" w:rsidRDefault="006F7457">
            <w:pPr>
              <w:rPr>
                <w:lang w:val="ru-RU"/>
              </w:rPr>
            </w:pPr>
          </w:p>
        </w:tc>
      </w:tr>
      <w:tr w:rsidR="006F7457" w:rsidRPr="00DD284B">
        <w:tc>
          <w:tcPr>
            <w:tcW w:w="2880" w:type="dxa"/>
          </w:tcPr>
          <w:p w:rsidR="006F7457" w:rsidRDefault="00332DB8">
            <w:r>
              <w:t>1150.</w:t>
            </w:r>
          </w:p>
        </w:tc>
        <w:tc>
          <w:tcPr>
            <w:tcW w:w="2880" w:type="dxa"/>
          </w:tcPr>
          <w:p w:rsidR="006F7457" w:rsidRPr="00332DB8" w:rsidRDefault="00332DB8">
            <w:pPr>
              <w:rPr>
                <w:lang w:val="ru-RU"/>
              </w:rPr>
            </w:pPr>
            <w:r w:rsidRPr="00332DB8">
              <w:rPr>
                <w:lang w:val="ru-RU"/>
              </w:rPr>
              <w:t>Печатное издание В</w:t>
            </w:r>
            <w:r>
              <w:t>i</w:t>
            </w:r>
            <w:r w:rsidRPr="00332DB8">
              <w:rPr>
                <w:lang w:val="ru-RU"/>
              </w:rPr>
              <w:t xml:space="preserve">ктор Роог «Молодь </w:t>
            </w:r>
            <w:r>
              <w:t>i</w:t>
            </w:r>
            <w:r w:rsidRPr="00332DB8">
              <w:rPr>
                <w:lang w:val="ru-RU"/>
              </w:rPr>
              <w:t xml:space="preserve"> нац</w:t>
            </w:r>
            <w:r>
              <w:t>i</w:t>
            </w:r>
            <w:r w:rsidRPr="00332DB8">
              <w:rPr>
                <w:lang w:val="ru-RU"/>
              </w:rPr>
              <w:t>онал</w:t>
            </w:r>
            <w:r>
              <w:t>i</w:t>
            </w:r>
            <w:r w:rsidRPr="00332DB8">
              <w:rPr>
                <w:lang w:val="ru-RU"/>
              </w:rPr>
              <w:t>зм» 2002 г. (решение Мещанского районного суда города Москвы от 01.12.2011);</w:t>
            </w:r>
          </w:p>
        </w:tc>
        <w:tc>
          <w:tcPr>
            <w:tcW w:w="2880" w:type="dxa"/>
          </w:tcPr>
          <w:p w:rsidR="006F7457" w:rsidRPr="00332DB8" w:rsidRDefault="006F7457">
            <w:pPr>
              <w:rPr>
                <w:lang w:val="ru-RU"/>
              </w:rPr>
            </w:pPr>
          </w:p>
        </w:tc>
      </w:tr>
      <w:tr w:rsidR="006F7457" w:rsidRPr="00DD284B">
        <w:tc>
          <w:tcPr>
            <w:tcW w:w="2880" w:type="dxa"/>
          </w:tcPr>
          <w:p w:rsidR="006F7457" w:rsidRDefault="00332DB8">
            <w:r>
              <w:t>1151.</w:t>
            </w:r>
          </w:p>
        </w:tc>
        <w:tc>
          <w:tcPr>
            <w:tcW w:w="2880" w:type="dxa"/>
          </w:tcPr>
          <w:p w:rsidR="006F7457" w:rsidRPr="00332DB8" w:rsidRDefault="00332DB8">
            <w:pPr>
              <w:rPr>
                <w:lang w:val="ru-RU"/>
              </w:rPr>
            </w:pPr>
            <w:r w:rsidRPr="00332DB8">
              <w:rPr>
                <w:lang w:val="ru-RU"/>
              </w:rPr>
              <w:t>Печатное издание «Голодомор 1932-1933 рок</w:t>
            </w:r>
            <w:r>
              <w:t>i</w:t>
            </w:r>
            <w:r w:rsidRPr="00332DB8">
              <w:rPr>
                <w:lang w:val="ru-RU"/>
              </w:rPr>
              <w:t>в в Укра</w:t>
            </w:r>
            <w:r>
              <w:t>i</w:t>
            </w:r>
            <w:r w:rsidRPr="00332DB8">
              <w:rPr>
                <w:lang w:val="ru-RU"/>
              </w:rPr>
              <w:t>н</w:t>
            </w:r>
            <w:r>
              <w:t>i</w:t>
            </w:r>
            <w:r w:rsidRPr="00332DB8">
              <w:rPr>
                <w:lang w:val="ru-RU"/>
              </w:rPr>
              <w:t>: Матер</w:t>
            </w:r>
            <w:r>
              <w:t>i</w:t>
            </w:r>
            <w:r w:rsidRPr="00332DB8">
              <w:rPr>
                <w:lang w:val="ru-RU"/>
              </w:rPr>
              <w:t>али крим</w:t>
            </w:r>
            <w:r>
              <w:t>i</w:t>
            </w:r>
            <w:r w:rsidRPr="00332DB8">
              <w:rPr>
                <w:lang w:val="ru-RU"/>
              </w:rPr>
              <w:t>нально</w:t>
            </w:r>
            <w:r>
              <w:t>i</w:t>
            </w:r>
            <w:r w:rsidRPr="00332DB8">
              <w:rPr>
                <w:lang w:val="ru-RU"/>
              </w:rPr>
              <w:t xml:space="preserve"> справи № 475» (решение Мещанского районного суда города Москвы от 01.12.2011);</w:t>
            </w:r>
          </w:p>
        </w:tc>
        <w:tc>
          <w:tcPr>
            <w:tcW w:w="2880" w:type="dxa"/>
          </w:tcPr>
          <w:p w:rsidR="006F7457" w:rsidRPr="00332DB8" w:rsidRDefault="006F7457">
            <w:pPr>
              <w:rPr>
                <w:lang w:val="ru-RU"/>
              </w:rPr>
            </w:pPr>
          </w:p>
        </w:tc>
      </w:tr>
      <w:tr w:rsidR="006F7457" w:rsidRPr="00DD284B">
        <w:tc>
          <w:tcPr>
            <w:tcW w:w="2880" w:type="dxa"/>
          </w:tcPr>
          <w:p w:rsidR="006F7457" w:rsidRDefault="00332DB8">
            <w:r>
              <w:t>1152.</w:t>
            </w:r>
          </w:p>
        </w:tc>
        <w:tc>
          <w:tcPr>
            <w:tcW w:w="2880" w:type="dxa"/>
          </w:tcPr>
          <w:p w:rsidR="006F7457" w:rsidRPr="00332DB8" w:rsidRDefault="00332DB8">
            <w:pPr>
              <w:rPr>
                <w:lang w:val="ru-RU"/>
              </w:rPr>
            </w:pPr>
            <w:r w:rsidRPr="00332DB8">
              <w:rPr>
                <w:lang w:val="ru-RU"/>
              </w:rPr>
              <w:t>Печатное издание Юр</w:t>
            </w:r>
            <w:r>
              <w:t>i</w:t>
            </w:r>
            <w:r w:rsidRPr="00332DB8">
              <w:rPr>
                <w:lang w:val="ru-RU"/>
              </w:rPr>
              <w:t>й Шаповал, Володимир Пристайко, Вадим Золотарьов «ЧК - ГПУ - НКВД в Укра</w:t>
            </w:r>
            <w:r>
              <w:t>i</w:t>
            </w:r>
            <w:r w:rsidRPr="00332DB8">
              <w:rPr>
                <w:lang w:val="ru-RU"/>
              </w:rPr>
              <w:t>н</w:t>
            </w:r>
            <w:r>
              <w:t>i</w:t>
            </w:r>
            <w:r w:rsidRPr="00332DB8">
              <w:rPr>
                <w:lang w:val="ru-RU"/>
              </w:rPr>
              <w:t>: особи, факти, документи» 1997 г. (решение Мещанского районного суда города Москвы от 01.12.2011);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1153.</w:t>
            </w:r>
          </w:p>
        </w:tc>
        <w:tc>
          <w:tcPr>
            <w:tcW w:w="2880" w:type="dxa"/>
          </w:tcPr>
          <w:p w:rsidR="006F7457" w:rsidRPr="00332DB8" w:rsidRDefault="00332DB8">
            <w:pPr>
              <w:rPr>
                <w:lang w:val="ru-RU"/>
              </w:rPr>
            </w:pPr>
            <w:r w:rsidRPr="00332DB8">
              <w:rPr>
                <w:lang w:val="ru-RU"/>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2880" w:type="dxa"/>
          </w:tcPr>
          <w:p w:rsidR="006F7457" w:rsidRPr="00332DB8" w:rsidRDefault="006F7457">
            <w:pPr>
              <w:rPr>
                <w:lang w:val="ru-RU"/>
              </w:rPr>
            </w:pPr>
          </w:p>
        </w:tc>
      </w:tr>
      <w:tr w:rsidR="006F7457" w:rsidRPr="00DD284B">
        <w:tc>
          <w:tcPr>
            <w:tcW w:w="2880" w:type="dxa"/>
          </w:tcPr>
          <w:p w:rsidR="006F7457" w:rsidRDefault="00332DB8">
            <w:r>
              <w:t>1154.</w:t>
            </w:r>
          </w:p>
        </w:tc>
        <w:tc>
          <w:tcPr>
            <w:tcW w:w="2880" w:type="dxa"/>
          </w:tcPr>
          <w:p w:rsidR="006F7457" w:rsidRPr="00332DB8" w:rsidRDefault="00332DB8">
            <w:pPr>
              <w:rPr>
                <w:lang w:val="ru-RU"/>
              </w:rPr>
            </w:pPr>
            <w:r w:rsidRPr="00332DB8">
              <w:rPr>
                <w:lang w:val="ru-RU"/>
              </w:rPr>
              <w:t>Печатное издание Василь Морочко «Геноцид укра</w:t>
            </w:r>
            <w:r>
              <w:t>i</w:t>
            </w:r>
            <w:r w:rsidRPr="00332DB8">
              <w:rPr>
                <w:lang w:val="ru-RU"/>
              </w:rPr>
              <w:t>нц</w:t>
            </w:r>
            <w:r>
              <w:t>i</w:t>
            </w:r>
            <w:r w:rsidRPr="00332DB8">
              <w:rPr>
                <w:lang w:val="ru-RU"/>
              </w:rPr>
              <w:t>в. Сер</w:t>
            </w:r>
            <w:r>
              <w:t>i</w:t>
            </w:r>
            <w:r w:rsidRPr="00332DB8">
              <w:rPr>
                <w:lang w:val="ru-RU"/>
              </w:rPr>
              <w:t>я: Голодомори 1932-1933. Голодомор» 2007 г. (решение Мещанского районного суда города Москвы от 01.12.2011);</w:t>
            </w:r>
          </w:p>
        </w:tc>
        <w:tc>
          <w:tcPr>
            <w:tcW w:w="2880" w:type="dxa"/>
          </w:tcPr>
          <w:p w:rsidR="006F7457" w:rsidRPr="00332DB8" w:rsidRDefault="006F7457">
            <w:pPr>
              <w:rPr>
                <w:lang w:val="ru-RU"/>
              </w:rPr>
            </w:pPr>
          </w:p>
        </w:tc>
      </w:tr>
      <w:tr w:rsidR="006F7457" w:rsidRPr="00DD284B">
        <w:tc>
          <w:tcPr>
            <w:tcW w:w="2880" w:type="dxa"/>
          </w:tcPr>
          <w:p w:rsidR="006F7457" w:rsidRDefault="00332DB8">
            <w:r>
              <w:t>1155.</w:t>
            </w:r>
          </w:p>
        </w:tc>
        <w:tc>
          <w:tcPr>
            <w:tcW w:w="2880" w:type="dxa"/>
          </w:tcPr>
          <w:p w:rsidR="006F7457" w:rsidRPr="00332DB8" w:rsidRDefault="00332DB8">
            <w:pPr>
              <w:rPr>
                <w:lang w:val="ru-RU"/>
              </w:rPr>
            </w:pPr>
            <w:r w:rsidRPr="00332DB8">
              <w:rPr>
                <w:lang w:val="ru-RU"/>
              </w:rPr>
              <w:t>Печатное издание УНА-УНСО: «Хай ненавидять, аби любили» К</w:t>
            </w:r>
            <w:r>
              <w:t>i</w:t>
            </w:r>
            <w:r w:rsidRPr="00332DB8">
              <w:rPr>
                <w:lang w:val="ru-RU"/>
              </w:rPr>
              <w:t>ев Видавництво «ЕВРАЗ1Я» 1996 (решение Мещанского районного суда города Москвы от 01.12.2011);</w:t>
            </w:r>
          </w:p>
        </w:tc>
        <w:tc>
          <w:tcPr>
            <w:tcW w:w="2880" w:type="dxa"/>
          </w:tcPr>
          <w:p w:rsidR="006F7457" w:rsidRPr="00332DB8" w:rsidRDefault="006F7457">
            <w:pPr>
              <w:rPr>
                <w:lang w:val="ru-RU"/>
              </w:rPr>
            </w:pPr>
          </w:p>
        </w:tc>
      </w:tr>
      <w:tr w:rsidR="006F7457" w:rsidRPr="00DD284B">
        <w:tc>
          <w:tcPr>
            <w:tcW w:w="2880" w:type="dxa"/>
          </w:tcPr>
          <w:p w:rsidR="006F7457" w:rsidRDefault="00332DB8">
            <w:r>
              <w:t>1156.</w:t>
            </w:r>
          </w:p>
        </w:tc>
        <w:tc>
          <w:tcPr>
            <w:tcW w:w="2880" w:type="dxa"/>
          </w:tcPr>
          <w:p w:rsidR="006F7457" w:rsidRPr="00332DB8" w:rsidRDefault="00332DB8">
            <w:pPr>
              <w:rPr>
                <w:lang w:val="ru-RU"/>
              </w:rPr>
            </w:pPr>
            <w:r w:rsidRPr="00332DB8">
              <w:rPr>
                <w:lang w:val="ru-RU"/>
              </w:rPr>
              <w:t xml:space="preserve">Информационные материалы статьи «Новые люди и новые времена», размещенной в сети Интернет на ресурсах информационного сайта «РусьИнфо» </w:t>
            </w:r>
            <w:r>
              <w:t>www</w:t>
            </w:r>
            <w:r w:rsidRPr="00332DB8">
              <w:rPr>
                <w:lang w:val="ru-RU"/>
              </w:rPr>
              <w:t>.</w:t>
            </w:r>
            <w:r>
              <w:t>rusinfo</w:t>
            </w:r>
            <w:r w:rsidRPr="00332DB8">
              <w:rPr>
                <w:lang w:val="ru-RU"/>
              </w:rPr>
              <w:t>.</w:t>
            </w:r>
            <w:r>
              <w:t>cc</w:t>
            </w:r>
            <w:r w:rsidRPr="00332DB8">
              <w:rPr>
                <w:lang w:val="ru-RU"/>
              </w:rPr>
              <w:t>/</w:t>
            </w:r>
            <w:r>
              <w:t>entries</w:t>
            </w:r>
            <w:r w:rsidRPr="00332DB8">
              <w:rPr>
                <w:lang w:val="ru-RU"/>
              </w:rPr>
              <w:t>/589 (решение Советского районного суда города Липецка от 27.12.2011, определения Советского районного суда города Липецка от 13.02.2012 и от 01.03.2012);</w:t>
            </w:r>
          </w:p>
        </w:tc>
        <w:tc>
          <w:tcPr>
            <w:tcW w:w="2880" w:type="dxa"/>
          </w:tcPr>
          <w:p w:rsidR="006F7457" w:rsidRPr="00332DB8" w:rsidRDefault="006F7457">
            <w:pPr>
              <w:rPr>
                <w:lang w:val="ru-RU"/>
              </w:rPr>
            </w:pPr>
          </w:p>
        </w:tc>
      </w:tr>
      <w:tr w:rsidR="006F7457" w:rsidRPr="00DD284B">
        <w:tc>
          <w:tcPr>
            <w:tcW w:w="2880" w:type="dxa"/>
          </w:tcPr>
          <w:p w:rsidR="006F7457" w:rsidRDefault="00332DB8">
            <w:r>
              <w:t>1157.</w:t>
            </w:r>
          </w:p>
        </w:tc>
        <w:tc>
          <w:tcPr>
            <w:tcW w:w="2880" w:type="dxa"/>
          </w:tcPr>
          <w:p w:rsidR="006F7457" w:rsidRPr="00332DB8" w:rsidRDefault="00332DB8">
            <w:pPr>
              <w:rPr>
                <w:lang w:val="ru-RU"/>
              </w:rPr>
            </w:pPr>
            <w:r w:rsidRPr="00332DB8">
              <w:rPr>
                <w:lang w:val="ru-RU"/>
              </w:rPr>
              <w:t>Видеоролик «Скины режут чурок», размещенный на сайте информационно – телекоммуникационной сети «Интернет» «</w:t>
            </w:r>
            <w:r>
              <w:t>vkontakte</w:t>
            </w:r>
            <w:r w:rsidRPr="00332DB8">
              <w:rPr>
                <w:lang w:val="ru-RU"/>
              </w:rPr>
              <w:t>.</w:t>
            </w:r>
            <w:r>
              <w:t>ru</w:t>
            </w:r>
            <w:r w:rsidRPr="00332DB8">
              <w:rPr>
                <w:lang w:val="ru-RU"/>
              </w:rPr>
              <w:t>» (решение Сыктывкарского городского суда Республики Коми от 03.02.2012);</w:t>
            </w:r>
          </w:p>
        </w:tc>
        <w:tc>
          <w:tcPr>
            <w:tcW w:w="2880" w:type="dxa"/>
          </w:tcPr>
          <w:p w:rsidR="006F7457" w:rsidRPr="00332DB8" w:rsidRDefault="006F7457">
            <w:pPr>
              <w:rPr>
                <w:lang w:val="ru-RU"/>
              </w:rPr>
            </w:pPr>
          </w:p>
        </w:tc>
      </w:tr>
      <w:tr w:rsidR="006F7457" w:rsidRPr="00DD284B">
        <w:tc>
          <w:tcPr>
            <w:tcW w:w="2880" w:type="dxa"/>
          </w:tcPr>
          <w:p w:rsidR="006F7457" w:rsidRDefault="00332DB8">
            <w:r>
              <w:t>115</w:t>
            </w:r>
            <w:r>
              <w:lastRenderedPageBreak/>
              <w:t>8.</w:t>
            </w:r>
          </w:p>
        </w:tc>
        <w:tc>
          <w:tcPr>
            <w:tcW w:w="2880" w:type="dxa"/>
          </w:tcPr>
          <w:p w:rsidR="006F7457" w:rsidRPr="00332DB8" w:rsidRDefault="00332DB8">
            <w:pPr>
              <w:rPr>
                <w:lang w:val="ru-RU"/>
              </w:rPr>
            </w:pPr>
            <w:r w:rsidRPr="00332DB8">
              <w:rPr>
                <w:lang w:val="ru-RU"/>
              </w:rPr>
              <w:lastRenderedPageBreak/>
              <w:t xml:space="preserve">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w:t>
            </w:r>
            <w:r w:rsidRPr="00332DB8">
              <w:rPr>
                <w:lang w:val="ru-RU"/>
              </w:rPr>
              <w:lastRenderedPageBreak/>
              <w:t xml:space="preserve">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t>
            </w:r>
            <w:r>
              <w:t>www</w:t>
            </w:r>
            <w:r w:rsidRPr="00332DB8">
              <w:rPr>
                <w:lang w:val="ru-RU"/>
              </w:rPr>
              <w:t>.</w:t>
            </w:r>
            <w:r>
              <w:t>anticompromat</w:t>
            </w:r>
            <w:r w:rsidRPr="00332DB8">
              <w:rPr>
                <w:lang w:val="ru-RU"/>
              </w:rPr>
              <w:t>.</w:t>
            </w:r>
            <w:r>
              <w:t>org</w:t>
            </w:r>
            <w:r w:rsidRPr="00332DB8">
              <w:rPr>
                <w:lang w:val="ru-RU"/>
              </w:rPr>
              <w:t xml:space="preserve"> и </w:t>
            </w:r>
            <w:r>
              <w:t>www</w:t>
            </w:r>
            <w:r w:rsidRPr="00332DB8">
              <w:rPr>
                <w:lang w:val="ru-RU"/>
              </w:rPr>
              <w:t>.</w:t>
            </w:r>
            <w:r>
              <w:t>nswap</w:t>
            </w:r>
            <w:r w:rsidRPr="00332DB8">
              <w:rPr>
                <w:lang w:val="ru-RU"/>
              </w:rPr>
              <w:t>.</w:t>
            </w:r>
            <w:r>
              <w:t>info</w:t>
            </w:r>
            <w:r w:rsidRPr="00332DB8">
              <w:rPr>
                <w:lang w:val="ru-RU"/>
              </w:rPr>
              <w:t xml:space="preserve"> (решение Никулинского районного суда города Москвы от 21.12.2011);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1159.</w:t>
            </w:r>
          </w:p>
        </w:tc>
        <w:tc>
          <w:tcPr>
            <w:tcW w:w="2880" w:type="dxa"/>
          </w:tcPr>
          <w:p w:rsidR="006F7457" w:rsidRPr="00332DB8" w:rsidRDefault="00332DB8">
            <w:pPr>
              <w:rPr>
                <w:lang w:val="ru-RU"/>
              </w:rPr>
            </w:pPr>
            <w:r w:rsidRPr="00332DB8">
              <w:rPr>
                <w:lang w:val="ru-RU"/>
              </w:rPr>
              <w:t xml:space="preserve">Информационный материал Воеводина Алексея Михайловича «Моя война. Посвящено Боровикову Дмитрию «Кислому», размещенный на Интернет-сайте </w:t>
            </w:r>
            <w:r>
              <w:t>www</w:t>
            </w:r>
            <w:r w:rsidRPr="00332DB8">
              <w:rPr>
                <w:lang w:val="ru-RU"/>
              </w:rPr>
              <w:t>.</w:t>
            </w:r>
            <w:r>
              <w:t>geroivoli</w:t>
            </w:r>
            <w:r w:rsidRPr="00332DB8">
              <w:rPr>
                <w:lang w:val="ru-RU"/>
              </w:rPr>
              <w:t>.</w:t>
            </w:r>
            <w:r>
              <w:t>info</w:t>
            </w:r>
            <w:r w:rsidRPr="00332DB8">
              <w:rPr>
                <w:lang w:val="ru-RU"/>
              </w:rPr>
              <w:t xml:space="preserve"> (решение Никулинского районного суда города Москвы от 21.12.2011);</w:t>
            </w:r>
          </w:p>
        </w:tc>
        <w:tc>
          <w:tcPr>
            <w:tcW w:w="2880" w:type="dxa"/>
          </w:tcPr>
          <w:p w:rsidR="006F7457" w:rsidRPr="00332DB8" w:rsidRDefault="006F7457">
            <w:pPr>
              <w:rPr>
                <w:lang w:val="ru-RU"/>
              </w:rPr>
            </w:pPr>
          </w:p>
        </w:tc>
      </w:tr>
      <w:tr w:rsidR="006F7457" w:rsidRPr="00DD284B">
        <w:tc>
          <w:tcPr>
            <w:tcW w:w="2880" w:type="dxa"/>
          </w:tcPr>
          <w:p w:rsidR="006F7457" w:rsidRDefault="00332DB8">
            <w:r>
              <w:t>1160.</w:t>
            </w:r>
          </w:p>
        </w:tc>
        <w:tc>
          <w:tcPr>
            <w:tcW w:w="2880" w:type="dxa"/>
          </w:tcPr>
          <w:p w:rsidR="006F7457" w:rsidRPr="00332DB8" w:rsidRDefault="00332DB8">
            <w:pPr>
              <w:rPr>
                <w:lang w:val="ru-RU"/>
              </w:rPr>
            </w:pPr>
            <w:r w:rsidRPr="00332DB8">
              <w:rPr>
                <w:lang w:val="ru-RU"/>
              </w:rPr>
              <w:t xml:space="preserve">Информационный материал «Время героев», размещенный на Интернет-сайте </w:t>
            </w:r>
            <w:r>
              <w:t>www</w:t>
            </w:r>
            <w:r w:rsidRPr="00332DB8">
              <w:rPr>
                <w:lang w:val="ru-RU"/>
              </w:rPr>
              <w:t>.</w:t>
            </w:r>
            <w:r>
              <w:t>geroivoli</w:t>
            </w:r>
            <w:r w:rsidRPr="00332DB8">
              <w:rPr>
                <w:lang w:val="ru-RU"/>
              </w:rPr>
              <w:t>.</w:t>
            </w:r>
            <w:r>
              <w:t>info</w:t>
            </w:r>
            <w:r w:rsidRPr="00332DB8">
              <w:rPr>
                <w:lang w:val="ru-RU"/>
              </w:rPr>
              <w:t xml:space="preserve"> (решение Никулинского районного суда города Москвы от 21.12.2011);</w:t>
            </w:r>
          </w:p>
        </w:tc>
        <w:tc>
          <w:tcPr>
            <w:tcW w:w="2880" w:type="dxa"/>
          </w:tcPr>
          <w:p w:rsidR="006F7457" w:rsidRPr="00332DB8" w:rsidRDefault="006F7457">
            <w:pPr>
              <w:rPr>
                <w:lang w:val="ru-RU"/>
              </w:rPr>
            </w:pPr>
          </w:p>
        </w:tc>
      </w:tr>
      <w:tr w:rsidR="006F7457" w:rsidRPr="00DD284B">
        <w:tc>
          <w:tcPr>
            <w:tcW w:w="2880" w:type="dxa"/>
          </w:tcPr>
          <w:p w:rsidR="006F7457" w:rsidRDefault="00332DB8">
            <w:r>
              <w:t>1161.</w:t>
            </w:r>
          </w:p>
        </w:tc>
        <w:tc>
          <w:tcPr>
            <w:tcW w:w="2880" w:type="dxa"/>
          </w:tcPr>
          <w:p w:rsidR="006F7457" w:rsidRPr="00332DB8" w:rsidRDefault="00332DB8">
            <w:pPr>
              <w:rPr>
                <w:lang w:val="ru-RU"/>
              </w:rPr>
            </w:pPr>
            <w:r w:rsidRPr="00332DB8">
              <w:rPr>
                <w:lang w:val="ru-RU"/>
              </w:rPr>
              <w:t xml:space="preserve">Информационный материал «Библия скинхэда», размещенный на Интернет-сайте </w:t>
            </w:r>
            <w:r>
              <w:t>www</w:t>
            </w:r>
            <w:r w:rsidRPr="00332DB8">
              <w:rPr>
                <w:lang w:val="ru-RU"/>
              </w:rPr>
              <w:t>.</w:t>
            </w:r>
            <w:r>
              <w:t>geroivoli</w:t>
            </w:r>
            <w:r w:rsidRPr="00332DB8">
              <w:rPr>
                <w:lang w:val="ru-RU"/>
              </w:rPr>
              <w:t>.</w:t>
            </w:r>
            <w:r>
              <w:t>info</w:t>
            </w:r>
            <w:r w:rsidRPr="00332DB8">
              <w:rPr>
                <w:lang w:val="ru-RU"/>
              </w:rPr>
              <w:t xml:space="preserve"> (решение Никулинского районного суда города Москвы от 21.12.2011);</w:t>
            </w:r>
          </w:p>
        </w:tc>
        <w:tc>
          <w:tcPr>
            <w:tcW w:w="2880" w:type="dxa"/>
          </w:tcPr>
          <w:p w:rsidR="006F7457" w:rsidRPr="00332DB8" w:rsidRDefault="006F7457">
            <w:pPr>
              <w:rPr>
                <w:lang w:val="ru-RU"/>
              </w:rPr>
            </w:pPr>
          </w:p>
        </w:tc>
      </w:tr>
      <w:tr w:rsidR="006F7457" w:rsidRPr="00DD284B">
        <w:tc>
          <w:tcPr>
            <w:tcW w:w="2880" w:type="dxa"/>
          </w:tcPr>
          <w:p w:rsidR="006F7457" w:rsidRDefault="00332DB8">
            <w:r>
              <w:t>1162.</w:t>
            </w:r>
          </w:p>
        </w:tc>
        <w:tc>
          <w:tcPr>
            <w:tcW w:w="2880" w:type="dxa"/>
          </w:tcPr>
          <w:p w:rsidR="006F7457" w:rsidRPr="00332DB8" w:rsidRDefault="00332DB8">
            <w:pPr>
              <w:rPr>
                <w:lang w:val="ru-RU"/>
              </w:rPr>
            </w:pPr>
            <w:r w:rsidRPr="00332DB8">
              <w:rPr>
                <w:lang w:val="ru-RU"/>
              </w:rPr>
              <w:t xml:space="preserve">Информационный материал «Действуй (нсвп риальне одобре!)», размещенный на Интернет-сайте </w:t>
            </w:r>
            <w:r>
              <w:t>www</w:t>
            </w:r>
            <w:r w:rsidRPr="00332DB8">
              <w:rPr>
                <w:lang w:val="ru-RU"/>
              </w:rPr>
              <w:t>.</w:t>
            </w:r>
            <w:r>
              <w:t>geroivoli</w:t>
            </w:r>
            <w:r w:rsidRPr="00332DB8">
              <w:rPr>
                <w:lang w:val="ru-RU"/>
              </w:rPr>
              <w:t>.</w:t>
            </w:r>
            <w:r>
              <w:t>info</w:t>
            </w:r>
            <w:r w:rsidRPr="00332DB8">
              <w:rPr>
                <w:lang w:val="ru-RU"/>
              </w:rPr>
              <w:t xml:space="preserve"> (решение Никулинского районного суда города Москвы от 21.12.2011);</w:t>
            </w:r>
          </w:p>
        </w:tc>
        <w:tc>
          <w:tcPr>
            <w:tcW w:w="2880" w:type="dxa"/>
          </w:tcPr>
          <w:p w:rsidR="006F7457" w:rsidRPr="00332DB8" w:rsidRDefault="006F7457">
            <w:pPr>
              <w:rPr>
                <w:lang w:val="ru-RU"/>
              </w:rPr>
            </w:pPr>
          </w:p>
        </w:tc>
      </w:tr>
      <w:tr w:rsidR="006F7457" w:rsidRPr="00DD284B">
        <w:tc>
          <w:tcPr>
            <w:tcW w:w="2880" w:type="dxa"/>
          </w:tcPr>
          <w:p w:rsidR="006F7457" w:rsidRDefault="00332DB8">
            <w:r>
              <w:t>116</w:t>
            </w:r>
            <w:r>
              <w:lastRenderedPageBreak/>
              <w:t>3.</w:t>
            </w:r>
          </w:p>
        </w:tc>
        <w:tc>
          <w:tcPr>
            <w:tcW w:w="2880" w:type="dxa"/>
          </w:tcPr>
          <w:p w:rsidR="006F7457" w:rsidRPr="00332DB8" w:rsidRDefault="00332DB8">
            <w:pPr>
              <w:rPr>
                <w:lang w:val="ru-RU"/>
              </w:rPr>
            </w:pPr>
            <w:r w:rsidRPr="00332DB8">
              <w:rPr>
                <w:lang w:val="ru-RU"/>
              </w:rPr>
              <w:lastRenderedPageBreak/>
              <w:t>Книга «Генералы о еврейской мафии», Г.К. Дубров, Москва, Витязь, 2009 г. (решение Заельцовского районного суда города Новосибирска от 23.11.2011);</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1164.</w:t>
            </w:r>
          </w:p>
        </w:tc>
        <w:tc>
          <w:tcPr>
            <w:tcW w:w="2880" w:type="dxa"/>
          </w:tcPr>
          <w:p w:rsidR="006F7457" w:rsidRPr="00332DB8" w:rsidRDefault="00332DB8">
            <w:pPr>
              <w:rPr>
                <w:lang w:val="ru-RU"/>
              </w:rPr>
            </w:pPr>
            <w:r w:rsidRPr="00332DB8">
              <w:rPr>
                <w:lang w:val="ru-RU"/>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2880" w:type="dxa"/>
          </w:tcPr>
          <w:p w:rsidR="006F7457" w:rsidRPr="00332DB8" w:rsidRDefault="006F7457">
            <w:pPr>
              <w:rPr>
                <w:lang w:val="ru-RU"/>
              </w:rPr>
            </w:pPr>
          </w:p>
        </w:tc>
      </w:tr>
      <w:tr w:rsidR="006F7457" w:rsidRPr="00DD284B">
        <w:tc>
          <w:tcPr>
            <w:tcW w:w="2880" w:type="dxa"/>
          </w:tcPr>
          <w:p w:rsidR="006F7457" w:rsidRDefault="00332DB8">
            <w:r>
              <w:t>1165.</w:t>
            </w:r>
          </w:p>
        </w:tc>
        <w:tc>
          <w:tcPr>
            <w:tcW w:w="2880" w:type="dxa"/>
          </w:tcPr>
          <w:p w:rsidR="006F7457" w:rsidRPr="00332DB8" w:rsidRDefault="00332DB8">
            <w:pPr>
              <w:rPr>
                <w:lang w:val="ru-RU"/>
              </w:rPr>
            </w:pPr>
            <w:r w:rsidRPr="00332DB8">
              <w:rPr>
                <w:lang w:val="ru-RU"/>
              </w:rPr>
              <w:t>Публикация (статья) под наименованием «Война в Нальчике. Дело было не в Бабине», размещенная в сети Интернет на веб-ресурсе «</w:t>
            </w:r>
            <w:r>
              <w:t>www</w:t>
            </w:r>
            <w:r w:rsidRPr="00332DB8">
              <w:rPr>
                <w:lang w:val="ru-RU"/>
              </w:rPr>
              <w:t>.</w:t>
            </w:r>
            <w:r>
              <w:t>livejournal</w:t>
            </w:r>
            <w:r w:rsidRPr="00332DB8">
              <w:rPr>
                <w:lang w:val="ru-RU"/>
              </w:rPr>
              <w:t>.</w:t>
            </w:r>
            <w:r>
              <w:t>com</w:t>
            </w:r>
            <w:r w:rsidRPr="00332DB8">
              <w:rPr>
                <w:lang w:val="ru-RU"/>
              </w:rPr>
              <w:t xml:space="preserve"> – Живой журнал» в персональном блоге пользователя «</w:t>
            </w:r>
            <w:r>
              <w:t>t</w:t>
            </w:r>
            <w:r w:rsidRPr="00332DB8">
              <w:rPr>
                <w:lang w:val="ru-RU"/>
              </w:rPr>
              <w:t>1000_</w:t>
            </w:r>
            <w:r>
              <w:t>fp</w:t>
            </w:r>
            <w:r w:rsidRPr="00332DB8">
              <w:rPr>
                <w:lang w:val="ru-RU"/>
              </w:rPr>
              <w:t xml:space="preserve">», доступ к которому осуществляется по ссылке </w:t>
            </w:r>
            <w:r>
              <w:t>http</w:t>
            </w:r>
            <w:r w:rsidRPr="00332DB8">
              <w:rPr>
                <w:lang w:val="ru-RU"/>
              </w:rPr>
              <w:t>://</w:t>
            </w:r>
            <w:r>
              <w:t>t</w:t>
            </w:r>
            <w:r w:rsidRPr="00332DB8">
              <w:rPr>
                <w:lang w:val="ru-RU"/>
              </w:rPr>
              <w:t>1000-</w:t>
            </w:r>
            <w:r>
              <w:t>fp</w:t>
            </w:r>
            <w:r w:rsidRPr="00332DB8">
              <w:rPr>
                <w:lang w:val="ru-RU"/>
              </w:rPr>
              <w:t>.</w:t>
            </w:r>
            <w:r>
              <w:t>livejournal</w:t>
            </w:r>
            <w:r w:rsidRPr="00332DB8">
              <w:rPr>
                <w:lang w:val="ru-RU"/>
              </w:rPr>
              <w:t>.</w:t>
            </w:r>
            <w:r>
              <w:t>com</w:t>
            </w:r>
            <w:r w:rsidRPr="00332DB8">
              <w:rPr>
                <w:lang w:val="ru-RU"/>
              </w:rPr>
              <w:t>/165584.</w:t>
            </w:r>
            <w:r>
              <w:t>html</w:t>
            </w:r>
            <w:r w:rsidRPr="00332DB8">
              <w:rPr>
                <w:lang w:val="ru-RU"/>
              </w:rPr>
              <w:t xml:space="preserve"> (решение Нальчикского городского суда Кабардино-Балкарской Республики от 29.02.2012);</w:t>
            </w:r>
          </w:p>
        </w:tc>
        <w:tc>
          <w:tcPr>
            <w:tcW w:w="2880" w:type="dxa"/>
          </w:tcPr>
          <w:p w:rsidR="006F7457" w:rsidRPr="00332DB8" w:rsidRDefault="006F7457">
            <w:pPr>
              <w:rPr>
                <w:lang w:val="ru-RU"/>
              </w:rPr>
            </w:pPr>
          </w:p>
        </w:tc>
      </w:tr>
      <w:tr w:rsidR="006F7457" w:rsidRPr="00DD284B">
        <w:tc>
          <w:tcPr>
            <w:tcW w:w="2880" w:type="dxa"/>
          </w:tcPr>
          <w:p w:rsidR="006F7457" w:rsidRDefault="00332DB8">
            <w:r>
              <w:t>1166.</w:t>
            </w:r>
          </w:p>
        </w:tc>
        <w:tc>
          <w:tcPr>
            <w:tcW w:w="2880" w:type="dxa"/>
          </w:tcPr>
          <w:p w:rsidR="006F7457" w:rsidRPr="00332DB8" w:rsidRDefault="00332DB8">
            <w:pPr>
              <w:rPr>
                <w:lang w:val="ru-RU"/>
              </w:rPr>
            </w:pPr>
            <w:r w:rsidRPr="00332DB8">
              <w:rPr>
                <w:lang w:val="ru-RU"/>
              </w:rPr>
              <w:t>Листовка с надписью «Русы – хозяева русской земли!» (решение Солнечногорского городского суда Московской области от 06.12.2011);</w:t>
            </w:r>
          </w:p>
        </w:tc>
        <w:tc>
          <w:tcPr>
            <w:tcW w:w="2880" w:type="dxa"/>
          </w:tcPr>
          <w:p w:rsidR="006F7457" w:rsidRPr="00332DB8" w:rsidRDefault="006F7457">
            <w:pPr>
              <w:rPr>
                <w:lang w:val="ru-RU"/>
              </w:rPr>
            </w:pPr>
          </w:p>
        </w:tc>
      </w:tr>
      <w:tr w:rsidR="006F7457" w:rsidRPr="00DD284B">
        <w:tc>
          <w:tcPr>
            <w:tcW w:w="2880" w:type="dxa"/>
          </w:tcPr>
          <w:p w:rsidR="006F7457" w:rsidRDefault="00332DB8">
            <w:r>
              <w:t>1167.</w:t>
            </w:r>
          </w:p>
        </w:tc>
        <w:tc>
          <w:tcPr>
            <w:tcW w:w="2880" w:type="dxa"/>
          </w:tcPr>
          <w:p w:rsidR="006F7457" w:rsidRPr="00332DB8" w:rsidRDefault="00332DB8">
            <w:pPr>
              <w:rPr>
                <w:lang w:val="ru-RU"/>
              </w:rPr>
            </w:pPr>
            <w:r w:rsidRPr="00332DB8">
              <w:rPr>
                <w:lang w:val="ru-RU"/>
              </w:rPr>
              <w:t>Листовка с надписью «Смерть иудодемократам!» (решение Солнечногорского городского суда Московской области от 06.12.2011);</w:t>
            </w:r>
          </w:p>
        </w:tc>
        <w:tc>
          <w:tcPr>
            <w:tcW w:w="2880" w:type="dxa"/>
          </w:tcPr>
          <w:p w:rsidR="006F7457" w:rsidRPr="00332DB8" w:rsidRDefault="006F7457">
            <w:pPr>
              <w:rPr>
                <w:lang w:val="ru-RU"/>
              </w:rPr>
            </w:pPr>
          </w:p>
        </w:tc>
      </w:tr>
      <w:tr w:rsidR="006F7457" w:rsidRPr="00DD284B">
        <w:tc>
          <w:tcPr>
            <w:tcW w:w="2880" w:type="dxa"/>
          </w:tcPr>
          <w:p w:rsidR="006F7457" w:rsidRDefault="00332DB8">
            <w:r>
              <w:t>1168.</w:t>
            </w:r>
          </w:p>
        </w:tc>
        <w:tc>
          <w:tcPr>
            <w:tcW w:w="2880" w:type="dxa"/>
          </w:tcPr>
          <w:p w:rsidR="006F7457" w:rsidRPr="00332DB8" w:rsidRDefault="00332DB8">
            <w:pPr>
              <w:rPr>
                <w:lang w:val="ru-RU"/>
              </w:rPr>
            </w:pPr>
            <w:r w:rsidRPr="00332DB8">
              <w:rPr>
                <w:lang w:val="ru-RU"/>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w:t>
            </w:r>
            <w:r>
              <w:t>http</w:t>
            </w:r>
            <w:r w:rsidRPr="00332DB8">
              <w:rPr>
                <w:lang w:val="ru-RU"/>
              </w:rPr>
              <w:t>://</w:t>
            </w:r>
            <w:r>
              <w:t>vkontakte</w:t>
            </w:r>
            <w:r w:rsidRPr="00332DB8">
              <w:rPr>
                <w:lang w:val="ru-RU"/>
              </w:rPr>
              <w:t>.</w:t>
            </w:r>
            <w:r>
              <w:t>ru</w:t>
            </w:r>
            <w:r w:rsidRPr="00332DB8">
              <w:rPr>
                <w:lang w:val="ru-RU"/>
              </w:rPr>
              <w:t>/</w:t>
            </w:r>
            <w:r>
              <w:t>club</w:t>
            </w:r>
            <w:r w:rsidRPr="00332DB8">
              <w:rPr>
                <w:lang w:val="ru-RU"/>
              </w:rPr>
              <w:t xml:space="preserve"> 19166813» (решение Ленинского районного суда города Саратова от 08.02.2012);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1169.</w:t>
            </w:r>
          </w:p>
        </w:tc>
        <w:tc>
          <w:tcPr>
            <w:tcW w:w="2880" w:type="dxa"/>
          </w:tcPr>
          <w:p w:rsidR="006F7457" w:rsidRPr="00332DB8" w:rsidRDefault="00332DB8">
            <w:pPr>
              <w:rPr>
                <w:lang w:val="ru-RU"/>
              </w:rPr>
            </w:pPr>
            <w:r w:rsidRPr="00332DB8">
              <w:rPr>
                <w:lang w:val="ru-RU"/>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w:t>
            </w:r>
            <w:r>
              <w:t>http</w:t>
            </w:r>
            <w:r w:rsidRPr="00332DB8">
              <w:rPr>
                <w:lang w:val="ru-RU"/>
              </w:rPr>
              <w:t>://</w:t>
            </w:r>
            <w:r>
              <w:t>vkontakte</w:t>
            </w:r>
            <w:r w:rsidRPr="00332DB8">
              <w:rPr>
                <w:lang w:val="ru-RU"/>
              </w:rPr>
              <w:t>.</w:t>
            </w:r>
            <w:r>
              <w:t>ru</w:t>
            </w:r>
            <w:r w:rsidRPr="00332DB8">
              <w:rPr>
                <w:lang w:val="ru-RU"/>
              </w:rPr>
              <w:t>/</w:t>
            </w:r>
            <w:r>
              <w:t>club</w:t>
            </w:r>
            <w:r w:rsidRPr="00332DB8">
              <w:rPr>
                <w:lang w:val="ru-RU"/>
              </w:rPr>
              <w:t>19166813» (решение Ленинского районного суда города Саратова от 08.02.2012);</w:t>
            </w:r>
          </w:p>
        </w:tc>
        <w:tc>
          <w:tcPr>
            <w:tcW w:w="2880" w:type="dxa"/>
          </w:tcPr>
          <w:p w:rsidR="006F7457" w:rsidRPr="00332DB8" w:rsidRDefault="006F7457">
            <w:pPr>
              <w:rPr>
                <w:lang w:val="ru-RU"/>
              </w:rPr>
            </w:pPr>
          </w:p>
        </w:tc>
      </w:tr>
      <w:tr w:rsidR="006F7457" w:rsidRPr="00DD284B">
        <w:tc>
          <w:tcPr>
            <w:tcW w:w="2880" w:type="dxa"/>
          </w:tcPr>
          <w:p w:rsidR="006F7457" w:rsidRDefault="00332DB8">
            <w:r>
              <w:t>1170.</w:t>
            </w:r>
          </w:p>
        </w:tc>
        <w:tc>
          <w:tcPr>
            <w:tcW w:w="2880" w:type="dxa"/>
          </w:tcPr>
          <w:p w:rsidR="006F7457" w:rsidRPr="00332DB8" w:rsidRDefault="00332DB8">
            <w:pPr>
              <w:rPr>
                <w:lang w:val="ru-RU"/>
              </w:rPr>
            </w:pPr>
            <w:r w:rsidRPr="00332DB8">
              <w:rPr>
                <w:lang w:val="ru-RU"/>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6F7457" w:rsidRPr="00332DB8" w:rsidRDefault="006F7457">
            <w:pPr>
              <w:rPr>
                <w:lang w:val="ru-RU"/>
              </w:rPr>
            </w:pPr>
          </w:p>
        </w:tc>
      </w:tr>
      <w:tr w:rsidR="006F7457" w:rsidRPr="00DD284B">
        <w:tc>
          <w:tcPr>
            <w:tcW w:w="2880" w:type="dxa"/>
          </w:tcPr>
          <w:p w:rsidR="006F7457" w:rsidRDefault="00332DB8">
            <w:r>
              <w:t>1171.</w:t>
            </w:r>
          </w:p>
        </w:tc>
        <w:tc>
          <w:tcPr>
            <w:tcW w:w="2880" w:type="dxa"/>
          </w:tcPr>
          <w:p w:rsidR="006F7457" w:rsidRPr="00332DB8" w:rsidRDefault="00332DB8">
            <w:pPr>
              <w:rPr>
                <w:lang w:val="ru-RU"/>
              </w:rPr>
            </w:pPr>
            <w:r w:rsidRPr="00332DB8">
              <w:rPr>
                <w:lang w:val="ru-RU"/>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6F7457" w:rsidRPr="00332DB8" w:rsidRDefault="006F7457">
            <w:pPr>
              <w:rPr>
                <w:lang w:val="ru-RU"/>
              </w:rPr>
            </w:pPr>
          </w:p>
        </w:tc>
      </w:tr>
      <w:tr w:rsidR="006F7457" w:rsidRPr="00DD284B">
        <w:tc>
          <w:tcPr>
            <w:tcW w:w="2880" w:type="dxa"/>
          </w:tcPr>
          <w:p w:rsidR="006F7457" w:rsidRDefault="00332DB8">
            <w:r>
              <w:t>1172.</w:t>
            </w:r>
          </w:p>
        </w:tc>
        <w:tc>
          <w:tcPr>
            <w:tcW w:w="2880" w:type="dxa"/>
          </w:tcPr>
          <w:p w:rsidR="006F7457" w:rsidRPr="00332DB8" w:rsidRDefault="00332DB8">
            <w:pPr>
              <w:rPr>
                <w:lang w:val="ru-RU"/>
              </w:rPr>
            </w:pPr>
            <w:r w:rsidRPr="00332DB8">
              <w:rPr>
                <w:lang w:val="ru-RU"/>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6F7457" w:rsidRPr="00332DB8" w:rsidRDefault="006F7457">
            <w:pPr>
              <w:rPr>
                <w:lang w:val="ru-RU"/>
              </w:rPr>
            </w:pPr>
          </w:p>
        </w:tc>
      </w:tr>
      <w:tr w:rsidR="006F7457" w:rsidRPr="00DD284B">
        <w:tc>
          <w:tcPr>
            <w:tcW w:w="2880" w:type="dxa"/>
          </w:tcPr>
          <w:p w:rsidR="006F7457" w:rsidRDefault="00332DB8">
            <w:r>
              <w:t>1173.</w:t>
            </w:r>
          </w:p>
        </w:tc>
        <w:tc>
          <w:tcPr>
            <w:tcW w:w="2880" w:type="dxa"/>
          </w:tcPr>
          <w:p w:rsidR="006F7457" w:rsidRPr="00332DB8" w:rsidRDefault="00332DB8">
            <w:pPr>
              <w:rPr>
                <w:lang w:val="ru-RU"/>
              </w:rPr>
            </w:pPr>
            <w:r w:rsidRPr="00332DB8">
              <w:rPr>
                <w:lang w:val="ru-RU"/>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6F7457" w:rsidRPr="00332DB8" w:rsidRDefault="006F7457">
            <w:pPr>
              <w:rPr>
                <w:lang w:val="ru-RU"/>
              </w:rPr>
            </w:pPr>
          </w:p>
        </w:tc>
      </w:tr>
      <w:tr w:rsidR="006F7457" w:rsidRPr="00DD284B">
        <w:tc>
          <w:tcPr>
            <w:tcW w:w="2880" w:type="dxa"/>
          </w:tcPr>
          <w:p w:rsidR="006F7457" w:rsidRDefault="00332DB8">
            <w:r>
              <w:t>117</w:t>
            </w:r>
            <w:r>
              <w:lastRenderedPageBreak/>
              <w:t>4.</w:t>
            </w:r>
          </w:p>
        </w:tc>
        <w:tc>
          <w:tcPr>
            <w:tcW w:w="2880" w:type="dxa"/>
          </w:tcPr>
          <w:p w:rsidR="006F7457" w:rsidRPr="00332DB8" w:rsidRDefault="00332DB8">
            <w:pPr>
              <w:rPr>
                <w:lang w:val="ru-RU"/>
              </w:rPr>
            </w:pPr>
            <w:r w:rsidRPr="00332DB8">
              <w:rPr>
                <w:lang w:val="ru-RU"/>
              </w:rPr>
              <w:lastRenderedPageBreak/>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1175.</w:t>
            </w:r>
          </w:p>
        </w:tc>
        <w:tc>
          <w:tcPr>
            <w:tcW w:w="2880" w:type="dxa"/>
          </w:tcPr>
          <w:p w:rsidR="006F7457" w:rsidRPr="00332DB8" w:rsidRDefault="00332DB8">
            <w:pPr>
              <w:rPr>
                <w:lang w:val="ru-RU"/>
              </w:rPr>
            </w:pPr>
            <w:r w:rsidRPr="00332DB8">
              <w:rPr>
                <w:lang w:val="ru-RU"/>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6F7457" w:rsidRPr="00332DB8" w:rsidRDefault="006F7457">
            <w:pPr>
              <w:rPr>
                <w:lang w:val="ru-RU"/>
              </w:rPr>
            </w:pPr>
          </w:p>
        </w:tc>
      </w:tr>
      <w:tr w:rsidR="006F7457" w:rsidRPr="00DD284B">
        <w:tc>
          <w:tcPr>
            <w:tcW w:w="2880" w:type="dxa"/>
          </w:tcPr>
          <w:p w:rsidR="006F7457" w:rsidRDefault="00332DB8">
            <w:r>
              <w:t>1176.</w:t>
            </w:r>
          </w:p>
        </w:tc>
        <w:tc>
          <w:tcPr>
            <w:tcW w:w="2880" w:type="dxa"/>
          </w:tcPr>
          <w:p w:rsidR="006F7457" w:rsidRPr="00332DB8" w:rsidRDefault="00332DB8">
            <w:pPr>
              <w:rPr>
                <w:lang w:val="ru-RU"/>
              </w:rPr>
            </w:pPr>
            <w:r w:rsidRPr="00332DB8">
              <w:rPr>
                <w:lang w:val="ru-RU"/>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6F7457" w:rsidRPr="00332DB8" w:rsidRDefault="006F7457">
            <w:pPr>
              <w:rPr>
                <w:lang w:val="ru-RU"/>
              </w:rPr>
            </w:pPr>
          </w:p>
        </w:tc>
      </w:tr>
      <w:tr w:rsidR="006F7457" w:rsidRPr="00DD284B">
        <w:tc>
          <w:tcPr>
            <w:tcW w:w="2880" w:type="dxa"/>
          </w:tcPr>
          <w:p w:rsidR="006F7457" w:rsidRDefault="00332DB8">
            <w:r>
              <w:t>1177.</w:t>
            </w:r>
          </w:p>
        </w:tc>
        <w:tc>
          <w:tcPr>
            <w:tcW w:w="2880" w:type="dxa"/>
          </w:tcPr>
          <w:p w:rsidR="006F7457" w:rsidRPr="00332DB8" w:rsidRDefault="00332DB8">
            <w:pPr>
              <w:rPr>
                <w:lang w:val="ru-RU"/>
              </w:rPr>
            </w:pPr>
            <w:r w:rsidRPr="00332DB8">
              <w:rPr>
                <w:lang w:val="ru-RU"/>
              </w:rPr>
              <w:t xml:space="preserve">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t>
            </w:r>
            <w:r>
              <w:t>www</w:t>
            </w:r>
            <w:r w:rsidRPr="00332DB8">
              <w:rPr>
                <w:lang w:val="ru-RU"/>
              </w:rPr>
              <w:t>.</w:t>
            </w:r>
            <w:r>
              <w:t>vkontakte</w:t>
            </w:r>
            <w:r w:rsidRPr="00332DB8">
              <w:rPr>
                <w:lang w:val="ru-RU"/>
              </w:rPr>
              <w:t>.</w:t>
            </w:r>
            <w:r>
              <w:t>ru</w:t>
            </w:r>
            <w:r w:rsidRPr="00332DB8">
              <w:rPr>
                <w:lang w:val="ru-RU"/>
              </w:rPr>
              <w:t xml:space="preserve"> на странице пользователя «Матушка Фотиния» (решение Канавинского районного суда города Нижнего Новгорода от 27.02.2012);</w:t>
            </w:r>
          </w:p>
        </w:tc>
        <w:tc>
          <w:tcPr>
            <w:tcW w:w="2880" w:type="dxa"/>
          </w:tcPr>
          <w:p w:rsidR="006F7457" w:rsidRPr="00332DB8" w:rsidRDefault="006F7457">
            <w:pPr>
              <w:rPr>
                <w:lang w:val="ru-RU"/>
              </w:rPr>
            </w:pPr>
          </w:p>
        </w:tc>
      </w:tr>
      <w:tr w:rsidR="006F7457" w:rsidRPr="00DD284B">
        <w:tc>
          <w:tcPr>
            <w:tcW w:w="2880" w:type="dxa"/>
          </w:tcPr>
          <w:p w:rsidR="006F7457" w:rsidRDefault="00332DB8">
            <w:r>
              <w:t>1178.</w:t>
            </w:r>
          </w:p>
        </w:tc>
        <w:tc>
          <w:tcPr>
            <w:tcW w:w="2880" w:type="dxa"/>
          </w:tcPr>
          <w:p w:rsidR="006F7457" w:rsidRPr="00332DB8" w:rsidRDefault="00332DB8">
            <w:pPr>
              <w:rPr>
                <w:lang w:val="ru-RU"/>
              </w:rPr>
            </w:pPr>
            <w:r w:rsidRPr="00332DB8">
              <w:rPr>
                <w:lang w:val="ru-RU"/>
              </w:rPr>
              <w:t xml:space="preserve">Видеоклип «Последнее интервью Приморских партизан», размещенный в международной компьютерной сети Интернет на сайте социальной сети </w:t>
            </w:r>
            <w:r>
              <w:t>www</w:t>
            </w:r>
            <w:r w:rsidRPr="00332DB8">
              <w:rPr>
                <w:lang w:val="ru-RU"/>
              </w:rPr>
              <w:t>.</w:t>
            </w:r>
            <w:r>
              <w:t>vkontakte</w:t>
            </w:r>
            <w:r w:rsidRPr="00332DB8">
              <w:rPr>
                <w:lang w:val="ru-RU"/>
              </w:rPr>
              <w:t>.</w:t>
            </w:r>
            <w:r>
              <w:t>ru</w:t>
            </w:r>
            <w:r w:rsidRPr="00332DB8">
              <w:rPr>
                <w:lang w:val="ru-RU"/>
              </w:rPr>
              <w:t xml:space="preserve"> (решение Канавинского районного суда города Нижнего Новгорода от 07.03.2012);</w:t>
            </w:r>
          </w:p>
        </w:tc>
        <w:tc>
          <w:tcPr>
            <w:tcW w:w="2880" w:type="dxa"/>
          </w:tcPr>
          <w:p w:rsidR="006F7457" w:rsidRPr="00332DB8" w:rsidRDefault="006F7457">
            <w:pPr>
              <w:rPr>
                <w:lang w:val="ru-RU"/>
              </w:rPr>
            </w:pPr>
          </w:p>
        </w:tc>
      </w:tr>
      <w:tr w:rsidR="006F7457">
        <w:tc>
          <w:tcPr>
            <w:tcW w:w="2880" w:type="dxa"/>
          </w:tcPr>
          <w:p w:rsidR="006F7457" w:rsidRDefault="00332DB8">
            <w:r>
              <w:t>1179.</w:t>
            </w:r>
          </w:p>
        </w:tc>
        <w:tc>
          <w:tcPr>
            <w:tcW w:w="2880" w:type="dxa"/>
          </w:tcPr>
          <w:p w:rsidR="006F7457" w:rsidRDefault="00332DB8">
            <w:r w:rsidRPr="00332DB8">
              <w:rPr>
                <w:lang w:val="ru-RU"/>
              </w:rPr>
              <w:t xml:space="preserve">Листовка с текстом «Я русский. Иммигрант с Кавказа! Ты следующий!» </w:t>
            </w:r>
            <w:r>
              <w:t>(решение Устиновского районного суда города Ижевска Удмуртской Республики от 29.02.2012);</w:t>
            </w:r>
          </w:p>
        </w:tc>
        <w:tc>
          <w:tcPr>
            <w:tcW w:w="2880" w:type="dxa"/>
          </w:tcPr>
          <w:p w:rsidR="006F7457" w:rsidRDefault="006F7457"/>
        </w:tc>
      </w:tr>
      <w:tr w:rsidR="006F7457" w:rsidRPr="00DD284B">
        <w:tc>
          <w:tcPr>
            <w:tcW w:w="2880" w:type="dxa"/>
          </w:tcPr>
          <w:p w:rsidR="006F7457" w:rsidRDefault="00332DB8">
            <w:r>
              <w:lastRenderedPageBreak/>
              <w:t>1180.</w:t>
            </w:r>
          </w:p>
        </w:tc>
        <w:tc>
          <w:tcPr>
            <w:tcW w:w="2880" w:type="dxa"/>
          </w:tcPr>
          <w:p w:rsidR="006F7457" w:rsidRPr="00332DB8" w:rsidRDefault="00332DB8">
            <w:pPr>
              <w:rPr>
                <w:lang w:val="ru-RU"/>
              </w:rPr>
            </w:pPr>
            <w:r w:rsidRPr="00332DB8">
              <w:rPr>
                <w:lang w:val="ru-RU"/>
              </w:rPr>
              <w:t>Листовка с текстом «Помни, ты всегда прав!» (решение Устиновского районного суда города Ижевска Удмуртской Республики от 29.02.2012);</w:t>
            </w:r>
          </w:p>
        </w:tc>
        <w:tc>
          <w:tcPr>
            <w:tcW w:w="2880" w:type="dxa"/>
          </w:tcPr>
          <w:p w:rsidR="006F7457" w:rsidRPr="00332DB8" w:rsidRDefault="006F7457">
            <w:pPr>
              <w:rPr>
                <w:lang w:val="ru-RU"/>
              </w:rPr>
            </w:pPr>
          </w:p>
        </w:tc>
      </w:tr>
      <w:tr w:rsidR="006F7457" w:rsidRPr="00DD284B">
        <w:tc>
          <w:tcPr>
            <w:tcW w:w="2880" w:type="dxa"/>
          </w:tcPr>
          <w:p w:rsidR="006F7457" w:rsidRDefault="00332DB8">
            <w:r>
              <w:t>1181.</w:t>
            </w:r>
          </w:p>
        </w:tc>
        <w:tc>
          <w:tcPr>
            <w:tcW w:w="2880" w:type="dxa"/>
          </w:tcPr>
          <w:p w:rsidR="006F7457" w:rsidRPr="00332DB8" w:rsidRDefault="00332DB8">
            <w:pPr>
              <w:rPr>
                <w:lang w:val="ru-RU"/>
              </w:rPr>
            </w:pPr>
            <w:r w:rsidRPr="00332DB8">
              <w:rPr>
                <w:lang w:val="ru-RU"/>
              </w:rPr>
              <w:t>Листовка с текстом «282 ЗАПРЕЩАЕТ БЫТЬ РУССКИМ» (решение Устиновского районного суда города Ижевска Удмуртской Республики от 29.02.2012);</w:t>
            </w:r>
          </w:p>
        </w:tc>
        <w:tc>
          <w:tcPr>
            <w:tcW w:w="2880" w:type="dxa"/>
          </w:tcPr>
          <w:p w:rsidR="006F7457" w:rsidRPr="00332DB8" w:rsidRDefault="006F7457">
            <w:pPr>
              <w:rPr>
                <w:lang w:val="ru-RU"/>
              </w:rPr>
            </w:pPr>
          </w:p>
        </w:tc>
      </w:tr>
      <w:tr w:rsidR="006F7457" w:rsidRPr="00DD284B">
        <w:tc>
          <w:tcPr>
            <w:tcW w:w="2880" w:type="dxa"/>
          </w:tcPr>
          <w:p w:rsidR="006F7457" w:rsidRDefault="00332DB8">
            <w:r>
              <w:t>1182.</w:t>
            </w:r>
          </w:p>
        </w:tc>
        <w:tc>
          <w:tcPr>
            <w:tcW w:w="2880" w:type="dxa"/>
          </w:tcPr>
          <w:p w:rsidR="006F7457" w:rsidRPr="00332DB8" w:rsidRDefault="00332DB8">
            <w:pPr>
              <w:rPr>
                <w:lang w:val="ru-RU"/>
              </w:rPr>
            </w:pPr>
            <w:r w:rsidRPr="00332DB8">
              <w:rPr>
                <w:lang w:val="ru-RU"/>
              </w:rPr>
              <w:t>Листовка с текстом «Дави жидов!» (решение Устиновского районного суда города Ижевска Удмуртской Республики от 29.02.2012);</w:t>
            </w:r>
          </w:p>
        </w:tc>
        <w:tc>
          <w:tcPr>
            <w:tcW w:w="2880" w:type="dxa"/>
          </w:tcPr>
          <w:p w:rsidR="006F7457" w:rsidRPr="00332DB8" w:rsidRDefault="006F7457">
            <w:pPr>
              <w:rPr>
                <w:lang w:val="ru-RU"/>
              </w:rPr>
            </w:pPr>
          </w:p>
        </w:tc>
      </w:tr>
      <w:tr w:rsidR="006F7457" w:rsidRPr="00DD284B">
        <w:tc>
          <w:tcPr>
            <w:tcW w:w="2880" w:type="dxa"/>
          </w:tcPr>
          <w:p w:rsidR="006F7457" w:rsidRDefault="00332DB8">
            <w:r>
              <w:t>1183.</w:t>
            </w:r>
          </w:p>
        </w:tc>
        <w:tc>
          <w:tcPr>
            <w:tcW w:w="2880" w:type="dxa"/>
          </w:tcPr>
          <w:p w:rsidR="006F7457" w:rsidRPr="00332DB8" w:rsidRDefault="00332DB8">
            <w:pPr>
              <w:rPr>
                <w:lang w:val="ru-RU"/>
              </w:rPr>
            </w:pPr>
            <w:r w:rsidRPr="00332DB8">
              <w:rPr>
                <w:lang w:val="ru-RU"/>
              </w:rPr>
              <w:t xml:space="preserve">Видеоматериал «Первое видео где действуют скины», продолжительностью 2 мин. 21 сек., размещенный на Интернет-странице </w:t>
            </w:r>
            <w:r>
              <w:t>id</w:t>
            </w:r>
            <w:r w:rsidRPr="00332DB8">
              <w:rPr>
                <w:lang w:val="ru-RU"/>
              </w:rPr>
              <w:t xml:space="preserve"> 24688690 Интернет-сайта </w:t>
            </w:r>
            <w:r>
              <w:t>www</w:t>
            </w:r>
            <w:r w:rsidRPr="00332DB8">
              <w:rPr>
                <w:lang w:val="ru-RU"/>
              </w:rPr>
              <w:t>.</w:t>
            </w:r>
            <w:r>
              <w:t>vkontakte</w:t>
            </w:r>
            <w:r w:rsidRPr="00332DB8">
              <w:rPr>
                <w:lang w:val="ru-RU"/>
              </w:rPr>
              <w:t>.</w:t>
            </w:r>
            <w:r>
              <w:t>ru</w:t>
            </w:r>
            <w:r w:rsidRPr="00332DB8">
              <w:rPr>
                <w:lang w:val="ru-RU"/>
              </w:rPr>
              <w:t xml:space="preserve"> (решение Кировского районного суда города Курска от 14.03.2012);</w:t>
            </w:r>
          </w:p>
        </w:tc>
        <w:tc>
          <w:tcPr>
            <w:tcW w:w="2880" w:type="dxa"/>
          </w:tcPr>
          <w:p w:rsidR="006F7457" w:rsidRPr="00332DB8" w:rsidRDefault="006F7457">
            <w:pPr>
              <w:rPr>
                <w:lang w:val="ru-RU"/>
              </w:rPr>
            </w:pPr>
          </w:p>
        </w:tc>
      </w:tr>
      <w:tr w:rsidR="006F7457" w:rsidRPr="00DD284B">
        <w:tc>
          <w:tcPr>
            <w:tcW w:w="2880" w:type="dxa"/>
          </w:tcPr>
          <w:p w:rsidR="006F7457" w:rsidRDefault="00332DB8">
            <w:r>
              <w:t>1184.</w:t>
            </w:r>
          </w:p>
        </w:tc>
        <w:tc>
          <w:tcPr>
            <w:tcW w:w="2880" w:type="dxa"/>
          </w:tcPr>
          <w:p w:rsidR="006F7457" w:rsidRPr="00332DB8" w:rsidRDefault="00332DB8">
            <w:pPr>
              <w:rPr>
                <w:lang w:val="ru-RU"/>
              </w:rPr>
            </w:pPr>
            <w:r w:rsidRPr="00332DB8">
              <w:rPr>
                <w:lang w:val="ru-RU"/>
              </w:rPr>
              <w:t xml:space="preserve">Видеоматериал «Правые звучит гордо!!!», продолжительностью 2 мин. 39 сек., размещенный на Интернет-странице </w:t>
            </w:r>
            <w:r>
              <w:t>id</w:t>
            </w:r>
            <w:r w:rsidRPr="00332DB8">
              <w:rPr>
                <w:lang w:val="ru-RU"/>
              </w:rPr>
              <w:t xml:space="preserve"> 24688690 Интернет-сайта </w:t>
            </w:r>
            <w:r>
              <w:t>www</w:t>
            </w:r>
            <w:r w:rsidRPr="00332DB8">
              <w:rPr>
                <w:lang w:val="ru-RU"/>
              </w:rPr>
              <w:t>.</w:t>
            </w:r>
            <w:r>
              <w:t>vkontakte</w:t>
            </w:r>
            <w:r w:rsidRPr="00332DB8">
              <w:rPr>
                <w:lang w:val="ru-RU"/>
              </w:rPr>
              <w:t>.</w:t>
            </w:r>
            <w:r>
              <w:t>ru</w:t>
            </w:r>
            <w:r w:rsidRPr="00332DB8">
              <w:rPr>
                <w:lang w:val="ru-RU"/>
              </w:rPr>
              <w:t xml:space="preserve"> (решение Кировского районного суда города Курска от 14.03.2012);</w:t>
            </w:r>
          </w:p>
        </w:tc>
        <w:tc>
          <w:tcPr>
            <w:tcW w:w="2880" w:type="dxa"/>
          </w:tcPr>
          <w:p w:rsidR="006F7457" w:rsidRPr="00332DB8" w:rsidRDefault="006F7457">
            <w:pPr>
              <w:rPr>
                <w:lang w:val="ru-RU"/>
              </w:rPr>
            </w:pPr>
          </w:p>
        </w:tc>
      </w:tr>
      <w:tr w:rsidR="006F7457" w:rsidRPr="00DD284B">
        <w:tc>
          <w:tcPr>
            <w:tcW w:w="2880" w:type="dxa"/>
          </w:tcPr>
          <w:p w:rsidR="006F7457" w:rsidRDefault="00332DB8">
            <w:r>
              <w:t>118</w:t>
            </w:r>
            <w:r>
              <w:lastRenderedPageBreak/>
              <w:t>5.</w:t>
            </w:r>
          </w:p>
        </w:tc>
        <w:tc>
          <w:tcPr>
            <w:tcW w:w="2880" w:type="dxa"/>
          </w:tcPr>
          <w:p w:rsidR="006F7457" w:rsidRPr="00332DB8" w:rsidRDefault="00332DB8">
            <w:pPr>
              <w:rPr>
                <w:lang w:val="ru-RU"/>
              </w:rPr>
            </w:pPr>
            <w:r w:rsidRPr="00332DB8">
              <w:rPr>
                <w:lang w:val="ru-RU"/>
              </w:rPr>
              <w:lastRenderedPageBreak/>
              <w:t xml:space="preserve">Видеоматериал «Правда про жидов», продолжительностью 5 мин. 14 сек., размещенный на Интернет-странице </w:t>
            </w:r>
            <w:r>
              <w:t>id</w:t>
            </w:r>
            <w:r w:rsidRPr="00332DB8">
              <w:rPr>
                <w:lang w:val="ru-RU"/>
              </w:rPr>
              <w:t xml:space="preserve"> 24688690 Интернет-сайта </w:t>
            </w:r>
            <w:r>
              <w:t>www</w:t>
            </w:r>
            <w:r w:rsidRPr="00332DB8">
              <w:rPr>
                <w:lang w:val="ru-RU"/>
              </w:rPr>
              <w:t>.</w:t>
            </w:r>
            <w:r>
              <w:t>vkontakte</w:t>
            </w:r>
            <w:r w:rsidRPr="00332DB8">
              <w:rPr>
                <w:lang w:val="ru-RU"/>
              </w:rPr>
              <w:t>.</w:t>
            </w:r>
            <w:r>
              <w:t>ru</w:t>
            </w:r>
            <w:r w:rsidRPr="00332DB8">
              <w:rPr>
                <w:lang w:val="ru-RU"/>
              </w:rPr>
              <w:t xml:space="preserve"> (решение Кировского районного суда города Курска от </w:t>
            </w:r>
            <w:r w:rsidRPr="00332DB8">
              <w:rPr>
                <w:lang w:val="ru-RU"/>
              </w:rPr>
              <w:lastRenderedPageBreak/>
              <w:t>14.03.2012);</w:t>
            </w:r>
          </w:p>
        </w:tc>
        <w:tc>
          <w:tcPr>
            <w:tcW w:w="2880" w:type="dxa"/>
          </w:tcPr>
          <w:p w:rsidR="006F7457" w:rsidRPr="00332DB8" w:rsidRDefault="006F7457">
            <w:pPr>
              <w:rPr>
                <w:lang w:val="ru-RU"/>
              </w:rPr>
            </w:pPr>
          </w:p>
        </w:tc>
      </w:tr>
      <w:tr w:rsidR="006F7457">
        <w:tc>
          <w:tcPr>
            <w:tcW w:w="2880" w:type="dxa"/>
          </w:tcPr>
          <w:p w:rsidR="006F7457" w:rsidRDefault="00332DB8">
            <w:r>
              <w:lastRenderedPageBreak/>
              <w:t>1186.</w:t>
            </w:r>
          </w:p>
        </w:tc>
        <w:tc>
          <w:tcPr>
            <w:tcW w:w="2880" w:type="dxa"/>
          </w:tcPr>
          <w:p w:rsidR="006F7457" w:rsidRDefault="00332DB8">
            <w:r w:rsidRPr="00332DB8">
              <w:rPr>
                <w:lang w:val="ru-RU"/>
              </w:rPr>
              <w:t xml:space="preserve">Интернет-страница, расположенная по адресу: </w:t>
            </w:r>
            <w:r>
              <w:t>http</w:t>
            </w:r>
            <w:r w:rsidRPr="00332DB8">
              <w:rPr>
                <w:lang w:val="ru-RU"/>
              </w:rPr>
              <w:t>://</w:t>
            </w:r>
            <w:r>
              <w:t>www</w:t>
            </w:r>
            <w:r w:rsidRPr="00332DB8">
              <w:rPr>
                <w:lang w:val="ru-RU"/>
              </w:rPr>
              <w:t>.</w:t>
            </w:r>
            <w:r>
              <w:t>hateit</w:t>
            </w:r>
            <w:r w:rsidRPr="00332DB8">
              <w:rPr>
                <w:lang w:val="ru-RU"/>
              </w:rPr>
              <w:t>.</w:t>
            </w:r>
            <w:r>
              <w:t>ru</w:t>
            </w:r>
            <w:r w:rsidRPr="00332DB8">
              <w:rPr>
                <w:lang w:val="ru-RU"/>
              </w:rPr>
              <w:t>/</w:t>
            </w:r>
            <w:r>
              <w:t>churok</w:t>
            </w:r>
            <w:r w:rsidRPr="00332DB8">
              <w:rPr>
                <w:lang w:val="ru-RU"/>
              </w:rPr>
              <w:t>-</w:t>
            </w:r>
            <w:r>
              <w:t>ubivat</w:t>
            </w:r>
            <w:r w:rsidRPr="00332DB8">
              <w:rPr>
                <w:lang w:val="ru-RU"/>
              </w:rPr>
              <w:t>-</w:t>
            </w:r>
            <w:r>
              <w:t>nado</w:t>
            </w:r>
            <w:r w:rsidRPr="00332DB8">
              <w:rPr>
                <w:lang w:val="ru-RU"/>
              </w:rPr>
              <w:t>-</w:t>
            </w:r>
            <w:r>
              <w:t>a</w:t>
            </w:r>
            <w:r w:rsidRPr="00332DB8">
              <w:rPr>
                <w:lang w:val="ru-RU"/>
              </w:rPr>
              <w:t>-</w:t>
            </w:r>
            <w:r>
              <w:t>ne</w:t>
            </w:r>
            <w:r w:rsidRPr="00332DB8">
              <w:rPr>
                <w:lang w:val="ru-RU"/>
              </w:rPr>
              <w:t>-</w:t>
            </w:r>
            <w:r>
              <w:t>razgla</w:t>
            </w:r>
            <w:r w:rsidRPr="00332DB8">
              <w:rPr>
                <w:lang w:val="ru-RU"/>
              </w:rPr>
              <w:t xml:space="preserve">. </w:t>
            </w:r>
            <w:r>
              <w:t>(решение Ленинского районного суда города Орска Оренбургской области от 15.03.2012);</w:t>
            </w:r>
          </w:p>
        </w:tc>
        <w:tc>
          <w:tcPr>
            <w:tcW w:w="2880" w:type="dxa"/>
          </w:tcPr>
          <w:p w:rsidR="006F7457" w:rsidRDefault="006F7457"/>
        </w:tc>
      </w:tr>
      <w:tr w:rsidR="006F7457" w:rsidRPr="00DD284B">
        <w:tc>
          <w:tcPr>
            <w:tcW w:w="2880" w:type="dxa"/>
          </w:tcPr>
          <w:p w:rsidR="006F7457" w:rsidRDefault="00332DB8">
            <w:r>
              <w:t>1187.</w:t>
            </w:r>
          </w:p>
        </w:tc>
        <w:tc>
          <w:tcPr>
            <w:tcW w:w="2880" w:type="dxa"/>
          </w:tcPr>
          <w:p w:rsidR="006F7457" w:rsidRPr="00332DB8" w:rsidRDefault="00332DB8">
            <w:pPr>
              <w:rPr>
                <w:lang w:val="ru-RU"/>
              </w:rPr>
            </w:pPr>
            <w:r w:rsidRPr="00332DB8">
              <w:rPr>
                <w:lang w:val="ru-RU"/>
              </w:rPr>
              <w:t xml:space="preserve">Интернет-страница, расположенная по адресу: </w:t>
            </w:r>
            <w:r>
              <w:t>http</w:t>
            </w:r>
            <w:r w:rsidRPr="00332DB8">
              <w:rPr>
                <w:lang w:val="ru-RU"/>
              </w:rPr>
              <w:t>://</w:t>
            </w:r>
            <w:r>
              <w:t>demotivation</w:t>
            </w:r>
            <w:r w:rsidRPr="00332DB8">
              <w:rPr>
                <w:lang w:val="ru-RU"/>
              </w:rPr>
              <w:t>.</w:t>
            </w:r>
            <w:r>
              <w:t>me</w:t>
            </w:r>
            <w:r w:rsidRPr="00332DB8">
              <w:rPr>
                <w:lang w:val="ru-RU"/>
              </w:rPr>
              <w:t xml:space="preserve">/ </w:t>
            </w:r>
            <w:r>
              <w:t>agjpzksit</w:t>
            </w:r>
            <w:r w:rsidRPr="00332DB8">
              <w:rPr>
                <w:lang w:val="ru-RU"/>
              </w:rPr>
              <w:t>8</w:t>
            </w:r>
            <w:r>
              <w:t>jvpic</w:t>
            </w:r>
            <w:r w:rsidRPr="00332DB8">
              <w:rPr>
                <w:lang w:val="ru-RU"/>
              </w:rPr>
              <w:t>.</w:t>
            </w:r>
            <w:r>
              <w:t>html</w:t>
            </w:r>
            <w:r w:rsidRPr="00332DB8">
              <w:rPr>
                <w:lang w:val="ru-RU"/>
              </w:rPr>
              <w:t>. (решение Ленинского районного суда города Орска Оренбургской области от 15.03.2012);</w:t>
            </w:r>
          </w:p>
        </w:tc>
        <w:tc>
          <w:tcPr>
            <w:tcW w:w="2880" w:type="dxa"/>
          </w:tcPr>
          <w:p w:rsidR="006F7457" w:rsidRPr="00332DB8" w:rsidRDefault="006F7457">
            <w:pPr>
              <w:rPr>
                <w:lang w:val="ru-RU"/>
              </w:rPr>
            </w:pPr>
          </w:p>
        </w:tc>
      </w:tr>
      <w:tr w:rsidR="006F7457" w:rsidRPr="00DD284B">
        <w:tc>
          <w:tcPr>
            <w:tcW w:w="2880" w:type="dxa"/>
          </w:tcPr>
          <w:p w:rsidR="006F7457" w:rsidRDefault="00332DB8">
            <w:r>
              <w:t>1188.</w:t>
            </w:r>
          </w:p>
        </w:tc>
        <w:tc>
          <w:tcPr>
            <w:tcW w:w="2880" w:type="dxa"/>
          </w:tcPr>
          <w:p w:rsidR="006F7457" w:rsidRPr="00332DB8" w:rsidRDefault="00332DB8">
            <w:pPr>
              <w:rPr>
                <w:lang w:val="ru-RU"/>
              </w:rPr>
            </w:pPr>
            <w:r w:rsidRPr="00332DB8">
              <w:rPr>
                <w:lang w:val="ru-RU"/>
              </w:rPr>
              <w:t xml:space="preserve">Интернет-страница, расположенная по адресу: </w:t>
            </w:r>
            <w:r>
              <w:t>http</w:t>
            </w:r>
            <w:r w:rsidRPr="00332DB8">
              <w:rPr>
                <w:lang w:val="ru-RU"/>
              </w:rPr>
              <w:t>://</w:t>
            </w:r>
            <w:r>
              <w:t>demotivation</w:t>
            </w:r>
            <w:r w:rsidRPr="00332DB8">
              <w:rPr>
                <w:lang w:val="ru-RU"/>
              </w:rPr>
              <w:t>.</w:t>
            </w:r>
            <w:r>
              <w:t>me</w:t>
            </w:r>
            <w:r w:rsidRPr="00332DB8">
              <w:rPr>
                <w:lang w:val="ru-RU"/>
              </w:rPr>
              <w:t xml:space="preserve">/ </w:t>
            </w:r>
            <w:r>
              <w:t>jkxupzutfj</w:t>
            </w:r>
            <w:r w:rsidRPr="00332DB8">
              <w:rPr>
                <w:lang w:val="ru-RU"/>
              </w:rPr>
              <w:t>9</w:t>
            </w:r>
            <w:r>
              <w:t>ppic</w:t>
            </w:r>
            <w:r w:rsidRPr="00332DB8">
              <w:rPr>
                <w:lang w:val="ru-RU"/>
              </w:rPr>
              <w:t>.</w:t>
            </w:r>
            <w:r>
              <w:t>html</w:t>
            </w:r>
            <w:r w:rsidRPr="00332DB8">
              <w:rPr>
                <w:lang w:val="ru-RU"/>
              </w:rPr>
              <w:t>. (решение Ленинского районного суда города Орска Оренбургской области от 15.03.2012);</w:t>
            </w:r>
          </w:p>
        </w:tc>
        <w:tc>
          <w:tcPr>
            <w:tcW w:w="2880" w:type="dxa"/>
          </w:tcPr>
          <w:p w:rsidR="006F7457" w:rsidRPr="00332DB8" w:rsidRDefault="006F7457">
            <w:pPr>
              <w:rPr>
                <w:lang w:val="ru-RU"/>
              </w:rPr>
            </w:pPr>
          </w:p>
        </w:tc>
      </w:tr>
      <w:tr w:rsidR="006F7457" w:rsidRPr="00DD284B">
        <w:tc>
          <w:tcPr>
            <w:tcW w:w="2880" w:type="dxa"/>
          </w:tcPr>
          <w:p w:rsidR="006F7457" w:rsidRDefault="00332DB8">
            <w:r>
              <w:t>1189.</w:t>
            </w:r>
          </w:p>
        </w:tc>
        <w:tc>
          <w:tcPr>
            <w:tcW w:w="2880" w:type="dxa"/>
          </w:tcPr>
          <w:p w:rsidR="006F7457" w:rsidRPr="00332DB8" w:rsidRDefault="00332DB8">
            <w:pPr>
              <w:rPr>
                <w:lang w:val="ru-RU"/>
              </w:rPr>
            </w:pPr>
            <w:r w:rsidRPr="00332DB8">
              <w:rPr>
                <w:lang w:val="ru-RU"/>
              </w:rPr>
              <w:t xml:space="preserve">Интернет-страница, расположенная по адресу: </w:t>
            </w:r>
            <w:r>
              <w:t>http</w:t>
            </w:r>
            <w:r w:rsidRPr="00332DB8">
              <w:rPr>
                <w:lang w:val="ru-RU"/>
              </w:rPr>
              <w:t>://</w:t>
            </w:r>
            <w:r>
              <w:t>demotivation</w:t>
            </w:r>
            <w:r w:rsidRPr="00332DB8">
              <w:rPr>
                <w:lang w:val="ru-RU"/>
              </w:rPr>
              <w:t>.</w:t>
            </w:r>
            <w:r>
              <w:t>me</w:t>
            </w:r>
            <w:r w:rsidRPr="00332DB8">
              <w:rPr>
                <w:lang w:val="ru-RU"/>
              </w:rPr>
              <w:t>/ 69</w:t>
            </w:r>
            <w:r>
              <w:t>mu</w:t>
            </w:r>
            <w:r w:rsidRPr="00332DB8">
              <w:rPr>
                <w:lang w:val="ru-RU"/>
              </w:rPr>
              <w:t>4</w:t>
            </w:r>
            <w:r>
              <w:t>cugq</w:t>
            </w:r>
            <w:r w:rsidRPr="00332DB8">
              <w:rPr>
                <w:lang w:val="ru-RU"/>
              </w:rPr>
              <w:t>993</w:t>
            </w:r>
            <w:r>
              <w:t>pic</w:t>
            </w:r>
            <w:r w:rsidRPr="00332DB8">
              <w:rPr>
                <w:lang w:val="ru-RU"/>
              </w:rPr>
              <w:t>.</w:t>
            </w:r>
            <w:r>
              <w:t>html</w:t>
            </w:r>
            <w:r w:rsidRPr="00332DB8">
              <w:rPr>
                <w:lang w:val="ru-RU"/>
              </w:rPr>
              <w:t>. (решение Ленинского районного суда города Орска Оренбургской области от 15.03.2012);</w:t>
            </w:r>
          </w:p>
        </w:tc>
        <w:tc>
          <w:tcPr>
            <w:tcW w:w="2880" w:type="dxa"/>
          </w:tcPr>
          <w:p w:rsidR="006F7457" w:rsidRPr="00332DB8" w:rsidRDefault="006F7457">
            <w:pPr>
              <w:rPr>
                <w:lang w:val="ru-RU"/>
              </w:rPr>
            </w:pPr>
          </w:p>
        </w:tc>
      </w:tr>
      <w:tr w:rsidR="006F7457" w:rsidRPr="00DD284B">
        <w:tc>
          <w:tcPr>
            <w:tcW w:w="2880" w:type="dxa"/>
          </w:tcPr>
          <w:p w:rsidR="006F7457" w:rsidRDefault="00332DB8">
            <w:r>
              <w:t>1190.</w:t>
            </w:r>
          </w:p>
        </w:tc>
        <w:tc>
          <w:tcPr>
            <w:tcW w:w="2880" w:type="dxa"/>
          </w:tcPr>
          <w:p w:rsidR="006F7457" w:rsidRPr="00332DB8" w:rsidRDefault="00332DB8">
            <w:pPr>
              <w:rPr>
                <w:lang w:val="ru-RU"/>
              </w:rPr>
            </w:pPr>
            <w:r w:rsidRPr="00332DB8">
              <w:rPr>
                <w:lang w:val="ru-RU"/>
              </w:rPr>
              <w:t xml:space="preserve">Интернет-страница, расположенная по адресу: </w:t>
            </w:r>
            <w:r>
              <w:t>http</w:t>
            </w:r>
            <w:r w:rsidRPr="00332DB8">
              <w:rPr>
                <w:lang w:val="ru-RU"/>
              </w:rPr>
              <w:t>://</w:t>
            </w:r>
            <w:r>
              <w:t>rko</w:t>
            </w:r>
            <w:r w:rsidRPr="00332DB8">
              <w:rPr>
                <w:lang w:val="ru-RU"/>
              </w:rPr>
              <w:t>.</w:t>
            </w:r>
            <w:r>
              <w:t>marsho</w:t>
            </w:r>
            <w:r w:rsidRPr="00332DB8">
              <w:rPr>
                <w:lang w:val="ru-RU"/>
              </w:rPr>
              <w:t>.</w:t>
            </w:r>
            <w:r>
              <w:t>net</w:t>
            </w:r>
            <w:r w:rsidRPr="00332DB8">
              <w:rPr>
                <w:lang w:val="ru-RU"/>
              </w:rPr>
              <w:t>/</w:t>
            </w:r>
            <w:r>
              <w:t>articl</w:t>
            </w:r>
            <w:r w:rsidRPr="00332DB8">
              <w:rPr>
                <w:lang w:val="ru-RU"/>
              </w:rPr>
              <w:t>/</w:t>
            </w:r>
            <w:r>
              <w:t>mashadov</w:t>
            </w:r>
            <w:r w:rsidRPr="00332DB8">
              <w:rPr>
                <w:lang w:val="ru-RU"/>
              </w:rPr>
              <w:t>.</w:t>
            </w:r>
            <w:r>
              <w:t>htm</w:t>
            </w:r>
            <w:r w:rsidRPr="00332DB8">
              <w:rPr>
                <w:lang w:val="ru-RU"/>
              </w:rPr>
              <w:t xml:space="preserve"> (решение Ленинского районного суда города Орска Оренбургской области от 15.03.2012);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1191.</w:t>
            </w:r>
          </w:p>
        </w:tc>
        <w:tc>
          <w:tcPr>
            <w:tcW w:w="2880" w:type="dxa"/>
          </w:tcPr>
          <w:p w:rsidR="006F7457" w:rsidRPr="00332DB8" w:rsidRDefault="00332DB8">
            <w:pPr>
              <w:rPr>
                <w:lang w:val="ru-RU"/>
              </w:rPr>
            </w:pPr>
            <w:r w:rsidRPr="00332DB8">
              <w:rPr>
                <w:lang w:val="ru-RU"/>
              </w:rPr>
              <w:t xml:space="preserve">Информационные материалы группы «Наш путь Джихад», расположенные на сайте по адресу </w:t>
            </w:r>
            <w:r>
              <w:t>http</w:t>
            </w:r>
            <w:r w:rsidRPr="00332DB8">
              <w:rPr>
                <w:lang w:val="ru-RU"/>
              </w:rPr>
              <w:t>://</w:t>
            </w:r>
            <w:r>
              <w:t>vkontakte</w:t>
            </w:r>
            <w:r w:rsidRPr="00332DB8">
              <w:rPr>
                <w:lang w:val="ru-RU"/>
              </w:rPr>
              <w:t>.</w:t>
            </w:r>
            <w:r>
              <w:t>ru</w:t>
            </w:r>
            <w:r w:rsidRPr="00332DB8">
              <w:rPr>
                <w:lang w:val="ru-RU"/>
              </w:rPr>
              <w:t>/</w:t>
            </w:r>
            <w:r>
              <w:t>our</w:t>
            </w:r>
            <w:r w:rsidRPr="00332DB8">
              <w:rPr>
                <w:lang w:val="ru-RU"/>
              </w:rPr>
              <w:t>_</w:t>
            </w:r>
            <w:r>
              <w:t>way</w:t>
            </w:r>
            <w:r w:rsidRPr="00332DB8">
              <w:rPr>
                <w:lang w:val="ru-RU"/>
              </w:rPr>
              <w:t>_</w:t>
            </w:r>
            <w:r>
              <w:t>jihad</w:t>
            </w:r>
            <w:r w:rsidRPr="00332DB8">
              <w:rPr>
                <w:lang w:val="ru-RU"/>
              </w:rPr>
              <w:t xml:space="preserve"> в Интернет-ресурсе </w:t>
            </w:r>
            <w:r>
              <w:t>www</w:t>
            </w:r>
            <w:r w:rsidRPr="00332DB8">
              <w:rPr>
                <w:lang w:val="ru-RU"/>
              </w:rPr>
              <w:t>.</w:t>
            </w:r>
            <w:r>
              <w:t>vkontakte</w:t>
            </w:r>
            <w:r w:rsidRPr="00332DB8">
              <w:rPr>
                <w:lang w:val="ru-RU"/>
              </w:rPr>
              <w:t>.</w:t>
            </w:r>
            <w:r>
              <w:t>ru</w:t>
            </w:r>
            <w:r w:rsidRPr="00332DB8">
              <w:rPr>
                <w:lang w:val="ru-RU"/>
              </w:rPr>
              <w:t xml:space="preserve"> (решение Советского районного суда г. Липецка от 12.03.2012 и определение Советского районного суда г. Липецка от 06.03.2013);</w:t>
            </w:r>
          </w:p>
        </w:tc>
        <w:tc>
          <w:tcPr>
            <w:tcW w:w="2880" w:type="dxa"/>
          </w:tcPr>
          <w:p w:rsidR="006F7457" w:rsidRPr="00332DB8" w:rsidRDefault="006F7457">
            <w:pPr>
              <w:rPr>
                <w:lang w:val="ru-RU"/>
              </w:rPr>
            </w:pPr>
          </w:p>
        </w:tc>
      </w:tr>
      <w:tr w:rsidR="006F7457" w:rsidRPr="00DD284B">
        <w:tc>
          <w:tcPr>
            <w:tcW w:w="2880" w:type="dxa"/>
          </w:tcPr>
          <w:p w:rsidR="006F7457" w:rsidRDefault="00332DB8">
            <w:r>
              <w:t>1192.</w:t>
            </w:r>
          </w:p>
        </w:tc>
        <w:tc>
          <w:tcPr>
            <w:tcW w:w="2880" w:type="dxa"/>
          </w:tcPr>
          <w:p w:rsidR="006F7457" w:rsidRPr="00332DB8" w:rsidRDefault="00332DB8">
            <w:pPr>
              <w:rPr>
                <w:lang w:val="ru-RU"/>
              </w:rPr>
            </w:pPr>
            <w:r w:rsidRPr="00332DB8">
              <w:rPr>
                <w:lang w:val="ru-RU"/>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2880" w:type="dxa"/>
          </w:tcPr>
          <w:p w:rsidR="006F7457" w:rsidRPr="00332DB8" w:rsidRDefault="006F7457">
            <w:pPr>
              <w:rPr>
                <w:lang w:val="ru-RU"/>
              </w:rPr>
            </w:pPr>
          </w:p>
        </w:tc>
      </w:tr>
      <w:tr w:rsidR="006F7457" w:rsidRPr="00DD284B">
        <w:tc>
          <w:tcPr>
            <w:tcW w:w="2880" w:type="dxa"/>
          </w:tcPr>
          <w:p w:rsidR="006F7457" w:rsidRDefault="00332DB8">
            <w:r>
              <w:t>1193.</w:t>
            </w:r>
          </w:p>
        </w:tc>
        <w:tc>
          <w:tcPr>
            <w:tcW w:w="2880" w:type="dxa"/>
          </w:tcPr>
          <w:p w:rsidR="006F7457" w:rsidRPr="00332DB8" w:rsidRDefault="00332DB8">
            <w:pPr>
              <w:rPr>
                <w:lang w:val="ru-RU"/>
              </w:rPr>
            </w:pPr>
            <w:r>
              <w:t>C</w:t>
            </w:r>
            <w:r w:rsidRPr="00332DB8">
              <w:rPr>
                <w:lang w:val="ru-RU"/>
              </w:rPr>
              <w:t xml:space="preserve">татья «Боб Мэтьюз», опубликованная в международной компьютерной сети «Интернет» на информационном сайте </w:t>
            </w:r>
            <w:r>
              <w:t>http</w:t>
            </w:r>
            <w:r w:rsidRPr="00332DB8">
              <w:rPr>
                <w:lang w:val="ru-RU"/>
              </w:rPr>
              <w:t>://</w:t>
            </w:r>
            <w:r>
              <w:t>baboons</w:t>
            </w:r>
            <w:r w:rsidRPr="00332DB8">
              <w:rPr>
                <w:lang w:val="ru-RU"/>
              </w:rPr>
              <w:t>.</w:t>
            </w:r>
            <w:r>
              <w:t>narod</w:t>
            </w:r>
            <w:r w:rsidRPr="00332DB8">
              <w:rPr>
                <w:lang w:val="ru-RU"/>
              </w:rPr>
              <w:t>.</w:t>
            </w:r>
            <w:r>
              <w:t>ru</w:t>
            </w:r>
            <w:r w:rsidRPr="00332DB8">
              <w:rPr>
                <w:lang w:val="ru-RU"/>
              </w:rPr>
              <w:t xml:space="preserve"> (решение Ленинского районного суда города Саранска Республики Мордовия от 21.03.2012);</w:t>
            </w:r>
          </w:p>
        </w:tc>
        <w:tc>
          <w:tcPr>
            <w:tcW w:w="2880" w:type="dxa"/>
          </w:tcPr>
          <w:p w:rsidR="006F7457" w:rsidRPr="00332DB8" w:rsidRDefault="006F7457">
            <w:pPr>
              <w:rPr>
                <w:lang w:val="ru-RU"/>
              </w:rPr>
            </w:pPr>
          </w:p>
        </w:tc>
      </w:tr>
      <w:tr w:rsidR="006F7457" w:rsidRPr="00DD284B">
        <w:tc>
          <w:tcPr>
            <w:tcW w:w="2880" w:type="dxa"/>
          </w:tcPr>
          <w:p w:rsidR="006F7457" w:rsidRDefault="00332DB8">
            <w:r>
              <w:t>1194.</w:t>
            </w:r>
          </w:p>
        </w:tc>
        <w:tc>
          <w:tcPr>
            <w:tcW w:w="2880" w:type="dxa"/>
          </w:tcPr>
          <w:p w:rsidR="006F7457" w:rsidRPr="00332DB8" w:rsidRDefault="00332DB8">
            <w:pPr>
              <w:rPr>
                <w:lang w:val="ru-RU"/>
              </w:rPr>
            </w:pPr>
            <w:r>
              <w:t>C</w:t>
            </w:r>
            <w:r w:rsidRPr="00332DB8">
              <w:rPr>
                <w:lang w:val="ru-RU"/>
              </w:rPr>
              <w:t xml:space="preserve">татья «А есть ли русский фашизм»?», опубликованная в международной компьютерной сети «Интернет» на информационном сайте </w:t>
            </w:r>
            <w:r>
              <w:t>http</w:t>
            </w:r>
            <w:r w:rsidRPr="00332DB8">
              <w:rPr>
                <w:lang w:val="ru-RU"/>
              </w:rPr>
              <w:t>://</w:t>
            </w:r>
            <w:r>
              <w:t>baboons</w:t>
            </w:r>
            <w:r w:rsidRPr="00332DB8">
              <w:rPr>
                <w:lang w:val="ru-RU"/>
              </w:rPr>
              <w:t>.</w:t>
            </w:r>
            <w:r>
              <w:t>narod</w:t>
            </w:r>
            <w:r w:rsidRPr="00332DB8">
              <w:rPr>
                <w:lang w:val="ru-RU"/>
              </w:rPr>
              <w:t>.</w:t>
            </w:r>
            <w:r>
              <w:t>ru</w:t>
            </w:r>
            <w:r w:rsidRPr="00332DB8">
              <w:rPr>
                <w:lang w:val="ru-RU"/>
              </w:rPr>
              <w:t xml:space="preserve"> (решение Ленинского районного суда города Саранска Республики Мордовия от 21.03.2012);</w:t>
            </w:r>
          </w:p>
        </w:tc>
        <w:tc>
          <w:tcPr>
            <w:tcW w:w="2880" w:type="dxa"/>
          </w:tcPr>
          <w:p w:rsidR="006F7457" w:rsidRPr="00332DB8" w:rsidRDefault="006F7457">
            <w:pPr>
              <w:rPr>
                <w:lang w:val="ru-RU"/>
              </w:rPr>
            </w:pPr>
          </w:p>
        </w:tc>
      </w:tr>
      <w:tr w:rsidR="006F7457" w:rsidRPr="00DD284B">
        <w:tc>
          <w:tcPr>
            <w:tcW w:w="2880" w:type="dxa"/>
          </w:tcPr>
          <w:p w:rsidR="006F7457" w:rsidRDefault="00332DB8">
            <w:r>
              <w:t>1195.</w:t>
            </w:r>
          </w:p>
        </w:tc>
        <w:tc>
          <w:tcPr>
            <w:tcW w:w="2880" w:type="dxa"/>
          </w:tcPr>
          <w:p w:rsidR="006F7457" w:rsidRPr="00332DB8" w:rsidRDefault="00332DB8">
            <w:pPr>
              <w:rPr>
                <w:lang w:val="ru-RU"/>
              </w:rPr>
            </w:pPr>
            <w:r>
              <w:t>C</w:t>
            </w:r>
            <w:r w:rsidRPr="00332DB8">
              <w:rPr>
                <w:lang w:val="ru-RU"/>
              </w:rPr>
              <w:t xml:space="preserve">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w:t>
            </w:r>
            <w:r>
              <w:t>http</w:t>
            </w:r>
            <w:r w:rsidRPr="00332DB8">
              <w:rPr>
                <w:lang w:val="ru-RU"/>
              </w:rPr>
              <w:t>://</w:t>
            </w:r>
            <w:r>
              <w:t>baboons</w:t>
            </w:r>
            <w:r w:rsidRPr="00332DB8">
              <w:rPr>
                <w:lang w:val="ru-RU"/>
              </w:rPr>
              <w:t>.</w:t>
            </w:r>
            <w:r>
              <w:t>narod</w:t>
            </w:r>
            <w:r w:rsidRPr="00332DB8">
              <w:rPr>
                <w:lang w:val="ru-RU"/>
              </w:rPr>
              <w:t>.</w:t>
            </w:r>
            <w:r>
              <w:t>ru</w:t>
            </w:r>
            <w:r w:rsidRPr="00332DB8">
              <w:rPr>
                <w:lang w:val="ru-RU"/>
              </w:rPr>
              <w:t xml:space="preserve"> (решение Ленинского районного суда города Саранска Республики Мордовия от 21.03.2012);</w:t>
            </w:r>
          </w:p>
        </w:tc>
        <w:tc>
          <w:tcPr>
            <w:tcW w:w="2880" w:type="dxa"/>
          </w:tcPr>
          <w:p w:rsidR="006F7457" w:rsidRPr="00332DB8" w:rsidRDefault="006F7457">
            <w:pPr>
              <w:rPr>
                <w:lang w:val="ru-RU"/>
              </w:rPr>
            </w:pPr>
          </w:p>
        </w:tc>
      </w:tr>
      <w:tr w:rsidR="006F7457" w:rsidRPr="00DD284B">
        <w:tc>
          <w:tcPr>
            <w:tcW w:w="2880" w:type="dxa"/>
          </w:tcPr>
          <w:p w:rsidR="006F7457" w:rsidRDefault="00332DB8">
            <w:r>
              <w:t>119</w:t>
            </w:r>
            <w:r>
              <w:lastRenderedPageBreak/>
              <w:t>6.</w:t>
            </w:r>
          </w:p>
        </w:tc>
        <w:tc>
          <w:tcPr>
            <w:tcW w:w="2880" w:type="dxa"/>
          </w:tcPr>
          <w:p w:rsidR="006F7457" w:rsidRPr="00332DB8" w:rsidRDefault="00332DB8">
            <w:pPr>
              <w:rPr>
                <w:lang w:val="ru-RU"/>
              </w:rPr>
            </w:pPr>
            <w:r>
              <w:lastRenderedPageBreak/>
              <w:t>C</w:t>
            </w:r>
            <w:r w:rsidRPr="00332DB8">
              <w:rPr>
                <w:lang w:val="ru-RU"/>
              </w:rPr>
              <w:t xml:space="preserve">тихотворение «Шёл отряд по берегу. Антифашистская пестня», опубликованное в международной компьютерной сети «Интернет» на информационном сайте </w:t>
            </w:r>
            <w:r>
              <w:t>http</w:t>
            </w:r>
            <w:r w:rsidRPr="00332DB8">
              <w:rPr>
                <w:lang w:val="ru-RU"/>
              </w:rPr>
              <w:t>://</w:t>
            </w:r>
            <w:r>
              <w:t>baboons</w:t>
            </w:r>
            <w:r w:rsidRPr="00332DB8">
              <w:rPr>
                <w:lang w:val="ru-RU"/>
              </w:rPr>
              <w:t>.</w:t>
            </w:r>
            <w:r>
              <w:t>narod</w:t>
            </w:r>
            <w:r w:rsidRPr="00332DB8">
              <w:rPr>
                <w:lang w:val="ru-RU"/>
              </w:rPr>
              <w:t>.</w:t>
            </w:r>
            <w:r>
              <w:t>ru</w:t>
            </w:r>
            <w:r w:rsidRPr="00332DB8">
              <w:rPr>
                <w:lang w:val="ru-RU"/>
              </w:rPr>
              <w:t xml:space="preserve"> (решение Ленинского </w:t>
            </w:r>
            <w:r w:rsidRPr="00332DB8">
              <w:rPr>
                <w:lang w:val="ru-RU"/>
              </w:rPr>
              <w:lastRenderedPageBreak/>
              <w:t>районного суда города Саранска Республики Мордовия от 21.03.2012);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1197.</w:t>
            </w:r>
          </w:p>
        </w:tc>
        <w:tc>
          <w:tcPr>
            <w:tcW w:w="2880" w:type="dxa"/>
          </w:tcPr>
          <w:p w:rsidR="006F7457" w:rsidRPr="00332DB8" w:rsidRDefault="00332DB8">
            <w:pPr>
              <w:rPr>
                <w:lang w:val="ru-RU"/>
              </w:rPr>
            </w:pPr>
            <w:r>
              <w:t>C</w:t>
            </w:r>
            <w:r w:rsidRPr="00332DB8">
              <w:rPr>
                <w:lang w:val="ru-RU"/>
              </w:rPr>
              <w:t xml:space="preserve">татья «Погибайте, арийские гои», опубликованная в международной компьютерной сети «Интернет» на информационном сайте </w:t>
            </w:r>
            <w:r>
              <w:t>http</w:t>
            </w:r>
            <w:r w:rsidRPr="00332DB8">
              <w:rPr>
                <w:lang w:val="ru-RU"/>
              </w:rPr>
              <w:t>://</w:t>
            </w:r>
            <w:r>
              <w:t>baboons</w:t>
            </w:r>
            <w:r w:rsidRPr="00332DB8">
              <w:rPr>
                <w:lang w:val="ru-RU"/>
              </w:rPr>
              <w:t>.</w:t>
            </w:r>
            <w:r>
              <w:t>narod</w:t>
            </w:r>
            <w:r w:rsidRPr="00332DB8">
              <w:rPr>
                <w:lang w:val="ru-RU"/>
              </w:rPr>
              <w:t>.</w:t>
            </w:r>
            <w:r>
              <w:t>ru</w:t>
            </w:r>
            <w:r w:rsidRPr="00332DB8">
              <w:rPr>
                <w:lang w:val="ru-RU"/>
              </w:rPr>
              <w:t xml:space="preserve"> (решение Ленинского районного суда города Саранска Республики Мордовия от 27.03.2012);</w:t>
            </w:r>
          </w:p>
        </w:tc>
        <w:tc>
          <w:tcPr>
            <w:tcW w:w="2880" w:type="dxa"/>
          </w:tcPr>
          <w:p w:rsidR="006F7457" w:rsidRPr="00332DB8" w:rsidRDefault="006F7457">
            <w:pPr>
              <w:rPr>
                <w:lang w:val="ru-RU"/>
              </w:rPr>
            </w:pPr>
          </w:p>
        </w:tc>
      </w:tr>
      <w:tr w:rsidR="006F7457" w:rsidRPr="00DD284B">
        <w:tc>
          <w:tcPr>
            <w:tcW w:w="2880" w:type="dxa"/>
          </w:tcPr>
          <w:p w:rsidR="006F7457" w:rsidRDefault="00332DB8">
            <w:r>
              <w:t>1198.</w:t>
            </w:r>
          </w:p>
        </w:tc>
        <w:tc>
          <w:tcPr>
            <w:tcW w:w="2880" w:type="dxa"/>
          </w:tcPr>
          <w:p w:rsidR="006F7457" w:rsidRPr="00332DB8" w:rsidRDefault="00332DB8">
            <w:pPr>
              <w:rPr>
                <w:lang w:val="ru-RU"/>
              </w:rPr>
            </w:pPr>
            <w:r>
              <w:t>C</w:t>
            </w:r>
            <w:r w:rsidRPr="00332DB8">
              <w:rPr>
                <w:lang w:val="ru-RU"/>
              </w:rPr>
              <w:t xml:space="preserve">татья «14 слов Дэвида Лэйна», опубликованная в международной компьютерной сети «Интернет» на информационном сайте </w:t>
            </w:r>
            <w:r>
              <w:t>http</w:t>
            </w:r>
            <w:r w:rsidRPr="00332DB8">
              <w:rPr>
                <w:lang w:val="ru-RU"/>
              </w:rPr>
              <w:t>://</w:t>
            </w:r>
            <w:r>
              <w:t>baboons</w:t>
            </w:r>
            <w:r w:rsidRPr="00332DB8">
              <w:rPr>
                <w:lang w:val="ru-RU"/>
              </w:rPr>
              <w:t>.</w:t>
            </w:r>
            <w:r>
              <w:t>narod</w:t>
            </w:r>
            <w:r w:rsidRPr="00332DB8">
              <w:rPr>
                <w:lang w:val="ru-RU"/>
              </w:rPr>
              <w:t>.</w:t>
            </w:r>
            <w:r>
              <w:t>ru</w:t>
            </w:r>
            <w:r w:rsidRPr="00332DB8">
              <w:rPr>
                <w:lang w:val="ru-RU"/>
              </w:rPr>
              <w:t xml:space="preserve"> (решение Ленинского районного суда города Саранска Республики Мордовия от 27.03.2012);</w:t>
            </w:r>
          </w:p>
        </w:tc>
        <w:tc>
          <w:tcPr>
            <w:tcW w:w="2880" w:type="dxa"/>
          </w:tcPr>
          <w:p w:rsidR="006F7457" w:rsidRPr="00332DB8" w:rsidRDefault="006F7457">
            <w:pPr>
              <w:rPr>
                <w:lang w:val="ru-RU"/>
              </w:rPr>
            </w:pPr>
          </w:p>
        </w:tc>
      </w:tr>
      <w:tr w:rsidR="006F7457" w:rsidRPr="00DD284B">
        <w:tc>
          <w:tcPr>
            <w:tcW w:w="2880" w:type="dxa"/>
          </w:tcPr>
          <w:p w:rsidR="006F7457" w:rsidRDefault="00332DB8">
            <w:r>
              <w:t>1199.</w:t>
            </w:r>
          </w:p>
        </w:tc>
        <w:tc>
          <w:tcPr>
            <w:tcW w:w="2880" w:type="dxa"/>
          </w:tcPr>
          <w:p w:rsidR="006F7457" w:rsidRPr="00332DB8" w:rsidRDefault="00332DB8">
            <w:pPr>
              <w:rPr>
                <w:lang w:val="ru-RU"/>
              </w:rPr>
            </w:pPr>
            <w:r w:rsidRPr="00332DB8">
              <w:rPr>
                <w:lang w:val="ru-RU"/>
              </w:rPr>
              <w:t xml:space="preserve">Информационный материал в форме текста комментария, размещенного в сети интернет на ресурсе </w:t>
            </w:r>
            <w:r>
              <w:t>www</w:t>
            </w:r>
            <w:r w:rsidRPr="00332DB8">
              <w:rPr>
                <w:lang w:val="ru-RU"/>
              </w:rPr>
              <w:t>.</w:t>
            </w:r>
            <w:r>
              <w:t>Islamdin</w:t>
            </w:r>
            <w:r w:rsidRPr="00332DB8">
              <w:rPr>
                <w:lang w:val="ru-RU"/>
              </w:rPr>
              <w:t>.</w:t>
            </w:r>
            <w:r>
              <w:t>tv</w:t>
            </w:r>
            <w:r w:rsidRPr="00332DB8">
              <w:rPr>
                <w:lang w:val="ru-RU"/>
              </w:rPr>
              <w:t xml:space="preserve">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2880" w:type="dxa"/>
          </w:tcPr>
          <w:p w:rsidR="006F7457" w:rsidRPr="00332DB8" w:rsidRDefault="006F7457">
            <w:pPr>
              <w:rPr>
                <w:lang w:val="ru-RU"/>
              </w:rPr>
            </w:pPr>
          </w:p>
        </w:tc>
      </w:tr>
      <w:tr w:rsidR="006F7457" w:rsidRPr="00DD284B">
        <w:tc>
          <w:tcPr>
            <w:tcW w:w="2880" w:type="dxa"/>
          </w:tcPr>
          <w:p w:rsidR="006F7457" w:rsidRDefault="00332DB8">
            <w:r>
              <w:t>1200.</w:t>
            </w:r>
          </w:p>
        </w:tc>
        <w:tc>
          <w:tcPr>
            <w:tcW w:w="2880" w:type="dxa"/>
          </w:tcPr>
          <w:p w:rsidR="006F7457" w:rsidRPr="00332DB8" w:rsidRDefault="00332DB8">
            <w:pPr>
              <w:rPr>
                <w:lang w:val="ru-RU"/>
              </w:rPr>
            </w:pPr>
            <w:r w:rsidRPr="00332DB8">
              <w:rPr>
                <w:lang w:val="ru-RU"/>
              </w:rPr>
              <w:t>Журнал «Кирпич» № 4 (решение Вельского районного суда Архангельской области от 28.03.2012);</w:t>
            </w:r>
          </w:p>
        </w:tc>
        <w:tc>
          <w:tcPr>
            <w:tcW w:w="2880" w:type="dxa"/>
          </w:tcPr>
          <w:p w:rsidR="006F7457" w:rsidRPr="00332DB8" w:rsidRDefault="006F7457">
            <w:pPr>
              <w:rPr>
                <w:lang w:val="ru-RU"/>
              </w:rPr>
            </w:pPr>
          </w:p>
        </w:tc>
      </w:tr>
      <w:tr w:rsidR="006F7457" w:rsidRPr="00DD284B">
        <w:tc>
          <w:tcPr>
            <w:tcW w:w="2880" w:type="dxa"/>
          </w:tcPr>
          <w:p w:rsidR="006F7457" w:rsidRDefault="00332DB8">
            <w:r>
              <w:t>1201.</w:t>
            </w:r>
          </w:p>
        </w:tc>
        <w:tc>
          <w:tcPr>
            <w:tcW w:w="2880" w:type="dxa"/>
          </w:tcPr>
          <w:p w:rsidR="006F7457" w:rsidRPr="00332DB8" w:rsidRDefault="00332DB8">
            <w:pPr>
              <w:rPr>
                <w:lang w:val="ru-RU"/>
              </w:rPr>
            </w:pPr>
            <w:r w:rsidRPr="00332DB8">
              <w:rPr>
                <w:lang w:val="ru-RU"/>
              </w:rPr>
              <w:t xml:space="preserve">Брошюра </w:t>
            </w:r>
            <w:r>
              <w:t>NOWOSK</w:t>
            </w:r>
            <w:r w:rsidRPr="00332DB8">
              <w:rPr>
                <w:lang w:val="ru-RU"/>
              </w:rPr>
              <w:t xml:space="preserve"> # 1 (решение Вельского районного суда Архангельской области от 28.03.2012);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1202.</w:t>
            </w:r>
          </w:p>
        </w:tc>
        <w:tc>
          <w:tcPr>
            <w:tcW w:w="2880" w:type="dxa"/>
          </w:tcPr>
          <w:p w:rsidR="006F7457" w:rsidRPr="00332DB8" w:rsidRDefault="00332DB8">
            <w:pPr>
              <w:rPr>
                <w:lang w:val="ru-RU"/>
              </w:rPr>
            </w:pPr>
            <w:r w:rsidRPr="00332DB8">
              <w:rPr>
                <w:lang w:val="ru-RU"/>
              </w:rPr>
              <w:t>Брошюра «Болотные огни» (решение Вельского районного суда Архангельской области от 28.03.2012);</w:t>
            </w:r>
          </w:p>
        </w:tc>
        <w:tc>
          <w:tcPr>
            <w:tcW w:w="2880" w:type="dxa"/>
          </w:tcPr>
          <w:p w:rsidR="006F7457" w:rsidRPr="00332DB8" w:rsidRDefault="006F7457">
            <w:pPr>
              <w:rPr>
                <w:lang w:val="ru-RU"/>
              </w:rPr>
            </w:pPr>
          </w:p>
        </w:tc>
      </w:tr>
      <w:tr w:rsidR="006F7457" w:rsidRPr="00DD284B">
        <w:tc>
          <w:tcPr>
            <w:tcW w:w="2880" w:type="dxa"/>
          </w:tcPr>
          <w:p w:rsidR="006F7457" w:rsidRDefault="00332DB8">
            <w:r>
              <w:t>1203.</w:t>
            </w:r>
          </w:p>
        </w:tc>
        <w:tc>
          <w:tcPr>
            <w:tcW w:w="2880" w:type="dxa"/>
          </w:tcPr>
          <w:p w:rsidR="006F7457" w:rsidRPr="00332DB8" w:rsidRDefault="00332DB8">
            <w:pPr>
              <w:rPr>
                <w:lang w:val="ru-RU"/>
              </w:rPr>
            </w:pPr>
            <w:r w:rsidRPr="00332DB8">
              <w:rPr>
                <w:lang w:val="ru-RU"/>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2880" w:type="dxa"/>
          </w:tcPr>
          <w:p w:rsidR="006F7457" w:rsidRPr="00332DB8" w:rsidRDefault="006F7457">
            <w:pPr>
              <w:rPr>
                <w:lang w:val="ru-RU"/>
              </w:rPr>
            </w:pPr>
          </w:p>
        </w:tc>
      </w:tr>
      <w:tr w:rsidR="006F7457" w:rsidRPr="00DD284B">
        <w:tc>
          <w:tcPr>
            <w:tcW w:w="2880" w:type="dxa"/>
          </w:tcPr>
          <w:p w:rsidR="006F7457" w:rsidRDefault="00332DB8">
            <w:r>
              <w:t>1204.</w:t>
            </w:r>
          </w:p>
        </w:tc>
        <w:tc>
          <w:tcPr>
            <w:tcW w:w="2880" w:type="dxa"/>
          </w:tcPr>
          <w:p w:rsidR="006F7457" w:rsidRPr="00332DB8" w:rsidRDefault="00332DB8">
            <w:pPr>
              <w:rPr>
                <w:lang w:val="ru-RU"/>
              </w:rPr>
            </w:pPr>
            <w:r w:rsidRPr="00332DB8">
              <w:rPr>
                <w:lang w:val="ru-RU"/>
              </w:rPr>
              <w:t>Брошюра «Еврейство в музыке» с указанием автора Рихарда Вагнера (решение Вельского районного суда Архангельской области от 28.03.2012);</w:t>
            </w:r>
          </w:p>
        </w:tc>
        <w:tc>
          <w:tcPr>
            <w:tcW w:w="2880" w:type="dxa"/>
          </w:tcPr>
          <w:p w:rsidR="006F7457" w:rsidRPr="00332DB8" w:rsidRDefault="006F7457">
            <w:pPr>
              <w:rPr>
                <w:lang w:val="ru-RU"/>
              </w:rPr>
            </w:pPr>
          </w:p>
        </w:tc>
      </w:tr>
      <w:tr w:rsidR="006F7457" w:rsidRPr="00DD284B">
        <w:tc>
          <w:tcPr>
            <w:tcW w:w="2880" w:type="dxa"/>
          </w:tcPr>
          <w:p w:rsidR="006F7457" w:rsidRDefault="00332DB8">
            <w:r>
              <w:t>1205.</w:t>
            </w:r>
          </w:p>
        </w:tc>
        <w:tc>
          <w:tcPr>
            <w:tcW w:w="2880" w:type="dxa"/>
          </w:tcPr>
          <w:p w:rsidR="006F7457" w:rsidRPr="00332DB8" w:rsidRDefault="00332DB8">
            <w:pPr>
              <w:rPr>
                <w:lang w:val="ru-RU"/>
              </w:rPr>
            </w:pPr>
            <w:r w:rsidRPr="00332DB8">
              <w:rPr>
                <w:lang w:val="ru-RU"/>
              </w:rPr>
              <w:t>Всероссийский журнал «Русская правда» № 10А (решение Вельского районного суда Архангельской области от 28.03.2012);</w:t>
            </w:r>
          </w:p>
        </w:tc>
        <w:tc>
          <w:tcPr>
            <w:tcW w:w="2880" w:type="dxa"/>
          </w:tcPr>
          <w:p w:rsidR="006F7457" w:rsidRPr="00332DB8" w:rsidRDefault="006F7457">
            <w:pPr>
              <w:rPr>
                <w:lang w:val="ru-RU"/>
              </w:rPr>
            </w:pPr>
          </w:p>
        </w:tc>
      </w:tr>
      <w:tr w:rsidR="006F7457" w:rsidRPr="00DD284B">
        <w:tc>
          <w:tcPr>
            <w:tcW w:w="2880" w:type="dxa"/>
          </w:tcPr>
          <w:p w:rsidR="006F7457" w:rsidRDefault="00332DB8">
            <w:r>
              <w:t>1206.</w:t>
            </w:r>
          </w:p>
        </w:tc>
        <w:tc>
          <w:tcPr>
            <w:tcW w:w="2880" w:type="dxa"/>
          </w:tcPr>
          <w:p w:rsidR="006F7457" w:rsidRPr="00332DB8" w:rsidRDefault="00332DB8">
            <w:pPr>
              <w:rPr>
                <w:lang w:val="ru-RU"/>
              </w:rPr>
            </w:pPr>
            <w:r w:rsidRPr="00332DB8">
              <w:rPr>
                <w:lang w:val="ru-RU"/>
              </w:rPr>
              <w:t>Журнал «Атака» без номера и даты (решение Вельского районного суда Архангельской области от 28.03.2012);</w:t>
            </w:r>
          </w:p>
        </w:tc>
        <w:tc>
          <w:tcPr>
            <w:tcW w:w="2880" w:type="dxa"/>
          </w:tcPr>
          <w:p w:rsidR="006F7457" w:rsidRPr="00332DB8" w:rsidRDefault="006F7457">
            <w:pPr>
              <w:rPr>
                <w:lang w:val="ru-RU"/>
              </w:rPr>
            </w:pPr>
          </w:p>
        </w:tc>
      </w:tr>
      <w:tr w:rsidR="006F7457" w:rsidRPr="00DD284B">
        <w:tc>
          <w:tcPr>
            <w:tcW w:w="2880" w:type="dxa"/>
          </w:tcPr>
          <w:p w:rsidR="006F7457" w:rsidRDefault="00332DB8">
            <w:r>
              <w:t>120</w:t>
            </w:r>
            <w:r>
              <w:lastRenderedPageBreak/>
              <w:t>7.</w:t>
            </w:r>
          </w:p>
        </w:tc>
        <w:tc>
          <w:tcPr>
            <w:tcW w:w="2880" w:type="dxa"/>
          </w:tcPr>
          <w:p w:rsidR="006F7457" w:rsidRPr="00332DB8" w:rsidRDefault="00332DB8">
            <w:pPr>
              <w:rPr>
                <w:lang w:val="ru-RU"/>
              </w:rPr>
            </w:pPr>
            <w:r w:rsidRPr="00332DB8">
              <w:rPr>
                <w:lang w:val="ru-RU"/>
              </w:rPr>
              <w:lastRenderedPageBreak/>
              <w:t>Журнал «Кирпич» № 2 (решение Вельского районного суда Архангельской области от 28.03.2012);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1208.</w:t>
            </w:r>
          </w:p>
        </w:tc>
        <w:tc>
          <w:tcPr>
            <w:tcW w:w="2880" w:type="dxa"/>
          </w:tcPr>
          <w:p w:rsidR="006F7457" w:rsidRPr="00332DB8" w:rsidRDefault="00332DB8">
            <w:pPr>
              <w:rPr>
                <w:lang w:val="ru-RU"/>
              </w:rPr>
            </w:pPr>
            <w:r w:rsidRPr="00332DB8">
              <w:rPr>
                <w:lang w:val="ru-RU"/>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c>
          <w:tcPr>
            <w:tcW w:w="2880" w:type="dxa"/>
          </w:tcPr>
          <w:p w:rsidR="006F7457" w:rsidRPr="00332DB8" w:rsidRDefault="006F7457">
            <w:pPr>
              <w:rPr>
                <w:lang w:val="ru-RU"/>
              </w:rPr>
            </w:pPr>
          </w:p>
        </w:tc>
      </w:tr>
      <w:tr w:rsidR="006F7457" w:rsidRPr="00DD284B">
        <w:tc>
          <w:tcPr>
            <w:tcW w:w="2880" w:type="dxa"/>
          </w:tcPr>
          <w:p w:rsidR="006F7457" w:rsidRDefault="00332DB8">
            <w:r>
              <w:t>1209.</w:t>
            </w:r>
          </w:p>
        </w:tc>
        <w:tc>
          <w:tcPr>
            <w:tcW w:w="2880" w:type="dxa"/>
          </w:tcPr>
          <w:p w:rsidR="006F7457" w:rsidRPr="00332DB8" w:rsidRDefault="00332DB8">
            <w:pPr>
              <w:rPr>
                <w:lang w:val="ru-RU"/>
              </w:rPr>
            </w:pPr>
            <w:r w:rsidRPr="00332DB8">
              <w:rPr>
                <w:lang w:val="ru-RU"/>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2880" w:type="dxa"/>
          </w:tcPr>
          <w:p w:rsidR="006F7457" w:rsidRPr="00332DB8" w:rsidRDefault="006F7457">
            <w:pPr>
              <w:rPr>
                <w:lang w:val="ru-RU"/>
              </w:rPr>
            </w:pPr>
          </w:p>
        </w:tc>
      </w:tr>
      <w:tr w:rsidR="006F7457" w:rsidRPr="00DD284B">
        <w:tc>
          <w:tcPr>
            <w:tcW w:w="2880" w:type="dxa"/>
          </w:tcPr>
          <w:p w:rsidR="006F7457" w:rsidRDefault="00332DB8">
            <w:r>
              <w:t>1210.</w:t>
            </w:r>
          </w:p>
        </w:tc>
        <w:tc>
          <w:tcPr>
            <w:tcW w:w="2880" w:type="dxa"/>
          </w:tcPr>
          <w:p w:rsidR="006F7457" w:rsidRPr="00332DB8" w:rsidRDefault="00332DB8">
            <w:pPr>
              <w:rPr>
                <w:lang w:val="ru-RU"/>
              </w:rPr>
            </w:pPr>
            <w:r w:rsidRPr="00332DB8">
              <w:rPr>
                <w:lang w:val="ru-RU"/>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2880" w:type="dxa"/>
          </w:tcPr>
          <w:p w:rsidR="006F7457" w:rsidRPr="00332DB8" w:rsidRDefault="006F7457">
            <w:pPr>
              <w:rPr>
                <w:lang w:val="ru-RU"/>
              </w:rPr>
            </w:pPr>
          </w:p>
        </w:tc>
      </w:tr>
      <w:tr w:rsidR="006F7457" w:rsidRPr="00DD284B">
        <w:tc>
          <w:tcPr>
            <w:tcW w:w="2880" w:type="dxa"/>
          </w:tcPr>
          <w:p w:rsidR="006F7457" w:rsidRDefault="00332DB8">
            <w:r>
              <w:t>1211.</w:t>
            </w:r>
          </w:p>
        </w:tc>
        <w:tc>
          <w:tcPr>
            <w:tcW w:w="2880" w:type="dxa"/>
          </w:tcPr>
          <w:p w:rsidR="006F7457" w:rsidRPr="00332DB8" w:rsidRDefault="00332DB8">
            <w:pPr>
              <w:rPr>
                <w:lang w:val="ru-RU"/>
              </w:rPr>
            </w:pPr>
            <w:r w:rsidRPr="00332DB8">
              <w:rPr>
                <w:lang w:val="ru-RU"/>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2880" w:type="dxa"/>
          </w:tcPr>
          <w:p w:rsidR="006F7457" w:rsidRPr="00332DB8" w:rsidRDefault="006F7457">
            <w:pPr>
              <w:rPr>
                <w:lang w:val="ru-RU"/>
              </w:rPr>
            </w:pPr>
          </w:p>
        </w:tc>
      </w:tr>
      <w:tr w:rsidR="006F7457" w:rsidRPr="00DD284B">
        <w:tc>
          <w:tcPr>
            <w:tcW w:w="2880" w:type="dxa"/>
          </w:tcPr>
          <w:p w:rsidR="006F7457" w:rsidRDefault="00332DB8">
            <w:r>
              <w:t>1212.</w:t>
            </w:r>
          </w:p>
        </w:tc>
        <w:tc>
          <w:tcPr>
            <w:tcW w:w="2880" w:type="dxa"/>
          </w:tcPr>
          <w:p w:rsidR="006F7457" w:rsidRPr="00332DB8" w:rsidRDefault="00332DB8">
            <w:pPr>
              <w:rPr>
                <w:lang w:val="ru-RU"/>
              </w:rPr>
            </w:pPr>
            <w:r w:rsidRPr="00332DB8">
              <w:rPr>
                <w:lang w:val="ru-RU"/>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1213.</w:t>
            </w:r>
          </w:p>
        </w:tc>
        <w:tc>
          <w:tcPr>
            <w:tcW w:w="2880" w:type="dxa"/>
          </w:tcPr>
          <w:p w:rsidR="006F7457" w:rsidRPr="00332DB8" w:rsidRDefault="00332DB8">
            <w:pPr>
              <w:rPr>
                <w:lang w:val="ru-RU"/>
              </w:rPr>
            </w:pPr>
            <w:r w:rsidRPr="00332DB8">
              <w:rPr>
                <w:lang w:val="ru-RU"/>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2880" w:type="dxa"/>
          </w:tcPr>
          <w:p w:rsidR="006F7457" w:rsidRPr="00332DB8" w:rsidRDefault="006F7457">
            <w:pPr>
              <w:rPr>
                <w:lang w:val="ru-RU"/>
              </w:rPr>
            </w:pPr>
          </w:p>
        </w:tc>
      </w:tr>
      <w:tr w:rsidR="006F7457" w:rsidRPr="00DD284B">
        <w:tc>
          <w:tcPr>
            <w:tcW w:w="2880" w:type="dxa"/>
          </w:tcPr>
          <w:p w:rsidR="006F7457" w:rsidRDefault="00332DB8">
            <w:r>
              <w:t>1214.</w:t>
            </w:r>
          </w:p>
        </w:tc>
        <w:tc>
          <w:tcPr>
            <w:tcW w:w="2880" w:type="dxa"/>
          </w:tcPr>
          <w:p w:rsidR="006F7457" w:rsidRPr="00332DB8" w:rsidRDefault="00332DB8">
            <w:pPr>
              <w:rPr>
                <w:lang w:val="ru-RU"/>
              </w:rPr>
            </w:pPr>
            <w:r w:rsidRPr="00332DB8">
              <w:rPr>
                <w:lang w:val="ru-RU"/>
              </w:rPr>
              <w:t>Книга «100 советов исламской молодежи» без автора (решение Первомайского районного суда города Владивостока от 06.03.2012);</w:t>
            </w:r>
          </w:p>
        </w:tc>
        <w:tc>
          <w:tcPr>
            <w:tcW w:w="2880" w:type="dxa"/>
          </w:tcPr>
          <w:p w:rsidR="006F7457" w:rsidRPr="00332DB8" w:rsidRDefault="006F7457">
            <w:pPr>
              <w:rPr>
                <w:lang w:val="ru-RU"/>
              </w:rPr>
            </w:pPr>
          </w:p>
        </w:tc>
      </w:tr>
      <w:tr w:rsidR="006F7457" w:rsidRPr="00DD284B">
        <w:tc>
          <w:tcPr>
            <w:tcW w:w="2880" w:type="dxa"/>
          </w:tcPr>
          <w:p w:rsidR="006F7457" w:rsidRDefault="00332DB8">
            <w:r>
              <w:t>1215.</w:t>
            </w:r>
          </w:p>
        </w:tc>
        <w:tc>
          <w:tcPr>
            <w:tcW w:w="2880" w:type="dxa"/>
          </w:tcPr>
          <w:p w:rsidR="006F7457" w:rsidRPr="00332DB8" w:rsidRDefault="00332DB8">
            <w:pPr>
              <w:rPr>
                <w:lang w:val="ru-RU"/>
              </w:rPr>
            </w:pPr>
            <w:r w:rsidRPr="00332DB8">
              <w:rPr>
                <w:lang w:val="ru-RU"/>
              </w:rPr>
              <w:t>Книга «Как мы понимаем единобожие» (автор Мухаммад Ахмад Башамил) (решение Первомайского районного суда города Владивостока от 06.03.2012);</w:t>
            </w:r>
          </w:p>
        </w:tc>
        <w:tc>
          <w:tcPr>
            <w:tcW w:w="2880" w:type="dxa"/>
          </w:tcPr>
          <w:p w:rsidR="006F7457" w:rsidRPr="00332DB8" w:rsidRDefault="006F7457">
            <w:pPr>
              <w:rPr>
                <w:lang w:val="ru-RU"/>
              </w:rPr>
            </w:pPr>
          </w:p>
        </w:tc>
      </w:tr>
      <w:tr w:rsidR="006F7457" w:rsidRPr="00DD284B">
        <w:tc>
          <w:tcPr>
            <w:tcW w:w="2880" w:type="dxa"/>
          </w:tcPr>
          <w:p w:rsidR="006F7457" w:rsidRDefault="00332DB8">
            <w:r>
              <w:t>1216.</w:t>
            </w:r>
          </w:p>
        </w:tc>
        <w:tc>
          <w:tcPr>
            <w:tcW w:w="2880" w:type="dxa"/>
          </w:tcPr>
          <w:p w:rsidR="006F7457" w:rsidRPr="00332DB8" w:rsidRDefault="00332DB8">
            <w:pPr>
              <w:rPr>
                <w:lang w:val="ru-RU"/>
              </w:rPr>
            </w:pPr>
            <w:r w:rsidRPr="00332DB8">
              <w:rPr>
                <w:lang w:val="ru-RU"/>
              </w:rPr>
              <w:t>Книга «К вопросу об одежде» (автор Маулана Саийдид Абуль Ала Маудуди) (решение Первомайского районного суда города Владивостока от 06.03.2012);</w:t>
            </w:r>
          </w:p>
        </w:tc>
        <w:tc>
          <w:tcPr>
            <w:tcW w:w="2880" w:type="dxa"/>
          </w:tcPr>
          <w:p w:rsidR="006F7457" w:rsidRPr="00332DB8" w:rsidRDefault="006F7457">
            <w:pPr>
              <w:rPr>
                <w:lang w:val="ru-RU"/>
              </w:rPr>
            </w:pPr>
          </w:p>
        </w:tc>
      </w:tr>
      <w:tr w:rsidR="006F7457" w:rsidRPr="00DD284B">
        <w:tc>
          <w:tcPr>
            <w:tcW w:w="2880" w:type="dxa"/>
          </w:tcPr>
          <w:p w:rsidR="006F7457" w:rsidRDefault="00332DB8">
            <w:r>
              <w:t>1217.</w:t>
            </w:r>
          </w:p>
        </w:tc>
        <w:tc>
          <w:tcPr>
            <w:tcW w:w="2880" w:type="dxa"/>
          </w:tcPr>
          <w:p w:rsidR="006F7457" w:rsidRPr="00332DB8" w:rsidRDefault="00332DB8">
            <w:pPr>
              <w:rPr>
                <w:lang w:val="ru-RU"/>
              </w:rPr>
            </w:pPr>
            <w:r w:rsidRPr="00332DB8">
              <w:rPr>
                <w:lang w:val="ru-RU"/>
              </w:rPr>
              <w:t>Книга «Отведение сомнений» (автор Мухаммад ибн Сулейман ат-Тамими) (решение Первомайского районного суда города Владивостока от 06.03.2012);</w:t>
            </w:r>
          </w:p>
        </w:tc>
        <w:tc>
          <w:tcPr>
            <w:tcW w:w="2880" w:type="dxa"/>
          </w:tcPr>
          <w:p w:rsidR="006F7457" w:rsidRPr="00332DB8" w:rsidRDefault="006F7457">
            <w:pPr>
              <w:rPr>
                <w:lang w:val="ru-RU"/>
              </w:rPr>
            </w:pPr>
          </w:p>
        </w:tc>
      </w:tr>
      <w:tr w:rsidR="006F7457" w:rsidRPr="00DD284B">
        <w:tc>
          <w:tcPr>
            <w:tcW w:w="2880" w:type="dxa"/>
          </w:tcPr>
          <w:p w:rsidR="006F7457" w:rsidRDefault="00332DB8">
            <w:r>
              <w:t>121</w:t>
            </w:r>
            <w:r>
              <w:lastRenderedPageBreak/>
              <w:t>8.</w:t>
            </w:r>
          </w:p>
        </w:tc>
        <w:tc>
          <w:tcPr>
            <w:tcW w:w="2880" w:type="dxa"/>
          </w:tcPr>
          <w:p w:rsidR="006F7457" w:rsidRPr="00332DB8" w:rsidRDefault="00332DB8">
            <w:pPr>
              <w:rPr>
                <w:lang w:val="ru-RU"/>
              </w:rPr>
            </w:pPr>
            <w:r w:rsidRPr="00332DB8">
              <w:rPr>
                <w:lang w:val="ru-RU"/>
              </w:rPr>
              <w:lastRenderedPageBreak/>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1219.</w:t>
            </w:r>
          </w:p>
        </w:tc>
        <w:tc>
          <w:tcPr>
            <w:tcW w:w="2880" w:type="dxa"/>
          </w:tcPr>
          <w:p w:rsidR="006F7457" w:rsidRPr="00332DB8" w:rsidRDefault="00332DB8">
            <w:pPr>
              <w:rPr>
                <w:lang w:val="ru-RU"/>
              </w:rPr>
            </w:pPr>
            <w:r w:rsidRPr="00332DB8">
              <w:rPr>
                <w:lang w:val="ru-RU"/>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2880" w:type="dxa"/>
          </w:tcPr>
          <w:p w:rsidR="006F7457" w:rsidRPr="00332DB8" w:rsidRDefault="006F7457">
            <w:pPr>
              <w:rPr>
                <w:lang w:val="ru-RU"/>
              </w:rPr>
            </w:pPr>
          </w:p>
        </w:tc>
      </w:tr>
      <w:tr w:rsidR="006F7457" w:rsidRPr="00DD284B">
        <w:tc>
          <w:tcPr>
            <w:tcW w:w="2880" w:type="dxa"/>
          </w:tcPr>
          <w:p w:rsidR="006F7457" w:rsidRDefault="00332DB8">
            <w:r>
              <w:t>1220.</w:t>
            </w:r>
          </w:p>
        </w:tc>
        <w:tc>
          <w:tcPr>
            <w:tcW w:w="2880" w:type="dxa"/>
          </w:tcPr>
          <w:p w:rsidR="006F7457" w:rsidRPr="00332DB8" w:rsidRDefault="00332DB8">
            <w:pPr>
              <w:rPr>
                <w:lang w:val="ru-RU"/>
              </w:rPr>
            </w:pPr>
            <w:r w:rsidRPr="00332DB8">
              <w:rPr>
                <w:lang w:val="ru-RU"/>
              </w:rPr>
              <w:t>Книга «Вера в предопределение доброе и злое» без автора (решение Первомайского районного суда города Владивостока от 06.03.2012);</w:t>
            </w:r>
          </w:p>
        </w:tc>
        <w:tc>
          <w:tcPr>
            <w:tcW w:w="2880" w:type="dxa"/>
          </w:tcPr>
          <w:p w:rsidR="006F7457" w:rsidRPr="00332DB8" w:rsidRDefault="006F7457">
            <w:pPr>
              <w:rPr>
                <w:lang w:val="ru-RU"/>
              </w:rPr>
            </w:pPr>
          </w:p>
        </w:tc>
      </w:tr>
      <w:tr w:rsidR="006F7457" w:rsidRPr="00DD284B">
        <w:tc>
          <w:tcPr>
            <w:tcW w:w="2880" w:type="dxa"/>
          </w:tcPr>
          <w:p w:rsidR="006F7457" w:rsidRDefault="00332DB8">
            <w:r>
              <w:t>1221.</w:t>
            </w:r>
          </w:p>
        </w:tc>
        <w:tc>
          <w:tcPr>
            <w:tcW w:w="2880" w:type="dxa"/>
          </w:tcPr>
          <w:p w:rsidR="006F7457" w:rsidRPr="00332DB8" w:rsidRDefault="00332DB8">
            <w:pPr>
              <w:rPr>
                <w:lang w:val="ru-RU"/>
              </w:rPr>
            </w:pPr>
            <w:r w:rsidRPr="00332DB8">
              <w:rPr>
                <w:lang w:val="ru-RU"/>
              </w:rPr>
              <w:t>Книга «Три принципа и их доказательства» без автора (решение Первомайского районного суда города Владивостока от 06.03.2012);</w:t>
            </w:r>
          </w:p>
        </w:tc>
        <w:tc>
          <w:tcPr>
            <w:tcW w:w="2880" w:type="dxa"/>
          </w:tcPr>
          <w:p w:rsidR="006F7457" w:rsidRPr="00332DB8" w:rsidRDefault="006F7457">
            <w:pPr>
              <w:rPr>
                <w:lang w:val="ru-RU"/>
              </w:rPr>
            </w:pPr>
          </w:p>
        </w:tc>
      </w:tr>
      <w:tr w:rsidR="006F7457" w:rsidRPr="00DD284B">
        <w:tc>
          <w:tcPr>
            <w:tcW w:w="2880" w:type="dxa"/>
          </w:tcPr>
          <w:p w:rsidR="006F7457" w:rsidRDefault="00332DB8">
            <w:r>
              <w:t>1222.</w:t>
            </w:r>
          </w:p>
        </w:tc>
        <w:tc>
          <w:tcPr>
            <w:tcW w:w="2880" w:type="dxa"/>
          </w:tcPr>
          <w:p w:rsidR="006F7457" w:rsidRPr="00332DB8" w:rsidRDefault="00332DB8">
            <w:pPr>
              <w:rPr>
                <w:lang w:val="ru-RU"/>
              </w:rPr>
            </w:pPr>
            <w:r w:rsidRPr="00332DB8">
              <w:rPr>
                <w:lang w:val="ru-RU"/>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2880" w:type="dxa"/>
          </w:tcPr>
          <w:p w:rsidR="006F7457" w:rsidRPr="00332DB8" w:rsidRDefault="006F7457">
            <w:pPr>
              <w:rPr>
                <w:lang w:val="ru-RU"/>
              </w:rPr>
            </w:pPr>
          </w:p>
        </w:tc>
      </w:tr>
      <w:tr w:rsidR="006F7457" w:rsidRPr="00DD284B">
        <w:tc>
          <w:tcPr>
            <w:tcW w:w="2880" w:type="dxa"/>
          </w:tcPr>
          <w:p w:rsidR="006F7457" w:rsidRDefault="00332DB8">
            <w:r>
              <w:t>1223.</w:t>
            </w:r>
          </w:p>
        </w:tc>
        <w:tc>
          <w:tcPr>
            <w:tcW w:w="2880" w:type="dxa"/>
          </w:tcPr>
          <w:p w:rsidR="006F7457" w:rsidRPr="00332DB8" w:rsidRDefault="00332DB8">
            <w:pPr>
              <w:rPr>
                <w:lang w:val="ru-RU"/>
              </w:rPr>
            </w:pPr>
            <w:r w:rsidRPr="00332DB8">
              <w:rPr>
                <w:lang w:val="ru-RU"/>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1224.</w:t>
            </w:r>
          </w:p>
        </w:tc>
        <w:tc>
          <w:tcPr>
            <w:tcW w:w="2880" w:type="dxa"/>
          </w:tcPr>
          <w:p w:rsidR="006F7457" w:rsidRPr="00332DB8" w:rsidRDefault="00332DB8">
            <w:pPr>
              <w:rPr>
                <w:lang w:val="ru-RU"/>
              </w:rPr>
            </w:pPr>
            <w:r w:rsidRPr="00332DB8">
              <w:rPr>
                <w:lang w:val="ru-RU"/>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1225.</w:t>
            </w:r>
          </w:p>
        </w:tc>
        <w:tc>
          <w:tcPr>
            <w:tcW w:w="2880" w:type="dxa"/>
          </w:tcPr>
          <w:p w:rsidR="006F7457" w:rsidRPr="00332DB8" w:rsidRDefault="00332DB8">
            <w:pPr>
              <w:rPr>
                <w:lang w:val="ru-RU"/>
              </w:rPr>
            </w:pPr>
            <w:r w:rsidRPr="00332DB8">
              <w:rPr>
                <w:lang w:val="ru-RU"/>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1226.</w:t>
            </w:r>
          </w:p>
        </w:tc>
        <w:tc>
          <w:tcPr>
            <w:tcW w:w="2880" w:type="dxa"/>
          </w:tcPr>
          <w:p w:rsidR="006F7457" w:rsidRPr="00332DB8" w:rsidRDefault="00332DB8">
            <w:pPr>
              <w:rPr>
                <w:lang w:val="ru-RU"/>
              </w:rPr>
            </w:pPr>
            <w:r w:rsidRPr="00332DB8">
              <w:rPr>
                <w:lang w:val="ru-RU"/>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1227.</w:t>
            </w:r>
          </w:p>
        </w:tc>
        <w:tc>
          <w:tcPr>
            <w:tcW w:w="2880" w:type="dxa"/>
          </w:tcPr>
          <w:p w:rsidR="006F7457" w:rsidRPr="00332DB8" w:rsidRDefault="00332DB8">
            <w:pPr>
              <w:rPr>
                <w:lang w:val="ru-RU"/>
              </w:rPr>
            </w:pPr>
            <w:r w:rsidRPr="00332DB8">
              <w:rPr>
                <w:lang w:val="ru-RU"/>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1228.</w:t>
            </w:r>
          </w:p>
        </w:tc>
        <w:tc>
          <w:tcPr>
            <w:tcW w:w="2880" w:type="dxa"/>
          </w:tcPr>
          <w:p w:rsidR="006F7457" w:rsidRPr="00332DB8" w:rsidRDefault="00332DB8">
            <w:pPr>
              <w:rPr>
                <w:lang w:val="ru-RU"/>
              </w:rPr>
            </w:pPr>
            <w:r w:rsidRPr="00332DB8">
              <w:rPr>
                <w:lang w:val="ru-RU"/>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122</w:t>
            </w:r>
            <w:r>
              <w:lastRenderedPageBreak/>
              <w:t>9.</w:t>
            </w:r>
          </w:p>
        </w:tc>
        <w:tc>
          <w:tcPr>
            <w:tcW w:w="2880" w:type="dxa"/>
          </w:tcPr>
          <w:p w:rsidR="006F7457" w:rsidRPr="00332DB8" w:rsidRDefault="00332DB8">
            <w:pPr>
              <w:rPr>
                <w:lang w:val="ru-RU"/>
              </w:rPr>
            </w:pPr>
            <w:r w:rsidRPr="00332DB8">
              <w:rPr>
                <w:lang w:val="ru-RU"/>
              </w:rPr>
              <w:lastRenderedPageBreak/>
              <w:t xml:space="preserve">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w:t>
            </w:r>
            <w:r w:rsidRPr="00332DB8">
              <w:rPr>
                <w:lang w:val="ru-RU"/>
              </w:rPr>
              <w:lastRenderedPageBreak/>
              <w:t>16.02.2012);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1230.</w:t>
            </w:r>
          </w:p>
        </w:tc>
        <w:tc>
          <w:tcPr>
            <w:tcW w:w="2880" w:type="dxa"/>
          </w:tcPr>
          <w:p w:rsidR="006F7457" w:rsidRPr="00332DB8" w:rsidRDefault="00332DB8">
            <w:pPr>
              <w:rPr>
                <w:lang w:val="ru-RU"/>
              </w:rPr>
            </w:pPr>
            <w:r w:rsidRPr="00332DB8">
              <w:rPr>
                <w:lang w:val="ru-RU"/>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1231.</w:t>
            </w:r>
          </w:p>
        </w:tc>
        <w:tc>
          <w:tcPr>
            <w:tcW w:w="2880" w:type="dxa"/>
          </w:tcPr>
          <w:p w:rsidR="006F7457" w:rsidRPr="00332DB8" w:rsidRDefault="00332DB8">
            <w:pPr>
              <w:rPr>
                <w:lang w:val="ru-RU"/>
              </w:rPr>
            </w:pPr>
            <w:r w:rsidRPr="00332DB8">
              <w:rPr>
                <w:lang w:val="ru-RU"/>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1232.</w:t>
            </w:r>
          </w:p>
        </w:tc>
        <w:tc>
          <w:tcPr>
            <w:tcW w:w="2880" w:type="dxa"/>
          </w:tcPr>
          <w:p w:rsidR="006F7457" w:rsidRPr="00332DB8" w:rsidRDefault="00332DB8">
            <w:pPr>
              <w:rPr>
                <w:lang w:val="ru-RU"/>
              </w:rPr>
            </w:pPr>
            <w:r w:rsidRPr="00332DB8">
              <w:rPr>
                <w:lang w:val="ru-RU"/>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1233.</w:t>
            </w:r>
          </w:p>
        </w:tc>
        <w:tc>
          <w:tcPr>
            <w:tcW w:w="2880" w:type="dxa"/>
          </w:tcPr>
          <w:p w:rsidR="006F7457" w:rsidRPr="00332DB8" w:rsidRDefault="00332DB8">
            <w:pPr>
              <w:rPr>
                <w:lang w:val="ru-RU"/>
              </w:rPr>
            </w:pPr>
            <w:r w:rsidRPr="00332DB8">
              <w:rPr>
                <w:lang w:val="ru-RU"/>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1234.</w:t>
            </w:r>
          </w:p>
        </w:tc>
        <w:tc>
          <w:tcPr>
            <w:tcW w:w="2880" w:type="dxa"/>
          </w:tcPr>
          <w:p w:rsidR="006F7457" w:rsidRPr="00332DB8" w:rsidRDefault="00332DB8">
            <w:pPr>
              <w:rPr>
                <w:lang w:val="ru-RU"/>
              </w:rPr>
            </w:pPr>
            <w:r w:rsidRPr="00332DB8">
              <w:rPr>
                <w:lang w:val="ru-RU"/>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1235.</w:t>
            </w:r>
          </w:p>
        </w:tc>
        <w:tc>
          <w:tcPr>
            <w:tcW w:w="2880" w:type="dxa"/>
          </w:tcPr>
          <w:p w:rsidR="006F7457" w:rsidRPr="00332DB8" w:rsidRDefault="00332DB8">
            <w:pPr>
              <w:rPr>
                <w:lang w:val="ru-RU"/>
              </w:rPr>
            </w:pPr>
            <w:r w:rsidRPr="00332DB8">
              <w:rPr>
                <w:lang w:val="ru-RU"/>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1236.</w:t>
            </w:r>
          </w:p>
        </w:tc>
        <w:tc>
          <w:tcPr>
            <w:tcW w:w="2880" w:type="dxa"/>
          </w:tcPr>
          <w:p w:rsidR="006F7457" w:rsidRPr="00332DB8" w:rsidRDefault="00332DB8">
            <w:pPr>
              <w:rPr>
                <w:lang w:val="ru-RU"/>
              </w:rPr>
            </w:pPr>
            <w:r w:rsidRPr="00332DB8">
              <w:rPr>
                <w:lang w:val="ru-RU"/>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1237.</w:t>
            </w:r>
          </w:p>
        </w:tc>
        <w:tc>
          <w:tcPr>
            <w:tcW w:w="2880" w:type="dxa"/>
          </w:tcPr>
          <w:p w:rsidR="006F7457" w:rsidRPr="00332DB8" w:rsidRDefault="00332DB8">
            <w:pPr>
              <w:rPr>
                <w:lang w:val="ru-RU"/>
              </w:rPr>
            </w:pPr>
            <w:r w:rsidRPr="00332DB8">
              <w:rPr>
                <w:lang w:val="ru-RU"/>
              </w:rPr>
              <w:t>Текст песни группы «Коловрат» под названием «Каратель «СС Варяг» (</w:t>
            </w:r>
            <w:r>
              <w:t>Song</w:t>
            </w:r>
            <w:r w:rsidRPr="00332DB8">
              <w:rPr>
                <w:lang w:val="ru-RU"/>
              </w:rPr>
              <w:t xml:space="preserve"> </w:t>
            </w:r>
            <w:r>
              <w:t>Lyrics</w:t>
            </w:r>
            <w:r w:rsidRPr="00332DB8">
              <w:rPr>
                <w:lang w:val="ru-RU"/>
              </w:rPr>
              <w:t>),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1238.</w:t>
            </w:r>
          </w:p>
        </w:tc>
        <w:tc>
          <w:tcPr>
            <w:tcW w:w="2880" w:type="dxa"/>
          </w:tcPr>
          <w:p w:rsidR="006F7457" w:rsidRPr="00332DB8" w:rsidRDefault="00332DB8">
            <w:pPr>
              <w:rPr>
                <w:lang w:val="ru-RU"/>
              </w:rPr>
            </w:pPr>
            <w:r w:rsidRPr="00332DB8">
              <w:rPr>
                <w:lang w:val="ru-RU"/>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1239.</w:t>
            </w:r>
          </w:p>
        </w:tc>
        <w:tc>
          <w:tcPr>
            <w:tcW w:w="2880" w:type="dxa"/>
          </w:tcPr>
          <w:p w:rsidR="006F7457" w:rsidRPr="00332DB8" w:rsidRDefault="00332DB8">
            <w:pPr>
              <w:rPr>
                <w:lang w:val="ru-RU"/>
              </w:rPr>
            </w:pPr>
            <w:r w:rsidRPr="00332DB8">
              <w:rPr>
                <w:lang w:val="ru-RU"/>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124</w:t>
            </w:r>
            <w:r>
              <w:lastRenderedPageBreak/>
              <w:t>0.</w:t>
            </w:r>
          </w:p>
        </w:tc>
        <w:tc>
          <w:tcPr>
            <w:tcW w:w="2880" w:type="dxa"/>
          </w:tcPr>
          <w:p w:rsidR="006F7457" w:rsidRPr="00332DB8" w:rsidRDefault="00332DB8">
            <w:pPr>
              <w:rPr>
                <w:lang w:val="ru-RU"/>
              </w:rPr>
            </w:pPr>
            <w:r w:rsidRPr="00332DB8">
              <w:rPr>
                <w:lang w:val="ru-RU"/>
              </w:rPr>
              <w:lastRenderedPageBreak/>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1241.</w:t>
            </w:r>
          </w:p>
        </w:tc>
        <w:tc>
          <w:tcPr>
            <w:tcW w:w="2880" w:type="dxa"/>
          </w:tcPr>
          <w:p w:rsidR="006F7457" w:rsidRPr="00332DB8" w:rsidRDefault="00332DB8">
            <w:pPr>
              <w:rPr>
                <w:lang w:val="ru-RU"/>
              </w:rPr>
            </w:pPr>
            <w:r w:rsidRPr="00332DB8">
              <w:rPr>
                <w:lang w:val="ru-RU"/>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1242.</w:t>
            </w:r>
          </w:p>
        </w:tc>
        <w:tc>
          <w:tcPr>
            <w:tcW w:w="2880" w:type="dxa"/>
          </w:tcPr>
          <w:p w:rsidR="006F7457" w:rsidRPr="00332DB8" w:rsidRDefault="00332DB8">
            <w:pPr>
              <w:rPr>
                <w:lang w:val="ru-RU"/>
              </w:rPr>
            </w:pPr>
            <w:r w:rsidRPr="00332DB8">
              <w:rPr>
                <w:lang w:val="ru-RU"/>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1243.</w:t>
            </w:r>
          </w:p>
        </w:tc>
        <w:tc>
          <w:tcPr>
            <w:tcW w:w="2880" w:type="dxa"/>
          </w:tcPr>
          <w:p w:rsidR="006F7457" w:rsidRPr="00332DB8" w:rsidRDefault="00332DB8">
            <w:pPr>
              <w:rPr>
                <w:lang w:val="ru-RU"/>
              </w:rPr>
            </w:pPr>
            <w:r w:rsidRPr="00332DB8">
              <w:rPr>
                <w:lang w:val="ru-RU"/>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1244.</w:t>
            </w:r>
          </w:p>
        </w:tc>
        <w:tc>
          <w:tcPr>
            <w:tcW w:w="2880" w:type="dxa"/>
          </w:tcPr>
          <w:p w:rsidR="006F7457" w:rsidRPr="00332DB8" w:rsidRDefault="00332DB8">
            <w:pPr>
              <w:rPr>
                <w:lang w:val="ru-RU"/>
              </w:rPr>
            </w:pPr>
            <w:r w:rsidRPr="00332DB8">
              <w:rPr>
                <w:lang w:val="ru-RU"/>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1245.</w:t>
            </w:r>
          </w:p>
        </w:tc>
        <w:tc>
          <w:tcPr>
            <w:tcW w:w="2880" w:type="dxa"/>
          </w:tcPr>
          <w:p w:rsidR="006F7457" w:rsidRPr="00332DB8" w:rsidRDefault="00332DB8">
            <w:pPr>
              <w:rPr>
                <w:lang w:val="ru-RU"/>
              </w:rPr>
            </w:pPr>
            <w:r w:rsidRPr="00332DB8">
              <w:rPr>
                <w:lang w:val="ru-RU"/>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1246.</w:t>
            </w:r>
          </w:p>
        </w:tc>
        <w:tc>
          <w:tcPr>
            <w:tcW w:w="2880" w:type="dxa"/>
          </w:tcPr>
          <w:p w:rsidR="006F7457" w:rsidRPr="00332DB8" w:rsidRDefault="00332DB8">
            <w:pPr>
              <w:rPr>
                <w:lang w:val="ru-RU"/>
              </w:rPr>
            </w:pPr>
            <w:r w:rsidRPr="00332DB8">
              <w:rPr>
                <w:lang w:val="ru-RU"/>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1247.</w:t>
            </w:r>
          </w:p>
        </w:tc>
        <w:tc>
          <w:tcPr>
            <w:tcW w:w="2880" w:type="dxa"/>
          </w:tcPr>
          <w:p w:rsidR="006F7457" w:rsidRPr="00332DB8" w:rsidRDefault="00332DB8">
            <w:pPr>
              <w:rPr>
                <w:lang w:val="ru-RU"/>
              </w:rPr>
            </w:pPr>
            <w:r w:rsidRPr="00332DB8">
              <w:rPr>
                <w:lang w:val="ru-RU"/>
              </w:rPr>
              <w:t>Текст песни группы «Коловрат» под названием «Шитскин (</w:t>
            </w:r>
            <w:r>
              <w:t>S</w:t>
            </w:r>
            <w:r w:rsidRPr="00332DB8">
              <w:rPr>
                <w:lang w:val="ru-RU"/>
              </w:rPr>
              <w:t>.</w:t>
            </w:r>
            <w:r>
              <w:t>H</w:t>
            </w:r>
            <w:r w:rsidRPr="00332DB8">
              <w:rPr>
                <w:lang w:val="ru-RU"/>
              </w:rPr>
              <w:t>.</w:t>
            </w:r>
            <w:r>
              <w:t>A</w:t>
            </w:r>
            <w:r w:rsidRPr="00332DB8">
              <w:rPr>
                <w:lang w:val="ru-RU"/>
              </w:rPr>
              <w:t>.</w:t>
            </w:r>
            <w:r>
              <w:t>K</w:t>
            </w:r>
            <w:r w:rsidRPr="00332DB8">
              <w:rPr>
                <w:lang w:val="ru-RU"/>
              </w:rPr>
              <w:t>.</w:t>
            </w:r>
            <w:r>
              <w:t>P</w:t>
            </w:r>
            <w:r w:rsidRPr="00332DB8">
              <w:rPr>
                <w:lang w:val="ru-RU"/>
              </w:rPr>
              <w:t>.)»,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1248.</w:t>
            </w:r>
          </w:p>
        </w:tc>
        <w:tc>
          <w:tcPr>
            <w:tcW w:w="2880" w:type="dxa"/>
          </w:tcPr>
          <w:p w:rsidR="006F7457" w:rsidRPr="00332DB8" w:rsidRDefault="00332DB8">
            <w:pPr>
              <w:rPr>
                <w:lang w:val="ru-RU"/>
              </w:rPr>
            </w:pPr>
            <w:r w:rsidRPr="00332DB8">
              <w:rPr>
                <w:lang w:val="ru-RU"/>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1249.</w:t>
            </w:r>
          </w:p>
        </w:tc>
        <w:tc>
          <w:tcPr>
            <w:tcW w:w="2880" w:type="dxa"/>
          </w:tcPr>
          <w:p w:rsidR="006F7457" w:rsidRPr="00332DB8" w:rsidRDefault="00332DB8">
            <w:pPr>
              <w:rPr>
                <w:lang w:val="ru-RU"/>
              </w:rPr>
            </w:pPr>
            <w:r w:rsidRPr="00332DB8">
              <w:rPr>
                <w:lang w:val="ru-RU"/>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1250.</w:t>
            </w:r>
          </w:p>
        </w:tc>
        <w:tc>
          <w:tcPr>
            <w:tcW w:w="2880" w:type="dxa"/>
          </w:tcPr>
          <w:p w:rsidR="006F7457" w:rsidRPr="00332DB8" w:rsidRDefault="00332DB8">
            <w:pPr>
              <w:rPr>
                <w:lang w:val="ru-RU"/>
              </w:rPr>
            </w:pPr>
            <w:r w:rsidRPr="00332DB8">
              <w:rPr>
                <w:lang w:val="ru-RU"/>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t>125</w:t>
            </w:r>
            <w:r>
              <w:lastRenderedPageBreak/>
              <w:t>1.</w:t>
            </w:r>
          </w:p>
        </w:tc>
        <w:tc>
          <w:tcPr>
            <w:tcW w:w="2880" w:type="dxa"/>
          </w:tcPr>
          <w:p w:rsidR="006F7457" w:rsidRPr="00332DB8" w:rsidRDefault="00332DB8">
            <w:pPr>
              <w:rPr>
                <w:lang w:val="ru-RU"/>
              </w:rPr>
            </w:pPr>
            <w:r w:rsidRPr="00332DB8">
              <w:rPr>
                <w:lang w:val="ru-RU"/>
              </w:rPr>
              <w:lastRenderedPageBreak/>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1252.</w:t>
            </w:r>
          </w:p>
        </w:tc>
        <w:tc>
          <w:tcPr>
            <w:tcW w:w="2880" w:type="dxa"/>
          </w:tcPr>
          <w:p w:rsidR="006F7457" w:rsidRPr="00332DB8" w:rsidRDefault="00332DB8">
            <w:pPr>
              <w:rPr>
                <w:lang w:val="ru-RU"/>
              </w:rPr>
            </w:pPr>
            <w:r w:rsidRPr="00332DB8">
              <w:rPr>
                <w:lang w:val="ru-RU"/>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6F7457" w:rsidRPr="00332DB8" w:rsidRDefault="006F7457">
            <w:pPr>
              <w:rPr>
                <w:lang w:val="ru-RU"/>
              </w:rPr>
            </w:pPr>
          </w:p>
        </w:tc>
      </w:tr>
      <w:tr w:rsidR="006F7457">
        <w:tc>
          <w:tcPr>
            <w:tcW w:w="2880" w:type="dxa"/>
          </w:tcPr>
          <w:p w:rsidR="006F7457" w:rsidRDefault="00332DB8">
            <w:r>
              <w:t>1253.</w:t>
            </w:r>
          </w:p>
        </w:tc>
        <w:tc>
          <w:tcPr>
            <w:tcW w:w="2880" w:type="dxa"/>
          </w:tcPr>
          <w:p w:rsidR="006F7457" w:rsidRDefault="00332DB8">
            <w:r w:rsidRPr="00332DB8">
              <w:rPr>
                <w:lang w:val="ru-RU"/>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w:t>
            </w:r>
            <w:r>
              <w:t>mailto</w:t>
            </w:r>
            <w:r w:rsidRPr="00332DB8">
              <w:rPr>
                <w:lang w:val="ru-RU"/>
              </w:rPr>
              <w:t xml:space="preserve"> </w:t>
            </w:r>
            <w:r>
              <w:t>smertputinismu</w:t>
            </w:r>
            <w:r w:rsidRPr="00332DB8">
              <w:rPr>
                <w:lang w:val="ru-RU"/>
              </w:rPr>
              <w:t>@</w:t>
            </w:r>
            <w:r>
              <w:t>svergnutputina</w:t>
            </w:r>
            <w:r w:rsidRPr="00332DB8">
              <w:rPr>
                <w:lang w:val="ru-RU"/>
              </w:rPr>
              <w:t>.</w:t>
            </w:r>
            <w:r>
              <w:t>ru</w:t>
            </w:r>
            <w:r w:rsidRPr="00332DB8">
              <w:rPr>
                <w:lang w:val="ru-RU"/>
              </w:rPr>
              <w:t xml:space="preserve">», озаглавленное словами: «Все на войну с путинизмом!!!» </w:t>
            </w:r>
            <w:r>
              <w:t>(решение Кировского районного суда города Ярославля от 28.03.2012);</w:t>
            </w:r>
          </w:p>
        </w:tc>
        <w:tc>
          <w:tcPr>
            <w:tcW w:w="2880" w:type="dxa"/>
          </w:tcPr>
          <w:p w:rsidR="006F7457" w:rsidRDefault="006F7457"/>
        </w:tc>
      </w:tr>
      <w:tr w:rsidR="006F7457" w:rsidRPr="00DD284B">
        <w:tc>
          <w:tcPr>
            <w:tcW w:w="2880" w:type="dxa"/>
          </w:tcPr>
          <w:p w:rsidR="006F7457" w:rsidRDefault="00332DB8">
            <w:r>
              <w:t>1254.</w:t>
            </w:r>
          </w:p>
        </w:tc>
        <w:tc>
          <w:tcPr>
            <w:tcW w:w="2880" w:type="dxa"/>
          </w:tcPr>
          <w:p w:rsidR="006F7457" w:rsidRPr="00332DB8" w:rsidRDefault="00332DB8">
            <w:pPr>
              <w:rPr>
                <w:lang w:val="ru-RU"/>
              </w:rPr>
            </w:pPr>
            <w:r w:rsidRPr="00332DB8">
              <w:rPr>
                <w:lang w:val="ru-RU"/>
              </w:rPr>
              <w:t xml:space="preserve">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w:t>
            </w:r>
            <w:r>
              <w:t>http</w:t>
            </w:r>
            <w:r w:rsidRPr="00332DB8">
              <w:rPr>
                <w:lang w:val="ru-RU"/>
              </w:rPr>
              <w:t>://</w:t>
            </w:r>
            <w:r>
              <w:t>vkontakte</w:t>
            </w:r>
            <w:r w:rsidRPr="00332DB8">
              <w:rPr>
                <w:lang w:val="ru-RU"/>
              </w:rPr>
              <w:t>.</w:t>
            </w:r>
            <w:r>
              <w:t>ru</w:t>
            </w:r>
            <w:r w:rsidRPr="00332DB8">
              <w:rPr>
                <w:lang w:val="ru-RU"/>
              </w:rPr>
              <w:t xml:space="preserve"> (решение Промышленного районного суда города Курска от 22.03.2012);</w:t>
            </w:r>
          </w:p>
        </w:tc>
        <w:tc>
          <w:tcPr>
            <w:tcW w:w="2880" w:type="dxa"/>
          </w:tcPr>
          <w:p w:rsidR="006F7457" w:rsidRPr="00332DB8" w:rsidRDefault="006F7457">
            <w:pPr>
              <w:rPr>
                <w:lang w:val="ru-RU"/>
              </w:rPr>
            </w:pPr>
          </w:p>
        </w:tc>
      </w:tr>
      <w:tr w:rsidR="006F7457" w:rsidRPr="00DD284B">
        <w:tc>
          <w:tcPr>
            <w:tcW w:w="2880" w:type="dxa"/>
          </w:tcPr>
          <w:p w:rsidR="006F7457" w:rsidRDefault="00332DB8">
            <w:r>
              <w:t>1255.</w:t>
            </w:r>
          </w:p>
        </w:tc>
        <w:tc>
          <w:tcPr>
            <w:tcW w:w="2880" w:type="dxa"/>
          </w:tcPr>
          <w:p w:rsidR="006F7457" w:rsidRPr="00332DB8" w:rsidRDefault="00332DB8">
            <w:pPr>
              <w:rPr>
                <w:lang w:val="ru-RU"/>
              </w:rPr>
            </w:pPr>
            <w:r w:rsidRPr="00332DB8">
              <w:rPr>
                <w:lang w:val="ru-RU"/>
              </w:rPr>
              <w:t>Листовки под заголовком «Ополчимся против разрушителей России!» (решение Золотухинского районного суда Курской области от 13.04.2012);</w:t>
            </w:r>
          </w:p>
        </w:tc>
        <w:tc>
          <w:tcPr>
            <w:tcW w:w="2880" w:type="dxa"/>
          </w:tcPr>
          <w:p w:rsidR="006F7457" w:rsidRPr="00332DB8" w:rsidRDefault="006F7457">
            <w:pPr>
              <w:rPr>
                <w:lang w:val="ru-RU"/>
              </w:rPr>
            </w:pPr>
          </w:p>
        </w:tc>
      </w:tr>
      <w:tr w:rsidR="006F7457" w:rsidRPr="00DD284B">
        <w:tc>
          <w:tcPr>
            <w:tcW w:w="2880" w:type="dxa"/>
          </w:tcPr>
          <w:p w:rsidR="006F7457" w:rsidRDefault="00332DB8">
            <w:r>
              <w:t>1256.</w:t>
            </w:r>
          </w:p>
        </w:tc>
        <w:tc>
          <w:tcPr>
            <w:tcW w:w="2880" w:type="dxa"/>
          </w:tcPr>
          <w:p w:rsidR="006F7457" w:rsidRPr="00332DB8" w:rsidRDefault="00332DB8">
            <w:pPr>
              <w:rPr>
                <w:lang w:val="ru-RU"/>
              </w:rPr>
            </w:pPr>
            <w:r w:rsidRPr="00332DB8">
              <w:rPr>
                <w:lang w:val="ru-RU"/>
              </w:rPr>
              <w:t xml:space="preserve">Выступление Кебекова А.А., размещенное в международной компьютерной сети Интернет на Интернет сайте </w:t>
            </w:r>
            <w:r>
              <w:t>www</w:t>
            </w:r>
            <w:r w:rsidRPr="00332DB8">
              <w:rPr>
                <w:lang w:val="ru-RU"/>
              </w:rPr>
              <w:t>.</w:t>
            </w:r>
            <w:r>
              <w:t>guraba</w:t>
            </w:r>
            <w:r w:rsidRPr="00332DB8">
              <w:rPr>
                <w:lang w:val="ru-RU"/>
              </w:rPr>
              <w:t>.</w:t>
            </w:r>
            <w:r>
              <w:t>info</w:t>
            </w:r>
            <w:r w:rsidRPr="00332DB8">
              <w:rPr>
                <w:lang w:val="ru-RU"/>
              </w:rPr>
              <w:t xml:space="preserve"> (решение Советского районного суда города Махачкалы Республики Дагестан от 02.04.2012);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1257.</w:t>
            </w:r>
          </w:p>
        </w:tc>
        <w:tc>
          <w:tcPr>
            <w:tcW w:w="2880" w:type="dxa"/>
          </w:tcPr>
          <w:p w:rsidR="006F7457" w:rsidRPr="00332DB8" w:rsidRDefault="00332DB8">
            <w:pPr>
              <w:rPr>
                <w:lang w:val="ru-RU"/>
              </w:rPr>
            </w:pPr>
            <w:r w:rsidRPr="00332DB8">
              <w:rPr>
                <w:lang w:val="ru-RU"/>
              </w:rPr>
              <w:t>Статья под заголовком «Не поддержавший Ислам поддержал куфр» на интернет сайте «</w:t>
            </w:r>
            <w:r>
              <w:t>www</w:t>
            </w:r>
            <w:r w:rsidRPr="00332DB8">
              <w:rPr>
                <w:lang w:val="ru-RU"/>
              </w:rPr>
              <w:t>.</w:t>
            </w:r>
            <w:r>
              <w:t>hunafa</w:t>
            </w:r>
            <w:r w:rsidRPr="00332DB8">
              <w:rPr>
                <w:lang w:val="ru-RU"/>
              </w:rPr>
              <w:t>.</w:t>
            </w:r>
            <w:r>
              <w:t>com</w:t>
            </w:r>
            <w:r w:rsidRPr="00332DB8">
              <w:rPr>
                <w:lang w:val="ru-RU"/>
              </w:rPr>
              <w:t>» (решение Майкопского городского суда Республики Адыгея от 19.04.2012);</w:t>
            </w:r>
          </w:p>
        </w:tc>
        <w:tc>
          <w:tcPr>
            <w:tcW w:w="2880" w:type="dxa"/>
          </w:tcPr>
          <w:p w:rsidR="006F7457" w:rsidRPr="00332DB8" w:rsidRDefault="006F7457">
            <w:pPr>
              <w:rPr>
                <w:lang w:val="ru-RU"/>
              </w:rPr>
            </w:pPr>
          </w:p>
        </w:tc>
      </w:tr>
      <w:tr w:rsidR="006F7457" w:rsidRPr="00DD284B">
        <w:tc>
          <w:tcPr>
            <w:tcW w:w="2880" w:type="dxa"/>
          </w:tcPr>
          <w:p w:rsidR="006F7457" w:rsidRDefault="00332DB8">
            <w:r>
              <w:t>1258.</w:t>
            </w:r>
          </w:p>
        </w:tc>
        <w:tc>
          <w:tcPr>
            <w:tcW w:w="2880" w:type="dxa"/>
          </w:tcPr>
          <w:p w:rsidR="006F7457" w:rsidRPr="00332DB8" w:rsidRDefault="00332DB8">
            <w:pPr>
              <w:rPr>
                <w:lang w:val="ru-RU"/>
              </w:rPr>
            </w:pPr>
            <w:r w:rsidRPr="00332DB8">
              <w:rPr>
                <w:lang w:val="ru-RU"/>
              </w:rPr>
              <w:t>Статья под заголовком «Великороссам» на интернет сайте «</w:t>
            </w:r>
            <w:r>
              <w:t>www</w:t>
            </w:r>
            <w:r w:rsidRPr="00332DB8">
              <w:rPr>
                <w:lang w:val="ru-RU"/>
              </w:rPr>
              <w:t>.</w:t>
            </w:r>
            <w:r>
              <w:t>hunafa</w:t>
            </w:r>
            <w:r w:rsidRPr="00332DB8">
              <w:rPr>
                <w:lang w:val="ru-RU"/>
              </w:rPr>
              <w:t>.</w:t>
            </w:r>
            <w:r>
              <w:t>com</w:t>
            </w:r>
            <w:r w:rsidRPr="00332DB8">
              <w:rPr>
                <w:lang w:val="ru-RU"/>
              </w:rPr>
              <w:t>» (решение Майкопского городского суда Республики Адыгея от 19.04.2012);</w:t>
            </w:r>
          </w:p>
        </w:tc>
        <w:tc>
          <w:tcPr>
            <w:tcW w:w="2880" w:type="dxa"/>
          </w:tcPr>
          <w:p w:rsidR="006F7457" w:rsidRPr="00332DB8" w:rsidRDefault="006F7457">
            <w:pPr>
              <w:rPr>
                <w:lang w:val="ru-RU"/>
              </w:rPr>
            </w:pPr>
          </w:p>
        </w:tc>
      </w:tr>
      <w:tr w:rsidR="006F7457" w:rsidRPr="00DD284B">
        <w:tc>
          <w:tcPr>
            <w:tcW w:w="2880" w:type="dxa"/>
          </w:tcPr>
          <w:p w:rsidR="006F7457" w:rsidRDefault="00332DB8">
            <w:r>
              <w:t>1259.</w:t>
            </w:r>
          </w:p>
        </w:tc>
        <w:tc>
          <w:tcPr>
            <w:tcW w:w="2880" w:type="dxa"/>
          </w:tcPr>
          <w:p w:rsidR="006F7457" w:rsidRPr="00332DB8" w:rsidRDefault="00332DB8">
            <w:pPr>
              <w:rPr>
                <w:lang w:val="ru-RU"/>
              </w:rPr>
            </w:pPr>
            <w:r w:rsidRPr="00332DB8">
              <w:rPr>
                <w:lang w:val="ru-RU"/>
              </w:rPr>
              <w:t>Статья под заголовком «Что посеешь - то и пожнешь» на интернет сайте «</w:t>
            </w:r>
            <w:r>
              <w:t>www</w:t>
            </w:r>
            <w:r w:rsidRPr="00332DB8">
              <w:rPr>
                <w:lang w:val="ru-RU"/>
              </w:rPr>
              <w:t>.</w:t>
            </w:r>
            <w:r>
              <w:t>hunafa</w:t>
            </w:r>
            <w:r w:rsidRPr="00332DB8">
              <w:rPr>
                <w:lang w:val="ru-RU"/>
              </w:rPr>
              <w:t>.</w:t>
            </w:r>
            <w:r>
              <w:t>com</w:t>
            </w:r>
            <w:r w:rsidRPr="00332DB8">
              <w:rPr>
                <w:lang w:val="ru-RU"/>
              </w:rPr>
              <w:t>» (решение Майкопского городского суда Республики Адыгея от 19.04.2012);</w:t>
            </w:r>
          </w:p>
        </w:tc>
        <w:tc>
          <w:tcPr>
            <w:tcW w:w="2880" w:type="dxa"/>
          </w:tcPr>
          <w:p w:rsidR="006F7457" w:rsidRPr="00332DB8" w:rsidRDefault="006F7457">
            <w:pPr>
              <w:rPr>
                <w:lang w:val="ru-RU"/>
              </w:rPr>
            </w:pPr>
          </w:p>
        </w:tc>
      </w:tr>
      <w:tr w:rsidR="006F7457" w:rsidRPr="00DD284B">
        <w:tc>
          <w:tcPr>
            <w:tcW w:w="2880" w:type="dxa"/>
          </w:tcPr>
          <w:p w:rsidR="006F7457" w:rsidRDefault="00332DB8">
            <w:r>
              <w:t>1260.</w:t>
            </w:r>
          </w:p>
        </w:tc>
        <w:tc>
          <w:tcPr>
            <w:tcW w:w="2880" w:type="dxa"/>
          </w:tcPr>
          <w:p w:rsidR="006F7457" w:rsidRPr="00332DB8" w:rsidRDefault="00332DB8">
            <w:pPr>
              <w:rPr>
                <w:lang w:val="ru-RU"/>
              </w:rPr>
            </w:pPr>
            <w:r w:rsidRPr="00332DB8">
              <w:rPr>
                <w:lang w:val="ru-RU"/>
              </w:rPr>
              <w:t>Статья под заголовком «О милиции» на интернет сайте «</w:t>
            </w:r>
            <w:r>
              <w:t>www</w:t>
            </w:r>
            <w:r w:rsidRPr="00332DB8">
              <w:rPr>
                <w:lang w:val="ru-RU"/>
              </w:rPr>
              <w:t>.</w:t>
            </w:r>
            <w:r>
              <w:t>hunafa</w:t>
            </w:r>
            <w:r w:rsidRPr="00332DB8">
              <w:rPr>
                <w:lang w:val="ru-RU"/>
              </w:rPr>
              <w:t>.</w:t>
            </w:r>
            <w:r>
              <w:t>com</w:t>
            </w:r>
            <w:r w:rsidRPr="00332DB8">
              <w:rPr>
                <w:lang w:val="ru-RU"/>
              </w:rPr>
              <w:t>» (решение Майкопского городского суда Республики Адыгея от 19.04.2012);</w:t>
            </w:r>
          </w:p>
        </w:tc>
        <w:tc>
          <w:tcPr>
            <w:tcW w:w="2880" w:type="dxa"/>
          </w:tcPr>
          <w:p w:rsidR="006F7457" w:rsidRPr="00332DB8" w:rsidRDefault="006F7457">
            <w:pPr>
              <w:rPr>
                <w:lang w:val="ru-RU"/>
              </w:rPr>
            </w:pPr>
          </w:p>
        </w:tc>
      </w:tr>
      <w:tr w:rsidR="006F7457" w:rsidRPr="00DD284B">
        <w:tc>
          <w:tcPr>
            <w:tcW w:w="2880" w:type="dxa"/>
          </w:tcPr>
          <w:p w:rsidR="006F7457" w:rsidRDefault="00332DB8">
            <w:r>
              <w:t>1261.</w:t>
            </w:r>
          </w:p>
        </w:tc>
        <w:tc>
          <w:tcPr>
            <w:tcW w:w="2880" w:type="dxa"/>
          </w:tcPr>
          <w:p w:rsidR="006F7457" w:rsidRPr="00332DB8" w:rsidRDefault="00332DB8">
            <w:pPr>
              <w:rPr>
                <w:lang w:val="ru-RU"/>
              </w:rPr>
            </w:pPr>
            <w:r w:rsidRPr="00332DB8">
              <w:rPr>
                <w:lang w:val="ru-RU"/>
              </w:rPr>
              <w:t>Статья под заголовком «Мирный ли российский народ» на интернет сайте «</w:t>
            </w:r>
            <w:r>
              <w:t>www</w:t>
            </w:r>
            <w:r w:rsidRPr="00332DB8">
              <w:rPr>
                <w:lang w:val="ru-RU"/>
              </w:rPr>
              <w:t>.</w:t>
            </w:r>
            <w:r>
              <w:t>hunafa</w:t>
            </w:r>
            <w:r w:rsidRPr="00332DB8">
              <w:rPr>
                <w:lang w:val="ru-RU"/>
              </w:rPr>
              <w:t>.</w:t>
            </w:r>
            <w:r>
              <w:t>com</w:t>
            </w:r>
            <w:r w:rsidRPr="00332DB8">
              <w:rPr>
                <w:lang w:val="ru-RU"/>
              </w:rPr>
              <w:t>» (решение Майкопского городского суда Республики Адыгея от 19.04.2012);</w:t>
            </w:r>
          </w:p>
        </w:tc>
        <w:tc>
          <w:tcPr>
            <w:tcW w:w="2880" w:type="dxa"/>
          </w:tcPr>
          <w:p w:rsidR="006F7457" w:rsidRPr="00332DB8" w:rsidRDefault="006F7457">
            <w:pPr>
              <w:rPr>
                <w:lang w:val="ru-RU"/>
              </w:rPr>
            </w:pPr>
          </w:p>
        </w:tc>
      </w:tr>
      <w:tr w:rsidR="006F7457" w:rsidRPr="00DD284B">
        <w:tc>
          <w:tcPr>
            <w:tcW w:w="2880" w:type="dxa"/>
          </w:tcPr>
          <w:p w:rsidR="006F7457" w:rsidRDefault="00332DB8">
            <w:r>
              <w:t>126</w:t>
            </w:r>
            <w:r>
              <w:lastRenderedPageBreak/>
              <w:t>2.</w:t>
            </w:r>
          </w:p>
        </w:tc>
        <w:tc>
          <w:tcPr>
            <w:tcW w:w="2880" w:type="dxa"/>
          </w:tcPr>
          <w:p w:rsidR="006F7457" w:rsidRPr="00332DB8" w:rsidRDefault="00332DB8">
            <w:pPr>
              <w:rPr>
                <w:lang w:val="ru-RU"/>
              </w:rPr>
            </w:pPr>
            <w:r w:rsidRPr="00332DB8">
              <w:rPr>
                <w:lang w:val="ru-RU"/>
              </w:rPr>
              <w:lastRenderedPageBreak/>
              <w:t>Файл под именем «Люди первой подрасы» (решение Яльчикского районного суда Чувашской Республики от 03.04.2012);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1263.</w:t>
            </w:r>
          </w:p>
        </w:tc>
        <w:tc>
          <w:tcPr>
            <w:tcW w:w="2880" w:type="dxa"/>
          </w:tcPr>
          <w:p w:rsidR="006F7457" w:rsidRPr="00332DB8" w:rsidRDefault="00332DB8">
            <w:pPr>
              <w:rPr>
                <w:lang w:val="ru-RU"/>
              </w:rPr>
            </w:pPr>
            <w:r w:rsidRPr="00332DB8">
              <w:rPr>
                <w:lang w:val="ru-RU"/>
              </w:rPr>
              <w:t>Файл под именем «Христианство/Мусульманство» (решение Яльчикского районного суда Чувашской Республики от 03.04.2012);</w:t>
            </w:r>
          </w:p>
        </w:tc>
        <w:tc>
          <w:tcPr>
            <w:tcW w:w="2880" w:type="dxa"/>
          </w:tcPr>
          <w:p w:rsidR="006F7457" w:rsidRPr="00332DB8" w:rsidRDefault="006F7457">
            <w:pPr>
              <w:rPr>
                <w:lang w:val="ru-RU"/>
              </w:rPr>
            </w:pPr>
          </w:p>
        </w:tc>
      </w:tr>
      <w:tr w:rsidR="006F7457" w:rsidRPr="00DD284B">
        <w:tc>
          <w:tcPr>
            <w:tcW w:w="2880" w:type="dxa"/>
          </w:tcPr>
          <w:p w:rsidR="006F7457" w:rsidRDefault="00332DB8">
            <w:r>
              <w:t>1264.</w:t>
            </w:r>
          </w:p>
        </w:tc>
        <w:tc>
          <w:tcPr>
            <w:tcW w:w="2880" w:type="dxa"/>
          </w:tcPr>
          <w:p w:rsidR="006F7457" w:rsidRPr="00332DB8" w:rsidRDefault="00332DB8">
            <w:pPr>
              <w:rPr>
                <w:lang w:val="ru-RU"/>
              </w:rPr>
            </w:pPr>
            <w:r w:rsidRPr="00332DB8">
              <w:rPr>
                <w:lang w:val="ru-RU"/>
              </w:rPr>
              <w:t>Файл под именем «Хайрутдин Гиммадеевич Гимадутдинов» (решение Яльчикского районного суда Чувашской Республики от 03.04.2012);</w:t>
            </w:r>
          </w:p>
        </w:tc>
        <w:tc>
          <w:tcPr>
            <w:tcW w:w="2880" w:type="dxa"/>
          </w:tcPr>
          <w:p w:rsidR="006F7457" w:rsidRPr="00332DB8" w:rsidRDefault="006F7457">
            <w:pPr>
              <w:rPr>
                <w:lang w:val="ru-RU"/>
              </w:rPr>
            </w:pPr>
          </w:p>
        </w:tc>
      </w:tr>
      <w:tr w:rsidR="006F7457" w:rsidRPr="00DD284B">
        <w:tc>
          <w:tcPr>
            <w:tcW w:w="2880" w:type="dxa"/>
          </w:tcPr>
          <w:p w:rsidR="006F7457" w:rsidRDefault="00332DB8">
            <w:r>
              <w:t>1265.</w:t>
            </w:r>
          </w:p>
        </w:tc>
        <w:tc>
          <w:tcPr>
            <w:tcW w:w="2880" w:type="dxa"/>
          </w:tcPr>
          <w:p w:rsidR="006F7457" w:rsidRPr="00332DB8" w:rsidRDefault="00332DB8">
            <w:pPr>
              <w:rPr>
                <w:lang w:val="ru-RU"/>
              </w:rPr>
            </w:pPr>
            <w:r w:rsidRPr="00332DB8">
              <w:rPr>
                <w:lang w:val="ru-RU"/>
              </w:rPr>
              <w:t>Файл под именем «В древнем мире все люди говорили» (решение Яльчикского районного суда Чувашской Республики от 03.04.2012);</w:t>
            </w:r>
          </w:p>
        </w:tc>
        <w:tc>
          <w:tcPr>
            <w:tcW w:w="2880" w:type="dxa"/>
          </w:tcPr>
          <w:p w:rsidR="006F7457" w:rsidRPr="00332DB8" w:rsidRDefault="006F7457">
            <w:pPr>
              <w:rPr>
                <w:lang w:val="ru-RU"/>
              </w:rPr>
            </w:pPr>
          </w:p>
        </w:tc>
      </w:tr>
      <w:tr w:rsidR="006F7457" w:rsidRPr="00DD284B">
        <w:tc>
          <w:tcPr>
            <w:tcW w:w="2880" w:type="dxa"/>
          </w:tcPr>
          <w:p w:rsidR="006F7457" w:rsidRDefault="00332DB8">
            <w:r>
              <w:t>1266.</w:t>
            </w:r>
          </w:p>
        </w:tc>
        <w:tc>
          <w:tcPr>
            <w:tcW w:w="2880" w:type="dxa"/>
          </w:tcPr>
          <w:p w:rsidR="006F7457" w:rsidRPr="00332DB8" w:rsidRDefault="00332DB8">
            <w:pPr>
              <w:rPr>
                <w:lang w:val="ru-RU"/>
              </w:rPr>
            </w:pPr>
            <w:r w:rsidRPr="00332DB8">
              <w:rPr>
                <w:lang w:val="ru-RU"/>
              </w:rPr>
              <w:t>Файл под именем «Я удивляюсь и не понимаю» (решение Яльчикского районного суда Чувашской Республики от 03.04.2012);</w:t>
            </w:r>
          </w:p>
        </w:tc>
        <w:tc>
          <w:tcPr>
            <w:tcW w:w="2880" w:type="dxa"/>
          </w:tcPr>
          <w:p w:rsidR="006F7457" w:rsidRPr="00332DB8" w:rsidRDefault="006F7457">
            <w:pPr>
              <w:rPr>
                <w:lang w:val="ru-RU"/>
              </w:rPr>
            </w:pPr>
          </w:p>
        </w:tc>
      </w:tr>
      <w:tr w:rsidR="006F7457" w:rsidRPr="00DD284B">
        <w:tc>
          <w:tcPr>
            <w:tcW w:w="2880" w:type="dxa"/>
          </w:tcPr>
          <w:p w:rsidR="006F7457" w:rsidRDefault="00332DB8">
            <w:r>
              <w:t>1267.</w:t>
            </w:r>
          </w:p>
        </w:tc>
        <w:tc>
          <w:tcPr>
            <w:tcW w:w="2880" w:type="dxa"/>
          </w:tcPr>
          <w:p w:rsidR="006F7457" w:rsidRPr="00332DB8" w:rsidRDefault="00332DB8">
            <w:pPr>
              <w:rPr>
                <w:lang w:val="ru-RU"/>
              </w:rPr>
            </w:pPr>
            <w:r w:rsidRPr="00332DB8">
              <w:rPr>
                <w:lang w:val="ru-RU"/>
              </w:rPr>
              <w:t>Файл под именем «</w:t>
            </w:r>
            <w:r>
              <w:t>I</w:t>
            </w:r>
            <w:r w:rsidRPr="00332DB8">
              <w:rPr>
                <w:lang w:val="ru-RU"/>
              </w:rPr>
              <w:t xml:space="preserve"> </w:t>
            </w:r>
            <w:r>
              <w:t>made</w:t>
            </w:r>
            <w:r w:rsidRPr="00332DB8">
              <w:rPr>
                <w:lang w:val="ru-RU"/>
              </w:rPr>
              <w:t xml:space="preserve"> </w:t>
            </w:r>
            <w:r>
              <w:t>a</w:t>
            </w:r>
            <w:r w:rsidRPr="00332DB8">
              <w:rPr>
                <w:lang w:val="ru-RU"/>
              </w:rPr>
              <w:t xml:space="preserve"> </w:t>
            </w:r>
            <w:r>
              <w:t>discovery</w:t>
            </w:r>
            <w:r w:rsidRPr="00332DB8">
              <w:rPr>
                <w:lang w:val="ru-RU"/>
              </w:rPr>
              <w:t>.</w:t>
            </w:r>
            <w:r>
              <w:t>doc</w:t>
            </w:r>
            <w:r w:rsidRPr="00332DB8">
              <w:rPr>
                <w:lang w:val="ru-RU"/>
              </w:rPr>
              <w:t>» (решение Яльчикского районного суда Чувашской Республики от 03.04.2012);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1268.</w:t>
            </w:r>
          </w:p>
        </w:tc>
        <w:tc>
          <w:tcPr>
            <w:tcW w:w="2880" w:type="dxa"/>
          </w:tcPr>
          <w:p w:rsidR="006F7457" w:rsidRPr="00332DB8" w:rsidRDefault="00332DB8">
            <w:pPr>
              <w:rPr>
                <w:lang w:val="ru-RU"/>
              </w:rPr>
            </w:pPr>
            <w:r w:rsidRPr="00332DB8">
              <w:rPr>
                <w:lang w:val="ru-RU"/>
              </w:rPr>
              <w:t>Файл под именем «</w:t>
            </w:r>
            <w:r>
              <w:t>Truth</w:t>
            </w:r>
            <w:r w:rsidRPr="00332DB8">
              <w:rPr>
                <w:lang w:val="ru-RU"/>
              </w:rPr>
              <w:t xml:space="preserve"> </w:t>
            </w:r>
            <w:r>
              <w:t>teres</w:t>
            </w:r>
            <w:r w:rsidRPr="00332DB8">
              <w:rPr>
                <w:lang w:val="ru-RU"/>
              </w:rPr>
              <w:t>.</w:t>
            </w:r>
            <w:r>
              <w:t>doc</w:t>
            </w:r>
            <w:r w:rsidRPr="00332DB8">
              <w:rPr>
                <w:lang w:val="ru-RU"/>
              </w:rPr>
              <w:t>» (решение Яльчикского районного суда Чувашской Республики от 03.04.2012);</w:t>
            </w:r>
          </w:p>
        </w:tc>
        <w:tc>
          <w:tcPr>
            <w:tcW w:w="2880" w:type="dxa"/>
          </w:tcPr>
          <w:p w:rsidR="006F7457" w:rsidRPr="00332DB8" w:rsidRDefault="006F7457">
            <w:pPr>
              <w:rPr>
                <w:lang w:val="ru-RU"/>
              </w:rPr>
            </w:pPr>
          </w:p>
        </w:tc>
      </w:tr>
      <w:tr w:rsidR="006F7457" w:rsidRPr="00DD284B">
        <w:tc>
          <w:tcPr>
            <w:tcW w:w="2880" w:type="dxa"/>
          </w:tcPr>
          <w:p w:rsidR="006F7457" w:rsidRDefault="00332DB8">
            <w:r>
              <w:t>1269.</w:t>
            </w:r>
          </w:p>
        </w:tc>
        <w:tc>
          <w:tcPr>
            <w:tcW w:w="2880" w:type="dxa"/>
          </w:tcPr>
          <w:p w:rsidR="006F7457" w:rsidRPr="00332DB8" w:rsidRDefault="00332DB8">
            <w:pPr>
              <w:rPr>
                <w:lang w:val="ru-RU"/>
              </w:rPr>
            </w:pPr>
            <w:r w:rsidRPr="00332DB8">
              <w:rPr>
                <w:lang w:val="ru-RU"/>
              </w:rPr>
              <w:t xml:space="preserve">Информационный материал «По поводу новой кондопоги в детском лагере», распространенный в сети Интернет на сайте </w:t>
            </w:r>
            <w:r>
              <w:t>http</w:t>
            </w:r>
            <w:r w:rsidRPr="00332DB8">
              <w:rPr>
                <w:lang w:val="ru-RU"/>
              </w:rPr>
              <w:t>://</w:t>
            </w:r>
            <w:r>
              <w:t>ogurcova</w:t>
            </w:r>
            <w:r w:rsidRPr="00332DB8">
              <w:rPr>
                <w:lang w:val="ru-RU"/>
              </w:rPr>
              <w:t>-</w:t>
            </w:r>
            <w:r>
              <w:t>uchebka</w:t>
            </w:r>
            <w:r w:rsidRPr="00332DB8">
              <w:rPr>
                <w:lang w:val="ru-RU"/>
              </w:rPr>
              <w:t>.</w:t>
            </w:r>
            <w:r>
              <w:t>com</w:t>
            </w:r>
            <w:r w:rsidRPr="00332DB8">
              <w:rPr>
                <w:lang w:val="ru-RU"/>
              </w:rPr>
              <w:t>/</w:t>
            </w:r>
            <w:r>
              <w:t>blog</w:t>
            </w:r>
            <w:r w:rsidRPr="00332DB8">
              <w:rPr>
                <w:lang w:val="ru-RU"/>
              </w:rPr>
              <w:t>/ - «</w:t>
            </w:r>
            <w:r>
              <w:t>Ogurcova</w:t>
            </w:r>
            <w:r w:rsidRPr="00332DB8">
              <w:rPr>
                <w:lang w:val="ru-RU"/>
              </w:rPr>
              <w:t xml:space="preserve">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2880" w:type="dxa"/>
          </w:tcPr>
          <w:p w:rsidR="006F7457" w:rsidRPr="00332DB8" w:rsidRDefault="006F7457">
            <w:pPr>
              <w:rPr>
                <w:lang w:val="ru-RU"/>
              </w:rPr>
            </w:pPr>
          </w:p>
        </w:tc>
      </w:tr>
      <w:tr w:rsidR="006F7457">
        <w:tc>
          <w:tcPr>
            <w:tcW w:w="2880" w:type="dxa"/>
          </w:tcPr>
          <w:p w:rsidR="006F7457" w:rsidRDefault="00332DB8">
            <w:r>
              <w:t>1270.</w:t>
            </w:r>
          </w:p>
        </w:tc>
        <w:tc>
          <w:tcPr>
            <w:tcW w:w="2880" w:type="dxa"/>
          </w:tcPr>
          <w:p w:rsidR="006F7457" w:rsidRDefault="00332DB8">
            <w:r w:rsidRPr="00332DB8">
              <w:rPr>
                <w:lang w:val="ru-RU"/>
              </w:rPr>
              <w:t>Файл «Адыгея», в тексте которого имеется высказывание «АРМАВИР только для АДЫГОВ», расположенный на компакт-диске «</w:t>
            </w:r>
            <w:r>
              <w:t>SmartTrack</w:t>
            </w:r>
            <w:r w:rsidRPr="00332DB8">
              <w:rPr>
                <w:lang w:val="ru-RU"/>
              </w:rPr>
              <w:t xml:space="preserve">» формата </w:t>
            </w:r>
            <w:r>
              <w:t>DVD</w:t>
            </w:r>
            <w:r w:rsidRPr="00332DB8">
              <w:rPr>
                <w:lang w:val="ru-RU"/>
              </w:rPr>
              <w:t>-</w:t>
            </w:r>
            <w:r>
              <w:t>R</w:t>
            </w:r>
            <w:r w:rsidRPr="00332DB8">
              <w:rPr>
                <w:lang w:val="ru-RU"/>
              </w:rPr>
              <w:t xml:space="preserve"> с надписью </w:t>
            </w:r>
            <w:r>
              <w:t>«Сетов» (решение Успенского районного суда Краснодарского края от 05.04.2012);</w:t>
            </w:r>
          </w:p>
        </w:tc>
        <w:tc>
          <w:tcPr>
            <w:tcW w:w="2880" w:type="dxa"/>
          </w:tcPr>
          <w:p w:rsidR="006F7457" w:rsidRDefault="006F7457"/>
        </w:tc>
      </w:tr>
      <w:tr w:rsidR="006F7457" w:rsidRPr="00DD284B">
        <w:tc>
          <w:tcPr>
            <w:tcW w:w="2880" w:type="dxa"/>
          </w:tcPr>
          <w:p w:rsidR="006F7457" w:rsidRDefault="00332DB8">
            <w:r>
              <w:t>1271.</w:t>
            </w:r>
          </w:p>
        </w:tc>
        <w:tc>
          <w:tcPr>
            <w:tcW w:w="2880" w:type="dxa"/>
          </w:tcPr>
          <w:p w:rsidR="006F7457" w:rsidRPr="00332DB8" w:rsidRDefault="00332DB8">
            <w:pPr>
              <w:rPr>
                <w:lang w:val="ru-RU"/>
              </w:rPr>
            </w:pPr>
            <w:r w:rsidRPr="00332DB8">
              <w:rPr>
                <w:lang w:val="ru-RU"/>
              </w:rPr>
              <w:t xml:space="preserve">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t>
            </w:r>
            <w:r>
              <w:t>www</w:t>
            </w:r>
            <w:r w:rsidRPr="00332DB8">
              <w:rPr>
                <w:lang w:val="ru-RU"/>
              </w:rPr>
              <w:t>.</w:t>
            </w:r>
            <w:r>
              <w:t>zdravomyslie</w:t>
            </w:r>
            <w:r w:rsidRPr="00332DB8">
              <w:rPr>
                <w:lang w:val="ru-RU"/>
              </w:rPr>
              <w:t>.</w:t>
            </w:r>
            <w:r>
              <w:t>ru</w:t>
            </w:r>
            <w:r w:rsidRPr="00332DB8">
              <w:rPr>
                <w:lang w:val="ru-RU"/>
              </w:rPr>
              <w:t xml:space="preserve">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c>
          <w:tcPr>
            <w:tcW w:w="2880" w:type="dxa"/>
          </w:tcPr>
          <w:p w:rsidR="006F7457" w:rsidRPr="00332DB8" w:rsidRDefault="006F7457">
            <w:pPr>
              <w:rPr>
                <w:lang w:val="ru-RU"/>
              </w:rPr>
            </w:pPr>
          </w:p>
        </w:tc>
      </w:tr>
      <w:tr w:rsidR="006F7457" w:rsidRPr="00DD284B">
        <w:tc>
          <w:tcPr>
            <w:tcW w:w="2880" w:type="dxa"/>
          </w:tcPr>
          <w:p w:rsidR="006F7457" w:rsidRDefault="00332DB8">
            <w:r>
              <w:t>1272.</w:t>
            </w:r>
          </w:p>
        </w:tc>
        <w:tc>
          <w:tcPr>
            <w:tcW w:w="2880" w:type="dxa"/>
          </w:tcPr>
          <w:p w:rsidR="006F7457" w:rsidRPr="00332DB8" w:rsidRDefault="00332DB8">
            <w:pPr>
              <w:rPr>
                <w:lang w:val="ru-RU"/>
              </w:rPr>
            </w:pPr>
            <w:r w:rsidRPr="00332DB8">
              <w:rPr>
                <w:lang w:val="ru-RU"/>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1273.</w:t>
            </w:r>
          </w:p>
        </w:tc>
        <w:tc>
          <w:tcPr>
            <w:tcW w:w="2880" w:type="dxa"/>
          </w:tcPr>
          <w:p w:rsidR="006F7457" w:rsidRPr="00332DB8" w:rsidRDefault="00332DB8">
            <w:pPr>
              <w:rPr>
                <w:lang w:val="ru-RU"/>
              </w:rPr>
            </w:pPr>
            <w:r w:rsidRPr="00332DB8">
              <w:rPr>
                <w:lang w:val="ru-RU"/>
              </w:rPr>
              <w:t xml:space="preserve">Видеоматериал «Запрещенная на ТВ социальная реклама в 2010/2», размещенный в глобальной сети Интернет на сайте </w:t>
            </w:r>
            <w:r>
              <w:t>www</w:t>
            </w:r>
            <w:r w:rsidRPr="00332DB8">
              <w:rPr>
                <w:lang w:val="ru-RU"/>
              </w:rPr>
              <w:t>.</w:t>
            </w:r>
            <w:r>
              <w:t>vkontakte</w:t>
            </w:r>
            <w:r w:rsidRPr="00332DB8">
              <w:rPr>
                <w:lang w:val="ru-RU"/>
              </w:rPr>
              <w:t>.</w:t>
            </w:r>
            <w:r>
              <w:t>ru</w:t>
            </w:r>
            <w:r w:rsidRPr="00332DB8">
              <w:rPr>
                <w:lang w:val="ru-RU"/>
              </w:rPr>
              <w:t>, на странице пользователя сети под ником «Сергей Сопов» (решение Золотухинского районного суда Курской области от 26.04.2012);</w:t>
            </w:r>
          </w:p>
        </w:tc>
        <w:tc>
          <w:tcPr>
            <w:tcW w:w="2880" w:type="dxa"/>
          </w:tcPr>
          <w:p w:rsidR="006F7457" w:rsidRPr="00332DB8" w:rsidRDefault="006F7457">
            <w:pPr>
              <w:rPr>
                <w:lang w:val="ru-RU"/>
              </w:rPr>
            </w:pPr>
          </w:p>
        </w:tc>
      </w:tr>
      <w:tr w:rsidR="006F7457" w:rsidRPr="00DD284B">
        <w:tc>
          <w:tcPr>
            <w:tcW w:w="2880" w:type="dxa"/>
          </w:tcPr>
          <w:p w:rsidR="006F7457" w:rsidRDefault="00332DB8">
            <w:r>
              <w:t>1274.</w:t>
            </w:r>
          </w:p>
        </w:tc>
        <w:tc>
          <w:tcPr>
            <w:tcW w:w="2880" w:type="dxa"/>
          </w:tcPr>
          <w:p w:rsidR="006F7457" w:rsidRPr="00332DB8" w:rsidRDefault="00332DB8">
            <w:pPr>
              <w:rPr>
                <w:lang w:val="ru-RU"/>
              </w:rPr>
            </w:pPr>
            <w:r w:rsidRPr="00332DB8">
              <w:rPr>
                <w:lang w:val="ru-RU"/>
              </w:rPr>
              <w:t xml:space="preserve">Информационный материал «О, сестры! Ваша очередь – мужчины спят!», размещенный на Интернет-сайте </w:t>
            </w:r>
            <w:r>
              <w:t>www</w:t>
            </w:r>
            <w:r w:rsidRPr="00332DB8">
              <w:rPr>
                <w:lang w:val="ru-RU"/>
              </w:rPr>
              <w:t>.</w:t>
            </w:r>
            <w:r>
              <w:t>kavkazweb</w:t>
            </w:r>
            <w:r w:rsidRPr="00332DB8">
              <w:rPr>
                <w:lang w:val="ru-RU"/>
              </w:rPr>
              <w:t>.</w:t>
            </w:r>
            <w:r>
              <w:t>net</w:t>
            </w:r>
            <w:r w:rsidRPr="00332DB8">
              <w:rPr>
                <w:lang w:val="ru-RU"/>
              </w:rPr>
              <w:t xml:space="preserve"> (решение Дорогомиловского районного суда города Москвы от 05.03.2012);</w:t>
            </w:r>
          </w:p>
        </w:tc>
        <w:tc>
          <w:tcPr>
            <w:tcW w:w="2880" w:type="dxa"/>
          </w:tcPr>
          <w:p w:rsidR="006F7457" w:rsidRPr="00332DB8" w:rsidRDefault="006F7457">
            <w:pPr>
              <w:rPr>
                <w:lang w:val="ru-RU"/>
              </w:rPr>
            </w:pPr>
          </w:p>
        </w:tc>
      </w:tr>
      <w:tr w:rsidR="006F7457">
        <w:tc>
          <w:tcPr>
            <w:tcW w:w="2880" w:type="dxa"/>
          </w:tcPr>
          <w:p w:rsidR="006F7457" w:rsidRDefault="00332DB8">
            <w:r>
              <w:t>1275.</w:t>
            </w:r>
          </w:p>
        </w:tc>
        <w:tc>
          <w:tcPr>
            <w:tcW w:w="2880" w:type="dxa"/>
          </w:tcPr>
          <w:p w:rsidR="006F7457" w:rsidRDefault="00332DB8">
            <w:r w:rsidRPr="00332DB8">
              <w:rPr>
                <w:lang w:val="ru-RU"/>
              </w:rPr>
              <w:t xml:space="preserve">Видео-файл: «Рецепт приготовления негра», размером 3,11 МБ (3 270 656 байт), общей продолжительностью </w:t>
            </w:r>
            <w:r>
              <w:t>46 секунд (решение Ленинского районного суда города Курска от 10.04.2012);</w:t>
            </w:r>
          </w:p>
        </w:tc>
        <w:tc>
          <w:tcPr>
            <w:tcW w:w="2880" w:type="dxa"/>
          </w:tcPr>
          <w:p w:rsidR="006F7457" w:rsidRDefault="006F7457"/>
        </w:tc>
      </w:tr>
      <w:tr w:rsidR="006F7457">
        <w:tc>
          <w:tcPr>
            <w:tcW w:w="2880" w:type="dxa"/>
          </w:tcPr>
          <w:p w:rsidR="006F7457" w:rsidRDefault="00332DB8">
            <w:r>
              <w:t>1276.</w:t>
            </w:r>
          </w:p>
        </w:tc>
        <w:tc>
          <w:tcPr>
            <w:tcW w:w="2880" w:type="dxa"/>
          </w:tcPr>
          <w:p w:rsidR="006F7457" w:rsidRDefault="00332DB8">
            <w:r w:rsidRPr="00332DB8">
              <w:rPr>
                <w:lang w:val="ru-RU"/>
              </w:rPr>
              <w:t xml:space="preserve">Видео-файл: «Смешной хаченок», размером 6,09 МБ (6 393 856 байт), общей продолжительностью </w:t>
            </w:r>
            <w:r>
              <w:t>02 минуты 13 секунд (решение Ленинского районного суда города Курска от 10.04.2012);</w:t>
            </w:r>
          </w:p>
        </w:tc>
        <w:tc>
          <w:tcPr>
            <w:tcW w:w="2880" w:type="dxa"/>
          </w:tcPr>
          <w:p w:rsidR="006F7457" w:rsidRDefault="006F7457"/>
        </w:tc>
      </w:tr>
      <w:tr w:rsidR="006F7457">
        <w:tc>
          <w:tcPr>
            <w:tcW w:w="2880" w:type="dxa"/>
          </w:tcPr>
          <w:p w:rsidR="006F7457" w:rsidRDefault="00332DB8">
            <w:r>
              <w:t>1277.</w:t>
            </w:r>
          </w:p>
        </w:tc>
        <w:tc>
          <w:tcPr>
            <w:tcW w:w="2880" w:type="dxa"/>
          </w:tcPr>
          <w:p w:rsidR="006F7457" w:rsidRDefault="00332DB8">
            <w:r w:rsidRPr="00332DB8">
              <w:rPr>
                <w:lang w:val="ru-RU"/>
              </w:rPr>
              <w:t xml:space="preserve">Видео-файл: «Реппер», размером 3,58 МБ (3 758 080 байт), общей продолжительностью </w:t>
            </w:r>
            <w:r>
              <w:t>45 секунд (решение Ленинского районного суда города Курска от 10.04.2012);</w:t>
            </w:r>
          </w:p>
        </w:tc>
        <w:tc>
          <w:tcPr>
            <w:tcW w:w="2880" w:type="dxa"/>
          </w:tcPr>
          <w:p w:rsidR="006F7457" w:rsidRDefault="006F7457"/>
        </w:tc>
      </w:tr>
      <w:tr w:rsidR="006F7457">
        <w:tc>
          <w:tcPr>
            <w:tcW w:w="2880" w:type="dxa"/>
          </w:tcPr>
          <w:p w:rsidR="006F7457" w:rsidRDefault="00332DB8">
            <w:r>
              <w:t>127</w:t>
            </w:r>
            <w:r>
              <w:lastRenderedPageBreak/>
              <w:t>8.</w:t>
            </w:r>
          </w:p>
        </w:tc>
        <w:tc>
          <w:tcPr>
            <w:tcW w:w="2880" w:type="dxa"/>
          </w:tcPr>
          <w:p w:rsidR="006F7457" w:rsidRDefault="00332DB8">
            <w:r w:rsidRPr="00332DB8">
              <w:rPr>
                <w:lang w:val="ru-RU"/>
              </w:rPr>
              <w:lastRenderedPageBreak/>
              <w:t xml:space="preserve">Видео-файл: «Правда о холокосте», размером 60,7 МБ (63 744 000 байт), общей продолжительностью </w:t>
            </w:r>
            <w:r>
              <w:t>07 минут 02 секунды (решение Ленинского районного суда города Курска от 10.04.2012);</w:t>
            </w:r>
          </w:p>
        </w:tc>
        <w:tc>
          <w:tcPr>
            <w:tcW w:w="2880" w:type="dxa"/>
          </w:tcPr>
          <w:p w:rsidR="006F7457" w:rsidRDefault="006F7457"/>
        </w:tc>
      </w:tr>
      <w:tr w:rsidR="006F7457">
        <w:tc>
          <w:tcPr>
            <w:tcW w:w="2880" w:type="dxa"/>
          </w:tcPr>
          <w:p w:rsidR="006F7457" w:rsidRDefault="00332DB8">
            <w:r>
              <w:lastRenderedPageBreak/>
              <w:t>1279.</w:t>
            </w:r>
          </w:p>
        </w:tc>
        <w:tc>
          <w:tcPr>
            <w:tcW w:w="2880" w:type="dxa"/>
          </w:tcPr>
          <w:p w:rsidR="006F7457" w:rsidRDefault="00332DB8">
            <w:r w:rsidRPr="00332DB8">
              <w:rPr>
                <w:lang w:val="ru-RU"/>
              </w:rPr>
              <w:t xml:space="preserve">Видео-файл: «Китайское общежитие», размером 6,09 МБ (6 393 856 байт), общей продолжительностью </w:t>
            </w:r>
            <w:r>
              <w:t>25 секунд (решение Ленинского районного суда города Курска от 10.04.2012);</w:t>
            </w:r>
          </w:p>
        </w:tc>
        <w:tc>
          <w:tcPr>
            <w:tcW w:w="2880" w:type="dxa"/>
          </w:tcPr>
          <w:p w:rsidR="006F7457" w:rsidRDefault="006F7457"/>
        </w:tc>
      </w:tr>
      <w:tr w:rsidR="006F7457" w:rsidRPr="00DD284B">
        <w:tc>
          <w:tcPr>
            <w:tcW w:w="2880" w:type="dxa"/>
          </w:tcPr>
          <w:p w:rsidR="006F7457" w:rsidRDefault="00332DB8">
            <w:r>
              <w:t>1280.</w:t>
            </w:r>
          </w:p>
        </w:tc>
        <w:tc>
          <w:tcPr>
            <w:tcW w:w="2880" w:type="dxa"/>
          </w:tcPr>
          <w:p w:rsidR="006F7457" w:rsidRPr="00332DB8" w:rsidRDefault="00332DB8">
            <w:pPr>
              <w:rPr>
                <w:lang w:val="ru-RU"/>
              </w:rPr>
            </w:pPr>
            <w:r w:rsidRPr="00332DB8">
              <w:rPr>
                <w:lang w:val="ru-RU"/>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w:t>
            </w:r>
            <w:r>
              <w:t>smertputinismu</w:t>
            </w:r>
            <w:r w:rsidRPr="00332DB8">
              <w:rPr>
                <w:lang w:val="ru-RU"/>
              </w:rPr>
              <w:t>@</w:t>
            </w:r>
            <w:r>
              <w:t>smertputinismu</w:t>
            </w:r>
            <w:r w:rsidRPr="00332DB8">
              <w:rPr>
                <w:lang w:val="ru-RU"/>
              </w:rPr>
              <w:t>.</w:t>
            </w:r>
            <w:r>
              <w:t>ru</w:t>
            </w:r>
            <w:r w:rsidRPr="00332DB8">
              <w:rPr>
                <w:lang w:val="ru-RU"/>
              </w:rPr>
              <w:t>», а также опубликован для свободного доступа на следующих интернет-страницах: «</w:t>
            </w:r>
            <w:r>
              <w:t>http</w:t>
            </w:r>
            <w:r w:rsidRPr="00332DB8">
              <w:rPr>
                <w:lang w:val="ru-RU"/>
              </w:rPr>
              <w:t>://</w:t>
            </w:r>
            <w:r>
              <w:t>community</w:t>
            </w:r>
            <w:r w:rsidRPr="00332DB8">
              <w:rPr>
                <w:lang w:val="ru-RU"/>
              </w:rPr>
              <w:t>.</w:t>
            </w:r>
            <w:r>
              <w:t>livejournal</w:t>
            </w:r>
            <w:r w:rsidRPr="00332DB8">
              <w:rPr>
                <w:lang w:val="ru-RU"/>
              </w:rPr>
              <w:t>.</w:t>
            </w:r>
            <w:r>
              <w:t>com</w:t>
            </w:r>
            <w:r w:rsidRPr="00332DB8">
              <w:rPr>
                <w:lang w:val="ru-RU"/>
              </w:rPr>
              <w:t>/_</w:t>
            </w:r>
            <w:r>
              <w:t>politics</w:t>
            </w:r>
            <w:r w:rsidRPr="00332DB8">
              <w:rPr>
                <w:lang w:val="ru-RU"/>
              </w:rPr>
              <w:t>_/5298002.</w:t>
            </w:r>
            <w:r>
              <w:t>htm</w:t>
            </w:r>
            <w:r w:rsidRPr="00332DB8">
              <w:rPr>
                <w:lang w:val="ru-RU"/>
              </w:rPr>
              <w:t>», «</w:t>
            </w:r>
            <w:r>
              <w:t>http</w:t>
            </w:r>
            <w:r w:rsidRPr="00332DB8">
              <w:rPr>
                <w:lang w:val="ru-RU"/>
              </w:rPr>
              <w:t>://</w:t>
            </w:r>
            <w:r>
              <w:t>blog</w:t>
            </w:r>
            <w:r w:rsidRPr="00332DB8">
              <w:rPr>
                <w:lang w:val="ru-RU"/>
              </w:rPr>
              <w:t>.</w:t>
            </w:r>
            <w:r>
              <w:t>imhonet</w:t>
            </w:r>
            <w:r w:rsidRPr="00332DB8">
              <w:rPr>
                <w:lang w:val="ru-RU"/>
              </w:rPr>
              <w:t>.</w:t>
            </w:r>
            <w:r>
              <w:t>ru</w:t>
            </w:r>
            <w:r w:rsidRPr="00332DB8">
              <w:rPr>
                <w:lang w:val="ru-RU"/>
              </w:rPr>
              <w:t>/</w:t>
            </w:r>
            <w:r>
              <w:t>author</w:t>
            </w:r>
            <w:r w:rsidRPr="00332DB8">
              <w:rPr>
                <w:lang w:val="ru-RU"/>
              </w:rPr>
              <w:t>/</w:t>
            </w:r>
            <w:r>
              <w:t>gerbert</w:t>
            </w:r>
            <w:r w:rsidRPr="00332DB8">
              <w:rPr>
                <w:lang w:val="ru-RU"/>
              </w:rPr>
              <w:t>/</w:t>
            </w:r>
            <w:r>
              <w:t>post</w:t>
            </w:r>
            <w:r w:rsidRPr="00332DB8">
              <w:rPr>
                <w:lang w:val="ru-RU"/>
              </w:rPr>
              <w:t>/4851253/», «</w:t>
            </w:r>
            <w:r>
              <w:t>http</w:t>
            </w:r>
            <w:r w:rsidRPr="00332DB8">
              <w:rPr>
                <w:lang w:val="ru-RU"/>
              </w:rPr>
              <w:t>://</w:t>
            </w:r>
            <w:r>
              <w:t>wcb</w:t>
            </w:r>
            <w:r w:rsidRPr="00332DB8">
              <w:rPr>
                <w:lang w:val="ru-RU"/>
              </w:rPr>
              <w:t>.</w:t>
            </w:r>
            <w:r>
              <w:t>ru</w:t>
            </w:r>
            <w:r w:rsidRPr="00332DB8">
              <w:rPr>
                <w:lang w:val="ru-RU"/>
              </w:rPr>
              <w:t>/</w:t>
            </w:r>
            <w:r>
              <w:t>q</w:t>
            </w:r>
            <w:r w:rsidRPr="00332DB8">
              <w:rPr>
                <w:lang w:val="ru-RU"/>
              </w:rPr>
              <w:t>/</w:t>
            </w:r>
            <w:r>
              <w:t>lofiversion</w:t>
            </w:r>
            <w:r w:rsidRPr="00332DB8">
              <w:rPr>
                <w:lang w:val="ru-RU"/>
              </w:rPr>
              <w:t>/</w:t>
            </w:r>
            <w:r>
              <w:t>index</w:t>
            </w:r>
            <w:r w:rsidRPr="00332DB8">
              <w:rPr>
                <w:lang w:val="ru-RU"/>
              </w:rPr>
              <w:t>.</w:t>
            </w:r>
            <w:r>
              <w:t>php</w:t>
            </w:r>
            <w:r w:rsidRPr="00332DB8">
              <w:rPr>
                <w:lang w:val="ru-RU"/>
              </w:rPr>
              <w:t>?</w:t>
            </w:r>
            <w:r>
              <w:t>t</w:t>
            </w:r>
            <w:r w:rsidRPr="00332DB8">
              <w:rPr>
                <w:lang w:val="ru-RU"/>
              </w:rPr>
              <w:t>25518-50.</w:t>
            </w:r>
            <w:r>
              <w:t>html</w:t>
            </w:r>
            <w:r w:rsidRPr="00332DB8">
              <w:rPr>
                <w:lang w:val="ru-RU"/>
              </w:rPr>
              <w:t>», «</w:t>
            </w:r>
            <w:r>
              <w:t>http</w:t>
            </w:r>
            <w:r w:rsidRPr="00332DB8">
              <w:rPr>
                <w:lang w:val="ru-RU"/>
              </w:rPr>
              <w:t>://</w:t>
            </w:r>
            <w:r>
              <w:t>a</w:t>
            </w:r>
            <w:r w:rsidRPr="00332DB8">
              <w:rPr>
                <w:lang w:val="ru-RU"/>
              </w:rPr>
              <w:t>-</w:t>
            </w:r>
            <w:r>
              <w:t>o</w:t>
            </w:r>
            <w:r w:rsidRPr="00332DB8">
              <w:rPr>
                <w:lang w:val="ru-RU"/>
              </w:rPr>
              <w:t>-</w:t>
            </w:r>
            <w:r>
              <w:t>p</w:t>
            </w:r>
            <w:r w:rsidRPr="00332DB8">
              <w:rPr>
                <w:lang w:val="ru-RU"/>
              </w:rPr>
              <w:t>.</w:t>
            </w:r>
            <w:r>
              <w:t>livejournal</w:t>
            </w:r>
            <w:r w:rsidRPr="00332DB8">
              <w:rPr>
                <w:lang w:val="ru-RU"/>
              </w:rPr>
              <w:t>.</w:t>
            </w:r>
            <w:r>
              <w:t>com</w:t>
            </w:r>
            <w:r w:rsidRPr="00332DB8">
              <w:rPr>
                <w:lang w:val="ru-RU"/>
              </w:rPr>
              <w:t>/» (решение Свердловского районного суда города Костромы от 23.04.2012);</w:t>
            </w:r>
          </w:p>
        </w:tc>
        <w:tc>
          <w:tcPr>
            <w:tcW w:w="2880" w:type="dxa"/>
          </w:tcPr>
          <w:p w:rsidR="006F7457" w:rsidRPr="00332DB8" w:rsidRDefault="006F7457">
            <w:pPr>
              <w:rPr>
                <w:lang w:val="ru-RU"/>
              </w:rPr>
            </w:pPr>
          </w:p>
        </w:tc>
      </w:tr>
      <w:tr w:rsidR="006F7457" w:rsidRPr="00DD284B">
        <w:tc>
          <w:tcPr>
            <w:tcW w:w="2880" w:type="dxa"/>
          </w:tcPr>
          <w:p w:rsidR="006F7457" w:rsidRDefault="00332DB8">
            <w:r>
              <w:t>1281.</w:t>
            </w:r>
          </w:p>
        </w:tc>
        <w:tc>
          <w:tcPr>
            <w:tcW w:w="2880" w:type="dxa"/>
          </w:tcPr>
          <w:p w:rsidR="006F7457" w:rsidRPr="00332DB8" w:rsidRDefault="00332DB8">
            <w:pPr>
              <w:rPr>
                <w:lang w:val="ru-RU"/>
              </w:rPr>
            </w:pPr>
            <w:r w:rsidRPr="00332DB8">
              <w:rPr>
                <w:lang w:val="ru-RU"/>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2880" w:type="dxa"/>
          </w:tcPr>
          <w:p w:rsidR="006F7457" w:rsidRPr="00332DB8" w:rsidRDefault="006F7457">
            <w:pPr>
              <w:rPr>
                <w:lang w:val="ru-RU"/>
              </w:rPr>
            </w:pPr>
          </w:p>
        </w:tc>
      </w:tr>
      <w:tr w:rsidR="006F7457" w:rsidRPr="00DD284B">
        <w:tc>
          <w:tcPr>
            <w:tcW w:w="2880" w:type="dxa"/>
          </w:tcPr>
          <w:p w:rsidR="006F7457" w:rsidRDefault="00332DB8">
            <w:r>
              <w:t>1282.</w:t>
            </w:r>
          </w:p>
        </w:tc>
        <w:tc>
          <w:tcPr>
            <w:tcW w:w="2880" w:type="dxa"/>
          </w:tcPr>
          <w:p w:rsidR="006F7457" w:rsidRPr="00332DB8" w:rsidRDefault="00332DB8">
            <w:pPr>
              <w:rPr>
                <w:lang w:val="ru-RU"/>
              </w:rPr>
            </w:pPr>
            <w:r w:rsidRPr="00332DB8">
              <w:rPr>
                <w:lang w:val="ru-RU"/>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2880" w:type="dxa"/>
          </w:tcPr>
          <w:p w:rsidR="006F7457" w:rsidRPr="00332DB8" w:rsidRDefault="006F7457">
            <w:pPr>
              <w:rPr>
                <w:lang w:val="ru-RU"/>
              </w:rPr>
            </w:pPr>
          </w:p>
        </w:tc>
      </w:tr>
      <w:tr w:rsidR="006F7457" w:rsidRPr="00DD284B">
        <w:tc>
          <w:tcPr>
            <w:tcW w:w="2880" w:type="dxa"/>
          </w:tcPr>
          <w:p w:rsidR="006F7457" w:rsidRDefault="00332DB8">
            <w:r>
              <w:t>1283.</w:t>
            </w:r>
          </w:p>
        </w:tc>
        <w:tc>
          <w:tcPr>
            <w:tcW w:w="2880" w:type="dxa"/>
          </w:tcPr>
          <w:p w:rsidR="006F7457" w:rsidRPr="00332DB8" w:rsidRDefault="00332DB8">
            <w:pPr>
              <w:rPr>
                <w:lang w:val="ru-RU"/>
              </w:rPr>
            </w:pPr>
            <w:r w:rsidRPr="00332DB8">
              <w:rPr>
                <w:lang w:val="ru-RU"/>
              </w:rPr>
              <w:t>Видеоролик «Истина» (решение Тушинского районного суда города Москвы от 23.04.2012);</w:t>
            </w:r>
          </w:p>
        </w:tc>
        <w:tc>
          <w:tcPr>
            <w:tcW w:w="2880" w:type="dxa"/>
          </w:tcPr>
          <w:p w:rsidR="006F7457" w:rsidRPr="00332DB8" w:rsidRDefault="006F7457">
            <w:pPr>
              <w:rPr>
                <w:lang w:val="ru-RU"/>
              </w:rPr>
            </w:pPr>
          </w:p>
        </w:tc>
      </w:tr>
      <w:tr w:rsidR="006F7457">
        <w:tc>
          <w:tcPr>
            <w:tcW w:w="2880" w:type="dxa"/>
          </w:tcPr>
          <w:p w:rsidR="006F7457" w:rsidRDefault="00332DB8">
            <w:r>
              <w:lastRenderedPageBreak/>
              <w:t>1284.</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1285.</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1286.</w:t>
            </w:r>
          </w:p>
        </w:tc>
        <w:tc>
          <w:tcPr>
            <w:tcW w:w="2880" w:type="dxa"/>
          </w:tcPr>
          <w:p w:rsidR="006F7457" w:rsidRDefault="00332DB8">
            <w:r>
              <w:t>Исключен;</w:t>
            </w:r>
          </w:p>
        </w:tc>
        <w:tc>
          <w:tcPr>
            <w:tcW w:w="2880" w:type="dxa"/>
          </w:tcPr>
          <w:p w:rsidR="006F7457" w:rsidRDefault="006F7457"/>
        </w:tc>
      </w:tr>
      <w:tr w:rsidR="006F7457" w:rsidRPr="00DD284B">
        <w:tc>
          <w:tcPr>
            <w:tcW w:w="2880" w:type="dxa"/>
          </w:tcPr>
          <w:p w:rsidR="006F7457" w:rsidRDefault="00332DB8">
            <w:r>
              <w:t>1287.</w:t>
            </w:r>
          </w:p>
        </w:tc>
        <w:tc>
          <w:tcPr>
            <w:tcW w:w="2880" w:type="dxa"/>
          </w:tcPr>
          <w:p w:rsidR="006F7457" w:rsidRPr="00332DB8" w:rsidRDefault="00332DB8">
            <w:pPr>
              <w:rPr>
                <w:lang w:val="ru-RU"/>
              </w:rPr>
            </w:pPr>
            <w:r w:rsidRPr="00332DB8">
              <w:rPr>
                <w:lang w:val="ru-RU"/>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города Оренбурга от 21.03.2012 и решение Соль-Илецкого районного суда Оренбургской области от 28.05.2012);</w:t>
            </w:r>
          </w:p>
        </w:tc>
        <w:tc>
          <w:tcPr>
            <w:tcW w:w="2880" w:type="dxa"/>
          </w:tcPr>
          <w:p w:rsidR="006F7457" w:rsidRPr="00332DB8" w:rsidRDefault="006F7457">
            <w:pPr>
              <w:rPr>
                <w:lang w:val="ru-RU"/>
              </w:rPr>
            </w:pPr>
          </w:p>
        </w:tc>
      </w:tr>
      <w:tr w:rsidR="006F7457" w:rsidRPr="00DD284B">
        <w:tc>
          <w:tcPr>
            <w:tcW w:w="2880" w:type="dxa"/>
          </w:tcPr>
          <w:p w:rsidR="006F7457" w:rsidRDefault="00332DB8">
            <w:r>
              <w:t>1288.</w:t>
            </w:r>
          </w:p>
        </w:tc>
        <w:tc>
          <w:tcPr>
            <w:tcW w:w="2880" w:type="dxa"/>
          </w:tcPr>
          <w:p w:rsidR="006F7457" w:rsidRPr="00332DB8" w:rsidRDefault="00332DB8">
            <w:pPr>
              <w:rPr>
                <w:lang w:val="ru-RU"/>
              </w:rPr>
            </w:pPr>
            <w:r w:rsidRPr="00332DB8">
              <w:rPr>
                <w:lang w:val="ru-RU"/>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tc>
          <w:tcPr>
            <w:tcW w:w="2880" w:type="dxa"/>
          </w:tcPr>
          <w:p w:rsidR="006F7457" w:rsidRDefault="00332DB8">
            <w:r>
              <w:t>128</w:t>
            </w:r>
            <w:r>
              <w:lastRenderedPageBreak/>
              <w:t>9.</w:t>
            </w:r>
          </w:p>
        </w:tc>
        <w:tc>
          <w:tcPr>
            <w:tcW w:w="2880" w:type="dxa"/>
          </w:tcPr>
          <w:p w:rsidR="006F7457" w:rsidRDefault="00332DB8">
            <w:r>
              <w:lastRenderedPageBreak/>
              <w:t>Исключен;</w:t>
            </w:r>
          </w:p>
        </w:tc>
        <w:tc>
          <w:tcPr>
            <w:tcW w:w="2880" w:type="dxa"/>
          </w:tcPr>
          <w:p w:rsidR="006F7457" w:rsidRDefault="006F7457"/>
        </w:tc>
      </w:tr>
      <w:tr w:rsidR="006F7457" w:rsidRPr="00DD284B">
        <w:tc>
          <w:tcPr>
            <w:tcW w:w="2880" w:type="dxa"/>
          </w:tcPr>
          <w:p w:rsidR="006F7457" w:rsidRDefault="00332DB8">
            <w:r>
              <w:lastRenderedPageBreak/>
              <w:t>1290.</w:t>
            </w:r>
          </w:p>
        </w:tc>
        <w:tc>
          <w:tcPr>
            <w:tcW w:w="2880" w:type="dxa"/>
          </w:tcPr>
          <w:p w:rsidR="006F7457" w:rsidRPr="00332DB8" w:rsidRDefault="00332DB8">
            <w:pPr>
              <w:rPr>
                <w:lang w:val="ru-RU"/>
              </w:rPr>
            </w:pPr>
            <w:r w:rsidRPr="00332DB8">
              <w:rPr>
                <w:lang w:val="ru-RU"/>
              </w:rPr>
              <w:t>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rsidRPr="00DD284B">
        <w:tc>
          <w:tcPr>
            <w:tcW w:w="2880" w:type="dxa"/>
          </w:tcPr>
          <w:p w:rsidR="006F7457" w:rsidRDefault="00332DB8">
            <w:r>
              <w:t>1291.</w:t>
            </w:r>
          </w:p>
        </w:tc>
        <w:tc>
          <w:tcPr>
            <w:tcW w:w="2880" w:type="dxa"/>
          </w:tcPr>
          <w:p w:rsidR="006F7457" w:rsidRPr="00332DB8" w:rsidRDefault="00332DB8">
            <w:pPr>
              <w:rPr>
                <w:lang w:val="ru-RU"/>
              </w:rPr>
            </w:pPr>
            <w:r w:rsidRPr="00332DB8">
              <w:rPr>
                <w:lang w:val="ru-RU"/>
              </w:rPr>
              <w:t>Книга Сафи ар-Рахман аль-Мубаракфури «Жизнь Пророка» на 652 страницах, 2008 года издания, издательство «</w:t>
            </w:r>
            <w:r>
              <w:t>UMMAH</w:t>
            </w:r>
            <w:r w:rsidRPr="00332DB8">
              <w:rPr>
                <w:lang w:val="ru-RU"/>
              </w:rPr>
              <w:t>»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rsidRPr="00DD284B">
        <w:tc>
          <w:tcPr>
            <w:tcW w:w="2880" w:type="dxa"/>
          </w:tcPr>
          <w:p w:rsidR="006F7457" w:rsidRDefault="00332DB8">
            <w:r>
              <w:t>1292.</w:t>
            </w:r>
          </w:p>
        </w:tc>
        <w:tc>
          <w:tcPr>
            <w:tcW w:w="2880" w:type="dxa"/>
          </w:tcPr>
          <w:p w:rsidR="006F7457" w:rsidRPr="00332DB8" w:rsidRDefault="00332DB8">
            <w:pPr>
              <w:rPr>
                <w:lang w:val="ru-RU"/>
              </w:rPr>
            </w:pPr>
            <w:r w:rsidRPr="00332DB8">
              <w:rPr>
                <w:lang w:val="ru-RU"/>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tc>
          <w:tcPr>
            <w:tcW w:w="2880" w:type="dxa"/>
          </w:tcPr>
          <w:p w:rsidR="006F7457" w:rsidRDefault="00332DB8">
            <w:r>
              <w:t>1293.</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1294.</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lastRenderedPageBreak/>
              <w:t>1295.</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1296.</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1297.</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1298.</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1299.</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130</w:t>
            </w:r>
            <w:r>
              <w:lastRenderedPageBreak/>
              <w:t>0.</w:t>
            </w:r>
          </w:p>
        </w:tc>
        <w:tc>
          <w:tcPr>
            <w:tcW w:w="2880" w:type="dxa"/>
          </w:tcPr>
          <w:p w:rsidR="006F7457" w:rsidRDefault="00332DB8">
            <w:r>
              <w:lastRenderedPageBreak/>
              <w:t>Исключен;</w:t>
            </w:r>
          </w:p>
        </w:tc>
        <w:tc>
          <w:tcPr>
            <w:tcW w:w="2880" w:type="dxa"/>
          </w:tcPr>
          <w:p w:rsidR="006F7457" w:rsidRDefault="006F7457"/>
        </w:tc>
      </w:tr>
      <w:tr w:rsidR="006F7457">
        <w:tc>
          <w:tcPr>
            <w:tcW w:w="2880" w:type="dxa"/>
          </w:tcPr>
          <w:p w:rsidR="006F7457" w:rsidRDefault="00332DB8">
            <w:r>
              <w:lastRenderedPageBreak/>
              <w:t>1301.</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1302.</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1303.</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1304.</w:t>
            </w:r>
          </w:p>
        </w:tc>
        <w:tc>
          <w:tcPr>
            <w:tcW w:w="2880" w:type="dxa"/>
          </w:tcPr>
          <w:p w:rsidR="006F7457" w:rsidRDefault="00332DB8">
            <w:r>
              <w:t>Исключен;</w:t>
            </w:r>
          </w:p>
        </w:tc>
        <w:tc>
          <w:tcPr>
            <w:tcW w:w="2880" w:type="dxa"/>
          </w:tcPr>
          <w:p w:rsidR="006F7457" w:rsidRDefault="006F7457"/>
        </w:tc>
      </w:tr>
      <w:tr w:rsidR="006F7457" w:rsidRPr="00DD284B">
        <w:tc>
          <w:tcPr>
            <w:tcW w:w="2880" w:type="dxa"/>
          </w:tcPr>
          <w:p w:rsidR="006F7457" w:rsidRDefault="00332DB8">
            <w:r>
              <w:t>1305.</w:t>
            </w:r>
          </w:p>
        </w:tc>
        <w:tc>
          <w:tcPr>
            <w:tcW w:w="2880" w:type="dxa"/>
          </w:tcPr>
          <w:p w:rsidR="006F7457" w:rsidRPr="00332DB8" w:rsidRDefault="00332DB8">
            <w:pPr>
              <w:rPr>
                <w:lang w:val="ru-RU"/>
              </w:rPr>
            </w:pPr>
            <w:r w:rsidRPr="00332DB8">
              <w:rPr>
                <w:lang w:val="ru-RU"/>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1306.</w:t>
            </w:r>
          </w:p>
        </w:tc>
        <w:tc>
          <w:tcPr>
            <w:tcW w:w="2880" w:type="dxa"/>
          </w:tcPr>
          <w:p w:rsidR="006F7457" w:rsidRPr="00332DB8" w:rsidRDefault="00332DB8">
            <w:pPr>
              <w:rPr>
                <w:lang w:val="ru-RU"/>
              </w:rPr>
            </w:pPr>
            <w:r w:rsidRPr="00332DB8">
              <w:rPr>
                <w:lang w:val="ru-RU"/>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tc>
          <w:tcPr>
            <w:tcW w:w="2880" w:type="dxa"/>
          </w:tcPr>
          <w:p w:rsidR="006F7457" w:rsidRDefault="00332DB8">
            <w:r>
              <w:t>1307.</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1308.</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1309.</w:t>
            </w:r>
          </w:p>
        </w:tc>
        <w:tc>
          <w:tcPr>
            <w:tcW w:w="2880" w:type="dxa"/>
          </w:tcPr>
          <w:p w:rsidR="006F7457" w:rsidRDefault="00332DB8">
            <w:r>
              <w:t>Исключен;</w:t>
            </w:r>
          </w:p>
        </w:tc>
        <w:tc>
          <w:tcPr>
            <w:tcW w:w="2880" w:type="dxa"/>
          </w:tcPr>
          <w:p w:rsidR="006F7457" w:rsidRDefault="006F7457"/>
        </w:tc>
      </w:tr>
      <w:tr w:rsidR="006F7457" w:rsidRPr="00DD284B">
        <w:tc>
          <w:tcPr>
            <w:tcW w:w="2880" w:type="dxa"/>
          </w:tcPr>
          <w:p w:rsidR="006F7457" w:rsidRDefault="00332DB8">
            <w:r>
              <w:t>1310.</w:t>
            </w:r>
          </w:p>
        </w:tc>
        <w:tc>
          <w:tcPr>
            <w:tcW w:w="2880" w:type="dxa"/>
          </w:tcPr>
          <w:p w:rsidR="006F7457" w:rsidRPr="00332DB8" w:rsidRDefault="00332DB8">
            <w:pPr>
              <w:rPr>
                <w:lang w:val="ru-RU"/>
              </w:rPr>
            </w:pPr>
            <w:r w:rsidRPr="00332DB8">
              <w:rPr>
                <w:lang w:val="ru-RU"/>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tc>
          <w:tcPr>
            <w:tcW w:w="2880" w:type="dxa"/>
          </w:tcPr>
          <w:p w:rsidR="006F7457" w:rsidRDefault="00332DB8">
            <w:r>
              <w:t>131</w:t>
            </w:r>
            <w:r>
              <w:lastRenderedPageBreak/>
              <w:t>1.</w:t>
            </w:r>
          </w:p>
        </w:tc>
        <w:tc>
          <w:tcPr>
            <w:tcW w:w="2880" w:type="dxa"/>
          </w:tcPr>
          <w:p w:rsidR="006F7457" w:rsidRDefault="00332DB8">
            <w:r>
              <w:lastRenderedPageBreak/>
              <w:t>Исключен;</w:t>
            </w:r>
          </w:p>
        </w:tc>
        <w:tc>
          <w:tcPr>
            <w:tcW w:w="2880" w:type="dxa"/>
          </w:tcPr>
          <w:p w:rsidR="006F7457" w:rsidRDefault="006F7457"/>
        </w:tc>
      </w:tr>
      <w:tr w:rsidR="006F7457">
        <w:tc>
          <w:tcPr>
            <w:tcW w:w="2880" w:type="dxa"/>
          </w:tcPr>
          <w:p w:rsidR="006F7457" w:rsidRDefault="00332DB8">
            <w:r>
              <w:lastRenderedPageBreak/>
              <w:t>1312.</w:t>
            </w:r>
          </w:p>
        </w:tc>
        <w:tc>
          <w:tcPr>
            <w:tcW w:w="2880" w:type="dxa"/>
          </w:tcPr>
          <w:p w:rsidR="006F7457" w:rsidRDefault="00332DB8">
            <w:r>
              <w:t>Исключен;</w:t>
            </w:r>
          </w:p>
        </w:tc>
        <w:tc>
          <w:tcPr>
            <w:tcW w:w="2880" w:type="dxa"/>
          </w:tcPr>
          <w:p w:rsidR="006F7457" w:rsidRDefault="006F7457"/>
        </w:tc>
      </w:tr>
      <w:tr w:rsidR="006F7457" w:rsidRPr="00DD284B">
        <w:tc>
          <w:tcPr>
            <w:tcW w:w="2880" w:type="dxa"/>
          </w:tcPr>
          <w:p w:rsidR="006F7457" w:rsidRDefault="00332DB8">
            <w:r>
              <w:t>1313.</w:t>
            </w:r>
          </w:p>
        </w:tc>
        <w:tc>
          <w:tcPr>
            <w:tcW w:w="2880" w:type="dxa"/>
          </w:tcPr>
          <w:p w:rsidR="006F7457" w:rsidRPr="00332DB8" w:rsidRDefault="00332DB8">
            <w:pPr>
              <w:rPr>
                <w:lang w:val="ru-RU"/>
              </w:rPr>
            </w:pPr>
            <w:r w:rsidRPr="00332DB8">
              <w:rPr>
                <w:lang w:val="ru-RU"/>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tc>
          <w:tcPr>
            <w:tcW w:w="2880" w:type="dxa"/>
          </w:tcPr>
          <w:p w:rsidR="006F7457" w:rsidRDefault="00332DB8">
            <w:r>
              <w:t>1314.</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1315.</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1316.</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lastRenderedPageBreak/>
              <w:t>1317.</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1318.</w:t>
            </w:r>
          </w:p>
        </w:tc>
        <w:tc>
          <w:tcPr>
            <w:tcW w:w="2880" w:type="dxa"/>
          </w:tcPr>
          <w:p w:rsidR="006F7457" w:rsidRDefault="00332DB8">
            <w:r>
              <w:t>Исключен;</w:t>
            </w:r>
          </w:p>
        </w:tc>
        <w:tc>
          <w:tcPr>
            <w:tcW w:w="2880" w:type="dxa"/>
          </w:tcPr>
          <w:p w:rsidR="006F7457" w:rsidRDefault="006F7457"/>
        </w:tc>
      </w:tr>
      <w:tr w:rsidR="006F7457" w:rsidRPr="00DD284B">
        <w:tc>
          <w:tcPr>
            <w:tcW w:w="2880" w:type="dxa"/>
          </w:tcPr>
          <w:p w:rsidR="006F7457" w:rsidRDefault="00332DB8">
            <w:r>
              <w:t>1319.</w:t>
            </w:r>
          </w:p>
        </w:tc>
        <w:tc>
          <w:tcPr>
            <w:tcW w:w="2880" w:type="dxa"/>
          </w:tcPr>
          <w:p w:rsidR="006F7457" w:rsidRPr="00332DB8" w:rsidRDefault="00332DB8">
            <w:pPr>
              <w:rPr>
                <w:lang w:val="ru-RU"/>
              </w:rPr>
            </w:pPr>
            <w:r w:rsidRPr="00332DB8">
              <w:rPr>
                <w:lang w:val="ru-RU"/>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tc>
          <w:tcPr>
            <w:tcW w:w="2880" w:type="dxa"/>
          </w:tcPr>
          <w:p w:rsidR="006F7457" w:rsidRDefault="00332DB8">
            <w:r>
              <w:t>1320.</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1321.</w:t>
            </w:r>
          </w:p>
        </w:tc>
        <w:tc>
          <w:tcPr>
            <w:tcW w:w="2880" w:type="dxa"/>
          </w:tcPr>
          <w:p w:rsidR="006F7457" w:rsidRDefault="00332DB8">
            <w:r>
              <w:t>Исключен;</w:t>
            </w:r>
          </w:p>
        </w:tc>
        <w:tc>
          <w:tcPr>
            <w:tcW w:w="2880" w:type="dxa"/>
          </w:tcPr>
          <w:p w:rsidR="006F7457" w:rsidRDefault="006F7457"/>
        </w:tc>
      </w:tr>
      <w:tr w:rsidR="006F7457" w:rsidRPr="00DD284B">
        <w:tc>
          <w:tcPr>
            <w:tcW w:w="2880" w:type="dxa"/>
          </w:tcPr>
          <w:p w:rsidR="006F7457" w:rsidRDefault="00332DB8">
            <w:r>
              <w:t>132</w:t>
            </w:r>
            <w:r>
              <w:lastRenderedPageBreak/>
              <w:t>2.</w:t>
            </w:r>
          </w:p>
        </w:tc>
        <w:tc>
          <w:tcPr>
            <w:tcW w:w="2880" w:type="dxa"/>
          </w:tcPr>
          <w:p w:rsidR="006F7457" w:rsidRPr="00332DB8" w:rsidRDefault="00332DB8">
            <w:pPr>
              <w:rPr>
                <w:lang w:val="ru-RU"/>
              </w:rPr>
            </w:pPr>
            <w:r w:rsidRPr="00332DB8">
              <w:rPr>
                <w:lang w:val="ru-RU"/>
              </w:rPr>
              <w:lastRenderedPageBreak/>
              <w:t xml:space="preserve">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w:t>
            </w:r>
            <w:r w:rsidRPr="00332DB8">
              <w:rPr>
                <w:lang w:val="ru-RU"/>
              </w:rPr>
              <w:lastRenderedPageBreak/>
              <w:t>районного суда г. Оренбурга от 25.05.2015);</w:t>
            </w:r>
          </w:p>
        </w:tc>
        <w:tc>
          <w:tcPr>
            <w:tcW w:w="2880" w:type="dxa"/>
          </w:tcPr>
          <w:p w:rsidR="006F7457" w:rsidRPr="00332DB8" w:rsidRDefault="006F7457">
            <w:pPr>
              <w:rPr>
                <w:lang w:val="ru-RU"/>
              </w:rPr>
            </w:pPr>
          </w:p>
        </w:tc>
      </w:tr>
      <w:tr w:rsidR="006F7457">
        <w:tc>
          <w:tcPr>
            <w:tcW w:w="2880" w:type="dxa"/>
          </w:tcPr>
          <w:p w:rsidR="006F7457" w:rsidRDefault="00332DB8">
            <w:r>
              <w:lastRenderedPageBreak/>
              <w:t>1323.</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1324.</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1325.</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1326.</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1327.</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lastRenderedPageBreak/>
              <w:t>1328.</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1329.</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1330.</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1331.</w:t>
            </w:r>
          </w:p>
        </w:tc>
        <w:tc>
          <w:tcPr>
            <w:tcW w:w="2880" w:type="dxa"/>
          </w:tcPr>
          <w:p w:rsidR="006F7457" w:rsidRDefault="00332DB8">
            <w:r>
              <w:t>Исключен;</w:t>
            </w:r>
          </w:p>
        </w:tc>
        <w:tc>
          <w:tcPr>
            <w:tcW w:w="2880" w:type="dxa"/>
          </w:tcPr>
          <w:p w:rsidR="006F7457" w:rsidRDefault="006F7457"/>
        </w:tc>
      </w:tr>
      <w:tr w:rsidR="006F7457" w:rsidRPr="00DD284B">
        <w:tc>
          <w:tcPr>
            <w:tcW w:w="2880" w:type="dxa"/>
          </w:tcPr>
          <w:p w:rsidR="006F7457" w:rsidRDefault="00332DB8">
            <w:r>
              <w:t>1332.</w:t>
            </w:r>
          </w:p>
        </w:tc>
        <w:tc>
          <w:tcPr>
            <w:tcW w:w="2880" w:type="dxa"/>
          </w:tcPr>
          <w:p w:rsidR="006F7457" w:rsidRPr="00332DB8" w:rsidRDefault="00332DB8">
            <w:pPr>
              <w:rPr>
                <w:lang w:val="ru-RU"/>
              </w:rPr>
            </w:pPr>
            <w:r w:rsidRPr="00332DB8">
              <w:rPr>
                <w:lang w:val="ru-RU"/>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tc>
          <w:tcPr>
            <w:tcW w:w="2880" w:type="dxa"/>
          </w:tcPr>
          <w:p w:rsidR="006F7457" w:rsidRDefault="00332DB8">
            <w:r>
              <w:t>133</w:t>
            </w:r>
            <w:r>
              <w:lastRenderedPageBreak/>
              <w:t>3.</w:t>
            </w:r>
          </w:p>
        </w:tc>
        <w:tc>
          <w:tcPr>
            <w:tcW w:w="2880" w:type="dxa"/>
          </w:tcPr>
          <w:p w:rsidR="006F7457" w:rsidRDefault="00332DB8">
            <w:r>
              <w:lastRenderedPageBreak/>
              <w:t>Исключен;</w:t>
            </w:r>
          </w:p>
        </w:tc>
        <w:tc>
          <w:tcPr>
            <w:tcW w:w="2880" w:type="dxa"/>
          </w:tcPr>
          <w:p w:rsidR="006F7457" w:rsidRDefault="006F7457"/>
        </w:tc>
      </w:tr>
      <w:tr w:rsidR="006F7457">
        <w:tc>
          <w:tcPr>
            <w:tcW w:w="2880" w:type="dxa"/>
          </w:tcPr>
          <w:p w:rsidR="006F7457" w:rsidRDefault="00332DB8">
            <w:r>
              <w:lastRenderedPageBreak/>
              <w:t>1334.</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1335.</w:t>
            </w:r>
          </w:p>
        </w:tc>
        <w:tc>
          <w:tcPr>
            <w:tcW w:w="2880" w:type="dxa"/>
          </w:tcPr>
          <w:p w:rsidR="006F7457" w:rsidRDefault="00332DB8">
            <w:r>
              <w:t>Исключен;</w:t>
            </w:r>
          </w:p>
        </w:tc>
        <w:tc>
          <w:tcPr>
            <w:tcW w:w="2880" w:type="dxa"/>
          </w:tcPr>
          <w:p w:rsidR="006F7457" w:rsidRDefault="006F7457"/>
        </w:tc>
      </w:tr>
      <w:tr w:rsidR="006F7457" w:rsidRPr="00DD284B">
        <w:tc>
          <w:tcPr>
            <w:tcW w:w="2880" w:type="dxa"/>
          </w:tcPr>
          <w:p w:rsidR="006F7457" w:rsidRDefault="00332DB8">
            <w:r>
              <w:t>1336.</w:t>
            </w:r>
          </w:p>
        </w:tc>
        <w:tc>
          <w:tcPr>
            <w:tcW w:w="2880" w:type="dxa"/>
          </w:tcPr>
          <w:p w:rsidR="006F7457" w:rsidRPr="00332DB8" w:rsidRDefault="00332DB8">
            <w:pPr>
              <w:rPr>
                <w:lang w:val="ru-RU"/>
              </w:rPr>
            </w:pPr>
            <w:r w:rsidRPr="00332DB8">
              <w:rPr>
                <w:lang w:val="ru-RU"/>
              </w:rPr>
              <w:t xml:space="preserve">Книга Ф.Гюлена «Сомнения порожденные веком», том первый, на 224 страницах, 1999 года издания, перевод с турецкого Байрамовой С.С., издательство </w:t>
            </w:r>
            <w:r>
              <w:t>KAYNAK</w:t>
            </w:r>
            <w:r w:rsidRPr="00332DB8">
              <w:rPr>
                <w:lang w:val="ru-RU"/>
              </w:rPr>
              <w:t xml:space="preserve">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rsidRPr="00DD284B">
        <w:tc>
          <w:tcPr>
            <w:tcW w:w="2880" w:type="dxa"/>
          </w:tcPr>
          <w:p w:rsidR="006F7457" w:rsidRDefault="00332DB8">
            <w:r>
              <w:t>1337.</w:t>
            </w:r>
          </w:p>
        </w:tc>
        <w:tc>
          <w:tcPr>
            <w:tcW w:w="2880" w:type="dxa"/>
          </w:tcPr>
          <w:p w:rsidR="006F7457" w:rsidRPr="00332DB8" w:rsidRDefault="00332DB8">
            <w:pPr>
              <w:rPr>
                <w:lang w:val="ru-RU"/>
              </w:rPr>
            </w:pPr>
            <w:r w:rsidRPr="00332DB8">
              <w:rPr>
                <w:lang w:val="ru-RU"/>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rsidRPr="00DD284B">
        <w:tc>
          <w:tcPr>
            <w:tcW w:w="2880" w:type="dxa"/>
          </w:tcPr>
          <w:p w:rsidR="006F7457" w:rsidRDefault="00332DB8">
            <w:r>
              <w:t>1338.</w:t>
            </w:r>
          </w:p>
        </w:tc>
        <w:tc>
          <w:tcPr>
            <w:tcW w:w="2880" w:type="dxa"/>
          </w:tcPr>
          <w:p w:rsidR="006F7457" w:rsidRPr="00332DB8" w:rsidRDefault="00332DB8">
            <w:pPr>
              <w:rPr>
                <w:lang w:val="ru-RU"/>
              </w:rPr>
            </w:pPr>
            <w:r w:rsidRPr="00332DB8">
              <w:rPr>
                <w:lang w:val="ru-RU"/>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1339.</w:t>
            </w:r>
          </w:p>
        </w:tc>
        <w:tc>
          <w:tcPr>
            <w:tcW w:w="2880" w:type="dxa"/>
          </w:tcPr>
          <w:p w:rsidR="006F7457" w:rsidRPr="00332DB8" w:rsidRDefault="00332DB8">
            <w:pPr>
              <w:rPr>
                <w:lang w:val="ru-RU"/>
              </w:rPr>
            </w:pPr>
            <w:r w:rsidRPr="00332DB8">
              <w:rPr>
                <w:lang w:val="ru-RU"/>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rsidRPr="00DD284B">
        <w:tc>
          <w:tcPr>
            <w:tcW w:w="2880" w:type="dxa"/>
          </w:tcPr>
          <w:p w:rsidR="006F7457" w:rsidRDefault="00332DB8">
            <w:r>
              <w:t>1340.</w:t>
            </w:r>
          </w:p>
        </w:tc>
        <w:tc>
          <w:tcPr>
            <w:tcW w:w="2880" w:type="dxa"/>
          </w:tcPr>
          <w:p w:rsidR="006F7457" w:rsidRPr="00332DB8" w:rsidRDefault="00332DB8">
            <w:pPr>
              <w:rPr>
                <w:lang w:val="ru-RU"/>
              </w:rPr>
            </w:pPr>
            <w:r w:rsidRPr="00332DB8">
              <w:rPr>
                <w:lang w:val="ru-RU"/>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tc>
          <w:tcPr>
            <w:tcW w:w="2880" w:type="dxa"/>
          </w:tcPr>
          <w:p w:rsidR="006F7457" w:rsidRDefault="00332DB8">
            <w:r>
              <w:t>1341.</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1342.</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1343.</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134</w:t>
            </w:r>
            <w:r>
              <w:lastRenderedPageBreak/>
              <w:t>4.</w:t>
            </w:r>
          </w:p>
        </w:tc>
        <w:tc>
          <w:tcPr>
            <w:tcW w:w="2880" w:type="dxa"/>
          </w:tcPr>
          <w:p w:rsidR="006F7457" w:rsidRDefault="00332DB8">
            <w:r>
              <w:lastRenderedPageBreak/>
              <w:t>Исключен;</w:t>
            </w:r>
          </w:p>
        </w:tc>
        <w:tc>
          <w:tcPr>
            <w:tcW w:w="2880" w:type="dxa"/>
          </w:tcPr>
          <w:p w:rsidR="006F7457" w:rsidRDefault="006F7457"/>
        </w:tc>
      </w:tr>
      <w:tr w:rsidR="006F7457" w:rsidRPr="00DD284B">
        <w:tc>
          <w:tcPr>
            <w:tcW w:w="2880" w:type="dxa"/>
          </w:tcPr>
          <w:p w:rsidR="006F7457" w:rsidRDefault="00332DB8">
            <w:r>
              <w:lastRenderedPageBreak/>
              <w:t>1345.</w:t>
            </w:r>
          </w:p>
        </w:tc>
        <w:tc>
          <w:tcPr>
            <w:tcW w:w="2880" w:type="dxa"/>
          </w:tcPr>
          <w:p w:rsidR="006F7457" w:rsidRPr="00332DB8" w:rsidRDefault="00332DB8">
            <w:pPr>
              <w:rPr>
                <w:lang w:val="ru-RU"/>
              </w:rPr>
            </w:pPr>
            <w:r w:rsidRPr="00332DB8">
              <w:rPr>
                <w:lang w:val="ru-RU"/>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6F7457" w:rsidRPr="00332DB8" w:rsidRDefault="006F7457">
            <w:pPr>
              <w:rPr>
                <w:lang w:val="ru-RU"/>
              </w:rPr>
            </w:pPr>
          </w:p>
        </w:tc>
      </w:tr>
      <w:tr w:rsidR="006F7457">
        <w:tc>
          <w:tcPr>
            <w:tcW w:w="2880" w:type="dxa"/>
          </w:tcPr>
          <w:p w:rsidR="006F7457" w:rsidRDefault="00332DB8">
            <w:r>
              <w:t>1346.</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1347.</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1348.</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1349.</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lastRenderedPageBreak/>
              <w:t>1350.</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1351.</w:t>
            </w:r>
          </w:p>
        </w:tc>
        <w:tc>
          <w:tcPr>
            <w:tcW w:w="2880" w:type="dxa"/>
          </w:tcPr>
          <w:p w:rsidR="006F7457" w:rsidRDefault="00332DB8">
            <w:r>
              <w:t>Исключен;</w:t>
            </w:r>
          </w:p>
        </w:tc>
        <w:tc>
          <w:tcPr>
            <w:tcW w:w="2880" w:type="dxa"/>
          </w:tcPr>
          <w:p w:rsidR="006F7457" w:rsidRDefault="006F7457"/>
        </w:tc>
      </w:tr>
      <w:tr w:rsidR="006F7457" w:rsidRPr="00DD284B">
        <w:tc>
          <w:tcPr>
            <w:tcW w:w="2880" w:type="dxa"/>
          </w:tcPr>
          <w:p w:rsidR="006F7457" w:rsidRDefault="00332DB8">
            <w:r>
              <w:t>1352.</w:t>
            </w:r>
          </w:p>
        </w:tc>
        <w:tc>
          <w:tcPr>
            <w:tcW w:w="2880" w:type="dxa"/>
          </w:tcPr>
          <w:p w:rsidR="006F7457" w:rsidRPr="00332DB8" w:rsidRDefault="00332DB8">
            <w:pPr>
              <w:rPr>
                <w:lang w:val="ru-RU"/>
              </w:rPr>
            </w:pPr>
            <w:r>
              <w:t>C</w:t>
            </w:r>
            <w:r w:rsidRPr="00332DB8">
              <w:rPr>
                <w:lang w:val="ru-RU"/>
              </w:rPr>
              <w:t>татья «</w:t>
            </w:r>
            <w:r>
              <w:t>II</w:t>
            </w:r>
            <w:r w:rsidRPr="00332DB8">
              <w:rPr>
                <w:lang w:val="ru-RU"/>
              </w:rPr>
              <w:t xml:space="preserve">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2880" w:type="dxa"/>
          </w:tcPr>
          <w:p w:rsidR="006F7457" w:rsidRPr="00332DB8" w:rsidRDefault="006F7457">
            <w:pPr>
              <w:rPr>
                <w:lang w:val="ru-RU"/>
              </w:rPr>
            </w:pPr>
          </w:p>
        </w:tc>
      </w:tr>
      <w:tr w:rsidR="006F7457" w:rsidRPr="00DD284B">
        <w:tc>
          <w:tcPr>
            <w:tcW w:w="2880" w:type="dxa"/>
          </w:tcPr>
          <w:p w:rsidR="006F7457" w:rsidRDefault="00332DB8">
            <w:r>
              <w:t>1353.</w:t>
            </w:r>
          </w:p>
        </w:tc>
        <w:tc>
          <w:tcPr>
            <w:tcW w:w="2880" w:type="dxa"/>
          </w:tcPr>
          <w:p w:rsidR="006F7457" w:rsidRPr="00332DB8" w:rsidRDefault="00332DB8">
            <w:pPr>
              <w:rPr>
                <w:lang w:val="ru-RU"/>
              </w:rPr>
            </w:pPr>
            <w:r w:rsidRPr="00332DB8">
              <w:rPr>
                <w:lang w:val="ru-RU"/>
              </w:rPr>
              <w:t>Видеоролик «Казнь пяти оккупантов НС-бойцами.</w:t>
            </w:r>
            <w:r>
              <w:t>flx</w:t>
            </w:r>
            <w:r w:rsidRPr="00332DB8">
              <w:rPr>
                <w:lang w:val="ru-RU"/>
              </w:rPr>
              <w:t xml:space="preserve">», размещенный в сети Интернет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rsidR="006F7457" w:rsidRPr="00332DB8" w:rsidRDefault="006F7457">
            <w:pPr>
              <w:rPr>
                <w:lang w:val="ru-RU"/>
              </w:rPr>
            </w:pPr>
          </w:p>
        </w:tc>
      </w:tr>
      <w:tr w:rsidR="006F7457" w:rsidRPr="00DD284B">
        <w:tc>
          <w:tcPr>
            <w:tcW w:w="2880" w:type="dxa"/>
          </w:tcPr>
          <w:p w:rsidR="006F7457" w:rsidRDefault="00332DB8">
            <w:r>
              <w:t>1354.</w:t>
            </w:r>
          </w:p>
        </w:tc>
        <w:tc>
          <w:tcPr>
            <w:tcW w:w="2880" w:type="dxa"/>
          </w:tcPr>
          <w:p w:rsidR="006F7457" w:rsidRPr="00332DB8" w:rsidRDefault="00332DB8">
            <w:pPr>
              <w:rPr>
                <w:lang w:val="ru-RU"/>
              </w:rPr>
            </w:pPr>
            <w:r w:rsidRPr="00332DB8">
              <w:rPr>
                <w:lang w:val="ru-RU"/>
              </w:rPr>
              <w:t>Видеоролик «Скины.</w:t>
            </w:r>
            <w:r>
              <w:t>flx</w:t>
            </w:r>
            <w:r w:rsidRPr="00332DB8">
              <w:rPr>
                <w:lang w:val="ru-RU"/>
              </w:rPr>
              <w:t xml:space="preserve">», размещенный в сети Интернет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rsidR="006F7457" w:rsidRPr="00332DB8" w:rsidRDefault="006F7457">
            <w:pPr>
              <w:rPr>
                <w:lang w:val="ru-RU"/>
              </w:rPr>
            </w:pPr>
          </w:p>
        </w:tc>
      </w:tr>
      <w:tr w:rsidR="006F7457" w:rsidRPr="00DD284B">
        <w:tc>
          <w:tcPr>
            <w:tcW w:w="2880" w:type="dxa"/>
          </w:tcPr>
          <w:p w:rsidR="006F7457" w:rsidRDefault="00332DB8">
            <w:r>
              <w:t>135</w:t>
            </w:r>
            <w:r>
              <w:lastRenderedPageBreak/>
              <w:t>5.</w:t>
            </w:r>
          </w:p>
        </w:tc>
        <w:tc>
          <w:tcPr>
            <w:tcW w:w="2880" w:type="dxa"/>
          </w:tcPr>
          <w:p w:rsidR="006F7457" w:rsidRPr="00332DB8" w:rsidRDefault="00332DB8">
            <w:pPr>
              <w:rPr>
                <w:lang w:val="ru-RU"/>
              </w:rPr>
            </w:pPr>
            <w:r w:rsidRPr="00332DB8">
              <w:rPr>
                <w:lang w:val="ru-RU"/>
              </w:rPr>
              <w:lastRenderedPageBreak/>
              <w:t>Видеоролик «С новым годом 2010 поздравьте чурок.</w:t>
            </w:r>
            <w:r>
              <w:t>flx</w:t>
            </w:r>
            <w:r w:rsidRPr="00332DB8">
              <w:rPr>
                <w:lang w:val="ru-RU"/>
              </w:rPr>
              <w:t xml:space="preserve">», размещенный в сети Интернет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 xml:space="preserve">33560673 на персональной странице Новикова Александра Михайловича (решение </w:t>
            </w:r>
            <w:r w:rsidRPr="00332DB8">
              <w:rPr>
                <w:lang w:val="ru-RU"/>
              </w:rPr>
              <w:lastRenderedPageBreak/>
              <w:t>Апатитского городского суда Мурманской области от 10.04.2012);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1356.</w:t>
            </w:r>
          </w:p>
        </w:tc>
        <w:tc>
          <w:tcPr>
            <w:tcW w:w="2880" w:type="dxa"/>
          </w:tcPr>
          <w:p w:rsidR="006F7457" w:rsidRPr="00332DB8" w:rsidRDefault="00332DB8">
            <w:pPr>
              <w:rPr>
                <w:lang w:val="ru-RU"/>
              </w:rPr>
            </w:pPr>
            <w:r w:rsidRPr="00332DB8">
              <w:rPr>
                <w:lang w:val="ru-RU"/>
              </w:rPr>
              <w:t>Видеоролик «Скинхеды жестоко наказывают хачей.</w:t>
            </w:r>
            <w:r>
              <w:t>flx</w:t>
            </w:r>
            <w:r w:rsidRPr="00332DB8">
              <w:rPr>
                <w:lang w:val="ru-RU"/>
              </w:rPr>
              <w:t xml:space="preserve">», размещенный в сети Интернет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rsidR="006F7457" w:rsidRPr="00332DB8" w:rsidRDefault="006F7457">
            <w:pPr>
              <w:rPr>
                <w:lang w:val="ru-RU"/>
              </w:rPr>
            </w:pPr>
          </w:p>
        </w:tc>
      </w:tr>
      <w:tr w:rsidR="006F7457">
        <w:tc>
          <w:tcPr>
            <w:tcW w:w="2880" w:type="dxa"/>
          </w:tcPr>
          <w:p w:rsidR="006F7457" w:rsidRDefault="00332DB8">
            <w:r>
              <w:t>1357.</w:t>
            </w:r>
          </w:p>
        </w:tc>
        <w:tc>
          <w:tcPr>
            <w:tcW w:w="2880" w:type="dxa"/>
          </w:tcPr>
          <w:p w:rsidR="006F7457" w:rsidRDefault="00332DB8">
            <w:r w:rsidRPr="00332DB8">
              <w:rPr>
                <w:lang w:val="ru-RU"/>
              </w:rPr>
              <w:t>Видеофайл «Гелаевский спецназ», расположенный на компакт-диске «</w:t>
            </w:r>
            <w:r>
              <w:t>SONY</w:t>
            </w:r>
            <w:r w:rsidRPr="00332DB8">
              <w:rPr>
                <w:lang w:val="ru-RU"/>
              </w:rPr>
              <w:t xml:space="preserve">» формата </w:t>
            </w:r>
            <w:r>
              <w:t>CD</w:t>
            </w:r>
            <w:r w:rsidRPr="00332DB8">
              <w:rPr>
                <w:lang w:val="ru-RU"/>
              </w:rPr>
              <w:t>-</w:t>
            </w:r>
            <w:r>
              <w:t>R</w:t>
            </w:r>
            <w:r w:rsidRPr="00332DB8">
              <w:rPr>
                <w:lang w:val="ru-RU"/>
              </w:rPr>
              <w:t xml:space="preserve"> с надписью </w:t>
            </w:r>
            <w:r>
              <w:t>«Наров» (решение Успенского районного суда Краснодарского края от 05.04.2012);</w:t>
            </w:r>
          </w:p>
        </w:tc>
        <w:tc>
          <w:tcPr>
            <w:tcW w:w="2880" w:type="dxa"/>
          </w:tcPr>
          <w:p w:rsidR="006F7457" w:rsidRDefault="006F7457"/>
        </w:tc>
      </w:tr>
      <w:tr w:rsidR="006F7457">
        <w:tc>
          <w:tcPr>
            <w:tcW w:w="2880" w:type="dxa"/>
          </w:tcPr>
          <w:p w:rsidR="006F7457" w:rsidRDefault="00332DB8">
            <w:r>
              <w:t>1358.</w:t>
            </w:r>
          </w:p>
        </w:tc>
        <w:tc>
          <w:tcPr>
            <w:tcW w:w="2880" w:type="dxa"/>
          </w:tcPr>
          <w:p w:rsidR="006F7457" w:rsidRDefault="00332DB8">
            <w:r w:rsidRPr="00332DB8">
              <w:rPr>
                <w:lang w:val="ru-RU"/>
              </w:rPr>
              <w:t>Видеофайл «Кавказ и фашизм», расположенный на компакт-диске «</w:t>
            </w:r>
            <w:r>
              <w:t>SONY</w:t>
            </w:r>
            <w:r w:rsidRPr="00332DB8">
              <w:rPr>
                <w:lang w:val="ru-RU"/>
              </w:rPr>
              <w:t xml:space="preserve">» формата </w:t>
            </w:r>
            <w:r>
              <w:t>CD</w:t>
            </w:r>
            <w:r w:rsidRPr="00332DB8">
              <w:rPr>
                <w:lang w:val="ru-RU"/>
              </w:rPr>
              <w:t>-</w:t>
            </w:r>
            <w:r>
              <w:t>R</w:t>
            </w:r>
            <w:r w:rsidRPr="00332DB8">
              <w:rPr>
                <w:lang w:val="ru-RU"/>
              </w:rPr>
              <w:t xml:space="preserve"> с надписью </w:t>
            </w:r>
            <w:r>
              <w:t>«Наров» (решение Успенского районного суда Краснодарского края от 05.04.2012);</w:t>
            </w:r>
          </w:p>
        </w:tc>
        <w:tc>
          <w:tcPr>
            <w:tcW w:w="2880" w:type="dxa"/>
          </w:tcPr>
          <w:p w:rsidR="006F7457" w:rsidRDefault="006F7457"/>
        </w:tc>
      </w:tr>
      <w:tr w:rsidR="006F7457">
        <w:tc>
          <w:tcPr>
            <w:tcW w:w="2880" w:type="dxa"/>
          </w:tcPr>
          <w:p w:rsidR="006F7457" w:rsidRDefault="00332DB8">
            <w:r>
              <w:t>1359.</w:t>
            </w:r>
          </w:p>
        </w:tc>
        <w:tc>
          <w:tcPr>
            <w:tcW w:w="2880" w:type="dxa"/>
          </w:tcPr>
          <w:p w:rsidR="006F7457" w:rsidRDefault="00332DB8">
            <w:r w:rsidRPr="00332DB8">
              <w:rPr>
                <w:lang w:val="ru-RU"/>
              </w:rPr>
              <w:t>Файл с изображениями «ОСТАРОЖНО», расположенный на компакт-диске «</w:t>
            </w:r>
            <w:r>
              <w:t>SONY</w:t>
            </w:r>
            <w:r w:rsidRPr="00332DB8">
              <w:rPr>
                <w:lang w:val="ru-RU"/>
              </w:rPr>
              <w:t xml:space="preserve">» формата </w:t>
            </w:r>
            <w:r>
              <w:t>CD</w:t>
            </w:r>
            <w:r w:rsidRPr="00332DB8">
              <w:rPr>
                <w:lang w:val="ru-RU"/>
              </w:rPr>
              <w:t>-</w:t>
            </w:r>
            <w:r>
              <w:t>R</w:t>
            </w:r>
            <w:r w:rsidRPr="00332DB8">
              <w:rPr>
                <w:lang w:val="ru-RU"/>
              </w:rPr>
              <w:t xml:space="preserve"> с надписью </w:t>
            </w:r>
            <w:r>
              <w:t>«Наров» (решение Успенского районного суда Краснодарского края от 05.04.2012);</w:t>
            </w:r>
          </w:p>
        </w:tc>
        <w:tc>
          <w:tcPr>
            <w:tcW w:w="2880" w:type="dxa"/>
          </w:tcPr>
          <w:p w:rsidR="006F7457" w:rsidRDefault="006F7457"/>
        </w:tc>
      </w:tr>
      <w:tr w:rsidR="006F7457" w:rsidRPr="00DD284B">
        <w:tc>
          <w:tcPr>
            <w:tcW w:w="2880" w:type="dxa"/>
          </w:tcPr>
          <w:p w:rsidR="006F7457" w:rsidRDefault="00332DB8">
            <w:r>
              <w:t>1360.</w:t>
            </w:r>
          </w:p>
        </w:tc>
        <w:tc>
          <w:tcPr>
            <w:tcW w:w="2880" w:type="dxa"/>
          </w:tcPr>
          <w:p w:rsidR="006F7457" w:rsidRPr="00332DB8" w:rsidRDefault="00332DB8">
            <w:pPr>
              <w:rPr>
                <w:lang w:val="ru-RU"/>
              </w:rPr>
            </w:pPr>
            <w:r w:rsidRPr="00332DB8">
              <w:rPr>
                <w:lang w:val="ru-RU"/>
              </w:rPr>
              <w:t xml:space="preserve">Информационный материал «Частичный таухид», размещенный на информационном сайте системы «Интернет» </w:t>
            </w:r>
            <w:r>
              <w:t>www</w:t>
            </w:r>
            <w:r w:rsidRPr="00332DB8">
              <w:rPr>
                <w:lang w:val="ru-RU"/>
              </w:rPr>
              <w:t>.</w:t>
            </w:r>
            <w:r>
              <w:t>kavkazweb</w:t>
            </w:r>
            <w:r w:rsidRPr="00332DB8">
              <w:rPr>
                <w:lang w:val="ru-RU"/>
              </w:rPr>
              <w:t>.</w:t>
            </w:r>
            <w:r>
              <w:t>net</w:t>
            </w:r>
            <w:r w:rsidRPr="00332DB8">
              <w:rPr>
                <w:lang w:val="ru-RU"/>
              </w:rPr>
              <w:t xml:space="preserve"> (решение Дорогомиловского районного суда города Москвы от 29.02.2012);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1361.</w:t>
            </w:r>
          </w:p>
        </w:tc>
        <w:tc>
          <w:tcPr>
            <w:tcW w:w="2880" w:type="dxa"/>
          </w:tcPr>
          <w:p w:rsidR="006F7457" w:rsidRPr="00332DB8" w:rsidRDefault="00332DB8">
            <w:pPr>
              <w:rPr>
                <w:lang w:val="ru-RU"/>
              </w:rPr>
            </w:pPr>
            <w:r w:rsidRPr="00332DB8">
              <w:rPr>
                <w:lang w:val="ru-RU"/>
              </w:rPr>
              <w:t xml:space="preserve">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w:t>
            </w:r>
            <w:r>
              <w:t>http</w:t>
            </w:r>
            <w:r w:rsidRPr="00332DB8">
              <w:rPr>
                <w:lang w:val="ru-RU"/>
              </w:rPr>
              <w:t>://</w:t>
            </w:r>
            <w:r>
              <w:t>seyfullah</w:t>
            </w:r>
            <w:r w:rsidRPr="00332DB8">
              <w:rPr>
                <w:lang w:val="ru-RU"/>
              </w:rPr>
              <w:t>.</w:t>
            </w:r>
            <w:r>
              <w:t>tauhid</w:t>
            </w:r>
            <w:r w:rsidRPr="00332DB8">
              <w:rPr>
                <w:lang w:val="ru-RU"/>
              </w:rPr>
              <w:t>.</w:t>
            </w:r>
            <w:r>
              <w:t>biz</w:t>
            </w:r>
            <w:r w:rsidRPr="00332DB8">
              <w:rPr>
                <w:lang w:val="ru-RU"/>
              </w:rPr>
              <w:t>/ (решение Дзержинского районного суда Калужской области от 04.05.2012);</w:t>
            </w:r>
          </w:p>
        </w:tc>
        <w:tc>
          <w:tcPr>
            <w:tcW w:w="2880" w:type="dxa"/>
          </w:tcPr>
          <w:p w:rsidR="006F7457" w:rsidRPr="00332DB8" w:rsidRDefault="006F7457">
            <w:pPr>
              <w:rPr>
                <w:lang w:val="ru-RU"/>
              </w:rPr>
            </w:pPr>
          </w:p>
        </w:tc>
      </w:tr>
      <w:tr w:rsidR="006F7457" w:rsidRPr="00DD284B">
        <w:tc>
          <w:tcPr>
            <w:tcW w:w="2880" w:type="dxa"/>
          </w:tcPr>
          <w:p w:rsidR="006F7457" w:rsidRDefault="00332DB8">
            <w:r>
              <w:t>1362.</w:t>
            </w:r>
          </w:p>
        </w:tc>
        <w:tc>
          <w:tcPr>
            <w:tcW w:w="2880" w:type="dxa"/>
          </w:tcPr>
          <w:p w:rsidR="006F7457" w:rsidRPr="00332DB8" w:rsidRDefault="00332DB8">
            <w:pPr>
              <w:rPr>
                <w:lang w:val="ru-RU"/>
              </w:rPr>
            </w:pPr>
            <w:r w:rsidRPr="00332DB8">
              <w:rPr>
                <w:lang w:val="ru-RU"/>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2880" w:type="dxa"/>
          </w:tcPr>
          <w:p w:rsidR="006F7457" w:rsidRPr="00332DB8" w:rsidRDefault="006F7457">
            <w:pPr>
              <w:rPr>
                <w:lang w:val="ru-RU"/>
              </w:rPr>
            </w:pPr>
          </w:p>
        </w:tc>
      </w:tr>
      <w:tr w:rsidR="006F7457" w:rsidRPr="00DD284B">
        <w:tc>
          <w:tcPr>
            <w:tcW w:w="2880" w:type="dxa"/>
          </w:tcPr>
          <w:p w:rsidR="006F7457" w:rsidRDefault="00332DB8">
            <w:r>
              <w:t>1363.</w:t>
            </w:r>
          </w:p>
        </w:tc>
        <w:tc>
          <w:tcPr>
            <w:tcW w:w="2880" w:type="dxa"/>
          </w:tcPr>
          <w:p w:rsidR="006F7457" w:rsidRPr="00332DB8" w:rsidRDefault="00332DB8">
            <w:pPr>
              <w:rPr>
                <w:lang w:val="ru-RU"/>
              </w:rPr>
            </w:pPr>
            <w:r w:rsidRPr="00332DB8">
              <w:rPr>
                <w:lang w:val="ru-RU"/>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t>
            </w:r>
            <w:r>
              <w:t>www</w:t>
            </w:r>
            <w:r w:rsidRPr="00332DB8">
              <w:rPr>
                <w:lang w:val="ru-RU"/>
              </w:rPr>
              <w:t>.</w:t>
            </w:r>
            <w:r>
              <w:t>islamdin</w:t>
            </w:r>
            <w:r w:rsidRPr="00332DB8">
              <w:rPr>
                <w:lang w:val="ru-RU"/>
              </w:rPr>
              <w:t>.</w:t>
            </w:r>
            <w:r>
              <w:t>biz</w:t>
            </w:r>
            <w:r w:rsidRPr="00332DB8">
              <w:rPr>
                <w:lang w:val="ru-RU"/>
              </w:rPr>
              <w:t>» (решение Нальчикского городского суда Кабардино-Балкарской Республики от 14.05.2012);</w:t>
            </w:r>
          </w:p>
        </w:tc>
        <w:tc>
          <w:tcPr>
            <w:tcW w:w="2880" w:type="dxa"/>
          </w:tcPr>
          <w:p w:rsidR="006F7457" w:rsidRPr="00332DB8" w:rsidRDefault="006F7457">
            <w:pPr>
              <w:rPr>
                <w:lang w:val="ru-RU"/>
              </w:rPr>
            </w:pPr>
          </w:p>
        </w:tc>
      </w:tr>
      <w:tr w:rsidR="006F7457" w:rsidRPr="00DD284B">
        <w:tc>
          <w:tcPr>
            <w:tcW w:w="2880" w:type="dxa"/>
          </w:tcPr>
          <w:p w:rsidR="006F7457" w:rsidRDefault="00332DB8">
            <w:r>
              <w:t>1364.</w:t>
            </w:r>
          </w:p>
        </w:tc>
        <w:tc>
          <w:tcPr>
            <w:tcW w:w="2880" w:type="dxa"/>
          </w:tcPr>
          <w:p w:rsidR="006F7457" w:rsidRPr="00332DB8" w:rsidRDefault="00332DB8">
            <w:pPr>
              <w:rPr>
                <w:lang w:val="ru-RU"/>
              </w:rPr>
            </w:pPr>
            <w:r w:rsidRPr="00332DB8">
              <w:rPr>
                <w:lang w:val="ru-RU"/>
              </w:rPr>
              <w:t xml:space="preserve">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t>
            </w:r>
            <w:r>
              <w:t>www</w:t>
            </w:r>
            <w:r w:rsidRPr="00332DB8">
              <w:rPr>
                <w:lang w:val="ru-RU"/>
              </w:rPr>
              <w:t>.</w:t>
            </w:r>
            <w:r>
              <w:t>djamaattakbir</w:t>
            </w:r>
            <w:r w:rsidRPr="00332DB8">
              <w:rPr>
                <w:lang w:val="ru-RU"/>
              </w:rPr>
              <w:t>.</w:t>
            </w:r>
            <w:r>
              <w:t>com</w:t>
            </w:r>
            <w:r w:rsidRPr="00332DB8">
              <w:rPr>
                <w:lang w:val="ru-RU"/>
              </w:rPr>
              <w:t xml:space="preserve"> (решение Нальчикского городского суда Кабардино-Балкарской Республики от 14.05.2012);</w:t>
            </w:r>
          </w:p>
        </w:tc>
        <w:tc>
          <w:tcPr>
            <w:tcW w:w="2880" w:type="dxa"/>
          </w:tcPr>
          <w:p w:rsidR="006F7457" w:rsidRPr="00332DB8" w:rsidRDefault="006F7457">
            <w:pPr>
              <w:rPr>
                <w:lang w:val="ru-RU"/>
              </w:rPr>
            </w:pPr>
          </w:p>
        </w:tc>
      </w:tr>
      <w:tr w:rsidR="006F7457" w:rsidRPr="00DD284B">
        <w:tc>
          <w:tcPr>
            <w:tcW w:w="2880" w:type="dxa"/>
          </w:tcPr>
          <w:p w:rsidR="006F7457" w:rsidRDefault="00332DB8">
            <w:r>
              <w:t>1365.</w:t>
            </w:r>
          </w:p>
        </w:tc>
        <w:tc>
          <w:tcPr>
            <w:tcW w:w="2880" w:type="dxa"/>
          </w:tcPr>
          <w:p w:rsidR="006F7457" w:rsidRPr="00332DB8" w:rsidRDefault="00332DB8">
            <w:pPr>
              <w:rPr>
                <w:lang w:val="ru-RU"/>
              </w:rPr>
            </w:pPr>
            <w:r w:rsidRPr="00332DB8">
              <w:rPr>
                <w:lang w:val="ru-RU"/>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2880" w:type="dxa"/>
          </w:tcPr>
          <w:p w:rsidR="006F7457" w:rsidRPr="00332DB8" w:rsidRDefault="006F7457">
            <w:pPr>
              <w:rPr>
                <w:lang w:val="ru-RU"/>
              </w:rPr>
            </w:pPr>
          </w:p>
        </w:tc>
      </w:tr>
      <w:tr w:rsidR="006F7457" w:rsidRPr="00DD284B">
        <w:tc>
          <w:tcPr>
            <w:tcW w:w="2880" w:type="dxa"/>
          </w:tcPr>
          <w:p w:rsidR="006F7457" w:rsidRDefault="00332DB8">
            <w:r>
              <w:t>13</w:t>
            </w:r>
            <w:r>
              <w:lastRenderedPageBreak/>
              <w:t>66.</w:t>
            </w:r>
          </w:p>
        </w:tc>
        <w:tc>
          <w:tcPr>
            <w:tcW w:w="2880" w:type="dxa"/>
          </w:tcPr>
          <w:p w:rsidR="006F7457" w:rsidRPr="00332DB8" w:rsidRDefault="00332DB8">
            <w:pPr>
              <w:rPr>
                <w:lang w:val="ru-RU"/>
              </w:rPr>
            </w:pPr>
            <w:r w:rsidRPr="00332DB8">
              <w:rPr>
                <w:lang w:val="ru-RU"/>
              </w:rPr>
              <w:lastRenderedPageBreak/>
              <w:t xml:space="preserve">Видеоматериал «Талмуд о неевреях» (решение Курганского городского суда Курганской области от </w:t>
            </w:r>
            <w:r w:rsidRPr="00332DB8">
              <w:rPr>
                <w:lang w:val="ru-RU"/>
              </w:rPr>
              <w:lastRenderedPageBreak/>
              <w:t>10.05.2012);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1367.</w:t>
            </w:r>
          </w:p>
        </w:tc>
        <w:tc>
          <w:tcPr>
            <w:tcW w:w="2880" w:type="dxa"/>
          </w:tcPr>
          <w:p w:rsidR="006F7457" w:rsidRPr="00332DB8" w:rsidRDefault="00332DB8">
            <w:pPr>
              <w:rPr>
                <w:lang w:val="ru-RU"/>
              </w:rPr>
            </w:pPr>
            <w:r w:rsidRPr="00332DB8">
              <w:rPr>
                <w:lang w:val="ru-RU"/>
              </w:rPr>
              <w:t>Видеоматериал «Русский марш 2010-х… (пора действовать)» (решение Курганского городского суда Курганской области от 10.05.2012);</w:t>
            </w:r>
          </w:p>
        </w:tc>
        <w:tc>
          <w:tcPr>
            <w:tcW w:w="2880" w:type="dxa"/>
          </w:tcPr>
          <w:p w:rsidR="006F7457" w:rsidRPr="00332DB8" w:rsidRDefault="006F7457">
            <w:pPr>
              <w:rPr>
                <w:lang w:val="ru-RU"/>
              </w:rPr>
            </w:pPr>
          </w:p>
        </w:tc>
      </w:tr>
      <w:tr w:rsidR="006F7457" w:rsidRPr="00DD284B">
        <w:tc>
          <w:tcPr>
            <w:tcW w:w="2880" w:type="dxa"/>
          </w:tcPr>
          <w:p w:rsidR="006F7457" w:rsidRDefault="00332DB8">
            <w:r>
              <w:t>1368.</w:t>
            </w:r>
          </w:p>
        </w:tc>
        <w:tc>
          <w:tcPr>
            <w:tcW w:w="2880" w:type="dxa"/>
          </w:tcPr>
          <w:p w:rsidR="006F7457" w:rsidRPr="00332DB8" w:rsidRDefault="00332DB8">
            <w:pPr>
              <w:rPr>
                <w:lang w:val="ru-RU"/>
              </w:rPr>
            </w:pPr>
            <w:r w:rsidRPr="00332DB8">
              <w:rPr>
                <w:lang w:val="ru-RU"/>
              </w:rPr>
              <w:t xml:space="preserve">Фотографии из фотоальбомов, размещенных на Интернет-ресурсе </w:t>
            </w:r>
            <w:r>
              <w:t>http</w:t>
            </w:r>
            <w:r w:rsidRPr="00332DB8">
              <w:rPr>
                <w:lang w:val="ru-RU"/>
              </w:rPr>
              <w:t>://</w:t>
            </w:r>
            <w:r>
              <w:t>vkontakte</w:t>
            </w:r>
            <w:r w:rsidRPr="00332DB8">
              <w:rPr>
                <w:lang w:val="ru-RU"/>
              </w:rPr>
              <w:t>.</w:t>
            </w:r>
            <w:r>
              <w:t>ru</w:t>
            </w:r>
            <w:r w:rsidRPr="00332DB8">
              <w:rPr>
                <w:lang w:val="ru-RU"/>
              </w:rPr>
              <w:t>/</w:t>
            </w:r>
            <w:r>
              <w:t>id</w:t>
            </w:r>
            <w:r w:rsidRPr="00332DB8">
              <w:rPr>
                <w:lang w:val="ru-RU"/>
              </w:rPr>
              <w:t>25080872#/</w:t>
            </w:r>
            <w:r>
              <w:t>seitovss</w:t>
            </w:r>
            <w:r w:rsidRPr="00332DB8">
              <w:rPr>
                <w:lang w:val="ru-RU"/>
              </w:rPr>
              <w:t>: фотографии № 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2880" w:type="dxa"/>
          </w:tcPr>
          <w:p w:rsidR="006F7457" w:rsidRPr="00332DB8" w:rsidRDefault="006F7457">
            <w:pPr>
              <w:rPr>
                <w:lang w:val="ru-RU"/>
              </w:rPr>
            </w:pPr>
          </w:p>
        </w:tc>
      </w:tr>
      <w:tr w:rsidR="006F7457" w:rsidRPr="00DD284B">
        <w:tc>
          <w:tcPr>
            <w:tcW w:w="2880" w:type="dxa"/>
          </w:tcPr>
          <w:p w:rsidR="006F7457" w:rsidRDefault="00332DB8">
            <w:r>
              <w:t>1369.</w:t>
            </w:r>
          </w:p>
        </w:tc>
        <w:tc>
          <w:tcPr>
            <w:tcW w:w="2880" w:type="dxa"/>
          </w:tcPr>
          <w:p w:rsidR="006F7457" w:rsidRPr="00332DB8" w:rsidRDefault="00332DB8">
            <w:pPr>
              <w:rPr>
                <w:lang w:val="ru-RU"/>
              </w:rPr>
            </w:pPr>
            <w:r w:rsidRPr="00332DB8">
              <w:rPr>
                <w:lang w:val="ru-RU"/>
              </w:rPr>
              <w:t xml:space="preserve">Видеоматериалы «Русский, очнись!» и «Акция», размещенные 16 октября 2010 года и 29 октября 2010 года в глобальной сети Интернет на сайте </w:t>
            </w:r>
            <w:r>
              <w:t>www</w:t>
            </w:r>
            <w:r w:rsidRPr="00332DB8">
              <w:rPr>
                <w:lang w:val="ru-RU"/>
              </w:rPr>
              <w:t>.</w:t>
            </w:r>
            <w:r>
              <w:t>vkontakte</w:t>
            </w:r>
            <w:r w:rsidRPr="00332DB8">
              <w:rPr>
                <w:lang w:val="ru-RU"/>
              </w:rPr>
              <w:t>.</w:t>
            </w:r>
            <w:r>
              <w:t>ru</w:t>
            </w:r>
            <w:r w:rsidRPr="00332DB8">
              <w:rPr>
                <w:lang w:val="ru-RU"/>
              </w:rPr>
              <w:t>,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c>
          <w:tcPr>
            <w:tcW w:w="2880" w:type="dxa"/>
          </w:tcPr>
          <w:p w:rsidR="006F7457" w:rsidRPr="00332DB8" w:rsidRDefault="006F7457">
            <w:pPr>
              <w:rPr>
                <w:lang w:val="ru-RU"/>
              </w:rPr>
            </w:pPr>
          </w:p>
        </w:tc>
      </w:tr>
      <w:tr w:rsidR="006F7457" w:rsidRPr="00DD284B">
        <w:tc>
          <w:tcPr>
            <w:tcW w:w="2880" w:type="dxa"/>
          </w:tcPr>
          <w:p w:rsidR="006F7457" w:rsidRDefault="00332DB8">
            <w:r>
              <w:t>1370.</w:t>
            </w:r>
          </w:p>
        </w:tc>
        <w:tc>
          <w:tcPr>
            <w:tcW w:w="2880" w:type="dxa"/>
          </w:tcPr>
          <w:p w:rsidR="006F7457" w:rsidRPr="00332DB8" w:rsidRDefault="00332DB8">
            <w:pPr>
              <w:rPr>
                <w:lang w:val="ru-RU"/>
              </w:rPr>
            </w:pPr>
            <w:r w:rsidRPr="00332DB8">
              <w:rPr>
                <w:lang w:val="ru-RU"/>
              </w:rPr>
              <w:t xml:space="preserve">Информационный материал «живая и уже неживая госсийская элита», размещенный в сети Интернет на сайте </w:t>
            </w:r>
            <w:r>
              <w:t>s</w:t>
            </w:r>
            <w:r w:rsidRPr="00332DB8">
              <w:rPr>
                <w:lang w:val="ru-RU"/>
              </w:rPr>
              <w:t>-</w:t>
            </w:r>
            <w:r>
              <w:t>mahat</w:t>
            </w:r>
            <w:r w:rsidRPr="00332DB8">
              <w:rPr>
                <w:lang w:val="ru-RU"/>
              </w:rPr>
              <w:t>.</w:t>
            </w:r>
            <w:r>
              <w:t>ru</w:t>
            </w:r>
            <w:r w:rsidRPr="00332DB8">
              <w:rPr>
                <w:lang w:val="ru-RU"/>
              </w:rPr>
              <w:t xml:space="preserve"> (решение Воткинского районного суда Удмуртской Республики от 05.06.2012);</w:t>
            </w:r>
          </w:p>
        </w:tc>
        <w:tc>
          <w:tcPr>
            <w:tcW w:w="2880" w:type="dxa"/>
          </w:tcPr>
          <w:p w:rsidR="006F7457" w:rsidRPr="00332DB8" w:rsidRDefault="006F7457">
            <w:pPr>
              <w:rPr>
                <w:lang w:val="ru-RU"/>
              </w:rPr>
            </w:pPr>
          </w:p>
        </w:tc>
      </w:tr>
      <w:tr w:rsidR="006F7457" w:rsidRPr="00DD284B">
        <w:tc>
          <w:tcPr>
            <w:tcW w:w="2880" w:type="dxa"/>
          </w:tcPr>
          <w:p w:rsidR="006F7457" w:rsidRDefault="00332DB8">
            <w:r>
              <w:t>1371.</w:t>
            </w:r>
          </w:p>
        </w:tc>
        <w:tc>
          <w:tcPr>
            <w:tcW w:w="2880" w:type="dxa"/>
          </w:tcPr>
          <w:p w:rsidR="006F7457" w:rsidRPr="00332DB8" w:rsidRDefault="00332DB8">
            <w:pPr>
              <w:rPr>
                <w:lang w:val="ru-RU"/>
              </w:rPr>
            </w:pPr>
            <w:r w:rsidRPr="00332DB8">
              <w:rPr>
                <w:lang w:val="ru-RU"/>
              </w:rPr>
              <w:t xml:space="preserve">Информационный материал «Метизация (гибридизация) – убийство Высшей расы и предательство предков», размещенный в сети Интернет на сайте </w:t>
            </w:r>
            <w:r>
              <w:t>s</w:t>
            </w:r>
            <w:r w:rsidRPr="00332DB8">
              <w:rPr>
                <w:lang w:val="ru-RU"/>
              </w:rPr>
              <w:t>-</w:t>
            </w:r>
            <w:r>
              <w:t>mahat</w:t>
            </w:r>
            <w:r w:rsidRPr="00332DB8">
              <w:rPr>
                <w:lang w:val="ru-RU"/>
              </w:rPr>
              <w:t>.</w:t>
            </w:r>
            <w:r>
              <w:t>ru</w:t>
            </w:r>
            <w:r w:rsidRPr="00332DB8">
              <w:rPr>
                <w:lang w:val="ru-RU"/>
              </w:rPr>
              <w:t xml:space="preserve"> (решение Воткинского районного суда Удмуртской Республики от 05.06.2012);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1372.</w:t>
            </w:r>
          </w:p>
        </w:tc>
        <w:tc>
          <w:tcPr>
            <w:tcW w:w="2880" w:type="dxa"/>
          </w:tcPr>
          <w:p w:rsidR="006F7457" w:rsidRPr="00332DB8" w:rsidRDefault="00332DB8">
            <w:pPr>
              <w:rPr>
                <w:lang w:val="ru-RU"/>
              </w:rPr>
            </w:pPr>
            <w:r w:rsidRPr="00332DB8">
              <w:rPr>
                <w:lang w:val="ru-RU"/>
              </w:rPr>
              <w:t xml:space="preserve">Информационный материал «Расовая гигиена-главное условие инегрального совершенства», размещенный в сети Интернет на сайте </w:t>
            </w:r>
            <w:r>
              <w:t>s</w:t>
            </w:r>
            <w:r w:rsidRPr="00332DB8">
              <w:rPr>
                <w:lang w:val="ru-RU"/>
              </w:rPr>
              <w:t>-</w:t>
            </w:r>
            <w:r>
              <w:t>mahat</w:t>
            </w:r>
            <w:r w:rsidRPr="00332DB8">
              <w:rPr>
                <w:lang w:val="ru-RU"/>
              </w:rPr>
              <w:t>.</w:t>
            </w:r>
            <w:r>
              <w:t>ru</w:t>
            </w:r>
            <w:r w:rsidRPr="00332DB8">
              <w:rPr>
                <w:lang w:val="ru-RU"/>
              </w:rPr>
              <w:t xml:space="preserve"> (решение Воткинского районного суда Удмуртской Республики от 05.06.2012);</w:t>
            </w:r>
          </w:p>
        </w:tc>
        <w:tc>
          <w:tcPr>
            <w:tcW w:w="2880" w:type="dxa"/>
          </w:tcPr>
          <w:p w:rsidR="006F7457" w:rsidRPr="00332DB8" w:rsidRDefault="006F7457">
            <w:pPr>
              <w:rPr>
                <w:lang w:val="ru-RU"/>
              </w:rPr>
            </w:pPr>
          </w:p>
        </w:tc>
      </w:tr>
      <w:tr w:rsidR="006F7457" w:rsidRPr="00DD284B">
        <w:tc>
          <w:tcPr>
            <w:tcW w:w="2880" w:type="dxa"/>
          </w:tcPr>
          <w:p w:rsidR="006F7457" w:rsidRDefault="00332DB8">
            <w:r>
              <w:t>1373.</w:t>
            </w:r>
          </w:p>
        </w:tc>
        <w:tc>
          <w:tcPr>
            <w:tcW w:w="2880" w:type="dxa"/>
          </w:tcPr>
          <w:p w:rsidR="006F7457" w:rsidRPr="00332DB8" w:rsidRDefault="00332DB8">
            <w:pPr>
              <w:rPr>
                <w:lang w:val="ru-RU"/>
              </w:rPr>
            </w:pPr>
            <w:r w:rsidRPr="00332DB8">
              <w:rPr>
                <w:lang w:val="ru-RU"/>
              </w:rPr>
              <w:t xml:space="preserve">Информационный материал ««Прожидовленная (уже неживая) госсийская элита»», размещенный в сети Интернет на сайте </w:t>
            </w:r>
            <w:r>
              <w:t>s</w:t>
            </w:r>
            <w:r w:rsidRPr="00332DB8">
              <w:rPr>
                <w:lang w:val="ru-RU"/>
              </w:rPr>
              <w:t>-</w:t>
            </w:r>
            <w:r>
              <w:t>mahat</w:t>
            </w:r>
            <w:r w:rsidRPr="00332DB8">
              <w:rPr>
                <w:lang w:val="ru-RU"/>
              </w:rPr>
              <w:t>.</w:t>
            </w:r>
            <w:r>
              <w:t>ru</w:t>
            </w:r>
            <w:r w:rsidRPr="00332DB8">
              <w:rPr>
                <w:lang w:val="ru-RU"/>
              </w:rPr>
              <w:t xml:space="preserve"> (решение Воткинского районного суда Удмуртской Республики от 05.06.2012);</w:t>
            </w:r>
          </w:p>
        </w:tc>
        <w:tc>
          <w:tcPr>
            <w:tcW w:w="2880" w:type="dxa"/>
          </w:tcPr>
          <w:p w:rsidR="006F7457" w:rsidRPr="00332DB8" w:rsidRDefault="006F7457">
            <w:pPr>
              <w:rPr>
                <w:lang w:val="ru-RU"/>
              </w:rPr>
            </w:pPr>
          </w:p>
        </w:tc>
      </w:tr>
      <w:tr w:rsidR="006F7457" w:rsidRPr="00DD284B">
        <w:tc>
          <w:tcPr>
            <w:tcW w:w="2880" w:type="dxa"/>
          </w:tcPr>
          <w:p w:rsidR="006F7457" w:rsidRDefault="00332DB8">
            <w:r>
              <w:t>1374.</w:t>
            </w:r>
          </w:p>
        </w:tc>
        <w:tc>
          <w:tcPr>
            <w:tcW w:w="2880" w:type="dxa"/>
          </w:tcPr>
          <w:p w:rsidR="006F7457" w:rsidRPr="00332DB8" w:rsidRDefault="00332DB8">
            <w:pPr>
              <w:rPr>
                <w:lang w:val="ru-RU"/>
              </w:rPr>
            </w:pPr>
            <w:r w:rsidRPr="00332DB8">
              <w:rPr>
                <w:lang w:val="ru-RU"/>
              </w:rPr>
              <w:t xml:space="preserve">Информационный материал «прожидовленная церковь», размещенный в сети Интернет на сайте </w:t>
            </w:r>
            <w:r>
              <w:t>s</w:t>
            </w:r>
            <w:r w:rsidRPr="00332DB8">
              <w:rPr>
                <w:lang w:val="ru-RU"/>
              </w:rPr>
              <w:t>-</w:t>
            </w:r>
            <w:r>
              <w:t>mahat</w:t>
            </w:r>
            <w:r w:rsidRPr="00332DB8">
              <w:rPr>
                <w:lang w:val="ru-RU"/>
              </w:rPr>
              <w:t>.</w:t>
            </w:r>
            <w:r>
              <w:t>ru</w:t>
            </w:r>
            <w:r w:rsidRPr="00332DB8">
              <w:rPr>
                <w:lang w:val="ru-RU"/>
              </w:rPr>
              <w:t xml:space="preserve"> (решение Воткинского районного суда Удмуртской Республики от 05.06.2012);</w:t>
            </w:r>
          </w:p>
        </w:tc>
        <w:tc>
          <w:tcPr>
            <w:tcW w:w="2880" w:type="dxa"/>
          </w:tcPr>
          <w:p w:rsidR="006F7457" w:rsidRPr="00332DB8" w:rsidRDefault="006F7457">
            <w:pPr>
              <w:rPr>
                <w:lang w:val="ru-RU"/>
              </w:rPr>
            </w:pPr>
          </w:p>
        </w:tc>
      </w:tr>
      <w:tr w:rsidR="006F7457" w:rsidRPr="00DD284B">
        <w:tc>
          <w:tcPr>
            <w:tcW w:w="2880" w:type="dxa"/>
          </w:tcPr>
          <w:p w:rsidR="006F7457" w:rsidRDefault="00332DB8">
            <w:r>
              <w:t>1375.</w:t>
            </w:r>
          </w:p>
        </w:tc>
        <w:tc>
          <w:tcPr>
            <w:tcW w:w="2880" w:type="dxa"/>
          </w:tcPr>
          <w:p w:rsidR="006F7457" w:rsidRPr="00332DB8" w:rsidRDefault="00332DB8">
            <w:pPr>
              <w:rPr>
                <w:lang w:val="ru-RU"/>
              </w:rPr>
            </w:pPr>
            <w:r w:rsidRPr="00332DB8">
              <w:rPr>
                <w:lang w:val="ru-RU"/>
              </w:rPr>
              <w:t xml:space="preserve">Информационный материал «Условия паразитирования», размещенный в сети Интернет на сайте </w:t>
            </w:r>
            <w:r>
              <w:t>s</w:t>
            </w:r>
            <w:r w:rsidRPr="00332DB8">
              <w:rPr>
                <w:lang w:val="ru-RU"/>
              </w:rPr>
              <w:t>-</w:t>
            </w:r>
            <w:r>
              <w:t>mahat</w:t>
            </w:r>
            <w:r w:rsidRPr="00332DB8">
              <w:rPr>
                <w:lang w:val="ru-RU"/>
              </w:rPr>
              <w:t>.</w:t>
            </w:r>
            <w:r>
              <w:t>ru</w:t>
            </w:r>
            <w:r w:rsidRPr="00332DB8">
              <w:rPr>
                <w:lang w:val="ru-RU"/>
              </w:rPr>
              <w:t xml:space="preserve"> (решение Воткинского районного суда Удмуртской Республики от 05.06.2012);</w:t>
            </w:r>
          </w:p>
        </w:tc>
        <w:tc>
          <w:tcPr>
            <w:tcW w:w="2880" w:type="dxa"/>
          </w:tcPr>
          <w:p w:rsidR="006F7457" w:rsidRPr="00332DB8" w:rsidRDefault="006F7457">
            <w:pPr>
              <w:rPr>
                <w:lang w:val="ru-RU"/>
              </w:rPr>
            </w:pPr>
          </w:p>
        </w:tc>
      </w:tr>
      <w:tr w:rsidR="006F7457" w:rsidRPr="00DD284B">
        <w:tc>
          <w:tcPr>
            <w:tcW w:w="2880" w:type="dxa"/>
          </w:tcPr>
          <w:p w:rsidR="006F7457" w:rsidRDefault="00332DB8">
            <w:r>
              <w:t>1376.</w:t>
            </w:r>
          </w:p>
        </w:tc>
        <w:tc>
          <w:tcPr>
            <w:tcW w:w="2880" w:type="dxa"/>
          </w:tcPr>
          <w:p w:rsidR="006F7457" w:rsidRPr="00332DB8" w:rsidRDefault="00332DB8">
            <w:pPr>
              <w:rPr>
                <w:lang w:val="ru-RU"/>
              </w:rPr>
            </w:pPr>
            <w:r w:rsidRPr="00332DB8">
              <w:rPr>
                <w:lang w:val="ru-RU"/>
              </w:rPr>
              <w:t xml:space="preserve">Информационный материал «Необходимость коловрата-свастики: как Русских убивают в России», размещенный в сети Интернет на сайте </w:t>
            </w:r>
            <w:r>
              <w:t>s</w:t>
            </w:r>
            <w:r w:rsidRPr="00332DB8">
              <w:rPr>
                <w:lang w:val="ru-RU"/>
              </w:rPr>
              <w:t>-</w:t>
            </w:r>
            <w:r>
              <w:t>mahat</w:t>
            </w:r>
            <w:r w:rsidRPr="00332DB8">
              <w:rPr>
                <w:lang w:val="ru-RU"/>
              </w:rPr>
              <w:t>.</w:t>
            </w:r>
            <w:r>
              <w:t>ru</w:t>
            </w:r>
            <w:r w:rsidRPr="00332DB8">
              <w:rPr>
                <w:lang w:val="ru-RU"/>
              </w:rPr>
              <w:t xml:space="preserve"> (решение Воткинского районного суда Удмуртской Республики от 05.06.2012);</w:t>
            </w:r>
          </w:p>
        </w:tc>
        <w:tc>
          <w:tcPr>
            <w:tcW w:w="2880" w:type="dxa"/>
          </w:tcPr>
          <w:p w:rsidR="006F7457" w:rsidRPr="00332DB8" w:rsidRDefault="006F7457">
            <w:pPr>
              <w:rPr>
                <w:lang w:val="ru-RU"/>
              </w:rPr>
            </w:pPr>
          </w:p>
        </w:tc>
      </w:tr>
      <w:tr w:rsidR="006F7457" w:rsidRPr="00DD284B">
        <w:tc>
          <w:tcPr>
            <w:tcW w:w="2880" w:type="dxa"/>
          </w:tcPr>
          <w:p w:rsidR="006F7457" w:rsidRDefault="00332DB8">
            <w:r>
              <w:t>137</w:t>
            </w:r>
            <w:r>
              <w:lastRenderedPageBreak/>
              <w:t>7.</w:t>
            </w:r>
          </w:p>
        </w:tc>
        <w:tc>
          <w:tcPr>
            <w:tcW w:w="2880" w:type="dxa"/>
          </w:tcPr>
          <w:p w:rsidR="006F7457" w:rsidRPr="00332DB8" w:rsidRDefault="00332DB8">
            <w:pPr>
              <w:rPr>
                <w:lang w:val="ru-RU"/>
              </w:rPr>
            </w:pPr>
            <w:r w:rsidRPr="00332DB8">
              <w:rPr>
                <w:lang w:val="ru-RU"/>
              </w:rPr>
              <w:lastRenderedPageBreak/>
              <w:t xml:space="preserve">Информационные материалы, размещенные на интернет-сайте </w:t>
            </w:r>
            <w:r>
              <w:t>http</w:t>
            </w:r>
            <w:r w:rsidRPr="00332DB8">
              <w:rPr>
                <w:lang w:val="ru-RU"/>
              </w:rPr>
              <w:t>://</w:t>
            </w:r>
            <w:r>
              <w:t>www</w:t>
            </w:r>
            <w:r w:rsidRPr="00332DB8">
              <w:rPr>
                <w:lang w:val="ru-RU"/>
              </w:rPr>
              <w:t>.</w:t>
            </w:r>
            <w:r>
              <w:t>islamdin</w:t>
            </w:r>
            <w:r w:rsidRPr="00332DB8">
              <w:rPr>
                <w:lang w:val="ru-RU"/>
              </w:rPr>
              <w:t>.</w:t>
            </w:r>
            <w:r>
              <w:t>biz</w:t>
            </w:r>
            <w:r w:rsidRPr="00332DB8">
              <w:rPr>
                <w:lang w:val="ru-RU"/>
              </w:rPr>
              <w:t xml:space="preserve">,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w:t>
            </w:r>
            <w:r w:rsidRPr="00332DB8">
              <w:rPr>
                <w:lang w:val="ru-RU"/>
              </w:rPr>
              <w:lastRenderedPageBreak/>
              <w:t>21.06.2012 и решение Новоуренгойского городского суда Ямало-Ненецкого автономного округа от 22.11.2012);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1378.</w:t>
            </w:r>
          </w:p>
        </w:tc>
        <w:tc>
          <w:tcPr>
            <w:tcW w:w="2880" w:type="dxa"/>
          </w:tcPr>
          <w:p w:rsidR="006F7457" w:rsidRPr="00332DB8" w:rsidRDefault="00332DB8">
            <w:pPr>
              <w:rPr>
                <w:lang w:val="ru-RU"/>
              </w:rPr>
            </w:pPr>
            <w:r w:rsidRPr="00332DB8">
              <w:rPr>
                <w:lang w:val="ru-RU"/>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2880" w:type="dxa"/>
          </w:tcPr>
          <w:p w:rsidR="006F7457" w:rsidRPr="00332DB8" w:rsidRDefault="006F7457">
            <w:pPr>
              <w:rPr>
                <w:lang w:val="ru-RU"/>
              </w:rPr>
            </w:pPr>
          </w:p>
        </w:tc>
      </w:tr>
      <w:tr w:rsidR="006F7457" w:rsidRPr="00DD284B">
        <w:tc>
          <w:tcPr>
            <w:tcW w:w="2880" w:type="dxa"/>
          </w:tcPr>
          <w:p w:rsidR="006F7457" w:rsidRDefault="00332DB8">
            <w:r>
              <w:t>1379.</w:t>
            </w:r>
          </w:p>
        </w:tc>
        <w:tc>
          <w:tcPr>
            <w:tcW w:w="2880" w:type="dxa"/>
          </w:tcPr>
          <w:p w:rsidR="006F7457" w:rsidRPr="00332DB8" w:rsidRDefault="00332DB8">
            <w:pPr>
              <w:rPr>
                <w:lang w:val="ru-RU"/>
              </w:rPr>
            </w:pPr>
            <w:r w:rsidRPr="00332DB8">
              <w:rPr>
                <w:lang w:val="ru-RU"/>
              </w:rPr>
              <w:t>Музыкальное произведение и текст песни «Россия для чурок» (решение Кромского районного суда Орловской области от 13.06.2012);</w:t>
            </w:r>
          </w:p>
        </w:tc>
        <w:tc>
          <w:tcPr>
            <w:tcW w:w="2880" w:type="dxa"/>
          </w:tcPr>
          <w:p w:rsidR="006F7457" w:rsidRPr="00332DB8" w:rsidRDefault="006F7457">
            <w:pPr>
              <w:rPr>
                <w:lang w:val="ru-RU"/>
              </w:rPr>
            </w:pPr>
          </w:p>
        </w:tc>
      </w:tr>
      <w:tr w:rsidR="006F7457" w:rsidRPr="00DD284B">
        <w:tc>
          <w:tcPr>
            <w:tcW w:w="2880" w:type="dxa"/>
          </w:tcPr>
          <w:p w:rsidR="006F7457" w:rsidRDefault="00332DB8">
            <w:r>
              <w:t>1380.</w:t>
            </w:r>
          </w:p>
        </w:tc>
        <w:tc>
          <w:tcPr>
            <w:tcW w:w="2880" w:type="dxa"/>
          </w:tcPr>
          <w:p w:rsidR="006F7457" w:rsidRPr="00332DB8" w:rsidRDefault="00332DB8">
            <w:pPr>
              <w:rPr>
                <w:lang w:val="ru-RU"/>
              </w:rPr>
            </w:pPr>
            <w:r w:rsidRPr="00332DB8">
              <w:rPr>
                <w:lang w:val="ru-RU"/>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2880" w:type="dxa"/>
          </w:tcPr>
          <w:p w:rsidR="006F7457" w:rsidRPr="00332DB8" w:rsidRDefault="006F7457">
            <w:pPr>
              <w:rPr>
                <w:lang w:val="ru-RU"/>
              </w:rPr>
            </w:pPr>
          </w:p>
        </w:tc>
      </w:tr>
      <w:tr w:rsidR="006F7457" w:rsidRPr="00DD284B">
        <w:tc>
          <w:tcPr>
            <w:tcW w:w="2880" w:type="dxa"/>
          </w:tcPr>
          <w:p w:rsidR="006F7457" w:rsidRDefault="00332DB8">
            <w:r>
              <w:t>1381.</w:t>
            </w:r>
          </w:p>
        </w:tc>
        <w:tc>
          <w:tcPr>
            <w:tcW w:w="2880" w:type="dxa"/>
          </w:tcPr>
          <w:p w:rsidR="006F7457" w:rsidRPr="00332DB8" w:rsidRDefault="00332DB8">
            <w:pPr>
              <w:rPr>
                <w:lang w:val="ru-RU"/>
              </w:rPr>
            </w:pPr>
            <w:r w:rsidRPr="00332DB8">
              <w:rPr>
                <w:lang w:val="ru-RU"/>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2880" w:type="dxa"/>
          </w:tcPr>
          <w:p w:rsidR="006F7457" w:rsidRPr="00332DB8" w:rsidRDefault="006F7457">
            <w:pPr>
              <w:rPr>
                <w:lang w:val="ru-RU"/>
              </w:rPr>
            </w:pPr>
          </w:p>
        </w:tc>
      </w:tr>
      <w:tr w:rsidR="006F7457" w:rsidRPr="00DD284B">
        <w:tc>
          <w:tcPr>
            <w:tcW w:w="2880" w:type="dxa"/>
          </w:tcPr>
          <w:p w:rsidR="006F7457" w:rsidRDefault="00332DB8">
            <w:r>
              <w:t>1382.</w:t>
            </w:r>
          </w:p>
        </w:tc>
        <w:tc>
          <w:tcPr>
            <w:tcW w:w="2880" w:type="dxa"/>
          </w:tcPr>
          <w:p w:rsidR="006F7457" w:rsidRPr="00332DB8" w:rsidRDefault="00332DB8">
            <w:pPr>
              <w:rPr>
                <w:lang w:val="ru-RU"/>
              </w:rPr>
            </w:pPr>
            <w:r w:rsidRPr="00332DB8">
              <w:rPr>
                <w:lang w:val="ru-RU"/>
              </w:rPr>
              <w:t xml:space="preserve">Интернет-ресурс (сайт): </w:t>
            </w:r>
            <w:r>
              <w:t>http</w:t>
            </w:r>
            <w:r w:rsidRPr="00332DB8">
              <w:rPr>
                <w:lang w:val="ru-RU"/>
              </w:rPr>
              <w:t>://</w:t>
            </w:r>
            <w:r>
              <w:t>kavkazinform</w:t>
            </w:r>
            <w:r w:rsidRPr="00332DB8">
              <w:rPr>
                <w:lang w:val="ru-RU"/>
              </w:rPr>
              <w:t>.</w:t>
            </w:r>
            <w:r>
              <w:t>com</w:t>
            </w:r>
            <w:r w:rsidRPr="00332DB8">
              <w:rPr>
                <w:lang w:val="ru-RU"/>
              </w:rPr>
              <w:t>/ - «Исламское информационно-аналитическое интернет издание Имарата Кавказ» (решение Интинского городского суда Республики Коми от 06.06.2012);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1383.</w:t>
            </w:r>
          </w:p>
        </w:tc>
        <w:tc>
          <w:tcPr>
            <w:tcW w:w="2880" w:type="dxa"/>
          </w:tcPr>
          <w:p w:rsidR="006F7457" w:rsidRPr="00332DB8" w:rsidRDefault="00332DB8">
            <w:pPr>
              <w:rPr>
                <w:lang w:val="ru-RU"/>
              </w:rPr>
            </w:pPr>
            <w:r w:rsidRPr="00332DB8">
              <w:rPr>
                <w:lang w:val="ru-RU"/>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2880" w:type="dxa"/>
          </w:tcPr>
          <w:p w:rsidR="006F7457" w:rsidRPr="00332DB8" w:rsidRDefault="006F7457">
            <w:pPr>
              <w:rPr>
                <w:lang w:val="ru-RU"/>
              </w:rPr>
            </w:pPr>
          </w:p>
        </w:tc>
      </w:tr>
      <w:tr w:rsidR="006F7457" w:rsidRPr="00DD284B">
        <w:tc>
          <w:tcPr>
            <w:tcW w:w="2880" w:type="dxa"/>
          </w:tcPr>
          <w:p w:rsidR="006F7457" w:rsidRDefault="00332DB8">
            <w:r>
              <w:t>1384.</w:t>
            </w:r>
          </w:p>
        </w:tc>
        <w:tc>
          <w:tcPr>
            <w:tcW w:w="2880" w:type="dxa"/>
          </w:tcPr>
          <w:p w:rsidR="006F7457" w:rsidRPr="00332DB8" w:rsidRDefault="00332DB8">
            <w:pPr>
              <w:rPr>
                <w:lang w:val="ru-RU"/>
              </w:rPr>
            </w:pPr>
            <w:r w:rsidRPr="00332DB8">
              <w:rPr>
                <w:lang w:val="ru-RU"/>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2880" w:type="dxa"/>
          </w:tcPr>
          <w:p w:rsidR="006F7457" w:rsidRPr="00332DB8" w:rsidRDefault="006F7457">
            <w:pPr>
              <w:rPr>
                <w:lang w:val="ru-RU"/>
              </w:rPr>
            </w:pPr>
          </w:p>
        </w:tc>
      </w:tr>
      <w:tr w:rsidR="006F7457" w:rsidRPr="00DD284B">
        <w:tc>
          <w:tcPr>
            <w:tcW w:w="2880" w:type="dxa"/>
          </w:tcPr>
          <w:p w:rsidR="006F7457" w:rsidRDefault="00332DB8">
            <w:r>
              <w:t>1385.</w:t>
            </w:r>
          </w:p>
        </w:tc>
        <w:tc>
          <w:tcPr>
            <w:tcW w:w="2880" w:type="dxa"/>
          </w:tcPr>
          <w:p w:rsidR="006F7457" w:rsidRPr="00332DB8" w:rsidRDefault="00332DB8">
            <w:pPr>
              <w:rPr>
                <w:lang w:val="ru-RU"/>
              </w:rPr>
            </w:pPr>
            <w:r w:rsidRPr="00332DB8">
              <w:rPr>
                <w:lang w:val="ru-RU"/>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c>
          <w:tcPr>
            <w:tcW w:w="2880" w:type="dxa"/>
          </w:tcPr>
          <w:p w:rsidR="006F7457" w:rsidRPr="00332DB8" w:rsidRDefault="006F7457">
            <w:pPr>
              <w:rPr>
                <w:lang w:val="ru-RU"/>
              </w:rPr>
            </w:pPr>
          </w:p>
        </w:tc>
      </w:tr>
      <w:tr w:rsidR="006F7457" w:rsidRPr="00DD284B">
        <w:tc>
          <w:tcPr>
            <w:tcW w:w="2880" w:type="dxa"/>
          </w:tcPr>
          <w:p w:rsidR="006F7457" w:rsidRDefault="00332DB8">
            <w:r>
              <w:t>1386.</w:t>
            </w:r>
          </w:p>
        </w:tc>
        <w:tc>
          <w:tcPr>
            <w:tcW w:w="2880" w:type="dxa"/>
          </w:tcPr>
          <w:p w:rsidR="006F7457" w:rsidRPr="00332DB8" w:rsidRDefault="00332DB8">
            <w:pPr>
              <w:rPr>
                <w:lang w:val="ru-RU"/>
              </w:rPr>
            </w:pPr>
            <w:r>
              <w:t xml:space="preserve">Книга МУХТАСАР Шейх Абдуллаh Аль-hарарий. </w:t>
            </w:r>
            <w:r w:rsidRPr="00332DB8">
              <w:rPr>
                <w:lang w:val="ru-RU"/>
              </w:rPr>
              <w:t>Учебное пособие, обеспечивающее необходимыми знаниями по исламу (по учению имама Абу Ханифа). Духовное управление мусульман Украины, издание второе, «Аль-Иршад» г.Киев 2004г. (решение Соль-Илецкого районного суда Оренбургской области от 28.05.2012 и определение Соль-Илецкого районного суда Оренбургской области от 23.08.2012);</w:t>
            </w:r>
          </w:p>
        </w:tc>
        <w:tc>
          <w:tcPr>
            <w:tcW w:w="2880" w:type="dxa"/>
          </w:tcPr>
          <w:p w:rsidR="006F7457" w:rsidRPr="00332DB8" w:rsidRDefault="006F7457">
            <w:pPr>
              <w:rPr>
                <w:lang w:val="ru-RU"/>
              </w:rPr>
            </w:pPr>
          </w:p>
        </w:tc>
      </w:tr>
      <w:tr w:rsidR="006F7457" w:rsidRPr="00DD284B">
        <w:tc>
          <w:tcPr>
            <w:tcW w:w="2880" w:type="dxa"/>
          </w:tcPr>
          <w:p w:rsidR="006F7457" w:rsidRDefault="00332DB8">
            <w:r>
              <w:t>1387.</w:t>
            </w:r>
          </w:p>
        </w:tc>
        <w:tc>
          <w:tcPr>
            <w:tcW w:w="2880" w:type="dxa"/>
          </w:tcPr>
          <w:p w:rsidR="006F7457" w:rsidRPr="00332DB8" w:rsidRDefault="00332DB8">
            <w:pPr>
              <w:rPr>
                <w:lang w:val="ru-RU"/>
              </w:rPr>
            </w:pPr>
            <w:r w:rsidRPr="00332DB8">
              <w:rPr>
                <w:lang w:val="ru-RU"/>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2880" w:type="dxa"/>
          </w:tcPr>
          <w:p w:rsidR="006F7457" w:rsidRPr="00332DB8" w:rsidRDefault="006F7457">
            <w:pPr>
              <w:rPr>
                <w:lang w:val="ru-RU"/>
              </w:rPr>
            </w:pPr>
          </w:p>
        </w:tc>
      </w:tr>
      <w:tr w:rsidR="006F7457" w:rsidRPr="00DD284B">
        <w:tc>
          <w:tcPr>
            <w:tcW w:w="2880" w:type="dxa"/>
          </w:tcPr>
          <w:p w:rsidR="006F7457" w:rsidRDefault="00332DB8">
            <w:r>
              <w:t>138</w:t>
            </w:r>
            <w:r>
              <w:lastRenderedPageBreak/>
              <w:t>8.</w:t>
            </w:r>
          </w:p>
        </w:tc>
        <w:tc>
          <w:tcPr>
            <w:tcW w:w="2880" w:type="dxa"/>
          </w:tcPr>
          <w:p w:rsidR="006F7457" w:rsidRPr="00332DB8" w:rsidRDefault="00332DB8">
            <w:pPr>
              <w:rPr>
                <w:lang w:val="ru-RU"/>
              </w:rPr>
            </w:pPr>
            <w:r w:rsidRPr="00332DB8">
              <w:rPr>
                <w:lang w:val="ru-RU"/>
              </w:rPr>
              <w:lastRenderedPageBreak/>
              <w:t xml:space="preserve">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w:t>
            </w:r>
            <w:r w:rsidRPr="00332DB8">
              <w:rPr>
                <w:lang w:val="ru-RU"/>
              </w:rPr>
              <w:lastRenderedPageBreak/>
              <w:t>28.05.2012);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1389.</w:t>
            </w:r>
          </w:p>
        </w:tc>
        <w:tc>
          <w:tcPr>
            <w:tcW w:w="2880" w:type="dxa"/>
          </w:tcPr>
          <w:p w:rsidR="006F7457" w:rsidRPr="00332DB8" w:rsidRDefault="00332DB8">
            <w:pPr>
              <w:rPr>
                <w:lang w:val="ru-RU"/>
              </w:rPr>
            </w:pPr>
            <w:r w:rsidRPr="00332DB8">
              <w:rPr>
                <w:lang w:val="ru-RU"/>
              </w:rPr>
              <w:t xml:space="preserve">Видеоматериал «Скины в поезде 2», размещенный на интернет-сайте «Вконтакте», имеющий электронный адрес </w:t>
            </w:r>
            <w:r>
              <w:t>http</w:t>
            </w:r>
            <w:r w:rsidRPr="00332DB8">
              <w:rPr>
                <w:lang w:val="ru-RU"/>
              </w:rPr>
              <w:t>://</w:t>
            </w:r>
            <w:r>
              <w:t>vkontakte</w:t>
            </w:r>
            <w:r w:rsidRPr="00332DB8">
              <w:rPr>
                <w:lang w:val="ru-RU"/>
              </w:rPr>
              <w:t>.</w:t>
            </w:r>
            <w:r>
              <w:t>ru</w:t>
            </w:r>
            <w:r w:rsidRPr="00332DB8">
              <w:rPr>
                <w:lang w:val="ru-RU"/>
              </w:rPr>
              <w:t xml:space="preserve"> решение Промышленного районного суда города Курска от 11.05.2012);</w:t>
            </w:r>
          </w:p>
        </w:tc>
        <w:tc>
          <w:tcPr>
            <w:tcW w:w="2880" w:type="dxa"/>
          </w:tcPr>
          <w:p w:rsidR="006F7457" w:rsidRPr="00332DB8" w:rsidRDefault="006F7457">
            <w:pPr>
              <w:rPr>
                <w:lang w:val="ru-RU"/>
              </w:rPr>
            </w:pPr>
          </w:p>
        </w:tc>
      </w:tr>
      <w:tr w:rsidR="006F7457" w:rsidRPr="00DD284B">
        <w:tc>
          <w:tcPr>
            <w:tcW w:w="2880" w:type="dxa"/>
          </w:tcPr>
          <w:p w:rsidR="006F7457" w:rsidRDefault="00332DB8">
            <w:r>
              <w:t>1390.</w:t>
            </w:r>
          </w:p>
        </w:tc>
        <w:tc>
          <w:tcPr>
            <w:tcW w:w="2880" w:type="dxa"/>
          </w:tcPr>
          <w:p w:rsidR="006F7457" w:rsidRPr="00332DB8" w:rsidRDefault="00332DB8">
            <w:pPr>
              <w:rPr>
                <w:lang w:val="ru-RU"/>
              </w:rPr>
            </w:pPr>
            <w:r w:rsidRPr="00332DB8">
              <w:rPr>
                <w:lang w:val="ru-RU"/>
              </w:rPr>
              <w:t>Видеофайл «</w:t>
            </w:r>
            <w:r>
              <w:t>oi</w:t>
            </w:r>
            <w:r w:rsidRPr="00332DB8">
              <w:rPr>
                <w:lang w:val="ru-RU"/>
              </w:rPr>
              <w:t xml:space="preserve"> </w:t>
            </w:r>
            <w:r>
              <w:t>skin</w:t>
            </w:r>
            <w:r w:rsidRPr="00332DB8">
              <w:rPr>
                <w:lang w:val="ru-RU"/>
              </w:rPr>
              <w:t>-</w:t>
            </w:r>
            <w:r>
              <w:t>head</w:t>
            </w:r>
            <w:r w:rsidRPr="00332DB8">
              <w:rPr>
                <w:lang w:val="ru-RU"/>
              </w:rPr>
              <w:t>.</w:t>
            </w:r>
            <w:r>
              <w:t>avi</w:t>
            </w:r>
            <w:r w:rsidRPr="00332DB8">
              <w:rPr>
                <w:lang w:val="ru-RU"/>
              </w:rPr>
              <w:t>», размером 518 Мб, содержащий русскоязычную видеозапись – видеоролик с песней, общей продолжительностью 2 мин. 23 сек., размещенный в сети Интернет, на сайте «</w:t>
            </w:r>
            <w:r>
              <w:t>www</w:t>
            </w:r>
            <w:r w:rsidRPr="00332DB8">
              <w:rPr>
                <w:lang w:val="ru-RU"/>
              </w:rPr>
              <w:t>.</w:t>
            </w:r>
            <w:r>
              <w:t>vkontakte</w:t>
            </w:r>
            <w:r w:rsidRPr="00332DB8">
              <w:rPr>
                <w:lang w:val="ru-RU"/>
              </w:rPr>
              <w:t>.</w:t>
            </w:r>
            <w:r>
              <w:t>ru</w:t>
            </w:r>
            <w:r w:rsidRPr="00332DB8">
              <w:rPr>
                <w:lang w:val="ru-RU"/>
              </w:rPr>
              <w:t>», на интернет-странице, имеющей адрес «</w:t>
            </w:r>
            <w:r>
              <w:t>http</w:t>
            </w:r>
            <w:r w:rsidRPr="00332DB8">
              <w:rPr>
                <w:lang w:val="ru-RU"/>
              </w:rPr>
              <w:t>://</w:t>
            </w:r>
            <w:r>
              <w:t>vkontakte</w:t>
            </w:r>
            <w:r w:rsidRPr="00332DB8">
              <w:rPr>
                <w:lang w:val="ru-RU"/>
              </w:rPr>
              <w:t>.</w:t>
            </w:r>
            <w:r>
              <w:t>ru</w:t>
            </w:r>
            <w:r w:rsidRPr="00332DB8">
              <w:rPr>
                <w:lang w:val="ru-RU"/>
              </w:rPr>
              <w:t>/</w:t>
            </w:r>
            <w:r>
              <w:t>id</w:t>
            </w:r>
            <w:r w:rsidRPr="00332DB8">
              <w:rPr>
                <w:lang w:val="ru-RU"/>
              </w:rPr>
              <w:t>5907944», в открытом для неограниченного круга лиц доступе (решение Промышленного районного суда города Курска от 12.05.2012);</w:t>
            </w:r>
          </w:p>
        </w:tc>
        <w:tc>
          <w:tcPr>
            <w:tcW w:w="2880" w:type="dxa"/>
          </w:tcPr>
          <w:p w:rsidR="006F7457" w:rsidRPr="00332DB8" w:rsidRDefault="006F7457">
            <w:pPr>
              <w:rPr>
                <w:lang w:val="ru-RU"/>
              </w:rPr>
            </w:pPr>
          </w:p>
        </w:tc>
      </w:tr>
      <w:tr w:rsidR="006F7457" w:rsidRPr="00DD284B">
        <w:tc>
          <w:tcPr>
            <w:tcW w:w="2880" w:type="dxa"/>
          </w:tcPr>
          <w:p w:rsidR="006F7457" w:rsidRDefault="00332DB8">
            <w:r>
              <w:t>1391.</w:t>
            </w:r>
          </w:p>
        </w:tc>
        <w:tc>
          <w:tcPr>
            <w:tcW w:w="2880" w:type="dxa"/>
          </w:tcPr>
          <w:p w:rsidR="006F7457" w:rsidRPr="00332DB8" w:rsidRDefault="00332DB8">
            <w:pPr>
              <w:rPr>
                <w:lang w:val="ru-RU"/>
              </w:rPr>
            </w:pPr>
            <w:r w:rsidRPr="00332DB8">
              <w:rPr>
                <w:lang w:val="ru-RU"/>
              </w:rPr>
              <w:t xml:space="preserve">Видеоролик под названием «Моджахеды, Шахиды, чечня», размещенный 22 апреля 2009 г. в международной компьютерной сети «Интернет» на информационной странице </w:t>
            </w:r>
            <w:r>
              <w:t>http</w:t>
            </w:r>
            <w:r w:rsidRPr="00332DB8">
              <w:rPr>
                <w:lang w:val="ru-RU"/>
              </w:rPr>
              <w:t>://</w:t>
            </w:r>
            <w:r>
              <w:t>smotri</w:t>
            </w:r>
            <w:r w:rsidRPr="00332DB8">
              <w:rPr>
                <w:lang w:val="ru-RU"/>
              </w:rPr>
              <w:t>.</w:t>
            </w:r>
            <w:r>
              <w:t>com</w:t>
            </w:r>
            <w:r w:rsidRPr="00332DB8">
              <w:rPr>
                <w:lang w:val="ru-RU"/>
              </w:rPr>
              <w:t>/</w:t>
            </w:r>
            <w:r>
              <w:t>video</w:t>
            </w:r>
            <w:r w:rsidRPr="00332DB8">
              <w:rPr>
                <w:lang w:val="ru-RU"/>
              </w:rPr>
              <w:t>/</w:t>
            </w:r>
            <w:r>
              <w:t>view</w:t>
            </w:r>
            <w:r w:rsidRPr="00332DB8">
              <w:rPr>
                <w:lang w:val="ru-RU"/>
              </w:rPr>
              <w:t>/?</w:t>
            </w:r>
            <w:r>
              <w:t>id</w:t>
            </w:r>
            <w:r w:rsidRPr="00332DB8">
              <w:rPr>
                <w:lang w:val="ru-RU"/>
              </w:rPr>
              <w:t>=</w:t>
            </w:r>
            <w:r>
              <w:t>v</w:t>
            </w:r>
            <w:r w:rsidRPr="00332DB8">
              <w:rPr>
                <w:lang w:val="ru-RU"/>
              </w:rPr>
              <w:t>9417287</w:t>
            </w:r>
            <w:r>
              <w:t>e</w:t>
            </w:r>
            <w:r w:rsidRPr="00332DB8">
              <w:rPr>
                <w:lang w:val="ru-RU"/>
              </w:rPr>
              <w:t xml:space="preserve">73 сайта </w:t>
            </w:r>
            <w:r>
              <w:t>smotri</w:t>
            </w:r>
            <w:r w:rsidRPr="00332DB8">
              <w:rPr>
                <w:lang w:val="ru-RU"/>
              </w:rPr>
              <w:t>.</w:t>
            </w:r>
            <w:r>
              <w:t>com</w:t>
            </w:r>
            <w:r w:rsidRPr="00332DB8">
              <w:rPr>
                <w:lang w:val="ru-RU"/>
              </w:rPr>
              <w:t xml:space="preserve"> (решение Ленинского районного суда города Саранска Республики Мордовия от 03.05.2012);</w:t>
            </w:r>
          </w:p>
        </w:tc>
        <w:tc>
          <w:tcPr>
            <w:tcW w:w="2880" w:type="dxa"/>
          </w:tcPr>
          <w:p w:rsidR="006F7457" w:rsidRPr="00332DB8" w:rsidRDefault="006F7457">
            <w:pPr>
              <w:rPr>
                <w:lang w:val="ru-RU"/>
              </w:rPr>
            </w:pPr>
          </w:p>
        </w:tc>
      </w:tr>
      <w:tr w:rsidR="006F7457" w:rsidRPr="00DD284B">
        <w:tc>
          <w:tcPr>
            <w:tcW w:w="2880" w:type="dxa"/>
          </w:tcPr>
          <w:p w:rsidR="006F7457" w:rsidRDefault="00332DB8">
            <w:r>
              <w:t>1392.</w:t>
            </w:r>
          </w:p>
        </w:tc>
        <w:tc>
          <w:tcPr>
            <w:tcW w:w="2880" w:type="dxa"/>
          </w:tcPr>
          <w:p w:rsidR="006F7457" w:rsidRPr="00332DB8" w:rsidRDefault="00332DB8">
            <w:pPr>
              <w:rPr>
                <w:lang w:val="ru-RU"/>
              </w:rPr>
            </w:pPr>
            <w:r w:rsidRPr="00332DB8">
              <w:rPr>
                <w:lang w:val="ru-RU"/>
              </w:rPr>
              <w:t>Текст комментариев, размещенных в сети интернет на ресурсе «</w:t>
            </w:r>
            <w:r>
              <w:t>www</w:t>
            </w:r>
            <w:r w:rsidRPr="00332DB8">
              <w:rPr>
                <w:lang w:val="ru-RU"/>
              </w:rPr>
              <w:t>.</w:t>
            </w:r>
            <w:r>
              <w:t>odnoklassniki</w:t>
            </w:r>
            <w:r w:rsidRPr="00332DB8">
              <w:rPr>
                <w:lang w:val="ru-RU"/>
              </w:rPr>
              <w:t>.</w:t>
            </w:r>
            <w:r>
              <w:t>ru</w:t>
            </w:r>
            <w:r w:rsidRPr="00332DB8">
              <w:rPr>
                <w:lang w:val="ru-RU"/>
              </w:rPr>
              <w:t>»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2880" w:type="dxa"/>
          </w:tcPr>
          <w:p w:rsidR="006F7457" w:rsidRPr="00332DB8" w:rsidRDefault="006F7457">
            <w:pPr>
              <w:rPr>
                <w:lang w:val="ru-RU"/>
              </w:rPr>
            </w:pPr>
          </w:p>
        </w:tc>
      </w:tr>
      <w:tr w:rsidR="006F7457" w:rsidRPr="00DD284B">
        <w:tc>
          <w:tcPr>
            <w:tcW w:w="2880" w:type="dxa"/>
          </w:tcPr>
          <w:p w:rsidR="006F7457" w:rsidRDefault="00332DB8">
            <w:r>
              <w:t>1393.</w:t>
            </w:r>
          </w:p>
        </w:tc>
        <w:tc>
          <w:tcPr>
            <w:tcW w:w="2880" w:type="dxa"/>
          </w:tcPr>
          <w:p w:rsidR="006F7457" w:rsidRPr="00332DB8" w:rsidRDefault="00332DB8">
            <w:pPr>
              <w:rPr>
                <w:lang w:val="ru-RU"/>
              </w:rPr>
            </w:pPr>
            <w:r w:rsidRPr="00332DB8">
              <w:rPr>
                <w:lang w:val="ru-RU"/>
              </w:rPr>
              <w:t xml:space="preserve">Информационные материалы, размещенные на интернет-сайте </w:t>
            </w:r>
            <w:r>
              <w:t>http</w:t>
            </w:r>
            <w:r w:rsidRPr="00332DB8">
              <w:rPr>
                <w:lang w:val="ru-RU"/>
              </w:rPr>
              <w:t>://</w:t>
            </w:r>
            <w:r>
              <w:t>vdagestan</w:t>
            </w:r>
            <w:r w:rsidRPr="00332DB8">
              <w:rPr>
                <w:lang w:val="ru-RU"/>
              </w:rPr>
              <w:t>.</w:t>
            </w:r>
            <w:r>
              <w:t>com</w:t>
            </w:r>
            <w:r w:rsidRPr="00332DB8">
              <w:rPr>
                <w:lang w:val="ru-RU"/>
              </w:rPr>
              <w:t>,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1394.</w:t>
            </w:r>
          </w:p>
        </w:tc>
        <w:tc>
          <w:tcPr>
            <w:tcW w:w="2880" w:type="dxa"/>
          </w:tcPr>
          <w:p w:rsidR="006F7457" w:rsidRPr="00332DB8" w:rsidRDefault="00332DB8">
            <w:pPr>
              <w:rPr>
                <w:lang w:val="ru-RU"/>
              </w:rPr>
            </w:pPr>
            <w:r w:rsidRPr="00332DB8">
              <w:rPr>
                <w:lang w:val="ru-RU"/>
              </w:rPr>
              <w:t xml:space="preserve">Информационный материал «Караджич – герой сербского народа!», который расположен в сети интернет по адресу </w:t>
            </w:r>
            <w:r>
              <w:t>http</w:t>
            </w:r>
            <w:r w:rsidRPr="00332DB8">
              <w:rPr>
                <w:lang w:val="ru-RU"/>
              </w:rPr>
              <w:t>://</w:t>
            </w:r>
            <w:r>
              <w:t>www</w:t>
            </w:r>
            <w:r w:rsidRPr="00332DB8">
              <w:rPr>
                <w:lang w:val="ru-RU"/>
              </w:rPr>
              <w:t>.</w:t>
            </w:r>
            <w:r>
              <w:t>km</w:t>
            </w:r>
            <w:r w:rsidRPr="00332DB8">
              <w:rPr>
                <w:lang w:val="ru-RU"/>
              </w:rPr>
              <w:t>.</w:t>
            </w:r>
            <w:r>
              <w:t>ru</w:t>
            </w:r>
            <w:r w:rsidRPr="00332DB8">
              <w:rPr>
                <w:lang w:val="ru-RU"/>
              </w:rPr>
              <w:t>/</w:t>
            </w:r>
            <w:r>
              <w:t>news</w:t>
            </w:r>
            <w:r w:rsidRPr="00332DB8">
              <w:rPr>
                <w:lang w:val="ru-RU"/>
              </w:rPr>
              <w:t>/</w:t>
            </w:r>
            <w:r>
              <w:t>karadzhich</w:t>
            </w:r>
            <w:r w:rsidRPr="00332DB8">
              <w:rPr>
                <w:lang w:val="ru-RU"/>
              </w:rPr>
              <w:t>_</w:t>
            </w:r>
            <w:r>
              <w:t>geroy</w:t>
            </w:r>
            <w:r w:rsidRPr="00332DB8">
              <w:rPr>
                <w:lang w:val="ru-RU"/>
              </w:rPr>
              <w:t>_</w:t>
            </w:r>
            <w:r>
              <w:t>serbskogo</w:t>
            </w:r>
            <w:r w:rsidRPr="00332DB8">
              <w:rPr>
                <w:lang w:val="ru-RU"/>
              </w:rPr>
              <w:t>_</w:t>
            </w:r>
            <w:r>
              <w:t>naroda</w:t>
            </w:r>
            <w:r w:rsidRPr="00332DB8">
              <w:rPr>
                <w:lang w:val="ru-RU"/>
              </w:rPr>
              <w:t xml:space="preserve">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2880" w:type="dxa"/>
          </w:tcPr>
          <w:p w:rsidR="006F7457" w:rsidRPr="00332DB8" w:rsidRDefault="006F7457">
            <w:pPr>
              <w:rPr>
                <w:lang w:val="ru-RU"/>
              </w:rPr>
            </w:pPr>
          </w:p>
        </w:tc>
      </w:tr>
      <w:tr w:rsidR="006F7457" w:rsidRPr="00DD284B">
        <w:tc>
          <w:tcPr>
            <w:tcW w:w="2880" w:type="dxa"/>
          </w:tcPr>
          <w:p w:rsidR="006F7457" w:rsidRDefault="00332DB8">
            <w:r>
              <w:t>1395.</w:t>
            </w:r>
          </w:p>
        </w:tc>
        <w:tc>
          <w:tcPr>
            <w:tcW w:w="2880" w:type="dxa"/>
          </w:tcPr>
          <w:p w:rsidR="006F7457" w:rsidRPr="00332DB8" w:rsidRDefault="00332DB8">
            <w:pPr>
              <w:rPr>
                <w:lang w:val="ru-RU"/>
              </w:rPr>
            </w:pPr>
            <w:r w:rsidRPr="00332DB8">
              <w:rPr>
                <w:lang w:val="ru-RU"/>
              </w:rPr>
              <w:t xml:space="preserve">Статья под названием «Война есть война», автором которой является «Ахмад» и комментарии к ней, опубликованные в период с 29.03.2012 по 16.04.2012 года на сайте </w:t>
            </w:r>
            <w:r>
              <w:t>http</w:t>
            </w:r>
            <w:r w:rsidRPr="00332DB8">
              <w:rPr>
                <w:lang w:val="ru-RU"/>
              </w:rPr>
              <w:t>://</w:t>
            </w:r>
            <w:r>
              <w:t>www</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08.06.2012);</w:t>
            </w:r>
          </w:p>
        </w:tc>
        <w:tc>
          <w:tcPr>
            <w:tcW w:w="2880" w:type="dxa"/>
          </w:tcPr>
          <w:p w:rsidR="006F7457" w:rsidRPr="00332DB8" w:rsidRDefault="006F7457">
            <w:pPr>
              <w:rPr>
                <w:lang w:val="ru-RU"/>
              </w:rPr>
            </w:pPr>
          </w:p>
        </w:tc>
      </w:tr>
      <w:tr w:rsidR="006F7457" w:rsidRPr="00DD284B">
        <w:tc>
          <w:tcPr>
            <w:tcW w:w="2880" w:type="dxa"/>
          </w:tcPr>
          <w:p w:rsidR="006F7457" w:rsidRDefault="00332DB8">
            <w:r>
              <w:t>1396.</w:t>
            </w:r>
          </w:p>
        </w:tc>
        <w:tc>
          <w:tcPr>
            <w:tcW w:w="2880" w:type="dxa"/>
          </w:tcPr>
          <w:p w:rsidR="006F7457" w:rsidRPr="00332DB8" w:rsidRDefault="00332DB8">
            <w:pPr>
              <w:rPr>
                <w:lang w:val="ru-RU"/>
              </w:rPr>
            </w:pPr>
            <w:r w:rsidRPr="00332DB8">
              <w:rPr>
                <w:lang w:val="ru-RU"/>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t>
            </w:r>
            <w:r>
              <w:t>www</w:t>
            </w:r>
            <w:r w:rsidRPr="00332DB8">
              <w:rPr>
                <w:lang w:val="ru-RU"/>
              </w:rPr>
              <w:t>.</w:t>
            </w:r>
            <w:r>
              <w:t>islamdin</w:t>
            </w:r>
            <w:r w:rsidRPr="00332DB8">
              <w:rPr>
                <w:lang w:val="ru-RU"/>
              </w:rPr>
              <w:t>.</w:t>
            </w:r>
            <w:r>
              <w:t>biz</w:t>
            </w:r>
            <w:r w:rsidRPr="00332DB8">
              <w:rPr>
                <w:lang w:val="ru-RU"/>
              </w:rPr>
              <w:t>»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2880" w:type="dxa"/>
          </w:tcPr>
          <w:p w:rsidR="006F7457" w:rsidRPr="00332DB8" w:rsidRDefault="006F7457">
            <w:pPr>
              <w:rPr>
                <w:lang w:val="ru-RU"/>
              </w:rPr>
            </w:pPr>
          </w:p>
        </w:tc>
      </w:tr>
      <w:tr w:rsidR="006F7457" w:rsidRPr="00DD284B">
        <w:tc>
          <w:tcPr>
            <w:tcW w:w="2880" w:type="dxa"/>
          </w:tcPr>
          <w:p w:rsidR="006F7457" w:rsidRDefault="00332DB8">
            <w:r>
              <w:t>1397.</w:t>
            </w:r>
          </w:p>
        </w:tc>
        <w:tc>
          <w:tcPr>
            <w:tcW w:w="2880" w:type="dxa"/>
          </w:tcPr>
          <w:p w:rsidR="006F7457" w:rsidRPr="00332DB8" w:rsidRDefault="00332DB8">
            <w:pPr>
              <w:rPr>
                <w:lang w:val="ru-RU"/>
              </w:rPr>
            </w:pPr>
            <w:r w:rsidRPr="00332DB8">
              <w:rPr>
                <w:lang w:val="ru-RU"/>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2880" w:type="dxa"/>
          </w:tcPr>
          <w:p w:rsidR="006F7457" w:rsidRPr="00332DB8" w:rsidRDefault="006F7457">
            <w:pPr>
              <w:rPr>
                <w:lang w:val="ru-RU"/>
              </w:rPr>
            </w:pPr>
          </w:p>
        </w:tc>
      </w:tr>
      <w:tr w:rsidR="006F7457" w:rsidRPr="00DD284B">
        <w:tc>
          <w:tcPr>
            <w:tcW w:w="2880" w:type="dxa"/>
          </w:tcPr>
          <w:p w:rsidR="006F7457" w:rsidRDefault="00332DB8">
            <w:r>
              <w:t>1398.</w:t>
            </w:r>
          </w:p>
        </w:tc>
        <w:tc>
          <w:tcPr>
            <w:tcW w:w="2880" w:type="dxa"/>
          </w:tcPr>
          <w:p w:rsidR="006F7457" w:rsidRPr="00332DB8" w:rsidRDefault="00332DB8">
            <w:pPr>
              <w:rPr>
                <w:lang w:val="ru-RU"/>
              </w:rPr>
            </w:pPr>
            <w:r w:rsidRPr="00332DB8">
              <w:rPr>
                <w:lang w:val="ru-RU"/>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2880" w:type="dxa"/>
          </w:tcPr>
          <w:p w:rsidR="006F7457" w:rsidRPr="00332DB8" w:rsidRDefault="006F7457">
            <w:pPr>
              <w:rPr>
                <w:lang w:val="ru-RU"/>
              </w:rPr>
            </w:pPr>
          </w:p>
        </w:tc>
      </w:tr>
      <w:tr w:rsidR="006F7457" w:rsidRPr="00DD284B">
        <w:tc>
          <w:tcPr>
            <w:tcW w:w="2880" w:type="dxa"/>
          </w:tcPr>
          <w:p w:rsidR="006F7457" w:rsidRDefault="00332DB8">
            <w:r>
              <w:t>13</w:t>
            </w:r>
            <w:r>
              <w:lastRenderedPageBreak/>
              <w:t>99.</w:t>
            </w:r>
          </w:p>
        </w:tc>
        <w:tc>
          <w:tcPr>
            <w:tcW w:w="2880" w:type="dxa"/>
          </w:tcPr>
          <w:p w:rsidR="006F7457" w:rsidRPr="00332DB8" w:rsidRDefault="00332DB8">
            <w:pPr>
              <w:rPr>
                <w:lang w:val="ru-RU"/>
              </w:rPr>
            </w:pPr>
            <w:r w:rsidRPr="00332DB8">
              <w:rPr>
                <w:lang w:val="ru-RU"/>
              </w:rPr>
              <w:lastRenderedPageBreak/>
              <w:t xml:space="preserve">Журнал «Звезда Селенной» № 4/10 июль 2003 (апелляционное определение Судебной коллегии по </w:t>
            </w:r>
            <w:r w:rsidRPr="00332DB8">
              <w:rPr>
                <w:lang w:val="ru-RU"/>
              </w:rPr>
              <w:lastRenderedPageBreak/>
              <w:t>гражданским делам Верховного Суда Республики Татарстан от 14.02.2013);</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1400.</w:t>
            </w:r>
          </w:p>
        </w:tc>
        <w:tc>
          <w:tcPr>
            <w:tcW w:w="2880" w:type="dxa"/>
          </w:tcPr>
          <w:p w:rsidR="006F7457" w:rsidRPr="00332DB8" w:rsidRDefault="00332DB8">
            <w:pPr>
              <w:rPr>
                <w:lang w:val="ru-RU"/>
              </w:rPr>
            </w:pPr>
            <w:r w:rsidRPr="00332DB8">
              <w:rPr>
                <w:lang w:val="ru-RU"/>
              </w:rP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c>
          <w:tcPr>
            <w:tcW w:w="2880" w:type="dxa"/>
          </w:tcPr>
          <w:p w:rsidR="006F7457" w:rsidRPr="00332DB8" w:rsidRDefault="006F7457">
            <w:pPr>
              <w:rPr>
                <w:lang w:val="ru-RU"/>
              </w:rPr>
            </w:pPr>
          </w:p>
        </w:tc>
      </w:tr>
      <w:tr w:rsidR="006F7457" w:rsidRPr="00DD284B">
        <w:tc>
          <w:tcPr>
            <w:tcW w:w="2880" w:type="dxa"/>
          </w:tcPr>
          <w:p w:rsidR="006F7457" w:rsidRDefault="00332DB8">
            <w:r>
              <w:t>1401.</w:t>
            </w:r>
          </w:p>
        </w:tc>
        <w:tc>
          <w:tcPr>
            <w:tcW w:w="2880" w:type="dxa"/>
          </w:tcPr>
          <w:p w:rsidR="006F7457" w:rsidRPr="00332DB8" w:rsidRDefault="00332DB8">
            <w:pPr>
              <w:rPr>
                <w:lang w:val="ru-RU"/>
              </w:rPr>
            </w:pPr>
            <w:r w:rsidRPr="00332DB8">
              <w:rPr>
                <w:lang w:val="ru-RU"/>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2880" w:type="dxa"/>
          </w:tcPr>
          <w:p w:rsidR="006F7457" w:rsidRPr="00332DB8" w:rsidRDefault="006F7457">
            <w:pPr>
              <w:rPr>
                <w:lang w:val="ru-RU"/>
              </w:rPr>
            </w:pPr>
          </w:p>
        </w:tc>
      </w:tr>
      <w:tr w:rsidR="006F7457" w:rsidRPr="00DD284B">
        <w:tc>
          <w:tcPr>
            <w:tcW w:w="2880" w:type="dxa"/>
          </w:tcPr>
          <w:p w:rsidR="006F7457" w:rsidRDefault="00332DB8">
            <w:r>
              <w:t>1402.</w:t>
            </w:r>
          </w:p>
        </w:tc>
        <w:tc>
          <w:tcPr>
            <w:tcW w:w="2880" w:type="dxa"/>
          </w:tcPr>
          <w:p w:rsidR="006F7457" w:rsidRPr="00332DB8" w:rsidRDefault="00332DB8">
            <w:pPr>
              <w:rPr>
                <w:lang w:val="ru-RU"/>
              </w:rPr>
            </w:pPr>
            <w:r w:rsidRPr="00332DB8">
              <w:rPr>
                <w:lang w:val="ru-RU"/>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2880" w:type="dxa"/>
          </w:tcPr>
          <w:p w:rsidR="006F7457" w:rsidRPr="00332DB8" w:rsidRDefault="006F7457">
            <w:pPr>
              <w:rPr>
                <w:lang w:val="ru-RU"/>
              </w:rPr>
            </w:pPr>
          </w:p>
        </w:tc>
      </w:tr>
      <w:tr w:rsidR="006F7457" w:rsidRPr="00DD284B">
        <w:tc>
          <w:tcPr>
            <w:tcW w:w="2880" w:type="dxa"/>
          </w:tcPr>
          <w:p w:rsidR="006F7457" w:rsidRDefault="00332DB8">
            <w:r>
              <w:t>1403.</w:t>
            </w:r>
          </w:p>
        </w:tc>
        <w:tc>
          <w:tcPr>
            <w:tcW w:w="2880" w:type="dxa"/>
          </w:tcPr>
          <w:p w:rsidR="006F7457" w:rsidRPr="00332DB8" w:rsidRDefault="00332DB8">
            <w:pPr>
              <w:rPr>
                <w:lang w:val="ru-RU"/>
              </w:rPr>
            </w:pPr>
            <w:r w:rsidRPr="00332DB8">
              <w:rPr>
                <w:lang w:val="ru-RU"/>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2880" w:type="dxa"/>
          </w:tcPr>
          <w:p w:rsidR="006F7457" w:rsidRPr="00332DB8" w:rsidRDefault="006F7457">
            <w:pPr>
              <w:rPr>
                <w:lang w:val="ru-RU"/>
              </w:rPr>
            </w:pPr>
          </w:p>
        </w:tc>
      </w:tr>
      <w:tr w:rsidR="006F7457" w:rsidRPr="00DD284B">
        <w:tc>
          <w:tcPr>
            <w:tcW w:w="2880" w:type="dxa"/>
          </w:tcPr>
          <w:p w:rsidR="006F7457" w:rsidRDefault="00332DB8">
            <w:r>
              <w:t>1404.</w:t>
            </w:r>
          </w:p>
        </w:tc>
        <w:tc>
          <w:tcPr>
            <w:tcW w:w="2880" w:type="dxa"/>
          </w:tcPr>
          <w:p w:rsidR="006F7457" w:rsidRPr="00332DB8" w:rsidRDefault="00332DB8">
            <w:pPr>
              <w:rPr>
                <w:lang w:val="ru-RU"/>
              </w:rPr>
            </w:pPr>
            <w:r w:rsidRPr="00332DB8">
              <w:rPr>
                <w:lang w:val="ru-RU"/>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1405.</w:t>
            </w:r>
          </w:p>
        </w:tc>
        <w:tc>
          <w:tcPr>
            <w:tcW w:w="2880" w:type="dxa"/>
          </w:tcPr>
          <w:p w:rsidR="006F7457" w:rsidRPr="00332DB8" w:rsidRDefault="00332DB8">
            <w:pPr>
              <w:rPr>
                <w:lang w:val="ru-RU"/>
              </w:rPr>
            </w:pPr>
            <w:r w:rsidRPr="00332DB8">
              <w:rPr>
                <w:lang w:val="ru-RU"/>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t>
            </w:r>
            <w:r>
              <w:t>www</w:t>
            </w:r>
            <w:r w:rsidRPr="00332DB8">
              <w:rPr>
                <w:lang w:val="ru-RU"/>
              </w:rPr>
              <w:t>.</w:t>
            </w:r>
            <w:r>
              <w:t>djamaattakbir</w:t>
            </w:r>
            <w:r w:rsidRPr="00332DB8">
              <w:rPr>
                <w:lang w:val="ru-RU"/>
              </w:rPr>
              <w:t>.</w:t>
            </w:r>
            <w:r>
              <w:t>com</w:t>
            </w:r>
            <w:r w:rsidRPr="00332DB8">
              <w:rPr>
                <w:lang w:val="ru-RU"/>
              </w:rPr>
              <w:t>» (решение Нальчикского городского суда Кабардино-Балкарской Республики от 26.06.2012);</w:t>
            </w:r>
          </w:p>
        </w:tc>
        <w:tc>
          <w:tcPr>
            <w:tcW w:w="2880" w:type="dxa"/>
          </w:tcPr>
          <w:p w:rsidR="006F7457" w:rsidRPr="00332DB8" w:rsidRDefault="006F7457">
            <w:pPr>
              <w:rPr>
                <w:lang w:val="ru-RU"/>
              </w:rPr>
            </w:pPr>
          </w:p>
        </w:tc>
      </w:tr>
      <w:tr w:rsidR="006F7457" w:rsidRPr="00DD284B">
        <w:tc>
          <w:tcPr>
            <w:tcW w:w="2880" w:type="dxa"/>
          </w:tcPr>
          <w:p w:rsidR="006F7457" w:rsidRDefault="00332DB8">
            <w:r>
              <w:t>1406.</w:t>
            </w:r>
          </w:p>
        </w:tc>
        <w:tc>
          <w:tcPr>
            <w:tcW w:w="2880" w:type="dxa"/>
          </w:tcPr>
          <w:p w:rsidR="006F7457" w:rsidRPr="00332DB8" w:rsidRDefault="00332DB8">
            <w:pPr>
              <w:rPr>
                <w:lang w:val="ru-RU"/>
              </w:rPr>
            </w:pPr>
            <w:r w:rsidRPr="00332DB8">
              <w:rPr>
                <w:lang w:val="ru-RU"/>
              </w:rPr>
              <w:t xml:space="preserve">Статья «Заявление командования муджахидов Вилаята Галг1айче» и комментарии к ней, опубликованные в период с 4 мая 2012 года по 12 мая 2012 года на сайте </w:t>
            </w:r>
            <w:r>
              <w:t>http</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15.06.2012);</w:t>
            </w:r>
          </w:p>
        </w:tc>
        <w:tc>
          <w:tcPr>
            <w:tcW w:w="2880" w:type="dxa"/>
          </w:tcPr>
          <w:p w:rsidR="006F7457" w:rsidRPr="00332DB8" w:rsidRDefault="006F7457">
            <w:pPr>
              <w:rPr>
                <w:lang w:val="ru-RU"/>
              </w:rPr>
            </w:pPr>
          </w:p>
        </w:tc>
      </w:tr>
      <w:tr w:rsidR="006F7457" w:rsidRPr="00DD284B">
        <w:tc>
          <w:tcPr>
            <w:tcW w:w="2880" w:type="dxa"/>
          </w:tcPr>
          <w:p w:rsidR="006F7457" w:rsidRDefault="00332DB8">
            <w:r>
              <w:t>1407.</w:t>
            </w:r>
          </w:p>
        </w:tc>
        <w:tc>
          <w:tcPr>
            <w:tcW w:w="2880" w:type="dxa"/>
          </w:tcPr>
          <w:p w:rsidR="006F7457" w:rsidRPr="00332DB8" w:rsidRDefault="00332DB8">
            <w:pPr>
              <w:rPr>
                <w:lang w:val="ru-RU"/>
              </w:rPr>
            </w:pPr>
            <w:r w:rsidRPr="00332DB8">
              <w:rPr>
                <w:lang w:val="ru-RU"/>
              </w:rPr>
              <w:t xml:space="preserve">Статья «Заявление командования муджахидов Вилаята Галг1айче» и комментарии к ней, опубликованные в период с 5 марта 2012 года по 16 марта 2012 года на сайте </w:t>
            </w:r>
            <w:r>
              <w:t>http</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15.06.2012);</w:t>
            </w:r>
          </w:p>
        </w:tc>
        <w:tc>
          <w:tcPr>
            <w:tcW w:w="2880" w:type="dxa"/>
          </w:tcPr>
          <w:p w:rsidR="006F7457" w:rsidRPr="00332DB8" w:rsidRDefault="006F7457">
            <w:pPr>
              <w:rPr>
                <w:lang w:val="ru-RU"/>
              </w:rPr>
            </w:pPr>
          </w:p>
        </w:tc>
      </w:tr>
      <w:tr w:rsidR="006F7457" w:rsidRPr="00DD284B">
        <w:tc>
          <w:tcPr>
            <w:tcW w:w="2880" w:type="dxa"/>
          </w:tcPr>
          <w:p w:rsidR="006F7457" w:rsidRDefault="00332DB8">
            <w:r>
              <w:t>1408.</w:t>
            </w:r>
          </w:p>
        </w:tc>
        <w:tc>
          <w:tcPr>
            <w:tcW w:w="2880" w:type="dxa"/>
          </w:tcPr>
          <w:p w:rsidR="006F7457" w:rsidRPr="00332DB8" w:rsidRDefault="00332DB8">
            <w:pPr>
              <w:rPr>
                <w:lang w:val="ru-RU"/>
              </w:rPr>
            </w:pPr>
            <w:r w:rsidRPr="00332DB8">
              <w:rPr>
                <w:lang w:val="ru-RU"/>
              </w:rPr>
              <w:t xml:space="preserve">Интернет-ресурс (сайт): </w:t>
            </w:r>
            <w:r>
              <w:t>http</w:t>
            </w:r>
            <w:r w:rsidRPr="00332DB8">
              <w:rPr>
                <w:lang w:val="ru-RU"/>
              </w:rPr>
              <w:t>://</w:t>
            </w:r>
            <w:r>
              <w:t>milleti</w:t>
            </w:r>
            <w:r w:rsidRPr="00332DB8">
              <w:rPr>
                <w:lang w:val="ru-RU"/>
              </w:rPr>
              <w:t>-</w:t>
            </w:r>
            <w:r>
              <w:t>ibrahim</w:t>
            </w:r>
            <w:r w:rsidRPr="00332DB8">
              <w:rPr>
                <w:lang w:val="ru-RU"/>
              </w:rPr>
              <w:t>.</w:t>
            </w:r>
            <w:r>
              <w:t>info</w:t>
            </w:r>
            <w:r w:rsidRPr="00332DB8">
              <w:rPr>
                <w:lang w:val="ru-RU"/>
              </w:rPr>
              <w:t>/</w:t>
            </w:r>
            <w:r>
              <w:t>ru</w:t>
            </w:r>
            <w:r w:rsidRPr="00332DB8">
              <w:rPr>
                <w:lang w:val="ru-RU"/>
              </w:rPr>
              <w:t>/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2880" w:type="dxa"/>
          </w:tcPr>
          <w:p w:rsidR="006F7457" w:rsidRPr="00332DB8" w:rsidRDefault="006F7457">
            <w:pPr>
              <w:rPr>
                <w:lang w:val="ru-RU"/>
              </w:rPr>
            </w:pPr>
          </w:p>
        </w:tc>
      </w:tr>
      <w:tr w:rsidR="006F7457" w:rsidRPr="00DD284B">
        <w:tc>
          <w:tcPr>
            <w:tcW w:w="2880" w:type="dxa"/>
          </w:tcPr>
          <w:p w:rsidR="006F7457" w:rsidRDefault="00332DB8">
            <w:r>
              <w:t>1409.</w:t>
            </w:r>
          </w:p>
        </w:tc>
        <w:tc>
          <w:tcPr>
            <w:tcW w:w="2880" w:type="dxa"/>
          </w:tcPr>
          <w:p w:rsidR="006F7457" w:rsidRPr="00332DB8" w:rsidRDefault="00332DB8">
            <w:pPr>
              <w:rPr>
                <w:lang w:val="ru-RU"/>
              </w:rPr>
            </w:pPr>
            <w:r w:rsidRPr="00332DB8">
              <w:rPr>
                <w:lang w:val="ru-RU"/>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2880" w:type="dxa"/>
          </w:tcPr>
          <w:p w:rsidR="006F7457" w:rsidRPr="00332DB8" w:rsidRDefault="006F7457">
            <w:pPr>
              <w:rPr>
                <w:lang w:val="ru-RU"/>
              </w:rPr>
            </w:pPr>
          </w:p>
        </w:tc>
      </w:tr>
      <w:tr w:rsidR="006F7457" w:rsidRPr="00DD284B">
        <w:tc>
          <w:tcPr>
            <w:tcW w:w="2880" w:type="dxa"/>
          </w:tcPr>
          <w:p w:rsidR="006F7457" w:rsidRDefault="00332DB8">
            <w:r>
              <w:t>141</w:t>
            </w:r>
            <w:r>
              <w:lastRenderedPageBreak/>
              <w:t>0.</w:t>
            </w:r>
          </w:p>
        </w:tc>
        <w:tc>
          <w:tcPr>
            <w:tcW w:w="2880" w:type="dxa"/>
          </w:tcPr>
          <w:p w:rsidR="006F7457" w:rsidRPr="00332DB8" w:rsidRDefault="00332DB8">
            <w:pPr>
              <w:rPr>
                <w:lang w:val="ru-RU"/>
              </w:rPr>
            </w:pPr>
            <w:r>
              <w:lastRenderedPageBreak/>
              <w:t>http</w:t>
            </w:r>
            <w:r w:rsidRPr="00332DB8">
              <w:rPr>
                <w:lang w:val="ru-RU"/>
              </w:rPr>
              <w:t>://</w:t>
            </w:r>
            <w:r>
              <w:t>www</w:t>
            </w:r>
            <w:r w:rsidRPr="00332DB8">
              <w:rPr>
                <w:lang w:val="ru-RU"/>
              </w:rPr>
              <w:t>.</w:t>
            </w:r>
            <w:r>
              <w:t>ispovednik</w:t>
            </w:r>
            <w:r w:rsidRPr="00332DB8">
              <w:rPr>
                <w:lang w:val="ru-RU"/>
              </w:rPr>
              <w:t>.</w:t>
            </w:r>
            <w:r>
              <w:t>com</w:t>
            </w:r>
            <w:r w:rsidRPr="00332DB8">
              <w:rPr>
                <w:lang w:val="ru-RU"/>
              </w:rPr>
              <w:t>./</w:t>
            </w:r>
            <w:r>
              <w:t>veroispovedanie</w:t>
            </w:r>
            <w:r w:rsidRPr="00332DB8">
              <w:rPr>
                <w:lang w:val="ru-RU"/>
              </w:rPr>
              <w:t>-</w:t>
            </w:r>
            <w:r>
              <w:t>rospc</w:t>
            </w:r>
            <w:r w:rsidRPr="00332DB8">
              <w:rPr>
                <w:lang w:val="ru-RU"/>
              </w:rPr>
              <w:t>/ (решение Первомайского районного суда города Кирова Кировской области от 02.05.2012);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1411.</w:t>
            </w:r>
          </w:p>
        </w:tc>
        <w:tc>
          <w:tcPr>
            <w:tcW w:w="2880" w:type="dxa"/>
          </w:tcPr>
          <w:p w:rsidR="006F7457" w:rsidRPr="00332DB8" w:rsidRDefault="00332DB8">
            <w:pPr>
              <w:rPr>
                <w:lang w:val="ru-RU"/>
              </w:rPr>
            </w:pPr>
            <w:r>
              <w:t>http</w:t>
            </w:r>
            <w:r w:rsidRPr="00332DB8">
              <w:rPr>
                <w:lang w:val="ru-RU"/>
              </w:rPr>
              <w:t>://</w:t>
            </w:r>
            <w:r>
              <w:t>www</w:t>
            </w:r>
            <w:r w:rsidRPr="00332DB8">
              <w:rPr>
                <w:lang w:val="ru-RU"/>
              </w:rPr>
              <w:t>.</w:t>
            </w:r>
            <w:r>
              <w:t>ispovednik</w:t>
            </w:r>
            <w:r w:rsidRPr="00332DB8">
              <w:rPr>
                <w:lang w:val="ru-RU"/>
              </w:rPr>
              <w:t>.</w:t>
            </w:r>
            <w:r>
              <w:t>com</w:t>
            </w:r>
            <w:r w:rsidRPr="00332DB8">
              <w:rPr>
                <w:lang w:val="ru-RU"/>
              </w:rPr>
              <w:t>./</w:t>
            </w:r>
            <w:r>
              <w:t>veroispovedanie</w:t>
            </w:r>
            <w:r w:rsidRPr="00332DB8">
              <w:rPr>
                <w:lang w:val="ru-RU"/>
              </w:rPr>
              <w:t>-</w:t>
            </w:r>
            <w:r>
              <w:t>rospc</w:t>
            </w:r>
            <w:r w:rsidRPr="00332DB8">
              <w:rPr>
                <w:lang w:val="ru-RU"/>
              </w:rPr>
              <w:t>-</w:t>
            </w:r>
            <w:r>
              <w:t>i</w:t>
            </w:r>
            <w:r w:rsidRPr="00332DB8">
              <w:rPr>
                <w:lang w:val="ru-RU"/>
              </w:rPr>
              <w:t xml:space="preserve"> (решение Первомайского районного суда города Кирова Кировской области от 02.05.2012);</w:t>
            </w:r>
          </w:p>
        </w:tc>
        <w:tc>
          <w:tcPr>
            <w:tcW w:w="2880" w:type="dxa"/>
          </w:tcPr>
          <w:p w:rsidR="006F7457" w:rsidRPr="00332DB8" w:rsidRDefault="006F7457">
            <w:pPr>
              <w:rPr>
                <w:lang w:val="ru-RU"/>
              </w:rPr>
            </w:pPr>
          </w:p>
        </w:tc>
      </w:tr>
      <w:tr w:rsidR="006F7457" w:rsidRPr="00DD284B">
        <w:tc>
          <w:tcPr>
            <w:tcW w:w="2880" w:type="dxa"/>
          </w:tcPr>
          <w:p w:rsidR="006F7457" w:rsidRDefault="00332DB8">
            <w:r>
              <w:t>1412.</w:t>
            </w:r>
          </w:p>
        </w:tc>
        <w:tc>
          <w:tcPr>
            <w:tcW w:w="2880" w:type="dxa"/>
          </w:tcPr>
          <w:p w:rsidR="006F7457" w:rsidRPr="00332DB8" w:rsidRDefault="00332DB8">
            <w:pPr>
              <w:rPr>
                <w:lang w:val="ru-RU"/>
              </w:rPr>
            </w:pPr>
            <w:r>
              <w:t>http</w:t>
            </w:r>
            <w:r w:rsidRPr="00332DB8">
              <w:rPr>
                <w:lang w:val="ru-RU"/>
              </w:rPr>
              <w:t>://</w:t>
            </w:r>
            <w:r>
              <w:t>www</w:t>
            </w:r>
            <w:r w:rsidRPr="00332DB8">
              <w:rPr>
                <w:lang w:val="ru-RU"/>
              </w:rPr>
              <w:t>.</w:t>
            </w:r>
            <w:r>
              <w:t>ispovednik</w:t>
            </w:r>
            <w:r w:rsidRPr="00332DB8">
              <w:rPr>
                <w:lang w:val="ru-RU"/>
              </w:rPr>
              <w:t>.</w:t>
            </w:r>
            <w:r>
              <w:t>com</w:t>
            </w:r>
            <w:r w:rsidRPr="00332DB8">
              <w:rPr>
                <w:lang w:val="ru-RU"/>
              </w:rPr>
              <w:t>./</w:t>
            </w:r>
            <w:r>
              <w:t>veroispovedanie</w:t>
            </w:r>
            <w:r w:rsidRPr="00332DB8">
              <w:rPr>
                <w:lang w:val="ru-RU"/>
              </w:rPr>
              <w:t>-</w:t>
            </w:r>
            <w:r>
              <w:t>rospc</w:t>
            </w:r>
            <w:r w:rsidRPr="00332DB8">
              <w:rPr>
                <w:lang w:val="ru-RU"/>
              </w:rPr>
              <w:t>-</w:t>
            </w:r>
            <w:r>
              <w:t>ii</w:t>
            </w:r>
            <w:r w:rsidRPr="00332DB8">
              <w:rPr>
                <w:lang w:val="ru-RU"/>
              </w:rPr>
              <w:t xml:space="preserve"> (решение Первомайского районного суда города Кирова Кировской области от 02.05.2012);</w:t>
            </w:r>
          </w:p>
        </w:tc>
        <w:tc>
          <w:tcPr>
            <w:tcW w:w="2880" w:type="dxa"/>
          </w:tcPr>
          <w:p w:rsidR="006F7457" w:rsidRPr="00332DB8" w:rsidRDefault="006F7457">
            <w:pPr>
              <w:rPr>
                <w:lang w:val="ru-RU"/>
              </w:rPr>
            </w:pPr>
          </w:p>
        </w:tc>
      </w:tr>
      <w:tr w:rsidR="006F7457" w:rsidRPr="00DD284B">
        <w:tc>
          <w:tcPr>
            <w:tcW w:w="2880" w:type="dxa"/>
          </w:tcPr>
          <w:p w:rsidR="006F7457" w:rsidRDefault="00332DB8">
            <w:r>
              <w:t>1413.</w:t>
            </w:r>
          </w:p>
        </w:tc>
        <w:tc>
          <w:tcPr>
            <w:tcW w:w="2880" w:type="dxa"/>
          </w:tcPr>
          <w:p w:rsidR="006F7457" w:rsidRPr="00332DB8" w:rsidRDefault="00332DB8">
            <w:pPr>
              <w:rPr>
                <w:lang w:val="ru-RU"/>
              </w:rPr>
            </w:pPr>
            <w:r>
              <w:t>http</w:t>
            </w:r>
            <w:r w:rsidRPr="00332DB8">
              <w:rPr>
                <w:lang w:val="ru-RU"/>
              </w:rPr>
              <w:t>://</w:t>
            </w:r>
            <w:r>
              <w:t>www</w:t>
            </w:r>
            <w:r w:rsidRPr="00332DB8">
              <w:rPr>
                <w:lang w:val="ru-RU"/>
              </w:rPr>
              <w:t>.</w:t>
            </w:r>
            <w:r>
              <w:t>ispovednik</w:t>
            </w:r>
            <w:r w:rsidRPr="00332DB8">
              <w:rPr>
                <w:lang w:val="ru-RU"/>
              </w:rPr>
              <w:t>.</w:t>
            </w:r>
            <w:r>
              <w:t>com</w:t>
            </w:r>
            <w:r w:rsidRPr="00332DB8">
              <w:rPr>
                <w:lang w:val="ru-RU"/>
              </w:rPr>
              <w:t>./</w:t>
            </w:r>
            <w:r>
              <w:t>veroispovedanie</w:t>
            </w:r>
            <w:r w:rsidRPr="00332DB8">
              <w:rPr>
                <w:lang w:val="ru-RU"/>
              </w:rPr>
              <w:t>-</w:t>
            </w:r>
            <w:r>
              <w:t>rospc</w:t>
            </w:r>
            <w:r w:rsidRPr="00332DB8">
              <w:rPr>
                <w:lang w:val="ru-RU"/>
              </w:rPr>
              <w:t>-</w:t>
            </w:r>
            <w:r>
              <w:t>iii</w:t>
            </w:r>
            <w:r w:rsidRPr="00332DB8">
              <w:rPr>
                <w:lang w:val="ru-RU"/>
              </w:rPr>
              <w:t xml:space="preserve"> (решение Первомайского районного суда города Кирова Кировской области от 02.05.2012);</w:t>
            </w:r>
          </w:p>
        </w:tc>
        <w:tc>
          <w:tcPr>
            <w:tcW w:w="2880" w:type="dxa"/>
          </w:tcPr>
          <w:p w:rsidR="006F7457" w:rsidRPr="00332DB8" w:rsidRDefault="006F7457">
            <w:pPr>
              <w:rPr>
                <w:lang w:val="ru-RU"/>
              </w:rPr>
            </w:pPr>
          </w:p>
        </w:tc>
      </w:tr>
      <w:tr w:rsidR="006F7457" w:rsidRPr="00DD284B">
        <w:tc>
          <w:tcPr>
            <w:tcW w:w="2880" w:type="dxa"/>
          </w:tcPr>
          <w:p w:rsidR="006F7457" w:rsidRDefault="00332DB8">
            <w:r>
              <w:t>1414.</w:t>
            </w:r>
          </w:p>
        </w:tc>
        <w:tc>
          <w:tcPr>
            <w:tcW w:w="2880" w:type="dxa"/>
          </w:tcPr>
          <w:p w:rsidR="006F7457" w:rsidRPr="00332DB8" w:rsidRDefault="00332DB8">
            <w:pPr>
              <w:rPr>
                <w:lang w:val="ru-RU"/>
              </w:rPr>
            </w:pPr>
            <w:r>
              <w:t>http</w:t>
            </w:r>
            <w:r w:rsidRPr="00332DB8">
              <w:rPr>
                <w:lang w:val="ru-RU"/>
              </w:rPr>
              <w:t>://</w:t>
            </w:r>
            <w:r>
              <w:t>www</w:t>
            </w:r>
            <w:r w:rsidRPr="00332DB8">
              <w:rPr>
                <w:lang w:val="ru-RU"/>
              </w:rPr>
              <w:t>.</w:t>
            </w:r>
            <w:r>
              <w:t>ispovednik</w:t>
            </w:r>
            <w:r w:rsidRPr="00332DB8">
              <w:rPr>
                <w:lang w:val="ru-RU"/>
              </w:rPr>
              <w:t>.</w:t>
            </w:r>
            <w:r>
              <w:t>com</w:t>
            </w:r>
            <w:r w:rsidRPr="00332DB8">
              <w:rPr>
                <w:lang w:val="ru-RU"/>
              </w:rPr>
              <w:t>./</w:t>
            </w:r>
            <w:r>
              <w:t>veroispovedanie</w:t>
            </w:r>
            <w:r w:rsidRPr="00332DB8">
              <w:rPr>
                <w:lang w:val="ru-RU"/>
              </w:rPr>
              <w:t>-</w:t>
            </w:r>
            <w:r>
              <w:t>rospc</w:t>
            </w:r>
            <w:r w:rsidRPr="00332DB8">
              <w:rPr>
                <w:lang w:val="ru-RU"/>
              </w:rPr>
              <w:t>-</w:t>
            </w:r>
            <w:r>
              <w:t>iv</w:t>
            </w:r>
            <w:r w:rsidRPr="00332DB8">
              <w:rPr>
                <w:lang w:val="ru-RU"/>
              </w:rPr>
              <w:t xml:space="preserve"> (решение Первомайского районного суда города Кирова Кировской области от 02.05.2012);</w:t>
            </w:r>
          </w:p>
        </w:tc>
        <w:tc>
          <w:tcPr>
            <w:tcW w:w="2880" w:type="dxa"/>
          </w:tcPr>
          <w:p w:rsidR="006F7457" w:rsidRPr="00332DB8" w:rsidRDefault="006F7457">
            <w:pPr>
              <w:rPr>
                <w:lang w:val="ru-RU"/>
              </w:rPr>
            </w:pPr>
          </w:p>
        </w:tc>
      </w:tr>
      <w:tr w:rsidR="006F7457" w:rsidRPr="00DD284B">
        <w:tc>
          <w:tcPr>
            <w:tcW w:w="2880" w:type="dxa"/>
          </w:tcPr>
          <w:p w:rsidR="006F7457" w:rsidRDefault="00332DB8">
            <w:r>
              <w:t>1415.</w:t>
            </w:r>
          </w:p>
        </w:tc>
        <w:tc>
          <w:tcPr>
            <w:tcW w:w="2880" w:type="dxa"/>
          </w:tcPr>
          <w:p w:rsidR="006F7457" w:rsidRPr="00332DB8" w:rsidRDefault="00332DB8">
            <w:pPr>
              <w:rPr>
                <w:lang w:val="ru-RU"/>
              </w:rPr>
            </w:pPr>
            <w:r>
              <w:t>http</w:t>
            </w:r>
            <w:r w:rsidRPr="00332DB8">
              <w:rPr>
                <w:lang w:val="ru-RU"/>
              </w:rPr>
              <w:t>://</w:t>
            </w:r>
            <w:r>
              <w:t>www</w:t>
            </w:r>
            <w:r w:rsidRPr="00332DB8">
              <w:rPr>
                <w:lang w:val="ru-RU"/>
              </w:rPr>
              <w:t>.</w:t>
            </w:r>
            <w:r>
              <w:t>ispovednik</w:t>
            </w:r>
            <w:r w:rsidRPr="00332DB8">
              <w:rPr>
                <w:lang w:val="ru-RU"/>
              </w:rPr>
              <w:t>.</w:t>
            </w:r>
            <w:r>
              <w:t>com</w:t>
            </w:r>
            <w:r w:rsidRPr="00332DB8">
              <w:rPr>
                <w:lang w:val="ru-RU"/>
              </w:rPr>
              <w:t>./</w:t>
            </w:r>
            <w:r>
              <w:t>veroispovedanie</w:t>
            </w:r>
            <w:r w:rsidRPr="00332DB8">
              <w:rPr>
                <w:lang w:val="ru-RU"/>
              </w:rPr>
              <w:t>-</w:t>
            </w:r>
            <w:r>
              <w:t>rospc</w:t>
            </w:r>
            <w:r w:rsidRPr="00332DB8">
              <w:rPr>
                <w:lang w:val="ru-RU"/>
              </w:rPr>
              <w:t>-</w:t>
            </w:r>
            <w:r>
              <w:t>v</w:t>
            </w:r>
            <w:r w:rsidRPr="00332DB8">
              <w:rPr>
                <w:lang w:val="ru-RU"/>
              </w:rPr>
              <w:t xml:space="preserve"> (решение Первомайского районного суда города Кирова Кировской области от 02.05.2012);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1416.</w:t>
            </w:r>
          </w:p>
        </w:tc>
        <w:tc>
          <w:tcPr>
            <w:tcW w:w="2880" w:type="dxa"/>
          </w:tcPr>
          <w:p w:rsidR="006F7457" w:rsidRPr="00332DB8" w:rsidRDefault="00332DB8">
            <w:pPr>
              <w:rPr>
                <w:lang w:val="ru-RU"/>
              </w:rPr>
            </w:pPr>
            <w:r>
              <w:t>http</w:t>
            </w:r>
            <w:r w:rsidRPr="00332DB8">
              <w:rPr>
                <w:lang w:val="ru-RU"/>
              </w:rPr>
              <w:t>://</w:t>
            </w:r>
            <w:r>
              <w:t>www</w:t>
            </w:r>
            <w:r w:rsidRPr="00332DB8">
              <w:rPr>
                <w:lang w:val="ru-RU"/>
              </w:rPr>
              <w:t>.</w:t>
            </w:r>
            <w:r>
              <w:t>ispovednik</w:t>
            </w:r>
            <w:r w:rsidRPr="00332DB8">
              <w:rPr>
                <w:lang w:val="ru-RU"/>
              </w:rPr>
              <w:t>.</w:t>
            </w:r>
            <w:r>
              <w:t>com</w:t>
            </w:r>
            <w:r w:rsidRPr="00332DB8">
              <w:rPr>
                <w:lang w:val="ru-RU"/>
              </w:rPr>
              <w:t>./</w:t>
            </w:r>
            <w:r>
              <w:t>veroispovedanie</w:t>
            </w:r>
            <w:r w:rsidRPr="00332DB8">
              <w:rPr>
                <w:lang w:val="ru-RU"/>
              </w:rPr>
              <w:t>-</w:t>
            </w:r>
            <w:r>
              <w:t>rospc</w:t>
            </w:r>
            <w:r w:rsidRPr="00332DB8">
              <w:rPr>
                <w:lang w:val="ru-RU"/>
              </w:rPr>
              <w:t>-</w:t>
            </w:r>
            <w:r>
              <w:t>vi</w:t>
            </w:r>
            <w:r w:rsidRPr="00332DB8">
              <w:rPr>
                <w:lang w:val="ru-RU"/>
              </w:rPr>
              <w:t xml:space="preserve"> (решение Первомайского районного суда города Кирова Кировской области от 02.05.2012);</w:t>
            </w:r>
          </w:p>
        </w:tc>
        <w:tc>
          <w:tcPr>
            <w:tcW w:w="2880" w:type="dxa"/>
          </w:tcPr>
          <w:p w:rsidR="006F7457" w:rsidRPr="00332DB8" w:rsidRDefault="006F7457">
            <w:pPr>
              <w:rPr>
                <w:lang w:val="ru-RU"/>
              </w:rPr>
            </w:pPr>
          </w:p>
        </w:tc>
      </w:tr>
      <w:tr w:rsidR="006F7457" w:rsidRPr="00DD284B">
        <w:tc>
          <w:tcPr>
            <w:tcW w:w="2880" w:type="dxa"/>
          </w:tcPr>
          <w:p w:rsidR="006F7457" w:rsidRDefault="00332DB8">
            <w:r>
              <w:t>1417.</w:t>
            </w:r>
          </w:p>
        </w:tc>
        <w:tc>
          <w:tcPr>
            <w:tcW w:w="2880" w:type="dxa"/>
          </w:tcPr>
          <w:p w:rsidR="006F7457" w:rsidRPr="00332DB8" w:rsidRDefault="00332DB8">
            <w:pPr>
              <w:rPr>
                <w:lang w:val="ru-RU"/>
              </w:rPr>
            </w:pPr>
            <w:r>
              <w:t>http</w:t>
            </w:r>
            <w:r w:rsidRPr="00332DB8">
              <w:rPr>
                <w:lang w:val="ru-RU"/>
              </w:rPr>
              <w:t>://</w:t>
            </w:r>
            <w:r>
              <w:t>www</w:t>
            </w:r>
            <w:r w:rsidRPr="00332DB8">
              <w:rPr>
                <w:lang w:val="ru-RU"/>
              </w:rPr>
              <w:t>.</w:t>
            </w:r>
            <w:r>
              <w:t>ispovednik</w:t>
            </w:r>
            <w:r w:rsidRPr="00332DB8">
              <w:rPr>
                <w:lang w:val="ru-RU"/>
              </w:rPr>
              <w:t>.</w:t>
            </w:r>
            <w:r>
              <w:t>com</w:t>
            </w:r>
            <w:r w:rsidRPr="00332DB8">
              <w:rPr>
                <w:lang w:val="ru-RU"/>
              </w:rPr>
              <w:t>./</w:t>
            </w:r>
            <w:r>
              <w:t>veroispovedanie</w:t>
            </w:r>
            <w:r w:rsidRPr="00332DB8">
              <w:rPr>
                <w:lang w:val="ru-RU"/>
              </w:rPr>
              <w:t>-</w:t>
            </w:r>
            <w:r>
              <w:t>rospc</w:t>
            </w:r>
            <w:r w:rsidRPr="00332DB8">
              <w:rPr>
                <w:lang w:val="ru-RU"/>
              </w:rPr>
              <w:t>-</w:t>
            </w:r>
            <w:r>
              <w:t>vii</w:t>
            </w:r>
            <w:r w:rsidRPr="00332DB8">
              <w:rPr>
                <w:lang w:val="ru-RU"/>
              </w:rPr>
              <w:t xml:space="preserve"> (решение Первомайского районного суда города Кирова Кировской области от 02.05.2012);</w:t>
            </w:r>
          </w:p>
        </w:tc>
        <w:tc>
          <w:tcPr>
            <w:tcW w:w="2880" w:type="dxa"/>
          </w:tcPr>
          <w:p w:rsidR="006F7457" w:rsidRPr="00332DB8" w:rsidRDefault="006F7457">
            <w:pPr>
              <w:rPr>
                <w:lang w:val="ru-RU"/>
              </w:rPr>
            </w:pPr>
          </w:p>
        </w:tc>
      </w:tr>
      <w:tr w:rsidR="006F7457" w:rsidRPr="00DD284B">
        <w:tc>
          <w:tcPr>
            <w:tcW w:w="2880" w:type="dxa"/>
          </w:tcPr>
          <w:p w:rsidR="006F7457" w:rsidRDefault="00332DB8">
            <w:r>
              <w:t>1418.</w:t>
            </w:r>
          </w:p>
        </w:tc>
        <w:tc>
          <w:tcPr>
            <w:tcW w:w="2880" w:type="dxa"/>
          </w:tcPr>
          <w:p w:rsidR="006F7457" w:rsidRPr="00332DB8" w:rsidRDefault="00332DB8">
            <w:pPr>
              <w:rPr>
                <w:lang w:val="ru-RU"/>
              </w:rPr>
            </w:pPr>
            <w:r>
              <w:t>http</w:t>
            </w:r>
            <w:r w:rsidRPr="00332DB8">
              <w:rPr>
                <w:lang w:val="ru-RU"/>
              </w:rPr>
              <w:t>://</w:t>
            </w:r>
            <w:r>
              <w:t>www</w:t>
            </w:r>
            <w:r w:rsidRPr="00332DB8">
              <w:rPr>
                <w:lang w:val="ru-RU"/>
              </w:rPr>
              <w:t>.</w:t>
            </w:r>
            <w:r>
              <w:t>ispovednik</w:t>
            </w:r>
            <w:r w:rsidRPr="00332DB8">
              <w:rPr>
                <w:lang w:val="ru-RU"/>
              </w:rPr>
              <w:t>.</w:t>
            </w:r>
            <w:r>
              <w:t>com</w:t>
            </w:r>
            <w:r w:rsidRPr="00332DB8">
              <w:rPr>
                <w:lang w:val="ru-RU"/>
              </w:rPr>
              <w:t>./</w:t>
            </w:r>
            <w:r>
              <w:t>prilozenie</w:t>
            </w:r>
            <w:r w:rsidRPr="00332DB8">
              <w:rPr>
                <w:lang w:val="ru-RU"/>
              </w:rPr>
              <w:t>-</w:t>
            </w:r>
            <w:r>
              <w:t>no</w:t>
            </w:r>
            <w:r w:rsidRPr="00332DB8">
              <w:rPr>
                <w:lang w:val="ru-RU"/>
              </w:rPr>
              <w:t>-1 (решение Первомайского районного суда города Кирова Кировской области от 02.05.2012);</w:t>
            </w:r>
          </w:p>
        </w:tc>
        <w:tc>
          <w:tcPr>
            <w:tcW w:w="2880" w:type="dxa"/>
          </w:tcPr>
          <w:p w:rsidR="006F7457" w:rsidRPr="00332DB8" w:rsidRDefault="006F7457">
            <w:pPr>
              <w:rPr>
                <w:lang w:val="ru-RU"/>
              </w:rPr>
            </w:pPr>
          </w:p>
        </w:tc>
      </w:tr>
      <w:tr w:rsidR="006F7457" w:rsidRPr="00DD284B">
        <w:tc>
          <w:tcPr>
            <w:tcW w:w="2880" w:type="dxa"/>
          </w:tcPr>
          <w:p w:rsidR="006F7457" w:rsidRDefault="00332DB8">
            <w:r>
              <w:t>1419.</w:t>
            </w:r>
          </w:p>
        </w:tc>
        <w:tc>
          <w:tcPr>
            <w:tcW w:w="2880" w:type="dxa"/>
          </w:tcPr>
          <w:p w:rsidR="006F7457" w:rsidRPr="00332DB8" w:rsidRDefault="00332DB8">
            <w:pPr>
              <w:rPr>
                <w:lang w:val="ru-RU"/>
              </w:rPr>
            </w:pPr>
            <w:r>
              <w:t>http</w:t>
            </w:r>
            <w:r w:rsidRPr="00332DB8">
              <w:rPr>
                <w:lang w:val="ru-RU"/>
              </w:rPr>
              <w:t>://</w:t>
            </w:r>
            <w:r>
              <w:t>www</w:t>
            </w:r>
            <w:r w:rsidRPr="00332DB8">
              <w:rPr>
                <w:lang w:val="ru-RU"/>
              </w:rPr>
              <w:t>.</w:t>
            </w:r>
            <w:r>
              <w:t>ispovednik</w:t>
            </w:r>
            <w:r w:rsidRPr="00332DB8">
              <w:rPr>
                <w:lang w:val="ru-RU"/>
              </w:rPr>
              <w:t>.</w:t>
            </w:r>
            <w:r>
              <w:t>com</w:t>
            </w:r>
            <w:r w:rsidRPr="00332DB8">
              <w:rPr>
                <w:lang w:val="ru-RU"/>
              </w:rPr>
              <w:t>./</w:t>
            </w:r>
            <w:r>
              <w:t>prilozenie</w:t>
            </w:r>
            <w:r w:rsidRPr="00332DB8">
              <w:rPr>
                <w:lang w:val="ru-RU"/>
              </w:rPr>
              <w:t>-</w:t>
            </w:r>
            <w:r>
              <w:t>no</w:t>
            </w:r>
            <w:r w:rsidRPr="00332DB8">
              <w:rPr>
                <w:lang w:val="ru-RU"/>
              </w:rPr>
              <w:t>-2 (решение Первомайского районного суда города Кирова Кировской области от 02.05.2012);</w:t>
            </w:r>
          </w:p>
        </w:tc>
        <w:tc>
          <w:tcPr>
            <w:tcW w:w="2880" w:type="dxa"/>
          </w:tcPr>
          <w:p w:rsidR="006F7457" w:rsidRPr="00332DB8" w:rsidRDefault="006F7457">
            <w:pPr>
              <w:rPr>
                <w:lang w:val="ru-RU"/>
              </w:rPr>
            </w:pPr>
          </w:p>
        </w:tc>
      </w:tr>
      <w:tr w:rsidR="006F7457" w:rsidRPr="00DD284B">
        <w:tc>
          <w:tcPr>
            <w:tcW w:w="2880" w:type="dxa"/>
          </w:tcPr>
          <w:p w:rsidR="006F7457" w:rsidRDefault="00332DB8">
            <w:r>
              <w:t>1420.</w:t>
            </w:r>
          </w:p>
        </w:tc>
        <w:tc>
          <w:tcPr>
            <w:tcW w:w="2880" w:type="dxa"/>
          </w:tcPr>
          <w:p w:rsidR="006F7457" w:rsidRPr="00332DB8" w:rsidRDefault="00332DB8">
            <w:pPr>
              <w:rPr>
                <w:lang w:val="ru-RU"/>
              </w:rPr>
            </w:pPr>
            <w:r w:rsidRPr="00332DB8">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332DB8">
              <w:rPr>
                <w:lang w:val="ru-RU"/>
              </w:rPr>
              <w:t xml:space="preserve">3, находящийся на компакт-диске </w:t>
            </w:r>
            <w:r>
              <w:t>CD</w:t>
            </w:r>
            <w:r w:rsidRPr="00332DB8">
              <w:rPr>
                <w:lang w:val="ru-RU"/>
              </w:rPr>
              <w:t>-</w:t>
            </w:r>
            <w:r>
              <w:t>R</w:t>
            </w:r>
            <w:r w:rsidRPr="00332DB8">
              <w:rPr>
                <w:lang w:val="ru-RU"/>
              </w:rPr>
              <w:t xml:space="preserve">, </w:t>
            </w:r>
            <w:r>
              <w:t>Verbatim</w:t>
            </w:r>
            <w:r w:rsidRPr="00332DB8">
              <w:rPr>
                <w:lang w:val="ru-RU"/>
              </w:rPr>
              <w:t xml:space="preserve">, 52х700 </w:t>
            </w:r>
            <w:r>
              <w:t>mb</w:t>
            </w:r>
            <w:r w:rsidRPr="00332DB8">
              <w:rPr>
                <w:lang w:val="ru-RU"/>
              </w:rPr>
              <w:t>, с номером матрицы на центрирующем кольце 4335106</w:t>
            </w:r>
            <w:r>
              <w:t>RD</w:t>
            </w:r>
            <w:r w:rsidRPr="00332DB8">
              <w:rPr>
                <w:lang w:val="ru-RU"/>
              </w:rPr>
              <w:t>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w:t>
            </w:r>
            <w:r>
              <w:lastRenderedPageBreak/>
              <w:t>21.</w:t>
            </w:r>
          </w:p>
        </w:tc>
        <w:tc>
          <w:tcPr>
            <w:tcW w:w="2880" w:type="dxa"/>
          </w:tcPr>
          <w:p w:rsidR="006F7457" w:rsidRPr="00332DB8" w:rsidRDefault="00332DB8">
            <w:pPr>
              <w:rPr>
                <w:lang w:val="ru-RU"/>
              </w:rPr>
            </w:pPr>
            <w:r w:rsidRPr="00332DB8">
              <w:rPr>
                <w:lang w:val="ru-RU"/>
              </w:rPr>
              <w:lastRenderedPageBreak/>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332DB8">
              <w:rPr>
                <w:lang w:val="ru-RU"/>
              </w:rPr>
              <w:t xml:space="preserve">3, находящийся на компакт-диске </w:t>
            </w:r>
            <w:r>
              <w:t>CD</w:t>
            </w:r>
            <w:r w:rsidRPr="00332DB8">
              <w:rPr>
                <w:lang w:val="ru-RU"/>
              </w:rPr>
              <w:t>-</w:t>
            </w:r>
            <w:r>
              <w:t>R</w:t>
            </w:r>
            <w:r w:rsidRPr="00332DB8">
              <w:rPr>
                <w:lang w:val="ru-RU"/>
              </w:rPr>
              <w:t xml:space="preserve">, </w:t>
            </w:r>
            <w:r>
              <w:t>Verbatim</w:t>
            </w:r>
            <w:r w:rsidRPr="00332DB8">
              <w:rPr>
                <w:lang w:val="ru-RU"/>
              </w:rPr>
              <w:t xml:space="preserve">, </w:t>
            </w:r>
            <w:r w:rsidRPr="00332DB8">
              <w:rPr>
                <w:lang w:val="ru-RU"/>
              </w:rPr>
              <w:lastRenderedPageBreak/>
              <w:t xml:space="preserve">52х700 </w:t>
            </w:r>
            <w:r>
              <w:t>mb</w:t>
            </w:r>
            <w:r w:rsidRPr="00332DB8">
              <w:rPr>
                <w:lang w:val="ru-RU"/>
              </w:rPr>
              <w:t>, с номером матрицы на центрирующем кольце 4335106</w:t>
            </w:r>
            <w:r>
              <w:t>RD</w:t>
            </w:r>
            <w:r w:rsidRPr="00332DB8">
              <w:rPr>
                <w:lang w:val="ru-RU"/>
              </w:rPr>
              <w:t>04221, под названием «Лекция 1б», длительностью 32 минуты 09 секунд (решение Вахитовского районного суда города Казани Республики Татарстан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1422.</w:t>
            </w:r>
          </w:p>
        </w:tc>
        <w:tc>
          <w:tcPr>
            <w:tcW w:w="2880" w:type="dxa"/>
          </w:tcPr>
          <w:p w:rsidR="006F7457" w:rsidRPr="00332DB8" w:rsidRDefault="00332DB8">
            <w:pPr>
              <w:rPr>
                <w:lang w:val="ru-RU"/>
              </w:rPr>
            </w:pPr>
            <w:r w:rsidRPr="00332DB8">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332DB8">
              <w:rPr>
                <w:lang w:val="ru-RU"/>
              </w:rPr>
              <w:t xml:space="preserve">3, находящийся на компакт-диске </w:t>
            </w:r>
            <w:r>
              <w:t>CD</w:t>
            </w:r>
            <w:r w:rsidRPr="00332DB8">
              <w:rPr>
                <w:lang w:val="ru-RU"/>
              </w:rPr>
              <w:t>-</w:t>
            </w:r>
            <w:r>
              <w:t>R</w:t>
            </w:r>
            <w:r w:rsidRPr="00332DB8">
              <w:rPr>
                <w:lang w:val="ru-RU"/>
              </w:rPr>
              <w:t xml:space="preserve">, </w:t>
            </w:r>
            <w:r>
              <w:t>Verbatim</w:t>
            </w:r>
            <w:r w:rsidRPr="00332DB8">
              <w:rPr>
                <w:lang w:val="ru-RU"/>
              </w:rPr>
              <w:t xml:space="preserve">, 52х700 </w:t>
            </w:r>
            <w:r>
              <w:t>mb</w:t>
            </w:r>
            <w:r w:rsidRPr="00332DB8">
              <w:rPr>
                <w:lang w:val="ru-RU"/>
              </w:rPr>
              <w:t>, с номером матрицы на центрирующем кольце 4335106</w:t>
            </w:r>
            <w:r>
              <w:t>RD</w:t>
            </w:r>
            <w:r w:rsidRPr="00332DB8">
              <w:rPr>
                <w:lang w:val="ru-RU"/>
              </w:rPr>
              <w:t>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1423.</w:t>
            </w:r>
          </w:p>
        </w:tc>
        <w:tc>
          <w:tcPr>
            <w:tcW w:w="2880" w:type="dxa"/>
          </w:tcPr>
          <w:p w:rsidR="006F7457" w:rsidRPr="00332DB8" w:rsidRDefault="00332DB8">
            <w:pPr>
              <w:rPr>
                <w:lang w:val="ru-RU"/>
              </w:rPr>
            </w:pPr>
            <w:r w:rsidRPr="00332DB8">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332DB8">
              <w:rPr>
                <w:lang w:val="ru-RU"/>
              </w:rPr>
              <w:t xml:space="preserve">3, находящийся на компакт-диске </w:t>
            </w:r>
            <w:r>
              <w:t>CD</w:t>
            </w:r>
            <w:r w:rsidRPr="00332DB8">
              <w:rPr>
                <w:lang w:val="ru-RU"/>
              </w:rPr>
              <w:t>-</w:t>
            </w:r>
            <w:r>
              <w:t>R</w:t>
            </w:r>
            <w:r w:rsidRPr="00332DB8">
              <w:rPr>
                <w:lang w:val="ru-RU"/>
              </w:rPr>
              <w:t xml:space="preserve">, </w:t>
            </w:r>
            <w:r>
              <w:t>Verbatim</w:t>
            </w:r>
            <w:r w:rsidRPr="00332DB8">
              <w:rPr>
                <w:lang w:val="ru-RU"/>
              </w:rPr>
              <w:t xml:space="preserve">, 52х700 </w:t>
            </w:r>
            <w:r>
              <w:t>mb</w:t>
            </w:r>
            <w:r w:rsidRPr="00332DB8">
              <w:rPr>
                <w:lang w:val="ru-RU"/>
              </w:rPr>
              <w:t>, с номером матрицы на центрирующем кольце 4335106</w:t>
            </w:r>
            <w:r>
              <w:t>RD</w:t>
            </w:r>
            <w:r w:rsidRPr="00332DB8">
              <w:rPr>
                <w:lang w:val="ru-RU"/>
              </w:rPr>
              <w:t>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1424.</w:t>
            </w:r>
          </w:p>
        </w:tc>
        <w:tc>
          <w:tcPr>
            <w:tcW w:w="2880" w:type="dxa"/>
          </w:tcPr>
          <w:p w:rsidR="006F7457" w:rsidRPr="00332DB8" w:rsidRDefault="00332DB8">
            <w:pPr>
              <w:rPr>
                <w:lang w:val="ru-RU"/>
              </w:rPr>
            </w:pPr>
            <w:r w:rsidRPr="00332DB8">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332DB8">
              <w:rPr>
                <w:lang w:val="ru-RU"/>
              </w:rPr>
              <w:t xml:space="preserve">3, находящийся на компакт-диске </w:t>
            </w:r>
            <w:r>
              <w:t>CD</w:t>
            </w:r>
            <w:r w:rsidRPr="00332DB8">
              <w:rPr>
                <w:lang w:val="ru-RU"/>
              </w:rPr>
              <w:t>-</w:t>
            </w:r>
            <w:r>
              <w:t>R</w:t>
            </w:r>
            <w:r w:rsidRPr="00332DB8">
              <w:rPr>
                <w:lang w:val="ru-RU"/>
              </w:rPr>
              <w:t xml:space="preserve">, </w:t>
            </w:r>
            <w:r>
              <w:t>Verbatim</w:t>
            </w:r>
            <w:r w:rsidRPr="00332DB8">
              <w:rPr>
                <w:lang w:val="ru-RU"/>
              </w:rPr>
              <w:t xml:space="preserve">, 52х700 </w:t>
            </w:r>
            <w:r>
              <w:t>mb</w:t>
            </w:r>
            <w:r w:rsidRPr="00332DB8">
              <w:rPr>
                <w:lang w:val="ru-RU"/>
              </w:rPr>
              <w:t>, с номером матрицы на центрирующем кольце 4335106</w:t>
            </w:r>
            <w:r>
              <w:t>RD</w:t>
            </w:r>
            <w:r w:rsidRPr="00332DB8">
              <w:rPr>
                <w:lang w:val="ru-RU"/>
              </w:rPr>
              <w:t>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1425.</w:t>
            </w:r>
          </w:p>
        </w:tc>
        <w:tc>
          <w:tcPr>
            <w:tcW w:w="2880" w:type="dxa"/>
          </w:tcPr>
          <w:p w:rsidR="006F7457" w:rsidRPr="00332DB8" w:rsidRDefault="00332DB8">
            <w:pPr>
              <w:rPr>
                <w:lang w:val="ru-RU"/>
              </w:rPr>
            </w:pPr>
            <w:r w:rsidRPr="00332DB8">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332DB8">
              <w:rPr>
                <w:lang w:val="ru-RU"/>
              </w:rPr>
              <w:t xml:space="preserve">3, находящийся на компакт-диске </w:t>
            </w:r>
            <w:r>
              <w:t>CD</w:t>
            </w:r>
            <w:r w:rsidRPr="00332DB8">
              <w:rPr>
                <w:lang w:val="ru-RU"/>
              </w:rPr>
              <w:t>-</w:t>
            </w:r>
            <w:r>
              <w:t>R</w:t>
            </w:r>
            <w:r w:rsidRPr="00332DB8">
              <w:rPr>
                <w:lang w:val="ru-RU"/>
              </w:rPr>
              <w:t xml:space="preserve">, </w:t>
            </w:r>
            <w:r>
              <w:t>Verbatim</w:t>
            </w:r>
            <w:r w:rsidRPr="00332DB8">
              <w:rPr>
                <w:lang w:val="ru-RU"/>
              </w:rPr>
              <w:t xml:space="preserve">, 52х700 </w:t>
            </w:r>
            <w:r>
              <w:t>mb</w:t>
            </w:r>
            <w:r w:rsidRPr="00332DB8">
              <w:rPr>
                <w:lang w:val="ru-RU"/>
              </w:rPr>
              <w:t>, с номером матрицы на центрирующем кольце 4335106</w:t>
            </w:r>
            <w:r>
              <w:t>RD</w:t>
            </w:r>
            <w:r w:rsidRPr="00332DB8">
              <w:rPr>
                <w:lang w:val="ru-RU"/>
              </w:rPr>
              <w:t>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1426.</w:t>
            </w:r>
          </w:p>
        </w:tc>
        <w:tc>
          <w:tcPr>
            <w:tcW w:w="2880" w:type="dxa"/>
          </w:tcPr>
          <w:p w:rsidR="006F7457" w:rsidRPr="00332DB8" w:rsidRDefault="00332DB8">
            <w:pPr>
              <w:rPr>
                <w:lang w:val="ru-RU"/>
              </w:rPr>
            </w:pPr>
            <w:r w:rsidRPr="00332DB8">
              <w:rPr>
                <w:lang w:val="ru-RU"/>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w:t>
            </w:r>
            <w:r>
              <w:t>mp</w:t>
            </w:r>
            <w:r w:rsidRPr="00332DB8">
              <w:rPr>
                <w:lang w:val="ru-RU"/>
              </w:rPr>
              <w:t xml:space="preserve">3, находящийся на компакт-диске </w:t>
            </w:r>
            <w:r>
              <w:t>CD</w:t>
            </w:r>
            <w:r w:rsidRPr="00332DB8">
              <w:rPr>
                <w:lang w:val="ru-RU"/>
              </w:rPr>
              <w:t>-</w:t>
            </w:r>
            <w:r>
              <w:t>R</w:t>
            </w:r>
            <w:r w:rsidRPr="00332DB8">
              <w:rPr>
                <w:lang w:val="ru-RU"/>
              </w:rPr>
              <w:t xml:space="preserve">, </w:t>
            </w:r>
            <w:r>
              <w:t>Verbatim</w:t>
            </w:r>
            <w:r w:rsidRPr="00332DB8">
              <w:rPr>
                <w:lang w:val="ru-RU"/>
              </w:rPr>
              <w:t xml:space="preserve">, 52х700 </w:t>
            </w:r>
            <w:r>
              <w:t>mb</w:t>
            </w:r>
            <w:r w:rsidRPr="00332DB8">
              <w:rPr>
                <w:lang w:val="ru-RU"/>
              </w:rPr>
              <w:t>, с номером матрицы на центрирующем кольце 4335106</w:t>
            </w:r>
            <w:r>
              <w:t>RD</w:t>
            </w:r>
            <w:r w:rsidRPr="00332DB8">
              <w:rPr>
                <w:lang w:val="ru-RU"/>
              </w:rPr>
              <w:t>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1427.</w:t>
            </w:r>
          </w:p>
        </w:tc>
        <w:tc>
          <w:tcPr>
            <w:tcW w:w="2880" w:type="dxa"/>
          </w:tcPr>
          <w:p w:rsidR="006F7457" w:rsidRPr="00332DB8" w:rsidRDefault="00332DB8">
            <w:pPr>
              <w:rPr>
                <w:lang w:val="ru-RU"/>
              </w:rPr>
            </w:pPr>
            <w:r w:rsidRPr="00332DB8">
              <w:rPr>
                <w:lang w:val="ru-RU"/>
              </w:rPr>
              <w:t xml:space="preserve">Интернет-ресурс (сайт) </w:t>
            </w:r>
            <w:r>
              <w:t>http</w:t>
            </w:r>
            <w:r w:rsidRPr="00332DB8">
              <w:rPr>
                <w:lang w:val="ru-RU"/>
              </w:rPr>
              <w:t>:/</w:t>
            </w:r>
            <w:r>
              <w:t>czeczenia</w:t>
            </w:r>
            <w:r w:rsidRPr="00332DB8">
              <w:rPr>
                <w:lang w:val="ru-RU"/>
              </w:rPr>
              <w:t>-</w:t>
            </w:r>
            <w:r>
              <w:t>rus</w:t>
            </w:r>
            <w:r w:rsidRPr="00332DB8">
              <w:rPr>
                <w:lang w:val="ru-RU"/>
              </w:rPr>
              <w:t>.</w:t>
            </w:r>
            <w:r>
              <w:t>blog</w:t>
            </w:r>
            <w:r w:rsidRPr="00332DB8">
              <w:rPr>
                <w:lang w:val="ru-RU"/>
              </w:rPr>
              <w:t>.</w:t>
            </w:r>
            <w:r>
              <w:t>onet</w:t>
            </w:r>
            <w:r w:rsidRPr="00332DB8">
              <w:rPr>
                <w:lang w:val="ru-RU"/>
              </w:rPr>
              <w:t>.</w:t>
            </w:r>
            <w:r>
              <w:t>pl</w:t>
            </w:r>
            <w:r w:rsidRPr="00332DB8">
              <w:rPr>
                <w:lang w:val="ru-RU"/>
              </w:rPr>
              <w:t>/ - «</w:t>
            </w:r>
            <w:r>
              <w:t>Serwis</w:t>
            </w:r>
            <w:r w:rsidRPr="00332DB8">
              <w:rPr>
                <w:lang w:val="ru-RU"/>
              </w:rPr>
              <w:t xml:space="preserve"> </w:t>
            </w:r>
            <w:r>
              <w:t>Emiratu</w:t>
            </w:r>
            <w:r w:rsidRPr="00332DB8">
              <w:rPr>
                <w:lang w:val="ru-RU"/>
              </w:rPr>
              <w:t xml:space="preserve"> </w:t>
            </w:r>
            <w:r>
              <w:t>Kaukaskiego</w:t>
            </w:r>
            <w:r w:rsidRPr="00332DB8">
              <w:rPr>
                <w:lang w:val="ru-RU"/>
              </w:rPr>
              <w:t>» (Сервис Имарат Кавказ) (решение Усть-Куломского районного суда Республики Коми от 27.06.2012);</w:t>
            </w:r>
          </w:p>
        </w:tc>
        <w:tc>
          <w:tcPr>
            <w:tcW w:w="2880" w:type="dxa"/>
          </w:tcPr>
          <w:p w:rsidR="006F7457" w:rsidRPr="00332DB8" w:rsidRDefault="006F7457">
            <w:pPr>
              <w:rPr>
                <w:lang w:val="ru-RU"/>
              </w:rPr>
            </w:pPr>
          </w:p>
        </w:tc>
      </w:tr>
      <w:tr w:rsidR="006F7457" w:rsidRPr="00DD284B">
        <w:tc>
          <w:tcPr>
            <w:tcW w:w="2880" w:type="dxa"/>
          </w:tcPr>
          <w:p w:rsidR="006F7457" w:rsidRDefault="00332DB8">
            <w:r>
              <w:t>1428.</w:t>
            </w:r>
          </w:p>
        </w:tc>
        <w:tc>
          <w:tcPr>
            <w:tcW w:w="2880" w:type="dxa"/>
          </w:tcPr>
          <w:p w:rsidR="006F7457" w:rsidRPr="00332DB8" w:rsidRDefault="00332DB8">
            <w:pPr>
              <w:rPr>
                <w:lang w:val="ru-RU"/>
              </w:rPr>
            </w:pPr>
            <w:r w:rsidRPr="00332DB8">
              <w:rPr>
                <w:lang w:val="ru-RU"/>
              </w:rPr>
              <w:t xml:space="preserve">Интернет-ресурс (сайт): </w:t>
            </w:r>
            <w:r>
              <w:t>http</w:t>
            </w:r>
            <w:r w:rsidRPr="00332DB8">
              <w:rPr>
                <w:lang w:val="ru-RU"/>
              </w:rPr>
              <w:t>://</w:t>
            </w:r>
            <w:r>
              <w:t>vdagestan</w:t>
            </w:r>
            <w:r w:rsidRPr="00332DB8">
              <w:rPr>
                <w:lang w:val="ru-RU"/>
              </w:rPr>
              <w:t>.</w:t>
            </w:r>
            <w:r>
              <w:t>com</w:t>
            </w:r>
            <w:r w:rsidRPr="00332DB8">
              <w:rPr>
                <w:lang w:val="ru-RU"/>
              </w:rPr>
              <w:t>/ - «Официальный сайт Вилайята Дагестан» (решение Интинского городского суда Республики Коми от 19.06.2012);</w:t>
            </w:r>
          </w:p>
        </w:tc>
        <w:tc>
          <w:tcPr>
            <w:tcW w:w="2880" w:type="dxa"/>
          </w:tcPr>
          <w:p w:rsidR="006F7457" w:rsidRPr="00332DB8" w:rsidRDefault="006F7457">
            <w:pPr>
              <w:rPr>
                <w:lang w:val="ru-RU"/>
              </w:rPr>
            </w:pPr>
          </w:p>
        </w:tc>
      </w:tr>
      <w:tr w:rsidR="006F7457" w:rsidRPr="00DD284B">
        <w:tc>
          <w:tcPr>
            <w:tcW w:w="2880" w:type="dxa"/>
          </w:tcPr>
          <w:p w:rsidR="006F7457" w:rsidRDefault="00332DB8">
            <w:r>
              <w:t>1429.</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«Русские националисты..</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10.04.2012);</w:t>
            </w:r>
          </w:p>
        </w:tc>
        <w:tc>
          <w:tcPr>
            <w:tcW w:w="2880" w:type="dxa"/>
          </w:tcPr>
          <w:p w:rsidR="006F7457" w:rsidRPr="00332DB8" w:rsidRDefault="006F7457">
            <w:pPr>
              <w:rPr>
                <w:lang w:val="ru-RU"/>
              </w:rPr>
            </w:pPr>
          </w:p>
        </w:tc>
      </w:tr>
      <w:tr w:rsidR="006F7457" w:rsidRPr="00DD284B">
        <w:tc>
          <w:tcPr>
            <w:tcW w:w="2880" w:type="dxa"/>
          </w:tcPr>
          <w:p w:rsidR="006F7457" w:rsidRDefault="00332DB8">
            <w:r>
              <w:t>1430.</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«Русские Скины..</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10.04.2012);</w:t>
            </w:r>
          </w:p>
        </w:tc>
        <w:tc>
          <w:tcPr>
            <w:tcW w:w="2880" w:type="dxa"/>
          </w:tcPr>
          <w:p w:rsidR="006F7457" w:rsidRPr="00332DB8" w:rsidRDefault="006F7457">
            <w:pPr>
              <w:rPr>
                <w:lang w:val="ru-RU"/>
              </w:rPr>
            </w:pPr>
          </w:p>
        </w:tc>
      </w:tr>
      <w:tr w:rsidR="006F7457" w:rsidRPr="00DD284B">
        <w:tc>
          <w:tcPr>
            <w:tcW w:w="2880" w:type="dxa"/>
          </w:tcPr>
          <w:p w:rsidR="006F7457" w:rsidRDefault="00332DB8">
            <w:r>
              <w:t>14</w:t>
            </w:r>
            <w:r>
              <w:lastRenderedPageBreak/>
              <w:t>31.</w:t>
            </w:r>
          </w:p>
        </w:tc>
        <w:tc>
          <w:tcPr>
            <w:tcW w:w="2880" w:type="dxa"/>
          </w:tcPr>
          <w:p w:rsidR="006F7457" w:rsidRPr="00332DB8" w:rsidRDefault="00332DB8">
            <w:pPr>
              <w:rPr>
                <w:lang w:val="ru-RU"/>
              </w:rPr>
            </w:pPr>
            <w:r w:rsidRPr="00332DB8">
              <w:rPr>
                <w:lang w:val="ru-RU"/>
              </w:rPr>
              <w:lastRenderedPageBreak/>
              <w:t xml:space="preserve">видеофайл формата </w:t>
            </w:r>
            <w:r>
              <w:t>mp</w:t>
            </w:r>
            <w:r w:rsidRPr="00332DB8">
              <w:rPr>
                <w:lang w:val="ru-RU"/>
              </w:rPr>
              <w:t>4 «Русские парни против хачей РУССКИЕ СИЛА..</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 xml:space="preserve">4595303 (решение Ленинградского районного суда города </w:t>
            </w:r>
            <w:r w:rsidRPr="00332DB8">
              <w:rPr>
                <w:lang w:val="ru-RU"/>
              </w:rPr>
              <w:lastRenderedPageBreak/>
              <w:t>Калининграда от 10.04.2012);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1432.</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«Русский Скинхед против толпы Хачей..</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10.04.2012);</w:t>
            </w:r>
          </w:p>
        </w:tc>
        <w:tc>
          <w:tcPr>
            <w:tcW w:w="2880" w:type="dxa"/>
          </w:tcPr>
          <w:p w:rsidR="006F7457" w:rsidRPr="00332DB8" w:rsidRDefault="006F7457">
            <w:pPr>
              <w:rPr>
                <w:lang w:val="ru-RU"/>
              </w:rPr>
            </w:pPr>
          </w:p>
        </w:tc>
      </w:tr>
      <w:tr w:rsidR="006F7457" w:rsidRPr="00DD284B">
        <w:tc>
          <w:tcPr>
            <w:tcW w:w="2880" w:type="dxa"/>
          </w:tcPr>
          <w:p w:rsidR="006F7457" w:rsidRDefault="00332DB8">
            <w:r>
              <w:t>1433.</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«Русский очнись..</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10.04.2012);</w:t>
            </w:r>
          </w:p>
        </w:tc>
        <w:tc>
          <w:tcPr>
            <w:tcW w:w="2880" w:type="dxa"/>
          </w:tcPr>
          <w:p w:rsidR="006F7457" w:rsidRPr="00332DB8" w:rsidRDefault="006F7457">
            <w:pPr>
              <w:rPr>
                <w:lang w:val="ru-RU"/>
              </w:rPr>
            </w:pPr>
          </w:p>
        </w:tc>
      </w:tr>
      <w:tr w:rsidR="006F7457" w:rsidRPr="00DD284B">
        <w:tc>
          <w:tcPr>
            <w:tcW w:w="2880" w:type="dxa"/>
          </w:tcPr>
          <w:p w:rsidR="006F7457" w:rsidRDefault="00332DB8">
            <w:r>
              <w:t>1434.</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«Скины..</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10.04.2012);</w:t>
            </w:r>
          </w:p>
        </w:tc>
        <w:tc>
          <w:tcPr>
            <w:tcW w:w="2880" w:type="dxa"/>
          </w:tcPr>
          <w:p w:rsidR="006F7457" w:rsidRPr="00332DB8" w:rsidRDefault="006F7457">
            <w:pPr>
              <w:rPr>
                <w:lang w:val="ru-RU"/>
              </w:rPr>
            </w:pPr>
          </w:p>
        </w:tc>
      </w:tr>
      <w:tr w:rsidR="006F7457" w:rsidRPr="00DD284B">
        <w:tc>
          <w:tcPr>
            <w:tcW w:w="2880" w:type="dxa"/>
          </w:tcPr>
          <w:p w:rsidR="006F7457" w:rsidRDefault="00332DB8">
            <w:r>
              <w:t>1435.</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 xml:space="preserve">4 «Скинхед </w:t>
            </w:r>
            <w:r>
              <w:t>vs</w:t>
            </w:r>
            <w:r w:rsidRPr="00332DB8">
              <w:rPr>
                <w:lang w:val="ru-RU"/>
              </w:rPr>
              <w:t xml:space="preserve"> Азер.</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10.04.2012);</w:t>
            </w:r>
          </w:p>
        </w:tc>
        <w:tc>
          <w:tcPr>
            <w:tcW w:w="2880" w:type="dxa"/>
          </w:tcPr>
          <w:p w:rsidR="006F7457" w:rsidRPr="00332DB8" w:rsidRDefault="006F7457">
            <w:pPr>
              <w:rPr>
                <w:lang w:val="ru-RU"/>
              </w:rPr>
            </w:pPr>
          </w:p>
        </w:tc>
      </w:tr>
      <w:tr w:rsidR="006F7457" w:rsidRPr="00DD284B">
        <w:tc>
          <w:tcPr>
            <w:tcW w:w="2880" w:type="dxa"/>
          </w:tcPr>
          <w:p w:rsidR="006F7457" w:rsidRDefault="00332DB8">
            <w:r>
              <w:t>1436.</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«убили ни за что…за нацию Русски, я восхищаюсь его мужеством.</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10.04.2012);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1437.</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«СМЕРТЬ хачам.</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10.04.2012);</w:t>
            </w:r>
          </w:p>
        </w:tc>
        <w:tc>
          <w:tcPr>
            <w:tcW w:w="2880" w:type="dxa"/>
          </w:tcPr>
          <w:p w:rsidR="006F7457" w:rsidRPr="00332DB8" w:rsidRDefault="006F7457">
            <w:pPr>
              <w:rPr>
                <w:lang w:val="ru-RU"/>
              </w:rPr>
            </w:pPr>
          </w:p>
        </w:tc>
      </w:tr>
      <w:tr w:rsidR="006F7457" w:rsidRPr="00DD284B">
        <w:tc>
          <w:tcPr>
            <w:tcW w:w="2880" w:type="dxa"/>
          </w:tcPr>
          <w:p w:rsidR="006F7457" w:rsidRDefault="00332DB8">
            <w:r>
              <w:t>1438.</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«Дети сраных гор.</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1439.</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«Московские бритоголовые.</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1440.</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w:t>
            </w:r>
            <w:r>
              <w:t>SkinHead</w:t>
            </w:r>
            <w:r w:rsidRPr="00332DB8">
              <w:rPr>
                <w:lang w:val="ru-RU"/>
              </w:rPr>
              <w:t xml:space="preserve"> </w:t>
            </w:r>
            <w:r>
              <w:t>aka</w:t>
            </w:r>
            <w:r w:rsidRPr="00332DB8">
              <w:rPr>
                <w:lang w:val="ru-RU"/>
              </w:rPr>
              <w:t xml:space="preserve"> </w:t>
            </w:r>
            <w:r>
              <w:t>Jagdstaffel</w:t>
            </w:r>
            <w:r w:rsidRPr="00332DB8">
              <w:rPr>
                <w:lang w:val="ru-RU"/>
              </w:rPr>
              <w:t>.</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1441.</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«Рабы, сосите пиво..</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144</w:t>
            </w:r>
            <w:r>
              <w:lastRenderedPageBreak/>
              <w:t>2.</w:t>
            </w:r>
          </w:p>
        </w:tc>
        <w:tc>
          <w:tcPr>
            <w:tcW w:w="2880" w:type="dxa"/>
          </w:tcPr>
          <w:p w:rsidR="006F7457" w:rsidRPr="00332DB8" w:rsidRDefault="00332DB8">
            <w:pPr>
              <w:rPr>
                <w:lang w:val="ru-RU"/>
              </w:rPr>
            </w:pPr>
            <w:r w:rsidRPr="00332DB8">
              <w:rPr>
                <w:lang w:val="ru-RU"/>
              </w:rPr>
              <w:lastRenderedPageBreak/>
              <w:t xml:space="preserve">видеофайл формата </w:t>
            </w:r>
            <w:r>
              <w:t>mp</w:t>
            </w:r>
            <w:r w:rsidRPr="00332DB8">
              <w:rPr>
                <w:lang w:val="ru-RU"/>
              </w:rPr>
              <w:t>4 «скин хед герл..</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1443.</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 xml:space="preserve">4 «Германские скинхеды.. </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1444.</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w:t>
            </w:r>
            <w:r>
              <w:t>Mein</w:t>
            </w:r>
            <w:r w:rsidRPr="00332DB8">
              <w:rPr>
                <w:lang w:val="ru-RU"/>
              </w:rPr>
              <w:t xml:space="preserve"> </w:t>
            </w:r>
            <w:r>
              <w:t>Kampf</w:t>
            </w:r>
            <w:r w:rsidRPr="00332DB8">
              <w:rPr>
                <w:lang w:val="ru-RU"/>
              </w:rPr>
              <w:t>.</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1445.</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«ПравыйМалый – Посвящение в скинхеды -)..</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1446.</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«Драка в армии, Русские против хачей.</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1447.</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«Ребята русские..</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1448.</w:t>
            </w:r>
          </w:p>
        </w:tc>
        <w:tc>
          <w:tcPr>
            <w:tcW w:w="2880" w:type="dxa"/>
          </w:tcPr>
          <w:p w:rsidR="006F7457" w:rsidRPr="00332DB8" w:rsidRDefault="00332DB8">
            <w:pPr>
              <w:rPr>
                <w:lang w:val="ru-RU"/>
              </w:rPr>
            </w:pPr>
            <w:r w:rsidRPr="00332DB8">
              <w:rPr>
                <w:lang w:val="ru-RU"/>
              </w:rPr>
              <w:t xml:space="preserve">видеофайл формата </w:t>
            </w:r>
            <w:r>
              <w:t>mp</w:t>
            </w:r>
            <w:r w:rsidRPr="00332DB8">
              <w:rPr>
                <w:lang w:val="ru-RU"/>
              </w:rPr>
              <w:t>4 «вот так нахуй.</w:t>
            </w:r>
            <w:r>
              <w:t>mp</w:t>
            </w:r>
            <w:r w:rsidRPr="00332DB8">
              <w:rPr>
                <w:lang w:val="ru-RU"/>
              </w:rPr>
              <w:t xml:space="preserve">4», размещенный в сети Интернет на электронной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4595303 (решение Ленинградского районного суда города Калининграда от 12.04.2012);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1449.</w:t>
            </w:r>
          </w:p>
        </w:tc>
        <w:tc>
          <w:tcPr>
            <w:tcW w:w="2880" w:type="dxa"/>
          </w:tcPr>
          <w:p w:rsidR="006F7457" w:rsidRPr="00332DB8" w:rsidRDefault="00332DB8">
            <w:pPr>
              <w:rPr>
                <w:lang w:val="ru-RU"/>
              </w:rPr>
            </w:pPr>
            <w:r w:rsidRPr="00332DB8">
              <w:rPr>
                <w:lang w:val="ru-RU"/>
              </w:rPr>
              <w:t xml:space="preserve">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t>
            </w:r>
            <w:r>
              <w:t>www</w:t>
            </w:r>
            <w:r w:rsidRPr="00332DB8">
              <w:rPr>
                <w:lang w:val="ru-RU"/>
              </w:rPr>
              <w:t>.</w:t>
            </w:r>
            <w:r>
              <w:t>politklub</w:t>
            </w:r>
            <w:r w:rsidRPr="00332DB8">
              <w:rPr>
                <w:lang w:val="ru-RU"/>
              </w:rPr>
              <w:t>.</w:t>
            </w:r>
            <w:r>
              <w:t>ru</w:t>
            </w:r>
            <w:r w:rsidRPr="00332DB8">
              <w:rPr>
                <w:lang w:val="ru-RU"/>
              </w:rPr>
              <w:t>,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2880" w:type="dxa"/>
          </w:tcPr>
          <w:p w:rsidR="006F7457" w:rsidRPr="00332DB8" w:rsidRDefault="006F7457">
            <w:pPr>
              <w:rPr>
                <w:lang w:val="ru-RU"/>
              </w:rPr>
            </w:pPr>
          </w:p>
        </w:tc>
      </w:tr>
      <w:tr w:rsidR="006F7457">
        <w:tc>
          <w:tcPr>
            <w:tcW w:w="2880" w:type="dxa"/>
          </w:tcPr>
          <w:p w:rsidR="006F7457" w:rsidRDefault="00332DB8">
            <w:r>
              <w:t>1450.</w:t>
            </w:r>
          </w:p>
        </w:tc>
        <w:tc>
          <w:tcPr>
            <w:tcW w:w="2880" w:type="dxa"/>
          </w:tcPr>
          <w:p w:rsidR="006F7457" w:rsidRDefault="00332DB8">
            <w:r>
              <w:t>Исключен;</w:t>
            </w:r>
          </w:p>
        </w:tc>
        <w:tc>
          <w:tcPr>
            <w:tcW w:w="2880" w:type="dxa"/>
          </w:tcPr>
          <w:p w:rsidR="006F7457" w:rsidRDefault="006F7457"/>
        </w:tc>
      </w:tr>
      <w:tr w:rsidR="006F7457" w:rsidRPr="00DD284B">
        <w:tc>
          <w:tcPr>
            <w:tcW w:w="2880" w:type="dxa"/>
          </w:tcPr>
          <w:p w:rsidR="006F7457" w:rsidRDefault="00332DB8">
            <w:r>
              <w:t>1451.</w:t>
            </w:r>
          </w:p>
        </w:tc>
        <w:tc>
          <w:tcPr>
            <w:tcW w:w="2880" w:type="dxa"/>
          </w:tcPr>
          <w:p w:rsidR="006F7457" w:rsidRPr="00332DB8" w:rsidRDefault="00332DB8">
            <w:pPr>
              <w:rPr>
                <w:lang w:val="ru-RU"/>
              </w:rPr>
            </w:pPr>
            <w:r w:rsidRPr="00332DB8">
              <w:rPr>
                <w:lang w:val="ru-RU"/>
              </w:rPr>
              <w:t>Видеозапись с текстовым сопровождением «Вся правда о русских! / АКАБ «Кибуц 69», размещенная на странице на имя «</w:t>
            </w:r>
            <w:r>
              <w:t>Elizabeth</w:t>
            </w:r>
            <w:r w:rsidRPr="00332DB8">
              <w:rPr>
                <w:lang w:val="ru-RU"/>
              </w:rPr>
              <w:t xml:space="preserve"> </w:t>
            </w:r>
            <w:r>
              <w:t>Takalachutzeka</w:t>
            </w:r>
            <w:r w:rsidRPr="00332DB8">
              <w:rPr>
                <w:lang w:val="ru-RU"/>
              </w:rPr>
              <w:t>» в социальной сети интернет на сайте «В контакте» (решение Бердского городского суда Новосибирской области от 02.04.2012);</w:t>
            </w:r>
          </w:p>
        </w:tc>
        <w:tc>
          <w:tcPr>
            <w:tcW w:w="2880" w:type="dxa"/>
          </w:tcPr>
          <w:p w:rsidR="006F7457" w:rsidRPr="00332DB8" w:rsidRDefault="006F7457">
            <w:pPr>
              <w:rPr>
                <w:lang w:val="ru-RU"/>
              </w:rPr>
            </w:pPr>
          </w:p>
        </w:tc>
      </w:tr>
      <w:tr w:rsidR="006F7457" w:rsidRPr="00DD284B">
        <w:tc>
          <w:tcPr>
            <w:tcW w:w="2880" w:type="dxa"/>
          </w:tcPr>
          <w:p w:rsidR="006F7457" w:rsidRDefault="00332DB8">
            <w:r>
              <w:t>1452.</w:t>
            </w:r>
          </w:p>
        </w:tc>
        <w:tc>
          <w:tcPr>
            <w:tcW w:w="2880" w:type="dxa"/>
          </w:tcPr>
          <w:p w:rsidR="006F7457" w:rsidRPr="00332DB8" w:rsidRDefault="00332DB8">
            <w:pPr>
              <w:rPr>
                <w:lang w:val="ru-RU"/>
              </w:rPr>
            </w:pPr>
            <w:r w:rsidRPr="00332DB8">
              <w:rPr>
                <w:lang w:val="ru-RU"/>
              </w:rPr>
              <w:t>Информационные материалы – газета «Пасха Третьего Рима» № 1073–1074, 2010 г. (решение Абаканского городского суда Республики Хакасия от 22.06.2012);</w:t>
            </w:r>
          </w:p>
        </w:tc>
        <w:tc>
          <w:tcPr>
            <w:tcW w:w="2880" w:type="dxa"/>
          </w:tcPr>
          <w:p w:rsidR="006F7457" w:rsidRPr="00332DB8" w:rsidRDefault="006F7457">
            <w:pPr>
              <w:rPr>
                <w:lang w:val="ru-RU"/>
              </w:rPr>
            </w:pPr>
          </w:p>
        </w:tc>
      </w:tr>
      <w:tr w:rsidR="006F7457" w:rsidRPr="00DD284B">
        <w:tc>
          <w:tcPr>
            <w:tcW w:w="2880" w:type="dxa"/>
          </w:tcPr>
          <w:p w:rsidR="006F7457" w:rsidRDefault="00332DB8">
            <w:r>
              <w:t>14</w:t>
            </w:r>
            <w:r>
              <w:lastRenderedPageBreak/>
              <w:t>53.</w:t>
            </w:r>
          </w:p>
        </w:tc>
        <w:tc>
          <w:tcPr>
            <w:tcW w:w="2880" w:type="dxa"/>
          </w:tcPr>
          <w:p w:rsidR="006F7457" w:rsidRPr="00332DB8" w:rsidRDefault="00332DB8">
            <w:pPr>
              <w:rPr>
                <w:lang w:val="ru-RU"/>
              </w:rPr>
            </w:pPr>
            <w:r w:rsidRPr="00332DB8">
              <w:rPr>
                <w:lang w:val="ru-RU"/>
              </w:rPr>
              <w:lastRenderedPageBreak/>
              <w:t xml:space="preserve">Информационные материалы «Непокоримый Кавказ», размещенные на Интернет-ресурсе </w:t>
            </w:r>
            <w:r>
              <w:t>http</w:t>
            </w:r>
            <w:r w:rsidRPr="00332DB8">
              <w:rPr>
                <w:lang w:val="ru-RU"/>
              </w:rPr>
              <w:t>://</w:t>
            </w:r>
            <w:r>
              <w:t>www</w:t>
            </w:r>
            <w:r w:rsidRPr="00332DB8">
              <w:rPr>
                <w:lang w:val="ru-RU"/>
              </w:rPr>
              <w:t xml:space="preserve"> </w:t>
            </w:r>
            <w:r>
              <w:t>muslim</w:t>
            </w:r>
            <w:r w:rsidRPr="00332DB8">
              <w:rPr>
                <w:lang w:val="ru-RU"/>
              </w:rPr>
              <w:t>-</w:t>
            </w:r>
            <w:r>
              <w:t>ru</w:t>
            </w:r>
            <w:r w:rsidRPr="00332DB8">
              <w:rPr>
                <w:lang w:val="ru-RU"/>
              </w:rPr>
              <w:t>.</w:t>
            </w:r>
            <w:r>
              <w:t>com</w:t>
            </w:r>
            <w:r w:rsidRPr="00332DB8">
              <w:rPr>
                <w:lang w:val="ru-RU"/>
              </w:rPr>
              <w:t>/</w:t>
            </w:r>
            <w:r>
              <w:t>lib</w:t>
            </w:r>
            <w:r w:rsidRPr="00332DB8">
              <w:rPr>
                <w:lang w:val="ru-RU"/>
              </w:rPr>
              <w:t>/</w:t>
            </w:r>
            <w:r>
              <w:t>nepokorimy</w:t>
            </w:r>
            <w:r w:rsidRPr="00332DB8">
              <w:rPr>
                <w:lang w:val="ru-RU"/>
              </w:rPr>
              <w:t xml:space="preserve">_ </w:t>
            </w:r>
            <w:r>
              <w:t>kavkaz</w:t>
            </w:r>
            <w:r w:rsidRPr="00332DB8">
              <w:rPr>
                <w:lang w:val="ru-RU"/>
              </w:rPr>
              <w:t>.</w:t>
            </w:r>
            <w:r>
              <w:t>doc</w:t>
            </w:r>
            <w:r w:rsidRPr="00332DB8">
              <w:rPr>
                <w:lang w:val="ru-RU"/>
              </w:rPr>
              <w:t xml:space="preserve">. (решение Пролетарского районного суда города Ростова-на-Дону от </w:t>
            </w:r>
            <w:r w:rsidRPr="00332DB8">
              <w:rPr>
                <w:lang w:val="ru-RU"/>
              </w:rPr>
              <w:lastRenderedPageBreak/>
              <w:t>14.06.2012);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1454.</w:t>
            </w:r>
          </w:p>
        </w:tc>
        <w:tc>
          <w:tcPr>
            <w:tcW w:w="2880" w:type="dxa"/>
          </w:tcPr>
          <w:p w:rsidR="006F7457" w:rsidRPr="00332DB8" w:rsidRDefault="00332DB8">
            <w:pPr>
              <w:rPr>
                <w:lang w:val="ru-RU"/>
              </w:rPr>
            </w:pPr>
            <w:r w:rsidRPr="00332DB8">
              <w:rPr>
                <w:lang w:val="ru-RU"/>
              </w:rPr>
              <w:t xml:space="preserve">Интернет-ресурс (сайт): </w:t>
            </w:r>
            <w:r>
              <w:t>http</w:t>
            </w:r>
            <w:r w:rsidRPr="00332DB8">
              <w:rPr>
                <w:lang w:val="ru-RU"/>
              </w:rPr>
              <w:t>://</w:t>
            </w:r>
            <w:r>
              <w:t>abror</w:t>
            </w:r>
            <w:r w:rsidRPr="00332DB8">
              <w:rPr>
                <w:lang w:val="ru-RU"/>
              </w:rPr>
              <w:t>.</w:t>
            </w:r>
            <w:r>
              <w:t>info</w:t>
            </w:r>
            <w:r w:rsidRPr="00332DB8">
              <w:rPr>
                <w:lang w:val="ru-RU"/>
              </w:rPr>
              <w:t>/ - «Информационное агентство Вилайята Г</w:t>
            </w:r>
            <w:r>
              <w:t>I</w:t>
            </w:r>
            <w:r w:rsidRPr="00332DB8">
              <w:rPr>
                <w:lang w:val="ru-RU"/>
              </w:rPr>
              <w:t>алг</w:t>
            </w:r>
            <w:r>
              <w:t>I</w:t>
            </w:r>
            <w:r w:rsidRPr="00332DB8">
              <w:rPr>
                <w:lang w:val="ru-RU"/>
              </w:rPr>
              <w:t>айче» (решение Интинского городского суда Республики Коми от 22.06.2012).</w:t>
            </w:r>
          </w:p>
        </w:tc>
        <w:tc>
          <w:tcPr>
            <w:tcW w:w="2880" w:type="dxa"/>
          </w:tcPr>
          <w:p w:rsidR="006F7457" w:rsidRPr="00332DB8" w:rsidRDefault="006F7457">
            <w:pPr>
              <w:rPr>
                <w:lang w:val="ru-RU"/>
              </w:rPr>
            </w:pPr>
          </w:p>
        </w:tc>
      </w:tr>
      <w:tr w:rsidR="006F7457" w:rsidRPr="00DD284B">
        <w:tc>
          <w:tcPr>
            <w:tcW w:w="2880" w:type="dxa"/>
          </w:tcPr>
          <w:p w:rsidR="006F7457" w:rsidRDefault="00332DB8">
            <w:r>
              <w:t>1455.</w:t>
            </w:r>
          </w:p>
        </w:tc>
        <w:tc>
          <w:tcPr>
            <w:tcW w:w="2880" w:type="dxa"/>
          </w:tcPr>
          <w:p w:rsidR="006F7457" w:rsidRPr="00332DB8" w:rsidRDefault="00332DB8">
            <w:pPr>
              <w:rPr>
                <w:lang w:val="ru-RU"/>
              </w:rPr>
            </w:pPr>
            <w:r w:rsidRPr="00332DB8">
              <w:rPr>
                <w:lang w:val="ru-RU"/>
              </w:rPr>
              <w:t xml:space="preserve">Информационный материал – </w:t>
            </w:r>
            <w:r>
              <w:t>DVD</w:t>
            </w:r>
            <w:r w:rsidRPr="00332DB8">
              <w:rPr>
                <w:lang w:val="ru-RU"/>
              </w:rPr>
              <w:t xml:space="preserve"> диск с фильмом компании </w:t>
            </w:r>
            <w:r>
              <w:t>HUDAMEDIA</w:t>
            </w:r>
            <w:r w:rsidRPr="00332DB8">
              <w:rPr>
                <w:lang w:val="ru-RU"/>
              </w:rPr>
              <w:t xml:space="preserve"> лекция Халида Ясина «Чуждые» (решение Ленинского районного суда города Краснодара от 18.06.2012);</w:t>
            </w:r>
          </w:p>
        </w:tc>
        <w:tc>
          <w:tcPr>
            <w:tcW w:w="2880" w:type="dxa"/>
          </w:tcPr>
          <w:p w:rsidR="006F7457" w:rsidRPr="00332DB8" w:rsidRDefault="006F7457">
            <w:pPr>
              <w:rPr>
                <w:lang w:val="ru-RU"/>
              </w:rPr>
            </w:pPr>
          </w:p>
        </w:tc>
      </w:tr>
      <w:tr w:rsidR="006F7457" w:rsidRPr="00DD284B">
        <w:tc>
          <w:tcPr>
            <w:tcW w:w="2880" w:type="dxa"/>
          </w:tcPr>
          <w:p w:rsidR="006F7457" w:rsidRDefault="00332DB8">
            <w:r>
              <w:t>1456.</w:t>
            </w:r>
          </w:p>
        </w:tc>
        <w:tc>
          <w:tcPr>
            <w:tcW w:w="2880" w:type="dxa"/>
          </w:tcPr>
          <w:p w:rsidR="006F7457" w:rsidRPr="00332DB8" w:rsidRDefault="00332DB8">
            <w:pPr>
              <w:rPr>
                <w:lang w:val="ru-RU"/>
              </w:rPr>
            </w:pPr>
            <w:r w:rsidRPr="00332DB8">
              <w:rPr>
                <w:lang w:val="ru-RU"/>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2880" w:type="dxa"/>
          </w:tcPr>
          <w:p w:rsidR="006F7457" w:rsidRPr="00332DB8" w:rsidRDefault="006F7457">
            <w:pPr>
              <w:rPr>
                <w:lang w:val="ru-RU"/>
              </w:rPr>
            </w:pPr>
          </w:p>
        </w:tc>
      </w:tr>
      <w:tr w:rsidR="006F7457" w:rsidRPr="00DD284B">
        <w:tc>
          <w:tcPr>
            <w:tcW w:w="2880" w:type="dxa"/>
          </w:tcPr>
          <w:p w:rsidR="006F7457" w:rsidRDefault="00332DB8">
            <w:r>
              <w:t>1457.</w:t>
            </w:r>
          </w:p>
        </w:tc>
        <w:tc>
          <w:tcPr>
            <w:tcW w:w="2880" w:type="dxa"/>
          </w:tcPr>
          <w:p w:rsidR="006F7457" w:rsidRPr="00332DB8" w:rsidRDefault="00332DB8">
            <w:pPr>
              <w:rPr>
                <w:lang w:val="ru-RU"/>
              </w:rPr>
            </w:pPr>
            <w:r w:rsidRPr="00332DB8">
              <w:rPr>
                <w:lang w:val="ru-RU"/>
              </w:rPr>
              <w:t>Статусы, размещенные пользователем «УМАР КБК» в информационно-телекоммуникационной сети Интернет на сайте «</w:t>
            </w:r>
            <w:r>
              <w:t>www</w:t>
            </w:r>
            <w:r w:rsidRPr="00332DB8">
              <w:rPr>
                <w:lang w:val="ru-RU"/>
              </w:rPr>
              <w:t>.</w:t>
            </w:r>
            <w:r>
              <w:t>odnoklassniki</w:t>
            </w:r>
            <w:r w:rsidRPr="00332DB8">
              <w:rPr>
                <w:lang w:val="ru-RU"/>
              </w:rPr>
              <w:t>.</w:t>
            </w:r>
            <w:r>
              <w:t>ru</w:t>
            </w:r>
            <w:r w:rsidRPr="00332DB8">
              <w:rPr>
                <w:lang w:val="ru-RU"/>
              </w:rPr>
              <w:t>» (решение Нальчикского городского суда Кабардино-Балкарской Республики от 12.07.2012);</w:t>
            </w:r>
          </w:p>
        </w:tc>
        <w:tc>
          <w:tcPr>
            <w:tcW w:w="2880" w:type="dxa"/>
          </w:tcPr>
          <w:p w:rsidR="006F7457" w:rsidRPr="00332DB8" w:rsidRDefault="006F7457">
            <w:pPr>
              <w:rPr>
                <w:lang w:val="ru-RU"/>
              </w:rPr>
            </w:pPr>
          </w:p>
        </w:tc>
      </w:tr>
      <w:tr w:rsidR="006F7457" w:rsidRPr="00DD284B">
        <w:tc>
          <w:tcPr>
            <w:tcW w:w="2880" w:type="dxa"/>
          </w:tcPr>
          <w:p w:rsidR="006F7457" w:rsidRDefault="00332DB8">
            <w:r>
              <w:t>1458.</w:t>
            </w:r>
          </w:p>
        </w:tc>
        <w:tc>
          <w:tcPr>
            <w:tcW w:w="2880" w:type="dxa"/>
          </w:tcPr>
          <w:p w:rsidR="006F7457" w:rsidRPr="00332DB8" w:rsidRDefault="00332DB8">
            <w:pPr>
              <w:rPr>
                <w:lang w:val="ru-RU"/>
              </w:rPr>
            </w:pPr>
            <w:r w:rsidRPr="00332DB8">
              <w:rPr>
                <w:lang w:val="ru-RU"/>
              </w:rPr>
              <w:t xml:space="preserve">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w:t>
            </w:r>
            <w:r>
              <w:t>http</w:t>
            </w:r>
            <w:r w:rsidRPr="00332DB8">
              <w:rPr>
                <w:lang w:val="ru-RU"/>
              </w:rPr>
              <w:t>://</w:t>
            </w:r>
            <w:r>
              <w:t>vkontakte</w:t>
            </w:r>
            <w:r w:rsidRPr="00332DB8">
              <w:rPr>
                <w:lang w:val="ru-RU"/>
              </w:rPr>
              <w:t>.</w:t>
            </w:r>
            <w:r>
              <w:t>ru</w:t>
            </w:r>
            <w:r w:rsidRPr="00332DB8">
              <w:rPr>
                <w:lang w:val="ru-RU"/>
              </w:rPr>
              <w:t>/</w:t>
            </w:r>
            <w:r>
              <w:t>id</w:t>
            </w:r>
            <w:r w:rsidRPr="00332DB8">
              <w:rPr>
                <w:lang w:val="ru-RU"/>
              </w:rPr>
              <w:t>81169264 (решение Кировского районного суда города Уфы Республики Башкортостан от 03.07.2012);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1459.</w:t>
            </w:r>
          </w:p>
        </w:tc>
        <w:tc>
          <w:tcPr>
            <w:tcW w:w="2880" w:type="dxa"/>
          </w:tcPr>
          <w:p w:rsidR="006F7457" w:rsidRPr="00332DB8" w:rsidRDefault="00332DB8">
            <w:pPr>
              <w:rPr>
                <w:lang w:val="ru-RU"/>
              </w:rPr>
            </w:pPr>
            <w:r w:rsidRPr="00332DB8">
              <w:rPr>
                <w:lang w:val="ru-RU"/>
              </w:rPr>
              <w:t xml:space="preserve">Интернет сайт </w:t>
            </w:r>
            <w:r>
              <w:t>http</w:t>
            </w:r>
            <w:r w:rsidRPr="00332DB8">
              <w:rPr>
                <w:lang w:val="ru-RU"/>
              </w:rPr>
              <w:t>://</w:t>
            </w:r>
            <w:r>
              <w:t>baboons</w:t>
            </w:r>
            <w:r w:rsidRPr="00332DB8">
              <w:rPr>
                <w:lang w:val="ru-RU"/>
              </w:rPr>
              <w:t>.</w:t>
            </w:r>
            <w:r>
              <w:t>narod</w:t>
            </w:r>
            <w:r w:rsidRPr="00332DB8">
              <w:rPr>
                <w:lang w:val="ru-RU"/>
              </w:rPr>
              <w:t>.</w:t>
            </w:r>
            <w:r>
              <w:t>ru</w:t>
            </w:r>
            <w:r w:rsidRPr="00332DB8">
              <w:rPr>
                <w:lang w:val="ru-RU"/>
              </w:rPr>
              <w:t xml:space="preserve"> (решение Ленинского районного суда города Саранска Республики Мордовия от 18.07.2012);</w:t>
            </w:r>
          </w:p>
        </w:tc>
        <w:tc>
          <w:tcPr>
            <w:tcW w:w="2880" w:type="dxa"/>
          </w:tcPr>
          <w:p w:rsidR="006F7457" w:rsidRPr="00332DB8" w:rsidRDefault="006F7457">
            <w:pPr>
              <w:rPr>
                <w:lang w:val="ru-RU"/>
              </w:rPr>
            </w:pPr>
          </w:p>
        </w:tc>
      </w:tr>
      <w:tr w:rsidR="006F7457" w:rsidRPr="00DD284B">
        <w:tc>
          <w:tcPr>
            <w:tcW w:w="2880" w:type="dxa"/>
          </w:tcPr>
          <w:p w:rsidR="006F7457" w:rsidRDefault="00332DB8">
            <w:r>
              <w:t>1460.</w:t>
            </w:r>
          </w:p>
        </w:tc>
        <w:tc>
          <w:tcPr>
            <w:tcW w:w="2880" w:type="dxa"/>
          </w:tcPr>
          <w:p w:rsidR="006F7457" w:rsidRPr="00332DB8" w:rsidRDefault="00332DB8">
            <w:pPr>
              <w:rPr>
                <w:lang w:val="ru-RU"/>
              </w:rPr>
            </w:pPr>
            <w:r w:rsidRPr="00332DB8">
              <w:rPr>
                <w:lang w:val="ru-RU"/>
              </w:rPr>
              <w:t>Информационный материал под названием «Западло…» автор «Аслан Магомадов ИА «ХУНАФА»», размещенный в сети интернет на ресурсе «</w:t>
            </w:r>
            <w:r>
              <w:t>www</w:t>
            </w:r>
            <w:r w:rsidRPr="00332DB8">
              <w:rPr>
                <w:lang w:val="ru-RU"/>
              </w:rPr>
              <w:t>.</w:t>
            </w:r>
            <w:r>
              <w:t>djamaattakbir</w:t>
            </w:r>
            <w:r w:rsidRPr="00332DB8">
              <w:rPr>
                <w:lang w:val="ru-RU"/>
              </w:rPr>
              <w:t>.</w:t>
            </w:r>
            <w:r>
              <w:t>com</w:t>
            </w:r>
            <w:r w:rsidRPr="00332DB8">
              <w:rPr>
                <w:lang w:val="ru-RU"/>
              </w:rPr>
              <w:t>» (решение Майского районного суда Кабардино-Балкарской Республики от 09.07.2012);</w:t>
            </w:r>
          </w:p>
        </w:tc>
        <w:tc>
          <w:tcPr>
            <w:tcW w:w="2880" w:type="dxa"/>
          </w:tcPr>
          <w:p w:rsidR="006F7457" w:rsidRPr="00332DB8" w:rsidRDefault="006F7457">
            <w:pPr>
              <w:rPr>
                <w:lang w:val="ru-RU"/>
              </w:rPr>
            </w:pPr>
          </w:p>
        </w:tc>
      </w:tr>
      <w:tr w:rsidR="006F7457" w:rsidRPr="00DD284B">
        <w:tc>
          <w:tcPr>
            <w:tcW w:w="2880" w:type="dxa"/>
          </w:tcPr>
          <w:p w:rsidR="006F7457" w:rsidRDefault="00332DB8">
            <w:r>
              <w:t>1461.</w:t>
            </w:r>
          </w:p>
        </w:tc>
        <w:tc>
          <w:tcPr>
            <w:tcW w:w="2880" w:type="dxa"/>
          </w:tcPr>
          <w:p w:rsidR="006F7457" w:rsidRPr="00332DB8" w:rsidRDefault="00332DB8">
            <w:pPr>
              <w:rPr>
                <w:lang w:val="ru-RU"/>
              </w:rPr>
            </w:pPr>
            <w:r w:rsidRPr="00332DB8">
              <w:rPr>
                <w:lang w:val="ru-RU"/>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2880" w:type="dxa"/>
          </w:tcPr>
          <w:p w:rsidR="006F7457" w:rsidRPr="00332DB8" w:rsidRDefault="006F7457">
            <w:pPr>
              <w:rPr>
                <w:lang w:val="ru-RU"/>
              </w:rPr>
            </w:pPr>
          </w:p>
        </w:tc>
      </w:tr>
      <w:tr w:rsidR="006F7457" w:rsidRPr="00DD284B">
        <w:tc>
          <w:tcPr>
            <w:tcW w:w="2880" w:type="dxa"/>
          </w:tcPr>
          <w:p w:rsidR="006F7457" w:rsidRDefault="00332DB8">
            <w:r>
              <w:t>1462.</w:t>
            </w:r>
          </w:p>
        </w:tc>
        <w:tc>
          <w:tcPr>
            <w:tcW w:w="2880" w:type="dxa"/>
          </w:tcPr>
          <w:p w:rsidR="006F7457" w:rsidRPr="00332DB8" w:rsidRDefault="00332DB8">
            <w:pPr>
              <w:rPr>
                <w:lang w:val="ru-RU"/>
              </w:rPr>
            </w:pPr>
            <w:r w:rsidRPr="00332DB8">
              <w:rPr>
                <w:lang w:val="ru-RU"/>
              </w:rPr>
              <w:t xml:space="preserve">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w:t>
            </w:r>
            <w:r>
              <w:t>http</w:t>
            </w:r>
            <w:r w:rsidRPr="00332DB8">
              <w:rPr>
                <w:lang w:val="ru-RU"/>
              </w:rPr>
              <w:t>://</w:t>
            </w:r>
            <w:r>
              <w:t>vk</w:t>
            </w:r>
            <w:r w:rsidRPr="00332DB8">
              <w:rPr>
                <w:lang w:val="ru-RU"/>
              </w:rPr>
              <w:t>.</w:t>
            </w:r>
            <w:r>
              <w:t>com</w:t>
            </w:r>
            <w:r w:rsidRPr="00332DB8">
              <w:rPr>
                <w:lang w:val="ru-RU"/>
              </w:rPr>
              <w:t>/</w:t>
            </w:r>
            <w:r>
              <w:t>hvorost</w:t>
            </w:r>
            <w:r w:rsidRPr="00332DB8">
              <w:rPr>
                <w:lang w:val="ru-RU"/>
              </w:rPr>
              <w:t>_</w:t>
            </w:r>
            <w:r>
              <w:t>detka</w:t>
            </w:r>
            <w:r w:rsidRPr="00332DB8">
              <w:rPr>
                <w:lang w:val="ru-RU"/>
              </w:rPr>
              <w:t xml:space="preserve">, созданной на сайте социальной интернет-сети «ВКонтакте» по электронному адресу: </w:t>
            </w:r>
            <w:r>
              <w:t>http</w:t>
            </w:r>
            <w:r w:rsidRPr="00332DB8">
              <w:rPr>
                <w:lang w:val="ru-RU"/>
              </w:rPr>
              <w:t>://</w:t>
            </w:r>
            <w:r>
              <w:t>vk</w:t>
            </w:r>
            <w:r w:rsidRPr="00332DB8">
              <w:rPr>
                <w:lang w:val="ru-RU"/>
              </w:rPr>
              <w:t>.</w:t>
            </w:r>
            <w:r>
              <w:t>com</w:t>
            </w:r>
            <w:r w:rsidRPr="00332DB8">
              <w:rPr>
                <w:lang w:val="ru-RU"/>
              </w:rPr>
              <w:t xml:space="preserve"> (решение Ленинского районного суда города Саранска Республики Мордовия от 17.07.2012);</w:t>
            </w:r>
          </w:p>
        </w:tc>
        <w:tc>
          <w:tcPr>
            <w:tcW w:w="2880" w:type="dxa"/>
          </w:tcPr>
          <w:p w:rsidR="006F7457" w:rsidRPr="00332DB8" w:rsidRDefault="006F7457">
            <w:pPr>
              <w:rPr>
                <w:lang w:val="ru-RU"/>
              </w:rPr>
            </w:pPr>
          </w:p>
        </w:tc>
      </w:tr>
      <w:tr w:rsidR="006F7457" w:rsidRPr="00DD284B">
        <w:tc>
          <w:tcPr>
            <w:tcW w:w="2880" w:type="dxa"/>
          </w:tcPr>
          <w:p w:rsidR="006F7457" w:rsidRDefault="00332DB8">
            <w:r>
              <w:t>1463.</w:t>
            </w:r>
          </w:p>
        </w:tc>
        <w:tc>
          <w:tcPr>
            <w:tcW w:w="2880" w:type="dxa"/>
          </w:tcPr>
          <w:p w:rsidR="006F7457" w:rsidRPr="00332DB8" w:rsidRDefault="00332DB8">
            <w:pPr>
              <w:rPr>
                <w:lang w:val="ru-RU"/>
              </w:rPr>
            </w:pPr>
            <w:r w:rsidRPr="00332DB8">
              <w:rPr>
                <w:lang w:val="ru-RU"/>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1464.</w:t>
            </w:r>
          </w:p>
        </w:tc>
        <w:tc>
          <w:tcPr>
            <w:tcW w:w="2880" w:type="dxa"/>
          </w:tcPr>
          <w:p w:rsidR="006F7457" w:rsidRPr="00332DB8" w:rsidRDefault="00332DB8">
            <w:pPr>
              <w:rPr>
                <w:lang w:val="ru-RU"/>
              </w:rPr>
            </w:pPr>
            <w:r w:rsidRPr="00332DB8">
              <w:rPr>
                <w:lang w:val="ru-RU"/>
              </w:rPr>
              <w:t xml:space="preserve">Тексты, размещенные Ивановым Кириллом Константиновичем 09.04.2009 года на персональной интернет-странице по адресу: </w:t>
            </w:r>
            <w:r>
              <w:t>http</w:t>
            </w:r>
            <w:r w:rsidRPr="00332DB8">
              <w:rPr>
                <w:lang w:val="ru-RU"/>
              </w:rPr>
              <w:t>://</w:t>
            </w:r>
            <w:r>
              <w:t>www</w:t>
            </w:r>
            <w:r w:rsidRPr="00332DB8">
              <w:rPr>
                <w:lang w:val="ru-RU"/>
              </w:rPr>
              <w:t>.</w:t>
            </w:r>
            <w:r>
              <w:t>vkontakte</w:t>
            </w:r>
            <w:r w:rsidRPr="00332DB8">
              <w:rPr>
                <w:lang w:val="ru-RU"/>
              </w:rPr>
              <w:t>.</w:t>
            </w:r>
            <w:r>
              <w:t>ru</w:t>
            </w:r>
            <w:r w:rsidRPr="00332DB8">
              <w:rPr>
                <w:lang w:val="ru-RU"/>
              </w:rPr>
              <w:t>/</w:t>
            </w:r>
            <w:r>
              <w:t>id</w:t>
            </w:r>
            <w:r w:rsidRPr="00332DB8">
              <w:rPr>
                <w:lang w:val="ru-RU"/>
              </w:rPr>
              <w:t xml:space="preserve">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w:t>
            </w:r>
            <w:r>
              <w:t>http</w:t>
            </w:r>
            <w:r w:rsidRPr="00332DB8">
              <w:rPr>
                <w:lang w:val="ru-RU"/>
              </w:rPr>
              <w:t>://</w:t>
            </w:r>
            <w:r>
              <w:t>www</w:t>
            </w:r>
            <w:r w:rsidRPr="00332DB8">
              <w:rPr>
                <w:lang w:val="ru-RU"/>
              </w:rPr>
              <w:t>.</w:t>
            </w:r>
            <w:r>
              <w:t>vkontakte</w:t>
            </w:r>
            <w:r w:rsidRPr="00332DB8">
              <w:rPr>
                <w:lang w:val="ru-RU"/>
              </w:rPr>
              <w:t>.</w:t>
            </w:r>
            <w:r>
              <w:t>ru</w:t>
            </w:r>
            <w:r w:rsidRPr="00332DB8">
              <w:rPr>
                <w:lang w:val="ru-RU"/>
              </w:rPr>
              <w:t>/</w:t>
            </w:r>
            <w:r>
              <w:t>id</w:t>
            </w:r>
            <w:r w:rsidRPr="00332DB8">
              <w:rPr>
                <w:lang w:val="ru-RU"/>
              </w:rPr>
              <w:t xml:space="preserve">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w:t>
            </w:r>
            <w:r>
              <w:t>http</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nazi</w:t>
            </w:r>
            <w:r w:rsidRPr="00332DB8">
              <w:rPr>
                <w:lang w:val="ru-RU"/>
              </w:rPr>
              <w:t>1488</w:t>
            </w:r>
            <w:r>
              <w:t>orenburg</w:t>
            </w:r>
            <w:r w:rsidRPr="00332DB8">
              <w:rPr>
                <w:lang w:val="ru-RU"/>
              </w:rPr>
              <w:t xml:space="preserve"> в разделе «Статусы» (решение Ленинского районного суда города Оренбурга от 09.07.2012);</w:t>
            </w:r>
          </w:p>
        </w:tc>
        <w:tc>
          <w:tcPr>
            <w:tcW w:w="2880" w:type="dxa"/>
          </w:tcPr>
          <w:p w:rsidR="006F7457" w:rsidRPr="00332DB8" w:rsidRDefault="006F7457">
            <w:pPr>
              <w:rPr>
                <w:lang w:val="ru-RU"/>
              </w:rPr>
            </w:pPr>
          </w:p>
        </w:tc>
      </w:tr>
      <w:tr w:rsidR="006F7457" w:rsidRPr="00DD284B">
        <w:tc>
          <w:tcPr>
            <w:tcW w:w="2880" w:type="dxa"/>
          </w:tcPr>
          <w:p w:rsidR="006F7457" w:rsidRDefault="00332DB8">
            <w:r>
              <w:t>1465.</w:t>
            </w:r>
          </w:p>
        </w:tc>
        <w:tc>
          <w:tcPr>
            <w:tcW w:w="2880" w:type="dxa"/>
          </w:tcPr>
          <w:p w:rsidR="006F7457" w:rsidRPr="00332DB8" w:rsidRDefault="00332DB8">
            <w:pPr>
              <w:rPr>
                <w:lang w:val="ru-RU"/>
              </w:rPr>
            </w:pPr>
            <w:r w:rsidRPr="00332DB8">
              <w:rPr>
                <w:lang w:val="ru-RU"/>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2880" w:type="dxa"/>
          </w:tcPr>
          <w:p w:rsidR="006F7457" w:rsidRPr="00332DB8" w:rsidRDefault="006F7457">
            <w:pPr>
              <w:rPr>
                <w:lang w:val="ru-RU"/>
              </w:rPr>
            </w:pPr>
          </w:p>
        </w:tc>
      </w:tr>
      <w:tr w:rsidR="006F7457" w:rsidRPr="00DD284B">
        <w:tc>
          <w:tcPr>
            <w:tcW w:w="2880" w:type="dxa"/>
          </w:tcPr>
          <w:p w:rsidR="006F7457" w:rsidRDefault="00332DB8">
            <w:r>
              <w:t>1466.</w:t>
            </w:r>
          </w:p>
        </w:tc>
        <w:tc>
          <w:tcPr>
            <w:tcW w:w="2880" w:type="dxa"/>
          </w:tcPr>
          <w:p w:rsidR="006F7457" w:rsidRPr="00332DB8" w:rsidRDefault="00332DB8">
            <w:pPr>
              <w:rPr>
                <w:lang w:val="ru-RU"/>
              </w:rPr>
            </w:pPr>
            <w:r w:rsidRPr="00332DB8">
              <w:rPr>
                <w:lang w:val="ru-RU"/>
              </w:rPr>
              <w:t>Видеоролик пропагандистского характера под названием «репер», размещенный в компьютерной сети «Интернет» на странице «Белый человек» (</w:t>
            </w:r>
            <w:r>
              <w:t>id</w:t>
            </w:r>
            <w:r w:rsidRPr="00332DB8">
              <w:rPr>
                <w:lang w:val="ru-RU"/>
              </w:rPr>
              <w:t>160624519) на сайте «</w:t>
            </w:r>
            <w:r>
              <w:t>WWW</w:t>
            </w:r>
            <w:r w:rsidRPr="00332DB8">
              <w:rPr>
                <w:lang w:val="ru-RU"/>
              </w:rPr>
              <w:t>.</w:t>
            </w:r>
            <w:r>
              <w:t>VKONTAKTE</w:t>
            </w:r>
            <w:r w:rsidRPr="00332DB8">
              <w:rPr>
                <w:lang w:val="ru-RU"/>
              </w:rPr>
              <w:t>»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w:t>
            </w:r>
            <w:r>
              <w:t>id</w:t>
            </w:r>
            <w:r w:rsidRPr="00332DB8">
              <w:rPr>
                <w:lang w:val="ru-RU"/>
              </w:rPr>
              <w:t>160624519) на сайте «</w:t>
            </w:r>
            <w:r>
              <w:t>WWW</w:t>
            </w:r>
            <w:r w:rsidRPr="00332DB8">
              <w:rPr>
                <w:lang w:val="ru-RU"/>
              </w:rPr>
              <w:t>.</w:t>
            </w:r>
            <w:r>
              <w:t>VKONTAKTE</w:t>
            </w:r>
            <w:r w:rsidRPr="00332DB8">
              <w:rPr>
                <w:lang w:val="ru-RU"/>
              </w:rPr>
              <w:t>»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w:t>
            </w:r>
            <w:r>
              <w:t>id</w:t>
            </w:r>
            <w:r w:rsidRPr="00332DB8">
              <w:rPr>
                <w:lang w:val="ru-RU"/>
              </w:rPr>
              <w:t>160624519) на сайте «</w:t>
            </w:r>
            <w:r>
              <w:t>WWW</w:t>
            </w:r>
            <w:r w:rsidRPr="00332DB8">
              <w:rPr>
                <w:lang w:val="ru-RU"/>
              </w:rPr>
              <w:t>.</w:t>
            </w:r>
            <w:r>
              <w:t>VKONTAKTE</w:t>
            </w:r>
            <w:r w:rsidRPr="00332DB8">
              <w:rPr>
                <w:lang w:val="ru-RU"/>
              </w:rPr>
              <w:t>» (решение Когалымского городского суда Ханты-Мансийского автономного округа – Югры от 10.04.2012);</w:t>
            </w:r>
          </w:p>
        </w:tc>
        <w:tc>
          <w:tcPr>
            <w:tcW w:w="2880" w:type="dxa"/>
          </w:tcPr>
          <w:p w:rsidR="006F7457" w:rsidRPr="00332DB8" w:rsidRDefault="006F7457">
            <w:pPr>
              <w:rPr>
                <w:lang w:val="ru-RU"/>
              </w:rPr>
            </w:pPr>
          </w:p>
        </w:tc>
      </w:tr>
      <w:tr w:rsidR="006F7457" w:rsidRPr="00DD284B">
        <w:tc>
          <w:tcPr>
            <w:tcW w:w="2880" w:type="dxa"/>
          </w:tcPr>
          <w:p w:rsidR="006F7457" w:rsidRDefault="00332DB8">
            <w:r>
              <w:t>1467.</w:t>
            </w:r>
          </w:p>
        </w:tc>
        <w:tc>
          <w:tcPr>
            <w:tcW w:w="2880" w:type="dxa"/>
          </w:tcPr>
          <w:p w:rsidR="006F7457" w:rsidRPr="00332DB8" w:rsidRDefault="00332DB8">
            <w:pPr>
              <w:rPr>
                <w:lang w:val="ru-RU"/>
              </w:rPr>
            </w:pPr>
            <w:r w:rsidRPr="00332DB8">
              <w:rPr>
                <w:lang w:val="ru-RU"/>
              </w:rPr>
              <w:t>Книга Николы Королева «Числа праведности» (решение Олонецкого районного суда Республики Карелия от 19.07.2012);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1468.</w:t>
            </w:r>
          </w:p>
        </w:tc>
        <w:tc>
          <w:tcPr>
            <w:tcW w:w="2880" w:type="dxa"/>
          </w:tcPr>
          <w:p w:rsidR="006F7457" w:rsidRPr="00332DB8" w:rsidRDefault="00332DB8">
            <w:pPr>
              <w:rPr>
                <w:lang w:val="ru-RU"/>
              </w:rPr>
            </w:pPr>
            <w:r w:rsidRPr="00332DB8">
              <w:rPr>
                <w:lang w:val="ru-RU"/>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2880" w:type="dxa"/>
          </w:tcPr>
          <w:p w:rsidR="006F7457" w:rsidRPr="00332DB8" w:rsidRDefault="006F7457">
            <w:pPr>
              <w:rPr>
                <w:lang w:val="ru-RU"/>
              </w:rPr>
            </w:pPr>
          </w:p>
        </w:tc>
      </w:tr>
      <w:tr w:rsidR="006F7457" w:rsidRPr="00DD284B">
        <w:tc>
          <w:tcPr>
            <w:tcW w:w="2880" w:type="dxa"/>
          </w:tcPr>
          <w:p w:rsidR="006F7457" w:rsidRDefault="00332DB8">
            <w:r>
              <w:t>1469.</w:t>
            </w:r>
          </w:p>
        </w:tc>
        <w:tc>
          <w:tcPr>
            <w:tcW w:w="2880" w:type="dxa"/>
          </w:tcPr>
          <w:p w:rsidR="006F7457" w:rsidRPr="00332DB8" w:rsidRDefault="00332DB8">
            <w:pPr>
              <w:rPr>
                <w:lang w:val="ru-RU"/>
              </w:rPr>
            </w:pPr>
            <w:r w:rsidRPr="00332DB8">
              <w:rPr>
                <w:lang w:val="ru-RU"/>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2880" w:type="dxa"/>
          </w:tcPr>
          <w:p w:rsidR="006F7457" w:rsidRPr="00332DB8" w:rsidRDefault="006F7457">
            <w:pPr>
              <w:rPr>
                <w:lang w:val="ru-RU"/>
              </w:rPr>
            </w:pPr>
          </w:p>
        </w:tc>
      </w:tr>
      <w:tr w:rsidR="006F7457" w:rsidRPr="00DD284B">
        <w:tc>
          <w:tcPr>
            <w:tcW w:w="2880" w:type="dxa"/>
          </w:tcPr>
          <w:p w:rsidR="006F7457" w:rsidRDefault="00332DB8">
            <w:r>
              <w:t>1470.</w:t>
            </w:r>
          </w:p>
        </w:tc>
        <w:tc>
          <w:tcPr>
            <w:tcW w:w="2880" w:type="dxa"/>
          </w:tcPr>
          <w:p w:rsidR="006F7457" w:rsidRPr="00332DB8" w:rsidRDefault="00332DB8">
            <w:pPr>
              <w:rPr>
                <w:lang w:val="ru-RU"/>
              </w:rPr>
            </w:pPr>
            <w:r w:rsidRPr="00332DB8">
              <w:rPr>
                <w:lang w:val="ru-RU"/>
              </w:rPr>
              <w:t>Листовка «Последние пожелания Иванам» с текстом (решение Стерлитамакского городского суда Республики Башкортостан от 05.07.2012);</w:t>
            </w:r>
          </w:p>
        </w:tc>
        <w:tc>
          <w:tcPr>
            <w:tcW w:w="2880" w:type="dxa"/>
          </w:tcPr>
          <w:p w:rsidR="006F7457" w:rsidRPr="00332DB8" w:rsidRDefault="006F7457">
            <w:pPr>
              <w:rPr>
                <w:lang w:val="ru-RU"/>
              </w:rPr>
            </w:pPr>
          </w:p>
        </w:tc>
      </w:tr>
      <w:tr w:rsidR="006F7457" w:rsidRPr="00DD284B">
        <w:tc>
          <w:tcPr>
            <w:tcW w:w="2880" w:type="dxa"/>
          </w:tcPr>
          <w:p w:rsidR="006F7457" w:rsidRDefault="00332DB8">
            <w:r>
              <w:t>1471.</w:t>
            </w:r>
          </w:p>
        </w:tc>
        <w:tc>
          <w:tcPr>
            <w:tcW w:w="2880" w:type="dxa"/>
          </w:tcPr>
          <w:p w:rsidR="006F7457" w:rsidRPr="00332DB8" w:rsidRDefault="00332DB8">
            <w:pPr>
              <w:rPr>
                <w:lang w:val="ru-RU"/>
              </w:rPr>
            </w:pPr>
            <w:r w:rsidRPr="00332DB8">
              <w:rPr>
                <w:lang w:val="ru-RU"/>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2880" w:type="dxa"/>
          </w:tcPr>
          <w:p w:rsidR="006F7457" w:rsidRPr="00332DB8" w:rsidRDefault="006F7457">
            <w:pPr>
              <w:rPr>
                <w:lang w:val="ru-RU"/>
              </w:rPr>
            </w:pPr>
          </w:p>
        </w:tc>
      </w:tr>
      <w:tr w:rsidR="006F7457" w:rsidRPr="00DD284B">
        <w:tc>
          <w:tcPr>
            <w:tcW w:w="2880" w:type="dxa"/>
          </w:tcPr>
          <w:p w:rsidR="006F7457" w:rsidRDefault="00332DB8">
            <w:r>
              <w:t>1472.</w:t>
            </w:r>
          </w:p>
        </w:tc>
        <w:tc>
          <w:tcPr>
            <w:tcW w:w="2880" w:type="dxa"/>
          </w:tcPr>
          <w:p w:rsidR="006F7457" w:rsidRPr="00332DB8" w:rsidRDefault="00332DB8">
            <w:pPr>
              <w:rPr>
                <w:lang w:val="ru-RU"/>
              </w:rPr>
            </w:pPr>
            <w:r w:rsidRPr="00332DB8">
              <w:rPr>
                <w:lang w:val="ru-RU"/>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2880" w:type="dxa"/>
          </w:tcPr>
          <w:p w:rsidR="006F7457" w:rsidRPr="00332DB8" w:rsidRDefault="006F7457">
            <w:pPr>
              <w:rPr>
                <w:lang w:val="ru-RU"/>
              </w:rPr>
            </w:pPr>
          </w:p>
        </w:tc>
      </w:tr>
      <w:tr w:rsidR="006F7457" w:rsidRPr="00DD284B">
        <w:tc>
          <w:tcPr>
            <w:tcW w:w="2880" w:type="dxa"/>
          </w:tcPr>
          <w:p w:rsidR="006F7457" w:rsidRDefault="00332DB8">
            <w:r>
              <w:t>14</w:t>
            </w:r>
            <w:r>
              <w:lastRenderedPageBreak/>
              <w:t>73.</w:t>
            </w:r>
          </w:p>
        </w:tc>
        <w:tc>
          <w:tcPr>
            <w:tcW w:w="2880" w:type="dxa"/>
          </w:tcPr>
          <w:p w:rsidR="006F7457" w:rsidRPr="00332DB8" w:rsidRDefault="00332DB8">
            <w:pPr>
              <w:rPr>
                <w:lang w:val="ru-RU"/>
              </w:rPr>
            </w:pPr>
            <w:r w:rsidRPr="00332DB8">
              <w:rPr>
                <w:lang w:val="ru-RU"/>
              </w:rPr>
              <w:lastRenderedPageBreak/>
              <w:t xml:space="preserve">Интернет-ресурс (сайт): </w:t>
            </w:r>
            <w:r>
              <w:t>http</w:t>
            </w:r>
            <w:r w:rsidRPr="00332DB8">
              <w:rPr>
                <w:lang w:val="ru-RU"/>
              </w:rPr>
              <w:t>:/</w:t>
            </w:r>
            <w:r>
              <w:t>guraba</w:t>
            </w:r>
            <w:r w:rsidRPr="00332DB8">
              <w:rPr>
                <w:lang w:val="ru-RU"/>
              </w:rPr>
              <w:t>.</w:t>
            </w:r>
            <w:r>
              <w:t>info</w:t>
            </w:r>
            <w:r w:rsidRPr="00332DB8">
              <w:rPr>
                <w:lang w:val="ru-RU"/>
              </w:rPr>
              <w:t xml:space="preserve">/ - «Независимое информационно-аналитическое издание Вилаята </w:t>
            </w:r>
            <w:r w:rsidRPr="00332DB8">
              <w:rPr>
                <w:lang w:val="ru-RU"/>
              </w:rPr>
              <w:lastRenderedPageBreak/>
              <w:t>Дагестан» (решение Интинского городского суда Республики Коми от 19.06.2012);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1474.</w:t>
            </w:r>
          </w:p>
        </w:tc>
        <w:tc>
          <w:tcPr>
            <w:tcW w:w="2880" w:type="dxa"/>
          </w:tcPr>
          <w:p w:rsidR="006F7457" w:rsidRPr="00332DB8" w:rsidRDefault="00332DB8">
            <w:pPr>
              <w:rPr>
                <w:lang w:val="ru-RU"/>
              </w:rPr>
            </w:pPr>
            <w:r w:rsidRPr="00332DB8">
              <w:rPr>
                <w:lang w:val="ru-RU"/>
              </w:rPr>
              <w:t>Материал, размещенный на Интернет-ресурсе «Сопротивление» по электронному адресу: «</w:t>
            </w:r>
            <w:r>
              <w:t>http</w:t>
            </w:r>
            <w:r w:rsidRPr="00332DB8">
              <w:rPr>
                <w:lang w:val="ru-RU"/>
              </w:rPr>
              <w:t>://</w:t>
            </w:r>
            <w:r>
              <w:t>soprotivlenie</w:t>
            </w:r>
            <w:r w:rsidRPr="00332DB8">
              <w:rPr>
                <w:lang w:val="ru-RU"/>
              </w:rPr>
              <w:t>.</w:t>
            </w:r>
            <w:r>
              <w:t>marsho</w:t>
            </w:r>
            <w:r w:rsidRPr="00332DB8">
              <w:rPr>
                <w:lang w:val="ru-RU"/>
              </w:rPr>
              <w:t>.</w:t>
            </w:r>
            <w:r>
              <w:t>net</w:t>
            </w:r>
            <w:r w:rsidRPr="00332DB8">
              <w:rPr>
                <w:lang w:val="ru-RU"/>
              </w:rPr>
              <w:t>/</w:t>
            </w:r>
            <w:r>
              <w:t>doc</w:t>
            </w:r>
            <w:r w:rsidRPr="00332DB8">
              <w:rPr>
                <w:lang w:val="ru-RU"/>
              </w:rPr>
              <w:t>/</w:t>
            </w:r>
            <w:r>
              <w:t>turkey</w:t>
            </w:r>
            <w:r w:rsidRPr="00332DB8">
              <w:rPr>
                <w:lang w:val="ru-RU"/>
              </w:rPr>
              <w:t>.</w:t>
            </w:r>
            <w:r>
              <w:t>htm</w:t>
            </w:r>
            <w:r w:rsidRPr="00332DB8">
              <w:rPr>
                <w:lang w:val="ru-RU"/>
              </w:rPr>
              <w:t xml:space="preserve">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2880" w:type="dxa"/>
          </w:tcPr>
          <w:p w:rsidR="006F7457" w:rsidRPr="00332DB8" w:rsidRDefault="006F7457">
            <w:pPr>
              <w:rPr>
                <w:lang w:val="ru-RU"/>
              </w:rPr>
            </w:pPr>
          </w:p>
        </w:tc>
      </w:tr>
      <w:tr w:rsidR="006F7457" w:rsidRPr="00DD284B">
        <w:tc>
          <w:tcPr>
            <w:tcW w:w="2880" w:type="dxa"/>
          </w:tcPr>
          <w:p w:rsidR="006F7457" w:rsidRDefault="00332DB8">
            <w:r>
              <w:t>1475.</w:t>
            </w:r>
          </w:p>
        </w:tc>
        <w:tc>
          <w:tcPr>
            <w:tcW w:w="2880" w:type="dxa"/>
          </w:tcPr>
          <w:p w:rsidR="006F7457" w:rsidRPr="00332DB8" w:rsidRDefault="00332DB8">
            <w:pPr>
              <w:rPr>
                <w:lang w:val="ru-RU"/>
              </w:rPr>
            </w:pPr>
            <w:r w:rsidRPr="00332DB8">
              <w:rPr>
                <w:lang w:val="ru-RU"/>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2880" w:type="dxa"/>
          </w:tcPr>
          <w:p w:rsidR="006F7457" w:rsidRPr="00332DB8" w:rsidRDefault="006F7457">
            <w:pPr>
              <w:rPr>
                <w:lang w:val="ru-RU"/>
              </w:rPr>
            </w:pPr>
          </w:p>
        </w:tc>
      </w:tr>
      <w:tr w:rsidR="006F7457" w:rsidRPr="00DD284B">
        <w:tc>
          <w:tcPr>
            <w:tcW w:w="2880" w:type="dxa"/>
          </w:tcPr>
          <w:p w:rsidR="006F7457" w:rsidRDefault="00332DB8">
            <w:r>
              <w:t>1476.</w:t>
            </w:r>
          </w:p>
        </w:tc>
        <w:tc>
          <w:tcPr>
            <w:tcW w:w="2880" w:type="dxa"/>
          </w:tcPr>
          <w:p w:rsidR="006F7457" w:rsidRPr="00332DB8" w:rsidRDefault="00332DB8">
            <w:pPr>
              <w:rPr>
                <w:lang w:val="ru-RU"/>
              </w:rPr>
            </w:pPr>
            <w:r w:rsidRPr="00332DB8">
              <w:rPr>
                <w:lang w:val="ru-RU"/>
              </w:rPr>
              <w:t xml:space="preserve">Интернет-ресурс (сайт): </w:t>
            </w:r>
            <w:r>
              <w:t>http</w:t>
            </w:r>
            <w:r w:rsidRPr="00332DB8">
              <w:rPr>
                <w:lang w:val="ru-RU"/>
              </w:rPr>
              <w:t>://</w:t>
            </w:r>
            <w:r>
              <w:t>haamash</w:t>
            </w:r>
            <w:r w:rsidRPr="00332DB8">
              <w:rPr>
                <w:lang w:val="ru-RU"/>
              </w:rPr>
              <w:t>.</w:t>
            </w:r>
            <w:r>
              <w:t>wordpress</w:t>
            </w:r>
            <w:r w:rsidRPr="00332DB8">
              <w:rPr>
                <w:lang w:val="ru-RU"/>
              </w:rPr>
              <w:t>.</w:t>
            </w:r>
            <w:r>
              <w:t>com</w:t>
            </w:r>
            <w:r w:rsidRPr="00332DB8">
              <w:rPr>
                <w:lang w:val="ru-RU"/>
              </w:rPr>
              <w:t xml:space="preserve">/ – «Новости Ичкерии. Чеченская Республика Ичкерия» (решение Интинского городского суда Республики Коми от 26.07.2012); Интернет-ресурс (сайт): </w:t>
            </w:r>
            <w:r>
              <w:t>http</w:t>
            </w:r>
            <w:r w:rsidRPr="00332DB8">
              <w:rPr>
                <w:lang w:val="ru-RU"/>
              </w:rPr>
              <w:t>://</w:t>
            </w:r>
            <w:r>
              <w:t>jamagat</w:t>
            </w:r>
            <w:r w:rsidRPr="00332DB8">
              <w:rPr>
                <w:lang w:val="ru-RU"/>
              </w:rPr>
              <w:t>.</w:t>
            </w:r>
            <w:r>
              <w:t>wordpress</w:t>
            </w:r>
            <w:r w:rsidRPr="00332DB8">
              <w:rPr>
                <w:lang w:val="ru-RU"/>
              </w:rPr>
              <w:t>.</w:t>
            </w:r>
            <w:r>
              <w:t>com</w:t>
            </w:r>
            <w:r w:rsidRPr="00332DB8">
              <w:rPr>
                <w:lang w:val="ru-RU"/>
              </w:rPr>
              <w:t>/ – «Сайт информационного агентства «Джамагъат» - ИА «Джамагъат» (решение Интинского городского суда Республики Коми от 26.07.2012);</w:t>
            </w:r>
          </w:p>
        </w:tc>
        <w:tc>
          <w:tcPr>
            <w:tcW w:w="2880" w:type="dxa"/>
          </w:tcPr>
          <w:p w:rsidR="006F7457" w:rsidRPr="00332DB8" w:rsidRDefault="006F7457">
            <w:pPr>
              <w:rPr>
                <w:lang w:val="ru-RU"/>
              </w:rPr>
            </w:pPr>
          </w:p>
        </w:tc>
      </w:tr>
      <w:tr w:rsidR="006F7457" w:rsidRPr="00DD284B">
        <w:tc>
          <w:tcPr>
            <w:tcW w:w="2880" w:type="dxa"/>
          </w:tcPr>
          <w:p w:rsidR="006F7457" w:rsidRDefault="00332DB8">
            <w:r>
              <w:t>1477.</w:t>
            </w:r>
          </w:p>
        </w:tc>
        <w:tc>
          <w:tcPr>
            <w:tcW w:w="2880" w:type="dxa"/>
          </w:tcPr>
          <w:p w:rsidR="006F7457" w:rsidRPr="00332DB8" w:rsidRDefault="00332DB8">
            <w:pPr>
              <w:rPr>
                <w:lang w:val="ru-RU"/>
              </w:rPr>
            </w:pPr>
            <w:r w:rsidRPr="00332DB8">
              <w:rPr>
                <w:lang w:val="ru-RU"/>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2880" w:type="dxa"/>
          </w:tcPr>
          <w:p w:rsidR="006F7457" w:rsidRPr="00332DB8" w:rsidRDefault="006F7457">
            <w:pPr>
              <w:rPr>
                <w:lang w:val="ru-RU"/>
              </w:rPr>
            </w:pPr>
          </w:p>
        </w:tc>
      </w:tr>
      <w:tr w:rsidR="006F7457" w:rsidRPr="00DD284B">
        <w:tc>
          <w:tcPr>
            <w:tcW w:w="2880" w:type="dxa"/>
          </w:tcPr>
          <w:p w:rsidR="006F7457" w:rsidRDefault="00332DB8">
            <w:r>
              <w:t>1478.</w:t>
            </w:r>
          </w:p>
        </w:tc>
        <w:tc>
          <w:tcPr>
            <w:tcW w:w="2880" w:type="dxa"/>
          </w:tcPr>
          <w:p w:rsidR="006F7457" w:rsidRPr="00332DB8" w:rsidRDefault="00332DB8">
            <w:pPr>
              <w:rPr>
                <w:lang w:val="ru-RU"/>
              </w:rPr>
            </w:pPr>
            <w:r w:rsidRPr="00332DB8">
              <w:rPr>
                <w:lang w:val="ru-RU"/>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1479.</w:t>
            </w:r>
          </w:p>
        </w:tc>
        <w:tc>
          <w:tcPr>
            <w:tcW w:w="2880" w:type="dxa"/>
          </w:tcPr>
          <w:p w:rsidR="006F7457" w:rsidRPr="00332DB8" w:rsidRDefault="00332DB8">
            <w:pPr>
              <w:rPr>
                <w:lang w:val="ru-RU"/>
              </w:rPr>
            </w:pPr>
            <w:r w:rsidRPr="00332DB8">
              <w:rPr>
                <w:lang w:val="ru-RU"/>
              </w:rPr>
              <w:t xml:space="preserve">Информационный ресурс </w:t>
            </w:r>
            <w:r>
              <w:t>http</w:t>
            </w:r>
            <w:r w:rsidRPr="00332DB8">
              <w:rPr>
                <w:lang w:val="ru-RU"/>
              </w:rPr>
              <w:t>://</w:t>
            </w:r>
            <w:r>
              <w:t>www</w:t>
            </w:r>
            <w:r w:rsidRPr="00332DB8">
              <w:rPr>
                <w:lang w:val="ru-RU"/>
              </w:rPr>
              <w:t>.</w:t>
            </w:r>
            <w:r>
              <w:t>radosvet</w:t>
            </w:r>
            <w:r w:rsidRPr="00332DB8">
              <w:rPr>
                <w:lang w:val="ru-RU"/>
              </w:rPr>
              <w:t>.</w:t>
            </w:r>
            <w:r>
              <w:t>net</w:t>
            </w:r>
            <w:r w:rsidRPr="00332DB8">
              <w:rPr>
                <w:lang w:val="ru-RU"/>
              </w:rPr>
              <w:t>, расположенный в глобальной сети Интернет и размещенные на нем материалы (решение Самарского районного суда города Самары от 18.07.2012);</w:t>
            </w:r>
          </w:p>
        </w:tc>
        <w:tc>
          <w:tcPr>
            <w:tcW w:w="2880" w:type="dxa"/>
          </w:tcPr>
          <w:p w:rsidR="006F7457" w:rsidRPr="00332DB8" w:rsidRDefault="006F7457">
            <w:pPr>
              <w:rPr>
                <w:lang w:val="ru-RU"/>
              </w:rPr>
            </w:pPr>
          </w:p>
        </w:tc>
      </w:tr>
      <w:tr w:rsidR="006F7457" w:rsidRPr="00DD284B">
        <w:tc>
          <w:tcPr>
            <w:tcW w:w="2880" w:type="dxa"/>
          </w:tcPr>
          <w:p w:rsidR="006F7457" w:rsidRDefault="00332DB8">
            <w:r>
              <w:t>1480.</w:t>
            </w:r>
          </w:p>
        </w:tc>
        <w:tc>
          <w:tcPr>
            <w:tcW w:w="2880" w:type="dxa"/>
          </w:tcPr>
          <w:p w:rsidR="006F7457" w:rsidRPr="00332DB8" w:rsidRDefault="00332DB8">
            <w:pPr>
              <w:rPr>
                <w:lang w:val="ru-RU"/>
              </w:rPr>
            </w:pPr>
            <w:r>
              <w:t>DVD</w:t>
            </w:r>
            <w:r w:rsidRPr="00332DB8">
              <w:rPr>
                <w:lang w:val="ru-RU"/>
              </w:rPr>
              <w:t xml:space="preserve"> диск с видеофильмом «Дело-88»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1481.</w:t>
            </w:r>
          </w:p>
        </w:tc>
        <w:tc>
          <w:tcPr>
            <w:tcW w:w="2880" w:type="dxa"/>
          </w:tcPr>
          <w:p w:rsidR="006F7457" w:rsidRPr="00332DB8" w:rsidRDefault="00332DB8">
            <w:pPr>
              <w:rPr>
                <w:lang w:val="ru-RU"/>
              </w:rPr>
            </w:pPr>
            <w:r>
              <w:t>DVD</w:t>
            </w:r>
            <w:r w:rsidRPr="00332DB8">
              <w:rPr>
                <w:lang w:val="ru-RU"/>
              </w:rPr>
              <w:t xml:space="preserve"> диск с видеофильмом «Очистим наш дом»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1482.</w:t>
            </w:r>
          </w:p>
        </w:tc>
        <w:tc>
          <w:tcPr>
            <w:tcW w:w="2880" w:type="dxa"/>
          </w:tcPr>
          <w:p w:rsidR="006F7457" w:rsidRPr="00332DB8" w:rsidRDefault="00332DB8">
            <w:pPr>
              <w:rPr>
                <w:lang w:val="ru-RU"/>
              </w:rPr>
            </w:pPr>
            <w:r w:rsidRPr="00332DB8">
              <w:rPr>
                <w:lang w:val="ru-RU"/>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2880" w:type="dxa"/>
          </w:tcPr>
          <w:p w:rsidR="006F7457" w:rsidRPr="00332DB8" w:rsidRDefault="006F7457">
            <w:pPr>
              <w:rPr>
                <w:lang w:val="ru-RU"/>
              </w:rPr>
            </w:pPr>
          </w:p>
        </w:tc>
      </w:tr>
      <w:tr w:rsidR="006F7457" w:rsidRPr="00DD284B">
        <w:tc>
          <w:tcPr>
            <w:tcW w:w="2880" w:type="dxa"/>
          </w:tcPr>
          <w:p w:rsidR="006F7457" w:rsidRDefault="00332DB8">
            <w:r>
              <w:t>1483.</w:t>
            </w:r>
          </w:p>
        </w:tc>
        <w:tc>
          <w:tcPr>
            <w:tcW w:w="2880" w:type="dxa"/>
          </w:tcPr>
          <w:p w:rsidR="006F7457" w:rsidRPr="00332DB8" w:rsidRDefault="00332DB8">
            <w:pPr>
              <w:rPr>
                <w:lang w:val="ru-RU"/>
              </w:rPr>
            </w:pPr>
            <w:r w:rsidRPr="00332DB8">
              <w:rPr>
                <w:lang w:val="ru-RU"/>
              </w:rPr>
              <w:t>Книга «Германский национал-социализм», автор Русаков В.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148</w:t>
            </w:r>
            <w:r>
              <w:lastRenderedPageBreak/>
              <w:t>4.</w:t>
            </w:r>
          </w:p>
        </w:tc>
        <w:tc>
          <w:tcPr>
            <w:tcW w:w="2880" w:type="dxa"/>
          </w:tcPr>
          <w:p w:rsidR="006F7457" w:rsidRPr="00332DB8" w:rsidRDefault="00332DB8">
            <w:pPr>
              <w:rPr>
                <w:lang w:val="ru-RU"/>
              </w:rPr>
            </w:pPr>
            <w:r w:rsidRPr="00332DB8">
              <w:rPr>
                <w:lang w:val="ru-RU"/>
              </w:rPr>
              <w:lastRenderedPageBreak/>
              <w:t>Журнал «Отвертка» № 9 за 2000 год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1485.</w:t>
            </w:r>
          </w:p>
        </w:tc>
        <w:tc>
          <w:tcPr>
            <w:tcW w:w="2880" w:type="dxa"/>
          </w:tcPr>
          <w:p w:rsidR="006F7457" w:rsidRPr="00332DB8" w:rsidRDefault="00332DB8">
            <w:pPr>
              <w:rPr>
                <w:lang w:val="ru-RU"/>
              </w:rPr>
            </w:pPr>
            <w:r w:rsidRPr="00332DB8">
              <w:rPr>
                <w:lang w:val="ru-RU"/>
              </w:rPr>
              <w:t>Журнал «Отвертка» № 6 за 1999 год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1486.</w:t>
            </w:r>
          </w:p>
        </w:tc>
        <w:tc>
          <w:tcPr>
            <w:tcW w:w="2880" w:type="dxa"/>
          </w:tcPr>
          <w:p w:rsidR="006F7457" w:rsidRPr="00332DB8" w:rsidRDefault="00332DB8">
            <w:pPr>
              <w:rPr>
                <w:lang w:val="ru-RU"/>
              </w:rPr>
            </w:pPr>
            <w:r w:rsidRPr="00332DB8">
              <w:rPr>
                <w:lang w:val="ru-RU"/>
              </w:rPr>
              <w:t>Журнал «</w:t>
            </w:r>
            <w:r>
              <w:t>Bulldog</w:t>
            </w:r>
            <w:r w:rsidRPr="00332DB8">
              <w:rPr>
                <w:lang w:val="ru-RU"/>
              </w:rPr>
              <w:t>» № 6 июль 1998 год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1487.</w:t>
            </w:r>
          </w:p>
        </w:tc>
        <w:tc>
          <w:tcPr>
            <w:tcW w:w="2880" w:type="dxa"/>
          </w:tcPr>
          <w:p w:rsidR="006F7457" w:rsidRPr="00332DB8" w:rsidRDefault="00332DB8">
            <w:pPr>
              <w:rPr>
                <w:lang w:val="ru-RU"/>
              </w:rPr>
            </w:pPr>
            <w:r w:rsidRPr="00332DB8">
              <w:rPr>
                <w:lang w:val="ru-RU"/>
              </w:rPr>
              <w:t>Копия книги «Вся правда о холокосте», автор Марк Вебер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1488.</w:t>
            </w:r>
          </w:p>
        </w:tc>
        <w:tc>
          <w:tcPr>
            <w:tcW w:w="2880" w:type="dxa"/>
          </w:tcPr>
          <w:p w:rsidR="006F7457" w:rsidRPr="00332DB8" w:rsidRDefault="00332DB8">
            <w:pPr>
              <w:rPr>
                <w:lang w:val="ru-RU"/>
              </w:rPr>
            </w:pPr>
            <w:r w:rsidRPr="00332DB8">
              <w:rPr>
                <w:lang w:val="ru-RU"/>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1489.</w:t>
            </w:r>
          </w:p>
        </w:tc>
        <w:tc>
          <w:tcPr>
            <w:tcW w:w="2880" w:type="dxa"/>
          </w:tcPr>
          <w:p w:rsidR="006F7457" w:rsidRPr="00332DB8" w:rsidRDefault="00332DB8">
            <w:pPr>
              <w:rPr>
                <w:lang w:val="ru-RU"/>
              </w:rPr>
            </w:pPr>
            <w:r w:rsidRPr="00332DB8">
              <w:rPr>
                <w:lang w:val="ru-RU"/>
              </w:rPr>
              <w:t>Копия повести «Борьба», автор Д. Честный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1490.</w:t>
            </w:r>
          </w:p>
        </w:tc>
        <w:tc>
          <w:tcPr>
            <w:tcW w:w="2880" w:type="dxa"/>
          </w:tcPr>
          <w:p w:rsidR="006F7457" w:rsidRPr="00332DB8" w:rsidRDefault="00332DB8">
            <w:pPr>
              <w:rPr>
                <w:lang w:val="ru-RU"/>
              </w:rPr>
            </w:pPr>
            <w:r w:rsidRPr="00332DB8">
              <w:rPr>
                <w:lang w:val="ru-RU"/>
              </w:rPr>
              <w:t>Копия книги «Английская болезнь», автор Билл Буфолд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1491.</w:t>
            </w:r>
          </w:p>
        </w:tc>
        <w:tc>
          <w:tcPr>
            <w:tcW w:w="2880" w:type="dxa"/>
          </w:tcPr>
          <w:p w:rsidR="006F7457" w:rsidRPr="00332DB8" w:rsidRDefault="00332DB8">
            <w:pPr>
              <w:rPr>
                <w:lang w:val="ru-RU"/>
              </w:rPr>
            </w:pPr>
            <w:r w:rsidRPr="00332DB8">
              <w:rPr>
                <w:lang w:val="ru-RU"/>
              </w:rPr>
              <w:t>Копия книги «Расология наука о наследственных качествах людей», автор В.Б. Авдеев и информационные материалы книги В.Б. Авдеева «Расология. Наука о наследственных качествах людей», изд. 2-е дополненное, изданное ОАО «ИПП «Правда Севера» по заказу издательства ООО «Белые альвы» (решение Ленинского районного суда города Оренбурга от 26.07.2010 и решение Орджоникидзевского районного суда города Екатеринбурга от 21.04.2011);</w:t>
            </w:r>
          </w:p>
        </w:tc>
        <w:tc>
          <w:tcPr>
            <w:tcW w:w="2880" w:type="dxa"/>
          </w:tcPr>
          <w:p w:rsidR="006F7457" w:rsidRPr="00332DB8" w:rsidRDefault="006F7457">
            <w:pPr>
              <w:rPr>
                <w:lang w:val="ru-RU"/>
              </w:rPr>
            </w:pPr>
          </w:p>
        </w:tc>
      </w:tr>
      <w:tr w:rsidR="006F7457" w:rsidRPr="00DD284B">
        <w:tc>
          <w:tcPr>
            <w:tcW w:w="2880" w:type="dxa"/>
          </w:tcPr>
          <w:p w:rsidR="006F7457" w:rsidRDefault="00332DB8">
            <w:r>
              <w:t>1492.</w:t>
            </w:r>
          </w:p>
        </w:tc>
        <w:tc>
          <w:tcPr>
            <w:tcW w:w="2880" w:type="dxa"/>
          </w:tcPr>
          <w:p w:rsidR="006F7457" w:rsidRPr="00332DB8" w:rsidRDefault="00332DB8">
            <w:pPr>
              <w:rPr>
                <w:lang w:val="ru-RU"/>
              </w:rPr>
            </w:pPr>
            <w:r w:rsidRPr="00332DB8">
              <w:rPr>
                <w:lang w:val="ru-RU"/>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1493.</w:t>
            </w:r>
          </w:p>
        </w:tc>
        <w:tc>
          <w:tcPr>
            <w:tcW w:w="2880" w:type="dxa"/>
          </w:tcPr>
          <w:p w:rsidR="006F7457" w:rsidRPr="00332DB8" w:rsidRDefault="00332DB8">
            <w:pPr>
              <w:rPr>
                <w:lang w:val="ru-RU"/>
              </w:rPr>
            </w:pPr>
            <w:r w:rsidRPr="00332DB8">
              <w:rPr>
                <w:lang w:val="ru-RU"/>
              </w:rPr>
              <w:t>Брошюра «Велесова книга», перевод Б. Клесеня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1494.</w:t>
            </w:r>
          </w:p>
        </w:tc>
        <w:tc>
          <w:tcPr>
            <w:tcW w:w="2880" w:type="dxa"/>
          </w:tcPr>
          <w:p w:rsidR="006F7457" w:rsidRPr="00332DB8" w:rsidRDefault="00332DB8">
            <w:pPr>
              <w:rPr>
                <w:lang w:val="ru-RU"/>
              </w:rPr>
            </w:pPr>
            <w:r w:rsidRPr="00332DB8">
              <w:rPr>
                <w:lang w:val="ru-RU"/>
              </w:rPr>
              <w:t>Брошюра «Записки о ритуальных убийствах», автор В.И. Даль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14</w:t>
            </w:r>
            <w:r>
              <w:lastRenderedPageBreak/>
              <w:t>95.</w:t>
            </w:r>
          </w:p>
        </w:tc>
        <w:tc>
          <w:tcPr>
            <w:tcW w:w="2880" w:type="dxa"/>
          </w:tcPr>
          <w:p w:rsidR="006F7457" w:rsidRPr="00332DB8" w:rsidRDefault="00332DB8">
            <w:pPr>
              <w:rPr>
                <w:lang w:val="ru-RU"/>
              </w:rPr>
            </w:pPr>
            <w:r w:rsidRPr="00332DB8">
              <w:rPr>
                <w:lang w:val="ru-RU"/>
              </w:rPr>
              <w:lastRenderedPageBreak/>
              <w:t xml:space="preserve">Брошюра «Катехизис еврея в СССР», автор В. Степин (решение Ленинского районного суда города Оренбурга от </w:t>
            </w:r>
            <w:r w:rsidRPr="00332DB8">
              <w:rPr>
                <w:lang w:val="ru-RU"/>
              </w:rPr>
              <w:lastRenderedPageBreak/>
              <w:t>26.07.2010);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1496.</w:t>
            </w:r>
          </w:p>
        </w:tc>
        <w:tc>
          <w:tcPr>
            <w:tcW w:w="2880" w:type="dxa"/>
          </w:tcPr>
          <w:p w:rsidR="006F7457" w:rsidRPr="00332DB8" w:rsidRDefault="00332DB8">
            <w:pPr>
              <w:rPr>
                <w:lang w:val="ru-RU"/>
              </w:rPr>
            </w:pPr>
            <w:r w:rsidRPr="00332DB8">
              <w:rPr>
                <w:lang w:val="ru-RU"/>
              </w:rPr>
              <w:t>Брошюра «Протоколы сионских мудрецов»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1497.</w:t>
            </w:r>
          </w:p>
        </w:tc>
        <w:tc>
          <w:tcPr>
            <w:tcW w:w="2880" w:type="dxa"/>
          </w:tcPr>
          <w:p w:rsidR="006F7457" w:rsidRPr="00332DB8" w:rsidRDefault="00332DB8">
            <w:pPr>
              <w:rPr>
                <w:lang w:val="ru-RU"/>
              </w:rPr>
            </w:pPr>
            <w:r w:rsidRPr="00332DB8">
              <w:rPr>
                <w:lang w:val="ru-RU"/>
              </w:rPr>
              <w:t>Брошюра «Бритоголовая культура», автор СЧ. Беликов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1498.</w:t>
            </w:r>
          </w:p>
        </w:tc>
        <w:tc>
          <w:tcPr>
            <w:tcW w:w="2880" w:type="dxa"/>
          </w:tcPr>
          <w:p w:rsidR="006F7457" w:rsidRPr="00332DB8" w:rsidRDefault="00332DB8">
            <w:pPr>
              <w:rPr>
                <w:lang w:val="ru-RU"/>
              </w:rPr>
            </w:pPr>
            <w:r w:rsidRPr="00332DB8">
              <w:rPr>
                <w:lang w:val="ru-RU"/>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1499.</w:t>
            </w:r>
          </w:p>
        </w:tc>
        <w:tc>
          <w:tcPr>
            <w:tcW w:w="2880" w:type="dxa"/>
          </w:tcPr>
          <w:p w:rsidR="006F7457" w:rsidRPr="00332DB8" w:rsidRDefault="00332DB8">
            <w:pPr>
              <w:rPr>
                <w:lang w:val="ru-RU"/>
              </w:rPr>
            </w:pPr>
            <w:r w:rsidRPr="00332DB8">
              <w:rPr>
                <w:lang w:val="ru-RU"/>
              </w:rPr>
              <w:t>Журнал с названием «Под ноль, музыкальный журнал реальной альтернативы» № 4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1500.</w:t>
            </w:r>
          </w:p>
        </w:tc>
        <w:tc>
          <w:tcPr>
            <w:tcW w:w="2880" w:type="dxa"/>
          </w:tcPr>
          <w:p w:rsidR="006F7457" w:rsidRPr="00332DB8" w:rsidRDefault="00332DB8">
            <w:pPr>
              <w:rPr>
                <w:lang w:val="ru-RU"/>
              </w:rPr>
            </w:pPr>
            <w:r w:rsidRPr="00332DB8">
              <w:rPr>
                <w:lang w:val="ru-RU"/>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1501.</w:t>
            </w:r>
          </w:p>
        </w:tc>
        <w:tc>
          <w:tcPr>
            <w:tcW w:w="2880" w:type="dxa"/>
          </w:tcPr>
          <w:p w:rsidR="006F7457" w:rsidRPr="00332DB8" w:rsidRDefault="00332DB8">
            <w:pPr>
              <w:rPr>
                <w:lang w:val="ru-RU"/>
              </w:rPr>
            </w:pPr>
            <w:r w:rsidRPr="00332DB8">
              <w:rPr>
                <w:lang w:val="ru-RU"/>
              </w:rPr>
              <w:t>Газета «Арка-им» выпуск № 20 июнь 7508 (2000) год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1502.</w:t>
            </w:r>
          </w:p>
        </w:tc>
        <w:tc>
          <w:tcPr>
            <w:tcW w:w="2880" w:type="dxa"/>
          </w:tcPr>
          <w:p w:rsidR="006F7457" w:rsidRPr="00332DB8" w:rsidRDefault="00332DB8">
            <w:pPr>
              <w:rPr>
                <w:lang w:val="ru-RU"/>
              </w:rPr>
            </w:pPr>
            <w:r w:rsidRPr="00332DB8">
              <w:rPr>
                <w:lang w:val="ru-RU"/>
              </w:rPr>
              <w:t>Газета «За русское дело» выпуск № 1 (133), 2006 год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1503.</w:t>
            </w:r>
          </w:p>
        </w:tc>
        <w:tc>
          <w:tcPr>
            <w:tcW w:w="2880" w:type="dxa"/>
          </w:tcPr>
          <w:p w:rsidR="006F7457" w:rsidRPr="00332DB8" w:rsidRDefault="00332DB8">
            <w:pPr>
              <w:rPr>
                <w:lang w:val="ru-RU"/>
              </w:rPr>
            </w:pPr>
            <w:r w:rsidRPr="00332DB8">
              <w:rPr>
                <w:lang w:val="ru-RU"/>
              </w:rPr>
              <w:t>Газета «Русский фронт» спецвыпуск № 2 (26) 2006 г.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1504.</w:t>
            </w:r>
          </w:p>
        </w:tc>
        <w:tc>
          <w:tcPr>
            <w:tcW w:w="2880" w:type="dxa"/>
          </w:tcPr>
          <w:p w:rsidR="006F7457" w:rsidRPr="00332DB8" w:rsidRDefault="00332DB8">
            <w:pPr>
              <w:rPr>
                <w:lang w:val="ru-RU"/>
              </w:rPr>
            </w:pPr>
            <w:r w:rsidRPr="00332DB8">
              <w:rPr>
                <w:lang w:val="ru-RU"/>
              </w:rPr>
              <w:t>Газета «Знание власть!» выпуск № 5 (274) февраль 2006 г.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1505.</w:t>
            </w:r>
          </w:p>
        </w:tc>
        <w:tc>
          <w:tcPr>
            <w:tcW w:w="2880" w:type="dxa"/>
          </w:tcPr>
          <w:p w:rsidR="006F7457" w:rsidRPr="00332DB8" w:rsidRDefault="00332DB8">
            <w:pPr>
              <w:rPr>
                <w:lang w:val="ru-RU"/>
              </w:rPr>
            </w:pPr>
            <w:r w:rsidRPr="00332DB8">
              <w:rPr>
                <w:lang w:val="ru-RU"/>
              </w:rPr>
              <w:t>Газета «Союз офицеров» выпуск № 2 (81) февраль 2006 г.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150</w:t>
            </w:r>
            <w:r>
              <w:lastRenderedPageBreak/>
              <w:t>6.</w:t>
            </w:r>
          </w:p>
        </w:tc>
        <w:tc>
          <w:tcPr>
            <w:tcW w:w="2880" w:type="dxa"/>
          </w:tcPr>
          <w:p w:rsidR="006F7457" w:rsidRPr="00332DB8" w:rsidRDefault="00332DB8">
            <w:pPr>
              <w:rPr>
                <w:lang w:val="ru-RU"/>
              </w:rPr>
            </w:pPr>
            <w:r w:rsidRPr="00332DB8">
              <w:rPr>
                <w:lang w:val="ru-RU"/>
              </w:rPr>
              <w:lastRenderedPageBreak/>
              <w:t>Газета «Русская правда» выпуск № 41-42 2006 г.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1507.</w:t>
            </w:r>
          </w:p>
        </w:tc>
        <w:tc>
          <w:tcPr>
            <w:tcW w:w="2880" w:type="dxa"/>
          </w:tcPr>
          <w:p w:rsidR="006F7457" w:rsidRPr="00332DB8" w:rsidRDefault="00332DB8">
            <w:pPr>
              <w:rPr>
                <w:lang w:val="ru-RU"/>
              </w:rPr>
            </w:pPr>
            <w:r w:rsidRPr="00332DB8">
              <w:rPr>
                <w:lang w:val="ru-RU"/>
              </w:rPr>
              <w:t>Брошюра под названием «Это должен знать русский»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1508.</w:t>
            </w:r>
          </w:p>
        </w:tc>
        <w:tc>
          <w:tcPr>
            <w:tcW w:w="2880" w:type="dxa"/>
          </w:tcPr>
          <w:p w:rsidR="006F7457" w:rsidRPr="00332DB8" w:rsidRDefault="00332DB8">
            <w:pPr>
              <w:rPr>
                <w:lang w:val="ru-RU"/>
              </w:rPr>
            </w:pPr>
            <w:r w:rsidRPr="00332DB8">
              <w:rPr>
                <w:lang w:val="ru-RU"/>
              </w:rPr>
              <w:t>Газета «Наша сторона», № 1 (11) за 2002 г.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1509.</w:t>
            </w:r>
          </w:p>
        </w:tc>
        <w:tc>
          <w:tcPr>
            <w:tcW w:w="2880" w:type="dxa"/>
          </w:tcPr>
          <w:p w:rsidR="006F7457" w:rsidRPr="00332DB8" w:rsidRDefault="00332DB8">
            <w:pPr>
              <w:rPr>
                <w:lang w:val="ru-RU"/>
              </w:rPr>
            </w:pPr>
            <w:r w:rsidRPr="00332DB8">
              <w:rPr>
                <w:lang w:val="ru-RU"/>
              </w:rPr>
              <w:t>Газета «Я русский»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1510.</w:t>
            </w:r>
          </w:p>
        </w:tc>
        <w:tc>
          <w:tcPr>
            <w:tcW w:w="2880" w:type="dxa"/>
          </w:tcPr>
          <w:p w:rsidR="006F7457" w:rsidRPr="00332DB8" w:rsidRDefault="00332DB8">
            <w:pPr>
              <w:rPr>
                <w:lang w:val="ru-RU"/>
              </w:rPr>
            </w:pPr>
            <w:r w:rsidRPr="00332DB8">
              <w:rPr>
                <w:lang w:val="ru-RU"/>
              </w:rPr>
              <w:t>Газета «Эра России»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t>1511.</w:t>
            </w:r>
          </w:p>
        </w:tc>
        <w:tc>
          <w:tcPr>
            <w:tcW w:w="2880" w:type="dxa"/>
          </w:tcPr>
          <w:p w:rsidR="006F7457" w:rsidRPr="00332DB8" w:rsidRDefault="00332DB8">
            <w:pPr>
              <w:rPr>
                <w:lang w:val="ru-RU"/>
              </w:rPr>
            </w:pPr>
            <w:r w:rsidRPr="00332DB8">
              <w:rPr>
                <w:lang w:val="ru-RU"/>
              </w:rPr>
              <w:t>Брошюра «субботнее безумие» (решение Ленинского районного суда города Оренбурга от 26.07.2010);</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1512.</w:t>
            </w:r>
          </w:p>
        </w:tc>
        <w:tc>
          <w:tcPr>
            <w:tcW w:w="2880" w:type="dxa"/>
          </w:tcPr>
          <w:p w:rsidR="006F7457" w:rsidRPr="00332DB8" w:rsidRDefault="00332DB8">
            <w:pPr>
              <w:rPr>
                <w:lang w:val="ru-RU"/>
              </w:rPr>
            </w:pPr>
            <w:r w:rsidRPr="00332DB8">
              <w:rPr>
                <w:lang w:val="ru-RU"/>
              </w:rPr>
              <w:t xml:space="preserve">Информационные видео и фотоматериалы, размещенные в информационно-телекоммуникационной сети «Интернет» по адресам: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50777990_141480124;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50777990_138161598;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50777990_1381615940;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50777990_138160905;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50777990_137839883;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50777990_137462206;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50777990_136783966; </w:t>
            </w:r>
            <w:r>
              <w:t>http</w:t>
            </w:r>
            <w:r w:rsidRPr="00332DB8">
              <w:rPr>
                <w:lang w:val="ru-RU"/>
              </w:rPr>
              <w:t>://</w:t>
            </w:r>
            <w:r>
              <w:t>vkontakte</w:t>
            </w:r>
            <w:r w:rsidRPr="00332DB8">
              <w:rPr>
                <w:lang w:val="ru-RU"/>
              </w:rPr>
              <w:t>.</w:t>
            </w:r>
            <w:r>
              <w:t>ru</w:t>
            </w:r>
            <w:r w:rsidRPr="00332DB8">
              <w:rPr>
                <w:lang w:val="ru-RU"/>
              </w:rPr>
              <w:t>/</w:t>
            </w:r>
            <w:r>
              <w:t>id</w:t>
            </w:r>
            <w:r w:rsidRPr="00332DB8">
              <w:rPr>
                <w:lang w:val="ru-RU"/>
              </w:rPr>
              <w:t>90206929#/</w:t>
            </w:r>
            <w:r>
              <w:t>album</w:t>
            </w:r>
            <w:r w:rsidRPr="00332DB8">
              <w:rPr>
                <w:lang w:val="ru-RU"/>
              </w:rPr>
              <w:t>93733856_120846310 (решение Кировского районного суда города Иркутска от 04.06.2012);</w:t>
            </w:r>
          </w:p>
        </w:tc>
        <w:tc>
          <w:tcPr>
            <w:tcW w:w="2880" w:type="dxa"/>
          </w:tcPr>
          <w:p w:rsidR="006F7457" w:rsidRPr="00332DB8" w:rsidRDefault="006F7457">
            <w:pPr>
              <w:rPr>
                <w:lang w:val="ru-RU"/>
              </w:rPr>
            </w:pPr>
          </w:p>
        </w:tc>
      </w:tr>
      <w:tr w:rsidR="006F7457" w:rsidRPr="00DD284B">
        <w:tc>
          <w:tcPr>
            <w:tcW w:w="2880" w:type="dxa"/>
          </w:tcPr>
          <w:p w:rsidR="006F7457" w:rsidRDefault="00332DB8">
            <w:r>
              <w:t>1513.</w:t>
            </w:r>
          </w:p>
        </w:tc>
        <w:tc>
          <w:tcPr>
            <w:tcW w:w="2880" w:type="dxa"/>
          </w:tcPr>
          <w:p w:rsidR="006F7457" w:rsidRPr="00332DB8" w:rsidRDefault="00332DB8">
            <w:pPr>
              <w:rPr>
                <w:lang w:val="ru-RU"/>
              </w:rPr>
            </w:pPr>
            <w:r w:rsidRPr="00332DB8">
              <w:rPr>
                <w:lang w:val="ru-RU"/>
              </w:rPr>
              <w:t xml:space="preserve">Текст статьи «На сайте открылся раздел «Цели для атак» от 23.06.2011 года, размещенной по электронному адресу: </w:t>
            </w:r>
            <w:r>
              <w:t>http</w:t>
            </w:r>
            <w:r w:rsidRPr="00332DB8">
              <w:rPr>
                <w:lang w:val="ru-RU"/>
              </w:rPr>
              <w:t>://</w:t>
            </w:r>
            <w:r>
              <w:t>blackblocg</w:t>
            </w:r>
            <w:r w:rsidRPr="00332DB8">
              <w:rPr>
                <w:lang w:val="ru-RU"/>
              </w:rPr>
              <w:t>.</w:t>
            </w:r>
            <w:r>
              <w:t>info</w:t>
            </w:r>
            <w:r w:rsidRPr="00332DB8">
              <w:rPr>
                <w:lang w:val="ru-RU"/>
              </w:rPr>
              <w:t>/</w:t>
            </w:r>
            <w:r>
              <w:t>tseli</w:t>
            </w:r>
            <w:r w:rsidRPr="00332DB8">
              <w:rPr>
                <w:lang w:val="ru-RU"/>
              </w:rPr>
              <w:t>-</w:t>
            </w:r>
            <w:r>
              <w:t>dlya</w:t>
            </w:r>
            <w:r w:rsidRPr="00332DB8">
              <w:rPr>
                <w:lang w:val="ru-RU"/>
              </w:rPr>
              <w:t>-</w:t>
            </w:r>
            <w:r>
              <w:t>atak</w:t>
            </w:r>
            <w:r w:rsidRPr="00332DB8">
              <w:rPr>
                <w:lang w:val="ru-RU"/>
              </w:rPr>
              <w:t xml:space="preserve"> (решение Мещанского районного суда города Москвы от 03.08.2012);</w:t>
            </w:r>
          </w:p>
        </w:tc>
        <w:tc>
          <w:tcPr>
            <w:tcW w:w="2880" w:type="dxa"/>
          </w:tcPr>
          <w:p w:rsidR="006F7457" w:rsidRPr="00332DB8" w:rsidRDefault="006F7457">
            <w:pPr>
              <w:rPr>
                <w:lang w:val="ru-RU"/>
              </w:rPr>
            </w:pPr>
          </w:p>
        </w:tc>
      </w:tr>
      <w:tr w:rsidR="006F7457" w:rsidRPr="00DD284B">
        <w:tc>
          <w:tcPr>
            <w:tcW w:w="2880" w:type="dxa"/>
          </w:tcPr>
          <w:p w:rsidR="006F7457" w:rsidRDefault="00332DB8">
            <w:r>
              <w:t>1514.</w:t>
            </w:r>
          </w:p>
        </w:tc>
        <w:tc>
          <w:tcPr>
            <w:tcW w:w="2880" w:type="dxa"/>
          </w:tcPr>
          <w:p w:rsidR="006F7457" w:rsidRPr="00332DB8" w:rsidRDefault="00332DB8">
            <w:pPr>
              <w:rPr>
                <w:lang w:val="ru-RU"/>
              </w:rPr>
            </w:pPr>
            <w:r w:rsidRPr="00332DB8">
              <w:rPr>
                <w:lang w:val="ru-RU"/>
              </w:rPr>
              <w:t xml:space="preserve">Текст статьи «Как сжечь буржуйскую тачку и не попасться: советы начинающим от коллектива «13 негритят» от 14.02.2011 года, размещенной по электронному адресу: </w:t>
            </w:r>
            <w:r>
              <w:t>http</w:t>
            </w:r>
            <w:r w:rsidRPr="00332DB8">
              <w:rPr>
                <w:lang w:val="ru-RU"/>
              </w:rPr>
              <w:t>://</w:t>
            </w:r>
            <w:r>
              <w:t>blackblocg</w:t>
            </w:r>
            <w:r w:rsidRPr="00332DB8">
              <w:rPr>
                <w:lang w:val="ru-RU"/>
              </w:rPr>
              <w:t>.</w:t>
            </w:r>
            <w:r>
              <w:t>info</w:t>
            </w:r>
            <w:r w:rsidRPr="00332DB8">
              <w:rPr>
                <w:lang w:val="ru-RU"/>
              </w:rPr>
              <w:t>/</w:t>
            </w:r>
            <w:r>
              <w:t>metody</w:t>
            </w:r>
            <w:r w:rsidRPr="00332DB8">
              <w:rPr>
                <w:lang w:val="ru-RU"/>
              </w:rPr>
              <w:t>-</w:t>
            </w:r>
            <w:r>
              <w:t>i</w:t>
            </w:r>
            <w:r w:rsidRPr="00332DB8">
              <w:rPr>
                <w:lang w:val="ru-RU"/>
              </w:rPr>
              <w:t>-</w:t>
            </w:r>
            <w:r>
              <w:t>taktiki</w:t>
            </w:r>
            <w:r w:rsidRPr="00332DB8">
              <w:rPr>
                <w:lang w:val="ru-RU"/>
              </w:rPr>
              <w:t>/</w:t>
            </w:r>
            <w:r>
              <w:t>provedenie</w:t>
            </w:r>
            <w:r w:rsidRPr="00332DB8">
              <w:rPr>
                <w:lang w:val="ru-RU"/>
              </w:rPr>
              <w:t>-</w:t>
            </w:r>
            <w:r>
              <w:t>aktsij</w:t>
            </w:r>
            <w:r w:rsidRPr="00332DB8">
              <w:rPr>
                <w:lang w:val="ru-RU"/>
              </w:rPr>
              <w:t xml:space="preserve"> (решение Мещанского районного суда города Москвы от 03.08.2012);</w:t>
            </w:r>
          </w:p>
        </w:tc>
        <w:tc>
          <w:tcPr>
            <w:tcW w:w="2880" w:type="dxa"/>
          </w:tcPr>
          <w:p w:rsidR="006F7457" w:rsidRPr="00332DB8" w:rsidRDefault="006F7457">
            <w:pPr>
              <w:rPr>
                <w:lang w:val="ru-RU"/>
              </w:rPr>
            </w:pPr>
          </w:p>
        </w:tc>
      </w:tr>
      <w:tr w:rsidR="006F7457">
        <w:tc>
          <w:tcPr>
            <w:tcW w:w="2880" w:type="dxa"/>
          </w:tcPr>
          <w:p w:rsidR="006F7457" w:rsidRDefault="00332DB8">
            <w:r>
              <w:t>1515.</w:t>
            </w:r>
          </w:p>
        </w:tc>
        <w:tc>
          <w:tcPr>
            <w:tcW w:w="2880" w:type="dxa"/>
          </w:tcPr>
          <w:p w:rsidR="006F7457" w:rsidRDefault="00332DB8">
            <w:r w:rsidRPr="00332DB8">
              <w:rPr>
                <w:lang w:val="ru-RU"/>
              </w:rPr>
              <w:t xml:space="preserve">Текст статьи «Городские партизаны атаковали точечную стройку в Ясенево» от 09.04.2011 года, размещенной по электронному адресу: </w:t>
            </w:r>
            <w:r>
              <w:t>http</w:t>
            </w:r>
            <w:r w:rsidRPr="00332DB8">
              <w:rPr>
                <w:lang w:val="ru-RU"/>
              </w:rPr>
              <w:t>://</w:t>
            </w:r>
            <w:r>
              <w:t>blackblocg</w:t>
            </w:r>
            <w:r w:rsidRPr="00332DB8">
              <w:rPr>
                <w:lang w:val="ru-RU"/>
              </w:rPr>
              <w:t>.</w:t>
            </w:r>
            <w:r>
              <w:t>info</w:t>
            </w:r>
            <w:r w:rsidRPr="00332DB8">
              <w:rPr>
                <w:lang w:val="ru-RU"/>
              </w:rPr>
              <w:t>/</w:t>
            </w:r>
            <w:r>
              <w:t>protestnye</w:t>
            </w:r>
            <w:r w:rsidRPr="00332DB8">
              <w:rPr>
                <w:lang w:val="ru-RU"/>
              </w:rPr>
              <w:t>-</w:t>
            </w:r>
            <w:r>
              <w:t>dejsviya</w:t>
            </w:r>
            <w:r w:rsidRPr="00332DB8">
              <w:rPr>
                <w:lang w:val="ru-RU"/>
              </w:rPr>
              <w:t>/93-</w:t>
            </w:r>
            <w:r>
              <w:t>gorodskie</w:t>
            </w:r>
            <w:r w:rsidRPr="00332DB8">
              <w:rPr>
                <w:lang w:val="ru-RU"/>
              </w:rPr>
              <w:t>-</w:t>
            </w:r>
            <w:r>
              <w:t>partizany</w:t>
            </w:r>
            <w:r w:rsidRPr="00332DB8">
              <w:rPr>
                <w:lang w:val="ru-RU"/>
              </w:rPr>
              <w:t>-</w:t>
            </w:r>
            <w:r>
              <w:t>atakov</w:t>
            </w:r>
            <w:r w:rsidRPr="00332DB8">
              <w:rPr>
                <w:lang w:val="ru-RU"/>
              </w:rPr>
              <w:t xml:space="preserve">... </w:t>
            </w:r>
            <w:r>
              <w:t>(решение Мещанского районного суда города Москвы от 03.08.2012);</w:t>
            </w:r>
          </w:p>
        </w:tc>
        <w:tc>
          <w:tcPr>
            <w:tcW w:w="2880" w:type="dxa"/>
          </w:tcPr>
          <w:p w:rsidR="006F7457" w:rsidRDefault="006F7457"/>
        </w:tc>
      </w:tr>
      <w:tr w:rsidR="006F7457">
        <w:tc>
          <w:tcPr>
            <w:tcW w:w="2880" w:type="dxa"/>
          </w:tcPr>
          <w:p w:rsidR="006F7457" w:rsidRDefault="00332DB8">
            <w:r>
              <w:t>1516.</w:t>
            </w:r>
          </w:p>
        </w:tc>
        <w:tc>
          <w:tcPr>
            <w:tcW w:w="2880" w:type="dxa"/>
          </w:tcPr>
          <w:p w:rsidR="006F7457" w:rsidRDefault="00332DB8">
            <w:r w:rsidRPr="00332DB8">
              <w:rPr>
                <w:lang w:val="ru-RU"/>
              </w:rPr>
              <w:t xml:space="preserve">Текст статьи «Подрыв анархистами поста ДПС на 22 км МКАД 07.06.2011» от 07.06.2011 года, размещенной по электронному адресу: </w:t>
            </w:r>
            <w:r>
              <w:t>http</w:t>
            </w:r>
            <w:r w:rsidRPr="00332DB8">
              <w:rPr>
                <w:lang w:val="ru-RU"/>
              </w:rPr>
              <w:t>://</w:t>
            </w:r>
            <w:r>
              <w:t>blackblocg</w:t>
            </w:r>
            <w:r w:rsidRPr="00332DB8">
              <w:rPr>
                <w:lang w:val="ru-RU"/>
              </w:rPr>
              <w:t>.</w:t>
            </w:r>
            <w:r>
              <w:t>info</w:t>
            </w:r>
            <w:r w:rsidRPr="00332DB8">
              <w:rPr>
                <w:lang w:val="ru-RU"/>
              </w:rPr>
              <w:t>/</w:t>
            </w:r>
            <w:r>
              <w:t>protestnye</w:t>
            </w:r>
            <w:r w:rsidRPr="00332DB8">
              <w:rPr>
                <w:lang w:val="ru-RU"/>
              </w:rPr>
              <w:t>-</w:t>
            </w:r>
            <w:r>
              <w:t>dejstviya</w:t>
            </w:r>
            <w:r w:rsidRPr="00332DB8">
              <w:rPr>
                <w:lang w:val="ru-RU"/>
              </w:rPr>
              <w:t>/122-</w:t>
            </w:r>
            <w:r>
              <w:t>podryv</w:t>
            </w:r>
            <w:r w:rsidRPr="00332DB8">
              <w:rPr>
                <w:lang w:val="ru-RU"/>
              </w:rPr>
              <w:t>-</w:t>
            </w:r>
            <w:r>
              <w:t>anarkhistami</w:t>
            </w:r>
            <w:r w:rsidRPr="00332DB8">
              <w:rPr>
                <w:lang w:val="ru-RU"/>
              </w:rPr>
              <w:t>-</w:t>
            </w:r>
            <w:r>
              <w:t>post</w:t>
            </w:r>
            <w:r w:rsidRPr="00332DB8">
              <w:rPr>
                <w:lang w:val="ru-RU"/>
              </w:rPr>
              <w:t xml:space="preserve">... </w:t>
            </w:r>
            <w:r>
              <w:t>(решение Мещанского районного суда города Москвы от 03.08.2012);</w:t>
            </w:r>
          </w:p>
        </w:tc>
        <w:tc>
          <w:tcPr>
            <w:tcW w:w="2880" w:type="dxa"/>
          </w:tcPr>
          <w:p w:rsidR="006F7457" w:rsidRDefault="006F7457"/>
        </w:tc>
      </w:tr>
      <w:tr w:rsidR="006F7457">
        <w:tc>
          <w:tcPr>
            <w:tcW w:w="2880" w:type="dxa"/>
          </w:tcPr>
          <w:p w:rsidR="006F7457" w:rsidRDefault="00332DB8">
            <w:r>
              <w:lastRenderedPageBreak/>
              <w:t>1517.</w:t>
            </w:r>
          </w:p>
        </w:tc>
        <w:tc>
          <w:tcPr>
            <w:tcW w:w="2880" w:type="dxa"/>
          </w:tcPr>
          <w:p w:rsidR="006F7457" w:rsidRDefault="00332DB8">
            <w:r w:rsidRPr="00332DB8">
              <w:rPr>
                <w:lang w:val="ru-RU"/>
              </w:rPr>
              <w:t xml:space="preserve">Текст статьи «Новые акции </w:t>
            </w:r>
            <w:r>
              <w:t>ELF</w:t>
            </w:r>
            <w:r w:rsidRPr="00332DB8">
              <w:rPr>
                <w:lang w:val="ru-RU"/>
              </w:rPr>
              <w:t xml:space="preserve"> в Подмосковье» от 14.06.2011 года, размещенной по электронному адресу: </w:t>
            </w:r>
            <w:r>
              <w:t>http</w:t>
            </w:r>
            <w:r w:rsidRPr="00332DB8">
              <w:rPr>
                <w:lang w:val="ru-RU"/>
              </w:rPr>
              <w:t>://</w:t>
            </w:r>
            <w:r>
              <w:t>blackblocg</w:t>
            </w:r>
            <w:r w:rsidRPr="00332DB8">
              <w:rPr>
                <w:lang w:val="ru-RU"/>
              </w:rPr>
              <w:t>.</w:t>
            </w:r>
            <w:r>
              <w:t>info</w:t>
            </w:r>
            <w:r w:rsidRPr="00332DB8">
              <w:rPr>
                <w:lang w:val="ru-RU"/>
              </w:rPr>
              <w:t>/</w:t>
            </w:r>
            <w:r>
              <w:t>protestnye</w:t>
            </w:r>
            <w:r w:rsidRPr="00332DB8">
              <w:rPr>
                <w:lang w:val="ru-RU"/>
              </w:rPr>
              <w:t>-</w:t>
            </w:r>
            <w:r>
              <w:t>dejstviya</w:t>
            </w:r>
            <w:r w:rsidRPr="00332DB8">
              <w:rPr>
                <w:lang w:val="ru-RU"/>
              </w:rPr>
              <w:t>/125-</w:t>
            </w:r>
            <w:r>
              <w:t>novye</w:t>
            </w:r>
            <w:r w:rsidRPr="00332DB8">
              <w:rPr>
                <w:lang w:val="ru-RU"/>
              </w:rPr>
              <w:t>-</w:t>
            </w:r>
            <w:r>
              <w:t>aktsii</w:t>
            </w:r>
            <w:r w:rsidRPr="00332DB8">
              <w:rPr>
                <w:lang w:val="ru-RU"/>
              </w:rPr>
              <w:t>-</w:t>
            </w:r>
            <w:r>
              <w:t>elf</w:t>
            </w:r>
            <w:r w:rsidRPr="00332DB8">
              <w:rPr>
                <w:lang w:val="ru-RU"/>
              </w:rPr>
              <w:t>-</w:t>
            </w:r>
            <w:r>
              <w:t>v</w:t>
            </w:r>
            <w:r w:rsidRPr="00332DB8">
              <w:rPr>
                <w:lang w:val="ru-RU"/>
              </w:rPr>
              <w:t>-</w:t>
            </w:r>
            <w:r>
              <w:t>podmo</w:t>
            </w:r>
            <w:r w:rsidRPr="00332DB8">
              <w:rPr>
                <w:lang w:val="ru-RU"/>
              </w:rPr>
              <w:t xml:space="preserve">... </w:t>
            </w:r>
            <w:r>
              <w:t>(решение Мещанского районного суда города Москвы от 03.08.2012);</w:t>
            </w:r>
          </w:p>
        </w:tc>
        <w:tc>
          <w:tcPr>
            <w:tcW w:w="2880" w:type="dxa"/>
          </w:tcPr>
          <w:p w:rsidR="006F7457" w:rsidRDefault="006F7457"/>
        </w:tc>
      </w:tr>
      <w:tr w:rsidR="006F7457" w:rsidRPr="00DD284B">
        <w:tc>
          <w:tcPr>
            <w:tcW w:w="2880" w:type="dxa"/>
          </w:tcPr>
          <w:p w:rsidR="006F7457" w:rsidRDefault="00332DB8">
            <w:r>
              <w:t>1518.</w:t>
            </w:r>
          </w:p>
        </w:tc>
        <w:tc>
          <w:tcPr>
            <w:tcW w:w="2880" w:type="dxa"/>
          </w:tcPr>
          <w:p w:rsidR="006F7457" w:rsidRPr="00332DB8" w:rsidRDefault="00332DB8">
            <w:pPr>
              <w:rPr>
                <w:lang w:val="ru-RU"/>
              </w:rPr>
            </w:pPr>
            <w:r w:rsidRPr="00332DB8">
              <w:rPr>
                <w:lang w:val="ru-RU"/>
              </w:rPr>
              <w:t xml:space="preserve">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w:t>
            </w:r>
            <w:r>
              <w:t>http</w:t>
            </w:r>
            <w:r w:rsidRPr="00332DB8">
              <w:rPr>
                <w:lang w:val="ru-RU"/>
              </w:rPr>
              <w:t>://</w:t>
            </w:r>
            <w:r>
              <w:t>blackblocg</w:t>
            </w:r>
            <w:r w:rsidRPr="00332DB8">
              <w:rPr>
                <w:lang w:val="ru-RU"/>
              </w:rPr>
              <w:t>.</w:t>
            </w:r>
            <w:r>
              <w:t>info</w:t>
            </w:r>
            <w:r w:rsidRPr="00332DB8">
              <w:rPr>
                <w:lang w:val="ru-RU"/>
              </w:rPr>
              <w:t xml:space="preserve"> (решение Мещанского районного суда города Москвы от 03.08.2012);</w:t>
            </w:r>
          </w:p>
        </w:tc>
        <w:tc>
          <w:tcPr>
            <w:tcW w:w="2880" w:type="dxa"/>
          </w:tcPr>
          <w:p w:rsidR="006F7457" w:rsidRPr="00332DB8" w:rsidRDefault="006F7457">
            <w:pPr>
              <w:rPr>
                <w:lang w:val="ru-RU"/>
              </w:rPr>
            </w:pPr>
          </w:p>
        </w:tc>
      </w:tr>
      <w:tr w:rsidR="006F7457" w:rsidRPr="00DD284B">
        <w:tc>
          <w:tcPr>
            <w:tcW w:w="2880" w:type="dxa"/>
          </w:tcPr>
          <w:p w:rsidR="006F7457" w:rsidRDefault="00332DB8">
            <w:r>
              <w:t>1519.</w:t>
            </w:r>
          </w:p>
        </w:tc>
        <w:tc>
          <w:tcPr>
            <w:tcW w:w="2880" w:type="dxa"/>
          </w:tcPr>
          <w:p w:rsidR="006F7457" w:rsidRPr="00332DB8" w:rsidRDefault="00332DB8">
            <w:pPr>
              <w:rPr>
                <w:lang w:val="ru-RU"/>
              </w:rPr>
            </w:pPr>
            <w:r w:rsidRPr="00332DB8">
              <w:rPr>
                <w:lang w:val="ru-RU"/>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w:t>
            </w:r>
            <w:r>
              <w:t>kju</w:t>
            </w:r>
            <w:r w:rsidRPr="00332DB8">
              <w:rPr>
                <w:lang w:val="ru-RU"/>
              </w:rPr>
              <w:t xml:space="preserve"> «Ъ» (</w:t>
            </w:r>
            <w:r>
              <w:t>www</w:t>
            </w:r>
            <w:r w:rsidRPr="00332DB8">
              <w:rPr>
                <w:lang w:val="ru-RU"/>
              </w:rPr>
              <w:t xml:space="preserve"> </w:t>
            </w:r>
            <w:r>
              <w:t>mygorod</w:t>
            </w:r>
            <w:r w:rsidRPr="00332DB8">
              <w:rPr>
                <w:lang w:val="ru-RU"/>
              </w:rPr>
              <w:t xml:space="preserve">48 </w:t>
            </w:r>
            <w:r>
              <w:t>ru</w:t>
            </w:r>
            <w:r w:rsidRPr="00332DB8">
              <w:rPr>
                <w:lang w:val="ru-RU"/>
              </w:rPr>
              <w:t>\</w:t>
            </w:r>
            <w:r>
              <w:t>peopl</w:t>
            </w:r>
            <w:r w:rsidRPr="00332DB8">
              <w:rPr>
                <w:lang w:val="ru-RU"/>
              </w:rPr>
              <w:t>\</w:t>
            </w:r>
            <w:r>
              <w:t>user</w:t>
            </w:r>
            <w:r w:rsidRPr="00332DB8">
              <w:rPr>
                <w:lang w:val="ru-RU"/>
              </w:rPr>
              <w:t>3413\</w:t>
            </w:r>
            <w:r>
              <w:t>blog</w:t>
            </w:r>
            <w:r w:rsidRPr="00332DB8">
              <w:rPr>
                <w:lang w:val="ru-RU"/>
              </w:rPr>
              <w:t>\6087) (решение Советского районного суда города Липецка от 04.07.2012);</w:t>
            </w:r>
          </w:p>
        </w:tc>
        <w:tc>
          <w:tcPr>
            <w:tcW w:w="2880" w:type="dxa"/>
          </w:tcPr>
          <w:p w:rsidR="006F7457" w:rsidRPr="00332DB8" w:rsidRDefault="006F7457">
            <w:pPr>
              <w:rPr>
                <w:lang w:val="ru-RU"/>
              </w:rPr>
            </w:pPr>
          </w:p>
        </w:tc>
      </w:tr>
      <w:tr w:rsidR="006F7457" w:rsidRPr="00DD284B">
        <w:tc>
          <w:tcPr>
            <w:tcW w:w="2880" w:type="dxa"/>
          </w:tcPr>
          <w:p w:rsidR="006F7457" w:rsidRDefault="00332DB8">
            <w:r>
              <w:t>1520.</w:t>
            </w:r>
          </w:p>
        </w:tc>
        <w:tc>
          <w:tcPr>
            <w:tcW w:w="2880" w:type="dxa"/>
          </w:tcPr>
          <w:p w:rsidR="006F7457" w:rsidRPr="00332DB8" w:rsidRDefault="00332DB8">
            <w:pPr>
              <w:rPr>
                <w:lang w:val="ru-RU"/>
              </w:rPr>
            </w:pPr>
            <w:r w:rsidRPr="00332DB8">
              <w:rPr>
                <w:lang w:val="ru-RU"/>
              </w:rPr>
              <w:t>Брошюра Гладкий В.Н. «Жиды» (решение Ленинского районного суда города Владивостока Приморского края от 17.05.2012);</w:t>
            </w:r>
          </w:p>
        </w:tc>
        <w:tc>
          <w:tcPr>
            <w:tcW w:w="2880" w:type="dxa"/>
          </w:tcPr>
          <w:p w:rsidR="006F7457" w:rsidRPr="00332DB8" w:rsidRDefault="006F7457">
            <w:pPr>
              <w:rPr>
                <w:lang w:val="ru-RU"/>
              </w:rPr>
            </w:pPr>
          </w:p>
        </w:tc>
      </w:tr>
      <w:tr w:rsidR="006F7457" w:rsidRPr="00DD284B">
        <w:tc>
          <w:tcPr>
            <w:tcW w:w="2880" w:type="dxa"/>
          </w:tcPr>
          <w:p w:rsidR="006F7457" w:rsidRDefault="00332DB8">
            <w:r>
              <w:t>1521.</w:t>
            </w:r>
          </w:p>
        </w:tc>
        <w:tc>
          <w:tcPr>
            <w:tcW w:w="2880" w:type="dxa"/>
          </w:tcPr>
          <w:p w:rsidR="006F7457" w:rsidRPr="00332DB8" w:rsidRDefault="00332DB8">
            <w:pPr>
              <w:rPr>
                <w:lang w:val="ru-RU"/>
              </w:rPr>
            </w:pPr>
            <w:r w:rsidRPr="00332DB8">
              <w:rPr>
                <w:lang w:val="ru-RU"/>
              </w:rPr>
              <w:t xml:space="preserve">Интернет-ресурс (сайт): </w:t>
            </w:r>
            <w:r>
              <w:t>http</w:t>
            </w:r>
            <w:r w:rsidRPr="00332DB8">
              <w:rPr>
                <w:lang w:val="ru-RU"/>
              </w:rPr>
              <w:t>://</w:t>
            </w:r>
            <w:r>
              <w:t>soprotivlenie</w:t>
            </w:r>
            <w:r w:rsidRPr="00332DB8">
              <w:rPr>
                <w:lang w:val="ru-RU"/>
              </w:rPr>
              <w:t>.</w:t>
            </w:r>
            <w:r>
              <w:t>marsho</w:t>
            </w:r>
            <w:r w:rsidRPr="00332DB8">
              <w:rPr>
                <w:lang w:val="ru-RU"/>
              </w:rPr>
              <w:t>.</w:t>
            </w:r>
            <w:r>
              <w:t>net</w:t>
            </w:r>
            <w:r w:rsidRPr="00332DB8">
              <w:rPr>
                <w:lang w:val="ru-RU"/>
              </w:rPr>
              <w:t>/ - «Сопротивление» (решение Интинского городского суда Республики Коми от 08.08.2012);</w:t>
            </w:r>
          </w:p>
        </w:tc>
        <w:tc>
          <w:tcPr>
            <w:tcW w:w="2880" w:type="dxa"/>
          </w:tcPr>
          <w:p w:rsidR="006F7457" w:rsidRPr="00332DB8" w:rsidRDefault="006F7457">
            <w:pPr>
              <w:rPr>
                <w:lang w:val="ru-RU"/>
              </w:rPr>
            </w:pPr>
          </w:p>
        </w:tc>
      </w:tr>
      <w:tr w:rsidR="006F7457" w:rsidRPr="00DD284B">
        <w:tc>
          <w:tcPr>
            <w:tcW w:w="2880" w:type="dxa"/>
          </w:tcPr>
          <w:p w:rsidR="006F7457" w:rsidRDefault="00332DB8">
            <w:r>
              <w:t>15</w:t>
            </w:r>
            <w:r>
              <w:lastRenderedPageBreak/>
              <w:t>22.</w:t>
            </w:r>
          </w:p>
        </w:tc>
        <w:tc>
          <w:tcPr>
            <w:tcW w:w="2880" w:type="dxa"/>
          </w:tcPr>
          <w:p w:rsidR="006F7457" w:rsidRPr="00332DB8" w:rsidRDefault="00332DB8">
            <w:pPr>
              <w:rPr>
                <w:lang w:val="ru-RU"/>
              </w:rPr>
            </w:pPr>
            <w:r w:rsidRPr="00332DB8">
              <w:rPr>
                <w:lang w:val="ru-RU"/>
              </w:rPr>
              <w:lastRenderedPageBreak/>
              <w:t>Видеоролик «</w:t>
            </w:r>
            <w:r>
              <w:t>Zlaya</w:t>
            </w:r>
            <w:r w:rsidRPr="00332DB8">
              <w:rPr>
                <w:lang w:val="ru-RU"/>
              </w:rPr>
              <w:t xml:space="preserve"> </w:t>
            </w:r>
            <w:r>
              <w:t>Rossiya</w:t>
            </w:r>
            <w:r w:rsidRPr="00332DB8">
              <w:rPr>
                <w:lang w:val="ru-RU"/>
              </w:rPr>
              <w:t>.240.</w:t>
            </w:r>
            <w:r>
              <w:t>mp</w:t>
            </w:r>
            <w:r w:rsidRPr="00332DB8">
              <w:rPr>
                <w:lang w:val="ru-RU"/>
              </w:rPr>
              <w:t>4», размещенный в социальной сети «В 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(решение Печенгского районного суда Мурманской </w:t>
            </w:r>
            <w:r w:rsidRPr="00332DB8">
              <w:rPr>
                <w:lang w:val="ru-RU"/>
              </w:rPr>
              <w:lastRenderedPageBreak/>
              <w:t>области от 13.08.2012);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1523.</w:t>
            </w:r>
          </w:p>
        </w:tc>
        <w:tc>
          <w:tcPr>
            <w:tcW w:w="2880" w:type="dxa"/>
          </w:tcPr>
          <w:p w:rsidR="006F7457" w:rsidRPr="00332DB8" w:rsidRDefault="00332DB8">
            <w:pPr>
              <w:rPr>
                <w:lang w:val="ru-RU"/>
              </w:rPr>
            </w:pPr>
            <w:r w:rsidRPr="00332DB8">
              <w:rPr>
                <w:lang w:val="ru-RU"/>
              </w:rPr>
              <w:t>Аудиозапись «</w:t>
            </w:r>
            <w:r>
              <w:t>HorssAction</w:t>
            </w:r>
            <w:r w:rsidRPr="00332DB8">
              <w:rPr>
                <w:lang w:val="ru-RU"/>
              </w:rPr>
              <w:t>.</w:t>
            </w:r>
            <w:r>
              <w:t>mp</w:t>
            </w:r>
            <w:r w:rsidRPr="00332DB8">
              <w:rPr>
                <w:lang w:val="ru-RU"/>
              </w:rPr>
              <w:t>3», размещенная в социальной сети «В контакте» (</w:t>
            </w:r>
            <w:r>
              <w:t>http</w:t>
            </w:r>
            <w:r w:rsidRPr="00332DB8">
              <w:rPr>
                <w:lang w:val="ru-RU"/>
              </w:rPr>
              <w:t>://</w:t>
            </w:r>
            <w:r>
              <w:t>vk</w:t>
            </w:r>
            <w:r w:rsidRPr="00332DB8">
              <w:rPr>
                <w:lang w:val="ru-RU"/>
              </w:rPr>
              <w:t>.</w:t>
            </w:r>
            <w:r>
              <w:t>com</w:t>
            </w:r>
            <w:r w:rsidRPr="00332DB8">
              <w:rPr>
                <w:lang w:val="ru-RU"/>
              </w:rPr>
              <w:t>/), информационно-телекоммуникационной сети Интернет (решение Печенгского районного суда Мурманской области от 13.08.2012);</w:t>
            </w:r>
          </w:p>
        </w:tc>
        <w:tc>
          <w:tcPr>
            <w:tcW w:w="2880" w:type="dxa"/>
          </w:tcPr>
          <w:p w:rsidR="006F7457" w:rsidRPr="00332DB8" w:rsidRDefault="006F7457">
            <w:pPr>
              <w:rPr>
                <w:lang w:val="ru-RU"/>
              </w:rPr>
            </w:pPr>
          </w:p>
        </w:tc>
      </w:tr>
      <w:tr w:rsidR="006F7457" w:rsidRPr="00DD284B">
        <w:tc>
          <w:tcPr>
            <w:tcW w:w="2880" w:type="dxa"/>
          </w:tcPr>
          <w:p w:rsidR="006F7457" w:rsidRDefault="00332DB8">
            <w:r>
              <w:t>1524.</w:t>
            </w:r>
          </w:p>
        </w:tc>
        <w:tc>
          <w:tcPr>
            <w:tcW w:w="2880" w:type="dxa"/>
          </w:tcPr>
          <w:p w:rsidR="006F7457" w:rsidRPr="00332DB8" w:rsidRDefault="00332DB8">
            <w:pPr>
              <w:rPr>
                <w:lang w:val="ru-RU"/>
              </w:rPr>
            </w:pPr>
            <w:r w:rsidRPr="00332DB8">
              <w:rPr>
                <w:lang w:val="ru-RU"/>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2880" w:type="dxa"/>
          </w:tcPr>
          <w:p w:rsidR="006F7457" w:rsidRPr="00332DB8" w:rsidRDefault="006F7457">
            <w:pPr>
              <w:rPr>
                <w:lang w:val="ru-RU"/>
              </w:rPr>
            </w:pPr>
          </w:p>
        </w:tc>
      </w:tr>
      <w:tr w:rsidR="006F7457" w:rsidRPr="00DD284B">
        <w:tc>
          <w:tcPr>
            <w:tcW w:w="2880" w:type="dxa"/>
          </w:tcPr>
          <w:p w:rsidR="006F7457" w:rsidRDefault="00332DB8">
            <w:r>
              <w:t>1525.</w:t>
            </w:r>
          </w:p>
        </w:tc>
        <w:tc>
          <w:tcPr>
            <w:tcW w:w="2880" w:type="dxa"/>
          </w:tcPr>
          <w:p w:rsidR="006F7457" w:rsidRPr="00332DB8" w:rsidRDefault="00332DB8">
            <w:pPr>
              <w:rPr>
                <w:lang w:val="ru-RU"/>
              </w:rPr>
            </w:pPr>
            <w:r w:rsidRPr="00332DB8">
              <w:rPr>
                <w:lang w:val="ru-RU"/>
              </w:rPr>
              <w:t xml:space="preserve">Материалы, размещенные на Интернет-сайте </w:t>
            </w:r>
            <w:r>
              <w:t>www</w:t>
            </w:r>
            <w:r w:rsidRPr="00332DB8">
              <w:rPr>
                <w:lang w:val="ru-RU"/>
              </w:rPr>
              <w:t>.</w:t>
            </w:r>
            <w:r>
              <w:t>ns</w:t>
            </w:r>
            <w:r w:rsidRPr="00332DB8">
              <w:rPr>
                <w:lang w:val="ru-RU"/>
              </w:rPr>
              <w:t>-</w:t>
            </w:r>
            <w:r>
              <w:t>wp</w:t>
            </w:r>
            <w:r w:rsidRPr="00332DB8">
              <w:rPr>
                <w:lang w:val="ru-RU"/>
              </w:rPr>
              <w:t>.</w:t>
            </w:r>
            <w:r>
              <w:t>ws</w:t>
            </w:r>
            <w:r w:rsidRPr="00332DB8">
              <w:rPr>
                <w:lang w:val="ru-RU"/>
              </w:rPr>
              <w:t>, в статье: Приложение № 1 «До последней капли крови» (решение Южно-Сахалинского городского суда Сахалинской области от 13.07.2012);</w:t>
            </w:r>
          </w:p>
        </w:tc>
        <w:tc>
          <w:tcPr>
            <w:tcW w:w="2880" w:type="dxa"/>
          </w:tcPr>
          <w:p w:rsidR="006F7457" w:rsidRPr="00332DB8" w:rsidRDefault="006F7457">
            <w:pPr>
              <w:rPr>
                <w:lang w:val="ru-RU"/>
              </w:rPr>
            </w:pPr>
          </w:p>
        </w:tc>
      </w:tr>
      <w:tr w:rsidR="006F7457">
        <w:tc>
          <w:tcPr>
            <w:tcW w:w="2880" w:type="dxa"/>
          </w:tcPr>
          <w:p w:rsidR="006F7457" w:rsidRDefault="00332DB8">
            <w:r>
              <w:t>1526.</w:t>
            </w:r>
          </w:p>
        </w:tc>
        <w:tc>
          <w:tcPr>
            <w:tcW w:w="2880" w:type="dxa"/>
          </w:tcPr>
          <w:p w:rsidR="006F7457" w:rsidRDefault="00332DB8">
            <w:r w:rsidRPr="00332DB8">
              <w:rPr>
                <w:lang w:val="ru-RU"/>
              </w:rPr>
              <w:t xml:space="preserve">Материалы, размещенные на Интернет-сайте </w:t>
            </w:r>
            <w:r>
              <w:t>www</w:t>
            </w:r>
            <w:r w:rsidRPr="00332DB8">
              <w:rPr>
                <w:lang w:val="ru-RU"/>
              </w:rPr>
              <w:t>.</w:t>
            </w:r>
            <w:r>
              <w:t>ns</w:t>
            </w:r>
            <w:r w:rsidRPr="00332DB8">
              <w:rPr>
                <w:lang w:val="ru-RU"/>
              </w:rPr>
              <w:t>-</w:t>
            </w:r>
            <w:r>
              <w:t>wp</w:t>
            </w:r>
            <w:r w:rsidRPr="00332DB8">
              <w:rPr>
                <w:lang w:val="ru-RU"/>
              </w:rPr>
              <w:t>.</w:t>
            </w:r>
            <w:r>
              <w:t>ws</w:t>
            </w:r>
            <w:r w:rsidRPr="00332DB8">
              <w:rPr>
                <w:lang w:val="ru-RU"/>
              </w:rPr>
              <w:t xml:space="preserve">, в статье: Приложение № 3 «Уволочь за собой в Ад.» </w:t>
            </w:r>
            <w:r>
              <w:t>(решение Южно-Сахалинского городского суда Сахалинской области от 13.07.2012);</w:t>
            </w:r>
          </w:p>
        </w:tc>
        <w:tc>
          <w:tcPr>
            <w:tcW w:w="2880" w:type="dxa"/>
          </w:tcPr>
          <w:p w:rsidR="006F7457" w:rsidRDefault="006F7457"/>
        </w:tc>
      </w:tr>
      <w:tr w:rsidR="006F7457" w:rsidRPr="00DD284B">
        <w:tc>
          <w:tcPr>
            <w:tcW w:w="2880" w:type="dxa"/>
          </w:tcPr>
          <w:p w:rsidR="006F7457" w:rsidRDefault="00332DB8">
            <w:r>
              <w:t>1527.</w:t>
            </w:r>
          </w:p>
        </w:tc>
        <w:tc>
          <w:tcPr>
            <w:tcW w:w="2880" w:type="dxa"/>
          </w:tcPr>
          <w:p w:rsidR="006F7457" w:rsidRPr="00332DB8" w:rsidRDefault="00332DB8">
            <w:pPr>
              <w:rPr>
                <w:lang w:val="ru-RU"/>
              </w:rPr>
            </w:pPr>
            <w:r w:rsidRPr="00332DB8">
              <w:rPr>
                <w:lang w:val="ru-RU"/>
              </w:rPr>
              <w:t xml:space="preserve">Материалы, размещенные на Интернет-сайте </w:t>
            </w:r>
            <w:r>
              <w:t>www</w:t>
            </w:r>
            <w:r w:rsidRPr="00332DB8">
              <w:rPr>
                <w:lang w:val="ru-RU"/>
              </w:rPr>
              <w:t>.</w:t>
            </w:r>
            <w:r>
              <w:t>ns</w:t>
            </w:r>
            <w:r w:rsidRPr="00332DB8">
              <w:rPr>
                <w:lang w:val="ru-RU"/>
              </w:rPr>
              <w:t>-</w:t>
            </w:r>
            <w:r>
              <w:t>wp</w:t>
            </w:r>
            <w:r w:rsidRPr="00332DB8">
              <w:rPr>
                <w:lang w:val="ru-RU"/>
              </w:rPr>
              <w:t>.</w:t>
            </w:r>
            <w:r>
              <w:t>ws</w:t>
            </w:r>
            <w:r w:rsidRPr="00332DB8">
              <w:rPr>
                <w:lang w:val="ru-RU"/>
              </w:rPr>
              <w:t>, в статье: Приложение № 4 «Война уже идет» (решение Южно-Сахалинского городского суда Сахалинской области от 13.07.2012);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1528.</w:t>
            </w:r>
          </w:p>
        </w:tc>
        <w:tc>
          <w:tcPr>
            <w:tcW w:w="2880" w:type="dxa"/>
          </w:tcPr>
          <w:p w:rsidR="006F7457" w:rsidRPr="00332DB8" w:rsidRDefault="00332DB8">
            <w:pPr>
              <w:rPr>
                <w:lang w:val="ru-RU"/>
              </w:rPr>
            </w:pPr>
            <w:r w:rsidRPr="00332DB8">
              <w:rPr>
                <w:lang w:val="ru-RU"/>
              </w:rPr>
              <w:t xml:space="preserve">Материалы, размещенные на Интернет-сайте </w:t>
            </w:r>
            <w:r>
              <w:t>www</w:t>
            </w:r>
            <w:r w:rsidRPr="00332DB8">
              <w:rPr>
                <w:lang w:val="ru-RU"/>
              </w:rPr>
              <w:t>.</w:t>
            </w:r>
            <w:r>
              <w:t>ns</w:t>
            </w:r>
            <w:r w:rsidRPr="00332DB8">
              <w:rPr>
                <w:lang w:val="ru-RU"/>
              </w:rPr>
              <w:t>-</w:t>
            </w:r>
            <w:r>
              <w:t>wp</w:t>
            </w:r>
            <w:r w:rsidRPr="00332DB8">
              <w:rPr>
                <w:lang w:val="ru-RU"/>
              </w:rPr>
              <w:t>.</w:t>
            </w:r>
            <w:r>
              <w:t>ws</w:t>
            </w:r>
            <w:r w:rsidRPr="00332DB8">
              <w:rPr>
                <w:lang w:val="ru-RU"/>
              </w:rPr>
              <w:t>, в статье: Приложение № 5 «Неукротимая воля» (решение Южно-Сахалинского городского суда Сахалинской области от 13.07.2012);</w:t>
            </w:r>
          </w:p>
        </w:tc>
        <w:tc>
          <w:tcPr>
            <w:tcW w:w="2880" w:type="dxa"/>
          </w:tcPr>
          <w:p w:rsidR="006F7457" w:rsidRPr="00332DB8" w:rsidRDefault="006F7457">
            <w:pPr>
              <w:rPr>
                <w:lang w:val="ru-RU"/>
              </w:rPr>
            </w:pPr>
          </w:p>
        </w:tc>
      </w:tr>
      <w:tr w:rsidR="006F7457" w:rsidRPr="00DD284B">
        <w:tc>
          <w:tcPr>
            <w:tcW w:w="2880" w:type="dxa"/>
          </w:tcPr>
          <w:p w:rsidR="006F7457" w:rsidRDefault="00332DB8">
            <w:r>
              <w:t>1529.</w:t>
            </w:r>
          </w:p>
        </w:tc>
        <w:tc>
          <w:tcPr>
            <w:tcW w:w="2880" w:type="dxa"/>
          </w:tcPr>
          <w:p w:rsidR="006F7457" w:rsidRPr="00332DB8" w:rsidRDefault="00332DB8">
            <w:pPr>
              <w:rPr>
                <w:lang w:val="ru-RU"/>
              </w:rPr>
            </w:pPr>
            <w:r w:rsidRPr="00332DB8">
              <w:rPr>
                <w:lang w:val="ru-RU"/>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2880" w:type="dxa"/>
          </w:tcPr>
          <w:p w:rsidR="006F7457" w:rsidRPr="00332DB8" w:rsidRDefault="006F7457">
            <w:pPr>
              <w:rPr>
                <w:lang w:val="ru-RU"/>
              </w:rPr>
            </w:pPr>
          </w:p>
        </w:tc>
      </w:tr>
      <w:tr w:rsidR="006F7457" w:rsidRPr="00DD284B">
        <w:tc>
          <w:tcPr>
            <w:tcW w:w="2880" w:type="dxa"/>
          </w:tcPr>
          <w:p w:rsidR="006F7457" w:rsidRDefault="00332DB8">
            <w:r>
              <w:t>1530.</w:t>
            </w:r>
          </w:p>
        </w:tc>
        <w:tc>
          <w:tcPr>
            <w:tcW w:w="2880" w:type="dxa"/>
          </w:tcPr>
          <w:p w:rsidR="006F7457" w:rsidRPr="00332DB8" w:rsidRDefault="00332DB8">
            <w:pPr>
              <w:rPr>
                <w:lang w:val="ru-RU"/>
              </w:rPr>
            </w:pPr>
            <w:r w:rsidRPr="00332DB8">
              <w:rPr>
                <w:lang w:val="ru-RU"/>
              </w:rPr>
              <w:t xml:space="preserve">Комментарий к видеоролику под названием: «В Башкирии курица снесла яйцо с надписью «Аллах», выложенный на интернет-адресе: </w:t>
            </w:r>
            <w:r>
              <w:t>http</w:t>
            </w:r>
            <w:r w:rsidRPr="00332DB8">
              <w:rPr>
                <w:lang w:val="ru-RU"/>
              </w:rPr>
              <w:t>://</w:t>
            </w:r>
            <w:r>
              <w:t>bashtube</w:t>
            </w:r>
            <w:r w:rsidRPr="00332DB8">
              <w:rPr>
                <w:lang w:val="ru-RU"/>
              </w:rPr>
              <w:t>.</w:t>
            </w:r>
            <w:r>
              <w:t>ru</w:t>
            </w:r>
            <w:r w:rsidRPr="00332DB8">
              <w:rPr>
                <w:lang w:val="ru-RU"/>
              </w:rPr>
              <w:t>/</w:t>
            </w:r>
            <w:r>
              <w:t>users</w:t>
            </w:r>
            <w:r w:rsidRPr="00332DB8">
              <w:rPr>
                <w:lang w:val="ru-RU"/>
              </w:rPr>
              <w:t>/</w:t>
            </w:r>
            <w:r>
              <w:t>user</w:t>
            </w:r>
            <w:r w:rsidRPr="00332DB8">
              <w:rPr>
                <w:lang w:val="ru-RU"/>
              </w:rPr>
              <w:t>334181, и его текст (содержание) (решение Орджоникидзевского районного суда города Уфы Республики Башкортостан от 07.08.2012);</w:t>
            </w:r>
          </w:p>
        </w:tc>
        <w:tc>
          <w:tcPr>
            <w:tcW w:w="2880" w:type="dxa"/>
          </w:tcPr>
          <w:p w:rsidR="006F7457" w:rsidRPr="00332DB8" w:rsidRDefault="006F7457">
            <w:pPr>
              <w:rPr>
                <w:lang w:val="ru-RU"/>
              </w:rPr>
            </w:pPr>
          </w:p>
        </w:tc>
      </w:tr>
      <w:tr w:rsidR="006F7457">
        <w:tc>
          <w:tcPr>
            <w:tcW w:w="2880" w:type="dxa"/>
          </w:tcPr>
          <w:p w:rsidR="006F7457" w:rsidRDefault="00332DB8">
            <w:r>
              <w:t>1531.</w:t>
            </w:r>
          </w:p>
        </w:tc>
        <w:tc>
          <w:tcPr>
            <w:tcW w:w="2880" w:type="dxa"/>
          </w:tcPr>
          <w:p w:rsidR="006F7457" w:rsidRDefault="00332DB8">
            <w:r w:rsidRPr="00332DB8">
              <w:rPr>
                <w:lang w:val="ru-RU"/>
              </w:rPr>
              <w:t xml:space="preserve">Публикация Сергея Мельникоффа «Письмо камикадзе или почему дочь журналиста выбрала для жизни Японию» </w:t>
            </w:r>
            <w:r>
              <w:t>(решение Кировского районного суда города Омска от 09.08.2012);</w:t>
            </w:r>
          </w:p>
        </w:tc>
        <w:tc>
          <w:tcPr>
            <w:tcW w:w="2880" w:type="dxa"/>
          </w:tcPr>
          <w:p w:rsidR="006F7457" w:rsidRDefault="006F7457"/>
        </w:tc>
      </w:tr>
      <w:tr w:rsidR="006F7457" w:rsidRPr="00DD284B">
        <w:tc>
          <w:tcPr>
            <w:tcW w:w="2880" w:type="dxa"/>
          </w:tcPr>
          <w:p w:rsidR="006F7457" w:rsidRDefault="00332DB8">
            <w:r>
              <w:t>1532.</w:t>
            </w:r>
          </w:p>
        </w:tc>
        <w:tc>
          <w:tcPr>
            <w:tcW w:w="2880" w:type="dxa"/>
          </w:tcPr>
          <w:p w:rsidR="006F7457" w:rsidRPr="00332DB8" w:rsidRDefault="00332DB8">
            <w:pPr>
              <w:rPr>
                <w:lang w:val="ru-RU"/>
              </w:rPr>
            </w:pPr>
            <w:r w:rsidRPr="00332DB8">
              <w:rPr>
                <w:lang w:val="ru-RU"/>
              </w:rPr>
              <w:t>Видеоролик «СС Сахалин» (решения Южно-Сахалинского городского суда от 16.08.2012);</w:t>
            </w:r>
          </w:p>
        </w:tc>
        <w:tc>
          <w:tcPr>
            <w:tcW w:w="2880" w:type="dxa"/>
          </w:tcPr>
          <w:p w:rsidR="006F7457" w:rsidRPr="00332DB8" w:rsidRDefault="006F7457">
            <w:pPr>
              <w:rPr>
                <w:lang w:val="ru-RU"/>
              </w:rPr>
            </w:pPr>
          </w:p>
        </w:tc>
      </w:tr>
      <w:tr w:rsidR="006F7457" w:rsidRPr="00DD284B">
        <w:tc>
          <w:tcPr>
            <w:tcW w:w="2880" w:type="dxa"/>
          </w:tcPr>
          <w:p w:rsidR="006F7457" w:rsidRDefault="00332DB8">
            <w:r>
              <w:t>153</w:t>
            </w:r>
            <w:r>
              <w:lastRenderedPageBreak/>
              <w:t>3.</w:t>
            </w:r>
          </w:p>
        </w:tc>
        <w:tc>
          <w:tcPr>
            <w:tcW w:w="2880" w:type="dxa"/>
          </w:tcPr>
          <w:p w:rsidR="006F7457" w:rsidRPr="00332DB8" w:rsidRDefault="00332DB8">
            <w:pPr>
              <w:rPr>
                <w:lang w:val="ru-RU"/>
              </w:rPr>
            </w:pPr>
            <w:r w:rsidRPr="00332DB8">
              <w:rPr>
                <w:lang w:val="ru-RU"/>
              </w:rPr>
              <w:lastRenderedPageBreak/>
              <w:t xml:space="preserve">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w:t>
            </w:r>
            <w:r w:rsidRPr="00332DB8">
              <w:rPr>
                <w:lang w:val="ru-RU"/>
              </w:rPr>
              <w:lastRenderedPageBreak/>
              <w:t>Новосибирска от 01.10.2008);</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1534.</w:t>
            </w:r>
          </w:p>
        </w:tc>
        <w:tc>
          <w:tcPr>
            <w:tcW w:w="2880" w:type="dxa"/>
          </w:tcPr>
          <w:p w:rsidR="006F7457" w:rsidRPr="00332DB8" w:rsidRDefault="00332DB8">
            <w:pPr>
              <w:rPr>
                <w:lang w:val="ru-RU"/>
              </w:rPr>
            </w:pPr>
            <w:r w:rsidRPr="00332DB8">
              <w:rPr>
                <w:lang w:val="ru-RU"/>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2880" w:type="dxa"/>
          </w:tcPr>
          <w:p w:rsidR="006F7457" w:rsidRPr="00332DB8" w:rsidRDefault="006F7457">
            <w:pPr>
              <w:rPr>
                <w:lang w:val="ru-RU"/>
              </w:rPr>
            </w:pPr>
          </w:p>
        </w:tc>
      </w:tr>
      <w:tr w:rsidR="006F7457" w:rsidRPr="00DD284B">
        <w:tc>
          <w:tcPr>
            <w:tcW w:w="2880" w:type="dxa"/>
          </w:tcPr>
          <w:p w:rsidR="006F7457" w:rsidRDefault="00332DB8">
            <w:r>
              <w:t>1535.</w:t>
            </w:r>
          </w:p>
        </w:tc>
        <w:tc>
          <w:tcPr>
            <w:tcW w:w="2880" w:type="dxa"/>
          </w:tcPr>
          <w:p w:rsidR="006F7457" w:rsidRPr="00332DB8" w:rsidRDefault="00332DB8">
            <w:pPr>
              <w:rPr>
                <w:lang w:val="ru-RU"/>
              </w:rPr>
            </w:pPr>
            <w:r w:rsidRPr="00332DB8">
              <w:rPr>
                <w:lang w:val="ru-RU"/>
              </w:rPr>
              <w:t xml:space="preserve">Сайт, расположенный по электронному адресу: </w:t>
            </w:r>
            <w:r>
              <w:t>http</w:t>
            </w:r>
            <w:r w:rsidRPr="00332DB8">
              <w:rPr>
                <w:lang w:val="ru-RU"/>
              </w:rPr>
              <w:t>:</w:t>
            </w:r>
            <w:r>
              <w:t>www</w:t>
            </w:r>
            <w:r w:rsidRPr="00332DB8">
              <w:rPr>
                <w:lang w:val="ru-RU"/>
              </w:rPr>
              <w:t>.</w:t>
            </w:r>
            <w:r>
              <w:t>rusimperia</w:t>
            </w:r>
            <w:r w:rsidRPr="00332DB8">
              <w:rPr>
                <w:lang w:val="ru-RU"/>
              </w:rPr>
              <w:t>.</w:t>
            </w:r>
            <w:r>
              <w:t>info</w:t>
            </w:r>
            <w:r w:rsidRPr="00332DB8">
              <w:rPr>
                <w:lang w:val="ru-RU"/>
              </w:rPr>
              <w:t>/</w:t>
            </w:r>
            <w:r>
              <w:t>news</w:t>
            </w:r>
            <w:r w:rsidRPr="00332DB8">
              <w:rPr>
                <w:lang w:val="ru-RU"/>
              </w:rPr>
              <w:t>/</w:t>
            </w:r>
            <w:r>
              <w:t>id</w:t>
            </w:r>
            <w:r w:rsidRPr="00332DB8">
              <w:rPr>
                <w:lang w:val="ru-RU"/>
              </w:rPr>
              <w:t>9045.</w:t>
            </w:r>
            <w:r>
              <w:t>html</w:t>
            </w:r>
            <w:r w:rsidRPr="00332DB8">
              <w:rPr>
                <w:lang w:val="ru-RU"/>
              </w:rPr>
              <w:t>,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2880" w:type="dxa"/>
          </w:tcPr>
          <w:p w:rsidR="006F7457" w:rsidRPr="00332DB8" w:rsidRDefault="006F7457">
            <w:pPr>
              <w:rPr>
                <w:lang w:val="ru-RU"/>
              </w:rPr>
            </w:pPr>
          </w:p>
        </w:tc>
      </w:tr>
      <w:tr w:rsidR="006F7457" w:rsidRPr="00DD284B">
        <w:tc>
          <w:tcPr>
            <w:tcW w:w="2880" w:type="dxa"/>
          </w:tcPr>
          <w:p w:rsidR="006F7457" w:rsidRDefault="00332DB8">
            <w:r>
              <w:t>1536.</w:t>
            </w:r>
          </w:p>
        </w:tc>
        <w:tc>
          <w:tcPr>
            <w:tcW w:w="2880" w:type="dxa"/>
          </w:tcPr>
          <w:p w:rsidR="006F7457" w:rsidRPr="00332DB8" w:rsidRDefault="00332DB8">
            <w:pPr>
              <w:rPr>
                <w:lang w:val="ru-RU"/>
              </w:rPr>
            </w:pPr>
            <w:r w:rsidRPr="00332DB8">
              <w:rPr>
                <w:lang w:val="ru-RU"/>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2880" w:type="dxa"/>
          </w:tcPr>
          <w:p w:rsidR="006F7457" w:rsidRPr="00332DB8" w:rsidRDefault="006F7457">
            <w:pPr>
              <w:rPr>
                <w:lang w:val="ru-RU"/>
              </w:rPr>
            </w:pPr>
          </w:p>
        </w:tc>
      </w:tr>
      <w:tr w:rsidR="006F7457" w:rsidRPr="00DD284B">
        <w:tc>
          <w:tcPr>
            <w:tcW w:w="2880" w:type="dxa"/>
          </w:tcPr>
          <w:p w:rsidR="006F7457" w:rsidRDefault="00332DB8">
            <w:r>
              <w:t>1537.</w:t>
            </w:r>
          </w:p>
        </w:tc>
        <w:tc>
          <w:tcPr>
            <w:tcW w:w="2880" w:type="dxa"/>
          </w:tcPr>
          <w:p w:rsidR="006F7457" w:rsidRPr="00332DB8" w:rsidRDefault="00332DB8">
            <w:pPr>
              <w:rPr>
                <w:lang w:val="ru-RU"/>
              </w:rPr>
            </w:pPr>
            <w:r w:rsidRPr="00332DB8">
              <w:rPr>
                <w:lang w:val="ru-RU"/>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2880" w:type="dxa"/>
          </w:tcPr>
          <w:p w:rsidR="006F7457" w:rsidRPr="00332DB8" w:rsidRDefault="006F7457">
            <w:pPr>
              <w:rPr>
                <w:lang w:val="ru-RU"/>
              </w:rPr>
            </w:pPr>
          </w:p>
        </w:tc>
      </w:tr>
      <w:tr w:rsidR="006F7457" w:rsidRPr="00DD284B">
        <w:tc>
          <w:tcPr>
            <w:tcW w:w="2880" w:type="dxa"/>
          </w:tcPr>
          <w:p w:rsidR="006F7457" w:rsidRDefault="00332DB8">
            <w:r>
              <w:t>153</w:t>
            </w:r>
            <w:r>
              <w:lastRenderedPageBreak/>
              <w:t>8.</w:t>
            </w:r>
          </w:p>
        </w:tc>
        <w:tc>
          <w:tcPr>
            <w:tcW w:w="2880" w:type="dxa"/>
          </w:tcPr>
          <w:p w:rsidR="006F7457" w:rsidRPr="00332DB8" w:rsidRDefault="00332DB8">
            <w:pPr>
              <w:rPr>
                <w:lang w:val="ru-RU"/>
              </w:rPr>
            </w:pPr>
            <w:r w:rsidRPr="00332DB8">
              <w:rPr>
                <w:lang w:val="ru-RU"/>
              </w:rPr>
              <w:lastRenderedPageBreak/>
              <w:t>Информационные материалы «Вестник воинов Христовых № 18. Сергиев Посад» (решение Люблинского районного суда города Москвы от 19.06.2012);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1539.</w:t>
            </w:r>
          </w:p>
        </w:tc>
        <w:tc>
          <w:tcPr>
            <w:tcW w:w="2880" w:type="dxa"/>
          </w:tcPr>
          <w:p w:rsidR="006F7457" w:rsidRPr="00332DB8" w:rsidRDefault="00332DB8">
            <w:pPr>
              <w:rPr>
                <w:lang w:val="ru-RU"/>
              </w:rPr>
            </w:pPr>
            <w:r w:rsidRPr="00332DB8">
              <w:rPr>
                <w:lang w:val="ru-RU"/>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c>
          <w:tcPr>
            <w:tcW w:w="2880" w:type="dxa"/>
          </w:tcPr>
          <w:p w:rsidR="006F7457" w:rsidRPr="00332DB8" w:rsidRDefault="006F7457">
            <w:pPr>
              <w:rPr>
                <w:lang w:val="ru-RU"/>
              </w:rPr>
            </w:pPr>
          </w:p>
        </w:tc>
      </w:tr>
      <w:tr w:rsidR="006F7457" w:rsidRPr="00DD284B">
        <w:tc>
          <w:tcPr>
            <w:tcW w:w="2880" w:type="dxa"/>
          </w:tcPr>
          <w:p w:rsidR="006F7457" w:rsidRDefault="00332DB8">
            <w:r>
              <w:t>1540.</w:t>
            </w:r>
          </w:p>
        </w:tc>
        <w:tc>
          <w:tcPr>
            <w:tcW w:w="2880" w:type="dxa"/>
          </w:tcPr>
          <w:p w:rsidR="006F7457" w:rsidRPr="00332DB8" w:rsidRDefault="00332DB8">
            <w:pPr>
              <w:rPr>
                <w:lang w:val="ru-RU"/>
              </w:rPr>
            </w:pPr>
            <w:r w:rsidRPr="00332DB8">
              <w:rPr>
                <w:lang w:val="ru-RU"/>
              </w:rPr>
              <w:t xml:space="preserve">Интернет-сайт </w:t>
            </w:r>
            <w:r>
              <w:t>http</w:t>
            </w:r>
            <w:r w:rsidRPr="00332DB8">
              <w:rPr>
                <w:lang w:val="ru-RU"/>
              </w:rPr>
              <w:t>://</w:t>
            </w:r>
            <w:r>
              <w:t>www</w:t>
            </w:r>
            <w:r w:rsidRPr="00332DB8">
              <w:rPr>
                <w:lang w:val="ru-RU"/>
              </w:rPr>
              <w:t>.</w:t>
            </w:r>
            <w:r>
              <w:t>shamilonline</w:t>
            </w:r>
            <w:r w:rsidRPr="00332DB8">
              <w:rPr>
                <w:lang w:val="ru-RU"/>
              </w:rPr>
              <w:t>.</w:t>
            </w:r>
            <w:r>
              <w:t>org</w:t>
            </w:r>
            <w:r w:rsidRPr="00332DB8">
              <w:rPr>
                <w:lang w:val="ru-RU"/>
              </w:rPr>
              <w:t xml:space="preserve">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2880" w:type="dxa"/>
          </w:tcPr>
          <w:p w:rsidR="006F7457" w:rsidRPr="00332DB8" w:rsidRDefault="006F7457">
            <w:pPr>
              <w:rPr>
                <w:lang w:val="ru-RU"/>
              </w:rPr>
            </w:pPr>
          </w:p>
        </w:tc>
      </w:tr>
      <w:tr w:rsidR="006F7457" w:rsidRPr="00DD284B">
        <w:tc>
          <w:tcPr>
            <w:tcW w:w="2880" w:type="dxa"/>
          </w:tcPr>
          <w:p w:rsidR="006F7457" w:rsidRDefault="00332DB8">
            <w:r>
              <w:t>1541.</w:t>
            </w:r>
          </w:p>
        </w:tc>
        <w:tc>
          <w:tcPr>
            <w:tcW w:w="2880" w:type="dxa"/>
          </w:tcPr>
          <w:p w:rsidR="006F7457" w:rsidRPr="00332DB8" w:rsidRDefault="00332DB8">
            <w:pPr>
              <w:rPr>
                <w:lang w:val="ru-RU"/>
              </w:rPr>
            </w:pPr>
            <w:r w:rsidRPr="00332DB8">
              <w:rPr>
                <w:lang w:val="ru-RU"/>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2880" w:type="dxa"/>
          </w:tcPr>
          <w:p w:rsidR="006F7457" w:rsidRPr="00332DB8" w:rsidRDefault="006F7457">
            <w:pPr>
              <w:rPr>
                <w:lang w:val="ru-RU"/>
              </w:rPr>
            </w:pPr>
          </w:p>
        </w:tc>
      </w:tr>
      <w:tr w:rsidR="006F7457" w:rsidRPr="00DD284B">
        <w:tc>
          <w:tcPr>
            <w:tcW w:w="2880" w:type="dxa"/>
          </w:tcPr>
          <w:p w:rsidR="006F7457" w:rsidRDefault="00332DB8">
            <w:r>
              <w:t>1542.</w:t>
            </w:r>
          </w:p>
        </w:tc>
        <w:tc>
          <w:tcPr>
            <w:tcW w:w="2880" w:type="dxa"/>
          </w:tcPr>
          <w:p w:rsidR="006F7457" w:rsidRPr="00332DB8" w:rsidRDefault="00332DB8">
            <w:pPr>
              <w:rPr>
                <w:lang w:val="ru-RU"/>
              </w:rPr>
            </w:pPr>
            <w:r w:rsidRPr="00332DB8">
              <w:rPr>
                <w:lang w:val="ru-RU"/>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2880" w:type="dxa"/>
          </w:tcPr>
          <w:p w:rsidR="006F7457" w:rsidRPr="00332DB8" w:rsidRDefault="006F7457">
            <w:pPr>
              <w:rPr>
                <w:lang w:val="ru-RU"/>
              </w:rPr>
            </w:pPr>
          </w:p>
        </w:tc>
      </w:tr>
      <w:tr w:rsidR="006F7457" w:rsidRPr="00DD284B">
        <w:tc>
          <w:tcPr>
            <w:tcW w:w="2880" w:type="dxa"/>
          </w:tcPr>
          <w:p w:rsidR="006F7457" w:rsidRDefault="00332DB8">
            <w:r>
              <w:t>1543.</w:t>
            </w:r>
          </w:p>
        </w:tc>
        <w:tc>
          <w:tcPr>
            <w:tcW w:w="2880" w:type="dxa"/>
          </w:tcPr>
          <w:p w:rsidR="006F7457" w:rsidRPr="00332DB8" w:rsidRDefault="00332DB8">
            <w:pPr>
              <w:rPr>
                <w:lang w:val="ru-RU"/>
              </w:rPr>
            </w:pPr>
            <w:r w:rsidRPr="00332DB8">
              <w:rPr>
                <w:lang w:val="ru-RU"/>
              </w:rPr>
              <w:t>Видеоролик: «русские националисты вершат правосудие. 18+» (решение Кировского районного суда города Томска от 20.09.2012);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1544.</w:t>
            </w:r>
          </w:p>
        </w:tc>
        <w:tc>
          <w:tcPr>
            <w:tcW w:w="2880" w:type="dxa"/>
          </w:tcPr>
          <w:p w:rsidR="006F7457" w:rsidRPr="00332DB8" w:rsidRDefault="00332DB8">
            <w:pPr>
              <w:rPr>
                <w:lang w:val="ru-RU"/>
              </w:rPr>
            </w:pPr>
            <w:r w:rsidRPr="00332DB8">
              <w:rPr>
                <w:lang w:val="ru-RU"/>
              </w:rPr>
              <w:t>Видеоролик: «Слава Руси. От сердца к солнцу!» (решение Кировского районного суда города Томска от 20.09.2012);</w:t>
            </w:r>
          </w:p>
        </w:tc>
        <w:tc>
          <w:tcPr>
            <w:tcW w:w="2880" w:type="dxa"/>
          </w:tcPr>
          <w:p w:rsidR="006F7457" w:rsidRPr="00332DB8" w:rsidRDefault="006F7457">
            <w:pPr>
              <w:rPr>
                <w:lang w:val="ru-RU"/>
              </w:rPr>
            </w:pPr>
          </w:p>
        </w:tc>
      </w:tr>
      <w:tr w:rsidR="006F7457" w:rsidRPr="00DD284B">
        <w:tc>
          <w:tcPr>
            <w:tcW w:w="2880" w:type="dxa"/>
          </w:tcPr>
          <w:p w:rsidR="006F7457" w:rsidRDefault="00332DB8">
            <w:r>
              <w:t>1545.</w:t>
            </w:r>
          </w:p>
        </w:tc>
        <w:tc>
          <w:tcPr>
            <w:tcW w:w="2880" w:type="dxa"/>
          </w:tcPr>
          <w:p w:rsidR="006F7457" w:rsidRPr="00332DB8" w:rsidRDefault="00332DB8">
            <w:pPr>
              <w:rPr>
                <w:lang w:val="ru-RU"/>
              </w:rPr>
            </w:pPr>
            <w:r w:rsidRPr="00332DB8">
              <w:rPr>
                <w:lang w:val="ru-RU"/>
              </w:rPr>
              <w:t>Видеоролик: «</w:t>
            </w:r>
            <w:r>
              <w:t>FORMAT</w:t>
            </w:r>
            <w:r w:rsidRPr="00332DB8">
              <w:rPr>
                <w:lang w:val="ru-RU"/>
              </w:rPr>
              <w:t xml:space="preserve"> 18» (решение Кировского районного суда города Томска от 20.09.2012);</w:t>
            </w:r>
          </w:p>
        </w:tc>
        <w:tc>
          <w:tcPr>
            <w:tcW w:w="2880" w:type="dxa"/>
          </w:tcPr>
          <w:p w:rsidR="006F7457" w:rsidRPr="00332DB8" w:rsidRDefault="006F7457">
            <w:pPr>
              <w:rPr>
                <w:lang w:val="ru-RU"/>
              </w:rPr>
            </w:pPr>
          </w:p>
        </w:tc>
      </w:tr>
      <w:tr w:rsidR="006F7457" w:rsidRPr="00DD284B">
        <w:tc>
          <w:tcPr>
            <w:tcW w:w="2880" w:type="dxa"/>
          </w:tcPr>
          <w:p w:rsidR="006F7457" w:rsidRDefault="00332DB8">
            <w:r>
              <w:t>1546.</w:t>
            </w:r>
          </w:p>
        </w:tc>
        <w:tc>
          <w:tcPr>
            <w:tcW w:w="2880" w:type="dxa"/>
          </w:tcPr>
          <w:p w:rsidR="006F7457" w:rsidRPr="00332DB8" w:rsidRDefault="00332DB8">
            <w:pPr>
              <w:rPr>
                <w:lang w:val="ru-RU"/>
              </w:rPr>
            </w:pPr>
            <w:r w:rsidRPr="00332DB8">
              <w:rPr>
                <w:lang w:val="ru-RU"/>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2880" w:type="dxa"/>
          </w:tcPr>
          <w:p w:rsidR="006F7457" w:rsidRPr="00332DB8" w:rsidRDefault="006F7457">
            <w:pPr>
              <w:rPr>
                <w:lang w:val="ru-RU"/>
              </w:rPr>
            </w:pPr>
          </w:p>
        </w:tc>
      </w:tr>
      <w:tr w:rsidR="006F7457" w:rsidRPr="00DD284B">
        <w:tc>
          <w:tcPr>
            <w:tcW w:w="2880" w:type="dxa"/>
          </w:tcPr>
          <w:p w:rsidR="006F7457" w:rsidRDefault="00332DB8">
            <w:r>
              <w:t>1547.</w:t>
            </w:r>
          </w:p>
        </w:tc>
        <w:tc>
          <w:tcPr>
            <w:tcW w:w="2880" w:type="dxa"/>
          </w:tcPr>
          <w:p w:rsidR="006F7457" w:rsidRPr="00332DB8" w:rsidRDefault="00332DB8">
            <w:pPr>
              <w:rPr>
                <w:lang w:val="ru-RU"/>
              </w:rPr>
            </w:pPr>
            <w:r w:rsidRPr="00332DB8">
              <w:rPr>
                <w:lang w:val="ru-RU"/>
              </w:rPr>
              <w:t>Информационный материал под наименованием: «СТРОЙ ШАРИАТ душой», размещенный в сети Интернет на ресурсе «</w:t>
            </w:r>
            <w:r>
              <w:t>www</w:t>
            </w:r>
            <w:r w:rsidRPr="00332DB8">
              <w:rPr>
                <w:lang w:val="ru-RU"/>
              </w:rPr>
              <w:t>.</w:t>
            </w:r>
            <w:r>
              <w:t>djamaatakbir</w:t>
            </w:r>
            <w:r w:rsidRPr="00332DB8">
              <w:rPr>
                <w:lang w:val="ru-RU"/>
              </w:rPr>
              <w:t>.</w:t>
            </w:r>
            <w:r>
              <w:t>com</w:t>
            </w:r>
            <w:r w:rsidRPr="00332DB8">
              <w:rPr>
                <w:lang w:val="ru-RU"/>
              </w:rPr>
              <w:t>» (решение Нальчикского городского суда Кабардино-Балкарской Республики от 11.07.2012);</w:t>
            </w:r>
          </w:p>
        </w:tc>
        <w:tc>
          <w:tcPr>
            <w:tcW w:w="2880" w:type="dxa"/>
          </w:tcPr>
          <w:p w:rsidR="006F7457" w:rsidRPr="00332DB8" w:rsidRDefault="006F7457">
            <w:pPr>
              <w:rPr>
                <w:lang w:val="ru-RU"/>
              </w:rPr>
            </w:pPr>
          </w:p>
        </w:tc>
      </w:tr>
      <w:tr w:rsidR="006F7457" w:rsidRPr="00DD284B">
        <w:tc>
          <w:tcPr>
            <w:tcW w:w="2880" w:type="dxa"/>
          </w:tcPr>
          <w:p w:rsidR="006F7457" w:rsidRDefault="00332DB8">
            <w:r>
              <w:t>1548.</w:t>
            </w:r>
          </w:p>
        </w:tc>
        <w:tc>
          <w:tcPr>
            <w:tcW w:w="2880" w:type="dxa"/>
          </w:tcPr>
          <w:p w:rsidR="006F7457" w:rsidRPr="00332DB8" w:rsidRDefault="00332DB8">
            <w:pPr>
              <w:rPr>
                <w:lang w:val="ru-RU"/>
              </w:rPr>
            </w:pPr>
            <w:r w:rsidRPr="00332DB8">
              <w:rPr>
                <w:lang w:val="ru-RU"/>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2880" w:type="dxa"/>
          </w:tcPr>
          <w:p w:rsidR="006F7457" w:rsidRPr="00332DB8" w:rsidRDefault="006F7457">
            <w:pPr>
              <w:rPr>
                <w:lang w:val="ru-RU"/>
              </w:rPr>
            </w:pPr>
          </w:p>
        </w:tc>
      </w:tr>
      <w:tr w:rsidR="006F7457" w:rsidRPr="00DD284B">
        <w:tc>
          <w:tcPr>
            <w:tcW w:w="2880" w:type="dxa"/>
          </w:tcPr>
          <w:p w:rsidR="006F7457" w:rsidRDefault="00332DB8">
            <w:r>
              <w:t>154</w:t>
            </w:r>
            <w:r>
              <w:lastRenderedPageBreak/>
              <w:t>9.</w:t>
            </w:r>
          </w:p>
        </w:tc>
        <w:tc>
          <w:tcPr>
            <w:tcW w:w="2880" w:type="dxa"/>
          </w:tcPr>
          <w:p w:rsidR="006F7457" w:rsidRPr="00332DB8" w:rsidRDefault="00332DB8">
            <w:pPr>
              <w:rPr>
                <w:lang w:val="ru-RU"/>
              </w:rPr>
            </w:pPr>
            <w:r w:rsidRPr="00332DB8">
              <w:rPr>
                <w:lang w:val="ru-RU"/>
              </w:rPr>
              <w:lastRenderedPageBreak/>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1550.</w:t>
            </w:r>
          </w:p>
        </w:tc>
        <w:tc>
          <w:tcPr>
            <w:tcW w:w="2880" w:type="dxa"/>
          </w:tcPr>
          <w:p w:rsidR="006F7457" w:rsidRPr="00332DB8" w:rsidRDefault="00332DB8">
            <w:pPr>
              <w:rPr>
                <w:lang w:val="ru-RU"/>
              </w:rPr>
            </w:pPr>
            <w:r w:rsidRPr="00332DB8">
              <w:rPr>
                <w:lang w:val="ru-RU"/>
              </w:rPr>
              <w:t>Видеофайл, имеющий имя «Железная воля – белые шнурки», размер 334 Мб, формата «.</w:t>
            </w:r>
            <w:r>
              <w:t>avi</w:t>
            </w:r>
            <w:r w:rsidRPr="00332DB8">
              <w:rPr>
                <w:lang w:val="ru-RU"/>
              </w:rPr>
              <w:t>»,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2880" w:type="dxa"/>
          </w:tcPr>
          <w:p w:rsidR="006F7457" w:rsidRPr="00332DB8" w:rsidRDefault="006F7457">
            <w:pPr>
              <w:rPr>
                <w:lang w:val="ru-RU"/>
              </w:rPr>
            </w:pPr>
          </w:p>
        </w:tc>
      </w:tr>
      <w:tr w:rsidR="006F7457" w:rsidRPr="00DD284B">
        <w:tc>
          <w:tcPr>
            <w:tcW w:w="2880" w:type="dxa"/>
          </w:tcPr>
          <w:p w:rsidR="006F7457" w:rsidRDefault="00332DB8">
            <w:r>
              <w:t>1551.</w:t>
            </w:r>
          </w:p>
        </w:tc>
        <w:tc>
          <w:tcPr>
            <w:tcW w:w="2880" w:type="dxa"/>
          </w:tcPr>
          <w:p w:rsidR="006F7457" w:rsidRPr="00332DB8" w:rsidRDefault="00332DB8">
            <w:pPr>
              <w:rPr>
                <w:lang w:val="ru-RU"/>
              </w:rPr>
            </w:pPr>
            <w:r w:rsidRPr="00332DB8">
              <w:rPr>
                <w:lang w:val="ru-RU"/>
              </w:rPr>
              <w:t xml:space="preserve">Материалы «Орда» и «Записки Басурманина», размещенные в Интернет-ресурсах </w:t>
            </w:r>
            <w:r>
              <w:t>http</w:t>
            </w:r>
            <w:r w:rsidRPr="00332DB8">
              <w:rPr>
                <w:lang w:val="ru-RU"/>
              </w:rPr>
              <w:t>://</w:t>
            </w:r>
            <w:r>
              <w:t>litbash</w:t>
            </w:r>
            <w:r w:rsidRPr="00332DB8">
              <w:rPr>
                <w:lang w:val="ru-RU"/>
              </w:rPr>
              <w:t>.</w:t>
            </w:r>
            <w:r>
              <w:t>sitecity</w:t>
            </w:r>
            <w:r w:rsidRPr="00332DB8">
              <w:rPr>
                <w:lang w:val="ru-RU"/>
              </w:rPr>
              <w:t>.</w:t>
            </w:r>
            <w:r>
              <w:t>ru</w:t>
            </w:r>
            <w:r w:rsidRPr="00332DB8">
              <w:rPr>
                <w:lang w:val="ru-RU"/>
              </w:rPr>
              <w:t xml:space="preserve"> и </w:t>
            </w:r>
            <w:r>
              <w:t>http</w:t>
            </w:r>
            <w:r w:rsidRPr="00332DB8">
              <w:rPr>
                <w:lang w:val="ru-RU"/>
              </w:rPr>
              <w:t>://</w:t>
            </w:r>
            <w:r>
              <w:t>highness</w:t>
            </w:r>
            <w:r w:rsidRPr="00332DB8">
              <w:rPr>
                <w:lang w:val="ru-RU"/>
              </w:rPr>
              <w:t>.</w:t>
            </w:r>
            <w:r>
              <w:t>sitecity</w:t>
            </w:r>
            <w:r w:rsidRPr="00332DB8">
              <w:rPr>
                <w:lang w:val="ru-RU"/>
              </w:rPr>
              <w:t>.</w:t>
            </w:r>
            <w:r>
              <w:t>ru</w:t>
            </w:r>
            <w:r w:rsidRPr="00332DB8">
              <w:rPr>
                <w:lang w:val="ru-RU"/>
              </w:rPr>
              <w:t xml:space="preserve"> (решение Чишминского районного суда Республики Башкортостан от 28.04.2012);</w:t>
            </w:r>
          </w:p>
        </w:tc>
        <w:tc>
          <w:tcPr>
            <w:tcW w:w="2880" w:type="dxa"/>
          </w:tcPr>
          <w:p w:rsidR="006F7457" w:rsidRPr="00332DB8" w:rsidRDefault="006F7457">
            <w:pPr>
              <w:rPr>
                <w:lang w:val="ru-RU"/>
              </w:rPr>
            </w:pPr>
          </w:p>
        </w:tc>
      </w:tr>
      <w:tr w:rsidR="006F7457" w:rsidRPr="00DD284B">
        <w:tc>
          <w:tcPr>
            <w:tcW w:w="2880" w:type="dxa"/>
          </w:tcPr>
          <w:p w:rsidR="006F7457" w:rsidRDefault="00332DB8">
            <w:r>
              <w:t>1552.</w:t>
            </w:r>
          </w:p>
        </w:tc>
        <w:tc>
          <w:tcPr>
            <w:tcW w:w="2880" w:type="dxa"/>
          </w:tcPr>
          <w:p w:rsidR="006F7457" w:rsidRPr="00332DB8" w:rsidRDefault="00332DB8">
            <w:pPr>
              <w:rPr>
                <w:lang w:val="ru-RU"/>
              </w:rPr>
            </w:pPr>
            <w:r w:rsidRPr="00332DB8">
              <w:rPr>
                <w:lang w:val="ru-RU"/>
              </w:rPr>
              <w:t xml:space="preserve">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t>
            </w:r>
            <w:r>
              <w:t>www</w:t>
            </w:r>
            <w:r w:rsidRPr="00332DB8">
              <w:rPr>
                <w:lang w:val="ru-RU"/>
              </w:rPr>
              <w:t>.</w:t>
            </w:r>
            <w:r>
              <w:t>vnrf</w:t>
            </w:r>
            <w:r w:rsidRPr="00332DB8">
              <w:rPr>
                <w:lang w:val="ru-RU"/>
              </w:rPr>
              <w:t>.</w:t>
            </w:r>
            <w:r>
              <w:t>org</w:t>
            </w:r>
            <w:r w:rsidRPr="00332DB8">
              <w:rPr>
                <w:lang w:val="ru-RU"/>
              </w:rPr>
              <w:t>/</w:t>
            </w:r>
            <w:r>
              <w:t>obrashenie</w:t>
            </w:r>
            <w:r w:rsidRPr="00332DB8">
              <w:rPr>
                <w:lang w:val="ru-RU"/>
              </w:rPr>
              <w:t>_</w:t>
            </w:r>
            <w:r>
              <w:t>trudyashimsya</w:t>
            </w:r>
            <w:r w:rsidRPr="00332DB8">
              <w:rPr>
                <w:lang w:val="ru-RU"/>
              </w:rPr>
              <w:t xml:space="preserve">; </w:t>
            </w:r>
            <w:r>
              <w:t>www</w:t>
            </w:r>
            <w:r w:rsidRPr="00332DB8">
              <w:rPr>
                <w:lang w:val="ru-RU"/>
              </w:rPr>
              <w:t>.</w:t>
            </w:r>
            <w:r>
              <w:t>vnrf</w:t>
            </w:r>
            <w:r w:rsidRPr="00332DB8">
              <w:rPr>
                <w:lang w:val="ru-RU"/>
              </w:rPr>
              <w:t>.</w:t>
            </w:r>
            <w:r>
              <w:t>org</w:t>
            </w:r>
            <w:r w:rsidRPr="00332DB8">
              <w:rPr>
                <w:lang w:val="ru-RU"/>
              </w:rPr>
              <w:t>/</w:t>
            </w:r>
            <w:r>
              <w:t>sorvat</w:t>
            </w:r>
            <w:r w:rsidRPr="00332DB8">
              <w:rPr>
                <w:lang w:val="ru-RU"/>
              </w:rPr>
              <w:t>_</w:t>
            </w:r>
            <w:r>
              <w:t>pseudovibori</w:t>
            </w:r>
            <w:r w:rsidRPr="00332DB8">
              <w:rPr>
                <w:lang w:val="ru-RU"/>
              </w:rPr>
              <w:t xml:space="preserve">; </w:t>
            </w:r>
            <w:r>
              <w:t>www</w:t>
            </w:r>
            <w:r w:rsidRPr="00332DB8">
              <w:rPr>
                <w:lang w:val="ru-RU"/>
              </w:rPr>
              <w:t>.</w:t>
            </w:r>
            <w:r>
              <w:t>vnrf</w:t>
            </w:r>
            <w:r w:rsidRPr="00332DB8">
              <w:rPr>
                <w:lang w:val="ru-RU"/>
              </w:rPr>
              <w:t>.</w:t>
            </w:r>
            <w:r>
              <w:t>org</w:t>
            </w:r>
            <w:r w:rsidRPr="00332DB8">
              <w:rPr>
                <w:lang w:val="ru-RU"/>
              </w:rPr>
              <w:t>/</w:t>
            </w:r>
            <w:r>
              <w:t>ubey</w:t>
            </w:r>
            <w:r w:rsidRPr="00332DB8">
              <w:rPr>
                <w:lang w:val="ru-RU"/>
              </w:rPr>
              <w:t>_</w:t>
            </w:r>
            <w:r>
              <w:t>policaya</w:t>
            </w:r>
            <w:r w:rsidRPr="00332DB8">
              <w:rPr>
                <w:lang w:val="ru-RU"/>
              </w:rPr>
              <w:t xml:space="preserve">; </w:t>
            </w:r>
            <w:r>
              <w:t>www</w:t>
            </w:r>
            <w:r w:rsidRPr="00332DB8">
              <w:rPr>
                <w:lang w:val="ru-RU"/>
              </w:rPr>
              <w:t>.</w:t>
            </w:r>
            <w:r>
              <w:t>vnrf</w:t>
            </w:r>
            <w:r w:rsidRPr="00332DB8">
              <w:rPr>
                <w:lang w:val="ru-RU"/>
              </w:rPr>
              <w:t>.</w:t>
            </w:r>
            <w:r>
              <w:t>org</w:t>
            </w:r>
            <w:r w:rsidRPr="00332DB8">
              <w:rPr>
                <w:lang w:val="ru-RU"/>
              </w:rPr>
              <w:t>/</w:t>
            </w:r>
            <w:r>
              <w:t>ne</w:t>
            </w:r>
            <w:r w:rsidRPr="00332DB8">
              <w:rPr>
                <w:lang w:val="ru-RU"/>
              </w:rPr>
              <w:t xml:space="preserve"> </w:t>
            </w:r>
            <w:r>
              <w:t>priznavat</w:t>
            </w:r>
            <w:r w:rsidRPr="00332DB8">
              <w:rPr>
                <w:lang w:val="ru-RU"/>
              </w:rPr>
              <w:t xml:space="preserve"> </w:t>
            </w:r>
            <w:r>
              <w:t>putinistskuyu</w:t>
            </w:r>
            <w:r w:rsidRPr="00332DB8">
              <w:rPr>
                <w:lang w:val="ru-RU"/>
              </w:rPr>
              <w:t xml:space="preserve"> </w:t>
            </w:r>
            <w:r>
              <w:t>vlast</w:t>
            </w:r>
            <w:r w:rsidRPr="00332DB8">
              <w:rPr>
                <w:lang w:val="ru-RU"/>
              </w:rPr>
              <w:t xml:space="preserve">; </w:t>
            </w:r>
            <w:r>
              <w:t>www</w:t>
            </w:r>
            <w:r w:rsidRPr="00332DB8">
              <w:rPr>
                <w:lang w:val="ru-RU"/>
              </w:rPr>
              <w:t>.</w:t>
            </w:r>
            <w:r>
              <w:t>doloyputinizm</w:t>
            </w:r>
            <w:r w:rsidRPr="00332DB8">
              <w:rPr>
                <w:lang w:val="ru-RU"/>
              </w:rPr>
              <w:t xml:space="preserve">. </w:t>
            </w:r>
            <w:r>
              <w:t>livejournal</w:t>
            </w:r>
            <w:r w:rsidRPr="00332DB8">
              <w:rPr>
                <w:lang w:val="ru-RU"/>
              </w:rPr>
              <w:t>.</w:t>
            </w:r>
            <w:r>
              <w:t>com</w:t>
            </w:r>
            <w:r w:rsidRPr="00332DB8">
              <w:rPr>
                <w:lang w:val="ru-RU"/>
              </w:rPr>
              <w:t xml:space="preserve"> (решение Центрального районного суда города Сочи Краснодарского края от 27.08.2012);</w:t>
            </w:r>
          </w:p>
        </w:tc>
        <w:tc>
          <w:tcPr>
            <w:tcW w:w="2880" w:type="dxa"/>
          </w:tcPr>
          <w:p w:rsidR="006F7457" w:rsidRPr="00332DB8" w:rsidRDefault="006F7457">
            <w:pPr>
              <w:rPr>
                <w:lang w:val="ru-RU"/>
              </w:rPr>
            </w:pPr>
          </w:p>
        </w:tc>
      </w:tr>
      <w:tr w:rsidR="006F7457" w:rsidRPr="00DD284B">
        <w:tc>
          <w:tcPr>
            <w:tcW w:w="2880" w:type="dxa"/>
          </w:tcPr>
          <w:p w:rsidR="006F7457" w:rsidRDefault="00332DB8">
            <w:r>
              <w:t>1553.</w:t>
            </w:r>
          </w:p>
        </w:tc>
        <w:tc>
          <w:tcPr>
            <w:tcW w:w="2880" w:type="dxa"/>
          </w:tcPr>
          <w:p w:rsidR="006F7457" w:rsidRPr="00332DB8" w:rsidRDefault="00332DB8">
            <w:pPr>
              <w:rPr>
                <w:lang w:val="ru-RU"/>
              </w:rPr>
            </w:pPr>
            <w:r w:rsidRPr="00332DB8">
              <w:rPr>
                <w:lang w:val="ru-RU"/>
              </w:rPr>
              <w:t xml:space="preserve">Видеоматериалы, размещенные на Интернет-ресурсе </w:t>
            </w:r>
            <w:r>
              <w:t>http</w:t>
            </w:r>
            <w:r w:rsidRPr="00332DB8">
              <w:rPr>
                <w:lang w:val="ru-RU"/>
              </w:rPr>
              <w:t>://</w:t>
            </w:r>
            <w:r>
              <w:t>vkontakte</w:t>
            </w:r>
            <w:r w:rsidRPr="00332DB8">
              <w:rPr>
                <w:lang w:val="ru-RU"/>
              </w:rPr>
              <w:t>.</w:t>
            </w:r>
            <w:r>
              <w:t>ru</w:t>
            </w:r>
            <w:r w:rsidRPr="00332DB8">
              <w:rPr>
                <w:lang w:val="ru-RU"/>
              </w:rPr>
              <w:t>/</w:t>
            </w:r>
            <w:r>
              <w:t>id</w:t>
            </w:r>
            <w:r w:rsidRPr="00332DB8">
              <w:rPr>
                <w:lang w:val="ru-RU"/>
              </w:rPr>
              <w:t>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w:t>
            </w:r>
            <w:r>
              <w:t>TAZ</w:t>
            </w:r>
            <w:r w:rsidRPr="00332DB8">
              <w:rPr>
                <w:lang w:val="ru-RU"/>
              </w:rPr>
              <w:t xml:space="preserve"> - Грачи Улетели, Хачи прилетели» (решение Курганского городского суда от 29.08.2012);</w:t>
            </w:r>
          </w:p>
        </w:tc>
        <w:tc>
          <w:tcPr>
            <w:tcW w:w="2880" w:type="dxa"/>
          </w:tcPr>
          <w:p w:rsidR="006F7457" w:rsidRPr="00332DB8" w:rsidRDefault="006F7457">
            <w:pPr>
              <w:rPr>
                <w:lang w:val="ru-RU"/>
              </w:rPr>
            </w:pPr>
          </w:p>
        </w:tc>
      </w:tr>
      <w:tr w:rsidR="006F7457" w:rsidRPr="00DD284B">
        <w:tc>
          <w:tcPr>
            <w:tcW w:w="2880" w:type="dxa"/>
          </w:tcPr>
          <w:p w:rsidR="006F7457" w:rsidRDefault="00332DB8">
            <w:r>
              <w:t>155</w:t>
            </w:r>
            <w:r>
              <w:lastRenderedPageBreak/>
              <w:t>4.</w:t>
            </w:r>
          </w:p>
        </w:tc>
        <w:tc>
          <w:tcPr>
            <w:tcW w:w="2880" w:type="dxa"/>
          </w:tcPr>
          <w:p w:rsidR="006F7457" w:rsidRPr="00332DB8" w:rsidRDefault="00332DB8">
            <w:pPr>
              <w:rPr>
                <w:lang w:val="ru-RU"/>
              </w:rPr>
            </w:pPr>
            <w:r w:rsidRPr="00332DB8">
              <w:rPr>
                <w:lang w:val="ru-RU"/>
              </w:rPr>
              <w:lastRenderedPageBreak/>
              <w:t xml:space="preserve">Интернет-ресурс </w:t>
            </w:r>
            <w:r>
              <w:t>http</w:t>
            </w:r>
            <w:r w:rsidRPr="00332DB8">
              <w:rPr>
                <w:lang w:val="ru-RU"/>
              </w:rPr>
              <w:t>://</w:t>
            </w:r>
            <w:r>
              <w:t>vk</w:t>
            </w:r>
            <w:r w:rsidRPr="00332DB8">
              <w:rPr>
                <w:lang w:val="ru-RU"/>
              </w:rPr>
              <w:t>.</w:t>
            </w:r>
            <w:r>
              <w:t>com</w:t>
            </w:r>
            <w:r w:rsidRPr="00332DB8">
              <w:rPr>
                <w:lang w:val="ru-RU"/>
              </w:rPr>
              <w:t>|</w:t>
            </w:r>
            <w:r>
              <w:t>id</w:t>
            </w:r>
            <w:r w:rsidRPr="00332DB8">
              <w:rPr>
                <w:lang w:val="ru-RU"/>
              </w:rPr>
              <w:t>22702754#/</w:t>
            </w:r>
            <w:r>
              <w:t>id</w:t>
            </w:r>
            <w:r w:rsidRPr="00332DB8">
              <w:rPr>
                <w:lang w:val="ru-RU"/>
              </w:rPr>
              <w:t>65375869 (решение Октябрьского городского суда Республики Башкортостан от 04.07.2012);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1555.</w:t>
            </w:r>
          </w:p>
        </w:tc>
        <w:tc>
          <w:tcPr>
            <w:tcW w:w="2880" w:type="dxa"/>
          </w:tcPr>
          <w:p w:rsidR="006F7457" w:rsidRPr="00332DB8" w:rsidRDefault="00332DB8">
            <w:pPr>
              <w:rPr>
                <w:lang w:val="ru-RU"/>
              </w:rPr>
            </w:pPr>
            <w:r w:rsidRPr="00332DB8">
              <w:rPr>
                <w:lang w:val="ru-RU"/>
              </w:rPr>
              <w:t xml:space="preserve">Интернет – ресурс </w:t>
            </w:r>
            <w:r>
              <w:t>http</w:t>
            </w:r>
            <w:r w:rsidRPr="00332DB8">
              <w:rPr>
                <w:lang w:val="ru-RU"/>
              </w:rPr>
              <w:t>://</w:t>
            </w:r>
            <w:r>
              <w:t>www</w:t>
            </w:r>
            <w:r w:rsidRPr="00332DB8">
              <w:rPr>
                <w:lang w:val="ru-RU"/>
              </w:rPr>
              <w:t>.</w:t>
            </w:r>
            <w:r>
              <w:t>minjust</w:t>
            </w:r>
            <w:r w:rsidRPr="00332DB8">
              <w:rPr>
                <w:lang w:val="ru-RU"/>
              </w:rPr>
              <w:t>.</w:t>
            </w:r>
            <w:r>
              <w:t>net</w:t>
            </w:r>
            <w:r w:rsidRPr="00332DB8">
              <w:rPr>
                <w:lang w:val="ru-RU"/>
              </w:rPr>
              <w:t xml:space="preserve">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2880" w:type="dxa"/>
          </w:tcPr>
          <w:p w:rsidR="006F7457" w:rsidRPr="00332DB8" w:rsidRDefault="006F7457">
            <w:pPr>
              <w:rPr>
                <w:lang w:val="ru-RU"/>
              </w:rPr>
            </w:pPr>
          </w:p>
        </w:tc>
      </w:tr>
      <w:tr w:rsidR="006F7457" w:rsidRPr="00DD284B">
        <w:tc>
          <w:tcPr>
            <w:tcW w:w="2880" w:type="dxa"/>
          </w:tcPr>
          <w:p w:rsidR="006F7457" w:rsidRDefault="00332DB8">
            <w:r>
              <w:t>1556.</w:t>
            </w:r>
          </w:p>
        </w:tc>
        <w:tc>
          <w:tcPr>
            <w:tcW w:w="2880" w:type="dxa"/>
          </w:tcPr>
          <w:p w:rsidR="006F7457" w:rsidRPr="00332DB8" w:rsidRDefault="00332DB8">
            <w:pPr>
              <w:rPr>
                <w:lang w:val="ru-RU"/>
              </w:rPr>
            </w:pPr>
            <w:r w:rsidRPr="00332DB8">
              <w:rPr>
                <w:lang w:val="ru-RU"/>
              </w:rPr>
              <w:t xml:space="preserve">Интернет – ресурс </w:t>
            </w:r>
            <w:r>
              <w:t>http</w:t>
            </w:r>
            <w:r w:rsidRPr="00332DB8">
              <w:rPr>
                <w:lang w:val="ru-RU"/>
              </w:rPr>
              <w:t>://</w:t>
            </w:r>
            <w:r>
              <w:t>www</w:t>
            </w:r>
            <w:r w:rsidRPr="00332DB8">
              <w:rPr>
                <w:lang w:val="ru-RU"/>
              </w:rPr>
              <w:t>.</w:t>
            </w:r>
            <w:r>
              <w:t>rabidshare</w:t>
            </w:r>
            <w:r w:rsidRPr="00332DB8">
              <w:rPr>
                <w:lang w:val="ru-RU"/>
              </w:rPr>
              <w:t>.</w:t>
            </w:r>
            <w:r>
              <w:t>info</w:t>
            </w:r>
            <w:r w:rsidRPr="00332DB8">
              <w:rPr>
                <w:lang w:val="ru-RU"/>
              </w:rPr>
              <w:t xml:space="preserve"> и содержащиеся на нем информационные материалы (решение Самарского районного суда города Самары от 13.08.2012);</w:t>
            </w:r>
          </w:p>
        </w:tc>
        <w:tc>
          <w:tcPr>
            <w:tcW w:w="2880" w:type="dxa"/>
          </w:tcPr>
          <w:p w:rsidR="006F7457" w:rsidRPr="00332DB8" w:rsidRDefault="006F7457">
            <w:pPr>
              <w:rPr>
                <w:lang w:val="ru-RU"/>
              </w:rPr>
            </w:pPr>
          </w:p>
        </w:tc>
      </w:tr>
      <w:tr w:rsidR="006F7457" w:rsidRPr="00DD284B">
        <w:tc>
          <w:tcPr>
            <w:tcW w:w="2880" w:type="dxa"/>
          </w:tcPr>
          <w:p w:rsidR="006F7457" w:rsidRDefault="00332DB8">
            <w:r>
              <w:t>1557.</w:t>
            </w:r>
          </w:p>
        </w:tc>
        <w:tc>
          <w:tcPr>
            <w:tcW w:w="2880" w:type="dxa"/>
          </w:tcPr>
          <w:p w:rsidR="006F7457" w:rsidRPr="00332DB8" w:rsidRDefault="00332DB8">
            <w:pPr>
              <w:rPr>
                <w:lang w:val="ru-RU"/>
              </w:rPr>
            </w:pPr>
            <w:r w:rsidRPr="00332DB8">
              <w:rPr>
                <w:lang w:val="ru-RU"/>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2880" w:type="dxa"/>
          </w:tcPr>
          <w:p w:rsidR="006F7457" w:rsidRPr="00332DB8" w:rsidRDefault="006F7457">
            <w:pPr>
              <w:rPr>
                <w:lang w:val="ru-RU"/>
              </w:rPr>
            </w:pPr>
          </w:p>
        </w:tc>
      </w:tr>
      <w:tr w:rsidR="006F7457" w:rsidRPr="00DD284B">
        <w:tc>
          <w:tcPr>
            <w:tcW w:w="2880" w:type="dxa"/>
          </w:tcPr>
          <w:p w:rsidR="006F7457" w:rsidRDefault="00332DB8">
            <w:r>
              <w:t>1558.</w:t>
            </w:r>
          </w:p>
        </w:tc>
        <w:tc>
          <w:tcPr>
            <w:tcW w:w="2880" w:type="dxa"/>
          </w:tcPr>
          <w:p w:rsidR="006F7457" w:rsidRPr="00332DB8" w:rsidRDefault="00332DB8">
            <w:pPr>
              <w:rPr>
                <w:lang w:val="ru-RU"/>
              </w:rPr>
            </w:pPr>
            <w:r w:rsidRPr="00332DB8">
              <w:rPr>
                <w:lang w:val="ru-RU"/>
              </w:rPr>
              <w:t>Интернет-ресурс «</w:t>
            </w:r>
            <w:r>
              <w:t>http</w:t>
            </w:r>
            <w:r w:rsidRPr="00332DB8">
              <w:rPr>
                <w:lang w:val="ru-RU"/>
              </w:rPr>
              <w:t>://</w:t>
            </w:r>
            <w:r>
              <w:t>vkontakte</w:t>
            </w:r>
            <w:r w:rsidRPr="00332DB8">
              <w:rPr>
                <w:lang w:val="ru-RU"/>
              </w:rPr>
              <w:t>.</w:t>
            </w:r>
            <w:r>
              <w:t>ru</w:t>
            </w:r>
            <w:r w:rsidRPr="00332DB8">
              <w:rPr>
                <w:lang w:val="ru-RU"/>
              </w:rPr>
              <w:t>/</w:t>
            </w:r>
            <w:r>
              <w:t>id</w:t>
            </w:r>
            <w:r w:rsidRPr="00332DB8">
              <w:rPr>
                <w:lang w:val="ru-RU"/>
              </w:rPr>
              <w:t xml:space="preserve">31316210» с наименованием «Олег </w:t>
            </w:r>
            <w:r>
              <w:t>Shultz</w:t>
            </w:r>
            <w:r w:rsidRPr="00332DB8">
              <w:rPr>
                <w:lang w:val="ru-RU"/>
              </w:rPr>
              <w:t xml:space="preserve"> 14/88 Кузнецов» (решение Стерлитамакского городского суда Республики Башкортостан от 10.04.2012);</w:t>
            </w:r>
          </w:p>
        </w:tc>
        <w:tc>
          <w:tcPr>
            <w:tcW w:w="2880" w:type="dxa"/>
          </w:tcPr>
          <w:p w:rsidR="006F7457" w:rsidRPr="00332DB8" w:rsidRDefault="006F7457">
            <w:pPr>
              <w:rPr>
                <w:lang w:val="ru-RU"/>
              </w:rPr>
            </w:pPr>
          </w:p>
        </w:tc>
      </w:tr>
      <w:tr w:rsidR="006F7457" w:rsidRPr="00DD284B">
        <w:tc>
          <w:tcPr>
            <w:tcW w:w="2880" w:type="dxa"/>
          </w:tcPr>
          <w:p w:rsidR="006F7457" w:rsidRDefault="00332DB8">
            <w:r>
              <w:t>1559.</w:t>
            </w:r>
          </w:p>
        </w:tc>
        <w:tc>
          <w:tcPr>
            <w:tcW w:w="2880" w:type="dxa"/>
          </w:tcPr>
          <w:p w:rsidR="006F7457" w:rsidRPr="00332DB8" w:rsidRDefault="00332DB8">
            <w:pPr>
              <w:rPr>
                <w:lang w:val="ru-RU"/>
              </w:rPr>
            </w:pPr>
            <w:r w:rsidRPr="00332DB8">
              <w:rPr>
                <w:lang w:val="ru-RU"/>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2880" w:type="dxa"/>
          </w:tcPr>
          <w:p w:rsidR="006F7457" w:rsidRPr="00332DB8" w:rsidRDefault="006F7457">
            <w:pPr>
              <w:rPr>
                <w:lang w:val="ru-RU"/>
              </w:rPr>
            </w:pPr>
          </w:p>
        </w:tc>
      </w:tr>
      <w:tr w:rsidR="006F7457">
        <w:tc>
          <w:tcPr>
            <w:tcW w:w="2880" w:type="dxa"/>
          </w:tcPr>
          <w:p w:rsidR="006F7457" w:rsidRDefault="00332DB8">
            <w:r>
              <w:lastRenderedPageBreak/>
              <w:t>1560.</w:t>
            </w:r>
          </w:p>
        </w:tc>
        <w:tc>
          <w:tcPr>
            <w:tcW w:w="2880" w:type="dxa"/>
          </w:tcPr>
          <w:p w:rsidR="006F7457" w:rsidRDefault="00332DB8">
            <w:r w:rsidRPr="00332DB8">
              <w:rPr>
                <w:lang w:val="ru-RU"/>
              </w:rPr>
              <w:t xml:space="preserve">Видеоролик (видеоматериал) с названием: «Вся «правда» о жидо бандеровцах!!!!!!» </w:t>
            </w:r>
            <w:r>
              <w:t>(решение Центрального районного суда города Новосибирска от 19.09.2012);</w:t>
            </w:r>
          </w:p>
        </w:tc>
        <w:tc>
          <w:tcPr>
            <w:tcW w:w="2880" w:type="dxa"/>
          </w:tcPr>
          <w:p w:rsidR="006F7457" w:rsidRDefault="006F7457"/>
        </w:tc>
      </w:tr>
      <w:tr w:rsidR="006F7457" w:rsidRPr="00DD284B">
        <w:tc>
          <w:tcPr>
            <w:tcW w:w="2880" w:type="dxa"/>
          </w:tcPr>
          <w:p w:rsidR="006F7457" w:rsidRDefault="00332DB8">
            <w:r>
              <w:t>1561.</w:t>
            </w:r>
          </w:p>
        </w:tc>
        <w:tc>
          <w:tcPr>
            <w:tcW w:w="2880" w:type="dxa"/>
          </w:tcPr>
          <w:p w:rsidR="006F7457" w:rsidRPr="00332DB8" w:rsidRDefault="00332DB8">
            <w:pPr>
              <w:rPr>
                <w:lang w:val="ru-RU"/>
              </w:rPr>
            </w:pPr>
            <w:r w:rsidRPr="00332DB8">
              <w:rPr>
                <w:lang w:val="ru-RU"/>
              </w:rPr>
              <w:t>Видеоролик (видеоматериал) с названием: «Ж» (решение Центрального районного суда города Новосибирска от 19.09.2012);</w:t>
            </w:r>
          </w:p>
        </w:tc>
        <w:tc>
          <w:tcPr>
            <w:tcW w:w="2880" w:type="dxa"/>
          </w:tcPr>
          <w:p w:rsidR="006F7457" w:rsidRPr="00332DB8" w:rsidRDefault="006F7457">
            <w:pPr>
              <w:rPr>
                <w:lang w:val="ru-RU"/>
              </w:rPr>
            </w:pPr>
          </w:p>
        </w:tc>
      </w:tr>
      <w:tr w:rsidR="006F7457" w:rsidRPr="00DD284B">
        <w:tc>
          <w:tcPr>
            <w:tcW w:w="2880" w:type="dxa"/>
          </w:tcPr>
          <w:p w:rsidR="006F7457" w:rsidRDefault="00332DB8">
            <w:r>
              <w:t>1562.</w:t>
            </w:r>
          </w:p>
        </w:tc>
        <w:tc>
          <w:tcPr>
            <w:tcW w:w="2880" w:type="dxa"/>
          </w:tcPr>
          <w:p w:rsidR="006F7457" w:rsidRPr="00332DB8" w:rsidRDefault="00332DB8">
            <w:pPr>
              <w:rPr>
                <w:lang w:val="ru-RU"/>
              </w:rPr>
            </w:pPr>
            <w:r w:rsidRPr="00332DB8">
              <w:rPr>
                <w:lang w:val="ru-RU"/>
              </w:rPr>
              <w:t>Видеоролик (видеоматериал) с названием: «Жидовский песах» (решение Центрального районного суда города Новосибирска от 19.09.2012);</w:t>
            </w:r>
          </w:p>
        </w:tc>
        <w:tc>
          <w:tcPr>
            <w:tcW w:w="2880" w:type="dxa"/>
          </w:tcPr>
          <w:p w:rsidR="006F7457" w:rsidRPr="00332DB8" w:rsidRDefault="006F7457">
            <w:pPr>
              <w:rPr>
                <w:lang w:val="ru-RU"/>
              </w:rPr>
            </w:pPr>
          </w:p>
        </w:tc>
      </w:tr>
      <w:tr w:rsidR="006F7457">
        <w:tc>
          <w:tcPr>
            <w:tcW w:w="2880" w:type="dxa"/>
          </w:tcPr>
          <w:p w:rsidR="006F7457" w:rsidRDefault="00332DB8">
            <w:r>
              <w:t>1563.</w:t>
            </w:r>
          </w:p>
        </w:tc>
        <w:tc>
          <w:tcPr>
            <w:tcW w:w="2880" w:type="dxa"/>
          </w:tcPr>
          <w:p w:rsidR="006F7457" w:rsidRDefault="00332DB8">
            <w:r w:rsidRPr="00332DB8">
              <w:rPr>
                <w:lang w:val="ru-RU"/>
              </w:rPr>
              <w:t xml:space="preserve">Видеоролик (видеоматериал) с названием: «Правда о жидах и евреях. </w:t>
            </w:r>
            <w:r>
              <w:t>Антидеза. Антисемитизм» (решение Центрального районного суда города Новосибирска от 19.09.2012);</w:t>
            </w:r>
          </w:p>
        </w:tc>
        <w:tc>
          <w:tcPr>
            <w:tcW w:w="2880" w:type="dxa"/>
          </w:tcPr>
          <w:p w:rsidR="006F7457" w:rsidRDefault="006F7457"/>
        </w:tc>
      </w:tr>
      <w:tr w:rsidR="006F7457" w:rsidRPr="00DD284B">
        <w:tc>
          <w:tcPr>
            <w:tcW w:w="2880" w:type="dxa"/>
          </w:tcPr>
          <w:p w:rsidR="006F7457" w:rsidRDefault="00332DB8">
            <w:r>
              <w:t>1564.</w:t>
            </w:r>
          </w:p>
        </w:tc>
        <w:tc>
          <w:tcPr>
            <w:tcW w:w="2880" w:type="dxa"/>
          </w:tcPr>
          <w:p w:rsidR="006F7457" w:rsidRPr="00332DB8" w:rsidRDefault="00332DB8">
            <w:pPr>
              <w:rPr>
                <w:lang w:val="ru-RU"/>
              </w:rPr>
            </w:pPr>
            <w:r w:rsidRPr="00332DB8">
              <w:rPr>
                <w:lang w:val="ru-RU"/>
              </w:rPr>
              <w:t>Графическое изображение: «Берл Лазар смотрит на тебя…» (решение Центрального районного суда города Новосибирска от 19.09.2012);</w:t>
            </w:r>
          </w:p>
        </w:tc>
        <w:tc>
          <w:tcPr>
            <w:tcW w:w="2880" w:type="dxa"/>
          </w:tcPr>
          <w:p w:rsidR="006F7457" w:rsidRPr="00332DB8" w:rsidRDefault="006F7457">
            <w:pPr>
              <w:rPr>
                <w:lang w:val="ru-RU"/>
              </w:rPr>
            </w:pPr>
          </w:p>
        </w:tc>
      </w:tr>
      <w:tr w:rsidR="006F7457" w:rsidRPr="00DD284B">
        <w:tc>
          <w:tcPr>
            <w:tcW w:w="2880" w:type="dxa"/>
          </w:tcPr>
          <w:p w:rsidR="006F7457" w:rsidRDefault="00332DB8">
            <w:r>
              <w:t>156</w:t>
            </w:r>
            <w:r>
              <w:lastRenderedPageBreak/>
              <w:t>5.</w:t>
            </w:r>
          </w:p>
        </w:tc>
        <w:tc>
          <w:tcPr>
            <w:tcW w:w="2880" w:type="dxa"/>
          </w:tcPr>
          <w:p w:rsidR="006F7457" w:rsidRPr="00332DB8" w:rsidRDefault="00332DB8">
            <w:pPr>
              <w:rPr>
                <w:lang w:val="ru-RU"/>
              </w:rPr>
            </w:pPr>
            <w:r w:rsidRPr="00332DB8">
              <w:rPr>
                <w:lang w:val="ru-RU"/>
              </w:rPr>
              <w:lastRenderedPageBreak/>
              <w:t>Графическое изображение: «Вот загадка для детей…» (решение Центрального районного суда города Новосибирска от 19.09.2012);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1566.</w:t>
            </w:r>
          </w:p>
        </w:tc>
        <w:tc>
          <w:tcPr>
            <w:tcW w:w="2880" w:type="dxa"/>
          </w:tcPr>
          <w:p w:rsidR="006F7457" w:rsidRPr="00332DB8" w:rsidRDefault="00332DB8">
            <w:pPr>
              <w:rPr>
                <w:lang w:val="ru-RU"/>
              </w:rPr>
            </w:pPr>
            <w:r w:rsidRPr="00332DB8">
              <w:rPr>
                <w:lang w:val="ru-RU"/>
              </w:rPr>
              <w:t>Графическое изображение: «Доказательства холокоста…» (решение Центрального районного суда города Новосибирска от 19.09.2012);</w:t>
            </w:r>
          </w:p>
        </w:tc>
        <w:tc>
          <w:tcPr>
            <w:tcW w:w="2880" w:type="dxa"/>
          </w:tcPr>
          <w:p w:rsidR="006F7457" w:rsidRPr="00332DB8" w:rsidRDefault="006F7457">
            <w:pPr>
              <w:rPr>
                <w:lang w:val="ru-RU"/>
              </w:rPr>
            </w:pPr>
          </w:p>
        </w:tc>
      </w:tr>
      <w:tr w:rsidR="006F7457" w:rsidRPr="00DD284B">
        <w:tc>
          <w:tcPr>
            <w:tcW w:w="2880" w:type="dxa"/>
          </w:tcPr>
          <w:p w:rsidR="006F7457" w:rsidRDefault="00332DB8">
            <w:r>
              <w:t>1567.</w:t>
            </w:r>
          </w:p>
        </w:tc>
        <w:tc>
          <w:tcPr>
            <w:tcW w:w="2880" w:type="dxa"/>
          </w:tcPr>
          <w:p w:rsidR="006F7457" w:rsidRPr="00332DB8" w:rsidRDefault="00332DB8">
            <w:pPr>
              <w:rPr>
                <w:lang w:val="ru-RU"/>
              </w:rPr>
            </w:pPr>
            <w:r w:rsidRPr="00332DB8">
              <w:rPr>
                <w:lang w:val="ru-RU"/>
              </w:rPr>
              <w:t>Графическое изображение: «Гоям читать вредно…» (решение Центрального районного суда города Новосибирска от 19.09.2012);</w:t>
            </w:r>
          </w:p>
        </w:tc>
        <w:tc>
          <w:tcPr>
            <w:tcW w:w="2880" w:type="dxa"/>
          </w:tcPr>
          <w:p w:rsidR="006F7457" w:rsidRPr="00332DB8" w:rsidRDefault="006F7457">
            <w:pPr>
              <w:rPr>
                <w:lang w:val="ru-RU"/>
              </w:rPr>
            </w:pPr>
          </w:p>
        </w:tc>
      </w:tr>
      <w:tr w:rsidR="006F7457" w:rsidRPr="00DD284B">
        <w:tc>
          <w:tcPr>
            <w:tcW w:w="2880" w:type="dxa"/>
          </w:tcPr>
          <w:p w:rsidR="006F7457" w:rsidRDefault="00332DB8">
            <w:r>
              <w:t>1568.</w:t>
            </w:r>
          </w:p>
        </w:tc>
        <w:tc>
          <w:tcPr>
            <w:tcW w:w="2880" w:type="dxa"/>
          </w:tcPr>
          <w:p w:rsidR="006F7457" w:rsidRPr="00332DB8" w:rsidRDefault="00332DB8">
            <w:pPr>
              <w:rPr>
                <w:lang w:val="ru-RU"/>
              </w:rPr>
            </w:pPr>
            <w:r w:rsidRPr="00332DB8">
              <w:rPr>
                <w:lang w:val="ru-RU"/>
              </w:rPr>
              <w:t>Графическое изображение: «Русский не пей…» (решение Центрального районного суда города Новосибирска от 19.09.2012);</w:t>
            </w:r>
          </w:p>
        </w:tc>
        <w:tc>
          <w:tcPr>
            <w:tcW w:w="2880" w:type="dxa"/>
          </w:tcPr>
          <w:p w:rsidR="006F7457" w:rsidRPr="00332DB8" w:rsidRDefault="006F7457">
            <w:pPr>
              <w:rPr>
                <w:lang w:val="ru-RU"/>
              </w:rPr>
            </w:pPr>
          </w:p>
        </w:tc>
      </w:tr>
      <w:tr w:rsidR="006F7457" w:rsidRPr="00DD284B">
        <w:tc>
          <w:tcPr>
            <w:tcW w:w="2880" w:type="dxa"/>
          </w:tcPr>
          <w:p w:rsidR="006F7457" w:rsidRDefault="00332DB8">
            <w:r>
              <w:t>1569.</w:t>
            </w:r>
          </w:p>
        </w:tc>
        <w:tc>
          <w:tcPr>
            <w:tcW w:w="2880" w:type="dxa"/>
          </w:tcPr>
          <w:p w:rsidR="006F7457" w:rsidRPr="00332DB8" w:rsidRDefault="00332DB8">
            <w:pPr>
              <w:rPr>
                <w:lang w:val="ru-RU"/>
              </w:rPr>
            </w:pPr>
            <w:r w:rsidRPr="00332DB8">
              <w:rPr>
                <w:lang w:val="ru-RU"/>
              </w:rPr>
              <w:t>Графическое изображение: «Убивай с комфортом…» (решение Центрального районного суда города Новосибирска от 19.09.2012);</w:t>
            </w:r>
          </w:p>
        </w:tc>
        <w:tc>
          <w:tcPr>
            <w:tcW w:w="2880" w:type="dxa"/>
          </w:tcPr>
          <w:p w:rsidR="006F7457" w:rsidRPr="00332DB8" w:rsidRDefault="006F7457">
            <w:pPr>
              <w:rPr>
                <w:lang w:val="ru-RU"/>
              </w:rPr>
            </w:pPr>
          </w:p>
        </w:tc>
      </w:tr>
      <w:tr w:rsidR="006F7457" w:rsidRPr="00DD284B">
        <w:tc>
          <w:tcPr>
            <w:tcW w:w="2880" w:type="dxa"/>
          </w:tcPr>
          <w:p w:rsidR="006F7457" w:rsidRDefault="00332DB8">
            <w:r>
              <w:t>1570.</w:t>
            </w:r>
          </w:p>
        </w:tc>
        <w:tc>
          <w:tcPr>
            <w:tcW w:w="2880" w:type="dxa"/>
          </w:tcPr>
          <w:p w:rsidR="006F7457" w:rsidRPr="00332DB8" w:rsidRDefault="00332DB8">
            <w:pPr>
              <w:rPr>
                <w:lang w:val="ru-RU"/>
              </w:rPr>
            </w:pPr>
            <w:r w:rsidRPr="00332DB8">
              <w:rPr>
                <w:lang w:val="ru-RU"/>
              </w:rPr>
              <w:t>Графическое изображение: «Докажите обратное?» (решение Центрального районного суда города Новосибирска от 19.09.2012);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1571.</w:t>
            </w:r>
          </w:p>
        </w:tc>
        <w:tc>
          <w:tcPr>
            <w:tcW w:w="2880" w:type="dxa"/>
          </w:tcPr>
          <w:p w:rsidR="006F7457" w:rsidRPr="00332DB8" w:rsidRDefault="00332DB8">
            <w:pPr>
              <w:rPr>
                <w:lang w:val="ru-RU"/>
              </w:rPr>
            </w:pPr>
            <w:r w:rsidRPr="00332DB8">
              <w:rPr>
                <w:lang w:val="ru-RU"/>
              </w:rPr>
              <w:t>Графическое изображение: «Дело сделано!» (решение Центрального районного суда города Новосибирска от 19.09.2012);</w:t>
            </w:r>
          </w:p>
        </w:tc>
        <w:tc>
          <w:tcPr>
            <w:tcW w:w="2880" w:type="dxa"/>
          </w:tcPr>
          <w:p w:rsidR="006F7457" w:rsidRPr="00332DB8" w:rsidRDefault="006F7457">
            <w:pPr>
              <w:rPr>
                <w:lang w:val="ru-RU"/>
              </w:rPr>
            </w:pPr>
          </w:p>
        </w:tc>
      </w:tr>
      <w:tr w:rsidR="006F7457" w:rsidRPr="00DD284B">
        <w:tc>
          <w:tcPr>
            <w:tcW w:w="2880" w:type="dxa"/>
          </w:tcPr>
          <w:p w:rsidR="006F7457" w:rsidRDefault="00332DB8">
            <w:r>
              <w:t>1572.</w:t>
            </w:r>
          </w:p>
        </w:tc>
        <w:tc>
          <w:tcPr>
            <w:tcW w:w="2880" w:type="dxa"/>
          </w:tcPr>
          <w:p w:rsidR="006F7457" w:rsidRPr="00332DB8" w:rsidRDefault="00332DB8">
            <w:pPr>
              <w:rPr>
                <w:lang w:val="ru-RU"/>
              </w:rPr>
            </w:pPr>
            <w:r w:rsidRPr="00332DB8">
              <w:rPr>
                <w:lang w:val="ru-RU"/>
              </w:rPr>
              <w:t>Графическое изображение: «Тут побывали евреи» (решение Центрального районного суда города Новосибирска от 19.09.2012);</w:t>
            </w:r>
          </w:p>
        </w:tc>
        <w:tc>
          <w:tcPr>
            <w:tcW w:w="2880" w:type="dxa"/>
          </w:tcPr>
          <w:p w:rsidR="006F7457" w:rsidRPr="00332DB8" w:rsidRDefault="006F7457">
            <w:pPr>
              <w:rPr>
                <w:lang w:val="ru-RU"/>
              </w:rPr>
            </w:pPr>
          </w:p>
        </w:tc>
      </w:tr>
      <w:tr w:rsidR="006F7457" w:rsidRPr="00DD284B">
        <w:tc>
          <w:tcPr>
            <w:tcW w:w="2880" w:type="dxa"/>
          </w:tcPr>
          <w:p w:rsidR="006F7457" w:rsidRDefault="00332DB8">
            <w:r>
              <w:t>1573.</w:t>
            </w:r>
          </w:p>
        </w:tc>
        <w:tc>
          <w:tcPr>
            <w:tcW w:w="2880" w:type="dxa"/>
          </w:tcPr>
          <w:p w:rsidR="006F7457" w:rsidRPr="00332DB8" w:rsidRDefault="00332DB8">
            <w:pPr>
              <w:rPr>
                <w:lang w:val="ru-RU"/>
              </w:rPr>
            </w:pPr>
            <w:r w:rsidRPr="00332DB8">
              <w:rPr>
                <w:lang w:val="ru-RU"/>
              </w:rPr>
              <w:t>Графическое изображение: «Смерть жидам» (решение Центрального районного суда города Новосибирска от 19.09.2012);</w:t>
            </w:r>
          </w:p>
        </w:tc>
        <w:tc>
          <w:tcPr>
            <w:tcW w:w="2880" w:type="dxa"/>
          </w:tcPr>
          <w:p w:rsidR="006F7457" w:rsidRPr="00332DB8" w:rsidRDefault="006F7457">
            <w:pPr>
              <w:rPr>
                <w:lang w:val="ru-RU"/>
              </w:rPr>
            </w:pPr>
          </w:p>
        </w:tc>
      </w:tr>
      <w:tr w:rsidR="006F7457" w:rsidRPr="00DD284B">
        <w:tc>
          <w:tcPr>
            <w:tcW w:w="2880" w:type="dxa"/>
          </w:tcPr>
          <w:p w:rsidR="006F7457" w:rsidRDefault="00332DB8">
            <w:r>
              <w:t>1574.</w:t>
            </w:r>
          </w:p>
        </w:tc>
        <w:tc>
          <w:tcPr>
            <w:tcW w:w="2880" w:type="dxa"/>
          </w:tcPr>
          <w:p w:rsidR="006F7457" w:rsidRPr="00332DB8" w:rsidRDefault="00332DB8">
            <w:pPr>
              <w:rPr>
                <w:lang w:val="ru-RU"/>
              </w:rPr>
            </w:pPr>
            <w:r w:rsidRPr="00332DB8">
              <w:rPr>
                <w:lang w:val="ru-RU"/>
              </w:rPr>
              <w:t xml:space="preserve">Информационные материалы «Наша потребность в джихаде 2 – «Попытка стереть джихад», размещенные на Интернет-ресурсе </w:t>
            </w:r>
            <w:r>
              <w:t>http</w:t>
            </w:r>
            <w:r w:rsidRPr="00332DB8">
              <w:rPr>
                <w:lang w:val="ru-RU"/>
              </w:rPr>
              <w:t>://</w:t>
            </w:r>
            <w:r>
              <w:t>tawba</w:t>
            </w:r>
            <w:r w:rsidRPr="00332DB8">
              <w:rPr>
                <w:lang w:val="ru-RU"/>
              </w:rPr>
              <w:t>.</w:t>
            </w:r>
            <w:r>
              <w:t>info</w:t>
            </w:r>
            <w:r w:rsidRPr="00332DB8">
              <w:rPr>
                <w:lang w:val="ru-RU"/>
              </w:rPr>
              <w:t>/</w:t>
            </w:r>
            <w:r>
              <w:t>ru</w:t>
            </w:r>
            <w:r w:rsidRPr="00332DB8">
              <w:rPr>
                <w:lang w:val="ru-RU"/>
              </w:rPr>
              <w:t>/</w:t>
            </w:r>
            <w:r>
              <w:t>index</w:t>
            </w:r>
            <w:r w:rsidRPr="00332DB8">
              <w:rPr>
                <w:lang w:val="ru-RU"/>
              </w:rPr>
              <w:t>.</w:t>
            </w:r>
            <w:r>
              <w:t>php</w:t>
            </w:r>
            <w:r w:rsidRPr="00332DB8">
              <w:rPr>
                <w:lang w:val="ru-RU"/>
              </w:rPr>
              <w:t>?</w:t>
            </w:r>
            <w:r>
              <w:t>newsid</w:t>
            </w:r>
            <w:r w:rsidRPr="00332DB8">
              <w:rPr>
                <w:lang w:val="ru-RU"/>
              </w:rPr>
              <w:t>=140 (решение Пролетарского районного суда города Ростова-на-Дону от 06.07.2012);</w:t>
            </w:r>
          </w:p>
        </w:tc>
        <w:tc>
          <w:tcPr>
            <w:tcW w:w="2880" w:type="dxa"/>
          </w:tcPr>
          <w:p w:rsidR="006F7457" w:rsidRPr="00332DB8" w:rsidRDefault="006F7457">
            <w:pPr>
              <w:rPr>
                <w:lang w:val="ru-RU"/>
              </w:rPr>
            </w:pPr>
          </w:p>
        </w:tc>
      </w:tr>
      <w:tr w:rsidR="006F7457" w:rsidRPr="00DD284B">
        <w:tc>
          <w:tcPr>
            <w:tcW w:w="2880" w:type="dxa"/>
          </w:tcPr>
          <w:p w:rsidR="006F7457" w:rsidRDefault="00332DB8">
            <w:r>
              <w:t>1575.</w:t>
            </w:r>
          </w:p>
        </w:tc>
        <w:tc>
          <w:tcPr>
            <w:tcW w:w="2880" w:type="dxa"/>
          </w:tcPr>
          <w:p w:rsidR="006F7457" w:rsidRPr="00332DB8" w:rsidRDefault="00332DB8">
            <w:pPr>
              <w:rPr>
                <w:lang w:val="ru-RU"/>
              </w:rPr>
            </w:pPr>
            <w:r w:rsidRPr="00332DB8">
              <w:rPr>
                <w:lang w:val="ru-RU"/>
              </w:rPr>
              <w:t xml:space="preserve">Информационный материал «Все на борьбу с путинизмом!!!», размещенный на Интернет-сайте </w:t>
            </w:r>
            <w:r>
              <w:t>www</w:t>
            </w:r>
            <w:r w:rsidRPr="00332DB8">
              <w:rPr>
                <w:lang w:val="ru-RU"/>
              </w:rPr>
              <w:t>.</w:t>
            </w:r>
            <w:r>
              <w:t>vnrf</w:t>
            </w:r>
            <w:r w:rsidRPr="00332DB8">
              <w:rPr>
                <w:lang w:val="ru-RU"/>
              </w:rPr>
              <w:t>.</w:t>
            </w:r>
            <w:r>
              <w:t>org</w:t>
            </w:r>
            <w:r w:rsidRPr="00332DB8">
              <w:rPr>
                <w:lang w:val="ru-RU"/>
              </w:rPr>
              <w:t xml:space="preserve"> (решение Мещанского районного суда города Москвы от 03.08.2012 и решение Советского районного суда города Липецка от 01.11.2012);</w:t>
            </w:r>
          </w:p>
        </w:tc>
        <w:tc>
          <w:tcPr>
            <w:tcW w:w="2880" w:type="dxa"/>
          </w:tcPr>
          <w:p w:rsidR="006F7457" w:rsidRPr="00332DB8" w:rsidRDefault="006F7457">
            <w:pPr>
              <w:rPr>
                <w:lang w:val="ru-RU"/>
              </w:rPr>
            </w:pPr>
          </w:p>
        </w:tc>
      </w:tr>
      <w:tr w:rsidR="006F7457" w:rsidRPr="00DD284B">
        <w:tc>
          <w:tcPr>
            <w:tcW w:w="2880" w:type="dxa"/>
          </w:tcPr>
          <w:p w:rsidR="006F7457" w:rsidRDefault="00332DB8">
            <w:r>
              <w:t>157</w:t>
            </w:r>
            <w:r>
              <w:lastRenderedPageBreak/>
              <w:t>6.</w:t>
            </w:r>
          </w:p>
        </w:tc>
        <w:tc>
          <w:tcPr>
            <w:tcW w:w="2880" w:type="dxa"/>
          </w:tcPr>
          <w:p w:rsidR="006F7457" w:rsidRPr="00332DB8" w:rsidRDefault="00332DB8">
            <w:pPr>
              <w:rPr>
                <w:lang w:val="ru-RU"/>
              </w:rPr>
            </w:pPr>
            <w:r w:rsidRPr="00332DB8">
              <w:rPr>
                <w:lang w:val="ru-RU"/>
              </w:rPr>
              <w:lastRenderedPageBreak/>
              <w:t xml:space="preserve">Информационный материал «Уничтожайте магистральные газо- и нефтепроводы!!!», размещенный на Интернет-сайте </w:t>
            </w:r>
            <w:r>
              <w:t>www</w:t>
            </w:r>
            <w:r w:rsidRPr="00332DB8">
              <w:rPr>
                <w:lang w:val="ru-RU"/>
              </w:rPr>
              <w:t>.</w:t>
            </w:r>
            <w:r>
              <w:t>vnrf</w:t>
            </w:r>
            <w:r w:rsidRPr="00332DB8">
              <w:rPr>
                <w:lang w:val="ru-RU"/>
              </w:rPr>
              <w:t>.</w:t>
            </w:r>
            <w:r>
              <w:t>org</w:t>
            </w:r>
            <w:r w:rsidRPr="00332DB8">
              <w:rPr>
                <w:lang w:val="ru-RU"/>
              </w:rPr>
              <w:t xml:space="preserve"> (решение Мещанского районного суда города Москвы от 03.08.2012);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1577.</w:t>
            </w:r>
          </w:p>
        </w:tc>
        <w:tc>
          <w:tcPr>
            <w:tcW w:w="2880" w:type="dxa"/>
          </w:tcPr>
          <w:p w:rsidR="006F7457" w:rsidRPr="00332DB8" w:rsidRDefault="00332DB8">
            <w:pPr>
              <w:rPr>
                <w:lang w:val="ru-RU"/>
              </w:rPr>
            </w:pPr>
            <w:r w:rsidRPr="00332DB8">
              <w:rPr>
                <w:lang w:val="ru-RU"/>
              </w:rPr>
              <w:t xml:space="preserve">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t>
            </w:r>
            <w:r>
              <w:t>www</w:t>
            </w:r>
            <w:r w:rsidRPr="00332DB8">
              <w:rPr>
                <w:lang w:val="ru-RU"/>
              </w:rPr>
              <w:t>.</w:t>
            </w:r>
            <w:r>
              <w:t>vnrf</w:t>
            </w:r>
            <w:r w:rsidRPr="00332DB8">
              <w:rPr>
                <w:lang w:val="ru-RU"/>
              </w:rPr>
              <w:t>.</w:t>
            </w:r>
            <w:r>
              <w:t>org</w:t>
            </w:r>
            <w:r w:rsidRPr="00332DB8">
              <w:rPr>
                <w:lang w:val="ru-RU"/>
              </w:rPr>
              <w:t xml:space="preserve"> (решение Мещанского районного суда города Москвы от 03.08.2012);</w:t>
            </w:r>
          </w:p>
        </w:tc>
        <w:tc>
          <w:tcPr>
            <w:tcW w:w="2880" w:type="dxa"/>
          </w:tcPr>
          <w:p w:rsidR="006F7457" w:rsidRPr="00332DB8" w:rsidRDefault="006F7457">
            <w:pPr>
              <w:rPr>
                <w:lang w:val="ru-RU"/>
              </w:rPr>
            </w:pPr>
          </w:p>
        </w:tc>
      </w:tr>
      <w:tr w:rsidR="006F7457" w:rsidRPr="00DD284B">
        <w:tc>
          <w:tcPr>
            <w:tcW w:w="2880" w:type="dxa"/>
          </w:tcPr>
          <w:p w:rsidR="006F7457" w:rsidRDefault="00332DB8">
            <w:r>
              <w:t>1578.</w:t>
            </w:r>
          </w:p>
        </w:tc>
        <w:tc>
          <w:tcPr>
            <w:tcW w:w="2880" w:type="dxa"/>
          </w:tcPr>
          <w:p w:rsidR="006F7457" w:rsidRPr="00332DB8" w:rsidRDefault="00332DB8">
            <w:pPr>
              <w:rPr>
                <w:lang w:val="ru-RU"/>
              </w:rPr>
            </w:pPr>
            <w:r w:rsidRPr="00332DB8">
              <w:rPr>
                <w:lang w:val="ru-RU"/>
              </w:rPr>
              <w:t xml:space="preserve">Информационный материал «Сорвать проведение антинародной олимпиады в Сочи!!!», размещенный на Интернет-сайте </w:t>
            </w:r>
            <w:r>
              <w:t>www</w:t>
            </w:r>
            <w:r w:rsidRPr="00332DB8">
              <w:rPr>
                <w:lang w:val="ru-RU"/>
              </w:rPr>
              <w:t>.</w:t>
            </w:r>
            <w:r>
              <w:t>vnrf</w:t>
            </w:r>
            <w:r w:rsidRPr="00332DB8">
              <w:rPr>
                <w:lang w:val="ru-RU"/>
              </w:rPr>
              <w:t>.</w:t>
            </w:r>
            <w:r>
              <w:t>org</w:t>
            </w:r>
            <w:r w:rsidRPr="00332DB8">
              <w:rPr>
                <w:lang w:val="ru-RU"/>
              </w:rPr>
              <w:t xml:space="preserve"> (решение Мещанского районного суда города Москвы от 03.08.2012 и решение Советского районного суда города Липецка от 01.11.2012);</w:t>
            </w:r>
          </w:p>
        </w:tc>
        <w:tc>
          <w:tcPr>
            <w:tcW w:w="2880" w:type="dxa"/>
          </w:tcPr>
          <w:p w:rsidR="006F7457" w:rsidRPr="00332DB8" w:rsidRDefault="006F7457">
            <w:pPr>
              <w:rPr>
                <w:lang w:val="ru-RU"/>
              </w:rPr>
            </w:pPr>
          </w:p>
        </w:tc>
      </w:tr>
      <w:tr w:rsidR="006F7457" w:rsidRPr="00DD284B">
        <w:tc>
          <w:tcPr>
            <w:tcW w:w="2880" w:type="dxa"/>
          </w:tcPr>
          <w:p w:rsidR="006F7457" w:rsidRDefault="00332DB8">
            <w:r>
              <w:t>1579.</w:t>
            </w:r>
          </w:p>
        </w:tc>
        <w:tc>
          <w:tcPr>
            <w:tcW w:w="2880" w:type="dxa"/>
          </w:tcPr>
          <w:p w:rsidR="006F7457" w:rsidRPr="00332DB8" w:rsidRDefault="00332DB8">
            <w:pPr>
              <w:rPr>
                <w:lang w:val="ru-RU"/>
              </w:rPr>
            </w:pPr>
            <w:r w:rsidRPr="00332DB8">
              <w:rPr>
                <w:lang w:val="ru-RU"/>
              </w:rPr>
              <w:t xml:space="preserve">Информационный материал «Убей путинского полицая!!!», размещенный на Интернет-сайте </w:t>
            </w:r>
            <w:r>
              <w:t>www</w:t>
            </w:r>
            <w:r w:rsidRPr="00332DB8">
              <w:rPr>
                <w:lang w:val="ru-RU"/>
              </w:rPr>
              <w:t>.</w:t>
            </w:r>
            <w:r>
              <w:t>vnrf</w:t>
            </w:r>
            <w:r w:rsidRPr="00332DB8">
              <w:rPr>
                <w:lang w:val="ru-RU"/>
              </w:rPr>
              <w:t>.</w:t>
            </w:r>
            <w:r>
              <w:t>org</w:t>
            </w:r>
            <w:r w:rsidRPr="00332DB8">
              <w:rPr>
                <w:lang w:val="ru-RU"/>
              </w:rPr>
              <w:t xml:space="preserve"> (решение Мещанского районного суда города Москвы от 03.08.2012);</w:t>
            </w:r>
          </w:p>
        </w:tc>
        <w:tc>
          <w:tcPr>
            <w:tcW w:w="2880" w:type="dxa"/>
          </w:tcPr>
          <w:p w:rsidR="006F7457" w:rsidRPr="00332DB8" w:rsidRDefault="006F7457">
            <w:pPr>
              <w:rPr>
                <w:lang w:val="ru-RU"/>
              </w:rPr>
            </w:pPr>
          </w:p>
        </w:tc>
      </w:tr>
      <w:tr w:rsidR="006F7457" w:rsidRPr="00DD284B">
        <w:tc>
          <w:tcPr>
            <w:tcW w:w="2880" w:type="dxa"/>
          </w:tcPr>
          <w:p w:rsidR="006F7457" w:rsidRDefault="00332DB8">
            <w:r>
              <w:t>1580.</w:t>
            </w:r>
          </w:p>
        </w:tc>
        <w:tc>
          <w:tcPr>
            <w:tcW w:w="2880" w:type="dxa"/>
          </w:tcPr>
          <w:p w:rsidR="006F7457" w:rsidRPr="00332DB8" w:rsidRDefault="00332DB8">
            <w:pPr>
              <w:rPr>
                <w:lang w:val="ru-RU"/>
              </w:rPr>
            </w:pPr>
            <w:r w:rsidRPr="00332DB8">
              <w:rPr>
                <w:lang w:val="ru-RU"/>
              </w:rPr>
              <w:t xml:space="preserve">Информационный материал «Сорвать антинародные псевдовыборы!!!», размещенный на Интернет-сайте </w:t>
            </w:r>
            <w:r>
              <w:t>www</w:t>
            </w:r>
            <w:r w:rsidRPr="00332DB8">
              <w:rPr>
                <w:lang w:val="ru-RU"/>
              </w:rPr>
              <w:t>.</w:t>
            </w:r>
            <w:r>
              <w:t>vnrf</w:t>
            </w:r>
            <w:r w:rsidRPr="00332DB8">
              <w:rPr>
                <w:lang w:val="ru-RU"/>
              </w:rPr>
              <w:t>.</w:t>
            </w:r>
            <w:r>
              <w:t>org</w:t>
            </w:r>
            <w:r w:rsidRPr="00332DB8">
              <w:rPr>
                <w:lang w:val="ru-RU"/>
              </w:rPr>
              <w:t xml:space="preserve"> (решение Мещанского районного суда города Москвы от 03.08.2012);</w:t>
            </w:r>
          </w:p>
        </w:tc>
        <w:tc>
          <w:tcPr>
            <w:tcW w:w="2880" w:type="dxa"/>
          </w:tcPr>
          <w:p w:rsidR="006F7457" w:rsidRPr="00332DB8" w:rsidRDefault="006F7457">
            <w:pPr>
              <w:rPr>
                <w:lang w:val="ru-RU"/>
              </w:rPr>
            </w:pPr>
          </w:p>
        </w:tc>
      </w:tr>
      <w:tr w:rsidR="006F7457" w:rsidRPr="00DD284B">
        <w:tc>
          <w:tcPr>
            <w:tcW w:w="2880" w:type="dxa"/>
          </w:tcPr>
          <w:p w:rsidR="006F7457" w:rsidRDefault="00332DB8">
            <w:r>
              <w:t>1581.</w:t>
            </w:r>
          </w:p>
        </w:tc>
        <w:tc>
          <w:tcPr>
            <w:tcW w:w="2880" w:type="dxa"/>
          </w:tcPr>
          <w:p w:rsidR="006F7457" w:rsidRPr="00332DB8" w:rsidRDefault="00332DB8">
            <w:pPr>
              <w:rPr>
                <w:lang w:val="ru-RU"/>
              </w:rPr>
            </w:pPr>
            <w:r w:rsidRPr="00332DB8">
              <w:rPr>
                <w:lang w:val="ru-RU"/>
              </w:rPr>
              <w:t xml:space="preserve">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t>
            </w:r>
            <w:r>
              <w:t>www</w:t>
            </w:r>
            <w:r w:rsidRPr="00332DB8">
              <w:rPr>
                <w:lang w:val="ru-RU"/>
              </w:rPr>
              <w:t>.</w:t>
            </w:r>
            <w:r>
              <w:t>vnrf</w:t>
            </w:r>
            <w:r w:rsidRPr="00332DB8">
              <w:rPr>
                <w:lang w:val="ru-RU"/>
              </w:rPr>
              <w:t>.</w:t>
            </w:r>
            <w:r>
              <w:t>org</w:t>
            </w:r>
            <w:r w:rsidRPr="00332DB8">
              <w:rPr>
                <w:lang w:val="ru-RU"/>
              </w:rPr>
              <w:t xml:space="preserve"> (решение Мещанского районного суда города Москвы от 03.08.2012);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1582.</w:t>
            </w:r>
          </w:p>
        </w:tc>
        <w:tc>
          <w:tcPr>
            <w:tcW w:w="2880" w:type="dxa"/>
          </w:tcPr>
          <w:p w:rsidR="006F7457" w:rsidRPr="00332DB8" w:rsidRDefault="00332DB8">
            <w:pPr>
              <w:rPr>
                <w:lang w:val="ru-RU"/>
              </w:rPr>
            </w:pPr>
            <w:r w:rsidRPr="00332DB8">
              <w:rPr>
                <w:lang w:val="ru-RU"/>
              </w:rPr>
              <w:t xml:space="preserve">Интернет-сайт </w:t>
            </w:r>
            <w:r>
              <w:t>www</w:t>
            </w:r>
            <w:r w:rsidRPr="00332DB8">
              <w:rPr>
                <w:lang w:val="ru-RU"/>
              </w:rPr>
              <w:t>.</w:t>
            </w:r>
            <w:r>
              <w:t>vnrf</w:t>
            </w:r>
            <w:r w:rsidRPr="00332DB8">
              <w:rPr>
                <w:lang w:val="ru-RU"/>
              </w:rPr>
              <w:t>.</w:t>
            </w:r>
            <w:r>
              <w:t>org</w:t>
            </w:r>
            <w:r w:rsidRPr="00332DB8">
              <w:rPr>
                <w:lang w:val="ru-RU"/>
              </w:rPr>
              <w:t xml:space="preserve"> (решение Мещанского районного суда города Москвы от 03.08.2012);</w:t>
            </w:r>
          </w:p>
        </w:tc>
        <w:tc>
          <w:tcPr>
            <w:tcW w:w="2880" w:type="dxa"/>
          </w:tcPr>
          <w:p w:rsidR="006F7457" w:rsidRPr="00332DB8" w:rsidRDefault="006F7457">
            <w:pPr>
              <w:rPr>
                <w:lang w:val="ru-RU"/>
              </w:rPr>
            </w:pPr>
          </w:p>
        </w:tc>
      </w:tr>
      <w:tr w:rsidR="006F7457" w:rsidRPr="00DD284B">
        <w:tc>
          <w:tcPr>
            <w:tcW w:w="2880" w:type="dxa"/>
          </w:tcPr>
          <w:p w:rsidR="006F7457" w:rsidRDefault="00332DB8">
            <w:r>
              <w:t>1583.</w:t>
            </w:r>
          </w:p>
        </w:tc>
        <w:tc>
          <w:tcPr>
            <w:tcW w:w="2880" w:type="dxa"/>
          </w:tcPr>
          <w:p w:rsidR="006F7457" w:rsidRPr="00332DB8" w:rsidRDefault="00332DB8">
            <w:pPr>
              <w:rPr>
                <w:lang w:val="ru-RU"/>
              </w:rPr>
            </w:pPr>
            <w:r w:rsidRPr="00332DB8">
              <w:rPr>
                <w:lang w:val="ru-RU"/>
              </w:rPr>
              <w:t xml:space="preserve">Информационный материал «Рассказ узбека гастарбайтера», размещенный на сайте: </w:t>
            </w:r>
            <w:r>
              <w:t>http</w:t>
            </w:r>
            <w:r w:rsidRPr="00332DB8">
              <w:rPr>
                <w:lang w:val="ru-RU"/>
              </w:rPr>
              <w:t>://</w:t>
            </w:r>
            <w:r>
              <w:t>via</w:t>
            </w:r>
            <w:r w:rsidRPr="00332DB8">
              <w:rPr>
                <w:lang w:val="ru-RU"/>
              </w:rPr>
              <w:t>-</w:t>
            </w:r>
            <w:r>
              <w:t>midgard</w:t>
            </w:r>
            <w:r w:rsidRPr="00332DB8">
              <w:rPr>
                <w:lang w:val="ru-RU"/>
              </w:rPr>
              <w:t>.</w:t>
            </w:r>
            <w:r>
              <w:t>info</w:t>
            </w:r>
            <w:r w:rsidRPr="00332DB8">
              <w:rPr>
                <w:lang w:val="ru-RU"/>
              </w:rPr>
              <w:t>/</w:t>
            </w:r>
            <w:r>
              <w:t>blogs</w:t>
            </w:r>
            <w:r w:rsidRPr="00332DB8">
              <w:rPr>
                <w:lang w:val="ru-RU"/>
              </w:rPr>
              <w:t>/14546-</w:t>
            </w:r>
            <w:r>
              <w:t>rasskaz</w:t>
            </w:r>
            <w:r w:rsidRPr="00332DB8">
              <w:rPr>
                <w:lang w:val="ru-RU"/>
              </w:rPr>
              <w:t>-</w:t>
            </w:r>
            <w:r>
              <w:t>uzbeka</w:t>
            </w:r>
            <w:r w:rsidRPr="00332DB8">
              <w:rPr>
                <w:lang w:val="ru-RU"/>
              </w:rPr>
              <w:t>-</w:t>
            </w:r>
            <w:r>
              <w:t>gastarbajtera</w:t>
            </w:r>
            <w:r w:rsidRPr="00332DB8">
              <w:rPr>
                <w:lang w:val="ru-RU"/>
              </w:rPr>
              <w:t>.</w:t>
            </w:r>
            <w:r>
              <w:t>html</w:t>
            </w:r>
            <w:r w:rsidRPr="00332DB8">
              <w:rPr>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c>
          <w:tcPr>
            <w:tcW w:w="2880" w:type="dxa"/>
          </w:tcPr>
          <w:p w:rsidR="006F7457" w:rsidRPr="00332DB8" w:rsidRDefault="006F7457">
            <w:pPr>
              <w:rPr>
                <w:lang w:val="ru-RU"/>
              </w:rPr>
            </w:pPr>
          </w:p>
        </w:tc>
      </w:tr>
      <w:tr w:rsidR="006F7457" w:rsidRPr="00DD284B">
        <w:tc>
          <w:tcPr>
            <w:tcW w:w="2880" w:type="dxa"/>
          </w:tcPr>
          <w:p w:rsidR="006F7457" w:rsidRDefault="00332DB8">
            <w:r>
              <w:t>1584.</w:t>
            </w:r>
          </w:p>
        </w:tc>
        <w:tc>
          <w:tcPr>
            <w:tcW w:w="2880" w:type="dxa"/>
          </w:tcPr>
          <w:p w:rsidR="006F7457" w:rsidRPr="00332DB8" w:rsidRDefault="00332DB8">
            <w:pPr>
              <w:rPr>
                <w:lang w:val="ru-RU"/>
              </w:rPr>
            </w:pPr>
            <w:r w:rsidRPr="00332DB8">
              <w:rPr>
                <w:lang w:val="ru-RU"/>
              </w:rPr>
              <w:t xml:space="preserve">Информационный материал «Сценарий резни русских от старого узбека. Послесловие», размещенный на сайте: </w:t>
            </w:r>
            <w:r>
              <w:t>http</w:t>
            </w:r>
            <w:r w:rsidRPr="00332DB8">
              <w:rPr>
                <w:lang w:val="ru-RU"/>
              </w:rPr>
              <w:t>://</w:t>
            </w:r>
            <w:r>
              <w:t>oper</w:t>
            </w:r>
            <w:r w:rsidRPr="00332DB8">
              <w:rPr>
                <w:lang w:val="ru-RU"/>
              </w:rPr>
              <w:t>-</w:t>
            </w:r>
            <w:r>
              <w:t>v</w:t>
            </w:r>
            <w:r w:rsidRPr="00332DB8">
              <w:rPr>
                <w:lang w:val="ru-RU"/>
              </w:rPr>
              <w:t>-</w:t>
            </w:r>
            <w:r>
              <w:t>zakone</w:t>
            </w:r>
            <w:r w:rsidRPr="00332DB8">
              <w:rPr>
                <w:lang w:val="ru-RU"/>
              </w:rPr>
              <w:t>.</w:t>
            </w:r>
            <w:r>
              <w:t>livejournal</w:t>
            </w:r>
            <w:r w:rsidRPr="00332DB8">
              <w:rPr>
                <w:lang w:val="ru-RU"/>
              </w:rPr>
              <w:t>.</w:t>
            </w:r>
            <w:r>
              <w:t>com</w:t>
            </w:r>
            <w:r w:rsidRPr="00332DB8">
              <w:rPr>
                <w:lang w:val="ru-RU"/>
              </w:rPr>
              <w:t>/81601.</w:t>
            </w:r>
            <w:r>
              <w:t>html</w:t>
            </w:r>
            <w:r w:rsidRPr="00332DB8">
              <w:rPr>
                <w:lang w:val="ru-RU"/>
              </w:rPr>
              <w:t>#</w:t>
            </w:r>
            <w:r>
              <w:t>cutidi</w:t>
            </w:r>
            <w:r w:rsidRPr="00332DB8">
              <w:rPr>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c>
          <w:tcPr>
            <w:tcW w:w="2880" w:type="dxa"/>
          </w:tcPr>
          <w:p w:rsidR="006F7457" w:rsidRPr="00332DB8" w:rsidRDefault="006F7457">
            <w:pPr>
              <w:rPr>
                <w:lang w:val="ru-RU"/>
              </w:rPr>
            </w:pPr>
          </w:p>
        </w:tc>
      </w:tr>
      <w:tr w:rsidR="006F7457" w:rsidRPr="00DD284B">
        <w:tc>
          <w:tcPr>
            <w:tcW w:w="2880" w:type="dxa"/>
          </w:tcPr>
          <w:p w:rsidR="006F7457" w:rsidRDefault="00332DB8">
            <w:r>
              <w:t>1585.</w:t>
            </w:r>
          </w:p>
        </w:tc>
        <w:tc>
          <w:tcPr>
            <w:tcW w:w="2880" w:type="dxa"/>
          </w:tcPr>
          <w:p w:rsidR="006F7457" w:rsidRPr="00332DB8" w:rsidRDefault="00332DB8">
            <w:pPr>
              <w:rPr>
                <w:lang w:val="ru-RU"/>
              </w:rPr>
            </w:pPr>
            <w:r w:rsidRPr="00332DB8">
              <w:rPr>
                <w:lang w:val="ru-RU"/>
              </w:rPr>
              <w:t xml:space="preserve">Информационный материал «Запрет на использование иностранной рабочей силы на территории РФ», размещенный на сайте: </w:t>
            </w:r>
            <w:r>
              <w:t>http</w:t>
            </w:r>
            <w:r w:rsidRPr="00332DB8">
              <w:rPr>
                <w:lang w:val="ru-RU"/>
              </w:rPr>
              <w:t>://</w:t>
            </w:r>
            <w:r>
              <w:t>my</w:t>
            </w:r>
            <w:r w:rsidRPr="00332DB8">
              <w:rPr>
                <w:lang w:val="ru-RU"/>
              </w:rPr>
              <w:t>.</w:t>
            </w:r>
            <w:r>
              <w:t>mail</w:t>
            </w:r>
            <w:r w:rsidRPr="00332DB8">
              <w:rPr>
                <w:lang w:val="ru-RU"/>
              </w:rPr>
              <w:t>.</w:t>
            </w:r>
            <w:r>
              <w:t>ru</w:t>
            </w:r>
            <w:r w:rsidRPr="00332DB8">
              <w:rPr>
                <w:lang w:val="ru-RU"/>
              </w:rPr>
              <w:t>/</w:t>
            </w:r>
            <w:r>
              <w:t>my</w:t>
            </w:r>
            <w:r w:rsidRPr="00332DB8">
              <w:rPr>
                <w:lang w:val="ru-RU"/>
              </w:rPr>
              <w:t>/</w:t>
            </w:r>
            <w:r>
              <w:t>external</w:t>
            </w:r>
            <w:r w:rsidRPr="00332DB8">
              <w:rPr>
                <w:lang w:val="ru-RU"/>
              </w:rPr>
              <w:t>_</w:t>
            </w:r>
            <w:r>
              <w:t>link</w:t>
            </w:r>
            <w:r w:rsidRPr="00332DB8">
              <w:rPr>
                <w:lang w:val="ru-RU"/>
              </w:rPr>
              <w:t xml:space="preserve">= </w:t>
            </w:r>
            <w:r>
              <w:t>http</w:t>
            </w:r>
            <w:r w:rsidRPr="00332DB8">
              <w:rPr>
                <w:lang w:val="ru-RU"/>
              </w:rPr>
              <w:t>%3</w:t>
            </w:r>
            <w:r>
              <w:t>a</w:t>
            </w:r>
            <w:r w:rsidRPr="00332DB8">
              <w:rPr>
                <w:lang w:val="ru-RU"/>
              </w:rPr>
              <w:t>%2</w:t>
            </w:r>
            <w:r>
              <w:t>f</w:t>
            </w:r>
            <w:r w:rsidRPr="00332DB8">
              <w:rPr>
                <w:lang w:val="ru-RU"/>
              </w:rPr>
              <w:t xml:space="preserve">%2 </w:t>
            </w:r>
            <w:r>
              <w:t>fgoodwin</w:t>
            </w:r>
            <w:r w:rsidRPr="00332DB8">
              <w:rPr>
                <w:lang w:val="ru-RU"/>
              </w:rPr>
              <w:t xml:space="preserve"> - </w:t>
            </w:r>
            <w:r>
              <w:t>hunters</w:t>
            </w:r>
            <w:r w:rsidRPr="00332DB8">
              <w:rPr>
                <w:lang w:val="ru-RU"/>
              </w:rPr>
              <w:t>.</w:t>
            </w:r>
            <w:r>
              <w:t>livejournal</w:t>
            </w:r>
            <w:r w:rsidRPr="00332DB8">
              <w:rPr>
                <w:lang w:val="ru-RU"/>
              </w:rPr>
              <w:t>.</w:t>
            </w:r>
            <w:r>
              <w:t>com</w:t>
            </w:r>
            <w:r w:rsidRPr="00332DB8">
              <w:rPr>
                <w:lang w:val="ru-RU"/>
              </w:rPr>
              <w:t>%2</w:t>
            </w:r>
            <w:r>
              <w:t>fl</w:t>
            </w:r>
            <w:r w:rsidRPr="00332DB8">
              <w:rPr>
                <w:lang w:val="ru-RU"/>
              </w:rPr>
              <w:t>6387.</w:t>
            </w:r>
            <w:r>
              <w:t>html</w:t>
            </w:r>
            <w:r w:rsidRPr="00332DB8">
              <w:rPr>
                <w:lang w:val="ru-RU"/>
              </w:rPr>
              <w:t xml:space="preserve"> (решение Центрального районного суда города Красноярска от 29.06.2012 и определение Центрального районного суда города Красноярска от 28.09.2012);</w:t>
            </w:r>
          </w:p>
        </w:tc>
        <w:tc>
          <w:tcPr>
            <w:tcW w:w="2880" w:type="dxa"/>
          </w:tcPr>
          <w:p w:rsidR="006F7457" w:rsidRPr="00332DB8" w:rsidRDefault="006F7457">
            <w:pPr>
              <w:rPr>
                <w:lang w:val="ru-RU"/>
              </w:rPr>
            </w:pPr>
          </w:p>
        </w:tc>
      </w:tr>
      <w:tr w:rsidR="006F7457" w:rsidRPr="00DD284B">
        <w:tc>
          <w:tcPr>
            <w:tcW w:w="2880" w:type="dxa"/>
          </w:tcPr>
          <w:p w:rsidR="006F7457" w:rsidRDefault="00332DB8">
            <w:r>
              <w:t>1586.</w:t>
            </w:r>
          </w:p>
        </w:tc>
        <w:tc>
          <w:tcPr>
            <w:tcW w:w="2880" w:type="dxa"/>
          </w:tcPr>
          <w:p w:rsidR="006F7457" w:rsidRPr="00332DB8" w:rsidRDefault="00332DB8">
            <w:pPr>
              <w:rPr>
                <w:lang w:val="ru-RU"/>
              </w:rPr>
            </w:pPr>
            <w:r w:rsidRPr="00332DB8">
              <w:rPr>
                <w:lang w:val="ru-RU"/>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2880" w:type="dxa"/>
          </w:tcPr>
          <w:p w:rsidR="006F7457" w:rsidRPr="00332DB8" w:rsidRDefault="006F7457">
            <w:pPr>
              <w:rPr>
                <w:lang w:val="ru-RU"/>
              </w:rPr>
            </w:pPr>
          </w:p>
        </w:tc>
      </w:tr>
      <w:tr w:rsidR="006F7457" w:rsidRPr="00DD284B">
        <w:tc>
          <w:tcPr>
            <w:tcW w:w="2880" w:type="dxa"/>
          </w:tcPr>
          <w:p w:rsidR="006F7457" w:rsidRDefault="00332DB8">
            <w:r>
              <w:t>158</w:t>
            </w:r>
            <w:r>
              <w:lastRenderedPageBreak/>
              <w:t>7.</w:t>
            </w:r>
          </w:p>
        </w:tc>
        <w:tc>
          <w:tcPr>
            <w:tcW w:w="2880" w:type="dxa"/>
          </w:tcPr>
          <w:p w:rsidR="006F7457" w:rsidRPr="00332DB8" w:rsidRDefault="00332DB8">
            <w:pPr>
              <w:rPr>
                <w:lang w:val="ru-RU"/>
              </w:rPr>
            </w:pPr>
            <w:r w:rsidRPr="00332DB8">
              <w:rPr>
                <w:lang w:val="ru-RU"/>
              </w:rPr>
              <w:lastRenderedPageBreak/>
              <w:t>Материалы сайта «Нуррудин-инфо» («</w:t>
            </w:r>
            <w:r>
              <w:t>Nuruddin</w:t>
            </w:r>
            <w:r w:rsidRPr="00332DB8">
              <w:rPr>
                <w:lang w:val="ru-RU"/>
              </w:rPr>
              <w:t>-</w:t>
            </w:r>
            <w:r>
              <w:t>info</w:t>
            </w:r>
            <w:r w:rsidRPr="00332DB8">
              <w:rPr>
                <w:lang w:val="ru-RU"/>
              </w:rPr>
              <w:t xml:space="preserve">») - </w:t>
            </w:r>
            <w:r>
              <w:t>http</w:t>
            </w:r>
            <w:r w:rsidRPr="00332DB8">
              <w:rPr>
                <w:lang w:val="ru-RU"/>
              </w:rPr>
              <w:t>://</w:t>
            </w:r>
            <w:r>
              <w:t>www</w:t>
            </w:r>
            <w:r w:rsidRPr="00332DB8">
              <w:rPr>
                <w:lang w:val="ru-RU"/>
              </w:rPr>
              <w:t>.</w:t>
            </w:r>
            <w:r>
              <w:t>nuruddin</w:t>
            </w:r>
            <w:r w:rsidRPr="00332DB8">
              <w:rPr>
                <w:lang w:val="ru-RU"/>
              </w:rPr>
              <w:t>-</w:t>
            </w:r>
            <w:r>
              <w:t>info</w:t>
            </w:r>
            <w:r w:rsidRPr="00332DB8">
              <w:rPr>
                <w:lang w:val="ru-RU"/>
              </w:rPr>
              <w:t>.</w:t>
            </w:r>
            <w:r>
              <w:t>blogspot</w:t>
            </w:r>
            <w:r w:rsidRPr="00332DB8">
              <w:rPr>
                <w:lang w:val="ru-RU"/>
              </w:rPr>
              <w:t>.</w:t>
            </w:r>
            <w:r>
              <w:t>com</w:t>
            </w:r>
            <w:r w:rsidRPr="00332DB8">
              <w:rPr>
                <w:lang w:val="ru-RU"/>
              </w:rPr>
              <w:t>/ (решение Печорского городского суда Республики Коми от 11.10.2012);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1588.</w:t>
            </w:r>
          </w:p>
        </w:tc>
        <w:tc>
          <w:tcPr>
            <w:tcW w:w="2880" w:type="dxa"/>
          </w:tcPr>
          <w:p w:rsidR="006F7457" w:rsidRPr="00332DB8" w:rsidRDefault="00332DB8">
            <w:pPr>
              <w:rPr>
                <w:lang w:val="ru-RU"/>
              </w:rPr>
            </w:pPr>
            <w:r w:rsidRPr="00332DB8">
              <w:rPr>
                <w:lang w:val="ru-RU"/>
              </w:rPr>
              <w:t xml:space="preserve">Интернет-сайт </w:t>
            </w:r>
            <w:r>
              <w:t>www</w:t>
            </w:r>
            <w:r w:rsidRPr="00332DB8">
              <w:rPr>
                <w:lang w:val="ru-RU"/>
              </w:rPr>
              <w:t>.</w:t>
            </w:r>
            <w:r>
              <w:t>blackblocg</w:t>
            </w:r>
            <w:r w:rsidRPr="00332DB8">
              <w:rPr>
                <w:lang w:val="ru-RU"/>
              </w:rPr>
              <w:t>.</w:t>
            </w:r>
            <w:r>
              <w:t>info</w:t>
            </w:r>
            <w:r w:rsidRPr="00332DB8">
              <w:rPr>
                <w:lang w:val="ru-RU"/>
              </w:rPr>
              <w:t xml:space="preserve"> (решение Мещанского районного суда города Москвы от 17.09.2012);</w:t>
            </w:r>
          </w:p>
        </w:tc>
        <w:tc>
          <w:tcPr>
            <w:tcW w:w="2880" w:type="dxa"/>
          </w:tcPr>
          <w:p w:rsidR="006F7457" w:rsidRPr="00332DB8" w:rsidRDefault="006F7457">
            <w:pPr>
              <w:rPr>
                <w:lang w:val="ru-RU"/>
              </w:rPr>
            </w:pPr>
          </w:p>
        </w:tc>
      </w:tr>
      <w:tr w:rsidR="006F7457" w:rsidRPr="00DD284B">
        <w:tc>
          <w:tcPr>
            <w:tcW w:w="2880" w:type="dxa"/>
          </w:tcPr>
          <w:p w:rsidR="006F7457" w:rsidRDefault="00332DB8">
            <w:r>
              <w:t>1589.</w:t>
            </w:r>
          </w:p>
        </w:tc>
        <w:tc>
          <w:tcPr>
            <w:tcW w:w="2880" w:type="dxa"/>
          </w:tcPr>
          <w:p w:rsidR="006F7457" w:rsidRPr="00332DB8" w:rsidRDefault="00332DB8">
            <w:pPr>
              <w:rPr>
                <w:lang w:val="ru-RU"/>
              </w:rPr>
            </w:pPr>
            <w:r w:rsidRPr="00332DB8">
              <w:rPr>
                <w:lang w:val="ru-RU"/>
              </w:rPr>
              <w:t xml:space="preserve">Информационный материал «Невинность мусульман» («Невинность ислама»), размещенный в сети Интернет по адресу: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uiBcdZfsaS</w:t>
            </w:r>
            <w:r w:rsidRPr="00332DB8">
              <w:rPr>
                <w:lang w:val="ru-RU"/>
              </w:rPr>
              <w:t>8 (решение Тверского районного суда города Москвы от 01.10.2012);</w:t>
            </w:r>
          </w:p>
        </w:tc>
        <w:tc>
          <w:tcPr>
            <w:tcW w:w="2880" w:type="dxa"/>
          </w:tcPr>
          <w:p w:rsidR="006F7457" w:rsidRPr="00332DB8" w:rsidRDefault="006F7457">
            <w:pPr>
              <w:rPr>
                <w:lang w:val="ru-RU"/>
              </w:rPr>
            </w:pPr>
          </w:p>
        </w:tc>
      </w:tr>
      <w:tr w:rsidR="006F7457">
        <w:tc>
          <w:tcPr>
            <w:tcW w:w="2880" w:type="dxa"/>
          </w:tcPr>
          <w:p w:rsidR="006F7457" w:rsidRDefault="00332DB8">
            <w:r>
              <w:t>1590.</w:t>
            </w:r>
          </w:p>
        </w:tc>
        <w:tc>
          <w:tcPr>
            <w:tcW w:w="2880" w:type="dxa"/>
          </w:tcPr>
          <w:p w:rsidR="006F7457" w:rsidRDefault="00332DB8">
            <w:r w:rsidRPr="00332DB8">
              <w:rPr>
                <w:lang w:val="ru-RU"/>
              </w:rPr>
              <w:t xml:space="preserve">Видеофильм «Проклятие Турции (полная версия)», размещенный на Интернет-ресурсе </w:t>
            </w:r>
            <w:r>
              <w:t>http</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BCwkRcDlo</w:t>
            </w:r>
            <w:r w:rsidRPr="00332DB8">
              <w:rPr>
                <w:lang w:val="ru-RU"/>
              </w:rPr>
              <w:t>2</w:t>
            </w:r>
            <w:r>
              <w:t>k</w:t>
            </w:r>
            <w:r w:rsidRPr="00332DB8">
              <w:rPr>
                <w:lang w:val="ru-RU"/>
              </w:rPr>
              <w:t>&amp;</w:t>
            </w:r>
            <w:r>
              <w:t>feature</w:t>
            </w:r>
            <w:r w:rsidRPr="00332DB8">
              <w:rPr>
                <w:lang w:val="ru-RU"/>
              </w:rPr>
              <w:t>=</w:t>
            </w:r>
            <w:r>
              <w:t>related</w:t>
            </w:r>
            <w:r w:rsidRPr="00332DB8">
              <w:rPr>
                <w:lang w:val="ru-RU"/>
              </w:rPr>
              <w:t xml:space="preserve">. </w:t>
            </w:r>
            <w:r>
              <w:t>(решение Жигулевского городского суда Самарской области от 29.08.2012);</w:t>
            </w:r>
          </w:p>
        </w:tc>
        <w:tc>
          <w:tcPr>
            <w:tcW w:w="2880" w:type="dxa"/>
          </w:tcPr>
          <w:p w:rsidR="006F7457" w:rsidRDefault="006F7457"/>
        </w:tc>
      </w:tr>
      <w:tr w:rsidR="006F7457" w:rsidRPr="00DD284B">
        <w:tc>
          <w:tcPr>
            <w:tcW w:w="2880" w:type="dxa"/>
          </w:tcPr>
          <w:p w:rsidR="006F7457" w:rsidRDefault="00332DB8">
            <w:r>
              <w:t>1591.</w:t>
            </w:r>
          </w:p>
        </w:tc>
        <w:tc>
          <w:tcPr>
            <w:tcW w:w="2880" w:type="dxa"/>
          </w:tcPr>
          <w:p w:rsidR="006F7457" w:rsidRPr="00332DB8" w:rsidRDefault="00332DB8">
            <w:pPr>
              <w:rPr>
                <w:lang w:val="ru-RU"/>
              </w:rPr>
            </w:pPr>
            <w:r w:rsidRPr="00332DB8">
              <w:rPr>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67446493 «Аргентина - Шире шаг» (решение Новоильинского районного суда г. Новокузнецка Кемеровской области от 11.09.2012);</w:t>
            </w:r>
          </w:p>
        </w:tc>
        <w:tc>
          <w:tcPr>
            <w:tcW w:w="2880" w:type="dxa"/>
          </w:tcPr>
          <w:p w:rsidR="006F7457" w:rsidRPr="00332DB8" w:rsidRDefault="006F7457">
            <w:pPr>
              <w:rPr>
                <w:lang w:val="ru-RU"/>
              </w:rPr>
            </w:pPr>
          </w:p>
        </w:tc>
      </w:tr>
      <w:tr w:rsidR="006F7457" w:rsidRPr="00DD284B">
        <w:tc>
          <w:tcPr>
            <w:tcW w:w="2880" w:type="dxa"/>
          </w:tcPr>
          <w:p w:rsidR="006F7457" w:rsidRDefault="00332DB8">
            <w:r>
              <w:t>1592.</w:t>
            </w:r>
          </w:p>
        </w:tc>
        <w:tc>
          <w:tcPr>
            <w:tcW w:w="2880" w:type="dxa"/>
          </w:tcPr>
          <w:p w:rsidR="006F7457" w:rsidRPr="00332DB8" w:rsidRDefault="00332DB8">
            <w:pPr>
              <w:rPr>
                <w:lang w:val="ru-RU"/>
              </w:rPr>
            </w:pPr>
            <w:r w:rsidRPr="00332DB8">
              <w:rPr>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67446493 «Железный Порядок - 88» (решение Новоильинского районного суда г. Новокузнецка Кемеровской области от 11.09.2012);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1593.</w:t>
            </w:r>
          </w:p>
        </w:tc>
        <w:tc>
          <w:tcPr>
            <w:tcW w:w="2880" w:type="dxa"/>
          </w:tcPr>
          <w:p w:rsidR="006F7457" w:rsidRPr="00332DB8" w:rsidRDefault="00332DB8">
            <w:pPr>
              <w:rPr>
                <w:lang w:val="ru-RU"/>
              </w:rPr>
            </w:pPr>
            <w:r w:rsidRPr="00332DB8">
              <w:rPr>
                <w:lang w:val="ru-RU"/>
              </w:rPr>
              <w:t xml:space="preserve">Аудиозапись - фонограмма, обнаруженная 11.10.2011 в сети Интернет на сайте «В Контакте» на странице пользователя «Илья Белоусов»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67446493 «Железный Порядок - Солдат» (решение Новоильинского районного суда г. Новокузнецка Кемеровской области от 11.09.2012);</w:t>
            </w:r>
          </w:p>
        </w:tc>
        <w:tc>
          <w:tcPr>
            <w:tcW w:w="2880" w:type="dxa"/>
          </w:tcPr>
          <w:p w:rsidR="006F7457" w:rsidRPr="00332DB8" w:rsidRDefault="006F7457">
            <w:pPr>
              <w:rPr>
                <w:lang w:val="ru-RU"/>
              </w:rPr>
            </w:pPr>
          </w:p>
        </w:tc>
      </w:tr>
      <w:tr w:rsidR="006F7457" w:rsidRPr="00DD284B">
        <w:tc>
          <w:tcPr>
            <w:tcW w:w="2880" w:type="dxa"/>
          </w:tcPr>
          <w:p w:rsidR="006F7457" w:rsidRDefault="00332DB8">
            <w:r>
              <w:t>1594.</w:t>
            </w:r>
          </w:p>
        </w:tc>
        <w:tc>
          <w:tcPr>
            <w:tcW w:w="2880" w:type="dxa"/>
          </w:tcPr>
          <w:p w:rsidR="006F7457" w:rsidRPr="00332DB8" w:rsidRDefault="00332DB8">
            <w:pPr>
              <w:rPr>
                <w:lang w:val="ru-RU"/>
              </w:rPr>
            </w:pPr>
            <w:r w:rsidRPr="00332DB8">
              <w:rPr>
                <w:lang w:val="ru-RU"/>
              </w:rPr>
              <w:t xml:space="preserve">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w:t>
            </w:r>
            <w:r>
              <w:t>http</w:t>
            </w:r>
            <w:r w:rsidRPr="00332DB8">
              <w:rPr>
                <w:lang w:val="ru-RU"/>
              </w:rPr>
              <w:t>://</w:t>
            </w:r>
            <w:r>
              <w:t>vk</w:t>
            </w:r>
            <w:r w:rsidRPr="00332DB8">
              <w:rPr>
                <w:lang w:val="ru-RU"/>
              </w:rPr>
              <w:t>.</w:t>
            </w:r>
            <w:r>
              <w:t>com</w:t>
            </w:r>
            <w:r w:rsidRPr="00332DB8">
              <w:rPr>
                <w:lang w:val="ru-RU"/>
              </w:rPr>
              <w:t>/</w:t>
            </w:r>
            <w:r>
              <w:t>club</w:t>
            </w:r>
            <w:r w:rsidRPr="00332DB8">
              <w:rPr>
                <w:lang w:val="ru-RU"/>
              </w:rPr>
              <w:t>26908647 (решение Московского районного суда г. Чебоксары Чувашской Республики от 10.09.2012);</w:t>
            </w:r>
          </w:p>
        </w:tc>
        <w:tc>
          <w:tcPr>
            <w:tcW w:w="2880" w:type="dxa"/>
          </w:tcPr>
          <w:p w:rsidR="006F7457" w:rsidRPr="00332DB8" w:rsidRDefault="006F7457">
            <w:pPr>
              <w:rPr>
                <w:lang w:val="ru-RU"/>
              </w:rPr>
            </w:pPr>
          </w:p>
        </w:tc>
      </w:tr>
      <w:tr w:rsidR="006F7457" w:rsidRPr="00DD284B">
        <w:tc>
          <w:tcPr>
            <w:tcW w:w="2880" w:type="dxa"/>
          </w:tcPr>
          <w:p w:rsidR="006F7457" w:rsidRDefault="00332DB8">
            <w:r>
              <w:t>1595.</w:t>
            </w:r>
          </w:p>
        </w:tc>
        <w:tc>
          <w:tcPr>
            <w:tcW w:w="2880" w:type="dxa"/>
          </w:tcPr>
          <w:p w:rsidR="006F7457" w:rsidRPr="00332DB8" w:rsidRDefault="00332DB8">
            <w:pPr>
              <w:rPr>
                <w:lang w:val="ru-RU"/>
              </w:rPr>
            </w:pPr>
            <w:r w:rsidRPr="00332DB8">
              <w:rPr>
                <w:lang w:val="ru-RU"/>
              </w:rPr>
              <w:t>Информационный материал – листовка «Исповедь узбека-гастарбайтера» (решение Кузьминского районного суда г. Москвы от 17.09.2012);</w:t>
            </w:r>
          </w:p>
        </w:tc>
        <w:tc>
          <w:tcPr>
            <w:tcW w:w="2880" w:type="dxa"/>
          </w:tcPr>
          <w:p w:rsidR="006F7457" w:rsidRPr="00332DB8" w:rsidRDefault="006F7457">
            <w:pPr>
              <w:rPr>
                <w:lang w:val="ru-RU"/>
              </w:rPr>
            </w:pPr>
          </w:p>
        </w:tc>
      </w:tr>
      <w:tr w:rsidR="006F7457" w:rsidRPr="00DD284B">
        <w:tc>
          <w:tcPr>
            <w:tcW w:w="2880" w:type="dxa"/>
          </w:tcPr>
          <w:p w:rsidR="006F7457" w:rsidRDefault="00332DB8">
            <w:r>
              <w:t>1596.</w:t>
            </w:r>
          </w:p>
        </w:tc>
        <w:tc>
          <w:tcPr>
            <w:tcW w:w="2880" w:type="dxa"/>
          </w:tcPr>
          <w:p w:rsidR="006F7457" w:rsidRPr="00332DB8" w:rsidRDefault="00332DB8">
            <w:pPr>
              <w:rPr>
                <w:lang w:val="ru-RU"/>
              </w:rPr>
            </w:pPr>
            <w:r w:rsidRPr="00332DB8">
              <w:rPr>
                <w:lang w:val="ru-RU"/>
              </w:rP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2880" w:type="dxa"/>
          </w:tcPr>
          <w:p w:rsidR="006F7457" w:rsidRPr="00332DB8" w:rsidRDefault="006F7457">
            <w:pPr>
              <w:rPr>
                <w:lang w:val="ru-RU"/>
              </w:rPr>
            </w:pPr>
          </w:p>
        </w:tc>
      </w:tr>
      <w:tr w:rsidR="006F7457" w:rsidRPr="00DD284B">
        <w:tc>
          <w:tcPr>
            <w:tcW w:w="2880" w:type="dxa"/>
          </w:tcPr>
          <w:p w:rsidR="006F7457" w:rsidRDefault="00332DB8">
            <w:r>
              <w:t>1597.</w:t>
            </w:r>
          </w:p>
        </w:tc>
        <w:tc>
          <w:tcPr>
            <w:tcW w:w="2880" w:type="dxa"/>
          </w:tcPr>
          <w:p w:rsidR="006F7457" w:rsidRPr="00332DB8" w:rsidRDefault="00332DB8">
            <w:pPr>
              <w:rPr>
                <w:lang w:val="ru-RU"/>
              </w:rPr>
            </w:pPr>
            <w:r w:rsidRPr="00332DB8">
              <w:rPr>
                <w:lang w:val="ru-RU"/>
              </w:rPr>
              <w:t xml:space="preserve">Информационный материал «Иллюзий больше нет, осталась реальность», расположенный в Интернет-ресурсе </w:t>
            </w:r>
            <w:r>
              <w:t>www</w:t>
            </w:r>
            <w:r w:rsidRPr="00332DB8">
              <w:rPr>
                <w:lang w:val="ru-RU"/>
              </w:rPr>
              <w:t>.</w:t>
            </w:r>
            <w:r>
              <w:t>rusinfo</w:t>
            </w:r>
            <w:r w:rsidRPr="00332DB8">
              <w:rPr>
                <w:lang w:val="ru-RU"/>
              </w:rPr>
              <w:t>.</w:t>
            </w:r>
            <w:r>
              <w:t>cc</w:t>
            </w:r>
            <w:r w:rsidRPr="00332DB8">
              <w:rPr>
                <w:lang w:val="ru-RU"/>
              </w:rPr>
              <w:t xml:space="preserve"> (решение Правобережного районного суда города Липецка от 27.08.2012);</w:t>
            </w:r>
          </w:p>
        </w:tc>
        <w:tc>
          <w:tcPr>
            <w:tcW w:w="2880" w:type="dxa"/>
          </w:tcPr>
          <w:p w:rsidR="006F7457" w:rsidRPr="00332DB8" w:rsidRDefault="006F7457">
            <w:pPr>
              <w:rPr>
                <w:lang w:val="ru-RU"/>
              </w:rPr>
            </w:pPr>
          </w:p>
        </w:tc>
      </w:tr>
      <w:tr w:rsidR="006F7457" w:rsidRPr="00DD284B">
        <w:tc>
          <w:tcPr>
            <w:tcW w:w="2880" w:type="dxa"/>
          </w:tcPr>
          <w:p w:rsidR="006F7457" w:rsidRDefault="00332DB8">
            <w:r>
              <w:t>159</w:t>
            </w:r>
            <w:r>
              <w:lastRenderedPageBreak/>
              <w:t>8.</w:t>
            </w:r>
          </w:p>
        </w:tc>
        <w:tc>
          <w:tcPr>
            <w:tcW w:w="2880" w:type="dxa"/>
          </w:tcPr>
          <w:p w:rsidR="006F7457" w:rsidRPr="00332DB8" w:rsidRDefault="00332DB8">
            <w:pPr>
              <w:rPr>
                <w:lang w:val="ru-RU"/>
              </w:rPr>
            </w:pPr>
            <w:r w:rsidRPr="00332DB8">
              <w:rPr>
                <w:lang w:val="ru-RU"/>
              </w:rPr>
              <w:lastRenderedPageBreak/>
              <w:t xml:space="preserve">Информационный материал «Записки мимоходом (продолжение)», расположенный в Интернет-ресурсе </w:t>
            </w:r>
            <w:r>
              <w:t>www</w:t>
            </w:r>
            <w:r w:rsidRPr="00332DB8">
              <w:rPr>
                <w:lang w:val="ru-RU"/>
              </w:rPr>
              <w:t>.</w:t>
            </w:r>
            <w:r>
              <w:t>rusinfo</w:t>
            </w:r>
            <w:r w:rsidRPr="00332DB8">
              <w:rPr>
                <w:lang w:val="ru-RU"/>
              </w:rPr>
              <w:t>.</w:t>
            </w:r>
            <w:r>
              <w:t>cc</w:t>
            </w:r>
            <w:r w:rsidRPr="00332DB8">
              <w:rPr>
                <w:lang w:val="ru-RU"/>
              </w:rPr>
              <w:t xml:space="preserve"> (решение Правобережного районного суда города Липецка от 27.08.2012);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1599.</w:t>
            </w:r>
          </w:p>
        </w:tc>
        <w:tc>
          <w:tcPr>
            <w:tcW w:w="2880" w:type="dxa"/>
          </w:tcPr>
          <w:p w:rsidR="006F7457" w:rsidRPr="00332DB8" w:rsidRDefault="00332DB8">
            <w:pPr>
              <w:rPr>
                <w:lang w:val="ru-RU"/>
              </w:rPr>
            </w:pPr>
            <w:r w:rsidRPr="00332DB8">
              <w:rPr>
                <w:lang w:val="ru-RU"/>
              </w:rPr>
              <w:t xml:space="preserve">Информационный материал «Русская стая. Белое возмездие», расположенный в Интернет-ресурсе </w:t>
            </w:r>
            <w:r>
              <w:t>www</w:t>
            </w:r>
            <w:r w:rsidRPr="00332DB8">
              <w:rPr>
                <w:lang w:val="ru-RU"/>
              </w:rPr>
              <w:t>.</w:t>
            </w:r>
            <w:r>
              <w:t>rusinfo</w:t>
            </w:r>
            <w:r w:rsidRPr="00332DB8">
              <w:rPr>
                <w:lang w:val="ru-RU"/>
              </w:rPr>
              <w:t>.</w:t>
            </w:r>
            <w:r>
              <w:t>cc</w:t>
            </w:r>
            <w:r w:rsidRPr="00332DB8">
              <w:rPr>
                <w:lang w:val="ru-RU"/>
              </w:rPr>
              <w:t xml:space="preserve"> (решение Правобережного районного суда города Липецка от 27.08.2012);</w:t>
            </w:r>
          </w:p>
        </w:tc>
        <w:tc>
          <w:tcPr>
            <w:tcW w:w="2880" w:type="dxa"/>
          </w:tcPr>
          <w:p w:rsidR="006F7457" w:rsidRPr="00332DB8" w:rsidRDefault="006F7457">
            <w:pPr>
              <w:rPr>
                <w:lang w:val="ru-RU"/>
              </w:rPr>
            </w:pPr>
          </w:p>
        </w:tc>
      </w:tr>
      <w:tr w:rsidR="006F7457" w:rsidRPr="00DD284B">
        <w:tc>
          <w:tcPr>
            <w:tcW w:w="2880" w:type="dxa"/>
          </w:tcPr>
          <w:p w:rsidR="006F7457" w:rsidRDefault="00332DB8">
            <w:r>
              <w:t>1600.</w:t>
            </w:r>
          </w:p>
        </w:tc>
        <w:tc>
          <w:tcPr>
            <w:tcW w:w="2880" w:type="dxa"/>
          </w:tcPr>
          <w:p w:rsidR="006F7457" w:rsidRPr="00332DB8" w:rsidRDefault="00332DB8">
            <w:pPr>
              <w:rPr>
                <w:lang w:val="ru-RU"/>
              </w:rPr>
            </w:pPr>
            <w:r w:rsidRPr="00332DB8">
              <w:rPr>
                <w:lang w:val="ru-RU"/>
              </w:rPr>
              <w:t xml:space="preserve">Информационный материал «Сокол. Обращение к Русскому человеку», расположенный в Интернет-ресурсе </w:t>
            </w:r>
            <w:r>
              <w:t>www</w:t>
            </w:r>
            <w:r w:rsidRPr="00332DB8">
              <w:rPr>
                <w:lang w:val="ru-RU"/>
              </w:rPr>
              <w:t>.</w:t>
            </w:r>
            <w:r>
              <w:t>rusinfo</w:t>
            </w:r>
            <w:r w:rsidRPr="00332DB8">
              <w:rPr>
                <w:lang w:val="ru-RU"/>
              </w:rPr>
              <w:t>.</w:t>
            </w:r>
            <w:r>
              <w:t>cc</w:t>
            </w:r>
            <w:r w:rsidRPr="00332DB8">
              <w:rPr>
                <w:lang w:val="ru-RU"/>
              </w:rPr>
              <w:t xml:space="preserve"> (решение Правобережного районного суда города Липецка от 27.08.2012);</w:t>
            </w:r>
          </w:p>
        </w:tc>
        <w:tc>
          <w:tcPr>
            <w:tcW w:w="2880" w:type="dxa"/>
          </w:tcPr>
          <w:p w:rsidR="006F7457" w:rsidRPr="00332DB8" w:rsidRDefault="006F7457">
            <w:pPr>
              <w:rPr>
                <w:lang w:val="ru-RU"/>
              </w:rPr>
            </w:pPr>
          </w:p>
        </w:tc>
      </w:tr>
      <w:tr w:rsidR="006F7457">
        <w:tc>
          <w:tcPr>
            <w:tcW w:w="2880" w:type="dxa"/>
          </w:tcPr>
          <w:p w:rsidR="006F7457" w:rsidRDefault="00332DB8">
            <w:r>
              <w:t>1601.</w:t>
            </w:r>
          </w:p>
        </w:tc>
        <w:tc>
          <w:tcPr>
            <w:tcW w:w="2880" w:type="dxa"/>
          </w:tcPr>
          <w:p w:rsidR="006F7457" w:rsidRDefault="00332DB8">
            <w:r w:rsidRPr="00332DB8">
              <w:rPr>
                <w:lang w:val="ru-RU"/>
              </w:rPr>
              <w:t xml:space="preserve">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w:t>
            </w:r>
            <w:r>
              <w:t>(решение Норильского городского суда Красноярского края от 13.08.2012);</w:t>
            </w:r>
          </w:p>
        </w:tc>
        <w:tc>
          <w:tcPr>
            <w:tcW w:w="2880" w:type="dxa"/>
          </w:tcPr>
          <w:p w:rsidR="006F7457" w:rsidRDefault="006F7457"/>
        </w:tc>
      </w:tr>
      <w:tr w:rsidR="006F7457" w:rsidRPr="00DD284B">
        <w:tc>
          <w:tcPr>
            <w:tcW w:w="2880" w:type="dxa"/>
          </w:tcPr>
          <w:p w:rsidR="006F7457" w:rsidRDefault="00332DB8">
            <w:r>
              <w:t>1602.</w:t>
            </w:r>
          </w:p>
        </w:tc>
        <w:tc>
          <w:tcPr>
            <w:tcW w:w="2880" w:type="dxa"/>
          </w:tcPr>
          <w:p w:rsidR="006F7457" w:rsidRPr="00332DB8" w:rsidRDefault="00332DB8">
            <w:pPr>
              <w:rPr>
                <w:lang w:val="ru-RU"/>
              </w:rPr>
            </w:pPr>
            <w:r w:rsidRPr="00332DB8">
              <w:rPr>
                <w:lang w:val="ru-RU"/>
              </w:rPr>
              <w:t>Текст песни группы «</w:t>
            </w:r>
            <w:r>
              <w:t>Shtandart</w:t>
            </w:r>
            <w:r w:rsidRPr="00332DB8">
              <w:rPr>
                <w:lang w:val="ru-RU"/>
              </w:rPr>
              <w: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rsidR="006F7457" w:rsidRPr="00332DB8" w:rsidRDefault="006F7457">
            <w:pPr>
              <w:rPr>
                <w:lang w:val="ru-RU"/>
              </w:rPr>
            </w:pPr>
          </w:p>
        </w:tc>
      </w:tr>
      <w:tr w:rsidR="006F7457" w:rsidRPr="00DD284B">
        <w:tc>
          <w:tcPr>
            <w:tcW w:w="2880" w:type="dxa"/>
          </w:tcPr>
          <w:p w:rsidR="006F7457" w:rsidRDefault="00332DB8">
            <w:r>
              <w:t>1603.</w:t>
            </w:r>
          </w:p>
        </w:tc>
        <w:tc>
          <w:tcPr>
            <w:tcW w:w="2880" w:type="dxa"/>
          </w:tcPr>
          <w:p w:rsidR="006F7457" w:rsidRPr="00332DB8" w:rsidRDefault="00332DB8">
            <w:pPr>
              <w:rPr>
                <w:lang w:val="ru-RU"/>
              </w:rPr>
            </w:pPr>
            <w:r w:rsidRPr="00332DB8">
              <w:rPr>
                <w:lang w:val="ru-RU"/>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1604.</w:t>
            </w:r>
          </w:p>
        </w:tc>
        <w:tc>
          <w:tcPr>
            <w:tcW w:w="2880" w:type="dxa"/>
          </w:tcPr>
          <w:p w:rsidR="006F7457" w:rsidRPr="00332DB8" w:rsidRDefault="00332DB8">
            <w:pPr>
              <w:rPr>
                <w:lang w:val="ru-RU"/>
              </w:rPr>
            </w:pPr>
            <w:r w:rsidRPr="00332DB8">
              <w:rPr>
                <w:lang w:val="ru-RU"/>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rsidR="006F7457" w:rsidRPr="00332DB8" w:rsidRDefault="006F7457">
            <w:pPr>
              <w:rPr>
                <w:lang w:val="ru-RU"/>
              </w:rPr>
            </w:pPr>
          </w:p>
        </w:tc>
      </w:tr>
      <w:tr w:rsidR="006F7457" w:rsidRPr="00DD284B">
        <w:tc>
          <w:tcPr>
            <w:tcW w:w="2880" w:type="dxa"/>
          </w:tcPr>
          <w:p w:rsidR="006F7457" w:rsidRDefault="00332DB8">
            <w:r>
              <w:t>1605.</w:t>
            </w:r>
          </w:p>
        </w:tc>
        <w:tc>
          <w:tcPr>
            <w:tcW w:w="2880" w:type="dxa"/>
          </w:tcPr>
          <w:p w:rsidR="006F7457" w:rsidRPr="00332DB8" w:rsidRDefault="00332DB8">
            <w:pPr>
              <w:rPr>
                <w:lang w:val="ru-RU"/>
              </w:rPr>
            </w:pPr>
            <w:r w:rsidRPr="00332DB8">
              <w:rPr>
                <w:lang w:val="ru-RU"/>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w:t>
            </w:r>
            <w:r>
              <w:t>islam</w:t>
            </w:r>
            <w:r w:rsidRPr="00332DB8">
              <w:rPr>
                <w:lang w:val="ru-RU"/>
              </w:rPr>
              <w:t xml:space="preserve"> </w:t>
            </w:r>
            <w:r>
              <w:t>Umma</w:t>
            </w:r>
            <w:r w:rsidRPr="00332DB8">
              <w:rPr>
                <w:lang w:val="ru-RU"/>
              </w:rPr>
              <w:t>.</w:t>
            </w:r>
            <w:r>
              <w:t>com</w:t>
            </w:r>
            <w:r w:rsidRPr="00332DB8">
              <w:rPr>
                <w:lang w:val="ru-RU"/>
              </w:rPr>
              <w:t xml:space="preserve">», </w:t>
            </w:r>
            <w:r>
              <w:t>www</w:t>
            </w:r>
            <w:r w:rsidRPr="00332DB8">
              <w:rPr>
                <w:lang w:val="ru-RU"/>
              </w:rPr>
              <w:t>.</w:t>
            </w:r>
            <w:r>
              <w:t>guraba</w:t>
            </w:r>
            <w:r w:rsidRPr="00332DB8">
              <w:rPr>
                <w:lang w:val="ru-RU"/>
              </w:rPr>
              <w:t>.</w:t>
            </w:r>
            <w:r>
              <w:t>com</w:t>
            </w:r>
            <w:r w:rsidRPr="00332DB8">
              <w:rPr>
                <w:lang w:val="ru-RU"/>
              </w:rPr>
              <w:t xml:space="preserve">, </w:t>
            </w:r>
            <w:r>
              <w:t>www</w:t>
            </w:r>
            <w:r w:rsidRPr="00332DB8">
              <w:rPr>
                <w:lang w:val="ru-RU"/>
              </w:rPr>
              <w:t>.</w:t>
            </w:r>
            <w:r>
              <w:t>djihadpoetry</w:t>
            </w:r>
            <w:r w:rsidRPr="00332DB8">
              <w:rPr>
                <w:lang w:val="ru-RU"/>
              </w:rPr>
              <w:t>.</w:t>
            </w:r>
            <w:r>
              <w:t>com</w:t>
            </w:r>
            <w:r w:rsidRPr="00332DB8">
              <w:rPr>
                <w:lang w:val="ru-RU"/>
              </w:rPr>
              <w:t xml:space="preserve"> (решение Октябрьского районного суда г. Краснодара от 18.09.2012);</w:t>
            </w:r>
          </w:p>
        </w:tc>
        <w:tc>
          <w:tcPr>
            <w:tcW w:w="2880" w:type="dxa"/>
          </w:tcPr>
          <w:p w:rsidR="006F7457" w:rsidRPr="00332DB8" w:rsidRDefault="006F7457">
            <w:pPr>
              <w:rPr>
                <w:lang w:val="ru-RU"/>
              </w:rPr>
            </w:pPr>
          </w:p>
        </w:tc>
      </w:tr>
      <w:tr w:rsidR="006F7457" w:rsidRPr="00DD284B">
        <w:tc>
          <w:tcPr>
            <w:tcW w:w="2880" w:type="dxa"/>
          </w:tcPr>
          <w:p w:rsidR="006F7457" w:rsidRDefault="00332DB8">
            <w:r>
              <w:t>1606.</w:t>
            </w:r>
          </w:p>
        </w:tc>
        <w:tc>
          <w:tcPr>
            <w:tcW w:w="2880" w:type="dxa"/>
          </w:tcPr>
          <w:p w:rsidR="006F7457" w:rsidRPr="00332DB8" w:rsidRDefault="00332DB8">
            <w:pPr>
              <w:rPr>
                <w:lang w:val="ru-RU"/>
              </w:rPr>
            </w:pPr>
            <w:r w:rsidRPr="00332DB8">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notes</w:t>
            </w:r>
            <w:r w:rsidRPr="00332DB8">
              <w:rPr>
                <w:lang w:val="ru-RU"/>
              </w:rPr>
              <w:t>.</w:t>
            </w:r>
            <w:r>
              <w:t>php</w:t>
            </w:r>
            <w:r w:rsidRPr="00332DB8">
              <w:rPr>
                <w:lang w:val="ru-RU"/>
              </w:rPr>
              <w:t>?</w:t>
            </w:r>
            <w:r>
              <w:t>id</w:t>
            </w:r>
            <w:r w:rsidRPr="00332DB8">
              <w:rPr>
                <w:lang w:val="ru-RU"/>
              </w:rPr>
              <w:t>=26531492 – 18 января 2011 года в 12:57 «Война»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1607.</w:t>
            </w:r>
          </w:p>
        </w:tc>
        <w:tc>
          <w:tcPr>
            <w:tcW w:w="2880" w:type="dxa"/>
          </w:tcPr>
          <w:p w:rsidR="006F7457" w:rsidRPr="00332DB8" w:rsidRDefault="00332DB8">
            <w:pPr>
              <w:rPr>
                <w:lang w:val="ru-RU"/>
              </w:rPr>
            </w:pPr>
            <w:r w:rsidRPr="00332DB8">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notes</w:t>
            </w:r>
            <w:r w:rsidRPr="00332DB8">
              <w:rPr>
                <w:lang w:val="ru-RU"/>
              </w:rPr>
              <w:t>.</w:t>
            </w:r>
            <w:r>
              <w:t>php</w:t>
            </w:r>
            <w:r w:rsidRPr="00332DB8">
              <w:rPr>
                <w:lang w:val="ru-RU"/>
              </w:rPr>
              <w:t>?</w:t>
            </w:r>
            <w:r>
              <w:t>id</w:t>
            </w:r>
            <w:r w:rsidRPr="00332DB8">
              <w:rPr>
                <w:lang w:val="ru-RU"/>
              </w:rPr>
              <w:t>=26531492 – 18 января 2011 года в 12:58 «Дети Сварога»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1608.</w:t>
            </w:r>
          </w:p>
        </w:tc>
        <w:tc>
          <w:tcPr>
            <w:tcW w:w="2880" w:type="dxa"/>
          </w:tcPr>
          <w:p w:rsidR="006F7457" w:rsidRPr="00332DB8" w:rsidRDefault="00332DB8">
            <w:pPr>
              <w:rPr>
                <w:lang w:val="ru-RU"/>
              </w:rPr>
            </w:pPr>
            <w:r w:rsidRPr="00332DB8">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notes</w:t>
            </w:r>
            <w:r w:rsidRPr="00332DB8">
              <w:rPr>
                <w:lang w:val="ru-RU"/>
              </w:rPr>
              <w:t>.</w:t>
            </w:r>
            <w:r>
              <w:t>php</w:t>
            </w:r>
            <w:r w:rsidRPr="00332DB8">
              <w:rPr>
                <w:lang w:val="ru-RU"/>
              </w:rPr>
              <w:t>?</w:t>
            </w:r>
            <w:r>
              <w:t>id</w:t>
            </w:r>
            <w:r w:rsidRPr="00332DB8">
              <w:rPr>
                <w:lang w:val="ru-RU"/>
              </w:rPr>
              <w:t>=26531492 – 18 января 2011 года в 13:00 «</w:t>
            </w:r>
            <w:r>
              <w:t>True</w:t>
            </w:r>
            <w:r w:rsidRPr="00332DB8">
              <w:rPr>
                <w:lang w:val="ru-RU"/>
              </w:rPr>
              <w:t xml:space="preserve"> </w:t>
            </w:r>
            <w:r>
              <w:t>till</w:t>
            </w:r>
            <w:r w:rsidRPr="00332DB8">
              <w:rPr>
                <w:lang w:val="ru-RU"/>
              </w:rPr>
              <w:t xml:space="preserve"> </w:t>
            </w:r>
            <w:r>
              <w:t>death</w:t>
            </w:r>
            <w:r w:rsidRPr="00332DB8">
              <w:rPr>
                <w:lang w:val="ru-RU"/>
              </w:rPr>
              <w:t xml:space="preserve"> (верный до смерти)»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w:t>
            </w:r>
            <w:r>
              <w:lastRenderedPageBreak/>
              <w:t>09.</w:t>
            </w:r>
          </w:p>
        </w:tc>
        <w:tc>
          <w:tcPr>
            <w:tcW w:w="2880" w:type="dxa"/>
          </w:tcPr>
          <w:p w:rsidR="006F7457" w:rsidRPr="00332DB8" w:rsidRDefault="00332DB8">
            <w:pPr>
              <w:rPr>
                <w:lang w:val="ru-RU"/>
              </w:rPr>
            </w:pPr>
            <w:r w:rsidRPr="00332DB8">
              <w:rPr>
                <w:lang w:val="ru-RU"/>
              </w:rPr>
              <w:lastRenderedPageBreak/>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notes</w:t>
            </w:r>
            <w:r w:rsidRPr="00332DB8">
              <w:rPr>
                <w:lang w:val="ru-RU"/>
              </w:rPr>
              <w:t>.</w:t>
            </w:r>
            <w:r>
              <w:t>php</w:t>
            </w:r>
            <w:r w:rsidRPr="00332DB8">
              <w:rPr>
                <w:lang w:val="ru-RU"/>
              </w:rPr>
              <w:t>?</w:t>
            </w:r>
            <w:r>
              <w:t>id</w:t>
            </w:r>
            <w:r w:rsidRPr="00332DB8">
              <w:rPr>
                <w:lang w:val="ru-RU"/>
              </w:rPr>
              <w:t xml:space="preserve">=26531492 – 05 февраля 2011 года в 12:23 </w:t>
            </w:r>
            <w:r w:rsidRPr="00332DB8">
              <w:rPr>
                <w:lang w:val="ru-RU"/>
              </w:rPr>
              <w:lastRenderedPageBreak/>
              <w:t>«Цитаты»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1610.</w:t>
            </w:r>
          </w:p>
        </w:tc>
        <w:tc>
          <w:tcPr>
            <w:tcW w:w="2880" w:type="dxa"/>
          </w:tcPr>
          <w:p w:rsidR="006F7457" w:rsidRPr="00332DB8" w:rsidRDefault="00332DB8">
            <w:pPr>
              <w:rPr>
                <w:lang w:val="ru-RU"/>
              </w:rPr>
            </w:pPr>
            <w:r w:rsidRPr="00332DB8">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notes</w:t>
            </w:r>
            <w:r w:rsidRPr="00332DB8">
              <w:rPr>
                <w:lang w:val="ru-RU"/>
              </w:rPr>
              <w:t>.</w:t>
            </w:r>
            <w:r>
              <w:t>php</w:t>
            </w:r>
            <w:r w:rsidRPr="00332DB8">
              <w:rPr>
                <w:lang w:val="ru-RU"/>
              </w:rPr>
              <w:t>?</w:t>
            </w:r>
            <w:r>
              <w:t>id</w:t>
            </w:r>
            <w:r w:rsidRPr="00332DB8">
              <w:rPr>
                <w:lang w:val="ru-RU"/>
              </w:rPr>
              <w:t>=26531492 – 01 ноября 2010 года в 21:15 «Демиург Насилия»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1611.</w:t>
            </w:r>
          </w:p>
        </w:tc>
        <w:tc>
          <w:tcPr>
            <w:tcW w:w="2880" w:type="dxa"/>
          </w:tcPr>
          <w:p w:rsidR="006F7457" w:rsidRPr="00332DB8" w:rsidRDefault="00332DB8">
            <w:pPr>
              <w:rPr>
                <w:lang w:val="ru-RU"/>
              </w:rPr>
            </w:pPr>
            <w:r w:rsidRPr="00332DB8">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notes</w:t>
            </w:r>
            <w:r w:rsidRPr="00332DB8">
              <w:rPr>
                <w:lang w:val="ru-RU"/>
              </w:rPr>
              <w:t>.</w:t>
            </w:r>
            <w:r>
              <w:t>php</w:t>
            </w:r>
            <w:r w:rsidRPr="00332DB8">
              <w:rPr>
                <w:lang w:val="ru-RU"/>
              </w:rPr>
              <w:t>?</w:t>
            </w:r>
            <w:r>
              <w:t>id</w:t>
            </w:r>
            <w:r w:rsidRPr="00332DB8">
              <w:rPr>
                <w:lang w:val="ru-RU"/>
              </w:rPr>
              <w:t>=26531492 – 01 ноября 2010 года в 21:18 «Хаос Как начало новой власти»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1612.</w:t>
            </w:r>
          </w:p>
        </w:tc>
        <w:tc>
          <w:tcPr>
            <w:tcW w:w="2880" w:type="dxa"/>
          </w:tcPr>
          <w:p w:rsidR="006F7457" w:rsidRPr="00332DB8" w:rsidRDefault="00332DB8">
            <w:pPr>
              <w:rPr>
                <w:lang w:val="ru-RU"/>
              </w:rPr>
            </w:pPr>
            <w:r w:rsidRPr="00332DB8">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notes</w:t>
            </w:r>
            <w:r w:rsidRPr="00332DB8">
              <w:rPr>
                <w:lang w:val="ru-RU"/>
              </w:rPr>
              <w:t>.</w:t>
            </w:r>
            <w:r>
              <w:t>php</w:t>
            </w:r>
            <w:r w:rsidRPr="00332DB8">
              <w:rPr>
                <w:lang w:val="ru-RU"/>
              </w:rPr>
              <w:t>?</w:t>
            </w:r>
            <w:r>
              <w:t>id</w:t>
            </w:r>
            <w:r w:rsidRPr="00332DB8">
              <w:rPr>
                <w:lang w:val="ru-RU"/>
              </w:rPr>
              <w:t>=26531492 – 01 ноября 2010 года в 21:19 «Мы»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1613.</w:t>
            </w:r>
          </w:p>
        </w:tc>
        <w:tc>
          <w:tcPr>
            <w:tcW w:w="2880" w:type="dxa"/>
          </w:tcPr>
          <w:p w:rsidR="006F7457" w:rsidRPr="00332DB8" w:rsidRDefault="00332DB8">
            <w:pPr>
              <w:rPr>
                <w:lang w:val="ru-RU"/>
              </w:rPr>
            </w:pPr>
            <w:r w:rsidRPr="00332DB8">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notes</w:t>
            </w:r>
            <w:r w:rsidRPr="00332DB8">
              <w:rPr>
                <w:lang w:val="ru-RU"/>
              </w:rPr>
              <w:t>.</w:t>
            </w:r>
            <w:r>
              <w:t>php</w:t>
            </w:r>
            <w:r w:rsidRPr="00332DB8">
              <w:rPr>
                <w:lang w:val="ru-RU"/>
              </w:rPr>
              <w:t>?</w:t>
            </w:r>
            <w:r>
              <w:t>id</w:t>
            </w:r>
            <w:r w:rsidRPr="00332DB8">
              <w:rPr>
                <w:lang w:val="ru-RU"/>
              </w:rPr>
              <w:t>=26531492 – 01 ноября 2010 года в 21:20 «Новая раса»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1614.</w:t>
            </w:r>
          </w:p>
        </w:tc>
        <w:tc>
          <w:tcPr>
            <w:tcW w:w="2880" w:type="dxa"/>
          </w:tcPr>
          <w:p w:rsidR="006F7457" w:rsidRPr="00332DB8" w:rsidRDefault="00332DB8">
            <w:pPr>
              <w:rPr>
                <w:lang w:val="ru-RU"/>
              </w:rPr>
            </w:pPr>
            <w:r w:rsidRPr="00332DB8">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notes</w:t>
            </w:r>
            <w:r w:rsidRPr="00332DB8">
              <w:rPr>
                <w:lang w:val="ru-RU"/>
              </w:rPr>
              <w:t>.</w:t>
            </w:r>
            <w:r>
              <w:t>php</w:t>
            </w:r>
            <w:r w:rsidRPr="00332DB8">
              <w:rPr>
                <w:lang w:val="ru-RU"/>
              </w:rPr>
              <w:t>?</w:t>
            </w:r>
            <w:r>
              <w:t>id</w:t>
            </w:r>
            <w:r w:rsidRPr="00332DB8">
              <w:rPr>
                <w:lang w:val="ru-RU"/>
              </w:rPr>
              <w:t>=26531492 – 01 ноября 2010 года в 21:21 «Кровавый Рассвет»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1615.</w:t>
            </w:r>
          </w:p>
        </w:tc>
        <w:tc>
          <w:tcPr>
            <w:tcW w:w="2880" w:type="dxa"/>
          </w:tcPr>
          <w:p w:rsidR="006F7457" w:rsidRPr="00332DB8" w:rsidRDefault="00332DB8">
            <w:pPr>
              <w:rPr>
                <w:lang w:val="ru-RU"/>
              </w:rPr>
            </w:pPr>
            <w:r w:rsidRPr="00332DB8">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w:t>
            </w:r>
            <w:r w:rsidRPr="00332DB8">
              <w:rPr>
                <w:lang w:val="ru-RU"/>
              </w:rPr>
              <w:t>26531492_10279381 – 21 ноября 2010 года в 18:27 «Размышления»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1616.</w:t>
            </w:r>
          </w:p>
        </w:tc>
        <w:tc>
          <w:tcPr>
            <w:tcW w:w="2880" w:type="dxa"/>
          </w:tcPr>
          <w:p w:rsidR="006F7457" w:rsidRPr="00332DB8" w:rsidRDefault="00332DB8">
            <w:pPr>
              <w:rPr>
                <w:lang w:val="ru-RU"/>
              </w:rPr>
            </w:pPr>
            <w:r w:rsidRPr="00332DB8">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w:t>
            </w:r>
            <w:r w:rsidRPr="00332DB8">
              <w:rPr>
                <w:lang w:val="ru-RU"/>
              </w:rPr>
              <w:t>26531492_10301007 – 28 ноября 2010 года в 1:15 «Мы ваш страх»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1617.</w:t>
            </w:r>
          </w:p>
        </w:tc>
        <w:tc>
          <w:tcPr>
            <w:tcW w:w="2880" w:type="dxa"/>
          </w:tcPr>
          <w:p w:rsidR="006F7457" w:rsidRPr="00332DB8" w:rsidRDefault="00332DB8">
            <w:pPr>
              <w:rPr>
                <w:lang w:val="ru-RU"/>
              </w:rPr>
            </w:pPr>
            <w:r w:rsidRPr="00332DB8">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w:t>
            </w:r>
            <w:r w:rsidRPr="00332DB8">
              <w:rPr>
                <w:lang w:val="ru-RU"/>
              </w:rPr>
              <w:t>26531492_10301018 – 28 ноября 2010 года в 1:21 «Ситуация»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1618.</w:t>
            </w:r>
          </w:p>
        </w:tc>
        <w:tc>
          <w:tcPr>
            <w:tcW w:w="2880" w:type="dxa"/>
          </w:tcPr>
          <w:p w:rsidR="006F7457" w:rsidRPr="00332DB8" w:rsidRDefault="00332DB8">
            <w:pPr>
              <w:rPr>
                <w:lang w:val="ru-RU"/>
              </w:rPr>
            </w:pPr>
            <w:r w:rsidRPr="00332DB8">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w:t>
            </w:r>
            <w:r w:rsidRPr="00332DB8">
              <w:rPr>
                <w:lang w:val="ru-RU"/>
              </w:rPr>
              <w:t>26531492_10320938 – 03 декабря 2010 года в 22:31 «Ярость»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1619.</w:t>
            </w:r>
          </w:p>
        </w:tc>
        <w:tc>
          <w:tcPr>
            <w:tcW w:w="2880" w:type="dxa"/>
          </w:tcPr>
          <w:p w:rsidR="006F7457" w:rsidRPr="00332DB8" w:rsidRDefault="00332DB8">
            <w:pPr>
              <w:rPr>
                <w:lang w:val="ru-RU"/>
              </w:rPr>
            </w:pPr>
            <w:r w:rsidRPr="00332DB8">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w:t>
            </w:r>
            <w:r w:rsidRPr="00332DB8">
              <w:rPr>
                <w:lang w:val="ru-RU"/>
              </w:rPr>
              <w:t>26531492_10354640 – 13 декабря 2010 года в 0:45 «Об отрицательных сторонах НС»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162</w:t>
            </w:r>
            <w:r>
              <w:lastRenderedPageBreak/>
              <w:t>0.</w:t>
            </w:r>
          </w:p>
        </w:tc>
        <w:tc>
          <w:tcPr>
            <w:tcW w:w="2880" w:type="dxa"/>
          </w:tcPr>
          <w:p w:rsidR="006F7457" w:rsidRPr="00332DB8" w:rsidRDefault="00332DB8">
            <w:pPr>
              <w:rPr>
                <w:lang w:val="ru-RU"/>
              </w:rPr>
            </w:pPr>
            <w:r w:rsidRPr="00332DB8">
              <w:rPr>
                <w:lang w:val="ru-RU"/>
              </w:rPr>
              <w:lastRenderedPageBreak/>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w:t>
            </w:r>
            <w:r w:rsidRPr="00332DB8">
              <w:rPr>
                <w:lang w:val="ru-RU"/>
              </w:rPr>
              <w:t xml:space="preserve">26531492_10451764 – 08 января 2011 года в 1:01 </w:t>
            </w:r>
            <w:r w:rsidRPr="00332DB8">
              <w:rPr>
                <w:lang w:val="ru-RU"/>
              </w:rPr>
              <w:lastRenderedPageBreak/>
              <w:t>«Шоубизнес»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1621.</w:t>
            </w:r>
          </w:p>
        </w:tc>
        <w:tc>
          <w:tcPr>
            <w:tcW w:w="2880" w:type="dxa"/>
          </w:tcPr>
          <w:p w:rsidR="006F7457" w:rsidRPr="00332DB8" w:rsidRDefault="00332DB8">
            <w:pPr>
              <w:rPr>
                <w:lang w:val="ru-RU"/>
              </w:rPr>
            </w:pPr>
            <w:r w:rsidRPr="00332DB8">
              <w:rPr>
                <w:lang w:val="ru-RU"/>
              </w:rPr>
              <w:t xml:space="preserve">Информационный текстовой материал, который был размещен в информационно-телекоммуникационной сети «Интернет» по адресу: </w:t>
            </w:r>
            <w:r>
              <w:t>http</w:t>
            </w:r>
            <w:r w:rsidRPr="00332DB8">
              <w:rPr>
                <w:lang w:val="ru-RU"/>
              </w:rPr>
              <w:t>://</w:t>
            </w:r>
            <w:r>
              <w:t>vkontakte</w:t>
            </w:r>
            <w:r w:rsidRPr="00332DB8">
              <w:rPr>
                <w:lang w:val="ru-RU"/>
              </w:rPr>
              <w:t>.</w:t>
            </w:r>
            <w:r>
              <w:t>ru</w:t>
            </w:r>
            <w:r w:rsidRPr="00332DB8">
              <w:rPr>
                <w:lang w:val="ru-RU"/>
              </w:rPr>
              <w:t>/</w:t>
            </w:r>
            <w:r>
              <w:t>note</w:t>
            </w:r>
            <w:r w:rsidRPr="00332DB8">
              <w:rPr>
                <w:lang w:val="ru-RU"/>
              </w:rPr>
              <w:t>26531492_10451880 – 08 января 2011 года в 1:28 «Речь Богов» (решение Кировского районного суда г. Иркутска от 04.09.2012);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1622.</w:t>
            </w:r>
          </w:p>
        </w:tc>
        <w:tc>
          <w:tcPr>
            <w:tcW w:w="2880" w:type="dxa"/>
          </w:tcPr>
          <w:p w:rsidR="006F7457" w:rsidRPr="00332DB8" w:rsidRDefault="00332DB8">
            <w:pPr>
              <w:rPr>
                <w:lang w:val="ru-RU"/>
              </w:rPr>
            </w:pPr>
            <w:r w:rsidRPr="00332DB8">
              <w:rPr>
                <w:lang w:val="ru-RU"/>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2880" w:type="dxa"/>
          </w:tcPr>
          <w:p w:rsidR="006F7457" w:rsidRPr="00332DB8" w:rsidRDefault="006F7457">
            <w:pPr>
              <w:rPr>
                <w:lang w:val="ru-RU"/>
              </w:rPr>
            </w:pPr>
          </w:p>
        </w:tc>
      </w:tr>
      <w:tr w:rsidR="006F7457" w:rsidRPr="00DD284B">
        <w:tc>
          <w:tcPr>
            <w:tcW w:w="2880" w:type="dxa"/>
          </w:tcPr>
          <w:p w:rsidR="006F7457" w:rsidRDefault="00332DB8">
            <w:r>
              <w:t>1623.</w:t>
            </w:r>
          </w:p>
        </w:tc>
        <w:tc>
          <w:tcPr>
            <w:tcW w:w="2880" w:type="dxa"/>
          </w:tcPr>
          <w:p w:rsidR="006F7457" w:rsidRPr="00332DB8" w:rsidRDefault="00332DB8">
            <w:pPr>
              <w:rPr>
                <w:lang w:val="ru-RU"/>
              </w:rPr>
            </w:pPr>
            <w:r w:rsidRPr="00332DB8">
              <w:rPr>
                <w:lang w:val="ru-RU"/>
              </w:rPr>
              <w:t xml:space="preserve">Видеоролик под названием «ЗА НАРОД И ПРОТИВ ПРЕДАТЕЛЯ ПУТИНА В.В.», размещенный в международной компьютерной сети «Интернет» на сайте </w:t>
            </w:r>
            <w:r>
              <w:t>http</w:t>
            </w:r>
            <w:r w:rsidRPr="00332DB8">
              <w:rPr>
                <w:lang w:val="ru-RU"/>
              </w:rPr>
              <w:t>//</w:t>
            </w:r>
            <w:r>
              <w:t>www</w:t>
            </w:r>
            <w:r w:rsidRPr="00332DB8">
              <w:rPr>
                <w:lang w:val="ru-RU"/>
              </w:rPr>
              <w:t>/</w:t>
            </w:r>
            <w:r>
              <w:t>you</w:t>
            </w:r>
            <w:r w:rsidRPr="00332DB8">
              <w:rPr>
                <w:lang w:val="ru-RU"/>
              </w:rPr>
              <w:t xml:space="preserve"> </w:t>
            </w:r>
            <w:r>
              <w:t>tube</w:t>
            </w:r>
            <w:r w:rsidRPr="00332DB8">
              <w:rPr>
                <w:lang w:val="ru-RU"/>
              </w:rPr>
              <w:t>.</w:t>
            </w:r>
            <w:r>
              <w:t>com</w:t>
            </w:r>
            <w:r w:rsidRPr="00332DB8">
              <w:rPr>
                <w:lang w:val="ru-RU"/>
              </w:rPr>
              <w:t xml:space="preserve"> от имени пользователя «</w:t>
            </w:r>
            <w:r>
              <w:t>The</w:t>
            </w:r>
            <w:r w:rsidRPr="00332DB8">
              <w:rPr>
                <w:lang w:val="ru-RU"/>
              </w:rPr>
              <w:t xml:space="preserve"> </w:t>
            </w:r>
            <w:r>
              <w:t>SAFIYANOV</w:t>
            </w:r>
            <w:r w:rsidRPr="00332DB8">
              <w:rPr>
                <w:lang w:val="ru-RU"/>
              </w:rPr>
              <w:t>» (решение Бийского городского суда Алтайского края от 20.09.2012);</w:t>
            </w:r>
          </w:p>
        </w:tc>
        <w:tc>
          <w:tcPr>
            <w:tcW w:w="2880" w:type="dxa"/>
          </w:tcPr>
          <w:p w:rsidR="006F7457" w:rsidRPr="00332DB8" w:rsidRDefault="006F7457">
            <w:pPr>
              <w:rPr>
                <w:lang w:val="ru-RU"/>
              </w:rPr>
            </w:pPr>
          </w:p>
        </w:tc>
      </w:tr>
      <w:tr w:rsidR="006F7457" w:rsidRPr="00DD284B">
        <w:tc>
          <w:tcPr>
            <w:tcW w:w="2880" w:type="dxa"/>
          </w:tcPr>
          <w:p w:rsidR="006F7457" w:rsidRDefault="00332DB8">
            <w:r>
              <w:t>1624.</w:t>
            </w:r>
          </w:p>
        </w:tc>
        <w:tc>
          <w:tcPr>
            <w:tcW w:w="2880" w:type="dxa"/>
          </w:tcPr>
          <w:p w:rsidR="006F7457" w:rsidRPr="00332DB8" w:rsidRDefault="00332DB8">
            <w:pPr>
              <w:rPr>
                <w:lang w:val="ru-RU"/>
              </w:rPr>
            </w:pPr>
            <w:r w:rsidRPr="00332DB8">
              <w:rPr>
                <w:lang w:val="ru-RU"/>
              </w:rPr>
              <w:t>Видеоролик под названием «ПРЕЗИДЕНТ 2012 г. ПРОТИВ ПУТИНА В.В.</w:t>
            </w:r>
            <w:r>
              <w:t>mp</w:t>
            </w:r>
            <w:r w:rsidRPr="00332DB8">
              <w:rPr>
                <w:lang w:val="ru-RU"/>
              </w:rPr>
              <w:t xml:space="preserve">.4», размещенный в международной компьютерной сети «Интернет» на сайте </w:t>
            </w:r>
            <w:r>
              <w:t>http</w:t>
            </w:r>
            <w:r w:rsidRPr="00332DB8">
              <w:rPr>
                <w:lang w:val="ru-RU"/>
              </w:rPr>
              <w:t>//</w:t>
            </w:r>
            <w:r>
              <w:t>www</w:t>
            </w:r>
            <w:r w:rsidRPr="00332DB8">
              <w:rPr>
                <w:lang w:val="ru-RU"/>
              </w:rPr>
              <w:t>/</w:t>
            </w:r>
            <w:r>
              <w:t>you</w:t>
            </w:r>
            <w:r w:rsidRPr="00332DB8">
              <w:rPr>
                <w:lang w:val="ru-RU"/>
              </w:rPr>
              <w:t xml:space="preserve"> </w:t>
            </w:r>
            <w:r>
              <w:t>tube</w:t>
            </w:r>
            <w:r w:rsidRPr="00332DB8">
              <w:rPr>
                <w:lang w:val="ru-RU"/>
              </w:rPr>
              <w:t>.</w:t>
            </w:r>
            <w:r>
              <w:t>com</w:t>
            </w:r>
            <w:r w:rsidRPr="00332DB8">
              <w:rPr>
                <w:lang w:val="ru-RU"/>
              </w:rPr>
              <w:t xml:space="preserve"> от имени пользователя «</w:t>
            </w:r>
            <w:r>
              <w:t>The</w:t>
            </w:r>
            <w:r w:rsidRPr="00332DB8">
              <w:rPr>
                <w:lang w:val="ru-RU"/>
              </w:rPr>
              <w:t xml:space="preserve"> </w:t>
            </w:r>
            <w:r>
              <w:t>SAFIYANOV</w:t>
            </w:r>
            <w:r w:rsidRPr="00332DB8">
              <w:rPr>
                <w:lang w:val="ru-RU"/>
              </w:rPr>
              <w:t>» (решение Бийского городского суда Алтайского края от 20.09.2012);</w:t>
            </w:r>
          </w:p>
        </w:tc>
        <w:tc>
          <w:tcPr>
            <w:tcW w:w="2880" w:type="dxa"/>
          </w:tcPr>
          <w:p w:rsidR="006F7457" w:rsidRPr="00332DB8" w:rsidRDefault="006F7457">
            <w:pPr>
              <w:rPr>
                <w:lang w:val="ru-RU"/>
              </w:rPr>
            </w:pPr>
          </w:p>
        </w:tc>
      </w:tr>
      <w:tr w:rsidR="006F7457" w:rsidRPr="00DD284B">
        <w:tc>
          <w:tcPr>
            <w:tcW w:w="2880" w:type="dxa"/>
          </w:tcPr>
          <w:p w:rsidR="006F7457" w:rsidRDefault="00332DB8">
            <w:r>
              <w:t>1625.</w:t>
            </w:r>
          </w:p>
        </w:tc>
        <w:tc>
          <w:tcPr>
            <w:tcW w:w="2880" w:type="dxa"/>
          </w:tcPr>
          <w:p w:rsidR="006F7457" w:rsidRPr="00332DB8" w:rsidRDefault="00332DB8">
            <w:pPr>
              <w:rPr>
                <w:lang w:val="ru-RU"/>
              </w:rPr>
            </w:pPr>
            <w:r w:rsidRPr="00332DB8">
              <w:rPr>
                <w:lang w:val="ru-RU"/>
              </w:rPr>
              <w:t>Видеоролик под названием «О ГЕРОЯХ ПРИМОРЬЯ.</w:t>
            </w:r>
            <w:r>
              <w:t>mp</w:t>
            </w:r>
            <w:r w:rsidRPr="00332DB8">
              <w:rPr>
                <w:lang w:val="ru-RU"/>
              </w:rPr>
              <w:t xml:space="preserve">4», размещенный в международной компьютерной сети «Интернет» на сайте </w:t>
            </w:r>
            <w:r>
              <w:t>http</w:t>
            </w:r>
            <w:r w:rsidRPr="00332DB8">
              <w:rPr>
                <w:lang w:val="ru-RU"/>
              </w:rPr>
              <w:t>//</w:t>
            </w:r>
            <w:r>
              <w:t>www</w:t>
            </w:r>
            <w:r w:rsidRPr="00332DB8">
              <w:rPr>
                <w:lang w:val="ru-RU"/>
              </w:rPr>
              <w:t>/</w:t>
            </w:r>
            <w:r>
              <w:t>you</w:t>
            </w:r>
            <w:r w:rsidRPr="00332DB8">
              <w:rPr>
                <w:lang w:val="ru-RU"/>
              </w:rPr>
              <w:t xml:space="preserve"> </w:t>
            </w:r>
            <w:r>
              <w:t>tube</w:t>
            </w:r>
            <w:r w:rsidRPr="00332DB8">
              <w:rPr>
                <w:lang w:val="ru-RU"/>
              </w:rPr>
              <w:t>.</w:t>
            </w:r>
            <w:r>
              <w:t>com</w:t>
            </w:r>
            <w:r w:rsidRPr="00332DB8">
              <w:rPr>
                <w:lang w:val="ru-RU"/>
              </w:rPr>
              <w:t xml:space="preserve"> от имени пользователя «</w:t>
            </w:r>
            <w:r>
              <w:t>The</w:t>
            </w:r>
            <w:r w:rsidRPr="00332DB8">
              <w:rPr>
                <w:lang w:val="ru-RU"/>
              </w:rPr>
              <w:t xml:space="preserve"> </w:t>
            </w:r>
            <w:r>
              <w:t>SAFIYANOV</w:t>
            </w:r>
            <w:r w:rsidRPr="00332DB8">
              <w:rPr>
                <w:lang w:val="ru-RU"/>
              </w:rPr>
              <w:t>» (решение Бийского городского суда Алтайского края от 20.09.2012);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1626.</w:t>
            </w:r>
          </w:p>
        </w:tc>
        <w:tc>
          <w:tcPr>
            <w:tcW w:w="2880" w:type="dxa"/>
          </w:tcPr>
          <w:p w:rsidR="006F7457" w:rsidRPr="00332DB8" w:rsidRDefault="00332DB8">
            <w:pPr>
              <w:rPr>
                <w:lang w:val="ru-RU"/>
              </w:rPr>
            </w:pPr>
            <w:r w:rsidRPr="00332DB8">
              <w:rPr>
                <w:lang w:val="ru-RU"/>
              </w:rPr>
              <w:t xml:space="preserve">Статья «Обращение РОД «Мехк-Кхел» к Президенту Медведеву», опубликованная 3 мая 2012 года на сайте </w:t>
            </w:r>
            <w:r>
              <w:t>http</w:t>
            </w:r>
            <w:r w:rsidRPr="00332DB8">
              <w:rPr>
                <w:lang w:val="ru-RU"/>
              </w:rPr>
              <w:t>:</w:t>
            </w:r>
            <w:r>
              <w:t>ingushetiyaru</w:t>
            </w:r>
            <w:r w:rsidRPr="00332DB8">
              <w:rPr>
                <w:lang w:val="ru-RU"/>
              </w:rPr>
              <w:t>.</w:t>
            </w:r>
            <w:r>
              <w:t>org</w:t>
            </w:r>
            <w:r w:rsidRPr="00332DB8">
              <w:rPr>
                <w:lang w:val="ru-RU"/>
              </w:rPr>
              <w:t xml:space="preserve"> (решение Магасского районного суда Республики Ингушетия от 29.05.2012);</w:t>
            </w:r>
          </w:p>
        </w:tc>
        <w:tc>
          <w:tcPr>
            <w:tcW w:w="2880" w:type="dxa"/>
          </w:tcPr>
          <w:p w:rsidR="006F7457" w:rsidRPr="00332DB8" w:rsidRDefault="006F7457">
            <w:pPr>
              <w:rPr>
                <w:lang w:val="ru-RU"/>
              </w:rPr>
            </w:pPr>
          </w:p>
        </w:tc>
      </w:tr>
      <w:tr w:rsidR="006F7457" w:rsidRPr="00DD284B">
        <w:tc>
          <w:tcPr>
            <w:tcW w:w="2880" w:type="dxa"/>
          </w:tcPr>
          <w:p w:rsidR="006F7457" w:rsidRDefault="00332DB8">
            <w:r>
              <w:t>1627.</w:t>
            </w:r>
          </w:p>
        </w:tc>
        <w:tc>
          <w:tcPr>
            <w:tcW w:w="2880" w:type="dxa"/>
          </w:tcPr>
          <w:p w:rsidR="006F7457" w:rsidRPr="00332DB8" w:rsidRDefault="00332DB8">
            <w:pPr>
              <w:rPr>
                <w:lang w:val="ru-RU"/>
              </w:rPr>
            </w:pPr>
            <w:r w:rsidRPr="00332DB8">
              <w:rPr>
                <w:lang w:val="ru-RU"/>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2880" w:type="dxa"/>
          </w:tcPr>
          <w:p w:rsidR="006F7457" w:rsidRPr="00332DB8" w:rsidRDefault="006F7457">
            <w:pPr>
              <w:rPr>
                <w:lang w:val="ru-RU"/>
              </w:rPr>
            </w:pPr>
          </w:p>
        </w:tc>
      </w:tr>
      <w:tr w:rsidR="006F7457" w:rsidRPr="00DD284B">
        <w:tc>
          <w:tcPr>
            <w:tcW w:w="2880" w:type="dxa"/>
          </w:tcPr>
          <w:p w:rsidR="006F7457" w:rsidRDefault="00332DB8">
            <w:r>
              <w:t>1628.</w:t>
            </w:r>
          </w:p>
        </w:tc>
        <w:tc>
          <w:tcPr>
            <w:tcW w:w="2880" w:type="dxa"/>
          </w:tcPr>
          <w:p w:rsidR="006F7457" w:rsidRPr="00332DB8" w:rsidRDefault="00332DB8">
            <w:pPr>
              <w:rPr>
                <w:lang w:val="ru-RU"/>
              </w:rPr>
            </w:pPr>
            <w:r w:rsidRPr="00332DB8">
              <w:rPr>
                <w:lang w:val="ru-RU"/>
              </w:rPr>
              <w:t xml:space="preserve">Сайт </w:t>
            </w:r>
            <w:r>
              <w:t>http</w:t>
            </w:r>
            <w:r w:rsidRPr="00332DB8">
              <w:rPr>
                <w:lang w:val="ru-RU"/>
              </w:rPr>
              <w:t>://</w:t>
            </w:r>
            <w:r>
              <w:t>ansardin</w:t>
            </w:r>
            <w:r w:rsidRPr="00332DB8">
              <w:rPr>
                <w:lang w:val="ru-RU"/>
              </w:rPr>
              <w:t>.</w:t>
            </w:r>
            <w:r>
              <w:t>wordpress</w:t>
            </w:r>
            <w:r w:rsidRPr="00332DB8">
              <w:rPr>
                <w:lang w:val="ru-RU"/>
              </w:rPr>
              <w:t>.</w:t>
            </w:r>
            <w:r>
              <w:t>com</w:t>
            </w:r>
            <w:r w:rsidRPr="00332DB8">
              <w:rPr>
                <w:lang w:val="ru-RU"/>
              </w:rPr>
              <w:t xml:space="preserve"> (решение Октябрьского районного суда г. Ставрополя от 24.09.2012);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1629.</w:t>
            </w:r>
          </w:p>
        </w:tc>
        <w:tc>
          <w:tcPr>
            <w:tcW w:w="2880" w:type="dxa"/>
          </w:tcPr>
          <w:p w:rsidR="006F7457" w:rsidRPr="00332DB8" w:rsidRDefault="00332DB8">
            <w:pPr>
              <w:rPr>
                <w:lang w:val="ru-RU"/>
              </w:rPr>
            </w:pPr>
            <w:r w:rsidRPr="00332DB8">
              <w:rPr>
                <w:lang w:val="ru-RU"/>
              </w:rPr>
              <w:t xml:space="preserve">Сайт по электронному адресу: </w:t>
            </w:r>
            <w:r>
              <w:t>http</w:t>
            </w:r>
            <w:r w:rsidRPr="00332DB8">
              <w:rPr>
                <w:lang w:val="ru-RU"/>
              </w:rPr>
              <w:t>//</w:t>
            </w:r>
            <w:r>
              <w:t>alstrangers</w:t>
            </w:r>
            <w:r w:rsidRPr="00332DB8">
              <w:rPr>
                <w:lang w:val="ru-RU"/>
              </w:rPr>
              <w:t>.</w:t>
            </w:r>
            <w:r>
              <w:t>livejournal</w:t>
            </w:r>
            <w:r w:rsidRPr="00332DB8">
              <w:rPr>
                <w:lang w:val="ru-RU"/>
              </w:rPr>
              <w:t>.</w:t>
            </w:r>
            <w:r>
              <w:t>com</w:t>
            </w:r>
            <w:r w:rsidRPr="00332DB8">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6F7457" w:rsidRPr="00332DB8" w:rsidRDefault="006F7457">
            <w:pPr>
              <w:rPr>
                <w:lang w:val="ru-RU"/>
              </w:rPr>
            </w:pPr>
          </w:p>
        </w:tc>
      </w:tr>
      <w:tr w:rsidR="006F7457" w:rsidRPr="00DD284B">
        <w:tc>
          <w:tcPr>
            <w:tcW w:w="2880" w:type="dxa"/>
          </w:tcPr>
          <w:p w:rsidR="006F7457" w:rsidRDefault="00332DB8">
            <w:r>
              <w:t>1630.</w:t>
            </w:r>
          </w:p>
        </w:tc>
        <w:tc>
          <w:tcPr>
            <w:tcW w:w="2880" w:type="dxa"/>
          </w:tcPr>
          <w:p w:rsidR="006F7457" w:rsidRPr="00332DB8" w:rsidRDefault="00332DB8">
            <w:pPr>
              <w:rPr>
                <w:lang w:val="ru-RU"/>
              </w:rPr>
            </w:pPr>
            <w:r w:rsidRPr="00332DB8">
              <w:rPr>
                <w:lang w:val="ru-RU"/>
              </w:rPr>
              <w:t xml:space="preserve">Статья «Абу ат-Танвир», электронный адрес </w:t>
            </w:r>
            <w:r>
              <w:t>http</w:t>
            </w:r>
            <w:r w:rsidRPr="00332DB8">
              <w:rPr>
                <w:lang w:val="ru-RU"/>
              </w:rPr>
              <w:t>//</w:t>
            </w:r>
            <w:r>
              <w:t>alstrangers</w:t>
            </w:r>
            <w:r w:rsidRPr="00332DB8">
              <w:rPr>
                <w:lang w:val="ru-RU"/>
              </w:rPr>
              <w:t>.</w:t>
            </w:r>
            <w:r>
              <w:t>livejournal</w:t>
            </w:r>
            <w:r w:rsidRPr="00332DB8">
              <w:rPr>
                <w:lang w:val="ru-RU"/>
              </w:rPr>
              <w:t>.</w:t>
            </w:r>
            <w:r>
              <w:t>com</w:t>
            </w:r>
            <w:r w:rsidRPr="00332DB8">
              <w:rPr>
                <w:lang w:val="ru-RU"/>
              </w:rPr>
              <w:t>/13740.</w:t>
            </w:r>
            <w:r>
              <w:t>html</w:t>
            </w:r>
            <w:r w:rsidRPr="00332DB8">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6F7457" w:rsidRPr="00332DB8" w:rsidRDefault="006F7457">
            <w:pPr>
              <w:rPr>
                <w:lang w:val="ru-RU"/>
              </w:rPr>
            </w:pPr>
          </w:p>
        </w:tc>
      </w:tr>
      <w:tr w:rsidR="006F7457" w:rsidRPr="00DD284B">
        <w:tc>
          <w:tcPr>
            <w:tcW w:w="2880" w:type="dxa"/>
          </w:tcPr>
          <w:p w:rsidR="006F7457" w:rsidRDefault="00332DB8">
            <w:r>
              <w:t>163</w:t>
            </w:r>
            <w:r>
              <w:lastRenderedPageBreak/>
              <w:t>1.</w:t>
            </w:r>
          </w:p>
        </w:tc>
        <w:tc>
          <w:tcPr>
            <w:tcW w:w="2880" w:type="dxa"/>
          </w:tcPr>
          <w:p w:rsidR="006F7457" w:rsidRPr="00332DB8" w:rsidRDefault="00332DB8">
            <w:pPr>
              <w:rPr>
                <w:lang w:val="ru-RU"/>
              </w:rPr>
            </w:pPr>
            <w:r w:rsidRPr="00332DB8">
              <w:rPr>
                <w:lang w:val="ru-RU"/>
              </w:rPr>
              <w:lastRenderedPageBreak/>
              <w:t xml:space="preserve">Статья «Замечательное объявление», электронный адрес </w:t>
            </w:r>
            <w:r>
              <w:t>http</w:t>
            </w:r>
            <w:r w:rsidRPr="00332DB8">
              <w:rPr>
                <w:lang w:val="ru-RU"/>
              </w:rPr>
              <w:t>//</w:t>
            </w:r>
            <w:r>
              <w:t>alstrangers</w:t>
            </w:r>
            <w:r w:rsidRPr="00332DB8">
              <w:rPr>
                <w:lang w:val="ru-RU"/>
              </w:rPr>
              <w:t>.</w:t>
            </w:r>
            <w:r>
              <w:t>livejournal</w:t>
            </w:r>
            <w:r w:rsidRPr="00332DB8">
              <w:rPr>
                <w:lang w:val="ru-RU"/>
              </w:rPr>
              <w:t>.</w:t>
            </w:r>
            <w:r>
              <w:t>com</w:t>
            </w:r>
            <w:r w:rsidRPr="00332DB8">
              <w:rPr>
                <w:lang w:val="ru-RU"/>
              </w:rPr>
              <w:t>/85127.</w:t>
            </w:r>
            <w:r>
              <w:t>html</w:t>
            </w:r>
            <w:r w:rsidRPr="00332DB8">
              <w:rPr>
                <w:lang w:val="ru-RU"/>
              </w:rPr>
              <w:t xml:space="preserve"> (решение Октябрьского районного суда г. Орска Оренбургской области от 24.07.2012 и определение Октябрьского </w:t>
            </w:r>
            <w:r w:rsidRPr="00332DB8">
              <w:rPr>
                <w:lang w:val="ru-RU"/>
              </w:rPr>
              <w:lastRenderedPageBreak/>
              <w:t>районного суда г. Орска Оренбургской области от 02.11.2012);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1632.</w:t>
            </w:r>
          </w:p>
        </w:tc>
        <w:tc>
          <w:tcPr>
            <w:tcW w:w="2880" w:type="dxa"/>
          </w:tcPr>
          <w:p w:rsidR="006F7457" w:rsidRPr="00332DB8" w:rsidRDefault="00332DB8">
            <w:pPr>
              <w:rPr>
                <w:lang w:val="ru-RU"/>
              </w:rPr>
            </w:pPr>
            <w:r w:rsidRPr="00332DB8">
              <w:rPr>
                <w:lang w:val="ru-RU"/>
              </w:rPr>
              <w:t xml:space="preserve">Статья «Заявление муджахидов» в связи с дислокацией в ВД новых бандгрупп фсб и мвд», электронный адрес </w:t>
            </w:r>
            <w:r>
              <w:t>http</w:t>
            </w:r>
            <w:r w:rsidRPr="00332DB8">
              <w:rPr>
                <w:lang w:val="ru-RU"/>
              </w:rPr>
              <w:t>//</w:t>
            </w:r>
            <w:r>
              <w:t>alstrangers</w:t>
            </w:r>
            <w:r w:rsidRPr="00332DB8">
              <w:rPr>
                <w:lang w:val="ru-RU"/>
              </w:rPr>
              <w:t>.</w:t>
            </w:r>
            <w:r>
              <w:t>livejournal</w:t>
            </w:r>
            <w:r w:rsidRPr="00332DB8">
              <w:rPr>
                <w:lang w:val="ru-RU"/>
              </w:rPr>
              <w:t>.</w:t>
            </w:r>
            <w:r>
              <w:t>com</w:t>
            </w:r>
            <w:r w:rsidRPr="00332DB8">
              <w:rPr>
                <w:lang w:val="ru-RU"/>
              </w:rPr>
              <w:t>/86355.</w:t>
            </w:r>
            <w:r>
              <w:t>html</w:t>
            </w:r>
            <w:r w:rsidRPr="00332DB8">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6F7457" w:rsidRPr="00332DB8" w:rsidRDefault="006F7457">
            <w:pPr>
              <w:rPr>
                <w:lang w:val="ru-RU"/>
              </w:rPr>
            </w:pPr>
          </w:p>
        </w:tc>
      </w:tr>
      <w:tr w:rsidR="006F7457" w:rsidRPr="00DD284B">
        <w:tc>
          <w:tcPr>
            <w:tcW w:w="2880" w:type="dxa"/>
          </w:tcPr>
          <w:p w:rsidR="006F7457" w:rsidRDefault="00332DB8">
            <w:r>
              <w:t>1633.</w:t>
            </w:r>
          </w:p>
        </w:tc>
        <w:tc>
          <w:tcPr>
            <w:tcW w:w="2880" w:type="dxa"/>
          </w:tcPr>
          <w:p w:rsidR="006F7457" w:rsidRPr="00332DB8" w:rsidRDefault="00332DB8">
            <w:pPr>
              <w:rPr>
                <w:lang w:val="ru-RU"/>
              </w:rPr>
            </w:pPr>
            <w:r w:rsidRPr="00332DB8">
              <w:rPr>
                <w:lang w:val="ru-RU"/>
              </w:rPr>
              <w:t xml:space="preserve">Статья «Письмо автономной группы муджахидов вилайята КБК ИК», электронный адрес </w:t>
            </w:r>
            <w:r>
              <w:t>http</w:t>
            </w:r>
            <w:r w:rsidRPr="00332DB8">
              <w:rPr>
                <w:lang w:val="ru-RU"/>
              </w:rPr>
              <w:t>//</w:t>
            </w:r>
            <w:r>
              <w:t>alstrangers</w:t>
            </w:r>
            <w:r w:rsidRPr="00332DB8">
              <w:rPr>
                <w:lang w:val="ru-RU"/>
              </w:rPr>
              <w:t>.</w:t>
            </w:r>
            <w:r>
              <w:t>livejournal</w:t>
            </w:r>
            <w:r w:rsidRPr="00332DB8">
              <w:rPr>
                <w:lang w:val="ru-RU"/>
              </w:rPr>
              <w:t>.</w:t>
            </w:r>
            <w:r>
              <w:t>com</w:t>
            </w:r>
            <w:r w:rsidRPr="00332DB8">
              <w:rPr>
                <w:lang w:val="ru-RU"/>
              </w:rPr>
              <w:t>/89058.</w:t>
            </w:r>
            <w:r>
              <w:t>html</w:t>
            </w:r>
            <w:r w:rsidRPr="00332DB8">
              <w:rPr>
                <w:lang w:val="ru-RU"/>
              </w:rPr>
              <w:t xml:space="preserve">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6F7457" w:rsidRPr="00332DB8" w:rsidRDefault="006F7457">
            <w:pPr>
              <w:rPr>
                <w:lang w:val="ru-RU"/>
              </w:rPr>
            </w:pPr>
          </w:p>
        </w:tc>
      </w:tr>
      <w:tr w:rsidR="006F7457" w:rsidRPr="00DD284B">
        <w:tc>
          <w:tcPr>
            <w:tcW w:w="2880" w:type="dxa"/>
          </w:tcPr>
          <w:p w:rsidR="006F7457" w:rsidRDefault="00332DB8">
            <w:r>
              <w:t>1634.</w:t>
            </w:r>
          </w:p>
        </w:tc>
        <w:tc>
          <w:tcPr>
            <w:tcW w:w="2880" w:type="dxa"/>
          </w:tcPr>
          <w:p w:rsidR="006F7457" w:rsidRPr="00332DB8" w:rsidRDefault="00332DB8">
            <w:pPr>
              <w:rPr>
                <w:lang w:val="ru-RU"/>
              </w:rPr>
            </w:pPr>
            <w:r w:rsidRPr="00332DB8">
              <w:rPr>
                <w:lang w:val="ru-RU"/>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2880" w:type="dxa"/>
          </w:tcPr>
          <w:p w:rsidR="006F7457" w:rsidRPr="00332DB8" w:rsidRDefault="006F7457">
            <w:pPr>
              <w:rPr>
                <w:lang w:val="ru-RU"/>
              </w:rPr>
            </w:pPr>
          </w:p>
        </w:tc>
      </w:tr>
      <w:tr w:rsidR="006F7457" w:rsidRPr="00DD284B">
        <w:tc>
          <w:tcPr>
            <w:tcW w:w="2880" w:type="dxa"/>
          </w:tcPr>
          <w:p w:rsidR="006F7457" w:rsidRDefault="00332DB8">
            <w:r>
              <w:t>1635.</w:t>
            </w:r>
          </w:p>
        </w:tc>
        <w:tc>
          <w:tcPr>
            <w:tcW w:w="2880" w:type="dxa"/>
          </w:tcPr>
          <w:p w:rsidR="006F7457" w:rsidRPr="00332DB8" w:rsidRDefault="00332DB8">
            <w:pPr>
              <w:rPr>
                <w:lang w:val="ru-RU"/>
              </w:rPr>
            </w:pPr>
            <w:r w:rsidRPr="00332DB8">
              <w:rPr>
                <w:lang w:val="ru-RU"/>
              </w:rPr>
              <w:t xml:space="preserve">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w:t>
            </w:r>
            <w:r>
              <w:t>http</w:t>
            </w:r>
            <w:r w:rsidRPr="00332DB8">
              <w:rPr>
                <w:lang w:val="ru-RU"/>
              </w:rPr>
              <w:t>://</w:t>
            </w:r>
            <w:r>
              <w:t>tatar</w:t>
            </w:r>
            <w:r w:rsidRPr="00332DB8">
              <w:rPr>
                <w:lang w:val="ru-RU"/>
              </w:rPr>
              <w:t>-</w:t>
            </w:r>
            <w:r>
              <w:t>gazeta</w:t>
            </w:r>
            <w:r w:rsidRPr="00332DB8">
              <w:rPr>
                <w:lang w:val="ru-RU"/>
              </w:rPr>
              <w:t>.</w:t>
            </w:r>
            <w:r>
              <w:t>ru</w:t>
            </w:r>
            <w:r w:rsidRPr="00332DB8">
              <w:rPr>
                <w:lang w:val="ru-RU"/>
              </w:rPr>
              <w:t xml:space="preserve"> (решение Бирского районного суда Республики Башкортостан от 18.09.2012);</w:t>
            </w:r>
          </w:p>
        </w:tc>
        <w:tc>
          <w:tcPr>
            <w:tcW w:w="2880" w:type="dxa"/>
          </w:tcPr>
          <w:p w:rsidR="006F7457" w:rsidRPr="00332DB8" w:rsidRDefault="006F7457">
            <w:pPr>
              <w:rPr>
                <w:lang w:val="ru-RU"/>
              </w:rPr>
            </w:pPr>
          </w:p>
        </w:tc>
      </w:tr>
      <w:tr w:rsidR="006F7457" w:rsidRPr="00DD284B">
        <w:tc>
          <w:tcPr>
            <w:tcW w:w="2880" w:type="dxa"/>
          </w:tcPr>
          <w:p w:rsidR="006F7457" w:rsidRDefault="00332DB8">
            <w:r>
              <w:t>1636.</w:t>
            </w:r>
          </w:p>
        </w:tc>
        <w:tc>
          <w:tcPr>
            <w:tcW w:w="2880" w:type="dxa"/>
          </w:tcPr>
          <w:p w:rsidR="006F7457" w:rsidRPr="00332DB8" w:rsidRDefault="00332DB8">
            <w:pPr>
              <w:rPr>
                <w:lang w:val="ru-RU"/>
              </w:rPr>
            </w:pPr>
            <w:r w:rsidRPr="00332DB8">
              <w:rPr>
                <w:lang w:val="ru-RU"/>
              </w:rPr>
              <w:t>Журнал «Русский хозяин № 4» Русские и Российское государство» (решение Майкопского районного суда Республики Адыгея от 03.10.2012);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1637.</w:t>
            </w:r>
          </w:p>
        </w:tc>
        <w:tc>
          <w:tcPr>
            <w:tcW w:w="2880" w:type="dxa"/>
          </w:tcPr>
          <w:p w:rsidR="006F7457" w:rsidRPr="00332DB8" w:rsidRDefault="00332DB8">
            <w:pPr>
              <w:rPr>
                <w:lang w:val="ru-RU"/>
              </w:rPr>
            </w:pPr>
            <w:r w:rsidRPr="00332DB8">
              <w:rPr>
                <w:lang w:val="ru-RU"/>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2880" w:type="dxa"/>
          </w:tcPr>
          <w:p w:rsidR="006F7457" w:rsidRPr="00332DB8" w:rsidRDefault="006F7457">
            <w:pPr>
              <w:rPr>
                <w:lang w:val="ru-RU"/>
              </w:rPr>
            </w:pPr>
          </w:p>
        </w:tc>
      </w:tr>
      <w:tr w:rsidR="006F7457">
        <w:tc>
          <w:tcPr>
            <w:tcW w:w="2880" w:type="dxa"/>
          </w:tcPr>
          <w:p w:rsidR="006F7457" w:rsidRDefault="00332DB8">
            <w:r>
              <w:t>1638.</w:t>
            </w:r>
          </w:p>
        </w:tc>
        <w:tc>
          <w:tcPr>
            <w:tcW w:w="2880" w:type="dxa"/>
          </w:tcPr>
          <w:p w:rsidR="006F7457" w:rsidRDefault="00332DB8">
            <w:r w:rsidRPr="00332DB8">
              <w:rPr>
                <w:lang w:val="ru-RU"/>
              </w:rPr>
              <w:t xml:space="preserve">Информационный материал, размещенный в Интернете на сайте </w:t>
            </w:r>
            <w:r>
              <w:t>http</w:t>
            </w:r>
            <w:r w:rsidRPr="00332DB8">
              <w:rPr>
                <w:lang w:val="ru-RU"/>
              </w:rPr>
              <w:t>://</w:t>
            </w:r>
            <w:r>
              <w:t>nrnews</w:t>
            </w:r>
            <w:r w:rsidRPr="00332DB8">
              <w:rPr>
                <w:lang w:val="ru-RU"/>
              </w:rPr>
              <w:t>.</w:t>
            </w:r>
            <w:r>
              <w:t>ru</w:t>
            </w:r>
            <w:r w:rsidRPr="00332DB8">
              <w:rPr>
                <w:lang w:val="ru-RU"/>
              </w:rPr>
              <w:t>/</w:t>
            </w:r>
            <w:r>
              <w:t>news</w:t>
            </w:r>
            <w:r w:rsidRPr="00332DB8">
              <w:rPr>
                <w:lang w:val="ru-RU"/>
              </w:rPr>
              <w:t>/?</w:t>
            </w:r>
            <w:r>
              <w:t>id</w:t>
            </w:r>
            <w:r w:rsidRPr="00332DB8">
              <w:rPr>
                <w:lang w:val="ru-RU"/>
              </w:rPr>
              <w:t>=42386 (</w:t>
            </w:r>
            <w:r>
              <w:t>IP</w:t>
            </w:r>
            <w:r w:rsidRPr="00332DB8">
              <w:rPr>
                <w:lang w:val="ru-RU"/>
              </w:rPr>
              <w:t xml:space="preserve">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w:t>
            </w:r>
            <w:r>
              <w:t>(решение Октябрьского районного суда г. Новороссийска Краснодарского края от 28.09.2012);</w:t>
            </w:r>
          </w:p>
        </w:tc>
        <w:tc>
          <w:tcPr>
            <w:tcW w:w="2880" w:type="dxa"/>
          </w:tcPr>
          <w:p w:rsidR="006F7457" w:rsidRDefault="006F7457"/>
        </w:tc>
      </w:tr>
      <w:tr w:rsidR="006F7457" w:rsidRPr="00DD284B">
        <w:tc>
          <w:tcPr>
            <w:tcW w:w="2880" w:type="dxa"/>
          </w:tcPr>
          <w:p w:rsidR="006F7457" w:rsidRDefault="00332DB8">
            <w:r>
              <w:t>1639.</w:t>
            </w:r>
          </w:p>
        </w:tc>
        <w:tc>
          <w:tcPr>
            <w:tcW w:w="2880" w:type="dxa"/>
          </w:tcPr>
          <w:p w:rsidR="006F7457" w:rsidRPr="00332DB8" w:rsidRDefault="00332DB8">
            <w:pPr>
              <w:rPr>
                <w:lang w:val="ru-RU"/>
              </w:rPr>
            </w:pPr>
            <w:r w:rsidRPr="00332DB8">
              <w:rPr>
                <w:lang w:val="ru-RU"/>
              </w:rPr>
              <w:t xml:space="preserve">Книга «Плоды веры» из собрания сочинений «Рисале-и Нур», автор Бадиуззаман Саид Нурси, перевод с турецкого Хазиза Алиева, первое издание, издательство </w:t>
            </w:r>
            <w:r>
              <w:t>Nesreden</w:t>
            </w:r>
            <w:r w:rsidRPr="00332DB8">
              <w:rPr>
                <w:lang w:val="ru-RU"/>
              </w:rPr>
              <w:t>, Стамбул, 2011 год (решение Центрального районного суда г. Красноярска от 12.07.2012);</w:t>
            </w:r>
          </w:p>
        </w:tc>
        <w:tc>
          <w:tcPr>
            <w:tcW w:w="2880" w:type="dxa"/>
          </w:tcPr>
          <w:p w:rsidR="006F7457" w:rsidRPr="00332DB8" w:rsidRDefault="006F7457">
            <w:pPr>
              <w:rPr>
                <w:lang w:val="ru-RU"/>
              </w:rPr>
            </w:pPr>
          </w:p>
        </w:tc>
      </w:tr>
      <w:tr w:rsidR="006F7457" w:rsidRPr="00DD284B">
        <w:tc>
          <w:tcPr>
            <w:tcW w:w="2880" w:type="dxa"/>
          </w:tcPr>
          <w:p w:rsidR="006F7457" w:rsidRDefault="00332DB8">
            <w:r>
              <w:t>1640.</w:t>
            </w:r>
          </w:p>
        </w:tc>
        <w:tc>
          <w:tcPr>
            <w:tcW w:w="2880" w:type="dxa"/>
          </w:tcPr>
          <w:p w:rsidR="006F7457" w:rsidRPr="00332DB8" w:rsidRDefault="00332DB8">
            <w:pPr>
              <w:rPr>
                <w:lang w:val="ru-RU"/>
              </w:rPr>
            </w:pPr>
            <w:r w:rsidRPr="00332DB8">
              <w:rPr>
                <w:lang w:val="ru-RU"/>
              </w:rPr>
              <w:t>Листовки «Твой автомобиль тебе не принадлежит» (решение Рудничного районного суда г. Кемерово от 05.10.2012);</w:t>
            </w:r>
          </w:p>
        </w:tc>
        <w:tc>
          <w:tcPr>
            <w:tcW w:w="2880" w:type="dxa"/>
          </w:tcPr>
          <w:p w:rsidR="006F7457" w:rsidRPr="00332DB8" w:rsidRDefault="006F7457">
            <w:pPr>
              <w:rPr>
                <w:lang w:val="ru-RU"/>
              </w:rPr>
            </w:pPr>
          </w:p>
        </w:tc>
      </w:tr>
      <w:tr w:rsidR="006F7457" w:rsidRPr="00DD284B">
        <w:tc>
          <w:tcPr>
            <w:tcW w:w="2880" w:type="dxa"/>
          </w:tcPr>
          <w:p w:rsidR="006F7457" w:rsidRDefault="00332DB8">
            <w:r>
              <w:t>1641.</w:t>
            </w:r>
          </w:p>
        </w:tc>
        <w:tc>
          <w:tcPr>
            <w:tcW w:w="2880" w:type="dxa"/>
          </w:tcPr>
          <w:p w:rsidR="006F7457" w:rsidRPr="00332DB8" w:rsidRDefault="00332DB8">
            <w:pPr>
              <w:rPr>
                <w:lang w:val="ru-RU"/>
              </w:rPr>
            </w:pPr>
            <w:r w:rsidRPr="00332DB8">
              <w:rPr>
                <w:lang w:val="ru-RU"/>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1642.</w:t>
            </w:r>
          </w:p>
        </w:tc>
        <w:tc>
          <w:tcPr>
            <w:tcW w:w="2880" w:type="dxa"/>
          </w:tcPr>
          <w:p w:rsidR="006F7457" w:rsidRPr="00332DB8" w:rsidRDefault="00332DB8">
            <w:pPr>
              <w:rPr>
                <w:lang w:val="ru-RU"/>
              </w:rPr>
            </w:pPr>
            <w:r w:rsidRPr="00332DB8">
              <w:rPr>
                <w:lang w:val="ru-RU"/>
              </w:rPr>
              <w:t xml:space="preserve">Книга «Речи Варга. </w:t>
            </w:r>
            <w:r>
              <w:t>Vargsmal</w:t>
            </w:r>
            <w:r w:rsidRPr="00332DB8">
              <w:rPr>
                <w:lang w:val="ru-RU"/>
              </w:rPr>
              <w:t>» (решение Южно-Сахалинского городского суда от 11.10.2012);</w:t>
            </w:r>
          </w:p>
        </w:tc>
        <w:tc>
          <w:tcPr>
            <w:tcW w:w="2880" w:type="dxa"/>
          </w:tcPr>
          <w:p w:rsidR="006F7457" w:rsidRPr="00332DB8" w:rsidRDefault="006F7457">
            <w:pPr>
              <w:rPr>
                <w:lang w:val="ru-RU"/>
              </w:rPr>
            </w:pPr>
          </w:p>
        </w:tc>
      </w:tr>
      <w:tr w:rsidR="006F7457" w:rsidRPr="00DD284B">
        <w:tc>
          <w:tcPr>
            <w:tcW w:w="2880" w:type="dxa"/>
          </w:tcPr>
          <w:p w:rsidR="006F7457" w:rsidRDefault="00332DB8">
            <w:r>
              <w:t>1643.</w:t>
            </w:r>
          </w:p>
        </w:tc>
        <w:tc>
          <w:tcPr>
            <w:tcW w:w="2880" w:type="dxa"/>
          </w:tcPr>
          <w:p w:rsidR="006F7457" w:rsidRPr="00332DB8" w:rsidRDefault="00332DB8">
            <w:pPr>
              <w:rPr>
                <w:lang w:val="ru-RU"/>
              </w:rPr>
            </w:pPr>
            <w:r w:rsidRPr="00332DB8">
              <w:rPr>
                <w:lang w:val="ru-RU"/>
              </w:rPr>
              <w:t xml:space="preserve">Книга «Речи Варга </w:t>
            </w:r>
            <w:r>
              <w:t>II</w:t>
            </w:r>
            <w:r w:rsidRPr="00332DB8">
              <w:rPr>
                <w:lang w:val="ru-RU"/>
              </w:rPr>
              <w:t>. Варг Викернес» (решение Южно-Сахалинского городского суда от 11.10.2012);</w:t>
            </w:r>
          </w:p>
        </w:tc>
        <w:tc>
          <w:tcPr>
            <w:tcW w:w="2880" w:type="dxa"/>
          </w:tcPr>
          <w:p w:rsidR="006F7457" w:rsidRPr="00332DB8" w:rsidRDefault="006F7457">
            <w:pPr>
              <w:rPr>
                <w:lang w:val="ru-RU"/>
              </w:rPr>
            </w:pPr>
          </w:p>
        </w:tc>
      </w:tr>
      <w:tr w:rsidR="006F7457" w:rsidRPr="00DD284B">
        <w:tc>
          <w:tcPr>
            <w:tcW w:w="2880" w:type="dxa"/>
          </w:tcPr>
          <w:p w:rsidR="006F7457" w:rsidRDefault="00332DB8">
            <w:r>
              <w:t>1644.</w:t>
            </w:r>
          </w:p>
        </w:tc>
        <w:tc>
          <w:tcPr>
            <w:tcW w:w="2880" w:type="dxa"/>
          </w:tcPr>
          <w:p w:rsidR="006F7457" w:rsidRPr="00332DB8" w:rsidRDefault="00332DB8">
            <w:pPr>
              <w:rPr>
                <w:lang w:val="ru-RU"/>
              </w:rPr>
            </w:pPr>
            <w:r w:rsidRPr="00332DB8">
              <w:rPr>
                <w:lang w:val="ru-RU"/>
              </w:rPr>
              <w:t>Журнал «Аль-Ваъй» № 284-285 – сентябрь – октябрь 2010 года (решение Сибайского городского суда Республики Башкортостан от 18.10.2012);</w:t>
            </w:r>
          </w:p>
        </w:tc>
        <w:tc>
          <w:tcPr>
            <w:tcW w:w="2880" w:type="dxa"/>
          </w:tcPr>
          <w:p w:rsidR="006F7457" w:rsidRPr="00332DB8" w:rsidRDefault="006F7457">
            <w:pPr>
              <w:rPr>
                <w:lang w:val="ru-RU"/>
              </w:rPr>
            </w:pPr>
          </w:p>
        </w:tc>
      </w:tr>
      <w:tr w:rsidR="006F7457" w:rsidRPr="00DD284B">
        <w:tc>
          <w:tcPr>
            <w:tcW w:w="2880" w:type="dxa"/>
          </w:tcPr>
          <w:p w:rsidR="006F7457" w:rsidRDefault="00332DB8">
            <w:r>
              <w:t>1645.</w:t>
            </w:r>
          </w:p>
        </w:tc>
        <w:tc>
          <w:tcPr>
            <w:tcW w:w="2880" w:type="dxa"/>
          </w:tcPr>
          <w:p w:rsidR="006F7457" w:rsidRPr="00332DB8" w:rsidRDefault="00332DB8">
            <w:pPr>
              <w:rPr>
                <w:lang w:val="ru-RU"/>
              </w:rPr>
            </w:pPr>
            <w:r w:rsidRPr="00332DB8">
              <w:rPr>
                <w:lang w:val="ru-RU"/>
              </w:rPr>
              <w:t>Журнал «Аль-Ваъй» № 286 – октябрь 2010 года (решение Сибайского городского суда Республики Башкортостан от 18.10.2012);</w:t>
            </w:r>
          </w:p>
        </w:tc>
        <w:tc>
          <w:tcPr>
            <w:tcW w:w="2880" w:type="dxa"/>
          </w:tcPr>
          <w:p w:rsidR="006F7457" w:rsidRPr="00332DB8" w:rsidRDefault="006F7457">
            <w:pPr>
              <w:rPr>
                <w:lang w:val="ru-RU"/>
              </w:rPr>
            </w:pPr>
          </w:p>
        </w:tc>
      </w:tr>
      <w:tr w:rsidR="006F7457" w:rsidRPr="00DD284B">
        <w:tc>
          <w:tcPr>
            <w:tcW w:w="2880" w:type="dxa"/>
          </w:tcPr>
          <w:p w:rsidR="006F7457" w:rsidRDefault="00332DB8">
            <w:r>
              <w:t>1646.</w:t>
            </w:r>
          </w:p>
        </w:tc>
        <w:tc>
          <w:tcPr>
            <w:tcW w:w="2880" w:type="dxa"/>
          </w:tcPr>
          <w:p w:rsidR="006F7457" w:rsidRPr="00332DB8" w:rsidRDefault="00332DB8">
            <w:pPr>
              <w:rPr>
                <w:lang w:val="ru-RU"/>
              </w:rPr>
            </w:pPr>
            <w:r w:rsidRPr="00332DB8">
              <w:rPr>
                <w:lang w:val="ru-RU"/>
              </w:rPr>
              <w:t>Журнал «Аль-Ваъй» № 287, 288 – ноябрь, декабрь 2010 года (решение Сибайского городского суда Республики Башкортостан от 18.10.2012);</w:t>
            </w:r>
          </w:p>
        </w:tc>
        <w:tc>
          <w:tcPr>
            <w:tcW w:w="2880" w:type="dxa"/>
          </w:tcPr>
          <w:p w:rsidR="006F7457" w:rsidRPr="00332DB8" w:rsidRDefault="006F7457">
            <w:pPr>
              <w:rPr>
                <w:lang w:val="ru-RU"/>
              </w:rPr>
            </w:pPr>
          </w:p>
        </w:tc>
      </w:tr>
      <w:tr w:rsidR="006F7457" w:rsidRPr="00DD284B">
        <w:tc>
          <w:tcPr>
            <w:tcW w:w="2880" w:type="dxa"/>
          </w:tcPr>
          <w:p w:rsidR="006F7457" w:rsidRDefault="00332DB8">
            <w:r>
              <w:t>164</w:t>
            </w:r>
            <w:r>
              <w:lastRenderedPageBreak/>
              <w:t>7.</w:t>
            </w:r>
          </w:p>
        </w:tc>
        <w:tc>
          <w:tcPr>
            <w:tcW w:w="2880" w:type="dxa"/>
          </w:tcPr>
          <w:p w:rsidR="006F7457" w:rsidRPr="00332DB8" w:rsidRDefault="00332DB8">
            <w:pPr>
              <w:rPr>
                <w:lang w:val="ru-RU"/>
              </w:rPr>
            </w:pPr>
            <w:r w:rsidRPr="00332DB8">
              <w:rPr>
                <w:lang w:val="ru-RU"/>
              </w:rPr>
              <w:lastRenderedPageBreak/>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2880" w:type="dxa"/>
          </w:tcPr>
          <w:p w:rsidR="006F7457" w:rsidRPr="00332DB8" w:rsidRDefault="006F7457">
            <w:pPr>
              <w:rPr>
                <w:lang w:val="ru-RU"/>
              </w:rPr>
            </w:pPr>
          </w:p>
        </w:tc>
      </w:tr>
      <w:tr w:rsidR="006F7457">
        <w:tc>
          <w:tcPr>
            <w:tcW w:w="2880" w:type="dxa"/>
          </w:tcPr>
          <w:p w:rsidR="006F7457" w:rsidRDefault="00332DB8">
            <w:r>
              <w:lastRenderedPageBreak/>
              <w:t>1648.</w:t>
            </w:r>
          </w:p>
        </w:tc>
        <w:tc>
          <w:tcPr>
            <w:tcW w:w="2880" w:type="dxa"/>
          </w:tcPr>
          <w:p w:rsidR="006F7457" w:rsidRDefault="00332DB8">
            <w:r w:rsidRPr="00332DB8">
              <w:rPr>
                <w:lang w:val="ru-RU"/>
              </w:rPr>
              <w:t xml:space="preserve">Книга Альфреда Розенберга «Мемуары» (с комментариями Сержа Ланга и Эрнста фон Шенка – Х.: ООО «Див» 2005 г. – 416 стр.) </w:t>
            </w:r>
            <w:r>
              <w:t>(решение Солнцевского районного суда г. Москвы от 15.10.2012);</w:t>
            </w:r>
          </w:p>
        </w:tc>
        <w:tc>
          <w:tcPr>
            <w:tcW w:w="2880" w:type="dxa"/>
          </w:tcPr>
          <w:p w:rsidR="006F7457" w:rsidRDefault="006F7457"/>
        </w:tc>
      </w:tr>
      <w:tr w:rsidR="006F7457" w:rsidRPr="00DD284B">
        <w:tc>
          <w:tcPr>
            <w:tcW w:w="2880" w:type="dxa"/>
          </w:tcPr>
          <w:p w:rsidR="006F7457" w:rsidRDefault="00332DB8">
            <w:r>
              <w:t>1649.</w:t>
            </w:r>
          </w:p>
        </w:tc>
        <w:tc>
          <w:tcPr>
            <w:tcW w:w="2880" w:type="dxa"/>
          </w:tcPr>
          <w:p w:rsidR="006F7457" w:rsidRPr="00332DB8" w:rsidRDefault="00332DB8">
            <w:pPr>
              <w:rPr>
                <w:lang w:val="ru-RU"/>
              </w:rPr>
            </w:pPr>
            <w:r w:rsidRPr="00332DB8">
              <w:rPr>
                <w:lang w:val="ru-RU"/>
              </w:rPr>
              <w:t xml:space="preserve">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144542466 (решение Ленинского районного суда г. Саранска Республики Мордовия от 18.10.2012);</w:t>
            </w:r>
          </w:p>
        </w:tc>
        <w:tc>
          <w:tcPr>
            <w:tcW w:w="2880" w:type="dxa"/>
          </w:tcPr>
          <w:p w:rsidR="006F7457" w:rsidRPr="00332DB8" w:rsidRDefault="006F7457">
            <w:pPr>
              <w:rPr>
                <w:lang w:val="ru-RU"/>
              </w:rPr>
            </w:pPr>
          </w:p>
        </w:tc>
      </w:tr>
      <w:tr w:rsidR="006F7457" w:rsidRPr="00DD284B">
        <w:tc>
          <w:tcPr>
            <w:tcW w:w="2880" w:type="dxa"/>
          </w:tcPr>
          <w:p w:rsidR="006F7457" w:rsidRDefault="00332DB8">
            <w:r>
              <w:t>1650.</w:t>
            </w:r>
          </w:p>
        </w:tc>
        <w:tc>
          <w:tcPr>
            <w:tcW w:w="2880" w:type="dxa"/>
          </w:tcPr>
          <w:p w:rsidR="006F7457" w:rsidRPr="00332DB8" w:rsidRDefault="00332DB8">
            <w:pPr>
              <w:rPr>
                <w:lang w:val="ru-RU"/>
              </w:rPr>
            </w:pPr>
            <w:r w:rsidRPr="00332DB8">
              <w:rPr>
                <w:lang w:val="ru-RU"/>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2880" w:type="dxa"/>
          </w:tcPr>
          <w:p w:rsidR="006F7457" w:rsidRPr="00332DB8" w:rsidRDefault="006F7457">
            <w:pPr>
              <w:rPr>
                <w:lang w:val="ru-RU"/>
              </w:rPr>
            </w:pPr>
          </w:p>
        </w:tc>
      </w:tr>
      <w:tr w:rsidR="006F7457" w:rsidRPr="00DD284B">
        <w:tc>
          <w:tcPr>
            <w:tcW w:w="2880" w:type="dxa"/>
          </w:tcPr>
          <w:p w:rsidR="006F7457" w:rsidRDefault="00332DB8">
            <w:r>
              <w:t>1651.</w:t>
            </w:r>
          </w:p>
        </w:tc>
        <w:tc>
          <w:tcPr>
            <w:tcW w:w="2880" w:type="dxa"/>
          </w:tcPr>
          <w:p w:rsidR="006F7457" w:rsidRPr="00332DB8" w:rsidRDefault="00332DB8">
            <w:pPr>
              <w:rPr>
                <w:lang w:val="ru-RU"/>
              </w:rPr>
            </w:pPr>
            <w:r w:rsidRPr="00332DB8">
              <w:rPr>
                <w:lang w:val="ru-RU"/>
              </w:rPr>
              <w:t xml:space="preserve">Видеозапись «Скины накрыли Антифа», размещенная пользователем Соколовым А.С. на Интернет-странице </w:t>
            </w:r>
            <w:r>
              <w:t>http</w:t>
            </w:r>
            <w:r w:rsidRPr="00332DB8">
              <w:rPr>
                <w:lang w:val="ru-RU"/>
              </w:rPr>
              <w:t>://</w:t>
            </w:r>
            <w:r>
              <w:t>vk</w:t>
            </w:r>
            <w:r w:rsidRPr="00332DB8">
              <w:rPr>
                <w:lang w:val="ru-RU"/>
              </w:rPr>
              <w:t>.</w:t>
            </w:r>
            <w:r>
              <w:t>com</w:t>
            </w:r>
            <w:r w:rsidRPr="00332DB8">
              <w:rPr>
                <w:lang w:val="ru-RU"/>
              </w:rPr>
              <w:t>/</w:t>
            </w:r>
            <w:r>
              <w:t>sokolov</w:t>
            </w:r>
            <w:r w:rsidRPr="00332DB8">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6F7457" w:rsidRPr="00332DB8" w:rsidRDefault="006F7457">
            <w:pPr>
              <w:rPr>
                <w:lang w:val="ru-RU"/>
              </w:rPr>
            </w:pPr>
          </w:p>
        </w:tc>
      </w:tr>
      <w:tr w:rsidR="006F7457" w:rsidRPr="00DD284B">
        <w:tc>
          <w:tcPr>
            <w:tcW w:w="2880" w:type="dxa"/>
          </w:tcPr>
          <w:p w:rsidR="006F7457" w:rsidRDefault="00332DB8">
            <w:r>
              <w:t>1652.</w:t>
            </w:r>
          </w:p>
        </w:tc>
        <w:tc>
          <w:tcPr>
            <w:tcW w:w="2880" w:type="dxa"/>
          </w:tcPr>
          <w:p w:rsidR="006F7457" w:rsidRPr="00332DB8" w:rsidRDefault="00332DB8">
            <w:pPr>
              <w:rPr>
                <w:lang w:val="ru-RU"/>
              </w:rPr>
            </w:pPr>
            <w:r w:rsidRPr="00332DB8">
              <w:rPr>
                <w:lang w:val="ru-RU"/>
              </w:rPr>
              <w:t xml:space="preserve">Видеозапись «давайте все дружно убивать чуреков РОССИЯ ДЛЯ РУССКИХ!!!!!», размещенная пользователем Соколовым А.С. на Интернет-странице </w:t>
            </w:r>
            <w:r>
              <w:t>http</w:t>
            </w:r>
            <w:r w:rsidRPr="00332DB8">
              <w:rPr>
                <w:lang w:val="ru-RU"/>
              </w:rPr>
              <w:t>://</w:t>
            </w:r>
            <w:r>
              <w:t>vk</w:t>
            </w:r>
            <w:r w:rsidRPr="00332DB8">
              <w:rPr>
                <w:lang w:val="ru-RU"/>
              </w:rPr>
              <w:t>.</w:t>
            </w:r>
            <w:r>
              <w:t>com</w:t>
            </w:r>
            <w:r w:rsidRPr="00332DB8">
              <w:rPr>
                <w:lang w:val="ru-RU"/>
              </w:rPr>
              <w:t>/</w:t>
            </w:r>
            <w:r>
              <w:t>sokolov</w:t>
            </w:r>
            <w:r w:rsidRPr="00332DB8">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1653.</w:t>
            </w:r>
          </w:p>
        </w:tc>
        <w:tc>
          <w:tcPr>
            <w:tcW w:w="2880" w:type="dxa"/>
          </w:tcPr>
          <w:p w:rsidR="006F7457" w:rsidRPr="00332DB8" w:rsidRDefault="00332DB8">
            <w:pPr>
              <w:rPr>
                <w:lang w:val="ru-RU"/>
              </w:rPr>
            </w:pPr>
            <w:r w:rsidRPr="00332DB8">
              <w:rPr>
                <w:lang w:val="ru-RU"/>
              </w:rPr>
              <w:t xml:space="preserve">Видеозапись «Коловрат», размещенная пользователем Соколовым А.С. на Интернет-странице </w:t>
            </w:r>
            <w:r>
              <w:t>http</w:t>
            </w:r>
            <w:r w:rsidRPr="00332DB8">
              <w:rPr>
                <w:lang w:val="ru-RU"/>
              </w:rPr>
              <w:t>://</w:t>
            </w:r>
            <w:r>
              <w:t>vk</w:t>
            </w:r>
            <w:r w:rsidRPr="00332DB8">
              <w:rPr>
                <w:lang w:val="ru-RU"/>
              </w:rPr>
              <w:t>.</w:t>
            </w:r>
            <w:r>
              <w:t>com</w:t>
            </w:r>
            <w:r w:rsidRPr="00332DB8">
              <w:rPr>
                <w:lang w:val="ru-RU"/>
              </w:rPr>
              <w:t>/</w:t>
            </w:r>
            <w:r>
              <w:t>sokolov</w:t>
            </w:r>
            <w:r w:rsidRPr="00332DB8">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6F7457" w:rsidRPr="00332DB8" w:rsidRDefault="006F7457">
            <w:pPr>
              <w:rPr>
                <w:lang w:val="ru-RU"/>
              </w:rPr>
            </w:pPr>
          </w:p>
        </w:tc>
      </w:tr>
      <w:tr w:rsidR="006F7457" w:rsidRPr="00DD284B">
        <w:tc>
          <w:tcPr>
            <w:tcW w:w="2880" w:type="dxa"/>
          </w:tcPr>
          <w:p w:rsidR="006F7457" w:rsidRDefault="00332DB8">
            <w:r>
              <w:t>1654.</w:t>
            </w:r>
          </w:p>
        </w:tc>
        <w:tc>
          <w:tcPr>
            <w:tcW w:w="2880" w:type="dxa"/>
          </w:tcPr>
          <w:p w:rsidR="006F7457" w:rsidRPr="00332DB8" w:rsidRDefault="00332DB8">
            <w:pPr>
              <w:rPr>
                <w:lang w:val="ru-RU"/>
              </w:rPr>
            </w:pPr>
            <w:r w:rsidRPr="00332DB8">
              <w:rPr>
                <w:lang w:val="ru-RU"/>
              </w:rPr>
              <w:t>Видеозапись «</w:t>
            </w:r>
            <w:r>
              <w:t>RUSSIA</w:t>
            </w:r>
            <w:r w:rsidRPr="00332DB8">
              <w:rPr>
                <w:lang w:val="ru-RU"/>
              </w:rPr>
              <w:t xml:space="preserve">88», размещенная пользователем Соколовым А.С. на Интернет-странице </w:t>
            </w:r>
            <w:r>
              <w:t>http</w:t>
            </w:r>
            <w:r w:rsidRPr="00332DB8">
              <w:rPr>
                <w:lang w:val="ru-RU"/>
              </w:rPr>
              <w:t>://</w:t>
            </w:r>
            <w:r>
              <w:t>vk</w:t>
            </w:r>
            <w:r w:rsidRPr="00332DB8">
              <w:rPr>
                <w:lang w:val="ru-RU"/>
              </w:rPr>
              <w:t>.</w:t>
            </w:r>
            <w:r>
              <w:t>com</w:t>
            </w:r>
            <w:r w:rsidRPr="00332DB8">
              <w:rPr>
                <w:lang w:val="ru-RU"/>
              </w:rPr>
              <w:t>/</w:t>
            </w:r>
            <w:r>
              <w:t>sokolov</w:t>
            </w:r>
            <w:r w:rsidRPr="00332DB8">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6F7457" w:rsidRPr="00332DB8" w:rsidRDefault="006F7457">
            <w:pPr>
              <w:rPr>
                <w:lang w:val="ru-RU"/>
              </w:rPr>
            </w:pPr>
          </w:p>
        </w:tc>
      </w:tr>
      <w:tr w:rsidR="006F7457" w:rsidRPr="00DD284B">
        <w:tc>
          <w:tcPr>
            <w:tcW w:w="2880" w:type="dxa"/>
          </w:tcPr>
          <w:p w:rsidR="006F7457" w:rsidRDefault="00332DB8">
            <w:r>
              <w:t>1655.</w:t>
            </w:r>
          </w:p>
        </w:tc>
        <w:tc>
          <w:tcPr>
            <w:tcW w:w="2880" w:type="dxa"/>
          </w:tcPr>
          <w:p w:rsidR="006F7457" w:rsidRPr="00332DB8" w:rsidRDefault="00332DB8">
            <w:pPr>
              <w:rPr>
                <w:lang w:val="ru-RU"/>
              </w:rPr>
            </w:pPr>
            <w:r w:rsidRPr="00332DB8">
              <w:rPr>
                <w:lang w:val="ru-RU"/>
              </w:rPr>
              <w:t xml:space="preserve">Видеозапись «СКИНЫ НУЖНЫ», размещенная пользователем Соколовым А.С. на Интернет-странице </w:t>
            </w:r>
            <w:r>
              <w:t>http</w:t>
            </w:r>
            <w:r w:rsidRPr="00332DB8">
              <w:rPr>
                <w:lang w:val="ru-RU"/>
              </w:rPr>
              <w:t>://</w:t>
            </w:r>
            <w:r>
              <w:t>vk</w:t>
            </w:r>
            <w:r w:rsidRPr="00332DB8">
              <w:rPr>
                <w:lang w:val="ru-RU"/>
              </w:rPr>
              <w:t>.</w:t>
            </w:r>
            <w:r>
              <w:t>com</w:t>
            </w:r>
            <w:r w:rsidRPr="00332DB8">
              <w:rPr>
                <w:lang w:val="ru-RU"/>
              </w:rPr>
              <w:t>/</w:t>
            </w:r>
            <w:r>
              <w:t>sokolov</w:t>
            </w:r>
            <w:r w:rsidRPr="00332DB8">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6F7457" w:rsidRPr="00332DB8" w:rsidRDefault="006F7457">
            <w:pPr>
              <w:rPr>
                <w:lang w:val="ru-RU"/>
              </w:rPr>
            </w:pPr>
          </w:p>
        </w:tc>
      </w:tr>
      <w:tr w:rsidR="006F7457" w:rsidRPr="00DD284B">
        <w:tc>
          <w:tcPr>
            <w:tcW w:w="2880" w:type="dxa"/>
          </w:tcPr>
          <w:p w:rsidR="006F7457" w:rsidRDefault="00332DB8">
            <w:r>
              <w:t>1656.</w:t>
            </w:r>
          </w:p>
        </w:tc>
        <w:tc>
          <w:tcPr>
            <w:tcW w:w="2880" w:type="dxa"/>
          </w:tcPr>
          <w:p w:rsidR="006F7457" w:rsidRPr="00332DB8" w:rsidRDefault="00332DB8">
            <w:pPr>
              <w:rPr>
                <w:lang w:val="ru-RU"/>
              </w:rPr>
            </w:pPr>
            <w:r w:rsidRPr="00332DB8">
              <w:rPr>
                <w:lang w:val="ru-RU"/>
              </w:rPr>
              <w:t xml:space="preserve">Видеозапись «казни 2ух чурок!», размещенная пользователем Соколовым А.С. на Интернет-странице </w:t>
            </w:r>
            <w:r>
              <w:t>http</w:t>
            </w:r>
            <w:r w:rsidRPr="00332DB8">
              <w:rPr>
                <w:lang w:val="ru-RU"/>
              </w:rPr>
              <w:t>://</w:t>
            </w:r>
            <w:r>
              <w:t>vk</w:t>
            </w:r>
            <w:r w:rsidRPr="00332DB8">
              <w:rPr>
                <w:lang w:val="ru-RU"/>
              </w:rPr>
              <w:t>.</w:t>
            </w:r>
            <w:r>
              <w:t>com</w:t>
            </w:r>
            <w:r w:rsidRPr="00332DB8">
              <w:rPr>
                <w:lang w:val="ru-RU"/>
              </w:rPr>
              <w:t>/</w:t>
            </w:r>
            <w:r>
              <w:t>sokolov</w:t>
            </w:r>
            <w:r w:rsidRPr="00332DB8">
              <w:rPr>
                <w:lang w:val="ru-RU"/>
              </w:rPr>
              <w:t>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6F7457" w:rsidRPr="00332DB8" w:rsidRDefault="006F7457">
            <w:pPr>
              <w:rPr>
                <w:lang w:val="ru-RU"/>
              </w:rPr>
            </w:pPr>
          </w:p>
        </w:tc>
      </w:tr>
      <w:tr w:rsidR="006F7457" w:rsidRPr="00DD284B">
        <w:tc>
          <w:tcPr>
            <w:tcW w:w="2880" w:type="dxa"/>
          </w:tcPr>
          <w:p w:rsidR="006F7457" w:rsidRDefault="00332DB8">
            <w:r>
              <w:t>1657.</w:t>
            </w:r>
          </w:p>
        </w:tc>
        <w:tc>
          <w:tcPr>
            <w:tcW w:w="2880" w:type="dxa"/>
          </w:tcPr>
          <w:p w:rsidR="006F7457" w:rsidRPr="00332DB8" w:rsidRDefault="00332DB8">
            <w:pPr>
              <w:rPr>
                <w:lang w:val="ru-RU"/>
              </w:rPr>
            </w:pPr>
            <w:r w:rsidRPr="00332DB8">
              <w:rPr>
                <w:lang w:val="ru-RU"/>
              </w:rPr>
              <w:t xml:space="preserve">Видеоролик «Русь проснись», размещенный на интернет-странице </w:t>
            </w:r>
            <w:r>
              <w:t>id</w:t>
            </w:r>
            <w:r w:rsidRPr="00332DB8">
              <w:rPr>
                <w:lang w:val="ru-RU"/>
              </w:rPr>
              <w:t xml:space="preserve">70272149 интернет-сайта </w:t>
            </w:r>
            <w:r>
              <w:t>www</w:t>
            </w:r>
            <w:r w:rsidRPr="00332DB8">
              <w:rPr>
                <w:lang w:val="ru-RU"/>
              </w:rPr>
              <w:t>.</w:t>
            </w:r>
            <w:r>
              <w:t>vkontakte</w:t>
            </w:r>
            <w:r w:rsidRPr="00332DB8">
              <w:rPr>
                <w:lang w:val="ru-RU"/>
              </w:rPr>
              <w:t>.</w:t>
            </w:r>
            <w:r>
              <w:t>ru</w:t>
            </w:r>
            <w:r w:rsidRPr="00332DB8">
              <w:rPr>
                <w:lang w:val="ru-RU"/>
              </w:rPr>
              <w:t xml:space="preserve"> (решение Заводского районного суда г. Орла от 26.10.2012);</w:t>
            </w:r>
          </w:p>
        </w:tc>
        <w:tc>
          <w:tcPr>
            <w:tcW w:w="2880" w:type="dxa"/>
          </w:tcPr>
          <w:p w:rsidR="006F7457" w:rsidRPr="00332DB8" w:rsidRDefault="006F7457">
            <w:pPr>
              <w:rPr>
                <w:lang w:val="ru-RU"/>
              </w:rPr>
            </w:pPr>
          </w:p>
        </w:tc>
      </w:tr>
      <w:tr w:rsidR="006F7457" w:rsidRPr="00DD284B">
        <w:tc>
          <w:tcPr>
            <w:tcW w:w="2880" w:type="dxa"/>
          </w:tcPr>
          <w:p w:rsidR="006F7457" w:rsidRDefault="00332DB8">
            <w:r>
              <w:t>165</w:t>
            </w:r>
            <w:r>
              <w:lastRenderedPageBreak/>
              <w:t>8.</w:t>
            </w:r>
          </w:p>
        </w:tc>
        <w:tc>
          <w:tcPr>
            <w:tcW w:w="2880" w:type="dxa"/>
          </w:tcPr>
          <w:p w:rsidR="006F7457" w:rsidRPr="00332DB8" w:rsidRDefault="00332DB8">
            <w:pPr>
              <w:rPr>
                <w:lang w:val="ru-RU"/>
              </w:rPr>
            </w:pPr>
            <w:r w:rsidRPr="00332DB8">
              <w:rPr>
                <w:lang w:val="ru-RU"/>
              </w:rPr>
              <w:lastRenderedPageBreak/>
              <w:t xml:space="preserve">«Сайт </w:t>
            </w:r>
            <w:r>
              <w:t>sharhsunna</w:t>
            </w:r>
            <w:r w:rsidRPr="00332DB8">
              <w:rPr>
                <w:lang w:val="ru-RU"/>
              </w:rPr>
              <w:t>.</w:t>
            </w:r>
            <w:r>
              <w:t>net</w:t>
            </w:r>
            <w:r w:rsidRPr="00332DB8">
              <w:rPr>
                <w:lang w:val="ru-RU"/>
              </w:rPr>
              <w:t xml:space="preserve"> (решение Кировского районного суда г. Астрахани от 16.11.2012);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1659.</w:t>
            </w:r>
          </w:p>
        </w:tc>
        <w:tc>
          <w:tcPr>
            <w:tcW w:w="2880" w:type="dxa"/>
          </w:tcPr>
          <w:p w:rsidR="006F7457" w:rsidRPr="00332DB8" w:rsidRDefault="00332DB8">
            <w:pPr>
              <w:rPr>
                <w:lang w:val="ru-RU"/>
              </w:rPr>
            </w:pPr>
            <w:r w:rsidRPr="00332DB8">
              <w:rPr>
                <w:lang w:val="ru-RU"/>
              </w:rPr>
              <w:t xml:space="preserve">Видеоролик «Кавказцы объединяются», размещенный на интернет-странице </w:t>
            </w:r>
            <w:r>
              <w:t>id</w:t>
            </w:r>
            <w:r w:rsidRPr="00332DB8">
              <w:rPr>
                <w:lang w:val="ru-RU"/>
              </w:rPr>
              <w:t xml:space="preserve">96615872 интернет-сайта </w:t>
            </w:r>
            <w:r>
              <w:t>www</w:t>
            </w:r>
            <w:r w:rsidRPr="00332DB8">
              <w:rPr>
                <w:lang w:val="ru-RU"/>
              </w:rPr>
              <w:t>.</w:t>
            </w:r>
            <w:r>
              <w:t>vkontakte</w:t>
            </w:r>
            <w:r w:rsidRPr="00332DB8">
              <w:rPr>
                <w:lang w:val="ru-RU"/>
              </w:rPr>
              <w:t>.</w:t>
            </w:r>
            <w:r>
              <w:t>ru</w:t>
            </w:r>
            <w:r w:rsidRPr="00332DB8">
              <w:rPr>
                <w:lang w:val="ru-RU"/>
              </w:rPr>
              <w:t>. (решение Заводского районного суда г. Орла от 08.11.2012);</w:t>
            </w:r>
          </w:p>
        </w:tc>
        <w:tc>
          <w:tcPr>
            <w:tcW w:w="2880" w:type="dxa"/>
          </w:tcPr>
          <w:p w:rsidR="006F7457" w:rsidRPr="00332DB8" w:rsidRDefault="006F7457">
            <w:pPr>
              <w:rPr>
                <w:lang w:val="ru-RU"/>
              </w:rPr>
            </w:pPr>
          </w:p>
        </w:tc>
      </w:tr>
      <w:tr w:rsidR="006F7457" w:rsidRPr="00DD284B">
        <w:tc>
          <w:tcPr>
            <w:tcW w:w="2880" w:type="dxa"/>
          </w:tcPr>
          <w:p w:rsidR="006F7457" w:rsidRDefault="00332DB8">
            <w:r>
              <w:t>1660.</w:t>
            </w:r>
          </w:p>
        </w:tc>
        <w:tc>
          <w:tcPr>
            <w:tcW w:w="2880" w:type="dxa"/>
          </w:tcPr>
          <w:p w:rsidR="006F7457" w:rsidRPr="00332DB8" w:rsidRDefault="00332DB8">
            <w:pPr>
              <w:rPr>
                <w:lang w:val="ru-RU"/>
              </w:rPr>
            </w:pPr>
            <w:r w:rsidRPr="00332DB8">
              <w:rPr>
                <w:lang w:val="ru-RU"/>
              </w:rPr>
              <w:t>Видеофайл «Русский, очнись! Против тебя идет война!», файл «2</w:t>
            </w:r>
            <w:r>
              <w:t>ee</w:t>
            </w:r>
            <w:r w:rsidRPr="00332DB8">
              <w:rPr>
                <w:lang w:val="ru-RU"/>
              </w:rPr>
              <w:t>9</w:t>
            </w:r>
            <w:r>
              <w:t>cab</w:t>
            </w:r>
            <w:r w:rsidRPr="00332DB8">
              <w:rPr>
                <w:lang w:val="ru-RU"/>
              </w:rPr>
              <w:t>98</w:t>
            </w:r>
            <w:r>
              <w:t>f</w:t>
            </w:r>
            <w:r w:rsidRPr="00332DB8">
              <w:rPr>
                <w:lang w:val="ru-RU"/>
              </w:rPr>
              <w:t>4380031246.</w:t>
            </w:r>
            <w:r>
              <w:t>vk</w:t>
            </w:r>
            <w:r w:rsidRPr="00332DB8">
              <w:rPr>
                <w:lang w:val="ru-RU"/>
              </w:rPr>
              <w:t>», формат «.</w:t>
            </w:r>
            <w:r>
              <w:t>flv</w:t>
            </w:r>
            <w:r w:rsidRPr="00332DB8">
              <w:rPr>
                <w:lang w:val="ru-RU"/>
              </w:rPr>
              <w:t>», размером 14 Мб, продолжительностью 6 мин. 19 сек., размещенный в сети Интернет, на сайте «</w:t>
            </w:r>
            <w:r>
              <w:t>www</w:t>
            </w:r>
            <w:r w:rsidRPr="00332DB8">
              <w:rPr>
                <w:lang w:val="ru-RU"/>
              </w:rPr>
              <w:t>.</w:t>
            </w:r>
            <w:r>
              <w:t>vkontakte</w:t>
            </w:r>
            <w:r w:rsidRPr="00332DB8">
              <w:rPr>
                <w:lang w:val="ru-RU"/>
              </w:rPr>
              <w:t>.</w:t>
            </w:r>
            <w:r>
              <w:t>ru</w:t>
            </w:r>
            <w:r w:rsidRPr="00332DB8">
              <w:rPr>
                <w:lang w:val="ru-RU"/>
              </w:rPr>
              <w:t>», на интернет-странице, имеющей адрес «</w:t>
            </w:r>
            <w:r>
              <w:t>http</w:t>
            </w:r>
            <w:r w:rsidRPr="00332DB8">
              <w:rPr>
                <w:lang w:val="ru-RU"/>
              </w:rPr>
              <w:t>://</w:t>
            </w:r>
            <w:r>
              <w:t>vkontakte</w:t>
            </w:r>
            <w:r w:rsidRPr="00332DB8">
              <w:rPr>
                <w:lang w:val="ru-RU"/>
              </w:rPr>
              <w:t>.</w:t>
            </w:r>
            <w:r>
              <w:t>ru</w:t>
            </w:r>
            <w:r w:rsidRPr="00332DB8">
              <w:rPr>
                <w:lang w:val="ru-RU"/>
              </w:rPr>
              <w:t>/</w:t>
            </w:r>
            <w:r>
              <w:t>id</w:t>
            </w:r>
            <w:r w:rsidRPr="00332DB8">
              <w:rPr>
                <w:lang w:val="ru-RU"/>
              </w:rPr>
              <w:t>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2880" w:type="dxa"/>
          </w:tcPr>
          <w:p w:rsidR="006F7457" w:rsidRPr="00332DB8" w:rsidRDefault="006F7457">
            <w:pPr>
              <w:rPr>
                <w:lang w:val="ru-RU"/>
              </w:rPr>
            </w:pPr>
          </w:p>
        </w:tc>
      </w:tr>
      <w:tr w:rsidR="006F7457" w:rsidRPr="00DD284B">
        <w:tc>
          <w:tcPr>
            <w:tcW w:w="2880" w:type="dxa"/>
          </w:tcPr>
          <w:p w:rsidR="006F7457" w:rsidRDefault="00332DB8">
            <w:r>
              <w:t>1661.</w:t>
            </w:r>
          </w:p>
        </w:tc>
        <w:tc>
          <w:tcPr>
            <w:tcW w:w="2880" w:type="dxa"/>
          </w:tcPr>
          <w:p w:rsidR="006F7457" w:rsidRPr="00332DB8" w:rsidRDefault="00332DB8">
            <w:pPr>
              <w:rPr>
                <w:lang w:val="ru-RU"/>
              </w:rPr>
            </w:pPr>
            <w:r w:rsidRPr="00332DB8">
              <w:rPr>
                <w:lang w:val="ru-RU"/>
              </w:rPr>
              <w:t xml:space="preserve">Статья «Руки прочь от свастики», размещенная на Интернет сайте </w:t>
            </w:r>
            <w:r>
              <w:t>http</w:t>
            </w:r>
            <w:r w:rsidRPr="00332DB8">
              <w:rPr>
                <w:lang w:val="ru-RU"/>
              </w:rPr>
              <w:t>:/</w:t>
            </w:r>
            <w:r>
              <w:t>rusinfo</w:t>
            </w:r>
            <w:r w:rsidRPr="00332DB8">
              <w:rPr>
                <w:lang w:val="ru-RU"/>
              </w:rPr>
              <w:t>.</w:t>
            </w:r>
            <w:r>
              <w:t>cc</w:t>
            </w:r>
            <w:r w:rsidRPr="00332DB8">
              <w:rPr>
                <w:lang w:val="ru-RU"/>
              </w:rPr>
              <w:t xml:space="preserve">, а также в социальной сети «В Контакте» Боковым Дмитрием Владимировичем по адресу </w:t>
            </w:r>
            <w:r>
              <w:t>http</w:t>
            </w:r>
            <w:r w:rsidRPr="00332DB8">
              <w:rPr>
                <w:lang w:val="ru-RU"/>
              </w:rPr>
              <w:t>://</w:t>
            </w:r>
            <w:r>
              <w:t>vk</w:t>
            </w:r>
            <w:r w:rsidRPr="00332DB8">
              <w:rPr>
                <w:lang w:val="ru-RU"/>
              </w:rPr>
              <w:t>.</w:t>
            </w:r>
            <w:r>
              <w:t>com</w:t>
            </w:r>
            <w:r w:rsidRPr="00332DB8">
              <w:rPr>
                <w:lang w:val="ru-RU"/>
              </w:rPr>
              <w:t>/</w:t>
            </w:r>
            <w:r>
              <w:t>topic</w:t>
            </w:r>
            <w:r w:rsidRPr="00332DB8">
              <w:rPr>
                <w:lang w:val="ru-RU"/>
              </w:rPr>
              <w:t>-33517770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2880" w:type="dxa"/>
          </w:tcPr>
          <w:p w:rsidR="006F7457" w:rsidRPr="00332DB8" w:rsidRDefault="006F7457">
            <w:pPr>
              <w:rPr>
                <w:lang w:val="ru-RU"/>
              </w:rPr>
            </w:pPr>
          </w:p>
        </w:tc>
      </w:tr>
      <w:tr w:rsidR="006F7457">
        <w:tc>
          <w:tcPr>
            <w:tcW w:w="2880" w:type="dxa"/>
          </w:tcPr>
          <w:p w:rsidR="006F7457" w:rsidRDefault="00332DB8">
            <w:r>
              <w:t>1662.</w:t>
            </w:r>
          </w:p>
        </w:tc>
        <w:tc>
          <w:tcPr>
            <w:tcW w:w="2880" w:type="dxa"/>
          </w:tcPr>
          <w:p w:rsidR="006F7457" w:rsidRDefault="00332DB8">
            <w:r w:rsidRPr="00332DB8">
              <w:rPr>
                <w:lang w:val="ru-RU"/>
              </w:rPr>
              <w:t xml:space="preserve">Книга с названием «Слова» из собрания сочинений «Рисале и Нур», автор Бадиуззаман Саид Нурси, перевод с турецкого языка Ибрахима Салиха, издательство </w:t>
            </w:r>
            <w:r>
              <w:t>Hizmet</w:t>
            </w:r>
            <w:r w:rsidRPr="00332DB8">
              <w:rPr>
                <w:lang w:val="ru-RU"/>
              </w:rPr>
              <w:t xml:space="preserve"> </w:t>
            </w:r>
            <w:r>
              <w:t>Vakfi</w:t>
            </w:r>
            <w:r w:rsidRPr="00332DB8">
              <w:rPr>
                <w:lang w:val="ru-RU"/>
              </w:rPr>
              <w:t xml:space="preserve"> </w:t>
            </w:r>
            <w:r>
              <w:t>Yayinlari</w:t>
            </w:r>
            <w:r w:rsidRPr="00332DB8">
              <w:rPr>
                <w:lang w:val="ru-RU"/>
              </w:rPr>
              <w:t xml:space="preserve">, </w:t>
            </w:r>
            <w:r>
              <w:t>Istanbul</w:t>
            </w:r>
            <w:r w:rsidRPr="00332DB8">
              <w:rPr>
                <w:lang w:val="ru-RU"/>
              </w:rPr>
              <w:t xml:space="preserve">-2009, 968 стр. </w:t>
            </w:r>
            <w:r>
              <w:t>(решение Московского районного суда г. Санкт-Петербурга от 17.10.2012);</w:t>
            </w:r>
          </w:p>
        </w:tc>
        <w:tc>
          <w:tcPr>
            <w:tcW w:w="2880" w:type="dxa"/>
          </w:tcPr>
          <w:p w:rsidR="006F7457" w:rsidRDefault="006F7457"/>
        </w:tc>
      </w:tr>
      <w:tr w:rsidR="006F7457" w:rsidRPr="00DD284B">
        <w:tc>
          <w:tcPr>
            <w:tcW w:w="2880" w:type="dxa"/>
          </w:tcPr>
          <w:p w:rsidR="006F7457" w:rsidRDefault="00332DB8">
            <w:r>
              <w:t>1663.</w:t>
            </w:r>
          </w:p>
        </w:tc>
        <w:tc>
          <w:tcPr>
            <w:tcW w:w="2880" w:type="dxa"/>
          </w:tcPr>
          <w:p w:rsidR="006F7457" w:rsidRPr="00332DB8" w:rsidRDefault="00332DB8">
            <w:pPr>
              <w:rPr>
                <w:lang w:val="ru-RU"/>
              </w:rPr>
            </w:pPr>
            <w:r w:rsidRPr="00332DB8">
              <w:rPr>
                <w:lang w:val="ru-RU"/>
              </w:rPr>
              <w:t xml:space="preserve">Видеоматериал «Вперед скинхеды гнать хачей из страны!!!!!», размещенный в интернет-сайте «Вконтакте» имеющий электронный адрес </w:t>
            </w:r>
            <w:r>
              <w:t>www</w:t>
            </w:r>
            <w:r w:rsidRPr="00332DB8">
              <w:rPr>
                <w:lang w:val="ru-RU"/>
              </w:rPr>
              <w:t>.</w:t>
            </w:r>
            <w:r>
              <w:t>vkontakte</w:t>
            </w:r>
            <w:r w:rsidRPr="00332DB8">
              <w:rPr>
                <w:lang w:val="ru-RU"/>
              </w:rPr>
              <w:t>.</w:t>
            </w:r>
            <w:r>
              <w:t>ru</w:t>
            </w:r>
            <w:r w:rsidRPr="00332DB8">
              <w:rPr>
                <w:lang w:val="ru-RU"/>
              </w:rPr>
              <w:t xml:space="preserve">, страница </w:t>
            </w:r>
            <w:r>
              <w:t>http</w:t>
            </w:r>
            <w:r w:rsidRPr="00332DB8">
              <w:rPr>
                <w:lang w:val="ru-RU"/>
              </w:rPr>
              <w:t>://</w:t>
            </w:r>
            <w:r>
              <w:t>vkontakte</w:t>
            </w:r>
            <w:r w:rsidRPr="00332DB8">
              <w:rPr>
                <w:lang w:val="ru-RU"/>
              </w:rPr>
              <w:t>.</w:t>
            </w:r>
            <w:r>
              <w:t>ru</w:t>
            </w:r>
            <w:r w:rsidRPr="00332DB8">
              <w:rPr>
                <w:lang w:val="ru-RU"/>
              </w:rPr>
              <w:t>/</w:t>
            </w:r>
            <w:r>
              <w:t>id</w:t>
            </w:r>
            <w:r w:rsidRPr="00332DB8">
              <w:rPr>
                <w:lang w:val="ru-RU"/>
              </w:rPr>
              <w:t xml:space="preserve"> 86667913 (решение Промышленного районного суда г. Курска от 29.05.2012 и определение Промышленного районного суда г. Курска от 24.10.2012);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1664.</w:t>
            </w:r>
          </w:p>
        </w:tc>
        <w:tc>
          <w:tcPr>
            <w:tcW w:w="2880" w:type="dxa"/>
          </w:tcPr>
          <w:p w:rsidR="006F7457" w:rsidRPr="00332DB8" w:rsidRDefault="00332DB8">
            <w:pPr>
              <w:rPr>
                <w:lang w:val="ru-RU"/>
              </w:rPr>
            </w:pPr>
            <w:r w:rsidRPr="00332DB8">
              <w:rPr>
                <w:lang w:val="ru-RU"/>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c>
          <w:tcPr>
            <w:tcW w:w="2880" w:type="dxa"/>
          </w:tcPr>
          <w:p w:rsidR="006F7457" w:rsidRPr="00332DB8" w:rsidRDefault="006F7457">
            <w:pPr>
              <w:rPr>
                <w:lang w:val="ru-RU"/>
              </w:rPr>
            </w:pPr>
          </w:p>
        </w:tc>
      </w:tr>
      <w:tr w:rsidR="006F7457" w:rsidRPr="00DD284B">
        <w:tc>
          <w:tcPr>
            <w:tcW w:w="2880" w:type="dxa"/>
          </w:tcPr>
          <w:p w:rsidR="006F7457" w:rsidRDefault="00332DB8">
            <w:r>
              <w:t>1665.</w:t>
            </w:r>
          </w:p>
        </w:tc>
        <w:tc>
          <w:tcPr>
            <w:tcW w:w="2880" w:type="dxa"/>
          </w:tcPr>
          <w:p w:rsidR="006F7457" w:rsidRPr="00332DB8" w:rsidRDefault="00332DB8">
            <w:pPr>
              <w:rPr>
                <w:lang w:val="ru-RU"/>
              </w:rPr>
            </w:pPr>
            <w:r w:rsidRPr="00332DB8">
              <w:rPr>
                <w:lang w:val="ru-RU"/>
              </w:rPr>
              <w:t>Видеоматериал «Шейх Абдуллах Ас-Саʼд о джихаде» (решение Тагилстроевского районного суда г. Нижнего Тагила Свердловской области от 27.09.2012);</w:t>
            </w:r>
          </w:p>
        </w:tc>
        <w:tc>
          <w:tcPr>
            <w:tcW w:w="2880" w:type="dxa"/>
          </w:tcPr>
          <w:p w:rsidR="006F7457" w:rsidRPr="00332DB8" w:rsidRDefault="006F7457">
            <w:pPr>
              <w:rPr>
                <w:lang w:val="ru-RU"/>
              </w:rPr>
            </w:pPr>
          </w:p>
        </w:tc>
      </w:tr>
      <w:tr w:rsidR="006F7457" w:rsidRPr="00DD284B">
        <w:tc>
          <w:tcPr>
            <w:tcW w:w="2880" w:type="dxa"/>
          </w:tcPr>
          <w:p w:rsidR="006F7457" w:rsidRDefault="00332DB8">
            <w:r>
              <w:t>1666.</w:t>
            </w:r>
          </w:p>
        </w:tc>
        <w:tc>
          <w:tcPr>
            <w:tcW w:w="2880" w:type="dxa"/>
          </w:tcPr>
          <w:p w:rsidR="006F7457" w:rsidRPr="00332DB8" w:rsidRDefault="00332DB8">
            <w:pPr>
              <w:rPr>
                <w:lang w:val="ru-RU"/>
              </w:rPr>
            </w:pPr>
            <w:r w:rsidRPr="00332DB8">
              <w:rPr>
                <w:lang w:val="ru-RU"/>
              </w:rPr>
              <w:t>Видеоматериал «Они покусились на книгу Аллаха» (решение Тагилстроевского районного суда г. Нижнего Тагила Свердловской области от 26.09.2012);</w:t>
            </w:r>
          </w:p>
        </w:tc>
        <w:tc>
          <w:tcPr>
            <w:tcW w:w="2880" w:type="dxa"/>
          </w:tcPr>
          <w:p w:rsidR="006F7457" w:rsidRPr="00332DB8" w:rsidRDefault="006F7457">
            <w:pPr>
              <w:rPr>
                <w:lang w:val="ru-RU"/>
              </w:rPr>
            </w:pPr>
          </w:p>
        </w:tc>
      </w:tr>
      <w:tr w:rsidR="006F7457" w:rsidRPr="00DD284B">
        <w:tc>
          <w:tcPr>
            <w:tcW w:w="2880" w:type="dxa"/>
          </w:tcPr>
          <w:p w:rsidR="006F7457" w:rsidRDefault="00332DB8">
            <w:r>
              <w:t>1667.</w:t>
            </w:r>
          </w:p>
        </w:tc>
        <w:tc>
          <w:tcPr>
            <w:tcW w:w="2880" w:type="dxa"/>
          </w:tcPr>
          <w:p w:rsidR="006F7457" w:rsidRPr="00332DB8" w:rsidRDefault="00332DB8">
            <w:pPr>
              <w:rPr>
                <w:lang w:val="ru-RU"/>
              </w:rPr>
            </w:pPr>
            <w:r w:rsidRPr="00332DB8">
              <w:rPr>
                <w:lang w:val="ru-RU"/>
              </w:rPr>
              <w:t>Аудиофайл «_</w:t>
            </w:r>
            <w:r>
              <w:t>RGD</w:t>
            </w:r>
            <w:r w:rsidRPr="00332DB8">
              <w:rPr>
                <w:lang w:val="ru-RU"/>
              </w:rPr>
              <w:t xml:space="preserve">88 – </w:t>
            </w:r>
            <w:r>
              <w:t>Cvetnye</w:t>
            </w:r>
            <w:r w:rsidRPr="00332DB8">
              <w:rPr>
                <w:lang w:val="ru-RU"/>
              </w:rPr>
              <w:t xml:space="preserve"> </w:t>
            </w:r>
            <w:r>
              <w:t>m</w:t>
            </w:r>
            <w:r w:rsidRPr="00332DB8">
              <w:rPr>
                <w:lang w:val="ru-RU"/>
              </w:rPr>
              <w:t>----</w:t>
            </w:r>
            <w:r>
              <w:t>y</w:t>
            </w:r>
            <w:r w:rsidRPr="00332DB8">
              <w:rPr>
                <w:lang w:val="ru-RU"/>
              </w:rPr>
              <w:t>.</w:t>
            </w:r>
            <w:r>
              <w:t>mp</w:t>
            </w:r>
            <w:r w:rsidRPr="00332DB8">
              <w:rPr>
                <w:lang w:val="ru-RU"/>
              </w:rPr>
              <w:t xml:space="preserve">3» (название сокращено), размещенный в глобальной сети Интернет в социальной сети «Вконтакте» на личной странице пользователя под псевдонимом «Никита </w:t>
            </w:r>
            <w:r>
              <w:t>Pit</w:t>
            </w:r>
            <w:r w:rsidRPr="00332DB8">
              <w:rPr>
                <w:lang w:val="ru-RU"/>
              </w:rPr>
              <w:t xml:space="preserve"> </w:t>
            </w:r>
            <w:r>
              <w:t>Bull</w:t>
            </w:r>
            <w:r w:rsidRPr="00332DB8">
              <w:rPr>
                <w:lang w:val="ru-RU"/>
              </w:rPr>
              <w:t xml:space="preserve"> Вербий» по электронному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396553496 (решение Центрального районного суда г. Волгограда от 24.09.2012);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1668.</w:t>
            </w:r>
          </w:p>
        </w:tc>
        <w:tc>
          <w:tcPr>
            <w:tcW w:w="2880" w:type="dxa"/>
          </w:tcPr>
          <w:p w:rsidR="006F7457" w:rsidRPr="00332DB8" w:rsidRDefault="00332DB8">
            <w:pPr>
              <w:rPr>
                <w:lang w:val="ru-RU"/>
              </w:rPr>
            </w:pPr>
            <w:r w:rsidRPr="00332DB8">
              <w:rPr>
                <w:lang w:val="ru-RU"/>
              </w:rPr>
              <w:t>Аудиофайл «</w:t>
            </w:r>
            <w:r>
              <w:t>OkoloRep</w:t>
            </w:r>
            <w:r w:rsidRPr="00332DB8">
              <w:rPr>
                <w:lang w:val="ru-RU"/>
              </w:rPr>
              <w:t xml:space="preserve"> - </w:t>
            </w:r>
            <w:r>
              <w:t>otdelu</w:t>
            </w:r>
            <w:r w:rsidRPr="00332DB8">
              <w:rPr>
                <w:lang w:val="ru-RU"/>
              </w:rPr>
              <w:t xml:space="preserve"> </w:t>
            </w:r>
            <w:r>
              <w:t>po</w:t>
            </w:r>
            <w:r w:rsidRPr="00332DB8">
              <w:rPr>
                <w:lang w:val="ru-RU"/>
              </w:rPr>
              <w:t xml:space="preserve"> </w:t>
            </w:r>
            <w:r>
              <w:t>bor</w:t>
            </w:r>
            <w:r w:rsidRPr="00332DB8">
              <w:rPr>
                <w:lang w:val="ru-RU"/>
              </w:rPr>
              <w:t>ʼ</w:t>
            </w:r>
            <w:r>
              <w:t>be</w:t>
            </w:r>
            <w:r w:rsidRPr="00332DB8">
              <w:rPr>
                <w:lang w:val="ru-RU"/>
              </w:rPr>
              <w:t xml:space="preserve"> </w:t>
            </w:r>
            <w:r>
              <w:t>s</w:t>
            </w:r>
            <w:r w:rsidRPr="00332DB8">
              <w:rPr>
                <w:lang w:val="ru-RU"/>
              </w:rPr>
              <w:t xml:space="preserve"> </w:t>
            </w:r>
            <w:r>
              <w:t>ekstremizmom</w:t>
            </w:r>
            <w:r w:rsidRPr="00332DB8">
              <w:rPr>
                <w:lang w:val="ru-RU"/>
              </w:rPr>
              <w:t>.</w:t>
            </w:r>
            <w:r>
              <w:t>mp</w:t>
            </w:r>
            <w:r w:rsidRPr="00332DB8">
              <w:rPr>
                <w:lang w:val="ru-RU"/>
              </w:rPr>
              <w:t xml:space="preserve">3», размещенный в глобальной сети Интернет в социальной сети «Вконтакте» на личной странице пользователя под псевдонимом «Никита </w:t>
            </w:r>
            <w:r>
              <w:t>Pit</w:t>
            </w:r>
            <w:r w:rsidRPr="00332DB8">
              <w:rPr>
                <w:lang w:val="ru-RU"/>
              </w:rPr>
              <w:t xml:space="preserve"> </w:t>
            </w:r>
            <w:r>
              <w:t>Bull</w:t>
            </w:r>
            <w:r w:rsidRPr="00332DB8">
              <w:rPr>
                <w:lang w:val="ru-RU"/>
              </w:rPr>
              <w:t xml:space="preserve"> Вербий» по электронному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396553496 (решение Центрального районного суда г. Волгограда от 24.09.2012);</w:t>
            </w:r>
          </w:p>
        </w:tc>
        <w:tc>
          <w:tcPr>
            <w:tcW w:w="2880" w:type="dxa"/>
          </w:tcPr>
          <w:p w:rsidR="006F7457" w:rsidRPr="00332DB8" w:rsidRDefault="006F7457">
            <w:pPr>
              <w:rPr>
                <w:lang w:val="ru-RU"/>
              </w:rPr>
            </w:pPr>
          </w:p>
        </w:tc>
      </w:tr>
      <w:tr w:rsidR="006F7457" w:rsidRPr="00DD284B">
        <w:tc>
          <w:tcPr>
            <w:tcW w:w="2880" w:type="dxa"/>
          </w:tcPr>
          <w:p w:rsidR="006F7457" w:rsidRDefault="00332DB8">
            <w:r>
              <w:t>16</w:t>
            </w:r>
            <w:r>
              <w:lastRenderedPageBreak/>
              <w:t>69.</w:t>
            </w:r>
          </w:p>
        </w:tc>
        <w:tc>
          <w:tcPr>
            <w:tcW w:w="2880" w:type="dxa"/>
          </w:tcPr>
          <w:p w:rsidR="006F7457" w:rsidRPr="00332DB8" w:rsidRDefault="00332DB8">
            <w:pPr>
              <w:rPr>
                <w:lang w:val="ru-RU"/>
              </w:rPr>
            </w:pPr>
            <w:r w:rsidRPr="00332DB8">
              <w:rPr>
                <w:lang w:val="ru-RU"/>
              </w:rPr>
              <w:lastRenderedPageBreak/>
              <w:t xml:space="preserve">Книга А.Н. Севастьянова «Национал-демократия или новый реализм» (решение Майкопского районного суда </w:t>
            </w:r>
            <w:r w:rsidRPr="00332DB8">
              <w:rPr>
                <w:lang w:val="ru-RU"/>
              </w:rPr>
              <w:lastRenderedPageBreak/>
              <w:t>Республики Адыгея от 22.10.2012);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1670.</w:t>
            </w:r>
          </w:p>
        </w:tc>
        <w:tc>
          <w:tcPr>
            <w:tcW w:w="2880" w:type="dxa"/>
          </w:tcPr>
          <w:p w:rsidR="006F7457" w:rsidRPr="00332DB8" w:rsidRDefault="00332DB8">
            <w:pPr>
              <w:rPr>
                <w:lang w:val="ru-RU"/>
              </w:rPr>
            </w:pPr>
            <w:r w:rsidRPr="00332DB8">
              <w:rPr>
                <w:lang w:val="ru-RU"/>
              </w:rPr>
              <w:t>Книга А.Н. Севастьянова «Ты - для нации, нация - для тебя» (решение Майкопского районного суда Республики Адыгея от 22.10.2012);</w:t>
            </w:r>
          </w:p>
        </w:tc>
        <w:tc>
          <w:tcPr>
            <w:tcW w:w="2880" w:type="dxa"/>
          </w:tcPr>
          <w:p w:rsidR="006F7457" w:rsidRPr="00332DB8" w:rsidRDefault="006F7457">
            <w:pPr>
              <w:rPr>
                <w:lang w:val="ru-RU"/>
              </w:rPr>
            </w:pPr>
          </w:p>
        </w:tc>
      </w:tr>
      <w:tr w:rsidR="006F7457" w:rsidRPr="00DD284B">
        <w:tc>
          <w:tcPr>
            <w:tcW w:w="2880" w:type="dxa"/>
          </w:tcPr>
          <w:p w:rsidR="006F7457" w:rsidRDefault="00332DB8">
            <w:r>
              <w:t>1671.</w:t>
            </w:r>
          </w:p>
        </w:tc>
        <w:tc>
          <w:tcPr>
            <w:tcW w:w="2880" w:type="dxa"/>
          </w:tcPr>
          <w:p w:rsidR="006F7457" w:rsidRPr="00332DB8" w:rsidRDefault="00332DB8">
            <w:pPr>
              <w:rPr>
                <w:lang w:val="ru-RU"/>
              </w:rPr>
            </w:pPr>
            <w:r w:rsidRPr="00332DB8">
              <w:rPr>
                <w:lang w:val="ru-RU"/>
              </w:rPr>
              <w:t xml:space="preserve">Брошюра с названием «Путь </w:t>
            </w:r>
            <w:r>
              <w:t>HAY</w:t>
            </w:r>
            <w:r w:rsidRPr="00332DB8">
              <w:rPr>
                <w:lang w:val="ru-RU"/>
              </w:rPr>
              <w:t xml:space="preserve"> </w:t>
            </w:r>
            <w:r>
              <w:t>RADICAL</w:t>
            </w:r>
            <w:r w:rsidRPr="00332DB8">
              <w:rPr>
                <w:lang w:val="ru-RU"/>
              </w:rPr>
              <w:t>» (решение Советского районного суда г. Липецка от 31.10.2012);</w:t>
            </w:r>
          </w:p>
        </w:tc>
        <w:tc>
          <w:tcPr>
            <w:tcW w:w="2880" w:type="dxa"/>
          </w:tcPr>
          <w:p w:rsidR="006F7457" w:rsidRPr="00332DB8" w:rsidRDefault="006F7457">
            <w:pPr>
              <w:rPr>
                <w:lang w:val="ru-RU"/>
              </w:rPr>
            </w:pPr>
          </w:p>
        </w:tc>
      </w:tr>
      <w:tr w:rsidR="006F7457" w:rsidRPr="00DD284B">
        <w:tc>
          <w:tcPr>
            <w:tcW w:w="2880" w:type="dxa"/>
          </w:tcPr>
          <w:p w:rsidR="006F7457" w:rsidRDefault="00332DB8">
            <w:r>
              <w:t>1672.</w:t>
            </w:r>
          </w:p>
        </w:tc>
        <w:tc>
          <w:tcPr>
            <w:tcW w:w="2880" w:type="dxa"/>
          </w:tcPr>
          <w:p w:rsidR="006F7457" w:rsidRPr="00332DB8" w:rsidRDefault="00332DB8">
            <w:pPr>
              <w:rPr>
                <w:lang w:val="ru-RU"/>
              </w:rPr>
            </w:pPr>
            <w:r w:rsidRPr="00332DB8">
              <w:rPr>
                <w:lang w:val="ru-RU"/>
              </w:rPr>
              <w:t xml:space="preserve">Информационный материал – Интернет-ресурс (электронный адрес) </w:t>
            </w:r>
            <w:r>
              <w:t>www</w:t>
            </w:r>
            <w:r w:rsidRPr="00332DB8">
              <w:rPr>
                <w:lang w:val="ru-RU"/>
              </w:rPr>
              <w:t>.</w:t>
            </w:r>
            <w:r>
              <w:t>shamilonline</w:t>
            </w:r>
            <w:r w:rsidRPr="00332DB8">
              <w:rPr>
                <w:lang w:val="ru-RU"/>
              </w:rPr>
              <w:t>.</w:t>
            </w:r>
            <w:r>
              <w:t>org</w:t>
            </w:r>
            <w:r w:rsidRPr="00332DB8">
              <w:rPr>
                <w:lang w:val="ru-RU"/>
              </w:rPr>
              <w:t xml:space="preserve">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2880" w:type="dxa"/>
          </w:tcPr>
          <w:p w:rsidR="006F7457" w:rsidRPr="00332DB8" w:rsidRDefault="006F7457">
            <w:pPr>
              <w:rPr>
                <w:lang w:val="ru-RU"/>
              </w:rPr>
            </w:pPr>
          </w:p>
        </w:tc>
      </w:tr>
      <w:tr w:rsidR="006F7457" w:rsidRPr="00DD284B">
        <w:tc>
          <w:tcPr>
            <w:tcW w:w="2880" w:type="dxa"/>
          </w:tcPr>
          <w:p w:rsidR="006F7457" w:rsidRDefault="00332DB8">
            <w:r>
              <w:t>1673.</w:t>
            </w:r>
          </w:p>
        </w:tc>
        <w:tc>
          <w:tcPr>
            <w:tcW w:w="2880" w:type="dxa"/>
          </w:tcPr>
          <w:p w:rsidR="006F7457" w:rsidRPr="00332DB8" w:rsidRDefault="00332DB8">
            <w:pPr>
              <w:rPr>
                <w:lang w:val="ru-RU"/>
              </w:rPr>
            </w:pPr>
            <w:r w:rsidRPr="00332DB8">
              <w:rPr>
                <w:lang w:val="ru-RU"/>
              </w:rPr>
              <w:t>Публикация Юрия Афанасьева «Суки русского “либерализма”» (решение Кировского районного суда г. Омска от 13.11.2012);</w:t>
            </w:r>
          </w:p>
        </w:tc>
        <w:tc>
          <w:tcPr>
            <w:tcW w:w="2880" w:type="dxa"/>
          </w:tcPr>
          <w:p w:rsidR="006F7457" w:rsidRPr="00332DB8" w:rsidRDefault="006F7457">
            <w:pPr>
              <w:rPr>
                <w:lang w:val="ru-RU"/>
              </w:rPr>
            </w:pPr>
          </w:p>
        </w:tc>
      </w:tr>
      <w:tr w:rsidR="006F7457">
        <w:tc>
          <w:tcPr>
            <w:tcW w:w="2880" w:type="dxa"/>
          </w:tcPr>
          <w:p w:rsidR="006F7457" w:rsidRDefault="00332DB8">
            <w:r>
              <w:t>1674.</w:t>
            </w:r>
          </w:p>
        </w:tc>
        <w:tc>
          <w:tcPr>
            <w:tcW w:w="2880" w:type="dxa"/>
          </w:tcPr>
          <w:p w:rsidR="006F7457" w:rsidRDefault="00332DB8">
            <w:r>
              <w:t>Исключен</w:t>
            </w:r>
          </w:p>
        </w:tc>
        <w:tc>
          <w:tcPr>
            <w:tcW w:w="2880" w:type="dxa"/>
          </w:tcPr>
          <w:p w:rsidR="006F7457" w:rsidRDefault="006F7457"/>
        </w:tc>
      </w:tr>
      <w:tr w:rsidR="006F7457" w:rsidRPr="00DD284B">
        <w:tc>
          <w:tcPr>
            <w:tcW w:w="2880" w:type="dxa"/>
          </w:tcPr>
          <w:p w:rsidR="006F7457" w:rsidRDefault="00332DB8">
            <w:r>
              <w:lastRenderedPageBreak/>
              <w:t>1675.</w:t>
            </w:r>
          </w:p>
        </w:tc>
        <w:tc>
          <w:tcPr>
            <w:tcW w:w="2880" w:type="dxa"/>
          </w:tcPr>
          <w:p w:rsidR="006F7457" w:rsidRPr="00332DB8" w:rsidRDefault="00332DB8">
            <w:pPr>
              <w:rPr>
                <w:lang w:val="ru-RU"/>
              </w:rPr>
            </w:pPr>
            <w:r w:rsidRPr="00332DB8">
              <w:rPr>
                <w:lang w:val="ru-RU"/>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2880" w:type="dxa"/>
          </w:tcPr>
          <w:p w:rsidR="006F7457" w:rsidRPr="00332DB8" w:rsidRDefault="006F7457">
            <w:pPr>
              <w:rPr>
                <w:lang w:val="ru-RU"/>
              </w:rPr>
            </w:pPr>
          </w:p>
        </w:tc>
      </w:tr>
      <w:tr w:rsidR="006F7457" w:rsidRPr="00DD284B">
        <w:tc>
          <w:tcPr>
            <w:tcW w:w="2880" w:type="dxa"/>
          </w:tcPr>
          <w:p w:rsidR="006F7457" w:rsidRDefault="00332DB8">
            <w:r>
              <w:t>1676.</w:t>
            </w:r>
          </w:p>
        </w:tc>
        <w:tc>
          <w:tcPr>
            <w:tcW w:w="2880" w:type="dxa"/>
          </w:tcPr>
          <w:p w:rsidR="006F7457" w:rsidRPr="00332DB8" w:rsidRDefault="00332DB8">
            <w:pPr>
              <w:rPr>
                <w:lang w:val="ru-RU"/>
              </w:rPr>
            </w:pPr>
            <w:r w:rsidRPr="00332DB8">
              <w:rPr>
                <w:lang w:val="ru-RU"/>
              </w:rPr>
              <w:t xml:space="preserve">Информационные материалы «Всероссийского Народно-Революционного фронта», расположенные в сети Интернет на сайте </w:t>
            </w:r>
            <w:r>
              <w:t>www</w:t>
            </w:r>
            <w:r w:rsidRPr="00332DB8">
              <w:rPr>
                <w:lang w:val="ru-RU"/>
              </w:rPr>
              <w:t>.</w:t>
            </w:r>
            <w:r>
              <w:t>vnrf</w:t>
            </w:r>
            <w:r w:rsidRPr="00332DB8">
              <w:rPr>
                <w:lang w:val="ru-RU"/>
              </w:rPr>
              <w:t>.</w:t>
            </w:r>
            <w:r>
              <w:t>org</w:t>
            </w:r>
            <w:r w:rsidRPr="00332DB8">
              <w:rPr>
                <w:lang w:val="ru-RU"/>
              </w:rPr>
              <w:t xml:space="preserve"> (решение Советского районного суда г. Липецка от 01.11.2012);</w:t>
            </w:r>
          </w:p>
        </w:tc>
        <w:tc>
          <w:tcPr>
            <w:tcW w:w="2880" w:type="dxa"/>
          </w:tcPr>
          <w:p w:rsidR="006F7457" w:rsidRPr="00332DB8" w:rsidRDefault="006F7457">
            <w:pPr>
              <w:rPr>
                <w:lang w:val="ru-RU"/>
              </w:rPr>
            </w:pPr>
          </w:p>
        </w:tc>
      </w:tr>
      <w:tr w:rsidR="006F7457" w:rsidRPr="00DD284B">
        <w:tc>
          <w:tcPr>
            <w:tcW w:w="2880" w:type="dxa"/>
          </w:tcPr>
          <w:p w:rsidR="006F7457" w:rsidRDefault="00332DB8">
            <w:r>
              <w:t>1677.</w:t>
            </w:r>
          </w:p>
        </w:tc>
        <w:tc>
          <w:tcPr>
            <w:tcW w:w="2880" w:type="dxa"/>
          </w:tcPr>
          <w:p w:rsidR="006F7457" w:rsidRPr="00332DB8" w:rsidRDefault="00332DB8">
            <w:pPr>
              <w:rPr>
                <w:lang w:val="ru-RU"/>
              </w:rPr>
            </w:pPr>
            <w:r w:rsidRPr="00332DB8">
              <w:rPr>
                <w:lang w:val="ru-RU"/>
              </w:rPr>
              <w:t xml:space="preserve">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t>
            </w:r>
            <w:r>
              <w:t>www</w:t>
            </w:r>
            <w:r w:rsidRPr="00332DB8">
              <w:rPr>
                <w:lang w:val="ru-RU"/>
              </w:rPr>
              <w:t>.</w:t>
            </w:r>
            <w:r>
              <w:t>vdagestan</w:t>
            </w:r>
            <w:r w:rsidRPr="00332DB8">
              <w:rPr>
                <w:lang w:val="ru-RU"/>
              </w:rPr>
              <w:t>.</w:t>
            </w:r>
            <w:r>
              <w:t>ru</w:t>
            </w:r>
            <w:r w:rsidRPr="00332DB8">
              <w:rPr>
                <w:lang w:val="ru-RU"/>
              </w:rPr>
              <w:t>.</w:t>
            </w:r>
            <w:r>
              <w:t>com</w:t>
            </w:r>
            <w:r w:rsidRPr="00332DB8">
              <w:rPr>
                <w:lang w:val="ru-RU"/>
              </w:rPr>
              <w:t xml:space="preserve"> (решение Избербашского городского суда от 13.11.2012);</w:t>
            </w:r>
          </w:p>
        </w:tc>
        <w:tc>
          <w:tcPr>
            <w:tcW w:w="2880" w:type="dxa"/>
          </w:tcPr>
          <w:p w:rsidR="006F7457" w:rsidRPr="00332DB8" w:rsidRDefault="006F7457">
            <w:pPr>
              <w:rPr>
                <w:lang w:val="ru-RU"/>
              </w:rPr>
            </w:pPr>
          </w:p>
        </w:tc>
      </w:tr>
      <w:tr w:rsidR="006F7457" w:rsidRPr="00DD284B">
        <w:tc>
          <w:tcPr>
            <w:tcW w:w="2880" w:type="dxa"/>
          </w:tcPr>
          <w:p w:rsidR="006F7457" w:rsidRDefault="00332DB8">
            <w:r>
              <w:t>1678.</w:t>
            </w:r>
          </w:p>
        </w:tc>
        <w:tc>
          <w:tcPr>
            <w:tcW w:w="2880" w:type="dxa"/>
          </w:tcPr>
          <w:p w:rsidR="006F7457" w:rsidRPr="00332DB8" w:rsidRDefault="00332DB8">
            <w:pPr>
              <w:rPr>
                <w:lang w:val="ru-RU"/>
              </w:rPr>
            </w:pPr>
            <w:r w:rsidRPr="00332DB8">
              <w:rPr>
                <w:lang w:val="ru-RU"/>
              </w:rPr>
              <w:t xml:space="preserve">Видеоматериал «Правые-звучит гордо!!!», размещенный в интернет-сайте «В контакте» имеющий электронный адрес </w:t>
            </w:r>
            <w:r>
              <w:t>http</w:t>
            </w:r>
            <w:r w:rsidRPr="00332DB8">
              <w:rPr>
                <w:lang w:val="ru-RU"/>
              </w:rPr>
              <w:t>://</w:t>
            </w:r>
            <w:r>
              <w:t>vkontakte</w:t>
            </w:r>
            <w:r w:rsidRPr="00332DB8">
              <w:rPr>
                <w:lang w:val="ru-RU"/>
              </w:rPr>
              <w:t>.</w:t>
            </w:r>
            <w:r>
              <w:t>ru</w:t>
            </w:r>
            <w:r w:rsidRPr="00332DB8">
              <w:rPr>
                <w:lang w:val="ru-RU"/>
              </w:rPr>
              <w:t>/</w:t>
            </w:r>
            <w:r>
              <w:t>id</w:t>
            </w:r>
            <w:r w:rsidRPr="00332DB8">
              <w:rPr>
                <w:lang w:val="ru-RU"/>
              </w:rPr>
              <w:t xml:space="preserve"> 86667913 (решение Промышленного районного суда г. Курска от 03.05.2012 и определение Промышленного районного суда г. Курска от 26.11.2012);</w:t>
            </w:r>
          </w:p>
        </w:tc>
        <w:tc>
          <w:tcPr>
            <w:tcW w:w="2880" w:type="dxa"/>
          </w:tcPr>
          <w:p w:rsidR="006F7457" w:rsidRPr="00332DB8" w:rsidRDefault="006F7457">
            <w:pPr>
              <w:rPr>
                <w:lang w:val="ru-RU"/>
              </w:rPr>
            </w:pPr>
          </w:p>
        </w:tc>
      </w:tr>
      <w:tr w:rsidR="006F7457" w:rsidRPr="00DD284B">
        <w:tc>
          <w:tcPr>
            <w:tcW w:w="2880" w:type="dxa"/>
          </w:tcPr>
          <w:p w:rsidR="006F7457" w:rsidRDefault="00332DB8">
            <w:r>
              <w:t>1679.</w:t>
            </w:r>
          </w:p>
        </w:tc>
        <w:tc>
          <w:tcPr>
            <w:tcW w:w="2880" w:type="dxa"/>
          </w:tcPr>
          <w:p w:rsidR="006F7457" w:rsidRPr="00332DB8" w:rsidRDefault="00332DB8">
            <w:pPr>
              <w:rPr>
                <w:lang w:val="ru-RU"/>
              </w:rPr>
            </w:pPr>
            <w:r w:rsidRPr="00332DB8">
              <w:rPr>
                <w:lang w:val="ru-RU"/>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club</w:t>
            </w:r>
            <w:r w:rsidRPr="00332DB8">
              <w:rPr>
                <w:lang w:val="ru-RU"/>
              </w:rPr>
              <w:t>7923080) (решение Центрального районного суда г. Челябинска от 20.09.2012);</w:t>
            </w:r>
          </w:p>
        </w:tc>
        <w:tc>
          <w:tcPr>
            <w:tcW w:w="2880" w:type="dxa"/>
          </w:tcPr>
          <w:p w:rsidR="006F7457" w:rsidRPr="00332DB8" w:rsidRDefault="006F7457">
            <w:pPr>
              <w:rPr>
                <w:lang w:val="ru-RU"/>
              </w:rPr>
            </w:pPr>
          </w:p>
        </w:tc>
      </w:tr>
      <w:tr w:rsidR="006F7457" w:rsidRPr="00DD284B">
        <w:tc>
          <w:tcPr>
            <w:tcW w:w="2880" w:type="dxa"/>
          </w:tcPr>
          <w:p w:rsidR="006F7457" w:rsidRDefault="00332DB8">
            <w:r>
              <w:t>168</w:t>
            </w:r>
            <w:r>
              <w:lastRenderedPageBreak/>
              <w:t>0.</w:t>
            </w:r>
          </w:p>
        </w:tc>
        <w:tc>
          <w:tcPr>
            <w:tcW w:w="2880" w:type="dxa"/>
          </w:tcPr>
          <w:p w:rsidR="006F7457" w:rsidRPr="00332DB8" w:rsidRDefault="00332DB8">
            <w:pPr>
              <w:rPr>
                <w:lang w:val="ru-RU"/>
              </w:rPr>
            </w:pPr>
            <w:r w:rsidRPr="00332DB8">
              <w:rPr>
                <w:lang w:val="ru-RU"/>
              </w:rPr>
              <w:lastRenderedPageBreak/>
              <w:t xml:space="preserve">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w:t>
            </w:r>
            <w:r w:rsidRPr="00332DB8">
              <w:rPr>
                <w:lang w:val="ru-RU"/>
              </w:rPr>
              <w:lastRenderedPageBreak/>
              <w:t>Судебной коллегии по гражданским делам Краснодарского краевого суда от 02.08.2012);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1681.</w:t>
            </w:r>
          </w:p>
        </w:tc>
        <w:tc>
          <w:tcPr>
            <w:tcW w:w="2880" w:type="dxa"/>
          </w:tcPr>
          <w:p w:rsidR="006F7457" w:rsidRPr="00332DB8" w:rsidRDefault="00332DB8">
            <w:pPr>
              <w:rPr>
                <w:lang w:val="ru-RU"/>
              </w:rPr>
            </w:pPr>
            <w:r w:rsidRPr="00332DB8">
              <w:rPr>
                <w:lang w:val="ru-RU"/>
              </w:rPr>
              <w:t>Информационный материал, опубликованный в глобальной телекоммуникационной сети Интернет на ресурсе, расположенном по электронному адресу: «</w:t>
            </w:r>
            <w:r>
              <w:t>http</w:t>
            </w:r>
            <w:r w:rsidRPr="00332DB8">
              <w:rPr>
                <w:lang w:val="ru-RU"/>
              </w:rPr>
              <w:t>://с</w:t>
            </w:r>
            <w:r>
              <w:t>ircassia</w:t>
            </w:r>
            <w:r w:rsidRPr="00332DB8">
              <w:rPr>
                <w:lang w:val="ru-RU"/>
              </w:rPr>
              <w:t>.</w:t>
            </w:r>
            <w:r>
              <w:t>forumieren</w:t>
            </w:r>
            <w:r w:rsidRPr="00332DB8">
              <w:rPr>
                <w:lang w:val="ru-RU"/>
              </w:rPr>
              <w:t>.</w:t>
            </w:r>
            <w:r>
              <w:t>de</w:t>
            </w:r>
            <w:r w:rsidRPr="00332DB8">
              <w:rPr>
                <w:lang w:val="ru-RU"/>
              </w:rPr>
              <w:t>/</w:t>
            </w:r>
            <w:r>
              <w:t>t</w:t>
            </w:r>
            <w:r w:rsidRPr="00332DB8">
              <w:rPr>
                <w:lang w:val="ru-RU"/>
              </w:rPr>
              <w:t>928-</w:t>
            </w:r>
            <w:r>
              <w:t>topic</w:t>
            </w:r>
            <w:r w:rsidRPr="00332DB8">
              <w:rPr>
                <w:lang w:val="ru-RU"/>
              </w:rPr>
              <w:t>»,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2880" w:type="dxa"/>
          </w:tcPr>
          <w:p w:rsidR="006F7457" w:rsidRPr="00332DB8" w:rsidRDefault="006F7457">
            <w:pPr>
              <w:rPr>
                <w:lang w:val="ru-RU"/>
              </w:rPr>
            </w:pPr>
          </w:p>
        </w:tc>
      </w:tr>
      <w:tr w:rsidR="006F7457" w:rsidRPr="00DD284B">
        <w:tc>
          <w:tcPr>
            <w:tcW w:w="2880" w:type="dxa"/>
          </w:tcPr>
          <w:p w:rsidR="006F7457" w:rsidRDefault="00332DB8">
            <w:r>
              <w:t>1682.</w:t>
            </w:r>
          </w:p>
        </w:tc>
        <w:tc>
          <w:tcPr>
            <w:tcW w:w="2880" w:type="dxa"/>
          </w:tcPr>
          <w:p w:rsidR="006F7457" w:rsidRPr="00332DB8" w:rsidRDefault="00332DB8">
            <w:pPr>
              <w:rPr>
                <w:lang w:val="ru-RU"/>
              </w:rPr>
            </w:pPr>
            <w:r w:rsidRPr="00332DB8">
              <w:rPr>
                <w:lang w:val="ru-RU"/>
              </w:rPr>
              <w:t>Информационный материал - комментарий к статье «В Карачаево-Черкесии за подготовку госпереворота осудили банду из 29-ти ваххабитов» под ником «</w:t>
            </w:r>
            <w:r>
              <w:t>seyfullah</w:t>
            </w:r>
            <w:r w:rsidRPr="00332DB8">
              <w:rPr>
                <w:lang w:val="ru-RU"/>
              </w:rPr>
              <w:t>.09» (размещенный 25 октября 2011 в 18:36), расположенный по электронному адресу сети Интернет: «</w:t>
            </w:r>
            <w:r>
              <w:t>www</w:t>
            </w:r>
            <w:r w:rsidRPr="00332DB8">
              <w:rPr>
                <w:lang w:val="ru-RU"/>
              </w:rPr>
              <w:t>.09</w:t>
            </w:r>
            <w:r>
              <w:t>biz</w:t>
            </w:r>
            <w:r w:rsidRPr="00332DB8">
              <w:rPr>
                <w:lang w:val="ru-RU"/>
              </w:rPr>
              <w:t>.</w:t>
            </w:r>
            <w:r>
              <w:t>ru</w:t>
            </w:r>
            <w:r w:rsidRPr="00332DB8">
              <w:rPr>
                <w:lang w:val="ru-RU"/>
              </w:rPr>
              <w:t>» (решение Черкесского городского суда Карачаево-Черкесской Республики от 22.11.2012);</w:t>
            </w:r>
          </w:p>
        </w:tc>
        <w:tc>
          <w:tcPr>
            <w:tcW w:w="2880" w:type="dxa"/>
          </w:tcPr>
          <w:p w:rsidR="006F7457" w:rsidRPr="00332DB8" w:rsidRDefault="006F7457">
            <w:pPr>
              <w:rPr>
                <w:lang w:val="ru-RU"/>
              </w:rPr>
            </w:pPr>
          </w:p>
        </w:tc>
      </w:tr>
      <w:tr w:rsidR="006F7457" w:rsidRPr="00DD284B">
        <w:tc>
          <w:tcPr>
            <w:tcW w:w="2880" w:type="dxa"/>
          </w:tcPr>
          <w:p w:rsidR="006F7457" w:rsidRDefault="00332DB8">
            <w:r>
              <w:t>1683.</w:t>
            </w:r>
          </w:p>
        </w:tc>
        <w:tc>
          <w:tcPr>
            <w:tcW w:w="2880" w:type="dxa"/>
          </w:tcPr>
          <w:p w:rsidR="006F7457" w:rsidRPr="00332DB8" w:rsidRDefault="00332DB8">
            <w:pPr>
              <w:rPr>
                <w:lang w:val="ru-RU"/>
              </w:rPr>
            </w:pPr>
            <w:r w:rsidRPr="00332DB8">
              <w:rPr>
                <w:lang w:val="ru-RU"/>
              </w:rPr>
              <w:t xml:space="preserve">Текст аудиозаписи «Джамаат Булгар – Ислама лучшие сыны», размещенный в Глобальной информационной сети Интернет на сайте </w:t>
            </w:r>
            <w:r>
              <w:t>www</w:t>
            </w:r>
            <w:r w:rsidRPr="00332DB8">
              <w:rPr>
                <w:lang w:val="ru-RU"/>
              </w:rPr>
              <w:t>.</w:t>
            </w:r>
            <w:r>
              <w:t>tawa</w:t>
            </w:r>
            <w:r w:rsidRPr="00332DB8">
              <w:rPr>
                <w:lang w:val="ru-RU"/>
              </w:rPr>
              <w:t>.</w:t>
            </w:r>
            <w:r>
              <w:t>info</w:t>
            </w:r>
            <w:r w:rsidRPr="00332DB8">
              <w:rPr>
                <w:lang w:val="ru-RU"/>
              </w:rPr>
              <w:t xml:space="preserve"> (решение Заинского городского суда Республики Татарстан от 05.12.2012);</w:t>
            </w:r>
          </w:p>
        </w:tc>
        <w:tc>
          <w:tcPr>
            <w:tcW w:w="2880" w:type="dxa"/>
          </w:tcPr>
          <w:p w:rsidR="006F7457" w:rsidRPr="00332DB8" w:rsidRDefault="006F7457">
            <w:pPr>
              <w:rPr>
                <w:lang w:val="ru-RU"/>
              </w:rPr>
            </w:pPr>
          </w:p>
        </w:tc>
      </w:tr>
      <w:tr w:rsidR="006F7457" w:rsidRPr="00DD284B">
        <w:tc>
          <w:tcPr>
            <w:tcW w:w="2880" w:type="dxa"/>
          </w:tcPr>
          <w:p w:rsidR="006F7457" w:rsidRDefault="00332DB8">
            <w:r>
              <w:t>1684.</w:t>
            </w:r>
          </w:p>
        </w:tc>
        <w:tc>
          <w:tcPr>
            <w:tcW w:w="2880" w:type="dxa"/>
          </w:tcPr>
          <w:p w:rsidR="006F7457" w:rsidRPr="00332DB8" w:rsidRDefault="00332DB8">
            <w:pPr>
              <w:rPr>
                <w:lang w:val="ru-RU"/>
              </w:rPr>
            </w:pPr>
            <w:r w:rsidRPr="00332DB8">
              <w:rPr>
                <w:lang w:val="ru-RU"/>
              </w:rPr>
              <w:t xml:space="preserve">Текст аудиозаписи «Джамаат Булгар – Дороги», размещенный в Глобальной информационной сети Интернет на сайте </w:t>
            </w:r>
            <w:r>
              <w:t>www</w:t>
            </w:r>
            <w:r w:rsidRPr="00332DB8">
              <w:rPr>
                <w:lang w:val="ru-RU"/>
              </w:rPr>
              <w:t>.</w:t>
            </w:r>
            <w:r>
              <w:t>tawa</w:t>
            </w:r>
            <w:r w:rsidRPr="00332DB8">
              <w:rPr>
                <w:lang w:val="ru-RU"/>
              </w:rPr>
              <w:t>.</w:t>
            </w:r>
            <w:r>
              <w:t>info</w:t>
            </w:r>
            <w:r w:rsidRPr="00332DB8">
              <w:rPr>
                <w:lang w:val="ru-RU"/>
              </w:rPr>
              <w:t xml:space="preserve"> (решение Заинского городского суда Республики Татарстан от 05.12.2012);</w:t>
            </w:r>
          </w:p>
        </w:tc>
        <w:tc>
          <w:tcPr>
            <w:tcW w:w="2880" w:type="dxa"/>
          </w:tcPr>
          <w:p w:rsidR="006F7457" w:rsidRPr="00332DB8" w:rsidRDefault="006F7457">
            <w:pPr>
              <w:rPr>
                <w:lang w:val="ru-RU"/>
              </w:rPr>
            </w:pPr>
          </w:p>
        </w:tc>
      </w:tr>
      <w:tr w:rsidR="006F7457" w:rsidRPr="00DD284B">
        <w:tc>
          <w:tcPr>
            <w:tcW w:w="2880" w:type="dxa"/>
          </w:tcPr>
          <w:p w:rsidR="006F7457" w:rsidRDefault="00332DB8">
            <w:r>
              <w:t>1685.</w:t>
            </w:r>
          </w:p>
        </w:tc>
        <w:tc>
          <w:tcPr>
            <w:tcW w:w="2880" w:type="dxa"/>
          </w:tcPr>
          <w:p w:rsidR="006F7457" w:rsidRPr="00332DB8" w:rsidRDefault="00332DB8">
            <w:pPr>
              <w:rPr>
                <w:lang w:val="ru-RU"/>
              </w:rPr>
            </w:pPr>
            <w:r w:rsidRPr="00332DB8">
              <w:rPr>
                <w:lang w:val="ru-RU"/>
              </w:rPr>
              <w:t xml:space="preserve">Текст аудиозаписи «Джамаат булгар – 002», размещенный в Глобальной информационной сети Интернет на сайте </w:t>
            </w:r>
            <w:r>
              <w:t>www</w:t>
            </w:r>
            <w:r w:rsidRPr="00332DB8">
              <w:rPr>
                <w:lang w:val="ru-RU"/>
              </w:rPr>
              <w:t>.</w:t>
            </w:r>
            <w:r>
              <w:t>tawa</w:t>
            </w:r>
            <w:r w:rsidRPr="00332DB8">
              <w:rPr>
                <w:lang w:val="ru-RU"/>
              </w:rPr>
              <w:t>.</w:t>
            </w:r>
            <w:r>
              <w:t>info</w:t>
            </w:r>
            <w:r w:rsidRPr="00332DB8">
              <w:rPr>
                <w:lang w:val="ru-RU"/>
              </w:rPr>
              <w:t xml:space="preserve"> (решение Заинского городского суда Республики Татарстан от 05.12.2012);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1686.</w:t>
            </w:r>
          </w:p>
        </w:tc>
        <w:tc>
          <w:tcPr>
            <w:tcW w:w="2880" w:type="dxa"/>
          </w:tcPr>
          <w:p w:rsidR="006F7457" w:rsidRPr="00332DB8" w:rsidRDefault="00332DB8">
            <w:pPr>
              <w:rPr>
                <w:lang w:val="ru-RU"/>
              </w:rPr>
            </w:pPr>
            <w:r w:rsidRPr="00332DB8">
              <w:rPr>
                <w:lang w:val="ru-RU"/>
              </w:rPr>
              <w:t xml:space="preserve">Текст аудиозаписи «Джамаат Булгар – Афганистан с тобой твой брат Вазиристан», размещенный в Глобальной информационной сети Интернет на сайте </w:t>
            </w:r>
            <w:r>
              <w:t>www</w:t>
            </w:r>
            <w:r w:rsidRPr="00332DB8">
              <w:rPr>
                <w:lang w:val="ru-RU"/>
              </w:rPr>
              <w:t>.</w:t>
            </w:r>
            <w:r>
              <w:t>tawa</w:t>
            </w:r>
            <w:r w:rsidRPr="00332DB8">
              <w:rPr>
                <w:lang w:val="ru-RU"/>
              </w:rPr>
              <w:t>.</w:t>
            </w:r>
            <w:r>
              <w:t>info</w:t>
            </w:r>
            <w:r w:rsidRPr="00332DB8">
              <w:rPr>
                <w:lang w:val="ru-RU"/>
              </w:rPr>
              <w:t xml:space="preserve"> (решение Заинского городского суда Республики Татарстан от 05.12.2012);</w:t>
            </w:r>
          </w:p>
        </w:tc>
        <w:tc>
          <w:tcPr>
            <w:tcW w:w="2880" w:type="dxa"/>
          </w:tcPr>
          <w:p w:rsidR="006F7457" w:rsidRPr="00332DB8" w:rsidRDefault="006F7457">
            <w:pPr>
              <w:rPr>
                <w:lang w:val="ru-RU"/>
              </w:rPr>
            </w:pPr>
          </w:p>
        </w:tc>
      </w:tr>
      <w:tr w:rsidR="006F7457" w:rsidRPr="00DD284B">
        <w:tc>
          <w:tcPr>
            <w:tcW w:w="2880" w:type="dxa"/>
          </w:tcPr>
          <w:p w:rsidR="006F7457" w:rsidRDefault="00332DB8">
            <w:r>
              <w:t>1687.</w:t>
            </w:r>
          </w:p>
        </w:tc>
        <w:tc>
          <w:tcPr>
            <w:tcW w:w="2880" w:type="dxa"/>
          </w:tcPr>
          <w:p w:rsidR="006F7457" w:rsidRPr="00332DB8" w:rsidRDefault="00332DB8">
            <w:pPr>
              <w:rPr>
                <w:lang w:val="ru-RU"/>
              </w:rPr>
            </w:pPr>
            <w:r w:rsidRPr="00332DB8">
              <w:rPr>
                <w:lang w:val="ru-RU"/>
              </w:rPr>
              <w:t>Текст аудиозаписи «</w:t>
            </w:r>
            <w:r>
              <w:t>Asadulla</w:t>
            </w:r>
            <w:r w:rsidRPr="00332DB8">
              <w:rPr>
                <w:lang w:val="ru-RU"/>
              </w:rPr>
              <w:t xml:space="preserve"> </w:t>
            </w:r>
            <w:r>
              <w:t>al</w:t>
            </w:r>
            <w:r w:rsidRPr="00332DB8">
              <w:rPr>
                <w:lang w:val="ru-RU"/>
              </w:rPr>
              <w:t xml:space="preserve"> </w:t>
            </w:r>
            <w:r>
              <w:t>Bulgri</w:t>
            </w:r>
            <w:r w:rsidRPr="00332DB8">
              <w:rPr>
                <w:lang w:val="ru-RU"/>
              </w:rPr>
              <w:t xml:space="preserve"> – тропа джихада тонкая как бритва», размещенный в Глобальной информационной сети Интернет на сайте </w:t>
            </w:r>
            <w:r>
              <w:t>www</w:t>
            </w:r>
            <w:r w:rsidRPr="00332DB8">
              <w:rPr>
                <w:lang w:val="ru-RU"/>
              </w:rPr>
              <w:t>.</w:t>
            </w:r>
            <w:r>
              <w:t>tawa</w:t>
            </w:r>
            <w:r w:rsidRPr="00332DB8">
              <w:rPr>
                <w:lang w:val="ru-RU"/>
              </w:rPr>
              <w:t>.</w:t>
            </w:r>
            <w:r>
              <w:t>info</w:t>
            </w:r>
            <w:r w:rsidRPr="00332DB8">
              <w:rPr>
                <w:lang w:val="ru-RU"/>
              </w:rPr>
              <w:t xml:space="preserve"> (решение Заинского городского суда Республики Татарстан от 05.12.2012);</w:t>
            </w:r>
          </w:p>
        </w:tc>
        <w:tc>
          <w:tcPr>
            <w:tcW w:w="2880" w:type="dxa"/>
          </w:tcPr>
          <w:p w:rsidR="006F7457" w:rsidRPr="00332DB8" w:rsidRDefault="006F7457">
            <w:pPr>
              <w:rPr>
                <w:lang w:val="ru-RU"/>
              </w:rPr>
            </w:pPr>
          </w:p>
        </w:tc>
      </w:tr>
      <w:tr w:rsidR="006F7457" w:rsidRPr="00DD284B">
        <w:tc>
          <w:tcPr>
            <w:tcW w:w="2880" w:type="dxa"/>
          </w:tcPr>
          <w:p w:rsidR="006F7457" w:rsidRDefault="00332DB8">
            <w:r>
              <w:t>1688.</w:t>
            </w:r>
          </w:p>
        </w:tc>
        <w:tc>
          <w:tcPr>
            <w:tcW w:w="2880" w:type="dxa"/>
          </w:tcPr>
          <w:p w:rsidR="006F7457" w:rsidRPr="00332DB8" w:rsidRDefault="00332DB8">
            <w:pPr>
              <w:rPr>
                <w:lang w:val="ru-RU"/>
              </w:rPr>
            </w:pPr>
            <w:r w:rsidRPr="00332DB8">
              <w:rPr>
                <w:lang w:val="ru-RU"/>
              </w:rPr>
              <w:t xml:space="preserve">Текст аудиозаписи «Асадулла Аль Булгари – Вдали виднеются могилы», размещенный в Глобальной информационной сети Интернет на сайте </w:t>
            </w:r>
            <w:r>
              <w:t>www</w:t>
            </w:r>
            <w:r w:rsidRPr="00332DB8">
              <w:rPr>
                <w:lang w:val="ru-RU"/>
              </w:rPr>
              <w:t>.</w:t>
            </w:r>
            <w:r>
              <w:t>tawa</w:t>
            </w:r>
            <w:r w:rsidRPr="00332DB8">
              <w:rPr>
                <w:lang w:val="ru-RU"/>
              </w:rPr>
              <w:t>.</w:t>
            </w:r>
            <w:r>
              <w:t>info</w:t>
            </w:r>
            <w:r w:rsidRPr="00332DB8">
              <w:rPr>
                <w:lang w:val="ru-RU"/>
              </w:rPr>
              <w:t xml:space="preserve"> (решение Заинского городского суда Республики Татарстан от 05.12.2012);</w:t>
            </w:r>
          </w:p>
        </w:tc>
        <w:tc>
          <w:tcPr>
            <w:tcW w:w="2880" w:type="dxa"/>
          </w:tcPr>
          <w:p w:rsidR="006F7457" w:rsidRPr="00332DB8" w:rsidRDefault="006F7457">
            <w:pPr>
              <w:rPr>
                <w:lang w:val="ru-RU"/>
              </w:rPr>
            </w:pPr>
          </w:p>
        </w:tc>
      </w:tr>
      <w:tr w:rsidR="006F7457" w:rsidRPr="00DD284B">
        <w:tc>
          <w:tcPr>
            <w:tcW w:w="2880" w:type="dxa"/>
          </w:tcPr>
          <w:p w:rsidR="006F7457" w:rsidRDefault="00332DB8">
            <w:r>
              <w:t>1689.</w:t>
            </w:r>
          </w:p>
        </w:tc>
        <w:tc>
          <w:tcPr>
            <w:tcW w:w="2880" w:type="dxa"/>
          </w:tcPr>
          <w:p w:rsidR="006F7457" w:rsidRPr="00332DB8" w:rsidRDefault="00332DB8">
            <w:pPr>
              <w:rPr>
                <w:lang w:val="ru-RU"/>
              </w:rPr>
            </w:pPr>
            <w:r w:rsidRPr="00332DB8">
              <w:rPr>
                <w:lang w:val="ru-RU"/>
              </w:rPr>
              <w:t>Текст аудиозаписи «</w:t>
            </w:r>
            <w:r>
              <w:t>Asadulla</w:t>
            </w:r>
            <w:r w:rsidRPr="00332DB8">
              <w:rPr>
                <w:lang w:val="ru-RU"/>
              </w:rPr>
              <w:t xml:space="preserve"> </w:t>
            </w:r>
            <w:r>
              <w:t>al</w:t>
            </w:r>
            <w:r w:rsidRPr="00332DB8">
              <w:rPr>
                <w:lang w:val="ru-RU"/>
              </w:rPr>
              <w:t xml:space="preserve"> </w:t>
            </w:r>
            <w:r>
              <w:t>Bulgri</w:t>
            </w:r>
            <w:r w:rsidRPr="00332DB8">
              <w:rPr>
                <w:lang w:val="ru-RU"/>
              </w:rPr>
              <w:t xml:space="preserve"> – о мусульманин устремляйся в бой», размещенный в Глобальной информационной сети Интернет на сайте </w:t>
            </w:r>
            <w:r>
              <w:t>www</w:t>
            </w:r>
            <w:r w:rsidRPr="00332DB8">
              <w:rPr>
                <w:lang w:val="ru-RU"/>
              </w:rPr>
              <w:t>.</w:t>
            </w:r>
            <w:r>
              <w:t>tawa</w:t>
            </w:r>
            <w:r w:rsidRPr="00332DB8">
              <w:rPr>
                <w:lang w:val="ru-RU"/>
              </w:rPr>
              <w:t>.</w:t>
            </w:r>
            <w:r>
              <w:t>info</w:t>
            </w:r>
            <w:r w:rsidRPr="00332DB8">
              <w:rPr>
                <w:lang w:val="ru-RU"/>
              </w:rPr>
              <w:t xml:space="preserve"> (решение Заинского городского суда Республики Татарстан от 05.12.2012);</w:t>
            </w:r>
          </w:p>
        </w:tc>
        <w:tc>
          <w:tcPr>
            <w:tcW w:w="2880" w:type="dxa"/>
          </w:tcPr>
          <w:p w:rsidR="006F7457" w:rsidRPr="00332DB8" w:rsidRDefault="006F7457">
            <w:pPr>
              <w:rPr>
                <w:lang w:val="ru-RU"/>
              </w:rPr>
            </w:pPr>
          </w:p>
        </w:tc>
      </w:tr>
      <w:tr w:rsidR="006F7457" w:rsidRPr="00DD284B">
        <w:tc>
          <w:tcPr>
            <w:tcW w:w="2880" w:type="dxa"/>
          </w:tcPr>
          <w:p w:rsidR="006F7457" w:rsidRDefault="00332DB8">
            <w:r>
              <w:t>1690.</w:t>
            </w:r>
          </w:p>
        </w:tc>
        <w:tc>
          <w:tcPr>
            <w:tcW w:w="2880" w:type="dxa"/>
          </w:tcPr>
          <w:p w:rsidR="006F7457" w:rsidRPr="00332DB8" w:rsidRDefault="00332DB8">
            <w:pPr>
              <w:rPr>
                <w:lang w:val="ru-RU"/>
              </w:rPr>
            </w:pPr>
            <w:r w:rsidRPr="00332DB8">
              <w:rPr>
                <w:lang w:val="ru-RU"/>
              </w:rPr>
              <w:t>Текст аудиозаписи «</w:t>
            </w:r>
            <w:r>
              <w:t>Asadulla</w:t>
            </w:r>
            <w:r w:rsidRPr="00332DB8">
              <w:rPr>
                <w:lang w:val="ru-RU"/>
              </w:rPr>
              <w:t xml:space="preserve"> </w:t>
            </w:r>
            <w:r>
              <w:t>al</w:t>
            </w:r>
            <w:r w:rsidRPr="00332DB8">
              <w:rPr>
                <w:lang w:val="ru-RU"/>
              </w:rPr>
              <w:t xml:space="preserve"> </w:t>
            </w:r>
            <w:r>
              <w:t>Bulgri</w:t>
            </w:r>
            <w:r w:rsidRPr="00332DB8">
              <w:rPr>
                <w:lang w:val="ru-RU"/>
              </w:rPr>
              <w:t xml:space="preserve"> – без названия (оставь свою душу)», размещенный в Глобальной информационной сети Интернет на сайте </w:t>
            </w:r>
            <w:r>
              <w:t>www</w:t>
            </w:r>
            <w:r w:rsidRPr="00332DB8">
              <w:rPr>
                <w:lang w:val="ru-RU"/>
              </w:rPr>
              <w:t>.</w:t>
            </w:r>
            <w:r>
              <w:t>tawa</w:t>
            </w:r>
            <w:r w:rsidRPr="00332DB8">
              <w:rPr>
                <w:lang w:val="ru-RU"/>
              </w:rPr>
              <w:t>.</w:t>
            </w:r>
            <w:r>
              <w:t>info</w:t>
            </w:r>
            <w:r w:rsidRPr="00332DB8">
              <w:rPr>
                <w:lang w:val="ru-RU"/>
              </w:rPr>
              <w:t xml:space="preserve"> (решение Заинского городского суда Республики Татарстан от 05.12.2012);</w:t>
            </w:r>
          </w:p>
        </w:tc>
        <w:tc>
          <w:tcPr>
            <w:tcW w:w="2880" w:type="dxa"/>
          </w:tcPr>
          <w:p w:rsidR="006F7457" w:rsidRPr="00332DB8" w:rsidRDefault="006F7457">
            <w:pPr>
              <w:rPr>
                <w:lang w:val="ru-RU"/>
              </w:rPr>
            </w:pPr>
          </w:p>
        </w:tc>
      </w:tr>
      <w:tr w:rsidR="006F7457" w:rsidRPr="00DD284B">
        <w:tc>
          <w:tcPr>
            <w:tcW w:w="2880" w:type="dxa"/>
          </w:tcPr>
          <w:p w:rsidR="006F7457" w:rsidRDefault="00332DB8">
            <w:r>
              <w:t>169</w:t>
            </w:r>
            <w:r>
              <w:lastRenderedPageBreak/>
              <w:t>1.</w:t>
            </w:r>
          </w:p>
        </w:tc>
        <w:tc>
          <w:tcPr>
            <w:tcW w:w="2880" w:type="dxa"/>
          </w:tcPr>
          <w:p w:rsidR="006F7457" w:rsidRPr="00332DB8" w:rsidRDefault="00332DB8">
            <w:pPr>
              <w:rPr>
                <w:lang w:val="ru-RU"/>
              </w:rPr>
            </w:pPr>
            <w:r w:rsidRPr="00332DB8">
              <w:rPr>
                <w:lang w:val="ru-RU"/>
              </w:rPr>
              <w:lastRenderedPageBreak/>
              <w:t xml:space="preserve">Текст аудиозаписи «Неизвестен - без названия (муджахид воин)», размещенный в Глобальной информационной сети Интернет на сайте </w:t>
            </w:r>
            <w:r>
              <w:t>www</w:t>
            </w:r>
            <w:r w:rsidRPr="00332DB8">
              <w:rPr>
                <w:lang w:val="ru-RU"/>
              </w:rPr>
              <w:t>.</w:t>
            </w:r>
            <w:r>
              <w:t>tawa</w:t>
            </w:r>
            <w:r w:rsidRPr="00332DB8">
              <w:rPr>
                <w:lang w:val="ru-RU"/>
              </w:rPr>
              <w:t>.</w:t>
            </w:r>
            <w:r>
              <w:t>info</w:t>
            </w:r>
            <w:r w:rsidRPr="00332DB8">
              <w:rPr>
                <w:lang w:val="ru-RU"/>
              </w:rPr>
              <w:t xml:space="preserve"> (решение Заинского городского суда Республики </w:t>
            </w:r>
            <w:r w:rsidRPr="00332DB8">
              <w:rPr>
                <w:lang w:val="ru-RU"/>
              </w:rPr>
              <w:lastRenderedPageBreak/>
              <w:t>Татарстан от 05.12.2012);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1692.</w:t>
            </w:r>
          </w:p>
        </w:tc>
        <w:tc>
          <w:tcPr>
            <w:tcW w:w="2880" w:type="dxa"/>
          </w:tcPr>
          <w:p w:rsidR="006F7457" w:rsidRPr="00332DB8" w:rsidRDefault="00332DB8">
            <w:pPr>
              <w:rPr>
                <w:lang w:val="ru-RU"/>
              </w:rPr>
            </w:pPr>
            <w:r w:rsidRPr="00332DB8">
              <w:rPr>
                <w:lang w:val="ru-RU"/>
              </w:rPr>
              <w:t xml:space="preserve">Текст аудиозаписи «Неизвестен - без названия (хатаб)», размещенный в Глобальной информационной сети Интернет на сайте </w:t>
            </w:r>
            <w:r>
              <w:t>www</w:t>
            </w:r>
            <w:r w:rsidRPr="00332DB8">
              <w:rPr>
                <w:lang w:val="ru-RU"/>
              </w:rPr>
              <w:t>.</w:t>
            </w:r>
            <w:r>
              <w:t>tawa</w:t>
            </w:r>
            <w:r w:rsidRPr="00332DB8">
              <w:rPr>
                <w:lang w:val="ru-RU"/>
              </w:rPr>
              <w:t>.</w:t>
            </w:r>
            <w:r>
              <w:t>info</w:t>
            </w:r>
            <w:r w:rsidRPr="00332DB8">
              <w:rPr>
                <w:lang w:val="ru-RU"/>
              </w:rPr>
              <w:t xml:space="preserve"> (решение Заинского городского суда Республики Татарстан от 05.12.2012);</w:t>
            </w:r>
          </w:p>
        </w:tc>
        <w:tc>
          <w:tcPr>
            <w:tcW w:w="2880" w:type="dxa"/>
          </w:tcPr>
          <w:p w:rsidR="006F7457" w:rsidRPr="00332DB8" w:rsidRDefault="006F7457">
            <w:pPr>
              <w:rPr>
                <w:lang w:val="ru-RU"/>
              </w:rPr>
            </w:pPr>
          </w:p>
        </w:tc>
      </w:tr>
      <w:tr w:rsidR="006F7457" w:rsidRPr="00DD284B">
        <w:tc>
          <w:tcPr>
            <w:tcW w:w="2880" w:type="dxa"/>
          </w:tcPr>
          <w:p w:rsidR="006F7457" w:rsidRDefault="00332DB8">
            <w:r>
              <w:t>1693.</w:t>
            </w:r>
          </w:p>
        </w:tc>
        <w:tc>
          <w:tcPr>
            <w:tcW w:w="2880" w:type="dxa"/>
          </w:tcPr>
          <w:p w:rsidR="006F7457" w:rsidRPr="00332DB8" w:rsidRDefault="00332DB8">
            <w:pPr>
              <w:rPr>
                <w:lang w:val="ru-RU"/>
              </w:rPr>
            </w:pPr>
            <w:r w:rsidRPr="00332DB8">
              <w:rPr>
                <w:lang w:val="ru-RU"/>
              </w:rPr>
              <w:t xml:space="preserve">Текст аудиозаписи «Неизвестен - без названия (сколько лет)», размещенный в Глобальной информационной сети Интернет на сайте </w:t>
            </w:r>
            <w:r>
              <w:t>www</w:t>
            </w:r>
            <w:r w:rsidRPr="00332DB8">
              <w:rPr>
                <w:lang w:val="ru-RU"/>
              </w:rPr>
              <w:t>.</w:t>
            </w:r>
            <w:r>
              <w:t>tawa</w:t>
            </w:r>
            <w:r w:rsidRPr="00332DB8">
              <w:rPr>
                <w:lang w:val="ru-RU"/>
              </w:rPr>
              <w:t>.</w:t>
            </w:r>
            <w:r>
              <w:t>info</w:t>
            </w:r>
            <w:r w:rsidRPr="00332DB8">
              <w:rPr>
                <w:lang w:val="ru-RU"/>
              </w:rPr>
              <w:t xml:space="preserve"> (решение Заинского городского суда Республики Татарстан от 05.12.2012);</w:t>
            </w:r>
          </w:p>
        </w:tc>
        <w:tc>
          <w:tcPr>
            <w:tcW w:w="2880" w:type="dxa"/>
          </w:tcPr>
          <w:p w:rsidR="006F7457" w:rsidRPr="00332DB8" w:rsidRDefault="006F7457">
            <w:pPr>
              <w:rPr>
                <w:lang w:val="ru-RU"/>
              </w:rPr>
            </w:pPr>
          </w:p>
        </w:tc>
      </w:tr>
      <w:tr w:rsidR="006F7457" w:rsidRPr="00DD284B">
        <w:tc>
          <w:tcPr>
            <w:tcW w:w="2880" w:type="dxa"/>
          </w:tcPr>
          <w:p w:rsidR="006F7457" w:rsidRDefault="00332DB8">
            <w:r>
              <w:t>1694.</w:t>
            </w:r>
          </w:p>
        </w:tc>
        <w:tc>
          <w:tcPr>
            <w:tcW w:w="2880" w:type="dxa"/>
          </w:tcPr>
          <w:p w:rsidR="006F7457" w:rsidRPr="00332DB8" w:rsidRDefault="00332DB8">
            <w:pPr>
              <w:rPr>
                <w:lang w:val="ru-RU"/>
              </w:rPr>
            </w:pPr>
            <w:r w:rsidRPr="00332DB8">
              <w:rPr>
                <w:lang w:val="ru-RU"/>
              </w:rPr>
              <w:t>Книга Эндрю Макдонольда «Охотник» (решение Никулинского районного суда г. Москвы от 24.05.2012);</w:t>
            </w:r>
          </w:p>
        </w:tc>
        <w:tc>
          <w:tcPr>
            <w:tcW w:w="2880" w:type="dxa"/>
          </w:tcPr>
          <w:p w:rsidR="006F7457" w:rsidRPr="00332DB8" w:rsidRDefault="006F7457">
            <w:pPr>
              <w:rPr>
                <w:lang w:val="ru-RU"/>
              </w:rPr>
            </w:pPr>
          </w:p>
        </w:tc>
      </w:tr>
      <w:tr w:rsidR="006F7457" w:rsidRPr="00DD284B">
        <w:tc>
          <w:tcPr>
            <w:tcW w:w="2880" w:type="dxa"/>
          </w:tcPr>
          <w:p w:rsidR="006F7457" w:rsidRDefault="00332DB8">
            <w:r>
              <w:t>1695.</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ri</w:t>
            </w:r>
            <w:r w:rsidRPr="00332DB8">
              <w:rPr>
                <w:lang w:val="ru-RU"/>
              </w:rPr>
              <w:t>-</w:t>
            </w:r>
            <w:r>
              <w:t>online</w:t>
            </w:r>
            <w:r w:rsidRPr="00332DB8">
              <w:rPr>
                <w:lang w:val="ru-RU"/>
              </w:rPr>
              <w:t>.</w:t>
            </w:r>
            <w:r>
              <w:t>ru</w:t>
            </w:r>
            <w:r w:rsidRPr="00332DB8">
              <w:rPr>
                <w:lang w:val="ru-RU"/>
              </w:rPr>
              <w:t xml:space="preserve"> (решение Магасского районного суда Республики Ингушетия от 09.11.2012);</w:t>
            </w:r>
          </w:p>
        </w:tc>
        <w:tc>
          <w:tcPr>
            <w:tcW w:w="2880" w:type="dxa"/>
          </w:tcPr>
          <w:p w:rsidR="006F7457" w:rsidRPr="00332DB8" w:rsidRDefault="006F7457">
            <w:pPr>
              <w:rPr>
                <w:lang w:val="ru-RU"/>
              </w:rPr>
            </w:pPr>
          </w:p>
        </w:tc>
      </w:tr>
      <w:tr w:rsidR="006F7457" w:rsidRPr="00DD284B">
        <w:tc>
          <w:tcPr>
            <w:tcW w:w="2880" w:type="dxa"/>
          </w:tcPr>
          <w:p w:rsidR="006F7457" w:rsidRDefault="00332DB8">
            <w:r>
              <w:t>1696.</w:t>
            </w:r>
          </w:p>
        </w:tc>
        <w:tc>
          <w:tcPr>
            <w:tcW w:w="2880" w:type="dxa"/>
          </w:tcPr>
          <w:p w:rsidR="006F7457" w:rsidRPr="00332DB8" w:rsidRDefault="00332DB8">
            <w:pPr>
              <w:rPr>
                <w:lang w:val="ru-RU"/>
              </w:rPr>
            </w:pPr>
            <w:r w:rsidRPr="00332DB8">
              <w:rPr>
                <w:lang w:val="ru-RU"/>
              </w:rPr>
              <w:t xml:space="preserve">Интернет-ресурс </w:t>
            </w:r>
            <w:r>
              <w:t>www</w:t>
            </w:r>
            <w:r w:rsidRPr="00332DB8">
              <w:rPr>
                <w:lang w:val="ru-RU"/>
              </w:rPr>
              <w:t>.</w:t>
            </w:r>
            <w:r>
              <w:t>angusht</w:t>
            </w:r>
            <w:r w:rsidRPr="00332DB8">
              <w:rPr>
                <w:lang w:val="ru-RU"/>
              </w:rPr>
              <w:t>.</w:t>
            </w:r>
            <w:r>
              <w:t>com</w:t>
            </w:r>
            <w:r w:rsidRPr="00332DB8">
              <w:rPr>
                <w:lang w:val="ru-RU"/>
              </w:rPr>
              <w:t xml:space="preserve"> (решение Магасского районного суда Республики Ингушетия от 09.11.2012);</w:t>
            </w:r>
          </w:p>
        </w:tc>
        <w:tc>
          <w:tcPr>
            <w:tcW w:w="2880" w:type="dxa"/>
          </w:tcPr>
          <w:p w:rsidR="006F7457" w:rsidRPr="00332DB8" w:rsidRDefault="006F7457">
            <w:pPr>
              <w:rPr>
                <w:lang w:val="ru-RU"/>
              </w:rPr>
            </w:pPr>
          </w:p>
        </w:tc>
      </w:tr>
      <w:tr w:rsidR="006F7457">
        <w:tc>
          <w:tcPr>
            <w:tcW w:w="2880" w:type="dxa"/>
          </w:tcPr>
          <w:p w:rsidR="006F7457" w:rsidRDefault="00332DB8">
            <w:r>
              <w:lastRenderedPageBreak/>
              <w:t>1697.</w:t>
            </w:r>
          </w:p>
        </w:tc>
        <w:tc>
          <w:tcPr>
            <w:tcW w:w="2880" w:type="dxa"/>
          </w:tcPr>
          <w:p w:rsidR="006F7457" w:rsidRDefault="00332DB8">
            <w:r w:rsidRPr="00332DB8">
              <w:rPr>
                <w:lang w:val="ru-RU"/>
              </w:rPr>
              <w:t xml:space="preserve">Видеоролик под названием «ЛЕЗГИНКА», размещенный на интернет - странице </w:t>
            </w:r>
            <w:r>
              <w:t>http</w:t>
            </w:r>
            <w:r w:rsidRPr="00332DB8">
              <w:rPr>
                <w:lang w:val="ru-RU"/>
              </w:rPr>
              <w:t>://</w:t>
            </w:r>
            <w:r>
              <w:t>vkontakte</w:t>
            </w:r>
            <w:r w:rsidRPr="00332DB8">
              <w:rPr>
                <w:lang w:val="ru-RU"/>
              </w:rPr>
              <w:t>.</w:t>
            </w:r>
            <w:r>
              <w:t>ru</w:t>
            </w:r>
            <w:r w:rsidRPr="00332DB8">
              <w:rPr>
                <w:lang w:val="ru-RU"/>
              </w:rPr>
              <w:t>/</w:t>
            </w:r>
            <w:r>
              <w:t>ariec</w:t>
            </w:r>
            <w:r w:rsidRPr="00332DB8">
              <w:rPr>
                <w:lang w:val="ru-RU"/>
              </w:rPr>
              <w:t xml:space="preserve">_89, на Интернет сайте </w:t>
            </w:r>
            <w:r>
              <w:t>www</w:t>
            </w:r>
            <w:r w:rsidRPr="00332DB8">
              <w:rPr>
                <w:lang w:val="ru-RU"/>
              </w:rPr>
              <w:t xml:space="preserve">. </w:t>
            </w:r>
            <w:r>
              <w:t>Vkontakte.ru (решение Вологодского городского суда Вологодской области от 28.11.2012);</w:t>
            </w:r>
          </w:p>
        </w:tc>
        <w:tc>
          <w:tcPr>
            <w:tcW w:w="2880" w:type="dxa"/>
          </w:tcPr>
          <w:p w:rsidR="006F7457" w:rsidRDefault="006F7457"/>
        </w:tc>
      </w:tr>
      <w:tr w:rsidR="006F7457">
        <w:tc>
          <w:tcPr>
            <w:tcW w:w="2880" w:type="dxa"/>
          </w:tcPr>
          <w:p w:rsidR="006F7457" w:rsidRDefault="00332DB8">
            <w:r>
              <w:t>1698.</w:t>
            </w:r>
          </w:p>
        </w:tc>
        <w:tc>
          <w:tcPr>
            <w:tcW w:w="2880" w:type="dxa"/>
          </w:tcPr>
          <w:p w:rsidR="006F7457" w:rsidRDefault="00332DB8">
            <w:r w:rsidRPr="00332DB8">
              <w:rPr>
                <w:lang w:val="ru-RU"/>
              </w:rPr>
              <w:t xml:space="preserve">Видеоролик под названием «православный бард Всеволод Правый - зик хай (за Русь святую)», размещенный на интернет - странице </w:t>
            </w:r>
            <w:r>
              <w:t>http</w:t>
            </w:r>
            <w:r w:rsidRPr="00332DB8">
              <w:rPr>
                <w:lang w:val="ru-RU"/>
              </w:rPr>
              <w:t>://</w:t>
            </w:r>
            <w:r>
              <w:t>vkontakte</w:t>
            </w:r>
            <w:r w:rsidRPr="00332DB8">
              <w:rPr>
                <w:lang w:val="ru-RU"/>
              </w:rPr>
              <w:t>.</w:t>
            </w:r>
            <w:r>
              <w:t>ru</w:t>
            </w:r>
            <w:r w:rsidRPr="00332DB8">
              <w:rPr>
                <w:lang w:val="ru-RU"/>
              </w:rPr>
              <w:t>/</w:t>
            </w:r>
            <w:r>
              <w:t>ariec</w:t>
            </w:r>
            <w:r w:rsidRPr="00332DB8">
              <w:rPr>
                <w:lang w:val="ru-RU"/>
              </w:rPr>
              <w:t xml:space="preserve">_89, на Интернет сайте </w:t>
            </w:r>
            <w:r>
              <w:t>www</w:t>
            </w:r>
            <w:r w:rsidRPr="00332DB8">
              <w:rPr>
                <w:lang w:val="ru-RU"/>
              </w:rPr>
              <w:t xml:space="preserve">. </w:t>
            </w:r>
            <w:r>
              <w:t>Vkontakte.ru (решение Вологодского городского суда Вологодской области от 28.11.2012);</w:t>
            </w:r>
          </w:p>
        </w:tc>
        <w:tc>
          <w:tcPr>
            <w:tcW w:w="2880" w:type="dxa"/>
          </w:tcPr>
          <w:p w:rsidR="006F7457" w:rsidRDefault="006F7457"/>
        </w:tc>
      </w:tr>
      <w:tr w:rsidR="006F7457">
        <w:tc>
          <w:tcPr>
            <w:tcW w:w="2880" w:type="dxa"/>
          </w:tcPr>
          <w:p w:rsidR="006F7457" w:rsidRDefault="00332DB8">
            <w:r>
              <w:t>1699.</w:t>
            </w:r>
          </w:p>
        </w:tc>
        <w:tc>
          <w:tcPr>
            <w:tcW w:w="2880" w:type="dxa"/>
          </w:tcPr>
          <w:p w:rsidR="006F7457" w:rsidRDefault="00332DB8">
            <w:r w:rsidRPr="00332DB8">
              <w:rPr>
                <w:lang w:val="ru-RU"/>
              </w:rPr>
              <w:t>Видеоролик под названием «</w:t>
            </w:r>
            <w:r>
              <w:t>HATE</w:t>
            </w:r>
            <w:r w:rsidRPr="00332DB8">
              <w:rPr>
                <w:lang w:val="ru-RU"/>
              </w:rPr>
              <w:t xml:space="preserve"> </w:t>
            </w:r>
            <w:r>
              <w:t>FOR</w:t>
            </w:r>
            <w:r w:rsidRPr="00332DB8">
              <w:rPr>
                <w:lang w:val="ru-RU"/>
              </w:rPr>
              <w:t xml:space="preserve"> </w:t>
            </w:r>
            <w:r>
              <w:t>LIFE</w:t>
            </w:r>
            <w:r w:rsidRPr="00332DB8">
              <w:rPr>
                <w:lang w:val="ru-RU"/>
              </w:rPr>
              <w:t xml:space="preserve">.», размещенный на интернет - странице </w:t>
            </w:r>
            <w:r>
              <w:t>http</w:t>
            </w:r>
            <w:r w:rsidRPr="00332DB8">
              <w:rPr>
                <w:lang w:val="ru-RU"/>
              </w:rPr>
              <w:t>://</w:t>
            </w:r>
            <w:r>
              <w:t>vkontakte</w:t>
            </w:r>
            <w:r w:rsidRPr="00332DB8">
              <w:rPr>
                <w:lang w:val="ru-RU"/>
              </w:rPr>
              <w:t>.</w:t>
            </w:r>
            <w:r>
              <w:t>ru</w:t>
            </w:r>
            <w:r w:rsidRPr="00332DB8">
              <w:rPr>
                <w:lang w:val="ru-RU"/>
              </w:rPr>
              <w:t>/</w:t>
            </w:r>
            <w:r>
              <w:t>ariec</w:t>
            </w:r>
            <w:r w:rsidRPr="00332DB8">
              <w:rPr>
                <w:lang w:val="ru-RU"/>
              </w:rPr>
              <w:t xml:space="preserve">_89, на Интернет сайте </w:t>
            </w:r>
            <w:r>
              <w:t>www</w:t>
            </w:r>
            <w:r w:rsidRPr="00332DB8">
              <w:rPr>
                <w:lang w:val="ru-RU"/>
              </w:rPr>
              <w:t xml:space="preserve">. </w:t>
            </w:r>
            <w:r>
              <w:t>Vkontakte.ru (решение Вологодского городского суда Вологодской области от 28.11.2012);</w:t>
            </w:r>
          </w:p>
        </w:tc>
        <w:tc>
          <w:tcPr>
            <w:tcW w:w="2880" w:type="dxa"/>
          </w:tcPr>
          <w:p w:rsidR="006F7457" w:rsidRDefault="006F7457"/>
        </w:tc>
      </w:tr>
      <w:tr w:rsidR="006F7457">
        <w:tc>
          <w:tcPr>
            <w:tcW w:w="2880" w:type="dxa"/>
          </w:tcPr>
          <w:p w:rsidR="006F7457" w:rsidRDefault="00332DB8">
            <w:r>
              <w:t>1700.</w:t>
            </w:r>
          </w:p>
        </w:tc>
        <w:tc>
          <w:tcPr>
            <w:tcW w:w="2880" w:type="dxa"/>
          </w:tcPr>
          <w:p w:rsidR="006F7457" w:rsidRDefault="00332DB8">
            <w:r w:rsidRPr="00332DB8">
              <w:rPr>
                <w:lang w:val="ru-RU"/>
              </w:rPr>
              <w:t xml:space="preserve">Видеоролик под названием «Парни и Девушки Славянского Союза», размещенный на интернет - странице </w:t>
            </w:r>
            <w:r>
              <w:t>http</w:t>
            </w:r>
            <w:r w:rsidRPr="00332DB8">
              <w:rPr>
                <w:lang w:val="ru-RU"/>
              </w:rPr>
              <w:t>://</w:t>
            </w:r>
            <w:r>
              <w:t>vkontakte</w:t>
            </w:r>
            <w:r w:rsidRPr="00332DB8">
              <w:rPr>
                <w:lang w:val="ru-RU"/>
              </w:rPr>
              <w:t>.</w:t>
            </w:r>
            <w:r>
              <w:t>ru</w:t>
            </w:r>
            <w:r w:rsidRPr="00332DB8">
              <w:rPr>
                <w:lang w:val="ru-RU"/>
              </w:rPr>
              <w:t>/</w:t>
            </w:r>
            <w:r>
              <w:t>ariec</w:t>
            </w:r>
            <w:r w:rsidRPr="00332DB8">
              <w:rPr>
                <w:lang w:val="ru-RU"/>
              </w:rPr>
              <w:t xml:space="preserve">_89, на Интернет сайте </w:t>
            </w:r>
            <w:r>
              <w:t>www</w:t>
            </w:r>
            <w:r w:rsidRPr="00332DB8">
              <w:rPr>
                <w:lang w:val="ru-RU"/>
              </w:rPr>
              <w:t xml:space="preserve">. </w:t>
            </w:r>
            <w:r>
              <w:t>Vkontakte.ru (решение Вологодского городского суда Вологодской области от 28.11.2012);</w:t>
            </w:r>
          </w:p>
        </w:tc>
        <w:tc>
          <w:tcPr>
            <w:tcW w:w="2880" w:type="dxa"/>
          </w:tcPr>
          <w:p w:rsidR="006F7457" w:rsidRDefault="006F7457"/>
        </w:tc>
      </w:tr>
      <w:tr w:rsidR="006F7457">
        <w:tc>
          <w:tcPr>
            <w:tcW w:w="2880" w:type="dxa"/>
          </w:tcPr>
          <w:p w:rsidR="006F7457" w:rsidRDefault="00332DB8">
            <w:r>
              <w:t>1701.</w:t>
            </w:r>
          </w:p>
        </w:tc>
        <w:tc>
          <w:tcPr>
            <w:tcW w:w="2880" w:type="dxa"/>
          </w:tcPr>
          <w:p w:rsidR="006F7457" w:rsidRDefault="00332DB8">
            <w:r w:rsidRPr="00332DB8">
              <w:rPr>
                <w:lang w:val="ru-RU"/>
              </w:rPr>
              <w:t xml:space="preserve">Видеоролик под названием «Русские хулиганы», размещенный на интернет - странице </w:t>
            </w:r>
            <w:r>
              <w:t>http</w:t>
            </w:r>
            <w:r w:rsidRPr="00332DB8">
              <w:rPr>
                <w:lang w:val="ru-RU"/>
              </w:rPr>
              <w:t>://</w:t>
            </w:r>
            <w:r>
              <w:t>vkontakte</w:t>
            </w:r>
            <w:r w:rsidRPr="00332DB8">
              <w:rPr>
                <w:lang w:val="ru-RU"/>
              </w:rPr>
              <w:t>.</w:t>
            </w:r>
            <w:r>
              <w:t>ru</w:t>
            </w:r>
            <w:r w:rsidRPr="00332DB8">
              <w:rPr>
                <w:lang w:val="ru-RU"/>
              </w:rPr>
              <w:t>/</w:t>
            </w:r>
            <w:r>
              <w:t>ariec</w:t>
            </w:r>
            <w:r w:rsidRPr="00332DB8">
              <w:rPr>
                <w:lang w:val="ru-RU"/>
              </w:rPr>
              <w:t xml:space="preserve">_89, на Интернет сайте </w:t>
            </w:r>
            <w:r>
              <w:t>www</w:t>
            </w:r>
            <w:r w:rsidRPr="00332DB8">
              <w:rPr>
                <w:lang w:val="ru-RU"/>
              </w:rPr>
              <w:t xml:space="preserve">. </w:t>
            </w:r>
            <w:r>
              <w:t>Vkontakte.ru (решение Вологодского городского суда Вологодской области от 28.11.2012);</w:t>
            </w:r>
          </w:p>
        </w:tc>
        <w:tc>
          <w:tcPr>
            <w:tcW w:w="2880" w:type="dxa"/>
          </w:tcPr>
          <w:p w:rsidR="006F7457" w:rsidRDefault="006F7457"/>
        </w:tc>
      </w:tr>
      <w:tr w:rsidR="006F7457">
        <w:tc>
          <w:tcPr>
            <w:tcW w:w="2880" w:type="dxa"/>
          </w:tcPr>
          <w:p w:rsidR="006F7457" w:rsidRDefault="00332DB8">
            <w:r>
              <w:t>170</w:t>
            </w:r>
            <w:r>
              <w:lastRenderedPageBreak/>
              <w:t>2.</w:t>
            </w:r>
          </w:p>
        </w:tc>
        <w:tc>
          <w:tcPr>
            <w:tcW w:w="2880" w:type="dxa"/>
          </w:tcPr>
          <w:p w:rsidR="006F7457" w:rsidRDefault="00332DB8">
            <w:r w:rsidRPr="00332DB8">
              <w:rPr>
                <w:lang w:val="ru-RU"/>
              </w:rPr>
              <w:lastRenderedPageBreak/>
              <w:t xml:space="preserve">Аудиофайл под названием «Биты - Эй, Скинхэд!», размещенный на интернет - странице </w:t>
            </w:r>
            <w:r>
              <w:t>http</w:t>
            </w:r>
            <w:r w:rsidRPr="00332DB8">
              <w:rPr>
                <w:lang w:val="ru-RU"/>
              </w:rPr>
              <w:t>://</w:t>
            </w:r>
            <w:r>
              <w:t>vkontakte</w:t>
            </w:r>
            <w:r w:rsidRPr="00332DB8">
              <w:rPr>
                <w:lang w:val="ru-RU"/>
              </w:rPr>
              <w:t>.</w:t>
            </w:r>
            <w:r>
              <w:t>ru</w:t>
            </w:r>
            <w:r w:rsidRPr="00332DB8">
              <w:rPr>
                <w:lang w:val="ru-RU"/>
              </w:rPr>
              <w:t>/</w:t>
            </w:r>
            <w:r>
              <w:t>ariec</w:t>
            </w:r>
            <w:r w:rsidRPr="00332DB8">
              <w:rPr>
                <w:lang w:val="ru-RU"/>
              </w:rPr>
              <w:t xml:space="preserve">_89, на Интернет сайте </w:t>
            </w:r>
            <w:r>
              <w:t>www</w:t>
            </w:r>
            <w:r w:rsidRPr="00332DB8">
              <w:rPr>
                <w:lang w:val="ru-RU"/>
              </w:rPr>
              <w:t xml:space="preserve">. </w:t>
            </w:r>
            <w:r>
              <w:t xml:space="preserve">Vkontakte.ru (решение Вологодского городского суда </w:t>
            </w:r>
            <w:r>
              <w:lastRenderedPageBreak/>
              <w:t>Вологодской области от 28.11.2012);</w:t>
            </w:r>
          </w:p>
        </w:tc>
        <w:tc>
          <w:tcPr>
            <w:tcW w:w="2880" w:type="dxa"/>
          </w:tcPr>
          <w:p w:rsidR="006F7457" w:rsidRDefault="006F7457"/>
        </w:tc>
      </w:tr>
      <w:tr w:rsidR="006F7457">
        <w:tc>
          <w:tcPr>
            <w:tcW w:w="2880" w:type="dxa"/>
          </w:tcPr>
          <w:p w:rsidR="006F7457" w:rsidRDefault="00332DB8">
            <w:r>
              <w:lastRenderedPageBreak/>
              <w:t>1703.</w:t>
            </w:r>
          </w:p>
        </w:tc>
        <w:tc>
          <w:tcPr>
            <w:tcW w:w="2880" w:type="dxa"/>
          </w:tcPr>
          <w:p w:rsidR="006F7457" w:rsidRDefault="00332DB8">
            <w:r w:rsidRPr="00332DB8">
              <w:rPr>
                <w:lang w:val="ru-RU"/>
              </w:rPr>
              <w:t xml:space="preserve">Аудиофайл под названием «Биты - У скинхеда Выходной», размещенный на интернет - странице </w:t>
            </w:r>
            <w:r>
              <w:t>http</w:t>
            </w:r>
            <w:r w:rsidRPr="00332DB8">
              <w:rPr>
                <w:lang w:val="ru-RU"/>
              </w:rPr>
              <w:t>://</w:t>
            </w:r>
            <w:r>
              <w:t>vkontakte</w:t>
            </w:r>
            <w:r w:rsidRPr="00332DB8">
              <w:rPr>
                <w:lang w:val="ru-RU"/>
              </w:rPr>
              <w:t>.</w:t>
            </w:r>
            <w:r>
              <w:t>ru</w:t>
            </w:r>
            <w:r w:rsidRPr="00332DB8">
              <w:rPr>
                <w:lang w:val="ru-RU"/>
              </w:rPr>
              <w:t>/</w:t>
            </w:r>
            <w:r>
              <w:t>ariec</w:t>
            </w:r>
            <w:r w:rsidRPr="00332DB8">
              <w:rPr>
                <w:lang w:val="ru-RU"/>
              </w:rPr>
              <w:t xml:space="preserve">_89, на Интернет сайте </w:t>
            </w:r>
            <w:r>
              <w:t>www</w:t>
            </w:r>
            <w:r w:rsidRPr="00332DB8">
              <w:rPr>
                <w:lang w:val="ru-RU"/>
              </w:rPr>
              <w:t xml:space="preserve">. </w:t>
            </w:r>
            <w:r>
              <w:t>Vkontakte.ru (решение Вологодского городского суда Вологодской области от 28.11.2012);</w:t>
            </w:r>
          </w:p>
        </w:tc>
        <w:tc>
          <w:tcPr>
            <w:tcW w:w="2880" w:type="dxa"/>
          </w:tcPr>
          <w:p w:rsidR="006F7457" w:rsidRDefault="006F7457"/>
        </w:tc>
      </w:tr>
      <w:tr w:rsidR="006F7457">
        <w:tc>
          <w:tcPr>
            <w:tcW w:w="2880" w:type="dxa"/>
          </w:tcPr>
          <w:p w:rsidR="006F7457" w:rsidRDefault="00332DB8">
            <w:r>
              <w:t>1704.</w:t>
            </w:r>
          </w:p>
        </w:tc>
        <w:tc>
          <w:tcPr>
            <w:tcW w:w="2880" w:type="dxa"/>
          </w:tcPr>
          <w:p w:rsidR="006F7457" w:rsidRDefault="00332DB8">
            <w:r w:rsidRPr="00332DB8">
              <w:rPr>
                <w:lang w:val="ru-RU"/>
              </w:rPr>
              <w:t xml:space="preserve">Аудиофайл под названием «Доберман - Славянский Союз», размещенный на интернет - странице </w:t>
            </w:r>
            <w:r>
              <w:t>http</w:t>
            </w:r>
            <w:r w:rsidRPr="00332DB8">
              <w:rPr>
                <w:lang w:val="ru-RU"/>
              </w:rPr>
              <w:t>://</w:t>
            </w:r>
            <w:r>
              <w:t>vkontakte</w:t>
            </w:r>
            <w:r w:rsidRPr="00332DB8">
              <w:rPr>
                <w:lang w:val="ru-RU"/>
              </w:rPr>
              <w:t>.</w:t>
            </w:r>
            <w:r>
              <w:t>ru</w:t>
            </w:r>
            <w:r w:rsidRPr="00332DB8">
              <w:rPr>
                <w:lang w:val="ru-RU"/>
              </w:rPr>
              <w:t>/</w:t>
            </w:r>
            <w:r>
              <w:t>ariec</w:t>
            </w:r>
            <w:r w:rsidRPr="00332DB8">
              <w:rPr>
                <w:lang w:val="ru-RU"/>
              </w:rPr>
              <w:t xml:space="preserve">_89, на Интернет сайте </w:t>
            </w:r>
            <w:r>
              <w:t>www</w:t>
            </w:r>
            <w:r w:rsidRPr="00332DB8">
              <w:rPr>
                <w:lang w:val="ru-RU"/>
              </w:rPr>
              <w:t xml:space="preserve">. </w:t>
            </w:r>
            <w:r>
              <w:t>Vkontakte.ru (решение Вологодского городского суда Вологодской области от 28.11.2012);</w:t>
            </w:r>
          </w:p>
        </w:tc>
        <w:tc>
          <w:tcPr>
            <w:tcW w:w="2880" w:type="dxa"/>
          </w:tcPr>
          <w:p w:rsidR="006F7457" w:rsidRDefault="006F7457"/>
        </w:tc>
      </w:tr>
      <w:tr w:rsidR="006F7457" w:rsidRPr="00DD284B">
        <w:tc>
          <w:tcPr>
            <w:tcW w:w="2880" w:type="dxa"/>
          </w:tcPr>
          <w:p w:rsidR="006F7457" w:rsidRDefault="00332DB8">
            <w:r>
              <w:t>1705.</w:t>
            </w:r>
          </w:p>
        </w:tc>
        <w:tc>
          <w:tcPr>
            <w:tcW w:w="2880" w:type="dxa"/>
          </w:tcPr>
          <w:p w:rsidR="006F7457" w:rsidRPr="00332DB8" w:rsidRDefault="00332DB8">
            <w:pPr>
              <w:rPr>
                <w:lang w:val="ru-RU"/>
              </w:rPr>
            </w:pPr>
            <w:r w:rsidRPr="00332DB8">
              <w:rPr>
                <w:lang w:val="ru-RU"/>
              </w:rPr>
              <w:t>Видеоролик под названием «</w:t>
            </w:r>
            <w:r>
              <w:t>White</w:t>
            </w:r>
            <w:r w:rsidRPr="00332DB8">
              <w:rPr>
                <w:lang w:val="ru-RU"/>
              </w:rPr>
              <w:t xml:space="preserve"> </w:t>
            </w:r>
            <w:r>
              <w:t>Noise</w:t>
            </w:r>
            <w:r w:rsidRPr="00332DB8">
              <w:rPr>
                <w:lang w:val="ru-RU"/>
              </w:rPr>
              <w:t xml:space="preserve"> 88 (Запрещенный всеми каналами клип)» (решение Вологодского городского суда Вологодской области от 07.11.2012);</w:t>
            </w:r>
          </w:p>
        </w:tc>
        <w:tc>
          <w:tcPr>
            <w:tcW w:w="2880" w:type="dxa"/>
          </w:tcPr>
          <w:p w:rsidR="006F7457" w:rsidRPr="00332DB8" w:rsidRDefault="006F7457">
            <w:pPr>
              <w:rPr>
                <w:lang w:val="ru-RU"/>
              </w:rPr>
            </w:pPr>
          </w:p>
        </w:tc>
      </w:tr>
      <w:tr w:rsidR="006F7457" w:rsidRPr="00DD284B">
        <w:tc>
          <w:tcPr>
            <w:tcW w:w="2880" w:type="dxa"/>
          </w:tcPr>
          <w:p w:rsidR="006F7457" w:rsidRDefault="00332DB8">
            <w:r>
              <w:t>1706.</w:t>
            </w:r>
          </w:p>
        </w:tc>
        <w:tc>
          <w:tcPr>
            <w:tcW w:w="2880" w:type="dxa"/>
          </w:tcPr>
          <w:p w:rsidR="006F7457" w:rsidRPr="00332DB8" w:rsidRDefault="00332DB8">
            <w:pPr>
              <w:rPr>
                <w:lang w:val="ru-RU"/>
              </w:rPr>
            </w:pPr>
            <w:r w:rsidRPr="00332DB8">
              <w:rPr>
                <w:lang w:val="ru-RU"/>
              </w:rPr>
              <w:t>Видеоролик под названием «антиФА 3:40» (решение Вологодского городского суда Вологодской области от 07.11.2012);</w:t>
            </w:r>
          </w:p>
        </w:tc>
        <w:tc>
          <w:tcPr>
            <w:tcW w:w="2880" w:type="dxa"/>
          </w:tcPr>
          <w:p w:rsidR="006F7457" w:rsidRPr="00332DB8" w:rsidRDefault="006F7457">
            <w:pPr>
              <w:rPr>
                <w:lang w:val="ru-RU"/>
              </w:rPr>
            </w:pPr>
          </w:p>
        </w:tc>
      </w:tr>
      <w:tr w:rsidR="006F7457">
        <w:tc>
          <w:tcPr>
            <w:tcW w:w="2880" w:type="dxa"/>
          </w:tcPr>
          <w:p w:rsidR="006F7457" w:rsidRDefault="00332DB8">
            <w:r>
              <w:t>1707.</w:t>
            </w:r>
          </w:p>
        </w:tc>
        <w:tc>
          <w:tcPr>
            <w:tcW w:w="2880" w:type="dxa"/>
          </w:tcPr>
          <w:p w:rsidR="006F7457" w:rsidRDefault="00332DB8">
            <w:r w:rsidRPr="00332DB8">
              <w:rPr>
                <w:lang w:val="ru-RU"/>
              </w:rPr>
              <w:t xml:space="preserve">Видеоролик под названием «Москва.2009.Автономное сопротивление Распространять!» </w:t>
            </w:r>
            <w:r>
              <w:t>(решение Вологодского городского суда Вологодской области от 07.11.2012);</w:t>
            </w:r>
          </w:p>
        </w:tc>
        <w:tc>
          <w:tcPr>
            <w:tcW w:w="2880" w:type="dxa"/>
          </w:tcPr>
          <w:p w:rsidR="006F7457" w:rsidRDefault="006F7457"/>
        </w:tc>
      </w:tr>
      <w:tr w:rsidR="006F7457" w:rsidRPr="00DD284B">
        <w:tc>
          <w:tcPr>
            <w:tcW w:w="2880" w:type="dxa"/>
          </w:tcPr>
          <w:p w:rsidR="006F7457" w:rsidRDefault="00332DB8">
            <w:r>
              <w:lastRenderedPageBreak/>
              <w:t>1708.</w:t>
            </w:r>
          </w:p>
        </w:tc>
        <w:tc>
          <w:tcPr>
            <w:tcW w:w="2880" w:type="dxa"/>
          </w:tcPr>
          <w:p w:rsidR="006F7457" w:rsidRPr="00332DB8" w:rsidRDefault="00332DB8">
            <w:pPr>
              <w:rPr>
                <w:lang w:val="ru-RU"/>
              </w:rPr>
            </w:pPr>
            <w:r w:rsidRPr="00332DB8">
              <w:rPr>
                <w:lang w:val="ru-RU"/>
              </w:rPr>
              <w:t>Видеоролик под названием «Ветераны РОА на выезде» (решение Вологодского городского суда Вологодской области от 07.11.2012);</w:t>
            </w:r>
          </w:p>
        </w:tc>
        <w:tc>
          <w:tcPr>
            <w:tcW w:w="2880" w:type="dxa"/>
          </w:tcPr>
          <w:p w:rsidR="006F7457" w:rsidRPr="00332DB8" w:rsidRDefault="006F7457">
            <w:pPr>
              <w:rPr>
                <w:lang w:val="ru-RU"/>
              </w:rPr>
            </w:pPr>
          </w:p>
        </w:tc>
      </w:tr>
      <w:tr w:rsidR="006F7457" w:rsidRPr="00DD284B">
        <w:tc>
          <w:tcPr>
            <w:tcW w:w="2880" w:type="dxa"/>
          </w:tcPr>
          <w:p w:rsidR="006F7457" w:rsidRDefault="00332DB8">
            <w:r>
              <w:t>1709.</w:t>
            </w:r>
          </w:p>
        </w:tc>
        <w:tc>
          <w:tcPr>
            <w:tcW w:w="2880" w:type="dxa"/>
          </w:tcPr>
          <w:p w:rsidR="006F7457" w:rsidRPr="00332DB8" w:rsidRDefault="00332DB8">
            <w:pPr>
              <w:rPr>
                <w:lang w:val="ru-RU"/>
              </w:rPr>
            </w:pPr>
            <w:r w:rsidRPr="00332DB8">
              <w:rPr>
                <w:lang w:val="ru-RU"/>
              </w:rPr>
              <w:t>Аудиофайл под названием «Доберман - Европа» (решение Вологодского городского суда Вологодской области от 07.11.2012);</w:t>
            </w:r>
          </w:p>
        </w:tc>
        <w:tc>
          <w:tcPr>
            <w:tcW w:w="2880" w:type="dxa"/>
          </w:tcPr>
          <w:p w:rsidR="006F7457" w:rsidRPr="00332DB8" w:rsidRDefault="006F7457">
            <w:pPr>
              <w:rPr>
                <w:lang w:val="ru-RU"/>
              </w:rPr>
            </w:pPr>
          </w:p>
        </w:tc>
      </w:tr>
      <w:tr w:rsidR="006F7457" w:rsidRPr="00DD284B">
        <w:tc>
          <w:tcPr>
            <w:tcW w:w="2880" w:type="dxa"/>
          </w:tcPr>
          <w:p w:rsidR="006F7457" w:rsidRDefault="00332DB8">
            <w:r>
              <w:t>1710.</w:t>
            </w:r>
          </w:p>
        </w:tc>
        <w:tc>
          <w:tcPr>
            <w:tcW w:w="2880" w:type="dxa"/>
          </w:tcPr>
          <w:p w:rsidR="006F7457" w:rsidRPr="00332DB8" w:rsidRDefault="00332DB8">
            <w:pPr>
              <w:rPr>
                <w:lang w:val="ru-RU"/>
              </w:rPr>
            </w:pPr>
            <w:r w:rsidRPr="00332DB8">
              <w:rPr>
                <w:lang w:val="ru-RU"/>
              </w:rPr>
              <w:t>Аудиофайл под названием «</w:t>
            </w:r>
            <w:r>
              <w:t>SSD</w:t>
            </w:r>
            <w:r w:rsidRPr="00332DB8">
              <w:rPr>
                <w:lang w:val="ru-RU"/>
              </w:rPr>
              <w:t>-За Расу Мы Постоим» (решение Вологодского городского суда Вологодской области от 07.11.2012);</w:t>
            </w:r>
          </w:p>
        </w:tc>
        <w:tc>
          <w:tcPr>
            <w:tcW w:w="2880" w:type="dxa"/>
          </w:tcPr>
          <w:p w:rsidR="006F7457" w:rsidRPr="00332DB8" w:rsidRDefault="006F7457">
            <w:pPr>
              <w:rPr>
                <w:lang w:val="ru-RU"/>
              </w:rPr>
            </w:pPr>
          </w:p>
        </w:tc>
      </w:tr>
      <w:tr w:rsidR="006F7457" w:rsidRPr="00DD284B">
        <w:tc>
          <w:tcPr>
            <w:tcW w:w="2880" w:type="dxa"/>
          </w:tcPr>
          <w:p w:rsidR="006F7457" w:rsidRDefault="00332DB8">
            <w:r>
              <w:t>1711.</w:t>
            </w:r>
          </w:p>
        </w:tc>
        <w:tc>
          <w:tcPr>
            <w:tcW w:w="2880" w:type="dxa"/>
          </w:tcPr>
          <w:p w:rsidR="006F7457" w:rsidRPr="00332DB8" w:rsidRDefault="00332DB8">
            <w:pPr>
              <w:rPr>
                <w:lang w:val="ru-RU"/>
              </w:rPr>
            </w:pPr>
            <w:r w:rsidRPr="00332DB8">
              <w:rPr>
                <w:lang w:val="ru-RU"/>
              </w:rPr>
              <w:t>Аудиофайл под названием «Белый Террор - Железногорск-2000» (решение Вологодского городского суда Вологодской области от 07.11.2012);</w:t>
            </w:r>
          </w:p>
        </w:tc>
        <w:tc>
          <w:tcPr>
            <w:tcW w:w="2880" w:type="dxa"/>
          </w:tcPr>
          <w:p w:rsidR="006F7457" w:rsidRPr="00332DB8" w:rsidRDefault="006F7457">
            <w:pPr>
              <w:rPr>
                <w:lang w:val="ru-RU"/>
              </w:rPr>
            </w:pPr>
          </w:p>
        </w:tc>
      </w:tr>
      <w:tr w:rsidR="006F7457" w:rsidRPr="00DD284B">
        <w:tc>
          <w:tcPr>
            <w:tcW w:w="2880" w:type="dxa"/>
          </w:tcPr>
          <w:p w:rsidR="006F7457" w:rsidRDefault="00332DB8">
            <w:r>
              <w:t>1712.</w:t>
            </w:r>
          </w:p>
        </w:tc>
        <w:tc>
          <w:tcPr>
            <w:tcW w:w="2880" w:type="dxa"/>
          </w:tcPr>
          <w:p w:rsidR="006F7457" w:rsidRPr="00332DB8" w:rsidRDefault="00332DB8">
            <w:pPr>
              <w:rPr>
                <w:lang w:val="ru-RU"/>
              </w:rPr>
            </w:pPr>
            <w:r w:rsidRPr="00332DB8">
              <w:rPr>
                <w:lang w:val="ru-RU"/>
              </w:rPr>
              <w:t>Аудиофайл под названием «Дюшес - Я рисую белым мелом 14/88» (решение Вологодского городского суда Вологодской области от 07.11.2012);</w:t>
            </w:r>
          </w:p>
        </w:tc>
        <w:tc>
          <w:tcPr>
            <w:tcW w:w="2880" w:type="dxa"/>
          </w:tcPr>
          <w:p w:rsidR="006F7457" w:rsidRPr="00332DB8" w:rsidRDefault="006F7457">
            <w:pPr>
              <w:rPr>
                <w:lang w:val="ru-RU"/>
              </w:rPr>
            </w:pPr>
          </w:p>
        </w:tc>
      </w:tr>
      <w:tr w:rsidR="006F7457" w:rsidRPr="00DD284B">
        <w:tc>
          <w:tcPr>
            <w:tcW w:w="2880" w:type="dxa"/>
          </w:tcPr>
          <w:p w:rsidR="006F7457" w:rsidRDefault="00332DB8">
            <w:r>
              <w:t>171</w:t>
            </w:r>
            <w:r>
              <w:lastRenderedPageBreak/>
              <w:t>3.</w:t>
            </w:r>
          </w:p>
        </w:tc>
        <w:tc>
          <w:tcPr>
            <w:tcW w:w="2880" w:type="dxa"/>
          </w:tcPr>
          <w:p w:rsidR="006F7457" w:rsidRPr="00332DB8" w:rsidRDefault="00332DB8">
            <w:pPr>
              <w:rPr>
                <w:lang w:val="ru-RU"/>
              </w:rPr>
            </w:pPr>
            <w:r w:rsidRPr="00332DB8">
              <w:rPr>
                <w:lang w:val="ru-RU"/>
              </w:rPr>
              <w:lastRenderedPageBreak/>
              <w:t>Аудиофайл под названием «Киборг - Слава русским, нет россиянам» (решение Вологодского городского суда Вологодской области от 07.11.2012);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1714.</w:t>
            </w:r>
          </w:p>
        </w:tc>
        <w:tc>
          <w:tcPr>
            <w:tcW w:w="2880" w:type="dxa"/>
          </w:tcPr>
          <w:p w:rsidR="006F7457" w:rsidRPr="00332DB8" w:rsidRDefault="00332DB8">
            <w:pPr>
              <w:rPr>
                <w:lang w:val="ru-RU"/>
              </w:rPr>
            </w:pPr>
            <w:r w:rsidRPr="00332DB8">
              <w:rPr>
                <w:lang w:val="ru-RU"/>
              </w:rPr>
              <w:t xml:space="preserve">Интернет-страница, расположенная по электронному адресу: </w:t>
            </w:r>
            <w:r>
              <w:t>http</w:t>
            </w:r>
            <w:r w:rsidRPr="00332DB8">
              <w:rPr>
                <w:lang w:val="ru-RU"/>
              </w:rPr>
              <w:t>://</w:t>
            </w:r>
            <w:r>
              <w:t>circassia</w:t>
            </w:r>
            <w:r w:rsidRPr="00332DB8">
              <w:rPr>
                <w:lang w:val="ru-RU"/>
              </w:rPr>
              <w:t>.</w:t>
            </w:r>
            <w:r>
              <w:t>forumieren</w:t>
            </w:r>
            <w:r w:rsidRPr="00332DB8">
              <w:rPr>
                <w:lang w:val="ru-RU"/>
              </w:rPr>
              <w:t>.</w:t>
            </w:r>
            <w:r>
              <w:t>de</w:t>
            </w:r>
            <w:r w:rsidRPr="00332DB8">
              <w:rPr>
                <w:lang w:val="ru-RU"/>
              </w:rPr>
              <w:t>/</w:t>
            </w:r>
            <w:r>
              <w:t>t</w:t>
            </w:r>
            <w:r w:rsidRPr="00332DB8">
              <w:rPr>
                <w:lang w:val="ru-RU"/>
              </w:rPr>
              <w:t>1607-</w:t>
            </w:r>
            <w:r>
              <w:t>topic</w:t>
            </w:r>
            <w:r w:rsidRPr="00332DB8">
              <w:rPr>
                <w:lang w:val="ru-RU"/>
              </w:rPr>
              <w:t xml:space="preserve"> (решение Черкесского городского суда Карачаево-Черкесской Республики от 29.11.2012);</w:t>
            </w:r>
          </w:p>
        </w:tc>
        <w:tc>
          <w:tcPr>
            <w:tcW w:w="2880" w:type="dxa"/>
          </w:tcPr>
          <w:p w:rsidR="006F7457" w:rsidRPr="00332DB8" w:rsidRDefault="006F7457">
            <w:pPr>
              <w:rPr>
                <w:lang w:val="ru-RU"/>
              </w:rPr>
            </w:pPr>
          </w:p>
        </w:tc>
      </w:tr>
      <w:tr w:rsidR="006F7457" w:rsidRPr="00DD284B">
        <w:tc>
          <w:tcPr>
            <w:tcW w:w="2880" w:type="dxa"/>
          </w:tcPr>
          <w:p w:rsidR="006F7457" w:rsidRDefault="00332DB8">
            <w:r>
              <w:t>1715.</w:t>
            </w:r>
          </w:p>
        </w:tc>
        <w:tc>
          <w:tcPr>
            <w:tcW w:w="2880" w:type="dxa"/>
          </w:tcPr>
          <w:p w:rsidR="006F7457" w:rsidRPr="00332DB8" w:rsidRDefault="00332DB8">
            <w:pPr>
              <w:rPr>
                <w:lang w:val="ru-RU"/>
              </w:rPr>
            </w:pPr>
            <w:r w:rsidRPr="00332DB8">
              <w:rPr>
                <w:lang w:val="ru-RU"/>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2880" w:type="dxa"/>
          </w:tcPr>
          <w:p w:rsidR="006F7457" w:rsidRPr="00332DB8" w:rsidRDefault="006F7457">
            <w:pPr>
              <w:rPr>
                <w:lang w:val="ru-RU"/>
              </w:rPr>
            </w:pPr>
          </w:p>
        </w:tc>
      </w:tr>
      <w:tr w:rsidR="006F7457" w:rsidRPr="00DD284B">
        <w:tc>
          <w:tcPr>
            <w:tcW w:w="2880" w:type="dxa"/>
          </w:tcPr>
          <w:p w:rsidR="006F7457" w:rsidRDefault="00332DB8">
            <w:r>
              <w:t>1716.</w:t>
            </w:r>
          </w:p>
        </w:tc>
        <w:tc>
          <w:tcPr>
            <w:tcW w:w="2880" w:type="dxa"/>
          </w:tcPr>
          <w:p w:rsidR="006F7457" w:rsidRPr="00332DB8" w:rsidRDefault="00332DB8">
            <w:pPr>
              <w:rPr>
                <w:lang w:val="ru-RU"/>
              </w:rPr>
            </w:pPr>
            <w:r w:rsidRPr="00332DB8">
              <w:rPr>
                <w:lang w:val="ru-RU"/>
              </w:rPr>
              <w:t xml:space="preserve">Видеоматериал «Россия для русских и по-русски», размещенный на Интернет-странице по электронному адресу: </w:t>
            </w:r>
            <w:r>
              <w:t>http</w:t>
            </w:r>
            <w:r w:rsidRPr="00332DB8">
              <w:rPr>
                <w:lang w:val="ru-RU"/>
              </w:rPr>
              <w:t>://</w:t>
            </w:r>
            <w:r>
              <w:t>www</w:t>
            </w:r>
            <w:r w:rsidRPr="00332DB8">
              <w:rPr>
                <w:lang w:val="ru-RU"/>
              </w:rPr>
              <w:t>.</w:t>
            </w:r>
            <w:r>
              <w:t>odnoklassniki</w:t>
            </w:r>
            <w:r w:rsidRPr="00332DB8">
              <w:rPr>
                <w:lang w:val="ru-RU"/>
              </w:rPr>
              <w:t>.</w:t>
            </w:r>
            <w:r>
              <w:t>ru</w:t>
            </w:r>
            <w:r w:rsidRPr="00332DB8">
              <w:rPr>
                <w:lang w:val="ru-RU"/>
              </w:rPr>
              <w:t>/</w:t>
            </w:r>
            <w:r>
              <w:t>group</w:t>
            </w:r>
            <w:r w:rsidRPr="00332DB8">
              <w:rPr>
                <w:lang w:val="ru-RU"/>
              </w:rPr>
              <w:t>/50921688334548 (решение Черкесского городского суда Карачаево-Черкесской Республики от 05.12.2012);</w:t>
            </w:r>
          </w:p>
        </w:tc>
        <w:tc>
          <w:tcPr>
            <w:tcW w:w="2880" w:type="dxa"/>
          </w:tcPr>
          <w:p w:rsidR="006F7457" w:rsidRPr="00332DB8" w:rsidRDefault="006F7457">
            <w:pPr>
              <w:rPr>
                <w:lang w:val="ru-RU"/>
              </w:rPr>
            </w:pPr>
          </w:p>
        </w:tc>
      </w:tr>
      <w:tr w:rsidR="006F7457" w:rsidRPr="00DD284B">
        <w:tc>
          <w:tcPr>
            <w:tcW w:w="2880" w:type="dxa"/>
          </w:tcPr>
          <w:p w:rsidR="006F7457" w:rsidRDefault="00332DB8">
            <w:r>
              <w:t>1717.</w:t>
            </w:r>
          </w:p>
        </w:tc>
        <w:tc>
          <w:tcPr>
            <w:tcW w:w="2880" w:type="dxa"/>
          </w:tcPr>
          <w:p w:rsidR="006F7457" w:rsidRPr="00332DB8" w:rsidRDefault="00332DB8">
            <w:pPr>
              <w:rPr>
                <w:lang w:val="ru-RU"/>
              </w:rPr>
            </w:pPr>
            <w:r w:rsidRPr="00332DB8">
              <w:rPr>
                <w:lang w:val="ru-RU"/>
              </w:rPr>
              <w:t>Видеозапись «</w:t>
            </w:r>
            <w:r>
              <w:t>ns</w:t>
            </w:r>
            <w:r w:rsidRPr="00332DB8">
              <w:rPr>
                <w:lang w:val="ru-RU"/>
              </w:rPr>
              <w:t>\</w:t>
            </w:r>
            <w:r>
              <w:t>wp</w:t>
            </w:r>
            <w:r w:rsidRPr="00332DB8">
              <w:rPr>
                <w:lang w:val="ru-RU"/>
              </w:rPr>
              <w:t xml:space="preserve"> бревном в голову»”,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1718.</w:t>
            </w:r>
          </w:p>
        </w:tc>
        <w:tc>
          <w:tcPr>
            <w:tcW w:w="2880" w:type="dxa"/>
          </w:tcPr>
          <w:p w:rsidR="006F7457" w:rsidRPr="00332DB8" w:rsidRDefault="00332DB8">
            <w:pPr>
              <w:rPr>
                <w:lang w:val="ru-RU"/>
              </w:rPr>
            </w:pPr>
            <w:r w:rsidRPr="00332DB8">
              <w:rPr>
                <w:lang w:val="ru-RU"/>
              </w:rPr>
              <w:t xml:space="preserve">Видеозапись «бритоголовые»,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1719.</w:t>
            </w:r>
          </w:p>
        </w:tc>
        <w:tc>
          <w:tcPr>
            <w:tcW w:w="2880" w:type="dxa"/>
          </w:tcPr>
          <w:p w:rsidR="006F7457" w:rsidRPr="00332DB8" w:rsidRDefault="00332DB8">
            <w:pPr>
              <w:rPr>
                <w:lang w:val="ru-RU"/>
              </w:rPr>
            </w:pPr>
            <w:r w:rsidRPr="00332DB8">
              <w:rPr>
                <w:lang w:val="ru-RU"/>
              </w:rPr>
              <w:t xml:space="preserve">Видеозапись «вот это настоящие русские люди»,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1720.</w:t>
            </w:r>
          </w:p>
        </w:tc>
        <w:tc>
          <w:tcPr>
            <w:tcW w:w="2880" w:type="dxa"/>
          </w:tcPr>
          <w:p w:rsidR="006F7457" w:rsidRPr="00332DB8" w:rsidRDefault="00332DB8">
            <w:pPr>
              <w:rPr>
                <w:lang w:val="ru-RU"/>
              </w:rPr>
            </w:pPr>
            <w:r w:rsidRPr="00332DB8">
              <w:rPr>
                <w:lang w:val="ru-RU"/>
              </w:rPr>
              <w:t xml:space="preserve">Видеозапись «граната»,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1721.</w:t>
            </w:r>
          </w:p>
        </w:tc>
        <w:tc>
          <w:tcPr>
            <w:tcW w:w="2880" w:type="dxa"/>
          </w:tcPr>
          <w:p w:rsidR="006F7457" w:rsidRPr="00332DB8" w:rsidRDefault="00332DB8">
            <w:pPr>
              <w:rPr>
                <w:lang w:val="ru-RU"/>
              </w:rPr>
            </w:pPr>
            <w:r w:rsidRPr="00332DB8">
              <w:rPr>
                <w:lang w:val="ru-RU"/>
              </w:rPr>
              <w:t xml:space="preserve">Видеозапись «жиды …»,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1722.</w:t>
            </w:r>
          </w:p>
        </w:tc>
        <w:tc>
          <w:tcPr>
            <w:tcW w:w="2880" w:type="dxa"/>
          </w:tcPr>
          <w:p w:rsidR="006F7457" w:rsidRPr="00332DB8" w:rsidRDefault="00332DB8">
            <w:pPr>
              <w:rPr>
                <w:lang w:val="ru-RU"/>
              </w:rPr>
            </w:pPr>
            <w:r w:rsidRPr="00332DB8">
              <w:rPr>
                <w:lang w:val="ru-RU"/>
              </w:rPr>
              <w:t xml:space="preserve">Видеозапись «посвящается всем скинхедам России». «почему же ты молчишь!»,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w:t>
            </w:r>
          </w:p>
        </w:tc>
        <w:tc>
          <w:tcPr>
            <w:tcW w:w="2880" w:type="dxa"/>
          </w:tcPr>
          <w:p w:rsidR="006F7457" w:rsidRPr="00332DB8" w:rsidRDefault="006F7457">
            <w:pPr>
              <w:rPr>
                <w:lang w:val="ru-RU"/>
              </w:rPr>
            </w:pPr>
          </w:p>
        </w:tc>
      </w:tr>
      <w:tr w:rsidR="006F7457" w:rsidRPr="00DD284B">
        <w:tc>
          <w:tcPr>
            <w:tcW w:w="2880" w:type="dxa"/>
          </w:tcPr>
          <w:p w:rsidR="006F7457" w:rsidRDefault="00332DB8">
            <w:r>
              <w:t>1723.</w:t>
            </w:r>
          </w:p>
        </w:tc>
        <w:tc>
          <w:tcPr>
            <w:tcW w:w="2880" w:type="dxa"/>
          </w:tcPr>
          <w:p w:rsidR="006F7457" w:rsidRPr="00332DB8" w:rsidRDefault="00332DB8">
            <w:pPr>
              <w:rPr>
                <w:lang w:val="ru-RU"/>
              </w:rPr>
            </w:pPr>
            <w:r w:rsidRPr="00332DB8">
              <w:rPr>
                <w:lang w:val="ru-RU"/>
              </w:rPr>
              <w:t xml:space="preserve">Видеозапись «скины»,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172</w:t>
            </w:r>
            <w:r>
              <w:lastRenderedPageBreak/>
              <w:t>4.</w:t>
            </w:r>
          </w:p>
        </w:tc>
        <w:tc>
          <w:tcPr>
            <w:tcW w:w="2880" w:type="dxa"/>
          </w:tcPr>
          <w:p w:rsidR="006F7457" w:rsidRPr="00332DB8" w:rsidRDefault="00332DB8">
            <w:pPr>
              <w:rPr>
                <w:lang w:val="ru-RU"/>
              </w:rPr>
            </w:pPr>
            <w:r w:rsidRPr="00332DB8">
              <w:rPr>
                <w:lang w:val="ru-RU"/>
              </w:rPr>
              <w:lastRenderedPageBreak/>
              <w:t xml:space="preserve">Видеозапись «смерть антифашиста»,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1725.</w:t>
            </w:r>
          </w:p>
        </w:tc>
        <w:tc>
          <w:tcPr>
            <w:tcW w:w="2880" w:type="dxa"/>
          </w:tcPr>
          <w:p w:rsidR="006F7457" w:rsidRPr="00332DB8" w:rsidRDefault="00332DB8">
            <w:pPr>
              <w:rPr>
                <w:lang w:val="ru-RU"/>
              </w:rPr>
            </w:pPr>
            <w:r w:rsidRPr="00332DB8">
              <w:rPr>
                <w:lang w:val="ru-RU"/>
              </w:rPr>
              <w:t xml:space="preserve">Видеозапись смерть антифашистам»,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1726.</w:t>
            </w:r>
          </w:p>
        </w:tc>
        <w:tc>
          <w:tcPr>
            <w:tcW w:w="2880" w:type="dxa"/>
          </w:tcPr>
          <w:p w:rsidR="006F7457" w:rsidRPr="00332DB8" w:rsidRDefault="00332DB8">
            <w:pPr>
              <w:rPr>
                <w:lang w:val="ru-RU"/>
              </w:rPr>
            </w:pPr>
            <w:r w:rsidRPr="00332DB8">
              <w:rPr>
                <w:lang w:val="ru-RU"/>
              </w:rPr>
              <w:t xml:space="preserve">Видеозапись «смерть антифашистам!»,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1727.</w:t>
            </w:r>
          </w:p>
        </w:tc>
        <w:tc>
          <w:tcPr>
            <w:tcW w:w="2880" w:type="dxa"/>
          </w:tcPr>
          <w:p w:rsidR="006F7457" w:rsidRPr="00332DB8" w:rsidRDefault="00332DB8">
            <w:pPr>
              <w:rPr>
                <w:lang w:val="ru-RU"/>
              </w:rPr>
            </w:pPr>
            <w:r w:rsidRPr="00332DB8">
              <w:rPr>
                <w:lang w:val="ru-RU"/>
              </w:rPr>
              <w:t xml:space="preserve">Видеозапись « смерть хачам»,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1728.</w:t>
            </w:r>
          </w:p>
        </w:tc>
        <w:tc>
          <w:tcPr>
            <w:tcW w:w="2880" w:type="dxa"/>
          </w:tcPr>
          <w:p w:rsidR="006F7457" w:rsidRPr="00332DB8" w:rsidRDefault="00332DB8">
            <w:pPr>
              <w:rPr>
                <w:lang w:val="ru-RU"/>
              </w:rPr>
            </w:pPr>
            <w:r w:rsidRPr="00332DB8">
              <w:rPr>
                <w:lang w:val="ru-RU"/>
              </w:rPr>
              <w:t xml:space="preserve">Видеозапись «формат 18 (мне его жалко: ()»,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1729.</w:t>
            </w:r>
          </w:p>
        </w:tc>
        <w:tc>
          <w:tcPr>
            <w:tcW w:w="2880" w:type="dxa"/>
          </w:tcPr>
          <w:p w:rsidR="006F7457" w:rsidRPr="00332DB8" w:rsidRDefault="00332DB8">
            <w:pPr>
              <w:rPr>
                <w:lang w:val="ru-RU"/>
              </w:rPr>
            </w:pPr>
            <w:r w:rsidRPr="00332DB8">
              <w:rPr>
                <w:lang w:val="ru-RU"/>
              </w:rPr>
              <w:t xml:space="preserve">Видеозапись «Чечня! Вот так вот поступают со славянами»,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1730.</w:t>
            </w:r>
          </w:p>
        </w:tc>
        <w:tc>
          <w:tcPr>
            <w:tcW w:w="2880" w:type="dxa"/>
          </w:tcPr>
          <w:p w:rsidR="006F7457" w:rsidRPr="00332DB8" w:rsidRDefault="00332DB8">
            <w:pPr>
              <w:rPr>
                <w:lang w:val="ru-RU"/>
              </w:rPr>
            </w:pPr>
            <w:r w:rsidRPr="00332DB8">
              <w:rPr>
                <w:lang w:val="ru-RU"/>
              </w:rPr>
              <w:t xml:space="preserve">Аудиозапись « «25/17 – Будь белым»,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1731.</w:t>
            </w:r>
          </w:p>
        </w:tc>
        <w:tc>
          <w:tcPr>
            <w:tcW w:w="2880" w:type="dxa"/>
          </w:tcPr>
          <w:p w:rsidR="006F7457" w:rsidRPr="00332DB8" w:rsidRDefault="00332DB8">
            <w:pPr>
              <w:rPr>
                <w:lang w:val="ru-RU"/>
              </w:rPr>
            </w:pPr>
            <w:r w:rsidRPr="00332DB8">
              <w:rPr>
                <w:lang w:val="ru-RU"/>
              </w:rPr>
              <w:t xml:space="preserve">Аудиозапись «Антихачевский рынок – Хачики е..аные»,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1732.</w:t>
            </w:r>
          </w:p>
        </w:tc>
        <w:tc>
          <w:tcPr>
            <w:tcW w:w="2880" w:type="dxa"/>
          </w:tcPr>
          <w:p w:rsidR="006F7457" w:rsidRPr="00332DB8" w:rsidRDefault="00332DB8">
            <w:pPr>
              <w:rPr>
                <w:lang w:val="ru-RU"/>
              </w:rPr>
            </w:pPr>
            <w:r w:rsidRPr="00332DB8">
              <w:rPr>
                <w:lang w:val="ru-RU"/>
              </w:rPr>
              <w:t xml:space="preserve">Аудиозапись «Антихачевский рэп-Хачики»,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1733.</w:t>
            </w:r>
          </w:p>
        </w:tc>
        <w:tc>
          <w:tcPr>
            <w:tcW w:w="2880" w:type="dxa"/>
          </w:tcPr>
          <w:p w:rsidR="006F7457" w:rsidRPr="00332DB8" w:rsidRDefault="00332DB8">
            <w:pPr>
              <w:rPr>
                <w:lang w:val="ru-RU"/>
              </w:rPr>
            </w:pPr>
            <w:r w:rsidRPr="00332DB8">
              <w:rPr>
                <w:lang w:val="ru-RU"/>
              </w:rPr>
              <w:t xml:space="preserve">Аудиозапись «С_П_Р_О_Т – Расист»,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1734.</w:t>
            </w:r>
          </w:p>
        </w:tc>
        <w:tc>
          <w:tcPr>
            <w:tcW w:w="2880" w:type="dxa"/>
          </w:tcPr>
          <w:p w:rsidR="006F7457" w:rsidRPr="00332DB8" w:rsidRDefault="00332DB8">
            <w:pPr>
              <w:rPr>
                <w:lang w:val="ru-RU"/>
              </w:rPr>
            </w:pPr>
            <w:r w:rsidRPr="00332DB8">
              <w:rPr>
                <w:lang w:val="ru-RU"/>
              </w:rPr>
              <w:t xml:space="preserve">Аудиозапись С_П_Р_О_Т – Россия для ___»,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173</w:t>
            </w:r>
            <w:r>
              <w:lastRenderedPageBreak/>
              <w:t>5.</w:t>
            </w:r>
          </w:p>
        </w:tc>
        <w:tc>
          <w:tcPr>
            <w:tcW w:w="2880" w:type="dxa"/>
          </w:tcPr>
          <w:p w:rsidR="006F7457" w:rsidRPr="00332DB8" w:rsidRDefault="00332DB8">
            <w:pPr>
              <w:rPr>
                <w:lang w:val="ru-RU"/>
              </w:rPr>
            </w:pPr>
            <w:r w:rsidRPr="00332DB8">
              <w:rPr>
                <w:lang w:val="ru-RU"/>
              </w:rPr>
              <w:lastRenderedPageBreak/>
              <w:t xml:space="preserve">Аудиозапись « Саня Правый – Бей хачей»,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 xml:space="preserve">15338492) социальной сети «ВКонтакте» (решение Эжвинского районного суда г. Сыктывкара от </w:t>
            </w:r>
            <w:r w:rsidRPr="00332DB8">
              <w:rPr>
                <w:lang w:val="ru-RU"/>
              </w:rPr>
              <w:lastRenderedPageBreak/>
              <w:t>30.10.2012);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1736.</w:t>
            </w:r>
          </w:p>
        </w:tc>
        <w:tc>
          <w:tcPr>
            <w:tcW w:w="2880" w:type="dxa"/>
          </w:tcPr>
          <w:p w:rsidR="006F7457" w:rsidRPr="00332DB8" w:rsidRDefault="00332DB8">
            <w:pPr>
              <w:rPr>
                <w:lang w:val="ru-RU"/>
              </w:rPr>
            </w:pPr>
            <w:r w:rsidRPr="00332DB8">
              <w:rPr>
                <w:lang w:val="ru-RU"/>
              </w:rPr>
              <w:t xml:space="preserve">Аудиозапись «Спецшкола – Реж антифу»,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1737.</w:t>
            </w:r>
          </w:p>
        </w:tc>
        <w:tc>
          <w:tcPr>
            <w:tcW w:w="2880" w:type="dxa"/>
          </w:tcPr>
          <w:p w:rsidR="006F7457" w:rsidRPr="00332DB8" w:rsidRDefault="00332DB8">
            <w:pPr>
              <w:rPr>
                <w:lang w:val="ru-RU"/>
              </w:rPr>
            </w:pPr>
            <w:r w:rsidRPr="00332DB8">
              <w:rPr>
                <w:lang w:val="ru-RU"/>
              </w:rPr>
              <w:t xml:space="preserve">Аудиозапись «Железный Порядок – Солдат (Славянская Месть), размещенная на Интернет –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15338492) социальной сети «ВКонтакте» (решение Эжвинского районного суда г. Сыктывкара от 30.10.2012);</w:t>
            </w:r>
          </w:p>
        </w:tc>
        <w:tc>
          <w:tcPr>
            <w:tcW w:w="2880" w:type="dxa"/>
          </w:tcPr>
          <w:p w:rsidR="006F7457" w:rsidRPr="00332DB8" w:rsidRDefault="006F7457">
            <w:pPr>
              <w:rPr>
                <w:lang w:val="ru-RU"/>
              </w:rPr>
            </w:pPr>
          </w:p>
        </w:tc>
      </w:tr>
      <w:tr w:rsidR="006F7457" w:rsidRPr="00DD284B">
        <w:tc>
          <w:tcPr>
            <w:tcW w:w="2880" w:type="dxa"/>
          </w:tcPr>
          <w:p w:rsidR="006F7457" w:rsidRDefault="00332DB8">
            <w:r>
              <w:t>1738.</w:t>
            </w:r>
          </w:p>
        </w:tc>
        <w:tc>
          <w:tcPr>
            <w:tcW w:w="2880" w:type="dxa"/>
          </w:tcPr>
          <w:p w:rsidR="006F7457" w:rsidRPr="00332DB8" w:rsidRDefault="00332DB8">
            <w:pPr>
              <w:rPr>
                <w:lang w:val="ru-RU"/>
              </w:rPr>
            </w:pPr>
            <w:r w:rsidRPr="00332DB8">
              <w:rPr>
                <w:lang w:val="ru-RU"/>
              </w:rPr>
              <w:t>Видеоролик «Настоящие мусульманки» шахидки ИншАллаха» (решение Заводского районного суда г. Кемерово от 21.11.2012);</w:t>
            </w:r>
          </w:p>
        </w:tc>
        <w:tc>
          <w:tcPr>
            <w:tcW w:w="2880" w:type="dxa"/>
          </w:tcPr>
          <w:p w:rsidR="006F7457" w:rsidRPr="00332DB8" w:rsidRDefault="006F7457">
            <w:pPr>
              <w:rPr>
                <w:lang w:val="ru-RU"/>
              </w:rPr>
            </w:pPr>
          </w:p>
        </w:tc>
      </w:tr>
      <w:tr w:rsidR="006F7457" w:rsidRPr="00DD284B">
        <w:tc>
          <w:tcPr>
            <w:tcW w:w="2880" w:type="dxa"/>
          </w:tcPr>
          <w:p w:rsidR="006F7457" w:rsidRDefault="00332DB8">
            <w:r>
              <w:t>1739.</w:t>
            </w:r>
          </w:p>
        </w:tc>
        <w:tc>
          <w:tcPr>
            <w:tcW w:w="2880" w:type="dxa"/>
          </w:tcPr>
          <w:p w:rsidR="006F7457" w:rsidRPr="00332DB8" w:rsidRDefault="00332DB8">
            <w:pPr>
              <w:rPr>
                <w:lang w:val="ru-RU"/>
              </w:rPr>
            </w:pPr>
            <w:r w:rsidRPr="00332DB8">
              <w:rPr>
                <w:lang w:val="ru-RU"/>
              </w:rPr>
              <w:t>Видеоролик «Заявление джамаата «Муваххидун Ар-РУСИ» (решение Заводского районного суда г. Кемерово от 21.11.2012);</w:t>
            </w:r>
          </w:p>
        </w:tc>
        <w:tc>
          <w:tcPr>
            <w:tcW w:w="2880" w:type="dxa"/>
          </w:tcPr>
          <w:p w:rsidR="006F7457" w:rsidRPr="00332DB8" w:rsidRDefault="006F7457">
            <w:pPr>
              <w:rPr>
                <w:lang w:val="ru-RU"/>
              </w:rPr>
            </w:pPr>
          </w:p>
        </w:tc>
      </w:tr>
      <w:tr w:rsidR="006F7457" w:rsidRPr="00DD284B">
        <w:tc>
          <w:tcPr>
            <w:tcW w:w="2880" w:type="dxa"/>
          </w:tcPr>
          <w:p w:rsidR="006F7457" w:rsidRDefault="00332DB8">
            <w:r>
              <w:t>1740.</w:t>
            </w:r>
          </w:p>
        </w:tc>
        <w:tc>
          <w:tcPr>
            <w:tcW w:w="2880" w:type="dxa"/>
          </w:tcPr>
          <w:p w:rsidR="006F7457" w:rsidRPr="00332DB8" w:rsidRDefault="00332DB8">
            <w:pPr>
              <w:rPr>
                <w:lang w:val="ru-RU"/>
              </w:rPr>
            </w:pPr>
            <w:r w:rsidRPr="00332DB8">
              <w:rPr>
                <w:lang w:val="ru-RU"/>
              </w:rPr>
              <w:t>Видеоролик «Имарат Кавказ» (решение Заводского районного суда г. Кемерово от 21.11.2012);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1741.</w:t>
            </w:r>
          </w:p>
        </w:tc>
        <w:tc>
          <w:tcPr>
            <w:tcW w:w="2880" w:type="dxa"/>
          </w:tcPr>
          <w:p w:rsidR="006F7457" w:rsidRPr="00332DB8" w:rsidRDefault="00332DB8">
            <w:pPr>
              <w:rPr>
                <w:lang w:val="ru-RU"/>
              </w:rPr>
            </w:pPr>
            <w:r w:rsidRPr="00332DB8">
              <w:rPr>
                <w:lang w:val="ru-RU"/>
              </w:rPr>
              <w:t xml:space="preserve">Видеоролик «Россия для русских», размещенный на интернет-странице </w:t>
            </w:r>
            <w:r>
              <w:t>id</w:t>
            </w:r>
            <w:r w:rsidRPr="00332DB8">
              <w:rPr>
                <w:lang w:val="ru-RU"/>
              </w:rPr>
              <w:t xml:space="preserve">70272149 интернет-сайта </w:t>
            </w:r>
            <w:r>
              <w:t>www</w:t>
            </w:r>
            <w:r w:rsidRPr="00332DB8">
              <w:rPr>
                <w:lang w:val="ru-RU"/>
              </w:rPr>
              <w:t>.</w:t>
            </w:r>
            <w:r>
              <w:t>vkontakte</w:t>
            </w:r>
            <w:r w:rsidRPr="00332DB8">
              <w:rPr>
                <w:lang w:val="ru-RU"/>
              </w:rPr>
              <w:t>.</w:t>
            </w:r>
            <w:r>
              <w:t>ru</w:t>
            </w:r>
            <w:r w:rsidRPr="00332DB8">
              <w:rPr>
                <w:lang w:val="ru-RU"/>
              </w:rPr>
              <w:t xml:space="preserve"> (решение Заводского районного суда г. Орла от 12.11.2012);</w:t>
            </w:r>
          </w:p>
        </w:tc>
        <w:tc>
          <w:tcPr>
            <w:tcW w:w="2880" w:type="dxa"/>
          </w:tcPr>
          <w:p w:rsidR="006F7457" w:rsidRPr="00332DB8" w:rsidRDefault="006F7457">
            <w:pPr>
              <w:rPr>
                <w:lang w:val="ru-RU"/>
              </w:rPr>
            </w:pPr>
          </w:p>
        </w:tc>
      </w:tr>
      <w:tr w:rsidR="006F7457" w:rsidRPr="00DD284B">
        <w:tc>
          <w:tcPr>
            <w:tcW w:w="2880" w:type="dxa"/>
          </w:tcPr>
          <w:p w:rsidR="006F7457" w:rsidRDefault="00332DB8">
            <w:r>
              <w:t>1742.</w:t>
            </w:r>
          </w:p>
        </w:tc>
        <w:tc>
          <w:tcPr>
            <w:tcW w:w="2880" w:type="dxa"/>
          </w:tcPr>
          <w:p w:rsidR="006F7457" w:rsidRPr="00332DB8" w:rsidRDefault="00332DB8">
            <w:pPr>
              <w:rPr>
                <w:lang w:val="ru-RU"/>
              </w:rPr>
            </w:pPr>
            <w:r w:rsidRPr="00332DB8">
              <w:rPr>
                <w:lang w:val="ru-RU"/>
              </w:rPr>
              <w:t xml:space="preserve">Видеоролик «Русские скины», размещенный на интернет-странице </w:t>
            </w:r>
            <w:r>
              <w:t>id</w:t>
            </w:r>
            <w:r w:rsidRPr="00332DB8">
              <w:rPr>
                <w:lang w:val="ru-RU"/>
              </w:rPr>
              <w:t xml:space="preserve">70272149 интернет-сайта </w:t>
            </w:r>
            <w:r>
              <w:t>www</w:t>
            </w:r>
            <w:r w:rsidRPr="00332DB8">
              <w:rPr>
                <w:lang w:val="ru-RU"/>
              </w:rPr>
              <w:t>.</w:t>
            </w:r>
            <w:r>
              <w:t>vkontakte</w:t>
            </w:r>
            <w:r w:rsidRPr="00332DB8">
              <w:rPr>
                <w:lang w:val="ru-RU"/>
              </w:rPr>
              <w:t>.</w:t>
            </w:r>
            <w:r>
              <w:t>ru</w:t>
            </w:r>
            <w:r w:rsidRPr="00332DB8">
              <w:rPr>
                <w:lang w:val="ru-RU"/>
              </w:rPr>
              <w:t xml:space="preserve"> (решение Заводского районного суда г. Орла от 12.11.2012);</w:t>
            </w:r>
          </w:p>
        </w:tc>
        <w:tc>
          <w:tcPr>
            <w:tcW w:w="2880" w:type="dxa"/>
          </w:tcPr>
          <w:p w:rsidR="006F7457" w:rsidRPr="00332DB8" w:rsidRDefault="006F7457">
            <w:pPr>
              <w:rPr>
                <w:lang w:val="ru-RU"/>
              </w:rPr>
            </w:pPr>
          </w:p>
        </w:tc>
      </w:tr>
      <w:tr w:rsidR="006F7457" w:rsidRPr="00DD284B">
        <w:tc>
          <w:tcPr>
            <w:tcW w:w="2880" w:type="dxa"/>
          </w:tcPr>
          <w:p w:rsidR="006F7457" w:rsidRDefault="00332DB8">
            <w:r>
              <w:t>1743.</w:t>
            </w:r>
          </w:p>
        </w:tc>
        <w:tc>
          <w:tcPr>
            <w:tcW w:w="2880" w:type="dxa"/>
          </w:tcPr>
          <w:p w:rsidR="006F7457" w:rsidRPr="00332DB8" w:rsidRDefault="00332DB8">
            <w:pPr>
              <w:rPr>
                <w:lang w:val="ru-RU"/>
              </w:rPr>
            </w:pPr>
            <w:r w:rsidRPr="00332DB8">
              <w:rPr>
                <w:lang w:val="ru-RU"/>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2880" w:type="dxa"/>
          </w:tcPr>
          <w:p w:rsidR="006F7457" w:rsidRPr="00332DB8" w:rsidRDefault="006F7457">
            <w:pPr>
              <w:rPr>
                <w:lang w:val="ru-RU"/>
              </w:rPr>
            </w:pPr>
          </w:p>
        </w:tc>
      </w:tr>
      <w:tr w:rsidR="006F7457" w:rsidRPr="00DD284B">
        <w:tc>
          <w:tcPr>
            <w:tcW w:w="2880" w:type="dxa"/>
          </w:tcPr>
          <w:p w:rsidR="006F7457" w:rsidRDefault="00332DB8">
            <w:r>
              <w:t>1744.</w:t>
            </w:r>
          </w:p>
        </w:tc>
        <w:tc>
          <w:tcPr>
            <w:tcW w:w="2880" w:type="dxa"/>
          </w:tcPr>
          <w:p w:rsidR="006F7457" w:rsidRPr="00332DB8" w:rsidRDefault="00332DB8">
            <w:pPr>
              <w:rPr>
                <w:lang w:val="ru-RU"/>
              </w:rPr>
            </w:pPr>
            <w:r w:rsidRPr="00332DB8">
              <w:rPr>
                <w:lang w:val="ru-RU"/>
              </w:rP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w:t>
            </w:r>
            <w:r>
              <w:t>http</w:t>
            </w:r>
            <w:r w:rsidRPr="00332DB8">
              <w:rPr>
                <w:lang w:val="ru-RU"/>
              </w:rPr>
              <w:t>://</w:t>
            </w:r>
            <w:r>
              <w:t>www</w:t>
            </w:r>
            <w:r w:rsidRPr="00332DB8">
              <w:rPr>
                <w:lang w:val="ru-RU"/>
              </w:rPr>
              <w:t>.</w:t>
            </w:r>
            <w:r>
              <w:t>elot</w:t>
            </w:r>
            <w:r w:rsidRPr="00332DB8">
              <w:rPr>
                <w:lang w:val="ru-RU"/>
              </w:rPr>
              <w:t>.</w:t>
            </w:r>
            <w:r>
              <w:t>ru</w:t>
            </w:r>
            <w:r w:rsidRPr="00332DB8">
              <w:rPr>
                <w:lang w:val="ru-RU"/>
              </w:rPr>
              <w:t>»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c>
          <w:tcPr>
            <w:tcW w:w="2880" w:type="dxa"/>
          </w:tcPr>
          <w:p w:rsidR="006F7457" w:rsidRPr="00332DB8" w:rsidRDefault="006F7457">
            <w:pPr>
              <w:rPr>
                <w:lang w:val="ru-RU"/>
              </w:rPr>
            </w:pPr>
          </w:p>
        </w:tc>
      </w:tr>
      <w:tr w:rsidR="006F7457" w:rsidRPr="00DD284B">
        <w:tc>
          <w:tcPr>
            <w:tcW w:w="2880" w:type="dxa"/>
          </w:tcPr>
          <w:p w:rsidR="006F7457" w:rsidRDefault="00332DB8">
            <w:r>
              <w:t>1745.</w:t>
            </w:r>
          </w:p>
        </w:tc>
        <w:tc>
          <w:tcPr>
            <w:tcW w:w="2880" w:type="dxa"/>
          </w:tcPr>
          <w:p w:rsidR="006F7457" w:rsidRPr="00332DB8" w:rsidRDefault="00332DB8">
            <w:pPr>
              <w:rPr>
                <w:lang w:val="ru-RU"/>
              </w:rPr>
            </w:pPr>
            <w:r w:rsidRPr="00332DB8">
              <w:rPr>
                <w:lang w:val="ru-RU"/>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2880" w:type="dxa"/>
          </w:tcPr>
          <w:p w:rsidR="006F7457" w:rsidRPr="00332DB8" w:rsidRDefault="006F7457">
            <w:pPr>
              <w:rPr>
                <w:lang w:val="ru-RU"/>
              </w:rPr>
            </w:pPr>
          </w:p>
        </w:tc>
      </w:tr>
      <w:tr w:rsidR="006F7457" w:rsidRPr="00DD284B">
        <w:tc>
          <w:tcPr>
            <w:tcW w:w="2880" w:type="dxa"/>
          </w:tcPr>
          <w:p w:rsidR="006F7457" w:rsidRDefault="00332DB8">
            <w:r>
              <w:t>174</w:t>
            </w:r>
            <w:r>
              <w:lastRenderedPageBreak/>
              <w:t>6.</w:t>
            </w:r>
          </w:p>
        </w:tc>
        <w:tc>
          <w:tcPr>
            <w:tcW w:w="2880" w:type="dxa"/>
          </w:tcPr>
          <w:p w:rsidR="006F7457" w:rsidRPr="00332DB8" w:rsidRDefault="00332DB8">
            <w:pPr>
              <w:rPr>
                <w:lang w:val="ru-RU"/>
              </w:rPr>
            </w:pPr>
            <w:r w:rsidRPr="00332DB8">
              <w:rPr>
                <w:lang w:val="ru-RU"/>
              </w:rPr>
              <w:lastRenderedPageBreak/>
              <w:t xml:space="preserve">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w:t>
            </w:r>
            <w:r w:rsidRPr="00332DB8">
              <w:rPr>
                <w:lang w:val="ru-RU"/>
              </w:rPr>
              <w:lastRenderedPageBreak/>
              <w:t>г. Новокузнецка Кемеровской области от 21.12.2012);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1747.</w:t>
            </w:r>
          </w:p>
        </w:tc>
        <w:tc>
          <w:tcPr>
            <w:tcW w:w="2880" w:type="dxa"/>
          </w:tcPr>
          <w:p w:rsidR="006F7457" w:rsidRPr="00332DB8" w:rsidRDefault="00332DB8">
            <w:pPr>
              <w:rPr>
                <w:lang w:val="ru-RU"/>
              </w:rPr>
            </w:pPr>
            <w:r w:rsidRPr="00332DB8">
              <w:rPr>
                <w:lang w:val="ru-RU"/>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t>
            </w:r>
            <w:r>
              <w:t>www</w:t>
            </w:r>
            <w:r w:rsidRPr="00332DB8">
              <w:rPr>
                <w:lang w:val="ru-RU"/>
              </w:rPr>
              <w:t>.</w:t>
            </w:r>
            <w:r>
              <w:t>islamdin</w:t>
            </w:r>
            <w:r w:rsidRPr="00332DB8">
              <w:rPr>
                <w:lang w:val="ru-RU"/>
              </w:rPr>
              <w:t>.</w:t>
            </w:r>
            <w:r>
              <w:t>biz</w:t>
            </w:r>
            <w:r w:rsidRPr="00332DB8">
              <w:rPr>
                <w:lang w:val="ru-RU"/>
              </w:rPr>
              <w:t>» (решение Зольского районного суда Кабардино-Балкарской Республики от 26.12.2012);</w:t>
            </w:r>
          </w:p>
        </w:tc>
        <w:tc>
          <w:tcPr>
            <w:tcW w:w="2880" w:type="dxa"/>
          </w:tcPr>
          <w:p w:rsidR="006F7457" w:rsidRPr="00332DB8" w:rsidRDefault="006F7457">
            <w:pPr>
              <w:rPr>
                <w:lang w:val="ru-RU"/>
              </w:rPr>
            </w:pPr>
          </w:p>
        </w:tc>
      </w:tr>
      <w:tr w:rsidR="006F7457" w:rsidRPr="00DD284B">
        <w:tc>
          <w:tcPr>
            <w:tcW w:w="2880" w:type="dxa"/>
          </w:tcPr>
          <w:p w:rsidR="006F7457" w:rsidRDefault="00332DB8">
            <w:r>
              <w:t>1748.</w:t>
            </w:r>
          </w:p>
        </w:tc>
        <w:tc>
          <w:tcPr>
            <w:tcW w:w="2880" w:type="dxa"/>
          </w:tcPr>
          <w:p w:rsidR="006F7457" w:rsidRPr="00332DB8" w:rsidRDefault="00332DB8">
            <w:pPr>
              <w:rPr>
                <w:lang w:val="ru-RU"/>
              </w:rPr>
            </w:pPr>
            <w:r w:rsidRPr="00332DB8">
              <w:rPr>
                <w:lang w:val="ru-RU"/>
              </w:rPr>
              <w:t xml:space="preserve">Книга Бадиуззамана Саида Нурси «Десятое слово. О воскрешении из мертвых» из собрания сочинений «Рисале-и Нур», издательство </w:t>
            </w:r>
            <w:r>
              <w:t>Mega</w:t>
            </w:r>
            <w:r w:rsidRPr="00332DB8">
              <w:rPr>
                <w:lang w:val="ru-RU"/>
              </w:rPr>
              <w:t xml:space="preserve"> </w:t>
            </w:r>
            <w:r>
              <w:t>Printing</w:t>
            </w:r>
            <w:r w:rsidRPr="00332DB8">
              <w:rPr>
                <w:lang w:val="ru-RU"/>
              </w:rPr>
              <w:t xml:space="preserve"> </w:t>
            </w:r>
            <w:r>
              <w:t>House</w:t>
            </w:r>
            <w:r w:rsidRPr="00332DB8">
              <w:rPr>
                <w:lang w:val="ru-RU"/>
              </w:rPr>
              <w:t xml:space="preserve">, </w:t>
            </w:r>
            <w:r>
              <w:t>Istanbul</w:t>
            </w:r>
            <w:r w:rsidRPr="00332DB8">
              <w:rPr>
                <w:lang w:val="ru-RU"/>
              </w:rPr>
              <w:t>,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t>1749.</w:t>
            </w:r>
          </w:p>
        </w:tc>
        <w:tc>
          <w:tcPr>
            <w:tcW w:w="2880" w:type="dxa"/>
          </w:tcPr>
          <w:p w:rsidR="006F7457" w:rsidRPr="00332DB8" w:rsidRDefault="00332DB8">
            <w:pPr>
              <w:rPr>
                <w:lang w:val="ru-RU"/>
              </w:rPr>
            </w:pPr>
            <w:r w:rsidRPr="00332DB8">
              <w:rPr>
                <w:lang w:val="ru-RU"/>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t>1750.</w:t>
            </w:r>
          </w:p>
        </w:tc>
        <w:tc>
          <w:tcPr>
            <w:tcW w:w="2880" w:type="dxa"/>
          </w:tcPr>
          <w:p w:rsidR="006F7457" w:rsidRPr="00332DB8" w:rsidRDefault="00332DB8">
            <w:pPr>
              <w:rPr>
                <w:lang w:val="ru-RU"/>
              </w:rPr>
            </w:pPr>
            <w:r w:rsidRPr="00332DB8">
              <w:rPr>
                <w:lang w:val="ru-RU"/>
              </w:rPr>
              <w:t xml:space="preserve">Книга Бадиуззамана Саида Нурси «Слова» из собрания сочинений «Рисале-и Нур» (перевод с турецкого языка Ибрахима Салиха), издательство </w:t>
            </w:r>
            <w:r>
              <w:t>Hizmet</w:t>
            </w:r>
            <w:r w:rsidRPr="00332DB8">
              <w:rPr>
                <w:lang w:val="ru-RU"/>
              </w:rPr>
              <w:t xml:space="preserve"> </w:t>
            </w:r>
            <w:r>
              <w:t>Vakfi</w:t>
            </w:r>
            <w:r w:rsidRPr="00332DB8">
              <w:rPr>
                <w:lang w:val="ru-RU"/>
              </w:rPr>
              <w:t xml:space="preserve"> </w:t>
            </w:r>
            <w:r>
              <w:t>Yayinlari</w:t>
            </w:r>
            <w:r w:rsidRPr="00332DB8">
              <w:rPr>
                <w:lang w:val="ru-RU"/>
              </w:rPr>
              <w:t xml:space="preserve">, </w:t>
            </w:r>
            <w:r>
              <w:t>Istanbul</w:t>
            </w:r>
            <w:r w:rsidRPr="00332DB8">
              <w:rPr>
                <w:lang w:val="ru-RU"/>
              </w:rPr>
              <w:t xml:space="preserve">, </w:t>
            </w:r>
            <w:r>
              <w:t>Turkiye</w:t>
            </w:r>
            <w:r w:rsidRPr="00332DB8">
              <w:rPr>
                <w:lang w:val="ru-RU"/>
              </w:rPr>
              <w:t>,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t>1751.</w:t>
            </w:r>
          </w:p>
        </w:tc>
        <w:tc>
          <w:tcPr>
            <w:tcW w:w="2880" w:type="dxa"/>
          </w:tcPr>
          <w:p w:rsidR="006F7457" w:rsidRPr="00332DB8" w:rsidRDefault="00332DB8">
            <w:pPr>
              <w:rPr>
                <w:lang w:val="ru-RU"/>
              </w:rPr>
            </w:pPr>
            <w:r w:rsidRPr="00332DB8">
              <w:rPr>
                <w:lang w:val="ru-RU"/>
              </w:rPr>
              <w:t xml:space="preserve">Книга Бадиуззамана Саида Нурси «Письма» из собрания сочинений «Рисале-и Нур» (перевод с турецкого языка Тахира Алимова), издательство </w:t>
            </w:r>
            <w:r>
              <w:t>Hizmet</w:t>
            </w:r>
            <w:r w:rsidRPr="00332DB8">
              <w:rPr>
                <w:lang w:val="ru-RU"/>
              </w:rPr>
              <w:t xml:space="preserve"> </w:t>
            </w:r>
            <w:r>
              <w:t>Vakfi</w:t>
            </w:r>
            <w:r w:rsidRPr="00332DB8">
              <w:rPr>
                <w:lang w:val="ru-RU"/>
              </w:rPr>
              <w:t xml:space="preserve"> </w:t>
            </w:r>
            <w:r>
              <w:t>Yayinlari</w:t>
            </w:r>
            <w:r w:rsidRPr="00332DB8">
              <w:rPr>
                <w:lang w:val="ru-RU"/>
              </w:rPr>
              <w:t xml:space="preserve">, </w:t>
            </w:r>
            <w:r>
              <w:t>Istanbul</w:t>
            </w:r>
            <w:r w:rsidRPr="00332DB8">
              <w:rPr>
                <w:lang w:val="ru-RU"/>
              </w:rPr>
              <w:t xml:space="preserve">, </w:t>
            </w:r>
            <w:r>
              <w:t>Turkiye</w:t>
            </w:r>
            <w:r w:rsidRPr="00332DB8">
              <w:rPr>
                <w:lang w:val="ru-RU"/>
              </w:rPr>
              <w:t>,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1752.</w:t>
            </w:r>
          </w:p>
        </w:tc>
        <w:tc>
          <w:tcPr>
            <w:tcW w:w="2880" w:type="dxa"/>
          </w:tcPr>
          <w:p w:rsidR="006F7457" w:rsidRPr="00332DB8" w:rsidRDefault="00332DB8">
            <w:pPr>
              <w:rPr>
                <w:lang w:val="ru-RU"/>
              </w:rPr>
            </w:pPr>
            <w:r w:rsidRPr="00332DB8">
              <w:rPr>
                <w:lang w:val="ru-RU"/>
              </w:rPr>
              <w:t xml:space="preserve">Книга Бадиуззамана Саида Нурси «Сравнение веры и неверия» из собрания сочинений «Рисале-и Нур», издательство </w:t>
            </w:r>
            <w:r>
              <w:t>Sozler</w:t>
            </w:r>
            <w:r w:rsidRPr="00332DB8">
              <w:rPr>
                <w:lang w:val="ru-RU"/>
              </w:rPr>
              <w:t xml:space="preserve"> </w:t>
            </w:r>
            <w:r>
              <w:t>Publications</w:t>
            </w:r>
            <w:r w:rsidRPr="00332DB8">
              <w:rPr>
                <w:lang w:val="ru-RU"/>
              </w:rPr>
              <w:t xml:space="preserve"> (перевод с турецкого М.Г. Тамимдарова), </w:t>
            </w:r>
            <w:r>
              <w:t>Istanbul</w:t>
            </w:r>
            <w:r w:rsidRPr="00332DB8">
              <w:rPr>
                <w:lang w:val="ru-RU"/>
              </w:rPr>
              <w:t xml:space="preserve">, </w:t>
            </w:r>
            <w:r>
              <w:t>Turkiye</w:t>
            </w:r>
            <w:r w:rsidRPr="00332DB8">
              <w:rPr>
                <w:lang w:val="ru-RU"/>
              </w:rPr>
              <w:t>,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t>1753.</w:t>
            </w:r>
          </w:p>
        </w:tc>
        <w:tc>
          <w:tcPr>
            <w:tcW w:w="2880" w:type="dxa"/>
          </w:tcPr>
          <w:p w:rsidR="006F7457" w:rsidRPr="00332DB8" w:rsidRDefault="00332DB8">
            <w:pPr>
              <w:rPr>
                <w:lang w:val="ru-RU"/>
              </w:rPr>
            </w:pPr>
            <w:r w:rsidRPr="00332DB8">
              <w:rPr>
                <w:lang w:val="ru-RU"/>
              </w:rPr>
              <w:t xml:space="preserve">Брошюра Бадиуззамана Саида Нурси «Тайна человеческого «Я» и мельчайшей частицы» из собрания сочинений «Рисале-и Нур», издательство </w:t>
            </w:r>
            <w:r>
              <w:t>Sozler</w:t>
            </w:r>
            <w:r w:rsidRPr="00332DB8">
              <w:rPr>
                <w:lang w:val="ru-RU"/>
              </w:rPr>
              <w:t xml:space="preserve"> </w:t>
            </w:r>
            <w:r>
              <w:t>Publications</w:t>
            </w:r>
            <w:r w:rsidRPr="00332DB8">
              <w:rPr>
                <w:lang w:val="ru-RU"/>
              </w:rPr>
              <w:t xml:space="preserve">, </w:t>
            </w:r>
            <w:r>
              <w:t>Istanbul</w:t>
            </w:r>
            <w:r w:rsidRPr="00332DB8">
              <w:rPr>
                <w:lang w:val="ru-RU"/>
              </w:rPr>
              <w:t xml:space="preserve">, </w:t>
            </w:r>
            <w:r>
              <w:t>Turkiye</w:t>
            </w:r>
            <w:r w:rsidRPr="00332DB8">
              <w:rPr>
                <w:lang w:val="ru-RU"/>
              </w:rPr>
              <w:t>,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t>1754.</w:t>
            </w:r>
          </w:p>
        </w:tc>
        <w:tc>
          <w:tcPr>
            <w:tcW w:w="2880" w:type="dxa"/>
          </w:tcPr>
          <w:p w:rsidR="006F7457" w:rsidRPr="00332DB8" w:rsidRDefault="00332DB8">
            <w:pPr>
              <w:rPr>
                <w:lang w:val="ru-RU"/>
              </w:rPr>
            </w:pPr>
            <w:r w:rsidRPr="00332DB8">
              <w:rPr>
                <w:lang w:val="ru-RU"/>
              </w:rPr>
              <w:t xml:space="preserve">Книга Мэри Ф. Велд «Ислам в современной Турции. Интеллектуальная биография Бадиуззамана Саида Нурси» издательство </w:t>
            </w:r>
            <w:r>
              <w:t>Solzer</w:t>
            </w:r>
            <w:r w:rsidRPr="00332DB8">
              <w:rPr>
                <w:lang w:val="ru-RU"/>
              </w:rPr>
              <w:t xml:space="preserve"> </w:t>
            </w:r>
            <w:r>
              <w:t>Publications</w:t>
            </w:r>
            <w:r w:rsidRPr="00332DB8">
              <w:rPr>
                <w:lang w:val="ru-RU"/>
              </w:rPr>
              <w:t xml:space="preserve"> (перевод с английского Ц. Теофанова), </w:t>
            </w:r>
            <w:r>
              <w:t>Istambul</w:t>
            </w:r>
            <w:r w:rsidRPr="00332DB8">
              <w:rPr>
                <w:lang w:val="ru-RU"/>
              </w:rPr>
              <w:t xml:space="preserve">, </w:t>
            </w:r>
            <w:r>
              <w:t>Turkiye</w:t>
            </w:r>
            <w:r w:rsidRPr="00332DB8">
              <w:rPr>
                <w:lang w:val="ru-RU"/>
              </w:rPr>
              <w:t>,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t>1755.</w:t>
            </w:r>
          </w:p>
        </w:tc>
        <w:tc>
          <w:tcPr>
            <w:tcW w:w="2880" w:type="dxa"/>
          </w:tcPr>
          <w:p w:rsidR="006F7457" w:rsidRPr="00332DB8" w:rsidRDefault="00332DB8">
            <w:pPr>
              <w:rPr>
                <w:lang w:val="ru-RU"/>
              </w:rPr>
            </w:pPr>
            <w:r w:rsidRPr="00332DB8">
              <w:rPr>
                <w:lang w:val="ru-RU"/>
              </w:rPr>
              <w:t xml:space="preserve">Книга Бадиуззамана Саида Нурси «Двадцать шестое сияние. Сияние для пожилых» из собрания сочинений «Рисале-и Нур», издательство </w:t>
            </w:r>
            <w:r>
              <w:t>Solzer</w:t>
            </w:r>
            <w:r w:rsidRPr="00332DB8">
              <w:rPr>
                <w:lang w:val="ru-RU"/>
              </w:rPr>
              <w:t xml:space="preserve"> </w:t>
            </w:r>
            <w:r>
              <w:t>Publications</w:t>
            </w:r>
            <w:r w:rsidRPr="00332DB8">
              <w:rPr>
                <w:lang w:val="ru-RU"/>
              </w:rPr>
              <w:t xml:space="preserve">, </w:t>
            </w:r>
            <w:r>
              <w:t>Istanbul</w:t>
            </w:r>
            <w:r w:rsidRPr="00332DB8">
              <w:rPr>
                <w:lang w:val="ru-RU"/>
              </w:rPr>
              <w:t xml:space="preserve">, </w:t>
            </w:r>
            <w:r>
              <w:t>Turkiye</w:t>
            </w:r>
            <w:r w:rsidRPr="00332DB8">
              <w:rPr>
                <w:lang w:val="ru-RU"/>
              </w:rPr>
              <w:t>,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t>1756.</w:t>
            </w:r>
          </w:p>
        </w:tc>
        <w:tc>
          <w:tcPr>
            <w:tcW w:w="2880" w:type="dxa"/>
          </w:tcPr>
          <w:p w:rsidR="006F7457" w:rsidRPr="00332DB8" w:rsidRDefault="00332DB8">
            <w:pPr>
              <w:rPr>
                <w:lang w:val="ru-RU"/>
              </w:rPr>
            </w:pPr>
            <w:r w:rsidRPr="00332DB8">
              <w:rPr>
                <w:lang w:val="ru-RU"/>
              </w:rPr>
              <w:t xml:space="preserve">Книга Бадиуззамана Саида Нурси «Трактат о природе» из собрания сочинений «Рисале-и Нур» (перевод с турецкого языка М.Г. Тамимдарова), издательство </w:t>
            </w:r>
            <w:r>
              <w:t>Sozler</w:t>
            </w:r>
            <w:r w:rsidRPr="00332DB8">
              <w:rPr>
                <w:lang w:val="ru-RU"/>
              </w:rPr>
              <w:t xml:space="preserve"> </w:t>
            </w:r>
            <w:r>
              <w:t>Yayinevi</w:t>
            </w:r>
            <w:r w:rsidRPr="00332DB8">
              <w:rPr>
                <w:lang w:val="ru-RU"/>
              </w:rPr>
              <w:t xml:space="preserve">, </w:t>
            </w:r>
            <w:r>
              <w:t>Istanbul</w:t>
            </w:r>
            <w:r w:rsidRPr="00332DB8">
              <w:rPr>
                <w:lang w:val="ru-RU"/>
              </w:rPr>
              <w:t>,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t>175</w:t>
            </w:r>
            <w:r>
              <w:lastRenderedPageBreak/>
              <w:t>7.</w:t>
            </w:r>
          </w:p>
        </w:tc>
        <w:tc>
          <w:tcPr>
            <w:tcW w:w="2880" w:type="dxa"/>
          </w:tcPr>
          <w:p w:rsidR="006F7457" w:rsidRPr="00332DB8" w:rsidRDefault="00332DB8">
            <w:pPr>
              <w:rPr>
                <w:lang w:val="ru-RU"/>
              </w:rPr>
            </w:pPr>
            <w:r w:rsidRPr="00332DB8">
              <w:rPr>
                <w:lang w:val="ru-RU"/>
              </w:rPr>
              <w:lastRenderedPageBreak/>
              <w:t xml:space="preserve">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w:t>
            </w:r>
            <w:r>
              <w:t>Hizmet</w:t>
            </w:r>
            <w:r w:rsidRPr="00332DB8">
              <w:rPr>
                <w:lang w:val="ru-RU"/>
              </w:rPr>
              <w:t xml:space="preserve"> </w:t>
            </w:r>
            <w:r>
              <w:t>Vakfi</w:t>
            </w:r>
            <w:r w:rsidRPr="00332DB8">
              <w:rPr>
                <w:lang w:val="ru-RU"/>
              </w:rPr>
              <w:t xml:space="preserve"> </w:t>
            </w:r>
            <w:r>
              <w:t>Yayinlari</w:t>
            </w:r>
            <w:r w:rsidRPr="00332DB8">
              <w:rPr>
                <w:lang w:val="ru-RU"/>
              </w:rPr>
              <w:t xml:space="preserve">, </w:t>
            </w:r>
            <w:r>
              <w:t>Istanbul</w:t>
            </w:r>
            <w:r w:rsidRPr="00332DB8">
              <w:rPr>
                <w:lang w:val="ru-RU"/>
              </w:rPr>
              <w:t xml:space="preserve">, </w:t>
            </w:r>
            <w:r>
              <w:t>Turkiye</w:t>
            </w:r>
            <w:r w:rsidRPr="00332DB8">
              <w:rPr>
                <w:lang w:val="ru-RU"/>
              </w:rPr>
              <w:t xml:space="preserve">, 2010 г., 143 с. (тираж не указан) (решение Центрального районного суда г. Калининграда от 27.09.2012 и </w:t>
            </w:r>
            <w:r w:rsidRPr="00332DB8">
              <w:rPr>
                <w:lang w:val="ru-RU"/>
              </w:rPr>
              <w:lastRenderedPageBreak/>
              <w:t>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1758.</w:t>
            </w:r>
          </w:p>
        </w:tc>
        <w:tc>
          <w:tcPr>
            <w:tcW w:w="2880" w:type="dxa"/>
          </w:tcPr>
          <w:p w:rsidR="006F7457" w:rsidRPr="00332DB8" w:rsidRDefault="00332DB8">
            <w:pPr>
              <w:rPr>
                <w:lang w:val="ru-RU"/>
              </w:rPr>
            </w:pPr>
            <w:r w:rsidRPr="00332DB8">
              <w:rPr>
                <w:lang w:val="ru-RU"/>
              </w:rPr>
              <w:t xml:space="preserve">Книга Бадиуззамана Саида Нурси «Двадцать третье слово» из собрания сочинений «Рисале-и Нур», издательство </w:t>
            </w:r>
            <w:r>
              <w:t>Ihlas</w:t>
            </w:r>
            <w:r w:rsidRPr="00332DB8">
              <w:rPr>
                <w:lang w:val="ru-RU"/>
              </w:rPr>
              <w:t xml:space="preserve"> </w:t>
            </w:r>
            <w:r>
              <w:t>Nur</w:t>
            </w:r>
            <w:r w:rsidRPr="00332DB8">
              <w:rPr>
                <w:lang w:val="ru-RU"/>
              </w:rPr>
              <w:t xml:space="preserve"> </w:t>
            </w:r>
            <w:r>
              <w:t>Nesriyat</w:t>
            </w:r>
            <w:r w:rsidRPr="00332DB8">
              <w:rPr>
                <w:lang w:val="ru-RU"/>
              </w:rPr>
              <w:t xml:space="preserve">, </w:t>
            </w:r>
            <w:r>
              <w:t>Ankara</w:t>
            </w:r>
            <w:r w:rsidRPr="00332DB8">
              <w:rPr>
                <w:lang w:val="ru-RU"/>
              </w:rPr>
              <w:t>,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t>1759.</w:t>
            </w:r>
          </w:p>
        </w:tc>
        <w:tc>
          <w:tcPr>
            <w:tcW w:w="2880" w:type="dxa"/>
          </w:tcPr>
          <w:p w:rsidR="006F7457" w:rsidRPr="00332DB8" w:rsidRDefault="00332DB8">
            <w:pPr>
              <w:rPr>
                <w:lang w:val="ru-RU"/>
              </w:rPr>
            </w:pPr>
            <w:r w:rsidRPr="00332DB8">
              <w:rPr>
                <w:lang w:val="ru-RU"/>
              </w:rPr>
              <w:t xml:space="preserve">Книга Бадиуззамана Саида Нурси «Путь сунны (избранное)» из собрания произведений «Рисале-и Нур» (перевод с турецкого языка М.Г. Тамимдарова), издательство </w:t>
            </w:r>
            <w:r>
              <w:t>Sozler</w:t>
            </w:r>
            <w:r w:rsidRPr="00332DB8">
              <w:rPr>
                <w:lang w:val="ru-RU"/>
              </w:rPr>
              <w:t xml:space="preserve"> </w:t>
            </w:r>
            <w:r>
              <w:t>Publications</w:t>
            </w:r>
            <w:r w:rsidRPr="00332DB8">
              <w:rPr>
                <w:lang w:val="ru-RU"/>
              </w:rPr>
              <w:t xml:space="preserve">, </w:t>
            </w:r>
            <w:r>
              <w:t>Istanbul</w:t>
            </w:r>
            <w:r w:rsidRPr="00332DB8">
              <w:rPr>
                <w:lang w:val="ru-RU"/>
              </w:rPr>
              <w:t xml:space="preserve">, </w:t>
            </w:r>
            <w:r>
              <w:t>Turkiye</w:t>
            </w:r>
            <w:r w:rsidRPr="00332DB8">
              <w:rPr>
                <w:lang w:val="ru-RU"/>
              </w:rPr>
              <w:t xml:space="preserve">, 2010 г., 224 </w:t>
            </w:r>
            <w:r>
              <w:t>c</w:t>
            </w:r>
            <w:r w:rsidRPr="00332DB8">
              <w:rPr>
                <w:lang w:val="ru-RU"/>
              </w:rPr>
              <w:t>.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t>1760.</w:t>
            </w:r>
          </w:p>
        </w:tc>
        <w:tc>
          <w:tcPr>
            <w:tcW w:w="2880" w:type="dxa"/>
          </w:tcPr>
          <w:p w:rsidR="006F7457" w:rsidRPr="00332DB8" w:rsidRDefault="00332DB8">
            <w:pPr>
              <w:rPr>
                <w:lang w:val="ru-RU"/>
              </w:rPr>
            </w:pPr>
            <w:r w:rsidRPr="00332DB8">
              <w:rPr>
                <w:lang w:val="ru-RU"/>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t>1761.</w:t>
            </w:r>
          </w:p>
        </w:tc>
        <w:tc>
          <w:tcPr>
            <w:tcW w:w="2880" w:type="dxa"/>
          </w:tcPr>
          <w:p w:rsidR="006F7457" w:rsidRPr="00332DB8" w:rsidRDefault="00332DB8">
            <w:pPr>
              <w:rPr>
                <w:lang w:val="ru-RU"/>
              </w:rPr>
            </w:pPr>
            <w:r w:rsidRPr="00332DB8">
              <w:rPr>
                <w:lang w:val="ru-RU"/>
              </w:rPr>
              <w:t xml:space="preserve">Книга Бадиуззамана Саида Нурси «Путеводитель для молодежи» из собрания сочинений «Рисале-и Нур» (перевод с турецкого языка Ибрахима Салиха), издательство </w:t>
            </w:r>
            <w:r>
              <w:t>Hizmet</w:t>
            </w:r>
            <w:r w:rsidRPr="00332DB8">
              <w:rPr>
                <w:lang w:val="ru-RU"/>
              </w:rPr>
              <w:t xml:space="preserve"> </w:t>
            </w:r>
            <w:r>
              <w:t>Vakfi</w:t>
            </w:r>
            <w:r w:rsidRPr="00332DB8">
              <w:rPr>
                <w:lang w:val="ru-RU"/>
              </w:rPr>
              <w:t xml:space="preserve"> </w:t>
            </w:r>
            <w:r>
              <w:t>Yayinlari</w:t>
            </w:r>
            <w:r w:rsidRPr="00332DB8">
              <w:rPr>
                <w:lang w:val="ru-RU"/>
              </w:rPr>
              <w:t xml:space="preserve">, </w:t>
            </w:r>
            <w:r>
              <w:t>Istanbul</w:t>
            </w:r>
            <w:r w:rsidRPr="00332DB8">
              <w:rPr>
                <w:lang w:val="ru-RU"/>
              </w:rPr>
              <w:t>,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t>1762.</w:t>
            </w:r>
          </w:p>
        </w:tc>
        <w:tc>
          <w:tcPr>
            <w:tcW w:w="2880" w:type="dxa"/>
          </w:tcPr>
          <w:p w:rsidR="006F7457" w:rsidRPr="00332DB8" w:rsidRDefault="00332DB8">
            <w:pPr>
              <w:rPr>
                <w:lang w:val="ru-RU"/>
              </w:rPr>
            </w:pPr>
            <w:r w:rsidRPr="00332DB8">
              <w:rPr>
                <w:lang w:val="ru-RU"/>
              </w:rPr>
              <w:t xml:space="preserve">Брошюра Бадиуззамана Саида Нурси «Урок искренности» из собрания сочинений «Рисале-и Нур» (перевод с турецкого языка), издательство </w:t>
            </w:r>
            <w:r>
              <w:t>Sozler</w:t>
            </w:r>
            <w:r w:rsidRPr="00332DB8">
              <w:rPr>
                <w:lang w:val="ru-RU"/>
              </w:rPr>
              <w:t xml:space="preserve"> </w:t>
            </w:r>
            <w:r>
              <w:t>Publications</w:t>
            </w:r>
            <w:r w:rsidRPr="00332DB8">
              <w:rPr>
                <w:lang w:val="ru-RU"/>
              </w:rPr>
              <w:t xml:space="preserve">, </w:t>
            </w:r>
            <w:r>
              <w:t>Istanbul</w:t>
            </w:r>
            <w:r w:rsidRPr="00332DB8">
              <w:rPr>
                <w:lang w:val="ru-RU"/>
              </w:rPr>
              <w:t>,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1763.</w:t>
            </w:r>
          </w:p>
        </w:tc>
        <w:tc>
          <w:tcPr>
            <w:tcW w:w="2880" w:type="dxa"/>
          </w:tcPr>
          <w:p w:rsidR="006F7457" w:rsidRPr="00332DB8" w:rsidRDefault="00332DB8">
            <w:pPr>
              <w:rPr>
                <w:lang w:val="ru-RU"/>
              </w:rPr>
            </w:pPr>
            <w:r w:rsidRPr="00332DB8">
              <w:rPr>
                <w:lang w:val="ru-RU"/>
              </w:rPr>
              <w:t xml:space="preserve">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w:t>
            </w:r>
            <w:r>
              <w:t>Sozler</w:t>
            </w:r>
            <w:r w:rsidRPr="00332DB8">
              <w:rPr>
                <w:lang w:val="ru-RU"/>
              </w:rPr>
              <w:t xml:space="preserve"> </w:t>
            </w:r>
            <w:r>
              <w:t>Publications</w:t>
            </w:r>
            <w:r w:rsidRPr="00332DB8">
              <w:rPr>
                <w:lang w:val="ru-RU"/>
              </w:rPr>
              <w:t xml:space="preserve">, </w:t>
            </w:r>
            <w:r>
              <w:t>Istanbul</w:t>
            </w:r>
            <w:r w:rsidRPr="00332DB8">
              <w:rPr>
                <w:lang w:val="ru-RU"/>
              </w:rPr>
              <w:t xml:space="preserve">, </w:t>
            </w:r>
            <w:r>
              <w:t>Turkiye</w:t>
            </w:r>
            <w:r w:rsidRPr="00332DB8">
              <w:rPr>
                <w:lang w:val="ru-RU"/>
              </w:rPr>
              <w:t>,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6F7457" w:rsidRPr="00332DB8" w:rsidRDefault="006F7457">
            <w:pPr>
              <w:rPr>
                <w:lang w:val="ru-RU"/>
              </w:rPr>
            </w:pPr>
          </w:p>
        </w:tc>
      </w:tr>
      <w:tr w:rsidR="006F7457" w:rsidRPr="00DD284B">
        <w:tc>
          <w:tcPr>
            <w:tcW w:w="2880" w:type="dxa"/>
          </w:tcPr>
          <w:p w:rsidR="006F7457" w:rsidRDefault="00332DB8">
            <w:r>
              <w:t>1764.</w:t>
            </w:r>
          </w:p>
        </w:tc>
        <w:tc>
          <w:tcPr>
            <w:tcW w:w="2880" w:type="dxa"/>
          </w:tcPr>
          <w:p w:rsidR="006F7457" w:rsidRPr="00332DB8" w:rsidRDefault="00332DB8">
            <w:pPr>
              <w:rPr>
                <w:lang w:val="ru-RU"/>
              </w:rPr>
            </w:pPr>
            <w:r w:rsidRPr="00332DB8">
              <w:rPr>
                <w:lang w:val="ru-RU"/>
              </w:rPr>
              <w:t xml:space="preserve">Информационный материал под названием «Мечеть», публично размещенный с 10 апреля по 16 мая 2012 года на сайте </w:t>
            </w:r>
            <w:r>
              <w:t>www</w:t>
            </w:r>
            <w:r w:rsidRPr="00332DB8">
              <w:rPr>
                <w:lang w:val="ru-RU"/>
              </w:rPr>
              <w:t>.</w:t>
            </w:r>
            <w:r>
              <w:t>orlec</w:t>
            </w:r>
            <w:r w:rsidRPr="00332DB8">
              <w:rPr>
                <w:lang w:val="ru-RU"/>
              </w:rPr>
              <w:t>.</w:t>
            </w:r>
            <w:r>
              <w:t>ru</w:t>
            </w:r>
            <w:r w:rsidRPr="00332DB8">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6F7457" w:rsidRPr="00332DB8" w:rsidRDefault="006F7457">
            <w:pPr>
              <w:rPr>
                <w:lang w:val="ru-RU"/>
              </w:rPr>
            </w:pPr>
          </w:p>
        </w:tc>
      </w:tr>
      <w:tr w:rsidR="006F7457" w:rsidRPr="00DD284B">
        <w:tc>
          <w:tcPr>
            <w:tcW w:w="2880" w:type="dxa"/>
          </w:tcPr>
          <w:p w:rsidR="006F7457" w:rsidRDefault="00332DB8">
            <w:r>
              <w:t>1765.</w:t>
            </w:r>
          </w:p>
        </w:tc>
        <w:tc>
          <w:tcPr>
            <w:tcW w:w="2880" w:type="dxa"/>
          </w:tcPr>
          <w:p w:rsidR="006F7457" w:rsidRPr="00332DB8" w:rsidRDefault="00332DB8">
            <w:pPr>
              <w:rPr>
                <w:lang w:val="ru-RU"/>
              </w:rPr>
            </w:pPr>
            <w:r w:rsidRPr="00332DB8">
              <w:rPr>
                <w:lang w:val="ru-RU"/>
              </w:rPr>
              <w:t xml:space="preserve">Информационный материал под названием «Аквариум», публично размещенный с 10 апреля по 16 мая 2012 года на сайте </w:t>
            </w:r>
            <w:r>
              <w:t>www</w:t>
            </w:r>
            <w:r w:rsidRPr="00332DB8">
              <w:rPr>
                <w:lang w:val="ru-RU"/>
              </w:rPr>
              <w:t>.</w:t>
            </w:r>
            <w:r>
              <w:t>orlec</w:t>
            </w:r>
            <w:r w:rsidRPr="00332DB8">
              <w:rPr>
                <w:lang w:val="ru-RU"/>
              </w:rPr>
              <w:t>.</w:t>
            </w:r>
            <w:r>
              <w:t>ru</w:t>
            </w:r>
            <w:r w:rsidRPr="00332DB8">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6F7457" w:rsidRPr="00332DB8" w:rsidRDefault="006F7457">
            <w:pPr>
              <w:rPr>
                <w:lang w:val="ru-RU"/>
              </w:rPr>
            </w:pPr>
          </w:p>
        </w:tc>
      </w:tr>
      <w:tr w:rsidR="006F7457" w:rsidRPr="00DD284B">
        <w:tc>
          <w:tcPr>
            <w:tcW w:w="2880" w:type="dxa"/>
          </w:tcPr>
          <w:p w:rsidR="006F7457" w:rsidRDefault="00332DB8">
            <w:r>
              <w:t>1766.</w:t>
            </w:r>
          </w:p>
        </w:tc>
        <w:tc>
          <w:tcPr>
            <w:tcW w:w="2880" w:type="dxa"/>
          </w:tcPr>
          <w:p w:rsidR="006F7457" w:rsidRPr="00332DB8" w:rsidRDefault="00332DB8">
            <w:pPr>
              <w:rPr>
                <w:lang w:val="ru-RU"/>
              </w:rPr>
            </w:pPr>
            <w:r w:rsidRPr="00332DB8">
              <w:rPr>
                <w:lang w:val="ru-RU"/>
              </w:rPr>
              <w:t xml:space="preserve">Информационный материал под названием «Экономика», публично размещенный с 10 апреля по 16 мая 2012 года на сайте </w:t>
            </w:r>
            <w:r>
              <w:t>www</w:t>
            </w:r>
            <w:r w:rsidRPr="00332DB8">
              <w:rPr>
                <w:lang w:val="ru-RU"/>
              </w:rPr>
              <w:t>.</w:t>
            </w:r>
            <w:r>
              <w:t>orlec</w:t>
            </w:r>
            <w:r w:rsidRPr="00332DB8">
              <w:rPr>
                <w:lang w:val="ru-RU"/>
              </w:rPr>
              <w:t>.</w:t>
            </w:r>
            <w:r>
              <w:t>ru</w:t>
            </w:r>
            <w:r w:rsidRPr="00332DB8">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6F7457" w:rsidRPr="00332DB8" w:rsidRDefault="006F7457">
            <w:pPr>
              <w:rPr>
                <w:lang w:val="ru-RU"/>
              </w:rPr>
            </w:pPr>
          </w:p>
        </w:tc>
      </w:tr>
      <w:tr w:rsidR="006F7457" w:rsidRPr="00DD284B">
        <w:tc>
          <w:tcPr>
            <w:tcW w:w="2880" w:type="dxa"/>
          </w:tcPr>
          <w:p w:rsidR="006F7457" w:rsidRDefault="00332DB8">
            <w:r>
              <w:t>1767.</w:t>
            </w:r>
          </w:p>
        </w:tc>
        <w:tc>
          <w:tcPr>
            <w:tcW w:w="2880" w:type="dxa"/>
          </w:tcPr>
          <w:p w:rsidR="006F7457" w:rsidRPr="00332DB8" w:rsidRDefault="00332DB8">
            <w:pPr>
              <w:rPr>
                <w:lang w:val="ru-RU"/>
              </w:rPr>
            </w:pPr>
            <w:r w:rsidRPr="00332DB8">
              <w:rPr>
                <w:lang w:val="ru-RU"/>
              </w:rPr>
              <w:t xml:space="preserve">Информационный материал под названием «Националистические стычки в Орлеце?», публично размещенный с 10 апреля по 16 мая 2012 года на сайте </w:t>
            </w:r>
            <w:r>
              <w:t>www</w:t>
            </w:r>
            <w:r w:rsidRPr="00332DB8">
              <w:rPr>
                <w:lang w:val="ru-RU"/>
              </w:rPr>
              <w:t>.</w:t>
            </w:r>
            <w:r>
              <w:t>orlec</w:t>
            </w:r>
            <w:r w:rsidRPr="00332DB8">
              <w:rPr>
                <w:lang w:val="ru-RU"/>
              </w:rPr>
              <w:t>.</w:t>
            </w:r>
            <w:r>
              <w:t>ru</w:t>
            </w:r>
            <w:r w:rsidRPr="00332DB8">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6F7457" w:rsidRPr="00332DB8" w:rsidRDefault="006F7457">
            <w:pPr>
              <w:rPr>
                <w:lang w:val="ru-RU"/>
              </w:rPr>
            </w:pPr>
          </w:p>
        </w:tc>
      </w:tr>
      <w:tr w:rsidR="006F7457" w:rsidRPr="00DD284B">
        <w:tc>
          <w:tcPr>
            <w:tcW w:w="2880" w:type="dxa"/>
          </w:tcPr>
          <w:p w:rsidR="006F7457" w:rsidRDefault="00332DB8">
            <w:r>
              <w:t>176</w:t>
            </w:r>
            <w:r>
              <w:lastRenderedPageBreak/>
              <w:t>8.</w:t>
            </w:r>
          </w:p>
        </w:tc>
        <w:tc>
          <w:tcPr>
            <w:tcW w:w="2880" w:type="dxa"/>
          </w:tcPr>
          <w:p w:rsidR="006F7457" w:rsidRPr="00332DB8" w:rsidRDefault="00332DB8">
            <w:pPr>
              <w:rPr>
                <w:lang w:val="ru-RU"/>
              </w:rPr>
            </w:pPr>
            <w:r w:rsidRPr="00332DB8">
              <w:rPr>
                <w:lang w:val="ru-RU"/>
              </w:rPr>
              <w:lastRenderedPageBreak/>
              <w:t>Информационный материал под названием «</w:t>
            </w:r>
            <w:r>
              <w:t>UPDATE</w:t>
            </w:r>
            <w:r w:rsidRPr="00332DB8">
              <w:rPr>
                <w:lang w:val="ru-RU"/>
              </w:rPr>
              <w:t xml:space="preserve">», публично размещенный с 10 апреля по 16 мая 2012 года на сайте </w:t>
            </w:r>
            <w:r>
              <w:t>www</w:t>
            </w:r>
            <w:r w:rsidRPr="00332DB8">
              <w:rPr>
                <w:lang w:val="ru-RU"/>
              </w:rPr>
              <w:t>.</w:t>
            </w:r>
            <w:r>
              <w:t>orlec</w:t>
            </w:r>
            <w:r w:rsidRPr="00332DB8">
              <w:rPr>
                <w:lang w:val="ru-RU"/>
              </w:rPr>
              <w:t>.</w:t>
            </w:r>
            <w:r>
              <w:t>ru</w:t>
            </w:r>
            <w:r w:rsidRPr="00332DB8">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w:t>
            </w:r>
            <w:r w:rsidRPr="00332DB8">
              <w:rPr>
                <w:lang w:val="ru-RU"/>
              </w:rPr>
              <w:lastRenderedPageBreak/>
              <w:t>15.01.2013);</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1769.</w:t>
            </w:r>
          </w:p>
        </w:tc>
        <w:tc>
          <w:tcPr>
            <w:tcW w:w="2880" w:type="dxa"/>
          </w:tcPr>
          <w:p w:rsidR="006F7457" w:rsidRPr="00332DB8" w:rsidRDefault="00332DB8">
            <w:pPr>
              <w:rPr>
                <w:lang w:val="ru-RU"/>
              </w:rPr>
            </w:pPr>
            <w:r w:rsidRPr="00332DB8">
              <w:rPr>
                <w:lang w:val="ru-RU"/>
              </w:rPr>
              <w:t xml:space="preserve">Информационный материал под названием «Ностальжи?», публично размещенный с 10 апреля по 16 мая 2012 года на сайте </w:t>
            </w:r>
            <w:r>
              <w:t>www</w:t>
            </w:r>
            <w:r w:rsidRPr="00332DB8">
              <w:rPr>
                <w:lang w:val="ru-RU"/>
              </w:rPr>
              <w:t>.</w:t>
            </w:r>
            <w:r>
              <w:t>orlec</w:t>
            </w:r>
            <w:r w:rsidRPr="00332DB8">
              <w:rPr>
                <w:lang w:val="ru-RU"/>
              </w:rPr>
              <w:t>.</w:t>
            </w:r>
            <w:r>
              <w:t>ru</w:t>
            </w:r>
            <w:r w:rsidRPr="00332DB8">
              <w:rPr>
                <w:lang w:val="ru-RU"/>
              </w:rPr>
              <w:t xml:space="preserve">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6F7457" w:rsidRPr="00332DB8" w:rsidRDefault="006F7457">
            <w:pPr>
              <w:rPr>
                <w:lang w:val="ru-RU"/>
              </w:rPr>
            </w:pPr>
          </w:p>
        </w:tc>
      </w:tr>
      <w:tr w:rsidR="006F7457" w:rsidRPr="00DD284B">
        <w:tc>
          <w:tcPr>
            <w:tcW w:w="2880" w:type="dxa"/>
          </w:tcPr>
          <w:p w:rsidR="006F7457" w:rsidRDefault="00332DB8">
            <w:r>
              <w:t>1770.</w:t>
            </w:r>
          </w:p>
        </w:tc>
        <w:tc>
          <w:tcPr>
            <w:tcW w:w="2880" w:type="dxa"/>
          </w:tcPr>
          <w:p w:rsidR="006F7457" w:rsidRPr="00332DB8" w:rsidRDefault="00332DB8">
            <w:pPr>
              <w:rPr>
                <w:lang w:val="ru-RU"/>
              </w:rPr>
            </w:pPr>
            <w:r w:rsidRPr="00332DB8">
              <w:rPr>
                <w:lang w:val="ru-RU"/>
              </w:rPr>
              <w:t xml:space="preserve">Музыкальная композиция «Убей иммигранта </w:t>
            </w:r>
            <w:r>
              <w:t>Feat</w:t>
            </w:r>
            <w:r w:rsidRPr="00332DB8">
              <w:rPr>
                <w:lang w:val="ru-RU"/>
              </w:rPr>
              <w: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2880" w:type="dxa"/>
          </w:tcPr>
          <w:p w:rsidR="006F7457" w:rsidRPr="00332DB8" w:rsidRDefault="006F7457">
            <w:pPr>
              <w:rPr>
                <w:lang w:val="ru-RU"/>
              </w:rPr>
            </w:pPr>
          </w:p>
        </w:tc>
      </w:tr>
      <w:tr w:rsidR="006F7457" w:rsidRPr="00DD284B">
        <w:tc>
          <w:tcPr>
            <w:tcW w:w="2880" w:type="dxa"/>
          </w:tcPr>
          <w:p w:rsidR="006F7457" w:rsidRDefault="00332DB8">
            <w:r>
              <w:t>1771.</w:t>
            </w:r>
          </w:p>
        </w:tc>
        <w:tc>
          <w:tcPr>
            <w:tcW w:w="2880" w:type="dxa"/>
          </w:tcPr>
          <w:p w:rsidR="006F7457" w:rsidRPr="00332DB8" w:rsidRDefault="00332DB8">
            <w:pPr>
              <w:rPr>
                <w:lang w:val="ru-RU"/>
              </w:rPr>
            </w:pPr>
            <w:r w:rsidRPr="00332DB8">
              <w:rPr>
                <w:lang w:val="ru-RU"/>
              </w:rPr>
              <w:t>Журнал «Аль-Ваъй» № 241 – март 2007 года (решение Сибайского городского суда Республики Башкортостан от 05.12.2012);</w:t>
            </w:r>
          </w:p>
        </w:tc>
        <w:tc>
          <w:tcPr>
            <w:tcW w:w="2880" w:type="dxa"/>
          </w:tcPr>
          <w:p w:rsidR="006F7457" w:rsidRPr="00332DB8" w:rsidRDefault="006F7457">
            <w:pPr>
              <w:rPr>
                <w:lang w:val="ru-RU"/>
              </w:rPr>
            </w:pPr>
          </w:p>
        </w:tc>
      </w:tr>
      <w:tr w:rsidR="006F7457" w:rsidRPr="00DD284B">
        <w:tc>
          <w:tcPr>
            <w:tcW w:w="2880" w:type="dxa"/>
          </w:tcPr>
          <w:p w:rsidR="006F7457" w:rsidRDefault="00332DB8">
            <w:r>
              <w:t>1772.</w:t>
            </w:r>
          </w:p>
        </w:tc>
        <w:tc>
          <w:tcPr>
            <w:tcW w:w="2880" w:type="dxa"/>
          </w:tcPr>
          <w:p w:rsidR="006F7457" w:rsidRPr="00332DB8" w:rsidRDefault="00332DB8">
            <w:pPr>
              <w:rPr>
                <w:lang w:val="ru-RU"/>
              </w:rPr>
            </w:pPr>
            <w:r w:rsidRPr="00332DB8">
              <w:rPr>
                <w:lang w:val="ru-RU"/>
              </w:rPr>
              <w:t>Журнал «Аль-Ваъй» № 272 – сентябрь 2009 года (решение Сибайского городского суда Республики Башкортостан от 05.12.2012);</w:t>
            </w:r>
          </w:p>
        </w:tc>
        <w:tc>
          <w:tcPr>
            <w:tcW w:w="2880" w:type="dxa"/>
          </w:tcPr>
          <w:p w:rsidR="006F7457" w:rsidRPr="00332DB8" w:rsidRDefault="006F7457">
            <w:pPr>
              <w:rPr>
                <w:lang w:val="ru-RU"/>
              </w:rPr>
            </w:pPr>
          </w:p>
        </w:tc>
      </w:tr>
      <w:tr w:rsidR="006F7457" w:rsidRPr="00DD284B">
        <w:tc>
          <w:tcPr>
            <w:tcW w:w="2880" w:type="dxa"/>
          </w:tcPr>
          <w:p w:rsidR="006F7457" w:rsidRDefault="00332DB8">
            <w:r>
              <w:t>1773.</w:t>
            </w:r>
          </w:p>
        </w:tc>
        <w:tc>
          <w:tcPr>
            <w:tcW w:w="2880" w:type="dxa"/>
          </w:tcPr>
          <w:p w:rsidR="006F7457" w:rsidRPr="00332DB8" w:rsidRDefault="00332DB8">
            <w:pPr>
              <w:rPr>
                <w:lang w:val="ru-RU"/>
              </w:rPr>
            </w:pPr>
            <w:r w:rsidRPr="00332DB8">
              <w:rPr>
                <w:lang w:val="ru-RU"/>
              </w:rPr>
              <w:t>Журнал «Аль-Ваъй» № 270-271 на 256 листах (решение Октябрьского районного суда города Иваново от 12.11.2012);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1774.</w:t>
            </w:r>
          </w:p>
        </w:tc>
        <w:tc>
          <w:tcPr>
            <w:tcW w:w="2880" w:type="dxa"/>
          </w:tcPr>
          <w:p w:rsidR="006F7457" w:rsidRPr="00332DB8" w:rsidRDefault="00332DB8">
            <w:pPr>
              <w:rPr>
                <w:lang w:val="ru-RU"/>
              </w:rPr>
            </w:pPr>
            <w:r w:rsidRPr="00332DB8">
              <w:rPr>
                <w:lang w:val="ru-RU"/>
              </w:rPr>
              <w:t>Журнал «Аль-Ваъй» № 273 на 58 листах (решение Октябрьского районного суда города Иваново от 12.11.2012);</w:t>
            </w:r>
          </w:p>
        </w:tc>
        <w:tc>
          <w:tcPr>
            <w:tcW w:w="2880" w:type="dxa"/>
          </w:tcPr>
          <w:p w:rsidR="006F7457" w:rsidRPr="00332DB8" w:rsidRDefault="006F7457">
            <w:pPr>
              <w:rPr>
                <w:lang w:val="ru-RU"/>
              </w:rPr>
            </w:pPr>
          </w:p>
        </w:tc>
      </w:tr>
      <w:tr w:rsidR="006F7457" w:rsidRPr="00DD284B">
        <w:tc>
          <w:tcPr>
            <w:tcW w:w="2880" w:type="dxa"/>
          </w:tcPr>
          <w:p w:rsidR="006F7457" w:rsidRDefault="00332DB8">
            <w:r>
              <w:t>1775.</w:t>
            </w:r>
          </w:p>
        </w:tc>
        <w:tc>
          <w:tcPr>
            <w:tcW w:w="2880" w:type="dxa"/>
          </w:tcPr>
          <w:p w:rsidR="006F7457" w:rsidRPr="00332DB8" w:rsidRDefault="00332DB8">
            <w:pPr>
              <w:rPr>
                <w:lang w:val="ru-RU"/>
              </w:rPr>
            </w:pPr>
            <w:r w:rsidRPr="00332DB8">
              <w:rPr>
                <w:lang w:val="ru-RU"/>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2880" w:type="dxa"/>
          </w:tcPr>
          <w:p w:rsidR="006F7457" w:rsidRPr="00332DB8" w:rsidRDefault="006F7457">
            <w:pPr>
              <w:rPr>
                <w:lang w:val="ru-RU"/>
              </w:rPr>
            </w:pPr>
          </w:p>
        </w:tc>
      </w:tr>
      <w:tr w:rsidR="006F7457" w:rsidRPr="00332DB8">
        <w:tc>
          <w:tcPr>
            <w:tcW w:w="2880" w:type="dxa"/>
          </w:tcPr>
          <w:p w:rsidR="006F7457" w:rsidRDefault="00332DB8">
            <w:r>
              <w:t>1776.</w:t>
            </w:r>
          </w:p>
        </w:tc>
        <w:tc>
          <w:tcPr>
            <w:tcW w:w="2880" w:type="dxa"/>
          </w:tcPr>
          <w:p w:rsidR="006F7457" w:rsidRPr="00332DB8" w:rsidRDefault="00332DB8">
            <w:pPr>
              <w:rPr>
                <w:lang w:val="ru-RU"/>
              </w:rPr>
            </w:pPr>
            <w:r w:rsidRPr="00332DB8">
              <w:rPr>
                <w:lang w:val="ru-RU"/>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2880" w:type="dxa"/>
          </w:tcPr>
          <w:p w:rsidR="006F7457" w:rsidRPr="00332DB8" w:rsidRDefault="006F7457">
            <w:pPr>
              <w:rPr>
                <w:lang w:val="ru-RU"/>
              </w:rPr>
            </w:pPr>
          </w:p>
        </w:tc>
      </w:tr>
      <w:tr w:rsidR="006F7457" w:rsidRPr="00DD284B">
        <w:tc>
          <w:tcPr>
            <w:tcW w:w="2880" w:type="dxa"/>
          </w:tcPr>
          <w:p w:rsidR="006F7457" w:rsidRDefault="00332DB8">
            <w:r>
              <w:t>1777.</w:t>
            </w:r>
          </w:p>
        </w:tc>
        <w:tc>
          <w:tcPr>
            <w:tcW w:w="2880" w:type="dxa"/>
          </w:tcPr>
          <w:p w:rsidR="006F7457" w:rsidRPr="00332DB8" w:rsidRDefault="00332DB8">
            <w:pPr>
              <w:rPr>
                <w:lang w:val="ru-RU"/>
              </w:rPr>
            </w:pPr>
            <w:r w:rsidRPr="00332DB8">
              <w:rPr>
                <w:lang w:val="ru-RU"/>
              </w:rPr>
              <w:t xml:space="preserve">Видеофайл: «Иммигрант 2009 - наша реальность, смотрите сначало это а потом про скинов»,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6393111_157774005, загружен 17.12.2010 в 19:47:36 (109.188.0.241), автор исходного ролика </w:t>
            </w:r>
            <w:r>
              <w:t>http</w:t>
            </w:r>
            <w:r w:rsidRPr="00332DB8">
              <w:rPr>
                <w:lang w:val="ru-RU"/>
              </w:rPr>
              <w:t>://</w:t>
            </w:r>
            <w:r>
              <w:t>vkontakte</w:t>
            </w:r>
            <w:r w:rsidRPr="00332DB8">
              <w:rPr>
                <w:lang w:val="ru-RU"/>
              </w:rPr>
              <w:t>.</w:t>
            </w:r>
            <w:r>
              <w:t>ru</w:t>
            </w:r>
            <w:r w:rsidRPr="00332DB8">
              <w:rPr>
                <w:lang w:val="ru-RU"/>
              </w:rPr>
              <w:t>/</w:t>
            </w:r>
            <w:r>
              <w:t>id</w:t>
            </w:r>
            <w:r w:rsidRPr="00332DB8">
              <w:rPr>
                <w:lang w:val="ru-RU"/>
              </w:rPr>
              <w:t xml:space="preserve">30259461, прямая ссылка: </w:t>
            </w:r>
            <w:r>
              <w:t>http</w:t>
            </w:r>
            <w:r w:rsidRPr="00332DB8">
              <w:rPr>
                <w:lang w:val="ru-RU"/>
              </w:rPr>
              <w:t>://</w:t>
            </w:r>
            <w:r>
              <w:t>video</w:t>
            </w:r>
            <w:r w:rsidRPr="00332DB8">
              <w:rPr>
                <w:lang w:val="ru-RU"/>
              </w:rPr>
              <w:t>470.</w:t>
            </w:r>
            <w:r>
              <w:t>vkadre</w:t>
            </w:r>
            <w:r w:rsidRPr="00332DB8">
              <w:rPr>
                <w:lang w:val="ru-RU"/>
              </w:rPr>
              <w:t>.</w:t>
            </w:r>
            <w:r>
              <w:t>ru</w:t>
            </w:r>
            <w:r w:rsidRPr="00332DB8">
              <w:rPr>
                <w:lang w:val="ru-RU"/>
              </w:rPr>
              <w:t>/</w:t>
            </w:r>
            <w:r>
              <w:t>assets</w:t>
            </w:r>
            <w:r w:rsidRPr="00332DB8">
              <w:rPr>
                <w:lang w:val="ru-RU"/>
              </w:rPr>
              <w:t>/</w:t>
            </w:r>
            <w:r>
              <w:t>videos</w:t>
            </w:r>
            <w:r w:rsidRPr="00332DB8">
              <w:rPr>
                <w:lang w:val="ru-RU"/>
              </w:rPr>
              <w:t>/9358</w:t>
            </w:r>
            <w:r>
              <w:t>a</w:t>
            </w:r>
            <w:r w:rsidRPr="00332DB8">
              <w:rPr>
                <w:lang w:val="ru-RU"/>
              </w:rPr>
              <w:t>61155</w:t>
            </w:r>
            <w:r>
              <w:t>b</w:t>
            </w:r>
            <w:r w:rsidRPr="00332DB8">
              <w:rPr>
                <w:lang w:val="ru-RU"/>
              </w:rPr>
              <w:t>6-96766480.</w:t>
            </w:r>
            <w:r>
              <w:t>vk</w:t>
            </w:r>
            <w:r w:rsidRPr="00332DB8">
              <w:rPr>
                <w:lang w:val="ru-RU"/>
              </w:rPr>
              <w:t>.</w:t>
            </w:r>
            <w:r>
              <w:t>flv</w:t>
            </w:r>
            <w:r w:rsidRPr="00332DB8">
              <w:rPr>
                <w:lang w:val="ru-RU"/>
              </w:rPr>
              <w:t>) (решение Лефортовского районного суда г. Москвы от 03.12.2012);</w:t>
            </w:r>
          </w:p>
        </w:tc>
        <w:tc>
          <w:tcPr>
            <w:tcW w:w="2880" w:type="dxa"/>
          </w:tcPr>
          <w:p w:rsidR="006F7457" w:rsidRPr="00332DB8" w:rsidRDefault="006F7457">
            <w:pPr>
              <w:rPr>
                <w:lang w:val="ru-RU"/>
              </w:rPr>
            </w:pPr>
          </w:p>
        </w:tc>
      </w:tr>
      <w:tr w:rsidR="006F7457" w:rsidRPr="00DD284B">
        <w:tc>
          <w:tcPr>
            <w:tcW w:w="2880" w:type="dxa"/>
          </w:tcPr>
          <w:p w:rsidR="006F7457" w:rsidRDefault="00332DB8">
            <w:r>
              <w:t>1778.</w:t>
            </w:r>
          </w:p>
        </w:tc>
        <w:tc>
          <w:tcPr>
            <w:tcW w:w="2880" w:type="dxa"/>
          </w:tcPr>
          <w:p w:rsidR="006F7457" w:rsidRPr="00332DB8" w:rsidRDefault="00332DB8">
            <w:pPr>
              <w:rPr>
                <w:lang w:val="ru-RU"/>
              </w:rPr>
            </w:pPr>
            <w:r w:rsidRPr="00332DB8">
              <w:rPr>
                <w:lang w:val="ru-RU"/>
              </w:rPr>
              <w:t xml:space="preserve">Видеозапись под названием «Наш путь только Джихад», размещенная на странице социальной компьютерной сети «Вконтакте» </w:t>
            </w:r>
            <w:r>
              <w:t>http</w:t>
            </w:r>
            <w:r w:rsidRPr="00332DB8">
              <w:rPr>
                <w:lang w:val="ru-RU"/>
              </w:rPr>
              <w:t>://</w:t>
            </w:r>
            <w:r>
              <w:t>vkontakte</w:t>
            </w:r>
            <w:r w:rsidRPr="00332DB8">
              <w:rPr>
                <w:lang w:val="ru-RU"/>
              </w:rPr>
              <w:t>.</w:t>
            </w:r>
            <w:r>
              <w:t>ru</w:t>
            </w:r>
            <w:r w:rsidRPr="00332DB8">
              <w:rPr>
                <w:lang w:val="ru-RU"/>
              </w:rPr>
              <w:t>/</w:t>
            </w:r>
            <w:r>
              <w:t>id</w:t>
            </w:r>
            <w:r w:rsidRPr="00332DB8">
              <w:rPr>
                <w:lang w:val="ru-RU"/>
              </w:rPr>
              <w:t>82853615 (решение Орджоникидзевского районного суда г. Уфы Республики Башкортостан от 28.12.2012);</w:t>
            </w:r>
          </w:p>
        </w:tc>
        <w:tc>
          <w:tcPr>
            <w:tcW w:w="2880" w:type="dxa"/>
          </w:tcPr>
          <w:p w:rsidR="006F7457" w:rsidRPr="00332DB8" w:rsidRDefault="006F7457">
            <w:pPr>
              <w:rPr>
                <w:lang w:val="ru-RU"/>
              </w:rPr>
            </w:pPr>
          </w:p>
        </w:tc>
      </w:tr>
      <w:tr w:rsidR="006F7457" w:rsidRPr="00DD284B">
        <w:tc>
          <w:tcPr>
            <w:tcW w:w="2880" w:type="dxa"/>
          </w:tcPr>
          <w:p w:rsidR="006F7457" w:rsidRDefault="00332DB8">
            <w:r>
              <w:t>17</w:t>
            </w:r>
            <w:r>
              <w:lastRenderedPageBreak/>
              <w:t>79.</w:t>
            </w:r>
          </w:p>
        </w:tc>
        <w:tc>
          <w:tcPr>
            <w:tcW w:w="2880" w:type="dxa"/>
          </w:tcPr>
          <w:p w:rsidR="006F7457" w:rsidRPr="00332DB8" w:rsidRDefault="00332DB8">
            <w:pPr>
              <w:rPr>
                <w:lang w:val="ru-RU"/>
              </w:rPr>
            </w:pPr>
            <w:r w:rsidRPr="00332DB8">
              <w:rPr>
                <w:lang w:val="ru-RU"/>
              </w:rPr>
              <w:lastRenderedPageBreak/>
              <w:t xml:space="preserve">Видеозапись под названием «Воины Аллаха из Пакистана», размещенная на странице социальной компьютерной сети «Вконтакте» </w:t>
            </w:r>
            <w:r>
              <w:t>http</w:t>
            </w:r>
            <w:r w:rsidRPr="00332DB8">
              <w:rPr>
                <w:lang w:val="ru-RU"/>
              </w:rPr>
              <w:t>://</w:t>
            </w:r>
            <w:r>
              <w:t>vkontakte</w:t>
            </w:r>
            <w:r w:rsidRPr="00332DB8">
              <w:rPr>
                <w:lang w:val="ru-RU"/>
              </w:rPr>
              <w:t>.</w:t>
            </w:r>
            <w:r>
              <w:t>ru</w:t>
            </w:r>
            <w:r w:rsidRPr="00332DB8">
              <w:rPr>
                <w:lang w:val="ru-RU"/>
              </w:rPr>
              <w:t>/</w:t>
            </w:r>
            <w:r>
              <w:t>id</w:t>
            </w:r>
            <w:r w:rsidRPr="00332DB8">
              <w:rPr>
                <w:lang w:val="ru-RU"/>
              </w:rPr>
              <w:t xml:space="preserve">133943295 (решение Орджоникидзевского районного </w:t>
            </w:r>
            <w:r w:rsidRPr="00332DB8">
              <w:rPr>
                <w:lang w:val="ru-RU"/>
              </w:rPr>
              <w:lastRenderedPageBreak/>
              <w:t>суда г. Уфы Республики Башкортостан от 28.12.2012);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1780.</w:t>
            </w:r>
          </w:p>
        </w:tc>
        <w:tc>
          <w:tcPr>
            <w:tcW w:w="2880" w:type="dxa"/>
          </w:tcPr>
          <w:p w:rsidR="006F7457" w:rsidRPr="00332DB8" w:rsidRDefault="00332DB8">
            <w:pPr>
              <w:rPr>
                <w:lang w:val="ru-RU"/>
              </w:rPr>
            </w:pPr>
            <w:r w:rsidRPr="00332DB8">
              <w:rPr>
                <w:lang w:val="ru-RU"/>
              </w:rPr>
              <w:t xml:space="preserve">Информационные материалы, размещенные на интернет-сайте </w:t>
            </w:r>
            <w:r>
              <w:t>http</w:t>
            </w:r>
            <w:r w:rsidRPr="00332DB8">
              <w:rPr>
                <w:lang w:val="ru-RU"/>
              </w:rPr>
              <w:t>://</w:t>
            </w:r>
            <w:r>
              <w:t>www</w:t>
            </w:r>
            <w:r w:rsidRPr="00332DB8">
              <w:rPr>
                <w:lang w:val="ru-RU"/>
              </w:rPr>
              <w:t>.</w:t>
            </w:r>
            <w:r>
              <w:t>kavkaznews</w:t>
            </w:r>
            <w:r w:rsidRPr="00332DB8">
              <w:rPr>
                <w:lang w:val="ru-RU"/>
              </w:rPr>
              <w:t>.</w:t>
            </w:r>
            <w:r>
              <w:t>blogspot</w:t>
            </w:r>
            <w:r w:rsidRPr="00332DB8">
              <w:rPr>
                <w:lang w:val="ru-RU"/>
              </w:rPr>
              <w:t>.</w:t>
            </w:r>
            <w:r>
              <w:t>com</w:t>
            </w:r>
            <w:r w:rsidRPr="00332DB8">
              <w:rPr>
                <w:lang w:val="ru-RU"/>
              </w:rPr>
              <w:t>,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c>
          <w:tcPr>
            <w:tcW w:w="2880" w:type="dxa"/>
          </w:tcPr>
          <w:p w:rsidR="006F7457" w:rsidRPr="00332DB8" w:rsidRDefault="006F7457">
            <w:pPr>
              <w:rPr>
                <w:lang w:val="ru-RU"/>
              </w:rPr>
            </w:pPr>
          </w:p>
        </w:tc>
      </w:tr>
      <w:tr w:rsidR="006F7457" w:rsidRPr="00DD284B">
        <w:tc>
          <w:tcPr>
            <w:tcW w:w="2880" w:type="dxa"/>
          </w:tcPr>
          <w:p w:rsidR="006F7457" w:rsidRDefault="00332DB8">
            <w:r>
              <w:t>1781.</w:t>
            </w:r>
          </w:p>
        </w:tc>
        <w:tc>
          <w:tcPr>
            <w:tcW w:w="2880" w:type="dxa"/>
          </w:tcPr>
          <w:p w:rsidR="006F7457" w:rsidRPr="00332DB8" w:rsidRDefault="00332DB8">
            <w:pPr>
              <w:rPr>
                <w:lang w:val="ru-RU"/>
              </w:rPr>
            </w:pPr>
            <w:r w:rsidRPr="00332DB8">
              <w:rPr>
                <w:lang w:val="ru-RU"/>
              </w:rPr>
              <w:t>Видеоматериал, содержащийся в видео файле «Формат 18 – «Я русский» (решение Центрального районного суда г. Воронежа от 11.01.2013);</w:t>
            </w:r>
          </w:p>
        </w:tc>
        <w:tc>
          <w:tcPr>
            <w:tcW w:w="2880" w:type="dxa"/>
          </w:tcPr>
          <w:p w:rsidR="006F7457" w:rsidRPr="00332DB8" w:rsidRDefault="006F7457">
            <w:pPr>
              <w:rPr>
                <w:lang w:val="ru-RU"/>
              </w:rPr>
            </w:pPr>
          </w:p>
        </w:tc>
      </w:tr>
      <w:tr w:rsidR="006F7457" w:rsidRPr="00DD284B">
        <w:tc>
          <w:tcPr>
            <w:tcW w:w="2880" w:type="dxa"/>
          </w:tcPr>
          <w:p w:rsidR="006F7457" w:rsidRDefault="00332DB8">
            <w:r>
              <w:t>1782.</w:t>
            </w:r>
          </w:p>
        </w:tc>
        <w:tc>
          <w:tcPr>
            <w:tcW w:w="2880" w:type="dxa"/>
          </w:tcPr>
          <w:p w:rsidR="006F7457" w:rsidRPr="00332DB8" w:rsidRDefault="00332DB8">
            <w:pPr>
              <w:rPr>
                <w:lang w:val="ru-RU"/>
              </w:rPr>
            </w:pPr>
            <w:r w:rsidRPr="00332DB8">
              <w:rPr>
                <w:lang w:val="ru-RU"/>
              </w:rPr>
              <w:t>Видеоматериал, содержащийся в видео файле «Операция «Белый вагон 2» (решение Центрального районного суда г. Воронежа от 11.01.2013);</w:t>
            </w:r>
          </w:p>
        </w:tc>
        <w:tc>
          <w:tcPr>
            <w:tcW w:w="2880" w:type="dxa"/>
          </w:tcPr>
          <w:p w:rsidR="006F7457" w:rsidRPr="00332DB8" w:rsidRDefault="006F7457">
            <w:pPr>
              <w:rPr>
                <w:lang w:val="ru-RU"/>
              </w:rPr>
            </w:pPr>
          </w:p>
        </w:tc>
      </w:tr>
      <w:tr w:rsidR="006F7457">
        <w:tc>
          <w:tcPr>
            <w:tcW w:w="2880" w:type="dxa"/>
          </w:tcPr>
          <w:p w:rsidR="006F7457" w:rsidRDefault="00332DB8">
            <w:r>
              <w:t>1783.</w:t>
            </w:r>
          </w:p>
        </w:tc>
        <w:tc>
          <w:tcPr>
            <w:tcW w:w="2880" w:type="dxa"/>
          </w:tcPr>
          <w:p w:rsidR="006F7457" w:rsidRDefault="00332DB8">
            <w:r w:rsidRPr="00332DB8">
              <w:rPr>
                <w:lang w:val="ru-RU"/>
              </w:rPr>
              <w:t xml:space="preserve">Видеоматериал, содержащийся в видео файле «С нами или против нас!» </w:t>
            </w:r>
            <w:r>
              <w:t>(решение Центрального районного суда г. Воронежа от 11.01.2013);</w:t>
            </w:r>
          </w:p>
        </w:tc>
        <w:tc>
          <w:tcPr>
            <w:tcW w:w="2880" w:type="dxa"/>
          </w:tcPr>
          <w:p w:rsidR="006F7457" w:rsidRDefault="006F7457"/>
        </w:tc>
      </w:tr>
      <w:tr w:rsidR="006F7457" w:rsidRPr="00DD284B">
        <w:tc>
          <w:tcPr>
            <w:tcW w:w="2880" w:type="dxa"/>
          </w:tcPr>
          <w:p w:rsidR="006F7457" w:rsidRDefault="00332DB8">
            <w:r>
              <w:t>1784.</w:t>
            </w:r>
          </w:p>
        </w:tc>
        <w:tc>
          <w:tcPr>
            <w:tcW w:w="2880" w:type="dxa"/>
          </w:tcPr>
          <w:p w:rsidR="006F7457" w:rsidRPr="00332DB8" w:rsidRDefault="00332DB8">
            <w:pPr>
              <w:rPr>
                <w:lang w:val="ru-RU"/>
              </w:rPr>
            </w:pPr>
            <w:r w:rsidRPr="00332DB8">
              <w:rPr>
                <w:lang w:val="ru-RU"/>
              </w:rPr>
              <w:t>Видеоматериал, содержащийся в видео файле «</w:t>
            </w:r>
            <w:r>
              <w:t>RGD</w:t>
            </w:r>
            <w:r w:rsidRPr="00332DB8">
              <w:rPr>
                <w:lang w:val="ru-RU"/>
              </w:rPr>
              <w:t xml:space="preserve"> 88 - Черные рожи» (решение Центрального районного суда г. Воронежа от 11.01.2013);</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1785.</w:t>
            </w:r>
          </w:p>
        </w:tc>
        <w:tc>
          <w:tcPr>
            <w:tcW w:w="2880" w:type="dxa"/>
          </w:tcPr>
          <w:p w:rsidR="006F7457" w:rsidRPr="00332DB8" w:rsidRDefault="00332DB8">
            <w:pPr>
              <w:rPr>
                <w:lang w:val="ru-RU"/>
              </w:rPr>
            </w:pPr>
            <w:r w:rsidRPr="00332DB8">
              <w:rPr>
                <w:lang w:val="ru-RU"/>
              </w:rPr>
              <w:t>Текст аудиоматериала, содержащийся в аудиофайле «</w:t>
            </w:r>
            <w:r>
              <w:t>Legion</w:t>
            </w:r>
            <w:r w:rsidRPr="00332DB8">
              <w:rPr>
                <w:lang w:val="ru-RU"/>
              </w:rPr>
              <w:t xml:space="preserve"> 14 - Я русский» (решение Центрального районного суда г. Воронежа от 11.01.2013);</w:t>
            </w:r>
          </w:p>
        </w:tc>
        <w:tc>
          <w:tcPr>
            <w:tcW w:w="2880" w:type="dxa"/>
          </w:tcPr>
          <w:p w:rsidR="006F7457" w:rsidRPr="00332DB8" w:rsidRDefault="006F7457">
            <w:pPr>
              <w:rPr>
                <w:lang w:val="ru-RU"/>
              </w:rPr>
            </w:pPr>
          </w:p>
        </w:tc>
      </w:tr>
      <w:tr w:rsidR="006F7457">
        <w:tc>
          <w:tcPr>
            <w:tcW w:w="2880" w:type="dxa"/>
          </w:tcPr>
          <w:p w:rsidR="006F7457" w:rsidRDefault="00332DB8">
            <w:r>
              <w:t>1786.</w:t>
            </w:r>
          </w:p>
        </w:tc>
        <w:tc>
          <w:tcPr>
            <w:tcW w:w="2880" w:type="dxa"/>
          </w:tcPr>
          <w:p w:rsidR="006F7457" w:rsidRDefault="00332DB8">
            <w:r w:rsidRPr="00332DB8">
              <w:rPr>
                <w:lang w:val="ru-RU"/>
              </w:rPr>
              <w:t xml:space="preserve">Текст аудиоматериала, содержащийся в аудиофайле «Банды Москвы - Иммигрант, убирайся вон!» </w:t>
            </w:r>
            <w:r>
              <w:t>(решение Центрального районного суда г. Воронежа от 11.01.2013);</w:t>
            </w:r>
          </w:p>
        </w:tc>
        <w:tc>
          <w:tcPr>
            <w:tcW w:w="2880" w:type="dxa"/>
          </w:tcPr>
          <w:p w:rsidR="006F7457" w:rsidRDefault="006F7457"/>
        </w:tc>
      </w:tr>
      <w:tr w:rsidR="006F7457">
        <w:tc>
          <w:tcPr>
            <w:tcW w:w="2880" w:type="dxa"/>
          </w:tcPr>
          <w:p w:rsidR="006F7457" w:rsidRDefault="00332DB8">
            <w:r>
              <w:t>1787.</w:t>
            </w:r>
          </w:p>
        </w:tc>
        <w:tc>
          <w:tcPr>
            <w:tcW w:w="2880" w:type="dxa"/>
          </w:tcPr>
          <w:p w:rsidR="006F7457" w:rsidRDefault="00332DB8">
            <w:r w:rsidRPr="00332DB8">
              <w:rPr>
                <w:lang w:val="ru-RU"/>
              </w:rPr>
              <w:t xml:space="preserve">Текст аудиоматериала, содержащийся в аудиофайле «Дэвид Лэйн - Письме мертвой Рассе!!! </w:t>
            </w:r>
            <w:r>
              <w:t>14/88» (решение Центрального районного суда г. Воронежа от 11.01.2013);</w:t>
            </w:r>
          </w:p>
        </w:tc>
        <w:tc>
          <w:tcPr>
            <w:tcW w:w="2880" w:type="dxa"/>
          </w:tcPr>
          <w:p w:rsidR="006F7457" w:rsidRDefault="006F7457"/>
        </w:tc>
      </w:tr>
      <w:tr w:rsidR="006F7457" w:rsidRPr="00DD284B">
        <w:tc>
          <w:tcPr>
            <w:tcW w:w="2880" w:type="dxa"/>
          </w:tcPr>
          <w:p w:rsidR="006F7457" w:rsidRDefault="00332DB8">
            <w:r>
              <w:t>1788.</w:t>
            </w:r>
          </w:p>
        </w:tc>
        <w:tc>
          <w:tcPr>
            <w:tcW w:w="2880" w:type="dxa"/>
          </w:tcPr>
          <w:p w:rsidR="006F7457" w:rsidRPr="00332DB8" w:rsidRDefault="00332DB8">
            <w:pPr>
              <w:rPr>
                <w:lang w:val="ru-RU"/>
              </w:rPr>
            </w:pPr>
            <w:r w:rsidRPr="00332DB8">
              <w:rPr>
                <w:lang w:val="ru-RU"/>
              </w:rPr>
              <w:t>Текст аудиоматериала, содержащийся в аудиофайле «Циклон-Б - Мертвый жид» (решение Центрального районного суда г. Воронежа от 11.01.2013);</w:t>
            </w:r>
          </w:p>
        </w:tc>
        <w:tc>
          <w:tcPr>
            <w:tcW w:w="2880" w:type="dxa"/>
          </w:tcPr>
          <w:p w:rsidR="006F7457" w:rsidRPr="00332DB8" w:rsidRDefault="006F7457">
            <w:pPr>
              <w:rPr>
                <w:lang w:val="ru-RU"/>
              </w:rPr>
            </w:pPr>
          </w:p>
        </w:tc>
      </w:tr>
      <w:tr w:rsidR="006F7457" w:rsidRPr="00DD284B">
        <w:tc>
          <w:tcPr>
            <w:tcW w:w="2880" w:type="dxa"/>
          </w:tcPr>
          <w:p w:rsidR="006F7457" w:rsidRDefault="00332DB8">
            <w:r>
              <w:t>1789.</w:t>
            </w:r>
          </w:p>
        </w:tc>
        <w:tc>
          <w:tcPr>
            <w:tcW w:w="2880" w:type="dxa"/>
          </w:tcPr>
          <w:p w:rsidR="006F7457" w:rsidRPr="00332DB8" w:rsidRDefault="00332DB8">
            <w:pPr>
              <w:rPr>
                <w:lang w:val="ru-RU"/>
              </w:rPr>
            </w:pPr>
            <w:r w:rsidRPr="00332DB8">
              <w:rPr>
                <w:lang w:val="ru-RU"/>
              </w:rPr>
              <w:t>Текст аудиоматериала, содержащийся в аудиофайле «Любирецкий корпус - 14/88» (решение Центрального районного суда г. Воронежа от 11.01.2013);</w:t>
            </w:r>
          </w:p>
        </w:tc>
        <w:tc>
          <w:tcPr>
            <w:tcW w:w="2880" w:type="dxa"/>
          </w:tcPr>
          <w:p w:rsidR="006F7457" w:rsidRPr="00332DB8" w:rsidRDefault="006F7457">
            <w:pPr>
              <w:rPr>
                <w:lang w:val="ru-RU"/>
              </w:rPr>
            </w:pPr>
          </w:p>
        </w:tc>
      </w:tr>
      <w:tr w:rsidR="006F7457">
        <w:tc>
          <w:tcPr>
            <w:tcW w:w="2880" w:type="dxa"/>
          </w:tcPr>
          <w:p w:rsidR="006F7457" w:rsidRDefault="00332DB8">
            <w:r>
              <w:t>179</w:t>
            </w:r>
            <w:r>
              <w:lastRenderedPageBreak/>
              <w:t>0.</w:t>
            </w:r>
          </w:p>
        </w:tc>
        <w:tc>
          <w:tcPr>
            <w:tcW w:w="2880" w:type="dxa"/>
          </w:tcPr>
          <w:p w:rsidR="006F7457" w:rsidRDefault="00332DB8">
            <w:r w:rsidRPr="00332DB8">
              <w:rPr>
                <w:lang w:val="ru-RU"/>
              </w:rPr>
              <w:lastRenderedPageBreak/>
              <w:t xml:space="preserve">Текст аудиоматериала, содержащийся в аудиофайле «Чикисты? - А мы береты!» </w:t>
            </w:r>
            <w:r>
              <w:t>(решение Центрального районного суда г. Воронежа от 11.01.2013);</w:t>
            </w:r>
          </w:p>
        </w:tc>
        <w:tc>
          <w:tcPr>
            <w:tcW w:w="2880" w:type="dxa"/>
          </w:tcPr>
          <w:p w:rsidR="006F7457" w:rsidRDefault="006F7457"/>
        </w:tc>
      </w:tr>
      <w:tr w:rsidR="006F7457" w:rsidRPr="00DD284B">
        <w:tc>
          <w:tcPr>
            <w:tcW w:w="2880" w:type="dxa"/>
          </w:tcPr>
          <w:p w:rsidR="006F7457" w:rsidRDefault="00332DB8">
            <w:r>
              <w:lastRenderedPageBreak/>
              <w:t>1791.</w:t>
            </w:r>
          </w:p>
        </w:tc>
        <w:tc>
          <w:tcPr>
            <w:tcW w:w="2880" w:type="dxa"/>
          </w:tcPr>
          <w:p w:rsidR="006F7457" w:rsidRPr="00332DB8" w:rsidRDefault="00332DB8">
            <w:pPr>
              <w:rPr>
                <w:lang w:val="ru-RU"/>
              </w:rPr>
            </w:pPr>
            <w:r w:rsidRPr="00332DB8">
              <w:rPr>
                <w:lang w:val="ru-RU"/>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2880" w:type="dxa"/>
          </w:tcPr>
          <w:p w:rsidR="006F7457" w:rsidRPr="00332DB8" w:rsidRDefault="006F7457">
            <w:pPr>
              <w:rPr>
                <w:lang w:val="ru-RU"/>
              </w:rPr>
            </w:pPr>
          </w:p>
        </w:tc>
      </w:tr>
      <w:tr w:rsidR="006F7457" w:rsidRPr="00DD284B">
        <w:tc>
          <w:tcPr>
            <w:tcW w:w="2880" w:type="dxa"/>
          </w:tcPr>
          <w:p w:rsidR="006F7457" w:rsidRDefault="00332DB8">
            <w:r>
              <w:t>1792.</w:t>
            </w:r>
          </w:p>
        </w:tc>
        <w:tc>
          <w:tcPr>
            <w:tcW w:w="2880" w:type="dxa"/>
          </w:tcPr>
          <w:p w:rsidR="006F7457" w:rsidRPr="00332DB8" w:rsidRDefault="00332DB8">
            <w:pPr>
              <w:rPr>
                <w:lang w:val="ru-RU"/>
              </w:rPr>
            </w:pPr>
            <w:r w:rsidRPr="00332DB8">
              <w:rPr>
                <w:lang w:val="ru-RU"/>
              </w:rPr>
              <w:t>Листовка «Предательство как способ жизни» (решение Центрального районного суда г. Новокузнецка Кемеровской области от 26.05.2011);</w:t>
            </w:r>
          </w:p>
        </w:tc>
        <w:tc>
          <w:tcPr>
            <w:tcW w:w="2880" w:type="dxa"/>
          </w:tcPr>
          <w:p w:rsidR="006F7457" w:rsidRPr="00332DB8" w:rsidRDefault="006F7457">
            <w:pPr>
              <w:rPr>
                <w:lang w:val="ru-RU"/>
              </w:rPr>
            </w:pPr>
          </w:p>
        </w:tc>
      </w:tr>
      <w:tr w:rsidR="006F7457" w:rsidRPr="00DD284B">
        <w:tc>
          <w:tcPr>
            <w:tcW w:w="2880" w:type="dxa"/>
          </w:tcPr>
          <w:p w:rsidR="006F7457" w:rsidRDefault="00332DB8">
            <w:r>
              <w:t>1793.</w:t>
            </w:r>
          </w:p>
        </w:tc>
        <w:tc>
          <w:tcPr>
            <w:tcW w:w="2880" w:type="dxa"/>
          </w:tcPr>
          <w:p w:rsidR="006F7457" w:rsidRPr="00332DB8" w:rsidRDefault="00332DB8">
            <w:pPr>
              <w:rPr>
                <w:lang w:val="ru-RU"/>
              </w:rPr>
            </w:pPr>
            <w:r w:rsidRPr="00332DB8">
              <w:rPr>
                <w:lang w:val="ru-RU"/>
              </w:rPr>
              <w:t xml:space="preserve">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167947493 (решение Ленинского районного суда г. Уфы Республики Башкортостан от 03.12.2012);</w:t>
            </w:r>
          </w:p>
        </w:tc>
        <w:tc>
          <w:tcPr>
            <w:tcW w:w="2880" w:type="dxa"/>
          </w:tcPr>
          <w:p w:rsidR="006F7457" w:rsidRPr="00332DB8" w:rsidRDefault="006F7457">
            <w:pPr>
              <w:rPr>
                <w:lang w:val="ru-RU"/>
              </w:rPr>
            </w:pPr>
          </w:p>
        </w:tc>
      </w:tr>
      <w:tr w:rsidR="006F7457" w:rsidRPr="00DD284B">
        <w:tc>
          <w:tcPr>
            <w:tcW w:w="2880" w:type="dxa"/>
          </w:tcPr>
          <w:p w:rsidR="006F7457" w:rsidRDefault="00332DB8">
            <w:r>
              <w:t>1794.</w:t>
            </w:r>
          </w:p>
        </w:tc>
        <w:tc>
          <w:tcPr>
            <w:tcW w:w="2880" w:type="dxa"/>
          </w:tcPr>
          <w:p w:rsidR="006F7457" w:rsidRPr="00332DB8" w:rsidRDefault="00332DB8">
            <w:pPr>
              <w:rPr>
                <w:lang w:val="ru-RU"/>
              </w:rPr>
            </w:pPr>
            <w:r w:rsidRPr="00332DB8">
              <w:rPr>
                <w:lang w:val="ru-RU"/>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2880" w:type="dxa"/>
          </w:tcPr>
          <w:p w:rsidR="006F7457" w:rsidRPr="00332DB8" w:rsidRDefault="006F7457">
            <w:pPr>
              <w:rPr>
                <w:lang w:val="ru-RU"/>
              </w:rPr>
            </w:pPr>
          </w:p>
        </w:tc>
      </w:tr>
      <w:tr w:rsidR="006F7457" w:rsidRPr="00DD284B">
        <w:tc>
          <w:tcPr>
            <w:tcW w:w="2880" w:type="dxa"/>
          </w:tcPr>
          <w:p w:rsidR="006F7457" w:rsidRDefault="00332DB8">
            <w:r>
              <w:t>1795.</w:t>
            </w:r>
          </w:p>
        </w:tc>
        <w:tc>
          <w:tcPr>
            <w:tcW w:w="2880" w:type="dxa"/>
          </w:tcPr>
          <w:p w:rsidR="006F7457" w:rsidRPr="00332DB8" w:rsidRDefault="00332DB8">
            <w:pPr>
              <w:rPr>
                <w:lang w:val="ru-RU"/>
              </w:rPr>
            </w:pPr>
            <w:r w:rsidRPr="00332DB8">
              <w:rPr>
                <w:lang w:val="ru-RU"/>
              </w:rPr>
              <w:t xml:space="preserve">Информационный материал - «Доку Умаров», видео-файл, продолжительностью 04 мин. 03 сек., размещенный на интернет - ресурсе (сайте) </w:t>
            </w:r>
            <w:r>
              <w:t>http</w:t>
            </w:r>
            <w:r w:rsidRPr="00332DB8">
              <w:rPr>
                <w:lang w:val="ru-RU"/>
              </w:rPr>
              <w:t>:/</w:t>
            </w:r>
            <w:r>
              <w:t>vk</w:t>
            </w:r>
            <w:r w:rsidRPr="00332DB8">
              <w:rPr>
                <w:lang w:val="ru-RU"/>
              </w:rPr>
              <w:t>.</w:t>
            </w:r>
            <w:r>
              <w:t>com</w:t>
            </w:r>
            <w:r w:rsidRPr="00332DB8">
              <w:rPr>
                <w:lang w:val="ru-RU"/>
              </w:rPr>
              <w:t>/</w:t>
            </w:r>
            <w:r>
              <w:t>id</w:t>
            </w:r>
            <w:r w:rsidRPr="00332DB8">
              <w:rPr>
                <w:lang w:val="ru-RU"/>
              </w:rPr>
              <w:t>143067607 (решения Кировского районного суда г. Ростова-на-Дону от 15.01.2013 и от 28.01.2013);</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1796.</w:t>
            </w:r>
          </w:p>
        </w:tc>
        <w:tc>
          <w:tcPr>
            <w:tcW w:w="2880" w:type="dxa"/>
          </w:tcPr>
          <w:p w:rsidR="006F7457" w:rsidRPr="00332DB8" w:rsidRDefault="00332DB8">
            <w:pPr>
              <w:rPr>
                <w:lang w:val="ru-RU"/>
              </w:rPr>
            </w:pPr>
            <w:r w:rsidRPr="00332DB8">
              <w:rPr>
                <w:lang w:val="ru-RU"/>
              </w:rPr>
              <w:t xml:space="preserve">Видеоматериал, размещенный пользователем «Артём Зобнин»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2880" w:type="dxa"/>
          </w:tcPr>
          <w:p w:rsidR="006F7457" w:rsidRPr="00332DB8" w:rsidRDefault="006F7457">
            <w:pPr>
              <w:rPr>
                <w:lang w:val="ru-RU"/>
              </w:rPr>
            </w:pPr>
          </w:p>
        </w:tc>
      </w:tr>
      <w:tr w:rsidR="006F7457" w:rsidRPr="00DD284B">
        <w:tc>
          <w:tcPr>
            <w:tcW w:w="2880" w:type="dxa"/>
          </w:tcPr>
          <w:p w:rsidR="006F7457" w:rsidRDefault="00332DB8">
            <w:r>
              <w:t>1797.</w:t>
            </w:r>
          </w:p>
        </w:tc>
        <w:tc>
          <w:tcPr>
            <w:tcW w:w="2880" w:type="dxa"/>
          </w:tcPr>
          <w:p w:rsidR="006F7457" w:rsidRPr="00332DB8" w:rsidRDefault="00332DB8">
            <w:pPr>
              <w:rPr>
                <w:lang w:val="ru-RU"/>
              </w:rPr>
            </w:pPr>
            <w:r w:rsidRPr="00332DB8">
              <w:rPr>
                <w:lang w:val="ru-RU"/>
              </w:rPr>
              <w:t xml:space="preserve">Видеоматериал, размещенный пользователем «Артём Зобнин»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32344210 в социальной сети «В Контакте» информационно-телекоммуникационной сети Интернет – «</w:t>
            </w:r>
            <w:r>
              <w:t>SKINHEAD</w:t>
            </w:r>
            <w:r w:rsidRPr="00332DB8">
              <w:rPr>
                <w:lang w:val="ru-RU"/>
              </w:rPr>
              <w:t xml:space="preserve">» фильм </w:t>
            </w:r>
            <w:r>
              <w:t>II</w:t>
            </w:r>
            <w:r w:rsidRPr="00332DB8">
              <w:rPr>
                <w:lang w:val="ru-RU"/>
              </w:rPr>
              <w:t>» (решение Межгорьевского городского суда Республики Башкортостан от 14.01.2013);</w:t>
            </w:r>
          </w:p>
        </w:tc>
        <w:tc>
          <w:tcPr>
            <w:tcW w:w="2880" w:type="dxa"/>
          </w:tcPr>
          <w:p w:rsidR="006F7457" w:rsidRPr="00332DB8" w:rsidRDefault="006F7457">
            <w:pPr>
              <w:rPr>
                <w:lang w:val="ru-RU"/>
              </w:rPr>
            </w:pPr>
          </w:p>
        </w:tc>
      </w:tr>
      <w:tr w:rsidR="006F7457" w:rsidRPr="00DD284B">
        <w:tc>
          <w:tcPr>
            <w:tcW w:w="2880" w:type="dxa"/>
          </w:tcPr>
          <w:p w:rsidR="006F7457" w:rsidRDefault="00332DB8">
            <w:r>
              <w:t>1798.</w:t>
            </w:r>
          </w:p>
        </w:tc>
        <w:tc>
          <w:tcPr>
            <w:tcW w:w="2880" w:type="dxa"/>
          </w:tcPr>
          <w:p w:rsidR="006F7457" w:rsidRPr="00332DB8" w:rsidRDefault="00332DB8">
            <w:pPr>
              <w:rPr>
                <w:lang w:val="ru-RU"/>
              </w:rPr>
            </w:pPr>
            <w:r w:rsidRPr="00332DB8">
              <w:rPr>
                <w:lang w:val="ru-RU"/>
              </w:rPr>
              <w:t xml:space="preserve">Видеоматериал, размещенный пользователем «Артём Зобнин»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2880" w:type="dxa"/>
          </w:tcPr>
          <w:p w:rsidR="006F7457" w:rsidRPr="00332DB8" w:rsidRDefault="006F7457">
            <w:pPr>
              <w:rPr>
                <w:lang w:val="ru-RU"/>
              </w:rPr>
            </w:pPr>
          </w:p>
        </w:tc>
      </w:tr>
      <w:tr w:rsidR="006F7457" w:rsidRPr="00DD284B">
        <w:tc>
          <w:tcPr>
            <w:tcW w:w="2880" w:type="dxa"/>
          </w:tcPr>
          <w:p w:rsidR="006F7457" w:rsidRDefault="00332DB8">
            <w:r>
              <w:t>1799.</w:t>
            </w:r>
          </w:p>
        </w:tc>
        <w:tc>
          <w:tcPr>
            <w:tcW w:w="2880" w:type="dxa"/>
          </w:tcPr>
          <w:p w:rsidR="006F7457" w:rsidRPr="00332DB8" w:rsidRDefault="00332DB8">
            <w:pPr>
              <w:rPr>
                <w:lang w:val="ru-RU"/>
              </w:rPr>
            </w:pPr>
            <w:r w:rsidRPr="00332DB8">
              <w:rPr>
                <w:lang w:val="ru-RU"/>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2880" w:type="dxa"/>
          </w:tcPr>
          <w:p w:rsidR="006F7457" w:rsidRPr="00332DB8" w:rsidRDefault="006F7457">
            <w:pPr>
              <w:rPr>
                <w:lang w:val="ru-RU"/>
              </w:rPr>
            </w:pPr>
          </w:p>
        </w:tc>
      </w:tr>
      <w:tr w:rsidR="006F7457" w:rsidRPr="00DD284B">
        <w:tc>
          <w:tcPr>
            <w:tcW w:w="2880" w:type="dxa"/>
          </w:tcPr>
          <w:p w:rsidR="006F7457" w:rsidRDefault="00332DB8">
            <w:r>
              <w:t>1800.</w:t>
            </w:r>
          </w:p>
        </w:tc>
        <w:tc>
          <w:tcPr>
            <w:tcW w:w="2880" w:type="dxa"/>
          </w:tcPr>
          <w:p w:rsidR="006F7457" w:rsidRPr="00332DB8" w:rsidRDefault="00332DB8">
            <w:pPr>
              <w:rPr>
                <w:lang w:val="ru-RU"/>
              </w:rPr>
            </w:pPr>
            <w:r w:rsidRPr="00332DB8">
              <w:rPr>
                <w:lang w:val="ru-RU"/>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2880" w:type="dxa"/>
          </w:tcPr>
          <w:p w:rsidR="006F7457" w:rsidRPr="00332DB8" w:rsidRDefault="006F7457">
            <w:pPr>
              <w:rPr>
                <w:lang w:val="ru-RU"/>
              </w:rPr>
            </w:pPr>
          </w:p>
        </w:tc>
      </w:tr>
      <w:tr w:rsidR="006F7457" w:rsidRPr="00DD284B">
        <w:tc>
          <w:tcPr>
            <w:tcW w:w="2880" w:type="dxa"/>
          </w:tcPr>
          <w:p w:rsidR="006F7457" w:rsidRDefault="00332DB8">
            <w:r>
              <w:t>180</w:t>
            </w:r>
            <w:r>
              <w:lastRenderedPageBreak/>
              <w:t>1.</w:t>
            </w:r>
          </w:p>
        </w:tc>
        <w:tc>
          <w:tcPr>
            <w:tcW w:w="2880" w:type="dxa"/>
          </w:tcPr>
          <w:p w:rsidR="006F7457" w:rsidRPr="00332DB8" w:rsidRDefault="00332DB8">
            <w:pPr>
              <w:rPr>
                <w:lang w:val="ru-RU"/>
              </w:rPr>
            </w:pPr>
            <w:r w:rsidRPr="00332DB8">
              <w:rPr>
                <w:lang w:val="ru-RU"/>
              </w:rPr>
              <w:lastRenderedPageBreak/>
              <w:t xml:space="preserve">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w:t>
            </w:r>
            <w:r w:rsidRPr="00332DB8">
              <w:rPr>
                <w:lang w:val="ru-RU"/>
              </w:rPr>
              <w:lastRenderedPageBreak/>
              <w:t>печатного текста на русском языке (решение Арсеньевского городского суда Приморского края от 24.12.2012);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1802.</w:t>
            </w:r>
          </w:p>
        </w:tc>
        <w:tc>
          <w:tcPr>
            <w:tcW w:w="2880" w:type="dxa"/>
          </w:tcPr>
          <w:p w:rsidR="006F7457" w:rsidRPr="00332DB8" w:rsidRDefault="00332DB8">
            <w:pPr>
              <w:rPr>
                <w:lang w:val="ru-RU"/>
              </w:rPr>
            </w:pPr>
            <w:r w:rsidRPr="00332DB8">
              <w:rPr>
                <w:lang w:val="ru-RU"/>
              </w:rPr>
              <w:t xml:space="preserve">Материалы, размещенные по электронному адресу </w:t>
            </w:r>
            <w:r>
              <w:t>http</w:t>
            </w:r>
            <w:r w:rsidRPr="00332DB8">
              <w:rPr>
                <w:lang w:val="ru-RU"/>
              </w:rPr>
              <w:t>://</w:t>
            </w:r>
            <w:r>
              <w:t>vkontakte</w:t>
            </w:r>
            <w:r w:rsidRPr="00332DB8">
              <w:rPr>
                <w:lang w:val="ru-RU"/>
              </w:rPr>
              <w:t>.</w:t>
            </w:r>
            <w:r>
              <w:t>ru</w:t>
            </w:r>
            <w:r w:rsidRPr="00332DB8">
              <w:rPr>
                <w:lang w:val="ru-RU"/>
              </w:rPr>
              <w:t>/</w:t>
            </w:r>
            <w:r>
              <w:t>club</w:t>
            </w:r>
            <w:r w:rsidRPr="00332DB8">
              <w:rPr>
                <w:lang w:val="ru-RU"/>
              </w:rPr>
              <w:t>11550749 в группе «</w:t>
            </w:r>
            <w:r>
              <w:t>Kampfmacht</w:t>
            </w:r>
            <w:r w:rsidRPr="00332DB8">
              <w:rPr>
                <w:lang w:val="ru-RU"/>
              </w:rPr>
              <w:t xml:space="preserve"> </w:t>
            </w:r>
            <w:r>
              <w:t>National</w:t>
            </w:r>
            <w:r w:rsidRPr="00332DB8">
              <w:rPr>
                <w:lang w:val="ru-RU"/>
              </w:rPr>
              <w:t xml:space="preserve"> – </w:t>
            </w:r>
            <w:r>
              <w:t>Sozialismus</w:t>
            </w:r>
            <w:r w:rsidRPr="00332DB8">
              <w:rPr>
                <w:lang w:val="ru-RU"/>
              </w:rPr>
              <w:t xml:space="preserve">», в разделе «Свежие новости»: «Программные установки режима №30.09.2009» Новая политически – социальная платформа </w:t>
            </w:r>
            <w:r>
              <w:t>nacizma</w:t>
            </w:r>
            <w:r w:rsidRPr="00332DB8">
              <w:rPr>
                <w:lang w:val="ru-RU"/>
              </w:rPr>
              <w:t>. Идеология и политика нацистского режима «</w:t>
            </w:r>
            <w:r>
              <w:t>K</w:t>
            </w:r>
            <w:r w:rsidRPr="00332DB8">
              <w:rPr>
                <w:lang w:val="ru-RU"/>
              </w:rPr>
              <w:t>.</w:t>
            </w:r>
            <w:r>
              <w:t>N</w:t>
            </w:r>
            <w:r w:rsidRPr="00332DB8">
              <w:rPr>
                <w:lang w:val="ru-RU"/>
              </w:rPr>
              <w:t>.</w:t>
            </w:r>
            <w:r>
              <w:t>S</w:t>
            </w:r>
            <w:r w:rsidRPr="00332DB8">
              <w:rPr>
                <w:lang w:val="ru-RU"/>
              </w:rPr>
              <w:t>»,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2880" w:type="dxa"/>
          </w:tcPr>
          <w:p w:rsidR="006F7457" w:rsidRPr="00332DB8" w:rsidRDefault="006F7457">
            <w:pPr>
              <w:rPr>
                <w:lang w:val="ru-RU"/>
              </w:rPr>
            </w:pPr>
          </w:p>
        </w:tc>
      </w:tr>
      <w:tr w:rsidR="006F7457" w:rsidRPr="00DD284B">
        <w:tc>
          <w:tcPr>
            <w:tcW w:w="2880" w:type="dxa"/>
          </w:tcPr>
          <w:p w:rsidR="006F7457" w:rsidRDefault="00332DB8">
            <w:r>
              <w:t>1803.</w:t>
            </w:r>
          </w:p>
        </w:tc>
        <w:tc>
          <w:tcPr>
            <w:tcW w:w="2880" w:type="dxa"/>
          </w:tcPr>
          <w:p w:rsidR="006F7457" w:rsidRPr="00332DB8" w:rsidRDefault="00332DB8">
            <w:pPr>
              <w:rPr>
                <w:lang w:val="ru-RU"/>
              </w:rPr>
            </w:pPr>
            <w:r w:rsidRPr="00332DB8">
              <w:rPr>
                <w:lang w:val="ru-RU"/>
              </w:rPr>
              <w:t xml:space="preserve">Статья «Кафиры не преуспеют», расположенная по адресу </w:t>
            </w:r>
            <w:r>
              <w:t>http</w:t>
            </w:r>
            <w:r w:rsidRPr="00332DB8">
              <w:rPr>
                <w:lang w:val="ru-RU"/>
              </w:rPr>
              <w:t>://</w:t>
            </w:r>
            <w:r>
              <w:t>guraba</w:t>
            </w:r>
            <w:r w:rsidRPr="00332DB8">
              <w:rPr>
                <w:lang w:val="ru-RU"/>
              </w:rPr>
              <w:t>.</w:t>
            </w:r>
            <w:r>
              <w:t>info</w:t>
            </w:r>
            <w:r w:rsidRPr="00332DB8">
              <w:rPr>
                <w:lang w:val="ru-RU"/>
              </w:rPr>
              <w:t>/2011-02-27-49-46/28-</w:t>
            </w:r>
            <w:r>
              <w:t>facty</w:t>
            </w:r>
            <w:r w:rsidRPr="00332DB8">
              <w:rPr>
                <w:lang w:val="ru-RU"/>
              </w:rPr>
              <w:t>/1354-2012-06-29-06-15-39.</w:t>
            </w:r>
            <w:r>
              <w:t>html</w:t>
            </w:r>
            <w:r w:rsidRPr="00332DB8">
              <w:rPr>
                <w:lang w:val="ru-RU"/>
              </w:rPr>
              <w:t xml:space="preserve">, опубликованная в международной компьютерной сети «Интернет» на информационном сайте </w:t>
            </w:r>
            <w:r>
              <w:t>http</w:t>
            </w:r>
            <w:r w:rsidRPr="00332DB8">
              <w:rPr>
                <w:lang w:val="ru-RU"/>
              </w:rPr>
              <w:t>://</w:t>
            </w:r>
            <w:r>
              <w:t>guraba</w:t>
            </w:r>
            <w:r w:rsidRPr="00332DB8">
              <w:rPr>
                <w:lang w:val="ru-RU"/>
              </w:rPr>
              <w:t>.</w:t>
            </w:r>
            <w:r>
              <w:t>info</w:t>
            </w:r>
            <w:r w:rsidRPr="00332DB8">
              <w:rPr>
                <w:lang w:val="ru-RU"/>
              </w:rPr>
              <w:t xml:space="preserve"> (решение Ленинского районного суда г. Саранска Республики Мордовия от 06.02.2013);</w:t>
            </w:r>
          </w:p>
        </w:tc>
        <w:tc>
          <w:tcPr>
            <w:tcW w:w="2880" w:type="dxa"/>
          </w:tcPr>
          <w:p w:rsidR="006F7457" w:rsidRPr="00332DB8" w:rsidRDefault="006F7457">
            <w:pPr>
              <w:rPr>
                <w:lang w:val="ru-RU"/>
              </w:rPr>
            </w:pPr>
          </w:p>
        </w:tc>
      </w:tr>
      <w:tr w:rsidR="006F7457" w:rsidRPr="00DD284B">
        <w:tc>
          <w:tcPr>
            <w:tcW w:w="2880" w:type="dxa"/>
          </w:tcPr>
          <w:p w:rsidR="006F7457" w:rsidRDefault="00332DB8">
            <w:r>
              <w:t>1804.</w:t>
            </w:r>
          </w:p>
        </w:tc>
        <w:tc>
          <w:tcPr>
            <w:tcW w:w="2880" w:type="dxa"/>
          </w:tcPr>
          <w:p w:rsidR="006F7457" w:rsidRPr="00332DB8" w:rsidRDefault="00332DB8">
            <w:pPr>
              <w:rPr>
                <w:lang w:val="ru-RU"/>
              </w:rPr>
            </w:pPr>
            <w:r>
              <w:t>C</w:t>
            </w:r>
            <w:r w:rsidRPr="00332DB8">
              <w:rPr>
                <w:lang w:val="ru-RU"/>
              </w:rPr>
              <w:t xml:space="preserve">татья «На вопросы мусульман отвечает Кадий ВД - Амир Горного Сектора ВД Мухаммад Абу Усман», расположенная по адресу </w:t>
            </w:r>
            <w:r>
              <w:t>http</w:t>
            </w:r>
            <w:r w:rsidRPr="00332DB8">
              <w:rPr>
                <w:lang w:val="ru-RU"/>
              </w:rPr>
              <w:t>://</w:t>
            </w:r>
            <w:r>
              <w:t>guraba</w:t>
            </w:r>
            <w:r w:rsidRPr="00332DB8">
              <w:rPr>
                <w:lang w:val="ru-RU"/>
              </w:rPr>
              <w:t>.</w:t>
            </w:r>
            <w:r>
              <w:t>info</w:t>
            </w:r>
            <w:r w:rsidRPr="00332DB8">
              <w:rPr>
                <w:lang w:val="ru-RU"/>
              </w:rPr>
              <w:t>/2011-02-27-17-51-38/7-</w:t>
            </w:r>
            <w:r>
              <w:t>otveti</w:t>
            </w:r>
            <w:r w:rsidRPr="00332DB8">
              <w:rPr>
                <w:lang w:val="ru-RU"/>
              </w:rPr>
              <w:t>/1225-2011-12-31-23-13-59.</w:t>
            </w:r>
            <w:r>
              <w:t>html</w:t>
            </w:r>
            <w:r w:rsidRPr="00332DB8">
              <w:rPr>
                <w:lang w:val="ru-RU"/>
              </w:rPr>
              <w:t xml:space="preserve">, опубликованная в международной компьютерной сети «Интернет» на информационном сайте </w:t>
            </w:r>
            <w:r>
              <w:t>http</w:t>
            </w:r>
            <w:r w:rsidRPr="00332DB8">
              <w:rPr>
                <w:lang w:val="ru-RU"/>
              </w:rPr>
              <w:t>://</w:t>
            </w:r>
            <w:r>
              <w:t>guraba</w:t>
            </w:r>
            <w:r w:rsidRPr="00332DB8">
              <w:rPr>
                <w:lang w:val="ru-RU"/>
              </w:rPr>
              <w:t>.</w:t>
            </w:r>
            <w:r>
              <w:t>info</w:t>
            </w:r>
            <w:r w:rsidRPr="00332DB8">
              <w:rPr>
                <w:lang w:val="ru-RU"/>
              </w:rPr>
              <w:t xml:space="preserve"> (решение Ленинского районного суда г. Саранска Республики Мордовия от 06.02.2013);</w:t>
            </w:r>
          </w:p>
        </w:tc>
        <w:tc>
          <w:tcPr>
            <w:tcW w:w="2880" w:type="dxa"/>
          </w:tcPr>
          <w:p w:rsidR="006F7457" w:rsidRPr="00332DB8" w:rsidRDefault="006F7457">
            <w:pPr>
              <w:rPr>
                <w:lang w:val="ru-RU"/>
              </w:rPr>
            </w:pPr>
          </w:p>
        </w:tc>
      </w:tr>
      <w:tr w:rsidR="006F7457" w:rsidRPr="00DD284B">
        <w:tc>
          <w:tcPr>
            <w:tcW w:w="2880" w:type="dxa"/>
          </w:tcPr>
          <w:p w:rsidR="006F7457" w:rsidRDefault="00332DB8">
            <w:r>
              <w:t>1805.</w:t>
            </w:r>
          </w:p>
        </w:tc>
        <w:tc>
          <w:tcPr>
            <w:tcW w:w="2880" w:type="dxa"/>
          </w:tcPr>
          <w:p w:rsidR="006F7457" w:rsidRPr="00332DB8" w:rsidRDefault="00332DB8">
            <w:pPr>
              <w:rPr>
                <w:lang w:val="ru-RU"/>
              </w:rPr>
            </w:pPr>
            <w:r>
              <w:t>C</w:t>
            </w:r>
            <w:r w:rsidRPr="00332DB8">
              <w:rPr>
                <w:lang w:val="ru-RU"/>
              </w:rPr>
              <w:t xml:space="preserve">татья «На вопросы мусульман отвечает Кадий ВД - Амир Горного Сектора ВД Мухаммад Абу Усман. Часть-2», расположенная по адресу </w:t>
            </w:r>
            <w:r>
              <w:t>http</w:t>
            </w:r>
            <w:r w:rsidRPr="00332DB8">
              <w:rPr>
                <w:lang w:val="ru-RU"/>
              </w:rPr>
              <w:t>://</w:t>
            </w:r>
            <w:r>
              <w:t>guraba</w:t>
            </w:r>
            <w:r w:rsidRPr="00332DB8">
              <w:rPr>
                <w:lang w:val="ru-RU"/>
              </w:rPr>
              <w:t>.</w:t>
            </w:r>
            <w:r>
              <w:t>info</w:t>
            </w:r>
            <w:r w:rsidRPr="00332DB8">
              <w:rPr>
                <w:lang w:val="ru-RU"/>
              </w:rPr>
              <w:t>/2011-02-27-17-51-38/7-</w:t>
            </w:r>
            <w:r>
              <w:t>otveti</w:t>
            </w:r>
            <w:r w:rsidRPr="00332DB8">
              <w:rPr>
                <w:lang w:val="ru-RU"/>
              </w:rPr>
              <w:t>/1234-2.</w:t>
            </w:r>
            <w:r>
              <w:t>html</w:t>
            </w:r>
            <w:r w:rsidRPr="00332DB8">
              <w:rPr>
                <w:lang w:val="ru-RU"/>
              </w:rPr>
              <w:t xml:space="preserve">, опубликованная в международной компьютерной сети «Интернет» на информационном сайте </w:t>
            </w:r>
            <w:r>
              <w:t>http</w:t>
            </w:r>
            <w:r w:rsidRPr="00332DB8">
              <w:rPr>
                <w:lang w:val="ru-RU"/>
              </w:rPr>
              <w:t>://</w:t>
            </w:r>
            <w:r>
              <w:t>guraba</w:t>
            </w:r>
            <w:r w:rsidRPr="00332DB8">
              <w:rPr>
                <w:lang w:val="ru-RU"/>
              </w:rPr>
              <w:t>.</w:t>
            </w:r>
            <w:r>
              <w:t>info</w:t>
            </w:r>
            <w:r w:rsidRPr="00332DB8">
              <w:rPr>
                <w:lang w:val="ru-RU"/>
              </w:rPr>
              <w:t xml:space="preserve"> (решение Ленинского районного суда г. Саранска Республики Мордовия от 06.02.2013);</w:t>
            </w:r>
          </w:p>
        </w:tc>
        <w:tc>
          <w:tcPr>
            <w:tcW w:w="2880" w:type="dxa"/>
          </w:tcPr>
          <w:p w:rsidR="006F7457" w:rsidRPr="00332DB8" w:rsidRDefault="006F7457">
            <w:pPr>
              <w:rPr>
                <w:lang w:val="ru-RU"/>
              </w:rPr>
            </w:pPr>
          </w:p>
        </w:tc>
      </w:tr>
      <w:tr w:rsidR="006F7457" w:rsidRPr="00DD284B">
        <w:tc>
          <w:tcPr>
            <w:tcW w:w="2880" w:type="dxa"/>
          </w:tcPr>
          <w:p w:rsidR="006F7457" w:rsidRDefault="00332DB8">
            <w:r>
              <w:t>1806.</w:t>
            </w:r>
          </w:p>
        </w:tc>
        <w:tc>
          <w:tcPr>
            <w:tcW w:w="2880" w:type="dxa"/>
          </w:tcPr>
          <w:p w:rsidR="006F7457" w:rsidRPr="00332DB8" w:rsidRDefault="00332DB8">
            <w:pPr>
              <w:rPr>
                <w:lang w:val="ru-RU"/>
              </w:rPr>
            </w:pPr>
            <w:r>
              <w:t>C</w:t>
            </w:r>
            <w:r w:rsidRPr="00332DB8">
              <w:rPr>
                <w:lang w:val="ru-RU"/>
              </w:rPr>
              <w:t xml:space="preserve">татья «На вопросы мусульман отвечает Кадий ВД - Амир Горного Сектора ВД Мухаммад Абу Усман. Часть-3», расположенная по адресу </w:t>
            </w:r>
            <w:r>
              <w:t>http</w:t>
            </w:r>
            <w:r w:rsidRPr="00332DB8">
              <w:rPr>
                <w:lang w:val="ru-RU"/>
              </w:rPr>
              <w:t>://</w:t>
            </w:r>
            <w:r>
              <w:t>guraba</w:t>
            </w:r>
            <w:r w:rsidRPr="00332DB8">
              <w:rPr>
                <w:lang w:val="ru-RU"/>
              </w:rPr>
              <w:t>.</w:t>
            </w:r>
            <w:r>
              <w:t>info</w:t>
            </w:r>
            <w:r w:rsidRPr="00332DB8">
              <w:rPr>
                <w:lang w:val="ru-RU"/>
              </w:rPr>
              <w:t>/2011-02-27-17-51-38/7-</w:t>
            </w:r>
            <w:r>
              <w:t>otveti</w:t>
            </w:r>
            <w:r w:rsidRPr="00332DB8">
              <w:rPr>
                <w:lang w:val="ru-RU"/>
              </w:rPr>
              <w:t>/1271-3</w:t>
            </w:r>
            <w:r>
              <w:t>htmI</w:t>
            </w:r>
            <w:r w:rsidRPr="00332DB8">
              <w:rPr>
                <w:lang w:val="ru-RU"/>
              </w:rPr>
              <w:t xml:space="preserve">, опубликованная в международной компьютерной сети «Интернет» на информационном сайте </w:t>
            </w:r>
            <w:r>
              <w:t>http</w:t>
            </w:r>
            <w:r w:rsidRPr="00332DB8">
              <w:rPr>
                <w:lang w:val="ru-RU"/>
              </w:rPr>
              <w:t>://</w:t>
            </w:r>
            <w:r>
              <w:t>guraba</w:t>
            </w:r>
            <w:r w:rsidRPr="00332DB8">
              <w:rPr>
                <w:lang w:val="ru-RU"/>
              </w:rPr>
              <w:t>.</w:t>
            </w:r>
            <w:r>
              <w:t>info</w:t>
            </w:r>
            <w:r w:rsidRPr="00332DB8">
              <w:rPr>
                <w:lang w:val="ru-RU"/>
              </w:rPr>
              <w:t xml:space="preserve"> (решение Ленинского районного суда г. Саранска Республики Мордовия от 06.02.2013);</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1807.</w:t>
            </w:r>
          </w:p>
        </w:tc>
        <w:tc>
          <w:tcPr>
            <w:tcW w:w="2880" w:type="dxa"/>
          </w:tcPr>
          <w:p w:rsidR="006F7457" w:rsidRPr="00332DB8" w:rsidRDefault="00332DB8">
            <w:pPr>
              <w:rPr>
                <w:lang w:val="ru-RU"/>
              </w:rPr>
            </w:pPr>
            <w:r w:rsidRPr="00332DB8">
              <w:rPr>
                <w:lang w:val="ru-RU"/>
              </w:rPr>
              <w:t xml:space="preserve">Текстовая информация - статус: «Мир содрогнись и на колени встань мусульмани идут на джихад ин ша Аллах!!! Аллаху акбар!!!», на Интернетсайте </w:t>
            </w:r>
            <w:r>
              <w:t>www</w:t>
            </w:r>
            <w:r w:rsidRPr="00332DB8">
              <w:rPr>
                <w:lang w:val="ru-RU"/>
              </w:rPr>
              <w:t>.</w:t>
            </w:r>
            <w:r>
              <w:t>odnoklassniki</w:t>
            </w:r>
            <w:r w:rsidRPr="00332DB8">
              <w:rPr>
                <w:lang w:val="ru-RU"/>
              </w:rPr>
              <w:t>.</w:t>
            </w:r>
            <w:r>
              <w:t>ru</w:t>
            </w:r>
            <w:r w:rsidRPr="00332DB8">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6F7457" w:rsidRPr="00332DB8" w:rsidRDefault="006F7457">
            <w:pPr>
              <w:rPr>
                <w:lang w:val="ru-RU"/>
              </w:rPr>
            </w:pPr>
          </w:p>
        </w:tc>
      </w:tr>
      <w:tr w:rsidR="006F7457" w:rsidRPr="00DD284B">
        <w:tc>
          <w:tcPr>
            <w:tcW w:w="2880" w:type="dxa"/>
          </w:tcPr>
          <w:p w:rsidR="006F7457" w:rsidRDefault="00332DB8">
            <w:r>
              <w:t>1808.</w:t>
            </w:r>
          </w:p>
        </w:tc>
        <w:tc>
          <w:tcPr>
            <w:tcW w:w="2880" w:type="dxa"/>
          </w:tcPr>
          <w:p w:rsidR="006F7457" w:rsidRPr="00332DB8" w:rsidRDefault="00332DB8">
            <w:pPr>
              <w:rPr>
                <w:lang w:val="ru-RU"/>
              </w:rPr>
            </w:pPr>
            <w:r w:rsidRPr="00332DB8">
              <w:rPr>
                <w:lang w:val="ru-RU"/>
              </w:rPr>
              <w:t xml:space="preserve">Текстовая информация - статус: «Мир содрогнись и на колени встань мусульмани идут на джихад», на Интернетсайте </w:t>
            </w:r>
            <w:r>
              <w:t>www</w:t>
            </w:r>
            <w:r w:rsidRPr="00332DB8">
              <w:rPr>
                <w:lang w:val="ru-RU"/>
              </w:rPr>
              <w:t>.</w:t>
            </w:r>
            <w:r>
              <w:t>odnoklassniki</w:t>
            </w:r>
            <w:r w:rsidRPr="00332DB8">
              <w:rPr>
                <w:lang w:val="ru-RU"/>
              </w:rPr>
              <w:t>.</w:t>
            </w:r>
            <w:r>
              <w:t>ru</w:t>
            </w:r>
            <w:r w:rsidRPr="00332DB8">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6F7457" w:rsidRPr="00332DB8" w:rsidRDefault="006F7457">
            <w:pPr>
              <w:rPr>
                <w:lang w:val="ru-RU"/>
              </w:rPr>
            </w:pPr>
          </w:p>
        </w:tc>
      </w:tr>
      <w:tr w:rsidR="006F7457" w:rsidRPr="00DD284B">
        <w:tc>
          <w:tcPr>
            <w:tcW w:w="2880" w:type="dxa"/>
          </w:tcPr>
          <w:p w:rsidR="006F7457" w:rsidRDefault="00332DB8">
            <w:r>
              <w:t>1809.</w:t>
            </w:r>
          </w:p>
        </w:tc>
        <w:tc>
          <w:tcPr>
            <w:tcW w:w="2880" w:type="dxa"/>
          </w:tcPr>
          <w:p w:rsidR="006F7457" w:rsidRPr="00332DB8" w:rsidRDefault="00332DB8">
            <w:pPr>
              <w:rPr>
                <w:lang w:val="ru-RU"/>
              </w:rPr>
            </w:pPr>
            <w:r w:rsidRPr="00332DB8">
              <w:rPr>
                <w:lang w:val="ru-RU"/>
              </w:rPr>
              <w:t xml:space="preserve">Текстовая информация - статус: «Если защищать свою религию и свою честь это терроризм...тогда мы террористы!!! Аллаху акбар!!!»,на Интернетсайте </w:t>
            </w:r>
            <w:r>
              <w:t>www</w:t>
            </w:r>
            <w:r w:rsidRPr="00332DB8">
              <w:rPr>
                <w:lang w:val="ru-RU"/>
              </w:rPr>
              <w:t>.</w:t>
            </w:r>
            <w:r>
              <w:t>odnoklassniki</w:t>
            </w:r>
            <w:r w:rsidRPr="00332DB8">
              <w:rPr>
                <w:lang w:val="ru-RU"/>
              </w:rPr>
              <w:t>.</w:t>
            </w:r>
            <w:r>
              <w:t>ru</w:t>
            </w:r>
            <w:r w:rsidRPr="00332DB8">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6F7457" w:rsidRPr="00332DB8" w:rsidRDefault="006F7457">
            <w:pPr>
              <w:rPr>
                <w:lang w:val="ru-RU"/>
              </w:rPr>
            </w:pPr>
          </w:p>
        </w:tc>
      </w:tr>
      <w:tr w:rsidR="006F7457" w:rsidRPr="00DD284B">
        <w:tc>
          <w:tcPr>
            <w:tcW w:w="2880" w:type="dxa"/>
          </w:tcPr>
          <w:p w:rsidR="006F7457" w:rsidRDefault="00332DB8">
            <w:r>
              <w:t>1810.</w:t>
            </w:r>
          </w:p>
        </w:tc>
        <w:tc>
          <w:tcPr>
            <w:tcW w:w="2880" w:type="dxa"/>
          </w:tcPr>
          <w:p w:rsidR="006F7457" w:rsidRPr="00332DB8" w:rsidRDefault="00332DB8">
            <w:pPr>
              <w:rPr>
                <w:lang w:val="ru-RU"/>
              </w:rPr>
            </w:pPr>
            <w:r w:rsidRPr="00332DB8">
              <w:rPr>
                <w:lang w:val="ru-RU"/>
              </w:rPr>
              <w:t xml:space="preserve">Текстовая информация - статус: «Шахидам рай не верным пламя ада! Аллаху акбар!!!», на Интернетсайте </w:t>
            </w:r>
            <w:r>
              <w:t>www</w:t>
            </w:r>
            <w:r w:rsidRPr="00332DB8">
              <w:rPr>
                <w:lang w:val="ru-RU"/>
              </w:rPr>
              <w:t>.</w:t>
            </w:r>
            <w:r>
              <w:t>odnoklassniki</w:t>
            </w:r>
            <w:r w:rsidRPr="00332DB8">
              <w:rPr>
                <w:lang w:val="ru-RU"/>
              </w:rPr>
              <w:t>.</w:t>
            </w:r>
            <w:r>
              <w:t>ru</w:t>
            </w:r>
            <w:r w:rsidRPr="00332DB8">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6F7457" w:rsidRPr="00332DB8" w:rsidRDefault="006F7457">
            <w:pPr>
              <w:rPr>
                <w:lang w:val="ru-RU"/>
              </w:rPr>
            </w:pPr>
          </w:p>
        </w:tc>
      </w:tr>
      <w:tr w:rsidR="006F7457" w:rsidRPr="00DD284B">
        <w:tc>
          <w:tcPr>
            <w:tcW w:w="2880" w:type="dxa"/>
          </w:tcPr>
          <w:p w:rsidR="006F7457" w:rsidRDefault="00332DB8">
            <w:r>
              <w:t>1811.</w:t>
            </w:r>
          </w:p>
        </w:tc>
        <w:tc>
          <w:tcPr>
            <w:tcW w:w="2880" w:type="dxa"/>
          </w:tcPr>
          <w:p w:rsidR="006F7457" w:rsidRPr="00332DB8" w:rsidRDefault="00332DB8">
            <w:pPr>
              <w:rPr>
                <w:lang w:val="ru-RU"/>
              </w:rPr>
            </w:pPr>
            <w:r w:rsidRPr="00332DB8">
              <w:rPr>
                <w:lang w:val="ru-RU"/>
              </w:rPr>
              <w:t xml:space="preserve">Текстовая информация - статус: «Истина брат это вера ислама вечна милость Аллаха мирам! Аллаху акбар!», на Интернетсайте </w:t>
            </w:r>
            <w:r>
              <w:t>www</w:t>
            </w:r>
            <w:r w:rsidRPr="00332DB8">
              <w:rPr>
                <w:lang w:val="ru-RU"/>
              </w:rPr>
              <w:t>.</w:t>
            </w:r>
            <w:r>
              <w:t>odnoklassniki</w:t>
            </w:r>
            <w:r w:rsidRPr="00332DB8">
              <w:rPr>
                <w:lang w:val="ru-RU"/>
              </w:rPr>
              <w:t>.</w:t>
            </w:r>
            <w:r>
              <w:t>ru</w:t>
            </w:r>
            <w:r w:rsidRPr="00332DB8">
              <w:rPr>
                <w:lang w:val="ru-RU"/>
              </w:rPr>
              <w:t>,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6F7457" w:rsidRPr="00332DB8" w:rsidRDefault="006F7457">
            <w:pPr>
              <w:rPr>
                <w:lang w:val="ru-RU"/>
              </w:rPr>
            </w:pPr>
          </w:p>
        </w:tc>
      </w:tr>
      <w:tr w:rsidR="006F7457" w:rsidRPr="00DD284B">
        <w:tc>
          <w:tcPr>
            <w:tcW w:w="2880" w:type="dxa"/>
          </w:tcPr>
          <w:p w:rsidR="006F7457" w:rsidRDefault="00332DB8">
            <w:r>
              <w:t>181</w:t>
            </w:r>
            <w:r>
              <w:lastRenderedPageBreak/>
              <w:t>2.</w:t>
            </w:r>
          </w:p>
        </w:tc>
        <w:tc>
          <w:tcPr>
            <w:tcW w:w="2880" w:type="dxa"/>
          </w:tcPr>
          <w:p w:rsidR="006F7457" w:rsidRPr="00332DB8" w:rsidRDefault="00332DB8">
            <w:pPr>
              <w:rPr>
                <w:lang w:val="ru-RU"/>
              </w:rPr>
            </w:pPr>
            <w:r w:rsidRPr="00332DB8">
              <w:rPr>
                <w:lang w:val="ru-RU"/>
              </w:rPr>
              <w:lastRenderedPageBreak/>
              <w:t xml:space="preserve">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t>
            </w:r>
            <w:r>
              <w:t>www</w:t>
            </w:r>
            <w:r w:rsidRPr="00332DB8">
              <w:rPr>
                <w:lang w:val="ru-RU"/>
              </w:rPr>
              <w:t>.</w:t>
            </w:r>
            <w:r>
              <w:t>odnoklassniki</w:t>
            </w:r>
            <w:r w:rsidRPr="00332DB8">
              <w:rPr>
                <w:lang w:val="ru-RU"/>
              </w:rPr>
              <w:t>.</w:t>
            </w:r>
            <w:r>
              <w:t>ru</w:t>
            </w:r>
            <w:r w:rsidRPr="00332DB8">
              <w:rPr>
                <w:lang w:val="ru-RU"/>
              </w:rPr>
              <w:t xml:space="preserve">, странице «М_У_Д_Ж_А_Х_Е_Д МУРАТ ХУТ - 01» (решение Теучежского </w:t>
            </w:r>
            <w:r w:rsidRPr="00332DB8">
              <w:rPr>
                <w:lang w:val="ru-RU"/>
              </w:rPr>
              <w:lastRenderedPageBreak/>
              <w:t>районного суда Республики Адыгея от 14.11.2012 и определение Теучежского районного суда Республики Адыгея от 27.02.2013);</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1813.</w:t>
            </w:r>
          </w:p>
        </w:tc>
        <w:tc>
          <w:tcPr>
            <w:tcW w:w="2880" w:type="dxa"/>
          </w:tcPr>
          <w:p w:rsidR="006F7457" w:rsidRPr="00332DB8" w:rsidRDefault="00332DB8">
            <w:pPr>
              <w:rPr>
                <w:lang w:val="ru-RU"/>
              </w:rPr>
            </w:pPr>
            <w:r w:rsidRPr="00332DB8">
              <w:rPr>
                <w:lang w:val="ru-RU"/>
              </w:rPr>
              <w:t xml:space="preserve">Видеоматериал, содержащийся в видеофайле: «Амир ИК Доку Абу Усман о назначении Амира Дагестана», размещенный в сети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user</w:t>
            </w:r>
            <w:r w:rsidRPr="00332DB8">
              <w:rPr>
                <w:lang w:val="ru-RU"/>
              </w:rPr>
              <w:t>/</w:t>
            </w:r>
            <w:r>
              <w:t>dkoumr</w:t>
            </w:r>
            <w:r w:rsidRPr="00332DB8">
              <w:rPr>
                <w:lang w:val="ru-RU"/>
              </w:rPr>
              <w:t>?</w:t>
            </w:r>
            <w:r>
              <w:t>feature</w:t>
            </w:r>
            <w:r w:rsidRPr="00332DB8">
              <w:rPr>
                <w:lang w:val="ru-RU"/>
              </w:rPr>
              <w:t>=</w:t>
            </w:r>
            <w:r>
              <w:t>watch</w:t>
            </w:r>
            <w:r w:rsidRPr="00332DB8">
              <w:rPr>
                <w:lang w:val="ru-RU"/>
              </w:rPr>
              <w:t xml:space="preserve"> (решение Ленинского районного суда г. Воронежа от 16.01.2013);</w:t>
            </w:r>
          </w:p>
        </w:tc>
        <w:tc>
          <w:tcPr>
            <w:tcW w:w="2880" w:type="dxa"/>
          </w:tcPr>
          <w:p w:rsidR="006F7457" w:rsidRPr="00332DB8" w:rsidRDefault="006F7457">
            <w:pPr>
              <w:rPr>
                <w:lang w:val="ru-RU"/>
              </w:rPr>
            </w:pPr>
          </w:p>
        </w:tc>
      </w:tr>
      <w:tr w:rsidR="006F7457" w:rsidRPr="00DD284B">
        <w:tc>
          <w:tcPr>
            <w:tcW w:w="2880" w:type="dxa"/>
          </w:tcPr>
          <w:p w:rsidR="006F7457" w:rsidRDefault="00332DB8">
            <w:r>
              <w:t>1814.</w:t>
            </w:r>
          </w:p>
        </w:tc>
        <w:tc>
          <w:tcPr>
            <w:tcW w:w="2880" w:type="dxa"/>
          </w:tcPr>
          <w:p w:rsidR="006F7457" w:rsidRPr="00332DB8" w:rsidRDefault="00332DB8">
            <w:pPr>
              <w:rPr>
                <w:lang w:val="ru-RU"/>
              </w:rPr>
            </w:pPr>
            <w:r w:rsidRPr="00332DB8">
              <w:rPr>
                <w:lang w:val="ru-RU"/>
              </w:rPr>
              <w:t xml:space="preserve">Видеоматериал, содержащийся в видеофайле: «Амир ИК: Вспоминайте нас в ваших молитвах!», размещенный в сети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user</w:t>
            </w:r>
            <w:r w:rsidRPr="00332DB8">
              <w:rPr>
                <w:lang w:val="ru-RU"/>
              </w:rPr>
              <w:t>/</w:t>
            </w:r>
            <w:r>
              <w:t>dkoumr</w:t>
            </w:r>
            <w:r w:rsidRPr="00332DB8">
              <w:rPr>
                <w:lang w:val="ru-RU"/>
              </w:rPr>
              <w:t>?</w:t>
            </w:r>
            <w:r>
              <w:t>feature</w:t>
            </w:r>
            <w:r w:rsidRPr="00332DB8">
              <w:rPr>
                <w:lang w:val="ru-RU"/>
              </w:rPr>
              <w:t>=</w:t>
            </w:r>
            <w:r>
              <w:t>watch</w:t>
            </w:r>
            <w:r w:rsidRPr="00332DB8">
              <w:rPr>
                <w:lang w:val="ru-RU"/>
              </w:rPr>
              <w:t xml:space="preserve"> (решение Ленинского районного суда г. Воронежа от 16.01.2013);</w:t>
            </w:r>
          </w:p>
        </w:tc>
        <w:tc>
          <w:tcPr>
            <w:tcW w:w="2880" w:type="dxa"/>
          </w:tcPr>
          <w:p w:rsidR="006F7457" w:rsidRPr="00332DB8" w:rsidRDefault="006F7457">
            <w:pPr>
              <w:rPr>
                <w:lang w:val="ru-RU"/>
              </w:rPr>
            </w:pPr>
          </w:p>
        </w:tc>
      </w:tr>
      <w:tr w:rsidR="006F7457" w:rsidRPr="00DD284B">
        <w:tc>
          <w:tcPr>
            <w:tcW w:w="2880" w:type="dxa"/>
          </w:tcPr>
          <w:p w:rsidR="006F7457" w:rsidRDefault="00332DB8">
            <w:r>
              <w:t>1815.</w:t>
            </w:r>
          </w:p>
        </w:tc>
        <w:tc>
          <w:tcPr>
            <w:tcW w:w="2880" w:type="dxa"/>
          </w:tcPr>
          <w:p w:rsidR="006F7457" w:rsidRPr="00332DB8" w:rsidRDefault="00332DB8">
            <w:pPr>
              <w:rPr>
                <w:lang w:val="ru-RU"/>
              </w:rPr>
            </w:pPr>
            <w:r w:rsidRPr="00332DB8">
              <w:rPr>
                <w:lang w:val="ru-RU"/>
              </w:rPr>
              <w:t xml:space="preserve">Видеоматериал, содержащийся в видеофайле: «Обращение Амира ИК к мусульманам и к моджахедам», размещенный в сети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user</w:t>
            </w:r>
            <w:r w:rsidRPr="00332DB8">
              <w:rPr>
                <w:lang w:val="ru-RU"/>
              </w:rPr>
              <w:t>/</w:t>
            </w:r>
            <w:r>
              <w:t>dkoumr</w:t>
            </w:r>
            <w:r w:rsidRPr="00332DB8">
              <w:rPr>
                <w:lang w:val="ru-RU"/>
              </w:rPr>
              <w:t>?</w:t>
            </w:r>
            <w:r>
              <w:t>feature</w:t>
            </w:r>
            <w:r w:rsidRPr="00332DB8">
              <w:rPr>
                <w:lang w:val="ru-RU"/>
              </w:rPr>
              <w:t>=</w:t>
            </w:r>
            <w:r>
              <w:t>watch</w:t>
            </w:r>
            <w:r w:rsidRPr="00332DB8">
              <w:rPr>
                <w:lang w:val="ru-RU"/>
              </w:rPr>
              <w:t xml:space="preserve"> (решение Ленинского районного суда г. Воронежа от 16.01.2013);</w:t>
            </w:r>
          </w:p>
        </w:tc>
        <w:tc>
          <w:tcPr>
            <w:tcW w:w="2880" w:type="dxa"/>
          </w:tcPr>
          <w:p w:rsidR="006F7457" w:rsidRPr="00332DB8" w:rsidRDefault="006F7457">
            <w:pPr>
              <w:rPr>
                <w:lang w:val="ru-RU"/>
              </w:rPr>
            </w:pPr>
          </w:p>
        </w:tc>
      </w:tr>
      <w:tr w:rsidR="006F7457" w:rsidRPr="00DD284B">
        <w:tc>
          <w:tcPr>
            <w:tcW w:w="2880" w:type="dxa"/>
          </w:tcPr>
          <w:p w:rsidR="006F7457" w:rsidRDefault="00332DB8">
            <w:r>
              <w:t>1816.</w:t>
            </w:r>
          </w:p>
        </w:tc>
        <w:tc>
          <w:tcPr>
            <w:tcW w:w="2880" w:type="dxa"/>
          </w:tcPr>
          <w:p w:rsidR="006F7457" w:rsidRPr="00332DB8" w:rsidRDefault="00332DB8">
            <w:pPr>
              <w:rPr>
                <w:lang w:val="ru-RU"/>
              </w:rPr>
            </w:pPr>
            <w:r w:rsidRPr="00332DB8">
              <w:rPr>
                <w:lang w:val="ru-RU"/>
              </w:rPr>
              <w:t xml:space="preserve">Видеоматериал, содержащийся в видеофайле: «Призыв Амира ИК мусульманам России выходить на Джихад», размещенный в сети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user</w:t>
            </w:r>
            <w:r w:rsidRPr="00332DB8">
              <w:rPr>
                <w:lang w:val="ru-RU"/>
              </w:rPr>
              <w:t>/</w:t>
            </w:r>
            <w:r>
              <w:t>dkoumr</w:t>
            </w:r>
            <w:r w:rsidRPr="00332DB8">
              <w:rPr>
                <w:lang w:val="ru-RU"/>
              </w:rPr>
              <w:t>?</w:t>
            </w:r>
            <w:r>
              <w:t>feature</w:t>
            </w:r>
            <w:r w:rsidRPr="00332DB8">
              <w:rPr>
                <w:lang w:val="ru-RU"/>
              </w:rPr>
              <w:t>=</w:t>
            </w:r>
            <w:r>
              <w:t>watch</w:t>
            </w:r>
            <w:r w:rsidRPr="00332DB8">
              <w:rPr>
                <w:lang w:val="ru-RU"/>
              </w:rPr>
              <w:t xml:space="preserve"> (решение Ленинского районного суда г. Воронежа от 16.01.2013);</w:t>
            </w:r>
          </w:p>
        </w:tc>
        <w:tc>
          <w:tcPr>
            <w:tcW w:w="2880" w:type="dxa"/>
          </w:tcPr>
          <w:p w:rsidR="006F7457" w:rsidRPr="00332DB8" w:rsidRDefault="006F7457">
            <w:pPr>
              <w:rPr>
                <w:lang w:val="ru-RU"/>
              </w:rPr>
            </w:pPr>
          </w:p>
        </w:tc>
      </w:tr>
      <w:tr w:rsidR="006F7457" w:rsidRPr="00DD284B">
        <w:tc>
          <w:tcPr>
            <w:tcW w:w="2880" w:type="dxa"/>
          </w:tcPr>
          <w:p w:rsidR="006F7457" w:rsidRDefault="00332DB8">
            <w:r>
              <w:t>1817.</w:t>
            </w:r>
          </w:p>
        </w:tc>
        <w:tc>
          <w:tcPr>
            <w:tcW w:w="2880" w:type="dxa"/>
          </w:tcPr>
          <w:p w:rsidR="006F7457" w:rsidRPr="00332DB8" w:rsidRDefault="00332DB8">
            <w:pPr>
              <w:rPr>
                <w:lang w:val="ru-RU"/>
              </w:rPr>
            </w:pPr>
            <w:r w:rsidRPr="00332DB8">
              <w:rPr>
                <w:lang w:val="ru-RU"/>
              </w:rPr>
              <w:t xml:space="preserve">Видеоматериал, содержащийся в видеофайле: «Амир ИК: "Судьба Буданова ждет и других преступников!"», размещенный в сети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user</w:t>
            </w:r>
            <w:r w:rsidRPr="00332DB8">
              <w:rPr>
                <w:lang w:val="ru-RU"/>
              </w:rPr>
              <w:t>/</w:t>
            </w:r>
            <w:r>
              <w:t>dkoumr</w:t>
            </w:r>
            <w:r w:rsidRPr="00332DB8">
              <w:rPr>
                <w:lang w:val="ru-RU"/>
              </w:rPr>
              <w:t>?</w:t>
            </w:r>
            <w:r>
              <w:t>feature</w:t>
            </w:r>
            <w:r w:rsidRPr="00332DB8">
              <w:rPr>
                <w:lang w:val="ru-RU"/>
              </w:rPr>
              <w:t>=</w:t>
            </w:r>
            <w:r>
              <w:t>watch</w:t>
            </w:r>
            <w:r w:rsidRPr="00332DB8">
              <w:rPr>
                <w:lang w:val="ru-RU"/>
              </w:rPr>
              <w:t xml:space="preserve"> (решение Ленинского районного суда г. Воронежа от 16.01.2013);</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1818.</w:t>
            </w:r>
          </w:p>
        </w:tc>
        <w:tc>
          <w:tcPr>
            <w:tcW w:w="2880" w:type="dxa"/>
          </w:tcPr>
          <w:p w:rsidR="006F7457" w:rsidRPr="00332DB8" w:rsidRDefault="00332DB8">
            <w:pPr>
              <w:rPr>
                <w:lang w:val="ru-RU"/>
              </w:rPr>
            </w:pPr>
            <w:r w:rsidRPr="00332DB8">
              <w:rPr>
                <w:lang w:val="ru-RU"/>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2880" w:type="dxa"/>
          </w:tcPr>
          <w:p w:rsidR="006F7457" w:rsidRPr="00332DB8" w:rsidRDefault="006F7457">
            <w:pPr>
              <w:rPr>
                <w:lang w:val="ru-RU"/>
              </w:rPr>
            </w:pPr>
          </w:p>
        </w:tc>
      </w:tr>
      <w:tr w:rsidR="006F7457" w:rsidRPr="00DD284B">
        <w:tc>
          <w:tcPr>
            <w:tcW w:w="2880" w:type="dxa"/>
          </w:tcPr>
          <w:p w:rsidR="006F7457" w:rsidRDefault="00332DB8">
            <w:r>
              <w:t>1819.</w:t>
            </w:r>
          </w:p>
        </w:tc>
        <w:tc>
          <w:tcPr>
            <w:tcW w:w="2880" w:type="dxa"/>
          </w:tcPr>
          <w:p w:rsidR="006F7457" w:rsidRPr="00332DB8" w:rsidRDefault="00332DB8">
            <w:pPr>
              <w:rPr>
                <w:lang w:val="ru-RU"/>
              </w:rPr>
            </w:pPr>
            <w:r w:rsidRPr="00332DB8">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145734074, имеющий название: «Железный порядок» (решение Искитимского районного суда Новосибирской области от 23.01.2013);</w:t>
            </w:r>
          </w:p>
        </w:tc>
        <w:tc>
          <w:tcPr>
            <w:tcW w:w="2880" w:type="dxa"/>
          </w:tcPr>
          <w:p w:rsidR="006F7457" w:rsidRPr="00332DB8" w:rsidRDefault="006F7457">
            <w:pPr>
              <w:rPr>
                <w:lang w:val="ru-RU"/>
              </w:rPr>
            </w:pPr>
          </w:p>
        </w:tc>
      </w:tr>
      <w:tr w:rsidR="006F7457" w:rsidRPr="00DD284B">
        <w:tc>
          <w:tcPr>
            <w:tcW w:w="2880" w:type="dxa"/>
          </w:tcPr>
          <w:p w:rsidR="006F7457" w:rsidRDefault="00332DB8">
            <w:r>
              <w:t>1820.</w:t>
            </w:r>
          </w:p>
        </w:tc>
        <w:tc>
          <w:tcPr>
            <w:tcW w:w="2880" w:type="dxa"/>
          </w:tcPr>
          <w:p w:rsidR="006F7457" w:rsidRPr="00332DB8" w:rsidRDefault="00332DB8">
            <w:pPr>
              <w:rPr>
                <w:lang w:val="ru-RU"/>
              </w:rPr>
            </w:pPr>
            <w:r w:rsidRPr="00332DB8">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145734074, имеющий название: «Казни хачей» (решение Искитимского районного суда Новосибирской области от 23.01.2013);</w:t>
            </w:r>
          </w:p>
        </w:tc>
        <w:tc>
          <w:tcPr>
            <w:tcW w:w="2880" w:type="dxa"/>
          </w:tcPr>
          <w:p w:rsidR="006F7457" w:rsidRPr="00332DB8" w:rsidRDefault="006F7457">
            <w:pPr>
              <w:rPr>
                <w:lang w:val="ru-RU"/>
              </w:rPr>
            </w:pPr>
          </w:p>
        </w:tc>
      </w:tr>
      <w:tr w:rsidR="006F7457">
        <w:tc>
          <w:tcPr>
            <w:tcW w:w="2880" w:type="dxa"/>
          </w:tcPr>
          <w:p w:rsidR="006F7457" w:rsidRDefault="00332DB8">
            <w:r>
              <w:t>1821.</w:t>
            </w:r>
          </w:p>
        </w:tc>
        <w:tc>
          <w:tcPr>
            <w:tcW w:w="2880" w:type="dxa"/>
          </w:tcPr>
          <w:p w:rsidR="006F7457" w:rsidRDefault="00332DB8">
            <w:r w:rsidRPr="00332DB8">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145734074, имеющий название: «Пи..да хачам! </w:t>
            </w:r>
            <w:r>
              <w:t>Так их!!!» (решение Искитимского районного суда Новосибирской области от 23.01.2013);</w:t>
            </w:r>
          </w:p>
        </w:tc>
        <w:tc>
          <w:tcPr>
            <w:tcW w:w="2880" w:type="dxa"/>
          </w:tcPr>
          <w:p w:rsidR="006F7457" w:rsidRDefault="006F7457"/>
        </w:tc>
      </w:tr>
      <w:tr w:rsidR="006F7457" w:rsidRPr="00DD284B">
        <w:tc>
          <w:tcPr>
            <w:tcW w:w="2880" w:type="dxa"/>
          </w:tcPr>
          <w:p w:rsidR="006F7457" w:rsidRDefault="00332DB8">
            <w:r>
              <w:t>1822.</w:t>
            </w:r>
          </w:p>
        </w:tc>
        <w:tc>
          <w:tcPr>
            <w:tcW w:w="2880" w:type="dxa"/>
          </w:tcPr>
          <w:p w:rsidR="006F7457" w:rsidRPr="00332DB8" w:rsidRDefault="00332DB8">
            <w:pPr>
              <w:rPr>
                <w:lang w:val="ru-RU"/>
              </w:rPr>
            </w:pPr>
            <w:r w:rsidRPr="00332DB8">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145734074, имеющий название: «Смерть Хачам» (решение Искитимского районного суда Новосибирской области от 23.01.2013);</w:t>
            </w:r>
          </w:p>
        </w:tc>
        <w:tc>
          <w:tcPr>
            <w:tcW w:w="2880" w:type="dxa"/>
          </w:tcPr>
          <w:p w:rsidR="006F7457" w:rsidRPr="00332DB8" w:rsidRDefault="006F7457">
            <w:pPr>
              <w:rPr>
                <w:lang w:val="ru-RU"/>
              </w:rPr>
            </w:pPr>
          </w:p>
        </w:tc>
      </w:tr>
      <w:tr w:rsidR="006F7457" w:rsidRPr="00DD284B">
        <w:tc>
          <w:tcPr>
            <w:tcW w:w="2880" w:type="dxa"/>
          </w:tcPr>
          <w:p w:rsidR="006F7457" w:rsidRDefault="00332DB8">
            <w:r>
              <w:t>182</w:t>
            </w:r>
            <w:r>
              <w:lastRenderedPageBreak/>
              <w:t>3.</w:t>
            </w:r>
          </w:p>
        </w:tc>
        <w:tc>
          <w:tcPr>
            <w:tcW w:w="2880" w:type="dxa"/>
          </w:tcPr>
          <w:p w:rsidR="006F7457" w:rsidRPr="00332DB8" w:rsidRDefault="00332DB8">
            <w:pPr>
              <w:rPr>
                <w:lang w:val="ru-RU"/>
              </w:rPr>
            </w:pPr>
            <w:r w:rsidRPr="00332DB8">
              <w:rPr>
                <w:lang w:val="ru-RU"/>
              </w:rPr>
              <w:lastRenderedPageBreak/>
              <w:t xml:space="preserve">Видеоролик (видеоматериал), размещенный на личной странице пользователя «Артем Сидоренко» на сайте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145734074, имеющий название: «Формат18-Крылатые качели» </w:t>
            </w:r>
            <w:r w:rsidRPr="00332DB8">
              <w:rPr>
                <w:lang w:val="ru-RU"/>
              </w:rPr>
              <w:lastRenderedPageBreak/>
              <w:t>(решение Искитимского районного суда Новосибирской области от 23.01.2013);</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1824.</w:t>
            </w:r>
          </w:p>
        </w:tc>
        <w:tc>
          <w:tcPr>
            <w:tcW w:w="2880" w:type="dxa"/>
          </w:tcPr>
          <w:p w:rsidR="006F7457" w:rsidRPr="00332DB8" w:rsidRDefault="00332DB8">
            <w:pPr>
              <w:rPr>
                <w:lang w:val="ru-RU"/>
              </w:rPr>
            </w:pPr>
            <w:r w:rsidRPr="00332DB8">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145734074, имеющий название: «Формат 18Тесак-Дачная история </w:t>
            </w:r>
            <w:r>
              <w:t>X</w:t>
            </w:r>
            <w:r w:rsidRPr="00332DB8">
              <w:rPr>
                <w:lang w:val="ru-RU"/>
              </w:rPr>
              <w:t>» (решение Искитимского районного суда Новосибирской области от 23.01.2013);</w:t>
            </w:r>
          </w:p>
        </w:tc>
        <w:tc>
          <w:tcPr>
            <w:tcW w:w="2880" w:type="dxa"/>
          </w:tcPr>
          <w:p w:rsidR="006F7457" w:rsidRPr="00332DB8" w:rsidRDefault="006F7457">
            <w:pPr>
              <w:rPr>
                <w:lang w:val="ru-RU"/>
              </w:rPr>
            </w:pPr>
          </w:p>
        </w:tc>
      </w:tr>
      <w:tr w:rsidR="006F7457" w:rsidRPr="00DD284B">
        <w:tc>
          <w:tcPr>
            <w:tcW w:w="2880" w:type="dxa"/>
          </w:tcPr>
          <w:p w:rsidR="006F7457" w:rsidRDefault="00332DB8">
            <w:r>
              <w:t>1825.</w:t>
            </w:r>
          </w:p>
        </w:tc>
        <w:tc>
          <w:tcPr>
            <w:tcW w:w="2880" w:type="dxa"/>
          </w:tcPr>
          <w:p w:rsidR="006F7457" w:rsidRPr="00332DB8" w:rsidRDefault="00332DB8">
            <w:pPr>
              <w:rPr>
                <w:lang w:val="ru-RU"/>
              </w:rPr>
            </w:pPr>
            <w:r w:rsidRPr="00332DB8">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145734074, имеющий название: «Формат 18» (решение Искитимского районного суда Новосибирской области от 23.01.2013);</w:t>
            </w:r>
          </w:p>
        </w:tc>
        <w:tc>
          <w:tcPr>
            <w:tcW w:w="2880" w:type="dxa"/>
          </w:tcPr>
          <w:p w:rsidR="006F7457" w:rsidRPr="00332DB8" w:rsidRDefault="006F7457">
            <w:pPr>
              <w:rPr>
                <w:lang w:val="ru-RU"/>
              </w:rPr>
            </w:pPr>
          </w:p>
        </w:tc>
      </w:tr>
      <w:tr w:rsidR="006F7457" w:rsidRPr="00DD284B">
        <w:tc>
          <w:tcPr>
            <w:tcW w:w="2880" w:type="dxa"/>
          </w:tcPr>
          <w:p w:rsidR="006F7457" w:rsidRDefault="00332DB8">
            <w:r>
              <w:t>1826.</w:t>
            </w:r>
          </w:p>
        </w:tc>
        <w:tc>
          <w:tcPr>
            <w:tcW w:w="2880" w:type="dxa"/>
          </w:tcPr>
          <w:p w:rsidR="006F7457" w:rsidRPr="00332DB8" w:rsidRDefault="00332DB8">
            <w:pPr>
              <w:rPr>
                <w:lang w:val="ru-RU"/>
              </w:rPr>
            </w:pPr>
            <w:r w:rsidRPr="00332DB8">
              <w:rPr>
                <w:lang w:val="ru-RU"/>
              </w:rPr>
              <w:t xml:space="preserve">Видеоролик (видеоматериал), размещенный на личной странице пользователя «Артем Сидоренко» на сайте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145734074, имеющий название: «Я и мои друзья пи...дим хача» (решение Искитимского районного суда Новосибирской области от 23.01.2013);</w:t>
            </w:r>
          </w:p>
        </w:tc>
        <w:tc>
          <w:tcPr>
            <w:tcW w:w="2880" w:type="dxa"/>
          </w:tcPr>
          <w:p w:rsidR="006F7457" w:rsidRPr="00332DB8" w:rsidRDefault="006F7457">
            <w:pPr>
              <w:rPr>
                <w:lang w:val="ru-RU"/>
              </w:rPr>
            </w:pPr>
          </w:p>
        </w:tc>
      </w:tr>
      <w:tr w:rsidR="006F7457" w:rsidRPr="00DD284B">
        <w:tc>
          <w:tcPr>
            <w:tcW w:w="2880" w:type="dxa"/>
          </w:tcPr>
          <w:p w:rsidR="006F7457" w:rsidRDefault="00332DB8">
            <w:r>
              <w:t>1827.</w:t>
            </w:r>
          </w:p>
        </w:tc>
        <w:tc>
          <w:tcPr>
            <w:tcW w:w="2880" w:type="dxa"/>
          </w:tcPr>
          <w:p w:rsidR="006F7457" w:rsidRPr="00332DB8" w:rsidRDefault="00332DB8">
            <w:pPr>
              <w:rPr>
                <w:lang w:val="ru-RU"/>
              </w:rPr>
            </w:pPr>
            <w:r w:rsidRPr="00332DB8">
              <w:rPr>
                <w:lang w:val="ru-RU"/>
              </w:rPr>
              <w:t xml:space="preserve">Информационный материал, размещенный в информационно-коммуникационной сети Интернет </w:t>
            </w:r>
            <w:r>
              <w:t>www</w:t>
            </w:r>
            <w:r w:rsidRPr="00332DB8">
              <w:rPr>
                <w:lang w:val="ru-RU"/>
              </w:rPr>
              <w:t>.</w:t>
            </w:r>
            <w:r>
              <w:t>shamilonline</w:t>
            </w:r>
            <w:r w:rsidRPr="00332DB8">
              <w:rPr>
                <w:lang w:val="ru-RU"/>
              </w:rPr>
              <w:t>.</w:t>
            </w:r>
            <w:r>
              <w:t>org</w:t>
            </w:r>
            <w:r w:rsidRPr="00332DB8">
              <w:rPr>
                <w:lang w:val="ru-RU"/>
              </w:rPr>
              <w:t xml:space="preserve"> по электронному адресу </w:t>
            </w:r>
            <w:r>
              <w:t>http</w:t>
            </w:r>
            <w:r w:rsidRPr="00332DB8">
              <w:rPr>
                <w:lang w:val="ru-RU"/>
              </w:rPr>
              <w:t>://</w:t>
            </w:r>
            <w:r>
              <w:t>www</w:t>
            </w:r>
            <w:r w:rsidRPr="00332DB8">
              <w:rPr>
                <w:lang w:val="ru-RU"/>
              </w:rPr>
              <w:t>.</w:t>
            </w:r>
            <w:r>
              <w:t>shamilonline</w:t>
            </w:r>
            <w:r w:rsidRPr="00332DB8">
              <w:rPr>
                <w:lang w:val="ru-RU"/>
              </w:rPr>
              <w:t>.</w:t>
            </w:r>
            <w:r>
              <w:t>org</w:t>
            </w:r>
            <w:r w:rsidRPr="00332DB8">
              <w:rPr>
                <w:lang w:val="ru-RU"/>
              </w:rPr>
              <w:t>/</w:t>
            </w:r>
            <w:r>
              <w:t>ru</w:t>
            </w:r>
            <w:r w:rsidRPr="00332DB8">
              <w:rPr>
                <w:lang w:val="ru-RU"/>
              </w:rPr>
              <w:t>/2012-07-20-16-35-33/4206-</w:t>
            </w:r>
            <w:r>
              <w:t>Ir</w:t>
            </w:r>
            <w:r w:rsidRPr="00332DB8">
              <w:rPr>
                <w:lang w:val="ru-RU"/>
              </w:rPr>
              <w:t>-</w:t>
            </w:r>
            <w:r>
              <w:t>q</w:t>
            </w:r>
            <w:r w:rsidRPr="00332DB8">
              <w:rPr>
                <w:lang w:val="ru-RU"/>
              </w:rPr>
              <w:t>-</w:t>
            </w:r>
            <w:r>
              <w:t>q</w:t>
            </w:r>
            <w:r w:rsidRPr="00332DB8">
              <w:rPr>
                <w:lang w:val="ru-RU"/>
              </w:rPr>
              <w:t>-.</w:t>
            </w:r>
            <w:r>
              <w:t>html</w:t>
            </w:r>
            <w:r w:rsidRPr="00332DB8">
              <w:rPr>
                <w:lang w:val="ru-RU"/>
              </w:rPr>
              <w:t>, а именно статью из журнала «Вдохновляй» «Сделай бомбу в Маминой кухне» (решение Кировского районного суда г. Ярославля от 21.12.2012);</w:t>
            </w:r>
          </w:p>
        </w:tc>
        <w:tc>
          <w:tcPr>
            <w:tcW w:w="2880" w:type="dxa"/>
          </w:tcPr>
          <w:p w:rsidR="006F7457" w:rsidRPr="00332DB8" w:rsidRDefault="006F7457">
            <w:pPr>
              <w:rPr>
                <w:lang w:val="ru-RU"/>
              </w:rPr>
            </w:pPr>
          </w:p>
        </w:tc>
      </w:tr>
      <w:tr w:rsidR="006F7457" w:rsidRPr="00DD284B">
        <w:tc>
          <w:tcPr>
            <w:tcW w:w="2880" w:type="dxa"/>
          </w:tcPr>
          <w:p w:rsidR="006F7457" w:rsidRDefault="00332DB8">
            <w:r>
              <w:t>1828.</w:t>
            </w:r>
          </w:p>
        </w:tc>
        <w:tc>
          <w:tcPr>
            <w:tcW w:w="2880" w:type="dxa"/>
          </w:tcPr>
          <w:p w:rsidR="006F7457" w:rsidRPr="00332DB8" w:rsidRDefault="00332DB8">
            <w:pPr>
              <w:rPr>
                <w:lang w:val="ru-RU"/>
              </w:rPr>
            </w:pPr>
            <w:r w:rsidRPr="00332DB8">
              <w:rPr>
                <w:lang w:val="ru-RU"/>
              </w:rPr>
              <w:t xml:space="preserve">Текстовая информация - статус: «Вы же рыдали словно дети вам горло резали ножом держись Россия мы идем! Аллаху акбар!!!», на Интернетсайте </w:t>
            </w:r>
            <w:r>
              <w:t>www</w:t>
            </w:r>
            <w:r w:rsidRPr="00332DB8">
              <w:rPr>
                <w:lang w:val="ru-RU"/>
              </w:rPr>
              <w:t>.</w:t>
            </w:r>
            <w:r>
              <w:t>odnoklassniki</w:t>
            </w:r>
            <w:r w:rsidRPr="00332DB8">
              <w:rPr>
                <w:lang w:val="ru-RU"/>
              </w:rPr>
              <w:t>.</w:t>
            </w:r>
            <w:r>
              <w:t>ru</w:t>
            </w:r>
            <w:r w:rsidRPr="00332DB8">
              <w:rPr>
                <w:lang w:val="ru-RU"/>
              </w:rPr>
              <w:t>, странице «М_У_Д_Ж_А_Х_Е_Д МУРАТ ХУТ - 01» (решение Теучежского районного суда Республики Адыгея от 05.02.2013);</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1829.</w:t>
            </w:r>
          </w:p>
        </w:tc>
        <w:tc>
          <w:tcPr>
            <w:tcW w:w="2880" w:type="dxa"/>
          </w:tcPr>
          <w:p w:rsidR="006F7457" w:rsidRPr="00332DB8" w:rsidRDefault="00332DB8">
            <w:pPr>
              <w:rPr>
                <w:lang w:val="ru-RU"/>
              </w:rPr>
            </w:pPr>
            <w:r w:rsidRPr="00332DB8">
              <w:rPr>
                <w:lang w:val="ru-RU"/>
              </w:rPr>
              <w:t xml:space="preserve">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t>
            </w:r>
            <w:r>
              <w:t>www</w:t>
            </w:r>
            <w:r w:rsidRPr="00332DB8">
              <w:rPr>
                <w:lang w:val="ru-RU"/>
              </w:rPr>
              <w:t>.</w:t>
            </w:r>
            <w:r>
              <w:t>odnoklassniki</w:t>
            </w:r>
            <w:r w:rsidRPr="00332DB8">
              <w:rPr>
                <w:lang w:val="ru-RU"/>
              </w:rPr>
              <w:t>.</w:t>
            </w:r>
            <w:r>
              <w:t>ru</w:t>
            </w:r>
            <w:r w:rsidRPr="00332DB8">
              <w:rPr>
                <w:lang w:val="ru-RU"/>
              </w:rPr>
              <w:t>, странице «М_У_Д_Ж_А_Х_Е_Д МУРАТ ХУТ - 01» (решение Теучежского районного суда Республики Адыгея от 05.02.2013);</w:t>
            </w:r>
          </w:p>
        </w:tc>
        <w:tc>
          <w:tcPr>
            <w:tcW w:w="2880" w:type="dxa"/>
          </w:tcPr>
          <w:p w:rsidR="006F7457" w:rsidRPr="00332DB8" w:rsidRDefault="006F7457">
            <w:pPr>
              <w:rPr>
                <w:lang w:val="ru-RU"/>
              </w:rPr>
            </w:pPr>
          </w:p>
        </w:tc>
      </w:tr>
      <w:tr w:rsidR="006F7457" w:rsidRPr="00DD284B">
        <w:tc>
          <w:tcPr>
            <w:tcW w:w="2880" w:type="dxa"/>
          </w:tcPr>
          <w:p w:rsidR="006F7457" w:rsidRDefault="00332DB8">
            <w:r>
              <w:t>1830.</w:t>
            </w:r>
          </w:p>
        </w:tc>
        <w:tc>
          <w:tcPr>
            <w:tcW w:w="2880" w:type="dxa"/>
          </w:tcPr>
          <w:p w:rsidR="006F7457" w:rsidRPr="00332DB8" w:rsidRDefault="00332DB8">
            <w:pPr>
              <w:rPr>
                <w:lang w:val="ru-RU"/>
              </w:rPr>
            </w:pPr>
            <w:r w:rsidRPr="00332DB8">
              <w:rPr>
                <w:lang w:val="ru-RU"/>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c>
          <w:tcPr>
            <w:tcW w:w="2880" w:type="dxa"/>
          </w:tcPr>
          <w:p w:rsidR="006F7457" w:rsidRPr="00332DB8" w:rsidRDefault="006F7457">
            <w:pPr>
              <w:rPr>
                <w:lang w:val="ru-RU"/>
              </w:rPr>
            </w:pPr>
          </w:p>
        </w:tc>
      </w:tr>
      <w:tr w:rsidR="006F7457" w:rsidRPr="00DD284B">
        <w:tc>
          <w:tcPr>
            <w:tcW w:w="2880" w:type="dxa"/>
          </w:tcPr>
          <w:p w:rsidR="006F7457" w:rsidRDefault="00332DB8">
            <w:r>
              <w:t>1831.</w:t>
            </w:r>
          </w:p>
        </w:tc>
        <w:tc>
          <w:tcPr>
            <w:tcW w:w="2880" w:type="dxa"/>
          </w:tcPr>
          <w:p w:rsidR="006F7457" w:rsidRPr="00332DB8" w:rsidRDefault="00332DB8">
            <w:pPr>
              <w:rPr>
                <w:lang w:val="ru-RU"/>
              </w:rPr>
            </w:pPr>
            <w:r w:rsidRPr="00332DB8">
              <w:rPr>
                <w:lang w:val="ru-RU"/>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2880" w:type="dxa"/>
          </w:tcPr>
          <w:p w:rsidR="006F7457" w:rsidRPr="00332DB8" w:rsidRDefault="006F7457">
            <w:pPr>
              <w:rPr>
                <w:lang w:val="ru-RU"/>
              </w:rPr>
            </w:pPr>
          </w:p>
        </w:tc>
      </w:tr>
      <w:tr w:rsidR="006F7457" w:rsidRPr="00DD284B">
        <w:tc>
          <w:tcPr>
            <w:tcW w:w="2880" w:type="dxa"/>
          </w:tcPr>
          <w:p w:rsidR="006F7457" w:rsidRDefault="00332DB8">
            <w:r>
              <w:t>1832.</w:t>
            </w:r>
          </w:p>
        </w:tc>
        <w:tc>
          <w:tcPr>
            <w:tcW w:w="2880" w:type="dxa"/>
          </w:tcPr>
          <w:p w:rsidR="006F7457" w:rsidRPr="00332DB8" w:rsidRDefault="00332DB8">
            <w:pPr>
              <w:rPr>
                <w:lang w:val="ru-RU"/>
              </w:rPr>
            </w:pPr>
            <w:r w:rsidRPr="00332DB8">
              <w:rPr>
                <w:lang w:val="ru-RU"/>
              </w:rPr>
              <w:t>Видеоматериал «</w:t>
            </w:r>
            <w:r>
              <w:t>CAUCASUS</w:t>
            </w:r>
            <w:r w:rsidRPr="00332DB8">
              <w:rPr>
                <w:lang w:val="ru-RU"/>
              </w:rPr>
              <w:t xml:space="preserve"> </w:t>
            </w:r>
            <w:r>
              <w:t>VIDEO</w:t>
            </w:r>
            <w:r w:rsidRPr="00332DB8">
              <w:rPr>
                <w:lang w:val="ru-RU"/>
              </w:rPr>
              <w:t xml:space="preserve"> ИЛИ РАСХОДУЮТ В ДОРОГИХ ОТЕЛЯХ???», размещенный в сети «Интернет»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2880" w:type="dxa"/>
          </w:tcPr>
          <w:p w:rsidR="006F7457" w:rsidRPr="00332DB8" w:rsidRDefault="006F7457">
            <w:pPr>
              <w:rPr>
                <w:lang w:val="ru-RU"/>
              </w:rPr>
            </w:pPr>
          </w:p>
        </w:tc>
      </w:tr>
      <w:tr w:rsidR="006F7457" w:rsidRPr="00DD284B">
        <w:tc>
          <w:tcPr>
            <w:tcW w:w="2880" w:type="dxa"/>
          </w:tcPr>
          <w:p w:rsidR="006F7457" w:rsidRDefault="00332DB8">
            <w:r>
              <w:t>1833.</w:t>
            </w:r>
          </w:p>
        </w:tc>
        <w:tc>
          <w:tcPr>
            <w:tcW w:w="2880" w:type="dxa"/>
          </w:tcPr>
          <w:p w:rsidR="006F7457" w:rsidRPr="00332DB8" w:rsidRDefault="00332DB8">
            <w:pPr>
              <w:rPr>
                <w:lang w:val="ru-RU"/>
              </w:rPr>
            </w:pPr>
            <w:r w:rsidRPr="00332DB8">
              <w:rPr>
                <w:lang w:val="ru-RU"/>
              </w:rPr>
              <w:t xml:space="preserve">Информационные материалы сайта «Русской национальной социалистической партии» (РНСП), расположенные в сети Интернет по адресу </w:t>
            </w:r>
            <w:r>
              <w:t>www</w:t>
            </w:r>
            <w:r w:rsidRPr="00332DB8">
              <w:rPr>
                <w:lang w:val="ru-RU"/>
              </w:rPr>
              <w:t>.</w:t>
            </w:r>
            <w:r>
              <w:t>nationalism</w:t>
            </w:r>
            <w:r w:rsidRPr="00332DB8">
              <w:rPr>
                <w:lang w:val="ru-RU"/>
              </w:rPr>
              <w:t>.</w:t>
            </w:r>
            <w:r>
              <w:t>org</w:t>
            </w:r>
            <w:r w:rsidRPr="00332DB8">
              <w:rPr>
                <w:lang w:val="ru-RU"/>
              </w:rPr>
              <w:t>/</w:t>
            </w:r>
            <w:r>
              <w:t>rnsp</w:t>
            </w:r>
            <w:r w:rsidRPr="00332DB8">
              <w:rPr>
                <w:lang w:val="ru-RU"/>
              </w:rPr>
              <w:t xml:space="preserve"> (решение Советского районного суда г. Липецка от 27.12.2012);</w:t>
            </w:r>
          </w:p>
        </w:tc>
        <w:tc>
          <w:tcPr>
            <w:tcW w:w="2880" w:type="dxa"/>
          </w:tcPr>
          <w:p w:rsidR="006F7457" w:rsidRPr="00332DB8" w:rsidRDefault="006F7457">
            <w:pPr>
              <w:rPr>
                <w:lang w:val="ru-RU"/>
              </w:rPr>
            </w:pPr>
          </w:p>
        </w:tc>
      </w:tr>
      <w:tr w:rsidR="006F7457" w:rsidRPr="00DD284B">
        <w:tc>
          <w:tcPr>
            <w:tcW w:w="2880" w:type="dxa"/>
          </w:tcPr>
          <w:p w:rsidR="006F7457" w:rsidRDefault="00332DB8">
            <w:r>
              <w:t>183</w:t>
            </w:r>
            <w:r>
              <w:lastRenderedPageBreak/>
              <w:t>4.</w:t>
            </w:r>
          </w:p>
        </w:tc>
        <w:tc>
          <w:tcPr>
            <w:tcW w:w="2880" w:type="dxa"/>
          </w:tcPr>
          <w:p w:rsidR="006F7457" w:rsidRPr="00332DB8" w:rsidRDefault="00332DB8">
            <w:pPr>
              <w:rPr>
                <w:lang w:val="ru-RU"/>
              </w:rPr>
            </w:pPr>
            <w:r w:rsidRPr="00332DB8">
              <w:rPr>
                <w:lang w:val="ru-RU"/>
              </w:rPr>
              <w:lastRenderedPageBreak/>
              <w:t xml:space="preserve">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w:t>
            </w:r>
            <w:r w:rsidRPr="00332DB8">
              <w:rPr>
                <w:lang w:val="ru-RU"/>
              </w:rPr>
              <w:lastRenderedPageBreak/>
              <w:t>Судебной коллегии по гражданским делам Тюменского областного суда от 18.02.2013);</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1835.</w:t>
            </w:r>
          </w:p>
        </w:tc>
        <w:tc>
          <w:tcPr>
            <w:tcW w:w="2880" w:type="dxa"/>
          </w:tcPr>
          <w:p w:rsidR="006F7457" w:rsidRPr="00332DB8" w:rsidRDefault="00332DB8">
            <w:pPr>
              <w:rPr>
                <w:lang w:val="ru-RU"/>
              </w:rPr>
            </w:pPr>
            <w:r w:rsidRPr="00332DB8">
              <w:rPr>
                <w:lang w:val="ru-RU"/>
              </w:rPr>
              <w:t xml:space="preserve">Информационный материал «Некоторые рекомендации по уличному насилию» (уроки террора для начинающих)», размещенный на Интернет-сайте </w:t>
            </w:r>
            <w:r>
              <w:t>www</w:t>
            </w:r>
            <w:r w:rsidRPr="00332DB8">
              <w:rPr>
                <w:lang w:val="ru-RU"/>
              </w:rPr>
              <w:t>.</w:t>
            </w:r>
            <w:r>
              <w:t>geroivoli</w:t>
            </w:r>
            <w:r w:rsidRPr="00332DB8">
              <w:rPr>
                <w:lang w:val="ru-RU"/>
              </w:rPr>
              <w:t>.</w:t>
            </w:r>
            <w:r>
              <w:t>info</w:t>
            </w:r>
            <w:r w:rsidRPr="00332DB8">
              <w:rPr>
                <w:lang w:val="ru-RU"/>
              </w:rPr>
              <w:t xml:space="preserve"> (решение Никулинского районного суда г. Москвы от 19.11.2012);</w:t>
            </w:r>
          </w:p>
        </w:tc>
        <w:tc>
          <w:tcPr>
            <w:tcW w:w="2880" w:type="dxa"/>
          </w:tcPr>
          <w:p w:rsidR="006F7457" w:rsidRPr="00332DB8" w:rsidRDefault="006F7457">
            <w:pPr>
              <w:rPr>
                <w:lang w:val="ru-RU"/>
              </w:rPr>
            </w:pPr>
          </w:p>
        </w:tc>
      </w:tr>
      <w:tr w:rsidR="006F7457" w:rsidRPr="00DD284B">
        <w:tc>
          <w:tcPr>
            <w:tcW w:w="2880" w:type="dxa"/>
          </w:tcPr>
          <w:p w:rsidR="006F7457" w:rsidRDefault="00332DB8">
            <w:r>
              <w:t>1836.</w:t>
            </w:r>
          </w:p>
        </w:tc>
        <w:tc>
          <w:tcPr>
            <w:tcW w:w="2880" w:type="dxa"/>
          </w:tcPr>
          <w:p w:rsidR="006F7457" w:rsidRPr="00332DB8" w:rsidRDefault="00332DB8">
            <w:pPr>
              <w:rPr>
                <w:lang w:val="ru-RU"/>
              </w:rPr>
            </w:pPr>
            <w:r w:rsidRPr="00332DB8">
              <w:rPr>
                <w:lang w:val="ru-RU"/>
              </w:rPr>
              <w:t xml:space="preserve">Видеофайл «Слабонервным не смотреть» (Дагестан)»,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63931114-145280716, загружен 07.06.2010 в 22:26:27 (95.175.247.254), автор исходного ролика </w:t>
            </w:r>
            <w:r>
              <w:t>http</w:t>
            </w:r>
            <w:r w:rsidRPr="00332DB8">
              <w:rPr>
                <w:lang w:val="ru-RU"/>
              </w:rPr>
              <w:t>://</w:t>
            </w:r>
            <w:r>
              <w:t>vkontakte</w:t>
            </w:r>
            <w:r w:rsidRPr="00332DB8">
              <w:rPr>
                <w:lang w:val="ru-RU"/>
              </w:rPr>
              <w:t>.</w:t>
            </w:r>
            <w:r>
              <w:t>ru</w:t>
            </w:r>
            <w:r w:rsidRPr="00332DB8">
              <w:rPr>
                <w:lang w:val="ru-RU"/>
              </w:rPr>
              <w:t>/</w:t>
            </w:r>
            <w:r>
              <w:t>id</w:t>
            </w:r>
            <w:r w:rsidRPr="00332DB8">
              <w:rPr>
                <w:lang w:val="ru-RU"/>
              </w:rPr>
              <w:t xml:space="preserve">6731871, прямая ссылка: </w:t>
            </w:r>
            <w:r>
              <w:t>http</w:t>
            </w:r>
            <w:r w:rsidRPr="00332DB8">
              <w:rPr>
                <w:lang w:val="ru-RU"/>
              </w:rPr>
              <w:t>://</w:t>
            </w:r>
            <w:r>
              <w:t>video</w:t>
            </w:r>
            <w:r w:rsidRPr="00332DB8">
              <w:rPr>
                <w:lang w:val="ru-RU"/>
              </w:rPr>
              <w:t>14.</w:t>
            </w:r>
            <w:r>
              <w:t>vkadre</w:t>
            </w:r>
            <w:r w:rsidRPr="00332DB8">
              <w:rPr>
                <w:lang w:val="ru-RU"/>
              </w:rPr>
              <w:t>.</w:t>
            </w:r>
            <w:r>
              <w:t>ru</w:t>
            </w:r>
            <w:r w:rsidRPr="00332DB8">
              <w:rPr>
                <w:lang w:val="ru-RU"/>
              </w:rPr>
              <w:t>/</w:t>
            </w:r>
            <w:r>
              <w:t>assets</w:t>
            </w:r>
            <w:r w:rsidRPr="00332DB8">
              <w:rPr>
                <w:lang w:val="ru-RU"/>
              </w:rPr>
              <w:t>/</w:t>
            </w:r>
            <w:r>
              <w:t>videos</w:t>
            </w:r>
            <w:r w:rsidRPr="00332DB8">
              <w:rPr>
                <w:lang w:val="ru-RU"/>
              </w:rPr>
              <w:t>/69</w:t>
            </w:r>
            <w:r>
              <w:t>e</w:t>
            </w:r>
            <w:r w:rsidRPr="00332DB8">
              <w:rPr>
                <w:lang w:val="ru-RU"/>
              </w:rPr>
              <w:t>35</w:t>
            </w:r>
            <w:r>
              <w:t>ce</w:t>
            </w:r>
            <w:r w:rsidRPr="00332DB8">
              <w:rPr>
                <w:lang w:val="ru-RU"/>
              </w:rPr>
              <w:t>7</w:t>
            </w:r>
            <w:r>
              <w:t>f</w:t>
            </w:r>
            <w:r w:rsidRPr="00332DB8">
              <w:rPr>
                <w:lang w:val="ru-RU"/>
              </w:rPr>
              <w:t>755-8709879.</w:t>
            </w:r>
            <w:r>
              <w:t>vk</w:t>
            </w:r>
            <w:r w:rsidRPr="00332DB8">
              <w:rPr>
                <w:lang w:val="ru-RU"/>
              </w:rPr>
              <w:t>.</w:t>
            </w:r>
            <w:r>
              <w:t>flv</w:t>
            </w:r>
            <w:r w:rsidRPr="00332DB8">
              <w:rPr>
                <w:lang w:val="ru-RU"/>
              </w:rPr>
              <w:t>) (решение Лефортовского районного суда г. Москвы от 03.12.2012);</w:t>
            </w:r>
          </w:p>
        </w:tc>
        <w:tc>
          <w:tcPr>
            <w:tcW w:w="2880" w:type="dxa"/>
          </w:tcPr>
          <w:p w:rsidR="006F7457" w:rsidRPr="00332DB8" w:rsidRDefault="006F7457">
            <w:pPr>
              <w:rPr>
                <w:lang w:val="ru-RU"/>
              </w:rPr>
            </w:pPr>
          </w:p>
        </w:tc>
      </w:tr>
      <w:tr w:rsidR="006F7457" w:rsidRPr="00DD284B">
        <w:tc>
          <w:tcPr>
            <w:tcW w:w="2880" w:type="dxa"/>
          </w:tcPr>
          <w:p w:rsidR="006F7457" w:rsidRDefault="00332DB8">
            <w:r>
              <w:t>1837.</w:t>
            </w:r>
          </w:p>
        </w:tc>
        <w:tc>
          <w:tcPr>
            <w:tcW w:w="2880" w:type="dxa"/>
          </w:tcPr>
          <w:p w:rsidR="006F7457" w:rsidRPr="00332DB8" w:rsidRDefault="00332DB8">
            <w:pPr>
              <w:rPr>
                <w:lang w:val="ru-RU"/>
              </w:rPr>
            </w:pPr>
            <w:r w:rsidRPr="00332DB8">
              <w:rPr>
                <w:lang w:val="ru-RU"/>
              </w:rPr>
              <w:t xml:space="preserve">Видеофайл «Кавказ это сила и как всегда скинам магила!!!»,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63931114-145280716, загружен 24.06.2010 в 09:15:50 (95.175.247.254), автор исходного ролика - </w:t>
            </w:r>
            <w:r>
              <w:t>http</w:t>
            </w:r>
            <w:r w:rsidRPr="00332DB8">
              <w:rPr>
                <w:lang w:val="ru-RU"/>
              </w:rPr>
              <w:t>://</w:t>
            </w:r>
            <w:r>
              <w:t>vkontakte</w:t>
            </w:r>
            <w:r w:rsidRPr="00332DB8">
              <w:rPr>
                <w:lang w:val="ru-RU"/>
              </w:rPr>
              <w:t>.</w:t>
            </w:r>
            <w:r>
              <w:t>ru</w:t>
            </w:r>
            <w:r w:rsidRPr="00332DB8">
              <w:rPr>
                <w:lang w:val="ru-RU"/>
              </w:rPr>
              <w:t>/</w:t>
            </w:r>
            <w:r>
              <w:t>id</w:t>
            </w:r>
            <w:r w:rsidRPr="00332DB8">
              <w:rPr>
                <w:lang w:val="ru-RU"/>
              </w:rPr>
              <w:t xml:space="preserve">45434048, прямая ссылка: </w:t>
            </w:r>
            <w:r>
              <w:t>http</w:t>
            </w:r>
            <w:r w:rsidRPr="00332DB8">
              <w:rPr>
                <w:lang w:val="ru-RU"/>
              </w:rPr>
              <w:t>://</w:t>
            </w:r>
            <w:r>
              <w:t>cs</w:t>
            </w:r>
            <w:r w:rsidRPr="00332DB8">
              <w:rPr>
                <w:lang w:val="ru-RU"/>
              </w:rPr>
              <w:t>12330.</w:t>
            </w:r>
            <w:r>
              <w:t>userapi</w:t>
            </w:r>
            <w:r w:rsidRPr="00332DB8">
              <w:rPr>
                <w:lang w:val="ru-RU"/>
              </w:rPr>
              <w:t>.</w:t>
            </w:r>
            <w:r>
              <w:t>com</w:t>
            </w:r>
            <w:r w:rsidRPr="00332DB8">
              <w:rPr>
                <w:lang w:val="ru-RU"/>
              </w:rPr>
              <w:t>/</w:t>
            </w:r>
            <w:r>
              <w:t>u</w:t>
            </w:r>
            <w:r w:rsidRPr="00332DB8">
              <w:rPr>
                <w:lang w:val="ru-RU"/>
              </w:rPr>
              <w:t>45434048/</w:t>
            </w:r>
            <w:r>
              <w:t>vide</w:t>
            </w:r>
            <w:r w:rsidRPr="00332DB8">
              <w:rPr>
                <w:lang w:val="ru-RU"/>
              </w:rPr>
              <w:t>/</w:t>
            </w:r>
            <w:r>
              <w:t>be</w:t>
            </w:r>
            <w:r w:rsidRPr="00332DB8">
              <w:rPr>
                <w:lang w:val="ru-RU"/>
              </w:rPr>
              <w:t>3</w:t>
            </w:r>
            <w:r>
              <w:t>ba</w:t>
            </w:r>
            <w:r w:rsidRPr="00332DB8">
              <w:rPr>
                <w:lang w:val="ru-RU"/>
              </w:rPr>
              <w:t>31568.</w:t>
            </w:r>
            <w:r>
              <w:t>flv</w:t>
            </w:r>
            <w:r w:rsidRPr="00332DB8">
              <w:rPr>
                <w:lang w:val="ru-RU"/>
              </w:rPr>
              <w:t>) (решение Лефортовского районного суда г. Москвы от 03.12.2012);</w:t>
            </w:r>
          </w:p>
        </w:tc>
        <w:tc>
          <w:tcPr>
            <w:tcW w:w="2880" w:type="dxa"/>
          </w:tcPr>
          <w:p w:rsidR="006F7457" w:rsidRPr="00332DB8" w:rsidRDefault="006F7457">
            <w:pPr>
              <w:rPr>
                <w:lang w:val="ru-RU"/>
              </w:rPr>
            </w:pPr>
          </w:p>
        </w:tc>
      </w:tr>
      <w:tr w:rsidR="006F7457" w:rsidRPr="00DD284B">
        <w:tc>
          <w:tcPr>
            <w:tcW w:w="2880" w:type="dxa"/>
          </w:tcPr>
          <w:p w:rsidR="006F7457" w:rsidRDefault="00332DB8">
            <w:r>
              <w:t>1838.</w:t>
            </w:r>
          </w:p>
        </w:tc>
        <w:tc>
          <w:tcPr>
            <w:tcW w:w="2880" w:type="dxa"/>
          </w:tcPr>
          <w:p w:rsidR="006F7457" w:rsidRPr="00332DB8" w:rsidRDefault="00332DB8">
            <w:pPr>
              <w:rPr>
                <w:lang w:val="ru-RU"/>
              </w:rPr>
            </w:pPr>
            <w:r w:rsidRPr="00332DB8">
              <w:rPr>
                <w:lang w:val="ru-RU"/>
              </w:rPr>
              <w:t xml:space="preserve">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103173546) и в группе «АХЛИ СУННА ВАЛЬ-ДЖАМААТ» (электронный адрес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 28725576) (решение Аксайского районного суда Ростовской области от 21.02.2013);</w:t>
            </w:r>
          </w:p>
        </w:tc>
        <w:tc>
          <w:tcPr>
            <w:tcW w:w="2880" w:type="dxa"/>
          </w:tcPr>
          <w:p w:rsidR="006F7457" w:rsidRPr="00332DB8" w:rsidRDefault="006F7457">
            <w:pPr>
              <w:rPr>
                <w:lang w:val="ru-RU"/>
              </w:rPr>
            </w:pPr>
          </w:p>
        </w:tc>
      </w:tr>
      <w:tr w:rsidR="006F7457" w:rsidRPr="00DD284B">
        <w:tc>
          <w:tcPr>
            <w:tcW w:w="2880" w:type="dxa"/>
          </w:tcPr>
          <w:p w:rsidR="006F7457" w:rsidRDefault="00332DB8">
            <w:r>
              <w:t>1839.</w:t>
            </w:r>
          </w:p>
        </w:tc>
        <w:tc>
          <w:tcPr>
            <w:tcW w:w="2880" w:type="dxa"/>
          </w:tcPr>
          <w:p w:rsidR="006F7457" w:rsidRPr="00332DB8" w:rsidRDefault="00332DB8">
            <w:pPr>
              <w:rPr>
                <w:lang w:val="ru-RU"/>
              </w:rPr>
            </w:pPr>
            <w:r w:rsidRPr="00332DB8">
              <w:rPr>
                <w:lang w:val="ru-RU"/>
              </w:rPr>
              <w:t xml:space="preserve">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103173546) и в группе «АХЛИ СУННА ВАЛЬ-ДЖАМААТ» (электронный адрес </w:t>
            </w:r>
            <w:r>
              <w:t>http</w:t>
            </w:r>
            <w:r w:rsidRPr="00332DB8">
              <w:rPr>
                <w:lang w:val="ru-RU"/>
              </w:rPr>
              <w:t>://</w:t>
            </w:r>
            <w:r>
              <w:t>vk</w:t>
            </w:r>
            <w:r w:rsidRPr="00332DB8">
              <w:rPr>
                <w:lang w:val="ru-RU"/>
              </w:rPr>
              <w:t>.</w:t>
            </w:r>
            <w:r>
              <w:t>com</w:t>
            </w:r>
            <w:r w:rsidRPr="00332DB8">
              <w:rPr>
                <w:lang w:val="ru-RU"/>
              </w:rPr>
              <w:t xml:space="preserve">/ </w:t>
            </w:r>
            <w:r>
              <w:t>club</w:t>
            </w:r>
            <w:r w:rsidRPr="00332DB8">
              <w:rPr>
                <w:lang w:val="ru-RU"/>
              </w:rPr>
              <w:t xml:space="preserve"> 28725576) (решение Аксайского районного суда Ростовской области от 21.02.2013);</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1840.</w:t>
            </w:r>
          </w:p>
        </w:tc>
        <w:tc>
          <w:tcPr>
            <w:tcW w:w="2880" w:type="dxa"/>
          </w:tcPr>
          <w:p w:rsidR="006F7457" w:rsidRPr="00332DB8" w:rsidRDefault="00332DB8">
            <w:pPr>
              <w:rPr>
                <w:lang w:val="ru-RU"/>
              </w:rPr>
            </w:pPr>
            <w:r w:rsidRPr="00332DB8">
              <w:rPr>
                <w:lang w:val="ru-RU"/>
              </w:rPr>
              <w:t>Видеофайл «080506е0897е-93899984. саид бурядский-как я вышел на джихад.</w:t>
            </w:r>
            <w:r>
              <w:t>vk</w:t>
            </w:r>
            <w:r w:rsidRPr="00332DB8">
              <w:rPr>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103173546) и в группе «АХЛИ СУННА ВАЛЬ-ДЖАМААТ» (электронный адрес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 28725576) (решение Аксайского районного суда Ростовской области от 21.02.2013);</w:t>
            </w:r>
          </w:p>
        </w:tc>
        <w:tc>
          <w:tcPr>
            <w:tcW w:w="2880" w:type="dxa"/>
          </w:tcPr>
          <w:p w:rsidR="006F7457" w:rsidRPr="00332DB8" w:rsidRDefault="006F7457">
            <w:pPr>
              <w:rPr>
                <w:lang w:val="ru-RU"/>
              </w:rPr>
            </w:pPr>
          </w:p>
        </w:tc>
      </w:tr>
      <w:tr w:rsidR="006F7457" w:rsidRPr="00DD284B">
        <w:tc>
          <w:tcPr>
            <w:tcW w:w="2880" w:type="dxa"/>
          </w:tcPr>
          <w:p w:rsidR="006F7457" w:rsidRDefault="00332DB8">
            <w:r>
              <w:t>1841.</w:t>
            </w:r>
          </w:p>
        </w:tc>
        <w:tc>
          <w:tcPr>
            <w:tcW w:w="2880" w:type="dxa"/>
          </w:tcPr>
          <w:p w:rsidR="006F7457" w:rsidRPr="00332DB8" w:rsidRDefault="00332DB8">
            <w:pPr>
              <w:rPr>
                <w:lang w:val="ru-RU"/>
              </w:rPr>
            </w:pPr>
            <w:r w:rsidRPr="00332DB8">
              <w:rPr>
                <w:lang w:val="ru-RU"/>
              </w:rPr>
              <w:t>Видеофайл «</w:t>
            </w:r>
            <w:r>
              <w:t>YouTube</w:t>
            </w:r>
            <w:r w:rsidRPr="00332DB8">
              <w:rPr>
                <w:lang w:val="ru-RU"/>
              </w:rPr>
              <w:t xml:space="preserv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103173546) и в группе «АХЛИ СУННА ВАЛЬ-ДЖАМААТ» (электронный адрес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 28725576) (решение Аксайского районного суда Ростовской области от 21.02.2013);</w:t>
            </w:r>
          </w:p>
        </w:tc>
        <w:tc>
          <w:tcPr>
            <w:tcW w:w="2880" w:type="dxa"/>
          </w:tcPr>
          <w:p w:rsidR="006F7457" w:rsidRPr="00332DB8" w:rsidRDefault="006F7457">
            <w:pPr>
              <w:rPr>
                <w:lang w:val="ru-RU"/>
              </w:rPr>
            </w:pPr>
          </w:p>
        </w:tc>
      </w:tr>
      <w:tr w:rsidR="006F7457" w:rsidRPr="00DD284B">
        <w:tc>
          <w:tcPr>
            <w:tcW w:w="2880" w:type="dxa"/>
          </w:tcPr>
          <w:p w:rsidR="006F7457" w:rsidRDefault="00332DB8">
            <w:r>
              <w:t>1842.</w:t>
            </w:r>
          </w:p>
        </w:tc>
        <w:tc>
          <w:tcPr>
            <w:tcW w:w="2880" w:type="dxa"/>
          </w:tcPr>
          <w:p w:rsidR="006F7457" w:rsidRPr="00332DB8" w:rsidRDefault="00332DB8">
            <w:pPr>
              <w:rPr>
                <w:lang w:val="ru-RU"/>
              </w:rPr>
            </w:pPr>
            <w:r w:rsidRPr="00332DB8">
              <w:rPr>
                <w:lang w:val="ru-RU"/>
              </w:rPr>
              <w:t>Видеофайл «6174а4468823-1019844661. права и обязанности женщин в исламе 1.</w:t>
            </w:r>
            <w:r>
              <w:t>vk</w:t>
            </w:r>
            <w:r w:rsidRPr="00332DB8">
              <w:rPr>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103173546) и в группе «АХЛИ СУННА ВАЛЬ-ДЖАМААТ» (электронный адрес </w:t>
            </w:r>
            <w:r>
              <w:t>http</w:t>
            </w:r>
            <w:r w:rsidRPr="00332DB8">
              <w:rPr>
                <w:lang w:val="ru-RU"/>
              </w:rPr>
              <w:t>://</w:t>
            </w:r>
            <w:r>
              <w:t>vk</w:t>
            </w:r>
            <w:r w:rsidRPr="00332DB8">
              <w:rPr>
                <w:lang w:val="ru-RU"/>
              </w:rPr>
              <w:t>.</w:t>
            </w:r>
            <w:r>
              <w:t>com</w:t>
            </w:r>
            <w:r w:rsidRPr="00332DB8">
              <w:rPr>
                <w:lang w:val="ru-RU"/>
              </w:rPr>
              <w:t xml:space="preserve">/ </w:t>
            </w:r>
            <w:r>
              <w:t>club</w:t>
            </w:r>
            <w:r w:rsidRPr="00332DB8">
              <w:rPr>
                <w:lang w:val="ru-RU"/>
              </w:rPr>
              <w:t xml:space="preserve"> 28725576) (решение Аксайского районного суда Ростовской области от 21.02.2013);</w:t>
            </w:r>
          </w:p>
        </w:tc>
        <w:tc>
          <w:tcPr>
            <w:tcW w:w="2880" w:type="dxa"/>
          </w:tcPr>
          <w:p w:rsidR="006F7457" w:rsidRPr="00332DB8" w:rsidRDefault="006F7457">
            <w:pPr>
              <w:rPr>
                <w:lang w:val="ru-RU"/>
              </w:rPr>
            </w:pPr>
          </w:p>
        </w:tc>
      </w:tr>
      <w:tr w:rsidR="006F7457" w:rsidRPr="00DD284B">
        <w:tc>
          <w:tcPr>
            <w:tcW w:w="2880" w:type="dxa"/>
          </w:tcPr>
          <w:p w:rsidR="006F7457" w:rsidRDefault="00332DB8">
            <w:r>
              <w:t>1843.</w:t>
            </w:r>
          </w:p>
        </w:tc>
        <w:tc>
          <w:tcPr>
            <w:tcW w:w="2880" w:type="dxa"/>
          </w:tcPr>
          <w:p w:rsidR="006F7457" w:rsidRPr="00332DB8" w:rsidRDefault="00332DB8">
            <w:pPr>
              <w:rPr>
                <w:lang w:val="ru-RU"/>
              </w:rPr>
            </w:pPr>
            <w:r w:rsidRPr="00332DB8">
              <w:rPr>
                <w:lang w:val="ru-RU"/>
              </w:rPr>
              <w:t>Видеофайл «58438е028</w:t>
            </w:r>
            <w:r>
              <w:t>d</w:t>
            </w:r>
            <w:r w:rsidRPr="00332DB8">
              <w:rPr>
                <w:lang w:val="ru-RU"/>
              </w:rPr>
              <w:t>46-101885852. Права и обязанности женщин в исламе 3.</w:t>
            </w:r>
            <w:r>
              <w:t>vk</w:t>
            </w:r>
            <w:r w:rsidRPr="00332DB8">
              <w:rPr>
                <w:lang w:val="ru-RU"/>
              </w:rPr>
              <w:t xml:space="preserve">»,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103173546) и в группе «АХЛИ СУННА ВАЛЬ-ДЖАМААТ» (электронный адрес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 28725576) (решение Аксайского районного суда Ростовской области от 21.02.2013);</w:t>
            </w:r>
          </w:p>
        </w:tc>
        <w:tc>
          <w:tcPr>
            <w:tcW w:w="2880" w:type="dxa"/>
          </w:tcPr>
          <w:p w:rsidR="006F7457" w:rsidRPr="00332DB8" w:rsidRDefault="006F7457">
            <w:pPr>
              <w:rPr>
                <w:lang w:val="ru-RU"/>
              </w:rPr>
            </w:pPr>
          </w:p>
        </w:tc>
      </w:tr>
      <w:tr w:rsidR="006F7457" w:rsidRPr="00DD284B">
        <w:tc>
          <w:tcPr>
            <w:tcW w:w="2880" w:type="dxa"/>
          </w:tcPr>
          <w:p w:rsidR="006F7457" w:rsidRDefault="00332DB8">
            <w:r>
              <w:t>1844.</w:t>
            </w:r>
          </w:p>
        </w:tc>
        <w:tc>
          <w:tcPr>
            <w:tcW w:w="2880" w:type="dxa"/>
          </w:tcPr>
          <w:p w:rsidR="006F7457" w:rsidRPr="00332DB8" w:rsidRDefault="00332DB8">
            <w:pPr>
              <w:rPr>
                <w:lang w:val="ru-RU"/>
              </w:rPr>
            </w:pPr>
            <w:r w:rsidRPr="00332DB8">
              <w:rPr>
                <w:lang w:val="ru-RU"/>
              </w:rPr>
              <w:t xml:space="preserve">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103173546) и в группе «</w:t>
            </w:r>
            <w:r>
              <w:t>A</w:t>
            </w:r>
            <w:r w:rsidRPr="00332DB8">
              <w:rPr>
                <w:lang w:val="ru-RU"/>
              </w:rPr>
              <w:t xml:space="preserve">ХЛИ СУННА ВАЛЬ-ДЖАМААТ» (электронный адрес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 28725576) (решение Аксайского районного суда Ростовской области от 21.02.2013);</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1845.</w:t>
            </w:r>
          </w:p>
        </w:tc>
        <w:tc>
          <w:tcPr>
            <w:tcW w:w="2880" w:type="dxa"/>
          </w:tcPr>
          <w:p w:rsidR="006F7457" w:rsidRPr="00332DB8" w:rsidRDefault="00332DB8">
            <w:pPr>
              <w:rPr>
                <w:lang w:val="ru-RU"/>
              </w:rPr>
            </w:pPr>
            <w:r w:rsidRPr="00332DB8">
              <w:rPr>
                <w:lang w:val="ru-RU"/>
              </w:rPr>
              <w:t xml:space="preserve">Электронную страницу под именем «Алия Микаилова»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103173546) и группу «АХЛИ СУННА ВАЛЬ-ДЖАМААТ» (электронный адрес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2880" w:type="dxa"/>
          </w:tcPr>
          <w:p w:rsidR="006F7457" w:rsidRPr="00332DB8" w:rsidRDefault="006F7457">
            <w:pPr>
              <w:rPr>
                <w:lang w:val="ru-RU"/>
              </w:rPr>
            </w:pPr>
          </w:p>
        </w:tc>
      </w:tr>
      <w:tr w:rsidR="006F7457" w:rsidRPr="00DD284B">
        <w:tc>
          <w:tcPr>
            <w:tcW w:w="2880" w:type="dxa"/>
          </w:tcPr>
          <w:p w:rsidR="006F7457" w:rsidRDefault="00332DB8">
            <w:r>
              <w:t>1846.</w:t>
            </w:r>
          </w:p>
        </w:tc>
        <w:tc>
          <w:tcPr>
            <w:tcW w:w="2880" w:type="dxa"/>
          </w:tcPr>
          <w:p w:rsidR="006F7457" w:rsidRPr="00332DB8" w:rsidRDefault="00332DB8">
            <w:pPr>
              <w:rPr>
                <w:lang w:val="ru-RU"/>
              </w:rPr>
            </w:pPr>
            <w:r w:rsidRPr="00332DB8">
              <w:rPr>
                <w:lang w:val="ru-RU"/>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1847.</w:t>
            </w:r>
          </w:p>
        </w:tc>
        <w:tc>
          <w:tcPr>
            <w:tcW w:w="2880" w:type="dxa"/>
          </w:tcPr>
          <w:p w:rsidR="006F7457" w:rsidRPr="00332DB8" w:rsidRDefault="00332DB8">
            <w:pPr>
              <w:rPr>
                <w:lang w:val="ru-RU"/>
              </w:rPr>
            </w:pPr>
            <w:r w:rsidRPr="00332DB8">
              <w:rPr>
                <w:lang w:val="ru-RU"/>
              </w:rPr>
              <w:t>Стихотворение Леонида Корнилова «666»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1848.</w:t>
            </w:r>
          </w:p>
        </w:tc>
        <w:tc>
          <w:tcPr>
            <w:tcW w:w="2880" w:type="dxa"/>
          </w:tcPr>
          <w:p w:rsidR="006F7457" w:rsidRPr="00332DB8" w:rsidRDefault="00332DB8">
            <w:pPr>
              <w:rPr>
                <w:lang w:val="ru-RU"/>
              </w:rPr>
            </w:pPr>
            <w:r w:rsidRPr="00332DB8">
              <w:rPr>
                <w:lang w:val="ru-RU"/>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1849.</w:t>
            </w:r>
          </w:p>
        </w:tc>
        <w:tc>
          <w:tcPr>
            <w:tcW w:w="2880" w:type="dxa"/>
          </w:tcPr>
          <w:p w:rsidR="006F7457" w:rsidRPr="00332DB8" w:rsidRDefault="00332DB8">
            <w:pPr>
              <w:rPr>
                <w:lang w:val="ru-RU"/>
              </w:rPr>
            </w:pPr>
            <w:r w:rsidRPr="00332DB8">
              <w:rPr>
                <w:lang w:val="ru-RU"/>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185</w:t>
            </w:r>
            <w:r>
              <w:lastRenderedPageBreak/>
              <w:t>0.</w:t>
            </w:r>
          </w:p>
        </w:tc>
        <w:tc>
          <w:tcPr>
            <w:tcW w:w="2880" w:type="dxa"/>
          </w:tcPr>
          <w:p w:rsidR="006F7457" w:rsidRPr="00332DB8" w:rsidRDefault="00332DB8">
            <w:pPr>
              <w:rPr>
                <w:lang w:val="ru-RU"/>
              </w:rPr>
            </w:pPr>
            <w:r w:rsidRPr="00332DB8">
              <w:rPr>
                <w:lang w:val="ru-RU"/>
              </w:rPr>
              <w:lastRenderedPageBreak/>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1851.</w:t>
            </w:r>
          </w:p>
        </w:tc>
        <w:tc>
          <w:tcPr>
            <w:tcW w:w="2880" w:type="dxa"/>
          </w:tcPr>
          <w:p w:rsidR="006F7457" w:rsidRPr="00332DB8" w:rsidRDefault="00332DB8">
            <w:pPr>
              <w:rPr>
                <w:lang w:val="ru-RU"/>
              </w:rPr>
            </w:pPr>
            <w:r w:rsidRPr="00332DB8">
              <w:rPr>
                <w:lang w:val="ru-RU"/>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1852.</w:t>
            </w:r>
          </w:p>
        </w:tc>
        <w:tc>
          <w:tcPr>
            <w:tcW w:w="2880" w:type="dxa"/>
          </w:tcPr>
          <w:p w:rsidR="006F7457" w:rsidRPr="00332DB8" w:rsidRDefault="00332DB8">
            <w:pPr>
              <w:rPr>
                <w:lang w:val="ru-RU"/>
              </w:rPr>
            </w:pPr>
            <w:r w:rsidRPr="00332DB8">
              <w:rPr>
                <w:lang w:val="ru-RU"/>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1853.</w:t>
            </w:r>
          </w:p>
        </w:tc>
        <w:tc>
          <w:tcPr>
            <w:tcW w:w="2880" w:type="dxa"/>
          </w:tcPr>
          <w:p w:rsidR="006F7457" w:rsidRPr="00332DB8" w:rsidRDefault="00332DB8">
            <w:pPr>
              <w:rPr>
                <w:lang w:val="ru-RU"/>
              </w:rPr>
            </w:pPr>
            <w:r w:rsidRPr="00332DB8">
              <w:rPr>
                <w:lang w:val="ru-RU"/>
              </w:rPr>
              <w:t>Стихотворение Александра Трубина «***»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1854.</w:t>
            </w:r>
          </w:p>
        </w:tc>
        <w:tc>
          <w:tcPr>
            <w:tcW w:w="2880" w:type="dxa"/>
          </w:tcPr>
          <w:p w:rsidR="006F7457" w:rsidRPr="00332DB8" w:rsidRDefault="00332DB8">
            <w:pPr>
              <w:rPr>
                <w:lang w:val="ru-RU"/>
              </w:rPr>
            </w:pPr>
            <w:r w:rsidRPr="00332DB8">
              <w:rPr>
                <w:lang w:val="ru-RU"/>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1855.</w:t>
            </w:r>
          </w:p>
        </w:tc>
        <w:tc>
          <w:tcPr>
            <w:tcW w:w="2880" w:type="dxa"/>
          </w:tcPr>
          <w:p w:rsidR="006F7457" w:rsidRPr="00332DB8" w:rsidRDefault="00332DB8">
            <w:pPr>
              <w:rPr>
                <w:lang w:val="ru-RU"/>
              </w:rPr>
            </w:pPr>
            <w:r w:rsidRPr="00332DB8">
              <w:rPr>
                <w:lang w:val="ru-RU"/>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1856.</w:t>
            </w:r>
          </w:p>
        </w:tc>
        <w:tc>
          <w:tcPr>
            <w:tcW w:w="2880" w:type="dxa"/>
          </w:tcPr>
          <w:p w:rsidR="006F7457" w:rsidRPr="00332DB8" w:rsidRDefault="00332DB8">
            <w:pPr>
              <w:rPr>
                <w:lang w:val="ru-RU"/>
              </w:rPr>
            </w:pPr>
            <w:r w:rsidRPr="00332DB8">
              <w:rPr>
                <w:lang w:val="ru-RU"/>
              </w:rPr>
              <w:t>Стихотворение Александра Трубина «МЫ»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1857.</w:t>
            </w:r>
          </w:p>
        </w:tc>
        <w:tc>
          <w:tcPr>
            <w:tcW w:w="2880" w:type="dxa"/>
          </w:tcPr>
          <w:p w:rsidR="006F7457" w:rsidRPr="00332DB8" w:rsidRDefault="00332DB8">
            <w:pPr>
              <w:rPr>
                <w:lang w:val="ru-RU"/>
              </w:rPr>
            </w:pPr>
            <w:r w:rsidRPr="00332DB8">
              <w:rPr>
                <w:lang w:val="ru-RU"/>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1858.</w:t>
            </w:r>
          </w:p>
        </w:tc>
        <w:tc>
          <w:tcPr>
            <w:tcW w:w="2880" w:type="dxa"/>
          </w:tcPr>
          <w:p w:rsidR="006F7457" w:rsidRPr="00332DB8" w:rsidRDefault="00332DB8">
            <w:pPr>
              <w:rPr>
                <w:lang w:val="ru-RU"/>
              </w:rPr>
            </w:pPr>
            <w:r w:rsidRPr="00332DB8">
              <w:rPr>
                <w:lang w:val="ru-RU"/>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1859.</w:t>
            </w:r>
          </w:p>
        </w:tc>
        <w:tc>
          <w:tcPr>
            <w:tcW w:w="2880" w:type="dxa"/>
          </w:tcPr>
          <w:p w:rsidR="006F7457" w:rsidRPr="00332DB8" w:rsidRDefault="00332DB8">
            <w:pPr>
              <w:rPr>
                <w:lang w:val="ru-RU"/>
              </w:rPr>
            </w:pPr>
            <w:r w:rsidRPr="00332DB8">
              <w:rPr>
                <w:lang w:val="ru-RU"/>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1860.</w:t>
            </w:r>
          </w:p>
        </w:tc>
        <w:tc>
          <w:tcPr>
            <w:tcW w:w="2880" w:type="dxa"/>
          </w:tcPr>
          <w:p w:rsidR="006F7457" w:rsidRPr="00332DB8" w:rsidRDefault="00332DB8">
            <w:pPr>
              <w:rPr>
                <w:lang w:val="ru-RU"/>
              </w:rPr>
            </w:pPr>
            <w:r w:rsidRPr="00332DB8">
              <w:rPr>
                <w:lang w:val="ru-RU"/>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186</w:t>
            </w:r>
            <w:r>
              <w:lastRenderedPageBreak/>
              <w:t>1.</w:t>
            </w:r>
          </w:p>
        </w:tc>
        <w:tc>
          <w:tcPr>
            <w:tcW w:w="2880" w:type="dxa"/>
          </w:tcPr>
          <w:p w:rsidR="006F7457" w:rsidRPr="00332DB8" w:rsidRDefault="00332DB8">
            <w:pPr>
              <w:rPr>
                <w:lang w:val="ru-RU"/>
              </w:rPr>
            </w:pPr>
            <w:r w:rsidRPr="00332DB8">
              <w:rPr>
                <w:lang w:val="ru-RU"/>
              </w:rPr>
              <w:lastRenderedPageBreak/>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1862.</w:t>
            </w:r>
          </w:p>
        </w:tc>
        <w:tc>
          <w:tcPr>
            <w:tcW w:w="2880" w:type="dxa"/>
          </w:tcPr>
          <w:p w:rsidR="006F7457" w:rsidRPr="00332DB8" w:rsidRDefault="00332DB8">
            <w:pPr>
              <w:rPr>
                <w:lang w:val="ru-RU"/>
              </w:rPr>
            </w:pPr>
            <w:r w:rsidRPr="00332DB8">
              <w:rPr>
                <w:lang w:val="ru-RU"/>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1863.</w:t>
            </w:r>
          </w:p>
        </w:tc>
        <w:tc>
          <w:tcPr>
            <w:tcW w:w="2880" w:type="dxa"/>
          </w:tcPr>
          <w:p w:rsidR="006F7457" w:rsidRPr="00332DB8" w:rsidRDefault="00332DB8">
            <w:pPr>
              <w:rPr>
                <w:lang w:val="ru-RU"/>
              </w:rPr>
            </w:pPr>
            <w:r w:rsidRPr="00332DB8">
              <w:rPr>
                <w:lang w:val="ru-RU"/>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1864.</w:t>
            </w:r>
          </w:p>
        </w:tc>
        <w:tc>
          <w:tcPr>
            <w:tcW w:w="2880" w:type="dxa"/>
          </w:tcPr>
          <w:p w:rsidR="006F7457" w:rsidRPr="00332DB8" w:rsidRDefault="00332DB8">
            <w:pPr>
              <w:rPr>
                <w:lang w:val="ru-RU"/>
              </w:rPr>
            </w:pPr>
            <w:r w:rsidRPr="00332DB8">
              <w:rPr>
                <w:lang w:val="ru-RU"/>
              </w:rPr>
              <w:t>Стихотворение Шанли Яна «***»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1865.</w:t>
            </w:r>
          </w:p>
        </w:tc>
        <w:tc>
          <w:tcPr>
            <w:tcW w:w="2880" w:type="dxa"/>
          </w:tcPr>
          <w:p w:rsidR="006F7457" w:rsidRPr="00332DB8" w:rsidRDefault="00332DB8">
            <w:pPr>
              <w:rPr>
                <w:lang w:val="ru-RU"/>
              </w:rPr>
            </w:pPr>
            <w:r w:rsidRPr="00332DB8">
              <w:rPr>
                <w:lang w:val="ru-RU"/>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1866.</w:t>
            </w:r>
          </w:p>
        </w:tc>
        <w:tc>
          <w:tcPr>
            <w:tcW w:w="2880" w:type="dxa"/>
          </w:tcPr>
          <w:p w:rsidR="006F7457" w:rsidRPr="00332DB8" w:rsidRDefault="00332DB8">
            <w:pPr>
              <w:rPr>
                <w:lang w:val="ru-RU"/>
              </w:rPr>
            </w:pPr>
            <w:r w:rsidRPr="00332DB8">
              <w:rPr>
                <w:lang w:val="ru-RU"/>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lastRenderedPageBreak/>
              <w:t>1867.</w:t>
            </w:r>
          </w:p>
        </w:tc>
        <w:tc>
          <w:tcPr>
            <w:tcW w:w="2880" w:type="dxa"/>
          </w:tcPr>
          <w:p w:rsidR="006F7457" w:rsidRPr="00332DB8" w:rsidRDefault="00332DB8">
            <w:pPr>
              <w:rPr>
                <w:lang w:val="ru-RU"/>
              </w:rPr>
            </w:pPr>
            <w:r w:rsidRPr="00332DB8">
              <w:rPr>
                <w:lang w:val="ru-RU"/>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DD284B">
        <w:tc>
          <w:tcPr>
            <w:tcW w:w="2880" w:type="dxa"/>
          </w:tcPr>
          <w:p w:rsidR="006F7457" w:rsidRDefault="00332DB8">
            <w:r>
              <w:t>1868.</w:t>
            </w:r>
          </w:p>
        </w:tc>
        <w:tc>
          <w:tcPr>
            <w:tcW w:w="2880" w:type="dxa"/>
          </w:tcPr>
          <w:p w:rsidR="006F7457" w:rsidRPr="00332DB8" w:rsidRDefault="00332DB8">
            <w:pPr>
              <w:rPr>
                <w:lang w:val="ru-RU"/>
              </w:rPr>
            </w:pPr>
            <w:r w:rsidRPr="00332DB8">
              <w:rPr>
                <w:lang w:val="ru-RU"/>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5A424D">
        <w:tc>
          <w:tcPr>
            <w:tcW w:w="2880" w:type="dxa"/>
          </w:tcPr>
          <w:p w:rsidR="006F7457" w:rsidRDefault="00332DB8">
            <w:r>
              <w:t>1869.</w:t>
            </w:r>
          </w:p>
        </w:tc>
        <w:tc>
          <w:tcPr>
            <w:tcW w:w="2880" w:type="dxa"/>
          </w:tcPr>
          <w:p w:rsidR="006F7457" w:rsidRPr="00332DB8" w:rsidRDefault="00332DB8">
            <w:pPr>
              <w:rPr>
                <w:lang w:val="ru-RU"/>
              </w:rPr>
            </w:pPr>
            <w:r w:rsidRPr="00332DB8">
              <w:rPr>
                <w:lang w:val="ru-RU"/>
              </w:rPr>
              <w:t>Стихотворение Николая Боголюбова «***»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5A424D">
        <w:tc>
          <w:tcPr>
            <w:tcW w:w="2880" w:type="dxa"/>
          </w:tcPr>
          <w:p w:rsidR="006F7457" w:rsidRDefault="00332DB8">
            <w:r>
              <w:t>1870.</w:t>
            </w:r>
          </w:p>
        </w:tc>
        <w:tc>
          <w:tcPr>
            <w:tcW w:w="2880" w:type="dxa"/>
          </w:tcPr>
          <w:p w:rsidR="006F7457" w:rsidRPr="00332DB8" w:rsidRDefault="00332DB8">
            <w:pPr>
              <w:rPr>
                <w:lang w:val="ru-RU"/>
              </w:rPr>
            </w:pPr>
            <w:r w:rsidRPr="00332DB8">
              <w:rPr>
                <w:lang w:val="ru-RU"/>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5A424D">
        <w:tc>
          <w:tcPr>
            <w:tcW w:w="2880" w:type="dxa"/>
          </w:tcPr>
          <w:p w:rsidR="006F7457" w:rsidRDefault="00332DB8">
            <w:r>
              <w:t>1871.</w:t>
            </w:r>
          </w:p>
        </w:tc>
        <w:tc>
          <w:tcPr>
            <w:tcW w:w="2880" w:type="dxa"/>
          </w:tcPr>
          <w:p w:rsidR="006F7457" w:rsidRPr="00332DB8" w:rsidRDefault="00332DB8">
            <w:pPr>
              <w:rPr>
                <w:lang w:val="ru-RU"/>
              </w:rPr>
            </w:pPr>
            <w:r w:rsidRPr="00332DB8">
              <w:rPr>
                <w:lang w:val="ru-RU"/>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5A424D">
        <w:tc>
          <w:tcPr>
            <w:tcW w:w="2880" w:type="dxa"/>
          </w:tcPr>
          <w:p w:rsidR="006F7457" w:rsidRDefault="00332DB8">
            <w:r>
              <w:t>187</w:t>
            </w:r>
            <w:r>
              <w:lastRenderedPageBreak/>
              <w:t>2.</w:t>
            </w:r>
          </w:p>
        </w:tc>
        <w:tc>
          <w:tcPr>
            <w:tcW w:w="2880" w:type="dxa"/>
          </w:tcPr>
          <w:p w:rsidR="006F7457" w:rsidRPr="00332DB8" w:rsidRDefault="00332DB8">
            <w:pPr>
              <w:rPr>
                <w:lang w:val="ru-RU"/>
              </w:rPr>
            </w:pPr>
            <w:r w:rsidRPr="00332DB8">
              <w:rPr>
                <w:lang w:val="ru-RU"/>
              </w:rPr>
              <w:lastRenderedPageBreak/>
              <w:t>Стихотворение Вещего Олега «Иду на Вы!»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1873.</w:t>
            </w:r>
          </w:p>
        </w:tc>
        <w:tc>
          <w:tcPr>
            <w:tcW w:w="2880" w:type="dxa"/>
          </w:tcPr>
          <w:p w:rsidR="006F7457" w:rsidRPr="00332DB8" w:rsidRDefault="00332DB8">
            <w:pPr>
              <w:rPr>
                <w:lang w:val="ru-RU"/>
              </w:rPr>
            </w:pPr>
            <w:r w:rsidRPr="00332DB8">
              <w:rPr>
                <w:lang w:val="ru-RU"/>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5A424D">
        <w:tc>
          <w:tcPr>
            <w:tcW w:w="2880" w:type="dxa"/>
          </w:tcPr>
          <w:p w:rsidR="006F7457" w:rsidRDefault="00332DB8">
            <w:r>
              <w:t>1874.</w:t>
            </w:r>
          </w:p>
        </w:tc>
        <w:tc>
          <w:tcPr>
            <w:tcW w:w="2880" w:type="dxa"/>
          </w:tcPr>
          <w:p w:rsidR="006F7457" w:rsidRPr="00332DB8" w:rsidRDefault="00332DB8">
            <w:pPr>
              <w:rPr>
                <w:lang w:val="ru-RU"/>
              </w:rPr>
            </w:pPr>
            <w:r w:rsidRPr="00332DB8">
              <w:rPr>
                <w:lang w:val="ru-RU"/>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5A424D">
        <w:tc>
          <w:tcPr>
            <w:tcW w:w="2880" w:type="dxa"/>
          </w:tcPr>
          <w:p w:rsidR="006F7457" w:rsidRDefault="00332DB8">
            <w:r>
              <w:t>1875.</w:t>
            </w:r>
          </w:p>
        </w:tc>
        <w:tc>
          <w:tcPr>
            <w:tcW w:w="2880" w:type="dxa"/>
          </w:tcPr>
          <w:p w:rsidR="006F7457" w:rsidRPr="00332DB8" w:rsidRDefault="00332DB8">
            <w:pPr>
              <w:rPr>
                <w:lang w:val="ru-RU"/>
              </w:rPr>
            </w:pPr>
            <w:r w:rsidRPr="00332DB8">
              <w:rPr>
                <w:lang w:val="ru-RU"/>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5A424D">
        <w:tc>
          <w:tcPr>
            <w:tcW w:w="2880" w:type="dxa"/>
          </w:tcPr>
          <w:p w:rsidR="006F7457" w:rsidRDefault="00332DB8">
            <w:r>
              <w:t>1876.</w:t>
            </w:r>
          </w:p>
        </w:tc>
        <w:tc>
          <w:tcPr>
            <w:tcW w:w="2880" w:type="dxa"/>
          </w:tcPr>
          <w:p w:rsidR="006F7457" w:rsidRPr="00332DB8" w:rsidRDefault="00332DB8">
            <w:pPr>
              <w:rPr>
                <w:lang w:val="ru-RU"/>
              </w:rPr>
            </w:pPr>
            <w:r w:rsidRPr="00332DB8">
              <w:rPr>
                <w:lang w:val="ru-RU"/>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5A424D">
        <w:tc>
          <w:tcPr>
            <w:tcW w:w="2880" w:type="dxa"/>
          </w:tcPr>
          <w:p w:rsidR="006F7457" w:rsidRDefault="00332DB8">
            <w:r>
              <w:t>1877.</w:t>
            </w:r>
          </w:p>
        </w:tc>
        <w:tc>
          <w:tcPr>
            <w:tcW w:w="2880" w:type="dxa"/>
          </w:tcPr>
          <w:p w:rsidR="006F7457" w:rsidRPr="00332DB8" w:rsidRDefault="00332DB8">
            <w:pPr>
              <w:rPr>
                <w:lang w:val="ru-RU"/>
              </w:rPr>
            </w:pPr>
            <w:r w:rsidRPr="00332DB8">
              <w:rPr>
                <w:lang w:val="ru-RU"/>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1878.</w:t>
            </w:r>
          </w:p>
        </w:tc>
        <w:tc>
          <w:tcPr>
            <w:tcW w:w="2880" w:type="dxa"/>
          </w:tcPr>
          <w:p w:rsidR="006F7457" w:rsidRPr="00332DB8" w:rsidRDefault="00332DB8">
            <w:pPr>
              <w:rPr>
                <w:lang w:val="ru-RU"/>
              </w:rPr>
            </w:pPr>
            <w:r w:rsidRPr="00332DB8">
              <w:rPr>
                <w:lang w:val="ru-RU"/>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5A424D">
        <w:tc>
          <w:tcPr>
            <w:tcW w:w="2880" w:type="dxa"/>
          </w:tcPr>
          <w:p w:rsidR="006F7457" w:rsidRDefault="00332DB8">
            <w:r>
              <w:t>1879.</w:t>
            </w:r>
          </w:p>
        </w:tc>
        <w:tc>
          <w:tcPr>
            <w:tcW w:w="2880" w:type="dxa"/>
          </w:tcPr>
          <w:p w:rsidR="006F7457" w:rsidRPr="00332DB8" w:rsidRDefault="00332DB8">
            <w:pPr>
              <w:rPr>
                <w:lang w:val="ru-RU"/>
              </w:rPr>
            </w:pPr>
            <w:r w:rsidRPr="00332DB8">
              <w:rPr>
                <w:lang w:val="ru-RU"/>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5A424D">
        <w:tc>
          <w:tcPr>
            <w:tcW w:w="2880" w:type="dxa"/>
          </w:tcPr>
          <w:p w:rsidR="006F7457" w:rsidRDefault="00332DB8">
            <w:r>
              <w:t>1880.</w:t>
            </w:r>
          </w:p>
        </w:tc>
        <w:tc>
          <w:tcPr>
            <w:tcW w:w="2880" w:type="dxa"/>
          </w:tcPr>
          <w:p w:rsidR="006F7457" w:rsidRPr="00332DB8" w:rsidRDefault="00332DB8">
            <w:pPr>
              <w:rPr>
                <w:lang w:val="ru-RU"/>
              </w:rPr>
            </w:pPr>
            <w:r w:rsidRPr="00332DB8">
              <w:rPr>
                <w:lang w:val="ru-RU"/>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2880" w:type="dxa"/>
          </w:tcPr>
          <w:p w:rsidR="006F7457" w:rsidRPr="00332DB8" w:rsidRDefault="006F7457">
            <w:pPr>
              <w:rPr>
                <w:lang w:val="ru-RU"/>
              </w:rPr>
            </w:pPr>
          </w:p>
        </w:tc>
      </w:tr>
      <w:tr w:rsidR="006F7457" w:rsidRPr="005A424D">
        <w:tc>
          <w:tcPr>
            <w:tcW w:w="2880" w:type="dxa"/>
          </w:tcPr>
          <w:p w:rsidR="006F7457" w:rsidRDefault="00332DB8">
            <w:r>
              <w:t>1881.</w:t>
            </w:r>
          </w:p>
        </w:tc>
        <w:tc>
          <w:tcPr>
            <w:tcW w:w="2880" w:type="dxa"/>
          </w:tcPr>
          <w:p w:rsidR="006F7457" w:rsidRPr="00332DB8" w:rsidRDefault="00332DB8">
            <w:pPr>
              <w:rPr>
                <w:lang w:val="ru-RU"/>
              </w:rPr>
            </w:pPr>
            <w:r w:rsidRPr="00332DB8">
              <w:rPr>
                <w:lang w:val="ru-RU"/>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2880" w:type="dxa"/>
          </w:tcPr>
          <w:p w:rsidR="006F7457" w:rsidRPr="00332DB8" w:rsidRDefault="006F7457">
            <w:pPr>
              <w:rPr>
                <w:lang w:val="ru-RU"/>
              </w:rPr>
            </w:pPr>
          </w:p>
        </w:tc>
      </w:tr>
      <w:tr w:rsidR="006F7457" w:rsidRPr="005A424D">
        <w:tc>
          <w:tcPr>
            <w:tcW w:w="2880" w:type="dxa"/>
          </w:tcPr>
          <w:p w:rsidR="006F7457" w:rsidRDefault="00332DB8">
            <w:r>
              <w:t>1882.</w:t>
            </w:r>
          </w:p>
        </w:tc>
        <w:tc>
          <w:tcPr>
            <w:tcW w:w="2880" w:type="dxa"/>
          </w:tcPr>
          <w:p w:rsidR="006F7457" w:rsidRPr="00332DB8" w:rsidRDefault="00332DB8">
            <w:pPr>
              <w:rPr>
                <w:lang w:val="ru-RU"/>
              </w:rPr>
            </w:pPr>
            <w:r w:rsidRPr="00332DB8">
              <w:rPr>
                <w:lang w:val="ru-RU"/>
              </w:rPr>
              <w:t>Видеоролик «Спецоперация муджахидов Раббаникалы» (решение Кировского районного суда г. Астрахани от 25.02.2013);</w:t>
            </w:r>
          </w:p>
        </w:tc>
        <w:tc>
          <w:tcPr>
            <w:tcW w:w="2880" w:type="dxa"/>
          </w:tcPr>
          <w:p w:rsidR="006F7457" w:rsidRPr="00332DB8" w:rsidRDefault="006F7457">
            <w:pPr>
              <w:rPr>
                <w:lang w:val="ru-RU"/>
              </w:rPr>
            </w:pPr>
          </w:p>
        </w:tc>
      </w:tr>
      <w:tr w:rsidR="006F7457" w:rsidRPr="005A424D">
        <w:tc>
          <w:tcPr>
            <w:tcW w:w="2880" w:type="dxa"/>
          </w:tcPr>
          <w:p w:rsidR="006F7457" w:rsidRDefault="00332DB8">
            <w:r>
              <w:t>188</w:t>
            </w:r>
            <w:r>
              <w:lastRenderedPageBreak/>
              <w:t>3.</w:t>
            </w:r>
          </w:p>
        </w:tc>
        <w:tc>
          <w:tcPr>
            <w:tcW w:w="2880" w:type="dxa"/>
          </w:tcPr>
          <w:p w:rsidR="006F7457" w:rsidRPr="00332DB8" w:rsidRDefault="00332DB8">
            <w:pPr>
              <w:rPr>
                <w:lang w:val="ru-RU"/>
              </w:rPr>
            </w:pPr>
            <w:r w:rsidRPr="00332DB8">
              <w:rPr>
                <w:lang w:val="ru-RU"/>
              </w:rPr>
              <w:lastRenderedPageBreak/>
              <w:t xml:space="preserve">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w:t>
            </w:r>
            <w:r w:rsidRPr="00332DB8">
              <w:rPr>
                <w:lang w:val="ru-RU"/>
              </w:rPr>
              <w:lastRenderedPageBreak/>
              <w:t>коллегии по гражданским делам Ростовского областного суда от 11.02.2013);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1884.</w:t>
            </w:r>
          </w:p>
        </w:tc>
        <w:tc>
          <w:tcPr>
            <w:tcW w:w="2880" w:type="dxa"/>
          </w:tcPr>
          <w:p w:rsidR="006F7457" w:rsidRPr="00332DB8" w:rsidRDefault="00332DB8">
            <w:pPr>
              <w:rPr>
                <w:lang w:val="ru-RU"/>
              </w:rPr>
            </w:pPr>
            <w:r w:rsidRPr="00332DB8">
              <w:rPr>
                <w:lang w:val="ru-RU"/>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2880" w:type="dxa"/>
          </w:tcPr>
          <w:p w:rsidR="006F7457" w:rsidRPr="00332DB8" w:rsidRDefault="006F7457">
            <w:pPr>
              <w:rPr>
                <w:lang w:val="ru-RU"/>
              </w:rPr>
            </w:pPr>
          </w:p>
        </w:tc>
      </w:tr>
      <w:tr w:rsidR="006F7457" w:rsidRPr="005A424D">
        <w:tc>
          <w:tcPr>
            <w:tcW w:w="2880" w:type="dxa"/>
          </w:tcPr>
          <w:p w:rsidR="006F7457" w:rsidRDefault="00332DB8">
            <w:r>
              <w:t>1885.</w:t>
            </w:r>
          </w:p>
        </w:tc>
        <w:tc>
          <w:tcPr>
            <w:tcW w:w="2880" w:type="dxa"/>
          </w:tcPr>
          <w:p w:rsidR="006F7457" w:rsidRPr="00332DB8" w:rsidRDefault="00332DB8">
            <w:pPr>
              <w:rPr>
                <w:lang w:val="ru-RU"/>
              </w:rPr>
            </w:pPr>
            <w:r>
              <w:t>Книга Бадиуззаман Саид Нурси «Двадцать пять лекарств» (mega Basim Yayin San. Ve</w:t>
            </w:r>
            <w:r w:rsidRPr="00332DB8">
              <w:rPr>
                <w:lang w:val="ru-RU"/>
              </w:rPr>
              <w:t xml:space="preserve"> </w:t>
            </w:r>
            <w:r>
              <w:t>Tic</w:t>
            </w:r>
            <w:r w:rsidRPr="00332DB8">
              <w:rPr>
                <w:lang w:val="ru-RU"/>
              </w:rPr>
              <w:t>.</w:t>
            </w:r>
            <w:r>
              <w:t>A</w:t>
            </w:r>
            <w:r w:rsidRPr="00332DB8">
              <w:rPr>
                <w:lang w:val="ru-RU"/>
              </w:rPr>
              <w:t>.</w:t>
            </w:r>
            <w:r>
              <w:t>S</w:t>
            </w:r>
            <w:r w:rsidRPr="00332DB8">
              <w:rPr>
                <w:lang w:val="ru-RU"/>
              </w:rPr>
              <w:t>.-2009-80с.) (решение Советского районного суда г. Красноярска от 09.11.2012);</w:t>
            </w:r>
          </w:p>
        </w:tc>
        <w:tc>
          <w:tcPr>
            <w:tcW w:w="2880" w:type="dxa"/>
          </w:tcPr>
          <w:p w:rsidR="006F7457" w:rsidRPr="00332DB8" w:rsidRDefault="006F7457">
            <w:pPr>
              <w:rPr>
                <w:lang w:val="ru-RU"/>
              </w:rPr>
            </w:pPr>
          </w:p>
        </w:tc>
      </w:tr>
      <w:tr w:rsidR="006F7457" w:rsidRPr="005A424D">
        <w:tc>
          <w:tcPr>
            <w:tcW w:w="2880" w:type="dxa"/>
          </w:tcPr>
          <w:p w:rsidR="006F7457" w:rsidRDefault="00332DB8">
            <w:r>
              <w:t>1886.</w:t>
            </w:r>
          </w:p>
        </w:tc>
        <w:tc>
          <w:tcPr>
            <w:tcW w:w="2880" w:type="dxa"/>
          </w:tcPr>
          <w:p w:rsidR="006F7457" w:rsidRPr="00332DB8" w:rsidRDefault="00332DB8">
            <w:pPr>
              <w:rPr>
                <w:lang w:val="ru-RU"/>
              </w:rPr>
            </w:pPr>
            <w:r w:rsidRPr="00332DB8">
              <w:rPr>
                <w:lang w:val="ru-RU"/>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2880" w:type="dxa"/>
          </w:tcPr>
          <w:p w:rsidR="006F7457" w:rsidRPr="00332DB8" w:rsidRDefault="006F7457">
            <w:pPr>
              <w:rPr>
                <w:lang w:val="ru-RU"/>
              </w:rPr>
            </w:pPr>
          </w:p>
        </w:tc>
      </w:tr>
      <w:tr w:rsidR="006F7457" w:rsidRPr="005A424D">
        <w:tc>
          <w:tcPr>
            <w:tcW w:w="2880" w:type="dxa"/>
          </w:tcPr>
          <w:p w:rsidR="006F7457" w:rsidRDefault="00332DB8">
            <w:r>
              <w:t>1887.</w:t>
            </w:r>
          </w:p>
        </w:tc>
        <w:tc>
          <w:tcPr>
            <w:tcW w:w="2880" w:type="dxa"/>
          </w:tcPr>
          <w:p w:rsidR="006F7457" w:rsidRPr="00332DB8" w:rsidRDefault="00332DB8">
            <w:pPr>
              <w:rPr>
                <w:lang w:val="ru-RU"/>
              </w:rPr>
            </w:pPr>
            <w:r w:rsidRPr="00332DB8">
              <w:rPr>
                <w:lang w:val="ru-RU"/>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6F7457" w:rsidRPr="00332DB8" w:rsidRDefault="006F7457">
            <w:pPr>
              <w:rPr>
                <w:lang w:val="ru-RU"/>
              </w:rPr>
            </w:pPr>
          </w:p>
        </w:tc>
      </w:tr>
      <w:tr w:rsidR="006F7457" w:rsidRPr="005A424D">
        <w:tc>
          <w:tcPr>
            <w:tcW w:w="2880" w:type="dxa"/>
          </w:tcPr>
          <w:p w:rsidR="006F7457" w:rsidRDefault="00332DB8">
            <w:r>
              <w:t>1888.</w:t>
            </w:r>
          </w:p>
        </w:tc>
        <w:tc>
          <w:tcPr>
            <w:tcW w:w="2880" w:type="dxa"/>
          </w:tcPr>
          <w:p w:rsidR="006F7457" w:rsidRPr="00332DB8" w:rsidRDefault="00332DB8">
            <w:pPr>
              <w:rPr>
                <w:lang w:val="ru-RU"/>
              </w:rPr>
            </w:pPr>
            <w:r w:rsidRPr="00332DB8">
              <w:rPr>
                <w:lang w:val="ru-RU"/>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1889.</w:t>
            </w:r>
          </w:p>
        </w:tc>
        <w:tc>
          <w:tcPr>
            <w:tcW w:w="2880" w:type="dxa"/>
          </w:tcPr>
          <w:p w:rsidR="006F7457" w:rsidRPr="00332DB8" w:rsidRDefault="00332DB8">
            <w:pPr>
              <w:rPr>
                <w:lang w:val="ru-RU"/>
              </w:rPr>
            </w:pPr>
            <w:r w:rsidRPr="00332DB8">
              <w:rPr>
                <w:lang w:val="ru-RU"/>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6F7457" w:rsidRPr="00332DB8" w:rsidRDefault="006F7457">
            <w:pPr>
              <w:rPr>
                <w:lang w:val="ru-RU"/>
              </w:rPr>
            </w:pPr>
          </w:p>
        </w:tc>
      </w:tr>
      <w:tr w:rsidR="006F7457" w:rsidRPr="005A424D">
        <w:tc>
          <w:tcPr>
            <w:tcW w:w="2880" w:type="dxa"/>
          </w:tcPr>
          <w:p w:rsidR="006F7457" w:rsidRDefault="00332DB8">
            <w:r>
              <w:t>1890.</w:t>
            </w:r>
          </w:p>
        </w:tc>
        <w:tc>
          <w:tcPr>
            <w:tcW w:w="2880" w:type="dxa"/>
          </w:tcPr>
          <w:p w:rsidR="006F7457" w:rsidRPr="00332DB8" w:rsidRDefault="00332DB8">
            <w:pPr>
              <w:rPr>
                <w:lang w:val="ru-RU"/>
              </w:rPr>
            </w:pPr>
            <w:r w:rsidRPr="00332DB8">
              <w:rPr>
                <w:lang w:val="ru-RU"/>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6F7457" w:rsidRPr="00332DB8" w:rsidRDefault="006F7457">
            <w:pPr>
              <w:rPr>
                <w:lang w:val="ru-RU"/>
              </w:rPr>
            </w:pPr>
          </w:p>
        </w:tc>
      </w:tr>
      <w:tr w:rsidR="006F7457" w:rsidRPr="005A424D">
        <w:tc>
          <w:tcPr>
            <w:tcW w:w="2880" w:type="dxa"/>
          </w:tcPr>
          <w:p w:rsidR="006F7457" w:rsidRDefault="00332DB8">
            <w:r>
              <w:t>1891.</w:t>
            </w:r>
          </w:p>
        </w:tc>
        <w:tc>
          <w:tcPr>
            <w:tcW w:w="2880" w:type="dxa"/>
          </w:tcPr>
          <w:p w:rsidR="006F7457" w:rsidRPr="00332DB8" w:rsidRDefault="00332DB8">
            <w:pPr>
              <w:rPr>
                <w:lang w:val="ru-RU"/>
              </w:rPr>
            </w:pPr>
            <w:r w:rsidRPr="00332DB8">
              <w:rPr>
                <w:lang w:val="ru-RU"/>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6F7457" w:rsidRPr="00332DB8" w:rsidRDefault="006F7457">
            <w:pPr>
              <w:rPr>
                <w:lang w:val="ru-RU"/>
              </w:rPr>
            </w:pPr>
          </w:p>
        </w:tc>
      </w:tr>
      <w:tr w:rsidR="006F7457" w:rsidRPr="005A424D">
        <w:tc>
          <w:tcPr>
            <w:tcW w:w="2880" w:type="dxa"/>
          </w:tcPr>
          <w:p w:rsidR="006F7457" w:rsidRDefault="00332DB8">
            <w:r>
              <w:t>1892.</w:t>
            </w:r>
          </w:p>
        </w:tc>
        <w:tc>
          <w:tcPr>
            <w:tcW w:w="2880" w:type="dxa"/>
          </w:tcPr>
          <w:p w:rsidR="006F7457" w:rsidRPr="00332DB8" w:rsidRDefault="00332DB8">
            <w:pPr>
              <w:rPr>
                <w:lang w:val="ru-RU"/>
              </w:rPr>
            </w:pPr>
            <w:r w:rsidRPr="00332DB8">
              <w:rPr>
                <w:lang w:val="ru-RU"/>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6F7457" w:rsidRPr="00332DB8" w:rsidRDefault="006F7457">
            <w:pPr>
              <w:rPr>
                <w:lang w:val="ru-RU"/>
              </w:rPr>
            </w:pPr>
          </w:p>
        </w:tc>
      </w:tr>
      <w:tr w:rsidR="006F7457" w:rsidRPr="005A424D">
        <w:tc>
          <w:tcPr>
            <w:tcW w:w="2880" w:type="dxa"/>
          </w:tcPr>
          <w:p w:rsidR="006F7457" w:rsidRDefault="00332DB8">
            <w:r>
              <w:t>1893.</w:t>
            </w:r>
          </w:p>
        </w:tc>
        <w:tc>
          <w:tcPr>
            <w:tcW w:w="2880" w:type="dxa"/>
          </w:tcPr>
          <w:p w:rsidR="006F7457" w:rsidRPr="00332DB8" w:rsidRDefault="00332DB8">
            <w:pPr>
              <w:rPr>
                <w:lang w:val="ru-RU"/>
              </w:rPr>
            </w:pPr>
            <w:r w:rsidRPr="00332DB8">
              <w:rPr>
                <w:lang w:val="ru-RU"/>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6F7457" w:rsidRPr="00332DB8" w:rsidRDefault="006F7457">
            <w:pPr>
              <w:rPr>
                <w:lang w:val="ru-RU"/>
              </w:rPr>
            </w:pPr>
          </w:p>
        </w:tc>
      </w:tr>
      <w:tr w:rsidR="006F7457" w:rsidRPr="005A424D">
        <w:tc>
          <w:tcPr>
            <w:tcW w:w="2880" w:type="dxa"/>
          </w:tcPr>
          <w:p w:rsidR="006F7457" w:rsidRDefault="00332DB8">
            <w:r>
              <w:t>189</w:t>
            </w:r>
            <w:r>
              <w:lastRenderedPageBreak/>
              <w:t>4.</w:t>
            </w:r>
          </w:p>
        </w:tc>
        <w:tc>
          <w:tcPr>
            <w:tcW w:w="2880" w:type="dxa"/>
          </w:tcPr>
          <w:p w:rsidR="006F7457" w:rsidRPr="00332DB8" w:rsidRDefault="00332DB8">
            <w:pPr>
              <w:rPr>
                <w:lang w:val="ru-RU"/>
              </w:rPr>
            </w:pPr>
            <w:r w:rsidRPr="00332DB8">
              <w:rPr>
                <w:lang w:val="ru-RU"/>
              </w:rPr>
              <w:lastRenderedPageBreak/>
              <w:t xml:space="preserve">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w:t>
            </w:r>
            <w:r w:rsidRPr="00332DB8">
              <w:rPr>
                <w:lang w:val="ru-RU"/>
              </w:rPr>
              <w:lastRenderedPageBreak/>
              <w:t>Засвияжского районного суда г. Ульяновска от 21.03.2013);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1895.</w:t>
            </w:r>
          </w:p>
        </w:tc>
        <w:tc>
          <w:tcPr>
            <w:tcW w:w="2880" w:type="dxa"/>
          </w:tcPr>
          <w:p w:rsidR="006F7457" w:rsidRPr="00332DB8" w:rsidRDefault="00332DB8">
            <w:pPr>
              <w:rPr>
                <w:lang w:val="ru-RU"/>
              </w:rPr>
            </w:pPr>
            <w:r w:rsidRPr="00332DB8">
              <w:rPr>
                <w:lang w:val="ru-RU"/>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6F7457" w:rsidRPr="00332DB8" w:rsidRDefault="006F7457">
            <w:pPr>
              <w:rPr>
                <w:lang w:val="ru-RU"/>
              </w:rPr>
            </w:pPr>
          </w:p>
        </w:tc>
      </w:tr>
      <w:tr w:rsidR="006F7457" w:rsidRPr="005A424D">
        <w:tc>
          <w:tcPr>
            <w:tcW w:w="2880" w:type="dxa"/>
          </w:tcPr>
          <w:p w:rsidR="006F7457" w:rsidRDefault="00332DB8">
            <w:r>
              <w:t>1896.</w:t>
            </w:r>
          </w:p>
        </w:tc>
        <w:tc>
          <w:tcPr>
            <w:tcW w:w="2880" w:type="dxa"/>
          </w:tcPr>
          <w:p w:rsidR="006F7457" w:rsidRPr="00332DB8" w:rsidRDefault="00332DB8">
            <w:pPr>
              <w:rPr>
                <w:lang w:val="ru-RU"/>
              </w:rPr>
            </w:pPr>
            <w:r w:rsidRPr="00332DB8">
              <w:rPr>
                <w:lang w:val="ru-RU"/>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6F7457" w:rsidRPr="00332DB8" w:rsidRDefault="006F7457">
            <w:pPr>
              <w:rPr>
                <w:lang w:val="ru-RU"/>
              </w:rPr>
            </w:pPr>
          </w:p>
        </w:tc>
      </w:tr>
      <w:tr w:rsidR="006F7457" w:rsidRPr="005A424D">
        <w:tc>
          <w:tcPr>
            <w:tcW w:w="2880" w:type="dxa"/>
          </w:tcPr>
          <w:p w:rsidR="006F7457" w:rsidRDefault="00332DB8">
            <w:r>
              <w:t>1897.</w:t>
            </w:r>
          </w:p>
        </w:tc>
        <w:tc>
          <w:tcPr>
            <w:tcW w:w="2880" w:type="dxa"/>
          </w:tcPr>
          <w:p w:rsidR="006F7457" w:rsidRPr="00332DB8" w:rsidRDefault="00332DB8">
            <w:pPr>
              <w:rPr>
                <w:lang w:val="ru-RU"/>
              </w:rPr>
            </w:pPr>
            <w:r w:rsidRPr="00332DB8">
              <w:rPr>
                <w:lang w:val="ru-RU"/>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6F7457" w:rsidRPr="00332DB8" w:rsidRDefault="006F7457">
            <w:pPr>
              <w:rPr>
                <w:lang w:val="ru-RU"/>
              </w:rPr>
            </w:pPr>
          </w:p>
        </w:tc>
      </w:tr>
      <w:tr w:rsidR="006F7457" w:rsidRPr="005A424D">
        <w:tc>
          <w:tcPr>
            <w:tcW w:w="2880" w:type="dxa"/>
          </w:tcPr>
          <w:p w:rsidR="006F7457" w:rsidRDefault="00332DB8">
            <w:r>
              <w:t>1898.</w:t>
            </w:r>
          </w:p>
        </w:tc>
        <w:tc>
          <w:tcPr>
            <w:tcW w:w="2880" w:type="dxa"/>
          </w:tcPr>
          <w:p w:rsidR="006F7457" w:rsidRPr="00332DB8" w:rsidRDefault="00332DB8">
            <w:pPr>
              <w:rPr>
                <w:lang w:val="ru-RU"/>
              </w:rPr>
            </w:pPr>
            <w:r w:rsidRPr="00332DB8">
              <w:rPr>
                <w:lang w:val="ru-RU"/>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6F7457" w:rsidRPr="00332DB8" w:rsidRDefault="006F7457">
            <w:pPr>
              <w:rPr>
                <w:lang w:val="ru-RU"/>
              </w:rPr>
            </w:pPr>
          </w:p>
        </w:tc>
      </w:tr>
      <w:tr w:rsidR="006F7457" w:rsidRPr="005A424D">
        <w:tc>
          <w:tcPr>
            <w:tcW w:w="2880" w:type="dxa"/>
          </w:tcPr>
          <w:p w:rsidR="006F7457" w:rsidRDefault="00332DB8">
            <w:r>
              <w:t>1899.</w:t>
            </w:r>
          </w:p>
        </w:tc>
        <w:tc>
          <w:tcPr>
            <w:tcW w:w="2880" w:type="dxa"/>
          </w:tcPr>
          <w:p w:rsidR="006F7457" w:rsidRPr="00332DB8" w:rsidRDefault="00332DB8">
            <w:pPr>
              <w:rPr>
                <w:lang w:val="ru-RU"/>
              </w:rPr>
            </w:pPr>
            <w:r w:rsidRPr="00332DB8">
              <w:rPr>
                <w:lang w:val="ru-RU"/>
              </w:rPr>
              <w:t>Видеофайл с названием: «Рожденный шавкой - на ноги не встанет» (</w:t>
            </w:r>
            <w:r>
              <w:t>http</w:t>
            </w:r>
            <w:r w:rsidRPr="00332DB8">
              <w:rPr>
                <w:lang w:val="ru-RU"/>
              </w:rPr>
              <w:t>://</w:t>
            </w:r>
            <w:r>
              <w:t>vkontakte</w:t>
            </w:r>
            <w:r w:rsidRPr="00332DB8">
              <w:rPr>
                <w:lang w:val="ru-RU"/>
              </w:rPr>
              <w:t>.</w:t>
            </w:r>
            <w:r>
              <w:t>ru</w:t>
            </w:r>
            <w:r w:rsidRPr="00332DB8">
              <w:rPr>
                <w:lang w:val="ru-RU"/>
              </w:rPr>
              <w:t>/</w:t>
            </w:r>
            <w:r>
              <w:t>video</w:t>
            </w:r>
            <w:r w:rsidRPr="00332DB8">
              <w:rPr>
                <w:lang w:val="ru-RU"/>
              </w:rPr>
              <w:t>41789778_161182186), размещенный в международной компьютерной сети «Интернет» на информационной странице пользователя «Александр Кадынцев» (</w:t>
            </w:r>
            <w:r>
              <w:t>http</w:t>
            </w:r>
            <w:r w:rsidRPr="00332DB8">
              <w:rPr>
                <w:lang w:val="ru-RU"/>
              </w:rPr>
              <w:t>://</w:t>
            </w:r>
            <w:r>
              <w:t>vkontakte</w:t>
            </w:r>
            <w:r w:rsidRPr="00332DB8">
              <w:rPr>
                <w:lang w:val="ru-RU"/>
              </w:rPr>
              <w:t>.</w:t>
            </w:r>
            <w:r>
              <w:t>ru</w:t>
            </w:r>
            <w:r w:rsidRPr="00332DB8">
              <w:rPr>
                <w:lang w:val="ru-RU"/>
              </w:rPr>
              <w:t>/</w:t>
            </w:r>
            <w:r>
              <w:t>id</w:t>
            </w:r>
            <w:r w:rsidRPr="00332DB8">
              <w:rPr>
                <w:lang w:val="ru-RU"/>
              </w:rPr>
              <w:t>141789778) (решение Синарского районного суда г. Каменска-Уральского Свердловской области от 16.01.2013);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1900.</w:t>
            </w:r>
          </w:p>
        </w:tc>
        <w:tc>
          <w:tcPr>
            <w:tcW w:w="2880" w:type="dxa"/>
          </w:tcPr>
          <w:p w:rsidR="006F7457" w:rsidRPr="00332DB8" w:rsidRDefault="00332DB8">
            <w:pPr>
              <w:rPr>
                <w:lang w:val="ru-RU"/>
              </w:rPr>
            </w:pPr>
            <w:r w:rsidRPr="00332DB8">
              <w:rPr>
                <w:lang w:val="ru-RU"/>
              </w:rPr>
              <w:t>Видеофайл с названием: «Банда Москвы - Виват, Россия!» (</w:t>
            </w:r>
            <w:r>
              <w:t>http</w:t>
            </w:r>
            <w:r w:rsidRPr="00332DB8">
              <w:rPr>
                <w:lang w:val="ru-RU"/>
              </w:rPr>
              <w:t>://</w:t>
            </w:r>
            <w:r>
              <w:t>vkontakte</w:t>
            </w:r>
            <w:r w:rsidRPr="00332DB8">
              <w:rPr>
                <w:lang w:val="ru-RU"/>
              </w:rPr>
              <w:t>.</w:t>
            </w:r>
            <w:r>
              <w:t>ru</w:t>
            </w:r>
            <w:r w:rsidRPr="00332DB8">
              <w:rPr>
                <w:lang w:val="ru-RU"/>
              </w:rPr>
              <w:t xml:space="preserve">/ </w:t>
            </w:r>
            <w:r>
              <w:t>video</w:t>
            </w:r>
            <w:r w:rsidRPr="00332DB8">
              <w:rPr>
                <w:lang w:val="ru-RU"/>
              </w:rPr>
              <w:t>41789778_161018550), размещенный в международной компьютерной сети «Интернет» на информационной странице пользователя «Александр Кадынцев» (</w:t>
            </w:r>
            <w:r>
              <w:t>http</w:t>
            </w:r>
            <w:r w:rsidRPr="00332DB8">
              <w:rPr>
                <w:lang w:val="ru-RU"/>
              </w:rPr>
              <w:t>://</w:t>
            </w:r>
            <w:r>
              <w:t>vkontakte</w:t>
            </w:r>
            <w:r w:rsidRPr="00332DB8">
              <w:rPr>
                <w:lang w:val="ru-RU"/>
              </w:rPr>
              <w:t>.</w:t>
            </w:r>
            <w:r>
              <w:t>ru</w:t>
            </w:r>
            <w:r w:rsidRPr="00332DB8">
              <w:rPr>
                <w:lang w:val="ru-RU"/>
              </w:rPr>
              <w:t>/</w:t>
            </w:r>
            <w:r>
              <w:t>id</w:t>
            </w:r>
            <w:r w:rsidRPr="00332DB8">
              <w:rPr>
                <w:lang w:val="ru-RU"/>
              </w:rPr>
              <w:t>141789778) (решение Синарского районного суда г. Каменска-Уральского Свердловской области от 16.01.2013);</w:t>
            </w:r>
          </w:p>
        </w:tc>
        <w:tc>
          <w:tcPr>
            <w:tcW w:w="2880" w:type="dxa"/>
          </w:tcPr>
          <w:p w:rsidR="006F7457" w:rsidRPr="00332DB8" w:rsidRDefault="006F7457">
            <w:pPr>
              <w:rPr>
                <w:lang w:val="ru-RU"/>
              </w:rPr>
            </w:pPr>
          </w:p>
        </w:tc>
      </w:tr>
      <w:tr w:rsidR="006F7457" w:rsidRPr="005A424D">
        <w:tc>
          <w:tcPr>
            <w:tcW w:w="2880" w:type="dxa"/>
          </w:tcPr>
          <w:p w:rsidR="006F7457" w:rsidRDefault="00332DB8">
            <w:r>
              <w:t>1901.</w:t>
            </w:r>
          </w:p>
        </w:tc>
        <w:tc>
          <w:tcPr>
            <w:tcW w:w="2880" w:type="dxa"/>
          </w:tcPr>
          <w:p w:rsidR="006F7457" w:rsidRPr="00332DB8" w:rsidRDefault="00332DB8">
            <w:pPr>
              <w:rPr>
                <w:lang w:val="ru-RU"/>
              </w:rPr>
            </w:pPr>
            <w:r w:rsidRPr="00332DB8">
              <w:rPr>
                <w:lang w:val="ru-RU"/>
              </w:rPr>
              <w:t>Видеофайл с названием: «Правые - звучит гордо»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 41789778_160351887), размещенный в международной компьютерной сети «Интернет» на информационной странице пользователя «Александр Кадынцев» (</w:t>
            </w:r>
            <w:r>
              <w:t>http</w:t>
            </w:r>
            <w:r w:rsidRPr="00332DB8">
              <w:rPr>
                <w:lang w:val="ru-RU"/>
              </w:rPr>
              <w:t>://</w:t>
            </w:r>
            <w:r>
              <w:t>vkontakte</w:t>
            </w:r>
            <w:r w:rsidRPr="00332DB8">
              <w:rPr>
                <w:lang w:val="ru-RU"/>
              </w:rPr>
              <w:t>.</w:t>
            </w:r>
            <w:r>
              <w:t>ru</w:t>
            </w:r>
            <w:r w:rsidRPr="00332DB8">
              <w:rPr>
                <w:lang w:val="ru-RU"/>
              </w:rPr>
              <w:t>/</w:t>
            </w:r>
            <w:r>
              <w:t>id</w:t>
            </w:r>
            <w:r w:rsidRPr="00332DB8">
              <w:rPr>
                <w:lang w:val="ru-RU"/>
              </w:rPr>
              <w:t>141789778) (решение Синарского районного суда г. Каменска-Уральского Свердловской области от 16.01.2013);</w:t>
            </w:r>
          </w:p>
        </w:tc>
        <w:tc>
          <w:tcPr>
            <w:tcW w:w="2880" w:type="dxa"/>
          </w:tcPr>
          <w:p w:rsidR="006F7457" w:rsidRPr="00332DB8" w:rsidRDefault="006F7457">
            <w:pPr>
              <w:rPr>
                <w:lang w:val="ru-RU"/>
              </w:rPr>
            </w:pPr>
          </w:p>
        </w:tc>
      </w:tr>
      <w:tr w:rsidR="006F7457" w:rsidRPr="005A424D">
        <w:tc>
          <w:tcPr>
            <w:tcW w:w="2880" w:type="dxa"/>
          </w:tcPr>
          <w:p w:rsidR="006F7457" w:rsidRDefault="00332DB8">
            <w:r>
              <w:t>1902.</w:t>
            </w:r>
          </w:p>
        </w:tc>
        <w:tc>
          <w:tcPr>
            <w:tcW w:w="2880" w:type="dxa"/>
          </w:tcPr>
          <w:p w:rsidR="006F7457" w:rsidRPr="00332DB8" w:rsidRDefault="00332DB8">
            <w:pPr>
              <w:rPr>
                <w:lang w:val="ru-RU"/>
              </w:rPr>
            </w:pPr>
            <w:r w:rsidRPr="00332DB8">
              <w:rPr>
                <w:lang w:val="ru-RU"/>
              </w:rPr>
              <w:t>Видеофайл с названием: «</w:t>
            </w:r>
            <w:r>
              <w:t>Pulling</w:t>
            </w:r>
            <w:r w:rsidRPr="00332DB8">
              <w:rPr>
                <w:lang w:val="ru-RU"/>
              </w:rPr>
              <w:t xml:space="preserve"> </w:t>
            </w:r>
            <w:r>
              <w:t>on</w:t>
            </w:r>
            <w:r w:rsidRPr="00332DB8">
              <w:rPr>
                <w:lang w:val="ru-RU"/>
              </w:rPr>
              <w:t xml:space="preserve"> </w:t>
            </w:r>
            <w:r>
              <w:t>the</w:t>
            </w:r>
            <w:r w:rsidRPr="00332DB8">
              <w:rPr>
                <w:lang w:val="ru-RU"/>
              </w:rPr>
              <w:t xml:space="preserve"> </w:t>
            </w:r>
            <w:r>
              <w:t>boots</w:t>
            </w:r>
            <w:r w:rsidRPr="00332DB8">
              <w:rPr>
                <w:lang w:val="ru-RU"/>
              </w:rPr>
              <w:t>»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 41789778_160326846), размещенный в международной компьютерной сети «Интернет» на информационной странице пользователя «Александр Кадынцев» (</w:t>
            </w:r>
            <w:r>
              <w:t>http</w:t>
            </w:r>
            <w:r w:rsidRPr="00332DB8">
              <w:rPr>
                <w:lang w:val="ru-RU"/>
              </w:rPr>
              <w:t>://</w:t>
            </w:r>
            <w:r>
              <w:t>vkontakte</w:t>
            </w:r>
            <w:r w:rsidRPr="00332DB8">
              <w:rPr>
                <w:lang w:val="ru-RU"/>
              </w:rPr>
              <w:t>.</w:t>
            </w:r>
            <w:r>
              <w:t>ru</w:t>
            </w:r>
            <w:r w:rsidRPr="00332DB8">
              <w:rPr>
                <w:lang w:val="ru-RU"/>
              </w:rPr>
              <w:t>/</w:t>
            </w:r>
            <w:r>
              <w:t>id</w:t>
            </w:r>
            <w:r w:rsidRPr="00332DB8">
              <w:rPr>
                <w:lang w:val="ru-RU"/>
              </w:rPr>
              <w:t>141789778) (решение Синарского районного суда г. Каменска-Уральского Свердловской области от 16.01.2013);</w:t>
            </w:r>
          </w:p>
        </w:tc>
        <w:tc>
          <w:tcPr>
            <w:tcW w:w="2880" w:type="dxa"/>
          </w:tcPr>
          <w:p w:rsidR="006F7457" w:rsidRPr="00332DB8" w:rsidRDefault="006F7457">
            <w:pPr>
              <w:rPr>
                <w:lang w:val="ru-RU"/>
              </w:rPr>
            </w:pPr>
          </w:p>
        </w:tc>
      </w:tr>
      <w:tr w:rsidR="006F7457" w:rsidRPr="005A424D">
        <w:tc>
          <w:tcPr>
            <w:tcW w:w="2880" w:type="dxa"/>
          </w:tcPr>
          <w:p w:rsidR="006F7457" w:rsidRDefault="00332DB8">
            <w:r>
              <w:t>1903.</w:t>
            </w:r>
          </w:p>
        </w:tc>
        <w:tc>
          <w:tcPr>
            <w:tcW w:w="2880" w:type="dxa"/>
          </w:tcPr>
          <w:p w:rsidR="006F7457" w:rsidRPr="00332DB8" w:rsidRDefault="00332DB8">
            <w:pPr>
              <w:rPr>
                <w:lang w:val="ru-RU"/>
              </w:rPr>
            </w:pPr>
            <w:r w:rsidRPr="00332DB8">
              <w:rPr>
                <w:lang w:val="ru-RU"/>
              </w:rPr>
              <w:t>Видеофайл с названием: «Славянский Союз Немного юмора» (</w:t>
            </w:r>
            <w:r>
              <w:t>http</w:t>
            </w:r>
            <w:r w:rsidRPr="00332DB8">
              <w:rPr>
                <w:lang w:val="ru-RU"/>
              </w:rPr>
              <w:t>://</w:t>
            </w:r>
            <w:r>
              <w:t>vkontakte</w:t>
            </w:r>
            <w:r w:rsidRPr="00332DB8">
              <w:rPr>
                <w:lang w:val="ru-RU"/>
              </w:rPr>
              <w:t>.</w:t>
            </w:r>
            <w:r>
              <w:t>ru</w:t>
            </w:r>
            <w:r w:rsidRPr="00332DB8">
              <w:rPr>
                <w:lang w:val="ru-RU"/>
              </w:rPr>
              <w:t>/</w:t>
            </w:r>
            <w:r>
              <w:t>video</w:t>
            </w:r>
            <w:r w:rsidRPr="00332DB8">
              <w:rPr>
                <w:lang w:val="ru-RU"/>
              </w:rPr>
              <w:t>41789778_156695727), размещенный в международной компьютерной сети «Интернет» на информационной странице пользователя «Александр Кадынцев» (</w:t>
            </w:r>
            <w:r>
              <w:t>http</w:t>
            </w:r>
            <w:r w:rsidRPr="00332DB8">
              <w:rPr>
                <w:lang w:val="ru-RU"/>
              </w:rPr>
              <w:t>://</w:t>
            </w:r>
            <w:r>
              <w:t>vkontakte</w:t>
            </w:r>
            <w:r w:rsidRPr="00332DB8">
              <w:rPr>
                <w:lang w:val="ru-RU"/>
              </w:rPr>
              <w:t>.</w:t>
            </w:r>
            <w:r>
              <w:t>ru</w:t>
            </w:r>
            <w:r w:rsidRPr="00332DB8">
              <w:rPr>
                <w:lang w:val="ru-RU"/>
              </w:rPr>
              <w:t>/</w:t>
            </w:r>
            <w:r>
              <w:t>id</w:t>
            </w:r>
            <w:r w:rsidRPr="00332DB8">
              <w:rPr>
                <w:lang w:val="ru-RU"/>
              </w:rPr>
              <w:t>141789778) (решение Синарского районного суда г. Каменска-Уральского Свердловской области от 16.01.2013);</w:t>
            </w:r>
          </w:p>
        </w:tc>
        <w:tc>
          <w:tcPr>
            <w:tcW w:w="2880" w:type="dxa"/>
          </w:tcPr>
          <w:p w:rsidR="006F7457" w:rsidRPr="00332DB8" w:rsidRDefault="006F7457">
            <w:pPr>
              <w:rPr>
                <w:lang w:val="ru-RU"/>
              </w:rPr>
            </w:pPr>
          </w:p>
        </w:tc>
      </w:tr>
      <w:tr w:rsidR="006F7457" w:rsidRPr="005A424D">
        <w:tc>
          <w:tcPr>
            <w:tcW w:w="2880" w:type="dxa"/>
          </w:tcPr>
          <w:p w:rsidR="006F7457" w:rsidRDefault="00332DB8">
            <w:r>
              <w:t>1904.</w:t>
            </w:r>
          </w:p>
        </w:tc>
        <w:tc>
          <w:tcPr>
            <w:tcW w:w="2880" w:type="dxa"/>
          </w:tcPr>
          <w:p w:rsidR="006F7457" w:rsidRPr="00332DB8" w:rsidRDefault="00332DB8">
            <w:pPr>
              <w:rPr>
                <w:lang w:val="ru-RU"/>
              </w:rPr>
            </w:pPr>
            <w:r w:rsidRPr="00332DB8">
              <w:rPr>
                <w:lang w:val="ru-RU"/>
              </w:rPr>
              <w:t>Видеофайл с названием: «Коловрат - Московские скинхеды» (</w:t>
            </w:r>
            <w:r>
              <w:t>http</w:t>
            </w:r>
            <w:r w:rsidRPr="00332DB8">
              <w:rPr>
                <w:lang w:val="ru-RU"/>
              </w:rPr>
              <w:t>://</w:t>
            </w:r>
            <w:r>
              <w:t>vkontakte</w:t>
            </w:r>
            <w:r w:rsidRPr="00332DB8">
              <w:rPr>
                <w:lang w:val="ru-RU"/>
              </w:rPr>
              <w:t>.</w:t>
            </w:r>
            <w:r>
              <w:t>ru</w:t>
            </w:r>
            <w:r w:rsidRPr="00332DB8">
              <w:rPr>
                <w:lang w:val="ru-RU"/>
              </w:rPr>
              <w:t>/</w:t>
            </w:r>
            <w:r>
              <w:t>video</w:t>
            </w:r>
            <w:r w:rsidRPr="00332DB8">
              <w:rPr>
                <w:lang w:val="ru-RU"/>
              </w:rPr>
              <w:t>41789778_155891687), размещенный в международной компьютерной сети «Интернет» на информационной странице пользователя «Александр Кадынцев» (</w:t>
            </w:r>
            <w:r>
              <w:t>http</w:t>
            </w:r>
            <w:r w:rsidRPr="00332DB8">
              <w:rPr>
                <w:lang w:val="ru-RU"/>
              </w:rPr>
              <w:t>://</w:t>
            </w:r>
            <w:r>
              <w:t>vkontakte</w:t>
            </w:r>
            <w:r w:rsidRPr="00332DB8">
              <w:rPr>
                <w:lang w:val="ru-RU"/>
              </w:rPr>
              <w:t>.</w:t>
            </w:r>
            <w:r>
              <w:t>ru</w:t>
            </w:r>
            <w:r w:rsidRPr="00332DB8">
              <w:rPr>
                <w:lang w:val="ru-RU"/>
              </w:rPr>
              <w:t>/</w:t>
            </w:r>
            <w:r>
              <w:t>id</w:t>
            </w:r>
            <w:r w:rsidRPr="00332DB8">
              <w:rPr>
                <w:lang w:val="ru-RU"/>
              </w:rPr>
              <w:t>141789778) (решение Синарского районного суда г. Каменска-Уральского Свердловской области от 16.01.2013);</w:t>
            </w:r>
          </w:p>
        </w:tc>
        <w:tc>
          <w:tcPr>
            <w:tcW w:w="2880" w:type="dxa"/>
          </w:tcPr>
          <w:p w:rsidR="006F7457" w:rsidRPr="00332DB8" w:rsidRDefault="006F7457">
            <w:pPr>
              <w:rPr>
                <w:lang w:val="ru-RU"/>
              </w:rPr>
            </w:pPr>
          </w:p>
        </w:tc>
      </w:tr>
      <w:tr w:rsidR="006F7457" w:rsidRPr="005A424D">
        <w:tc>
          <w:tcPr>
            <w:tcW w:w="2880" w:type="dxa"/>
          </w:tcPr>
          <w:p w:rsidR="006F7457" w:rsidRDefault="00332DB8">
            <w:r>
              <w:t>190</w:t>
            </w:r>
            <w:r>
              <w:lastRenderedPageBreak/>
              <w:t>5.</w:t>
            </w:r>
          </w:p>
        </w:tc>
        <w:tc>
          <w:tcPr>
            <w:tcW w:w="2880" w:type="dxa"/>
          </w:tcPr>
          <w:p w:rsidR="006F7457" w:rsidRPr="00332DB8" w:rsidRDefault="00332DB8">
            <w:pPr>
              <w:rPr>
                <w:lang w:val="ru-RU"/>
              </w:rPr>
            </w:pPr>
            <w:r w:rsidRPr="00332DB8">
              <w:rPr>
                <w:lang w:val="ru-RU"/>
              </w:rPr>
              <w:lastRenderedPageBreak/>
              <w:t>Видеофайл с названием: «Скины мстят»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 41789778_155430560, размещенный в международной компьютерной сети «Интернет» на информационной странице пользователя «Александр Кадынцев» (</w:t>
            </w:r>
            <w:r>
              <w:t>http</w:t>
            </w:r>
            <w:r w:rsidRPr="00332DB8">
              <w:rPr>
                <w:lang w:val="ru-RU"/>
              </w:rPr>
              <w:t>://</w:t>
            </w:r>
            <w:r>
              <w:t>vkontakte</w:t>
            </w:r>
            <w:r w:rsidRPr="00332DB8">
              <w:rPr>
                <w:lang w:val="ru-RU"/>
              </w:rPr>
              <w:t>.</w:t>
            </w:r>
            <w:r>
              <w:t>ru</w:t>
            </w:r>
            <w:r w:rsidRPr="00332DB8">
              <w:rPr>
                <w:lang w:val="ru-RU"/>
              </w:rPr>
              <w:t>/</w:t>
            </w:r>
            <w:r>
              <w:t>id</w:t>
            </w:r>
            <w:r w:rsidRPr="00332DB8">
              <w:rPr>
                <w:lang w:val="ru-RU"/>
              </w:rPr>
              <w:t xml:space="preserve">141789778) (решение Синарского районного суда г. Каменска-Уральского </w:t>
            </w:r>
            <w:r w:rsidRPr="00332DB8">
              <w:rPr>
                <w:lang w:val="ru-RU"/>
              </w:rPr>
              <w:lastRenderedPageBreak/>
              <w:t>Свердловской области от 16.01.2013);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1906.</w:t>
            </w:r>
          </w:p>
        </w:tc>
        <w:tc>
          <w:tcPr>
            <w:tcW w:w="2880" w:type="dxa"/>
          </w:tcPr>
          <w:p w:rsidR="006F7457" w:rsidRPr="00332DB8" w:rsidRDefault="00332DB8">
            <w:pPr>
              <w:rPr>
                <w:lang w:val="ru-RU"/>
              </w:rPr>
            </w:pPr>
            <w:r w:rsidRPr="00332DB8">
              <w:rPr>
                <w:lang w:val="ru-RU"/>
              </w:rPr>
              <w:t xml:space="preserve">Информационный материал – статья «Алтай </w:t>
            </w:r>
            <w:r>
              <w:t>J</w:t>
            </w:r>
            <w:r w:rsidRPr="00332DB8">
              <w:rPr>
                <w:lang w:val="ru-RU"/>
              </w:rPr>
              <w:t>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2880" w:type="dxa"/>
          </w:tcPr>
          <w:p w:rsidR="006F7457" w:rsidRPr="00332DB8" w:rsidRDefault="006F7457">
            <w:pPr>
              <w:rPr>
                <w:lang w:val="ru-RU"/>
              </w:rPr>
            </w:pPr>
          </w:p>
        </w:tc>
      </w:tr>
      <w:tr w:rsidR="006F7457" w:rsidRPr="005A424D">
        <w:tc>
          <w:tcPr>
            <w:tcW w:w="2880" w:type="dxa"/>
          </w:tcPr>
          <w:p w:rsidR="006F7457" w:rsidRDefault="00332DB8">
            <w:r>
              <w:t>1907.</w:t>
            </w:r>
          </w:p>
        </w:tc>
        <w:tc>
          <w:tcPr>
            <w:tcW w:w="2880" w:type="dxa"/>
          </w:tcPr>
          <w:p w:rsidR="006F7457" w:rsidRPr="00332DB8" w:rsidRDefault="00332DB8">
            <w:pPr>
              <w:rPr>
                <w:lang w:val="ru-RU"/>
              </w:rPr>
            </w:pPr>
            <w:r w:rsidRPr="00332DB8">
              <w:rPr>
                <w:lang w:val="ru-RU"/>
              </w:rPr>
              <w:t>Статья «</w:t>
            </w:r>
            <w:r>
              <w:t>J</w:t>
            </w:r>
            <w:r w:rsidRPr="00332DB8">
              <w:rPr>
                <w:lang w:val="ru-RU"/>
              </w:rPr>
              <w:t>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2880" w:type="dxa"/>
          </w:tcPr>
          <w:p w:rsidR="006F7457" w:rsidRPr="00332DB8" w:rsidRDefault="006F7457">
            <w:pPr>
              <w:rPr>
                <w:lang w:val="ru-RU"/>
              </w:rPr>
            </w:pPr>
          </w:p>
        </w:tc>
      </w:tr>
      <w:tr w:rsidR="006F7457" w:rsidRPr="005A424D">
        <w:tc>
          <w:tcPr>
            <w:tcW w:w="2880" w:type="dxa"/>
          </w:tcPr>
          <w:p w:rsidR="006F7457" w:rsidRDefault="00332DB8">
            <w:r>
              <w:t>1908.</w:t>
            </w:r>
          </w:p>
        </w:tc>
        <w:tc>
          <w:tcPr>
            <w:tcW w:w="2880" w:type="dxa"/>
          </w:tcPr>
          <w:p w:rsidR="006F7457" w:rsidRPr="00332DB8" w:rsidRDefault="00332DB8">
            <w:pPr>
              <w:rPr>
                <w:lang w:val="ru-RU"/>
              </w:rPr>
            </w:pPr>
            <w:r w:rsidRPr="00332DB8">
              <w:rPr>
                <w:lang w:val="ru-RU"/>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2880" w:type="dxa"/>
          </w:tcPr>
          <w:p w:rsidR="006F7457" w:rsidRPr="00332DB8" w:rsidRDefault="006F7457">
            <w:pPr>
              <w:rPr>
                <w:lang w:val="ru-RU"/>
              </w:rPr>
            </w:pPr>
          </w:p>
        </w:tc>
      </w:tr>
      <w:tr w:rsidR="006F7457" w:rsidRPr="005A424D">
        <w:tc>
          <w:tcPr>
            <w:tcW w:w="2880" w:type="dxa"/>
          </w:tcPr>
          <w:p w:rsidR="006F7457" w:rsidRDefault="00332DB8">
            <w:r>
              <w:t>1909.</w:t>
            </w:r>
          </w:p>
        </w:tc>
        <w:tc>
          <w:tcPr>
            <w:tcW w:w="2880" w:type="dxa"/>
          </w:tcPr>
          <w:p w:rsidR="006F7457" w:rsidRPr="00332DB8" w:rsidRDefault="00332DB8">
            <w:pPr>
              <w:rPr>
                <w:lang w:val="ru-RU"/>
              </w:rPr>
            </w:pPr>
            <w:r w:rsidRPr="00332DB8">
              <w:rPr>
                <w:lang w:val="ru-RU"/>
              </w:rPr>
              <w:t xml:space="preserve">Статьи «24.02.2004 г.», «27.02.2004 </w:t>
            </w:r>
            <w:r>
              <w:t>j</w:t>
            </w:r>
            <w:r w:rsidRPr="00332DB8">
              <w:rPr>
                <w:lang w:val="ru-RU"/>
              </w:rPr>
              <w:t>», размещенные на страницах № 5, 6 газеты «Амаду Алтай» от 14.12.2010 № 24 (решение Онгудайского районного суда Республики Алтай от 09.01.2013);</w:t>
            </w:r>
          </w:p>
        </w:tc>
        <w:tc>
          <w:tcPr>
            <w:tcW w:w="2880" w:type="dxa"/>
          </w:tcPr>
          <w:p w:rsidR="006F7457" w:rsidRPr="00332DB8" w:rsidRDefault="006F7457">
            <w:pPr>
              <w:rPr>
                <w:lang w:val="ru-RU"/>
              </w:rPr>
            </w:pPr>
          </w:p>
        </w:tc>
      </w:tr>
      <w:tr w:rsidR="006F7457" w:rsidRPr="005A424D">
        <w:tc>
          <w:tcPr>
            <w:tcW w:w="2880" w:type="dxa"/>
          </w:tcPr>
          <w:p w:rsidR="006F7457" w:rsidRDefault="00332DB8">
            <w:r>
              <w:t>1910.</w:t>
            </w:r>
          </w:p>
        </w:tc>
        <w:tc>
          <w:tcPr>
            <w:tcW w:w="2880" w:type="dxa"/>
          </w:tcPr>
          <w:p w:rsidR="006F7457" w:rsidRPr="00332DB8" w:rsidRDefault="00332DB8">
            <w:pPr>
              <w:rPr>
                <w:lang w:val="ru-RU"/>
              </w:rPr>
            </w:pPr>
            <w:r w:rsidRPr="00332DB8">
              <w:rPr>
                <w:lang w:val="ru-RU"/>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1911.</w:t>
            </w:r>
          </w:p>
        </w:tc>
        <w:tc>
          <w:tcPr>
            <w:tcW w:w="2880" w:type="dxa"/>
          </w:tcPr>
          <w:p w:rsidR="006F7457" w:rsidRPr="00332DB8" w:rsidRDefault="00332DB8">
            <w:pPr>
              <w:rPr>
                <w:lang w:val="ru-RU"/>
              </w:rPr>
            </w:pPr>
            <w:r w:rsidRPr="00332DB8">
              <w:rPr>
                <w:lang w:val="ru-RU"/>
              </w:rPr>
              <w:t>Статья «24.02.04г.», размещенная в газете «Амаду Алтай» от 29.02.2012 № 5, на страницах № 3-4 (решение Онгудайского районного суда Республики Алтай от 09.01.2013);</w:t>
            </w:r>
          </w:p>
        </w:tc>
        <w:tc>
          <w:tcPr>
            <w:tcW w:w="2880" w:type="dxa"/>
          </w:tcPr>
          <w:p w:rsidR="006F7457" w:rsidRPr="00332DB8" w:rsidRDefault="006F7457">
            <w:pPr>
              <w:rPr>
                <w:lang w:val="ru-RU"/>
              </w:rPr>
            </w:pPr>
          </w:p>
        </w:tc>
      </w:tr>
      <w:tr w:rsidR="006F7457" w:rsidRPr="005A424D">
        <w:tc>
          <w:tcPr>
            <w:tcW w:w="2880" w:type="dxa"/>
          </w:tcPr>
          <w:p w:rsidR="006F7457" w:rsidRDefault="00332DB8">
            <w:r>
              <w:t>1912.</w:t>
            </w:r>
          </w:p>
        </w:tc>
        <w:tc>
          <w:tcPr>
            <w:tcW w:w="2880" w:type="dxa"/>
          </w:tcPr>
          <w:p w:rsidR="006F7457" w:rsidRPr="00332DB8" w:rsidRDefault="00332DB8">
            <w:pPr>
              <w:rPr>
                <w:lang w:val="ru-RU"/>
              </w:rPr>
            </w:pPr>
            <w:r w:rsidRPr="00332DB8">
              <w:rPr>
                <w:lang w:val="ru-RU"/>
              </w:rPr>
              <w:t>Статья «Иван Белеков – бы</w:t>
            </w:r>
            <w:r>
              <w:t>j</w:t>
            </w:r>
            <w:r w:rsidRPr="00332DB8">
              <w:rPr>
                <w:lang w:val="ru-RU"/>
              </w:rPr>
              <w:t>арлу башчы», размещенная в газете «Амаду Алтай» от 25.03.2012 № 7, на страницах № 4-5 (решение Онгудайского районного суда Республики Алтай от 09.01.2013);</w:t>
            </w:r>
          </w:p>
        </w:tc>
        <w:tc>
          <w:tcPr>
            <w:tcW w:w="2880" w:type="dxa"/>
          </w:tcPr>
          <w:p w:rsidR="006F7457" w:rsidRPr="00332DB8" w:rsidRDefault="006F7457">
            <w:pPr>
              <w:rPr>
                <w:lang w:val="ru-RU"/>
              </w:rPr>
            </w:pPr>
          </w:p>
        </w:tc>
      </w:tr>
      <w:tr w:rsidR="006F7457" w:rsidRPr="005A424D">
        <w:tc>
          <w:tcPr>
            <w:tcW w:w="2880" w:type="dxa"/>
          </w:tcPr>
          <w:p w:rsidR="006F7457" w:rsidRDefault="00332DB8">
            <w:r>
              <w:t>1913.</w:t>
            </w:r>
          </w:p>
        </w:tc>
        <w:tc>
          <w:tcPr>
            <w:tcW w:w="2880" w:type="dxa"/>
          </w:tcPr>
          <w:p w:rsidR="006F7457" w:rsidRPr="00332DB8" w:rsidRDefault="00332DB8">
            <w:pPr>
              <w:rPr>
                <w:lang w:val="ru-RU"/>
              </w:rPr>
            </w:pPr>
            <w:r w:rsidRPr="00332DB8">
              <w:rPr>
                <w:lang w:val="ru-RU"/>
              </w:rPr>
              <w:t xml:space="preserve">Текст миниатюры «Заповеди антисемита», размещенной на сайте сети «Интернет» по адресу: </w:t>
            </w:r>
            <w:r>
              <w:t>http</w:t>
            </w:r>
            <w:r w:rsidRPr="00332DB8">
              <w:rPr>
                <w:lang w:val="ru-RU"/>
              </w:rPr>
              <w:t>//</w:t>
            </w:r>
            <w:r>
              <w:t>hghltd</w:t>
            </w:r>
            <w:r w:rsidRPr="00332DB8">
              <w:rPr>
                <w:lang w:val="ru-RU"/>
              </w:rPr>
              <w:t>.</w:t>
            </w:r>
            <w:r>
              <w:t>yandex</w:t>
            </w:r>
            <w:r w:rsidRPr="00332DB8">
              <w:rPr>
                <w:lang w:val="ru-RU"/>
              </w:rPr>
              <w:t>.</w:t>
            </w:r>
            <w:r>
              <w:t>net</w:t>
            </w:r>
            <w:r w:rsidRPr="00332DB8">
              <w:rPr>
                <w:lang w:val="ru-RU"/>
              </w:rPr>
              <w:t xml:space="preserve">, по ссылке: </w:t>
            </w:r>
            <w:r>
              <w:t>zilya</w:t>
            </w:r>
            <w:r w:rsidRPr="00332DB8">
              <w:rPr>
                <w:lang w:val="ru-RU"/>
              </w:rPr>
              <w:t>-16.</w:t>
            </w:r>
            <w:r>
              <w:t>livejournal</w:t>
            </w:r>
            <w:r w:rsidRPr="00332DB8">
              <w:rPr>
                <w:lang w:val="ru-RU"/>
              </w:rPr>
              <w:t>.</w:t>
            </w:r>
            <w:r>
              <w:t>com</w:t>
            </w:r>
            <w:r w:rsidRPr="00332DB8">
              <w:rPr>
                <w:lang w:val="ru-RU"/>
              </w:rPr>
              <w:t>&gt;4615.</w:t>
            </w:r>
            <w:r>
              <w:t>html</w:t>
            </w:r>
            <w:r w:rsidRPr="00332DB8">
              <w:rPr>
                <w:lang w:val="ru-RU"/>
              </w:rPr>
              <w:t>копия (решение Ленинского районного суда г. Воронежа от 07.02.2013);</w:t>
            </w:r>
          </w:p>
        </w:tc>
        <w:tc>
          <w:tcPr>
            <w:tcW w:w="2880" w:type="dxa"/>
          </w:tcPr>
          <w:p w:rsidR="006F7457" w:rsidRPr="00332DB8" w:rsidRDefault="006F7457">
            <w:pPr>
              <w:rPr>
                <w:lang w:val="ru-RU"/>
              </w:rPr>
            </w:pPr>
          </w:p>
        </w:tc>
      </w:tr>
      <w:tr w:rsidR="006F7457" w:rsidRPr="005A424D">
        <w:tc>
          <w:tcPr>
            <w:tcW w:w="2880" w:type="dxa"/>
          </w:tcPr>
          <w:p w:rsidR="006F7457" w:rsidRDefault="00332DB8">
            <w:r>
              <w:t>1914.</w:t>
            </w:r>
          </w:p>
        </w:tc>
        <w:tc>
          <w:tcPr>
            <w:tcW w:w="2880" w:type="dxa"/>
          </w:tcPr>
          <w:p w:rsidR="006F7457" w:rsidRPr="00332DB8" w:rsidRDefault="00332DB8">
            <w:pPr>
              <w:rPr>
                <w:lang w:val="ru-RU"/>
              </w:rPr>
            </w:pPr>
            <w:r w:rsidRPr="00332DB8">
              <w:rPr>
                <w:lang w:val="ru-RU"/>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2880" w:type="dxa"/>
          </w:tcPr>
          <w:p w:rsidR="006F7457" w:rsidRPr="00332DB8" w:rsidRDefault="006F7457">
            <w:pPr>
              <w:rPr>
                <w:lang w:val="ru-RU"/>
              </w:rPr>
            </w:pPr>
          </w:p>
        </w:tc>
      </w:tr>
      <w:tr w:rsidR="006F7457" w:rsidRPr="005A424D">
        <w:tc>
          <w:tcPr>
            <w:tcW w:w="2880" w:type="dxa"/>
          </w:tcPr>
          <w:p w:rsidR="006F7457" w:rsidRDefault="00332DB8">
            <w:r>
              <w:t>1915.</w:t>
            </w:r>
          </w:p>
        </w:tc>
        <w:tc>
          <w:tcPr>
            <w:tcW w:w="2880" w:type="dxa"/>
          </w:tcPr>
          <w:p w:rsidR="006F7457" w:rsidRPr="00332DB8" w:rsidRDefault="00332DB8">
            <w:pPr>
              <w:rPr>
                <w:lang w:val="ru-RU"/>
              </w:rPr>
            </w:pPr>
            <w:r w:rsidRPr="00332DB8">
              <w:rPr>
                <w:lang w:val="ru-RU"/>
              </w:rPr>
              <w:t xml:space="preserve">Книга «Главная специальная операция впереди» (полковник В.В. Квачков. -(Изд. 7-е, доп.). - Челябинск: Танкоград, 2010. - 268 с. - </w:t>
            </w:r>
            <w:r>
              <w:t>ISBN</w:t>
            </w:r>
            <w:r w:rsidRPr="00332DB8">
              <w:rPr>
                <w:lang w:val="ru-RU"/>
              </w:rPr>
              <w:t xml:space="preserve">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2880" w:type="dxa"/>
          </w:tcPr>
          <w:p w:rsidR="006F7457" w:rsidRPr="00332DB8" w:rsidRDefault="006F7457">
            <w:pPr>
              <w:rPr>
                <w:lang w:val="ru-RU"/>
              </w:rPr>
            </w:pPr>
          </w:p>
        </w:tc>
      </w:tr>
      <w:tr w:rsidR="006F7457" w:rsidRPr="005A424D">
        <w:tc>
          <w:tcPr>
            <w:tcW w:w="2880" w:type="dxa"/>
          </w:tcPr>
          <w:p w:rsidR="006F7457" w:rsidRDefault="00332DB8">
            <w:r>
              <w:t>19</w:t>
            </w:r>
            <w:r>
              <w:lastRenderedPageBreak/>
              <w:t>16.</w:t>
            </w:r>
          </w:p>
        </w:tc>
        <w:tc>
          <w:tcPr>
            <w:tcW w:w="2880" w:type="dxa"/>
          </w:tcPr>
          <w:p w:rsidR="006F7457" w:rsidRPr="00332DB8" w:rsidRDefault="00332DB8">
            <w:pPr>
              <w:rPr>
                <w:lang w:val="ru-RU"/>
              </w:rPr>
            </w:pPr>
            <w:r w:rsidRPr="00332DB8">
              <w:rPr>
                <w:lang w:val="ru-RU"/>
              </w:rPr>
              <w:lastRenderedPageBreak/>
              <w:t xml:space="preserve">Статья «Межрасовые браки - способ уничтожения нации» журнала «Ведическая культура», выпуск 11 (решение </w:t>
            </w:r>
            <w:r w:rsidRPr="00332DB8">
              <w:rPr>
                <w:lang w:val="ru-RU"/>
              </w:rPr>
              <w:lastRenderedPageBreak/>
              <w:t>Майкопского районного суда Республики Адыгея от 13.02.2013);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1917.</w:t>
            </w:r>
          </w:p>
        </w:tc>
        <w:tc>
          <w:tcPr>
            <w:tcW w:w="2880" w:type="dxa"/>
          </w:tcPr>
          <w:p w:rsidR="006F7457" w:rsidRPr="00332DB8" w:rsidRDefault="00332DB8">
            <w:pPr>
              <w:rPr>
                <w:lang w:val="ru-RU"/>
              </w:rPr>
            </w:pPr>
            <w:r w:rsidRPr="00332DB8">
              <w:rPr>
                <w:lang w:val="ru-RU"/>
              </w:rPr>
              <w:t>Информационный материал - персональная страница (аккаунт) пользователя «УМАР КБК 30 ЛЕТ, ВИЛАЯТ КБК. ЦЕНТРАЛЬНЫЙ СЕКТОР, ГОРОД НАЛЬЧИК, Россиия (</w:t>
            </w:r>
            <w:r>
              <w:t>id</w:t>
            </w:r>
            <w:r w:rsidRPr="00332DB8">
              <w:rPr>
                <w:lang w:val="ru-RU"/>
              </w:rPr>
              <w:t xml:space="preserve"> 538031204522») сайта </w:t>
            </w:r>
            <w:r>
              <w:t>www</w:t>
            </w:r>
            <w:r w:rsidRPr="00332DB8">
              <w:rPr>
                <w:lang w:val="ru-RU"/>
              </w:rPr>
              <w:t>.</w:t>
            </w:r>
            <w:r>
              <w:t>odnoklassniki</w:t>
            </w:r>
            <w:r w:rsidRPr="00332DB8">
              <w:rPr>
                <w:lang w:val="ru-RU"/>
              </w:rPr>
              <w:t>.</w:t>
            </w:r>
            <w:r>
              <w:t>ru</w:t>
            </w:r>
            <w:r w:rsidRPr="00332DB8">
              <w:rPr>
                <w:lang w:val="ru-RU"/>
              </w:rPr>
              <w:t>»,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2880" w:type="dxa"/>
          </w:tcPr>
          <w:p w:rsidR="006F7457" w:rsidRPr="00332DB8" w:rsidRDefault="006F7457">
            <w:pPr>
              <w:rPr>
                <w:lang w:val="ru-RU"/>
              </w:rPr>
            </w:pPr>
          </w:p>
        </w:tc>
      </w:tr>
      <w:tr w:rsidR="006F7457" w:rsidRPr="005A424D">
        <w:tc>
          <w:tcPr>
            <w:tcW w:w="2880" w:type="dxa"/>
          </w:tcPr>
          <w:p w:rsidR="006F7457" w:rsidRDefault="00332DB8">
            <w:r>
              <w:t>1918.</w:t>
            </w:r>
          </w:p>
        </w:tc>
        <w:tc>
          <w:tcPr>
            <w:tcW w:w="2880" w:type="dxa"/>
          </w:tcPr>
          <w:p w:rsidR="006F7457" w:rsidRPr="00332DB8" w:rsidRDefault="00332DB8">
            <w:pPr>
              <w:rPr>
                <w:lang w:val="ru-RU"/>
              </w:rPr>
            </w:pPr>
            <w:r w:rsidRPr="00332DB8">
              <w:rPr>
                <w:lang w:val="ru-RU"/>
              </w:rPr>
              <w:t xml:space="preserve">Видеоматериалы, содержащиеся в видео файле «Кавказцы опускают трусливую русскую армию!», размещенном в сети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rgzvTDngGDE</w:t>
            </w:r>
            <w:r w:rsidRPr="00332DB8">
              <w:rPr>
                <w:lang w:val="ru-RU"/>
              </w:rPr>
              <w:t>&amp;</w:t>
            </w:r>
            <w:r>
              <w:t>feature</w:t>
            </w:r>
            <w:r w:rsidRPr="00332DB8">
              <w:rPr>
                <w:lang w:val="ru-RU"/>
              </w:rPr>
              <w:t>=</w:t>
            </w:r>
            <w:r>
              <w:t>related</w:t>
            </w:r>
            <w:r w:rsidRPr="00332DB8">
              <w:rPr>
                <w:lang w:val="ru-RU"/>
              </w:rPr>
              <w:t xml:space="preserve"> (решение Ленинского районного суда г. Воронежа от 13.03.2013);</w:t>
            </w:r>
          </w:p>
        </w:tc>
        <w:tc>
          <w:tcPr>
            <w:tcW w:w="2880" w:type="dxa"/>
          </w:tcPr>
          <w:p w:rsidR="006F7457" w:rsidRPr="00332DB8" w:rsidRDefault="006F7457">
            <w:pPr>
              <w:rPr>
                <w:lang w:val="ru-RU"/>
              </w:rPr>
            </w:pPr>
          </w:p>
        </w:tc>
      </w:tr>
      <w:tr w:rsidR="006F7457" w:rsidRPr="005A424D">
        <w:tc>
          <w:tcPr>
            <w:tcW w:w="2880" w:type="dxa"/>
          </w:tcPr>
          <w:p w:rsidR="006F7457" w:rsidRDefault="00332DB8">
            <w:r>
              <w:t>1919.</w:t>
            </w:r>
          </w:p>
        </w:tc>
        <w:tc>
          <w:tcPr>
            <w:tcW w:w="2880" w:type="dxa"/>
          </w:tcPr>
          <w:p w:rsidR="006F7457" w:rsidRPr="00332DB8" w:rsidRDefault="00332DB8">
            <w:pPr>
              <w:rPr>
                <w:lang w:val="ru-RU"/>
              </w:rPr>
            </w:pPr>
            <w:r w:rsidRPr="00332DB8">
              <w:rPr>
                <w:lang w:val="ru-RU"/>
              </w:rPr>
              <w:t xml:space="preserve">Статья «Радикальное похмелье», размещенная на Интернет сайте </w:t>
            </w:r>
            <w:r>
              <w:t>http</w:t>
            </w:r>
            <w:r w:rsidRPr="00332DB8">
              <w:rPr>
                <w:lang w:val="ru-RU"/>
              </w:rPr>
              <w:t>:/</w:t>
            </w:r>
            <w:r>
              <w:t>rusinfo</w:t>
            </w:r>
            <w:r w:rsidRPr="00332DB8">
              <w:rPr>
                <w:lang w:val="ru-RU"/>
              </w:rPr>
              <w:t>.</w:t>
            </w:r>
            <w:r>
              <w:t>cc</w:t>
            </w:r>
            <w:r w:rsidRPr="00332DB8">
              <w:rPr>
                <w:lang w:val="ru-RU"/>
              </w:rPr>
              <w:t xml:space="preserve">, а также в социальной сети «В Контакте» Боковым Дмитрием Владимировичем по адресу </w:t>
            </w:r>
            <w:r>
              <w:t>http</w:t>
            </w:r>
            <w:r w:rsidRPr="00332DB8">
              <w:rPr>
                <w:lang w:val="ru-RU"/>
              </w:rPr>
              <w:t>://</w:t>
            </w:r>
            <w:r>
              <w:t>vk</w:t>
            </w:r>
            <w:r w:rsidRPr="00332DB8">
              <w:rPr>
                <w:lang w:val="ru-RU"/>
              </w:rPr>
              <w:t>.</w:t>
            </w:r>
            <w:r>
              <w:t>com</w:t>
            </w:r>
            <w:r w:rsidRPr="00332DB8">
              <w:rPr>
                <w:lang w:val="ru-RU"/>
              </w:rPr>
              <w:t>/</w:t>
            </w:r>
            <w:r>
              <w:t>topic</w:t>
            </w:r>
            <w:r w:rsidRPr="00332DB8">
              <w:rPr>
                <w:lang w:val="ru-RU"/>
              </w:rPr>
              <w:t>-33517770 26076457 (решение Тракторозаводского районного суда г. Волгограда от 12.12.2012);</w:t>
            </w:r>
          </w:p>
        </w:tc>
        <w:tc>
          <w:tcPr>
            <w:tcW w:w="2880" w:type="dxa"/>
          </w:tcPr>
          <w:p w:rsidR="006F7457" w:rsidRPr="00332DB8" w:rsidRDefault="006F7457">
            <w:pPr>
              <w:rPr>
                <w:lang w:val="ru-RU"/>
              </w:rPr>
            </w:pPr>
          </w:p>
        </w:tc>
      </w:tr>
      <w:tr w:rsidR="006F7457" w:rsidRPr="005A424D">
        <w:tc>
          <w:tcPr>
            <w:tcW w:w="2880" w:type="dxa"/>
          </w:tcPr>
          <w:p w:rsidR="006F7457" w:rsidRDefault="00332DB8">
            <w:r>
              <w:t>1920.</w:t>
            </w:r>
          </w:p>
        </w:tc>
        <w:tc>
          <w:tcPr>
            <w:tcW w:w="2880" w:type="dxa"/>
          </w:tcPr>
          <w:p w:rsidR="006F7457" w:rsidRPr="00332DB8" w:rsidRDefault="00332DB8">
            <w:pPr>
              <w:rPr>
                <w:lang w:val="ru-RU"/>
              </w:rPr>
            </w:pPr>
            <w:r w:rsidRPr="00332DB8">
              <w:rPr>
                <w:lang w:val="ru-RU"/>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1921.</w:t>
            </w:r>
          </w:p>
        </w:tc>
        <w:tc>
          <w:tcPr>
            <w:tcW w:w="2880" w:type="dxa"/>
          </w:tcPr>
          <w:p w:rsidR="006F7457" w:rsidRPr="00332DB8" w:rsidRDefault="00332DB8">
            <w:pPr>
              <w:rPr>
                <w:lang w:val="ru-RU"/>
              </w:rPr>
            </w:pPr>
            <w:r w:rsidRPr="00332DB8">
              <w:rPr>
                <w:lang w:val="ru-RU"/>
              </w:rPr>
              <w:t>Видеоматериал «</w:t>
            </w:r>
            <w:r>
              <w:t>Moscow</w:t>
            </w:r>
            <w:r w:rsidRPr="00332DB8">
              <w:rPr>
                <w:lang w:val="ru-RU"/>
              </w:rPr>
              <w:t xml:space="preserve"> </w:t>
            </w:r>
            <w:r>
              <w:t>skinhead</w:t>
            </w:r>
            <w:r w:rsidRPr="00332DB8">
              <w:rPr>
                <w:lang w:val="ru-RU"/>
              </w:rPr>
              <w:t xml:space="preserve"> </w:t>
            </w:r>
            <w:r>
              <w:t>girls</w:t>
            </w:r>
            <w:r w:rsidRPr="00332DB8">
              <w:rPr>
                <w:lang w:val="ru-RU"/>
              </w:rPr>
              <w:t xml:space="preserve">», размещенный в сети Интернет на сайте </w:t>
            </w:r>
            <w:r>
              <w:t>www</w:t>
            </w:r>
            <w:r w:rsidRPr="00332DB8">
              <w:rPr>
                <w:lang w:val="ru-RU"/>
              </w:rPr>
              <w:t>.</w:t>
            </w:r>
            <w:r>
              <w:t>vkontakte</w:t>
            </w:r>
            <w:r w:rsidRPr="00332DB8">
              <w:rPr>
                <w:lang w:val="ru-RU"/>
              </w:rPr>
              <w:t>.</w:t>
            </w:r>
            <w:r>
              <w:t>ru</w:t>
            </w:r>
            <w:r w:rsidRPr="00332DB8">
              <w:rPr>
                <w:lang w:val="ru-RU"/>
              </w:rPr>
              <w:t>, на Интернет-странице «</w:t>
            </w:r>
            <w:r>
              <w:t>http</w:t>
            </w:r>
            <w:r w:rsidRPr="00332DB8">
              <w:rPr>
                <w:lang w:val="ru-RU"/>
              </w:rPr>
              <w:t>:</w:t>
            </w:r>
            <w:r>
              <w:t>vkontakte</w:t>
            </w:r>
            <w:r w:rsidRPr="00332DB8">
              <w:rPr>
                <w:lang w:val="ru-RU"/>
              </w:rPr>
              <w:t>.</w:t>
            </w:r>
            <w:r>
              <w:t>ru</w:t>
            </w:r>
            <w:r w:rsidRPr="00332DB8">
              <w:rPr>
                <w:lang w:val="ru-RU"/>
              </w:rPr>
              <w:t>/</w:t>
            </w:r>
            <w:r>
              <w:t>polkov</w:t>
            </w:r>
            <w:r w:rsidRPr="00332DB8">
              <w:rPr>
                <w:lang w:val="ru-RU"/>
              </w:rPr>
              <w:t>_</w:t>
            </w:r>
            <w:r>
              <w:t>nic</w:t>
            </w:r>
            <w:r w:rsidRPr="00332DB8">
              <w:rPr>
                <w:lang w:val="ru-RU"/>
              </w:rPr>
              <w:t>» (решение Новоржевского районного суда Псковской области от 26.03.2013);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1922.</w:t>
            </w:r>
          </w:p>
        </w:tc>
        <w:tc>
          <w:tcPr>
            <w:tcW w:w="2880" w:type="dxa"/>
          </w:tcPr>
          <w:p w:rsidR="006F7457" w:rsidRPr="00332DB8" w:rsidRDefault="00332DB8">
            <w:pPr>
              <w:rPr>
                <w:lang w:val="ru-RU"/>
              </w:rPr>
            </w:pPr>
            <w:r w:rsidRPr="00332DB8">
              <w:rPr>
                <w:lang w:val="ru-RU"/>
              </w:rPr>
              <w:t>Видеоматериал «</w:t>
            </w:r>
            <w:r>
              <w:t>A</w:t>
            </w:r>
            <w:r w:rsidRPr="00332DB8">
              <w:rPr>
                <w:lang w:val="ru-RU"/>
              </w:rPr>
              <w:t>.</w:t>
            </w:r>
            <w:r>
              <w:t>Harchiicov</w:t>
            </w:r>
            <w:r w:rsidRPr="00332DB8">
              <w:rPr>
                <w:lang w:val="ru-RU"/>
              </w:rPr>
              <w:t xml:space="preserve"> – </w:t>
            </w:r>
            <w:r>
              <w:t>Pochemu</w:t>
            </w:r>
            <w:r w:rsidRPr="00332DB8">
              <w:rPr>
                <w:lang w:val="ru-RU"/>
              </w:rPr>
              <w:t xml:space="preserve"> </w:t>
            </w:r>
            <w:r>
              <w:t>Rossiej</w:t>
            </w:r>
            <w:r w:rsidRPr="00332DB8">
              <w:rPr>
                <w:lang w:val="ru-RU"/>
              </w:rPr>
              <w:t xml:space="preserve"> </w:t>
            </w:r>
            <w:r>
              <w:t>pravyt</w:t>
            </w:r>
            <w:r w:rsidRPr="00332DB8">
              <w:rPr>
                <w:lang w:val="ru-RU"/>
              </w:rPr>
              <w:t xml:space="preserve"> </w:t>
            </w:r>
            <w:r>
              <w:t>zhidy</w:t>
            </w:r>
            <w:r w:rsidRPr="00332DB8">
              <w:rPr>
                <w:lang w:val="ru-RU"/>
              </w:rPr>
              <w:t xml:space="preserve"> (</w:t>
            </w:r>
            <w:r>
              <w:t>Mojsha</w:t>
            </w:r>
            <w:r w:rsidRPr="00332DB8">
              <w:rPr>
                <w:lang w:val="ru-RU"/>
              </w:rPr>
              <w:t xml:space="preserve"> </w:t>
            </w:r>
            <w:r>
              <w:t>mnogo</w:t>
            </w:r>
            <w:r w:rsidRPr="00332DB8">
              <w:rPr>
                <w:lang w:val="ru-RU"/>
              </w:rPr>
              <w:t xml:space="preserve"> </w:t>
            </w:r>
            <w:r>
              <w:t>smeyalsya</w:t>
            </w:r>
            <w:r w:rsidRPr="00332DB8">
              <w:rPr>
                <w:lang w:val="ru-RU"/>
              </w:rPr>
              <w:t xml:space="preserve"> </w:t>
            </w:r>
            <w:r>
              <w:t>I</w:t>
            </w:r>
            <w:r w:rsidRPr="00332DB8">
              <w:rPr>
                <w:lang w:val="ru-RU"/>
              </w:rPr>
              <w:t xml:space="preserve"> </w:t>
            </w:r>
            <w:r>
              <w:t>hlopal</w:t>
            </w:r>
            <w:r w:rsidRPr="00332DB8">
              <w:rPr>
                <w:lang w:val="ru-RU"/>
              </w:rPr>
              <w:t xml:space="preserve"> </w:t>
            </w:r>
            <w:r>
              <w:t>v</w:t>
            </w:r>
            <w:r w:rsidRPr="00332DB8">
              <w:rPr>
                <w:lang w:val="ru-RU"/>
              </w:rPr>
              <w:t xml:space="preserve"> </w:t>
            </w:r>
            <w:r>
              <w:t>ladoshi</w:t>
            </w:r>
            <w:r w:rsidRPr="00332DB8">
              <w:rPr>
                <w:lang w:val="ru-RU"/>
              </w:rPr>
              <w:t xml:space="preserve">)», размещенный в сети Интернет на сайте </w:t>
            </w:r>
            <w:r>
              <w:t>www</w:t>
            </w:r>
            <w:r w:rsidRPr="00332DB8">
              <w:rPr>
                <w:lang w:val="ru-RU"/>
              </w:rPr>
              <w:t>.</w:t>
            </w:r>
            <w:r>
              <w:t>vkontakte</w:t>
            </w:r>
            <w:r w:rsidRPr="00332DB8">
              <w:rPr>
                <w:lang w:val="ru-RU"/>
              </w:rPr>
              <w:t>.</w:t>
            </w:r>
            <w:r>
              <w:t>ru</w:t>
            </w:r>
            <w:r w:rsidRPr="00332DB8">
              <w:rPr>
                <w:lang w:val="ru-RU"/>
              </w:rPr>
              <w:t>, на Интернет-странице «</w:t>
            </w:r>
            <w:r>
              <w:t>http</w:t>
            </w:r>
            <w:r w:rsidRPr="00332DB8">
              <w:rPr>
                <w:lang w:val="ru-RU"/>
              </w:rPr>
              <w:t>:</w:t>
            </w:r>
            <w:r>
              <w:t>vkontakte</w:t>
            </w:r>
            <w:r w:rsidRPr="00332DB8">
              <w:rPr>
                <w:lang w:val="ru-RU"/>
              </w:rPr>
              <w:t>.</w:t>
            </w:r>
            <w:r>
              <w:t>ru</w:t>
            </w:r>
            <w:r w:rsidRPr="00332DB8">
              <w:rPr>
                <w:lang w:val="ru-RU"/>
              </w:rPr>
              <w:t>/</w:t>
            </w:r>
            <w:r>
              <w:t>polkov</w:t>
            </w:r>
            <w:r w:rsidRPr="00332DB8">
              <w:rPr>
                <w:lang w:val="ru-RU"/>
              </w:rPr>
              <w:t>_</w:t>
            </w:r>
            <w:r>
              <w:t>nic</w:t>
            </w:r>
            <w:r w:rsidRPr="00332DB8">
              <w:rPr>
                <w:lang w:val="ru-RU"/>
              </w:rPr>
              <w:t>» (решение Новоржевского районного суда Псковской области от 26.03.2013);</w:t>
            </w:r>
          </w:p>
        </w:tc>
        <w:tc>
          <w:tcPr>
            <w:tcW w:w="2880" w:type="dxa"/>
          </w:tcPr>
          <w:p w:rsidR="006F7457" w:rsidRPr="00332DB8" w:rsidRDefault="006F7457">
            <w:pPr>
              <w:rPr>
                <w:lang w:val="ru-RU"/>
              </w:rPr>
            </w:pPr>
          </w:p>
        </w:tc>
      </w:tr>
      <w:tr w:rsidR="006F7457" w:rsidRPr="005A424D">
        <w:tc>
          <w:tcPr>
            <w:tcW w:w="2880" w:type="dxa"/>
          </w:tcPr>
          <w:p w:rsidR="006F7457" w:rsidRDefault="00332DB8">
            <w:r>
              <w:t>1923.</w:t>
            </w:r>
          </w:p>
        </w:tc>
        <w:tc>
          <w:tcPr>
            <w:tcW w:w="2880" w:type="dxa"/>
          </w:tcPr>
          <w:p w:rsidR="006F7457" w:rsidRPr="00332DB8" w:rsidRDefault="00332DB8">
            <w:pPr>
              <w:rPr>
                <w:lang w:val="ru-RU"/>
              </w:rPr>
            </w:pPr>
            <w:r w:rsidRPr="00332DB8">
              <w:rPr>
                <w:lang w:val="ru-RU"/>
              </w:rPr>
              <w:t xml:space="preserve">Видеоролик «Раскрыт заговор исламистов в медуниверситете», размещенный в социальной сети «В Контакте» Боковым Дмитрием Владимировичем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2880" w:type="dxa"/>
          </w:tcPr>
          <w:p w:rsidR="006F7457" w:rsidRPr="00332DB8" w:rsidRDefault="006F7457">
            <w:pPr>
              <w:rPr>
                <w:lang w:val="ru-RU"/>
              </w:rPr>
            </w:pPr>
          </w:p>
        </w:tc>
      </w:tr>
      <w:tr w:rsidR="006F7457">
        <w:tc>
          <w:tcPr>
            <w:tcW w:w="2880" w:type="dxa"/>
          </w:tcPr>
          <w:p w:rsidR="006F7457" w:rsidRDefault="00332DB8">
            <w:r>
              <w:t>1924.</w:t>
            </w:r>
          </w:p>
        </w:tc>
        <w:tc>
          <w:tcPr>
            <w:tcW w:w="2880" w:type="dxa"/>
          </w:tcPr>
          <w:p w:rsidR="006F7457" w:rsidRDefault="00332DB8">
            <w:r w:rsidRPr="00332DB8">
              <w:rPr>
                <w:lang w:val="ru-RU"/>
              </w:rPr>
              <w:t>Книга Бадиуззаман Саид Нурси «Двадцать третье слово» (</w:t>
            </w:r>
            <w:r>
              <w:t>mega</w:t>
            </w:r>
            <w:r w:rsidRPr="00332DB8">
              <w:rPr>
                <w:lang w:val="ru-RU"/>
              </w:rPr>
              <w:t>-2010-88</w:t>
            </w:r>
            <w:r>
              <w:t>c</w:t>
            </w:r>
            <w:r w:rsidRPr="00332DB8">
              <w:rPr>
                <w:lang w:val="ru-RU"/>
              </w:rPr>
              <w:t xml:space="preserve">.) </w:t>
            </w:r>
            <w:r>
              <w:t>(решение Советского районного суда г. Красноярска от 10.01.2013);</w:t>
            </w:r>
          </w:p>
        </w:tc>
        <w:tc>
          <w:tcPr>
            <w:tcW w:w="2880" w:type="dxa"/>
          </w:tcPr>
          <w:p w:rsidR="006F7457" w:rsidRDefault="006F7457"/>
        </w:tc>
      </w:tr>
      <w:tr w:rsidR="006F7457" w:rsidRPr="005A424D">
        <w:tc>
          <w:tcPr>
            <w:tcW w:w="2880" w:type="dxa"/>
          </w:tcPr>
          <w:p w:rsidR="006F7457" w:rsidRDefault="00332DB8">
            <w:r>
              <w:t>1925.</w:t>
            </w:r>
          </w:p>
        </w:tc>
        <w:tc>
          <w:tcPr>
            <w:tcW w:w="2880" w:type="dxa"/>
          </w:tcPr>
          <w:p w:rsidR="006F7457" w:rsidRPr="00332DB8" w:rsidRDefault="00332DB8">
            <w:pPr>
              <w:rPr>
                <w:lang w:val="ru-RU"/>
              </w:rPr>
            </w:pPr>
            <w:r w:rsidRPr="00332DB8">
              <w:rPr>
                <w:lang w:val="ru-RU"/>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t>
            </w:r>
            <w:r>
              <w:t>www</w:t>
            </w:r>
            <w:r w:rsidRPr="00332DB8">
              <w:rPr>
                <w:lang w:val="ru-RU"/>
              </w:rPr>
              <w:t>.</w:t>
            </w:r>
            <w:r>
              <w:t>islamdin</w:t>
            </w:r>
            <w:r w:rsidRPr="00332DB8">
              <w:rPr>
                <w:lang w:val="ru-RU"/>
              </w:rPr>
              <w:t>.</w:t>
            </w:r>
            <w:r>
              <w:t>biz</w:t>
            </w:r>
            <w:r w:rsidRPr="00332DB8">
              <w:rPr>
                <w:lang w:val="ru-RU"/>
              </w:rPr>
              <w:t>» (решение Майского районного суда Кабардино-Балкарской Республики от 05.04.2013);</w:t>
            </w:r>
          </w:p>
        </w:tc>
        <w:tc>
          <w:tcPr>
            <w:tcW w:w="2880" w:type="dxa"/>
          </w:tcPr>
          <w:p w:rsidR="006F7457" w:rsidRPr="00332DB8" w:rsidRDefault="006F7457">
            <w:pPr>
              <w:rPr>
                <w:lang w:val="ru-RU"/>
              </w:rPr>
            </w:pPr>
          </w:p>
        </w:tc>
      </w:tr>
      <w:tr w:rsidR="006F7457" w:rsidRPr="005A424D">
        <w:tc>
          <w:tcPr>
            <w:tcW w:w="2880" w:type="dxa"/>
          </w:tcPr>
          <w:p w:rsidR="006F7457" w:rsidRDefault="00332DB8">
            <w:r>
              <w:t>1926.</w:t>
            </w:r>
          </w:p>
        </w:tc>
        <w:tc>
          <w:tcPr>
            <w:tcW w:w="2880" w:type="dxa"/>
          </w:tcPr>
          <w:p w:rsidR="006F7457" w:rsidRPr="00332DB8" w:rsidRDefault="00332DB8">
            <w:pPr>
              <w:rPr>
                <w:lang w:val="ru-RU"/>
              </w:rPr>
            </w:pPr>
            <w:r w:rsidRPr="00332DB8">
              <w:rPr>
                <w:lang w:val="ru-RU"/>
              </w:rPr>
              <w:t xml:space="preserve">Интернет-ресурс (сайт): </w:t>
            </w:r>
            <w:r>
              <w:t>http</w:t>
            </w:r>
            <w:r w:rsidRPr="00332DB8">
              <w:rPr>
                <w:lang w:val="ru-RU"/>
              </w:rPr>
              <w:t>://</w:t>
            </w:r>
            <w:r>
              <w:t>www</w:t>
            </w:r>
            <w:r w:rsidRPr="00332DB8">
              <w:rPr>
                <w:lang w:val="ru-RU"/>
              </w:rPr>
              <w:t>.</w:t>
            </w:r>
            <w:r>
              <w:t>kcblog</w:t>
            </w:r>
            <w:r w:rsidRPr="00332DB8">
              <w:rPr>
                <w:lang w:val="ru-RU"/>
              </w:rPr>
              <w:t>.</w:t>
            </w:r>
            <w:r>
              <w:t>info</w:t>
            </w:r>
            <w:r w:rsidRPr="00332DB8">
              <w:rPr>
                <w:lang w:val="ru-RU"/>
              </w:rPr>
              <w:t>/ – «Блог агентства Кавказ-Центр» (решение Интинского городского суда Республики Коми от 21.03.2013);</w:t>
            </w:r>
          </w:p>
        </w:tc>
        <w:tc>
          <w:tcPr>
            <w:tcW w:w="2880" w:type="dxa"/>
          </w:tcPr>
          <w:p w:rsidR="006F7457" w:rsidRPr="00332DB8" w:rsidRDefault="006F7457">
            <w:pPr>
              <w:rPr>
                <w:lang w:val="ru-RU"/>
              </w:rPr>
            </w:pPr>
          </w:p>
        </w:tc>
      </w:tr>
      <w:tr w:rsidR="006F7457" w:rsidRPr="005A424D">
        <w:tc>
          <w:tcPr>
            <w:tcW w:w="2880" w:type="dxa"/>
          </w:tcPr>
          <w:p w:rsidR="006F7457" w:rsidRDefault="00332DB8">
            <w:r>
              <w:t>192</w:t>
            </w:r>
            <w:r>
              <w:lastRenderedPageBreak/>
              <w:t>7.</w:t>
            </w:r>
          </w:p>
        </w:tc>
        <w:tc>
          <w:tcPr>
            <w:tcW w:w="2880" w:type="dxa"/>
          </w:tcPr>
          <w:p w:rsidR="006F7457" w:rsidRPr="00332DB8" w:rsidRDefault="00332DB8">
            <w:pPr>
              <w:rPr>
                <w:lang w:val="ru-RU"/>
              </w:rPr>
            </w:pPr>
            <w:r w:rsidRPr="00332DB8">
              <w:rPr>
                <w:lang w:val="ru-RU"/>
              </w:rPr>
              <w:lastRenderedPageBreak/>
              <w:t xml:space="preserve">Интернет-ресурс (сайт): </w:t>
            </w:r>
            <w:r>
              <w:t>http</w:t>
            </w:r>
            <w:r w:rsidRPr="00332DB8">
              <w:rPr>
                <w:lang w:val="ru-RU"/>
              </w:rPr>
              <w:t>://</w:t>
            </w:r>
            <w:r>
              <w:t>koransunnah</w:t>
            </w:r>
            <w:r w:rsidRPr="00332DB8">
              <w:rPr>
                <w:lang w:val="ru-RU"/>
              </w:rPr>
              <w:t>.</w:t>
            </w:r>
            <w:r>
              <w:t>wordpress</w:t>
            </w:r>
            <w:r w:rsidRPr="00332DB8">
              <w:rPr>
                <w:lang w:val="ru-RU"/>
              </w:rPr>
              <w:t>.</w:t>
            </w:r>
            <w:r>
              <w:t>com</w:t>
            </w:r>
            <w:r w:rsidRPr="00332DB8">
              <w:rPr>
                <w:lang w:val="ru-RU"/>
              </w:rPr>
              <w:t>/ – «Исламский Информационно-новостной портал «Ислам - Корна и Суна» (решение Интинского городского суда Республики Коми от 21.03.2013);</w:t>
            </w:r>
          </w:p>
        </w:tc>
        <w:tc>
          <w:tcPr>
            <w:tcW w:w="2880" w:type="dxa"/>
          </w:tcPr>
          <w:p w:rsidR="006F7457" w:rsidRPr="00332DB8" w:rsidRDefault="006F7457">
            <w:pPr>
              <w:rPr>
                <w:lang w:val="ru-RU"/>
              </w:rPr>
            </w:pPr>
          </w:p>
        </w:tc>
      </w:tr>
      <w:tr w:rsidR="006F7457">
        <w:tc>
          <w:tcPr>
            <w:tcW w:w="2880" w:type="dxa"/>
          </w:tcPr>
          <w:p w:rsidR="006F7457" w:rsidRDefault="00332DB8">
            <w:r>
              <w:lastRenderedPageBreak/>
              <w:t>1928.</w:t>
            </w:r>
          </w:p>
        </w:tc>
        <w:tc>
          <w:tcPr>
            <w:tcW w:w="2880" w:type="dxa"/>
          </w:tcPr>
          <w:p w:rsidR="006F7457" w:rsidRDefault="00332DB8">
            <w:r w:rsidRPr="00332DB8">
              <w:rPr>
                <w:lang w:val="ru-RU"/>
              </w:rPr>
              <w:t xml:space="preserve">Интернет-ресурс (сайт): </w:t>
            </w:r>
            <w:r>
              <w:t>http</w:t>
            </w:r>
            <w:r w:rsidRPr="00332DB8">
              <w:rPr>
                <w:lang w:val="ru-RU"/>
              </w:rPr>
              <w:t>://</w:t>
            </w:r>
            <w:r>
              <w:t>abusalima</w:t>
            </w:r>
            <w:r w:rsidRPr="00332DB8">
              <w:rPr>
                <w:lang w:val="ru-RU"/>
              </w:rPr>
              <w:t>770.</w:t>
            </w:r>
            <w:r>
              <w:t>blogspot</w:t>
            </w:r>
            <w:r w:rsidRPr="00332DB8">
              <w:rPr>
                <w:lang w:val="ru-RU"/>
              </w:rPr>
              <w:t>.</w:t>
            </w:r>
            <w:r>
              <w:t>ru</w:t>
            </w:r>
            <w:r w:rsidRPr="00332DB8">
              <w:rPr>
                <w:lang w:val="ru-RU"/>
              </w:rPr>
              <w:t xml:space="preserve">/ – блог под названием «Рай под тенью </w:t>
            </w:r>
            <w:r>
              <w:t>Сабель» (решение Интинского городского суда Республики Коми от 21.03.2013);</w:t>
            </w:r>
          </w:p>
        </w:tc>
        <w:tc>
          <w:tcPr>
            <w:tcW w:w="2880" w:type="dxa"/>
          </w:tcPr>
          <w:p w:rsidR="006F7457" w:rsidRDefault="006F7457"/>
        </w:tc>
      </w:tr>
      <w:tr w:rsidR="006F7457" w:rsidRPr="005A424D">
        <w:tc>
          <w:tcPr>
            <w:tcW w:w="2880" w:type="dxa"/>
          </w:tcPr>
          <w:p w:rsidR="006F7457" w:rsidRDefault="00332DB8">
            <w:r>
              <w:t>1929.</w:t>
            </w:r>
          </w:p>
        </w:tc>
        <w:tc>
          <w:tcPr>
            <w:tcW w:w="2880" w:type="dxa"/>
          </w:tcPr>
          <w:p w:rsidR="006F7457" w:rsidRPr="00332DB8" w:rsidRDefault="00332DB8">
            <w:pPr>
              <w:rPr>
                <w:lang w:val="ru-RU"/>
              </w:rPr>
            </w:pPr>
            <w:r w:rsidRPr="00332DB8">
              <w:rPr>
                <w:lang w:val="ru-RU"/>
              </w:rPr>
              <w:t xml:space="preserve">Видеоролик (видео обращение), размещенный в сети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VjFZLS</w:t>
            </w:r>
            <w:r w:rsidRPr="00332DB8">
              <w:rPr>
                <w:lang w:val="ru-RU"/>
              </w:rPr>
              <w:t>2</w:t>
            </w:r>
            <w:r>
              <w:t>we</w:t>
            </w:r>
            <w:r w:rsidRPr="00332DB8">
              <w:rPr>
                <w:lang w:val="ru-RU"/>
              </w:rPr>
              <w:t>5</w:t>
            </w:r>
            <w:r>
              <w:t>s</w:t>
            </w:r>
            <w:r w:rsidRPr="00332DB8">
              <w:rPr>
                <w:lang w:val="ru-RU"/>
              </w:rPr>
              <w:t xml:space="preserve"> – «Обращение Амира Центрального сектора Вилайята КБК Умара» (решение Интинского городского суда Республики Коми от 21.03.2013);</w:t>
            </w:r>
          </w:p>
        </w:tc>
        <w:tc>
          <w:tcPr>
            <w:tcW w:w="2880" w:type="dxa"/>
          </w:tcPr>
          <w:p w:rsidR="006F7457" w:rsidRPr="00332DB8" w:rsidRDefault="006F7457">
            <w:pPr>
              <w:rPr>
                <w:lang w:val="ru-RU"/>
              </w:rPr>
            </w:pPr>
          </w:p>
        </w:tc>
      </w:tr>
      <w:tr w:rsidR="006F7457" w:rsidRPr="005A424D">
        <w:tc>
          <w:tcPr>
            <w:tcW w:w="2880" w:type="dxa"/>
          </w:tcPr>
          <w:p w:rsidR="006F7457" w:rsidRDefault="00332DB8">
            <w:r>
              <w:t>1930.</w:t>
            </w:r>
          </w:p>
        </w:tc>
        <w:tc>
          <w:tcPr>
            <w:tcW w:w="2880" w:type="dxa"/>
          </w:tcPr>
          <w:p w:rsidR="006F7457" w:rsidRPr="00332DB8" w:rsidRDefault="00332DB8">
            <w:pPr>
              <w:rPr>
                <w:lang w:val="ru-RU"/>
              </w:rPr>
            </w:pPr>
            <w:r w:rsidRPr="00332DB8">
              <w:rPr>
                <w:lang w:val="ru-RU"/>
              </w:rPr>
              <w:t xml:space="preserve">Надписи в группе «УФА ТАТАРЛАРЫ--- ---УФИМСКИЕ ТАТАРЫ», размещенные пользователем под условным именем «Урал Батыр» на сайте «Вконтакте»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158166533 (решение Орджоникидзевского районного суда города Уфы Республики Башкортостан от 12.03.2013);</w:t>
            </w:r>
          </w:p>
        </w:tc>
        <w:tc>
          <w:tcPr>
            <w:tcW w:w="2880" w:type="dxa"/>
          </w:tcPr>
          <w:p w:rsidR="006F7457" w:rsidRPr="00332DB8" w:rsidRDefault="006F7457">
            <w:pPr>
              <w:rPr>
                <w:lang w:val="ru-RU"/>
              </w:rPr>
            </w:pPr>
          </w:p>
        </w:tc>
      </w:tr>
      <w:tr w:rsidR="006F7457" w:rsidRPr="005A424D">
        <w:tc>
          <w:tcPr>
            <w:tcW w:w="2880" w:type="dxa"/>
          </w:tcPr>
          <w:p w:rsidR="006F7457" w:rsidRDefault="00332DB8">
            <w:r>
              <w:t>1931.</w:t>
            </w:r>
          </w:p>
        </w:tc>
        <w:tc>
          <w:tcPr>
            <w:tcW w:w="2880" w:type="dxa"/>
          </w:tcPr>
          <w:p w:rsidR="006F7457" w:rsidRPr="00332DB8" w:rsidRDefault="00332DB8">
            <w:pPr>
              <w:rPr>
                <w:lang w:val="ru-RU"/>
              </w:rPr>
            </w:pPr>
            <w:r w:rsidRPr="00332DB8">
              <w:rPr>
                <w:lang w:val="ru-RU"/>
              </w:rPr>
              <w:t xml:space="preserve">Надписи под фотографиями, размещенные пользователем под условным именем «Игорь Тарасов» в сети интернет на сайте «Вконтакте»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110818624 (решение Орджоникидзевского районного суда города Уфы Республики Башкортостан от 12.03.2013);</w:t>
            </w:r>
          </w:p>
        </w:tc>
        <w:tc>
          <w:tcPr>
            <w:tcW w:w="2880" w:type="dxa"/>
          </w:tcPr>
          <w:p w:rsidR="006F7457" w:rsidRPr="00332DB8" w:rsidRDefault="006F7457">
            <w:pPr>
              <w:rPr>
                <w:lang w:val="ru-RU"/>
              </w:rPr>
            </w:pPr>
          </w:p>
        </w:tc>
      </w:tr>
      <w:tr w:rsidR="006F7457" w:rsidRPr="005A424D">
        <w:tc>
          <w:tcPr>
            <w:tcW w:w="2880" w:type="dxa"/>
          </w:tcPr>
          <w:p w:rsidR="006F7457" w:rsidRDefault="00332DB8">
            <w:r>
              <w:t>1932.</w:t>
            </w:r>
          </w:p>
        </w:tc>
        <w:tc>
          <w:tcPr>
            <w:tcW w:w="2880" w:type="dxa"/>
          </w:tcPr>
          <w:p w:rsidR="006F7457" w:rsidRPr="00332DB8" w:rsidRDefault="00332DB8">
            <w:pPr>
              <w:rPr>
                <w:lang w:val="ru-RU"/>
              </w:rPr>
            </w:pPr>
            <w:r w:rsidRPr="00332DB8">
              <w:rPr>
                <w:lang w:val="ru-RU"/>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1933.</w:t>
            </w:r>
          </w:p>
        </w:tc>
        <w:tc>
          <w:tcPr>
            <w:tcW w:w="2880" w:type="dxa"/>
          </w:tcPr>
          <w:p w:rsidR="006F7457" w:rsidRPr="00332DB8" w:rsidRDefault="00332DB8">
            <w:pPr>
              <w:rPr>
                <w:lang w:val="ru-RU"/>
              </w:rPr>
            </w:pPr>
            <w:r w:rsidRPr="00332DB8">
              <w:rPr>
                <w:lang w:val="ru-RU"/>
              </w:rPr>
              <w:t xml:space="preserve">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58420910 (решение Ленинского районного суда города Уфы Республики Башкортостан от 04.03.2013);</w:t>
            </w:r>
          </w:p>
        </w:tc>
        <w:tc>
          <w:tcPr>
            <w:tcW w:w="2880" w:type="dxa"/>
          </w:tcPr>
          <w:p w:rsidR="006F7457" w:rsidRPr="00332DB8" w:rsidRDefault="006F7457">
            <w:pPr>
              <w:rPr>
                <w:lang w:val="ru-RU"/>
              </w:rPr>
            </w:pPr>
          </w:p>
        </w:tc>
      </w:tr>
      <w:tr w:rsidR="006F7457" w:rsidRPr="005A424D">
        <w:tc>
          <w:tcPr>
            <w:tcW w:w="2880" w:type="dxa"/>
          </w:tcPr>
          <w:p w:rsidR="006F7457" w:rsidRDefault="00332DB8">
            <w:r>
              <w:t>1934.</w:t>
            </w:r>
          </w:p>
        </w:tc>
        <w:tc>
          <w:tcPr>
            <w:tcW w:w="2880" w:type="dxa"/>
          </w:tcPr>
          <w:p w:rsidR="006F7457" w:rsidRPr="00332DB8" w:rsidRDefault="00332DB8">
            <w:pPr>
              <w:rPr>
                <w:lang w:val="ru-RU"/>
              </w:rPr>
            </w:pPr>
            <w:r w:rsidRPr="00332DB8">
              <w:rPr>
                <w:lang w:val="ru-RU"/>
              </w:rPr>
              <w:t xml:space="preserve">Материалы сайта </w:t>
            </w:r>
            <w:r>
              <w:t>http</w:t>
            </w:r>
            <w:r w:rsidRPr="00332DB8">
              <w:rPr>
                <w:lang w:val="ru-RU"/>
              </w:rPr>
              <w:t>://</w:t>
            </w:r>
            <w:r>
              <w:t>www</w:t>
            </w:r>
            <w:r w:rsidRPr="00332DB8">
              <w:rPr>
                <w:lang w:val="ru-RU"/>
              </w:rPr>
              <w:t>.</w:t>
            </w:r>
            <w:r>
              <w:t>dontenter</w:t>
            </w:r>
            <w:r w:rsidRPr="00332DB8">
              <w:rPr>
                <w:lang w:val="ru-RU"/>
              </w:rPr>
              <w:t>.</w:t>
            </w:r>
            <w:r>
              <w:t>ru</w:t>
            </w:r>
            <w:r w:rsidRPr="00332DB8">
              <w:rPr>
                <w:lang w:val="ru-RU"/>
              </w:rPr>
              <w:t>/</w:t>
            </w:r>
            <w:r>
              <w:t>index</w:t>
            </w:r>
            <w:r w:rsidRPr="00332DB8">
              <w:rPr>
                <w:lang w:val="ru-RU"/>
              </w:rPr>
              <w:t>.</w:t>
            </w:r>
            <w:r>
              <w:t>php</w:t>
            </w:r>
            <w:r w:rsidRPr="00332DB8">
              <w:rPr>
                <w:lang w:val="ru-RU"/>
              </w:rPr>
              <w:t>?</w:t>
            </w:r>
            <w:r>
              <w:t>key</w:t>
            </w:r>
            <w:r w:rsidRPr="00332DB8">
              <w:rPr>
                <w:lang w:val="ru-RU"/>
              </w:rPr>
              <w:t>=имарат, а именно видео-файл «ИМАРАТ КАВКАЗ – Элитное подразделение АЛЛАХА» (решение Воркутинского городского суда Республики Коми от 02.04.2013);</w:t>
            </w:r>
          </w:p>
        </w:tc>
        <w:tc>
          <w:tcPr>
            <w:tcW w:w="2880" w:type="dxa"/>
          </w:tcPr>
          <w:p w:rsidR="006F7457" w:rsidRPr="00332DB8" w:rsidRDefault="006F7457">
            <w:pPr>
              <w:rPr>
                <w:lang w:val="ru-RU"/>
              </w:rPr>
            </w:pPr>
          </w:p>
        </w:tc>
      </w:tr>
      <w:tr w:rsidR="006F7457" w:rsidRPr="005A424D">
        <w:tc>
          <w:tcPr>
            <w:tcW w:w="2880" w:type="dxa"/>
          </w:tcPr>
          <w:p w:rsidR="006F7457" w:rsidRDefault="00332DB8">
            <w:r>
              <w:t>1935.</w:t>
            </w:r>
          </w:p>
        </w:tc>
        <w:tc>
          <w:tcPr>
            <w:tcW w:w="2880" w:type="dxa"/>
          </w:tcPr>
          <w:p w:rsidR="006F7457" w:rsidRPr="00332DB8" w:rsidRDefault="00332DB8">
            <w:pPr>
              <w:rPr>
                <w:lang w:val="ru-RU"/>
              </w:rPr>
            </w:pPr>
            <w:r w:rsidRPr="00332DB8">
              <w:rPr>
                <w:lang w:val="ru-RU"/>
              </w:rPr>
              <w:t>Видеоролик: «44 способа поддержать Джихад» (решение Ленинского районного суда г. Томска от 12.04.2013);</w:t>
            </w:r>
          </w:p>
        </w:tc>
        <w:tc>
          <w:tcPr>
            <w:tcW w:w="2880" w:type="dxa"/>
          </w:tcPr>
          <w:p w:rsidR="006F7457" w:rsidRPr="00332DB8" w:rsidRDefault="006F7457">
            <w:pPr>
              <w:rPr>
                <w:lang w:val="ru-RU"/>
              </w:rPr>
            </w:pPr>
          </w:p>
        </w:tc>
      </w:tr>
      <w:tr w:rsidR="006F7457" w:rsidRPr="005A424D">
        <w:tc>
          <w:tcPr>
            <w:tcW w:w="2880" w:type="dxa"/>
          </w:tcPr>
          <w:p w:rsidR="006F7457" w:rsidRDefault="00332DB8">
            <w:r>
              <w:t>1936.</w:t>
            </w:r>
          </w:p>
        </w:tc>
        <w:tc>
          <w:tcPr>
            <w:tcW w:w="2880" w:type="dxa"/>
          </w:tcPr>
          <w:p w:rsidR="006F7457" w:rsidRPr="00332DB8" w:rsidRDefault="00332DB8">
            <w:pPr>
              <w:rPr>
                <w:lang w:val="ru-RU"/>
              </w:rPr>
            </w:pPr>
            <w:r w:rsidRPr="00332DB8">
              <w:rPr>
                <w:lang w:val="ru-RU"/>
              </w:rPr>
              <w:t>Видеоролик: «Благородная битва в Москве — Справедливое возмездие» (решение Ленинского районного суда г. Томска от 12.04.2013);</w:t>
            </w:r>
          </w:p>
        </w:tc>
        <w:tc>
          <w:tcPr>
            <w:tcW w:w="2880" w:type="dxa"/>
          </w:tcPr>
          <w:p w:rsidR="006F7457" w:rsidRPr="00332DB8" w:rsidRDefault="006F7457">
            <w:pPr>
              <w:rPr>
                <w:lang w:val="ru-RU"/>
              </w:rPr>
            </w:pPr>
          </w:p>
        </w:tc>
      </w:tr>
      <w:tr w:rsidR="006F7457" w:rsidRPr="005A424D">
        <w:tc>
          <w:tcPr>
            <w:tcW w:w="2880" w:type="dxa"/>
          </w:tcPr>
          <w:p w:rsidR="006F7457" w:rsidRDefault="00332DB8">
            <w:r>
              <w:t>1937.</w:t>
            </w:r>
          </w:p>
        </w:tc>
        <w:tc>
          <w:tcPr>
            <w:tcW w:w="2880" w:type="dxa"/>
          </w:tcPr>
          <w:p w:rsidR="006F7457" w:rsidRPr="00332DB8" w:rsidRDefault="00332DB8">
            <w:pPr>
              <w:rPr>
                <w:lang w:val="ru-RU"/>
              </w:rPr>
            </w:pPr>
            <w:r w:rsidRPr="00332DB8">
              <w:rPr>
                <w:lang w:val="ru-RU"/>
              </w:rPr>
              <w:t>Видеоролик: «Говорят муджахиты Вилайят КБК ИК» (решение Ленинского районного суда г. Томска от 12.04.2013);</w:t>
            </w:r>
          </w:p>
        </w:tc>
        <w:tc>
          <w:tcPr>
            <w:tcW w:w="2880" w:type="dxa"/>
          </w:tcPr>
          <w:p w:rsidR="006F7457" w:rsidRPr="00332DB8" w:rsidRDefault="006F7457">
            <w:pPr>
              <w:rPr>
                <w:lang w:val="ru-RU"/>
              </w:rPr>
            </w:pPr>
          </w:p>
        </w:tc>
      </w:tr>
      <w:tr w:rsidR="006F7457" w:rsidRPr="005A424D">
        <w:tc>
          <w:tcPr>
            <w:tcW w:w="2880" w:type="dxa"/>
          </w:tcPr>
          <w:p w:rsidR="006F7457" w:rsidRDefault="00332DB8">
            <w:r>
              <w:t>193</w:t>
            </w:r>
            <w:r>
              <w:lastRenderedPageBreak/>
              <w:t>8.</w:t>
            </w:r>
          </w:p>
        </w:tc>
        <w:tc>
          <w:tcPr>
            <w:tcW w:w="2880" w:type="dxa"/>
          </w:tcPr>
          <w:p w:rsidR="006F7457" w:rsidRPr="00332DB8" w:rsidRDefault="00332DB8">
            <w:pPr>
              <w:rPr>
                <w:lang w:val="ru-RU"/>
              </w:rPr>
            </w:pPr>
            <w:r w:rsidRPr="00332DB8">
              <w:rPr>
                <w:lang w:val="ru-RU"/>
              </w:rPr>
              <w:lastRenderedPageBreak/>
              <w:t>Видеоролик: «Сайд 1 лекция про Джихад» (решение Ленинского районного суда г. Томска от 12.04.2013);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1939.</w:t>
            </w:r>
          </w:p>
        </w:tc>
        <w:tc>
          <w:tcPr>
            <w:tcW w:w="2880" w:type="dxa"/>
          </w:tcPr>
          <w:p w:rsidR="006F7457" w:rsidRPr="00332DB8" w:rsidRDefault="00332DB8">
            <w:pPr>
              <w:rPr>
                <w:lang w:val="ru-RU"/>
              </w:rPr>
            </w:pPr>
            <w:r w:rsidRPr="00332DB8">
              <w:rPr>
                <w:lang w:val="ru-RU"/>
              </w:rPr>
              <w:t>Видеоролик: «Сайд Абу Саад» (решение Ленинского районного суда г. Томска от 12.04.2013);</w:t>
            </w:r>
          </w:p>
        </w:tc>
        <w:tc>
          <w:tcPr>
            <w:tcW w:w="2880" w:type="dxa"/>
          </w:tcPr>
          <w:p w:rsidR="006F7457" w:rsidRPr="00332DB8" w:rsidRDefault="006F7457">
            <w:pPr>
              <w:rPr>
                <w:lang w:val="ru-RU"/>
              </w:rPr>
            </w:pPr>
          </w:p>
        </w:tc>
      </w:tr>
      <w:tr w:rsidR="006F7457" w:rsidRPr="005A424D">
        <w:tc>
          <w:tcPr>
            <w:tcW w:w="2880" w:type="dxa"/>
          </w:tcPr>
          <w:p w:rsidR="006F7457" w:rsidRDefault="00332DB8">
            <w:r>
              <w:t>1940.</w:t>
            </w:r>
          </w:p>
        </w:tc>
        <w:tc>
          <w:tcPr>
            <w:tcW w:w="2880" w:type="dxa"/>
          </w:tcPr>
          <w:p w:rsidR="006F7457" w:rsidRPr="00332DB8" w:rsidRDefault="00332DB8">
            <w:pPr>
              <w:rPr>
                <w:lang w:val="ru-RU"/>
              </w:rPr>
            </w:pPr>
            <w:r w:rsidRPr="00332DB8">
              <w:rPr>
                <w:lang w:val="ru-RU"/>
              </w:rPr>
              <w:t>Видеоролик: «Сайд Бурятский обращение к сестрам» (решение Ленинского районного суда г. Томска от 12.04.2013);</w:t>
            </w:r>
          </w:p>
        </w:tc>
        <w:tc>
          <w:tcPr>
            <w:tcW w:w="2880" w:type="dxa"/>
          </w:tcPr>
          <w:p w:rsidR="006F7457" w:rsidRPr="00332DB8" w:rsidRDefault="006F7457">
            <w:pPr>
              <w:rPr>
                <w:lang w:val="ru-RU"/>
              </w:rPr>
            </w:pPr>
          </w:p>
        </w:tc>
      </w:tr>
      <w:tr w:rsidR="006F7457" w:rsidRPr="005A424D">
        <w:tc>
          <w:tcPr>
            <w:tcW w:w="2880" w:type="dxa"/>
          </w:tcPr>
          <w:p w:rsidR="006F7457" w:rsidRDefault="00332DB8">
            <w:r>
              <w:t>1941.</w:t>
            </w:r>
          </w:p>
        </w:tc>
        <w:tc>
          <w:tcPr>
            <w:tcW w:w="2880" w:type="dxa"/>
          </w:tcPr>
          <w:p w:rsidR="006F7457" w:rsidRPr="00332DB8" w:rsidRDefault="00332DB8">
            <w:pPr>
              <w:rPr>
                <w:lang w:val="ru-RU"/>
              </w:rPr>
            </w:pPr>
            <w:r w:rsidRPr="00332DB8">
              <w:rPr>
                <w:lang w:val="ru-RU"/>
              </w:rPr>
              <w:t>Видеоролик: «Львы джихада» (решение Ленинского районного суда г. Томска от 12.04.2013);</w:t>
            </w:r>
          </w:p>
        </w:tc>
        <w:tc>
          <w:tcPr>
            <w:tcW w:w="2880" w:type="dxa"/>
          </w:tcPr>
          <w:p w:rsidR="006F7457" w:rsidRPr="00332DB8" w:rsidRDefault="006F7457">
            <w:pPr>
              <w:rPr>
                <w:lang w:val="ru-RU"/>
              </w:rPr>
            </w:pPr>
          </w:p>
        </w:tc>
      </w:tr>
      <w:tr w:rsidR="006F7457" w:rsidRPr="005A424D">
        <w:tc>
          <w:tcPr>
            <w:tcW w:w="2880" w:type="dxa"/>
          </w:tcPr>
          <w:p w:rsidR="006F7457" w:rsidRDefault="00332DB8">
            <w:r>
              <w:t>1942.</w:t>
            </w:r>
          </w:p>
        </w:tc>
        <w:tc>
          <w:tcPr>
            <w:tcW w:w="2880" w:type="dxa"/>
          </w:tcPr>
          <w:p w:rsidR="006F7457" w:rsidRPr="00332DB8" w:rsidRDefault="00332DB8">
            <w:pPr>
              <w:rPr>
                <w:lang w:val="ru-RU"/>
              </w:rPr>
            </w:pPr>
            <w:r w:rsidRPr="00332DB8">
              <w:rPr>
                <w:lang w:val="ru-RU"/>
              </w:rPr>
              <w:t>Видеоролик: «Наименьшее, что можешь сделать ты для уммы» (решение Ленинского районного суда г. Томска от 12.04.2013);</w:t>
            </w:r>
          </w:p>
        </w:tc>
        <w:tc>
          <w:tcPr>
            <w:tcW w:w="2880" w:type="dxa"/>
          </w:tcPr>
          <w:p w:rsidR="006F7457" w:rsidRPr="00332DB8" w:rsidRDefault="006F7457">
            <w:pPr>
              <w:rPr>
                <w:lang w:val="ru-RU"/>
              </w:rPr>
            </w:pPr>
          </w:p>
        </w:tc>
      </w:tr>
      <w:tr w:rsidR="006F7457" w:rsidRPr="005A424D">
        <w:tc>
          <w:tcPr>
            <w:tcW w:w="2880" w:type="dxa"/>
          </w:tcPr>
          <w:p w:rsidR="006F7457" w:rsidRDefault="00332DB8">
            <w:r>
              <w:t>1943.</w:t>
            </w:r>
          </w:p>
        </w:tc>
        <w:tc>
          <w:tcPr>
            <w:tcW w:w="2880" w:type="dxa"/>
          </w:tcPr>
          <w:p w:rsidR="006F7457" w:rsidRPr="00332DB8" w:rsidRDefault="00332DB8">
            <w:pPr>
              <w:rPr>
                <w:lang w:val="ru-RU"/>
              </w:rPr>
            </w:pPr>
            <w:r w:rsidRPr="00332DB8">
              <w:rPr>
                <w:lang w:val="ru-RU"/>
              </w:rPr>
              <w:t>Видеоролик: «Победа продолжается» (решение Ленинского районного суда г. Томска от 12.04.2013);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1944.</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сети Интернет, в том числе на Интернет сайтах </w:t>
            </w:r>
            <w:r>
              <w:t>http</w:t>
            </w:r>
            <w:r w:rsidRPr="00332DB8">
              <w:rPr>
                <w:lang w:val="ru-RU"/>
              </w:rPr>
              <w:t>://</w:t>
            </w:r>
            <w:r>
              <w:t>www</w:t>
            </w:r>
            <w:r w:rsidRPr="00332DB8">
              <w:rPr>
                <w:lang w:val="ru-RU"/>
              </w:rPr>
              <w:t>.</w:t>
            </w:r>
            <w:r>
              <w:t>pussy</w:t>
            </w:r>
            <w:r w:rsidRPr="00332DB8">
              <w:rPr>
                <w:lang w:val="ru-RU"/>
              </w:rPr>
              <w:t>-</w:t>
            </w:r>
            <w:r>
              <w:t>riot</w:t>
            </w:r>
            <w:r w:rsidRPr="00332DB8">
              <w:rPr>
                <w:lang w:val="ru-RU"/>
              </w:rPr>
              <w:t>.</w:t>
            </w:r>
            <w:r>
              <w:t>livejournal</w:t>
            </w:r>
            <w:r w:rsidRPr="00332DB8">
              <w:rPr>
                <w:lang w:val="ru-RU"/>
              </w:rPr>
              <w:t>.</w:t>
            </w:r>
            <w:r>
              <w:t>com</w:t>
            </w:r>
            <w:r w:rsidRPr="00332DB8">
              <w:rPr>
                <w:lang w:val="ru-RU"/>
              </w:rPr>
              <w:t>/8459.</w:t>
            </w:r>
            <w:r>
              <w:t>html</w:t>
            </w:r>
            <w:r w:rsidRPr="00332DB8">
              <w:rPr>
                <w:lang w:val="ru-RU"/>
              </w:rPr>
              <w:t xml:space="preserve">, </w:t>
            </w:r>
            <w:r>
              <w:t>http</w:t>
            </w:r>
            <w:r w:rsidRPr="00332DB8">
              <w:rPr>
                <w:lang w:val="ru-RU"/>
              </w:rPr>
              <w:t>://</w:t>
            </w:r>
            <w:r>
              <w:t>www</w:t>
            </w:r>
            <w:r w:rsidRPr="00332DB8">
              <w:rPr>
                <w:lang w:val="ru-RU"/>
              </w:rPr>
              <w:t>.</w:t>
            </w:r>
            <w:r>
              <w:t>pussy</w:t>
            </w:r>
            <w:r w:rsidRPr="00332DB8">
              <w:rPr>
                <w:lang w:val="ru-RU"/>
              </w:rPr>
              <w:t>-</w:t>
            </w:r>
            <w:r>
              <w:t>riot</w:t>
            </w:r>
            <w:r w:rsidRPr="00332DB8">
              <w:rPr>
                <w:lang w:val="ru-RU"/>
              </w:rPr>
              <w:t>.</w:t>
            </w:r>
            <w:r>
              <w:t>livejournal</w:t>
            </w:r>
            <w:r w:rsidRPr="00332DB8">
              <w:rPr>
                <w:lang w:val="ru-RU"/>
              </w:rPr>
              <w:t>.</w:t>
            </w:r>
            <w:r>
              <w:t>com</w:t>
            </w:r>
            <w:r w:rsidRPr="00332DB8">
              <w:rPr>
                <w:lang w:val="ru-RU"/>
              </w:rPr>
              <w:t>/5164.</w:t>
            </w:r>
            <w:r>
              <w:t>html</w:t>
            </w:r>
            <w:r w:rsidRPr="00332DB8">
              <w:rPr>
                <w:lang w:val="ru-RU"/>
              </w:rPr>
              <w:t xml:space="preserve">, </w:t>
            </w:r>
            <w:r>
              <w:t>http</w:t>
            </w:r>
            <w:r w:rsidRPr="00332DB8">
              <w:rPr>
                <w:lang w:val="ru-RU"/>
              </w:rPr>
              <w:t>://</w:t>
            </w:r>
            <w:r>
              <w:t>www</w:t>
            </w:r>
            <w:r w:rsidRPr="00332DB8">
              <w:rPr>
                <w:lang w:val="ru-RU"/>
              </w:rPr>
              <w:t>.</w:t>
            </w:r>
            <w:r>
              <w:t>pussy</w:t>
            </w:r>
            <w:r w:rsidRPr="00332DB8">
              <w:rPr>
                <w:lang w:val="ru-RU"/>
              </w:rPr>
              <w:t>-</w:t>
            </w:r>
            <w:r>
              <w:t>riot</w:t>
            </w:r>
            <w:r w:rsidRPr="00332DB8">
              <w:rPr>
                <w:lang w:val="ru-RU"/>
              </w:rPr>
              <w:t>.</w:t>
            </w:r>
            <w:r>
              <w:t>livejournal</w:t>
            </w:r>
            <w:r w:rsidRPr="00332DB8">
              <w:rPr>
                <w:lang w:val="ru-RU"/>
              </w:rPr>
              <w:t>.</w:t>
            </w:r>
            <w:r>
              <w:t>com</w:t>
            </w:r>
            <w:r w:rsidRPr="00332DB8">
              <w:rPr>
                <w:lang w:val="ru-RU"/>
              </w:rPr>
              <w:t>/5763.</w:t>
            </w:r>
            <w:r>
              <w:t>html</w:t>
            </w:r>
            <w:r w:rsidRPr="00332DB8">
              <w:rPr>
                <w:lang w:val="ru-RU"/>
              </w:rPr>
              <w:t xml:space="preserve">, </w:t>
            </w:r>
            <w:r>
              <w:t>http</w:t>
            </w:r>
            <w:r w:rsidRPr="00332DB8">
              <w:rPr>
                <w:lang w:val="ru-RU"/>
              </w:rPr>
              <w:t>://</w:t>
            </w:r>
            <w:r>
              <w:t>www</w:t>
            </w:r>
            <w:r w:rsidRPr="00332DB8">
              <w:rPr>
                <w:lang w:val="ru-RU"/>
              </w:rPr>
              <w:t>.</w:t>
            </w:r>
            <w:r>
              <w:t>pussy</w:t>
            </w:r>
            <w:r w:rsidRPr="00332DB8">
              <w:rPr>
                <w:lang w:val="ru-RU"/>
              </w:rPr>
              <w:t>-</w:t>
            </w:r>
            <w:r>
              <w:t>riot</w:t>
            </w:r>
            <w:r w:rsidRPr="00332DB8">
              <w:rPr>
                <w:lang w:val="ru-RU"/>
              </w:rPr>
              <w:t>.</w:t>
            </w:r>
            <w:r>
              <w:t>livejournal</w:t>
            </w:r>
            <w:r w:rsidRPr="00332DB8">
              <w:rPr>
                <w:lang w:val="ru-RU"/>
              </w:rPr>
              <w:t>.</w:t>
            </w:r>
            <w:r>
              <w:t>com</w:t>
            </w:r>
            <w:r w:rsidRPr="00332DB8">
              <w:rPr>
                <w:lang w:val="ru-RU"/>
              </w:rPr>
              <w:t>/5497.</w:t>
            </w:r>
            <w:r>
              <w:t>html</w:t>
            </w:r>
            <w:r w:rsidRPr="00332DB8">
              <w:rPr>
                <w:lang w:val="ru-RU"/>
              </w:rPr>
              <w:t xml:space="preserve">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2880" w:type="dxa"/>
          </w:tcPr>
          <w:p w:rsidR="006F7457" w:rsidRPr="00332DB8" w:rsidRDefault="006F7457">
            <w:pPr>
              <w:rPr>
                <w:lang w:val="ru-RU"/>
              </w:rPr>
            </w:pPr>
          </w:p>
        </w:tc>
      </w:tr>
      <w:tr w:rsidR="006F7457" w:rsidRPr="005A424D">
        <w:tc>
          <w:tcPr>
            <w:tcW w:w="2880" w:type="dxa"/>
          </w:tcPr>
          <w:p w:rsidR="006F7457" w:rsidRDefault="00332DB8">
            <w:r>
              <w:t>1945.</w:t>
            </w:r>
          </w:p>
        </w:tc>
        <w:tc>
          <w:tcPr>
            <w:tcW w:w="2880" w:type="dxa"/>
          </w:tcPr>
          <w:p w:rsidR="006F7457" w:rsidRPr="00332DB8" w:rsidRDefault="00332DB8">
            <w:pPr>
              <w:rPr>
                <w:lang w:val="ru-RU"/>
              </w:rPr>
            </w:pPr>
            <w:r w:rsidRPr="00332DB8">
              <w:rPr>
                <w:lang w:val="ru-RU"/>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c>
          <w:tcPr>
            <w:tcW w:w="2880" w:type="dxa"/>
          </w:tcPr>
          <w:p w:rsidR="006F7457" w:rsidRPr="00332DB8" w:rsidRDefault="006F7457">
            <w:pPr>
              <w:rPr>
                <w:lang w:val="ru-RU"/>
              </w:rPr>
            </w:pPr>
          </w:p>
        </w:tc>
      </w:tr>
      <w:tr w:rsidR="006F7457" w:rsidRPr="005A424D">
        <w:tc>
          <w:tcPr>
            <w:tcW w:w="2880" w:type="dxa"/>
          </w:tcPr>
          <w:p w:rsidR="006F7457" w:rsidRDefault="00332DB8">
            <w:r>
              <w:t>1946.</w:t>
            </w:r>
          </w:p>
        </w:tc>
        <w:tc>
          <w:tcPr>
            <w:tcW w:w="2880" w:type="dxa"/>
          </w:tcPr>
          <w:p w:rsidR="006F7457" w:rsidRPr="00332DB8" w:rsidRDefault="00332DB8">
            <w:pPr>
              <w:rPr>
                <w:lang w:val="ru-RU"/>
              </w:rPr>
            </w:pPr>
            <w:r w:rsidRPr="00332DB8">
              <w:rPr>
                <w:lang w:val="ru-RU"/>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2880" w:type="dxa"/>
          </w:tcPr>
          <w:p w:rsidR="006F7457" w:rsidRPr="00332DB8" w:rsidRDefault="006F7457">
            <w:pPr>
              <w:rPr>
                <w:lang w:val="ru-RU"/>
              </w:rPr>
            </w:pPr>
          </w:p>
        </w:tc>
      </w:tr>
      <w:tr w:rsidR="006F7457" w:rsidRPr="005A424D">
        <w:tc>
          <w:tcPr>
            <w:tcW w:w="2880" w:type="dxa"/>
          </w:tcPr>
          <w:p w:rsidR="006F7457" w:rsidRDefault="00332DB8">
            <w:r>
              <w:t>1947.</w:t>
            </w:r>
          </w:p>
        </w:tc>
        <w:tc>
          <w:tcPr>
            <w:tcW w:w="2880" w:type="dxa"/>
          </w:tcPr>
          <w:p w:rsidR="006F7457" w:rsidRPr="00332DB8" w:rsidRDefault="00332DB8">
            <w:pPr>
              <w:rPr>
                <w:lang w:val="ru-RU"/>
              </w:rPr>
            </w:pPr>
            <w:r w:rsidRPr="00332DB8">
              <w:rPr>
                <w:lang w:val="ru-RU"/>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2880" w:type="dxa"/>
          </w:tcPr>
          <w:p w:rsidR="006F7457" w:rsidRPr="00332DB8" w:rsidRDefault="006F7457">
            <w:pPr>
              <w:rPr>
                <w:lang w:val="ru-RU"/>
              </w:rPr>
            </w:pPr>
          </w:p>
        </w:tc>
      </w:tr>
      <w:tr w:rsidR="006F7457" w:rsidRPr="005A424D">
        <w:tc>
          <w:tcPr>
            <w:tcW w:w="2880" w:type="dxa"/>
          </w:tcPr>
          <w:p w:rsidR="006F7457" w:rsidRDefault="00332DB8">
            <w:r>
              <w:t>1948.</w:t>
            </w:r>
          </w:p>
        </w:tc>
        <w:tc>
          <w:tcPr>
            <w:tcW w:w="2880" w:type="dxa"/>
          </w:tcPr>
          <w:p w:rsidR="006F7457" w:rsidRPr="00332DB8" w:rsidRDefault="00332DB8">
            <w:pPr>
              <w:rPr>
                <w:lang w:val="ru-RU"/>
              </w:rPr>
            </w:pPr>
            <w:r w:rsidRPr="00332DB8">
              <w:rPr>
                <w:lang w:val="ru-RU"/>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2880" w:type="dxa"/>
          </w:tcPr>
          <w:p w:rsidR="006F7457" w:rsidRPr="00332DB8" w:rsidRDefault="006F7457">
            <w:pPr>
              <w:rPr>
                <w:lang w:val="ru-RU"/>
              </w:rPr>
            </w:pPr>
          </w:p>
        </w:tc>
      </w:tr>
      <w:tr w:rsidR="006F7457" w:rsidRPr="005A424D">
        <w:tc>
          <w:tcPr>
            <w:tcW w:w="2880" w:type="dxa"/>
          </w:tcPr>
          <w:p w:rsidR="006F7457" w:rsidRDefault="00332DB8">
            <w:r>
              <w:t>19</w:t>
            </w:r>
            <w:r>
              <w:lastRenderedPageBreak/>
              <w:t>49.</w:t>
            </w:r>
          </w:p>
        </w:tc>
        <w:tc>
          <w:tcPr>
            <w:tcW w:w="2880" w:type="dxa"/>
          </w:tcPr>
          <w:p w:rsidR="006F7457" w:rsidRPr="00332DB8" w:rsidRDefault="00332DB8">
            <w:pPr>
              <w:rPr>
                <w:lang w:val="ru-RU"/>
              </w:rPr>
            </w:pPr>
            <w:r w:rsidRPr="00332DB8">
              <w:rPr>
                <w:lang w:val="ru-RU"/>
              </w:rPr>
              <w:lastRenderedPageBreak/>
              <w:t xml:space="preserve">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w:t>
            </w:r>
            <w:r w:rsidRPr="00332DB8">
              <w:rPr>
                <w:lang w:val="ru-RU"/>
              </w:rPr>
              <w:lastRenderedPageBreak/>
              <w:t>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1950.</w:t>
            </w:r>
          </w:p>
        </w:tc>
        <w:tc>
          <w:tcPr>
            <w:tcW w:w="2880" w:type="dxa"/>
          </w:tcPr>
          <w:p w:rsidR="006F7457" w:rsidRPr="00332DB8" w:rsidRDefault="00332DB8">
            <w:pPr>
              <w:rPr>
                <w:lang w:val="ru-RU"/>
              </w:rPr>
            </w:pPr>
            <w:r w:rsidRPr="00332DB8">
              <w:rPr>
                <w:lang w:val="ru-RU"/>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2880" w:type="dxa"/>
          </w:tcPr>
          <w:p w:rsidR="006F7457" w:rsidRPr="00332DB8" w:rsidRDefault="006F7457">
            <w:pPr>
              <w:rPr>
                <w:lang w:val="ru-RU"/>
              </w:rPr>
            </w:pPr>
          </w:p>
        </w:tc>
      </w:tr>
      <w:tr w:rsidR="006F7457" w:rsidRPr="005A424D">
        <w:tc>
          <w:tcPr>
            <w:tcW w:w="2880" w:type="dxa"/>
          </w:tcPr>
          <w:p w:rsidR="006F7457" w:rsidRDefault="00332DB8">
            <w:r>
              <w:t>1951.</w:t>
            </w:r>
          </w:p>
        </w:tc>
        <w:tc>
          <w:tcPr>
            <w:tcW w:w="2880" w:type="dxa"/>
          </w:tcPr>
          <w:p w:rsidR="006F7457" w:rsidRPr="00332DB8" w:rsidRDefault="00332DB8">
            <w:pPr>
              <w:rPr>
                <w:lang w:val="ru-RU"/>
              </w:rPr>
            </w:pPr>
            <w:r w:rsidRPr="00332DB8">
              <w:rPr>
                <w:lang w:val="ru-RU"/>
              </w:rPr>
              <w:t xml:space="preserve">Листовка с логотипом партии «Единая Россия», имеющая заглавие «Информационное сообщение», размещенная на сайтах </w:t>
            </w:r>
            <w:r>
              <w:t>http</w:t>
            </w:r>
            <w:r w:rsidRPr="00332DB8">
              <w:rPr>
                <w:lang w:val="ru-RU"/>
              </w:rPr>
              <w:t>:</w:t>
            </w:r>
            <w:r>
              <w:t>www</w:t>
            </w:r>
            <w:r w:rsidRPr="00332DB8">
              <w:rPr>
                <w:lang w:val="ru-RU"/>
              </w:rPr>
              <w:t>.</w:t>
            </w:r>
            <w:r>
              <w:t>dvizhenievmeste</w:t>
            </w:r>
            <w:r w:rsidRPr="00332DB8">
              <w:rPr>
                <w:lang w:val="ru-RU"/>
              </w:rPr>
              <w:t>.</w:t>
            </w:r>
            <w:r>
              <w:t>com</w:t>
            </w:r>
            <w:r w:rsidRPr="00332DB8">
              <w:rPr>
                <w:lang w:val="ru-RU"/>
              </w:rPr>
              <w:t xml:space="preserve">. и </w:t>
            </w:r>
            <w:r>
              <w:t>http</w:t>
            </w:r>
            <w:r w:rsidRPr="00332DB8">
              <w:rPr>
                <w:lang w:val="ru-RU"/>
              </w:rPr>
              <w:t>:</w:t>
            </w:r>
            <w:r>
              <w:t>er</w:t>
            </w:r>
            <w:r w:rsidRPr="00332DB8">
              <w:rPr>
                <w:lang w:val="ru-RU"/>
              </w:rPr>
              <w:t>.</w:t>
            </w:r>
            <w:r>
              <w:t>mashina</w:t>
            </w:r>
            <w:r w:rsidRPr="00332DB8">
              <w:rPr>
                <w:lang w:val="ru-RU"/>
              </w:rPr>
              <w:t>.</w:t>
            </w:r>
            <w:r>
              <w:t>org</w:t>
            </w:r>
            <w:r w:rsidRPr="00332DB8">
              <w:rPr>
                <w:lang w:val="ru-RU"/>
              </w:rPr>
              <w:t xml:space="preserve">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2880" w:type="dxa"/>
          </w:tcPr>
          <w:p w:rsidR="006F7457" w:rsidRPr="00332DB8" w:rsidRDefault="006F7457">
            <w:pPr>
              <w:rPr>
                <w:lang w:val="ru-RU"/>
              </w:rPr>
            </w:pPr>
          </w:p>
        </w:tc>
      </w:tr>
      <w:tr w:rsidR="006F7457" w:rsidRPr="005A424D">
        <w:tc>
          <w:tcPr>
            <w:tcW w:w="2880" w:type="dxa"/>
          </w:tcPr>
          <w:p w:rsidR="006F7457" w:rsidRDefault="00332DB8">
            <w:r>
              <w:t>1952.</w:t>
            </w:r>
          </w:p>
        </w:tc>
        <w:tc>
          <w:tcPr>
            <w:tcW w:w="2880" w:type="dxa"/>
          </w:tcPr>
          <w:p w:rsidR="006F7457" w:rsidRPr="00332DB8" w:rsidRDefault="00332DB8">
            <w:pPr>
              <w:rPr>
                <w:lang w:val="ru-RU"/>
              </w:rPr>
            </w:pPr>
            <w:r w:rsidRPr="00332DB8">
              <w:rPr>
                <w:lang w:val="ru-RU"/>
              </w:rPr>
              <w:t xml:space="preserve">Видеозапись «Бритый и злой», размещенная в социальной сети «ВКонтакте»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2880" w:type="dxa"/>
          </w:tcPr>
          <w:p w:rsidR="006F7457" w:rsidRPr="00332DB8" w:rsidRDefault="006F7457">
            <w:pPr>
              <w:rPr>
                <w:lang w:val="ru-RU"/>
              </w:rPr>
            </w:pPr>
          </w:p>
        </w:tc>
      </w:tr>
      <w:tr w:rsidR="006F7457" w:rsidRPr="005A424D">
        <w:tc>
          <w:tcPr>
            <w:tcW w:w="2880" w:type="dxa"/>
          </w:tcPr>
          <w:p w:rsidR="006F7457" w:rsidRDefault="00332DB8">
            <w:r>
              <w:t>1953.</w:t>
            </w:r>
          </w:p>
        </w:tc>
        <w:tc>
          <w:tcPr>
            <w:tcW w:w="2880" w:type="dxa"/>
          </w:tcPr>
          <w:p w:rsidR="006F7457" w:rsidRPr="00332DB8" w:rsidRDefault="00332DB8">
            <w:pPr>
              <w:rPr>
                <w:lang w:val="ru-RU"/>
              </w:rPr>
            </w:pPr>
            <w:r w:rsidRPr="00332DB8">
              <w:rPr>
                <w:lang w:val="ru-RU"/>
              </w:rPr>
              <w:t xml:space="preserve">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t>
            </w:r>
            <w:r>
              <w:t>www</w:t>
            </w:r>
            <w:r w:rsidRPr="00332DB8">
              <w:rPr>
                <w:lang w:val="ru-RU"/>
              </w:rPr>
              <w:t>.</w:t>
            </w:r>
            <w:r>
              <w:t>ummanewc</w:t>
            </w:r>
            <w:r w:rsidRPr="00332DB8">
              <w:rPr>
                <w:lang w:val="ru-RU"/>
              </w:rPr>
              <w:t>.</w:t>
            </w:r>
            <w:r>
              <w:t>com</w:t>
            </w:r>
            <w:r w:rsidRPr="00332DB8">
              <w:rPr>
                <w:lang w:val="ru-RU"/>
              </w:rPr>
              <w:t xml:space="preserve"> (решение Нальчикского городского суда Кабардино-Балкарской Республики от 01.02.2013);</w:t>
            </w:r>
          </w:p>
        </w:tc>
        <w:tc>
          <w:tcPr>
            <w:tcW w:w="2880" w:type="dxa"/>
          </w:tcPr>
          <w:p w:rsidR="006F7457" w:rsidRPr="00332DB8" w:rsidRDefault="006F7457">
            <w:pPr>
              <w:rPr>
                <w:lang w:val="ru-RU"/>
              </w:rPr>
            </w:pPr>
          </w:p>
        </w:tc>
      </w:tr>
      <w:tr w:rsidR="006F7457" w:rsidRPr="005A424D">
        <w:tc>
          <w:tcPr>
            <w:tcW w:w="2880" w:type="dxa"/>
          </w:tcPr>
          <w:p w:rsidR="006F7457" w:rsidRDefault="00332DB8">
            <w:r>
              <w:t>1954.</w:t>
            </w:r>
          </w:p>
        </w:tc>
        <w:tc>
          <w:tcPr>
            <w:tcW w:w="2880" w:type="dxa"/>
          </w:tcPr>
          <w:p w:rsidR="006F7457" w:rsidRPr="00332DB8" w:rsidRDefault="00332DB8">
            <w:pPr>
              <w:rPr>
                <w:lang w:val="ru-RU"/>
              </w:rPr>
            </w:pPr>
            <w:r w:rsidRPr="00332DB8">
              <w:rPr>
                <w:lang w:val="ru-RU"/>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t>
            </w:r>
            <w:r>
              <w:t>www</w:t>
            </w:r>
            <w:r w:rsidRPr="00332DB8">
              <w:rPr>
                <w:lang w:val="ru-RU"/>
              </w:rPr>
              <w:t>.</w:t>
            </w:r>
            <w:r>
              <w:t>russobor</w:t>
            </w:r>
            <w:r w:rsidRPr="00332DB8">
              <w:rPr>
                <w:lang w:val="ru-RU"/>
              </w:rPr>
              <w:t>.</w:t>
            </w:r>
            <w:r>
              <w:t>com</w:t>
            </w:r>
            <w:r w:rsidRPr="00332DB8">
              <w:rPr>
                <w:lang w:val="ru-RU"/>
              </w:rPr>
              <w:t>/</w:t>
            </w:r>
            <w:r>
              <w:t>publikaci</w:t>
            </w:r>
            <w:r w:rsidRPr="00332DB8">
              <w:rPr>
                <w:lang w:val="ru-RU"/>
              </w:rPr>
              <w:t>-</w:t>
            </w:r>
            <w:r>
              <w:t>sobora</w:t>
            </w:r>
            <w:r w:rsidRPr="00332DB8">
              <w:rPr>
                <w:lang w:val="ru-RU"/>
              </w:rPr>
              <w:t>/</w:t>
            </w:r>
            <w:r>
              <w:t>reportazh</w:t>
            </w:r>
            <w:r w:rsidRPr="00332DB8">
              <w:rPr>
                <w:lang w:val="ru-RU"/>
              </w:rPr>
              <w:t>-</w:t>
            </w:r>
            <w:r>
              <w:t>s</w:t>
            </w:r>
            <w:r w:rsidRPr="00332DB8">
              <w:rPr>
                <w:lang w:val="ru-RU"/>
              </w:rPr>
              <w:t>-</w:t>
            </w:r>
            <w:r>
              <w:t>uchreditelnoi</w:t>
            </w:r>
            <w:r w:rsidRPr="00332DB8">
              <w:rPr>
                <w:lang w:val="ru-RU"/>
              </w:rPr>
              <w:t>-</w:t>
            </w:r>
            <w:r>
              <w:t>konferenci</w:t>
            </w:r>
            <w:r w:rsidRPr="00332DB8">
              <w:rPr>
                <w:lang w:val="ru-RU"/>
              </w:rPr>
              <w:t>-</w:t>
            </w:r>
            <w:r>
              <w:t>sibirskogo</w:t>
            </w:r>
            <w:r w:rsidRPr="00332DB8">
              <w:rPr>
                <w:lang w:val="ru-RU"/>
              </w:rPr>
              <w:t>-</w:t>
            </w:r>
            <w:r>
              <w:t>derzhavnogo</w:t>
            </w:r>
            <w:r w:rsidRPr="00332DB8">
              <w:rPr>
                <w:lang w:val="ru-RU"/>
              </w:rPr>
              <w:t>-</w:t>
            </w:r>
            <w:r>
              <w:t>soyuza</w:t>
            </w:r>
            <w:r w:rsidRPr="00332DB8">
              <w:rPr>
                <w:lang w:val="ru-RU"/>
              </w:rPr>
              <w:t>-23-03-2012.</w:t>
            </w:r>
            <w:r>
              <w:t>html</w:t>
            </w:r>
            <w:r w:rsidRPr="00332DB8">
              <w:rPr>
                <w:lang w:val="ru-RU"/>
              </w:rPr>
              <w:t>,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lxjvzOpCMJI</w:t>
            </w:r>
            <w:r w:rsidRPr="00332DB8">
              <w:rPr>
                <w:lang w:val="ru-RU"/>
              </w:rPr>
              <w:t>&amp;</w:t>
            </w:r>
            <w:r>
              <w:t>feature</w:t>
            </w:r>
            <w:r w:rsidRPr="00332DB8">
              <w:rPr>
                <w:lang w:val="ru-RU"/>
              </w:rPr>
              <w:t>=</w:t>
            </w:r>
            <w:r>
              <w:t>player</w:t>
            </w:r>
            <w:r w:rsidRPr="00332DB8">
              <w:rPr>
                <w:lang w:val="ru-RU"/>
              </w:rPr>
              <w:t>_</w:t>
            </w:r>
            <w:r>
              <w:t>embedded</w:t>
            </w:r>
            <w:r w:rsidRPr="00332DB8">
              <w:rPr>
                <w:lang w:val="ru-RU"/>
              </w:rPr>
              <w:t xml:space="preserve"> (решение Ленинского районного суда г. Оренбурга от 18.02.2013);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1955.</w:t>
            </w:r>
          </w:p>
        </w:tc>
        <w:tc>
          <w:tcPr>
            <w:tcW w:w="2880" w:type="dxa"/>
          </w:tcPr>
          <w:p w:rsidR="006F7457" w:rsidRPr="00332DB8" w:rsidRDefault="00332DB8">
            <w:pPr>
              <w:rPr>
                <w:lang w:val="ru-RU"/>
              </w:rPr>
            </w:pPr>
            <w:r w:rsidRPr="00332DB8">
              <w:rPr>
                <w:lang w:val="ru-RU"/>
              </w:rPr>
              <w:t xml:space="preserve">Книга Удар русских богов / В.А. Истархов - Харьков, ЧП «ДиВ», 2007. - 480 с. - </w:t>
            </w:r>
            <w:r>
              <w:t>ISBN</w:t>
            </w:r>
            <w:r w:rsidRPr="00332DB8">
              <w:rPr>
                <w:lang w:val="ru-RU"/>
              </w:rPr>
              <w:t xml:space="preserve"> 978-966-8504-04-4 (решение Темрюкского районного суда Краснодарского края от 06.03.2013);</w:t>
            </w:r>
          </w:p>
        </w:tc>
        <w:tc>
          <w:tcPr>
            <w:tcW w:w="2880" w:type="dxa"/>
          </w:tcPr>
          <w:p w:rsidR="006F7457" w:rsidRPr="00332DB8" w:rsidRDefault="006F7457">
            <w:pPr>
              <w:rPr>
                <w:lang w:val="ru-RU"/>
              </w:rPr>
            </w:pPr>
          </w:p>
        </w:tc>
      </w:tr>
      <w:tr w:rsidR="006F7457" w:rsidRPr="005A424D">
        <w:tc>
          <w:tcPr>
            <w:tcW w:w="2880" w:type="dxa"/>
          </w:tcPr>
          <w:p w:rsidR="006F7457" w:rsidRDefault="00332DB8">
            <w:r>
              <w:t>1956.</w:t>
            </w:r>
          </w:p>
        </w:tc>
        <w:tc>
          <w:tcPr>
            <w:tcW w:w="2880" w:type="dxa"/>
          </w:tcPr>
          <w:p w:rsidR="006F7457" w:rsidRPr="00332DB8" w:rsidRDefault="00332DB8">
            <w:pPr>
              <w:rPr>
                <w:lang w:val="ru-RU"/>
              </w:rPr>
            </w:pPr>
            <w:r w:rsidRPr="00332DB8">
              <w:rPr>
                <w:lang w:val="ru-RU"/>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2880" w:type="dxa"/>
          </w:tcPr>
          <w:p w:rsidR="006F7457" w:rsidRPr="00332DB8" w:rsidRDefault="006F7457">
            <w:pPr>
              <w:rPr>
                <w:lang w:val="ru-RU"/>
              </w:rPr>
            </w:pPr>
          </w:p>
        </w:tc>
      </w:tr>
      <w:tr w:rsidR="006F7457" w:rsidRPr="005A424D">
        <w:tc>
          <w:tcPr>
            <w:tcW w:w="2880" w:type="dxa"/>
          </w:tcPr>
          <w:p w:rsidR="006F7457" w:rsidRDefault="00332DB8">
            <w:r>
              <w:t>1957.</w:t>
            </w:r>
          </w:p>
        </w:tc>
        <w:tc>
          <w:tcPr>
            <w:tcW w:w="2880" w:type="dxa"/>
          </w:tcPr>
          <w:p w:rsidR="006F7457" w:rsidRPr="00332DB8" w:rsidRDefault="00332DB8">
            <w:pPr>
              <w:rPr>
                <w:lang w:val="ru-RU"/>
              </w:rPr>
            </w:pPr>
            <w:r w:rsidRPr="00332DB8">
              <w:rPr>
                <w:lang w:val="ru-RU"/>
              </w:rPr>
              <w:t xml:space="preserve">Книга Красная Каббала / Г. Климов. – Харьков, ЧП «ДиВ», 2006. – 528 с. – </w:t>
            </w:r>
            <w:r>
              <w:t>ISBN</w:t>
            </w:r>
            <w:r w:rsidRPr="00332DB8">
              <w:rPr>
                <w:lang w:val="ru-RU"/>
              </w:rPr>
              <w:t xml:space="preserve"> 966-8504-21-6 (решение Темрюкского районного суда Краснодарского края от 06.03.2013);</w:t>
            </w:r>
          </w:p>
        </w:tc>
        <w:tc>
          <w:tcPr>
            <w:tcW w:w="2880" w:type="dxa"/>
          </w:tcPr>
          <w:p w:rsidR="006F7457" w:rsidRPr="00332DB8" w:rsidRDefault="006F7457">
            <w:pPr>
              <w:rPr>
                <w:lang w:val="ru-RU"/>
              </w:rPr>
            </w:pPr>
          </w:p>
        </w:tc>
      </w:tr>
      <w:tr w:rsidR="006F7457" w:rsidRPr="005A424D">
        <w:tc>
          <w:tcPr>
            <w:tcW w:w="2880" w:type="dxa"/>
          </w:tcPr>
          <w:p w:rsidR="006F7457" w:rsidRDefault="00332DB8">
            <w:r>
              <w:t>1958.</w:t>
            </w:r>
          </w:p>
        </w:tc>
        <w:tc>
          <w:tcPr>
            <w:tcW w:w="2880" w:type="dxa"/>
          </w:tcPr>
          <w:p w:rsidR="006F7457" w:rsidRPr="00332DB8" w:rsidRDefault="00332DB8">
            <w:pPr>
              <w:rPr>
                <w:lang w:val="ru-RU"/>
              </w:rPr>
            </w:pPr>
            <w:r w:rsidRPr="00332DB8">
              <w:rPr>
                <w:lang w:val="ru-RU"/>
              </w:rPr>
              <w:t xml:space="preserve">Книга Протоколы советских мудрецов / Г. Климов. – Харьков, «ДиВ», 2005. – 416 с. – </w:t>
            </w:r>
            <w:r>
              <w:t>ISBN</w:t>
            </w:r>
            <w:r w:rsidRPr="00332DB8">
              <w:rPr>
                <w:lang w:val="ru-RU"/>
              </w:rPr>
              <w:t xml:space="preserve"> 966-8504-15-1 (решение Темрюкского районного суда Краснодарского края от 06.03.2013);</w:t>
            </w:r>
          </w:p>
        </w:tc>
        <w:tc>
          <w:tcPr>
            <w:tcW w:w="2880" w:type="dxa"/>
          </w:tcPr>
          <w:p w:rsidR="006F7457" w:rsidRPr="00332DB8" w:rsidRDefault="006F7457">
            <w:pPr>
              <w:rPr>
                <w:lang w:val="ru-RU"/>
              </w:rPr>
            </w:pPr>
          </w:p>
        </w:tc>
      </w:tr>
      <w:tr w:rsidR="006F7457" w:rsidRPr="005A424D">
        <w:tc>
          <w:tcPr>
            <w:tcW w:w="2880" w:type="dxa"/>
          </w:tcPr>
          <w:p w:rsidR="006F7457" w:rsidRDefault="00332DB8">
            <w:r>
              <w:t>1959.</w:t>
            </w:r>
          </w:p>
        </w:tc>
        <w:tc>
          <w:tcPr>
            <w:tcW w:w="2880" w:type="dxa"/>
          </w:tcPr>
          <w:p w:rsidR="006F7457" w:rsidRPr="00332DB8" w:rsidRDefault="00332DB8">
            <w:pPr>
              <w:rPr>
                <w:lang w:val="ru-RU"/>
              </w:rPr>
            </w:pPr>
            <w:r w:rsidRPr="00332DB8">
              <w:rPr>
                <w:lang w:val="ru-RU"/>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2880" w:type="dxa"/>
          </w:tcPr>
          <w:p w:rsidR="006F7457" w:rsidRPr="00332DB8" w:rsidRDefault="006F7457">
            <w:pPr>
              <w:rPr>
                <w:lang w:val="ru-RU"/>
              </w:rPr>
            </w:pPr>
          </w:p>
        </w:tc>
      </w:tr>
      <w:tr w:rsidR="006F7457" w:rsidRPr="005A424D">
        <w:tc>
          <w:tcPr>
            <w:tcW w:w="2880" w:type="dxa"/>
          </w:tcPr>
          <w:p w:rsidR="006F7457" w:rsidRDefault="00332DB8">
            <w:r>
              <w:t>196</w:t>
            </w:r>
            <w:r>
              <w:lastRenderedPageBreak/>
              <w:t>0.</w:t>
            </w:r>
          </w:p>
        </w:tc>
        <w:tc>
          <w:tcPr>
            <w:tcW w:w="2880" w:type="dxa"/>
          </w:tcPr>
          <w:p w:rsidR="006F7457" w:rsidRPr="00332DB8" w:rsidRDefault="00332DB8">
            <w:pPr>
              <w:rPr>
                <w:lang w:val="ru-RU"/>
              </w:rPr>
            </w:pPr>
            <w:r w:rsidRPr="00332DB8">
              <w:rPr>
                <w:lang w:val="ru-RU"/>
              </w:rPr>
              <w:lastRenderedPageBreak/>
              <w:t xml:space="preserve">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w:t>
            </w:r>
            <w:r>
              <w:t>andrey</w:t>
            </w:r>
            <w:r w:rsidRPr="00332DB8">
              <w:rPr>
                <w:lang w:val="ru-RU"/>
              </w:rPr>
              <w:t>-</w:t>
            </w:r>
            <w:r>
              <w:t>klimov</w:t>
            </w:r>
            <w:r w:rsidRPr="00332DB8">
              <w:rPr>
                <w:lang w:val="ru-RU"/>
              </w:rPr>
              <w:t>-80@</w:t>
            </w:r>
            <w:r>
              <w:t>mail</w:t>
            </w:r>
            <w:r w:rsidRPr="00332DB8">
              <w:rPr>
                <w:lang w:val="ru-RU"/>
              </w:rPr>
              <w:t>.</w:t>
            </w:r>
            <w:r>
              <w:t>ru</w:t>
            </w:r>
            <w:r w:rsidRPr="00332DB8">
              <w:rPr>
                <w:lang w:val="ru-RU"/>
              </w:rPr>
              <w:t xml:space="preserve"> и </w:t>
            </w:r>
            <w:r>
              <w:t>gusev</w:t>
            </w:r>
            <w:r w:rsidRPr="00332DB8">
              <w:rPr>
                <w:lang w:val="ru-RU"/>
              </w:rPr>
              <w:t>.</w:t>
            </w:r>
            <w:r>
              <w:t>boris</w:t>
            </w:r>
            <w:r w:rsidRPr="00332DB8">
              <w:rPr>
                <w:lang w:val="ru-RU"/>
              </w:rPr>
              <w:t>@</w:t>
            </w:r>
            <w:r>
              <w:t>inbox</w:t>
            </w:r>
            <w:r w:rsidRPr="00332DB8">
              <w:rPr>
                <w:lang w:val="ru-RU"/>
              </w:rPr>
              <w:t>.</w:t>
            </w:r>
            <w:r>
              <w:t>ru</w:t>
            </w:r>
            <w:r w:rsidRPr="00332DB8">
              <w:rPr>
                <w:lang w:val="ru-RU"/>
              </w:rPr>
              <w:t xml:space="preserve">, а также опубликован для свободного </w:t>
            </w:r>
            <w:r w:rsidRPr="00332DB8">
              <w:rPr>
                <w:lang w:val="ru-RU"/>
              </w:rPr>
              <w:lastRenderedPageBreak/>
              <w:t xml:space="preserve">доступа на следующих интернет-страницах: 1. </w:t>
            </w:r>
            <w:r>
              <w:t>http</w:t>
            </w:r>
            <w:r w:rsidRPr="00332DB8">
              <w:rPr>
                <w:lang w:val="ru-RU"/>
              </w:rPr>
              <w:t>://</w:t>
            </w:r>
            <w:r>
              <w:t>rodonews</w:t>
            </w:r>
            <w:r w:rsidRPr="00332DB8">
              <w:rPr>
                <w:lang w:val="ru-RU"/>
              </w:rPr>
              <w:t>.</w:t>
            </w:r>
            <w:r>
              <w:t>ru</w:t>
            </w:r>
            <w:r w:rsidRPr="00332DB8">
              <w:rPr>
                <w:lang w:val="ru-RU"/>
              </w:rPr>
              <w:t>/</w:t>
            </w:r>
            <w:r>
              <w:t>news</w:t>
            </w:r>
            <w:r w:rsidRPr="00332DB8">
              <w:rPr>
                <w:lang w:val="ru-RU"/>
              </w:rPr>
              <w:t>_1287819506.</w:t>
            </w:r>
            <w:r>
              <w:t>html</w:t>
            </w:r>
            <w:r w:rsidRPr="00332DB8">
              <w:rPr>
                <w:lang w:val="ru-RU"/>
              </w:rPr>
              <w:t xml:space="preserve">, 2. </w:t>
            </w:r>
            <w:r>
              <w:t>http</w:t>
            </w:r>
            <w:r w:rsidRPr="00332DB8">
              <w:rPr>
                <w:lang w:val="ru-RU"/>
              </w:rPr>
              <w:t>://</w:t>
            </w:r>
            <w:r>
              <w:t>pravda</w:t>
            </w:r>
            <w:r w:rsidRPr="00332DB8">
              <w:rPr>
                <w:lang w:val="ru-RU"/>
              </w:rPr>
              <w:t>.</w:t>
            </w:r>
            <w:r>
              <w:t>tvob</w:t>
            </w:r>
            <w:r w:rsidRPr="00332DB8">
              <w:rPr>
                <w:lang w:val="ru-RU"/>
              </w:rPr>
              <w:t>.</w:t>
            </w:r>
            <w:r>
              <w:t>ru</w:t>
            </w:r>
            <w:r w:rsidRPr="00332DB8">
              <w:rPr>
                <w:lang w:val="ru-RU"/>
              </w:rPr>
              <w:t>/</w:t>
            </w:r>
            <w:r>
              <w:t>religiya</w:t>
            </w:r>
            <w:r w:rsidRPr="00332DB8">
              <w:rPr>
                <w:lang w:val="ru-RU"/>
              </w:rPr>
              <w:t>-</w:t>
            </w:r>
            <w:r>
              <w:t>i</w:t>
            </w:r>
            <w:r w:rsidRPr="00332DB8">
              <w:rPr>
                <w:lang w:val="ru-RU"/>
              </w:rPr>
              <w:t>-</w:t>
            </w:r>
            <w:r>
              <w:t>ideologiya</w:t>
            </w:r>
            <w:r w:rsidRPr="00332DB8">
              <w:rPr>
                <w:lang w:val="ru-RU"/>
              </w:rPr>
              <w:t>/5211-</w:t>
            </w:r>
            <w:r>
              <w:t>iznasilovanie</w:t>
            </w:r>
            <w:r w:rsidRPr="00332DB8">
              <w:rPr>
                <w:lang w:val="ru-RU"/>
              </w:rPr>
              <w:t>-</w:t>
            </w:r>
            <w:r>
              <w:t>i</w:t>
            </w:r>
            <w:r w:rsidRPr="00332DB8">
              <w:rPr>
                <w:lang w:val="ru-RU"/>
              </w:rPr>
              <w:t>-</w:t>
            </w:r>
            <w:r>
              <w:t>ubijstvo</w:t>
            </w:r>
            <w:r w:rsidRPr="00332DB8">
              <w:rPr>
                <w:lang w:val="ru-RU"/>
              </w:rPr>
              <w:t>-</w:t>
            </w:r>
            <w:r>
              <w:t>trehletnej</w:t>
            </w:r>
            <w:r w:rsidRPr="00332DB8">
              <w:rPr>
                <w:lang w:val="ru-RU"/>
              </w:rPr>
              <w:t>-</w:t>
            </w:r>
            <w:r>
              <w:t>devochki</w:t>
            </w:r>
            <w:r w:rsidRPr="00332DB8">
              <w:rPr>
                <w:lang w:val="ru-RU"/>
              </w:rPr>
              <w:t>-</w:t>
            </w:r>
            <w:r>
              <w:t>po</w:t>
            </w:r>
            <w:r w:rsidRPr="00332DB8">
              <w:rPr>
                <w:lang w:val="ru-RU"/>
              </w:rPr>
              <w:t>-</w:t>
            </w:r>
            <w:r>
              <w:t>kanonam</w:t>
            </w:r>
            <w:r w:rsidRPr="00332DB8">
              <w:rPr>
                <w:lang w:val="ru-RU"/>
              </w:rPr>
              <w:t>-</w:t>
            </w:r>
            <w:r>
              <w:t>iudaizma</w:t>
            </w:r>
            <w:r w:rsidRPr="00332DB8">
              <w:rPr>
                <w:lang w:val="ru-RU"/>
              </w:rPr>
              <w:t xml:space="preserve"> (решение Свердловского районного суда г. Костромы от 24.01.2013);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1961.</w:t>
            </w:r>
          </w:p>
        </w:tc>
        <w:tc>
          <w:tcPr>
            <w:tcW w:w="2880" w:type="dxa"/>
          </w:tcPr>
          <w:p w:rsidR="006F7457" w:rsidRPr="00332DB8" w:rsidRDefault="00332DB8">
            <w:pPr>
              <w:rPr>
                <w:lang w:val="ru-RU"/>
              </w:rPr>
            </w:pPr>
            <w:r w:rsidRPr="00332DB8">
              <w:rPr>
                <w:lang w:val="ru-RU"/>
              </w:rPr>
              <w:t xml:space="preserve">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t>
            </w:r>
            <w:r>
              <w:t>www</w:t>
            </w:r>
            <w:r w:rsidRPr="00332DB8">
              <w:rPr>
                <w:lang w:val="ru-RU"/>
              </w:rPr>
              <w:t>.</w:t>
            </w:r>
            <w:r>
              <w:t>ummanewc</w:t>
            </w:r>
            <w:r w:rsidRPr="00332DB8">
              <w:rPr>
                <w:lang w:val="ru-RU"/>
              </w:rPr>
              <w:t>.</w:t>
            </w:r>
            <w:r>
              <w:t>com</w:t>
            </w:r>
            <w:r w:rsidRPr="00332DB8">
              <w:rPr>
                <w:lang w:val="ru-RU"/>
              </w:rPr>
              <w:t xml:space="preserve"> (решение Нальчикского городского суда Кабардино-Балкарской Республики от 22.03.2013);</w:t>
            </w:r>
          </w:p>
        </w:tc>
        <w:tc>
          <w:tcPr>
            <w:tcW w:w="2880" w:type="dxa"/>
          </w:tcPr>
          <w:p w:rsidR="006F7457" w:rsidRPr="00332DB8" w:rsidRDefault="006F7457">
            <w:pPr>
              <w:rPr>
                <w:lang w:val="ru-RU"/>
              </w:rPr>
            </w:pPr>
          </w:p>
        </w:tc>
      </w:tr>
      <w:tr w:rsidR="006F7457" w:rsidRPr="005A424D">
        <w:tc>
          <w:tcPr>
            <w:tcW w:w="2880" w:type="dxa"/>
          </w:tcPr>
          <w:p w:rsidR="006F7457" w:rsidRDefault="00332DB8">
            <w:r>
              <w:t>1962.</w:t>
            </w:r>
          </w:p>
        </w:tc>
        <w:tc>
          <w:tcPr>
            <w:tcW w:w="2880" w:type="dxa"/>
          </w:tcPr>
          <w:p w:rsidR="006F7457" w:rsidRPr="00332DB8" w:rsidRDefault="00332DB8">
            <w:pPr>
              <w:rPr>
                <w:lang w:val="ru-RU"/>
              </w:rPr>
            </w:pPr>
            <w:r w:rsidRPr="00332DB8">
              <w:rPr>
                <w:lang w:val="ru-RU"/>
              </w:rPr>
              <w:t xml:space="preserve">Интернет-ресурс </w:t>
            </w:r>
            <w:r>
              <w:t>www</w:t>
            </w:r>
            <w:r w:rsidRPr="00332DB8">
              <w:rPr>
                <w:lang w:val="ru-RU"/>
              </w:rPr>
              <w:t>.</w:t>
            </w:r>
            <w:r>
              <w:t>rons</w:t>
            </w:r>
            <w:r w:rsidRPr="00332DB8">
              <w:rPr>
                <w:lang w:val="ru-RU"/>
              </w:rPr>
              <w:t>.</w:t>
            </w:r>
            <w:r>
              <w:t>ru</w:t>
            </w:r>
            <w:r w:rsidRPr="00332DB8">
              <w:rPr>
                <w:lang w:val="ru-RU"/>
              </w:rPr>
              <w:t xml:space="preserve"> (решение Первомайского районного суда г. Кирова Кировской области от 20.02.2013);</w:t>
            </w:r>
          </w:p>
        </w:tc>
        <w:tc>
          <w:tcPr>
            <w:tcW w:w="2880" w:type="dxa"/>
          </w:tcPr>
          <w:p w:rsidR="006F7457" w:rsidRPr="00332DB8" w:rsidRDefault="006F7457">
            <w:pPr>
              <w:rPr>
                <w:lang w:val="ru-RU"/>
              </w:rPr>
            </w:pPr>
          </w:p>
        </w:tc>
      </w:tr>
      <w:tr w:rsidR="006F7457" w:rsidRPr="005A424D">
        <w:tc>
          <w:tcPr>
            <w:tcW w:w="2880" w:type="dxa"/>
          </w:tcPr>
          <w:p w:rsidR="006F7457" w:rsidRDefault="00332DB8">
            <w:r>
              <w:t>1963.</w:t>
            </w:r>
          </w:p>
        </w:tc>
        <w:tc>
          <w:tcPr>
            <w:tcW w:w="2880" w:type="dxa"/>
          </w:tcPr>
          <w:p w:rsidR="006F7457" w:rsidRPr="00332DB8" w:rsidRDefault="00332DB8">
            <w:pPr>
              <w:rPr>
                <w:lang w:val="ru-RU"/>
              </w:rPr>
            </w:pPr>
            <w:r w:rsidRPr="00332DB8">
              <w:rPr>
                <w:lang w:val="ru-RU"/>
              </w:rPr>
              <w:t xml:space="preserve">Информационный материал, размещенный в глобальной информационной сети Интернет на странице по адресу: </w:t>
            </w:r>
            <w:r>
              <w:t>http</w:t>
            </w:r>
            <w:r w:rsidRPr="00332DB8">
              <w:rPr>
                <w:lang w:val="ru-RU"/>
              </w:rPr>
              <w:t>://</w:t>
            </w:r>
            <w:r>
              <w:t>goloskuzbassa</w:t>
            </w:r>
            <w:r w:rsidRPr="00332DB8">
              <w:rPr>
                <w:lang w:val="ru-RU"/>
              </w:rPr>
              <w:t>.</w:t>
            </w:r>
            <w:r>
              <w:t>livejournal</w:t>
            </w:r>
            <w:r w:rsidRPr="00332DB8">
              <w:rPr>
                <w:lang w:val="ru-RU"/>
              </w:rPr>
              <w:t>.</w:t>
            </w:r>
            <w:r>
              <w:t>com</w:t>
            </w:r>
            <w:r w:rsidRPr="00332DB8">
              <w:rPr>
                <w:lang w:val="ru-RU"/>
              </w:rPr>
              <w:t>/1628.</w:t>
            </w:r>
            <w:r>
              <w:t>html</w:t>
            </w:r>
            <w:r w:rsidRPr="00332DB8">
              <w:rPr>
                <w:lang w:val="ru-RU"/>
              </w:rPr>
              <w:t>,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c>
          <w:tcPr>
            <w:tcW w:w="2880" w:type="dxa"/>
          </w:tcPr>
          <w:p w:rsidR="006F7457" w:rsidRPr="00332DB8" w:rsidRDefault="006F7457">
            <w:pPr>
              <w:rPr>
                <w:lang w:val="ru-RU"/>
              </w:rPr>
            </w:pPr>
          </w:p>
        </w:tc>
      </w:tr>
      <w:tr w:rsidR="006F7457" w:rsidRPr="005A424D">
        <w:tc>
          <w:tcPr>
            <w:tcW w:w="2880" w:type="dxa"/>
          </w:tcPr>
          <w:p w:rsidR="006F7457" w:rsidRDefault="00332DB8">
            <w:r>
              <w:t>1964.</w:t>
            </w:r>
          </w:p>
        </w:tc>
        <w:tc>
          <w:tcPr>
            <w:tcW w:w="2880" w:type="dxa"/>
          </w:tcPr>
          <w:p w:rsidR="006F7457" w:rsidRPr="00332DB8" w:rsidRDefault="00332DB8">
            <w:pPr>
              <w:rPr>
                <w:lang w:val="ru-RU"/>
              </w:rPr>
            </w:pPr>
            <w:r w:rsidRPr="00332DB8">
              <w:rPr>
                <w:lang w:val="ru-RU"/>
              </w:rPr>
              <w:t xml:space="preserve">Информационные материалы сайта «Белое сопротивление», расположенные в сети Интернет на сайте по адресу: </w:t>
            </w:r>
            <w:r>
              <w:t>www</w:t>
            </w:r>
            <w:r w:rsidRPr="00332DB8">
              <w:rPr>
                <w:lang w:val="ru-RU"/>
              </w:rPr>
              <w:t>.</w:t>
            </w:r>
            <w:r>
              <w:t>resistanse</w:t>
            </w:r>
            <w:r w:rsidRPr="00332DB8">
              <w:rPr>
                <w:lang w:val="ru-RU"/>
              </w:rPr>
              <w:t>88.</w:t>
            </w:r>
            <w:r>
              <w:t>org</w:t>
            </w:r>
            <w:r w:rsidRPr="00332DB8">
              <w:rPr>
                <w:lang w:val="ru-RU"/>
              </w:rPr>
              <w:t xml:space="preserve">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2880" w:type="dxa"/>
          </w:tcPr>
          <w:p w:rsidR="006F7457" w:rsidRPr="00332DB8" w:rsidRDefault="006F7457">
            <w:pPr>
              <w:rPr>
                <w:lang w:val="ru-RU"/>
              </w:rPr>
            </w:pPr>
          </w:p>
        </w:tc>
      </w:tr>
      <w:tr w:rsidR="006F7457" w:rsidRPr="005A424D">
        <w:tc>
          <w:tcPr>
            <w:tcW w:w="2880" w:type="dxa"/>
          </w:tcPr>
          <w:p w:rsidR="006F7457" w:rsidRDefault="00332DB8">
            <w:r>
              <w:t>1965.</w:t>
            </w:r>
          </w:p>
        </w:tc>
        <w:tc>
          <w:tcPr>
            <w:tcW w:w="2880" w:type="dxa"/>
          </w:tcPr>
          <w:p w:rsidR="006F7457" w:rsidRPr="00332DB8" w:rsidRDefault="00332DB8">
            <w:pPr>
              <w:rPr>
                <w:lang w:val="ru-RU"/>
              </w:rPr>
            </w:pPr>
            <w:r w:rsidRPr="00332DB8">
              <w:rPr>
                <w:lang w:val="ru-RU"/>
              </w:rPr>
              <w:t xml:space="preserve">Видеофайл под заголовком «Русские парни режут хачей» на сайте </w:t>
            </w:r>
            <w:r>
              <w:t>vkontakte</w:t>
            </w:r>
            <w:r w:rsidRPr="00332DB8">
              <w:rPr>
                <w:lang w:val="ru-RU"/>
              </w:rPr>
              <w:t>.</w:t>
            </w:r>
            <w:r>
              <w:t>ru</w:t>
            </w:r>
            <w:r w:rsidRPr="00332DB8">
              <w:rPr>
                <w:lang w:val="ru-RU"/>
              </w:rPr>
              <w:t>\</w:t>
            </w:r>
            <w:r>
              <w:t>id</w:t>
            </w:r>
            <w:r w:rsidRPr="00332DB8">
              <w:rPr>
                <w:lang w:val="ru-RU"/>
              </w:rPr>
              <w:t>92413691 (решение Красноармейского районного суда Краснодарского края от 22.04.2013);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1966.</w:t>
            </w:r>
          </w:p>
        </w:tc>
        <w:tc>
          <w:tcPr>
            <w:tcW w:w="2880" w:type="dxa"/>
          </w:tcPr>
          <w:p w:rsidR="006F7457" w:rsidRPr="00332DB8" w:rsidRDefault="00332DB8">
            <w:pPr>
              <w:rPr>
                <w:lang w:val="ru-RU"/>
              </w:rPr>
            </w:pPr>
            <w:r w:rsidRPr="00332DB8">
              <w:rPr>
                <w:lang w:val="ru-RU"/>
              </w:rPr>
              <w:t xml:space="preserve">Видеофайл под заголовком «Белый патруль в электричке» на сайте </w:t>
            </w:r>
            <w:r>
              <w:t>vkontakte</w:t>
            </w:r>
            <w:r w:rsidRPr="00332DB8">
              <w:rPr>
                <w:lang w:val="ru-RU"/>
              </w:rPr>
              <w:t>.</w:t>
            </w:r>
            <w:r>
              <w:t>ru</w:t>
            </w:r>
            <w:r w:rsidRPr="00332DB8">
              <w:rPr>
                <w:lang w:val="ru-RU"/>
              </w:rPr>
              <w:t>\</w:t>
            </w:r>
            <w:r>
              <w:t>id</w:t>
            </w:r>
            <w:r w:rsidRPr="00332DB8">
              <w:rPr>
                <w:lang w:val="ru-RU"/>
              </w:rPr>
              <w:t>92413691 (решение Красноармейского районного суда Краснодарского края от 22.04.2013);</w:t>
            </w:r>
          </w:p>
        </w:tc>
        <w:tc>
          <w:tcPr>
            <w:tcW w:w="2880" w:type="dxa"/>
          </w:tcPr>
          <w:p w:rsidR="006F7457" w:rsidRPr="00332DB8" w:rsidRDefault="006F7457">
            <w:pPr>
              <w:rPr>
                <w:lang w:val="ru-RU"/>
              </w:rPr>
            </w:pPr>
          </w:p>
        </w:tc>
      </w:tr>
      <w:tr w:rsidR="006F7457" w:rsidRPr="005A424D">
        <w:tc>
          <w:tcPr>
            <w:tcW w:w="2880" w:type="dxa"/>
          </w:tcPr>
          <w:p w:rsidR="006F7457" w:rsidRDefault="00332DB8">
            <w:r>
              <w:t>1967.</w:t>
            </w:r>
          </w:p>
        </w:tc>
        <w:tc>
          <w:tcPr>
            <w:tcW w:w="2880" w:type="dxa"/>
          </w:tcPr>
          <w:p w:rsidR="006F7457" w:rsidRPr="00332DB8" w:rsidRDefault="00332DB8">
            <w:pPr>
              <w:rPr>
                <w:lang w:val="ru-RU"/>
              </w:rPr>
            </w:pPr>
            <w:r w:rsidRPr="00332DB8">
              <w:rPr>
                <w:lang w:val="ru-RU"/>
              </w:rPr>
              <w:t xml:space="preserve">Видеофайл под заголовком «Хач на коленях» на сайте </w:t>
            </w:r>
            <w:r>
              <w:t>vkontakte</w:t>
            </w:r>
            <w:r w:rsidRPr="00332DB8">
              <w:rPr>
                <w:lang w:val="ru-RU"/>
              </w:rPr>
              <w:t>.</w:t>
            </w:r>
            <w:r>
              <w:t>ru</w:t>
            </w:r>
            <w:r w:rsidRPr="00332DB8">
              <w:rPr>
                <w:lang w:val="ru-RU"/>
              </w:rPr>
              <w:t>\</w:t>
            </w:r>
            <w:r>
              <w:t>id</w:t>
            </w:r>
            <w:r w:rsidRPr="00332DB8">
              <w:rPr>
                <w:lang w:val="ru-RU"/>
              </w:rPr>
              <w:t>92413691 (решение Красноармейского районного суда Краснодарского края от 22.04.2013);</w:t>
            </w:r>
          </w:p>
        </w:tc>
        <w:tc>
          <w:tcPr>
            <w:tcW w:w="2880" w:type="dxa"/>
          </w:tcPr>
          <w:p w:rsidR="006F7457" w:rsidRPr="00332DB8" w:rsidRDefault="006F7457">
            <w:pPr>
              <w:rPr>
                <w:lang w:val="ru-RU"/>
              </w:rPr>
            </w:pPr>
          </w:p>
        </w:tc>
      </w:tr>
      <w:tr w:rsidR="006F7457" w:rsidRPr="005A424D">
        <w:tc>
          <w:tcPr>
            <w:tcW w:w="2880" w:type="dxa"/>
          </w:tcPr>
          <w:p w:rsidR="006F7457" w:rsidRDefault="00332DB8">
            <w:r>
              <w:t>1968.</w:t>
            </w:r>
          </w:p>
        </w:tc>
        <w:tc>
          <w:tcPr>
            <w:tcW w:w="2880" w:type="dxa"/>
          </w:tcPr>
          <w:p w:rsidR="006F7457" w:rsidRPr="00332DB8" w:rsidRDefault="00332DB8">
            <w:pPr>
              <w:rPr>
                <w:lang w:val="ru-RU"/>
              </w:rPr>
            </w:pPr>
            <w:r w:rsidRPr="00332DB8">
              <w:rPr>
                <w:lang w:val="ru-RU"/>
              </w:rPr>
              <w:t xml:space="preserve">Видеофайл под заголовком «Скины сжигают общагу Чеченцев» на сайте </w:t>
            </w:r>
            <w:r>
              <w:t>vkontakte</w:t>
            </w:r>
            <w:r w:rsidRPr="00332DB8">
              <w:rPr>
                <w:lang w:val="ru-RU"/>
              </w:rPr>
              <w:t>.</w:t>
            </w:r>
            <w:r>
              <w:t>ru</w:t>
            </w:r>
            <w:r w:rsidRPr="00332DB8">
              <w:rPr>
                <w:lang w:val="ru-RU"/>
              </w:rPr>
              <w:t>\</w:t>
            </w:r>
            <w:r>
              <w:t>id</w:t>
            </w:r>
            <w:r w:rsidRPr="00332DB8">
              <w:rPr>
                <w:lang w:val="ru-RU"/>
              </w:rPr>
              <w:t>92413691 (решение Красноармейского районного суда Краснодарского края от 22.04.2013);</w:t>
            </w:r>
          </w:p>
        </w:tc>
        <w:tc>
          <w:tcPr>
            <w:tcW w:w="2880" w:type="dxa"/>
          </w:tcPr>
          <w:p w:rsidR="006F7457" w:rsidRPr="00332DB8" w:rsidRDefault="006F7457">
            <w:pPr>
              <w:rPr>
                <w:lang w:val="ru-RU"/>
              </w:rPr>
            </w:pPr>
          </w:p>
        </w:tc>
      </w:tr>
      <w:tr w:rsidR="006F7457" w:rsidRPr="005A424D">
        <w:tc>
          <w:tcPr>
            <w:tcW w:w="2880" w:type="dxa"/>
          </w:tcPr>
          <w:p w:rsidR="006F7457" w:rsidRDefault="00332DB8">
            <w:r>
              <w:t>1969.</w:t>
            </w:r>
          </w:p>
        </w:tc>
        <w:tc>
          <w:tcPr>
            <w:tcW w:w="2880" w:type="dxa"/>
          </w:tcPr>
          <w:p w:rsidR="006F7457" w:rsidRPr="00332DB8" w:rsidRDefault="00332DB8">
            <w:pPr>
              <w:rPr>
                <w:lang w:val="ru-RU"/>
              </w:rPr>
            </w:pPr>
            <w:r w:rsidRPr="00332DB8">
              <w:rPr>
                <w:lang w:val="ru-RU"/>
              </w:rPr>
              <w:t>Видеофайл под заголовком «</w:t>
            </w:r>
            <w:r>
              <w:t>Format</w:t>
            </w:r>
            <w:r w:rsidRPr="00332DB8">
              <w:rPr>
                <w:lang w:val="ru-RU"/>
              </w:rPr>
              <w:t xml:space="preserve">18- Как правильно приготовить негра» на сайте </w:t>
            </w:r>
            <w:r>
              <w:t>vkontakte</w:t>
            </w:r>
            <w:r w:rsidRPr="00332DB8">
              <w:rPr>
                <w:lang w:val="ru-RU"/>
              </w:rPr>
              <w:t>.</w:t>
            </w:r>
            <w:r>
              <w:t>ru</w:t>
            </w:r>
            <w:r w:rsidRPr="00332DB8">
              <w:rPr>
                <w:lang w:val="ru-RU"/>
              </w:rPr>
              <w:t>\</w:t>
            </w:r>
            <w:r>
              <w:t>id</w:t>
            </w:r>
            <w:r w:rsidRPr="00332DB8">
              <w:rPr>
                <w:lang w:val="ru-RU"/>
              </w:rPr>
              <w:t>92413691 (решение Красноармейского районного суда Краснодарского края от 22.04.2013);</w:t>
            </w:r>
          </w:p>
        </w:tc>
        <w:tc>
          <w:tcPr>
            <w:tcW w:w="2880" w:type="dxa"/>
          </w:tcPr>
          <w:p w:rsidR="006F7457" w:rsidRPr="00332DB8" w:rsidRDefault="006F7457">
            <w:pPr>
              <w:rPr>
                <w:lang w:val="ru-RU"/>
              </w:rPr>
            </w:pPr>
          </w:p>
        </w:tc>
      </w:tr>
      <w:tr w:rsidR="006F7457" w:rsidRPr="005A424D">
        <w:tc>
          <w:tcPr>
            <w:tcW w:w="2880" w:type="dxa"/>
          </w:tcPr>
          <w:p w:rsidR="006F7457" w:rsidRDefault="00332DB8">
            <w:r>
              <w:t>1970.</w:t>
            </w:r>
          </w:p>
        </w:tc>
        <w:tc>
          <w:tcPr>
            <w:tcW w:w="2880" w:type="dxa"/>
          </w:tcPr>
          <w:p w:rsidR="006F7457" w:rsidRPr="00332DB8" w:rsidRDefault="00332DB8">
            <w:pPr>
              <w:rPr>
                <w:lang w:val="ru-RU"/>
              </w:rPr>
            </w:pPr>
            <w:r w:rsidRPr="00332DB8">
              <w:rPr>
                <w:lang w:val="ru-RU"/>
              </w:rPr>
              <w:t xml:space="preserve">Видеофайл под заголовком «Русские против кавказа» на сайте </w:t>
            </w:r>
            <w:r>
              <w:t>vkontakte</w:t>
            </w:r>
            <w:r w:rsidRPr="00332DB8">
              <w:rPr>
                <w:lang w:val="ru-RU"/>
              </w:rPr>
              <w:t>.</w:t>
            </w:r>
            <w:r>
              <w:t>ru</w:t>
            </w:r>
            <w:r w:rsidRPr="00332DB8">
              <w:rPr>
                <w:lang w:val="ru-RU"/>
              </w:rPr>
              <w:t>\</w:t>
            </w:r>
            <w:r>
              <w:t>id</w:t>
            </w:r>
            <w:r w:rsidRPr="00332DB8">
              <w:rPr>
                <w:lang w:val="ru-RU"/>
              </w:rPr>
              <w:t>92413691 (решение Красноармейского районного суда Краснодарского края от 22.04.2013);</w:t>
            </w:r>
          </w:p>
        </w:tc>
        <w:tc>
          <w:tcPr>
            <w:tcW w:w="2880" w:type="dxa"/>
          </w:tcPr>
          <w:p w:rsidR="006F7457" w:rsidRPr="00332DB8" w:rsidRDefault="006F7457">
            <w:pPr>
              <w:rPr>
                <w:lang w:val="ru-RU"/>
              </w:rPr>
            </w:pPr>
          </w:p>
        </w:tc>
      </w:tr>
      <w:tr w:rsidR="006F7457" w:rsidRPr="005A424D">
        <w:tc>
          <w:tcPr>
            <w:tcW w:w="2880" w:type="dxa"/>
          </w:tcPr>
          <w:p w:rsidR="006F7457" w:rsidRDefault="00332DB8">
            <w:r>
              <w:t>197</w:t>
            </w:r>
            <w:r>
              <w:lastRenderedPageBreak/>
              <w:t>1.</w:t>
            </w:r>
          </w:p>
        </w:tc>
        <w:tc>
          <w:tcPr>
            <w:tcW w:w="2880" w:type="dxa"/>
          </w:tcPr>
          <w:p w:rsidR="006F7457" w:rsidRPr="00332DB8" w:rsidRDefault="00332DB8">
            <w:pPr>
              <w:rPr>
                <w:lang w:val="ru-RU"/>
              </w:rPr>
            </w:pPr>
            <w:r w:rsidRPr="00332DB8">
              <w:rPr>
                <w:lang w:val="ru-RU"/>
              </w:rPr>
              <w:lastRenderedPageBreak/>
              <w:t>Видеоматериал «Калининградские &amp;</w:t>
            </w:r>
            <w:r>
              <w:t>qu</w:t>
            </w:r>
            <w:r w:rsidRPr="00332DB8">
              <w:rPr>
                <w:lang w:val="ru-RU"/>
              </w:rPr>
              <w:t>о</w:t>
            </w:r>
            <w:r>
              <w:t>t</w:t>
            </w:r>
            <w:r w:rsidRPr="00332DB8">
              <w:rPr>
                <w:lang w:val="ru-RU"/>
              </w:rPr>
              <w:t>;скинхеды&amp;</w:t>
            </w:r>
            <w:r>
              <w:t>quopt</w:t>
            </w:r>
            <w:r w:rsidRPr="00332DB8">
              <w:rPr>
                <w:lang w:val="ru-RU"/>
              </w:rPr>
              <w:t xml:space="preserve"> </w:t>
            </w:r>
            <w:r>
              <w:t>Ya</w:t>
            </w:r>
            <w:r w:rsidRPr="00332DB8">
              <w:rPr>
                <w:lang w:val="ru-RU"/>
              </w:rPr>
              <w:t xml:space="preserve"> </w:t>
            </w:r>
            <w:r>
              <w:t>Ixni</w:t>
            </w:r>
            <w:r w:rsidRPr="00332DB8">
              <w:rPr>
                <w:lang w:val="ru-RU"/>
              </w:rPr>
              <w:t xml:space="preserve"> </w:t>
            </w:r>
            <w:r>
              <w:t>Papu</w:t>
            </w:r>
            <w:r w:rsidRPr="00332DB8">
              <w:rPr>
                <w:lang w:val="ru-RU"/>
              </w:rPr>
              <w:t xml:space="preserve"> </w:t>
            </w:r>
            <w:r>
              <w:t>Sistru</w:t>
            </w:r>
            <w:r w:rsidRPr="00332DB8">
              <w:rPr>
                <w:lang w:val="ru-RU"/>
              </w:rPr>
              <w:t xml:space="preserve"> </w:t>
            </w:r>
            <w:r>
              <w:t>I</w:t>
            </w:r>
            <w:r w:rsidRPr="00332DB8">
              <w:rPr>
                <w:lang w:val="ru-RU"/>
              </w:rPr>
              <w:t xml:space="preserve"> </w:t>
            </w:r>
            <w:r>
              <w:t>Meortvi</w:t>
            </w:r>
            <w:r w:rsidRPr="00332DB8">
              <w:rPr>
                <w:lang w:val="ru-RU"/>
              </w:rPr>
              <w:t xml:space="preserve"> </w:t>
            </w:r>
            <w:r>
              <w:t>Ibal</w:t>
            </w:r>
            <w:r w:rsidRPr="00332DB8">
              <w:rPr>
                <w:lang w:val="ru-RU"/>
              </w:rPr>
              <w:t xml:space="preserve">…», размещенного на интернет-сайте, имеющий электронный адрес </w:t>
            </w:r>
            <w:r>
              <w:t>http</w:t>
            </w:r>
            <w:r w:rsidRPr="00332DB8">
              <w:rPr>
                <w:lang w:val="ru-RU"/>
              </w:rPr>
              <w:t>://</w:t>
            </w:r>
            <w:r>
              <w:t>vkontakte</w:t>
            </w:r>
            <w:r w:rsidRPr="00332DB8">
              <w:rPr>
                <w:lang w:val="ru-RU"/>
              </w:rPr>
              <w:t>.</w:t>
            </w:r>
            <w:r>
              <w:t>ru</w:t>
            </w:r>
            <w:r w:rsidRPr="00332DB8">
              <w:rPr>
                <w:lang w:val="ru-RU"/>
              </w:rPr>
              <w:t xml:space="preserve"> (решение Промышленного районного суда г. </w:t>
            </w:r>
            <w:r w:rsidRPr="00332DB8">
              <w:rPr>
                <w:lang w:val="ru-RU"/>
              </w:rPr>
              <w:lastRenderedPageBreak/>
              <w:t>Курска от 05.03.2013);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1972.</w:t>
            </w:r>
          </w:p>
        </w:tc>
        <w:tc>
          <w:tcPr>
            <w:tcW w:w="2880" w:type="dxa"/>
          </w:tcPr>
          <w:p w:rsidR="006F7457" w:rsidRPr="00332DB8" w:rsidRDefault="00332DB8">
            <w:pPr>
              <w:rPr>
                <w:lang w:val="ru-RU"/>
              </w:rPr>
            </w:pPr>
            <w:r w:rsidRPr="00332DB8">
              <w:rPr>
                <w:lang w:val="ru-RU"/>
              </w:rPr>
              <w:t xml:space="preserve">Видеоматериал «Казнь националистам чурок 14_88», размещенный на интернет-сайте, имеющий электронный адрес </w:t>
            </w:r>
            <w:r>
              <w:t>http</w:t>
            </w:r>
            <w:r w:rsidRPr="00332DB8">
              <w:rPr>
                <w:lang w:val="ru-RU"/>
              </w:rPr>
              <w:t>://</w:t>
            </w:r>
            <w:r>
              <w:t>vkontakte</w:t>
            </w:r>
            <w:r w:rsidRPr="00332DB8">
              <w:rPr>
                <w:lang w:val="ru-RU"/>
              </w:rPr>
              <w:t>.</w:t>
            </w:r>
            <w:r>
              <w:t>ru</w:t>
            </w:r>
            <w:r w:rsidRPr="00332DB8">
              <w:rPr>
                <w:lang w:val="ru-RU"/>
              </w:rPr>
              <w:t xml:space="preserve"> (решение Промышленного районного суда г. Курска от 05.03.2013);</w:t>
            </w:r>
          </w:p>
        </w:tc>
        <w:tc>
          <w:tcPr>
            <w:tcW w:w="2880" w:type="dxa"/>
          </w:tcPr>
          <w:p w:rsidR="006F7457" w:rsidRPr="00332DB8" w:rsidRDefault="006F7457">
            <w:pPr>
              <w:rPr>
                <w:lang w:val="ru-RU"/>
              </w:rPr>
            </w:pPr>
          </w:p>
        </w:tc>
      </w:tr>
      <w:tr w:rsidR="006F7457" w:rsidRPr="005A424D">
        <w:tc>
          <w:tcPr>
            <w:tcW w:w="2880" w:type="dxa"/>
          </w:tcPr>
          <w:p w:rsidR="006F7457" w:rsidRDefault="00332DB8">
            <w:r>
              <w:t>1973.</w:t>
            </w:r>
          </w:p>
        </w:tc>
        <w:tc>
          <w:tcPr>
            <w:tcW w:w="2880" w:type="dxa"/>
          </w:tcPr>
          <w:p w:rsidR="006F7457" w:rsidRPr="00332DB8" w:rsidRDefault="00332DB8">
            <w:pPr>
              <w:rPr>
                <w:lang w:val="ru-RU"/>
              </w:rPr>
            </w:pPr>
            <w:r w:rsidRPr="00332DB8">
              <w:rPr>
                <w:lang w:val="ru-RU"/>
              </w:rPr>
              <w:t xml:space="preserve">Видеоматериал «Казнь НС Бойцами», размещенного на интернет-сайте, имеющий электронный адрес </w:t>
            </w:r>
            <w:r>
              <w:t>http</w:t>
            </w:r>
            <w:r w:rsidRPr="00332DB8">
              <w:rPr>
                <w:lang w:val="ru-RU"/>
              </w:rPr>
              <w:t>://</w:t>
            </w:r>
            <w:r>
              <w:t>vkontakte</w:t>
            </w:r>
            <w:r w:rsidRPr="00332DB8">
              <w:rPr>
                <w:lang w:val="ru-RU"/>
              </w:rPr>
              <w:t>.</w:t>
            </w:r>
            <w:r>
              <w:t>ru</w:t>
            </w:r>
            <w:r w:rsidRPr="00332DB8">
              <w:rPr>
                <w:lang w:val="ru-RU"/>
              </w:rPr>
              <w:t xml:space="preserve"> (решение Промышленного районного суда г. Курска от 05.03.2013);</w:t>
            </w:r>
          </w:p>
        </w:tc>
        <w:tc>
          <w:tcPr>
            <w:tcW w:w="2880" w:type="dxa"/>
          </w:tcPr>
          <w:p w:rsidR="006F7457" w:rsidRPr="00332DB8" w:rsidRDefault="006F7457">
            <w:pPr>
              <w:rPr>
                <w:lang w:val="ru-RU"/>
              </w:rPr>
            </w:pPr>
          </w:p>
        </w:tc>
      </w:tr>
      <w:tr w:rsidR="006F7457" w:rsidRPr="005A424D">
        <w:tc>
          <w:tcPr>
            <w:tcW w:w="2880" w:type="dxa"/>
          </w:tcPr>
          <w:p w:rsidR="006F7457" w:rsidRDefault="00332DB8">
            <w:r>
              <w:t>1974.</w:t>
            </w:r>
          </w:p>
        </w:tc>
        <w:tc>
          <w:tcPr>
            <w:tcW w:w="2880" w:type="dxa"/>
          </w:tcPr>
          <w:p w:rsidR="006F7457" w:rsidRPr="00332DB8" w:rsidRDefault="00332DB8">
            <w:pPr>
              <w:rPr>
                <w:lang w:val="ru-RU"/>
              </w:rPr>
            </w:pPr>
            <w:r w:rsidRPr="00332DB8">
              <w:rPr>
                <w:lang w:val="ru-RU"/>
              </w:rPr>
              <w:t xml:space="preserve">Текст комментария, размещенного в сети Интернет и выявленного 19.02.2013 г. на ресурсе </w:t>
            </w:r>
            <w:r>
              <w:t>www</w:t>
            </w:r>
            <w:r w:rsidRPr="00332DB8">
              <w:rPr>
                <w:lang w:val="ru-RU"/>
              </w:rPr>
              <w:t>.</w:t>
            </w:r>
            <w:r>
              <w:t>tvoybaby</w:t>
            </w:r>
            <w:r w:rsidRPr="00332DB8">
              <w:rPr>
                <w:lang w:val="ru-RU"/>
              </w:rPr>
              <w:t>.</w:t>
            </w:r>
            <w:r>
              <w:t>org</w:t>
            </w:r>
            <w:r w:rsidRPr="00332DB8">
              <w:rPr>
                <w:lang w:val="ru-RU"/>
              </w:rPr>
              <w:t xml:space="preserve">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c>
          <w:tcPr>
            <w:tcW w:w="2880" w:type="dxa"/>
          </w:tcPr>
          <w:p w:rsidR="006F7457" w:rsidRPr="00332DB8" w:rsidRDefault="006F7457">
            <w:pPr>
              <w:rPr>
                <w:lang w:val="ru-RU"/>
              </w:rPr>
            </w:pPr>
          </w:p>
        </w:tc>
      </w:tr>
      <w:tr w:rsidR="006F7457" w:rsidRPr="005A424D">
        <w:tc>
          <w:tcPr>
            <w:tcW w:w="2880" w:type="dxa"/>
          </w:tcPr>
          <w:p w:rsidR="006F7457" w:rsidRDefault="00332DB8">
            <w:r>
              <w:t>1975.</w:t>
            </w:r>
          </w:p>
        </w:tc>
        <w:tc>
          <w:tcPr>
            <w:tcW w:w="2880" w:type="dxa"/>
          </w:tcPr>
          <w:p w:rsidR="006F7457" w:rsidRPr="00332DB8" w:rsidRDefault="00332DB8">
            <w:pPr>
              <w:rPr>
                <w:lang w:val="ru-RU"/>
              </w:rPr>
            </w:pPr>
            <w:r w:rsidRPr="00332DB8">
              <w:rPr>
                <w:lang w:val="ru-RU"/>
              </w:rPr>
              <w:t xml:space="preserve">Видеоматериал «РУСИЧ выбрось свою толерантность. Нация превыше ВСЕГО. ЗА РУСЬ &amp; # 33_(2)», размещенный на интернет-сайте, имеющий электронный адрес </w:t>
            </w:r>
            <w:r>
              <w:t>http</w:t>
            </w:r>
            <w:r w:rsidRPr="00332DB8">
              <w:rPr>
                <w:lang w:val="ru-RU"/>
              </w:rPr>
              <w:t>://</w:t>
            </w:r>
            <w:r>
              <w:t>vkontakte</w:t>
            </w:r>
            <w:r w:rsidRPr="00332DB8">
              <w:rPr>
                <w:lang w:val="ru-RU"/>
              </w:rPr>
              <w:t>.</w:t>
            </w:r>
            <w:r>
              <w:t>ru</w:t>
            </w:r>
            <w:r w:rsidRPr="00332DB8">
              <w:rPr>
                <w:lang w:val="ru-RU"/>
              </w:rPr>
              <w:t xml:space="preserve"> (решение Промышленного районного суда г. Курска от 04.03.2013);</w:t>
            </w:r>
          </w:p>
        </w:tc>
        <w:tc>
          <w:tcPr>
            <w:tcW w:w="2880" w:type="dxa"/>
          </w:tcPr>
          <w:p w:rsidR="006F7457" w:rsidRPr="00332DB8" w:rsidRDefault="006F7457">
            <w:pPr>
              <w:rPr>
                <w:lang w:val="ru-RU"/>
              </w:rPr>
            </w:pPr>
          </w:p>
        </w:tc>
      </w:tr>
      <w:tr w:rsidR="006F7457" w:rsidRPr="005A424D">
        <w:tc>
          <w:tcPr>
            <w:tcW w:w="2880" w:type="dxa"/>
          </w:tcPr>
          <w:p w:rsidR="006F7457" w:rsidRDefault="00332DB8">
            <w:r>
              <w:t>1976.</w:t>
            </w:r>
          </w:p>
        </w:tc>
        <w:tc>
          <w:tcPr>
            <w:tcW w:w="2880" w:type="dxa"/>
          </w:tcPr>
          <w:p w:rsidR="006F7457" w:rsidRPr="00332DB8" w:rsidRDefault="00332DB8">
            <w:pPr>
              <w:rPr>
                <w:lang w:val="ru-RU"/>
              </w:rPr>
            </w:pPr>
            <w:r w:rsidRPr="00332DB8">
              <w:rPr>
                <w:lang w:val="ru-RU"/>
              </w:rPr>
              <w:t xml:space="preserve">Видеоматериал «Вот кто такие Антифа», размещенный на интернет-сайте, имеющий электронный адрес </w:t>
            </w:r>
            <w:r>
              <w:t>http</w:t>
            </w:r>
            <w:r w:rsidRPr="00332DB8">
              <w:rPr>
                <w:lang w:val="ru-RU"/>
              </w:rPr>
              <w:t>://</w:t>
            </w:r>
            <w:r>
              <w:t>vkontakte</w:t>
            </w:r>
            <w:r w:rsidRPr="00332DB8">
              <w:rPr>
                <w:lang w:val="ru-RU"/>
              </w:rPr>
              <w:t>.</w:t>
            </w:r>
            <w:r>
              <w:t>ru</w:t>
            </w:r>
            <w:r w:rsidRPr="00332DB8">
              <w:rPr>
                <w:lang w:val="ru-RU"/>
              </w:rPr>
              <w:t xml:space="preserve"> (решение Промышленного районного суда г. Курска от 04.03.2013);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1977.</w:t>
            </w:r>
          </w:p>
        </w:tc>
        <w:tc>
          <w:tcPr>
            <w:tcW w:w="2880" w:type="dxa"/>
          </w:tcPr>
          <w:p w:rsidR="006F7457" w:rsidRPr="00332DB8" w:rsidRDefault="00332DB8">
            <w:pPr>
              <w:rPr>
                <w:lang w:val="ru-RU"/>
              </w:rPr>
            </w:pPr>
            <w:r w:rsidRPr="00332DB8">
              <w:rPr>
                <w:lang w:val="ru-RU"/>
              </w:rPr>
              <w:t xml:space="preserve">Видеоматериал «Слава РУСИ», размещенный на интернет-сайте, имеющий электронный адрес </w:t>
            </w:r>
            <w:r>
              <w:t>http</w:t>
            </w:r>
            <w:r w:rsidRPr="00332DB8">
              <w:rPr>
                <w:lang w:val="ru-RU"/>
              </w:rPr>
              <w:t>://</w:t>
            </w:r>
            <w:r>
              <w:t>vkontakte</w:t>
            </w:r>
            <w:r w:rsidRPr="00332DB8">
              <w:rPr>
                <w:lang w:val="ru-RU"/>
              </w:rPr>
              <w:t>.</w:t>
            </w:r>
            <w:r>
              <w:t>ru</w:t>
            </w:r>
            <w:r w:rsidRPr="00332DB8">
              <w:rPr>
                <w:lang w:val="ru-RU"/>
              </w:rPr>
              <w:t xml:space="preserve"> (решение Промышленного районного суда г. Курска от 04.03.2013);</w:t>
            </w:r>
          </w:p>
        </w:tc>
        <w:tc>
          <w:tcPr>
            <w:tcW w:w="2880" w:type="dxa"/>
          </w:tcPr>
          <w:p w:rsidR="006F7457" w:rsidRPr="00332DB8" w:rsidRDefault="006F7457">
            <w:pPr>
              <w:rPr>
                <w:lang w:val="ru-RU"/>
              </w:rPr>
            </w:pPr>
          </w:p>
        </w:tc>
      </w:tr>
      <w:tr w:rsidR="006F7457" w:rsidRPr="005A424D">
        <w:tc>
          <w:tcPr>
            <w:tcW w:w="2880" w:type="dxa"/>
          </w:tcPr>
          <w:p w:rsidR="006F7457" w:rsidRDefault="00332DB8">
            <w:r>
              <w:t>1978.</w:t>
            </w:r>
          </w:p>
        </w:tc>
        <w:tc>
          <w:tcPr>
            <w:tcW w:w="2880" w:type="dxa"/>
          </w:tcPr>
          <w:p w:rsidR="006F7457" w:rsidRPr="00332DB8" w:rsidRDefault="00332DB8">
            <w:pPr>
              <w:rPr>
                <w:lang w:val="ru-RU"/>
              </w:rPr>
            </w:pPr>
            <w:r w:rsidRPr="00332DB8">
              <w:rPr>
                <w:lang w:val="ru-RU"/>
              </w:rPr>
              <w:t>Видеозапись «</w:t>
            </w:r>
            <w:r>
              <w:t>Veteran</w:t>
            </w:r>
            <w:r w:rsidRPr="00332DB8">
              <w:rPr>
                <w:lang w:val="ru-RU"/>
              </w:rPr>
              <w:t xml:space="preserve"> </w:t>
            </w:r>
            <w:r>
              <w:t>VOV</w:t>
            </w:r>
            <w:r w:rsidRPr="00332DB8">
              <w:rPr>
                <w:lang w:val="ru-RU"/>
              </w:rPr>
              <w:t xml:space="preserve"> </w:t>
            </w:r>
            <w:r>
              <w:t>o</w:t>
            </w:r>
            <w:r w:rsidRPr="00332DB8">
              <w:rPr>
                <w:lang w:val="ru-RU"/>
              </w:rPr>
              <w:t xml:space="preserve"> </w:t>
            </w:r>
            <w:r>
              <w:t>evrejskom</w:t>
            </w:r>
            <w:r w:rsidRPr="00332DB8">
              <w:rPr>
                <w:lang w:val="ru-RU"/>
              </w:rPr>
              <w:t xml:space="preserve"> </w:t>
            </w:r>
            <w:r>
              <w:t>fasizme</w:t>
            </w:r>
            <w:r w:rsidRPr="00332DB8">
              <w:rPr>
                <w:lang w:val="ru-RU"/>
              </w:rPr>
              <w:t>.</w:t>
            </w:r>
            <w:r>
              <w:t>flv</w:t>
            </w:r>
            <w:r w:rsidRPr="00332DB8">
              <w:rPr>
                <w:lang w:val="ru-RU"/>
              </w:rPr>
              <w:t>», обнаруженная 03.08.2011 в социальной сети «В 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странице пользователя «Аркадий Роговский» по адресу: </w:t>
            </w:r>
            <w:r>
              <w:t>http</w:t>
            </w:r>
            <w:r w:rsidRPr="00332DB8">
              <w:rPr>
                <w:lang w:val="ru-RU"/>
              </w:rPr>
              <w:t>://</w:t>
            </w:r>
            <w:r>
              <w:t>vkontakte</w:t>
            </w:r>
            <w:r w:rsidRPr="00332DB8">
              <w:rPr>
                <w:lang w:val="ru-RU"/>
              </w:rPr>
              <w:t xml:space="preserve">. </w:t>
            </w:r>
            <w:r>
              <w:t>ru</w:t>
            </w:r>
            <w:r w:rsidRPr="00332DB8">
              <w:rPr>
                <w:lang w:val="ru-RU"/>
              </w:rPr>
              <w:t xml:space="preserve">/ </w:t>
            </w:r>
            <w:r>
              <w:t>id</w:t>
            </w:r>
            <w:r w:rsidRPr="00332DB8">
              <w:rPr>
                <w:lang w:val="ru-RU"/>
              </w:rPr>
              <w:t>62874163 (решение Печенгского районного суда Мурманской области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1979.</w:t>
            </w:r>
          </w:p>
        </w:tc>
        <w:tc>
          <w:tcPr>
            <w:tcW w:w="2880" w:type="dxa"/>
          </w:tcPr>
          <w:p w:rsidR="006F7457" w:rsidRPr="00332DB8" w:rsidRDefault="00332DB8">
            <w:pPr>
              <w:rPr>
                <w:lang w:val="ru-RU"/>
              </w:rPr>
            </w:pPr>
            <w:r w:rsidRPr="00332DB8">
              <w:rPr>
                <w:lang w:val="ru-RU"/>
              </w:rPr>
              <w:t>Видеозапись «</w:t>
            </w:r>
            <w:r>
              <w:t>Evrejskij</w:t>
            </w:r>
            <w:r w:rsidRPr="00332DB8">
              <w:rPr>
                <w:lang w:val="ru-RU"/>
              </w:rPr>
              <w:t xml:space="preserve"> </w:t>
            </w:r>
            <w:r>
              <w:t>rasizm</w:t>
            </w:r>
            <w:r w:rsidRPr="00332DB8">
              <w:rPr>
                <w:lang w:val="ru-RU"/>
              </w:rPr>
              <w:t>. 240.</w:t>
            </w:r>
            <w:r>
              <w:t>mp</w:t>
            </w:r>
            <w:r w:rsidRPr="00332DB8">
              <w:rPr>
                <w:lang w:val="ru-RU"/>
              </w:rPr>
              <w:t xml:space="preserve"> 4», обнаруженная 03.08.2011 в социальной сети «В 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странице пользователя «Аркадий Роговский» по адресу: </w:t>
            </w:r>
            <w:r>
              <w:t>http</w:t>
            </w:r>
            <w:r w:rsidRPr="00332DB8">
              <w:rPr>
                <w:lang w:val="ru-RU"/>
              </w:rPr>
              <w:t>://</w:t>
            </w:r>
            <w:r>
              <w:t>vkontakte</w:t>
            </w:r>
            <w:r w:rsidRPr="00332DB8">
              <w:rPr>
                <w:lang w:val="ru-RU"/>
              </w:rPr>
              <w:t xml:space="preserve">. </w:t>
            </w:r>
            <w:r>
              <w:t>ru</w:t>
            </w:r>
            <w:r w:rsidRPr="00332DB8">
              <w:rPr>
                <w:lang w:val="ru-RU"/>
              </w:rPr>
              <w:t xml:space="preserve">/ </w:t>
            </w:r>
            <w:r>
              <w:t>id</w:t>
            </w:r>
            <w:r w:rsidRPr="00332DB8">
              <w:rPr>
                <w:lang w:val="ru-RU"/>
              </w:rPr>
              <w:t>62874163 (решение Печенгского районного суда Мурманской области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1980.</w:t>
            </w:r>
          </w:p>
        </w:tc>
        <w:tc>
          <w:tcPr>
            <w:tcW w:w="2880" w:type="dxa"/>
          </w:tcPr>
          <w:p w:rsidR="006F7457" w:rsidRPr="00332DB8" w:rsidRDefault="00332DB8">
            <w:pPr>
              <w:rPr>
                <w:lang w:val="ru-RU"/>
              </w:rPr>
            </w:pPr>
            <w:r w:rsidRPr="00332DB8">
              <w:rPr>
                <w:lang w:val="ru-RU"/>
              </w:rPr>
              <w:t>Видеозапись «</w:t>
            </w:r>
            <w:r>
              <w:t>Ubijstvo</w:t>
            </w:r>
            <w:r w:rsidRPr="00332DB8">
              <w:rPr>
                <w:lang w:val="ru-RU"/>
              </w:rPr>
              <w:t xml:space="preserve"> </w:t>
            </w:r>
            <w:r>
              <w:t>Rossii</w:t>
            </w:r>
            <w:r w:rsidRPr="00332DB8">
              <w:rPr>
                <w:lang w:val="ru-RU"/>
              </w:rPr>
              <w:t xml:space="preserve">. </w:t>
            </w:r>
            <w:r>
              <w:t>Flv</w:t>
            </w:r>
            <w:r w:rsidRPr="00332DB8">
              <w:rPr>
                <w:lang w:val="ru-RU"/>
              </w:rPr>
              <w:t>», обнаруженная 03.08.2011 в социальной сети «В 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странице пользователя «Аркадий Роговский» по адресу: </w:t>
            </w:r>
            <w:r>
              <w:t>http</w:t>
            </w:r>
            <w:r w:rsidRPr="00332DB8">
              <w:rPr>
                <w:lang w:val="ru-RU"/>
              </w:rPr>
              <w:t>://</w:t>
            </w:r>
            <w:r>
              <w:t>vkontakte</w:t>
            </w:r>
            <w:r w:rsidRPr="00332DB8">
              <w:rPr>
                <w:lang w:val="ru-RU"/>
              </w:rPr>
              <w:t xml:space="preserve">. </w:t>
            </w:r>
            <w:r>
              <w:t>ru</w:t>
            </w:r>
            <w:r w:rsidRPr="00332DB8">
              <w:rPr>
                <w:lang w:val="ru-RU"/>
              </w:rPr>
              <w:t xml:space="preserve">/ </w:t>
            </w:r>
            <w:r>
              <w:t>id</w:t>
            </w:r>
            <w:r w:rsidRPr="00332DB8">
              <w:rPr>
                <w:lang w:val="ru-RU"/>
              </w:rPr>
              <w:t>62874163 (решение Печенгского районного суда Мурманской области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1981.</w:t>
            </w:r>
          </w:p>
        </w:tc>
        <w:tc>
          <w:tcPr>
            <w:tcW w:w="2880" w:type="dxa"/>
          </w:tcPr>
          <w:p w:rsidR="006F7457" w:rsidRPr="00332DB8" w:rsidRDefault="00332DB8">
            <w:pPr>
              <w:rPr>
                <w:lang w:val="ru-RU"/>
              </w:rPr>
            </w:pPr>
            <w:r w:rsidRPr="00332DB8">
              <w:rPr>
                <w:lang w:val="ru-RU"/>
              </w:rPr>
              <w:t xml:space="preserve">Зеркало сайта «Кавказ-Центр» </w:t>
            </w:r>
            <w:r>
              <w:t>www</w:t>
            </w:r>
            <w:r w:rsidRPr="00332DB8">
              <w:rPr>
                <w:lang w:val="ru-RU"/>
              </w:rPr>
              <w:t>.</w:t>
            </w:r>
            <w:r>
              <w:t>kcblog</w:t>
            </w:r>
            <w:r w:rsidRPr="00332DB8">
              <w:rPr>
                <w:lang w:val="ru-RU"/>
              </w:rPr>
              <w:t>.</w:t>
            </w:r>
            <w:r>
              <w:t>info</w:t>
            </w:r>
            <w:r w:rsidRPr="00332DB8">
              <w:rPr>
                <w:lang w:val="ru-RU"/>
              </w:rPr>
              <w:t xml:space="preserve"> (решение Ленинского районного суда г. Грозного Чеченской Республики от 07.02.2013);</w:t>
            </w:r>
          </w:p>
        </w:tc>
        <w:tc>
          <w:tcPr>
            <w:tcW w:w="2880" w:type="dxa"/>
          </w:tcPr>
          <w:p w:rsidR="006F7457" w:rsidRPr="00332DB8" w:rsidRDefault="006F7457">
            <w:pPr>
              <w:rPr>
                <w:lang w:val="ru-RU"/>
              </w:rPr>
            </w:pPr>
          </w:p>
        </w:tc>
      </w:tr>
      <w:tr w:rsidR="006F7457" w:rsidRPr="005A424D">
        <w:tc>
          <w:tcPr>
            <w:tcW w:w="2880" w:type="dxa"/>
          </w:tcPr>
          <w:p w:rsidR="006F7457" w:rsidRDefault="00332DB8">
            <w:r>
              <w:t>198</w:t>
            </w:r>
            <w:r>
              <w:lastRenderedPageBreak/>
              <w:t>2.</w:t>
            </w:r>
          </w:p>
        </w:tc>
        <w:tc>
          <w:tcPr>
            <w:tcW w:w="2880" w:type="dxa"/>
          </w:tcPr>
          <w:p w:rsidR="006F7457" w:rsidRPr="00332DB8" w:rsidRDefault="00332DB8">
            <w:pPr>
              <w:rPr>
                <w:lang w:val="ru-RU"/>
              </w:rPr>
            </w:pPr>
            <w:r w:rsidRPr="00332DB8">
              <w:rPr>
                <w:lang w:val="ru-RU"/>
              </w:rPr>
              <w:lastRenderedPageBreak/>
              <w:t xml:space="preserve">Сайт «Имам ТВ» </w:t>
            </w:r>
            <w:r>
              <w:t>www</w:t>
            </w:r>
            <w:r w:rsidRPr="00332DB8">
              <w:rPr>
                <w:lang w:val="ru-RU"/>
              </w:rPr>
              <w:t>.</w:t>
            </w:r>
            <w:r>
              <w:t>imamtv</w:t>
            </w:r>
            <w:r w:rsidRPr="00332DB8">
              <w:rPr>
                <w:lang w:val="ru-RU"/>
              </w:rPr>
              <w:t>.</w:t>
            </w:r>
            <w:r>
              <w:t>com</w:t>
            </w:r>
            <w:r w:rsidRPr="00332DB8">
              <w:rPr>
                <w:lang w:val="ru-RU"/>
              </w:rPr>
              <w:t xml:space="preserve"> (решение Ленинского районного суда г. Грозного Чеченской Республики от 07.02.2013);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1983.</w:t>
            </w:r>
          </w:p>
        </w:tc>
        <w:tc>
          <w:tcPr>
            <w:tcW w:w="2880" w:type="dxa"/>
          </w:tcPr>
          <w:p w:rsidR="006F7457" w:rsidRPr="00332DB8" w:rsidRDefault="00332DB8">
            <w:pPr>
              <w:rPr>
                <w:lang w:val="ru-RU"/>
              </w:rPr>
            </w:pPr>
            <w:r w:rsidRPr="00332DB8">
              <w:rPr>
                <w:lang w:val="ru-RU"/>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2880" w:type="dxa"/>
          </w:tcPr>
          <w:p w:rsidR="006F7457" w:rsidRPr="00332DB8" w:rsidRDefault="006F7457">
            <w:pPr>
              <w:rPr>
                <w:lang w:val="ru-RU"/>
              </w:rPr>
            </w:pPr>
          </w:p>
        </w:tc>
      </w:tr>
      <w:tr w:rsidR="006F7457" w:rsidRPr="005A424D">
        <w:tc>
          <w:tcPr>
            <w:tcW w:w="2880" w:type="dxa"/>
          </w:tcPr>
          <w:p w:rsidR="006F7457" w:rsidRDefault="00332DB8">
            <w:r>
              <w:t>1984.</w:t>
            </w:r>
          </w:p>
        </w:tc>
        <w:tc>
          <w:tcPr>
            <w:tcW w:w="2880" w:type="dxa"/>
          </w:tcPr>
          <w:p w:rsidR="006F7457" w:rsidRPr="00332DB8" w:rsidRDefault="00332DB8">
            <w:pPr>
              <w:rPr>
                <w:lang w:val="ru-RU"/>
              </w:rPr>
            </w:pPr>
            <w:r w:rsidRPr="00332DB8">
              <w:rPr>
                <w:lang w:val="ru-RU"/>
              </w:rPr>
              <w:t xml:space="preserve">Видеоролики в информационно-телекоммуникационной сети Интернет на сайте </w:t>
            </w:r>
            <w:r>
              <w:t>http</w:t>
            </w:r>
            <w:r w:rsidRPr="00332DB8">
              <w:rPr>
                <w:lang w:val="ru-RU"/>
              </w:rPr>
              <w:t xml:space="preserve">:// </w:t>
            </w:r>
            <w:r>
              <w:t>vk</w:t>
            </w:r>
            <w:r w:rsidRPr="00332DB8">
              <w:rPr>
                <w:lang w:val="ru-RU"/>
              </w:rPr>
              <w:t>.</w:t>
            </w:r>
            <w:r>
              <w:t>com</w:t>
            </w:r>
            <w:r w:rsidRPr="00332DB8">
              <w:rPr>
                <w:lang w:val="ru-RU"/>
              </w:rPr>
              <w:t>/</w:t>
            </w:r>
            <w:r>
              <w:t>id</w:t>
            </w:r>
            <w:r w:rsidRPr="00332DB8">
              <w:rPr>
                <w:lang w:val="ru-RU"/>
              </w:rPr>
              <w:t>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2880" w:type="dxa"/>
          </w:tcPr>
          <w:p w:rsidR="006F7457" w:rsidRPr="00332DB8" w:rsidRDefault="006F7457">
            <w:pPr>
              <w:rPr>
                <w:lang w:val="ru-RU"/>
              </w:rPr>
            </w:pPr>
          </w:p>
        </w:tc>
      </w:tr>
      <w:tr w:rsidR="006F7457" w:rsidRPr="005A424D">
        <w:tc>
          <w:tcPr>
            <w:tcW w:w="2880" w:type="dxa"/>
          </w:tcPr>
          <w:p w:rsidR="006F7457" w:rsidRDefault="00332DB8">
            <w:r>
              <w:t>1985.</w:t>
            </w:r>
          </w:p>
        </w:tc>
        <w:tc>
          <w:tcPr>
            <w:tcW w:w="2880" w:type="dxa"/>
          </w:tcPr>
          <w:p w:rsidR="006F7457" w:rsidRPr="00332DB8" w:rsidRDefault="00332DB8">
            <w:pPr>
              <w:rPr>
                <w:lang w:val="ru-RU"/>
              </w:rPr>
            </w:pPr>
            <w:r w:rsidRPr="00332DB8">
              <w:rPr>
                <w:lang w:val="ru-RU"/>
              </w:rPr>
              <w:t xml:space="preserve">Аудиозаписи песен в информационно-телекоммуникационной сети Интернет на сайте </w:t>
            </w:r>
            <w:r>
              <w:t>http</w:t>
            </w:r>
            <w:r w:rsidRPr="00332DB8">
              <w:rPr>
                <w:lang w:val="ru-RU"/>
              </w:rPr>
              <w:t xml:space="preserve">:// </w:t>
            </w:r>
            <w:r>
              <w:t>vk</w:t>
            </w:r>
            <w:r w:rsidRPr="00332DB8">
              <w:rPr>
                <w:lang w:val="ru-RU"/>
              </w:rPr>
              <w:t>.</w:t>
            </w:r>
            <w:r>
              <w:t>com</w:t>
            </w:r>
            <w:r w:rsidRPr="00332DB8">
              <w:rPr>
                <w:lang w:val="ru-RU"/>
              </w:rPr>
              <w:t>/</w:t>
            </w:r>
            <w:r>
              <w:t>id</w:t>
            </w:r>
            <w:r w:rsidRPr="00332DB8">
              <w:rPr>
                <w:lang w:val="ru-RU"/>
              </w:rPr>
              <w:t>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2880" w:type="dxa"/>
          </w:tcPr>
          <w:p w:rsidR="006F7457" w:rsidRPr="00332DB8" w:rsidRDefault="006F7457">
            <w:pPr>
              <w:rPr>
                <w:lang w:val="ru-RU"/>
              </w:rPr>
            </w:pPr>
          </w:p>
        </w:tc>
      </w:tr>
      <w:tr w:rsidR="006F7457" w:rsidRPr="005A424D">
        <w:tc>
          <w:tcPr>
            <w:tcW w:w="2880" w:type="dxa"/>
          </w:tcPr>
          <w:p w:rsidR="006F7457" w:rsidRDefault="00332DB8">
            <w:r>
              <w:t>1986.</w:t>
            </w:r>
          </w:p>
        </w:tc>
        <w:tc>
          <w:tcPr>
            <w:tcW w:w="2880" w:type="dxa"/>
          </w:tcPr>
          <w:p w:rsidR="006F7457" w:rsidRPr="00332DB8" w:rsidRDefault="00332DB8">
            <w:pPr>
              <w:rPr>
                <w:lang w:val="ru-RU"/>
              </w:rPr>
            </w:pPr>
            <w:r w:rsidRPr="00332DB8">
              <w:rPr>
                <w:lang w:val="ru-RU"/>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2880" w:type="dxa"/>
          </w:tcPr>
          <w:p w:rsidR="006F7457" w:rsidRPr="00332DB8" w:rsidRDefault="006F7457">
            <w:pPr>
              <w:rPr>
                <w:lang w:val="ru-RU"/>
              </w:rPr>
            </w:pPr>
          </w:p>
        </w:tc>
      </w:tr>
      <w:tr w:rsidR="006F7457" w:rsidRPr="005A424D">
        <w:tc>
          <w:tcPr>
            <w:tcW w:w="2880" w:type="dxa"/>
          </w:tcPr>
          <w:p w:rsidR="006F7457" w:rsidRDefault="00332DB8">
            <w:r>
              <w:t>1987.</w:t>
            </w:r>
          </w:p>
        </w:tc>
        <w:tc>
          <w:tcPr>
            <w:tcW w:w="2880" w:type="dxa"/>
          </w:tcPr>
          <w:p w:rsidR="006F7457" w:rsidRPr="00332DB8" w:rsidRDefault="00332DB8">
            <w:pPr>
              <w:rPr>
                <w:lang w:val="ru-RU"/>
              </w:rPr>
            </w:pPr>
            <w:r w:rsidRPr="00332DB8">
              <w:rPr>
                <w:lang w:val="ru-RU"/>
              </w:rPr>
              <w:t xml:space="preserve">Материалы, размещенные в социальной сети «В контакте» на странице, имеющей номер – </w:t>
            </w:r>
            <w:r>
              <w:t>ID</w:t>
            </w:r>
            <w:r w:rsidRPr="00332DB8">
              <w:rPr>
                <w:lang w:val="ru-RU"/>
              </w:rPr>
              <w:t>65407509, в разделе «Видеозаписи»: видео-файл по ссылке «</w:t>
            </w:r>
            <w:r>
              <w:t>http</w:t>
            </w:r>
            <w:r w:rsidRPr="00332DB8">
              <w:rPr>
                <w:lang w:val="ru-RU"/>
              </w:rPr>
              <w:t xml:space="preserve">: // </w:t>
            </w:r>
            <w:r>
              <w:t>vk</w:t>
            </w:r>
            <w:r w:rsidRPr="00332DB8">
              <w:rPr>
                <w:lang w:val="ru-RU"/>
              </w:rPr>
              <w:t>./</w:t>
            </w:r>
            <w:r>
              <w:t>com</w:t>
            </w:r>
            <w:r w:rsidRPr="00332DB8">
              <w:rPr>
                <w:lang w:val="ru-RU"/>
              </w:rPr>
              <w:t>/</w:t>
            </w:r>
            <w:r>
              <w:t>video</w:t>
            </w:r>
            <w:r w:rsidRPr="00332DB8">
              <w:rPr>
                <w:lang w:val="ru-RU"/>
              </w:rPr>
              <w:t xml:space="preserve"> 65407509_143663766», под названием: «русскому солдату хачи отрезали голову за то что он не предал веру </w:t>
            </w:r>
            <w:r>
              <w:t>id</w:t>
            </w:r>
            <w:r w:rsidRPr="00332DB8">
              <w:rPr>
                <w:lang w:val="ru-RU"/>
              </w:rPr>
              <w:t xml:space="preserve"> 19418072», с комментарием пользователя страницы: «Заходи! Самые лучшие видюхи у меня на страничке!...»; видео-файл по ссылке «</w:t>
            </w:r>
            <w:r>
              <w:t>http</w:t>
            </w:r>
            <w:r w:rsidRPr="00332DB8">
              <w:rPr>
                <w:lang w:val="ru-RU"/>
              </w:rPr>
              <w:t xml:space="preserve">: // </w:t>
            </w:r>
            <w:r>
              <w:t>vk</w:t>
            </w:r>
            <w:r w:rsidRPr="00332DB8">
              <w:rPr>
                <w:lang w:val="ru-RU"/>
              </w:rPr>
              <w:t>./</w:t>
            </w:r>
            <w:r>
              <w:t>com</w:t>
            </w:r>
            <w:r w:rsidRPr="00332DB8">
              <w:rPr>
                <w:lang w:val="ru-RU"/>
              </w:rPr>
              <w:t>/</w:t>
            </w:r>
            <w:r>
              <w:t>videos</w:t>
            </w:r>
            <w:r w:rsidRPr="00332DB8">
              <w:rPr>
                <w:lang w:val="ru-RU"/>
              </w:rPr>
              <w:t>65407509_143663779» под названием «Дагестанцу отрезали голову, таджика застрелили»; видео-файл по ссылке «</w:t>
            </w:r>
            <w:r>
              <w:t>http</w:t>
            </w:r>
            <w:r w:rsidRPr="00332DB8">
              <w:rPr>
                <w:lang w:val="ru-RU"/>
              </w:rPr>
              <w:t xml:space="preserve">: // </w:t>
            </w:r>
            <w:r>
              <w:t>vk</w:t>
            </w:r>
            <w:r w:rsidRPr="00332DB8">
              <w:rPr>
                <w:lang w:val="ru-RU"/>
              </w:rPr>
              <w:t>./</w:t>
            </w:r>
            <w:r>
              <w:t>com</w:t>
            </w:r>
            <w:r w:rsidRPr="00332DB8">
              <w:rPr>
                <w:lang w:val="ru-RU"/>
              </w:rPr>
              <w:t>/</w:t>
            </w:r>
            <w:r>
              <w:t>videos</w:t>
            </w:r>
            <w:r w:rsidRPr="00332DB8">
              <w:rPr>
                <w:lang w:val="ru-RU"/>
              </w:rPr>
              <w:t xml:space="preserve">65407509_144355727» под названием «Скины действуют», с комментарием «настоящие скин хеды фашисты» (решение Курчатовского городского суда Курской области от </w:t>
            </w:r>
            <w:r w:rsidRPr="00332DB8">
              <w:rPr>
                <w:lang w:val="ru-RU"/>
              </w:rPr>
              <w:lastRenderedPageBreak/>
              <w:t>22.04.2013);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1988.</w:t>
            </w:r>
          </w:p>
        </w:tc>
        <w:tc>
          <w:tcPr>
            <w:tcW w:w="2880" w:type="dxa"/>
          </w:tcPr>
          <w:p w:rsidR="006F7457" w:rsidRPr="00332DB8" w:rsidRDefault="00332DB8">
            <w:pPr>
              <w:rPr>
                <w:lang w:val="ru-RU"/>
              </w:rPr>
            </w:pPr>
            <w:r w:rsidRPr="00332DB8">
              <w:rPr>
                <w:lang w:val="ru-RU"/>
              </w:rPr>
              <w:t xml:space="preserve">Материалы сайта: </w:t>
            </w:r>
            <w:r>
              <w:t>http</w:t>
            </w:r>
            <w:r w:rsidRPr="00332DB8">
              <w:rPr>
                <w:lang w:val="ru-RU"/>
              </w:rPr>
              <w:t>://</w:t>
            </w:r>
            <w:r>
              <w:t>kavkaznews</w:t>
            </w:r>
            <w:r w:rsidRPr="00332DB8">
              <w:rPr>
                <w:lang w:val="ru-RU"/>
              </w:rPr>
              <w:t>.</w:t>
            </w:r>
            <w:r>
              <w:t>blogspot</w:t>
            </w:r>
            <w:r w:rsidRPr="00332DB8">
              <w:rPr>
                <w:lang w:val="ru-RU"/>
              </w:rPr>
              <w:t>.</w:t>
            </w:r>
            <w:r>
              <w:t>com</w:t>
            </w:r>
            <w:r w:rsidRPr="00332DB8">
              <w:rPr>
                <w:lang w:val="ru-RU"/>
              </w:rPr>
              <w:t>/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2880" w:type="dxa"/>
          </w:tcPr>
          <w:p w:rsidR="006F7457" w:rsidRPr="00332DB8" w:rsidRDefault="006F7457">
            <w:pPr>
              <w:rPr>
                <w:lang w:val="ru-RU"/>
              </w:rPr>
            </w:pPr>
          </w:p>
        </w:tc>
      </w:tr>
      <w:tr w:rsidR="006F7457" w:rsidRPr="005A424D">
        <w:tc>
          <w:tcPr>
            <w:tcW w:w="2880" w:type="dxa"/>
          </w:tcPr>
          <w:p w:rsidR="006F7457" w:rsidRDefault="00332DB8">
            <w:r>
              <w:t>1989.</w:t>
            </w:r>
          </w:p>
        </w:tc>
        <w:tc>
          <w:tcPr>
            <w:tcW w:w="2880" w:type="dxa"/>
          </w:tcPr>
          <w:p w:rsidR="006F7457" w:rsidRPr="00332DB8" w:rsidRDefault="00332DB8">
            <w:pPr>
              <w:rPr>
                <w:lang w:val="ru-RU"/>
              </w:rPr>
            </w:pPr>
            <w:r>
              <w:t>C</w:t>
            </w:r>
            <w:r w:rsidRPr="00332DB8">
              <w:rPr>
                <w:lang w:val="ru-RU"/>
              </w:rPr>
              <w:t xml:space="preserve">татья Бориса Стомахина «Террор вам, тираны!», размещенная на интернет – 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Бабушкинского районного суда г. Москвы от 12.03.2013).</w:t>
            </w:r>
          </w:p>
        </w:tc>
        <w:tc>
          <w:tcPr>
            <w:tcW w:w="2880" w:type="dxa"/>
          </w:tcPr>
          <w:p w:rsidR="006F7457" w:rsidRPr="00332DB8" w:rsidRDefault="006F7457">
            <w:pPr>
              <w:rPr>
                <w:lang w:val="ru-RU"/>
              </w:rPr>
            </w:pPr>
          </w:p>
        </w:tc>
      </w:tr>
      <w:tr w:rsidR="006F7457" w:rsidRPr="005A424D">
        <w:tc>
          <w:tcPr>
            <w:tcW w:w="2880" w:type="dxa"/>
          </w:tcPr>
          <w:p w:rsidR="006F7457" w:rsidRDefault="00332DB8">
            <w:r>
              <w:t>1990.</w:t>
            </w:r>
          </w:p>
        </w:tc>
        <w:tc>
          <w:tcPr>
            <w:tcW w:w="2880" w:type="dxa"/>
          </w:tcPr>
          <w:p w:rsidR="006F7457" w:rsidRPr="00332DB8" w:rsidRDefault="00332DB8">
            <w:pPr>
              <w:rPr>
                <w:lang w:val="ru-RU"/>
              </w:rPr>
            </w:pPr>
            <w:r w:rsidRPr="00332DB8">
              <w:rPr>
                <w:lang w:val="ru-RU"/>
              </w:rPr>
              <w:t xml:space="preserve">Текст песни «Секс-контроль», размещенной на сайте сети Интернет </w:t>
            </w:r>
            <w:r>
              <w:t>http</w:t>
            </w:r>
            <w:r w:rsidRPr="00332DB8">
              <w:rPr>
                <w:lang w:val="ru-RU"/>
              </w:rPr>
              <w:t>://</w:t>
            </w:r>
            <w:r>
              <w:t>masteroff</w:t>
            </w:r>
            <w:r w:rsidRPr="00332DB8">
              <w:rPr>
                <w:lang w:val="ru-RU"/>
              </w:rPr>
              <w:t>.</w:t>
            </w:r>
            <w:r>
              <w:t>org</w:t>
            </w:r>
            <w:r w:rsidRPr="00332DB8">
              <w:rPr>
                <w:lang w:val="ru-RU"/>
              </w:rPr>
              <w:t>/21683.</w:t>
            </w:r>
            <w:r>
              <w:t>html</w:t>
            </w:r>
            <w:r w:rsidRPr="00332DB8">
              <w:rPr>
                <w:lang w:val="ru-RU"/>
              </w:rPr>
              <w:t xml:space="preserve"> (решение Самарского районного суда г. Самары от 11.02.2011);</w:t>
            </w:r>
          </w:p>
        </w:tc>
        <w:tc>
          <w:tcPr>
            <w:tcW w:w="2880" w:type="dxa"/>
          </w:tcPr>
          <w:p w:rsidR="006F7457" w:rsidRPr="00332DB8" w:rsidRDefault="006F7457">
            <w:pPr>
              <w:rPr>
                <w:lang w:val="ru-RU"/>
              </w:rPr>
            </w:pPr>
          </w:p>
        </w:tc>
      </w:tr>
      <w:tr w:rsidR="006F7457" w:rsidRPr="005A424D">
        <w:tc>
          <w:tcPr>
            <w:tcW w:w="2880" w:type="dxa"/>
          </w:tcPr>
          <w:p w:rsidR="006F7457" w:rsidRDefault="00332DB8">
            <w:r>
              <w:t>1991.</w:t>
            </w:r>
          </w:p>
        </w:tc>
        <w:tc>
          <w:tcPr>
            <w:tcW w:w="2880" w:type="dxa"/>
          </w:tcPr>
          <w:p w:rsidR="006F7457" w:rsidRPr="00332DB8" w:rsidRDefault="00332DB8">
            <w:pPr>
              <w:rPr>
                <w:lang w:val="ru-RU"/>
              </w:rPr>
            </w:pPr>
            <w:r w:rsidRPr="00332DB8">
              <w:rPr>
                <w:lang w:val="ru-RU"/>
              </w:rPr>
              <w:t>Отклики (комментарии) пользователей: «</w:t>
            </w:r>
            <w:r>
              <w:t>viktor</w:t>
            </w:r>
            <w:r w:rsidRPr="00332DB8">
              <w:rPr>
                <w:lang w:val="ru-RU"/>
              </w:rPr>
              <w:t>1960» от 29 февраля 2012 года 13:13 и «</w:t>
            </w:r>
            <w:r>
              <w:t>Alexandr</w:t>
            </w:r>
            <w:r w:rsidRPr="00332DB8">
              <w:rPr>
                <w:lang w:val="ru-RU"/>
              </w:rPr>
              <w:t xml:space="preserve">232» от 29 февраля 2012 года 10:45, размещенные по электронному адресу </w:t>
            </w:r>
            <w:r>
              <w:t>www</w:t>
            </w:r>
            <w:r w:rsidRPr="00332DB8">
              <w:rPr>
                <w:lang w:val="ru-RU"/>
              </w:rPr>
              <w:t>.</w:t>
            </w:r>
            <w:r>
              <w:t>zavtra</w:t>
            </w:r>
            <w:r w:rsidRPr="00332DB8">
              <w:rPr>
                <w:lang w:val="ru-RU"/>
              </w:rPr>
              <w:t>.</w:t>
            </w:r>
            <w:r>
              <w:t>ru</w:t>
            </w:r>
            <w:r w:rsidRPr="00332DB8">
              <w:rPr>
                <w:lang w:val="ru-RU"/>
              </w:rPr>
              <w:t>/</w:t>
            </w:r>
            <w:r>
              <w:t>content</w:t>
            </w:r>
            <w:r w:rsidRPr="00332DB8">
              <w:rPr>
                <w:lang w:val="ru-RU"/>
              </w:rPr>
              <w:t>/</w:t>
            </w:r>
            <w:r>
              <w:t>view</w:t>
            </w:r>
            <w:r w:rsidRPr="00332DB8">
              <w:rPr>
                <w:lang w:val="ru-RU"/>
              </w:rPr>
              <w:t>/</w:t>
            </w:r>
            <w:r>
              <w:t>reaktor</w:t>
            </w:r>
            <w:r w:rsidRPr="00332DB8">
              <w:rPr>
                <w:lang w:val="ru-RU"/>
              </w:rPr>
              <w:t>-</w:t>
            </w:r>
            <w:r>
              <w:t>putin</w:t>
            </w:r>
            <w:r w:rsidRPr="00332DB8">
              <w:rPr>
                <w:lang w:val="ru-RU"/>
              </w:rPr>
              <w:t>-</w:t>
            </w:r>
            <w:r>
              <w:t>na</w:t>
            </w:r>
            <w:r w:rsidRPr="00332DB8">
              <w:rPr>
                <w:lang w:val="ru-RU"/>
              </w:rPr>
              <w:t>-</w:t>
            </w:r>
            <w:r>
              <w:t>byistryih</w:t>
            </w:r>
            <w:r w:rsidRPr="00332DB8">
              <w:rPr>
                <w:lang w:val="ru-RU"/>
              </w:rPr>
              <w:t>-</w:t>
            </w:r>
            <w:r>
              <w:t>nejtronah</w:t>
            </w:r>
            <w:r w:rsidRPr="00332DB8">
              <w:rPr>
                <w:lang w:val="ru-RU"/>
              </w:rPr>
              <w:t>/#</w:t>
            </w:r>
            <w:r>
              <w:t>comments</w:t>
            </w:r>
            <w:r w:rsidRPr="00332DB8">
              <w:rPr>
                <w:lang w:val="ru-RU"/>
              </w:rPr>
              <w:t xml:space="preserve"> (решение Таганского районного суда г. Москвы от 02.10.2012);</w:t>
            </w:r>
          </w:p>
        </w:tc>
        <w:tc>
          <w:tcPr>
            <w:tcW w:w="2880" w:type="dxa"/>
          </w:tcPr>
          <w:p w:rsidR="006F7457" w:rsidRPr="00332DB8" w:rsidRDefault="006F7457">
            <w:pPr>
              <w:rPr>
                <w:lang w:val="ru-RU"/>
              </w:rPr>
            </w:pPr>
          </w:p>
        </w:tc>
      </w:tr>
      <w:tr w:rsidR="006F7457" w:rsidRPr="005A424D">
        <w:tc>
          <w:tcPr>
            <w:tcW w:w="2880" w:type="dxa"/>
          </w:tcPr>
          <w:p w:rsidR="006F7457" w:rsidRDefault="00332DB8">
            <w:r>
              <w:t>1992.</w:t>
            </w:r>
          </w:p>
        </w:tc>
        <w:tc>
          <w:tcPr>
            <w:tcW w:w="2880" w:type="dxa"/>
          </w:tcPr>
          <w:p w:rsidR="006F7457" w:rsidRPr="00332DB8" w:rsidRDefault="00332DB8">
            <w:pPr>
              <w:rPr>
                <w:lang w:val="ru-RU"/>
              </w:rPr>
            </w:pPr>
            <w:r w:rsidRPr="00332DB8">
              <w:rPr>
                <w:lang w:val="ru-RU"/>
              </w:rPr>
              <w:t xml:space="preserve">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w:t>
            </w:r>
            <w:r>
              <w:t>http</w:t>
            </w:r>
            <w:r w:rsidRPr="00332DB8">
              <w:rPr>
                <w:lang w:val="ru-RU"/>
              </w:rPr>
              <w:t xml:space="preserve">:// </w:t>
            </w:r>
            <w:r>
              <w:t>vkontakte</w:t>
            </w:r>
            <w:r w:rsidRPr="00332DB8">
              <w:rPr>
                <w:lang w:val="ru-RU"/>
              </w:rPr>
              <w:t>.</w:t>
            </w:r>
            <w:r>
              <w:t>ru</w:t>
            </w:r>
            <w:r w:rsidRPr="00332DB8">
              <w:rPr>
                <w:lang w:val="ru-RU"/>
              </w:rPr>
              <w:t xml:space="preserve">/ </w:t>
            </w:r>
            <w:r>
              <w:t>idl</w:t>
            </w:r>
            <w:r w:rsidRPr="00332DB8">
              <w:rPr>
                <w:lang w:val="ru-RU"/>
              </w:rPr>
              <w:t>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1993.</w:t>
            </w:r>
          </w:p>
        </w:tc>
        <w:tc>
          <w:tcPr>
            <w:tcW w:w="2880" w:type="dxa"/>
          </w:tcPr>
          <w:p w:rsidR="006F7457" w:rsidRPr="00332DB8" w:rsidRDefault="00332DB8">
            <w:pPr>
              <w:rPr>
                <w:lang w:val="ru-RU"/>
              </w:rPr>
            </w:pPr>
            <w:r w:rsidRPr="00332DB8">
              <w:rPr>
                <w:lang w:val="ru-RU"/>
              </w:rPr>
              <w:t xml:space="preserve">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w:t>
            </w:r>
            <w:r>
              <w:t>http</w:t>
            </w:r>
            <w:r w:rsidRPr="00332DB8">
              <w:rPr>
                <w:lang w:val="ru-RU"/>
              </w:rPr>
              <w:t>://</w:t>
            </w:r>
            <w:r>
              <w:t>vkontakte</w:t>
            </w:r>
            <w:r w:rsidRPr="00332DB8">
              <w:rPr>
                <w:lang w:val="ru-RU"/>
              </w:rPr>
              <w:t>.</w:t>
            </w:r>
            <w:r>
              <w:t>ru</w:t>
            </w:r>
            <w:r w:rsidRPr="00332DB8">
              <w:rPr>
                <w:lang w:val="ru-RU"/>
              </w:rPr>
              <w:t xml:space="preserve">/ </w:t>
            </w:r>
            <w:r>
              <w:t>dinislam</w:t>
            </w:r>
            <w:r w:rsidRPr="00332DB8">
              <w:rPr>
                <w:lang w:val="ru-RU"/>
              </w:rPr>
              <w:t xml:space="preserve">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2880" w:type="dxa"/>
          </w:tcPr>
          <w:p w:rsidR="006F7457" w:rsidRPr="00332DB8" w:rsidRDefault="006F7457">
            <w:pPr>
              <w:rPr>
                <w:lang w:val="ru-RU"/>
              </w:rPr>
            </w:pPr>
          </w:p>
        </w:tc>
      </w:tr>
      <w:tr w:rsidR="006F7457" w:rsidRPr="005A424D">
        <w:tc>
          <w:tcPr>
            <w:tcW w:w="2880" w:type="dxa"/>
          </w:tcPr>
          <w:p w:rsidR="006F7457" w:rsidRDefault="00332DB8">
            <w:r>
              <w:t>1994.</w:t>
            </w:r>
          </w:p>
        </w:tc>
        <w:tc>
          <w:tcPr>
            <w:tcW w:w="2880" w:type="dxa"/>
          </w:tcPr>
          <w:p w:rsidR="006F7457" w:rsidRPr="00332DB8" w:rsidRDefault="00332DB8">
            <w:pPr>
              <w:rPr>
                <w:lang w:val="ru-RU"/>
              </w:rPr>
            </w:pPr>
            <w:r w:rsidRPr="00332DB8">
              <w:rPr>
                <w:lang w:val="ru-RU"/>
              </w:rPr>
              <w:t xml:space="preserve">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w:t>
            </w:r>
            <w:r>
              <w:t>vk</w:t>
            </w:r>
            <w:r w:rsidRPr="00332DB8">
              <w:rPr>
                <w:lang w:val="ru-RU"/>
              </w:rPr>
              <w:t>.</w:t>
            </w:r>
            <w:r>
              <w:t>com</w:t>
            </w:r>
            <w:r w:rsidRPr="00332DB8">
              <w:rPr>
                <w:lang w:val="ru-RU"/>
              </w:rPr>
              <w:t>/</w:t>
            </w:r>
            <w:r>
              <w:t>artemsemmushev</w:t>
            </w:r>
            <w:r w:rsidRPr="00332DB8">
              <w:rPr>
                <w:lang w:val="ru-RU"/>
              </w:rPr>
              <w:t>, под названием «Артем Семушев» (решение Майкопского городского суда Республики Адыгея от 20.03.2013);</w:t>
            </w:r>
          </w:p>
        </w:tc>
        <w:tc>
          <w:tcPr>
            <w:tcW w:w="2880" w:type="dxa"/>
          </w:tcPr>
          <w:p w:rsidR="006F7457" w:rsidRPr="00332DB8" w:rsidRDefault="006F7457">
            <w:pPr>
              <w:rPr>
                <w:lang w:val="ru-RU"/>
              </w:rPr>
            </w:pPr>
          </w:p>
        </w:tc>
      </w:tr>
      <w:tr w:rsidR="006F7457" w:rsidRPr="005A424D">
        <w:tc>
          <w:tcPr>
            <w:tcW w:w="2880" w:type="dxa"/>
          </w:tcPr>
          <w:p w:rsidR="006F7457" w:rsidRDefault="00332DB8">
            <w:r>
              <w:t>1995.</w:t>
            </w:r>
          </w:p>
        </w:tc>
        <w:tc>
          <w:tcPr>
            <w:tcW w:w="2880" w:type="dxa"/>
          </w:tcPr>
          <w:p w:rsidR="006F7457" w:rsidRPr="00332DB8" w:rsidRDefault="00332DB8">
            <w:pPr>
              <w:rPr>
                <w:lang w:val="ru-RU"/>
              </w:rPr>
            </w:pPr>
            <w:r w:rsidRPr="00332DB8">
              <w:rPr>
                <w:lang w:val="ru-RU"/>
              </w:rPr>
              <w:t xml:space="preserve">Информационный материал – фото с надписью «Ебашь кавказцев, весело, спортивно, модно», обнаруженный и изъятый в ходе мониторинга Интернет- портала </w:t>
            </w:r>
            <w:r>
              <w:t>http</w:t>
            </w:r>
            <w:r w:rsidRPr="00332DB8">
              <w:rPr>
                <w:lang w:val="ru-RU"/>
              </w:rPr>
              <w:t>://</w:t>
            </w:r>
            <w:r>
              <w:t>shlko</w:t>
            </w:r>
            <w:r w:rsidRPr="00332DB8">
              <w:rPr>
                <w:lang w:val="ru-RU"/>
              </w:rPr>
              <w:t>.</w:t>
            </w:r>
            <w:r>
              <w:t>livejournal</w:t>
            </w:r>
            <w:r w:rsidRPr="00332DB8">
              <w:rPr>
                <w:lang w:val="ru-RU"/>
              </w:rPr>
              <w:t>.</w:t>
            </w:r>
            <w:r>
              <w:t>com</w:t>
            </w:r>
            <w:r w:rsidRPr="00332DB8">
              <w:rPr>
                <w:lang w:val="ru-RU"/>
              </w:rPr>
              <w:t>/53475.</w:t>
            </w:r>
            <w:r>
              <w:t>html</w:t>
            </w:r>
            <w:r w:rsidRPr="00332DB8">
              <w:rPr>
                <w:lang w:val="ru-RU"/>
              </w:rPr>
              <w:t xml:space="preserve"> (решение Зольского районного суда Кабардино-Балкарской Республики от 30.05.2013);</w:t>
            </w:r>
          </w:p>
        </w:tc>
        <w:tc>
          <w:tcPr>
            <w:tcW w:w="2880" w:type="dxa"/>
          </w:tcPr>
          <w:p w:rsidR="006F7457" w:rsidRPr="00332DB8" w:rsidRDefault="006F7457">
            <w:pPr>
              <w:rPr>
                <w:lang w:val="ru-RU"/>
              </w:rPr>
            </w:pPr>
          </w:p>
        </w:tc>
      </w:tr>
      <w:tr w:rsidR="006F7457" w:rsidRPr="005A424D">
        <w:tc>
          <w:tcPr>
            <w:tcW w:w="2880" w:type="dxa"/>
          </w:tcPr>
          <w:p w:rsidR="006F7457" w:rsidRDefault="00332DB8">
            <w:r>
              <w:t>1996.</w:t>
            </w:r>
          </w:p>
        </w:tc>
        <w:tc>
          <w:tcPr>
            <w:tcW w:w="2880" w:type="dxa"/>
          </w:tcPr>
          <w:p w:rsidR="006F7457" w:rsidRPr="00332DB8" w:rsidRDefault="00332DB8">
            <w:pPr>
              <w:rPr>
                <w:lang w:val="ru-RU"/>
              </w:rPr>
            </w:pPr>
            <w:r w:rsidRPr="00332DB8">
              <w:rPr>
                <w:lang w:val="ru-RU"/>
              </w:rPr>
              <w:t xml:space="preserve">Интернет-сайт </w:t>
            </w:r>
            <w:r>
              <w:t>www</w:t>
            </w:r>
            <w:r w:rsidRPr="00332DB8">
              <w:rPr>
                <w:lang w:val="ru-RU"/>
              </w:rPr>
              <w:t>.</w:t>
            </w:r>
            <w:r>
              <w:t>geroivoli</w:t>
            </w:r>
            <w:r w:rsidRPr="00332DB8">
              <w:rPr>
                <w:lang w:val="ru-RU"/>
              </w:rPr>
              <w:t>.</w:t>
            </w:r>
            <w:r>
              <w:t>info</w:t>
            </w:r>
            <w:r w:rsidRPr="00332DB8">
              <w:rPr>
                <w:lang w:val="ru-RU"/>
              </w:rPr>
              <w:t xml:space="preserve"> (решение Никулинского районного суда г. Москвы от 19.11.2012);</w:t>
            </w:r>
          </w:p>
        </w:tc>
        <w:tc>
          <w:tcPr>
            <w:tcW w:w="2880" w:type="dxa"/>
          </w:tcPr>
          <w:p w:rsidR="006F7457" w:rsidRPr="00332DB8" w:rsidRDefault="006F7457">
            <w:pPr>
              <w:rPr>
                <w:lang w:val="ru-RU"/>
              </w:rPr>
            </w:pPr>
          </w:p>
        </w:tc>
      </w:tr>
      <w:tr w:rsidR="006F7457" w:rsidRPr="005A424D">
        <w:tc>
          <w:tcPr>
            <w:tcW w:w="2880" w:type="dxa"/>
          </w:tcPr>
          <w:p w:rsidR="006F7457" w:rsidRDefault="00332DB8">
            <w:r>
              <w:t>1997.</w:t>
            </w:r>
          </w:p>
        </w:tc>
        <w:tc>
          <w:tcPr>
            <w:tcW w:w="2880" w:type="dxa"/>
          </w:tcPr>
          <w:p w:rsidR="006F7457" w:rsidRPr="00332DB8" w:rsidRDefault="00332DB8">
            <w:pPr>
              <w:rPr>
                <w:lang w:val="ru-RU"/>
              </w:rPr>
            </w:pPr>
            <w:r w:rsidRPr="00332DB8">
              <w:rPr>
                <w:lang w:val="ru-RU"/>
              </w:rPr>
              <w:t xml:space="preserve">Информационный материал «Мой взгляд на жизнь», размещенный на Интернет-сайте </w:t>
            </w:r>
            <w:r>
              <w:t>www</w:t>
            </w:r>
            <w:r w:rsidRPr="00332DB8">
              <w:rPr>
                <w:lang w:val="ru-RU"/>
              </w:rPr>
              <w:t>.</w:t>
            </w:r>
            <w:r>
              <w:t>geroivoli</w:t>
            </w:r>
            <w:r w:rsidRPr="00332DB8">
              <w:rPr>
                <w:lang w:val="ru-RU"/>
              </w:rPr>
              <w:t>.</w:t>
            </w:r>
            <w:r>
              <w:t>info</w:t>
            </w:r>
            <w:r w:rsidRPr="00332DB8">
              <w:rPr>
                <w:lang w:val="ru-RU"/>
              </w:rPr>
              <w:t xml:space="preserve"> (решение Никулинского районного суда г. Москвы от 19.11.2012);</w:t>
            </w:r>
          </w:p>
        </w:tc>
        <w:tc>
          <w:tcPr>
            <w:tcW w:w="2880" w:type="dxa"/>
          </w:tcPr>
          <w:p w:rsidR="006F7457" w:rsidRPr="00332DB8" w:rsidRDefault="006F7457">
            <w:pPr>
              <w:rPr>
                <w:lang w:val="ru-RU"/>
              </w:rPr>
            </w:pPr>
          </w:p>
        </w:tc>
      </w:tr>
      <w:tr w:rsidR="006F7457" w:rsidRPr="005A424D">
        <w:tc>
          <w:tcPr>
            <w:tcW w:w="2880" w:type="dxa"/>
          </w:tcPr>
          <w:p w:rsidR="006F7457" w:rsidRDefault="00332DB8">
            <w:r>
              <w:t>199</w:t>
            </w:r>
            <w:r>
              <w:lastRenderedPageBreak/>
              <w:t>8.</w:t>
            </w:r>
          </w:p>
        </w:tc>
        <w:tc>
          <w:tcPr>
            <w:tcW w:w="2880" w:type="dxa"/>
          </w:tcPr>
          <w:p w:rsidR="006F7457" w:rsidRPr="00332DB8" w:rsidRDefault="00332DB8">
            <w:pPr>
              <w:rPr>
                <w:lang w:val="ru-RU"/>
              </w:rPr>
            </w:pPr>
            <w:r w:rsidRPr="00332DB8">
              <w:rPr>
                <w:lang w:val="ru-RU"/>
              </w:rPr>
              <w:lastRenderedPageBreak/>
              <w:t xml:space="preserve">Информационный материал «Прояви себя как воин», размещенный на Интернет-сайте </w:t>
            </w:r>
            <w:r>
              <w:t>www</w:t>
            </w:r>
            <w:r w:rsidRPr="00332DB8">
              <w:rPr>
                <w:lang w:val="ru-RU"/>
              </w:rPr>
              <w:t>.</w:t>
            </w:r>
            <w:r>
              <w:t>geroivoli</w:t>
            </w:r>
            <w:r w:rsidRPr="00332DB8">
              <w:rPr>
                <w:lang w:val="ru-RU"/>
              </w:rPr>
              <w:t>.</w:t>
            </w:r>
            <w:r>
              <w:t>info</w:t>
            </w:r>
            <w:r w:rsidRPr="00332DB8">
              <w:rPr>
                <w:lang w:val="ru-RU"/>
              </w:rPr>
              <w:t xml:space="preserve"> (решение Никулинского районного суда г. Москвы от 19.11.2012);</w:t>
            </w:r>
          </w:p>
        </w:tc>
        <w:tc>
          <w:tcPr>
            <w:tcW w:w="2880" w:type="dxa"/>
          </w:tcPr>
          <w:p w:rsidR="006F7457" w:rsidRPr="00332DB8" w:rsidRDefault="006F7457">
            <w:pPr>
              <w:rPr>
                <w:lang w:val="ru-RU"/>
              </w:rPr>
            </w:pPr>
          </w:p>
        </w:tc>
      </w:tr>
      <w:tr w:rsidR="006F7457">
        <w:tc>
          <w:tcPr>
            <w:tcW w:w="2880" w:type="dxa"/>
          </w:tcPr>
          <w:p w:rsidR="006F7457" w:rsidRDefault="00332DB8">
            <w:r>
              <w:lastRenderedPageBreak/>
              <w:t>1999.</w:t>
            </w:r>
          </w:p>
        </w:tc>
        <w:tc>
          <w:tcPr>
            <w:tcW w:w="2880" w:type="dxa"/>
          </w:tcPr>
          <w:p w:rsidR="006F7457" w:rsidRDefault="00332DB8">
            <w:r w:rsidRPr="00332DB8">
              <w:rPr>
                <w:lang w:val="ru-RU"/>
              </w:rPr>
              <w:t xml:space="preserve">Материалы сайта: </w:t>
            </w:r>
            <w:r>
              <w:t>http</w:t>
            </w:r>
            <w:r w:rsidRPr="00332DB8">
              <w:rPr>
                <w:lang w:val="ru-RU"/>
              </w:rPr>
              <w:t>://</w:t>
            </w:r>
            <w:r>
              <w:t>www</w:t>
            </w:r>
            <w:r w:rsidRPr="00332DB8">
              <w:rPr>
                <w:lang w:val="ru-RU"/>
              </w:rPr>
              <w:t>/</w:t>
            </w:r>
            <w:r>
              <w:t>dvds</w:t>
            </w:r>
            <w:r w:rsidRPr="00332DB8">
              <w:rPr>
                <w:lang w:val="ru-RU"/>
              </w:rPr>
              <w:t>/</w:t>
            </w:r>
            <w:r>
              <w:t>eu</w:t>
            </w:r>
            <w:r w:rsidRPr="00332DB8">
              <w:rPr>
                <w:lang w:val="ru-RU"/>
              </w:rPr>
              <w:t>/</w:t>
            </w:r>
            <w:r>
              <w:t>orq</w:t>
            </w:r>
            <w:r w:rsidRPr="00332DB8">
              <w:rPr>
                <w:lang w:val="ru-RU"/>
              </w:rPr>
              <w:t xml:space="preserve">/вилаят/, а именно: видео-файл «Вилаят Нохчийчоь: Бой в лесу (осень 2011 г.)», видео-файл «ВИЛАЯТ Г1АЛГ1АЙЧЕ - Обращение моджахедов 21.04.2012.» </w:t>
            </w:r>
            <w:r>
              <w:t>(решение Воркутинского городского суда Республики Коми от 15.05.2013);</w:t>
            </w:r>
          </w:p>
        </w:tc>
        <w:tc>
          <w:tcPr>
            <w:tcW w:w="2880" w:type="dxa"/>
          </w:tcPr>
          <w:p w:rsidR="006F7457" w:rsidRDefault="006F7457"/>
        </w:tc>
      </w:tr>
      <w:tr w:rsidR="006F7457" w:rsidRPr="005A424D">
        <w:tc>
          <w:tcPr>
            <w:tcW w:w="2880" w:type="dxa"/>
          </w:tcPr>
          <w:p w:rsidR="006F7457" w:rsidRDefault="00332DB8">
            <w:r>
              <w:t>2000.</w:t>
            </w:r>
          </w:p>
        </w:tc>
        <w:tc>
          <w:tcPr>
            <w:tcW w:w="2880" w:type="dxa"/>
          </w:tcPr>
          <w:p w:rsidR="006F7457" w:rsidRPr="00332DB8" w:rsidRDefault="00332DB8">
            <w:pPr>
              <w:rPr>
                <w:lang w:val="ru-RU"/>
              </w:rPr>
            </w:pPr>
            <w:r w:rsidRPr="00332DB8">
              <w:rPr>
                <w:lang w:val="ru-RU"/>
              </w:rPr>
              <w:t>Брошюра «Готфрид Федер. Программа и мировоззрение НСДАП» (решение Южно-Сахалинского городского суда от 30.04.2013);</w:t>
            </w:r>
          </w:p>
        </w:tc>
        <w:tc>
          <w:tcPr>
            <w:tcW w:w="2880" w:type="dxa"/>
          </w:tcPr>
          <w:p w:rsidR="006F7457" w:rsidRPr="00332DB8" w:rsidRDefault="006F7457">
            <w:pPr>
              <w:rPr>
                <w:lang w:val="ru-RU"/>
              </w:rPr>
            </w:pPr>
          </w:p>
        </w:tc>
      </w:tr>
      <w:tr w:rsidR="006F7457" w:rsidRPr="005A424D">
        <w:tc>
          <w:tcPr>
            <w:tcW w:w="2880" w:type="dxa"/>
          </w:tcPr>
          <w:p w:rsidR="006F7457" w:rsidRDefault="00332DB8">
            <w:r>
              <w:t>2001.</w:t>
            </w:r>
          </w:p>
        </w:tc>
        <w:tc>
          <w:tcPr>
            <w:tcW w:w="2880" w:type="dxa"/>
          </w:tcPr>
          <w:p w:rsidR="006F7457" w:rsidRPr="00332DB8" w:rsidRDefault="00332DB8">
            <w:pPr>
              <w:rPr>
                <w:lang w:val="ru-RU"/>
              </w:rPr>
            </w:pPr>
            <w:r w:rsidRPr="00332DB8">
              <w:rPr>
                <w:lang w:val="ru-RU"/>
              </w:rPr>
              <w:t xml:space="preserve">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w:t>
            </w:r>
            <w:r>
              <w:t>http</w:t>
            </w:r>
            <w:r w:rsidRPr="00332DB8">
              <w:rPr>
                <w:lang w:val="ru-RU"/>
              </w:rPr>
              <w:t xml:space="preserve">:// </w:t>
            </w:r>
            <w:r>
              <w:t>shlko</w:t>
            </w:r>
            <w:r w:rsidRPr="00332DB8">
              <w:rPr>
                <w:lang w:val="ru-RU"/>
              </w:rPr>
              <w:t>.</w:t>
            </w:r>
            <w:r>
              <w:t>livejournal</w:t>
            </w:r>
            <w:r w:rsidRPr="00332DB8">
              <w:rPr>
                <w:lang w:val="ru-RU"/>
              </w:rPr>
              <w:t>.</w:t>
            </w:r>
            <w:r>
              <w:t>com</w:t>
            </w:r>
            <w:r w:rsidRPr="00332DB8">
              <w:rPr>
                <w:lang w:val="ru-RU"/>
              </w:rPr>
              <w:t>/53475.</w:t>
            </w:r>
            <w:r>
              <w:t>html</w:t>
            </w:r>
            <w:r w:rsidRPr="00332DB8">
              <w:rPr>
                <w:lang w:val="ru-RU"/>
              </w:rPr>
              <w:t xml:space="preserve"> (решение Зольского районного суда Кабардино-Балкарской Республики от 31.05.2013);</w:t>
            </w:r>
          </w:p>
        </w:tc>
        <w:tc>
          <w:tcPr>
            <w:tcW w:w="2880" w:type="dxa"/>
          </w:tcPr>
          <w:p w:rsidR="006F7457" w:rsidRPr="00332DB8" w:rsidRDefault="006F7457">
            <w:pPr>
              <w:rPr>
                <w:lang w:val="ru-RU"/>
              </w:rPr>
            </w:pPr>
          </w:p>
        </w:tc>
      </w:tr>
      <w:tr w:rsidR="006F7457" w:rsidRPr="005A424D">
        <w:tc>
          <w:tcPr>
            <w:tcW w:w="2880" w:type="dxa"/>
          </w:tcPr>
          <w:p w:rsidR="006F7457" w:rsidRDefault="00332DB8">
            <w:r>
              <w:t>2002.</w:t>
            </w:r>
          </w:p>
        </w:tc>
        <w:tc>
          <w:tcPr>
            <w:tcW w:w="2880" w:type="dxa"/>
          </w:tcPr>
          <w:p w:rsidR="006F7457" w:rsidRPr="00332DB8" w:rsidRDefault="00332DB8">
            <w:pPr>
              <w:rPr>
                <w:lang w:val="ru-RU"/>
              </w:rPr>
            </w:pPr>
            <w:r w:rsidRPr="00332DB8">
              <w:rPr>
                <w:lang w:val="ru-RU"/>
              </w:rPr>
              <w:t xml:space="preserve">Аудио и видео файлы, размещенные в сети «Интернет» на ресурсе </w:t>
            </w:r>
            <w:r>
              <w:t>http</w:t>
            </w:r>
            <w:r w:rsidRPr="00332DB8">
              <w:rPr>
                <w:lang w:val="ru-RU"/>
              </w:rPr>
              <w:t>://</w:t>
            </w:r>
            <w:r>
              <w:t>vk</w:t>
            </w:r>
            <w:r w:rsidRPr="00332DB8">
              <w:rPr>
                <w:lang w:val="ru-RU"/>
              </w:rPr>
              <w:t>.</w:t>
            </w:r>
            <w:r>
              <w:t>com</w:t>
            </w:r>
            <w:r w:rsidRPr="00332DB8">
              <w:rPr>
                <w:lang w:val="ru-RU"/>
              </w:rPr>
              <w:t>/</w:t>
            </w:r>
            <w:r>
              <w:t>id</w:t>
            </w:r>
            <w:r w:rsidRPr="00332DB8">
              <w:rPr>
                <w:lang w:val="ru-RU"/>
              </w:rPr>
              <w:t>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2880" w:type="dxa"/>
          </w:tcPr>
          <w:p w:rsidR="006F7457" w:rsidRPr="00332DB8" w:rsidRDefault="006F7457">
            <w:pPr>
              <w:rPr>
                <w:lang w:val="ru-RU"/>
              </w:rPr>
            </w:pPr>
          </w:p>
        </w:tc>
      </w:tr>
      <w:tr w:rsidR="006F7457" w:rsidRPr="005A424D">
        <w:tc>
          <w:tcPr>
            <w:tcW w:w="2880" w:type="dxa"/>
          </w:tcPr>
          <w:p w:rsidR="006F7457" w:rsidRDefault="00332DB8">
            <w:r>
              <w:t>200</w:t>
            </w:r>
            <w:r>
              <w:lastRenderedPageBreak/>
              <w:t>3.</w:t>
            </w:r>
          </w:p>
        </w:tc>
        <w:tc>
          <w:tcPr>
            <w:tcW w:w="2880" w:type="dxa"/>
          </w:tcPr>
          <w:p w:rsidR="006F7457" w:rsidRPr="00332DB8" w:rsidRDefault="00332DB8">
            <w:pPr>
              <w:rPr>
                <w:lang w:val="ru-RU"/>
              </w:rPr>
            </w:pPr>
            <w:r w:rsidRPr="00332DB8">
              <w:rPr>
                <w:lang w:val="ru-RU"/>
              </w:rPr>
              <w:lastRenderedPageBreak/>
              <w:t xml:space="preserve">Статья Бориса Стомахина «Удачи тебе, Шамиль Басаев!»,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Бабушкинского районного суда г. Москвы от 23.04.2013);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2004.</w:t>
            </w:r>
          </w:p>
        </w:tc>
        <w:tc>
          <w:tcPr>
            <w:tcW w:w="2880" w:type="dxa"/>
          </w:tcPr>
          <w:p w:rsidR="006F7457" w:rsidRPr="00332DB8" w:rsidRDefault="00332DB8">
            <w:pPr>
              <w:rPr>
                <w:lang w:val="ru-RU"/>
              </w:rPr>
            </w:pPr>
            <w:r w:rsidRPr="00332DB8">
              <w:rPr>
                <w:lang w:val="ru-RU"/>
              </w:rPr>
              <w:t xml:space="preserve">Текст статьи «Убивать - природный закон», размещенной на сайте сети «Интернет» по адресу </w:t>
            </w:r>
            <w:r>
              <w:t>http</w:t>
            </w:r>
            <w:r w:rsidRPr="00332DB8">
              <w:rPr>
                <w:lang w:val="ru-RU"/>
              </w:rPr>
              <w:t>://</w:t>
            </w:r>
            <w:r>
              <w:t>www</w:t>
            </w:r>
            <w:r w:rsidRPr="00332DB8">
              <w:rPr>
                <w:lang w:val="ru-RU"/>
              </w:rPr>
              <w:t>.</w:t>
            </w:r>
            <w:r>
              <w:t>anticompromat</w:t>
            </w:r>
            <w:r w:rsidRPr="00332DB8">
              <w:rPr>
                <w:lang w:val="ru-RU"/>
              </w:rPr>
              <w:t>.</w:t>
            </w:r>
            <w:r>
              <w:t>org</w:t>
            </w:r>
            <w:r w:rsidRPr="00332DB8">
              <w:rPr>
                <w:lang w:val="ru-RU"/>
              </w:rPr>
              <w:t xml:space="preserve"> (решение Ленинского районного суда г. Воронежа от 11.04.2013);</w:t>
            </w:r>
          </w:p>
        </w:tc>
        <w:tc>
          <w:tcPr>
            <w:tcW w:w="2880" w:type="dxa"/>
          </w:tcPr>
          <w:p w:rsidR="006F7457" w:rsidRPr="00332DB8" w:rsidRDefault="006F7457">
            <w:pPr>
              <w:rPr>
                <w:lang w:val="ru-RU"/>
              </w:rPr>
            </w:pPr>
          </w:p>
        </w:tc>
      </w:tr>
      <w:tr w:rsidR="006F7457" w:rsidRPr="005A424D">
        <w:tc>
          <w:tcPr>
            <w:tcW w:w="2880" w:type="dxa"/>
          </w:tcPr>
          <w:p w:rsidR="006F7457" w:rsidRDefault="00332DB8">
            <w:r>
              <w:t>2005.</w:t>
            </w:r>
          </w:p>
        </w:tc>
        <w:tc>
          <w:tcPr>
            <w:tcW w:w="2880" w:type="dxa"/>
          </w:tcPr>
          <w:p w:rsidR="006F7457" w:rsidRPr="00332DB8" w:rsidRDefault="00332DB8">
            <w:pPr>
              <w:rPr>
                <w:lang w:val="ru-RU"/>
              </w:rPr>
            </w:pPr>
            <w:r w:rsidRPr="00332DB8">
              <w:rPr>
                <w:lang w:val="ru-RU"/>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2880" w:type="dxa"/>
          </w:tcPr>
          <w:p w:rsidR="006F7457" w:rsidRPr="00332DB8" w:rsidRDefault="006F7457">
            <w:pPr>
              <w:rPr>
                <w:lang w:val="ru-RU"/>
              </w:rPr>
            </w:pPr>
          </w:p>
        </w:tc>
      </w:tr>
      <w:tr w:rsidR="006F7457" w:rsidRPr="005A424D">
        <w:tc>
          <w:tcPr>
            <w:tcW w:w="2880" w:type="dxa"/>
          </w:tcPr>
          <w:p w:rsidR="006F7457" w:rsidRDefault="00332DB8">
            <w:r>
              <w:t>2006.</w:t>
            </w:r>
          </w:p>
        </w:tc>
        <w:tc>
          <w:tcPr>
            <w:tcW w:w="2880" w:type="dxa"/>
          </w:tcPr>
          <w:p w:rsidR="006F7457" w:rsidRPr="00332DB8" w:rsidRDefault="00332DB8">
            <w:pPr>
              <w:rPr>
                <w:lang w:val="ru-RU"/>
              </w:rPr>
            </w:pPr>
            <w:r w:rsidRPr="00332DB8">
              <w:rPr>
                <w:lang w:val="ru-RU"/>
              </w:rPr>
              <w:t xml:space="preserve">Статья под заголовком «Новая Кавказская война. Может она уже начинается», произведенная и распространенная неустановленным лицом на интернет-сайте </w:t>
            </w:r>
            <w:r>
              <w:t>http</w:t>
            </w:r>
            <w:r w:rsidRPr="00332DB8">
              <w:rPr>
                <w:lang w:val="ru-RU"/>
              </w:rPr>
              <w:t>://</w:t>
            </w:r>
            <w:r>
              <w:t>haile</w:t>
            </w:r>
            <w:r w:rsidRPr="00332DB8">
              <w:rPr>
                <w:lang w:val="ru-RU"/>
              </w:rPr>
              <w:t>-</w:t>
            </w:r>
            <w:r>
              <w:t>rastafari</w:t>
            </w:r>
            <w:r w:rsidRPr="00332DB8">
              <w:rPr>
                <w:lang w:val="ru-RU"/>
              </w:rPr>
              <w:t>.</w:t>
            </w:r>
            <w:r>
              <w:t>livejournal</w:t>
            </w:r>
            <w:r w:rsidRPr="00332DB8">
              <w:rPr>
                <w:lang w:val="ru-RU"/>
              </w:rPr>
              <w:t>.</w:t>
            </w:r>
            <w:r>
              <w:t>com</w:t>
            </w:r>
            <w:r w:rsidRPr="00332DB8">
              <w:rPr>
                <w:lang w:val="ru-RU"/>
              </w:rPr>
              <w:t>/46724.</w:t>
            </w:r>
            <w:r>
              <w:t>html</w:t>
            </w:r>
            <w:r w:rsidRPr="00332DB8">
              <w:rPr>
                <w:lang w:val="ru-RU"/>
              </w:rPr>
              <w:t xml:space="preserve"> (решение Майкопского городского суда Республики Адыгея от 14.05.2013);</w:t>
            </w:r>
          </w:p>
        </w:tc>
        <w:tc>
          <w:tcPr>
            <w:tcW w:w="2880" w:type="dxa"/>
          </w:tcPr>
          <w:p w:rsidR="006F7457" w:rsidRPr="00332DB8" w:rsidRDefault="006F7457">
            <w:pPr>
              <w:rPr>
                <w:lang w:val="ru-RU"/>
              </w:rPr>
            </w:pPr>
          </w:p>
        </w:tc>
      </w:tr>
      <w:tr w:rsidR="006F7457" w:rsidRPr="005A424D">
        <w:tc>
          <w:tcPr>
            <w:tcW w:w="2880" w:type="dxa"/>
          </w:tcPr>
          <w:p w:rsidR="006F7457" w:rsidRDefault="00332DB8">
            <w:r>
              <w:t>2007.</w:t>
            </w:r>
          </w:p>
        </w:tc>
        <w:tc>
          <w:tcPr>
            <w:tcW w:w="2880" w:type="dxa"/>
          </w:tcPr>
          <w:p w:rsidR="006F7457" w:rsidRPr="00332DB8" w:rsidRDefault="00332DB8">
            <w:pPr>
              <w:rPr>
                <w:lang w:val="ru-RU"/>
              </w:rPr>
            </w:pPr>
            <w:r w:rsidRPr="00332DB8">
              <w:rPr>
                <w:lang w:val="ru-RU"/>
              </w:rPr>
              <w:t xml:space="preserve">Статья под заголовком «Национализм в действии», произведенная и распространенная неустановленным лицом на интернет-сайте </w:t>
            </w:r>
            <w:r>
              <w:t>www</w:t>
            </w:r>
            <w:r w:rsidRPr="00332DB8">
              <w:rPr>
                <w:lang w:val="ru-RU"/>
              </w:rPr>
              <w:t>.</w:t>
            </w:r>
            <w:r>
              <w:t>freedom</w:t>
            </w:r>
            <w:r w:rsidRPr="00332DB8">
              <w:rPr>
                <w:lang w:val="ru-RU"/>
              </w:rPr>
              <w:t>-</w:t>
            </w:r>
            <w:r>
              <w:t>info</w:t>
            </w:r>
            <w:r w:rsidRPr="00332DB8">
              <w:rPr>
                <w:lang w:val="ru-RU"/>
              </w:rPr>
              <w:t>.</w:t>
            </w:r>
            <w:r>
              <w:t>ru</w:t>
            </w:r>
            <w:r w:rsidRPr="00332DB8">
              <w:rPr>
                <w:lang w:val="ru-RU"/>
              </w:rPr>
              <w:t xml:space="preserve"> (решение Майкопского городского суда Республики Адыгея от 16.04.2013);</w:t>
            </w:r>
          </w:p>
        </w:tc>
        <w:tc>
          <w:tcPr>
            <w:tcW w:w="2880" w:type="dxa"/>
          </w:tcPr>
          <w:p w:rsidR="006F7457" w:rsidRPr="00332DB8" w:rsidRDefault="006F7457">
            <w:pPr>
              <w:rPr>
                <w:lang w:val="ru-RU"/>
              </w:rPr>
            </w:pPr>
          </w:p>
        </w:tc>
      </w:tr>
      <w:tr w:rsidR="006F7457" w:rsidRPr="005A424D">
        <w:tc>
          <w:tcPr>
            <w:tcW w:w="2880" w:type="dxa"/>
          </w:tcPr>
          <w:p w:rsidR="006F7457" w:rsidRDefault="00332DB8">
            <w:r>
              <w:t>2008.</w:t>
            </w:r>
          </w:p>
        </w:tc>
        <w:tc>
          <w:tcPr>
            <w:tcW w:w="2880" w:type="dxa"/>
          </w:tcPr>
          <w:p w:rsidR="006F7457" w:rsidRPr="00332DB8" w:rsidRDefault="00332DB8">
            <w:pPr>
              <w:rPr>
                <w:lang w:val="ru-RU"/>
              </w:rPr>
            </w:pPr>
            <w:r w:rsidRPr="00332DB8">
              <w:rPr>
                <w:lang w:val="ru-RU"/>
              </w:rPr>
              <w:t xml:space="preserve">Информационный материал - «Призыв из Шама. Джамаʼат “Катибату Мухаджирин КБК”», обнаруженный и изъятый в ходе мониторинга информационно-телекоммуникационной сети Интернет по электронному адресу: </w:t>
            </w:r>
            <w:r>
              <w:t>http</w:t>
            </w:r>
            <w:r w:rsidRPr="00332DB8">
              <w:rPr>
                <w:lang w:val="ru-RU"/>
              </w:rPr>
              <w:t>://</w:t>
            </w:r>
            <w:r>
              <w:t>www</w:t>
            </w:r>
            <w:r w:rsidRPr="00332DB8">
              <w:rPr>
                <w:lang w:val="ru-RU"/>
              </w:rPr>
              <w:t>.</w:t>
            </w:r>
            <w:r>
              <w:t>islamdin</w:t>
            </w:r>
            <w:r w:rsidRPr="00332DB8">
              <w:rPr>
                <w:lang w:val="ru-RU"/>
              </w:rPr>
              <w:t>.</w:t>
            </w:r>
            <w:r>
              <w:t>biz</w:t>
            </w:r>
            <w:r w:rsidRPr="00332DB8">
              <w:rPr>
                <w:lang w:val="ru-RU"/>
              </w:rPr>
              <w:t>/2012/10/</w:t>
            </w:r>
            <w:r>
              <w:t>blog</w:t>
            </w:r>
            <w:r w:rsidRPr="00332DB8">
              <w:rPr>
                <w:lang w:val="ru-RU"/>
              </w:rPr>
              <w:t>-</w:t>
            </w:r>
            <w:r>
              <w:t>post</w:t>
            </w:r>
            <w:r w:rsidRPr="00332DB8">
              <w:rPr>
                <w:lang w:val="ru-RU"/>
              </w:rPr>
              <w:t>_1 8.</w:t>
            </w:r>
            <w:r>
              <w:t>html</w:t>
            </w:r>
            <w:r w:rsidRPr="00332DB8">
              <w:rPr>
                <w:lang w:val="ru-RU"/>
              </w:rPr>
              <w:t>#</w:t>
            </w:r>
            <w:r>
              <w:t>more</w:t>
            </w:r>
            <w:r w:rsidRPr="00332DB8">
              <w:rPr>
                <w:lang w:val="ru-RU"/>
              </w:rPr>
              <w:t xml:space="preserve"> (решение Нальчикского городского суда Кабардино-Балкарской Республики от 06.05.2013);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2009.</w:t>
            </w:r>
          </w:p>
        </w:tc>
        <w:tc>
          <w:tcPr>
            <w:tcW w:w="2880" w:type="dxa"/>
          </w:tcPr>
          <w:p w:rsidR="006F7457" w:rsidRPr="00332DB8" w:rsidRDefault="00332DB8">
            <w:pPr>
              <w:rPr>
                <w:lang w:val="ru-RU"/>
              </w:rPr>
            </w:pPr>
            <w:r w:rsidRPr="00332DB8">
              <w:rPr>
                <w:lang w:val="ru-RU"/>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2880" w:type="dxa"/>
          </w:tcPr>
          <w:p w:rsidR="006F7457" w:rsidRPr="00332DB8" w:rsidRDefault="006F7457">
            <w:pPr>
              <w:rPr>
                <w:lang w:val="ru-RU"/>
              </w:rPr>
            </w:pPr>
          </w:p>
        </w:tc>
      </w:tr>
      <w:tr w:rsidR="006F7457" w:rsidRPr="005A424D">
        <w:tc>
          <w:tcPr>
            <w:tcW w:w="2880" w:type="dxa"/>
          </w:tcPr>
          <w:p w:rsidR="006F7457" w:rsidRDefault="00332DB8">
            <w:r>
              <w:t>2010.</w:t>
            </w:r>
          </w:p>
        </w:tc>
        <w:tc>
          <w:tcPr>
            <w:tcW w:w="2880" w:type="dxa"/>
          </w:tcPr>
          <w:p w:rsidR="006F7457" w:rsidRPr="00332DB8" w:rsidRDefault="00332DB8">
            <w:pPr>
              <w:rPr>
                <w:lang w:val="ru-RU"/>
              </w:rPr>
            </w:pPr>
            <w:r w:rsidRPr="00332DB8">
              <w:rPr>
                <w:lang w:val="ru-RU"/>
              </w:rPr>
              <w:t xml:space="preserve">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w:t>
            </w:r>
            <w:r>
              <w:t>http</w:t>
            </w:r>
            <w:r w:rsidRPr="00332DB8">
              <w:rPr>
                <w:lang w:val="ru-RU"/>
              </w:rPr>
              <w:t>://</w:t>
            </w:r>
            <w:r>
              <w:t>odnoklassniki</w:t>
            </w:r>
            <w:r w:rsidRPr="00332DB8">
              <w:rPr>
                <w:lang w:val="ru-RU"/>
              </w:rPr>
              <w:t>.</w:t>
            </w:r>
            <w:r>
              <w:t>m</w:t>
            </w:r>
            <w:r w:rsidRPr="00332DB8">
              <w:rPr>
                <w:lang w:val="ru-RU"/>
              </w:rPr>
              <w:t>/</w:t>
            </w:r>
            <w:r>
              <w:t>profile</w:t>
            </w:r>
            <w:r w:rsidRPr="00332DB8">
              <w:rPr>
                <w:lang w:val="ru-RU"/>
              </w:rPr>
              <w:t>/461470932644 (решение Терского районного суда Кабардино-Балкарской Республики от 11.03.2013);</w:t>
            </w:r>
          </w:p>
        </w:tc>
        <w:tc>
          <w:tcPr>
            <w:tcW w:w="2880" w:type="dxa"/>
          </w:tcPr>
          <w:p w:rsidR="006F7457" w:rsidRPr="00332DB8" w:rsidRDefault="006F7457">
            <w:pPr>
              <w:rPr>
                <w:lang w:val="ru-RU"/>
              </w:rPr>
            </w:pPr>
          </w:p>
        </w:tc>
      </w:tr>
      <w:tr w:rsidR="006F7457" w:rsidRPr="005A424D">
        <w:tc>
          <w:tcPr>
            <w:tcW w:w="2880" w:type="dxa"/>
          </w:tcPr>
          <w:p w:rsidR="006F7457" w:rsidRDefault="00332DB8">
            <w:r>
              <w:t>2011.</w:t>
            </w:r>
          </w:p>
        </w:tc>
        <w:tc>
          <w:tcPr>
            <w:tcW w:w="2880" w:type="dxa"/>
          </w:tcPr>
          <w:p w:rsidR="006F7457" w:rsidRPr="00332DB8" w:rsidRDefault="00332DB8">
            <w:pPr>
              <w:rPr>
                <w:lang w:val="ru-RU"/>
              </w:rPr>
            </w:pPr>
            <w:r w:rsidRPr="00332DB8">
              <w:rPr>
                <w:lang w:val="ru-RU"/>
              </w:rPr>
              <w:t xml:space="preserve">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332DB8">
              <w:rPr>
                <w:lang w:val="ru-RU"/>
              </w:rPr>
              <w:t>:</w:t>
            </w:r>
            <w:r>
              <w:t>vk</w:t>
            </w:r>
            <w:r w:rsidRPr="00332DB8">
              <w:rPr>
                <w:lang w:val="ru-RU"/>
              </w:rPr>
              <w:t>.</w:t>
            </w:r>
            <w:r>
              <w:t>com</w:t>
            </w:r>
            <w:r w:rsidRPr="00332DB8">
              <w:rPr>
                <w:lang w:val="ru-RU"/>
              </w:rPr>
              <w:t>/</w:t>
            </w:r>
            <w:r>
              <w:t>idl</w:t>
            </w:r>
            <w:r w:rsidRPr="00332DB8">
              <w:rPr>
                <w:lang w:val="ru-RU"/>
              </w:rPr>
              <w:t xml:space="preserve">38583227, созданной на сайте социальной интернет - сети «ВКонтакте» по электронному адресу: </w:t>
            </w:r>
            <w:r>
              <w:t>http</w:t>
            </w:r>
            <w:r w:rsidRPr="00332DB8">
              <w:rPr>
                <w:lang w:val="ru-RU"/>
              </w:rPr>
              <w:t>://</w:t>
            </w:r>
            <w:r>
              <w:t>vk</w:t>
            </w:r>
            <w:r w:rsidRPr="00332DB8">
              <w:rPr>
                <w:lang w:val="ru-RU"/>
              </w:rPr>
              <w:t>.</w:t>
            </w:r>
            <w:r>
              <w:t>com</w:t>
            </w:r>
            <w:r w:rsidRPr="00332DB8">
              <w:rPr>
                <w:lang w:val="ru-RU"/>
              </w:rPr>
              <w:t xml:space="preserve"> (решение Ленинского районного суда г. Саранска Республики Мордовия от 25.03.2013);</w:t>
            </w:r>
          </w:p>
        </w:tc>
        <w:tc>
          <w:tcPr>
            <w:tcW w:w="2880" w:type="dxa"/>
          </w:tcPr>
          <w:p w:rsidR="006F7457" w:rsidRPr="00332DB8" w:rsidRDefault="006F7457">
            <w:pPr>
              <w:rPr>
                <w:lang w:val="ru-RU"/>
              </w:rPr>
            </w:pPr>
          </w:p>
        </w:tc>
      </w:tr>
      <w:tr w:rsidR="006F7457" w:rsidRPr="005A424D">
        <w:tc>
          <w:tcPr>
            <w:tcW w:w="2880" w:type="dxa"/>
          </w:tcPr>
          <w:p w:rsidR="006F7457" w:rsidRDefault="00332DB8">
            <w:r>
              <w:t>2012.</w:t>
            </w:r>
          </w:p>
        </w:tc>
        <w:tc>
          <w:tcPr>
            <w:tcW w:w="2880" w:type="dxa"/>
          </w:tcPr>
          <w:p w:rsidR="006F7457" w:rsidRPr="00332DB8" w:rsidRDefault="00332DB8">
            <w:pPr>
              <w:rPr>
                <w:lang w:val="ru-RU"/>
              </w:rPr>
            </w:pPr>
            <w:r w:rsidRPr="00332DB8">
              <w:rPr>
                <w:lang w:val="ru-RU"/>
              </w:rPr>
              <w:t xml:space="preserve">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w:t>
            </w:r>
            <w:r>
              <w:t>http</w:t>
            </w:r>
            <w:r w:rsidRPr="00332DB8">
              <w:rPr>
                <w:lang w:val="ru-RU"/>
              </w:rPr>
              <w:t xml:space="preserve">:// </w:t>
            </w:r>
            <w:r>
              <w:t>vkontakte</w:t>
            </w:r>
            <w:r w:rsidRPr="00332DB8">
              <w:rPr>
                <w:lang w:val="ru-RU"/>
              </w:rPr>
              <w:t>.</w:t>
            </w:r>
            <w:r>
              <w:t>ru</w:t>
            </w:r>
            <w:r w:rsidRPr="00332DB8">
              <w:rPr>
                <w:lang w:val="ru-RU"/>
              </w:rPr>
              <w:t xml:space="preserve">/ </w:t>
            </w:r>
            <w:r>
              <w:t>id</w:t>
            </w:r>
            <w:r w:rsidRPr="00332DB8">
              <w:rPr>
                <w:lang w:val="ru-RU"/>
              </w:rPr>
              <w:t xml:space="preserve"> 53006594 (решение Ленинского районного суда города Уфы Республики Башкортостан от 04.03.2013);</w:t>
            </w:r>
          </w:p>
        </w:tc>
        <w:tc>
          <w:tcPr>
            <w:tcW w:w="2880" w:type="dxa"/>
          </w:tcPr>
          <w:p w:rsidR="006F7457" w:rsidRPr="00332DB8" w:rsidRDefault="006F7457">
            <w:pPr>
              <w:rPr>
                <w:lang w:val="ru-RU"/>
              </w:rPr>
            </w:pPr>
          </w:p>
        </w:tc>
      </w:tr>
      <w:tr w:rsidR="006F7457" w:rsidRPr="005A424D">
        <w:tc>
          <w:tcPr>
            <w:tcW w:w="2880" w:type="dxa"/>
          </w:tcPr>
          <w:p w:rsidR="006F7457" w:rsidRDefault="00332DB8">
            <w:r>
              <w:t>201</w:t>
            </w:r>
            <w:r>
              <w:lastRenderedPageBreak/>
              <w:t>3.</w:t>
            </w:r>
          </w:p>
        </w:tc>
        <w:tc>
          <w:tcPr>
            <w:tcW w:w="2880" w:type="dxa"/>
          </w:tcPr>
          <w:p w:rsidR="006F7457" w:rsidRPr="00332DB8" w:rsidRDefault="00332DB8">
            <w:pPr>
              <w:rPr>
                <w:lang w:val="ru-RU"/>
              </w:rPr>
            </w:pPr>
            <w:r w:rsidRPr="00332DB8">
              <w:rPr>
                <w:lang w:val="ru-RU"/>
              </w:rPr>
              <w:lastRenderedPageBreak/>
              <w:t>Брошюра «Саратовское дело. Выпуск 16» (Киев, «Вехи истории», 1996) (решение Тимирязевского районного суда г. Москвы от 14.05.2013);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2014.</w:t>
            </w:r>
          </w:p>
        </w:tc>
        <w:tc>
          <w:tcPr>
            <w:tcW w:w="2880" w:type="dxa"/>
          </w:tcPr>
          <w:p w:rsidR="006F7457" w:rsidRPr="00332DB8" w:rsidRDefault="00332DB8">
            <w:pPr>
              <w:rPr>
                <w:lang w:val="ru-RU"/>
              </w:rPr>
            </w:pPr>
            <w:r w:rsidRPr="00332DB8">
              <w:rPr>
                <w:lang w:val="ru-RU"/>
              </w:rPr>
              <w:t xml:space="preserve">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138583227, созданной на сайте социальной Интернет - сети «ВКонтакте» по электронному адресу: </w:t>
            </w:r>
            <w:r>
              <w:t>http</w:t>
            </w:r>
            <w:r w:rsidRPr="00332DB8">
              <w:rPr>
                <w:lang w:val="ru-RU"/>
              </w:rPr>
              <w:t>://</w:t>
            </w:r>
            <w:r>
              <w:t>vk</w:t>
            </w:r>
            <w:r w:rsidRPr="00332DB8">
              <w:rPr>
                <w:lang w:val="ru-RU"/>
              </w:rPr>
              <w:t>.</w:t>
            </w:r>
            <w:r>
              <w:t>com</w:t>
            </w:r>
            <w:r w:rsidRPr="00332DB8">
              <w:rPr>
                <w:lang w:val="ru-RU"/>
              </w:rPr>
              <w:t xml:space="preserve"> (решение Ленинского районного суда г. Саранска Республики Мордовия от 19.03.2013);</w:t>
            </w:r>
          </w:p>
        </w:tc>
        <w:tc>
          <w:tcPr>
            <w:tcW w:w="2880" w:type="dxa"/>
          </w:tcPr>
          <w:p w:rsidR="006F7457" w:rsidRPr="00332DB8" w:rsidRDefault="006F7457">
            <w:pPr>
              <w:rPr>
                <w:lang w:val="ru-RU"/>
              </w:rPr>
            </w:pPr>
          </w:p>
        </w:tc>
      </w:tr>
      <w:tr w:rsidR="006F7457" w:rsidRPr="005A424D">
        <w:tc>
          <w:tcPr>
            <w:tcW w:w="2880" w:type="dxa"/>
          </w:tcPr>
          <w:p w:rsidR="006F7457" w:rsidRDefault="00332DB8">
            <w:r>
              <w:t>2015.</w:t>
            </w:r>
          </w:p>
        </w:tc>
        <w:tc>
          <w:tcPr>
            <w:tcW w:w="2880" w:type="dxa"/>
          </w:tcPr>
          <w:p w:rsidR="006F7457" w:rsidRPr="00332DB8" w:rsidRDefault="00332DB8">
            <w:pPr>
              <w:rPr>
                <w:lang w:val="ru-RU"/>
              </w:rPr>
            </w:pPr>
            <w:r w:rsidRPr="00332DB8">
              <w:rPr>
                <w:lang w:val="ru-RU"/>
              </w:rPr>
              <w:t>Комментарий к видеоролику под названием «Убийство. Уфа. Парк Кашкадан», размещенный пользователем под условным именем «</w:t>
            </w:r>
            <w:r>
              <w:t>Sanchez</w:t>
            </w:r>
            <w:r w:rsidRPr="00332DB8">
              <w:rPr>
                <w:lang w:val="ru-RU"/>
              </w:rPr>
              <w:t>7</w:t>
            </w:r>
            <w:r>
              <w:t>ification</w:t>
            </w:r>
            <w:r w:rsidRPr="00332DB8">
              <w:rPr>
                <w:lang w:val="ru-RU"/>
              </w:rPr>
              <w:t>» в сети «Интернет» на сайте «</w:t>
            </w:r>
            <w:r>
              <w:t>youtube</w:t>
            </w:r>
            <w:r w:rsidRPr="00332DB8">
              <w:rPr>
                <w:lang w:val="ru-RU"/>
              </w:rPr>
              <w:t xml:space="preserve">» по электронному адресу: </w:t>
            </w:r>
            <w:r>
              <w:t>http</w:t>
            </w:r>
            <w:r w:rsidRPr="00332DB8">
              <w:rPr>
                <w:lang w:val="ru-RU"/>
              </w:rPr>
              <w:t>://</w:t>
            </w:r>
            <w:r>
              <w:t>www</w:t>
            </w:r>
            <w:r w:rsidRPr="00332DB8">
              <w:rPr>
                <w:lang w:val="ru-RU"/>
              </w:rPr>
              <w:t>.</w:t>
            </w:r>
            <w:r>
              <w:t>vkontakte</w:t>
            </w:r>
            <w:r w:rsidRPr="00332DB8">
              <w:rPr>
                <w:lang w:val="ru-RU"/>
              </w:rPr>
              <w:t>.</w:t>
            </w:r>
            <w:r>
              <w:t>ru</w:t>
            </w:r>
            <w:r w:rsidRPr="00332DB8">
              <w:rPr>
                <w:lang w:val="ru-RU"/>
              </w:rPr>
              <w:t xml:space="preserve"> (решение Орджоникидзевского районного суда города Уфы Республики Башкортостан от 12.03.2013);</w:t>
            </w:r>
          </w:p>
        </w:tc>
        <w:tc>
          <w:tcPr>
            <w:tcW w:w="2880" w:type="dxa"/>
          </w:tcPr>
          <w:p w:rsidR="006F7457" w:rsidRPr="00332DB8" w:rsidRDefault="006F7457">
            <w:pPr>
              <w:rPr>
                <w:lang w:val="ru-RU"/>
              </w:rPr>
            </w:pPr>
          </w:p>
        </w:tc>
      </w:tr>
      <w:tr w:rsidR="006F7457">
        <w:tc>
          <w:tcPr>
            <w:tcW w:w="2880" w:type="dxa"/>
          </w:tcPr>
          <w:p w:rsidR="006F7457" w:rsidRDefault="00332DB8">
            <w:r>
              <w:t>2016.</w:t>
            </w:r>
          </w:p>
        </w:tc>
        <w:tc>
          <w:tcPr>
            <w:tcW w:w="2880" w:type="dxa"/>
          </w:tcPr>
          <w:p w:rsidR="006F7457" w:rsidRDefault="00332DB8">
            <w:r w:rsidRPr="00332DB8">
              <w:rPr>
                <w:lang w:val="ru-RU"/>
              </w:rPr>
              <w:t>Сакральные Знания выуженные из религиозных источников.</w:t>
            </w:r>
            <w:r>
              <w:t>pdf</w:t>
            </w:r>
            <w:r w:rsidRPr="00332DB8">
              <w:rPr>
                <w:lang w:val="ru-RU"/>
              </w:rPr>
              <w:t>», «Пособие языческое для Явного мира.</w:t>
            </w:r>
            <w:r>
              <w:t>pdf</w:t>
            </w:r>
            <w:r w:rsidRPr="00332DB8">
              <w:rPr>
                <w:lang w:val="ru-RU"/>
              </w:rPr>
              <w:t>», «Приложение.</w:t>
            </w:r>
            <w:r>
              <w:t>pdf</w:t>
            </w:r>
            <w:r w:rsidRPr="00332DB8">
              <w:rPr>
                <w:lang w:val="ru-RU"/>
              </w:rPr>
              <w:t>», «Титул.</w:t>
            </w:r>
            <w:r>
              <w:t>pdf</w:t>
            </w:r>
            <w:r w:rsidRPr="00332DB8">
              <w:rPr>
                <w:lang w:val="ru-RU"/>
              </w:rPr>
              <w:t>», «Ничто свое мне не найти на стороне.</w:t>
            </w:r>
            <w:r>
              <w:t>pdf</w:t>
            </w:r>
            <w:r w:rsidRPr="00332DB8">
              <w:rPr>
                <w:lang w:val="ru-RU"/>
              </w:rPr>
              <w:t>», «Ода жидам и братам их.</w:t>
            </w:r>
            <w:r>
              <w:t>pdf</w:t>
            </w:r>
            <w:r w:rsidRPr="00332DB8">
              <w:rPr>
                <w:lang w:val="ru-RU"/>
              </w:rPr>
              <w:t>», «Он_дрей Кураев.</w:t>
            </w:r>
            <w:r>
              <w:t>pdf</w:t>
            </w:r>
            <w:r w:rsidRPr="00332DB8">
              <w:rPr>
                <w:lang w:val="ru-RU"/>
              </w:rPr>
              <w:t>», «плащ забвения.</w:t>
            </w:r>
            <w:r>
              <w:t>pdf</w:t>
            </w:r>
            <w:r w:rsidRPr="00332DB8">
              <w:rPr>
                <w:lang w:val="ru-RU"/>
              </w:rPr>
              <w:t xml:space="preserve">». </w:t>
            </w:r>
            <w:r>
              <w:t>(решение Щучанского районного суда Курганской области от 25.03.2013);</w:t>
            </w:r>
          </w:p>
        </w:tc>
        <w:tc>
          <w:tcPr>
            <w:tcW w:w="2880" w:type="dxa"/>
          </w:tcPr>
          <w:p w:rsidR="006F7457" w:rsidRDefault="006F7457"/>
        </w:tc>
      </w:tr>
      <w:tr w:rsidR="006F7457" w:rsidRPr="005A424D">
        <w:tc>
          <w:tcPr>
            <w:tcW w:w="2880" w:type="dxa"/>
          </w:tcPr>
          <w:p w:rsidR="006F7457" w:rsidRDefault="00332DB8">
            <w:r>
              <w:t>2017.</w:t>
            </w:r>
          </w:p>
        </w:tc>
        <w:tc>
          <w:tcPr>
            <w:tcW w:w="2880" w:type="dxa"/>
          </w:tcPr>
          <w:p w:rsidR="006F7457" w:rsidRPr="00332DB8" w:rsidRDefault="00332DB8">
            <w:pPr>
              <w:rPr>
                <w:lang w:val="ru-RU"/>
              </w:rPr>
            </w:pPr>
            <w:r w:rsidRPr="00332DB8">
              <w:rPr>
                <w:lang w:val="ru-RU"/>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t>
            </w:r>
            <w:r>
              <w:t>www</w:t>
            </w:r>
            <w:r w:rsidRPr="00332DB8">
              <w:rPr>
                <w:lang w:val="ru-RU"/>
              </w:rPr>
              <w:t xml:space="preserve">. </w:t>
            </w:r>
            <w:r>
              <w:t>aheku</w:t>
            </w:r>
            <w:r w:rsidRPr="00332DB8">
              <w:rPr>
                <w:lang w:val="ru-RU"/>
              </w:rPr>
              <w:t>.</w:t>
            </w:r>
            <w:r>
              <w:t>org</w:t>
            </w:r>
            <w:r w:rsidRPr="00332DB8">
              <w:rPr>
                <w:lang w:val="ru-RU"/>
              </w:rPr>
              <w:t>» от имени (под ником) «Черкесс» (12.01.2009 12:53) (решение Майского районного суда Кабардино-Балкарской Республики от 31.05.2013);</w:t>
            </w:r>
          </w:p>
        </w:tc>
        <w:tc>
          <w:tcPr>
            <w:tcW w:w="2880" w:type="dxa"/>
          </w:tcPr>
          <w:p w:rsidR="006F7457" w:rsidRPr="00332DB8" w:rsidRDefault="006F7457">
            <w:pPr>
              <w:rPr>
                <w:lang w:val="ru-RU"/>
              </w:rPr>
            </w:pPr>
          </w:p>
        </w:tc>
      </w:tr>
      <w:tr w:rsidR="006F7457" w:rsidRPr="005A424D">
        <w:tc>
          <w:tcPr>
            <w:tcW w:w="2880" w:type="dxa"/>
          </w:tcPr>
          <w:p w:rsidR="006F7457" w:rsidRDefault="00332DB8">
            <w:r>
              <w:t>201</w:t>
            </w:r>
            <w:r>
              <w:lastRenderedPageBreak/>
              <w:t>8.</w:t>
            </w:r>
          </w:p>
        </w:tc>
        <w:tc>
          <w:tcPr>
            <w:tcW w:w="2880" w:type="dxa"/>
          </w:tcPr>
          <w:p w:rsidR="006F7457" w:rsidRPr="00332DB8" w:rsidRDefault="00332DB8">
            <w:pPr>
              <w:rPr>
                <w:lang w:val="ru-RU"/>
              </w:rPr>
            </w:pPr>
            <w:r w:rsidRPr="00332DB8">
              <w:rPr>
                <w:lang w:val="ru-RU"/>
              </w:rPr>
              <w:lastRenderedPageBreak/>
              <w:t xml:space="preserve">Статья под заголовком «Адыгея, она же Солнечная Адыгея, Помидорная Республика», произведенная и распространенная неустановленным лицом на интернет-сайте </w:t>
            </w:r>
            <w:r>
              <w:t>www</w:t>
            </w:r>
            <w:r w:rsidRPr="00332DB8">
              <w:rPr>
                <w:lang w:val="ru-RU"/>
              </w:rPr>
              <w:t>.</w:t>
            </w:r>
            <w:r>
              <w:t>lirkmore</w:t>
            </w:r>
            <w:r w:rsidRPr="00332DB8">
              <w:rPr>
                <w:lang w:val="ru-RU"/>
              </w:rPr>
              <w:t>.</w:t>
            </w:r>
            <w:r>
              <w:t>to</w:t>
            </w:r>
            <w:r w:rsidRPr="00332DB8">
              <w:rPr>
                <w:lang w:val="ru-RU"/>
              </w:rPr>
              <w:t xml:space="preserve"> (решение Майкопского </w:t>
            </w:r>
            <w:r w:rsidRPr="00332DB8">
              <w:rPr>
                <w:lang w:val="ru-RU"/>
              </w:rPr>
              <w:lastRenderedPageBreak/>
              <w:t>городского суда Республики Адыгея от 05.04.2013);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2019.</w:t>
            </w:r>
          </w:p>
        </w:tc>
        <w:tc>
          <w:tcPr>
            <w:tcW w:w="2880" w:type="dxa"/>
          </w:tcPr>
          <w:p w:rsidR="006F7457" w:rsidRPr="00332DB8" w:rsidRDefault="00332DB8">
            <w:pPr>
              <w:rPr>
                <w:lang w:val="ru-RU"/>
              </w:rPr>
            </w:pPr>
            <w:r w:rsidRPr="00332DB8">
              <w:rPr>
                <w:lang w:val="ru-RU"/>
              </w:rPr>
              <w:t xml:space="preserve">Видеоматериалы, опубликованные в глобальной телекоммуникационной сети Интернет на ресурсе, расположенном по электронному адресу: </w:t>
            </w:r>
            <w:r>
              <w:t>http</w:t>
            </w:r>
            <w:r w:rsidRPr="00332DB8">
              <w:rPr>
                <w:lang w:val="ru-RU"/>
              </w:rPr>
              <w:t>://</w:t>
            </w:r>
            <w:r>
              <w:t>www</w:t>
            </w:r>
            <w:r w:rsidRPr="00332DB8">
              <w:rPr>
                <w:lang w:val="ru-RU"/>
              </w:rPr>
              <w:t>.</w:t>
            </w:r>
            <w:r>
              <w:t>odnoklassniki</w:t>
            </w:r>
            <w:r w:rsidRPr="00332DB8">
              <w:rPr>
                <w:lang w:val="ru-RU"/>
              </w:rPr>
              <w:t>.</w:t>
            </w:r>
            <w:r>
              <w:t>ru</w:t>
            </w:r>
            <w:r w:rsidRPr="00332DB8">
              <w:rPr>
                <w:lang w:val="ru-RU"/>
              </w:rPr>
              <w:t>, на странице пользователя «</w:t>
            </w:r>
            <w:r>
              <w:t>Ogur</w:t>
            </w:r>
            <w:r w:rsidRPr="00332DB8">
              <w:rPr>
                <w:lang w:val="ru-RU"/>
              </w:rPr>
              <w:t xml:space="preserve"> </w:t>
            </w:r>
            <w:r>
              <w:t>Iu</w:t>
            </w:r>
            <w:r w:rsidRPr="00332DB8">
              <w:rPr>
                <w:lang w:val="ru-RU"/>
              </w:rPr>
              <w:t>»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2880" w:type="dxa"/>
          </w:tcPr>
          <w:p w:rsidR="006F7457" w:rsidRPr="00332DB8" w:rsidRDefault="006F7457">
            <w:pPr>
              <w:rPr>
                <w:lang w:val="ru-RU"/>
              </w:rPr>
            </w:pPr>
          </w:p>
        </w:tc>
      </w:tr>
      <w:tr w:rsidR="006F7457">
        <w:tc>
          <w:tcPr>
            <w:tcW w:w="2880" w:type="dxa"/>
          </w:tcPr>
          <w:p w:rsidR="006F7457" w:rsidRDefault="00332DB8">
            <w:r>
              <w:t>2020.</w:t>
            </w:r>
          </w:p>
        </w:tc>
        <w:tc>
          <w:tcPr>
            <w:tcW w:w="2880" w:type="dxa"/>
          </w:tcPr>
          <w:p w:rsidR="006F7457" w:rsidRDefault="00332DB8">
            <w:r>
              <w:t>Исключен;</w:t>
            </w:r>
          </w:p>
        </w:tc>
        <w:tc>
          <w:tcPr>
            <w:tcW w:w="2880" w:type="dxa"/>
          </w:tcPr>
          <w:p w:rsidR="006F7457" w:rsidRDefault="006F7457"/>
        </w:tc>
      </w:tr>
      <w:tr w:rsidR="006F7457" w:rsidRPr="005A424D">
        <w:tc>
          <w:tcPr>
            <w:tcW w:w="2880" w:type="dxa"/>
          </w:tcPr>
          <w:p w:rsidR="006F7457" w:rsidRDefault="00332DB8">
            <w:r>
              <w:t>2021.</w:t>
            </w:r>
          </w:p>
        </w:tc>
        <w:tc>
          <w:tcPr>
            <w:tcW w:w="2880" w:type="dxa"/>
          </w:tcPr>
          <w:p w:rsidR="006F7457" w:rsidRPr="00332DB8" w:rsidRDefault="00332DB8">
            <w:pPr>
              <w:rPr>
                <w:lang w:val="ru-RU"/>
              </w:rPr>
            </w:pPr>
            <w:r w:rsidRPr="00332DB8">
              <w:rPr>
                <w:lang w:val="ru-RU"/>
              </w:rPr>
              <w:t xml:space="preserve">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w:t>
            </w:r>
            <w:r>
              <w:t>http</w:t>
            </w:r>
            <w:r w:rsidRPr="00332DB8">
              <w:rPr>
                <w:lang w:val="ru-RU"/>
              </w:rPr>
              <w:t xml:space="preserve">:// </w:t>
            </w:r>
            <w:r>
              <w:t>vkontakte</w:t>
            </w:r>
            <w:r w:rsidRPr="00332DB8">
              <w:rPr>
                <w:lang w:val="ru-RU"/>
              </w:rPr>
              <w:t>.</w:t>
            </w:r>
            <w:r>
              <w:t>ru</w:t>
            </w:r>
            <w:r w:rsidRPr="00332DB8">
              <w:rPr>
                <w:lang w:val="ru-RU"/>
              </w:rPr>
              <w:t>/</w:t>
            </w:r>
            <w:r>
              <w:t>video</w:t>
            </w:r>
            <w:r w:rsidRPr="00332DB8">
              <w:rPr>
                <w:lang w:val="ru-RU"/>
              </w:rPr>
              <w:t xml:space="preserve">106162466_158838975; видеофайл «Славянский союз-Националистическое движение №1 в Мире», размещенный по электронному адресу </w:t>
            </w:r>
            <w:r>
              <w:t>http</w:t>
            </w:r>
            <w:r w:rsidRPr="00332DB8">
              <w:rPr>
                <w:lang w:val="ru-RU"/>
              </w:rPr>
              <w:t xml:space="preserve">:// </w:t>
            </w:r>
            <w:r>
              <w:t>vkontakte</w:t>
            </w:r>
            <w:r w:rsidRPr="00332DB8">
              <w:rPr>
                <w:lang w:val="ru-RU"/>
              </w:rPr>
              <w:t>.</w:t>
            </w:r>
            <w:r>
              <w:t>ru</w:t>
            </w:r>
            <w:r w:rsidRPr="00332DB8">
              <w:rPr>
                <w:lang w:val="ru-RU"/>
              </w:rPr>
              <w:t>/</w:t>
            </w:r>
            <w:r>
              <w:t>video</w:t>
            </w:r>
            <w:r w:rsidRPr="00332DB8">
              <w:rPr>
                <w:lang w:val="ru-RU"/>
              </w:rPr>
              <w:t xml:space="preserve">106162466_158864846; изображение человека в маске, вскинувшего правую руку в римском/нацистском приветствии и нецензурной надписью, размещенное по адресу </w:t>
            </w:r>
            <w:r>
              <w:t>http</w:t>
            </w:r>
            <w:r w:rsidRPr="00332DB8">
              <w:rPr>
                <w:lang w:val="ru-RU"/>
              </w:rPr>
              <w:t xml:space="preserve">:// </w:t>
            </w:r>
            <w:r>
              <w:t>vkontakte</w:t>
            </w:r>
            <w:r w:rsidRPr="00332DB8">
              <w:rPr>
                <w:lang w:val="ru-RU"/>
              </w:rPr>
              <w:t>.</w:t>
            </w:r>
            <w:r>
              <w:t>ru</w:t>
            </w:r>
            <w:r w:rsidRPr="00332DB8">
              <w:rPr>
                <w:lang w:val="ru-RU"/>
              </w:rPr>
              <w:t>/</w:t>
            </w:r>
            <w:r>
              <w:t>photo</w:t>
            </w:r>
            <w:r w:rsidRPr="00332DB8">
              <w:rPr>
                <w:lang w:val="ru-RU"/>
              </w:rPr>
              <w:t>106162466_211484365 (решение Королёвского городского суда Московской области от 12.02.2013);</w:t>
            </w:r>
          </w:p>
        </w:tc>
        <w:tc>
          <w:tcPr>
            <w:tcW w:w="2880" w:type="dxa"/>
          </w:tcPr>
          <w:p w:rsidR="006F7457" w:rsidRPr="00332DB8" w:rsidRDefault="006F7457">
            <w:pPr>
              <w:rPr>
                <w:lang w:val="ru-RU"/>
              </w:rPr>
            </w:pPr>
          </w:p>
        </w:tc>
      </w:tr>
      <w:tr w:rsidR="006F7457" w:rsidRPr="005A424D">
        <w:tc>
          <w:tcPr>
            <w:tcW w:w="2880" w:type="dxa"/>
          </w:tcPr>
          <w:p w:rsidR="006F7457" w:rsidRDefault="00332DB8">
            <w:r>
              <w:t>2022.</w:t>
            </w:r>
          </w:p>
        </w:tc>
        <w:tc>
          <w:tcPr>
            <w:tcW w:w="2880" w:type="dxa"/>
          </w:tcPr>
          <w:p w:rsidR="006F7457" w:rsidRPr="00332DB8" w:rsidRDefault="00332DB8">
            <w:pPr>
              <w:rPr>
                <w:lang w:val="ru-RU"/>
              </w:rPr>
            </w:pPr>
            <w:r w:rsidRPr="00332DB8">
              <w:rPr>
                <w:lang w:val="ru-RU"/>
              </w:rPr>
              <w:t>Книга «Владимир Попов «Возвращение Руси». М., Наследие предков. 2003» (решение Южно-Сахалинского городского суда от 23.05.2013);</w:t>
            </w:r>
          </w:p>
        </w:tc>
        <w:tc>
          <w:tcPr>
            <w:tcW w:w="2880" w:type="dxa"/>
          </w:tcPr>
          <w:p w:rsidR="006F7457" w:rsidRPr="00332DB8" w:rsidRDefault="006F7457">
            <w:pPr>
              <w:rPr>
                <w:lang w:val="ru-RU"/>
              </w:rPr>
            </w:pPr>
          </w:p>
        </w:tc>
      </w:tr>
      <w:tr w:rsidR="006F7457" w:rsidRPr="005A424D">
        <w:tc>
          <w:tcPr>
            <w:tcW w:w="2880" w:type="dxa"/>
          </w:tcPr>
          <w:p w:rsidR="006F7457" w:rsidRDefault="00332DB8">
            <w:r>
              <w:t>202</w:t>
            </w:r>
            <w:r>
              <w:lastRenderedPageBreak/>
              <w:t>3.</w:t>
            </w:r>
          </w:p>
        </w:tc>
        <w:tc>
          <w:tcPr>
            <w:tcW w:w="2880" w:type="dxa"/>
          </w:tcPr>
          <w:p w:rsidR="006F7457" w:rsidRPr="00332DB8" w:rsidRDefault="00332DB8">
            <w:pPr>
              <w:rPr>
                <w:lang w:val="ru-RU"/>
              </w:rPr>
            </w:pPr>
            <w:r w:rsidRPr="00332DB8">
              <w:rPr>
                <w:lang w:val="ru-RU"/>
              </w:rPr>
              <w:lastRenderedPageBreak/>
              <w:t xml:space="preserve">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138583227, созданной на сайте социальной интернет - сети «ВКонтакте» </w:t>
            </w:r>
            <w:r w:rsidRPr="00332DB8">
              <w:rPr>
                <w:lang w:val="ru-RU"/>
              </w:rPr>
              <w:lastRenderedPageBreak/>
              <w:t xml:space="preserve">по электронному адресу: </w:t>
            </w:r>
            <w:r>
              <w:t>http</w:t>
            </w:r>
            <w:r w:rsidRPr="00332DB8">
              <w:rPr>
                <w:lang w:val="ru-RU"/>
              </w:rPr>
              <w:t>://</w:t>
            </w:r>
            <w:r>
              <w:t>vk</w:t>
            </w:r>
            <w:r w:rsidRPr="00332DB8">
              <w:rPr>
                <w:lang w:val="ru-RU"/>
              </w:rPr>
              <w:t>.</w:t>
            </w:r>
            <w:r>
              <w:t>com</w:t>
            </w:r>
            <w:r w:rsidRPr="00332DB8">
              <w:rPr>
                <w:lang w:val="ru-RU"/>
              </w:rPr>
              <w:t xml:space="preserve"> (решение Ленинского районного суда г. Саранска Республики Мордовия от 25.03.2013);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2024.</w:t>
            </w:r>
          </w:p>
        </w:tc>
        <w:tc>
          <w:tcPr>
            <w:tcW w:w="2880" w:type="dxa"/>
          </w:tcPr>
          <w:p w:rsidR="006F7457" w:rsidRPr="00332DB8" w:rsidRDefault="00332DB8">
            <w:pPr>
              <w:rPr>
                <w:lang w:val="ru-RU"/>
              </w:rPr>
            </w:pPr>
            <w:r w:rsidRPr="00332DB8">
              <w:rPr>
                <w:lang w:val="ru-RU"/>
              </w:rPr>
              <w:t>Листовка под названием «К оружию! Молния» (решение Центрального районного суда г. Омска от 06.06.2013);</w:t>
            </w:r>
          </w:p>
        </w:tc>
        <w:tc>
          <w:tcPr>
            <w:tcW w:w="2880" w:type="dxa"/>
          </w:tcPr>
          <w:p w:rsidR="006F7457" w:rsidRPr="00332DB8" w:rsidRDefault="006F7457">
            <w:pPr>
              <w:rPr>
                <w:lang w:val="ru-RU"/>
              </w:rPr>
            </w:pPr>
          </w:p>
        </w:tc>
      </w:tr>
      <w:tr w:rsidR="006F7457" w:rsidRPr="005A424D">
        <w:tc>
          <w:tcPr>
            <w:tcW w:w="2880" w:type="dxa"/>
          </w:tcPr>
          <w:p w:rsidR="006F7457" w:rsidRDefault="00332DB8">
            <w:r>
              <w:t>2025.</w:t>
            </w:r>
          </w:p>
        </w:tc>
        <w:tc>
          <w:tcPr>
            <w:tcW w:w="2880" w:type="dxa"/>
          </w:tcPr>
          <w:p w:rsidR="006F7457" w:rsidRPr="00332DB8" w:rsidRDefault="00332DB8">
            <w:pPr>
              <w:rPr>
                <w:lang w:val="ru-RU"/>
              </w:rPr>
            </w:pPr>
            <w:r w:rsidRPr="00332DB8">
              <w:rPr>
                <w:lang w:val="ru-RU"/>
              </w:rPr>
              <w:t xml:space="preserve">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w:t>
            </w:r>
            <w:r>
              <w:t>http</w:t>
            </w:r>
            <w:r w:rsidRPr="00332DB8">
              <w:rPr>
                <w:lang w:val="ru-RU"/>
              </w:rPr>
              <w:t>//</w:t>
            </w:r>
            <w:r>
              <w:t>www</w:t>
            </w:r>
            <w:r w:rsidRPr="00332DB8">
              <w:rPr>
                <w:lang w:val="ru-RU"/>
              </w:rPr>
              <w:t>.</w:t>
            </w:r>
            <w:r>
              <w:t>vk</w:t>
            </w:r>
            <w:r w:rsidRPr="00332DB8">
              <w:rPr>
                <w:lang w:val="ru-RU"/>
              </w:rPr>
              <w:t>.</w:t>
            </w:r>
            <w:r>
              <w:t>com</w:t>
            </w:r>
            <w:r w:rsidRPr="00332DB8">
              <w:rPr>
                <w:lang w:val="ru-RU"/>
              </w:rPr>
              <w:t xml:space="preserve"> (решение Магасского районного суда Республики Ингушетия от 10.04.2013);</w:t>
            </w:r>
          </w:p>
        </w:tc>
        <w:tc>
          <w:tcPr>
            <w:tcW w:w="2880" w:type="dxa"/>
          </w:tcPr>
          <w:p w:rsidR="006F7457" w:rsidRPr="00332DB8" w:rsidRDefault="006F7457">
            <w:pPr>
              <w:rPr>
                <w:lang w:val="ru-RU"/>
              </w:rPr>
            </w:pPr>
          </w:p>
        </w:tc>
      </w:tr>
      <w:tr w:rsidR="006F7457" w:rsidRPr="005A424D">
        <w:tc>
          <w:tcPr>
            <w:tcW w:w="2880" w:type="dxa"/>
          </w:tcPr>
          <w:p w:rsidR="006F7457" w:rsidRDefault="00332DB8">
            <w:r>
              <w:t>2026.</w:t>
            </w:r>
          </w:p>
        </w:tc>
        <w:tc>
          <w:tcPr>
            <w:tcW w:w="2880" w:type="dxa"/>
          </w:tcPr>
          <w:p w:rsidR="006F7457" w:rsidRPr="00332DB8" w:rsidRDefault="00332DB8">
            <w:pPr>
              <w:rPr>
                <w:lang w:val="ru-RU"/>
              </w:rPr>
            </w:pPr>
            <w:r w:rsidRPr="00332DB8">
              <w:rPr>
                <w:lang w:val="ru-RU"/>
              </w:rPr>
              <w:t xml:space="preserve">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w:t>
            </w:r>
            <w:r>
              <w:t>http</w:t>
            </w:r>
            <w:r w:rsidRPr="00332DB8">
              <w:rPr>
                <w:lang w:val="ru-RU"/>
              </w:rPr>
              <w:t>://</w:t>
            </w:r>
            <w:r>
              <w:t>lj</w:t>
            </w:r>
            <w:r w:rsidRPr="00332DB8">
              <w:rPr>
                <w:lang w:val="ru-RU"/>
              </w:rPr>
              <w:t>.</w:t>
            </w:r>
            <w:r>
              <w:t>rossia</w:t>
            </w:r>
            <w:r w:rsidRPr="00332DB8">
              <w:rPr>
                <w:lang w:val="ru-RU"/>
              </w:rPr>
              <w:t>.</w:t>
            </w:r>
            <w:r>
              <w:t>org</w:t>
            </w:r>
            <w:r w:rsidRPr="00332DB8">
              <w:rPr>
                <w:lang w:val="ru-RU"/>
              </w:rPr>
              <w:t xml:space="preserve"> и </w:t>
            </w:r>
            <w:r>
              <w:t>http</w:t>
            </w:r>
            <w:r w:rsidRPr="00332DB8">
              <w:rPr>
                <w:lang w:val="ru-RU"/>
              </w:rPr>
              <w:t>://</w:t>
            </w:r>
            <w:r>
              <w:t>ic</w:t>
            </w:r>
            <w:r w:rsidRPr="00332DB8">
              <w:rPr>
                <w:lang w:val="ru-RU"/>
              </w:rPr>
              <w:t>.</w:t>
            </w:r>
            <w:r>
              <w:t>pics</w:t>
            </w:r>
            <w:r w:rsidRPr="00332DB8">
              <w:rPr>
                <w:lang w:val="ru-RU"/>
              </w:rPr>
              <w:t>.</w:t>
            </w:r>
            <w:r>
              <w:t>livejournal</w:t>
            </w:r>
            <w:r w:rsidRPr="00332DB8">
              <w:rPr>
                <w:lang w:val="ru-RU"/>
              </w:rPr>
              <w:t>.</w:t>
            </w:r>
            <w:r>
              <w:t>com</w:t>
            </w:r>
            <w:r w:rsidRPr="00332DB8">
              <w:rPr>
                <w:lang w:val="ru-RU"/>
              </w:rPr>
              <w:t xml:space="preserve"> (решение Таштагольского городского суда Кемеровской области от 29.05.2013).</w:t>
            </w:r>
          </w:p>
        </w:tc>
        <w:tc>
          <w:tcPr>
            <w:tcW w:w="2880" w:type="dxa"/>
          </w:tcPr>
          <w:p w:rsidR="006F7457" w:rsidRPr="00332DB8" w:rsidRDefault="006F7457">
            <w:pPr>
              <w:rPr>
                <w:lang w:val="ru-RU"/>
              </w:rPr>
            </w:pPr>
          </w:p>
        </w:tc>
      </w:tr>
      <w:tr w:rsidR="006F7457" w:rsidRPr="005A424D">
        <w:tc>
          <w:tcPr>
            <w:tcW w:w="2880" w:type="dxa"/>
          </w:tcPr>
          <w:p w:rsidR="006F7457" w:rsidRDefault="00332DB8">
            <w:r>
              <w:t>2027.</w:t>
            </w:r>
          </w:p>
        </w:tc>
        <w:tc>
          <w:tcPr>
            <w:tcW w:w="2880" w:type="dxa"/>
          </w:tcPr>
          <w:p w:rsidR="006F7457" w:rsidRPr="00332DB8" w:rsidRDefault="00332DB8">
            <w:pPr>
              <w:rPr>
                <w:lang w:val="ru-RU"/>
              </w:rPr>
            </w:pPr>
            <w:r w:rsidRPr="00332DB8">
              <w:rPr>
                <w:lang w:val="ru-RU"/>
              </w:rPr>
              <w:t>Печатное издание И.С. Баркова «Жидоведение. Учебное пособие» (решение Бежицкого районного суда г. Брянска от 28.05.2013);</w:t>
            </w:r>
          </w:p>
        </w:tc>
        <w:tc>
          <w:tcPr>
            <w:tcW w:w="2880" w:type="dxa"/>
          </w:tcPr>
          <w:p w:rsidR="006F7457" w:rsidRPr="00332DB8" w:rsidRDefault="006F7457">
            <w:pPr>
              <w:rPr>
                <w:lang w:val="ru-RU"/>
              </w:rPr>
            </w:pPr>
          </w:p>
        </w:tc>
      </w:tr>
      <w:tr w:rsidR="006F7457" w:rsidRPr="005A424D">
        <w:tc>
          <w:tcPr>
            <w:tcW w:w="2880" w:type="dxa"/>
          </w:tcPr>
          <w:p w:rsidR="006F7457" w:rsidRDefault="00332DB8">
            <w:r>
              <w:t>2028.</w:t>
            </w:r>
          </w:p>
        </w:tc>
        <w:tc>
          <w:tcPr>
            <w:tcW w:w="2880" w:type="dxa"/>
          </w:tcPr>
          <w:p w:rsidR="006F7457" w:rsidRPr="00332DB8" w:rsidRDefault="00332DB8">
            <w:pPr>
              <w:rPr>
                <w:lang w:val="ru-RU"/>
              </w:rPr>
            </w:pPr>
            <w:r w:rsidRPr="00332DB8">
              <w:rPr>
                <w:lang w:val="ru-RU"/>
              </w:rPr>
              <w:t>Печатное издание А.П. Баркашова «Азбука русского националиста» (решение Бежицкого районного суда г. Брянска от 21.05.2013);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2029.</w:t>
            </w:r>
          </w:p>
        </w:tc>
        <w:tc>
          <w:tcPr>
            <w:tcW w:w="2880" w:type="dxa"/>
          </w:tcPr>
          <w:p w:rsidR="006F7457" w:rsidRPr="00332DB8" w:rsidRDefault="00332DB8">
            <w:pPr>
              <w:rPr>
                <w:lang w:val="ru-RU"/>
              </w:rPr>
            </w:pPr>
            <w:r w:rsidRPr="00332DB8">
              <w:rPr>
                <w:lang w:val="ru-RU"/>
              </w:rPr>
              <w:t>Печатное издание – газета «Русский порядок» №1 (48) от 11.06.2002 (решение Бежицкого районного суда г. Брянска от 30.05.2013);</w:t>
            </w:r>
          </w:p>
        </w:tc>
        <w:tc>
          <w:tcPr>
            <w:tcW w:w="2880" w:type="dxa"/>
          </w:tcPr>
          <w:p w:rsidR="006F7457" w:rsidRPr="00332DB8" w:rsidRDefault="006F7457">
            <w:pPr>
              <w:rPr>
                <w:lang w:val="ru-RU"/>
              </w:rPr>
            </w:pPr>
          </w:p>
        </w:tc>
      </w:tr>
      <w:tr w:rsidR="006F7457">
        <w:tc>
          <w:tcPr>
            <w:tcW w:w="2880" w:type="dxa"/>
          </w:tcPr>
          <w:p w:rsidR="006F7457" w:rsidRDefault="00332DB8">
            <w:r>
              <w:t>2030.</w:t>
            </w:r>
          </w:p>
        </w:tc>
        <w:tc>
          <w:tcPr>
            <w:tcW w:w="2880" w:type="dxa"/>
          </w:tcPr>
          <w:p w:rsidR="006F7457" w:rsidRDefault="00332DB8">
            <w:r>
              <w:t xml:space="preserve">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«INTERNAСIONALBOLˈ6EVISTSKAA_PARTIA.wmv»; «Intervju u antifashista.wmv»; «INTERVˈU_S_DEPUTATOM.wmv»; «ivan.wmv»; «LEGENDA_OB_OB46.avi»; «milo.wmv»; «MTC.wmv»; «mv9ybh0brzks.wmv»; «NELEGALˈNAA_DVORNI4IHA.wmv»; «NOVGORODSKIE_AKCII.wmv»; «nswpvideo1.wmv»; «nswpvideo2.wmv»; «nswpvideo3.wmv»; «nswpvideo6.wmv»; «Polu4il_Po_Zaslugam.wmv»; «POSVA6ENIE_V_SKINHEDY.wmv»; «PRAMOE_DEISTVIE.wmv»; «PRAVYI_MAR6.wmv»; «RAZGON_MODNIKOV.wmv»; «rolik-ochistimmoskvu.wmv»; «rolik-ochistimmoskvu.avi»; «Romper_Stomper+RUS88.wmv»; «Rus_School_for_RUS_88.wmv»; «Russian_Fight_Club88.wmv»; «SEMˈ_SOROK.wmv»; «Shit_Skinhead.WMV»; «spanish patriots 88.wmv»; «TUSOVKA_ANTIFA6ISTOV.wmv»; «Untitled_0002.wmv»; «VIVAT_ROSSIA.wmv»; «WhiteCross.wmv»; «Хорсс - Взаперти.wmv»; «Хорсс -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«ˈЗолотая Молодёжь Кавказа 3ˈ серия-Ломаем скина.avi»; «Избиение мигрантов2.wmv»; «Избиение мигрантов3.wmv»; «Избиение мигрантов4.wmv»; «Избиение мигрантов5.wmv»; </w:t>
            </w:r>
            <w:r>
              <w:lastRenderedPageBreak/>
              <w:t>«Избиение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2880" w:type="dxa"/>
          </w:tcPr>
          <w:p w:rsidR="006F7457" w:rsidRDefault="006F7457"/>
        </w:tc>
      </w:tr>
      <w:tr w:rsidR="006F7457">
        <w:tc>
          <w:tcPr>
            <w:tcW w:w="2880" w:type="dxa"/>
          </w:tcPr>
          <w:p w:rsidR="006F7457" w:rsidRDefault="00332DB8">
            <w:r>
              <w:lastRenderedPageBreak/>
              <w:t>2031.</w:t>
            </w:r>
          </w:p>
        </w:tc>
        <w:tc>
          <w:tcPr>
            <w:tcW w:w="2880" w:type="dxa"/>
          </w:tcPr>
          <w:p w:rsidR="006F7457" w:rsidRDefault="00332DB8">
            <w: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2880" w:type="dxa"/>
          </w:tcPr>
          <w:p w:rsidR="006F7457" w:rsidRDefault="006F7457"/>
        </w:tc>
      </w:tr>
      <w:tr w:rsidR="006F7457" w:rsidRPr="005A424D">
        <w:tc>
          <w:tcPr>
            <w:tcW w:w="2880" w:type="dxa"/>
          </w:tcPr>
          <w:p w:rsidR="006F7457" w:rsidRDefault="00332DB8">
            <w:r>
              <w:t>2032.</w:t>
            </w:r>
          </w:p>
        </w:tc>
        <w:tc>
          <w:tcPr>
            <w:tcW w:w="2880" w:type="dxa"/>
          </w:tcPr>
          <w:p w:rsidR="006F7457" w:rsidRPr="00332DB8" w:rsidRDefault="00332DB8">
            <w:pPr>
              <w:rPr>
                <w:lang w:val="ru-RU"/>
              </w:rPr>
            </w:pPr>
            <w:r>
              <w:t xml:space="preserve">Лозунг «Остановим исламизацию – остановим терроризм!» </w:t>
            </w:r>
            <w:r w:rsidRPr="005A424D">
              <w:rPr>
                <w:lang w:val="ru-RU"/>
              </w:rPr>
              <w:t>(</w:t>
            </w:r>
            <w:r w:rsidRPr="00332DB8">
              <w:rPr>
                <w:lang w:val="ru-RU"/>
              </w:rPr>
              <w:t>решение</w:t>
            </w:r>
            <w:r w:rsidRPr="005A424D">
              <w:rPr>
                <w:lang w:val="ru-RU"/>
              </w:rPr>
              <w:t xml:space="preserve"> </w:t>
            </w:r>
            <w:r w:rsidRPr="00332DB8">
              <w:rPr>
                <w:lang w:val="ru-RU"/>
              </w:rPr>
              <w:t>Бабушкинского</w:t>
            </w:r>
            <w:r w:rsidRPr="005A424D">
              <w:rPr>
                <w:lang w:val="ru-RU"/>
              </w:rPr>
              <w:t xml:space="preserve"> </w:t>
            </w:r>
            <w:r w:rsidRPr="00332DB8">
              <w:rPr>
                <w:lang w:val="ru-RU"/>
              </w:rPr>
              <w:t>районного суда г. Москвы от 04.06.2013);</w:t>
            </w:r>
          </w:p>
        </w:tc>
        <w:tc>
          <w:tcPr>
            <w:tcW w:w="2880" w:type="dxa"/>
          </w:tcPr>
          <w:p w:rsidR="006F7457" w:rsidRPr="00332DB8" w:rsidRDefault="006F7457">
            <w:pPr>
              <w:rPr>
                <w:lang w:val="ru-RU"/>
              </w:rPr>
            </w:pPr>
          </w:p>
        </w:tc>
      </w:tr>
      <w:tr w:rsidR="006F7457" w:rsidRPr="005A424D">
        <w:tc>
          <w:tcPr>
            <w:tcW w:w="2880" w:type="dxa"/>
          </w:tcPr>
          <w:p w:rsidR="006F7457" w:rsidRDefault="00332DB8">
            <w:r>
              <w:t>2033.</w:t>
            </w:r>
          </w:p>
        </w:tc>
        <w:tc>
          <w:tcPr>
            <w:tcW w:w="2880" w:type="dxa"/>
          </w:tcPr>
          <w:p w:rsidR="006F7457" w:rsidRPr="00332DB8" w:rsidRDefault="00332DB8">
            <w:pPr>
              <w:rPr>
                <w:lang w:val="ru-RU"/>
              </w:rPr>
            </w:pPr>
            <w:r w:rsidRPr="00332DB8">
              <w:rPr>
                <w:lang w:val="ru-RU"/>
              </w:rPr>
              <w:t xml:space="preserve">Книга «Записки испанского летчика», автор – Игорь Губкин, со следующими выходными данными на странице 235 – «Формат 60 х 90, усл. Печ. Л. 15. Гарнитура </w:t>
            </w:r>
            <w:r>
              <w:t>Bookman</w:t>
            </w:r>
            <w:r w:rsidRPr="00332DB8">
              <w:rPr>
                <w:lang w:val="ru-RU"/>
              </w:rPr>
              <w:t xml:space="preserve"> </w:t>
            </w:r>
            <w:r>
              <w:t>Old</w:t>
            </w:r>
            <w:r w:rsidRPr="00332DB8">
              <w:rPr>
                <w:lang w:val="ru-RU"/>
              </w:rPr>
              <w:t xml:space="preserve"> </w:t>
            </w:r>
            <w:r>
              <w:t>Style</w:t>
            </w:r>
            <w:r w:rsidRPr="00332DB8">
              <w:rPr>
                <w:lang w:val="ru-RU"/>
              </w:rPr>
              <w:t>.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2880" w:type="dxa"/>
          </w:tcPr>
          <w:p w:rsidR="006F7457" w:rsidRPr="00332DB8" w:rsidRDefault="006F7457">
            <w:pPr>
              <w:rPr>
                <w:lang w:val="ru-RU"/>
              </w:rPr>
            </w:pPr>
          </w:p>
        </w:tc>
      </w:tr>
      <w:tr w:rsidR="006F7457" w:rsidRPr="005A424D">
        <w:tc>
          <w:tcPr>
            <w:tcW w:w="2880" w:type="dxa"/>
          </w:tcPr>
          <w:p w:rsidR="006F7457" w:rsidRDefault="00332DB8">
            <w:r>
              <w:t>2034.</w:t>
            </w:r>
          </w:p>
        </w:tc>
        <w:tc>
          <w:tcPr>
            <w:tcW w:w="2880" w:type="dxa"/>
          </w:tcPr>
          <w:p w:rsidR="006F7457" w:rsidRPr="00332DB8" w:rsidRDefault="00332DB8">
            <w:pPr>
              <w:rPr>
                <w:lang w:val="ru-RU"/>
              </w:rPr>
            </w:pPr>
            <w:r w:rsidRPr="00332DB8">
              <w:rPr>
                <w:lang w:val="ru-RU"/>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2035.</w:t>
            </w:r>
          </w:p>
        </w:tc>
        <w:tc>
          <w:tcPr>
            <w:tcW w:w="2880" w:type="dxa"/>
          </w:tcPr>
          <w:p w:rsidR="006F7457" w:rsidRPr="00332DB8" w:rsidRDefault="00332DB8">
            <w:pPr>
              <w:rPr>
                <w:lang w:val="ru-RU"/>
              </w:rPr>
            </w:pPr>
            <w:r w:rsidRPr="00332DB8">
              <w:rPr>
                <w:lang w:val="ru-RU"/>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2880" w:type="dxa"/>
          </w:tcPr>
          <w:p w:rsidR="006F7457" w:rsidRPr="00332DB8" w:rsidRDefault="006F7457">
            <w:pPr>
              <w:rPr>
                <w:lang w:val="ru-RU"/>
              </w:rPr>
            </w:pPr>
          </w:p>
        </w:tc>
      </w:tr>
      <w:tr w:rsidR="006F7457" w:rsidRPr="005A424D">
        <w:tc>
          <w:tcPr>
            <w:tcW w:w="2880" w:type="dxa"/>
          </w:tcPr>
          <w:p w:rsidR="006F7457" w:rsidRDefault="00332DB8">
            <w:r>
              <w:t>2036.</w:t>
            </w:r>
          </w:p>
        </w:tc>
        <w:tc>
          <w:tcPr>
            <w:tcW w:w="2880" w:type="dxa"/>
          </w:tcPr>
          <w:p w:rsidR="006F7457" w:rsidRPr="00332DB8" w:rsidRDefault="00332DB8">
            <w:pPr>
              <w:rPr>
                <w:lang w:val="ru-RU"/>
              </w:rPr>
            </w:pPr>
            <w:r w:rsidRPr="00332DB8">
              <w:rPr>
                <w:lang w:val="ru-RU"/>
              </w:rPr>
              <w:t>Видеоматериалы «Русские националисты вершат правосудие», «Скинхеды действуют», «Скинхеды клип НСО Север», «Велимор-Коловрат», «Тесак-глава «</w:t>
            </w:r>
            <w:r>
              <w:t>format</w:t>
            </w:r>
            <w:r w:rsidRPr="00332DB8">
              <w:rPr>
                <w:lang w:val="ru-RU"/>
              </w:rPr>
              <w:t xml:space="preserve">18», размещенные в международной информационной сети Интернет на сайте </w:t>
            </w:r>
            <w:r>
              <w:t>www</w:t>
            </w:r>
            <w:r w:rsidRPr="00332DB8">
              <w:rPr>
                <w:lang w:val="ru-RU"/>
              </w:rPr>
              <w:t>.</w:t>
            </w:r>
            <w:r>
              <w:t>vk</w:t>
            </w:r>
            <w:r w:rsidRPr="00332DB8">
              <w:rPr>
                <w:lang w:val="ru-RU"/>
              </w:rPr>
              <w:t>.</w:t>
            </w:r>
            <w:r>
              <w:t>com</w:t>
            </w:r>
            <w:r w:rsidRPr="00332DB8">
              <w:rPr>
                <w:lang w:val="ru-RU"/>
              </w:rPr>
              <w:t xml:space="preserve"> в разделе «видеозаписи» на странице «</w:t>
            </w:r>
            <w:r>
              <w:t>http</w:t>
            </w:r>
            <w:r w:rsidRPr="00332DB8">
              <w:rPr>
                <w:lang w:val="ru-RU"/>
              </w:rPr>
              <w:t>://</w:t>
            </w:r>
            <w:r>
              <w:t>vkontakte</w:t>
            </w:r>
            <w:r w:rsidRPr="00332DB8">
              <w:rPr>
                <w:lang w:val="ru-RU"/>
              </w:rPr>
              <w:t>.</w:t>
            </w:r>
            <w:r>
              <w:t>com</w:t>
            </w:r>
            <w:r w:rsidRPr="00332DB8">
              <w:rPr>
                <w:lang w:val="ru-RU"/>
              </w:rPr>
              <w:t>/</w:t>
            </w:r>
            <w:r>
              <w:t>darkvlad</w:t>
            </w:r>
            <w:r w:rsidRPr="00332DB8">
              <w:rPr>
                <w:lang w:val="ru-RU"/>
              </w:rPr>
              <w:t>» (решение Альметьевского городского суда Республики Татарстан от 12.03.2013);</w:t>
            </w:r>
          </w:p>
        </w:tc>
        <w:tc>
          <w:tcPr>
            <w:tcW w:w="2880" w:type="dxa"/>
          </w:tcPr>
          <w:p w:rsidR="006F7457" w:rsidRPr="00332DB8" w:rsidRDefault="006F7457">
            <w:pPr>
              <w:rPr>
                <w:lang w:val="ru-RU"/>
              </w:rPr>
            </w:pPr>
          </w:p>
        </w:tc>
      </w:tr>
      <w:tr w:rsidR="006F7457" w:rsidRPr="005A424D">
        <w:tc>
          <w:tcPr>
            <w:tcW w:w="2880" w:type="dxa"/>
          </w:tcPr>
          <w:p w:rsidR="006F7457" w:rsidRDefault="00332DB8">
            <w:r>
              <w:t>2037.</w:t>
            </w:r>
          </w:p>
        </w:tc>
        <w:tc>
          <w:tcPr>
            <w:tcW w:w="2880" w:type="dxa"/>
          </w:tcPr>
          <w:p w:rsidR="006F7457" w:rsidRPr="00332DB8" w:rsidRDefault="00332DB8">
            <w:pPr>
              <w:rPr>
                <w:lang w:val="ru-RU"/>
              </w:rPr>
            </w:pPr>
            <w:r w:rsidRPr="00332DB8">
              <w:rPr>
                <w:lang w:val="ru-RU"/>
              </w:rPr>
              <w:t xml:space="preserve">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w:t>
            </w:r>
            <w:r>
              <w:t>http</w:t>
            </w:r>
            <w:r w:rsidRPr="00332DB8">
              <w:rPr>
                <w:lang w:val="ru-RU"/>
              </w:rPr>
              <w:t>://</w:t>
            </w:r>
            <w:r>
              <w:t>www</w:t>
            </w:r>
            <w:r w:rsidRPr="00332DB8">
              <w:rPr>
                <w:lang w:val="ru-RU"/>
              </w:rPr>
              <w:t>/</w:t>
            </w:r>
            <w:r>
              <w:t>shamilonline</w:t>
            </w:r>
            <w:r w:rsidRPr="00332DB8">
              <w:rPr>
                <w:lang w:val="ru-RU"/>
              </w:rPr>
              <w:t>.</w:t>
            </w:r>
            <w:r>
              <w:t>org</w:t>
            </w:r>
            <w:r w:rsidRPr="00332DB8">
              <w:rPr>
                <w:lang w:val="ru-RU"/>
              </w:rPr>
              <w:t xml:space="preserve"> </w:t>
            </w:r>
            <w:r>
              <w:t>ru</w:t>
            </w:r>
            <w:r w:rsidRPr="00332DB8">
              <w:rPr>
                <w:lang w:val="ru-RU"/>
              </w:rPr>
              <w:t>/2009-08-18-08-17-14/6-2009-08-18-08-13-46/8333-2011-12-20-19-45-33.</w:t>
            </w:r>
            <w:r>
              <w:t>html</w:t>
            </w:r>
            <w:r w:rsidRPr="00332DB8">
              <w:rPr>
                <w:lang w:val="ru-RU"/>
              </w:rPr>
              <w:t xml:space="preserve"> (решение Свердловского районного суда г. Костромы от 22.04.2013);</w:t>
            </w:r>
          </w:p>
        </w:tc>
        <w:tc>
          <w:tcPr>
            <w:tcW w:w="2880" w:type="dxa"/>
          </w:tcPr>
          <w:p w:rsidR="006F7457" w:rsidRPr="00332DB8" w:rsidRDefault="006F7457">
            <w:pPr>
              <w:rPr>
                <w:lang w:val="ru-RU"/>
              </w:rPr>
            </w:pPr>
          </w:p>
        </w:tc>
      </w:tr>
      <w:tr w:rsidR="006F7457" w:rsidRPr="005A424D">
        <w:tc>
          <w:tcPr>
            <w:tcW w:w="2880" w:type="dxa"/>
          </w:tcPr>
          <w:p w:rsidR="006F7457" w:rsidRDefault="00332DB8">
            <w:r>
              <w:t>2038.</w:t>
            </w:r>
          </w:p>
        </w:tc>
        <w:tc>
          <w:tcPr>
            <w:tcW w:w="2880" w:type="dxa"/>
          </w:tcPr>
          <w:p w:rsidR="006F7457" w:rsidRPr="00332DB8" w:rsidRDefault="00332DB8">
            <w:pPr>
              <w:rPr>
                <w:lang w:val="ru-RU"/>
              </w:rPr>
            </w:pPr>
            <w:r w:rsidRPr="00332DB8">
              <w:rPr>
                <w:lang w:val="ru-RU"/>
              </w:rPr>
              <w:t xml:space="preserve">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w:t>
            </w:r>
            <w:r>
              <w:t>http</w:t>
            </w:r>
            <w:r w:rsidRPr="00332DB8">
              <w:rPr>
                <w:lang w:val="ru-RU"/>
              </w:rPr>
              <w:t>://</w:t>
            </w:r>
            <w:r>
              <w:t>www</w:t>
            </w:r>
            <w:r w:rsidRPr="00332DB8">
              <w:rPr>
                <w:lang w:val="ru-RU"/>
              </w:rPr>
              <w:t>/</w:t>
            </w:r>
            <w:r>
              <w:t>shamilonline</w:t>
            </w:r>
            <w:r w:rsidRPr="00332DB8">
              <w:rPr>
                <w:lang w:val="ru-RU"/>
              </w:rPr>
              <w:t>.</w:t>
            </w:r>
            <w:r>
              <w:t>org</w:t>
            </w:r>
            <w:r w:rsidRPr="00332DB8">
              <w:rPr>
                <w:lang w:val="ru-RU"/>
              </w:rPr>
              <w:t>/</w:t>
            </w:r>
            <w:r>
              <w:t>ru</w:t>
            </w:r>
            <w:r w:rsidRPr="00332DB8">
              <w:rPr>
                <w:lang w:val="ru-RU"/>
              </w:rPr>
              <w:t>/2009-08-18-08-17-14/5-2009-08-18-08-13-33/7587------1––</w:t>
            </w:r>
            <w:r>
              <w:t>r</w:t>
            </w:r>
            <w:r w:rsidRPr="00332DB8">
              <w:rPr>
                <w:lang w:val="ru-RU"/>
              </w:rPr>
              <w:t>---.</w:t>
            </w:r>
            <w:r>
              <w:t>html</w:t>
            </w:r>
            <w:r w:rsidRPr="00332DB8">
              <w:rPr>
                <w:lang w:val="ru-RU"/>
              </w:rPr>
              <w:t xml:space="preserve"> (решение Свердловского районного суда г. Костромы от 22.04.2013);</w:t>
            </w:r>
          </w:p>
        </w:tc>
        <w:tc>
          <w:tcPr>
            <w:tcW w:w="2880" w:type="dxa"/>
          </w:tcPr>
          <w:p w:rsidR="006F7457" w:rsidRPr="00332DB8" w:rsidRDefault="006F7457">
            <w:pPr>
              <w:rPr>
                <w:lang w:val="ru-RU"/>
              </w:rPr>
            </w:pPr>
          </w:p>
        </w:tc>
      </w:tr>
      <w:tr w:rsidR="006F7457" w:rsidRPr="005A424D">
        <w:tc>
          <w:tcPr>
            <w:tcW w:w="2880" w:type="dxa"/>
          </w:tcPr>
          <w:p w:rsidR="006F7457" w:rsidRDefault="00332DB8">
            <w:r>
              <w:t>2039.</w:t>
            </w:r>
          </w:p>
        </w:tc>
        <w:tc>
          <w:tcPr>
            <w:tcW w:w="2880" w:type="dxa"/>
          </w:tcPr>
          <w:p w:rsidR="006F7457" w:rsidRPr="00332DB8" w:rsidRDefault="00332DB8">
            <w:pPr>
              <w:rPr>
                <w:lang w:val="ru-RU"/>
              </w:rPr>
            </w:pPr>
            <w:r w:rsidRPr="00332DB8">
              <w:rPr>
                <w:lang w:val="ru-RU"/>
              </w:rPr>
              <w:t xml:space="preserve">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w:t>
            </w:r>
            <w:r>
              <w:t>http</w:t>
            </w:r>
            <w:r w:rsidRPr="00332DB8">
              <w:rPr>
                <w:lang w:val="ru-RU"/>
              </w:rPr>
              <w:t>://</w:t>
            </w:r>
            <w:r>
              <w:t>www</w:t>
            </w:r>
            <w:r w:rsidRPr="00332DB8">
              <w:rPr>
                <w:lang w:val="ru-RU"/>
              </w:rPr>
              <w:t>/</w:t>
            </w:r>
            <w:r>
              <w:t>shamilonline</w:t>
            </w:r>
            <w:r w:rsidRPr="00332DB8">
              <w:rPr>
                <w:lang w:val="ru-RU"/>
              </w:rPr>
              <w:t>.</w:t>
            </w:r>
            <w:r>
              <w:t>org</w:t>
            </w:r>
            <w:r w:rsidRPr="00332DB8">
              <w:rPr>
                <w:lang w:val="ru-RU"/>
              </w:rPr>
              <w:t>/</w:t>
            </w:r>
            <w:r>
              <w:t>ru</w:t>
            </w:r>
            <w:r w:rsidRPr="00332DB8">
              <w:rPr>
                <w:lang w:val="ru-RU"/>
              </w:rPr>
              <w:t>/2009-08-18-08-08-27/9787-2012-03-25-17-01-09.</w:t>
            </w:r>
            <w:r>
              <w:t>html</w:t>
            </w:r>
            <w:r w:rsidRPr="00332DB8">
              <w:rPr>
                <w:lang w:val="ru-RU"/>
              </w:rPr>
              <w:t xml:space="preserve"> (решение Свердловского районного суда г. Костромы от 22.04.2013);</w:t>
            </w:r>
          </w:p>
        </w:tc>
        <w:tc>
          <w:tcPr>
            <w:tcW w:w="2880" w:type="dxa"/>
          </w:tcPr>
          <w:p w:rsidR="006F7457" w:rsidRPr="00332DB8" w:rsidRDefault="006F7457">
            <w:pPr>
              <w:rPr>
                <w:lang w:val="ru-RU"/>
              </w:rPr>
            </w:pPr>
          </w:p>
        </w:tc>
      </w:tr>
      <w:tr w:rsidR="006F7457" w:rsidRPr="005A424D">
        <w:tc>
          <w:tcPr>
            <w:tcW w:w="2880" w:type="dxa"/>
          </w:tcPr>
          <w:p w:rsidR="006F7457" w:rsidRDefault="00332DB8">
            <w:r>
              <w:t>204</w:t>
            </w:r>
            <w:r>
              <w:lastRenderedPageBreak/>
              <w:t>0.</w:t>
            </w:r>
          </w:p>
        </w:tc>
        <w:tc>
          <w:tcPr>
            <w:tcW w:w="2880" w:type="dxa"/>
          </w:tcPr>
          <w:p w:rsidR="006F7457" w:rsidRPr="00332DB8" w:rsidRDefault="00332DB8">
            <w:pPr>
              <w:rPr>
                <w:lang w:val="ru-RU"/>
              </w:rPr>
            </w:pPr>
            <w:r w:rsidRPr="00332DB8">
              <w:rPr>
                <w:lang w:val="ru-RU"/>
              </w:rPr>
              <w:lastRenderedPageBreak/>
              <w:t xml:space="preserve">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w:t>
            </w:r>
            <w:r>
              <w:t>http</w:t>
            </w:r>
            <w:r w:rsidRPr="00332DB8">
              <w:rPr>
                <w:lang w:val="ru-RU"/>
              </w:rPr>
              <w:t>://</w:t>
            </w:r>
            <w:r>
              <w:t>www</w:t>
            </w:r>
            <w:r w:rsidRPr="00332DB8">
              <w:rPr>
                <w:lang w:val="ru-RU"/>
              </w:rPr>
              <w:t>/</w:t>
            </w:r>
            <w:r>
              <w:t>shamilonline</w:t>
            </w:r>
            <w:r w:rsidRPr="00332DB8">
              <w:rPr>
                <w:lang w:val="ru-RU"/>
              </w:rPr>
              <w:t>.</w:t>
            </w:r>
            <w:r>
              <w:t>org</w:t>
            </w:r>
            <w:r w:rsidRPr="00332DB8">
              <w:rPr>
                <w:lang w:val="ru-RU"/>
              </w:rPr>
              <w:t>/</w:t>
            </w:r>
            <w:r>
              <w:t>ru</w:t>
            </w:r>
            <w:r w:rsidRPr="00332DB8">
              <w:rPr>
                <w:lang w:val="ru-RU"/>
              </w:rPr>
              <w:t>/2009-08-18-08-17-14/16-2010-01-18-09-01-54/5481-2011-05-04-07-19-56.</w:t>
            </w:r>
            <w:r>
              <w:t>html</w:t>
            </w:r>
            <w:r w:rsidRPr="00332DB8">
              <w:rPr>
                <w:lang w:val="ru-RU"/>
              </w:rPr>
              <w:t xml:space="preserve"> </w:t>
            </w:r>
            <w:r w:rsidRPr="00332DB8">
              <w:rPr>
                <w:lang w:val="ru-RU"/>
              </w:rPr>
              <w:lastRenderedPageBreak/>
              <w:t>(решение Свердловского районного суда г. Костромы от 22.04.2013);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2041.</w:t>
            </w:r>
          </w:p>
        </w:tc>
        <w:tc>
          <w:tcPr>
            <w:tcW w:w="2880" w:type="dxa"/>
          </w:tcPr>
          <w:p w:rsidR="006F7457" w:rsidRPr="00332DB8" w:rsidRDefault="00332DB8">
            <w:pPr>
              <w:rPr>
                <w:lang w:val="ru-RU"/>
              </w:rPr>
            </w:pPr>
            <w:r w:rsidRPr="00332DB8">
              <w:rPr>
                <w:lang w:val="ru-RU"/>
              </w:rPr>
              <w:t xml:space="preserve">Статья «Ахыр Заман», размещенная на страницах сети Интернет </w:t>
            </w:r>
            <w:r>
              <w:t>http</w:t>
            </w:r>
            <w:r w:rsidRPr="00332DB8">
              <w:rPr>
                <w:lang w:val="ru-RU"/>
              </w:rPr>
              <w:t>://</w:t>
            </w:r>
            <w:r>
              <w:t>nabatrb</w:t>
            </w:r>
            <w:r w:rsidRPr="00332DB8">
              <w:rPr>
                <w:lang w:val="ru-RU"/>
              </w:rPr>
              <w:t>.</w:t>
            </w:r>
            <w:r>
              <w:t>livejournal</w:t>
            </w:r>
            <w:r w:rsidRPr="00332DB8">
              <w:rPr>
                <w:lang w:val="ru-RU"/>
              </w:rPr>
              <w:t>.</w:t>
            </w:r>
            <w:r>
              <w:t>com</w:t>
            </w:r>
            <w:r w:rsidRPr="00332DB8">
              <w:rPr>
                <w:lang w:val="ru-RU"/>
              </w:rPr>
              <w:t>/573801.</w:t>
            </w:r>
            <w:r>
              <w:t>html</w:t>
            </w:r>
            <w:r w:rsidRPr="00332DB8">
              <w:rPr>
                <w:lang w:val="ru-RU"/>
              </w:rPr>
              <w:t>#</w:t>
            </w:r>
            <w:r>
              <w:t>cutidl</w:t>
            </w:r>
            <w:r w:rsidRPr="00332DB8">
              <w:rPr>
                <w:lang w:val="ru-RU"/>
              </w:rPr>
              <w:t xml:space="preserve">, </w:t>
            </w:r>
            <w:r>
              <w:t>http</w:t>
            </w:r>
            <w:r w:rsidRPr="00332DB8">
              <w:rPr>
                <w:lang w:val="ru-RU"/>
              </w:rPr>
              <w:t>://</w:t>
            </w:r>
            <w:r>
              <w:t>nabatrb</w:t>
            </w:r>
            <w:r w:rsidRPr="00332DB8">
              <w:rPr>
                <w:lang w:val="ru-RU"/>
              </w:rPr>
              <w:t>.</w:t>
            </w:r>
            <w:r>
              <w:t>livejournal</w:t>
            </w:r>
            <w:r w:rsidRPr="00332DB8">
              <w:rPr>
                <w:lang w:val="ru-RU"/>
              </w:rPr>
              <w:t>.</w:t>
            </w:r>
            <w:r>
              <w:t>com</w:t>
            </w:r>
            <w:r w:rsidRPr="00332DB8">
              <w:rPr>
                <w:lang w:val="ru-RU"/>
              </w:rPr>
              <w:t xml:space="preserve">/573592. </w:t>
            </w:r>
            <w:r>
              <w:t>html</w:t>
            </w:r>
            <w:r w:rsidRPr="00332DB8">
              <w:rPr>
                <w:lang w:val="ru-RU"/>
              </w:rPr>
              <w:t>#</w:t>
            </w:r>
            <w:r>
              <w:t>cutidl</w:t>
            </w:r>
            <w:r w:rsidRPr="00332DB8">
              <w:rPr>
                <w:lang w:val="ru-RU"/>
              </w:rPr>
              <w:t xml:space="preserve">, </w:t>
            </w:r>
            <w:r>
              <w:t>http</w:t>
            </w:r>
            <w:r w:rsidRPr="00332DB8">
              <w:rPr>
                <w:lang w:val="ru-RU"/>
              </w:rPr>
              <w:t>://</w:t>
            </w:r>
            <w:r>
              <w:t>nabatrb</w:t>
            </w:r>
            <w:r w:rsidRPr="00332DB8">
              <w:rPr>
                <w:lang w:val="ru-RU"/>
              </w:rPr>
              <w:t>.</w:t>
            </w:r>
            <w:r>
              <w:t>livejournal</w:t>
            </w:r>
            <w:r w:rsidRPr="00332DB8">
              <w:rPr>
                <w:lang w:val="ru-RU"/>
              </w:rPr>
              <w:t>.</w:t>
            </w:r>
            <w:r>
              <w:t>com</w:t>
            </w:r>
            <w:r w:rsidRPr="00332DB8">
              <w:rPr>
                <w:lang w:val="ru-RU"/>
              </w:rPr>
              <w:t>/573289.</w:t>
            </w:r>
            <w:r>
              <w:t>html</w:t>
            </w:r>
            <w:r w:rsidRPr="00332DB8">
              <w:rPr>
                <w:lang w:val="ru-RU"/>
              </w:rPr>
              <w:t>#</w:t>
            </w:r>
            <w:r>
              <w:t>cutidl</w:t>
            </w:r>
            <w:r w:rsidRPr="00332DB8">
              <w:rPr>
                <w:lang w:val="ru-RU"/>
              </w:rPr>
              <w:t>,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2880" w:type="dxa"/>
          </w:tcPr>
          <w:p w:rsidR="006F7457" w:rsidRPr="00332DB8" w:rsidRDefault="006F7457">
            <w:pPr>
              <w:rPr>
                <w:lang w:val="ru-RU"/>
              </w:rPr>
            </w:pPr>
          </w:p>
        </w:tc>
      </w:tr>
      <w:tr w:rsidR="006F7457" w:rsidRPr="005A424D">
        <w:tc>
          <w:tcPr>
            <w:tcW w:w="2880" w:type="dxa"/>
          </w:tcPr>
          <w:p w:rsidR="006F7457" w:rsidRDefault="00332DB8">
            <w:r>
              <w:t>2042.</w:t>
            </w:r>
          </w:p>
        </w:tc>
        <w:tc>
          <w:tcPr>
            <w:tcW w:w="2880" w:type="dxa"/>
          </w:tcPr>
          <w:p w:rsidR="006F7457" w:rsidRPr="00332DB8" w:rsidRDefault="00332DB8">
            <w:pPr>
              <w:rPr>
                <w:lang w:val="ru-RU"/>
              </w:rPr>
            </w:pPr>
            <w:r w:rsidRPr="00332DB8">
              <w:rPr>
                <w:lang w:val="ru-RU"/>
              </w:rPr>
              <w:t>Печатное издание Б. Миронова «Что делать русским в России» (решение Кировского районного суда г. Томска от 13.05.2013);</w:t>
            </w:r>
          </w:p>
        </w:tc>
        <w:tc>
          <w:tcPr>
            <w:tcW w:w="2880" w:type="dxa"/>
          </w:tcPr>
          <w:p w:rsidR="006F7457" w:rsidRPr="00332DB8" w:rsidRDefault="006F7457">
            <w:pPr>
              <w:rPr>
                <w:lang w:val="ru-RU"/>
              </w:rPr>
            </w:pPr>
          </w:p>
        </w:tc>
      </w:tr>
      <w:tr w:rsidR="006F7457" w:rsidRPr="005A424D">
        <w:tc>
          <w:tcPr>
            <w:tcW w:w="2880" w:type="dxa"/>
          </w:tcPr>
          <w:p w:rsidR="006F7457" w:rsidRDefault="00332DB8">
            <w:r>
              <w:t>2043.</w:t>
            </w:r>
          </w:p>
        </w:tc>
        <w:tc>
          <w:tcPr>
            <w:tcW w:w="2880" w:type="dxa"/>
          </w:tcPr>
          <w:p w:rsidR="006F7457" w:rsidRPr="00332DB8" w:rsidRDefault="00332DB8">
            <w:pPr>
              <w:rPr>
                <w:lang w:val="ru-RU"/>
              </w:rPr>
            </w:pPr>
            <w:r w:rsidRPr="00332DB8">
              <w:rPr>
                <w:lang w:val="ru-RU"/>
              </w:rPr>
              <w:t>Печатное издание – газета «Русский порядок» №1 (48) от 11.06.2002 (решение Бежицкого районного суда г. Брянска от 30.05.2013);</w:t>
            </w:r>
          </w:p>
        </w:tc>
        <w:tc>
          <w:tcPr>
            <w:tcW w:w="2880" w:type="dxa"/>
          </w:tcPr>
          <w:p w:rsidR="006F7457" w:rsidRPr="00332DB8" w:rsidRDefault="006F7457">
            <w:pPr>
              <w:rPr>
                <w:lang w:val="ru-RU"/>
              </w:rPr>
            </w:pPr>
          </w:p>
        </w:tc>
      </w:tr>
      <w:tr w:rsidR="006F7457" w:rsidRPr="005A424D">
        <w:tc>
          <w:tcPr>
            <w:tcW w:w="2880" w:type="dxa"/>
          </w:tcPr>
          <w:p w:rsidR="006F7457" w:rsidRDefault="00332DB8">
            <w:r>
              <w:t>2044.</w:t>
            </w:r>
          </w:p>
        </w:tc>
        <w:tc>
          <w:tcPr>
            <w:tcW w:w="2880" w:type="dxa"/>
          </w:tcPr>
          <w:p w:rsidR="006F7457" w:rsidRPr="00332DB8" w:rsidRDefault="00332DB8">
            <w:pPr>
              <w:rPr>
                <w:lang w:val="ru-RU"/>
              </w:rPr>
            </w:pPr>
            <w:r w:rsidRPr="00332DB8">
              <w:rPr>
                <w:lang w:val="ru-RU"/>
              </w:rPr>
              <w:t xml:space="preserve">Материалы статьи «Бомба из хоз. мага. 2», размещенные на сайте информационно-телекоммуникационной сети «Интернет» </w:t>
            </w:r>
            <w:r>
              <w:t>http</w:t>
            </w:r>
            <w:r w:rsidRPr="00332DB8">
              <w:rPr>
                <w:lang w:val="ru-RU"/>
              </w:rPr>
              <w:t>://</w:t>
            </w:r>
            <w:r>
              <w:t>kompozimetal</w:t>
            </w:r>
            <w:r w:rsidRPr="00332DB8">
              <w:rPr>
                <w:lang w:val="ru-RU"/>
              </w:rPr>
              <w:t>.</w:t>
            </w:r>
            <w:r>
              <w:t>livejournal</w:t>
            </w:r>
            <w:r w:rsidRPr="00332DB8">
              <w:rPr>
                <w:lang w:val="ru-RU"/>
              </w:rPr>
              <w:t>.</w:t>
            </w:r>
            <w:r>
              <w:t>com</w:t>
            </w:r>
            <w:r w:rsidRPr="00332DB8">
              <w:rPr>
                <w:lang w:val="ru-RU"/>
              </w:rPr>
              <w:t>/1030.</w:t>
            </w:r>
            <w:r>
              <w:t>html</w:t>
            </w:r>
            <w:r w:rsidRPr="00332DB8">
              <w:rPr>
                <w:lang w:val="ru-RU"/>
              </w:rPr>
              <w:t xml:space="preserve"> (решение Арзгирского районного суда Ставропольского края от 23.05.2013);</w:t>
            </w:r>
          </w:p>
        </w:tc>
        <w:tc>
          <w:tcPr>
            <w:tcW w:w="2880" w:type="dxa"/>
          </w:tcPr>
          <w:p w:rsidR="006F7457" w:rsidRPr="00332DB8" w:rsidRDefault="006F7457">
            <w:pPr>
              <w:rPr>
                <w:lang w:val="ru-RU"/>
              </w:rPr>
            </w:pPr>
          </w:p>
        </w:tc>
      </w:tr>
      <w:tr w:rsidR="006F7457" w:rsidRPr="005A424D">
        <w:tc>
          <w:tcPr>
            <w:tcW w:w="2880" w:type="dxa"/>
          </w:tcPr>
          <w:p w:rsidR="006F7457" w:rsidRDefault="00332DB8">
            <w:r>
              <w:t>2045.</w:t>
            </w:r>
          </w:p>
        </w:tc>
        <w:tc>
          <w:tcPr>
            <w:tcW w:w="2880" w:type="dxa"/>
          </w:tcPr>
          <w:p w:rsidR="006F7457" w:rsidRPr="00332DB8" w:rsidRDefault="00332DB8">
            <w:pPr>
              <w:rPr>
                <w:lang w:val="ru-RU"/>
              </w:rPr>
            </w:pPr>
            <w:r w:rsidRPr="00332DB8">
              <w:rPr>
                <w:lang w:val="ru-RU"/>
              </w:rPr>
              <w:t xml:space="preserve">Интернет-страница Виноградова Д.А. в социальной сети «В контакте», расположенная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108446090, а также совокупность текстовой и графической информации, размещенной на ней (решение Останкинского районного суда г. Москвы от 30.04.2013);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2046.</w:t>
            </w:r>
          </w:p>
        </w:tc>
        <w:tc>
          <w:tcPr>
            <w:tcW w:w="2880" w:type="dxa"/>
          </w:tcPr>
          <w:p w:rsidR="006F7457" w:rsidRPr="00332DB8" w:rsidRDefault="00332DB8">
            <w:pPr>
              <w:rPr>
                <w:lang w:val="ru-RU"/>
              </w:rPr>
            </w:pPr>
            <w:r w:rsidRPr="00332DB8">
              <w:rPr>
                <w:lang w:val="ru-RU"/>
              </w:rPr>
              <w:t xml:space="preserve">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w:t>
            </w:r>
            <w:r>
              <w:t>http</w:t>
            </w:r>
            <w:r w:rsidRPr="00332DB8">
              <w:rPr>
                <w:lang w:val="ru-RU"/>
              </w:rPr>
              <w:t>://</w:t>
            </w:r>
            <w:r>
              <w:t>vk</w:t>
            </w:r>
            <w:r w:rsidRPr="00332DB8">
              <w:rPr>
                <w:lang w:val="ru-RU"/>
              </w:rPr>
              <w:t>.</w:t>
            </w:r>
            <w:r>
              <w:t>com</w:t>
            </w:r>
            <w:r w:rsidRPr="00332DB8">
              <w:rPr>
                <w:lang w:val="ru-RU"/>
              </w:rPr>
              <w:t>/</w:t>
            </w:r>
            <w:r>
              <w:t>acab</w:t>
            </w:r>
            <w:r w:rsidRPr="00332DB8">
              <w:rPr>
                <w:lang w:val="ru-RU"/>
              </w:rPr>
              <w:t>_1936 (решение Бердского городского суда Новосибирской области от 27.05.2013);</w:t>
            </w:r>
          </w:p>
        </w:tc>
        <w:tc>
          <w:tcPr>
            <w:tcW w:w="2880" w:type="dxa"/>
          </w:tcPr>
          <w:p w:rsidR="006F7457" w:rsidRPr="00332DB8" w:rsidRDefault="006F7457">
            <w:pPr>
              <w:rPr>
                <w:lang w:val="ru-RU"/>
              </w:rPr>
            </w:pPr>
          </w:p>
        </w:tc>
      </w:tr>
      <w:tr w:rsidR="006F7457" w:rsidRPr="005A424D">
        <w:tc>
          <w:tcPr>
            <w:tcW w:w="2880" w:type="dxa"/>
          </w:tcPr>
          <w:p w:rsidR="006F7457" w:rsidRDefault="00332DB8">
            <w:r>
              <w:t>2047.</w:t>
            </w:r>
          </w:p>
        </w:tc>
        <w:tc>
          <w:tcPr>
            <w:tcW w:w="2880" w:type="dxa"/>
          </w:tcPr>
          <w:p w:rsidR="006F7457" w:rsidRPr="00332DB8" w:rsidRDefault="00332DB8">
            <w:pPr>
              <w:rPr>
                <w:lang w:val="ru-RU"/>
              </w:rPr>
            </w:pPr>
            <w:r w:rsidRPr="00332DB8">
              <w:rPr>
                <w:lang w:val="ru-RU"/>
              </w:rPr>
              <w:t xml:space="preserve">Сайт </w:t>
            </w:r>
            <w:r>
              <w:t>www</w:t>
            </w:r>
            <w:r w:rsidRPr="00332DB8">
              <w:rPr>
                <w:lang w:val="ru-RU"/>
              </w:rPr>
              <w:t>.</w:t>
            </w:r>
            <w:r>
              <w:t>svobodurusi</w:t>
            </w:r>
            <w:r w:rsidRPr="00332DB8">
              <w:rPr>
                <w:lang w:val="ru-RU"/>
              </w:rPr>
              <w:t>.</w:t>
            </w:r>
            <w:r>
              <w:t>info</w:t>
            </w:r>
            <w:r w:rsidRPr="00332DB8">
              <w:rPr>
                <w:lang w:val="ru-RU"/>
              </w:rPr>
              <w:t xml:space="preserve">, созданный Гончаром Олегом Николаевичем; информационные материалы, размещенные на сайте </w:t>
            </w:r>
            <w:r>
              <w:t>www</w:t>
            </w:r>
            <w:r w:rsidRPr="00332DB8">
              <w:rPr>
                <w:lang w:val="ru-RU"/>
              </w:rPr>
              <w:t>.</w:t>
            </w:r>
            <w:r>
              <w:t>svobodurusi</w:t>
            </w:r>
            <w:r w:rsidRPr="00332DB8">
              <w:rPr>
                <w:lang w:val="ru-RU"/>
              </w:rPr>
              <w:t>.</w:t>
            </w:r>
            <w:r>
              <w:t>info</w:t>
            </w:r>
            <w:r w:rsidRPr="00332DB8">
              <w:rPr>
                <w:lang w:val="ru-RU"/>
              </w:rPr>
              <w:t>: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2880" w:type="dxa"/>
          </w:tcPr>
          <w:p w:rsidR="006F7457" w:rsidRPr="00332DB8" w:rsidRDefault="006F7457">
            <w:pPr>
              <w:rPr>
                <w:lang w:val="ru-RU"/>
              </w:rPr>
            </w:pPr>
          </w:p>
        </w:tc>
      </w:tr>
      <w:tr w:rsidR="006F7457" w:rsidRPr="005A424D">
        <w:tc>
          <w:tcPr>
            <w:tcW w:w="2880" w:type="dxa"/>
          </w:tcPr>
          <w:p w:rsidR="006F7457" w:rsidRDefault="00332DB8">
            <w:r>
              <w:t>2048.</w:t>
            </w:r>
          </w:p>
        </w:tc>
        <w:tc>
          <w:tcPr>
            <w:tcW w:w="2880" w:type="dxa"/>
          </w:tcPr>
          <w:p w:rsidR="006F7457" w:rsidRPr="00332DB8" w:rsidRDefault="00332DB8">
            <w:pPr>
              <w:rPr>
                <w:lang w:val="ru-RU"/>
              </w:rPr>
            </w:pPr>
            <w:r w:rsidRPr="00332DB8">
              <w:rPr>
                <w:lang w:val="ru-RU"/>
              </w:rPr>
              <w:t xml:space="preserve">Выпуски №1,2,3,4,5,6 информационных бюллетеней «Народное ополчение им. К. Минина и Д. Пожарского»; Интернет – сайт </w:t>
            </w:r>
            <w:r>
              <w:t>www</w:t>
            </w:r>
            <w:r w:rsidRPr="00332DB8">
              <w:rPr>
                <w:lang w:val="ru-RU"/>
              </w:rPr>
              <w:t>.</w:t>
            </w:r>
            <w:r>
              <w:t>arii</w:t>
            </w:r>
            <w:r w:rsidRPr="00332DB8">
              <w:rPr>
                <w:lang w:val="ru-RU"/>
              </w:rPr>
              <w:t>9.</w:t>
            </w:r>
            <w:r>
              <w:t>narod</w:t>
            </w:r>
            <w:r w:rsidRPr="00332DB8">
              <w:rPr>
                <w:lang w:val="ru-RU"/>
              </w:rPr>
              <w:t>.</w:t>
            </w:r>
            <w:r>
              <w:t>ru</w:t>
            </w:r>
            <w:r w:rsidRPr="00332DB8">
              <w:rPr>
                <w:lang w:val="ru-RU"/>
              </w:rPr>
              <w:t xml:space="preserve"> (решение Абаканского городского суда Республики Хакасия от 23.05.2013).</w:t>
            </w:r>
          </w:p>
        </w:tc>
        <w:tc>
          <w:tcPr>
            <w:tcW w:w="2880" w:type="dxa"/>
          </w:tcPr>
          <w:p w:rsidR="006F7457" w:rsidRPr="00332DB8" w:rsidRDefault="006F7457">
            <w:pPr>
              <w:rPr>
                <w:lang w:val="ru-RU"/>
              </w:rPr>
            </w:pPr>
          </w:p>
        </w:tc>
      </w:tr>
      <w:tr w:rsidR="006F7457" w:rsidRPr="005A424D">
        <w:tc>
          <w:tcPr>
            <w:tcW w:w="2880" w:type="dxa"/>
          </w:tcPr>
          <w:p w:rsidR="006F7457" w:rsidRDefault="00332DB8">
            <w:r>
              <w:t>2049.</w:t>
            </w:r>
          </w:p>
        </w:tc>
        <w:tc>
          <w:tcPr>
            <w:tcW w:w="2880" w:type="dxa"/>
          </w:tcPr>
          <w:p w:rsidR="006F7457" w:rsidRPr="00332DB8" w:rsidRDefault="00332DB8">
            <w:pPr>
              <w:rPr>
                <w:lang w:val="ru-RU"/>
              </w:rPr>
            </w:pPr>
            <w:r w:rsidRPr="00332DB8">
              <w:rPr>
                <w:lang w:val="ru-RU"/>
              </w:rPr>
              <w:t xml:space="preserve">Интернет ресурс «Четвертый Рейх», расположенный по адресу: </w:t>
            </w:r>
            <w:r>
              <w:t>http</w:t>
            </w:r>
            <w:r w:rsidRPr="00332DB8">
              <w:rPr>
                <w:lang w:val="ru-RU"/>
              </w:rPr>
              <w:t>://</w:t>
            </w:r>
            <w:r>
              <w:t>fourthreich</w:t>
            </w:r>
            <w:r w:rsidRPr="00332DB8">
              <w:rPr>
                <w:lang w:val="ru-RU"/>
              </w:rPr>
              <w:t>.</w:t>
            </w:r>
            <w:r>
              <w:t>info</w:t>
            </w:r>
            <w:r w:rsidRPr="00332DB8">
              <w:rPr>
                <w:lang w:val="ru-RU"/>
              </w:rPr>
              <w:t>,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2880" w:type="dxa"/>
          </w:tcPr>
          <w:p w:rsidR="006F7457" w:rsidRPr="00332DB8" w:rsidRDefault="006F7457">
            <w:pPr>
              <w:rPr>
                <w:lang w:val="ru-RU"/>
              </w:rPr>
            </w:pPr>
          </w:p>
        </w:tc>
      </w:tr>
      <w:tr w:rsidR="006F7457" w:rsidRPr="005A424D">
        <w:tc>
          <w:tcPr>
            <w:tcW w:w="2880" w:type="dxa"/>
          </w:tcPr>
          <w:p w:rsidR="006F7457" w:rsidRDefault="00332DB8">
            <w:r>
              <w:t>2050.</w:t>
            </w:r>
          </w:p>
        </w:tc>
        <w:tc>
          <w:tcPr>
            <w:tcW w:w="2880" w:type="dxa"/>
          </w:tcPr>
          <w:p w:rsidR="006F7457" w:rsidRPr="00332DB8" w:rsidRDefault="00332DB8">
            <w:pPr>
              <w:rPr>
                <w:lang w:val="ru-RU"/>
              </w:rPr>
            </w:pPr>
            <w:r w:rsidRPr="00332DB8">
              <w:rPr>
                <w:lang w:val="ru-RU"/>
              </w:rPr>
              <w:t xml:space="preserve">Интернет-ресурс </w:t>
            </w:r>
            <w:r>
              <w:t>t</w:t>
            </w:r>
            <w:r w:rsidRPr="00332DB8">
              <w:rPr>
                <w:lang w:val="ru-RU"/>
              </w:rPr>
              <w:t>-</w:t>
            </w:r>
            <w:r>
              <w:t>kungurova</w:t>
            </w:r>
            <w:r w:rsidRPr="00332DB8">
              <w:rPr>
                <w:lang w:val="ru-RU"/>
              </w:rPr>
              <w:t>/</w:t>
            </w:r>
            <w:r>
              <w:t>livejournal</w:t>
            </w:r>
            <w:r w:rsidRPr="00332DB8">
              <w:rPr>
                <w:lang w:val="ru-RU"/>
              </w:rPr>
              <w:t>.</w:t>
            </w:r>
            <w:r>
              <w:t>com</w:t>
            </w:r>
            <w:r w:rsidRPr="00332DB8">
              <w:rPr>
                <w:lang w:val="ru-RU"/>
              </w:rPr>
              <w:t xml:space="preserve"> под общим заголовком «Блог Татьяны Кунгуровой» (решение Октябрьского районного суда г. Владимира от 20.05.2013);</w:t>
            </w:r>
          </w:p>
        </w:tc>
        <w:tc>
          <w:tcPr>
            <w:tcW w:w="2880" w:type="dxa"/>
          </w:tcPr>
          <w:p w:rsidR="006F7457" w:rsidRPr="00332DB8" w:rsidRDefault="006F7457">
            <w:pPr>
              <w:rPr>
                <w:lang w:val="ru-RU"/>
              </w:rPr>
            </w:pPr>
          </w:p>
        </w:tc>
      </w:tr>
      <w:tr w:rsidR="006F7457" w:rsidRPr="005A424D">
        <w:tc>
          <w:tcPr>
            <w:tcW w:w="2880" w:type="dxa"/>
          </w:tcPr>
          <w:p w:rsidR="006F7457" w:rsidRDefault="00332DB8">
            <w:r>
              <w:t>205</w:t>
            </w:r>
            <w:r>
              <w:lastRenderedPageBreak/>
              <w:t>1.</w:t>
            </w:r>
          </w:p>
        </w:tc>
        <w:tc>
          <w:tcPr>
            <w:tcW w:w="2880" w:type="dxa"/>
          </w:tcPr>
          <w:p w:rsidR="006F7457" w:rsidRPr="00332DB8" w:rsidRDefault="00332DB8">
            <w:pPr>
              <w:rPr>
                <w:lang w:val="ru-RU"/>
              </w:rPr>
            </w:pPr>
            <w:r w:rsidRPr="00332DB8">
              <w:rPr>
                <w:lang w:val="ru-RU"/>
              </w:rPr>
              <w:lastRenderedPageBreak/>
              <w:t>Аудио-визуальная продукция (видеозапись) «</w:t>
            </w:r>
            <w:r>
              <w:t>TAZ</w:t>
            </w:r>
            <w:r w:rsidRPr="00332DB8">
              <w:rPr>
                <w:lang w:val="ru-RU"/>
              </w:rPr>
              <w:t xml:space="preserve">»-Русский бунт», а также текст песни группы </w:t>
            </w:r>
            <w:r>
              <w:t>TAZ</w:t>
            </w:r>
            <w:r w:rsidRPr="00332DB8">
              <w:rPr>
                <w:lang w:val="ru-RU"/>
              </w:rPr>
              <w:t xml:space="preserve"> «Русский бунт» (решение Центрального районного суда г. Хабаровска Хабаровского края от 31.05.2013);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2052.</w:t>
            </w:r>
          </w:p>
        </w:tc>
        <w:tc>
          <w:tcPr>
            <w:tcW w:w="2880" w:type="dxa"/>
          </w:tcPr>
          <w:p w:rsidR="006F7457" w:rsidRPr="00332DB8" w:rsidRDefault="00332DB8">
            <w:pPr>
              <w:rPr>
                <w:lang w:val="ru-RU"/>
              </w:rPr>
            </w:pPr>
            <w:r w:rsidRPr="00332DB8">
              <w:rPr>
                <w:lang w:val="ru-RU"/>
              </w:rPr>
              <w:t>Видеофайлы под названиями: «Правда о ваххабитах.3</w:t>
            </w:r>
            <w:r>
              <w:t>gp</w:t>
            </w:r>
            <w:r w:rsidRPr="00332DB8">
              <w:rPr>
                <w:lang w:val="ru-RU"/>
              </w:rPr>
              <w:t xml:space="preserve">», «Сильнейший дауат из всех </w:t>
            </w:r>
            <w:r>
              <w:t>mp</w:t>
            </w:r>
            <w:r w:rsidRPr="00332DB8">
              <w:rPr>
                <w:lang w:val="ru-RU"/>
              </w:rPr>
              <w:t xml:space="preserve">4», «Муджахид на пути Аллаха, Это то кто </w:t>
            </w:r>
            <w:r>
              <w:t>mp</w:t>
            </w:r>
            <w:r w:rsidRPr="00332DB8">
              <w:rPr>
                <w:lang w:val="ru-RU"/>
              </w:rPr>
              <w:t xml:space="preserve">4», «Умар ибн Аль-Хаттаб (р.а.) </w:t>
            </w:r>
            <w:r>
              <w:t>Umar</w:t>
            </w:r>
            <w:r w:rsidRPr="00332DB8">
              <w:rPr>
                <w:lang w:val="ru-RU"/>
              </w:rPr>
              <w:t xml:space="preserve"> </w:t>
            </w:r>
            <w:r>
              <w:t>ibn</w:t>
            </w:r>
            <w:r w:rsidRPr="00332DB8">
              <w:rPr>
                <w:lang w:val="ru-RU"/>
              </w:rPr>
              <w:t xml:space="preserve"> </w:t>
            </w:r>
            <w:r>
              <w:t>Al</w:t>
            </w:r>
            <w:r w:rsidRPr="00332DB8">
              <w:rPr>
                <w:lang w:val="ru-RU"/>
              </w:rPr>
              <w:t>-</w:t>
            </w:r>
            <w:r>
              <w:t>Khattab</w:t>
            </w:r>
            <w:r w:rsidRPr="00332DB8">
              <w:rPr>
                <w:lang w:val="ru-RU"/>
              </w:rPr>
              <w:t xml:space="preserve"> (</w:t>
            </w:r>
            <w:r>
              <w:t>r</w:t>
            </w:r>
            <w:r w:rsidRPr="00332DB8">
              <w:rPr>
                <w:lang w:val="ru-RU"/>
              </w:rPr>
              <w:t>.</w:t>
            </w:r>
            <w:r>
              <w:t>a</w:t>
            </w:r>
            <w:r w:rsidRPr="00332DB8">
              <w:rPr>
                <w:lang w:val="ru-RU"/>
              </w:rPr>
              <w:t>.) 2-2.</w:t>
            </w:r>
            <w:r>
              <w:t>mp</w:t>
            </w:r>
            <w:r w:rsidRPr="00332DB8">
              <w:rPr>
                <w:lang w:val="ru-RU"/>
              </w:rPr>
              <w:t>4», «яджудж и маджудж.</w:t>
            </w:r>
            <w:r>
              <w:t>mp</w:t>
            </w:r>
            <w:r w:rsidRPr="00332DB8">
              <w:rPr>
                <w:lang w:val="ru-RU"/>
              </w:rPr>
              <w:t>4», «альбани о джихаде (смотреть до конца).</w:t>
            </w:r>
            <w:r>
              <w:t>flv</w:t>
            </w:r>
            <w:r w:rsidRPr="00332DB8">
              <w:rPr>
                <w:lang w:val="ru-RU"/>
              </w:rPr>
              <w:t>.3</w:t>
            </w:r>
            <w:r>
              <w:t>gp</w:t>
            </w:r>
            <w:r w:rsidRPr="00332DB8">
              <w:rPr>
                <w:lang w:val="ru-RU"/>
              </w:rPr>
              <w:t>» (решение Ленинского районного суда г. Омска от 17.06.2013);</w:t>
            </w:r>
          </w:p>
        </w:tc>
        <w:tc>
          <w:tcPr>
            <w:tcW w:w="2880" w:type="dxa"/>
          </w:tcPr>
          <w:p w:rsidR="006F7457" w:rsidRPr="00332DB8" w:rsidRDefault="006F7457">
            <w:pPr>
              <w:rPr>
                <w:lang w:val="ru-RU"/>
              </w:rPr>
            </w:pPr>
          </w:p>
        </w:tc>
      </w:tr>
      <w:tr w:rsidR="006F7457" w:rsidRPr="005A424D">
        <w:tc>
          <w:tcPr>
            <w:tcW w:w="2880" w:type="dxa"/>
          </w:tcPr>
          <w:p w:rsidR="006F7457" w:rsidRDefault="00332DB8">
            <w:r>
              <w:t>2053.</w:t>
            </w:r>
          </w:p>
        </w:tc>
        <w:tc>
          <w:tcPr>
            <w:tcW w:w="2880" w:type="dxa"/>
          </w:tcPr>
          <w:p w:rsidR="006F7457" w:rsidRPr="00332DB8" w:rsidRDefault="00332DB8">
            <w:pPr>
              <w:rPr>
                <w:lang w:val="ru-RU"/>
              </w:rPr>
            </w:pPr>
            <w:r w:rsidRPr="00332DB8">
              <w:rPr>
                <w:lang w:val="ru-RU"/>
              </w:rPr>
              <w:t>Аудиозапись песни под названием «С.Д.-Дело-88», опубликованной в социальной сети «Интернет» на общедоступной странице «</w:t>
            </w:r>
            <w:r>
              <w:t>http</w:t>
            </w:r>
            <w:r w:rsidRPr="00332DB8">
              <w:rPr>
                <w:lang w:val="ru-RU"/>
              </w:rPr>
              <w:t>://</w:t>
            </w:r>
            <w:r>
              <w:t>vkontakte</w:t>
            </w:r>
            <w:r w:rsidRPr="00332DB8">
              <w:rPr>
                <w:lang w:val="ru-RU"/>
              </w:rPr>
              <w:t>.</w:t>
            </w:r>
            <w:r>
              <w:t>ru</w:t>
            </w:r>
            <w:r w:rsidRPr="00332DB8">
              <w:rPr>
                <w:lang w:val="ru-RU"/>
              </w:rPr>
              <w:t>/</w:t>
            </w:r>
            <w:r>
              <w:t>id</w:t>
            </w:r>
            <w:r w:rsidRPr="00332DB8">
              <w:rPr>
                <w:lang w:val="ru-RU"/>
              </w:rPr>
              <w:t>90966163» (решение Ленинского районного суда г. Оренбурга Оренбургской области от 23.05.2013);</w:t>
            </w:r>
          </w:p>
        </w:tc>
        <w:tc>
          <w:tcPr>
            <w:tcW w:w="2880" w:type="dxa"/>
          </w:tcPr>
          <w:p w:rsidR="006F7457" w:rsidRPr="00332DB8" w:rsidRDefault="006F7457">
            <w:pPr>
              <w:rPr>
                <w:lang w:val="ru-RU"/>
              </w:rPr>
            </w:pPr>
          </w:p>
        </w:tc>
      </w:tr>
      <w:tr w:rsidR="006F7457" w:rsidRPr="005A424D">
        <w:tc>
          <w:tcPr>
            <w:tcW w:w="2880" w:type="dxa"/>
          </w:tcPr>
          <w:p w:rsidR="006F7457" w:rsidRDefault="00332DB8">
            <w:r>
              <w:t>2054.</w:t>
            </w:r>
          </w:p>
        </w:tc>
        <w:tc>
          <w:tcPr>
            <w:tcW w:w="2880" w:type="dxa"/>
          </w:tcPr>
          <w:p w:rsidR="006F7457" w:rsidRPr="00332DB8" w:rsidRDefault="00332DB8">
            <w:pPr>
              <w:rPr>
                <w:lang w:val="ru-RU"/>
              </w:rPr>
            </w:pPr>
            <w:r w:rsidRPr="00332DB8">
              <w:rPr>
                <w:lang w:val="ru-RU"/>
              </w:rPr>
              <w:t>Комментарии пользователя под ником «</w:t>
            </w:r>
            <w:r>
              <w:t>morpeh</w:t>
            </w:r>
            <w:r w:rsidRPr="00332DB8">
              <w:rPr>
                <w:lang w:val="ru-RU"/>
              </w:rPr>
              <w:t xml:space="preserve">»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t>
            </w:r>
            <w:r>
              <w:t>www</w:t>
            </w:r>
            <w:r w:rsidRPr="00332DB8">
              <w:rPr>
                <w:lang w:val="ru-RU"/>
              </w:rPr>
              <w:t>.</w:t>
            </w:r>
            <w:r>
              <w:t>inosmi</w:t>
            </w:r>
            <w:r w:rsidRPr="00332DB8">
              <w:rPr>
                <w:lang w:val="ru-RU"/>
              </w:rPr>
              <w:t>.</w:t>
            </w:r>
            <w:r>
              <w:t>ru</w:t>
            </w:r>
            <w:r w:rsidRPr="00332DB8">
              <w:rPr>
                <w:lang w:val="ru-RU"/>
              </w:rPr>
              <w:t xml:space="preserve"> (решение Ленинского районного суда г. Уфы от 13.05.2013 и определения Ленинского районного суда г. Уфы от 04.10.2013 и 09.10.2013);</w:t>
            </w:r>
          </w:p>
        </w:tc>
        <w:tc>
          <w:tcPr>
            <w:tcW w:w="2880" w:type="dxa"/>
          </w:tcPr>
          <w:p w:rsidR="006F7457" w:rsidRPr="00332DB8" w:rsidRDefault="006F7457">
            <w:pPr>
              <w:rPr>
                <w:lang w:val="ru-RU"/>
              </w:rPr>
            </w:pPr>
          </w:p>
        </w:tc>
      </w:tr>
      <w:tr w:rsidR="006F7457" w:rsidRPr="005A424D">
        <w:tc>
          <w:tcPr>
            <w:tcW w:w="2880" w:type="dxa"/>
          </w:tcPr>
          <w:p w:rsidR="006F7457" w:rsidRDefault="00332DB8">
            <w:r>
              <w:t>2055.</w:t>
            </w:r>
          </w:p>
        </w:tc>
        <w:tc>
          <w:tcPr>
            <w:tcW w:w="2880" w:type="dxa"/>
          </w:tcPr>
          <w:p w:rsidR="006F7457" w:rsidRPr="00332DB8" w:rsidRDefault="00332DB8">
            <w:pPr>
              <w:rPr>
                <w:lang w:val="ru-RU"/>
              </w:rPr>
            </w:pPr>
            <w:r w:rsidRPr="00332DB8">
              <w:rPr>
                <w:lang w:val="ru-RU"/>
              </w:rPr>
              <w:t xml:space="preserve">Аудиоматериалы, размещенные на Интернет-ресурсе </w:t>
            </w:r>
            <w:r>
              <w:t>http</w:t>
            </w:r>
            <w:r w:rsidRPr="00332DB8">
              <w:rPr>
                <w:lang w:val="ru-RU"/>
              </w:rPr>
              <w:t>://</w:t>
            </w:r>
            <w:r>
              <w:t>vkontakte</w:t>
            </w:r>
            <w:r w:rsidRPr="00332DB8">
              <w:rPr>
                <w:lang w:val="ru-RU"/>
              </w:rPr>
              <w:t>.</w:t>
            </w:r>
            <w:r>
              <w:t>ru</w:t>
            </w:r>
            <w:r w:rsidRPr="00332DB8">
              <w:rPr>
                <w:lang w:val="ru-RU"/>
              </w:rPr>
              <w:t>/</w:t>
            </w:r>
            <w:r>
              <w:t>id</w:t>
            </w:r>
            <w:r w:rsidRPr="00332DB8">
              <w:rPr>
                <w:lang w:val="ru-RU"/>
              </w:rPr>
              <w:t>94170133: «Они ушли», «Таухид», «Удар клинка», «Чечня в огне», «Шахид» (решение Курганского городского суда Курганской области от 27.06.2013);</w:t>
            </w:r>
          </w:p>
        </w:tc>
        <w:tc>
          <w:tcPr>
            <w:tcW w:w="2880" w:type="dxa"/>
          </w:tcPr>
          <w:p w:rsidR="006F7457" w:rsidRPr="00332DB8" w:rsidRDefault="006F7457">
            <w:pPr>
              <w:rPr>
                <w:lang w:val="ru-RU"/>
              </w:rPr>
            </w:pPr>
          </w:p>
        </w:tc>
      </w:tr>
      <w:tr w:rsidR="006F7457" w:rsidRPr="005A424D">
        <w:tc>
          <w:tcPr>
            <w:tcW w:w="2880" w:type="dxa"/>
          </w:tcPr>
          <w:p w:rsidR="006F7457" w:rsidRDefault="00332DB8">
            <w:r>
              <w:t>2056.</w:t>
            </w:r>
          </w:p>
        </w:tc>
        <w:tc>
          <w:tcPr>
            <w:tcW w:w="2880" w:type="dxa"/>
          </w:tcPr>
          <w:p w:rsidR="006F7457" w:rsidRPr="00332DB8" w:rsidRDefault="00332DB8">
            <w:pPr>
              <w:rPr>
                <w:lang w:val="ru-RU"/>
              </w:rPr>
            </w:pPr>
            <w:r w:rsidRPr="00332DB8">
              <w:rPr>
                <w:lang w:val="ru-RU"/>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2057.</w:t>
            </w:r>
          </w:p>
        </w:tc>
        <w:tc>
          <w:tcPr>
            <w:tcW w:w="2880" w:type="dxa"/>
          </w:tcPr>
          <w:p w:rsidR="006F7457" w:rsidRPr="00332DB8" w:rsidRDefault="00332DB8">
            <w:pPr>
              <w:rPr>
                <w:lang w:val="ru-RU"/>
              </w:rPr>
            </w:pPr>
            <w:r w:rsidRPr="00332DB8">
              <w:rPr>
                <w:lang w:val="ru-RU"/>
              </w:rPr>
              <w:t xml:space="preserve">Сайт </w:t>
            </w:r>
            <w:r>
              <w:t>salaf</w:t>
            </w:r>
            <w:r w:rsidRPr="00332DB8">
              <w:rPr>
                <w:lang w:val="ru-RU"/>
              </w:rPr>
              <w:t>-</w:t>
            </w:r>
            <w:r>
              <w:t>forum</w:t>
            </w:r>
            <w:r w:rsidRPr="00332DB8">
              <w:rPr>
                <w:lang w:val="ru-RU"/>
              </w:rPr>
              <w:t>.</w:t>
            </w:r>
            <w:r>
              <w:t>com</w:t>
            </w:r>
            <w:r w:rsidRPr="00332DB8">
              <w:rPr>
                <w:lang w:val="ru-RU"/>
              </w:rPr>
              <w:t xml:space="preserve">, </w:t>
            </w:r>
            <w:r>
              <w:t>Ip</w:t>
            </w:r>
            <w:r w:rsidRPr="00332DB8">
              <w:rPr>
                <w:lang w:val="ru-RU"/>
              </w:rPr>
              <w:t xml:space="preserve">-адрес информационного ресурса – 66.147.244.60, размещенный на хосте </w:t>
            </w:r>
            <w:r>
              <w:t>nsl</w:t>
            </w:r>
            <w:r w:rsidRPr="00332DB8">
              <w:rPr>
                <w:lang w:val="ru-RU"/>
              </w:rPr>
              <w:t>.</w:t>
            </w:r>
            <w:r>
              <w:t>bluehost</w:t>
            </w:r>
            <w:r w:rsidRPr="00332DB8">
              <w:rPr>
                <w:lang w:val="ru-RU"/>
              </w:rPr>
              <w:t>.</w:t>
            </w:r>
            <w:r>
              <w:t>com</w:t>
            </w:r>
            <w:r w:rsidRPr="00332DB8">
              <w:rPr>
                <w:lang w:val="ru-RU"/>
              </w:rPr>
              <w:t xml:space="preserve"> (решение Кировского районного суда г. Астрахани от 04.07.2013);</w:t>
            </w:r>
          </w:p>
        </w:tc>
        <w:tc>
          <w:tcPr>
            <w:tcW w:w="2880" w:type="dxa"/>
          </w:tcPr>
          <w:p w:rsidR="006F7457" w:rsidRPr="00332DB8" w:rsidRDefault="006F7457">
            <w:pPr>
              <w:rPr>
                <w:lang w:val="ru-RU"/>
              </w:rPr>
            </w:pPr>
          </w:p>
        </w:tc>
      </w:tr>
      <w:tr w:rsidR="006F7457">
        <w:tc>
          <w:tcPr>
            <w:tcW w:w="2880" w:type="dxa"/>
          </w:tcPr>
          <w:p w:rsidR="006F7457" w:rsidRDefault="00332DB8">
            <w:r>
              <w:t>2058.</w:t>
            </w:r>
          </w:p>
        </w:tc>
        <w:tc>
          <w:tcPr>
            <w:tcW w:w="2880" w:type="dxa"/>
          </w:tcPr>
          <w:p w:rsidR="006F7457" w:rsidRDefault="00332DB8">
            <w:r w:rsidRPr="00332DB8">
              <w:rPr>
                <w:lang w:val="ru-RU"/>
              </w:rPr>
              <w:t xml:space="preserve">Видеоматериалы, размещенные на Интернет-ресурсе </w:t>
            </w:r>
            <w:r>
              <w:t>http</w:t>
            </w:r>
            <w:r w:rsidRPr="00332DB8">
              <w:rPr>
                <w:lang w:val="ru-RU"/>
              </w:rPr>
              <w:t>://</w:t>
            </w:r>
            <w:r>
              <w:t>vkontakte</w:t>
            </w:r>
            <w:r w:rsidRPr="00332DB8">
              <w:rPr>
                <w:lang w:val="ru-RU"/>
              </w:rPr>
              <w:t>.</w:t>
            </w:r>
            <w:r>
              <w:t>ru</w:t>
            </w:r>
            <w:r w:rsidRPr="00332DB8">
              <w:rPr>
                <w:lang w:val="ru-RU"/>
              </w:rPr>
              <w:t>/</w:t>
            </w:r>
            <w:r>
              <w:t>id</w:t>
            </w:r>
            <w:r w:rsidRPr="00332DB8">
              <w:rPr>
                <w:lang w:val="ru-RU"/>
              </w:rPr>
              <w:t>4907281: «Как я вышел на Джихад, и что я здесь увидел»; «Сайд Бурятский «Ответы на вопросы» Весна 1430 г. (2009 г.)»; «У Кяфиров нет никаких доводов»; «Фильм от сайта «</w:t>
            </w:r>
            <w:r>
              <w:t>IslamUmma</w:t>
            </w:r>
            <w:r w:rsidRPr="00332DB8">
              <w:rPr>
                <w:lang w:val="ru-RU"/>
              </w:rPr>
              <w:t xml:space="preserve">»; «Шейх Сайд Бурятский «Рамадан и Джихад»; «Шейх Сайд Бурятский «Намерение и Джихад» Весна 1430 г. (2009 г.)» </w:t>
            </w:r>
            <w:r>
              <w:t>(решение Курганского городского суда Курганской области от 18.03.2013);</w:t>
            </w:r>
          </w:p>
        </w:tc>
        <w:tc>
          <w:tcPr>
            <w:tcW w:w="2880" w:type="dxa"/>
          </w:tcPr>
          <w:p w:rsidR="006F7457" w:rsidRDefault="006F7457"/>
        </w:tc>
      </w:tr>
      <w:tr w:rsidR="006F7457" w:rsidRPr="005A424D">
        <w:tc>
          <w:tcPr>
            <w:tcW w:w="2880" w:type="dxa"/>
          </w:tcPr>
          <w:p w:rsidR="006F7457" w:rsidRDefault="00332DB8">
            <w:r>
              <w:t>2059.</w:t>
            </w:r>
          </w:p>
        </w:tc>
        <w:tc>
          <w:tcPr>
            <w:tcW w:w="2880" w:type="dxa"/>
          </w:tcPr>
          <w:p w:rsidR="006F7457" w:rsidRPr="00332DB8" w:rsidRDefault="00332DB8">
            <w:pPr>
              <w:rPr>
                <w:lang w:val="ru-RU"/>
              </w:rPr>
            </w:pPr>
            <w:r w:rsidRPr="00332DB8">
              <w:rPr>
                <w:lang w:val="ru-RU"/>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c>
          <w:tcPr>
            <w:tcW w:w="2880" w:type="dxa"/>
          </w:tcPr>
          <w:p w:rsidR="006F7457" w:rsidRPr="00332DB8" w:rsidRDefault="006F7457">
            <w:pPr>
              <w:rPr>
                <w:lang w:val="ru-RU"/>
              </w:rPr>
            </w:pPr>
          </w:p>
        </w:tc>
      </w:tr>
      <w:tr w:rsidR="006F7457" w:rsidRPr="005A424D">
        <w:tc>
          <w:tcPr>
            <w:tcW w:w="2880" w:type="dxa"/>
          </w:tcPr>
          <w:p w:rsidR="006F7457" w:rsidRDefault="00332DB8">
            <w:r>
              <w:t>2060.</w:t>
            </w:r>
          </w:p>
        </w:tc>
        <w:tc>
          <w:tcPr>
            <w:tcW w:w="2880" w:type="dxa"/>
          </w:tcPr>
          <w:p w:rsidR="006F7457" w:rsidRPr="00332DB8" w:rsidRDefault="00332DB8">
            <w:pPr>
              <w:rPr>
                <w:lang w:val="ru-RU"/>
              </w:rPr>
            </w:pPr>
            <w:r w:rsidRPr="00332DB8">
              <w:rPr>
                <w:lang w:val="ru-RU"/>
              </w:rPr>
              <w:t xml:space="preserve">Видеоматериал «Саид Абу Саад», размещенный в сети Интернет социальной сети «ВКонтакте», по адресу: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99783527_159058362; видеоматериал «Нападение Муджахедов на Нальчик 2005 Суд», размещенный в сети Интернет социальной сети «ВКонтакте», по адресу: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99783527_159760230; видеоматериал «Муджахеды КБР», размещенный в сети Интернет социальной сети «ВКонтакте», по адресу: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99783527_159058201; видеоматериал «Муджахеды о Грузии!», размещенный в сети Интернет социальной сети «ВКонтакте», по адресу: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99783527_159058190; видеоматериал «Наш путь джихад», размещенный в сети Интернет социальной сети «ВКонтакте», по адресу: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99783527_159760241; видеоматериал «лекция Саида Бурятского», размещенный в сети Интернет социальной сети «ВКонтакте», по </w:t>
            </w:r>
            <w:r w:rsidRPr="00332DB8">
              <w:rPr>
                <w:lang w:val="ru-RU"/>
              </w:rPr>
              <w:lastRenderedPageBreak/>
              <w:t xml:space="preserve">адресу: </w:t>
            </w:r>
            <w:r>
              <w:t>http</w:t>
            </w:r>
            <w:r w:rsidRPr="00332DB8">
              <w:rPr>
                <w:lang w:val="ru-RU"/>
              </w:rPr>
              <w:t>://</w:t>
            </w:r>
            <w:r>
              <w:t>vkontakte</w:t>
            </w:r>
            <w:r w:rsidRPr="00332DB8">
              <w:rPr>
                <w:lang w:val="ru-RU"/>
              </w:rPr>
              <w:t>.</w:t>
            </w:r>
            <w:r>
              <w:t>ru</w:t>
            </w:r>
            <w:r w:rsidRPr="00332DB8">
              <w:rPr>
                <w:lang w:val="ru-RU"/>
              </w:rPr>
              <w:t>/</w:t>
            </w:r>
            <w:r>
              <w:t>video</w:t>
            </w:r>
            <w:r w:rsidRPr="00332DB8">
              <w:rPr>
                <w:lang w:val="ru-RU"/>
              </w:rPr>
              <w:t>99783527_161404472 (решение Советского районного суда г. Краснодара от 17.06.2013);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2061.</w:t>
            </w:r>
          </w:p>
        </w:tc>
        <w:tc>
          <w:tcPr>
            <w:tcW w:w="2880" w:type="dxa"/>
          </w:tcPr>
          <w:p w:rsidR="006F7457" w:rsidRPr="00332DB8" w:rsidRDefault="00332DB8">
            <w:pPr>
              <w:rPr>
                <w:lang w:val="ru-RU"/>
              </w:rPr>
            </w:pPr>
            <w:r w:rsidRPr="00332DB8">
              <w:rPr>
                <w:lang w:val="ru-RU"/>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2880" w:type="dxa"/>
          </w:tcPr>
          <w:p w:rsidR="006F7457" w:rsidRPr="00332DB8" w:rsidRDefault="006F7457">
            <w:pPr>
              <w:rPr>
                <w:lang w:val="ru-RU"/>
              </w:rPr>
            </w:pPr>
          </w:p>
        </w:tc>
      </w:tr>
      <w:tr w:rsidR="006F7457" w:rsidRPr="005A424D">
        <w:tc>
          <w:tcPr>
            <w:tcW w:w="2880" w:type="dxa"/>
          </w:tcPr>
          <w:p w:rsidR="006F7457" w:rsidRDefault="00332DB8">
            <w:r>
              <w:t>2062.</w:t>
            </w:r>
          </w:p>
        </w:tc>
        <w:tc>
          <w:tcPr>
            <w:tcW w:w="2880" w:type="dxa"/>
          </w:tcPr>
          <w:p w:rsidR="006F7457" w:rsidRPr="00332DB8" w:rsidRDefault="00332DB8">
            <w:pPr>
              <w:rPr>
                <w:lang w:val="ru-RU"/>
              </w:rPr>
            </w:pPr>
            <w:r w:rsidRPr="00332DB8">
              <w:rPr>
                <w:lang w:val="ru-RU"/>
              </w:rPr>
              <w:t xml:space="preserve">Информационный материал - «Статья: Боевая готовность», обнаруженный и изъятый в ходе мониторинга глобальной телекоммуникационной сети Интернет на сайте: </w:t>
            </w:r>
            <w:r>
              <w:t>www</w:t>
            </w:r>
            <w:r w:rsidRPr="00332DB8">
              <w:rPr>
                <w:lang w:val="ru-RU"/>
              </w:rPr>
              <w:t>.</w:t>
            </w:r>
            <w:r>
              <w:t>badr</w:t>
            </w:r>
            <w:r w:rsidRPr="00332DB8">
              <w:rPr>
                <w:lang w:val="ru-RU"/>
              </w:rPr>
              <w:t>-</w:t>
            </w:r>
            <w:r>
              <w:t>tauhid</w:t>
            </w:r>
            <w:r w:rsidRPr="00332DB8">
              <w:rPr>
                <w:lang w:val="ru-RU"/>
              </w:rPr>
              <w:t>.</w:t>
            </w:r>
            <w:r>
              <w:t>info</w:t>
            </w:r>
            <w:r w:rsidRPr="00332DB8">
              <w:rPr>
                <w:lang w:val="ru-RU"/>
              </w:rPr>
              <w:t xml:space="preserve"> (решение Нальчикского городского суда Кабардино-Балкарской Республики от 24.07.2013);</w:t>
            </w:r>
          </w:p>
        </w:tc>
        <w:tc>
          <w:tcPr>
            <w:tcW w:w="2880" w:type="dxa"/>
          </w:tcPr>
          <w:p w:rsidR="006F7457" w:rsidRPr="00332DB8" w:rsidRDefault="006F7457">
            <w:pPr>
              <w:rPr>
                <w:lang w:val="ru-RU"/>
              </w:rPr>
            </w:pPr>
          </w:p>
        </w:tc>
      </w:tr>
      <w:tr w:rsidR="006F7457" w:rsidRPr="005A424D">
        <w:tc>
          <w:tcPr>
            <w:tcW w:w="2880" w:type="dxa"/>
          </w:tcPr>
          <w:p w:rsidR="006F7457" w:rsidRDefault="00332DB8">
            <w:r>
              <w:t>2063.</w:t>
            </w:r>
          </w:p>
        </w:tc>
        <w:tc>
          <w:tcPr>
            <w:tcW w:w="2880" w:type="dxa"/>
          </w:tcPr>
          <w:p w:rsidR="006F7457" w:rsidRPr="00332DB8" w:rsidRDefault="00332DB8">
            <w:pPr>
              <w:rPr>
                <w:lang w:val="ru-RU"/>
              </w:rPr>
            </w:pPr>
            <w:r w:rsidRPr="00332DB8">
              <w:rPr>
                <w:lang w:val="ru-RU"/>
              </w:rPr>
              <w:t xml:space="preserve">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t>
            </w:r>
            <w:r>
              <w:t>www</w:t>
            </w:r>
            <w:r w:rsidRPr="00332DB8">
              <w:rPr>
                <w:lang w:val="ru-RU"/>
              </w:rPr>
              <w:t>.</w:t>
            </w:r>
            <w:r>
              <w:t>ummanews</w:t>
            </w:r>
            <w:r w:rsidRPr="00332DB8">
              <w:rPr>
                <w:lang w:val="ru-RU"/>
              </w:rPr>
              <w:t>.</w:t>
            </w:r>
            <w:r>
              <w:t>com</w:t>
            </w:r>
            <w:r w:rsidRPr="00332DB8">
              <w:rPr>
                <w:lang w:val="ru-RU"/>
              </w:rPr>
              <w:t xml:space="preserve"> (решение Нальчикского городского суда Кабардино-Балкарской Республики от 24.07.2013);</w:t>
            </w:r>
          </w:p>
        </w:tc>
        <w:tc>
          <w:tcPr>
            <w:tcW w:w="2880" w:type="dxa"/>
          </w:tcPr>
          <w:p w:rsidR="006F7457" w:rsidRPr="00332DB8" w:rsidRDefault="006F7457">
            <w:pPr>
              <w:rPr>
                <w:lang w:val="ru-RU"/>
              </w:rPr>
            </w:pPr>
          </w:p>
        </w:tc>
      </w:tr>
      <w:tr w:rsidR="006F7457" w:rsidRPr="005A424D">
        <w:tc>
          <w:tcPr>
            <w:tcW w:w="2880" w:type="dxa"/>
          </w:tcPr>
          <w:p w:rsidR="006F7457" w:rsidRDefault="00332DB8">
            <w:r>
              <w:t>2064.</w:t>
            </w:r>
          </w:p>
        </w:tc>
        <w:tc>
          <w:tcPr>
            <w:tcW w:w="2880" w:type="dxa"/>
          </w:tcPr>
          <w:p w:rsidR="006F7457" w:rsidRPr="00332DB8" w:rsidRDefault="00332DB8">
            <w:pPr>
              <w:rPr>
                <w:lang w:val="ru-RU"/>
              </w:rPr>
            </w:pPr>
            <w:r w:rsidRPr="00332DB8">
              <w:rPr>
                <w:lang w:val="ru-RU"/>
              </w:rPr>
              <w:t xml:space="preserve">Информационный материал - «Статья: Письмо», обнаруженный и изъятый в ходе мониторинга глобальной телекоммуникационной сети Интернет на сайте: </w:t>
            </w:r>
            <w:r>
              <w:t>www</w:t>
            </w:r>
            <w:r w:rsidRPr="00332DB8">
              <w:rPr>
                <w:lang w:val="ru-RU"/>
              </w:rPr>
              <w:t>.</w:t>
            </w:r>
            <w:r>
              <w:t>ummanews</w:t>
            </w:r>
            <w:r w:rsidRPr="00332DB8">
              <w:rPr>
                <w:lang w:val="ru-RU"/>
              </w:rPr>
              <w:t>.</w:t>
            </w:r>
            <w:r>
              <w:t>com</w:t>
            </w:r>
            <w:r w:rsidRPr="00332DB8">
              <w:rPr>
                <w:lang w:val="ru-RU"/>
              </w:rPr>
              <w:t xml:space="preserve"> (решение Нальчикского городского суда Кабардино-Балкарской Республики от 24.07.2013);</w:t>
            </w:r>
          </w:p>
        </w:tc>
        <w:tc>
          <w:tcPr>
            <w:tcW w:w="2880" w:type="dxa"/>
          </w:tcPr>
          <w:p w:rsidR="006F7457" w:rsidRPr="00332DB8" w:rsidRDefault="006F7457">
            <w:pPr>
              <w:rPr>
                <w:lang w:val="ru-RU"/>
              </w:rPr>
            </w:pPr>
          </w:p>
        </w:tc>
      </w:tr>
      <w:tr w:rsidR="006F7457" w:rsidRPr="005A424D">
        <w:tc>
          <w:tcPr>
            <w:tcW w:w="2880" w:type="dxa"/>
          </w:tcPr>
          <w:p w:rsidR="006F7457" w:rsidRDefault="00332DB8">
            <w:r>
              <w:t>2065.</w:t>
            </w:r>
          </w:p>
        </w:tc>
        <w:tc>
          <w:tcPr>
            <w:tcW w:w="2880" w:type="dxa"/>
          </w:tcPr>
          <w:p w:rsidR="006F7457" w:rsidRPr="00332DB8" w:rsidRDefault="00332DB8">
            <w:pPr>
              <w:rPr>
                <w:lang w:val="ru-RU"/>
              </w:rPr>
            </w:pPr>
            <w:r w:rsidRPr="00332DB8">
              <w:rPr>
                <w:lang w:val="ru-RU"/>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2066.</w:t>
            </w:r>
          </w:p>
        </w:tc>
        <w:tc>
          <w:tcPr>
            <w:tcW w:w="2880" w:type="dxa"/>
          </w:tcPr>
          <w:p w:rsidR="006F7457" w:rsidRPr="00332DB8" w:rsidRDefault="00332DB8">
            <w:pPr>
              <w:rPr>
                <w:lang w:val="ru-RU"/>
              </w:rPr>
            </w:pPr>
            <w:r w:rsidRPr="00332DB8">
              <w:rPr>
                <w:lang w:val="ru-RU"/>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2880" w:type="dxa"/>
          </w:tcPr>
          <w:p w:rsidR="006F7457" w:rsidRPr="00332DB8" w:rsidRDefault="006F7457">
            <w:pPr>
              <w:rPr>
                <w:lang w:val="ru-RU"/>
              </w:rPr>
            </w:pPr>
          </w:p>
        </w:tc>
      </w:tr>
      <w:tr w:rsidR="006F7457" w:rsidRPr="005A424D">
        <w:tc>
          <w:tcPr>
            <w:tcW w:w="2880" w:type="dxa"/>
          </w:tcPr>
          <w:p w:rsidR="006F7457" w:rsidRDefault="00332DB8">
            <w:r>
              <w:t>2067.</w:t>
            </w:r>
          </w:p>
        </w:tc>
        <w:tc>
          <w:tcPr>
            <w:tcW w:w="2880" w:type="dxa"/>
          </w:tcPr>
          <w:p w:rsidR="006F7457" w:rsidRPr="00332DB8" w:rsidRDefault="00332DB8">
            <w:pPr>
              <w:rPr>
                <w:lang w:val="ru-RU"/>
              </w:rPr>
            </w:pPr>
            <w:r w:rsidRPr="00332DB8">
              <w:rPr>
                <w:lang w:val="ru-RU"/>
              </w:rPr>
              <w:t xml:space="preserve">Сайт </w:t>
            </w:r>
            <w:r>
              <w:t>ummanews</w:t>
            </w:r>
            <w:r w:rsidRPr="00332DB8">
              <w:rPr>
                <w:lang w:val="ru-RU"/>
              </w:rPr>
              <w:t>.</w:t>
            </w:r>
            <w:r>
              <w:t>com</w:t>
            </w:r>
            <w:r w:rsidRPr="00332DB8">
              <w:rPr>
                <w:lang w:val="ru-RU"/>
              </w:rPr>
              <w:t xml:space="preserve">, </w:t>
            </w:r>
            <w:r>
              <w:t>Ip</w:t>
            </w:r>
            <w:r w:rsidRPr="00332DB8">
              <w:rPr>
                <w:lang w:val="ru-RU"/>
              </w:rPr>
              <w:t xml:space="preserve">-адрес информационного ресурса – 193.219.5.196, размещенный на хостах </w:t>
            </w:r>
            <w:r>
              <w:t>nsl</w:t>
            </w:r>
            <w:r w:rsidRPr="00332DB8">
              <w:rPr>
                <w:lang w:val="ru-RU"/>
              </w:rPr>
              <w:t>.</w:t>
            </w:r>
            <w:r>
              <w:t>dns</w:t>
            </w:r>
            <w:r w:rsidRPr="00332DB8">
              <w:rPr>
                <w:lang w:val="ru-RU"/>
              </w:rPr>
              <w:t>-</w:t>
            </w:r>
            <w:r>
              <w:t>diy</w:t>
            </w:r>
            <w:r w:rsidRPr="00332DB8">
              <w:rPr>
                <w:lang w:val="ru-RU"/>
              </w:rPr>
              <w:t>.</w:t>
            </w:r>
            <w:r>
              <w:t>net</w:t>
            </w:r>
            <w:r w:rsidRPr="00332DB8">
              <w:rPr>
                <w:lang w:val="ru-RU"/>
              </w:rPr>
              <w:t xml:space="preserve">, </w:t>
            </w:r>
            <w:r>
              <w:t>ns</w:t>
            </w:r>
            <w:r w:rsidRPr="00332DB8">
              <w:rPr>
                <w:lang w:val="ru-RU"/>
              </w:rPr>
              <w:t>2.</w:t>
            </w:r>
            <w:r>
              <w:t>dns</w:t>
            </w:r>
            <w:r w:rsidRPr="00332DB8">
              <w:rPr>
                <w:lang w:val="ru-RU"/>
              </w:rPr>
              <w:t>-</w:t>
            </w:r>
            <w:r>
              <w:t>diy</w:t>
            </w:r>
            <w:r w:rsidRPr="00332DB8">
              <w:rPr>
                <w:lang w:val="ru-RU"/>
              </w:rPr>
              <w:t>.</w:t>
            </w:r>
            <w:r>
              <w:t>net</w:t>
            </w:r>
            <w:r w:rsidRPr="00332DB8">
              <w:rPr>
                <w:lang w:val="ru-RU"/>
              </w:rPr>
              <w:t xml:space="preserve"> (решение Кировского районного суда г. Астрахани от 04.07.2013);</w:t>
            </w:r>
          </w:p>
        </w:tc>
        <w:tc>
          <w:tcPr>
            <w:tcW w:w="2880" w:type="dxa"/>
          </w:tcPr>
          <w:p w:rsidR="006F7457" w:rsidRPr="00332DB8" w:rsidRDefault="006F7457">
            <w:pPr>
              <w:rPr>
                <w:lang w:val="ru-RU"/>
              </w:rPr>
            </w:pPr>
          </w:p>
        </w:tc>
      </w:tr>
      <w:tr w:rsidR="006F7457" w:rsidRPr="005A424D">
        <w:tc>
          <w:tcPr>
            <w:tcW w:w="2880" w:type="dxa"/>
          </w:tcPr>
          <w:p w:rsidR="006F7457" w:rsidRDefault="00332DB8">
            <w:r>
              <w:t>2068.</w:t>
            </w:r>
          </w:p>
        </w:tc>
        <w:tc>
          <w:tcPr>
            <w:tcW w:w="2880" w:type="dxa"/>
          </w:tcPr>
          <w:p w:rsidR="006F7457" w:rsidRPr="00332DB8" w:rsidRDefault="00332DB8">
            <w:pPr>
              <w:rPr>
                <w:lang w:val="ru-RU"/>
              </w:rPr>
            </w:pPr>
            <w:r w:rsidRPr="00332DB8">
              <w:rPr>
                <w:lang w:val="ru-RU"/>
              </w:rPr>
              <w:t xml:space="preserve">Комментарии, оставленные под псевдонимом «Иса» 17 февраля 2013 г., 8:09 на сайте </w:t>
            </w:r>
            <w:r>
              <w:t>www</w:t>
            </w:r>
            <w:r w:rsidRPr="00332DB8">
              <w:rPr>
                <w:lang w:val="ru-RU"/>
              </w:rPr>
              <w:t xml:space="preserve"> </w:t>
            </w:r>
            <w:r>
              <w:t>islamdin</w:t>
            </w:r>
            <w:r w:rsidRPr="00332DB8">
              <w:rPr>
                <w:lang w:val="ru-RU"/>
              </w:rPr>
              <w:t>.</w:t>
            </w:r>
            <w:r>
              <w:t>biz</w:t>
            </w:r>
            <w:r w:rsidRPr="00332DB8">
              <w:rPr>
                <w:lang w:val="ru-RU"/>
              </w:rPr>
              <w:t xml:space="preserve"> на странице </w:t>
            </w:r>
            <w:r>
              <w:t>http</w:t>
            </w:r>
            <w:r w:rsidRPr="00332DB8">
              <w:rPr>
                <w:lang w:val="ru-RU"/>
              </w:rPr>
              <w:t>://</w:t>
            </w:r>
            <w:r>
              <w:t>www</w:t>
            </w:r>
            <w:r w:rsidRPr="00332DB8">
              <w:rPr>
                <w:lang w:val="ru-RU"/>
              </w:rPr>
              <w:t xml:space="preserve"> </w:t>
            </w:r>
            <w:r>
              <w:t>islamdin</w:t>
            </w:r>
            <w:r w:rsidRPr="00332DB8">
              <w:rPr>
                <w:lang w:val="ru-RU"/>
              </w:rPr>
              <w:t>.</w:t>
            </w:r>
            <w:r>
              <w:t>biz</w:t>
            </w:r>
            <w:r w:rsidRPr="00332DB8">
              <w:rPr>
                <w:lang w:val="ru-RU"/>
              </w:rPr>
              <w:t>/2013/02/</w:t>
            </w:r>
            <w:r>
              <w:t>blog</w:t>
            </w:r>
            <w:r w:rsidRPr="00332DB8">
              <w:rPr>
                <w:lang w:val="ru-RU"/>
              </w:rPr>
              <w:t>-</w:t>
            </w:r>
            <w:r>
              <w:t>post</w:t>
            </w:r>
            <w:r w:rsidRPr="00332DB8">
              <w:rPr>
                <w:lang w:val="ru-RU"/>
              </w:rPr>
              <w:t>_15.</w:t>
            </w:r>
            <w:r>
              <w:t>html</w:t>
            </w:r>
            <w:r w:rsidRPr="00332DB8">
              <w:rPr>
                <w:lang w:val="ru-RU"/>
              </w:rPr>
              <w:t>#</w:t>
            </w:r>
            <w:r>
              <w:t>comment</w:t>
            </w:r>
            <w:r w:rsidRPr="00332DB8">
              <w:rPr>
                <w:lang w:val="ru-RU"/>
              </w:rPr>
              <w:t>-</w:t>
            </w:r>
            <w:r>
              <w:t>form</w:t>
            </w:r>
            <w:r w:rsidRPr="00332DB8">
              <w:rPr>
                <w:lang w:val="ru-RU"/>
              </w:rPr>
              <w:t xml:space="preserve">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2880" w:type="dxa"/>
          </w:tcPr>
          <w:p w:rsidR="006F7457" w:rsidRPr="00332DB8" w:rsidRDefault="006F7457">
            <w:pPr>
              <w:rPr>
                <w:lang w:val="ru-RU"/>
              </w:rPr>
            </w:pPr>
          </w:p>
        </w:tc>
      </w:tr>
      <w:tr w:rsidR="006F7457" w:rsidRPr="005A424D">
        <w:tc>
          <w:tcPr>
            <w:tcW w:w="2880" w:type="dxa"/>
          </w:tcPr>
          <w:p w:rsidR="006F7457" w:rsidRDefault="00332DB8">
            <w:r>
              <w:t>2069.</w:t>
            </w:r>
          </w:p>
        </w:tc>
        <w:tc>
          <w:tcPr>
            <w:tcW w:w="2880" w:type="dxa"/>
          </w:tcPr>
          <w:p w:rsidR="006F7457" w:rsidRPr="00332DB8" w:rsidRDefault="00332DB8">
            <w:pPr>
              <w:rPr>
                <w:lang w:val="ru-RU"/>
              </w:rPr>
            </w:pPr>
            <w:r w:rsidRPr="00332DB8">
              <w:rPr>
                <w:lang w:val="ru-RU"/>
              </w:rP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w:t>
            </w:r>
            <w:r>
              <w:t>http</w:t>
            </w:r>
            <w:r w:rsidRPr="00332DB8">
              <w:rPr>
                <w:lang w:val="ru-RU"/>
              </w:rPr>
              <w:t>://</w:t>
            </w:r>
            <w:r>
              <w:t>lib</w:t>
            </w:r>
            <w:r w:rsidRPr="00332DB8">
              <w:rPr>
                <w:lang w:val="ru-RU"/>
              </w:rPr>
              <w:t>.</w:t>
            </w:r>
            <w:r>
              <w:t>rus</w:t>
            </w:r>
            <w:r w:rsidRPr="00332DB8">
              <w:rPr>
                <w:lang w:val="ru-RU"/>
              </w:rPr>
              <w:t>.</w:t>
            </w:r>
            <w:r>
              <w:t>ec</w:t>
            </w:r>
            <w:r w:rsidRPr="00332DB8">
              <w:rPr>
                <w:lang w:val="ru-RU"/>
              </w:rPr>
              <w:t>/</w:t>
            </w:r>
            <w:r>
              <w:t>b</w:t>
            </w:r>
            <w:r w:rsidRPr="00332DB8">
              <w:rPr>
                <w:lang w:val="ru-RU"/>
              </w:rPr>
              <w:t>/416488, сервер принадлежит компании «</w:t>
            </w:r>
            <w:r>
              <w:t>Hetzner</w:t>
            </w:r>
            <w:r w:rsidRPr="00332DB8">
              <w:rPr>
                <w:lang w:val="ru-RU"/>
              </w:rPr>
              <w:t xml:space="preserve"> </w:t>
            </w:r>
            <w:r>
              <w:t>Online</w:t>
            </w:r>
            <w:r w:rsidRPr="00332DB8">
              <w:rPr>
                <w:lang w:val="ru-RU"/>
              </w:rPr>
              <w:t xml:space="preserve"> </w:t>
            </w:r>
            <w:r>
              <w:t>AG</w:t>
            </w:r>
            <w:r w:rsidRPr="00332DB8">
              <w:rPr>
                <w:lang w:val="ru-RU"/>
              </w:rPr>
              <w:t xml:space="preserve">», зарегистрированной на территории Германии, адрес: </w:t>
            </w:r>
            <w:r>
              <w:t>Stuttgarter</w:t>
            </w:r>
            <w:r w:rsidRPr="00332DB8">
              <w:rPr>
                <w:lang w:val="ru-RU"/>
              </w:rPr>
              <w:t xml:space="preserve"> </w:t>
            </w:r>
            <w:r>
              <w:t>Strasse</w:t>
            </w:r>
            <w:r w:rsidRPr="00332DB8">
              <w:rPr>
                <w:lang w:val="ru-RU"/>
              </w:rPr>
              <w:t xml:space="preserve"> 1, </w:t>
            </w:r>
            <w:r>
              <w:t>D</w:t>
            </w:r>
            <w:r w:rsidRPr="00332DB8">
              <w:rPr>
                <w:lang w:val="ru-RU"/>
              </w:rPr>
              <w:t xml:space="preserve">-91710 </w:t>
            </w:r>
            <w:r>
              <w:t>Gunzenhausen</w:t>
            </w:r>
            <w:r w:rsidRPr="00332DB8">
              <w:rPr>
                <w:lang w:val="ru-RU"/>
              </w:rPr>
              <w:t xml:space="preserve">, </w:t>
            </w:r>
            <w:r>
              <w:t>Germany</w:t>
            </w:r>
            <w:r w:rsidRPr="00332DB8">
              <w:rPr>
                <w:lang w:val="ru-RU"/>
              </w:rPr>
              <w:t>); на сайте «Русская патриотическая газета «Отчизна» (</w:t>
            </w:r>
            <w:r>
              <w:t>http</w:t>
            </w:r>
            <w:r w:rsidRPr="00332DB8">
              <w:rPr>
                <w:lang w:val="ru-RU"/>
              </w:rPr>
              <w:t>://</w:t>
            </w:r>
            <w:r>
              <w:t>www</w:t>
            </w:r>
            <w:r w:rsidRPr="00332DB8">
              <w:rPr>
                <w:lang w:val="ru-RU"/>
              </w:rPr>
              <w:t>.</w:t>
            </w:r>
            <w:r>
              <w:t>otchizna</w:t>
            </w:r>
            <w:r w:rsidRPr="00332DB8">
              <w:rPr>
                <w:lang w:val="ru-RU"/>
              </w:rPr>
              <w:t>.</w:t>
            </w:r>
            <w:r>
              <w:t>info</w:t>
            </w:r>
            <w:r w:rsidRPr="00332DB8">
              <w:rPr>
                <w:lang w:val="ru-RU"/>
              </w:rPr>
              <w:t>/</w:t>
            </w:r>
            <w:r>
              <w:t>Otehizna</w:t>
            </w:r>
            <w:r w:rsidRPr="00332DB8">
              <w:rPr>
                <w:lang w:val="ru-RU"/>
              </w:rPr>
              <w:t>/</w:t>
            </w:r>
            <w:r>
              <w:t>RRN</w:t>
            </w:r>
            <w:r w:rsidRPr="00332DB8">
              <w:rPr>
                <w:lang w:val="ru-RU"/>
              </w:rPr>
              <w:t>.</w:t>
            </w:r>
            <w:r>
              <w:t>doc</w:t>
            </w:r>
            <w:r w:rsidRPr="00332DB8">
              <w:rPr>
                <w:lang w:val="ru-RU"/>
              </w:rPr>
              <w:t>, сервер принадлежит компании «</w:t>
            </w:r>
            <w:r>
              <w:t>Special</w:t>
            </w:r>
            <w:r w:rsidRPr="00332DB8">
              <w:rPr>
                <w:lang w:val="ru-RU"/>
              </w:rPr>
              <w:t xml:space="preserve"> </w:t>
            </w:r>
            <w:r>
              <w:t>Domain</w:t>
            </w:r>
            <w:r w:rsidRPr="00332DB8">
              <w:rPr>
                <w:lang w:val="ru-RU"/>
              </w:rPr>
              <w:t xml:space="preserve"> </w:t>
            </w:r>
            <w:r>
              <w:t>Services</w:t>
            </w:r>
            <w:r w:rsidRPr="00332DB8">
              <w:rPr>
                <w:lang w:val="ru-RU"/>
              </w:rPr>
              <w:t xml:space="preserve">», зарегистрированной на территории США, адрес: 14455 </w:t>
            </w:r>
            <w:r>
              <w:t>N</w:t>
            </w:r>
            <w:r w:rsidRPr="00332DB8">
              <w:rPr>
                <w:lang w:val="ru-RU"/>
              </w:rPr>
              <w:t xml:space="preserve"> </w:t>
            </w:r>
            <w:r>
              <w:t>Hayden</w:t>
            </w:r>
            <w:r w:rsidRPr="00332DB8">
              <w:rPr>
                <w:lang w:val="ru-RU"/>
              </w:rPr>
              <w:t xml:space="preserve"> </w:t>
            </w:r>
            <w:r>
              <w:t>Rd</w:t>
            </w:r>
            <w:r w:rsidRPr="00332DB8">
              <w:rPr>
                <w:lang w:val="ru-RU"/>
              </w:rPr>
              <w:t xml:space="preserve"> </w:t>
            </w:r>
            <w:r>
              <w:t>Suite</w:t>
            </w:r>
            <w:r w:rsidRPr="00332DB8">
              <w:rPr>
                <w:lang w:val="ru-RU"/>
              </w:rPr>
              <w:t xml:space="preserve"> 219, </w:t>
            </w:r>
            <w:r>
              <w:t>Scottsdale</w:t>
            </w:r>
            <w:r w:rsidRPr="00332DB8">
              <w:rPr>
                <w:lang w:val="ru-RU"/>
              </w:rPr>
              <w:t xml:space="preserve">, </w:t>
            </w:r>
            <w:r>
              <w:t>Arizona</w:t>
            </w:r>
            <w:r w:rsidRPr="00332DB8">
              <w:rPr>
                <w:lang w:val="ru-RU"/>
              </w:rPr>
              <w:t xml:space="preserve"> 85260, </w:t>
            </w:r>
            <w:r>
              <w:t>United</w:t>
            </w:r>
            <w:r w:rsidRPr="00332DB8">
              <w:rPr>
                <w:lang w:val="ru-RU"/>
              </w:rPr>
              <w:t xml:space="preserve"> </w:t>
            </w:r>
            <w:r>
              <w:t>States</w:t>
            </w:r>
            <w:r w:rsidRPr="00332DB8">
              <w:rPr>
                <w:lang w:val="ru-RU"/>
              </w:rPr>
              <w:t>) (решение Первомайского районного суда г. Пензы от 23.07.2013);</w:t>
            </w:r>
          </w:p>
        </w:tc>
        <w:tc>
          <w:tcPr>
            <w:tcW w:w="2880" w:type="dxa"/>
          </w:tcPr>
          <w:p w:rsidR="006F7457" w:rsidRPr="00332DB8" w:rsidRDefault="006F7457">
            <w:pPr>
              <w:rPr>
                <w:lang w:val="ru-RU"/>
              </w:rPr>
            </w:pPr>
          </w:p>
        </w:tc>
      </w:tr>
      <w:tr w:rsidR="006F7457" w:rsidRPr="005A424D">
        <w:tc>
          <w:tcPr>
            <w:tcW w:w="2880" w:type="dxa"/>
          </w:tcPr>
          <w:p w:rsidR="006F7457" w:rsidRDefault="00332DB8">
            <w:r>
              <w:t>207</w:t>
            </w:r>
            <w:r>
              <w:lastRenderedPageBreak/>
              <w:t>0.</w:t>
            </w:r>
          </w:p>
        </w:tc>
        <w:tc>
          <w:tcPr>
            <w:tcW w:w="2880" w:type="dxa"/>
          </w:tcPr>
          <w:p w:rsidR="006F7457" w:rsidRPr="00332DB8" w:rsidRDefault="00332DB8">
            <w:pPr>
              <w:rPr>
                <w:lang w:val="ru-RU"/>
              </w:rPr>
            </w:pPr>
            <w:r w:rsidRPr="00332DB8">
              <w:rPr>
                <w:lang w:val="ru-RU"/>
              </w:rPr>
              <w:lastRenderedPageBreak/>
              <w:t xml:space="preserve">Текстовые, графические и видеоматериалы, размещенные на блог-платформе </w:t>
            </w:r>
            <w:r>
              <w:t>http</w:t>
            </w:r>
            <w:r w:rsidRPr="00332DB8">
              <w:rPr>
                <w:lang w:val="ru-RU"/>
              </w:rPr>
              <w:t>://</w:t>
            </w:r>
            <w:r>
              <w:t>lj</w:t>
            </w:r>
            <w:r w:rsidRPr="00332DB8">
              <w:rPr>
                <w:lang w:val="ru-RU"/>
              </w:rPr>
              <w:t>.</w:t>
            </w:r>
            <w:r>
              <w:t>rossia</w:t>
            </w:r>
            <w:r w:rsidRPr="00332DB8">
              <w:rPr>
                <w:lang w:val="ru-RU"/>
              </w:rPr>
              <w:t>.</w:t>
            </w:r>
            <w:r>
              <w:t>org</w:t>
            </w:r>
            <w:r w:rsidRPr="00332DB8">
              <w:rPr>
                <w:lang w:val="ru-RU"/>
              </w:rPr>
              <w:t xml:space="preserve"> в персональном блоге /</w:t>
            </w:r>
            <w:r>
              <w:t>user</w:t>
            </w:r>
            <w:r w:rsidRPr="00332DB8">
              <w:rPr>
                <w:lang w:val="ru-RU"/>
              </w:rPr>
              <w:t>/</w:t>
            </w:r>
            <w:r>
              <w:t>keinenfalls</w:t>
            </w:r>
            <w:r w:rsidRPr="00332DB8">
              <w:rPr>
                <w:lang w:val="ru-RU"/>
              </w:rPr>
              <w:t>1 пользователем «</w:t>
            </w:r>
            <w:r>
              <w:t>keinenfalls</w:t>
            </w:r>
            <w:r w:rsidRPr="00332DB8">
              <w:rPr>
                <w:lang w:val="ru-RU"/>
              </w:rPr>
              <w:t>1» (решение Первомайского районного суда г. Пензы от 23.07.2013);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2071.</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vk</w:t>
            </w:r>
            <w:r w:rsidRPr="00332DB8">
              <w:rPr>
                <w:lang w:val="ru-RU"/>
              </w:rPr>
              <w:t>.</w:t>
            </w:r>
            <w:r>
              <w:t>com</w:t>
            </w:r>
            <w:r w:rsidRPr="00332DB8">
              <w:rPr>
                <w:lang w:val="ru-RU"/>
              </w:rPr>
              <w:t>./</w:t>
            </w:r>
            <w:r>
              <w:t>id</w:t>
            </w:r>
            <w:r w:rsidRPr="00332DB8">
              <w:rPr>
                <w:lang w:val="ru-RU"/>
              </w:rPr>
              <w:t>91730219 с наименованием "</w:t>
            </w:r>
            <w:r>
              <w:t>Whit</w:t>
            </w:r>
            <w:r w:rsidRPr="00332DB8">
              <w:rPr>
                <w:lang w:val="ru-RU"/>
              </w:rPr>
              <w:t xml:space="preserve"> </w:t>
            </w:r>
            <w:r>
              <w:t>Power</w:t>
            </w:r>
            <w:r w:rsidRPr="00332DB8">
              <w:rPr>
                <w:lang w:val="ru-RU"/>
              </w:rPr>
              <w:t>" (решение Стерлитамакского городского суда Республики Башкортостан от 21.05.2013);</w:t>
            </w:r>
          </w:p>
        </w:tc>
        <w:tc>
          <w:tcPr>
            <w:tcW w:w="2880" w:type="dxa"/>
          </w:tcPr>
          <w:p w:rsidR="006F7457" w:rsidRPr="00332DB8" w:rsidRDefault="006F7457">
            <w:pPr>
              <w:rPr>
                <w:lang w:val="ru-RU"/>
              </w:rPr>
            </w:pPr>
          </w:p>
        </w:tc>
      </w:tr>
      <w:tr w:rsidR="006F7457" w:rsidRPr="005A424D">
        <w:tc>
          <w:tcPr>
            <w:tcW w:w="2880" w:type="dxa"/>
          </w:tcPr>
          <w:p w:rsidR="006F7457" w:rsidRDefault="00332DB8">
            <w:r>
              <w:t>2072.</w:t>
            </w:r>
          </w:p>
        </w:tc>
        <w:tc>
          <w:tcPr>
            <w:tcW w:w="2880" w:type="dxa"/>
          </w:tcPr>
          <w:p w:rsidR="006F7457" w:rsidRPr="00332DB8" w:rsidRDefault="00332DB8">
            <w:pPr>
              <w:rPr>
                <w:lang w:val="ru-RU"/>
              </w:rPr>
            </w:pPr>
            <w:r w:rsidRPr="00332DB8">
              <w:rPr>
                <w:lang w:val="ru-RU"/>
              </w:rPr>
              <w:t xml:space="preserve">Аудиокомпозиция «КОРРОЗИЯ МЕТАЛЛА-бей чертей» группы «Коррозия Металла», размещенная на интернет-сайте </w:t>
            </w:r>
            <w:r>
              <w:t>www</w:t>
            </w:r>
            <w:r w:rsidRPr="00332DB8">
              <w:rPr>
                <w:lang w:val="ru-RU"/>
              </w:rPr>
              <w:t>.</w:t>
            </w:r>
            <w:r>
              <w:t>bisound</w:t>
            </w:r>
            <w:r w:rsidRPr="00332DB8">
              <w:rPr>
                <w:lang w:val="ru-RU"/>
              </w:rPr>
              <w:t>.</w:t>
            </w:r>
            <w:r>
              <w:t>com</w:t>
            </w:r>
            <w:r w:rsidRPr="00332DB8">
              <w:rPr>
                <w:lang w:val="ru-RU"/>
              </w:rPr>
              <w:t xml:space="preserve"> (решение Гагаринского районного суда г. Москвы от 22.05.2013);</w:t>
            </w:r>
          </w:p>
        </w:tc>
        <w:tc>
          <w:tcPr>
            <w:tcW w:w="2880" w:type="dxa"/>
          </w:tcPr>
          <w:p w:rsidR="006F7457" w:rsidRPr="00332DB8" w:rsidRDefault="006F7457">
            <w:pPr>
              <w:rPr>
                <w:lang w:val="ru-RU"/>
              </w:rPr>
            </w:pPr>
          </w:p>
        </w:tc>
      </w:tr>
      <w:tr w:rsidR="006F7457" w:rsidRPr="005A424D">
        <w:tc>
          <w:tcPr>
            <w:tcW w:w="2880" w:type="dxa"/>
          </w:tcPr>
          <w:p w:rsidR="006F7457" w:rsidRDefault="00332DB8">
            <w:r>
              <w:t>2073.</w:t>
            </w:r>
          </w:p>
        </w:tc>
        <w:tc>
          <w:tcPr>
            <w:tcW w:w="2880" w:type="dxa"/>
          </w:tcPr>
          <w:p w:rsidR="006F7457" w:rsidRPr="00332DB8" w:rsidRDefault="00332DB8">
            <w:pPr>
              <w:rPr>
                <w:lang w:val="ru-RU"/>
              </w:rPr>
            </w:pPr>
            <w:r w:rsidRPr="00332DB8">
              <w:rPr>
                <w:lang w:val="ru-RU"/>
              </w:rPr>
              <w:t>Брошюра «Иман Ислам Намаз» (г. Владивосток, 2011 г., – 45 с.) (решение Ленинского районного суда г. Владивостока Приморского края от 18.04.2013);</w:t>
            </w:r>
          </w:p>
        </w:tc>
        <w:tc>
          <w:tcPr>
            <w:tcW w:w="2880" w:type="dxa"/>
          </w:tcPr>
          <w:p w:rsidR="006F7457" w:rsidRPr="00332DB8" w:rsidRDefault="006F7457">
            <w:pPr>
              <w:rPr>
                <w:lang w:val="ru-RU"/>
              </w:rPr>
            </w:pPr>
          </w:p>
        </w:tc>
      </w:tr>
      <w:tr w:rsidR="006F7457" w:rsidRPr="005A424D">
        <w:tc>
          <w:tcPr>
            <w:tcW w:w="2880" w:type="dxa"/>
          </w:tcPr>
          <w:p w:rsidR="006F7457" w:rsidRDefault="00332DB8">
            <w:r>
              <w:t>2074.</w:t>
            </w:r>
          </w:p>
        </w:tc>
        <w:tc>
          <w:tcPr>
            <w:tcW w:w="2880" w:type="dxa"/>
          </w:tcPr>
          <w:p w:rsidR="006F7457" w:rsidRPr="00332DB8" w:rsidRDefault="00332DB8">
            <w:pPr>
              <w:rPr>
                <w:lang w:val="ru-RU"/>
              </w:rPr>
            </w:pPr>
            <w:r w:rsidRPr="00332DB8">
              <w:rPr>
                <w:lang w:val="ru-RU"/>
              </w:rPr>
              <w:t>Видеофильм «Веселье» («</w:t>
            </w:r>
            <w:r>
              <w:t>vesel</w:t>
            </w:r>
            <w:r w:rsidRPr="00332DB8">
              <w:rPr>
                <w:lang w:val="ru-RU"/>
              </w:rPr>
              <w:t>'</w:t>
            </w:r>
            <w:r>
              <w:t>e</w:t>
            </w:r>
            <w:r w:rsidRPr="00332DB8">
              <w:rPr>
                <w:lang w:val="ru-RU"/>
              </w:rPr>
              <w:t xml:space="preserve">»), размещенный в сети Интернет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120203102 161413020 (решение Бабушкинского районного суда г. Москвы от 12.03.2013);</w:t>
            </w:r>
          </w:p>
        </w:tc>
        <w:tc>
          <w:tcPr>
            <w:tcW w:w="2880" w:type="dxa"/>
          </w:tcPr>
          <w:p w:rsidR="006F7457" w:rsidRPr="00332DB8" w:rsidRDefault="006F7457">
            <w:pPr>
              <w:rPr>
                <w:lang w:val="ru-RU"/>
              </w:rPr>
            </w:pPr>
          </w:p>
        </w:tc>
      </w:tr>
      <w:tr w:rsidR="006F7457" w:rsidRPr="005A424D">
        <w:tc>
          <w:tcPr>
            <w:tcW w:w="2880" w:type="dxa"/>
          </w:tcPr>
          <w:p w:rsidR="006F7457" w:rsidRDefault="00332DB8">
            <w:r>
              <w:t>2075.</w:t>
            </w:r>
          </w:p>
        </w:tc>
        <w:tc>
          <w:tcPr>
            <w:tcW w:w="2880" w:type="dxa"/>
          </w:tcPr>
          <w:p w:rsidR="006F7457" w:rsidRPr="00332DB8" w:rsidRDefault="00332DB8">
            <w:pPr>
              <w:rPr>
                <w:lang w:val="ru-RU"/>
              </w:rPr>
            </w:pPr>
            <w:r w:rsidRPr="00332DB8">
              <w:rPr>
                <w:lang w:val="ru-RU"/>
              </w:rPr>
              <w:t xml:space="preserve">Статья Бориса Стомахина «Евреям нужен свой Басаев»,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Бабушкинского районного суда г. Москвы от 27.03.2013);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2076.</w:t>
            </w:r>
          </w:p>
        </w:tc>
        <w:tc>
          <w:tcPr>
            <w:tcW w:w="2880" w:type="dxa"/>
          </w:tcPr>
          <w:p w:rsidR="006F7457" w:rsidRPr="00332DB8" w:rsidRDefault="00332DB8">
            <w:pPr>
              <w:rPr>
                <w:lang w:val="ru-RU"/>
              </w:rPr>
            </w:pPr>
            <w:r w:rsidRPr="00332DB8">
              <w:rPr>
                <w:lang w:val="ru-RU"/>
              </w:rPr>
              <w:t xml:space="preserve">Статья Бориса Стомахина «Попросить русских убраться отовсюду»,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Бабушкинского районного суда г. Москвы от 27.03.2013);</w:t>
            </w:r>
          </w:p>
        </w:tc>
        <w:tc>
          <w:tcPr>
            <w:tcW w:w="2880" w:type="dxa"/>
          </w:tcPr>
          <w:p w:rsidR="006F7457" w:rsidRPr="00332DB8" w:rsidRDefault="006F7457">
            <w:pPr>
              <w:rPr>
                <w:lang w:val="ru-RU"/>
              </w:rPr>
            </w:pPr>
          </w:p>
        </w:tc>
      </w:tr>
      <w:tr w:rsidR="006F7457" w:rsidRPr="005A424D">
        <w:tc>
          <w:tcPr>
            <w:tcW w:w="2880" w:type="dxa"/>
          </w:tcPr>
          <w:p w:rsidR="006F7457" w:rsidRDefault="00332DB8">
            <w:r>
              <w:t>2077.</w:t>
            </w:r>
          </w:p>
        </w:tc>
        <w:tc>
          <w:tcPr>
            <w:tcW w:w="2880" w:type="dxa"/>
          </w:tcPr>
          <w:p w:rsidR="006F7457" w:rsidRPr="00332DB8" w:rsidRDefault="00332DB8">
            <w:pPr>
              <w:rPr>
                <w:lang w:val="ru-RU"/>
              </w:rPr>
            </w:pPr>
            <w:r w:rsidRPr="00332DB8">
              <w:rPr>
                <w:lang w:val="ru-RU"/>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2880" w:type="dxa"/>
          </w:tcPr>
          <w:p w:rsidR="006F7457" w:rsidRPr="00332DB8" w:rsidRDefault="006F7457">
            <w:pPr>
              <w:rPr>
                <w:lang w:val="ru-RU"/>
              </w:rPr>
            </w:pPr>
          </w:p>
        </w:tc>
      </w:tr>
      <w:tr w:rsidR="006F7457" w:rsidRPr="005A424D">
        <w:tc>
          <w:tcPr>
            <w:tcW w:w="2880" w:type="dxa"/>
          </w:tcPr>
          <w:p w:rsidR="006F7457" w:rsidRDefault="00332DB8">
            <w:r>
              <w:t>2078.</w:t>
            </w:r>
          </w:p>
        </w:tc>
        <w:tc>
          <w:tcPr>
            <w:tcW w:w="2880" w:type="dxa"/>
          </w:tcPr>
          <w:p w:rsidR="006F7457" w:rsidRPr="00332DB8" w:rsidRDefault="00332DB8">
            <w:pPr>
              <w:rPr>
                <w:lang w:val="ru-RU"/>
              </w:rPr>
            </w:pPr>
            <w:r w:rsidRPr="00332DB8">
              <w:rPr>
                <w:lang w:val="ru-RU"/>
              </w:rPr>
              <w:t xml:space="preserve">Интернет-страница по электронному адресу: </w:t>
            </w:r>
            <w:r>
              <w:t>poiskm</w:t>
            </w:r>
            <w:r w:rsidRPr="00332DB8">
              <w:rPr>
                <w:lang w:val="ru-RU"/>
              </w:rPr>
              <w:t>.</w:t>
            </w:r>
            <w:r>
              <w:t>com</w:t>
            </w:r>
            <w:r w:rsidRPr="00332DB8">
              <w:rPr>
                <w:lang w:val="ru-RU"/>
              </w:rPr>
              <w:t>/</w:t>
            </w:r>
            <w:r>
              <w:t>song</w:t>
            </w:r>
            <w:r w:rsidRPr="00332DB8">
              <w:rPr>
                <w:lang w:val="ru-RU"/>
              </w:rPr>
              <w:t>/144310-</w:t>
            </w:r>
            <w:r>
              <w:t>Koreyskie</w:t>
            </w:r>
            <w:r w:rsidRPr="00332DB8">
              <w:rPr>
                <w:lang w:val="ru-RU"/>
              </w:rPr>
              <w:t>-</w:t>
            </w:r>
            <w:r>
              <w:t>LEDchiki</w:t>
            </w:r>
            <w:r w:rsidRPr="00332DB8">
              <w:rPr>
                <w:lang w:val="ru-RU"/>
              </w:rPr>
              <w:t>-</w:t>
            </w:r>
            <w:r>
              <w:t>Rossiya</w:t>
            </w:r>
            <w:r w:rsidRPr="00332DB8">
              <w:rPr>
                <w:lang w:val="ru-RU"/>
              </w:rPr>
              <w:t>-</w:t>
            </w:r>
            <w:r>
              <w:t>dlya</w:t>
            </w:r>
            <w:r w:rsidRPr="00332DB8">
              <w:rPr>
                <w:lang w:val="ru-RU"/>
              </w:rPr>
              <w:t>-</w:t>
            </w:r>
            <w:r>
              <w:t>churok</w:t>
            </w:r>
            <w:r w:rsidRPr="00332DB8">
              <w:rPr>
                <w:lang w:val="ru-RU"/>
              </w:rPr>
              <w:t xml:space="preserve"> (решение Кромского районного суда Орловской области от 12.08.2013);</w:t>
            </w:r>
          </w:p>
        </w:tc>
        <w:tc>
          <w:tcPr>
            <w:tcW w:w="2880" w:type="dxa"/>
          </w:tcPr>
          <w:p w:rsidR="006F7457" w:rsidRPr="00332DB8" w:rsidRDefault="006F7457">
            <w:pPr>
              <w:rPr>
                <w:lang w:val="ru-RU"/>
              </w:rPr>
            </w:pPr>
          </w:p>
        </w:tc>
      </w:tr>
      <w:tr w:rsidR="006F7457" w:rsidRPr="005A424D">
        <w:tc>
          <w:tcPr>
            <w:tcW w:w="2880" w:type="dxa"/>
          </w:tcPr>
          <w:p w:rsidR="006F7457" w:rsidRDefault="00332DB8">
            <w:r>
              <w:t>2079.</w:t>
            </w:r>
          </w:p>
        </w:tc>
        <w:tc>
          <w:tcPr>
            <w:tcW w:w="2880" w:type="dxa"/>
          </w:tcPr>
          <w:p w:rsidR="006F7457" w:rsidRPr="00332DB8" w:rsidRDefault="00332DB8">
            <w:pPr>
              <w:rPr>
                <w:lang w:val="ru-RU"/>
              </w:rPr>
            </w:pPr>
            <w:r w:rsidRPr="00332DB8">
              <w:rPr>
                <w:lang w:val="ru-RU"/>
              </w:rPr>
              <w:t xml:space="preserve">Информационный материал под заголовком «К чему мы идем, и какие у нас цели», размещенный на сайте </w:t>
            </w:r>
            <w:r>
              <w:t>http</w:t>
            </w:r>
            <w:r w:rsidRPr="00332DB8">
              <w:rPr>
                <w:lang w:val="ru-RU"/>
              </w:rPr>
              <w:t>://</w:t>
            </w:r>
            <w:r>
              <w:t>ummanews</w:t>
            </w:r>
            <w:r w:rsidRPr="00332DB8">
              <w:rPr>
                <w:lang w:val="ru-RU"/>
              </w:rPr>
              <w:t>.</w:t>
            </w:r>
            <w:r>
              <w:t>ru</w:t>
            </w:r>
            <w:r w:rsidRPr="00332DB8">
              <w:rPr>
                <w:lang w:val="ru-RU"/>
              </w:rPr>
              <w:t>/ (решение Первомайского районного суда г. Краснодара от 24.07.2013);</w:t>
            </w:r>
          </w:p>
        </w:tc>
        <w:tc>
          <w:tcPr>
            <w:tcW w:w="2880" w:type="dxa"/>
          </w:tcPr>
          <w:p w:rsidR="006F7457" w:rsidRPr="00332DB8" w:rsidRDefault="006F7457">
            <w:pPr>
              <w:rPr>
                <w:lang w:val="ru-RU"/>
              </w:rPr>
            </w:pPr>
          </w:p>
        </w:tc>
      </w:tr>
      <w:tr w:rsidR="006F7457" w:rsidRPr="005A424D">
        <w:tc>
          <w:tcPr>
            <w:tcW w:w="2880" w:type="dxa"/>
          </w:tcPr>
          <w:p w:rsidR="006F7457" w:rsidRDefault="00332DB8">
            <w:r>
              <w:t>2080.</w:t>
            </w:r>
          </w:p>
        </w:tc>
        <w:tc>
          <w:tcPr>
            <w:tcW w:w="2880" w:type="dxa"/>
          </w:tcPr>
          <w:p w:rsidR="006F7457" w:rsidRPr="00332DB8" w:rsidRDefault="00332DB8">
            <w:pPr>
              <w:rPr>
                <w:lang w:val="ru-RU"/>
              </w:rPr>
            </w:pPr>
            <w:r w:rsidRPr="00332DB8">
              <w:rPr>
                <w:lang w:val="ru-RU"/>
              </w:rPr>
              <w:t>Печатная продукция Ярослав Стецько «Твори ч.1 Укра</w:t>
            </w:r>
            <w:r>
              <w:t>i</w:t>
            </w:r>
            <w:r w:rsidRPr="00332DB8">
              <w:rPr>
                <w:lang w:val="ru-RU"/>
              </w:rPr>
              <w:t>нська визвольна концепц</w:t>
            </w:r>
            <w:r>
              <w:t>i</w:t>
            </w:r>
            <w:r w:rsidRPr="00332DB8">
              <w:rPr>
                <w:lang w:val="ru-RU"/>
              </w:rPr>
              <w:t>я», Льв</w:t>
            </w:r>
            <w:r>
              <w:t>i</w:t>
            </w:r>
            <w:r w:rsidRPr="00332DB8">
              <w:rPr>
                <w:lang w:val="ru-RU"/>
              </w:rPr>
              <w:t>в, 1987 г.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208</w:t>
            </w:r>
            <w:r>
              <w:lastRenderedPageBreak/>
              <w:t>1.</w:t>
            </w:r>
          </w:p>
        </w:tc>
        <w:tc>
          <w:tcPr>
            <w:tcW w:w="2880" w:type="dxa"/>
          </w:tcPr>
          <w:p w:rsidR="006F7457" w:rsidRPr="00332DB8" w:rsidRDefault="00332DB8">
            <w:pPr>
              <w:rPr>
                <w:lang w:val="ru-RU"/>
              </w:rPr>
            </w:pPr>
            <w:r w:rsidRPr="00332DB8">
              <w:rPr>
                <w:lang w:val="ru-RU"/>
              </w:rPr>
              <w:lastRenderedPageBreak/>
              <w:t>Печатная продукция Ярослав Сватко «М</w:t>
            </w:r>
            <w:r>
              <w:t>i</w:t>
            </w:r>
            <w:r w:rsidRPr="00332DB8">
              <w:rPr>
                <w:lang w:val="ru-RU"/>
              </w:rPr>
              <w:t>с</w:t>
            </w:r>
            <w:r>
              <w:t>i</w:t>
            </w:r>
            <w:r w:rsidRPr="00332DB8">
              <w:rPr>
                <w:lang w:val="ru-RU"/>
              </w:rPr>
              <w:t>я Бандери», Л</w:t>
            </w:r>
            <w:r>
              <w:t>i</w:t>
            </w:r>
            <w:r w:rsidRPr="00332DB8">
              <w:rPr>
                <w:lang w:val="ru-RU"/>
              </w:rPr>
              <w:t>вов, «Галицька вадавнича сп</w:t>
            </w:r>
            <w:r>
              <w:t>i</w:t>
            </w:r>
            <w:r w:rsidRPr="00332DB8">
              <w:rPr>
                <w:lang w:val="ru-RU"/>
              </w:rPr>
              <w:t>лка», 2002 г., 64 с.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2082.</w:t>
            </w:r>
          </w:p>
        </w:tc>
        <w:tc>
          <w:tcPr>
            <w:tcW w:w="2880" w:type="dxa"/>
          </w:tcPr>
          <w:p w:rsidR="006F7457" w:rsidRPr="00332DB8" w:rsidRDefault="00332DB8">
            <w:pPr>
              <w:rPr>
                <w:lang w:val="ru-RU"/>
              </w:rPr>
            </w:pPr>
            <w:r w:rsidRPr="00332DB8">
              <w:rPr>
                <w:lang w:val="ru-RU"/>
              </w:rPr>
              <w:t>Печатная продукция Григор</w:t>
            </w:r>
            <w:r>
              <w:t>i</w:t>
            </w:r>
            <w:r w:rsidRPr="00332DB8">
              <w:rPr>
                <w:lang w:val="ru-RU"/>
              </w:rPr>
              <w:t>й Гнарчук «Народний РУХ Укра</w:t>
            </w:r>
            <w:r>
              <w:t>i</w:t>
            </w:r>
            <w:r w:rsidRPr="00332DB8">
              <w:rPr>
                <w:lang w:val="ru-RU"/>
              </w:rPr>
              <w:t xml:space="preserve">ни </w:t>
            </w:r>
            <w:r>
              <w:t>i</w:t>
            </w:r>
            <w:r w:rsidRPr="00332DB8">
              <w:rPr>
                <w:lang w:val="ru-RU"/>
              </w:rPr>
              <w:t>стор</w:t>
            </w:r>
            <w:r>
              <w:t>i</w:t>
            </w:r>
            <w:r w:rsidRPr="00332DB8">
              <w:rPr>
                <w:lang w:val="ru-RU"/>
              </w:rPr>
              <w:t>я», Одесса, Астропринт, 1997 г.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2083.</w:t>
            </w:r>
          </w:p>
        </w:tc>
        <w:tc>
          <w:tcPr>
            <w:tcW w:w="2880" w:type="dxa"/>
          </w:tcPr>
          <w:p w:rsidR="006F7457" w:rsidRPr="00332DB8" w:rsidRDefault="00332DB8">
            <w:pPr>
              <w:rPr>
                <w:lang w:val="ru-RU"/>
              </w:rPr>
            </w:pPr>
            <w:r w:rsidRPr="00332DB8">
              <w:rPr>
                <w:lang w:val="ru-RU"/>
              </w:rPr>
              <w:t>Печатная продукция Серг</w:t>
            </w:r>
            <w:r>
              <w:t>i</w:t>
            </w:r>
            <w:r w:rsidRPr="00332DB8">
              <w:rPr>
                <w:lang w:val="ru-RU"/>
              </w:rPr>
              <w:t>й Жижко «Нац</w:t>
            </w:r>
            <w:r>
              <w:t>i</w:t>
            </w:r>
            <w:r w:rsidRPr="00332DB8">
              <w:rPr>
                <w:lang w:val="ru-RU"/>
              </w:rPr>
              <w:t>онал</w:t>
            </w:r>
            <w:r>
              <w:t>i</w:t>
            </w:r>
            <w:r w:rsidRPr="00332DB8">
              <w:rPr>
                <w:lang w:val="ru-RU"/>
              </w:rPr>
              <w:t>стична справа», Ки</w:t>
            </w:r>
            <w:r>
              <w:t>i</w:t>
            </w:r>
            <w:r w:rsidRPr="00332DB8">
              <w:rPr>
                <w:lang w:val="ru-RU"/>
              </w:rPr>
              <w:t>в, 1994 г.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2084.</w:t>
            </w:r>
          </w:p>
        </w:tc>
        <w:tc>
          <w:tcPr>
            <w:tcW w:w="2880" w:type="dxa"/>
          </w:tcPr>
          <w:p w:rsidR="006F7457" w:rsidRPr="00332DB8" w:rsidRDefault="00332DB8">
            <w:pPr>
              <w:rPr>
                <w:lang w:val="ru-RU"/>
              </w:rPr>
            </w:pPr>
            <w:r w:rsidRPr="00332DB8">
              <w:rPr>
                <w:lang w:val="ru-RU"/>
              </w:rPr>
              <w:t>Печатная продукция Петро Дужий «Генерал Тарас Чупринка: (Нариси про Романа Шухевича – Головного Командира УПА)», Л</w:t>
            </w:r>
            <w:r>
              <w:t>i</w:t>
            </w:r>
            <w:r w:rsidRPr="00332DB8">
              <w:rPr>
                <w:lang w:val="ru-RU"/>
              </w:rPr>
              <w:t>вов, 1997 г., 63 с.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2085.</w:t>
            </w:r>
          </w:p>
        </w:tc>
        <w:tc>
          <w:tcPr>
            <w:tcW w:w="2880" w:type="dxa"/>
          </w:tcPr>
          <w:p w:rsidR="006F7457" w:rsidRPr="00332DB8" w:rsidRDefault="00332DB8">
            <w:pPr>
              <w:rPr>
                <w:lang w:val="ru-RU"/>
              </w:rPr>
            </w:pPr>
            <w:r w:rsidRPr="00332DB8">
              <w:rPr>
                <w:lang w:val="ru-RU"/>
              </w:rPr>
              <w:t>Печатная продукция Степан Мурдик «Мечник: Закордон</w:t>
            </w:r>
            <w:r>
              <w:t>i</w:t>
            </w:r>
            <w:r w:rsidRPr="00332DB8">
              <w:rPr>
                <w:lang w:val="ru-RU"/>
              </w:rPr>
              <w:t xml:space="preserve"> частини ОУН: внутр</w:t>
            </w:r>
            <w:r>
              <w:t>i</w:t>
            </w:r>
            <w:r w:rsidRPr="00332DB8">
              <w:rPr>
                <w:lang w:val="ru-RU"/>
              </w:rPr>
              <w:t>шн</w:t>
            </w:r>
            <w:r>
              <w:t>i</w:t>
            </w:r>
            <w:r w:rsidRPr="00332DB8">
              <w:rPr>
                <w:lang w:val="ru-RU"/>
              </w:rPr>
              <w:t xml:space="preserve"> справи </w:t>
            </w:r>
            <w:r>
              <w:t>i</w:t>
            </w:r>
            <w:r w:rsidRPr="00332DB8">
              <w:rPr>
                <w:lang w:val="ru-RU"/>
              </w:rPr>
              <w:t xml:space="preserve"> д</w:t>
            </w:r>
            <w:r>
              <w:t>i</w:t>
            </w:r>
            <w:r w:rsidRPr="00332DB8">
              <w:rPr>
                <w:lang w:val="ru-RU"/>
              </w:rPr>
              <w:t>яльн</w:t>
            </w:r>
            <w:r>
              <w:t>i</w:t>
            </w:r>
            <w:r w:rsidRPr="00332DB8">
              <w:rPr>
                <w:lang w:val="ru-RU"/>
              </w:rPr>
              <w:t>сть в ем</w:t>
            </w:r>
            <w:r>
              <w:t>i</w:t>
            </w:r>
            <w:r w:rsidRPr="00332DB8">
              <w:rPr>
                <w:lang w:val="ru-RU"/>
              </w:rPr>
              <w:t>грац</w:t>
            </w:r>
            <w:r>
              <w:t>ii</w:t>
            </w:r>
            <w:r w:rsidRPr="00332DB8">
              <w:rPr>
                <w:lang w:val="ru-RU"/>
              </w:rPr>
              <w:t xml:space="preserve"> (Причинки до </w:t>
            </w:r>
            <w:r>
              <w:t>i</w:t>
            </w:r>
            <w:r w:rsidRPr="00332DB8">
              <w:rPr>
                <w:lang w:val="ru-RU"/>
              </w:rPr>
              <w:t>стор</w:t>
            </w:r>
            <w:r>
              <w:t>ii</w:t>
            </w:r>
            <w:r w:rsidRPr="00332DB8">
              <w:rPr>
                <w:lang w:val="ru-RU"/>
              </w:rPr>
              <w:t>)», 1996 г., 109 с.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2086.</w:t>
            </w:r>
          </w:p>
        </w:tc>
        <w:tc>
          <w:tcPr>
            <w:tcW w:w="2880" w:type="dxa"/>
          </w:tcPr>
          <w:p w:rsidR="006F7457" w:rsidRPr="00332DB8" w:rsidRDefault="00332DB8">
            <w:pPr>
              <w:rPr>
                <w:lang w:val="ru-RU"/>
              </w:rPr>
            </w:pPr>
            <w:r w:rsidRPr="00332DB8">
              <w:rPr>
                <w:lang w:val="ru-RU"/>
              </w:rPr>
              <w:t>Печатная продукция «Едино правильний шлях», Ки</w:t>
            </w:r>
            <w:r>
              <w:t>i</w:t>
            </w:r>
            <w:r w:rsidRPr="00332DB8">
              <w:rPr>
                <w:lang w:val="ru-RU"/>
              </w:rPr>
              <w:t>в, 1993 г.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2087.</w:t>
            </w:r>
          </w:p>
        </w:tc>
        <w:tc>
          <w:tcPr>
            <w:tcW w:w="2880" w:type="dxa"/>
          </w:tcPr>
          <w:p w:rsidR="006F7457" w:rsidRPr="00332DB8" w:rsidRDefault="00332DB8">
            <w:pPr>
              <w:rPr>
                <w:lang w:val="ru-RU"/>
              </w:rPr>
            </w:pPr>
            <w:r w:rsidRPr="00332DB8">
              <w:rPr>
                <w:lang w:val="ru-RU"/>
              </w:rPr>
              <w:t>Печатная продукция Митрополит Андрей Шептицький «Правдива В</w:t>
            </w:r>
            <w:r>
              <w:t>i</w:t>
            </w:r>
            <w:r w:rsidRPr="00332DB8">
              <w:rPr>
                <w:lang w:val="ru-RU"/>
              </w:rPr>
              <w:t>ра», Люблин, 1990 г.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2088.</w:t>
            </w:r>
          </w:p>
        </w:tc>
        <w:tc>
          <w:tcPr>
            <w:tcW w:w="2880" w:type="dxa"/>
          </w:tcPr>
          <w:p w:rsidR="006F7457" w:rsidRPr="00332DB8" w:rsidRDefault="00332DB8">
            <w:pPr>
              <w:rPr>
                <w:lang w:val="ru-RU"/>
              </w:rPr>
            </w:pPr>
            <w:r w:rsidRPr="00332DB8">
              <w:rPr>
                <w:lang w:val="ru-RU"/>
              </w:rPr>
              <w:t>Печатная продукция Лев Ребет «Теор</w:t>
            </w:r>
            <w:r>
              <w:t>i</w:t>
            </w:r>
            <w:r w:rsidRPr="00332DB8">
              <w:rPr>
                <w:lang w:val="ru-RU"/>
              </w:rPr>
              <w:t>я Нац</w:t>
            </w:r>
            <w:r>
              <w:t>ii</w:t>
            </w:r>
            <w:r w:rsidRPr="00332DB8">
              <w:rPr>
                <w:lang w:val="ru-RU"/>
              </w:rPr>
              <w:t>», Льв</w:t>
            </w:r>
            <w:r>
              <w:t>i</w:t>
            </w:r>
            <w:r w:rsidRPr="00332DB8">
              <w:rPr>
                <w:lang w:val="ru-RU"/>
              </w:rPr>
              <w:t>в, 1997 г.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2089.</w:t>
            </w:r>
          </w:p>
        </w:tc>
        <w:tc>
          <w:tcPr>
            <w:tcW w:w="2880" w:type="dxa"/>
          </w:tcPr>
          <w:p w:rsidR="006F7457" w:rsidRPr="00332DB8" w:rsidRDefault="00332DB8">
            <w:pPr>
              <w:rPr>
                <w:lang w:val="ru-RU"/>
              </w:rPr>
            </w:pPr>
            <w:r w:rsidRPr="00332DB8">
              <w:rPr>
                <w:lang w:val="ru-RU"/>
              </w:rPr>
              <w:t>Печатная продукция Дмитро Корчинський «В</w:t>
            </w:r>
            <w:r>
              <w:t>i</w:t>
            </w:r>
            <w:r w:rsidRPr="00332DB8">
              <w:rPr>
                <w:lang w:val="ru-RU"/>
              </w:rPr>
              <w:t>йна у натовп</w:t>
            </w:r>
            <w:r>
              <w:t>i</w:t>
            </w:r>
            <w:r w:rsidRPr="00332DB8">
              <w:rPr>
                <w:lang w:val="ru-RU"/>
              </w:rPr>
              <w:t>», «Амадей», Ки</w:t>
            </w:r>
            <w:r>
              <w:t>i</w:t>
            </w:r>
            <w:r w:rsidRPr="00332DB8">
              <w:rPr>
                <w:lang w:val="ru-RU"/>
              </w:rPr>
              <w:t>в, 1999 г.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2090.</w:t>
            </w:r>
          </w:p>
        </w:tc>
        <w:tc>
          <w:tcPr>
            <w:tcW w:w="2880" w:type="dxa"/>
          </w:tcPr>
          <w:p w:rsidR="006F7457" w:rsidRPr="00332DB8" w:rsidRDefault="00332DB8">
            <w:pPr>
              <w:rPr>
                <w:lang w:val="ru-RU"/>
              </w:rPr>
            </w:pPr>
            <w:r w:rsidRPr="00332DB8">
              <w:rPr>
                <w:lang w:val="ru-RU"/>
              </w:rPr>
              <w:t>Печатная продукция Павличко Дмитро «За нас», Ки</w:t>
            </w:r>
            <w:r>
              <w:t>i</w:t>
            </w:r>
            <w:r w:rsidRPr="00332DB8">
              <w:rPr>
                <w:lang w:val="ru-RU"/>
              </w:rPr>
              <w:t>в: Видавництво «Рада», 1995 г.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2091.</w:t>
            </w:r>
          </w:p>
        </w:tc>
        <w:tc>
          <w:tcPr>
            <w:tcW w:w="2880" w:type="dxa"/>
          </w:tcPr>
          <w:p w:rsidR="006F7457" w:rsidRPr="00332DB8" w:rsidRDefault="00332DB8">
            <w:pPr>
              <w:rPr>
                <w:lang w:val="ru-RU"/>
              </w:rPr>
            </w:pPr>
            <w:r w:rsidRPr="00332DB8">
              <w:rPr>
                <w:lang w:val="ru-RU"/>
              </w:rPr>
              <w:t>Печатная продукция Дмитро Павличко «Укра</w:t>
            </w:r>
            <w:r>
              <w:t>i</w:t>
            </w:r>
            <w:r w:rsidRPr="00332DB8">
              <w:rPr>
                <w:lang w:val="ru-RU"/>
              </w:rPr>
              <w:t xml:space="preserve">нська национальна </w:t>
            </w:r>
            <w:r>
              <w:t>I</w:t>
            </w:r>
            <w:r w:rsidRPr="00332DB8">
              <w:rPr>
                <w:lang w:val="ru-RU"/>
              </w:rPr>
              <w:t>дея», Ки</w:t>
            </w:r>
            <w:r>
              <w:t>i</w:t>
            </w:r>
            <w:r w:rsidRPr="00332DB8">
              <w:rPr>
                <w:lang w:val="ru-RU"/>
              </w:rPr>
              <w:t>в, «Основи», 2004 г.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209</w:t>
            </w:r>
            <w:r>
              <w:lastRenderedPageBreak/>
              <w:t>2.</w:t>
            </w:r>
          </w:p>
        </w:tc>
        <w:tc>
          <w:tcPr>
            <w:tcW w:w="2880" w:type="dxa"/>
          </w:tcPr>
          <w:p w:rsidR="006F7457" w:rsidRPr="00332DB8" w:rsidRDefault="00332DB8">
            <w:pPr>
              <w:rPr>
                <w:lang w:val="ru-RU"/>
              </w:rPr>
            </w:pPr>
            <w:r w:rsidRPr="00332DB8">
              <w:rPr>
                <w:lang w:val="ru-RU"/>
              </w:rPr>
              <w:lastRenderedPageBreak/>
              <w:t>Печатная продукция Петро М</w:t>
            </w:r>
            <w:r>
              <w:t>i</w:t>
            </w:r>
            <w:r w:rsidRPr="00332DB8">
              <w:rPr>
                <w:lang w:val="ru-RU"/>
              </w:rPr>
              <w:t>рчук «Евген Коновалець: Л</w:t>
            </w:r>
            <w:r>
              <w:t>I</w:t>
            </w:r>
            <w:r w:rsidRPr="00332DB8">
              <w:rPr>
                <w:lang w:val="ru-RU"/>
              </w:rPr>
              <w:t>ДЕР УКРА</w:t>
            </w:r>
            <w:r>
              <w:t>I</w:t>
            </w:r>
            <w:r w:rsidRPr="00332DB8">
              <w:rPr>
                <w:lang w:val="ru-RU"/>
              </w:rPr>
              <w:t>НСКОГО ВИЗВОЛЬНОГО РУХУ», 1990 г., 105 с.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2093.</w:t>
            </w:r>
          </w:p>
        </w:tc>
        <w:tc>
          <w:tcPr>
            <w:tcW w:w="2880" w:type="dxa"/>
          </w:tcPr>
          <w:p w:rsidR="006F7457" w:rsidRPr="00332DB8" w:rsidRDefault="00332DB8">
            <w:pPr>
              <w:rPr>
                <w:lang w:val="ru-RU"/>
              </w:rPr>
            </w:pPr>
            <w:r w:rsidRPr="00332DB8">
              <w:rPr>
                <w:lang w:val="ru-RU"/>
              </w:rPr>
              <w:t>Печатная продукция Хмель С.Ф. «Укра</w:t>
            </w:r>
            <w:r>
              <w:t>i</w:t>
            </w:r>
            <w:r w:rsidRPr="00332DB8">
              <w:rPr>
                <w:lang w:val="ru-RU"/>
              </w:rPr>
              <w:t>нская партизанка: 3 крайових матер</w:t>
            </w:r>
            <w:r>
              <w:t>i</w:t>
            </w:r>
            <w:r w:rsidRPr="00332DB8">
              <w:rPr>
                <w:lang w:val="ru-RU"/>
              </w:rPr>
              <w:t>ал</w:t>
            </w:r>
            <w:r>
              <w:t>i</w:t>
            </w:r>
            <w:r w:rsidRPr="00332DB8">
              <w:rPr>
                <w:lang w:val="ru-RU"/>
              </w:rPr>
              <w:t>в», 1994 г., 128 с.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2094.</w:t>
            </w:r>
          </w:p>
        </w:tc>
        <w:tc>
          <w:tcPr>
            <w:tcW w:w="2880" w:type="dxa"/>
          </w:tcPr>
          <w:p w:rsidR="006F7457" w:rsidRPr="00332DB8" w:rsidRDefault="00332DB8">
            <w:pPr>
              <w:rPr>
                <w:lang w:val="ru-RU"/>
              </w:rPr>
            </w:pPr>
            <w:r w:rsidRPr="00332DB8">
              <w:rPr>
                <w:lang w:val="ru-RU"/>
              </w:rPr>
              <w:t>Печатная продукция Дмитро Донцов «За яку революц</w:t>
            </w:r>
            <w:r>
              <w:t>i</w:t>
            </w:r>
            <w:r w:rsidRPr="00332DB8">
              <w:rPr>
                <w:lang w:val="ru-RU"/>
              </w:rPr>
              <w:t>ю», Льв</w:t>
            </w:r>
            <w:r>
              <w:t>i</w:t>
            </w:r>
            <w:r w:rsidRPr="00332DB8">
              <w:rPr>
                <w:lang w:val="ru-RU"/>
              </w:rPr>
              <w:t>в, 1990 г.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2095.</w:t>
            </w:r>
          </w:p>
        </w:tc>
        <w:tc>
          <w:tcPr>
            <w:tcW w:w="2880" w:type="dxa"/>
          </w:tcPr>
          <w:p w:rsidR="006F7457" w:rsidRPr="00332DB8" w:rsidRDefault="00332DB8">
            <w:pPr>
              <w:rPr>
                <w:lang w:val="ru-RU"/>
              </w:rPr>
            </w:pPr>
            <w:r w:rsidRPr="00332DB8">
              <w:rPr>
                <w:lang w:val="ru-RU"/>
              </w:rPr>
              <w:t>Печатная продукция Д. Донцов «Дух нашо</w:t>
            </w:r>
            <w:r>
              <w:t>i</w:t>
            </w:r>
            <w:r w:rsidRPr="00332DB8">
              <w:rPr>
                <w:lang w:val="ru-RU"/>
              </w:rPr>
              <w:t xml:space="preserve"> давнини», 1991 г. (решение Мещанского районного суда г. Москвы от 14.03.2013);</w:t>
            </w:r>
          </w:p>
        </w:tc>
        <w:tc>
          <w:tcPr>
            <w:tcW w:w="2880" w:type="dxa"/>
          </w:tcPr>
          <w:p w:rsidR="006F7457" w:rsidRPr="00332DB8" w:rsidRDefault="006F7457">
            <w:pPr>
              <w:rPr>
                <w:lang w:val="ru-RU"/>
              </w:rPr>
            </w:pPr>
          </w:p>
        </w:tc>
      </w:tr>
      <w:tr w:rsidR="006F7457" w:rsidRPr="005A424D">
        <w:tc>
          <w:tcPr>
            <w:tcW w:w="2880" w:type="dxa"/>
          </w:tcPr>
          <w:p w:rsidR="006F7457" w:rsidRDefault="00332DB8">
            <w:r>
              <w:t>2096.</w:t>
            </w:r>
          </w:p>
        </w:tc>
        <w:tc>
          <w:tcPr>
            <w:tcW w:w="2880" w:type="dxa"/>
          </w:tcPr>
          <w:p w:rsidR="006F7457" w:rsidRPr="00332DB8" w:rsidRDefault="00332DB8">
            <w:pPr>
              <w:rPr>
                <w:lang w:val="ru-RU"/>
              </w:rPr>
            </w:pPr>
            <w:r w:rsidRPr="00332DB8">
              <w:rPr>
                <w:lang w:val="ru-RU"/>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2880" w:type="dxa"/>
          </w:tcPr>
          <w:p w:rsidR="006F7457" w:rsidRPr="00332DB8" w:rsidRDefault="006F7457">
            <w:pPr>
              <w:rPr>
                <w:lang w:val="ru-RU"/>
              </w:rPr>
            </w:pPr>
          </w:p>
        </w:tc>
      </w:tr>
      <w:tr w:rsidR="006F7457" w:rsidRPr="005A424D">
        <w:tc>
          <w:tcPr>
            <w:tcW w:w="2880" w:type="dxa"/>
          </w:tcPr>
          <w:p w:rsidR="006F7457" w:rsidRDefault="00332DB8">
            <w:r>
              <w:t>2097.</w:t>
            </w:r>
          </w:p>
        </w:tc>
        <w:tc>
          <w:tcPr>
            <w:tcW w:w="2880" w:type="dxa"/>
          </w:tcPr>
          <w:p w:rsidR="006F7457" w:rsidRPr="00332DB8" w:rsidRDefault="00332DB8">
            <w:pPr>
              <w:rPr>
                <w:lang w:val="ru-RU"/>
              </w:rPr>
            </w:pPr>
            <w:r w:rsidRPr="00332DB8">
              <w:rPr>
                <w:lang w:val="ru-RU"/>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2098.</w:t>
            </w:r>
          </w:p>
        </w:tc>
        <w:tc>
          <w:tcPr>
            <w:tcW w:w="2880" w:type="dxa"/>
          </w:tcPr>
          <w:p w:rsidR="006F7457" w:rsidRPr="00332DB8" w:rsidRDefault="00332DB8">
            <w:pPr>
              <w:rPr>
                <w:lang w:val="ru-RU"/>
              </w:rPr>
            </w:pPr>
            <w:r w:rsidRPr="00332DB8">
              <w:rPr>
                <w:lang w:val="ru-RU"/>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2880" w:type="dxa"/>
          </w:tcPr>
          <w:p w:rsidR="006F7457" w:rsidRPr="00332DB8" w:rsidRDefault="006F7457">
            <w:pPr>
              <w:rPr>
                <w:lang w:val="ru-RU"/>
              </w:rPr>
            </w:pPr>
          </w:p>
        </w:tc>
      </w:tr>
      <w:tr w:rsidR="006F7457">
        <w:tc>
          <w:tcPr>
            <w:tcW w:w="2880" w:type="dxa"/>
          </w:tcPr>
          <w:p w:rsidR="006F7457" w:rsidRDefault="00332DB8">
            <w:r>
              <w:t>2099.</w:t>
            </w:r>
          </w:p>
        </w:tc>
        <w:tc>
          <w:tcPr>
            <w:tcW w:w="2880" w:type="dxa"/>
          </w:tcPr>
          <w:p w:rsidR="006F7457" w:rsidRDefault="00332DB8">
            <w:r w:rsidRPr="00332DB8">
              <w:rPr>
                <w:lang w:val="ru-RU"/>
              </w:rPr>
              <w:t xml:space="preserve">Видеоматериалы «Нохчи К1ентишан-ЧЕЧЕНСКИМ СЫНОВЬЯМ…», «О мой брат Муджахид, повлияют ли на тебя обвинения обвиняющих!» </w:t>
            </w:r>
            <w:r>
              <w:t>(решение Ленинского районного суда г. Кемерово от 14.08.2013);</w:t>
            </w:r>
          </w:p>
        </w:tc>
        <w:tc>
          <w:tcPr>
            <w:tcW w:w="2880" w:type="dxa"/>
          </w:tcPr>
          <w:p w:rsidR="006F7457" w:rsidRDefault="006F7457"/>
        </w:tc>
      </w:tr>
      <w:tr w:rsidR="006F7457" w:rsidRPr="005A424D">
        <w:tc>
          <w:tcPr>
            <w:tcW w:w="2880" w:type="dxa"/>
          </w:tcPr>
          <w:p w:rsidR="006F7457" w:rsidRDefault="00332DB8">
            <w:r>
              <w:t>2100.</w:t>
            </w:r>
          </w:p>
        </w:tc>
        <w:tc>
          <w:tcPr>
            <w:tcW w:w="2880" w:type="dxa"/>
          </w:tcPr>
          <w:p w:rsidR="006F7457" w:rsidRPr="00332DB8" w:rsidRDefault="00332DB8">
            <w:pPr>
              <w:rPr>
                <w:lang w:val="ru-RU"/>
              </w:rPr>
            </w:pPr>
            <w:r w:rsidRPr="00332DB8">
              <w:rPr>
                <w:lang w:val="ru-RU"/>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2880" w:type="dxa"/>
          </w:tcPr>
          <w:p w:rsidR="006F7457" w:rsidRPr="00332DB8" w:rsidRDefault="006F7457">
            <w:pPr>
              <w:rPr>
                <w:lang w:val="ru-RU"/>
              </w:rPr>
            </w:pPr>
          </w:p>
        </w:tc>
      </w:tr>
      <w:tr w:rsidR="006F7457">
        <w:tc>
          <w:tcPr>
            <w:tcW w:w="2880" w:type="dxa"/>
          </w:tcPr>
          <w:p w:rsidR="006F7457" w:rsidRDefault="00332DB8">
            <w:r>
              <w:t>2101.</w:t>
            </w:r>
          </w:p>
        </w:tc>
        <w:tc>
          <w:tcPr>
            <w:tcW w:w="2880" w:type="dxa"/>
          </w:tcPr>
          <w:p w:rsidR="006F7457" w:rsidRDefault="00332DB8">
            <w:r w:rsidRPr="00332DB8">
              <w:rPr>
                <w:lang w:val="ru-RU"/>
              </w:rPr>
              <w:t xml:space="preserve">Информационный материал - электронный текст с графическим изображением под названием «Да поможет Аллах тем, кто помогает муджахидам…» </w:t>
            </w:r>
            <w:r>
              <w:t>(решение Пролетарского районного суда г. Ростова-на-Дону от 30.07.2013);</w:t>
            </w:r>
          </w:p>
        </w:tc>
        <w:tc>
          <w:tcPr>
            <w:tcW w:w="2880" w:type="dxa"/>
          </w:tcPr>
          <w:p w:rsidR="006F7457" w:rsidRDefault="006F7457"/>
        </w:tc>
      </w:tr>
      <w:tr w:rsidR="006F7457" w:rsidRPr="005A424D">
        <w:tc>
          <w:tcPr>
            <w:tcW w:w="2880" w:type="dxa"/>
          </w:tcPr>
          <w:p w:rsidR="006F7457" w:rsidRDefault="00332DB8">
            <w:r>
              <w:t>2102.</w:t>
            </w:r>
          </w:p>
        </w:tc>
        <w:tc>
          <w:tcPr>
            <w:tcW w:w="2880" w:type="dxa"/>
          </w:tcPr>
          <w:p w:rsidR="006F7457" w:rsidRPr="00332DB8" w:rsidRDefault="00332DB8">
            <w:pPr>
              <w:rPr>
                <w:lang w:val="ru-RU"/>
              </w:rPr>
            </w:pPr>
            <w:r w:rsidRPr="00332DB8">
              <w:rPr>
                <w:lang w:val="ru-RU"/>
              </w:rPr>
              <w:t xml:space="preserve">Сайт </w:t>
            </w:r>
            <w:r>
              <w:t>www</w:t>
            </w:r>
            <w:r w:rsidRPr="00332DB8">
              <w:rPr>
                <w:lang w:val="ru-RU"/>
              </w:rPr>
              <w:t>.</w:t>
            </w:r>
            <w:r>
              <w:t>al</w:t>
            </w:r>
            <w:r w:rsidRPr="00332DB8">
              <w:rPr>
                <w:lang w:val="ru-RU"/>
              </w:rPr>
              <w:t>-</w:t>
            </w:r>
            <w:r>
              <w:t>hakk</w:t>
            </w:r>
            <w:r w:rsidRPr="00332DB8">
              <w:rPr>
                <w:lang w:val="ru-RU"/>
              </w:rPr>
              <w:t>.</w:t>
            </w:r>
            <w:r>
              <w:t>com</w:t>
            </w:r>
            <w:r w:rsidRPr="00332DB8">
              <w:rPr>
                <w:lang w:val="ru-RU"/>
              </w:rPr>
              <w:t xml:space="preserve"> (решение Пятигорского городского суда Ставропольского края от 10.07.2013);</w:t>
            </w:r>
          </w:p>
        </w:tc>
        <w:tc>
          <w:tcPr>
            <w:tcW w:w="2880" w:type="dxa"/>
          </w:tcPr>
          <w:p w:rsidR="006F7457" w:rsidRPr="00332DB8" w:rsidRDefault="006F7457">
            <w:pPr>
              <w:rPr>
                <w:lang w:val="ru-RU"/>
              </w:rPr>
            </w:pPr>
          </w:p>
        </w:tc>
      </w:tr>
      <w:tr w:rsidR="006F7457">
        <w:tc>
          <w:tcPr>
            <w:tcW w:w="2880" w:type="dxa"/>
          </w:tcPr>
          <w:p w:rsidR="006F7457" w:rsidRDefault="00332DB8">
            <w:r>
              <w:t>210</w:t>
            </w:r>
            <w:r>
              <w:lastRenderedPageBreak/>
              <w:t>3.</w:t>
            </w:r>
          </w:p>
        </w:tc>
        <w:tc>
          <w:tcPr>
            <w:tcW w:w="2880" w:type="dxa"/>
          </w:tcPr>
          <w:p w:rsidR="006F7457" w:rsidRDefault="00332DB8">
            <w:r>
              <w:lastRenderedPageBreak/>
              <w:t>Исключен;</w:t>
            </w:r>
          </w:p>
        </w:tc>
        <w:tc>
          <w:tcPr>
            <w:tcW w:w="2880" w:type="dxa"/>
          </w:tcPr>
          <w:p w:rsidR="006F7457" w:rsidRDefault="006F7457"/>
        </w:tc>
      </w:tr>
      <w:tr w:rsidR="006F7457" w:rsidRPr="005A424D">
        <w:tc>
          <w:tcPr>
            <w:tcW w:w="2880" w:type="dxa"/>
          </w:tcPr>
          <w:p w:rsidR="006F7457" w:rsidRDefault="00332DB8">
            <w:r>
              <w:lastRenderedPageBreak/>
              <w:t>2104.</w:t>
            </w:r>
          </w:p>
        </w:tc>
        <w:tc>
          <w:tcPr>
            <w:tcW w:w="2880" w:type="dxa"/>
          </w:tcPr>
          <w:p w:rsidR="006F7457" w:rsidRPr="00332DB8" w:rsidRDefault="00332DB8">
            <w:pPr>
              <w:rPr>
                <w:lang w:val="ru-RU"/>
              </w:rPr>
            </w:pPr>
            <w:r w:rsidRPr="00332DB8">
              <w:rPr>
                <w:lang w:val="ru-RU"/>
              </w:rPr>
              <w:t xml:space="preserve">Сайт </w:t>
            </w:r>
            <w:r>
              <w:t>www</w:t>
            </w:r>
            <w:r w:rsidRPr="00332DB8">
              <w:rPr>
                <w:lang w:val="ru-RU"/>
              </w:rPr>
              <w:t>.</w:t>
            </w:r>
            <w:r>
              <w:t>mlook</w:t>
            </w:r>
            <w:r w:rsidRPr="00332DB8">
              <w:rPr>
                <w:lang w:val="ru-RU"/>
              </w:rPr>
              <w:t>.</w:t>
            </w:r>
            <w:r>
              <w:t>com</w:t>
            </w:r>
            <w:r w:rsidRPr="00332DB8">
              <w:rPr>
                <w:lang w:val="ru-RU"/>
              </w:rPr>
              <w:t xml:space="preserve"> (решение Пятигорского городского суда Ставропольского края от 10.07.2013);</w:t>
            </w:r>
          </w:p>
        </w:tc>
        <w:tc>
          <w:tcPr>
            <w:tcW w:w="2880" w:type="dxa"/>
          </w:tcPr>
          <w:p w:rsidR="006F7457" w:rsidRPr="00332DB8" w:rsidRDefault="006F7457">
            <w:pPr>
              <w:rPr>
                <w:lang w:val="ru-RU"/>
              </w:rPr>
            </w:pPr>
          </w:p>
        </w:tc>
      </w:tr>
      <w:tr w:rsidR="006F7457" w:rsidRPr="005A424D">
        <w:tc>
          <w:tcPr>
            <w:tcW w:w="2880" w:type="dxa"/>
          </w:tcPr>
          <w:p w:rsidR="006F7457" w:rsidRDefault="00332DB8">
            <w:r>
              <w:t>2105.</w:t>
            </w:r>
          </w:p>
        </w:tc>
        <w:tc>
          <w:tcPr>
            <w:tcW w:w="2880" w:type="dxa"/>
          </w:tcPr>
          <w:p w:rsidR="006F7457" w:rsidRPr="00332DB8" w:rsidRDefault="00332DB8">
            <w:pPr>
              <w:rPr>
                <w:lang w:val="ru-RU"/>
              </w:rPr>
            </w:pPr>
            <w:r w:rsidRPr="00332DB8">
              <w:rPr>
                <w:lang w:val="ru-RU"/>
              </w:rPr>
              <w:t xml:space="preserve">Сайт </w:t>
            </w:r>
            <w:r>
              <w:t>www</w:t>
            </w:r>
            <w:r w:rsidRPr="00332DB8">
              <w:rPr>
                <w:lang w:val="ru-RU"/>
              </w:rPr>
              <w:t>.</w:t>
            </w:r>
            <w:r>
              <w:t>wikibit</w:t>
            </w:r>
            <w:r w:rsidRPr="00332DB8">
              <w:rPr>
                <w:lang w:val="ru-RU"/>
              </w:rPr>
              <w:t>.</w:t>
            </w:r>
            <w:r>
              <w:t>net</w:t>
            </w:r>
            <w:r w:rsidRPr="00332DB8">
              <w:rPr>
                <w:lang w:val="ru-RU"/>
              </w:rPr>
              <w:t xml:space="preserve"> (решение Пятигорского городского суда Ставропольского края от 10.07.2013);</w:t>
            </w:r>
          </w:p>
        </w:tc>
        <w:tc>
          <w:tcPr>
            <w:tcW w:w="2880" w:type="dxa"/>
          </w:tcPr>
          <w:p w:rsidR="006F7457" w:rsidRPr="00332DB8" w:rsidRDefault="006F7457">
            <w:pPr>
              <w:rPr>
                <w:lang w:val="ru-RU"/>
              </w:rPr>
            </w:pPr>
          </w:p>
        </w:tc>
      </w:tr>
      <w:tr w:rsidR="006F7457" w:rsidRPr="005A424D">
        <w:tc>
          <w:tcPr>
            <w:tcW w:w="2880" w:type="dxa"/>
          </w:tcPr>
          <w:p w:rsidR="006F7457" w:rsidRDefault="00332DB8">
            <w:r>
              <w:t>2106.</w:t>
            </w:r>
          </w:p>
        </w:tc>
        <w:tc>
          <w:tcPr>
            <w:tcW w:w="2880" w:type="dxa"/>
          </w:tcPr>
          <w:p w:rsidR="006F7457" w:rsidRPr="00332DB8" w:rsidRDefault="00332DB8">
            <w:pPr>
              <w:rPr>
                <w:lang w:val="ru-RU"/>
              </w:rPr>
            </w:pPr>
            <w:r w:rsidRPr="00332DB8">
              <w:rPr>
                <w:lang w:val="ru-RU"/>
              </w:rPr>
              <w:t xml:space="preserve">Сайт </w:t>
            </w:r>
            <w:r>
              <w:t>vdagestan</w:t>
            </w:r>
            <w:r w:rsidRPr="00332DB8">
              <w:rPr>
                <w:lang w:val="ru-RU"/>
              </w:rPr>
              <w:t>.</w:t>
            </w:r>
            <w:r>
              <w:t>net</w:t>
            </w:r>
            <w:r w:rsidRPr="00332DB8">
              <w:rPr>
                <w:lang w:val="ru-RU"/>
              </w:rPr>
              <w:t xml:space="preserve">, </w:t>
            </w:r>
            <w:r>
              <w:t>Ip</w:t>
            </w:r>
            <w:r w:rsidRPr="00332DB8">
              <w:rPr>
                <w:lang w:val="ru-RU"/>
              </w:rPr>
              <w:t>-адрес информационного ресурса – 5.149.248.193 (решение Кировского районного суда г. Астрахани от 01.08.2013);</w:t>
            </w:r>
          </w:p>
        </w:tc>
        <w:tc>
          <w:tcPr>
            <w:tcW w:w="2880" w:type="dxa"/>
          </w:tcPr>
          <w:p w:rsidR="006F7457" w:rsidRPr="00332DB8" w:rsidRDefault="006F7457">
            <w:pPr>
              <w:rPr>
                <w:lang w:val="ru-RU"/>
              </w:rPr>
            </w:pPr>
          </w:p>
        </w:tc>
      </w:tr>
      <w:tr w:rsidR="006F7457" w:rsidRPr="005A424D">
        <w:tc>
          <w:tcPr>
            <w:tcW w:w="2880" w:type="dxa"/>
          </w:tcPr>
          <w:p w:rsidR="006F7457" w:rsidRDefault="00332DB8">
            <w:r>
              <w:t>2107.</w:t>
            </w:r>
          </w:p>
        </w:tc>
        <w:tc>
          <w:tcPr>
            <w:tcW w:w="2880" w:type="dxa"/>
          </w:tcPr>
          <w:p w:rsidR="006F7457" w:rsidRPr="00332DB8" w:rsidRDefault="00332DB8">
            <w:pPr>
              <w:rPr>
                <w:lang w:val="ru-RU"/>
              </w:rPr>
            </w:pPr>
            <w:r w:rsidRPr="00332DB8">
              <w:rPr>
                <w:lang w:val="ru-RU"/>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w:t>
            </w:r>
            <w:r>
              <w:t>KAVKAZ</w:t>
            </w:r>
            <w:r w:rsidRPr="00332DB8">
              <w:rPr>
                <w:lang w:val="ru-RU"/>
              </w:rPr>
              <w:t>-Солнечный» в социальной сети «В контакте» (решение Ленинского районного суда г. Курска от 14.05.2013);</w:t>
            </w:r>
          </w:p>
        </w:tc>
        <w:tc>
          <w:tcPr>
            <w:tcW w:w="2880" w:type="dxa"/>
          </w:tcPr>
          <w:p w:rsidR="006F7457" w:rsidRPr="00332DB8" w:rsidRDefault="006F7457">
            <w:pPr>
              <w:rPr>
                <w:lang w:val="ru-RU"/>
              </w:rPr>
            </w:pPr>
          </w:p>
        </w:tc>
      </w:tr>
      <w:tr w:rsidR="006F7457" w:rsidRPr="005A424D">
        <w:tc>
          <w:tcPr>
            <w:tcW w:w="2880" w:type="dxa"/>
          </w:tcPr>
          <w:p w:rsidR="006F7457" w:rsidRDefault="00332DB8">
            <w:r>
              <w:t>2108.</w:t>
            </w:r>
          </w:p>
        </w:tc>
        <w:tc>
          <w:tcPr>
            <w:tcW w:w="2880" w:type="dxa"/>
          </w:tcPr>
          <w:p w:rsidR="006F7457" w:rsidRPr="00332DB8" w:rsidRDefault="00332DB8">
            <w:pPr>
              <w:rPr>
                <w:lang w:val="ru-RU"/>
              </w:rPr>
            </w:pPr>
            <w:r w:rsidRPr="00332DB8">
              <w:rPr>
                <w:lang w:val="ru-RU"/>
              </w:rPr>
              <w:t xml:space="preserve">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w:t>
            </w:r>
            <w:r>
              <w:t>http</w:t>
            </w:r>
            <w:r w:rsidRPr="00332DB8">
              <w:rPr>
                <w:lang w:val="ru-RU"/>
              </w:rPr>
              <w:t>://</w:t>
            </w:r>
            <w:r>
              <w:t>vkontakte</w:t>
            </w:r>
            <w:r w:rsidRPr="00332DB8">
              <w:rPr>
                <w:lang w:val="ru-RU"/>
              </w:rPr>
              <w:t>.</w:t>
            </w:r>
            <w:r>
              <w:t>ru</w:t>
            </w:r>
            <w:r w:rsidRPr="00332DB8">
              <w:rPr>
                <w:lang w:val="ru-RU"/>
              </w:rPr>
              <w:t xml:space="preserve">/ </w:t>
            </w:r>
            <w:r>
              <w:t>dinislam</w:t>
            </w:r>
            <w:r w:rsidRPr="00332DB8">
              <w:rPr>
                <w:lang w:val="ru-RU"/>
              </w:rPr>
              <w:t xml:space="preserve">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2109.</w:t>
            </w:r>
          </w:p>
        </w:tc>
        <w:tc>
          <w:tcPr>
            <w:tcW w:w="2880" w:type="dxa"/>
          </w:tcPr>
          <w:p w:rsidR="006F7457" w:rsidRPr="00332DB8" w:rsidRDefault="00332DB8">
            <w:pPr>
              <w:rPr>
                <w:lang w:val="ru-RU"/>
              </w:rPr>
            </w:pPr>
            <w:r w:rsidRPr="00332DB8">
              <w:rPr>
                <w:lang w:val="ru-RU"/>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PI</w:t>
            </w:r>
            <w:r w:rsidRPr="00332DB8">
              <w:rPr>
                <w:lang w:val="ru-RU"/>
              </w:rPr>
              <w:t>3-</w:t>
            </w:r>
            <w:r>
              <w:t>e</w:t>
            </w:r>
            <w:r w:rsidRPr="00332DB8">
              <w:rPr>
                <w:lang w:val="ru-RU"/>
              </w:rPr>
              <w:t>8</w:t>
            </w:r>
            <w:r>
              <w:t>FL</w:t>
            </w:r>
            <w:r w:rsidRPr="00332DB8">
              <w:rPr>
                <w:lang w:val="ru-RU"/>
              </w:rPr>
              <w:t>8</w:t>
            </w:r>
            <w:r>
              <w:t>rg</w:t>
            </w:r>
            <w:r w:rsidRPr="00332DB8">
              <w:rPr>
                <w:lang w:val="ru-RU"/>
              </w:rPr>
              <w:t>»; -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EgCazLnhCew</w:t>
            </w:r>
            <w:r w:rsidRPr="00332DB8">
              <w:rPr>
                <w:lang w:val="ru-RU"/>
              </w:rPr>
              <w:t>» (решение Ленинского районного суда г. Костромы от 19.08.2013);</w:t>
            </w:r>
          </w:p>
        </w:tc>
        <w:tc>
          <w:tcPr>
            <w:tcW w:w="2880" w:type="dxa"/>
          </w:tcPr>
          <w:p w:rsidR="006F7457" w:rsidRPr="00332DB8" w:rsidRDefault="006F7457">
            <w:pPr>
              <w:rPr>
                <w:lang w:val="ru-RU"/>
              </w:rPr>
            </w:pPr>
          </w:p>
        </w:tc>
      </w:tr>
      <w:tr w:rsidR="006F7457" w:rsidRPr="005A424D">
        <w:tc>
          <w:tcPr>
            <w:tcW w:w="2880" w:type="dxa"/>
          </w:tcPr>
          <w:p w:rsidR="006F7457" w:rsidRDefault="00332DB8">
            <w:r>
              <w:t>2110.</w:t>
            </w:r>
          </w:p>
        </w:tc>
        <w:tc>
          <w:tcPr>
            <w:tcW w:w="2880" w:type="dxa"/>
          </w:tcPr>
          <w:p w:rsidR="006F7457" w:rsidRPr="00332DB8" w:rsidRDefault="00332DB8">
            <w:pPr>
              <w:rPr>
                <w:lang w:val="ru-RU"/>
              </w:rPr>
            </w:pPr>
            <w:r w:rsidRPr="00332DB8">
              <w:rPr>
                <w:lang w:val="ru-RU"/>
              </w:rPr>
              <w:t xml:space="preserve">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w:t>
            </w:r>
            <w:r>
              <w:t>http</w:t>
            </w:r>
            <w:r w:rsidRPr="00332DB8">
              <w:rPr>
                <w:lang w:val="ru-RU"/>
              </w:rPr>
              <w:t>://</w:t>
            </w:r>
            <w:r>
              <w:t>crazynet</w:t>
            </w:r>
            <w:r w:rsidRPr="00332DB8">
              <w:rPr>
                <w:lang w:val="ru-RU"/>
              </w:rPr>
              <w:t>.</w:t>
            </w:r>
            <w:r>
              <w:t>ru</w:t>
            </w:r>
            <w:r w:rsidRPr="00332DB8">
              <w:rPr>
                <w:lang w:val="ru-RU"/>
              </w:rPr>
              <w:t>/</w:t>
            </w:r>
            <w:r>
              <w:t>video</w:t>
            </w:r>
            <w:r w:rsidRPr="00332DB8">
              <w:rPr>
                <w:lang w:val="ru-RU"/>
              </w:rPr>
              <w:t>/</w:t>
            </w:r>
            <w:r>
              <w:t>watch</w:t>
            </w:r>
            <w:r w:rsidRPr="00332DB8">
              <w:rPr>
                <w:lang w:val="ru-RU"/>
              </w:rPr>
              <w:t>_</w:t>
            </w:r>
            <w:r>
              <w:t>video</w:t>
            </w:r>
            <w:r w:rsidRPr="00332DB8">
              <w:rPr>
                <w:lang w:val="ru-RU"/>
              </w:rPr>
              <w:t>.</w:t>
            </w:r>
            <w:r>
              <w:t>php</w:t>
            </w:r>
            <w:r w:rsidRPr="00332DB8">
              <w:rPr>
                <w:lang w:val="ru-RU"/>
              </w:rPr>
              <w:t>?</w:t>
            </w:r>
            <w:r>
              <w:t>v</w:t>
            </w:r>
            <w:r w:rsidRPr="00332DB8">
              <w:rPr>
                <w:lang w:val="ru-RU"/>
              </w:rPr>
              <w:t>=</w:t>
            </w:r>
            <w:r>
              <w:t>RH</w:t>
            </w:r>
            <w:r w:rsidRPr="00332DB8">
              <w:rPr>
                <w:lang w:val="ru-RU"/>
              </w:rPr>
              <w:t>3</w:t>
            </w:r>
            <w:r>
              <w:t>SR</w:t>
            </w:r>
            <w:r w:rsidRPr="00332DB8">
              <w:rPr>
                <w:lang w:val="ru-RU"/>
              </w:rPr>
              <w:t>8</w:t>
            </w:r>
            <w:r>
              <w:t>MXXDSM</w:t>
            </w:r>
            <w:r w:rsidRPr="00332DB8">
              <w:rPr>
                <w:lang w:val="ru-RU"/>
              </w:rPr>
              <w:t xml:space="preserve"> (решение Петропавловск - Камчатского городского суда Камчатского края от 30.07.2013);</w:t>
            </w:r>
          </w:p>
        </w:tc>
        <w:tc>
          <w:tcPr>
            <w:tcW w:w="2880" w:type="dxa"/>
          </w:tcPr>
          <w:p w:rsidR="006F7457" w:rsidRPr="00332DB8" w:rsidRDefault="006F7457">
            <w:pPr>
              <w:rPr>
                <w:lang w:val="ru-RU"/>
              </w:rPr>
            </w:pPr>
          </w:p>
        </w:tc>
      </w:tr>
      <w:tr w:rsidR="006F7457" w:rsidRPr="005A424D">
        <w:tc>
          <w:tcPr>
            <w:tcW w:w="2880" w:type="dxa"/>
          </w:tcPr>
          <w:p w:rsidR="006F7457" w:rsidRDefault="00332DB8">
            <w:r>
              <w:t>2111.</w:t>
            </w:r>
          </w:p>
        </w:tc>
        <w:tc>
          <w:tcPr>
            <w:tcW w:w="2880" w:type="dxa"/>
          </w:tcPr>
          <w:p w:rsidR="006F7457" w:rsidRPr="00332DB8" w:rsidRDefault="00332DB8">
            <w:pPr>
              <w:rPr>
                <w:lang w:val="ru-RU"/>
              </w:rPr>
            </w:pPr>
            <w:r w:rsidRPr="00332DB8">
              <w:rPr>
                <w:lang w:val="ru-RU"/>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t>
            </w:r>
            <w:r>
              <w:t>www</w:t>
            </w:r>
            <w:r w:rsidRPr="00332DB8">
              <w:rPr>
                <w:lang w:val="ru-RU"/>
              </w:rPr>
              <w:t>.</w:t>
            </w:r>
            <w:r>
              <w:t>livejournal</w:t>
            </w:r>
            <w:r w:rsidRPr="00332DB8">
              <w:rPr>
                <w:lang w:val="ru-RU"/>
              </w:rPr>
              <w:t>.</w:t>
            </w:r>
            <w:r>
              <w:t>com</w:t>
            </w:r>
            <w:r w:rsidRPr="00332DB8">
              <w:rPr>
                <w:lang w:val="ru-RU"/>
              </w:rPr>
              <w:t xml:space="preserve">-Живой журнал» по ссылке </w:t>
            </w:r>
            <w:r>
              <w:t>http</w:t>
            </w:r>
            <w:r w:rsidRPr="00332DB8">
              <w:rPr>
                <w:lang w:val="ru-RU"/>
              </w:rPr>
              <w:t>.</w:t>
            </w:r>
            <w:r>
              <w:t>kawww</w:t>
            </w:r>
            <w:r w:rsidRPr="00332DB8">
              <w:rPr>
                <w:lang w:val="ru-RU"/>
              </w:rPr>
              <w:t>.</w:t>
            </w:r>
            <w:r>
              <w:t>livejournal</w:t>
            </w:r>
            <w:r w:rsidRPr="00332DB8">
              <w:rPr>
                <w:lang w:val="ru-RU"/>
              </w:rPr>
              <w:t>.</w:t>
            </w:r>
            <w:r>
              <w:t>com</w:t>
            </w:r>
            <w:r w:rsidRPr="00332DB8">
              <w:rPr>
                <w:lang w:val="ru-RU"/>
              </w:rPr>
              <w:t>\7785.</w:t>
            </w:r>
            <w:r>
              <w:t>html</w:t>
            </w:r>
            <w:r w:rsidRPr="00332DB8">
              <w:rPr>
                <w:lang w:val="ru-RU"/>
              </w:rPr>
              <w:t xml:space="preserve"> (решение Прохладненского районного суда Кабардино-Балкарской Республики от 28.06.2013);</w:t>
            </w:r>
          </w:p>
        </w:tc>
        <w:tc>
          <w:tcPr>
            <w:tcW w:w="2880" w:type="dxa"/>
          </w:tcPr>
          <w:p w:rsidR="006F7457" w:rsidRPr="00332DB8" w:rsidRDefault="006F7457">
            <w:pPr>
              <w:rPr>
                <w:lang w:val="ru-RU"/>
              </w:rPr>
            </w:pPr>
          </w:p>
        </w:tc>
      </w:tr>
      <w:tr w:rsidR="006F7457" w:rsidRPr="005A424D">
        <w:tc>
          <w:tcPr>
            <w:tcW w:w="2880" w:type="dxa"/>
          </w:tcPr>
          <w:p w:rsidR="006F7457" w:rsidRDefault="00332DB8">
            <w:r>
              <w:t>2112.</w:t>
            </w:r>
          </w:p>
        </w:tc>
        <w:tc>
          <w:tcPr>
            <w:tcW w:w="2880" w:type="dxa"/>
          </w:tcPr>
          <w:p w:rsidR="006F7457" w:rsidRPr="00332DB8" w:rsidRDefault="00332DB8">
            <w:pPr>
              <w:rPr>
                <w:lang w:val="ru-RU"/>
              </w:rPr>
            </w:pPr>
            <w:r w:rsidRPr="00332DB8">
              <w:rPr>
                <w:lang w:val="ru-RU"/>
              </w:rPr>
              <w:t xml:space="preserve">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w:t>
            </w:r>
            <w:r>
              <w:t>http</w:t>
            </w:r>
            <w:r w:rsidRPr="00332DB8">
              <w:rPr>
                <w:lang w:val="ru-RU"/>
              </w:rPr>
              <w:t>//</w:t>
            </w:r>
            <w:r>
              <w:t>www</w:t>
            </w:r>
            <w:r w:rsidRPr="00332DB8">
              <w:rPr>
                <w:lang w:val="ru-RU"/>
              </w:rPr>
              <w:t>.</w:t>
            </w:r>
            <w:r>
              <w:t>odnoklassniki</w:t>
            </w:r>
            <w:r w:rsidRPr="00332DB8">
              <w:rPr>
                <w:lang w:val="ru-RU"/>
              </w:rPr>
              <w:t>.</w:t>
            </w:r>
            <w:r>
              <w:t>ru</w:t>
            </w:r>
            <w:r w:rsidRPr="00332DB8">
              <w:rPr>
                <w:lang w:val="ru-RU"/>
              </w:rPr>
              <w:t>/</w:t>
            </w:r>
            <w:r>
              <w:t>profile</w:t>
            </w:r>
            <w:r w:rsidRPr="00332DB8">
              <w:rPr>
                <w:lang w:val="ru-RU"/>
              </w:rPr>
              <w:t>/483332907552/</w:t>
            </w:r>
            <w:r>
              <w:t>album</w:t>
            </w:r>
            <w:r w:rsidRPr="00332DB8">
              <w:rPr>
                <w:lang w:val="ru-RU"/>
              </w:rPr>
              <w:t>/283992114720 (решение Вяземского районного суда Смоленской области от 19.08.2013);</w:t>
            </w:r>
          </w:p>
        </w:tc>
        <w:tc>
          <w:tcPr>
            <w:tcW w:w="2880" w:type="dxa"/>
          </w:tcPr>
          <w:p w:rsidR="006F7457" w:rsidRPr="00332DB8" w:rsidRDefault="006F7457">
            <w:pPr>
              <w:rPr>
                <w:lang w:val="ru-RU"/>
              </w:rPr>
            </w:pPr>
          </w:p>
        </w:tc>
      </w:tr>
      <w:tr w:rsidR="006F7457" w:rsidRPr="005A424D">
        <w:tc>
          <w:tcPr>
            <w:tcW w:w="2880" w:type="dxa"/>
          </w:tcPr>
          <w:p w:rsidR="006F7457" w:rsidRDefault="00332DB8">
            <w:r>
              <w:t>21</w:t>
            </w:r>
            <w:r>
              <w:lastRenderedPageBreak/>
              <w:t>13.</w:t>
            </w:r>
          </w:p>
        </w:tc>
        <w:tc>
          <w:tcPr>
            <w:tcW w:w="2880" w:type="dxa"/>
          </w:tcPr>
          <w:p w:rsidR="006F7457" w:rsidRPr="00332DB8" w:rsidRDefault="00332DB8">
            <w:pPr>
              <w:rPr>
                <w:lang w:val="ru-RU"/>
              </w:rPr>
            </w:pPr>
            <w:r w:rsidRPr="00332DB8">
              <w:rPr>
                <w:lang w:val="ru-RU"/>
              </w:rPr>
              <w:lastRenderedPageBreak/>
              <w:t>Журнал «Аль-Ваъй» № 291 за март 2011 года (решение Ленинского районного суда г. Уфы Республики Башкортостан от 01.07.2013);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2114.</w:t>
            </w:r>
          </w:p>
        </w:tc>
        <w:tc>
          <w:tcPr>
            <w:tcW w:w="2880" w:type="dxa"/>
          </w:tcPr>
          <w:p w:rsidR="006F7457" w:rsidRPr="00332DB8" w:rsidRDefault="00332DB8">
            <w:pPr>
              <w:rPr>
                <w:lang w:val="ru-RU"/>
              </w:rPr>
            </w:pPr>
            <w:r w:rsidRPr="00332DB8">
              <w:rPr>
                <w:lang w:val="ru-RU"/>
              </w:rPr>
              <w:t>Стихотворение, начинающееся со слов «Мы славно гуляем в Империи вашей», размещенное в социальной сети Интернет на сайте «</w:t>
            </w:r>
            <w:r>
              <w:t>Vk</w:t>
            </w:r>
            <w:r w:rsidRPr="00332DB8">
              <w:rPr>
                <w:lang w:val="ru-RU"/>
              </w:rPr>
              <w:t>.</w:t>
            </w:r>
            <w:r>
              <w:t>com</w:t>
            </w:r>
            <w:r w:rsidRPr="00332DB8">
              <w:rPr>
                <w:lang w:val="ru-RU"/>
              </w:rPr>
              <w:t xml:space="preserve">» на странице под именем «Фидан Яппаров» (электронный адрес – </w:t>
            </w:r>
            <w:r>
              <w:t>http</w:t>
            </w:r>
            <w:r w:rsidRPr="00332DB8">
              <w:rPr>
                <w:lang w:val="ru-RU"/>
              </w:rPr>
              <w:t>://</w:t>
            </w:r>
            <w:r>
              <w:t>vk</w:t>
            </w:r>
            <w:r w:rsidRPr="00332DB8">
              <w:rPr>
                <w:lang w:val="ru-RU"/>
              </w:rPr>
              <w:t>.</w:t>
            </w:r>
            <w:r>
              <w:t>com</w:t>
            </w:r>
            <w:r w:rsidRPr="00332DB8">
              <w:rPr>
                <w:lang w:val="ru-RU"/>
              </w:rPr>
              <w:t>/</w:t>
            </w:r>
            <w:r>
              <w:t>fidan</w:t>
            </w:r>
            <w:r w:rsidRPr="00332DB8">
              <w:rPr>
                <w:lang w:val="ru-RU"/>
              </w:rPr>
              <w:t>_</w:t>
            </w:r>
            <w:r>
              <w:t>yappar</w:t>
            </w:r>
            <w:r w:rsidRPr="00332DB8">
              <w:rPr>
                <w:lang w:val="ru-RU"/>
              </w:rPr>
              <w:t>), принадлежащей Яппарову Фидану Фаниловичу (решение Стерлитамакского районного суда Республики Башкортостан от 11.07.2013);</w:t>
            </w:r>
          </w:p>
        </w:tc>
        <w:tc>
          <w:tcPr>
            <w:tcW w:w="2880" w:type="dxa"/>
          </w:tcPr>
          <w:p w:rsidR="006F7457" w:rsidRPr="00332DB8" w:rsidRDefault="006F7457">
            <w:pPr>
              <w:rPr>
                <w:lang w:val="ru-RU"/>
              </w:rPr>
            </w:pPr>
          </w:p>
        </w:tc>
      </w:tr>
      <w:tr w:rsidR="006F7457" w:rsidRPr="005A424D">
        <w:tc>
          <w:tcPr>
            <w:tcW w:w="2880" w:type="dxa"/>
          </w:tcPr>
          <w:p w:rsidR="006F7457" w:rsidRDefault="00332DB8">
            <w:r>
              <w:t>2115.</w:t>
            </w:r>
          </w:p>
        </w:tc>
        <w:tc>
          <w:tcPr>
            <w:tcW w:w="2880" w:type="dxa"/>
          </w:tcPr>
          <w:p w:rsidR="006F7457" w:rsidRPr="00332DB8" w:rsidRDefault="00332DB8">
            <w:pPr>
              <w:rPr>
                <w:lang w:val="ru-RU"/>
              </w:rPr>
            </w:pPr>
            <w:r w:rsidRPr="00332DB8">
              <w:rPr>
                <w:lang w:val="ru-RU"/>
              </w:rPr>
              <w:t xml:space="preserve">Комментарии на сайте </w:t>
            </w:r>
            <w:r>
              <w:t>www</w:t>
            </w:r>
            <w:r w:rsidRPr="00332DB8">
              <w:rPr>
                <w:lang w:val="ru-RU"/>
              </w:rPr>
              <w:t>.</w:t>
            </w:r>
            <w:r>
              <w:t>odnoklassniki</w:t>
            </w:r>
            <w:r w:rsidRPr="00332DB8">
              <w:rPr>
                <w:lang w:val="ru-RU"/>
              </w:rPr>
              <w:t>.</w:t>
            </w:r>
            <w:r>
              <w:t>ru</w:t>
            </w:r>
            <w:r w:rsidRPr="00332DB8">
              <w:rPr>
                <w:lang w:val="ru-RU"/>
              </w:rPr>
              <w:t xml:space="preserve"> в группе «РОССИЯ ДЛЯ РУССКИХ И ПО РУССКИ!» с электронным адресом: </w:t>
            </w:r>
            <w:r>
              <w:t>http</w:t>
            </w:r>
            <w:r w:rsidRPr="00332DB8">
              <w:rPr>
                <w:lang w:val="ru-RU"/>
              </w:rPr>
              <w:t>://</w:t>
            </w:r>
            <w:r>
              <w:t>www</w:t>
            </w:r>
            <w:r w:rsidRPr="00332DB8">
              <w:rPr>
                <w:lang w:val="ru-RU"/>
              </w:rPr>
              <w:t>.</w:t>
            </w:r>
            <w:r>
              <w:t>odnoklassniki</w:t>
            </w:r>
            <w:r w:rsidRPr="00332DB8">
              <w:rPr>
                <w:lang w:val="ru-RU"/>
              </w:rPr>
              <w:t>.</w:t>
            </w:r>
            <w:r>
              <w:t>ru</w:t>
            </w:r>
            <w:r w:rsidRPr="00332DB8">
              <w:rPr>
                <w:lang w:val="ru-RU"/>
              </w:rPr>
              <w:t>/</w:t>
            </w:r>
            <w:r>
              <w:t>group</w:t>
            </w:r>
            <w:r w:rsidRPr="00332DB8">
              <w:rPr>
                <w:lang w:val="ru-RU"/>
              </w:rPr>
              <w:t>/50921688334546/</w:t>
            </w:r>
            <w:r>
              <w:t>topic</w:t>
            </w:r>
            <w:r w:rsidRPr="00332DB8">
              <w:rPr>
                <w:lang w:val="ru-RU"/>
              </w:rPr>
              <w:t>/199403337940,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2880" w:type="dxa"/>
          </w:tcPr>
          <w:p w:rsidR="006F7457" w:rsidRPr="00332DB8" w:rsidRDefault="006F7457">
            <w:pPr>
              <w:rPr>
                <w:lang w:val="ru-RU"/>
              </w:rPr>
            </w:pPr>
          </w:p>
        </w:tc>
      </w:tr>
      <w:tr w:rsidR="006F7457" w:rsidRPr="005A424D">
        <w:tc>
          <w:tcPr>
            <w:tcW w:w="2880" w:type="dxa"/>
          </w:tcPr>
          <w:p w:rsidR="006F7457" w:rsidRDefault="00332DB8">
            <w:r>
              <w:t>2116.</w:t>
            </w:r>
          </w:p>
        </w:tc>
        <w:tc>
          <w:tcPr>
            <w:tcW w:w="2880" w:type="dxa"/>
          </w:tcPr>
          <w:p w:rsidR="006F7457" w:rsidRPr="00332DB8" w:rsidRDefault="00332DB8">
            <w:pPr>
              <w:rPr>
                <w:lang w:val="ru-RU"/>
              </w:rPr>
            </w:pPr>
            <w:r w:rsidRPr="00332DB8">
              <w:rPr>
                <w:lang w:val="ru-RU"/>
              </w:rPr>
              <w:t xml:space="preserve">Видеоролик «Обращение Амира Татарстана Абдуллаха», размещенный в Глобальной информационной сети Интернет по электронному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=00</w:t>
            </w:r>
            <w:r>
              <w:t>PsrVtx</w:t>
            </w:r>
            <w:r w:rsidRPr="00332DB8">
              <w:rPr>
                <w:lang w:val="ru-RU"/>
              </w:rPr>
              <w:t>-8</w:t>
            </w:r>
            <w:r>
              <w:t>s</w:t>
            </w:r>
            <w:r w:rsidRPr="00332DB8">
              <w:rPr>
                <w:lang w:val="ru-RU"/>
              </w:rPr>
              <w:t xml:space="preserve"> (решение Вахитовского районного суда г. Казани от 02.09.2013);</w:t>
            </w:r>
          </w:p>
        </w:tc>
        <w:tc>
          <w:tcPr>
            <w:tcW w:w="2880" w:type="dxa"/>
          </w:tcPr>
          <w:p w:rsidR="006F7457" w:rsidRPr="00332DB8" w:rsidRDefault="006F7457">
            <w:pPr>
              <w:rPr>
                <w:lang w:val="ru-RU"/>
              </w:rPr>
            </w:pPr>
          </w:p>
        </w:tc>
      </w:tr>
      <w:tr w:rsidR="006F7457" w:rsidRPr="005A424D">
        <w:tc>
          <w:tcPr>
            <w:tcW w:w="2880" w:type="dxa"/>
          </w:tcPr>
          <w:p w:rsidR="006F7457" w:rsidRDefault="00332DB8">
            <w:r>
              <w:t>2117.</w:t>
            </w:r>
          </w:p>
        </w:tc>
        <w:tc>
          <w:tcPr>
            <w:tcW w:w="2880" w:type="dxa"/>
          </w:tcPr>
          <w:p w:rsidR="006F7457" w:rsidRPr="00332DB8" w:rsidRDefault="00332DB8">
            <w:pPr>
              <w:rPr>
                <w:lang w:val="ru-RU"/>
              </w:rPr>
            </w:pPr>
            <w:r w:rsidRPr="00332DB8">
              <w:rPr>
                <w:lang w:val="ru-RU"/>
              </w:rPr>
              <w:t>Брошюра «Приближение к Аллаху – путь к успеху» (решение Магасского районного суда Республики Ингушетия от 23.07.2013);</w:t>
            </w:r>
          </w:p>
        </w:tc>
        <w:tc>
          <w:tcPr>
            <w:tcW w:w="2880" w:type="dxa"/>
          </w:tcPr>
          <w:p w:rsidR="006F7457" w:rsidRPr="00332DB8" w:rsidRDefault="006F7457">
            <w:pPr>
              <w:rPr>
                <w:lang w:val="ru-RU"/>
              </w:rPr>
            </w:pPr>
          </w:p>
        </w:tc>
      </w:tr>
      <w:tr w:rsidR="006F7457" w:rsidRPr="005A424D">
        <w:tc>
          <w:tcPr>
            <w:tcW w:w="2880" w:type="dxa"/>
          </w:tcPr>
          <w:p w:rsidR="006F7457" w:rsidRDefault="00332DB8">
            <w:r>
              <w:t>2118.</w:t>
            </w:r>
          </w:p>
        </w:tc>
        <w:tc>
          <w:tcPr>
            <w:tcW w:w="2880" w:type="dxa"/>
          </w:tcPr>
          <w:p w:rsidR="006F7457" w:rsidRPr="00332DB8" w:rsidRDefault="00332DB8">
            <w:pPr>
              <w:rPr>
                <w:lang w:val="ru-RU"/>
              </w:rPr>
            </w:pPr>
            <w:r w:rsidRPr="00332DB8">
              <w:rPr>
                <w:lang w:val="ru-RU"/>
              </w:rPr>
              <w:t>Видеоматериалы «Такфир за помощь кафирам в войне против Ислама», «Жадность», размещенные в международной информационной сети Интернет на сайте «</w:t>
            </w:r>
            <w:r>
              <w:t>www</w:t>
            </w:r>
            <w:r w:rsidRPr="00332DB8">
              <w:rPr>
                <w:lang w:val="ru-RU"/>
              </w:rPr>
              <w:t>.</w:t>
            </w:r>
            <w:r>
              <w:t>vk</w:t>
            </w:r>
            <w:r w:rsidRPr="00332DB8">
              <w:rPr>
                <w:lang w:val="ru-RU"/>
              </w:rPr>
              <w:t>/</w:t>
            </w:r>
            <w:r>
              <w:t>com</w:t>
            </w:r>
            <w:r w:rsidRPr="00332DB8">
              <w:rPr>
                <w:lang w:val="ru-RU"/>
              </w:rPr>
              <w:t>» в разделе «Видеозаписи» на странице «</w:t>
            </w:r>
            <w:r>
              <w:t>http</w:t>
            </w:r>
            <w:r w:rsidRPr="00332DB8">
              <w:rPr>
                <w:lang w:val="ru-RU"/>
              </w:rPr>
              <w:t>://</w:t>
            </w:r>
            <w:r>
              <w:t>vkontakte</w:t>
            </w:r>
            <w:r w:rsidRPr="00332DB8">
              <w:rPr>
                <w:lang w:val="ru-RU"/>
              </w:rPr>
              <w:t>.</w:t>
            </w:r>
            <w:r>
              <w:t>com</w:t>
            </w:r>
            <w:r w:rsidRPr="00332DB8">
              <w:rPr>
                <w:lang w:val="ru-RU"/>
              </w:rPr>
              <w:t>/</w:t>
            </w:r>
            <w:r>
              <w:t>id</w:t>
            </w:r>
            <w:r w:rsidRPr="00332DB8">
              <w:rPr>
                <w:lang w:val="ru-RU"/>
              </w:rPr>
              <w:t>88067710» (решение Альметьевского городского суда Республики Татарстан от 30.07.2013);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2119.</w:t>
            </w:r>
          </w:p>
        </w:tc>
        <w:tc>
          <w:tcPr>
            <w:tcW w:w="2880" w:type="dxa"/>
          </w:tcPr>
          <w:p w:rsidR="006F7457" w:rsidRPr="00332DB8" w:rsidRDefault="00332DB8">
            <w:pPr>
              <w:rPr>
                <w:lang w:val="ru-RU"/>
              </w:rPr>
            </w:pPr>
            <w:r w:rsidRPr="00332DB8">
              <w:rPr>
                <w:lang w:val="ru-RU"/>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w:t>
            </w:r>
            <w:r>
              <w:t>ALLprint</w:t>
            </w:r>
            <w:r w:rsidRPr="00332DB8">
              <w:rPr>
                <w:lang w:val="ru-RU"/>
              </w:rPr>
              <w:t>», 603057, Россия, г. Нижний Новгород, пер. Светлогорский, 13, тираж 1000 экз.) (решение Шабалинского районного суда Кировской области от 01.08.2013);</w:t>
            </w:r>
          </w:p>
        </w:tc>
        <w:tc>
          <w:tcPr>
            <w:tcW w:w="2880" w:type="dxa"/>
          </w:tcPr>
          <w:p w:rsidR="006F7457" w:rsidRPr="00332DB8" w:rsidRDefault="006F7457">
            <w:pPr>
              <w:rPr>
                <w:lang w:val="ru-RU"/>
              </w:rPr>
            </w:pPr>
          </w:p>
        </w:tc>
      </w:tr>
      <w:tr w:rsidR="006F7457" w:rsidRPr="005A424D">
        <w:tc>
          <w:tcPr>
            <w:tcW w:w="2880" w:type="dxa"/>
          </w:tcPr>
          <w:p w:rsidR="006F7457" w:rsidRDefault="00332DB8">
            <w:r>
              <w:t>2120.</w:t>
            </w:r>
          </w:p>
        </w:tc>
        <w:tc>
          <w:tcPr>
            <w:tcW w:w="2880" w:type="dxa"/>
          </w:tcPr>
          <w:p w:rsidR="006F7457" w:rsidRPr="00332DB8" w:rsidRDefault="00332DB8">
            <w:pPr>
              <w:rPr>
                <w:lang w:val="ru-RU"/>
              </w:rPr>
            </w:pPr>
            <w:r w:rsidRPr="00332DB8">
              <w:rPr>
                <w:lang w:val="ru-RU"/>
              </w:rPr>
              <w:t>Журнал «Аль-Ваъй» под номером 293 (решение Магасского районного суда Республики Ингушетия от 23.07.2013);</w:t>
            </w:r>
          </w:p>
        </w:tc>
        <w:tc>
          <w:tcPr>
            <w:tcW w:w="2880" w:type="dxa"/>
          </w:tcPr>
          <w:p w:rsidR="006F7457" w:rsidRPr="00332DB8" w:rsidRDefault="006F7457">
            <w:pPr>
              <w:rPr>
                <w:lang w:val="ru-RU"/>
              </w:rPr>
            </w:pPr>
          </w:p>
        </w:tc>
      </w:tr>
      <w:tr w:rsidR="006F7457" w:rsidRPr="005A424D">
        <w:tc>
          <w:tcPr>
            <w:tcW w:w="2880" w:type="dxa"/>
          </w:tcPr>
          <w:p w:rsidR="006F7457" w:rsidRDefault="00332DB8">
            <w:r>
              <w:t>2121.</w:t>
            </w:r>
          </w:p>
        </w:tc>
        <w:tc>
          <w:tcPr>
            <w:tcW w:w="2880" w:type="dxa"/>
          </w:tcPr>
          <w:p w:rsidR="006F7457" w:rsidRPr="00332DB8" w:rsidRDefault="00332DB8">
            <w:pPr>
              <w:rPr>
                <w:lang w:val="ru-RU"/>
              </w:rPr>
            </w:pPr>
            <w:r w:rsidRPr="00332DB8">
              <w:rPr>
                <w:lang w:val="ru-RU"/>
              </w:rPr>
              <w:t>Журнал «Аль-Ваъй» под номером 294 (решение Магасского районного суда Республики Ингушетия от 23.07.2013);</w:t>
            </w:r>
          </w:p>
        </w:tc>
        <w:tc>
          <w:tcPr>
            <w:tcW w:w="2880" w:type="dxa"/>
          </w:tcPr>
          <w:p w:rsidR="006F7457" w:rsidRPr="00332DB8" w:rsidRDefault="006F7457">
            <w:pPr>
              <w:rPr>
                <w:lang w:val="ru-RU"/>
              </w:rPr>
            </w:pPr>
          </w:p>
        </w:tc>
      </w:tr>
      <w:tr w:rsidR="006F7457" w:rsidRPr="005A424D">
        <w:tc>
          <w:tcPr>
            <w:tcW w:w="2880" w:type="dxa"/>
          </w:tcPr>
          <w:p w:rsidR="006F7457" w:rsidRDefault="00332DB8">
            <w:r>
              <w:t>2122.</w:t>
            </w:r>
          </w:p>
        </w:tc>
        <w:tc>
          <w:tcPr>
            <w:tcW w:w="2880" w:type="dxa"/>
          </w:tcPr>
          <w:p w:rsidR="006F7457" w:rsidRPr="00332DB8" w:rsidRDefault="00332DB8">
            <w:pPr>
              <w:rPr>
                <w:lang w:val="ru-RU"/>
              </w:rPr>
            </w:pPr>
            <w:r w:rsidRPr="00332DB8">
              <w:rPr>
                <w:lang w:val="ru-RU"/>
              </w:rPr>
              <w:t>Журнал «Аль-Ваъй» под номером 298 (решение Магасского районного суда Республики Ингушетия от 23.07.2013);</w:t>
            </w:r>
          </w:p>
        </w:tc>
        <w:tc>
          <w:tcPr>
            <w:tcW w:w="2880" w:type="dxa"/>
          </w:tcPr>
          <w:p w:rsidR="006F7457" w:rsidRPr="00332DB8" w:rsidRDefault="006F7457">
            <w:pPr>
              <w:rPr>
                <w:lang w:val="ru-RU"/>
              </w:rPr>
            </w:pPr>
          </w:p>
        </w:tc>
      </w:tr>
      <w:tr w:rsidR="006F7457" w:rsidRPr="005A424D">
        <w:tc>
          <w:tcPr>
            <w:tcW w:w="2880" w:type="dxa"/>
          </w:tcPr>
          <w:p w:rsidR="006F7457" w:rsidRDefault="00332DB8">
            <w:r>
              <w:t>2123.</w:t>
            </w:r>
          </w:p>
        </w:tc>
        <w:tc>
          <w:tcPr>
            <w:tcW w:w="2880" w:type="dxa"/>
          </w:tcPr>
          <w:p w:rsidR="006F7457" w:rsidRPr="00332DB8" w:rsidRDefault="00332DB8">
            <w:pPr>
              <w:rPr>
                <w:lang w:val="ru-RU"/>
              </w:rPr>
            </w:pPr>
            <w:r w:rsidRPr="00332DB8">
              <w:rPr>
                <w:lang w:val="ru-RU"/>
              </w:rPr>
              <w:t>Размещенные в режиме свободного доступа в сети Интернет «на личной странице «Амина Агаева» интернет-сайта «В контакте»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id</w:t>
            </w:r>
            <w:r w:rsidRPr="00332DB8">
              <w:rPr>
                <w:lang w:val="ru-RU"/>
              </w:rPr>
              <w:t xml:space="preserve">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Адлерского районного суда г. Сочи от </w:t>
            </w:r>
            <w:r w:rsidRPr="00332DB8">
              <w:rPr>
                <w:lang w:val="ru-RU"/>
              </w:rPr>
              <w:lastRenderedPageBreak/>
              <w:t>22.08.2013);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2124.</w:t>
            </w:r>
          </w:p>
        </w:tc>
        <w:tc>
          <w:tcPr>
            <w:tcW w:w="2880" w:type="dxa"/>
          </w:tcPr>
          <w:p w:rsidR="006F7457" w:rsidRPr="00332DB8" w:rsidRDefault="00332DB8">
            <w:pPr>
              <w:rPr>
                <w:lang w:val="ru-RU"/>
              </w:rPr>
            </w:pPr>
            <w:r w:rsidRPr="00332DB8">
              <w:rPr>
                <w:lang w:val="ru-RU"/>
              </w:rPr>
              <w:t xml:space="preserve">Интернет-сайт </w:t>
            </w:r>
            <w:r>
              <w:t>www</w:t>
            </w:r>
            <w:r w:rsidRPr="00332DB8">
              <w:rPr>
                <w:lang w:val="ru-RU"/>
              </w:rPr>
              <w:t>.</w:t>
            </w:r>
            <w:r>
              <w:t>babouchka</w:t>
            </w:r>
            <w:r w:rsidRPr="00332DB8">
              <w:rPr>
                <w:lang w:val="ru-RU"/>
              </w:rPr>
              <w:t>.</w:t>
            </w:r>
            <w:r>
              <w:t>net</w:t>
            </w:r>
            <w:r w:rsidRPr="00332DB8">
              <w:rPr>
                <w:lang w:val="ru-RU"/>
              </w:rPr>
              <w:t>/</w:t>
            </w:r>
            <w:r>
              <w:t>www</w:t>
            </w:r>
            <w:r w:rsidRPr="00332DB8">
              <w:rPr>
                <w:lang w:val="ru-RU"/>
              </w:rPr>
              <w:t>.</w:t>
            </w:r>
            <w:r>
              <w:t>kavkazcenter</w:t>
            </w:r>
            <w:r w:rsidRPr="00332DB8">
              <w:rPr>
                <w:lang w:val="ru-RU"/>
              </w:rPr>
              <w:t>.</w:t>
            </w:r>
            <w:r>
              <w:t>com</w:t>
            </w:r>
            <w:r w:rsidRPr="00332DB8">
              <w:rPr>
                <w:lang w:val="ru-RU"/>
              </w:rPr>
              <w:t xml:space="preserve"> (решение Фрунзенского районного суда города Саратова от 12.08.2013);</w:t>
            </w:r>
          </w:p>
        </w:tc>
        <w:tc>
          <w:tcPr>
            <w:tcW w:w="2880" w:type="dxa"/>
          </w:tcPr>
          <w:p w:rsidR="006F7457" w:rsidRPr="00332DB8" w:rsidRDefault="006F7457">
            <w:pPr>
              <w:rPr>
                <w:lang w:val="ru-RU"/>
              </w:rPr>
            </w:pPr>
          </w:p>
        </w:tc>
      </w:tr>
      <w:tr w:rsidR="006F7457" w:rsidRPr="005A424D">
        <w:tc>
          <w:tcPr>
            <w:tcW w:w="2880" w:type="dxa"/>
          </w:tcPr>
          <w:p w:rsidR="006F7457" w:rsidRDefault="00332DB8">
            <w:r>
              <w:t>2125.</w:t>
            </w:r>
          </w:p>
        </w:tc>
        <w:tc>
          <w:tcPr>
            <w:tcW w:w="2880" w:type="dxa"/>
          </w:tcPr>
          <w:p w:rsidR="006F7457" w:rsidRPr="00332DB8" w:rsidRDefault="00332DB8">
            <w:pPr>
              <w:rPr>
                <w:lang w:val="ru-RU"/>
              </w:rPr>
            </w:pPr>
            <w:r w:rsidRPr="00332DB8">
              <w:rPr>
                <w:lang w:val="ru-RU"/>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2880" w:type="dxa"/>
          </w:tcPr>
          <w:p w:rsidR="006F7457" w:rsidRPr="00332DB8" w:rsidRDefault="006F7457">
            <w:pPr>
              <w:rPr>
                <w:lang w:val="ru-RU"/>
              </w:rPr>
            </w:pPr>
          </w:p>
        </w:tc>
      </w:tr>
      <w:tr w:rsidR="006F7457" w:rsidRPr="005A424D">
        <w:tc>
          <w:tcPr>
            <w:tcW w:w="2880" w:type="dxa"/>
          </w:tcPr>
          <w:p w:rsidR="006F7457" w:rsidRDefault="00332DB8">
            <w:r>
              <w:t>2126.</w:t>
            </w:r>
          </w:p>
        </w:tc>
        <w:tc>
          <w:tcPr>
            <w:tcW w:w="2880" w:type="dxa"/>
          </w:tcPr>
          <w:p w:rsidR="006F7457" w:rsidRPr="00332DB8" w:rsidRDefault="00332DB8">
            <w:pPr>
              <w:rPr>
                <w:lang w:val="ru-RU"/>
              </w:rPr>
            </w:pPr>
            <w:r w:rsidRPr="00332DB8">
              <w:rPr>
                <w:lang w:val="ru-RU"/>
              </w:rPr>
              <w:t xml:space="preserve">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w:t>
            </w:r>
            <w:r>
              <w:t>CONTRA</w:t>
            </w:r>
            <w:r w:rsidRPr="00332DB8">
              <w:rPr>
                <w:lang w:val="ru-RU"/>
              </w:rPr>
              <w:t xml:space="preserve"> </w:t>
            </w:r>
            <w:r>
              <w:t>RATRIA</w:t>
            </w:r>
            <w:r w:rsidRPr="00332DB8">
              <w:rPr>
                <w:lang w:val="ru-RU"/>
              </w:rPr>
              <w:t>),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2880" w:type="dxa"/>
          </w:tcPr>
          <w:p w:rsidR="006F7457" w:rsidRPr="00332DB8" w:rsidRDefault="006F7457">
            <w:pPr>
              <w:rPr>
                <w:lang w:val="ru-RU"/>
              </w:rPr>
            </w:pPr>
          </w:p>
        </w:tc>
      </w:tr>
      <w:tr w:rsidR="006F7457">
        <w:tc>
          <w:tcPr>
            <w:tcW w:w="2880" w:type="dxa"/>
          </w:tcPr>
          <w:p w:rsidR="006F7457" w:rsidRDefault="00332DB8">
            <w:r>
              <w:t>2127.</w:t>
            </w:r>
          </w:p>
        </w:tc>
        <w:tc>
          <w:tcPr>
            <w:tcW w:w="2880" w:type="dxa"/>
          </w:tcPr>
          <w:p w:rsidR="006F7457" w:rsidRDefault="00332DB8">
            <w:r>
              <w:t>Исключен;</w:t>
            </w:r>
          </w:p>
        </w:tc>
        <w:tc>
          <w:tcPr>
            <w:tcW w:w="2880" w:type="dxa"/>
          </w:tcPr>
          <w:p w:rsidR="006F7457" w:rsidRDefault="006F7457"/>
        </w:tc>
      </w:tr>
      <w:tr w:rsidR="006F7457" w:rsidRPr="005A424D">
        <w:tc>
          <w:tcPr>
            <w:tcW w:w="2880" w:type="dxa"/>
          </w:tcPr>
          <w:p w:rsidR="006F7457" w:rsidRDefault="00332DB8">
            <w:r>
              <w:lastRenderedPageBreak/>
              <w:t>2128.</w:t>
            </w:r>
          </w:p>
        </w:tc>
        <w:tc>
          <w:tcPr>
            <w:tcW w:w="2880" w:type="dxa"/>
          </w:tcPr>
          <w:p w:rsidR="006F7457" w:rsidRPr="00332DB8" w:rsidRDefault="00332DB8">
            <w:pPr>
              <w:rPr>
                <w:lang w:val="ru-RU"/>
              </w:rPr>
            </w:pPr>
            <w:r w:rsidRPr="00332DB8">
              <w:rPr>
                <w:lang w:val="ru-RU"/>
              </w:rPr>
              <w:t>Печатная продукция «Конгресс Укра</w:t>
            </w:r>
            <w:r>
              <w:t>i</w:t>
            </w:r>
            <w:r w:rsidRPr="00332DB8">
              <w:rPr>
                <w:lang w:val="ru-RU"/>
              </w:rPr>
              <w:t>нських нац</w:t>
            </w:r>
            <w:r>
              <w:t>i</w:t>
            </w:r>
            <w:r w:rsidRPr="00332DB8">
              <w:rPr>
                <w:lang w:val="ru-RU"/>
              </w:rPr>
              <w:t>онал</w:t>
            </w:r>
            <w:r>
              <w:t>i</w:t>
            </w:r>
            <w:r w:rsidRPr="00332DB8">
              <w:rPr>
                <w:lang w:val="ru-RU"/>
              </w:rPr>
              <w:t>ст</w:t>
            </w:r>
            <w:r>
              <w:t>i</w:t>
            </w:r>
            <w:r w:rsidRPr="00332DB8">
              <w:rPr>
                <w:lang w:val="ru-RU"/>
              </w:rPr>
              <w:t>в», Ки</w:t>
            </w:r>
            <w:r>
              <w:t>i</w:t>
            </w:r>
            <w:r w:rsidRPr="00332DB8">
              <w:rPr>
                <w:lang w:val="ru-RU"/>
              </w:rPr>
              <w:t>в, 1995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t>2129.</w:t>
            </w:r>
          </w:p>
        </w:tc>
        <w:tc>
          <w:tcPr>
            <w:tcW w:w="2880" w:type="dxa"/>
          </w:tcPr>
          <w:p w:rsidR="006F7457" w:rsidRPr="00332DB8" w:rsidRDefault="00332DB8">
            <w:pPr>
              <w:rPr>
                <w:lang w:val="ru-RU"/>
              </w:rPr>
            </w:pPr>
            <w:r w:rsidRPr="00332DB8">
              <w:rPr>
                <w:lang w:val="ru-RU"/>
              </w:rPr>
              <w:t>Печатная продукция «Укра</w:t>
            </w:r>
            <w:r>
              <w:t>i</w:t>
            </w:r>
            <w:r w:rsidRPr="00332DB8">
              <w:rPr>
                <w:lang w:val="ru-RU"/>
              </w:rPr>
              <w:t>нська головна визвольна Рада, Доументи Видання Середовища УГВР», Нью-Йорк-Ки</w:t>
            </w:r>
            <w:r>
              <w:t>i</w:t>
            </w:r>
            <w:r w:rsidRPr="00332DB8">
              <w:rPr>
                <w:lang w:val="ru-RU"/>
              </w:rPr>
              <w:t>в-Льв</w:t>
            </w:r>
            <w:r>
              <w:t>i</w:t>
            </w:r>
            <w:r w:rsidRPr="00332DB8">
              <w:rPr>
                <w:lang w:val="ru-RU"/>
              </w:rPr>
              <w:t>в, 1992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t>2130.</w:t>
            </w:r>
          </w:p>
        </w:tc>
        <w:tc>
          <w:tcPr>
            <w:tcW w:w="2880" w:type="dxa"/>
          </w:tcPr>
          <w:p w:rsidR="006F7457" w:rsidRPr="00332DB8" w:rsidRDefault="00332DB8">
            <w:pPr>
              <w:rPr>
                <w:lang w:val="ru-RU"/>
              </w:rPr>
            </w:pPr>
            <w:r w:rsidRPr="00332DB8">
              <w:rPr>
                <w:lang w:val="ru-RU"/>
              </w:rPr>
              <w:t>Печатная продукция «Конференц</w:t>
            </w:r>
            <w:r>
              <w:t>i</w:t>
            </w:r>
            <w:r w:rsidRPr="00332DB8">
              <w:rPr>
                <w:lang w:val="ru-RU"/>
              </w:rPr>
              <w:t>я Укра</w:t>
            </w:r>
            <w:r>
              <w:t>i</w:t>
            </w:r>
            <w:r w:rsidRPr="00332DB8">
              <w:rPr>
                <w:lang w:val="ru-RU"/>
              </w:rPr>
              <w:t>нських Нац</w:t>
            </w:r>
            <w:r>
              <w:t>i</w:t>
            </w:r>
            <w:r w:rsidRPr="00332DB8">
              <w:rPr>
                <w:lang w:val="ru-RU"/>
              </w:rPr>
              <w:t>онал</w:t>
            </w:r>
            <w:r>
              <w:t>i</w:t>
            </w:r>
            <w:r w:rsidRPr="00332DB8">
              <w:rPr>
                <w:lang w:val="ru-RU"/>
              </w:rPr>
              <w:t>ст</w:t>
            </w:r>
            <w:r>
              <w:t>i</w:t>
            </w:r>
            <w:r w:rsidRPr="00332DB8">
              <w:rPr>
                <w:lang w:val="ru-RU"/>
              </w:rPr>
              <w:t>в», Кийв, 1992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t>2131.</w:t>
            </w:r>
          </w:p>
        </w:tc>
        <w:tc>
          <w:tcPr>
            <w:tcW w:w="2880" w:type="dxa"/>
          </w:tcPr>
          <w:p w:rsidR="006F7457" w:rsidRPr="00332DB8" w:rsidRDefault="00332DB8">
            <w:pPr>
              <w:rPr>
                <w:lang w:val="ru-RU"/>
              </w:rPr>
            </w:pPr>
            <w:r w:rsidRPr="00332DB8">
              <w:rPr>
                <w:lang w:val="ru-RU"/>
              </w:rPr>
              <w:t>Печатная продукция «Едино правильний шлях», Ки</w:t>
            </w:r>
            <w:r>
              <w:t>i</w:t>
            </w:r>
            <w:r w:rsidRPr="00332DB8">
              <w:rPr>
                <w:lang w:val="ru-RU"/>
              </w:rPr>
              <w:t>в, 1993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t>2132.</w:t>
            </w:r>
          </w:p>
        </w:tc>
        <w:tc>
          <w:tcPr>
            <w:tcW w:w="2880" w:type="dxa"/>
          </w:tcPr>
          <w:p w:rsidR="006F7457" w:rsidRPr="00332DB8" w:rsidRDefault="00332DB8">
            <w:pPr>
              <w:rPr>
                <w:lang w:val="ru-RU"/>
              </w:rPr>
            </w:pPr>
            <w:r w:rsidRPr="00332DB8">
              <w:rPr>
                <w:lang w:val="ru-RU"/>
              </w:rPr>
              <w:t>Печатная продукция «Матер</w:t>
            </w:r>
            <w:r>
              <w:t>i</w:t>
            </w:r>
            <w:r w:rsidRPr="00332DB8">
              <w:rPr>
                <w:lang w:val="ru-RU"/>
              </w:rPr>
              <w:t>яли Другого збору Конгрессу укра</w:t>
            </w:r>
            <w:r>
              <w:t>i</w:t>
            </w:r>
            <w:r w:rsidRPr="00332DB8">
              <w:rPr>
                <w:lang w:val="ru-RU"/>
              </w:rPr>
              <w:t>нських нац</w:t>
            </w:r>
            <w:r>
              <w:t>i</w:t>
            </w:r>
            <w:r w:rsidRPr="00332DB8">
              <w:rPr>
                <w:lang w:val="ru-RU"/>
              </w:rPr>
              <w:t>онал</w:t>
            </w:r>
            <w:r>
              <w:t>i</w:t>
            </w:r>
            <w:r w:rsidRPr="00332DB8">
              <w:rPr>
                <w:lang w:val="ru-RU"/>
              </w:rPr>
              <w:t>ст</w:t>
            </w:r>
            <w:r>
              <w:t>i</w:t>
            </w:r>
            <w:r w:rsidRPr="00332DB8">
              <w:rPr>
                <w:lang w:val="ru-RU"/>
              </w:rPr>
              <w:t>в», 1995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t>213</w:t>
            </w:r>
            <w:r>
              <w:lastRenderedPageBreak/>
              <w:t>3.</w:t>
            </w:r>
          </w:p>
        </w:tc>
        <w:tc>
          <w:tcPr>
            <w:tcW w:w="2880" w:type="dxa"/>
          </w:tcPr>
          <w:p w:rsidR="006F7457" w:rsidRPr="00332DB8" w:rsidRDefault="00332DB8">
            <w:pPr>
              <w:rPr>
                <w:lang w:val="ru-RU"/>
              </w:rPr>
            </w:pPr>
            <w:r w:rsidRPr="00332DB8">
              <w:rPr>
                <w:lang w:val="ru-RU"/>
              </w:rPr>
              <w:lastRenderedPageBreak/>
              <w:t>Печатная продукция «Матер</w:t>
            </w:r>
            <w:r>
              <w:t>i</w:t>
            </w:r>
            <w:r w:rsidRPr="00332DB8">
              <w:rPr>
                <w:lang w:val="ru-RU"/>
              </w:rPr>
              <w:t>яли Першогу збору конгрессу укра</w:t>
            </w:r>
            <w:r>
              <w:t>i</w:t>
            </w:r>
            <w:r w:rsidRPr="00332DB8">
              <w:rPr>
                <w:lang w:val="ru-RU"/>
              </w:rPr>
              <w:t>нських нац</w:t>
            </w:r>
            <w:r>
              <w:t>i</w:t>
            </w:r>
            <w:r w:rsidRPr="00332DB8">
              <w:rPr>
                <w:lang w:val="ru-RU"/>
              </w:rPr>
              <w:t>онал</w:t>
            </w:r>
            <w:r>
              <w:t>i</w:t>
            </w:r>
            <w:r w:rsidRPr="00332DB8">
              <w:rPr>
                <w:lang w:val="ru-RU"/>
              </w:rPr>
              <w:t>ст</w:t>
            </w:r>
            <w:r>
              <w:t>i</w:t>
            </w:r>
            <w:r w:rsidRPr="00332DB8">
              <w:rPr>
                <w:lang w:val="ru-RU"/>
              </w:rPr>
              <w:t>в», Ки</w:t>
            </w:r>
            <w:r>
              <w:t>i</w:t>
            </w:r>
            <w:r w:rsidRPr="00332DB8">
              <w:rPr>
                <w:lang w:val="ru-RU"/>
              </w:rPr>
              <w:t>в, 1995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2134.</w:t>
            </w:r>
          </w:p>
        </w:tc>
        <w:tc>
          <w:tcPr>
            <w:tcW w:w="2880" w:type="dxa"/>
          </w:tcPr>
          <w:p w:rsidR="006F7457" w:rsidRPr="00332DB8" w:rsidRDefault="00332DB8">
            <w:pPr>
              <w:rPr>
                <w:lang w:val="ru-RU"/>
              </w:rPr>
            </w:pPr>
            <w:r w:rsidRPr="00332DB8">
              <w:rPr>
                <w:lang w:val="ru-RU"/>
              </w:rPr>
              <w:t>Печатная продукция Юр</w:t>
            </w:r>
            <w:r>
              <w:t>i</w:t>
            </w:r>
            <w:r w:rsidRPr="00332DB8">
              <w:rPr>
                <w:lang w:val="ru-RU"/>
              </w:rPr>
              <w:t>й Бойко Шлях нац</w:t>
            </w:r>
            <w:r>
              <w:t>ii</w:t>
            </w:r>
            <w:r w:rsidRPr="00332DB8">
              <w:rPr>
                <w:lang w:val="ru-RU"/>
              </w:rPr>
              <w:t>, «Укра</w:t>
            </w:r>
            <w:r>
              <w:t>i</w:t>
            </w:r>
            <w:r w:rsidRPr="00332DB8">
              <w:rPr>
                <w:lang w:val="ru-RU"/>
              </w:rPr>
              <w:t>нське Слово». Париж–Ки</w:t>
            </w:r>
            <w:r>
              <w:t>i</w:t>
            </w:r>
            <w:r w:rsidRPr="00332DB8">
              <w:rPr>
                <w:lang w:val="ru-RU"/>
              </w:rPr>
              <w:t>в-Льв</w:t>
            </w:r>
            <w:r>
              <w:t>i</w:t>
            </w:r>
            <w:r w:rsidRPr="00332DB8">
              <w:rPr>
                <w:lang w:val="ru-RU"/>
              </w:rPr>
              <w:t>в, 1992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t>2135.</w:t>
            </w:r>
          </w:p>
        </w:tc>
        <w:tc>
          <w:tcPr>
            <w:tcW w:w="2880" w:type="dxa"/>
          </w:tcPr>
          <w:p w:rsidR="006F7457" w:rsidRPr="00332DB8" w:rsidRDefault="00332DB8">
            <w:pPr>
              <w:rPr>
                <w:lang w:val="ru-RU"/>
              </w:rPr>
            </w:pPr>
            <w:r w:rsidRPr="00332DB8">
              <w:rPr>
                <w:lang w:val="ru-RU"/>
              </w:rPr>
              <w:t>Печатная продукция Дмитро Павличко «Укра</w:t>
            </w:r>
            <w:r>
              <w:t>i</w:t>
            </w:r>
            <w:r w:rsidRPr="00332DB8">
              <w:rPr>
                <w:lang w:val="ru-RU"/>
              </w:rPr>
              <w:t>нська нац</w:t>
            </w:r>
            <w:r>
              <w:t>io</w:t>
            </w:r>
            <w:r w:rsidRPr="00332DB8">
              <w:rPr>
                <w:lang w:val="ru-RU"/>
              </w:rPr>
              <w:t xml:space="preserve">нальна </w:t>
            </w:r>
            <w:r>
              <w:t>i</w:t>
            </w:r>
            <w:r w:rsidRPr="00332DB8">
              <w:rPr>
                <w:lang w:val="ru-RU"/>
              </w:rPr>
              <w:t>дея» Ки</w:t>
            </w:r>
            <w:r>
              <w:t>i</w:t>
            </w:r>
            <w:r w:rsidRPr="00332DB8">
              <w:rPr>
                <w:lang w:val="ru-RU"/>
              </w:rPr>
              <w:t>в 2002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t>2136.</w:t>
            </w:r>
          </w:p>
        </w:tc>
        <w:tc>
          <w:tcPr>
            <w:tcW w:w="2880" w:type="dxa"/>
          </w:tcPr>
          <w:p w:rsidR="006F7457" w:rsidRPr="00332DB8" w:rsidRDefault="00332DB8">
            <w:pPr>
              <w:rPr>
                <w:lang w:val="ru-RU"/>
              </w:rPr>
            </w:pPr>
            <w:r w:rsidRPr="00332DB8">
              <w:rPr>
                <w:lang w:val="ru-RU"/>
              </w:rPr>
              <w:t>Печатная продукция М.Р. Литвин, К.Е. Науменко «</w:t>
            </w:r>
            <w:r>
              <w:t>I</w:t>
            </w:r>
            <w:r w:rsidRPr="00332DB8">
              <w:rPr>
                <w:lang w:val="ru-RU"/>
              </w:rPr>
              <w:t>стор</w:t>
            </w:r>
            <w:r>
              <w:t>i</w:t>
            </w:r>
            <w:r w:rsidRPr="00332DB8">
              <w:rPr>
                <w:lang w:val="ru-RU"/>
              </w:rPr>
              <w:t>я ЗУНР», Льв</w:t>
            </w:r>
            <w:r>
              <w:t>i</w:t>
            </w:r>
            <w:r w:rsidRPr="00332DB8">
              <w:rPr>
                <w:lang w:val="ru-RU"/>
              </w:rPr>
              <w:t>в, 1995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t>2137.</w:t>
            </w:r>
          </w:p>
        </w:tc>
        <w:tc>
          <w:tcPr>
            <w:tcW w:w="2880" w:type="dxa"/>
          </w:tcPr>
          <w:p w:rsidR="006F7457" w:rsidRPr="00332DB8" w:rsidRDefault="00332DB8">
            <w:pPr>
              <w:rPr>
                <w:lang w:val="ru-RU"/>
              </w:rPr>
            </w:pPr>
            <w:r w:rsidRPr="00332DB8">
              <w:rPr>
                <w:lang w:val="ru-RU"/>
              </w:rPr>
              <w:t xml:space="preserve">Печатная продукция Гордасевич Г. «Степан Бандера – Людина </w:t>
            </w:r>
            <w:r>
              <w:t>i</w:t>
            </w:r>
            <w:r w:rsidRPr="00332DB8">
              <w:rPr>
                <w:lang w:val="ru-RU"/>
              </w:rPr>
              <w:t xml:space="preserve"> м</w:t>
            </w:r>
            <w:r>
              <w:t>i</w:t>
            </w:r>
            <w:r w:rsidRPr="00332DB8">
              <w:rPr>
                <w:lang w:val="ru-RU"/>
              </w:rPr>
              <w:t>ф», Ки</w:t>
            </w:r>
            <w:r>
              <w:t>i</w:t>
            </w:r>
            <w:r w:rsidRPr="00332DB8">
              <w:rPr>
                <w:lang w:val="ru-RU"/>
              </w:rPr>
              <w:t>в, 1999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t>2138.</w:t>
            </w:r>
          </w:p>
        </w:tc>
        <w:tc>
          <w:tcPr>
            <w:tcW w:w="2880" w:type="dxa"/>
          </w:tcPr>
          <w:p w:rsidR="006F7457" w:rsidRPr="00332DB8" w:rsidRDefault="00332DB8">
            <w:pPr>
              <w:rPr>
                <w:lang w:val="ru-RU"/>
              </w:rPr>
            </w:pPr>
            <w:r w:rsidRPr="00332DB8">
              <w:rPr>
                <w:lang w:val="ru-RU"/>
              </w:rPr>
              <w:t>Книга «Русский национализм: его друзья и враги» автора А.Н. Севастьянова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2139.</w:t>
            </w:r>
          </w:p>
        </w:tc>
        <w:tc>
          <w:tcPr>
            <w:tcW w:w="2880" w:type="dxa"/>
          </w:tcPr>
          <w:p w:rsidR="006F7457" w:rsidRPr="00332DB8" w:rsidRDefault="00332DB8">
            <w:pPr>
              <w:rPr>
                <w:lang w:val="ru-RU"/>
              </w:rPr>
            </w:pPr>
            <w:r w:rsidRPr="00332DB8">
              <w:rPr>
                <w:lang w:val="ru-RU"/>
              </w:rPr>
              <w:t>Книга «Чего хотят от нас евреи» автора А.Н. Севастьянова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t>2140.</w:t>
            </w:r>
          </w:p>
        </w:tc>
        <w:tc>
          <w:tcPr>
            <w:tcW w:w="2880" w:type="dxa"/>
          </w:tcPr>
          <w:p w:rsidR="006F7457" w:rsidRPr="00332DB8" w:rsidRDefault="00332DB8">
            <w:pPr>
              <w:rPr>
                <w:lang w:val="ru-RU"/>
              </w:rPr>
            </w:pPr>
            <w:r w:rsidRPr="00332DB8">
              <w:rPr>
                <w:lang w:val="ru-RU"/>
              </w:rPr>
              <w:t>Видеоролик «</w:t>
            </w:r>
            <w:r>
              <w:t>MOSCUER</w:t>
            </w:r>
            <w:r w:rsidRPr="00332DB8">
              <w:rPr>
                <w:lang w:val="ru-RU"/>
              </w:rPr>
              <w:t xml:space="preserve"> </w:t>
            </w:r>
            <w:r>
              <w:t>SS</w:t>
            </w:r>
            <w:r w:rsidRPr="00332DB8">
              <w:rPr>
                <w:lang w:val="ru-RU"/>
              </w:rPr>
              <w:t>» (решение Ленинского районного суда г. Иваново от 23.08.2013);</w:t>
            </w:r>
          </w:p>
        </w:tc>
        <w:tc>
          <w:tcPr>
            <w:tcW w:w="2880" w:type="dxa"/>
          </w:tcPr>
          <w:p w:rsidR="006F7457" w:rsidRPr="00332DB8" w:rsidRDefault="006F7457">
            <w:pPr>
              <w:rPr>
                <w:lang w:val="ru-RU"/>
              </w:rPr>
            </w:pPr>
          </w:p>
        </w:tc>
      </w:tr>
      <w:tr w:rsidR="006F7457" w:rsidRPr="005A424D">
        <w:tc>
          <w:tcPr>
            <w:tcW w:w="2880" w:type="dxa"/>
          </w:tcPr>
          <w:p w:rsidR="006F7457" w:rsidRDefault="00332DB8">
            <w:r>
              <w:t>2141.</w:t>
            </w:r>
          </w:p>
        </w:tc>
        <w:tc>
          <w:tcPr>
            <w:tcW w:w="2880" w:type="dxa"/>
          </w:tcPr>
          <w:p w:rsidR="006F7457" w:rsidRPr="00332DB8" w:rsidRDefault="00332DB8">
            <w:pPr>
              <w:rPr>
                <w:lang w:val="ru-RU"/>
              </w:rPr>
            </w:pPr>
            <w:r w:rsidRPr="00332DB8">
              <w:rPr>
                <w:lang w:val="ru-RU"/>
              </w:rPr>
              <w:t>Видеоролик «Скини против чурок» (решение Ленинского районного суда г. Иваново от 23.08.2013);</w:t>
            </w:r>
          </w:p>
        </w:tc>
        <w:tc>
          <w:tcPr>
            <w:tcW w:w="2880" w:type="dxa"/>
          </w:tcPr>
          <w:p w:rsidR="006F7457" w:rsidRPr="00332DB8" w:rsidRDefault="006F7457">
            <w:pPr>
              <w:rPr>
                <w:lang w:val="ru-RU"/>
              </w:rPr>
            </w:pPr>
          </w:p>
        </w:tc>
      </w:tr>
      <w:tr w:rsidR="006F7457" w:rsidRPr="005A424D">
        <w:tc>
          <w:tcPr>
            <w:tcW w:w="2880" w:type="dxa"/>
          </w:tcPr>
          <w:p w:rsidR="006F7457" w:rsidRDefault="00332DB8">
            <w:r>
              <w:t>2142.</w:t>
            </w:r>
          </w:p>
        </w:tc>
        <w:tc>
          <w:tcPr>
            <w:tcW w:w="2880" w:type="dxa"/>
          </w:tcPr>
          <w:p w:rsidR="006F7457" w:rsidRPr="00332DB8" w:rsidRDefault="00332DB8">
            <w:pPr>
              <w:rPr>
                <w:lang w:val="ru-RU"/>
              </w:rPr>
            </w:pPr>
            <w:r w:rsidRPr="00332DB8">
              <w:rPr>
                <w:lang w:val="ru-RU"/>
              </w:rPr>
              <w:t>Видеоролик «Привет, чурки» (решение Ленинского районного суда г. Иваново от 23.08.2013);</w:t>
            </w:r>
          </w:p>
        </w:tc>
        <w:tc>
          <w:tcPr>
            <w:tcW w:w="2880" w:type="dxa"/>
          </w:tcPr>
          <w:p w:rsidR="006F7457" w:rsidRPr="00332DB8" w:rsidRDefault="006F7457">
            <w:pPr>
              <w:rPr>
                <w:lang w:val="ru-RU"/>
              </w:rPr>
            </w:pPr>
          </w:p>
        </w:tc>
      </w:tr>
      <w:tr w:rsidR="006F7457" w:rsidRPr="005A424D">
        <w:tc>
          <w:tcPr>
            <w:tcW w:w="2880" w:type="dxa"/>
          </w:tcPr>
          <w:p w:rsidR="006F7457" w:rsidRDefault="00332DB8">
            <w:r>
              <w:t>2143.</w:t>
            </w:r>
          </w:p>
        </w:tc>
        <w:tc>
          <w:tcPr>
            <w:tcW w:w="2880" w:type="dxa"/>
          </w:tcPr>
          <w:p w:rsidR="006F7457" w:rsidRPr="00332DB8" w:rsidRDefault="00332DB8">
            <w:pPr>
              <w:rPr>
                <w:lang w:val="ru-RU"/>
              </w:rPr>
            </w:pPr>
            <w:r w:rsidRPr="00332DB8">
              <w:rPr>
                <w:lang w:val="ru-RU"/>
              </w:rPr>
              <w:t>Информационный материал - видеоролик «Бей хача - спаси Россию», размещенный в сети Интернет на сайте «</w:t>
            </w:r>
            <w:r>
              <w:t>YouTube</w:t>
            </w:r>
            <w:r w:rsidRPr="00332DB8">
              <w:rPr>
                <w:lang w:val="ru-RU"/>
              </w:rPr>
              <w:t xml:space="preserve">»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fao</w:t>
            </w:r>
            <w:r w:rsidRPr="00332DB8">
              <w:rPr>
                <w:lang w:val="ru-RU"/>
              </w:rPr>
              <w:t>3</w:t>
            </w:r>
            <w:r>
              <w:t>MP</w:t>
            </w:r>
            <w:r w:rsidRPr="00332DB8">
              <w:rPr>
                <w:lang w:val="ru-RU"/>
              </w:rPr>
              <w:t>-</w:t>
            </w:r>
            <w:r>
              <w:t>hsFw</w:t>
            </w:r>
            <w:r w:rsidRPr="00332DB8">
              <w:rPr>
                <w:lang w:val="ru-RU"/>
              </w:rPr>
              <w:t xml:space="preserve"> (решение Металлургического районного суда г. Челябинска от 19.09.2013);</w:t>
            </w:r>
          </w:p>
        </w:tc>
        <w:tc>
          <w:tcPr>
            <w:tcW w:w="2880" w:type="dxa"/>
          </w:tcPr>
          <w:p w:rsidR="006F7457" w:rsidRPr="00332DB8" w:rsidRDefault="006F7457">
            <w:pPr>
              <w:rPr>
                <w:lang w:val="ru-RU"/>
              </w:rPr>
            </w:pPr>
          </w:p>
        </w:tc>
      </w:tr>
      <w:tr w:rsidR="006F7457" w:rsidRPr="005A424D">
        <w:tc>
          <w:tcPr>
            <w:tcW w:w="2880" w:type="dxa"/>
          </w:tcPr>
          <w:p w:rsidR="006F7457" w:rsidRDefault="00332DB8">
            <w:r>
              <w:t>214</w:t>
            </w:r>
            <w:r>
              <w:lastRenderedPageBreak/>
              <w:t>4.</w:t>
            </w:r>
          </w:p>
        </w:tc>
        <w:tc>
          <w:tcPr>
            <w:tcW w:w="2880" w:type="dxa"/>
          </w:tcPr>
          <w:p w:rsidR="006F7457" w:rsidRPr="00332DB8" w:rsidRDefault="00332DB8">
            <w:pPr>
              <w:rPr>
                <w:lang w:val="ru-RU"/>
              </w:rPr>
            </w:pPr>
            <w:r w:rsidRPr="00332DB8">
              <w:rPr>
                <w:lang w:val="ru-RU"/>
              </w:rPr>
              <w:lastRenderedPageBreak/>
              <w:t xml:space="preserve">Статья «Мехк-Кхел» вызывает в Шариатский Суд Главу РИ Евкурова Ю-Б.Б. и председателя РИК Муссу Евлоева», опубликованная 13.12.2011 г. на сайте </w:t>
            </w:r>
            <w:r>
              <w:t>http</w:t>
            </w:r>
            <w:r w:rsidRPr="00332DB8">
              <w:rPr>
                <w:lang w:val="ru-RU"/>
              </w:rPr>
              <w:t>:</w:t>
            </w:r>
            <w:r>
              <w:t>ingushetiyaru</w:t>
            </w:r>
            <w:r w:rsidRPr="00332DB8">
              <w:rPr>
                <w:lang w:val="ru-RU"/>
              </w:rPr>
              <w:t>.</w:t>
            </w:r>
            <w:r>
              <w:t>org</w:t>
            </w:r>
            <w:r w:rsidRPr="00332DB8">
              <w:rPr>
                <w:lang w:val="ru-RU"/>
              </w:rPr>
              <w:t xml:space="preserve">, и «В Ингушетии «Мехк-Кхел» и общественные организации договорились объединить свои усилия», опубликованная 14.12.2011 года на сайте </w:t>
            </w:r>
            <w:r>
              <w:lastRenderedPageBreak/>
              <w:t>http</w:t>
            </w:r>
            <w:r w:rsidRPr="00332DB8">
              <w:rPr>
                <w:lang w:val="ru-RU"/>
              </w:rPr>
              <w:t>:</w:t>
            </w:r>
            <w:r>
              <w:t>ingushetiyaru</w:t>
            </w:r>
            <w:r w:rsidRPr="00332DB8">
              <w:rPr>
                <w:lang w:val="ru-RU"/>
              </w:rPr>
              <w:t>.</w:t>
            </w:r>
            <w:r>
              <w:t>org</w:t>
            </w:r>
            <w:r w:rsidRPr="00332DB8">
              <w:rPr>
                <w:lang w:val="ru-RU"/>
              </w:rPr>
              <w:t xml:space="preserve"> (решение Магасского районного суда Республики Ингушетия от 17.12.2012);</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2145.</w:t>
            </w:r>
          </w:p>
        </w:tc>
        <w:tc>
          <w:tcPr>
            <w:tcW w:w="2880" w:type="dxa"/>
          </w:tcPr>
          <w:p w:rsidR="006F7457" w:rsidRPr="00332DB8" w:rsidRDefault="00332DB8">
            <w:pPr>
              <w:rPr>
                <w:lang w:val="ru-RU"/>
              </w:rPr>
            </w:pPr>
            <w:r w:rsidRPr="00332DB8">
              <w:rPr>
                <w:lang w:val="ru-RU"/>
              </w:rPr>
              <w:t xml:space="preserve">Видеозапись под названием «Обращение моджахедов Веденского сектора-1 </w:t>
            </w:r>
            <w:r>
              <w:t>www</w:t>
            </w:r>
            <w:r w:rsidRPr="00332DB8">
              <w:rPr>
                <w:lang w:val="ru-RU"/>
              </w:rPr>
              <w:t>.</w:t>
            </w:r>
            <w:r>
              <w:t>al</w:t>
            </w:r>
            <w:r w:rsidRPr="00332DB8">
              <w:rPr>
                <w:lang w:val="ru-RU"/>
              </w:rPr>
              <w:t>-</w:t>
            </w:r>
            <w:r>
              <w:t>ansr</w:t>
            </w:r>
            <w:r w:rsidRPr="00332DB8">
              <w:rPr>
                <w:lang w:val="ru-RU"/>
              </w:rPr>
              <w:t>.</w:t>
            </w:r>
            <w:r>
              <w:t>de</w:t>
            </w:r>
            <w:r w:rsidRPr="00332DB8">
              <w:rPr>
                <w:lang w:val="ru-RU"/>
              </w:rPr>
              <w:t xml:space="preserve">», размещенная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wtch</w:t>
            </w:r>
            <w:r w:rsidRPr="00332DB8">
              <w:rPr>
                <w:lang w:val="ru-RU"/>
              </w:rPr>
              <w:t>?</w:t>
            </w:r>
            <w:r>
              <w:t>v</w:t>
            </w:r>
            <w:r w:rsidRPr="00332DB8">
              <w:rPr>
                <w:lang w:val="ru-RU"/>
              </w:rPr>
              <w:t xml:space="preserve">=2 </w:t>
            </w:r>
            <w:r>
              <w:t>PdjaSucSc</w:t>
            </w:r>
            <w:r w:rsidRPr="00332DB8">
              <w:rPr>
                <w:lang w:val="ru-RU"/>
              </w:rPr>
              <w:t xml:space="preserve"> (решение Заводского районного суда г. Грозного Чеченской Республики от 14.05.2013);</w:t>
            </w:r>
          </w:p>
        </w:tc>
        <w:tc>
          <w:tcPr>
            <w:tcW w:w="2880" w:type="dxa"/>
          </w:tcPr>
          <w:p w:rsidR="006F7457" w:rsidRPr="00332DB8" w:rsidRDefault="006F7457">
            <w:pPr>
              <w:rPr>
                <w:lang w:val="ru-RU"/>
              </w:rPr>
            </w:pPr>
          </w:p>
        </w:tc>
      </w:tr>
      <w:tr w:rsidR="006F7457" w:rsidRPr="005A424D">
        <w:tc>
          <w:tcPr>
            <w:tcW w:w="2880" w:type="dxa"/>
          </w:tcPr>
          <w:p w:rsidR="006F7457" w:rsidRDefault="00332DB8">
            <w:r>
              <w:t>2146.</w:t>
            </w:r>
          </w:p>
        </w:tc>
        <w:tc>
          <w:tcPr>
            <w:tcW w:w="2880" w:type="dxa"/>
          </w:tcPr>
          <w:p w:rsidR="006F7457" w:rsidRPr="00332DB8" w:rsidRDefault="00332DB8">
            <w:pPr>
              <w:rPr>
                <w:lang w:val="ru-RU"/>
              </w:rPr>
            </w:pPr>
            <w:r w:rsidRPr="00332DB8">
              <w:rPr>
                <w:lang w:val="ru-RU"/>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t>
            </w:r>
            <w:r>
              <w:t>www</w:t>
            </w:r>
            <w:r w:rsidRPr="00332DB8">
              <w:rPr>
                <w:lang w:val="ru-RU"/>
              </w:rPr>
              <w:t>.</w:t>
            </w:r>
            <w:r>
              <w:t>livejournal</w:t>
            </w:r>
            <w:r w:rsidRPr="00332DB8">
              <w:rPr>
                <w:lang w:val="ru-RU"/>
              </w:rPr>
              <w:t>.</w:t>
            </w:r>
            <w:r>
              <w:t>com</w:t>
            </w:r>
            <w:r w:rsidRPr="00332DB8">
              <w:rPr>
                <w:lang w:val="ru-RU"/>
              </w:rPr>
              <w:t xml:space="preserve"> – Живой журнал», анонимно, доступ к которому осуществляется по ссылке </w:t>
            </w:r>
            <w:r>
              <w:t>http</w:t>
            </w:r>
            <w:r w:rsidRPr="00332DB8">
              <w:rPr>
                <w:lang w:val="ru-RU"/>
              </w:rPr>
              <w:t>://</w:t>
            </w:r>
            <w:r>
              <w:t>kampotus</w:t>
            </w:r>
            <w:r w:rsidRPr="00332DB8">
              <w:rPr>
                <w:lang w:val="ru-RU"/>
              </w:rPr>
              <w:t>.</w:t>
            </w:r>
            <w:r>
              <w:t>livejournal</w:t>
            </w:r>
            <w:r w:rsidRPr="00332DB8">
              <w:rPr>
                <w:lang w:val="ru-RU"/>
              </w:rPr>
              <w:t>.</w:t>
            </w:r>
            <w:r>
              <w:t>com</w:t>
            </w:r>
            <w:r w:rsidRPr="00332DB8">
              <w:rPr>
                <w:lang w:val="ru-RU"/>
              </w:rPr>
              <w:t>/7785.</w:t>
            </w:r>
            <w:r>
              <w:t>html</w:t>
            </w:r>
            <w:r w:rsidRPr="00332DB8">
              <w:rPr>
                <w:lang w:val="ru-RU"/>
              </w:rPr>
              <w:t xml:space="preserve"> (решение Чегемского районного суда Кабардино-Балкарской Республики от 13.08.2013);</w:t>
            </w:r>
          </w:p>
        </w:tc>
        <w:tc>
          <w:tcPr>
            <w:tcW w:w="2880" w:type="dxa"/>
          </w:tcPr>
          <w:p w:rsidR="006F7457" w:rsidRPr="00332DB8" w:rsidRDefault="006F7457">
            <w:pPr>
              <w:rPr>
                <w:lang w:val="ru-RU"/>
              </w:rPr>
            </w:pPr>
          </w:p>
        </w:tc>
      </w:tr>
      <w:tr w:rsidR="006F7457" w:rsidRPr="005A424D">
        <w:tc>
          <w:tcPr>
            <w:tcW w:w="2880" w:type="dxa"/>
          </w:tcPr>
          <w:p w:rsidR="006F7457" w:rsidRDefault="00332DB8">
            <w:r>
              <w:t>2147.</w:t>
            </w:r>
          </w:p>
        </w:tc>
        <w:tc>
          <w:tcPr>
            <w:tcW w:w="2880" w:type="dxa"/>
          </w:tcPr>
          <w:p w:rsidR="006F7457" w:rsidRPr="00332DB8" w:rsidRDefault="00332DB8">
            <w:pPr>
              <w:rPr>
                <w:lang w:val="ru-RU"/>
              </w:rPr>
            </w:pPr>
            <w:r w:rsidRPr="00332DB8">
              <w:rPr>
                <w:lang w:val="ru-RU"/>
              </w:rPr>
              <w:t xml:space="preserve">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странице группы «Славянский Север» по электронному адресу </w:t>
            </w:r>
            <w:r>
              <w:t>http</w:t>
            </w:r>
            <w:r w:rsidRPr="00332DB8">
              <w:rPr>
                <w:lang w:val="ru-RU"/>
              </w:rPr>
              <w:t>://</w:t>
            </w:r>
            <w:r>
              <w:t>vk</w:t>
            </w:r>
            <w:r w:rsidRPr="00332DB8">
              <w:rPr>
                <w:lang w:val="ru-RU"/>
              </w:rPr>
              <w:t>.</w:t>
            </w:r>
            <w:r>
              <w:t>com</w:t>
            </w:r>
            <w:r w:rsidRPr="00332DB8">
              <w:rPr>
                <w:lang w:val="ru-RU"/>
              </w:rPr>
              <w:t>/</w:t>
            </w:r>
            <w:r>
              <w:t>prav</w:t>
            </w:r>
            <w:r w:rsidRPr="00332DB8">
              <w:rPr>
                <w:lang w:val="ru-RU"/>
              </w:rPr>
              <w:t>19951488 (решение Кольского районного суда Мурманской области от 16.09.2013);</w:t>
            </w:r>
          </w:p>
        </w:tc>
        <w:tc>
          <w:tcPr>
            <w:tcW w:w="2880" w:type="dxa"/>
          </w:tcPr>
          <w:p w:rsidR="006F7457" w:rsidRPr="00332DB8" w:rsidRDefault="006F7457">
            <w:pPr>
              <w:rPr>
                <w:lang w:val="ru-RU"/>
              </w:rPr>
            </w:pPr>
          </w:p>
        </w:tc>
      </w:tr>
      <w:tr w:rsidR="006F7457" w:rsidRPr="005A424D">
        <w:tc>
          <w:tcPr>
            <w:tcW w:w="2880" w:type="dxa"/>
          </w:tcPr>
          <w:p w:rsidR="006F7457" w:rsidRDefault="00332DB8">
            <w:r>
              <w:t>2148.</w:t>
            </w:r>
          </w:p>
        </w:tc>
        <w:tc>
          <w:tcPr>
            <w:tcW w:w="2880" w:type="dxa"/>
          </w:tcPr>
          <w:p w:rsidR="006F7457" w:rsidRPr="00332DB8" w:rsidRDefault="00332DB8">
            <w:pPr>
              <w:rPr>
                <w:lang w:val="ru-RU"/>
              </w:rPr>
            </w:pPr>
            <w:r w:rsidRPr="00332DB8">
              <w:rPr>
                <w:lang w:val="ru-RU"/>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2880" w:type="dxa"/>
          </w:tcPr>
          <w:p w:rsidR="006F7457" w:rsidRPr="00332DB8" w:rsidRDefault="006F7457">
            <w:pPr>
              <w:rPr>
                <w:lang w:val="ru-RU"/>
              </w:rPr>
            </w:pPr>
          </w:p>
        </w:tc>
      </w:tr>
      <w:tr w:rsidR="006F7457" w:rsidRPr="005A424D">
        <w:tc>
          <w:tcPr>
            <w:tcW w:w="2880" w:type="dxa"/>
          </w:tcPr>
          <w:p w:rsidR="006F7457" w:rsidRDefault="00332DB8">
            <w:r>
              <w:t>21</w:t>
            </w:r>
            <w:r>
              <w:lastRenderedPageBreak/>
              <w:t>49.</w:t>
            </w:r>
          </w:p>
        </w:tc>
        <w:tc>
          <w:tcPr>
            <w:tcW w:w="2880" w:type="dxa"/>
          </w:tcPr>
          <w:p w:rsidR="006F7457" w:rsidRPr="00332DB8" w:rsidRDefault="00332DB8">
            <w:pPr>
              <w:rPr>
                <w:lang w:val="ru-RU"/>
              </w:rPr>
            </w:pPr>
            <w:r w:rsidRPr="00332DB8">
              <w:rPr>
                <w:lang w:val="ru-RU"/>
              </w:rPr>
              <w:lastRenderedPageBreak/>
              <w:t xml:space="preserve">Страница сайта «Одноклассники», с электронным адресом </w:t>
            </w:r>
            <w:r>
              <w:t>http</w:t>
            </w:r>
            <w:r w:rsidRPr="00332DB8">
              <w:rPr>
                <w:lang w:val="ru-RU"/>
              </w:rPr>
              <w:t>://</w:t>
            </w:r>
            <w:r>
              <w:t>odnoklassniki</w:t>
            </w:r>
            <w:r w:rsidRPr="00332DB8">
              <w:rPr>
                <w:lang w:val="ru-RU"/>
              </w:rPr>
              <w:t>.</w:t>
            </w:r>
            <w:r>
              <w:t>ru</w:t>
            </w:r>
            <w:r w:rsidRPr="00332DB8">
              <w:rPr>
                <w:lang w:val="ru-RU"/>
              </w:rPr>
              <w:t>/</w:t>
            </w:r>
            <w:r>
              <w:t>profile</w:t>
            </w:r>
            <w:r w:rsidRPr="00332DB8">
              <w:rPr>
                <w:lang w:val="ru-RU"/>
              </w:rPr>
              <w:t xml:space="preserve">/520690739321 </w:t>
            </w:r>
            <w:r w:rsidRPr="00332DB8">
              <w:rPr>
                <w:lang w:val="ru-RU"/>
              </w:rPr>
              <w:lastRenderedPageBreak/>
              <w:t>(решение Заводского районного суда г. Грозного Чеченской Республики от 24.09.2013);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2150.</w:t>
            </w:r>
          </w:p>
        </w:tc>
        <w:tc>
          <w:tcPr>
            <w:tcW w:w="2880" w:type="dxa"/>
          </w:tcPr>
          <w:p w:rsidR="006F7457" w:rsidRPr="00332DB8" w:rsidRDefault="00332DB8">
            <w:pPr>
              <w:rPr>
                <w:lang w:val="ru-RU"/>
              </w:rPr>
            </w:pPr>
            <w:r w:rsidRPr="00332DB8">
              <w:rPr>
                <w:lang w:val="ru-RU"/>
              </w:rPr>
              <w:t xml:space="preserve">Сайт </w:t>
            </w:r>
            <w:r>
              <w:t>mp</w:t>
            </w:r>
            <w:r w:rsidRPr="00332DB8">
              <w:rPr>
                <w:lang w:val="ru-RU"/>
              </w:rPr>
              <w:t>3</w:t>
            </w:r>
            <w:r>
              <w:t>uz</w:t>
            </w:r>
            <w:r w:rsidRPr="00332DB8">
              <w:rPr>
                <w:lang w:val="ru-RU"/>
              </w:rPr>
              <w:t>.</w:t>
            </w:r>
            <w:r>
              <w:t>mobi</w:t>
            </w:r>
            <w:r w:rsidRPr="00332DB8">
              <w:rPr>
                <w:lang w:val="ru-RU"/>
              </w:rPr>
              <w:t xml:space="preserve"> (решение Пятигорского городского суда Ставропольского края от 16.07.2013);</w:t>
            </w:r>
          </w:p>
        </w:tc>
        <w:tc>
          <w:tcPr>
            <w:tcW w:w="2880" w:type="dxa"/>
          </w:tcPr>
          <w:p w:rsidR="006F7457" w:rsidRPr="00332DB8" w:rsidRDefault="006F7457">
            <w:pPr>
              <w:rPr>
                <w:lang w:val="ru-RU"/>
              </w:rPr>
            </w:pPr>
          </w:p>
        </w:tc>
      </w:tr>
      <w:tr w:rsidR="006F7457" w:rsidRPr="005A424D">
        <w:tc>
          <w:tcPr>
            <w:tcW w:w="2880" w:type="dxa"/>
          </w:tcPr>
          <w:p w:rsidR="006F7457" w:rsidRDefault="00332DB8">
            <w:r>
              <w:t>2151.</w:t>
            </w:r>
          </w:p>
        </w:tc>
        <w:tc>
          <w:tcPr>
            <w:tcW w:w="2880" w:type="dxa"/>
          </w:tcPr>
          <w:p w:rsidR="006F7457" w:rsidRPr="00332DB8" w:rsidRDefault="00332DB8">
            <w:pPr>
              <w:rPr>
                <w:lang w:val="ru-RU"/>
              </w:rPr>
            </w:pPr>
            <w:r w:rsidRPr="00332DB8">
              <w:rPr>
                <w:lang w:val="ru-RU"/>
              </w:rPr>
              <w:t xml:space="preserve">Сайт </w:t>
            </w:r>
            <w:r>
              <w:t>www</w:t>
            </w:r>
            <w:r w:rsidRPr="00332DB8">
              <w:rPr>
                <w:lang w:val="ru-RU"/>
              </w:rPr>
              <w:t>.</w:t>
            </w:r>
            <w:r>
              <w:t>vidoz</w:t>
            </w:r>
            <w:r w:rsidRPr="00332DB8">
              <w:rPr>
                <w:lang w:val="ru-RU"/>
              </w:rPr>
              <w:t>.</w:t>
            </w:r>
            <w:r>
              <w:t>net</w:t>
            </w:r>
            <w:r w:rsidRPr="00332DB8">
              <w:rPr>
                <w:lang w:val="ru-RU"/>
              </w:rPr>
              <w:t xml:space="preserve"> (решение Пятигорского городского суда Ставропольского края от 16.07.2013);</w:t>
            </w:r>
          </w:p>
        </w:tc>
        <w:tc>
          <w:tcPr>
            <w:tcW w:w="2880" w:type="dxa"/>
          </w:tcPr>
          <w:p w:rsidR="006F7457" w:rsidRPr="00332DB8" w:rsidRDefault="006F7457">
            <w:pPr>
              <w:rPr>
                <w:lang w:val="ru-RU"/>
              </w:rPr>
            </w:pPr>
          </w:p>
        </w:tc>
      </w:tr>
      <w:tr w:rsidR="006F7457" w:rsidRPr="005A424D">
        <w:tc>
          <w:tcPr>
            <w:tcW w:w="2880" w:type="dxa"/>
          </w:tcPr>
          <w:p w:rsidR="006F7457" w:rsidRDefault="00332DB8">
            <w:r>
              <w:t>2152.</w:t>
            </w:r>
          </w:p>
        </w:tc>
        <w:tc>
          <w:tcPr>
            <w:tcW w:w="2880" w:type="dxa"/>
          </w:tcPr>
          <w:p w:rsidR="006F7457" w:rsidRPr="00332DB8" w:rsidRDefault="00332DB8">
            <w:pPr>
              <w:rPr>
                <w:lang w:val="ru-RU"/>
              </w:rPr>
            </w:pPr>
            <w:r w:rsidRPr="00332DB8">
              <w:rPr>
                <w:lang w:val="ru-RU"/>
              </w:rPr>
              <w:t xml:space="preserve">Сайт </w:t>
            </w:r>
            <w:r>
              <w:t>http</w:t>
            </w:r>
            <w:r w:rsidRPr="00332DB8">
              <w:rPr>
                <w:lang w:val="ru-RU"/>
              </w:rPr>
              <w:t>://</w:t>
            </w:r>
            <w:r>
              <w:t>firdaux</w:t>
            </w:r>
            <w:r w:rsidRPr="00332DB8">
              <w:rPr>
                <w:lang w:val="ru-RU"/>
              </w:rPr>
              <w:t>.</w:t>
            </w:r>
            <w:r>
              <w:t>ucoz</w:t>
            </w:r>
            <w:r w:rsidRPr="00332DB8">
              <w:rPr>
                <w:lang w:val="ru-RU"/>
              </w:rPr>
              <w:t>.</w:t>
            </w:r>
            <w:r>
              <w:t>net</w:t>
            </w:r>
            <w:r w:rsidRPr="00332DB8">
              <w:rPr>
                <w:lang w:val="ru-RU"/>
              </w:rPr>
              <w:t xml:space="preserve"> (решение Пятигорского городского суда Ставропольского края от 16.07.2013);</w:t>
            </w:r>
          </w:p>
        </w:tc>
        <w:tc>
          <w:tcPr>
            <w:tcW w:w="2880" w:type="dxa"/>
          </w:tcPr>
          <w:p w:rsidR="006F7457" w:rsidRPr="00332DB8" w:rsidRDefault="006F7457">
            <w:pPr>
              <w:rPr>
                <w:lang w:val="ru-RU"/>
              </w:rPr>
            </w:pPr>
          </w:p>
        </w:tc>
      </w:tr>
      <w:tr w:rsidR="006F7457" w:rsidRPr="005A424D">
        <w:tc>
          <w:tcPr>
            <w:tcW w:w="2880" w:type="dxa"/>
          </w:tcPr>
          <w:p w:rsidR="006F7457" w:rsidRDefault="00332DB8">
            <w:r>
              <w:t>2153.</w:t>
            </w:r>
          </w:p>
        </w:tc>
        <w:tc>
          <w:tcPr>
            <w:tcW w:w="2880" w:type="dxa"/>
          </w:tcPr>
          <w:p w:rsidR="006F7457" w:rsidRPr="00332DB8" w:rsidRDefault="00332DB8">
            <w:pPr>
              <w:rPr>
                <w:lang w:val="ru-RU"/>
              </w:rPr>
            </w:pPr>
            <w:r w:rsidRPr="00332DB8">
              <w:rPr>
                <w:lang w:val="ru-RU"/>
              </w:rPr>
              <w:t xml:space="preserve">Сайт </w:t>
            </w:r>
            <w:r>
              <w:t>http</w:t>
            </w:r>
            <w:r w:rsidRPr="00332DB8">
              <w:rPr>
                <w:lang w:val="ru-RU"/>
              </w:rPr>
              <w:t>://</w:t>
            </w:r>
            <w:r>
              <w:t>videoscop</w:t>
            </w:r>
            <w:r w:rsidRPr="00332DB8">
              <w:rPr>
                <w:lang w:val="ru-RU"/>
              </w:rPr>
              <w:t>.</w:t>
            </w:r>
            <w:r>
              <w:t>cc</w:t>
            </w:r>
            <w:r w:rsidRPr="00332DB8">
              <w:rPr>
                <w:lang w:val="ru-RU"/>
              </w:rPr>
              <w:t xml:space="preserve"> (решение Пятигорского городского суда Ставропольского края от 16.07.2013);</w:t>
            </w:r>
          </w:p>
        </w:tc>
        <w:tc>
          <w:tcPr>
            <w:tcW w:w="2880" w:type="dxa"/>
          </w:tcPr>
          <w:p w:rsidR="006F7457" w:rsidRPr="00332DB8" w:rsidRDefault="006F7457">
            <w:pPr>
              <w:rPr>
                <w:lang w:val="ru-RU"/>
              </w:rPr>
            </w:pPr>
          </w:p>
        </w:tc>
      </w:tr>
      <w:tr w:rsidR="006F7457" w:rsidRPr="005A424D">
        <w:tc>
          <w:tcPr>
            <w:tcW w:w="2880" w:type="dxa"/>
          </w:tcPr>
          <w:p w:rsidR="006F7457" w:rsidRDefault="00332DB8">
            <w:r>
              <w:t>2154.</w:t>
            </w:r>
          </w:p>
        </w:tc>
        <w:tc>
          <w:tcPr>
            <w:tcW w:w="2880" w:type="dxa"/>
          </w:tcPr>
          <w:p w:rsidR="006F7457" w:rsidRPr="00332DB8" w:rsidRDefault="00332DB8">
            <w:pPr>
              <w:rPr>
                <w:lang w:val="ru-RU"/>
              </w:rPr>
            </w:pPr>
            <w:r w:rsidRPr="00332DB8">
              <w:rPr>
                <w:lang w:val="ru-RU"/>
              </w:rPr>
              <w:t>Видеоролик «Мочи чертей!!!!!!!!!!!» (решение Ленинского районного суда г. Иваново от 15.07.2013);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2155.</w:t>
            </w:r>
          </w:p>
        </w:tc>
        <w:tc>
          <w:tcPr>
            <w:tcW w:w="2880" w:type="dxa"/>
          </w:tcPr>
          <w:p w:rsidR="006F7457" w:rsidRPr="00332DB8" w:rsidRDefault="00332DB8">
            <w:pPr>
              <w:rPr>
                <w:lang w:val="ru-RU"/>
              </w:rPr>
            </w:pPr>
            <w:r w:rsidRPr="00332DB8">
              <w:rPr>
                <w:lang w:val="ru-RU"/>
              </w:rPr>
              <w:t>Видеоролик «Скинхеды громят анти-фа» (решение Ленинского районного суда г. Иваново от 15.07.2013);</w:t>
            </w:r>
          </w:p>
        </w:tc>
        <w:tc>
          <w:tcPr>
            <w:tcW w:w="2880" w:type="dxa"/>
          </w:tcPr>
          <w:p w:rsidR="006F7457" w:rsidRPr="00332DB8" w:rsidRDefault="006F7457">
            <w:pPr>
              <w:rPr>
                <w:lang w:val="ru-RU"/>
              </w:rPr>
            </w:pPr>
          </w:p>
        </w:tc>
      </w:tr>
      <w:tr w:rsidR="006F7457" w:rsidRPr="005A424D">
        <w:tc>
          <w:tcPr>
            <w:tcW w:w="2880" w:type="dxa"/>
          </w:tcPr>
          <w:p w:rsidR="006F7457" w:rsidRDefault="00332DB8">
            <w:r>
              <w:t>2156.</w:t>
            </w:r>
          </w:p>
        </w:tc>
        <w:tc>
          <w:tcPr>
            <w:tcW w:w="2880" w:type="dxa"/>
          </w:tcPr>
          <w:p w:rsidR="006F7457" w:rsidRPr="00332DB8" w:rsidRDefault="00332DB8">
            <w:pPr>
              <w:rPr>
                <w:lang w:val="ru-RU"/>
              </w:rPr>
            </w:pPr>
            <w:r w:rsidRPr="00332DB8">
              <w:rPr>
                <w:lang w:val="ru-RU"/>
              </w:rPr>
              <w:t>Печатная продукция «Укра</w:t>
            </w:r>
            <w:r>
              <w:t>i</w:t>
            </w:r>
            <w:r w:rsidRPr="00332DB8">
              <w:rPr>
                <w:lang w:val="ru-RU"/>
              </w:rPr>
              <w:t>на св</w:t>
            </w:r>
            <w:r>
              <w:t>i</w:t>
            </w:r>
            <w:r w:rsidRPr="00332DB8">
              <w:rPr>
                <w:lang w:val="ru-RU"/>
              </w:rPr>
              <w:t>тов</w:t>
            </w:r>
            <w:r>
              <w:t>i</w:t>
            </w:r>
            <w:r w:rsidRPr="00332DB8">
              <w:rPr>
                <w:lang w:val="ru-RU"/>
              </w:rPr>
              <w:t>й в</w:t>
            </w:r>
            <w:r>
              <w:t>i</w:t>
            </w:r>
            <w:r w:rsidRPr="00332DB8">
              <w:rPr>
                <w:lang w:val="ru-RU"/>
              </w:rPr>
              <w:t>йн</w:t>
            </w:r>
            <w:r>
              <w:t>i</w:t>
            </w:r>
            <w:r w:rsidRPr="00332DB8">
              <w:rPr>
                <w:lang w:val="ru-RU"/>
              </w:rPr>
              <w:t>у документах. Зб</w:t>
            </w:r>
            <w:r>
              <w:t>i</w:t>
            </w:r>
            <w:r w:rsidRPr="00332DB8">
              <w:rPr>
                <w:lang w:val="ru-RU"/>
              </w:rPr>
              <w:t>рник н</w:t>
            </w:r>
            <w:r>
              <w:t>i</w:t>
            </w:r>
            <w:r w:rsidRPr="00332DB8">
              <w:rPr>
                <w:lang w:val="ru-RU"/>
              </w:rPr>
              <w:t>мецьких арх</w:t>
            </w:r>
            <w:r>
              <w:t>i</w:t>
            </w:r>
            <w:r w:rsidRPr="00332DB8">
              <w:rPr>
                <w:lang w:val="ru-RU"/>
              </w:rPr>
              <w:t>вних матер</w:t>
            </w:r>
            <w:r>
              <w:t>i</w:t>
            </w:r>
            <w:r w:rsidRPr="00332DB8">
              <w:rPr>
                <w:lang w:val="ru-RU"/>
              </w:rPr>
              <w:t>ал</w:t>
            </w:r>
            <w:r>
              <w:t>i</w:t>
            </w:r>
            <w:r w:rsidRPr="00332DB8">
              <w:rPr>
                <w:lang w:val="ru-RU"/>
              </w:rPr>
              <w:t>в», Т. 1- Льв</w:t>
            </w:r>
            <w:r>
              <w:t>i</w:t>
            </w:r>
            <w:r w:rsidRPr="00332DB8">
              <w:rPr>
                <w:lang w:val="ru-RU"/>
              </w:rPr>
              <w:t xml:space="preserve">в, </w:t>
            </w:r>
            <w:r>
              <w:t>I</w:t>
            </w:r>
            <w:r w:rsidRPr="00332DB8">
              <w:rPr>
                <w:lang w:val="ru-RU"/>
              </w:rPr>
              <w:t>нститут укра</w:t>
            </w:r>
            <w:r>
              <w:t>i</w:t>
            </w:r>
            <w:r w:rsidRPr="00332DB8">
              <w:rPr>
                <w:lang w:val="ru-RU"/>
              </w:rPr>
              <w:t xml:space="preserve">нознавства </w:t>
            </w:r>
            <w:r>
              <w:t>i</w:t>
            </w:r>
            <w:r w:rsidRPr="00332DB8">
              <w:rPr>
                <w:lang w:val="ru-RU"/>
              </w:rPr>
              <w:t xml:space="preserve">м. </w:t>
            </w:r>
            <w:r>
              <w:t>I</w:t>
            </w:r>
            <w:r w:rsidRPr="00332DB8">
              <w:rPr>
                <w:lang w:val="ru-RU"/>
              </w:rPr>
              <w:t>. Крипʼякевича НАН Укра</w:t>
            </w:r>
            <w:r>
              <w:t>i</w:t>
            </w:r>
            <w:r w:rsidRPr="00332DB8">
              <w:rPr>
                <w:lang w:val="ru-RU"/>
              </w:rPr>
              <w:t>ни, 1997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t>2157.</w:t>
            </w:r>
          </w:p>
        </w:tc>
        <w:tc>
          <w:tcPr>
            <w:tcW w:w="2880" w:type="dxa"/>
          </w:tcPr>
          <w:p w:rsidR="006F7457" w:rsidRPr="00332DB8" w:rsidRDefault="00332DB8">
            <w:pPr>
              <w:rPr>
                <w:lang w:val="ru-RU"/>
              </w:rPr>
            </w:pPr>
            <w:r w:rsidRPr="00332DB8">
              <w:rPr>
                <w:lang w:val="ru-RU"/>
              </w:rPr>
              <w:t>Печатная продукция «В. Гришко «Москва сльозам не в</w:t>
            </w:r>
            <w:r>
              <w:t>i</w:t>
            </w:r>
            <w:r w:rsidRPr="00332DB8">
              <w:rPr>
                <w:lang w:val="ru-RU"/>
              </w:rPr>
              <w:t>рить, народовбивство по-кремл</w:t>
            </w:r>
            <w:r>
              <w:t>i</w:t>
            </w:r>
            <w:r w:rsidRPr="00332DB8">
              <w:rPr>
                <w:lang w:val="ru-RU"/>
              </w:rPr>
              <w:t>вськи» Ки</w:t>
            </w:r>
            <w:r>
              <w:t>i</w:t>
            </w:r>
            <w:r w:rsidRPr="00332DB8">
              <w:rPr>
                <w:lang w:val="ru-RU"/>
              </w:rPr>
              <w:t>в, 2003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t>2158.</w:t>
            </w:r>
          </w:p>
        </w:tc>
        <w:tc>
          <w:tcPr>
            <w:tcW w:w="2880" w:type="dxa"/>
          </w:tcPr>
          <w:p w:rsidR="006F7457" w:rsidRPr="00332DB8" w:rsidRDefault="00332DB8">
            <w:pPr>
              <w:rPr>
                <w:lang w:val="ru-RU"/>
              </w:rPr>
            </w:pPr>
            <w:r w:rsidRPr="00332DB8">
              <w:rPr>
                <w:lang w:val="ru-RU"/>
              </w:rPr>
              <w:t>Печатная продукция М</w:t>
            </w:r>
            <w:r>
              <w:t>i</w:t>
            </w:r>
            <w:r w:rsidRPr="00332DB8">
              <w:rPr>
                <w:lang w:val="ru-RU"/>
              </w:rPr>
              <w:t>хновский М.</w:t>
            </w:r>
            <w:r>
              <w:t>I</w:t>
            </w:r>
            <w:r w:rsidRPr="00332DB8">
              <w:rPr>
                <w:lang w:val="ru-RU"/>
              </w:rPr>
              <w:t>. «Самост</w:t>
            </w:r>
            <w:r>
              <w:t>i</w:t>
            </w:r>
            <w:r w:rsidRPr="00332DB8">
              <w:rPr>
                <w:lang w:val="ru-RU"/>
              </w:rPr>
              <w:t>йна Укра</w:t>
            </w:r>
            <w:r>
              <w:t>i</w:t>
            </w:r>
            <w:r w:rsidRPr="00332DB8">
              <w:rPr>
                <w:lang w:val="ru-RU"/>
              </w:rPr>
              <w:t>на» К.: Д</w:t>
            </w:r>
            <w:r>
              <w:t>i</w:t>
            </w:r>
            <w:r w:rsidRPr="00332DB8">
              <w:rPr>
                <w:lang w:val="ru-RU"/>
              </w:rPr>
              <w:t>окор, 2002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t>2159.</w:t>
            </w:r>
          </w:p>
        </w:tc>
        <w:tc>
          <w:tcPr>
            <w:tcW w:w="2880" w:type="dxa"/>
          </w:tcPr>
          <w:p w:rsidR="006F7457" w:rsidRPr="00332DB8" w:rsidRDefault="00332DB8">
            <w:pPr>
              <w:rPr>
                <w:lang w:val="ru-RU"/>
              </w:rPr>
            </w:pPr>
            <w:r w:rsidRPr="00332DB8">
              <w:rPr>
                <w:lang w:val="ru-RU"/>
              </w:rPr>
              <w:t>Печатная продукция Богдан Червак. «М</w:t>
            </w:r>
            <w:r>
              <w:t>i</w:t>
            </w:r>
            <w:r w:rsidRPr="00332DB8">
              <w:rPr>
                <w:lang w:val="ru-RU"/>
              </w:rPr>
              <w:t xml:space="preserve">ж лезом меча </w:t>
            </w:r>
            <w:r>
              <w:t>i</w:t>
            </w:r>
            <w:r w:rsidRPr="00332DB8">
              <w:rPr>
                <w:lang w:val="ru-RU"/>
              </w:rPr>
              <w:t xml:space="preserve"> ср</w:t>
            </w:r>
            <w:r>
              <w:t>i</w:t>
            </w:r>
            <w:r w:rsidRPr="00332DB8">
              <w:rPr>
                <w:lang w:val="ru-RU"/>
              </w:rPr>
              <w:t>блом полину» Дрогобич, 1994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t>216</w:t>
            </w:r>
            <w:r>
              <w:lastRenderedPageBreak/>
              <w:t>0.</w:t>
            </w:r>
          </w:p>
        </w:tc>
        <w:tc>
          <w:tcPr>
            <w:tcW w:w="2880" w:type="dxa"/>
          </w:tcPr>
          <w:p w:rsidR="006F7457" w:rsidRPr="00332DB8" w:rsidRDefault="00332DB8">
            <w:pPr>
              <w:rPr>
                <w:lang w:val="ru-RU"/>
              </w:rPr>
            </w:pPr>
            <w:r w:rsidRPr="00332DB8">
              <w:rPr>
                <w:lang w:val="ru-RU"/>
              </w:rPr>
              <w:lastRenderedPageBreak/>
              <w:t>Печатная продукция Олег Баган «Нац</w:t>
            </w:r>
            <w:r>
              <w:t>i</w:t>
            </w:r>
            <w:r w:rsidRPr="00332DB8">
              <w:rPr>
                <w:lang w:val="ru-RU"/>
              </w:rPr>
              <w:t>онал</w:t>
            </w:r>
            <w:r>
              <w:t>i</w:t>
            </w:r>
            <w:r w:rsidRPr="00332DB8">
              <w:rPr>
                <w:lang w:val="ru-RU"/>
              </w:rPr>
              <w:t xml:space="preserve">зм </w:t>
            </w:r>
            <w:r>
              <w:t>i</w:t>
            </w:r>
            <w:r w:rsidRPr="00332DB8">
              <w:rPr>
                <w:lang w:val="ru-RU"/>
              </w:rPr>
              <w:t xml:space="preserve"> нац</w:t>
            </w:r>
            <w:r>
              <w:t>i</w:t>
            </w:r>
            <w:r w:rsidRPr="00332DB8">
              <w:rPr>
                <w:lang w:val="ru-RU"/>
              </w:rPr>
              <w:t>онал</w:t>
            </w:r>
            <w:r>
              <w:t>i</w:t>
            </w:r>
            <w:r w:rsidRPr="00332DB8">
              <w:rPr>
                <w:lang w:val="ru-RU"/>
              </w:rPr>
              <w:t>стичний Рух» Дрогобич, 1994 г. (решение Мещанского районного суда г. Москвы от 08.08.2013);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2161.</w:t>
            </w:r>
          </w:p>
        </w:tc>
        <w:tc>
          <w:tcPr>
            <w:tcW w:w="2880" w:type="dxa"/>
          </w:tcPr>
          <w:p w:rsidR="006F7457" w:rsidRPr="00332DB8" w:rsidRDefault="00332DB8">
            <w:pPr>
              <w:rPr>
                <w:lang w:val="ru-RU"/>
              </w:rPr>
            </w:pPr>
            <w:r w:rsidRPr="00332DB8">
              <w:rPr>
                <w:lang w:val="ru-RU"/>
              </w:rPr>
              <w:t>Видеоролик «Скинхеды Весёлая нарезка» (решение Ленинского районного суда г. Иваново от 02.08.2013);</w:t>
            </w:r>
          </w:p>
        </w:tc>
        <w:tc>
          <w:tcPr>
            <w:tcW w:w="2880" w:type="dxa"/>
          </w:tcPr>
          <w:p w:rsidR="006F7457" w:rsidRPr="00332DB8" w:rsidRDefault="006F7457">
            <w:pPr>
              <w:rPr>
                <w:lang w:val="ru-RU"/>
              </w:rPr>
            </w:pPr>
          </w:p>
        </w:tc>
      </w:tr>
      <w:tr w:rsidR="006F7457" w:rsidRPr="005A424D">
        <w:tc>
          <w:tcPr>
            <w:tcW w:w="2880" w:type="dxa"/>
          </w:tcPr>
          <w:p w:rsidR="006F7457" w:rsidRDefault="00332DB8">
            <w:r>
              <w:t>2162.</w:t>
            </w:r>
          </w:p>
        </w:tc>
        <w:tc>
          <w:tcPr>
            <w:tcW w:w="2880" w:type="dxa"/>
          </w:tcPr>
          <w:p w:rsidR="006F7457" w:rsidRPr="00332DB8" w:rsidRDefault="00332DB8">
            <w:pPr>
              <w:rPr>
                <w:lang w:val="ru-RU"/>
              </w:rPr>
            </w:pPr>
            <w:r w:rsidRPr="00332DB8">
              <w:rPr>
                <w:lang w:val="ru-RU"/>
              </w:rPr>
              <w:t>Видеоролик «Скинхеды громят общагу чеченов» (решение Ленинского районного суда г. Иваново от 02.08.2013);</w:t>
            </w:r>
          </w:p>
        </w:tc>
        <w:tc>
          <w:tcPr>
            <w:tcW w:w="2880" w:type="dxa"/>
          </w:tcPr>
          <w:p w:rsidR="006F7457" w:rsidRPr="00332DB8" w:rsidRDefault="006F7457">
            <w:pPr>
              <w:rPr>
                <w:lang w:val="ru-RU"/>
              </w:rPr>
            </w:pPr>
          </w:p>
        </w:tc>
      </w:tr>
      <w:tr w:rsidR="006F7457" w:rsidRPr="005A424D">
        <w:tc>
          <w:tcPr>
            <w:tcW w:w="2880" w:type="dxa"/>
          </w:tcPr>
          <w:p w:rsidR="006F7457" w:rsidRDefault="00332DB8">
            <w:r>
              <w:t>2163.</w:t>
            </w:r>
          </w:p>
        </w:tc>
        <w:tc>
          <w:tcPr>
            <w:tcW w:w="2880" w:type="dxa"/>
          </w:tcPr>
          <w:p w:rsidR="006F7457" w:rsidRPr="00332DB8" w:rsidRDefault="00332DB8">
            <w:pPr>
              <w:rPr>
                <w:lang w:val="ru-RU"/>
              </w:rPr>
            </w:pPr>
            <w:r w:rsidRPr="00332DB8">
              <w:rPr>
                <w:lang w:val="ru-RU"/>
              </w:rPr>
              <w:t>Интернет-страница «Восстание против хачей» на сайте «</w:t>
            </w:r>
            <w:r>
              <w:t>vkontakte</w:t>
            </w:r>
            <w:r w:rsidRPr="00332DB8">
              <w:rPr>
                <w:lang w:val="ru-RU"/>
              </w:rPr>
              <w:t>.</w:t>
            </w:r>
            <w:r>
              <w:t>ru</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club</w:t>
            </w:r>
            <w:r w:rsidRPr="00332DB8">
              <w:rPr>
                <w:lang w:val="ru-RU"/>
              </w:rPr>
              <w:t>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2880" w:type="dxa"/>
          </w:tcPr>
          <w:p w:rsidR="006F7457" w:rsidRPr="00332DB8" w:rsidRDefault="006F7457">
            <w:pPr>
              <w:rPr>
                <w:lang w:val="ru-RU"/>
              </w:rPr>
            </w:pPr>
          </w:p>
        </w:tc>
      </w:tr>
      <w:tr w:rsidR="006F7457" w:rsidRPr="005A424D">
        <w:tc>
          <w:tcPr>
            <w:tcW w:w="2880" w:type="dxa"/>
          </w:tcPr>
          <w:p w:rsidR="006F7457" w:rsidRDefault="00332DB8">
            <w:r>
              <w:t>2164.</w:t>
            </w:r>
          </w:p>
        </w:tc>
        <w:tc>
          <w:tcPr>
            <w:tcW w:w="2880" w:type="dxa"/>
          </w:tcPr>
          <w:p w:rsidR="006F7457" w:rsidRPr="00332DB8" w:rsidRDefault="00332DB8">
            <w:pPr>
              <w:rPr>
                <w:lang w:val="ru-RU"/>
              </w:rPr>
            </w:pPr>
            <w:r w:rsidRPr="00332DB8">
              <w:rPr>
                <w:lang w:val="ru-RU"/>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w:t>
            </w:r>
            <w:r>
              <w:t>VK</w:t>
            </w:r>
            <w:r w:rsidRPr="00332DB8">
              <w:rPr>
                <w:lang w:val="ru-RU"/>
              </w:rPr>
              <w:t>.</w:t>
            </w:r>
            <w:r>
              <w:t>com</w:t>
            </w:r>
            <w:r w:rsidRPr="00332DB8">
              <w:rPr>
                <w:lang w:val="ru-RU"/>
              </w:rPr>
              <w:t xml:space="preserve">» (ВКонтакте) на странице пользователя с аккаунтом - «Асад Чотчаев» -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94337226 (решение Черкесского городского суда Карачаево-Черкесской Республики от 25.07.2013);</w:t>
            </w:r>
          </w:p>
        </w:tc>
        <w:tc>
          <w:tcPr>
            <w:tcW w:w="2880" w:type="dxa"/>
          </w:tcPr>
          <w:p w:rsidR="006F7457" w:rsidRPr="00332DB8" w:rsidRDefault="006F7457">
            <w:pPr>
              <w:rPr>
                <w:lang w:val="ru-RU"/>
              </w:rPr>
            </w:pPr>
          </w:p>
        </w:tc>
      </w:tr>
      <w:tr w:rsidR="006F7457" w:rsidRPr="005A424D">
        <w:tc>
          <w:tcPr>
            <w:tcW w:w="2880" w:type="dxa"/>
          </w:tcPr>
          <w:p w:rsidR="006F7457" w:rsidRDefault="00332DB8">
            <w:r>
              <w:t>2165.</w:t>
            </w:r>
          </w:p>
        </w:tc>
        <w:tc>
          <w:tcPr>
            <w:tcW w:w="2880" w:type="dxa"/>
          </w:tcPr>
          <w:p w:rsidR="006F7457" w:rsidRPr="00332DB8" w:rsidRDefault="00332DB8">
            <w:pPr>
              <w:rPr>
                <w:lang w:val="ru-RU"/>
              </w:rPr>
            </w:pPr>
            <w:r w:rsidRPr="00332DB8">
              <w:rPr>
                <w:lang w:val="ru-RU"/>
              </w:rPr>
              <w:t xml:space="preserve">Группа «Джихад вершина Ислама» социальной сети «Одноклассники», имеющая электронный адрес (идентификационное доменное имя) </w:t>
            </w:r>
            <w:r>
              <w:t>www</w:t>
            </w:r>
            <w:r w:rsidRPr="00332DB8">
              <w:rPr>
                <w:lang w:val="ru-RU"/>
              </w:rPr>
              <w:t>.</w:t>
            </w:r>
            <w:r>
              <w:t>odnoklassniki</w:t>
            </w:r>
            <w:r w:rsidRPr="00332DB8">
              <w:rPr>
                <w:lang w:val="ru-RU"/>
              </w:rPr>
              <w:t>.</w:t>
            </w:r>
            <w:r>
              <w:t>ru</w:t>
            </w:r>
            <w:r w:rsidRPr="00332DB8">
              <w:rPr>
                <w:lang w:val="ru-RU"/>
              </w:rPr>
              <w:t>/</w:t>
            </w:r>
            <w:r>
              <w:t>shariatza</w:t>
            </w:r>
            <w:r w:rsidRPr="00332DB8">
              <w:rPr>
                <w:lang w:val="ru-RU"/>
              </w:rPr>
              <w:t xml:space="preserve"> (решение Советского районного суда г. Астрахани от 03.09.2013);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2166.</w:t>
            </w:r>
          </w:p>
        </w:tc>
        <w:tc>
          <w:tcPr>
            <w:tcW w:w="2880" w:type="dxa"/>
          </w:tcPr>
          <w:p w:rsidR="006F7457" w:rsidRPr="00332DB8" w:rsidRDefault="00332DB8">
            <w:pPr>
              <w:rPr>
                <w:lang w:val="ru-RU"/>
              </w:rPr>
            </w:pPr>
            <w:r w:rsidRPr="00332DB8">
              <w:rPr>
                <w:lang w:val="ru-RU"/>
              </w:rPr>
              <w:t>Текст песни «Ты белый» музыкальной группы «Сейтар» (решение Якутского городского суда Республики Саха (Якутия) от 27.06.2013);</w:t>
            </w:r>
          </w:p>
        </w:tc>
        <w:tc>
          <w:tcPr>
            <w:tcW w:w="2880" w:type="dxa"/>
          </w:tcPr>
          <w:p w:rsidR="006F7457" w:rsidRPr="00332DB8" w:rsidRDefault="006F7457">
            <w:pPr>
              <w:rPr>
                <w:lang w:val="ru-RU"/>
              </w:rPr>
            </w:pPr>
          </w:p>
        </w:tc>
      </w:tr>
      <w:tr w:rsidR="006F7457" w:rsidRPr="005A424D">
        <w:tc>
          <w:tcPr>
            <w:tcW w:w="2880" w:type="dxa"/>
          </w:tcPr>
          <w:p w:rsidR="006F7457" w:rsidRDefault="00332DB8">
            <w:r>
              <w:t>2167.</w:t>
            </w:r>
          </w:p>
        </w:tc>
        <w:tc>
          <w:tcPr>
            <w:tcW w:w="2880" w:type="dxa"/>
          </w:tcPr>
          <w:p w:rsidR="006F7457" w:rsidRPr="00332DB8" w:rsidRDefault="00332DB8">
            <w:pPr>
              <w:rPr>
                <w:lang w:val="ru-RU"/>
              </w:rPr>
            </w:pPr>
            <w:r w:rsidRPr="00332DB8">
              <w:rPr>
                <w:lang w:val="ru-RU"/>
              </w:rPr>
              <w:t xml:space="preserve">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t>
            </w:r>
            <w:r>
              <w:t>www</w:t>
            </w:r>
            <w:r w:rsidRPr="00332DB8">
              <w:rPr>
                <w:lang w:val="ru-RU"/>
              </w:rPr>
              <w:t>.</w:t>
            </w:r>
            <w:r>
              <w:t>adigasite</w:t>
            </w:r>
            <w:r w:rsidRPr="00332DB8">
              <w:rPr>
                <w:lang w:val="ru-RU"/>
              </w:rPr>
              <w:t>.</w:t>
            </w:r>
            <w:r>
              <w:t>com</w:t>
            </w:r>
            <w:r w:rsidRPr="00332DB8">
              <w:rPr>
                <w:lang w:val="ru-RU"/>
              </w:rPr>
              <w:t xml:space="preserve"> (решение Майкопского городского суда Республики Адыгея от 18.07.2013);</w:t>
            </w:r>
          </w:p>
        </w:tc>
        <w:tc>
          <w:tcPr>
            <w:tcW w:w="2880" w:type="dxa"/>
          </w:tcPr>
          <w:p w:rsidR="006F7457" w:rsidRPr="00332DB8" w:rsidRDefault="006F7457">
            <w:pPr>
              <w:rPr>
                <w:lang w:val="ru-RU"/>
              </w:rPr>
            </w:pPr>
          </w:p>
        </w:tc>
      </w:tr>
      <w:tr w:rsidR="006F7457" w:rsidRPr="005A424D">
        <w:tc>
          <w:tcPr>
            <w:tcW w:w="2880" w:type="dxa"/>
          </w:tcPr>
          <w:p w:rsidR="006F7457" w:rsidRDefault="00332DB8">
            <w:r>
              <w:t>2168.</w:t>
            </w:r>
          </w:p>
        </w:tc>
        <w:tc>
          <w:tcPr>
            <w:tcW w:w="2880" w:type="dxa"/>
          </w:tcPr>
          <w:p w:rsidR="006F7457" w:rsidRPr="00332DB8" w:rsidRDefault="00332DB8">
            <w:pPr>
              <w:rPr>
                <w:lang w:val="ru-RU"/>
              </w:rPr>
            </w:pPr>
            <w:r w:rsidRPr="00332DB8">
              <w:rPr>
                <w:lang w:val="ru-RU"/>
              </w:rPr>
              <w:t xml:space="preserve">Видеоролик «Акция за единую державу в Ижевске ч. 1», размещенный в сети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IY</w:t>
            </w:r>
            <w:r w:rsidRPr="00332DB8">
              <w:rPr>
                <w:lang w:val="ru-RU"/>
              </w:rPr>
              <w:t>1</w:t>
            </w:r>
            <w:r>
              <w:t>D</w:t>
            </w:r>
            <w:r w:rsidRPr="00332DB8">
              <w:rPr>
                <w:lang w:val="ru-RU"/>
              </w:rPr>
              <w:t>9</w:t>
            </w:r>
            <w:r>
              <w:t>j</w:t>
            </w:r>
            <w:r w:rsidRPr="00332DB8">
              <w:rPr>
                <w:lang w:val="ru-RU"/>
              </w:rPr>
              <w:t>-</w:t>
            </w:r>
            <w:r>
              <w:t>JpbE</w:t>
            </w:r>
            <w:r w:rsidRPr="00332DB8">
              <w:rPr>
                <w:lang w:val="ru-RU"/>
              </w:rPr>
              <w:t xml:space="preserve"> (решение Октябрьского районного суда г. Ижевска от 02.09.2013);</w:t>
            </w:r>
          </w:p>
        </w:tc>
        <w:tc>
          <w:tcPr>
            <w:tcW w:w="2880" w:type="dxa"/>
          </w:tcPr>
          <w:p w:rsidR="006F7457" w:rsidRPr="00332DB8" w:rsidRDefault="006F7457">
            <w:pPr>
              <w:rPr>
                <w:lang w:val="ru-RU"/>
              </w:rPr>
            </w:pPr>
          </w:p>
        </w:tc>
      </w:tr>
      <w:tr w:rsidR="006F7457" w:rsidRPr="005A424D">
        <w:tc>
          <w:tcPr>
            <w:tcW w:w="2880" w:type="dxa"/>
          </w:tcPr>
          <w:p w:rsidR="006F7457" w:rsidRDefault="00332DB8">
            <w:r>
              <w:t>2169.</w:t>
            </w:r>
          </w:p>
        </w:tc>
        <w:tc>
          <w:tcPr>
            <w:tcW w:w="2880" w:type="dxa"/>
          </w:tcPr>
          <w:p w:rsidR="006F7457" w:rsidRPr="00332DB8" w:rsidRDefault="00332DB8">
            <w:pPr>
              <w:rPr>
                <w:lang w:val="ru-RU"/>
              </w:rPr>
            </w:pPr>
            <w:r w:rsidRPr="00332DB8">
              <w:rPr>
                <w:lang w:val="ru-RU"/>
              </w:rPr>
              <w:t xml:space="preserve">Видеоклип «Коктейль Молотова», продолжительностью 8 мин. 58 сек, размещенный в международной компьютерной сети Интернет на сайте социальной сети «Вконтакте» </w:t>
            </w:r>
            <w:r>
              <w:t>http</w:t>
            </w:r>
            <w:r w:rsidRPr="00332DB8">
              <w:rPr>
                <w:lang w:val="ru-RU"/>
              </w:rPr>
              <w:t>://</w:t>
            </w:r>
            <w:r>
              <w:t>vk</w:t>
            </w:r>
            <w:r w:rsidRPr="00332DB8">
              <w:rPr>
                <w:lang w:val="ru-RU"/>
              </w:rPr>
              <w:t>.</w:t>
            </w:r>
            <w:r>
              <w:t>com</w:t>
            </w:r>
            <w:r w:rsidRPr="00332DB8">
              <w:rPr>
                <w:lang w:val="ru-RU"/>
              </w:rPr>
              <w:t xml:space="preserve"> на странице пользователя «Олег </w:t>
            </w:r>
            <w:r>
              <w:t>Oleg</w:t>
            </w:r>
            <w:r w:rsidRPr="00332DB8">
              <w:rPr>
                <w:lang w:val="ru-RU"/>
              </w:rPr>
              <w:t xml:space="preserve"> Семерин», ресурсу </w:t>
            </w:r>
            <w:r>
              <w:t>www</w:t>
            </w:r>
            <w:r w:rsidRPr="00332DB8">
              <w:rPr>
                <w:lang w:val="ru-RU"/>
              </w:rPr>
              <w:t>.</w:t>
            </w:r>
            <w:r>
              <w:t>youtube</w:t>
            </w:r>
            <w:r w:rsidRPr="00332DB8">
              <w:rPr>
                <w:lang w:val="ru-RU"/>
              </w:rPr>
              <w:t>.</w:t>
            </w:r>
            <w:r>
              <w:t>com</w:t>
            </w:r>
            <w:r w:rsidRPr="00332DB8">
              <w:rPr>
                <w:lang w:val="ru-RU"/>
              </w:rPr>
              <w:t xml:space="preserve"> (решение Канавинского районного суда г. Нижнего Новгорода от 20.08.2013);</w:t>
            </w:r>
          </w:p>
        </w:tc>
        <w:tc>
          <w:tcPr>
            <w:tcW w:w="2880" w:type="dxa"/>
          </w:tcPr>
          <w:p w:rsidR="006F7457" w:rsidRPr="00332DB8" w:rsidRDefault="006F7457">
            <w:pPr>
              <w:rPr>
                <w:lang w:val="ru-RU"/>
              </w:rPr>
            </w:pPr>
          </w:p>
        </w:tc>
      </w:tr>
      <w:tr w:rsidR="006F7457" w:rsidRPr="005A424D">
        <w:tc>
          <w:tcPr>
            <w:tcW w:w="2880" w:type="dxa"/>
          </w:tcPr>
          <w:p w:rsidR="006F7457" w:rsidRDefault="00332DB8">
            <w:r>
              <w:t>2170.</w:t>
            </w:r>
          </w:p>
        </w:tc>
        <w:tc>
          <w:tcPr>
            <w:tcW w:w="2880" w:type="dxa"/>
          </w:tcPr>
          <w:p w:rsidR="006F7457" w:rsidRPr="00332DB8" w:rsidRDefault="00332DB8">
            <w:pPr>
              <w:rPr>
                <w:lang w:val="ru-RU"/>
              </w:rPr>
            </w:pPr>
            <w:r w:rsidRPr="00332DB8">
              <w:rPr>
                <w:lang w:val="ru-RU"/>
              </w:rPr>
              <w:t>Брошюра «Будете ли Вы следовать любящему руководству Иеговы?» (Германия, 2011 г.) (решение Советского районного суда г. Красноярска от 24.01.2013);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2171.</w:t>
            </w:r>
          </w:p>
        </w:tc>
        <w:tc>
          <w:tcPr>
            <w:tcW w:w="2880" w:type="dxa"/>
          </w:tcPr>
          <w:p w:rsidR="006F7457" w:rsidRPr="00332DB8" w:rsidRDefault="00332DB8">
            <w:pPr>
              <w:rPr>
                <w:lang w:val="ru-RU"/>
              </w:rPr>
            </w:pPr>
            <w:r w:rsidRPr="00332DB8">
              <w:rPr>
                <w:lang w:val="ru-RU"/>
              </w:rPr>
              <w:t xml:space="preserve">Материалы, размещенные на интернет-сайте «Штурм-Новости» </w:t>
            </w:r>
            <w:r>
              <w:t>shturmnovosti</w:t>
            </w:r>
            <w:r w:rsidRPr="00332DB8">
              <w:rPr>
                <w:lang w:val="ru-RU"/>
              </w:rPr>
              <w:t>.</w:t>
            </w:r>
            <w:r>
              <w:t>info</w:t>
            </w:r>
            <w:r w:rsidRPr="00332DB8">
              <w:rPr>
                <w:lang w:val="ru-RU"/>
              </w:rPr>
              <w:t>/</w:t>
            </w:r>
            <w:r>
              <w:t>view</w:t>
            </w:r>
            <w:r w:rsidRPr="00332DB8">
              <w:rPr>
                <w:lang w:val="ru-RU"/>
              </w:rPr>
              <w:t>/</w:t>
            </w:r>
            <w:r>
              <w:t>php</w:t>
            </w:r>
            <w:r w:rsidRPr="00332DB8">
              <w:rPr>
                <w:lang w:val="ru-RU"/>
              </w:rPr>
              <w:t>?</w:t>
            </w:r>
            <w:r>
              <w:t>id</w:t>
            </w:r>
            <w:r w:rsidRPr="00332DB8">
              <w:rPr>
                <w:lang w:val="ru-RU"/>
              </w:rPr>
              <w:t>=51099,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2880" w:type="dxa"/>
          </w:tcPr>
          <w:p w:rsidR="006F7457" w:rsidRPr="00332DB8" w:rsidRDefault="006F7457">
            <w:pPr>
              <w:rPr>
                <w:lang w:val="ru-RU"/>
              </w:rPr>
            </w:pPr>
          </w:p>
        </w:tc>
      </w:tr>
      <w:tr w:rsidR="006F7457" w:rsidRPr="005A424D">
        <w:tc>
          <w:tcPr>
            <w:tcW w:w="2880" w:type="dxa"/>
          </w:tcPr>
          <w:p w:rsidR="006F7457" w:rsidRDefault="00332DB8">
            <w:r>
              <w:t>2172.</w:t>
            </w:r>
          </w:p>
        </w:tc>
        <w:tc>
          <w:tcPr>
            <w:tcW w:w="2880" w:type="dxa"/>
          </w:tcPr>
          <w:p w:rsidR="006F7457" w:rsidRPr="00332DB8" w:rsidRDefault="00332DB8">
            <w:pPr>
              <w:rPr>
                <w:lang w:val="ru-RU"/>
              </w:rPr>
            </w:pPr>
            <w:r w:rsidRPr="00332DB8">
              <w:rPr>
                <w:lang w:val="ru-RU"/>
              </w:rPr>
              <w:t xml:space="preserve">Материалы, размещенные на сайте «АНТИ – ЛГБТ коалиция» </w:t>
            </w:r>
            <w:r>
              <w:t>http</w:t>
            </w:r>
            <w:r w:rsidRPr="00332DB8">
              <w:rPr>
                <w:lang w:val="ru-RU"/>
              </w:rPr>
              <w:t>://</w:t>
            </w:r>
            <w:r>
              <w:t>vk</w:t>
            </w:r>
            <w:r w:rsidRPr="00332DB8">
              <w:rPr>
                <w:lang w:val="ru-RU"/>
              </w:rPr>
              <w:t>.</w:t>
            </w:r>
            <w:r>
              <w:t>cov</w:t>
            </w:r>
            <w:r w:rsidRPr="00332DB8">
              <w:rPr>
                <w:lang w:val="ru-RU"/>
              </w:rPr>
              <w:t>/</w:t>
            </w:r>
            <w:r>
              <w:t>anti</w:t>
            </w:r>
            <w:r w:rsidRPr="00332DB8">
              <w:rPr>
                <w:lang w:val="ru-RU"/>
              </w:rPr>
              <w:t>_</w:t>
            </w:r>
            <w:r>
              <w:t>lgbt</w:t>
            </w:r>
            <w:r w:rsidRPr="00332DB8">
              <w:rPr>
                <w:lang w:val="ru-RU"/>
              </w:rPr>
              <w:t>_</w:t>
            </w:r>
            <w:r>
              <w:t>coalition</w:t>
            </w:r>
            <w:r w:rsidRPr="00332DB8">
              <w:rPr>
                <w:lang w:val="ru-RU"/>
              </w:rPr>
              <w:t>,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2880" w:type="dxa"/>
          </w:tcPr>
          <w:p w:rsidR="006F7457" w:rsidRPr="00332DB8" w:rsidRDefault="006F7457">
            <w:pPr>
              <w:rPr>
                <w:lang w:val="ru-RU"/>
              </w:rPr>
            </w:pPr>
          </w:p>
        </w:tc>
      </w:tr>
      <w:tr w:rsidR="006F7457" w:rsidRPr="005A424D">
        <w:tc>
          <w:tcPr>
            <w:tcW w:w="2880" w:type="dxa"/>
          </w:tcPr>
          <w:p w:rsidR="006F7457" w:rsidRDefault="00332DB8">
            <w:r>
              <w:t>2173.</w:t>
            </w:r>
          </w:p>
        </w:tc>
        <w:tc>
          <w:tcPr>
            <w:tcW w:w="2880" w:type="dxa"/>
          </w:tcPr>
          <w:p w:rsidR="006F7457" w:rsidRPr="00332DB8" w:rsidRDefault="00332DB8">
            <w:pPr>
              <w:rPr>
                <w:lang w:val="ru-RU"/>
              </w:rPr>
            </w:pPr>
            <w:r w:rsidRPr="00332DB8">
              <w:rPr>
                <w:lang w:val="ru-RU"/>
              </w:rPr>
              <w:t xml:space="preserve">Видеоролик «Амир ИК Докку Абу Усман», размещенный в сети Интернет по электронному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edFbh</w:t>
            </w:r>
            <w:r w:rsidRPr="00332DB8">
              <w:rPr>
                <w:lang w:val="ru-RU"/>
              </w:rPr>
              <w:t>3</w:t>
            </w:r>
            <w:r>
              <w:t>qFxHE</w:t>
            </w:r>
            <w:r w:rsidRPr="00332DB8">
              <w:rPr>
                <w:lang w:val="ru-RU"/>
              </w:rPr>
              <w:t xml:space="preserve"> (решение Интинского городского суда Республики Коми от 11.09.2013);</w:t>
            </w:r>
          </w:p>
        </w:tc>
        <w:tc>
          <w:tcPr>
            <w:tcW w:w="2880" w:type="dxa"/>
          </w:tcPr>
          <w:p w:rsidR="006F7457" w:rsidRPr="00332DB8" w:rsidRDefault="006F7457">
            <w:pPr>
              <w:rPr>
                <w:lang w:val="ru-RU"/>
              </w:rPr>
            </w:pPr>
          </w:p>
        </w:tc>
      </w:tr>
      <w:tr w:rsidR="006F7457" w:rsidRPr="005A424D">
        <w:tc>
          <w:tcPr>
            <w:tcW w:w="2880" w:type="dxa"/>
          </w:tcPr>
          <w:p w:rsidR="006F7457" w:rsidRDefault="00332DB8">
            <w:r>
              <w:t>2174.</w:t>
            </w:r>
          </w:p>
        </w:tc>
        <w:tc>
          <w:tcPr>
            <w:tcW w:w="2880" w:type="dxa"/>
          </w:tcPr>
          <w:p w:rsidR="006F7457" w:rsidRPr="00332DB8" w:rsidRDefault="00332DB8">
            <w:pPr>
              <w:rPr>
                <w:lang w:val="ru-RU"/>
              </w:rPr>
            </w:pPr>
            <w:r w:rsidRPr="00332DB8">
              <w:rPr>
                <w:lang w:val="ru-RU"/>
              </w:rPr>
              <w:t xml:space="preserve">Зеркало сайта «Кавказ-Центр» </w:t>
            </w:r>
            <w:r>
              <w:t>http</w:t>
            </w:r>
            <w:r w:rsidRPr="00332DB8">
              <w:rPr>
                <w:lang w:val="ru-RU"/>
              </w:rPr>
              <w:t>:</w:t>
            </w:r>
            <w:r>
              <w:t>www</w:t>
            </w:r>
            <w:r w:rsidRPr="00332DB8">
              <w:rPr>
                <w:lang w:val="ru-RU"/>
              </w:rPr>
              <w:t>.</w:t>
            </w:r>
            <w:r>
              <w:t>liveinternet</w:t>
            </w:r>
            <w:r w:rsidRPr="00332DB8">
              <w:rPr>
                <w:lang w:val="ru-RU"/>
              </w:rPr>
              <w:t>.</w:t>
            </w:r>
            <w:r>
              <w:t>ru</w:t>
            </w:r>
            <w:r w:rsidRPr="00332DB8">
              <w:rPr>
                <w:lang w:val="ru-RU"/>
              </w:rPr>
              <w:t>/</w:t>
            </w:r>
            <w:r>
              <w:t>community</w:t>
            </w:r>
            <w:r w:rsidRPr="00332DB8">
              <w:rPr>
                <w:lang w:val="ru-RU"/>
              </w:rPr>
              <w:t>/</w:t>
            </w:r>
            <w:r>
              <w:t>rss</w:t>
            </w:r>
            <w:r w:rsidRPr="00332DB8">
              <w:rPr>
                <w:lang w:val="ru-RU"/>
              </w:rPr>
              <w:t>_</w:t>
            </w:r>
            <w:r>
              <w:t>sobityya</w:t>
            </w:r>
            <w:r w:rsidRPr="00332DB8">
              <w:rPr>
                <w:lang w:val="ru-RU"/>
              </w:rPr>
              <w:t>_</w:t>
            </w:r>
            <w:r>
              <w:t>kavkaz</w:t>
            </w:r>
            <w:r w:rsidRPr="00332DB8">
              <w:rPr>
                <w:lang w:val="ru-RU"/>
              </w:rPr>
              <w:t>_</w:t>
            </w:r>
            <w:r>
              <w:t>kavkazcenter</w:t>
            </w:r>
            <w:r w:rsidRPr="00332DB8">
              <w:rPr>
                <w:lang w:val="ru-RU"/>
              </w:rPr>
              <w:t>/# (решение Ленинского районного суда г. Грозного Чеченской Республики от 25.07.2013);</w:t>
            </w:r>
          </w:p>
        </w:tc>
        <w:tc>
          <w:tcPr>
            <w:tcW w:w="2880" w:type="dxa"/>
          </w:tcPr>
          <w:p w:rsidR="006F7457" w:rsidRPr="00332DB8" w:rsidRDefault="006F7457">
            <w:pPr>
              <w:rPr>
                <w:lang w:val="ru-RU"/>
              </w:rPr>
            </w:pPr>
          </w:p>
        </w:tc>
      </w:tr>
      <w:tr w:rsidR="006F7457" w:rsidRPr="005A424D">
        <w:tc>
          <w:tcPr>
            <w:tcW w:w="2880" w:type="dxa"/>
          </w:tcPr>
          <w:p w:rsidR="006F7457" w:rsidRDefault="00332DB8">
            <w:r>
              <w:t>2175.</w:t>
            </w:r>
          </w:p>
        </w:tc>
        <w:tc>
          <w:tcPr>
            <w:tcW w:w="2880" w:type="dxa"/>
          </w:tcPr>
          <w:p w:rsidR="006F7457" w:rsidRPr="00332DB8" w:rsidRDefault="00332DB8">
            <w:pPr>
              <w:rPr>
                <w:lang w:val="ru-RU"/>
              </w:rPr>
            </w:pPr>
            <w:r w:rsidRPr="00332DB8">
              <w:rPr>
                <w:lang w:val="ru-RU"/>
              </w:rPr>
              <w:t xml:space="preserve">Статья «Памяти шахидов», размещенная на интернет-сайте </w:t>
            </w:r>
            <w:r>
              <w:t>http</w:t>
            </w:r>
            <w:r w:rsidRPr="00332DB8">
              <w:rPr>
                <w:lang w:val="ru-RU"/>
              </w:rPr>
              <w:t>://</w:t>
            </w:r>
            <w:r>
              <w:t>soprotivlenie</w:t>
            </w:r>
            <w:r w:rsidRPr="00332DB8">
              <w:rPr>
                <w:lang w:val="ru-RU"/>
              </w:rPr>
              <w:t>.</w:t>
            </w:r>
            <w:r>
              <w:t>marsho</w:t>
            </w:r>
            <w:r w:rsidRPr="00332DB8">
              <w:rPr>
                <w:lang w:val="ru-RU"/>
              </w:rPr>
              <w:t>.</w:t>
            </w:r>
            <w:r>
              <w:t>net</w:t>
            </w:r>
            <w:r w:rsidRPr="00332DB8">
              <w:rPr>
                <w:lang w:val="ru-RU"/>
              </w:rPr>
              <w:t xml:space="preserve"> (решение Бабушкинского районного суда г. Москвы от 20.09.2013);</w:t>
            </w:r>
          </w:p>
        </w:tc>
        <w:tc>
          <w:tcPr>
            <w:tcW w:w="2880" w:type="dxa"/>
          </w:tcPr>
          <w:p w:rsidR="006F7457" w:rsidRPr="00332DB8" w:rsidRDefault="006F7457">
            <w:pPr>
              <w:rPr>
                <w:lang w:val="ru-RU"/>
              </w:rPr>
            </w:pPr>
          </w:p>
        </w:tc>
      </w:tr>
      <w:tr w:rsidR="006F7457" w:rsidRPr="005A424D">
        <w:tc>
          <w:tcPr>
            <w:tcW w:w="2880" w:type="dxa"/>
          </w:tcPr>
          <w:p w:rsidR="006F7457" w:rsidRDefault="00332DB8">
            <w:r>
              <w:t>217</w:t>
            </w:r>
            <w:r>
              <w:lastRenderedPageBreak/>
              <w:t>6.</w:t>
            </w:r>
          </w:p>
        </w:tc>
        <w:tc>
          <w:tcPr>
            <w:tcW w:w="2880" w:type="dxa"/>
          </w:tcPr>
          <w:p w:rsidR="006F7457" w:rsidRPr="00332DB8" w:rsidRDefault="00332DB8">
            <w:pPr>
              <w:rPr>
                <w:lang w:val="ru-RU"/>
              </w:rPr>
            </w:pPr>
            <w:r w:rsidRPr="00332DB8">
              <w:rPr>
                <w:lang w:val="ru-RU"/>
              </w:rPr>
              <w:lastRenderedPageBreak/>
              <w:t xml:space="preserve">Информационный материал - текст, размещенный Шевченко Игорем Александровичем на странице интернет-сайта «В контакте» под именем «Игорь </w:t>
            </w:r>
            <w:r>
              <w:t>Grifach</w:t>
            </w:r>
            <w:r w:rsidRPr="00332DB8">
              <w:rPr>
                <w:lang w:val="ru-RU"/>
              </w:rPr>
              <w:t xml:space="preserve"> Шевченко»: «Христианство – это религия человеконенавистничества, ибо в ней нет человека, а присутствует только гибрид животного ангела. Но ведь в </w:t>
            </w:r>
            <w:r w:rsidRPr="00332DB8">
              <w:rPr>
                <w:lang w:val="ru-RU"/>
              </w:rPr>
              <w:lastRenderedPageBreak/>
              <w:t>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2177.</w:t>
            </w:r>
          </w:p>
        </w:tc>
        <w:tc>
          <w:tcPr>
            <w:tcW w:w="2880" w:type="dxa"/>
          </w:tcPr>
          <w:p w:rsidR="006F7457" w:rsidRPr="00332DB8" w:rsidRDefault="00332DB8">
            <w:pPr>
              <w:rPr>
                <w:lang w:val="ru-RU"/>
              </w:rPr>
            </w:pPr>
            <w:r w:rsidRPr="00332DB8">
              <w:rPr>
                <w:lang w:val="ru-RU"/>
              </w:rPr>
              <w:t xml:space="preserve">Статья «Крах четвертого Рейха или скотобазу - на Кол!», размещенная Кузнецовым Михаилом Викторовичем в сети «Интернет» с указанием ссылки на Интернет-адрес: </w:t>
            </w:r>
            <w:r>
              <w:t>http</w:t>
            </w:r>
            <w:r w:rsidRPr="00332DB8">
              <w:rPr>
                <w:lang w:val="ru-RU"/>
              </w:rPr>
              <w:t>://</w:t>
            </w:r>
            <w:r>
              <w:t>depositfiles</w:t>
            </w:r>
            <w:r w:rsidRPr="00332DB8">
              <w:rPr>
                <w:lang w:val="ru-RU"/>
              </w:rPr>
              <w:t>.</w:t>
            </w:r>
            <w:r>
              <w:t>com</w:t>
            </w:r>
            <w:r w:rsidRPr="00332DB8">
              <w:rPr>
                <w:lang w:val="ru-RU"/>
              </w:rPr>
              <w:t>/</w:t>
            </w:r>
            <w:r>
              <w:t>files</w:t>
            </w:r>
            <w:r w:rsidRPr="00332DB8">
              <w:rPr>
                <w:lang w:val="ru-RU"/>
              </w:rPr>
              <w:t>/9</w:t>
            </w:r>
            <w:r>
              <w:t>i</w:t>
            </w:r>
            <w:r w:rsidRPr="00332DB8">
              <w:rPr>
                <w:lang w:val="ru-RU"/>
              </w:rPr>
              <w:t>566</w:t>
            </w:r>
            <w:r>
              <w:t>vx</w:t>
            </w:r>
            <w:r w:rsidRPr="00332DB8">
              <w:rPr>
                <w:lang w:val="ru-RU"/>
              </w:rPr>
              <w:t>61 (решение Псковского городского суда Псковской области от 08.10.2013);</w:t>
            </w:r>
          </w:p>
        </w:tc>
        <w:tc>
          <w:tcPr>
            <w:tcW w:w="2880" w:type="dxa"/>
          </w:tcPr>
          <w:p w:rsidR="006F7457" w:rsidRPr="00332DB8" w:rsidRDefault="006F7457">
            <w:pPr>
              <w:rPr>
                <w:lang w:val="ru-RU"/>
              </w:rPr>
            </w:pPr>
          </w:p>
        </w:tc>
      </w:tr>
      <w:tr w:rsidR="006F7457" w:rsidRPr="005A424D">
        <w:tc>
          <w:tcPr>
            <w:tcW w:w="2880" w:type="dxa"/>
          </w:tcPr>
          <w:p w:rsidR="006F7457" w:rsidRDefault="00332DB8">
            <w:r>
              <w:t>2178.</w:t>
            </w:r>
          </w:p>
        </w:tc>
        <w:tc>
          <w:tcPr>
            <w:tcW w:w="2880" w:type="dxa"/>
          </w:tcPr>
          <w:p w:rsidR="006F7457" w:rsidRPr="00332DB8" w:rsidRDefault="00332DB8">
            <w:pPr>
              <w:rPr>
                <w:lang w:val="ru-RU"/>
              </w:rPr>
            </w:pPr>
            <w:r w:rsidRPr="00332DB8">
              <w:rPr>
                <w:lang w:val="ru-RU"/>
              </w:rPr>
              <w:t xml:space="preserve">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t>
            </w:r>
            <w:r>
              <w:t>www</w:t>
            </w:r>
            <w:r w:rsidRPr="00332DB8">
              <w:rPr>
                <w:lang w:val="ru-RU"/>
              </w:rPr>
              <w:t>.</w:t>
            </w:r>
            <w:r>
              <w:t>vkontakte</w:t>
            </w:r>
            <w:r w:rsidRPr="00332DB8">
              <w:rPr>
                <w:lang w:val="ru-RU"/>
              </w:rPr>
              <w:t>.</w:t>
            </w:r>
            <w:r>
              <w:t>ru</w:t>
            </w:r>
            <w:r w:rsidRPr="00332DB8">
              <w:rPr>
                <w:lang w:val="ru-RU"/>
              </w:rPr>
              <w:t xml:space="preserve"> (решение Псковского городского суда Псковской области от 08.10.2013);</w:t>
            </w:r>
          </w:p>
        </w:tc>
        <w:tc>
          <w:tcPr>
            <w:tcW w:w="2880" w:type="dxa"/>
          </w:tcPr>
          <w:p w:rsidR="006F7457" w:rsidRPr="00332DB8" w:rsidRDefault="006F7457">
            <w:pPr>
              <w:rPr>
                <w:lang w:val="ru-RU"/>
              </w:rPr>
            </w:pPr>
          </w:p>
        </w:tc>
      </w:tr>
      <w:tr w:rsidR="006F7457" w:rsidRPr="005A424D">
        <w:tc>
          <w:tcPr>
            <w:tcW w:w="2880" w:type="dxa"/>
          </w:tcPr>
          <w:p w:rsidR="006F7457" w:rsidRDefault="00332DB8">
            <w:r>
              <w:t>2179.</w:t>
            </w:r>
          </w:p>
        </w:tc>
        <w:tc>
          <w:tcPr>
            <w:tcW w:w="2880" w:type="dxa"/>
          </w:tcPr>
          <w:p w:rsidR="006F7457" w:rsidRPr="00332DB8" w:rsidRDefault="00332DB8">
            <w:pPr>
              <w:rPr>
                <w:lang w:val="ru-RU"/>
              </w:rPr>
            </w:pP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Ejmi</w:t>
            </w:r>
            <w:r w:rsidRPr="00332DB8">
              <w:rPr>
                <w:lang w:val="ru-RU"/>
              </w:rPr>
              <w:t>94</w:t>
            </w:r>
            <w:r>
              <w:t>K</w:t>
            </w:r>
            <w:r w:rsidRPr="00332DB8">
              <w:rPr>
                <w:lang w:val="ru-RU"/>
              </w:rPr>
              <w:t>36</w:t>
            </w:r>
            <w:r>
              <w:t>Kc</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YfwMp</w:t>
            </w:r>
            <w:r w:rsidRPr="00332DB8">
              <w:rPr>
                <w:lang w:val="ru-RU"/>
              </w:rPr>
              <w:t>-</w:t>
            </w:r>
            <w:r>
              <w:t>UH</w:t>
            </w:r>
            <w:r w:rsidRPr="00332DB8">
              <w:rPr>
                <w:lang w:val="ru-RU"/>
              </w:rPr>
              <w:t xml:space="preserve">74;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q</w:t>
            </w:r>
            <w:r w:rsidRPr="00332DB8">
              <w:rPr>
                <w:lang w:val="ru-RU"/>
              </w:rPr>
              <w:t>3</w:t>
            </w:r>
            <w:r>
              <w:t>N</w:t>
            </w:r>
            <w:r w:rsidRPr="00332DB8">
              <w:rPr>
                <w:lang w:val="ru-RU"/>
              </w:rPr>
              <w:t>-1</w:t>
            </w:r>
            <w:r>
              <w:t>H</w:t>
            </w:r>
            <w:r w:rsidRPr="00332DB8">
              <w:rPr>
                <w:lang w:val="ru-RU"/>
              </w:rPr>
              <w:t>-</w:t>
            </w:r>
            <w:r>
              <w:t>U</w:t>
            </w:r>
            <w:r w:rsidRPr="00332DB8">
              <w:rPr>
                <w:lang w:val="ru-RU"/>
              </w:rPr>
              <w:t>_</w:t>
            </w:r>
            <w:r>
              <w:t>dk</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=9</w:t>
            </w:r>
            <w:r>
              <w:t>pSGMMkoMS</w:t>
            </w:r>
            <w:r w:rsidRPr="00332DB8">
              <w:rPr>
                <w:lang w:val="ru-RU"/>
              </w:rPr>
              <w:t xml:space="preserve">8;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jCKLIf</w:t>
            </w:r>
            <w:r w:rsidRPr="00332DB8">
              <w:rPr>
                <w:lang w:val="ru-RU"/>
              </w:rPr>
              <w:t>0</w:t>
            </w:r>
            <w:r>
              <w:t>LYOQ</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nB</w:t>
            </w:r>
            <w:r w:rsidRPr="00332DB8">
              <w:rPr>
                <w:lang w:val="ru-RU"/>
              </w:rPr>
              <w:t>4</w:t>
            </w:r>
            <w:r>
              <w:t>vF</w:t>
            </w:r>
            <w:r w:rsidRPr="00332DB8">
              <w:rPr>
                <w:lang w:val="ru-RU"/>
              </w:rPr>
              <w:t>5</w:t>
            </w:r>
            <w:r>
              <w:t>JgQRs</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=6</w:t>
            </w:r>
            <w:r>
              <w:t>AgNAH</w:t>
            </w:r>
            <w:r w:rsidRPr="00332DB8">
              <w:rPr>
                <w:lang w:val="ru-RU"/>
              </w:rPr>
              <w:t>3</w:t>
            </w:r>
            <w:r>
              <w:t>WIj</w:t>
            </w:r>
            <w:r w:rsidRPr="00332DB8">
              <w:rPr>
                <w:lang w:val="ru-RU"/>
              </w:rPr>
              <w:t xml:space="preserve">0;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=5</w:t>
            </w:r>
            <w:r>
              <w:t>ueYk</w:t>
            </w:r>
            <w:r w:rsidRPr="00332DB8">
              <w:rPr>
                <w:lang w:val="ru-RU"/>
              </w:rPr>
              <w:t>6</w:t>
            </w:r>
            <w:r>
              <w:t>eY</w:t>
            </w:r>
            <w:r w:rsidRPr="00332DB8">
              <w:rPr>
                <w:lang w:val="ru-RU"/>
              </w:rPr>
              <w:t>8</w:t>
            </w:r>
            <w:r>
              <w:t>II</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v</w:t>
            </w:r>
            <w:r w:rsidRPr="00332DB8">
              <w:rPr>
                <w:lang w:val="ru-RU"/>
              </w:rPr>
              <w:t>8</w:t>
            </w:r>
            <w:r>
              <w:t>EUr</w:t>
            </w:r>
            <w:r w:rsidRPr="00332DB8">
              <w:rPr>
                <w:lang w:val="ru-RU"/>
              </w:rPr>
              <w:t>0</w:t>
            </w:r>
            <w:r>
              <w:t>q</w:t>
            </w:r>
            <w:r w:rsidRPr="00332DB8">
              <w:rPr>
                <w:lang w:val="ru-RU"/>
              </w:rPr>
              <w:t>0</w:t>
            </w:r>
            <w:r>
              <w:t>r</w:t>
            </w:r>
            <w:r w:rsidRPr="00332DB8">
              <w:rPr>
                <w:lang w:val="ru-RU"/>
              </w:rPr>
              <w:t>5</w:t>
            </w:r>
            <w:r>
              <w:t>M</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lnbwhOt</w:t>
            </w:r>
            <w:r w:rsidRPr="00332DB8">
              <w:rPr>
                <w:lang w:val="ru-RU"/>
              </w:rPr>
              <w:t>7</w:t>
            </w:r>
            <w:r>
              <w:t>LlY</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=9</w:t>
            </w:r>
            <w:r>
              <w:t>Z</w:t>
            </w:r>
            <w:r w:rsidRPr="00332DB8">
              <w:rPr>
                <w:lang w:val="ru-RU"/>
              </w:rPr>
              <w:t>3</w:t>
            </w:r>
            <w:r>
              <w:t>MtL</w:t>
            </w:r>
            <w:r w:rsidRPr="00332DB8">
              <w:rPr>
                <w:lang w:val="ru-RU"/>
              </w:rPr>
              <w:t>_</w:t>
            </w:r>
            <w:r>
              <w:t>DgQ</w:t>
            </w:r>
            <w:r w:rsidRPr="00332DB8">
              <w:rPr>
                <w:lang w:val="ru-RU"/>
              </w:rPr>
              <w:t xml:space="preserve">0;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7</w:t>
            </w:r>
            <w:r>
              <w:t>v</w:t>
            </w:r>
            <w:r w:rsidRPr="00332DB8">
              <w:rPr>
                <w:lang w:val="ru-RU"/>
              </w:rPr>
              <w:t>=-</w:t>
            </w:r>
            <w:r>
              <w:t>x</w:t>
            </w:r>
            <w:r w:rsidRPr="00332DB8">
              <w:rPr>
                <w:lang w:val="ru-RU"/>
              </w:rPr>
              <w:t>3</w:t>
            </w:r>
            <w:r>
              <w:t>Cwsg</w:t>
            </w:r>
            <w:r w:rsidRPr="00332DB8">
              <w:rPr>
                <w:lang w:val="ru-RU"/>
              </w:rPr>
              <w:t>_</w:t>
            </w:r>
            <w:r>
              <w:t>MG</w:t>
            </w:r>
            <w:r w:rsidRPr="00332DB8">
              <w:rPr>
                <w:lang w:val="ru-RU"/>
              </w:rPr>
              <w:t xml:space="preserve">0;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GHomEXXUXjM</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V</w:t>
            </w:r>
            <w:r w:rsidRPr="00332DB8">
              <w:rPr>
                <w:lang w:val="ru-RU"/>
              </w:rPr>
              <w:t xml:space="preserve"> 1 </w:t>
            </w:r>
            <w:r>
              <w:t>yT</w:t>
            </w:r>
            <w:r w:rsidRPr="00332DB8">
              <w:rPr>
                <w:lang w:val="ru-RU"/>
              </w:rPr>
              <w:t>42_8</w:t>
            </w:r>
            <w:r>
              <w:t>mI</w:t>
            </w:r>
            <w:r w:rsidRPr="00332DB8">
              <w:rPr>
                <w:lang w:val="ru-RU"/>
              </w:rPr>
              <w:t xml:space="preserve">4;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OIdyB</w:t>
            </w:r>
            <w:r w:rsidRPr="00332DB8">
              <w:rPr>
                <w:lang w:val="ru-RU"/>
              </w:rPr>
              <w:t>8</w:t>
            </w:r>
            <w:r>
              <w:t>aX</w:t>
            </w:r>
            <w:r w:rsidRPr="00332DB8">
              <w:rPr>
                <w:lang w:val="ru-RU"/>
              </w:rPr>
              <w:t>7</w:t>
            </w:r>
            <w:r>
              <w:t>FA</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dF</w:t>
            </w:r>
            <w:r w:rsidRPr="00332DB8">
              <w:rPr>
                <w:lang w:val="ru-RU"/>
              </w:rPr>
              <w:t>5</w:t>
            </w:r>
            <w:r>
              <w:t>Y</w:t>
            </w:r>
            <w:r w:rsidRPr="00332DB8">
              <w:rPr>
                <w:lang w:val="ru-RU"/>
              </w:rPr>
              <w:t>_</w:t>
            </w:r>
            <w:r>
              <w:t>mK</w:t>
            </w:r>
            <w:r w:rsidRPr="00332DB8">
              <w:rPr>
                <w:lang w:val="ru-RU"/>
              </w:rPr>
              <w:t>21</w:t>
            </w:r>
            <w:r>
              <w:t>Gc</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7</w:t>
            </w:r>
            <w:r>
              <w:t>v</w:t>
            </w:r>
            <w:r w:rsidRPr="00332DB8">
              <w:rPr>
                <w:lang w:val="ru-RU"/>
              </w:rPr>
              <w:t>=</w:t>
            </w:r>
            <w:r>
              <w:t>ap</w:t>
            </w:r>
            <w:r w:rsidRPr="00332DB8">
              <w:rPr>
                <w:lang w:val="ru-RU"/>
              </w:rPr>
              <w:t>6</w:t>
            </w:r>
            <w:r>
              <w:t>QisKW</w:t>
            </w:r>
            <w:r w:rsidRPr="00332DB8">
              <w:rPr>
                <w:lang w:val="ru-RU"/>
              </w:rPr>
              <w:t>_</w:t>
            </w:r>
            <w:r>
              <w:t>lw</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Cdu</w:t>
            </w:r>
            <w:r w:rsidRPr="00332DB8">
              <w:rPr>
                <w:lang w:val="ru-RU"/>
              </w:rPr>
              <w:t>9</w:t>
            </w:r>
            <w:r>
              <w:t>BC</w:t>
            </w:r>
            <w:r w:rsidRPr="00332DB8">
              <w:rPr>
                <w:lang w:val="ru-RU"/>
              </w:rPr>
              <w:t>6</w:t>
            </w:r>
            <w:r>
              <w:t>nFeE</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=4</w:t>
            </w:r>
            <w:r>
              <w:t>ak</w:t>
            </w:r>
            <w:r w:rsidRPr="00332DB8">
              <w:rPr>
                <w:lang w:val="ru-RU"/>
              </w:rPr>
              <w:t>7</w:t>
            </w:r>
            <w:r>
              <w:t>M</w:t>
            </w:r>
            <w:r w:rsidRPr="00332DB8">
              <w:rPr>
                <w:lang w:val="ru-RU"/>
              </w:rPr>
              <w:t>0-</w:t>
            </w:r>
            <w:r>
              <w:t>ao</w:t>
            </w:r>
            <w:r w:rsidRPr="00332DB8">
              <w:rPr>
                <w:lang w:val="ru-RU"/>
              </w:rPr>
              <w:t>8</w:t>
            </w:r>
            <w:r>
              <w:t>Y</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nsVeLftvaIY</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SmFKRZsAGlg</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zCjBtzDKUtE</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=76</w:t>
            </w:r>
            <w:r>
              <w:t>R</w:t>
            </w:r>
            <w:r w:rsidRPr="00332DB8">
              <w:rPr>
                <w:lang w:val="ru-RU"/>
              </w:rPr>
              <w:t>4</w:t>
            </w:r>
            <w:r>
              <w:t>X</w:t>
            </w:r>
            <w:r w:rsidRPr="00332DB8">
              <w:rPr>
                <w:lang w:val="ru-RU"/>
              </w:rPr>
              <w:t>0</w:t>
            </w:r>
            <w:r>
              <w:t>N</w:t>
            </w:r>
            <w:r w:rsidRPr="00332DB8">
              <w:rPr>
                <w:lang w:val="ru-RU"/>
              </w:rPr>
              <w:t>4-</w:t>
            </w:r>
            <w:r>
              <w:t>TU</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eor</w:t>
            </w:r>
            <w:r w:rsidRPr="00332DB8">
              <w:rPr>
                <w:lang w:val="ru-RU"/>
              </w:rPr>
              <w:t>9</w:t>
            </w:r>
            <w:r>
              <w:t>iRKnSq</w:t>
            </w:r>
            <w:r w:rsidRPr="00332DB8">
              <w:rPr>
                <w:lang w:val="ru-RU"/>
              </w:rPr>
              <w:t xml:space="preserve">4;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=3</w:t>
            </w:r>
            <w:r>
              <w:t>JK</w:t>
            </w:r>
            <w:r w:rsidRPr="00332DB8">
              <w:rPr>
                <w:lang w:val="ru-RU"/>
              </w:rPr>
              <w:t>9</w:t>
            </w:r>
            <w:r>
              <w:t>UvUEMd</w:t>
            </w:r>
            <w:r w:rsidRPr="00332DB8">
              <w:rPr>
                <w:lang w:val="ru-RU"/>
              </w:rPr>
              <w:t xml:space="preserve">0;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E</w:t>
            </w:r>
            <w:r w:rsidRPr="00332DB8">
              <w:rPr>
                <w:lang w:val="ru-RU"/>
              </w:rPr>
              <w:t>1</w:t>
            </w:r>
            <w:r>
              <w:t>NSm</w:t>
            </w:r>
            <w:r w:rsidRPr="00332DB8">
              <w:rPr>
                <w:lang w:val="ru-RU"/>
              </w:rPr>
              <w:t>9</w:t>
            </w:r>
            <w:r>
              <w:t>vHDrgt</w:t>
            </w:r>
            <w:r w:rsidRPr="00332DB8">
              <w:rPr>
                <w:lang w:val="ru-RU"/>
              </w:rPr>
              <w:t xml:space="preserve">; </w:t>
            </w:r>
            <w:r>
              <w:lastRenderedPageBreak/>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=5</w:t>
            </w:r>
            <w:r>
              <w:t>LyCyU</w:t>
            </w:r>
            <w:r w:rsidRPr="00332DB8">
              <w:rPr>
                <w:lang w:val="ru-RU"/>
              </w:rPr>
              <w:t>9</w:t>
            </w:r>
            <w:r>
              <w:t>WC</w:t>
            </w:r>
            <w:r w:rsidRPr="00332DB8">
              <w:rPr>
                <w:lang w:val="ru-RU"/>
              </w:rPr>
              <w:t>6</w:t>
            </w:r>
            <w:r>
              <w:t>k</w:t>
            </w:r>
            <w:r w:rsidRPr="00332DB8">
              <w:rPr>
                <w:lang w:val="ru-RU"/>
              </w:rPr>
              <w:t xml:space="preserve"> (решение Новоуренгойского городского суда Ямало-Ненецкого автономного округа от 21.06.2013);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2180.</w:t>
            </w:r>
          </w:p>
        </w:tc>
        <w:tc>
          <w:tcPr>
            <w:tcW w:w="2880" w:type="dxa"/>
          </w:tcPr>
          <w:p w:rsidR="006F7457" w:rsidRPr="00332DB8" w:rsidRDefault="00332DB8">
            <w:pPr>
              <w:rPr>
                <w:lang w:val="ru-RU"/>
              </w:rPr>
            </w:pPr>
            <w:r>
              <w:t>C</w:t>
            </w:r>
            <w:r w:rsidRPr="00332DB8">
              <w:rPr>
                <w:lang w:val="ru-RU"/>
              </w:rPr>
              <w:t xml:space="preserve">татья под названием «Карательная акция» и комментарии к ней, опубликованные в период с 9 сентября 2012 по 11 сентября 2012 года на сайте </w:t>
            </w:r>
            <w:r>
              <w:t>http</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28.12.2012);</w:t>
            </w:r>
          </w:p>
        </w:tc>
        <w:tc>
          <w:tcPr>
            <w:tcW w:w="2880" w:type="dxa"/>
          </w:tcPr>
          <w:p w:rsidR="006F7457" w:rsidRPr="00332DB8" w:rsidRDefault="006F7457">
            <w:pPr>
              <w:rPr>
                <w:lang w:val="ru-RU"/>
              </w:rPr>
            </w:pPr>
          </w:p>
        </w:tc>
      </w:tr>
      <w:tr w:rsidR="006F7457" w:rsidRPr="005A424D">
        <w:tc>
          <w:tcPr>
            <w:tcW w:w="2880" w:type="dxa"/>
          </w:tcPr>
          <w:p w:rsidR="006F7457" w:rsidRDefault="00332DB8">
            <w:r>
              <w:t>2181.</w:t>
            </w:r>
          </w:p>
        </w:tc>
        <w:tc>
          <w:tcPr>
            <w:tcW w:w="2880" w:type="dxa"/>
          </w:tcPr>
          <w:p w:rsidR="006F7457" w:rsidRPr="00332DB8" w:rsidRDefault="00332DB8">
            <w:pPr>
              <w:rPr>
                <w:lang w:val="ru-RU"/>
              </w:rPr>
            </w:pPr>
            <w:r>
              <w:t>C</w:t>
            </w:r>
            <w:r w:rsidRPr="00332DB8">
              <w:rPr>
                <w:lang w:val="ru-RU"/>
              </w:rPr>
              <w:t xml:space="preserve">татья под названием «Что нам делать» и комментарии к ней, опубликованные в период с 14 сентября 2012 года по 21 сентября 2012 года на сайте </w:t>
            </w:r>
            <w:r>
              <w:t>http</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28.12.2012);</w:t>
            </w:r>
          </w:p>
        </w:tc>
        <w:tc>
          <w:tcPr>
            <w:tcW w:w="2880" w:type="dxa"/>
          </w:tcPr>
          <w:p w:rsidR="006F7457" w:rsidRPr="00332DB8" w:rsidRDefault="006F7457">
            <w:pPr>
              <w:rPr>
                <w:lang w:val="ru-RU"/>
              </w:rPr>
            </w:pPr>
          </w:p>
        </w:tc>
      </w:tr>
      <w:tr w:rsidR="006F7457" w:rsidRPr="005A424D">
        <w:tc>
          <w:tcPr>
            <w:tcW w:w="2880" w:type="dxa"/>
          </w:tcPr>
          <w:p w:rsidR="006F7457" w:rsidRDefault="00332DB8">
            <w:r>
              <w:t>2182.</w:t>
            </w:r>
          </w:p>
        </w:tc>
        <w:tc>
          <w:tcPr>
            <w:tcW w:w="2880" w:type="dxa"/>
          </w:tcPr>
          <w:p w:rsidR="006F7457" w:rsidRPr="00332DB8" w:rsidRDefault="00332DB8">
            <w:pPr>
              <w:rPr>
                <w:lang w:val="ru-RU"/>
              </w:rPr>
            </w:pPr>
            <w:r>
              <w:t>C</w:t>
            </w:r>
            <w:r w:rsidRPr="00332DB8">
              <w:rPr>
                <w:lang w:val="ru-RU"/>
              </w:rPr>
              <w:t xml:space="preserve">татья под названием «Тернистый путь к шахаде. Часть 2» и комментарии к ней, опубликованные в период с 10 октября 2012 года по 14 октября 2012 года на сайте </w:t>
            </w:r>
            <w:r>
              <w:t>http</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28.12.2012);</w:t>
            </w:r>
          </w:p>
        </w:tc>
        <w:tc>
          <w:tcPr>
            <w:tcW w:w="2880" w:type="dxa"/>
          </w:tcPr>
          <w:p w:rsidR="006F7457" w:rsidRPr="00332DB8" w:rsidRDefault="006F7457">
            <w:pPr>
              <w:rPr>
                <w:lang w:val="ru-RU"/>
              </w:rPr>
            </w:pPr>
          </w:p>
        </w:tc>
      </w:tr>
      <w:tr w:rsidR="006F7457">
        <w:tc>
          <w:tcPr>
            <w:tcW w:w="2880" w:type="dxa"/>
          </w:tcPr>
          <w:p w:rsidR="006F7457" w:rsidRDefault="00332DB8">
            <w:r>
              <w:t>2183.</w:t>
            </w:r>
          </w:p>
        </w:tc>
        <w:tc>
          <w:tcPr>
            <w:tcW w:w="2880" w:type="dxa"/>
          </w:tcPr>
          <w:p w:rsidR="006F7457" w:rsidRDefault="00332DB8">
            <w:r w:rsidRPr="00332DB8">
              <w:rPr>
                <w:lang w:val="ru-RU"/>
              </w:rPr>
              <w:t>Видеоролики /видеоматериалы/: «</w:t>
            </w:r>
            <w:r>
              <w:t>Kolchack</w:t>
            </w:r>
            <w:r w:rsidRPr="00332DB8">
              <w:rPr>
                <w:lang w:val="ru-RU"/>
              </w:rPr>
              <w:t xml:space="preserve"> </w:t>
            </w:r>
            <w:r>
              <w:t>MVD</w:t>
            </w:r>
            <w:r w:rsidRPr="00332DB8">
              <w:rPr>
                <w:lang w:val="ru-RU"/>
              </w:rPr>
              <w:t xml:space="preserve">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w:t>
            </w:r>
            <w:r>
              <w:t>Понаехали тут!» (решение Кировского районного суда г. Новосибирска от 20.09.2013);</w:t>
            </w:r>
          </w:p>
        </w:tc>
        <w:tc>
          <w:tcPr>
            <w:tcW w:w="2880" w:type="dxa"/>
          </w:tcPr>
          <w:p w:rsidR="006F7457" w:rsidRDefault="006F7457"/>
        </w:tc>
      </w:tr>
      <w:tr w:rsidR="006F7457" w:rsidRPr="005A424D">
        <w:tc>
          <w:tcPr>
            <w:tcW w:w="2880" w:type="dxa"/>
          </w:tcPr>
          <w:p w:rsidR="006F7457" w:rsidRDefault="00332DB8">
            <w:r>
              <w:t>2184.</w:t>
            </w:r>
          </w:p>
        </w:tc>
        <w:tc>
          <w:tcPr>
            <w:tcW w:w="2880" w:type="dxa"/>
          </w:tcPr>
          <w:p w:rsidR="006F7457" w:rsidRPr="00332DB8" w:rsidRDefault="00332DB8">
            <w:pPr>
              <w:rPr>
                <w:lang w:val="ru-RU"/>
              </w:rPr>
            </w:pPr>
            <w:r w:rsidRPr="00332DB8">
              <w:rPr>
                <w:lang w:val="ru-RU"/>
              </w:rPr>
              <w:t xml:space="preserve">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w:t>
            </w:r>
            <w:r w:rsidRPr="00332DB8">
              <w:rPr>
                <w:lang w:val="ru-RU"/>
              </w:rPr>
              <w:lastRenderedPageBreak/>
              <w:t>Советского районного суда г. Липецка от 12.09.2013);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2185.</w:t>
            </w:r>
          </w:p>
        </w:tc>
        <w:tc>
          <w:tcPr>
            <w:tcW w:w="2880" w:type="dxa"/>
          </w:tcPr>
          <w:p w:rsidR="006F7457" w:rsidRPr="00332DB8" w:rsidRDefault="00332DB8">
            <w:pPr>
              <w:rPr>
                <w:lang w:val="ru-RU"/>
              </w:rPr>
            </w:pPr>
            <w:r w:rsidRPr="00332DB8">
              <w:rPr>
                <w:lang w:val="ru-RU"/>
              </w:rPr>
              <w:t xml:space="preserve">Информационный ресурс-сайт </w:t>
            </w:r>
            <w:r>
              <w:t>shturmnovosti</w:t>
            </w:r>
            <w:r w:rsidRPr="00332DB8">
              <w:rPr>
                <w:lang w:val="ru-RU"/>
              </w:rPr>
              <w:t>.</w:t>
            </w:r>
            <w:r>
              <w:t>com</w:t>
            </w:r>
            <w:r w:rsidRPr="00332DB8">
              <w:rPr>
                <w:lang w:val="ru-RU"/>
              </w:rPr>
              <w:t>, расположенный в глобальной информационной сети Интернет (решение Самарского районного суда г. Самары от 26.09.2013);</w:t>
            </w:r>
          </w:p>
        </w:tc>
        <w:tc>
          <w:tcPr>
            <w:tcW w:w="2880" w:type="dxa"/>
          </w:tcPr>
          <w:p w:rsidR="006F7457" w:rsidRPr="00332DB8" w:rsidRDefault="006F7457">
            <w:pPr>
              <w:rPr>
                <w:lang w:val="ru-RU"/>
              </w:rPr>
            </w:pPr>
          </w:p>
        </w:tc>
      </w:tr>
      <w:tr w:rsidR="006F7457" w:rsidRPr="005A424D">
        <w:tc>
          <w:tcPr>
            <w:tcW w:w="2880" w:type="dxa"/>
          </w:tcPr>
          <w:p w:rsidR="006F7457" w:rsidRDefault="00332DB8">
            <w:r>
              <w:t>2186.</w:t>
            </w:r>
          </w:p>
        </w:tc>
        <w:tc>
          <w:tcPr>
            <w:tcW w:w="2880" w:type="dxa"/>
          </w:tcPr>
          <w:p w:rsidR="006F7457" w:rsidRPr="00332DB8" w:rsidRDefault="00332DB8">
            <w:pPr>
              <w:rPr>
                <w:lang w:val="ru-RU"/>
              </w:rPr>
            </w:pPr>
            <w:r w:rsidRPr="00332DB8">
              <w:rPr>
                <w:lang w:val="ru-RU"/>
              </w:rPr>
              <w:t xml:space="preserve">Информационный материал - текст, размещенный Шевченко Игорем Александровичем на странице интернет-сайта «В контакте» под именем «Игорь </w:t>
            </w:r>
            <w:r>
              <w:t>Grifach</w:t>
            </w:r>
            <w:r w:rsidRPr="00332DB8">
              <w:rPr>
                <w:lang w:val="ru-RU"/>
              </w:rPr>
              <w:t xml:space="preserve">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c>
          <w:tcPr>
            <w:tcW w:w="2880" w:type="dxa"/>
          </w:tcPr>
          <w:p w:rsidR="006F7457" w:rsidRPr="00332DB8" w:rsidRDefault="006F7457">
            <w:pPr>
              <w:rPr>
                <w:lang w:val="ru-RU"/>
              </w:rPr>
            </w:pPr>
          </w:p>
        </w:tc>
      </w:tr>
      <w:tr w:rsidR="006F7457" w:rsidRPr="005A424D">
        <w:tc>
          <w:tcPr>
            <w:tcW w:w="2880" w:type="dxa"/>
          </w:tcPr>
          <w:p w:rsidR="006F7457" w:rsidRDefault="00332DB8">
            <w:r>
              <w:t>2187.</w:t>
            </w:r>
          </w:p>
        </w:tc>
        <w:tc>
          <w:tcPr>
            <w:tcW w:w="2880" w:type="dxa"/>
          </w:tcPr>
          <w:p w:rsidR="006F7457" w:rsidRPr="00332DB8" w:rsidRDefault="00332DB8">
            <w:pPr>
              <w:rPr>
                <w:lang w:val="ru-RU"/>
              </w:rPr>
            </w:pPr>
            <w:r w:rsidRPr="00332DB8">
              <w:rPr>
                <w:lang w:val="ru-RU"/>
              </w:rPr>
              <w:t xml:space="preserve">Информационный материал - стихотворение, размещенное Шевченко Игорем Александровичем на странице интернет-сайта «В контакте» под именем «Игорь </w:t>
            </w:r>
            <w:r>
              <w:t>Grifach</w:t>
            </w:r>
            <w:r w:rsidRPr="00332DB8">
              <w:rPr>
                <w:lang w:val="ru-RU"/>
              </w:rPr>
              <w:t xml:space="preserve">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2880" w:type="dxa"/>
          </w:tcPr>
          <w:p w:rsidR="006F7457" w:rsidRPr="00332DB8" w:rsidRDefault="006F7457">
            <w:pPr>
              <w:rPr>
                <w:lang w:val="ru-RU"/>
              </w:rPr>
            </w:pPr>
          </w:p>
        </w:tc>
      </w:tr>
      <w:tr w:rsidR="006F7457" w:rsidRPr="005A424D">
        <w:tc>
          <w:tcPr>
            <w:tcW w:w="2880" w:type="dxa"/>
          </w:tcPr>
          <w:p w:rsidR="006F7457" w:rsidRDefault="00332DB8">
            <w:r>
              <w:t>2188.</w:t>
            </w:r>
          </w:p>
        </w:tc>
        <w:tc>
          <w:tcPr>
            <w:tcW w:w="2880" w:type="dxa"/>
          </w:tcPr>
          <w:p w:rsidR="006F7457" w:rsidRPr="00332DB8" w:rsidRDefault="00332DB8">
            <w:pPr>
              <w:rPr>
                <w:lang w:val="ru-RU"/>
              </w:rPr>
            </w:pPr>
            <w:r w:rsidRPr="00332DB8">
              <w:rPr>
                <w:lang w:val="ru-RU"/>
              </w:rPr>
              <w:t>Видеофильм «</w:t>
            </w:r>
            <w:r>
              <w:t>churki</w:t>
            </w:r>
            <w:r w:rsidRPr="00332DB8">
              <w:rPr>
                <w:lang w:val="ru-RU"/>
              </w:rPr>
              <w:t xml:space="preserve"> (нецензурная брань)…</w:t>
            </w:r>
            <w:r>
              <w:t>flv</w:t>
            </w:r>
            <w:r w:rsidRPr="00332DB8">
              <w:rPr>
                <w:lang w:val="ru-RU"/>
              </w:rPr>
              <w:t xml:space="preserve">», размещенный на интернет- сайте </w:t>
            </w:r>
            <w:r>
              <w:t>http</w:t>
            </w:r>
            <w:r w:rsidRPr="00332DB8">
              <w:rPr>
                <w:lang w:val="ru-RU"/>
              </w:rPr>
              <w:t>://</w:t>
            </w:r>
            <w:r>
              <w:t>vk</w:t>
            </w:r>
            <w:r w:rsidRPr="00332DB8">
              <w:rPr>
                <w:lang w:val="ru-RU"/>
              </w:rPr>
              <w:t>.</w:t>
            </w:r>
            <w:r>
              <w:t>com</w:t>
            </w:r>
            <w:r w:rsidRPr="00332DB8">
              <w:rPr>
                <w:lang w:val="ru-RU"/>
              </w:rPr>
              <w:t>/</w:t>
            </w:r>
            <w:r>
              <w:t>video</w:t>
            </w:r>
            <w:r w:rsidRPr="00332DB8">
              <w:rPr>
                <w:lang w:val="ru-RU"/>
              </w:rPr>
              <w:t>120203102_158895961 (решение Бабушкинского районного суда г. Москвы от 21.08.2013);</w:t>
            </w:r>
          </w:p>
        </w:tc>
        <w:tc>
          <w:tcPr>
            <w:tcW w:w="2880" w:type="dxa"/>
          </w:tcPr>
          <w:p w:rsidR="006F7457" w:rsidRPr="00332DB8" w:rsidRDefault="006F7457">
            <w:pPr>
              <w:rPr>
                <w:lang w:val="ru-RU"/>
              </w:rPr>
            </w:pPr>
          </w:p>
        </w:tc>
      </w:tr>
      <w:tr w:rsidR="006F7457" w:rsidRPr="005A424D">
        <w:tc>
          <w:tcPr>
            <w:tcW w:w="2880" w:type="dxa"/>
          </w:tcPr>
          <w:p w:rsidR="006F7457" w:rsidRDefault="00332DB8">
            <w:r>
              <w:t>2189.</w:t>
            </w:r>
          </w:p>
        </w:tc>
        <w:tc>
          <w:tcPr>
            <w:tcW w:w="2880" w:type="dxa"/>
          </w:tcPr>
          <w:p w:rsidR="006F7457" w:rsidRPr="00332DB8" w:rsidRDefault="00332DB8">
            <w:pPr>
              <w:rPr>
                <w:lang w:val="ru-RU"/>
              </w:rPr>
            </w:pPr>
            <w:r w:rsidRPr="00332DB8">
              <w:rPr>
                <w:lang w:val="ru-RU"/>
              </w:rPr>
              <w:t xml:space="preserve">Информационные материалы статьи «История евреев на территории России», расположенные по интернет-адресу </w:t>
            </w:r>
            <w:r>
              <w:t>http</w:t>
            </w:r>
            <w:r w:rsidRPr="00332DB8">
              <w:rPr>
                <w:lang w:val="ru-RU"/>
              </w:rPr>
              <w:t>://</w:t>
            </w:r>
            <w:r>
              <w:t>zakon</w:t>
            </w:r>
            <w:r w:rsidRPr="00332DB8">
              <w:rPr>
                <w:lang w:val="ru-RU"/>
              </w:rPr>
              <w:t>.</w:t>
            </w:r>
            <w:r>
              <w:t>mirtesen</w:t>
            </w:r>
            <w:r w:rsidRPr="00332DB8">
              <w:rPr>
                <w:lang w:val="ru-RU"/>
              </w:rPr>
              <w:t>.</w:t>
            </w:r>
            <w:r>
              <w:t>ru</w:t>
            </w:r>
            <w:r w:rsidRPr="00332DB8">
              <w:rPr>
                <w:lang w:val="ru-RU"/>
              </w:rPr>
              <w:t>/</w:t>
            </w:r>
            <w:r>
              <w:t>blog</w:t>
            </w:r>
            <w:r w:rsidRPr="00332DB8">
              <w:rPr>
                <w:lang w:val="ru-RU"/>
              </w:rPr>
              <w:t>/43689272020/</w:t>
            </w:r>
            <w:r>
              <w:t>istoria</w:t>
            </w:r>
            <w:r w:rsidRPr="00332DB8">
              <w:rPr>
                <w:lang w:val="ru-RU"/>
              </w:rPr>
              <w:t>-</w:t>
            </w:r>
            <w:r>
              <w:t>evreev</w:t>
            </w:r>
            <w:r w:rsidRPr="00332DB8">
              <w:rPr>
                <w:lang w:val="ru-RU"/>
              </w:rPr>
              <w:t>-</w:t>
            </w:r>
            <w:r>
              <w:t>na</w:t>
            </w:r>
            <w:r w:rsidRPr="00332DB8">
              <w:rPr>
                <w:lang w:val="ru-RU"/>
              </w:rPr>
              <w:t>-</w:t>
            </w:r>
            <w:r>
              <w:t>territorii</w:t>
            </w:r>
            <w:r w:rsidRPr="00332DB8">
              <w:rPr>
                <w:lang w:val="ru-RU"/>
              </w:rPr>
              <w:t>-</w:t>
            </w:r>
            <w:r>
              <w:t>Rossii</w:t>
            </w:r>
            <w:r w:rsidRPr="00332DB8">
              <w:rPr>
                <w:lang w:val="ru-RU"/>
              </w:rPr>
              <w:t>?</w:t>
            </w:r>
            <w:r>
              <w:t>from</w:t>
            </w:r>
            <w:r w:rsidRPr="00332DB8">
              <w:rPr>
                <w:lang w:val="ru-RU"/>
              </w:rPr>
              <w:t>=</w:t>
            </w:r>
            <w:r>
              <w:t>mail</w:t>
            </w:r>
            <w:r w:rsidRPr="00332DB8">
              <w:rPr>
                <w:lang w:val="ru-RU"/>
              </w:rPr>
              <w:t>&amp;</w:t>
            </w:r>
            <w:r>
              <w:t>page</w:t>
            </w:r>
            <w:r w:rsidRPr="00332DB8">
              <w:rPr>
                <w:lang w:val="ru-RU"/>
              </w:rPr>
              <w:t>= 1#42193874256 (решение Октябрьского районного суда г. Липецка от 24.09.2013);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2190.</w:t>
            </w:r>
          </w:p>
        </w:tc>
        <w:tc>
          <w:tcPr>
            <w:tcW w:w="2880" w:type="dxa"/>
          </w:tcPr>
          <w:p w:rsidR="006F7457" w:rsidRPr="00332DB8" w:rsidRDefault="00332DB8">
            <w:pPr>
              <w:rPr>
                <w:lang w:val="ru-RU"/>
              </w:rPr>
            </w:pPr>
            <w:r w:rsidRPr="00332DB8">
              <w:rPr>
                <w:lang w:val="ru-RU"/>
              </w:rPr>
              <w:t xml:space="preserve">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w:t>
            </w:r>
            <w:r>
              <w:t>http</w:t>
            </w:r>
            <w:r w:rsidRPr="00332DB8">
              <w:rPr>
                <w:lang w:val="ru-RU"/>
              </w:rPr>
              <w:t>://</w:t>
            </w:r>
            <w:r>
              <w:t>zakon</w:t>
            </w:r>
            <w:r w:rsidRPr="00332DB8">
              <w:rPr>
                <w:lang w:val="ru-RU"/>
              </w:rPr>
              <w:t>.</w:t>
            </w:r>
            <w:r>
              <w:t>mirtesen</w:t>
            </w:r>
            <w:r w:rsidRPr="00332DB8">
              <w:rPr>
                <w:lang w:val="ru-RU"/>
              </w:rPr>
              <w:t>/</w:t>
            </w:r>
            <w:r>
              <w:t>ru</w:t>
            </w:r>
            <w:r w:rsidRPr="00332DB8">
              <w:rPr>
                <w:lang w:val="ru-RU"/>
              </w:rPr>
              <w:t>/ (решение Октябрьского районного суда г. Липецка от 23.09.2013);</w:t>
            </w:r>
          </w:p>
        </w:tc>
        <w:tc>
          <w:tcPr>
            <w:tcW w:w="2880" w:type="dxa"/>
          </w:tcPr>
          <w:p w:rsidR="006F7457" w:rsidRPr="00332DB8" w:rsidRDefault="006F7457">
            <w:pPr>
              <w:rPr>
                <w:lang w:val="ru-RU"/>
              </w:rPr>
            </w:pPr>
          </w:p>
        </w:tc>
      </w:tr>
      <w:tr w:rsidR="006F7457" w:rsidRPr="005A424D">
        <w:tc>
          <w:tcPr>
            <w:tcW w:w="2880" w:type="dxa"/>
          </w:tcPr>
          <w:p w:rsidR="006F7457" w:rsidRDefault="00332DB8">
            <w:r>
              <w:t>2191.</w:t>
            </w:r>
          </w:p>
        </w:tc>
        <w:tc>
          <w:tcPr>
            <w:tcW w:w="2880" w:type="dxa"/>
          </w:tcPr>
          <w:p w:rsidR="006F7457" w:rsidRPr="00332DB8" w:rsidRDefault="00332DB8">
            <w:pPr>
              <w:rPr>
                <w:lang w:val="ru-RU"/>
              </w:rPr>
            </w:pPr>
            <w:r w:rsidRPr="00332DB8">
              <w:rPr>
                <w:lang w:val="ru-RU"/>
              </w:rPr>
              <w:t xml:space="preserve">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w:t>
            </w:r>
            <w:r>
              <w:t>http</w:t>
            </w:r>
            <w:r w:rsidRPr="00332DB8">
              <w:rPr>
                <w:lang w:val="ru-RU"/>
              </w:rPr>
              <w:t>://</w:t>
            </w:r>
            <w:r>
              <w:t>pastebin</w:t>
            </w:r>
            <w:r w:rsidRPr="00332DB8">
              <w:rPr>
                <w:lang w:val="ru-RU"/>
              </w:rPr>
              <w:t>.</w:t>
            </w:r>
            <w:r>
              <w:t>com</w:t>
            </w:r>
            <w:r w:rsidRPr="00332DB8">
              <w:rPr>
                <w:lang w:val="ru-RU"/>
              </w:rPr>
              <w:t>/</w:t>
            </w:r>
            <w:r>
              <w:t>c</w:t>
            </w:r>
            <w:r w:rsidRPr="00332DB8">
              <w:rPr>
                <w:lang w:val="ru-RU"/>
              </w:rPr>
              <w:t>805</w:t>
            </w:r>
            <w:r>
              <w:t>WhUz</w:t>
            </w:r>
            <w:r w:rsidRPr="00332DB8">
              <w:rPr>
                <w:lang w:val="ru-RU"/>
              </w:rPr>
              <w:t xml:space="preserve">;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w:t>
            </w:r>
            <w:r>
              <w:t>http</w:t>
            </w:r>
            <w:r w:rsidRPr="00332DB8">
              <w:rPr>
                <w:lang w:val="ru-RU"/>
              </w:rPr>
              <w:t>://</w:t>
            </w:r>
            <w:r>
              <w:t>pastebin</w:t>
            </w:r>
            <w:r w:rsidRPr="00332DB8">
              <w:rPr>
                <w:lang w:val="ru-RU"/>
              </w:rPr>
              <w:t>.</w:t>
            </w:r>
            <w:r>
              <w:t>com</w:t>
            </w:r>
            <w:r w:rsidRPr="00332DB8">
              <w:rPr>
                <w:lang w:val="ru-RU"/>
              </w:rPr>
              <w:t>/</w:t>
            </w:r>
            <w:r>
              <w:t>K</w:t>
            </w:r>
            <w:r w:rsidRPr="00332DB8">
              <w:rPr>
                <w:lang w:val="ru-RU"/>
              </w:rPr>
              <w:t>7</w:t>
            </w:r>
            <w:r>
              <w:t>A</w:t>
            </w:r>
            <w:r w:rsidRPr="00332DB8">
              <w:rPr>
                <w:lang w:val="ru-RU"/>
              </w:rPr>
              <w:t>6</w:t>
            </w:r>
            <w:r>
              <w:t>a</w:t>
            </w:r>
            <w:r w:rsidRPr="00332DB8">
              <w:rPr>
                <w:lang w:val="ru-RU"/>
              </w:rPr>
              <w:t>45</w:t>
            </w:r>
            <w:r>
              <w:t>x</w:t>
            </w:r>
            <w:r w:rsidRPr="00332DB8">
              <w:rPr>
                <w:lang w:val="ru-RU"/>
              </w:rPr>
              <w:t xml:space="preserve">;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w:t>
            </w:r>
            <w:r>
              <w:t>http</w:t>
            </w:r>
            <w:r w:rsidRPr="00332DB8">
              <w:rPr>
                <w:lang w:val="ru-RU"/>
              </w:rPr>
              <w:t>://</w:t>
            </w:r>
            <w:r>
              <w:t>pastebin</w:t>
            </w:r>
            <w:r w:rsidRPr="00332DB8">
              <w:rPr>
                <w:lang w:val="ru-RU"/>
              </w:rPr>
              <w:t>.</w:t>
            </w:r>
            <w:r>
              <w:t>com</w:t>
            </w:r>
            <w:r w:rsidRPr="00332DB8">
              <w:rPr>
                <w:lang w:val="ru-RU"/>
              </w:rPr>
              <w:t>/</w:t>
            </w:r>
            <w:r>
              <w:t>dM</w:t>
            </w:r>
            <w:r w:rsidRPr="00332DB8">
              <w:rPr>
                <w:lang w:val="ru-RU"/>
              </w:rPr>
              <w:t>29</w:t>
            </w:r>
            <w:r>
              <w:t>Vdcm</w:t>
            </w:r>
            <w:r w:rsidRPr="00332DB8">
              <w:rPr>
                <w:lang w:val="ru-RU"/>
              </w:rPr>
              <w:t xml:space="preserve">;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w:t>
            </w:r>
            <w:r>
              <w:t>http</w:t>
            </w:r>
            <w:r w:rsidRPr="00332DB8">
              <w:rPr>
                <w:lang w:val="ru-RU"/>
              </w:rPr>
              <w:t>://</w:t>
            </w:r>
            <w:r>
              <w:t>pastebin</w:t>
            </w:r>
            <w:r w:rsidRPr="00332DB8">
              <w:rPr>
                <w:lang w:val="ru-RU"/>
              </w:rPr>
              <w:t>.</w:t>
            </w:r>
            <w:r>
              <w:t>com</w:t>
            </w:r>
            <w:r w:rsidRPr="00332DB8">
              <w:rPr>
                <w:lang w:val="ru-RU"/>
              </w:rPr>
              <w:t>/</w:t>
            </w:r>
            <w:r>
              <w:t>kq</w:t>
            </w:r>
            <w:r w:rsidRPr="00332DB8">
              <w:rPr>
                <w:lang w:val="ru-RU"/>
              </w:rPr>
              <w:t>3</w:t>
            </w:r>
            <w:r>
              <w:t>umuOh</w:t>
            </w:r>
            <w:r w:rsidRPr="00332DB8">
              <w:rPr>
                <w:lang w:val="ru-RU"/>
              </w:rPr>
              <w:t xml:space="preserve"> (решение Советского районного суда г. Брянска от 05.11.2013);</w:t>
            </w:r>
          </w:p>
        </w:tc>
        <w:tc>
          <w:tcPr>
            <w:tcW w:w="2880" w:type="dxa"/>
          </w:tcPr>
          <w:p w:rsidR="006F7457" w:rsidRPr="00332DB8" w:rsidRDefault="006F7457">
            <w:pPr>
              <w:rPr>
                <w:lang w:val="ru-RU"/>
              </w:rPr>
            </w:pPr>
          </w:p>
        </w:tc>
      </w:tr>
      <w:tr w:rsidR="006F7457" w:rsidRPr="005A424D">
        <w:tc>
          <w:tcPr>
            <w:tcW w:w="2880" w:type="dxa"/>
          </w:tcPr>
          <w:p w:rsidR="006F7457" w:rsidRDefault="00332DB8">
            <w:r>
              <w:t>2192.</w:t>
            </w:r>
          </w:p>
        </w:tc>
        <w:tc>
          <w:tcPr>
            <w:tcW w:w="2880" w:type="dxa"/>
          </w:tcPr>
          <w:p w:rsidR="006F7457" w:rsidRPr="00332DB8" w:rsidRDefault="00332DB8">
            <w:pPr>
              <w:rPr>
                <w:lang w:val="ru-RU"/>
              </w:rPr>
            </w:pPr>
            <w:r w:rsidRPr="00332DB8">
              <w:rPr>
                <w:lang w:val="ru-RU"/>
              </w:rPr>
              <w:t xml:space="preserve">Видеофайл «Фанаты … разнесли палатку»,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idjaromir</w:t>
            </w:r>
            <w:r w:rsidRPr="00332DB8">
              <w:rPr>
                <w:lang w:val="ru-RU"/>
              </w:rPr>
              <w:t>148819811 (решение Центрального районного суда г. Калининграда от 09.07.2013);</w:t>
            </w:r>
          </w:p>
        </w:tc>
        <w:tc>
          <w:tcPr>
            <w:tcW w:w="2880" w:type="dxa"/>
          </w:tcPr>
          <w:p w:rsidR="006F7457" w:rsidRPr="00332DB8" w:rsidRDefault="006F7457">
            <w:pPr>
              <w:rPr>
                <w:lang w:val="ru-RU"/>
              </w:rPr>
            </w:pPr>
          </w:p>
        </w:tc>
      </w:tr>
      <w:tr w:rsidR="006F7457" w:rsidRPr="005A424D">
        <w:tc>
          <w:tcPr>
            <w:tcW w:w="2880" w:type="dxa"/>
          </w:tcPr>
          <w:p w:rsidR="006F7457" w:rsidRDefault="00332DB8">
            <w:r>
              <w:t>2193.</w:t>
            </w:r>
          </w:p>
        </w:tc>
        <w:tc>
          <w:tcPr>
            <w:tcW w:w="2880" w:type="dxa"/>
          </w:tcPr>
          <w:p w:rsidR="006F7457" w:rsidRPr="00332DB8" w:rsidRDefault="00332DB8">
            <w:pPr>
              <w:rPr>
                <w:lang w:val="ru-RU"/>
              </w:rPr>
            </w:pPr>
            <w:r w:rsidRPr="00332DB8">
              <w:rPr>
                <w:lang w:val="ru-RU"/>
              </w:rPr>
              <w:t xml:space="preserve">Видеофайл «Россия мочи…»,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idjaromir</w:t>
            </w:r>
            <w:r w:rsidRPr="00332DB8">
              <w:rPr>
                <w:lang w:val="ru-RU"/>
              </w:rPr>
              <w:t>148819811 (решение Центрального районного суда г. Калининграда от 09.07.2013);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2194.</w:t>
            </w:r>
          </w:p>
        </w:tc>
        <w:tc>
          <w:tcPr>
            <w:tcW w:w="2880" w:type="dxa"/>
          </w:tcPr>
          <w:p w:rsidR="006F7457" w:rsidRPr="00332DB8" w:rsidRDefault="00332DB8">
            <w:pPr>
              <w:rPr>
                <w:lang w:val="ru-RU"/>
              </w:rPr>
            </w:pPr>
            <w:r w:rsidRPr="00332DB8">
              <w:rPr>
                <w:lang w:val="ru-RU"/>
              </w:rPr>
              <w:t xml:space="preserve">Видеофайл «Обращение Славянского союза к русским»,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idjaromir</w:t>
            </w:r>
            <w:r w:rsidRPr="00332DB8">
              <w:rPr>
                <w:lang w:val="ru-RU"/>
              </w:rPr>
              <w:t>148819811 (решение Центрального районного суда г. Калининграда от 09.07.2013);</w:t>
            </w:r>
          </w:p>
        </w:tc>
        <w:tc>
          <w:tcPr>
            <w:tcW w:w="2880" w:type="dxa"/>
          </w:tcPr>
          <w:p w:rsidR="006F7457" w:rsidRPr="00332DB8" w:rsidRDefault="006F7457">
            <w:pPr>
              <w:rPr>
                <w:lang w:val="ru-RU"/>
              </w:rPr>
            </w:pPr>
          </w:p>
        </w:tc>
      </w:tr>
      <w:tr w:rsidR="006F7457" w:rsidRPr="005A424D">
        <w:tc>
          <w:tcPr>
            <w:tcW w:w="2880" w:type="dxa"/>
          </w:tcPr>
          <w:p w:rsidR="006F7457" w:rsidRDefault="00332DB8">
            <w:r>
              <w:t>2195.</w:t>
            </w:r>
          </w:p>
        </w:tc>
        <w:tc>
          <w:tcPr>
            <w:tcW w:w="2880" w:type="dxa"/>
          </w:tcPr>
          <w:p w:rsidR="006F7457" w:rsidRPr="00332DB8" w:rsidRDefault="00332DB8">
            <w:pPr>
              <w:rPr>
                <w:lang w:val="ru-RU"/>
              </w:rPr>
            </w:pPr>
            <w:r w:rsidRPr="00332DB8">
              <w:rPr>
                <w:lang w:val="ru-RU"/>
              </w:rPr>
              <w:t xml:space="preserve">Интернет ресурс </w:t>
            </w:r>
            <w:r>
              <w:t>http</w:t>
            </w:r>
            <w:r w:rsidRPr="00332DB8">
              <w:rPr>
                <w:lang w:val="ru-RU"/>
              </w:rPr>
              <w:t>://</w:t>
            </w:r>
            <w:r>
              <w:t>www</w:t>
            </w:r>
            <w:r w:rsidRPr="00332DB8">
              <w:rPr>
                <w:lang w:val="ru-RU"/>
              </w:rPr>
              <w:t>.</w:t>
            </w:r>
            <w:r>
              <w:t>xartman</w:t>
            </w:r>
            <w:r w:rsidRPr="00332DB8">
              <w:rPr>
                <w:lang w:val="ru-RU"/>
              </w:rPr>
              <w:t>.</w:t>
            </w:r>
            <w:r>
              <w:t>ru</w:t>
            </w:r>
            <w:r w:rsidRPr="00332DB8">
              <w:rPr>
                <w:lang w:val="ru-RU"/>
              </w:rPr>
              <w:t>, размещенный в информационно-коммуникационной сети Интернет (решение Кировского районного суда г. Ярославля от 24.09.2013);</w:t>
            </w:r>
          </w:p>
        </w:tc>
        <w:tc>
          <w:tcPr>
            <w:tcW w:w="2880" w:type="dxa"/>
          </w:tcPr>
          <w:p w:rsidR="006F7457" w:rsidRPr="00332DB8" w:rsidRDefault="006F7457">
            <w:pPr>
              <w:rPr>
                <w:lang w:val="ru-RU"/>
              </w:rPr>
            </w:pPr>
          </w:p>
        </w:tc>
      </w:tr>
      <w:tr w:rsidR="006F7457" w:rsidRPr="005A424D">
        <w:tc>
          <w:tcPr>
            <w:tcW w:w="2880" w:type="dxa"/>
          </w:tcPr>
          <w:p w:rsidR="006F7457" w:rsidRDefault="00332DB8">
            <w:r>
              <w:t>2196.</w:t>
            </w:r>
          </w:p>
        </w:tc>
        <w:tc>
          <w:tcPr>
            <w:tcW w:w="2880" w:type="dxa"/>
          </w:tcPr>
          <w:p w:rsidR="006F7457" w:rsidRPr="00332DB8" w:rsidRDefault="00332DB8">
            <w:pPr>
              <w:rPr>
                <w:lang w:val="ru-RU"/>
              </w:rPr>
            </w:pPr>
            <w:r w:rsidRPr="00332DB8">
              <w:rPr>
                <w:lang w:val="ru-RU"/>
              </w:rPr>
              <w:t xml:space="preserve">Высказывания (комментарии) Тихомирова Виктора Николаевича, размещенные на информационных ресурсах: </w:t>
            </w:r>
            <w:r>
              <w:t>http</w:t>
            </w:r>
            <w:r w:rsidRPr="00332DB8">
              <w:rPr>
                <w:lang w:val="ru-RU"/>
              </w:rPr>
              <w:t>://</w:t>
            </w:r>
            <w:r>
              <w:t>www</w:t>
            </w:r>
            <w:r w:rsidRPr="00332DB8">
              <w:rPr>
                <w:lang w:val="ru-RU"/>
              </w:rPr>
              <w:t>.</w:t>
            </w:r>
            <w:r>
              <w:t>mk</w:t>
            </w:r>
            <w:r w:rsidRPr="00332DB8">
              <w:rPr>
                <w:lang w:val="ru-RU"/>
              </w:rPr>
              <w:t>.</w:t>
            </w:r>
            <w:r>
              <w:t>ru</w:t>
            </w:r>
            <w:r w:rsidRPr="00332DB8">
              <w:rPr>
                <w:lang w:val="ru-RU"/>
              </w:rPr>
              <w:t>/</w:t>
            </w:r>
            <w:r>
              <w:t>politiks</w:t>
            </w:r>
            <w:r w:rsidRPr="00332DB8">
              <w:rPr>
                <w:lang w:val="ru-RU"/>
              </w:rPr>
              <w:t>/</w:t>
            </w:r>
            <w:r>
              <w:t>news</w:t>
            </w:r>
            <w:r w:rsidRPr="00332DB8">
              <w:rPr>
                <w:lang w:val="ru-RU"/>
              </w:rPr>
              <w:t>/2011/12/10/651657-</w:t>
            </w:r>
            <w:r>
              <w:t>miting</w:t>
            </w:r>
            <w:r w:rsidRPr="00332DB8">
              <w:rPr>
                <w:lang w:val="ru-RU"/>
              </w:rPr>
              <w:t>-</w:t>
            </w:r>
            <w:r>
              <w:t>v</w:t>
            </w:r>
            <w:r w:rsidRPr="00332DB8">
              <w:rPr>
                <w:lang w:val="ru-RU"/>
              </w:rPr>
              <w:t>-</w:t>
            </w:r>
            <w:r>
              <w:t>moskve</w:t>
            </w:r>
            <w:r w:rsidRPr="00332DB8">
              <w:rPr>
                <w:lang w:val="ru-RU"/>
              </w:rPr>
              <w:t>-</w:t>
            </w:r>
            <w:r>
              <w:t>budut</w:t>
            </w:r>
            <w:r w:rsidRPr="00332DB8">
              <w:rPr>
                <w:lang w:val="ru-RU"/>
              </w:rPr>
              <w:t>-</w:t>
            </w:r>
            <w:r>
              <w:t>vesti</w:t>
            </w:r>
            <w:r w:rsidRPr="00332DB8">
              <w:rPr>
                <w:lang w:val="ru-RU"/>
              </w:rPr>
              <w:t>-</w:t>
            </w:r>
            <w:r>
              <w:t>chulpan</w:t>
            </w:r>
            <w:r w:rsidRPr="00332DB8">
              <w:rPr>
                <w:lang w:val="ru-RU"/>
              </w:rPr>
              <w:t>-</w:t>
            </w:r>
            <w:r>
              <w:t>hamatova</w:t>
            </w:r>
            <w:r w:rsidRPr="00332DB8">
              <w:rPr>
                <w:lang w:val="ru-RU"/>
              </w:rPr>
              <w:t>-</w:t>
            </w:r>
            <w:r>
              <w:t>i</w:t>
            </w:r>
            <w:r w:rsidRPr="00332DB8">
              <w:rPr>
                <w:lang w:val="ru-RU"/>
              </w:rPr>
              <w:t>-</w:t>
            </w:r>
            <w:r>
              <w:t>aleksei</w:t>
            </w:r>
            <w:r w:rsidRPr="00332DB8">
              <w:rPr>
                <w:lang w:val="ru-RU"/>
              </w:rPr>
              <w:t>-</w:t>
            </w:r>
            <w:r>
              <w:t>devotchenko</w:t>
            </w:r>
            <w:r w:rsidRPr="00332DB8">
              <w:rPr>
                <w:lang w:val="ru-RU"/>
              </w:rPr>
              <w:t>.</w:t>
            </w:r>
            <w:r>
              <w:t>html</w:t>
            </w:r>
            <w:r w:rsidRPr="00332DB8">
              <w:rPr>
                <w:lang w:val="ru-RU"/>
              </w:rPr>
              <w:t>#</w:t>
            </w:r>
            <w:r>
              <w:t>comments</w:t>
            </w:r>
            <w:r w:rsidRPr="00332DB8">
              <w:rPr>
                <w:lang w:val="ru-RU"/>
              </w:rPr>
              <w:t>-</w:t>
            </w:r>
            <w:r>
              <w:t>form</w:t>
            </w:r>
            <w:r w:rsidRPr="00332DB8">
              <w:rPr>
                <w:lang w:val="ru-RU"/>
              </w:rPr>
              <w:t xml:space="preserve"> сети Интернет с использованием псевдонима «Витя Русский» (решение Привокзального районного суда г. Тулы от 03.10.2013);</w:t>
            </w:r>
          </w:p>
        </w:tc>
        <w:tc>
          <w:tcPr>
            <w:tcW w:w="2880" w:type="dxa"/>
          </w:tcPr>
          <w:p w:rsidR="006F7457" w:rsidRPr="00332DB8" w:rsidRDefault="006F7457">
            <w:pPr>
              <w:rPr>
                <w:lang w:val="ru-RU"/>
              </w:rPr>
            </w:pPr>
          </w:p>
        </w:tc>
      </w:tr>
      <w:tr w:rsidR="006F7457" w:rsidRPr="005A424D">
        <w:tc>
          <w:tcPr>
            <w:tcW w:w="2880" w:type="dxa"/>
          </w:tcPr>
          <w:p w:rsidR="006F7457" w:rsidRDefault="00332DB8">
            <w:r>
              <w:t>2197.</w:t>
            </w:r>
          </w:p>
        </w:tc>
        <w:tc>
          <w:tcPr>
            <w:tcW w:w="2880" w:type="dxa"/>
          </w:tcPr>
          <w:p w:rsidR="006F7457" w:rsidRPr="00332DB8" w:rsidRDefault="00332DB8">
            <w:pPr>
              <w:rPr>
                <w:lang w:val="ru-RU"/>
              </w:rPr>
            </w:pPr>
            <w:r w:rsidRPr="00332DB8">
              <w:rPr>
                <w:lang w:val="ru-RU"/>
              </w:rPr>
              <w:t xml:space="preserve">Информационные материалы статьи «Не пустим ВОРА в Кремль», расположенные по интернет-адресу </w:t>
            </w:r>
            <w:r>
              <w:t>http</w:t>
            </w:r>
            <w:r w:rsidRPr="00332DB8">
              <w:rPr>
                <w:lang w:val="ru-RU"/>
              </w:rPr>
              <w:t>://</w:t>
            </w:r>
            <w:r>
              <w:t>mirtesen</w:t>
            </w:r>
            <w:r w:rsidRPr="00332DB8">
              <w:rPr>
                <w:lang w:val="ru-RU"/>
              </w:rPr>
              <w:t>.</w:t>
            </w:r>
            <w:r>
              <w:t>ru</w:t>
            </w:r>
            <w:r w:rsidRPr="00332DB8">
              <w:rPr>
                <w:lang w:val="ru-RU"/>
              </w:rPr>
              <w:t>/</w:t>
            </w:r>
            <w:r>
              <w:t>people</w:t>
            </w:r>
            <w:r w:rsidRPr="00332DB8">
              <w:rPr>
                <w:lang w:val="ru-RU"/>
              </w:rPr>
              <w:t>/359781914/</w:t>
            </w:r>
            <w:r>
              <w:t>wall</w:t>
            </w:r>
            <w:r w:rsidRPr="00332DB8">
              <w:rPr>
                <w:lang w:val="ru-RU"/>
              </w:rPr>
              <w:t>?</w:t>
            </w:r>
            <w:r>
              <w:t>page</w:t>
            </w:r>
            <w:r w:rsidRPr="00332DB8">
              <w:rPr>
                <w:lang w:val="ru-RU"/>
              </w:rPr>
              <w:t>=2 (решение Октябрьского районного суда г. Липецка от 19.09.2013);</w:t>
            </w:r>
          </w:p>
        </w:tc>
        <w:tc>
          <w:tcPr>
            <w:tcW w:w="2880" w:type="dxa"/>
          </w:tcPr>
          <w:p w:rsidR="006F7457" w:rsidRPr="00332DB8" w:rsidRDefault="006F7457">
            <w:pPr>
              <w:rPr>
                <w:lang w:val="ru-RU"/>
              </w:rPr>
            </w:pPr>
          </w:p>
        </w:tc>
      </w:tr>
      <w:tr w:rsidR="006F7457" w:rsidRPr="005A424D">
        <w:tc>
          <w:tcPr>
            <w:tcW w:w="2880" w:type="dxa"/>
          </w:tcPr>
          <w:p w:rsidR="006F7457" w:rsidRDefault="00332DB8">
            <w:r>
              <w:t>2198.</w:t>
            </w:r>
          </w:p>
        </w:tc>
        <w:tc>
          <w:tcPr>
            <w:tcW w:w="2880" w:type="dxa"/>
          </w:tcPr>
          <w:p w:rsidR="006F7457" w:rsidRPr="00332DB8" w:rsidRDefault="00332DB8">
            <w:pPr>
              <w:rPr>
                <w:lang w:val="ru-RU"/>
              </w:rPr>
            </w:pPr>
            <w:r w:rsidRPr="00332DB8">
              <w:rPr>
                <w:lang w:val="ru-RU"/>
              </w:rPr>
              <w:t xml:space="preserve">Информационный материал – веб-ресурс (сайт) </w:t>
            </w:r>
            <w:r>
              <w:t>www</w:t>
            </w:r>
            <w:r w:rsidRPr="00332DB8">
              <w:rPr>
                <w:lang w:val="ru-RU"/>
              </w:rPr>
              <w:t>.</w:t>
            </w:r>
            <w:r>
              <w:t>djamaat</w:t>
            </w:r>
            <w:r w:rsidRPr="00332DB8">
              <w:rPr>
                <w:lang w:val="ru-RU"/>
              </w:rPr>
              <w:t>-</w:t>
            </w:r>
            <w:r>
              <w:t>takbir</w:t>
            </w:r>
            <w:r w:rsidRPr="00332DB8">
              <w:rPr>
                <w:lang w:val="ru-RU"/>
              </w:rPr>
              <w:t>.</w:t>
            </w:r>
            <w:r>
              <w:t>blogspot</w:t>
            </w:r>
            <w:r w:rsidRPr="00332DB8">
              <w:rPr>
                <w:lang w:val="ru-RU"/>
              </w:rPr>
              <w:t>.</w:t>
            </w:r>
            <w:r>
              <w:t>ru</w:t>
            </w:r>
            <w:r w:rsidRPr="00332DB8">
              <w:rPr>
                <w:lang w:val="ru-RU"/>
              </w:rPr>
              <w:t>,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2880" w:type="dxa"/>
          </w:tcPr>
          <w:p w:rsidR="006F7457" w:rsidRPr="00332DB8" w:rsidRDefault="006F7457">
            <w:pPr>
              <w:rPr>
                <w:lang w:val="ru-RU"/>
              </w:rPr>
            </w:pPr>
          </w:p>
        </w:tc>
      </w:tr>
      <w:tr w:rsidR="006F7457" w:rsidRPr="005A424D">
        <w:tc>
          <w:tcPr>
            <w:tcW w:w="2880" w:type="dxa"/>
          </w:tcPr>
          <w:p w:rsidR="006F7457" w:rsidRDefault="00332DB8">
            <w:r>
              <w:t>219</w:t>
            </w:r>
            <w:r>
              <w:lastRenderedPageBreak/>
              <w:t>9.</w:t>
            </w:r>
          </w:p>
        </w:tc>
        <w:tc>
          <w:tcPr>
            <w:tcW w:w="2880" w:type="dxa"/>
          </w:tcPr>
          <w:p w:rsidR="006F7457" w:rsidRPr="00332DB8" w:rsidRDefault="00332DB8">
            <w:pPr>
              <w:rPr>
                <w:lang w:val="ru-RU"/>
              </w:rPr>
            </w:pPr>
            <w:r w:rsidRPr="00332DB8">
              <w:rPr>
                <w:lang w:val="ru-RU"/>
              </w:rPr>
              <w:lastRenderedPageBreak/>
              <w:t xml:space="preserve">Материал, размещенный Шакировым Марселем Ленаровичем на сайте социальной сети Интернет </w:t>
            </w:r>
            <w:r>
              <w:t>www</w:t>
            </w:r>
            <w:r w:rsidRPr="00332DB8">
              <w:rPr>
                <w:lang w:val="ru-RU"/>
              </w:rPr>
              <w:t>.</w:t>
            </w:r>
            <w:r>
              <w:t>vkontakte</w:t>
            </w:r>
            <w:r w:rsidRPr="00332DB8">
              <w:rPr>
                <w:lang w:val="ru-RU"/>
              </w:rPr>
              <w:t>.</w:t>
            </w:r>
            <w:r>
              <w:t>ru</w:t>
            </w:r>
            <w:r w:rsidRPr="00332DB8">
              <w:rPr>
                <w:lang w:val="ru-RU"/>
              </w:rPr>
              <w:t xml:space="preserve"> в разделе «Заметки» (электронный адрес </w:t>
            </w:r>
            <w:r>
              <w:t>http</w:t>
            </w:r>
            <w:r w:rsidRPr="00332DB8">
              <w:rPr>
                <w:lang w:val="ru-RU"/>
              </w:rPr>
              <w:t>://</w:t>
            </w:r>
            <w:r>
              <w:t>vkontakte</w:t>
            </w:r>
            <w:r w:rsidRPr="00332DB8">
              <w:rPr>
                <w:lang w:val="ru-RU"/>
              </w:rPr>
              <w:t>.</w:t>
            </w:r>
            <w:r>
              <w:t>ru</w:t>
            </w:r>
            <w:r w:rsidRPr="00332DB8">
              <w:rPr>
                <w:lang w:val="ru-RU"/>
              </w:rPr>
              <w:t>/</w:t>
            </w:r>
            <w:r>
              <w:t>id</w:t>
            </w:r>
            <w:r w:rsidRPr="00332DB8">
              <w:rPr>
                <w:lang w:val="ru-RU"/>
              </w:rPr>
              <w:t xml:space="preserve"> 133204531) (решение </w:t>
            </w:r>
            <w:r w:rsidRPr="00332DB8">
              <w:rPr>
                <w:lang w:val="ru-RU"/>
              </w:rPr>
              <w:lastRenderedPageBreak/>
              <w:t>Набережночелнинского городского суда Республики Татарстан от 26.09.2013);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2200.</w:t>
            </w:r>
          </w:p>
        </w:tc>
        <w:tc>
          <w:tcPr>
            <w:tcW w:w="2880" w:type="dxa"/>
          </w:tcPr>
          <w:p w:rsidR="006F7457" w:rsidRPr="00332DB8" w:rsidRDefault="00332DB8">
            <w:pPr>
              <w:rPr>
                <w:lang w:val="ru-RU"/>
              </w:rPr>
            </w:pPr>
            <w:r w:rsidRPr="00332DB8">
              <w:rPr>
                <w:lang w:val="ru-RU"/>
              </w:rPr>
              <w:t xml:space="preserve">Аудиовизуальные материалы, размещенные в сети Интернет на ресурсе </w:t>
            </w:r>
            <w:r>
              <w:t>www</w:t>
            </w:r>
            <w:r w:rsidRPr="00332DB8">
              <w:rPr>
                <w:lang w:val="ru-RU"/>
              </w:rPr>
              <w:t>.</w:t>
            </w:r>
            <w:r>
              <w:t>vk</w:t>
            </w:r>
            <w:r w:rsidRPr="00332DB8">
              <w:rPr>
                <w:lang w:val="ru-RU"/>
              </w:rPr>
              <w:t>.</w:t>
            </w:r>
            <w:r>
              <w:t>com</w:t>
            </w:r>
            <w:r w:rsidRPr="00332DB8">
              <w:rPr>
                <w:lang w:val="ru-RU"/>
              </w:rPr>
              <w:t xml:space="preserve"> пользователем «Анатолий 14/88 Махотин» </w:t>
            </w:r>
            <w:r>
              <w:t>id</w:t>
            </w:r>
            <w:r w:rsidRPr="00332DB8">
              <w:rPr>
                <w:lang w:val="ru-RU"/>
              </w:rPr>
              <w:t xml:space="preserve"> 158293081 на своей личной странице в свободном доступе «59</w:t>
            </w:r>
            <w:r>
              <w:t>a</w:t>
            </w:r>
            <w:r w:rsidRPr="00332DB8">
              <w:rPr>
                <w:lang w:val="ru-RU"/>
              </w:rPr>
              <w:t>48</w:t>
            </w:r>
            <w:r>
              <w:t>f</w:t>
            </w:r>
            <w:r w:rsidRPr="00332DB8">
              <w:rPr>
                <w:lang w:val="ru-RU"/>
              </w:rPr>
              <w:t>7</w:t>
            </w:r>
            <w:r>
              <w:t>dfl</w:t>
            </w:r>
            <w:r w:rsidRPr="00332DB8">
              <w:rPr>
                <w:lang w:val="ru-RU"/>
              </w:rPr>
              <w:t>.</w:t>
            </w:r>
            <w:r>
              <w:t>flv</w:t>
            </w:r>
            <w:r w:rsidRPr="00332DB8">
              <w:rPr>
                <w:lang w:val="ru-RU"/>
              </w:rPr>
              <w:t>», «</w:t>
            </w:r>
            <w:r>
              <w:t>kazni</w:t>
            </w:r>
            <w:r w:rsidRPr="00332DB8">
              <w:rPr>
                <w:lang w:val="ru-RU"/>
              </w:rPr>
              <w:t xml:space="preserve"> </w:t>
            </w:r>
            <w:r>
              <w:t>hacei</w:t>
            </w:r>
            <w:r w:rsidRPr="00332DB8">
              <w:rPr>
                <w:lang w:val="ru-RU"/>
              </w:rPr>
              <w:t>.</w:t>
            </w:r>
            <w:r>
              <w:t>flv</w:t>
            </w:r>
            <w:r w:rsidRPr="00332DB8">
              <w:rPr>
                <w:lang w:val="ru-RU"/>
              </w:rPr>
              <w:t>», «</w:t>
            </w:r>
            <w:r>
              <w:t>skinhed</w:t>
            </w:r>
            <w:r w:rsidRPr="00332DB8">
              <w:rPr>
                <w:lang w:val="ru-RU"/>
              </w:rPr>
              <w:t>,240,</w:t>
            </w:r>
            <w:r>
              <w:t>mp</w:t>
            </w:r>
            <w:r w:rsidRPr="00332DB8">
              <w:rPr>
                <w:lang w:val="ru-RU"/>
              </w:rPr>
              <w:t>4», «</w:t>
            </w:r>
            <w:r>
              <w:t>Skinhed</w:t>
            </w:r>
            <w:r w:rsidRPr="00332DB8">
              <w:rPr>
                <w:lang w:val="ru-RU"/>
              </w:rPr>
              <w:t>,240,</w:t>
            </w:r>
            <w:r>
              <w:t>mp</w:t>
            </w:r>
            <w:r w:rsidRPr="00332DB8">
              <w:rPr>
                <w:lang w:val="ru-RU"/>
              </w:rPr>
              <w:t>4», «</w:t>
            </w:r>
            <w:r>
              <w:t>Vot</w:t>
            </w:r>
            <w:r w:rsidRPr="00332DB8">
              <w:rPr>
                <w:lang w:val="ru-RU"/>
              </w:rPr>
              <w:t xml:space="preserve"> </w:t>
            </w:r>
            <w:r>
              <w:t>poetomy</w:t>
            </w:r>
            <w:r w:rsidRPr="00332DB8">
              <w:rPr>
                <w:lang w:val="ru-RU"/>
              </w:rPr>
              <w:t xml:space="preserve"> </w:t>
            </w:r>
            <w:r>
              <w:t>ya</w:t>
            </w:r>
            <w:r w:rsidRPr="00332DB8">
              <w:rPr>
                <w:lang w:val="ru-RU"/>
              </w:rPr>
              <w:t xml:space="preserve"> </w:t>
            </w:r>
            <w:r>
              <w:t>I</w:t>
            </w:r>
            <w:r w:rsidRPr="00332DB8">
              <w:rPr>
                <w:lang w:val="ru-RU"/>
              </w:rPr>
              <w:t xml:space="preserve"> </w:t>
            </w:r>
            <w:r>
              <w:t>stal</w:t>
            </w:r>
            <w:r w:rsidRPr="00332DB8">
              <w:rPr>
                <w:lang w:val="ru-RU"/>
              </w:rPr>
              <w:t xml:space="preserve"> </w:t>
            </w:r>
            <w:r>
              <w:t>skinhedom</w:t>
            </w:r>
            <w:r w:rsidRPr="00332DB8">
              <w:rPr>
                <w:lang w:val="ru-RU"/>
              </w:rPr>
              <w:t>.</w:t>
            </w:r>
            <w:r>
              <w:t>flv</w:t>
            </w:r>
            <w:r w:rsidRPr="00332DB8">
              <w:rPr>
                <w:lang w:val="ru-RU"/>
              </w:rPr>
              <w:t>» (решение Первомайского районного суда г. Пензы от 16.09.2013);</w:t>
            </w:r>
          </w:p>
        </w:tc>
        <w:tc>
          <w:tcPr>
            <w:tcW w:w="2880" w:type="dxa"/>
          </w:tcPr>
          <w:p w:rsidR="006F7457" w:rsidRPr="00332DB8" w:rsidRDefault="006F7457">
            <w:pPr>
              <w:rPr>
                <w:lang w:val="ru-RU"/>
              </w:rPr>
            </w:pPr>
          </w:p>
        </w:tc>
      </w:tr>
      <w:tr w:rsidR="006F7457" w:rsidRPr="005A424D">
        <w:tc>
          <w:tcPr>
            <w:tcW w:w="2880" w:type="dxa"/>
          </w:tcPr>
          <w:p w:rsidR="006F7457" w:rsidRDefault="00332DB8">
            <w:r>
              <w:t>2201.</w:t>
            </w:r>
          </w:p>
        </w:tc>
        <w:tc>
          <w:tcPr>
            <w:tcW w:w="2880" w:type="dxa"/>
          </w:tcPr>
          <w:p w:rsidR="006F7457" w:rsidRPr="00332DB8" w:rsidRDefault="00332DB8">
            <w:pPr>
              <w:rPr>
                <w:lang w:val="ru-RU"/>
              </w:rPr>
            </w:pPr>
            <w:r w:rsidRPr="00332DB8">
              <w:rPr>
                <w:lang w:val="ru-RU"/>
              </w:rPr>
              <w:t xml:space="preserve">Видеоматериалы: </w:t>
            </w:r>
            <w:r>
              <w:t>bom</w:t>
            </w:r>
            <w:r w:rsidRPr="00332DB8">
              <w:rPr>
                <w:lang w:val="ru-RU"/>
              </w:rPr>
              <w:t xml:space="preserve"> 1, </w:t>
            </w:r>
            <w:r>
              <w:t>Brannik</w:t>
            </w:r>
            <w:r w:rsidRPr="00332DB8">
              <w:rPr>
                <w:lang w:val="ru-RU"/>
              </w:rPr>
              <w:t xml:space="preserve"> </w:t>
            </w:r>
            <w:r>
              <w:t>Whit</w:t>
            </w:r>
            <w:r w:rsidRPr="00332DB8">
              <w:rPr>
                <w:lang w:val="ru-RU"/>
              </w:rPr>
              <w:t xml:space="preserve"> </w:t>
            </w:r>
            <w:r>
              <w:t>Power</w:t>
            </w:r>
            <w:r w:rsidRPr="00332DB8">
              <w:rPr>
                <w:lang w:val="ru-RU"/>
              </w:rPr>
              <w:t xml:space="preserve">, </w:t>
            </w:r>
            <w:r>
              <w:t>HONOP</w:t>
            </w:r>
            <w:r w:rsidRPr="00332DB8">
              <w:rPr>
                <w:lang w:val="ru-RU"/>
              </w:rPr>
              <w:t xml:space="preserve"> </w:t>
            </w:r>
            <w:r>
              <w:t>Full</w:t>
            </w:r>
            <w:r w:rsidRPr="00332DB8">
              <w:rPr>
                <w:lang w:val="ru-RU"/>
              </w:rPr>
              <w:t xml:space="preserve"> </w:t>
            </w:r>
            <w:r>
              <w:t>Of</w:t>
            </w:r>
            <w:r w:rsidRPr="00332DB8">
              <w:rPr>
                <w:lang w:val="ru-RU"/>
              </w:rPr>
              <w:t xml:space="preserve"> </w:t>
            </w:r>
            <w:r>
              <w:t>Hate</w:t>
            </w:r>
            <w:r w:rsidRPr="00332DB8">
              <w:rPr>
                <w:lang w:val="ru-RU"/>
              </w:rPr>
              <w:t xml:space="preserve">, </w:t>
            </w:r>
            <w:r>
              <w:t>Skinhead</w:t>
            </w:r>
            <w:r w:rsidRPr="00332DB8">
              <w:rPr>
                <w:lang w:val="ru-RU"/>
              </w:rPr>
              <w:t xml:space="preserve">, </w:t>
            </w:r>
            <w:r>
              <w:t>VIVAT</w:t>
            </w:r>
            <w:r w:rsidRPr="00332DB8">
              <w:rPr>
                <w:lang w:val="ru-RU"/>
              </w:rPr>
              <w:t xml:space="preserve"> </w:t>
            </w:r>
            <w:r>
              <w:t>ROSSIA</w:t>
            </w:r>
            <w:r w:rsidRPr="00332DB8">
              <w:rPr>
                <w:lang w:val="ru-RU"/>
              </w:rPr>
              <w:t>,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w:t>
            </w:r>
            <w:r>
              <w:t>N</w:t>
            </w:r>
            <w:r w:rsidRPr="00332DB8">
              <w:rPr>
                <w:lang w:val="ru-RU"/>
              </w:rPr>
              <w:t>.</w:t>
            </w:r>
            <w:r>
              <w:t>D</w:t>
            </w:r>
            <w:r w:rsidRPr="00332DB8">
              <w:rPr>
                <w:lang w:val="ru-RU"/>
              </w:rPr>
              <w:t>», Коловрат – Россия, Банда Москвы – Арийский Легион, Вандал – Наш Путь, Коловрат – Московский Скинхеды, Позиция – Без _палева-</w:t>
            </w:r>
            <w:r>
              <w:t>bg</w:t>
            </w:r>
            <w:r w:rsidRPr="00332DB8">
              <w:rPr>
                <w:lang w:val="ru-RU"/>
              </w:rPr>
              <w:t xml:space="preserve">, Коловрат – Наша страна, Банда Москвы – Уличный бой, </w:t>
            </w:r>
            <w:r>
              <w:t>CWT</w:t>
            </w:r>
            <w:r w:rsidRPr="00332DB8">
              <w:rPr>
                <w:lang w:val="ru-RU"/>
              </w:rPr>
              <w:t xml:space="preserve"> – 15 Суток, Позиция – </w:t>
            </w:r>
            <w:r>
              <w:t>Dont</w:t>
            </w:r>
            <w:r w:rsidRPr="00332DB8">
              <w:rPr>
                <w:lang w:val="ru-RU"/>
              </w:rPr>
              <w:t xml:space="preserve"> </w:t>
            </w:r>
            <w:r>
              <w:t>stop</w:t>
            </w:r>
            <w:r w:rsidRPr="00332DB8">
              <w:rPr>
                <w:lang w:val="ru-RU"/>
              </w:rPr>
              <w:t xml:space="preserve"> </w:t>
            </w:r>
            <w:r>
              <w:t>hooligans</w:t>
            </w:r>
            <w:r w:rsidRPr="00332DB8">
              <w:rPr>
                <w:lang w:val="ru-RU"/>
              </w:rPr>
              <w:t>-</w:t>
            </w:r>
            <w:r>
              <w:t>bg</w:t>
            </w:r>
            <w:r w:rsidRPr="00332DB8">
              <w:rPr>
                <w:lang w:val="ru-RU"/>
              </w:rPr>
              <w:t xml:space="preserve">, Коловрат – Бесстрашный, Белый и Гордый, Коловрат – Девятый Вал, Циклон Б - Ты </w:t>
            </w:r>
            <w:r>
              <w:t>Skinhead</w:t>
            </w:r>
            <w:r w:rsidRPr="00332DB8">
              <w:rPr>
                <w:lang w:val="ru-RU"/>
              </w:rPr>
              <w:t xml:space="preserve"> и я (решение Вилючинского городского суда Камчатского края от 10.10.2013).</w:t>
            </w:r>
          </w:p>
        </w:tc>
        <w:tc>
          <w:tcPr>
            <w:tcW w:w="2880" w:type="dxa"/>
          </w:tcPr>
          <w:p w:rsidR="006F7457" w:rsidRPr="00332DB8" w:rsidRDefault="006F7457">
            <w:pPr>
              <w:rPr>
                <w:lang w:val="ru-RU"/>
              </w:rPr>
            </w:pPr>
          </w:p>
        </w:tc>
      </w:tr>
      <w:tr w:rsidR="006F7457" w:rsidRPr="005A424D">
        <w:tc>
          <w:tcPr>
            <w:tcW w:w="2880" w:type="dxa"/>
          </w:tcPr>
          <w:p w:rsidR="006F7457" w:rsidRDefault="00332DB8">
            <w:r>
              <w:t>2202.</w:t>
            </w:r>
          </w:p>
        </w:tc>
        <w:tc>
          <w:tcPr>
            <w:tcW w:w="2880" w:type="dxa"/>
          </w:tcPr>
          <w:p w:rsidR="006F7457" w:rsidRPr="00332DB8" w:rsidRDefault="00332DB8">
            <w:pPr>
              <w:rPr>
                <w:lang w:val="ru-RU"/>
              </w:rPr>
            </w:pPr>
            <w:r w:rsidRPr="00332DB8">
              <w:rPr>
                <w:lang w:val="ru-RU"/>
              </w:rPr>
              <w:t xml:space="preserve">Видеообращение Шахбиева А.А., призывающего членов НВФ и жителей ЧР к экстремистской и террористической деятельности, размещенное на интернет-сайте </w:t>
            </w:r>
            <w:r>
              <w:t>Imamtv</w:t>
            </w:r>
            <w:r w:rsidRPr="00332DB8">
              <w:rPr>
                <w:lang w:val="ru-RU"/>
              </w:rPr>
              <w:t>-</w:t>
            </w:r>
            <w:r>
              <w:t>www</w:t>
            </w:r>
            <w:r w:rsidRPr="00332DB8">
              <w:rPr>
                <w:lang w:val="ru-RU"/>
              </w:rPr>
              <w:t>.</w:t>
            </w:r>
            <w:r>
              <w:t>IMAM</w:t>
            </w:r>
            <w:r w:rsidRPr="00332DB8">
              <w:rPr>
                <w:lang w:val="ru-RU"/>
              </w:rPr>
              <w:t xml:space="preserve"> </w:t>
            </w:r>
            <w:r>
              <w:t>TV</w:t>
            </w:r>
            <w:r w:rsidRPr="00332DB8">
              <w:rPr>
                <w:lang w:val="ru-RU"/>
              </w:rPr>
              <w:t xml:space="preserve"> (решение Ленинского районного суда г. Грозного от 17.06.2013);</w:t>
            </w:r>
          </w:p>
        </w:tc>
        <w:tc>
          <w:tcPr>
            <w:tcW w:w="2880" w:type="dxa"/>
          </w:tcPr>
          <w:p w:rsidR="006F7457" w:rsidRPr="00332DB8" w:rsidRDefault="006F7457">
            <w:pPr>
              <w:rPr>
                <w:lang w:val="ru-RU"/>
              </w:rPr>
            </w:pPr>
          </w:p>
        </w:tc>
      </w:tr>
      <w:tr w:rsidR="006F7457" w:rsidRPr="005A424D">
        <w:tc>
          <w:tcPr>
            <w:tcW w:w="2880" w:type="dxa"/>
          </w:tcPr>
          <w:p w:rsidR="006F7457" w:rsidRDefault="00332DB8">
            <w:r>
              <w:t>2203.</w:t>
            </w:r>
          </w:p>
        </w:tc>
        <w:tc>
          <w:tcPr>
            <w:tcW w:w="2880" w:type="dxa"/>
          </w:tcPr>
          <w:p w:rsidR="006F7457" w:rsidRPr="00332DB8" w:rsidRDefault="00332DB8">
            <w:pPr>
              <w:rPr>
                <w:lang w:val="ru-RU"/>
              </w:rPr>
            </w:pPr>
            <w:r w:rsidRPr="00332DB8">
              <w:rPr>
                <w:lang w:val="ru-RU"/>
              </w:rPr>
              <w:t xml:space="preserve">Информационные материалы, размещенные Голиковым А.Ю. на Интернет-ресурсе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w:t>
            </w:r>
            <w:r w:rsidRPr="00332DB8">
              <w:rPr>
                <w:lang w:val="ru-RU"/>
              </w:rPr>
              <w:lastRenderedPageBreak/>
              <w:t>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2204.</w:t>
            </w:r>
          </w:p>
        </w:tc>
        <w:tc>
          <w:tcPr>
            <w:tcW w:w="2880" w:type="dxa"/>
          </w:tcPr>
          <w:p w:rsidR="006F7457" w:rsidRPr="00332DB8" w:rsidRDefault="00332DB8">
            <w:pPr>
              <w:rPr>
                <w:lang w:val="ru-RU"/>
              </w:rPr>
            </w:pPr>
            <w:r w:rsidRPr="00332DB8">
              <w:rPr>
                <w:lang w:val="ru-RU"/>
              </w:rPr>
              <w:t xml:space="preserve">Интернет ресурс «Фронт арийского освобождения», расположенный по адресу </w:t>
            </w:r>
            <w:r>
              <w:t>http</w:t>
            </w:r>
            <w:r w:rsidRPr="00332DB8">
              <w:rPr>
                <w:lang w:val="ru-RU"/>
              </w:rPr>
              <w:t>://</w:t>
            </w:r>
            <w:r>
              <w:t>phao</w:t>
            </w:r>
            <w:r w:rsidRPr="00332DB8">
              <w:rPr>
                <w:lang w:val="ru-RU"/>
              </w:rPr>
              <w:t>.</w:t>
            </w:r>
            <w:r>
              <w:t>info</w:t>
            </w:r>
            <w:r w:rsidRPr="00332DB8">
              <w:rPr>
                <w:lang w:val="ru-RU"/>
              </w:rPr>
              <w:t xml:space="preserve">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2205.</w:t>
            </w:r>
          </w:p>
        </w:tc>
        <w:tc>
          <w:tcPr>
            <w:tcW w:w="2880" w:type="dxa"/>
          </w:tcPr>
          <w:p w:rsidR="006F7457" w:rsidRPr="00332DB8" w:rsidRDefault="00332DB8">
            <w:pPr>
              <w:rPr>
                <w:lang w:val="ru-RU"/>
              </w:rPr>
            </w:pPr>
            <w:r w:rsidRPr="00332DB8">
              <w:rPr>
                <w:lang w:val="ru-RU"/>
              </w:rPr>
              <w:t xml:space="preserve">Интернет ресурс «Герои Воли», расположенный по адресу </w:t>
            </w:r>
            <w:r>
              <w:t>http</w:t>
            </w:r>
            <w:r w:rsidRPr="00332DB8">
              <w:rPr>
                <w:lang w:val="ru-RU"/>
              </w:rPr>
              <w:t>://</w:t>
            </w:r>
            <w:r>
              <w:t>geroivoli</w:t>
            </w:r>
            <w:r w:rsidRPr="00332DB8">
              <w:rPr>
                <w:lang w:val="ru-RU"/>
              </w:rPr>
              <w:t>.</w:t>
            </w:r>
            <w:r>
              <w:t>info</w:t>
            </w:r>
            <w:r w:rsidRPr="00332DB8">
              <w:rPr>
                <w:lang w:val="ru-RU"/>
              </w:rPr>
              <w:t xml:space="preserve">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2880" w:type="dxa"/>
          </w:tcPr>
          <w:p w:rsidR="006F7457" w:rsidRPr="00332DB8" w:rsidRDefault="006F7457">
            <w:pPr>
              <w:rPr>
                <w:lang w:val="ru-RU"/>
              </w:rPr>
            </w:pPr>
          </w:p>
        </w:tc>
      </w:tr>
      <w:tr w:rsidR="006F7457" w:rsidRPr="005A424D">
        <w:tc>
          <w:tcPr>
            <w:tcW w:w="2880" w:type="dxa"/>
          </w:tcPr>
          <w:p w:rsidR="006F7457" w:rsidRDefault="00332DB8">
            <w:r>
              <w:t>2206.</w:t>
            </w:r>
          </w:p>
        </w:tc>
        <w:tc>
          <w:tcPr>
            <w:tcW w:w="2880" w:type="dxa"/>
          </w:tcPr>
          <w:p w:rsidR="006F7457" w:rsidRPr="00332DB8" w:rsidRDefault="00332DB8">
            <w:pPr>
              <w:rPr>
                <w:lang w:val="ru-RU"/>
              </w:rPr>
            </w:pPr>
            <w:r w:rsidRPr="00332DB8">
              <w:rPr>
                <w:lang w:val="ru-RU"/>
              </w:rPr>
              <w:t xml:space="preserve">Видеофонограммы, размещенные на интернет странице под именем «Павел Корнилов» на сайте социальной сети «Вконтакте» по ссылке </w:t>
            </w:r>
            <w:r>
              <w:t>http</w:t>
            </w:r>
            <w:r w:rsidRPr="00332DB8">
              <w:rPr>
                <w:lang w:val="ru-RU"/>
              </w:rPr>
              <w:t>://</w:t>
            </w:r>
            <w:r>
              <w:t>vk</w:t>
            </w:r>
            <w:r w:rsidRPr="00332DB8">
              <w:rPr>
                <w:lang w:val="ru-RU"/>
              </w:rPr>
              <w:t>.</w:t>
            </w:r>
            <w:r>
              <w:t>com</w:t>
            </w:r>
            <w:r w:rsidRPr="00332DB8">
              <w:rPr>
                <w:lang w:val="ru-RU"/>
              </w:rPr>
              <w:t>/</w:t>
            </w:r>
            <w:r>
              <w:t>borec</w:t>
            </w:r>
            <w:r w:rsidRPr="00332DB8">
              <w:rPr>
                <w:lang w:val="ru-RU"/>
              </w:rPr>
              <w:t xml:space="preserve">999: «Призыв «русского </w:t>
            </w:r>
            <w:r>
              <w:t>SS</w:t>
            </w:r>
            <w:r w:rsidRPr="00332DB8">
              <w:rPr>
                <w:lang w:val="ru-RU"/>
              </w:rPr>
              <w:t>»;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2880" w:type="dxa"/>
          </w:tcPr>
          <w:p w:rsidR="006F7457" w:rsidRPr="00332DB8" w:rsidRDefault="006F7457">
            <w:pPr>
              <w:rPr>
                <w:lang w:val="ru-RU"/>
              </w:rPr>
            </w:pPr>
          </w:p>
        </w:tc>
      </w:tr>
      <w:tr w:rsidR="006F7457" w:rsidRPr="005A424D">
        <w:tc>
          <w:tcPr>
            <w:tcW w:w="2880" w:type="dxa"/>
          </w:tcPr>
          <w:p w:rsidR="006F7457" w:rsidRDefault="00332DB8">
            <w:r>
              <w:t>2207.</w:t>
            </w:r>
          </w:p>
        </w:tc>
        <w:tc>
          <w:tcPr>
            <w:tcW w:w="2880" w:type="dxa"/>
          </w:tcPr>
          <w:p w:rsidR="006F7457" w:rsidRPr="00332DB8" w:rsidRDefault="00332DB8">
            <w:pPr>
              <w:rPr>
                <w:lang w:val="ru-RU"/>
              </w:rPr>
            </w:pPr>
            <w:r w:rsidRPr="00332DB8">
              <w:rPr>
                <w:lang w:val="ru-RU"/>
              </w:rPr>
              <w:t xml:space="preserve">Видеофонограммы, размещенные на странице под именем «Сергей Комлев» на сайте социальной сети «Вконтакте» по ссылке </w:t>
            </w:r>
            <w:r>
              <w:t>http</w:t>
            </w:r>
            <w:r w:rsidRPr="00332DB8">
              <w:rPr>
                <w:lang w:val="ru-RU"/>
              </w:rPr>
              <w:t>://</w:t>
            </w:r>
            <w:r>
              <w:t>vkontakte</w:t>
            </w:r>
            <w:r w:rsidRPr="00332DB8">
              <w:rPr>
                <w:lang w:val="ru-RU"/>
              </w:rPr>
              <w:t>.</w:t>
            </w:r>
            <w:r>
              <w:t>ru</w:t>
            </w:r>
            <w:r w:rsidRPr="00332DB8">
              <w:rPr>
                <w:lang w:val="ru-RU"/>
              </w:rPr>
              <w:t>/</w:t>
            </w:r>
            <w:r>
              <w:t>id</w:t>
            </w:r>
            <w:r w:rsidRPr="00332DB8">
              <w:rPr>
                <w:lang w:val="ru-RU"/>
              </w:rPr>
              <w:t>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2880" w:type="dxa"/>
          </w:tcPr>
          <w:p w:rsidR="006F7457" w:rsidRPr="00332DB8" w:rsidRDefault="006F7457">
            <w:pPr>
              <w:rPr>
                <w:lang w:val="ru-RU"/>
              </w:rPr>
            </w:pPr>
          </w:p>
        </w:tc>
      </w:tr>
      <w:tr w:rsidR="006F7457" w:rsidRPr="005A424D">
        <w:tc>
          <w:tcPr>
            <w:tcW w:w="2880" w:type="dxa"/>
          </w:tcPr>
          <w:p w:rsidR="006F7457" w:rsidRDefault="00332DB8">
            <w:r>
              <w:t>2208.</w:t>
            </w:r>
          </w:p>
        </w:tc>
        <w:tc>
          <w:tcPr>
            <w:tcW w:w="2880" w:type="dxa"/>
          </w:tcPr>
          <w:p w:rsidR="006F7457" w:rsidRPr="00332DB8" w:rsidRDefault="00332DB8">
            <w:pPr>
              <w:rPr>
                <w:lang w:val="ru-RU"/>
              </w:rPr>
            </w:pPr>
            <w:r w:rsidRPr="00332DB8">
              <w:rPr>
                <w:lang w:val="ru-RU"/>
              </w:rPr>
              <w:t xml:space="preserve">Видео файлы, размещенные в сети «Интернет» на ресурсе </w:t>
            </w:r>
            <w:r>
              <w:t>http</w:t>
            </w:r>
            <w:r w:rsidRPr="00332DB8">
              <w:rPr>
                <w:lang w:val="ru-RU"/>
              </w:rPr>
              <w:t>://</w:t>
            </w:r>
            <w:r>
              <w:t>vk</w:t>
            </w:r>
            <w:r w:rsidRPr="00332DB8">
              <w:rPr>
                <w:lang w:val="ru-RU"/>
              </w:rPr>
              <w:t>.</w:t>
            </w:r>
            <w:r>
              <w:t>com</w:t>
            </w:r>
            <w:r w:rsidRPr="00332DB8">
              <w:rPr>
                <w:lang w:val="ru-RU"/>
              </w:rPr>
              <w:t>/</w:t>
            </w:r>
            <w:r>
              <w:t>id</w:t>
            </w:r>
            <w:r w:rsidRPr="00332DB8">
              <w:rPr>
                <w:lang w:val="ru-RU"/>
              </w:rPr>
              <w:t>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2880" w:type="dxa"/>
          </w:tcPr>
          <w:p w:rsidR="006F7457" w:rsidRPr="00332DB8" w:rsidRDefault="006F7457">
            <w:pPr>
              <w:rPr>
                <w:lang w:val="ru-RU"/>
              </w:rPr>
            </w:pPr>
          </w:p>
        </w:tc>
      </w:tr>
      <w:tr w:rsidR="006F7457" w:rsidRPr="005A424D">
        <w:tc>
          <w:tcPr>
            <w:tcW w:w="2880" w:type="dxa"/>
          </w:tcPr>
          <w:p w:rsidR="006F7457" w:rsidRDefault="00332DB8">
            <w:r>
              <w:t>2209.</w:t>
            </w:r>
          </w:p>
        </w:tc>
        <w:tc>
          <w:tcPr>
            <w:tcW w:w="2880" w:type="dxa"/>
          </w:tcPr>
          <w:p w:rsidR="006F7457" w:rsidRPr="00332DB8" w:rsidRDefault="00332DB8">
            <w:pPr>
              <w:rPr>
                <w:lang w:val="ru-RU"/>
              </w:rPr>
            </w:pPr>
            <w:r w:rsidRPr="00332DB8">
              <w:rPr>
                <w:lang w:val="ru-RU"/>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2880" w:type="dxa"/>
          </w:tcPr>
          <w:p w:rsidR="006F7457" w:rsidRPr="00332DB8" w:rsidRDefault="006F7457">
            <w:pPr>
              <w:rPr>
                <w:lang w:val="ru-RU"/>
              </w:rPr>
            </w:pPr>
          </w:p>
        </w:tc>
      </w:tr>
      <w:tr w:rsidR="006F7457" w:rsidRPr="005A424D">
        <w:tc>
          <w:tcPr>
            <w:tcW w:w="2880" w:type="dxa"/>
          </w:tcPr>
          <w:p w:rsidR="006F7457" w:rsidRDefault="00332DB8">
            <w:r>
              <w:t>22</w:t>
            </w:r>
            <w:r>
              <w:lastRenderedPageBreak/>
              <w:t>10.</w:t>
            </w:r>
          </w:p>
        </w:tc>
        <w:tc>
          <w:tcPr>
            <w:tcW w:w="2880" w:type="dxa"/>
          </w:tcPr>
          <w:p w:rsidR="006F7457" w:rsidRPr="00332DB8" w:rsidRDefault="00332DB8">
            <w:pPr>
              <w:rPr>
                <w:lang w:val="ru-RU"/>
              </w:rPr>
            </w:pPr>
            <w:r w:rsidRPr="00332DB8">
              <w:rPr>
                <w:lang w:val="ru-RU"/>
              </w:rPr>
              <w:lastRenderedPageBreak/>
              <w:t xml:space="preserve">Интернет-ресурс </w:t>
            </w:r>
            <w:r>
              <w:t>http</w:t>
            </w:r>
            <w:r w:rsidRPr="00332DB8">
              <w:rPr>
                <w:lang w:val="ru-RU"/>
              </w:rPr>
              <w:t>://</w:t>
            </w:r>
            <w:r>
              <w:t>www</w:t>
            </w:r>
            <w:r w:rsidRPr="00332DB8">
              <w:rPr>
                <w:lang w:val="ru-RU"/>
              </w:rPr>
              <w:t>.</w:t>
            </w:r>
            <w:r>
              <w:t>ckunemp</w:t>
            </w:r>
            <w:r w:rsidRPr="00332DB8">
              <w:rPr>
                <w:lang w:val="ru-RU"/>
              </w:rPr>
              <w:t>.</w:t>
            </w:r>
            <w:r>
              <w:t>narod</w:t>
            </w:r>
            <w:r w:rsidRPr="00332DB8">
              <w:rPr>
                <w:lang w:val="ru-RU"/>
              </w:rPr>
              <w:t>.</w:t>
            </w:r>
            <w:r>
              <w:t>ru</w:t>
            </w:r>
            <w:r w:rsidRPr="00332DB8">
              <w:rPr>
                <w:lang w:val="ru-RU"/>
              </w:rPr>
              <w:t xml:space="preserve">, размещенный в информационно-телекоммуникационной сети Интернет (решение Кировского районного суда г. Ярославля от 24.09.2013 и апелляционное определение </w:t>
            </w:r>
            <w:r w:rsidRPr="00332DB8">
              <w:rPr>
                <w:lang w:val="ru-RU"/>
              </w:rPr>
              <w:lastRenderedPageBreak/>
              <w:t>Ярославского областного суда от 09.12.2013);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2211.</w:t>
            </w:r>
          </w:p>
        </w:tc>
        <w:tc>
          <w:tcPr>
            <w:tcW w:w="2880" w:type="dxa"/>
          </w:tcPr>
          <w:p w:rsidR="006F7457" w:rsidRPr="00332DB8" w:rsidRDefault="00332DB8">
            <w:pPr>
              <w:rPr>
                <w:lang w:val="ru-RU"/>
              </w:rPr>
            </w:pPr>
            <w:r w:rsidRPr="00332DB8">
              <w:rPr>
                <w:lang w:val="ru-RU"/>
              </w:rPr>
              <w:t xml:space="preserve">Информационные материалы «Совет сибирского народа», размещенные на Интернет-странице </w:t>
            </w:r>
            <w:r>
              <w:t>http</w:t>
            </w:r>
            <w:r w:rsidRPr="00332DB8">
              <w:rPr>
                <w:lang w:val="ru-RU"/>
              </w:rPr>
              <w:t>://</w:t>
            </w:r>
            <w:r>
              <w:t>sibsovet</w:t>
            </w:r>
            <w:r w:rsidRPr="00332DB8">
              <w:rPr>
                <w:lang w:val="ru-RU"/>
              </w:rPr>
              <w:t>.</w:t>
            </w:r>
            <w:r>
              <w:t>livejournal</w:t>
            </w:r>
            <w:r w:rsidRPr="00332DB8">
              <w:rPr>
                <w:lang w:val="ru-RU"/>
              </w:rPr>
              <w:t>.</w:t>
            </w:r>
            <w:r>
              <w:t>com</w:t>
            </w:r>
            <w:r w:rsidRPr="00332DB8">
              <w:rPr>
                <w:lang w:val="ru-RU"/>
              </w:rPr>
              <w:t xml:space="preserve"> (решение Октябрьского районного суда г. Красноярска от 23.09.2013);</w:t>
            </w:r>
          </w:p>
        </w:tc>
        <w:tc>
          <w:tcPr>
            <w:tcW w:w="2880" w:type="dxa"/>
          </w:tcPr>
          <w:p w:rsidR="006F7457" w:rsidRPr="00332DB8" w:rsidRDefault="006F7457">
            <w:pPr>
              <w:rPr>
                <w:lang w:val="ru-RU"/>
              </w:rPr>
            </w:pPr>
          </w:p>
        </w:tc>
      </w:tr>
      <w:tr w:rsidR="006F7457" w:rsidRPr="005A424D">
        <w:tc>
          <w:tcPr>
            <w:tcW w:w="2880" w:type="dxa"/>
          </w:tcPr>
          <w:p w:rsidR="006F7457" w:rsidRDefault="00332DB8">
            <w:r>
              <w:t>2212.</w:t>
            </w:r>
          </w:p>
        </w:tc>
        <w:tc>
          <w:tcPr>
            <w:tcW w:w="2880" w:type="dxa"/>
          </w:tcPr>
          <w:p w:rsidR="006F7457" w:rsidRPr="00332DB8" w:rsidRDefault="00332DB8">
            <w:pPr>
              <w:rPr>
                <w:lang w:val="ru-RU"/>
              </w:rPr>
            </w:pPr>
            <w:r w:rsidRPr="00332DB8">
              <w:rPr>
                <w:lang w:val="ru-RU"/>
              </w:rPr>
              <w:t xml:space="preserve">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w:t>
            </w:r>
            <w:r>
              <w:t>http</w:t>
            </w:r>
            <w:r w:rsidRPr="00332DB8">
              <w:rPr>
                <w:lang w:val="ru-RU"/>
              </w:rPr>
              <w:t>://</w:t>
            </w:r>
            <w:r>
              <w:t>com</w:t>
            </w:r>
            <w:r w:rsidRPr="00332DB8">
              <w:rPr>
                <w:lang w:val="ru-RU"/>
              </w:rPr>
              <w:t>/</w:t>
            </w:r>
            <w:r>
              <w:t>id</w:t>
            </w:r>
            <w:r w:rsidRPr="00332DB8">
              <w:rPr>
                <w:lang w:val="ru-RU"/>
              </w:rPr>
              <w:t>10953071 (</w:t>
            </w:r>
            <w:r>
              <w:t>Atamanalex</w:t>
            </w:r>
            <w:r w:rsidRPr="00332DB8">
              <w:rPr>
                <w:lang w:val="ru-RU"/>
              </w:rPr>
              <w:t>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2880" w:type="dxa"/>
          </w:tcPr>
          <w:p w:rsidR="006F7457" w:rsidRPr="00332DB8" w:rsidRDefault="006F7457">
            <w:pPr>
              <w:rPr>
                <w:lang w:val="ru-RU"/>
              </w:rPr>
            </w:pPr>
          </w:p>
        </w:tc>
      </w:tr>
      <w:tr w:rsidR="006F7457" w:rsidRPr="005A424D">
        <w:tc>
          <w:tcPr>
            <w:tcW w:w="2880" w:type="dxa"/>
          </w:tcPr>
          <w:p w:rsidR="006F7457" w:rsidRDefault="00332DB8">
            <w:r>
              <w:t>2213.</w:t>
            </w:r>
          </w:p>
        </w:tc>
        <w:tc>
          <w:tcPr>
            <w:tcW w:w="2880" w:type="dxa"/>
          </w:tcPr>
          <w:p w:rsidR="006F7457" w:rsidRPr="00332DB8" w:rsidRDefault="00332DB8">
            <w:pPr>
              <w:rPr>
                <w:lang w:val="ru-RU"/>
              </w:rPr>
            </w:pPr>
            <w:r w:rsidRPr="00332DB8">
              <w:rPr>
                <w:lang w:val="ru-RU"/>
              </w:rPr>
              <w:t>Видеоролики «Вдохновляй» и «Наставление сестер»; интернет страница пользователя под названием «</w:t>
            </w:r>
            <w:r>
              <w:t>Muslimka</w:t>
            </w:r>
            <w:r w:rsidRPr="00332DB8">
              <w:rPr>
                <w:lang w:val="ru-RU"/>
              </w:rPr>
              <w:t xml:space="preserve"> </w:t>
            </w:r>
            <w:r>
              <w:t>Fisanbilil</w:t>
            </w:r>
            <w:r w:rsidRPr="00332DB8">
              <w:rPr>
                <w:lang w:val="ru-RU"/>
              </w:rPr>
              <w:t>-</w:t>
            </w:r>
            <w:r>
              <w:t>lah</w:t>
            </w:r>
            <w:r w:rsidRPr="00332DB8">
              <w:rPr>
                <w:lang w:val="ru-RU"/>
              </w:rPr>
              <w:t xml:space="preserve">», под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143448018 (решение Ленинского районного суда г. Ростова-на-Дону от 18.06.2013);</w:t>
            </w:r>
          </w:p>
        </w:tc>
        <w:tc>
          <w:tcPr>
            <w:tcW w:w="2880" w:type="dxa"/>
          </w:tcPr>
          <w:p w:rsidR="006F7457" w:rsidRPr="00332DB8" w:rsidRDefault="006F7457">
            <w:pPr>
              <w:rPr>
                <w:lang w:val="ru-RU"/>
              </w:rPr>
            </w:pPr>
          </w:p>
        </w:tc>
      </w:tr>
      <w:tr w:rsidR="006F7457" w:rsidRPr="005A424D">
        <w:tc>
          <w:tcPr>
            <w:tcW w:w="2880" w:type="dxa"/>
          </w:tcPr>
          <w:p w:rsidR="006F7457" w:rsidRDefault="00332DB8">
            <w:r>
              <w:t>2214.</w:t>
            </w:r>
          </w:p>
        </w:tc>
        <w:tc>
          <w:tcPr>
            <w:tcW w:w="2880" w:type="dxa"/>
          </w:tcPr>
          <w:p w:rsidR="006F7457" w:rsidRPr="00332DB8" w:rsidRDefault="00332DB8">
            <w:pPr>
              <w:rPr>
                <w:lang w:val="ru-RU"/>
              </w:rPr>
            </w:pPr>
            <w:r w:rsidRPr="00332DB8">
              <w:rPr>
                <w:lang w:val="ru-RU"/>
              </w:rPr>
              <w:t>Видеоролик «Обращение муджахеда»; интернет страница пользователя под названием «</w:t>
            </w:r>
            <w:r>
              <w:t>Mudjahid</w:t>
            </w:r>
            <w:r w:rsidRPr="00332DB8">
              <w:rPr>
                <w:lang w:val="ru-RU"/>
              </w:rPr>
              <w:t xml:space="preserve"> </w:t>
            </w:r>
            <w:r>
              <w:t>Insha</w:t>
            </w:r>
            <w:r w:rsidRPr="00332DB8">
              <w:rPr>
                <w:lang w:val="ru-RU"/>
              </w:rPr>
              <w:t>-</w:t>
            </w:r>
            <w:r>
              <w:t>Allah</w:t>
            </w:r>
            <w:r w:rsidRPr="00332DB8">
              <w:rPr>
                <w:lang w:val="ru-RU"/>
              </w:rPr>
              <w:t xml:space="preserve">», под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67839215 (решение Ленинского районного суда г. Ростова-на-Дону от 18.06.2013);</w:t>
            </w:r>
          </w:p>
        </w:tc>
        <w:tc>
          <w:tcPr>
            <w:tcW w:w="2880" w:type="dxa"/>
          </w:tcPr>
          <w:p w:rsidR="006F7457" w:rsidRPr="00332DB8" w:rsidRDefault="006F7457">
            <w:pPr>
              <w:rPr>
                <w:lang w:val="ru-RU"/>
              </w:rPr>
            </w:pPr>
          </w:p>
        </w:tc>
      </w:tr>
      <w:tr w:rsidR="006F7457" w:rsidRPr="005A424D">
        <w:tc>
          <w:tcPr>
            <w:tcW w:w="2880" w:type="dxa"/>
          </w:tcPr>
          <w:p w:rsidR="006F7457" w:rsidRDefault="00332DB8">
            <w:r>
              <w:t>221</w:t>
            </w:r>
            <w:r>
              <w:lastRenderedPageBreak/>
              <w:t>5.</w:t>
            </w:r>
          </w:p>
        </w:tc>
        <w:tc>
          <w:tcPr>
            <w:tcW w:w="2880" w:type="dxa"/>
          </w:tcPr>
          <w:p w:rsidR="006F7457" w:rsidRPr="00332DB8" w:rsidRDefault="00332DB8">
            <w:pPr>
              <w:rPr>
                <w:lang w:val="ru-RU"/>
              </w:rPr>
            </w:pPr>
            <w:r w:rsidRPr="00332DB8">
              <w:rPr>
                <w:lang w:val="ru-RU"/>
              </w:rPr>
              <w:lastRenderedPageBreak/>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w:t>
            </w:r>
            <w:r>
              <w:t>http</w:t>
            </w:r>
            <w:r w:rsidRPr="00332DB8">
              <w:rPr>
                <w:lang w:val="ru-RU"/>
              </w:rPr>
              <w:t>://</w:t>
            </w:r>
            <w:r>
              <w:t>vk</w:t>
            </w:r>
            <w:r w:rsidRPr="00332DB8">
              <w:rPr>
                <w:lang w:val="ru-RU"/>
              </w:rPr>
              <w:t>/</w:t>
            </w:r>
            <w:r>
              <w:t>com</w:t>
            </w:r>
            <w:r w:rsidRPr="00332DB8">
              <w:rPr>
                <w:lang w:val="ru-RU"/>
              </w:rPr>
              <w:t>/</w:t>
            </w:r>
            <w:r>
              <w:t>id</w:t>
            </w:r>
            <w:r w:rsidRPr="00332DB8">
              <w:rPr>
                <w:lang w:val="ru-RU"/>
              </w:rPr>
              <w:t>47890215) (решение Сыктывкарского городского суда Республики Коми от 21.10.2013);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2216.</w:t>
            </w:r>
          </w:p>
        </w:tc>
        <w:tc>
          <w:tcPr>
            <w:tcW w:w="2880" w:type="dxa"/>
          </w:tcPr>
          <w:p w:rsidR="006F7457" w:rsidRPr="00332DB8" w:rsidRDefault="00332DB8">
            <w:pPr>
              <w:rPr>
                <w:lang w:val="ru-RU"/>
              </w:rPr>
            </w:pPr>
            <w:r w:rsidRPr="00332DB8">
              <w:rPr>
                <w:lang w:val="ru-RU"/>
              </w:rPr>
              <w:t>Информационный материал – видеоролик под наименованием «</w:t>
            </w:r>
            <w:r>
              <w:t>dokku</w:t>
            </w:r>
            <w:r w:rsidRPr="00332DB8">
              <w:rPr>
                <w:lang w:val="ru-RU"/>
              </w:rPr>
              <w:t>_</w:t>
            </w:r>
            <w:r>
              <w:t>on</w:t>
            </w:r>
            <w:r w:rsidRPr="00332DB8">
              <w:rPr>
                <w:lang w:val="ru-RU"/>
              </w:rPr>
              <w:t>_</w:t>
            </w:r>
            <w:r>
              <w:t>olimpics</w:t>
            </w:r>
            <w:r w:rsidRPr="00332DB8">
              <w:rPr>
                <w:lang w:val="ru-RU"/>
              </w:rPr>
              <w:t>_2013» (10.07.2013 13:41) формата *</w:t>
            </w:r>
            <w:r>
              <w:t>mp</w:t>
            </w:r>
            <w:r w:rsidRPr="00332DB8">
              <w:rPr>
                <w:lang w:val="ru-RU"/>
              </w:rPr>
              <w:t xml:space="preserve">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w:t>
            </w:r>
            <w:r>
              <w:t>http</w:t>
            </w:r>
            <w:r w:rsidRPr="00332DB8">
              <w:rPr>
                <w:lang w:val="ru-RU"/>
              </w:rPr>
              <w:t>://</w:t>
            </w:r>
            <w:r>
              <w:t>vchera</w:t>
            </w:r>
            <w:r w:rsidRPr="00332DB8">
              <w:rPr>
                <w:lang w:val="ru-RU"/>
              </w:rPr>
              <w:t>.</w:t>
            </w:r>
            <w:r>
              <w:t>com</w:t>
            </w:r>
            <w:r w:rsidRPr="00332DB8">
              <w:rPr>
                <w:lang w:val="ru-RU"/>
              </w:rPr>
              <w:t>/</w:t>
            </w:r>
            <w:r>
              <w:t>news</w:t>
            </w:r>
            <w:r w:rsidRPr="00332DB8">
              <w:rPr>
                <w:lang w:val="ru-RU"/>
              </w:rPr>
              <w:t>/49637 (решение Ленинского районного суда г. Краснодара от 06.11.2013);</w:t>
            </w:r>
          </w:p>
        </w:tc>
        <w:tc>
          <w:tcPr>
            <w:tcW w:w="2880" w:type="dxa"/>
          </w:tcPr>
          <w:p w:rsidR="006F7457" w:rsidRPr="00332DB8" w:rsidRDefault="006F7457">
            <w:pPr>
              <w:rPr>
                <w:lang w:val="ru-RU"/>
              </w:rPr>
            </w:pPr>
          </w:p>
        </w:tc>
      </w:tr>
      <w:tr w:rsidR="006F7457" w:rsidRPr="005A424D">
        <w:tc>
          <w:tcPr>
            <w:tcW w:w="2880" w:type="dxa"/>
          </w:tcPr>
          <w:p w:rsidR="006F7457" w:rsidRDefault="00332DB8">
            <w:r>
              <w:t>2217.</w:t>
            </w:r>
          </w:p>
        </w:tc>
        <w:tc>
          <w:tcPr>
            <w:tcW w:w="2880" w:type="dxa"/>
          </w:tcPr>
          <w:p w:rsidR="006F7457" w:rsidRPr="00332DB8" w:rsidRDefault="00332DB8">
            <w:pPr>
              <w:rPr>
                <w:lang w:val="ru-RU"/>
              </w:rPr>
            </w:pPr>
            <w:r w:rsidRPr="00332DB8">
              <w:rPr>
                <w:lang w:val="ru-RU"/>
              </w:rPr>
              <w:t xml:space="preserve">Текст произведения (стихотворения) «Москва – уже Кавказ…», расположенный по электронному адресу: </w:t>
            </w:r>
            <w:r>
              <w:t>http</w:t>
            </w:r>
            <w:r w:rsidRPr="00332DB8">
              <w:rPr>
                <w:lang w:val="ru-RU"/>
              </w:rPr>
              <w:t>://</w:t>
            </w:r>
            <w:r>
              <w:t>byverse</w:t>
            </w:r>
            <w:r w:rsidRPr="00332DB8">
              <w:rPr>
                <w:lang w:val="ru-RU"/>
              </w:rPr>
              <w:t>.</w:t>
            </w:r>
            <w:r>
              <w:t>ru</w:t>
            </w:r>
            <w:r w:rsidRPr="00332DB8">
              <w:rPr>
                <w:lang w:val="ru-RU"/>
              </w:rPr>
              <w:t>/?</w:t>
            </w:r>
            <w:r>
              <w:t>p</w:t>
            </w:r>
            <w:r w:rsidRPr="00332DB8">
              <w:rPr>
                <w:lang w:val="ru-RU"/>
              </w:rPr>
              <w:t>=905#</w:t>
            </w:r>
            <w:r>
              <w:t>more</w:t>
            </w:r>
            <w:r w:rsidRPr="00332DB8">
              <w:rPr>
                <w:lang w:val="ru-RU"/>
              </w:rPr>
              <w:t>-905 (решение Кромского районного суда Орловской области от 18.11.2013);</w:t>
            </w:r>
          </w:p>
        </w:tc>
        <w:tc>
          <w:tcPr>
            <w:tcW w:w="2880" w:type="dxa"/>
          </w:tcPr>
          <w:p w:rsidR="006F7457" w:rsidRPr="00332DB8" w:rsidRDefault="006F7457">
            <w:pPr>
              <w:rPr>
                <w:lang w:val="ru-RU"/>
              </w:rPr>
            </w:pPr>
          </w:p>
        </w:tc>
      </w:tr>
      <w:tr w:rsidR="006F7457" w:rsidRPr="005A424D">
        <w:tc>
          <w:tcPr>
            <w:tcW w:w="2880" w:type="dxa"/>
          </w:tcPr>
          <w:p w:rsidR="006F7457" w:rsidRDefault="00332DB8">
            <w:r>
              <w:t>2218.</w:t>
            </w:r>
          </w:p>
        </w:tc>
        <w:tc>
          <w:tcPr>
            <w:tcW w:w="2880" w:type="dxa"/>
          </w:tcPr>
          <w:p w:rsidR="006F7457" w:rsidRPr="00332DB8" w:rsidRDefault="00332DB8">
            <w:pPr>
              <w:rPr>
                <w:lang w:val="ru-RU"/>
              </w:rPr>
            </w:pPr>
            <w:r w:rsidRPr="00332DB8">
              <w:rPr>
                <w:lang w:val="ru-RU"/>
              </w:rPr>
              <w:t xml:space="preserve">Текст произведения (стихотворения) «бей жидов» автора А. Харчикова, расположенный по электронному адресу: </w:t>
            </w:r>
            <w:r>
              <w:t>http</w:t>
            </w:r>
            <w:r w:rsidRPr="00332DB8">
              <w:rPr>
                <w:lang w:val="ru-RU"/>
              </w:rPr>
              <w:t>://</w:t>
            </w:r>
            <w:r>
              <w:t>alllyrix</w:t>
            </w:r>
            <w:r w:rsidRPr="00332DB8">
              <w:rPr>
                <w:lang w:val="ru-RU"/>
              </w:rPr>
              <w:t>.</w:t>
            </w:r>
            <w:r>
              <w:t>ru</w:t>
            </w:r>
            <w:r w:rsidRPr="00332DB8">
              <w:rPr>
                <w:lang w:val="ru-RU"/>
              </w:rPr>
              <w:t>/</w:t>
            </w:r>
            <w:r>
              <w:t>lyrics</w:t>
            </w:r>
            <w:r w:rsidRPr="00332DB8">
              <w:rPr>
                <w:lang w:val="ru-RU"/>
              </w:rPr>
              <w:t>.</w:t>
            </w:r>
            <w:r>
              <w:t>php</w:t>
            </w:r>
            <w:r w:rsidRPr="00332DB8">
              <w:rPr>
                <w:lang w:val="ru-RU"/>
              </w:rPr>
              <w:t>?</w:t>
            </w:r>
            <w:r>
              <w:t>id</w:t>
            </w:r>
            <w:r w:rsidRPr="00332DB8">
              <w:rPr>
                <w:lang w:val="ru-RU"/>
              </w:rPr>
              <w:t>=17071 (решение Кромского районного суда Орловской области от 18.11.2013);</w:t>
            </w:r>
          </w:p>
        </w:tc>
        <w:tc>
          <w:tcPr>
            <w:tcW w:w="2880" w:type="dxa"/>
          </w:tcPr>
          <w:p w:rsidR="006F7457" w:rsidRPr="00332DB8" w:rsidRDefault="006F7457">
            <w:pPr>
              <w:rPr>
                <w:lang w:val="ru-RU"/>
              </w:rPr>
            </w:pPr>
          </w:p>
        </w:tc>
      </w:tr>
      <w:tr w:rsidR="006F7457" w:rsidRPr="005A424D">
        <w:tc>
          <w:tcPr>
            <w:tcW w:w="2880" w:type="dxa"/>
          </w:tcPr>
          <w:p w:rsidR="006F7457" w:rsidRDefault="00332DB8">
            <w:r>
              <w:t>2219.</w:t>
            </w:r>
          </w:p>
        </w:tc>
        <w:tc>
          <w:tcPr>
            <w:tcW w:w="2880" w:type="dxa"/>
          </w:tcPr>
          <w:p w:rsidR="006F7457" w:rsidRPr="00332DB8" w:rsidRDefault="00332DB8">
            <w:pPr>
              <w:rPr>
                <w:lang w:val="ru-RU"/>
              </w:rPr>
            </w:pPr>
            <w:r w:rsidRPr="00332DB8">
              <w:rPr>
                <w:lang w:val="ru-RU"/>
              </w:rPr>
              <w:t xml:space="preserve">Текст произведения (стихотворения) «убей жида», расположенный по адресу: </w:t>
            </w:r>
            <w:r>
              <w:t>za</w:t>
            </w:r>
            <w:r w:rsidRPr="00332DB8">
              <w:rPr>
                <w:lang w:val="ru-RU"/>
              </w:rPr>
              <w:t>-</w:t>
            </w:r>
            <w:r>
              <w:t>info</w:t>
            </w:r>
            <w:r w:rsidRPr="00332DB8">
              <w:rPr>
                <w:lang w:val="ru-RU"/>
              </w:rPr>
              <w:t>.</w:t>
            </w:r>
            <w:r>
              <w:t>ru</w:t>
            </w:r>
            <w:r w:rsidRPr="00332DB8">
              <w:rPr>
                <w:lang w:val="ru-RU"/>
              </w:rPr>
              <w:t>/</w:t>
            </w:r>
            <w:r>
              <w:t>stihi</w:t>
            </w:r>
            <w:r w:rsidRPr="00332DB8">
              <w:rPr>
                <w:lang w:val="ru-RU"/>
              </w:rPr>
              <w:t>/37-</w:t>
            </w:r>
            <w:r>
              <w:t>arhipov</w:t>
            </w:r>
            <w:r w:rsidRPr="00332DB8">
              <w:rPr>
                <w:lang w:val="ru-RU"/>
              </w:rPr>
              <w:t>/1118-</w:t>
            </w:r>
            <w:r>
              <w:t>jid</w:t>
            </w:r>
            <w:r w:rsidRPr="00332DB8">
              <w:rPr>
                <w:lang w:val="ru-RU"/>
              </w:rPr>
              <w:t>.</w:t>
            </w:r>
            <w:r>
              <w:t>html</w:t>
            </w:r>
            <w:r w:rsidRPr="00332DB8">
              <w:rPr>
                <w:lang w:val="ru-RU"/>
              </w:rPr>
              <w:t xml:space="preserve"> (решение Кромского районного суда Орловской области от 18.11.2013);</w:t>
            </w:r>
          </w:p>
        </w:tc>
        <w:tc>
          <w:tcPr>
            <w:tcW w:w="2880" w:type="dxa"/>
          </w:tcPr>
          <w:p w:rsidR="006F7457" w:rsidRPr="00332DB8" w:rsidRDefault="006F7457">
            <w:pPr>
              <w:rPr>
                <w:lang w:val="ru-RU"/>
              </w:rPr>
            </w:pPr>
          </w:p>
        </w:tc>
      </w:tr>
      <w:tr w:rsidR="006F7457" w:rsidRPr="005A424D">
        <w:tc>
          <w:tcPr>
            <w:tcW w:w="2880" w:type="dxa"/>
          </w:tcPr>
          <w:p w:rsidR="006F7457" w:rsidRDefault="00332DB8">
            <w:r>
              <w:t>2220.</w:t>
            </w:r>
          </w:p>
        </w:tc>
        <w:tc>
          <w:tcPr>
            <w:tcW w:w="2880" w:type="dxa"/>
          </w:tcPr>
          <w:p w:rsidR="006F7457" w:rsidRPr="00332DB8" w:rsidRDefault="00332DB8">
            <w:pPr>
              <w:rPr>
                <w:lang w:val="ru-RU"/>
              </w:rPr>
            </w:pPr>
            <w:r w:rsidRPr="00332DB8">
              <w:rPr>
                <w:lang w:val="ru-RU"/>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2221.</w:t>
            </w:r>
          </w:p>
        </w:tc>
        <w:tc>
          <w:tcPr>
            <w:tcW w:w="2880" w:type="dxa"/>
          </w:tcPr>
          <w:p w:rsidR="006F7457" w:rsidRPr="00332DB8" w:rsidRDefault="00332DB8">
            <w:pPr>
              <w:rPr>
                <w:lang w:val="ru-RU"/>
              </w:rPr>
            </w:pPr>
            <w:r>
              <w:t xml:space="preserve">Информационные материалы – аудио-записи: файлы: «Бухенвальд Флава - Убей иммигранта п.у. Ленина Пакет» - «Buhenval'd Flava - Ubej immigranta p.u. Lenina Paket»; «КРЭК - О1. </w:t>
            </w:r>
            <w:r w:rsidRPr="00332DB8">
              <w:rPr>
                <w:lang w:val="ru-RU"/>
              </w:rPr>
              <w:t>Вечный рай» - «</w:t>
            </w:r>
            <w:r>
              <w:t>KREK</w:t>
            </w:r>
            <w:r w:rsidRPr="00332DB8">
              <w:rPr>
                <w:lang w:val="ru-RU"/>
              </w:rPr>
              <w:t xml:space="preserve"> - </w:t>
            </w:r>
            <w:r>
              <w:t>O</w:t>
            </w:r>
            <w:r w:rsidRPr="00332DB8">
              <w:rPr>
                <w:lang w:val="ru-RU"/>
              </w:rPr>
              <w:t xml:space="preserve">1. </w:t>
            </w:r>
            <w:r>
              <w:t>Vechnyj</w:t>
            </w:r>
            <w:r w:rsidRPr="00332DB8">
              <w:rPr>
                <w:lang w:val="ru-RU"/>
              </w:rPr>
              <w:t xml:space="preserve"> </w:t>
            </w:r>
            <w:r>
              <w:t>raj</w:t>
            </w:r>
            <w:r w:rsidRPr="00332DB8">
              <w:rPr>
                <w:lang w:val="ru-RU"/>
              </w:rPr>
              <w:t>»; «Железный порядок - 88» - «</w:t>
            </w:r>
            <w:r>
              <w:t>ZHeleznyj</w:t>
            </w:r>
            <w:r w:rsidRPr="00332DB8">
              <w:rPr>
                <w:lang w:val="ru-RU"/>
              </w:rPr>
              <w:t xml:space="preserve"> </w:t>
            </w:r>
            <w:r>
              <w:t>poryadok</w:t>
            </w:r>
            <w:r w:rsidRPr="00332DB8">
              <w:rPr>
                <w:lang w:val="ru-RU"/>
              </w:rPr>
              <w:t>-88» «</w:t>
            </w:r>
            <w:r>
              <w:t>ZHeleznyj</w:t>
            </w:r>
            <w:r w:rsidRPr="00332DB8">
              <w:rPr>
                <w:lang w:val="ru-RU"/>
              </w:rPr>
              <w:t xml:space="preserve"> </w:t>
            </w:r>
            <w:r>
              <w:t>poryadok</w:t>
            </w:r>
            <w:r w:rsidRPr="00332DB8">
              <w:rPr>
                <w:lang w:val="ru-RU"/>
              </w:rPr>
              <w:t xml:space="preserve"> - 88» (решение Мысковского городского суда Кемеровской области от 23.09.2013);</w:t>
            </w:r>
          </w:p>
        </w:tc>
        <w:tc>
          <w:tcPr>
            <w:tcW w:w="2880" w:type="dxa"/>
          </w:tcPr>
          <w:p w:rsidR="006F7457" w:rsidRPr="00332DB8" w:rsidRDefault="006F7457">
            <w:pPr>
              <w:rPr>
                <w:lang w:val="ru-RU"/>
              </w:rPr>
            </w:pPr>
          </w:p>
        </w:tc>
      </w:tr>
      <w:tr w:rsidR="006F7457" w:rsidRPr="005A424D">
        <w:tc>
          <w:tcPr>
            <w:tcW w:w="2880" w:type="dxa"/>
          </w:tcPr>
          <w:p w:rsidR="006F7457" w:rsidRDefault="00332DB8">
            <w:r>
              <w:t>2222.</w:t>
            </w:r>
          </w:p>
        </w:tc>
        <w:tc>
          <w:tcPr>
            <w:tcW w:w="2880" w:type="dxa"/>
          </w:tcPr>
          <w:p w:rsidR="006F7457" w:rsidRPr="00332DB8" w:rsidRDefault="00332DB8">
            <w:pPr>
              <w:rPr>
                <w:lang w:val="ru-RU"/>
              </w:rPr>
            </w:pPr>
            <w:r w:rsidRPr="00332DB8">
              <w:rPr>
                <w:lang w:val="ru-RU"/>
              </w:rPr>
              <w:t xml:space="preserve">Видеоролик под названием «Почему скинза что и ...(нецензурное слово) Девушки смотрите для вас! За что ски», размещенный на персональной странице </w:t>
            </w:r>
            <w:r>
              <w:t>http</w:t>
            </w:r>
            <w:r w:rsidRPr="00332DB8">
              <w:rPr>
                <w:lang w:val="ru-RU"/>
              </w:rPr>
              <w:t>:</w:t>
            </w:r>
            <w:r>
              <w:t>vk</w:t>
            </w:r>
            <w:r w:rsidRPr="00332DB8">
              <w:rPr>
                <w:lang w:val="ru-RU"/>
              </w:rPr>
              <w:t xml:space="preserve">. </w:t>
            </w:r>
            <w:r>
              <w:t>com</w:t>
            </w:r>
            <w:r w:rsidRPr="00332DB8">
              <w:rPr>
                <w:lang w:val="ru-RU"/>
              </w:rPr>
              <w:t xml:space="preserve">/ </w:t>
            </w:r>
            <w:r>
              <w:t>id</w:t>
            </w:r>
            <w:r w:rsidRPr="00332DB8">
              <w:rPr>
                <w:lang w:val="ru-RU"/>
              </w:rPr>
              <w:t>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2880" w:type="dxa"/>
          </w:tcPr>
          <w:p w:rsidR="006F7457" w:rsidRPr="00332DB8" w:rsidRDefault="006F7457">
            <w:pPr>
              <w:rPr>
                <w:lang w:val="ru-RU"/>
              </w:rPr>
            </w:pPr>
          </w:p>
        </w:tc>
      </w:tr>
      <w:tr w:rsidR="006F7457" w:rsidRPr="005A424D">
        <w:tc>
          <w:tcPr>
            <w:tcW w:w="2880" w:type="dxa"/>
          </w:tcPr>
          <w:p w:rsidR="006F7457" w:rsidRDefault="00332DB8">
            <w:r>
              <w:t>2223.</w:t>
            </w:r>
          </w:p>
        </w:tc>
        <w:tc>
          <w:tcPr>
            <w:tcW w:w="2880" w:type="dxa"/>
          </w:tcPr>
          <w:p w:rsidR="006F7457" w:rsidRPr="00332DB8" w:rsidRDefault="00332DB8">
            <w:pPr>
              <w:rPr>
                <w:lang w:val="ru-RU"/>
              </w:rPr>
            </w:pPr>
            <w:r w:rsidRPr="00332DB8">
              <w:rPr>
                <w:lang w:val="ru-RU"/>
              </w:rPr>
              <w:t xml:space="preserve">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156771693_161941156 (решение Центрального районного суда г. Воронежа от 11.10.2013);</w:t>
            </w:r>
          </w:p>
        </w:tc>
        <w:tc>
          <w:tcPr>
            <w:tcW w:w="2880" w:type="dxa"/>
          </w:tcPr>
          <w:p w:rsidR="006F7457" w:rsidRPr="00332DB8" w:rsidRDefault="006F7457">
            <w:pPr>
              <w:rPr>
                <w:lang w:val="ru-RU"/>
              </w:rPr>
            </w:pPr>
          </w:p>
        </w:tc>
      </w:tr>
      <w:tr w:rsidR="006F7457" w:rsidRPr="005A424D">
        <w:tc>
          <w:tcPr>
            <w:tcW w:w="2880" w:type="dxa"/>
          </w:tcPr>
          <w:p w:rsidR="006F7457" w:rsidRDefault="00332DB8">
            <w:r>
              <w:t>2224.</w:t>
            </w:r>
          </w:p>
        </w:tc>
        <w:tc>
          <w:tcPr>
            <w:tcW w:w="2880" w:type="dxa"/>
          </w:tcPr>
          <w:p w:rsidR="006F7457" w:rsidRPr="00332DB8" w:rsidRDefault="00332DB8">
            <w:pPr>
              <w:rPr>
                <w:lang w:val="ru-RU"/>
              </w:rPr>
            </w:pPr>
            <w:r w:rsidRPr="00332DB8">
              <w:rPr>
                <w:lang w:val="ru-RU"/>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2880" w:type="dxa"/>
          </w:tcPr>
          <w:p w:rsidR="006F7457" w:rsidRPr="00332DB8" w:rsidRDefault="006F7457">
            <w:pPr>
              <w:rPr>
                <w:lang w:val="ru-RU"/>
              </w:rPr>
            </w:pPr>
          </w:p>
        </w:tc>
      </w:tr>
      <w:tr w:rsidR="006F7457" w:rsidRPr="005A424D">
        <w:tc>
          <w:tcPr>
            <w:tcW w:w="2880" w:type="dxa"/>
          </w:tcPr>
          <w:p w:rsidR="006F7457" w:rsidRDefault="00332DB8">
            <w:r>
              <w:t>2225.</w:t>
            </w:r>
          </w:p>
        </w:tc>
        <w:tc>
          <w:tcPr>
            <w:tcW w:w="2880" w:type="dxa"/>
          </w:tcPr>
          <w:p w:rsidR="006F7457" w:rsidRPr="00332DB8" w:rsidRDefault="00332DB8">
            <w:pPr>
              <w:rPr>
                <w:lang w:val="ru-RU"/>
              </w:rPr>
            </w:pPr>
            <w:r w:rsidRPr="00332DB8">
              <w:rPr>
                <w:lang w:val="ru-RU"/>
              </w:rPr>
              <w:t xml:space="preserve">Видеоматериал под названием: «Интересное видео», продолжительностью 8 минут 38 секунд, размещенный в сети «Интернет»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50878676_156382724; видеоматериал под названием: «Муджахиды о терроризме», продолжительностью 8 минут 13 секунд, размещенный в сети «Интернет»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50848676_147979430 (решение Ленинского районного суда г. Воронежа от 22.10.2013);</w:t>
            </w:r>
          </w:p>
        </w:tc>
        <w:tc>
          <w:tcPr>
            <w:tcW w:w="2880" w:type="dxa"/>
          </w:tcPr>
          <w:p w:rsidR="006F7457" w:rsidRPr="00332DB8" w:rsidRDefault="006F7457">
            <w:pPr>
              <w:rPr>
                <w:lang w:val="ru-RU"/>
              </w:rPr>
            </w:pPr>
          </w:p>
        </w:tc>
      </w:tr>
      <w:tr w:rsidR="006F7457" w:rsidRPr="005A424D">
        <w:tc>
          <w:tcPr>
            <w:tcW w:w="2880" w:type="dxa"/>
          </w:tcPr>
          <w:p w:rsidR="006F7457" w:rsidRDefault="00332DB8">
            <w:r>
              <w:t>22</w:t>
            </w:r>
            <w:r>
              <w:lastRenderedPageBreak/>
              <w:t>26.</w:t>
            </w:r>
          </w:p>
        </w:tc>
        <w:tc>
          <w:tcPr>
            <w:tcW w:w="2880" w:type="dxa"/>
          </w:tcPr>
          <w:p w:rsidR="006F7457" w:rsidRPr="00332DB8" w:rsidRDefault="00332DB8">
            <w:pPr>
              <w:rPr>
                <w:lang w:val="ru-RU"/>
              </w:rPr>
            </w:pPr>
            <w:r w:rsidRPr="00332DB8">
              <w:rPr>
                <w:lang w:val="ru-RU"/>
              </w:rPr>
              <w:lastRenderedPageBreak/>
              <w:t xml:space="preserve">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w:t>
            </w:r>
            <w:r w:rsidRPr="00332DB8">
              <w:rPr>
                <w:lang w:val="ru-RU"/>
              </w:rPr>
              <w:lastRenderedPageBreak/>
              <w:t>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2227.</w:t>
            </w:r>
          </w:p>
        </w:tc>
        <w:tc>
          <w:tcPr>
            <w:tcW w:w="2880" w:type="dxa"/>
          </w:tcPr>
          <w:p w:rsidR="006F7457" w:rsidRPr="00332DB8" w:rsidRDefault="00332DB8">
            <w:pPr>
              <w:rPr>
                <w:lang w:val="ru-RU"/>
              </w:rPr>
            </w:pPr>
            <w:r w:rsidRPr="00332DB8">
              <w:rPr>
                <w:lang w:val="ru-RU"/>
              </w:rPr>
              <w:t>Видеоролик «</w:t>
            </w:r>
            <w:r>
              <w:t>NS</w:t>
            </w:r>
            <w:r w:rsidRPr="00332DB8">
              <w:rPr>
                <w:lang w:val="ru-RU"/>
              </w:rPr>
              <w:t>/</w:t>
            </w:r>
            <w:r>
              <w:t>WP</w:t>
            </w:r>
            <w:r w:rsidRPr="00332DB8">
              <w:rPr>
                <w:lang w:val="ru-RU"/>
              </w:rPr>
              <w:t xml:space="preserve"> Зачистка тамбура!» продолжительностью 54 секунды (решение Ленинского районного суда г. Воронежа от 10.10.2013);</w:t>
            </w:r>
          </w:p>
        </w:tc>
        <w:tc>
          <w:tcPr>
            <w:tcW w:w="2880" w:type="dxa"/>
          </w:tcPr>
          <w:p w:rsidR="006F7457" w:rsidRPr="00332DB8" w:rsidRDefault="006F7457">
            <w:pPr>
              <w:rPr>
                <w:lang w:val="ru-RU"/>
              </w:rPr>
            </w:pPr>
          </w:p>
        </w:tc>
      </w:tr>
      <w:tr w:rsidR="006F7457" w:rsidRPr="005A424D">
        <w:tc>
          <w:tcPr>
            <w:tcW w:w="2880" w:type="dxa"/>
          </w:tcPr>
          <w:p w:rsidR="006F7457" w:rsidRDefault="00332DB8">
            <w:r>
              <w:t>2228.</w:t>
            </w:r>
          </w:p>
        </w:tc>
        <w:tc>
          <w:tcPr>
            <w:tcW w:w="2880" w:type="dxa"/>
          </w:tcPr>
          <w:p w:rsidR="006F7457" w:rsidRPr="00332DB8" w:rsidRDefault="00332DB8">
            <w:pPr>
              <w:rPr>
                <w:lang w:val="ru-RU"/>
              </w:rPr>
            </w:pPr>
            <w:r w:rsidRPr="00332DB8">
              <w:rPr>
                <w:lang w:val="ru-RU"/>
              </w:rPr>
              <w:t xml:space="preserve">Информационный материал - фото с надписью «Е…ь кавказцев, весело, спортивно, модно», обнаруженный и изъятый в ходе мониторинга Интернет-портала </w:t>
            </w:r>
            <w:r>
              <w:t>http</w:t>
            </w:r>
            <w:r w:rsidRPr="00332DB8">
              <w:rPr>
                <w:lang w:val="ru-RU"/>
              </w:rPr>
              <w:t>://</w:t>
            </w:r>
            <w:r>
              <w:t>shlko</w:t>
            </w:r>
            <w:r w:rsidRPr="00332DB8">
              <w:rPr>
                <w:lang w:val="ru-RU"/>
              </w:rPr>
              <w:t>.</w:t>
            </w:r>
            <w:r>
              <w:t>livejournal</w:t>
            </w:r>
            <w:r w:rsidRPr="00332DB8">
              <w:rPr>
                <w:lang w:val="ru-RU"/>
              </w:rPr>
              <w:t>.</w:t>
            </w:r>
            <w:r>
              <w:t>com</w:t>
            </w:r>
            <w:r w:rsidRPr="00332DB8">
              <w:rPr>
                <w:lang w:val="ru-RU"/>
              </w:rPr>
              <w:t>/53475.</w:t>
            </w:r>
            <w:r>
              <w:t>html</w:t>
            </w:r>
            <w:r w:rsidRPr="00332DB8">
              <w:rPr>
                <w:lang w:val="ru-RU"/>
              </w:rPr>
              <w:t xml:space="preserve"> (решение Зольского районного суда Кабардино-Балкарской Республики от 06.12.2013);</w:t>
            </w:r>
          </w:p>
        </w:tc>
        <w:tc>
          <w:tcPr>
            <w:tcW w:w="2880" w:type="dxa"/>
          </w:tcPr>
          <w:p w:rsidR="006F7457" w:rsidRPr="00332DB8" w:rsidRDefault="006F7457">
            <w:pPr>
              <w:rPr>
                <w:lang w:val="ru-RU"/>
              </w:rPr>
            </w:pPr>
          </w:p>
        </w:tc>
      </w:tr>
      <w:tr w:rsidR="006F7457" w:rsidRPr="005A424D">
        <w:tc>
          <w:tcPr>
            <w:tcW w:w="2880" w:type="dxa"/>
          </w:tcPr>
          <w:p w:rsidR="006F7457" w:rsidRDefault="00332DB8">
            <w:r>
              <w:t>2229.</w:t>
            </w:r>
          </w:p>
        </w:tc>
        <w:tc>
          <w:tcPr>
            <w:tcW w:w="2880" w:type="dxa"/>
          </w:tcPr>
          <w:p w:rsidR="006F7457" w:rsidRPr="00332DB8" w:rsidRDefault="00332DB8">
            <w:pPr>
              <w:rPr>
                <w:lang w:val="ru-RU"/>
              </w:rPr>
            </w:pPr>
            <w:r w:rsidRPr="00332DB8">
              <w:rPr>
                <w:lang w:val="ru-RU"/>
              </w:rPr>
              <w:t xml:space="preserve">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156771693_161941156 (решение Центрального районного суда г. Воронежа от 11.10.2013);</w:t>
            </w:r>
          </w:p>
        </w:tc>
        <w:tc>
          <w:tcPr>
            <w:tcW w:w="2880" w:type="dxa"/>
          </w:tcPr>
          <w:p w:rsidR="006F7457" w:rsidRPr="00332DB8" w:rsidRDefault="006F7457">
            <w:pPr>
              <w:rPr>
                <w:lang w:val="ru-RU"/>
              </w:rPr>
            </w:pPr>
          </w:p>
        </w:tc>
      </w:tr>
      <w:tr w:rsidR="006F7457" w:rsidRPr="005A424D">
        <w:tc>
          <w:tcPr>
            <w:tcW w:w="2880" w:type="dxa"/>
          </w:tcPr>
          <w:p w:rsidR="006F7457" w:rsidRDefault="00332DB8">
            <w:r>
              <w:t>2230.</w:t>
            </w:r>
          </w:p>
        </w:tc>
        <w:tc>
          <w:tcPr>
            <w:tcW w:w="2880" w:type="dxa"/>
          </w:tcPr>
          <w:p w:rsidR="006F7457" w:rsidRPr="00332DB8" w:rsidRDefault="00332DB8">
            <w:pPr>
              <w:rPr>
                <w:lang w:val="ru-RU"/>
              </w:rPr>
            </w:pPr>
            <w:r w:rsidRPr="00332DB8">
              <w:rPr>
                <w:lang w:val="ru-RU"/>
              </w:rPr>
              <w:t xml:space="preserve">Интернет-ресурс </w:t>
            </w:r>
            <w:r>
              <w:t>www</w:t>
            </w:r>
            <w:r w:rsidRPr="00332DB8">
              <w:rPr>
                <w:lang w:val="ru-RU"/>
              </w:rPr>
              <w:t>.</w:t>
            </w:r>
            <w:r>
              <w:t>dpni</w:t>
            </w:r>
            <w:r w:rsidRPr="00332DB8">
              <w:rPr>
                <w:lang w:val="ru-RU"/>
              </w:rPr>
              <w:t>.</w:t>
            </w:r>
            <w:r>
              <w:t>org</w:t>
            </w:r>
            <w:r w:rsidRPr="00332DB8">
              <w:rPr>
                <w:lang w:val="ru-RU"/>
              </w:rPr>
              <w:t xml:space="preserve"> (решение Ленинского районного суда г. Кирова Кировской области от 09.09.2013);</w:t>
            </w:r>
          </w:p>
        </w:tc>
        <w:tc>
          <w:tcPr>
            <w:tcW w:w="2880" w:type="dxa"/>
          </w:tcPr>
          <w:p w:rsidR="006F7457" w:rsidRPr="00332DB8" w:rsidRDefault="006F7457">
            <w:pPr>
              <w:rPr>
                <w:lang w:val="ru-RU"/>
              </w:rPr>
            </w:pPr>
          </w:p>
        </w:tc>
      </w:tr>
      <w:tr w:rsidR="006F7457" w:rsidRPr="005A424D">
        <w:tc>
          <w:tcPr>
            <w:tcW w:w="2880" w:type="dxa"/>
          </w:tcPr>
          <w:p w:rsidR="006F7457" w:rsidRDefault="00332DB8">
            <w:r>
              <w:t>22</w:t>
            </w:r>
            <w:r>
              <w:lastRenderedPageBreak/>
              <w:t>31.</w:t>
            </w:r>
          </w:p>
        </w:tc>
        <w:tc>
          <w:tcPr>
            <w:tcW w:w="2880" w:type="dxa"/>
          </w:tcPr>
          <w:p w:rsidR="006F7457" w:rsidRPr="00332DB8" w:rsidRDefault="00332DB8">
            <w:pPr>
              <w:rPr>
                <w:lang w:val="ru-RU"/>
              </w:rPr>
            </w:pPr>
            <w:r>
              <w:lastRenderedPageBreak/>
              <w:t xml:space="preserve">Видеоролик kavkaz center television «Бомбардировка. </w:t>
            </w:r>
            <w:r w:rsidRPr="00332DB8">
              <w:rPr>
                <w:lang w:val="ru-RU"/>
              </w:rPr>
              <w:t xml:space="preserve">Говорит Саид Бурятский» (решение Преображенского </w:t>
            </w:r>
            <w:r w:rsidRPr="00332DB8">
              <w:rPr>
                <w:lang w:val="ru-RU"/>
              </w:rPr>
              <w:lastRenderedPageBreak/>
              <w:t>районного суда г. Москвы от 28.11.2012);</w:t>
            </w:r>
          </w:p>
        </w:tc>
        <w:tc>
          <w:tcPr>
            <w:tcW w:w="2880" w:type="dxa"/>
          </w:tcPr>
          <w:p w:rsidR="006F7457" w:rsidRPr="00332DB8" w:rsidRDefault="006F7457">
            <w:pPr>
              <w:rPr>
                <w:lang w:val="ru-RU"/>
              </w:rPr>
            </w:pPr>
          </w:p>
        </w:tc>
      </w:tr>
      <w:tr w:rsidR="006F7457">
        <w:tc>
          <w:tcPr>
            <w:tcW w:w="2880" w:type="dxa"/>
          </w:tcPr>
          <w:p w:rsidR="006F7457" w:rsidRDefault="00332DB8">
            <w:r>
              <w:lastRenderedPageBreak/>
              <w:t>2232.</w:t>
            </w:r>
          </w:p>
        </w:tc>
        <w:tc>
          <w:tcPr>
            <w:tcW w:w="2880" w:type="dxa"/>
          </w:tcPr>
          <w:p w:rsidR="006F7457" w:rsidRDefault="00332DB8">
            <w:r w:rsidRPr="00332DB8">
              <w:rPr>
                <w:lang w:val="ru-RU"/>
              </w:rPr>
              <w:t xml:space="preserve">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w:t>
            </w:r>
            <w:r>
              <w:t>(решение Индустриального районного суда г. Ижевска от 02.10.2013);</w:t>
            </w:r>
          </w:p>
        </w:tc>
        <w:tc>
          <w:tcPr>
            <w:tcW w:w="2880" w:type="dxa"/>
          </w:tcPr>
          <w:p w:rsidR="006F7457" w:rsidRDefault="006F7457"/>
        </w:tc>
      </w:tr>
      <w:tr w:rsidR="006F7457" w:rsidRPr="005A424D">
        <w:tc>
          <w:tcPr>
            <w:tcW w:w="2880" w:type="dxa"/>
          </w:tcPr>
          <w:p w:rsidR="006F7457" w:rsidRDefault="00332DB8">
            <w:r>
              <w:t>2233.</w:t>
            </w:r>
          </w:p>
        </w:tc>
        <w:tc>
          <w:tcPr>
            <w:tcW w:w="2880" w:type="dxa"/>
          </w:tcPr>
          <w:p w:rsidR="006F7457" w:rsidRPr="00332DB8" w:rsidRDefault="00332DB8">
            <w:pPr>
              <w:rPr>
                <w:lang w:val="ru-RU"/>
              </w:rPr>
            </w:pPr>
            <w:r w:rsidRPr="00332DB8">
              <w:rPr>
                <w:lang w:val="ru-RU"/>
              </w:rPr>
              <w:t>Книга Эрнста Химера «Поганка» («</w:t>
            </w:r>
            <w:r>
              <w:t>Der</w:t>
            </w:r>
            <w:r w:rsidRPr="00332DB8">
              <w:rPr>
                <w:lang w:val="ru-RU"/>
              </w:rPr>
              <w:t xml:space="preserve"> </w:t>
            </w:r>
            <w:r>
              <w:t>Giftpilz</w:t>
            </w:r>
            <w:r w:rsidRPr="00332DB8">
              <w:rPr>
                <w:lang w:val="ru-RU"/>
              </w:rPr>
              <w:t>») (решение Октябрьского районного суда г. Ставрополя от 09.12.2013);</w:t>
            </w:r>
          </w:p>
        </w:tc>
        <w:tc>
          <w:tcPr>
            <w:tcW w:w="2880" w:type="dxa"/>
          </w:tcPr>
          <w:p w:rsidR="006F7457" w:rsidRPr="00332DB8" w:rsidRDefault="006F7457">
            <w:pPr>
              <w:rPr>
                <w:lang w:val="ru-RU"/>
              </w:rPr>
            </w:pPr>
          </w:p>
        </w:tc>
      </w:tr>
      <w:tr w:rsidR="006F7457" w:rsidRPr="005A424D">
        <w:tc>
          <w:tcPr>
            <w:tcW w:w="2880" w:type="dxa"/>
          </w:tcPr>
          <w:p w:rsidR="006F7457" w:rsidRDefault="00332DB8">
            <w:r>
              <w:t>2234.</w:t>
            </w:r>
          </w:p>
        </w:tc>
        <w:tc>
          <w:tcPr>
            <w:tcW w:w="2880" w:type="dxa"/>
          </w:tcPr>
          <w:p w:rsidR="006F7457" w:rsidRPr="00332DB8" w:rsidRDefault="00332DB8">
            <w:pPr>
              <w:rPr>
                <w:lang w:val="ru-RU"/>
              </w:rPr>
            </w:pPr>
            <w:r w:rsidRPr="00332DB8">
              <w:rPr>
                <w:lang w:val="ru-RU"/>
              </w:rPr>
              <w:t xml:space="preserve">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w:t>
            </w:r>
            <w:r>
              <w:t>http</w:t>
            </w:r>
            <w:r w:rsidRPr="00332DB8">
              <w:rPr>
                <w:lang w:val="ru-RU"/>
              </w:rPr>
              <w:t>://</w:t>
            </w:r>
            <w:r>
              <w:t>vk</w:t>
            </w:r>
            <w:r w:rsidRPr="00332DB8">
              <w:rPr>
                <w:lang w:val="ru-RU"/>
              </w:rPr>
              <w:t>.</w:t>
            </w:r>
            <w:r>
              <w:t>com</w:t>
            </w:r>
            <w:r w:rsidRPr="00332DB8">
              <w:rPr>
                <w:lang w:val="ru-RU"/>
              </w:rPr>
              <w:t>/</w:t>
            </w:r>
            <w:r>
              <w:t>silvestr</w:t>
            </w:r>
            <w:r w:rsidRPr="00332DB8">
              <w:rPr>
                <w:lang w:val="ru-RU"/>
              </w:rPr>
              <w:t>_</w:t>
            </w:r>
            <w:r>
              <w:t>topol</w:t>
            </w:r>
            <w:r w:rsidRPr="00332DB8">
              <w:rPr>
                <w:lang w:val="ru-RU"/>
              </w:rPr>
              <w:t xml:space="preserve"> (решение Центрального районного суда г. Новосибирска от 07.11.2013);</w:t>
            </w:r>
          </w:p>
        </w:tc>
        <w:tc>
          <w:tcPr>
            <w:tcW w:w="2880" w:type="dxa"/>
          </w:tcPr>
          <w:p w:rsidR="006F7457" w:rsidRPr="00332DB8" w:rsidRDefault="006F7457">
            <w:pPr>
              <w:rPr>
                <w:lang w:val="ru-RU"/>
              </w:rPr>
            </w:pPr>
          </w:p>
        </w:tc>
      </w:tr>
      <w:tr w:rsidR="006F7457" w:rsidRPr="005A424D">
        <w:tc>
          <w:tcPr>
            <w:tcW w:w="2880" w:type="dxa"/>
          </w:tcPr>
          <w:p w:rsidR="006F7457" w:rsidRDefault="00332DB8">
            <w:r>
              <w:t>2235.</w:t>
            </w:r>
          </w:p>
        </w:tc>
        <w:tc>
          <w:tcPr>
            <w:tcW w:w="2880" w:type="dxa"/>
          </w:tcPr>
          <w:p w:rsidR="006F7457" w:rsidRPr="00332DB8" w:rsidRDefault="00332DB8">
            <w:pPr>
              <w:rPr>
                <w:lang w:val="ru-RU"/>
              </w:rPr>
            </w:pPr>
            <w:r w:rsidRPr="00332DB8">
              <w:rPr>
                <w:lang w:val="ru-RU"/>
              </w:rPr>
              <w:t xml:space="preserve">Текст информационного материала под названием «В г. Шумиха произошел бой с чеченцами – один убит, второй ранен», размещенный в сети Интернет по адресу </w:t>
            </w:r>
            <w:r>
              <w:t>http</w:t>
            </w:r>
            <w:r w:rsidRPr="00332DB8">
              <w:rPr>
                <w:lang w:val="ru-RU"/>
              </w:rPr>
              <w:t>://</w:t>
            </w:r>
            <w:r>
              <w:t>novayrus</w:t>
            </w:r>
            <w:r w:rsidRPr="00332DB8">
              <w:rPr>
                <w:lang w:val="ru-RU"/>
              </w:rPr>
              <w:t>.</w:t>
            </w:r>
            <w:r>
              <w:t>ru</w:t>
            </w:r>
            <w:r w:rsidRPr="00332DB8">
              <w:rPr>
                <w:lang w:val="ru-RU"/>
              </w:rPr>
              <w:t>/?=13088 (решение Курганского городского суда Курганской области от 03.12.2013);</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2236.</w:t>
            </w:r>
          </w:p>
        </w:tc>
        <w:tc>
          <w:tcPr>
            <w:tcW w:w="2880" w:type="dxa"/>
          </w:tcPr>
          <w:p w:rsidR="006F7457" w:rsidRPr="00332DB8" w:rsidRDefault="00332DB8">
            <w:pPr>
              <w:rPr>
                <w:lang w:val="ru-RU"/>
              </w:rPr>
            </w:pPr>
            <w:r w:rsidRPr="00332DB8">
              <w:rPr>
                <w:lang w:val="ru-RU"/>
              </w:rPr>
              <w:t>Текст «Декларация войны» (решение Колпашевского городского суда Томской области от 06.12.2013);</w:t>
            </w:r>
          </w:p>
        </w:tc>
        <w:tc>
          <w:tcPr>
            <w:tcW w:w="2880" w:type="dxa"/>
          </w:tcPr>
          <w:p w:rsidR="006F7457" w:rsidRPr="00332DB8" w:rsidRDefault="006F7457">
            <w:pPr>
              <w:rPr>
                <w:lang w:val="ru-RU"/>
              </w:rPr>
            </w:pPr>
          </w:p>
        </w:tc>
      </w:tr>
      <w:tr w:rsidR="006F7457" w:rsidRPr="00A31F1A">
        <w:tc>
          <w:tcPr>
            <w:tcW w:w="2880" w:type="dxa"/>
          </w:tcPr>
          <w:p w:rsidR="006F7457" w:rsidRDefault="00332DB8">
            <w:r>
              <w:t>2237.</w:t>
            </w:r>
          </w:p>
        </w:tc>
        <w:tc>
          <w:tcPr>
            <w:tcW w:w="2880" w:type="dxa"/>
          </w:tcPr>
          <w:p w:rsidR="006F7457" w:rsidRPr="00332DB8" w:rsidRDefault="00332DB8">
            <w:pPr>
              <w:rPr>
                <w:lang w:val="ru-RU"/>
              </w:rPr>
            </w:pPr>
            <w:r w:rsidRPr="00332DB8">
              <w:rPr>
                <w:lang w:val="ru-RU"/>
              </w:rPr>
              <w:t>Тексты, размещенные на сайте «</w:t>
            </w:r>
            <w:r>
              <w:t>http</w:t>
            </w:r>
            <w:r w:rsidRPr="00332DB8">
              <w:rPr>
                <w:lang w:val="ru-RU"/>
              </w:rPr>
              <w:t>://</w:t>
            </w:r>
            <w:r>
              <w:t>vk</w:t>
            </w:r>
            <w:r w:rsidRPr="00332DB8">
              <w:rPr>
                <w:lang w:val="ru-RU"/>
              </w:rPr>
              <w:t>.</w:t>
            </w:r>
            <w:r>
              <w:t>com</w:t>
            </w:r>
            <w:r w:rsidRPr="00332DB8">
              <w:rPr>
                <w:lang w:val="ru-RU"/>
              </w:rPr>
              <w:t>/</w:t>
            </w:r>
            <w:r>
              <w:t>prav</w:t>
            </w:r>
            <w:r w:rsidRPr="00332DB8">
              <w:rPr>
                <w:lang w:val="ru-RU"/>
              </w:rPr>
              <w:t>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2880" w:type="dxa"/>
          </w:tcPr>
          <w:p w:rsidR="006F7457" w:rsidRPr="00332DB8" w:rsidRDefault="006F7457">
            <w:pPr>
              <w:rPr>
                <w:lang w:val="ru-RU"/>
              </w:rPr>
            </w:pPr>
          </w:p>
        </w:tc>
      </w:tr>
      <w:tr w:rsidR="006F7457" w:rsidRPr="00A31F1A">
        <w:tc>
          <w:tcPr>
            <w:tcW w:w="2880" w:type="dxa"/>
          </w:tcPr>
          <w:p w:rsidR="006F7457" w:rsidRDefault="00332DB8">
            <w:r>
              <w:t>2238.</w:t>
            </w:r>
          </w:p>
        </w:tc>
        <w:tc>
          <w:tcPr>
            <w:tcW w:w="2880" w:type="dxa"/>
          </w:tcPr>
          <w:p w:rsidR="006F7457" w:rsidRPr="00332DB8" w:rsidRDefault="00332DB8">
            <w:pPr>
              <w:rPr>
                <w:lang w:val="ru-RU"/>
              </w:rPr>
            </w:pPr>
            <w:r w:rsidRPr="00332DB8">
              <w:rPr>
                <w:lang w:val="ru-RU"/>
              </w:rPr>
              <w:t xml:space="preserve">Видеофайл «Охота на чурбанов - 2», размещенный на интернет-странице </w:t>
            </w:r>
            <w:r>
              <w:t>id</w:t>
            </w:r>
            <w:r w:rsidRPr="00332DB8">
              <w:rPr>
                <w:lang w:val="ru-RU"/>
              </w:rPr>
              <w:t xml:space="preserve"> 91984659 интернет-сайта </w:t>
            </w:r>
            <w:r>
              <w:t>www</w:t>
            </w:r>
            <w:r w:rsidRPr="00332DB8">
              <w:rPr>
                <w:lang w:val="ru-RU"/>
              </w:rPr>
              <w:t>.</w:t>
            </w:r>
            <w:r>
              <w:t>vkontakte</w:t>
            </w:r>
            <w:r w:rsidRPr="00332DB8">
              <w:rPr>
                <w:lang w:val="ru-RU"/>
              </w:rPr>
              <w:t>.</w:t>
            </w:r>
            <w:r>
              <w:t>ru</w:t>
            </w:r>
            <w:r w:rsidRPr="00332DB8">
              <w:rPr>
                <w:lang w:val="ru-RU"/>
              </w:rPr>
              <w:t xml:space="preserve"> (решение Советского районного суда г. Орла от 25.11.2013);</w:t>
            </w:r>
          </w:p>
        </w:tc>
        <w:tc>
          <w:tcPr>
            <w:tcW w:w="2880" w:type="dxa"/>
          </w:tcPr>
          <w:p w:rsidR="006F7457" w:rsidRPr="00332DB8" w:rsidRDefault="006F7457">
            <w:pPr>
              <w:rPr>
                <w:lang w:val="ru-RU"/>
              </w:rPr>
            </w:pPr>
          </w:p>
        </w:tc>
      </w:tr>
      <w:tr w:rsidR="006F7457" w:rsidRPr="00A31F1A">
        <w:tc>
          <w:tcPr>
            <w:tcW w:w="2880" w:type="dxa"/>
          </w:tcPr>
          <w:p w:rsidR="006F7457" w:rsidRDefault="00332DB8">
            <w:r>
              <w:t>2239.</w:t>
            </w:r>
          </w:p>
        </w:tc>
        <w:tc>
          <w:tcPr>
            <w:tcW w:w="2880" w:type="dxa"/>
          </w:tcPr>
          <w:p w:rsidR="006F7457" w:rsidRPr="00332DB8" w:rsidRDefault="00332DB8">
            <w:pPr>
              <w:rPr>
                <w:lang w:val="ru-RU"/>
              </w:rPr>
            </w:pPr>
            <w:r w:rsidRPr="00332DB8">
              <w:rPr>
                <w:lang w:val="ru-RU"/>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2880" w:type="dxa"/>
          </w:tcPr>
          <w:p w:rsidR="006F7457" w:rsidRPr="00332DB8" w:rsidRDefault="006F7457">
            <w:pPr>
              <w:rPr>
                <w:lang w:val="ru-RU"/>
              </w:rPr>
            </w:pPr>
          </w:p>
        </w:tc>
      </w:tr>
      <w:tr w:rsidR="006F7457" w:rsidRPr="00A31F1A">
        <w:tc>
          <w:tcPr>
            <w:tcW w:w="2880" w:type="dxa"/>
          </w:tcPr>
          <w:p w:rsidR="006F7457" w:rsidRDefault="00332DB8">
            <w:r>
              <w:t>2240.</w:t>
            </w:r>
          </w:p>
        </w:tc>
        <w:tc>
          <w:tcPr>
            <w:tcW w:w="2880" w:type="dxa"/>
          </w:tcPr>
          <w:p w:rsidR="006F7457" w:rsidRPr="00332DB8" w:rsidRDefault="00332DB8">
            <w:pPr>
              <w:rPr>
                <w:lang w:val="ru-RU"/>
              </w:rPr>
            </w:pPr>
            <w:r w:rsidRPr="00332DB8">
              <w:rPr>
                <w:lang w:val="ru-RU"/>
              </w:rPr>
              <w:t xml:space="preserve">Статья «Джихад там, где нужнее…», опубликованная 27 июля 2013 года на сайте </w:t>
            </w:r>
            <w:r>
              <w:t>http</w:t>
            </w:r>
            <w:r w:rsidRPr="00332DB8">
              <w:rPr>
                <w:lang w:val="ru-RU"/>
              </w:rPr>
              <w:t>://</w:t>
            </w:r>
            <w:r>
              <w:t>www</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12.12.2013);</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2241.</w:t>
            </w:r>
          </w:p>
        </w:tc>
        <w:tc>
          <w:tcPr>
            <w:tcW w:w="2880" w:type="dxa"/>
          </w:tcPr>
          <w:p w:rsidR="006F7457" w:rsidRPr="00332DB8" w:rsidRDefault="00332DB8">
            <w:pPr>
              <w:rPr>
                <w:lang w:val="ru-RU"/>
              </w:rPr>
            </w:pPr>
            <w:r w:rsidRPr="00332DB8">
              <w:rPr>
                <w:lang w:val="ru-RU"/>
              </w:rPr>
              <w:t xml:space="preserve">Статья «Посмотри вокруг!» и комментарии к ней, опубликованные в период с 26 октября по 16 ноября 2013 года на сайте </w:t>
            </w:r>
            <w:r>
              <w:t>http</w:t>
            </w:r>
            <w:r w:rsidRPr="00332DB8">
              <w:rPr>
                <w:lang w:val="ru-RU"/>
              </w:rPr>
              <w:t>://</w:t>
            </w:r>
            <w:r>
              <w:t>www</w:t>
            </w:r>
            <w:r w:rsidRPr="00332DB8">
              <w:rPr>
                <w:lang w:val="ru-RU"/>
              </w:rPr>
              <w:t>/</w:t>
            </w:r>
            <w:r>
              <w:t>hunafa</w:t>
            </w:r>
            <w:r w:rsidRPr="00332DB8">
              <w:rPr>
                <w:lang w:val="ru-RU"/>
              </w:rPr>
              <w:t>.</w:t>
            </w:r>
            <w:r>
              <w:t>com</w:t>
            </w:r>
            <w:r w:rsidRPr="00332DB8">
              <w:rPr>
                <w:lang w:val="ru-RU"/>
              </w:rPr>
              <w:t xml:space="preserve"> (решение Магасского районного суда Республики Ингушетия от 12.12.2013);</w:t>
            </w:r>
          </w:p>
        </w:tc>
        <w:tc>
          <w:tcPr>
            <w:tcW w:w="2880" w:type="dxa"/>
          </w:tcPr>
          <w:p w:rsidR="006F7457" w:rsidRPr="00332DB8" w:rsidRDefault="006F7457">
            <w:pPr>
              <w:rPr>
                <w:lang w:val="ru-RU"/>
              </w:rPr>
            </w:pPr>
          </w:p>
        </w:tc>
      </w:tr>
      <w:tr w:rsidR="006F7457" w:rsidRPr="00A31F1A">
        <w:tc>
          <w:tcPr>
            <w:tcW w:w="2880" w:type="dxa"/>
          </w:tcPr>
          <w:p w:rsidR="006F7457" w:rsidRDefault="00332DB8">
            <w:r>
              <w:t>2242.</w:t>
            </w:r>
          </w:p>
        </w:tc>
        <w:tc>
          <w:tcPr>
            <w:tcW w:w="2880" w:type="dxa"/>
          </w:tcPr>
          <w:p w:rsidR="006F7457" w:rsidRPr="00332DB8" w:rsidRDefault="00332DB8">
            <w:pPr>
              <w:rPr>
                <w:lang w:val="ru-RU"/>
              </w:rPr>
            </w:pPr>
            <w:r w:rsidRPr="00332DB8">
              <w:rPr>
                <w:lang w:val="ru-RU"/>
              </w:rPr>
              <w:t>Материал с заглавием «</w:t>
            </w:r>
            <w:r>
              <w:t>UNTERMENSCHEN</w:t>
            </w:r>
            <w:r w:rsidRPr="00332DB8">
              <w:rPr>
                <w:lang w:val="ru-RU"/>
              </w:rPr>
              <w:t xml:space="preserve">», размещенный в международной компьютерной сети «Интернет» на интернет сайте </w:t>
            </w:r>
            <w:r>
              <w:t>stomahin</w:t>
            </w:r>
            <w:r w:rsidRPr="00332DB8">
              <w:rPr>
                <w:lang w:val="ru-RU"/>
              </w:rPr>
              <w:t>.</w:t>
            </w:r>
            <w:r>
              <w:t>info</w:t>
            </w:r>
            <w:r w:rsidRPr="00332DB8">
              <w:rPr>
                <w:lang w:val="ru-RU"/>
              </w:rPr>
              <w:t xml:space="preserve"> в разделе «СТАТЬИ БОРИСА СТОМАХИНА» по электронному адресу: </w:t>
            </w:r>
            <w:r>
              <w:t>http</w:t>
            </w:r>
            <w:r w:rsidRPr="00332DB8">
              <w:rPr>
                <w:lang w:val="ru-RU"/>
              </w:rPr>
              <w:t xml:space="preserve">:// </w:t>
            </w:r>
            <w:r>
              <w:t>stomahin</w:t>
            </w:r>
            <w:r w:rsidRPr="00332DB8">
              <w:rPr>
                <w:lang w:val="ru-RU"/>
              </w:rPr>
              <w:t>.</w:t>
            </w:r>
            <w:r>
              <w:t>info</w:t>
            </w:r>
            <w:r w:rsidRPr="00332DB8">
              <w:rPr>
                <w:lang w:val="ru-RU"/>
              </w:rPr>
              <w:t>/</w:t>
            </w:r>
            <w:r>
              <w:t>artikl</w:t>
            </w:r>
            <w:r w:rsidRPr="00332DB8">
              <w:rPr>
                <w:lang w:val="ru-RU"/>
              </w:rPr>
              <w:t>/</w:t>
            </w:r>
            <w:r>
              <w:t>artikl</w:t>
            </w:r>
            <w:r w:rsidRPr="00332DB8">
              <w:rPr>
                <w:lang w:val="ru-RU"/>
              </w:rPr>
              <w:t>.</w:t>
            </w:r>
            <w:r>
              <w:t>htm</w:t>
            </w:r>
            <w:r w:rsidRPr="00332DB8">
              <w:rPr>
                <w:lang w:val="ru-RU"/>
              </w:rPr>
              <w:t xml:space="preserve"> на странице сайта по адресу: </w:t>
            </w:r>
            <w:r>
              <w:t>http</w:t>
            </w:r>
            <w:r w:rsidRPr="00332DB8">
              <w:rPr>
                <w:lang w:val="ru-RU"/>
              </w:rPr>
              <w:t xml:space="preserve">:// </w:t>
            </w:r>
            <w:r>
              <w:t>stomahin</w:t>
            </w:r>
            <w:r w:rsidRPr="00332DB8">
              <w:rPr>
                <w:lang w:val="ru-RU"/>
              </w:rPr>
              <w:t>.</w:t>
            </w:r>
            <w:r>
              <w:t>info</w:t>
            </w:r>
            <w:r w:rsidRPr="00332DB8">
              <w:rPr>
                <w:lang w:val="ru-RU"/>
              </w:rPr>
              <w:t>/</w:t>
            </w:r>
            <w:r>
              <w:t>artikl</w:t>
            </w:r>
            <w:r w:rsidRPr="00332DB8">
              <w:rPr>
                <w:lang w:val="ru-RU"/>
              </w:rPr>
              <w:t>/</w:t>
            </w:r>
            <w:r>
              <w:t>untermenschen</w:t>
            </w:r>
            <w:r w:rsidRPr="00332DB8">
              <w:rPr>
                <w:lang w:val="ru-RU"/>
              </w:rPr>
              <w:t>.</w:t>
            </w:r>
            <w:r>
              <w:t>htm</w:t>
            </w:r>
            <w:r w:rsidRPr="00332DB8">
              <w:rPr>
                <w:lang w:val="ru-RU"/>
              </w:rPr>
              <w:t xml:space="preserve"> (решение Ленинского районного суда г. Саранска Республики Мордовия от 19.12.2013);</w:t>
            </w:r>
          </w:p>
        </w:tc>
        <w:tc>
          <w:tcPr>
            <w:tcW w:w="2880" w:type="dxa"/>
          </w:tcPr>
          <w:p w:rsidR="006F7457" w:rsidRPr="00332DB8" w:rsidRDefault="006F7457">
            <w:pPr>
              <w:rPr>
                <w:lang w:val="ru-RU"/>
              </w:rPr>
            </w:pPr>
          </w:p>
        </w:tc>
      </w:tr>
      <w:tr w:rsidR="006F7457" w:rsidRPr="00A31F1A">
        <w:tc>
          <w:tcPr>
            <w:tcW w:w="2880" w:type="dxa"/>
          </w:tcPr>
          <w:p w:rsidR="006F7457" w:rsidRDefault="00332DB8">
            <w:r>
              <w:t>2243.</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stomahin</w:t>
            </w:r>
            <w:r w:rsidRPr="00332DB8">
              <w:rPr>
                <w:lang w:val="ru-RU"/>
              </w:rPr>
              <w:t>.</w:t>
            </w:r>
            <w:r>
              <w:t>info</w:t>
            </w:r>
            <w:r w:rsidRPr="00332DB8">
              <w:rPr>
                <w:lang w:val="ru-RU"/>
              </w:rPr>
              <w:t>/ (решение Бабушкинского районного суда г. Москвы от 26.11.2013);</w:t>
            </w:r>
          </w:p>
        </w:tc>
        <w:tc>
          <w:tcPr>
            <w:tcW w:w="2880" w:type="dxa"/>
          </w:tcPr>
          <w:p w:rsidR="006F7457" w:rsidRPr="00332DB8" w:rsidRDefault="006F7457">
            <w:pPr>
              <w:rPr>
                <w:lang w:val="ru-RU"/>
              </w:rPr>
            </w:pPr>
          </w:p>
        </w:tc>
      </w:tr>
      <w:tr w:rsidR="006F7457" w:rsidRPr="00A31F1A">
        <w:tc>
          <w:tcPr>
            <w:tcW w:w="2880" w:type="dxa"/>
          </w:tcPr>
          <w:p w:rsidR="006F7457" w:rsidRDefault="00332DB8">
            <w:r>
              <w:t>2244.</w:t>
            </w:r>
          </w:p>
        </w:tc>
        <w:tc>
          <w:tcPr>
            <w:tcW w:w="2880" w:type="dxa"/>
          </w:tcPr>
          <w:p w:rsidR="006F7457" w:rsidRPr="00332DB8" w:rsidRDefault="00332DB8">
            <w:pPr>
              <w:rPr>
                <w:lang w:val="ru-RU"/>
              </w:rPr>
            </w:pPr>
            <w:r w:rsidRPr="00332DB8">
              <w:rPr>
                <w:lang w:val="ru-RU"/>
              </w:rPr>
              <w:t>Видеоматериалы (видеосюжеты), содержащиеся в файлах «</w:t>
            </w:r>
            <w:r>
              <w:t>Film</w:t>
            </w:r>
            <w:r w:rsidRPr="00332DB8">
              <w:rPr>
                <w:lang w:val="ru-RU"/>
              </w:rPr>
              <w:t>.</w:t>
            </w:r>
            <w:r>
              <w:t>avi</w:t>
            </w:r>
            <w:r w:rsidRPr="00332DB8">
              <w:rPr>
                <w:lang w:val="ru-RU"/>
              </w:rPr>
              <w:t>.55», «Панехида-</w:t>
            </w:r>
            <w:r>
              <w:t>min</w:t>
            </w:r>
            <w:r w:rsidRPr="00332DB8">
              <w:rPr>
                <w:lang w:val="ru-RU"/>
              </w:rPr>
              <w:t>.</w:t>
            </w:r>
            <w:r>
              <w:t>fiv</w:t>
            </w:r>
            <w:r w:rsidRPr="00332DB8">
              <w:rPr>
                <w:lang w:val="ru-RU"/>
              </w:rPr>
              <w:t>», «</w:t>
            </w:r>
            <w:r>
              <w:t>VTS</w:t>
            </w:r>
            <w:r w:rsidRPr="00332DB8">
              <w:rPr>
                <w:lang w:val="ru-RU"/>
              </w:rPr>
              <w:t>_01_1.</w:t>
            </w:r>
            <w:r>
              <w:t>VOB</w:t>
            </w:r>
            <w:r w:rsidRPr="00332DB8">
              <w:rPr>
                <w:lang w:val="ru-RU"/>
              </w:rPr>
              <w:t>», «</w:t>
            </w:r>
            <w:r>
              <w:t>VTS</w:t>
            </w:r>
            <w:r w:rsidRPr="00332DB8">
              <w:rPr>
                <w:lang w:val="ru-RU"/>
              </w:rPr>
              <w:t>_01_2.</w:t>
            </w:r>
            <w:r>
              <w:t>VOB</w:t>
            </w:r>
            <w:r w:rsidRPr="00332DB8">
              <w:rPr>
                <w:lang w:val="ru-RU"/>
              </w:rPr>
              <w:t>», «</w:t>
            </w:r>
            <w:r>
              <w:t>VTS</w:t>
            </w:r>
            <w:r w:rsidRPr="00332DB8">
              <w:rPr>
                <w:lang w:val="ru-RU"/>
              </w:rPr>
              <w:t>_01_3.</w:t>
            </w:r>
            <w:r>
              <w:t>VOB</w:t>
            </w:r>
            <w:r w:rsidRPr="00332DB8">
              <w:rPr>
                <w:lang w:val="ru-RU"/>
              </w:rPr>
              <w:t>» (решение Олонецкого районного суда Республики Карелия от 14.08.2013 и определение Олонецкого районного суда Республики Карелия от 18.09.2013);</w:t>
            </w:r>
          </w:p>
        </w:tc>
        <w:tc>
          <w:tcPr>
            <w:tcW w:w="2880" w:type="dxa"/>
          </w:tcPr>
          <w:p w:rsidR="006F7457" w:rsidRPr="00332DB8" w:rsidRDefault="006F7457">
            <w:pPr>
              <w:rPr>
                <w:lang w:val="ru-RU"/>
              </w:rPr>
            </w:pPr>
          </w:p>
        </w:tc>
      </w:tr>
      <w:tr w:rsidR="006F7457" w:rsidRPr="00A31F1A">
        <w:tc>
          <w:tcPr>
            <w:tcW w:w="2880" w:type="dxa"/>
          </w:tcPr>
          <w:p w:rsidR="006F7457" w:rsidRDefault="00332DB8">
            <w:r>
              <w:t>2245.</w:t>
            </w:r>
          </w:p>
        </w:tc>
        <w:tc>
          <w:tcPr>
            <w:tcW w:w="2880" w:type="dxa"/>
          </w:tcPr>
          <w:p w:rsidR="006F7457" w:rsidRPr="00332DB8" w:rsidRDefault="00332DB8">
            <w:pPr>
              <w:rPr>
                <w:lang w:val="ru-RU"/>
              </w:rPr>
            </w:pPr>
            <w:r w:rsidRPr="00332DB8">
              <w:rPr>
                <w:lang w:val="ru-RU"/>
              </w:rPr>
              <w:t xml:space="preserve">Текст произведения (стихотворения) «Крошка-скин ко мне пришел…», расположенный по электронному адресу: </w:t>
            </w:r>
            <w:r>
              <w:t>http</w:t>
            </w:r>
            <w:r w:rsidRPr="00332DB8">
              <w:rPr>
                <w:lang w:val="ru-RU"/>
              </w:rPr>
              <w:t>://</w:t>
            </w:r>
            <w:r>
              <w:t>ilia</w:t>
            </w:r>
            <w:r w:rsidRPr="00332DB8">
              <w:rPr>
                <w:lang w:val="ru-RU"/>
              </w:rPr>
              <w:t>13.</w:t>
            </w:r>
            <w:r>
              <w:t>dubki</w:t>
            </w:r>
            <w:r w:rsidRPr="00332DB8">
              <w:rPr>
                <w:lang w:val="ru-RU"/>
              </w:rPr>
              <w:t>.</w:t>
            </w:r>
            <w:r>
              <w:t>ru</w:t>
            </w:r>
            <w:r w:rsidRPr="00332DB8">
              <w:rPr>
                <w:lang w:val="ru-RU"/>
              </w:rPr>
              <w:t>/</w:t>
            </w:r>
            <w:r>
              <w:t>forums</w:t>
            </w:r>
            <w:r w:rsidRPr="00332DB8">
              <w:rPr>
                <w:lang w:val="ru-RU"/>
              </w:rPr>
              <w:t>/</w:t>
            </w:r>
            <w:r>
              <w:t>topic</w:t>
            </w:r>
            <w:r w:rsidRPr="00332DB8">
              <w:rPr>
                <w:lang w:val="ru-RU"/>
              </w:rPr>
              <w:t>/6--/ (решение Кромского районного суда Орловской области от 14.01.2014);</w:t>
            </w:r>
          </w:p>
        </w:tc>
        <w:tc>
          <w:tcPr>
            <w:tcW w:w="2880" w:type="dxa"/>
          </w:tcPr>
          <w:p w:rsidR="006F7457" w:rsidRPr="00332DB8" w:rsidRDefault="006F7457">
            <w:pPr>
              <w:rPr>
                <w:lang w:val="ru-RU"/>
              </w:rPr>
            </w:pPr>
          </w:p>
        </w:tc>
      </w:tr>
      <w:tr w:rsidR="006F7457" w:rsidRPr="005A424D">
        <w:tc>
          <w:tcPr>
            <w:tcW w:w="2880" w:type="dxa"/>
          </w:tcPr>
          <w:p w:rsidR="006F7457" w:rsidRDefault="00332DB8">
            <w:r>
              <w:t>224</w:t>
            </w:r>
            <w:r>
              <w:lastRenderedPageBreak/>
              <w:t>6.</w:t>
            </w:r>
          </w:p>
        </w:tc>
        <w:tc>
          <w:tcPr>
            <w:tcW w:w="2880" w:type="dxa"/>
          </w:tcPr>
          <w:p w:rsidR="006F7457" w:rsidRPr="00332DB8" w:rsidRDefault="00332DB8">
            <w:pPr>
              <w:rPr>
                <w:lang w:val="ru-RU"/>
              </w:rPr>
            </w:pPr>
            <w:r w:rsidRPr="00332DB8">
              <w:rPr>
                <w:lang w:val="ru-RU"/>
              </w:rPr>
              <w:lastRenderedPageBreak/>
              <w:t xml:space="preserve">Изображение стены с надписью «Бей бабу кирпичами, чтобы не спала с хачами!», размещенное на Интернет-сайте </w:t>
            </w:r>
            <w:r>
              <w:t>http</w:t>
            </w:r>
            <w:r w:rsidRPr="00332DB8">
              <w:rPr>
                <w:lang w:val="ru-RU"/>
              </w:rPr>
              <w:t>://</w:t>
            </w:r>
            <w:r>
              <w:t>vk</w:t>
            </w:r>
            <w:r w:rsidRPr="00332DB8">
              <w:rPr>
                <w:lang w:val="ru-RU"/>
              </w:rPr>
              <w:t>.</w:t>
            </w:r>
            <w:r>
              <w:t>com</w:t>
            </w:r>
            <w:r w:rsidRPr="00332DB8">
              <w:rPr>
                <w:lang w:val="ru-RU"/>
              </w:rPr>
              <w:t>/</w:t>
            </w:r>
            <w:r>
              <w:t>id</w:t>
            </w:r>
            <w:r w:rsidRPr="00332DB8">
              <w:rPr>
                <w:lang w:val="ru-RU"/>
              </w:rPr>
              <w:t>133930583 (решение Арсеньевского городского суда Приморского края от 05.12.2013);</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2247.</w:t>
            </w:r>
          </w:p>
        </w:tc>
        <w:tc>
          <w:tcPr>
            <w:tcW w:w="2880" w:type="dxa"/>
          </w:tcPr>
          <w:p w:rsidR="006F7457" w:rsidRPr="00332DB8" w:rsidRDefault="00332DB8">
            <w:pPr>
              <w:rPr>
                <w:lang w:val="ru-RU"/>
              </w:rPr>
            </w:pPr>
            <w:r w:rsidRPr="00332DB8">
              <w:rPr>
                <w:lang w:val="ru-RU"/>
              </w:rPr>
              <w:t xml:space="preserve">Материал с заглавием «МРАЗЬ РОССИЯ», размещенный в международной компьютерной сети «Интернет» на интернет-сайте </w:t>
            </w:r>
            <w:r>
              <w:t>stomahin</w:t>
            </w:r>
            <w:r w:rsidRPr="00332DB8">
              <w:rPr>
                <w:lang w:val="ru-RU"/>
              </w:rPr>
              <w:t>.</w:t>
            </w:r>
            <w:r>
              <w:t>info</w:t>
            </w:r>
            <w:r w:rsidRPr="00332DB8">
              <w:rPr>
                <w:lang w:val="ru-RU"/>
              </w:rPr>
              <w:t xml:space="preserve"> в разделе «СТАТЬИ БОРИСА СТОМАХИНА» по электронному адресу: </w:t>
            </w:r>
            <w:r>
              <w:t>http</w:t>
            </w:r>
            <w:r w:rsidRPr="00332DB8">
              <w:rPr>
                <w:lang w:val="ru-RU"/>
              </w:rPr>
              <w:t>://</w:t>
            </w:r>
            <w:r>
              <w:t>stomahin</w:t>
            </w:r>
            <w:r w:rsidRPr="00332DB8">
              <w:rPr>
                <w:lang w:val="ru-RU"/>
              </w:rPr>
              <w:t>.</w:t>
            </w:r>
            <w:r>
              <w:t>info</w:t>
            </w:r>
            <w:r w:rsidRPr="00332DB8">
              <w:rPr>
                <w:lang w:val="ru-RU"/>
              </w:rPr>
              <w:t>/</w:t>
            </w:r>
            <w:r>
              <w:t>articl</w:t>
            </w:r>
            <w:r w:rsidRPr="00332DB8">
              <w:rPr>
                <w:lang w:val="ru-RU"/>
              </w:rPr>
              <w:t>/</w:t>
            </w:r>
            <w:r>
              <w:t>articl</w:t>
            </w:r>
            <w:r w:rsidRPr="00332DB8">
              <w:rPr>
                <w:lang w:val="ru-RU"/>
              </w:rPr>
              <w:t>.</w:t>
            </w:r>
            <w:r>
              <w:t>htm</w:t>
            </w:r>
            <w:r w:rsidRPr="00332DB8">
              <w:rPr>
                <w:lang w:val="ru-RU"/>
              </w:rPr>
              <w:t xml:space="preserve"> на странице сайта по адресу </w:t>
            </w:r>
            <w:r>
              <w:t>http</w:t>
            </w:r>
            <w:r w:rsidRPr="00332DB8">
              <w:rPr>
                <w:lang w:val="ru-RU"/>
              </w:rPr>
              <w:t>://</w:t>
            </w:r>
            <w:r>
              <w:t>stomahin</w:t>
            </w:r>
            <w:r w:rsidRPr="00332DB8">
              <w:rPr>
                <w:lang w:val="ru-RU"/>
              </w:rPr>
              <w:t>.</w:t>
            </w:r>
            <w:r>
              <w:t>info</w:t>
            </w:r>
            <w:r w:rsidRPr="00332DB8">
              <w:rPr>
                <w:lang w:val="ru-RU"/>
              </w:rPr>
              <w:t>/</w:t>
            </w:r>
            <w:r>
              <w:t>articl</w:t>
            </w:r>
            <w:r w:rsidRPr="00332DB8">
              <w:rPr>
                <w:lang w:val="ru-RU"/>
              </w:rPr>
              <w:t>/</w:t>
            </w:r>
            <w:r>
              <w:t>mriaz</w:t>
            </w:r>
            <w:r w:rsidRPr="00332DB8">
              <w:rPr>
                <w:lang w:val="ru-RU"/>
              </w:rPr>
              <w:t>_</w:t>
            </w:r>
            <w:r>
              <w:t>russia</w:t>
            </w:r>
            <w:r w:rsidRPr="00332DB8">
              <w:rPr>
                <w:lang w:val="ru-RU"/>
              </w:rPr>
              <w:t>.</w:t>
            </w:r>
            <w:r>
              <w:t>htm</w:t>
            </w:r>
            <w:r w:rsidRPr="00332DB8">
              <w:rPr>
                <w:lang w:val="ru-RU"/>
              </w:rPr>
              <w:t xml:space="preserve"> (решение Ленинского районного суда г. Саранска Республики Мордовия от 19.12.2013);</w:t>
            </w:r>
          </w:p>
        </w:tc>
        <w:tc>
          <w:tcPr>
            <w:tcW w:w="2880" w:type="dxa"/>
          </w:tcPr>
          <w:p w:rsidR="006F7457" w:rsidRPr="00332DB8" w:rsidRDefault="006F7457">
            <w:pPr>
              <w:rPr>
                <w:lang w:val="ru-RU"/>
              </w:rPr>
            </w:pPr>
          </w:p>
        </w:tc>
      </w:tr>
      <w:tr w:rsidR="006F7457" w:rsidRPr="00A31F1A">
        <w:tc>
          <w:tcPr>
            <w:tcW w:w="2880" w:type="dxa"/>
          </w:tcPr>
          <w:p w:rsidR="006F7457" w:rsidRDefault="00332DB8">
            <w:r>
              <w:t>2248.</w:t>
            </w:r>
          </w:p>
        </w:tc>
        <w:tc>
          <w:tcPr>
            <w:tcW w:w="2880" w:type="dxa"/>
          </w:tcPr>
          <w:p w:rsidR="006F7457" w:rsidRPr="00332DB8" w:rsidRDefault="00332DB8">
            <w:pPr>
              <w:rPr>
                <w:lang w:val="ru-RU"/>
              </w:rPr>
            </w:pPr>
            <w:r w:rsidRPr="00332DB8">
              <w:rPr>
                <w:lang w:val="ru-RU"/>
              </w:rPr>
              <w:t>Видеоматериал «ВЫБОРЫ 04 03 2012 ХАРАМ» (решение Тагилстроевского районного суда г. Нижнего Тагила Свердловской области от 28.11.2013);</w:t>
            </w:r>
          </w:p>
        </w:tc>
        <w:tc>
          <w:tcPr>
            <w:tcW w:w="2880" w:type="dxa"/>
          </w:tcPr>
          <w:p w:rsidR="006F7457" w:rsidRPr="00332DB8" w:rsidRDefault="006F7457">
            <w:pPr>
              <w:rPr>
                <w:lang w:val="ru-RU"/>
              </w:rPr>
            </w:pPr>
          </w:p>
        </w:tc>
      </w:tr>
      <w:tr w:rsidR="006F7457">
        <w:tc>
          <w:tcPr>
            <w:tcW w:w="2880" w:type="dxa"/>
          </w:tcPr>
          <w:p w:rsidR="006F7457" w:rsidRDefault="00332DB8">
            <w:r>
              <w:t>2249.</w:t>
            </w:r>
          </w:p>
        </w:tc>
        <w:tc>
          <w:tcPr>
            <w:tcW w:w="2880" w:type="dxa"/>
          </w:tcPr>
          <w:p w:rsidR="006F7457" w:rsidRDefault="00332DB8">
            <w:r w:rsidRPr="00332DB8">
              <w:rPr>
                <w:lang w:val="ru-RU"/>
              </w:rPr>
              <w:t xml:space="preserve">Информационные материалы на интернет – сайте «В контакте» – текст «Возрождение национал – Социализма! </w:t>
            </w:r>
            <w:r>
              <w:t>14.88 «We must secure the existence of our people and a future for white children» (решение Кунцевского районного суда г. Москвы от 12.07.2013);</w:t>
            </w:r>
          </w:p>
        </w:tc>
        <w:tc>
          <w:tcPr>
            <w:tcW w:w="2880" w:type="dxa"/>
          </w:tcPr>
          <w:p w:rsidR="006F7457" w:rsidRDefault="006F7457"/>
        </w:tc>
      </w:tr>
      <w:tr w:rsidR="006F7457" w:rsidRPr="00A31F1A">
        <w:tc>
          <w:tcPr>
            <w:tcW w:w="2880" w:type="dxa"/>
          </w:tcPr>
          <w:p w:rsidR="006F7457" w:rsidRDefault="00332DB8">
            <w:r>
              <w:t>2250.</w:t>
            </w:r>
          </w:p>
        </w:tc>
        <w:tc>
          <w:tcPr>
            <w:tcW w:w="2880" w:type="dxa"/>
          </w:tcPr>
          <w:p w:rsidR="006F7457" w:rsidRPr="00332DB8" w:rsidRDefault="00332DB8">
            <w:pPr>
              <w:rPr>
                <w:lang w:val="ru-RU"/>
              </w:rPr>
            </w:pPr>
            <w:r w:rsidRPr="00332DB8">
              <w:rPr>
                <w:lang w:val="ru-RU"/>
              </w:rPr>
              <w:t>Видео-файл «</w:t>
            </w:r>
            <w:r>
              <w:t>Skiny</w:t>
            </w:r>
            <w:r w:rsidRPr="00332DB8">
              <w:rPr>
                <w:lang w:val="ru-RU"/>
              </w:rPr>
              <w:t xml:space="preserve">...», размещенный на электронной странице в сети Интернет </w:t>
            </w:r>
            <w:r>
              <w:t>http</w:t>
            </w:r>
            <w:r w:rsidRPr="00332DB8">
              <w:rPr>
                <w:lang w:val="ru-RU"/>
              </w:rPr>
              <w:t>://</w:t>
            </w:r>
            <w:r>
              <w:t>vk</w:t>
            </w:r>
            <w:r w:rsidRPr="00332DB8">
              <w:rPr>
                <w:lang w:val="ru-RU"/>
              </w:rPr>
              <w:t>.</w:t>
            </w:r>
            <w:r>
              <w:t>com</w:t>
            </w:r>
            <w:r w:rsidRPr="00332DB8">
              <w:rPr>
                <w:lang w:val="ru-RU"/>
              </w:rPr>
              <w:t>/</w:t>
            </w:r>
            <w:r>
              <w:t>id</w:t>
            </w:r>
            <w:r w:rsidRPr="00332DB8">
              <w:rPr>
                <w:lang w:val="ru-RU"/>
              </w:rPr>
              <w:t>41735474 (решение Московского районного суда г. Калининграда от 03.10.2013);</w:t>
            </w:r>
          </w:p>
        </w:tc>
        <w:tc>
          <w:tcPr>
            <w:tcW w:w="2880" w:type="dxa"/>
          </w:tcPr>
          <w:p w:rsidR="006F7457" w:rsidRPr="00332DB8" w:rsidRDefault="006F7457">
            <w:pPr>
              <w:rPr>
                <w:lang w:val="ru-RU"/>
              </w:rPr>
            </w:pPr>
          </w:p>
        </w:tc>
      </w:tr>
      <w:tr w:rsidR="006F7457" w:rsidRPr="00A31F1A">
        <w:tc>
          <w:tcPr>
            <w:tcW w:w="2880" w:type="dxa"/>
          </w:tcPr>
          <w:p w:rsidR="006F7457" w:rsidRDefault="00332DB8">
            <w:r>
              <w:t>2251.</w:t>
            </w:r>
          </w:p>
        </w:tc>
        <w:tc>
          <w:tcPr>
            <w:tcW w:w="2880" w:type="dxa"/>
          </w:tcPr>
          <w:p w:rsidR="006F7457" w:rsidRPr="00332DB8" w:rsidRDefault="00332DB8">
            <w:pPr>
              <w:rPr>
                <w:lang w:val="ru-RU"/>
              </w:rPr>
            </w:pPr>
            <w:r w:rsidRPr="00332DB8">
              <w:rPr>
                <w:lang w:val="ru-RU"/>
              </w:rPr>
              <w:t xml:space="preserve">Видео-файл «Смерть хачам!!!», размещенный на электронной странице в сети Интернет </w:t>
            </w:r>
            <w:r>
              <w:t>http</w:t>
            </w:r>
            <w:r w:rsidRPr="00332DB8">
              <w:rPr>
                <w:lang w:val="ru-RU"/>
              </w:rPr>
              <w:t>://</w:t>
            </w:r>
            <w:r>
              <w:t>vk</w:t>
            </w:r>
            <w:r w:rsidRPr="00332DB8">
              <w:rPr>
                <w:lang w:val="ru-RU"/>
              </w:rPr>
              <w:t>.</w:t>
            </w:r>
            <w:r>
              <w:t>com</w:t>
            </w:r>
            <w:r w:rsidRPr="00332DB8">
              <w:rPr>
                <w:lang w:val="ru-RU"/>
              </w:rPr>
              <w:t>/</w:t>
            </w:r>
            <w:r>
              <w:t>id</w:t>
            </w:r>
            <w:r w:rsidRPr="00332DB8">
              <w:rPr>
                <w:lang w:val="ru-RU"/>
              </w:rPr>
              <w:t>41735474 (решение Московского районного суда г. Калининграда от 01.10.2013);</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2252.</w:t>
            </w:r>
          </w:p>
        </w:tc>
        <w:tc>
          <w:tcPr>
            <w:tcW w:w="2880" w:type="dxa"/>
          </w:tcPr>
          <w:p w:rsidR="006F7457" w:rsidRPr="00332DB8" w:rsidRDefault="00332DB8">
            <w:pPr>
              <w:rPr>
                <w:lang w:val="ru-RU"/>
              </w:rPr>
            </w:pPr>
            <w:r w:rsidRPr="00332DB8">
              <w:rPr>
                <w:lang w:val="ru-RU"/>
              </w:rPr>
              <w:t xml:space="preserve">Видео-файл формата 18 «Бей чурок!», размещенный на электронной странице в сети Интернет </w:t>
            </w:r>
            <w:r>
              <w:t>http</w:t>
            </w:r>
            <w:r w:rsidRPr="00332DB8">
              <w:rPr>
                <w:lang w:val="ru-RU"/>
              </w:rPr>
              <w:t>://</w:t>
            </w:r>
            <w:r>
              <w:t>vk</w:t>
            </w:r>
            <w:r w:rsidRPr="00332DB8">
              <w:rPr>
                <w:lang w:val="ru-RU"/>
              </w:rPr>
              <w:t>.</w:t>
            </w:r>
            <w:r>
              <w:t>com</w:t>
            </w:r>
            <w:r w:rsidRPr="00332DB8">
              <w:rPr>
                <w:lang w:val="ru-RU"/>
              </w:rPr>
              <w:t>/</w:t>
            </w:r>
            <w:r>
              <w:t>id</w:t>
            </w:r>
            <w:r w:rsidRPr="00332DB8">
              <w:rPr>
                <w:lang w:val="ru-RU"/>
              </w:rPr>
              <w:t>41735474 (решение Московского районного суда г. Калининграда от 03.09.2013);</w:t>
            </w:r>
          </w:p>
        </w:tc>
        <w:tc>
          <w:tcPr>
            <w:tcW w:w="2880" w:type="dxa"/>
          </w:tcPr>
          <w:p w:rsidR="006F7457" w:rsidRPr="00332DB8" w:rsidRDefault="006F7457">
            <w:pPr>
              <w:rPr>
                <w:lang w:val="ru-RU"/>
              </w:rPr>
            </w:pPr>
          </w:p>
        </w:tc>
      </w:tr>
      <w:tr w:rsidR="006F7457" w:rsidRPr="00A31F1A">
        <w:tc>
          <w:tcPr>
            <w:tcW w:w="2880" w:type="dxa"/>
          </w:tcPr>
          <w:p w:rsidR="006F7457" w:rsidRDefault="00332DB8">
            <w:r>
              <w:t>2253.</w:t>
            </w:r>
          </w:p>
        </w:tc>
        <w:tc>
          <w:tcPr>
            <w:tcW w:w="2880" w:type="dxa"/>
          </w:tcPr>
          <w:p w:rsidR="006F7457" w:rsidRPr="00332DB8" w:rsidRDefault="00332DB8">
            <w:pPr>
              <w:rPr>
                <w:lang w:val="ru-RU"/>
              </w:rPr>
            </w:pPr>
            <w:r w:rsidRPr="00332DB8">
              <w:rPr>
                <w:lang w:val="ru-RU"/>
              </w:rPr>
              <w:t xml:space="preserve">Видео-файл «Убей хача – спаси страну», размещенный на электронной странице в сети Интернет </w:t>
            </w:r>
            <w:r>
              <w:t>http</w:t>
            </w:r>
            <w:r w:rsidRPr="00332DB8">
              <w:rPr>
                <w:lang w:val="ru-RU"/>
              </w:rPr>
              <w:t>://</w:t>
            </w:r>
            <w:r>
              <w:t>vk</w:t>
            </w:r>
            <w:r w:rsidRPr="00332DB8">
              <w:rPr>
                <w:lang w:val="ru-RU"/>
              </w:rPr>
              <w:t>.</w:t>
            </w:r>
            <w:r>
              <w:t>com</w:t>
            </w:r>
            <w:r w:rsidRPr="00332DB8">
              <w:rPr>
                <w:lang w:val="ru-RU"/>
              </w:rPr>
              <w:t>/</w:t>
            </w:r>
            <w:r>
              <w:t>id</w:t>
            </w:r>
            <w:r w:rsidRPr="00332DB8">
              <w:rPr>
                <w:lang w:val="ru-RU"/>
              </w:rPr>
              <w:t>41735474 (решение Московского районного суда г. Калининграда от 30.08.2013);</w:t>
            </w:r>
          </w:p>
        </w:tc>
        <w:tc>
          <w:tcPr>
            <w:tcW w:w="2880" w:type="dxa"/>
          </w:tcPr>
          <w:p w:rsidR="006F7457" w:rsidRPr="00332DB8" w:rsidRDefault="006F7457">
            <w:pPr>
              <w:rPr>
                <w:lang w:val="ru-RU"/>
              </w:rPr>
            </w:pPr>
          </w:p>
        </w:tc>
      </w:tr>
      <w:tr w:rsidR="006F7457" w:rsidRPr="00A31F1A">
        <w:tc>
          <w:tcPr>
            <w:tcW w:w="2880" w:type="dxa"/>
          </w:tcPr>
          <w:p w:rsidR="006F7457" w:rsidRDefault="00332DB8">
            <w:r>
              <w:t>2254.</w:t>
            </w:r>
          </w:p>
        </w:tc>
        <w:tc>
          <w:tcPr>
            <w:tcW w:w="2880" w:type="dxa"/>
          </w:tcPr>
          <w:p w:rsidR="006F7457" w:rsidRPr="00332DB8" w:rsidRDefault="00332DB8">
            <w:pPr>
              <w:rPr>
                <w:lang w:val="ru-RU"/>
              </w:rPr>
            </w:pPr>
            <w:r w:rsidRPr="00332DB8">
              <w:rPr>
                <w:lang w:val="ru-RU"/>
              </w:rPr>
              <w:t xml:space="preserve">Видео-файл «Формат 18 Казнь таджитского», размещенный на электронной странице в сети Интернет </w:t>
            </w:r>
            <w:r>
              <w:t>http</w:t>
            </w:r>
            <w:r w:rsidRPr="00332DB8">
              <w:rPr>
                <w:lang w:val="ru-RU"/>
              </w:rPr>
              <w:t>://</w:t>
            </w:r>
            <w:r>
              <w:t>vk</w:t>
            </w:r>
            <w:r w:rsidRPr="00332DB8">
              <w:rPr>
                <w:lang w:val="ru-RU"/>
              </w:rPr>
              <w:t>.</w:t>
            </w:r>
            <w:r>
              <w:t>com</w:t>
            </w:r>
            <w:r w:rsidRPr="00332DB8">
              <w:rPr>
                <w:lang w:val="ru-RU"/>
              </w:rPr>
              <w:t>/</w:t>
            </w:r>
            <w:r>
              <w:t>id</w:t>
            </w:r>
            <w:r w:rsidRPr="00332DB8">
              <w:rPr>
                <w:lang w:val="ru-RU"/>
              </w:rPr>
              <w:t>41735474 (решение Московского районного суда г. Калининграда от 05.09.2013);</w:t>
            </w:r>
          </w:p>
        </w:tc>
        <w:tc>
          <w:tcPr>
            <w:tcW w:w="2880" w:type="dxa"/>
          </w:tcPr>
          <w:p w:rsidR="006F7457" w:rsidRPr="00332DB8" w:rsidRDefault="006F7457">
            <w:pPr>
              <w:rPr>
                <w:lang w:val="ru-RU"/>
              </w:rPr>
            </w:pPr>
          </w:p>
        </w:tc>
      </w:tr>
      <w:tr w:rsidR="006F7457" w:rsidRPr="00A31F1A">
        <w:tc>
          <w:tcPr>
            <w:tcW w:w="2880" w:type="dxa"/>
          </w:tcPr>
          <w:p w:rsidR="006F7457" w:rsidRDefault="00332DB8">
            <w:r>
              <w:t>2255.</w:t>
            </w:r>
          </w:p>
        </w:tc>
        <w:tc>
          <w:tcPr>
            <w:tcW w:w="2880" w:type="dxa"/>
          </w:tcPr>
          <w:p w:rsidR="006F7457" w:rsidRPr="00332DB8" w:rsidRDefault="00332DB8">
            <w:pPr>
              <w:rPr>
                <w:lang w:val="ru-RU"/>
              </w:rPr>
            </w:pPr>
            <w:r w:rsidRPr="00332DB8">
              <w:rPr>
                <w:lang w:val="ru-RU"/>
              </w:rPr>
              <w:t xml:space="preserve">Видео-файл «Россия для русских», размещенный на электронной странице в сети Интернет </w:t>
            </w:r>
            <w:r>
              <w:t>http</w:t>
            </w:r>
            <w:r w:rsidRPr="00332DB8">
              <w:rPr>
                <w:lang w:val="ru-RU"/>
              </w:rPr>
              <w:t>://</w:t>
            </w:r>
            <w:r>
              <w:t>vk</w:t>
            </w:r>
            <w:r w:rsidRPr="00332DB8">
              <w:rPr>
                <w:lang w:val="ru-RU"/>
              </w:rPr>
              <w:t>.</w:t>
            </w:r>
            <w:r>
              <w:t>com</w:t>
            </w:r>
            <w:r w:rsidRPr="00332DB8">
              <w:rPr>
                <w:lang w:val="ru-RU"/>
              </w:rPr>
              <w:t>/</w:t>
            </w:r>
            <w:r>
              <w:t>id</w:t>
            </w:r>
            <w:r w:rsidRPr="00332DB8">
              <w:rPr>
                <w:lang w:val="ru-RU"/>
              </w:rPr>
              <w:t>41735474 (решение Московского районного суда г. Калининграда от 27.08.2013);</w:t>
            </w:r>
          </w:p>
        </w:tc>
        <w:tc>
          <w:tcPr>
            <w:tcW w:w="2880" w:type="dxa"/>
          </w:tcPr>
          <w:p w:rsidR="006F7457" w:rsidRPr="00332DB8" w:rsidRDefault="006F7457">
            <w:pPr>
              <w:rPr>
                <w:lang w:val="ru-RU"/>
              </w:rPr>
            </w:pPr>
          </w:p>
        </w:tc>
      </w:tr>
      <w:tr w:rsidR="006F7457" w:rsidRPr="00A31F1A">
        <w:tc>
          <w:tcPr>
            <w:tcW w:w="2880" w:type="dxa"/>
          </w:tcPr>
          <w:p w:rsidR="006F7457" w:rsidRDefault="00332DB8">
            <w:r>
              <w:t>2256.</w:t>
            </w:r>
          </w:p>
        </w:tc>
        <w:tc>
          <w:tcPr>
            <w:tcW w:w="2880" w:type="dxa"/>
          </w:tcPr>
          <w:p w:rsidR="006F7457" w:rsidRPr="00332DB8" w:rsidRDefault="00332DB8">
            <w:pPr>
              <w:rPr>
                <w:lang w:val="ru-RU"/>
              </w:rPr>
            </w:pPr>
            <w:r w:rsidRPr="00332DB8">
              <w:rPr>
                <w:lang w:val="ru-RU"/>
              </w:rPr>
              <w:t xml:space="preserve">Видео-файл </w:t>
            </w:r>
            <w:r>
              <w:t>Russkij</w:t>
            </w:r>
            <w:r w:rsidRPr="00332DB8">
              <w:rPr>
                <w:lang w:val="ru-RU"/>
              </w:rPr>
              <w:t xml:space="preserve">, </w:t>
            </w:r>
            <w:r>
              <w:t>ochnis</w:t>
            </w:r>
            <w:r w:rsidRPr="00332DB8">
              <w:rPr>
                <w:lang w:val="ru-RU"/>
              </w:rPr>
              <w:t xml:space="preserve">´! </w:t>
            </w:r>
            <w:r>
              <w:t>Protiv</w:t>
            </w:r>
            <w:r w:rsidRPr="00332DB8">
              <w:rPr>
                <w:lang w:val="ru-RU"/>
              </w:rPr>
              <w:t xml:space="preserve"> </w:t>
            </w:r>
            <w:r>
              <w:t>tebya</w:t>
            </w:r>
            <w:r w:rsidRPr="00332DB8">
              <w:rPr>
                <w:lang w:val="ru-RU"/>
              </w:rPr>
              <w:t xml:space="preserve"> </w:t>
            </w:r>
            <w:r>
              <w:t>idet</w:t>
            </w:r>
            <w:r w:rsidRPr="00332DB8">
              <w:rPr>
                <w:lang w:val="ru-RU"/>
              </w:rPr>
              <w:t xml:space="preserve"> </w:t>
            </w:r>
            <w:r>
              <w:t>vojna</w:t>
            </w:r>
            <w:r w:rsidRPr="00332DB8">
              <w:rPr>
                <w:lang w:val="ru-RU"/>
              </w:rPr>
              <w:t xml:space="preserve">!, размещенный на электронной странице в сети Интернет </w:t>
            </w:r>
            <w:r>
              <w:t>http</w:t>
            </w:r>
            <w:r w:rsidRPr="00332DB8">
              <w:rPr>
                <w:lang w:val="ru-RU"/>
              </w:rPr>
              <w:t>://</w:t>
            </w:r>
            <w:r>
              <w:t>vk</w:t>
            </w:r>
            <w:r w:rsidRPr="00332DB8">
              <w:rPr>
                <w:lang w:val="ru-RU"/>
              </w:rPr>
              <w:t>.</w:t>
            </w:r>
            <w:r>
              <w:t>com</w:t>
            </w:r>
            <w:r w:rsidRPr="00332DB8">
              <w:rPr>
                <w:lang w:val="ru-RU"/>
              </w:rPr>
              <w:t>/</w:t>
            </w:r>
            <w:r>
              <w:t>id</w:t>
            </w:r>
            <w:r w:rsidRPr="00332DB8">
              <w:rPr>
                <w:lang w:val="ru-RU"/>
              </w:rPr>
              <w:t>41735474 (решение Московского районного суда г. Калининграда от 14.08.2013);</w:t>
            </w:r>
          </w:p>
        </w:tc>
        <w:tc>
          <w:tcPr>
            <w:tcW w:w="2880" w:type="dxa"/>
          </w:tcPr>
          <w:p w:rsidR="006F7457" w:rsidRPr="00332DB8" w:rsidRDefault="006F7457">
            <w:pPr>
              <w:rPr>
                <w:lang w:val="ru-RU"/>
              </w:rPr>
            </w:pPr>
          </w:p>
        </w:tc>
      </w:tr>
      <w:tr w:rsidR="006F7457" w:rsidRPr="00A31F1A">
        <w:tc>
          <w:tcPr>
            <w:tcW w:w="2880" w:type="dxa"/>
          </w:tcPr>
          <w:p w:rsidR="006F7457" w:rsidRDefault="00332DB8">
            <w:r>
              <w:t>225</w:t>
            </w:r>
            <w:r>
              <w:lastRenderedPageBreak/>
              <w:t>7.</w:t>
            </w:r>
          </w:p>
        </w:tc>
        <w:tc>
          <w:tcPr>
            <w:tcW w:w="2880" w:type="dxa"/>
          </w:tcPr>
          <w:p w:rsidR="006F7457" w:rsidRPr="00332DB8" w:rsidRDefault="00332DB8">
            <w:pPr>
              <w:rPr>
                <w:lang w:val="ru-RU"/>
              </w:rPr>
            </w:pPr>
            <w:r w:rsidRPr="00332DB8">
              <w:rPr>
                <w:lang w:val="ru-RU"/>
              </w:rPr>
              <w:lastRenderedPageBreak/>
              <w:t xml:space="preserve">Видео-файл «Чуркам-смерть», размещенный на электронной странице в сети Интернет </w:t>
            </w:r>
            <w:r>
              <w:t>http</w:t>
            </w:r>
            <w:r w:rsidRPr="00332DB8">
              <w:rPr>
                <w:lang w:val="ru-RU"/>
              </w:rPr>
              <w:t>://</w:t>
            </w:r>
            <w:r>
              <w:t>vk</w:t>
            </w:r>
            <w:r w:rsidRPr="00332DB8">
              <w:rPr>
                <w:lang w:val="ru-RU"/>
              </w:rPr>
              <w:t>.</w:t>
            </w:r>
            <w:r>
              <w:t>com</w:t>
            </w:r>
            <w:r w:rsidRPr="00332DB8">
              <w:rPr>
                <w:lang w:val="ru-RU"/>
              </w:rPr>
              <w:t>/</w:t>
            </w:r>
            <w:r>
              <w:t>id</w:t>
            </w:r>
            <w:r w:rsidRPr="00332DB8">
              <w:rPr>
                <w:lang w:val="ru-RU"/>
              </w:rPr>
              <w:t>41735474 (решение Московского районного суда г. Калининграда от 05.09.2013);</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2258.</w:t>
            </w:r>
          </w:p>
        </w:tc>
        <w:tc>
          <w:tcPr>
            <w:tcW w:w="2880" w:type="dxa"/>
          </w:tcPr>
          <w:p w:rsidR="006F7457" w:rsidRPr="00332DB8" w:rsidRDefault="00332DB8">
            <w:pPr>
              <w:rPr>
                <w:lang w:val="ru-RU"/>
              </w:rPr>
            </w:pPr>
            <w:r w:rsidRPr="00332DB8">
              <w:rPr>
                <w:lang w:val="ru-RU"/>
              </w:rPr>
              <w:t xml:space="preserve">Видео-файл </w:t>
            </w:r>
            <w:r>
              <w:t>d</w:t>
            </w:r>
            <w:r w:rsidRPr="00332DB8">
              <w:rPr>
                <w:lang w:val="ru-RU"/>
              </w:rPr>
              <w:t>2</w:t>
            </w:r>
            <w:r>
              <w:t>a</w:t>
            </w:r>
            <w:r w:rsidRPr="00332DB8">
              <w:rPr>
                <w:lang w:val="ru-RU"/>
              </w:rPr>
              <w:t>7</w:t>
            </w:r>
            <w:r>
              <w:t>d</w:t>
            </w:r>
            <w:r w:rsidRPr="00332DB8">
              <w:rPr>
                <w:lang w:val="ru-RU"/>
              </w:rPr>
              <w:t>42541</w:t>
            </w:r>
            <w:r>
              <w:t>be</w:t>
            </w:r>
            <w:r w:rsidRPr="00332DB8">
              <w:rPr>
                <w:lang w:val="ru-RU"/>
              </w:rPr>
              <w:t>-27514966.</w:t>
            </w:r>
            <w:r>
              <w:t>vk</w:t>
            </w:r>
            <w:r w:rsidRPr="00332DB8">
              <w:rPr>
                <w:lang w:val="ru-RU"/>
              </w:rPr>
              <w:t xml:space="preserve"> «Россия без чурок!!!!!!», размещенный на электронной странице в сети Интернет </w:t>
            </w:r>
            <w:r>
              <w:t>http</w:t>
            </w:r>
            <w:r w:rsidRPr="00332DB8">
              <w:rPr>
                <w:lang w:val="ru-RU"/>
              </w:rPr>
              <w:t>://</w:t>
            </w:r>
            <w:r>
              <w:t>vk</w:t>
            </w:r>
            <w:r w:rsidRPr="00332DB8">
              <w:rPr>
                <w:lang w:val="ru-RU"/>
              </w:rPr>
              <w:t>.</w:t>
            </w:r>
            <w:r>
              <w:t>com</w:t>
            </w:r>
            <w:r w:rsidRPr="00332DB8">
              <w:rPr>
                <w:lang w:val="ru-RU"/>
              </w:rPr>
              <w:t>/</w:t>
            </w:r>
            <w:r>
              <w:t>id</w:t>
            </w:r>
            <w:r w:rsidRPr="00332DB8">
              <w:rPr>
                <w:lang w:val="ru-RU"/>
              </w:rPr>
              <w:t>41735474 (решение Московского районного суда г. Калининграда от 05.09.2013);</w:t>
            </w:r>
          </w:p>
        </w:tc>
        <w:tc>
          <w:tcPr>
            <w:tcW w:w="2880" w:type="dxa"/>
          </w:tcPr>
          <w:p w:rsidR="006F7457" w:rsidRPr="00332DB8" w:rsidRDefault="006F7457">
            <w:pPr>
              <w:rPr>
                <w:lang w:val="ru-RU"/>
              </w:rPr>
            </w:pPr>
          </w:p>
        </w:tc>
      </w:tr>
      <w:tr w:rsidR="006F7457" w:rsidRPr="00A31F1A">
        <w:tc>
          <w:tcPr>
            <w:tcW w:w="2880" w:type="dxa"/>
          </w:tcPr>
          <w:p w:rsidR="006F7457" w:rsidRDefault="00332DB8">
            <w:r>
              <w:t>2259.</w:t>
            </w:r>
          </w:p>
        </w:tc>
        <w:tc>
          <w:tcPr>
            <w:tcW w:w="2880" w:type="dxa"/>
          </w:tcPr>
          <w:p w:rsidR="006F7457" w:rsidRPr="00332DB8" w:rsidRDefault="00332DB8">
            <w:pPr>
              <w:rPr>
                <w:lang w:val="ru-RU"/>
              </w:rPr>
            </w:pPr>
            <w:r w:rsidRPr="00332DB8">
              <w:rPr>
                <w:lang w:val="ru-RU"/>
              </w:rPr>
              <w:t>Видео-файл «</w:t>
            </w:r>
            <w:r>
              <w:t>Kazn</w:t>
            </w:r>
            <w:r w:rsidRPr="00332DB8">
              <w:rPr>
                <w:lang w:val="ru-RU"/>
              </w:rPr>
              <w:t>`</w:t>
            </w:r>
            <w:r>
              <w:t>pyati</w:t>
            </w:r>
            <w:r w:rsidRPr="00332DB8">
              <w:rPr>
                <w:lang w:val="ru-RU"/>
              </w:rPr>
              <w:t xml:space="preserve"> </w:t>
            </w:r>
            <w:r>
              <w:t>okkupantov</w:t>
            </w:r>
            <w:r w:rsidRPr="00332DB8">
              <w:rPr>
                <w:lang w:val="ru-RU"/>
              </w:rPr>
              <w:t xml:space="preserve"> </w:t>
            </w:r>
            <w:r>
              <w:t>NS</w:t>
            </w:r>
            <w:r w:rsidRPr="00332DB8">
              <w:rPr>
                <w:lang w:val="ru-RU"/>
              </w:rPr>
              <w:t>-</w:t>
            </w:r>
            <w:r>
              <w:t>WP</w:t>
            </w:r>
            <w:r w:rsidRPr="00332DB8">
              <w:rPr>
                <w:lang w:val="ru-RU"/>
              </w:rPr>
              <w:t xml:space="preserve">», размещенный на электронной странице в сети Интернет </w:t>
            </w:r>
            <w:r>
              <w:t>http</w:t>
            </w:r>
            <w:r w:rsidRPr="00332DB8">
              <w:rPr>
                <w:lang w:val="ru-RU"/>
              </w:rPr>
              <w:t>://</w:t>
            </w:r>
            <w:r>
              <w:t>vk</w:t>
            </w:r>
            <w:r w:rsidRPr="00332DB8">
              <w:rPr>
                <w:lang w:val="ru-RU"/>
              </w:rPr>
              <w:t>.</w:t>
            </w:r>
            <w:r>
              <w:t>com</w:t>
            </w:r>
            <w:r w:rsidRPr="00332DB8">
              <w:rPr>
                <w:lang w:val="ru-RU"/>
              </w:rPr>
              <w:t>/</w:t>
            </w:r>
            <w:r>
              <w:t>id</w:t>
            </w:r>
            <w:r w:rsidRPr="00332DB8">
              <w:rPr>
                <w:lang w:val="ru-RU"/>
              </w:rPr>
              <w:t>41735474 (решение Московского районного суда г. Калининграда от 27.09.2013);</w:t>
            </w:r>
          </w:p>
        </w:tc>
        <w:tc>
          <w:tcPr>
            <w:tcW w:w="2880" w:type="dxa"/>
          </w:tcPr>
          <w:p w:rsidR="006F7457" w:rsidRPr="00332DB8" w:rsidRDefault="006F7457">
            <w:pPr>
              <w:rPr>
                <w:lang w:val="ru-RU"/>
              </w:rPr>
            </w:pPr>
          </w:p>
        </w:tc>
      </w:tr>
      <w:tr w:rsidR="006F7457" w:rsidRPr="00A31F1A">
        <w:tc>
          <w:tcPr>
            <w:tcW w:w="2880" w:type="dxa"/>
          </w:tcPr>
          <w:p w:rsidR="006F7457" w:rsidRDefault="00332DB8">
            <w:r>
              <w:t>2260.</w:t>
            </w:r>
          </w:p>
        </w:tc>
        <w:tc>
          <w:tcPr>
            <w:tcW w:w="2880" w:type="dxa"/>
          </w:tcPr>
          <w:p w:rsidR="006F7457" w:rsidRPr="00332DB8" w:rsidRDefault="00332DB8">
            <w:pPr>
              <w:rPr>
                <w:lang w:val="ru-RU"/>
              </w:rPr>
            </w:pPr>
            <w:r w:rsidRPr="00332DB8">
              <w:rPr>
                <w:lang w:val="ru-RU"/>
              </w:rPr>
              <w:t xml:space="preserve">Видео-файл «Скины», размещенный на электронной странице в сети Интернет </w:t>
            </w:r>
            <w:r>
              <w:t>http</w:t>
            </w:r>
            <w:r w:rsidRPr="00332DB8">
              <w:rPr>
                <w:lang w:val="ru-RU"/>
              </w:rPr>
              <w:t>://</w:t>
            </w:r>
            <w:r>
              <w:t>vk</w:t>
            </w:r>
            <w:r w:rsidRPr="00332DB8">
              <w:rPr>
                <w:lang w:val="ru-RU"/>
              </w:rPr>
              <w:t>.</w:t>
            </w:r>
            <w:r>
              <w:t>com</w:t>
            </w:r>
            <w:r w:rsidRPr="00332DB8">
              <w:rPr>
                <w:lang w:val="ru-RU"/>
              </w:rPr>
              <w:t>/</w:t>
            </w:r>
            <w:r>
              <w:t>id</w:t>
            </w:r>
            <w:r w:rsidRPr="00332DB8">
              <w:rPr>
                <w:lang w:val="ru-RU"/>
              </w:rPr>
              <w:t>41735474 (решение Московского районного суда г. Калининграда от 27.09.2013);</w:t>
            </w:r>
          </w:p>
        </w:tc>
        <w:tc>
          <w:tcPr>
            <w:tcW w:w="2880" w:type="dxa"/>
          </w:tcPr>
          <w:p w:rsidR="006F7457" w:rsidRPr="00332DB8" w:rsidRDefault="006F7457">
            <w:pPr>
              <w:rPr>
                <w:lang w:val="ru-RU"/>
              </w:rPr>
            </w:pPr>
          </w:p>
        </w:tc>
      </w:tr>
      <w:tr w:rsidR="006F7457" w:rsidRPr="005A424D">
        <w:tc>
          <w:tcPr>
            <w:tcW w:w="2880" w:type="dxa"/>
          </w:tcPr>
          <w:p w:rsidR="006F7457" w:rsidRDefault="00332DB8">
            <w:r>
              <w:t>2261.</w:t>
            </w:r>
          </w:p>
        </w:tc>
        <w:tc>
          <w:tcPr>
            <w:tcW w:w="2880" w:type="dxa"/>
          </w:tcPr>
          <w:p w:rsidR="006F7457" w:rsidRPr="00332DB8" w:rsidRDefault="00332DB8">
            <w:pPr>
              <w:rPr>
                <w:lang w:val="ru-RU"/>
              </w:rPr>
            </w:pPr>
            <w:r w:rsidRPr="00332DB8">
              <w:rPr>
                <w:lang w:val="ru-RU"/>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c>
          <w:tcPr>
            <w:tcW w:w="2880" w:type="dxa"/>
          </w:tcPr>
          <w:p w:rsidR="006F7457" w:rsidRPr="00332DB8" w:rsidRDefault="006F7457">
            <w:pPr>
              <w:rPr>
                <w:lang w:val="ru-RU"/>
              </w:rPr>
            </w:pPr>
          </w:p>
        </w:tc>
      </w:tr>
      <w:tr w:rsidR="006F7457" w:rsidRPr="00A31F1A">
        <w:tc>
          <w:tcPr>
            <w:tcW w:w="2880" w:type="dxa"/>
          </w:tcPr>
          <w:p w:rsidR="006F7457" w:rsidRDefault="00332DB8">
            <w:r>
              <w:t>2262.</w:t>
            </w:r>
          </w:p>
        </w:tc>
        <w:tc>
          <w:tcPr>
            <w:tcW w:w="2880" w:type="dxa"/>
          </w:tcPr>
          <w:p w:rsidR="006F7457" w:rsidRPr="00332DB8" w:rsidRDefault="00332DB8">
            <w:pPr>
              <w:rPr>
                <w:lang w:val="ru-RU"/>
              </w:rPr>
            </w:pPr>
            <w:r w:rsidRPr="00332DB8">
              <w:rPr>
                <w:lang w:val="ru-RU"/>
              </w:rPr>
              <w:t xml:space="preserve">Статья «Ваня. Записки подельника» за подписью </w:t>
            </w:r>
            <w:r>
              <w:t>zJudes</w:t>
            </w:r>
            <w:r w:rsidRPr="00332DB8">
              <w:rPr>
                <w:lang w:val="ru-RU"/>
              </w:rPr>
              <w:t>, опубликованная в журнале «Автоном» № 32 зима 2011 (решение Ленинского районного суда г. Тюмени от 27.11.2013);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2263.</w:t>
            </w:r>
          </w:p>
        </w:tc>
        <w:tc>
          <w:tcPr>
            <w:tcW w:w="2880" w:type="dxa"/>
          </w:tcPr>
          <w:p w:rsidR="006F7457" w:rsidRPr="00332DB8" w:rsidRDefault="00332DB8">
            <w:pPr>
              <w:rPr>
                <w:lang w:val="ru-RU"/>
              </w:rPr>
            </w:pPr>
            <w:r w:rsidRPr="00332DB8">
              <w:rPr>
                <w:lang w:val="ru-RU"/>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2880" w:type="dxa"/>
          </w:tcPr>
          <w:p w:rsidR="006F7457" w:rsidRPr="00332DB8" w:rsidRDefault="006F7457">
            <w:pPr>
              <w:rPr>
                <w:lang w:val="ru-RU"/>
              </w:rPr>
            </w:pPr>
          </w:p>
        </w:tc>
      </w:tr>
      <w:tr w:rsidR="006F7457" w:rsidRPr="005A424D">
        <w:tc>
          <w:tcPr>
            <w:tcW w:w="2880" w:type="dxa"/>
          </w:tcPr>
          <w:p w:rsidR="006F7457" w:rsidRDefault="00332DB8">
            <w:r>
              <w:t>2264.</w:t>
            </w:r>
          </w:p>
        </w:tc>
        <w:tc>
          <w:tcPr>
            <w:tcW w:w="2880" w:type="dxa"/>
          </w:tcPr>
          <w:p w:rsidR="006F7457" w:rsidRPr="00332DB8" w:rsidRDefault="00332DB8">
            <w:pPr>
              <w:rPr>
                <w:lang w:val="ru-RU"/>
              </w:rPr>
            </w:pPr>
            <w:r w:rsidRPr="00332DB8">
              <w:rPr>
                <w:lang w:val="ru-RU"/>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2880" w:type="dxa"/>
          </w:tcPr>
          <w:p w:rsidR="006F7457" w:rsidRPr="00332DB8" w:rsidRDefault="006F7457">
            <w:pPr>
              <w:rPr>
                <w:lang w:val="ru-RU"/>
              </w:rPr>
            </w:pPr>
          </w:p>
        </w:tc>
      </w:tr>
      <w:tr w:rsidR="006F7457">
        <w:tc>
          <w:tcPr>
            <w:tcW w:w="2880" w:type="dxa"/>
          </w:tcPr>
          <w:p w:rsidR="006F7457" w:rsidRDefault="00332DB8">
            <w:r>
              <w:t>2265.</w:t>
            </w:r>
          </w:p>
        </w:tc>
        <w:tc>
          <w:tcPr>
            <w:tcW w:w="2880" w:type="dxa"/>
          </w:tcPr>
          <w:p w:rsidR="006F7457" w:rsidRDefault="00332DB8">
            <w:r w:rsidRPr="00332DB8">
              <w:rPr>
                <w:lang w:val="ru-RU"/>
              </w:rPr>
              <w:t xml:space="preserve">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w:t>
            </w:r>
            <w:r>
              <w:t>1 час 02 минуты (решение Центрального районного суда г. Тюмени от 06.12.2013);</w:t>
            </w:r>
          </w:p>
        </w:tc>
        <w:tc>
          <w:tcPr>
            <w:tcW w:w="2880" w:type="dxa"/>
          </w:tcPr>
          <w:p w:rsidR="006F7457" w:rsidRDefault="006F7457"/>
        </w:tc>
      </w:tr>
      <w:tr w:rsidR="006F7457">
        <w:tc>
          <w:tcPr>
            <w:tcW w:w="2880" w:type="dxa"/>
          </w:tcPr>
          <w:p w:rsidR="006F7457" w:rsidRDefault="00332DB8">
            <w:r>
              <w:t>2266.</w:t>
            </w:r>
          </w:p>
        </w:tc>
        <w:tc>
          <w:tcPr>
            <w:tcW w:w="2880" w:type="dxa"/>
          </w:tcPr>
          <w:p w:rsidR="006F7457" w:rsidRDefault="00332DB8">
            <w:r w:rsidRPr="00332DB8">
              <w:rPr>
                <w:lang w:val="ru-RU"/>
              </w:rPr>
              <w:t xml:space="preserve">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w:t>
            </w:r>
            <w:r>
              <w:t>Оставайся белым» (решение Центрального районного суда г. Новосибирска от 25.11.2013);</w:t>
            </w:r>
          </w:p>
        </w:tc>
        <w:tc>
          <w:tcPr>
            <w:tcW w:w="2880" w:type="dxa"/>
          </w:tcPr>
          <w:p w:rsidR="006F7457" w:rsidRDefault="006F7457"/>
        </w:tc>
      </w:tr>
      <w:tr w:rsidR="006F7457" w:rsidRPr="00A31F1A">
        <w:tc>
          <w:tcPr>
            <w:tcW w:w="2880" w:type="dxa"/>
          </w:tcPr>
          <w:p w:rsidR="006F7457" w:rsidRDefault="00332DB8">
            <w:r>
              <w:t>2267.</w:t>
            </w:r>
          </w:p>
        </w:tc>
        <w:tc>
          <w:tcPr>
            <w:tcW w:w="2880" w:type="dxa"/>
          </w:tcPr>
          <w:p w:rsidR="006F7457" w:rsidRPr="00332DB8" w:rsidRDefault="00332DB8">
            <w:pPr>
              <w:rPr>
                <w:lang w:val="ru-RU"/>
              </w:rPr>
            </w:pPr>
            <w:r w:rsidRPr="00332DB8">
              <w:rPr>
                <w:lang w:val="ru-RU"/>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w:t>
            </w:r>
            <w:r>
              <w:t>id</w:t>
            </w:r>
            <w:r w:rsidRPr="00332DB8">
              <w:rPr>
                <w:lang w:val="ru-RU"/>
              </w:rPr>
              <w:t xml:space="preserve"> 49921315) видеофайл «Саритов Рамазан. Хасавюртовский джама1ат муджах1идов..</w:t>
            </w:r>
            <w:r>
              <w:t>flv</w:t>
            </w:r>
            <w:r w:rsidRPr="00332DB8">
              <w:rPr>
                <w:lang w:val="ru-RU"/>
              </w:rPr>
              <w:t>»; видеофайл «Чеченцы.</w:t>
            </w:r>
            <w:r>
              <w:t>flv</w:t>
            </w:r>
            <w:r w:rsidRPr="00332DB8">
              <w:rPr>
                <w:lang w:val="ru-RU"/>
              </w:rPr>
              <w:t>»; видеофайл «Про чеченцев.</w:t>
            </w:r>
            <w:r>
              <w:t>flv</w:t>
            </w:r>
            <w:r w:rsidRPr="00332DB8">
              <w:rPr>
                <w:lang w:val="ru-RU"/>
              </w:rPr>
              <w:t>»; видеофайл «НАШ ПУТЬ ДЖИХАД…</w:t>
            </w:r>
            <w:r>
              <w:t>mp</w:t>
            </w:r>
            <w:r w:rsidRPr="00332DB8">
              <w:rPr>
                <w:lang w:val="ru-RU"/>
              </w:rPr>
              <w:t>4»; видеофайл «Кавказцы против Скинов»; видеофайл «Нашид - Мы Муджахеды, войско Аллаха.</w:t>
            </w:r>
            <w:r>
              <w:t>mp</w:t>
            </w:r>
            <w:r w:rsidRPr="00332DB8">
              <w:rPr>
                <w:lang w:val="ru-RU"/>
              </w:rPr>
              <w:t>4»; аудиофайл «даги - Республика кавказа.</w:t>
            </w:r>
            <w:r>
              <w:t>mp</w:t>
            </w:r>
            <w:r w:rsidRPr="00332DB8">
              <w:rPr>
                <w:lang w:val="ru-RU"/>
              </w:rPr>
              <w:t>3»; аудиофайл «Кавказ -Кавказ, Горячая Кровь Течёт.</w:t>
            </w:r>
            <w:r>
              <w:t>mp</w:t>
            </w:r>
            <w:r w:rsidRPr="00332DB8">
              <w:rPr>
                <w:lang w:val="ru-RU"/>
              </w:rPr>
              <w:t>3»; видеофайл «Кавказ Горячая Кровь.</w:t>
            </w:r>
            <w:r>
              <w:t>flv</w:t>
            </w:r>
            <w:r w:rsidRPr="00332DB8">
              <w:rPr>
                <w:lang w:val="ru-RU"/>
              </w:rPr>
              <w:t>»; видеофайл «</w:t>
            </w:r>
            <w:r>
              <w:t>vs</w:t>
            </w:r>
            <w:r w:rsidRPr="00332DB8">
              <w:rPr>
                <w:lang w:val="ru-RU"/>
              </w:rPr>
              <w:t>_302_63</w:t>
            </w:r>
            <w:r>
              <w:t>aa</w:t>
            </w:r>
            <w:r w:rsidRPr="00332DB8">
              <w:rPr>
                <w:lang w:val="ru-RU"/>
              </w:rPr>
              <w:t>80</w:t>
            </w:r>
            <w:r>
              <w:t>bd</w:t>
            </w:r>
            <w:r w:rsidRPr="00332DB8">
              <w:rPr>
                <w:lang w:val="ru-RU"/>
              </w:rPr>
              <w:t>2778_5283720.</w:t>
            </w:r>
            <w:r>
              <w:t>vk</w:t>
            </w:r>
            <w:r w:rsidRPr="00332DB8">
              <w:rPr>
                <w:lang w:val="ru-RU"/>
              </w:rPr>
              <w:t>.</w:t>
            </w:r>
            <w:r>
              <w:t>flv</w:t>
            </w:r>
            <w:r w:rsidRPr="00332DB8">
              <w:rPr>
                <w:lang w:val="ru-RU"/>
              </w:rPr>
              <w:t xml:space="preserve">» («Кавказ </w:t>
            </w:r>
            <w:r>
              <w:t>vs</w:t>
            </w:r>
            <w:r w:rsidRPr="00332DB8">
              <w:rPr>
                <w:lang w:val="ru-RU"/>
              </w:rPr>
              <w:t xml:space="preserve"> скинхед»); видеофайл </w:t>
            </w:r>
            <w:r>
              <w:lastRenderedPageBreak/>
              <w:t>djkmybr</w:t>
            </w:r>
            <w:r w:rsidRPr="00332DB8">
              <w:rPr>
                <w:lang w:val="ru-RU"/>
              </w:rPr>
              <w:t>_1_</w:t>
            </w:r>
            <w:r>
              <w:t>c</w:t>
            </w:r>
            <w:r w:rsidRPr="00332DB8">
              <w:rPr>
                <w:lang w:val="ru-RU"/>
              </w:rPr>
              <w:t>98895373505_117304643.</w:t>
            </w:r>
            <w:r>
              <w:t>vk</w:t>
            </w:r>
            <w:r w:rsidRPr="00332DB8">
              <w:rPr>
                <w:lang w:val="ru-RU"/>
              </w:rPr>
              <w:t>.</w:t>
            </w:r>
            <w:r>
              <w:t>flv</w:t>
            </w:r>
            <w:r w:rsidRPr="00332DB8">
              <w:rPr>
                <w:lang w:val="ru-RU"/>
              </w:rPr>
              <w:t>» («вольник»); видеофайл «Дербентский Джамаат (1).</w:t>
            </w:r>
            <w:r>
              <w:t>mp</w:t>
            </w:r>
            <w:r w:rsidRPr="00332DB8">
              <w:rPr>
                <w:lang w:val="ru-RU"/>
              </w:rPr>
              <w:t>4»; видеофайл «Дербентский Джамаат.</w:t>
            </w:r>
            <w:r>
              <w:t>mp</w:t>
            </w:r>
            <w:r w:rsidRPr="00332DB8">
              <w:rPr>
                <w:lang w:val="ru-RU"/>
              </w:rPr>
              <w:t>4»; видеофайл «дагестан.</w:t>
            </w:r>
            <w:r>
              <w:t>flv</w:t>
            </w:r>
            <w:r w:rsidRPr="00332DB8">
              <w:rPr>
                <w:lang w:val="ru-RU"/>
              </w:rPr>
              <w:t>»; видеофайл «Хамзат Гелаев - черный ангел.</w:t>
            </w:r>
            <w:r>
              <w:t>flv</w:t>
            </w:r>
            <w:r w:rsidRPr="00332DB8">
              <w:rPr>
                <w:lang w:val="ru-RU"/>
              </w:rPr>
              <w:t>»; видеофайл «</w:t>
            </w:r>
            <w:r>
              <w:t>ISLAM</w:t>
            </w:r>
            <w:r w:rsidRPr="00332DB8">
              <w:rPr>
                <w:lang w:val="ru-RU"/>
              </w:rPr>
              <w:t xml:space="preserve"> ИншАлла.</w:t>
            </w:r>
            <w:r>
              <w:t>mp</w:t>
            </w:r>
            <w:r w:rsidRPr="00332DB8">
              <w:rPr>
                <w:lang w:val="ru-RU"/>
              </w:rPr>
              <w:t>4»; видеофайл «Кавказец в метро.</w:t>
            </w:r>
            <w:r>
              <w:t>mp</w:t>
            </w:r>
            <w:r w:rsidRPr="00332DB8">
              <w:rPr>
                <w:lang w:val="ru-RU"/>
              </w:rPr>
              <w:t>4»; видеофайл «Махачкала.</w:t>
            </w:r>
            <w:r>
              <w:t>mp</w:t>
            </w:r>
            <w:r w:rsidRPr="00332DB8">
              <w:rPr>
                <w:lang w:val="ru-RU"/>
              </w:rPr>
              <w:t>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2268.</w:t>
            </w:r>
          </w:p>
        </w:tc>
        <w:tc>
          <w:tcPr>
            <w:tcW w:w="2880" w:type="dxa"/>
          </w:tcPr>
          <w:p w:rsidR="006F7457" w:rsidRPr="00332DB8" w:rsidRDefault="00332DB8">
            <w:pPr>
              <w:rPr>
                <w:lang w:val="ru-RU"/>
              </w:rPr>
            </w:pPr>
            <w:r w:rsidRPr="00332DB8">
              <w:rPr>
                <w:lang w:val="ru-RU"/>
              </w:rPr>
              <w:t xml:space="preserve">Статья «Русский национализм», размещенная на Интернет-сайте </w:t>
            </w:r>
            <w:r>
              <w:t>vk</w:t>
            </w:r>
            <w:r w:rsidRPr="00332DB8">
              <w:rPr>
                <w:lang w:val="ru-RU"/>
              </w:rPr>
              <w:t>.</w:t>
            </w:r>
            <w:r>
              <w:t>com</w:t>
            </w:r>
            <w:r w:rsidRPr="00332DB8">
              <w:rPr>
                <w:lang w:val="ru-RU"/>
              </w:rPr>
              <w:t>/</w:t>
            </w:r>
            <w:r>
              <w:t>wall</w:t>
            </w:r>
            <w:r w:rsidRPr="00332DB8">
              <w:rPr>
                <w:lang w:val="ru-RU"/>
              </w:rPr>
              <w:t>-53612676 (решение Арсеньевского городского суда Приморского края от 16.12.2013);</w:t>
            </w:r>
          </w:p>
        </w:tc>
        <w:tc>
          <w:tcPr>
            <w:tcW w:w="2880" w:type="dxa"/>
          </w:tcPr>
          <w:p w:rsidR="006F7457" w:rsidRPr="00332DB8" w:rsidRDefault="006F7457">
            <w:pPr>
              <w:rPr>
                <w:lang w:val="ru-RU"/>
              </w:rPr>
            </w:pPr>
          </w:p>
        </w:tc>
      </w:tr>
      <w:tr w:rsidR="006F7457" w:rsidRPr="00A31F1A">
        <w:tc>
          <w:tcPr>
            <w:tcW w:w="2880" w:type="dxa"/>
          </w:tcPr>
          <w:p w:rsidR="006F7457" w:rsidRDefault="00332DB8">
            <w:r>
              <w:t>2269.</w:t>
            </w:r>
          </w:p>
        </w:tc>
        <w:tc>
          <w:tcPr>
            <w:tcW w:w="2880" w:type="dxa"/>
          </w:tcPr>
          <w:p w:rsidR="006F7457" w:rsidRPr="00332DB8" w:rsidRDefault="00332DB8">
            <w:pPr>
              <w:rPr>
                <w:lang w:val="ru-RU"/>
              </w:rPr>
            </w:pPr>
            <w:r w:rsidRPr="00332DB8">
              <w:rPr>
                <w:lang w:val="ru-RU"/>
              </w:rPr>
              <w:t xml:space="preserve">Листовка «Вернем нашу землю себе!», размещенная на Интернет- сайте </w:t>
            </w:r>
            <w:r>
              <w:t>vk</w:t>
            </w:r>
            <w:r w:rsidRPr="00332DB8">
              <w:rPr>
                <w:lang w:val="ru-RU"/>
              </w:rPr>
              <w:t>.</w:t>
            </w:r>
            <w:r>
              <w:t>com</w:t>
            </w:r>
            <w:r w:rsidRPr="00332DB8">
              <w:rPr>
                <w:lang w:val="ru-RU"/>
              </w:rPr>
              <w:t>/</w:t>
            </w:r>
            <w:r>
              <w:t>pdrp</w:t>
            </w:r>
            <w:r w:rsidRPr="00332DB8">
              <w:rPr>
                <w:lang w:val="ru-RU"/>
              </w:rPr>
              <w:t>25?</w:t>
            </w:r>
            <w:r>
              <w:t>z</w:t>
            </w:r>
            <w:r w:rsidRPr="00332DB8">
              <w:rPr>
                <w:lang w:val="ru-RU"/>
              </w:rPr>
              <w:t>=</w:t>
            </w:r>
            <w:r>
              <w:t>photo</w:t>
            </w:r>
            <w:r w:rsidRPr="00332DB8">
              <w:rPr>
                <w:lang w:val="ru-RU"/>
              </w:rPr>
              <w:t>53829134_305247532%2</w:t>
            </w:r>
            <w:r>
              <w:t>Falburn</w:t>
            </w:r>
            <w:r w:rsidRPr="00332DB8">
              <w:rPr>
                <w:lang w:val="ru-RU"/>
              </w:rPr>
              <w:t>53829134_000%2</w:t>
            </w:r>
            <w:r>
              <w:t>Frev</w:t>
            </w:r>
            <w:r w:rsidRPr="00332DB8">
              <w:rPr>
                <w:lang w:val="ru-RU"/>
              </w:rPr>
              <w:t xml:space="preserve"> (решение Арсеньевского городского суда Приморского края от 16.12.2013);</w:t>
            </w:r>
          </w:p>
        </w:tc>
        <w:tc>
          <w:tcPr>
            <w:tcW w:w="2880" w:type="dxa"/>
          </w:tcPr>
          <w:p w:rsidR="006F7457" w:rsidRPr="00332DB8" w:rsidRDefault="006F7457">
            <w:pPr>
              <w:rPr>
                <w:lang w:val="ru-RU"/>
              </w:rPr>
            </w:pPr>
          </w:p>
        </w:tc>
      </w:tr>
      <w:tr w:rsidR="006F7457" w:rsidRPr="00A31F1A">
        <w:tc>
          <w:tcPr>
            <w:tcW w:w="2880" w:type="dxa"/>
          </w:tcPr>
          <w:p w:rsidR="006F7457" w:rsidRDefault="00332DB8">
            <w:r>
              <w:t>2270.</w:t>
            </w:r>
          </w:p>
        </w:tc>
        <w:tc>
          <w:tcPr>
            <w:tcW w:w="2880" w:type="dxa"/>
          </w:tcPr>
          <w:p w:rsidR="006F7457" w:rsidRPr="00332DB8" w:rsidRDefault="00332DB8">
            <w:pPr>
              <w:rPr>
                <w:lang w:val="ru-RU"/>
              </w:rPr>
            </w:pPr>
            <w:r w:rsidRPr="00332DB8">
              <w:rPr>
                <w:lang w:val="ru-RU"/>
              </w:rPr>
              <w:t xml:space="preserve">Сайт </w:t>
            </w:r>
            <w:r>
              <w:t>sharhsunna</w:t>
            </w:r>
            <w:r w:rsidRPr="00332DB8">
              <w:rPr>
                <w:lang w:val="ru-RU"/>
              </w:rPr>
              <w:t>.</w:t>
            </w:r>
            <w:r>
              <w:t>org</w:t>
            </w:r>
            <w:r w:rsidRPr="00332DB8">
              <w:rPr>
                <w:lang w:val="ru-RU"/>
              </w:rPr>
              <w:t xml:space="preserve"> (решение Советского районного суда г. Астрахани от 16.07.2013);</w:t>
            </w:r>
          </w:p>
        </w:tc>
        <w:tc>
          <w:tcPr>
            <w:tcW w:w="2880" w:type="dxa"/>
          </w:tcPr>
          <w:p w:rsidR="006F7457" w:rsidRPr="00332DB8" w:rsidRDefault="006F7457">
            <w:pPr>
              <w:rPr>
                <w:lang w:val="ru-RU"/>
              </w:rPr>
            </w:pPr>
          </w:p>
        </w:tc>
      </w:tr>
      <w:tr w:rsidR="006F7457" w:rsidRPr="00A31F1A">
        <w:tc>
          <w:tcPr>
            <w:tcW w:w="2880" w:type="dxa"/>
          </w:tcPr>
          <w:p w:rsidR="006F7457" w:rsidRDefault="00332DB8">
            <w:r>
              <w:t>2271.</w:t>
            </w:r>
          </w:p>
        </w:tc>
        <w:tc>
          <w:tcPr>
            <w:tcW w:w="2880" w:type="dxa"/>
          </w:tcPr>
          <w:p w:rsidR="006F7457" w:rsidRPr="00332DB8" w:rsidRDefault="00332DB8">
            <w:pPr>
              <w:rPr>
                <w:lang w:val="ru-RU"/>
              </w:rPr>
            </w:pPr>
            <w:r w:rsidRPr="00332DB8">
              <w:rPr>
                <w:lang w:val="ru-RU"/>
              </w:rPr>
              <w:t xml:space="preserve">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w:t>
            </w:r>
            <w:r>
              <w:t>vk</w:t>
            </w:r>
            <w:r w:rsidRPr="00332DB8">
              <w:rPr>
                <w:lang w:val="ru-RU"/>
              </w:rPr>
              <w:t>.</w:t>
            </w:r>
            <w:r>
              <w:t>com</w:t>
            </w:r>
            <w:r w:rsidRPr="00332DB8">
              <w:rPr>
                <w:lang w:val="ru-RU"/>
              </w:rPr>
              <w:t>/</w:t>
            </w:r>
            <w:r>
              <w:t>id</w:t>
            </w:r>
            <w:r w:rsidRPr="00332DB8">
              <w:rPr>
                <w:lang w:val="ru-RU"/>
              </w:rPr>
              <w:t>156642141?</w:t>
            </w:r>
            <w:r>
              <w:t>z</w:t>
            </w:r>
            <w:r w:rsidRPr="00332DB8">
              <w:rPr>
                <w:lang w:val="ru-RU"/>
              </w:rPr>
              <w:t>=</w:t>
            </w:r>
            <w:r>
              <w:t>photo</w:t>
            </w:r>
            <w:r w:rsidRPr="00332DB8">
              <w:rPr>
                <w:lang w:val="ru-RU"/>
              </w:rPr>
              <w:t>3718738_294970927%2</w:t>
            </w:r>
            <w:r>
              <w:t>Fwall</w:t>
            </w:r>
            <w:r w:rsidRPr="00332DB8">
              <w:rPr>
                <w:lang w:val="ru-RU"/>
              </w:rPr>
              <w:t>156642141_3821 (решение Октябрьского районного суда г. Улан-Удэ от 23.01.2014);</w:t>
            </w:r>
          </w:p>
        </w:tc>
        <w:tc>
          <w:tcPr>
            <w:tcW w:w="2880" w:type="dxa"/>
          </w:tcPr>
          <w:p w:rsidR="006F7457" w:rsidRPr="00332DB8" w:rsidRDefault="006F7457">
            <w:pPr>
              <w:rPr>
                <w:lang w:val="ru-RU"/>
              </w:rPr>
            </w:pPr>
          </w:p>
        </w:tc>
      </w:tr>
      <w:tr w:rsidR="006F7457" w:rsidRPr="00A31F1A">
        <w:tc>
          <w:tcPr>
            <w:tcW w:w="2880" w:type="dxa"/>
          </w:tcPr>
          <w:p w:rsidR="006F7457" w:rsidRDefault="00332DB8">
            <w:r>
              <w:t>227</w:t>
            </w:r>
            <w:r>
              <w:lastRenderedPageBreak/>
              <w:t>2.</w:t>
            </w:r>
          </w:p>
        </w:tc>
        <w:tc>
          <w:tcPr>
            <w:tcW w:w="2880" w:type="dxa"/>
          </w:tcPr>
          <w:p w:rsidR="006F7457" w:rsidRPr="00332DB8" w:rsidRDefault="00332DB8">
            <w:pPr>
              <w:rPr>
                <w:lang w:val="ru-RU"/>
              </w:rPr>
            </w:pPr>
            <w:r w:rsidRPr="00332DB8">
              <w:rPr>
                <w:lang w:val="ru-RU"/>
              </w:rPr>
              <w:lastRenderedPageBreak/>
              <w:t xml:space="preserve">Информационный видеоматериал под названием «Обращение ко всем мусульманам от сестер», размещенный в социальной сети «В контакте»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146804100) (решение Пролетарского </w:t>
            </w:r>
            <w:r w:rsidRPr="00332DB8">
              <w:rPr>
                <w:lang w:val="ru-RU"/>
              </w:rPr>
              <w:lastRenderedPageBreak/>
              <w:t>районного суда г. Ростова-на-Дону от 17.12.2013);</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2273.</w:t>
            </w:r>
          </w:p>
        </w:tc>
        <w:tc>
          <w:tcPr>
            <w:tcW w:w="2880" w:type="dxa"/>
          </w:tcPr>
          <w:p w:rsidR="006F7457" w:rsidRPr="00332DB8" w:rsidRDefault="00332DB8">
            <w:pPr>
              <w:rPr>
                <w:lang w:val="ru-RU"/>
              </w:rPr>
            </w:pPr>
            <w:r w:rsidRPr="00332DB8">
              <w:rPr>
                <w:lang w:val="ru-RU"/>
              </w:rPr>
              <w:t xml:space="preserve">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185625765) (решение Пролетарского районного суда г. Ростова-на-Дону от 17.12.2013);</w:t>
            </w:r>
          </w:p>
        </w:tc>
        <w:tc>
          <w:tcPr>
            <w:tcW w:w="2880" w:type="dxa"/>
          </w:tcPr>
          <w:p w:rsidR="006F7457" w:rsidRPr="00332DB8" w:rsidRDefault="006F7457">
            <w:pPr>
              <w:rPr>
                <w:lang w:val="ru-RU"/>
              </w:rPr>
            </w:pPr>
          </w:p>
        </w:tc>
      </w:tr>
      <w:tr w:rsidR="006F7457" w:rsidRPr="00A31F1A">
        <w:tc>
          <w:tcPr>
            <w:tcW w:w="2880" w:type="dxa"/>
          </w:tcPr>
          <w:p w:rsidR="006F7457" w:rsidRDefault="00332DB8">
            <w:r>
              <w:t>2274.</w:t>
            </w:r>
          </w:p>
        </w:tc>
        <w:tc>
          <w:tcPr>
            <w:tcW w:w="2880" w:type="dxa"/>
          </w:tcPr>
          <w:p w:rsidR="006F7457" w:rsidRPr="00332DB8" w:rsidRDefault="00332DB8">
            <w:pPr>
              <w:rPr>
                <w:lang w:val="ru-RU"/>
              </w:rPr>
            </w:pPr>
            <w:r w:rsidRPr="00332DB8">
              <w:rPr>
                <w:lang w:val="ru-RU"/>
              </w:rPr>
              <w:t xml:space="preserve">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146804100) (решение Пролетарского районного суда г. Ростова-на-Дону от 17.12.2013);</w:t>
            </w:r>
          </w:p>
        </w:tc>
        <w:tc>
          <w:tcPr>
            <w:tcW w:w="2880" w:type="dxa"/>
          </w:tcPr>
          <w:p w:rsidR="006F7457" w:rsidRPr="00332DB8" w:rsidRDefault="006F7457">
            <w:pPr>
              <w:rPr>
                <w:lang w:val="ru-RU"/>
              </w:rPr>
            </w:pPr>
          </w:p>
        </w:tc>
      </w:tr>
      <w:tr w:rsidR="006F7457" w:rsidRPr="00A31F1A">
        <w:tc>
          <w:tcPr>
            <w:tcW w:w="2880" w:type="dxa"/>
          </w:tcPr>
          <w:p w:rsidR="006F7457" w:rsidRDefault="00332DB8">
            <w:r>
              <w:t>2275.</w:t>
            </w:r>
          </w:p>
        </w:tc>
        <w:tc>
          <w:tcPr>
            <w:tcW w:w="2880" w:type="dxa"/>
          </w:tcPr>
          <w:p w:rsidR="006F7457" w:rsidRPr="00332DB8" w:rsidRDefault="00332DB8">
            <w:pPr>
              <w:rPr>
                <w:lang w:val="ru-RU"/>
              </w:rPr>
            </w:pPr>
            <w:r w:rsidRPr="00332DB8">
              <w:rPr>
                <w:lang w:val="ru-RU"/>
              </w:rPr>
              <w:t xml:space="preserve">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146804100) (решение Пролетарского районного суда г. Ростова-на-Дону от 17.12.2013);</w:t>
            </w:r>
          </w:p>
        </w:tc>
        <w:tc>
          <w:tcPr>
            <w:tcW w:w="2880" w:type="dxa"/>
          </w:tcPr>
          <w:p w:rsidR="006F7457" w:rsidRPr="00332DB8" w:rsidRDefault="006F7457">
            <w:pPr>
              <w:rPr>
                <w:lang w:val="ru-RU"/>
              </w:rPr>
            </w:pPr>
          </w:p>
        </w:tc>
      </w:tr>
      <w:tr w:rsidR="006F7457" w:rsidRPr="005A424D">
        <w:tc>
          <w:tcPr>
            <w:tcW w:w="2880" w:type="dxa"/>
          </w:tcPr>
          <w:p w:rsidR="006F7457" w:rsidRDefault="00332DB8">
            <w:r>
              <w:t>2276.</w:t>
            </w:r>
          </w:p>
        </w:tc>
        <w:tc>
          <w:tcPr>
            <w:tcW w:w="2880" w:type="dxa"/>
          </w:tcPr>
          <w:p w:rsidR="006F7457" w:rsidRPr="00332DB8" w:rsidRDefault="00332DB8">
            <w:pPr>
              <w:rPr>
                <w:lang w:val="ru-RU"/>
              </w:rPr>
            </w:pPr>
            <w:r w:rsidRPr="00332DB8">
              <w:rPr>
                <w:lang w:val="ru-RU"/>
              </w:rPr>
              <w:t xml:space="preserve">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159847834 (решение Элистинского городского суда Республики Калмыкия от 17.01.2014);</w:t>
            </w:r>
          </w:p>
        </w:tc>
        <w:tc>
          <w:tcPr>
            <w:tcW w:w="2880" w:type="dxa"/>
          </w:tcPr>
          <w:p w:rsidR="006F7457" w:rsidRPr="00332DB8" w:rsidRDefault="006F7457">
            <w:pPr>
              <w:rPr>
                <w:lang w:val="ru-RU"/>
              </w:rPr>
            </w:pPr>
          </w:p>
        </w:tc>
      </w:tr>
      <w:tr w:rsidR="006F7457" w:rsidRPr="00A31F1A">
        <w:tc>
          <w:tcPr>
            <w:tcW w:w="2880" w:type="dxa"/>
          </w:tcPr>
          <w:p w:rsidR="006F7457" w:rsidRDefault="00332DB8">
            <w:r>
              <w:t>2277.</w:t>
            </w:r>
          </w:p>
        </w:tc>
        <w:tc>
          <w:tcPr>
            <w:tcW w:w="2880" w:type="dxa"/>
          </w:tcPr>
          <w:p w:rsidR="006F7457" w:rsidRPr="00332DB8" w:rsidRDefault="00332DB8">
            <w:pPr>
              <w:rPr>
                <w:lang w:val="ru-RU"/>
              </w:rPr>
            </w:pPr>
            <w:r w:rsidRPr="00332DB8">
              <w:rPr>
                <w:lang w:val="ru-RU"/>
              </w:rPr>
              <w:t>Видеофильм «Свидетельство Анжелики Замбрано» (решение 109 гарнизонного военного суда от 05.02.2014);</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2278.</w:t>
            </w:r>
          </w:p>
        </w:tc>
        <w:tc>
          <w:tcPr>
            <w:tcW w:w="2880" w:type="dxa"/>
          </w:tcPr>
          <w:p w:rsidR="006F7457" w:rsidRPr="00332DB8" w:rsidRDefault="00332DB8">
            <w:pPr>
              <w:rPr>
                <w:lang w:val="ru-RU"/>
              </w:rPr>
            </w:pPr>
            <w:r w:rsidRPr="00332DB8">
              <w:rPr>
                <w:lang w:val="ru-RU"/>
              </w:rPr>
              <w:t xml:space="preserve">Информационный ресурс – сайт </w:t>
            </w:r>
            <w:r>
              <w:t>www</w:t>
            </w:r>
            <w:r w:rsidRPr="00332DB8">
              <w:rPr>
                <w:lang w:val="ru-RU"/>
              </w:rPr>
              <w:t>.</w:t>
            </w:r>
            <w:r>
              <w:t>hizb</w:t>
            </w:r>
            <w:r w:rsidRPr="00332DB8">
              <w:rPr>
                <w:lang w:val="ru-RU"/>
              </w:rPr>
              <w:t>-</w:t>
            </w:r>
            <w:r>
              <w:t>russia</w:t>
            </w:r>
            <w:r w:rsidRPr="00332DB8">
              <w:rPr>
                <w:lang w:val="ru-RU"/>
              </w:rPr>
              <w:t>.</w:t>
            </w:r>
            <w:r>
              <w:t>info</w:t>
            </w:r>
            <w:r w:rsidRPr="00332DB8">
              <w:rPr>
                <w:lang w:val="ru-RU"/>
              </w:rPr>
              <w:t>, расположенный в глобальной информационной сети Интернет (решение Автозаводского районного суда г. Тольятти Самарской области от 20.12.2013);</w:t>
            </w:r>
          </w:p>
        </w:tc>
        <w:tc>
          <w:tcPr>
            <w:tcW w:w="2880" w:type="dxa"/>
          </w:tcPr>
          <w:p w:rsidR="006F7457" w:rsidRPr="00332DB8" w:rsidRDefault="006F7457">
            <w:pPr>
              <w:rPr>
                <w:lang w:val="ru-RU"/>
              </w:rPr>
            </w:pPr>
          </w:p>
        </w:tc>
      </w:tr>
      <w:tr w:rsidR="006F7457" w:rsidRPr="005A424D">
        <w:tc>
          <w:tcPr>
            <w:tcW w:w="2880" w:type="dxa"/>
          </w:tcPr>
          <w:p w:rsidR="006F7457" w:rsidRDefault="00332DB8">
            <w:r>
              <w:t>2279.</w:t>
            </w:r>
          </w:p>
        </w:tc>
        <w:tc>
          <w:tcPr>
            <w:tcW w:w="2880" w:type="dxa"/>
          </w:tcPr>
          <w:p w:rsidR="006F7457" w:rsidRPr="00332DB8" w:rsidRDefault="00332DB8">
            <w:pPr>
              <w:rPr>
                <w:lang w:val="ru-RU"/>
              </w:rPr>
            </w:pPr>
            <w:r w:rsidRPr="00332DB8">
              <w:rPr>
                <w:lang w:val="ru-RU"/>
              </w:rPr>
              <w:t xml:space="preserve">Видеоролик с названием «РНЕ», продолжительностью 2 минуты 21 секунда, размещенный в сети интернет с доменным адресом: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190670020_165188054; видеоролик с названием «СКИН УБИВАЕТ ХАЧА», продолжительностью 2 минуты 21 секунда, размещенный в сети интернет с доменным адресом: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190670020_164332422; изображение с надписью «Что евреи, что хачи, хорошо горят в печи», размещенное в сети интернет с доменным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190670020?</w:t>
            </w:r>
            <w:r>
              <w:t>z</w:t>
            </w:r>
            <w:r w:rsidRPr="00332DB8">
              <w:rPr>
                <w:lang w:val="ru-RU"/>
              </w:rPr>
              <w:t>=</w:t>
            </w:r>
            <w:r>
              <w:t>photo</w:t>
            </w:r>
            <w:r w:rsidRPr="00332DB8">
              <w:rPr>
                <w:lang w:val="ru-RU"/>
              </w:rPr>
              <w:t>190670020_298815587%2</w:t>
            </w:r>
            <w:r>
              <w:t>Falbum</w:t>
            </w:r>
            <w:r w:rsidRPr="00332DB8">
              <w:rPr>
                <w:lang w:val="ru-RU"/>
              </w:rPr>
              <w:t>1906760020_0%2</w:t>
            </w:r>
            <w:r>
              <w:t>Frev</w:t>
            </w:r>
            <w:r w:rsidRPr="00332DB8">
              <w:rPr>
                <w:lang w:val="ru-RU"/>
              </w:rPr>
              <w:t xml:space="preserve">); изображение с надписью «А у нас в квартире газ, а у вас?», размещенное в сети интернет с доменным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190670020</w:t>
            </w:r>
            <w:r>
              <w:t>z</w:t>
            </w:r>
            <w:r w:rsidRPr="00332DB8">
              <w:rPr>
                <w:lang w:val="ru-RU"/>
              </w:rPr>
              <w:t>=</w:t>
            </w:r>
            <w:r>
              <w:t>photo</w:t>
            </w:r>
            <w:r w:rsidRPr="00332DB8">
              <w:rPr>
                <w:lang w:val="ru-RU"/>
              </w:rPr>
              <w:t>190670020_298815587%2</w:t>
            </w:r>
            <w:r>
              <w:t>Falbum</w:t>
            </w:r>
            <w:r w:rsidRPr="00332DB8">
              <w:rPr>
                <w:lang w:val="ru-RU"/>
              </w:rPr>
              <w:t>1906760020_0%2</w:t>
            </w:r>
            <w:r>
              <w:t>Frev</w:t>
            </w:r>
            <w:r w:rsidRPr="00332DB8">
              <w:rPr>
                <w:lang w:val="ru-RU"/>
              </w:rPr>
              <w:t>) (решение Ленинского районного суда г. Нижний Тагил Свердловской области от 19.12.2013);</w:t>
            </w:r>
          </w:p>
        </w:tc>
        <w:tc>
          <w:tcPr>
            <w:tcW w:w="2880" w:type="dxa"/>
          </w:tcPr>
          <w:p w:rsidR="006F7457" w:rsidRPr="00332DB8" w:rsidRDefault="006F7457">
            <w:pPr>
              <w:rPr>
                <w:lang w:val="ru-RU"/>
              </w:rPr>
            </w:pPr>
          </w:p>
        </w:tc>
      </w:tr>
      <w:tr w:rsidR="006F7457" w:rsidRPr="00A31F1A">
        <w:tc>
          <w:tcPr>
            <w:tcW w:w="2880" w:type="dxa"/>
          </w:tcPr>
          <w:p w:rsidR="006F7457" w:rsidRDefault="00332DB8">
            <w:r>
              <w:t>2280.</w:t>
            </w:r>
          </w:p>
        </w:tc>
        <w:tc>
          <w:tcPr>
            <w:tcW w:w="2880" w:type="dxa"/>
          </w:tcPr>
          <w:p w:rsidR="006F7457" w:rsidRPr="00332DB8" w:rsidRDefault="00332DB8">
            <w:pPr>
              <w:rPr>
                <w:lang w:val="ru-RU"/>
              </w:rPr>
            </w:pPr>
            <w:r w:rsidRPr="00332DB8">
              <w:rPr>
                <w:lang w:val="ru-RU"/>
              </w:rPr>
              <w:t xml:space="preserve">Информационные материалы, размещенные на интернет-сайтах </w:t>
            </w:r>
            <w:r>
              <w:t>www</w:t>
            </w:r>
            <w:r w:rsidRPr="00332DB8">
              <w:rPr>
                <w:lang w:val="ru-RU"/>
              </w:rPr>
              <w:t>.</w:t>
            </w:r>
            <w:r>
              <w:t>ummanews</w:t>
            </w:r>
            <w:r w:rsidRPr="00332DB8">
              <w:rPr>
                <w:lang w:val="ru-RU"/>
              </w:rPr>
              <w:t>.</w:t>
            </w:r>
            <w:r>
              <w:t>ru</w:t>
            </w:r>
            <w:r w:rsidRPr="00332DB8">
              <w:rPr>
                <w:lang w:val="ru-RU"/>
              </w:rPr>
              <w:t xml:space="preserve"> и </w:t>
            </w:r>
            <w:r>
              <w:t>www</w:t>
            </w:r>
            <w:r w:rsidRPr="00332DB8">
              <w:rPr>
                <w:lang w:val="ru-RU"/>
              </w:rPr>
              <w:t>.</w:t>
            </w:r>
            <w:r>
              <w:t>ummanews</w:t>
            </w:r>
            <w:r w:rsidRPr="00332DB8">
              <w:rPr>
                <w:lang w:val="ru-RU"/>
              </w:rPr>
              <w:t>.</w:t>
            </w:r>
            <w:r>
              <w:t>com</w:t>
            </w:r>
            <w:r w:rsidRPr="00332DB8">
              <w:rPr>
                <w:lang w:val="ru-RU"/>
              </w:rPr>
              <w:t>,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2880" w:type="dxa"/>
          </w:tcPr>
          <w:p w:rsidR="006F7457" w:rsidRPr="00332DB8" w:rsidRDefault="006F7457">
            <w:pPr>
              <w:rPr>
                <w:lang w:val="ru-RU"/>
              </w:rPr>
            </w:pPr>
          </w:p>
        </w:tc>
      </w:tr>
      <w:tr w:rsidR="006F7457" w:rsidRPr="005A424D">
        <w:tc>
          <w:tcPr>
            <w:tcW w:w="2880" w:type="dxa"/>
          </w:tcPr>
          <w:p w:rsidR="006F7457" w:rsidRDefault="00332DB8">
            <w:r>
              <w:t>2281.</w:t>
            </w:r>
          </w:p>
        </w:tc>
        <w:tc>
          <w:tcPr>
            <w:tcW w:w="2880" w:type="dxa"/>
          </w:tcPr>
          <w:p w:rsidR="006F7457" w:rsidRPr="00332DB8" w:rsidRDefault="00332DB8">
            <w:pPr>
              <w:rPr>
                <w:lang w:val="ru-RU"/>
              </w:rPr>
            </w:pPr>
            <w:r w:rsidRPr="00332DB8">
              <w:rPr>
                <w:lang w:val="ru-RU"/>
              </w:rPr>
              <w:t>Видео-файлы (видеоролики): видеозапись длительностью 2 минуты 23 секунды под названием «</w:t>
            </w:r>
            <w:r>
              <w:t>Formal</w:t>
            </w:r>
            <w:r w:rsidRPr="00332DB8">
              <w:rPr>
                <w:lang w:val="ru-RU"/>
              </w:rPr>
              <w:t xml:space="preserve"> 18.Надписи скинхедов»; видеозапись длительностью 2 минуты 33 секунды под названием «</w:t>
            </w:r>
            <w:r>
              <w:t>Formal</w:t>
            </w:r>
            <w:r w:rsidRPr="00332DB8">
              <w:rPr>
                <w:lang w:val="ru-RU"/>
              </w:rPr>
              <w:t xml:space="preserve">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2282.</w:t>
            </w:r>
          </w:p>
        </w:tc>
        <w:tc>
          <w:tcPr>
            <w:tcW w:w="2880" w:type="dxa"/>
          </w:tcPr>
          <w:p w:rsidR="006F7457" w:rsidRPr="00332DB8" w:rsidRDefault="00332DB8">
            <w:pPr>
              <w:rPr>
                <w:lang w:val="ru-RU"/>
              </w:rPr>
            </w:pPr>
            <w:r w:rsidRPr="00332DB8">
              <w:rPr>
                <w:lang w:val="ru-RU"/>
              </w:rPr>
              <w:t>Текстовое сообщение следующего содержания: «</w:t>
            </w:r>
            <w:r>
              <w:t>FEMEN</w:t>
            </w:r>
            <w:r w:rsidRPr="00332DB8">
              <w:rPr>
                <w:lang w:val="ru-RU"/>
              </w:rPr>
              <w:t xml:space="preserve">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w:t>
            </w:r>
            <w:r>
              <w:t>FEMEN</w:t>
            </w:r>
            <w:r w:rsidRPr="00332DB8">
              <w:rPr>
                <w:lang w:val="ru-RU"/>
              </w:rPr>
              <w:t xml:space="preserve">. Всю подробную информацию можно узнать связавшись со мной по скайпу </w:t>
            </w:r>
            <w:r>
              <w:t>karina</w:t>
            </w:r>
            <w:r w:rsidRPr="00332DB8">
              <w:rPr>
                <w:lang w:val="ru-RU"/>
              </w:rPr>
              <w:t xml:space="preserve">198927 или председателя попечительского совета </w:t>
            </w:r>
            <w:r>
              <w:t>FEMEN</w:t>
            </w:r>
            <w:r w:rsidRPr="00332DB8">
              <w:rPr>
                <w:lang w:val="ru-RU"/>
              </w:rPr>
              <w:t xml:space="preserve"> г. Кандалакша, Маркелова Елизавета Афанасьевна (здание бывшего Поляр-сервиса) с 12 до 15 часов в будние дни», размещенное в социальной сети «Вконтакте»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153596548 (решение Кандалакшского районного суда Мурманской области от 28.11.2013);</w:t>
            </w:r>
          </w:p>
        </w:tc>
        <w:tc>
          <w:tcPr>
            <w:tcW w:w="2880" w:type="dxa"/>
          </w:tcPr>
          <w:p w:rsidR="006F7457" w:rsidRPr="00332DB8" w:rsidRDefault="006F7457">
            <w:pPr>
              <w:rPr>
                <w:lang w:val="ru-RU"/>
              </w:rPr>
            </w:pPr>
          </w:p>
        </w:tc>
      </w:tr>
      <w:tr w:rsidR="006F7457" w:rsidRPr="005A424D">
        <w:tc>
          <w:tcPr>
            <w:tcW w:w="2880" w:type="dxa"/>
          </w:tcPr>
          <w:p w:rsidR="006F7457" w:rsidRDefault="00332DB8">
            <w:r>
              <w:t>2283.</w:t>
            </w:r>
          </w:p>
        </w:tc>
        <w:tc>
          <w:tcPr>
            <w:tcW w:w="2880" w:type="dxa"/>
          </w:tcPr>
          <w:p w:rsidR="006F7457" w:rsidRPr="00332DB8" w:rsidRDefault="00332DB8">
            <w:pPr>
              <w:rPr>
                <w:lang w:val="ru-RU"/>
              </w:rPr>
            </w:pPr>
            <w:r w:rsidRPr="00332DB8">
              <w:rPr>
                <w:lang w:val="ru-RU"/>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c>
          <w:tcPr>
            <w:tcW w:w="2880" w:type="dxa"/>
          </w:tcPr>
          <w:p w:rsidR="006F7457" w:rsidRPr="00332DB8" w:rsidRDefault="006F7457">
            <w:pPr>
              <w:rPr>
                <w:lang w:val="ru-RU"/>
              </w:rPr>
            </w:pPr>
          </w:p>
        </w:tc>
      </w:tr>
      <w:tr w:rsidR="006F7457" w:rsidRPr="00A31F1A">
        <w:tc>
          <w:tcPr>
            <w:tcW w:w="2880" w:type="dxa"/>
          </w:tcPr>
          <w:p w:rsidR="006F7457" w:rsidRDefault="00332DB8">
            <w:r>
              <w:t>2284.</w:t>
            </w:r>
          </w:p>
        </w:tc>
        <w:tc>
          <w:tcPr>
            <w:tcW w:w="2880" w:type="dxa"/>
          </w:tcPr>
          <w:p w:rsidR="006F7457" w:rsidRPr="00332DB8" w:rsidRDefault="00332DB8">
            <w:pPr>
              <w:rPr>
                <w:lang w:val="ru-RU"/>
              </w:rPr>
            </w:pPr>
            <w:r w:rsidRPr="00332DB8">
              <w:rPr>
                <w:lang w:val="ru-RU"/>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07457828) и «Антон </w:t>
            </w:r>
            <w:r>
              <w:t>Spirit</w:t>
            </w:r>
            <w:r w:rsidRPr="00332DB8">
              <w:rPr>
                <w:lang w:val="ru-RU"/>
              </w:rPr>
              <w:t>88» (</w:t>
            </w:r>
            <w:r>
              <w:t>http</w:t>
            </w:r>
            <w:r w:rsidRPr="00332DB8">
              <w:rPr>
                <w:lang w:val="ru-RU"/>
              </w:rPr>
              <w:t>://</w:t>
            </w:r>
            <w:r>
              <w:t>vk</w:t>
            </w:r>
            <w:r w:rsidRPr="00332DB8">
              <w:rPr>
                <w:lang w:val="ru-RU"/>
              </w:rPr>
              <w:t>.</w:t>
            </w:r>
            <w:r>
              <w:t>com</w:t>
            </w:r>
            <w:r w:rsidRPr="00332DB8">
              <w:rPr>
                <w:lang w:val="ru-RU"/>
              </w:rPr>
              <w:t>/</w:t>
            </w:r>
            <w:r>
              <w:t>id</w:t>
            </w:r>
            <w:r w:rsidRPr="00332DB8">
              <w:rPr>
                <w:lang w:val="ru-RU"/>
              </w:rPr>
              <w:t>145991795) (заочное решение Октябрьского районного суда г. Владимира от 20.12.2013);</w:t>
            </w:r>
          </w:p>
        </w:tc>
        <w:tc>
          <w:tcPr>
            <w:tcW w:w="2880" w:type="dxa"/>
          </w:tcPr>
          <w:p w:rsidR="006F7457" w:rsidRPr="00332DB8" w:rsidRDefault="006F7457">
            <w:pPr>
              <w:rPr>
                <w:lang w:val="ru-RU"/>
              </w:rPr>
            </w:pPr>
          </w:p>
        </w:tc>
      </w:tr>
      <w:tr w:rsidR="006F7457" w:rsidRPr="00A31F1A">
        <w:tc>
          <w:tcPr>
            <w:tcW w:w="2880" w:type="dxa"/>
          </w:tcPr>
          <w:p w:rsidR="006F7457" w:rsidRDefault="00332DB8">
            <w:r>
              <w:t>2285.</w:t>
            </w:r>
          </w:p>
        </w:tc>
        <w:tc>
          <w:tcPr>
            <w:tcW w:w="2880" w:type="dxa"/>
          </w:tcPr>
          <w:p w:rsidR="006F7457" w:rsidRPr="00332DB8" w:rsidRDefault="00332DB8">
            <w:pPr>
              <w:rPr>
                <w:lang w:val="ru-RU"/>
              </w:rPr>
            </w:pPr>
            <w:r w:rsidRPr="00332DB8">
              <w:rPr>
                <w:lang w:val="ru-RU"/>
              </w:rPr>
              <w:t>Книга Бенито Муссолини «Третий путь Без демократов и коммунистов» (решение Железнодорожного районного суда г. Красноярска от 19.09.2013);</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2286.</w:t>
            </w:r>
          </w:p>
        </w:tc>
        <w:tc>
          <w:tcPr>
            <w:tcW w:w="2880" w:type="dxa"/>
          </w:tcPr>
          <w:p w:rsidR="006F7457" w:rsidRPr="00332DB8" w:rsidRDefault="00332DB8">
            <w:pPr>
              <w:rPr>
                <w:lang w:val="ru-RU"/>
              </w:rPr>
            </w:pPr>
            <w:r w:rsidRPr="00332DB8">
              <w:rPr>
                <w:lang w:val="ru-RU"/>
              </w:rPr>
              <w:t xml:space="preserve">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w:t>
            </w:r>
            <w:r>
              <w:t>http</w:t>
            </w:r>
            <w:r w:rsidRPr="00332DB8">
              <w:rPr>
                <w:lang w:val="ru-RU"/>
              </w:rPr>
              <w:t>://</w:t>
            </w:r>
            <w:r>
              <w:t>sebast</w:t>
            </w:r>
            <w:r w:rsidRPr="00332DB8">
              <w:rPr>
                <w:lang w:val="ru-RU"/>
              </w:rPr>
              <w:t>-</w:t>
            </w:r>
            <w:r>
              <w:t>sto</w:t>
            </w:r>
            <w:r w:rsidRPr="00332DB8">
              <w:rPr>
                <w:lang w:val="ru-RU"/>
              </w:rPr>
              <w:t>.</w:t>
            </w:r>
            <w:r>
              <w:t>livejournal</w:t>
            </w:r>
            <w:r w:rsidRPr="00332DB8">
              <w:rPr>
                <w:lang w:val="ru-RU"/>
              </w:rPr>
              <w:t>.</w:t>
            </w:r>
            <w:r>
              <w:t>com</w:t>
            </w:r>
            <w:r w:rsidRPr="00332DB8">
              <w:rPr>
                <w:lang w:val="ru-RU"/>
              </w:rPr>
              <w:t>/1658.</w:t>
            </w:r>
            <w:r>
              <w:t>html</w:t>
            </w:r>
            <w:r w:rsidRPr="00332DB8">
              <w:rPr>
                <w:lang w:val="ru-RU"/>
              </w:rPr>
              <w:t>#</w:t>
            </w:r>
            <w:r>
              <w:t>cutidl</w:t>
            </w:r>
            <w:r w:rsidRPr="00332DB8">
              <w:rPr>
                <w:lang w:val="ru-RU"/>
              </w:rPr>
              <w:t xml:space="preserve">;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w:t>
            </w:r>
            <w:r>
              <w:t>http</w:t>
            </w:r>
            <w:r w:rsidRPr="00332DB8">
              <w:rPr>
                <w:lang w:val="ru-RU"/>
              </w:rPr>
              <w:t>://</w:t>
            </w:r>
            <w:r>
              <w:t>sebast</w:t>
            </w:r>
            <w:r w:rsidRPr="00332DB8">
              <w:rPr>
                <w:lang w:val="ru-RU"/>
              </w:rPr>
              <w:t>-</w:t>
            </w:r>
            <w:r>
              <w:t>sto</w:t>
            </w:r>
            <w:r w:rsidRPr="00332DB8">
              <w:rPr>
                <w:lang w:val="ru-RU"/>
              </w:rPr>
              <w:t>.</w:t>
            </w:r>
            <w:r>
              <w:t>livejournal</w:t>
            </w:r>
            <w:r w:rsidRPr="00332DB8">
              <w:rPr>
                <w:lang w:val="ru-RU"/>
              </w:rPr>
              <w:t>.</w:t>
            </w:r>
            <w:r>
              <w:t>com</w:t>
            </w:r>
            <w:r w:rsidRPr="00332DB8">
              <w:rPr>
                <w:lang w:val="ru-RU"/>
              </w:rPr>
              <w:t>/1260.</w:t>
            </w:r>
            <w:r>
              <w:t>html</w:t>
            </w:r>
            <w:r w:rsidRPr="00332DB8">
              <w:rPr>
                <w:lang w:val="ru-RU"/>
              </w:rPr>
              <w:t>#</w:t>
            </w:r>
            <w:r>
              <w:t>comments</w:t>
            </w:r>
            <w:r w:rsidRPr="00332DB8">
              <w:rPr>
                <w:lang w:val="ru-RU"/>
              </w:rPr>
              <w:t>;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w:t>
            </w:r>
            <w:r>
              <w:t>Osterreichisches</w:t>
            </w:r>
            <w:r w:rsidRPr="00332DB8">
              <w:rPr>
                <w:lang w:val="ru-RU"/>
              </w:rPr>
              <w:t xml:space="preserve"> </w:t>
            </w:r>
            <w:r>
              <w:t>Staatsarchiv</w:t>
            </w:r>
            <w:r w:rsidRPr="00332DB8">
              <w:rPr>
                <w:lang w:val="ru-RU"/>
              </w:rPr>
              <w:t>-</w:t>
            </w:r>
            <w:r>
              <w:t>Kriegsarchiv</w:t>
            </w:r>
            <w:r w:rsidRPr="00332DB8">
              <w:rPr>
                <w:lang w:val="ru-RU"/>
              </w:rPr>
              <w:t xml:space="preserve">, </w:t>
            </w:r>
            <w:r>
              <w:t>B</w:t>
            </w:r>
            <w:r w:rsidRPr="00332DB8">
              <w:rPr>
                <w:lang w:val="ru-RU"/>
              </w:rPr>
              <w:t xml:space="preserve"> 1041/45, </w:t>
            </w:r>
            <w:r>
              <w:t>Blatt</w:t>
            </w:r>
            <w:r w:rsidRPr="00332DB8">
              <w:rPr>
                <w:lang w:val="ru-RU"/>
              </w:rPr>
              <w:t xml:space="preserve"> 472-474)», размещённый на Интернет-странице по адресу: </w:t>
            </w:r>
            <w:r>
              <w:t>http</w:t>
            </w:r>
            <w:r w:rsidRPr="00332DB8">
              <w:rPr>
                <w:lang w:val="ru-RU"/>
              </w:rPr>
              <w:t>://</w:t>
            </w:r>
            <w:r>
              <w:t>sebast</w:t>
            </w:r>
            <w:r w:rsidRPr="00332DB8">
              <w:rPr>
                <w:lang w:val="ru-RU"/>
              </w:rPr>
              <w:t>-</w:t>
            </w:r>
            <w:r>
              <w:t>sto</w:t>
            </w:r>
            <w:r w:rsidRPr="00332DB8">
              <w:rPr>
                <w:lang w:val="ru-RU"/>
              </w:rPr>
              <w:t>.</w:t>
            </w:r>
            <w:r>
              <w:t>livejournal</w:t>
            </w:r>
            <w:r w:rsidRPr="00332DB8">
              <w:rPr>
                <w:lang w:val="ru-RU"/>
              </w:rPr>
              <w:t>.</w:t>
            </w:r>
            <w:r>
              <w:t>com</w:t>
            </w:r>
            <w:r w:rsidRPr="00332DB8">
              <w:rPr>
                <w:lang w:val="ru-RU"/>
              </w:rPr>
              <w:t xml:space="preserve">/2012/09/01/;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w:t>
            </w:r>
            <w:r>
              <w:t>http</w:t>
            </w:r>
            <w:r w:rsidRPr="00332DB8">
              <w:rPr>
                <w:lang w:val="ru-RU"/>
              </w:rPr>
              <w:t>://</w:t>
            </w:r>
            <w:r>
              <w:t>sebast</w:t>
            </w:r>
            <w:r w:rsidRPr="00332DB8">
              <w:rPr>
                <w:lang w:val="ru-RU"/>
              </w:rPr>
              <w:t>-</w:t>
            </w:r>
            <w:r>
              <w:t>sto</w:t>
            </w:r>
            <w:r w:rsidRPr="00332DB8">
              <w:rPr>
                <w:lang w:val="ru-RU"/>
              </w:rPr>
              <w:t>.</w:t>
            </w:r>
            <w:r>
              <w:t>livejournal</w:t>
            </w:r>
            <w:r w:rsidRPr="00332DB8">
              <w:rPr>
                <w:lang w:val="ru-RU"/>
              </w:rPr>
              <w:t>.</w:t>
            </w:r>
            <w:r>
              <w:t>com</w:t>
            </w:r>
            <w:r w:rsidRPr="00332DB8">
              <w:rPr>
                <w:lang w:val="ru-RU"/>
              </w:rPr>
              <w:t>/</w:t>
            </w:r>
            <w:r>
              <w:t>l</w:t>
            </w:r>
            <w:r w:rsidRPr="00332DB8">
              <w:rPr>
                <w:lang w:val="ru-RU"/>
              </w:rPr>
              <w:t>1101.</w:t>
            </w:r>
            <w:r>
              <w:t>html</w:t>
            </w:r>
            <w:r w:rsidRPr="00332DB8">
              <w:rPr>
                <w:lang w:val="ru-RU"/>
              </w:rPr>
              <w:t>#</w:t>
            </w:r>
            <w:r>
              <w:t>comments</w:t>
            </w:r>
            <w:r w:rsidRPr="00332DB8">
              <w:rPr>
                <w:lang w:val="ru-RU"/>
              </w:rPr>
              <w:t xml:space="preserve">;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w:t>
            </w:r>
            <w:r>
              <w:t>http</w:t>
            </w:r>
            <w:r w:rsidRPr="00332DB8">
              <w:rPr>
                <w:lang w:val="ru-RU"/>
              </w:rPr>
              <w:t>://</w:t>
            </w:r>
            <w:r>
              <w:t>sebast</w:t>
            </w:r>
            <w:r w:rsidRPr="00332DB8">
              <w:rPr>
                <w:lang w:val="ru-RU"/>
              </w:rPr>
              <w:t>-</w:t>
            </w:r>
            <w:r>
              <w:t>sto</w:t>
            </w:r>
            <w:r w:rsidRPr="00332DB8">
              <w:rPr>
                <w:lang w:val="ru-RU"/>
              </w:rPr>
              <w:t>.</w:t>
            </w:r>
            <w:r>
              <w:t>livejournal</w:t>
            </w:r>
            <w:r w:rsidRPr="00332DB8">
              <w:rPr>
                <w:lang w:val="ru-RU"/>
              </w:rPr>
              <w:t>.</w:t>
            </w:r>
            <w:r>
              <w:t>com</w:t>
            </w:r>
            <w:r w:rsidRPr="00332DB8">
              <w:rPr>
                <w:lang w:val="ru-RU"/>
              </w:rPr>
              <w:t>/2010/</w:t>
            </w:r>
            <w:r>
              <w:t>ll</w:t>
            </w:r>
            <w:r w:rsidRPr="00332DB8">
              <w:rPr>
                <w:lang w:val="ru-RU"/>
              </w:rPr>
              <w:t xml:space="preserve">/25/;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w:t>
            </w:r>
            <w:r>
              <w:t>http</w:t>
            </w:r>
            <w:r w:rsidRPr="00332DB8">
              <w:rPr>
                <w:lang w:val="ru-RU"/>
              </w:rPr>
              <w:t>://</w:t>
            </w:r>
            <w:r>
              <w:t>sebast</w:t>
            </w:r>
            <w:r w:rsidRPr="00332DB8">
              <w:rPr>
                <w:lang w:val="ru-RU"/>
              </w:rPr>
              <w:t>-</w:t>
            </w:r>
            <w:r>
              <w:t>sto</w:t>
            </w:r>
            <w:r w:rsidRPr="00332DB8">
              <w:rPr>
                <w:lang w:val="ru-RU"/>
              </w:rPr>
              <w:t>.</w:t>
            </w:r>
            <w:r>
              <w:t>livejournal</w:t>
            </w:r>
            <w:r w:rsidRPr="00332DB8">
              <w:rPr>
                <w:lang w:val="ru-RU"/>
              </w:rPr>
              <w:t>.</w:t>
            </w:r>
            <w:r>
              <w:t>com</w:t>
            </w:r>
            <w:r w:rsidRPr="00332DB8">
              <w:rPr>
                <w:lang w:val="ru-RU"/>
              </w:rPr>
              <w:t>/2768.</w:t>
            </w:r>
            <w:r>
              <w:t>html</w:t>
            </w:r>
            <w:r w:rsidRPr="00332DB8">
              <w:rPr>
                <w:lang w:val="ru-RU"/>
              </w:rPr>
              <w:t>#</w:t>
            </w:r>
            <w:r>
              <w:t>comments</w:t>
            </w:r>
            <w:r w:rsidRPr="00332DB8">
              <w:rPr>
                <w:lang w:val="ru-RU"/>
              </w:rPr>
              <w:t xml:space="preserve"> (решение Советского районного суда г. Брянска от 05.11.2013);</w:t>
            </w:r>
          </w:p>
        </w:tc>
        <w:tc>
          <w:tcPr>
            <w:tcW w:w="2880" w:type="dxa"/>
          </w:tcPr>
          <w:p w:rsidR="006F7457" w:rsidRPr="00332DB8" w:rsidRDefault="006F7457">
            <w:pPr>
              <w:rPr>
                <w:lang w:val="ru-RU"/>
              </w:rPr>
            </w:pPr>
          </w:p>
        </w:tc>
      </w:tr>
      <w:tr w:rsidR="006F7457" w:rsidRPr="00A31F1A">
        <w:tc>
          <w:tcPr>
            <w:tcW w:w="2880" w:type="dxa"/>
          </w:tcPr>
          <w:p w:rsidR="006F7457" w:rsidRDefault="00332DB8">
            <w:r>
              <w:t>2287.</w:t>
            </w:r>
          </w:p>
        </w:tc>
        <w:tc>
          <w:tcPr>
            <w:tcW w:w="2880" w:type="dxa"/>
          </w:tcPr>
          <w:p w:rsidR="006F7457" w:rsidRPr="00332DB8" w:rsidRDefault="00332DB8">
            <w:pPr>
              <w:rPr>
                <w:lang w:val="ru-RU"/>
              </w:rPr>
            </w:pPr>
            <w:r w:rsidRPr="00332DB8">
              <w:rPr>
                <w:lang w:val="ru-RU"/>
              </w:rPr>
              <w:t xml:space="preserve">Видеоматериал под названием «Такфир» с выступлением лица от имени Шейха Мухаммад Аль-Хасан Ульд Ад-Дадау, размещенный на сайте </w:t>
            </w:r>
            <w:r>
              <w:t>ahlanwasahlan</w:t>
            </w:r>
            <w:r w:rsidRPr="00332DB8">
              <w:rPr>
                <w:lang w:val="ru-RU"/>
              </w:rPr>
              <w:t>.</w:t>
            </w:r>
            <w:r>
              <w:t>ru</w:t>
            </w:r>
            <w:r w:rsidRPr="00332DB8">
              <w:rPr>
                <w:lang w:val="ru-RU"/>
              </w:rPr>
              <w:t xml:space="preserve"> (решение Советского районного суда г. Астрахани от 26.07.2013);</w:t>
            </w:r>
          </w:p>
        </w:tc>
        <w:tc>
          <w:tcPr>
            <w:tcW w:w="2880" w:type="dxa"/>
          </w:tcPr>
          <w:p w:rsidR="006F7457" w:rsidRPr="00332DB8" w:rsidRDefault="006F7457">
            <w:pPr>
              <w:rPr>
                <w:lang w:val="ru-RU"/>
              </w:rPr>
            </w:pPr>
          </w:p>
        </w:tc>
      </w:tr>
      <w:tr w:rsidR="006F7457" w:rsidRPr="00A31F1A">
        <w:tc>
          <w:tcPr>
            <w:tcW w:w="2880" w:type="dxa"/>
          </w:tcPr>
          <w:p w:rsidR="006F7457" w:rsidRDefault="00332DB8">
            <w:r>
              <w:t>228</w:t>
            </w:r>
            <w:r>
              <w:lastRenderedPageBreak/>
              <w:t>8.</w:t>
            </w:r>
          </w:p>
        </w:tc>
        <w:tc>
          <w:tcPr>
            <w:tcW w:w="2880" w:type="dxa"/>
          </w:tcPr>
          <w:p w:rsidR="006F7457" w:rsidRPr="00332DB8" w:rsidRDefault="00332DB8">
            <w:pPr>
              <w:rPr>
                <w:lang w:val="ru-RU"/>
              </w:rPr>
            </w:pPr>
            <w:r w:rsidRPr="00332DB8">
              <w:rPr>
                <w:lang w:val="ru-RU"/>
              </w:rPr>
              <w:lastRenderedPageBreak/>
              <w:t xml:space="preserve">Материалы, расположенные на Интернет-ресурсе </w:t>
            </w:r>
            <w:r>
              <w:t>www</w:t>
            </w:r>
            <w:r w:rsidRPr="00332DB8">
              <w:rPr>
                <w:lang w:val="ru-RU"/>
              </w:rPr>
              <w:t>.</w:t>
            </w:r>
            <w:r>
              <w:t>kavkazjihad</w:t>
            </w:r>
            <w:r w:rsidRPr="00332DB8">
              <w:rPr>
                <w:lang w:val="ru-RU"/>
              </w:rPr>
              <w:t>.</w:t>
            </w:r>
            <w:r>
              <w:t>com</w:t>
            </w:r>
            <w:r w:rsidRPr="00332DB8">
              <w:rPr>
                <w:lang w:val="ru-RU"/>
              </w:rPr>
              <w:t xml:space="preserve">: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w:t>
            </w:r>
            <w:r w:rsidRPr="00332DB8">
              <w:rPr>
                <w:lang w:val="ru-RU"/>
              </w:rPr>
              <w:lastRenderedPageBreak/>
              <w:t>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2289.</w:t>
            </w:r>
          </w:p>
        </w:tc>
        <w:tc>
          <w:tcPr>
            <w:tcW w:w="2880" w:type="dxa"/>
          </w:tcPr>
          <w:p w:rsidR="006F7457" w:rsidRPr="00332DB8" w:rsidRDefault="00332DB8">
            <w:pPr>
              <w:rPr>
                <w:lang w:val="ru-RU"/>
              </w:rPr>
            </w:pPr>
            <w:r w:rsidRPr="00332DB8">
              <w:rPr>
                <w:lang w:val="ru-RU"/>
              </w:rPr>
              <w:t xml:space="preserve">Интернет-ресурс (сайт) </w:t>
            </w:r>
            <w:r>
              <w:t>www</w:t>
            </w:r>
            <w:r w:rsidRPr="00332DB8">
              <w:rPr>
                <w:lang w:val="ru-RU"/>
              </w:rPr>
              <w:t>.</w:t>
            </w:r>
            <w:r>
              <w:t>kavkazjihad</w:t>
            </w:r>
            <w:r w:rsidRPr="00332DB8">
              <w:rPr>
                <w:lang w:val="ru-RU"/>
              </w:rPr>
              <w:t>.</w:t>
            </w:r>
            <w:r>
              <w:t>com</w:t>
            </w:r>
            <w:r w:rsidRPr="00332DB8">
              <w:rPr>
                <w:lang w:val="ru-RU"/>
              </w:rPr>
              <w:t xml:space="preserve"> (решение Горно-Алтайского городского суда Республики Алтай от 25.02.2014);</w:t>
            </w:r>
          </w:p>
        </w:tc>
        <w:tc>
          <w:tcPr>
            <w:tcW w:w="2880" w:type="dxa"/>
          </w:tcPr>
          <w:p w:rsidR="006F7457" w:rsidRPr="00332DB8" w:rsidRDefault="006F7457">
            <w:pPr>
              <w:rPr>
                <w:lang w:val="ru-RU"/>
              </w:rPr>
            </w:pPr>
          </w:p>
        </w:tc>
      </w:tr>
      <w:tr w:rsidR="006F7457">
        <w:tc>
          <w:tcPr>
            <w:tcW w:w="2880" w:type="dxa"/>
          </w:tcPr>
          <w:p w:rsidR="006F7457" w:rsidRDefault="00332DB8">
            <w:r>
              <w:t>2290.</w:t>
            </w:r>
          </w:p>
        </w:tc>
        <w:tc>
          <w:tcPr>
            <w:tcW w:w="2880" w:type="dxa"/>
          </w:tcPr>
          <w:p w:rsidR="006F7457" w:rsidRDefault="00332DB8">
            <w:r w:rsidRPr="00332DB8">
              <w:rPr>
                <w:lang w:val="ru-RU"/>
              </w:rPr>
              <w:t xml:space="preserve">Статья «Товарищ трудящийся»; интернет ресурс </w:t>
            </w:r>
            <w:r>
              <w:t>http</w:t>
            </w:r>
            <w:r w:rsidRPr="00332DB8">
              <w:rPr>
                <w:lang w:val="ru-RU"/>
              </w:rPr>
              <w:t>://</w:t>
            </w:r>
            <w:r>
              <w:t>yalta</w:t>
            </w:r>
            <w:r w:rsidRPr="00332DB8">
              <w:rPr>
                <w:lang w:val="ru-RU"/>
              </w:rPr>
              <w:t>-</w:t>
            </w:r>
            <w:r>
              <w:t>kpss</w:t>
            </w:r>
            <w:r w:rsidRPr="00332DB8">
              <w:rPr>
                <w:lang w:val="ru-RU"/>
              </w:rPr>
              <w:t>.</w:t>
            </w:r>
            <w:r>
              <w:t>livejournal</w:t>
            </w:r>
            <w:r w:rsidRPr="00332DB8">
              <w:rPr>
                <w:lang w:val="ru-RU"/>
              </w:rPr>
              <w:t>.</w:t>
            </w:r>
            <w:r>
              <w:t>com</w:t>
            </w:r>
            <w:r w:rsidRPr="00332DB8">
              <w:rPr>
                <w:lang w:val="ru-RU"/>
              </w:rPr>
              <w:t>/392054.</w:t>
            </w:r>
            <w:r>
              <w:t>html</w:t>
            </w:r>
            <w:r w:rsidRPr="00332DB8">
              <w:rPr>
                <w:lang w:val="ru-RU"/>
              </w:rPr>
              <w:t xml:space="preserve">, содержащий в себе статью </w:t>
            </w:r>
            <w:r>
              <w:t>«Товарищ трудящийся» (решение Центрального районного суда г. Кемерово от 24.12.2013);</w:t>
            </w:r>
          </w:p>
        </w:tc>
        <w:tc>
          <w:tcPr>
            <w:tcW w:w="2880" w:type="dxa"/>
          </w:tcPr>
          <w:p w:rsidR="006F7457" w:rsidRDefault="006F7457"/>
        </w:tc>
      </w:tr>
      <w:tr w:rsidR="006F7457" w:rsidRPr="00A31F1A">
        <w:tc>
          <w:tcPr>
            <w:tcW w:w="2880" w:type="dxa"/>
          </w:tcPr>
          <w:p w:rsidR="006F7457" w:rsidRDefault="00332DB8">
            <w:r>
              <w:t>2291.</w:t>
            </w:r>
          </w:p>
        </w:tc>
        <w:tc>
          <w:tcPr>
            <w:tcW w:w="2880" w:type="dxa"/>
          </w:tcPr>
          <w:p w:rsidR="006F7457" w:rsidRPr="00332DB8" w:rsidRDefault="00332DB8">
            <w:pPr>
              <w:rPr>
                <w:lang w:val="ru-RU"/>
              </w:rPr>
            </w:pPr>
            <w:r w:rsidRPr="00332DB8">
              <w:rPr>
                <w:lang w:val="ru-RU"/>
              </w:rPr>
              <w:t>Видеофайлы, размещенные Сарбашевым М.М. на сайте социальной сети информационной телекоммуникационной сети Интернет ООО «Вконтакте» (</w:t>
            </w:r>
            <w:r>
              <w:t>vk</w:t>
            </w:r>
            <w:r w:rsidRPr="00332DB8">
              <w:rPr>
                <w:lang w:val="ru-RU"/>
              </w:rPr>
              <w:t>.</w:t>
            </w:r>
            <w:r>
              <w:t>com</w:t>
            </w:r>
            <w:r w:rsidRPr="00332DB8">
              <w:rPr>
                <w:lang w:val="ru-RU"/>
              </w:rPr>
              <w:t>),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2880" w:type="dxa"/>
          </w:tcPr>
          <w:p w:rsidR="006F7457" w:rsidRPr="00332DB8" w:rsidRDefault="006F7457">
            <w:pPr>
              <w:rPr>
                <w:lang w:val="ru-RU"/>
              </w:rPr>
            </w:pPr>
          </w:p>
        </w:tc>
      </w:tr>
      <w:tr w:rsidR="006F7457" w:rsidRPr="005A424D">
        <w:tc>
          <w:tcPr>
            <w:tcW w:w="2880" w:type="dxa"/>
          </w:tcPr>
          <w:p w:rsidR="006F7457" w:rsidRDefault="00332DB8">
            <w:r>
              <w:t>2292.</w:t>
            </w:r>
          </w:p>
        </w:tc>
        <w:tc>
          <w:tcPr>
            <w:tcW w:w="2880" w:type="dxa"/>
          </w:tcPr>
          <w:p w:rsidR="006F7457" w:rsidRPr="00332DB8" w:rsidRDefault="00332DB8">
            <w:pPr>
              <w:rPr>
                <w:lang w:val="ru-RU"/>
              </w:rPr>
            </w:pPr>
            <w:r w:rsidRPr="00332DB8">
              <w:rPr>
                <w:lang w:val="ru-RU"/>
              </w:rPr>
              <w:t xml:space="preserve">Видеоролики «Новогодняя акция </w:t>
            </w:r>
            <w:r>
              <w:t>NS</w:t>
            </w:r>
            <w:r w:rsidRPr="00332DB8">
              <w:rPr>
                <w:lang w:val="ru-RU"/>
              </w:rPr>
              <w:t>-</w:t>
            </w:r>
            <w:r>
              <w:t>Wp</w:t>
            </w:r>
            <w:r w:rsidRPr="00332DB8">
              <w:rPr>
                <w:lang w:val="ru-RU"/>
              </w:rPr>
              <w:t xml:space="preserve"> к 2008 году…» («57с2111570а0</w:t>
            </w:r>
            <w:r>
              <w:t>b</w:t>
            </w:r>
            <w:r w:rsidRPr="00332DB8">
              <w:rPr>
                <w:lang w:val="ru-RU"/>
              </w:rPr>
              <w:t>-82723583.</w:t>
            </w:r>
            <w:r>
              <w:t>vk</w:t>
            </w:r>
            <w:r w:rsidRPr="00332DB8">
              <w:rPr>
                <w:lang w:val="ru-RU"/>
              </w:rPr>
              <w:t>.</w:t>
            </w:r>
            <w:r>
              <w:t>flv</w:t>
            </w:r>
            <w:r w:rsidRPr="00332DB8">
              <w:rPr>
                <w:lang w:val="ru-RU"/>
              </w:rPr>
              <w:t>»),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странице пользователя «Антон Владимирович Цветков» по адресу: </w:t>
            </w:r>
            <w:r>
              <w:t>http</w:t>
            </w:r>
            <w:r w:rsidRPr="00332DB8">
              <w:rPr>
                <w:lang w:val="ru-RU"/>
              </w:rPr>
              <w:t>://</w:t>
            </w:r>
            <w:r>
              <w:t>vk</w:t>
            </w:r>
            <w:r w:rsidRPr="00332DB8">
              <w:rPr>
                <w:lang w:val="ru-RU"/>
              </w:rPr>
              <w:t>.</w:t>
            </w:r>
            <w:r>
              <w:t>com</w:t>
            </w:r>
            <w:r w:rsidRPr="00332DB8">
              <w:rPr>
                <w:lang w:val="ru-RU"/>
              </w:rPr>
              <w:t>/</w:t>
            </w:r>
            <w:r>
              <w:t>skinheads</w:t>
            </w:r>
            <w:r w:rsidRPr="00332DB8">
              <w:rPr>
                <w:lang w:val="ru-RU"/>
              </w:rPr>
              <w:t>8814 (решение Печенгского районного суда Мурманской области от 14.11.2013);</w:t>
            </w:r>
          </w:p>
        </w:tc>
        <w:tc>
          <w:tcPr>
            <w:tcW w:w="2880" w:type="dxa"/>
          </w:tcPr>
          <w:p w:rsidR="006F7457" w:rsidRPr="00332DB8" w:rsidRDefault="006F7457">
            <w:pPr>
              <w:rPr>
                <w:lang w:val="ru-RU"/>
              </w:rPr>
            </w:pPr>
          </w:p>
        </w:tc>
      </w:tr>
      <w:tr w:rsidR="006F7457" w:rsidRPr="005A424D">
        <w:tc>
          <w:tcPr>
            <w:tcW w:w="2880" w:type="dxa"/>
          </w:tcPr>
          <w:p w:rsidR="006F7457" w:rsidRDefault="00332DB8">
            <w:r>
              <w:t>22</w:t>
            </w:r>
            <w:r>
              <w:lastRenderedPageBreak/>
              <w:t>93.</w:t>
            </w:r>
          </w:p>
        </w:tc>
        <w:tc>
          <w:tcPr>
            <w:tcW w:w="2880" w:type="dxa"/>
          </w:tcPr>
          <w:p w:rsidR="006F7457" w:rsidRPr="00332DB8" w:rsidRDefault="00332DB8">
            <w:pPr>
              <w:rPr>
                <w:lang w:val="ru-RU"/>
              </w:rPr>
            </w:pPr>
            <w:r w:rsidRPr="00332DB8">
              <w:rPr>
                <w:lang w:val="ru-RU"/>
              </w:rPr>
              <w:lastRenderedPageBreak/>
              <w:t xml:space="preserve">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w:t>
            </w:r>
            <w:r>
              <w:t>http</w:t>
            </w:r>
            <w:r w:rsidRPr="00332DB8">
              <w:rPr>
                <w:lang w:val="ru-RU"/>
              </w:rPr>
              <w:t>://</w:t>
            </w:r>
            <w:r>
              <w:t>vk</w:t>
            </w:r>
            <w:r w:rsidRPr="00332DB8">
              <w:rPr>
                <w:lang w:val="ru-RU"/>
              </w:rPr>
              <w:t>.</w:t>
            </w:r>
            <w:r>
              <w:t>com</w:t>
            </w:r>
            <w:r w:rsidRPr="00332DB8">
              <w:rPr>
                <w:lang w:val="ru-RU"/>
              </w:rPr>
              <w:t>/</w:t>
            </w:r>
            <w:r>
              <w:t>Issah</w:t>
            </w:r>
            <w:r w:rsidRPr="00332DB8">
              <w:rPr>
                <w:lang w:val="ru-RU"/>
              </w:rPr>
              <w:t xml:space="preserve">1488. </w:t>
            </w:r>
            <w:r w:rsidRPr="00332DB8">
              <w:rPr>
                <w:lang w:val="ru-RU"/>
              </w:rPr>
              <w:lastRenderedPageBreak/>
              <w:t>размером 364 МБ и общей продолжительностью 02 час 11 мин. 50 сек. (решение Промышленного районного суда г. Курска от 27.01.2014);</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2294.</w:t>
            </w:r>
          </w:p>
        </w:tc>
        <w:tc>
          <w:tcPr>
            <w:tcW w:w="2880" w:type="dxa"/>
          </w:tcPr>
          <w:p w:rsidR="006F7457" w:rsidRPr="00332DB8" w:rsidRDefault="00332DB8">
            <w:pPr>
              <w:rPr>
                <w:lang w:val="ru-RU"/>
              </w:rPr>
            </w:pPr>
            <w:r w:rsidRPr="00332DB8">
              <w:rPr>
                <w:lang w:val="ru-RU"/>
              </w:rPr>
              <w:t>Тексты, размещенные на сайте «</w:t>
            </w:r>
            <w:r>
              <w:t>http</w:t>
            </w:r>
            <w:r w:rsidRPr="00332DB8">
              <w:rPr>
                <w:lang w:val="ru-RU"/>
              </w:rPr>
              <w:t>://</w:t>
            </w:r>
            <w:r>
              <w:t>vk</w:t>
            </w:r>
            <w:r w:rsidRPr="00332DB8">
              <w:rPr>
                <w:lang w:val="ru-RU"/>
              </w:rPr>
              <w:t>.</w:t>
            </w:r>
            <w:r>
              <w:t>com</w:t>
            </w:r>
            <w:r w:rsidRPr="00332DB8">
              <w:rPr>
                <w:lang w:val="ru-RU"/>
              </w:rPr>
              <w:t>/</w:t>
            </w:r>
            <w:r>
              <w:t>prav</w:t>
            </w:r>
            <w:r w:rsidRPr="00332DB8">
              <w:rPr>
                <w:lang w:val="ru-RU"/>
              </w:rPr>
              <w:t>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2880" w:type="dxa"/>
          </w:tcPr>
          <w:p w:rsidR="006F7457" w:rsidRPr="00332DB8" w:rsidRDefault="006F7457">
            <w:pPr>
              <w:rPr>
                <w:lang w:val="ru-RU"/>
              </w:rPr>
            </w:pPr>
          </w:p>
        </w:tc>
      </w:tr>
      <w:tr w:rsidR="006F7457" w:rsidRPr="00A31F1A">
        <w:tc>
          <w:tcPr>
            <w:tcW w:w="2880" w:type="dxa"/>
          </w:tcPr>
          <w:p w:rsidR="006F7457" w:rsidRDefault="00332DB8">
            <w:r>
              <w:t>2295.</w:t>
            </w:r>
          </w:p>
        </w:tc>
        <w:tc>
          <w:tcPr>
            <w:tcW w:w="2880" w:type="dxa"/>
          </w:tcPr>
          <w:p w:rsidR="006F7457" w:rsidRPr="00332DB8" w:rsidRDefault="00332DB8">
            <w:pPr>
              <w:rPr>
                <w:lang w:val="ru-RU"/>
              </w:rPr>
            </w:pPr>
            <w:r w:rsidRPr="00332DB8">
              <w:rPr>
                <w:lang w:val="ru-RU"/>
              </w:rPr>
              <w:t xml:space="preserve">Персональная страница с электронным адресом: </w:t>
            </w:r>
            <w:r>
              <w:t>vk</w:t>
            </w:r>
            <w:r w:rsidRPr="00332DB8">
              <w:rPr>
                <w:lang w:val="ru-RU"/>
              </w:rPr>
              <w:t>.</w:t>
            </w:r>
            <w:r>
              <w:t>com</w:t>
            </w:r>
            <w:r w:rsidRPr="00332DB8">
              <w:rPr>
                <w:lang w:val="ru-RU"/>
              </w:rPr>
              <w:t>/</w:t>
            </w:r>
            <w:r>
              <w:t>id</w:t>
            </w:r>
            <w:r w:rsidRPr="00332DB8">
              <w:rPr>
                <w:lang w:val="ru-RU"/>
              </w:rPr>
              <w:t>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2880" w:type="dxa"/>
          </w:tcPr>
          <w:p w:rsidR="006F7457" w:rsidRPr="00332DB8" w:rsidRDefault="006F7457">
            <w:pPr>
              <w:rPr>
                <w:lang w:val="ru-RU"/>
              </w:rPr>
            </w:pPr>
          </w:p>
        </w:tc>
      </w:tr>
      <w:tr w:rsidR="006F7457" w:rsidRPr="00A31F1A">
        <w:tc>
          <w:tcPr>
            <w:tcW w:w="2880" w:type="dxa"/>
          </w:tcPr>
          <w:p w:rsidR="006F7457" w:rsidRDefault="00332DB8">
            <w:r>
              <w:t>2296.</w:t>
            </w:r>
          </w:p>
        </w:tc>
        <w:tc>
          <w:tcPr>
            <w:tcW w:w="2880" w:type="dxa"/>
          </w:tcPr>
          <w:p w:rsidR="006F7457" w:rsidRPr="00332DB8" w:rsidRDefault="00332DB8">
            <w:pPr>
              <w:rPr>
                <w:lang w:val="ru-RU"/>
              </w:rPr>
            </w:pPr>
            <w:r w:rsidRPr="00332DB8">
              <w:rPr>
                <w:lang w:val="ru-RU"/>
              </w:rPr>
              <w:t>Шесть комментариев опубликованных к видеоролику «Ингуши позор кавказа» на Интернет-сайте «</w:t>
            </w:r>
            <w:r>
              <w:t>www</w:t>
            </w:r>
            <w:r w:rsidRPr="00332DB8">
              <w:rPr>
                <w:lang w:val="ru-RU"/>
              </w:rPr>
              <w:t>.</w:t>
            </w:r>
            <w:r>
              <w:t>youtube</w:t>
            </w:r>
            <w:r w:rsidRPr="00332DB8">
              <w:rPr>
                <w:lang w:val="ru-RU"/>
              </w:rPr>
              <w:t>.</w:t>
            </w:r>
            <w:r>
              <w:t>com</w:t>
            </w:r>
            <w:r w:rsidRPr="00332DB8">
              <w:rPr>
                <w:lang w:val="ru-RU"/>
              </w:rPr>
              <w:t xml:space="preserve">» с адресом: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=5</w:t>
            </w:r>
            <w:r>
              <w:t>BwQ</w:t>
            </w:r>
            <w:r w:rsidRPr="00332DB8">
              <w:rPr>
                <w:lang w:val="ru-RU"/>
              </w:rPr>
              <w:t>-</w:t>
            </w:r>
            <w:r>
              <w:t>Wm</w:t>
            </w:r>
            <w:r w:rsidRPr="00332DB8">
              <w:rPr>
                <w:lang w:val="ru-RU"/>
              </w:rPr>
              <w:t>2</w:t>
            </w:r>
            <w:r>
              <w:t>iyQ</w:t>
            </w:r>
            <w:r w:rsidRPr="00332DB8">
              <w:rPr>
                <w:lang w:val="ru-RU"/>
              </w:rPr>
              <w:t xml:space="preserve"> (решение Магасского районного суда Республики Ингушетия от 11.02.2014);</w:t>
            </w:r>
          </w:p>
        </w:tc>
        <w:tc>
          <w:tcPr>
            <w:tcW w:w="2880" w:type="dxa"/>
          </w:tcPr>
          <w:p w:rsidR="006F7457" w:rsidRPr="00332DB8" w:rsidRDefault="006F7457">
            <w:pPr>
              <w:rPr>
                <w:lang w:val="ru-RU"/>
              </w:rPr>
            </w:pPr>
          </w:p>
        </w:tc>
      </w:tr>
      <w:tr w:rsidR="006F7457" w:rsidRPr="00A31F1A">
        <w:tc>
          <w:tcPr>
            <w:tcW w:w="2880" w:type="dxa"/>
          </w:tcPr>
          <w:p w:rsidR="006F7457" w:rsidRDefault="00332DB8">
            <w:r>
              <w:t>2297.</w:t>
            </w:r>
          </w:p>
        </w:tc>
        <w:tc>
          <w:tcPr>
            <w:tcW w:w="2880" w:type="dxa"/>
          </w:tcPr>
          <w:p w:rsidR="006F7457" w:rsidRPr="00332DB8" w:rsidRDefault="00332DB8">
            <w:pPr>
              <w:rPr>
                <w:lang w:val="ru-RU"/>
              </w:rPr>
            </w:pPr>
            <w:r w:rsidRPr="00332DB8">
              <w:rPr>
                <w:lang w:val="ru-RU"/>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2880" w:type="dxa"/>
          </w:tcPr>
          <w:p w:rsidR="006F7457" w:rsidRPr="00332DB8" w:rsidRDefault="006F7457">
            <w:pPr>
              <w:rPr>
                <w:lang w:val="ru-RU"/>
              </w:rPr>
            </w:pPr>
          </w:p>
        </w:tc>
      </w:tr>
      <w:tr w:rsidR="006F7457" w:rsidRPr="00A31F1A">
        <w:tc>
          <w:tcPr>
            <w:tcW w:w="2880" w:type="dxa"/>
          </w:tcPr>
          <w:p w:rsidR="006F7457" w:rsidRDefault="00332DB8">
            <w:r>
              <w:t>229</w:t>
            </w:r>
            <w:r>
              <w:lastRenderedPageBreak/>
              <w:t>8.</w:t>
            </w:r>
          </w:p>
        </w:tc>
        <w:tc>
          <w:tcPr>
            <w:tcW w:w="2880" w:type="dxa"/>
          </w:tcPr>
          <w:p w:rsidR="006F7457" w:rsidRPr="00332DB8" w:rsidRDefault="00332DB8">
            <w:pPr>
              <w:rPr>
                <w:lang w:val="ru-RU"/>
              </w:rPr>
            </w:pPr>
            <w:r w:rsidRPr="00332DB8">
              <w:rPr>
                <w:lang w:val="ru-RU"/>
              </w:rPr>
              <w:lastRenderedPageBreak/>
              <w:t xml:space="preserve">Интернет-ресурс </w:t>
            </w:r>
            <w:r>
              <w:t>http</w:t>
            </w:r>
            <w:r w:rsidRPr="00332DB8">
              <w:rPr>
                <w:lang w:val="ru-RU"/>
              </w:rPr>
              <w:t>:</w:t>
            </w:r>
            <w:r>
              <w:t>ingushetiyaru</w:t>
            </w:r>
            <w:r w:rsidRPr="00332DB8">
              <w:rPr>
                <w:lang w:val="ru-RU"/>
              </w:rPr>
              <w:t>.</w:t>
            </w:r>
            <w:r>
              <w:t>org</w:t>
            </w:r>
            <w:r w:rsidRPr="00332DB8">
              <w:rPr>
                <w:lang w:val="ru-RU"/>
              </w:rPr>
              <w:t xml:space="preserve"> (апелляционное определение Судебной коллегии по гражданским делам Верховного Суда Республики Ингушетия от 19.09.2013);</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2299.</w:t>
            </w:r>
          </w:p>
        </w:tc>
        <w:tc>
          <w:tcPr>
            <w:tcW w:w="2880" w:type="dxa"/>
          </w:tcPr>
          <w:p w:rsidR="006F7457" w:rsidRPr="00332DB8" w:rsidRDefault="00332DB8">
            <w:pPr>
              <w:rPr>
                <w:lang w:val="ru-RU"/>
              </w:rPr>
            </w:pPr>
            <w:r w:rsidRPr="00332DB8">
              <w:rPr>
                <w:lang w:val="ru-RU"/>
              </w:rPr>
              <w:t xml:space="preserve">Видео – файл «бей хачей», размещенный на Интернет – странице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96975124_163560645 (решение Орджоникидзевского районного суда г. Екатеринбурга от 20.12.2013);</w:t>
            </w:r>
          </w:p>
        </w:tc>
        <w:tc>
          <w:tcPr>
            <w:tcW w:w="2880" w:type="dxa"/>
          </w:tcPr>
          <w:p w:rsidR="006F7457" w:rsidRPr="00332DB8" w:rsidRDefault="006F7457">
            <w:pPr>
              <w:rPr>
                <w:lang w:val="ru-RU"/>
              </w:rPr>
            </w:pPr>
          </w:p>
        </w:tc>
      </w:tr>
      <w:tr w:rsidR="006F7457" w:rsidRPr="00A31F1A">
        <w:tc>
          <w:tcPr>
            <w:tcW w:w="2880" w:type="dxa"/>
          </w:tcPr>
          <w:p w:rsidR="006F7457" w:rsidRDefault="00332DB8">
            <w:r>
              <w:t>2300.</w:t>
            </w:r>
          </w:p>
        </w:tc>
        <w:tc>
          <w:tcPr>
            <w:tcW w:w="2880" w:type="dxa"/>
          </w:tcPr>
          <w:p w:rsidR="006F7457" w:rsidRPr="00332DB8" w:rsidRDefault="00332DB8">
            <w:pPr>
              <w:rPr>
                <w:lang w:val="ru-RU"/>
              </w:rPr>
            </w:pPr>
            <w:r w:rsidRPr="00332DB8">
              <w:rPr>
                <w:lang w:val="ru-RU"/>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w:t>
            </w:r>
            <w:r>
              <w:t>vk</w:t>
            </w:r>
            <w:r w:rsidRPr="00332DB8">
              <w:rPr>
                <w:lang w:val="ru-RU"/>
              </w:rPr>
              <w:t>.</w:t>
            </w:r>
            <w:r>
              <w:t>com</w:t>
            </w:r>
            <w:r w:rsidRPr="00332DB8">
              <w:rPr>
                <w:lang w:val="ru-RU"/>
              </w:rPr>
              <w:t>/</w:t>
            </w:r>
            <w:r>
              <w:t>id</w:t>
            </w:r>
            <w:r w:rsidRPr="00332DB8">
              <w:rPr>
                <w:lang w:val="ru-RU"/>
              </w:rPr>
              <w:t>180205016) информационно-телекоммуникационной сети Интернет (решение Центрального районного суда г. Читы от 20.01.2014);</w:t>
            </w:r>
          </w:p>
        </w:tc>
        <w:tc>
          <w:tcPr>
            <w:tcW w:w="2880" w:type="dxa"/>
          </w:tcPr>
          <w:p w:rsidR="006F7457" w:rsidRPr="00332DB8" w:rsidRDefault="006F7457">
            <w:pPr>
              <w:rPr>
                <w:lang w:val="ru-RU"/>
              </w:rPr>
            </w:pPr>
          </w:p>
        </w:tc>
      </w:tr>
      <w:tr w:rsidR="006F7457" w:rsidRPr="00A31F1A">
        <w:tc>
          <w:tcPr>
            <w:tcW w:w="2880" w:type="dxa"/>
          </w:tcPr>
          <w:p w:rsidR="006F7457" w:rsidRDefault="00332DB8">
            <w:r>
              <w:t>2301.</w:t>
            </w:r>
          </w:p>
        </w:tc>
        <w:tc>
          <w:tcPr>
            <w:tcW w:w="2880" w:type="dxa"/>
          </w:tcPr>
          <w:p w:rsidR="006F7457" w:rsidRPr="00A31F1A" w:rsidRDefault="00332DB8">
            <w:pPr>
              <w:rPr>
                <w:lang w:val="ru-RU"/>
              </w:rPr>
            </w:pPr>
            <w:r>
              <w:t xml:space="preserve">Сайты: http://absurdopedia.net/wiki/Как_nравильно: изготовить_дома_бомбу; bagnet.org_как изготовить бомбу в домашних условиях; qualib.ru/.. .izgotovit… ustroystvo.. .domashnih-usloviyah; kolxoznik.com/article…bomba-v-domashnih-usloviyah; vip-samodelki.ru/562-bomba-v.. .usloviyax.html; pikabu.ru&gt;…izgotovit.. </w:t>
            </w:r>
            <w:r w:rsidRPr="00A31F1A">
              <w:rPr>
                <w:lang w:val="ru-RU"/>
              </w:rPr>
              <w:t>.</w:t>
            </w:r>
            <w:r>
              <w:t>bombu</w:t>
            </w:r>
            <w:r w:rsidRPr="00A31F1A">
              <w:rPr>
                <w:lang w:val="ru-RU"/>
              </w:rPr>
              <w:t>.. .</w:t>
            </w:r>
            <w:r>
              <w:t>domashnikh</w:t>
            </w:r>
            <w:r w:rsidRPr="00A31F1A">
              <w:rPr>
                <w:lang w:val="ru-RU"/>
              </w:rPr>
              <w:t>_</w:t>
            </w:r>
            <w:r>
              <w:t>usloviyakh</w:t>
            </w:r>
            <w:r w:rsidRPr="00A31F1A">
              <w:rPr>
                <w:lang w:val="ru-RU"/>
              </w:rPr>
              <w:t>…(решение Советского районного суда Ставропольского края от 05.02.2014);</w:t>
            </w:r>
          </w:p>
        </w:tc>
        <w:tc>
          <w:tcPr>
            <w:tcW w:w="2880" w:type="dxa"/>
          </w:tcPr>
          <w:p w:rsidR="006F7457" w:rsidRPr="00A31F1A" w:rsidRDefault="006F7457">
            <w:pPr>
              <w:rPr>
                <w:lang w:val="ru-RU"/>
              </w:rPr>
            </w:pPr>
          </w:p>
        </w:tc>
      </w:tr>
      <w:tr w:rsidR="006F7457" w:rsidRPr="005A424D">
        <w:tc>
          <w:tcPr>
            <w:tcW w:w="2880" w:type="dxa"/>
          </w:tcPr>
          <w:p w:rsidR="006F7457" w:rsidRDefault="00332DB8">
            <w:r>
              <w:t>2302.</w:t>
            </w:r>
          </w:p>
        </w:tc>
        <w:tc>
          <w:tcPr>
            <w:tcW w:w="2880" w:type="dxa"/>
          </w:tcPr>
          <w:p w:rsidR="006F7457" w:rsidRPr="00332DB8" w:rsidRDefault="00332DB8">
            <w:pPr>
              <w:rPr>
                <w:lang w:val="ru-RU"/>
              </w:rPr>
            </w:pPr>
            <w:r w:rsidRPr="00332DB8">
              <w:rPr>
                <w:lang w:val="ru-RU"/>
              </w:rPr>
              <w:t>Видеоролик «Русь не жидово ложе», продолжительностью 4 минуты 28 секунд, размещенный на интернет-сайте, имеющем электронный адрес: (</w:t>
            </w:r>
            <w:r>
              <w:t>http</w:t>
            </w:r>
            <w:r w:rsidRPr="00332DB8">
              <w:rPr>
                <w:lang w:val="ru-RU"/>
              </w:rPr>
              <w:t>://</w:t>
            </w:r>
            <w:r>
              <w:t>vk</w:t>
            </w:r>
            <w:r w:rsidRPr="00332DB8">
              <w:rPr>
                <w:lang w:val="ru-RU"/>
              </w:rPr>
              <w:t>.</w:t>
            </w:r>
            <w:r>
              <w:t>com</w:t>
            </w:r>
            <w:r w:rsidRPr="00332DB8">
              <w:rPr>
                <w:lang w:val="ru-RU"/>
              </w:rPr>
              <w:t>/</w:t>
            </w:r>
            <w:r>
              <w:t>video</w:t>
            </w:r>
            <w:r w:rsidRPr="00332DB8">
              <w:rPr>
                <w:lang w:val="ru-RU"/>
              </w:rPr>
              <w:t>147407757_162766951) (решение Заводского районного суда г. Орла от 27.01.2014);</w:t>
            </w:r>
          </w:p>
        </w:tc>
        <w:tc>
          <w:tcPr>
            <w:tcW w:w="2880" w:type="dxa"/>
          </w:tcPr>
          <w:p w:rsidR="006F7457" w:rsidRPr="00332DB8" w:rsidRDefault="006F7457">
            <w:pPr>
              <w:rPr>
                <w:lang w:val="ru-RU"/>
              </w:rPr>
            </w:pPr>
          </w:p>
        </w:tc>
      </w:tr>
      <w:tr w:rsidR="006F7457" w:rsidRPr="00A31F1A">
        <w:tc>
          <w:tcPr>
            <w:tcW w:w="2880" w:type="dxa"/>
          </w:tcPr>
          <w:p w:rsidR="006F7457" w:rsidRDefault="00332DB8">
            <w:r>
              <w:t>2303.</w:t>
            </w:r>
          </w:p>
        </w:tc>
        <w:tc>
          <w:tcPr>
            <w:tcW w:w="2880" w:type="dxa"/>
          </w:tcPr>
          <w:p w:rsidR="006F7457" w:rsidRPr="00332DB8" w:rsidRDefault="00332DB8">
            <w:pPr>
              <w:rPr>
                <w:lang w:val="ru-RU"/>
              </w:rPr>
            </w:pPr>
            <w:r w:rsidRPr="00332DB8">
              <w:rPr>
                <w:lang w:val="ru-RU"/>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2304.</w:t>
            </w:r>
          </w:p>
        </w:tc>
        <w:tc>
          <w:tcPr>
            <w:tcW w:w="2880" w:type="dxa"/>
          </w:tcPr>
          <w:p w:rsidR="006F7457" w:rsidRPr="00332DB8" w:rsidRDefault="00332DB8">
            <w:pPr>
              <w:rPr>
                <w:lang w:val="ru-RU"/>
              </w:rPr>
            </w:pPr>
            <w:r w:rsidRPr="00332DB8">
              <w:rPr>
                <w:lang w:val="ru-RU"/>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2880" w:type="dxa"/>
          </w:tcPr>
          <w:p w:rsidR="006F7457" w:rsidRPr="00332DB8" w:rsidRDefault="006F7457">
            <w:pPr>
              <w:rPr>
                <w:lang w:val="ru-RU"/>
              </w:rPr>
            </w:pPr>
          </w:p>
        </w:tc>
      </w:tr>
      <w:tr w:rsidR="006F7457" w:rsidRPr="00A31F1A">
        <w:tc>
          <w:tcPr>
            <w:tcW w:w="2880" w:type="dxa"/>
          </w:tcPr>
          <w:p w:rsidR="006F7457" w:rsidRDefault="00332DB8">
            <w:r>
              <w:t>2305.</w:t>
            </w:r>
          </w:p>
        </w:tc>
        <w:tc>
          <w:tcPr>
            <w:tcW w:w="2880" w:type="dxa"/>
          </w:tcPr>
          <w:p w:rsidR="006F7457" w:rsidRPr="00332DB8" w:rsidRDefault="00332DB8">
            <w:pPr>
              <w:rPr>
                <w:lang w:val="ru-RU"/>
              </w:rPr>
            </w:pPr>
            <w:r w:rsidRPr="00332DB8">
              <w:rPr>
                <w:lang w:val="ru-RU"/>
              </w:rPr>
              <w:t xml:space="preserve">Статья Бориса Стомахина "Священная война",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Бабушкинского районного суда г. Москвы от 25.02.2014);</w:t>
            </w:r>
          </w:p>
        </w:tc>
        <w:tc>
          <w:tcPr>
            <w:tcW w:w="2880" w:type="dxa"/>
          </w:tcPr>
          <w:p w:rsidR="006F7457" w:rsidRPr="00332DB8" w:rsidRDefault="006F7457">
            <w:pPr>
              <w:rPr>
                <w:lang w:val="ru-RU"/>
              </w:rPr>
            </w:pPr>
          </w:p>
        </w:tc>
      </w:tr>
      <w:tr w:rsidR="006F7457" w:rsidRPr="00A31F1A">
        <w:tc>
          <w:tcPr>
            <w:tcW w:w="2880" w:type="dxa"/>
          </w:tcPr>
          <w:p w:rsidR="006F7457" w:rsidRDefault="00332DB8">
            <w:r>
              <w:t>2306.</w:t>
            </w:r>
          </w:p>
        </w:tc>
        <w:tc>
          <w:tcPr>
            <w:tcW w:w="2880" w:type="dxa"/>
          </w:tcPr>
          <w:p w:rsidR="006F7457" w:rsidRPr="00332DB8" w:rsidRDefault="00332DB8">
            <w:pPr>
              <w:rPr>
                <w:lang w:val="ru-RU"/>
              </w:rPr>
            </w:pPr>
            <w:r w:rsidRPr="00332DB8">
              <w:rPr>
                <w:lang w:val="ru-RU"/>
              </w:rPr>
              <w:t xml:space="preserve">Информационный материал «Манифест Багирова», размещенный на Интернет-сайте </w:t>
            </w:r>
            <w:r>
              <w:t>www</w:t>
            </w:r>
            <w:r w:rsidRPr="00332DB8">
              <w:rPr>
                <w:lang w:val="ru-RU"/>
              </w:rPr>
              <w:t>.</w:t>
            </w:r>
            <w:r>
              <w:t>anticompromat</w:t>
            </w:r>
            <w:r w:rsidRPr="00332DB8">
              <w:rPr>
                <w:lang w:val="ru-RU"/>
              </w:rPr>
              <w:t>.</w:t>
            </w:r>
            <w:r>
              <w:t>org</w:t>
            </w:r>
            <w:r w:rsidRPr="00332DB8">
              <w:rPr>
                <w:lang w:val="ru-RU"/>
              </w:rPr>
              <w:t xml:space="preserve"> (решение Замоскворецкого районного суда г. Москвы от 12.02.2013);</w:t>
            </w:r>
          </w:p>
        </w:tc>
        <w:tc>
          <w:tcPr>
            <w:tcW w:w="2880" w:type="dxa"/>
          </w:tcPr>
          <w:p w:rsidR="006F7457" w:rsidRPr="00332DB8" w:rsidRDefault="006F7457">
            <w:pPr>
              <w:rPr>
                <w:lang w:val="ru-RU"/>
              </w:rPr>
            </w:pPr>
          </w:p>
        </w:tc>
      </w:tr>
      <w:tr w:rsidR="006F7457" w:rsidRPr="00A31F1A">
        <w:tc>
          <w:tcPr>
            <w:tcW w:w="2880" w:type="dxa"/>
          </w:tcPr>
          <w:p w:rsidR="006F7457" w:rsidRDefault="00332DB8">
            <w:r>
              <w:t>2307.</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186667240, пользователем «Екатерина Мальцева», </w:t>
            </w:r>
            <w:r>
              <w:t>http</w:t>
            </w:r>
            <w:r w:rsidRPr="00332DB8">
              <w:rPr>
                <w:lang w:val="ru-RU"/>
              </w:rPr>
              <w:t>://</w:t>
            </w:r>
            <w:r>
              <w:t>vk</w:t>
            </w:r>
            <w:r w:rsidRPr="00332DB8">
              <w:rPr>
                <w:lang w:val="ru-RU"/>
              </w:rPr>
              <w:t>.</w:t>
            </w:r>
            <w:r>
              <w:t>com</w:t>
            </w:r>
            <w:r w:rsidRPr="00332DB8">
              <w:rPr>
                <w:lang w:val="ru-RU"/>
              </w:rPr>
              <w:t>/</w:t>
            </w:r>
            <w:r>
              <w:t>katerinazlo</w:t>
            </w:r>
            <w:r w:rsidRPr="00332DB8">
              <w:rPr>
                <w:lang w:val="ru-RU"/>
              </w:rPr>
              <w:t>,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2880" w:type="dxa"/>
          </w:tcPr>
          <w:p w:rsidR="006F7457" w:rsidRPr="00332DB8" w:rsidRDefault="006F7457">
            <w:pPr>
              <w:rPr>
                <w:lang w:val="ru-RU"/>
              </w:rPr>
            </w:pPr>
          </w:p>
        </w:tc>
      </w:tr>
      <w:tr w:rsidR="006F7457" w:rsidRPr="00A31F1A">
        <w:tc>
          <w:tcPr>
            <w:tcW w:w="2880" w:type="dxa"/>
          </w:tcPr>
          <w:p w:rsidR="006F7457" w:rsidRDefault="00332DB8">
            <w:r>
              <w:t>2</w:t>
            </w:r>
            <w:r>
              <w:lastRenderedPageBreak/>
              <w:t>308.</w:t>
            </w:r>
          </w:p>
        </w:tc>
        <w:tc>
          <w:tcPr>
            <w:tcW w:w="2880" w:type="dxa"/>
          </w:tcPr>
          <w:p w:rsidR="006F7457" w:rsidRPr="00332DB8" w:rsidRDefault="00332DB8">
            <w:pPr>
              <w:rPr>
                <w:lang w:val="ru-RU"/>
              </w:rPr>
            </w:pPr>
            <w:r w:rsidRPr="00332DB8">
              <w:rPr>
                <w:lang w:val="ru-RU"/>
              </w:rPr>
              <w:lastRenderedPageBreak/>
              <w:t xml:space="preserve">Информационные материалы, размещенные на интернет-сайте </w:t>
            </w:r>
            <w:r>
              <w:t>http</w:t>
            </w:r>
            <w:r w:rsidRPr="00332DB8">
              <w:rPr>
                <w:lang w:val="ru-RU"/>
              </w:rPr>
              <w:t xml:space="preserve">:// </w:t>
            </w:r>
            <w:r>
              <w:t>abusalima</w:t>
            </w:r>
            <w:r w:rsidRPr="00332DB8">
              <w:rPr>
                <w:lang w:val="ru-RU"/>
              </w:rPr>
              <w:t>770.</w:t>
            </w:r>
            <w:r>
              <w:t>blogspot</w:t>
            </w:r>
            <w:r w:rsidRPr="00332DB8">
              <w:rPr>
                <w:lang w:val="ru-RU"/>
              </w:rPr>
              <w:t>.</w:t>
            </w:r>
            <w:r>
              <w:t>ru</w:t>
            </w:r>
            <w:r w:rsidRPr="00332DB8">
              <w:rPr>
                <w:lang w:val="ru-RU"/>
              </w:rPr>
              <w:t xml:space="preserve">., являющемся </w:t>
            </w:r>
            <w:r w:rsidRPr="00332DB8">
              <w:rPr>
                <w:lang w:val="ru-RU"/>
              </w:rPr>
              <w:lastRenderedPageBreak/>
              <w:t>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2309.</w:t>
            </w:r>
          </w:p>
        </w:tc>
        <w:tc>
          <w:tcPr>
            <w:tcW w:w="2880" w:type="dxa"/>
          </w:tcPr>
          <w:p w:rsidR="006F7457" w:rsidRPr="00332DB8" w:rsidRDefault="00332DB8">
            <w:pPr>
              <w:rPr>
                <w:lang w:val="ru-RU"/>
              </w:rPr>
            </w:pPr>
            <w:r w:rsidRPr="00332DB8">
              <w:rPr>
                <w:lang w:val="ru-RU"/>
              </w:rPr>
              <w:t xml:space="preserve">Статья «Бомбардировшица», опубликованная на сайте </w:t>
            </w:r>
            <w:r>
              <w:t>www</w:t>
            </w:r>
            <w:r w:rsidRPr="00332DB8">
              <w:rPr>
                <w:lang w:val="ru-RU"/>
              </w:rPr>
              <w:t>.</w:t>
            </w:r>
            <w:r>
              <w:t>kavkazpress</w:t>
            </w:r>
            <w:r w:rsidRPr="00332DB8">
              <w:rPr>
                <w:lang w:val="ru-RU"/>
              </w:rPr>
              <w:t>.</w:t>
            </w:r>
            <w:r>
              <w:t>ru</w:t>
            </w:r>
            <w:r w:rsidRPr="00332DB8">
              <w:rPr>
                <w:lang w:val="ru-RU"/>
              </w:rPr>
              <w:t xml:space="preserve"> (указатель страницы - </w:t>
            </w:r>
            <w:r>
              <w:t>http</w:t>
            </w:r>
            <w:r w:rsidRPr="00332DB8">
              <w:rPr>
                <w:lang w:val="ru-RU"/>
              </w:rPr>
              <w:t xml:space="preserve">:// </w:t>
            </w:r>
            <w:r>
              <w:t>kavkazpress</w:t>
            </w:r>
            <w:r w:rsidRPr="00332DB8">
              <w:rPr>
                <w:lang w:val="ru-RU"/>
              </w:rPr>
              <w:t>.</w:t>
            </w:r>
            <w:r>
              <w:t>ru</w:t>
            </w:r>
            <w:r w:rsidRPr="00332DB8">
              <w:rPr>
                <w:lang w:val="ru-RU"/>
              </w:rPr>
              <w:t>/</w:t>
            </w:r>
            <w:r>
              <w:t>archives</w:t>
            </w:r>
            <w:r w:rsidRPr="00332DB8">
              <w:rPr>
                <w:lang w:val="ru-RU"/>
              </w:rPr>
              <w:t xml:space="preserve">/14180) и 24.05.2013г. на сайте </w:t>
            </w:r>
            <w:r>
              <w:t>http</w:t>
            </w:r>
            <w:r w:rsidRPr="00332DB8">
              <w:rPr>
                <w:lang w:val="ru-RU"/>
              </w:rPr>
              <w:t>://</w:t>
            </w:r>
            <w:r>
              <w:t>www</w:t>
            </w:r>
            <w:r w:rsidRPr="00332DB8">
              <w:rPr>
                <w:lang w:val="ru-RU"/>
              </w:rPr>
              <w:t>.</w:t>
            </w:r>
            <w:r>
              <w:t>livejournal</w:t>
            </w:r>
            <w:r w:rsidRPr="00332DB8">
              <w:rPr>
                <w:lang w:val="ru-RU"/>
              </w:rPr>
              <w:t>.</w:t>
            </w:r>
            <w:r>
              <w:t>com</w:t>
            </w:r>
            <w:r w:rsidRPr="00332DB8">
              <w:rPr>
                <w:lang w:val="ru-RU"/>
              </w:rPr>
              <w:t xml:space="preserve">/ (указатель страницы - </w:t>
            </w:r>
            <w:r>
              <w:t>http</w:t>
            </w:r>
            <w:r w:rsidRPr="00332DB8">
              <w:rPr>
                <w:lang w:val="ru-RU"/>
              </w:rPr>
              <w:t>://</w:t>
            </w:r>
            <w:r>
              <w:t>hackinfeno</w:t>
            </w:r>
            <w:r w:rsidRPr="00332DB8">
              <w:rPr>
                <w:lang w:val="ru-RU"/>
              </w:rPr>
              <w:t>.</w:t>
            </w:r>
            <w:r>
              <w:t>livejournal</w:t>
            </w:r>
            <w:r w:rsidRPr="00332DB8">
              <w:rPr>
                <w:lang w:val="ru-RU"/>
              </w:rPr>
              <w:t>.</w:t>
            </w:r>
            <w:r>
              <w:t>com</w:t>
            </w:r>
            <w:r w:rsidRPr="00332DB8">
              <w:rPr>
                <w:lang w:val="ru-RU"/>
              </w:rPr>
              <w:t>/12489.</w:t>
            </w:r>
            <w:r>
              <w:t>html</w:t>
            </w:r>
            <w:r w:rsidRPr="00332DB8">
              <w:rPr>
                <w:lang w:val="ru-RU"/>
              </w:rPr>
              <w:t>), в сети «Интернет» (решение Советского районного суда г. Махачкалы Республики Дагестан от 28.10.2013);</w:t>
            </w:r>
          </w:p>
        </w:tc>
        <w:tc>
          <w:tcPr>
            <w:tcW w:w="2880" w:type="dxa"/>
          </w:tcPr>
          <w:p w:rsidR="006F7457" w:rsidRPr="00332DB8" w:rsidRDefault="006F7457">
            <w:pPr>
              <w:rPr>
                <w:lang w:val="ru-RU"/>
              </w:rPr>
            </w:pPr>
          </w:p>
        </w:tc>
      </w:tr>
      <w:tr w:rsidR="006F7457" w:rsidRPr="00A31F1A">
        <w:tc>
          <w:tcPr>
            <w:tcW w:w="2880" w:type="dxa"/>
          </w:tcPr>
          <w:p w:rsidR="006F7457" w:rsidRDefault="00332DB8">
            <w:r>
              <w:t>2310.</w:t>
            </w:r>
          </w:p>
        </w:tc>
        <w:tc>
          <w:tcPr>
            <w:tcW w:w="2880" w:type="dxa"/>
          </w:tcPr>
          <w:p w:rsidR="006F7457" w:rsidRPr="00332DB8" w:rsidRDefault="00332DB8">
            <w:pPr>
              <w:rPr>
                <w:lang w:val="ru-RU"/>
              </w:rPr>
            </w:pPr>
            <w:r w:rsidRPr="00332DB8">
              <w:rPr>
                <w:lang w:val="ru-RU"/>
              </w:rPr>
              <w:t>Печатная продукция - листовка "Православие или смерть" (решение Новомосковского городского суда Тульской области от 11.02.2013);</w:t>
            </w:r>
          </w:p>
        </w:tc>
        <w:tc>
          <w:tcPr>
            <w:tcW w:w="2880" w:type="dxa"/>
          </w:tcPr>
          <w:p w:rsidR="006F7457" w:rsidRPr="00332DB8" w:rsidRDefault="006F7457">
            <w:pPr>
              <w:rPr>
                <w:lang w:val="ru-RU"/>
              </w:rPr>
            </w:pPr>
          </w:p>
        </w:tc>
      </w:tr>
      <w:tr w:rsidR="006F7457" w:rsidRPr="00A31F1A">
        <w:tc>
          <w:tcPr>
            <w:tcW w:w="2880" w:type="dxa"/>
          </w:tcPr>
          <w:p w:rsidR="006F7457" w:rsidRDefault="00332DB8">
            <w:r>
              <w:t>2311.</w:t>
            </w:r>
          </w:p>
        </w:tc>
        <w:tc>
          <w:tcPr>
            <w:tcW w:w="2880" w:type="dxa"/>
          </w:tcPr>
          <w:p w:rsidR="006F7457" w:rsidRPr="00332DB8" w:rsidRDefault="00332DB8">
            <w:pPr>
              <w:rPr>
                <w:lang w:val="ru-RU"/>
              </w:rPr>
            </w:pPr>
            <w:r w:rsidRPr="00332DB8">
              <w:rPr>
                <w:lang w:val="ru-RU"/>
              </w:rPr>
              <w:t xml:space="preserve">Информационный материал – страница в международной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zozh</w:t>
            </w:r>
            <w:r w:rsidRPr="00332DB8">
              <w:rPr>
                <w:lang w:val="ru-RU"/>
              </w:rPr>
              <w:t>2605 (решение Первомайского районного суда г. Ижевска Удмуртской Республики от 24.12.2013);</w:t>
            </w:r>
          </w:p>
        </w:tc>
        <w:tc>
          <w:tcPr>
            <w:tcW w:w="2880" w:type="dxa"/>
          </w:tcPr>
          <w:p w:rsidR="006F7457" w:rsidRPr="00332DB8" w:rsidRDefault="006F7457">
            <w:pPr>
              <w:rPr>
                <w:lang w:val="ru-RU"/>
              </w:rPr>
            </w:pPr>
          </w:p>
        </w:tc>
      </w:tr>
      <w:tr w:rsidR="006F7457" w:rsidRPr="00A31F1A">
        <w:tc>
          <w:tcPr>
            <w:tcW w:w="2880" w:type="dxa"/>
          </w:tcPr>
          <w:p w:rsidR="006F7457" w:rsidRDefault="00332DB8">
            <w:r>
              <w:t>2312.</w:t>
            </w:r>
          </w:p>
        </w:tc>
        <w:tc>
          <w:tcPr>
            <w:tcW w:w="2880" w:type="dxa"/>
          </w:tcPr>
          <w:p w:rsidR="006F7457" w:rsidRPr="00332DB8" w:rsidRDefault="00332DB8">
            <w:pPr>
              <w:rPr>
                <w:lang w:val="ru-RU"/>
              </w:rPr>
            </w:pPr>
            <w:r w:rsidRPr="00332DB8">
              <w:rPr>
                <w:lang w:val="ru-RU"/>
              </w:rPr>
              <w:t xml:space="preserve">Размещенные Болгарским Никитой Игоревичем в сети «Интернет» на сайте </w:t>
            </w:r>
            <w:r>
              <w:t>www</w:t>
            </w:r>
            <w:r w:rsidRPr="00332DB8">
              <w:rPr>
                <w:lang w:val="ru-RU"/>
              </w:rPr>
              <w:t>.</w:t>
            </w:r>
            <w:r>
              <w:t>vkontakte</w:t>
            </w:r>
            <w:r w:rsidRPr="00332DB8">
              <w:rPr>
                <w:lang w:val="ru-RU"/>
              </w:rPr>
              <w:t>.</w:t>
            </w:r>
            <w:r>
              <w:t>ru</w:t>
            </w:r>
            <w:r w:rsidRPr="00332DB8">
              <w:rPr>
                <w:lang w:val="ru-RU"/>
              </w:rPr>
              <w:t xml:space="preserve"> видеоматериалы «Злая Россия» и «Звери» (решение Псковского городского суда Псковской области от 21.10.2013);</w:t>
            </w:r>
          </w:p>
        </w:tc>
        <w:tc>
          <w:tcPr>
            <w:tcW w:w="2880" w:type="dxa"/>
          </w:tcPr>
          <w:p w:rsidR="006F7457" w:rsidRPr="00332DB8" w:rsidRDefault="006F7457">
            <w:pPr>
              <w:rPr>
                <w:lang w:val="ru-RU"/>
              </w:rPr>
            </w:pPr>
          </w:p>
        </w:tc>
      </w:tr>
      <w:tr w:rsidR="006F7457" w:rsidRPr="00A31F1A">
        <w:tc>
          <w:tcPr>
            <w:tcW w:w="2880" w:type="dxa"/>
          </w:tcPr>
          <w:p w:rsidR="006F7457" w:rsidRDefault="00332DB8">
            <w:r>
              <w:t>2313.</w:t>
            </w:r>
          </w:p>
        </w:tc>
        <w:tc>
          <w:tcPr>
            <w:tcW w:w="2880" w:type="dxa"/>
          </w:tcPr>
          <w:p w:rsidR="006F7457" w:rsidRPr="00332DB8" w:rsidRDefault="00332DB8">
            <w:pPr>
              <w:rPr>
                <w:lang w:val="ru-RU"/>
              </w:rPr>
            </w:pPr>
            <w:r w:rsidRPr="00332DB8">
              <w:rPr>
                <w:lang w:val="ru-RU"/>
              </w:rPr>
              <w:t xml:space="preserve">Видеообращение «Обращение амира Хамзы к жителям лезгинских районов Вилаята Дагестан», обнаруженное на сайтах </w:t>
            </w:r>
            <w:r>
              <w:t>http</w:t>
            </w:r>
            <w:r w:rsidRPr="00332DB8">
              <w:rPr>
                <w:lang w:val="ru-RU"/>
              </w:rPr>
              <w:t>://</w:t>
            </w:r>
            <w:r>
              <w:t>youtube</w:t>
            </w:r>
            <w:r w:rsidRPr="00332DB8">
              <w:rPr>
                <w:lang w:val="ru-RU"/>
              </w:rPr>
              <w:t>.</w:t>
            </w:r>
            <w:r>
              <w:t>com</w:t>
            </w:r>
            <w:r w:rsidRPr="00332DB8">
              <w:rPr>
                <w:lang w:val="ru-RU"/>
              </w:rPr>
              <w:t xml:space="preserve"> (указатель страницы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wach</w:t>
            </w:r>
            <w:r w:rsidRPr="00332DB8">
              <w:rPr>
                <w:lang w:val="ru-RU"/>
              </w:rPr>
              <w:t>7</w:t>
            </w:r>
            <w:r>
              <w:t>v</w:t>
            </w:r>
            <w:r w:rsidRPr="00332DB8">
              <w:rPr>
                <w:lang w:val="ru-RU"/>
              </w:rPr>
              <w:t>-</w:t>
            </w:r>
            <w:r>
              <w:t>zHdEZHwm</w:t>
            </w:r>
            <w:r w:rsidRPr="00332DB8">
              <w:rPr>
                <w:lang w:val="ru-RU"/>
              </w:rPr>
              <w:t>4</w:t>
            </w:r>
            <w:r>
              <w:t>T</w:t>
            </w:r>
            <w:r w:rsidRPr="00332DB8">
              <w:rPr>
                <w:lang w:val="ru-RU"/>
              </w:rPr>
              <w:t xml:space="preserve">:), </w:t>
            </w:r>
            <w:r>
              <w:t>http</w:t>
            </w:r>
            <w:r w:rsidRPr="00332DB8">
              <w:rPr>
                <w:lang w:val="ru-RU"/>
              </w:rPr>
              <w:t>://</w:t>
            </w:r>
            <w:r>
              <w:t>rbtube</w:t>
            </w:r>
            <w:r w:rsidRPr="00332DB8">
              <w:rPr>
                <w:lang w:val="ru-RU"/>
              </w:rPr>
              <w:t>.</w:t>
            </w:r>
            <w:r>
              <w:t>ru</w:t>
            </w:r>
            <w:r w:rsidRPr="00332DB8">
              <w:rPr>
                <w:lang w:val="ru-RU"/>
              </w:rPr>
              <w:t xml:space="preserve"> (указатель страницы </w:t>
            </w:r>
            <w:r>
              <w:t>http</w:t>
            </w:r>
            <w:r w:rsidRPr="00332DB8">
              <w:rPr>
                <w:lang w:val="ru-RU"/>
              </w:rPr>
              <w:t>://</w:t>
            </w:r>
            <w:r>
              <w:t>rbtube</w:t>
            </w:r>
            <w:r w:rsidRPr="00332DB8">
              <w:rPr>
                <w:lang w:val="ru-RU"/>
              </w:rPr>
              <w:t>.</w:t>
            </w:r>
            <w:r>
              <w:t>ru</w:t>
            </w:r>
            <w:r w:rsidRPr="00332DB8">
              <w:rPr>
                <w:lang w:val="ru-RU"/>
              </w:rPr>
              <w:t>/</w:t>
            </w:r>
            <w:r>
              <w:t>video</w:t>
            </w:r>
            <w:r w:rsidRPr="00332DB8">
              <w:rPr>
                <w:lang w:val="ru-RU"/>
              </w:rPr>
              <w:t>/</w:t>
            </w:r>
            <w:r>
              <w:t>obrachenie</w:t>
            </w:r>
            <w:r w:rsidRPr="00332DB8">
              <w:rPr>
                <w:lang w:val="ru-RU"/>
              </w:rPr>
              <w:t>-</w:t>
            </w:r>
            <w:r>
              <w:t>amira</w:t>
            </w:r>
            <w:r w:rsidRPr="00332DB8">
              <w:rPr>
                <w:lang w:val="ru-RU"/>
              </w:rPr>
              <w:t>-</w:t>
            </w:r>
            <w:r>
              <w:t>ham</w:t>
            </w:r>
            <w:r w:rsidRPr="00332DB8">
              <w:rPr>
                <w:lang w:val="ru-RU"/>
              </w:rPr>
              <w:t xml:space="preserve">:), </w:t>
            </w:r>
            <w:r>
              <w:t>http</w:t>
            </w:r>
            <w:r w:rsidRPr="00332DB8">
              <w:rPr>
                <w:lang w:val="ru-RU"/>
              </w:rPr>
              <w:t>://</w:t>
            </w:r>
            <w:r>
              <w:t>portall</w:t>
            </w:r>
            <w:r w:rsidRPr="00332DB8">
              <w:rPr>
                <w:lang w:val="ru-RU"/>
              </w:rPr>
              <w:t>.</w:t>
            </w:r>
            <w:r>
              <w:t>zp</w:t>
            </w:r>
            <w:r w:rsidRPr="00332DB8">
              <w:rPr>
                <w:lang w:val="ru-RU"/>
              </w:rPr>
              <w:t>.</w:t>
            </w:r>
            <w:r>
              <w:t>ua</w:t>
            </w:r>
            <w:r w:rsidRPr="00332DB8">
              <w:rPr>
                <w:lang w:val="ru-RU"/>
              </w:rPr>
              <w:t xml:space="preserve"> (указатель страницы </w:t>
            </w:r>
            <w:r>
              <w:t>http</w:t>
            </w:r>
            <w:r w:rsidRPr="00332DB8">
              <w:rPr>
                <w:lang w:val="ru-RU"/>
              </w:rPr>
              <w:t>://</w:t>
            </w:r>
            <w:r>
              <w:t>portall</w:t>
            </w:r>
            <w:r w:rsidRPr="00332DB8">
              <w:rPr>
                <w:lang w:val="ru-RU"/>
              </w:rPr>
              <w:t>.</w:t>
            </w:r>
            <w:r>
              <w:t>zp</w:t>
            </w:r>
            <w:r w:rsidRPr="00332DB8">
              <w:rPr>
                <w:lang w:val="ru-RU"/>
              </w:rPr>
              <w:t>.</w:t>
            </w:r>
            <w:r>
              <w:t>ua</w:t>
            </w:r>
            <w:r w:rsidRPr="00332DB8">
              <w:rPr>
                <w:lang w:val="ru-RU"/>
              </w:rPr>
              <w:t>/</w:t>
            </w:r>
            <w:r>
              <w:t>video</w:t>
            </w:r>
            <w:r w:rsidRPr="00332DB8">
              <w:rPr>
                <w:lang w:val="ru-RU"/>
              </w:rPr>
              <w:t>/</w:t>
            </w:r>
            <w:r>
              <w:t>obrashhenie</w:t>
            </w:r>
            <w:r w:rsidRPr="00332DB8">
              <w:rPr>
                <w:lang w:val="ru-RU"/>
              </w:rPr>
              <w:t>-</w:t>
            </w:r>
            <w:r>
              <w:t>amira</w:t>
            </w:r>
            <w:r w:rsidRPr="00332DB8">
              <w:rPr>
                <w:lang w:val="ru-RU"/>
              </w:rPr>
              <w:t>-</w:t>
            </w:r>
            <w:r>
              <w:t>kl</w:t>
            </w:r>
            <w:r w:rsidRPr="00332DB8">
              <w:rPr>
                <w:lang w:val="ru-RU"/>
              </w:rPr>
              <w:t xml:space="preserve">), </w:t>
            </w:r>
            <w:r>
              <w:t>http</w:t>
            </w:r>
            <w:r w:rsidRPr="00332DB8">
              <w:rPr>
                <w:lang w:val="ru-RU"/>
              </w:rPr>
              <w:t>://</w:t>
            </w:r>
            <w:r>
              <w:t>vdagestan</w:t>
            </w:r>
            <w:r w:rsidRPr="00332DB8">
              <w:rPr>
                <w:lang w:val="ru-RU"/>
              </w:rPr>
              <w:t>.</w:t>
            </w:r>
            <w:r>
              <w:t>com</w:t>
            </w:r>
            <w:r w:rsidRPr="00332DB8">
              <w:rPr>
                <w:lang w:val="ru-RU"/>
              </w:rPr>
              <w:t xml:space="preserve">/ (указатель страницы – </w:t>
            </w:r>
            <w:r>
              <w:t>http</w:t>
            </w:r>
            <w:r w:rsidRPr="00332DB8">
              <w:rPr>
                <w:lang w:val="ru-RU"/>
              </w:rPr>
              <w:t>://</w:t>
            </w:r>
            <w:r>
              <w:t>vdagestan</w:t>
            </w:r>
            <w:r w:rsidRPr="00332DB8">
              <w:rPr>
                <w:lang w:val="ru-RU"/>
              </w:rPr>
              <w:t>.</w:t>
            </w:r>
            <w:r>
              <w:t>com</w:t>
            </w:r>
            <w:r w:rsidRPr="00332DB8">
              <w:rPr>
                <w:lang w:val="ru-RU"/>
              </w:rPr>
              <w:t>/</w:t>
            </w:r>
            <w:r>
              <w:t>obrashhenie</w:t>
            </w:r>
            <w:r w:rsidRPr="00332DB8">
              <w:rPr>
                <w:lang w:val="ru-RU"/>
              </w:rPr>
              <w:t>-</w:t>
            </w:r>
            <w:r>
              <w:t>amira</w:t>
            </w:r>
            <w:r w:rsidRPr="00332DB8">
              <w:rPr>
                <w:lang w:val="ru-RU"/>
              </w:rPr>
              <w:t>-</w:t>
            </w:r>
            <w:r>
              <w:t>xamzy</w:t>
            </w:r>
            <w:r w:rsidRPr="00332DB8">
              <w:rPr>
                <w:lang w:val="ru-RU"/>
              </w:rPr>
              <w:t>-</w:t>
            </w:r>
            <w:r>
              <w:t>k</w:t>
            </w:r>
            <w:r w:rsidRPr="00332DB8">
              <w:rPr>
                <w:lang w:val="ru-RU"/>
              </w:rPr>
              <w:t>-</w:t>
            </w:r>
            <w:r>
              <w:t>zhitelyam</w:t>
            </w:r>
            <w:r w:rsidRPr="00332DB8">
              <w:rPr>
                <w:lang w:val="ru-RU"/>
              </w:rPr>
              <w:t>-</w:t>
            </w:r>
            <w:r>
              <w:t>lezginskix</w:t>
            </w:r>
            <w:r w:rsidRPr="00332DB8">
              <w:rPr>
                <w:lang w:val="ru-RU"/>
              </w:rPr>
              <w:t>-</w:t>
            </w:r>
            <w:r>
              <w:t>rajonov</w:t>
            </w:r>
            <w:r w:rsidRPr="00332DB8">
              <w:rPr>
                <w:lang w:val="ru-RU"/>
              </w:rPr>
              <w:t>-</w:t>
            </w:r>
            <w:r>
              <w:t>vilayata</w:t>
            </w:r>
            <w:r w:rsidRPr="00332DB8">
              <w:rPr>
                <w:lang w:val="ru-RU"/>
              </w:rPr>
              <w:t>-</w:t>
            </w:r>
            <w:r>
              <w:t>dagestan</w:t>
            </w:r>
            <w:r w:rsidRPr="00332DB8">
              <w:rPr>
                <w:lang w:val="ru-RU"/>
              </w:rPr>
              <w:t>-</w:t>
            </w:r>
            <w:r w:rsidRPr="00332DB8">
              <w:rPr>
                <w:lang w:val="ru-RU"/>
              </w:rPr>
              <w:lastRenderedPageBreak/>
              <w:t>9.</w:t>
            </w:r>
            <w:r>
              <w:t>djihad</w:t>
            </w:r>
            <w:r w:rsidRPr="00332DB8">
              <w:rPr>
                <w:lang w:val="ru-RU"/>
              </w:rPr>
              <w:t xml:space="preserve">) и на его дублирующем ресурсе </w:t>
            </w:r>
            <w:r>
              <w:t>http</w:t>
            </w:r>
            <w:r w:rsidRPr="00332DB8">
              <w:rPr>
                <w:lang w:val="ru-RU"/>
              </w:rPr>
              <w:t>://</w:t>
            </w:r>
            <w:r>
              <w:t>vdagestan</w:t>
            </w:r>
            <w:r w:rsidRPr="00332DB8">
              <w:rPr>
                <w:lang w:val="ru-RU"/>
              </w:rPr>
              <w:t>.</w:t>
            </w:r>
            <w:r>
              <w:t>info</w:t>
            </w:r>
            <w:r w:rsidRPr="00332DB8">
              <w:rPr>
                <w:lang w:val="ru-RU"/>
              </w:rPr>
              <w:t xml:space="preserve">/ (указатель страницы – </w:t>
            </w:r>
            <w:r>
              <w:t>http</w:t>
            </w:r>
            <w:r w:rsidRPr="00332DB8">
              <w:rPr>
                <w:lang w:val="ru-RU"/>
              </w:rPr>
              <w:t>://</w:t>
            </w:r>
            <w:r>
              <w:t>vdagestan</w:t>
            </w:r>
            <w:r w:rsidRPr="00332DB8">
              <w:rPr>
                <w:lang w:val="ru-RU"/>
              </w:rPr>
              <w:t>.</w:t>
            </w:r>
            <w:r>
              <w:t>com</w:t>
            </w:r>
            <w:r w:rsidRPr="00332DB8">
              <w:rPr>
                <w:lang w:val="ru-RU"/>
              </w:rPr>
              <w:t>/</w:t>
            </w:r>
            <w:r>
              <w:t>obrashhenie</w:t>
            </w:r>
            <w:r w:rsidRPr="00332DB8">
              <w:rPr>
                <w:lang w:val="ru-RU"/>
              </w:rPr>
              <w:t>-</w:t>
            </w:r>
            <w:r>
              <w:t>amira</w:t>
            </w:r>
            <w:r w:rsidRPr="00332DB8">
              <w:rPr>
                <w:lang w:val="ru-RU"/>
              </w:rPr>
              <w:t>-</w:t>
            </w:r>
            <w:r>
              <w:t>xamzy</w:t>
            </w:r>
            <w:r w:rsidRPr="00332DB8">
              <w:rPr>
                <w:lang w:val="ru-RU"/>
              </w:rPr>
              <w:t>-</w:t>
            </w:r>
            <w:r>
              <w:t>k</w:t>
            </w:r>
            <w:r w:rsidRPr="00332DB8">
              <w:rPr>
                <w:lang w:val="ru-RU"/>
              </w:rPr>
              <w:t>-</w:t>
            </w:r>
            <w:r>
              <w:t>zhitelyam</w:t>
            </w:r>
            <w:r w:rsidRPr="00332DB8">
              <w:rPr>
                <w:lang w:val="ru-RU"/>
              </w:rPr>
              <w:t>-</w:t>
            </w:r>
            <w:r>
              <w:t>lezginskix</w:t>
            </w:r>
            <w:r w:rsidRPr="00332DB8">
              <w:rPr>
                <w:lang w:val="ru-RU"/>
              </w:rPr>
              <w:t>-</w:t>
            </w:r>
            <w:r>
              <w:t>rajonov</w:t>
            </w:r>
            <w:r w:rsidRPr="00332DB8">
              <w:rPr>
                <w:lang w:val="ru-RU"/>
              </w:rPr>
              <w:t>-</w:t>
            </w:r>
            <w:r>
              <w:t>vilayata</w:t>
            </w:r>
            <w:r w:rsidRPr="00332DB8">
              <w:rPr>
                <w:lang w:val="ru-RU"/>
              </w:rPr>
              <w:t>-</w:t>
            </w:r>
            <w:r>
              <w:t>dagestan</w:t>
            </w:r>
            <w:r w:rsidRPr="00332DB8">
              <w:rPr>
                <w:lang w:val="ru-RU"/>
              </w:rPr>
              <w:t>-9.</w:t>
            </w:r>
            <w:r>
              <w:t>djihad</w:t>
            </w:r>
            <w:r w:rsidRPr="00332DB8">
              <w:rPr>
                <w:lang w:val="ru-RU"/>
              </w:rPr>
              <w:t xml:space="preserve">)?, а также копию данного видеообращения под названием «ВИЛАЯТ ДАГЕСТАН. Обращение амира Хамзы к жителям лезгинских районов Дагестана» на сайте </w:t>
            </w:r>
            <w:r>
              <w:t>www</w:t>
            </w:r>
            <w:r w:rsidRPr="00332DB8">
              <w:rPr>
                <w:lang w:val="ru-RU"/>
              </w:rPr>
              <w:t>.</w:t>
            </w:r>
            <w:r>
              <w:t>kavkazcentr</w:t>
            </w:r>
            <w:r w:rsidRPr="00332DB8">
              <w:rPr>
                <w:lang w:val="ru-RU"/>
              </w:rPr>
              <w:t>/</w:t>
            </w:r>
            <w:r>
              <w:t>com</w:t>
            </w:r>
            <w:r w:rsidRPr="00332DB8">
              <w:rPr>
                <w:lang w:val="ru-RU"/>
              </w:rPr>
              <w:t xml:space="preserve"> (сетевой адрес </w:t>
            </w:r>
            <w:r>
              <w:t>www</w:t>
            </w:r>
            <w:r w:rsidRPr="00332DB8">
              <w:rPr>
                <w:lang w:val="ru-RU"/>
              </w:rPr>
              <w:t>.</w:t>
            </w:r>
            <w:r>
              <w:t>kavkazcentr</w:t>
            </w:r>
            <w:r w:rsidRPr="00332DB8">
              <w:rPr>
                <w:lang w:val="ru-RU"/>
              </w:rPr>
              <w:t>/</w:t>
            </w:r>
            <w:r>
              <w:t>com</w:t>
            </w:r>
            <w:r w:rsidRPr="00332DB8">
              <w:rPr>
                <w:lang w:val="ru-RU"/>
              </w:rPr>
              <w:t>/</w:t>
            </w:r>
            <w:r>
              <w:t>russ</w:t>
            </w:r>
            <w:r w:rsidRPr="00332DB8">
              <w:rPr>
                <w:lang w:val="ru-RU"/>
              </w:rPr>
              <w:t>/</w:t>
            </w:r>
            <w:r>
              <w:t>content</w:t>
            </w:r>
            <w:r w:rsidRPr="00332DB8">
              <w:rPr>
                <w:lang w:val="ru-RU"/>
              </w:rPr>
              <w:t xml:space="preserve">/2013/08/24/100097. </w:t>
            </w:r>
            <w:r>
              <w:t>shtml</w:t>
            </w:r>
            <w:r w:rsidRPr="00332DB8">
              <w:rPr>
                <w:lang w:val="ru-RU"/>
              </w:rPr>
              <w:t>) (решение Советского районного суда г. Махачкалы Республики Дагестан от 24.10.2013);</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2314.</w:t>
            </w:r>
          </w:p>
        </w:tc>
        <w:tc>
          <w:tcPr>
            <w:tcW w:w="2880" w:type="dxa"/>
          </w:tcPr>
          <w:p w:rsidR="006F7457" w:rsidRPr="00332DB8" w:rsidRDefault="00332DB8">
            <w:pPr>
              <w:rPr>
                <w:lang w:val="ru-RU"/>
              </w:rPr>
            </w:pPr>
            <w:r w:rsidRPr="00332DB8">
              <w:rPr>
                <w:lang w:val="ru-RU"/>
              </w:rPr>
              <w:t xml:space="preserve">Текст музыкальной композиции «С днем рождения дед», размещенной в сети Интернет на сайте </w:t>
            </w:r>
            <w:r>
              <w:t>http</w:t>
            </w:r>
            <w:r w:rsidRPr="00332DB8">
              <w:rPr>
                <w:lang w:val="ru-RU"/>
              </w:rPr>
              <w:t>://</w:t>
            </w:r>
            <w:r>
              <w:t>vk</w:t>
            </w:r>
            <w:r w:rsidRPr="00332DB8">
              <w:rPr>
                <w:lang w:val="ru-RU"/>
              </w:rPr>
              <w:t>.</w:t>
            </w:r>
            <w:r>
              <w:t>com</w:t>
            </w:r>
            <w:r w:rsidRPr="00332DB8">
              <w:rPr>
                <w:lang w:val="ru-RU"/>
              </w:rPr>
              <w:t>/</w:t>
            </w:r>
            <w:r>
              <w:t>dobru</w:t>
            </w:r>
            <w:r w:rsidRPr="00332DB8">
              <w:rPr>
                <w:lang w:val="ru-RU"/>
              </w:rPr>
              <w:t>_</w:t>
            </w:r>
            <w:r>
              <w:t>cot</w:t>
            </w:r>
            <w:r w:rsidRPr="00332DB8">
              <w:rPr>
                <w:lang w:val="ru-RU"/>
              </w:rPr>
              <w:t xml:space="preserve"> (решение Кировского районного суда г. Астрахани от 14.03.2014);</w:t>
            </w:r>
          </w:p>
        </w:tc>
        <w:tc>
          <w:tcPr>
            <w:tcW w:w="2880" w:type="dxa"/>
          </w:tcPr>
          <w:p w:rsidR="006F7457" w:rsidRPr="00332DB8" w:rsidRDefault="006F7457">
            <w:pPr>
              <w:rPr>
                <w:lang w:val="ru-RU"/>
              </w:rPr>
            </w:pPr>
          </w:p>
        </w:tc>
      </w:tr>
      <w:tr w:rsidR="006F7457" w:rsidRPr="00A31F1A">
        <w:tc>
          <w:tcPr>
            <w:tcW w:w="2880" w:type="dxa"/>
          </w:tcPr>
          <w:p w:rsidR="006F7457" w:rsidRDefault="00332DB8">
            <w:r>
              <w:t>2315.</w:t>
            </w:r>
          </w:p>
        </w:tc>
        <w:tc>
          <w:tcPr>
            <w:tcW w:w="2880" w:type="dxa"/>
          </w:tcPr>
          <w:p w:rsidR="006F7457" w:rsidRPr="00332DB8" w:rsidRDefault="00332DB8">
            <w:pPr>
              <w:rPr>
                <w:lang w:val="ru-RU"/>
              </w:rPr>
            </w:pPr>
            <w:r w:rsidRPr="00332DB8">
              <w:rPr>
                <w:lang w:val="ru-RU"/>
              </w:rPr>
              <w:t xml:space="preserve">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w:t>
            </w:r>
            <w:r>
              <w:t>http</w:t>
            </w:r>
            <w:r w:rsidRPr="00332DB8">
              <w:rPr>
                <w:lang w:val="ru-RU"/>
              </w:rPr>
              <w:t>://</w:t>
            </w:r>
            <w:r>
              <w:t>Habar</w:t>
            </w:r>
            <w:r w:rsidRPr="00332DB8">
              <w:rPr>
                <w:lang w:val="ru-RU"/>
              </w:rPr>
              <w:t>.</w:t>
            </w:r>
            <w:r>
              <w:t>org</w:t>
            </w:r>
            <w:r w:rsidRPr="00332DB8">
              <w:rPr>
                <w:lang w:val="ru-RU"/>
              </w:rPr>
              <w:t xml:space="preserve"> (решение Магасского районного суда Республики Ингушетия от 03.03.2014);</w:t>
            </w:r>
          </w:p>
        </w:tc>
        <w:tc>
          <w:tcPr>
            <w:tcW w:w="2880" w:type="dxa"/>
          </w:tcPr>
          <w:p w:rsidR="006F7457" w:rsidRPr="00332DB8" w:rsidRDefault="006F7457">
            <w:pPr>
              <w:rPr>
                <w:lang w:val="ru-RU"/>
              </w:rPr>
            </w:pPr>
          </w:p>
        </w:tc>
      </w:tr>
      <w:tr w:rsidR="006F7457" w:rsidRPr="00A31F1A">
        <w:tc>
          <w:tcPr>
            <w:tcW w:w="2880" w:type="dxa"/>
          </w:tcPr>
          <w:p w:rsidR="006F7457" w:rsidRDefault="00332DB8">
            <w:r>
              <w:t>2316.</w:t>
            </w:r>
          </w:p>
        </w:tc>
        <w:tc>
          <w:tcPr>
            <w:tcW w:w="2880" w:type="dxa"/>
          </w:tcPr>
          <w:p w:rsidR="006F7457" w:rsidRPr="00332DB8" w:rsidRDefault="00332DB8">
            <w:pPr>
              <w:rPr>
                <w:lang w:val="ru-RU"/>
              </w:rPr>
            </w:pPr>
            <w:r w:rsidRPr="00332DB8">
              <w:rPr>
                <w:lang w:val="ru-RU"/>
              </w:rPr>
              <w:t xml:space="preserve">Информационный материал – электронная страница под именем «Аматуллах ЗАМУЖЕМ Му`мина-Иншааллаха»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w:t>
            </w:r>
            <w:r>
              <w:t>f</w:t>
            </w:r>
            <w:r w:rsidRPr="00332DB8">
              <w:rPr>
                <w:lang w:val="ru-RU"/>
              </w:rPr>
              <w:t>47344. Мусульмане Латвии (нашид на русском) Призыв.</w:t>
            </w:r>
            <w:r>
              <w:t>mp</w:t>
            </w:r>
            <w:r w:rsidRPr="00332DB8">
              <w:rPr>
                <w:lang w:val="ru-RU"/>
              </w:rPr>
              <w:t>3»; «8</w:t>
            </w:r>
            <w:r>
              <w:t>dd</w:t>
            </w:r>
            <w:r w:rsidRPr="00332DB8">
              <w:rPr>
                <w:lang w:val="ru-RU"/>
              </w:rPr>
              <w:t>7</w:t>
            </w:r>
            <w:r>
              <w:t>b</w:t>
            </w:r>
            <w:r w:rsidRPr="00332DB8">
              <w:rPr>
                <w:lang w:val="ru-RU"/>
              </w:rPr>
              <w:t>0</w:t>
            </w:r>
            <w:r>
              <w:t>a</w:t>
            </w:r>
            <w:r w:rsidRPr="00332DB8">
              <w:rPr>
                <w:lang w:val="ru-RU"/>
              </w:rPr>
              <w:t>353.360. ДханнетАбдурахманова..</w:t>
            </w:r>
            <w:r>
              <w:t>mp</w:t>
            </w:r>
            <w:r w:rsidRPr="00332DB8">
              <w:rPr>
                <w:lang w:val="ru-RU"/>
              </w:rPr>
              <w:t>4»; «43сае</w:t>
            </w:r>
            <w:r>
              <w:t>f</w:t>
            </w:r>
            <w:r w:rsidRPr="00332DB8">
              <w:rPr>
                <w:lang w:val="ru-RU"/>
              </w:rPr>
              <w:t>834с.360.Обращение сестры перед операцией истишхада (самопожертвования), Вилайят Дагестан,.</w:t>
            </w:r>
            <w:r>
              <w:t>mp</w:t>
            </w:r>
            <w:r w:rsidRPr="00332DB8">
              <w:rPr>
                <w:lang w:val="ru-RU"/>
              </w:rPr>
              <w:t>4»; «7034</w:t>
            </w:r>
            <w:r>
              <w:t>f</w:t>
            </w:r>
            <w:r w:rsidRPr="00332DB8">
              <w:rPr>
                <w:lang w:val="ru-RU"/>
              </w:rPr>
              <w:t>22</w:t>
            </w:r>
            <w:r>
              <w:t>fb</w:t>
            </w:r>
            <w:r w:rsidRPr="00332DB8">
              <w:rPr>
                <w:lang w:val="ru-RU"/>
              </w:rPr>
              <w:t xml:space="preserve">7.360.Истишхад – стремление к шахаде Саид Бурятский. </w:t>
            </w:r>
            <w:r>
              <w:t>mp</w:t>
            </w:r>
            <w:r w:rsidRPr="00332DB8">
              <w:rPr>
                <w:lang w:val="ru-RU"/>
              </w:rPr>
              <w:t xml:space="preserve">4»; «08353а5с92.360. муджахиды влесу. </w:t>
            </w:r>
            <w:r>
              <w:t>mp</w:t>
            </w:r>
            <w:r w:rsidRPr="00332DB8">
              <w:rPr>
                <w:lang w:val="ru-RU"/>
              </w:rPr>
              <w:t>4»; «</w:t>
            </w:r>
            <w:r>
              <w:t>b</w:t>
            </w:r>
            <w:r w:rsidRPr="00332DB8">
              <w:rPr>
                <w:lang w:val="ru-RU"/>
              </w:rPr>
              <w:t>2</w:t>
            </w:r>
            <w:r>
              <w:t>ed</w:t>
            </w:r>
            <w:r w:rsidRPr="00332DB8">
              <w:rPr>
                <w:lang w:val="ru-RU"/>
              </w:rPr>
              <w:t xml:space="preserve"> 1 </w:t>
            </w:r>
            <w:r>
              <w:t>b</w:t>
            </w:r>
            <w:r w:rsidRPr="00332DB8">
              <w:rPr>
                <w:lang w:val="ru-RU"/>
              </w:rPr>
              <w:t>3</w:t>
            </w:r>
            <w:r>
              <w:t>dec</w:t>
            </w:r>
            <w:r w:rsidRPr="00332DB8">
              <w:rPr>
                <w:lang w:val="ru-RU"/>
              </w:rPr>
              <w:t xml:space="preserve"> 1</w:t>
            </w:r>
            <w:r>
              <w:t>d</w:t>
            </w:r>
            <w:r w:rsidRPr="00332DB8">
              <w:rPr>
                <w:lang w:val="ru-RU"/>
              </w:rPr>
              <w:t>-94304087.</w:t>
            </w:r>
            <w:r>
              <w:t>vk</w:t>
            </w:r>
            <w:r w:rsidRPr="00332DB8">
              <w:rPr>
                <w:lang w:val="ru-RU"/>
              </w:rPr>
              <w:t>. Кто эти мужчины Муджахеды!.</w:t>
            </w:r>
            <w:r>
              <w:t>flv</w:t>
            </w:r>
            <w:r w:rsidRPr="00332DB8">
              <w:rPr>
                <w:lang w:val="ru-RU"/>
              </w:rPr>
              <w:t>» (решение Батайского городского суда Ростовской области от 29.11.2013);</w:t>
            </w:r>
          </w:p>
        </w:tc>
        <w:tc>
          <w:tcPr>
            <w:tcW w:w="2880" w:type="dxa"/>
          </w:tcPr>
          <w:p w:rsidR="006F7457" w:rsidRPr="00332DB8" w:rsidRDefault="006F7457">
            <w:pPr>
              <w:rPr>
                <w:lang w:val="ru-RU"/>
              </w:rPr>
            </w:pPr>
          </w:p>
        </w:tc>
      </w:tr>
      <w:tr w:rsidR="006F7457" w:rsidRPr="005A424D">
        <w:tc>
          <w:tcPr>
            <w:tcW w:w="2880" w:type="dxa"/>
          </w:tcPr>
          <w:p w:rsidR="006F7457" w:rsidRDefault="00332DB8">
            <w:r>
              <w:t>231</w:t>
            </w:r>
            <w:r>
              <w:lastRenderedPageBreak/>
              <w:t>7.</w:t>
            </w:r>
          </w:p>
        </w:tc>
        <w:tc>
          <w:tcPr>
            <w:tcW w:w="2880" w:type="dxa"/>
          </w:tcPr>
          <w:p w:rsidR="006F7457" w:rsidRPr="00332DB8" w:rsidRDefault="00332DB8">
            <w:pPr>
              <w:rPr>
                <w:lang w:val="ru-RU"/>
              </w:rPr>
            </w:pPr>
            <w:r w:rsidRPr="00332DB8">
              <w:rPr>
                <w:lang w:val="ru-RU"/>
              </w:rPr>
              <w:lastRenderedPageBreak/>
              <w:t>Видеоматериал «Россия с ножом в спине 2 (запрещенный к показу фильм СМОТРЕТ.</w:t>
            </w:r>
            <w:r>
              <w:t>flv</w:t>
            </w:r>
            <w:r w:rsidRPr="00332DB8">
              <w:rPr>
                <w:lang w:val="ru-RU"/>
              </w:rPr>
              <w:t xml:space="preserve">» размером 341 МБ и общей продолжительностью 01 час 05 мин. 14 сек., размещенный на интернет-сайте, имеющем электронный адрес </w:t>
            </w:r>
            <w:r>
              <w:t>http</w:t>
            </w:r>
            <w:r w:rsidRPr="00332DB8">
              <w:rPr>
                <w:lang w:val="ru-RU"/>
              </w:rPr>
              <w:t>://</w:t>
            </w:r>
            <w:r>
              <w:t>vkontakte</w:t>
            </w:r>
            <w:r w:rsidRPr="00332DB8">
              <w:rPr>
                <w:lang w:val="ru-RU"/>
              </w:rPr>
              <w:t>.</w:t>
            </w:r>
            <w:r>
              <w:t>ru</w:t>
            </w:r>
            <w:r w:rsidRPr="00332DB8">
              <w:rPr>
                <w:lang w:val="ru-RU"/>
              </w:rPr>
              <w:t>, страничка «</w:t>
            </w:r>
            <w:r>
              <w:t>http</w:t>
            </w:r>
            <w:r w:rsidRPr="00332DB8">
              <w:rPr>
                <w:lang w:val="ru-RU"/>
              </w:rPr>
              <w:t>://</w:t>
            </w:r>
            <w:r>
              <w:t>vkontakte</w:t>
            </w:r>
            <w:r w:rsidRPr="00332DB8">
              <w:rPr>
                <w:lang w:val="ru-RU"/>
              </w:rPr>
              <w:t>.</w:t>
            </w:r>
            <w:r>
              <w:t>ru</w:t>
            </w:r>
            <w:r w:rsidRPr="00332DB8">
              <w:rPr>
                <w:lang w:val="ru-RU"/>
              </w:rPr>
              <w:t>/</w:t>
            </w:r>
            <w:r>
              <w:t>id</w:t>
            </w:r>
            <w:r w:rsidRPr="00332DB8">
              <w:rPr>
                <w:lang w:val="ru-RU"/>
              </w:rPr>
              <w:t xml:space="preserve">133964061», в открытом доступе для просмотра </w:t>
            </w:r>
            <w:r w:rsidRPr="00332DB8">
              <w:rPr>
                <w:lang w:val="ru-RU"/>
              </w:rPr>
              <w:lastRenderedPageBreak/>
              <w:t>неограниченному числу лиц (решение Промышленного районного суда г. Курска от 21.02.2014);</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2318.</w:t>
            </w:r>
          </w:p>
        </w:tc>
        <w:tc>
          <w:tcPr>
            <w:tcW w:w="2880" w:type="dxa"/>
          </w:tcPr>
          <w:p w:rsidR="006F7457" w:rsidRPr="00332DB8" w:rsidRDefault="00332DB8">
            <w:pPr>
              <w:rPr>
                <w:lang w:val="ru-RU"/>
              </w:rPr>
            </w:pPr>
            <w:r w:rsidRPr="00332DB8">
              <w:rPr>
                <w:lang w:val="ru-RU"/>
              </w:rPr>
              <w:t xml:space="preserve">Статья Бориса Стомахина «Русская революция в прошлом и будущем»,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22.11.2013);</w:t>
            </w:r>
          </w:p>
        </w:tc>
        <w:tc>
          <w:tcPr>
            <w:tcW w:w="2880" w:type="dxa"/>
          </w:tcPr>
          <w:p w:rsidR="006F7457" w:rsidRPr="00332DB8" w:rsidRDefault="006F7457">
            <w:pPr>
              <w:rPr>
                <w:lang w:val="ru-RU"/>
              </w:rPr>
            </w:pPr>
          </w:p>
        </w:tc>
      </w:tr>
      <w:tr w:rsidR="006F7457" w:rsidRPr="00A31F1A">
        <w:tc>
          <w:tcPr>
            <w:tcW w:w="2880" w:type="dxa"/>
          </w:tcPr>
          <w:p w:rsidR="006F7457" w:rsidRDefault="00332DB8">
            <w:r>
              <w:t>2319.</w:t>
            </w:r>
          </w:p>
        </w:tc>
        <w:tc>
          <w:tcPr>
            <w:tcW w:w="2880" w:type="dxa"/>
          </w:tcPr>
          <w:p w:rsidR="006F7457" w:rsidRPr="00332DB8" w:rsidRDefault="00332DB8">
            <w:pPr>
              <w:rPr>
                <w:lang w:val="ru-RU"/>
              </w:rPr>
            </w:pPr>
            <w:r w:rsidRPr="00332DB8">
              <w:rPr>
                <w:lang w:val="ru-RU"/>
              </w:rPr>
              <w:t xml:space="preserve">Статья Бориса Стомахина «Цена свободы»,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22.11.2013);</w:t>
            </w:r>
          </w:p>
        </w:tc>
        <w:tc>
          <w:tcPr>
            <w:tcW w:w="2880" w:type="dxa"/>
          </w:tcPr>
          <w:p w:rsidR="006F7457" w:rsidRPr="00332DB8" w:rsidRDefault="006F7457">
            <w:pPr>
              <w:rPr>
                <w:lang w:val="ru-RU"/>
              </w:rPr>
            </w:pPr>
          </w:p>
        </w:tc>
      </w:tr>
      <w:tr w:rsidR="006F7457" w:rsidRPr="00A31F1A">
        <w:tc>
          <w:tcPr>
            <w:tcW w:w="2880" w:type="dxa"/>
          </w:tcPr>
          <w:p w:rsidR="006F7457" w:rsidRDefault="00332DB8">
            <w:r>
              <w:t>2320.</w:t>
            </w:r>
          </w:p>
        </w:tc>
        <w:tc>
          <w:tcPr>
            <w:tcW w:w="2880" w:type="dxa"/>
          </w:tcPr>
          <w:p w:rsidR="006F7457" w:rsidRPr="00332DB8" w:rsidRDefault="00332DB8">
            <w:pPr>
              <w:rPr>
                <w:lang w:val="ru-RU"/>
              </w:rPr>
            </w:pPr>
            <w:r w:rsidRPr="00332DB8">
              <w:rPr>
                <w:lang w:val="ru-RU"/>
              </w:rPr>
              <w:t xml:space="preserve">Статья Бориса Стомахина «Время раздирать»,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22.11.2013);</w:t>
            </w:r>
          </w:p>
        </w:tc>
        <w:tc>
          <w:tcPr>
            <w:tcW w:w="2880" w:type="dxa"/>
          </w:tcPr>
          <w:p w:rsidR="006F7457" w:rsidRPr="00332DB8" w:rsidRDefault="006F7457">
            <w:pPr>
              <w:rPr>
                <w:lang w:val="ru-RU"/>
              </w:rPr>
            </w:pPr>
          </w:p>
        </w:tc>
      </w:tr>
      <w:tr w:rsidR="006F7457" w:rsidRPr="005A424D">
        <w:tc>
          <w:tcPr>
            <w:tcW w:w="2880" w:type="dxa"/>
          </w:tcPr>
          <w:p w:rsidR="006F7457" w:rsidRDefault="00332DB8">
            <w:r>
              <w:t>2321.</w:t>
            </w:r>
          </w:p>
        </w:tc>
        <w:tc>
          <w:tcPr>
            <w:tcW w:w="2880" w:type="dxa"/>
          </w:tcPr>
          <w:p w:rsidR="006F7457" w:rsidRPr="00332DB8" w:rsidRDefault="00332DB8">
            <w:pPr>
              <w:rPr>
                <w:lang w:val="ru-RU"/>
              </w:rPr>
            </w:pPr>
            <w:r w:rsidRPr="00332DB8">
              <w:rPr>
                <w:lang w:val="ru-RU"/>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2880" w:type="dxa"/>
          </w:tcPr>
          <w:p w:rsidR="006F7457" w:rsidRPr="00332DB8" w:rsidRDefault="006F7457">
            <w:pPr>
              <w:rPr>
                <w:lang w:val="ru-RU"/>
              </w:rPr>
            </w:pPr>
          </w:p>
        </w:tc>
      </w:tr>
      <w:tr w:rsidR="006F7457" w:rsidRPr="00A31F1A">
        <w:tc>
          <w:tcPr>
            <w:tcW w:w="2880" w:type="dxa"/>
          </w:tcPr>
          <w:p w:rsidR="006F7457" w:rsidRDefault="00332DB8">
            <w:r>
              <w:t>2322.</w:t>
            </w:r>
          </w:p>
        </w:tc>
        <w:tc>
          <w:tcPr>
            <w:tcW w:w="2880" w:type="dxa"/>
          </w:tcPr>
          <w:p w:rsidR="006F7457" w:rsidRPr="00332DB8" w:rsidRDefault="00332DB8">
            <w:pPr>
              <w:rPr>
                <w:lang w:val="ru-RU"/>
              </w:rPr>
            </w:pPr>
            <w:r w:rsidRPr="00332DB8">
              <w:rPr>
                <w:lang w:val="ru-RU"/>
              </w:rPr>
              <w:t>Размещенные Песецким Дмитрием Валерьевичем в социальной сети «</w:t>
            </w:r>
            <w:r>
              <w:t>http</w:t>
            </w:r>
            <w:r w:rsidRPr="00332DB8">
              <w:rPr>
                <w:lang w:val="ru-RU"/>
              </w:rPr>
              <w:t>://</w:t>
            </w:r>
            <w:r>
              <w:t>vkontakte</w:t>
            </w:r>
            <w:r w:rsidRPr="00332DB8">
              <w:rPr>
                <w:lang w:val="ru-RU"/>
              </w:rPr>
              <w:t>.</w:t>
            </w:r>
            <w:r>
              <w:t>ru</w:t>
            </w:r>
            <w:r w:rsidRPr="00332DB8">
              <w:rPr>
                <w:lang w:val="ru-RU"/>
              </w:rPr>
              <w:t xml:space="preserve">» на Интернет-страницах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167754704_162972186,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167754704_162985319,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167754704_162985350 видеоматериалы «убили кавказца» (файл «</w:t>
            </w:r>
            <w:r>
              <w:t>ubili</w:t>
            </w:r>
            <w:r w:rsidRPr="00332DB8">
              <w:rPr>
                <w:lang w:val="ru-RU"/>
              </w:rPr>
              <w:t xml:space="preserve"> </w:t>
            </w:r>
            <w:r>
              <w:t>kavkazca</w:t>
            </w:r>
            <w:r w:rsidRPr="00332DB8">
              <w:rPr>
                <w:lang w:val="ru-RU"/>
              </w:rPr>
              <w:t>», размером 1,75 МБ), «Формат 18» (файл «</w:t>
            </w:r>
            <w:r>
              <w:t>Format</w:t>
            </w:r>
            <w:r w:rsidRPr="00332DB8">
              <w:rPr>
                <w:lang w:val="ru-RU"/>
              </w:rPr>
              <w:t xml:space="preserve"> 18», размером 6,04 МБ), «Формат 18» (файл «</w:t>
            </w:r>
            <w:r>
              <w:t>Format</w:t>
            </w:r>
            <w:r w:rsidRPr="00332DB8">
              <w:rPr>
                <w:lang w:val="ru-RU"/>
              </w:rPr>
              <w:t xml:space="preserve"> 18», размером 7,85 МБ) (решение Псковского городского суда Псковской области от 27.02.2014);</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2323.</w:t>
            </w:r>
          </w:p>
        </w:tc>
        <w:tc>
          <w:tcPr>
            <w:tcW w:w="2880" w:type="dxa"/>
          </w:tcPr>
          <w:p w:rsidR="006F7457" w:rsidRPr="00332DB8" w:rsidRDefault="00332DB8">
            <w:pPr>
              <w:rPr>
                <w:lang w:val="ru-RU"/>
              </w:rPr>
            </w:pPr>
            <w:r w:rsidRPr="00332DB8">
              <w:rPr>
                <w:lang w:val="ru-RU"/>
              </w:rPr>
              <w:t>Размещенные Ступенковым Кириллом Юрьевичем в социальной сети «</w:t>
            </w:r>
            <w:r>
              <w:t>http</w:t>
            </w:r>
            <w:r w:rsidRPr="00332DB8">
              <w:rPr>
                <w:lang w:val="ru-RU"/>
              </w:rPr>
              <w:t>://</w:t>
            </w:r>
            <w:r>
              <w:t>vkontakte</w:t>
            </w:r>
            <w:r w:rsidRPr="00332DB8">
              <w:rPr>
                <w:lang w:val="ru-RU"/>
              </w:rPr>
              <w:t>.</w:t>
            </w:r>
            <w:r>
              <w:t>ru</w:t>
            </w:r>
            <w:r w:rsidRPr="00332DB8">
              <w:rPr>
                <w:lang w:val="ru-RU"/>
              </w:rPr>
              <w:t xml:space="preserve">» на Интернет-страницах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74473101_148617284,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74473101_159168971,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74473101_15916899 видеоматериалы «Без названия» (файл «</w:t>
            </w:r>
            <w:r>
              <w:t>Bez</w:t>
            </w:r>
            <w:r w:rsidRPr="00332DB8">
              <w:rPr>
                <w:lang w:val="ru-RU"/>
              </w:rPr>
              <w:t xml:space="preserve"> </w:t>
            </w:r>
            <w:r>
              <w:t>nazvaniya</w:t>
            </w:r>
            <w:r w:rsidRPr="00332DB8">
              <w:rPr>
                <w:lang w:val="ru-RU"/>
              </w:rPr>
              <w:t>.240.</w:t>
            </w:r>
            <w:r>
              <w:t>mp</w:t>
            </w:r>
            <w:r w:rsidRPr="00332DB8">
              <w:rPr>
                <w:lang w:val="ru-RU"/>
              </w:rPr>
              <w:t>4», размером 6,41 МБ), «</w:t>
            </w:r>
            <w:r>
              <w:t>hooligan</w:t>
            </w:r>
            <w:r w:rsidRPr="00332DB8">
              <w:rPr>
                <w:lang w:val="ru-RU"/>
              </w:rPr>
              <w:t>`</w:t>
            </w:r>
            <w:r>
              <w:t>s</w:t>
            </w:r>
            <w:r w:rsidRPr="00332DB8">
              <w:rPr>
                <w:lang w:val="ru-RU"/>
              </w:rPr>
              <w:t>» (файл «</w:t>
            </w:r>
            <w:r>
              <w:t>hooligan</w:t>
            </w:r>
            <w:r w:rsidRPr="00332DB8">
              <w:rPr>
                <w:lang w:val="ru-RU"/>
              </w:rPr>
              <w:t>`</w:t>
            </w:r>
            <w:r>
              <w:t>s</w:t>
            </w:r>
            <w:r w:rsidRPr="00332DB8">
              <w:rPr>
                <w:lang w:val="ru-RU"/>
              </w:rPr>
              <w:t>.</w:t>
            </w:r>
            <w:r>
              <w:t>flv</w:t>
            </w:r>
            <w:r w:rsidRPr="00332DB8">
              <w:rPr>
                <w:lang w:val="ru-RU"/>
              </w:rPr>
              <w:t>», размером 6,09 МБ), «смерть за родину» (файл «</w:t>
            </w:r>
            <w:r>
              <w:t>smert</w:t>
            </w:r>
            <w:r w:rsidRPr="00332DB8">
              <w:rPr>
                <w:lang w:val="ru-RU"/>
              </w:rPr>
              <w:t>`</w:t>
            </w:r>
            <w:r>
              <w:t>za</w:t>
            </w:r>
            <w:r w:rsidRPr="00332DB8">
              <w:rPr>
                <w:lang w:val="ru-RU"/>
              </w:rPr>
              <w:t xml:space="preserve"> </w:t>
            </w:r>
            <w:r>
              <w:t>rodinu</w:t>
            </w:r>
            <w:r w:rsidRPr="00332DB8">
              <w:rPr>
                <w:lang w:val="ru-RU"/>
              </w:rPr>
              <w:t>!!!», размером 4,89 МБ) и аудиозапись «Циклон-Б-Дети гор» (файл «</w:t>
            </w:r>
            <w:r>
              <w:t>Ciklon</w:t>
            </w:r>
            <w:r w:rsidRPr="00332DB8">
              <w:rPr>
                <w:lang w:val="ru-RU"/>
              </w:rPr>
              <w:t>-</w:t>
            </w:r>
            <w:r>
              <w:t>B</w:t>
            </w:r>
            <w:r w:rsidRPr="00332DB8">
              <w:rPr>
                <w:lang w:val="ru-RU"/>
              </w:rPr>
              <w:t>-</w:t>
            </w:r>
            <w:r>
              <w:t>Deti</w:t>
            </w:r>
            <w:r w:rsidRPr="00332DB8">
              <w:rPr>
                <w:lang w:val="ru-RU"/>
              </w:rPr>
              <w:t xml:space="preserve"> </w:t>
            </w:r>
            <w:r>
              <w:t>gor</w:t>
            </w:r>
            <w:r w:rsidRPr="00332DB8">
              <w:rPr>
                <w:lang w:val="ru-RU"/>
              </w:rPr>
              <w:t>», размером 2,64 МБ) (решение Псковского городского суда Псковской области от 27.02.2014);</w:t>
            </w:r>
          </w:p>
        </w:tc>
        <w:tc>
          <w:tcPr>
            <w:tcW w:w="2880" w:type="dxa"/>
          </w:tcPr>
          <w:p w:rsidR="006F7457" w:rsidRPr="00332DB8" w:rsidRDefault="006F7457">
            <w:pPr>
              <w:rPr>
                <w:lang w:val="ru-RU"/>
              </w:rPr>
            </w:pPr>
          </w:p>
        </w:tc>
      </w:tr>
      <w:tr w:rsidR="006F7457" w:rsidRPr="00A31F1A">
        <w:tc>
          <w:tcPr>
            <w:tcW w:w="2880" w:type="dxa"/>
          </w:tcPr>
          <w:p w:rsidR="006F7457" w:rsidRDefault="00332DB8">
            <w:r>
              <w:t>2324.</w:t>
            </w:r>
          </w:p>
        </w:tc>
        <w:tc>
          <w:tcPr>
            <w:tcW w:w="2880" w:type="dxa"/>
          </w:tcPr>
          <w:p w:rsidR="006F7457" w:rsidRPr="00332DB8" w:rsidRDefault="00332DB8">
            <w:pPr>
              <w:rPr>
                <w:lang w:val="ru-RU"/>
              </w:rPr>
            </w:pPr>
            <w:r w:rsidRPr="00332DB8">
              <w:rPr>
                <w:lang w:val="ru-RU"/>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2880" w:type="dxa"/>
          </w:tcPr>
          <w:p w:rsidR="006F7457" w:rsidRPr="00332DB8" w:rsidRDefault="006F7457">
            <w:pPr>
              <w:rPr>
                <w:lang w:val="ru-RU"/>
              </w:rPr>
            </w:pPr>
          </w:p>
        </w:tc>
      </w:tr>
      <w:tr w:rsidR="006F7457" w:rsidRPr="00A31F1A">
        <w:tc>
          <w:tcPr>
            <w:tcW w:w="2880" w:type="dxa"/>
          </w:tcPr>
          <w:p w:rsidR="006F7457" w:rsidRDefault="00332DB8">
            <w:r>
              <w:t>2325.</w:t>
            </w:r>
          </w:p>
        </w:tc>
        <w:tc>
          <w:tcPr>
            <w:tcW w:w="2880" w:type="dxa"/>
          </w:tcPr>
          <w:p w:rsidR="006F7457" w:rsidRPr="00332DB8" w:rsidRDefault="00332DB8">
            <w:pPr>
              <w:rPr>
                <w:lang w:val="ru-RU"/>
              </w:rPr>
            </w:pPr>
            <w:r w:rsidRPr="00332DB8">
              <w:rPr>
                <w:lang w:val="ru-RU"/>
              </w:rPr>
              <w:t>Видео файлы «Скинхеды Украины»; «Без названия»; «Тесак. Интервью»; «Скины на рынке ЖЕСТЬ», размещенные в сети «Интернет» на сайте «</w:t>
            </w:r>
            <w:r>
              <w:t>vkontakte</w:t>
            </w:r>
            <w:r w:rsidRPr="00332DB8">
              <w:rPr>
                <w:lang w:val="ru-RU"/>
              </w:rPr>
              <w:t>.</w:t>
            </w:r>
            <w:r>
              <w:t>ru</w:t>
            </w:r>
            <w:r w:rsidRPr="00332DB8">
              <w:rPr>
                <w:lang w:val="ru-RU"/>
              </w:rPr>
              <w:t xml:space="preserve">» по странице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62473164 (решение Нижневартовского городского суда Ханты-Мансийского автономного округа – Югры от 18.03.2014);</w:t>
            </w:r>
          </w:p>
        </w:tc>
        <w:tc>
          <w:tcPr>
            <w:tcW w:w="2880" w:type="dxa"/>
          </w:tcPr>
          <w:p w:rsidR="006F7457" w:rsidRPr="00332DB8" w:rsidRDefault="006F7457">
            <w:pPr>
              <w:rPr>
                <w:lang w:val="ru-RU"/>
              </w:rPr>
            </w:pPr>
          </w:p>
        </w:tc>
      </w:tr>
      <w:tr w:rsidR="006F7457" w:rsidRPr="00A31F1A">
        <w:tc>
          <w:tcPr>
            <w:tcW w:w="2880" w:type="dxa"/>
          </w:tcPr>
          <w:p w:rsidR="006F7457" w:rsidRDefault="00332DB8">
            <w:r>
              <w:t>2326.</w:t>
            </w:r>
          </w:p>
        </w:tc>
        <w:tc>
          <w:tcPr>
            <w:tcW w:w="2880" w:type="dxa"/>
          </w:tcPr>
          <w:p w:rsidR="006F7457" w:rsidRPr="00332DB8" w:rsidRDefault="00332DB8">
            <w:pPr>
              <w:rPr>
                <w:lang w:val="ru-RU"/>
              </w:rPr>
            </w:pPr>
            <w:r w:rsidRPr="00332DB8">
              <w:rPr>
                <w:lang w:val="ru-RU"/>
              </w:rPr>
              <w:t xml:space="preserve">Статья «Знаем, помним, не простим. Сегодня для русских скорбная дата», размещенная на Интернет-ресурсе </w:t>
            </w:r>
            <w:r>
              <w:t>iks</w:t>
            </w:r>
            <w:r w:rsidRPr="00332DB8">
              <w:rPr>
                <w:lang w:val="ru-RU"/>
              </w:rPr>
              <w:t>2010.</w:t>
            </w:r>
            <w:r>
              <w:t>org</w:t>
            </w:r>
            <w:r w:rsidRPr="00332DB8">
              <w:rPr>
                <w:lang w:val="ru-RU"/>
              </w:rPr>
              <w:t xml:space="preserve"> (решение Преображенского районного суда г. Москвы от 11.03.2014);</w:t>
            </w:r>
          </w:p>
        </w:tc>
        <w:tc>
          <w:tcPr>
            <w:tcW w:w="2880" w:type="dxa"/>
          </w:tcPr>
          <w:p w:rsidR="006F7457" w:rsidRPr="00332DB8" w:rsidRDefault="006F7457">
            <w:pPr>
              <w:rPr>
                <w:lang w:val="ru-RU"/>
              </w:rPr>
            </w:pPr>
          </w:p>
        </w:tc>
      </w:tr>
      <w:tr w:rsidR="006F7457" w:rsidRPr="00A31F1A">
        <w:tc>
          <w:tcPr>
            <w:tcW w:w="2880" w:type="dxa"/>
          </w:tcPr>
          <w:p w:rsidR="006F7457" w:rsidRDefault="00332DB8">
            <w:r>
              <w:t>2327.</w:t>
            </w:r>
          </w:p>
        </w:tc>
        <w:tc>
          <w:tcPr>
            <w:tcW w:w="2880" w:type="dxa"/>
          </w:tcPr>
          <w:p w:rsidR="006F7457" w:rsidRPr="00332DB8" w:rsidRDefault="00332DB8">
            <w:pPr>
              <w:rPr>
                <w:lang w:val="ru-RU"/>
              </w:rPr>
            </w:pPr>
            <w:r w:rsidRPr="00332DB8">
              <w:rPr>
                <w:lang w:val="ru-RU"/>
              </w:rPr>
              <w:t xml:space="preserve">Статья «Проклятые и благословенные - непреодолимая пропасть. Катакомбно-святоотеческая идеология. Часть 1 и часть 2», размещенная на Интернет-ресурсе </w:t>
            </w:r>
            <w:r>
              <w:t>iks</w:t>
            </w:r>
            <w:r w:rsidRPr="00332DB8">
              <w:rPr>
                <w:lang w:val="ru-RU"/>
              </w:rPr>
              <w:t>2010.</w:t>
            </w:r>
            <w:r>
              <w:t>org</w:t>
            </w:r>
            <w:r w:rsidRPr="00332DB8">
              <w:rPr>
                <w:lang w:val="ru-RU"/>
              </w:rPr>
              <w:t xml:space="preserve"> (решение Преображенского районного суда г. Москвы от 11.03.2014);</w:t>
            </w:r>
          </w:p>
        </w:tc>
        <w:tc>
          <w:tcPr>
            <w:tcW w:w="2880" w:type="dxa"/>
          </w:tcPr>
          <w:p w:rsidR="006F7457" w:rsidRPr="00332DB8" w:rsidRDefault="006F7457">
            <w:pPr>
              <w:rPr>
                <w:lang w:val="ru-RU"/>
              </w:rPr>
            </w:pPr>
          </w:p>
        </w:tc>
      </w:tr>
      <w:tr w:rsidR="006F7457">
        <w:tc>
          <w:tcPr>
            <w:tcW w:w="2880" w:type="dxa"/>
          </w:tcPr>
          <w:p w:rsidR="006F7457" w:rsidRDefault="00332DB8">
            <w:r>
              <w:lastRenderedPageBreak/>
              <w:t>2328.</w:t>
            </w:r>
          </w:p>
        </w:tc>
        <w:tc>
          <w:tcPr>
            <w:tcW w:w="2880" w:type="dxa"/>
          </w:tcPr>
          <w:p w:rsidR="006F7457" w:rsidRDefault="00332DB8">
            <w:r w:rsidRPr="00332DB8">
              <w:rPr>
                <w:lang w:val="ru-RU"/>
              </w:rPr>
              <w:t xml:space="preserve">Видеофайл с названием «Опровержение обвинений против Хизб ут Тахрир», продолжительностью </w:t>
            </w:r>
            <w:r>
              <w:t>1 час 02 минуты (решение Центрального районного суда г. Тюмени от 27.01.2014);</w:t>
            </w:r>
          </w:p>
        </w:tc>
        <w:tc>
          <w:tcPr>
            <w:tcW w:w="2880" w:type="dxa"/>
          </w:tcPr>
          <w:p w:rsidR="006F7457" w:rsidRDefault="006F7457"/>
        </w:tc>
      </w:tr>
      <w:tr w:rsidR="006F7457" w:rsidRPr="005A424D">
        <w:tc>
          <w:tcPr>
            <w:tcW w:w="2880" w:type="dxa"/>
          </w:tcPr>
          <w:p w:rsidR="006F7457" w:rsidRDefault="00332DB8">
            <w:r>
              <w:t>2329.</w:t>
            </w:r>
          </w:p>
        </w:tc>
        <w:tc>
          <w:tcPr>
            <w:tcW w:w="2880" w:type="dxa"/>
          </w:tcPr>
          <w:p w:rsidR="006F7457" w:rsidRPr="00332DB8" w:rsidRDefault="00332DB8">
            <w:pPr>
              <w:rPr>
                <w:lang w:val="ru-RU"/>
              </w:rPr>
            </w:pPr>
            <w:r w:rsidRPr="00332DB8">
              <w:rPr>
                <w:lang w:val="ru-RU"/>
              </w:rPr>
              <w:t xml:space="preserve">Аудиоматериалы: «Правый рэп - Россия для 4уроК. </w:t>
            </w:r>
            <w:r>
              <w:t>mp</w:t>
            </w:r>
            <w:r w:rsidRPr="00332DB8">
              <w:rPr>
                <w:lang w:val="ru-RU"/>
              </w:rPr>
              <w:t xml:space="preserve">3», «Правый Русский рэп - Я РУССКИИ. </w:t>
            </w:r>
            <w:r>
              <w:t>mp</w:t>
            </w:r>
            <w:r w:rsidRPr="00332DB8">
              <w:rPr>
                <w:lang w:val="ru-RU"/>
              </w:rPr>
              <w:t xml:space="preserve">3», «Спортивный - 1488 Россия без чурок (правый рэп). </w:t>
            </w:r>
            <w:r>
              <w:t>mp</w:t>
            </w:r>
            <w:r w:rsidRPr="00332DB8">
              <w:rPr>
                <w:lang w:val="ru-RU"/>
              </w:rPr>
              <w:t xml:space="preserve">3»; и видеоматериалы: «Россия Для Русских. </w:t>
            </w:r>
            <w:r>
              <w:t>mp</w:t>
            </w:r>
            <w:r w:rsidRPr="00332DB8">
              <w:rPr>
                <w:lang w:val="ru-RU"/>
              </w:rPr>
              <w:t>4», «Бухенвальд Флава-7</w:t>
            </w:r>
            <w:r>
              <w:t>Oi</w:t>
            </w:r>
            <w:r w:rsidRPr="00332DB8">
              <w:rPr>
                <w:lang w:val="ru-RU"/>
              </w:rPr>
              <w:t xml:space="preserve"> Круг Ада (УЛЬТРА ПРАВЫЕ ТЕКСТА ОТ ФУТБОЛЬНЫХ ХУЛИГАНОВ). </w:t>
            </w:r>
            <w:r>
              <w:t>mp</w:t>
            </w:r>
            <w:r w:rsidRPr="00332DB8">
              <w:rPr>
                <w:lang w:val="ru-RU"/>
              </w:rPr>
              <w:t xml:space="preserve">4», «россия для русских отряд 1488. </w:t>
            </w:r>
            <w:r>
              <w:t>mp</w:t>
            </w:r>
            <w:r w:rsidRPr="00332DB8">
              <w:rPr>
                <w:lang w:val="ru-RU"/>
              </w:rPr>
              <w:t xml:space="preserve">4», «Словянский союз!. </w:t>
            </w:r>
            <w:r>
              <w:t>mp</w:t>
            </w:r>
            <w:r w:rsidRPr="00332DB8">
              <w:rPr>
                <w:lang w:val="ru-RU"/>
              </w:rPr>
              <w:t xml:space="preserve">4», «Россия для русских2. </w:t>
            </w:r>
            <w:r>
              <w:t>mp</w:t>
            </w:r>
            <w:r w:rsidRPr="00332DB8">
              <w:rPr>
                <w:lang w:val="ru-RU"/>
              </w:rPr>
              <w:t xml:space="preserve">4», «РоССия для РуССких, Москва для Москвичей, африка для негров, помойка для хачей.. </w:t>
            </w:r>
            <w:r>
              <w:t>mp</w:t>
            </w:r>
            <w:r w:rsidRPr="00332DB8">
              <w:rPr>
                <w:lang w:val="ru-RU"/>
              </w:rPr>
              <w:t>4» (решение Курганского городского суда Курганской области от 11.12.2013 и определение Курганского городского суда Курганской области от 20.02.2014);</w:t>
            </w:r>
          </w:p>
        </w:tc>
        <w:tc>
          <w:tcPr>
            <w:tcW w:w="2880" w:type="dxa"/>
          </w:tcPr>
          <w:p w:rsidR="006F7457" w:rsidRPr="00332DB8" w:rsidRDefault="006F7457">
            <w:pPr>
              <w:rPr>
                <w:lang w:val="ru-RU"/>
              </w:rPr>
            </w:pPr>
          </w:p>
        </w:tc>
      </w:tr>
      <w:tr w:rsidR="006F7457">
        <w:tc>
          <w:tcPr>
            <w:tcW w:w="2880" w:type="dxa"/>
          </w:tcPr>
          <w:p w:rsidR="006F7457" w:rsidRDefault="00332DB8">
            <w:r>
              <w:t>2330.</w:t>
            </w:r>
          </w:p>
        </w:tc>
        <w:tc>
          <w:tcPr>
            <w:tcW w:w="2880" w:type="dxa"/>
          </w:tcPr>
          <w:p w:rsidR="006F7457" w:rsidRDefault="00332DB8">
            <w:r w:rsidRPr="00332DB8">
              <w:rPr>
                <w:lang w:val="ru-RU"/>
              </w:rPr>
              <w:t>Аудиофайл под названием «</w:t>
            </w:r>
            <w:r>
              <w:t>timur</w:t>
            </w:r>
            <w:r w:rsidRPr="00332DB8">
              <w:rPr>
                <w:lang w:val="ru-RU"/>
              </w:rPr>
              <w:t>_</w:t>
            </w:r>
            <w:r>
              <w:t>mucaraev</w:t>
            </w:r>
            <w:r w:rsidRPr="00332DB8">
              <w:rPr>
                <w:lang w:val="ru-RU"/>
              </w:rPr>
              <w:t>-</w:t>
            </w:r>
            <w:r>
              <w:t>prodazha</w:t>
            </w:r>
            <w:r w:rsidRPr="00332DB8">
              <w:rPr>
                <w:lang w:val="ru-RU"/>
              </w:rPr>
              <w:t>_(</w:t>
            </w:r>
            <w:r>
              <w:t>www</w:t>
            </w:r>
            <w:r w:rsidRPr="00332DB8">
              <w:rPr>
                <w:lang w:val="ru-RU"/>
              </w:rPr>
              <w:t>.</w:t>
            </w:r>
            <w:r>
              <w:t>palbu</w:t>
            </w:r>
            <w:r w:rsidRPr="00332DB8">
              <w:rPr>
                <w:lang w:val="ru-RU"/>
              </w:rPr>
              <w:t>.</w:t>
            </w:r>
            <w:r>
              <w:t>ru</w:t>
            </w:r>
            <w:r w:rsidRPr="00332DB8">
              <w:rPr>
                <w:lang w:val="ru-RU"/>
              </w:rPr>
              <w:t>).</w:t>
            </w:r>
            <w:r>
              <w:t>mp</w:t>
            </w:r>
            <w:r w:rsidRPr="00332DB8">
              <w:rPr>
                <w:lang w:val="ru-RU"/>
              </w:rPr>
              <w:t>3», начинающийся со слов «В трудный час для Чечни вы все продали нас…..»; аудиофайл под названием «</w:t>
            </w:r>
            <w:r>
              <w:t>WaP</w:t>
            </w:r>
            <w:r w:rsidRPr="00332DB8">
              <w:rPr>
                <w:lang w:val="ru-RU"/>
              </w:rPr>
              <w:t>.</w:t>
            </w:r>
            <w:r>
              <w:t>Ka</w:t>
            </w:r>
            <w:r w:rsidRPr="00332DB8">
              <w:rPr>
                <w:lang w:val="ru-RU"/>
              </w:rPr>
              <w:t>4</w:t>
            </w:r>
            <w:r>
              <w:t>Ka</w:t>
            </w:r>
            <w:r w:rsidRPr="00332DB8">
              <w:rPr>
                <w:lang w:val="ru-RU"/>
              </w:rPr>
              <w:t>.</w:t>
            </w:r>
            <w:r>
              <w:t>Ru</w:t>
            </w:r>
            <w:r w:rsidRPr="00332DB8">
              <w:rPr>
                <w:lang w:val="ru-RU"/>
              </w:rPr>
              <w:t>_</w:t>
            </w:r>
            <w:r>
              <w:t>Timur</w:t>
            </w:r>
            <w:r w:rsidRPr="00332DB8">
              <w:rPr>
                <w:lang w:val="ru-RU"/>
              </w:rPr>
              <w:t>_</w:t>
            </w:r>
            <w:r>
              <w:t>Mucuraev</w:t>
            </w:r>
            <w:r w:rsidRPr="00332DB8">
              <w:rPr>
                <w:lang w:val="ru-RU"/>
              </w:rPr>
              <w:t xml:space="preserve">_-_1996 </w:t>
            </w:r>
            <w:r>
              <w:t>Gelaevskij</w:t>
            </w:r>
            <w:r w:rsidRPr="00332DB8">
              <w:rPr>
                <w:lang w:val="ru-RU"/>
              </w:rPr>
              <w:t>_</w:t>
            </w:r>
            <w:r>
              <w:t>specnaz</w:t>
            </w:r>
            <w:r w:rsidRPr="00332DB8">
              <w:rPr>
                <w:lang w:val="ru-RU"/>
              </w:rPr>
              <w:t>_(2_</w:t>
            </w:r>
            <w:r>
              <w:t>versiya</w:t>
            </w:r>
            <w:r w:rsidRPr="00332DB8">
              <w:rPr>
                <w:lang w:val="ru-RU"/>
              </w:rPr>
              <w:t>)_-_10_-_</w:t>
            </w:r>
            <w:r>
              <w:t>SHamil</w:t>
            </w:r>
            <w:r w:rsidRPr="00332DB8">
              <w:rPr>
                <w:lang w:val="ru-RU"/>
              </w:rPr>
              <w:t>_</w:t>
            </w:r>
            <w:r>
              <w:t>vedet</w:t>
            </w:r>
            <w:r w:rsidRPr="00332DB8">
              <w:rPr>
                <w:lang w:val="ru-RU"/>
              </w:rPr>
              <w:t>_</w:t>
            </w:r>
            <w:r>
              <w:t>otryad</w:t>
            </w:r>
            <w:r w:rsidRPr="00332DB8">
              <w:rPr>
                <w:lang w:val="ru-RU"/>
              </w:rPr>
              <w:t>.</w:t>
            </w:r>
            <w:r>
              <w:t>mp</w:t>
            </w:r>
            <w:r w:rsidRPr="00332DB8">
              <w:rPr>
                <w:lang w:val="ru-RU"/>
              </w:rPr>
              <w:t xml:space="preserve">3», начинающийся со слов «Горят дома, за залпом залп…..» </w:t>
            </w:r>
            <w:r>
              <w:t>(решение Кстовского городского суда Нижегородской области от 12.02.2014);</w:t>
            </w:r>
          </w:p>
        </w:tc>
        <w:tc>
          <w:tcPr>
            <w:tcW w:w="2880" w:type="dxa"/>
          </w:tcPr>
          <w:p w:rsidR="006F7457" w:rsidRDefault="006F7457"/>
        </w:tc>
      </w:tr>
      <w:tr w:rsidR="006F7457" w:rsidRPr="00A31F1A">
        <w:tc>
          <w:tcPr>
            <w:tcW w:w="2880" w:type="dxa"/>
          </w:tcPr>
          <w:p w:rsidR="006F7457" w:rsidRDefault="00332DB8">
            <w:r>
              <w:t>2331.</w:t>
            </w:r>
          </w:p>
        </w:tc>
        <w:tc>
          <w:tcPr>
            <w:tcW w:w="2880" w:type="dxa"/>
          </w:tcPr>
          <w:p w:rsidR="006F7457" w:rsidRPr="00332DB8" w:rsidRDefault="00332DB8">
            <w:pPr>
              <w:rPr>
                <w:lang w:val="ru-RU"/>
              </w:rPr>
            </w:pPr>
            <w:r w:rsidRPr="00332DB8">
              <w:rPr>
                <w:lang w:val="ru-RU"/>
              </w:rPr>
              <w:t>Размещенные Ивлевым Русланом Анатольевичем под псевдонимом «Адольф Гитлер» в сети «Интернет» на сайте «</w:t>
            </w:r>
            <w:r>
              <w:t>http</w:t>
            </w:r>
            <w:r w:rsidRPr="00332DB8">
              <w:rPr>
                <w:lang w:val="ru-RU"/>
              </w:rPr>
              <w:t>://</w:t>
            </w:r>
            <w:r>
              <w:t>vk</w:t>
            </w:r>
            <w:r w:rsidRPr="00332DB8">
              <w:rPr>
                <w:lang w:val="ru-RU"/>
              </w:rPr>
              <w:t>.</w:t>
            </w:r>
            <w:r>
              <w:t>com</w:t>
            </w:r>
            <w:r w:rsidRPr="00332DB8">
              <w:rPr>
                <w:lang w:val="ru-RU"/>
              </w:rPr>
              <w:t>/</w:t>
            </w:r>
            <w:r>
              <w:t>id</w:t>
            </w:r>
            <w:r w:rsidRPr="00332DB8">
              <w:rPr>
                <w:lang w:val="ru-RU"/>
              </w:rPr>
              <w:t>74957397» видеоматериалы: «скин хэд!!!!!!!!!!!!!№1», «скины», и «задумайся» (решение Псковского городского суда Псковской области от 05.11.2013);</w:t>
            </w:r>
          </w:p>
        </w:tc>
        <w:tc>
          <w:tcPr>
            <w:tcW w:w="2880" w:type="dxa"/>
          </w:tcPr>
          <w:p w:rsidR="006F7457" w:rsidRPr="00332DB8" w:rsidRDefault="006F7457">
            <w:pPr>
              <w:rPr>
                <w:lang w:val="ru-RU"/>
              </w:rPr>
            </w:pPr>
          </w:p>
        </w:tc>
      </w:tr>
      <w:tr w:rsidR="006F7457" w:rsidRPr="00A31F1A">
        <w:tc>
          <w:tcPr>
            <w:tcW w:w="2880" w:type="dxa"/>
          </w:tcPr>
          <w:p w:rsidR="006F7457" w:rsidRDefault="00332DB8">
            <w:r>
              <w:t>2332.</w:t>
            </w:r>
          </w:p>
        </w:tc>
        <w:tc>
          <w:tcPr>
            <w:tcW w:w="2880" w:type="dxa"/>
          </w:tcPr>
          <w:p w:rsidR="006F7457" w:rsidRPr="00332DB8" w:rsidRDefault="00332DB8">
            <w:pPr>
              <w:rPr>
                <w:lang w:val="ru-RU"/>
              </w:rPr>
            </w:pPr>
            <w:r w:rsidRPr="00332DB8">
              <w:rPr>
                <w:lang w:val="ru-RU"/>
              </w:rPr>
              <w:t xml:space="preserve">Интернет-ресурс «Информационное агентство Вилайята Палг1айче», размещенный в сети «Интернет» по электронному адресу: </w:t>
            </w:r>
            <w:r>
              <w:t>http</w:t>
            </w:r>
            <w:r w:rsidRPr="00332DB8">
              <w:rPr>
                <w:lang w:val="ru-RU"/>
              </w:rPr>
              <w:t>://</w:t>
            </w:r>
            <w:r>
              <w:t>abrorinfo</w:t>
            </w:r>
            <w:r w:rsidRPr="00332DB8">
              <w:rPr>
                <w:lang w:val="ru-RU"/>
              </w:rPr>
              <w:t>.</w:t>
            </w:r>
            <w:r>
              <w:t>wordpress</w:t>
            </w:r>
            <w:r w:rsidRPr="00332DB8">
              <w:rPr>
                <w:lang w:val="ru-RU"/>
              </w:rPr>
              <w:t>.</w:t>
            </w:r>
            <w:r>
              <w:t>com</w:t>
            </w:r>
            <w:r w:rsidRPr="00332DB8">
              <w:rPr>
                <w:lang w:val="ru-RU"/>
              </w:rPr>
              <w:t>/ (решение Интинского городского суда Республики Коми от 26.03.2014);</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2333.</w:t>
            </w:r>
          </w:p>
        </w:tc>
        <w:tc>
          <w:tcPr>
            <w:tcW w:w="2880" w:type="dxa"/>
          </w:tcPr>
          <w:p w:rsidR="006F7457" w:rsidRPr="00332DB8" w:rsidRDefault="00332DB8">
            <w:pPr>
              <w:rPr>
                <w:lang w:val="ru-RU"/>
              </w:rPr>
            </w:pPr>
            <w:r w:rsidRPr="00332DB8">
              <w:rPr>
                <w:lang w:val="ru-RU"/>
              </w:rPr>
              <w:t xml:space="preserve">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60787159 интернет сайт </w:t>
            </w:r>
            <w:r>
              <w:t>www</w:t>
            </w:r>
            <w:r w:rsidRPr="00332DB8">
              <w:rPr>
                <w:lang w:val="ru-RU"/>
              </w:rPr>
              <w:t>.</w:t>
            </w:r>
            <w:r>
              <w:t>vk</w:t>
            </w:r>
            <w:r w:rsidRPr="00332DB8">
              <w:rPr>
                <w:lang w:val="ru-RU"/>
              </w:rPr>
              <w:t>.</w:t>
            </w:r>
            <w:r>
              <w:t>com</w:t>
            </w:r>
            <w:r w:rsidRPr="00332DB8">
              <w:rPr>
                <w:lang w:val="ru-RU"/>
              </w:rPr>
              <w:t xml:space="preserve"> (решение Томского районного суда Томской области от 24.03.2014);</w:t>
            </w:r>
          </w:p>
        </w:tc>
        <w:tc>
          <w:tcPr>
            <w:tcW w:w="2880" w:type="dxa"/>
          </w:tcPr>
          <w:p w:rsidR="006F7457" w:rsidRPr="00332DB8" w:rsidRDefault="006F7457">
            <w:pPr>
              <w:rPr>
                <w:lang w:val="ru-RU"/>
              </w:rPr>
            </w:pPr>
          </w:p>
        </w:tc>
      </w:tr>
      <w:tr w:rsidR="006F7457" w:rsidRPr="00A31F1A">
        <w:tc>
          <w:tcPr>
            <w:tcW w:w="2880" w:type="dxa"/>
          </w:tcPr>
          <w:p w:rsidR="006F7457" w:rsidRDefault="00332DB8">
            <w:r>
              <w:t>2334.</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следующим адресам в интернете: </w:t>
            </w:r>
            <w:r>
              <w:t>http</w:t>
            </w:r>
            <w:r w:rsidRPr="00332DB8">
              <w:rPr>
                <w:lang w:val="ru-RU"/>
              </w:rPr>
              <w:t>://</w:t>
            </w:r>
            <w:r>
              <w:t>www</w:t>
            </w:r>
            <w:r w:rsidRPr="00332DB8">
              <w:rPr>
                <w:lang w:val="ru-RU"/>
              </w:rPr>
              <w:t>.911-</w:t>
            </w:r>
            <w:r>
              <w:t>truth</w:t>
            </w:r>
            <w:r w:rsidRPr="00332DB8">
              <w:rPr>
                <w:lang w:val="ru-RU"/>
              </w:rPr>
              <w:t>.</w:t>
            </w:r>
            <w:r>
              <w:t>net</w:t>
            </w:r>
            <w:r w:rsidRPr="00332DB8">
              <w:rPr>
                <w:lang w:val="ru-RU"/>
              </w:rPr>
              <w:t>/</w:t>
            </w:r>
            <w:r>
              <w:t>Adolf</w:t>
            </w:r>
            <w:r w:rsidRPr="00332DB8">
              <w:rPr>
                <w:lang w:val="ru-RU"/>
              </w:rPr>
              <w:t>_</w:t>
            </w:r>
            <w:r>
              <w:t>Hitler</w:t>
            </w:r>
            <w:r w:rsidRPr="00332DB8">
              <w:rPr>
                <w:lang w:val="ru-RU"/>
              </w:rPr>
              <w:t>_</w:t>
            </w:r>
            <w:r>
              <w:t>Mein</w:t>
            </w:r>
            <w:r w:rsidRPr="00332DB8">
              <w:rPr>
                <w:lang w:val="ru-RU"/>
              </w:rPr>
              <w:t>_</w:t>
            </w:r>
            <w:r>
              <w:t>Kampf</w:t>
            </w:r>
            <w:r w:rsidRPr="00332DB8">
              <w:rPr>
                <w:lang w:val="ru-RU"/>
              </w:rPr>
              <w:t>_</w:t>
            </w:r>
            <w:r>
              <w:t>Russian</w:t>
            </w:r>
            <w:r w:rsidRPr="00332DB8">
              <w:rPr>
                <w:lang w:val="ru-RU"/>
              </w:rPr>
              <w:t>_</w:t>
            </w:r>
            <w:r>
              <w:t>translation</w:t>
            </w:r>
            <w:r w:rsidRPr="00332DB8">
              <w:rPr>
                <w:lang w:val="ru-RU"/>
              </w:rPr>
              <w:t>.</w:t>
            </w:r>
            <w:r>
              <w:t>pdf</w:t>
            </w:r>
            <w:r w:rsidRPr="00332DB8">
              <w:rPr>
                <w:lang w:val="ru-RU"/>
              </w:rPr>
              <w:t xml:space="preserve"> и </w:t>
            </w:r>
            <w:r>
              <w:t>http</w:t>
            </w:r>
            <w:r w:rsidRPr="00332DB8">
              <w:rPr>
                <w:lang w:val="ru-RU"/>
              </w:rPr>
              <w:t>://</w:t>
            </w:r>
            <w:r>
              <w:t>economics</w:t>
            </w:r>
            <w:r w:rsidRPr="00332DB8">
              <w:rPr>
                <w:lang w:val="ru-RU"/>
              </w:rPr>
              <w:t>.</w:t>
            </w:r>
            <w:r>
              <w:t>kiev</w:t>
            </w:r>
            <w:r w:rsidRPr="00332DB8">
              <w:rPr>
                <w:lang w:val="ru-RU"/>
              </w:rPr>
              <w:t>.</w:t>
            </w:r>
            <w:r>
              <w:t>ua</w:t>
            </w:r>
            <w:r w:rsidRPr="00332DB8">
              <w:rPr>
                <w:lang w:val="ru-RU"/>
              </w:rPr>
              <w:t>/</w:t>
            </w:r>
            <w:r>
              <w:t>index</w:t>
            </w:r>
            <w:r w:rsidRPr="00332DB8">
              <w:rPr>
                <w:lang w:val="ru-RU"/>
              </w:rPr>
              <w:t>.</w:t>
            </w:r>
            <w:r>
              <w:t>php</w:t>
            </w:r>
            <w:r w:rsidRPr="00332DB8">
              <w:rPr>
                <w:lang w:val="ru-RU"/>
              </w:rPr>
              <w:t>?</w:t>
            </w:r>
            <w:r>
              <w:t>id</w:t>
            </w:r>
            <w:r w:rsidRPr="00332DB8">
              <w:rPr>
                <w:lang w:val="ru-RU"/>
              </w:rPr>
              <w:t>=223&amp;</w:t>
            </w:r>
            <w:r>
              <w:t>view</w:t>
            </w:r>
            <w:r w:rsidRPr="00332DB8">
              <w:rPr>
                <w:lang w:val="ru-RU"/>
              </w:rPr>
              <w:t>=</w:t>
            </w:r>
            <w:r>
              <w:t>article</w:t>
            </w:r>
            <w:r w:rsidRPr="00332DB8">
              <w:rPr>
                <w:lang w:val="ru-RU"/>
              </w:rPr>
              <w:t xml:space="preserve"> (решение Ново-Савиновского районного суда г. Казани Республики Татарстан от 20.02.2014);</w:t>
            </w:r>
          </w:p>
        </w:tc>
        <w:tc>
          <w:tcPr>
            <w:tcW w:w="2880" w:type="dxa"/>
          </w:tcPr>
          <w:p w:rsidR="006F7457" w:rsidRPr="00332DB8" w:rsidRDefault="006F7457">
            <w:pPr>
              <w:rPr>
                <w:lang w:val="ru-RU"/>
              </w:rPr>
            </w:pPr>
          </w:p>
        </w:tc>
      </w:tr>
      <w:tr w:rsidR="006F7457" w:rsidRPr="00A31F1A">
        <w:tc>
          <w:tcPr>
            <w:tcW w:w="2880" w:type="dxa"/>
          </w:tcPr>
          <w:p w:rsidR="006F7457" w:rsidRDefault="00332DB8">
            <w:r>
              <w:t>2335.</w:t>
            </w:r>
          </w:p>
        </w:tc>
        <w:tc>
          <w:tcPr>
            <w:tcW w:w="2880" w:type="dxa"/>
          </w:tcPr>
          <w:p w:rsidR="006F7457" w:rsidRPr="00332DB8" w:rsidRDefault="00332DB8">
            <w:pPr>
              <w:rPr>
                <w:lang w:val="ru-RU"/>
              </w:rPr>
            </w:pPr>
            <w:r w:rsidRPr="00332DB8">
              <w:rPr>
                <w:lang w:val="ru-RU"/>
              </w:rPr>
              <w:t xml:space="preserve">Материалы статей и комментарии к ним, распространяемые в сети Интернет лицами под псевдонимами «Виктор Шандров» и «Михаил Пупкин», опубликованные на сайте </w:t>
            </w:r>
            <w:r>
              <w:t>http</w:t>
            </w:r>
            <w:r w:rsidRPr="00332DB8">
              <w:rPr>
                <w:lang w:val="ru-RU"/>
              </w:rPr>
              <w:t>://</w:t>
            </w:r>
            <w:r>
              <w:t>vk</w:t>
            </w:r>
            <w:r w:rsidRPr="00332DB8">
              <w:rPr>
                <w:lang w:val="ru-RU"/>
              </w:rPr>
              <w:t>.</w:t>
            </w:r>
            <w:r>
              <w:t>com</w:t>
            </w:r>
            <w:r w:rsidRPr="00332DB8">
              <w:rPr>
                <w:lang w:val="ru-RU"/>
              </w:rPr>
              <w:t>/</w:t>
            </w:r>
            <w:r>
              <w:t>this</w:t>
            </w:r>
            <w:r w:rsidRPr="00332DB8">
              <w:rPr>
                <w:lang w:val="ru-RU"/>
              </w:rPr>
              <w:t>_</w:t>
            </w:r>
            <w:r>
              <w:t>is</w:t>
            </w:r>
            <w:r w:rsidRPr="00332DB8">
              <w:rPr>
                <w:lang w:val="ru-RU"/>
              </w:rPr>
              <w:t>_</w:t>
            </w:r>
            <w:r>
              <w:t>sochi</w:t>
            </w:r>
            <w:r w:rsidRPr="00332DB8">
              <w:rPr>
                <w:lang w:val="ru-RU"/>
              </w:rPr>
              <w:t xml:space="preserve"> по адресу: </w:t>
            </w:r>
            <w:r>
              <w:t>http</w:t>
            </w:r>
            <w:r w:rsidRPr="00332DB8">
              <w:rPr>
                <w:lang w:val="ru-RU"/>
              </w:rPr>
              <w:t>://</w:t>
            </w:r>
            <w:r>
              <w:t>via</w:t>
            </w:r>
            <w:r w:rsidRPr="00332DB8">
              <w:rPr>
                <w:lang w:val="ru-RU"/>
              </w:rPr>
              <w:t>-</w:t>
            </w:r>
            <w:r>
              <w:t>midgard</w:t>
            </w:r>
            <w:r w:rsidRPr="00332DB8">
              <w:rPr>
                <w:lang w:val="ru-RU"/>
              </w:rPr>
              <w:t>.</w:t>
            </w:r>
            <w:r>
              <w:t>info</w:t>
            </w:r>
            <w:r w:rsidRPr="00332DB8">
              <w:rPr>
                <w:lang w:val="ru-RU"/>
              </w:rPr>
              <w:t>/</w:t>
            </w:r>
            <w:r>
              <w:t>news</w:t>
            </w:r>
            <w:r w:rsidRPr="00332DB8">
              <w:rPr>
                <w:lang w:val="ru-RU"/>
              </w:rPr>
              <w:t>/</w:t>
            </w:r>
            <w:r>
              <w:t>uchi</w:t>
            </w:r>
            <w:r w:rsidRPr="00332DB8">
              <w:rPr>
                <w:lang w:val="ru-RU"/>
              </w:rPr>
              <w:t>-</w:t>
            </w:r>
            <w:r>
              <w:t>kobyla</w:t>
            </w:r>
            <w:r w:rsidRPr="00332DB8">
              <w:rPr>
                <w:lang w:val="ru-RU"/>
              </w:rPr>
              <w:t>-</w:t>
            </w:r>
            <w:r>
              <w:t>chechenskii</w:t>
            </w:r>
            <w:r w:rsidRPr="00332DB8">
              <w:rPr>
                <w:lang w:val="ru-RU"/>
              </w:rPr>
              <w:t>-</w:t>
            </w:r>
            <w:r>
              <w:t>vazyk</w:t>
            </w:r>
            <w:r w:rsidRPr="00332DB8">
              <w:rPr>
                <w:lang w:val="ru-RU"/>
              </w:rPr>
              <w:t>-</w:t>
            </w:r>
            <w:r>
              <w:t>zdes</w:t>
            </w:r>
            <w:r w:rsidRPr="00332DB8">
              <w:rPr>
                <w:lang w:val="ru-RU"/>
              </w:rPr>
              <w:t>-</w:t>
            </w:r>
            <w:r>
              <w:t>skoro</w:t>
            </w:r>
            <w:r w:rsidRPr="00332DB8">
              <w:rPr>
                <w:lang w:val="ru-RU"/>
              </w:rPr>
              <w:t>-</w:t>
            </w:r>
            <w:r>
              <w:t>vse</w:t>
            </w:r>
            <w:r w:rsidRPr="00332DB8">
              <w:rPr>
                <w:lang w:val="ru-RU"/>
              </w:rPr>
              <w:t>.</w:t>
            </w:r>
            <w:r>
              <w:t>htm</w:t>
            </w:r>
            <w:r w:rsidRPr="00332DB8">
              <w:rPr>
                <w:lang w:val="ru-RU"/>
              </w:rPr>
              <w:t xml:space="preserve"> (решение Центрального районного суда г. Сочи Краснодарского края от 03.02.2014);</w:t>
            </w:r>
          </w:p>
        </w:tc>
        <w:tc>
          <w:tcPr>
            <w:tcW w:w="2880" w:type="dxa"/>
          </w:tcPr>
          <w:p w:rsidR="006F7457" w:rsidRPr="00332DB8" w:rsidRDefault="006F7457">
            <w:pPr>
              <w:rPr>
                <w:lang w:val="ru-RU"/>
              </w:rPr>
            </w:pPr>
          </w:p>
        </w:tc>
      </w:tr>
      <w:tr w:rsidR="006F7457" w:rsidRPr="00A31F1A">
        <w:tc>
          <w:tcPr>
            <w:tcW w:w="2880" w:type="dxa"/>
          </w:tcPr>
          <w:p w:rsidR="006F7457" w:rsidRDefault="00332DB8">
            <w:r>
              <w:t>2336.</w:t>
            </w:r>
          </w:p>
        </w:tc>
        <w:tc>
          <w:tcPr>
            <w:tcW w:w="2880" w:type="dxa"/>
          </w:tcPr>
          <w:p w:rsidR="006F7457" w:rsidRPr="00332DB8" w:rsidRDefault="00332DB8">
            <w:pPr>
              <w:rPr>
                <w:lang w:val="ru-RU"/>
              </w:rPr>
            </w:pPr>
            <w:r w:rsidRPr="00332DB8">
              <w:rPr>
                <w:lang w:val="ru-RU"/>
              </w:rPr>
              <w:t xml:space="preserve">Видеоролик «Сестры на пути Аллаха. На русском языке», размещенный в Глобальной информационной сети Интернет по электронному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DkgRyKlhuFs</w:t>
            </w:r>
            <w:r w:rsidRPr="00332DB8">
              <w:rPr>
                <w:lang w:val="ru-RU"/>
              </w:rPr>
              <w:t>, который длится 42 минуты 50 секунд (решение Вахитовского районного суда г. Казани от 28.03.2014);</w:t>
            </w:r>
          </w:p>
        </w:tc>
        <w:tc>
          <w:tcPr>
            <w:tcW w:w="2880" w:type="dxa"/>
          </w:tcPr>
          <w:p w:rsidR="006F7457" w:rsidRPr="00332DB8" w:rsidRDefault="006F7457">
            <w:pPr>
              <w:rPr>
                <w:lang w:val="ru-RU"/>
              </w:rPr>
            </w:pPr>
          </w:p>
        </w:tc>
      </w:tr>
      <w:tr w:rsidR="006F7457" w:rsidRPr="00A31F1A">
        <w:tc>
          <w:tcPr>
            <w:tcW w:w="2880" w:type="dxa"/>
          </w:tcPr>
          <w:p w:rsidR="006F7457" w:rsidRDefault="00332DB8">
            <w:r>
              <w:t>2337.</w:t>
            </w:r>
          </w:p>
        </w:tc>
        <w:tc>
          <w:tcPr>
            <w:tcW w:w="2880" w:type="dxa"/>
          </w:tcPr>
          <w:p w:rsidR="006F7457" w:rsidRPr="00332DB8" w:rsidRDefault="00332DB8">
            <w:pPr>
              <w:rPr>
                <w:lang w:val="ru-RU"/>
              </w:rPr>
            </w:pPr>
            <w:r w:rsidRPr="00332DB8">
              <w:rPr>
                <w:lang w:val="ru-RU"/>
              </w:rPr>
              <w:t xml:space="preserve">Комментарии к статье «Русская мразь в камуфляже», размещенной в Глобальной информационной сети Интернет на ресурсе </w:t>
            </w:r>
            <w:r>
              <w:t>ummanews</w:t>
            </w:r>
            <w:r w:rsidRPr="00332DB8">
              <w:rPr>
                <w:lang w:val="ru-RU"/>
              </w:rPr>
              <w:t>.</w:t>
            </w:r>
            <w:r>
              <w:t>com</w:t>
            </w:r>
            <w:r w:rsidRPr="00332DB8">
              <w:rPr>
                <w:lang w:val="ru-RU"/>
              </w:rPr>
              <w:t xml:space="preserve"> по электронному адресу: </w:t>
            </w:r>
            <w:r>
              <w:t>http</w:t>
            </w:r>
            <w:r w:rsidRPr="00332DB8">
              <w:rPr>
                <w:lang w:val="ru-RU"/>
              </w:rPr>
              <w:t>://</w:t>
            </w:r>
            <w:r>
              <w:t>www</w:t>
            </w:r>
            <w:r w:rsidRPr="00332DB8">
              <w:rPr>
                <w:lang w:val="ru-RU"/>
              </w:rPr>
              <w:t>.</w:t>
            </w:r>
            <w:r>
              <w:t>ummanews</w:t>
            </w:r>
            <w:r w:rsidRPr="00332DB8">
              <w:rPr>
                <w:lang w:val="ru-RU"/>
              </w:rPr>
              <w:t>.</w:t>
            </w:r>
            <w:r>
              <w:t>com</w:t>
            </w:r>
            <w:r w:rsidRPr="00332DB8">
              <w:rPr>
                <w:lang w:val="ru-RU"/>
              </w:rPr>
              <w:t>/</w:t>
            </w:r>
            <w:r>
              <w:t>news</w:t>
            </w:r>
            <w:r w:rsidRPr="00332DB8">
              <w:rPr>
                <w:lang w:val="ru-RU"/>
              </w:rPr>
              <w:t>/</w:t>
            </w:r>
            <w:r>
              <w:t>kavkaz</w:t>
            </w:r>
            <w:r w:rsidRPr="00332DB8">
              <w:rPr>
                <w:lang w:val="ru-RU"/>
              </w:rPr>
              <w:t>/9241-2012-11-12-06-52-50 (решение Вахитовского районного суда г. Казани от 28.03.2014);</w:t>
            </w:r>
          </w:p>
        </w:tc>
        <w:tc>
          <w:tcPr>
            <w:tcW w:w="2880" w:type="dxa"/>
          </w:tcPr>
          <w:p w:rsidR="006F7457" w:rsidRPr="00332DB8" w:rsidRDefault="006F7457">
            <w:pPr>
              <w:rPr>
                <w:lang w:val="ru-RU"/>
              </w:rPr>
            </w:pPr>
          </w:p>
        </w:tc>
      </w:tr>
      <w:tr w:rsidR="006F7457" w:rsidRPr="00A31F1A">
        <w:tc>
          <w:tcPr>
            <w:tcW w:w="2880" w:type="dxa"/>
          </w:tcPr>
          <w:p w:rsidR="006F7457" w:rsidRDefault="00332DB8">
            <w:r>
              <w:t>233</w:t>
            </w:r>
            <w:r>
              <w:lastRenderedPageBreak/>
              <w:t>8.</w:t>
            </w:r>
          </w:p>
        </w:tc>
        <w:tc>
          <w:tcPr>
            <w:tcW w:w="2880" w:type="dxa"/>
          </w:tcPr>
          <w:p w:rsidR="006F7457" w:rsidRPr="00332DB8" w:rsidRDefault="00332DB8">
            <w:pPr>
              <w:rPr>
                <w:lang w:val="ru-RU"/>
              </w:rPr>
            </w:pPr>
            <w:r w:rsidRPr="00332DB8">
              <w:rPr>
                <w:lang w:val="ru-RU"/>
              </w:rPr>
              <w:lastRenderedPageBreak/>
              <w:t xml:space="preserve">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w:t>
            </w:r>
            <w:r w:rsidRPr="00332DB8">
              <w:rPr>
                <w:lang w:val="ru-RU"/>
              </w:rPr>
              <w:lastRenderedPageBreak/>
              <w:t>Башкортостан от 29.04.2013);</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2339.</w:t>
            </w:r>
          </w:p>
        </w:tc>
        <w:tc>
          <w:tcPr>
            <w:tcW w:w="2880" w:type="dxa"/>
          </w:tcPr>
          <w:p w:rsidR="006F7457" w:rsidRPr="00332DB8" w:rsidRDefault="00332DB8">
            <w:pPr>
              <w:rPr>
                <w:lang w:val="ru-RU"/>
              </w:rPr>
            </w:pPr>
            <w:r w:rsidRPr="00332DB8">
              <w:rPr>
                <w:lang w:val="ru-RU"/>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2880" w:type="dxa"/>
          </w:tcPr>
          <w:p w:rsidR="006F7457" w:rsidRPr="00332DB8" w:rsidRDefault="006F7457">
            <w:pPr>
              <w:rPr>
                <w:lang w:val="ru-RU"/>
              </w:rPr>
            </w:pPr>
          </w:p>
        </w:tc>
      </w:tr>
      <w:tr w:rsidR="006F7457" w:rsidRPr="00A31F1A">
        <w:tc>
          <w:tcPr>
            <w:tcW w:w="2880" w:type="dxa"/>
          </w:tcPr>
          <w:p w:rsidR="006F7457" w:rsidRDefault="00332DB8">
            <w:r>
              <w:t>2340.</w:t>
            </w:r>
          </w:p>
        </w:tc>
        <w:tc>
          <w:tcPr>
            <w:tcW w:w="2880" w:type="dxa"/>
          </w:tcPr>
          <w:p w:rsidR="006F7457" w:rsidRPr="00332DB8" w:rsidRDefault="00332DB8">
            <w:pPr>
              <w:rPr>
                <w:lang w:val="ru-RU"/>
              </w:rPr>
            </w:pPr>
            <w:r w:rsidRPr="00332DB8">
              <w:rPr>
                <w:lang w:val="ru-RU"/>
              </w:rPr>
              <w:t>Музыкально-текстовая композиция «Черная смерть» (</w:t>
            </w:r>
            <w:r>
              <w:t>http</w:t>
            </w:r>
            <w:r w:rsidRPr="00332DB8">
              <w:rPr>
                <w:lang w:val="ru-RU"/>
              </w:rPr>
              <w:t>://</w:t>
            </w:r>
            <w:r>
              <w:t>vk</w:t>
            </w:r>
            <w:r w:rsidRPr="00332DB8">
              <w:rPr>
                <w:lang w:val="ru-RU"/>
              </w:rPr>
              <w:t>.</w:t>
            </w:r>
            <w:r>
              <w:t>com</w:t>
            </w:r>
            <w:r w:rsidRPr="00332DB8">
              <w:rPr>
                <w:lang w:val="ru-RU"/>
              </w:rPr>
              <w:t>/</w:t>
            </w:r>
            <w:r>
              <w:t>audios</w:t>
            </w:r>
            <w:r w:rsidRPr="00332DB8">
              <w:rPr>
                <w:lang w:val="ru-RU"/>
              </w:rPr>
              <w:t>141033828) в сети Интернет на сайте «ВКонтакте» (решение Василеостровского районного суда г. Санкт-Петербурга от 05.12.2013);</w:t>
            </w:r>
          </w:p>
        </w:tc>
        <w:tc>
          <w:tcPr>
            <w:tcW w:w="2880" w:type="dxa"/>
          </w:tcPr>
          <w:p w:rsidR="006F7457" w:rsidRPr="00332DB8" w:rsidRDefault="006F7457">
            <w:pPr>
              <w:rPr>
                <w:lang w:val="ru-RU"/>
              </w:rPr>
            </w:pPr>
          </w:p>
        </w:tc>
      </w:tr>
      <w:tr w:rsidR="006F7457" w:rsidRPr="00A31F1A">
        <w:tc>
          <w:tcPr>
            <w:tcW w:w="2880" w:type="dxa"/>
          </w:tcPr>
          <w:p w:rsidR="006F7457" w:rsidRDefault="00332DB8">
            <w:r>
              <w:t>2341.</w:t>
            </w:r>
          </w:p>
        </w:tc>
        <w:tc>
          <w:tcPr>
            <w:tcW w:w="2880" w:type="dxa"/>
          </w:tcPr>
          <w:p w:rsidR="006F7457" w:rsidRPr="00332DB8" w:rsidRDefault="00332DB8">
            <w:pPr>
              <w:rPr>
                <w:lang w:val="ru-RU"/>
              </w:rPr>
            </w:pPr>
            <w:r w:rsidRPr="00332DB8">
              <w:rPr>
                <w:lang w:val="ru-RU"/>
              </w:rPr>
              <w:t xml:space="preserve">Интернет-сайт </w:t>
            </w:r>
            <w:r>
              <w:t>www</w:t>
            </w:r>
            <w:r w:rsidRPr="00332DB8">
              <w:rPr>
                <w:lang w:val="ru-RU"/>
              </w:rPr>
              <w:t>.</w:t>
            </w:r>
            <w:r>
              <w:t>kavkazjihad</w:t>
            </w:r>
            <w:r w:rsidRPr="00332DB8">
              <w:rPr>
                <w:lang w:val="ru-RU"/>
              </w:rPr>
              <w:t>.</w:t>
            </w:r>
            <w:r>
              <w:t>com</w:t>
            </w:r>
            <w:r w:rsidRPr="00332DB8">
              <w:rPr>
                <w:lang w:val="ru-RU"/>
              </w:rPr>
              <w:t xml:space="preserve"> (решение Советского районного суда г. Астрахани от 13.03.2014);</w:t>
            </w:r>
          </w:p>
        </w:tc>
        <w:tc>
          <w:tcPr>
            <w:tcW w:w="2880" w:type="dxa"/>
          </w:tcPr>
          <w:p w:rsidR="006F7457" w:rsidRPr="00332DB8" w:rsidRDefault="006F7457">
            <w:pPr>
              <w:rPr>
                <w:lang w:val="ru-RU"/>
              </w:rPr>
            </w:pPr>
          </w:p>
        </w:tc>
      </w:tr>
      <w:tr w:rsidR="006F7457">
        <w:tc>
          <w:tcPr>
            <w:tcW w:w="2880" w:type="dxa"/>
          </w:tcPr>
          <w:p w:rsidR="006F7457" w:rsidRDefault="00332DB8">
            <w:r>
              <w:t>2342.</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234</w:t>
            </w:r>
            <w:r>
              <w:lastRenderedPageBreak/>
              <w:t>3.</w:t>
            </w:r>
          </w:p>
        </w:tc>
        <w:tc>
          <w:tcPr>
            <w:tcW w:w="2880" w:type="dxa"/>
          </w:tcPr>
          <w:p w:rsidR="006F7457" w:rsidRDefault="00332DB8">
            <w:r>
              <w:lastRenderedPageBreak/>
              <w:t>Исключен;</w:t>
            </w:r>
          </w:p>
        </w:tc>
        <w:tc>
          <w:tcPr>
            <w:tcW w:w="2880" w:type="dxa"/>
          </w:tcPr>
          <w:p w:rsidR="006F7457" w:rsidRDefault="006F7457"/>
        </w:tc>
      </w:tr>
      <w:tr w:rsidR="006F7457" w:rsidRPr="00A31F1A">
        <w:tc>
          <w:tcPr>
            <w:tcW w:w="2880" w:type="dxa"/>
          </w:tcPr>
          <w:p w:rsidR="006F7457" w:rsidRDefault="00332DB8">
            <w:r>
              <w:lastRenderedPageBreak/>
              <w:t>2344.</w:t>
            </w:r>
          </w:p>
        </w:tc>
        <w:tc>
          <w:tcPr>
            <w:tcW w:w="2880" w:type="dxa"/>
          </w:tcPr>
          <w:p w:rsidR="006F7457" w:rsidRPr="00332DB8" w:rsidRDefault="00332DB8">
            <w:pPr>
              <w:rPr>
                <w:lang w:val="ru-RU"/>
              </w:rPr>
            </w:pPr>
            <w:r w:rsidRPr="00332DB8">
              <w:rPr>
                <w:lang w:val="ru-RU"/>
              </w:rPr>
              <w:t xml:space="preserve">Публикация на Интернет-странице с адресом: </w:t>
            </w:r>
            <w:r>
              <w:t>http</w:t>
            </w:r>
            <w:r w:rsidRPr="00332DB8">
              <w:rPr>
                <w:lang w:val="ru-RU"/>
              </w:rPr>
              <w:t>://</w:t>
            </w:r>
            <w:r>
              <w:t>slonus</w:t>
            </w:r>
            <w:r w:rsidRPr="00332DB8">
              <w:rPr>
                <w:lang w:val="ru-RU"/>
              </w:rPr>
              <w:t>2012.</w:t>
            </w:r>
            <w:r>
              <w:t>livejournal</w:t>
            </w:r>
            <w:r w:rsidRPr="00332DB8">
              <w:rPr>
                <w:lang w:val="ru-RU"/>
              </w:rPr>
              <w:t>.</w:t>
            </w:r>
            <w:r>
              <w:t>com</w:t>
            </w:r>
            <w:r w:rsidRPr="00332DB8">
              <w:rPr>
                <w:lang w:val="ru-RU"/>
              </w:rPr>
              <w:t xml:space="preserve">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2880" w:type="dxa"/>
          </w:tcPr>
          <w:p w:rsidR="006F7457" w:rsidRPr="00332DB8" w:rsidRDefault="006F7457">
            <w:pPr>
              <w:rPr>
                <w:lang w:val="ru-RU"/>
              </w:rPr>
            </w:pPr>
          </w:p>
        </w:tc>
      </w:tr>
      <w:tr w:rsidR="006F7457" w:rsidRPr="00A31F1A">
        <w:tc>
          <w:tcPr>
            <w:tcW w:w="2880" w:type="dxa"/>
          </w:tcPr>
          <w:p w:rsidR="006F7457" w:rsidRDefault="00332DB8">
            <w:r>
              <w:t>2345.</w:t>
            </w:r>
          </w:p>
        </w:tc>
        <w:tc>
          <w:tcPr>
            <w:tcW w:w="2880" w:type="dxa"/>
          </w:tcPr>
          <w:p w:rsidR="006F7457" w:rsidRPr="00332DB8" w:rsidRDefault="00332DB8">
            <w:pPr>
              <w:rPr>
                <w:lang w:val="ru-RU"/>
              </w:rPr>
            </w:pPr>
            <w:r w:rsidRPr="00332DB8">
              <w:rPr>
                <w:lang w:val="ru-RU"/>
              </w:rPr>
              <w:t xml:space="preserve">Статья «Путин должен понести наказание за убийство сотен тысяч людей», опубликованная на Интернет-странице с адресом: </w:t>
            </w:r>
            <w:r>
              <w:t>http</w:t>
            </w:r>
            <w:r w:rsidRPr="00332DB8">
              <w:rPr>
                <w:lang w:val="ru-RU"/>
              </w:rPr>
              <w:t>://06-</w:t>
            </w:r>
            <w:r>
              <w:t>ingushetiya</w:t>
            </w:r>
            <w:r w:rsidRPr="00332DB8">
              <w:rPr>
                <w:lang w:val="ru-RU"/>
              </w:rPr>
              <w:t>.</w:t>
            </w:r>
            <w:r>
              <w:t>livejounal</w:t>
            </w:r>
            <w:r w:rsidRPr="00332DB8">
              <w:rPr>
                <w:lang w:val="ru-RU"/>
              </w:rPr>
              <w:t>/</w:t>
            </w:r>
            <w:r>
              <w:t>com</w:t>
            </w:r>
            <w:r w:rsidRPr="00332DB8">
              <w:rPr>
                <w:lang w:val="ru-RU"/>
              </w:rPr>
              <w:t xml:space="preserve"> (решение Магасского районного суда Республики Ингушетия от 19.03.2014);</w:t>
            </w:r>
          </w:p>
        </w:tc>
        <w:tc>
          <w:tcPr>
            <w:tcW w:w="2880" w:type="dxa"/>
          </w:tcPr>
          <w:p w:rsidR="006F7457" w:rsidRPr="00332DB8" w:rsidRDefault="006F7457">
            <w:pPr>
              <w:rPr>
                <w:lang w:val="ru-RU"/>
              </w:rPr>
            </w:pPr>
          </w:p>
        </w:tc>
      </w:tr>
      <w:tr w:rsidR="006F7457" w:rsidRPr="00A31F1A">
        <w:tc>
          <w:tcPr>
            <w:tcW w:w="2880" w:type="dxa"/>
          </w:tcPr>
          <w:p w:rsidR="006F7457" w:rsidRDefault="00332DB8">
            <w:r>
              <w:t>2346.</w:t>
            </w:r>
          </w:p>
        </w:tc>
        <w:tc>
          <w:tcPr>
            <w:tcW w:w="2880" w:type="dxa"/>
          </w:tcPr>
          <w:p w:rsidR="006F7457" w:rsidRPr="00332DB8" w:rsidRDefault="00332DB8">
            <w:pPr>
              <w:rPr>
                <w:lang w:val="ru-RU"/>
              </w:rPr>
            </w:pPr>
            <w:r w:rsidRPr="00332DB8">
              <w:rPr>
                <w:lang w:val="ru-RU"/>
              </w:rP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c>
          <w:tcPr>
            <w:tcW w:w="2880" w:type="dxa"/>
          </w:tcPr>
          <w:p w:rsidR="006F7457" w:rsidRPr="00332DB8" w:rsidRDefault="006F7457">
            <w:pPr>
              <w:rPr>
                <w:lang w:val="ru-RU"/>
              </w:rPr>
            </w:pPr>
          </w:p>
        </w:tc>
      </w:tr>
      <w:tr w:rsidR="006F7457" w:rsidRPr="00A31F1A">
        <w:tc>
          <w:tcPr>
            <w:tcW w:w="2880" w:type="dxa"/>
          </w:tcPr>
          <w:p w:rsidR="006F7457" w:rsidRDefault="00332DB8">
            <w:r>
              <w:t>2347.</w:t>
            </w:r>
          </w:p>
        </w:tc>
        <w:tc>
          <w:tcPr>
            <w:tcW w:w="2880" w:type="dxa"/>
          </w:tcPr>
          <w:p w:rsidR="006F7457" w:rsidRPr="00332DB8" w:rsidRDefault="00332DB8">
            <w:pPr>
              <w:rPr>
                <w:lang w:val="ru-RU"/>
              </w:rPr>
            </w:pPr>
            <w:r w:rsidRPr="00332DB8">
              <w:rPr>
                <w:lang w:val="ru-RU"/>
              </w:rPr>
              <w:t xml:space="preserve">Статья Бориса Стомахина «Смерть России!»,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23.09.2013);</w:t>
            </w:r>
          </w:p>
        </w:tc>
        <w:tc>
          <w:tcPr>
            <w:tcW w:w="2880" w:type="dxa"/>
          </w:tcPr>
          <w:p w:rsidR="006F7457" w:rsidRPr="00332DB8" w:rsidRDefault="006F7457">
            <w:pPr>
              <w:rPr>
                <w:lang w:val="ru-RU"/>
              </w:rPr>
            </w:pPr>
          </w:p>
        </w:tc>
      </w:tr>
      <w:tr w:rsidR="006F7457">
        <w:tc>
          <w:tcPr>
            <w:tcW w:w="2880" w:type="dxa"/>
          </w:tcPr>
          <w:p w:rsidR="006F7457" w:rsidRDefault="00332DB8">
            <w:r>
              <w:t>234</w:t>
            </w:r>
            <w:r>
              <w:lastRenderedPageBreak/>
              <w:t>8.</w:t>
            </w:r>
          </w:p>
        </w:tc>
        <w:tc>
          <w:tcPr>
            <w:tcW w:w="2880" w:type="dxa"/>
          </w:tcPr>
          <w:p w:rsidR="006F7457" w:rsidRDefault="00332DB8">
            <w:r>
              <w:lastRenderedPageBreak/>
              <w:t>Исключен;</w:t>
            </w:r>
          </w:p>
        </w:tc>
        <w:tc>
          <w:tcPr>
            <w:tcW w:w="2880" w:type="dxa"/>
          </w:tcPr>
          <w:p w:rsidR="006F7457" w:rsidRDefault="006F7457"/>
        </w:tc>
      </w:tr>
      <w:tr w:rsidR="006F7457" w:rsidRPr="005A424D">
        <w:tc>
          <w:tcPr>
            <w:tcW w:w="2880" w:type="dxa"/>
          </w:tcPr>
          <w:p w:rsidR="006F7457" w:rsidRDefault="00332DB8">
            <w:r>
              <w:lastRenderedPageBreak/>
              <w:t>2349.</w:t>
            </w:r>
          </w:p>
        </w:tc>
        <w:tc>
          <w:tcPr>
            <w:tcW w:w="2880" w:type="dxa"/>
          </w:tcPr>
          <w:p w:rsidR="006F7457" w:rsidRPr="00332DB8" w:rsidRDefault="00332DB8">
            <w:pPr>
              <w:rPr>
                <w:lang w:val="ru-RU"/>
              </w:rPr>
            </w:pPr>
            <w:r w:rsidRPr="00332DB8">
              <w:rPr>
                <w:lang w:val="ru-RU"/>
              </w:rPr>
              <w:t xml:space="preserve">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w:t>
            </w:r>
            <w:r>
              <w:t>http</w:t>
            </w:r>
            <w:r w:rsidRPr="00332DB8">
              <w:rPr>
                <w:lang w:val="ru-RU"/>
              </w:rPr>
              <w:t>://</w:t>
            </w:r>
            <w:r>
              <w:t>vk</w:t>
            </w:r>
            <w:r w:rsidRPr="00332DB8">
              <w:rPr>
                <w:lang w:val="ru-RU"/>
              </w:rPr>
              <w:t>.</w:t>
            </w:r>
            <w:r>
              <w:t>com</w:t>
            </w:r>
            <w:r w:rsidRPr="00332DB8">
              <w:rPr>
                <w:lang w:val="ru-RU"/>
              </w:rPr>
              <w:t xml:space="preserve"> на странице пользователя «Евгений Волк» (решение Канавинского районного суда г. Нижнего Новгорода от 12.03.2014);</w:t>
            </w:r>
          </w:p>
        </w:tc>
        <w:tc>
          <w:tcPr>
            <w:tcW w:w="2880" w:type="dxa"/>
          </w:tcPr>
          <w:p w:rsidR="006F7457" w:rsidRPr="00332DB8" w:rsidRDefault="006F7457">
            <w:pPr>
              <w:rPr>
                <w:lang w:val="ru-RU"/>
              </w:rPr>
            </w:pPr>
          </w:p>
        </w:tc>
      </w:tr>
      <w:tr w:rsidR="006F7457" w:rsidRPr="00A31F1A">
        <w:tc>
          <w:tcPr>
            <w:tcW w:w="2880" w:type="dxa"/>
          </w:tcPr>
          <w:p w:rsidR="006F7457" w:rsidRDefault="00332DB8">
            <w:r>
              <w:t>2350.</w:t>
            </w:r>
          </w:p>
        </w:tc>
        <w:tc>
          <w:tcPr>
            <w:tcW w:w="2880" w:type="dxa"/>
          </w:tcPr>
          <w:p w:rsidR="006F7457" w:rsidRPr="00332DB8" w:rsidRDefault="00332DB8">
            <w:pPr>
              <w:rPr>
                <w:lang w:val="ru-RU"/>
              </w:rPr>
            </w:pPr>
            <w:r w:rsidRPr="00332DB8">
              <w:rPr>
                <w:lang w:val="ru-RU"/>
              </w:rPr>
              <w:t xml:space="preserve">Интернет-сайт с адресом: </w:t>
            </w:r>
            <w:r>
              <w:t>http</w:t>
            </w:r>
            <w:r w:rsidRPr="00332DB8">
              <w:rPr>
                <w:lang w:val="ru-RU"/>
              </w:rPr>
              <w:t>://</w:t>
            </w:r>
            <w:r>
              <w:t>goodbyekavkaz</w:t>
            </w:r>
            <w:r w:rsidRPr="00332DB8">
              <w:rPr>
                <w:lang w:val="ru-RU"/>
              </w:rPr>
              <w:t>.</w:t>
            </w:r>
            <w:r>
              <w:t>org</w:t>
            </w:r>
            <w:r w:rsidRPr="00332DB8">
              <w:rPr>
                <w:lang w:val="ru-RU"/>
              </w:rPr>
              <w:t xml:space="preserve"> (решение Магасского районного суда Республики Ингушетия от 19.03.2014);</w:t>
            </w:r>
          </w:p>
        </w:tc>
        <w:tc>
          <w:tcPr>
            <w:tcW w:w="2880" w:type="dxa"/>
          </w:tcPr>
          <w:p w:rsidR="006F7457" w:rsidRPr="00332DB8" w:rsidRDefault="006F7457">
            <w:pPr>
              <w:rPr>
                <w:lang w:val="ru-RU"/>
              </w:rPr>
            </w:pPr>
          </w:p>
        </w:tc>
      </w:tr>
      <w:tr w:rsidR="006F7457" w:rsidRPr="00A31F1A">
        <w:tc>
          <w:tcPr>
            <w:tcW w:w="2880" w:type="dxa"/>
          </w:tcPr>
          <w:p w:rsidR="006F7457" w:rsidRDefault="00332DB8">
            <w:r>
              <w:t>2351.</w:t>
            </w:r>
          </w:p>
        </w:tc>
        <w:tc>
          <w:tcPr>
            <w:tcW w:w="2880" w:type="dxa"/>
          </w:tcPr>
          <w:p w:rsidR="006F7457" w:rsidRPr="00332DB8" w:rsidRDefault="00332DB8">
            <w:pPr>
              <w:rPr>
                <w:lang w:val="ru-RU"/>
              </w:rPr>
            </w:pPr>
            <w:r w:rsidRPr="00332DB8">
              <w:rPr>
                <w:lang w:val="ru-RU"/>
              </w:rPr>
              <w:t>Книга автора Лучко В.М. «Словарь по народоведению» часть 1 (А-И), издательство «Арктур-А», 2011 г. (</w:t>
            </w:r>
            <w:r>
              <w:t>ISBN</w:t>
            </w:r>
            <w:r w:rsidRPr="00332DB8">
              <w:rPr>
                <w:lang w:val="ru-RU"/>
              </w:rPr>
              <w:t xml:space="preserve"> 987-966-7572-35-8), книга автора Лучко В.М. «Словарь по народоведению» часть 2 (К-П), издательство «Арктур-А», 2011 г. (</w:t>
            </w:r>
            <w:r>
              <w:t>ISBN</w:t>
            </w:r>
            <w:r w:rsidRPr="00332DB8">
              <w:rPr>
                <w:lang w:val="ru-RU"/>
              </w:rPr>
              <w:t xml:space="preserve"> 987-966-7572-36-5), книга автора Лучко В.М. «Словарь по народоведению» часть 3 (Р-Я), издательство «Арктур-А», 2011 г. (</w:t>
            </w:r>
            <w:r>
              <w:t>ISBN</w:t>
            </w:r>
            <w:r w:rsidRPr="00332DB8">
              <w:rPr>
                <w:lang w:val="ru-RU"/>
              </w:rPr>
              <w:t xml:space="preserve"> 987-966-7572-37-2) (решение Пресненского районного суда г. Москвы от 04.12.2012);</w:t>
            </w:r>
          </w:p>
        </w:tc>
        <w:tc>
          <w:tcPr>
            <w:tcW w:w="2880" w:type="dxa"/>
          </w:tcPr>
          <w:p w:rsidR="006F7457" w:rsidRPr="00332DB8" w:rsidRDefault="006F7457">
            <w:pPr>
              <w:rPr>
                <w:lang w:val="ru-RU"/>
              </w:rPr>
            </w:pPr>
          </w:p>
        </w:tc>
      </w:tr>
      <w:tr w:rsidR="006F7457" w:rsidRPr="00A31F1A">
        <w:tc>
          <w:tcPr>
            <w:tcW w:w="2880" w:type="dxa"/>
          </w:tcPr>
          <w:p w:rsidR="006F7457" w:rsidRDefault="00332DB8">
            <w:r>
              <w:t>2352.</w:t>
            </w:r>
          </w:p>
        </w:tc>
        <w:tc>
          <w:tcPr>
            <w:tcW w:w="2880" w:type="dxa"/>
          </w:tcPr>
          <w:p w:rsidR="006F7457" w:rsidRPr="00332DB8" w:rsidRDefault="00332DB8">
            <w:pPr>
              <w:rPr>
                <w:lang w:val="ru-RU"/>
              </w:rPr>
            </w:pPr>
            <w:r w:rsidRPr="00332DB8">
              <w:rPr>
                <w:lang w:val="ru-RU"/>
              </w:rPr>
              <w:t xml:space="preserve">Текст музыкальной композиции «Да расист (п.у. Цербер)», размещенной в сети Интернет на сайте </w:t>
            </w:r>
            <w:r>
              <w:t>http</w:t>
            </w:r>
            <w:r w:rsidRPr="00332DB8">
              <w:rPr>
                <w:lang w:val="ru-RU"/>
              </w:rPr>
              <w:t>://</w:t>
            </w:r>
            <w:r>
              <w:t>vk</w:t>
            </w:r>
            <w:r w:rsidRPr="00332DB8">
              <w:rPr>
                <w:lang w:val="ru-RU"/>
              </w:rPr>
              <w:t>.</w:t>
            </w:r>
            <w:r>
              <w:t>com</w:t>
            </w:r>
            <w:r w:rsidRPr="00332DB8">
              <w:rPr>
                <w:lang w:val="ru-RU"/>
              </w:rPr>
              <w:t>/</w:t>
            </w:r>
            <w:r>
              <w:t>dobry</w:t>
            </w:r>
            <w:r w:rsidRPr="00332DB8">
              <w:rPr>
                <w:lang w:val="ru-RU"/>
              </w:rPr>
              <w:t>_</w:t>
            </w:r>
            <w:r>
              <w:t>cot</w:t>
            </w:r>
            <w:r w:rsidRPr="00332DB8">
              <w:rPr>
                <w:lang w:val="ru-RU"/>
              </w:rPr>
              <w:t xml:space="preserve"> (решение Кировского районного суда г. Астрахани от 10.04.2014);</w:t>
            </w:r>
          </w:p>
        </w:tc>
        <w:tc>
          <w:tcPr>
            <w:tcW w:w="2880" w:type="dxa"/>
          </w:tcPr>
          <w:p w:rsidR="006F7457" w:rsidRPr="00332DB8" w:rsidRDefault="006F7457">
            <w:pPr>
              <w:rPr>
                <w:lang w:val="ru-RU"/>
              </w:rPr>
            </w:pPr>
          </w:p>
        </w:tc>
      </w:tr>
      <w:tr w:rsidR="006F7457" w:rsidRPr="00A31F1A">
        <w:tc>
          <w:tcPr>
            <w:tcW w:w="2880" w:type="dxa"/>
          </w:tcPr>
          <w:p w:rsidR="006F7457" w:rsidRDefault="00332DB8">
            <w:r>
              <w:t>2353.</w:t>
            </w:r>
          </w:p>
        </w:tc>
        <w:tc>
          <w:tcPr>
            <w:tcW w:w="2880" w:type="dxa"/>
          </w:tcPr>
          <w:p w:rsidR="006F7457" w:rsidRPr="00332DB8" w:rsidRDefault="00332DB8">
            <w:pPr>
              <w:rPr>
                <w:lang w:val="ru-RU"/>
              </w:rPr>
            </w:pPr>
            <w:r w:rsidRPr="00332DB8">
              <w:rPr>
                <w:lang w:val="ru-RU"/>
              </w:rPr>
              <w:t xml:space="preserve">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kroki</w:t>
            </w:r>
            <w:r w:rsidRPr="00332DB8">
              <w:rPr>
                <w:lang w:val="ru-RU"/>
              </w:rPr>
              <w:t>1418 (решение Индустриального районного суда г. Ижевска от 17.02.2014);</w:t>
            </w:r>
          </w:p>
        </w:tc>
        <w:tc>
          <w:tcPr>
            <w:tcW w:w="2880" w:type="dxa"/>
          </w:tcPr>
          <w:p w:rsidR="006F7457" w:rsidRPr="00332DB8" w:rsidRDefault="006F7457">
            <w:pPr>
              <w:rPr>
                <w:lang w:val="ru-RU"/>
              </w:rPr>
            </w:pPr>
          </w:p>
        </w:tc>
      </w:tr>
      <w:tr w:rsidR="006F7457" w:rsidRPr="00A31F1A">
        <w:tc>
          <w:tcPr>
            <w:tcW w:w="2880" w:type="dxa"/>
          </w:tcPr>
          <w:p w:rsidR="006F7457" w:rsidRDefault="00332DB8">
            <w:r>
              <w:lastRenderedPageBreak/>
              <w:t>2354.</w:t>
            </w:r>
          </w:p>
        </w:tc>
        <w:tc>
          <w:tcPr>
            <w:tcW w:w="2880" w:type="dxa"/>
          </w:tcPr>
          <w:p w:rsidR="006F7457" w:rsidRPr="00332DB8" w:rsidRDefault="00332DB8">
            <w:pPr>
              <w:rPr>
                <w:lang w:val="ru-RU"/>
              </w:rPr>
            </w:pPr>
            <w:r w:rsidRPr="00332DB8">
              <w:rPr>
                <w:lang w:val="ru-RU"/>
              </w:rPr>
              <w:t xml:space="preserve">Видеоролик «ОБРАЩЕНИЕ МУДЖАХЕДА 7:56 Смотрите до конца», ранее размещенный на сайте социальной сети Интернет </w:t>
            </w:r>
            <w:r>
              <w:t>www</w:t>
            </w:r>
            <w:r w:rsidRPr="00332DB8">
              <w:rPr>
                <w:lang w:val="ru-RU"/>
              </w:rPr>
              <w:t>.</w:t>
            </w:r>
            <w:r>
              <w:t>vkom</w:t>
            </w:r>
            <w:r w:rsidRPr="00332DB8">
              <w:rPr>
                <w:lang w:val="ru-RU"/>
              </w:rPr>
              <w:t>.</w:t>
            </w:r>
            <w:r>
              <w:t>ru</w:t>
            </w:r>
            <w:r w:rsidRPr="00332DB8">
              <w:rPr>
                <w:lang w:val="ru-RU"/>
              </w:rPr>
              <w:t xml:space="preserve"> под именем «Фарид Баталов» (электронный адрес –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ru</w:t>
            </w:r>
            <w:r w:rsidRPr="00332DB8">
              <w:rPr>
                <w:lang w:val="ru-RU"/>
              </w:rPr>
              <w:t>/</w:t>
            </w:r>
            <w:r>
              <w:t>video</w:t>
            </w:r>
            <w:r w:rsidRPr="00332DB8">
              <w:rPr>
                <w:lang w:val="ru-RU"/>
              </w:rPr>
              <w:t>63493515_155959644) (апелляционное определение Судебной коллегии по гражданским делам Верховного Суда Республики Татарстан от 16.12.2013);</w:t>
            </w:r>
          </w:p>
        </w:tc>
        <w:tc>
          <w:tcPr>
            <w:tcW w:w="2880" w:type="dxa"/>
          </w:tcPr>
          <w:p w:rsidR="006F7457" w:rsidRPr="00332DB8" w:rsidRDefault="006F7457">
            <w:pPr>
              <w:rPr>
                <w:lang w:val="ru-RU"/>
              </w:rPr>
            </w:pPr>
          </w:p>
        </w:tc>
      </w:tr>
      <w:tr w:rsidR="006F7457">
        <w:tc>
          <w:tcPr>
            <w:tcW w:w="2880" w:type="dxa"/>
          </w:tcPr>
          <w:p w:rsidR="006F7457" w:rsidRDefault="00332DB8">
            <w:r>
              <w:t>2355.</w:t>
            </w:r>
          </w:p>
        </w:tc>
        <w:tc>
          <w:tcPr>
            <w:tcW w:w="2880" w:type="dxa"/>
          </w:tcPr>
          <w:p w:rsidR="006F7457" w:rsidRDefault="00332DB8">
            <w:r w:rsidRPr="00332DB8">
              <w:rPr>
                <w:lang w:val="ru-RU"/>
              </w:rPr>
              <w:t xml:space="preserve">Видеоматериал «Скины ставят на место кавказцев...», размещенный Матвеенковым Денисом Андреевичем на Интернет-сайте, по электронному адресу </w:t>
            </w:r>
            <w:r>
              <w:t>http</w:t>
            </w:r>
            <w:r w:rsidRPr="00332DB8">
              <w:rPr>
                <w:lang w:val="ru-RU"/>
              </w:rPr>
              <w:t>://</w:t>
            </w:r>
            <w:r>
              <w:t>vkontakte</w:t>
            </w:r>
            <w:r w:rsidRPr="00332DB8">
              <w:rPr>
                <w:lang w:val="ru-RU"/>
              </w:rPr>
              <w:t>.</w:t>
            </w:r>
            <w:r>
              <w:t>ru</w:t>
            </w:r>
            <w:r w:rsidRPr="00332DB8">
              <w:rPr>
                <w:lang w:val="ru-RU"/>
              </w:rPr>
              <w:t>/</w:t>
            </w:r>
            <w:r>
              <w:t>video</w:t>
            </w:r>
            <w:r w:rsidRPr="00332DB8">
              <w:rPr>
                <w:lang w:val="ru-RU"/>
              </w:rPr>
              <w:t xml:space="preserve">136350127 163358456, размером 10,6 МБ и общей продолжительностью </w:t>
            </w:r>
            <w:r>
              <w:t>04 мин. 04 сек (решение Промышленного районного суда г. Курска от 19.03.2014);</w:t>
            </w:r>
          </w:p>
        </w:tc>
        <w:tc>
          <w:tcPr>
            <w:tcW w:w="2880" w:type="dxa"/>
          </w:tcPr>
          <w:p w:rsidR="006F7457" w:rsidRDefault="006F7457"/>
        </w:tc>
      </w:tr>
      <w:tr w:rsidR="006F7457">
        <w:tc>
          <w:tcPr>
            <w:tcW w:w="2880" w:type="dxa"/>
          </w:tcPr>
          <w:p w:rsidR="006F7457" w:rsidRDefault="00332DB8">
            <w:r>
              <w:t>2356.</w:t>
            </w:r>
          </w:p>
        </w:tc>
        <w:tc>
          <w:tcPr>
            <w:tcW w:w="2880" w:type="dxa"/>
          </w:tcPr>
          <w:p w:rsidR="006F7457" w:rsidRDefault="00332DB8">
            <w:r w:rsidRPr="00332DB8">
              <w:rPr>
                <w:lang w:val="ru-RU"/>
              </w:rPr>
              <w:t xml:space="preserve">Текст статьи «Руководство уличного бойца. Борьба с ОМОН </w:t>
            </w:r>
            <w:r>
              <w:t>V</w:t>
            </w:r>
            <w:r w:rsidRPr="00332DB8">
              <w:rPr>
                <w:lang w:val="ru-RU"/>
              </w:rPr>
              <w:t xml:space="preserve"> 2.0», размещенный по сетевому адресу в сети Интернет: </w:t>
            </w:r>
            <w:r>
              <w:t>http</w:t>
            </w:r>
            <w:r w:rsidRPr="00332DB8">
              <w:rPr>
                <w:lang w:val="ru-RU"/>
              </w:rPr>
              <w:t>:/</w:t>
            </w:r>
            <w:r>
              <w:t>russkyi</w:t>
            </w:r>
            <w:r w:rsidRPr="00332DB8">
              <w:rPr>
                <w:lang w:val="ru-RU"/>
              </w:rPr>
              <w:t>-</w:t>
            </w:r>
            <w:r>
              <w:t>kot</w:t>
            </w:r>
            <w:r w:rsidRPr="00332DB8">
              <w:rPr>
                <w:lang w:val="ru-RU"/>
              </w:rPr>
              <w:t>.</w:t>
            </w:r>
            <w:r>
              <w:t>blogspot</w:t>
            </w:r>
            <w:r w:rsidRPr="00332DB8">
              <w:rPr>
                <w:lang w:val="ru-RU"/>
              </w:rPr>
              <w:t>.</w:t>
            </w:r>
            <w:r>
              <w:t>com</w:t>
            </w:r>
            <w:r w:rsidRPr="00332DB8">
              <w:rPr>
                <w:lang w:val="ru-RU"/>
              </w:rPr>
              <w:t xml:space="preserve">,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w:t>
            </w:r>
            <w:r>
              <w:t>(решение Мещанского районного суда г. Москвы от 26.11.2013);</w:t>
            </w:r>
          </w:p>
        </w:tc>
        <w:tc>
          <w:tcPr>
            <w:tcW w:w="2880" w:type="dxa"/>
          </w:tcPr>
          <w:p w:rsidR="006F7457" w:rsidRDefault="006F7457"/>
        </w:tc>
      </w:tr>
      <w:tr w:rsidR="006F7457" w:rsidRPr="005A424D">
        <w:tc>
          <w:tcPr>
            <w:tcW w:w="2880" w:type="dxa"/>
          </w:tcPr>
          <w:p w:rsidR="006F7457" w:rsidRDefault="00332DB8">
            <w:r>
              <w:t>2357.</w:t>
            </w:r>
          </w:p>
        </w:tc>
        <w:tc>
          <w:tcPr>
            <w:tcW w:w="2880" w:type="dxa"/>
          </w:tcPr>
          <w:p w:rsidR="006F7457" w:rsidRPr="00332DB8" w:rsidRDefault="00332DB8">
            <w:pPr>
              <w:rPr>
                <w:lang w:val="ru-RU"/>
              </w:rPr>
            </w:pPr>
            <w:r w:rsidRPr="00332DB8">
              <w:rPr>
                <w:lang w:val="ru-RU"/>
              </w:rPr>
              <w:t xml:space="preserve">Сайт в сети Интернет </w:t>
            </w:r>
            <w:r>
              <w:t>http</w:t>
            </w:r>
            <w:r w:rsidRPr="00332DB8">
              <w:rPr>
                <w:lang w:val="ru-RU"/>
              </w:rPr>
              <w:t>://</w:t>
            </w:r>
            <w:r>
              <w:t>chekhlayzer</w:t>
            </w:r>
            <w:r w:rsidRPr="00332DB8">
              <w:rPr>
                <w:lang w:val="ru-RU"/>
              </w:rPr>
              <w:t>.</w:t>
            </w:r>
            <w:r>
              <w:t>blogspot</w:t>
            </w:r>
            <w:r w:rsidRPr="00332DB8">
              <w:rPr>
                <w:lang w:val="ru-RU"/>
              </w:rPr>
              <w:t>.</w:t>
            </w:r>
            <w:r>
              <w:t>ru</w:t>
            </w:r>
            <w:r w:rsidRPr="00332DB8">
              <w:rPr>
                <w:lang w:val="ru-RU"/>
              </w:rPr>
              <w:t xml:space="preserve"> (решение Заводского районного суда г. Грозного от 22.01.2014);</w:t>
            </w:r>
          </w:p>
        </w:tc>
        <w:tc>
          <w:tcPr>
            <w:tcW w:w="2880" w:type="dxa"/>
          </w:tcPr>
          <w:p w:rsidR="006F7457" w:rsidRPr="00332DB8" w:rsidRDefault="006F7457">
            <w:pPr>
              <w:rPr>
                <w:lang w:val="ru-RU"/>
              </w:rPr>
            </w:pPr>
          </w:p>
        </w:tc>
      </w:tr>
      <w:tr w:rsidR="006F7457" w:rsidRPr="005A424D">
        <w:tc>
          <w:tcPr>
            <w:tcW w:w="2880" w:type="dxa"/>
          </w:tcPr>
          <w:p w:rsidR="006F7457" w:rsidRDefault="00332DB8">
            <w:r>
              <w:t>2358.</w:t>
            </w:r>
          </w:p>
        </w:tc>
        <w:tc>
          <w:tcPr>
            <w:tcW w:w="2880" w:type="dxa"/>
          </w:tcPr>
          <w:p w:rsidR="006F7457" w:rsidRPr="00332DB8" w:rsidRDefault="00332DB8">
            <w:pPr>
              <w:rPr>
                <w:lang w:val="ru-RU"/>
              </w:rPr>
            </w:pPr>
            <w:r w:rsidRPr="00332DB8">
              <w:rPr>
                <w:lang w:val="ru-RU"/>
              </w:rPr>
              <w:t xml:space="preserve">Зеркало сайта «Кавказ-Центр» - Кавказ-Центр в Твиттере с адресом </w:t>
            </w:r>
            <w:r>
              <w:t>https</w:t>
            </w:r>
            <w:r w:rsidRPr="00332DB8">
              <w:rPr>
                <w:lang w:val="ru-RU"/>
              </w:rPr>
              <w:t>://</w:t>
            </w:r>
            <w:r>
              <w:t>twitter</w:t>
            </w:r>
            <w:r w:rsidRPr="00332DB8">
              <w:rPr>
                <w:lang w:val="ru-RU"/>
              </w:rPr>
              <w:t>.</w:t>
            </w:r>
            <w:r>
              <w:t>com</w:t>
            </w:r>
            <w:r w:rsidRPr="00332DB8">
              <w:rPr>
                <w:lang w:val="ru-RU"/>
              </w:rPr>
              <w:t>/</w:t>
            </w:r>
            <w:r>
              <w:t>kavkazcenter</w:t>
            </w:r>
            <w:r w:rsidRPr="00332DB8">
              <w:rPr>
                <w:lang w:val="ru-RU"/>
              </w:rPr>
              <w:t xml:space="preserve"> (решение Заводского районного суда г. Грозного от 29.07.2013);</w:t>
            </w:r>
          </w:p>
        </w:tc>
        <w:tc>
          <w:tcPr>
            <w:tcW w:w="2880" w:type="dxa"/>
          </w:tcPr>
          <w:p w:rsidR="006F7457" w:rsidRPr="00332DB8" w:rsidRDefault="006F7457">
            <w:pPr>
              <w:rPr>
                <w:lang w:val="ru-RU"/>
              </w:rPr>
            </w:pPr>
          </w:p>
        </w:tc>
      </w:tr>
      <w:tr w:rsidR="006F7457" w:rsidRPr="005A424D">
        <w:tc>
          <w:tcPr>
            <w:tcW w:w="2880" w:type="dxa"/>
          </w:tcPr>
          <w:p w:rsidR="006F7457" w:rsidRDefault="00332DB8">
            <w:r>
              <w:t>235</w:t>
            </w:r>
            <w:r>
              <w:lastRenderedPageBreak/>
              <w:t>9.</w:t>
            </w:r>
          </w:p>
        </w:tc>
        <w:tc>
          <w:tcPr>
            <w:tcW w:w="2880" w:type="dxa"/>
          </w:tcPr>
          <w:p w:rsidR="006F7457" w:rsidRPr="00332DB8" w:rsidRDefault="00332DB8">
            <w:pPr>
              <w:rPr>
                <w:lang w:val="ru-RU"/>
              </w:rPr>
            </w:pPr>
            <w:r w:rsidRPr="00332DB8">
              <w:rPr>
                <w:lang w:val="ru-RU"/>
              </w:rPr>
              <w:lastRenderedPageBreak/>
              <w:t>Зеркало сайта «Кавказ-Центр» 2</w:t>
            </w:r>
            <w:r>
              <w:t>r</w:t>
            </w:r>
            <w:r w:rsidRPr="00332DB8">
              <w:rPr>
                <w:lang w:val="ru-RU"/>
              </w:rPr>
              <w:t>2</w:t>
            </w:r>
            <w:r>
              <w:t>twzqh</w:t>
            </w:r>
            <w:r w:rsidRPr="00332DB8">
              <w:rPr>
                <w:lang w:val="ru-RU"/>
              </w:rPr>
              <w:t>7</w:t>
            </w:r>
            <w:r>
              <w:t>gaji</w:t>
            </w:r>
            <w:r w:rsidRPr="00332DB8">
              <w:rPr>
                <w:lang w:val="ru-RU"/>
              </w:rPr>
              <w:t>7.</w:t>
            </w:r>
            <w:r>
              <w:t>tor</w:t>
            </w:r>
            <w:r w:rsidRPr="00332DB8">
              <w:rPr>
                <w:lang w:val="ru-RU"/>
              </w:rPr>
              <w:t>2</w:t>
            </w:r>
            <w:r>
              <w:t>web</w:t>
            </w:r>
            <w:r w:rsidRPr="00332DB8">
              <w:rPr>
                <w:lang w:val="ru-RU"/>
              </w:rPr>
              <w:t>.</w:t>
            </w:r>
            <w:r>
              <w:t>org</w:t>
            </w:r>
            <w:r w:rsidRPr="00332DB8">
              <w:rPr>
                <w:lang w:val="ru-RU"/>
              </w:rPr>
              <w:t xml:space="preserve"> (решение Заводского районного суда г. Грозного от 11.10.2013);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2360.</w:t>
            </w:r>
          </w:p>
        </w:tc>
        <w:tc>
          <w:tcPr>
            <w:tcW w:w="2880" w:type="dxa"/>
          </w:tcPr>
          <w:p w:rsidR="006F7457" w:rsidRPr="00332DB8" w:rsidRDefault="00332DB8">
            <w:pPr>
              <w:rPr>
                <w:lang w:val="ru-RU"/>
              </w:rPr>
            </w:pPr>
            <w:r w:rsidRPr="00332DB8">
              <w:rPr>
                <w:lang w:val="ru-RU"/>
              </w:rPr>
              <w:t>Сайт в сети Интернет «</w:t>
            </w:r>
            <w:r>
              <w:t>alaninform</w:t>
            </w:r>
            <w:r w:rsidRPr="00332DB8">
              <w:rPr>
                <w:lang w:val="ru-RU"/>
              </w:rPr>
              <w:t>.</w:t>
            </w:r>
            <w:r>
              <w:t>wordpress</w:t>
            </w:r>
            <w:r w:rsidRPr="00332DB8">
              <w:rPr>
                <w:lang w:val="ru-RU"/>
              </w:rPr>
              <w:t>.</w:t>
            </w:r>
            <w:r>
              <w:t>com</w:t>
            </w:r>
            <w:r w:rsidRPr="00332DB8">
              <w:rPr>
                <w:lang w:val="ru-RU"/>
              </w:rPr>
              <w:t>» (решение Заводского районного суда г. Грозного от 22.01.2014);</w:t>
            </w:r>
          </w:p>
        </w:tc>
        <w:tc>
          <w:tcPr>
            <w:tcW w:w="2880" w:type="dxa"/>
          </w:tcPr>
          <w:p w:rsidR="006F7457" w:rsidRPr="00332DB8" w:rsidRDefault="006F7457">
            <w:pPr>
              <w:rPr>
                <w:lang w:val="ru-RU"/>
              </w:rPr>
            </w:pPr>
          </w:p>
        </w:tc>
      </w:tr>
      <w:tr w:rsidR="006F7457" w:rsidRPr="005A424D">
        <w:tc>
          <w:tcPr>
            <w:tcW w:w="2880" w:type="dxa"/>
          </w:tcPr>
          <w:p w:rsidR="006F7457" w:rsidRDefault="00332DB8">
            <w:r>
              <w:t>2361.</w:t>
            </w:r>
          </w:p>
        </w:tc>
        <w:tc>
          <w:tcPr>
            <w:tcW w:w="2880" w:type="dxa"/>
          </w:tcPr>
          <w:p w:rsidR="006F7457" w:rsidRPr="00332DB8" w:rsidRDefault="00332DB8">
            <w:pPr>
              <w:rPr>
                <w:lang w:val="ru-RU"/>
              </w:rPr>
            </w:pPr>
            <w:r w:rsidRPr="00332DB8">
              <w:rPr>
                <w:lang w:val="ru-RU"/>
              </w:rPr>
              <w:t xml:space="preserve">Видеоролик под названием «Негры с точки зрения науки», размещенный в социальной сети Интернет «В контакте» Стефановым А.И. на личной странице </w:t>
            </w:r>
            <w:r>
              <w:t>www</w:t>
            </w:r>
            <w:r w:rsidRPr="00332DB8">
              <w:rPr>
                <w:lang w:val="ru-RU"/>
              </w:rPr>
              <w:t>.</w:t>
            </w:r>
            <w:r>
              <w:t>vk</w:t>
            </w:r>
            <w:r w:rsidRPr="00332DB8">
              <w:rPr>
                <w:lang w:val="ru-RU"/>
              </w:rPr>
              <w:t>.</w:t>
            </w:r>
            <w:r>
              <w:t>com</w:t>
            </w:r>
            <w:r w:rsidRPr="00332DB8">
              <w:rPr>
                <w:lang w:val="ru-RU"/>
              </w:rPr>
              <w:t>/</w:t>
            </w:r>
            <w:r>
              <w:t>id</w:t>
            </w:r>
            <w:r w:rsidRPr="00332DB8">
              <w:rPr>
                <w:lang w:val="ru-RU"/>
              </w:rPr>
              <w:t xml:space="preserve">. </w:t>
            </w:r>
            <w:r>
              <w:t>ustasa</w:t>
            </w:r>
            <w:r w:rsidRPr="00332DB8">
              <w:rPr>
                <w:lang w:val="ru-RU"/>
              </w:rPr>
              <w:t xml:space="preserve">83 «Андрей </w:t>
            </w:r>
            <w:r>
              <w:t>Ustasa</w:t>
            </w:r>
            <w:r w:rsidRPr="00332DB8">
              <w:rPr>
                <w:lang w:val="ru-RU"/>
              </w:rPr>
              <w:t xml:space="preserve"> Стефанов» (решение Южно-Сахалинского городского суда от 13.03.2014);</w:t>
            </w:r>
          </w:p>
        </w:tc>
        <w:tc>
          <w:tcPr>
            <w:tcW w:w="2880" w:type="dxa"/>
          </w:tcPr>
          <w:p w:rsidR="006F7457" w:rsidRPr="00332DB8" w:rsidRDefault="006F7457">
            <w:pPr>
              <w:rPr>
                <w:lang w:val="ru-RU"/>
              </w:rPr>
            </w:pPr>
          </w:p>
        </w:tc>
      </w:tr>
      <w:tr w:rsidR="006F7457" w:rsidRPr="005A424D">
        <w:tc>
          <w:tcPr>
            <w:tcW w:w="2880" w:type="dxa"/>
          </w:tcPr>
          <w:p w:rsidR="006F7457" w:rsidRDefault="00332DB8">
            <w:r>
              <w:t>2362.</w:t>
            </w:r>
          </w:p>
        </w:tc>
        <w:tc>
          <w:tcPr>
            <w:tcW w:w="2880" w:type="dxa"/>
          </w:tcPr>
          <w:p w:rsidR="006F7457" w:rsidRPr="00332DB8" w:rsidRDefault="00332DB8">
            <w:pPr>
              <w:rPr>
                <w:lang w:val="ru-RU"/>
              </w:rPr>
            </w:pPr>
            <w:r w:rsidRPr="00332DB8">
              <w:rPr>
                <w:lang w:val="ru-RU"/>
              </w:rPr>
              <w:t xml:space="preserve">Интернет-ресурс «Сайт памяти Амира Рамзана Ахмадова!», размещенный в сети «Интернет» по электронному адресу: </w:t>
            </w:r>
            <w:r>
              <w:t>http</w:t>
            </w:r>
            <w:r w:rsidRPr="00332DB8">
              <w:rPr>
                <w:lang w:val="ru-RU"/>
              </w:rPr>
              <w:t>://</w:t>
            </w:r>
            <w:r>
              <w:t>www</w:t>
            </w:r>
            <w:r w:rsidRPr="00332DB8">
              <w:rPr>
                <w:lang w:val="ru-RU"/>
              </w:rPr>
              <w:t>.</w:t>
            </w:r>
            <w:r>
              <w:t>ahmadovjamaat</w:t>
            </w:r>
            <w:r w:rsidRPr="00332DB8">
              <w:rPr>
                <w:lang w:val="ru-RU"/>
              </w:rPr>
              <w:t>.</w:t>
            </w:r>
            <w:r>
              <w:t>blogspot</w:t>
            </w:r>
            <w:r w:rsidRPr="00332DB8">
              <w:rPr>
                <w:lang w:val="ru-RU"/>
              </w:rPr>
              <w:t>.</w:t>
            </w:r>
            <w:r>
              <w:t>ru</w:t>
            </w:r>
            <w:r w:rsidRPr="00332DB8">
              <w:rPr>
                <w:lang w:val="ru-RU"/>
              </w:rPr>
              <w:t>/ (решение Интинского городского суда Республики Коми от 23.04.2014);</w:t>
            </w:r>
          </w:p>
        </w:tc>
        <w:tc>
          <w:tcPr>
            <w:tcW w:w="2880" w:type="dxa"/>
          </w:tcPr>
          <w:p w:rsidR="006F7457" w:rsidRPr="00332DB8" w:rsidRDefault="006F7457">
            <w:pPr>
              <w:rPr>
                <w:lang w:val="ru-RU"/>
              </w:rPr>
            </w:pPr>
          </w:p>
        </w:tc>
      </w:tr>
      <w:tr w:rsidR="006F7457" w:rsidRPr="005A424D">
        <w:tc>
          <w:tcPr>
            <w:tcW w:w="2880" w:type="dxa"/>
          </w:tcPr>
          <w:p w:rsidR="006F7457" w:rsidRDefault="00332DB8">
            <w:r>
              <w:t>2363.</w:t>
            </w:r>
          </w:p>
        </w:tc>
        <w:tc>
          <w:tcPr>
            <w:tcW w:w="2880" w:type="dxa"/>
          </w:tcPr>
          <w:p w:rsidR="006F7457" w:rsidRPr="00332DB8" w:rsidRDefault="00332DB8">
            <w:pPr>
              <w:rPr>
                <w:lang w:val="ru-RU"/>
              </w:rPr>
            </w:pPr>
            <w:r w:rsidRPr="00332DB8">
              <w:rPr>
                <w:lang w:val="ru-RU"/>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2880" w:type="dxa"/>
          </w:tcPr>
          <w:p w:rsidR="006F7457" w:rsidRPr="00332DB8" w:rsidRDefault="006F7457">
            <w:pPr>
              <w:rPr>
                <w:lang w:val="ru-RU"/>
              </w:rPr>
            </w:pPr>
          </w:p>
        </w:tc>
      </w:tr>
      <w:tr w:rsidR="006F7457" w:rsidRPr="005A424D">
        <w:tc>
          <w:tcPr>
            <w:tcW w:w="2880" w:type="dxa"/>
          </w:tcPr>
          <w:p w:rsidR="006F7457" w:rsidRDefault="00332DB8">
            <w:r>
              <w:t>2364.</w:t>
            </w:r>
          </w:p>
        </w:tc>
        <w:tc>
          <w:tcPr>
            <w:tcW w:w="2880" w:type="dxa"/>
          </w:tcPr>
          <w:p w:rsidR="006F7457" w:rsidRPr="00332DB8" w:rsidRDefault="00332DB8">
            <w:pPr>
              <w:rPr>
                <w:lang w:val="ru-RU"/>
              </w:rPr>
            </w:pPr>
            <w:r w:rsidRPr="00332DB8">
              <w:rPr>
                <w:lang w:val="ru-RU"/>
              </w:rPr>
              <w:t>Сайт, имеющий адрес «</w:t>
            </w:r>
            <w:r>
              <w:t>http</w:t>
            </w:r>
            <w:r w:rsidRPr="00332DB8">
              <w:rPr>
                <w:lang w:val="ru-RU"/>
              </w:rPr>
              <w:t>://</w:t>
            </w:r>
            <w:r>
              <w:t>antiempire</w:t>
            </w:r>
            <w:r w:rsidRPr="00332DB8">
              <w:rPr>
                <w:lang w:val="ru-RU"/>
              </w:rPr>
              <w:t>.</w:t>
            </w:r>
            <w:r>
              <w:t>marsho</w:t>
            </w:r>
            <w:r w:rsidRPr="00332DB8">
              <w:rPr>
                <w:lang w:val="ru-RU"/>
              </w:rPr>
              <w:t>.</w:t>
            </w:r>
            <w:r>
              <w:t>net</w:t>
            </w:r>
            <w:r w:rsidRPr="00332DB8">
              <w:rPr>
                <w:lang w:val="ru-RU"/>
              </w:rPr>
              <w:t>» (решение Центрального районного суда г. Барнаула Алтайского края от 03.04.2014);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2365.</w:t>
            </w:r>
          </w:p>
        </w:tc>
        <w:tc>
          <w:tcPr>
            <w:tcW w:w="2880" w:type="dxa"/>
          </w:tcPr>
          <w:p w:rsidR="006F7457" w:rsidRPr="00332DB8" w:rsidRDefault="00332DB8">
            <w:pPr>
              <w:rPr>
                <w:lang w:val="ru-RU"/>
              </w:rPr>
            </w:pPr>
            <w:r w:rsidRPr="00332DB8">
              <w:rPr>
                <w:lang w:val="ru-RU"/>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2880" w:type="dxa"/>
          </w:tcPr>
          <w:p w:rsidR="006F7457" w:rsidRPr="00332DB8" w:rsidRDefault="006F7457">
            <w:pPr>
              <w:rPr>
                <w:lang w:val="ru-RU"/>
              </w:rPr>
            </w:pPr>
          </w:p>
        </w:tc>
      </w:tr>
      <w:tr w:rsidR="006F7457" w:rsidRPr="005A424D">
        <w:tc>
          <w:tcPr>
            <w:tcW w:w="2880" w:type="dxa"/>
          </w:tcPr>
          <w:p w:rsidR="006F7457" w:rsidRDefault="00332DB8">
            <w:r>
              <w:t>2366.</w:t>
            </w:r>
          </w:p>
        </w:tc>
        <w:tc>
          <w:tcPr>
            <w:tcW w:w="2880" w:type="dxa"/>
          </w:tcPr>
          <w:p w:rsidR="006F7457" w:rsidRPr="00332DB8" w:rsidRDefault="00332DB8">
            <w:pPr>
              <w:rPr>
                <w:lang w:val="ru-RU"/>
              </w:rPr>
            </w:pPr>
            <w:r w:rsidRPr="00332DB8">
              <w:rPr>
                <w:lang w:val="ru-RU"/>
              </w:rPr>
              <w:t xml:space="preserve">Интернет-сайт </w:t>
            </w:r>
            <w:r>
              <w:t>www</w:t>
            </w:r>
            <w:r w:rsidRPr="00332DB8">
              <w:rPr>
                <w:lang w:val="ru-RU"/>
              </w:rPr>
              <w:t>.</w:t>
            </w:r>
            <w:r>
              <w:t>grom</w:t>
            </w:r>
            <w:r w:rsidRPr="00332DB8">
              <w:rPr>
                <w:lang w:val="ru-RU"/>
              </w:rPr>
              <w:t>2005.</w:t>
            </w:r>
            <w:r>
              <w:t>com</w:t>
            </w:r>
            <w:r w:rsidRPr="00332DB8">
              <w:rPr>
                <w:lang w:val="ru-RU"/>
              </w:rPr>
              <w:t xml:space="preserve"> и размещенные на нем материалы (решение Кузьминского районного суда г. Москвы от 28.04.2014);</w:t>
            </w:r>
          </w:p>
        </w:tc>
        <w:tc>
          <w:tcPr>
            <w:tcW w:w="2880" w:type="dxa"/>
          </w:tcPr>
          <w:p w:rsidR="006F7457" w:rsidRPr="00332DB8" w:rsidRDefault="006F7457">
            <w:pPr>
              <w:rPr>
                <w:lang w:val="ru-RU"/>
              </w:rPr>
            </w:pPr>
          </w:p>
        </w:tc>
      </w:tr>
      <w:tr w:rsidR="006F7457" w:rsidRPr="005A424D">
        <w:tc>
          <w:tcPr>
            <w:tcW w:w="2880" w:type="dxa"/>
          </w:tcPr>
          <w:p w:rsidR="006F7457" w:rsidRDefault="00332DB8">
            <w:r>
              <w:t>2367.</w:t>
            </w:r>
          </w:p>
        </w:tc>
        <w:tc>
          <w:tcPr>
            <w:tcW w:w="2880" w:type="dxa"/>
          </w:tcPr>
          <w:p w:rsidR="006F7457" w:rsidRPr="00332DB8" w:rsidRDefault="00332DB8">
            <w:pPr>
              <w:rPr>
                <w:lang w:val="ru-RU"/>
              </w:rPr>
            </w:pPr>
            <w:r w:rsidRPr="00332DB8">
              <w:rPr>
                <w:lang w:val="ru-RU"/>
              </w:rPr>
              <w:t xml:space="preserve">Информация, распространяемая посредством сети «Интернет» на странице </w:t>
            </w:r>
            <w:r>
              <w:t>demotivation</w:t>
            </w:r>
            <w:r w:rsidRPr="00332DB8">
              <w:rPr>
                <w:lang w:val="ru-RU"/>
              </w:rPr>
              <w:t>.</w:t>
            </w:r>
            <w:r>
              <w:t>me</w:t>
            </w:r>
            <w:r w:rsidRPr="00332DB8">
              <w:rPr>
                <w:lang w:val="ru-RU"/>
              </w:rPr>
              <w:t>/2</w:t>
            </w:r>
            <w:r>
              <w:t>gv</w:t>
            </w:r>
            <w:r w:rsidRPr="00332DB8">
              <w:rPr>
                <w:lang w:val="ru-RU"/>
              </w:rPr>
              <w:t>7</w:t>
            </w:r>
            <w:r>
              <w:t>w</w:t>
            </w:r>
            <w:r w:rsidRPr="00332DB8">
              <w:rPr>
                <w:lang w:val="ru-RU"/>
              </w:rPr>
              <w:t>181</w:t>
            </w:r>
            <w:r>
              <w:t>aqg</w:t>
            </w:r>
            <w:r w:rsidRPr="00332DB8">
              <w:rPr>
                <w:lang w:val="ru-RU"/>
              </w:rPr>
              <w:t>0</w:t>
            </w:r>
            <w:r>
              <w:t>pic</w:t>
            </w:r>
            <w:r w:rsidRPr="00332DB8">
              <w:rPr>
                <w:lang w:val="ru-RU"/>
              </w:rPr>
              <w:t>.</w:t>
            </w:r>
            <w:r>
              <w:t>htm</w:t>
            </w:r>
            <w:r w:rsidRPr="00332DB8">
              <w:rPr>
                <w:lang w:val="ru-RU"/>
              </w:rPr>
              <w:t>1#.</w:t>
            </w:r>
            <w:r>
              <w:t>UoXucGi</w:t>
            </w:r>
            <w:r w:rsidRPr="00332DB8">
              <w:rPr>
                <w:lang w:val="ru-RU"/>
              </w:rPr>
              <w:t>3</w:t>
            </w:r>
            <w:r>
              <w:t>kiF</w:t>
            </w:r>
            <w:r w:rsidRPr="00332DB8">
              <w:rPr>
                <w:lang w:val="ru-RU"/>
              </w:rPr>
              <w:t xml:space="preserve"> на Интернет-сайте </w:t>
            </w:r>
            <w:r>
              <w:t>www</w:t>
            </w:r>
            <w:r w:rsidRPr="00332DB8">
              <w:rPr>
                <w:lang w:val="ru-RU"/>
              </w:rPr>
              <w:t>.</w:t>
            </w:r>
            <w:r>
              <w:t>demotivation</w:t>
            </w:r>
            <w:r w:rsidRPr="00332DB8">
              <w:rPr>
                <w:lang w:val="ru-RU"/>
              </w:rPr>
              <w:t>.</w:t>
            </w:r>
            <w:r>
              <w:t>me</w:t>
            </w:r>
            <w:r w:rsidRPr="00332DB8">
              <w:rPr>
                <w:lang w:val="ru-RU"/>
              </w:rPr>
              <w:t xml:space="preserve"> (решение Пушкинского районного суда города Санкт-Петербурга от 12.03.2014);</w:t>
            </w:r>
          </w:p>
        </w:tc>
        <w:tc>
          <w:tcPr>
            <w:tcW w:w="2880" w:type="dxa"/>
          </w:tcPr>
          <w:p w:rsidR="006F7457" w:rsidRPr="00332DB8" w:rsidRDefault="006F7457">
            <w:pPr>
              <w:rPr>
                <w:lang w:val="ru-RU"/>
              </w:rPr>
            </w:pPr>
          </w:p>
        </w:tc>
      </w:tr>
      <w:tr w:rsidR="006F7457" w:rsidRPr="005A424D">
        <w:tc>
          <w:tcPr>
            <w:tcW w:w="2880" w:type="dxa"/>
          </w:tcPr>
          <w:p w:rsidR="006F7457" w:rsidRDefault="00332DB8">
            <w:r>
              <w:t>2368.</w:t>
            </w:r>
          </w:p>
        </w:tc>
        <w:tc>
          <w:tcPr>
            <w:tcW w:w="2880" w:type="dxa"/>
          </w:tcPr>
          <w:p w:rsidR="006F7457" w:rsidRPr="00332DB8" w:rsidRDefault="00332DB8">
            <w:pPr>
              <w:rPr>
                <w:lang w:val="ru-RU"/>
              </w:rPr>
            </w:pPr>
            <w:r w:rsidRPr="00332DB8">
              <w:rPr>
                <w:lang w:val="ru-RU"/>
              </w:rPr>
              <w:t xml:space="preserve">Материалы статьи «Нужна бомба из подручных средств?», размещенные на сайте информационно-телекоммуникационной сети «Интернет» </w:t>
            </w:r>
            <w:r>
              <w:t>http</w:t>
            </w:r>
            <w:r w:rsidRPr="00332DB8">
              <w:rPr>
                <w:lang w:val="ru-RU"/>
              </w:rPr>
              <w:t>://</w:t>
            </w:r>
            <w:r>
              <w:t>korsar</w:t>
            </w:r>
            <w:r w:rsidRPr="00332DB8">
              <w:rPr>
                <w:lang w:val="ru-RU"/>
              </w:rPr>
              <w:t>-</w:t>
            </w:r>
            <w:r>
              <w:t>bomb</w:t>
            </w:r>
            <w:r w:rsidRPr="00332DB8">
              <w:rPr>
                <w:lang w:val="ru-RU"/>
              </w:rPr>
              <w:t>.</w:t>
            </w:r>
            <w:r>
              <w:t>do</w:t>
            </w:r>
            <w:r w:rsidRPr="00332DB8">
              <w:rPr>
                <w:lang w:val="ru-RU"/>
              </w:rPr>
              <w:t>.</w:t>
            </w:r>
            <w:r>
              <w:t>am</w:t>
            </w:r>
            <w:r w:rsidRPr="00332DB8">
              <w:rPr>
                <w:lang w:val="ru-RU"/>
              </w:rPr>
              <w:t>/</w:t>
            </w:r>
            <w:r>
              <w:t>news</w:t>
            </w:r>
            <w:r w:rsidRPr="00332DB8">
              <w:rPr>
                <w:lang w:val="ru-RU"/>
              </w:rPr>
              <w:t>/</w:t>
            </w:r>
            <w:r>
              <w:t>nuzhna</w:t>
            </w:r>
            <w:r w:rsidRPr="00332DB8">
              <w:rPr>
                <w:lang w:val="ru-RU"/>
              </w:rPr>
              <w:t>__</w:t>
            </w:r>
            <w:r>
              <w:t>bomba</w:t>
            </w:r>
            <w:r w:rsidRPr="00332DB8">
              <w:rPr>
                <w:lang w:val="ru-RU"/>
              </w:rPr>
              <w:t>_</w:t>
            </w:r>
            <w:r>
              <w:t>iz</w:t>
            </w:r>
            <w:r w:rsidRPr="00332DB8">
              <w:rPr>
                <w:lang w:val="ru-RU"/>
              </w:rPr>
              <w:t>_</w:t>
            </w:r>
            <w:r>
              <w:t>podruchnykh</w:t>
            </w:r>
            <w:r w:rsidRPr="00332DB8">
              <w:rPr>
                <w:lang w:val="ru-RU"/>
              </w:rPr>
              <w:t>_</w:t>
            </w:r>
            <w:r>
              <w:t>sredstv</w:t>
            </w:r>
            <w:r w:rsidRPr="00332DB8">
              <w:rPr>
                <w:lang w:val="ru-RU"/>
              </w:rPr>
              <w:t>/2011-12-271 (решение Арзгирского районного суда Ставропольского края от 30.04.2014);</w:t>
            </w:r>
          </w:p>
        </w:tc>
        <w:tc>
          <w:tcPr>
            <w:tcW w:w="2880" w:type="dxa"/>
          </w:tcPr>
          <w:p w:rsidR="006F7457" w:rsidRPr="00332DB8" w:rsidRDefault="006F7457">
            <w:pPr>
              <w:rPr>
                <w:lang w:val="ru-RU"/>
              </w:rPr>
            </w:pPr>
          </w:p>
        </w:tc>
      </w:tr>
      <w:tr w:rsidR="006F7457" w:rsidRPr="005A424D">
        <w:tc>
          <w:tcPr>
            <w:tcW w:w="2880" w:type="dxa"/>
          </w:tcPr>
          <w:p w:rsidR="006F7457" w:rsidRDefault="00332DB8">
            <w:r>
              <w:t>2369.</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 xml:space="preserve">: </w:t>
            </w:r>
            <w:r>
              <w:t>habar</w:t>
            </w:r>
            <w:r w:rsidRPr="00332DB8">
              <w:rPr>
                <w:lang w:val="ru-RU"/>
              </w:rPr>
              <w:t>.</w:t>
            </w:r>
            <w:r>
              <w:t>org</w:t>
            </w:r>
            <w:r w:rsidRPr="00332DB8">
              <w:rPr>
                <w:lang w:val="ru-RU"/>
              </w:rPr>
              <w:t xml:space="preserve"> (решение Магасского районного суда Республики Ингушетия от 31.01.2014);</w:t>
            </w:r>
          </w:p>
        </w:tc>
        <w:tc>
          <w:tcPr>
            <w:tcW w:w="2880" w:type="dxa"/>
          </w:tcPr>
          <w:p w:rsidR="006F7457" w:rsidRPr="00332DB8" w:rsidRDefault="006F7457">
            <w:pPr>
              <w:rPr>
                <w:lang w:val="ru-RU"/>
              </w:rPr>
            </w:pPr>
          </w:p>
        </w:tc>
      </w:tr>
      <w:tr w:rsidR="006F7457" w:rsidRPr="005A424D">
        <w:tc>
          <w:tcPr>
            <w:tcW w:w="2880" w:type="dxa"/>
          </w:tcPr>
          <w:p w:rsidR="006F7457" w:rsidRDefault="00332DB8">
            <w:r>
              <w:t>237</w:t>
            </w:r>
            <w:r>
              <w:lastRenderedPageBreak/>
              <w:t>0.</w:t>
            </w:r>
          </w:p>
        </w:tc>
        <w:tc>
          <w:tcPr>
            <w:tcW w:w="2880" w:type="dxa"/>
          </w:tcPr>
          <w:p w:rsidR="006F7457" w:rsidRPr="00332DB8" w:rsidRDefault="00332DB8">
            <w:pPr>
              <w:rPr>
                <w:lang w:val="ru-RU"/>
              </w:rPr>
            </w:pPr>
            <w:r w:rsidRPr="00332DB8">
              <w:rPr>
                <w:lang w:val="ru-RU"/>
              </w:rPr>
              <w:lastRenderedPageBreak/>
              <w:t xml:space="preserve">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t>
            </w:r>
            <w:r>
              <w:t>www</w:t>
            </w:r>
            <w:r w:rsidRPr="00332DB8">
              <w:rPr>
                <w:lang w:val="ru-RU"/>
              </w:rPr>
              <w:t>.</w:t>
            </w:r>
            <w:r>
              <w:t>youtube</w:t>
            </w:r>
            <w:r w:rsidRPr="00332DB8">
              <w:rPr>
                <w:lang w:val="ru-RU"/>
              </w:rPr>
              <w:t>.</w:t>
            </w:r>
            <w:r>
              <w:t>com</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=1</w:t>
            </w:r>
            <w:r>
              <w:t>BBhYaKA</w:t>
            </w:r>
            <w:r w:rsidRPr="00332DB8">
              <w:rPr>
                <w:lang w:val="ru-RU"/>
              </w:rPr>
              <w:t>9</w:t>
            </w:r>
            <w:r>
              <w:t>Qw</w:t>
            </w:r>
            <w:r w:rsidRPr="00332DB8">
              <w:rPr>
                <w:lang w:val="ru-RU"/>
              </w:rPr>
              <w:t xml:space="preserve"> (решение Кировского районного суда города Санкт-</w:t>
            </w:r>
            <w:r w:rsidRPr="00332DB8">
              <w:rPr>
                <w:lang w:val="ru-RU"/>
              </w:rPr>
              <w:lastRenderedPageBreak/>
              <w:t>Петербурга от 03.03.2014);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2371.</w:t>
            </w:r>
          </w:p>
        </w:tc>
        <w:tc>
          <w:tcPr>
            <w:tcW w:w="2880" w:type="dxa"/>
          </w:tcPr>
          <w:p w:rsidR="006F7457" w:rsidRPr="00332DB8" w:rsidRDefault="00332DB8">
            <w:pPr>
              <w:rPr>
                <w:lang w:val="ru-RU"/>
              </w:rPr>
            </w:pPr>
            <w:r w:rsidRPr="00332DB8">
              <w:rPr>
                <w:lang w:val="ru-RU"/>
              </w:rPr>
              <w:t>Видеоролик «Муджахиды Гасан и Гусейн Шахиды ИншааЛлах», расположенный на сайте «</w:t>
            </w:r>
            <w:r>
              <w:t>www</w:t>
            </w:r>
            <w:r w:rsidRPr="00332DB8">
              <w:rPr>
                <w:lang w:val="ru-RU"/>
              </w:rPr>
              <w:t>.</w:t>
            </w:r>
            <w:r>
              <w:t>youtube</w:t>
            </w:r>
            <w:r w:rsidRPr="00332DB8">
              <w:rPr>
                <w:lang w:val="ru-RU"/>
              </w:rPr>
              <w:t>.</w:t>
            </w:r>
            <w:r>
              <w:t>com</w:t>
            </w:r>
            <w:r w:rsidRPr="00332DB8">
              <w:rPr>
                <w:lang w:val="ru-RU"/>
              </w:rPr>
              <w:t xml:space="preserve">» на странице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jgrw</w:t>
            </w:r>
            <w:r w:rsidRPr="00332DB8">
              <w:rPr>
                <w:lang w:val="ru-RU"/>
              </w:rPr>
              <w:t>8</w:t>
            </w:r>
            <w:r>
              <w:t>Nynek</w:t>
            </w:r>
            <w:r w:rsidRPr="00332DB8">
              <w:rPr>
                <w:lang w:val="ru-RU"/>
              </w:rPr>
              <w:t>; видеоролик «Муджахиды непобедимые. Собаки поймите это.», расположенный на сайте «</w:t>
            </w:r>
            <w:r>
              <w:t>www</w:t>
            </w:r>
            <w:r w:rsidRPr="00332DB8">
              <w:rPr>
                <w:lang w:val="ru-RU"/>
              </w:rPr>
              <w:t>.</w:t>
            </w:r>
            <w:r>
              <w:t>youtube</w:t>
            </w:r>
            <w:r w:rsidRPr="00332DB8">
              <w:rPr>
                <w:lang w:val="ru-RU"/>
              </w:rPr>
              <w:t>.</w:t>
            </w:r>
            <w:r>
              <w:t>com</w:t>
            </w:r>
            <w:r w:rsidRPr="00332DB8">
              <w:rPr>
                <w:lang w:val="ru-RU"/>
              </w:rPr>
              <w:t xml:space="preserve">» на странице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=76</w:t>
            </w:r>
            <w:r>
              <w:t>R</w:t>
            </w:r>
            <w:r w:rsidRPr="00332DB8">
              <w:rPr>
                <w:lang w:val="ru-RU"/>
              </w:rPr>
              <w:t>4</w:t>
            </w:r>
            <w:r>
              <w:t>X</w:t>
            </w:r>
            <w:r w:rsidRPr="00332DB8">
              <w:rPr>
                <w:lang w:val="ru-RU"/>
              </w:rPr>
              <w:t>0</w:t>
            </w:r>
            <w:r>
              <w:t>N</w:t>
            </w:r>
            <w:r w:rsidRPr="00332DB8">
              <w:rPr>
                <w:lang w:val="ru-RU"/>
              </w:rPr>
              <w:t>4-</w:t>
            </w:r>
            <w:r>
              <w:t>TU</w:t>
            </w:r>
            <w:r w:rsidRPr="00332DB8">
              <w:rPr>
                <w:lang w:val="ru-RU"/>
              </w:rPr>
              <w:t>; видеоролик «Обращение Муджахида. Имарат Каваз.», расположенный на сайте «</w:t>
            </w:r>
            <w:r>
              <w:t>www</w:t>
            </w:r>
            <w:r w:rsidRPr="00332DB8">
              <w:rPr>
                <w:lang w:val="ru-RU"/>
              </w:rPr>
              <w:t>.</w:t>
            </w:r>
            <w:r>
              <w:t>youtube</w:t>
            </w:r>
            <w:r w:rsidRPr="00332DB8">
              <w:rPr>
                <w:lang w:val="ru-RU"/>
              </w:rPr>
              <w:t>.</w:t>
            </w:r>
            <w:r>
              <w:t>com</w:t>
            </w:r>
            <w:r w:rsidRPr="00332DB8">
              <w:rPr>
                <w:lang w:val="ru-RU"/>
              </w:rPr>
              <w:t xml:space="preserve">» на странице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N</w:t>
            </w:r>
            <w:r w:rsidRPr="00332DB8">
              <w:rPr>
                <w:lang w:val="ru-RU"/>
              </w:rPr>
              <w:t>-</w:t>
            </w:r>
            <w:r>
              <w:t>G</w:t>
            </w:r>
            <w:r w:rsidRPr="00332DB8">
              <w:rPr>
                <w:lang w:val="ru-RU"/>
              </w:rPr>
              <w:t>-</w:t>
            </w:r>
            <w:r>
              <w:t>r</w:t>
            </w:r>
            <w:r w:rsidRPr="00332DB8">
              <w:rPr>
                <w:lang w:val="ru-RU"/>
              </w:rPr>
              <w:t>2</w:t>
            </w:r>
            <w:r>
              <w:t>RdCTc</w:t>
            </w:r>
            <w:r w:rsidRPr="00332DB8">
              <w:rPr>
                <w:lang w:val="ru-RU"/>
              </w:rPr>
              <w:t xml:space="preserve"> (решение Черкесского городского суда Карачаево-Черкесской Республики от 17.02.2014);</w:t>
            </w:r>
          </w:p>
        </w:tc>
        <w:tc>
          <w:tcPr>
            <w:tcW w:w="2880" w:type="dxa"/>
          </w:tcPr>
          <w:p w:rsidR="006F7457" w:rsidRPr="00332DB8" w:rsidRDefault="006F7457">
            <w:pPr>
              <w:rPr>
                <w:lang w:val="ru-RU"/>
              </w:rPr>
            </w:pPr>
          </w:p>
        </w:tc>
      </w:tr>
      <w:tr w:rsidR="006F7457" w:rsidRPr="005A424D">
        <w:tc>
          <w:tcPr>
            <w:tcW w:w="2880" w:type="dxa"/>
          </w:tcPr>
          <w:p w:rsidR="006F7457" w:rsidRDefault="00332DB8">
            <w:r>
              <w:t>2372.</w:t>
            </w:r>
          </w:p>
        </w:tc>
        <w:tc>
          <w:tcPr>
            <w:tcW w:w="2880" w:type="dxa"/>
          </w:tcPr>
          <w:p w:rsidR="006F7457" w:rsidRPr="00332DB8" w:rsidRDefault="00332DB8">
            <w:pPr>
              <w:rPr>
                <w:lang w:val="ru-RU"/>
              </w:rPr>
            </w:pPr>
            <w:r w:rsidRPr="00332DB8">
              <w:rPr>
                <w:lang w:val="ru-RU"/>
              </w:rPr>
              <w:t xml:space="preserve">Интернет-страница «Ванильный Шнапс» в социальной сети «В контакте», расположенная по электронному адресу: </w:t>
            </w:r>
            <w:r>
              <w:t>http</w:t>
            </w:r>
            <w:r w:rsidRPr="00332DB8">
              <w:rPr>
                <w:lang w:val="ru-RU"/>
              </w:rPr>
              <w:t>://</w:t>
            </w:r>
            <w:r>
              <w:t>vk</w:t>
            </w:r>
            <w:r w:rsidRPr="00332DB8">
              <w:rPr>
                <w:lang w:val="ru-RU"/>
              </w:rPr>
              <w:t>.</w:t>
            </w:r>
            <w:r>
              <w:t>com</w:t>
            </w:r>
            <w:r w:rsidRPr="00332DB8">
              <w:rPr>
                <w:lang w:val="ru-RU"/>
              </w:rPr>
              <w:t>/</w:t>
            </w:r>
            <w:r>
              <w:t>public</w:t>
            </w:r>
            <w:r w:rsidRPr="00332DB8">
              <w:rPr>
                <w:lang w:val="ru-RU"/>
              </w:rPr>
              <w:t>.</w:t>
            </w:r>
            <w:r>
              <w:t>phpvanillareich</w:t>
            </w:r>
            <w:r w:rsidRPr="00332DB8">
              <w:rPr>
                <w:lang w:val="ru-RU"/>
              </w:rPr>
              <w:t>,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2880" w:type="dxa"/>
          </w:tcPr>
          <w:p w:rsidR="006F7457" w:rsidRPr="00332DB8" w:rsidRDefault="006F7457">
            <w:pPr>
              <w:rPr>
                <w:lang w:val="ru-RU"/>
              </w:rPr>
            </w:pPr>
          </w:p>
        </w:tc>
      </w:tr>
      <w:tr w:rsidR="006F7457" w:rsidRPr="005A424D">
        <w:tc>
          <w:tcPr>
            <w:tcW w:w="2880" w:type="dxa"/>
          </w:tcPr>
          <w:p w:rsidR="006F7457" w:rsidRDefault="00332DB8">
            <w:r>
              <w:t>2373.</w:t>
            </w:r>
          </w:p>
        </w:tc>
        <w:tc>
          <w:tcPr>
            <w:tcW w:w="2880" w:type="dxa"/>
          </w:tcPr>
          <w:p w:rsidR="006F7457" w:rsidRPr="00332DB8" w:rsidRDefault="00332DB8">
            <w:pPr>
              <w:rPr>
                <w:lang w:val="ru-RU"/>
              </w:rPr>
            </w:pPr>
            <w:r w:rsidRPr="00332DB8">
              <w:rPr>
                <w:lang w:val="ru-RU"/>
              </w:rPr>
              <w:t xml:space="preserve">Видеоролик «Муджахеды непобедимые. Собаки поймите это», размещенный в сети Интернет по электронному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=76</w:t>
            </w:r>
            <w:r>
              <w:t>R</w:t>
            </w:r>
            <w:r w:rsidRPr="00332DB8">
              <w:rPr>
                <w:lang w:val="ru-RU"/>
              </w:rPr>
              <w:t>4</w:t>
            </w:r>
            <w:r>
              <w:t>X</w:t>
            </w:r>
            <w:r w:rsidRPr="00332DB8">
              <w:rPr>
                <w:lang w:val="ru-RU"/>
              </w:rPr>
              <w:t>0</w:t>
            </w:r>
            <w:r>
              <w:t>N</w:t>
            </w:r>
            <w:r w:rsidRPr="00332DB8">
              <w:rPr>
                <w:lang w:val="ru-RU"/>
              </w:rPr>
              <w:t>4-</w:t>
            </w:r>
            <w:r>
              <w:t>TU</w:t>
            </w:r>
            <w:r w:rsidRPr="00332DB8">
              <w:rPr>
                <w:lang w:val="ru-RU"/>
              </w:rPr>
              <w:t xml:space="preserve"> (решение Ухтинского городского суда Республики Коми от 28.04.2014);</w:t>
            </w:r>
          </w:p>
        </w:tc>
        <w:tc>
          <w:tcPr>
            <w:tcW w:w="2880" w:type="dxa"/>
          </w:tcPr>
          <w:p w:rsidR="006F7457" w:rsidRPr="00332DB8" w:rsidRDefault="006F7457">
            <w:pPr>
              <w:rPr>
                <w:lang w:val="ru-RU"/>
              </w:rPr>
            </w:pPr>
          </w:p>
        </w:tc>
      </w:tr>
      <w:tr w:rsidR="006F7457" w:rsidRPr="005A424D">
        <w:tc>
          <w:tcPr>
            <w:tcW w:w="2880" w:type="dxa"/>
          </w:tcPr>
          <w:p w:rsidR="006F7457" w:rsidRDefault="00332DB8">
            <w:r>
              <w:t>2374.</w:t>
            </w:r>
          </w:p>
        </w:tc>
        <w:tc>
          <w:tcPr>
            <w:tcW w:w="2880" w:type="dxa"/>
          </w:tcPr>
          <w:p w:rsidR="006F7457" w:rsidRPr="00332DB8" w:rsidRDefault="00332DB8">
            <w:pPr>
              <w:rPr>
                <w:lang w:val="ru-RU"/>
              </w:rPr>
            </w:pPr>
            <w:r w:rsidRPr="00332DB8">
              <w:rPr>
                <w:lang w:val="ru-RU"/>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t>
            </w:r>
            <w:r>
              <w:t>www</w:t>
            </w:r>
            <w:r w:rsidRPr="00332DB8">
              <w:rPr>
                <w:lang w:val="ru-RU"/>
              </w:rPr>
              <w:t>.</w:t>
            </w:r>
            <w:r>
              <w:t>youtube</w:t>
            </w:r>
            <w:r w:rsidRPr="00332DB8">
              <w:rPr>
                <w:lang w:val="ru-RU"/>
              </w:rPr>
              <w:t>.</w:t>
            </w:r>
            <w:r>
              <w:t>com</w:t>
            </w:r>
            <w:r w:rsidRPr="00332DB8">
              <w:rPr>
                <w:lang w:val="ru-RU"/>
              </w:rPr>
              <w:t xml:space="preserve">»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qaF</w:t>
            </w:r>
            <w:r w:rsidRPr="00332DB8">
              <w:rPr>
                <w:lang w:val="ru-RU"/>
              </w:rPr>
              <w:t>3</w:t>
            </w:r>
            <w:r>
              <w:t>PTTvbGY</w:t>
            </w:r>
            <w:r w:rsidRPr="00332DB8">
              <w:rPr>
                <w:lang w:val="ru-RU"/>
              </w:rPr>
              <w:t xml:space="preserve"> и видеоролик «Перевязка Абу Джихаду», расположенный на странице сайта «</w:t>
            </w:r>
            <w:r>
              <w:t>www</w:t>
            </w:r>
            <w:r w:rsidRPr="00332DB8">
              <w:rPr>
                <w:lang w:val="ru-RU"/>
              </w:rPr>
              <w:t>.</w:t>
            </w:r>
            <w:r>
              <w:t>youtube</w:t>
            </w:r>
            <w:r w:rsidRPr="00332DB8">
              <w:rPr>
                <w:lang w:val="ru-RU"/>
              </w:rPr>
              <w:t>.</w:t>
            </w:r>
            <w:r>
              <w:t>com</w:t>
            </w:r>
            <w:r w:rsidRPr="00332DB8">
              <w:rPr>
                <w:lang w:val="ru-RU"/>
              </w:rPr>
              <w:t xml:space="preserve">»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uJgawgBhSrU</w:t>
            </w:r>
            <w:r w:rsidRPr="00332DB8">
              <w:rPr>
                <w:lang w:val="ru-RU"/>
              </w:rPr>
              <w:t xml:space="preserve"> (решение Черкесского городского суда Карачаево-Черкесской Республики от 10.02.2014);</w:t>
            </w:r>
          </w:p>
        </w:tc>
        <w:tc>
          <w:tcPr>
            <w:tcW w:w="2880" w:type="dxa"/>
          </w:tcPr>
          <w:p w:rsidR="006F7457" w:rsidRPr="00332DB8" w:rsidRDefault="006F7457">
            <w:pPr>
              <w:rPr>
                <w:lang w:val="ru-RU"/>
              </w:rPr>
            </w:pPr>
          </w:p>
        </w:tc>
      </w:tr>
      <w:tr w:rsidR="006F7457" w:rsidRPr="005A424D">
        <w:tc>
          <w:tcPr>
            <w:tcW w:w="2880" w:type="dxa"/>
          </w:tcPr>
          <w:p w:rsidR="006F7457" w:rsidRDefault="00332DB8">
            <w:r>
              <w:t>237</w:t>
            </w:r>
            <w:r>
              <w:lastRenderedPageBreak/>
              <w:t>5.</w:t>
            </w:r>
          </w:p>
        </w:tc>
        <w:tc>
          <w:tcPr>
            <w:tcW w:w="2880" w:type="dxa"/>
          </w:tcPr>
          <w:p w:rsidR="006F7457" w:rsidRPr="00332DB8" w:rsidRDefault="00332DB8">
            <w:pPr>
              <w:rPr>
                <w:lang w:val="ru-RU"/>
              </w:rPr>
            </w:pPr>
            <w:r w:rsidRPr="00332DB8">
              <w:rPr>
                <w:lang w:val="ru-RU"/>
              </w:rPr>
              <w:lastRenderedPageBreak/>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2376.</w:t>
            </w:r>
          </w:p>
        </w:tc>
        <w:tc>
          <w:tcPr>
            <w:tcW w:w="2880" w:type="dxa"/>
          </w:tcPr>
          <w:p w:rsidR="006F7457" w:rsidRPr="00332DB8" w:rsidRDefault="00332DB8">
            <w:pPr>
              <w:rPr>
                <w:lang w:val="ru-RU"/>
              </w:rPr>
            </w:pPr>
            <w:r w:rsidRPr="00332DB8">
              <w:rPr>
                <w:lang w:val="ru-RU"/>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2880" w:type="dxa"/>
          </w:tcPr>
          <w:p w:rsidR="006F7457" w:rsidRPr="00332DB8" w:rsidRDefault="006F7457">
            <w:pPr>
              <w:rPr>
                <w:lang w:val="ru-RU"/>
              </w:rPr>
            </w:pPr>
          </w:p>
        </w:tc>
      </w:tr>
      <w:tr w:rsidR="006F7457" w:rsidRPr="005A424D">
        <w:tc>
          <w:tcPr>
            <w:tcW w:w="2880" w:type="dxa"/>
          </w:tcPr>
          <w:p w:rsidR="006F7457" w:rsidRDefault="00332DB8">
            <w:r>
              <w:t>2377.</w:t>
            </w:r>
          </w:p>
        </w:tc>
        <w:tc>
          <w:tcPr>
            <w:tcW w:w="2880" w:type="dxa"/>
          </w:tcPr>
          <w:p w:rsidR="006F7457" w:rsidRPr="00332DB8" w:rsidRDefault="00332DB8">
            <w:pPr>
              <w:rPr>
                <w:lang w:val="ru-RU"/>
              </w:rPr>
            </w:pPr>
            <w:r w:rsidRPr="00332DB8">
              <w:rPr>
                <w:lang w:val="ru-RU"/>
              </w:rPr>
              <w:t xml:space="preserve">Текст музыкальной композиции «Обострение», размещенной в сети Интернет на сайте </w:t>
            </w:r>
            <w:r>
              <w:t>http</w:t>
            </w:r>
            <w:r w:rsidRPr="00332DB8">
              <w:rPr>
                <w:lang w:val="ru-RU"/>
              </w:rPr>
              <w:t>://</w:t>
            </w:r>
            <w:r>
              <w:t>vk</w:t>
            </w:r>
            <w:r w:rsidRPr="00332DB8">
              <w:rPr>
                <w:lang w:val="ru-RU"/>
              </w:rPr>
              <w:t>.</w:t>
            </w:r>
            <w:r>
              <w:t>com</w:t>
            </w:r>
            <w:r w:rsidRPr="00332DB8">
              <w:rPr>
                <w:lang w:val="ru-RU"/>
              </w:rPr>
              <w:t>/</w:t>
            </w:r>
            <w:r>
              <w:t>dobry</w:t>
            </w:r>
            <w:r w:rsidRPr="00332DB8">
              <w:rPr>
                <w:lang w:val="ru-RU"/>
              </w:rPr>
              <w:t>_</w:t>
            </w:r>
            <w:r>
              <w:t>cot</w:t>
            </w:r>
            <w:r w:rsidRPr="00332DB8">
              <w:rPr>
                <w:lang w:val="ru-RU"/>
              </w:rPr>
              <w:t xml:space="preserve"> (решение Кировского районного суда г. Астрахани от 22.05.2014);</w:t>
            </w:r>
          </w:p>
        </w:tc>
        <w:tc>
          <w:tcPr>
            <w:tcW w:w="2880" w:type="dxa"/>
          </w:tcPr>
          <w:p w:rsidR="006F7457" w:rsidRPr="00332DB8" w:rsidRDefault="006F7457">
            <w:pPr>
              <w:rPr>
                <w:lang w:val="ru-RU"/>
              </w:rPr>
            </w:pPr>
          </w:p>
        </w:tc>
      </w:tr>
      <w:tr w:rsidR="006F7457" w:rsidRPr="005A424D">
        <w:tc>
          <w:tcPr>
            <w:tcW w:w="2880" w:type="dxa"/>
          </w:tcPr>
          <w:p w:rsidR="006F7457" w:rsidRDefault="00332DB8">
            <w:r>
              <w:t>2378.</w:t>
            </w:r>
          </w:p>
        </w:tc>
        <w:tc>
          <w:tcPr>
            <w:tcW w:w="2880" w:type="dxa"/>
          </w:tcPr>
          <w:p w:rsidR="006F7457" w:rsidRPr="00332DB8" w:rsidRDefault="00332DB8">
            <w:pPr>
              <w:rPr>
                <w:lang w:val="ru-RU"/>
              </w:rPr>
            </w:pPr>
            <w:r w:rsidRPr="00332DB8">
              <w:rPr>
                <w:lang w:val="ru-RU"/>
              </w:rPr>
              <w:t xml:space="preserve">Книга Уильяма Пауэлла «Поваренная книга анархиста», размещенная в электронном виде по адресам в сети Интернет: </w:t>
            </w:r>
            <w:r>
              <w:t>http</w:t>
            </w:r>
            <w:r w:rsidRPr="00332DB8">
              <w:rPr>
                <w:lang w:val="ru-RU"/>
              </w:rPr>
              <w:t>://</w:t>
            </w:r>
            <w:r>
              <w:t>vk</w:t>
            </w:r>
            <w:r w:rsidRPr="00332DB8">
              <w:rPr>
                <w:lang w:val="ru-RU"/>
              </w:rPr>
              <w:t>.</w:t>
            </w:r>
            <w:r>
              <w:t>com</w:t>
            </w:r>
            <w:r w:rsidRPr="00332DB8">
              <w:rPr>
                <w:lang w:val="ru-RU"/>
              </w:rPr>
              <w:t>/</w:t>
            </w:r>
            <w:r>
              <w:t>docl</w:t>
            </w:r>
            <w:r w:rsidRPr="00332DB8">
              <w:rPr>
                <w:lang w:val="ru-RU"/>
              </w:rPr>
              <w:t>22167743_154548133?</w:t>
            </w:r>
            <w:r>
              <w:t>hash</w:t>
            </w:r>
            <w:r w:rsidRPr="00332DB8">
              <w:rPr>
                <w:lang w:val="ru-RU"/>
              </w:rPr>
              <w:t xml:space="preserve">= </w:t>
            </w:r>
            <w:r>
              <w:t>f</w:t>
            </w:r>
            <w:r w:rsidRPr="00332DB8">
              <w:rPr>
                <w:lang w:val="ru-RU"/>
              </w:rPr>
              <w:t>92</w:t>
            </w:r>
            <w:r>
              <w:t>c</w:t>
            </w:r>
            <w:r w:rsidRPr="00332DB8">
              <w:rPr>
                <w:lang w:val="ru-RU"/>
              </w:rPr>
              <w:t>006</w:t>
            </w:r>
            <w:r>
              <w:t>dlcaf</w:t>
            </w:r>
            <w:r w:rsidRPr="00332DB8">
              <w:rPr>
                <w:lang w:val="ru-RU"/>
              </w:rPr>
              <w:t>218766&amp;</w:t>
            </w:r>
            <w:r>
              <w:t>dl</w:t>
            </w:r>
            <w:r w:rsidRPr="00332DB8">
              <w:rPr>
                <w:lang w:val="ru-RU"/>
              </w:rPr>
              <w:t>=28</w:t>
            </w:r>
            <w:r>
              <w:t>aabb</w:t>
            </w:r>
            <w:r w:rsidRPr="00332DB8">
              <w:rPr>
                <w:lang w:val="ru-RU"/>
              </w:rPr>
              <w:t>4 9</w:t>
            </w:r>
            <w:r>
              <w:t>a</w:t>
            </w:r>
            <w:r w:rsidRPr="00332DB8">
              <w:rPr>
                <w:lang w:val="ru-RU"/>
              </w:rPr>
              <w:t>72 17</w:t>
            </w:r>
            <w:r>
              <w:t>e</w:t>
            </w:r>
            <w:r w:rsidRPr="00332DB8">
              <w:rPr>
                <w:lang w:val="ru-RU"/>
              </w:rPr>
              <w:t xml:space="preserve">1962; </w:t>
            </w:r>
            <w:r>
              <w:t>http</w:t>
            </w:r>
            <w:r w:rsidRPr="00332DB8">
              <w:rPr>
                <w:lang w:val="ru-RU"/>
              </w:rPr>
              <w:t>://</w:t>
            </w:r>
            <w:r>
              <w:t>rapidzona</w:t>
            </w:r>
            <w:r w:rsidRPr="00332DB8">
              <w:rPr>
                <w:lang w:val="ru-RU"/>
              </w:rPr>
              <w:t>.</w:t>
            </w:r>
            <w:r>
              <w:t>com</w:t>
            </w:r>
            <w:r w:rsidRPr="00332DB8">
              <w:rPr>
                <w:lang w:val="ru-RU"/>
              </w:rPr>
              <w:t>/</w:t>
            </w:r>
            <w:r>
              <w:t>books</w:t>
            </w:r>
            <w:r w:rsidRPr="00332DB8">
              <w:rPr>
                <w:lang w:val="ru-RU"/>
              </w:rPr>
              <w:t>-</w:t>
            </w:r>
            <w:r>
              <w:t>journal</w:t>
            </w:r>
            <w:r w:rsidRPr="00332DB8">
              <w:rPr>
                <w:lang w:val="ru-RU"/>
              </w:rPr>
              <w:t>-</w:t>
            </w:r>
            <w:r>
              <w:t>foto</w:t>
            </w:r>
            <w:r w:rsidRPr="00332DB8">
              <w:rPr>
                <w:lang w:val="ru-RU"/>
              </w:rPr>
              <w:t>-</w:t>
            </w:r>
            <w:r>
              <w:t>torrent</w:t>
            </w:r>
            <w:r w:rsidRPr="00332DB8">
              <w:rPr>
                <w:lang w:val="ru-RU"/>
              </w:rPr>
              <w:t>/</w:t>
            </w:r>
            <w:r>
              <w:t>books</w:t>
            </w:r>
            <w:r w:rsidRPr="00332DB8">
              <w:rPr>
                <w:lang w:val="ru-RU"/>
              </w:rPr>
              <w:t>-</w:t>
            </w:r>
            <w:r>
              <w:t>torrent</w:t>
            </w:r>
            <w:r w:rsidRPr="00332DB8">
              <w:rPr>
                <w:lang w:val="ru-RU"/>
              </w:rPr>
              <w:t>/13376-</w:t>
            </w:r>
            <w:r>
              <w:t>uilyam</w:t>
            </w:r>
            <w:r w:rsidRPr="00332DB8">
              <w:rPr>
                <w:lang w:val="ru-RU"/>
              </w:rPr>
              <w:t>-р</w:t>
            </w:r>
            <w:r>
              <w:t>auyell</w:t>
            </w:r>
            <w:r w:rsidRPr="00332DB8">
              <w:rPr>
                <w:lang w:val="ru-RU"/>
              </w:rPr>
              <w:t xml:space="preserve"> -</w:t>
            </w:r>
            <w:r>
              <w:t>povarennaya</w:t>
            </w:r>
            <w:r w:rsidRPr="00332DB8">
              <w:rPr>
                <w:lang w:val="ru-RU"/>
              </w:rPr>
              <w:t>-</w:t>
            </w:r>
            <w:r>
              <w:t>kniga</w:t>
            </w:r>
            <w:r w:rsidRPr="00332DB8">
              <w:rPr>
                <w:lang w:val="ru-RU"/>
              </w:rPr>
              <w:t>-</w:t>
            </w:r>
            <w:r>
              <w:t>anarxista</w:t>
            </w:r>
            <w:r w:rsidRPr="00332DB8">
              <w:rPr>
                <w:lang w:val="ru-RU"/>
              </w:rPr>
              <w:t>.</w:t>
            </w:r>
            <w:r>
              <w:t>html</w:t>
            </w:r>
            <w:r w:rsidRPr="00332DB8">
              <w:rPr>
                <w:lang w:val="ru-RU"/>
              </w:rPr>
              <w:t xml:space="preserve">; </w:t>
            </w:r>
            <w:r>
              <w:t>http</w:t>
            </w:r>
            <w:r w:rsidRPr="00332DB8">
              <w:rPr>
                <w:lang w:val="ru-RU"/>
              </w:rPr>
              <w:t>//</w:t>
            </w:r>
            <w:r>
              <w:t>poigraem</w:t>
            </w:r>
            <w:r w:rsidRPr="00332DB8">
              <w:rPr>
                <w:lang w:val="ru-RU"/>
              </w:rPr>
              <w:t>.</w:t>
            </w:r>
            <w:r>
              <w:t>net</w:t>
            </w:r>
            <w:r w:rsidRPr="00332DB8">
              <w:rPr>
                <w:lang w:val="ru-RU"/>
              </w:rPr>
              <w:t>/</w:t>
            </w:r>
            <w:r>
              <w:t>main</w:t>
            </w:r>
            <w:r w:rsidRPr="00332DB8">
              <w:rPr>
                <w:lang w:val="ru-RU"/>
              </w:rPr>
              <w:t>/</w:t>
            </w:r>
            <w:r>
              <w:t>books</w:t>
            </w:r>
            <w:r w:rsidRPr="00332DB8">
              <w:rPr>
                <w:lang w:val="ru-RU"/>
              </w:rPr>
              <w:t>/6157-</w:t>
            </w:r>
            <w:r>
              <w:t>uilyam</w:t>
            </w:r>
            <w:r w:rsidRPr="00332DB8">
              <w:rPr>
                <w:lang w:val="ru-RU"/>
              </w:rPr>
              <w:t>-</w:t>
            </w:r>
            <w:r>
              <w:t>pauyell</w:t>
            </w:r>
            <w:r w:rsidRPr="00332DB8">
              <w:rPr>
                <w:lang w:val="ru-RU"/>
              </w:rPr>
              <w:t>-</w:t>
            </w:r>
            <w:r>
              <w:t>povarennaya</w:t>
            </w:r>
            <w:r w:rsidRPr="00332DB8">
              <w:rPr>
                <w:lang w:val="ru-RU"/>
              </w:rPr>
              <w:t>-</w:t>
            </w:r>
            <w:r>
              <w:t>kniga</w:t>
            </w:r>
            <w:r w:rsidRPr="00332DB8">
              <w:rPr>
                <w:lang w:val="ru-RU"/>
              </w:rPr>
              <w:t>-</w:t>
            </w:r>
            <w:r>
              <w:t>anarxista</w:t>
            </w:r>
            <w:r w:rsidRPr="00332DB8">
              <w:rPr>
                <w:lang w:val="ru-RU"/>
              </w:rPr>
              <w:t>.</w:t>
            </w:r>
            <w:r>
              <w:t>html</w:t>
            </w:r>
            <w:r w:rsidRPr="00332DB8">
              <w:rPr>
                <w:lang w:val="ru-RU"/>
              </w:rPr>
              <w:t xml:space="preserve"> (решение Предгорного районного суда Ставропольского края от 21.04.2014);</w:t>
            </w:r>
          </w:p>
        </w:tc>
        <w:tc>
          <w:tcPr>
            <w:tcW w:w="2880" w:type="dxa"/>
          </w:tcPr>
          <w:p w:rsidR="006F7457" w:rsidRPr="00332DB8" w:rsidRDefault="006F7457">
            <w:pPr>
              <w:rPr>
                <w:lang w:val="ru-RU"/>
              </w:rPr>
            </w:pPr>
          </w:p>
        </w:tc>
      </w:tr>
      <w:tr w:rsidR="006F7457" w:rsidRPr="005A424D">
        <w:tc>
          <w:tcPr>
            <w:tcW w:w="2880" w:type="dxa"/>
          </w:tcPr>
          <w:p w:rsidR="006F7457" w:rsidRDefault="00332DB8">
            <w:r>
              <w:t>2379.</w:t>
            </w:r>
          </w:p>
        </w:tc>
        <w:tc>
          <w:tcPr>
            <w:tcW w:w="2880" w:type="dxa"/>
          </w:tcPr>
          <w:p w:rsidR="006F7457" w:rsidRPr="00332DB8" w:rsidRDefault="00332DB8">
            <w:pPr>
              <w:rPr>
                <w:lang w:val="ru-RU"/>
              </w:rPr>
            </w:pPr>
            <w:r w:rsidRPr="00332DB8">
              <w:rPr>
                <w:lang w:val="ru-RU"/>
              </w:rPr>
              <w:t xml:space="preserve">Информационные материалы, размещенные на интернет-адресах: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JdnPOvVPxOM</w:t>
            </w:r>
            <w:r w:rsidRPr="00332DB8">
              <w:rPr>
                <w:lang w:val="ru-RU"/>
              </w:rPr>
              <w:t xml:space="preserve"> (видеоролик «Обращение шейха Исама Умайра к членам Хизб-Ут-Тахрир России»);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JGHY</w:t>
            </w:r>
            <w:r w:rsidRPr="00332DB8">
              <w:rPr>
                <w:lang w:val="ru-RU"/>
              </w:rPr>
              <w:t>96</w:t>
            </w:r>
            <w:r>
              <w:t>xlivg</w:t>
            </w:r>
            <w:r w:rsidRPr="00332DB8">
              <w:rPr>
                <w:lang w:val="ru-RU"/>
              </w:rPr>
              <w:t xml:space="preserve"> (видеоролик «Обращение Амира Хизб-Ут-Тахрир Ата Абы Рашты к жителям Шама»);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eE</w:t>
            </w:r>
            <w:r w:rsidRPr="00332DB8">
              <w:rPr>
                <w:lang w:val="ru-RU"/>
              </w:rPr>
              <w:t>2</w:t>
            </w:r>
            <w:r>
              <w:t>DJUU</w:t>
            </w:r>
            <w:r w:rsidRPr="00332DB8">
              <w:rPr>
                <w:lang w:val="ru-RU"/>
              </w:rPr>
              <w:t>7</w:t>
            </w:r>
            <w:r>
              <w:t>IlE</w:t>
            </w:r>
            <w:r w:rsidRPr="00332DB8">
              <w:rPr>
                <w:lang w:val="ru-RU"/>
              </w:rPr>
              <w:t xml:space="preserve"> (видеоролик «Почему они обвиняют Хизб-Ут-Тахрир в экстремизме?»);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r</w:t>
            </w:r>
            <w:r w:rsidRPr="00332DB8">
              <w:rPr>
                <w:lang w:val="ru-RU"/>
              </w:rPr>
              <w:t>54</w:t>
            </w:r>
            <w:r>
              <w:t>i</w:t>
            </w:r>
            <w:r w:rsidRPr="00332DB8">
              <w:rPr>
                <w:lang w:val="ru-RU"/>
              </w:rPr>
              <w:t>-</w:t>
            </w:r>
            <w:r>
              <w:t>d</w:t>
            </w:r>
            <w:r w:rsidRPr="00332DB8">
              <w:rPr>
                <w:lang w:val="ru-RU"/>
              </w:rPr>
              <w:t>8</w:t>
            </w:r>
            <w:r>
              <w:t>LozM</w:t>
            </w:r>
            <w:r w:rsidRPr="00332DB8">
              <w:rPr>
                <w:lang w:val="ru-RU"/>
              </w:rPr>
              <w:t>&amp;</w:t>
            </w:r>
            <w:r>
              <w:t>feature</w:t>
            </w:r>
            <w:r w:rsidRPr="00332DB8">
              <w:rPr>
                <w:lang w:val="ru-RU"/>
              </w:rPr>
              <w:t>=</w:t>
            </w:r>
            <w:r>
              <w:t>c</w:t>
            </w:r>
            <w:r w:rsidRPr="00332DB8">
              <w:rPr>
                <w:lang w:val="ru-RU"/>
              </w:rPr>
              <w:t>4-</w:t>
            </w:r>
            <w:r>
              <w:t>overview</w:t>
            </w:r>
            <w:r w:rsidRPr="00332DB8">
              <w:rPr>
                <w:lang w:val="ru-RU"/>
              </w:rPr>
              <w:t>-</w:t>
            </w:r>
            <w:r>
              <w:t>vl</w:t>
            </w:r>
            <w:r w:rsidRPr="00332DB8">
              <w:rPr>
                <w:lang w:val="ru-RU"/>
              </w:rPr>
              <w:t>&amp;</w:t>
            </w:r>
            <w:r>
              <w:t>list</w:t>
            </w:r>
            <w:r w:rsidRPr="00332DB8">
              <w:rPr>
                <w:lang w:val="ru-RU"/>
              </w:rPr>
              <w:t>=</w:t>
            </w:r>
            <w:r>
              <w:t>PL</w:t>
            </w:r>
            <w:r w:rsidRPr="00332DB8">
              <w:rPr>
                <w:lang w:val="ru-RU"/>
              </w:rPr>
              <w:t xml:space="preserve"> 88</w:t>
            </w:r>
            <w:r>
              <w:t>gr</w:t>
            </w:r>
            <w:r w:rsidRPr="00332DB8">
              <w:rPr>
                <w:lang w:val="ru-RU"/>
              </w:rPr>
              <w:t>6</w:t>
            </w:r>
            <w:r>
              <w:t>uJB</w:t>
            </w:r>
            <w:r w:rsidRPr="00332DB8">
              <w:rPr>
                <w:lang w:val="ru-RU"/>
              </w:rPr>
              <w:t>7</w:t>
            </w:r>
            <w:r>
              <w:t>Mh</w:t>
            </w:r>
            <w:r w:rsidRPr="00332DB8">
              <w:rPr>
                <w:lang w:val="ru-RU"/>
              </w:rPr>
              <w:t>-3</w:t>
            </w:r>
            <w:r>
              <w:t>k</w:t>
            </w:r>
            <w:r w:rsidRPr="00332DB8">
              <w:rPr>
                <w:lang w:val="ru-RU"/>
              </w:rPr>
              <w:t>9</w:t>
            </w:r>
            <w:r>
              <w:t>NV</w:t>
            </w:r>
            <w:r w:rsidRPr="00332DB8">
              <w:rPr>
                <w:lang w:val="ru-RU"/>
              </w:rPr>
              <w:t>5</w:t>
            </w:r>
            <w:r>
              <w:t>JRiRtWtdZP</w:t>
            </w:r>
            <w:r w:rsidRPr="00332DB8">
              <w:rPr>
                <w:lang w:val="ru-RU"/>
              </w:rPr>
              <w:t>9</w:t>
            </w:r>
            <w:r>
              <w:t>DMw</w:t>
            </w:r>
            <w:r w:rsidRPr="00332DB8">
              <w:rPr>
                <w:lang w:val="ru-RU"/>
              </w:rPr>
              <w:t xml:space="preserve"> (видеоролик «Обращение Амира Хизб-Ут-Тахрир Ата Ибн Халиль Абу Ар-Рашт…»);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KGbXhflyUBo</w:t>
            </w:r>
            <w:r w:rsidRPr="00332DB8">
              <w:rPr>
                <w:lang w:val="ru-RU"/>
              </w:rPr>
              <w:t>&amp;</w:t>
            </w:r>
            <w:r>
              <w:t>list</w:t>
            </w:r>
            <w:r w:rsidRPr="00332DB8">
              <w:rPr>
                <w:lang w:val="ru-RU"/>
              </w:rPr>
              <w:t>=</w:t>
            </w:r>
            <w:r>
              <w:t>PL</w:t>
            </w:r>
            <w:r w:rsidRPr="00332DB8">
              <w:rPr>
                <w:lang w:val="ru-RU"/>
              </w:rPr>
              <w:t>88</w:t>
            </w:r>
            <w:r>
              <w:t>gr</w:t>
            </w:r>
            <w:r w:rsidRPr="00332DB8">
              <w:rPr>
                <w:lang w:val="ru-RU"/>
              </w:rPr>
              <w:t>6</w:t>
            </w:r>
            <w:r>
              <w:t>uJB</w:t>
            </w:r>
            <w:r w:rsidRPr="00332DB8">
              <w:rPr>
                <w:lang w:val="ru-RU"/>
              </w:rPr>
              <w:t>7</w:t>
            </w:r>
            <w:r>
              <w:t>Mh</w:t>
            </w:r>
            <w:r w:rsidRPr="00332DB8">
              <w:rPr>
                <w:lang w:val="ru-RU"/>
              </w:rPr>
              <w:t>-3</w:t>
            </w:r>
            <w:r>
              <w:t>k</w:t>
            </w:r>
            <w:r w:rsidRPr="00332DB8">
              <w:rPr>
                <w:lang w:val="ru-RU"/>
              </w:rPr>
              <w:t>9</w:t>
            </w:r>
            <w:r>
              <w:t>NV</w:t>
            </w:r>
            <w:r w:rsidRPr="00332DB8">
              <w:rPr>
                <w:lang w:val="ru-RU"/>
              </w:rPr>
              <w:t xml:space="preserve">5 </w:t>
            </w:r>
            <w:r>
              <w:t>JRiRtWtdZP</w:t>
            </w:r>
            <w:r w:rsidRPr="00332DB8">
              <w:rPr>
                <w:lang w:val="ru-RU"/>
              </w:rPr>
              <w:t>9</w:t>
            </w:r>
            <w:r>
              <w:t>DMw</w:t>
            </w:r>
            <w:r w:rsidRPr="00332DB8">
              <w:rPr>
                <w:lang w:val="ru-RU"/>
              </w:rPr>
              <w:t xml:space="preserve"> (видеоролик «Обращение Амира Хизба к сирийцам»);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ff</w:t>
            </w:r>
            <w:r w:rsidRPr="00332DB8">
              <w:rPr>
                <w:lang w:val="ru-RU"/>
              </w:rPr>
              <w:t>5</w:t>
            </w:r>
            <w:r>
              <w:t>ggiTlNCg</w:t>
            </w:r>
            <w:r w:rsidRPr="00332DB8">
              <w:rPr>
                <w:lang w:val="ru-RU"/>
              </w:rPr>
              <w:t xml:space="preserve"> (видеоролик «</w:t>
            </w:r>
            <w:r>
              <w:t>JICMI</w:t>
            </w:r>
            <w:r w:rsidRPr="00332DB8">
              <w:rPr>
                <w:lang w:val="ru-RU"/>
              </w:rPr>
              <w:t xml:space="preserve"> 2013. Выступление Османа Баххаша, руководитель ЦМО Хизб-Ут-Тахрир»);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=0</w:t>
            </w:r>
            <w:r>
              <w:t>k</w:t>
            </w:r>
            <w:r w:rsidRPr="00332DB8">
              <w:rPr>
                <w:lang w:val="ru-RU"/>
              </w:rPr>
              <w:t>6</w:t>
            </w:r>
            <w:r>
              <w:t>Mxja</w:t>
            </w:r>
            <w:r w:rsidRPr="00332DB8">
              <w:rPr>
                <w:lang w:val="ru-RU"/>
              </w:rPr>
              <w:t>5</w:t>
            </w:r>
            <w:r>
              <w:t>ynk</w:t>
            </w:r>
            <w:r w:rsidRPr="00332DB8">
              <w:rPr>
                <w:lang w:val="ru-RU"/>
              </w:rPr>
              <w:t>&amp;</w:t>
            </w:r>
            <w:r>
              <w:t>feature</w:t>
            </w:r>
            <w:r w:rsidRPr="00332DB8">
              <w:rPr>
                <w:lang w:val="ru-RU"/>
              </w:rPr>
              <w:t>=</w:t>
            </w:r>
            <w:r>
              <w:t>c</w:t>
            </w:r>
            <w:r w:rsidRPr="00332DB8">
              <w:rPr>
                <w:lang w:val="ru-RU"/>
              </w:rPr>
              <w:t>4-</w:t>
            </w:r>
            <w:r>
              <w:t>overview</w:t>
            </w:r>
            <w:r w:rsidRPr="00332DB8">
              <w:rPr>
                <w:lang w:val="ru-RU"/>
              </w:rPr>
              <w:t>-</w:t>
            </w:r>
            <w:r>
              <w:t>vl</w:t>
            </w:r>
            <w:r w:rsidRPr="00332DB8">
              <w:rPr>
                <w:lang w:val="ru-RU"/>
              </w:rPr>
              <w:t>&amp;</w:t>
            </w:r>
            <w:r>
              <w:t>list</w:t>
            </w:r>
            <w:r w:rsidRPr="00332DB8">
              <w:rPr>
                <w:lang w:val="ru-RU"/>
              </w:rPr>
              <w:t>=</w:t>
            </w:r>
            <w:r>
              <w:t>PL</w:t>
            </w:r>
            <w:r w:rsidRPr="00332DB8">
              <w:rPr>
                <w:lang w:val="ru-RU"/>
              </w:rPr>
              <w:t xml:space="preserve"> </w:t>
            </w:r>
            <w:r>
              <w:lastRenderedPageBreak/>
              <w:t>AuzwgY</w:t>
            </w:r>
            <w:r w:rsidRPr="00332DB8">
              <w:rPr>
                <w:lang w:val="ru-RU"/>
              </w:rPr>
              <w:t>6</w:t>
            </w:r>
            <w:r>
              <w:t>oNIVmFyia</w:t>
            </w:r>
            <w:r w:rsidRPr="00332DB8">
              <w:rPr>
                <w:lang w:val="ru-RU"/>
              </w:rPr>
              <w:t>5</w:t>
            </w:r>
            <w:r>
              <w:t>U</w:t>
            </w:r>
            <w:r w:rsidRPr="00332DB8">
              <w:rPr>
                <w:lang w:val="ru-RU"/>
              </w:rPr>
              <w:t>0</w:t>
            </w:r>
            <w:r>
              <w:t>wT</w:t>
            </w:r>
            <w:r w:rsidRPr="00332DB8">
              <w:rPr>
                <w:lang w:val="ru-RU"/>
              </w:rPr>
              <w:t>51</w:t>
            </w:r>
            <w:r>
              <w:t>uDJT</w:t>
            </w:r>
            <w:r w:rsidRPr="00332DB8">
              <w:rPr>
                <w:lang w:val="ru-RU"/>
              </w:rPr>
              <w:t>6</w:t>
            </w:r>
            <w:r>
              <w:t>Xh</w:t>
            </w:r>
            <w:r w:rsidRPr="00332DB8">
              <w:rPr>
                <w:lang w:val="ru-RU"/>
              </w:rPr>
              <w:t>8</w:t>
            </w:r>
            <w:r>
              <w:t>z</w:t>
            </w:r>
            <w:r w:rsidRPr="00332DB8">
              <w:rPr>
                <w:lang w:val="ru-RU"/>
              </w:rPr>
              <w:t xml:space="preserve"> (видеоролик «Послание от шейха Хасан Аль-Джунейн к амиру Хизб ут-Тахрир»);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=9</w:t>
            </w:r>
            <w:r>
              <w:t>suYoIbL</w:t>
            </w:r>
            <w:r w:rsidRPr="00332DB8">
              <w:rPr>
                <w:lang w:val="ru-RU"/>
              </w:rPr>
              <w:t>0</w:t>
            </w:r>
            <w:r>
              <w:t>EM</w:t>
            </w:r>
            <w:r w:rsidRPr="00332DB8">
              <w:rPr>
                <w:lang w:val="ru-RU"/>
              </w:rPr>
              <w:t>&amp;</w:t>
            </w:r>
            <w:r>
              <w:t>list</w:t>
            </w:r>
            <w:r w:rsidRPr="00332DB8">
              <w:rPr>
                <w:lang w:val="ru-RU"/>
              </w:rPr>
              <w:t>=</w:t>
            </w:r>
            <w:r>
              <w:t>PLAuzwgY</w:t>
            </w:r>
            <w:r w:rsidRPr="00332DB8">
              <w:rPr>
                <w:lang w:val="ru-RU"/>
              </w:rPr>
              <w:t>6</w:t>
            </w:r>
            <w:r>
              <w:t>oNIVmFyia</w:t>
            </w:r>
            <w:r w:rsidRPr="00332DB8">
              <w:rPr>
                <w:lang w:val="ru-RU"/>
              </w:rPr>
              <w:t>5</w:t>
            </w:r>
            <w:r>
              <w:t>U</w:t>
            </w:r>
            <w:r w:rsidRPr="00332DB8">
              <w:rPr>
                <w:lang w:val="ru-RU"/>
              </w:rPr>
              <w:t>0</w:t>
            </w:r>
            <w:r>
              <w:t>wT</w:t>
            </w:r>
            <w:r w:rsidRPr="00332DB8">
              <w:rPr>
                <w:lang w:val="ru-RU"/>
              </w:rPr>
              <w:t>51</w:t>
            </w:r>
            <w:r>
              <w:t>uDJT</w:t>
            </w:r>
            <w:r w:rsidRPr="00332DB8">
              <w:rPr>
                <w:lang w:val="ru-RU"/>
              </w:rPr>
              <w:t>6</w:t>
            </w:r>
            <w:r>
              <w:t>Xh</w:t>
            </w:r>
            <w:r w:rsidRPr="00332DB8">
              <w:rPr>
                <w:lang w:val="ru-RU"/>
              </w:rPr>
              <w:t>8</w:t>
            </w:r>
            <w:r>
              <w:t>z</w:t>
            </w:r>
            <w:r w:rsidRPr="00332DB8">
              <w:rPr>
                <w:lang w:val="ru-RU"/>
              </w:rPr>
              <w:t xml:space="preserve"> (видеоролик «Речь амира Хизб ут-Тахрир – Ата Абу ар-Рашта»);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gxBQtczz</w:t>
            </w:r>
            <w:r w:rsidRPr="00332DB8">
              <w:rPr>
                <w:lang w:val="ru-RU"/>
              </w:rPr>
              <w:t>6</w:t>
            </w:r>
            <w:r>
              <w:t>ms</w:t>
            </w:r>
            <w:r w:rsidRPr="00332DB8">
              <w:rPr>
                <w:lang w:val="ru-RU"/>
              </w:rPr>
              <w:t>&amp;</w:t>
            </w:r>
            <w:r>
              <w:t>list</w:t>
            </w:r>
            <w:r w:rsidRPr="00332DB8">
              <w:rPr>
                <w:lang w:val="ru-RU"/>
              </w:rPr>
              <w:t>=</w:t>
            </w:r>
            <w:r>
              <w:t>PLAuzwgY</w:t>
            </w:r>
            <w:r w:rsidRPr="00332DB8">
              <w:rPr>
                <w:lang w:val="ru-RU"/>
              </w:rPr>
              <w:t>6</w:t>
            </w:r>
            <w:r>
              <w:t>oNIVmFyia</w:t>
            </w:r>
            <w:r w:rsidRPr="00332DB8">
              <w:rPr>
                <w:lang w:val="ru-RU"/>
              </w:rPr>
              <w:t>5</w:t>
            </w:r>
            <w:r>
              <w:t>U</w:t>
            </w:r>
            <w:r w:rsidRPr="00332DB8">
              <w:rPr>
                <w:lang w:val="ru-RU"/>
              </w:rPr>
              <w:t>0</w:t>
            </w:r>
            <w:r>
              <w:t>wT</w:t>
            </w:r>
            <w:r w:rsidRPr="00332DB8">
              <w:rPr>
                <w:lang w:val="ru-RU"/>
              </w:rPr>
              <w:t>51</w:t>
            </w:r>
            <w:r>
              <w:t>uDJT</w:t>
            </w:r>
            <w:r w:rsidRPr="00332DB8">
              <w:rPr>
                <w:lang w:val="ru-RU"/>
              </w:rPr>
              <w:t>6</w:t>
            </w:r>
            <w:r>
              <w:t>Xh</w:t>
            </w:r>
            <w:r w:rsidRPr="00332DB8">
              <w:rPr>
                <w:lang w:val="ru-RU"/>
              </w:rPr>
              <w:t>8</w:t>
            </w:r>
            <w:r>
              <w:t>z</w:t>
            </w:r>
            <w:r w:rsidRPr="00332DB8">
              <w:rPr>
                <w:lang w:val="ru-RU"/>
              </w:rPr>
              <w:t xml:space="preserve"> (видеоролик «Амир Хизб ут-Тахрир Ата Абу ар-Рашта») (решение Новоуренгойского городского суда Ямало-Ненецкого автономного округа от 10.02.2014);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2380.</w:t>
            </w:r>
          </w:p>
        </w:tc>
        <w:tc>
          <w:tcPr>
            <w:tcW w:w="2880" w:type="dxa"/>
          </w:tcPr>
          <w:p w:rsidR="006F7457" w:rsidRPr="00332DB8" w:rsidRDefault="00332DB8">
            <w:pPr>
              <w:rPr>
                <w:lang w:val="ru-RU"/>
              </w:rPr>
            </w:pPr>
            <w:r w:rsidRPr="00332DB8">
              <w:rPr>
                <w:lang w:val="ru-RU"/>
              </w:rPr>
              <w:t>Видеоролик «Рус, проснись», видеоролик «ВОТ ПОЧЕМУ МЫ УБИВАЕМ СКИНОВ», размещенные в сети «Интернет» на сайте «</w:t>
            </w:r>
            <w:r>
              <w:t>vkontakte</w:t>
            </w:r>
            <w:r w:rsidRPr="00332DB8">
              <w:rPr>
                <w:lang w:val="ru-RU"/>
              </w:rPr>
              <w:t>.</w:t>
            </w:r>
            <w:r>
              <w:t>ru</w:t>
            </w:r>
            <w:r w:rsidRPr="00332DB8">
              <w:rPr>
                <w:lang w:val="ru-RU"/>
              </w:rPr>
              <w:t>» (</w:t>
            </w:r>
            <w:r>
              <w:t>vk</w:t>
            </w:r>
            <w:r w:rsidRPr="00332DB8">
              <w:rPr>
                <w:lang w:val="ru-RU"/>
              </w:rPr>
              <w:t>.</w:t>
            </w:r>
            <w:r>
              <w:t>com</w:t>
            </w:r>
            <w:r w:rsidRPr="00332DB8">
              <w:rPr>
                <w:lang w:val="ru-RU"/>
              </w:rPr>
              <w:t xml:space="preserve">) по электронному адресу: </w:t>
            </w:r>
            <w:r>
              <w:t>http</w:t>
            </w:r>
            <w:r w:rsidRPr="00332DB8">
              <w:rPr>
                <w:lang w:val="ru-RU"/>
              </w:rPr>
              <w:t xml:space="preserve">:// </w:t>
            </w:r>
            <w:r>
              <w:t>vk</w:t>
            </w:r>
            <w:r w:rsidRPr="00332DB8">
              <w:rPr>
                <w:lang w:val="ru-RU"/>
              </w:rPr>
              <w:t>.</w:t>
            </w:r>
            <w:r>
              <w:t>com</w:t>
            </w:r>
            <w:r w:rsidRPr="00332DB8">
              <w:rPr>
                <w:lang w:val="ru-RU"/>
              </w:rPr>
              <w:t xml:space="preserve"> </w:t>
            </w:r>
            <w:r>
              <w:t>id</w:t>
            </w:r>
            <w:r w:rsidRPr="00332DB8">
              <w:rPr>
                <w:lang w:val="ru-RU"/>
              </w:rPr>
              <w:t>23100146 (решение Октябрьского районного суда Ханты-Мансийского автономного округа – Югры от 29.04.2014);</w:t>
            </w:r>
          </w:p>
        </w:tc>
        <w:tc>
          <w:tcPr>
            <w:tcW w:w="2880" w:type="dxa"/>
          </w:tcPr>
          <w:p w:rsidR="006F7457" w:rsidRPr="00332DB8" w:rsidRDefault="006F7457">
            <w:pPr>
              <w:rPr>
                <w:lang w:val="ru-RU"/>
              </w:rPr>
            </w:pPr>
          </w:p>
        </w:tc>
      </w:tr>
      <w:tr w:rsidR="006F7457" w:rsidRPr="005A424D">
        <w:tc>
          <w:tcPr>
            <w:tcW w:w="2880" w:type="dxa"/>
          </w:tcPr>
          <w:p w:rsidR="006F7457" w:rsidRDefault="00332DB8">
            <w:r>
              <w:t>2381.</w:t>
            </w:r>
          </w:p>
        </w:tc>
        <w:tc>
          <w:tcPr>
            <w:tcW w:w="2880" w:type="dxa"/>
          </w:tcPr>
          <w:p w:rsidR="006F7457" w:rsidRPr="00332DB8" w:rsidRDefault="00332DB8">
            <w:pPr>
              <w:rPr>
                <w:lang w:val="ru-RU"/>
              </w:rPr>
            </w:pPr>
            <w:r w:rsidRPr="00332DB8">
              <w:rPr>
                <w:lang w:val="ru-RU"/>
              </w:rPr>
              <w:t xml:space="preserve">Видеоролик «Гори, гори, гори жидяра, </w:t>
            </w:r>
            <w:r>
              <w:t>mp</w:t>
            </w:r>
            <w:r w:rsidRPr="00332DB8">
              <w:rPr>
                <w:lang w:val="ru-RU"/>
              </w:rPr>
              <w:t>4.» (решение Фрунзенского районного суда г. Владимира от 22.05.2014);</w:t>
            </w:r>
          </w:p>
        </w:tc>
        <w:tc>
          <w:tcPr>
            <w:tcW w:w="2880" w:type="dxa"/>
          </w:tcPr>
          <w:p w:rsidR="006F7457" w:rsidRPr="00332DB8" w:rsidRDefault="006F7457">
            <w:pPr>
              <w:rPr>
                <w:lang w:val="ru-RU"/>
              </w:rPr>
            </w:pPr>
          </w:p>
        </w:tc>
      </w:tr>
      <w:tr w:rsidR="006F7457" w:rsidRPr="005A424D">
        <w:tc>
          <w:tcPr>
            <w:tcW w:w="2880" w:type="dxa"/>
          </w:tcPr>
          <w:p w:rsidR="006F7457" w:rsidRDefault="00332DB8">
            <w:r>
              <w:t>2382.</w:t>
            </w:r>
          </w:p>
        </w:tc>
        <w:tc>
          <w:tcPr>
            <w:tcW w:w="2880" w:type="dxa"/>
          </w:tcPr>
          <w:p w:rsidR="006F7457" w:rsidRPr="00332DB8" w:rsidRDefault="00332DB8">
            <w:pPr>
              <w:rPr>
                <w:lang w:val="ru-RU"/>
              </w:rPr>
            </w:pPr>
            <w:r w:rsidRPr="00332DB8">
              <w:rPr>
                <w:lang w:val="ru-RU"/>
              </w:rPr>
              <w:t xml:space="preserve">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90633126_166326128 и </w:t>
            </w:r>
            <w:r>
              <w:t>http</w:t>
            </w:r>
            <w:r w:rsidRPr="00332DB8">
              <w:rPr>
                <w:lang w:val="ru-RU"/>
              </w:rPr>
              <w:t>://</w:t>
            </w:r>
            <w:r>
              <w:t>vk</w:t>
            </w:r>
            <w:r w:rsidRPr="00332DB8">
              <w:rPr>
                <w:lang w:val="ru-RU"/>
              </w:rPr>
              <w:t>.</w:t>
            </w:r>
            <w:r>
              <w:t>com</w:t>
            </w:r>
            <w:r w:rsidRPr="00332DB8">
              <w:rPr>
                <w:lang w:val="ru-RU"/>
              </w:rPr>
              <w:t>/</w:t>
            </w:r>
            <w:r>
              <w:t>video</w:t>
            </w:r>
            <w:r w:rsidRPr="00332DB8">
              <w:rPr>
                <w:lang w:val="ru-RU"/>
              </w:rPr>
              <w:t>90633126_166326108 (решение Вологодского городского суда Вологодской области от 23.04.2014);</w:t>
            </w:r>
          </w:p>
        </w:tc>
        <w:tc>
          <w:tcPr>
            <w:tcW w:w="2880" w:type="dxa"/>
          </w:tcPr>
          <w:p w:rsidR="006F7457" w:rsidRPr="00332DB8" w:rsidRDefault="006F7457">
            <w:pPr>
              <w:rPr>
                <w:lang w:val="ru-RU"/>
              </w:rPr>
            </w:pPr>
          </w:p>
        </w:tc>
      </w:tr>
      <w:tr w:rsidR="006F7457" w:rsidRPr="005A424D">
        <w:tc>
          <w:tcPr>
            <w:tcW w:w="2880" w:type="dxa"/>
          </w:tcPr>
          <w:p w:rsidR="006F7457" w:rsidRDefault="00332DB8">
            <w:r>
              <w:t>2383.</w:t>
            </w:r>
          </w:p>
        </w:tc>
        <w:tc>
          <w:tcPr>
            <w:tcW w:w="2880" w:type="dxa"/>
          </w:tcPr>
          <w:p w:rsidR="006F7457" w:rsidRPr="00332DB8" w:rsidRDefault="00332DB8">
            <w:pPr>
              <w:rPr>
                <w:lang w:val="ru-RU"/>
              </w:rPr>
            </w:pPr>
            <w:r w:rsidRPr="00332DB8">
              <w:rPr>
                <w:lang w:val="ru-RU"/>
              </w:rPr>
              <w:t>Визуальные материалы: «</w:t>
            </w:r>
            <w:r>
              <w:t>Format</w:t>
            </w:r>
            <w:r w:rsidRPr="00332DB8">
              <w:rPr>
                <w:lang w:val="ru-RU"/>
              </w:rPr>
              <w:t xml:space="preserve"> 18 - </w:t>
            </w:r>
            <w:r>
              <w:t>actll</w:t>
            </w:r>
            <w:r w:rsidRPr="00332DB8">
              <w:rPr>
                <w:lang w:val="ru-RU"/>
              </w:rPr>
              <w:t>-</w:t>
            </w:r>
            <w:r>
              <w:t>bydyshie</w:t>
            </w:r>
            <w:r w:rsidRPr="00332DB8">
              <w:rPr>
                <w:lang w:val="ru-RU"/>
              </w:rPr>
              <w:t>», «Белый Крест. Видео 5», «Задумайся», «Русские националисты, Скинхеды» (решение Заельцовского районного суда Новосибирской области от 06.05.2014);</w:t>
            </w:r>
          </w:p>
        </w:tc>
        <w:tc>
          <w:tcPr>
            <w:tcW w:w="2880" w:type="dxa"/>
          </w:tcPr>
          <w:p w:rsidR="006F7457" w:rsidRPr="00332DB8" w:rsidRDefault="006F7457">
            <w:pPr>
              <w:rPr>
                <w:lang w:val="ru-RU"/>
              </w:rPr>
            </w:pPr>
          </w:p>
        </w:tc>
      </w:tr>
      <w:tr w:rsidR="006F7457" w:rsidRPr="005A424D">
        <w:tc>
          <w:tcPr>
            <w:tcW w:w="2880" w:type="dxa"/>
          </w:tcPr>
          <w:p w:rsidR="006F7457" w:rsidRDefault="00332DB8">
            <w:r>
              <w:t>23</w:t>
            </w:r>
            <w:r>
              <w:lastRenderedPageBreak/>
              <w:t>84.</w:t>
            </w:r>
          </w:p>
        </w:tc>
        <w:tc>
          <w:tcPr>
            <w:tcW w:w="2880" w:type="dxa"/>
          </w:tcPr>
          <w:p w:rsidR="006F7457" w:rsidRPr="00332DB8" w:rsidRDefault="00332DB8">
            <w:pPr>
              <w:rPr>
                <w:lang w:val="ru-RU"/>
              </w:rPr>
            </w:pPr>
            <w:r w:rsidRPr="00332DB8">
              <w:rPr>
                <w:lang w:val="ru-RU"/>
              </w:rPr>
              <w:lastRenderedPageBreak/>
              <w:t>Аудиозаписи: «Коррозия Металла-Нигер», «</w:t>
            </w:r>
            <w:r>
              <w:t>SkinHead</w:t>
            </w:r>
            <w:r w:rsidRPr="00332DB8">
              <w:rPr>
                <w:lang w:val="ru-RU"/>
              </w:rPr>
              <w:t xml:space="preserve"> </w:t>
            </w:r>
            <w:r>
              <w:t>Generation</w:t>
            </w:r>
            <w:r w:rsidRPr="00332DB8">
              <w:rPr>
                <w:lang w:val="ru-RU"/>
              </w:rPr>
              <w:t xml:space="preserve"> - </w:t>
            </w:r>
            <w:r>
              <w:t>Zig</w:t>
            </w:r>
            <w:r w:rsidRPr="00332DB8">
              <w:rPr>
                <w:lang w:val="ru-RU"/>
              </w:rPr>
              <w:t xml:space="preserve"> </w:t>
            </w:r>
            <w:r>
              <w:t>Heil</w:t>
            </w:r>
            <w:r w:rsidRPr="00332DB8">
              <w:rPr>
                <w:lang w:val="ru-RU"/>
              </w:rPr>
              <w:t xml:space="preserve">» (решение Октябрьского районного </w:t>
            </w:r>
            <w:r w:rsidRPr="00332DB8">
              <w:rPr>
                <w:lang w:val="ru-RU"/>
              </w:rPr>
              <w:lastRenderedPageBreak/>
              <w:t>суда г. Томска от 20.05.2014);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2385.</w:t>
            </w:r>
          </w:p>
        </w:tc>
        <w:tc>
          <w:tcPr>
            <w:tcW w:w="2880" w:type="dxa"/>
          </w:tcPr>
          <w:p w:rsidR="006F7457" w:rsidRPr="00332DB8" w:rsidRDefault="00332DB8">
            <w:pPr>
              <w:rPr>
                <w:lang w:val="ru-RU"/>
              </w:rPr>
            </w:pPr>
            <w:r w:rsidRPr="00332DB8">
              <w:rPr>
                <w:lang w:val="ru-RU"/>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2880" w:type="dxa"/>
          </w:tcPr>
          <w:p w:rsidR="006F7457" w:rsidRPr="00332DB8" w:rsidRDefault="006F7457">
            <w:pPr>
              <w:rPr>
                <w:lang w:val="ru-RU"/>
              </w:rPr>
            </w:pPr>
          </w:p>
        </w:tc>
      </w:tr>
      <w:tr w:rsidR="006F7457" w:rsidRPr="005A424D">
        <w:tc>
          <w:tcPr>
            <w:tcW w:w="2880" w:type="dxa"/>
          </w:tcPr>
          <w:p w:rsidR="006F7457" w:rsidRDefault="00332DB8">
            <w:r>
              <w:t>2386.</w:t>
            </w:r>
          </w:p>
        </w:tc>
        <w:tc>
          <w:tcPr>
            <w:tcW w:w="2880" w:type="dxa"/>
          </w:tcPr>
          <w:p w:rsidR="006F7457" w:rsidRPr="00332DB8" w:rsidRDefault="00332DB8">
            <w:pPr>
              <w:rPr>
                <w:lang w:val="ru-RU"/>
              </w:rPr>
            </w:pPr>
            <w:r w:rsidRPr="00332DB8">
              <w:rPr>
                <w:lang w:val="ru-RU"/>
              </w:rPr>
              <w:t>Размещенные Исмагиловым Эдгаром Ильдаровичем в международной информационной сети Интернет на сайте «</w:t>
            </w:r>
            <w:r>
              <w:t>www</w:t>
            </w:r>
            <w:r w:rsidRPr="00332DB8">
              <w:rPr>
                <w:lang w:val="ru-RU"/>
              </w:rPr>
              <w:t>.</w:t>
            </w:r>
            <w:r>
              <w:t>vk</w:t>
            </w:r>
            <w:r w:rsidRPr="00332DB8">
              <w:rPr>
                <w:lang w:val="ru-RU"/>
              </w:rPr>
              <w:t>.</w:t>
            </w:r>
            <w:r>
              <w:t>com</w:t>
            </w:r>
            <w:r w:rsidRPr="00332DB8">
              <w:rPr>
                <w:lang w:val="ru-RU"/>
              </w:rPr>
              <w:t xml:space="preserve">» в разделе «видеозаписи» на странице сайта </w:t>
            </w:r>
            <w:r>
              <w:t>http</w:t>
            </w:r>
            <w:r w:rsidRPr="00332DB8">
              <w:rPr>
                <w:lang w:val="ru-RU"/>
              </w:rPr>
              <w:t>://</w:t>
            </w:r>
            <w:r>
              <w:t>vk</w:t>
            </w:r>
            <w:r w:rsidRPr="00332DB8">
              <w:rPr>
                <w:lang w:val="ru-RU"/>
              </w:rPr>
              <w:t>.</w:t>
            </w:r>
            <w:r>
              <w:t>com</w:t>
            </w:r>
            <w:r w:rsidRPr="00332DB8">
              <w:rPr>
                <w:lang w:val="ru-RU"/>
              </w:rPr>
              <w:t>/</w:t>
            </w:r>
            <w:r>
              <w:t>id</w:t>
            </w:r>
            <w:r w:rsidRPr="00332DB8">
              <w:rPr>
                <w:lang w:val="ru-RU"/>
              </w:rPr>
              <w:t>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2880" w:type="dxa"/>
          </w:tcPr>
          <w:p w:rsidR="006F7457" w:rsidRPr="00332DB8" w:rsidRDefault="006F7457">
            <w:pPr>
              <w:rPr>
                <w:lang w:val="ru-RU"/>
              </w:rPr>
            </w:pPr>
          </w:p>
        </w:tc>
      </w:tr>
      <w:tr w:rsidR="006F7457" w:rsidRPr="005A424D">
        <w:tc>
          <w:tcPr>
            <w:tcW w:w="2880" w:type="dxa"/>
          </w:tcPr>
          <w:p w:rsidR="006F7457" w:rsidRDefault="00332DB8">
            <w:r>
              <w:t>2387.</w:t>
            </w:r>
          </w:p>
        </w:tc>
        <w:tc>
          <w:tcPr>
            <w:tcW w:w="2880" w:type="dxa"/>
          </w:tcPr>
          <w:p w:rsidR="006F7457" w:rsidRPr="00332DB8" w:rsidRDefault="00332DB8">
            <w:pPr>
              <w:rPr>
                <w:lang w:val="ru-RU"/>
              </w:rPr>
            </w:pPr>
            <w:r w:rsidRPr="00332DB8">
              <w:rPr>
                <w:lang w:val="ru-RU"/>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c>
          <w:tcPr>
            <w:tcW w:w="2880" w:type="dxa"/>
          </w:tcPr>
          <w:p w:rsidR="006F7457" w:rsidRPr="00332DB8" w:rsidRDefault="006F7457">
            <w:pPr>
              <w:rPr>
                <w:lang w:val="ru-RU"/>
              </w:rPr>
            </w:pPr>
          </w:p>
        </w:tc>
      </w:tr>
      <w:tr w:rsidR="006F7457" w:rsidRPr="005A424D">
        <w:tc>
          <w:tcPr>
            <w:tcW w:w="2880" w:type="dxa"/>
          </w:tcPr>
          <w:p w:rsidR="006F7457" w:rsidRDefault="00332DB8">
            <w:r>
              <w:t>2388.</w:t>
            </w:r>
          </w:p>
        </w:tc>
        <w:tc>
          <w:tcPr>
            <w:tcW w:w="2880" w:type="dxa"/>
          </w:tcPr>
          <w:p w:rsidR="006F7457" w:rsidRPr="00332DB8" w:rsidRDefault="00332DB8">
            <w:pPr>
              <w:rPr>
                <w:lang w:val="ru-RU"/>
              </w:rPr>
            </w:pPr>
            <w:r w:rsidRPr="00332DB8">
              <w:rPr>
                <w:lang w:val="ru-RU"/>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2880" w:type="dxa"/>
          </w:tcPr>
          <w:p w:rsidR="006F7457" w:rsidRPr="00332DB8" w:rsidRDefault="006F7457">
            <w:pPr>
              <w:rPr>
                <w:lang w:val="ru-RU"/>
              </w:rPr>
            </w:pPr>
          </w:p>
        </w:tc>
      </w:tr>
      <w:tr w:rsidR="006F7457" w:rsidRPr="005A424D">
        <w:tc>
          <w:tcPr>
            <w:tcW w:w="2880" w:type="dxa"/>
          </w:tcPr>
          <w:p w:rsidR="006F7457" w:rsidRDefault="00332DB8">
            <w:r>
              <w:t>2389.</w:t>
            </w:r>
          </w:p>
        </w:tc>
        <w:tc>
          <w:tcPr>
            <w:tcW w:w="2880" w:type="dxa"/>
          </w:tcPr>
          <w:p w:rsidR="006F7457" w:rsidRPr="00332DB8" w:rsidRDefault="00332DB8">
            <w:pPr>
              <w:rPr>
                <w:lang w:val="ru-RU"/>
              </w:rPr>
            </w:pPr>
            <w:r w:rsidRPr="00332DB8">
              <w:rPr>
                <w:lang w:val="ru-RU"/>
              </w:rPr>
              <w:t xml:space="preserve">Интернет-сайт, имеющий адрес </w:t>
            </w:r>
            <w:r>
              <w:t>http</w:t>
            </w:r>
            <w:r w:rsidRPr="00332DB8">
              <w:rPr>
                <w:lang w:val="ru-RU"/>
              </w:rPr>
              <w:t>://</w:t>
            </w:r>
            <w:r>
              <w:t>www</w:t>
            </w:r>
            <w:r w:rsidRPr="00332DB8">
              <w:rPr>
                <w:lang w:val="ru-RU"/>
              </w:rPr>
              <w:t>.</w:t>
            </w:r>
            <w:r>
              <w:t>fedspisok</w:t>
            </w:r>
            <w:r w:rsidRPr="00332DB8">
              <w:rPr>
                <w:lang w:val="ru-RU"/>
              </w:rPr>
              <w:t>.</w:t>
            </w:r>
            <w:r>
              <w:t>org</w:t>
            </w:r>
            <w:r w:rsidRPr="00332DB8">
              <w:rPr>
                <w:lang w:val="ru-RU"/>
              </w:rPr>
              <w:t>, и содержащиеся на нем информационные материалы (решение Славгородского городского суда Алтайского края от 21.05.2014);</w:t>
            </w:r>
          </w:p>
        </w:tc>
        <w:tc>
          <w:tcPr>
            <w:tcW w:w="2880" w:type="dxa"/>
          </w:tcPr>
          <w:p w:rsidR="006F7457" w:rsidRPr="00332DB8" w:rsidRDefault="006F7457">
            <w:pPr>
              <w:rPr>
                <w:lang w:val="ru-RU"/>
              </w:rPr>
            </w:pPr>
          </w:p>
        </w:tc>
      </w:tr>
      <w:tr w:rsidR="006F7457">
        <w:tc>
          <w:tcPr>
            <w:tcW w:w="2880" w:type="dxa"/>
          </w:tcPr>
          <w:p w:rsidR="006F7457" w:rsidRDefault="00332DB8">
            <w:r>
              <w:lastRenderedPageBreak/>
              <w:t>2390.</w:t>
            </w:r>
          </w:p>
        </w:tc>
        <w:tc>
          <w:tcPr>
            <w:tcW w:w="2880" w:type="dxa"/>
          </w:tcPr>
          <w:p w:rsidR="006F7457" w:rsidRDefault="00332DB8">
            <w:r w:rsidRPr="00332DB8">
              <w:rPr>
                <w:lang w:val="ru-RU"/>
              </w:rPr>
              <w:t xml:space="preserve">Листовка «Сила славян», размещенная на автобусной остановке, расположенной в Республике Хакасия г. Абакане по ул. </w:t>
            </w:r>
            <w:r>
              <w:t>Чертыгашева, 106 (решение Абаканского городского суда Республики Хакасия от 19.05.2014);</w:t>
            </w:r>
          </w:p>
        </w:tc>
        <w:tc>
          <w:tcPr>
            <w:tcW w:w="2880" w:type="dxa"/>
          </w:tcPr>
          <w:p w:rsidR="006F7457" w:rsidRDefault="006F7457"/>
        </w:tc>
      </w:tr>
      <w:tr w:rsidR="006F7457" w:rsidRPr="005A424D">
        <w:tc>
          <w:tcPr>
            <w:tcW w:w="2880" w:type="dxa"/>
          </w:tcPr>
          <w:p w:rsidR="006F7457" w:rsidRDefault="00332DB8">
            <w:r>
              <w:t>2391.</w:t>
            </w:r>
          </w:p>
        </w:tc>
        <w:tc>
          <w:tcPr>
            <w:tcW w:w="2880" w:type="dxa"/>
          </w:tcPr>
          <w:p w:rsidR="006F7457" w:rsidRPr="00332DB8" w:rsidRDefault="00332DB8">
            <w:pPr>
              <w:rPr>
                <w:lang w:val="ru-RU"/>
              </w:rPr>
            </w:pPr>
            <w:r w:rsidRPr="00332DB8">
              <w:rPr>
                <w:lang w:val="ru-RU"/>
              </w:rPr>
              <w:t>Материал «</w:t>
            </w:r>
            <w:r>
              <w:t>Anonymous</w:t>
            </w:r>
            <w:r w:rsidRPr="00332DB8">
              <w:rPr>
                <w:lang w:val="ru-RU"/>
              </w:rPr>
              <w:t xml:space="preserve"> </w:t>
            </w:r>
            <w:r>
              <w:t>Caucasus</w:t>
            </w:r>
            <w:r w:rsidRPr="00332DB8">
              <w:rPr>
                <w:lang w:val="ru-RU"/>
              </w:rPr>
              <w:t xml:space="preserve"> объявляет воину Олимпиаде в Сочи», опубликованный 28.12.2013 на сайте </w:t>
            </w:r>
            <w:r>
              <w:t>http</w:t>
            </w:r>
            <w:r w:rsidRPr="00332DB8">
              <w:rPr>
                <w:lang w:val="ru-RU"/>
              </w:rPr>
              <w:t>://</w:t>
            </w:r>
            <w:r>
              <w:t>nohchipress</w:t>
            </w:r>
            <w:r w:rsidRPr="00332DB8">
              <w:rPr>
                <w:lang w:val="ru-RU"/>
              </w:rPr>
              <w:t>.</w:t>
            </w:r>
            <w:r>
              <w:t>info</w:t>
            </w:r>
            <w:r w:rsidRPr="00332DB8">
              <w:rPr>
                <w:lang w:val="ru-RU"/>
              </w:rPr>
              <w:t xml:space="preserve">/ на странице </w:t>
            </w:r>
            <w:r>
              <w:t>http</w:t>
            </w:r>
            <w:r w:rsidRPr="00332DB8">
              <w:rPr>
                <w:lang w:val="ru-RU"/>
              </w:rPr>
              <w:t>://</w:t>
            </w:r>
            <w:r>
              <w:t>nohchipress</w:t>
            </w:r>
            <w:r w:rsidRPr="00332DB8">
              <w:rPr>
                <w:lang w:val="ru-RU"/>
              </w:rPr>
              <w:t>.</w:t>
            </w:r>
            <w:r>
              <w:t>info</w:t>
            </w:r>
            <w:r w:rsidRPr="00332DB8">
              <w:rPr>
                <w:lang w:val="ru-RU"/>
              </w:rPr>
              <w:t>/2013/12/8359 в Информационно-телекоммуникационной сети «Интернет» (решение Советского районного суда г. Махачкалы республики Дагестан от 25.03.2014);</w:t>
            </w:r>
          </w:p>
        </w:tc>
        <w:tc>
          <w:tcPr>
            <w:tcW w:w="2880" w:type="dxa"/>
          </w:tcPr>
          <w:p w:rsidR="006F7457" w:rsidRPr="00332DB8" w:rsidRDefault="006F7457">
            <w:pPr>
              <w:rPr>
                <w:lang w:val="ru-RU"/>
              </w:rPr>
            </w:pPr>
          </w:p>
        </w:tc>
      </w:tr>
      <w:tr w:rsidR="006F7457" w:rsidRPr="005A424D">
        <w:tc>
          <w:tcPr>
            <w:tcW w:w="2880" w:type="dxa"/>
          </w:tcPr>
          <w:p w:rsidR="006F7457" w:rsidRDefault="00332DB8">
            <w:r>
              <w:t>2392.</w:t>
            </w:r>
          </w:p>
        </w:tc>
        <w:tc>
          <w:tcPr>
            <w:tcW w:w="2880" w:type="dxa"/>
          </w:tcPr>
          <w:p w:rsidR="006F7457" w:rsidRPr="00332DB8" w:rsidRDefault="00332DB8">
            <w:pPr>
              <w:rPr>
                <w:lang w:val="ru-RU"/>
              </w:rPr>
            </w:pPr>
            <w:r w:rsidRPr="00332DB8">
              <w:rPr>
                <w:lang w:val="ru-RU"/>
              </w:rPr>
              <w:t xml:space="preserve">Видеоролик под названием «Русский выбирает НС», продолжительностью 01 мин. 06 сек., размещенный на интернет-странице по электронному адресу: </w:t>
            </w:r>
            <w:r>
              <w:t>http</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=7</w:t>
            </w:r>
            <w:r>
              <w:t>urD</w:t>
            </w:r>
            <w:r w:rsidRPr="00332DB8">
              <w:rPr>
                <w:lang w:val="ru-RU"/>
              </w:rPr>
              <w:t>5</w:t>
            </w:r>
            <w:r>
              <w:t>h</w:t>
            </w:r>
            <w:r w:rsidRPr="00332DB8">
              <w:rPr>
                <w:lang w:val="ru-RU"/>
              </w:rPr>
              <w:t>6</w:t>
            </w:r>
            <w:r>
              <w:t>PTQg</w:t>
            </w:r>
            <w:r w:rsidRPr="00332DB8">
              <w:rPr>
                <w:lang w:val="ru-RU"/>
              </w:rPr>
              <w:t xml:space="preserve"> (решение Центрального районного суда г. Хабаровска от 12.05.2014);</w:t>
            </w:r>
          </w:p>
        </w:tc>
        <w:tc>
          <w:tcPr>
            <w:tcW w:w="2880" w:type="dxa"/>
          </w:tcPr>
          <w:p w:rsidR="006F7457" w:rsidRPr="00332DB8" w:rsidRDefault="006F7457">
            <w:pPr>
              <w:rPr>
                <w:lang w:val="ru-RU"/>
              </w:rPr>
            </w:pPr>
          </w:p>
        </w:tc>
      </w:tr>
      <w:tr w:rsidR="006F7457" w:rsidRPr="005A424D">
        <w:tc>
          <w:tcPr>
            <w:tcW w:w="2880" w:type="dxa"/>
          </w:tcPr>
          <w:p w:rsidR="006F7457" w:rsidRDefault="00332DB8">
            <w:r>
              <w:t>2393.</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www</w:t>
            </w:r>
            <w:r w:rsidRPr="00332DB8">
              <w:rPr>
                <w:lang w:val="ru-RU"/>
              </w:rPr>
              <w:t>.</w:t>
            </w:r>
            <w:r>
              <w:t>platzdarm</w:t>
            </w:r>
            <w:r w:rsidRPr="00332DB8">
              <w:rPr>
                <w:lang w:val="ru-RU"/>
              </w:rPr>
              <w:t>.</w:t>
            </w:r>
            <w:r>
              <w:t>org</w:t>
            </w:r>
            <w:r w:rsidRPr="00332DB8">
              <w:rPr>
                <w:lang w:val="ru-RU"/>
              </w:rPr>
              <w:t>,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2880" w:type="dxa"/>
          </w:tcPr>
          <w:p w:rsidR="006F7457" w:rsidRPr="00332DB8" w:rsidRDefault="006F7457">
            <w:pPr>
              <w:rPr>
                <w:lang w:val="ru-RU"/>
              </w:rPr>
            </w:pPr>
          </w:p>
        </w:tc>
      </w:tr>
      <w:tr w:rsidR="006F7457" w:rsidRPr="005A424D">
        <w:tc>
          <w:tcPr>
            <w:tcW w:w="2880" w:type="dxa"/>
          </w:tcPr>
          <w:p w:rsidR="006F7457" w:rsidRDefault="00332DB8">
            <w:r>
              <w:t>2394.</w:t>
            </w:r>
          </w:p>
        </w:tc>
        <w:tc>
          <w:tcPr>
            <w:tcW w:w="2880" w:type="dxa"/>
          </w:tcPr>
          <w:p w:rsidR="006F7457" w:rsidRPr="00332DB8" w:rsidRDefault="00332DB8">
            <w:pPr>
              <w:rPr>
                <w:lang w:val="ru-RU"/>
              </w:rPr>
            </w:pPr>
            <w:r>
              <w:t>C</w:t>
            </w:r>
            <w:r w:rsidRPr="00332DB8">
              <w:rPr>
                <w:lang w:val="ru-RU"/>
              </w:rPr>
              <w:t>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2880" w:type="dxa"/>
          </w:tcPr>
          <w:p w:rsidR="006F7457" w:rsidRPr="00332DB8" w:rsidRDefault="006F7457">
            <w:pPr>
              <w:rPr>
                <w:lang w:val="ru-RU"/>
              </w:rPr>
            </w:pPr>
          </w:p>
        </w:tc>
      </w:tr>
      <w:tr w:rsidR="006F7457" w:rsidRPr="005A424D">
        <w:tc>
          <w:tcPr>
            <w:tcW w:w="2880" w:type="dxa"/>
          </w:tcPr>
          <w:p w:rsidR="006F7457" w:rsidRDefault="00332DB8">
            <w:r>
              <w:t>239</w:t>
            </w:r>
            <w:r>
              <w:lastRenderedPageBreak/>
              <w:t>5.</w:t>
            </w:r>
          </w:p>
        </w:tc>
        <w:tc>
          <w:tcPr>
            <w:tcW w:w="2880" w:type="dxa"/>
          </w:tcPr>
          <w:p w:rsidR="006F7457" w:rsidRPr="00332DB8" w:rsidRDefault="00332DB8">
            <w:pPr>
              <w:rPr>
                <w:lang w:val="ru-RU"/>
              </w:rPr>
            </w:pPr>
            <w:r w:rsidRPr="00332DB8">
              <w:rPr>
                <w:lang w:val="ru-RU"/>
              </w:rPr>
              <w:lastRenderedPageBreak/>
              <w:t xml:space="preserve">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w:t>
            </w:r>
            <w:r w:rsidRPr="00332DB8">
              <w:rPr>
                <w:lang w:val="ru-RU"/>
              </w:rPr>
              <w:lastRenderedPageBreak/>
              <w:t>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2880" w:type="dxa"/>
          </w:tcPr>
          <w:p w:rsidR="006F7457" w:rsidRPr="00332DB8" w:rsidRDefault="006F7457">
            <w:pPr>
              <w:rPr>
                <w:lang w:val="ru-RU"/>
              </w:rPr>
            </w:pPr>
          </w:p>
        </w:tc>
      </w:tr>
      <w:tr w:rsidR="006F7457">
        <w:tc>
          <w:tcPr>
            <w:tcW w:w="2880" w:type="dxa"/>
          </w:tcPr>
          <w:p w:rsidR="006F7457" w:rsidRDefault="00332DB8">
            <w:r>
              <w:lastRenderedPageBreak/>
              <w:t>2396.</w:t>
            </w:r>
          </w:p>
        </w:tc>
        <w:tc>
          <w:tcPr>
            <w:tcW w:w="2880" w:type="dxa"/>
          </w:tcPr>
          <w:p w:rsidR="006F7457" w:rsidRDefault="00332DB8">
            <w:r w:rsidRPr="00332DB8">
              <w:rPr>
                <w:lang w:val="ru-RU"/>
              </w:rPr>
              <w:t xml:space="preserve">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w:t>
            </w:r>
            <w:r>
              <w:t>http</w:t>
            </w:r>
            <w:r w:rsidRPr="00332DB8">
              <w:rPr>
                <w:lang w:val="ru-RU"/>
              </w:rPr>
              <w:t>://</w:t>
            </w:r>
            <w:r>
              <w:t>vk</w:t>
            </w:r>
            <w:r w:rsidRPr="00332DB8">
              <w:rPr>
                <w:lang w:val="ru-RU"/>
              </w:rPr>
              <w:t>.</w:t>
            </w:r>
            <w:r>
              <w:t>com</w:t>
            </w:r>
            <w:r w:rsidRPr="00332DB8">
              <w:rPr>
                <w:lang w:val="ru-RU"/>
              </w:rPr>
              <w:t xml:space="preserve"> на личной странице пользователя под ником «Вахъид Радуев»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2498846, длительностью </w:t>
            </w:r>
            <w:r>
              <w:t>03 мин. 27 сек. (решение Кировского районного суда г. Уфы от 21.05.2014);</w:t>
            </w:r>
          </w:p>
        </w:tc>
        <w:tc>
          <w:tcPr>
            <w:tcW w:w="2880" w:type="dxa"/>
          </w:tcPr>
          <w:p w:rsidR="006F7457" w:rsidRDefault="006F7457"/>
        </w:tc>
      </w:tr>
      <w:tr w:rsidR="006F7457">
        <w:tc>
          <w:tcPr>
            <w:tcW w:w="2880" w:type="dxa"/>
          </w:tcPr>
          <w:p w:rsidR="006F7457" w:rsidRDefault="00332DB8">
            <w:r>
              <w:t>2397.</w:t>
            </w:r>
          </w:p>
        </w:tc>
        <w:tc>
          <w:tcPr>
            <w:tcW w:w="2880" w:type="dxa"/>
          </w:tcPr>
          <w:p w:rsidR="006F7457" w:rsidRDefault="00332DB8">
            <w:r w:rsidRPr="00332DB8">
              <w:rPr>
                <w:lang w:val="ru-RU"/>
              </w:rPr>
              <w:t xml:space="preserve">Видеоматериал «Распространение Ислама», расположенный в социальной сети </w:t>
            </w:r>
            <w:r>
              <w:t>http</w:t>
            </w:r>
            <w:r w:rsidRPr="00332DB8">
              <w:rPr>
                <w:lang w:val="ru-RU"/>
              </w:rPr>
              <w:t>://</w:t>
            </w:r>
            <w:r>
              <w:t>vk</w:t>
            </w:r>
            <w:r w:rsidRPr="00332DB8">
              <w:rPr>
                <w:lang w:val="ru-RU"/>
              </w:rPr>
              <w:t>.</w:t>
            </w:r>
            <w:r>
              <w:t>com</w:t>
            </w:r>
            <w:r w:rsidRPr="00332DB8">
              <w:rPr>
                <w:lang w:val="ru-RU"/>
              </w:rPr>
              <w:t xml:space="preserve"> на личной странице пользователя под ником «Румейса Бинт-Адам»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201696093, длительностью </w:t>
            </w:r>
            <w:r>
              <w:t>10 мин. 16 сек. (решение Кировского районного суда г. Уфы от 21.05.2014);</w:t>
            </w:r>
          </w:p>
        </w:tc>
        <w:tc>
          <w:tcPr>
            <w:tcW w:w="2880" w:type="dxa"/>
          </w:tcPr>
          <w:p w:rsidR="006F7457" w:rsidRDefault="006F7457"/>
        </w:tc>
      </w:tr>
      <w:tr w:rsidR="006F7457" w:rsidRPr="005A424D">
        <w:tc>
          <w:tcPr>
            <w:tcW w:w="2880" w:type="dxa"/>
          </w:tcPr>
          <w:p w:rsidR="006F7457" w:rsidRDefault="00332DB8">
            <w:r>
              <w:t>2398.</w:t>
            </w:r>
          </w:p>
        </w:tc>
        <w:tc>
          <w:tcPr>
            <w:tcW w:w="2880" w:type="dxa"/>
          </w:tcPr>
          <w:p w:rsidR="006F7457" w:rsidRPr="00332DB8" w:rsidRDefault="00332DB8">
            <w:pPr>
              <w:rPr>
                <w:lang w:val="ru-RU"/>
              </w:rPr>
            </w:pPr>
            <w:r w:rsidRPr="00332DB8">
              <w:rPr>
                <w:lang w:val="ru-RU"/>
              </w:rPr>
              <w:t>Видеоматериалы с наименованиями «Кадий ИК Абу Мухаммад «Необходимость создания Имарата и Джамаата» и «</w:t>
            </w:r>
            <w:r>
              <w:t>Shahid</w:t>
            </w:r>
            <w:r w:rsidRPr="00332DB8">
              <w:rPr>
                <w:lang w:val="ru-RU"/>
              </w:rPr>
              <w:t xml:space="preserve"> </w:t>
            </w:r>
            <w:r>
              <w:t>Abu</w:t>
            </w:r>
            <w:r w:rsidRPr="00332DB8">
              <w:rPr>
                <w:lang w:val="ru-RU"/>
              </w:rPr>
              <w:t xml:space="preserve"> </w:t>
            </w:r>
            <w:r>
              <w:t>Khasan</w:t>
            </w:r>
            <w:r w:rsidRPr="00332DB8">
              <w:rPr>
                <w:lang w:val="ru-RU"/>
              </w:rPr>
              <w:t xml:space="preserve">», опубликованных на сайте </w:t>
            </w:r>
            <w:r>
              <w:t>http</w:t>
            </w:r>
            <w:r w:rsidRPr="00332DB8">
              <w:rPr>
                <w:lang w:val="ru-RU"/>
              </w:rPr>
              <w:t>://</w:t>
            </w:r>
            <w:r>
              <w:t>djamaattakbir</w:t>
            </w:r>
            <w:r w:rsidRPr="00332DB8">
              <w:rPr>
                <w:lang w:val="ru-RU"/>
              </w:rPr>
              <w:t>.</w:t>
            </w:r>
            <w:r>
              <w:t>blogpost</w:t>
            </w:r>
            <w:r w:rsidRPr="00332DB8">
              <w:rPr>
                <w:lang w:val="ru-RU"/>
              </w:rPr>
              <w:t>.</w:t>
            </w:r>
            <w:r>
              <w:t>ru</w:t>
            </w:r>
            <w:r w:rsidRPr="00332DB8">
              <w:rPr>
                <w:lang w:val="ru-RU"/>
              </w:rPr>
              <w:t xml:space="preserve">, а также статьи с названием «Кадий ИК Абу Мухаммад «Необходимость создания Имарата и Джамаата» на странице </w:t>
            </w:r>
            <w:r>
              <w:t>http</w:t>
            </w:r>
            <w:r w:rsidRPr="00332DB8">
              <w:rPr>
                <w:lang w:val="ru-RU"/>
              </w:rPr>
              <w:t>:</w:t>
            </w:r>
            <w:r>
              <w:t>vdagestan</w:t>
            </w:r>
            <w:r w:rsidRPr="00332DB8">
              <w:rPr>
                <w:lang w:val="ru-RU"/>
              </w:rPr>
              <w:t>.</w:t>
            </w:r>
            <w:r>
              <w:t>com</w:t>
            </w:r>
            <w:r w:rsidRPr="00332DB8">
              <w:rPr>
                <w:lang w:val="ru-RU"/>
              </w:rPr>
              <w:t>/</w:t>
            </w:r>
            <w:r>
              <w:t>kadij</w:t>
            </w:r>
            <w:r w:rsidRPr="00332DB8">
              <w:rPr>
                <w:lang w:val="ru-RU"/>
              </w:rPr>
              <w:t>-</w:t>
            </w:r>
            <w:r>
              <w:t>ik</w:t>
            </w:r>
            <w:r w:rsidRPr="00332DB8">
              <w:rPr>
                <w:lang w:val="ru-RU"/>
              </w:rPr>
              <w:t>-</w:t>
            </w:r>
            <w:r>
              <w:t>abu</w:t>
            </w:r>
            <w:r w:rsidRPr="00332DB8">
              <w:rPr>
                <w:lang w:val="ru-RU"/>
              </w:rPr>
              <w:t>-</w:t>
            </w:r>
            <w:r>
              <w:t>muxammad</w:t>
            </w:r>
            <w:r w:rsidRPr="00332DB8">
              <w:rPr>
                <w:lang w:val="ru-RU"/>
              </w:rPr>
              <w:t>-</w:t>
            </w:r>
            <w:r>
              <w:t>neobxodimost</w:t>
            </w:r>
            <w:r w:rsidRPr="00332DB8">
              <w:rPr>
                <w:lang w:val="ru-RU"/>
              </w:rPr>
              <w:t>-</w:t>
            </w:r>
            <w:r>
              <w:t>sozdaniya</w:t>
            </w:r>
            <w:r w:rsidRPr="00332DB8">
              <w:rPr>
                <w:lang w:val="ru-RU"/>
              </w:rPr>
              <w:t>-</w:t>
            </w:r>
            <w:r>
              <w:t>imarata</w:t>
            </w:r>
            <w:r w:rsidRPr="00332DB8">
              <w:rPr>
                <w:lang w:val="ru-RU"/>
              </w:rPr>
              <w:t>-</w:t>
            </w:r>
            <w:r>
              <w:t>i</w:t>
            </w:r>
            <w:r w:rsidRPr="00332DB8">
              <w:rPr>
                <w:lang w:val="ru-RU"/>
              </w:rPr>
              <w:t>-</w:t>
            </w:r>
            <w:r>
              <w:t>djamaata</w:t>
            </w:r>
            <w:r w:rsidRPr="00332DB8">
              <w:rPr>
                <w:lang w:val="ru-RU"/>
              </w:rPr>
              <w:t>.</w:t>
            </w:r>
            <w:r>
              <w:t>djixad</w:t>
            </w:r>
            <w:r w:rsidRPr="00332DB8">
              <w:rPr>
                <w:lang w:val="ru-RU"/>
              </w:rPr>
              <w:t xml:space="preserve"> на сайте </w:t>
            </w:r>
            <w:r>
              <w:t>http</w:t>
            </w:r>
            <w:r w:rsidRPr="00332DB8">
              <w:rPr>
                <w:lang w:val="ru-RU"/>
              </w:rPr>
              <w:t>://</w:t>
            </w:r>
            <w:r>
              <w:t>vdagestan</w:t>
            </w:r>
            <w:r w:rsidRPr="00332DB8">
              <w:rPr>
                <w:lang w:val="ru-RU"/>
              </w:rPr>
              <w:t>.</w:t>
            </w:r>
            <w:r>
              <w:t>com</w:t>
            </w:r>
            <w:r w:rsidRPr="00332DB8">
              <w:rPr>
                <w:lang w:val="ru-RU"/>
              </w:rPr>
              <w:t xml:space="preserve"> в Информационно-телекоммуникационной сети «Интернет» (решение Советского районного суда г. Махачкалы Республики Дагестан от 28.04.2014);</w:t>
            </w:r>
          </w:p>
        </w:tc>
        <w:tc>
          <w:tcPr>
            <w:tcW w:w="2880" w:type="dxa"/>
          </w:tcPr>
          <w:p w:rsidR="006F7457" w:rsidRPr="00332DB8" w:rsidRDefault="006F7457">
            <w:pPr>
              <w:rPr>
                <w:lang w:val="ru-RU"/>
              </w:rPr>
            </w:pPr>
          </w:p>
        </w:tc>
      </w:tr>
      <w:tr w:rsidR="006F7457" w:rsidRPr="005A424D">
        <w:tc>
          <w:tcPr>
            <w:tcW w:w="2880" w:type="dxa"/>
          </w:tcPr>
          <w:p w:rsidR="006F7457" w:rsidRDefault="00332DB8">
            <w:r>
              <w:t>239</w:t>
            </w:r>
            <w:r>
              <w:lastRenderedPageBreak/>
              <w:t>9.</w:t>
            </w:r>
          </w:p>
        </w:tc>
        <w:tc>
          <w:tcPr>
            <w:tcW w:w="2880" w:type="dxa"/>
          </w:tcPr>
          <w:p w:rsidR="006F7457" w:rsidRPr="00332DB8" w:rsidRDefault="00332DB8">
            <w:pPr>
              <w:rPr>
                <w:lang w:val="ru-RU"/>
              </w:rPr>
            </w:pPr>
            <w:r w:rsidRPr="00332DB8">
              <w:rPr>
                <w:lang w:val="ru-RU"/>
              </w:rPr>
              <w:lastRenderedPageBreak/>
              <w:t xml:space="preserve">Материал с названием «Можно ли выезжать на Джихад в Сирию в то время, когда идет Джихад на Кавказе», опубликованный на странице </w:t>
            </w:r>
            <w:r>
              <w:t>http</w:t>
            </w:r>
            <w:r w:rsidRPr="00332DB8">
              <w:rPr>
                <w:lang w:val="ru-RU"/>
              </w:rPr>
              <w:t>://</w:t>
            </w:r>
            <w:r>
              <w:t>alisnad</w:t>
            </w:r>
            <w:r w:rsidRPr="00332DB8">
              <w:rPr>
                <w:lang w:val="ru-RU"/>
              </w:rPr>
              <w:t>.</w:t>
            </w:r>
            <w:r>
              <w:t>com</w:t>
            </w:r>
            <w:r w:rsidRPr="00332DB8">
              <w:rPr>
                <w:lang w:val="ru-RU"/>
              </w:rPr>
              <w:t>/?</w:t>
            </w:r>
            <w:r>
              <w:t>p</w:t>
            </w:r>
            <w:r w:rsidRPr="00332DB8">
              <w:rPr>
                <w:lang w:val="ru-RU"/>
              </w:rPr>
              <w:t xml:space="preserve">=834 на сайте </w:t>
            </w:r>
            <w:r>
              <w:t>http</w:t>
            </w:r>
            <w:r w:rsidRPr="00332DB8">
              <w:rPr>
                <w:lang w:val="ru-RU"/>
              </w:rPr>
              <w:t>://</w:t>
            </w:r>
            <w:r>
              <w:t>alisnad</w:t>
            </w:r>
            <w:r w:rsidRPr="00332DB8">
              <w:rPr>
                <w:lang w:val="ru-RU"/>
              </w:rPr>
              <w:t>.</w:t>
            </w:r>
            <w:r>
              <w:t>com</w:t>
            </w:r>
            <w:r w:rsidRPr="00332DB8">
              <w:rPr>
                <w:lang w:val="ru-RU"/>
              </w:rPr>
              <w:t xml:space="preserve"> в Информационно-телекоммуникационной сети «Интернет» (решение Советского районного суда г. Махачкалы Республики </w:t>
            </w:r>
            <w:r w:rsidRPr="00332DB8">
              <w:rPr>
                <w:lang w:val="ru-RU"/>
              </w:rPr>
              <w:lastRenderedPageBreak/>
              <w:t>Дагестан от 28.04.2014);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2400.</w:t>
            </w:r>
          </w:p>
        </w:tc>
        <w:tc>
          <w:tcPr>
            <w:tcW w:w="2880" w:type="dxa"/>
          </w:tcPr>
          <w:p w:rsidR="006F7457" w:rsidRPr="00332DB8" w:rsidRDefault="00332DB8">
            <w:pPr>
              <w:rPr>
                <w:lang w:val="ru-RU"/>
              </w:rPr>
            </w:pPr>
            <w:r w:rsidRPr="00332DB8">
              <w:rPr>
                <w:lang w:val="ru-RU"/>
              </w:rPr>
              <w:t xml:space="preserve">Интернет-сайт </w:t>
            </w:r>
            <w:r>
              <w:t>http</w:t>
            </w:r>
            <w:r w:rsidRPr="00332DB8">
              <w:rPr>
                <w:lang w:val="ru-RU"/>
              </w:rPr>
              <w:t>://</w:t>
            </w:r>
            <w:r>
              <w:t>ataka</w:t>
            </w:r>
            <w:r w:rsidRPr="00332DB8">
              <w:rPr>
                <w:lang w:val="ru-RU"/>
              </w:rPr>
              <w:t>.</w:t>
            </w:r>
            <w:r>
              <w:t>ws</w:t>
            </w:r>
            <w:r w:rsidRPr="00332DB8">
              <w:rPr>
                <w:lang w:val="ru-RU"/>
              </w:rPr>
              <w:t xml:space="preserve">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2880" w:type="dxa"/>
          </w:tcPr>
          <w:p w:rsidR="006F7457" w:rsidRPr="00332DB8" w:rsidRDefault="006F7457">
            <w:pPr>
              <w:rPr>
                <w:lang w:val="ru-RU"/>
              </w:rPr>
            </w:pPr>
          </w:p>
        </w:tc>
      </w:tr>
      <w:tr w:rsidR="006F7457" w:rsidRPr="005A424D">
        <w:tc>
          <w:tcPr>
            <w:tcW w:w="2880" w:type="dxa"/>
          </w:tcPr>
          <w:p w:rsidR="006F7457" w:rsidRDefault="00332DB8">
            <w:r>
              <w:t>2401.</w:t>
            </w:r>
          </w:p>
        </w:tc>
        <w:tc>
          <w:tcPr>
            <w:tcW w:w="2880" w:type="dxa"/>
          </w:tcPr>
          <w:p w:rsidR="006F7457" w:rsidRPr="00332DB8" w:rsidRDefault="00332DB8">
            <w:pPr>
              <w:rPr>
                <w:lang w:val="ru-RU"/>
              </w:rPr>
            </w:pPr>
            <w:r w:rsidRPr="00332DB8">
              <w:rPr>
                <w:lang w:val="ru-RU"/>
              </w:rPr>
              <w:t xml:space="preserve">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w:t>
            </w:r>
            <w:r>
              <w:t>http</w:t>
            </w:r>
            <w:r w:rsidRPr="00332DB8">
              <w:rPr>
                <w:lang w:val="ru-RU"/>
              </w:rPr>
              <w:t>://</w:t>
            </w:r>
            <w:r>
              <w:t>www</w:t>
            </w:r>
            <w:r w:rsidRPr="00332DB8">
              <w:rPr>
                <w:lang w:val="ru-RU"/>
              </w:rPr>
              <w:t>.</w:t>
            </w:r>
            <w:r>
              <w:t>ataka</w:t>
            </w:r>
            <w:r w:rsidRPr="00332DB8">
              <w:rPr>
                <w:lang w:val="ru-RU"/>
              </w:rPr>
              <w:t>.</w:t>
            </w:r>
            <w:r>
              <w:t>ws</w:t>
            </w:r>
            <w:r w:rsidRPr="00332DB8">
              <w:rPr>
                <w:lang w:val="ru-RU"/>
              </w:rPr>
              <w:t>/</w:t>
            </w:r>
            <w:r>
              <w:t>read</w:t>
            </w:r>
            <w:r w:rsidRPr="00332DB8">
              <w:rPr>
                <w:lang w:val="ru-RU"/>
              </w:rPr>
              <w:t>/</w:t>
            </w:r>
            <w:r>
              <w:t>news</w:t>
            </w:r>
            <w:r w:rsidRPr="00332DB8">
              <w:rPr>
                <w:lang w:val="ru-RU"/>
              </w:rPr>
              <w:t>/</w:t>
            </w:r>
            <w:r>
              <w:t>novaja</w:t>
            </w:r>
            <w:r w:rsidRPr="00332DB8">
              <w:rPr>
                <w:lang w:val="ru-RU"/>
              </w:rPr>
              <w:t>-</w:t>
            </w:r>
            <w:r>
              <w:t>orda</w:t>
            </w:r>
            <w:r w:rsidRPr="00332DB8">
              <w:rPr>
                <w:lang w:val="ru-RU"/>
              </w:rPr>
              <w:t>-</w:t>
            </w:r>
            <w:r>
              <w:t>nastupaet</w:t>
            </w:r>
            <w:r w:rsidRPr="00332DB8">
              <w:rPr>
                <w:lang w:val="ru-RU"/>
              </w:rPr>
              <w:t>-</w:t>
            </w:r>
            <w:r>
              <w:t>yeto</w:t>
            </w:r>
            <w:r w:rsidRPr="00332DB8">
              <w:rPr>
                <w:lang w:val="ru-RU"/>
              </w:rPr>
              <w:t>-</w:t>
            </w:r>
            <w:r>
              <w:t>kasaetsja</w:t>
            </w:r>
            <w:r w:rsidRPr="00332DB8">
              <w:rPr>
                <w:lang w:val="ru-RU"/>
              </w:rPr>
              <w:t>-</w:t>
            </w:r>
            <w:r>
              <w:t>kaz</w:t>
            </w:r>
            <w:r w:rsidRPr="00332DB8">
              <w:rPr>
                <w:lang w:val="ru-RU"/>
              </w:rPr>
              <w:t>.</w:t>
            </w:r>
            <w:r>
              <w:t>html</w:t>
            </w:r>
            <w:r w:rsidRPr="00332DB8">
              <w:rPr>
                <w:lang w:val="ru-RU"/>
              </w:rPr>
              <w:t xml:space="preserve">; текстовое сообщение под заголовком «Чужак убил русского, обвинили русских», размещенное в информационно-телекоммуникационной сети «Интернет» по адресу </w:t>
            </w:r>
            <w:r>
              <w:t>http</w:t>
            </w:r>
            <w:r w:rsidRPr="00332DB8">
              <w:rPr>
                <w:lang w:val="ru-RU"/>
              </w:rPr>
              <w:t>://</w:t>
            </w:r>
            <w:r>
              <w:t>www</w:t>
            </w:r>
            <w:r w:rsidRPr="00332DB8">
              <w:rPr>
                <w:lang w:val="ru-RU"/>
              </w:rPr>
              <w:t>.</w:t>
            </w:r>
            <w:r>
              <w:t>ataka</w:t>
            </w:r>
            <w:r w:rsidRPr="00332DB8">
              <w:rPr>
                <w:lang w:val="ru-RU"/>
              </w:rPr>
              <w:t>.</w:t>
            </w:r>
            <w:r>
              <w:t>ws</w:t>
            </w:r>
            <w:r w:rsidRPr="00332DB8">
              <w:rPr>
                <w:lang w:val="ru-RU"/>
              </w:rPr>
              <w:t>/</w:t>
            </w:r>
            <w:r>
              <w:t>read</w:t>
            </w:r>
            <w:r w:rsidRPr="00332DB8">
              <w:rPr>
                <w:lang w:val="ru-RU"/>
              </w:rPr>
              <w:t>/</w:t>
            </w:r>
            <w:r>
              <w:t>news</w:t>
            </w:r>
            <w:r w:rsidRPr="00332DB8">
              <w:rPr>
                <w:lang w:val="ru-RU"/>
              </w:rPr>
              <w:t>/</w:t>
            </w:r>
            <w:r>
              <w:t>chuzhak</w:t>
            </w:r>
            <w:r w:rsidRPr="00332DB8">
              <w:rPr>
                <w:lang w:val="ru-RU"/>
              </w:rPr>
              <w:t>-</w:t>
            </w:r>
            <w:r>
              <w:t>ubil</w:t>
            </w:r>
            <w:r w:rsidRPr="00332DB8">
              <w:rPr>
                <w:lang w:val="ru-RU"/>
              </w:rPr>
              <w:t>-</w:t>
            </w:r>
            <w:r>
              <w:t>russkogo</w:t>
            </w:r>
            <w:r w:rsidRPr="00332DB8">
              <w:rPr>
                <w:lang w:val="ru-RU"/>
              </w:rPr>
              <w:t>-</w:t>
            </w:r>
            <w:r>
              <w:t>obvinili</w:t>
            </w:r>
            <w:r w:rsidRPr="00332DB8">
              <w:rPr>
                <w:lang w:val="ru-RU"/>
              </w:rPr>
              <w:t>-</w:t>
            </w:r>
            <w:r>
              <w:t>russkih</w:t>
            </w:r>
            <w:r w:rsidRPr="00332DB8">
              <w:rPr>
                <w:lang w:val="ru-RU"/>
              </w:rPr>
              <w:t>.</w:t>
            </w:r>
            <w:r>
              <w:t>html</w:t>
            </w:r>
            <w:r w:rsidRPr="00332DB8">
              <w:rPr>
                <w:lang w:val="ru-RU"/>
              </w:rPr>
              <w:t xml:space="preserve">; текстовое сообщение под заголовком «Русские не сдаются!»; размещенное в информационно-телекоммуникационной сети «Интернет» по адресу: </w:t>
            </w:r>
            <w:r>
              <w:t>http</w:t>
            </w:r>
            <w:r w:rsidRPr="00332DB8">
              <w:rPr>
                <w:lang w:val="ru-RU"/>
              </w:rPr>
              <w:t>://</w:t>
            </w:r>
            <w:r>
              <w:t>www</w:t>
            </w:r>
            <w:r w:rsidRPr="00332DB8">
              <w:rPr>
                <w:lang w:val="ru-RU"/>
              </w:rPr>
              <w:t>.</w:t>
            </w:r>
            <w:r>
              <w:t>ataka</w:t>
            </w:r>
            <w:r w:rsidRPr="00332DB8">
              <w:rPr>
                <w:lang w:val="ru-RU"/>
              </w:rPr>
              <w:t>.</w:t>
            </w:r>
            <w:r>
              <w:t>ws</w:t>
            </w:r>
            <w:r w:rsidRPr="00332DB8">
              <w:rPr>
                <w:lang w:val="ru-RU"/>
              </w:rPr>
              <w:t>/</w:t>
            </w:r>
            <w:r>
              <w:t>read</w:t>
            </w:r>
            <w:r w:rsidRPr="00332DB8">
              <w:rPr>
                <w:lang w:val="ru-RU"/>
              </w:rPr>
              <w:t>/</w:t>
            </w:r>
            <w:r>
              <w:t>news</w:t>
            </w:r>
            <w:r w:rsidRPr="00332DB8">
              <w:rPr>
                <w:lang w:val="ru-RU"/>
              </w:rPr>
              <w:t>/</w:t>
            </w:r>
            <w:r>
              <w:t>russkie</w:t>
            </w:r>
            <w:r w:rsidRPr="00332DB8">
              <w:rPr>
                <w:lang w:val="ru-RU"/>
              </w:rPr>
              <w:t>-</w:t>
            </w:r>
            <w:r>
              <w:t>ne</w:t>
            </w:r>
            <w:r w:rsidRPr="00332DB8">
              <w:rPr>
                <w:lang w:val="ru-RU"/>
              </w:rPr>
              <w:t>-</w:t>
            </w:r>
            <w:r>
              <w:t>sdayutsja</w:t>
            </w:r>
            <w:r w:rsidRPr="00332DB8">
              <w:rPr>
                <w:lang w:val="ru-RU"/>
              </w:rPr>
              <w:t>.</w:t>
            </w:r>
            <w:r>
              <w:t>html</w:t>
            </w:r>
            <w:r w:rsidRPr="00332DB8">
              <w:rPr>
                <w:lang w:val="ru-RU"/>
              </w:rPr>
              <w:t xml:space="preserve">; текстовое сообщение под заголовком «После марша – в Атаку!»; размещенное в информационно-телекоммуникационной сети «Интернет» по адресу: </w:t>
            </w:r>
            <w:r>
              <w:t>http</w:t>
            </w:r>
            <w:r w:rsidRPr="00332DB8">
              <w:rPr>
                <w:lang w:val="ru-RU"/>
              </w:rPr>
              <w:t>://</w:t>
            </w:r>
            <w:r>
              <w:t>www</w:t>
            </w:r>
            <w:r w:rsidRPr="00332DB8">
              <w:rPr>
                <w:lang w:val="ru-RU"/>
              </w:rPr>
              <w:t>.</w:t>
            </w:r>
            <w:r>
              <w:t>ataka</w:t>
            </w:r>
            <w:r w:rsidRPr="00332DB8">
              <w:rPr>
                <w:lang w:val="ru-RU"/>
              </w:rPr>
              <w:t>.</w:t>
            </w:r>
            <w:r>
              <w:t>ws</w:t>
            </w:r>
            <w:r w:rsidRPr="00332DB8">
              <w:rPr>
                <w:lang w:val="ru-RU"/>
              </w:rPr>
              <w:t>/</w:t>
            </w:r>
            <w:r>
              <w:t>read</w:t>
            </w:r>
            <w:r w:rsidRPr="00332DB8">
              <w:rPr>
                <w:lang w:val="ru-RU"/>
              </w:rPr>
              <w:t>/</w:t>
            </w:r>
            <w:r>
              <w:t>news</w:t>
            </w:r>
            <w:r w:rsidRPr="00332DB8">
              <w:rPr>
                <w:lang w:val="ru-RU"/>
              </w:rPr>
              <w:t>/</w:t>
            </w:r>
            <w:r>
              <w:t>posle</w:t>
            </w:r>
            <w:r w:rsidRPr="00332DB8">
              <w:rPr>
                <w:lang w:val="ru-RU"/>
              </w:rPr>
              <w:t>-</w:t>
            </w:r>
            <w:r>
              <w:t>marsha</w:t>
            </w:r>
            <w:r w:rsidRPr="00332DB8">
              <w:rPr>
                <w:lang w:val="ru-RU"/>
              </w:rPr>
              <w:t>-</w:t>
            </w:r>
            <w:r>
              <w:t>v</w:t>
            </w:r>
            <w:r w:rsidRPr="00332DB8">
              <w:rPr>
                <w:lang w:val="ru-RU"/>
              </w:rPr>
              <w:t>-</w:t>
            </w:r>
            <w:r>
              <w:t>ataku</w:t>
            </w:r>
            <w:r w:rsidRPr="00332DB8">
              <w:rPr>
                <w:lang w:val="ru-RU"/>
              </w:rPr>
              <w:t>.</w:t>
            </w:r>
            <w:r>
              <w:t>html</w:t>
            </w:r>
            <w:r w:rsidRPr="00332DB8">
              <w:rPr>
                <w:lang w:val="ru-RU"/>
              </w:rPr>
              <w:t xml:space="preserve">; текстовое сообщение под заголовком «Сын цыганского наркобарона убил боксера», размещенное в информационно-телекоммуникационной сети «Интернет» по адресу: </w:t>
            </w:r>
            <w:r>
              <w:t>http</w:t>
            </w:r>
            <w:r w:rsidRPr="00332DB8">
              <w:rPr>
                <w:lang w:val="ru-RU"/>
              </w:rPr>
              <w:t>://</w:t>
            </w:r>
            <w:r>
              <w:t>www</w:t>
            </w:r>
            <w:r w:rsidRPr="00332DB8">
              <w:rPr>
                <w:lang w:val="ru-RU"/>
              </w:rPr>
              <w:t>.</w:t>
            </w:r>
            <w:r>
              <w:t>ataka</w:t>
            </w:r>
            <w:r w:rsidRPr="00332DB8">
              <w:rPr>
                <w:lang w:val="ru-RU"/>
              </w:rPr>
              <w:t>.</w:t>
            </w:r>
            <w:r>
              <w:t>ws</w:t>
            </w:r>
            <w:r w:rsidRPr="00332DB8">
              <w:rPr>
                <w:lang w:val="ru-RU"/>
              </w:rPr>
              <w:t>/</w:t>
            </w:r>
            <w:r>
              <w:t>read</w:t>
            </w:r>
            <w:r w:rsidRPr="00332DB8">
              <w:rPr>
                <w:lang w:val="ru-RU"/>
              </w:rPr>
              <w:t>/</w:t>
            </w:r>
            <w:r>
              <w:t>news</w:t>
            </w:r>
            <w:r w:rsidRPr="00332DB8">
              <w:rPr>
                <w:lang w:val="ru-RU"/>
              </w:rPr>
              <w:t>/</w:t>
            </w:r>
            <w:r>
              <w:t>syn</w:t>
            </w:r>
            <w:r w:rsidRPr="00332DB8">
              <w:rPr>
                <w:lang w:val="ru-RU"/>
              </w:rPr>
              <w:t>-</w:t>
            </w:r>
            <w:r>
              <w:t>cyganskogo</w:t>
            </w:r>
            <w:r w:rsidRPr="00332DB8">
              <w:rPr>
                <w:lang w:val="ru-RU"/>
              </w:rPr>
              <w:t>-</w:t>
            </w:r>
            <w:r>
              <w:t>narkobarona</w:t>
            </w:r>
            <w:r w:rsidRPr="00332DB8">
              <w:rPr>
                <w:lang w:val="ru-RU"/>
              </w:rPr>
              <w:t>-</w:t>
            </w:r>
            <w:r>
              <w:t>ubil</w:t>
            </w:r>
            <w:r w:rsidRPr="00332DB8">
              <w:rPr>
                <w:lang w:val="ru-RU"/>
              </w:rPr>
              <w:t>-</w:t>
            </w:r>
            <w:r>
              <w:t>boksera</w:t>
            </w:r>
            <w:r w:rsidRPr="00332DB8">
              <w:rPr>
                <w:lang w:val="ru-RU"/>
              </w:rPr>
              <w:t>.</w:t>
            </w:r>
            <w:r>
              <w:t>html</w:t>
            </w:r>
            <w:r w:rsidRPr="00332DB8">
              <w:rPr>
                <w:lang w:val="ru-RU"/>
              </w:rPr>
              <w:t xml:space="preserve">; текстовое сообщение под заголовком «Дружба народов» по-нашему», размещенное в информационно-телекоммуникационной сети «Интернет» по адресу: </w:t>
            </w:r>
            <w:r>
              <w:t>http</w:t>
            </w:r>
            <w:r w:rsidRPr="00332DB8">
              <w:rPr>
                <w:lang w:val="ru-RU"/>
              </w:rPr>
              <w:t>://</w:t>
            </w:r>
            <w:r>
              <w:t>www</w:t>
            </w:r>
            <w:r w:rsidRPr="00332DB8">
              <w:rPr>
                <w:lang w:val="ru-RU"/>
              </w:rPr>
              <w:t>.</w:t>
            </w:r>
            <w:r>
              <w:t>ataka</w:t>
            </w:r>
            <w:r w:rsidRPr="00332DB8">
              <w:rPr>
                <w:lang w:val="ru-RU"/>
              </w:rPr>
              <w:t>.</w:t>
            </w:r>
            <w:r>
              <w:t>ws</w:t>
            </w:r>
            <w:r w:rsidRPr="00332DB8">
              <w:rPr>
                <w:lang w:val="ru-RU"/>
              </w:rPr>
              <w:t>/</w:t>
            </w:r>
            <w:r>
              <w:t>read</w:t>
            </w:r>
            <w:r w:rsidRPr="00332DB8">
              <w:rPr>
                <w:lang w:val="ru-RU"/>
              </w:rPr>
              <w:t>/</w:t>
            </w:r>
            <w:r>
              <w:t>analytics</w:t>
            </w:r>
            <w:r w:rsidRPr="00332DB8">
              <w:rPr>
                <w:lang w:val="ru-RU"/>
              </w:rPr>
              <w:t>/-</w:t>
            </w:r>
            <w:r>
              <w:t>druzhba</w:t>
            </w:r>
            <w:r w:rsidRPr="00332DB8">
              <w:rPr>
                <w:lang w:val="ru-RU"/>
              </w:rPr>
              <w:t>-</w:t>
            </w:r>
            <w:r>
              <w:t>narodov</w:t>
            </w:r>
            <w:r w:rsidRPr="00332DB8">
              <w:rPr>
                <w:lang w:val="ru-RU"/>
              </w:rPr>
              <w:t>-</w:t>
            </w:r>
            <w:r>
              <w:t>po</w:t>
            </w:r>
            <w:r w:rsidRPr="00332DB8">
              <w:rPr>
                <w:lang w:val="ru-RU"/>
              </w:rPr>
              <w:t>-</w:t>
            </w:r>
            <w:r>
              <w:t>nashemu</w:t>
            </w:r>
            <w:r w:rsidRPr="00332DB8">
              <w:rPr>
                <w:lang w:val="ru-RU"/>
              </w:rPr>
              <w:t>.</w:t>
            </w:r>
            <w:r>
              <w:t>html</w:t>
            </w:r>
            <w:r w:rsidRPr="00332DB8">
              <w:rPr>
                <w:lang w:val="ru-RU"/>
              </w:rPr>
              <w:t xml:space="preserve">; текстовое сообщение под заголовком «Москва захвачена чужаками», размещенное в информационно-телекоммуникационной сети «Интернет» по адресу: </w:t>
            </w:r>
            <w:r>
              <w:t>http</w:t>
            </w:r>
            <w:r w:rsidRPr="00332DB8">
              <w:rPr>
                <w:lang w:val="ru-RU"/>
              </w:rPr>
              <w:t>://</w:t>
            </w:r>
            <w:r>
              <w:t>www</w:t>
            </w:r>
            <w:r w:rsidRPr="00332DB8">
              <w:rPr>
                <w:lang w:val="ru-RU"/>
              </w:rPr>
              <w:t>.</w:t>
            </w:r>
            <w:r>
              <w:t>ataka</w:t>
            </w:r>
            <w:r w:rsidRPr="00332DB8">
              <w:rPr>
                <w:lang w:val="ru-RU"/>
              </w:rPr>
              <w:t>.</w:t>
            </w:r>
            <w:r>
              <w:t>ws</w:t>
            </w:r>
            <w:r w:rsidRPr="00332DB8">
              <w:rPr>
                <w:lang w:val="ru-RU"/>
              </w:rPr>
              <w:t>/</w:t>
            </w:r>
            <w:r>
              <w:t>read</w:t>
            </w:r>
            <w:r w:rsidRPr="00332DB8">
              <w:rPr>
                <w:lang w:val="ru-RU"/>
              </w:rPr>
              <w:t>/</w:t>
            </w:r>
            <w:r>
              <w:t>developments</w:t>
            </w:r>
            <w:r w:rsidRPr="00332DB8">
              <w:rPr>
                <w:lang w:val="ru-RU"/>
              </w:rPr>
              <w:t>/</w:t>
            </w:r>
            <w:r>
              <w:t>moskva</w:t>
            </w:r>
            <w:r w:rsidRPr="00332DB8">
              <w:rPr>
                <w:lang w:val="ru-RU"/>
              </w:rPr>
              <w:t>-</w:t>
            </w:r>
            <w:r>
              <w:t>zahvachena</w:t>
            </w:r>
            <w:r w:rsidRPr="00332DB8">
              <w:rPr>
                <w:lang w:val="ru-RU"/>
              </w:rPr>
              <w:t>-</w:t>
            </w:r>
            <w:r>
              <w:t>chuzhakami</w:t>
            </w:r>
            <w:r w:rsidRPr="00332DB8">
              <w:rPr>
                <w:lang w:val="ru-RU"/>
              </w:rPr>
              <w:t>.</w:t>
            </w:r>
            <w:r>
              <w:t>html</w:t>
            </w:r>
            <w:r w:rsidRPr="00332DB8">
              <w:rPr>
                <w:lang w:val="ru-RU"/>
              </w:rPr>
              <w:t xml:space="preserve">; текстовое сообщение под заголовком «Война на улицах Петербурга», размещенное в информационно-телекоммуникационной сети «Интернет» по адресу: </w:t>
            </w:r>
            <w:r>
              <w:t>http</w:t>
            </w:r>
            <w:r w:rsidRPr="00332DB8">
              <w:rPr>
                <w:lang w:val="ru-RU"/>
              </w:rPr>
              <w:t>://</w:t>
            </w:r>
            <w:r>
              <w:t>www</w:t>
            </w:r>
            <w:r w:rsidRPr="00332DB8">
              <w:rPr>
                <w:lang w:val="ru-RU"/>
              </w:rPr>
              <w:t>.</w:t>
            </w:r>
            <w:r>
              <w:t>ataka</w:t>
            </w:r>
            <w:r w:rsidRPr="00332DB8">
              <w:rPr>
                <w:lang w:val="ru-RU"/>
              </w:rPr>
              <w:t>.</w:t>
            </w:r>
            <w:r>
              <w:t>ws</w:t>
            </w:r>
            <w:r w:rsidRPr="00332DB8">
              <w:rPr>
                <w:lang w:val="ru-RU"/>
              </w:rPr>
              <w:t>/</w:t>
            </w:r>
            <w:r>
              <w:t>read</w:t>
            </w:r>
            <w:r w:rsidRPr="00332DB8">
              <w:rPr>
                <w:lang w:val="ru-RU"/>
              </w:rPr>
              <w:t>/</w:t>
            </w:r>
            <w:r>
              <w:t>news</w:t>
            </w:r>
            <w:r w:rsidRPr="00332DB8">
              <w:rPr>
                <w:lang w:val="ru-RU"/>
              </w:rPr>
              <w:t>/</w:t>
            </w:r>
            <w:r>
              <w:t>voina</w:t>
            </w:r>
            <w:r w:rsidRPr="00332DB8">
              <w:rPr>
                <w:lang w:val="ru-RU"/>
              </w:rPr>
              <w:t>-</w:t>
            </w:r>
            <w:r>
              <w:t>na</w:t>
            </w:r>
            <w:r w:rsidRPr="00332DB8">
              <w:rPr>
                <w:lang w:val="ru-RU"/>
              </w:rPr>
              <w:t>-</w:t>
            </w:r>
            <w:r>
              <w:t>ulicah</w:t>
            </w:r>
            <w:r w:rsidRPr="00332DB8">
              <w:rPr>
                <w:lang w:val="ru-RU"/>
              </w:rPr>
              <w:t>-</w:t>
            </w:r>
            <w:r>
              <w:t>peterburga</w:t>
            </w:r>
            <w:r w:rsidRPr="00332DB8">
              <w:rPr>
                <w:lang w:val="ru-RU"/>
              </w:rPr>
              <w:t>.</w:t>
            </w:r>
            <w:r>
              <w:t>html</w:t>
            </w:r>
            <w:r w:rsidRPr="00332DB8">
              <w:rPr>
                <w:lang w:val="ru-RU"/>
              </w:rPr>
              <w:t xml:space="preserve">; текстовое сообщение под заголовком «Битва за жизнь», размещенное в информационно-телекоммуникационной сети «Интернет» по адресу: </w:t>
            </w:r>
            <w:r>
              <w:t>http</w:t>
            </w:r>
            <w:r w:rsidRPr="00332DB8">
              <w:rPr>
                <w:lang w:val="ru-RU"/>
              </w:rPr>
              <w:t>://</w:t>
            </w:r>
            <w:r>
              <w:t>www</w:t>
            </w:r>
            <w:r w:rsidRPr="00332DB8">
              <w:rPr>
                <w:lang w:val="ru-RU"/>
              </w:rPr>
              <w:t>.</w:t>
            </w:r>
            <w:r>
              <w:t>ataka</w:t>
            </w:r>
            <w:r w:rsidRPr="00332DB8">
              <w:rPr>
                <w:lang w:val="ru-RU"/>
              </w:rPr>
              <w:t>.</w:t>
            </w:r>
            <w:r>
              <w:t>ws</w:t>
            </w:r>
            <w:r w:rsidRPr="00332DB8">
              <w:rPr>
                <w:lang w:val="ru-RU"/>
              </w:rPr>
              <w:t>/</w:t>
            </w:r>
            <w:r>
              <w:t>work</w:t>
            </w:r>
            <w:r w:rsidRPr="00332DB8">
              <w:rPr>
                <w:lang w:val="ru-RU"/>
              </w:rPr>
              <w:t>/</w:t>
            </w:r>
            <w:r>
              <w:t>actions</w:t>
            </w:r>
            <w:r w:rsidRPr="00332DB8">
              <w:rPr>
                <w:lang w:val="ru-RU"/>
              </w:rPr>
              <w:t>/</w:t>
            </w:r>
            <w:r>
              <w:t>bitva</w:t>
            </w:r>
            <w:r w:rsidRPr="00332DB8">
              <w:rPr>
                <w:lang w:val="ru-RU"/>
              </w:rPr>
              <w:t>-</w:t>
            </w:r>
            <w:r>
              <w:t>za</w:t>
            </w:r>
            <w:r w:rsidRPr="00332DB8">
              <w:rPr>
                <w:lang w:val="ru-RU"/>
              </w:rPr>
              <w:t>-</w:t>
            </w:r>
            <w:r>
              <w:t>zhizn</w:t>
            </w:r>
            <w:r w:rsidRPr="00332DB8">
              <w:rPr>
                <w:lang w:val="ru-RU"/>
              </w:rPr>
              <w:t>.</w:t>
            </w:r>
            <w:r>
              <w:t>html</w:t>
            </w:r>
            <w:r w:rsidRPr="00332DB8">
              <w:rPr>
                <w:lang w:val="ru-RU"/>
              </w:rPr>
              <w:t xml:space="preserve">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2402.</w:t>
            </w:r>
          </w:p>
        </w:tc>
        <w:tc>
          <w:tcPr>
            <w:tcW w:w="2880" w:type="dxa"/>
          </w:tcPr>
          <w:p w:rsidR="006F7457" w:rsidRPr="00332DB8" w:rsidRDefault="00332DB8">
            <w:pPr>
              <w:rPr>
                <w:lang w:val="ru-RU"/>
              </w:rPr>
            </w:pPr>
            <w:r w:rsidRPr="00332DB8">
              <w:rPr>
                <w:lang w:val="ru-RU"/>
              </w:rPr>
              <w:t xml:space="preserve">Материал, опубликованный 04.01.2013 на сайте </w:t>
            </w:r>
            <w:r>
              <w:t>http</w:t>
            </w:r>
            <w:r w:rsidRPr="00332DB8">
              <w:rPr>
                <w:lang w:val="ru-RU"/>
              </w:rPr>
              <w:t>://</w:t>
            </w:r>
            <w:r>
              <w:t>imaratkavk</w:t>
            </w:r>
            <w:r w:rsidRPr="00332DB8">
              <w:rPr>
                <w:lang w:val="ru-RU"/>
              </w:rPr>
              <w:t>.</w:t>
            </w:r>
            <w:r>
              <w:t>az</w:t>
            </w:r>
            <w:r w:rsidRPr="00332DB8">
              <w:rPr>
                <w:lang w:val="ru-RU"/>
              </w:rPr>
              <w:t>/</w:t>
            </w:r>
            <w:r>
              <w:t>over</w:t>
            </w:r>
            <w:r w:rsidRPr="00332DB8">
              <w:rPr>
                <w:lang w:val="ru-RU"/>
              </w:rPr>
              <w:t>-</w:t>
            </w:r>
            <w:r>
              <w:t>blog</w:t>
            </w:r>
            <w:r w:rsidRPr="00332DB8">
              <w:rPr>
                <w:lang w:val="ru-RU"/>
              </w:rPr>
              <w:t>.</w:t>
            </w:r>
            <w:r>
              <w:t>com</w:t>
            </w:r>
            <w:r w:rsidRPr="00332DB8">
              <w:rPr>
                <w:lang w:val="ru-RU"/>
              </w:rPr>
              <w:t xml:space="preserve"> в сети «Интернет» с наименованием «Современная доктрина джихада» под авторством лица, представившегося Абу Анасом Хачароевским, на странице </w:t>
            </w:r>
            <w:r>
              <w:t>http</w:t>
            </w:r>
            <w:r w:rsidRPr="00332DB8">
              <w:rPr>
                <w:lang w:val="ru-RU"/>
              </w:rPr>
              <w:t>://</w:t>
            </w:r>
            <w:r>
              <w:t>kavkaznews</w:t>
            </w:r>
            <w:r w:rsidRPr="00332DB8">
              <w:rPr>
                <w:lang w:val="ru-RU"/>
              </w:rPr>
              <w:t>.</w:t>
            </w:r>
            <w:r>
              <w:t>overblog</w:t>
            </w:r>
            <w:r w:rsidRPr="00332DB8">
              <w:rPr>
                <w:lang w:val="ru-RU"/>
              </w:rPr>
              <w:t>.</w:t>
            </w:r>
            <w:r>
              <w:t>eom</w:t>
            </w:r>
            <w:r w:rsidRPr="00332DB8">
              <w:rPr>
                <w:lang w:val="ru-RU"/>
              </w:rPr>
              <w:t>/</w:t>
            </w:r>
            <w:r>
              <w:t>c</w:t>
            </w:r>
            <w:r w:rsidRPr="00332DB8">
              <w:rPr>
                <w:lang w:val="ru-RU"/>
              </w:rPr>
              <w:t xml:space="preserve"> (решение Советского районного суда г. Махачкалы Республики Дагестан от 04.03.2014);</w:t>
            </w:r>
          </w:p>
        </w:tc>
        <w:tc>
          <w:tcPr>
            <w:tcW w:w="2880" w:type="dxa"/>
          </w:tcPr>
          <w:p w:rsidR="006F7457" w:rsidRPr="00332DB8" w:rsidRDefault="006F7457">
            <w:pPr>
              <w:rPr>
                <w:lang w:val="ru-RU"/>
              </w:rPr>
            </w:pPr>
          </w:p>
        </w:tc>
      </w:tr>
      <w:tr w:rsidR="006F7457" w:rsidRPr="005A424D">
        <w:tc>
          <w:tcPr>
            <w:tcW w:w="2880" w:type="dxa"/>
          </w:tcPr>
          <w:p w:rsidR="006F7457" w:rsidRDefault="00332DB8">
            <w:r>
              <w:t>2403.</w:t>
            </w:r>
          </w:p>
        </w:tc>
        <w:tc>
          <w:tcPr>
            <w:tcW w:w="2880" w:type="dxa"/>
          </w:tcPr>
          <w:p w:rsidR="006F7457" w:rsidRPr="00332DB8" w:rsidRDefault="00332DB8">
            <w:pPr>
              <w:rPr>
                <w:lang w:val="ru-RU"/>
              </w:rPr>
            </w:pPr>
            <w:r w:rsidRPr="00332DB8">
              <w:rPr>
                <w:lang w:val="ru-RU"/>
              </w:rPr>
              <w:t xml:space="preserve">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w:t>
            </w:r>
            <w:r>
              <w:t>vk</w:t>
            </w:r>
            <w:r w:rsidRPr="00332DB8">
              <w:rPr>
                <w:lang w:val="ru-RU"/>
              </w:rPr>
              <w:t>.</w:t>
            </w:r>
            <w:r>
              <w:t>com</w:t>
            </w:r>
            <w:r w:rsidRPr="00332DB8">
              <w:rPr>
                <w:lang w:val="ru-RU"/>
              </w:rPr>
              <w:t>/</w:t>
            </w:r>
            <w:r>
              <w:t>club</w:t>
            </w:r>
            <w:r w:rsidRPr="00332DB8">
              <w:rPr>
                <w:lang w:val="ru-RU"/>
              </w:rPr>
              <w:t>39155422 (решение Ленинского районного суда г. Тюмени от 26.02.2014);</w:t>
            </w:r>
          </w:p>
        </w:tc>
        <w:tc>
          <w:tcPr>
            <w:tcW w:w="2880" w:type="dxa"/>
          </w:tcPr>
          <w:p w:rsidR="006F7457" w:rsidRPr="00332DB8" w:rsidRDefault="006F7457">
            <w:pPr>
              <w:rPr>
                <w:lang w:val="ru-RU"/>
              </w:rPr>
            </w:pPr>
          </w:p>
        </w:tc>
      </w:tr>
      <w:tr w:rsidR="006F7457" w:rsidRPr="005A424D">
        <w:tc>
          <w:tcPr>
            <w:tcW w:w="2880" w:type="dxa"/>
          </w:tcPr>
          <w:p w:rsidR="006F7457" w:rsidRDefault="00332DB8">
            <w:r>
              <w:t>2404.</w:t>
            </w:r>
          </w:p>
        </w:tc>
        <w:tc>
          <w:tcPr>
            <w:tcW w:w="2880" w:type="dxa"/>
          </w:tcPr>
          <w:p w:rsidR="006F7457" w:rsidRPr="00332DB8" w:rsidRDefault="00332DB8">
            <w:pPr>
              <w:rPr>
                <w:lang w:val="ru-RU"/>
              </w:rPr>
            </w:pPr>
            <w:r w:rsidRPr="00332DB8">
              <w:rPr>
                <w:lang w:val="ru-RU"/>
              </w:rPr>
              <w:t xml:space="preserve">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w:t>
            </w:r>
            <w:r>
              <w:t>http</w:t>
            </w:r>
            <w:r w:rsidRPr="00332DB8">
              <w:rPr>
                <w:lang w:val="ru-RU"/>
              </w:rPr>
              <w:t>://</w:t>
            </w:r>
            <w:r>
              <w:t>cultlib</w:t>
            </w:r>
            <w:r w:rsidRPr="00332DB8">
              <w:rPr>
                <w:lang w:val="ru-RU"/>
              </w:rPr>
              <w:t>.</w:t>
            </w:r>
            <w:r>
              <w:t>alfaspace</w:t>
            </w:r>
            <w:r w:rsidRPr="00332DB8">
              <w:rPr>
                <w:lang w:val="ru-RU"/>
              </w:rPr>
              <w:t>.</w:t>
            </w:r>
            <w:r>
              <w:t>net</w:t>
            </w:r>
            <w:r w:rsidRPr="00332DB8">
              <w:rPr>
                <w:lang w:val="ru-RU"/>
              </w:rPr>
              <w:t>/80.</w:t>
            </w:r>
            <w:r>
              <w:t>htm</w:t>
            </w:r>
            <w:r w:rsidRPr="00332DB8">
              <w:rPr>
                <w:lang w:val="ru-RU"/>
              </w:rPr>
              <w:t xml:space="preserve"> (решение Череповецкого городского суда Вологодской области от 22.07.2014);</w:t>
            </w:r>
          </w:p>
        </w:tc>
        <w:tc>
          <w:tcPr>
            <w:tcW w:w="2880" w:type="dxa"/>
          </w:tcPr>
          <w:p w:rsidR="006F7457" w:rsidRPr="00332DB8" w:rsidRDefault="006F7457">
            <w:pPr>
              <w:rPr>
                <w:lang w:val="ru-RU"/>
              </w:rPr>
            </w:pPr>
          </w:p>
        </w:tc>
      </w:tr>
      <w:tr w:rsidR="006F7457" w:rsidRPr="005A424D">
        <w:tc>
          <w:tcPr>
            <w:tcW w:w="2880" w:type="dxa"/>
          </w:tcPr>
          <w:p w:rsidR="006F7457" w:rsidRDefault="00332DB8">
            <w:r>
              <w:t>2405.</w:t>
            </w:r>
          </w:p>
        </w:tc>
        <w:tc>
          <w:tcPr>
            <w:tcW w:w="2880" w:type="dxa"/>
          </w:tcPr>
          <w:p w:rsidR="006F7457" w:rsidRPr="00332DB8" w:rsidRDefault="00332DB8">
            <w:pPr>
              <w:rPr>
                <w:lang w:val="ru-RU"/>
              </w:rPr>
            </w:pPr>
            <w:r>
              <w:t>C</w:t>
            </w:r>
            <w:r w:rsidRPr="00332DB8">
              <w:rPr>
                <w:lang w:val="ru-RU"/>
              </w:rPr>
              <w:t xml:space="preserve">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w:t>
            </w:r>
            <w:r>
              <w:t>http</w:t>
            </w:r>
            <w:r w:rsidRPr="00332DB8">
              <w:rPr>
                <w:lang w:val="ru-RU"/>
              </w:rPr>
              <w:t>://</w:t>
            </w:r>
            <w:r>
              <w:t>imaratkavkaz</w:t>
            </w:r>
            <w:r w:rsidRPr="00332DB8">
              <w:rPr>
                <w:lang w:val="ru-RU"/>
              </w:rPr>
              <w:t>/</w:t>
            </w:r>
            <w:r>
              <w:t>over</w:t>
            </w:r>
            <w:r w:rsidRPr="00332DB8">
              <w:rPr>
                <w:lang w:val="ru-RU"/>
              </w:rPr>
              <w:t xml:space="preserve">- </w:t>
            </w:r>
            <w:r>
              <w:t>blog</w:t>
            </w:r>
            <w:r w:rsidRPr="00332DB8">
              <w:rPr>
                <w:lang w:val="ru-RU"/>
              </w:rPr>
              <w:t>.</w:t>
            </w:r>
            <w:r>
              <w:t>com</w:t>
            </w:r>
            <w:r w:rsidRPr="00332DB8">
              <w:rPr>
                <w:lang w:val="ru-RU"/>
              </w:rPr>
              <w:t xml:space="preserve"> на странице </w:t>
            </w:r>
            <w:r>
              <w:t>http</w:t>
            </w:r>
            <w:r w:rsidRPr="00332DB8">
              <w:rPr>
                <w:lang w:val="ru-RU"/>
              </w:rPr>
              <w:t>://</w:t>
            </w:r>
            <w:r>
              <w:t>kavkaznews</w:t>
            </w:r>
            <w:r w:rsidRPr="00332DB8">
              <w:rPr>
                <w:lang w:val="ru-RU"/>
              </w:rPr>
              <w:t>.</w:t>
            </w:r>
            <w:r>
              <w:t>overblog</w:t>
            </w:r>
            <w:r w:rsidRPr="00332DB8">
              <w:rPr>
                <w:lang w:val="ru-RU"/>
              </w:rPr>
              <w:t>.</w:t>
            </w:r>
            <w:r>
              <w:t>com</w:t>
            </w:r>
            <w:r w:rsidRPr="00332DB8">
              <w:rPr>
                <w:lang w:val="ru-RU"/>
              </w:rPr>
              <w:t>/2013/11 /%</w:t>
            </w:r>
            <w:r>
              <w:t>D</w:t>
            </w:r>
            <w:r w:rsidRPr="00332DB8">
              <w:rPr>
                <w:lang w:val="ru-RU"/>
              </w:rPr>
              <w:t>0%9</w:t>
            </w:r>
            <w:r>
              <w:t>F</w:t>
            </w:r>
            <w:r w:rsidRPr="00332DB8">
              <w:rPr>
                <w:lang w:val="ru-RU"/>
              </w:rPr>
              <w:t>%</w:t>
            </w:r>
            <w:r>
              <w:t>D</w:t>
            </w:r>
            <w:r w:rsidRPr="00332DB8">
              <w:rPr>
                <w:lang w:val="ru-RU"/>
              </w:rPr>
              <w:t>0%</w:t>
            </w:r>
            <w:r>
              <w:t>BE</w:t>
            </w:r>
            <w:r w:rsidRPr="00332DB8">
              <w:rPr>
                <w:lang w:val="ru-RU"/>
              </w:rPr>
              <w:t>%</w:t>
            </w:r>
            <w:r>
              <w:t>D</w:t>
            </w:r>
            <w:r w:rsidRPr="00332DB8">
              <w:rPr>
                <w:lang w:val="ru-RU"/>
              </w:rPr>
              <w:t xml:space="preserve"> </w:t>
            </w:r>
            <w:r>
              <w:t>I</w:t>
            </w:r>
            <w:r w:rsidRPr="00332DB8">
              <w:rPr>
                <w:lang w:val="ru-RU"/>
              </w:rPr>
              <w:t xml:space="preserve"> %8</w:t>
            </w:r>
            <w:r>
              <w:t>D</w:t>
            </w:r>
            <w:r w:rsidRPr="00332DB8">
              <w:rPr>
                <w:lang w:val="ru-RU"/>
              </w:rPr>
              <w:t>%</w:t>
            </w:r>
            <w:r>
              <w:t>D</w:t>
            </w:r>
            <w:r w:rsidRPr="00332DB8">
              <w:rPr>
                <w:lang w:val="ru-RU"/>
              </w:rPr>
              <w:t>0%</w:t>
            </w:r>
            <w:r>
              <w:t>BC</w:t>
            </w:r>
            <w:r w:rsidRPr="00332DB8">
              <w:rPr>
                <w:lang w:val="ru-RU"/>
              </w:rPr>
              <w:t>%</w:t>
            </w:r>
            <w:r>
              <w:t>D</w:t>
            </w:r>
            <w:r w:rsidRPr="00332DB8">
              <w:rPr>
                <w:lang w:val="ru-RU"/>
              </w:rPr>
              <w:t>0%</w:t>
            </w:r>
            <w:r>
              <w:t>B</w:t>
            </w:r>
            <w:r w:rsidRPr="00332DB8">
              <w:rPr>
                <w:lang w:val="ru-RU"/>
              </w:rPr>
              <w:t>0-%</w:t>
            </w:r>
            <w:r>
              <w:t>C</w:t>
            </w:r>
            <w:r w:rsidRPr="00332DB8">
              <w:rPr>
                <w:lang w:val="ru-RU"/>
              </w:rPr>
              <w:t>2%</w:t>
            </w:r>
            <w:r>
              <w:t>AB</w:t>
            </w:r>
            <w:r w:rsidRPr="00332DB8">
              <w:rPr>
                <w:lang w:val="ru-RU"/>
              </w:rPr>
              <w:t>%</w:t>
            </w:r>
            <w:r>
              <w:t>D</w:t>
            </w:r>
            <w:r w:rsidRPr="00332DB8">
              <w:rPr>
                <w:lang w:val="ru-RU"/>
              </w:rPr>
              <w:t>0%</w:t>
            </w:r>
            <w:r>
              <w:t>A</w:t>
            </w:r>
            <w:r w:rsidRPr="00332DB8">
              <w:rPr>
                <w:lang w:val="ru-RU"/>
              </w:rPr>
              <w:t>3%</w:t>
            </w:r>
            <w:r>
              <w:t>D</w:t>
            </w:r>
            <w:r w:rsidRPr="00332DB8">
              <w:rPr>
                <w:lang w:val="ru-RU"/>
              </w:rPr>
              <w:t>1%81%</w:t>
            </w:r>
            <w:r>
              <w:t>D</w:t>
            </w:r>
            <w:r w:rsidRPr="00332DB8">
              <w:rPr>
                <w:lang w:val="ru-RU"/>
              </w:rPr>
              <w:t>1%8</w:t>
            </w:r>
            <w:r>
              <w:t>B</w:t>
            </w:r>
            <w:r w:rsidRPr="00332DB8">
              <w:rPr>
                <w:lang w:val="ru-RU"/>
              </w:rPr>
              <w:t>%</w:t>
            </w:r>
            <w:r>
              <w:t>C</w:t>
            </w:r>
            <w:r w:rsidRPr="00332DB8">
              <w:rPr>
                <w:lang w:val="ru-RU"/>
              </w:rPr>
              <w:t>2%</w:t>
            </w:r>
            <w:r>
              <w:t>BB</w:t>
            </w:r>
            <w:r w:rsidRPr="00332DB8">
              <w:rPr>
                <w:lang w:val="ru-RU"/>
              </w:rPr>
              <w:t>.</w:t>
            </w:r>
            <w:r>
              <w:t>html</w:t>
            </w:r>
            <w:r w:rsidRPr="00332DB8">
              <w:rPr>
                <w:lang w:val="ru-RU"/>
              </w:rPr>
              <w:t xml:space="preserve">. и 25.11.2013 на сайте </w:t>
            </w:r>
            <w:r>
              <w:t>http</w:t>
            </w:r>
            <w:r w:rsidRPr="00332DB8">
              <w:rPr>
                <w:lang w:val="ru-RU"/>
              </w:rPr>
              <w:t>://</w:t>
            </w:r>
            <w:r>
              <w:t>vdagestan</w:t>
            </w:r>
            <w:r w:rsidRPr="00332DB8">
              <w:rPr>
                <w:lang w:val="ru-RU"/>
              </w:rPr>
              <w:t>.</w:t>
            </w:r>
            <w:r>
              <w:t>com</w:t>
            </w:r>
            <w:r w:rsidRPr="00332DB8">
              <w:rPr>
                <w:lang w:val="ru-RU"/>
              </w:rPr>
              <w:t xml:space="preserve"> на странице </w:t>
            </w:r>
            <w:r>
              <w:t>http</w:t>
            </w:r>
            <w:r w:rsidRPr="00332DB8">
              <w:rPr>
                <w:lang w:val="ru-RU"/>
              </w:rPr>
              <w:t>://</w:t>
            </w:r>
            <w:r>
              <w:t>vdagestan</w:t>
            </w:r>
            <w:r w:rsidRPr="00332DB8">
              <w:rPr>
                <w:lang w:val="ru-RU"/>
              </w:rPr>
              <w:t>.</w:t>
            </w:r>
            <w:r>
              <w:t>com</w:t>
            </w:r>
            <w:r w:rsidRPr="00332DB8">
              <w:rPr>
                <w:lang w:val="ru-RU"/>
              </w:rPr>
              <w:t>/</w:t>
            </w:r>
            <w:r>
              <w:t>poema</w:t>
            </w:r>
            <w:r w:rsidRPr="00332DB8">
              <w:rPr>
                <w:lang w:val="ru-RU"/>
              </w:rPr>
              <w:t>-</w:t>
            </w:r>
            <w:r>
              <w:t>usy</w:t>
            </w:r>
            <w:r w:rsidRPr="00332DB8">
              <w:rPr>
                <w:lang w:val="ru-RU"/>
              </w:rPr>
              <w:t>.</w:t>
            </w:r>
            <w:r>
              <w:t>djihadt</w:t>
            </w:r>
            <w:r w:rsidRPr="00332DB8">
              <w:rPr>
                <w:lang w:val="ru-RU"/>
              </w:rPr>
              <w:t xml:space="preserve"> (решение Советского районного суда г. Махачкалы Республики Дагестан от 07.03.2014);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2406.</w:t>
            </w:r>
          </w:p>
        </w:tc>
        <w:tc>
          <w:tcPr>
            <w:tcW w:w="2880" w:type="dxa"/>
          </w:tcPr>
          <w:p w:rsidR="006F7457" w:rsidRPr="00332DB8" w:rsidRDefault="00332DB8">
            <w:pPr>
              <w:rPr>
                <w:lang w:val="ru-RU"/>
              </w:rPr>
            </w:pPr>
            <w:r>
              <w:t>C</w:t>
            </w:r>
            <w:r w:rsidRPr="00332DB8">
              <w:rPr>
                <w:lang w:val="ru-RU"/>
              </w:rPr>
              <w:t xml:space="preserve">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w:t>
            </w:r>
            <w:r>
              <w:t>http</w:t>
            </w:r>
            <w:r w:rsidRPr="00332DB8">
              <w:rPr>
                <w:lang w:val="ru-RU"/>
              </w:rPr>
              <w:t>://</w:t>
            </w:r>
            <w:r>
              <w:t>www</w:t>
            </w:r>
            <w:r w:rsidRPr="00332DB8">
              <w:rPr>
                <w:lang w:val="ru-RU"/>
              </w:rPr>
              <w:t>.</w:t>
            </w:r>
            <w:r>
              <w:t>halifat</w:t>
            </w:r>
            <w:r w:rsidRPr="00332DB8">
              <w:rPr>
                <w:lang w:val="ru-RU"/>
              </w:rPr>
              <w:t>.</w:t>
            </w:r>
            <w:r>
              <w:t>info</w:t>
            </w:r>
            <w:r w:rsidRPr="00332DB8">
              <w:rPr>
                <w:lang w:val="ru-RU"/>
              </w:rPr>
              <w:t>/</w:t>
            </w:r>
            <w:r>
              <w:t>analysis</w:t>
            </w:r>
            <w:r w:rsidRPr="00332DB8">
              <w:rPr>
                <w:lang w:val="ru-RU"/>
              </w:rPr>
              <w:t>/</w:t>
            </w:r>
            <w:r>
              <w:t>occupation</w:t>
            </w:r>
            <w:r w:rsidRPr="00332DB8">
              <w:rPr>
                <w:lang w:val="ru-RU"/>
              </w:rPr>
              <w:t>/141</w:t>
            </w:r>
            <w:r>
              <w:t>l</w:t>
            </w:r>
            <w:r w:rsidRPr="00332DB8">
              <w:rPr>
                <w:lang w:val="ru-RU"/>
              </w:rPr>
              <w:t>-</w:t>
            </w:r>
            <w:r>
              <w:t>putin</w:t>
            </w:r>
            <w:r w:rsidRPr="00332DB8">
              <w:rPr>
                <w:lang w:val="ru-RU"/>
              </w:rPr>
              <w:t>-</w:t>
            </w:r>
            <w:r>
              <w:t>licemer</w:t>
            </w:r>
            <w:r w:rsidRPr="00332DB8">
              <w:rPr>
                <w:lang w:val="ru-RU"/>
              </w:rPr>
              <w:t>.</w:t>
            </w:r>
            <w:r>
              <w:t>html</w:t>
            </w:r>
            <w:r w:rsidRPr="00332DB8">
              <w:rPr>
                <w:lang w:val="ru-RU"/>
              </w:rPr>
              <w:t xml:space="preserve"> на сайте </w:t>
            </w:r>
            <w:r>
              <w:t>http</w:t>
            </w:r>
            <w:r w:rsidRPr="00332DB8">
              <w:rPr>
                <w:lang w:val="ru-RU"/>
              </w:rPr>
              <w:t>://</w:t>
            </w:r>
            <w:r>
              <w:t>www</w:t>
            </w:r>
            <w:r w:rsidRPr="00332DB8">
              <w:rPr>
                <w:lang w:val="ru-RU"/>
              </w:rPr>
              <w:t>.</w:t>
            </w:r>
            <w:r>
              <w:t>halifat</w:t>
            </w:r>
            <w:r w:rsidRPr="00332DB8">
              <w:rPr>
                <w:lang w:val="ru-RU"/>
              </w:rPr>
              <w:t>.</w:t>
            </w:r>
            <w:r>
              <w:t>info</w:t>
            </w:r>
            <w:r w:rsidRPr="00332DB8">
              <w:rPr>
                <w:lang w:val="ru-RU"/>
              </w:rPr>
              <w:t>/</w:t>
            </w:r>
            <w:r>
              <w:t>index</w:t>
            </w:r>
            <w:r w:rsidRPr="00332DB8">
              <w:rPr>
                <w:lang w:val="ru-RU"/>
              </w:rPr>
              <w:t>.</w:t>
            </w:r>
            <w:r>
              <w:t>php</w:t>
            </w:r>
            <w:r w:rsidRPr="00332DB8">
              <w:rPr>
                <w:lang w:val="ru-RU"/>
              </w:rPr>
              <w:t xml:space="preserve"> в Информационно-телекоммуникационной сети «Интернет» (решение Советского районного суда г. Махачкалы Республики Дагестан от 19.02.2014);</w:t>
            </w:r>
          </w:p>
        </w:tc>
        <w:tc>
          <w:tcPr>
            <w:tcW w:w="2880" w:type="dxa"/>
          </w:tcPr>
          <w:p w:rsidR="006F7457" w:rsidRPr="00332DB8" w:rsidRDefault="006F7457">
            <w:pPr>
              <w:rPr>
                <w:lang w:val="ru-RU"/>
              </w:rPr>
            </w:pPr>
          </w:p>
        </w:tc>
      </w:tr>
      <w:tr w:rsidR="006F7457" w:rsidRPr="005A424D">
        <w:tc>
          <w:tcPr>
            <w:tcW w:w="2880" w:type="dxa"/>
          </w:tcPr>
          <w:p w:rsidR="006F7457" w:rsidRDefault="00332DB8">
            <w:r>
              <w:t>2407.</w:t>
            </w:r>
          </w:p>
        </w:tc>
        <w:tc>
          <w:tcPr>
            <w:tcW w:w="2880" w:type="dxa"/>
          </w:tcPr>
          <w:p w:rsidR="006F7457" w:rsidRPr="00332DB8" w:rsidRDefault="00332DB8">
            <w:pPr>
              <w:rPr>
                <w:lang w:val="ru-RU"/>
              </w:rPr>
            </w:pPr>
            <w:r w:rsidRPr="00332DB8">
              <w:rPr>
                <w:lang w:val="ru-RU"/>
              </w:rPr>
              <w:t xml:space="preserve">Видеоматериал «Амир Абу Ясир и Абдул-Азим – Обращение к Хивскому народу», размещённый 13.11.2013 г. на странице </w:t>
            </w:r>
            <w:r>
              <w:t>http</w:t>
            </w:r>
            <w:r w:rsidRPr="00332DB8">
              <w:rPr>
                <w:lang w:val="ru-RU"/>
              </w:rPr>
              <w:t>://</w:t>
            </w:r>
            <w:r>
              <w:t>www</w:t>
            </w:r>
            <w:r w:rsidRPr="00332DB8">
              <w:rPr>
                <w:lang w:val="ru-RU"/>
              </w:rPr>
              <w:t>.</w:t>
            </w:r>
            <w:r>
              <w:t>vdagestan</w:t>
            </w:r>
            <w:r w:rsidRPr="00332DB8">
              <w:rPr>
                <w:lang w:val="ru-RU"/>
              </w:rPr>
              <w:t>.</w:t>
            </w:r>
            <w:r>
              <w:t>com</w:t>
            </w:r>
            <w:r w:rsidRPr="00332DB8">
              <w:rPr>
                <w:lang w:val="ru-RU"/>
              </w:rPr>
              <w:t>/</w:t>
            </w:r>
            <w:r>
              <w:t>amir</w:t>
            </w:r>
            <w:r w:rsidRPr="00332DB8">
              <w:rPr>
                <w:lang w:val="ru-RU"/>
              </w:rPr>
              <w:t>-</w:t>
            </w:r>
            <w:r>
              <w:t>abu</w:t>
            </w:r>
            <w:r w:rsidRPr="00332DB8">
              <w:rPr>
                <w:lang w:val="ru-RU"/>
              </w:rPr>
              <w:t>-</w:t>
            </w:r>
            <w:r>
              <w:t>yasir</w:t>
            </w:r>
            <w:r w:rsidRPr="00332DB8">
              <w:rPr>
                <w:lang w:val="ru-RU"/>
              </w:rPr>
              <w:t>-</w:t>
            </w:r>
            <w:r>
              <w:t>i</w:t>
            </w:r>
            <w:r w:rsidRPr="00332DB8">
              <w:rPr>
                <w:lang w:val="ru-RU"/>
              </w:rPr>
              <w:t>-</w:t>
            </w:r>
            <w:r>
              <w:t>abdul</w:t>
            </w:r>
            <w:r w:rsidRPr="00332DB8">
              <w:rPr>
                <w:lang w:val="ru-RU"/>
              </w:rPr>
              <w:t>-</w:t>
            </w:r>
            <w:r>
              <w:t>azim</w:t>
            </w:r>
            <w:r w:rsidRPr="00332DB8">
              <w:rPr>
                <w:lang w:val="ru-RU"/>
              </w:rPr>
              <w:t>-</w:t>
            </w:r>
            <w:r>
              <w:t>obrashhenie</w:t>
            </w:r>
            <w:r w:rsidRPr="00332DB8">
              <w:rPr>
                <w:lang w:val="ru-RU"/>
              </w:rPr>
              <w:t>-</w:t>
            </w:r>
            <w:r>
              <w:t>k</w:t>
            </w:r>
            <w:r w:rsidRPr="00332DB8">
              <w:rPr>
                <w:lang w:val="ru-RU"/>
              </w:rPr>
              <w:t>-</w:t>
            </w:r>
            <w:r>
              <w:t>xivskomu</w:t>
            </w:r>
            <w:r w:rsidRPr="00332DB8">
              <w:rPr>
                <w:lang w:val="ru-RU"/>
              </w:rPr>
              <w:t xml:space="preserve"> </w:t>
            </w:r>
            <w:r>
              <w:t>narodu</w:t>
            </w:r>
            <w:r w:rsidRPr="00332DB8">
              <w:rPr>
                <w:lang w:val="ru-RU"/>
              </w:rPr>
              <w:t>.</w:t>
            </w:r>
            <w:r>
              <w:t>djihad</w:t>
            </w:r>
            <w:r w:rsidRPr="00332DB8">
              <w:rPr>
                <w:lang w:val="ru-RU"/>
              </w:rPr>
              <w:t xml:space="preserve"> на сайте </w:t>
            </w:r>
            <w:r>
              <w:t>http</w:t>
            </w:r>
            <w:r w:rsidRPr="00332DB8">
              <w:rPr>
                <w:lang w:val="ru-RU"/>
              </w:rPr>
              <w:t>://</w:t>
            </w:r>
            <w:r>
              <w:t>www</w:t>
            </w:r>
            <w:r w:rsidRPr="00332DB8">
              <w:rPr>
                <w:lang w:val="ru-RU"/>
              </w:rPr>
              <w:t>.</w:t>
            </w:r>
            <w:r>
              <w:t>vdagestan</w:t>
            </w:r>
            <w:r w:rsidRPr="00332DB8">
              <w:rPr>
                <w:lang w:val="ru-RU"/>
              </w:rPr>
              <w:t>.</w:t>
            </w:r>
            <w:r>
              <w:t>com</w:t>
            </w:r>
            <w:r w:rsidRPr="00332DB8">
              <w:rPr>
                <w:lang w:val="ru-RU"/>
              </w:rPr>
              <w:t xml:space="preserve"> в сети «Интернет» (решение Советского районного суда г. Махачкалы Республики Дагестан от 11.03.2014);</w:t>
            </w:r>
          </w:p>
        </w:tc>
        <w:tc>
          <w:tcPr>
            <w:tcW w:w="2880" w:type="dxa"/>
          </w:tcPr>
          <w:p w:rsidR="006F7457" w:rsidRPr="00332DB8" w:rsidRDefault="006F7457">
            <w:pPr>
              <w:rPr>
                <w:lang w:val="ru-RU"/>
              </w:rPr>
            </w:pPr>
          </w:p>
        </w:tc>
      </w:tr>
      <w:tr w:rsidR="006F7457" w:rsidRPr="005A424D">
        <w:tc>
          <w:tcPr>
            <w:tcW w:w="2880" w:type="dxa"/>
          </w:tcPr>
          <w:p w:rsidR="006F7457" w:rsidRDefault="00332DB8">
            <w:r>
              <w:t>2408.</w:t>
            </w:r>
          </w:p>
        </w:tc>
        <w:tc>
          <w:tcPr>
            <w:tcW w:w="2880" w:type="dxa"/>
          </w:tcPr>
          <w:p w:rsidR="006F7457" w:rsidRPr="00332DB8" w:rsidRDefault="00332DB8">
            <w:pPr>
              <w:rPr>
                <w:lang w:val="ru-RU"/>
              </w:rPr>
            </w:pPr>
            <w:r w:rsidRPr="00332DB8">
              <w:rPr>
                <w:lang w:val="ru-RU"/>
              </w:rPr>
              <w:t xml:space="preserve">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w:t>
            </w:r>
            <w:r>
              <w:t>http</w:t>
            </w:r>
            <w:r w:rsidRPr="00332DB8">
              <w:rPr>
                <w:lang w:val="ru-RU"/>
              </w:rPr>
              <w:t>://</w:t>
            </w:r>
            <w:r>
              <w:t>chemodanmudjahida</w:t>
            </w:r>
            <w:r w:rsidRPr="00332DB8">
              <w:rPr>
                <w:lang w:val="ru-RU"/>
              </w:rPr>
              <w:t>.</w:t>
            </w:r>
            <w:r>
              <w:t>blogspot</w:t>
            </w:r>
            <w:r w:rsidRPr="00332DB8">
              <w:rPr>
                <w:lang w:val="ru-RU"/>
              </w:rPr>
              <w:t>.</w:t>
            </w:r>
            <w:r>
              <w:t>ru</w:t>
            </w:r>
            <w:r w:rsidRPr="00332DB8">
              <w:rPr>
                <w:lang w:val="ru-RU"/>
              </w:rPr>
              <w:t xml:space="preserve"> (</w:t>
            </w:r>
            <w:r>
              <w:t>IP</w:t>
            </w:r>
            <w:r w:rsidRPr="00332DB8">
              <w:rPr>
                <w:lang w:val="ru-RU"/>
              </w:rPr>
              <w:t xml:space="preserve"> адрес 173.194.112.44); Интернет ресурс «Чемодан Муджахида» </w:t>
            </w:r>
            <w:r>
              <w:t>http</w:t>
            </w:r>
            <w:r w:rsidRPr="00332DB8">
              <w:rPr>
                <w:lang w:val="ru-RU"/>
              </w:rPr>
              <w:t>://</w:t>
            </w:r>
            <w:r>
              <w:t>chemodanmudjahida</w:t>
            </w:r>
            <w:r w:rsidRPr="00332DB8">
              <w:rPr>
                <w:lang w:val="ru-RU"/>
              </w:rPr>
              <w:t>.</w:t>
            </w:r>
            <w:r>
              <w:t>blogspot</w:t>
            </w:r>
            <w:r w:rsidRPr="00332DB8">
              <w:rPr>
                <w:lang w:val="ru-RU"/>
              </w:rPr>
              <w:t>.</w:t>
            </w:r>
            <w:r>
              <w:t>ru</w:t>
            </w:r>
            <w:r w:rsidRPr="00332DB8">
              <w:rPr>
                <w:lang w:val="ru-RU"/>
              </w:rPr>
              <w:t xml:space="preserve"> (заочное решение Ленинского районного суда г. Перми от 28.04.2014);</w:t>
            </w:r>
          </w:p>
        </w:tc>
        <w:tc>
          <w:tcPr>
            <w:tcW w:w="2880" w:type="dxa"/>
          </w:tcPr>
          <w:p w:rsidR="006F7457" w:rsidRPr="00332DB8" w:rsidRDefault="006F7457">
            <w:pPr>
              <w:rPr>
                <w:lang w:val="ru-RU"/>
              </w:rPr>
            </w:pPr>
          </w:p>
        </w:tc>
      </w:tr>
      <w:tr w:rsidR="006F7457" w:rsidRPr="005A424D">
        <w:tc>
          <w:tcPr>
            <w:tcW w:w="2880" w:type="dxa"/>
          </w:tcPr>
          <w:p w:rsidR="006F7457" w:rsidRDefault="00332DB8">
            <w:r>
              <w:t>2409.</w:t>
            </w:r>
          </w:p>
        </w:tc>
        <w:tc>
          <w:tcPr>
            <w:tcW w:w="2880" w:type="dxa"/>
          </w:tcPr>
          <w:p w:rsidR="006F7457" w:rsidRPr="00332DB8" w:rsidRDefault="00332DB8">
            <w:pPr>
              <w:rPr>
                <w:lang w:val="ru-RU"/>
              </w:rPr>
            </w:pPr>
            <w:r w:rsidRPr="00332DB8">
              <w:rPr>
                <w:lang w:val="ru-RU"/>
              </w:rPr>
              <w:t xml:space="preserve">Статья «Русские Питера: между исламским ножом и полицейской дубинкой», размещенная на Интернет-ресурсе </w:t>
            </w:r>
            <w:r>
              <w:t>iks</w:t>
            </w:r>
            <w:r w:rsidRPr="00332DB8">
              <w:rPr>
                <w:lang w:val="ru-RU"/>
              </w:rPr>
              <w:t>2010.</w:t>
            </w:r>
            <w:r>
              <w:t>org</w:t>
            </w:r>
            <w:r w:rsidRPr="00332DB8">
              <w:rPr>
                <w:lang w:val="ru-RU"/>
              </w:rPr>
              <w:t xml:space="preserve"> (решение Преображенского районного суда г. Москвы от 16.05.2014);</w:t>
            </w:r>
          </w:p>
        </w:tc>
        <w:tc>
          <w:tcPr>
            <w:tcW w:w="2880" w:type="dxa"/>
          </w:tcPr>
          <w:p w:rsidR="006F7457" w:rsidRPr="00332DB8" w:rsidRDefault="006F7457">
            <w:pPr>
              <w:rPr>
                <w:lang w:val="ru-RU"/>
              </w:rPr>
            </w:pPr>
          </w:p>
        </w:tc>
      </w:tr>
      <w:tr w:rsidR="006F7457" w:rsidRPr="005A424D">
        <w:tc>
          <w:tcPr>
            <w:tcW w:w="2880" w:type="dxa"/>
          </w:tcPr>
          <w:p w:rsidR="006F7457" w:rsidRDefault="00332DB8">
            <w:r>
              <w:t>2410.</w:t>
            </w:r>
          </w:p>
        </w:tc>
        <w:tc>
          <w:tcPr>
            <w:tcW w:w="2880" w:type="dxa"/>
          </w:tcPr>
          <w:p w:rsidR="006F7457" w:rsidRPr="00332DB8" w:rsidRDefault="00332DB8">
            <w:pPr>
              <w:rPr>
                <w:lang w:val="ru-RU"/>
              </w:rPr>
            </w:pPr>
            <w:r w:rsidRPr="00332DB8">
              <w:rPr>
                <w:lang w:val="ru-RU"/>
              </w:rPr>
              <w:t xml:space="preserve">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w:t>
            </w:r>
            <w:r w:rsidRPr="00332DB8">
              <w:rPr>
                <w:lang w:val="ru-RU"/>
              </w:rPr>
              <w:lastRenderedPageBreak/>
              <w:t>«Красава,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2411.</w:t>
            </w:r>
          </w:p>
        </w:tc>
        <w:tc>
          <w:tcPr>
            <w:tcW w:w="2880" w:type="dxa"/>
          </w:tcPr>
          <w:p w:rsidR="006F7457" w:rsidRPr="00332DB8" w:rsidRDefault="00332DB8">
            <w:pPr>
              <w:rPr>
                <w:lang w:val="ru-RU"/>
              </w:rPr>
            </w:pPr>
            <w:r w:rsidRPr="00332DB8">
              <w:rPr>
                <w:lang w:val="ru-RU"/>
              </w:rPr>
              <w:t>Статья «Идель-Урал. Способы борьбы с олимпийскими играми в Сочи», размещенная на Интернет-сайте «</w:t>
            </w:r>
            <w:r>
              <w:t>htt</w:t>
            </w:r>
            <w:r w:rsidRPr="00332DB8">
              <w:rPr>
                <w:lang w:val="ru-RU"/>
              </w:rPr>
              <w:t>://</w:t>
            </w:r>
            <w:r>
              <w:t>idel</w:t>
            </w:r>
            <w:r w:rsidRPr="00332DB8">
              <w:rPr>
                <w:lang w:val="ru-RU"/>
              </w:rPr>
              <w:t>-</w:t>
            </w:r>
            <w:r>
              <w:t>ural</w:t>
            </w:r>
            <w:r w:rsidRPr="00332DB8">
              <w:rPr>
                <w:lang w:val="ru-RU"/>
              </w:rPr>
              <w:t>.</w:t>
            </w:r>
            <w:r>
              <w:t>tumlr</w:t>
            </w:r>
            <w:r w:rsidRPr="00332DB8">
              <w:rPr>
                <w:lang w:val="ru-RU"/>
              </w:rPr>
              <w:t>.</w:t>
            </w:r>
            <w:r>
              <w:t>com</w:t>
            </w:r>
            <w:r w:rsidRPr="00332DB8">
              <w:rPr>
                <w:lang w:val="ru-RU"/>
              </w:rPr>
              <w:t>/» (</w:t>
            </w:r>
            <w:r>
              <w:t>IP</w:t>
            </w:r>
            <w:r w:rsidRPr="00332DB8">
              <w:rPr>
                <w:lang w:val="ru-RU"/>
              </w:rPr>
              <w:t xml:space="preserve"> адрес 66.6.40.38); Интернет-ресурс «</w:t>
            </w:r>
            <w:r>
              <w:t>htt</w:t>
            </w:r>
            <w:r w:rsidRPr="00332DB8">
              <w:rPr>
                <w:lang w:val="ru-RU"/>
              </w:rPr>
              <w:t>://</w:t>
            </w:r>
            <w:r>
              <w:t>idel</w:t>
            </w:r>
            <w:r w:rsidRPr="00332DB8">
              <w:rPr>
                <w:lang w:val="ru-RU"/>
              </w:rPr>
              <w:t>-</w:t>
            </w:r>
            <w:r>
              <w:t>ural</w:t>
            </w:r>
            <w:r w:rsidRPr="00332DB8">
              <w:rPr>
                <w:lang w:val="ru-RU"/>
              </w:rPr>
              <w:t>.</w:t>
            </w:r>
            <w:r>
              <w:t>tumlr</w:t>
            </w:r>
            <w:r w:rsidRPr="00332DB8">
              <w:rPr>
                <w:lang w:val="ru-RU"/>
              </w:rPr>
              <w:t>.</w:t>
            </w:r>
            <w:r>
              <w:t>com</w:t>
            </w:r>
            <w:r w:rsidRPr="00332DB8">
              <w:rPr>
                <w:lang w:val="ru-RU"/>
              </w:rPr>
              <w:t>/» (</w:t>
            </w:r>
            <w:r>
              <w:t>IP</w:t>
            </w:r>
            <w:r w:rsidRPr="00332DB8">
              <w:rPr>
                <w:lang w:val="ru-RU"/>
              </w:rPr>
              <w:t xml:space="preserve"> адрес 66.6.40.38) (заочное решение Ленинского районного суда г. Перми от 29.04.2014);</w:t>
            </w:r>
          </w:p>
        </w:tc>
        <w:tc>
          <w:tcPr>
            <w:tcW w:w="2880" w:type="dxa"/>
          </w:tcPr>
          <w:p w:rsidR="006F7457" w:rsidRPr="00332DB8" w:rsidRDefault="006F7457">
            <w:pPr>
              <w:rPr>
                <w:lang w:val="ru-RU"/>
              </w:rPr>
            </w:pPr>
          </w:p>
        </w:tc>
      </w:tr>
      <w:tr w:rsidR="006F7457" w:rsidRPr="005A424D">
        <w:tc>
          <w:tcPr>
            <w:tcW w:w="2880" w:type="dxa"/>
          </w:tcPr>
          <w:p w:rsidR="006F7457" w:rsidRDefault="00332DB8">
            <w:r>
              <w:t>2412.</w:t>
            </w:r>
          </w:p>
        </w:tc>
        <w:tc>
          <w:tcPr>
            <w:tcW w:w="2880" w:type="dxa"/>
          </w:tcPr>
          <w:p w:rsidR="006F7457" w:rsidRPr="00332DB8" w:rsidRDefault="00332DB8">
            <w:pPr>
              <w:rPr>
                <w:lang w:val="ru-RU"/>
              </w:rPr>
            </w:pPr>
            <w:r w:rsidRPr="00332DB8">
              <w:rPr>
                <w:lang w:val="ru-RU"/>
              </w:rPr>
              <w:t>Статья «Кто продолжается…», размещенная в сети Интернет на сайте «</w:t>
            </w:r>
            <w:r>
              <w:t>www</w:t>
            </w:r>
            <w:r w:rsidRPr="00332DB8">
              <w:rPr>
                <w:lang w:val="ru-RU"/>
              </w:rPr>
              <w:t>.</w:t>
            </w:r>
            <w:r>
              <w:t>guraba</w:t>
            </w:r>
            <w:r w:rsidRPr="00332DB8">
              <w:rPr>
                <w:lang w:val="ru-RU"/>
              </w:rPr>
              <w:t>.</w:t>
            </w:r>
            <w:r>
              <w:t>info</w:t>
            </w:r>
            <w:r w:rsidRPr="00332DB8">
              <w:rPr>
                <w:lang w:val="ru-RU"/>
              </w:rPr>
              <w:t>» (решение Кировского районного суда г. Астрахани от 19.03.2014);</w:t>
            </w:r>
          </w:p>
        </w:tc>
        <w:tc>
          <w:tcPr>
            <w:tcW w:w="2880" w:type="dxa"/>
          </w:tcPr>
          <w:p w:rsidR="006F7457" w:rsidRPr="00332DB8" w:rsidRDefault="006F7457">
            <w:pPr>
              <w:rPr>
                <w:lang w:val="ru-RU"/>
              </w:rPr>
            </w:pPr>
          </w:p>
        </w:tc>
      </w:tr>
      <w:tr w:rsidR="006F7457" w:rsidRPr="005A424D">
        <w:tc>
          <w:tcPr>
            <w:tcW w:w="2880" w:type="dxa"/>
          </w:tcPr>
          <w:p w:rsidR="006F7457" w:rsidRDefault="00332DB8">
            <w:r>
              <w:t>2413.</w:t>
            </w:r>
          </w:p>
        </w:tc>
        <w:tc>
          <w:tcPr>
            <w:tcW w:w="2880" w:type="dxa"/>
          </w:tcPr>
          <w:p w:rsidR="006F7457" w:rsidRPr="00332DB8" w:rsidRDefault="00332DB8">
            <w:pPr>
              <w:rPr>
                <w:lang w:val="ru-RU"/>
              </w:rPr>
            </w:pPr>
            <w:r w:rsidRPr="00332DB8">
              <w:rPr>
                <w:lang w:val="ru-RU"/>
              </w:rPr>
              <w:t xml:space="preserve">Видеоролик (видеоматериал) «Русь, вставай с колен!», размещенный в сети интернет на странице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31809447 (решение Калининского районного суда г. Новосибирска от 02.06.2014);</w:t>
            </w:r>
          </w:p>
        </w:tc>
        <w:tc>
          <w:tcPr>
            <w:tcW w:w="2880" w:type="dxa"/>
          </w:tcPr>
          <w:p w:rsidR="006F7457" w:rsidRPr="00332DB8" w:rsidRDefault="006F7457">
            <w:pPr>
              <w:rPr>
                <w:lang w:val="ru-RU"/>
              </w:rPr>
            </w:pPr>
          </w:p>
        </w:tc>
      </w:tr>
      <w:tr w:rsidR="006F7457" w:rsidRPr="005A424D">
        <w:tc>
          <w:tcPr>
            <w:tcW w:w="2880" w:type="dxa"/>
          </w:tcPr>
          <w:p w:rsidR="006F7457" w:rsidRDefault="00332DB8">
            <w:r>
              <w:t>2414.</w:t>
            </w:r>
          </w:p>
        </w:tc>
        <w:tc>
          <w:tcPr>
            <w:tcW w:w="2880" w:type="dxa"/>
          </w:tcPr>
          <w:p w:rsidR="006F7457" w:rsidRPr="00332DB8" w:rsidRDefault="00332DB8">
            <w:pPr>
              <w:rPr>
                <w:lang w:val="ru-RU"/>
              </w:rPr>
            </w:pPr>
            <w:r w:rsidRPr="00332DB8">
              <w:rPr>
                <w:lang w:val="ru-RU"/>
              </w:rPr>
              <w:t xml:space="preserve">Видеоролик (видеоматериал) «открытое письмо мертвой расе», размещенный в сети интернет на странице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49263118 (решение Калининского районного суда г. Новосибирска от 02.06.2014);</w:t>
            </w:r>
          </w:p>
        </w:tc>
        <w:tc>
          <w:tcPr>
            <w:tcW w:w="2880" w:type="dxa"/>
          </w:tcPr>
          <w:p w:rsidR="006F7457" w:rsidRPr="00332DB8" w:rsidRDefault="006F7457">
            <w:pPr>
              <w:rPr>
                <w:lang w:val="ru-RU"/>
              </w:rPr>
            </w:pPr>
          </w:p>
        </w:tc>
      </w:tr>
      <w:tr w:rsidR="006F7457" w:rsidRPr="005A424D">
        <w:tc>
          <w:tcPr>
            <w:tcW w:w="2880" w:type="dxa"/>
          </w:tcPr>
          <w:p w:rsidR="006F7457" w:rsidRDefault="00332DB8">
            <w:r>
              <w:t>241</w:t>
            </w:r>
            <w:r>
              <w:lastRenderedPageBreak/>
              <w:t>5.</w:t>
            </w:r>
          </w:p>
        </w:tc>
        <w:tc>
          <w:tcPr>
            <w:tcW w:w="2880" w:type="dxa"/>
          </w:tcPr>
          <w:p w:rsidR="006F7457" w:rsidRPr="00332DB8" w:rsidRDefault="00332DB8">
            <w:pPr>
              <w:rPr>
                <w:lang w:val="ru-RU"/>
              </w:rPr>
            </w:pPr>
            <w:r w:rsidRPr="00332DB8">
              <w:rPr>
                <w:lang w:val="ru-RU"/>
              </w:rPr>
              <w:lastRenderedPageBreak/>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2416.</w:t>
            </w:r>
          </w:p>
        </w:tc>
        <w:tc>
          <w:tcPr>
            <w:tcW w:w="2880" w:type="dxa"/>
          </w:tcPr>
          <w:p w:rsidR="006F7457" w:rsidRPr="00332DB8" w:rsidRDefault="00332DB8">
            <w:pPr>
              <w:rPr>
                <w:lang w:val="ru-RU"/>
              </w:rPr>
            </w:pPr>
            <w:r w:rsidRPr="00332DB8">
              <w:rPr>
                <w:lang w:val="ru-RU"/>
              </w:rPr>
              <w:t xml:space="preserve">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 xml:space="preserve">= </w:t>
            </w:r>
            <w:r>
              <w:t>RRqS</w:t>
            </w:r>
            <w:r w:rsidRPr="00332DB8">
              <w:rPr>
                <w:lang w:val="ru-RU"/>
              </w:rPr>
              <w:t>4</w:t>
            </w:r>
            <w:r>
              <w:t>AaD</w:t>
            </w:r>
            <w:r w:rsidRPr="00332DB8">
              <w:rPr>
                <w:lang w:val="ru-RU"/>
              </w:rPr>
              <w:t>3_</w:t>
            </w:r>
            <w:r>
              <w:t>E</w:t>
            </w:r>
            <w:r w:rsidRPr="00332DB8">
              <w:rPr>
                <w:lang w:val="ru-RU"/>
              </w:rPr>
              <w:t xml:space="preserve"> (решение Ухтинского городского суда Республики Коми от 29.05.2014);</w:t>
            </w:r>
          </w:p>
        </w:tc>
        <w:tc>
          <w:tcPr>
            <w:tcW w:w="2880" w:type="dxa"/>
          </w:tcPr>
          <w:p w:rsidR="006F7457" w:rsidRPr="00332DB8" w:rsidRDefault="006F7457">
            <w:pPr>
              <w:rPr>
                <w:lang w:val="ru-RU"/>
              </w:rPr>
            </w:pPr>
          </w:p>
        </w:tc>
      </w:tr>
      <w:tr w:rsidR="006F7457" w:rsidRPr="005A424D">
        <w:tc>
          <w:tcPr>
            <w:tcW w:w="2880" w:type="dxa"/>
          </w:tcPr>
          <w:p w:rsidR="006F7457" w:rsidRDefault="00332DB8">
            <w:r>
              <w:t>2417.</w:t>
            </w:r>
          </w:p>
        </w:tc>
        <w:tc>
          <w:tcPr>
            <w:tcW w:w="2880" w:type="dxa"/>
          </w:tcPr>
          <w:p w:rsidR="006F7457" w:rsidRPr="00332DB8" w:rsidRDefault="00332DB8">
            <w:pPr>
              <w:rPr>
                <w:lang w:val="ru-RU"/>
              </w:rPr>
            </w:pPr>
            <w:r w:rsidRPr="00332DB8">
              <w:rPr>
                <w:lang w:val="ru-RU"/>
              </w:rPr>
              <w:t xml:space="preserve">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XYVkk</w:t>
            </w:r>
            <w:r w:rsidRPr="00332DB8">
              <w:rPr>
                <w:lang w:val="ru-RU"/>
              </w:rPr>
              <w:t>0</w:t>
            </w:r>
            <w:r>
              <w:t>C</w:t>
            </w:r>
            <w:r w:rsidRPr="00332DB8">
              <w:rPr>
                <w:lang w:val="ru-RU"/>
              </w:rPr>
              <w:t>4</w:t>
            </w:r>
            <w:r>
              <w:t>eVY</w:t>
            </w:r>
            <w:r w:rsidRPr="00332DB8">
              <w:rPr>
                <w:lang w:val="ru-RU"/>
              </w:rPr>
              <w:t xml:space="preserve"> (решение Ухтинского городского суда Республики Коми от 29.05.2014);</w:t>
            </w:r>
          </w:p>
        </w:tc>
        <w:tc>
          <w:tcPr>
            <w:tcW w:w="2880" w:type="dxa"/>
          </w:tcPr>
          <w:p w:rsidR="006F7457" w:rsidRPr="00332DB8" w:rsidRDefault="006F7457">
            <w:pPr>
              <w:rPr>
                <w:lang w:val="ru-RU"/>
              </w:rPr>
            </w:pPr>
          </w:p>
        </w:tc>
      </w:tr>
      <w:tr w:rsidR="006F7457" w:rsidRPr="005A424D">
        <w:tc>
          <w:tcPr>
            <w:tcW w:w="2880" w:type="dxa"/>
          </w:tcPr>
          <w:p w:rsidR="006F7457" w:rsidRDefault="00332DB8">
            <w:r>
              <w:t>2418.</w:t>
            </w:r>
          </w:p>
        </w:tc>
        <w:tc>
          <w:tcPr>
            <w:tcW w:w="2880" w:type="dxa"/>
          </w:tcPr>
          <w:p w:rsidR="006F7457" w:rsidRPr="00332DB8" w:rsidRDefault="00332DB8">
            <w:pPr>
              <w:rPr>
                <w:lang w:val="ru-RU"/>
              </w:rPr>
            </w:pPr>
            <w:r w:rsidRPr="00332DB8">
              <w:rPr>
                <w:lang w:val="ru-RU"/>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2880" w:type="dxa"/>
          </w:tcPr>
          <w:p w:rsidR="006F7457" w:rsidRPr="00332DB8" w:rsidRDefault="006F7457">
            <w:pPr>
              <w:rPr>
                <w:lang w:val="ru-RU"/>
              </w:rPr>
            </w:pPr>
          </w:p>
        </w:tc>
      </w:tr>
      <w:tr w:rsidR="006F7457" w:rsidRPr="005A424D">
        <w:tc>
          <w:tcPr>
            <w:tcW w:w="2880" w:type="dxa"/>
          </w:tcPr>
          <w:p w:rsidR="006F7457" w:rsidRDefault="00332DB8">
            <w:r>
              <w:t>2419.</w:t>
            </w:r>
          </w:p>
        </w:tc>
        <w:tc>
          <w:tcPr>
            <w:tcW w:w="2880" w:type="dxa"/>
          </w:tcPr>
          <w:p w:rsidR="006F7457" w:rsidRPr="00332DB8" w:rsidRDefault="00332DB8">
            <w:pPr>
              <w:rPr>
                <w:lang w:val="ru-RU"/>
              </w:rPr>
            </w:pPr>
            <w:r w:rsidRPr="00332DB8">
              <w:rPr>
                <w:lang w:val="ru-RU"/>
              </w:rPr>
              <w:t>Визуальные текстовые материалы: «Кавказский спортсмен наткнулся на русских школьников»; «Скингерл (</w:t>
            </w:r>
            <w:r>
              <w:t>Skingirl</w:t>
            </w:r>
            <w:r w:rsidRPr="00332DB8">
              <w:rPr>
                <w:lang w:val="ru-RU"/>
              </w:rPr>
              <w:t>)»;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2880" w:type="dxa"/>
          </w:tcPr>
          <w:p w:rsidR="006F7457" w:rsidRPr="00332DB8" w:rsidRDefault="006F7457">
            <w:pPr>
              <w:rPr>
                <w:lang w:val="ru-RU"/>
              </w:rPr>
            </w:pPr>
          </w:p>
        </w:tc>
      </w:tr>
      <w:tr w:rsidR="006F7457" w:rsidRPr="005A424D">
        <w:tc>
          <w:tcPr>
            <w:tcW w:w="2880" w:type="dxa"/>
          </w:tcPr>
          <w:p w:rsidR="006F7457" w:rsidRDefault="00332DB8">
            <w:r>
              <w:t>2420.</w:t>
            </w:r>
          </w:p>
        </w:tc>
        <w:tc>
          <w:tcPr>
            <w:tcW w:w="2880" w:type="dxa"/>
          </w:tcPr>
          <w:p w:rsidR="006F7457" w:rsidRPr="00332DB8" w:rsidRDefault="00332DB8">
            <w:pPr>
              <w:rPr>
                <w:lang w:val="ru-RU"/>
              </w:rPr>
            </w:pPr>
            <w:r w:rsidRPr="00332DB8">
              <w:rPr>
                <w:lang w:val="ru-RU"/>
              </w:rPr>
              <w:t xml:space="preserve">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kroki</w:t>
            </w:r>
            <w:r w:rsidRPr="00332DB8">
              <w:rPr>
                <w:lang w:val="ru-RU"/>
              </w:rPr>
              <w:t>1418 (решение Индустриального районного суда г. Ижевска от 20.05.2014);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2421.</w:t>
            </w:r>
          </w:p>
        </w:tc>
        <w:tc>
          <w:tcPr>
            <w:tcW w:w="2880" w:type="dxa"/>
          </w:tcPr>
          <w:p w:rsidR="006F7457" w:rsidRPr="00332DB8" w:rsidRDefault="00332DB8">
            <w:pPr>
              <w:rPr>
                <w:lang w:val="ru-RU"/>
              </w:rPr>
            </w:pPr>
            <w:r w:rsidRPr="00332DB8">
              <w:rPr>
                <w:lang w:val="ru-RU"/>
              </w:rPr>
              <w:t xml:space="preserve">Статья под заголовком «Если тебя насилует гастарбайтер – не убивай его, отдайся», размещенная 16 августа 2012 года Заяц Романом Николаевичем, в сети </w:t>
            </w:r>
            <w:r>
              <w:t>Internet</w:t>
            </w:r>
            <w:r w:rsidRPr="00332DB8">
              <w:rPr>
                <w:lang w:val="ru-RU"/>
              </w:rPr>
              <w:t xml:space="preserve"> на сайте </w:t>
            </w:r>
            <w:r>
              <w:t>Driveural</w:t>
            </w:r>
            <w:r w:rsidRPr="00332DB8">
              <w:rPr>
                <w:lang w:val="ru-RU"/>
              </w:rPr>
              <w:t>.</w:t>
            </w:r>
            <w:r>
              <w:t>ru</w:t>
            </w:r>
            <w:r w:rsidRPr="00332DB8">
              <w:rPr>
                <w:lang w:val="ru-RU"/>
              </w:rPr>
              <w:t xml:space="preserve"> (адрес размещения статьи: </w:t>
            </w:r>
            <w:r>
              <w:t>driveural</w:t>
            </w:r>
            <w:r w:rsidRPr="00332DB8">
              <w:rPr>
                <w:lang w:val="ru-RU"/>
              </w:rPr>
              <w:t>.</w:t>
            </w:r>
            <w:r>
              <w:t>ru</w:t>
            </w:r>
            <w:r w:rsidRPr="00332DB8">
              <w:rPr>
                <w:lang w:val="ru-RU"/>
              </w:rPr>
              <w:t>/2012/08/16/</w:t>
            </w:r>
            <w:r>
              <w:t>migranty</w:t>
            </w:r>
            <w:r w:rsidRPr="00332DB8">
              <w:rPr>
                <w:lang w:val="ru-RU"/>
              </w:rPr>
              <w:t xml:space="preserve">. </w:t>
            </w:r>
            <w:r>
              <w:t>htmI</w:t>
            </w:r>
            <w:r w:rsidRPr="00332DB8">
              <w:rPr>
                <w:lang w:val="ru-RU"/>
              </w:rPr>
              <w:t>) (решение Кировградского городского суда Свердловской области от 06.06.2014);</w:t>
            </w:r>
          </w:p>
        </w:tc>
        <w:tc>
          <w:tcPr>
            <w:tcW w:w="2880" w:type="dxa"/>
          </w:tcPr>
          <w:p w:rsidR="006F7457" w:rsidRPr="00332DB8" w:rsidRDefault="006F7457">
            <w:pPr>
              <w:rPr>
                <w:lang w:val="ru-RU"/>
              </w:rPr>
            </w:pPr>
          </w:p>
        </w:tc>
      </w:tr>
      <w:tr w:rsidR="006F7457" w:rsidRPr="005A424D">
        <w:tc>
          <w:tcPr>
            <w:tcW w:w="2880" w:type="dxa"/>
          </w:tcPr>
          <w:p w:rsidR="006F7457" w:rsidRDefault="00332DB8">
            <w:r>
              <w:t>2422.</w:t>
            </w:r>
          </w:p>
        </w:tc>
        <w:tc>
          <w:tcPr>
            <w:tcW w:w="2880" w:type="dxa"/>
          </w:tcPr>
          <w:p w:rsidR="006F7457" w:rsidRPr="00332DB8" w:rsidRDefault="00332DB8">
            <w:pPr>
              <w:rPr>
                <w:lang w:val="ru-RU"/>
              </w:rPr>
            </w:pPr>
            <w:r w:rsidRPr="00332DB8">
              <w:rPr>
                <w:lang w:val="ru-RU"/>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2880" w:type="dxa"/>
          </w:tcPr>
          <w:p w:rsidR="006F7457" w:rsidRPr="00332DB8" w:rsidRDefault="006F7457">
            <w:pPr>
              <w:rPr>
                <w:lang w:val="ru-RU"/>
              </w:rPr>
            </w:pPr>
          </w:p>
        </w:tc>
      </w:tr>
      <w:tr w:rsidR="006F7457" w:rsidRPr="005A424D">
        <w:tc>
          <w:tcPr>
            <w:tcW w:w="2880" w:type="dxa"/>
          </w:tcPr>
          <w:p w:rsidR="006F7457" w:rsidRDefault="00332DB8">
            <w:r>
              <w:t>2423.</w:t>
            </w:r>
          </w:p>
        </w:tc>
        <w:tc>
          <w:tcPr>
            <w:tcW w:w="2880" w:type="dxa"/>
          </w:tcPr>
          <w:p w:rsidR="006F7457" w:rsidRPr="00332DB8" w:rsidRDefault="00332DB8">
            <w:pPr>
              <w:rPr>
                <w:lang w:val="ru-RU"/>
              </w:rPr>
            </w:pPr>
            <w:r w:rsidRPr="00332DB8">
              <w:rPr>
                <w:lang w:val="ru-RU"/>
              </w:rPr>
              <w:t>Визуальный материал: видеоролик «Правые ребята» (решение Советского районного суда г. Новосибирска Новосибирской области от 28.05.2014);</w:t>
            </w:r>
          </w:p>
        </w:tc>
        <w:tc>
          <w:tcPr>
            <w:tcW w:w="2880" w:type="dxa"/>
          </w:tcPr>
          <w:p w:rsidR="006F7457" w:rsidRPr="00332DB8" w:rsidRDefault="006F7457">
            <w:pPr>
              <w:rPr>
                <w:lang w:val="ru-RU"/>
              </w:rPr>
            </w:pPr>
          </w:p>
        </w:tc>
      </w:tr>
      <w:tr w:rsidR="006F7457" w:rsidRPr="005A424D">
        <w:tc>
          <w:tcPr>
            <w:tcW w:w="2880" w:type="dxa"/>
          </w:tcPr>
          <w:p w:rsidR="006F7457" w:rsidRDefault="00332DB8">
            <w:r>
              <w:t>2424.</w:t>
            </w:r>
          </w:p>
        </w:tc>
        <w:tc>
          <w:tcPr>
            <w:tcW w:w="2880" w:type="dxa"/>
          </w:tcPr>
          <w:p w:rsidR="006F7457" w:rsidRPr="00332DB8" w:rsidRDefault="00332DB8">
            <w:pPr>
              <w:rPr>
                <w:lang w:val="ru-RU"/>
              </w:rPr>
            </w:pPr>
            <w:r w:rsidRPr="00332DB8">
              <w:rPr>
                <w:lang w:val="ru-RU"/>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2880" w:type="dxa"/>
          </w:tcPr>
          <w:p w:rsidR="006F7457" w:rsidRPr="00332DB8" w:rsidRDefault="006F7457">
            <w:pPr>
              <w:rPr>
                <w:lang w:val="ru-RU"/>
              </w:rPr>
            </w:pPr>
          </w:p>
        </w:tc>
      </w:tr>
      <w:tr w:rsidR="006F7457">
        <w:tc>
          <w:tcPr>
            <w:tcW w:w="2880" w:type="dxa"/>
          </w:tcPr>
          <w:p w:rsidR="006F7457" w:rsidRDefault="00332DB8">
            <w:r>
              <w:t>2425.</w:t>
            </w:r>
          </w:p>
        </w:tc>
        <w:tc>
          <w:tcPr>
            <w:tcW w:w="2880" w:type="dxa"/>
          </w:tcPr>
          <w:p w:rsidR="006F7457" w:rsidRDefault="00332DB8">
            <w:r w:rsidRPr="00332DB8">
              <w:rPr>
                <w:lang w:val="ru-RU"/>
              </w:rPr>
              <w:t xml:space="preserve">Видеоролики «Десять лет преследований членов Хизба в России», длительностью 5 мин. 31 сек., и «Кто убедил в важности Халифата», длительностью 7 мин. 14 сек. </w:t>
            </w:r>
            <w:r>
              <w:t>(решение Самарского районного суда г. Самары от 28.04.2014);</w:t>
            </w:r>
          </w:p>
        </w:tc>
        <w:tc>
          <w:tcPr>
            <w:tcW w:w="2880" w:type="dxa"/>
          </w:tcPr>
          <w:p w:rsidR="006F7457" w:rsidRDefault="006F7457"/>
        </w:tc>
      </w:tr>
      <w:tr w:rsidR="006F7457" w:rsidRPr="005A424D">
        <w:tc>
          <w:tcPr>
            <w:tcW w:w="2880" w:type="dxa"/>
          </w:tcPr>
          <w:p w:rsidR="006F7457" w:rsidRDefault="00332DB8">
            <w:r>
              <w:t>242</w:t>
            </w:r>
            <w:r>
              <w:lastRenderedPageBreak/>
              <w:t>6.</w:t>
            </w:r>
          </w:p>
        </w:tc>
        <w:tc>
          <w:tcPr>
            <w:tcW w:w="2880" w:type="dxa"/>
          </w:tcPr>
          <w:p w:rsidR="006F7457" w:rsidRPr="00332DB8" w:rsidRDefault="00332DB8">
            <w:pPr>
              <w:rPr>
                <w:lang w:val="ru-RU"/>
              </w:rPr>
            </w:pPr>
            <w:r w:rsidRPr="00332DB8">
              <w:rPr>
                <w:lang w:val="ru-RU"/>
              </w:rPr>
              <w:lastRenderedPageBreak/>
              <w:t xml:space="preserve">Текст песни «Нацисты - Партия Гитлера Благословимая», размещенный на интернет-сайте: </w:t>
            </w:r>
            <w:r>
              <w:t>http</w:t>
            </w:r>
            <w:r w:rsidRPr="00332DB8">
              <w:rPr>
                <w:lang w:val="ru-RU"/>
              </w:rPr>
              <w:t>://</w:t>
            </w:r>
            <w:r>
              <w:t>www</w:t>
            </w:r>
            <w:r w:rsidRPr="00332DB8">
              <w:rPr>
                <w:lang w:val="ru-RU"/>
              </w:rPr>
              <w:t>.</w:t>
            </w:r>
            <w:r>
              <w:t>wedkind</w:t>
            </w:r>
            <w:r w:rsidRPr="00332DB8">
              <w:rPr>
                <w:lang w:val="ru-RU"/>
              </w:rPr>
              <w:t>.</w:t>
            </w:r>
            <w:r>
              <w:t>ru</w:t>
            </w:r>
            <w:r w:rsidRPr="00332DB8">
              <w:rPr>
                <w:lang w:val="ru-RU"/>
              </w:rPr>
              <w:t>/</w:t>
            </w:r>
            <w:r>
              <w:t>text</w:t>
            </w:r>
            <w:r w:rsidRPr="00332DB8">
              <w:rPr>
                <w:lang w:val="ru-RU"/>
              </w:rPr>
              <w:t>/7958220 98667237</w:t>
            </w:r>
            <w:r>
              <w:t>pl</w:t>
            </w:r>
            <w:r w:rsidRPr="00332DB8">
              <w:rPr>
                <w:lang w:val="ru-RU"/>
              </w:rPr>
              <w:t xml:space="preserve">6306378- </w:t>
            </w:r>
            <w:r>
              <w:t>text</w:t>
            </w:r>
            <w:r w:rsidRPr="00332DB8">
              <w:rPr>
                <w:lang w:val="ru-RU"/>
              </w:rPr>
              <w:t xml:space="preserve"> </w:t>
            </w:r>
            <w:r>
              <w:t>pesni</w:t>
            </w:r>
            <w:r w:rsidRPr="00332DB8">
              <w:rPr>
                <w:lang w:val="ru-RU"/>
              </w:rPr>
              <w:t xml:space="preserve"> </w:t>
            </w:r>
            <w:r>
              <w:t>partiya</w:t>
            </w:r>
            <w:r w:rsidRPr="00332DB8">
              <w:rPr>
                <w:lang w:val="ru-RU"/>
              </w:rPr>
              <w:t>-</w:t>
            </w:r>
            <w:r>
              <w:t>gitlera</w:t>
            </w:r>
            <w:r w:rsidRPr="00332DB8">
              <w:rPr>
                <w:lang w:val="ru-RU"/>
              </w:rPr>
              <w:t>-</w:t>
            </w:r>
            <w:r>
              <w:t>blagoslavimava</w:t>
            </w:r>
            <w:r w:rsidRPr="00332DB8">
              <w:rPr>
                <w:lang w:val="ru-RU"/>
              </w:rPr>
              <w:t>.</w:t>
            </w:r>
            <w:r>
              <w:t>html</w:t>
            </w:r>
            <w:r w:rsidRPr="00332DB8">
              <w:rPr>
                <w:lang w:val="ru-RU"/>
              </w:rPr>
              <w:t xml:space="preserve"> </w:t>
            </w:r>
            <w:r w:rsidRPr="00332DB8">
              <w:rPr>
                <w:lang w:val="ru-RU"/>
              </w:rPr>
              <w:lastRenderedPageBreak/>
              <w:t>(решение Ленинского районного суда г. Астрахани от 23.05.2014);</w:t>
            </w:r>
          </w:p>
        </w:tc>
        <w:tc>
          <w:tcPr>
            <w:tcW w:w="2880" w:type="dxa"/>
          </w:tcPr>
          <w:p w:rsidR="006F7457" w:rsidRPr="00332DB8" w:rsidRDefault="006F7457">
            <w:pPr>
              <w:rPr>
                <w:lang w:val="ru-RU"/>
              </w:rPr>
            </w:pPr>
          </w:p>
        </w:tc>
      </w:tr>
      <w:tr w:rsidR="006F7457">
        <w:tc>
          <w:tcPr>
            <w:tcW w:w="2880" w:type="dxa"/>
          </w:tcPr>
          <w:p w:rsidR="006F7457" w:rsidRDefault="00332DB8">
            <w:r>
              <w:lastRenderedPageBreak/>
              <w:t>2427.</w:t>
            </w:r>
          </w:p>
        </w:tc>
        <w:tc>
          <w:tcPr>
            <w:tcW w:w="2880" w:type="dxa"/>
          </w:tcPr>
          <w:p w:rsidR="006F7457" w:rsidRDefault="00332DB8">
            <w:r w:rsidRPr="00332DB8">
              <w:rPr>
                <w:lang w:val="ru-RU"/>
              </w:rPr>
              <w:t>Размещенные в режиме свободного доступа в сети «Интернет», в группе «АЛАНЫ-ОСЕТИНЫ-НАСЛЕДНИКИ ВЕРЫ АРИЙЦЕВ АССДИН» на интернет-сайте «Одноклассники» (</w:t>
            </w:r>
            <w:r>
              <w:t>http</w:t>
            </w:r>
            <w:r w:rsidRPr="00332DB8">
              <w:rPr>
                <w:lang w:val="ru-RU"/>
              </w:rPr>
              <w:t>://</w:t>
            </w:r>
            <w:r>
              <w:t>www</w:t>
            </w:r>
            <w:r w:rsidRPr="00332DB8">
              <w:rPr>
                <w:lang w:val="ru-RU"/>
              </w:rPr>
              <w:t>.</w:t>
            </w:r>
            <w:r>
              <w:t>odnoklassniki</w:t>
            </w:r>
            <w:r w:rsidRPr="00332DB8">
              <w:rPr>
                <w:lang w:val="ru-RU"/>
              </w:rPr>
              <w:t>.</w:t>
            </w:r>
            <w:r>
              <w:t>ru</w:t>
            </w:r>
            <w:r w:rsidRPr="00332DB8">
              <w:rPr>
                <w:lang w:val="ru-RU"/>
              </w:rPr>
              <w:t>/</w:t>
            </w:r>
            <w:r>
              <w:t>group</w:t>
            </w:r>
            <w:r w:rsidRPr="00332DB8">
              <w:rPr>
                <w:lang w:val="ru-RU"/>
              </w:rPr>
              <w:t xml:space="preserve">/47810745204865)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w:t>
            </w:r>
            <w:r>
              <w:t>Не понял») (решение Адлерского районного суда г. Сочи от 03.06.2014);</w:t>
            </w:r>
          </w:p>
        </w:tc>
        <w:tc>
          <w:tcPr>
            <w:tcW w:w="2880" w:type="dxa"/>
          </w:tcPr>
          <w:p w:rsidR="006F7457" w:rsidRDefault="006F7457"/>
        </w:tc>
      </w:tr>
      <w:tr w:rsidR="006F7457" w:rsidRPr="005A424D">
        <w:tc>
          <w:tcPr>
            <w:tcW w:w="2880" w:type="dxa"/>
          </w:tcPr>
          <w:p w:rsidR="006F7457" w:rsidRDefault="00332DB8">
            <w:r>
              <w:t>2428.</w:t>
            </w:r>
          </w:p>
        </w:tc>
        <w:tc>
          <w:tcPr>
            <w:tcW w:w="2880" w:type="dxa"/>
          </w:tcPr>
          <w:p w:rsidR="006F7457" w:rsidRPr="00332DB8" w:rsidRDefault="00332DB8">
            <w:pPr>
              <w:rPr>
                <w:lang w:val="ru-RU"/>
              </w:rPr>
            </w:pPr>
            <w:r>
              <w:t>C</w:t>
            </w:r>
            <w:r w:rsidRPr="00332DB8">
              <w:rPr>
                <w:lang w:val="ru-RU"/>
              </w:rPr>
              <w:t xml:space="preserve">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t>
            </w:r>
            <w:r>
              <w:t>www</w:t>
            </w:r>
            <w:r w:rsidRPr="00332DB8">
              <w:rPr>
                <w:lang w:val="ru-RU"/>
              </w:rPr>
              <w:t>.</w:t>
            </w:r>
            <w:r>
              <w:t>bigcaucasus</w:t>
            </w:r>
            <w:r w:rsidRPr="00332DB8">
              <w:rPr>
                <w:lang w:val="ru-RU"/>
              </w:rPr>
              <w:t>.</w:t>
            </w:r>
            <w:r>
              <w:t>com</w:t>
            </w:r>
            <w:r w:rsidRPr="00332DB8">
              <w:rPr>
                <w:lang w:val="ru-RU"/>
              </w:rPr>
              <w:t xml:space="preserve"> (решение Красногвардейского районного суда Республики Адыгея от 11.06.2014);</w:t>
            </w:r>
          </w:p>
        </w:tc>
        <w:tc>
          <w:tcPr>
            <w:tcW w:w="2880" w:type="dxa"/>
          </w:tcPr>
          <w:p w:rsidR="006F7457" w:rsidRPr="00332DB8" w:rsidRDefault="006F7457">
            <w:pPr>
              <w:rPr>
                <w:lang w:val="ru-RU"/>
              </w:rPr>
            </w:pPr>
          </w:p>
        </w:tc>
      </w:tr>
      <w:tr w:rsidR="006F7457" w:rsidRPr="005A424D">
        <w:tc>
          <w:tcPr>
            <w:tcW w:w="2880" w:type="dxa"/>
          </w:tcPr>
          <w:p w:rsidR="006F7457" w:rsidRDefault="00332DB8">
            <w:r>
              <w:t>2429.</w:t>
            </w:r>
          </w:p>
        </w:tc>
        <w:tc>
          <w:tcPr>
            <w:tcW w:w="2880" w:type="dxa"/>
          </w:tcPr>
          <w:p w:rsidR="006F7457" w:rsidRPr="00332DB8" w:rsidRDefault="00332DB8">
            <w:pPr>
              <w:rPr>
                <w:lang w:val="ru-RU"/>
              </w:rPr>
            </w:pPr>
            <w:r>
              <w:t>C</w:t>
            </w:r>
            <w:r w:rsidRPr="00332DB8">
              <w:rPr>
                <w:lang w:val="ru-RU"/>
              </w:rPr>
              <w:t xml:space="preserve">айт </w:t>
            </w:r>
            <w:r>
              <w:t>www</w:t>
            </w:r>
            <w:r w:rsidRPr="00332DB8">
              <w:rPr>
                <w:lang w:val="ru-RU"/>
              </w:rPr>
              <w:t>.</w:t>
            </w:r>
            <w:r>
              <w:t>rusplatforma</w:t>
            </w:r>
            <w:r w:rsidRPr="00332DB8">
              <w:rPr>
                <w:lang w:val="ru-RU"/>
              </w:rPr>
              <w:t>.</w:t>
            </w:r>
            <w:r>
              <w:t>org</w:t>
            </w:r>
            <w:r w:rsidRPr="00332DB8">
              <w:rPr>
                <w:lang w:val="ru-RU"/>
              </w:rPr>
              <w:t>. (решение Ленинского районного суда г. Ставрополя от 13.06.2013);</w:t>
            </w:r>
          </w:p>
        </w:tc>
        <w:tc>
          <w:tcPr>
            <w:tcW w:w="2880" w:type="dxa"/>
          </w:tcPr>
          <w:p w:rsidR="006F7457" w:rsidRPr="00332DB8" w:rsidRDefault="006F7457">
            <w:pPr>
              <w:rPr>
                <w:lang w:val="ru-RU"/>
              </w:rPr>
            </w:pPr>
          </w:p>
        </w:tc>
      </w:tr>
      <w:tr w:rsidR="006F7457" w:rsidRPr="005A424D">
        <w:tc>
          <w:tcPr>
            <w:tcW w:w="2880" w:type="dxa"/>
          </w:tcPr>
          <w:p w:rsidR="006F7457" w:rsidRDefault="00332DB8">
            <w:r>
              <w:t>2430.</w:t>
            </w:r>
          </w:p>
        </w:tc>
        <w:tc>
          <w:tcPr>
            <w:tcW w:w="2880" w:type="dxa"/>
          </w:tcPr>
          <w:p w:rsidR="006F7457" w:rsidRPr="00332DB8" w:rsidRDefault="00332DB8">
            <w:pPr>
              <w:rPr>
                <w:lang w:val="ru-RU"/>
              </w:rPr>
            </w:pPr>
            <w:r w:rsidRPr="00332DB8">
              <w:rPr>
                <w:lang w:val="ru-RU"/>
              </w:rPr>
              <w:t>Видеофайлы «</w:t>
            </w:r>
            <w:r>
              <w:t>f</w:t>
            </w:r>
            <w:r w:rsidRPr="00332DB8">
              <w:rPr>
                <w:lang w:val="ru-RU"/>
              </w:rPr>
              <w:t>5538</w:t>
            </w:r>
            <w:r>
              <w:t>fe</w:t>
            </w:r>
            <w:r w:rsidRPr="00332DB8">
              <w:rPr>
                <w:lang w:val="ru-RU"/>
              </w:rPr>
              <w:t>4282</w:t>
            </w:r>
            <w:r>
              <w:t>d</w:t>
            </w:r>
            <w:r w:rsidRPr="00332DB8">
              <w:rPr>
                <w:lang w:val="ru-RU"/>
              </w:rPr>
              <w:t>-41118517.</w:t>
            </w:r>
            <w:r>
              <w:t>vk</w:t>
            </w:r>
            <w:r w:rsidRPr="00332DB8">
              <w:rPr>
                <w:lang w:val="ru-RU"/>
              </w:rPr>
              <w:t>» под названием «Джихад» и «5</w:t>
            </w:r>
            <w:r>
              <w:t>d</w:t>
            </w:r>
            <w:r w:rsidRPr="00332DB8">
              <w:rPr>
                <w:lang w:val="ru-RU"/>
              </w:rPr>
              <w:t>6</w:t>
            </w:r>
            <w:r>
              <w:t>a</w:t>
            </w:r>
            <w:r w:rsidRPr="00332DB8">
              <w:rPr>
                <w:lang w:val="ru-RU"/>
              </w:rPr>
              <w:t>704085.240.</w:t>
            </w:r>
            <w:r>
              <w:t>mp</w:t>
            </w:r>
            <w:r w:rsidRPr="00332DB8">
              <w:rPr>
                <w:lang w:val="ru-RU"/>
              </w:rPr>
              <w:t>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w:t>
            </w:r>
            <w:r>
              <w:t>http</w:t>
            </w:r>
            <w:r w:rsidRPr="00332DB8">
              <w:rPr>
                <w:lang w:val="ru-RU"/>
              </w:rPr>
              <w:t>://</w:t>
            </w:r>
            <w:r>
              <w:t>vk</w:t>
            </w:r>
            <w:r w:rsidRPr="00332DB8">
              <w:rPr>
                <w:lang w:val="ru-RU"/>
              </w:rPr>
              <w:t>.</w:t>
            </w:r>
            <w:r>
              <w:t>com</w:t>
            </w:r>
            <w:r w:rsidRPr="00332DB8">
              <w:rPr>
                <w:lang w:val="ru-RU"/>
              </w:rPr>
              <w:t>/) информационно-телекоммуникационной сети Интернет на странице пользователя под именем «Ульви Джаббаров», размещенные по адресу &lt;&lt;</w:t>
            </w:r>
            <w:r>
              <w:t>http</w:t>
            </w:r>
            <w:r w:rsidRPr="00332DB8">
              <w:rPr>
                <w:lang w:val="ru-RU"/>
              </w:rPr>
              <w:t>://</w:t>
            </w:r>
            <w:r>
              <w:t>vk</w:t>
            </w:r>
            <w:r w:rsidRPr="00332DB8">
              <w:rPr>
                <w:lang w:val="ru-RU"/>
              </w:rPr>
              <w:t>.</w:t>
            </w:r>
            <w:r>
              <w:t>com</w:t>
            </w:r>
            <w:r w:rsidRPr="00332DB8">
              <w:rPr>
                <w:lang w:val="ru-RU"/>
              </w:rPr>
              <w:t>/</w:t>
            </w:r>
            <w:r>
              <w:t>id</w:t>
            </w:r>
            <w:r w:rsidRPr="00332DB8">
              <w:rPr>
                <w:lang w:val="ru-RU"/>
              </w:rPr>
              <w:t>108638041&gt;&gt; (решение Кандалакшского районного суда Мурманской области от 16.04.2014);</w:t>
            </w:r>
          </w:p>
        </w:tc>
        <w:tc>
          <w:tcPr>
            <w:tcW w:w="2880" w:type="dxa"/>
          </w:tcPr>
          <w:p w:rsidR="006F7457" w:rsidRPr="00332DB8" w:rsidRDefault="006F7457">
            <w:pPr>
              <w:rPr>
                <w:lang w:val="ru-RU"/>
              </w:rPr>
            </w:pPr>
          </w:p>
        </w:tc>
      </w:tr>
      <w:tr w:rsidR="006F7457" w:rsidRPr="005A424D">
        <w:tc>
          <w:tcPr>
            <w:tcW w:w="2880" w:type="dxa"/>
          </w:tcPr>
          <w:p w:rsidR="006F7457" w:rsidRDefault="00332DB8">
            <w:r>
              <w:t>24</w:t>
            </w:r>
            <w:r>
              <w:lastRenderedPageBreak/>
              <w:t>31.</w:t>
            </w:r>
          </w:p>
        </w:tc>
        <w:tc>
          <w:tcPr>
            <w:tcW w:w="2880" w:type="dxa"/>
          </w:tcPr>
          <w:p w:rsidR="006F7457" w:rsidRPr="00332DB8" w:rsidRDefault="00332DB8">
            <w:pPr>
              <w:rPr>
                <w:lang w:val="ru-RU"/>
              </w:rPr>
            </w:pPr>
            <w:r w:rsidRPr="00332DB8">
              <w:rPr>
                <w:lang w:val="ru-RU"/>
              </w:rPr>
              <w:lastRenderedPageBreak/>
              <w:t xml:space="preserve">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w:t>
            </w:r>
            <w:r w:rsidRPr="00332DB8">
              <w:rPr>
                <w:lang w:val="ru-RU"/>
              </w:rPr>
              <w:lastRenderedPageBreak/>
              <w:t xml:space="preserve">отсюда!», размещенный в международной социальной сети «Вконтакте» с нейм-ником «Павел Фокеев» на личной странице по адресу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kroki</w:t>
            </w:r>
            <w:r w:rsidRPr="00332DB8">
              <w:rPr>
                <w:lang w:val="ru-RU"/>
              </w:rPr>
              <w:t>1418 (решение Индустриального районного суда г. Ижевска от 24.04.2014);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2432.</w:t>
            </w:r>
          </w:p>
        </w:tc>
        <w:tc>
          <w:tcPr>
            <w:tcW w:w="2880" w:type="dxa"/>
          </w:tcPr>
          <w:p w:rsidR="006F7457" w:rsidRPr="00332DB8" w:rsidRDefault="00332DB8">
            <w:pPr>
              <w:rPr>
                <w:lang w:val="ru-RU"/>
              </w:rPr>
            </w:pPr>
            <w:r w:rsidRPr="00332DB8">
              <w:rPr>
                <w:lang w:val="ru-RU"/>
              </w:rPr>
              <w:t>Видеофильм «Кавказец режет горло девочке…</w:t>
            </w:r>
            <w:r>
              <w:t>mp</w:t>
            </w:r>
            <w:r w:rsidRPr="00332DB8">
              <w:rPr>
                <w:lang w:val="ru-RU"/>
              </w:rPr>
              <w:t xml:space="preserve">4», размещенный в сети Интернет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26939759 ?</w:t>
            </w:r>
            <w:r>
              <w:t>w</w:t>
            </w:r>
            <w:r w:rsidRPr="00332DB8">
              <w:rPr>
                <w:lang w:val="ru-RU"/>
              </w:rPr>
              <w:t>=</w:t>
            </w:r>
            <w:r>
              <w:t>wall</w:t>
            </w:r>
            <w:r w:rsidRPr="00332DB8">
              <w:rPr>
                <w:lang w:val="ru-RU"/>
              </w:rPr>
              <w:t>26939759 687 (решение Бабушкинского районного суда г. Москвы от 10.06.2014);</w:t>
            </w:r>
          </w:p>
        </w:tc>
        <w:tc>
          <w:tcPr>
            <w:tcW w:w="2880" w:type="dxa"/>
          </w:tcPr>
          <w:p w:rsidR="006F7457" w:rsidRPr="00332DB8" w:rsidRDefault="006F7457">
            <w:pPr>
              <w:rPr>
                <w:lang w:val="ru-RU"/>
              </w:rPr>
            </w:pPr>
          </w:p>
        </w:tc>
      </w:tr>
      <w:tr w:rsidR="006F7457" w:rsidRPr="005A424D">
        <w:tc>
          <w:tcPr>
            <w:tcW w:w="2880" w:type="dxa"/>
          </w:tcPr>
          <w:p w:rsidR="006F7457" w:rsidRDefault="00332DB8">
            <w:r>
              <w:t>2433.</w:t>
            </w:r>
          </w:p>
        </w:tc>
        <w:tc>
          <w:tcPr>
            <w:tcW w:w="2880" w:type="dxa"/>
          </w:tcPr>
          <w:p w:rsidR="006F7457" w:rsidRPr="00332DB8" w:rsidRDefault="00332DB8">
            <w:pPr>
              <w:rPr>
                <w:lang w:val="ru-RU"/>
              </w:rPr>
            </w:pPr>
            <w:r w:rsidRPr="00332DB8">
              <w:rPr>
                <w:lang w:val="ru-RU"/>
              </w:rPr>
              <w:t xml:space="preserve">Видеофильм «Приморские герои! Слава им! </w:t>
            </w:r>
            <w:r>
              <w:t>mp</w:t>
            </w:r>
            <w:r w:rsidRPr="00332DB8">
              <w:rPr>
                <w:lang w:val="ru-RU"/>
              </w:rPr>
              <w:t xml:space="preserve">4», размещенный в сети Интернет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26939759 160848619 (решение Бабушкинского районного суда г. Москвы от 05.06.2014);</w:t>
            </w:r>
          </w:p>
        </w:tc>
        <w:tc>
          <w:tcPr>
            <w:tcW w:w="2880" w:type="dxa"/>
          </w:tcPr>
          <w:p w:rsidR="006F7457" w:rsidRPr="00332DB8" w:rsidRDefault="006F7457">
            <w:pPr>
              <w:rPr>
                <w:lang w:val="ru-RU"/>
              </w:rPr>
            </w:pPr>
          </w:p>
        </w:tc>
      </w:tr>
      <w:tr w:rsidR="006F7457" w:rsidRPr="005A424D">
        <w:tc>
          <w:tcPr>
            <w:tcW w:w="2880" w:type="dxa"/>
          </w:tcPr>
          <w:p w:rsidR="006F7457" w:rsidRDefault="00332DB8">
            <w:r>
              <w:t>2434.</w:t>
            </w:r>
          </w:p>
        </w:tc>
        <w:tc>
          <w:tcPr>
            <w:tcW w:w="2880" w:type="dxa"/>
          </w:tcPr>
          <w:p w:rsidR="006F7457" w:rsidRPr="00332DB8" w:rsidRDefault="00332DB8">
            <w:pPr>
              <w:rPr>
                <w:lang w:val="ru-RU"/>
              </w:rPr>
            </w:pPr>
            <w:r>
              <w:t>C</w:t>
            </w:r>
            <w:r w:rsidRPr="00332DB8">
              <w:rPr>
                <w:lang w:val="ru-RU"/>
              </w:rPr>
              <w:t xml:space="preserve">татья «Краснодарское попсовое быдло процветает и наглеет как никогда прежде», </w:t>
            </w:r>
            <w:r>
              <w:t>http</w:t>
            </w:r>
            <w:r w:rsidRPr="00332DB8">
              <w:rPr>
                <w:lang w:val="ru-RU"/>
              </w:rPr>
              <w:t>:/</w:t>
            </w:r>
            <w:r>
              <w:t>russkiapravda</w:t>
            </w:r>
            <w:r w:rsidRPr="00332DB8">
              <w:rPr>
                <w:lang w:val="ru-RU"/>
              </w:rPr>
              <w:t>.</w:t>
            </w:r>
            <w:r>
              <w:t>blogspot</w:t>
            </w:r>
            <w:r w:rsidRPr="00332DB8">
              <w:rPr>
                <w:lang w:val="ru-RU"/>
              </w:rPr>
              <w:t>.</w:t>
            </w:r>
            <w:r>
              <w:t>ru</w:t>
            </w:r>
            <w:r w:rsidRPr="00332DB8">
              <w:rPr>
                <w:lang w:val="ru-RU"/>
              </w:rPr>
              <w:t>./2012/07/</w:t>
            </w:r>
            <w:r>
              <w:t>blog</w:t>
            </w:r>
            <w:r w:rsidRPr="00332DB8">
              <w:rPr>
                <w:lang w:val="ru-RU"/>
              </w:rPr>
              <w:t>-</w:t>
            </w:r>
            <w:r>
              <w:t>post</w:t>
            </w:r>
            <w:r w:rsidRPr="00332DB8">
              <w:rPr>
                <w:lang w:val="ru-RU"/>
              </w:rPr>
              <w:t>_1648/</w:t>
            </w:r>
            <w:r>
              <w:t>html</w:t>
            </w:r>
            <w:r w:rsidRPr="00332DB8">
              <w:rPr>
                <w:lang w:val="ru-RU"/>
              </w:rPr>
              <w:t xml:space="preserve">, и статью «Ко дню памяти жертв зачистников ленинско-сталинско-ельцинско-путинского отечества», </w:t>
            </w:r>
            <w:r>
              <w:t>http</w:t>
            </w:r>
            <w:r w:rsidRPr="00332DB8">
              <w:rPr>
                <w:lang w:val="ru-RU"/>
              </w:rPr>
              <w:t>:/</w:t>
            </w:r>
            <w:r>
              <w:t>russkiapravda</w:t>
            </w:r>
            <w:r w:rsidRPr="00332DB8">
              <w:rPr>
                <w:lang w:val="ru-RU"/>
              </w:rPr>
              <w:t>.</w:t>
            </w:r>
            <w:r>
              <w:t>blogspot</w:t>
            </w:r>
            <w:r w:rsidRPr="00332DB8">
              <w:rPr>
                <w:lang w:val="ru-RU"/>
              </w:rPr>
              <w:t>.</w:t>
            </w:r>
            <w:r>
              <w:t>ru</w:t>
            </w:r>
            <w:r w:rsidRPr="00332DB8">
              <w:rPr>
                <w:lang w:val="ru-RU"/>
              </w:rPr>
              <w:t>./2013/02/</w:t>
            </w:r>
            <w:r>
              <w:t>blog</w:t>
            </w:r>
            <w:r w:rsidRPr="00332DB8">
              <w:rPr>
                <w:lang w:val="ru-RU"/>
              </w:rPr>
              <w:t>-</w:t>
            </w:r>
            <w:r>
              <w:t>post</w:t>
            </w:r>
            <w:r w:rsidRPr="00332DB8">
              <w:rPr>
                <w:lang w:val="ru-RU"/>
              </w:rPr>
              <w:t>_5699/</w:t>
            </w:r>
            <w:r>
              <w:t>html</w:t>
            </w:r>
            <w:r w:rsidRPr="00332DB8">
              <w:rPr>
                <w:lang w:val="ru-RU"/>
              </w:rPr>
              <w:t>, размещенные в сети «Интернет» (решение Советского районного суда г. Краснодара от 27.05.2014);</w:t>
            </w:r>
          </w:p>
        </w:tc>
        <w:tc>
          <w:tcPr>
            <w:tcW w:w="2880" w:type="dxa"/>
          </w:tcPr>
          <w:p w:rsidR="006F7457" w:rsidRPr="00332DB8" w:rsidRDefault="006F7457">
            <w:pPr>
              <w:rPr>
                <w:lang w:val="ru-RU"/>
              </w:rPr>
            </w:pPr>
          </w:p>
        </w:tc>
      </w:tr>
      <w:tr w:rsidR="006F7457" w:rsidRPr="005A424D">
        <w:tc>
          <w:tcPr>
            <w:tcW w:w="2880" w:type="dxa"/>
          </w:tcPr>
          <w:p w:rsidR="006F7457" w:rsidRDefault="00332DB8">
            <w:r>
              <w:t>2435.</w:t>
            </w:r>
          </w:p>
        </w:tc>
        <w:tc>
          <w:tcPr>
            <w:tcW w:w="2880" w:type="dxa"/>
          </w:tcPr>
          <w:p w:rsidR="006F7457" w:rsidRPr="00332DB8" w:rsidRDefault="00332DB8">
            <w:pPr>
              <w:rPr>
                <w:lang w:val="ru-RU"/>
              </w:rPr>
            </w:pPr>
            <w:r w:rsidRPr="00332DB8">
              <w:rPr>
                <w:lang w:val="ru-RU"/>
              </w:rPr>
              <w:t xml:space="preserve">Аудиофайл «Коловрат – Слава России!!!», размещенный в сети Интернет в социальной сети «ВКонтакте» на Интернет-странице пользователя «Влад Черняк» по адресу </w:t>
            </w:r>
            <w:r>
              <w:t>http</w:t>
            </w:r>
            <w:r w:rsidRPr="00332DB8">
              <w:rPr>
                <w:lang w:val="ru-RU"/>
              </w:rPr>
              <w:t>://</w:t>
            </w:r>
            <w:r>
              <w:t>audios</w:t>
            </w:r>
            <w:r w:rsidRPr="00332DB8">
              <w:rPr>
                <w:lang w:val="ru-RU"/>
              </w:rPr>
              <w:t>166856291 (решение Советского районного суда г. Брянска от 16.06.2014);</w:t>
            </w:r>
          </w:p>
        </w:tc>
        <w:tc>
          <w:tcPr>
            <w:tcW w:w="2880" w:type="dxa"/>
          </w:tcPr>
          <w:p w:rsidR="006F7457" w:rsidRPr="00332DB8" w:rsidRDefault="006F7457">
            <w:pPr>
              <w:rPr>
                <w:lang w:val="ru-RU"/>
              </w:rPr>
            </w:pPr>
          </w:p>
        </w:tc>
      </w:tr>
      <w:tr w:rsidR="006F7457" w:rsidRPr="005A424D">
        <w:tc>
          <w:tcPr>
            <w:tcW w:w="2880" w:type="dxa"/>
          </w:tcPr>
          <w:p w:rsidR="006F7457" w:rsidRDefault="00332DB8">
            <w:r>
              <w:t>243</w:t>
            </w:r>
            <w:r>
              <w:lastRenderedPageBreak/>
              <w:t>6.</w:t>
            </w:r>
          </w:p>
        </w:tc>
        <w:tc>
          <w:tcPr>
            <w:tcW w:w="2880" w:type="dxa"/>
          </w:tcPr>
          <w:p w:rsidR="006F7457" w:rsidRPr="00332DB8" w:rsidRDefault="00332DB8">
            <w:pPr>
              <w:rPr>
                <w:lang w:val="ru-RU"/>
              </w:rPr>
            </w:pPr>
            <w:r w:rsidRPr="00332DB8">
              <w:rPr>
                <w:lang w:val="ru-RU"/>
              </w:rPr>
              <w:lastRenderedPageBreak/>
              <w:t>Видеоролик «Саид Бурятский – Обращение к Сестрам.</w:t>
            </w:r>
            <w:r>
              <w:t>mp</w:t>
            </w:r>
            <w:r w:rsidRPr="00332DB8">
              <w:rPr>
                <w:lang w:val="ru-RU"/>
              </w:rPr>
              <w:t xml:space="preserve">4», размещенный в социальной сети «Вконтакте», с сетевым адресом </w:t>
            </w:r>
            <w:r>
              <w:t>htt</w:t>
            </w:r>
            <w:r w:rsidRPr="00332DB8">
              <w:rPr>
                <w:lang w:val="ru-RU"/>
              </w:rPr>
              <w:t>://</w:t>
            </w:r>
            <w:r>
              <w:t>vkontakte</w:t>
            </w:r>
            <w:r w:rsidRPr="00332DB8">
              <w:rPr>
                <w:lang w:val="ru-RU"/>
              </w:rPr>
              <w:t>.</w:t>
            </w:r>
            <w:r>
              <w:t>ru</w:t>
            </w:r>
            <w:r w:rsidRPr="00332DB8">
              <w:rPr>
                <w:lang w:val="ru-RU"/>
              </w:rPr>
              <w:t>/</w:t>
            </w:r>
            <w:r>
              <w:t>id</w:t>
            </w:r>
            <w:r w:rsidRPr="00332DB8">
              <w:rPr>
                <w:lang w:val="ru-RU"/>
              </w:rPr>
              <w:t>72140321 (решение Кузьминского районного суда г. Москвы от 12.03.2014);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2437.</w:t>
            </w:r>
          </w:p>
        </w:tc>
        <w:tc>
          <w:tcPr>
            <w:tcW w:w="2880" w:type="dxa"/>
          </w:tcPr>
          <w:p w:rsidR="006F7457" w:rsidRPr="00332DB8" w:rsidRDefault="00332DB8">
            <w:pPr>
              <w:rPr>
                <w:lang w:val="ru-RU"/>
              </w:rPr>
            </w:pPr>
            <w:r w:rsidRPr="00332DB8">
              <w:rPr>
                <w:lang w:val="ru-RU"/>
              </w:rPr>
              <w:t>Видеоролик 2 «Совет и доброе наставление.</w:t>
            </w:r>
            <w:r>
              <w:t>mp</w:t>
            </w:r>
            <w:r w:rsidRPr="00332DB8">
              <w:rPr>
                <w:lang w:val="ru-RU"/>
              </w:rPr>
              <w:t xml:space="preserve">4», размещенный в социальной сети «Вконтакте», с сетевым адресом </w:t>
            </w:r>
            <w:r>
              <w:t>htt</w:t>
            </w:r>
            <w:r w:rsidRPr="00332DB8">
              <w:rPr>
                <w:lang w:val="ru-RU"/>
              </w:rPr>
              <w:t>://</w:t>
            </w:r>
            <w:r>
              <w:t>vkontakte</w:t>
            </w:r>
            <w:r w:rsidRPr="00332DB8">
              <w:rPr>
                <w:lang w:val="ru-RU"/>
              </w:rPr>
              <w:t>.</w:t>
            </w:r>
            <w:r>
              <w:t>ru</w:t>
            </w:r>
            <w:r w:rsidRPr="00332DB8">
              <w:rPr>
                <w:lang w:val="ru-RU"/>
              </w:rPr>
              <w:t>/</w:t>
            </w:r>
            <w:r>
              <w:t>id</w:t>
            </w:r>
            <w:r w:rsidRPr="00332DB8">
              <w:rPr>
                <w:lang w:val="ru-RU"/>
              </w:rPr>
              <w:t>72140321 (решение Кузьминского районного суда г. Москвы от 12.03.2014);</w:t>
            </w:r>
          </w:p>
        </w:tc>
        <w:tc>
          <w:tcPr>
            <w:tcW w:w="2880" w:type="dxa"/>
          </w:tcPr>
          <w:p w:rsidR="006F7457" w:rsidRPr="00332DB8" w:rsidRDefault="006F7457">
            <w:pPr>
              <w:rPr>
                <w:lang w:val="ru-RU"/>
              </w:rPr>
            </w:pPr>
          </w:p>
        </w:tc>
      </w:tr>
      <w:tr w:rsidR="006F7457" w:rsidRPr="005A424D">
        <w:tc>
          <w:tcPr>
            <w:tcW w:w="2880" w:type="dxa"/>
          </w:tcPr>
          <w:p w:rsidR="006F7457" w:rsidRDefault="00332DB8">
            <w:r>
              <w:t>2438.</w:t>
            </w:r>
          </w:p>
        </w:tc>
        <w:tc>
          <w:tcPr>
            <w:tcW w:w="2880" w:type="dxa"/>
          </w:tcPr>
          <w:p w:rsidR="006F7457" w:rsidRPr="00332DB8" w:rsidRDefault="00332DB8">
            <w:pPr>
              <w:rPr>
                <w:lang w:val="ru-RU"/>
              </w:rPr>
            </w:pPr>
            <w:r w:rsidRPr="00332DB8">
              <w:rPr>
                <w:lang w:val="ru-RU"/>
              </w:rPr>
              <w:t>Видеоролик 3 «Шейх Саид абу Саад (рахимуЛлах) Джихад.</w:t>
            </w:r>
            <w:r>
              <w:t>mp</w:t>
            </w:r>
            <w:r w:rsidRPr="00332DB8">
              <w:rPr>
                <w:lang w:val="ru-RU"/>
              </w:rPr>
              <w:t xml:space="preserve">4», размещенный в социальной сети «Вконтакте», с сетевым адресом </w:t>
            </w:r>
            <w:r>
              <w:t>htt</w:t>
            </w:r>
            <w:r w:rsidRPr="00332DB8">
              <w:rPr>
                <w:lang w:val="ru-RU"/>
              </w:rPr>
              <w:t>://</w:t>
            </w:r>
            <w:r>
              <w:t>vkontakte</w:t>
            </w:r>
            <w:r w:rsidRPr="00332DB8">
              <w:rPr>
                <w:lang w:val="ru-RU"/>
              </w:rPr>
              <w:t>.</w:t>
            </w:r>
            <w:r>
              <w:t>ru</w:t>
            </w:r>
            <w:r w:rsidRPr="00332DB8">
              <w:rPr>
                <w:lang w:val="ru-RU"/>
              </w:rPr>
              <w:t>/</w:t>
            </w:r>
            <w:r>
              <w:t>id</w:t>
            </w:r>
            <w:r w:rsidRPr="00332DB8">
              <w:rPr>
                <w:lang w:val="ru-RU"/>
              </w:rPr>
              <w:t>72140321 (решение Кузьминского районного суда г. Москвы от 12.03.2014);</w:t>
            </w:r>
          </w:p>
        </w:tc>
        <w:tc>
          <w:tcPr>
            <w:tcW w:w="2880" w:type="dxa"/>
          </w:tcPr>
          <w:p w:rsidR="006F7457" w:rsidRPr="00332DB8" w:rsidRDefault="006F7457">
            <w:pPr>
              <w:rPr>
                <w:lang w:val="ru-RU"/>
              </w:rPr>
            </w:pPr>
          </w:p>
        </w:tc>
      </w:tr>
      <w:tr w:rsidR="006F7457" w:rsidRPr="005A424D">
        <w:tc>
          <w:tcPr>
            <w:tcW w:w="2880" w:type="dxa"/>
          </w:tcPr>
          <w:p w:rsidR="006F7457" w:rsidRDefault="00332DB8">
            <w:r>
              <w:t>2439.</w:t>
            </w:r>
          </w:p>
        </w:tc>
        <w:tc>
          <w:tcPr>
            <w:tcW w:w="2880" w:type="dxa"/>
          </w:tcPr>
          <w:p w:rsidR="006F7457" w:rsidRPr="00332DB8" w:rsidRDefault="00332DB8">
            <w:pPr>
              <w:rPr>
                <w:lang w:val="ru-RU"/>
              </w:rPr>
            </w:pPr>
            <w:r w:rsidRPr="00332DB8">
              <w:rPr>
                <w:lang w:val="ru-RU"/>
              </w:rPr>
              <w:t xml:space="preserve">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147761417 (решение Правдинского районного суда Калининградской области от 17.06.2014);</w:t>
            </w:r>
          </w:p>
        </w:tc>
        <w:tc>
          <w:tcPr>
            <w:tcW w:w="2880" w:type="dxa"/>
          </w:tcPr>
          <w:p w:rsidR="006F7457" w:rsidRPr="00332DB8" w:rsidRDefault="006F7457">
            <w:pPr>
              <w:rPr>
                <w:lang w:val="ru-RU"/>
              </w:rPr>
            </w:pPr>
          </w:p>
        </w:tc>
      </w:tr>
      <w:tr w:rsidR="006F7457" w:rsidRPr="005A424D">
        <w:tc>
          <w:tcPr>
            <w:tcW w:w="2880" w:type="dxa"/>
          </w:tcPr>
          <w:p w:rsidR="006F7457" w:rsidRDefault="00332DB8">
            <w:r>
              <w:t>2440.</w:t>
            </w:r>
          </w:p>
        </w:tc>
        <w:tc>
          <w:tcPr>
            <w:tcW w:w="2880" w:type="dxa"/>
          </w:tcPr>
          <w:p w:rsidR="006F7457" w:rsidRPr="00332DB8" w:rsidRDefault="00332DB8">
            <w:pPr>
              <w:rPr>
                <w:lang w:val="ru-RU"/>
              </w:rPr>
            </w:pPr>
            <w:r w:rsidRPr="00332DB8">
              <w:rPr>
                <w:lang w:val="ru-RU"/>
              </w:rPr>
              <w:t>Размёщенные Кашиным Алексеем Сергеевичем под именем «Алексей Кашин» в сети «Интернет» в социальной сети «Вконтакте» на странице группы «</w:t>
            </w:r>
            <w:r>
              <w:t>Rus</w:t>
            </w:r>
            <w:r w:rsidRPr="00332DB8">
              <w:rPr>
                <w:lang w:val="ru-RU"/>
              </w:rPr>
              <w:t xml:space="preserve"> 39» (</w:t>
            </w:r>
            <w:r>
              <w:t>http</w:t>
            </w:r>
            <w:r w:rsidRPr="00332DB8">
              <w:rPr>
                <w:lang w:val="ru-RU"/>
              </w:rPr>
              <w:t>://</w:t>
            </w:r>
            <w:r>
              <w:t>vkontakte</w:t>
            </w:r>
            <w:r w:rsidRPr="00332DB8">
              <w:rPr>
                <w:lang w:val="ru-RU"/>
              </w:rPr>
              <w:t>.</w:t>
            </w:r>
            <w:r>
              <w:t>ru</w:t>
            </w:r>
            <w:r w:rsidRPr="00332DB8">
              <w:rPr>
                <w:lang w:val="ru-RU"/>
              </w:rPr>
              <w:t>/</w:t>
            </w:r>
            <w:r>
              <w:t>club</w:t>
            </w:r>
            <w:r w:rsidRPr="00332DB8">
              <w:rPr>
                <w:lang w:val="ru-RU"/>
              </w:rPr>
              <w:t>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w:t>
            </w:r>
            <w:r>
              <w:t>http</w:t>
            </w:r>
            <w:r w:rsidRPr="00332DB8">
              <w:rPr>
                <w:lang w:val="ru-RU"/>
              </w:rPr>
              <w:t>://</w:t>
            </w:r>
            <w:r>
              <w:t>cs</w:t>
            </w:r>
            <w:r w:rsidRPr="00332DB8">
              <w:rPr>
                <w:lang w:val="ru-RU"/>
              </w:rPr>
              <w:t>416921.</w:t>
            </w:r>
            <w:r>
              <w:t>userapi</w:t>
            </w:r>
            <w:r w:rsidRPr="00332DB8">
              <w:rPr>
                <w:lang w:val="ru-RU"/>
              </w:rPr>
              <w:t>.</w:t>
            </w:r>
            <w:r>
              <w:t>com</w:t>
            </w:r>
            <w:r w:rsidRPr="00332DB8">
              <w:rPr>
                <w:lang w:val="ru-RU"/>
              </w:rPr>
              <w:t>/</w:t>
            </w:r>
            <w:r>
              <w:t>v</w:t>
            </w:r>
            <w:r w:rsidRPr="00332DB8">
              <w:rPr>
                <w:lang w:val="ru-RU"/>
              </w:rPr>
              <w:t>416921388/</w:t>
            </w:r>
            <w:r>
              <w:t>f</w:t>
            </w:r>
            <w:r w:rsidRPr="00332DB8">
              <w:rPr>
                <w:lang w:val="ru-RU"/>
              </w:rPr>
              <w:t>9</w:t>
            </w:r>
            <w:r>
              <w:t>a</w:t>
            </w:r>
            <w:r w:rsidRPr="00332DB8">
              <w:rPr>
                <w:lang w:val="ru-RU"/>
              </w:rPr>
              <w:t>/</w:t>
            </w:r>
            <w:r>
              <w:t>kBoh</w:t>
            </w:r>
            <w:r w:rsidRPr="00332DB8">
              <w:rPr>
                <w:lang w:val="ru-RU"/>
              </w:rPr>
              <w:t>5-</w:t>
            </w:r>
            <w:r>
              <w:t>FghgY</w:t>
            </w:r>
            <w:r w:rsidRPr="00332DB8">
              <w:rPr>
                <w:lang w:val="ru-RU"/>
              </w:rPr>
              <w:t>.</w:t>
            </w:r>
            <w:r>
              <w:t>jpg</w:t>
            </w:r>
            <w:r w:rsidRPr="00332DB8">
              <w:rPr>
                <w:lang w:val="ru-RU"/>
              </w:rPr>
              <w:t>), видеоматериал «Скинхед» (</w:t>
            </w:r>
            <w:r>
              <w:t>http</w:t>
            </w:r>
            <w:r w:rsidRPr="00332DB8">
              <w:rPr>
                <w:lang w:val="ru-RU"/>
              </w:rPr>
              <w:t>://</w:t>
            </w:r>
            <w:r>
              <w:t>vk</w:t>
            </w:r>
            <w:r w:rsidRPr="00332DB8">
              <w:rPr>
                <w:lang w:val="ru-RU"/>
              </w:rPr>
              <w:t>.</w:t>
            </w:r>
            <w:r>
              <w:t>com</w:t>
            </w:r>
            <w:r w:rsidRPr="00332DB8">
              <w:rPr>
                <w:lang w:val="ru-RU"/>
              </w:rPr>
              <w:t>/</w:t>
            </w:r>
            <w:r>
              <w:t>video</w:t>
            </w:r>
            <w:r w:rsidRPr="00332DB8">
              <w:rPr>
                <w:lang w:val="ru-RU"/>
              </w:rPr>
              <w:t>151394388_163793710) и видеоматериал с нецензурным названием «Скинхеды п…т абреков» (</w:t>
            </w:r>
            <w:r>
              <w:t>http</w:t>
            </w:r>
            <w:r w:rsidRPr="00332DB8">
              <w:rPr>
                <w:lang w:val="ru-RU"/>
              </w:rPr>
              <w:t>://</w:t>
            </w:r>
            <w:r>
              <w:t>vk</w:t>
            </w:r>
            <w:r w:rsidRPr="00332DB8">
              <w:rPr>
                <w:lang w:val="ru-RU"/>
              </w:rPr>
              <w:t>.</w:t>
            </w:r>
            <w:r>
              <w:t>com</w:t>
            </w:r>
            <w:r w:rsidRPr="00332DB8">
              <w:rPr>
                <w:lang w:val="ru-RU"/>
              </w:rPr>
              <w:t>/</w:t>
            </w:r>
            <w:r>
              <w:t>video</w:t>
            </w:r>
            <w:r w:rsidRPr="00332DB8">
              <w:rPr>
                <w:lang w:val="ru-RU"/>
              </w:rPr>
              <w:t>151394388_1637937697) (решение Правдинского районного суда Калининградской области от 17.06.2014);</w:t>
            </w:r>
          </w:p>
        </w:tc>
        <w:tc>
          <w:tcPr>
            <w:tcW w:w="2880" w:type="dxa"/>
          </w:tcPr>
          <w:p w:rsidR="006F7457" w:rsidRPr="00332DB8" w:rsidRDefault="006F7457">
            <w:pPr>
              <w:rPr>
                <w:lang w:val="ru-RU"/>
              </w:rPr>
            </w:pPr>
          </w:p>
        </w:tc>
      </w:tr>
      <w:tr w:rsidR="006F7457">
        <w:tc>
          <w:tcPr>
            <w:tcW w:w="2880" w:type="dxa"/>
          </w:tcPr>
          <w:p w:rsidR="006F7457" w:rsidRDefault="00332DB8">
            <w:r>
              <w:t>244</w:t>
            </w:r>
            <w:r>
              <w:lastRenderedPageBreak/>
              <w:t>1.</w:t>
            </w:r>
          </w:p>
        </w:tc>
        <w:tc>
          <w:tcPr>
            <w:tcW w:w="2880" w:type="dxa"/>
          </w:tcPr>
          <w:p w:rsidR="006F7457" w:rsidRDefault="00332DB8">
            <w:r>
              <w:lastRenderedPageBreak/>
              <w:t xml:space="preserve">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w:t>
            </w:r>
            <w:r>
              <w:lastRenderedPageBreak/>
              <w:t>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2880" w:type="dxa"/>
          </w:tcPr>
          <w:p w:rsidR="006F7457" w:rsidRDefault="006F7457"/>
        </w:tc>
      </w:tr>
      <w:tr w:rsidR="006F7457" w:rsidRPr="005A424D">
        <w:tc>
          <w:tcPr>
            <w:tcW w:w="2880" w:type="dxa"/>
          </w:tcPr>
          <w:p w:rsidR="006F7457" w:rsidRDefault="00332DB8">
            <w:r>
              <w:lastRenderedPageBreak/>
              <w:t>2442.</w:t>
            </w:r>
          </w:p>
        </w:tc>
        <w:tc>
          <w:tcPr>
            <w:tcW w:w="2880" w:type="dxa"/>
          </w:tcPr>
          <w:p w:rsidR="006F7457" w:rsidRPr="00332DB8" w:rsidRDefault="00332DB8">
            <w:pPr>
              <w:rPr>
                <w:lang w:val="ru-RU"/>
              </w:rPr>
            </w:pPr>
            <w:r w:rsidRPr="00332DB8">
              <w:rPr>
                <w:lang w:val="ru-RU"/>
              </w:rPr>
              <w:t xml:space="preserve">Видеоролик «Краткое послание к карачаевскому народу от муджахидов Шама», расположенный по адресу: </w:t>
            </w:r>
            <w:r>
              <w:t>http</w:t>
            </w:r>
            <w:r w:rsidRPr="00332DB8">
              <w:rPr>
                <w:lang w:val="ru-RU"/>
              </w:rPr>
              <w:t>://</w:t>
            </w:r>
            <w:r>
              <w:t>islamdmbiz</w:t>
            </w:r>
            <w:r w:rsidRPr="00332DB8">
              <w:rPr>
                <w:lang w:val="ru-RU"/>
              </w:rPr>
              <w:t>.</w:t>
            </w:r>
            <w:r>
              <w:t>blogspot</w:t>
            </w:r>
            <w:r w:rsidRPr="00332DB8">
              <w:rPr>
                <w:lang w:val="ru-RU"/>
              </w:rPr>
              <w:t>.</w:t>
            </w:r>
            <w:r>
              <w:t>ru</w:t>
            </w:r>
            <w:r w:rsidRPr="00332DB8">
              <w:rPr>
                <w:lang w:val="ru-RU"/>
              </w:rPr>
              <w:t>/ (решение Черкесского городского суда Карачаево-Черкесской Республики от 15.04.2014);</w:t>
            </w:r>
          </w:p>
        </w:tc>
        <w:tc>
          <w:tcPr>
            <w:tcW w:w="2880" w:type="dxa"/>
          </w:tcPr>
          <w:p w:rsidR="006F7457" w:rsidRPr="00332DB8" w:rsidRDefault="006F7457">
            <w:pPr>
              <w:rPr>
                <w:lang w:val="ru-RU"/>
              </w:rPr>
            </w:pPr>
          </w:p>
        </w:tc>
      </w:tr>
      <w:tr w:rsidR="006F7457">
        <w:tc>
          <w:tcPr>
            <w:tcW w:w="2880" w:type="dxa"/>
          </w:tcPr>
          <w:p w:rsidR="006F7457" w:rsidRDefault="00332DB8">
            <w:r>
              <w:t>2443.</w:t>
            </w:r>
          </w:p>
        </w:tc>
        <w:tc>
          <w:tcPr>
            <w:tcW w:w="2880" w:type="dxa"/>
          </w:tcPr>
          <w:p w:rsidR="006F7457" w:rsidRDefault="00332DB8">
            <w:r w:rsidRPr="00332DB8">
              <w:rPr>
                <w:lang w:val="ru-RU"/>
              </w:rPr>
              <w:t>Видеоролик группы «Ансамбль Христа Спасителя и мать сыра земля» «Синагога», размещенный в сети Интернет на сайте «</w:t>
            </w:r>
            <w:r>
              <w:t>http</w:t>
            </w:r>
            <w:r w:rsidRPr="00332DB8">
              <w:rPr>
                <w:lang w:val="ru-RU"/>
              </w:rPr>
              <w:t>://</w:t>
            </w:r>
            <w:r>
              <w:t>vk</w:t>
            </w:r>
            <w:r w:rsidRPr="00332DB8">
              <w:rPr>
                <w:lang w:val="ru-RU"/>
              </w:rPr>
              <w:t>.</w:t>
            </w:r>
            <w:r>
              <w:t>com</w:t>
            </w:r>
            <w:r w:rsidRPr="00332DB8">
              <w:rPr>
                <w:lang w:val="ru-RU"/>
              </w:rPr>
              <w:t xml:space="preserve">», общей продолжительностью </w:t>
            </w:r>
            <w:r>
              <w:t>1:59 минут (решение Центрального районного суда г. Кемерово от 30.05.2014);</w:t>
            </w:r>
          </w:p>
        </w:tc>
        <w:tc>
          <w:tcPr>
            <w:tcW w:w="2880" w:type="dxa"/>
          </w:tcPr>
          <w:p w:rsidR="006F7457" w:rsidRDefault="006F7457"/>
        </w:tc>
      </w:tr>
      <w:tr w:rsidR="006F7457" w:rsidRPr="005A424D">
        <w:tc>
          <w:tcPr>
            <w:tcW w:w="2880" w:type="dxa"/>
          </w:tcPr>
          <w:p w:rsidR="006F7457" w:rsidRDefault="00332DB8">
            <w:r>
              <w:t>2444.</w:t>
            </w:r>
          </w:p>
        </w:tc>
        <w:tc>
          <w:tcPr>
            <w:tcW w:w="2880" w:type="dxa"/>
          </w:tcPr>
          <w:p w:rsidR="006F7457" w:rsidRPr="00332DB8" w:rsidRDefault="00332DB8">
            <w:pPr>
              <w:rPr>
                <w:lang w:val="ru-RU"/>
              </w:rPr>
            </w:pPr>
            <w:r w:rsidRPr="00332DB8">
              <w:rPr>
                <w:lang w:val="ru-RU"/>
              </w:rPr>
              <w:t>Исключен (определения Судебной коллегии по гражданским делам Курского областного суда от 22.12.2014 и от 14.01.2015);</w:t>
            </w:r>
          </w:p>
        </w:tc>
        <w:tc>
          <w:tcPr>
            <w:tcW w:w="2880" w:type="dxa"/>
          </w:tcPr>
          <w:p w:rsidR="006F7457" w:rsidRPr="00332DB8" w:rsidRDefault="006F7457">
            <w:pPr>
              <w:rPr>
                <w:lang w:val="ru-RU"/>
              </w:rPr>
            </w:pPr>
          </w:p>
        </w:tc>
      </w:tr>
      <w:tr w:rsidR="006F7457" w:rsidRPr="005A424D">
        <w:tc>
          <w:tcPr>
            <w:tcW w:w="2880" w:type="dxa"/>
          </w:tcPr>
          <w:p w:rsidR="006F7457" w:rsidRDefault="00332DB8">
            <w:r>
              <w:t>2445.</w:t>
            </w:r>
          </w:p>
        </w:tc>
        <w:tc>
          <w:tcPr>
            <w:tcW w:w="2880" w:type="dxa"/>
          </w:tcPr>
          <w:p w:rsidR="006F7457" w:rsidRPr="00332DB8" w:rsidRDefault="00332DB8">
            <w:pPr>
              <w:rPr>
                <w:lang w:val="ru-RU"/>
              </w:rPr>
            </w:pPr>
            <w:r w:rsidRPr="00332DB8">
              <w:rPr>
                <w:lang w:val="ru-RU"/>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w:t>
            </w:r>
            <w:r>
              <w:t>vkontakte</w:t>
            </w:r>
            <w:r w:rsidRPr="00332DB8">
              <w:rPr>
                <w:lang w:val="ru-RU"/>
              </w:rPr>
              <w:t>.</w:t>
            </w:r>
            <w:r>
              <w:t>ru</w:t>
            </w:r>
            <w:r w:rsidRPr="00332DB8">
              <w:rPr>
                <w:lang w:val="ru-RU"/>
              </w:rPr>
              <w:t xml:space="preserve">»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177075782 (решение Нижневартовского городского суда Ханты-Мансийского автономного округа – Югры от 12.05.2014);</w:t>
            </w:r>
          </w:p>
        </w:tc>
        <w:tc>
          <w:tcPr>
            <w:tcW w:w="2880" w:type="dxa"/>
          </w:tcPr>
          <w:p w:rsidR="006F7457" w:rsidRPr="00332DB8" w:rsidRDefault="006F7457">
            <w:pPr>
              <w:rPr>
                <w:lang w:val="ru-RU"/>
              </w:rPr>
            </w:pPr>
          </w:p>
        </w:tc>
      </w:tr>
      <w:tr w:rsidR="006F7457" w:rsidRPr="005A424D">
        <w:tc>
          <w:tcPr>
            <w:tcW w:w="2880" w:type="dxa"/>
          </w:tcPr>
          <w:p w:rsidR="006F7457" w:rsidRDefault="00332DB8">
            <w:r>
              <w:t>24</w:t>
            </w:r>
            <w:r>
              <w:lastRenderedPageBreak/>
              <w:t>46.</w:t>
            </w:r>
          </w:p>
        </w:tc>
        <w:tc>
          <w:tcPr>
            <w:tcW w:w="2880" w:type="dxa"/>
          </w:tcPr>
          <w:p w:rsidR="006F7457" w:rsidRPr="00332DB8" w:rsidRDefault="00332DB8">
            <w:pPr>
              <w:rPr>
                <w:lang w:val="ru-RU"/>
              </w:rPr>
            </w:pPr>
            <w:r w:rsidRPr="00332DB8">
              <w:rPr>
                <w:lang w:val="ru-RU"/>
              </w:rPr>
              <w:lastRenderedPageBreak/>
              <w:t>Аудиоматериал, размещенный в информационно-телекоммуникационной сети «Интернет» «</w:t>
            </w:r>
            <w:r>
              <w:t>Gr</w:t>
            </w:r>
            <w:r w:rsidRPr="00332DB8">
              <w:rPr>
                <w:lang w:val="ru-RU"/>
              </w:rPr>
              <w:t>.</w:t>
            </w:r>
            <w:r>
              <w:t>Om</w:t>
            </w:r>
            <w:r w:rsidRPr="00332DB8">
              <w:rPr>
                <w:lang w:val="ru-RU"/>
              </w:rPr>
              <w:t xml:space="preserve">. – </w:t>
            </w:r>
            <w:r>
              <w:t>Esche</w:t>
            </w:r>
            <w:r w:rsidRPr="00332DB8">
              <w:rPr>
                <w:lang w:val="ru-RU"/>
              </w:rPr>
              <w:t xml:space="preserve"> </w:t>
            </w:r>
            <w:r>
              <w:t>ne</w:t>
            </w:r>
            <w:r w:rsidRPr="00332DB8">
              <w:rPr>
                <w:lang w:val="ru-RU"/>
              </w:rPr>
              <w:t xml:space="preserve"> </w:t>
            </w:r>
            <w:r>
              <w:t>vecher</w:t>
            </w:r>
            <w:r w:rsidRPr="00332DB8">
              <w:rPr>
                <w:lang w:val="ru-RU"/>
              </w:rPr>
              <w:t>.</w:t>
            </w:r>
            <w:r>
              <w:t>mp</w:t>
            </w:r>
            <w:r w:rsidRPr="00332DB8">
              <w:rPr>
                <w:lang w:val="ru-RU"/>
              </w:rPr>
              <w:t xml:space="preserve">3» «Гром – Еще не вечер», длительностью 2 минуты 12 секунд (решение Автозаводского районного </w:t>
            </w:r>
            <w:r w:rsidRPr="00332DB8">
              <w:rPr>
                <w:lang w:val="ru-RU"/>
              </w:rPr>
              <w:lastRenderedPageBreak/>
              <w:t>суда г. Нижнего Новгорода от 03.04.2014);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2447.</w:t>
            </w:r>
          </w:p>
        </w:tc>
        <w:tc>
          <w:tcPr>
            <w:tcW w:w="2880" w:type="dxa"/>
          </w:tcPr>
          <w:p w:rsidR="006F7457" w:rsidRPr="00332DB8" w:rsidRDefault="00332DB8">
            <w:pPr>
              <w:rPr>
                <w:lang w:val="ru-RU"/>
              </w:rPr>
            </w:pPr>
            <w:r w:rsidRPr="00332DB8">
              <w:rPr>
                <w:lang w:val="ru-RU"/>
              </w:rPr>
              <w:t xml:space="preserve">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w:t>
            </w:r>
            <w:r>
              <w:t>http</w:t>
            </w:r>
            <w:r w:rsidRPr="00332DB8">
              <w:rPr>
                <w:lang w:val="ru-RU"/>
              </w:rPr>
              <w:t>://</w:t>
            </w:r>
            <w:r>
              <w:t>islamdinbiz</w:t>
            </w:r>
            <w:r w:rsidRPr="00332DB8">
              <w:rPr>
                <w:lang w:val="ru-RU"/>
              </w:rPr>
              <w:t>.</w:t>
            </w:r>
            <w:r>
              <w:t>blogspot</w:t>
            </w:r>
            <w:r w:rsidRPr="00332DB8">
              <w:rPr>
                <w:lang w:val="ru-RU"/>
              </w:rPr>
              <w:t>.</w:t>
            </w:r>
            <w:r>
              <w:t>ro</w:t>
            </w:r>
            <w:r w:rsidRPr="00332DB8">
              <w:rPr>
                <w:lang w:val="ru-RU"/>
              </w:rPr>
              <w:t xml:space="preserve"> (решение Нальчикского городского суда Кабардино-Балкарской Республики от 19.06.2014);</w:t>
            </w:r>
          </w:p>
        </w:tc>
        <w:tc>
          <w:tcPr>
            <w:tcW w:w="2880" w:type="dxa"/>
          </w:tcPr>
          <w:p w:rsidR="006F7457" w:rsidRPr="00332DB8" w:rsidRDefault="006F7457">
            <w:pPr>
              <w:rPr>
                <w:lang w:val="ru-RU"/>
              </w:rPr>
            </w:pPr>
          </w:p>
        </w:tc>
      </w:tr>
      <w:tr w:rsidR="006F7457" w:rsidRPr="005A424D">
        <w:tc>
          <w:tcPr>
            <w:tcW w:w="2880" w:type="dxa"/>
          </w:tcPr>
          <w:p w:rsidR="006F7457" w:rsidRDefault="00332DB8">
            <w:r>
              <w:t>2448.</w:t>
            </w:r>
          </w:p>
        </w:tc>
        <w:tc>
          <w:tcPr>
            <w:tcW w:w="2880" w:type="dxa"/>
          </w:tcPr>
          <w:p w:rsidR="006F7457" w:rsidRPr="00332DB8" w:rsidRDefault="00332DB8">
            <w:pPr>
              <w:rPr>
                <w:lang w:val="ru-RU"/>
              </w:rPr>
            </w:pPr>
            <w:r w:rsidRPr="00332DB8">
              <w:rPr>
                <w:lang w:val="ru-RU"/>
              </w:rPr>
              <w:t>Печатная продукция «ОУН в Укра</w:t>
            </w:r>
            <w:r>
              <w:t>i</w:t>
            </w:r>
            <w:r w:rsidRPr="00332DB8">
              <w:rPr>
                <w:lang w:val="ru-RU"/>
              </w:rPr>
              <w:t>н</w:t>
            </w:r>
            <w:r>
              <w:t>i</w:t>
            </w:r>
            <w:r w:rsidRPr="00332DB8">
              <w:rPr>
                <w:lang w:val="ru-RU"/>
              </w:rPr>
              <w:t xml:space="preserve">. ОУНЗ </w:t>
            </w:r>
            <w:r>
              <w:t>i</w:t>
            </w:r>
            <w:r w:rsidRPr="00332DB8">
              <w:rPr>
                <w:lang w:val="ru-RU"/>
              </w:rPr>
              <w:t xml:space="preserve"> ЗЧ ОУН» Нью-Йорк-Торонто, 1962, Льв</w:t>
            </w:r>
            <w:r>
              <w:t>i</w:t>
            </w:r>
            <w:r w:rsidRPr="00332DB8">
              <w:rPr>
                <w:lang w:val="ru-RU"/>
              </w:rPr>
              <w:t>в-Мемор</w:t>
            </w:r>
            <w:r>
              <w:t>i</w:t>
            </w:r>
            <w:r w:rsidRPr="00332DB8">
              <w:rPr>
                <w:lang w:val="ru-RU"/>
              </w:rPr>
              <w:t>ал, 1991, Роман Кричевський (решение Мещанского районного суда г. Москвы от 18.11.2013);</w:t>
            </w:r>
          </w:p>
        </w:tc>
        <w:tc>
          <w:tcPr>
            <w:tcW w:w="2880" w:type="dxa"/>
          </w:tcPr>
          <w:p w:rsidR="006F7457" w:rsidRPr="00332DB8" w:rsidRDefault="006F7457">
            <w:pPr>
              <w:rPr>
                <w:lang w:val="ru-RU"/>
              </w:rPr>
            </w:pPr>
          </w:p>
        </w:tc>
      </w:tr>
      <w:tr w:rsidR="006F7457" w:rsidRPr="005A424D">
        <w:tc>
          <w:tcPr>
            <w:tcW w:w="2880" w:type="dxa"/>
          </w:tcPr>
          <w:p w:rsidR="006F7457" w:rsidRDefault="00332DB8">
            <w:r>
              <w:t>2449.</w:t>
            </w:r>
          </w:p>
        </w:tc>
        <w:tc>
          <w:tcPr>
            <w:tcW w:w="2880" w:type="dxa"/>
          </w:tcPr>
          <w:p w:rsidR="006F7457" w:rsidRPr="00332DB8" w:rsidRDefault="00332DB8">
            <w:pPr>
              <w:rPr>
                <w:lang w:val="ru-RU"/>
              </w:rPr>
            </w:pPr>
            <w:r w:rsidRPr="00332DB8">
              <w:rPr>
                <w:lang w:val="ru-RU"/>
              </w:rPr>
              <w:t xml:space="preserve">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t>
            </w:r>
            <w:r>
              <w:t>WHITE</w:t>
            </w:r>
            <w:r w:rsidRPr="00332DB8">
              <w:rPr>
                <w:lang w:val="ru-RU"/>
              </w:rPr>
              <w:t xml:space="preserve"> </w:t>
            </w:r>
            <w:r>
              <w:t>POWER</w:t>
            </w:r>
            <w:r w:rsidRPr="00332DB8">
              <w:rPr>
                <w:lang w:val="ru-RU"/>
              </w:rPr>
              <w:t xml:space="preserve"> Елысин» (</w:t>
            </w:r>
            <w:r>
              <w:t>http</w:t>
            </w:r>
            <w:r w:rsidRPr="00332DB8">
              <w:rPr>
                <w:lang w:val="ru-RU"/>
              </w:rPr>
              <w:t>://</w:t>
            </w:r>
            <w:r>
              <w:t>vk</w:t>
            </w:r>
            <w:r w:rsidRPr="00332DB8">
              <w:rPr>
                <w:lang w:val="ru-RU"/>
              </w:rPr>
              <w:t>.</w:t>
            </w:r>
            <w:r>
              <w:t>com</w:t>
            </w:r>
            <w:r w:rsidRPr="00332DB8">
              <w:rPr>
                <w:lang w:val="ru-RU"/>
              </w:rPr>
              <w:t>/</w:t>
            </w:r>
            <w:r>
              <w:t>idlll</w:t>
            </w:r>
            <w:r w:rsidRPr="00332DB8">
              <w:rPr>
                <w:lang w:val="ru-RU"/>
              </w:rPr>
              <w:t>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2880" w:type="dxa"/>
          </w:tcPr>
          <w:p w:rsidR="006F7457" w:rsidRPr="00332DB8" w:rsidRDefault="006F7457">
            <w:pPr>
              <w:rPr>
                <w:lang w:val="ru-RU"/>
              </w:rPr>
            </w:pPr>
          </w:p>
        </w:tc>
      </w:tr>
      <w:tr w:rsidR="006F7457" w:rsidRPr="005A424D">
        <w:tc>
          <w:tcPr>
            <w:tcW w:w="2880" w:type="dxa"/>
          </w:tcPr>
          <w:p w:rsidR="006F7457" w:rsidRDefault="00332DB8">
            <w:r>
              <w:t>2450.</w:t>
            </w:r>
          </w:p>
        </w:tc>
        <w:tc>
          <w:tcPr>
            <w:tcW w:w="2880" w:type="dxa"/>
          </w:tcPr>
          <w:p w:rsidR="006F7457" w:rsidRPr="00332DB8" w:rsidRDefault="00332DB8">
            <w:pPr>
              <w:rPr>
                <w:lang w:val="ru-RU"/>
              </w:rPr>
            </w:pPr>
            <w:r w:rsidRPr="00332DB8">
              <w:rPr>
                <w:lang w:val="ru-RU"/>
              </w:rPr>
              <w:t>Видеоматериал «Звон мечей (Салил Саварим)» (решение Минераловодского городского суда Ставропольского края от 15.07.2014);</w:t>
            </w:r>
          </w:p>
        </w:tc>
        <w:tc>
          <w:tcPr>
            <w:tcW w:w="2880" w:type="dxa"/>
          </w:tcPr>
          <w:p w:rsidR="006F7457" w:rsidRPr="00332DB8" w:rsidRDefault="006F7457">
            <w:pPr>
              <w:rPr>
                <w:lang w:val="ru-RU"/>
              </w:rPr>
            </w:pPr>
          </w:p>
        </w:tc>
      </w:tr>
      <w:tr w:rsidR="006F7457" w:rsidRPr="005A424D">
        <w:tc>
          <w:tcPr>
            <w:tcW w:w="2880" w:type="dxa"/>
          </w:tcPr>
          <w:p w:rsidR="006F7457" w:rsidRDefault="00332DB8">
            <w:r>
              <w:t>2451.</w:t>
            </w:r>
          </w:p>
        </w:tc>
        <w:tc>
          <w:tcPr>
            <w:tcW w:w="2880" w:type="dxa"/>
          </w:tcPr>
          <w:p w:rsidR="006F7457" w:rsidRPr="00332DB8" w:rsidRDefault="00332DB8">
            <w:pPr>
              <w:rPr>
                <w:lang w:val="ru-RU"/>
              </w:rPr>
            </w:pPr>
            <w:r w:rsidRPr="00332DB8">
              <w:rPr>
                <w:lang w:val="ru-RU"/>
              </w:rPr>
              <w:t xml:space="preserve">Видеоматериал «Наш путь и ваш путь», расположенный в социальной сети </w:t>
            </w:r>
            <w:r>
              <w:t>http</w:t>
            </w:r>
            <w:r w:rsidRPr="00332DB8">
              <w:rPr>
                <w:lang w:val="ru-RU"/>
              </w:rPr>
              <w:t>://</w:t>
            </w:r>
            <w:r>
              <w:t>vk</w:t>
            </w:r>
            <w:r w:rsidRPr="00332DB8">
              <w:rPr>
                <w:lang w:val="ru-RU"/>
              </w:rPr>
              <w:t>.</w:t>
            </w:r>
            <w:r>
              <w:t>com</w:t>
            </w:r>
            <w:r w:rsidRPr="00332DB8">
              <w:rPr>
                <w:lang w:val="ru-RU"/>
              </w:rPr>
              <w:t xml:space="preserve"> на личной странице пользователя под ником «Тимур Галимханов»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17079307, продолжительностью 05 мин. 04 сек. (решение Кировского районного суда г. Уфы Республики Башкортостан от 04.03.2014);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2452.</w:t>
            </w:r>
          </w:p>
        </w:tc>
        <w:tc>
          <w:tcPr>
            <w:tcW w:w="2880" w:type="dxa"/>
          </w:tcPr>
          <w:p w:rsidR="006F7457" w:rsidRPr="00332DB8" w:rsidRDefault="00332DB8">
            <w:pPr>
              <w:rPr>
                <w:lang w:val="ru-RU"/>
              </w:rPr>
            </w:pPr>
            <w:r w:rsidRPr="00332DB8">
              <w:rPr>
                <w:lang w:val="ru-RU"/>
              </w:rPr>
              <w:t xml:space="preserve">Видеоматериал «Этого малого достаточно, чтобы уважать Ислам», расположенный в социальной сети </w:t>
            </w:r>
            <w:r>
              <w:t>http</w:t>
            </w:r>
            <w:r w:rsidRPr="00332DB8">
              <w:rPr>
                <w:lang w:val="ru-RU"/>
              </w:rPr>
              <w:t>://</w:t>
            </w:r>
            <w:r>
              <w:t>vk</w:t>
            </w:r>
            <w:r w:rsidRPr="00332DB8">
              <w:rPr>
                <w:lang w:val="ru-RU"/>
              </w:rPr>
              <w:t>.</w:t>
            </w:r>
            <w:r>
              <w:t>com</w:t>
            </w:r>
            <w:r w:rsidRPr="00332DB8">
              <w:rPr>
                <w:lang w:val="ru-RU"/>
              </w:rPr>
              <w:t xml:space="preserve"> на личной странице пользователя под ником «Тимур Галимханов»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17079307, продолжительностью 01 мин. 20 сек. (решение Кировского районного суда г. Уфы Республики Башкортостан от 04.03.2014);</w:t>
            </w:r>
          </w:p>
        </w:tc>
        <w:tc>
          <w:tcPr>
            <w:tcW w:w="2880" w:type="dxa"/>
          </w:tcPr>
          <w:p w:rsidR="006F7457" w:rsidRPr="00332DB8" w:rsidRDefault="006F7457">
            <w:pPr>
              <w:rPr>
                <w:lang w:val="ru-RU"/>
              </w:rPr>
            </w:pPr>
          </w:p>
        </w:tc>
      </w:tr>
      <w:tr w:rsidR="006F7457" w:rsidRPr="005A424D">
        <w:tc>
          <w:tcPr>
            <w:tcW w:w="2880" w:type="dxa"/>
          </w:tcPr>
          <w:p w:rsidR="006F7457" w:rsidRDefault="00332DB8">
            <w:r>
              <w:t>2453.</w:t>
            </w:r>
          </w:p>
        </w:tc>
        <w:tc>
          <w:tcPr>
            <w:tcW w:w="2880" w:type="dxa"/>
          </w:tcPr>
          <w:p w:rsidR="006F7457" w:rsidRPr="00332DB8" w:rsidRDefault="00332DB8">
            <w:pPr>
              <w:rPr>
                <w:lang w:val="ru-RU"/>
              </w:rPr>
            </w:pPr>
            <w:r w:rsidRPr="00332DB8">
              <w:rPr>
                <w:lang w:val="ru-RU"/>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w:t>
            </w:r>
            <w:r>
              <w:t>Xopss</w:t>
            </w:r>
            <w:r w:rsidRPr="00332DB8">
              <w:rPr>
                <w:lang w:val="ru-RU"/>
              </w:rPr>
              <w:t>-</w:t>
            </w:r>
            <w:r>
              <w:t>Action</w:t>
            </w:r>
            <w:r w:rsidRPr="00332DB8">
              <w:rPr>
                <w:lang w:val="ru-RU"/>
              </w:rPr>
              <w:t xml:space="preserve">»;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w:t>
            </w:r>
            <w:r>
              <w:t>SS</w:t>
            </w:r>
            <w:r w:rsidRPr="00332DB8">
              <w:rPr>
                <w:lang w:val="ru-RU"/>
              </w:rPr>
              <w:t xml:space="preserve"> – Россия для Русских», размещенные Кротманом Антоном Вячеславовичем в социальной сети «ВКонтакте» по адресу: </w:t>
            </w:r>
            <w:r>
              <w:t>vk</w:t>
            </w:r>
            <w:r w:rsidRPr="00332DB8">
              <w:rPr>
                <w:lang w:val="ru-RU"/>
              </w:rPr>
              <w:t>.</w:t>
            </w:r>
            <w:r>
              <w:t>com</w:t>
            </w:r>
            <w:r w:rsidRPr="00332DB8">
              <w:rPr>
                <w:lang w:val="ru-RU"/>
              </w:rPr>
              <w:t>/</w:t>
            </w:r>
            <w:r>
              <w:t>main</w:t>
            </w:r>
            <w:r w:rsidRPr="00332DB8">
              <w:rPr>
                <w:lang w:val="ru-RU"/>
              </w:rPr>
              <w:t>_</w:t>
            </w:r>
            <w:r>
              <w:t>name</w:t>
            </w:r>
            <w:r w:rsidRPr="00332DB8">
              <w:rPr>
                <w:lang w:val="ru-RU"/>
              </w:rPr>
              <w:t>_</w:t>
            </w:r>
            <w:r>
              <w:t>ist</w:t>
            </w:r>
            <w:r w:rsidRPr="00332DB8">
              <w:rPr>
                <w:lang w:val="ru-RU"/>
              </w:rPr>
              <w:t>_</w:t>
            </w:r>
            <w:r>
              <w:t>freiheit</w:t>
            </w:r>
            <w:r w:rsidRPr="00332DB8">
              <w:rPr>
                <w:lang w:val="ru-RU"/>
              </w:rPr>
              <w:t>, под названием «Антон Кротман» (решение Тракторозаводского районного суда г. Волгограда от 26.06.2014);</w:t>
            </w:r>
          </w:p>
        </w:tc>
        <w:tc>
          <w:tcPr>
            <w:tcW w:w="2880" w:type="dxa"/>
          </w:tcPr>
          <w:p w:rsidR="006F7457" w:rsidRPr="00332DB8" w:rsidRDefault="006F7457">
            <w:pPr>
              <w:rPr>
                <w:lang w:val="ru-RU"/>
              </w:rPr>
            </w:pPr>
          </w:p>
        </w:tc>
      </w:tr>
      <w:tr w:rsidR="006F7457" w:rsidRPr="005A424D">
        <w:tc>
          <w:tcPr>
            <w:tcW w:w="2880" w:type="dxa"/>
          </w:tcPr>
          <w:p w:rsidR="006F7457" w:rsidRDefault="00332DB8">
            <w:r>
              <w:t>2454.</w:t>
            </w:r>
          </w:p>
        </w:tc>
        <w:tc>
          <w:tcPr>
            <w:tcW w:w="2880" w:type="dxa"/>
          </w:tcPr>
          <w:p w:rsidR="006F7457" w:rsidRPr="00332DB8" w:rsidRDefault="00332DB8">
            <w:pPr>
              <w:rPr>
                <w:lang w:val="ru-RU"/>
              </w:rPr>
            </w:pPr>
            <w:r w:rsidRPr="00332DB8">
              <w:rPr>
                <w:lang w:val="ru-RU"/>
              </w:rPr>
              <w:t xml:space="preserve">Информационный материал – книга «Основательно свидетельствуем о Царстве Бога» изд.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w:t>
            </w:r>
            <w:r>
              <w:t>Bearing</w:t>
            </w:r>
            <w:r w:rsidRPr="00332DB8">
              <w:rPr>
                <w:lang w:val="ru-RU"/>
              </w:rPr>
              <w:t xml:space="preserve"> </w:t>
            </w:r>
            <w:r>
              <w:t>Thorough</w:t>
            </w:r>
            <w:r w:rsidRPr="00332DB8">
              <w:rPr>
                <w:lang w:val="ru-RU"/>
              </w:rPr>
              <w:t xml:space="preserve"> </w:t>
            </w:r>
            <w:r>
              <w:t>Witness</w:t>
            </w:r>
            <w:r w:rsidRPr="00332DB8">
              <w:rPr>
                <w:lang w:val="ru-RU"/>
              </w:rPr>
              <w:t xml:space="preserve">» </w:t>
            </w:r>
            <w:r>
              <w:t>About</w:t>
            </w:r>
            <w:r w:rsidRPr="00332DB8">
              <w:rPr>
                <w:lang w:val="ru-RU"/>
              </w:rPr>
              <w:t xml:space="preserve"> </w:t>
            </w:r>
            <w:r>
              <w:t>God</w:t>
            </w:r>
            <w:r w:rsidRPr="00332DB8">
              <w:rPr>
                <w:lang w:val="ru-RU"/>
              </w:rPr>
              <w:t>ʼ</w:t>
            </w:r>
            <w:r>
              <w:t>s</w:t>
            </w:r>
            <w:r w:rsidRPr="00332DB8">
              <w:rPr>
                <w:lang w:val="ru-RU"/>
              </w:rPr>
              <w:t xml:space="preserve"> </w:t>
            </w:r>
            <w:r>
              <w:t>Kingdom</w:t>
            </w:r>
            <w:r w:rsidRPr="00332DB8">
              <w:rPr>
                <w:lang w:val="ru-RU"/>
              </w:rPr>
              <w:t xml:space="preserve">, </w:t>
            </w:r>
            <w:r>
              <w:t>Wachtturm</w:t>
            </w:r>
            <w:r w:rsidRPr="00332DB8">
              <w:rPr>
                <w:lang w:val="ru-RU"/>
              </w:rPr>
              <w:t xml:space="preserve"> </w:t>
            </w:r>
            <w:r>
              <w:t>Bibel</w:t>
            </w:r>
            <w:r w:rsidRPr="00332DB8">
              <w:rPr>
                <w:lang w:val="ru-RU"/>
              </w:rPr>
              <w:t xml:space="preserve"> – </w:t>
            </w:r>
            <w:r>
              <w:t>und</w:t>
            </w:r>
            <w:r w:rsidRPr="00332DB8">
              <w:rPr>
                <w:lang w:val="ru-RU"/>
              </w:rPr>
              <w:t xml:space="preserve"> </w:t>
            </w:r>
            <w:r>
              <w:t>Traktat</w:t>
            </w:r>
            <w:r w:rsidRPr="00332DB8">
              <w:rPr>
                <w:lang w:val="ru-RU"/>
              </w:rPr>
              <w:t>-</w:t>
            </w:r>
            <w:r>
              <w:t>Gesellschaft</w:t>
            </w:r>
            <w:r w:rsidRPr="00332DB8">
              <w:rPr>
                <w:lang w:val="ru-RU"/>
              </w:rPr>
              <w:t xml:space="preserve"> </w:t>
            </w:r>
            <w:r>
              <w:t>der</w:t>
            </w:r>
            <w:r w:rsidRPr="00332DB8">
              <w:rPr>
                <w:lang w:val="ru-RU"/>
              </w:rPr>
              <w:t xml:space="preserve"> </w:t>
            </w:r>
            <w:r>
              <w:t>Zeugen</w:t>
            </w:r>
            <w:r w:rsidRPr="00332DB8">
              <w:rPr>
                <w:lang w:val="ru-RU"/>
              </w:rPr>
              <w:t xml:space="preserve"> </w:t>
            </w:r>
            <w:r>
              <w:t>Jehovas</w:t>
            </w:r>
            <w:r w:rsidRPr="00332DB8">
              <w:rPr>
                <w:lang w:val="ru-RU"/>
              </w:rPr>
              <w:t>, е.</w:t>
            </w:r>
            <w:r>
              <w:t>V</w:t>
            </w:r>
            <w:r w:rsidRPr="00332DB8">
              <w:rPr>
                <w:lang w:val="ru-RU"/>
              </w:rPr>
              <w:t xml:space="preserve">. </w:t>
            </w:r>
            <w:r>
              <w:t>Selters</w:t>
            </w:r>
            <w:r w:rsidRPr="00332DB8">
              <w:rPr>
                <w:lang w:val="ru-RU"/>
              </w:rPr>
              <w:t>/</w:t>
            </w:r>
            <w:r>
              <w:t>Taunus</w:t>
            </w:r>
            <w:r w:rsidRPr="00332DB8">
              <w:rPr>
                <w:lang w:val="ru-RU"/>
              </w:rPr>
              <w:t xml:space="preserve"> Германия, 2009. – 224 с. (решение Успенского районного суда Краснодарского края от 19.06.2013);</w:t>
            </w:r>
          </w:p>
        </w:tc>
        <w:tc>
          <w:tcPr>
            <w:tcW w:w="2880" w:type="dxa"/>
          </w:tcPr>
          <w:p w:rsidR="006F7457" w:rsidRPr="00332DB8" w:rsidRDefault="006F7457">
            <w:pPr>
              <w:rPr>
                <w:lang w:val="ru-RU"/>
              </w:rPr>
            </w:pPr>
          </w:p>
        </w:tc>
      </w:tr>
      <w:tr w:rsidR="006F7457" w:rsidRPr="005A424D">
        <w:tc>
          <w:tcPr>
            <w:tcW w:w="2880" w:type="dxa"/>
          </w:tcPr>
          <w:p w:rsidR="006F7457" w:rsidRDefault="00332DB8">
            <w:r>
              <w:t>2455.</w:t>
            </w:r>
          </w:p>
        </w:tc>
        <w:tc>
          <w:tcPr>
            <w:tcW w:w="2880" w:type="dxa"/>
          </w:tcPr>
          <w:p w:rsidR="006F7457" w:rsidRPr="00332DB8" w:rsidRDefault="00332DB8">
            <w:pPr>
              <w:rPr>
                <w:lang w:val="ru-RU"/>
              </w:rPr>
            </w:pPr>
            <w:r w:rsidRPr="00332DB8">
              <w:rPr>
                <w:lang w:val="ru-RU"/>
              </w:rPr>
              <w:t xml:space="preserve">Печатные издания издательства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Pensylvania</w:t>
            </w:r>
            <w:r w:rsidRPr="00332DB8">
              <w:rPr>
                <w:lang w:val="ru-RU"/>
              </w:rPr>
              <w:t>: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2880" w:type="dxa"/>
          </w:tcPr>
          <w:p w:rsidR="006F7457" w:rsidRPr="00332DB8" w:rsidRDefault="006F7457">
            <w:pPr>
              <w:rPr>
                <w:lang w:val="ru-RU"/>
              </w:rPr>
            </w:pPr>
          </w:p>
        </w:tc>
      </w:tr>
      <w:tr w:rsidR="006F7457" w:rsidRPr="005A424D">
        <w:tc>
          <w:tcPr>
            <w:tcW w:w="2880" w:type="dxa"/>
          </w:tcPr>
          <w:p w:rsidR="006F7457" w:rsidRDefault="00332DB8">
            <w:r>
              <w:t>245</w:t>
            </w:r>
            <w:r>
              <w:lastRenderedPageBreak/>
              <w:t>6.</w:t>
            </w:r>
          </w:p>
        </w:tc>
        <w:tc>
          <w:tcPr>
            <w:tcW w:w="2880" w:type="dxa"/>
          </w:tcPr>
          <w:p w:rsidR="006F7457" w:rsidRPr="00332DB8" w:rsidRDefault="00332DB8">
            <w:pPr>
              <w:rPr>
                <w:lang w:val="ru-RU"/>
              </w:rPr>
            </w:pPr>
            <w:r w:rsidRPr="00332DB8">
              <w:rPr>
                <w:lang w:val="ru-RU"/>
              </w:rPr>
              <w:lastRenderedPageBreak/>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2457.</w:t>
            </w:r>
          </w:p>
        </w:tc>
        <w:tc>
          <w:tcPr>
            <w:tcW w:w="2880" w:type="dxa"/>
          </w:tcPr>
          <w:p w:rsidR="006F7457" w:rsidRPr="00332DB8" w:rsidRDefault="00332DB8">
            <w:pPr>
              <w:rPr>
                <w:lang w:val="ru-RU"/>
              </w:rPr>
            </w:pPr>
            <w:r w:rsidRPr="00332DB8">
              <w:rPr>
                <w:lang w:val="ru-RU"/>
              </w:rPr>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2880" w:type="dxa"/>
          </w:tcPr>
          <w:p w:rsidR="006F7457" w:rsidRPr="00332DB8" w:rsidRDefault="006F7457">
            <w:pPr>
              <w:rPr>
                <w:lang w:val="ru-RU"/>
              </w:rPr>
            </w:pPr>
          </w:p>
        </w:tc>
      </w:tr>
      <w:tr w:rsidR="006F7457" w:rsidRPr="005A424D">
        <w:tc>
          <w:tcPr>
            <w:tcW w:w="2880" w:type="dxa"/>
          </w:tcPr>
          <w:p w:rsidR="006F7457" w:rsidRDefault="00332DB8">
            <w:r>
              <w:t>2458.</w:t>
            </w:r>
          </w:p>
        </w:tc>
        <w:tc>
          <w:tcPr>
            <w:tcW w:w="2880" w:type="dxa"/>
          </w:tcPr>
          <w:p w:rsidR="006F7457" w:rsidRPr="00332DB8" w:rsidRDefault="00332DB8">
            <w:pPr>
              <w:rPr>
                <w:lang w:val="ru-RU"/>
              </w:rPr>
            </w:pPr>
            <w:r w:rsidRPr="00332DB8">
              <w:rPr>
                <w:lang w:val="ru-RU"/>
              </w:rPr>
              <w:t xml:space="preserve">Текст под названием «Чурка», распространенный неустановленным лицом на Интернет-сайте </w:t>
            </w:r>
            <w:r>
              <w:t>www</w:t>
            </w:r>
            <w:r w:rsidRPr="00332DB8">
              <w:rPr>
                <w:lang w:val="ru-RU"/>
              </w:rPr>
              <w:t>.</w:t>
            </w:r>
            <w:r>
              <w:t>dezinfo</w:t>
            </w:r>
            <w:r w:rsidRPr="00332DB8">
              <w:rPr>
                <w:lang w:val="ru-RU"/>
              </w:rPr>
              <w:t>.</w:t>
            </w:r>
            <w:r>
              <w:t>net</w:t>
            </w:r>
            <w:r w:rsidRPr="00332DB8">
              <w:rPr>
                <w:lang w:val="ru-RU"/>
              </w:rPr>
              <w:t xml:space="preserve"> (решение Майкопского городского суда Республики Адыгея от 09.07.2014);</w:t>
            </w:r>
          </w:p>
        </w:tc>
        <w:tc>
          <w:tcPr>
            <w:tcW w:w="2880" w:type="dxa"/>
          </w:tcPr>
          <w:p w:rsidR="006F7457" w:rsidRPr="00332DB8" w:rsidRDefault="006F7457">
            <w:pPr>
              <w:rPr>
                <w:lang w:val="ru-RU"/>
              </w:rPr>
            </w:pPr>
          </w:p>
        </w:tc>
      </w:tr>
      <w:tr w:rsidR="006F7457" w:rsidRPr="005A424D">
        <w:tc>
          <w:tcPr>
            <w:tcW w:w="2880" w:type="dxa"/>
          </w:tcPr>
          <w:p w:rsidR="006F7457" w:rsidRDefault="00332DB8">
            <w:r>
              <w:t>2459.</w:t>
            </w:r>
          </w:p>
        </w:tc>
        <w:tc>
          <w:tcPr>
            <w:tcW w:w="2880" w:type="dxa"/>
          </w:tcPr>
          <w:p w:rsidR="006F7457" w:rsidRPr="00332DB8" w:rsidRDefault="00332DB8">
            <w:pPr>
              <w:rPr>
                <w:lang w:val="ru-RU"/>
              </w:rPr>
            </w:pPr>
            <w:r w:rsidRPr="00332DB8">
              <w:rPr>
                <w:lang w:val="ru-RU"/>
              </w:rPr>
              <w:t xml:space="preserve">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2096678852 (решение Октябрьского районного суда г. Ижевска от 25.06.2014);</w:t>
            </w:r>
          </w:p>
        </w:tc>
        <w:tc>
          <w:tcPr>
            <w:tcW w:w="2880" w:type="dxa"/>
          </w:tcPr>
          <w:p w:rsidR="006F7457" w:rsidRPr="00332DB8" w:rsidRDefault="006F7457">
            <w:pPr>
              <w:rPr>
                <w:lang w:val="ru-RU"/>
              </w:rPr>
            </w:pPr>
          </w:p>
        </w:tc>
      </w:tr>
      <w:tr w:rsidR="006F7457" w:rsidRPr="005A424D">
        <w:tc>
          <w:tcPr>
            <w:tcW w:w="2880" w:type="dxa"/>
          </w:tcPr>
          <w:p w:rsidR="006F7457" w:rsidRDefault="00332DB8">
            <w:r>
              <w:t>2460.</w:t>
            </w:r>
          </w:p>
        </w:tc>
        <w:tc>
          <w:tcPr>
            <w:tcW w:w="2880" w:type="dxa"/>
          </w:tcPr>
          <w:p w:rsidR="006F7457" w:rsidRPr="00332DB8" w:rsidRDefault="00332DB8">
            <w:pPr>
              <w:rPr>
                <w:lang w:val="ru-RU"/>
              </w:rPr>
            </w:pPr>
            <w:r w:rsidRPr="00332DB8">
              <w:rPr>
                <w:lang w:val="ru-RU"/>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2880" w:type="dxa"/>
          </w:tcPr>
          <w:p w:rsidR="006F7457" w:rsidRPr="00332DB8" w:rsidRDefault="006F7457">
            <w:pPr>
              <w:rPr>
                <w:lang w:val="ru-RU"/>
              </w:rPr>
            </w:pPr>
          </w:p>
        </w:tc>
      </w:tr>
      <w:tr w:rsidR="006F7457" w:rsidRPr="005A424D">
        <w:tc>
          <w:tcPr>
            <w:tcW w:w="2880" w:type="dxa"/>
          </w:tcPr>
          <w:p w:rsidR="006F7457" w:rsidRDefault="00332DB8">
            <w:r>
              <w:t>2461.</w:t>
            </w:r>
          </w:p>
        </w:tc>
        <w:tc>
          <w:tcPr>
            <w:tcW w:w="2880" w:type="dxa"/>
          </w:tcPr>
          <w:p w:rsidR="006F7457" w:rsidRPr="00332DB8" w:rsidRDefault="00332DB8">
            <w:pPr>
              <w:rPr>
                <w:lang w:val="ru-RU"/>
              </w:rPr>
            </w:pPr>
            <w:r w:rsidRPr="00332DB8">
              <w:rPr>
                <w:lang w:val="ru-RU"/>
              </w:rPr>
              <w:t>Видеоролик под названием «Приговор лидерам «Славянского союза» на Сахалине» (решение Южно-Сахалинского городского суда от 18.06.2014);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2462.</w:t>
            </w:r>
          </w:p>
        </w:tc>
        <w:tc>
          <w:tcPr>
            <w:tcW w:w="2880" w:type="dxa"/>
          </w:tcPr>
          <w:p w:rsidR="006F7457" w:rsidRPr="00332DB8" w:rsidRDefault="00332DB8">
            <w:pPr>
              <w:rPr>
                <w:lang w:val="ru-RU"/>
              </w:rPr>
            </w:pPr>
            <w:r w:rsidRPr="00332DB8">
              <w:rPr>
                <w:lang w:val="ru-RU"/>
              </w:rPr>
              <w:t xml:space="preserve">Видеоматериал «Григорий Климов «Красная Каббала». Лек.1, ч.1» расположенный по электронному адресу: </w:t>
            </w:r>
            <w:r>
              <w:t>www</w:t>
            </w:r>
            <w:r w:rsidRPr="00332DB8">
              <w:rPr>
                <w:lang w:val="ru-RU"/>
              </w:rPr>
              <w:t>.</w:t>
            </w:r>
            <w:r>
              <w:t>youtube</w:t>
            </w:r>
            <w:r w:rsidRPr="00332DB8">
              <w:rPr>
                <w:lang w:val="ru-RU"/>
              </w:rPr>
              <w:t>.</w:t>
            </w:r>
            <w:r>
              <w:t>com</w:t>
            </w:r>
            <w:r w:rsidRPr="00332DB8">
              <w:rPr>
                <w:lang w:val="ru-RU"/>
              </w:rPr>
              <w:t>/</w:t>
            </w:r>
            <w:r>
              <w:t>watch</w:t>
            </w:r>
            <w:r w:rsidRPr="00332DB8">
              <w:rPr>
                <w:lang w:val="ru-RU"/>
              </w:rPr>
              <w:t>.7</w:t>
            </w:r>
            <w:r>
              <w:t>vHPu</w:t>
            </w:r>
            <w:r w:rsidRPr="00332DB8">
              <w:rPr>
                <w:lang w:val="ru-RU"/>
              </w:rPr>
              <w:t>57</w:t>
            </w:r>
            <w:r>
              <w:t>z</w:t>
            </w:r>
            <w:r w:rsidRPr="00332DB8">
              <w:rPr>
                <w:lang w:val="ru-RU"/>
              </w:rPr>
              <w:t>-</w:t>
            </w:r>
            <w:r>
              <w:t>wUtfI</w:t>
            </w:r>
            <w:r w:rsidRPr="00332DB8">
              <w:rPr>
                <w:lang w:val="ru-RU"/>
              </w:rPr>
              <w:t xml:space="preserve"> (решение Кировского районного суда Санкт-Петербурга от 18.03.2014);</w:t>
            </w:r>
          </w:p>
        </w:tc>
        <w:tc>
          <w:tcPr>
            <w:tcW w:w="2880" w:type="dxa"/>
          </w:tcPr>
          <w:p w:rsidR="006F7457" w:rsidRPr="00332DB8" w:rsidRDefault="006F7457">
            <w:pPr>
              <w:rPr>
                <w:lang w:val="ru-RU"/>
              </w:rPr>
            </w:pPr>
          </w:p>
        </w:tc>
      </w:tr>
      <w:tr w:rsidR="006F7457" w:rsidRPr="005A424D">
        <w:tc>
          <w:tcPr>
            <w:tcW w:w="2880" w:type="dxa"/>
          </w:tcPr>
          <w:p w:rsidR="006F7457" w:rsidRDefault="00332DB8">
            <w:r>
              <w:t>2463.</w:t>
            </w:r>
          </w:p>
        </w:tc>
        <w:tc>
          <w:tcPr>
            <w:tcW w:w="2880" w:type="dxa"/>
          </w:tcPr>
          <w:p w:rsidR="006F7457" w:rsidRPr="00332DB8" w:rsidRDefault="00332DB8">
            <w:pPr>
              <w:rPr>
                <w:lang w:val="ru-RU"/>
              </w:rPr>
            </w:pPr>
            <w:r w:rsidRPr="00332DB8">
              <w:rPr>
                <w:lang w:val="ru-RU"/>
              </w:rPr>
              <w:t xml:space="preserve">Следующие изображения, размещенные на сайте </w:t>
            </w:r>
            <w:r>
              <w:t>www</w:t>
            </w:r>
            <w:r w:rsidRPr="00332DB8">
              <w:rPr>
                <w:lang w:val="ru-RU"/>
              </w:rPr>
              <w:t>.</w:t>
            </w:r>
            <w:r>
              <w:t>vk</w:t>
            </w:r>
            <w:r w:rsidRPr="00332DB8">
              <w:rPr>
                <w:lang w:val="ru-RU"/>
              </w:rPr>
              <w:t>.</w:t>
            </w:r>
            <w:r>
              <w:t>com</w:t>
            </w:r>
            <w:r w:rsidRPr="00332DB8">
              <w:rPr>
                <w:lang w:val="ru-RU"/>
              </w:rPr>
              <w:t>/</w:t>
            </w:r>
            <w:r>
              <w:t>halomizhevsk</w:t>
            </w:r>
            <w:r w:rsidRPr="00332DB8">
              <w:rPr>
                <w:lang w:val="ru-RU"/>
              </w:rPr>
              <w:t>: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w:t>
            </w:r>
            <w:r>
              <w:t>HOLACOSTE</w:t>
            </w:r>
            <w:r w:rsidRPr="00332DB8">
              <w:rPr>
                <w:lang w:val="ru-RU"/>
              </w:rPr>
              <w:t>»;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w:t>
            </w:r>
            <w:r>
              <w:t>OSWIECIM</w:t>
            </w:r>
            <w:r w:rsidRPr="00332DB8">
              <w:rPr>
                <w:lang w:val="ru-RU"/>
              </w:rPr>
              <w:t>» подпись под изображением «Горячая путевка» (решение Ленинского районного суда г. Ижевска Удмуртской Республики от 27.05.2014);</w:t>
            </w:r>
          </w:p>
        </w:tc>
        <w:tc>
          <w:tcPr>
            <w:tcW w:w="2880" w:type="dxa"/>
          </w:tcPr>
          <w:p w:rsidR="006F7457" w:rsidRPr="00332DB8" w:rsidRDefault="006F7457">
            <w:pPr>
              <w:rPr>
                <w:lang w:val="ru-RU"/>
              </w:rPr>
            </w:pPr>
          </w:p>
        </w:tc>
      </w:tr>
      <w:tr w:rsidR="006F7457" w:rsidRPr="005A424D">
        <w:tc>
          <w:tcPr>
            <w:tcW w:w="2880" w:type="dxa"/>
          </w:tcPr>
          <w:p w:rsidR="006F7457" w:rsidRDefault="00332DB8">
            <w:r>
              <w:t>2464.</w:t>
            </w:r>
          </w:p>
        </w:tc>
        <w:tc>
          <w:tcPr>
            <w:tcW w:w="2880" w:type="dxa"/>
          </w:tcPr>
          <w:p w:rsidR="006F7457" w:rsidRPr="00332DB8" w:rsidRDefault="00332DB8">
            <w:pPr>
              <w:rPr>
                <w:lang w:val="ru-RU"/>
              </w:rPr>
            </w:pPr>
            <w:r w:rsidRPr="00332DB8">
              <w:rPr>
                <w:lang w:val="ru-RU"/>
              </w:rPr>
              <w:t xml:space="preserve">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t>
            </w:r>
            <w:r>
              <w:t>www</w:t>
            </w:r>
            <w:r w:rsidRPr="00332DB8">
              <w:rPr>
                <w:lang w:val="ru-RU"/>
              </w:rPr>
              <w:t>.</w:t>
            </w:r>
            <w:r>
              <w:t>ummanews</w:t>
            </w:r>
            <w:r w:rsidRPr="00332DB8">
              <w:rPr>
                <w:lang w:val="ru-RU"/>
              </w:rPr>
              <w:t>.</w:t>
            </w:r>
            <w:r>
              <w:t>com</w:t>
            </w:r>
            <w:r w:rsidRPr="00332DB8">
              <w:rPr>
                <w:lang w:val="ru-RU"/>
              </w:rPr>
              <w:t xml:space="preserve"> (решение Нальчикского городского суда Кабардино-Балкарской Республики от 01.04.2014);</w:t>
            </w:r>
          </w:p>
        </w:tc>
        <w:tc>
          <w:tcPr>
            <w:tcW w:w="2880" w:type="dxa"/>
          </w:tcPr>
          <w:p w:rsidR="006F7457" w:rsidRPr="00332DB8" w:rsidRDefault="006F7457">
            <w:pPr>
              <w:rPr>
                <w:lang w:val="ru-RU"/>
              </w:rPr>
            </w:pPr>
          </w:p>
        </w:tc>
      </w:tr>
      <w:tr w:rsidR="006F7457" w:rsidRPr="005A424D">
        <w:tc>
          <w:tcPr>
            <w:tcW w:w="2880" w:type="dxa"/>
          </w:tcPr>
          <w:p w:rsidR="006F7457" w:rsidRDefault="00332DB8">
            <w:r>
              <w:t>2465.</w:t>
            </w:r>
          </w:p>
        </w:tc>
        <w:tc>
          <w:tcPr>
            <w:tcW w:w="2880" w:type="dxa"/>
          </w:tcPr>
          <w:p w:rsidR="006F7457" w:rsidRPr="00332DB8" w:rsidRDefault="00332DB8">
            <w:pPr>
              <w:rPr>
                <w:lang w:val="ru-RU"/>
              </w:rPr>
            </w:pPr>
            <w:r w:rsidRPr="00332DB8">
              <w:rPr>
                <w:lang w:val="ru-RU"/>
              </w:rPr>
              <w:t>Видеоролик «Коловрат – Россия для Русских», продолжительностью 1 минута 29 секунд (решение Заводского районного суда г. Орла от 07.07.2014);</w:t>
            </w:r>
          </w:p>
        </w:tc>
        <w:tc>
          <w:tcPr>
            <w:tcW w:w="2880" w:type="dxa"/>
          </w:tcPr>
          <w:p w:rsidR="006F7457" w:rsidRPr="00332DB8" w:rsidRDefault="006F7457">
            <w:pPr>
              <w:rPr>
                <w:lang w:val="ru-RU"/>
              </w:rPr>
            </w:pPr>
          </w:p>
        </w:tc>
      </w:tr>
      <w:tr w:rsidR="006F7457" w:rsidRPr="005A424D">
        <w:tc>
          <w:tcPr>
            <w:tcW w:w="2880" w:type="dxa"/>
          </w:tcPr>
          <w:p w:rsidR="006F7457" w:rsidRDefault="00332DB8">
            <w:r>
              <w:t>24</w:t>
            </w:r>
            <w:r>
              <w:lastRenderedPageBreak/>
              <w:t>66.</w:t>
            </w:r>
          </w:p>
        </w:tc>
        <w:tc>
          <w:tcPr>
            <w:tcW w:w="2880" w:type="dxa"/>
          </w:tcPr>
          <w:p w:rsidR="006F7457" w:rsidRPr="00332DB8" w:rsidRDefault="00332DB8">
            <w:pPr>
              <w:rPr>
                <w:lang w:val="ru-RU"/>
              </w:rPr>
            </w:pPr>
            <w:r w:rsidRPr="00332DB8">
              <w:rPr>
                <w:lang w:val="ru-RU"/>
              </w:rPr>
              <w:lastRenderedPageBreak/>
              <w:t>Видеоролик «Коловрат – Московские бритоголовые», продолжительностью 2 минуты 28 секунд (решение Заводского районного суда г. Орла от 07.07.2014);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2467.</w:t>
            </w:r>
          </w:p>
        </w:tc>
        <w:tc>
          <w:tcPr>
            <w:tcW w:w="2880" w:type="dxa"/>
          </w:tcPr>
          <w:p w:rsidR="006F7457" w:rsidRPr="00332DB8" w:rsidRDefault="00332DB8">
            <w:pPr>
              <w:rPr>
                <w:lang w:val="ru-RU"/>
              </w:rPr>
            </w:pPr>
            <w:r w:rsidRPr="00332DB8">
              <w:rPr>
                <w:lang w:val="ru-RU"/>
              </w:rPr>
              <w:t>Видеоролик «Русский, очнись!!», продолжительностью 4 минуты 20 секунд (решение Заводского районного суда г. Орла от 07.07.2014);</w:t>
            </w:r>
          </w:p>
        </w:tc>
        <w:tc>
          <w:tcPr>
            <w:tcW w:w="2880" w:type="dxa"/>
          </w:tcPr>
          <w:p w:rsidR="006F7457" w:rsidRPr="00332DB8" w:rsidRDefault="006F7457">
            <w:pPr>
              <w:rPr>
                <w:lang w:val="ru-RU"/>
              </w:rPr>
            </w:pPr>
          </w:p>
        </w:tc>
      </w:tr>
      <w:tr w:rsidR="006F7457" w:rsidRPr="005A424D">
        <w:tc>
          <w:tcPr>
            <w:tcW w:w="2880" w:type="dxa"/>
          </w:tcPr>
          <w:p w:rsidR="006F7457" w:rsidRDefault="00332DB8">
            <w:r>
              <w:t>2468.</w:t>
            </w:r>
          </w:p>
        </w:tc>
        <w:tc>
          <w:tcPr>
            <w:tcW w:w="2880" w:type="dxa"/>
          </w:tcPr>
          <w:p w:rsidR="006F7457" w:rsidRPr="00332DB8" w:rsidRDefault="00332DB8">
            <w:pPr>
              <w:rPr>
                <w:lang w:val="ru-RU"/>
              </w:rPr>
            </w:pPr>
            <w:r w:rsidRPr="00332DB8">
              <w:rPr>
                <w:lang w:val="ru-RU"/>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2880" w:type="dxa"/>
          </w:tcPr>
          <w:p w:rsidR="006F7457" w:rsidRPr="00332DB8" w:rsidRDefault="006F7457">
            <w:pPr>
              <w:rPr>
                <w:lang w:val="ru-RU"/>
              </w:rPr>
            </w:pPr>
          </w:p>
        </w:tc>
      </w:tr>
      <w:tr w:rsidR="006F7457" w:rsidRPr="005A424D">
        <w:tc>
          <w:tcPr>
            <w:tcW w:w="2880" w:type="dxa"/>
          </w:tcPr>
          <w:p w:rsidR="006F7457" w:rsidRDefault="00332DB8">
            <w:r>
              <w:t>2469.</w:t>
            </w:r>
          </w:p>
        </w:tc>
        <w:tc>
          <w:tcPr>
            <w:tcW w:w="2880" w:type="dxa"/>
          </w:tcPr>
          <w:p w:rsidR="006F7457" w:rsidRPr="00332DB8" w:rsidRDefault="00332DB8">
            <w:pPr>
              <w:rPr>
                <w:lang w:val="ru-RU"/>
              </w:rPr>
            </w:pPr>
            <w:r w:rsidRPr="00332DB8">
              <w:rPr>
                <w:lang w:val="ru-RU"/>
              </w:rPr>
              <w:t>Видеофильм «Максим Базылев (Лидер НСО-Север) о русской партизанской борьбе.</w:t>
            </w:r>
            <w:r>
              <w:t>mp</w:t>
            </w:r>
            <w:r w:rsidRPr="00332DB8">
              <w:rPr>
                <w:lang w:val="ru-RU"/>
              </w:rPr>
              <w:t xml:space="preserve">4», размещенный в сети Интернет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26939759 162618769 (решение Бабушкинского районного суда г. Москвы от 13.05.2014);</w:t>
            </w:r>
          </w:p>
        </w:tc>
        <w:tc>
          <w:tcPr>
            <w:tcW w:w="2880" w:type="dxa"/>
          </w:tcPr>
          <w:p w:rsidR="006F7457" w:rsidRPr="00332DB8" w:rsidRDefault="006F7457">
            <w:pPr>
              <w:rPr>
                <w:lang w:val="ru-RU"/>
              </w:rPr>
            </w:pPr>
          </w:p>
        </w:tc>
      </w:tr>
      <w:tr w:rsidR="006F7457" w:rsidRPr="005A424D">
        <w:tc>
          <w:tcPr>
            <w:tcW w:w="2880" w:type="dxa"/>
          </w:tcPr>
          <w:p w:rsidR="006F7457" w:rsidRDefault="00332DB8">
            <w:r>
              <w:t>2470.</w:t>
            </w:r>
          </w:p>
        </w:tc>
        <w:tc>
          <w:tcPr>
            <w:tcW w:w="2880" w:type="dxa"/>
          </w:tcPr>
          <w:p w:rsidR="006F7457" w:rsidRPr="00332DB8" w:rsidRDefault="00332DB8">
            <w:pPr>
              <w:rPr>
                <w:lang w:val="ru-RU"/>
              </w:rPr>
            </w:pPr>
            <w:r w:rsidRPr="00332DB8">
              <w:rPr>
                <w:lang w:val="ru-RU"/>
              </w:rPr>
              <w:t xml:space="preserve">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w:t>
            </w:r>
            <w:r>
              <w:t>vk</w:t>
            </w:r>
            <w:r w:rsidRPr="00332DB8">
              <w:rPr>
                <w:lang w:val="ru-RU"/>
              </w:rPr>
              <w:t>.</w:t>
            </w:r>
            <w:r>
              <w:t>com</w:t>
            </w:r>
            <w:r w:rsidRPr="00332DB8">
              <w:rPr>
                <w:lang w:val="ru-RU"/>
              </w:rPr>
              <w:t>/</w:t>
            </w:r>
            <w:r>
              <w:t>id</w:t>
            </w:r>
            <w:r w:rsidRPr="00332DB8">
              <w:rPr>
                <w:lang w:val="ru-RU"/>
              </w:rPr>
              <w:t>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2880" w:type="dxa"/>
          </w:tcPr>
          <w:p w:rsidR="006F7457" w:rsidRPr="00332DB8" w:rsidRDefault="006F7457">
            <w:pPr>
              <w:rPr>
                <w:lang w:val="ru-RU"/>
              </w:rPr>
            </w:pPr>
          </w:p>
        </w:tc>
      </w:tr>
      <w:tr w:rsidR="006F7457" w:rsidRPr="005A424D">
        <w:tc>
          <w:tcPr>
            <w:tcW w:w="2880" w:type="dxa"/>
          </w:tcPr>
          <w:p w:rsidR="006F7457" w:rsidRDefault="00332DB8">
            <w:r>
              <w:t>2471.</w:t>
            </w:r>
          </w:p>
        </w:tc>
        <w:tc>
          <w:tcPr>
            <w:tcW w:w="2880" w:type="dxa"/>
          </w:tcPr>
          <w:p w:rsidR="006F7457" w:rsidRPr="00332DB8" w:rsidRDefault="00332DB8">
            <w:pPr>
              <w:rPr>
                <w:lang w:val="ru-RU"/>
              </w:rPr>
            </w:pPr>
            <w:r w:rsidRPr="00332DB8">
              <w:rPr>
                <w:lang w:val="ru-RU"/>
              </w:rPr>
              <w:t xml:space="preserve">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w:t>
            </w:r>
            <w:r w:rsidRPr="00332DB8">
              <w:rPr>
                <w:lang w:val="ru-RU"/>
              </w:rPr>
              <w:lastRenderedPageBreak/>
              <w:t>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2880" w:type="dxa"/>
          </w:tcPr>
          <w:p w:rsidR="006F7457" w:rsidRPr="00332DB8" w:rsidRDefault="006F7457">
            <w:pPr>
              <w:rPr>
                <w:lang w:val="ru-RU"/>
              </w:rPr>
            </w:pPr>
          </w:p>
        </w:tc>
      </w:tr>
      <w:tr w:rsidR="006F7457">
        <w:tc>
          <w:tcPr>
            <w:tcW w:w="2880" w:type="dxa"/>
          </w:tcPr>
          <w:p w:rsidR="006F7457" w:rsidRDefault="00332DB8">
            <w:r>
              <w:lastRenderedPageBreak/>
              <w:t>2472.</w:t>
            </w:r>
          </w:p>
        </w:tc>
        <w:tc>
          <w:tcPr>
            <w:tcW w:w="2880" w:type="dxa"/>
          </w:tcPr>
          <w:p w:rsidR="006F7457" w:rsidRDefault="00332DB8">
            <w:r w:rsidRPr="00332DB8">
              <w:rPr>
                <w:lang w:val="ru-RU"/>
              </w:rPr>
              <w:t xml:space="preserve">Видеозапись: «Чеченцы режут русских солдат, они называют себя Пастухами. Детям не смотреть» на указателе страницы сайта </w:t>
            </w:r>
            <w:r>
              <w:t>http</w:t>
            </w:r>
            <w:r w:rsidRPr="00332DB8">
              <w:rPr>
                <w:lang w:val="ru-RU"/>
              </w:rPr>
              <w:t>//:</w:t>
            </w:r>
            <w:r>
              <w:t>video</w:t>
            </w:r>
            <w:r w:rsidRPr="00332DB8">
              <w:rPr>
                <w:lang w:val="ru-RU"/>
              </w:rPr>
              <w:t>.</w:t>
            </w:r>
            <w:r>
              <w:t>mail</w:t>
            </w:r>
            <w:r w:rsidRPr="00332DB8">
              <w:rPr>
                <w:lang w:val="ru-RU"/>
              </w:rPr>
              <w:t>.</w:t>
            </w:r>
            <w:r>
              <w:t>ru</w:t>
            </w:r>
            <w:r w:rsidRPr="00332DB8">
              <w:rPr>
                <w:lang w:val="ru-RU"/>
              </w:rPr>
              <w:t>/</w:t>
            </w:r>
            <w:r>
              <w:t>mail</w:t>
            </w:r>
            <w:r w:rsidRPr="00332DB8">
              <w:rPr>
                <w:lang w:val="ru-RU"/>
              </w:rPr>
              <w:t>/</w:t>
            </w:r>
            <w:r>
              <w:t>dzirkalvalentina</w:t>
            </w:r>
            <w:r w:rsidRPr="00332DB8">
              <w:rPr>
                <w:lang w:val="ru-RU"/>
              </w:rPr>
              <w:t xml:space="preserve">/_ </w:t>
            </w:r>
            <w:r>
              <w:t>vfavorites</w:t>
            </w:r>
            <w:r w:rsidRPr="00332DB8">
              <w:rPr>
                <w:lang w:val="ru-RU"/>
              </w:rPr>
              <w:t>/1184.</w:t>
            </w:r>
            <w:r>
              <w:t>html</w:t>
            </w:r>
            <w:r w:rsidRPr="00332DB8">
              <w:rPr>
                <w:lang w:val="ru-RU"/>
              </w:rPr>
              <w:t xml:space="preserve">, продолжительностью </w:t>
            </w:r>
            <w:r>
              <w:t>14 минут 56 секунд (решение Кировского районного суда г. Саратова от 16.07.2014);</w:t>
            </w:r>
          </w:p>
        </w:tc>
        <w:tc>
          <w:tcPr>
            <w:tcW w:w="2880" w:type="dxa"/>
          </w:tcPr>
          <w:p w:rsidR="006F7457" w:rsidRDefault="006F7457"/>
        </w:tc>
      </w:tr>
      <w:tr w:rsidR="006F7457" w:rsidRPr="005A424D">
        <w:tc>
          <w:tcPr>
            <w:tcW w:w="2880" w:type="dxa"/>
          </w:tcPr>
          <w:p w:rsidR="006F7457" w:rsidRDefault="00332DB8">
            <w:r>
              <w:t>2473.</w:t>
            </w:r>
          </w:p>
        </w:tc>
        <w:tc>
          <w:tcPr>
            <w:tcW w:w="2880" w:type="dxa"/>
          </w:tcPr>
          <w:p w:rsidR="006F7457" w:rsidRPr="00332DB8" w:rsidRDefault="00332DB8">
            <w:pPr>
              <w:rPr>
                <w:lang w:val="ru-RU"/>
              </w:rPr>
            </w:pPr>
            <w:r w:rsidRPr="00332DB8">
              <w:rPr>
                <w:lang w:val="ru-RU"/>
              </w:rP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2880" w:type="dxa"/>
          </w:tcPr>
          <w:p w:rsidR="006F7457" w:rsidRPr="00332DB8" w:rsidRDefault="006F7457">
            <w:pPr>
              <w:rPr>
                <w:lang w:val="ru-RU"/>
              </w:rPr>
            </w:pPr>
          </w:p>
        </w:tc>
      </w:tr>
      <w:tr w:rsidR="006F7457" w:rsidRPr="005A424D">
        <w:tc>
          <w:tcPr>
            <w:tcW w:w="2880" w:type="dxa"/>
          </w:tcPr>
          <w:p w:rsidR="006F7457" w:rsidRDefault="00332DB8">
            <w:r>
              <w:t>247</w:t>
            </w:r>
            <w:r>
              <w:lastRenderedPageBreak/>
              <w:t>4.</w:t>
            </w:r>
          </w:p>
        </w:tc>
        <w:tc>
          <w:tcPr>
            <w:tcW w:w="2880" w:type="dxa"/>
          </w:tcPr>
          <w:p w:rsidR="006F7457" w:rsidRPr="00332DB8" w:rsidRDefault="00332DB8">
            <w:pPr>
              <w:rPr>
                <w:lang w:val="ru-RU"/>
              </w:rPr>
            </w:pPr>
            <w:r w:rsidRPr="00332DB8">
              <w:rPr>
                <w:lang w:val="ru-RU"/>
              </w:rPr>
              <w:lastRenderedPageBreak/>
              <w:t>Листовка «Подари себе будущее!»; листовка-стикер «Мне плевать на всех, живу где хочу» (решение Люблинского районного суда г. Москвы от 23.07.2014);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2475.</w:t>
            </w:r>
          </w:p>
        </w:tc>
        <w:tc>
          <w:tcPr>
            <w:tcW w:w="2880" w:type="dxa"/>
          </w:tcPr>
          <w:p w:rsidR="006F7457" w:rsidRPr="00332DB8" w:rsidRDefault="00332DB8">
            <w:pPr>
              <w:rPr>
                <w:lang w:val="ru-RU"/>
              </w:rPr>
            </w:pPr>
            <w:r w:rsidRPr="00332DB8">
              <w:rPr>
                <w:lang w:val="ru-RU"/>
              </w:rPr>
              <w:t xml:space="preserve">Текст песни «Бритоголовые москвички», исполнителем которой является группа «Шмели», размещенной на сайте </w:t>
            </w:r>
            <w:r>
              <w:t>http</w:t>
            </w:r>
            <w:r w:rsidRPr="00332DB8">
              <w:rPr>
                <w:lang w:val="ru-RU"/>
              </w:rPr>
              <w:t>://</w:t>
            </w:r>
            <w:r>
              <w:t>textpesni</w:t>
            </w:r>
            <w:r w:rsidRPr="00332DB8">
              <w:rPr>
                <w:lang w:val="ru-RU"/>
              </w:rPr>
              <w:t>.</w:t>
            </w:r>
            <w:r>
              <w:t>org</w:t>
            </w:r>
            <w:r w:rsidRPr="00332DB8">
              <w:rPr>
                <w:lang w:val="ru-RU"/>
              </w:rPr>
              <w:t xml:space="preserve"> (решение Северного районного суда г. Орла от 30.06.2014);</w:t>
            </w:r>
          </w:p>
        </w:tc>
        <w:tc>
          <w:tcPr>
            <w:tcW w:w="2880" w:type="dxa"/>
          </w:tcPr>
          <w:p w:rsidR="006F7457" w:rsidRPr="00332DB8" w:rsidRDefault="006F7457">
            <w:pPr>
              <w:rPr>
                <w:lang w:val="ru-RU"/>
              </w:rPr>
            </w:pPr>
          </w:p>
        </w:tc>
      </w:tr>
      <w:tr w:rsidR="006F7457">
        <w:tc>
          <w:tcPr>
            <w:tcW w:w="2880" w:type="dxa"/>
          </w:tcPr>
          <w:p w:rsidR="006F7457" w:rsidRDefault="00332DB8">
            <w:r>
              <w:t>2476.</w:t>
            </w:r>
          </w:p>
        </w:tc>
        <w:tc>
          <w:tcPr>
            <w:tcW w:w="2880" w:type="dxa"/>
          </w:tcPr>
          <w:p w:rsidR="006F7457" w:rsidRDefault="00332DB8">
            <w:r w:rsidRPr="00332DB8">
              <w:rPr>
                <w:lang w:val="ru-RU"/>
              </w:rPr>
              <w:t xml:space="preserve">Материалы, опубликованные Мусабековым А.Д. в сети «Интернет» на пользовательской странице в социальной сети «ВКонтакте», расположенной по адресу: </w:t>
            </w:r>
            <w:r>
              <w:t>vk</w:t>
            </w:r>
            <w:r w:rsidRPr="00332DB8">
              <w:rPr>
                <w:lang w:val="ru-RU"/>
              </w:rPr>
              <w:t>.</w:t>
            </w:r>
            <w:r>
              <w:t>com</w:t>
            </w:r>
            <w:r w:rsidRPr="00332DB8">
              <w:rPr>
                <w:lang w:val="ru-RU"/>
              </w:rPr>
              <w:t>/</w:t>
            </w:r>
            <w:r>
              <w:t>id</w:t>
            </w:r>
            <w:r w:rsidRPr="00332DB8">
              <w:rPr>
                <w:lang w:val="ru-RU"/>
              </w:rPr>
              <w:t xml:space="preserve">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w:t>
            </w:r>
            <w:r>
              <w:t>(решение Ковровского городского суда Владимирской области от 28.07.2014);</w:t>
            </w:r>
          </w:p>
        </w:tc>
        <w:tc>
          <w:tcPr>
            <w:tcW w:w="2880" w:type="dxa"/>
          </w:tcPr>
          <w:p w:rsidR="006F7457" w:rsidRDefault="006F7457"/>
        </w:tc>
      </w:tr>
      <w:tr w:rsidR="006F7457" w:rsidRPr="005A424D">
        <w:tc>
          <w:tcPr>
            <w:tcW w:w="2880" w:type="dxa"/>
          </w:tcPr>
          <w:p w:rsidR="006F7457" w:rsidRDefault="00332DB8">
            <w:r>
              <w:t>2477.</w:t>
            </w:r>
          </w:p>
        </w:tc>
        <w:tc>
          <w:tcPr>
            <w:tcW w:w="2880" w:type="dxa"/>
          </w:tcPr>
          <w:p w:rsidR="006F7457" w:rsidRPr="00332DB8" w:rsidRDefault="00332DB8">
            <w:pPr>
              <w:rPr>
                <w:lang w:val="ru-RU"/>
              </w:rPr>
            </w:pPr>
            <w:r w:rsidRPr="00332DB8">
              <w:rPr>
                <w:lang w:val="ru-RU"/>
              </w:rPr>
              <w:t xml:space="preserve">Видеофильм «Как отличить еврея от славянина, Тихомиров М.В. МЫ И ОНИ. </w:t>
            </w:r>
            <w:r>
              <w:t>mp</w:t>
            </w:r>
            <w:r w:rsidRPr="00332DB8">
              <w:rPr>
                <w:lang w:val="ru-RU"/>
              </w:rPr>
              <w:t xml:space="preserve">4», размещенный в сети Интернет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26939759 163595146 (решение Бабушкинского районного суда г. Москвы от 28.05.2014);</w:t>
            </w:r>
          </w:p>
        </w:tc>
        <w:tc>
          <w:tcPr>
            <w:tcW w:w="2880" w:type="dxa"/>
          </w:tcPr>
          <w:p w:rsidR="006F7457" w:rsidRPr="00332DB8" w:rsidRDefault="006F7457">
            <w:pPr>
              <w:rPr>
                <w:lang w:val="ru-RU"/>
              </w:rPr>
            </w:pPr>
          </w:p>
        </w:tc>
      </w:tr>
      <w:tr w:rsidR="006F7457" w:rsidRPr="005A424D">
        <w:tc>
          <w:tcPr>
            <w:tcW w:w="2880" w:type="dxa"/>
          </w:tcPr>
          <w:p w:rsidR="006F7457" w:rsidRDefault="00332DB8">
            <w:r>
              <w:t>2478.</w:t>
            </w:r>
          </w:p>
        </w:tc>
        <w:tc>
          <w:tcPr>
            <w:tcW w:w="2880" w:type="dxa"/>
          </w:tcPr>
          <w:p w:rsidR="006F7457" w:rsidRPr="00332DB8" w:rsidRDefault="00332DB8">
            <w:pPr>
              <w:rPr>
                <w:lang w:val="ru-RU"/>
              </w:rPr>
            </w:pPr>
            <w:r w:rsidRPr="00332DB8">
              <w:rPr>
                <w:lang w:val="ru-RU"/>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2880" w:type="dxa"/>
          </w:tcPr>
          <w:p w:rsidR="006F7457" w:rsidRPr="00332DB8" w:rsidRDefault="006F7457">
            <w:pPr>
              <w:rPr>
                <w:lang w:val="ru-RU"/>
              </w:rPr>
            </w:pPr>
          </w:p>
        </w:tc>
      </w:tr>
      <w:tr w:rsidR="006F7457" w:rsidRPr="005A424D">
        <w:tc>
          <w:tcPr>
            <w:tcW w:w="2880" w:type="dxa"/>
          </w:tcPr>
          <w:p w:rsidR="006F7457" w:rsidRDefault="00332DB8">
            <w:r>
              <w:t>2479.</w:t>
            </w:r>
          </w:p>
        </w:tc>
        <w:tc>
          <w:tcPr>
            <w:tcW w:w="2880" w:type="dxa"/>
          </w:tcPr>
          <w:p w:rsidR="006F7457" w:rsidRPr="00332DB8" w:rsidRDefault="00332DB8">
            <w:pPr>
              <w:rPr>
                <w:lang w:val="ru-RU"/>
              </w:rPr>
            </w:pPr>
            <w:r w:rsidRPr="00332DB8">
              <w:rPr>
                <w:lang w:val="ru-RU"/>
              </w:rPr>
              <w:t>Видеоматериал «Русский муджахид» (решение Орджоникидзевского районного суда г. Магнитогорска Челябинской области от 17.07.2014);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2480.</w:t>
            </w:r>
          </w:p>
        </w:tc>
        <w:tc>
          <w:tcPr>
            <w:tcW w:w="2880" w:type="dxa"/>
          </w:tcPr>
          <w:p w:rsidR="006F7457" w:rsidRPr="00332DB8" w:rsidRDefault="00332DB8">
            <w:pPr>
              <w:rPr>
                <w:lang w:val="ru-RU"/>
              </w:rPr>
            </w:pPr>
            <w:r w:rsidRPr="00332DB8">
              <w:rPr>
                <w:lang w:val="ru-RU"/>
              </w:rPr>
              <w:t xml:space="preserve">Информационный материал – Интернет-сайт </w:t>
            </w:r>
            <w:r>
              <w:t>www</w:t>
            </w:r>
            <w:r w:rsidRPr="00332DB8">
              <w:rPr>
                <w:lang w:val="ru-RU"/>
              </w:rPr>
              <w:t>.</w:t>
            </w:r>
            <w:r>
              <w:t>kavkaznews</w:t>
            </w:r>
            <w:r w:rsidRPr="00332DB8">
              <w:rPr>
                <w:lang w:val="ru-RU"/>
              </w:rPr>
              <w:t>.</w:t>
            </w:r>
            <w:r>
              <w:t>overblog</w:t>
            </w:r>
            <w:r w:rsidRPr="00332DB8">
              <w:rPr>
                <w:lang w:val="ru-RU"/>
              </w:rPr>
              <w:t>.</w:t>
            </w:r>
            <w:r>
              <w:t>com</w:t>
            </w:r>
            <w:r w:rsidRPr="00332DB8">
              <w:rPr>
                <w:lang w:val="ru-RU"/>
              </w:rPr>
              <w:t xml:space="preserve"> (решение Красноармейского районного суда г. Волгограда от 28.07.2014);</w:t>
            </w:r>
          </w:p>
        </w:tc>
        <w:tc>
          <w:tcPr>
            <w:tcW w:w="2880" w:type="dxa"/>
          </w:tcPr>
          <w:p w:rsidR="006F7457" w:rsidRPr="00332DB8" w:rsidRDefault="006F7457">
            <w:pPr>
              <w:rPr>
                <w:lang w:val="ru-RU"/>
              </w:rPr>
            </w:pPr>
          </w:p>
        </w:tc>
      </w:tr>
      <w:tr w:rsidR="006F7457" w:rsidRPr="005A424D">
        <w:tc>
          <w:tcPr>
            <w:tcW w:w="2880" w:type="dxa"/>
          </w:tcPr>
          <w:p w:rsidR="006F7457" w:rsidRDefault="00332DB8">
            <w:r>
              <w:t>2481.</w:t>
            </w:r>
          </w:p>
        </w:tc>
        <w:tc>
          <w:tcPr>
            <w:tcW w:w="2880" w:type="dxa"/>
          </w:tcPr>
          <w:p w:rsidR="006F7457" w:rsidRPr="00332DB8" w:rsidRDefault="00332DB8">
            <w:pPr>
              <w:rPr>
                <w:lang w:val="ru-RU"/>
              </w:rPr>
            </w:pPr>
            <w:r w:rsidRPr="00332DB8">
              <w:rPr>
                <w:lang w:val="ru-RU"/>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2880" w:type="dxa"/>
          </w:tcPr>
          <w:p w:rsidR="006F7457" w:rsidRPr="00332DB8" w:rsidRDefault="006F7457">
            <w:pPr>
              <w:rPr>
                <w:lang w:val="ru-RU"/>
              </w:rPr>
            </w:pPr>
          </w:p>
        </w:tc>
      </w:tr>
      <w:tr w:rsidR="006F7457" w:rsidRPr="005A424D">
        <w:tc>
          <w:tcPr>
            <w:tcW w:w="2880" w:type="dxa"/>
          </w:tcPr>
          <w:p w:rsidR="006F7457" w:rsidRDefault="00332DB8">
            <w:r>
              <w:t>2482.</w:t>
            </w:r>
          </w:p>
        </w:tc>
        <w:tc>
          <w:tcPr>
            <w:tcW w:w="2880" w:type="dxa"/>
          </w:tcPr>
          <w:p w:rsidR="006F7457" w:rsidRPr="00332DB8" w:rsidRDefault="00332DB8">
            <w:pPr>
              <w:rPr>
                <w:lang w:val="ru-RU"/>
              </w:rPr>
            </w:pPr>
            <w:r w:rsidRPr="00332DB8">
              <w:rPr>
                <w:lang w:val="ru-RU"/>
              </w:rPr>
              <w:t xml:space="preserve">Информационная видеозапись: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31822214_1635333727 «скины какие они есть», размещенная в телекоммуникационной сети Интернет в социальной сети «В контакте» «Александр Лысюк» на сайте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31822214 (решение Бабаевского районного суда Вологодской области от 30.07.2014);</w:t>
            </w:r>
          </w:p>
        </w:tc>
        <w:tc>
          <w:tcPr>
            <w:tcW w:w="2880" w:type="dxa"/>
          </w:tcPr>
          <w:p w:rsidR="006F7457" w:rsidRPr="00332DB8" w:rsidRDefault="006F7457">
            <w:pPr>
              <w:rPr>
                <w:lang w:val="ru-RU"/>
              </w:rPr>
            </w:pPr>
          </w:p>
        </w:tc>
      </w:tr>
      <w:tr w:rsidR="006F7457" w:rsidRPr="005A424D">
        <w:tc>
          <w:tcPr>
            <w:tcW w:w="2880" w:type="dxa"/>
          </w:tcPr>
          <w:p w:rsidR="006F7457" w:rsidRDefault="00332DB8">
            <w:r>
              <w:t>2483.</w:t>
            </w:r>
          </w:p>
        </w:tc>
        <w:tc>
          <w:tcPr>
            <w:tcW w:w="2880" w:type="dxa"/>
          </w:tcPr>
          <w:p w:rsidR="006F7457" w:rsidRPr="00332DB8" w:rsidRDefault="00332DB8">
            <w:pPr>
              <w:rPr>
                <w:lang w:val="ru-RU"/>
              </w:rPr>
            </w:pPr>
            <w:r w:rsidRPr="00332DB8">
              <w:rPr>
                <w:lang w:val="ru-RU"/>
              </w:rPr>
              <w:t xml:space="preserve">Статья «Россия была предупреждена», размещенная на странице </w:t>
            </w:r>
            <w:r>
              <w:t>http</w:t>
            </w:r>
            <w:r w:rsidRPr="00332DB8">
              <w:rPr>
                <w:lang w:val="ru-RU"/>
              </w:rPr>
              <w:t>://</w:t>
            </w:r>
            <w:r>
              <w:t>vdagestan</w:t>
            </w:r>
            <w:r w:rsidRPr="00332DB8">
              <w:rPr>
                <w:lang w:val="ru-RU"/>
              </w:rPr>
              <w:t>.</w:t>
            </w:r>
            <w:r>
              <w:t>com</w:t>
            </w:r>
            <w:r w:rsidRPr="00332DB8">
              <w:rPr>
                <w:lang w:val="ru-RU"/>
              </w:rPr>
              <w:t>/</w:t>
            </w:r>
            <w:r>
              <w:t>rossiva</w:t>
            </w:r>
            <w:r w:rsidRPr="00332DB8">
              <w:rPr>
                <w:lang w:val="ru-RU"/>
              </w:rPr>
              <w:t>-</w:t>
            </w:r>
            <w:r>
              <w:t>bvla</w:t>
            </w:r>
            <w:r w:rsidRPr="00332DB8">
              <w:rPr>
                <w:lang w:val="ru-RU"/>
              </w:rPr>
              <w:t>-</w:t>
            </w:r>
            <w:r>
              <w:t>preduprezhdena</w:t>
            </w:r>
            <w:r w:rsidRPr="00332DB8">
              <w:rPr>
                <w:lang w:val="ru-RU"/>
              </w:rPr>
              <w:t>.</w:t>
            </w:r>
            <w:r>
              <w:t>diihad</w:t>
            </w:r>
            <w:r w:rsidRPr="00332DB8">
              <w:rPr>
                <w:lang w:val="ru-RU"/>
              </w:rPr>
              <w:t xml:space="preserve"> на сайте </w:t>
            </w:r>
            <w:r>
              <w:t>http</w:t>
            </w:r>
            <w:r w:rsidRPr="00332DB8">
              <w:rPr>
                <w:lang w:val="ru-RU"/>
              </w:rPr>
              <w:t>://</w:t>
            </w:r>
            <w:r>
              <w:t>vdagestan</w:t>
            </w:r>
            <w:r w:rsidRPr="00332DB8">
              <w:rPr>
                <w:lang w:val="ru-RU"/>
              </w:rPr>
              <w:t>.</w:t>
            </w:r>
            <w:r>
              <w:t>com</w:t>
            </w:r>
            <w:r w:rsidRPr="00332DB8">
              <w:rPr>
                <w:lang w:val="ru-RU"/>
              </w:rPr>
              <w:t xml:space="preserve"> в Информационно-телекоммуникационной сети «Интернет» (решение Советского районного суда г. Махачкалы Республики Дагестан от 08.04.2014);</w:t>
            </w:r>
          </w:p>
        </w:tc>
        <w:tc>
          <w:tcPr>
            <w:tcW w:w="2880" w:type="dxa"/>
          </w:tcPr>
          <w:p w:rsidR="006F7457" w:rsidRPr="00332DB8" w:rsidRDefault="006F7457">
            <w:pPr>
              <w:rPr>
                <w:lang w:val="ru-RU"/>
              </w:rPr>
            </w:pPr>
          </w:p>
        </w:tc>
      </w:tr>
      <w:tr w:rsidR="006F7457" w:rsidRPr="005A424D">
        <w:tc>
          <w:tcPr>
            <w:tcW w:w="2880" w:type="dxa"/>
          </w:tcPr>
          <w:p w:rsidR="006F7457" w:rsidRDefault="00332DB8">
            <w:r>
              <w:t>2484.</w:t>
            </w:r>
          </w:p>
        </w:tc>
        <w:tc>
          <w:tcPr>
            <w:tcW w:w="2880" w:type="dxa"/>
          </w:tcPr>
          <w:p w:rsidR="006F7457" w:rsidRPr="00332DB8" w:rsidRDefault="00332DB8">
            <w:pPr>
              <w:rPr>
                <w:lang w:val="ru-RU"/>
              </w:rPr>
            </w:pPr>
            <w:r w:rsidRPr="00332DB8">
              <w:rPr>
                <w:lang w:val="ru-RU"/>
              </w:rPr>
              <w:t>Видеофонограмма «</w:t>
            </w:r>
            <w:r>
              <w:t>NS</w:t>
            </w:r>
            <w:r w:rsidRPr="00332DB8">
              <w:rPr>
                <w:lang w:val="ru-RU"/>
              </w:rPr>
              <w:t>-</w:t>
            </w:r>
            <w:r>
              <w:t>WP</w:t>
            </w:r>
            <w:r w:rsidRPr="00332DB8">
              <w:rPr>
                <w:lang w:val="ru-RU"/>
              </w:rPr>
              <w:t xml:space="preserve"> Прямое действие клип», размещенный в сети Интернет на сайте «</w:t>
            </w:r>
            <w:r>
              <w:t>http</w:t>
            </w:r>
            <w:r w:rsidRPr="00332DB8">
              <w:rPr>
                <w:lang w:val="ru-RU"/>
              </w:rPr>
              <w:t>://</w:t>
            </w:r>
            <w:r>
              <w:t>vk</w:t>
            </w:r>
            <w:r w:rsidRPr="00332DB8">
              <w:rPr>
                <w:lang w:val="ru-RU"/>
              </w:rPr>
              <w:t>.</w:t>
            </w:r>
            <w:r>
              <w:t>com</w:t>
            </w:r>
            <w:r w:rsidRPr="00332DB8">
              <w:rPr>
                <w:lang w:val="ru-RU"/>
              </w:rPr>
              <w:t>» общей продолжительностью 5:46 минут, в учетной записи пользователя «Дмитрий Барышев» (</w:t>
            </w:r>
            <w:r>
              <w:t>http</w:t>
            </w:r>
            <w:r w:rsidRPr="00332DB8">
              <w:rPr>
                <w:lang w:val="ru-RU"/>
              </w:rPr>
              <w:t>://</w:t>
            </w:r>
            <w:r>
              <w:t>vk</w:t>
            </w:r>
            <w:r w:rsidRPr="00332DB8">
              <w:rPr>
                <w:lang w:val="ru-RU"/>
              </w:rPr>
              <w:t>.</w:t>
            </w:r>
            <w:r>
              <w:t>com</w:t>
            </w:r>
            <w:r w:rsidRPr="00332DB8">
              <w:rPr>
                <w:lang w:val="ru-RU"/>
              </w:rPr>
              <w:t>/</w:t>
            </w:r>
            <w:r>
              <w:t>id</w:t>
            </w:r>
            <w:r w:rsidRPr="00332DB8">
              <w:rPr>
                <w:lang w:val="ru-RU"/>
              </w:rPr>
              <w:t>42846847) (решение Центрального районного суда г. Кемерово от 03.06.2014);</w:t>
            </w:r>
          </w:p>
        </w:tc>
        <w:tc>
          <w:tcPr>
            <w:tcW w:w="2880" w:type="dxa"/>
          </w:tcPr>
          <w:p w:rsidR="006F7457" w:rsidRPr="00332DB8" w:rsidRDefault="006F7457">
            <w:pPr>
              <w:rPr>
                <w:lang w:val="ru-RU"/>
              </w:rPr>
            </w:pPr>
          </w:p>
        </w:tc>
      </w:tr>
      <w:tr w:rsidR="006F7457" w:rsidRPr="005A424D">
        <w:tc>
          <w:tcPr>
            <w:tcW w:w="2880" w:type="dxa"/>
          </w:tcPr>
          <w:p w:rsidR="006F7457" w:rsidRDefault="00332DB8">
            <w:r>
              <w:t>248</w:t>
            </w:r>
            <w:r>
              <w:lastRenderedPageBreak/>
              <w:t>5.</w:t>
            </w:r>
          </w:p>
        </w:tc>
        <w:tc>
          <w:tcPr>
            <w:tcW w:w="2880" w:type="dxa"/>
          </w:tcPr>
          <w:p w:rsidR="006F7457" w:rsidRPr="00332DB8" w:rsidRDefault="00332DB8">
            <w:pPr>
              <w:rPr>
                <w:lang w:val="ru-RU"/>
              </w:rPr>
            </w:pPr>
            <w:r w:rsidRPr="00332DB8">
              <w:rPr>
                <w:lang w:val="ru-RU"/>
              </w:rPr>
              <w:lastRenderedPageBreak/>
              <w:t>Фразы (тексты), обнаруженные в социальной сети «Вконтакте» под зарегистрированными учетными записями «Дэнвер Последний-Динозавр» (</w:t>
            </w:r>
            <w:r>
              <w:t>vk</w:t>
            </w:r>
            <w:r w:rsidRPr="00332DB8">
              <w:rPr>
                <w:lang w:val="ru-RU"/>
              </w:rPr>
              <w:t>.</w:t>
            </w:r>
            <w:r>
              <w:t>com</w:t>
            </w:r>
            <w:r w:rsidRPr="00332DB8">
              <w:rPr>
                <w:lang w:val="ru-RU"/>
              </w:rPr>
              <w:t>/</w:t>
            </w:r>
            <w:r>
              <w:t>id</w:t>
            </w:r>
            <w:r w:rsidRPr="00332DB8">
              <w:rPr>
                <w:lang w:val="ru-RU"/>
              </w:rPr>
              <w:t>182453896), «Батожаргал Норбоев» (</w:t>
            </w:r>
            <w:r>
              <w:t>vk</w:t>
            </w:r>
            <w:r w:rsidRPr="00332DB8">
              <w:rPr>
                <w:lang w:val="ru-RU"/>
              </w:rPr>
              <w:t>.</w:t>
            </w:r>
            <w:r>
              <w:t>com</w:t>
            </w:r>
            <w:r w:rsidRPr="00332DB8">
              <w:rPr>
                <w:lang w:val="ru-RU"/>
              </w:rPr>
              <w:t>/</w:t>
            </w:r>
            <w:r>
              <w:t>id</w:t>
            </w:r>
            <w:r w:rsidRPr="00332DB8">
              <w:rPr>
                <w:lang w:val="ru-RU"/>
              </w:rPr>
              <w:t xml:space="preserve">109077181) информационно-телекоммуникационной сети Интернет: сообщение, опубликованное 14.03.2012 года, начиная </w:t>
            </w:r>
            <w:r w:rsidRPr="00332DB8">
              <w:rPr>
                <w:lang w:val="ru-RU"/>
              </w:rPr>
              <w:lastRenderedPageBreak/>
              <w:t>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2486.</w:t>
            </w:r>
          </w:p>
        </w:tc>
        <w:tc>
          <w:tcPr>
            <w:tcW w:w="2880" w:type="dxa"/>
          </w:tcPr>
          <w:p w:rsidR="006F7457" w:rsidRPr="00332DB8" w:rsidRDefault="00332DB8">
            <w:pPr>
              <w:rPr>
                <w:lang w:val="ru-RU"/>
              </w:rPr>
            </w:pPr>
            <w:r w:rsidRPr="00332DB8">
              <w:rPr>
                <w:lang w:val="ru-RU"/>
              </w:rPr>
              <w:t>Размещенный Евстафьевым П…С… в социальной сети «</w:t>
            </w:r>
            <w:r>
              <w:t>http</w:t>
            </w:r>
            <w:r w:rsidRPr="00332DB8">
              <w:rPr>
                <w:lang w:val="ru-RU"/>
              </w:rPr>
              <w:t>://</w:t>
            </w:r>
            <w:r>
              <w:t>vkontakte</w:t>
            </w:r>
            <w:r w:rsidRPr="00332DB8">
              <w:rPr>
                <w:lang w:val="ru-RU"/>
              </w:rPr>
              <w:t>.</w:t>
            </w:r>
            <w:r>
              <w:t>ru</w:t>
            </w:r>
            <w:r w:rsidRPr="00332DB8">
              <w:rPr>
                <w:lang w:val="ru-RU"/>
              </w:rPr>
              <w:t xml:space="preserve">» на Интернет-странице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6693858 аудиоматериал «</w:t>
            </w:r>
            <w:r>
              <w:t>The</w:t>
            </w:r>
            <w:r w:rsidRPr="00332DB8">
              <w:rPr>
                <w:lang w:val="ru-RU"/>
              </w:rPr>
              <w:t xml:space="preserve"> Киборг – Бритый и злой» (размером 2,97 МБ) (решение Псковского городского суда Псковской области от 23.07.2014);</w:t>
            </w:r>
          </w:p>
        </w:tc>
        <w:tc>
          <w:tcPr>
            <w:tcW w:w="2880" w:type="dxa"/>
          </w:tcPr>
          <w:p w:rsidR="006F7457" w:rsidRPr="00332DB8" w:rsidRDefault="006F7457">
            <w:pPr>
              <w:rPr>
                <w:lang w:val="ru-RU"/>
              </w:rPr>
            </w:pPr>
          </w:p>
        </w:tc>
      </w:tr>
      <w:tr w:rsidR="006F7457" w:rsidRPr="005A424D">
        <w:tc>
          <w:tcPr>
            <w:tcW w:w="2880" w:type="dxa"/>
          </w:tcPr>
          <w:p w:rsidR="006F7457" w:rsidRDefault="00332DB8">
            <w:r>
              <w:t>2487.</w:t>
            </w:r>
          </w:p>
        </w:tc>
        <w:tc>
          <w:tcPr>
            <w:tcW w:w="2880" w:type="dxa"/>
          </w:tcPr>
          <w:p w:rsidR="006F7457" w:rsidRPr="00332DB8" w:rsidRDefault="00332DB8">
            <w:pPr>
              <w:rPr>
                <w:lang w:val="ru-RU"/>
              </w:rPr>
            </w:pPr>
            <w:r w:rsidRPr="00332DB8">
              <w:rPr>
                <w:lang w:val="ru-RU"/>
              </w:rPr>
              <w:t>Материал, содержащийся в видеоролике «Наставление сестер» продолжительностью 13 минут 39 секунд, размещенный в сети Интернет по адресам: «</w:t>
            </w:r>
            <w:r>
              <w:t>http</w:t>
            </w:r>
            <w:r w:rsidRPr="00332DB8">
              <w:rPr>
                <w:lang w:val="ru-RU"/>
              </w:rPr>
              <w:t>://</w:t>
            </w:r>
            <w:r>
              <w:t>vk</w:t>
            </w:r>
            <w:r w:rsidRPr="00332DB8">
              <w:rPr>
                <w:lang w:val="ru-RU"/>
              </w:rPr>
              <w:t>.</w:t>
            </w:r>
            <w:r>
              <w:t>com</w:t>
            </w:r>
            <w:r w:rsidRPr="00332DB8">
              <w:rPr>
                <w:lang w:val="ru-RU"/>
              </w:rPr>
              <w:t>/</w:t>
            </w:r>
            <w:r>
              <w:t>zagadka</w:t>
            </w:r>
            <w:r w:rsidRPr="00332DB8">
              <w:rPr>
                <w:lang w:val="ru-RU"/>
              </w:rPr>
              <w:t>_01»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105595466), </w:t>
            </w:r>
            <w:r>
              <w:t>http</w:t>
            </w:r>
            <w:r w:rsidRPr="00332DB8">
              <w:rPr>
                <w:lang w:val="ru-RU"/>
              </w:rPr>
              <w:t>://</w:t>
            </w:r>
            <w:r>
              <w:t>vk</w:t>
            </w:r>
            <w:r w:rsidRPr="00332DB8">
              <w:rPr>
                <w:lang w:val="ru-RU"/>
              </w:rPr>
              <w:t>.</w:t>
            </w:r>
            <w:r>
              <w:t>com</w:t>
            </w:r>
            <w:r w:rsidRPr="00332DB8">
              <w:rPr>
                <w:lang w:val="ru-RU"/>
              </w:rPr>
              <w:t>/</w:t>
            </w:r>
            <w:r>
              <w:t>muslimafisabillah</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videos</w:t>
            </w:r>
            <w:r w:rsidRPr="00332DB8">
              <w:rPr>
                <w:lang w:val="ru-RU"/>
              </w:rPr>
              <w:t>-24525222&amp;</w:t>
            </w:r>
            <w:r>
              <w:t>z</w:t>
            </w:r>
            <w:r w:rsidRPr="00332DB8">
              <w:rPr>
                <w:lang w:val="ru-RU"/>
              </w:rPr>
              <w:t>=</w:t>
            </w:r>
            <w:r>
              <w:t>video</w:t>
            </w:r>
            <w:r w:rsidRPr="00332DB8">
              <w:rPr>
                <w:lang w:val="ru-RU"/>
              </w:rPr>
              <w:t>-24525222_160135484%2</w:t>
            </w:r>
            <w:r>
              <w:t>Fclub</w:t>
            </w:r>
            <w:r w:rsidRPr="00332DB8">
              <w:rPr>
                <w:lang w:val="ru-RU"/>
              </w:rPr>
              <w:t>24525222/ (решение Заволжского районного суда г. Ульяновска от 20.06.2014);</w:t>
            </w:r>
          </w:p>
        </w:tc>
        <w:tc>
          <w:tcPr>
            <w:tcW w:w="2880" w:type="dxa"/>
          </w:tcPr>
          <w:p w:rsidR="006F7457" w:rsidRPr="00332DB8" w:rsidRDefault="006F7457">
            <w:pPr>
              <w:rPr>
                <w:lang w:val="ru-RU"/>
              </w:rPr>
            </w:pPr>
          </w:p>
        </w:tc>
      </w:tr>
      <w:tr w:rsidR="006F7457" w:rsidRPr="005A424D">
        <w:tc>
          <w:tcPr>
            <w:tcW w:w="2880" w:type="dxa"/>
          </w:tcPr>
          <w:p w:rsidR="006F7457" w:rsidRDefault="00332DB8">
            <w:r>
              <w:t>2488.</w:t>
            </w:r>
          </w:p>
        </w:tc>
        <w:tc>
          <w:tcPr>
            <w:tcW w:w="2880" w:type="dxa"/>
          </w:tcPr>
          <w:p w:rsidR="006F7457" w:rsidRPr="00332DB8" w:rsidRDefault="00332DB8">
            <w:pPr>
              <w:rPr>
                <w:lang w:val="ru-RU"/>
              </w:rPr>
            </w:pPr>
            <w:r w:rsidRPr="00332DB8">
              <w:rPr>
                <w:lang w:val="ru-RU"/>
              </w:rPr>
              <w:t xml:space="preserve">Интернет-ресурс, расположенный по адресу: </w:t>
            </w:r>
            <w:r>
              <w:t>http</w:t>
            </w:r>
            <w:r w:rsidRPr="00332DB8">
              <w:rPr>
                <w:lang w:val="ru-RU"/>
              </w:rPr>
              <w:t>://</w:t>
            </w:r>
            <w:r>
              <w:t>al</w:t>
            </w:r>
            <w:r w:rsidRPr="00332DB8">
              <w:rPr>
                <w:lang w:val="ru-RU"/>
              </w:rPr>
              <w:t>-</w:t>
            </w:r>
            <w:r>
              <w:t>wayi</w:t>
            </w:r>
            <w:r w:rsidRPr="00332DB8">
              <w:rPr>
                <w:lang w:val="ru-RU"/>
              </w:rPr>
              <w:t>.</w:t>
            </w:r>
            <w:r>
              <w:t>org</w:t>
            </w:r>
            <w:r w:rsidRPr="00332DB8">
              <w:rPr>
                <w:lang w:val="ru-RU"/>
              </w:rPr>
              <w:t>/ (решение Ленинского районного суда г. Кирова от 28.07.2014);</w:t>
            </w:r>
          </w:p>
        </w:tc>
        <w:tc>
          <w:tcPr>
            <w:tcW w:w="2880" w:type="dxa"/>
          </w:tcPr>
          <w:p w:rsidR="006F7457" w:rsidRPr="00332DB8" w:rsidRDefault="006F7457">
            <w:pPr>
              <w:rPr>
                <w:lang w:val="ru-RU"/>
              </w:rPr>
            </w:pPr>
          </w:p>
        </w:tc>
      </w:tr>
      <w:tr w:rsidR="006F7457" w:rsidRPr="005A424D">
        <w:tc>
          <w:tcPr>
            <w:tcW w:w="2880" w:type="dxa"/>
          </w:tcPr>
          <w:p w:rsidR="006F7457" w:rsidRDefault="00332DB8">
            <w:r>
              <w:t>24</w:t>
            </w:r>
            <w:r>
              <w:lastRenderedPageBreak/>
              <w:t>89.</w:t>
            </w:r>
          </w:p>
        </w:tc>
        <w:tc>
          <w:tcPr>
            <w:tcW w:w="2880" w:type="dxa"/>
          </w:tcPr>
          <w:p w:rsidR="006F7457" w:rsidRPr="00332DB8" w:rsidRDefault="00332DB8">
            <w:pPr>
              <w:rPr>
                <w:lang w:val="ru-RU"/>
              </w:rPr>
            </w:pPr>
            <w:r w:rsidRPr="00332DB8">
              <w:rPr>
                <w:lang w:val="ru-RU"/>
              </w:rPr>
              <w:lastRenderedPageBreak/>
              <w:t xml:space="preserve">Видеоматериал «Григорий Климов «Красная Каббала». Лек.3, ч.1», размещенный в сети «Интернет» по электронному адресу: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KUn</w:t>
            </w:r>
            <w:r w:rsidRPr="00332DB8">
              <w:rPr>
                <w:lang w:val="ru-RU"/>
              </w:rPr>
              <w:t>3</w:t>
            </w:r>
            <w:r>
              <w:t>zAxefWs</w:t>
            </w:r>
            <w:r w:rsidRPr="00332DB8">
              <w:rPr>
                <w:lang w:val="ru-RU"/>
              </w:rPr>
              <w:t xml:space="preserve"> (решение Кировского районного суда города </w:t>
            </w:r>
            <w:r w:rsidRPr="00332DB8">
              <w:rPr>
                <w:lang w:val="ru-RU"/>
              </w:rPr>
              <w:lastRenderedPageBreak/>
              <w:t>Санкт-Петербурга от 19.06.2014);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2490.</w:t>
            </w:r>
          </w:p>
        </w:tc>
        <w:tc>
          <w:tcPr>
            <w:tcW w:w="2880" w:type="dxa"/>
          </w:tcPr>
          <w:p w:rsidR="006F7457" w:rsidRPr="00332DB8" w:rsidRDefault="00332DB8">
            <w:pPr>
              <w:rPr>
                <w:lang w:val="ru-RU"/>
              </w:rPr>
            </w:pPr>
            <w:r w:rsidRPr="00332DB8">
              <w:rPr>
                <w:lang w:val="ru-RU"/>
              </w:rPr>
              <w:t>Информация, аккумулируемая в группе с наименованием «</w:t>
            </w:r>
            <w:r>
              <w:t>SATAN</w:t>
            </w:r>
            <w:r w:rsidRPr="00332DB8">
              <w:rPr>
                <w:lang w:val="ru-RU"/>
              </w:rPr>
              <w:t xml:space="preserve"> </w:t>
            </w:r>
            <w:r>
              <w:t>POWER</w:t>
            </w:r>
            <w:r w:rsidRPr="00332DB8">
              <w:rPr>
                <w:lang w:val="ru-RU"/>
              </w:rPr>
              <w:t xml:space="preserve">», размещенная в сети Интернет на сайте «ВКонтакте» по электронному адресу: </w:t>
            </w:r>
            <w:r>
              <w:t>http</w:t>
            </w:r>
            <w:r w:rsidRPr="00332DB8">
              <w:rPr>
                <w:lang w:val="ru-RU"/>
              </w:rPr>
              <w:t>://</w:t>
            </w:r>
            <w:r>
              <w:t>vk</w:t>
            </w:r>
            <w:r w:rsidRPr="00332DB8">
              <w:rPr>
                <w:lang w:val="ru-RU"/>
              </w:rPr>
              <w:t>.</w:t>
            </w:r>
            <w:r>
              <w:t>com</w:t>
            </w:r>
            <w:r w:rsidRPr="00332DB8">
              <w:rPr>
                <w:lang w:val="ru-RU"/>
              </w:rPr>
              <w:t>/</w:t>
            </w:r>
            <w:r>
              <w:t>satanpower</w:t>
            </w:r>
            <w:r w:rsidRPr="00332DB8">
              <w:rPr>
                <w:lang w:val="ru-RU"/>
              </w:rPr>
              <w:t xml:space="preserve"> (решение Колпинского районного суда города Санкт-Петербурга от 23.06.2014);</w:t>
            </w:r>
          </w:p>
        </w:tc>
        <w:tc>
          <w:tcPr>
            <w:tcW w:w="2880" w:type="dxa"/>
          </w:tcPr>
          <w:p w:rsidR="006F7457" w:rsidRPr="00332DB8" w:rsidRDefault="006F7457">
            <w:pPr>
              <w:rPr>
                <w:lang w:val="ru-RU"/>
              </w:rPr>
            </w:pPr>
          </w:p>
        </w:tc>
      </w:tr>
      <w:tr w:rsidR="006F7457" w:rsidRPr="005A424D">
        <w:tc>
          <w:tcPr>
            <w:tcW w:w="2880" w:type="dxa"/>
          </w:tcPr>
          <w:p w:rsidR="006F7457" w:rsidRDefault="00332DB8">
            <w:r>
              <w:t>2491.</w:t>
            </w:r>
          </w:p>
        </w:tc>
        <w:tc>
          <w:tcPr>
            <w:tcW w:w="2880" w:type="dxa"/>
          </w:tcPr>
          <w:p w:rsidR="006F7457" w:rsidRPr="00332DB8" w:rsidRDefault="00332DB8">
            <w:pPr>
              <w:rPr>
                <w:lang w:val="ru-RU"/>
              </w:rPr>
            </w:pPr>
            <w:r w:rsidRPr="00332DB8">
              <w:rPr>
                <w:lang w:val="ru-RU"/>
              </w:rPr>
              <w:t>Видеоматериал, обнаруженный в глобальной телекоммуникационной сети Интернет на сайте социальной сети «</w:t>
            </w:r>
            <w:r>
              <w:t>YouTube</w:t>
            </w:r>
            <w:r w:rsidRPr="00332DB8">
              <w:rPr>
                <w:lang w:val="ru-RU"/>
              </w:rPr>
              <w:t xml:space="preserve">» под названием «Эллина Ильенко»,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tKLkCB</w:t>
            </w:r>
            <w:r w:rsidRPr="00332DB8">
              <w:rPr>
                <w:lang w:val="ru-RU"/>
              </w:rPr>
              <w:t>2</w:t>
            </w:r>
            <w:r>
              <w:t>sG</w:t>
            </w:r>
            <w:r w:rsidRPr="00332DB8">
              <w:rPr>
                <w:lang w:val="ru-RU"/>
              </w:rPr>
              <w:t>5</w:t>
            </w:r>
            <w:r>
              <w:t>w</w:t>
            </w:r>
            <w:r w:rsidRPr="00332DB8">
              <w:rPr>
                <w:lang w:val="ru-RU"/>
              </w:rPr>
              <w:t xml:space="preserve"> (решение Черкесского городского суда Карачаево-Черкесской Республики от 07.07.2014);</w:t>
            </w:r>
          </w:p>
        </w:tc>
        <w:tc>
          <w:tcPr>
            <w:tcW w:w="2880" w:type="dxa"/>
          </w:tcPr>
          <w:p w:rsidR="006F7457" w:rsidRPr="00332DB8" w:rsidRDefault="006F7457">
            <w:pPr>
              <w:rPr>
                <w:lang w:val="ru-RU"/>
              </w:rPr>
            </w:pPr>
          </w:p>
        </w:tc>
      </w:tr>
      <w:tr w:rsidR="006F7457" w:rsidRPr="005A424D">
        <w:tc>
          <w:tcPr>
            <w:tcW w:w="2880" w:type="dxa"/>
          </w:tcPr>
          <w:p w:rsidR="006F7457" w:rsidRDefault="00332DB8">
            <w:r>
              <w:t>2492.</w:t>
            </w:r>
          </w:p>
        </w:tc>
        <w:tc>
          <w:tcPr>
            <w:tcW w:w="2880" w:type="dxa"/>
          </w:tcPr>
          <w:p w:rsidR="006F7457" w:rsidRPr="00332DB8" w:rsidRDefault="00332DB8">
            <w:pPr>
              <w:rPr>
                <w:lang w:val="ru-RU"/>
              </w:rPr>
            </w:pPr>
            <w:r w:rsidRPr="00332DB8">
              <w:rPr>
                <w:lang w:val="ru-RU"/>
              </w:rPr>
              <w:t>Видеоролик «Сулейман аль-,Ульун: «Мы умрем для шахады», размещенный в глобальной телекоммуникационной сети Интернет на сайте социальной сети «</w:t>
            </w:r>
            <w:r>
              <w:t>VK</w:t>
            </w:r>
            <w:r w:rsidRPr="00332DB8">
              <w:rPr>
                <w:lang w:val="ru-RU"/>
              </w:rPr>
              <w:t xml:space="preserve">» на странице пользователя под ником «Амина Аль-Къ,арачай»,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194074157 (решение Черкесского городского суда Карачаево-Черкесской Республики от 07.07.2014);</w:t>
            </w:r>
          </w:p>
        </w:tc>
        <w:tc>
          <w:tcPr>
            <w:tcW w:w="2880" w:type="dxa"/>
          </w:tcPr>
          <w:p w:rsidR="006F7457" w:rsidRPr="00332DB8" w:rsidRDefault="006F7457">
            <w:pPr>
              <w:rPr>
                <w:lang w:val="ru-RU"/>
              </w:rPr>
            </w:pPr>
          </w:p>
        </w:tc>
      </w:tr>
      <w:tr w:rsidR="006F7457">
        <w:tc>
          <w:tcPr>
            <w:tcW w:w="2880" w:type="dxa"/>
          </w:tcPr>
          <w:p w:rsidR="006F7457" w:rsidRDefault="00332DB8">
            <w:r>
              <w:t>2493.</w:t>
            </w:r>
          </w:p>
        </w:tc>
        <w:tc>
          <w:tcPr>
            <w:tcW w:w="2880" w:type="dxa"/>
          </w:tcPr>
          <w:p w:rsidR="006F7457" w:rsidRDefault="00332DB8">
            <w: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2880" w:type="dxa"/>
          </w:tcPr>
          <w:p w:rsidR="006F7457" w:rsidRDefault="006F7457"/>
        </w:tc>
      </w:tr>
      <w:tr w:rsidR="006F7457" w:rsidRPr="005A424D">
        <w:tc>
          <w:tcPr>
            <w:tcW w:w="2880" w:type="dxa"/>
          </w:tcPr>
          <w:p w:rsidR="006F7457" w:rsidRDefault="00332DB8">
            <w:r>
              <w:t>249</w:t>
            </w:r>
            <w:r>
              <w:lastRenderedPageBreak/>
              <w:t>4.</w:t>
            </w:r>
          </w:p>
        </w:tc>
        <w:tc>
          <w:tcPr>
            <w:tcW w:w="2880" w:type="dxa"/>
          </w:tcPr>
          <w:p w:rsidR="006F7457" w:rsidRPr="00332DB8" w:rsidRDefault="00332DB8">
            <w:pPr>
              <w:rPr>
                <w:lang w:val="ru-RU"/>
              </w:rPr>
            </w:pPr>
            <w:r w:rsidRPr="00332DB8">
              <w:rPr>
                <w:lang w:val="ru-RU"/>
              </w:rPr>
              <w:lastRenderedPageBreak/>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t>
            </w:r>
            <w:r>
              <w:t>White</w:t>
            </w:r>
            <w:r w:rsidRPr="00332DB8">
              <w:rPr>
                <w:lang w:val="ru-RU"/>
              </w:rPr>
              <w:t xml:space="preserve"> </w:t>
            </w:r>
            <w:r>
              <w:t>Noise</w:t>
            </w:r>
            <w:r w:rsidRPr="00332DB8">
              <w:rPr>
                <w:lang w:val="ru-RU"/>
              </w:rPr>
              <w:t xml:space="preserve"> 88 – Русский, задумайся!», «Гордые грузины в плену», «Жыды», «Око за око, зуб за зуб», «О ненависти иудеев к христианам», </w:t>
            </w:r>
            <w:r w:rsidRPr="00332DB8">
              <w:rPr>
                <w:lang w:val="ru-RU"/>
              </w:rPr>
              <w:lastRenderedPageBreak/>
              <w:t>«Пленный грузин» (решение Заельцовского районного суда г. Новосибирска от 18.06.2014);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2495.</w:t>
            </w:r>
          </w:p>
        </w:tc>
        <w:tc>
          <w:tcPr>
            <w:tcW w:w="2880" w:type="dxa"/>
          </w:tcPr>
          <w:p w:rsidR="006F7457" w:rsidRPr="00332DB8" w:rsidRDefault="00332DB8">
            <w:pPr>
              <w:rPr>
                <w:lang w:val="ru-RU"/>
              </w:rPr>
            </w:pPr>
            <w:r w:rsidRPr="00332DB8">
              <w:rPr>
                <w:lang w:val="ru-RU"/>
              </w:rPr>
              <w:t xml:space="preserve">Сайт </w:t>
            </w:r>
            <w:r>
              <w:t>abusalima</w:t>
            </w:r>
            <w:r w:rsidRPr="00332DB8">
              <w:rPr>
                <w:lang w:val="ru-RU"/>
              </w:rPr>
              <w:t>770.</w:t>
            </w:r>
            <w:r>
              <w:t>blogspot</w:t>
            </w:r>
            <w:r w:rsidRPr="00332DB8">
              <w:rPr>
                <w:lang w:val="ru-RU"/>
              </w:rPr>
              <w:t>.</w:t>
            </w:r>
            <w:r>
              <w:t>de</w:t>
            </w:r>
            <w:r w:rsidRPr="00332DB8">
              <w:rPr>
                <w:lang w:val="ru-RU"/>
              </w:rPr>
              <w:t xml:space="preserve"> (решение Кочубеевского районного суда Ставропольского края от 01.08.2014);</w:t>
            </w:r>
          </w:p>
        </w:tc>
        <w:tc>
          <w:tcPr>
            <w:tcW w:w="2880" w:type="dxa"/>
          </w:tcPr>
          <w:p w:rsidR="006F7457" w:rsidRPr="00332DB8" w:rsidRDefault="006F7457">
            <w:pPr>
              <w:rPr>
                <w:lang w:val="ru-RU"/>
              </w:rPr>
            </w:pPr>
          </w:p>
        </w:tc>
      </w:tr>
      <w:tr w:rsidR="006F7457" w:rsidRPr="005A424D">
        <w:tc>
          <w:tcPr>
            <w:tcW w:w="2880" w:type="dxa"/>
          </w:tcPr>
          <w:p w:rsidR="006F7457" w:rsidRDefault="00332DB8">
            <w:r>
              <w:t>2496.</w:t>
            </w:r>
          </w:p>
        </w:tc>
        <w:tc>
          <w:tcPr>
            <w:tcW w:w="2880" w:type="dxa"/>
          </w:tcPr>
          <w:p w:rsidR="006F7457" w:rsidRPr="00332DB8" w:rsidRDefault="00332DB8">
            <w:pPr>
              <w:rPr>
                <w:lang w:val="ru-RU"/>
              </w:rPr>
            </w:pPr>
            <w:r w:rsidRPr="00332DB8">
              <w:rPr>
                <w:lang w:val="ru-RU"/>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2880" w:type="dxa"/>
          </w:tcPr>
          <w:p w:rsidR="006F7457" w:rsidRPr="00332DB8" w:rsidRDefault="006F7457">
            <w:pPr>
              <w:rPr>
                <w:lang w:val="ru-RU"/>
              </w:rPr>
            </w:pPr>
          </w:p>
        </w:tc>
      </w:tr>
      <w:tr w:rsidR="006F7457" w:rsidRPr="005A424D">
        <w:tc>
          <w:tcPr>
            <w:tcW w:w="2880" w:type="dxa"/>
          </w:tcPr>
          <w:p w:rsidR="006F7457" w:rsidRDefault="00332DB8">
            <w:r>
              <w:t>2497.</w:t>
            </w:r>
          </w:p>
        </w:tc>
        <w:tc>
          <w:tcPr>
            <w:tcW w:w="2880" w:type="dxa"/>
          </w:tcPr>
          <w:p w:rsidR="006F7457" w:rsidRPr="00332DB8" w:rsidRDefault="00332DB8">
            <w:pPr>
              <w:rPr>
                <w:lang w:val="ru-RU"/>
              </w:rPr>
            </w:pPr>
            <w:r w:rsidRPr="00332DB8">
              <w:rPr>
                <w:lang w:val="ru-RU"/>
              </w:rPr>
              <w:t xml:space="preserve">Информационная видеозапись: </w:t>
            </w:r>
            <w:r>
              <w:t>http</w:t>
            </w:r>
            <w:r w:rsidRPr="00332DB8">
              <w:rPr>
                <w:lang w:val="ru-RU"/>
              </w:rPr>
              <w:t>://</w:t>
            </w:r>
            <w:r>
              <w:t>vk</w:t>
            </w:r>
            <w:r w:rsidRPr="00332DB8">
              <w:rPr>
                <w:lang w:val="ru-RU"/>
              </w:rPr>
              <w:t>.</w:t>
            </w:r>
            <w:r>
              <w:t>com</w:t>
            </w:r>
            <w:r w:rsidRPr="00332DB8">
              <w:rPr>
                <w:lang w:val="ru-RU"/>
              </w:rPr>
              <w:t>/</w:t>
            </w:r>
            <w:r>
              <w:t>videol</w:t>
            </w:r>
            <w:r w:rsidRPr="00332DB8">
              <w:rPr>
                <w:lang w:val="ru-RU"/>
              </w:rPr>
              <w:t>09326806_165884945 под названием «</w:t>
            </w:r>
            <w:r>
              <w:t>NS</w:t>
            </w:r>
            <w:r w:rsidRPr="00332DB8">
              <w:rPr>
                <w:lang w:val="ru-RU"/>
              </w:rPr>
              <w:t>/</w:t>
            </w:r>
            <w:r>
              <w:t>WP</w:t>
            </w:r>
            <w:r w:rsidRPr="00332DB8">
              <w:rPr>
                <w:lang w:val="ru-RU"/>
              </w:rPr>
              <w:t>-</w:t>
            </w:r>
            <w:r>
              <w:t>PEOPLE</w:t>
            </w:r>
            <w:r w:rsidRPr="00332DB8">
              <w:rPr>
                <w:lang w:val="ru-RU"/>
              </w:rPr>
              <w:t xml:space="preserve"> </w:t>
            </w:r>
            <w:r>
              <w:t>HATERS</w:t>
            </w:r>
            <w:r w:rsidRPr="00332DB8">
              <w:rPr>
                <w:lang w:val="ru-RU"/>
              </w:rPr>
              <w:t xml:space="preserve">», продолжительностью 3 минуты 32 секунды, размещенная в телекоммуникационной сети «Интернет» в социальной сети «Вконтакте» «Павел Григорьев» на сайте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109326806; информационная видеозапись: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w:t>
            </w:r>
            <w:r>
              <w:t>http</w:t>
            </w:r>
            <w:r w:rsidRPr="00332DB8">
              <w:rPr>
                <w:lang w:val="ru-RU"/>
              </w:rPr>
              <w:t>://</w:t>
            </w:r>
            <w:r>
              <w:t>vk</w:t>
            </w:r>
            <w:r w:rsidRPr="00332DB8">
              <w:rPr>
                <w:lang w:val="ru-RU"/>
              </w:rPr>
              <w:t>.</w:t>
            </w:r>
            <w:r>
              <w:t>com</w:t>
            </w:r>
            <w:r w:rsidRPr="00332DB8">
              <w:rPr>
                <w:lang w:val="ru-RU"/>
              </w:rPr>
              <w:t>/</w:t>
            </w:r>
            <w:r>
              <w:t>id</w:t>
            </w:r>
            <w:r w:rsidRPr="00332DB8">
              <w:rPr>
                <w:lang w:val="ru-RU"/>
              </w:rPr>
              <w:t>109326806 (решение Кадуйского районного суда Вологодской области от 05.08.2014);</w:t>
            </w:r>
          </w:p>
        </w:tc>
        <w:tc>
          <w:tcPr>
            <w:tcW w:w="2880" w:type="dxa"/>
          </w:tcPr>
          <w:p w:rsidR="006F7457" w:rsidRPr="00332DB8" w:rsidRDefault="006F7457">
            <w:pPr>
              <w:rPr>
                <w:lang w:val="ru-RU"/>
              </w:rPr>
            </w:pPr>
          </w:p>
        </w:tc>
      </w:tr>
      <w:tr w:rsidR="006F7457" w:rsidRPr="005A424D">
        <w:tc>
          <w:tcPr>
            <w:tcW w:w="2880" w:type="dxa"/>
          </w:tcPr>
          <w:p w:rsidR="006F7457" w:rsidRDefault="00332DB8">
            <w:r>
              <w:t>2498.</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статье «Братья – мусульмане» на интернет-сайте </w:t>
            </w:r>
            <w:r>
              <w:t>http</w:t>
            </w:r>
            <w:r w:rsidRPr="00332DB8">
              <w:rPr>
                <w:lang w:val="ru-RU"/>
              </w:rPr>
              <w:t>://</w:t>
            </w:r>
            <w:r>
              <w:t>ilgid</w:t>
            </w:r>
            <w:r w:rsidRPr="00332DB8">
              <w:rPr>
                <w:lang w:val="ru-RU"/>
              </w:rPr>
              <w:t>/</w:t>
            </w:r>
            <w:r>
              <w:t>ru</w:t>
            </w:r>
            <w:r w:rsidRPr="00332DB8">
              <w:rPr>
                <w:lang w:val="ru-RU"/>
              </w:rPr>
              <w:t>/</w:t>
            </w:r>
            <w:r>
              <w:t>politics</w:t>
            </w:r>
            <w:r w:rsidRPr="00332DB8">
              <w:rPr>
                <w:lang w:val="ru-RU"/>
              </w:rPr>
              <w:t>/</w:t>
            </w:r>
            <w:r>
              <w:t>brothers</w:t>
            </w:r>
            <w:r w:rsidRPr="00332DB8">
              <w:rPr>
                <w:lang w:val="ru-RU"/>
              </w:rPr>
              <w:t>.</w:t>
            </w:r>
            <w:r>
              <w:t>html</w:t>
            </w:r>
            <w:r w:rsidRPr="00332DB8">
              <w:rPr>
                <w:lang w:val="ru-RU"/>
              </w:rPr>
              <w:t>,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2499.</w:t>
            </w:r>
          </w:p>
        </w:tc>
        <w:tc>
          <w:tcPr>
            <w:tcW w:w="2880" w:type="dxa"/>
          </w:tcPr>
          <w:p w:rsidR="006F7457" w:rsidRPr="00332DB8" w:rsidRDefault="00332DB8">
            <w:pPr>
              <w:rPr>
                <w:lang w:val="ru-RU"/>
              </w:rPr>
            </w:pPr>
            <w:r w:rsidRPr="00332DB8">
              <w:rPr>
                <w:lang w:val="ru-RU"/>
              </w:rPr>
              <w:t xml:space="preserve">Видеоролик «Обращение к коммерсантам», размещенный в информационно-телекоммуникационной сети «Интернет» на сайте: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et</w:t>
            </w:r>
            <w:r w:rsidRPr="00332DB8">
              <w:rPr>
                <w:lang w:val="ru-RU"/>
              </w:rPr>
              <w:t>4</w:t>
            </w:r>
            <w:r>
              <w:t>dDxLdWS</w:t>
            </w:r>
            <w:r w:rsidRPr="00332DB8">
              <w:rPr>
                <w:lang w:val="ru-RU"/>
              </w:rPr>
              <w:t>4&amp;</w:t>
            </w:r>
            <w:r>
              <w:t>feature</w:t>
            </w:r>
            <w:r w:rsidRPr="00332DB8">
              <w:rPr>
                <w:lang w:val="ru-RU"/>
              </w:rPr>
              <w:t>=</w:t>
            </w:r>
            <w:r>
              <w:t>c</w:t>
            </w:r>
            <w:r w:rsidRPr="00332DB8">
              <w:rPr>
                <w:lang w:val="ru-RU"/>
              </w:rPr>
              <w:t>4-</w:t>
            </w:r>
            <w:r>
              <w:t>overview</w:t>
            </w:r>
            <w:r w:rsidRPr="00332DB8">
              <w:rPr>
                <w:lang w:val="ru-RU"/>
              </w:rPr>
              <w:t>&amp;</w:t>
            </w:r>
            <w:r>
              <w:t>list</w:t>
            </w:r>
            <w:r w:rsidRPr="00332DB8">
              <w:rPr>
                <w:lang w:val="ru-RU"/>
              </w:rPr>
              <w:t>=</w:t>
            </w:r>
            <w:r>
              <w:t>UUTRPL</w:t>
            </w:r>
            <w:r w:rsidRPr="00332DB8">
              <w:rPr>
                <w:lang w:val="ru-RU"/>
              </w:rPr>
              <w:t>77</w:t>
            </w:r>
            <w:r>
              <w:t>SG</w:t>
            </w:r>
            <w:r w:rsidRPr="00332DB8">
              <w:rPr>
                <w:lang w:val="ru-RU"/>
              </w:rPr>
              <w:t>0</w:t>
            </w:r>
            <w:r>
              <w:t>Pd</w:t>
            </w:r>
            <w:r w:rsidRPr="00332DB8">
              <w:rPr>
                <w:lang w:val="ru-RU"/>
              </w:rPr>
              <w:t>2</w:t>
            </w:r>
            <w:r>
              <w:t>yB</w:t>
            </w:r>
            <w:r w:rsidRPr="00332DB8">
              <w:rPr>
                <w:lang w:val="ru-RU"/>
              </w:rPr>
              <w:t>-</w:t>
            </w:r>
            <w:r>
              <w:t>aZcJ</w:t>
            </w:r>
            <w:r w:rsidRPr="00332DB8">
              <w:rPr>
                <w:lang w:val="ru-RU"/>
              </w:rPr>
              <w:t>7</w:t>
            </w:r>
            <w:r>
              <w:t>aQ</w:t>
            </w:r>
            <w:r w:rsidRPr="00332DB8">
              <w:rPr>
                <w:lang w:val="ru-RU"/>
              </w:rPr>
              <w:t xml:space="preserve"> (решение Петровского районного суда Ставропольского края от 01.08.2014);</w:t>
            </w:r>
          </w:p>
        </w:tc>
        <w:tc>
          <w:tcPr>
            <w:tcW w:w="2880" w:type="dxa"/>
          </w:tcPr>
          <w:p w:rsidR="006F7457" w:rsidRPr="00332DB8" w:rsidRDefault="006F7457">
            <w:pPr>
              <w:rPr>
                <w:lang w:val="ru-RU"/>
              </w:rPr>
            </w:pPr>
          </w:p>
        </w:tc>
      </w:tr>
      <w:tr w:rsidR="006F7457" w:rsidRPr="005A424D">
        <w:tc>
          <w:tcPr>
            <w:tcW w:w="2880" w:type="dxa"/>
          </w:tcPr>
          <w:p w:rsidR="006F7457" w:rsidRDefault="00332DB8">
            <w:r>
              <w:t>2500.</w:t>
            </w:r>
          </w:p>
        </w:tc>
        <w:tc>
          <w:tcPr>
            <w:tcW w:w="2880" w:type="dxa"/>
          </w:tcPr>
          <w:p w:rsidR="006F7457" w:rsidRPr="00332DB8" w:rsidRDefault="00332DB8">
            <w:pPr>
              <w:rPr>
                <w:lang w:val="ru-RU"/>
              </w:rPr>
            </w:pPr>
            <w:r w:rsidRPr="00332DB8">
              <w:rPr>
                <w:lang w:val="ru-RU"/>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w:t>
            </w:r>
            <w:r>
              <w:t>vkontakte</w:t>
            </w:r>
            <w:r w:rsidRPr="00332DB8">
              <w:rPr>
                <w:lang w:val="ru-RU"/>
              </w:rPr>
              <w:t>.</w:t>
            </w:r>
            <w:r>
              <w:t>ru</w:t>
            </w:r>
            <w:r w:rsidRPr="00332DB8">
              <w:rPr>
                <w:lang w:val="ru-RU"/>
              </w:rPr>
              <w:t xml:space="preserve">» на странице </w:t>
            </w:r>
            <w:r>
              <w:t>http</w:t>
            </w:r>
            <w:r w:rsidRPr="00332DB8">
              <w:rPr>
                <w:lang w:val="ru-RU"/>
              </w:rPr>
              <w:t>://</w:t>
            </w:r>
            <w:r>
              <w:t>vk</w:t>
            </w:r>
            <w:r w:rsidRPr="00332DB8">
              <w:rPr>
                <w:lang w:val="ru-RU"/>
              </w:rPr>
              <w:t>.</w:t>
            </w:r>
            <w:r>
              <w:t>com</w:t>
            </w:r>
            <w:r w:rsidRPr="00332DB8">
              <w:rPr>
                <w:lang w:val="ru-RU"/>
              </w:rPr>
              <w:t>/</w:t>
            </w:r>
            <w:r>
              <w:t>club</w:t>
            </w:r>
            <w:r w:rsidRPr="00332DB8">
              <w:rPr>
                <w:lang w:val="ru-RU"/>
              </w:rPr>
              <w:t>40668465 (решение Нижневартовского городского суда Ханты-Мансийского автономного округа – Югры от 04.06.2014);</w:t>
            </w:r>
          </w:p>
        </w:tc>
        <w:tc>
          <w:tcPr>
            <w:tcW w:w="2880" w:type="dxa"/>
          </w:tcPr>
          <w:p w:rsidR="006F7457" w:rsidRPr="00332DB8" w:rsidRDefault="006F7457">
            <w:pPr>
              <w:rPr>
                <w:lang w:val="ru-RU"/>
              </w:rPr>
            </w:pPr>
          </w:p>
        </w:tc>
      </w:tr>
      <w:tr w:rsidR="006F7457" w:rsidRPr="005A424D">
        <w:tc>
          <w:tcPr>
            <w:tcW w:w="2880" w:type="dxa"/>
          </w:tcPr>
          <w:p w:rsidR="006F7457" w:rsidRDefault="00332DB8">
            <w:r>
              <w:t>2501.</w:t>
            </w:r>
          </w:p>
        </w:tc>
        <w:tc>
          <w:tcPr>
            <w:tcW w:w="2880" w:type="dxa"/>
          </w:tcPr>
          <w:p w:rsidR="006F7457" w:rsidRPr="00332DB8" w:rsidRDefault="00332DB8">
            <w:pPr>
              <w:rPr>
                <w:lang w:val="ru-RU"/>
              </w:rPr>
            </w:pPr>
            <w:r w:rsidRPr="00332DB8">
              <w:rPr>
                <w:lang w:val="ru-RU"/>
              </w:rPr>
              <w:t>Видеоролик «Обращение муджахидов Шама» продолжительностью 13 минут 54 секунды, размещенный в сети Интернет на сайте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jh</w:t>
            </w:r>
            <w:r w:rsidRPr="00332DB8">
              <w:rPr>
                <w:lang w:val="ru-RU"/>
              </w:rPr>
              <w:t>6</w:t>
            </w:r>
            <w:r>
              <w:t>s</w:t>
            </w:r>
            <w:r w:rsidRPr="00332DB8">
              <w:rPr>
                <w:lang w:val="ru-RU"/>
              </w:rPr>
              <w:t>6_</w:t>
            </w:r>
            <w:r>
              <w:t>tsheM</w:t>
            </w:r>
            <w:r w:rsidRPr="00332DB8">
              <w:rPr>
                <w:lang w:val="ru-RU"/>
              </w:rPr>
              <w:t>» (решение Кировского районного суда г. Астрахани от 01.09.2014);</w:t>
            </w:r>
          </w:p>
        </w:tc>
        <w:tc>
          <w:tcPr>
            <w:tcW w:w="2880" w:type="dxa"/>
          </w:tcPr>
          <w:p w:rsidR="006F7457" w:rsidRPr="00332DB8" w:rsidRDefault="006F7457">
            <w:pPr>
              <w:rPr>
                <w:lang w:val="ru-RU"/>
              </w:rPr>
            </w:pPr>
          </w:p>
        </w:tc>
      </w:tr>
      <w:tr w:rsidR="006F7457" w:rsidRPr="005A424D">
        <w:tc>
          <w:tcPr>
            <w:tcW w:w="2880" w:type="dxa"/>
          </w:tcPr>
          <w:p w:rsidR="006F7457" w:rsidRDefault="00332DB8">
            <w:r>
              <w:t>2502.</w:t>
            </w:r>
          </w:p>
        </w:tc>
        <w:tc>
          <w:tcPr>
            <w:tcW w:w="2880" w:type="dxa"/>
          </w:tcPr>
          <w:p w:rsidR="006F7457" w:rsidRPr="00332DB8" w:rsidRDefault="00332DB8">
            <w:pPr>
              <w:rPr>
                <w:lang w:val="ru-RU"/>
              </w:rPr>
            </w:pPr>
            <w:r w:rsidRPr="00332DB8">
              <w:rPr>
                <w:lang w:val="ru-RU"/>
              </w:rPr>
              <w:t xml:space="preserve">Текст под названием «Нож» и иллюстрацию к нему, распространенный неустановленным лицом на Интернет-сайте </w:t>
            </w:r>
            <w:r>
              <w:t>www</w:t>
            </w:r>
            <w:r w:rsidRPr="00332DB8">
              <w:rPr>
                <w:lang w:val="ru-RU"/>
              </w:rPr>
              <w:t>.</w:t>
            </w:r>
            <w:r>
              <w:t>dezinfo</w:t>
            </w:r>
            <w:r w:rsidRPr="00332DB8">
              <w:rPr>
                <w:lang w:val="ru-RU"/>
              </w:rPr>
              <w:t>.</w:t>
            </w:r>
            <w:r>
              <w:t>net</w:t>
            </w:r>
            <w:r w:rsidRPr="00332DB8">
              <w:rPr>
                <w:lang w:val="ru-RU"/>
              </w:rPr>
              <w:t xml:space="preserve"> (решение Майкопского городского суда Республики Адыгея от 04.08.2014);</w:t>
            </w:r>
          </w:p>
        </w:tc>
        <w:tc>
          <w:tcPr>
            <w:tcW w:w="2880" w:type="dxa"/>
          </w:tcPr>
          <w:p w:rsidR="006F7457" w:rsidRPr="00332DB8" w:rsidRDefault="006F7457">
            <w:pPr>
              <w:rPr>
                <w:lang w:val="ru-RU"/>
              </w:rPr>
            </w:pPr>
          </w:p>
        </w:tc>
      </w:tr>
      <w:tr w:rsidR="006F7457" w:rsidRPr="005A424D">
        <w:tc>
          <w:tcPr>
            <w:tcW w:w="2880" w:type="dxa"/>
          </w:tcPr>
          <w:p w:rsidR="006F7457" w:rsidRDefault="00332DB8">
            <w:r>
              <w:t>2503.</w:t>
            </w:r>
          </w:p>
        </w:tc>
        <w:tc>
          <w:tcPr>
            <w:tcW w:w="2880" w:type="dxa"/>
          </w:tcPr>
          <w:p w:rsidR="006F7457" w:rsidRPr="00332DB8" w:rsidRDefault="00332DB8">
            <w:pPr>
              <w:rPr>
                <w:lang w:val="ru-RU"/>
              </w:rPr>
            </w:pPr>
            <w:r w:rsidRPr="00332DB8">
              <w:rPr>
                <w:lang w:val="ru-RU"/>
              </w:rPr>
              <w:t xml:space="preserve">Текст под названием «Унтерменш» и иллюстрацию к нему, распространенный неустановленным лицом на Интернет-сайте </w:t>
            </w:r>
            <w:r>
              <w:t>www</w:t>
            </w:r>
            <w:r w:rsidRPr="00332DB8">
              <w:rPr>
                <w:lang w:val="ru-RU"/>
              </w:rPr>
              <w:t>.</w:t>
            </w:r>
            <w:r>
              <w:t>dezinfo</w:t>
            </w:r>
            <w:r w:rsidRPr="00332DB8">
              <w:rPr>
                <w:lang w:val="ru-RU"/>
              </w:rPr>
              <w:t>.</w:t>
            </w:r>
            <w:r>
              <w:t>net</w:t>
            </w:r>
            <w:r w:rsidRPr="00332DB8">
              <w:rPr>
                <w:lang w:val="ru-RU"/>
              </w:rPr>
              <w:t xml:space="preserve"> (решение Майкопского городского суда Республики Адыгея от 04.08.2014);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2504.</w:t>
            </w:r>
          </w:p>
        </w:tc>
        <w:tc>
          <w:tcPr>
            <w:tcW w:w="2880" w:type="dxa"/>
          </w:tcPr>
          <w:p w:rsidR="006F7457" w:rsidRPr="00332DB8" w:rsidRDefault="00332DB8">
            <w:pPr>
              <w:rPr>
                <w:lang w:val="ru-RU"/>
              </w:rPr>
            </w:pPr>
            <w:r w:rsidRPr="00332DB8">
              <w:rPr>
                <w:lang w:val="ru-RU"/>
              </w:rPr>
              <w:t xml:space="preserve">Информационный материал – текстовый материал озаглавленный словами «Памятка молодому муджахиду», размещенный на интернет-странице </w:t>
            </w:r>
            <w:r>
              <w:t>vk</w:t>
            </w:r>
            <w:r w:rsidRPr="00332DB8">
              <w:rPr>
                <w:lang w:val="ru-RU"/>
              </w:rPr>
              <w:t>.</w:t>
            </w:r>
            <w:r>
              <w:t>com</w:t>
            </w:r>
            <w:r w:rsidRPr="00332DB8">
              <w:rPr>
                <w:lang w:val="ru-RU"/>
              </w:rPr>
              <w:t>/</w:t>
            </w:r>
            <w:r>
              <w:t>id</w:t>
            </w:r>
            <w:r w:rsidRPr="00332DB8">
              <w:rPr>
                <w:lang w:val="ru-RU"/>
              </w:rPr>
              <w:t>212355975 (решение Пятигорского городского суда Ставропольского края от 07.08.2014);</w:t>
            </w:r>
          </w:p>
        </w:tc>
        <w:tc>
          <w:tcPr>
            <w:tcW w:w="2880" w:type="dxa"/>
          </w:tcPr>
          <w:p w:rsidR="006F7457" w:rsidRPr="00332DB8" w:rsidRDefault="006F7457">
            <w:pPr>
              <w:rPr>
                <w:lang w:val="ru-RU"/>
              </w:rPr>
            </w:pPr>
          </w:p>
        </w:tc>
      </w:tr>
      <w:tr w:rsidR="006F7457" w:rsidRPr="005A424D">
        <w:tc>
          <w:tcPr>
            <w:tcW w:w="2880" w:type="dxa"/>
          </w:tcPr>
          <w:p w:rsidR="006F7457" w:rsidRDefault="00332DB8">
            <w:r>
              <w:t>2505.</w:t>
            </w:r>
          </w:p>
        </w:tc>
        <w:tc>
          <w:tcPr>
            <w:tcW w:w="2880" w:type="dxa"/>
          </w:tcPr>
          <w:p w:rsidR="006F7457" w:rsidRPr="00332DB8" w:rsidRDefault="00332DB8">
            <w:pPr>
              <w:rPr>
                <w:lang w:val="ru-RU"/>
              </w:rPr>
            </w:pPr>
            <w:r w:rsidRPr="00332DB8">
              <w:rPr>
                <w:lang w:val="ru-RU"/>
              </w:rPr>
              <w:t xml:space="preserve">Информационный материал – интернет-страница </w:t>
            </w:r>
            <w:r>
              <w:t>vk</w:t>
            </w:r>
            <w:r w:rsidRPr="00332DB8">
              <w:rPr>
                <w:lang w:val="ru-RU"/>
              </w:rPr>
              <w:t>.</w:t>
            </w:r>
            <w:r>
              <w:t>com</w:t>
            </w:r>
            <w:r w:rsidRPr="00332DB8">
              <w:rPr>
                <w:lang w:val="ru-RU"/>
              </w:rPr>
              <w:t>/</w:t>
            </w:r>
            <w:r>
              <w:t>id</w:t>
            </w:r>
            <w:r w:rsidRPr="00332DB8">
              <w:rPr>
                <w:lang w:val="ru-RU"/>
              </w:rPr>
              <w:t>212355975 (решение Пятигорского городского суда Ставропольского края от 07.08.2014);</w:t>
            </w:r>
          </w:p>
        </w:tc>
        <w:tc>
          <w:tcPr>
            <w:tcW w:w="2880" w:type="dxa"/>
          </w:tcPr>
          <w:p w:rsidR="006F7457" w:rsidRPr="00332DB8" w:rsidRDefault="006F7457">
            <w:pPr>
              <w:rPr>
                <w:lang w:val="ru-RU"/>
              </w:rPr>
            </w:pPr>
          </w:p>
        </w:tc>
      </w:tr>
      <w:tr w:rsidR="006F7457" w:rsidRPr="005A424D">
        <w:tc>
          <w:tcPr>
            <w:tcW w:w="2880" w:type="dxa"/>
          </w:tcPr>
          <w:p w:rsidR="006F7457" w:rsidRDefault="00332DB8">
            <w:r>
              <w:t>2506.</w:t>
            </w:r>
          </w:p>
        </w:tc>
        <w:tc>
          <w:tcPr>
            <w:tcW w:w="2880" w:type="dxa"/>
          </w:tcPr>
          <w:p w:rsidR="006F7457" w:rsidRPr="00332DB8" w:rsidRDefault="00332DB8">
            <w:pPr>
              <w:rPr>
                <w:lang w:val="ru-RU"/>
              </w:rPr>
            </w:pPr>
            <w:r w:rsidRPr="00332DB8">
              <w:rPr>
                <w:lang w:val="ru-RU"/>
              </w:rPr>
              <w:t xml:space="preserve">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w:t>
            </w:r>
            <w:r>
              <w:t>vk</w:t>
            </w:r>
            <w:r w:rsidRPr="00332DB8">
              <w:rPr>
                <w:lang w:val="ru-RU"/>
              </w:rPr>
              <w:t>.</w:t>
            </w:r>
            <w:r>
              <w:t>com</w:t>
            </w:r>
            <w:r w:rsidRPr="00332DB8">
              <w:rPr>
                <w:lang w:val="ru-RU"/>
              </w:rPr>
              <w:t>/</w:t>
            </w:r>
            <w:r>
              <w:t>shamtoday</w:t>
            </w:r>
            <w:r w:rsidRPr="00332DB8">
              <w:rPr>
                <w:lang w:val="ru-RU"/>
              </w:rPr>
              <w:t xml:space="preserve"> (решение Пятигорского городского суда Ставропольского края от 07.08.2014);</w:t>
            </w:r>
          </w:p>
        </w:tc>
        <w:tc>
          <w:tcPr>
            <w:tcW w:w="2880" w:type="dxa"/>
          </w:tcPr>
          <w:p w:rsidR="006F7457" w:rsidRPr="00332DB8" w:rsidRDefault="006F7457">
            <w:pPr>
              <w:rPr>
                <w:lang w:val="ru-RU"/>
              </w:rPr>
            </w:pPr>
          </w:p>
        </w:tc>
      </w:tr>
      <w:tr w:rsidR="006F7457" w:rsidRPr="005A424D">
        <w:tc>
          <w:tcPr>
            <w:tcW w:w="2880" w:type="dxa"/>
          </w:tcPr>
          <w:p w:rsidR="006F7457" w:rsidRDefault="00332DB8">
            <w:r>
              <w:t>2507.</w:t>
            </w:r>
          </w:p>
        </w:tc>
        <w:tc>
          <w:tcPr>
            <w:tcW w:w="2880" w:type="dxa"/>
          </w:tcPr>
          <w:p w:rsidR="006F7457" w:rsidRPr="00332DB8" w:rsidRDefault="00332DB8">
            <w:pPr>
              <w:rPr>
                <w:lang w:val="ru-RU"/>
              </w:rPr>
            </w:pPr>
            <w:r w:rsidRPr="00332DB8">
              <w:rPr>
                <w:lang w:val="ru-RU"/>
              </w:rPr>
              <w:t xml:space="preserve">Информационный материал – интернет-страница </w:t>
            </w:r>
            <w:r>
              <w:t>vk</w:t>
            </w:r>
            <w:r w:rsidRPr="00332DB8">
              <w:rPr>
                <w:lang w:val="ru-RU"/>
              </w:rPr>
              <w:t>.</w:t>
            </w:r>
            <w:r>
              <w:t>com</w:t>
            </w:r>
            <w:r w:rsidRPr="00332DB8">
              <w:rPr>
                <w:lang w:val="ru-RU"/>
              </w:rPr>
              <w:t>/</w:t>
            </w:r>
            <w:r>
              <w:t>shamtoday</w:t>
            </w:r>
            <w:r w:rsidRPr="00332DB8">
              <w:rPr>
                <w:lang w:val="ru-RU"/>
              </w:rPr>
              <w:t xml:space="preserve"> (решение Пятигорского городского суда Ставропольского края от 07.08.2014);</w:t>
            </w:r>
          </w:p>
        </w:tc>
        <w:tc>
          <w:tcPr>
            <w:tcW w:w="2880" w:type="dxa"/>
          </w:tcPr>
          <w:p w:rsidR="006F7457" w:rsidRPr="00332DB8" w:rsidRDefault="006F7457">
            <w:pPr>
              <w:rPr>
                <w:lang w:val="ru-RU"/>
              </w:rPr>
            </w:pPr>
          </w:p>
        </w:tc>
      </w:tr>
      <w:tr w:rsidR="006F7457" w:rsidRPr="005A424D">
        <w:tc>
          <w:tcPr>
            <w:tcW w:w="2880" w:type="dxa"/>
          </w:tcPr>
          <w:p w:rsidR="006F7457" w:rsidRDefault="00332DB8">
            <w:r>
              <w:t>2508.</w:t>
            </w:r>
          </w:p>
        </w:tc>
        <w:tc>
          <w:tcPr>
            <w:tcW w:w="2880" w:type="dxa"/>
          </w:tcPr>
          <w:p w:rsidR="006F7457" w:rsidRPr="00332DB8" w:rsidRDefault="00332DB8">
            <w:pPr>
              <w:rPr>
                <w:lang w:val="ru-RU"/>
              </w:rPr>
            </w:pPr>
            <w:r w:rsidRPr="00332DB8">
              <w:rPr>
                <w:lang w:val="ru-RU"/>
              </w:rPr>
              <w:t xml:space="preserve">Интернет-страница </w:t>
            </w:r>
            <w:r>
              <w:t>http</w:t>
            </w:r>
            <w:r w:rsidRPr="00332DB8">
              <w:rPr>
                <w:lang w:val="ru-RU"/>
              </w:rPr>
              <w:t>://</w:t>
            </w:r>
            <w:r>
              <w:t>vk</w:t>
            </w:r>
            <w:r w:rsidRPr="00332DB8">
              <w:rPr>
                <w:lang w:val="ru-RU"/>
              </w:rPr>
              <w:t>.</w:t>
            </w:r>
            <w:r>
              <w:t>com</w:t>
            </w:r>
            <w:r w:rsidRPr="00332DB8">
              <w:rPr>
                <w:lang w:val="ru-RU"/>
              </w:rPr>
              <w:t>/</w:t>
            </w:r>
            <w:r>
              <w:t>romansyvun</w:t>
            </w:r>
            <w:r w:rsidRPr="00332DB8">
              <w:rPr>
                <w:lang w:val="ru-RU"/>
              </w:rPr>
              <w:t xml:space="preserve"> (решение Пятигорского городского суда Ставропольского края от 07.08.2014);</w:t>
            </w:r>
          </w:p>
        </w:tc>
        <w:tc>
          <w:tcPr>
            <w:tcW w:w="2880" w:type="dxa"/>
          </w:tcPr>
          <w:p w:rsidR="006F7457" w:rsidRPr="00332DB8" w:rsidRDefault="006F7457">
            <w:pPr>
              <w:rPr>
                <w:lang w:val="ru-RU"/>
              </w:rPr>
            </w:pPr>
          </w:p>
        </w:tc>
      </w:tr>
      <w:tr w:rsidR="006F7457" w:rsidRPr="005A424D">
        <w:tc>
          <w:tcPr>
            <w:tcW w:w="2880" w:type="dxa"/>
          </w:tcPr>
          <w:p w:rsidR="006F7457" w:rsidRDefault="00332DB8">
            <w:r>
              <w:t>250</w:t>
            </w:r>
            <w:r>
              <w:lastRenderedPageBreak/>
              <w:t>9.</w:t>
            </w:r>
          </w:p>
        </w:tc>
        <w:tc>
          <w:tcPr>
            <w:tcW w:w="2880" w:type="dxa"/>
          </w:tcPr>
          <w:p w:rsidR="006F7457" w:rsidRPr="00332DB8" w:rsidRDefault="00332DB8">
            <w:pPr>
              <w:rPr>
                <w:lang w:val="ru-RU"/>
              </w:rPr>
            </w:pPr>
            <w:r w:rsidRPr="00332DB8">
              <w:rPr>
                <w:lang w:val="ru-RU"/>
              </w:rPr>
              <w:lastRenderedPageBreak/>
              <w:t xml:space="preserve">Брошюра «Свидѣтельство </w:t>
            </w:r>
            <w:r>
              <w:t>I</w:t>
            </w:r>
            <w:r w:rsidRPr="00332DB8">
              <w:rPr>
                <w:lang w:val="ru-RU"/>
              </w:rPr>
              <w:t xml:space="preserve">СУСЪ-ХРИСТОВО» издательства </w:t>
            </w:r>
            <w:r>
              <w:t>www</w:t>
            </w:r>
            <w:r w:rsidRPr="00332DB8">
              <w:rPr>
                <w:lang w:val="ru-RU"/>
              </w:rPr>
              <w:t>.</w:t>
            </w:r>
            <w:r>
              <w:t>svetoch</w:t>
            </w:r>
            <w:r w:rsidRPr="00332DB8">
              <w:rPr>
                <w:lang w:val="ru-RU"/>
              </w:rPr>
              <w:t>.</w:t>
            </w:r>
            <w:r>
              <w:t>org</w:t>
            </w:r>
            <w:r w:rsidRPr="00332DB8">
              <w:rPr>
                <w:lang w:val="ru-RU"/>
              </w:rPr>
              <w:t xml:space="preserve"> (решение Свердловского районного суда г. Белгорода от 19.08.2014);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2510.</w:t>
            </w:r>
          </w:p>
        </w:tc>
        <w:tc>
          <w:tcPr>
            <w:tcW w:w="2880" w:type="dxa"/>
          </w:tcPr>
          <w:p w:rsidR="006F7457" w:rsidRPr="00332DB8" w:rsidRDefault="00332DB8">
            <w:pPr>
              <w:rPr>
                <w:lang w:val="ru-RU"/>
              </w:rPr>
            </w:pPr>
            <w:r w:rsidRPr="00332DB8">
              <w:rPr>
                <w:lang w:val="ru-RU"/>
              </w:rPr>
              <w:t>Видеоролик под названием «Скандал на всероссийском съезде офицеров!.</w:t>
            </w:r>
            <w:r>
              <w:t>mp</w:t>
            </w:r>
            <w:r w:rsidRPr="00332DB8">
              <w:rPr>
                <w:lang w:val="ru-RU"/>
              </w:rPr>
              <w:t>4»; видеоролик под названием «1993. Офицер Кирилл Барабаш о присяге и ее предательстве.</w:t>
            </w:r>
            <w:r>
              <w:t>mp</w:t>
            </w:r>
            <w:r w:rsidRPr="00332DB8">
              <w:rPr>
                <w:lang w:val="ru-RU"/>
              </w:rPr>
              <w:t>4»; видеоролик под названием «Кирилл Барабаш на митинге – Мы против Путина 26 мая 2012.</w:t>
            </w:r>
            <w:r>
              <w:t>mp</w:t>
            </w:r>
            <w:r w:rsidRPr="00332DB8">
              <w:rPr>
                <w:lang w:val="ru-RU"/>
              </w:rPr>
              <w:t xml:space="preserve">4»; видеоролик под названием «Кирилл Барабаш – Мы будем уничтожать жуликов и воров. </w:t>
            </w:r>
            <w:r>
              <w:t>mp</w:t>
            </w:r>
            <w:r w:rsidRPr="00332DB8">
              <w:rPr>
                <w:lang w:val="ru-RU"/>
              </w:rPr>
              <w:t>4»; видеоролик под названием «</w:t>
            </w:r>
            <w:r>
              <w:t>I</w:t>
            </w:r>
            <w:r w:rsidRPr="00332DB8">
              <w:rPr>
                <w:lang w:val="ru-RU"/>
              </w:rPr>
              <w:t xml:space="preserve"> </w:t>
            </w:r>
            <w:r>
              <w:t>tak</w:t>
            </w:r>
            <w:r w:rsidRPr="00332DB8">
              <w:rPr>
                <w:lang w:val="ru-RU"/>
              </w:rPr>
              <w:t xml:space="preserve"> </w:t>
            </w:r>
            <w:r>
              <w:t>budet</w:t>
            </w:r>
            <w:r w:rsidRPr="00332DB8">
              <w:rPr>
                <w:lang w:val="ru-RU"/>
              </w:rPr>
              <w:t xml:space="preserve"> </w:t>
            </w:r>
            <w:r>
              <w:t>s</w:t>
            </w:r>
            <w:r w:rsidRPr="00332DB8">
              <w:rPr>
                <w:lang w:val="ru-RU"/>
              </w:rPr>
              <w:t xml:space="preserve"> </w:t>
            </w:r>
            <w:r>
              <w:t>kazhdym</w:t>
            </w:r>
            <w:r w:rsidRPr="00332DB8">
              <w:rPr>
                <w:lang w:val="ru-RU"/>
              </w:rPr>
              <w:t>!!!!!!!.</w:t>
            </w:r>
            <w:r>
              <w:t>mp</w:t>
            </w:r>
            <w:r w:rsidRPr="00332DB8">
              <w:rPr>
                <w:lang w:val="ru-RU"/>
              </w:rPr>
              <w:t>4»; видеоролик под названием «</w:t>
            </w:r>
            <w:r>
              <w:t>Davaj</w:t>
            </w:r>
            <w:r w:rsidRPr="00332DB8">
              <w:rPr>
                <w:lang w:val="ru-RU"/>
              </w:rPr>
              <w:t>!.240.</w:t>
            </w:r>
            <w:r>
              <w:t>mp</w:t>
            </w:r>
            <w:r w:rsidRPr="00332DB8">
              <w:rPr>
                <w:lang w:val="ru-RU"/>
              </w:rPr>
              <w:t>4» (решение Каширского городского суда Московской области от 02.06.2014);</w:t>
            </w:r>
          </w:p>
        </w:tc>
        <w:tc>
          <w:tcPr>
            <w:tcW w:w="2880" w:type="dxa"/>
          </w:tcPr>
          <w:p w:rsidR="006F7457" w:rsidRPr="00332DB8" w:rsidRDefault="006F7457">
            <w:pPr>
              <w:rPr>
                <w:lang w:val="ru-RU"/>
              </w:rPr>
            </w:pPr>
          </w:p>
        </w:tc>
      </w:tr>
      <w:tr w:rsidR="006F7457" w:rsidRPr="005A424D">
        <w:tc>
          <w:tcPr>
            <w:tcW w:w="2880" w:type="dxa"/>
          </w:tcPr>
          <w:p w:rsidR="006F7457" w:rsidRDefault="00332DB8">
            <w:r>
              <w:t>2511.</w:t>
            </w:r>
          </w:p>
        </w:tc>
        <w:tc>
          <w:tcPr>
            <w:tcW w:w="2880" w:type="dxa"/>
          </w:tcPr>
          <w:p w:rsidR="006F7457" w:rsidRPr="00332DB8" w:rsidRDefault="00332DB8">
            <w:pPr>
              <w:rPr>
                <w:lang w:val="ru-RU"/>
              </w:rPr>
            </w:pPr>
            <w:r w:rsidRPr="00332DB8">
              <w:rPr>
                <w:lang w:val="ru-RU"/>
              </w:rPr>
              <w:t xml:space="preserve">Информационный материал – интернет страница </w:t>
            </w:r>
            <w:r>
              <w:t>https</w:t>
            </w:r>
            <w:r w:rsidRPr="00332DB8">
              <w:rPr>
                <w:lang w:val="ru-RU"/>
              </w:rPr>
              <w:t>://</w:t>
            </w:r>
            <w:r>
              <w:t>vk</w:t>
            </w:r>
            <w:r w:rsidRPr="00332DB8">
              <w:rPr>
                <w:lang w:val="ru-RU"/>
              </w:rPr>
              <w:t>.</w:t>
            </w:r>
            <w:r>
              <w:t>com</w:t>
            </w:r>
            <w:r w:rsidRPr="00332DB8">
              <w:rPr>
                <w:lang w:val="ru-RU"/>
              </w:rPr>
              <w:t>/</w:t>
            </w:r>
            <w:r>
              <w:t>hitler</w:t>
            </w:r>
            <w:r w:rsidRPr="00332DB8">
              <w:rPr>
                <w:lang w:val="ru-RU"/>
              </w:rPr>
              <w:t>_</w:t>
            </w:r>
            <w:r>
              <w:t>public</w:t>
            </w:r>
            <w:r w:rsidRPr="00332DB8">
              <w:rPr>
                <w:lang w:val="ru-RU"/>
              </w:rPr>
              <w:t xml:space="preserve"> (решение Пятигорского городского суда Ставропольского края от 04.08.2014);</w:t>
            </w:r>
          </w:p>
        </w:tc>
        <w:tc>
          <w:tcPr>
            <w:tcW w:w="2880" w:type="dxa"/>
          </w:tcPr>
          <w:p w:rsidR="006F7457" w:rsidRPr="00332DB8" w:rsidRDefault="006F7457">
            <w:pPr>
              <w:rPr>
                <w:lang w:val="ru-RU"/>
              </w:rPr>
            </w:pPr>
          </w:p>
        </w:tc>
      </w:tr>
      <w:tr w:rsidR="006F7457" w:rsidRPr="005A424D">
        <w:tc>
          <w:tcPr>
            <w:tcW w:w="2880" w:type="dxa"/>
          </w:tcPr>
          <w:p w:rsidR="006F7457" w:rsidRDefault="00332DB8">
            <w:r>
              <w:t>2512.</w:t>
            </w:r>
          </w:p>
        </w:tc>
        <w:tc>
          <w:tcPr>
            <w:tcW w:w="2880" w:type="dxa"/>
          </w:tcPr>
          <w:p w:rsidR="006F7457" w:rsidRPr="00332DB8" w:rsidRDefault="00332DB8">
            <w:pPr>
              <w:rPr>
                <w:lang w:val="ru-RU"/>
              </w:rPr>
            </w:pPr>
            <w:r w:rsidRPr="00332DB8">
              <w:rPr>
                <w:lang w:val="ru-RU"/>
              </w:rPr>
              <w:t xml:space="preserve">Материалы статьи «Как изготовить взрывное устройство в домашних условиях?», размещенные в информационно-телекоммуникационной сети «Интернет» на сайте: </w:t>
            </w:r>
            <w:r>
              <w:t>http</w:t>
            </w:r>
            <w:r w:rsidRPr="00332DB8">
              <w:rPr>
                <w:lang w:val="ru-RU"/>
              </w:rPr>
              <w:t>://</w:t>
            </w:r>
            <w:r>
              <w:t>qalib</w:t>
            </w:r>
            <w:r w:rsidRPr="00332DB8">
              <w:rPr>
                <w:lang w:val="ru-RU"/>
              </w:rPr>
              <w:t>.</w:t>
            </w:r>
            <w:r>
              <w:t>ru</w:t>
            </w:r>
            <w:r w:rsidRPr="00332DB8">
              <w:rPr>
                <w:lang w:val="ru-RU"/>
              </w:rPr>
              <w:t>/</w:t>
            </w:r>
            <w:r>
              <w:t>a</w:t>
            </w:r>
            <w:r w:rsidRPr="00332DB8">
              <w:rPr>
                <w:lang w:val="ru-RU"/>
              </w:rPr>
              <w:t>/</w:t>
            </w:r>
            <w:r>
              <w:t>kak</w:t>
            </w:r>
            <w:r w:rsidRPr="00332DB8">
              <w:rPr>
                <w:lang w:val="ru-RU"/>
              </w:rPr>
              <w:t>-</w:t>
            </w:r>
            <w:r>
              <w:t>izgotovit</w:t>
            </w:r>
            <w:r w:rsidRPr="00332DB8">
              <w:rPr>
                <w:lang w:val="ru-RU"/>
              </w:rPr>
              <w:t>-</w:t>
            </w:r>
            <w:r>
              <w:t>vzrivnoe</w:t>
            </w:r>
            <w:r w:rsidRPr="00332DB8">
              <w:rPr>
                <w:lang w:val="ru-RU"/>
              </w:rPr>
              <w:t>-</w:t>
            </w:r>
            <w:r>
              <w:t>ustroystvo</w:t>
            </w:r>
            <w:r w:rsidRPr="00332DB8">
              <w:rPr>
                <w:lang w:val="ru-RU"/>
              </w:rPr>
              <w:t>-</w:t>
            </w:r>
            <w:r>
              <w:t>v</w:t>
            </w:r>
            <w:r w:rsidRPr="00332DB8">
              <w:rPr>
                <w:lang w:val="ru-RU"/>
              </w:rPr>
              <w:t>-</w:t>
            </w:r>
            <w:r>
              <w:t>domashnih</w:t>
            </w:r>
            <w:r w:rsidRPr="00332DB8">
              <w:rPr>
                <w:lang w:val="ru-RU"/>
              </w:rPr>
              <w:t>-</w:t>
            </w:r>
            <w:r>
              <w:t>usloviyah</w:t>
            </w:r>
            <w:r w:rsidRPr="00332DB8">
              <w:rPr>
                <w:lang w:val="ru-RU"/>
              </w:rPr>
              <w:t xml:space="preserve"> (решение Петровского районного суда Ставропольского края от 19.06.2014);</w:t>
            </w:r>
          </w:p>
        </w:tc>
        <w:tc>
          <w:tcPr>
            <w:tcW w:w="2880" w:type="dxa"/>
          </w:tcPr>
          <w:p w:rsidR="006F7457" w:rsidRPr="00332DB8" w:rsidRDefault="006F7457">
            <w:pPr>
              <w:rPr>
                <w:lang w:val="ru-RU"/>
              </w:rPr>
            </w:pPr>
          </w:p>
        </w:tc>
      </w:tr>
      <w:tr w:rsidR="006F7457" w:rsidRPr="005A424D">
        <w:tc>
          <w:tcPr>
            <w:tcW w:w="2880" w:type="dxa"/>
          </w:tcPr>
          <w:p w:rsidR="006F7457" w:rsidRDefault="00332DB8">
            <w:r>
              <w:t>2513.</w:t>
            </w:r>
          </w:p>
        </w:tc>
        <w:tc>
          <w:tcPr>
            <w:tcW w:w="2880" w:type="dxa"/>
          </w:tcPr>
          <w:p w:rsidR="006F7457" w:rsidRPr="00332DB8" w:rsidRDefault="00332DB8">
            <w:pPr>
              <w:rPr>
                <w:lang w:val="ru-RU"/>
              </w:rPr>
            </w:pPr>
            <w:r w:rsidRPr="00332DB8">
              <w:rPr>
                <w:lang w:val="ru-RU"/>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2880" w:type="dxa"/>
          </w:tcPr>
          <w:p w:rsidR="006F7457" w:rsidRPr="00332DB8" w:rsidRDefault="006F7457">
            <w:pPr>
              <w:rPr>
                <w:lang w:val="ru-RU"/>
              </w:rPr>
            </w:pPr>
          </w:p>
        </w:tc>
      </w:tr>
      <w:tr w:rsidR="006F7457" w:rsidRPr="005A424D">
        <w:tc>
          <w:tcPr>
            <w:tcW w:w="2880" w:type="dxa"/>
          </w:tcPr>
          <w:p w:rsidR="006F7457" w:rsidRDefault="00332DB8">
            <w:r>
              <w:t>2514.</w:t>
            </w:r>
          </w:p>
        </w:tc>
        <w:tc>
          <w:tcPr>
            <w:tcW w:w="2880" w:type="dxa"/>
          </w:tcPr>
          <w:p w:rsidR="006F7457" w:rsidRPr="00332DB8" w:rsidRDefault="00332DB8">
            <w:pPr>
              <w:rPr>
                <w:lang w:val="ru-RU"/>
              </w:rPr>
            </w:pPr>
            <w:r w:rsidRPr="00332DB8">
              <w:rPr>
                <w:lang w:val="ru-RU"/>
              </w:rPr>
              <w:t xml:space="preserve">Информационные материалы, размещенные на интернет-сайте </w:t>
            </w:r>
            <w:r>
              <w:t>http</w:t>
            </w:r>
            <w:r w:rsidRPr="00332DB8">
              <w:rPr>
                <w:lang w:val="ru-RU"/>
              </w:rPr>
              <w:t>://</w:t>
            </w:r>
            <w:r>
              <w:t>kavkaznews</w:t>
            </w:r>
            <w:r w:rsidRPr="00332DB8">
              <w:rPr>
                <w:lang w:val="ru-RU"/>
              </w:rPr>
              <w:t>.</w:t>
            </w:r>
            <w:r>
              <w:t>overblog</w:t>
            </w:r>
            <w:r w:rsidRPr="00332DB8">
              <w:rPr>
                <w:lang w:val="ru-RU"/>
              </w:rPr>
              <w:t>.</w:t>
            </w:r>
            <w:r>
              <w:t>com</w:t>
            </w:r>
            <w:r w:rsidRPr="00332DB8">
              <w:rPr>
                <w:lang w:val="ru-RU"/>
              </w:rPr>
              <w:t>,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2515.</w:t>
            </w:r>
          </w:p>
        </w:tc>
        <w:tc>
          <w:tcPr>
            <w:tcW w:w="2880" w:type="dxa"/>
          </w:tcPr>
          <w:p w:rsidR="006F7457" w:rsidRPr="00332DB8" w:rsidRDefault="00332DB8">
            <w:pPr>
              <w:rPr>
                <w:lang w:val="ru-RU"/>
              </w:rPr>
            </w:pPr>
            <w:r w:rsidRPr="00332DB8">
              <w:rPr>
                <w:lang w:val="ru-RU"/>
              </w:rPr>
              <w:t xml:space="preserve">Иинформационные материалы, размещенные на интернет-сайте </w:t>
            </w:r>
            <w:r>
              <w:t>http</w:t>
            </w:r>
            <w:r w:rsidRPr="00332DB8">
              <w:rPr>
                <w:lang w:val="ru-RU"/>
              </w:rPr>
              <w:t>://</w:t>
            </w:r>
            <w:r>
              <w:t>shamilonline</w:t>
            </w:r>
            <w:r w:rsidRPr="00332DB8">
              <w:rPr>
                <w:lang w:val="ru-RU"/>
              </w:rPr>
              <w:t>.</w:t>
            </w:r>
            <w:r>
              <w:t>wordpress</w:t>
            </w:r>
            <w:r w:rsidRPr="00332DB8">
              <w:rPr>
                <w:lang w:val="ru-RU"/>
              </w:rPr>
              <w:t>.</w:t>
            </w:r>
            <w:r>
              <w:t>com</w:t>
            </w:r>
            <w:r w:rsidRPr="00332DB8">
              <w:rPr>
                <w:lang w:val="ru-RU"/>
              </w:rPr>
              <w:t>,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rsidR="006F7457" w:rsidRPr="00332DB8" w:rsidRDefault="006F7457">
            <w:pPr>
              <w:rPr>
                <w:lang w:val="ru-RU"/>
              </w:rPr>
            </w:pPr>
          </w:p>
        </w:tc>
      </w:tr>
      <w:tr w:rsidR="006F7457" w:rsidRPr="005A424D">
        <w:tc>
          <w:tcPr>
            <w:tcW w:w="2880" w:type="dxa"/>
          </w:tcPr>
          <w:p w:rsidR="006F7457" w:rsidRDefault="00332DB8">
            <w:r>
              <w:t>2516.</w:t>
            </w:r>
          </w:p>
        </w:tc>
        <w:tc>
          <w:tcPr>
            <w:tcW w:w="2880" w:type="dxa"/>
          </w:tcPr>
          <w:p w:rsidR="006F7457" w:rsidRPr="00332DB8" w:rsidRDefault="00332DB8">
            <w:pPr>
              <w:rPr>
                <w:lang w:val="ru-RU"/>
              </w:rPr>
            </w:pPr>
            <w:r w:rsidRPr="00332DB8">
              <w:rPr>
                <w:lang w:val="ru-RU"/>
              </w:rPr>
              <w:t xml:space="preserve">Информационные материалы, размещенные на интернет-сайте </w:t>
            </w:r>
            <w:r>
              <w:t>http</w:t>
            </w:r>
            <w:r w:rsidRPr="00332DB8">
              <w:rPr>
                <w:lang w:val="ru-RU"/>
              </w:rPr>
              <w:t>://</w:t>
            </w:r>
            <w:r>
              <w:t>islamskiyemiratkavkaz</w:t>
            </w:r>
            <w:r w:rsidRPr="00332DB8">
              <w:rPr>
                <w:lang w:val="ru-RU"/>
              </w:rPr>
              <w:t>.</w:t>
            </w:r>
            <w:r>
              <w:t>blogspot</w:t>
            </w:r>
            <w:r w:rsidRPr="00332DB8">
              <w:rPr>
                <w:lang w:val="ru-RU"/>
              </w:rPr>
              <w:t>.</w:t>
            </w:r>
            <w:r>
              <w:t>be</w:t>
            </w:r>
            <w:r w:rsidRPr="00332DB8">
              <w:rPr>
                <w:lang w:val="ru-RU"/>
              </w:rPr>
              <w:t>,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rsidR="006F7457" w:rsidRPr="00332DB8" w:rsidRDefault="006F7457">
            <w:pPr>
              <w:rPr>
                <w:lang w:val="ru-RU"/>
              </w:rPr>
            </w:pPr>
          </w:p>
        </w:tc>
      </w:tr>
      <w:tr w:rsidR="006F7457" w:rsidRPr="005A424D">
        <w:tc>
          <w:tcPr>
            <w:tcW w:w="2880" w:type="dxa"/>
          </w:tcPr>
          <w:p w:rsidR="006F7457" w:rsidRDefault="00332DB8">
            <w:r>
              <w:t>2517.</w:t>
            </w:r>
          </w:p>
        </w:tc>
        <w:tc>
          <w:tcPr>
            <w:tcW w:w="2880" w:type="dxa"/>
          </w:tcPr>
          <w:p w:rsidR="006F7457" w:rsidRPr="00332DB8" w:rsidRDefault="00332DB8">
            <w:pPr>
              <w:rPr>
                <w:lang w:val="ru-RU"/>
              </w:rPr>
            </w:pPr>
            <w:r w:rsidRPr="00332DB8">
              <w:rPr>
                <w:lang w:val="ru-RU"/>
              </w:rPr>
              <w:t xml:space="preserve">Информация, размещенная на странице сайта в сети Интернет </w:t>
            </w:r>
            <w:r>
              <w:t>http</w:t>
            </w:r>
            <w:r w:rsidRPr="00332DB8">
              <w:rPr>
                <w:lang w:val="ru-RU"/>
              </w:rPr>
              <w:t>://</w:t>
            </w:r>
            <w:r>
              <w:t>vk</w:t>
            </w:r>
            <w:r w:rsidRPr="00332DB8">
              <w:rPr>
                <w:lang w:val="ru-RU"/>
              </w:rPr>
              <w:t>.</w:t>
            </w:r>
            <w:r>
              <w:t>com</w:t>
            </w:r>
            <w:r w:rsidRPr="00332DB8">
              <w:rPr>
                <w:lang w:val="ru-RU"/>
              </w:rPr>
              <w:t>/</w:t>
            </w:r>
            <w:r>
              <w:t>club</w:t>
            </w:r>
            <w:r w:rsidRPr="00332DB8">
              <w:rPr>
                <w:lang w:val="ru-RU"/>
              </w:rPr>
              <w:t>41460737 (решение Труновского районного суда Ставропольского края от 17.07.2014);</w:t>
            </w:r>
          </w:p>
        </w:tc>
        <w:tc>
          <w:tcPr>
            <w:tcW w:w="2880" w:type="dxa"/>
          </w:tcPr>
          <w:p w:rsidR="006F7457" w:rsidRPr="00332DB8" w:rsidRDefault="006F7457">
            <w:pPr>
              <w:rPr>
                <w:lang w:val="ru-RU"/>
              </w:rPr>
            </w:pPr>
          </w:p>
        </w:tc>
      </w:tr>
      <w:tr w:rsidR="006F7457" w:rsidRPr="005A424D">
        <w:tc>
          <w:tcPr>
            <w:tcW w:w="2880" w:type="dxa"/>
          </w:tcPr>
          <w:p w:rsidR="006F7457" w:rsidRDefault="00332DB8">
            <w:r>
              <w:t>2518.</w:t>
            </w:r>
          </w:p>
        </w:tc>
        <w:tc>
          <w:tcPr>
            <w:tcW w:w="2880" w:type="dxa"/>
          </w:tcPr>
          <w:p w:rsidR="006F7457" w:rsidRPr="00332DB8" w:rsidRDefault="00332DB8">
            <w:pPr>
              <w:rPr>
                <w:lang w:val="ru-RU"/>
              </w:rPr>
            </w:pPr>
            <w:r w:rsidRPr="00332DB8">
              <w:rPr>
                <w:lang w:val="ru-RU"/>
              </w:rPr>
              <w:t>Объект № 3 (файла «</w:t>
            </w:r>
            <w:r>
              <w:t>MgISO</w:t>
            </w:r>
            <w:r w:rsidRPr="00332DB8">
              <w:rPr>
                <w:lang w:val="ru-RU"/>
              </w:rPr>
              <w:t>-</w:t>
            </w:r>
            <w:r>
              <w:t>Re</w:t>
            </w:r>
            <w:r w:rsidRPr="00332DB8">
              <w:rPr>
                <w:lang w:val="ru-RU"/>
              </w:rPr>
              <w:t>9</w:t>
            </w:r>
            <w:r>
              <w:t>hs</w:t>
            </w:r>
            <w:r w:rsidRPr="00332DB8">
              <w:rPr>
                <w:lang w:val="ru-RU"/>
              </w:rPr>
              <w:t>.</w:t>
            </w:r>
            <w:r>
              <w:t>jpg</w:t>
            </w:r>
            <w:r w:rsidRPr="00332DB8">
              <w:rPr>
                <w:lang w:val="ru-RU"/>
              </w:rPr>
              <w:t>»), размещенный в социальной сети «Вконтакте», с сетевым адресом «</w:t>
            </w:r>
            <w:r>
              <w:t>http</w:t>
            </w:r>
            <w:r w:rsidRPr="00332DB8">
              <w:rPr>
                <w:lang w:val="ru-RU"/>
              </w:rPr>
              <w:t>://</w:t>
            </w:r>
            <w:r>
              <w:t>vkontakte</w:t>
            </w:r>
            <w:r w:rsidRPr="00332DB8">
              <w:rPr>
                <w:lang w:val="ru-RU"/>
              </w:rPr>
              <w:t>.</w:t>
            </w:r>
            <w:r>
              <w:t>ru</w:t>
            </w:r>
            <w:r w:rsidRPr="00332DB8">
              <w:rPr>
                <w:lang w:val="ru-RU"/>
              </w:rPr>
              <w:t>/</w:t>
            </w:r>
            <w:r>
              <w:t>id</w:t>
            </w:r>
            <w:r w:rsidRPr="00332DB8">
              <w:rPr>
                <w:lang w:val="ru-RU"/>
              </w:rPr>
              <w:t>8925421», на сайте «</w:t>
            </w:r>
            <w:r>
              <w:t>www</w:t>
            </w:r>
            <w:r w:rsidRPr="00332DB8">
              <w:rPr>
                <w:lang w:val="ru-RU"/>
              </w:rPr>
              <w:t>.</w:t>
            </w:r>
            <w:r>
              <w:t>vk</w:t>
            </w:r>
            <w:r w:rsidRPr="00332DB8">
              <w:rPr>
                <w:lang w:val="ru-RU"/>
              </w:rPr>
              <w:t>.</w:t>
            </w:r>
            <w:r>
              <w:t>com</w:t>
            </w:r>
            <w:r w:rsidRPr="00332DB8">
              <w:rPr>
                <w:lang w:val="ru-RU"/>
              </w:rPr>
              <w:t>», пользователь которой указал имя «Игорь Владиславович» (решение Кузьминского районного суда г. Москвы от 28.07.2014);</w:t>
            </w:r>
          </w:p>
        </w:tc>
        <w:tc>
          <w:tcPr>
            <w:tcW w:w="2880" w:type="dxa"/>
          </w:tcPr>
          <w:p w:rsidR="006F7457" w:rsidRPr="00332DB8" w:rsidRDefault="006F7457">
            <w:pPr>
              <w:rPr>
                <w:lang w:val="ru-RU"/>
              </w:rPr>
            </w:pPr>
          </w:p>
        </w:tc>
      </w:tr>
      <w:tr w:rsidR="006F7457" w:rsidRPr="005A424D">
        <w:tc>
          <w:tcPr>
            <w:tcW w:w="2880" w:type="dxa"/>
          </w:tcPr>
          <w:p w:rsidR="006F7457" w:rsidRDefault="00332DB8">
            <w:r>
              <w:t>2519.</w:t>
            </w:r>
          </w:p>
        </w:tc>
        <w:tc>
          <w:tcPr>
            <w:tcW w:w="2880" w:type="dxa"/>
          </w:tcPr>
          <w:p w:rsidR="006F7457" w:rsidRPr="00332DB8" w:rsidRDefault="00332DB8">
            <w:pPr>
              <w:rPr>
                <w:lang w:val="ru-RU"/>
              </w:rPr>
            </w:pPr>
            <w:r w:rsidRPr="00332DB8">
              <w:rPr>
                <w:lang w:val="ru-RU"/>
              </w:rPr>
              <w:t>Объект № 4 (файла «</w:t>
            </w:r>
            <w:r>
              <w:t>K</w:t>
            </w:r>
            <w:r w:rsidRPr="00332DB8">
              <w:rPr>
                <w:lang w:val="ru-RU"/>
              </w:rPr>
              <w:t>2</w:t>
            </w:r>
            <w:r>
              <w:t>X</w:t>
            </w:r>
            <w:r w:rsidRPr="00332DB8">
              <w:rPr>
                <w:lang w:val="ru-RU"/>
              </w:rPr>
              <w:t>1</w:t>
            </w:r>
            <w:r>
              <w:t>mPxEcI</w:t>
            </w:r>
            <w:r w:rsidRPr="00332DB8">
              <w:rPr>
                <w:lang w:val="ru-RU"/>
              </w:rPr>
              <w:t>0.</w:t>
            </w:r>
            <w:r>
              <w:t>jpg</w:t>
            </w:r>
            <w:r w:rsidRPr="00332DB8">
              <w:rPr>
                <w:lang w:val="ru-RU"/>
              </w:rPr>
              <w:t>»), размещенный в социальной сети «Вконтакте», с сетевым адресом «</w:t>
            </w:r>
            <w:r>
              <w:t>http</w:t>
            </w:r>
            <w:r w:rsidRPr="00332DB8">
              <w:rPr>
                <w:lang w:val="ru-RU"/>
              </w:rPr>
              <w:t>://</w:t>
            </w:r>
            <w:r>
              <w:t>vkontakte</w:t>
            </w:r>
            <w:r w:rsidRPr="00332DB8">
              <w:rPr>
                <w:lang w:val="ru-RU"/>
              </w:rPr>
              <w:t>.</w:t>
            </w:r>
            <w:r>
              <w:t>ru</w:t>
            </w:r>
            <w:r w:rsidRPr="00332DB8">
              <w:rPr>
                <w:lang w:val="ru-RU"/>
              </w:rPr>
              <w:t>/</w:t>
            </w:r>
            <w:r>
              <w:t>id</w:t>
            </w:r>
            <w:r w:rsidRPr="00332DB8">
              <w:rPr>
                <w:lang w:val="ru-RU"/>
              </w:rPr>
              <w:t>8925421», на сайте «</w:t>
            </w:r>
            <w:r>
              <w:t>www</w:t>
            </w:r>
            <w:r w:rsidRPr="00332DB8">
              <w:rPr>
                <w:lang w:val="ru-RU"/>
              </w:rPr>
              <w:t>.</w:t>
            </w:r>
            <w:r>
              <w:t>vk</w:t>
            </w:r>
            <w:r w:rsidRPr="00332DB8">
              <w:rPr>
                <w:lang w:val="ru-RU"/>
              </w:rPr>
              <w:t>.</w:t>
            </w:r>
            <w:r>
              <w:t>com</w:t>
            </w:r>
            <w:r w:rsidRPr="00332DB8">
              <w:rPr>
                <w:lang w:val="ru-RU"/>
              </w:rPr>
              <w:t>», пользователь которой указал имя «Игорь Владиславович» (решение Кузьминского районного суда г. Москвы от 28.07.2014);</w:t>
            </w:r>
          </w:p>
        </w:tc>
        <w:tc>
          <w:tcPr>
            <w:tcW w:w="2880" w:type="dxa"/>
          </w:tcPr>
          <w:p w:rsidR="006F7457" w:rsidRPr="00332DB8" w:rsidRDefault="006F7457">
            <w:pPr>
              <w:rPr>
                <w:lang w:val="ru-RU"/>
              </w:rPr>
            </w:pPr>
          </w:p>
        </w:tc>
      </w:tr>
      <w:tr w:rsidR="006F7457" w:rsidRPr="005A424D">
        <w:tc>
          <w:tcPr>
            <w:tcW w:w="2880" w:type="dxa"/>
          </w:tcPr>
          <w:p w:rsidR="006F7457" w:rsidRDefault="00332DB8">
            <w:r>
              <w:t>252</w:t>
            </w:r>
            <w:r>
              <w:lastRenderedPageBreak/>
              <w:t>0.</w:t>
            </w:r>
          </w:p>
        </w:tc>
        <w:tc>
          <w:tcPr>
            <w:tcW w:w="2880" w:type="dxa"/>
          </w:tcPr>
          <w:p w:rsidR="006F7457" w:rsidRPr="00332DB8" w:rsidRDefault="00332DB8">
            <w:pPr>
              <w:rPr>
                <w:lang w:val="ru-RU"/>
              </w:rPr>
            </w:pPr>
            <w:r w:rsidRPr="00332DB8">
              <w:rPr>
                <w:lang w:val="ru-RU"/>
              </w:rPr>
              <w:lastRenderedPageBreak/>
              <w:t xml:space="preserve">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w:t>
            </w:r>
            <w:r w:rsidRPr="00332DB8">
              <w:rPr>
                <w:lang w:val="ru-RU"/>
              </w:rPr>
              <w:lastRenderedPageBreak/>
              <w:t>гражданским делам Московского городского суда от 18.06.2014);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2521.</w:t>
            </w:r>
          </w:p>
        </w:tc>
        <w:tc>
          <w:tcPr>
            <w:tcW w:w="2880" w:type="dxa"/>
          </w:tcPr>
          <w:p w:rsidR="006F7457" w:rsidRPr="00332DB8" w:rsidRDefault="00332DB8">
            <w:pPr>
              <w:rPr>
                <w:lang w:val="ru-RU"/>
              </w:rPr>
            </w:pPr>
            <w:r w:rsidRPr="00332DB8">
              <w:rPr>
                <w:lang w:val="ru-RU"/>
              </w:rPr>
              <w:t>Информационные видеоматериалы «Основной альбом» под музыку Дюшес – Я рисую белым мелом 14/88.</w:t>
            </w:r>
            <w:r>
              <w:t>Picrolla</w:t>
            </w:r>
            <w:r w:rsidRPr="00332DB8">
              <w:rPr>
                <w:lang w:val="ru-RU"/>
              </w:rPr>
              <w:t xml:space="preserve">», размещенный по интернет-адресу: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137696323_165153287, и «НАКОЛКИ БЕЛЫХ БРАТЬЕВ» под музыку Скины –Зиг Хай. </w:t>
            </w:r>
            <w:r>
              <w:t>Picrolla</w:t>
            </w:r>
            <w:r w:rsidRPr="00332DB8">
              <w:rPr>
                <w:lang w:val="ru-RU"/>
              </w:rPr>
              <w:t xml:space="preserve">», размещенный по интернет-адресу: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137696323_1164443040 (решение Ноябрьского городского суда Ямало-Ненецкого автономного округа от 07.08.2014);</w:t>
            </w:r>
          </w:p>
        </w:tc>
        <w:tc>
          <w:tcPr>
            <w:tcW w:w="2880" w:type="dxa"/>
          </w:tcPr>
          <w:p w:rsidR="006F7457" w:rsidRPr="00332DB8" w:rsidRDefault="006F7457">
            <w:pPr>
              <w:rPr>
                <w:lang w:val="ru-RU"/>
              </w:rPr>
            </w:pPr>
          </w:p>
        </w:tc>
      </w:tr>
      <w:tr w:rsidR="006F7457" w:rsidRPr="005A424D">
        <w:tc>
          <w:tcPr>
            <w:tcW w:w="2880" w:type="dxa"/>
          </w:tcPr>
          <w:p w:rsidR="006F7457" w:rsidRDefault="00332DB8">
            <w:r>
              <w:t>2522.</w:t>
            </w:r>
          </w:p>
        </w:tc>
        <w:tc>
          <w:tcPr>
            <w:tcW w:w="2880" w:type="dxa"/>
          </w:tcPr>
          <w:p w:rsidR="006F7457" w:rsidRPr="00332DB8" w:rsidRDefault="00332DB8">
            <w:pPr>
              <w:rPr>
                <w:lang w:val="ru-RU"/>
              </w:rPr>
            </w:pPr>
            <w:r w:rsidRPr="00332DB8">
              <w:rPr>
                <w:lang w:val="ru-RU"/>
              </w:rPr>
              <w:t>Брошюра «Ку Клукс Клан: Белое движение в США» - М.: Фэри – В.2001» (решение Южно-Сахалинского городского суда Сахалинской области от 13.06.2013);</w:t>
            </w:r>
          </w:p>
        </w:tc>
        <w:tc>
          <w:tcPr>
            <w:tcW w:w="2880" w:type="dxa"/>
          </w:tcPr>
          <w:p w:rsidR="006F7457" w:rsidRPr="00332DB8" w:rsidRDefault="006F7457">
            <w:pPr>
              <w:rPr>
                <w:lang w:val="ru-RU"/>
              </w:rPr>
            </w:pPr>
          </w:p>
        </w:tc>
      </w:tr>
      <w:tr w:rsidR="006F7457" w:rsidRPr="005A424D">
        <w:tc>
          <w:tcPr>
            <w:tcW w:w="2880" w:type="dxa"/>
          </w:tcPr>
          <w:p w:rsidR="006F7457" w:rsidRDefault="00332DB8">
            <w:r>
              <w:t>2523.</w:t>
            </w:r>
          </w:p>
        </w:tc>
        <w:tc>
          <w:tcPr>
            <w:tcW w:w="2880" w:type="dxa"/>
          </w:tcPr>
          <w:p w:rsidR="006F7457" w:rsidRPr="00332DB8" w:rsidRDefault="00332DB8">
            <w:pPr>
              <w:rPr>
                <w:lang w:val="ru-RU"/>
              </w:rPr>
            </w:pPr>
            <w:r w:rsidRPr="00332DB8">
              <w:rPr>
                <w:lang w:val="ru-RU"/>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2880" w:type="dxa"/>
          </w:tcPr>
          <w:p w:rsidR="006F7457" w:rsidRPr="00332DB8" w:rsidRDefault="006F7457">
            <w:pPr>
              <w:rPr>
                <w:lang w:val="ru-RU"/>
              </w:rPr>
            </w:pPr>
          </w:p>
        </w:tc>
      </w:tr>
      <w:tr w:rsidR="006F7457" w:rsidRPr="005A424D">
        <w:tc>
          <w:tcPr>
            <w:tcW w:w="2880" w:type="dxa"/>
          </w:tcPr>
          <w:p w:rsidR="006F7457" w:rsidRDefault="00332DB8">
            <w:r>
              <w:t>2524.</w:t>
            </w:r>
          </w:p>
        </w:tc>
        <w:tc>
          <w:tcPr>
            <w:tcW w:w="2880" w:type="dxa"/>
          </w:tcPr>
          <w:p w:rsidR="006F7457" w:rsidRPr="00332DB8" w:rsidRDefault="00332DB8">
            <w:pPr>
              <w:rPr>
                <w:lang w:val="ru-RU"/>
              </w:rPr>
            </w:pPr>
            <w:r w:rsidRPr="00332DB8">
              <w:rPr>
                <w:lang w:val="ru-RU"/>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2880" w:type="dxa"/>
          </w:tcPr>
          <w:p w:rsidR="006F7457" w:rsidRPr="00332DB8" w:rsidRDefault="006F7457">
            <w:pPr>
              <w:rPr>
                <w:lang w:val="ru-RU"/>
              </w:rPr>
            </w:pPr>
          </w:p>
        </w:tc>
      </w:tr>
      <w:tr w:rsidR="006F7457" w:rsidRPr="005A424D">
        <w:tc>
          <w:tcPr>
            <w:tcW w:w="2880" w:type="dxa"/>
          </w:tcPr>
          <w:p w:rsidR="006F7457" w:rsidRDefault="00332DB8">
            <w:r>
              <w:t>2525.</w:t>
            </w:r>
          </w:p>
        </w:tc>
        <w:tc>
          <w:tcPr>
            <w:tcW w:w="2880" w:type="dxa"/>
          </w:tcPr>
          <w:p w:rsidR="006F7457" w:rsidRPr="00332DB8" w:rsidRDefault="00332DB8">
            <w:pPr>
              <w:rPr>
                <w:lang w:val="ru-RU"/>
              </w:rPr>
            </w:pPr>
            <w:r w:rsidRPr="00332DB8">
              <w:rPr>
                <w:lang w:val="ru-RU"/>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2526.</w:t>
            </w:r>
          </w:p>
        </w:tc>
        <w:tc>
          <w:tcPr>
            <w:tcW w:w="2880" w:type="dxa"/>
          </w:tcPr>
          <w:p w:rsidR="006F7457" w:rsidRPr="00332DB8" w:rsidRDefault="00332DB8">
            <w:pPr>
              <w:rPr>
                <w:lang w:val="ru-RU"/>
              </w:rPr>
            </w:pPr>
            <w:r w:rsidRPr="00332DB8">
              <w:rPr>
                <w:lang w:val="ru-RU"/>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w:t>
            </w:r>
            <w:r>
              <w:t>Vk</w:t>
            </w:r>
            <w:r w:rsidRPr="00332DB8">
              <w:rPr>
                <w:lang w:val="ru-RU"/>
              </w:rPr>
              <w:t>.</w:t>
            </w:r>
            <w:r>
              <w:t>com</w:t>
            </w:r>
            <w:r w:rsidRPr="00332DB8">
              <w:rPr>
                <w:lang w:val="ru-RU"/>
              </w:rPr>
              <w:t xml:space="preserve">» на странице «Федор Щусь», расположенной по электронному адресу: </w:t>
            </w:r>
            <w:r>
              <w:t>http</w:t>
            </w:r>
            <w:r w:rsidRPr="00332DB8">
              <w:rPr>
                <w:lang w:val="ru-RU"/>
              </w:rPr>
              <w:t>://</w:t>
            </w:r>
            <w:r>
              <w:t>vk</w:t>
            </w:r>
            <w:r w:rsidRPr="00332DB8">
              <w:rPr>
                <w:lang w:val="ru-RU"/>
              </w:rPr>
              <w:t>.</w:t>
            </w:r>
            <w:r>
              <w:t>com</w:t>
            </w:r>
            <w:r w:rsidRPr="00332DB8">
              <w:rPr>
                <w:lang w:val="ru-RU"/>
              </w:rPr>
              <w:t>/</w:t>
            </w:r>
            <w:r>
              <w:t>volk</w:t>
            </w:r>
            <w:r w:rsidRPr="00332DB8">
              <w:rPr>
                <w:lang w:val="ru-RU"/>
              </w:rPr>
              <w:t>7</w:t>
            </w:r>
            <w:r>
              <w:t>v</w:t>
            </w:r>
            <w:r w:rsidRPr="00332DB8">
              <w:rPr>
                <w:lang w:val="ru-RU"/>
              </w:rPr>
              <w:t>7</w:t>
            </w:r>
            <w:r>
              <w:t>russia</w:t>
            </w:r>
            <w:r w:rsidRPr="00332DB8">
              <w:rPr>
                <w:lang w:val="ru-RU"/>
              </w:rPr>
              <w:t xml:space="preserve"> (решение Советского районного суда г. Краснодара от 10.07.2014);</w:t>
            </w:r>
          </w:p>
        </w:tc>
        <w:tc>
          <w:tcPr>
            <w:tcW w:w="2880" w:type="dxa"/>
          </w:tcPr>
          <w:p w:rsidR="006F7457" w:rsidRPr="00332DB8" w:rsidRDefault="006F7457">
            <w:pPr>
              <w:rPr>
                <w:lang w:val="ru-RU"/>
              </w:rPr>
            </w:pPr>
          </w:p>
        </w:tc>
      </w:tr>
      <w:tr w:rsidR="006F7457" w:rsidRPr="005A424D">
        <w:tc>
          <w:tcPr>
            <w:tcW w:w="2880" w:type="dxa"/>
          </w:tcPr>
          <w:p w:rsidR="006F7457" w:rsidRDefault="00332DB8">
            <w:r>
              <w:t>2527.</w:t>
            </w:r>
          </w:p>
        </w:tc>
        <w:tc>
          <w:tcPr>
            <w:tcW w:w="2880" w:type="dxa"/>
          </w:tcPr>
          <w:p w:rsidR="006F7457" w:rsidRPr="00332DB8" w:rsidRDefault="00332DB8">
            <w:pPr>
              <w:rPr>
                <w:lang w:val="ru-RU"/>
              </w:rPr>
            </w:pPr>
            <w:r w:rsidRPr="00332DB8">
              <w:rPr>
                <w:lang w:val="ru-RU"/>
              </w:rPr>
              <w:t xml:space="preserve">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w:t>
            </w:r>
            <w:r>
              <w:t>http</w:t>
            </w:r>
            <w:r w:rsidRPr="00332DB8">
              <w:rPr>
                <w:lang w:val="ru-RU"/>
              </w:rPr>
              <w:t>://</w:t>
            </w:r>
            <w:r>
              <w:t>vk</w:t>
            </w:r>
            <w:r w:rsidRPr="00332DB8">
              <w:rPr>
                <w:lang w:val="ru-RU"/>
              </w:rPr>
              <w:t>.</w:t>
            </w:r>
            <w:r>
              <w:t>com</w:t>
            </w:r>
            <w:r w:rsidRPr="00332DB8">
              <w:rPr>
                <w:lang w:val="ru-RU"/>
              </w:rPr>
              <w:t>/</w:t>
            </w:r>
            <w:r>
              <w:t>vampir</w:t>
            </w:r>
            <w:r w:rsidRPr="00332DB8">
              <w:rPr>
                <w:lang w:val="ru-RU"/>
              </w:rPr>
              <w:t>282, 1. Видеоматериалы (видеоролики): - «1488.</w:t>
            </w:r>
            <w:r>
              <w:t>mp</w:t>
            </w:r>
            <w:r w:rsidRPr="00332DB8">
              <w:rPr>
                <w:lang w:val="ru-RU"/>
              </w:rPr>
              <w:t>4» – видеофонограмма продолжительностью 02 мин. 57 сек. Видеоролик начинается заставкой – статическим изображением в виде надписи «</w:t>
            </w:r>
            <w:r>
              <w:t>HATE</w:t>
            </w:r>
            <w:r w:rsidRPr="00332DB8">
              <w:rPr>
                <w:lang w:val="ru-RU"/>
              </w:rPr>
              <w:t xml:space="preserve"> </w:t>
            </w:r>
            <w:r>
              <w:t>YOU</w:t>
            </w:r>
            <w:r w:rsidRPr="00332DB8">
              <w:rPr>
                <w:lang w:val="ru-RU"/>
              </w:rPr>
              <w:t xml:space="preserve"> </w:t>
            </w:r>
            <w:r>
              <w:t>ALL</w:t>
            </w:r>
            <w:r w:rsidRPr="00332DB8">
              <w:rPr>
                <w:lang w:val="ru-RU"/>
              </w:rPr>
              <w:t>»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w:t>
            </w:r>
            <w:r>
              <w:t>FORMAT</w:t>
            </w:r>
            <w:r w:rsidRPr="00332DB8">
              <w:rPr>
                <w:lang w:val="ru-RU"/>
              </w:rPr>
              <w:t>-18 казнь.</w:t>
            </w:r>
            <w:r>
              <w:t>mp</w:t>
            </w:r>
            <w:r w:rsidRPr="00332DB8">
              <w:rPr>
                <w:lang w:val="ru-RU"/>
              </w:rPr>
              <w:t>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w:t>
            </w:r>
            <w:r>
              <w:t>mp</w:t>
            </w:r>
            <w:r w:rsidRPr="00332DB8">
              <w:rPr>
                <w:lang w:val="ru-RU"/>
              </w:rPr>
              <w:t>4» – видеофонограмма продолжительностью 5 мин. 54 сек. В нижнем левом игру кадра присутствует эмблема канала с надписью «</w:t>
            </w:r>
            <w:r>
              <w:t>KAVKAZ</w:t>
            </w:r>
            <w:r w:rsidRPr="00332DB8">
              <w:rPr>
                <w:lang w:val="ru-RU"/>
              </w:rPr>
              <w:t>.</w:t>
            </w:r>
            <w:r>
              <w:t>TV</w:t>
            </w:r>
            <w:r w:rsidRPr="00332DB8">
              <w:rPr>
                <w:lang w:val="ru-RU"/>
              </w:rPr>
              <w:t xml:space="preserve">», информационная плашка с надписью «ОБЫКНОВЕННЫЙ РУСИЗМ </w:t>
            </w:r>
            <w:r>
              <w:t>Russian</w:t>
            </w:r>
            <w:r w:rsidRPr="00332DB8">
              <w:rPr>
                <w:lang w:val="ru-RU"/>
              </w:rPr>
              <w:t xml:space="preserve"> </w:t>
            </w:r>
            <w:r>
              <w:t>Racists</w:t>
            </w:r>
            <w:r w:rsidRPr="00332DB8">
              <w:rPr>
                <w:lang w:val="ru-RU"/>
              </w:rPr>
              <w:t>».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w:t>
            </w:r>
            <w:r>
              <w:t>mp</w:t>
            </w:r>
            <w:r w:rsidRPr="00332DB8">
              <w:rPr>
                <w:lang w:val="ru-RU"/>
              </w:rPr>
              <w:t>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w:t>
            </w:r>
            <w:r>
              <w:t>mp</w:t>
            </w:r>
            <w:r w:rsidRPr="00332DB8">
              <w:rPr>
                <w:lang w:val="ru-RU"/>
              </w:rPr>
              <w:t>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w:t>
            </w:r>
            <w:r>
              <w:t>mp</w:t>
            </w:r>
            <w:r w:rsidRPr="00332DB8">
              <w:rPr>
                <w:lang w:val="ru-RU"/>
              </w:rPr>
              <w:t xml:space="preserve">4» – видеофонограмма продолжительностью 00 мин. 31 сек. Видеоролик содержит сцену избиения группой лиц двух мужчин </w:t>
            </w:r>
            <w:r w:rsidRPr="00332DB8">
              <w:rPr>
                <w:lang w:val="ru-RU"/>
              </w:rPr>
              <w:lastRenderedPageBreak/>
              <w:t>неславянской внешности в городском парке. Одним из нападавших выкрикивается лозунг «Россия для русских!»; - «скинхеди..</w:t>
            </w:r>
            <w:r>
              <w:t>mp</w:t>
            </w:r>
            <w:r w:rsidRPr="00332DB8">
              <w:rPr>
                <w:lang w:val="ru-RU"/>
              </w:rPr>
              <w:t>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w:t>
            </w:r>
            <w:r>
              <w:t>FORMAT</w:t>
            </w:r>
            <w:r w:rsidRPr="00332DB8">
              <w:rPr>
                <w:lang w:val="ru-RU"/>
              </w:rPr>
              <w:t>18.» За кадром звучит песня на русском языке в мужском и женском исполнении. Завершающая заставка содержит изображение-эмблему (кельтский крест с надписью «</w:t>
            </w:r>
            <w:r>
              <w:t>WHITE</w:t>
            </w:r>
            <w:r w:rsidRPr="00332DB8">
              <w:rPr>
                <w:lang w:val="ru-RU"/>
              </w:rPr>
              <w:t xml:space="preserve"> </w:t>
            </w:r>
            <w:r>
              <w:t>PRIDE</w:t>
            </w:r>
            <w:r w:rsidRPr="00332DB8">
              <w:rPr>
                <w:lang w:val="ru-RU"/>
              </w:rPr>
              <w:t xml:space="preserve"> </w:t>
            </w:r>
            <w:r>
              <w:t>WORLD</w:t>
            </w:r>
            <w:r w:rsidRPr="00332DB8">
              <w:rPr>
                <w:lang w:val="ru-RU"/>
              </w:rPr>
              <w:t xml:space="preserve"> </w:t>
            </w:r>
            <w:r>
              <w:t>WIDE</w:t>
            </w:r>
            <w:r w:rsidRPr="00332DB8">
              <w:rPr>
                <w:lang w:val="ru-RU"/>
              </w:rPr>
              <w:t>»); - «скинхеды (далее следует нецензурное выражение) хачей….</w:t>
            </w:r>
            <w:r>
              <w:t>mp</w:t>
            </w:r>
            <w:r w:rsidRPr="00332DB8">
              <w:rPr>
                <w:lang w:val="ru-RU"/>
              </w:rPr>
              <w:t>4» – видеофонограмма продолжительностью 02 мин. 39 сек. Видеоролик начинается заставкой с изображением Гитлера и надписью «</w:t>
            </w:r>
            <w:r>
              <w:t>FORMAT</w:t>
            </w:r>
            <w:r w:rsidRPr="00332DB8">
              <w:rPr>
                <w:lang w:val="ru-RU"/>
              </w:rPr>
              <w:t xml:space="preserve">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t>
            </w:r>
            <w:r>
              <w:t>www</w:t>
            </w:r>
            <w:r w:rsidRPr="00332DB8">
              <w:rPr>
                <w:lang w:val="ru-RU"/>
              </w:rPr>
              <w:t>.</w:t>
            </w:r>
            <w:r>
              <w:t>format</w:t>
            </w:r>
            <w:r w:rsidRPr="00332DB8">
              <w:rPr>
                <w:lang w:val="ru-RU"/>
              </w:rPr>
              <w:t>18.</w:t>
            </w:r>
            <w:r>
              <w:t>org</w:t>
            </w:r>
            <w:r w:rsidRPr="00332DB8">
              <w:rPr>
                <w:lang w:val="ru-RU"/>
              </w:rPr>
              <w:t>» на бело-желто-черном фоне; - «Скинхеды!..</w:t>
            </w:r>
            <w:r>
              <w:t>mp</w:t>
            </w:r>
            <w:r w:rsidRPr="00332DB8">
              <w:rPr>
                <w:lang w:val="ru-RU"/>
              </w:rPr>
              <w:t>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w:t>
            </w:r>
            <w:r>
              <w:t>mp</w:t>
            </w:r>
            <w:r w:rsidRPr="00332DB8">
              <w:rPr>
                <w:lang w:val="ru-RU"/>
              </w:rPr>
              <w:t xml:space="preserve">4» – видеофонограмма продолжительностью 00 мин. 55 сек. Заставка представляет собой чередующиеся статистические изображения Гитлера с надписью </w:t>
            </w:r>
            <w:r>
              <w:t>FORMAT</w:t>
            </w:r>
            <w:r w:rsidRPr="00332DB8">
              <w:rPr>
                <w:lang w:val="ru-RU"/>
              </w:rPr>
              <w:t xml:space="preserve">18 </w:t>
            </w:r>
            <w:r>
              <w:t>New</w:t>
            </w:r>
            <w:r w:rsidRPr="00332DB8">
              <w:rPr>
                <w:lang w:val="ru-RU"/>
              </w:rPr>
              <w:t xml:space="preserve">, надпись </w:t>
            </w:r>
            <w:r>
              <w:t>VOLKSTURM</w:t>
            </w:r>
            <w:r w:rsidRPr="00332DB8">
              <w:rPr>
                <w:lang w:val="ru-RU"/>
              </w:rPr>
              <w:t xml:space="preserve">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w:t>
            </w:r>
            <w:r>
              <w:t>VaMpiR</w:t>
            </w:r>
            <w:r w:rsidRPr="00332DB8">
              <w:rPr>
                <w:lang w:val="ru-RU"/>
              </w:rPr>
              <w:t>»;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w:t>
            </w:r>
            <w:r>
              <w:t>skins</w:t>
            </w:r>
            <w:r w:rsidRPr="00332DB8">
              <w:rPr>
                <w:lang w:val="ru-RU"/>
              </w:rPr>
              <w:t xml:space="preserve">»; - </w:t>
            </w:r>
            <w:r w:rsidRPr="00332DB8">
              <w:rPr>
                <w:lang w:val="ru-RU"/>
              </w:rPr>
              <w:lastRenderedPageBreak/>
              <w:t xml:space="preserve">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w:t>
            </w:r>
            <w:r>
              <w:t>MILLION</w:t>
            </w:r>
            <w:r w:rsidRPr="00332DB8">
              <w:rPr>
                <w:lang w:val="ru-RU"/>
              </w:rPr>
              <w:t xml:space="preserve"> </w:t>
            </w:r>
            <w:r>
              <w:t>JEWS</w:t>
            </w:r>
            <w:r w:rsidRPr="00332DB8">
              <w:rPr>
                <w:lang w:val="ru-RU"/>
              </w:rPr>
              <w:t>» (анг. «6 миллионов евреев») (решение Александровского городского суда Владимирской области от 15.09.2014);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2528.</w:t>
            </w:r>
          </w:p>
        </w:tc>
        <w:tc>
          <w:tcPr>
            <w:tcW w:w="2880" w:type="dxa"/>
          </w:tcPr>
          <w:p w:rsidR="006F7457" w:rsidRPr="00332DB8" w:rsidRDefault="00332DB8">
            <w:pPr>
              <w:rPr>
                <w:lang w:val="ru-RU"/>
              </w:rPr>
            </w:pPr>
            <w:r w:rsidRPr="00332DB8">
              <w:rPr>
                <w:lang w:val="ru-RU"/>
              </w:rPr>
              <w:t xml:space="preserve">Видеоматериал «Абу Усама - настало время», расположенный в социальной сети </w:t>
            </w:r>
            <w:r>
              <w:t>http</w:t>
            </w:r>
            <w:r w:rsidRPr="00332DB8">
              <w:rPr>
                <w:lang w:val="ru-RU"/>
              </w:rPr>
              <w:t>://</w:t>
            </w:r>
            <w:r>
              <w:t>vk</w:t>
            </w:r>
            <w:r w:rsidRPr="00332DB8">
              <w:rPr>
                <w:lang w:val="ru-RU"/>
              </w:rPr>
              <w:t>.</w:t>
            </w:r>
            <w:r>
              <w:t>com</w:t>
            </w:r>
            <w:r w:rsidRPr="00332DB8">
              <w:rPr>
                <w:lang w:val="ru-RU"/>
              </w:rPr>
              <w:t xml:space="preserve"> на личной странице пользователя под ником «Бинт Адам»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175807873, длительностью 46 мин. 31 сек. (решение Кировского районного суда г. Уфы Республики Башкортостан от 18.07.2014);</w:t>
            </w:r>
          </w:p>
        </w:tc>
        <w:tc>
          <w:tcPr>
            <w:tcW w:w="2880" w:type="dxa"/>
          </w:tcPr>
          <w:p w:rsidR="006F7457" w:rsidRPr="00332DB8" w:rsidRDefault="006F7457">
            <w:pPr>
              <w:rPr>
                <w:lang w:val="ru-RU"/>
              </w:rPr>
            </w:pPr>
          </w:p>
        </w:tc>
      </w:tr>
      <w:tr w:rsidR="006F7457" w:rsidRPr="005A424D">
        <w:tc>
          <w:tcPr>
            <w:tcW w:w="2880" w:type="dxa"/>
          </w:tcPr>
          <w:p w:rsidR="006F7457" w:rsidRDefault="00332DB8">
            <w:r>
              <w:t>2529.</w:t>
            </w:r>
          </w:p>
        </w:tc>
        <w:tc>
          <w:tcPr>
            <w:tcW w:w="2880" w:type="dxa"/>
          </w:tcPr>
          <w:p w:rsidR="006F7457" w:rsidRPr="00332DB8" w:rsidRDefault="00332DB8">
            <w:pPr>
              <w:rPr>
                <w:lang w:val="ru-RU"/>
              </w:rPr>
            </w:pPr>
            <w:r w:rsidRPr="00332DB8">
              <w:rPr>
                <w:lang w:val="ru-RU"/>
              </w:rPr>
              <w:t xml:space="preserve">Видеоматериал «СМОТРЕТЬ ДО КОНЦА. обращение к нам..Раббани», расположенный в социальной сети </w:t>
            </w:r>
            <w:r>
              <w:t>http</w:t>
            </w:r>
            <w:r w:rsidRPr="00332DB8">
              <w:rPr>
                <w:lang w:val="ru-RU"/>
              </w:rPr>
              <w:t>://</w:t>
            </w:r>
            <w:r>
              <w:t>vk</w:t>
            </w:r>
            <w:r w:rsidRPr="00332DB8">
              <w:rPr>
                <w:lang w:val="ru-RU"/>
              </w:rPr>
              <w:t>.</w:t>
            </w:r>
            <w:r>
              <w:t>com</w:t>
            </w:r>
            <w:r w:rsidRPr="00332DB8">
              <w:rPr>
                <w:lang w:val="ru-RU"/>
              </w:rPr>
              <w:t xml:space="preserve"> на личной странице пользователя под ником «Ахмед Ахметов»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753409, длительностью 8 мин. 17 сек. (решение Кировского районного суда г. Уфы Республики Башкортостан от 18.07.2014);</w:t>
            </w:r>
          </w:p>
        </w:tc>
        <w:tc>
          <w:tcPr>
            <w:tcW w:w="2880" w:type="dxa"/>
          </w:tcPr>
          <w:p w:rsidR="006F7457" w:rsidRPr="00332DB8" w:rsidRDefault="006F7457">
            <w:pPr>
              <w:rPr>
                <w:lang w:val="ru-RU"/>
              </w:rPr>
            </w:pPr>
          </w:p>
        </w:tc>
      </w:tr>
      <w:tr w:rsidR="006F7457" w:rsidRPr="005A424D">
        <w:tc>
          <w:tcPr>
            <w:tcW w:w="2880" w:type="dxa"/>
          </w:tcPr>
          <w:p w:rsidR="006F7457" w:rsidRDefault="00332DB8">
            <w:r>
              <w:t>2530.</w:t>
            </w:r>
          </w:p>
        </w:tc>
        <w:tc>
          <w:tcPr>
            <w:tcW w:w="2880" w:type="dxa"/>
          </w:tcPr>
          <w:p w:rsidR="006F7457" w:rsidRPr="00332DB8" w:rsidRDefault="00332DB8">
            <w:pPr>
              <w:rPr>
                <w:lang w:val="ru-RU"/>
              </w:rPr>
            </w:pPr>
            <w:r w:rsidRPr="00332DB8">
              <w:rPr>
                <w:lang w:val="ru-RU"/>
              </w:rPr>
              <w:t xml:space="preserve">Информационные материалы, размещенные на интернет-сайте: </w:t>
            </w:r>
            <w:r>
              <w:t>http</w:t>
            </w:r>
            <w:r w:rsidRPr="00332DB8">
              <w:rPr>
                <w:lang w:val="ru-RU"/>
              </w:rPr>
              <w:t>://</w:t>
            </w:r>
            <w:r>
              <w:t>islamskiyemiratkavkaz</w:t>
            </w:r>
            <w:r w:rsidRPr="00332DB8">
              <w:rPr>
                <w:lang w:val="ru-RU"/>
              </w:rPr>
              <w:t>.</w:t>
            </w:r>
            <w:r>
              <w:t>blogspot</w:t>
            </w:r>
            <w:r w:rsidRPr="00332DB8">
              <w:rPr>
                <w:lang w:val="ru-RU"/>
              </w:rPr>
              <w:t>.</w:t>
            </w:r>
            <w:r>
              <w:t>ru</w:t>
            </w:r>
            <w:r w:rsidRPr="00332DB8">
              <w:rPr>
                <w:lang w:val="ru-RU"/>
              </w:rPr>
              <w:t>/,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2880" w:type="dxa"/>
          </w:tcPr>
          <w:p w:rsidR="006F7457" w:rsidRPr="00332DB8" w:rsidRDefault="006F7457">
            <w:pPr>
              <w:rPr>
                <w:lang w:val="ru-RU"/>
              </w:rPr>
            </w:pPr>
          </w:p>
        </w:tc>
      </w:tr>
      <w:tr w:rsidR="006F7457">
        <w:tc>
          <w:tcPr>
            <w:tcW w:w="2880" w:type="dxa"/>
          </w:tcPr>
          <w:p w:rsidR="006F7457" w:rsidRDefault="00332DB8">
            <w:r>
              <w:t>2531.</w:t>
            </w:r>
          </w:p>
        </w:tc>
        <w:tc>
          <w:tcPr>
            <w:tcW w:w="2880" w:type="dxa"/>
          </w:tcPr>
          <w:p w:rsidR="006F7457" w:rsidRDefault="00332DB8">
            <w:r w:rsidRPr="00332DB8">
              <w:rPr>
                <w:lang w:val="ru-RU"/>
              </w:rPr>
              <w:t xml:space="preserve">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w:t>
            </w:r>
            <w:r w:rsidRPr="00332DB8">
              <w:rPr>
                <w:lang w:val="ru-RU"/>
              </w:rPr>
              <w:lastRenderedPageBreak/>
              <w:t xml:space="preserve">-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w:t>
            </w:r>
            <w:r>
              <w:t>09 минут 59 секунд (решение Центрального районного суда г. Тюмени от 25.04.2014);</w:t>
            </w:r>
          </w:p>
        </w:tc>
        <w:tc>
          <w:tcPr>
            <w:tcW w:w="2880" w:type="dxa"/>
          </w:tcPr>
          <w:p w:rsidR="006F7457" w:rsidRDefault="006F7457"/>
        </w:tc>
      </w:tr>
      <w:tr w:rsidR="006F7457" w:rsidRPr="005A424D">
        <w:tc>
          <w:tcPr>
            <w:tcW w:w="2880" w:type="dxa"/>
          </w:tcPr>
          <w:p w:rsidR="006F7457" w:rsidRDefault="00332DB8">
            <w:r>
              <w:lastRenderedPageBreak/>
              <w:t>2532.</w:t>
            </w:r>
          </w:p>
        </w:tc>
        <w:tc>
          <w:tcPr>
            <w:tcW w:w="2880" w:type="dxa"/>
          </w:tcPr>
          <w:p w:rsidR="006F7457" w:rsidRPr="00332DB8" w:rsidRDefault="00332DB8">
            <w:pPr>
              <w:rPr>
                <w:lang w:val="ru-RU"/>
              </w:rPr>
            </w:pPr>
            <w:r w:rsidRPr="00332DB8">
              <w:rPr>
                <w:lang w:val="ru-RU"/>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2880" w:type="dxa"/>
          </w:tcPr>
          <w:p w:rsidR="006F7457" w:rsidRPr="00332DB8" w:rsidRDefault="006F7457">
            <w:pPr>
              <w:rPr>
                <w:lang w:val="ru-RU"/>
              </w:rPr>
            </w:pPr>
          </w:p>
        </w:tc>
      </w:tr>
      <w:tr w:rsidR="006F7457" w:rsidRPr="005A424D">
        <w:tc>
          <w:tcPr>
            <w:tcW w:w="2880" w:type="dxa"/>
          </w:tcPr>
          <w:p w:rsidR="006F7457" w:rsidRDefault="00332DB8">
            <w:r>
              <w:t>2533.</w:t>
            </w:r>
          </w:p>
        </w:tc>
        <w:tc>
          <w:tcPr>
            <w:tcW w:w="2880" w:type="dxa"/>
          </w:tcPr>
          <w:p w:rsidR="006F7457" w:rsidRPr="00332DB8" w:rsidRDefault="00332DB8">
            <w:pPr>
              <w:rPr>
                <w:lang w:val="ru-RU"/>
              </w:rPr>
            </w:pPr>
            <w:r w:rsidRPr="00332DB8">
              <w:rPr>
                <w:lang w:val="ru-RU"/>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2880" w:type="dxa"/>
          </w:tcPr>
          <w:p w:rsidR="006F7457" w:rsidRPr="00332DB8" w:rsidRDefault="006F7457">
            <w:pPr>
              <w:rPr>
                <w:lang w:val="ru-RU"/>
              </w:rPr>
            </w:pPr>
          </w:p>
        </w:tc>
      </w:tr>
      <w:tr w:rsidR="006F7457" w:rsidRPr="005A424D">
        <w:tc>
          <w:tcPr>
            <w:tcW w:w="2880" w:type="dxa"/>
          </w:tcPr>
          <w:p w:rsidR="006F7457" w:rsidRDefault="00332DB8">
            <w:r>
              <w:t>2534.</w:t>
            </w:r>
          </w:p>
        </w:tc>
        <w:tc>
          <w:tcPr>
            <w:tcW w:w="2880" w:type="dxa"/>
          </w:tcPr>
          <w:p w:rsidR="006F7457" w:rsidRPr="00332DB8" w:rsidRDefault="00332DB8">
            <w:pPr>
              <w:rPr>
                <w:lang w:val="ru-RU"/>
              </w:rPr>
            </w:pPr>
            <w:r w:rsidRPr="00332DB8">
              <w:rPr>
                <w:lang w:val="ru-RU"/>
              </w:rPr>
              <w:t xml:space="preserve">Статья «Герге. Всем способным держать оружие», размещенная Котельниковым Д… В… на своей персональной странице пользователя </w:t>
            </w:r>
            <w:r>
              <w:t>www</w:t>
            </w:r>
            <w:r w:rsidRPr="00332DB8">
              <w:rPr>
                <w:lang w:val="ru-RU"/>
              </w:rPr>
              <w:t>.</w:t>
            </w:r>
            <w:r>
              <w:t>k</w:t>
            </w:r>
            <w:r w:rsidRPr="00332DB8">
              <w:rPr>
                <w:lang w:val="ru-RU"/>
              </w:rPr>
              <w:t>.</w:t>
            </w:r>
            <w:r>
              <w:t>com</w:t>
            </w:r>
            <w:r w:rsidRPr="00332DB8">
              <w:rPr>
                <w:lang w:val="ru-RU"/>
              </w:rPr>
              <w:t>/</w:t>
            </w:r>
            <w:r>
              <w:t>id</w:t>
            </w:r>
            <w:r w:rsidRPr="00332DB8">
              <w:rPr>
                <w:lang w:val="ru-RU"/>
              </w:rPr>
              <w:t xml:space="preserve"> 127688131 на сайте «Вконтакте» (решение Южно-Сахалинского городского суда Сахалинской области от 28.08.2013);</w:t>
            </w:r>
          </w:p>
        </w:tc>
        <w:tc>
          <w:tcPr>
            <w:tcW w:w="2880" w:type="dxa"/>
          </w:tcPr>
          <w:p w:rsidR="006F7457" w:rsidRPr="00332DB8" w:rsidRDefault="006F7457">
            <w:pPr>
              <w:rPr>
                <w:lang w:val="ru-RU"/>
              </w:rPr>
            </w:pPr>
          </w:p>
        </w:tc>
      </w:tr>
      <w:tr w:rsidR="006F7457" w:rsidRPr="005A424D">
        <w:tc>
          <w:tcPr>
            <w:tcW w:w="2880" w:type="dxa"/>
          </w:tcPr>
          <w:p w:rsidR="006F7457" w:rsidRDefault="00332DB8">
            <w:r>
              <w:t>253</w:t>
            </w:r>
            <w:r>
              <w:lastRenderedPageBreak/>
              <w:t>5.</w:t>
            </w:r>
          </w:p>
        </w:tc>
        <w:tc>
          <w:tcPr>
            <w:tcW w:w="2880" w:type="dxa"/>
          </w:tcPr>
          <w:p w:rsidR="006F7457" w:rsidRPr="00332DB8" w:rsidRDefault="00332DB8">
            <w:pPr>
              <w:rPr>
                <w:lang w:val="ru-RU"/>
              </w:rPr>
            </w:pPr>
            <w:r w:rsidRPr="00332DB8">
              <w:rPr>
                <w:lang w:val="ru-RU"/>
              </w:rPr>
              <w:lastRenderedPageBreak/>
              <w:t xml:space="preserve">Видеоклип «Флешмоб паблика </w:t>
            </w:r>
            <w:r>
              <w:t>MDK</w:t>
            </w:r>
            <w:r w:rsidRPr="00332DB8">
              <w:rPr>
                <w:lang w:val="ru-RU"/>
              </w:rPr>
              <w:t xml:space="preserve">», продолжительностью 15 секунд, размещенный в международной компьютерной сети Интернет на сайте социальной сети </w:t>
            </w:r>
            <w:r>
              <w:t>www</w:t>
            </w:r>
            <w:r w:rsidRPr="00332DB8">
              <w:rPr>
                <w:lang w:val="ru-RU"/>
              </w:rPr>
              <w:t>.</w:t>
            </w:r>
            <w:r>
              <w:t>vk</w:t>
            </w:r>
            <w:r w:rsidRPr="00332DB8">
              <w:rPr>
                <w:lang w:val="ru-RU"/>
              </w:rPr>
              <w:t>.</w:t>
            </w:r>
            <w:r>
              <w:t>com</w:t>
            </w:r>
            <w:r w:rsidRPr="00332DB8">
              <w:rPr>
                <w:lang w:val="ru-RU"/>
              </w:rPr>
              <w:t>/</w:t>
            </w:r>
            <w:r>
              <w:t>muhamrnadallekz</w:t>
            </w:r>
            <w:r w:rsidRPr="00332DB8">
              <w:rPr>
                <w:lang w:val="ru-RU"/>
              </w:rPr>
              <w:t>?</w:t>
            </w:r>
            <w:r>
              <w:t>z</w:t>
            </w:r>
            <w:r w:rsidRPr="00332DB8">
              <w:rPr>
                <w:lang w:val="ru-RU"/>
              </w:rPr>
              <w:t>=</w:t>
            </w:r>
            <w:r>
              <w:t>video</w:t>
            </w:r>
            <w:r w:rsidRPr="00332DB8">
              <w:rPr>
                <w:lang w:val="ru-RU"/>
              </w:rPr>
              <w:t xml:space="preserve">39258317 на страничке пользователя «Мухаммад Ридахан» (решение Канавинского районного суда Нижегородской области </w:t>
            </w:r>
            <w:r w:rsidRPr="00332DB8">
              <w:rPr>
                <w:lang w:val="ru-RU"/>
              </w:rPr>
              <w:lastRenderedPageBreak/>
              <w:t>от 30.06.2014);</w:t>
            </w:r>
          </w:p>
        </w:tc>
        <w:tc>
          <w:tcPr>
            <w:tcW w:w="2880" w:type="dxa"/>
          </w:tcPr>
          <w:p w:rsidR="006F7457" w:rsidRPr="00332DB8" w:rsidRDefault="006F7457">
            <w:pPr>
              <w:rPr>
                <w:lang w:val="ru-RU"/>
              </w:rPr>
            </w:pPr>
          </w:p>
        </w:tc>
      </w:tr>
      <w:tr w:rsidR="006F7457">
        <w:tc>
          <w:tcPr>
            <w:tcW w:w="2880" w:type="dxa"/>
          </w:tcPr>
          <w:p w:rsidR="006F7457" w:rsidRDefault="00332DB8">
            <w:r>
              <w:lastRenderedPageBreak/>
              <w:t>2536.</w:t>
            </w:r>
          </w:p>
        </w:tc>
        <w:tc>
          <w:tcPr>
            <w:tcW w:w="2880" w:type="dxa"/>
          </w:tcPr>
          <w:p w:rsidR="006F7457" w:rsidRDefault="00332DB8">
            <w:r w:rsidRPr="00332DB8">
              <w:rPr>
                <w:lang w:val="ru-RU"/>
              </w:rPr>
              <w:t xml:space="preserve">Видеоматериал «Русский, проснись! Против тебя идет война!», размещенный Самсоновым И… В… на Интернет-сайте,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135782824, размером 9,90 МБ и общей продолжительностью </w:t>
            </w:r>
            <w:r>
              <w:t>06 мин. 20 сек. (решение Промышленного районного суда г. Курска от 13.08.2014);</w:t>
            </w:r>
          </w:p>
        </w:tc>
        <w:tc>
          <w:tcPr>
            <w:tcW w:w="2880" w:type="dxa"/>
          </w:tcPr>
          <w:p w:rsidR="006F7457" w:rsidRDefault="006F7457"/>
        </w:tc>
      </w:tr>
      <w:tr w:rsidR="006F7457" w:rsidRPr="005A424D">
        <w:tc>
          <w:tcPr>
            <w:tcW w:w="2880" w:type="dxa"/>
          </w:tcPr>
          <w:p w:rsidR="006F7457" w:rsidRDefault="00332DB8">
            <w:r>
              <w:t>2537.</w:t>
            </w:r>
          </w:p>
        </w:tc>
        <w:tc>
          <w:tcPr>
            <w:tcW w:w="2880" w:type="dxa"/>
          </w:tcPr>
          <w:p w:rsidR="006F7457" w:rsidRPr="00332DB8" w:rsidRDefault="00332DB8">
            <w:pPr>
              <w:rPr>
                <w:lang w:val="ru-RU"/>
              </w:rPr>
            </w:pPr>
            <w:r w:rsidRPr="00332DB8">
              <w:rPr>
                <w:lang w:val="ru-RU"/>
              </w:rP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2880" w:type="dxa"/>
          </w:tcPr>
          <w:p w:rsidR="006F7457" w:rsidRPr="00332DB8" w:rsidRDefault="006F7457">
            <w:pPr>
              <w:rPr>
                <w:lang w:val="ru-RU"/>
              </w:rPr>
            </w:pPr>
          </w:p>
        </w:tc>
      </w:tr>
      <w:tr w:rsidR="006F7457" w:rsidRPr="005A424D">
        <w:tc>
          <w:tcPr>
            <w:tcW w:w="2880" w:type="dxa"/>
          </w:tcPr>
          <w:p w:rsidR="006F7457" w:rsidRDefault="00332DB8">
            <w:r>
              <w:t>2538.</w:t>
            </w:r>
          </w:p>
        </w:tc>
        <w:tc>
          <w:tcPr>
            <w:tcW w:w="2880" w:type="dxa"/>
          </w:tcPr>
          <w:p w:rsidR="006F7457" w:rsidRPr="00332DB8" w:rsidRDefault="00332DB8">
            <w:pPr>
              <w:rPr>
                <w:lang w:val="ru-RU"/>
              </w:rPr>
            </w:pPr>
            <w:r w:rsidRPr="00332DB8">
              <w:rPr>
                <w:lang w:val="ru-RU"/>
              </w:rPr>
              <w:t xml:space="preserve">Видеозапись в файле «Красавцы ваще!!!!!!», размещенная в информационно-телекоммуникационной сети Интернет на сайте «В 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132340179 (решение Гусевского городского суда Калининградской области от 22.08.2014);</w:t>
            </w:r>
          </w:p>
        </w:tc>
        <w:tc>
          <w:tcPr>
            <w:tcW w:w="2880" w:type="dxa"/>
          </w:tcPr>
          <w:p w:rsidR="006F7457" w:rsidRPr="00332DB8" w:rsidRDefault="006F7457">
            <w:pPr>
              <w:rPr>
                <w:lang w:val="ru-RU"/>
              </w:rPr>
            </w:pPr>
          </w:p>
        </w:tc>
      </w:tr>
      <w:tr w:rsidR="006F7457" w:rsidRPr="005A424D">
        <w:tc>
          <w:tcPr>
            <w:tcW w:w="2880" w:type="dxa"/>
          </w:tcPr>
          <w:p w:rsidR="006F7457" w:rsidRDefault="00332DB8">
            <w:r>
              <w:t>2539.</w:t>
            </w:r>
          </w:p>
        </w:tc>
        <w:tc>
          <w:tcPr>
            <w:tcW w:w="2880" w:type="dxa"/>
          </w:tcPr>
          <w:p w:rsidR="006F7457" w:rsidRPr="00332DB8" w:rsidRDefault="00332DB8">
            <w:pPr>
              <w:rPr>
                <w:lang w:val="ru-RU"/>
              </w:rPr>
            </w:pPr>
            <w:r w:rsidRPr="00332DB8">
              <w:rPr>
                <w:lang w:val="ru-RU"/>
              </w:rPr>
              <w:t xml:space="preserve">Видеозапись в файле «Скинам», размещенная в информационно-телекоммуникационной сети Интернет на сайте «В 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132340179 (решение Гусевского городского суда Калининградской области от 22.08.2014);</w:t>
            </w:r>
          </w:p>
        </w:tc>
        <w:tc>
          <w:tcPr>
            <w:tcW w:w="2880" w:type="dxa"/>
          </w:tcPr>
          <w:p w:rsidR="006F7457" w:rsidRPr="00332DB8" w:rsidRDefault="006F7457">
            <w:pPr>
              <w:rPr>
                <w:lang w:val="ru-RU"/>
              </w:rPr>
            </w:pPr>
          </w:p>
        </w:tc>
      </w:tr>
      <w:tr w:rsidR="006F7457" w:rsidRPr="005A424D">
        <w:tc>
          <w:tcPr>
            <w:tcW w:w="2880" w:type="dxa"/>
          </w:tcPr>
          <w:p w:rsidR="006F7457" w:rsidRDefault="00332DB8">
            <w:r>
              <w:t>2540.</w:t>
            </w:r>
          </w:p>
        </w:tc>
        <w:tc>
          <w:tcPr>
            <w:tcW w:w="2880" w:type="dxa"/>
          </w:tcPr>
          <w:p w:rsidR="006F7457" w:rsidRPr="00332DB8" w:rsidRDefault="00332DB8">
            <w:pPr>
              <w:rPr>
                <w:lang w:val="ru-RU"/>
              </w:rPr>
            </w:pPr>
            <w:r w:rsidRPr="00332DB8">
              <w:rPr>
                <w:lang w:val="ru-RU"/>
              </w:rPr>
              <w:t xml:space="preserve">Видеозапись в файле «Формат 18 (Скин пресовал хачика)», размещенная в информационно-телекоммуникационной сети Интернет на сайте «В 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132340179 (решение Гусевского городского суда Калининградской области от 22.08.2014);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2541.</w:t>
            </w:r>
          </w:p>
        </w:tc>
        <w:tc>
          <w:tcPr>
            <w:tcW w:w="2880" w:type="dxa"/>
          </w:tcPr>
          <w:p w:rsidR="006F7457" w:rsidRPr="00332DB8" w:rsidRDefault="00332DB8">
            <w:pPr>
              <w:rPr>
                <w:lang w:val="ru-RU"/>
              </w:rPr>
            </w:pPr>
            <w:r w:rsidRPr="00332DB8">
              <w:rPr>
                <w:lang w:val="ru-RU"/>
              </w:rPr>
              <w:t xml:space="preserve">Интернет-сайты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237858229 и </w:t>
            </w:r>
            <w:r>
              <w:t>http</w:t>
            </w:r>
            <w:r w:rsidRPr="00332DB8">
              <w:rPr>
                <w:lang w:val="ru-RU"/>
              </w:rPr>
              <w:t>://</w:t>
            </w:r>
            <w:r>
              <w:t>vk</w:t>
            </w:r>
            <w:r w:rsidRPr="00332DB8">
              <w:rPr>
                <w:lang w:val="ru-RU"/>
              </w:rPr>
              <w:t>.</w:t>
            </w:r>
            <w:r>
              <w:t>com</w:t>
            </w:r>
            <w:r w:rsidRPr="00332DB8">
              <w:rPr>
                <w:lang w:val="ru-RU"/>
              </w:rPr>
              <w:t>/</w:t>
            </w:r>
            <w:r>
              <w:t>stjal</w:t>
            </w:r>
            <w:r w:rsidRPr="00332DB8">
              <w:rPr>
                <w:lang w:val="ru-RU"/>
              </w:rPr>
              <w:t xml:space="preserve"> (решение Кировского районного суда г. Астрахани от 23.09.2014);</w:t>
            </w:r>
          </w:p>
        </w:tc>
        <w:tc>
          <w:tcPr>
            <w:tcW w:w="2880" w:type="dxa"/>
          </w:tcPr>
          <w:p w:rsidR="006F7457" w:rsidRPr="00332DB8" w:rsidRDefault="006F7457">
            <w:pPr>
              <w:rPr>
                <w:lang w:val="ru-RU"/>
              </w:rPr>
            </w:pPr>
          </w:p>
        </w:tc>
      </w:tr>
      <w:tr w:rsidR="006F7457" w:rsidRPr="005A424D">
        <w:tc>
          <w:tcPr>
            <w:tcW w:w="2880" w:type="dxa"/>
          </w:tcPr>
          <w:p w:rsidR="006F7457" w:rsidRDefault="00332DB8">
            <w:r>
              <w:t>2542.</w:t>
            </w:r>
          </w:p>
        </w:tc>
        <w:tc>
          <w:tcPr>
            <w:tcW w:w="2880" w:type="dxa"/>
          </w:tcPr>
          <w:p w:rsidR="006F7457" w:rsidRPr="00332DB8" w:rsidRDefault="00332DB8">
            <w:pPr>
              <w:rPr>
                <w:lang w:val="ru-RU"/>
              </w:rPr>
            </w:pPr>
            <w:r w:rsidRPr="00332DB8">
              <w:rPr>
                <w:lang w:val="ru-RU"/>
              </w:rP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c>
          <w:tcPr>
            <w:tcW w:w="2880" w:type="dxa"/>
          </w:tcPr>
          <w:p w:rsidR="006F7457" w:rsidRPr="00332DB8" w:rsidRDefault="006F7457">
            <w:pPr>
              <w:rPr>
                <w:lang w:val="ru-RU"/>
              </w:rPr>
            </w:pPr>
          </w:p>
        </w:tc>
      </w:tr>
      <w:tr w:rsidR="006F7457" w:rsidRPr="005A424D">
        <w:tc>
          <w:tcPr>
            <w:tcW w:w="2880" w:type="dxa"/>
          </w:tcPr>
          <w:p w:rsidR="006F7457" w:rsidRDefault="00332DB8">
            <w:r>
              <w:t>2543.</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интернет-адресам: </w:t>
            </w:r>
            <w:r>
              <w:t>jihadkavkaz</w:t>
            </w:r>
            <w:r w:rsidRPr="00332DB8">
              <w:rPr>
                <w:lang w:val="ru-RU"/>
              </w:rPr>
              <w:t>.</w:t>
            </w:r>
            <w:r>
              <w:t>com</w:t>
            </w:r>
            <w:r w:rsidRPr="00332DB8">
              <w:rPr>
                <w:lang w:val="ru-RU"/>
              </w:rPr>
              <w:t xml:space="preserve">, </w:t>
            </w:r>
            <w:r>
              <w:t>www</w:t>
            </w:r>
            <w:r w:rsidRPr="00332DB8">
              <w:rPr>
                <w:lang w:val="ru-RU"/>
              </w:rPr>
              <w:t>.</w:t>
            </w:r>
            <w:r>
              <w:t>unaunso</w:t>
            </w:r>
            <w:r w:rsidRPr="00332DB8">
              <w:rPr>
                <w:lang w:val="ru-RU"/>
              </w:rPr>
              <w:t>.</w:t>
            </w:r>
            <w:r>
              <w:t>org</w:t>
            </w:r>
            <w:r w:rsidRPr="00332DB8">
              <w:rPr>
                <w:lang w:val="ru-RU"/>
              </w:rPr>
              <w:t xml:space="preserve">, </w:t>
            </w:r>
            <w:r>
              <w:t>una</w:t>
            </w:r>
            <w:r w:rsidRPr="00332DB8">
              <w:rPr>
                <w:lang w:val="ru-RU"/>
              </w:rPr>
              <w:t>-</w:t>
            </w:r>
            <w:r>
              <w:t>unso</w:t>
            </w:r>
            <w:r w:rsidRPr="00332DB8">
              <w:rPr>
                <w:lang w:val="ru-RU"/>
              </w:rPr>
              <w:t>.</w:t>
            </w:r>
            <w:r>
              <w:t>info</w:t>
            </w:r>
            <w:r w:rsidRPr="00332DB8">
              <w:rPr>
                <w:lang w:val="ru-RU"/>
              </w:rPr>
              <w:t xml:space="preserve">, </w:t>
            </w:r>
            <w:r>
              <w:t>http</w:t>
            </w:r>
            <w:r w:rsidRPr="00332DB8">
              <w:rPr>
                <w:lang w:val="ru-RU"/>
              </w:rPr>
              <w:t>://</w:t>
            </w:r>
            <w:r>
              <w:t>www</w:t>
            </w:r>
            <w:r w:rsidRPr="00332DB8">
              <w:rPr>
                <w:lang w:val="ru-RU"/>
              </w:rPr>
              <w:t>.</w:t>
            </w:r>
            <w:r>
              <w:t>unso</w:t>
            </w:r>
            <w:r w:rsidRPr="00332DB8">
              <w:rPr>
                <w:lang w:val="ru-RU"/>
              </w:rPr>
              <w:t>.</w:t>
            </w:r>
            <w:r>
              <w:t>in</w:t>
            </w:r>
            <w:r w:rsidRPr="00332DB8">
              <w:rPr>
                <w:lang w:val="ru-RU"/>
              </w:rPr>
              <w:t>.</w:t>
            </w:r>
            <w:r>
              <w:t>ua</w:t>
            </w:r>
            <w:r w:rsidRPr="00332DB8">
              <w:rPr>
                <w:lang w:val="ru-RU"/>
              </w:rPr>
              <w:t>/</w:t>
            </w:r>
            <w:r>
              <w:t>uk</w:t>
            </w:r>
            <w:r w:rsidRPr="00332DB8">
              <w:rPr>
                <w:lang w:val="ru-RU"/>
              </w:rPr>
              <w:t xml:space="preserve">, </w:t>
            </w:r>
            <w:r>
              <w:t>http</w:t>
            </w:r>
            <w:r w:rsidRPr="00332DB8">
              <w:rPr>
                <w:lang w:val="ru-RU"/>
              </w:rPr>
              <w:t>://</w:t>
            </w:r>
            <w:r>
              <w:t>pravyysektor</w:t>
            </w:r>
            <w:r w:rsidRPr="00332DB8">
              <w:rPr>
                <w:lang w:val="ru-RU"/>
              </w:rPr>
              <w:t>.</w:t>
            </w:r>
            <w:r>
              <w:t>info</w:t>
            </w:r>
            <w:r w:rsidRPr="00332DB8">
              <w:rPr>
                <w:lang w:val="ru-RU"/>
              </w:rPr>
              <w:t xml:space="preserve"> (решения Новоуренгойского городского суда Ямало-Ненецкого автономного округа от 09.09.2014, от 30.01.2015 и определение Новоуренгойского городского суда Ямало-Ненецкого автономного округа от 12.09.2014).</w:t>
            </w:r>
          </w:p>
        </w:tc>
        <w:tc>
          <w:tcPr>
            <w:tcW w:w="2880" w:type="dxa"/>
          </w:tcPr>
          <w:p w:rsidR="006F7457" w:rsidRPr="00332DB8" w:rsidRDefault="006F7457">
            <w:pPr>
              <w:rPr>
                <w:lang w:val="ru-RU"/>
              </w:rPr>
            </w:pPr>
          </w:p>
        </w:tc>
      </w:tr>
      <w:tr w:rsidR="006F7457" w:rsidRPr="005A424D">
        <w:tc>
          <w:tcPr>
            <w:tcW w:w="2880" w:type="dxa"/>
          </w:tcPr>
          <w:p w:rsidR="006F7457" w:rsidRDefault="00332DB8">
            <w:r>
              <w:t>2544.</w:t>
            </w:r>
          </w:p>
        </w:tc>
        <w:tc>
          <w:tcPr>
            <w:tcW w:w="2880" w:type="dxa"/>
          </w:tcPr>
          <w:p w:rsidR="006F7457" w:rsidRPr="00332DB8" w:rsidRDefault="00332DB8">
            <w:pPr>
              <w:rPr>
                <w:lang w:val="ru-RU"/>
              </w:rPr>
            </w:pPr>
            <w:r w:rsidRPr="00332DB8">
              <w:rPr>
                <w:lang w:val="ru-RU"/>
              </w:rPr>
              <w:t>Видеофайл с названием «1» (</w:t>
            </w:r>
            <w:r>
              <w:t>URL</w:t>
            </w:r>
            <w:r w:rsidRPr="00332DB8">
              <w:rPr>
                <w:lang w:val="ru-RU"/>
              </w:rPr>
              <w:t xml:space="preserve">-адрес: </w:t>
            </w:r>
            <w:r>
              <w:t>http</w:t>
            </w:r>
            <w:r w:rsidRPr="00332DB8">
              <w:rPr>
                <w:lang w:val="ru-RU"/>
              </w:rPr>
              <w:t>:</w:t>
            </w:r>
            <w:r>
              <w:t>vk</w:t>
            </w:r>
            <w:r w:rsidRPr="00332DB8">
              <w:rPr>
                <w:lang w:val="ru-RU"/>
              </w:rPr>
              <w:t>.</w:t>
            </w:r>
            <w:r>
              <w:t>com</w:t>
            </w:r>
            <w:r w:rsidRPr="00332DB8">
              <w:rPr>
                <w:lang w:val="ru-RU"/>
              </w:rPr>
              <w:t>/</w:t>
            </w:r>
            <w:r>
              <w:t>id</w:t>
            </w:r>
            <w:r w:rsidRPr="00332DB8">
              <w:rPr>
                <w:lang w:val="ru-RU"/>
              </w:rPr>
              <w:t>6641584, социальная сеть «В Контакте») (решение Саровского городского суда Нижегородской области от 04.08.2014);</w:t>
            </w:r>
          </w:p>
        </w:tc>
        <w:tc>
          <w:tcPr>
            <w:tcW w:w="2880" w:type="dxa"/>
          </w:tcPr>
          <w:p w:rsidR="006F7457" w:rsidRPr="00332DB8" w:rsidRDefault="006F7457">
            <w:pPr>
              <w:rPr>
                <w:lang w:val="ru-RU"/>
              </w:rPr>
            </w:pPr>
          </w:p>
        </w:tc>
      </w:tr>
      <w:tr w:rsidR="006F7457" w:rsidRPr="005A424D">
        <w:tc>
          <w:tcPr>
            <w:tcW w:w="2880" w:type="dxa"/>
          </w:tcPr>
          <w:p w:rsidR="006F7457" w:rsidRDefault="00332DB8">
            <w:r>
              <w:t>2545.</w:t>
            </w:r>
          </w:p>
        </w:tc>
        <w:tc>
          <w:tcPr>
            <w:tcW w:w="2880" w:type="dxa"/>
          </w:tcPr>
          <w:p w:rsidR="006F7457" w:rsidRPr="00332DB8" w:rsidRDefault="00332DB8">
            <w:pPr>
              <w:rPr>
                <w:lang w:val="ru-RU"/>
              </w:rPr>
            </w:pPr>
            <w:r w:rsidRPr="00332DB8">
              <w:rPr>
                <w:lang w:val="ru-RU"/>
              </w:rPr>
              <w:t>Информационные материалы – видеоролики: «Скинхеды» продолжительностью 2:40 мин., с изображением на первом кадре надписи «</w:t>
            </w:r>
            <w:r>
              <w:t>PODOLSK</w:t>
            </w:r>
            <w:r w:rsidRPr="00332DB8">
              <w:rPr>
                <w:lang w:val="ru-RU"/>
              </w:rPr>
              <w:t xml:space="preserve"> </w:t>
            </w:r>
            <w:r>
              <w:t>FRON</w:t>
            </w:r>
            <w:r w:rsidRPr="00332DB8">
              <w:rPr>
                <w:lang w:val="ru-RU"/>
              </w:rPr>
              <w:t xml:space="preserve">» с изображением символа в виде меча </w:t>
            </w:r>
            <w:r>
              <w:t>PRESEN</w:t>
            </w:r>
            <w:r w:rsidRPr="00332DB8">
              <w:rPr>
                <w:lang w:val="ru-RU"/>
              </w:rPr>
              <w:t>;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2880" w:type="dxa"/>
          </w:tcPr>
          <w:p w:rsidR="006F7457" w:rsidRPr="00332DB8" w:rsidRDefault="006F7457">
            <w:pPr>
              <w:rPr>
                <w:lang w:val="ru-RU"/>
              </w:rPr>
            </w:pPr>
          </w:p>
        </w:tc>
      </w:tr>
      <w:tr w:rsidR="006F7457" w:rsidRPr="005A424D">
        <w:tc>
          <w:tcPr>
            <w:tcW w:w="2880" w:type="dxa"/>
          </w:tcPr>
          <w:p w:rsidR="006F7457" w:rsidRDefault="00332DB8">
            <w:r>
              <w:t>25</w:t>
            </w:r>
            <w:r>
              <w:lastRenderedPageBreak/>
              <w:t>46.</w:t>
            </w:r>
          </w:p>
        </w:tc>
        <w:tc>
          <w:tcPr>
            <w:tcW w:w="2880" w:type="dxa"/>
          </w:tcPr>
          <w:p w:rsidR="006F7457" w:rsidRPr="00332DB8" w:rsidRDefault="00332DB8">
            <w:pPr>
              <w:rPr>
                <w:lang w:val="ru-RU"/>
              </w:rPr>
            </w:pPr>
            <w:r w:rsidRPr="00332DB8">
              <w:rPr>
                <w:lang w:val="ru-RU"/>
              </w:rPr>
              <w:lastRenderedPageBreak/>
              <w:t xml:space="preserve">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w:t>
            </w:r>
            <w:r w:rsidRPr="00332DB8">
              <w:rPr>
                <w:lang w:val="ru-RU"/>
              </w:rPr>
              <w:lastRenderedPageBreak/>
              <w:t xml:space="preserve">Украины, текст заявления «Правого сектора», размещенные на сайте </w:t>
            </w:r>
            <w:r>
              <w:t>www</w:t>
            </w:r>
            <w:r w:rsidRPr="00332DB8">
              <w:rPr>
                <w:lang w:val="ru-RU"/>
              </w:rPr>
              <w:t>.</w:t>
            </w:r>
            <w:r>
              <w:t>svyatorus</w:t>
            </w:r>
            <w:r w:rsidRPr="00332DB8">
              <w:rPr>
                <w:lang w:val="ru-RU"/>
              </w:rPr>
              <w:t>.</w:t>
            </w:r>
            <w:r>
              <w:t>com</w:t>
            </w:r>
            <w:r w:rsidRPr="00332DB8">
              <w:rPr>
                <w:lang w:val="ru-RU"/>
              </w:rPr>
              <w:t xml:space="preserve"> (решение Назаровского городского суда Красноярского края от 11.09.2014);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2547.</w:t>
            </w:r>
          </w:p>
        </w:tc>
        <w:tc>
          <w:tcPr>
            <w:tcW w:w="2880" w:type="dxa"/>
          </w:tcPr>
          <w:p w:rsidR="006F7457" w:rsidRPr="00332DB8" w:rsidRDefault="00332DB8">
            <w:pPr>
              <w:rPr>
                <w:lang w:val="ru-RU"/>
              </w:rPr>
            </w:pPr>
            <w:r w:rsidRPr="00332DB8">
              <w:rPr>
                <w:lang w:val="ru-RU"/>
              </w:rPr>
              <w:t>Видеообращение на интернет сервисе, предоставляющего услуги видео хостинга «</w:t>
            </w:r>
            <w:r>
              <w:t>https</w:t>
            </w:r>
            <w:r w:rsidRPr="00332DB8">
              <w:rPr>
                <w:lang w:val="ru-RU"/>
              </w:rPr>
              <w:t xml:space="preserve">:// </w:t>
            </w:r>
            <w:r>
              <w:t>www</w:t>
            </w:r>
            <w:r w:rsidRPr="00332DB8">
              <w:rPr>
                <w:lang w:val="ru-RU"/>
              </w:rPr>
              <w:t>.</w:t>
            </w:r>
            <w:r>
              <w:t>youtube</w:t>
            </w:r>
            <w:r w:rsidRPr="00332DB8">
              <w:rPr>
                <w:lang w:val="ru-RU"/>
              </w:rPr>
              <w:t>.</w:t>
            </w:r>
            <w:r>
              <w:t>com</w:t>
            </w:r>
            <w:r w:rsidRPr="00332DB8">
              <w:rPr>
                <w:lang w:val="ru-RU"/>
              </w:rPr>
              <w:t xml:space="preserve">», на котором размещена ссылка </w:t>
            </w:r>
            <w:r>
              <w:t>https</w:t>
            </w:r>
            <w:r w:rsidRPr="00332DB8">
              <w:rPr>
                <w:lang w:val="ru-RU"/>
              </w:rPr>
              <w:t>: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 xml:space="preserve"> = 4</w:t>
            </w:r>
            <w:r>
              <w:t>gg</w:t>
            </w:r>
            <w:r w:rsidRPr="00332DB8">
              <w:rPr>
                <w:lang w:val="ru-RU"/>
              </w:rPr>
              <w:t>8</w:t>
            </w:r>
            <w:r>
              <w:t>Q</w:t>
            </w:r>
            <w:r w:rsidRPr="00332DB8">
              <w:rPr>
                <w:lang w:val="ru-RU"/>
              </w:rPr>
              <w:t>9</w:t>
            </w:r>
            <w:r>
              <w:t>flaM</w:t>
            </w:r>
            <w:r w:rsidRPr="00332DB8">
              <w:rPr>
                <w:lang w:val="ru-RU"/>
              </w:rPr>
              <w:t xml:space="preserve"> «Ауховский джамаат» (решение Хасавюртовского городского суда от 15.07.2014);</w:t>
            </w:r>
          </w:p>
        </w:tc>
        <w:tc>
          <w:tcPr>
            <w:tcW w:w="2880" w:type="dxa"/>
          </w:tcPr>
          <w:p w:rsidR="006F7457" w:rsidRPr="00332DB8" w:rsidRDefault="006F7457">
            <w:pPr>
              <w:rPr>
                <w:lang w:val="ru-RU"/>
              </w:rPr>
            </w:pPr>
          </w:p>
        </w:tc>
      </w:tr>
      <w:tr w:rsidR="006F7457" w:rsidRPr="005A424D">
        <w:tc>
          <w:tcPr>
            <w:tcW w:w="2880" w:type="dxa"/>
          </w:tcPr>
          <w:p w:rsidR="006F7457" w:rsidRDefault="00332DB8">
            <w:r>
              <w:t>2548.</w:t>
            </w:r>
          </w:p>
        </w:tc>
        <w:tc>
          <w:tcPr>
            <w:tcW w:w="2880" w:type="dxa"/>
          </w:tcPr>
          <w:p w:rsidR="006F7457" w:rsidRPr="00332DB8" w:rsidRDefault="00332DB8">
            <w:pPr>
              <w:rPr>
                <w:lang w:val="ru-RU"/>
              </w:rPr>
            </w:pPr>
            <w:r w:rsidRPr="00332DB8">
              <w:rPr>
                <w:lang w:val="ru-RU"/>
              </w:rPr>
              <w:t>Видеообращение на интернет сервисе, предоставляющего услуги видео хостинга «</w:t>
            </w:r>
            <w:r>
              <w:t>https</w:t>
            </w:r>
            <w:r w:rsidRPr="00332DB8">
              <w:rPr>
                <w:lang w:val="ru-RU"/>
              </w:rPr>
              <w:t xml:space="preserve">:// </w:t>
            </w:r>
            <w:r>
              <w:t>www</w:t>
            </w:r>
            <w:r w:rsidRPr="00332DB8">
              <w:rPr>
                <w:lang w:val="ru-RU"/>
              </w:rPr>
              <w:t>.</w:t>
            </w:r>
            <w:r>
              <w:t>youtube</w:t>
            </w:r>
            <w:r w:rsidRPr="00332DB8">
              <w:rPr>
                <w:lang w:val="ru-RU"/>
              </w:rPr>
              <w:t>.</w:t>
            </w:r>
            <w:r>
              <w:t>com</w:t>
            </w:r>
            <w:r w:rsidRPr="00332DB8">
              <w:rPr>
                <w:lang w:val="ru-RU"/>
              </w:rPr>
              <w:t xml:space="preserve">», на котором размещена ссылка </w:t>
            </w:r>
            <w:r>
              <w:t>https</w:t>
            </w:r>
            <w:r w:rsidRPr="00332DB8">
              <w:rPr>
                <w:lang w:val="ru-RU"/>
              </w:rPr>
              <w:t xml:space="preserve">:// </w:t>
            </w:r>
            <w:r>
              <w:t>www</w:t>
            </w:r>
            <w:r w:rsidRPr="00332DB8">
              <w:rPr>
                <w:lang w:val="ru-RU"/>
              </w:rPr>
              <w:t>.</w:t>
            </w:r>
            <w:r>
              <w:t>youtube</w:t>
            </w:r>
            <w:r w:rsidRPr="00332DB8">
              <w:rPr>
                <w:lang w:val="ru-RU"/>
              </w:rPr>
              <w:t>.</w:t>
            </w:r>
            <w:r>
              <w:t>com</w:t>
            </w:r>
            <w:r w:rsidRPr="00332DB8">
              <w:rPr>
                <w:lang w:val="ru-RU"/>
              </w:rPr>
              <w:t xml:space="preserve">/ </w:t>
            </w:r>
            <w:r>
              <w:t>watch</w:t>
            </w:r>
            <w:r w:rsidRPr="00332DB8">
              <w:rPr>
                <w:lang w:val="ru-RU"/>
              </w:rPr>
              <w:t>?</w:t>
            </w:r>
            <w:r>
              <w:t>v</w:t>
            </w:r>
            <w:r w:rsidRPr="00332DB8">
              <w:rPr>
                <w:lang w:val="ru-RU"/>
              </w:rPr>
              <w:t>=</w:t>
            </w:r>
            <w:r>
              <w:t>G</w:t>
            </w:r>
            <w:r w:rsidRPr="00332DB8">
              <w:rPr>
                <w:lang w:val="ru-RU"/>
              </w:rPr>
              <w:t>0</w:t>
            </w:r>
            <w:r>
              <w:t>NONhEV</w:t>
            </w:r>
            <w:r w:rsidRPr="00332DB8">
              <w:rPr>
                <w:lang w:val="ru-RU"/>
              </w:rPr>
              <w:t>5</w:t>
            </w:r>
            <w:r>
              <w:t>hc</w:t>
            </w:r>
            <w:r w:rsidRPr="00332DB8">
              <w:rPr>
                <w:lang w:val="ru-RU"/>
              </w:rPr>
              <w:t xml:space="preserve"> видеозапись «Адам абу Ясир: Хутба на похоронах Микаила из Харачи» (решение Хасавюртовского городского суда от 15.07.2014);</w:t>
            </w:r>
          </w:p>
        </w:tc>
        <w:tc>
          <w:tcPr>
            <w:tcW w:w="2880" w:type="dxa"/>
          </w:tcPr>
          <w:p w:rsidR="006F7457" w:rsidRPr="00332DB8" w:rsidRDefault="006F7457">
            <w:pPr>
              <w:rPr>
                <w:lang w:val="ru-RU"/>
              </w:rPr>
            </w:pPr>
          </w:p>
        </w:tc>
      </w:tr>
      <w:tr w:rsidR="006F7457" w:rsidRPr="005A424D">
        <w:tc>
          <w:tcPr>
            <w:tcW w:w="2880" w:type="dxa"/>
          </w:tcPr>
          <w:p w:rsidR="006F7457" w:rsidRDefault="00332DB8">
            <w:r>
              <w:t>2549.</w:t>
            </w:r>
          </w:p>
        </w:tc>
        <w:tc>
          <w:tcPr>
            <w:tcW w:w="2880" w:type="dxa"/>
          </w:tcPr>
          <w:p w:rsidR="006F7457" w:rsidRPr="00332DB8" w:rsidRDefault="00332DB8">
            <w:pPr>
              <w:rPr>
                <w:lang w:val="ru-RU"/>
              </w:rPr>
            </w:pPr>
            <w:r w:rsidRPr="00332DB8">
              <w:rPr>
                <w:lang w:val="ru-RU"/>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2880" w:type="dxa"/>
          </w:tcPr>
          <w:p w:rsidR="006F7457" w:rsidRPr="00332DB8" w:rsidRDefault="006F7457">
            <w:pPr>
              <w:rPr>
                <w:lang w:val="ru-RU"/>
              </w:rPr>
            </w:pPr>
          </w:p>
        </w:tc>
      </w:tr>
      <w:tr w:rsidR="006F7457" w:rsidRPr="005A424D">
        <w:tc>
          <w:tcPr>
            <w:tcW w:w="2880" w:type="dxa"/>
          </w:tcPr>
          <w:p w:rsidR="006F7457" w:rsidRDefault="00332DB8">
            <w:r>
              <w:t>2550.</w:t>
            </w:r>
          </w:p>
        </w:tc>
        <w:tc>
          <w:tcPr>
            <w:tcW w:w="2880" w:type="dxa"/>
          </w:tcPr>
          <w:p w:rsidR="006F7457" w:rsidRPr="00332DB8" w:rsidRDefault="00332DB8">
            <w:pPr>
              <w:rPr>
                <w:lang w:val="ru-RU"/>
              </w:rPr>
            </w:pPr>
            <w:r w:rsidRPr="00332DB8">
              <w:rPr>
                <w:lang w:val="ru-RU"/>
              </w:rPr>
              <w:t xml:space="preserve">Информационные материалы, размещенные на интернет-сайте: </w:t>
            </w:r>
            <w:r>
              <w:t>http</w:t>
            </w:r>
            <w:r w:rsidRPr="00332DB8">
              <w:rPr>
                <w:lang w:val="ru-RU"/>
              </w:rPr>
              <w:t>://</w:t>
            </w:r>
            <w:r>
              <w:t>ikavkaz</w:t>
            </w:r>
            <w:r w:rsidRPr="00332DB8">
              <w:rPr>
                <w:lang w:val="ru-RU"/>
              </w:rPr>
              <w:t>.</w:t>
            </w:r>
            <w:r>
              <w:t>wordpress</w:t>
            </w:r>
            <w:r w:rsidRPr="00332DB8">
              <w:rPr>
                <w:lang w:val="ru-RU"/>
              </w:rPr>
              <w:t>.</w:t>
            </w:r>
            <w:r>
              <w:t>com</w:t>
            </w:r>
            <w:r w:rsidRPr="00332DB8">
              <w:rPr>
                <w:lang w:val="ru-RU"/>
              </w:rPr>
              <w:t>.,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c>
          <w:tcPr>
            <w:tcW w:w="2880" w:type="dxa"/>
          </w:tcPr>
          <w:p w:rsidR="006F7457" w:rsidRPr="00332DB8" w:rsidRDefault="006F7457">
            <w:pPr>
              <w:rPr>
                <w:lang w:val="ru-RU"/>
              </w:rPr>
            </w:pPr>
          </w:p>
        </w:tc>
      </w:tr>
      <w:tr w:rsidR="006F7457" w:rsidRPr="005A424D">
        <w:tc>
          <w:tcPr>
            <w:tcW w:w="2880" w:type="dxa"/>
          </w:tcPr>
          <w:p w:rsidR="006F7457" w:rsidRDefault="00332DB8">
            <w:r>
              <w:t>2551.</w:t>
            </w:r>
          </w:p>
        </w:tc>
        <w:tc>
          <w:tcPr>
            <w:tcW w:w="2880" w:type="dxa"/>
          </w:tcPr>
          <w:p w:rsidR="006F7457" w:rsidRPr="00332DB8" w:rsidRDefault="00332DB8">
            <w:pPr>
              <w:rPr>
                <w:lang w:val="ru-RU"/>
              </w:rPr>
            </w:pPr>
            <w:r w:rsidRPr="00332DB8">
              <w:rPr>
                <w:lang w:val="ru-RU"/>
              </w:rPr>
              <w:t xml:space="preserve">Видеозапись в файле «Славянский союз», размещенная в сети Интернет на сайте «В 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132340179 (решение Гусевского городского суда Калининградской области от 08.09.2014);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2552.</w:t>
            </w:r>
          </w:p>
        </w:tc>
        <w:tc>
          <w:tcPr>
            <w:tcW w:w="2880" w:type="dxa"/>
          </w:tcPr>
          <w:p w:rsidR="006F7457" w:rsidRPr="00332DB8" w:rsidRDefault="00332DB8">
            <w:pPr>
              <w:rPr>
                <w:lang w:val="ru-RU"/>
              </w:rPr>
            </w:pPr>
            <w:r w:rsidRPr="00332DB8">
              <w:rPr>
                <w:lang w:val="ru-RU"/>
              </w:rPr>
              <w:t xml:space="preserve">Видеозапись в файле «Слава русскому народу», размещенная в сети Интернет на сайте «В 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132340179 (решение Гусевского городского суда Калининградской области от 08.09.2014);</w:t>
            </w:r>
          </w:p>
        </w:tc>
        <w:tc>
          <w:tcPr>
            <w:tcW w:w="2880" w:type="dxa"/>
          </w:tcPr>
          <w:p w:rsidR="006F7457" w:rsidRPr="00332DB8" w:rsidRDefault="006F7457">
            <w:pPr>
              <w:rPr>
                <w:lang w:val="ru-RU"/>
              </w:rPr>
            </w:pPr>
          </w:p>
        </w:tc>
      </w:tr>
      <w:tr w:rsidR="006F7457" w:rsidRPr="005A424D">
        <w:tc>
          <w:tcPr>
            <w:tcW w:w="2880" w:type="dxa"/>
          </w:tcPr>
          <w:p w:rsidR="006F7457" w:rsidRDefault="00332DB8">
            <w:r>
              <w:t>2553.</w:t>
            </w:r>
          </w:p>
        </w:tc>
        <w:tc>
          <w:tcPr>
            <w:tcW w:w="2880" w:type="dxa"/>
          </w:tcPr>
          <w:p w:rsidR="006F7457" w:rsidRPr="00332DB8" w:rsidRDefault="00332DB8">
            <w:pPr>
              <w:rPr>
                <w:lang w:val="ru-RU"/>
              </w:rPr>
            </w:pPr>
            <w:r w:rsidRPr="00332DB8">
              <w:rPr>
                <w:lang w:val="ru-RU"/>
              </w:rPr>
              <w:t xml:space="preserve">Видеозапись в файле «Формат 18», размещенная в сети Интернет на сайте «В 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132340179 (решение Гусевского городского суда Калининградской области от 08.09.2014);</w:t>
            </w:r>
          </w:p>
        </w:tc>
        <w:tc>
          <w:tcPr>
            <w:tcW w:w="2880" w:type="dxa"/>
          </w:tcPr>
          <w:p w:rsidR="006F7457" w:rsidRPr="00332DB8" w:rsidRDefault="006F7457">
            <w:pPr>
              <w:rPr>
                <w:lang w:val="ru-RU"/>
              </w:rPr>
            </w:pPr>
          </w:p>
        </w:tc>
      </w:tr>
      <w:tr w:rsidR="006F7457" w:rsidRPr="005A424D">
        <w:tc>
          <w:tcPr>
            <w:tcW w:w="2880" w:type="dxa"/>
          </w:tcPr>
          <w:p w:rsidR="006F7457" w:rsidRDefault="00332DB8">
            <w:r>
              <w:t>2554.</w:t>
            </w:r>
          </w:p>
        </w:tc>
        <w:tc>
          <w:tcPr>
            <w:tcW w:w="2880" w:type="dxa"/>
          </w:tcPr>
          <w:p w:rsidR="006F7457" w:rsidRPr="00332DB8" w:rsidRDefault="00332DB8">
            <w:pPr>
              <w:rPr>
                <w:lang w:val="ru-RU"/>
              </w:rPr>
            </w:pPr>
            <w:r w:rsidRPr="00332DB8">
              <w:rPr>
                <w:lang w:val="ru-RU"/>
              </w:rPr>
              <w:t>Книги из собрания сочинений «Рисале-и Нур» Бадиуззамана Саида Нурси: «История жизни», 2013 года издания (перевод с турецкого языка), издательство «</w:t>
            </w:r>
            <w:r>
              <w:t>Hizmet</w:t>
            </w:r>
            <w:r w:rsidRPr="00332DB8">
              <w:rPr>
                <w:lang w:val="ru-RU"/>
              </w:rPr>
              <w:t xml:space="preserve"> </w:t>
            </w:r>
            <w:r>
              <w:t>Vakfy</w:t>
            </w:r>
            <w:r w:rsidRPr="00332DB8">
              <w:rPr>
                <w:lang w:val="ru-RU"/>
              </w:rPr>
              <w:t xml:space="preserve"> </w:t>
            </w:r>
            <w:r>
              <w:t>Yayinlari</w:t>
            </w:r>
            <w:r w:rsidRPr="00332DB8">
              <w:rPr>
                <w:lang w:val="ru-RU"/>
              </w:rPr>
              <w:t xml:space="preserve">», 768 с.; «Кастамонское Приложение», 2013 года издания, первое издание (перевод с турецкого) издательство </w:t>
            </w:r>
            <w:r>
              <w:t>Sozler</w:t>
            </w:r>
            <w:r w:rsidRPr="00332DB8">
              <w:rPr>
                <w:lang w:val="ru-RU"/>
              </w:rPr>
              <w:t xml:space="preserve"> </w:t>
            </w:r>
            <w:r>
              <w:t>Nesriyat</w:t>
            </w:r>
            <w:r w:rsidRPr="00332DB8">
              <w:rPr>
                <w:lang w:val="ru-RU"/>
              </w:rPr>
              <w:t xml:space="preserve"> </w:t>
            </w:r>
            <w:r>
              <w:t>Tic</w:t>
            </w:r>
            <w:r w:rsidRPr="00332DB8">
              <w:rPr>
                <w:lang w:val="ru-RU"/>
              </w:rPr>
              <w:t xml:space="preserve">. </w:t>
            </w:r>
            <w:r>
              <w:t>Ve</w:t>
            </w:r>
            <w:r w:rsidRPr="00332DB8">
              <w:rPr>
                <w:lang w:val="ru-RU"/>
              </w:rPr>
              <w:t xml:space="preserve"> </w:t>
            </w:r>
            <w:r>
              <w:t>San</w:t>
            </w:r>
            <w:r w:rsidRPr="00332DB8">
              <w:rPr>
                <w:lang w:val="ru-RU"/>
              </w:rPr>
              <w:t xml:space="preserve">. </w:t>
            </w:r>
            <w:r>
              <w:t>A</w:t>
            </w:r>
            <w:r w:rsidRPr="00332DB8">
              <w:rPr>
                <w:lang w:val="ru-RU"/>
              </w:rPr>
              <w:t>.</w:t>
            </w:r>
            <w:r>
              <w:t>S</w:t>
            </w:r>
            <w:r w:rsidRPr="00332DB8">
              <w:rPr>
                <w:lang w:val="ru-RU"/>
              </w:rPr>
              <w:t xml:space="preserve">., 361с.; «Лекарство для души», 2013 года издания (перевод с турецкого) издательство </w:t>
            </w:r>
            <w:r>
              <w:t>Sozler</w:t>
            </w:r>
            <w:r w:rsidRPr="00332DB8">
              <w:rPr>
                <w:lang w:val="ru-RU"/>
              </w:rPr>
              <w:t xml:space="preserve"> </w:t>
            </w:r>
            <w:r>
              <w:t>Nesriyat</w:t>
            </w:r>
            <w:r w:rsidRPr="00332DB8">
              <w:rPr>
                <w:lang w:val="ru-RU"/>
              </w:rPr>
              <w:t xml:space="preserve"> </w:t>
            </w:r>
            <w:r>
              <w:t>Tic</w:t>
            </w:r>
            <w:r w:rsidRPr="00332DB8">
              <w:rPr>
                <w:lang w:val="ru-RU"/>
              </w:rPr>
              <w:t xml:space="preserve">. </w:t>
            </w:r>
            <w:r>
              <w:t>Ve</w:t>
            </w:r>
            <w:r w:rsidRPr="00332DB8">
              <w:rPr>
                <w:lang w:val="ru-RU"/>
              </w:rPr>
              <w:t xml:space="preserve"> </w:t>
            </w:r>
            <w:r>
              <w:t>San</w:t>
            </w:r>
            <w:r w:rsidRPr="00332DB8">
              <w:rPr>
                <w:lang w:val="ru-RU"/>
              </w:rPr>
              <w:t xml:space="preserve">. </w:t>
            </w:r>
            <w:r>
              <w:t>A</w:t>
            </w:r>
            <w:r w:rsidRPr="00332DB8">
              <w:rPr>
                <w:lang w:val="ru-RU"/>
              </w:rPr>
              <w:t>.</w:t>
            </w:r>
            <w:r>
              <w:t>S</w:t>
            </w:r>
            <w:r w:rsidRPr="00332DB8">
              <w:rPr>
                <w:lang w:val="ru-RU"/>
              </w:rPr>
              <w:t xml:space="preserve">., 80 с.; «Вечный мир», 2012 года издания (перевод с турецкого) издательство </w:t>
            </w:r>
            <w:r>
              <w:t>Sozler</w:t>
            </w:r>
            <w:r w:rsidRPr="00332DB8">
              <w:rPr>
                <w:lang w:val="ru-RU"/>
              </w:rPr>
              <w:t xml:space="preserve"> </w:t>
            </w:r>
            <w:r>
              <w:t>Nesriyat</w:t>
            </w:r>
            <w:r w:rsidRPr="00332DB8">
              <w:rPr>
                <w:lang w:val="ru-RU"/>
              </w:rPr>
              <w:t xml:space="preserve"> </w:t>
            </w:r>
            <w:r>
              <w:t>Tic</w:t>
            </w:r>
            <w:r w:rsidRPr="00332DB8">
              <w:rPr>
                <w:lang w:val="ru-RU"/>
              </w:rPr>
              <w:t xml:space="preserve">. </w:t>
            </w:r>
            <w:r>
              <w:t>Ve</w:t>
            </w:r>
            <w:r w:rsidRPr="00332DB8">
              <w:rPr>
                <w:lang w:val="ru-RU"/>
              </w:rPr>
              <w:t xml:space="preserve"> </w:t>
            </w:r>
            <w:r>
              <w:t>San</w:t>
            </w:r>
            <w:r w:rsidRPr="00332DB8">
              <w:rPr>
                <w:lang w:val="ru-RU"/>
              </w:rPr>
              <w:t xml:space="preserve">. </w:t>
            </w:r>
            <w:r>
              <w:t>A</w:t>
            </w:r>
            <w:r w:rsidRPr="00332DB8">
              <w:rPr>
                <w:lang w:val="ru-RU"/>
              </w:rPr>
              <w:t>.</w:t>
            </w:r>
            <w:r>
              <w:t>S</w:t>
            </w:r>
            <w:r w:rsidRPr="00332DB8">
              <w:rPr>
                <w:lang w:val="ru-RU"/>
              </w:rPr>
              <w:t>., 263 с. (решение Артемовского городского суда Приморского края от 30.09.2014);</w:t>
            </w:r>
          </w:p>
        </w:tc>
        <w:tc>
          <w:tcPr>
            <w:tcW w:w="2880" w:type="dxa"/>
          </w:tcPr>
          <w:p w:rsidR="006F7457" w:rsidRPr="00332DB8" w:rsidRDefault="006F7457">
            <w:pPr>
              <w:rPr>
                <w:lang w:val="ru-RU"/>
              </w:rPr>
            </w:pPr>
          </w:p>
        </w:tc>
      </w:tr>
      <w:tr w:rsidR="006F7457" w:rsidRPr="005A424D">
        <w:tc>
          <w:tcPr>
            <w:tcW w:w="2880" w:type="dxa"/>
          </w:tcPr>
          <w:p w:rsidR="006F7457" w:rsidRDefault="00332DB8">
            <w:r>
              <w:t>2555.</w:t>
            </w:r>
          </w:p>
        </w:tc>
        <w:tc>
          <w:tcPr>
            <w:tcW w:w="2880" w:type="dxa"/>
          </w:tcPr>
          <w:p w:rsidR="006F7457" w:rsidRPr="00332DB8" w:rsidRDefault="00332DB8">
            <w:pPr>
              <w:rPr>
                <w:lang w:val="ru-RU"/>
              </w:rPr>
            </w:pPr>
            <w:r w:rsidRPr="00332DB8">
              <w:rPr>
                <w:lang w:val="ru-RU"/>
              </w:rPr>
              <w:t xml:space="preserve">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w:t>
            </w:r>
            <w:r w:rsidRPr="00332DB8">
              <w:rPr>
                <w:lang w:val="ru-RU"/>
              </w:rPr>
              <w:lastRenderedPageBreak/>
              <w:t>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2556.</w:t>
            </w:r>
          </w:p>
        </w:tc>
        <w:tc>
          <w:tcPr>
            <w:tcW w:w="2880" w:type="dxa"/>
          </w:tcPr>
          <w:p w:rsidR="006F7457" w:rsidRPr="00332DB8" w:rsidRDefault="00332DB8">
            <w:pPr>
              <w:rPr>
                <w:lang w:val="ru-RU"/>
              </w:rPr>
            </w:pPr>
            <w:r w:rsidRPr="00332DB8">
              <w:rPr>
                <w:lang w:val="ru-RU"/>
              </w:rPr>
              <w:t xml:space="preserve">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132340179 (решение Гусевского городского суда Калининградской области от 21.08.2014);</w:t>
            </w:r>
          </w:p>
        </w:tc>
        <w:tc>
          <w:tcPr>
            <w:tcW w:w="2880" w:type="dxa"/>
          </w:tcPr>
          <w:p w:rsidR="006F7457" w:rsidRPr="00332DB8" w:rsidRDefault="006F7457">
            <w:pPr>
              <w:rPr>
                <w:lang w:val="ru-RU"/>
              </w:rPr>
            </w:pPr>
          </w:p>
        </w:tc>
      </w:tr>
      <w:tr w:rsidR="006F7457" w:rsidRPr="005A424D">
        <w:tc>
          <w:tcPr>
            <w:tcW w:w="2880" w:type="dxa"/>
          </w:tcPr>
          <w:p w:rsidR="006F7457" w:rsidRDefault="00332DB8">
            <w:r>
              <w:t>2557.</w:t>
            </w:r>
          </w:p>
        </w:tc>
        <w:tc>
          <w:tcPr>
            <w:tcW w:w="2880" w:type="dxa"/>
          </w:tcPr>
          <w:p w:rsidR="006F7457" w:rsidRPr="00332DB8" w:rsidRDefault="00332DB8">
            <w:pPr>
              <w:rPr>
                <w:lang w:val="ru-RU"/>
              </w:rPr>
            </w:pPr>
            <w:r w:rsidRPr="00332DB8">
              <w:rPr>
                <w:lang w:val="ru-RU"/>
              </w:rPr>
              <w:t xml:space="preserve">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t>
            </w:r>
            <w:r>
              <w:t>www</w:t>
            </w:r>
            <w:r w:rsidRPr="00332DB8">
              <w:rPr>
                <w:lang w:val="ru-RU"/>
              </w:rPr>
              <w:t>.</w:t>
            </w:r>
            <w:r>
              <w:t>gorno</w:t>
            </w:r>
            <w:r w:rsidRPr="00332DB8">
              <w:rPr>
                <w:lang w:val="ru-RU"/>
              </w:rPr>
              <w:t>-</w:t>
            </w:r>
            <w:r>
              <w:t>altaisk</w:t>
            </w:r>
            <w:r w:rsidRPr="00332DB8">
              <w:rPr>
                <w:lang w:val="ru-RU"/>
              </w:rPr>
              <w:t>.</w:t>
            </w:r>
            <w:r>
              <w:t>info</w:t>
            </w:r>
            <w:r w:rsidRPr="00332DB8">
              <w:rPr>
                <w:lang w:val="ru-RU"/>
              </w:rPr>
              <w:t>/</w:t>
            </w:r>
            <w:r>
              <w:t>news</w:t>
            </w:r>
            <w:r w:rsidRPr="00332DB8">
              <w:rPr>
                <w:lang w:val="ru-RU"/>
              </w:rPr>
              <w:t xml:space="preserve">/27655 (решение Горно-Алтайского городского суда </w:t>
            </w:r>
            <w:r w:rsidRPr="00332DB8">
              <w:rPr>
                <w:lang w:val="ru-RU"/>
              </w:rPr>
              <w:lastRenderedPageBreak/>
              <w:t>Республики Алтай от 19.09.2014);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2558.</w:t>
            </w:r>
          </w:p>
        </w:tc>
        <w:tc>
          <w:tcPr>
            <w:tcW w:w="2880" w:type="dxa"/>
          </w:tcPr>
          <w:p w:rsidR="006F7457" w:rsidRPr="00332DB8" w:rsidRDefault="00332DB8">
            <w:pPr>
              <w:rPr>
                <w:lang w:val="ru-RU"/>
              </w:rPr>
            </w:pPr>
            <w:r w:rsidRPr="00332DB8">
              <w:rPr>
                <w:lang w:val="ru-RU"/>
              </w:rPr>
              <w:t xml:space="preserve">Видеозапись в файле «Для тех, кто считает, что «нацизм» - это плохо…», размещенная в сети Интернет на сайте «В 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132340179 (решение Гусевского городского суда Калининградской области от 19.08.2014);</w:t>
            </w:r>
          </w:p>
        </w:tc>
        <w:tc>
          <w:tcPr>
            <w:tcW w:w="2880" w:type="dxa"/>
          </w:tcPr>
          <w:p w:rsidR="006F7457" w:rsidRPr="00332DB8" w:rsidRDefault="006F7457">
            <w:pPr>
              <w:rPr>
                <w:lang w:val="ru-RU"/>
              </w:rPr>
            </w:pPr>
          </w:p>
        </w:tc>
      </w:tr>
      <w:tr w:rsidR="006F7457" w:rsidRPr="005A424D">
        <w:tc>
          <w:tcPr>
            <w:tcW w:w="2880" w:type="dxa"/>
          </w:tcPr>
          <w:p w:rsidR="006F7457" w:rsidRDefault="00332DB8">
            <w:r>
              <w:t>2559.</w:t>
            </w:r>
          </w:p>
        </w:tc>
        <w:tc>
          <w:tcPr>
            <w:tcW w:w="2880" w:type="dxa"/>
          </w:tcPr>
          <w:p w:rsidR="006F7457" w:rsidRPr="00332DB8" w:rsidRDefault="00332DB8">
            <w:pPr>
              <w:rPr>
                <w:lang w:val="ru-RU"/>
              </w:rPr>
            </w:pPr>
            <w:r w:rsidRPr="00332DB8">
              <w:rPr>
                <w:lang w:val="ru-RU"/>
              </w:rPr>
              <w:t xml:space="preserve">Видеозапись в файле «Формат 18 (посвящается Тесаку)», размещенная в сети Интернет на сайте «В 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132340179 (решение Гусевского городского суда Калининградской области от 19.08.2014);</w:t>
            </w:r>
          </w:p>
        </w:tc>
        <w:tc>
          <w:tcPr>
            <w:tcW w:w="2880" w:type="dxa"/>
          </w:tcPr>
          <w:p w:rsidR="006F7457" w:rsidRPr="00332DB8" w:rsidRDefault="006F7457">
            <w:pPr>
              <w:rPr>
                <w:lang w:val="ru-RU"/>
              </w:rPr>
            </w:pPr>
          </w:p>
        </w:tc>
      </w:tr>
      <w:tr w:rsidR="006F7457" w:rsidRPr="005A424D">
        <w:tc>
          <w:tcPr>
            <w:tcW w:w="2880" w:type="dxa"/>
          </w:tcPr>
          <w:p w:rsidR="006F7457" w:rsidRDefault="00332DB8">
            <w:r>
              <w:t>2560.</w:t>
            </w:r>
          </w:p>
        </w:tc>
        <w:tc>
          <w:tcPr>
            <w:tcW w:w="2880" w:type="dxa"/>
          </w:tcPr>
          <w:p w:rsidR="006F7457" w:rsidRPr="00332DB8" w:rsidRDefault="00332DB8">
            <w:pPr>
              <w:rPr>
                <w:lang w:val="ru-RU"/>
              </w:rPr>
            </w:pPr>
            <w:r w:rsidRPr="00332DB8">
              <w:rPr>
                <w:lang w:val="ru-RU"/>
              </w:rPr>
              <w:t>Тексты музыкальных композиций «Триедн</w:t>
            </w:r>
            <w:r>
              <w:t>i</w:t>
            </w:r>
            <w:r w:rsidRPr="00332DB8">
              <w:rPr>
                <w:lang w:val="ru-RU"/>
              </w:rPr>
              <w:t>сть/Триединство/Трыадз</w:t>
            </w:r>
            <w:r>
              <w:t>i</w:t>
            </w:r>
            <w:r w:rsidRPr="00332DB8">
              <w:rPr>
                <w:lang w:val="ru-RU"/>
              </w:rPr>
              <w:t>нства (</w:t>
            </w:r>
            <w:r>
              <w:t>TRIUNE</w:t>
            </w:r>
            <w:r w:rsidRPr="00332DB8">
              <w:rPr>
                <w:lang w:val="ru-RU"/>
              </w:rPr>
              <w:t>)», «Не нужна такая защита (</w:t>
            </w:r>
            <w:r>
              <w:t>DON</w:t>
            </w:r>
            <w:r w:rsidRPr="00332DB8">
              <w:rPr>
                <w:lang w:val="ru-RU"/>
              </w:rPr>
              <w:t>'</w:t>
            </w:r>
            <w:r>
              <w:t>T</w:t>
            </w:r>
            <w:r w:rsidRPr="00332DB8">
              <w:rPr>
                <w:lang w:val="ru-RU"/>
              </w:rPr>
              <w:t xml:space="preserve"> </w:t>
            </w:r>
            <w:r>
              <w:t>NEED</w:t>
            </w:r>
            <w:r w:rsidRPr="00332DB8">
              <w:rPr>
                <w:lang w:val="ru-RU"/>
              </w:rPr>
              <w:t xml:space="preserve"> </w:t>
            </w:r>
            <w:r>
              <w:t>SUCH</w:t>
            </w:r>
            <w:r w:rsidRPr="00332DB8">
              <w:rPr>
                <w:lang w:val="ru-RU"/>
              </w:rPr>
              <w:t xml:space="preserve"> </w:t>
            </w:r>
            <w:r>
              <w:t>PRJTECNION</w:t>
            </w:r>
            <w:r w:rsidRPr="00332DB8">
              <w:rPr>
                <w:lang w:val="ru-RU"/>
              </w:rPr>
              <w:t>)», «Вместе и до конца! (</w:t>
            </w:r>
            <w:r>
              <w:t>TOGETHER</w:t>
            </w:r>
            <w:r w:rsidRPr="00332DB8">
              <w:rPr>
                <w:lang w:val="ru-RU"/>
              </w:rPr>
              <w:t xml:space="preserve"> </w:t>
            </w:r>
            <w:r>
              <w:t>UNTIL</w:t>
            </w:r>
            <w:r w:rsidRPr="00332DB8">
              <w:rPr>
                <w:lang w:val="ru-RU"/>
              </w:rPr>
              <w:t xml:space="preserve"> </w:t>
            </w:r>
            <w:r>
              <w:t>THE</w:t>
            </w:r>
            <w:r w:rsidRPr="00332DB8">
              <w:rPr>
                <w:lang w:val="ru-RU"/>
              </w:rPr>
              <w:t xml:space="preserve"> </w:t>
            </w:r>
            <w:r>
              <w:t>END</w:t>
            </w:r>
            <w:r w:rsidRPr="00332DB8">
              <w:rPr>
                <w:lang w:val="ru-RU"/>
              </w:rPr>
              <w:t>!)», содержащиеся на компакт-диске с надписью «</w:t>
            </w:r>
            <w:r>
              <w:t>LAST</w:t>
            </w:r>
            <w:r w:rsidRPr="00332DB8">
              <w:rPr>
                <w:lang w:val="ru-RU"/>
              </w:rPr>
              <w:t xml:space="preserve"> </w:t>
            </w:r>
            <w:r>
              <w:t>PAGE</w:t>
            </w:r>
            <w:r w:rsidRPr="00332DB8">
              <w:rPr>
                <w:lang w:val="ru-RU"/>
              </w:rPr>
              <w:t xml:space="preserve"> ТРЕЗВОСТЬ Х НЕНАВИСТЬ»; текст музыкальной композиции «Очнись», содержащейся на компакт-диске с надписью «</w:t>
            </w:r>
            <w:r>
              <w:t>SHOT</w:t>
            </w:r>
            <w:r w:rsidRPr="00332DB8">
              <w:rPr>
                <w:lang w:val="ru-RU"/>
              </w:rPr>
              <w:t xml:space="preserve"> </w:t>
            </w:r>
            <w:r>
              <w:t>ON</w:t>
            </w:r>
            <w:r w:rsidRPr="00332DB8">
              <w:rPr>
                <w:lang w:val="ru-RU"/>
              </w:rPr>
              <w:t xml:space="preserve"> </w:t>
            </w:r>
            <w:r>
              <w:t>SIGHT</w:t>
            </w:r>
            <w:r w:rsidRPr="00332DB8">
              <w:rPr>
                <w:lang w:val="ru-RU"/>
              </w:rPr>
              <w:t xml:space="preserve"> ПРАВОСУДИЯ НЕТ»; тексты музыкальных композиций «Убей врага внутри себя», « Ярость», «Н.Н.Н.», содержащиеся на компакт-диске с надписью «</w:t>
            </w:r>
            <w:r>
              <w:t>RAGNAROCK</w:t>
            </w:r>
            <w:r w:rsidRPr="00332DB8">
              <w:rPr>
                <w:lang w:val="ru-RU"/>
              </w:rPr>
              <w:t xml:space="preserve"> зверь войны» (решение Володарского районного суда г. Брянска от 29.09.2014);</w:t>
            </w:r>
          </w:p>
        </w:tc>
        <w:tc>
          <w:tcPr>
            <w:tcW w:w="2880" w:type="dxa"/>
          </w:tcPr>
          <w:p w:rsidR="006F7457" w:rsidRPr="00332DB8" w:rsidRDefault="006F7457">
            <w:pPr>
              <w:rPr>
                <w:lang w:val="ru-RU"/>
              </w:rPr>
            </w:pPr>
          </w:p>
        </w:tc>
      </w:tr>
      <w:tr w:rsidR="006F7457" w:rsidRPr="005A424D">
        <w:tc>
          <w:tcPr>
            <w:tcW w:w="2880" w:type="dxa"/>
          </w:tcPr>
          <w:p w:rsidR="006F7457" w:rsidRDefault="00332DB8">
            <w:r>
              <w:t>2561.</w:t>
            </w:r>
          </w:p>
        </w:tc>
        <w:tc>
          <w:tcPr>
            <w:tcW w:w="2880" w:type="dxa"/>
          </w:tcPr>
          <w:p w:rsidR="006F7457" w:rsidRPr="00332DB8" w:rsidRDefault="00332DB8">
            <w:pPr>
              <w:rPr>
                <w:lang w:val="ru-RU"/>
              </w:rPr>
            </w:pPr>
            <w:r w:rsidRPr="00332DB8">
              <w:rPr>
                <w:lang w:val="ru-RU"/>
              </w:rPr>
              <w:t>Аудио-ролик «Тимур Муцураев_-_ ИншаАлла</w:t>
            </w:r>
            <w:r>
              <w:t>h</w:t>
            </w:r>
            <w:r w:rsidRPr="00332DB8">
              <w:rPr>
                <w:lang w:val="ru-RU"/>
              </w:rPr>
              <w:t xml:space="preserve">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w:t>
            </w:r>
            <w:r>
              <w:t>http</w:t>
            </w:r>
            <w:r w:rsidRPr="00332DB8">
              <w:rPr>
                <w:lang w:val="ru-RU"/>
              </w:rPr>
              <w:t>://</w:t>
            </w:r>
            <w:r>
              <w:t>vk</w:t>
            </w:r>
            <w:r w:rsidRPr="00332DB8">
              <w:rPr>
                <w:lang w:val="ru-RU"/>
              </w:rPr>
              <w:t>.</w:t>
            </w:r>
            <w:r>
              <w:t>com</w:t>
            </w:r>
            <w:r w:rsidRPr="00332DB8">
              <w:rPr>
                <w:lang w:val="ru-RU"/>
              </w:rPr>
              <w:t>/</w:t>
            </w:r>
            <w:r>
              <w:t>audios</w:t>
            </w:r>
            <w:r w:rsidRPr="00332DB8">
              <w:rPr>
                <w:lang w:val="ru-RU"/>
              </w:rPr>
              <w:t>191320328 (решение Ленинского районного суда г. Тюмени от 17.09.2014);</w:t>
            </w:r>
          </w:p>
        </w:tc>
        <w:tc>
          <w:tcPr>
            <w:tcW w:w="2880" w:type="dxa"/>
          </w:tcPr>
          <w:p w:rsidR="006F7457" w:rsidRPr="00332DB8" w:rsidRDefault="006F7457">
            <w:pPr>
              <w:rPr>
                <w:lang w:val="ru-RU"/>
              </w:rPr>
            </w:pPr>
          </w:p>
        </w:tc>
      </w:tr>
      <w:tr w:rsidR="006F7457" w:rsidRPr="005A424D">
        <w:tc>
          <w:tcPr>
            <w:tcW w:w="2880" w:type="dxa"/>
          </w:tcPr>
          <w:p w:rsidR="006F7457" w:rsidRDefault="00332DB8">
            <w:r>
              <w:t>2562.</w:t>
            </w:r>
          </w:p>
        </w:tc>
        <w:tc>
          <w:tcPr>
            <w:tcW w:w="2880" w:type="dxa"/>
          </w:tcPr>
          <w:p w:rsidR="006F7457" w:rsidRPr="00332DB8" w:rsidRDefault="00332DB8">
            <w:pPr>
              <w:rPr>
                <w:lang w:val="ru-RU"/>
              </w:rPr>
            </w:pPr>
            <w:r w:rsidRPr="00332DB8">
              <w:rPr>
                <w:lang w:val="ru-RU"/>
              </w:rPr>
              <w:t>Статья «Шейх Абу Яхья аль-Либий: «Либо джихад либо позор. Выбирай», размещенная в сети Интернет на сайте «</w:t>
            </w:r>
            <w:r>
              <w:t>www</w:t>
            </w:r>
            <w:r w:rsidRPr="00332DB8">
              <w:rPr>
                <w:lang w:val="ru-RU"/>
              </w:rPr>
              <w:t>.</w:t>
            </w:r>
            <w:r>
              <w:t>islaamskiyemiratkavkaz</w:t>
            </w:r>
            <w:r w:rsidRPr="00332DB8">
              <w:rPr>
                <w:lang w:val="ru-RU"/>
              </w:rPr>
              <w:t>.</w:t>
            </w:r>
            <w:r>
              <w:t>blogspot</w:t>
            </w:r>
            <w:r w:rsidRPr="00332DB8">
              <w:rPr>
                <w:lang w:val="ru-RU"/>
              </w:rPr>
              <w:t>.</w:t>
            </w:r>
            <w:r>
              <w:t>ru</w:t>
            </w:r>
            <w:r w:rsidRPr="00332DB8">
              <w:rPr>
                <w:lang w:val="ru-RU"/>
              </w:rPr>
              <w:t>» (решение Кировского районного суда г. Астрахани от 03.10.2014);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2563.</w:t>
            </w:r>
          </w:p>
        </w:tc>
        <w:tc>
          <w:tcPr>
            <w:tcW w:w="2880" w:type="dxa"/>
          </w:tcPr>
          <w:p w:rsidR="006F7457" w:rsidRPr="00332DB8" w:rsidRDefault="00332DB8">
            <w:pPr>
              <w:rPr>
                <w:lang w:val="ru-RU"/>
              </w:rPr>
            </w:pPr>
            <w:r w:rsidRPr="00332DB8">
              <w:rPr>
                <w:lang w:val="ru-RU"/>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2880" w:type="dxa"/>
          </w:tcPr>
          <w:p w:rsidR="006F7457" w:rsidRPr="00332DB8" w:rsidRDefault="006F7457">
            <w:pPr>
              <w:rPr>
                <w:lang w:val="ru-RU"/>
              </w:rPr>
            </w:pPr>
          </w:p>
        </w:tc>
      </w:tr>
      <w:tr w:rsidR="006F7457" w:rsidRPr="005A424D">
        <w:tc>
          <w:tcPr>
            <w:tcW w:w="2880" w:type="dxa"/>
          </w:tcPr>
          <w:p w:rsidR="006F7457" w:rsidRDefault="00332DB8">
            <w:r>
              <w:t>2564.</w:t>
            </w:r>
          </w:p>
        </w:tc>
        <w:tc>
          <w:tcPr>
            <w:tcW w:w="2880" w:type="dxa"/>
          </w:tcPr>
          <w:p w:rsidR="006F7457" w:rsidRPr="00332DB8" w:rsidRDefault="00332DB8">
            <w:pPr>
              <w:rPr>
                <w:lang w:val="ru-RU"/>
              </w:rPr>
            </w:pPr>
            <w:r w:rsidRPr="00332DB8">
              <w:rPr>
                <w:lang w:val="ru-RU"/>
              </w:rPr>
              <w:t xml:space="preserve">Информационные материалы – видеофайлы: - «Операция Белый вагон», формат </w:t>
            </w:r>
            <w:r>
              <w:t>flv</w:t>
            </w:r>
            <w:r w:rsidRPr="00332DB8">
              <w:rPr>
                <w:lang w:val="ru-RU"/>
              </w:rPr>
              <w:t>, размером 2.3 МБ, продолжительностью 43 сек; - «</w:t>
            </w:r>
            <w:r>
              <w:t>Whit</w:t>
            </w:r>
            <w:r w:rsidRPr="00332DB8">
              <w:rPr>
                <w:lang w:val="ru-RU"/>
              </w:rPr>
              <w:t xml:space="preserve"> </w:t>
            </w:r>
            <w:r>
              <w:t>Noise</w:t>
            </w:r>
            <w:r w:rsidRPr="00332DB8">
              <w:rPr>
                <w:lang w:val="ru-RU"/>
              </w:rPr>
              <w:t xml:space="preserve"> 88-Трагедия второй мировой войны», формат </w:t>
            </w:r>
            <w:r>
              <w:t>flv</w:t>
            </w:r>
            <w:r w:rsidRPr="00332DB8">
              <w:rPr>
                <w:lang w:val="ru-RU"/>
              </w:rPr>
              <w:t xml:space="preserve">, размером 10.8 МБ, продолжительностью 04 мин. 07 сек; - «Я русский» формата </w:t>
            </w:r>
            <w:r>
              <w:t>flv</w:t>
            </w:r>
            <w:r w:rsidRPr="00332DB8">
              <w:rPr>
                <w:lang w:val="ru-RU"/>
              </w:rPr>
              <w:t xml:space="preserve">, размером 7.33 МБ, продолжительностью 02 мин. 47 сек.; - «Русские герои той войны», формат </w:t>
            </w:r>
            <w:r>
              <w:t>flv</w:t>
            </w:r>
            <w:r w:rsidRPr="00332DB8">
              <w:rPr>
                <w:lang w:val="ru-RU"/>
              </w:rPr>
              <w:t xml:space="preserve">, размером 16 МБ, продолжительностью 06 мин. 18 сек.; - «Борьба за выживание нации», формат </w:t>
            </w:r>
            <w:r>
              <w:t>flv</w:t>
            </w:r>
            <w:r w:rsidRPr="00332DB8">
              <w:rPr>
                <w:lang w:val="ru-RU"/>
              </w:rPr>
              <w:t>, размером 11.9 мб, продолжительностью 04 мин. 41 сек.; а также 14 фотографий в файлах: «</w:t>
            </w:r>
            <w:r>
              <w:t>x</w:t>
            </w:r>
            <w:r w:rsidRPr="00332DB8">
              <w:rPr>
                <w:lang w:val="ru-RU"/>
              </w:rPr>
              <w:t>_72</w:t>
            </w:r>
            <w:r>
              <w:t>baedb</w:t>
            </w:r>
            <w:r w:rsidRPr="00332DB8">
              <w:rPr>
                <w:lang w:val="ru-RU"/>
              </w:rPr>
              <w:t xml:space="preserve"> 9», «</w:t>
            </w:r>
            <w:r>
              <w:t>x</w:t>
            </w:r>
            <w:r w:rsidRPr="00332DB8">
              <w:rPr>
                <w:lang w:val="ru-RU"/>
              </w:rPr>
              <w:t>_247</w:t>
            </w:r>
            <w:r>
              <w:t>c</w:t>
            </w:r>
            <w:r w:rsidRPr="00332DB8">
              <w:rPr>
                <w:lang w:val="ru-RU"/>
              </w:rPr>
              <w:t>89</w:t>
            </w:r>
            <w:r>
              <w:t>e</w:t>
            </w:r>
            <w:r w:rsidRPr="00332DB8">
              <w:rPr>
                <w:lang w:val="ru-RU"/>
              </w:rPr>
              <w:t>4», «х_268</w:t>
            </w:r>
            <w:r>
              <w:t>dlf</w:t>
            </w:r>
            <w:r w:rsidRPr="00332DB8">
              <w:rPr>
                <w:lang w:val="ru-RU"/>
              </w:rPr>
              <w:t>24», «</w:t>
            </w:r>
            <w:r>
              <w:t>x</w:t>
            </w:r>
            <w:r w:rsidRPr="00332DB8">
              <w:rPr>
                <w:lang w:val="ru-RU"/>
              </w:rPr>
              <w:t>_440</w:t>
            </w:r>
            <w:r>
              <w:t>b</w:t>
            </w:r>
            <w:r w:rsidRPr="00332DB8">
              <w:rPr>
                <w:lang w:val="ru-RU"/>
              </w:rPr>
              <w:t>43</w:t>
            </w:r>
            <w:r>
              <w:t>de</w:t>
            </w:r>
            <w:r w:rsidRPr="00332DB8">
              <w:rPr>
                <w:lang w:val="ru-RU"/>
              </w:rPr>
              <w:t>», «х_0415</w:t>
            </w:r>
            <w:r>
              <w:t>d</w:t>
            </w:r>
            <w:r w:rsidRPr="00332DB8">
              <w:rPr>
                <w:lang w:val="ru-RU"/>
              </w:rPr>
              <w:t>39», «х_а4</w:t>
            </w:r>
            <w:r>
              <w:t>bc</w:t>
            </w:r>
            <w:r w:rsidRPr="00332DB8">
              <w:rPr>
                <w:lang w:val="ru-RU"/>
              </w:rPr>
              <w:t>6</w:t>
            </w:r>
            <w:r>
              <w:t>cbc</w:t>
            </w:r>
            <w:r w:rsidRPr="00332DB8">
              <w:rPr>
                <w:lang w:val="ru-RU"/>
              </w:rPr>
              <w:t>», «</w:t>
            </w:r>
            <w:r>
              <w:t>x</w:t>
            </w:r>
            <w:r w:rsidRPr="00332DB8">
              <w:rPr>
                <w:lang w:val="ru-RU"/>
              </w:rPr>
              <w:t>_</w:t>
            </w:r>
            <w:r>
              <w:t>b</w:t>
            </w:r>
            <w:r w:rsidRPr="00332DB8">
              <w:rPr>
                <w:lang w:val="ru-RU"/>
              </w:rPr>
              <w:t>5</w:t>
            </w:r>
            <w:r>
              <w:t>a</w:t>
            </w:r>
            <w:r w:rsidRPr="00332DB8">
              <w:rPr>
                <w:lang w:val="ru-RU"/>
              </w:rPr>
              <w:t>13234», «</w:t>
            </w:r>
            <w:r>
              <w:t>x</w:t>
            </w:r>
            <w:r w:rsidRPr="00332DB8">
              <w:rPr>
                <w:lang w:val="ru-RU"/>
              </w:rPr>
              <w:t>_2</w:t>
            </w:r>
            <w:r>
              <w:t>b</w:t>
            </w:r>
            <w:r w:rsidRPr="00332DB8">
              <w:rPr>
                <w:lang w:val="ru-RU"/>
              </w:rPr>
              <w:t>31</w:t>
            </w:r>
            <w:r>
              <w:t>cb</w:t>
            </w:r>
            <w:r w:rsidRPr="00332DB8">
              <w:rPr>
                <w:lang w:val="ru-RU"/>
              </w:rPr>
              <w:t>77», «</w:t>
            </w:r>
            <w:r>
              <w:t>x</w:t>
            </w:r>
            <w:r w:rsidRPr="00332DB8">
              <w:rPr>
                <w:lang w:val="ru-RU"/>
              </w:rPr>
              <w:t>_9</w:t>
            </w:r>
            <w:r>
              <w:t>fecabfa</w:t>
            </w:r>
            <w:r w:rsidRPr="00332DB8">
              <w:rPr>
                <w:lang w:val="ru-RU"/>
              </w:rPr>
              <w:t>», «х_19</w:t>
            </w:r>
            <w:r>
              <w:t>e</w:t>
            </w:r>
            <w:r w:rsidRPr="00332DB8">
              <w:rPr>
                <w:lang w:val="ru-RU"/>
              </w:rPr>
              <w:t>33</w:t>
            </w:r>
            <w:r>
              <w:t>bc</w:t>
            </w:r>
            <w:r w:rsidRPr="00332DB8">
              <w:rPr>
                <w:lang w:val="ru-RU"/>
              </w:rPr>
              <w:t>7», «х_235а56е2», «</w:t>
            </w:r>
            <w:r>
              <w:t>x</w:t>
            </w:r>
            <w:r w:rsidRPr="00332DB8">
              <w:rPr>
                <w:lang w:val="ru-RU"/>
              </w:rPr>
              <w:t>_</w:t>
            </w:r>
            <w:r>
              <w:t>bb</w:t>
            </w:r>
            <w:r w:rsidRPr="00332DB8">
              <w:rPr>
                <w:lang w:val="ru-RU"/>
              </w:rPr>
              <w:t>60</w:t>
            </w:r>
            <w:r>
              <w:t>fac</w:t>
            </w:r>
            <w:r w:rsidRPr="00332DB8">
              <w:rPr>
                <w:lang w:val="ru-RU"/>
              </w:rPr>
              <w:t>4», «х_</w:t>
            </w:r>
            <w:r>
              <w:t>be</w:t>
            </w:r>
            <w:r w:rsidRPr="00332DB8">
              <w:rPr>
                <w:lang w:val="ru-RU"/>
              </w:rPr>
              <w:t>31</w:t>
            </w:r>
            <w:r>
              <w:t>fl</w:t>
            </w:r>
            <w:r w:rsidRPr="00332DB8">
              <w:rPr>
                <w:lang w:val="ru-RU"/>
              </w:rPr>
              <w:t>5</w:t>
            </w:r>
            <w:r>
              <w:t>d</w:t>
            </w:r>
            <w:r w:rsidRPr="00332DB8">
              <w:rPr>
                <w:lang w:val="ru-RU"/>
              </w:rPr>
              <w:t>», «х_с5</w:t>
            </w:r>
            <w:r>
              <w:t>bf</w:t>
            </w:r>
            <w:r w:rsidRPr="00332DB8">
              <w:rPr>
                <w:lang w:val="ru-RU"/>
              </w:rPr>
              <w:t>с</w:t>
            </w:r>
            <w:r>
              <w:t>le</w:t>
            </w:r>
            <w:r w:rsidRPr="00332DB8">
              <w:rPr>
                <w:lang w:val="ru-RU"/>
              </w:rPr>
              <w:t>4» (решение Россошанского районного суда Воронежской области от 08.10.2014);</w:t>
            </w:r>
          </w:p>
        </w:tc>
        <w:tc>
          <w:tcPr>
            <w:tcW w:w="2880" w:type="dxa"/>
          </w:tcPr>
          <w:p w:rsidR="006F7457" w:rsidRPr="00332DB8" w:rsidRDefault="006F7457">
            <w:pPr>
              <w:rPr>
                <w:lang w:val="ru-RU"/>
              </w:rPr>
            </w:pPr>
          </w:p>
        </w:tc>
      </w:tr>
      <w:tr w:rsidR="006F7457" w:rsidRPr="005A424D">
        <w:tc>
          <w:tcPr>
            <w:tcW w:w="2880" w:type="dxa"/>
          </w:tcPr>
          <w:p w:rsidR="006F7457" w:rsidRDefault="00332DB8">
            <w:r>
              <w:t>2565.</w:t>
            </w:r>
          </w:p>
        </w:tc>
        <w:tc>
          <w:tcPr>
            <w:tcW w:w="2880" w:type="dxa"/>
          </w:tcPr>
          <w:p w:rsidR="006F7457" w:rsidRPr="00332DB8" w:rsidRDefault="00332DB8">
            <w:pPr>
              <w:rPr>
                <w:lang w:val="ru-RU"/>
              </w:rPr>
            </w:pPr>
            <w:r w:rsidRPr="00332DB8">
              <w:rPr>
                <w:lang w:val="ru-RU"/>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w:t>
            </w:r>
            <w:r>
              <w:t>http</w:t>
            </w:r>
            <w:r w:rsidRPr="00332DB8">
              <w:rPr>
                <w:lang w:val="ru-RU"/>
              </w:rPr>
              <w:t>://</w:t>
            </w:r>
            <w:r>
              <w:t>mmoru</w:t>
            </w:r>
            <w:r w:rsidRPr="00332DB8">
              <w:rPr>
                <w:lang w:val="ru-RU"/>
              </w:rPr>
              <w:t>.</w:t>
            </w:r>
            <w:r>
              <w:t>com</w:t>
            </w:r>
            <w:r w:rsidRPr="00332DB8">
              <w:rPr>
                <w:lang w:val="ru-RU"/>
              </w:rPr>
              <w:t>/) портала «Русское национальное единство» (решение Левобережного районного суда г. Липецка от 30.09.2014);</w:t>
            </w:r>
          </w:p>
        </w:tc>
        <w:tc>
          <w:tcPr>
            <w:tcW w:w="2880" w:type="dxa"/>
          </w:tcPr>
          <w:p w:rsidR="006F7457" w:rsidRPr="00332DB8" w:rsidRDefault="006F7457">
            <w:pPr>
              <w:rPr>
                <w:lang w:val="ru-RU"/>
              </w:rPr>
            </w:pPr>
          </w:p>
        </w:tc>
      </w:tr>
      <w:tr w:rsidR="006F7457">
        <w:tc>
          <w:tcPr>
            <w:tcW w:w="2880" w:type="dxa"/>
          </w:tcPr>
          <w:p w:rsidR="006F7457" w:rsidRDefault="00332DB8">
            <w:r>
              <w:t>2566.</w:t>
            </w:r>
          </w:p>
        </w:tc>
        <w:tc>
          <w:tcPr>
            <w:tcW w:w="2880" w:type="dxa"/>
          </w:tcPr>
          <w:p w:rsidR="006F7457" w:rsidRDefault="00332DB8">
            <w:r w:rsidRPr="00332DB8">
              <w:rPr>
                <w:lang w:val="ru-RU"/>
              </w:rPr>
              <w:t>Видеофайл: «!!!Слава РУСИ!!» (</w:t>
            </w:r>
            <w:r>
              <w:t>vk</w:t>
            </w:r>
            <w:r w:rsidRPr="00332DB8">
              <w:rPr>
                <w:lang w:val="ru-RU"/>
              </w:rPr>
              <w:t>.</w:t>
            </w:r>
            <w:r>
              <w:t>com</w:t>
            </w:r>
            <w:r w:rsidRPr="00332DB8">
              <w:rPr>
                <w:lang w:val="ru-RU"/>
              </w:rPr>
              <w:t>/</w:t>
            </w:r>
            <w:r>
              <w:t>video</w:t>
            </w:r>
            <w:r w:rsidRPr="00332DB8">
              <w:rPr>
                <w:lang w:val="ru-RU"/>
              </w:rPr>
              <w:t xml:space="preserve">38202959137257429), продолжительностью </w:t>
            </w:r>
            <w:r>
              <w:t>2 минуты 22 секунды (решение Советского районного суда г. Орла от 16.09.2014);</w:t>
            </w:r>
          </w:p>
        </w:tc>
        <w:tc>
          <w:tcPr>
            <w:tcW w:w="2880" w:type="dxa"/>
          </w:tcPr>
          <w:p w:rsidR="006F7457" w:rsidRDefault="006F7457"/>
        </w:tc>
      </w:tr>
      <w:tr w:rsidR="006F7457">
        <w:tc>
          <w:tcPr>
            <w:tcW w:w="2880" w:type="dxa"/>
          </w:tcPr>
          <w:p w:rsidR="006F7457" w:rsidRDefault="00332DB8">
            <w:r>
              <w:t>2567.</w:t>
            </w:r>
          </w:p>
        </w:tc>
        <w:tc>
          <w:tcPr>
            <w:tcW w:w="2880" w:type="dxa"/>
          </w:tcPr>
          <w:p w:rsidR="006F7457" w:rsidRDefault="00332DB8">
            <w:r w:rsidRPr="00332DB8">
              <w:rPr>
                <w:lang w:val="ru-RU"/>
              </w:rPr>
              <w:t>Видеоролик, обнаруженный в глобальной телекоммуникационной сети Интернет в социальной сети «</w:t>
            </w:r>
            <w:r>
              <w:t>VK</w:t>
            </w:r>
            <w:r w:rsidRPr="00332DB8">
              <w:rPr>
                <w:lang w:val="ru-RU"/>
              </w:rPr>
              <w:t xml:space="preserve">» на странице пользователя под ником «Оксана Вельва» по адресам: </w:t>
            </w:r>
            <w:r>
              <w:t>http</w:t>
            </w:r>
            <w:r w:rsidRPr="00332DB8">
              <w:rPr>
                <w:lang w:val="ru-RU"/>
              </w:rPr>
              <w:t>://</w:t>
            </w:r>
            <w:r>
              <w:t>vk</w:t>
            </w:r>
            <w:r w:rsidRPr="00332DB8">
              <w:rPr>
                <w:lang w:val="ru-RU"/>
              </w:rPr>
              <w:t>.</w:t>
            </w:r>
            <w:r>
              <w:t>com</w:t>
            </w:r>
            <w:r w:rsidRPr="00332DB8">
              <w:rPr>
                <w:lang w:val="ru-RU"/>
              </w:rPr>
              <w:t>/</w:t>
            </w:r>
            <w:r>
              <w:t>groups</w:t>
            </w:r>
            <w:r w:rsidRPr="00332DB8">
              <w:rPr>
                <w:lang w:val="ru-RU"/>
              </w:rPr>
              <w:t>.</w:t>
            </w:r>
            <w:r>
              <w:t>php</w:t>
            </w:r>
            <w:r w:rsidRPr="00332DB8">
              <w:rPr>
                <w:lang w:val="ru-RU"/>
              </w:rPr>
              <w:t>7?</w:t>
            </w:r>
            <w:r>
              <w:t>act</w:t>
            </w:r>
            <w:r w:rsidRPr="00332DB8">
              <w:rPr>
                <w:lang w:val="ru-RU"/>
              </w:rPr>
              <w:t>=</w:t>
            </w:r>
            <w:r>
              <w:t>s</w:t>
            </w:r>
            <w:r w:rsidRPr="00332DB8">
              <w:rPr>
                <w:lang w:val="ru-RU"/>
              </w:rPr>
              <w:t>&amp;</w:t>
            </w:r>
            <w:r>
              <w:t>gid</w:t>
            </w:r>
            <w:r w:rsidRPr="00332DB8">
              <w:rPr>
                <w:lang w:val="ru-RU"/>
              </w:rPr>
              <w:t>=36098011#/</w:t>
            </w:r>
            <w:r>
              <w:t>volva</w:t>
            </w:r>
            <w:r w:rsidRPr="00332DB8">
              <w:rPr>
                <w:lang w:val="ru-RU"/>
              </w:rPr>
              <w:t>?</w:t>
            </w:r>
            <w:r>
              <w:t>z</w:t>
            </w:r>
            <w:r w:rsidRPr="00332DB8">
              <w:rPr>
                <w:lang w:val="ru-RU"/>
              </w:rPr>
              <w:t>=</w:t>
            </w:r>
            <w:r>
              <w:t>video</w:t>
            </w:r>
            <w:r w:rsidRPr="00332DB8">
              <w:rPr>
                <w:lang w:val="ru-RU"/>
              </w:rPr>
              <w:t xml:space="preserve">26268330 и </w:t>
            </w:r>
            <w:r>
              <w:t>http</w:t>
            </w:r>
            <w:r w:rsidRPr="00332DB8">
              <w:rPr>
                <w:lang w:val="ru-RU"/>
              </w:rPr>
              <w:t>://</w:t>
            </w:r>
            <w:r>
              <w:t>vk</w:t>
            </w:r>
            <w:r w:rsidRPr="00332DB8">
              <w:rPr>
                <w:lang w:val="ru-RU"/>
              </w:rPr>
              <w:t>.</w:t>
            </w:r>
            <w:r>
              <w:t>com</w:t>
            </w:r>
            <w:r w:rsidRPr="00332DB8">
              <w:rPr>
                <w:lang w:val="ru-RU"/>
              </w:rPr>
              <w:t>/</w:t>
            </w:r>
            <w:r>
              <w:t>groups</w:t>
            </w:r>
            <w:r w:rsidRPr="00332DB8">
              <w:rPr>
                <w:lang w:val="ru-RU"/>
              </w:rPr>
              <w:t>.</w:t>
            </w:r>
            <w:r>
              <w:t>php</w:t>
            </w:r>
            <w:r w:rsidRPr="00332DB8">
              <w:rPr>
                <w:lang w:val="ru-RU"/>
              </w:rPr>
              <w:t>7?</w:t>
            </w:r>
            <w:r>
              <w:t>act</w:t>
            </w:r>
            <w:r w:rsidRPr="00332DB8">
              <w:rPr>
                <w:lang w:val="ru-RU"/>
              </w:rPr>
              <w:t>+</w:t>
            </w:r>
            <w:r>
              <w:t>s</w:t>
            </w:r>
            <w:r w:rsidRPr="00332DB8">
              <w:rPr>
                <w:lang w:val="ru-RU"/>
              </w:rPr>
              <w:t>&amp;</w:t>
            </w:r>
            <w:r>
              <w:t>gid</w:t>
            </w:r>
            <w:r w:rsidRPr="00332DB8">
              <w:rPr>
                <w:lang w:val="ru-RU"/>
              </w:rPr>
              <w:t>=36098011#/</w:t>
            </w:r>
            <w:r>
              <w:t>volva</w:t>
            </w:r>
            <w:r w:rsidRPr="00332DB8">
              <w:rPr>
                <w:lang w:val="ru-RU"/>
              </w:rPr>
              <w:t xml:space="preserve">, под названием «Поможем Евгению </w:t>
            </w:r>
            <w:r>
              <w:t xml:space="preserve">Стригину» (решение </w:t>
            </w:r>
            <w:r>
              <w:lastRenderedPageBreak/>
              <w:t>Черкесского городского суда Карачаево-Черкесской Республики от 22.07.2014);</w:t>
            </w:r>
          </w:p>
        </w:tc>
        <w:tc>
          <w:tcPr>
            <w:tcW w:w="2880" w:type="dxa"/>
          </w:tcPr>
          <w:p w:rsidR="006F7457" w:rsidRDefault="006F7457"/>
        </w:tc>
      </w:tr>
      <w:tr w:rsidR="006F7457" w:rsidRPr="005A424D">
        <w:tc>
          <w:tcPr>
            <w:tcW w:w="2880" w:type="dxa"/>
          </w:tcPr>
          <w:p w:rsidR="006F7457" w:rsidRDefault="00332DB8">
            <w:r>
              <w:lastRenderedPageBreak/>
              <w:t>2568.</w:t>
            </w:r>
          </w:p>
        </w:tc>
        <w:tc>
          <w:tcPr>
            <w:tcW w:w="2880" w:type="dxa"/>
          </w:tcPr>
          <w:p w:rsidR="006F7457" w:rsidRPr="00332DB8" w:rsidRDefault="00332DB8">
            <w:pPr>
              <w:rPr>
                <w:lang w:val="ru-RU"/>
              </w:rPr>
            </w:pPr>
            <w:r w:rsidRPr="00332DB8">
              <w:rPr>
                <w:lang w:val="ru-RU"/>
              </w:rPr>
              <w:t>Аудиозаписи: «</w:t>
            </w:r>
            <w:r>
              <w:t>P</w:t>
            </w:r>
            <w:r w:rsidRPr="00332DB8">
              <w:rPr>
                <w:lang w:val="ru-RU"/>
              </w:rPr>
              <w:t>.</w:t>
            </w:r>
            <w:r>
              <w:t>S</w:t>
            </w:r>
            <w:r w:rsidRPr="00332DB8">
              <w:rPr>
                <w:lang w:val="ru-RU"/>
              </w:rPr>
              <w:t>.7.62 - «Белые воины», «</w:t>
            </w:r>
            <w:r>
              <w:t>RGD</w:t>
            </w:r>
            <w:r w:rsidRPr="00332DB8">
              <w:rPr>
                <w:lang w:val="ru-RU"/>
              </w:rPr>
              <w:t xml:space="preserve"> 88 - «Черные рожи», «</w:t>
            </w:r>
            <w:r>
              <w:t>TNF</w:t>
            </w:r>
            <w:r w:rsidRPr="00332DB8">
              <w:rPr>
                <w:lang w:val="ru-RU"/>
              </w:rPr>
              <w:t xml:space="preserve">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w:t>
            </w:r>
            <w:r>
              <w:t>http</w:t>
            </w:r>
            <w:r w:rsidRPr="00332DB8">
              <w:rPr>
                <w:lang w:val="ru-RU"/>
              </w:rPr>
              <w:t>://</w:t>
            </w:r>
            <w:r>
              <w:t>vk</w:t>
            </w:r>
            <w:r w:rsidRPr="00332DB8">
              <w:rPr>
                <w:lang w:val="ru-RU"/>
              </w:rPr>
              <w:t>.</w:t>
            </w:r>
            <w:r>
              <w:t>com</w:t>
            </w:r>
            <w:r w:rsidRPr="00332DB8">
              <w:rPr>
                <w:lang w:val="ru-RU"/>
              </w:rPr>
              <w:t>/</w:t>
            </w:r>
            <w:r>
              <w:t>dfsdffsd</w:t>
            </w:r>
            <w:r w:rsidRPr="00332DB8">
              <w:rPr>
                <w:lang w:val="ru-RU"/>
              </w:rPr>
              <w:t xml:space="preserve"> (решение Курганского городского суда Курганской области от 08.10.2014);</w:t>
            </w:r>
          </w:p>
        </w:tc>
        <w:tc>
          <w:tcPr>
            <w:tcW w:w="2880" w:type="dxa"/>
          </w:tcPr>
          <w:p w:rsidR="006F7457" w:rsidRPr="00332DB8" w:rsidRDefault="006F7457">
            <w:pPr>
              <w:rPr>
                <w:lang w:val="ru-RU"/>
              </w:rPr>
            </w:pPr>
          </w:p>
        </w:tc>
      </w:tr>
      <w:tr w:rsidR="006F7457" w:rsidRPr="005A424D">
        <w:tc>
          <w:tcPr>
            <w:tcW w:w="2880" w:type="dxa"/>
          </w:tcPr>
          <w:p w:rsidR="006F7457" w:rsidRDefault="00332DB8">
            <w:r>
              <w:t>2569.</w:t>
            </w:r>
          </w:p>
        </w:tc>
        <w:tc>
          <w:tcPr>
            <w:tcW w:w="2880" w:type="dxa"/>
          </w:tcPr>
          <w:p w:rsidR="006F7457" w:rsidRPr="00332DB8" w:rsidRDefault="00332DB8">
            <w:pPr>
              <w:rPr>
                <w:lang w:val="ru-RU"/>
              </w:rPr>
            </w:pPr>
            <w:r w:rsidRPr="00332DB8">
              <w:rPr>
                <w:lang w:val="ru-RU"/>
              </w:rPr>
              <w:t xml:space="preserve">Информационный материал – интернет-страница </w:t>
            </w:r>
            <w:r>
              <w:t>http</w:t>
            </w:r>
            <w:r w:rsidRPr="00332DB8">
              <w:rPr>
                <w:lang w:val="ru-RU"/>
              </w:rPr>
              <w:t>://</w:t>
            </w:r>
            <w:r>
              <w:t>vk</w:t>
            </w:r>
            <w:r w:rsidRPr="00332DB8">
              <w:rPr>
                <w:lang w:val="ru-RU"/>
              </w:rPr>
              <w:t>.</w:t>
            </w:r>
            <w:r>
              <w:t>com</w:t>
            </w:r>
            <w:r w:rsidRPr="00332DB8">
              <w:rPr>
                <w:lang w:val="ru-RU"/>
              </w:rPr>
              <w:t>/</w:t>
            </w:r>
            <w:r>
              <w:t>povijest</w:t>
            </w:r>
            <w:r w:rsidRPr="00332DB8">
              <w:rPr>
                <w:lang w:val="ru-RU"/>
              </w:rPr>
              <w:t xml:space="preserve"> (решение Невинномысского городского суда Ставропольского края от 18.09.2014);</w:t>
            </w:r>
          </w:p>
        </w:tc>
        <w:tc>
          <w:tcPr>
            <w:tcW w:w="2880" w:type="dxa"/>
          </w:tcPr>
          <w:p w:rsidR="006F7457" w:rsidRPr="00332DB8" w:rsidRDefault="006F7457">
            <w:pPr>
              <w:rPr>
                <w:lang w:val="ru-RU"/>
              </w:rPr>
            </w:pPr>
          </w:p>
        </w:tc>
      </w:tr>
      <w:tr w:rsidR="006F7457" w:rsidRPr="005A424D">
        <w:tc>
          <w:tcPr>
            <w:tcW w:w="2880" w:type="dxa"/>
          </w:tcPr>
          <w:p w:rsidR="006F7457" w:rsidRDefault="00332DB8">
            <w:r>
              <w:t>2570.</w:t>
            </w:r>
          </w:p>
        </w:tc>
        <w:tc>
          <w:tcPr>
            <w:tcW w:w="2880" w:type="dxa"/>
          </w:tcPr>
          <w:p w:rsidR="006F7457" w:rsidRPr="00332DB8" w:rsidRDefault="00332DB8">
            <w:pPr>
              <w:rPr>
                <w:lang w:val="ru-RU"/>
              </w:rPr>
            </w:pPr>
            <w:r w:rsidRPr="00332DB8">
              <w:rPr>
                <w:lang w:val="ru-RU"/>
              </w:rPr>
              <w:t>Видеоролик, обнаруженный в глобальной телекоммуникационной сети Интернет, в социальной сети «</w:t>
            </w:r>
            <w:r>
              <w:t>VK</w:t>
            </w:r>
            <w:r w:rsidRPr="00332DB8">
              <w:rPr>
                <w:lang w:val="ru-RU"/>
              </w:rPr>
              <w:t xml:space="preserve">» на странице пользователя под ником «Абуамир Карачай»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183227813 165484372 под названием «Мухаммад аль Арифи «Огненные слова в помощь жителям Шама» расположенный на сайте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183227813 165484372 (решение Черкесского городского суда Карачаево-Черкесской Республики от 24.07.2014);</w:t>
            </w:r>
          </w:p>
        </w:tc>
        <w:tc>
          <w:tcPr>
            <w:tcW w:w="2880" w:type="dxa"/>
          </w:tcPr>
          <w:p w:rsidR="006F7457" w:rsidRPr="00332DB8" w:rsidRDefault="006F7457">
            <w:pPr>
              <w:rPr>
                <w:lang w:val="ru-RU"/>
              </w:rPr>
            </w:pPr>
          </w:p>
        </w:tc>
      </w:tr>
      <w:tr w:rsidR="006F7457" w:rsidRPr="005A424D">
        <w:tc>
          <w:tcPr>
            <w:tcW w:w="2880" w:type="dxa"/>
          </w:tcPr>
          <w:p w:rsidR="006F7457" w:rsidRDefault="00332DB8">
            <w:r>
              <w:t>2571.</w:t>
            </w:r>
          </w:p>
        </w:tc>
        <w:tc>
          <w:tcPr>
            <w:tcW w:w="2880" w:type="dxa"/>
          </w:tcPr>
          <w:p w:rsidR="006F7457" w:rsidRPr="00332DB8" w:rsidRDefault="00332DB8">
            <w:pPr>
              <w:rPr>
                <w:lang w:val="ru-RU"/>
              </w:rPr>
            </w:pPr>
            <w:r w:rsidRPr="00332DB8">
              <w:rPr>
                <w:lang w:val="ru-RU"/>
              </w:rPr>
              <w:t xml:space="preserve">Видеоролик, расположенный в глобальной телекоммуникационной сети Интернет по адресу </w:t>
            </w:r>
            <w:r>
              <w:t>http</w:t>
            </w:r>
            <w:r w:rsidRPr="00332DB8">
              <w:rPr>
                <w:lang w:val="ru-RU"/>
              </w:rPr>
              <w:t>://</w:t>
            </w:r>
            <w:r>
              <w:t>jamagat</w:t>
            </w:r>
            <w:r w:rsidRPr="00332DB8">
              <w:rPr>
                <w:lang w:val="ru-RU"/>
              </w:rPr>
              <w:t>.</w:t>
            </w:r>
            <w:r>
              <w:t>wordress</w:t>
            </w:r>
            <w:r w:rsidRPr="00332DB8">
              <w:rPr>
                <w:lang w:val="ru-RU"/>
              </w:rPr>
              <w:t>.</w:t>
            </w:r>
            <w:r>
              <w:t>com</w:t>
            </w:r>
            <w:r w:rsidRPr="00332DB8">
              <w:rPr>
                <w:lang w:val="ru-RU"/>
              </w:rPr>
              <w:t>/</w:t>
            </w:r>
            <w:r>
              <w:t>category</w:t>
            </w:r>
            <w:r w:rsidRPr="00332DB8">
              <w:rPr>
                <w:lang w:val="ru-RU"/>
              </w:rPr>
              <w:t>/новости/имарат-кавказ/къарачай,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2880" w:type="dxa"/>
          </w:tcPr>
          <w:p w:rsidR="006F7457" w:rsidRPr="00332DB8" w:rsidRDefault="006F7457">
            <w:pPr>
              <w:rPr>
                <w:lang w:val="ru-RU"/>
              </w:rPr>
            </w:pPr>
          </w:p>
        </w:tc>
      </w:tr>
      <w:tr w:rsidR="006F7457" w:rsidRPr="005A424D">
        <w:tc>
          <w:tcPr>
            <w:tcW w:w="2880" w:type="dxa"/>
          </w:tcPr>
          <w:p w:rsidR="006F7457" w:rsidRDefault="00332DB8">
            <w:r>
              <w:t>257</w:t>
            </w:r>
            <w:r>
              <w:lastRenderedPageBreak/>
              <w:t>2.</w:t>
            </w:r>
          </w:p>
        </w:tc>
        <w:tc>
          <w:tcPr>
            <w:tcW w:w="2880" w:type="dxa"/>
          </w:tcPr>
          <w:p w:rsidR="006F7457" w:rsidRPr="00332DB8" w:rsidRDefault="00332DB8">
            <w:pPr>
              <w:rPr>
                <w:lang w:val="ru-RU"/>
              </w:rPr>
            </w:pPr>
            <w:r w:rsidRPr="00332DB8">
              <w:rPr>
                <w:lang w:val="ru-RU"/>
              </w:rPr>
              <w:lastRenderedPageBreak/>
              <w:t>Книга Марцинкевича М.С. «Реструкт! Книга Максима Тесака» 2012 – 511с. (решение Чертановского районного суда г. Москвы от 28.10.2014);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2573.</w:t>
            </w:r>
          </w:p>
        </w:tc>
        <w:tc>
          <w:tcPr>
            <w:tcW w:w="2880" w:type="dxa"/>
          </w:tcPr>
          <w:p w:rsidR="006F7457" w:rsidRPr="00332DB8" w:rsidRDefault="00332DB8">
            <w:pPr>
              <w:rPr>
                <w:lang w:val="ru-RU"/>
              </w:rPr>
            </w:pPr>
            <w:r w:rsidRPr="00332DB8">
              <w:rPr>
                <w:lang w:val="ru-RU"/>
              </w:rPr>
              <w:t xml:space="preserve">Зеркало сайта «Кавказ-Центр» в Твиттере с адресом </w:t>
            </w:r>
            <w:r>
              <w:t>http</w:t>
            </w:r>
            <w:r w:rsidRPr="00332DB8">
              <w:rPr>
                <w:lang w:val="ru-RU"/>
              </w:rPr>
              <w:t>://</w:t>
            </w:r>
            <w:r>
              <w:t>twitter</w:t>
            </w:r>
            <w:r w:rsidRPr="00332DB8">
              <w:rPr>
                <w:lang w:val="ru-RU"/>
              </w:rPr>
              <w:t>.</w:t>
            </w:r>
            <w:r>
              <w:t>com</w:t>
            </w:r>
            <w:r w:rsidRPr="00332DB8">
              <w:rPr>
                <w:lang w:val="ru-RU"/>
              </w:rPr>
              <w:t>/</w:t>
            </w:r>
            <w:r>
              <w:t>kavkazcentercom</w:t>
            </w:r>
            <w:r w:rsidRPr="00332DB8">
              <w:rPr>
                <w:lang w:val="ru-RU"/>
              </w:rPr>
              <w:t xml:space="preserve"> (решение Заводского районного суда г. Грозного Чеченской Республики от 09.10.2014);</w:t>
            </w:r>
          </w:p>
        </w:tc>
        <w:tc>
          <w:tcPr>
            <w:tcW w:w="2880" w:type="dxa"/>
          </w:tcPr>
          <w:p w:rsidR="006F7457" w:rsidRPr="00332DB8" w:rsidRDefault="006F7457">
            <w:pPr>
              <w:rPr>
                <w:lang w:val="ru-RU"/>
              </w:rPr>
            </w:pPr>
          </w:p>
        </w:tc>
      </w:tr>
      <w:tr w:rsidR="006F7457" w:rsidRPr="005A424D">
        <w:tc>
          <w:tcPr>
            <w:tcW w:w="2880" w:type="dxa"/>
          </w:tcPr>
          <w:p w:rsidR="006F7457" w:rsidRDefault="00332DB8">
            <w:r>
              <w:t>2574.</w:t>
            </w:r>
          </w:p>
        </w:tc>
        <w:tc>
          <w:tcPr>
            <w:tcW w:w="2880" w:type="dxa"/>
          </w:tcPr>
          <w:p w:rsidR="006F7457" w:rsidRPr="00332DB8" w:rsidRDefault="00332DB8">
            <w:pPr>
              <w:rPr>
                <w:lang w:val="ru-RU"/>
              </w:rPr>
            </w:pPr>
            <w:r w:rsidRPr="00332DB8">
              <w:rPr>
                <w:lang w:val="ru-RU"/>
              </w:rPr>
              <w:t xml:space="preserve">Интернет-ресурс (сайт) с адресом: </w:t>
            </w:r>
            <w:r>
              <w:t>http</w:t>
            </w:r>
            <w:r w:rsidRPr="00332DB8">
              <w:rPr>
                <w:lang w:val="ru-RU"/>
              </w:rPr>
              <w:t>://</w:t>
            </w:r>
            <w:r>
              <w:t>twitter</w:t>
            </w:r>
            <w:r w:rsidRPr="00332DB8">
              <w:rPr>
                <w:lang w:val="ru-RU"/>
              </w:rPr>
              <w:t>.</w:t>
            </w:r>
            <w:r>
              <w:t>com</w:t>
            </w:r>
            <w:r w:rsidRPr="00332DB8">
              <w:rPr>
                <w:lang w:val="ru-RU"/>
              </w:rPr>
              <w:t>/</w:t>
            </w:r>
            <w:r>
              <w:t>HalilovMansur</w:t>
            </w:r>
            <w:r w:rsidRPr="00332DB8">
              <w:rPr>
                <w:lang w:val="ru-RU"/>
              </w:rPr>
              <w:t>/ (решение Заводского районного суда г. Грозного Чеченской Республики от 09.10.2014);</w:t>
            </w:r>
          </w:p>
        </w:tc>
        <w:tc>
          <w:tcPr>
            <w:tcW w:w="2880" w:type="dxa"/>
          </w:tcPr>
          <w:p w:rsidR="006F7457" w:rsidRPr="00332DB8" w:rsidRDefault="006F7457">
            <w:pPr>
              <w:rPr>
                <w:lang w:val="ru-RU"/>
              </w:rPr>
            </w:pPr>
          </w:p>
        </w:tc>
      </w:tr>
      <w:tr w:rsidR="006F7457" w:rsidRPr="005A424D">
        <w:tc>
          <w:tcPr>
            <w:tcW w:w="2880" w:type="dxa"/>
          </w:tcPr>
          <w:p w:rsidR="006F7457" w:rsidRDefault="00332DB8">
            <w:r>
              <w:t>2575.</w:t>
            </w:r>
          </w:p>
        </w:tc>
        <w:tc>
          <w:tcPr>
            <w:tcW w:w="2880" w:type="dxa"/>
          </w:tcPr>
          <w:p w:rsidR="006F7457" w:rsidRPr="00332DB8" w:rsidRDefault="00332DB8">
            <w:pPr>
              <w:rPr>
                <w:lang w:val="ru-RU"/>
              </w:rPr>
            </w:pPr>
            <w:r w:rsidRPr="00332DB8">
              <w:rPr>
                <w:lang w:val="ru-RU"/>
              </w:rPr>
              <w:t xml:space="preserve">Интернет-ресурс (сайт) с адресом: </w:t>
            </w:r>
            <w:r>
              <w:t>http</w:t>
            </w:r>
            <w:r w:rsidRPr="00332DB8">
              <w:rPr>
                <w:lang w:val="ru-RU"/>
              </w:rPr>
              <w:t>://</w:t>
            </w:r>
            <w:r>
              <w:t>islamskiyemiratkavkaz</w:t>
            </w:r>
            <w:r w:rsidRPr="00332DB8">
              <w:rPr>
                <w:lang w:val="ru-RU"/>
              </w:rPr>
              <w:t>.</w:t>
            </w:r>
            <w:r>
              <w:t>blogspot</w:t>
            </w:r>
            <w:r w:rsidRPr="00332DB8">
              <w:rPr>
                <w:lang w:val="ru-RU"/>
              </w:rPr>
              <w:t>.</w:t>
            </w:r>
            <w:r>
              <w:t>ru</w:t>
            </w:r>
            <w:r w:rsidRPr="00332DB8">
              <w:rPr>
                <w:lang w:val="ru-RU"/>
              </w:rPr>
              <w:t>/ (решение Заводского районного суда г. Грозного Чеченской Республики от 09.10.2014);</w:t>
            </w:r>
          </w:p>
        </w:tc>
        <w:tc>
          <w:tcPr>
            <w:tcW w:w="2880" w:type="dxa"/>
          </w:tcPr>
          <w:p w:rsidR="006F7457" w:rsidRPr="00332DB8" w:rsidRDefault="006F7457">
            <w:pPr>
              <w:rPr>
                <w:lang w:val="ru-RU"/>
              </w:rPr>
            </w:pPr>
          </w:p>
        </w:tc>
      </w:tr>
      <w:tr w:rsidR="006F7457">
        <w:tc>
          <w:tcPr>
            <w:tcW w:w="2880" w:type="dxa"/>
          </w:tcPr>
          <w:p w:rsidR="006F7457" w:rsidRDefault="00332DB8">
            <w:r>
              <w:t>2576.</w:t>
            </w:r>
          </w:p>
        </w:tc>
        <w:tc>
          <w:tcPr>
            <w:tcW w:w="2880" w:type="dxa"/>
          </w:tcPr>
          <w:p w:rsidR="006F7457" w:rsidRDefault="00332DB8">
            <w:r w:rsidRPr="00332DB8">
              <w:rPr>
                <w:lang w:val="ru-RU"/>
              </w:rPr>
              <w:t xml:space="preserve">Видеоролик под названием «На пророческом пути» продолжительностью </w:t>
            </w:r>
            <w:r>
              <w:t>36 минут 07 секунд (решение Октябрьского районного суда г. Ставрополя от 18.09.2014);</w:t>
            </w:r>
          </w:p>
        </w:tc>
        <w:tc>
          <w:tcPr>
            <w:tcW w:w="2880" w:type="dxa"/>
          </w:tcPr>
          <w:p w:rsidR="006F7457" w:rsidRDefault="006F7457"/>
        </w:tc>
      </w:tr>
      <w:tr w:rsidR="006F7457" w:rsidRPr="005A424D">
        <w:tc>
          <w:tcPr>
            <w:tcW w:w="2880" w:type="dxa"/>
          </w:tcPr>
          <w:p w:rsidR="006F7457" w:rsidRDefault="00332DB8">
            <w:r>
              <w:t>2577.</w:t>
            </w:r>
          </w:p>
        </w:tc>
        <w:tc>
          <w:tcPr>
            <w:tcW w:w="2880" w:type="dxa"/>
          </w:tcPr>
          <w:p w:rsidR="006F7457" w:rsidRPr="00332DB8" w:rsidRDefault="00332DB8">
            <w:pPr>
              <w:rPr>
                <w:lang w:val="ru-RU"/>
              </w:rPr>
            </w:pPr>
            <w:r w:rsidRPr="00332DB8">
              <w:rPr>
                <w:lang w:val="ru-RU"/>
              </w:rPr>
              <w:t xml:space="preserve">Интернет-ресурс </w:t>
            </w:r>
            <w:r>
              <w:t>http</w:t>
            </w:r>
            <w:r w:rsidRPr="00332DB8">
              <w:rPr>
                <w:lang w:val="ru-RU"/>
              </w:rPr>
              <w:t>://</w:t>
            </w:r>
            <w:r>
              <w:t>www</w:t>
            </w:r>
            <w:r w:rsidRPr="00332DB8">
              <w:rPr>
                <w:lang w:val="ru-RU"/>
              </w:rPr>
              <w:t>.</w:t>
            </w:r>
            <w:r>
              <w:t>vedi</w:t>
            </w:r>
            <w:r w:rsidRPr="00332DB8">
              <w:rPr>
                <w:lang w:val="ru-RU"/>
              </w:rPr>
              <w:t>-</w:t>
            </w:r>
            <w:r>
              <w:t>ra</w:t>
            </w:r>
            <w:r w:rsidRPr="00332DB8">
              <w:rPr>
                <w:lang w:val="ru-RU"/>
              </w:rPr>
              <w:t>.</w:t>
            </w:r>
            <w:r>
              <w:t>info</w:t>
            </w:r>
            <w:r w:rsidRPr="00332DB8">
              <w:rPr>
                <w:lang w:val="ru-RU"/>
              </w:rPr>
              <w:t>/</w:t>
            </w:r>
            <w:r>
              <w:t>dopinfo</w:t>
            </w:r>
            <w:r w:rsidRPr="00332DB8">
              <w:rPr>
                <w:lang w:val="ru-RU"/>
              </w:rPr>
              <w:t>/</w:t>
            </w:r>
            <w:r>
              <w:t>index</w:t>
            </w:r>
            <w:r w:rsidRPr="00332DB8">
              <w:rPr>
                <w:lang w:val="ru-RU"/>
              </w:rPr>
              <w:t>.</w:t>
            </w:r>
            <w:r>
              <w:t>php</w:t>
            </w:r>
            <w:r w:rsidRPr="00332DB8">
              <w:rPr>
                <w:lang w:val="ru-RU"/>
              </w:rPr>
              <w:t>?20130911 (решение Электростальского городского суда Московской области от 23.10.2014);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2578.</w:t>
            </w:r>
          </w:p>
        </w:tc>
        <w:tc>
          <w:tcPr>
            <w:tcW w:w="2880" w:type="dxa"/>
          </w:tcPr>
          <w:p w:rsidR="006F7457" w:rsidRPr="00332DB8" w:rsidRDefault="00332DB8">
            <w:pPr>
              <w:rPr>
                <w:lang w:val="ru-RU"/>
              </w:rPr>
            </w:pPr>
            <w:r w:rsidRPr="00332DB8">
              <w:rPr>
                <w:lang w:val="ru-RU"/>
              </w:rPr>
              <w:t xml:space="preserve">Сайт </w:t>
            </w:r>
            <w:r>
              <w:t>http</w:t>
            </w:r>
            <w:r w:rsidRPr="00332DB8">
              <w:rPr>
                <w:lang w:val="ru-RU"/>
              </w:rPr>
              <w:t>://</w:t>
            </w:r>
            <w:r>
              <w:t>sodiqlar</w:t>
            </w:r>
            <w:r w:rsidRPr="00332DB8">
              <w:rPr>
                <w:lang w:val="ru-RU"/>
              </w:rPr>
              <w:t>.</w:t>
            </w:r>
            <w:r>
              <w:t>info</w:t>
            </w:r>
            <w:r w:rsidRPr="00332DB8">
              <w:rPr>
                <w:lang w:val="ru-RU"/>
              </w:rPr>
              <w:t xml:space="preserve"> (решение Ленинского районного суда г. Ставрополя от 16.10.2014);</w:t>
            </w:r>
          </w:p>
        </w:tc>
        <w:tc>
          <w:tcPr>
            <w:tcW w:w="2880" w:type="dxa"/>
          </w:tcPr>
          <w:p w:rsidR="006F7457" w:rsidRPr="00332DB8" w:rsidRDefault="006F7457">
            <w:pPr>
              <w:rPr>
                <w:lang w:val="ru-RU"/>
              </w:rPr>
            </w:pPr>
          </w:p>
        </w:tc>
      </w:tr>
      <w:tr w:rsidR="006F7457" w:rsidRPr="005A424D">
        <w:tc>
          <w:tcPr>
            <w:tcW w:w="2880" w:type="dxa"/>
          </w:tcPr>
          <w:p w:rsidR="006F7457" w:rsidRDefault="00332DB8">
            <w:r>
              <w:t>2579.</w:t>
            </w:r>
          </w:p>
        </w:tc>
        <w:tc>
          <w:tcPr>
            <w:tcW w:w="2880" w:type="dxa"/>
          </w:tcPr>
          <w:p w:rsidR="006F7457" w:rsidRPr="00332DB8" w:rsidRDefault="00332DB8">
            <w:pPr>
              <w:rPr>
                <w:lang w:val="ru-RU"/>
              </w:rPr>
            </w:pPr>
            <w:r w:rsidRPr="00332DB8">
              <w:rPr>
                <w:lang w:val="ru-RU"/>
              </w:rPr>
              <w:t>Фонограммы, записанные в файлы «Банда Москвы -Иммигрант», «</w:t>
            </w:r>
            <w:r>
              <w:t>CG</w:t>
            </w:r>
            <w:r w:rsidRPr="00332DB8">
              <w:rPr>
                <w:lang w:val="ru-RU"/>
              </w:rPr>
              <w:t xml:space="preserve"> </w:t>
            </w:r>
            <w:r>
              <w:t>Bros</w:t>
            </w:r>
            <w:r w:rsidRPr="00332DB8">
              <w:rPr>
                <w:lang w:val="ru-RU"/>
              </w:rPr>
              <w:t>. Имигрант (</w:t>
            </w:r>
            <w:r>
              <w:t>cover</w:t>
            </w:r>
            <w:r w:rsidRPr="00332DB8">
              <w:rPr>
                <w:lang w:val="ru-RU"/>
              </w:rPr>
              <w:t xml:space="preserve">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w:t>
            </w:r>
            <w:r>
              <w:t>z</w:t>
            </w:r>
            <w:r w:rsidRPr="00332DB8">
              <w:rPr>
                <w:lang w:val="ru-RU"/>
              </w:rPr>
              <w:t>_73</w:t>
            </w:r>
            <w:r>
              <w:t>d</w:t>
            </w:r>
            <w:r w:rsidRPr="00332DB8">
              <w:rPr>
                <w:lang w:val="ru-RU"/>
              </w:rPr>
              <w:t>60719», «</w:t>
            </w:r>
            <w:r>
              <w:t>btJuEvlc</w:t>
            </w:r>
            <w:r w:rsidRPr="00332DB8">
              <w:rPr>
                <w:lang w:val="ru-RU"/>
              </w:rPr>
              <w:t>_</w:t>
            </w:r>
            <w:r>
              <w:t>Xs</w:t>
            </w:r>
            <w:r w:rsidRPr="00332DB8">
              <w:rPr>
                <w:lang w:val="ru-RU"/>
              </w:rPr>
              <w:t xml:space="preserve">», размещенные в сети Интернет на сайте Ошибка! Недопустимый объект гиперссылки., на странице пользователя с именем «Евгений правый Черкасов» и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109368331, альтернативным адресом </w:t>
            </w:r>
            <w:r>
              <w:t>http</w:t>
            </w:r>
            <w:r w:rsidRPr="00332DB8">
              <w:rPr>
                <w:lang w:val="ru-RU"/>
              </w:rPr>
              <w:t>://</w:t>
            </w:r>
            <w:r>
              <w:t>vk</w:t>
            </w:r>
            <w:r w:rsidRPr="00332DB8">
              <w:rPr>
                <w:lang w:val="ru-RU"/>
              </w:rPr>
              <w:t>.</w:t>
            </w:r>
            <w:r>
              <w:t>com</w:t>
            </w:r>
            <w:r w:rsidRPr="00332DB8">
              <w:rPr>
                <w:lang w:val="ru-RU"/>
              </w:rPr>
              <w:t>/</w:t>
            </w:r>
            <w:r>
              <w:t>graf</w:t>
            </w:r>
            <w:r w:rsidRPr="00332DB8">
              <w:rPr>
                <w:lang w:val="ru-RU"/>
              </w:rPr>
              <w:t>313131 (решение Заводского районного суда г. Кемерово от 20.08.2014);</w:t>
            </w:r>
          </w:p>
        </w:tc>
        <w:tc>
          <w:tcPr>
            <w:tcW w:w="2880" w:type="dxa"/>
          </w:tcPr>
          <w:p w:rsidR="006F7457" w:rsidRPr="00332DB8" w:rsidRDefault="006F7457">
            <w:pPr>
              <w:rPr>
                <w:lang w:val="ru-RU"/>
              </w:rPr>
            </w:pPr>
          </w:p>
        </w:tc>
      </w:tr>
      <w:tr w:rsidR="006F7457" w:rsidRPr="005A424D">
        <w:tc>
          <w:tcPr>
            <w:tcW w:w="2880" w:type="dxa"/>
          </w:tcPr>
          <w:p w:rsidR="006F7457" w:rsidRDefault="00332DB8">
            <w:r>
              <w:t>2580.</w:t>
            </w:r>
          </w:p>
        </w:tc>
        <w:tc>
          <w:tcPr>
            <w:tcW w:w="2880" w:type="dxa"/>
          </w:tcPr>
          <w:p w:rsidR="006F7457" w:rsidRPr="00332DB8" w:rsidRDefault="00332DB8">
            <w:pPr>
              <w:rPr>
                <w:lang w:val="ru-RU"/>
              </w:rPr>
            </w:pPr>
            <w:r w:rsidRPr="00332DB8">
              <w:rPr>
                <w:lang w:val="ru-RU"/>
              </w:rPr>
              <w:t xml:space="preserve">Информационный материал «Шамиль Басаев был прав (точка зрения)», размещенный в сети Интернет по адресу: </w:t>
            </w:r>
            <w:r>
              <w:t>http</w:t>
            </w:r>
            <w:r w:rsidRPr="00332DB8">
              <w:rPr>
                <w:lang w:val="ru-RU"/>
              </w:rPr>
              <w:t>://</w:t>
            </w:r>
            <w:r>
              <w:t>argumentua</w:t>
            </w:r>
            <w:r w:rsidRPr="00332DB8">
              <w:rPr>
                <w:lang w:val="ru-RU"/>
              </w:rPr>
              <w:t>.</w:t>
            </w:r>
            <w:r>
              <w:t>com</w:t>
            </w:r>
            <w:r w:rsidRPr="00332DB8">
              <w:rPr>
                <w:lang w:val="ru-RU"/>
              </w:rPr>
              <w:t>/</w:t>
            </w:r>
            <w:r>
              <w:t>stati</w:t>
            </w:r>
            <w:r w:rsidRPr="00332DB8">
              <w:rPr>
                <w:lang w:val="ru-RU"/>
              </w:rPr>
              <w:t>/</w:t>
            </w:r>
            <w:r>
              <w:t>shamil</w:t>
            </w:r>
            <w:r w:rsidRPr="00332DB8">
              <w:rPr>
                <w:lang w:val="ru-RU"/>
              </w:rPr>
              <w:t>-</w:t>
            </w:r>
            <w:r>
              <w:t>basaev</w:t>
            </w:r>
            <w:r w:rsidRPr="00332DB8">
              <w:rPr>
                <w:lang w:val="ru-RU"/>
              </w:rPr>
              <w:t>-</w:t>
            </w:r>
            <w:r>
              <w:t>byl</w:t>
            </w:r>
            <w:r w:rsidRPr="00332DB8">
              <w:rPr>
                <w:lang w:val="ru-RU"/>
              </w:rPr>
              <w:t>-</w:t>
            </w:r>
            <w:r>
              <w:t>prav</w:t>
            </w:r>
            <w:r w:rsidRPr="00332DB8">
              <w:rPr>
                <w:lang w:val="ru-RU"/>
              </w:rPr>
              <w:t>-</w:t>
            </w:r>
            <w:r>
              <w:t>tochka</w:t>
            </w:r>
            <w:r w:rsidRPr="00332DB8">
              <w:rPr>
                <w:lang w:val="ru-RU"/>
              </w:rPr>
              <w:t>-</w:t>
            </w:r>
            <w:r>
              <w:t>zreniya</w:t>
            </w:r>
            <w:r w:rsidRPr="00332DB8">
              <w:rPr>
                <w:lang w:val="ru-RU"/>
              </w:rPr>
              <w:t xml:space="preserve"> (решение Горно-Алтайского городского суда Республики Алтай от 07.10.2014);</w:t>
            </w:r>
          </w:p>
        </w:tc>
        <w:tc>
          <w:tcPr>
            <w:tcW w:w="2880" w:type="dxa"/>
          </w:tcPr>
          <w:p w:rsidR="006F7457" w:rsidRPr="00332DB8" w:rsidRDefault="006F7457">
            <w:pPr>
              <w:rPr>
                <w:lang w:val="ru-RU"/>
              </w:rPr>
            </w:pPr>
          </w:p>
        </w:tc>
      </w:tr>
      <w:tr w:rsidR="006F7457" w:rsidRPr="005A424D">
        <w:tc>
          <w:tcPr>
            <w:tcW w:w="2880" w:type="dxa"/>
          </w:tcPr>
          <w:p w:rsidR="006F7457" w:rsidRDefault="00332DB8">
            <w:r>
              <w:t>2581.</w:t>
            </w:r>
          </w:p>
        </w:tc>
        <w:tc>
          <w:tcPr>
            <w:tcW w:w="2880" w:type="dxa"/>
          </w:tcPr>
          <w:p w:rsidR="006F7457" w:rsidRPr="00332DB8" w:rsidRDefault="00332DB8">
            <w:pPr>
              <w:rPr>
                <w:lang w:val="ru-RU"/>
              </w:rPr>
            </w:pPr>
            <w:r w:rsidRPr="00332DB8">
              <w:rPr>
                <w:lang w:val="ru-RU"/>
              </w:rPr>
              <w:t xml:space="preserve">Информационный материал «Украина – будущая российская действительность!?», размещенный в сети Интернет по адресу </w:t>
            </w:r>
            <w:r>
              <w:t>http</w:t>
            </w:r>
            <w:r w:rsidRPr="00332DB8">
              <w:rPr>
                <w:lang w:val="ru-RU"/>
              </w:rPr>
              <w:t>:/</w:t>
            </w:r>
            <w:r>
              <w:t>russobor</w:t>
            </w:r>
            <w:r w:rsidRPr="00332DB8">
              <w:rPr>
                <w:lang w:val="ru-RU"/>
              </w:rPr>
              <w:t>.</w:t>
            </w:r>
            <w:r>
              <w:t>com</w:t>
            </w:r>
            <w:r w:rsidRPr="00332DB8">
              <w:rPr>
                <w:lang w:val="ru-RU"/>
              </w:rPr>
              <w:t>/</w:t>
            </w:r>
            <w:r>
              <w:t>publikaci</w:t>
            </w:r>
            <w:r w:rsidRPr="00332DB8">
              <w:rPr>
                <w:lang w:val="ru-RU"/>
              </w:rPr>
              <w:t>-</w:t>
            </w:r>
            <w:r>
              <w:t>sobora</w:t>
            </w:r>
            <w:r w:rsidRPr="00332DB8">
              <w:rPr>
                <w:lang w:val="ru-RU"/>
              </w:rPr>
              <w:t>/</w:t>
            </w:r>
            <w:r>
              <w:t>ukraina</w:t>
            </w:r>
            <w:r w:rsidRPr="00332DB8">
              <w:rPr>
                <w:lang w:val="ru-RU"/>
              </w:rPr>
              <w:t>-</w:t>
            </w:r>
            <w:r>
              <w:t>budushaja</w:t>
            </w:r>
            <w:r w:rsidRPr="00332DB8">
              <w:rPr>
                <w:lang w:val="ru-RU"/>
              </w:rPr>
              <w:t>-</w:t>
            </w:r>
            <w:r>
              <w:t>rosiiskaja</w:t>
            </w:r>
            <w:r w:rsidRPr="00332DB8">
              <w:rPr>
                <w:lang w:val="ru-RU"/>
              </w:rPr>
              <w:t>-</w:t>
            </w:r>
            <w:r>
              <w:t>deistvitelnost</w:t>
            </w:r>
            <w:r w:rsidRPr="00332DB8">
              <w:rPr>
                <w:lang w:val="ru-RU"/>
              </w:rPr>
              <w:t>/</w:t>
            </w:r>
            <w:r>
              <w:t>html</w:t>
            </w:r>
            <w:r w:rsidRPr="00332DB8">
              <w:rPr>
                <w:lang w:val="ru-RU"/>
              </w:rPr>
              <w:t xml:space="preserve"> и </w:t>
            </w:r>
            <w:r>
              <w:t>http</w:t>
            </w:r>
            <w:r w:rsidRPr="00332DB8">
              <w:rPr>
                <w:lang w:val="ru-RU"/>
              </w:rPr>
              <w:t>://</w:t>
            </w:r>
            <w:r>
              <w:t>www</w:t>
            </w:r>
            <w:r w:rsidRPr="00332DB8">
              <w:rPr>
                <w:lang w:val="ru-RU"/>
              </w:rPr>
              <w:t>.</w:t>
            </w:r>
            <w:r>
              <w:t>sibpower</w:t>
            </w:r>
            <w:r w:rsidRPr="00332DB8">
              <w:rPr>
                <w:lang w:val="ru-RU"/>
              </w:rPr>
              <w:t>.</w:t>
            </w:r>
            <w:r>
              <w:t>com</w:t>
            </w:r>
            <w:r w:rsidRPr="00332DB8">
              <w:rPr>
                <w:lang w:val="ru-RU"/>
              </w:rPr>
              <w:t>/</w:t>
            </w:r>
            <w:r>
              <w:t>publikaci</w:t>
            </w:r>
            <w:r w:rsidRPr="00332DB8">
              <w:rPr>
                <w:lang w:val="ru-RU"/>
              </w:rPr>
              <w:t>/</w:t>
            </w:r>
            <w:r>
              <w:t>ukraina</w:t>
            </w:r>
            <w:r w:rsidRPr="00332DB8">
              <w:rPr>
                <w:lang w:val="ru-RU"/>
              </w:rPr>
              <w:t>-</w:t>
            </w:r>
            <w:r>
              <w:t>budushaja</w:t>
            </w:r>
            <w:r w:rsidRPr="00332DB8">
              <w:rPr>
                <w:lang w:val="ru-RU"/>
              </w:rPr>
              <w:t>-</w:t>
            </w:r>
            <w:r>
              <w:t>rosiiskaja</w:t>
            </w:r>
            <w:r w:rsidRPr="00332DB8">
              <w:rPr>
                <w:lang w:val="ru-RU"/>
              </w:rPr>
              <w:t>-</w:t>
            </w:r>
            <w:r>
              <w:t>deistvitelnost</w:t>
            </w:r>
            <w:r w:rsidRPr="00332DB8">
              <w:rPr>
                <w:lang w:val="ru-RU"/>
              </w:rPr>
              <w:t>/</w:t>
            </w:r>
            <w:r>
              <w:t>html</w:t>
            </w:r>
            <w:r w:rsidRPr="00332DB8">
              <w:rPr>
                <w:lang w:val="ru-RU"/>
              </w:rPr>
              <w:t xml:space="preserve"> (решение Горно-Алтайского городского суда Республики Алтай от 07.10.2014);</w:t>
            </w:r>
          </w:p>
        </w:tc>
        <w:tc>
          <w:tcPr>
            <w:tcW w:w="2880" w:type="dxa"/>
          </w:tcPr>
          <w:p w:rsidR="006F7457" w:rsidRPr="00332DB8" w:rsidRDefault="006F7457">
            <w:pPr>
              <w:rPr>
                <w:lang w:val="ru-RU"/>
              </w:rPr>
            </w:pPr>
          </w:p>
        </w:tc>
      </w:tr>
      <w:tr w:rsidR="006F7457" w:rsidRPr="005A424D">
        <w:tc>
          <w:tcPr>
            <w:tcW w:w="2880" w:type="dxa"/>
          </w:tcPr>
          <w:p w:rsidR="006F7457" w:rsidRDefault="00332DB8">
            <w:r>
              <w:t>2582.</w:t>
            </w:r>
          </w:p>
        </w:tc>
        <w:tc>
          <w:tcPr>
            <w:tcW w:w="2880" w:type="dxa"/>
          </w:tcPr>
          <w:p w:rsidR="006F7457" w:rsidRPr="00332DB8" w:rsidRDefault="00332DB8">
            <w:pPr>
              <w:rPr>
                <w:lang w:val="ru-RU"/>
              </w:rPr>
            </w:pPr>
            <w:r w:rsidRPr="00332DB8">
              <w:rPr>
                <w:lang w:val="ru-RU"/>
              </w:rPr>
              <w:t>Сообщения, размещенные Морозовым А… В…, 27.03.1964 года рождения, в период с 02.12.2011 г. по 21.08.2013 г. в социальной сети «Вконтакте» ООО «В контакте» (</w:t>
            </w:r>
            <w:r>
              <w:t>http</w:t>
            </w:r>
            <w:r w:rsidRPr="00332DB8">
              <w:rPr>
                <w:lang w:val="ru-RU"/>
              </w:rPr>
              <w:t>://</w:t>
            </w:r>
            <w:r>
              <w:t>vk</w:t>
            </w:r>
            <w:r w:rsidRPr="00332DB8">
              <w:rPr>
                <w:lang w:val="ru-RU"/>
              </w:rPr>
              <w:t>.</w:t>
            </w:r>
            <w:r>
              <w:t>com</w:t>
            </w:r>
            <w:r w:rsidRPr="00332DB8">
              <w:rPr>
                <w:lang w:val="ru-RU"/>
              </w:rPr>
              <w:t>) под именем «Александр Морозов» (идентификационный № 145813363) (решение Гагаринского районного суда г. Москвы от 18.08.2014);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2583.</w:t>
            </w:r>
          </w:p>
        </w:tc>
        <w:tc>
          <w:tcPr>
            <w:tcW w:w="2880" w:type="dxa"/>
          </w:tcPr>
          <w:p w:rsidR="006F7457" w:rsidRPr="00332DB8" w:rsidRDefault="00332DB8">
            <w:pPr>
              <w:rPr>
                <w:lang w:val="ru-RU"/>
              </w:rPr>
            </w:pPr>
            <w:r w:rsidRPr="00332DB8">
              <w:rPr>
                <w:lang w:val="ru-RU"/>
              </w:rPr>
              <w:t xml:space="preserve">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w:t>
            </w:r>
            <w:r>
              <w:t>http</w:t>
            </w:r>
            <w:r w:rsidRPr="00332DB8">
              <w:rPr>
                <w:lang w:val="ru-RU"/>
              </w:rPr>
              <w:t>://</w:t>
            </w:r>
            <w:r>
              <w:t>nuruddin</w:t>
            </w:r>
            <w:r w:rsidRPr="00332DB8">
              <w:rPr>
                <w:lang w:val="ru-RU"/>
              </w:rPr>
              <w:t>.</w:t>
            </w:r>
            <w:r>
              <w:t>info</w:t>
            </w:r>
            <w:r w:rsidRPr="00332DB8">
              <w:rPr>
                <w:lang w:val="ru-RU"/>
              </w:rPr>
              <w:t>/</w:t>
            </w:r>
            <w:r>
              <w:t>index</w:t>
            </w:r>
            <w:r w:rsidRPr="00332DB8">
              <w:rPr>
                <w:lang w:val="ru-RU"/>
              </w:rPr>
              <w:t>.</w:t>
            </w:r>
            <w:r>
              <w:t>php</w:t>
            </w:r>
            <w:r w:rsidRPr="00332DB8">
              <w:rPr>
                <w:lang w:val="ru-RU"/>
              </w:rPr>
              <w:t>7</w:t>
            </w:r>
            <w:r>
              <w:t>newsid</w:t>
            </w:r>
            <w:r w:rsidRPr="00332DB8">
              <w:rPr>
                <w:lang w:val="ru-RU"/>
              </w:rPr>
              <w:t>-20</w:t>
            </w:r>
            <w:r>
              <w:t>t</w:t>
            </w:r>
            <w:r w:rsidRPr="00332DB8">
              <w:rPr>
                <w:lang w:val="ru-RU"/>
              </w:rPr>
              <w:t xml:space="preserve"> на сайте </w:t>
            </w:r>
            <w:r>
              <w:t>http</w:t>
            </w:r>
            <w:r w:rsidRPr="00332DB8">
              <w:rPr>
                <w:lang w:val="ru-RU"/>
              </w:rPr>
              <w:t>://</w:t>
            </w:r>
            <w:r>
              <w:t>nuruddin</w:t>
            </w:r>
            <w:r w:rsidRPr="00332DB8">
              <w:rPr>
                <w:lang w:val="ru-RU"/>
              </w:rPr>
              <w:t>.</w:t>
            </w:r>
            <w:r>
              <w:t>info</w:t>
            </w:r>
            <w:r w:rsidRPr="00332DB8">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rsidR="006F7457" w:rsidRPr="00332DB8" w:rsidRDefault="006F7457">
            <w:pPr>
              <w:rPr>
                <w:lang w:val="ru-RU"/>
              </w:rPr>
            </w:pPr>
          </w:p>
        </w:tc>
      </w:tr>
      <w:tr w:rsidR="006F7457" w:rsidRPr="005A424D">
        <w:tc>
          <w:tcPr>
            <w:tcW w:w="2880" w:type="dxa"/>
          </w:tcPr>
          <w:p w:rsidR="006F7457" w:rsidRDefault="00332DB8">
            <w:r>
              <w:t>2584.</w:t>
            </w:r>
          </w:p>
        </w:tc>
        <w:tc>
          <w:tcPr>
            <w:tcW w:w="2880" w:type="dxa"/>
          </w:tcPr>
          <w:p w:rsidR="006F7457" w:rsidRPr="00332DB8" w:rsidRDefault="00332DB8">
            <w:pPr>
              <w:rPr>
                <w:lang w:val="ru-RU"/>
              </w:rPr>
            </w:pPr>
            <w:r w:rsidRPr="00332DB8">
              <w:rPr>
                <w:lang w:val="ru-RU"/>
              </w:rPr>
              <w:t xml:space="preserve">Статья с наименованием «Лавров: «Россия не приемлет появление новых ядерных держав в мире», опубликованная на странице </w:t>
            </w:r>
            <w:r>
              <w:t>http</w:t>
            </w:r>
            <w:r w:rsidRPr="00332DB8">
              <w:rPr>
                <w:lang w:val="ru-RU"/>
              </w:rPr>
              <w:t>:/7</w:t>
            </w:r>
            <w:r>
              <w:t>w</w:t>
            </w:r>
            <w:r w:rsidRPr="00332DB8">
              <w:rPr>
                <w:lang w:val="ru-RU"/>
              </w:rPr>
              <w:t>\</w:t>
            </w:r>
            <w:r>
              <w:t>vvv</w:t>
            </w:r>
            <w:r w:rsidRPr="00332DB8">
              <w:rPr>
                <w:lang w:val="ru-RU"/>
              </w:rPr>
              <w:t>.</w:t>
            </w:r>
            <w:r>
              <w:t>hixb</w:t>
            </w:r>
            <w:r w:rsidRPr="00332DB8">
              <w:rPr>
                <w:lang w:val="ru-RU"/>
              </w:rPr>
              <w:t>-</w:t>
            </w:r>
            <w:r>
              <w:t>russia</w:t>
            </w:r>
            <w:r w:rsidRPr="00332DB8">
              <w:rPr>
                <w:lang w:val="ru-RU"/>
              </w:rPr>
              <w:t>.</w:t>
            </w:r>
            <w:r>
              <w:t>info</w:t>
            </w:r>
            <w:r w:rsidRPr="00332DB8">
              <w:rPr>
                <w:lang w:val="ru-RU"/>
              </w:rPr>
              <w:t>/</w:t>
            </w:r>
            <w:r>
              <w:t>novosti</w:t>
            </w:r>
            <w:r w:rsidRPr="00332DB8">
              <w:rPr>
                <w:lang w:val="ru-RU"/>
              </w:rPr>
              <w:t>/2043-</w:t>
            </w:r>
            <w:r>
              <w:t>lavrov</w:t>
            </w:r>
            <w:r w:rsidRPr="00332DB8">
              <w:rPr>
                <w:lang w:val="ru-RU"/>
              </w:rPr>
              <w:t>-</w:t>
            </w:r>
            <w:r>
              <w:t>i</w:t>
            </w:r>
            <w:r w:rsidRPr="00332DB8">
              <w:rPr>
                <w:lang w:val="ru-RU"/>
              </w:rPr>
              <w:t>-</w:t>
            </w:r>
            <w:r>
              <w:t>ossiya</w:t>
            </w:r>
            <w:r w:rsidRPr="00332DB8">
              <w:rPr>
                <w:lang w:val="ru-RU"/>
              </w:rPr>
              <w:t>-</w:t>
            </w:r>
            <w:r>
              <w:t>ne</w:t>
            </w:r>
            <w:r w:rsidRPr="00332DB8">
              <w:rPr>
                <w:lang w:val="ru-RU"/>
              </w:rPr>
              <w:t>-</w:t>
            </w:r>
            <w:r>
              <w:t>prieinlet</w:t>
            </w:r>
            <w:r w:rsidRPr="00332DB8">
              <w:rPr>
                <w:lang w:val="ru-RU"/>
              </w:rPr>
              <w:t>-</w:t>
            </w:r>
            <w:r>
              <w:t>povavlenie</w:t>
            </w:r>
            <w:r w:rsidRPr="00332DB8">
              <w:rPr>
                <w:lang w:val="ru-RU"/>
              </w:rPr>
              <w:t>-</w:t>
            </w:r>
            <w:r>
              <w:t>novvkh</w:t>
            </w:r>
            <w:r w:rsidRPr="00332DB8">
              <w:rPr>
                <w:lang w:val="ru-RU"/>
              </w:rPr>
              <w:t>-</w:t>
            </w:r>
            <w:r>
              <w:t>vademykh</w:t>
            </w:r>
            <w:r w:rsidRPr="00332DB8">
              <w:rPr>
                <w:lang w:val="ru-RU"/>
              </w:rPr>
              <w:t>-</w:t>
            </w:r>
            <w:r>
              <w:t>derzhav</w:t>
            </w:r>
            <w:r w:rsidRPr="00332DB8">
              <w:rPr>
                <w:lang w:val="ru-RU"/>
              </w:rPr>
              <w:t>-</w:t>
            </w:r>
            <w:r>
              <w:t>v</w:t>
            </w:r>
            <w:r w:rsidRPr="00332DB8">
              <w:rPr>
                <w:lang w:val="ru-RU"/>
              </w:rPr>
              <w:t>-</w:t>
            </w:r>
            <w:r>
              <w:t>mire</w:t>
            </w:r>
            <w:r w:rsidRPr="00332DB8">
              <w:rPr>
                <w:lang w:val="ru-RU"/>
              </w:rPr>
              <w:t>.</w:t>
            </w:r>
            <w:r>
              <w:t>html</w:t>
            </w:r>
            <w:r w:rsidRPr="00332DB8">
              <w:rPr>
                <w:lang w:val="ru-RU"/>
              </w:rPr>
              <w:t xml:space="preserve"> на сайте </w:t>
            </w:r>
            <w:r>
              <w:t>http</w:t>
            </w:r>
            <w:r w:rsidRPr="00332DB8">
              <w:rPr>
                <w:lang w:val="ru-RU"/>
              </w:rPr>
              <w:t>://</w:t>
            </w:r>
            <w:r>
              <w:t>www</w:t>
            </w:r>
            <w:r w:rsidRPr="00332DB8">
              <w:rPr>
                <w:lang w:val="ru-RU"/>
              </w:rPr>
              <w:t>.</w:t>
            </w:r>
            <w:r>
              <w:t>hizb</w:t>
            </w:r>
            <w:r w:rsidRPr="00332DB8">
              <w:rPr>
                <w:lang w:val="ru-RU"/>
              </w:rPr>
              <w:t>-</w:t>
            </w:r>
            <w:r>
              <w:t>russia</w:t>
            </w:r>
            <w:r w:rsidRPr="00332DB8">
              <w:rPr>
                <w:lang w:val="ru-RU"/>
              </w:rPr>
              <w:t>.</w:t>
            </w:r>
            <w:r>
              <w:t>info</w:t>
            </w:r>
            <w:r w:rsidRPr="00332DB8">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rsidR="006F7457" w:rsidRPr="00332DB8" w:rsidRDefault="006F7457">
            <w:pPr>
              <w:rPr>
                <w:lang w:val="ru-RU"/>
              </w:rPr>
            </w:pPr>
          </w:p>
        </w:tc>
      </w:tr>
      <w:tr w:rsidR="006F7457" w:rsidRPr="005A424D">
        <w:tc>
          <w:tcPr>
            <w:tcW w:w="2880" w:type="dxa"/>
          </w:tcPr>
          <w:p w:rsidR="006F7457" w:rsidRDefault="00332DB8">
            <w:r>
              <w:t>2585.</w:t>
            </w:r>
          </w:p>
        </w:tc>
        <w:tc>
          <w:tcPr>
            <w:tcW w:w="2880" w:type="dxa"/>
          </w:tcPr>
          <w:p w:rsidR="006F7457" w:rsidRPr="00332DB8" w:rsidRDefault="00332DB8">
            <w:pPr>
              <w:rPr>
                <w:lang w:val="ru-RU"/>
              </w:rPr>
            </w:pPr>
            <w:r w:rsidRPr="00332DB8">
              <w:rPr>
                <w:lang w:val="ru-RU"/>
              </w:rPr>
              <w:t xml:space="preserve">Статья с наименованием «Спасение мусульман кроется только в Джихаде», опубликованная на странице </w:t>
            </w:r>
            <w:r>
              <w:t>http</w:t>
            </w:r>
            <w:r w:rsidRPr="00332DB8">
              <w:rPr>
                <w:lang w:val="ru-RU"/>
              </w:rPr>
              <w:t>://</w:t>
            </w:r>
            <w:r>
              <w:t>nuruddininfo</w:t>
            </w:r>
            <w:r w:rsidRPr="00332DB8">
              <w:rPr>
                <w:lang w:val="ru-RU"/>
              </w:rPr>
              <w:t>.</w:t>
            </w:r>
            <w:r>
              <w:t>wordpress</w:t>
            </w:r>
            <w:r w:rsidRPr="00332DB8">
              <w:rPr>
                <w:lang w:val="ru-RU"/>
              </w:rPr>
              <w:t>.</w:t>
            </w:r>
            <w:r>
              <w:t>com</w:t>
            </w:r>
            <w:r w:rsidRPr="00332DB8">
              <w:rPr>
                <w:lang w:val="ru-RU"/>
              </w:rPr>
              <w:t xml:space="preserve">/2007/03/09/7 на сайте </w:t>
            </w:r>
            <w:r>
              <w:t>http</w:t>
            </w:r>
            <w:r w:rsidRPr="00332DB8">
              <w:rPr>
                <w:lang w:val="ru-RU"/>
              </w:rPr>
              <w:t>://</w:t>
            </w:r>
            <w:r>
              <w:t>nuruddininfo</w:t>
            </w:r>
            <w:r w:rsidRPr="00332DB8">
              <w:rPr>
                <w:lang w:val="ru-RU"/>
              </w:rPr>
              <w:t>.</w:t>
            </w:r>
            <w:r>
              <w:t>wordpress</w:t>
            </w:r>
            <w:r w:rsidRPr="00332DB8">
              <w:rPr>
                <w:lang w:val="ru-RU"/>
              </w:rPr>
              <w:t>.</w:t>
            </w:r>
            <w:r>
              <w:t>com</w:t>
            </w:r>
            <w:r w:rsidRPr="00332DB8">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rsidR="006F7457" w:rsidRPr="00332DB8" w:rsidRDefault="006F7457">
            <w:pPr>
              <w:rPr>
                <w:lang w:val="ru-RU"/>
              </w:rPr>
            </w:pPr>
          </w:p>
        </w:tc>
      </w:tr>
      <w:tr w:rsidR="006F7457" w:rsidRPr="005A424D">
        <w:tc>
          <w:tcPr>
            <w:tcW w:w="2880" w:type="dxa"/>
          </w:tcPr>
          <w:p w:rsidR="006F7457" w:rsidRDefault="00332DB8">
            <w:r>
              <w:t>2586.</w:t>
            </w:r>
          </w:p>
        </w:tc>
        <w:tc>
          <w:tcPr>
            <w:tcW w:w="2880" w:type="dxa"/>
          </w:tcPr>
          <w:p w:rsidR="006F7457" w:rsidRPr="00332DB8" w:rsidRDefault="00332DB8">
            <w:pPr>
              <w:rPr>
                <w:lang w:val="ru-RU"/>
              </w:rPr>
            </w:pPr>
            <w:r w:rsidRPr="00332DB8">
              <w:rPr>
                <w:lang w:val="ru-RU"/>
              </w:rPr>
              <w:t xml:space="preserve">Материалы, размещенные на странице </w:t>
            </w:r>
            <w:r>
              <w:t>http</w:t>
            </w:r>
            <w:r w:rsidRPr="00332DB8">
              <w:rPr>
                <w:lang w:val="ru-RU"/>
              </w:rPr>
              <w:t>://</w:t>
            </w:r>
            <w:r>
              <w:t>www</w:t>
            </w:r>
            <w:r w:rsidRPr="00332DB8">
              <w:rPr>
                <w:lang w:val="ru-RU"/>
              </w:rPr>
              <w:t>.</w:t>
            </w:r>
            <w:r>
              <w:t>youtube</w:t>
            </w:r>
            <w:r w:rsidRPr="00332DB8">
              <w:rPr>
                <w:lang w:val="ru-RU"/>
              </w:rPr>
              <w:t>.</w:t>
            </w:r>
            <w:r>
              <w:t>com</w:t>
            </w:r>
            <w:r w:rsidRPr="00332DB8">
              <w:rPr>
                <w:lang w:val="ru-RU"/>
              </w:rPr>
              <w:t xml:space="preserve">/ </w:t>
            </w:r>
            <w:r>
              <w:t>channel</w:t>
            </w:r>
            <w:r w:rsidRPr="00332DB8">
              <w:rPr>
                <w:lang w:val="ru-RU"/>
              </w:rPr>
              <w:t>/</w:t>
            </w:r>
            <w:r>
              <w:t>UChERe</w:t>
            </w:r>
            <w:r w:rsidRPr="00332DB8">
              <w:rPr>
                <w:lang w:val="ru-RU"/>
              </w:rPr>
              <w:t>6</w:t>
            </w:r>
            <w:r>
              <w:t>pOz</w:t>
            </w:r>
            <w:r w:rsidRPr="00332DB8">
              <w:rPr>
                <w:lang w:val="ru-RU"/>
              </w:rPr>
              <w:t>2</w:t>
            </w:r>
            <w:r>
              <w:t>qzPdCOlLZ</w:t>
            </w:r>
            <w:r w:rsidRPr="00332DB8">
              <w:rPr>
                <w:lang w:val="ru-RU"/>
              </w:rPr>
              <w:t>2</w:t>
            </w:r>
            <w:r>
              <w:t>fIQ</w:t>
            </w:r>
            <w:r w:rsidRPr="00332DB8">
              <w:rPr>
                <w:lang w:val="ru-RU"/>
              </w:rPr>
              <w:t xml:space="preserve">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rsidR="006F7457" w:rsidRPr="00332DB8" w:rsidRDefault="006F7457">
            <w:pPr>
              <w:rPr>
                <w:lang w:val="ru-RU"/>
              </w:rPr>
            </w:pPr>
          </w:p>
        </w:tc>
      </w:tr>
      <w:tr w:rsidR="006F7457" w:rsidRPr="005A424D">
        <w:tc>
          <w:tcPr>
            <w:tcW w:w="2880" w:type="dxa"/>
          </w:tcPr>
          <w:p w:rsidR="006F7457" w:rsidRDefault="00332DB8">
            <w:r>
              <w:t>2587.</w:t>
            </w:r>
          </w:p>
        </w:tc>
        <w:tc>
          <w:tcPr>
            <w:tcW w:w="2880" w:type="dxa"/>
          </w:tcPr>
          <w:p w:rsidR="006F7457" w:rsidRPr="00332DB8" w:rsidRDefault="00332DB8">
            <w:pPr>
              <w:rPr>
                <w:lang w:val="ru-RU"/>
              </w:rPr>
            </w:pPr>
            <w:r w:rsidRPr="00332DB8">
              <w:rPr>
                <w:lang w:val="ru-RU"/>
              </w:rPr>
              <w:t xml:space="preserve">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2588.</w:t>
            </w:r>
          </w:p>
        </w:tc>
        <w:tc>
          <w:tcPr>
            <w:tcW w:w="2880" w:type="dxa"/>
          </w:tcPr>
          <w:p w:rsidR="006F7457" w:rsidRPr="00332DB8" w:rsidRDefault="00332DB8">
            <w:pPr>
              <w:rPr>
                <w:lang w:val="ru-RU"/>
              </w:rPr>
            </w:pPr>
            <w:r w:rsidRPr="00332DB8">
              <w:rPr>
                <w:lang w:val="ru-RU"/>
              </w:rPr>
              <w:t>Интернет-ресурс «</w:t>
            </w:r>
            <w:r>
              <w:t>Jihad</w:t>
            </w:r>
            <w:r w:rsidRPr="00332DB8">
              <w:rPr>
                <w:lang w:val="ru-RU"/>
              </w:rPr>
              <w:t xml:space="preserve"> /</w:t>
            </w:r>
            <w:r>
              <w:t>Imarat</w:t>
            </w:r>
            <w:r w:rsidRPr="00332DB8">
              <w:rPr>
                <w:lang w:val="ru-RU"/>
              </w:rPr>
              <w:t xml:space="preserve"> </w:t>
            </w:r>
            <w:r>
              <w:t>Kavkaz</w:t>
            </w:r>
            <w:r w:rsidRPr="00332DB8">
              <w:rPr>
                <w:lang w:val="ru-RU"/>
              </w:rPr>
              <w:t xml:space="preserve">», размещенный в сети «Интернет» по электронному адресу: </w:t>
            </w:r>
            <w:r>
              <w:t>http</w:t>
            </w:r>
            <w:r w:rsidRPr="00332DB8">
              <w:rPr>
                <w:lang w:val="ru-RU"/>
              </w:rPr>
              <w:t>://</w:t>
            </w:r>
            <w:r>
              <w:t>ikavkaz</w:t>
            </w:r>
            <w:r w:rsidRPr="00332DB8">
              <w:rPr>
                <w:lang w:val="ru-RU"/>
              </w:rPr>
              <w:t>.</w:t>
            </w:r>
            <w:r>
              <w:t>wordpress</w:t>
            </w:r>
            <w:r w:rsidRPr="00332DB8">
              <w:rPr>
                <w:lang w:val="ru-RU"/>
              </w:rPr>
              <w:t>.</w:t>
            </w:r>
            <w:r>
              <w:t>com</w:t>
            </w:r>
            <w:r w:rsidRPr="00332DB8">
              <w:rPr>
                <w:lang w:val="ru-RU"/>
              </w:rPr>
              <w:t>/ (решение Интинского городского суда Республики Коми от 16.10.2014).</w:t>
            </w:r>
          </w:p>
        </w:tc>
        <w:tc>
          <w:tcPr>
            <w:tcW w:w="2880" w:type="dxa"/>
          </w:tcPr>
          <w:p w:rsidR="006F7457" w:rsidRPr="00332DB8" w:rsidRDefault="006F7457">
            <w:pPr>
              <w:rPr>
                <w:lang w:val="ru-RU"/>
              </w:rPr>
            </w:pPr>
          </w:p>
        </w:tc>
      </w:tr>
      <w:tr w:rsidR="006F7457" w:rsidRPr="005A424D">
        <w:tc>
          <w:tcPr>
            <w:tcW w:w="2880" w:type="dxa"/>
          </w:tcPr>
          <w:p w:rsidR="006F7457" w:rsidRDefault="00332DB8">
            <w:r>
              <w:t>2589.</w:t>
            </w:r>
          </w:p>
        </w:tc>
        <w:tc>
          <w:tcPr>
            <w:tcW w:w="2880" w:type="dxa"/>
          </w:tcPr>
          <w:p w:rsidR="006F7457" w:rsidRPr="00332DB8" w:rsidRDefault="00332DB8">
            <w:pPr>
              <w:rPr>
                <w:lang w:val="ru-RU"/>
              </w:rPr>
            </w:pPr>
            <w:r w:rsidRPr="00332DB8">
              <w:rPr>
                <w:lang w:val="ru-RU"/>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2880" w:type="dxa"/>
          </w:tcPr>
          <w:p w:rsidR="006F7457" w:rsidRPr="00332DB8" w:rsidRDefault="006F7457">
            <w:pPr>
              <w:rPr>
                <w:lang w:val="ru-RU"/>
              </w:rPr>
            </w:pPr>
          </w:p>
        </w:tc>
      </w:tr>
      <w:tr w:rsidR="006F7457" w:rsidRPr="005A424D">
        <w:tc>
          <w:tcPr>
            <w:tcW w:w="2880" w:type="dxa"/>
          </w:tcPr>
          <w:p w:rsidR="006F7457" w:rsidRDefault="00332DB8">
            <w:r>
              <w:t>2590.</w:t>
            </w:r>
          </w:p>
        </w:tc>
        <w:tc>
          <w:tcPr>
            <w:tcW w:w="2880" w:type="dxa"/>
          </w:tcPr>
          <w:p w:rsidR="006F7457" w:rsidRPr="00332DB8" w:rsidRDefault="00332DB8">
            <w:pPr>
              <w:rPr>
                <w:lang w:val="ru-RU"/>
              </w:rPr>
            </w:pPr>
            <w:r w:rsidRPr="00332DB8">
              <w:rPr>
                <w:lang w:val="ru-RU"/>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2880" w:type="dxa"/>
          </w:tcPr>
          <w:p w:rsidR="006F7457" w:rsidRPr="00332DB8" w:rsidRDefault="006F7457">
            <w:pPr>
              <w:rPr>
                <w:lang w:val="ru-RU"/>
              </w:rPr>
            </w:pPr>
          </w:p>
        </w:tc>
      </w:tr>
      <w:tr w:rsidR="006F7457" w:rsidRPr="005A424D">
        <w:tc>
          <w:tcPr>
            <w:tcW w:w="2880" w:type="dxa"/>
          </w:tcPr>
          <w:p w:rsidR="006F7457" w:rsidRDefault="00332DB8">
            <w:r>
              <w:t>259</w:t>
            </w:r>
            <w:r>
              <w:lastRenderedPageBreak/>
              <w:t>1.</w:t>
            </w:r>
          </w:p>
        </w:tc>
        <w:tc>
          <w:tcPr>
            <w:tcW w:w="2880" w:type="dxa"/>
          </w:tcPr>
          <w:p w:rsidR="006F7457" w:rsidRPr="00332DB8" w:rsidRDefault="00332DB8">
            <w:pPr>
              <w:rPr>
                <w:lang w:val="ru-RU"/>
              </w:rPr>
            </w:pPr>
            <w:r w:rsidRPr="00332DB8">
              <w:rPr>
                <w:lang w:val="ru-RU"/>
              </w:rPr>
              <w:lastRenderedPageBreak/>
              <w:t>Видеофайлы «Скины.</w:t>
            </w:r>
            <w:r>
              <w:t>flv</w:t>
            </w:r>
            <w:r w:rsidRPr="00332DB8">
              <w:rPr>
                <w:lang w:val="ru-RU"/>
              </w:rPr>
              <w:t xml:space="preserve">» и «Белые войны. </w:t>
            </w:r>
            <w:r>
              <w:t>mp</w:t>
            </w:r>
            <w:r w:rsidRPr="00332DB8">
              <w:rPr>
                <w:lang w:val="ru-RU"/>
              </w:rPr>
              <w:t>4» (решение Болховского районного суда Орловской области от 14.10.2014);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2592.</w:t>
            </w:r>
          </w:p>
        </w:tc>
        <w:tc>
          <w:tcPr>
            <w:tcW w:w="2880" w:type="dxa"/>
          </w:tcPr>
          <w:p w:rsidR="006F7457" w:rsidRPr="00332DB8" w:rsidRDefault="00332DB8">
            <w:pPr>
              <w:rPr>
                <w:lang w:val="ru-RU"/>
              </w:rPr>
            </w:pPr>
            <w:r w:rsidRPr="00332DB8">
              <w:rPr>
                <w:lang w:val="ru-RU"/>
              </w:rPr>
              <w:t>Информационные материалы, размещенные Фоменко Д… В… 28.01.2012 года на общедоступном для неограниченного круга лиц сайте, имеющем адрес: «</w:t>
            </w:r>
            <w:r>
              <w:t>http</w:t>
            </w:r>
            <w:r w:rsidRPr="00332DB8">
              <w:rPr>
                <w:lang w:val="ru-RU"/>
              </w:rPr>
              <w:t>://</w:t>
            </w:r>
            <w:r>
              <w:t>vk</w:t>
            </w:r>
            <w:r w:rsidRPr="00332DB8">
              <w:rPr>
                <w:lang w:val="ru-RU"/>
              </w:rPr>
              <w:t>.</w:t>
            </w:r>
            <w:r>
              <w:t>com</w:t>
            </w:r>
            <w:r w:rsidRPr="00332DB8">
              <w:rPr>
                <w:lang w:val="ru-RU"/>
              </w:rPr>
              <w:t>/</w:t>
            </w:r>
            <w:r>
              <w:t>anapa</w:t>
            </w:r>
            <w:r w:rsidRPr="00332DB8">
              <w:rPr>
                <w:lang w:val="ru-RU"/>
              </w:rPr>
              <w:t>_</w:t>
            </w:r>
            <w:r>
              <w:t>kavkazsilableat</w:t>
            </w:r>
            <w:r w:rsidRPr="00332DB8">
              <w:rPr>
                <w:lang w:val="ru-RU"/>
              </w:rPr>
              <w:t>_</w:t>
            </w:r>
            <w:r>
              <w:t>suka</w:t>
            </w:r>
            <w:r w:rsidRPr="00332DB8">
              <w:rPr>
                <w:lang w:val="ru-RU"/>
              </w:rPr>
              <w:t>_</w:t>
            </w:r>
            <w:r>
              <w:t>dermo</w:t>
            </w:r>
            <w:r w:rsidRPr="00332DB8">
              <w:rPr>
                <w:lang w:val="ru-RU"/>
              </w:rPr>
              <w:t>» следующего содержания: «Слухи, … в нашей Анапе»; материалы, размещенные Фоменко Д… В… 25.03.2012 года на сайте, имеющем адрес: «</w:t>
            </w:r>
            <w:r>
              <w:t>http</w:t>
            </w:r>
            <w:r w:rsidRPr="00332DB8">
              <w:rPr>
                <w:lang w:val="ru-RU"/>
              </w:rPr>
              <w:t>://</w:t>
            </w:r>
            <w:r>
              <w:t>vk</w:t>
            </w:r>
            <w:r w:rsidRPr="00332DB8">
              <w:rPr>
                <w:lang w:val="ru-RU"/>
              </w:rPr>
              <w:t>.</w:t>
            </w:r>
            <w:r>
              <w:t>com</w:t>
            </w:r>
            <w:r w:rsidRPr="00332DB8">
              <w:rPr>
                <w:lang w:val="ru-RU"/>
              </w:rPr>
              <w:t>/</w:t>
            </w:r>
            <w:r>
              <w:t>anapa</w:t>
            </w:r>
            <w:r w:rsidRPr="00332DB8">
              <w:rPr>
                <w:lang w:val="ru-RU"/>
              </w:rPr>
              <w:t>_</w:t>
            </w:r>
            <w:r>
              <w:t>kavkazsilableat</w:t>
            </w:r>
            <w:r w:rsidRPr="00332DB8">
              <w:rPr>
                <w:lang w:val="ru-RU"/>
              </w:rPr>
              <w:t>_</w:t>
            </w:r>
            <w:r>
              <w:t>suka</w:t>
            </w:r>
            <w:r w:rsidRPr="00332DB8">
              <w:rPr>
                <w:lang w:val="ru-RU"/>
              </w:rPr>
              <w:t>_</w:t>
            </w:r>
            <w:r>
              <w:t>dermo</w:t>
            </w:r>
            <w:r w:rsidRPr="00332DB8">
              <w:rPr>
                <w:lang w:val="ru-RU"/>
              </w:rPr>
              <w:t>»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2880" w:type="dxa"/>
          </w:tcPr>
          <w:p w:rsidR="006F7457" w:rsidRPr="00332DB8" w:rsidRDefault="006F7457">
            <w:pPr>
              <w:rPr>
                <w:lang w:val="ru-RU"/>
              </w:rPr>
            </w:pPr>
          </w:p>
        </w:tc>
      </w:tr>
      <w:tr w:rsidR="006F7457">
        <w:tc>
          <w:tcPr>
            <w:tcW w:w="2880" w:type="dxa"/>
          </w:tcPr>
          <w:p w:rsidR="006F7457" w:rsidRDefault="00332DB8">
            <w:r>
              <w:t>2593.</w:t>
            </w:r>
          </w:p>
        </w:tc>
        <w:tc>
          <w:tcPr>
            <w:tcW w:w="2880" w:type="dxa"/>
          </w:tcPr>
          <w:p w:rsidR="006F7457" w:rsidRDefault="00332DB8">
            <w:r w:rsidRPr="00332DB8">
              <w:rPr>
                <w:lang w:val="ru-RU"/>
              </w:rPr>
              <w:t xml:space="preserve">Размещенная Максимовым П… Е… в сети «Интернет» видеозапись, озаглавленная, как «националисты кидают коктейли Молотова в дагестанский ресторан </w:t>
            </w:r>
            <w:r>
              <w:t>u</w:t>
            </w:r>
            <w:r w:rsidRPr="00332DB8">
              <w:rPr>
                <w:lang w:val="ru-RU"/>
              </w:rPr>
              <w:t>0027</w:t>
            </w:r>
            <w:r>
              <w:t>u</w:t>
            </w:r>
            <w:r w:rsidRPr="00332DB8">
              <w:rPr>
                <w:lang w:val="ru-RU"/>
              </w:rPr>
              <w:t>0027жи есть</w:t>
            </w:r>
            <w:r>
              <w:t>u</w:t>
            </w:r>
            <w:r w:rsidRPr="00332DB8">
              <w:rPr>
                <w:lang w:val="ru-RU"/>
              </w:rPr>
              <w:t>0027</w:t>
            </w:r>
            <w:r>
              <w:t>u</w:t>
            </w:r>
            <w:r w:rsidRPr="00332DB8">
              <w:rPr>
                <w:lang w:val="ru-RU"/>
              </w:rPr>
              <w:t xml:space="preserve">0027» (другое название «националисты кидают коктейли Молотова в дагестанский ресторан жи есть») продолжительностью </w:t>
            </w:r>
            <w:r>
              <w:t>9 секунд (заочное решение Вологодского городского суда Вологодской области от 24.09.2014);</w:t>
            </w:r>
          </w:p>
        </w:tc>
        <w:tc>
          <w:tcPr>
            <w:tcW w:w="2880" w:type="dxa"/>
          </w:tcPr>
          <w:p w:rsidR="006F7457" w:rsidRDefault="006F7457"/>
        </w:tc>
      </w:tr>
      <w:tr w:rsidR="006F7457" w:rsidRPr="005A424D">
        <w:tc>
          <w:tcPr>
            <w:tcW w:w="2880" w:type="dxa"/>
          </w:tcPr>
          <w:p w:rsidR="006F7457" w:rsidRDefault="00332DB8">
            <w:r>
              <w:t>2594.</w:t>
            </w:r>
          </w:p>
        </w:tc>
        <w:tc>
          <w:tcPr>
            <w:tcW w:w="2880" w:type="dxa"/>
          </w:tcPr>
          <w:p w:rsidR="006F7457" w:rsidRPr="00332DB8" w:rsidRDefault="00332DB8">
            <w:pPr>
              <w:rPr>
                <w:lang w:val="ru-RU"/>
              </w:rPr>
            </w:pPr>
            <w:r>
              <w:t xml:space="preserve">Видеоматериалы с названиями «Hizb ut-Tahrirʼs worldwide efforts towards the re-establishment of the Islamic State. The Call for Islam. The Ummahʼs vision. 2010 - 2012», «Митинг в Казани. </w:t>
            </w:r>
            <w:r w:rsidRPr="00332DB8">
              <w:rPr>
                <w:lang w:val="ru-RU"/>
              </w:rPr>
              <w:t>17 Рамадан 1433. В поддержку мусульман, подвергающихся репрессиям», «Арабские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141849522» (решение Московского районного суда г. Казани от 02.09.2014);</w:t>
            </w:r>
          </w:p>
        </w:tc>
        <w:tc>
          <w:tcPr>
            <w:tcW w:w="2880" w:type="dxa"/>
          </w:tcPr>
          <w:p w:rsidR="006F7457" w:rsidRPr="00332DB8" w:rsidRDefault="006F7457">
            <w:pPr>
              <w:rPr>
                <w:lang w:val="ru-RU"/>
              </w:rPr>
            </w:pPr>
          </w:p>
        </w:tc>
      </w:tr>
      <w:tr w:rsidR="006F7457" w:rsidRPr="005A424D">
        <w:tc>
          <w:tcPr>
            <w:tcW w:w="2880" w:type="dxa"/>
          </w:tcPr>
          <w:p w:rsidR="006F7457" w:rsidRDefault="00332DB8">
            <w:r>
              <w:t>2595.</w:t>
            </w:r>
          </w:p>
        </w:tc>
        <w:tc>
          <w:tcPr>
            <w:tcW w:w="2880" w:type="dxa"/>
          </w:tcPr>
          <w:p w:rsidR="006F7457" w:rsidRPr="00332DB8" w:rsidRDefault="00332DB8">
            <w:pPr>
              <w:rPr>
                <w:lang w:val="ru-RU"/>
              </w:rPr>
            </w:pPr>
            <w:r w:rsidRPr="00332DB8">
              <w:rPr>
                <w:lang w:val="ru-RU"/>
              </w:rPr>
              <w:t>Информационный материал – публикация (комментарий) «</w:t>
            </w:r>
            <w:r>
              <w:t>znatok</w:t>
            </w:r>
            <w:r w:rsidRPr="00332DB8">
              <w:rPr>
                <w:lang w:val="ru-RU"/>
              </w:rPr>
              <w:t xml:space="preserve">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XIulGoHLWCE</w:t>
            </w:r>
            <w:r w:rsidRPr="00332DB8">
              <w:rPr>
                <w:lang w:val="ru-RU"/>
              </w:rPr>
              <w:t xml:space="preserve"> (решение Черекского районного суда Кабардино-Балкарской </w:t>
            </w:r>
            <w:r w:rsidRPr="00332DB8">
              <w:rPr>
                <w:lang w:val="ru-RU"/>
              </w:rPr>
              <w:lastRenderedPageBreak/>
              <w:t>Республики от 08.08.2014).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2596.</w:t>
            </w:r>
          </w:p>
        </w:tc>
        <w:tc>
          <w:tcPr>
            <w:tcW w:w="2880" w:type="dxa"/>
          </w:tcPr>
          <w:p w:rsidR="006F7457" w:rsidRPr="00332DB8" w:rsidRDefault="00332DB8">
            <w:pPr>
              <w:rPr>
                <w:lang w:val="ru-RU"/>
              </w:rPr>
            </w:pPr>
            <w:r w:rsidRPr="00332DB8">
              <w:rPr>
                <w:lang w:val="ru-RU"/>
              </w:rPr>
              <w:t xml:space="preserve">Текст стихотворения А.М. Бывшева «Украинским патриотам», размещенный в сети Интернет по адресу: </w:t>
            </w:r>
            <w:r>
              <w:t>http</w:t>
            </w:r>
            <w:r w:rsidRPr="00332DB8">
              <w:rPr>
                <w:lang w:val="ru-RU"/>
              </w:rPr>
              <w:t>://</w:t>
            </w:r>
            <w:r>
              <w:t>www</w:t>
            </w:r>
            <w:r w:rsidRPr="00332DB8">
              <w:rPr>
                <w:lang w:val="ru-RU"/>
              </w:rPr>
              <w:t>.05366.</w:t>
            </w:r>
            <w:r>
              <w:t>com</w:t>
            </w:r>
            <w:r w:rsidRPr="00332DB8">
              <w:rPr>
                <w:lang w:val="ru-RU"/>
              </w:rPr>
              <w:t>.</w:t>
            </w:r>
            <w:r>
              <w:t>ua</w:t>
            </w:r>
            <w:r w:rsidRPr="00332DB8">
              <w:rPr>
                <w:lang w:val="ru-RU"/>
              </w:rPr>
              <w:t>/</w:t>
            </w:r>
            <w:r>
              <w:t>news</w:t>
            </w:r>
            <w:r w:rsidRPr="00332DB8">
              <w:rPr>
                <w:lang w:val="ru-RU"/>
              </w:rPr>
              <w:t>/492055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2880" w:type="dxa"/>
          </w:tcPr>
          <w:p w:rsidR="006F7457" w:rsidRPr="00332DB8" w:rsidRDefault="006F7457">
            <w:pPr>
              <w:rPr>
                <w:lang w:val="ru-RU"/>
              </w:rPr>
            </w:pPr>
          </w:p>
        </w:tc>
      </w:tr>
      <w:tr w:rsidR="006F7457">
        <w:tc>
          <w:tcPr>
            <w:tcW w:w="2880" w:type="dxa"/>
          </w:tcPr>
          <w:p w:rsidR="006F7457" w:rsidRDefault="00332DB8">
            <w:r>
              <w:t>2597.</w:t>
            </w:r>
          </w:p>
        </w:tc>
        <w:tc>
          <w:tcPr>
            <w:tcW w:w="2880" w:type="dxa"/>
          </w:tcPr>
          <w:p w:rsidR="006F7457" w:rsidRDefault="00332DB8">
            <w: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c>
          <w:tcPr>
            <w:tcW w:w="2880" w:type="dxa"/>
          </w:tcPr>
          <w:p w:rsidR="006F7457" w:rsidRDefault="006F7457"/>
        </w:tc>
      </w:tr>
      <w:tr w:rsidR="006F7457" w:rsidRPr="005A424D">
        <w:tc>
          <w:tcPr>
            <w:tcW w:w="2880" w:type="dxa"/>
          </w:tcPr>
          <w:p w:rsidR="006F7457" w:rsidRDefault="00332DB8">
            <w:r>
              <w:t>2598.</w:t>
            </w:r>
          </w:p>
        </w:tc>
        <w:tc>
          <w:tcPr>
            <w:tcW w:w="2880" w:type="dxa"/>
          </w:tcPr>
          <w:p w:rsidR="006F7457" w:rsidRPr="00332DB8" w:rsidRDefault="00332DB8">
            <w:pPr>
              <w:rPr>
                <w:lang w:val="ru-RU"/>
              </w:rPr>
            </w:pPr>
            <w:r w:rsidRPr="00332DB8">
              <w:rPr>
                <w:lang w:val="ru-RU"/>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2880" w:type="dxa"/>
          </w:tcPr>
          <w:p w:rsidR="006F7457" w:rsidRPr="00332DB8" w:rsidRDefault="006F7457">
            <w:pPr>
              <w:rPr>
                <w:lang w:val="ru-RU"/>
              </w:rPr>
            </w:pPr>
          </w:p>
        </w:tc>
      </w:tr>
      <w:tr w:rsidR="006F7457" w:rsidRPr="005A424D">
        <w:tc>
          <w:tcPr>
            <w:tcW w:w="2880" w:type="dxa"/>
          </w:tcPr>
          <w:p w:rsidR="006F7457" w:rsidRDefault="00332DB8">
            <w:r>
              <w:t>2599.</w:t>
            </w:r>
          </w:p>
        </w:tc>
        <w:tc>
          <w:tcPr>
            <w:tcW w:w="2880" w:type="dxa"/>
          </w:tcPr>
          <w:p w:rsidR="006F7457" w:rsidRPr="00332DB8" w:rsidRDefault="00332DB8">
            <w:pPr>
              <w:rPr>
                <w:lang w:val="ru-RU"/>
              </w:rPr>
            </w:pPr>
            <w:r w:rsidRPr="00332DB8">
              <w:rPr>
                <w:lang w:val="ru-RU"/>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2880" w:type="dxa"/>
          </w:tcPr>
          <w:p w:rsidR="006F7457" w:rsidRPr="00332DB8" w:rsidRDefault="006F7457">
            <w:pPr>
              <w:rPr>
                <w:lang w:val="ru-RU"/>
              </w:rPr>
            </w:pPr>
          </w:p>
        </w:tc>
      </w:tr>
      <w:tr w:rsidR="006F7457" w:rsidRPr="005A424D">
        <w:tc>
          <w:tcPr>
            <w:tcW w:w="2880" w:type="dxa"/>
          </w:tcPr>
          <w:p w:rsidR="006F7457" w:rsidRDefault="00332DB8">
            <w:r>
              <w:t>2600.</w:t>
            </w:r>
          </w:p>
        </w:tc>
        <w:tc>
          <w:tcPr>
            <w:tcW w:w="2880" w:type="dxa"/>
          </w:tcPr>
          <w:p w:rsidR="006F7457" w:rsidRPr="00332DB8" w:rsidRDefault="00332DB8">
            <w:pPr>
              <w:rPr>
                <w:lang w:val="ru-RU"/>
              </w:rPr>
            </w:pPr>
            <w:r w:rsidRPr="00332DB8">
              <w:rPr>
                <w:lang w:val="ru-RU"/>
              </w:rPr>
              <w:t xml:space="preserve">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Y</w:t>
            </w:r>
            <w:r w:rsidRPr="00332DB8">
              <w:rPr>
                <w:lang w:val="ru-RU"/>
              </w:rPr>
              <w:t>9</w:t>
            </w:r>
            <w:r>
              <w:t>IeuauelBk</w:t>
            </w:r>
            <w:r w:rsidRPr="00332DB8">
              <w:rPr>
                <w:lang w:val="ru-RU"/>
              </w:rPr>
              <w:t xml:space="preserve"> под ником «</w:t>
            </w:r>
            <w:r>
              <w:t>Freddy</w:t>
            </w:r>
            <w:r w:rsidRPr="00332DB8">
              <w:rPr>
                <w:lang w:val="ru-RU"/>
              </w:rPr>
              <w:t xml:space="preserve"> </w:t>
            </w:r>
            <w:r>
              <w:t>Fred</w:t>
            </w:r>
            <w:r w:rsidRPr="00332DB8">
              <w:rPr>
                <w:lang w:val="ru-RU"/>
              </w:rPr>
              <w:t>» (решение Прохладненского районного суда Кабардино-Балкарской Республики от 07.08.2014);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2601.</w:t>
            </w:r>
          </w:p>
        </w:tc>
        <w:tc>
          <w:tcPr>
            <w:tcW w:w="2880" w:type="dxa"/>
          </w:tcPr>
          <w:p w:rsidR="006F7457" w:rsidRPr="00332DB8" w:rsidRDefault="00332DB8">
            <w:pPr>
              <w:rPr>
                <w:lang w:val="ru-RU"/>
              </w:rPr>
            </w:pPr>
            <w:r w:rsidRPr="00332DB8">
              <w:rPr>
                <w:lang w:val="ru-RU"/>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2880" w:type="dxa"/>
          </w:tcPr>
          <w:p w:rsidR="006F7457" w:rsidRPr="00332DB8" w:rsidRDefault="006F7457">
            <w:pPr>
              <w:rPr>
                <w:lang w:val="ru-RU"/>
              </w:rPr>
            </w:pPr>
          </w:p>
        </w:tc>
      </w:tr>
      <w:tr w:rsidR="006F7457" w:rsidRPr="005A424D">
        <w:tc>
          <w:tcPr>
            <w:tcW w:w="2880" w:type="dxa"/>
          </w:tcPr>
          <w:p w:rsidR="006F7457" w:rsidRDefault="00332DB8">
            <w:r>
              <w:t>2602.</w:t>
            </w:r>
          </w:p>
        </w:tc>
        <w:tc>
          <w:tcPr>
            <w:tcW w:w="2880" w:type="dxa"/>
          </w:tcPr>
          <w:p w:rsidR="006F7457" w:rsidRPr="00332DB8" w:rsidRDefault="00332DB8">
            <w:pPr>
              <w:rPr>
                <w:lang w:val="ru-RU"/>
              </w:rPr>
            </w:pPr>
            <w:r w:rsidRPr="00332DB8">
              <w:rPr>
                <w:lang w:val="ru-RU"/>
              </w:rPr>
              <w:t xml:space="preserve">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w:t>
            </w:r>
            <w:r>
              <w:t>vk</w:t>
            </w:r>
            <w:r w:rsidRPr="00332DB8">
              <w:rPr>
                <w:lang w:val="ru-RU"/>
              </w:rPr>
              <w:t>.</w:t>
            </w:r>
            <w:r>
              <w:t>com</w:t>
            </w:r>
            <w:r w:rsidRPr="00332DB8">
              <w:rPr>
                <w:lang w:val="ru-RU"/>
              </w:rPr>
              <w:t xml:space="preserve">, </w:t>
            </w:r>
            <w:r>
              <w:t>ololo</w:t>
            </w:r>
            <w:r w:rsidRPr="00332DB8">
              <w:rPr>
                <w:lang w:val="ru-RU"/>
              </w:rPr>
              <w:t>.</w:t>
            </w:r>
            <w:r>
              <w:t>fm</w:t>
            </w:r>
            <w:r w:rsidRPr="00332DB8">
              <w:rPr>
                <w:lang w:val="ru-RU"/>
              </w:rPr>
              <w:t xml:space="preserve"> по электронным адресам: </w:t>
            </w:r>
            <w:r>
              <w:t>http</w:t>
            </w:r>
            <w:r w:rsidRPr="00332DB8">
              <w:rPr>
                <w:lang w:val="ru-RU"/>
              </w:rPr>
              <w:t>://</w:t>
            </w:r>
            <w:r>
              <w:t>ololo</w:t>
            </w:r>
            <w:r w:rsidRPr="00332DB8">
              <w:rPr>
                <w:lang w:val="ru-RU"/>
              </w:rPr>
              <w:t>.</w:t>
            </w:r>
            <w:r>
              <w:t>fm</w:t>
            </w:r>
            <w:r w:rsidRPr="00332DB8">
              <w:rPr>
                <w:lang w:val="ru-RU"/>
              </w:rPr>
              <w:t>/</w:t>
            </w:r>
            <w:r>
              <w:t>search</w:t>
            </w:r>
            <w:r w:rsidRPr="00332DB8">
              <w:rPr>
                <w:lang w:val="ru-RU"/>
              </w:rPr>
              <w:t xml:space="preserve">/От+Сердца+К+Солнцу+282, </w:t>
            </w:r>
            <w:r>
              <w:t>http</w:t>
            </w:r>
            <w:r w:rsidRPr="00332DB8">
              <w:rPr>
                <w:lang w:val="ru-RU"/>
              </w:rPr>
              <w:t>://</w:t>
            </w:r>
            <w:r>
              <w:t>vk</w:t>
            </w:r>
            <w:r w:rsidRPr="00332DB8">
              <w:rPr>
                <w:lang w:val="ru-RU"/>
              </w:rPr>
              <w:t>.</w:t>
            </w:r>
            <w:r>
              <w:t>com</w:t>
            </w:r>
            <w:r w:rsidRPr="00332DB8">
              <w:rPr>
                <w:lang w:val="ru-RU"/>
              </w:rPr>
              <w:t>/</w:t>
            </w:r>
            <w:r>
              <w:t>search</w:t>
            </w:r>
            <w:r w:rsidRPr="00332DB8">
              <w:rPr>
                <w:lang w:val="ru-RU"/>
              </w:rPr>
              <w:t>?</w:t>
            </w:r>
            <w:r>
              <w:t>c</w:t>
            </w:r>
            <w:r w:rsidRPr="00332DB8">
              <w:rPr>
                <w:lang w:val="ru-RU"/>
              </w:rPr>
              <w:t>[</w:t>
            </w:r>
            <w:r>
              <w:t>q</w:t>
            </w:r>
            <w:r w:rsidRPr="00332DB8">
              <w:rPr>
                <w:lang w:val="ru-RU"/>
              </w:rPr>
              <w:t>]=от сердца к солнцу 282&amp;с[</w:t>
            </w:r>
            <w:r>
              <w:t>section</w:t>
            </w:r>
            <w:r w:rsidRPr="00332DB8">
              <w:rPr>
                <w:lang w:val="ru-RU"/>
              </w:rPr>
              <w:t>]=</w:t>
            </w:r>
            <w:r>
              <w:t>audio</w:t>
            </w:r>
            <w:r w:rsidRPr="00332DB8">
              <w:rPr>
                <w:lang w:val="ru-RU"/>
              </w:rPr>
              <w:t xml:space="preserve"> (решение Октябрьского районного суда города Санкт-Петербурга от 19.11.2014);</w:t>
            </w:r>
          </w:p>
        </w:tc>
        <w:tc>
          <w:tcPr>
            <w:tcW w:w="2880" w:type="dxa"/>
          </w:tcPr>
          <w:p w:rsidR="006F7457" w:rsidRPr="00332DB8" w:rsidRDefault="006F7457">
            <w:pPr>
              <w:rPr>
                <w:lang w:val="ru-RU"/>
              </w:rPr>
            </w:pPr>
          </w:p>
        </w:tc>
      </w:tr>
      <w:tr w:rsidR="006F7457" w:rsidRPr="005A424D">
        <w:tc>
          <w:tcPr>
            <w:tcW w:w="2880" w:type="dxa"/>
          </w:tcPr>
          <w:p w:rsidR="006F7457" w:rsidRDefault="00332DB8">
            <w:r>
              <w:t>2603.</w:t>
            </w:r>
          </w:p>
        </w:tc>
        <w:tc>
          <w:tcPr>
            <w:tcW w:w="2880" w:type="dxa"/>
          </w:tcPr>
          <w:p w:rsidR="006F7457" w:rsidRPr="00332DB8" w:rsidRDefault="00332DB8">
            <w:pPr>
              <w:rPr>
                <w:lang w:val="ru-RU"/>
              </w:rPr>
            </w:pPr>
            <w:r w:rsidRPr="00332DB8">
              <w:rPr>
                <w:lang w:val="ru-RU"/>
              </w:rPr>
              <w:t>Информационный материал - текст «Шамиль Басаев был прав (точка зрения)», размещенный в сети Интернет в социальной сети «В Контакте» в группе «Правые татары (</w:t>
            </w:r>
            <w:r>
              <w:t>Tatarr</w:t>
            </w:r>
            <w:r w:rsidRPr="00332DB8">
              <w:rPr>
                <w:lang w:val="ru-RU"/>
              </w:rPr>
              <w:t xml:space="preserve"> </w:t>
            </w:r>
            <w:r>
              <w:t>Bozgurd</w:t>
            </w:r>
            <w:r w:rsidRPr="00332DB8">
              <w:rPr>
                <w:lang w:val="ru-RU"/>
              </w:rPr>
              <w:t xml:space="preserve">)» на интернет странице, имеющей адрес: </w:t>
            </w:r>
            <w:r>
              <w:t>vk</w:t>
            </w:r>
            <w:r w:rsidRPr="00332DB8">
              <w:rPr>
                <w:lang w:val="ru-RU"/>
              </w:rPr>
              <w:t>.</w:t>
            </w:r>
            <w:r>
              <w:t>com</w:t>
            </w:r>
            <w:r w:rsidRPr="00332DB8">
              <w:rPr>
                <w:lang w:val="ru-RU"/>
              </w:rPr>
              <w:t>.</w:t>
            </w:r>
            <w:r>
              <w:t>public</w:t>
            </w:r>
            <w:r w:rsidRPr="00332DB8">
              <w:rPr>
                <w:lang w:val="ru-RU"/>
              </w:rPr>
              <w:t>61401517 (решение Авиастроительного районного суда г. Казани от 18.11.2014);</w:t>
            </w:r>
          </w:p>
        </w:tc>
        <w:tc>
          <w:tcPr>
            <w:tcW w:w="2880" w:type="dxa"/>
          </w:tcPr>
          <w:p w:rsidR="006F7457" w:rsidRPr="00332DB8" w:rsidRDefault="006F7457">
            <w:pPr>
              <w:rPr>
                <w:lang w:val="ru-RU"/>
              </w:rPr>
            </w:pPr>
          </w:p>
        </w:tc>
      </w:tr>
      <w:tr w:rsidR="006F7457" w:rsidRPr="005A424D">
        <w:tc>
          <w:tcPr>
            <w:tcW w:w="2880" w:type="dxa"/>
          </w:tcPr>
          <w:p w:rsidR="006F7457" w:rsidRDefault="00332DB8">
            <w:r>
              <w:t>2604.</w:t>
            </w:r>
          </w:p>
        </w:tc>
        <w:tc>
          <w:tcPr>
            <w:tcW w:w="2880" w:type="dxa"/>
          </w:tcPr>
          <w:p w:rsidR="006F7457" w:rsidRPr="00332DB8" w:rsidRDefault="00332DB8">
            <w:pPr>
              <w:rPr>
                <w:lang w:val="ru-RU"/>
              </w:rPr>
            </w:pPr>
            <w:r w:rsidRPr="00332DB8">
              <w:rPr>
                <w:lang w:val="ru-RU"/>
              </w:rPr>
              <w:t>Информационные материалы, размещенные на странице пользователя «Макс Калиниченко» (</w:t>
            </w:r>
            <w:r>
              <w:t>vkontakte</w:t>
            </w:r>
            <w:r w:rsidRPr="00332DB8">
              <w:rPr>
                <w:lang w:val="ru-RU"/>
              </w:rPr>
              <w:t>.</w:t>
            </w:r>
            <w:r>
              <w:t>ru</w:t>
            </w:r>
            <w:r w:rsidRPr="00332DB8">
              <w:rPr>
                <w:lang w:val="ru-RU"/>
              </w:rPr>
              <w:t>/</w:t>
            </w:r>
            <w:r>
              <w:t>idkalinichenkomax</w:t>
            </w:r>
            <w:r w:rsidRPr="00332DB8">
              <w:rPr>
                <w:lang w:val="ru-RU"/>
              </w:rPr>
              <w:t>),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2880" w:type="dxa"/>
          </w:tcPr>
          <w:p w:rsidR="006F7457" w:rsidRPr="00332DB8" w:rsidRDefault="006F7457">
            <w:pPr>
              <w:rPr>
                <w:lang w:val="ru-RU"/>
              </w:rPr>
            </w:pPr>
          </w:p>
        </w:tc>
      </w:tr>
      <w:tr w:rsidR="006F7457">
        <w:tc>
          <w:tcPr>
            <w:tcW w:w="2880" w:type="dxa"/>
          </w:tcPr>
          <w:p w:rsidR="006F7457" w:rsidRDefault="00332DB8">
            <w:r>
              <w:t>2605.</w:t>
            </w:r>
          </w:p>
        </w:tc>
        <w:tc>
          <w:tcPr>
            <w:tcW w:w="2880" w:type="dxa"/>
          </w:tcPr>
          <w:p w:rsidR="006F7457" w:rsidRDefault="00332DB8">
            <w:r w:rsidRPr="00332DB8">
              <w:rPr>
                <w:lang w:val="ru-RU"/>
              </w:rPr>
              <w:t xml:space="preserve">Книга «Удар русских богов». – Четвертое издание, дополненное и переработанное (автор Истархов В.А., издательство ЧП «Див», г. Харьков, Украина, 2007. – 480 с.) </w:t>
            </w:r>
            <w:r>
              <w:t>(решение Щучанского районного суда Курганской области от 17.11.2014);</w:t>
            </w:r>
          </w:p>
        </w:tc>
        <w:tc>
          <w:tcPr>
            <w:tcW w:w="2880" w:type="dxa"/>
          </w:tcPr>
          <w:p w:rsidR="006F7457" w:rsidRDefault="006F7457"/>
        </w:tc>
      </w:tr>
      <w:tr w:rsidR="006F7457" w:rsidRPr="005A424D">
        <w:tc>
          <w:tcPr>
            <w:tcW w:w="2880" w:type="dxa"/>
          </w:tcPr>
          <w:p w:rsidR="006F7457" w:rsidRDefault="00332DB8">
            <w:r>
              <w:lastRenderedPageBreak/>
              <w:t>2606.</w:t>
            </w:r>
          </w:p>
        </w:tc>
        <w:tc>
          <w:tcPr>
            <w:tcW w:w="2880" w:type="dxa"/>
          </w:tcPr>
          <w:p w:rsidR="006F7457" w:rsidRPr="00332DB8" w:rsidRDefault="00332DB8">
            <w:pPr>
              <w:rPr>
                <w:lang w:val="ru-RU"/>
              </w:rPr>
            </w:pPr>
            <w:r w:rsidRPr="00332DB8">
              <w:rPr>
                <w:lang w:val="ru-RU"/>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2880" w:type="dxa"/>
          </w:tcPr>
          <w:p w:rsidR="006F7457" w:rsidRPr="00332DB8" w:rsidRDefault="006F7457">
            <w:pPr>
              <w:rPr>
                <w:lang w:val="ru-RU"/>
              </w:rPr>
            </w:pPr>
          </w:p>
        </w:tc>
      </w:tr>
      <w:tr w:rsidR="006F7457" w:rsidRPr="005A424D">
        <w:tc>
          <w:tcPr>
            <w:tcW w:w="2880" w:type="dxa"/>
          </w:tcPr>
          <w:p w:rsidR="006F7457" w:rsidRDefault="00332DB8">
            <w:r>
              <w:t>2607.</w:t>
            </w:r>
          </w:p>
        </w:tc>
        <w:tc>
          <w:tcPr>
            <w:tcW w:w="2880" w:type="dxa"/>
          </w:tcPr>
          <w:p w:rsidR="006F7457" w:rsidRPr="00332DB8" w:rsidRDefault="00332DB8">
            <w:pPr>
              <w:rPr>
                <w:lang w:val="ru-RU"/>
              </w:rPr>
            </w:pPr>
            <w:r w:rsidRPr="00332DB8">
              <w:rPr>
                <w:lang w:val="ru-RU"/>
              </w:rPr>
              <w:t>Видеоролик «Дмитрий Боровиков. ЗА РУСЬ!», размещенный в социальной сети «ВКонтакте» (</w:t>
            </w:r>
            <w:r>
              <w:t>HTTP</w:t>
            </w:r>
            <w:r w:rsidRPr="00332DB8">
              <w:rPr>
                <w:lang w:val="ru-RU"/>
              </w:rPr>
              <w:t>://</w:t>
            </w:r>
            <w:r>
              <w:t>vk</w:t>
            </w:r>
            <w:r w:rsidRPr="00332DB8">
              <w:rPr>
                <w:lang w:val="ru-RU"/>
              </w:rPr>
              <w:t>.</w:t>
            </w:r>
            <w:r>
              <w:t>com</w:t>
            </w:r>
            <w:r w:rsidRPr="00332DB8">
              <w:rPr>
                <w:lang w:val="ru-RU"/>
              </w:rPr>
              <w:t xml:space="preserve">) информационно телекоммуникационной сети Интернет на странице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191685160 (решение Октябрьского районного суда г. Белгорода от 29.09.2014);</w:t>
            </w:r>
          </w:p>
        </w:tc>
        <w:tc>
          <w:tcPr>
            <w:tcW w:w="2880" w:type="dxa"/>
          </w:tcPr>
          <w:p w:rsidR="006F7457" w:rsidRPr="00332DB8" w:rsidRDefault="006F7457">
            <w:pPr>
              <w:rPr>
                <w:lang w:val="ru-RU"/>
              </w:rPr>
            </w:pPr>
          </w:p>
        </w:tc>
      </w:tr>
      <w:tr w:rsidR="006F7457" w:rsidRPr="005A424D">
        <w:tc>
          <w:tcPr>
            <w:tcW w:w="2880" w:type="dxa"/>
          </w:tcPr>
          <w:p w:rsidR="006F7457" w:rsidRDefault="00332DB8">
            <w:r>
              <w:t>2608.</w:t>
            </w:r>
          </w:p>
        </w:tc>
        <w:tc>
          <w:tcPr>
            <w:tcW w:w="2880" w:type="dxa"/>
          </w:tcPr>
          <w:p w:rsidR="006F7457" w:rsidRPr="00332DB8" w:rsidRDefault="00332DB8">
            <w:pPr>
              <w:rPr>
                <w:lang w:val="ru-RU"/>
              </w:rPr>
            </w:pPr>
            <w:r w:rsidRPr="00332DB8">
              <w:rPr>
                <w:lang w:val="ru-RU"/>
              </w:rPr>
              <w:t xml:space="preserve">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w:t>
            </w:r>
            <w:r>
              <w:t>https</w:t>
            </w:r>
            <w:r w:rsidRPr="00332DB8">
              <w:rPr>
                <w:lang w:val="ru-RU"/>
              </w:rPr>
              <w:t>://</w:t>
            </w:r>
            <w:r>
              <w:t>vk</w:t>
            </w:r>
            <w:r w:rsidRPr="00332DB8">
              <w:rPr>
                <w:lang w:val="ru-RU"/>
              </w:rPr>
              <w:t>.</w:t>
            </w:r>
            <w:r>
              <w:t>com</w:t>
            </w:r>
            <w:r w:rsidRPr="00332DB8">
              <w:rPr>
                <w:lang w:val="ru-RU"/>
              </w:rPr>
              <w:t>/</w:t>
            </w:r>
            <w:r>
              <w:t>search</w:t>
            </w:r>
            <w:r w:rsidRPr="00332DB8">
              <w:rPr>
                <w:lang w:val="ru-RU"/>
              </w:rPr>
              <w:t>?</w:t>
            </w:r>
            <w:r>
              <w:t>c</w:t>
            </w:r>
            <w:r w:rsidRPr="00332DB8">
              <w:rPr>
                <w:lang w:val="ru-RU"/>
              </w:rPr>
              <w:t>%5</w:t>
            </w:r>
            <w:r>
              <w:t>Badult</w:t>
            </w:r>
            <w:r w:rsidRPr="00332DB8">
              <w:rPr>
                <w:lang w:val="ru-RU"/>
              </w:rPr>
              <w:t>%5</w:t>
            </w:r>
            <w:r>
              <w:t>D</w:t>
            </w:r>
            <w:r w:rsidRPr="00332DB8">
              <w:rPr>
                <w:lang w:val="ru-RU"/>
              </w:rPr>
              <w:t>=1&amp;</w:t>
            </w:r>
            <w:r>
              <w:t>c</w:t>
            </w:r>
            <w:r w:rsidRPr="00332DB8">
              <w:rPr>
                <w:lang w:val="ru-RU"/>
              </w:rPr>
              <w:t>%5</w:t>
            </w:r>
            <w:r>
              <w:t>Bq</w:t>
            </w:r>
            <w:r w:rsidRPr="00332DB8">
              <w:rPr>
                <w:lang w:val="ru-RU"/>
              </w:rPr>
              <w:t>%5</w:t>
            </w:r>
            <w:r>
              <w:t>D</w:t>
            </w:r>
            <w:r w:rsidRPr="00332DB8">
              <w:rPr>
                <w:lang w:val="ru-RU"/>
              </w:rPr>
              <w:t>=%</w:t>
            </w:r>
            <w:r>
              <w:t>D</w:t>
            </w:r>
            <w:r w:rsidRPr="00332DB8">
              <w:rPr>
                <w:lang w:val="ru-RU"/>
              </w:rPr>
              <w:t>0%9</w:t>
            </w:r>
            <w:r>
              <w:t>B</w:t>
            </w:r>
            <w:r w:rsidRPr="00332DB8">
              <w:rPr>
                <w:lang w:val="ru-RU"/>
              </w:rPr>
              <w:t>%</w:t>
            </w:r>
            <w:r>
              <w:t>D</w:t>
            </w:r>
            <w:r w:rsidRPr="00332DB8">
              <w:rPr>
                <w:lang w:val="ru-RU"/>
              </w:rPr>
              <w:t>0%95%</w:t>
            </w:r>
            <w:r>
              <w:t>D</w:t>
            </w:r>
            <w:r w:rsidRPr="00332DB8">
              <w:rPr>
                <w:lang w:val="ru-RU"/>
              </w:rPr>
              <w:t>0%97%</w:t>
            </w:r>
            <w:r>
              <w:t>D</w:t>
            </w:r>
            <w:r w:rsidRPr="00332DB8">
              <w:rPr>
                <w:lang w:val="ru-RU"/>
              </w:rPr>
              <w:t>0%93%</w:t>
            </w:r>
            <w:r>
              <w:t>D</w:t>
            </w:r>
            <w:r w:rsidRPr="00332DB8">
              <w:rPr>
                <w:lang w:val="ru-RU"/>
              </w:rPr>
              <w:t>0%98%</w:t>
            </w:r>
            <w:r>
              <w:t>D</w:t>
            </w:r>
            <w:r w:rsidRPr="00332DB8">
              <w:rPr>
                <w:lang w:val="ru-RU"/>
              </w:rPr>
              <w:t>0%9</w:t>
            </w:r>
            <w:r>
              <w:t>D</w:t>
            </w:r>
            <w:r w:rsidRPr="00332DB8">
              <w:rPr>
                <w:lang w:val="ru-RU"/>
              </w:rPr>
              <w:t>%</w:t>
            </w:r>
            <w:r>
              <w:t>D</w:t>
            </w:r>
            <w:r w:rsidRPr="00332DB8">
              <w:rPr>
                <w:lang w:val="ru-RU"/>
              </w:rPr>
              <w:t>0%9</w:t>
            </w:r>
            <w:r>
              <w:t>A</w:t>
            </w:r>
            <w:r w:rsidRPr="00332DB8">
              <w:rPr>
                <w:lang w:val="ru-RU"/>
              </w:rPr>
              <w:t>%</w:t>
            </w:r>
            <w:r>
              <w:t>D</w:t>
            </w:r>
            <w:r w:rsidRPr="00332DB8">
              <w:rPr>
                <w:lang w:val="ru-RU"/>
              </w:rPr>
              <w:t>0%90%20%</w:t>
            </w:r>
            <w:r>
              <w:t>D</w:t>
            </w:r>
            <w:r w:rsidRPr="00332DB8">
              <w:rPr>
                <w:lang w:val="ru-RU"/>
              </w:rPr>
              <w:t>0%90%</w:t>
            </w:r>
            <w:r>
              <w:t>D</w:t>
            </w:r>
            <w:r w:rsidRPr="00332DB8">
              <w:rPr>
                <w:lang w:val="ru-RU"/>
              </w:rPr>
              <w:t>0%9</w:t>
            </w:r>
            <w:r>
              <w:t>D</w:t>
            </w:r>
            <w:r w:rsidRPr="00332DB8">
              <w:rPr>
                <w:lang w:val="ru-RU"/>
              </w:rPr>
              <w:t>%</w:t>
            </w:r>
            <w:r>
              <w:t>D</w:t>
            </w:r>
            <w:r w:rsidRPr="00332DB8">
              <w:rPr>
                <w:lang w:val="ru-RU"/>
              </w:rPr>
              <w:t>0%</w:t>
            </w:r>
            <w:r>
              <w:t>A</w:t>
            </w:r>
            <w:r w:rsidRPr="00332DB8">
              <w:rPr>
                <w:lang w:val="ru-RU"/>
              </w:rPr>
              <w:t>2%</w:t>
            </w:r>
            <w:r>
              <w:t>D</w:t>
            </w:r>
            <w:r w:rsidRPr="00332DB8">
              <w:rPr>
                <w:lang w:val="ru-RU"/>
              </w:rPr>
              <w:t>0%98%</w:t>
            </w:r>
            <w:r>
              <w:t>D</w:t>
            </w:r>
            <w:r w:rsidRPr="00332DB8">
              <w:rPr>
                <w:lang w:val="ru-RU"/>
              </w:rPr>
              <w:t>0%</w:t>
            </w:r>
            <w:r>
              <w:t>A</w:t>
            </w:r>
            <w:r w:rsidRPr="00332DB8">
              <w:rPr>
                <w:lang w:val="ru-RU"/>
              </w:rPr>
              <w:t>4%</w:t>
            </w:r>
            <w:r>
              <w:t>D</w:t>
            </w:r>
            <w:r w:rsidRPr="00332DB8">
              <w:rPr>
                <w:lang w:val="ru-RU"/>
              </w:rPr>
              <w:t>0%90&amp;</w:t>
            </w:r>
            <w:r>
              <w:t>c</w:t>
            </w:r>
            <w:r w:rsidRPr="00332DB8">
              <w:rPr>
                <w:lang w:val="ru-RU"/>
              </w:rPr>
              <w:t>%5</w:t>
            </w:r>
            <w:r>
              <w:t>Bsection</w:t>
            </w:r>
            <w:r w:rsidRPr="00332DB8">
              <w:rPr>
                <w:lang w:val="ru-RU"/>
              </w:rPr>
              <w:t>%5</w:t>
            </w:r>
            <w:r>
              <w:t>D</w:t>
            </w:r>
            <w:r w:rsidRPr="00332DB8">
              <w:rPr>
                <w:lang w:val="ru-RU"/>
              </w:rPr>
              <w:t>=</w:t>
            </w:r>
            <w:r>
              <w:t>video</w:t>
            </w:r>
            <w:r w:rsidRPr="00332DB8">
              <w:rPr>
                <w:lang w:val="ru-RU"/>
              </w:rPr>
              <w:t>&amp;</w:t>
            </w:r>
            <w:r>
              <w:t>c</w:t>
            </w:r>
            <w:r w:rsidRPr="00332DB8">
              <w:rPr>
                <w:lang w:val="ru-RU"/>
              </w:rPr>
              <w:t>%5</w:t>
            </w:r>
            <w:r>
              <w:t>Bsort</w:t>
            </w:r>
            <w:r w:rsidRPr="00332DB8">
              <w:rPr>
                <w:lang w:val="ru-RU"/>
              </w:rPr>
              <w:t>%5</w:t>
            </w:r>
            <w:r>
              <w:t>D</w:t>
            </w:r>
            <w:r w:rsidRPr="00332DB8">
              <w:rPr>
                <w:lang w:val="ru-RU"/>
              </w:rPr>
              <w:t>=2&amp;</w:t>
            </w:r>
            <w:r>
              <w:t>z</w:t>
            </w:r>
            <w:r w:rsidRPr="00332DB8">
              <w:rPr>
                <w:lang w:val="ru-RU"/>
              </w:rPr>
              <w:t>=</w:t>
            </w:r>
            <w:r>
              <w:t>video</w:t>
            </w:r>
            <w:r w:rsidRPr="00332DB8">
              <w:rPr>
                <w:lang w:val="ru-RU"/>
              </w:rPr>
              <w:t>43539893 _129518716 (решение Ноябрьского городского суда Ямало-Ненецкого автономного округа от 29.10.2014);</w:t>
            </w:r>
          </w:p>
        </w:tc>
        <w:tc>
          <w:tcPr>
            <w:tcW w:w="2880" w:type="dxa"/>
          </w:tcPr>
          <w:p w:rsidR="006F7457" w:rsidRPr="00332DB8" w:rsidRDefault="006F7457">
            <w:pPr>
              <w:rPr>
                <w:lang w:val="ru-RU"/>
              </w:rPr>
            </w:pPr>
          </w:p>
        </w:tc>
      </w:tr>
      <w:tr w:rsidR="006F7457" w:rsidRPr="005A424D">
        <w:tc>
          <w:tcPr>
            <w:tcW w:w="2880" w:type="dxa"/>
          </w:tcPr>
          <w:p w:rsidR="006F7457" w:rsidRDefault="00332DB8">
            <w:r>
              <w:t>2609.</w:t>
            </w:r>
          </w:p>
        </w:tc>
        <w:tc>
          <w:tcPr>
            <w:tcW w:w="2880" w:type="dxa"/>
          </w:tcPr>
          <w:p w:rsidR="006F7457" w:rsidRPr="00332DB8" w:rsidRDefault="00332DB8">
            <w:pPr>
              <w:rPr>
                <w:lang w:val="ru-RU"/>
              </w:rPr>
            </w:pPr>
            <w:r w:rsidRPr="00332DB8">
              <w:rPr>
                <w:lang w:val="ru-RU"/>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2880" w:type="dxa"/>
          </w:tcPr>
          <w:p w:rsidR="006F7457" w:rsidRPr="00332DB8" w:rsidRDefault="006F7457">
            <w:pPr>
              <w:rPr>
                <w:lang w:val="ru-RU"/>
              </w:rPr>
            </w:pPr>
          </w:p>
        </w:tc>
      </w:tr>
      <w:tr w:rsidR="006F7457">
        <w:tc>
          <w:tcPr>
            <w:tcW w:w="2880" w:type="dxa"/>
          </w:tcPr>
          <w:p w:rsidR="006F7457" w:rsidRDefault="00332DB8">
            <w:r>
              <w:t>2610.</w:t>
            </w:r>
          </w:p>
        </w:tc>
        <w:tc>
          <w:tcPr>
            <w:tcW w:w="2880" w:type="dxa"/>
          </w:tcPr>
          <w:p w:rsidR="006F7457" w:rsidRDefault="00332DB8">
            <w:r w:rsidRPr="00332DB8">
              <w:rPr>
                <w:lang w:val="ru-RU"/>
              </w:rPr>
              <w:t xml:space="preserve">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w:t>
            </w:r>
            <w:r>
              <w:t>(решение Фрунзенского районного суда г. Владивостока от 30.09.2014);</w:t>
            </w:r>
          </w:p>
        </w:tc>
        <w:tc>
          <w:tcPr>
            <w:tcW w:w="2880" w:type="dxa"/>
          </w:tcPr>
          <w:p w:rsidR="006F7457" w:rsidRDefault="006F7457"/>
        </w:tc>
      </w:tr>
      <w:tr w:rsidR="006F7457" w:rsidRPr="005A424D">
        <w:tc>
          <w:tcPr>
            <w:tcW w:w="2880" w:type="dxa"/>
          </w:tcPr>
          <w:p w:rsidR="006F7457" w:rsidRDefault="00332DB8">
            <w:r>
              <w:lastRenderedPageBreak/>
              <w:t>2611.</w:t>
            </w:r>
          </w:p>
        </w:tc>
        <w:tc>
          <w:tcPr>
            <w:tcW w:w="2880" w:type="dxa"/>
          </w:tcPr>
          <w:p w:rsidR="006F7457" w:rsidRPr="00332DB8" w:rsidRDefault="00332DB8">
            <w:pPr>
              <w:rPr>
                <w:lang w:val="ru-RU"/>
              </w:rPr>
            </w:pPr>
            <w:r w:rsidRPr="00332DB8">
              <w:rPr>
                <w:lang w:val="ru-RU"/>
              </w:rPr>
              <w:t xml:space="preserve">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w:t>
            </w:r>
            <w:r>
              <w:t>http</w:t>
            </w:r>
            <w:r w:rsidRPr="00332DB8">
              <w:rPr>
                <w:lang w:val="ru-RU"/>
              </w:rPr>
              <w:t>://</w:t>
            </w:r>
            <w:r>
              <w:t>vk</w:t>
            </w:r>
            <w:r w:rsidRPr="00332DB8">
              <w:rPr>
                <w:lang w:val="ru-RU"/>
              </w:rPr>
              <w:t>.</w:t>
            </w:r>
            <w:r>
              <w:t>com</w:t>
            </w:r>
            <w:r w:rsidRPr="00332DB8">
              <w:rPr>
                <w:lang w:val="ru-RU"/>
              </w:rPr>
              <w:t>/</w:t>
            </w:r>
            <w:r>
              <w:t>iriucliahideen</w:t>
            </w:r>
            <w:r w:rsidRPr="00332DB8">
              <w:rPr>
                <w:lang w:val="ru-RU"/>
              </w:rPr>
              <w:t xml:space="preserve"> (решение советского районного суда г. Краснодара от 06.11.2014);</w:t>
            </w:r>
          </w:p>
        </w:tc>
        <w:tc>
          <w:tcPr>
            <w:tcW w:w="2880" w:type="dxa"/>
          </w:tcPr>
          <w:p w:rsidR="006F7457" w:rsidRPr="00332DB8" w:rsidRDefault="006F7457">
            <w:pPr>
              <w:rPr>
                <w:lang w:val="ru-RU"/>
              </w:rPr>
            </w:pPr>
          </w:p>
        </w:tc>
      </w:tr>
      <w:tr w:rsidR="006F7457" w:rsidRPr="005A424D">
        <w:tc>
          <w:tcPr>
            <w:tcW w:w="2880" w:type="dxa"/>
          </w:tcPr>
          <w:p w:rsidR="006F7457" w:rsidRDefault="00332DB8">
            <w:r>
              <w:t>2612.</w:t>
            </w:r>
          </w:p>
        </w:tc>
        <w:tc>
          <w:tcPr>
            <w:tcW w:w="2880" w:type="dxa"/>
          </w:tcPr>
          <w:p w:rsidR="006F7457" w:rsidRPr="00332DB8" w:rsidRDefault="00332DB8">
            <w:pPr>
              <w:rPr>
                <w:lang w:val="ru-RU"/>
              </w:rPr>
            </w:pPr>
            <w:r w:rsidRPr="00332DB8">
              <w:rPr>
                <w:lang w:val="ru-RU"/>
              </w:rPr>
              <w:t>Аудиокомпозиция «Нигеры на снегу» - Валерий Шунт (решение Первореченского районного суда г. Владивостока от 28.10.2014).</w:t>
            </w:r>
          </w:p>
        </w:tc>
        <w:tc>
          <w:tcPr>
            <w:tcW w:w="2880" w:type="dxa"/>
          </w:tcPr>
          <w:p w:rsidR="006F7457" w:rsidRPr="00332DB8" w:rsidRDefault="006F7457">
            <w:pPr>
              <w:rPr>
                <w:lang w:val="ru-RU"/>
              </w:rPr>
            </w:pPr>
          </w:p>
        </w:tc>
      </w:tr>
      <w:tr w:rsidR="006F7457" w:rsidRPr="005A424D">
        <w:tc>
          <w:tcPr>
            <w:tcW w:w="2880" w:type="dxa"/>
          </w:tcPr>
          <w:p w:rsidR="006F7457" w:rsidRDefault="00332DB8">
            <w:r>
              <w:t>2613.</w:t>
            </w:r>
          </w:p>
        </w:tc>
        <w:tc>
          <w:tcPr>
            <w:tcW w:w="2880" w:type="dxa"/>
          </w:tcPr>
          <w:p w:rsidR="006F7457" w:rsidRPr="00332DB8" w:rsidRDefault="00332DB8">
            <w:pPr>
              <w:rPr>
                <w:lang w:val="ru-RU"/>
              </w:rPr>
            </w:pPr>
            <w:r w:rsidRPr="00332DB8">
              <w:rPr>
                <w:lang w:val="ru-RU"/>
              </w:rPr>
              <w:t>Информационный материал – видеоролик, обнаруженный в глобальной телекоммуникационной сети Интернет, в социальной сети «</w:t>
            </w:r>
            <w:r>
              <w:t>VK</w:t>
            </w:r>
            <w:r w:rsidRPr="00332DB8">
              <w:rPr>
                <w:lang w:val="ru-RU"/>
              </w:rPr>
              <w:t xml:space="preserve">» на странице пользователя под ником «Ибрахим Тебуев»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57621468 162450861 под названием «Ду</w:t>
            </w:r>
            <w:r>
              <w:t>I</w:t>
            </w:r>
            <w:r w:rsidRPr="00332DB8">
              <w:rPr>
                <w:lang w:val="ru-RU"/>
              </w:rPr>
              <w:t>а за Муджахидов» (решение Черкесского городского суда Карачаево-Черкесской Республики от 24.07.2014);</w:t>
            </w:r>
          </w:p>
        </w:tc>
        <w:tc>
          <w:tcPr>
            <w:tcW w:w="2880" w:type="dxa"/>
          </w:tcPr>
          <w:p w:rsidR="006F7457" w:rsidRPr="00332DB8" w:rsidRDefault="006F7457">
            <w:pPr>
              <w:rPr>
                <w:lang w:val="ru-RU"/>
              </w:rPr>
            </w:pPr>
          </w:p>
        </w:tc>
      </w:tr>
      <w:tr w:rsidR="006F7457" w:rsidRPr="005A424D">
        <w:tc>
          <w:tcPr>
            <w:tcW w:w="2880" w:type="dxa"/>
          </w:tcPr>
          <w:p w:rsidR="006F7457" w:rsidRDefault="00332DB8">
            <w:r>
              <w:t>2614.</w:t>
            </w:r>
          </w:p>
        </w:tc>
        <w:tc>
          <w:tcPr>
            <w:tcW w:w="2880" w:type="dxa"/>
          </w:tcPr>
          <w:p w:rsidR="006F7457" w:rsidRPr="00332DB8" w:rsidRDefault="00332DB8">
            <w:pPr>
              <w:rPr>
                <w:lang w:val="ru-RU"/>
              </w:rPr>
            </w:pPr>
            <w:r w:rsidRPr="00332DB8">
              <w:rPr>
                <w:lang w:val="ru-RU"/>
              </w:rPr>
              <w:t xml:space="preserve">информационный материал – видеоролики, обнаруженные в глобальной телекоммуникационной сети Интернет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201557412 166963449 под названием «Ахи анта </w:t>
            </w:r>
            <w:r>
              <w:t>hyppy</w:t>
            </w:r>
            <w:r w:rsidRPr="00332DB8">
              <w:rPr>
                <w:lang w:val="ru-RU"/>
              </w:rPr>
              <w:t xml:space="preserve">-Брат, ты свободен!» и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2880" w:type="dxa"/>
          </w:tcPr>
          <w:p w:rsidR="006F7457" w:rsidRPr="00332DB8" w:rsidRDefault="006F7457">
            <w:pPr>
              <w:rPr>
                <w:lang w:val="ru-RU"/>
              </w:rPr>
            </w:pPr>
          </w:p>
        </w:tc>
      </w:tr>
      <w:tr w:rsidR="006F7457" w:rsidRPr="005A424D">
        <w:tc>
          <w:tcPr>
            <w:tcW w:w="2880" w:type="dxa"/>
          </w:tcPr>
          <w:p w:rsidR="006F7457" w:rsidRDefault="00332DB8">
            <w:r>
              <w:t>2615.</w:t>
            </w:r>
          </w:p>
        </w:tc>
        <w:tc>
          <w:tcPr>
            <w:tcW w:w="2880" w:type="dxa"/>
          </w:tcPr>
          <w:p w:rsidR="006F7457" w:rsidRPr="00332DB8" w:rsidRDefault="00332DB8">
            <w:pPr>
              <w:rPr>
                <w:lang w:val="ru-RU"/>
              </w:rPr>
            </w:pPr>
            <w:r w:rsidRPr="00332DB8">
              <w:rPr>
                <w:lang w:val="ru-RU"/>
              </w:rPr>
              <w:t xml:space="preserve">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w:t>
            </w:r>
            <w:r w:rsidRPr="00332DB8">
              <w:rPr>
                <w:lang w:val="ru-RU"/>
              </w:rPr>
              <w:lastRenderedPageBreak/>
              <w:t>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2616.</w:t>
            </w:r>
          </w:p>
        </w:tc>
        <w:tc>
          <w:tcPr>
            <w:tcW w:w="2880" w:type="dxa"/>
          </w:tcPr>
          <w:p w:rsidR="006F7457" w:rsidRPr="00332DB8" w:rsidRDefault="00332DB8">
            <w:pPr>
              <w:rPr>
                <w:lang w:val="ru-RU"/>
              </w:rPr>
            </w:pPr>
            <w:r w:rsidRPr="00332DB8">
              <w:rPr>
                <w:lang w:val="ru-RU"/>
              </w:rPr>
              <w:t xml:space="preserve">Текст статьи «Противостояние евреев и всего остального мира (гоев)», размещенной на момент предъявления заявления в суд в сети Интернет на сайте </w:t>
            </w:r>
            <w:r>
              <w:t>uznai</w:t>
            </w:r>
            <w:r w:rsidRPr="00332DB8">
              <w:rPr>
                <w:lang w:val="ru-RU"/>
              </w:rPr>
              <w:t>-</w:t>
            </w:r>
            <w:r>
              <w:t>pravdu</w:t>
            </w:r>
            <w:r w:rsidRPr="00332DB8">
              <w:rPr>
                <w:lang w:val="ru-RU"/>
              </w:rPr>
              <w:t>.</w:t>
            </w:r>
            <w:r>
              <w:t>ru</w:t>
            </w:r>
            <w:r w:rsidRPr="00332DB8">
              <w:rPr>
                <w:lang w:val="ru-RU"/>
              </w:rPr>
              <w:t xml:space="preserve"> по электронному адресу: </w:t>
            </w:r>
            <w:r>
              <w:t>http</w:t>
            </w:r>
            <w:r w:rsidRPr="00332DB8">
              <w:rPr>
                <w:lang w:val="ru-RU"/>
              </w:rPr>
              <w:t>://</w:t>
            </w:r>
            <w:r>
              <w:t>uznai</w:t>
            </w:r>
            <w:r w:rsidRPr="00332DB8">
              <w:rPr>
                <w:lang w:val="ru-RU"/>
              </w:rPr>
              <w:t>-</w:t>
            </w:r>
            <w:r>
              <w:t>pravdu</w:t>
            </w:r>
            <w:r w:rsidRPr="00332DB8">
              <w:rPr>
                <w:lang w:val="ru-RU"/>
              </w:rPr>
              <w:t>.</w:t>
            </w:r>
            <w:r>
              <w:t>ru</w:t>
            </w:r>
            <w:r w:rsidRPr="00332DB8">
              <w:rPr>
                <w:lang w:val="ru-RU"/>
              </w:rPr>
              <w:t>/</w:t>
            </w:r>
            <w:r>
              <w:t>viewtopic</w:t>
            </w:r>
            <w:r w:rsidRPr="00332DB8">
              <w:rPr>
                <w:lang w:val="ru-RU"/>
              </w:rPr>
              <w:t>.</w:t>
            </w:r>
            <w:r>
              <w:t>php</w:t>
            </w:r>
            <w:r w:rsidRPr="00332DB8">
              <w:rPr>
                <w:lang w:val="ru-RU"/>
              </w:rPr>
              <w:t>?</w:t>
            </w:r>
            <w:r>
              <w:t>f</w:t>
            </w:r>
            <w:r w:rsidRPr="00332DB8">
              <w:rPr>
                <w:lang w:val="ru-RU"/>
              </w:rPr>
              <w:t>=6&amp;</w:t>
            </w:r>
            <w:r>
              <w:t>t</w:t>
            </w:r>
            <w:r w:rsidRPr="00332DB8">
              <w:rPr>
                <w:lang w:val="ru-RU"/>
              </w:rPr>
              <w:t>=160 (решение Октябрьского районного суда города Санкт-Петербурга от 16.10.2014);</w:t>
            </w:r>
          </w:p>
        </w:tc>
        <w:tc>
          <w:tcPr>
            <w:tcW w:w="2880" w:type="dxa"/>
          </w:tcPr>
          <w:p w:rsidR="006F7457" w:rsidRPr="00332DB8" w:rsidRDefault="006F7457">
            <w:pPr>
              <w:rPr>
                <w:lang w:val="ru-RU"/>
              </w:rPr>
            </w:pPr>
          </w:p>
        </w:tc>
      </w:tr>
      <w:tr w:rsidR="006F7457" w:rsidRPr="005A424D">
        <w:tc>
          <w:tcPr>
            <w:tcW w:w="2880" w:type="dxa"/>
          </w:tcPr>
          <w:p w:rsidR="006F7457" w:rsidRDefault="00332DB8">
            <w:r>
              <w:t>2617.</w:t>
            </w:r>
          </w:p>
        </w:tc>
        <w:tc>
          <w:tcPr>
            <w:tcW w:w="2880" w:type="dxa"/>
          </w:tcPr>
          <w:p w:rsidR="006F7457" w:rsidRPr="00332DB8" w:rsidRDefault="00332DB8">
            <w:pPr>
              <w:rPr>
                <w:lang w:val="ru-RU"/>
              </w:rPr>
            </w:pPr>
            <w:r w:rsidRPr="00332DB8">
              <w:rPr>
                <w:lang w:val="ru-RU"/>
              </w:rPr>
              <w:t xml:space="preserve">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w:t>
            </w:r>
            <w:r>
              <w:t>vk</w:t>
            </w:r>
            <w:r w:rsidRPr="00332DB8">
              <w:rPr>
                <w:lang w:val="ru-RU"/>
              </w:rPr>
              <w:t>.</w:t>
            </w:r>
            <w:r>
              <w:t>com</w:t>
            </w:r>
            <w:r w:rsidRPr="00332DB8">
              <w:rPr>
                <w:lang w:val="ru-RU"/>
              </w:rPr>
              <w:t xml:space="preserve"> по электронному адресу: </w:t>
            </w:r>
            <w:r>
              <w:t>http</w:t>
            </w:r>
            <w:r w:rsidRPr="00332DB8">
              <w:rPr>
                <w:lang w:val="ru-RU"/>
              </w:rPr>
              <w:t>://</w:t>
            </w:r>
            <w:r>
              <w:t>vk</w:t>
            </w:r>
            <w:r w:rsidRPr="00332DB8">
              <w:rPr>
                <w:lang w:val="ru-RU"/>
              </w:rPr>
              <w:t>.</w:t>
            </w:r>
            <w:r>
              <w:t>com</w:t>
            </w:r>
            <w:r w:rsidRPr="00332DB8">
              <w:rPr>
                <w:lang w:val="ru-RU"/>
              </w:rPr>
              <w:t>/</w:t>
            </w:r>
            <w:r>
              <w:t>search</w:t>
            </w:r>
            <w:r w:rsidRPr="00332DB8">
              <w:rPr>
                <w:lang w:val="ru-RU"/>
              </w:rPr>
              <w:t>?</w:t>
            </w:r>
            <w:r>
              <w:t>c</w:t>
            </w:r>
            <w:r w:rsidRPr="00332DB8">
              <w:rPr>
                <w:lang w:val="ru-RU"/>
              </w:rPr>
              <w:t>[</w:t>
            </w:r>
            <w:r>
              <w:t>q</w:t>
            </w:r>
            <w:r w:rsidRPr="00332DB8">
              <w:rPr>
                <w:lang w:val="ru-RU"/>
              </w:rPr>
              <w:t>]=инструкция по выживанию убить жида&amp;</w:t>
            </w:r>
            <w:r>
              <w:t>c</w:t>
            </w:r>
            <w:r w:rsidRPr="00332DB8">
              <w:rPr>
                <w:lang w:val="ru-RU"/>
              </w:rPr>
              <w:t>[</w:t>
            </w:r>
            <w:r>
              <w:t>section</w:t>
            </w:r>
            <w:r w:rsidRPr="00332DB8">
              <w:rPr>
                <w:lang w:val="ru-RU"/>
              </w:rPr>
              <w:t>]=</w:t>
            </w:r>
            <w:r>
              <w:t>audio</w:t>
            </w:r>
            <w:r w:rsidRPr="00332DB8">
              <w:rPr>
                <w:lang w:val="ru-RU"/>
              </w:rPr>
              <w:t xml:space="preserve"> (решение Октябрьского районного суда города Санкт-Петербурга от 16.10.2014);</w:t>
            </w:r>
          </w:p>
        </w:tc>
        <w:tc>
          <w:tcPr>
            <w:tcW w:w="2880" w:type="dxa"/>
          </w:tcPr>
          <w:p w:rsidR="006F7457" w:rsidRPr="00332DB8" w:rsidRDefault="006F7457">
            <w:pPr>
              <w:rPr>
                <w:lang w:val="ru-RU"/>
              </w:rPr>
            </w:pPr>
          </w:p>
        </w:tc>
      </w:tr>
      <w:tr w:rsidR="006F7457" w:rsidRPr="005A424D">
        <w:tc>
          <w:tcPr>
            <w:tcW w:w="2880" w:type="dxa"/>
          </w:tcPr>
          <w:p w:rsidR="006F7457" w:rsidRDefault="00332DB8">
            <w:r>
              <w:t>2618.</w:t>
            </w:r>
          </w:p>
        </w:tc>
        <w:tc>
          <w:tcPr>
            <w:tcW w:w="2880" w:type="dxa"/>
          </w:tcPr>
          <w:p w:rsidR="006F7457" w:rsidRPr="00332DB8" w:rsidRDefault="00332DB8">
            <w:pPr>
              <w:rPr>
                <w:lang w:val="ru-RU"/>
              </w:rPr>
            </w:pPr>
            <w:r w:rsidRPr="00332DB8">
              <w:rPr>
                <w:lang w:val="ru-RU"/>
              </w:rPr>
              <w:t>Текст аудиозаписей «</w:t>
            </w:r>
            <w:r>
              <w:t>Jahponica</w:t>
            </w:r>
            <w:r w:rsidRPr="00332DB8">
              <w:rPr>
                <w:lang w:val="ru-RU"/>
              </w:rPr>
              <w:t xml:space="preserve"> – убей негра», «</w:t>
            </w:r>
            <w:r>
              <w:t>Jahponica</w:t>
            </w:r>
            <w:r w:rsidRPr="00332DB8">
              <w:rPr>
                <w:lang w:val="ru-RU"/>
              </w:rPr>
              <w:t xml:space="preserve"> – Убей негра!» и «</w:t>
            </w:r>
            <w:r>
              <w:t>Jahponica</w:t>
            </w:r>
            <w:r w:rsidRPr="00332DB8">
              <w:rPr>
                <w:lang w:val="ru-RU"/>
              </w:rPr>
              <w:t xml:space="preserve"> убей негра» длительностью 3 мин. 09 сек., размещенных на момент предъявления заявления в суд в сети Интернет на сайтах </w:t>
            </w:r>
            <w:r>
              <w:t>vk</w:t>
            </w:r>
            <w:r w:rsidRPr="00332DB8">
              <w:rPr>
                <w:lang w:val="ru-RU"/>
              </w:rPr>
              <w:t>.</w:t>
            </w:r>
            <w:r>
              <w:t>com</w:t>
            </w:r>
            <w:r w:rsidRPr="00332DB8">
              <w:rPr>
                <w:lang w:val="ru-RU"/>
              </w:rPr>
              <w:t xml:space="preserve">, </w:t>
            </w:r>
            <w:r>
              <w:t>ololo</w:t>
            </w:r>
            <w:r w:rsidRPr="00332DB8">
              <w:rPr>
                <w:lang w:val="ru-RU"/>
              </w:rPr>
              <w:t>.</w:t>
            </w:r>
            <w:r>
              <w:t>fm</w:t>
            </w:r>
            <w:r w:rsidRPr="00332DB8">
              <w:rPr>
                <w:lang w:val="ru-RU"/>
              </w:rPr>
              <w:t xml:space="preserve"> и </w:t>
            </w:r>
            <w:r>
              <w:t>mp</w:t>
            </w:r>
            <w:r w:rsidRPr="00332DB8">
              <w:rPr>
                <w:lang w:val="ru-RU"/>
              </w:rPr>
              <w:t>3</w:t>
            </w:r>
            <w:r>
              <w:t>vega</w:t>
            </w:r>
            <w:r w:rsidRPr="00332DB8">
              <w:rPr>
                <w:lang w:val="ru-RU"/>
              </w:rPr>
              <w:t>.</w:t>
            </w:r>
            <w:r>
              <w:t>com</w:t>
            </w:r>
            <w:r w:rsidRPr="00332DB8">
              <w:rPr>
                <w:lang w:val="ru-RU"/>
              </w:rPr>
              <w:t xml:space="preserve"> по электронным адресам: </w:t>
            </w:r>
            <w:r>
              <w:t>http</w:t>
            </w:r>
            <w:r w:rsidRPr="00332DB8">
              <w:rPr>
                <w:lang w:val="ru-RU"/>
              </w:rPr>
              <w:t>://</w:t>
            </w:r>
            <w:r>
              <w:t>vk</w:t>
            </w:r>
            <w:r w:rsidRPr="00332DB8">
              <w:rPr>
                <w:lang w:val="ru-RU"/>
              </w:rPr>
              <w:t>.</w:t>
            </w:r>
            <w:r>
              <w:t>com</w:t>
            </w:r>
            <w:r w:rsidRPr="00332DB8">
              <w:rPr>
                <w:lang w:val="ru-RU"/>
              </w:rPr>
              <w:t>/</w:t>
            </w:r>
            <w:r>
              <w:t>search</w:t>
            </w:r>
            <w:r w:rsidRPr="00332DB8">
              <w:rPr>
                <w:lang w:val="ru-RU"/>
              </w:rPr>
              <w:t>?</w:t>
            </w:r>
            <w:r>
              <w:t>c</w:t>
            </w:r>
            <w:r w:rsidRPr="00332DB8">
              <w:rPr>
                <w:lang w:val="ru-RU"/>
              </w:rPr>
              <w:t>[</w:t>
            </w:r>
            <w:r>
              <w:t>q</w:t>
            </w:r>
            <w:r w:rsidRPr="00332DB8">
              <w:rPr>
                <w:lang w:val="ru-RU"/>
              </w:rPr>
              <w:t>]=убей негра&amp;</w:t>
            </w:r>
            <w:r>
              <w:t>c</w:t>
            </w:r>
            <w:r w:rsidRPr="00332DB8">
              <w:rPr>
                <w:lang w:val="ru-RU"/>
              </w:rPr>
              <w:t>[</w:t>
            </w:r>
            <w:r>
              <w:t>section</w:t>
            </w:r>
            <w:r w:rsidRPr="00332DB8">
              <w:rPr>
                <w:lang w:val="ru-RU"/>
              </w:rPr>
              <w:t>]=</w:t>
            </w:r>
            <w:r>
              <w:t>audio</w:t>
            </w:r>
            <w:r w:rsidRPr="00332DB8">
              <w:rPr>
                <w:lang w:val="ru-RU"/>
              </w:rPr>
              <w:t xml:space="preserve"> </w:t>
            </w:r>
            <w:r>
              <w:t>http</w:t>
            </w:r>
            <w:r w:rsidRPr="00332DB8">
              <w:rPr>
                <w:lang w:val="ru-RU"/>
              </w:rPr>
              <w:t>://</w:t>
            </w:r>
            <w:r>
              <w:t>ololo</w:t>
            </w:r>
            <w:r w:rsidRPr="00332DB8">
              <w:rPr>
                <w:lang w:val="ru-RU"/>
              </w:rPr>
              <w:t>.</w:t>
            </w:r>
            <w:r>
              <w:t>fm</w:t>
            </w:r>
            <w:r w:rsidRPr="00332DB8">
              <w:rPr>
                <w:lang w:val="ru-RU"/>
              </w:rPr>
              <w:t>/</w:t>
            </w:r>
            <w:r>
              <w:t>search</w:t>
            </w:r>
            <w:r w:rsidRPr="00332DB8">
              <w:rPr>
                <w:lang w:val="ru-RU"/>
              </w:rPr>
              <w:t xml:space="preserve">/убей+негра </w:t>
            </w:r>
            <w:r>
              <w:t>http</w:t>
            </w:r>
            <w:r w:rsidRPr="00332DB8">
              <w:rPr>
                <w:lang w:val="ru-RU"/>
              </w:rPr>
              <w:t>://</w:t>
            </w:r>
            <w:r>
              <w:t>mp</w:t>
            </w:r>
            <w:r w:rsidRPr="00332DB8">
              <w:rPr>
                <w:lang w:val="ru-RU"/>
              </w:rPr>
              <w:t>3</w:t>
            </w:r>
            <w:r>
              <w:t>vega</w:t>
            </w:r>
            <w:r w:rsidRPr="00332DB8">
              <w:rPr>
                <w:lang w:val="ru-RU"/>
              </w:rPr>
              <w:t>.</w:t>
            </w:r>
            <w:r>
              <w:t>com</w:t>
            </w:r>
            <w:r w:rsidRPr="00332DB8">
              <w:rPr>
                <w:lang w:val="ru-RU"/>
              </w:rPr>
              <w:t>/?</w:t>
            </w:r>
            <w:r>
              <w:t>text</w:t>
            </w:r>
            <w:r w:rsidRPr="00332DB8">
              <w:rPr>
                <w:lang w:val="ru-RU"/>
              </w:rPr>
              <w:t>=%</w:t>
            </w:r>
            <w:r>
              <w:t>F</w:t>
            </w:r>
            <w:r w:rsidRPr="00332DB8">
              <w:rPr>
                <w:lang w:val="ru-RU"/>
              </w:rPr>
              <w:t>3%</w:t>
            </w:r>
            <w:r>
              <w:t>E</w:t>
            </w:r>
            <w:r w:rsidRPr="00332DB8">
              <w:rPr>
                <w:lang w:val="ru-RU"/>
              </w:rPr>
              <w:t>1%</w:t>
            </w:r>
            <w:r>
              <w:t>E</w:t>
            </w:r>
            <w:r w:rsidRPr="00332DB8">
              <w:rPr>
                <w:lang w:val="ru-RU"/>
              </w:rPr>
              <w:t>5%</w:t>
            </w:r>
            <w:r>
              <w:t>E</w:t>
            </w:r>
            <w:r w:rsidRPr="00332DB8">
              <w:rPr>
                <w:lang w:val="ru-RU"/>
              </w:rPr>
              <w:t>9+%</w:t>
            </w:r>
            <w:r>
              <w:t>ED</w:t>
            </w:r>
            <w:r w:rsidRPr="00332DB8">
              <w:rPr>
                <w:lang w:val="ru-RU"/>
              </w:rPr>
              <w:t>%</w:t>
            </w:r>
            <w:r>
              <w:t>E</w:t>
            </w:r>
            <w:r w:rsidRPr="00332DB8">
              <w:rPr>
                <w:lang w:val="ru-RU"/>
              </w:rPr>
              <w:t>5%</w:t>
            </w:r>
            <w:r>
              <w:t>E</w:t>
            </w:r>
            <w:r w:rsidRPr="00332DB8">
              <w:rPr>
                <w:lang w:val="ru-RU"/>
              </w:rPr>
              <w:t>3%</w:t>
            </w:r>
            <w:r>
              <w:t>F</w:t>
            </w:r>
            <w:r w:rsidRPr="00332DB8">
              <w:rPr>
                <w:lang w:val="ru-RU"/>
              </w:rPr>
              <w:t>0%</w:t>
            </w:r>
            <w:r>
              <w:t>E</w:t>
            </w:r>
            <w:r w:rsidRPr="00332DB8">
              <w:rPr>
                <w:lang w:val="ru-RU"/>
              </w:rPr>
              <w:t>0 (решение Октябрьского районного суда города Санкт-Петербурга от 16.10.2014);</w:t>
            </w:r>
          </w:p>
        </w:tc>
        <w:tc>
          <w:tcPr>
            <w:tcW w:w="2880" w:type="dxa"/>
          </w:tcPr>
          <w:p w:rsidR="006F7457" w:rsidRPr="00332DB8" w:rsidRDefault="006F7457">
            <w:pPr>
              <w:rPr>
                <w:lang w:val="ru-RU"/>
              </w:rPr>
            </w:pPr>
          </w:p>
        </w:tc>
      </w:tr>
      <w:tr w:rsidR="006F7457" w:rsidRPr="005A424D">
        <w:tc>
          <w:tcPr>
            <w:tcW w:w="2880" w:type="dxa"/>
          </w:tcPr>
          <w:p w:rsidR="006F7457" w:rsidRDefault="00332DB8">
            <w:r>
              <w:t>2619.</w:t>
            </w:r>
          </w:p>
        </w:tc>
        <w:tc>
          <w:tcPr>
            <w:tcW w:w="2880" w:type="dxa"/>
          </w:tcPr>
          <w:p w:rsidR="006F7457" w:rsidRPr="00332DB8" w:rsidRDefault="00332DB8">
            <w:pPr>
              <w:rPr>
                <w:lang w:val="ru-RU"/>
              </w:rPr>
            </w:pPr>
            <w:r w:rsidRPr="00332DB8">
              <w:rPr>
                <w:lang w:val="ru-RU"/>
              </w:rPr>
              <w:t>Текст аудиозаписи «</w:t>
            </w:r>
            <w:r>
              <w:t>Vehtor</w:t>
            </w:r>
            <w:r w:rsidRPr="00332DB8">
              <w:rPr>
                <w:lang w:val="ru-RU"/>
              </w:rPr>
              <w:t xml:space="preserve"> </w:t>
            </w:r>
            <w:r>
              <w:t>Tsoy</w:t>
            </w:r>
            <w:r w:rsidRPr="00332DB8">
              <w:rPr>
                <w:lang w:val="ru-RU"/>
              </w:rPr>
              <w:t xml:space="preserve"> «</w:t>
            </w:r>
            <w:r>
              <w:t>VT</w:t>
            </w:r>
            <w:r w:rsidRPr="00332DB8">
              <w:rPr>
                <w:lang w:val="ru-RU"/>
              </w:rPr>
              <w:t xml:space="preserve">» – Видишь негра – убей негра!» длительностью 1 мин. 20 сек., размещенной в сети Интернет на сайтах </w:t>
            </w:r>
            <w:r>
              <w:t>vk</w:t>
            </w:r>
            <w:r w:rsidRPr="00332DB8">
              <w:rPr>
                <w:lang w:val="ru-RU"/>
              </w:rPr>
              <w:t>.</w:t>
            </w:r>
            <w:r>
              <w:t>com</w:t>
            </w:r>
            <w:r w:rsidRPr="00332DB8">
              <w:rPr>
                <w:lang w:val="ru-RU"/>
              </w:rPr>
              <w:t xml:space="preserve">, </w:t>
            </w:r>
            <w:r>
              <w:t>ololo</w:t>
            </w:r>
            <w:r w:rsidRPr="00332DB8">
              <w:rPr>
                <w:lang w:val="ru-RU"/>
              </w:rPr>
              <w:t>.</w:t>
            </w:r>
            <w:r>
              <w:t>fm</w:t>
            </w:r>
            <w:r w:rsidRPr="00332DB8">
              <w:rPr>
                <w:lang w:val="ru-RU"/>
              </w:rPr>
              <w:t xml:space="preserve"> и </w:t>
            </w:r>
            <w:r>
              <w:t>mp</w:t>
            </w:r>
            <w:r w:rsidRPr="00332DB8">
              <w:rPr>
                <w:lang w:val="ru-RU"/>
              </w:rPr>
              <w:t>3</w:t>
            </w:r>
            <w:r>
              <w:t>vega</w:t>
            </w:r>
            <w:r w:rsidRPr="00332DB8">
              <w:rPr>
                <w:lang w:val="ru-RU"/>
              </w:rPr>
              <w:t>.</w:t>
            </w:r>
            <w:r>
              <w:t>com</w:t>
            </w:r>
            <w:r w:rsidRPr="00332DB8">
              <w:rPr>
                <w:lang w:val="ru-RU"/>
              </w:rPr>
              <w:t xml:space="preserve"> по электронным адресам: </w:t>
            </w:r>
            <w:r>
              <w:t>http</w:t>
            </w:r>
            <w:r w:rsidRPr="00332DB8">
              <w:rPr>
                <w:lang w:val="ru-RU"/>
              </w:rPr>
              <w:t>://</w:t>
            </w:r>
            <w:r>
              <w:t>ololo</w:t>
            </w:r>
            <w:r w:rsidRPr="00332DB8">
              <w:rPr>
                <w:lang w:val="ru-RU"/>
              </w:rPr>
              <w:t>.</w:t>
            </w:r>
            <w:r>
              <w:t>fm</w:t>
            </w:r>
            <w:r w:rsidRPr="00332DB8">
              <w:rPr>
                <w:lang w:val="ru-RU"/>
              </w:rPr>
              <w:t>/</w:t>
            </w:r>
            <w:r>
              <w:t>search</w:t>
            </w:r>
            <w:r w:rsidRPr="00332DB8">
              <w:rPr>
                <w:lang w:val="ru-RU"/>
              </w:rPr>
              <w:t xml:space="preserve">/убей+негра </w:t>
            </w:r>
            <w:r>
              <w:t>http</w:t>
            </w:r>
            <w:r w:rsidRPr="00332DB8">
              <w:rPr>
                <w:lang w:val="ru-RU"/>
              </w:rPr>
              <w:t>://</w:t>
            </w:r>
            <w:r>
              <w:t>vk</w:t>
            </w:r>
            <w:r w:rsidRPr="00332DB8">
              <w:rPr>
                <w:lang w:val="ru-RU"/>
              </w:rPr>
              <w:t>.</w:t>
            </w:r>
            <w:r>
              <w:t>com</w:t>
            </w:r>
            <w:r w:rsidRPr="00332DB8">
              <w:rPr>
                <w:lang w:val="ru-RU"/>
              </w:rPr>
              <w:t>/</w:t>
            </w:r>
            <w:r>
              <w:t>search</w:t>
            </w:r>
            <w:r w:rsidRPr="00332DB8">
              <w:rPr>
                <w:lang w:val="ru-RU"/>
              </w:rPr>
              <w:t>?</w:t>
            </w:r>
            <w:r>
              <w:t>c</w:t>
            </w:r>
            <w:r w:rsidRPr="00332DB8">
              <w:rPr>
                <w:lang w:val="ru-RU"/>
              </w:rPr>
              <w:t>[</w:t>
            </w:r>
            <w:r>
              <w:t>q</w:t>
            </w:r>
            <w:r w:rsidRPr="00332DB8">
              <w:rPr>
                <w:lang w:val="ru-RU"/>
              </w:rPr>
              <w:t>]=убей негра&amp;</w:t>
            </w:r>
            <w:r>
              <w:t>c</w:t>
            </w:r>
            <w:r w:rsidRPr="00332DB8">
              <w:rPr>
                <w:lang w:val="ru-RU"/>
              </w:rPr>
              <w:t>[</w:t>
            </w:r>
            <w:r>
              <w:t>section</w:t>
            </w:r>
            <w:r w:rsidRPr="00332DB8">
              <w:rPr>
                <w:lang w:val="ru-RU"/>
              </w:rPr>
              <w:t>]=</w:t>
            </w:r>
            <w:r>
              <w:t>audio</w:t>
            </w:r>
            <w:r w:rsidRPr="00332DB8">
              <w:rPr>
                <w:lang w:val="ru-RU"/>
              </w:rPr>
              <w:t xml:space="preserve"> </w:t>
            </w:r>
            <w:r>
              <w:t>http</w:t>
            </w:r>
            <w:r w:rsidRPr="00332DB8">
              <w:rPr>
                <w:lang w:val="ru-RU"/>
              </w:rPr>
              <w:t>://</w:t>
            </w:r>
            <w:r>
              <w:t>mp</w:t>
            </w:r>
            <w:r w:rsidRPr="00332DB8">
              <w:rPr>
                <w:lang w:val="ru-RU"/>
              </w:rPr>
              <w:t>3</w:t>
            </w:r>
            <w:r>
              <w:t>vega</w:t>
            </w:r>
            <w:r w:rsidRPr="00332DB8">
              <w:rPr>
                <w:lang w:val="ru-RU"/>
              </w:rPr>
              <w:t>.</w:t>
            </w:r>
            <w:r>
              <w:t>com</w:t>
            </w:r>
            <w:r w:rsidRPr="00332DB8">
              <w:rPr>
                <w:lang w:val="ru-RU"/>
              </w:rPr>
              <w:t>/?</w:t>
            </w:r>
            <w:r>
              <w:t>text</w:t>
            </w:r>
            <w:r w:rsidRPr="00332DB8">
              <w:rPr>
                <w:lang w:val="ru-RU"/>
              </w:rPr>
              <w:t>=%</w:t>
            </w:r>
            <w:r>
              <w:t>F</w:t>
            </w:r>
            <w:r w:rsidRPr="00332DB8">
              <w:rPr>
                <w:lang w:val="ru-RU"/>
              </w:rPr>
              <w:t>3%</w:t>
            </w:r>
            <w:r>
              <w:t>E</w:t>
            </w:r>
            <w:r w:rsidRPr="00332DB8">
              <w:rPr>
                <w:lang w:val="ru-RU"/>
              </w:rPr>
              <w:t>1%</w:t>
            </w:r>
            <w:r>
              <w:t>E</w:t>
            </w:r>
            <w:r w:rsidRPr="00332DB8">
              <w:rPr>
                <w:lang w:val="ru-RU"/>
              </w:rPr>
              <w:t>5%</w:t>
            </w:r>
            <w:r>
              <w:t>E</w:t>
            </w:r>
            <w:r w:rsidRPr="00332DB8">
              <w:rPr>
                <w:lang w:val="ru-RU"/>
              </w:rPr>
              <w:t>9+%</w:t>
            </w:r>
            <w:r>
              <w:t>ED</w:t>
            </w:r>
            <w:r w:rsidRPr="00332DB8">
              <w:rPr>
                <w:lang w:val="ru-RU"/>
              </w:rPr>
              <w:t>%</w:t>
            </w:r>
            <w:r>
              <w:t>E</w:t>
            </w:r>
            <w:r w:rsidRPr="00332DB8">
              <w:rPr>
                <w:lang w:val="ru-RU"/>
              </w:rPr>
              <w:t>5%</w:t>
            </w:r>
            <w:r>
              <w:t>E</w:t>
            </w:r>
            <w:r w:rsidRPr="00332DB8">
              <w:rPr>
                <w:lang w:val="ru-RU"/>
              </w:rPr>
              <w:t>3%</w:t>
            </w:r>
            <w:r>
              <w:t>F</w:t>
            </w:r>
            <w:r w:rsidRPr="00332DB8">
              <w:rPr>
                <w:lang w:val="ru-RU"/>
              </w:rPr>
              <w:t>0%</w:t>
            </w:r>
            <w:r>
              <w:t>E</w:t>
            </w:r>
            <w:r w:rsidRPr="00332DB8">
              <w:rPr>
                <w:lang w:val="ru-RU"/>
              </w:rPr>
              <w:t>0 (решение Октябрьского районного суда города Санкт-Петербурга от 16.10.2014);</w:t>
            </w:r>
          </w:p>
        </w:tc>
        <w:tc>
          <w:tcPr>
            <w:tcW w:w="2880" w:type="dxa"/>
          </w:tcPr>
          <w:p w:rsidR="006F7457" w:rsidRPr="00332DB8" w:rsidRDefault="006F7457">
            <w:pPr>
              <w:rPr>
                <w:lang w:val="ru-RU"/>
              </w:rPr>
            </w:pPr>
          </w:p>
        </w:tc>
      </w:tr>
      <w:tr w:rsidR="006F7457" w:rsidRPr="005A424D">
        <w:tc>
          <w:tcPr>
            <w:tcW w:w="2880" w:type="dxa"/>
          </w:tcPr>
          <w:p w:rsidR="006F7457" w:rsidRDefault="00332DB8">
            <w:r>
              <w:t>262</w:t>
            </w:r>
            <w:r>
              <w:lastRenderedPageBreak/>
              <w:t>0.</w:t>
            </w:r>
          </w:p>
        </w:tc>
        <w:tc>
          <w:tcPr>
            <w:tcW w:w="2880" w:type="dxa"/>
          </w:tcPr>
          <w:p w:rsidR="006F7457" w:rsidRPr="00332DB8" w:rsidRDefault="00332DB8">
            <w:pPr>
              <w:rPr>
                <w:lang w:val="ru-RU"/>
              </w:rPr>
            </w:pPr>
            <w:r w:rsidRPr="00332DB8">
              <w:rPr>
                <w:lang w:val="ru-RU"/>
              </w:rPr>
              <w:lastRenderedPageBreak/>
              <w:t xml:space="preserve">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w:t>
            </w:r>
            <w:r>
              <w:t>http</w:t>
            </w:r>
            <w:r w:rsidRPr="00332DB8">
              <w:rPr>
                <w:lang w:val="ru-RU"/>
              </w:rPr>
              <w:t>://</w:t>
            </w:r>
            <w:r>
              <w:t>vk</w:t>
            </w:r>
            <w:r w:rsidRPr="00332DB8">
              <w:rPr>
                <w:lang w:val="ru-RU"/>
              </w:rPr>
              <w:t>.</w:t>
            </w:r>
            <w:r>
              <w:t>com</w:t>
            </w:r>
            <w:r w:rsidRPr="00332DB8">
              <w:rPr>
                <w:lang w:val="ru-RU"/>
              </w:rPr>
              <w:t>/</w:t>
            </w:r>
            <w:r>
              <w:t>search</w:t>
            </w:r>
            <w:r w:rsidRPr="00332DB8">
              <w:rPr>
                <w:lang w:val="ru-RU"/>
              </w:rPr>
              <w:t>?</w:t>
            </w:r>
            <w:r>
              <w:t>c</w:t>
            </w:r>
            <w:r w:rsidRPr="00332DB8">
              <w:rPr>
                <w:lang w:val="ru-RU"/>
              </w:rPr>
              <w:t>[</w:t>
            </w:r>
            <w:r>
              <w:t>q</w:t>
            </w:r>
            <w:r w:rsidRPr="00332DB8">
              <w:rPr>
                <w:lang w:val="ru-RU"/>
              </w:rPr>
              <w:t>]=убей хача порадуй маму&amp;с[</w:t>
            </w:r>
            <w:r>
              <w:t>section</w:t>
            </w:r>
            <w:r w:rsidRPr="00332DB8">
              <w:rPr>
                <w:lang w:val="ru-RU"/>
              </w:rPr>
              <w:t>]=</w:t>
            </w:r>
            <w:r>
              <w:t>audio</w:t>
            </w:r>
            <w:r w:rsidRPr="00332DB8">
              <w:rPr>
                <w:lang w:val="ru-RU"/>
              </w:rPr>
              <w:t xml:space="preserve"> (решение </w:t>
            </w:r>
            <w:r w:rsidRPr="00332DB8">
              <w:rPr>
                <w:lang w:val="ru-RU"/>
              </w:rPr>
              <w:lastRenderedPageBreak/>
              <w:t>Октябрьского районного суда города Санкт-Петербурга от 19.11.2014).</w:t>
            </w:r>
          </w:p>
        </w:tc>
        <w:tc>
          <w:tcPr>
            <w:tcW w:w="2880" w:type="dxa"/>
          </w:tcPr>
          <w:p w:rsidR="006F7457" w:rsidRPr="00332DB8" w:rsidRDefault="006F7457">
            <w:pPr>
              <w:rPr>
                <w:lang w:val="ru-RU"/>
              </w:rPr>
            </w:pPr>
          </w:p>
        </w:tc>
      </w:tr>
      <w:tr w:rsidR="006F7457">
        <w:tc>
          <w:tcPr>
            <w:tcW w:w="2880" w:type="dxa"/>
          </w:tcPr>
          <w:p w:rsidR="006F7457" w:rsidRDefault="00332DB8">
            <w:r>
              <w:lastRenderedPageBreak/>
              <w:t>2621.</w:t>
            </w:r>
          </w:p>
        </w:tc>
        <w:tc>
          <w:tcPr>
            <w:tcW w:w="2880" w:type="dxa"/>
          </w:tcPr>
          <w:p w:rsidR="006F7457" w:rsidRDefault="00332DB8">
            <w:r w:rsidRPr="00332DB8">
              <w:rPr>
                <w:lang w:val="ru-RU"/>
              </w:rPr>
              <w:t xml:space="preserve">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w:t>
            </w:r>
            <w:r>
              <w:t>http</w:t>
            </w:r>
            <w:r w:rsidRPr="00332DB8">
              <w:rPr>
                <w:lang w:val="ru-RU"/>
              </w:rPr>
              <w:t>//:</w:t>
            </w:r>
            <w:r>
              <w:t>vk</w:t>
            </w:r>
            <w:r w:rsidRPr="00332DB8">
              <w:rPr>
                <w:lang w:val="ru-RU"/>
              </w:rPr>
              <w:t>.</w:t>
            </w:r>
            <w:r>
              <w:t>com</w:t>
            </w:r>
            <w:r w:rsidRPr="00332DB8">
              <w:rPr>
                <w:lang w:val="ru-RU"/>
              </w:rPr>
              <w:t>/</w:t>
            </w:r>
            <w:r>
              <w:t>i</w:t>
            </w:r>
            <w:r w:rsidRPr="00332DB8">
              <w:rPr>
                <w:lang w:val="ru-RU"/>
              </w:rPr>
              <w:t>_</w:t>
            </w:r>
            <w:r>
              <w:t>love</w:t>
            </w:r>
            <w:r w:rsidRPr="00332DB8">
              <w:rPr>
                <w:lang w:val="ru-RU"/>
              </w:rPr>
              <w:t>_</w:t>
            </w:r>
            <w:r>
              <w:t>irish</w:t>
            </w:r>
            <w:r w:rsidRPr="00332DB8">
              <w:rPr>
                <w:lang w:val="ru-RU"/>
              </w:rPr>
              <w:t>96</w:t>
            </w:r>
            <w:r>
              <w:t>i</w:t>
            </w:r>
            <w:r w:rsidRPr="00332DB8">
              <w:rPr>
                <w:lang w:val="ru-RU"/>
              </w:rPr>
              <w:t xml:space="preserve">; аудиозапись песни под названием «Гимн Антифа – все мы гордый горный народ…» </w:t>
            </w:r>
            <w:r>
              <w:t>(решение Кировского районного суда г. Саратова от 26.11.2014);</w:t>
            </w:r>
          </w:p>
        </w:tc>
        <w:tc>
          <w:tcPr>
            <w:tcW w:w="2880" w:type="dxa"/>
          </w:tcPr>
          <w:p w:rsidR="006F7457" w:rsidRDefault="006F7457"/>
        </w:tc>
      </w:tr>
      <w:tr w:rsidR="006F7457" w:rsidRPr="005A424D">
        <w:tc>
          <w:tcPr>
            <w:tcW w:w="2880" w:type="dxa"/>
          </w:tcPr>
          <w:p w:rsidR="006F7457" w:rsidRDefault="00332DB8">
            <w:r>
              <w:t>2622.</w:t>
            </w:r>
          </w:p>
        </w:tc>
        <w:tc>
          <w:tcPr>
            <w:tcW w:w="2880" w:type="dxa"/>
          </w:tcPr>
          <w:p w:rsidR="006F7457" w:rsidRPr="00332DB8" w:rsidRDefault="00332DB8">
            <w:pPr>
              <w:rPr>
                <w:lang w:val="ru-RU"/>
              </w:rPr>
            </w:pPr>
            <w:r w:rsidRPr="00332DB8">
              <w:rPr>
                <w:lang w:val="ru-RU"/>
              </w:rPr>
              <w:t>Информационные материалы, размещенные в телекоммуникационной сети «Интернет» на странице в социальной сети «ВКонтакте» Куликова Д… Ю… (</w:t>
            </w:r>
            <w:r>
              <w:t>VK</w:t>
            </w:r>
            <w:r w:rsidRPr="00332DB8">
              <w:rPr>
                <w:lang w:val="ru-RU"/>
              </w:rPr>
              <w:t>.</w:t>
            </w:r>
            <w:r>
              <w:t>com</w:t>
            </w:r>
            <w:r w:rsidRPr="00332DB8">
              <w:rPr>
                <w:lang w:val="ru-RU"/>
              </w:rPr>
              <w:t>/</w:t>
            </w:r>
            <w:r>
              <w:t>dmitry</w:t>
            </w:r>
            <w:r w:rsidRPr="00332DB8">
              <w:rPr>
                <w:lang w:val="ru-RU"/>
              </w:rPr>
              <w:t>_</w:t>
            </w:r>
            <w:r>
              <w:t>rusich</w:t>
            </w:r>
            <w:r w:rsidRPr="00332DB8">
              <w:rPr>
                <w:lang w:val="ru-RU"/>
              </w:rPr>
              <w:t>):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2880" w:type="dxa"/>
          </w:tcPr>
          <w:p w:rsidR="006F7457" w:rsidRPr="00332DB8" w:rsidRDefault="006F7457">
            <w:pPr>
              <w:rPr>
                <w:lang w:val="ru-RU"/>
              </w:rPr>
            </w:pPr>
          </w:p>
        </w:tc>
      </w:tr>
      <w:tr w:rsidR="006F7457" w:rsidRPr="005A424D">
        <w:tc>
          <w:tcPr>
            <w:tcW w:w="2880" w:type="dxa"/>
          </w:tcPr>
          <w:p w:rsidR="006F7457" w:rsidRDefault="00332DB8">
            <w:r>
              <w:t>2623.</w:t>
            </w:r>
          </w:p>
        </w:tc>
        <w:tc>
          <w:tcPr>
            <w:tcW w:w="2880" w:type="dxa"/>
          </w:tcPr>
          <w:p w:rsidR="006F7457" w:rsidRPr="00332DB8" w:rsidRDefault="00332DB8">
            <w:pPr>
              <w:rPr>
                <w:lang w:val="ru-RU"/>
              </w:rPr>
            </w:pPr>
            <w:r w:rsidRPr="00332DB8">
              <w:rPr>
                <w:lang w:val="ru-RU"/>
              </w:rPr>
              <w:t xml:space="preserve">Видеоролик митинга, состоявшегося 30 ноября 2013 года в г. Махачкале, текст комментариев пользователей, размещенных на интернет сайте </w:t>
            </w:r>
            <w:r>
              <w:t>http</w:t>
            </w:r>
            <w:r w:rsidRPr="00332DB8">
              <w:rPr>
                <w:lang w:val="ru-RU"/>
              </w:rPr>
              <w:t>://</w:t>
            </w:r>
            <w:r>
              <w:t>www</w:t>
            </w:r>
            <w:r w:rsidRPr="00332DB8">
              <w:rPr>
                <w:lang w:val="ru-RU"/>
              </w:rPr>
              <w:t>.</w:t>
            </w:r>
            <w:r>
              <w:t>yaplakal</w:t>
            </w:r>
            <w:r w:rsidRPr="00332DB8">
              <w:rPr>
                <w:lang w:val="ru-RU"/>
              </w:rPr>
              <w:t>.</w:t>
            </w:r>
            <w:r>
              <w:t>com</w:t>
            </w:r>
            <w:r w:rsidRPr="00332DB8">
              <w:rPr>
                <w:lang w:val="ru-RU"/>
              </w:rPr>
              <w:t>/</w:t>
            </w:r>
            <w:r>
              <w:t>forum</w:t>
            </w:r>
            <w:r w:rsidRPr="00332DB8">
              <w:rPr>
                <w:lang w:val="ru-RU"/>
              </w:rPr>
              <w:t>3/</w:t>
            </w:r>
            <w:r>
              <w:t>topic</w:t>
            </w:r>
            <w:r w:rsidRPr="00332DB8">
              <w:rPr>
                <w:lang w:val="ru-RU"/>
              </w:rPr>
              <w:t>718925/</w:t>
            </w:r>
            <w:r>
              <w:t>html</w:t>
            </w:r>
            <w:r w:rsidRPr="00332DB8">
              <w:rPr>
                <w:lang w:val="ru-RU"/>
              </w:rPr>
              <w:t xml:space="preserve"> (решение Тверского районного суда г. Москвы от 17.09.2014);</w:t>
            </w:r>
          </w:p>
        </w:tc>
        <w:tc>
          <w:tcPr>
            <w:tcW w:w="2880" w:type="dxa"/>
          </w:tcPr>
          <w:p w:rsidR="006F7457" w:rsidRPr="00332DB8" w:rsidRDefault="006F7457">
            <w:pPr>
              <w:rPr>
                <w:lang w:val="ru-RU"/>
              </w:rPr>
            </w:pPr>
          </w:p>
        </w:tc>
      </w:tr>
      <w:tr w:rsidR="006F7457">
        <w:tc>
          <w:tcPr>
            <w:tcW w:w="2880" w:type="dxa"/>
          </w:tcPr>
          <w:p w:rsidR="006F7457" w:rsidRDefault="00332DB8">
            <w:r>
              <w:t>2624.</w:t>
            </w:r>
          </w:p>
        </w:tc>
        <w:tc>
          <w:tcPr>
            <w:tcW w:w="2880" w:type="dxa"/>
          </w:tcPr>
          <w:p w:rsidR="006F7457" w:rsidRDefault="00332DB8">
            <w:r w:rsidRPr="00332DB8">
              <w:rPr>
                <w:lang w:val="ru-RU"/>
              </w:rPr>
              <w:t xml:space="preserve">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w:t>
            </w:r>
            <w:r>
              <w:t>02 мин. 23 сек. (решение Ленинского районного суда г. Курска от 20.11.2014);</w:t>
            </w:r>
          </w:p>
        </w:tc>
        <w:tc>
          <w:tcPr>
            <w:tcW w:w="2880" w:type="dxa"/>
          </w:tcPr>
          <w:p w:rsidR="006F7457" w:rsidRDefault="006F7457"/>
        </w:tc>
      </w:tr>
      <w:tr w:rsidR="006F7457" w:rsidRPr="005A424D">
        <w:tc>
          <w:tcPr>
            <w:tcW w:w="2880" w:type="dxa"/>
          </w:tcPr>
          <w:p w:rsidR="006F7457" w:rsidRDefault="00332DB8">
            <w:r>
              <w:t>2625.</w:t>
            </w:r>
          </w:p>
        </w:tc>
        <w:tc>
          <w:tcPr>
            <w:tcW w:w="2880" w:type="dxa"/>
          </w:tcPr>
          <w:p w:rsidR="006F7457" w:rsidRPr="00332DB8" w:rsidRDefault="00332DB8">
            <w:pPr>
              <w:rPr>
                <w:lang w:val="ru-RU"/>
              </w:rPr>
            </w:pPr>
            <w:r w:rsidRPr="00332DB8">
              <w:rPr>
                <w:lang w:val="ru-RU"/>
              </w:rPr>
              <w:t xml:space="preserve">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w:t>
            </w:r>
            <w:r w:rsidRPr="00332DB8">
              <w:rPr>
                <w:lang w:val="ru-RU"/>
              </w:rPr>
              <w:lastRenderedPageBreak/>
              <w:t>«Вестник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w:t>
            </w:r>
            <w:r>
              <w:t>NOVITA</w:t>
            </w:r>
            <w:r w:rsidRPr="00332DB8">
              <w:rPr>
                <w:lang w:val="ru-RU"/>
              </w:rPr>
              <w:t xml:space="preserve"> </w:t>
            </w:r>
            <w:r>
              <w:t>ZINE</w:t>
            </w:r>
            <w:r w:rsidRPr="00332DB8">
              <w:rPr>
                <w:lang w:val="ru-RU"/>
              </w:rPr>
              <w:t>»;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2626.</w:t>
            </w:r>
          </w:p>
        </w:tc>
        <w:tc>
          <w:tcPr>
            <w:tcW w:w="2880" w:type="dxa"/>
          </w:tcPr>
          <w:p w:rsidR="006F7457" w:rsidRPr="00332DB8" w:rsidRDefault="00332DB8">
            <w:pPr>
              <w:rPr>
                <w:lang w:val="ru-RU"/>
              </w:rPr>
            </w:pPr>
            <w:r w:rsidRPr="00332DB8">
              <w:rPr>
                <w:lang w:val="ru-RU"/>
              </w:rPr>
              <w:t>Высказывания, обнаруженные в глобальной телекоммуникационной сети Интернет в социальной сети «</w:t>
            </w:r>
            <w:r>
              <w:t>VK</w:t>
            </w:r>
            <w:r w:rsidRPr="00332DB8">
              <w:rPr>
                <w:lang w:val="ru-RU"/>
              </w:rPr>
              <w:t xml:space="preserve">» на странице пользователя под вымышленным именем «Амина Аль-Къ,арачай»,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214855024#</w:t>
            </w:r>
            <w:r>
              <w:t>id</w:t>
            </w:r>
            <w:r w:rsidRPr="00332DB8">
              <w:rPr>
                <w:lang w:val="ru-RU"/>
              </w:rPr>
              <w:t>194074157 (решение Черкесского городского суда Карачаево-Черкесской Республики от 30.07.2014);</w:t>
            </w:r>
          </w:p>
        </w:tc>
        <w:tc>
          <w:tcPr>
            <w:tcW w:w="2880" w:type="dxa"/>
          </w:tcPr>
          <w:p w:rsidR="006F7457" w:rsidRPr="00332DB8" w:rsidRDefault="006F7457">
            <w:pPr>
              <w:rPr>
                <w:lang w:val="ru-RU"/>
              </w:rPr>
            </w:pPr>
          </w:p>
        </w:tc>
      </w:tr>
      <w:tr w:rsidR="006F7457" w:rsidRPr="005A424D">
        <w:tc>
          <w:tcPr>
            <w:tcW w:w="2880" w:type="dxa"/>
          </w:tcPr>
          <w:p w:rsidR="006F7457" w:rsidRDefault="00332DB8">
            <w:r>
              <w:t>2627.</w:t>
            </w:r>
          </w:p>
        </w:tc>
        <w:tc>
          <w:tcPr>
            <w:tcW w:w="2880" w:type="dxa"/>
          </w:tcPr>
          <w:p w:rsidR="006F7457" w:rsidRPr="00332DB8" w:rsidRDefault="00332DB8">
            <w:pPr>
              <w:rPr>
                <w:lang w:val="ru-RU"/>
              </w:rPr>
            </w:pPr>
            <w:r w:rsidRPr="00332DB8">
              <w:rPr>
                <w:lang w:val="ru-RU"/>
              </w:rPr>
              <w:t>Видеоролик, обнаруженный в глобальной телекоммуникационной сети Интернет в социальной сети «</w:t>
            </w:r>
            <w:r>
              <w:t>VK</w:t>
            </w:r>
            <w:r w:rsidRPr="00332DB8">
              <w:rPr>
                <w:lang w:val="ru-RU"/>
              </w:rPr>
              <w:t xml:space="preserve">» на странице пользователя под ником «Анзор Гедугов» по электронному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176825892 165656563 (решение Черкесского городского суда Карачаево-Черкесской Республики от 30.07.2014);</w:t>
            </w:r>
          </w:p>
        </w:tc>
        <w:tc>
          <w:tcPr>
            <w:tcW w:w="2880" w:type="dxa"/>
          </w:tcPr>
          <w:p w:rsidR="006F7457" w:rsidRPr="00332DB8" w:rsidRDefault="006F7457">
            <w:pPr>
              <w:rPr>
                <w:lang w:val="ru-RU"/>
              </w:rPr>
            </w:pPr>
          </w:p>
        </w:tc>
      </w:tr>
      <w:tr w:rsidR="006F7457" w:rsidRPr="005A424D">
        <w:tc>
          <w:tcPr>
            <w:tcW w:w="2880" w:type="dxa"/>
          </w:tcPr>
          <w:p w:rsidR="006F7457" w:rsidRDefault="00332DB8">
            <w:r>
              <w:t>2628.</w:t>
            </w:r>
          </w:p>
        </w:tc>
        <w:tc>
          <w:tcPr>
            <w:tcW w:w="2880" w:type="dxa"/>
          </w:tcPr>
          <w:p w:rsidR="006F7457" w:rsidRPr="00332DB8" w:rsidRDefault="00332DB8">
            <w:pPr>
              <w:rPr>
                <w:lang w:val="ru-RU"/>
              </w:rPr>
            </w:pPr>
            <w:r w:rsidRPr="00332DB8">
              <w:rPr>
                <w:lang w:val="ru-RU"/>
              </w:rPr>
              <w:t>Текстовое сообщение «СЖИГАТЬ ЧУРОК НА КОСТРЕ! ПРЕДВАРИТЕЛЬНО ОБЛИВ БЕНЗИНОМ», размещенное на электронной странице в сети Интернет «Клопс.</w:t>
            </w:r>
            <w:r>
              <w:t>Ru</w:t>
            </w:r>
            <w:r w:rsidRPr="00332DB8">
              <w:rPr>
                <w:lang w:val="ru-RU"/>
              </w:rPr>
              <w:t xml:space="preserve"> – новости Калининграда» </w:t>
            </w:r>
            <w:r>
              <w:t>http</w:t>
            </w:r>
            <w:r w:rsidRPr="00332DB8">
              <w:rPr>
                <w:lang w:val="ru-RU"/>
              </w:rPr>
              <w:t>://</w:t>
            </w:r>
            <w:r>
              <w:t>vk</w:t>
            </w:r>
            <w:r w:rsidRPr="00332DB8">
              <w:rPr>
                <w:lang w:val="ru-RU"/>
              </w:rPr>
              <w:t>.</w:t>
            </w:r>
            <w:r>
              <w:t>com</w:t>
            </w:r>
            <w:r w:rsidRPr="00332DB8">
              <w:rPr>
                <w:lang w:val="ru-RU"/>
              </w:rPr>
              <w:t>/</w:t>
            </w:r>
            <w:r>
              <w:t>klops</w:t>
            </w:r>
            <w:r w:rsidRPr="00332DB8">
              <w:rPr>
                <w:lang w:val="ru-RU"/>
              </w:rPr>
              <w:t>39 (решение Московского районного суда г. Калининграда от 29.10.2014);</w:t>
            </w:r>
          </w:p>
        </w:tc>
        <w:tc>
          <w:tcPr>
            <w:tcW w:w="2880" w:type="dxa"/>
          </w:tcPr>
          <w:p w:rsidR="006F7457" w:rsidRPr="00332DB8" w:rsidRDefault="006F7457">
            <w:pPr>
              <w:rPr>
                <w:lang w:val="ru-RU"/>
              </w:rPr>
            </w:pPr>
          </w:p>
        </w:tc>
      </w:tr>
      <w:tr w:rsidR="006F7457">
        <w:tc>
          <w:tcPr>
            <w:tcW w:w="2880" w:type="dxa"/>
          </w:tcPr>
          <w:p w:rsidR="006F7457" w:rsidRDefault="00332DB8">
            <w:r>
              <w:t>2629.</w:t>
            </w:r>
          </w:p>
        </w:tc>
        <w:tc>
          <w:tcPr>
            <w:tcW w:w="2880" w:type="dxa"/>
          </w:tcPr>
          <w:p w:rsidR="006F7457" w:rsidRDefault="00332DB8">
            <w:r w:rsidRPr="00332DB8">
              <w:rPr>
                <w:lang w:val="ru-RU"/>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136271094, следующие видеоматериалы (видеоролики): - «1488.</w:t>
            </w:r>
            <w:r>
              <w:t>mp</w:t>
            </w:r>
            <w:r w:rsidRPr="00332DB8">
              <w:rPr>
                <w:lang w:val="ru-RU"/>
              </w:rPr>
              <w:t>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w:t>
            </w:r>
            <w:r>
              <w:t>FORMAT</w:t>
            </w:r>
            <w:r w:rsidRPr="00332DB8">
              <w:rPr>
                <w:lang w:val="ru-RU"/>
              </w:rPr>
              <w:t>-18 – день здоровья.</w:t>
            </w:r>
            <w:r>
              <w:t>mp</w:t>
            </w:r>
            <w:r w:rsidRPr="00332DB8">
              <w:rPr>
                <w:lang w:val="ru-RU"/>
              </w:rPr>
              <w:t xml:space="preserve">4» – видеофонограмма продолжительностью 00 мин. 49 сек. Начинается заставкой – статическое изображение: </w:t>
            </w:r>
            <w:r w:rsidRPr="00332DB8">
              <w:rPr>
                <w:lang w:val="ru-RU"/>
              </w:rPr>
              <w:lastRenderedPageBreak/>
              <w:t>портрет А. Гитлера и надпись «</w:t>
            </w:r>
            <w:r>
              <w:t>FORMAT</w:t>
            </w:r>
            <w:r w:rsidRPr="00332DB8">
              <w:rPr>
                <w:lang w:val="ru-RU"/>
              </w:rPr>
              <w: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t>
            </w:r>
            <w:r>
              <w:t>WHITE</w:t>
            </w:r>
            <w:r w:rsidRPr="00332DB8">
              <w:rPr>
                <w:lang w:val="ru-RU"/>
              </w:rPr>
              <w:t xml:space="preserve"> </w:t>
            </w:r>
            <w:r>
              <w:t>PRIDE</w:t>
            </w:r>
            <w:r w:rsidRPr="00332DB8">
              <w:rPr>
                <w:lang w:val="ru-RU"/>
              </w:rPr>
              <w:t xml:space="preserve"> </w:t>
            </w:r>
            <w:r>
              <w:t>WORLD</w:t>
            </w:r>
            <w:r w:rsidRPr="00332DB8">
              <w:rPr>
                <w:lang w:val="ru-RU"/>
              </w:rPr>
              <w:t xml:space="preserve"> </w:t>
            </w:r>
            <w:r>
              <w:t>WIDE</w:t>
            </w:r>
            <w:r w:rsidRPr="00332DB8">
              <w:rPr>
                <w:lang w:val="ru-RU"/>
              </w:rPr>
              <w:t>»;- «</w:t>
            </w:r>
            <w:r>
              <w:t>Format</w:t>
            </w:r>
            <w:r w:rsidRPr="00332DB8">
              <w:rPr>
                <w:lang w:val="ru-RU"/>
              </w:rPr>
              <w:t xml:space="preserve"> 18 – пение птиц. </w:t>
            </w:r>
            <w:r>
              <w:t>mp</w:t>
            </w:r>
            <w:r w:rsidRPr="00332DB8">
              <w:rPr>
                <w:lang w:val="ru-RU"/>
              </w:rPr>
              <w:t>4» – видеофонограмма продолжительностью 00 мин. 51 сек. Начинается заставкой – статическое изображение: портрет А. Гитлера и надпись «</w:t>
            </w:r>
            <w:r>
              <w:t>FORMAT</w:t>
            </w:r>
            <w:r w:rsidRPr="00332DB8">
              <w:rPr>
                <w:lang w:val="ru-RU"/>
              </w:rPr>
              <w: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w:t>
            </w:r>
            <w:r>
              <w:t>NSWP</w:t>
            </w:r>
            <w:r w:rsidRPr="00332DB8">
              <w:rPr>
                <w:lang w:val="ru-RU"/>
              </w:rPr>
              <w:t xml:space="preserve">---ВАГОН. </w:t>
            </w:r>
            <w:r>
              <w:t>mp</w:t>
            </w:r>
            <w:r w:rsidRPr="00332DB8">
              <w:rPr>
                <w:lang w:val="ru-RU"/>
              </w:rPr>
              <w:t xml:space="preserve">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w:t>
            </w:r>
            <w:r>
              <w:t>NSWP</w:t>
            </w:r>
            <w:r w:rsidRPr="00332DB8">
              <w:rPr>
                <w:lang w:val="ru-RU"/>
              </w:rPr>
              <w:t>, которая расшифровывается:</w:t>
            </w:r>
            <w:r>
              <w:t>NS</w:t>
            </w:r>
            <w:r w:rsidRPr="00332DB8">
              <w:rPr>
                <w:lang w:val="ru-RU"/>
              </w:rPr>
              <w:t xml:space="preserve"> – «национал-социалистический» и </w:t>
            </w:r>
            <w:r>
              <w:t>WP</w:t>
            </w:r>
            <w:r w:rsidRPr="00332DB8">
              <w:rPr>
                <w:lang w:val="ru-RU"/>
              </w:rPr>
              <w:t xml:space="preserve"> – </w:t>
            </w:r>
            <w:r>
              <w:t>White</w:t>
            </w:r>
            <w:r w:rsidRPr="00332DB8">
              <w:rPr>
                <w:lang w:val="ru-RU"/>
              </w:rPr>
              <w:t xml:space="preserve"> </w:t>
            </w:r>
            <w:r>
              <w:t>Pover</w:t>
            </w:r>
            <w:r w:rsidRPr="00332DB8">
              <w:rPr>
                <w:lang w:val="ru-RU"/>
              </w:rPr>
              <w:t xml:space="preserve"> (</w:t>
            </w:r>
            <w:r>
              <w:t>c</w:t>
            </w:r>
            <w:r w:rsidRPr="00332DB8">
              <w:rPr>
                <w:lang w:val="ru-RU"/>
              </w:rPr>
              <w:t xml:space="preserve"> англ. «белая власть/сила»);- «Правый чурку с одного удара!. </w:t>
            </w:r>
            <w:r>
              <w:t>mp</w:t>
            </w:r>
            <w:r w:rsidRPr="00332DB8">
              <w:rPr>
                <w:lang w:val="ru-RU"/>
              </w:rPr>
              <w:t xml:space="preserve">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w:t>
            </w:r>
            <w:r>
              <w:t>mp</w:t>
            </w:r>
            <w:r w:rsidRPr="00332DB8">
              <w:rPr>
                <w:lang w:val="ru-RU"/>
              </w:rPr>
              <w:t xml:space="preserve">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w:t>
            </w:r>
            <w:r>
              <w:t>mp</w:t>
            </w:r>
            <w:r w:rsidRPr="00332DB8">
              <w:rPr>
                <w:lang w:val="ru-RU"/>
              </w:rPr>
              <w:t xml:space="preserve">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w:t>
            </w:r>
            <w:r>
              <w:t>mp</w:t>
            </w:r>
            <w:r w:rsidRPr="00332DB8">
              <w:rPr>
                <w:lang w:val="ru-RU"/>
              </w:rPr>
              <w:t>4» – видеофонограмма продолжительностью 02 мин. 10 сек. Начинается заставкой – статическое изображение: портрет А. Гитлера и надпись «</w:t>
            </w:r>
            <w:r>
              <w:t>FORMAT</w:t>
            </w:r>
            <w:r w:rsidRPr="00332DB8">
              <w:rPr>
                <w:lang w:val="ru-RU"/>
              </w:rPr>
              <w:t xml:space="preserve">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w:t>
            </w:r>
            <w:r w:rsidRPr="00332DB8">
              <w:rPr>
                <w:lang w:val="ru-RU"/>
              </w:rPr>
              <w:lastRenderedPageBreak/>
              <w:t xml:space="preserve">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w:t>
            </w:r>
            <w:r>
              <w:t>VS</w:t>
            </w:r>
            <w:r w:rsidRPr="00332DB8">
              <w:rPr>
                <w:lang w:val="ru-RU"/>
              </w:rPr>
              <w:t xml:space="preserve"> патриот. </w:t>
            </w:r>
            <w:r>
              <w:t>mp</w:t>
            </w:r>
            <w:r w:rsidRPr="00332DB8">
              <w:rPr>
                <w:lang w:val="ru-RU"/>
              </w:rPr>
              <w:t>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t>
            </w:r>
            <w:r>
              <w:t>White</w:t>
            </w:r>
            <w:r w:rsidRPr="00332DB8">
              <w:rPr>
                <w:lang w:val="ru-RU"/>
              </w:rPr>
              <w:t xml:space="preserve"> </w:t>
            </w:r>
            <w:r>
              <w:t>Power</w:t>
            </w:r>
            <w:r w:rsidRPr="00332DB8">
              <w:rPr>
                <w:lang w:val="ru-RU"/>
              </w:rPr>
              <w:t xml:space="preserve">»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w:t>
            </w:r>
            <w:r>
              <w:t>(решение Александровского городского суда Владимирской области от 31.10.2014);</w:t>
            </w:r>
          </w:p>
        </w:tc>
        <w:tc>
          <w:tcPr>
            <w:tcW w:w="2880" w:type="dxa"/>
          </w:tcPr>
          <w:p w:rsidR="006F7457" w:rsidRDefault="006F7457"/>
        </w:tc>
      </w:tr>
      <w:tr w:rsidR="006F7457" w:rsidRPr="005A424D">
        <w:tc>
          <w:tcPr>
            <w:tcW w:w="2880" w:type="dxa"/>
          </w:tcPr>
          <w:p w:rsidR="006F7457" w:rsidRDefault="00332DB8">
            <w:r>
              <w:lastRenderedPageBreak/>
              <w:t>2630.</w:t>
            </w:r>
          </w:p>
        </w:tc>
        <w:tc>
          <w:tcPr>
            <w:tcW w:w="2880" w:type="dxa"/>
          </w:tcPr>
          <w:p w:rsidR="006F7457" w:rsidRPr="00332DB8" w:rsidRDefault="00332DB8">
            <w:pPr>
              <w:rPr>
                <w:lang w:val="ru-RU"/>
              </w:rPr>
            </w:pPr>
            <w:r w:rsidRPr="00332DB8">
              <w:rPr>
                <w:lang w:val="ru-RU"/>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w:t>
            </w:r>
            <w:r>
              <w:t>HOLAKOSTE</w:t>
            </w:r>
            <w:r w:rsidRPr="00332DB8">
              <w:rPr>
                <w:lang w:val="ru-RU"/>
              </w:rPr>
              <w:t>»;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2880" w:type="dxa"/>
          </w:tcPr>
          <w:p w:rsidR="006F7457" w:rsidRPr="00332DB8" w:rsidRDefault="006F7457">
            <w:pPr>
              <w:rPr>
                <w:lang w:val="ru-RU"/>
              </w:rPr>
            </w:pPr>
          </w:p>
        </w:tc>
      </w:tr>
      <w:tr w:rsidR="006F7457" w:rsidRPr="005A424D">
        <w:tc>
          <w:tcPr>
            <w:tcW w:w="2880" w:type="dxa"/>
          </w:tcPr>
          <w:p w:rsidR="006F7457" w:rsidRDefault="00332DB8">
            <w:r>
              <w:t>2631.</w:t>
            </w:r>
          </w:p>
        </w:tc>
        <w:tc>
          <w:tcPr>
            <w:tcW w:w="2880" w:type="dxa"/>
          </w:tcPr>
          <w:p w:rsidR="006F7457" w:rsidRPr="00332DB8" w:rsidRDefault="00332DB8">
            <w:pPr>
              <w:rPr>
                <w:lang w:val="ru-RU"/>
              </w:rPr>
            </w:pPr>
            <w:r w:rsidRPr="00332DB8">
              <w:rPr>
                <w:lang w:val="ru-RU"/>
              </w:rPr>
              <w:t xml:space="preserve">Информация, размещенная на Интернет-ресурсе </w:t>
            </w:r>
            <w:r>
              <w:t>http</w:t>
            </w:r>
            <w:r w:rsidRPr="00332DB8">
              <w:rPr>
                <w:lang w:val="ru-RU"/>
              </w:rPr>
              <w:t>://</w:t>
            </w:r>
            <w:r>
              <w:t>stan</w:t>
            </w:r>
            <w:r w:rsidRPr="00332DB8">
              <w:rPr>
                <w:lang w:val="ru-RU"/>
              </w:rPr>
              <w:t>50-50.</w:t>
            </w:r>
            <w:r>
              <w:t>livejournal</w:t>
            </w:r>
            <w:r w:rsidRPr="00332DB8">
              <w:rPr>
                <w:lang w:val="ru-RU"/>
              </w:rPr>
              <w:t>.</w:t>
            </w:r>
            <w:r>
              <w:t>com</w:t>
            </w:r>
            <w:r w:rsidRPr="00332DB8">
              <w:rPr>
                <w:lang w:val="ru-RU"/>
              </w:rPr>
              <w:t>/ 7266667.</w:t>
            </w:r>
            <w:r>
              <w:t>html</w:t>
            </w:r>
            <w:r w:rsidRPr="00332DB8">
              <w:rPr>
                <w:lang w:val="ru-RU"/>
              </w:rPr>
              <w:t xml:space="preserve"> (решение Шпаковского районного суда Ставропольского края от 21.11.2014);</w:t>
            </w:r>
          </w:p>
        </w:tc>
        <w:tc>
          <w:tcPr>
            <w:tcW w:w="2880" w:type="dxa"/>
          </w:tcPr>
          <w:p w:rsidR="006F7457" w:rsidRPr="00332DB8" w:rsidRDefault="006F7457">
            <w:pPr>
              <w:rPr>
                <w:lang w:val="ru-RU"/>
              </w:rPr>
            </w:pPr>
          </w:p>
        </w:tc>
      </w:tr>
      <w:tr w:rsidR="006F7457" w:rsidRPr="005A424D">
        <w:tc>
          <w:tcPr>
            <w:tcW w:w="2880" w:type="dxa"/>
          </w:tcPr>
          <w:p w:rsidR="006F7457" w:rsidRDefault="00332DB8">
            <w:r>
              <w:t>2632.</w:t>
            </w:r>
          </w:p>
        </w:tc>
        <w:tc>
          <w:tcPr>
            <w:tcW w:w="2880" w:type="dxa"/>
          </w:tcPr>
          <w:p w:rsidR="006F7457" w:rsidRPr="00332DB8" w:rsidRDefault="00332DB8">
            <w:pPr>
              <w:rPr>
                <w:lang w:val="ru-RU"/>
              </w:rPr>
            </w:pPr>
            <w:r w:rsidRPr="00332DB8">
              <w:rPr>
                <w:lang w:val="ru-RU"/>
              </w:rPr>
              <w:t>Печатное издание «Учимся в школе теократического служения» (решение Старооскольского городского суда Белгородской области от 27.11.2014);</w:t>
            </w:r>
          </w:p>
        </w:tc>
        <w:tc>
          <w:tcPr>
            <w:tcW w:w="2880" w:type="dxa"/>
          </w:tcPr>
          <w:p w:rsidR="006F7457" w:rsidRPr="00332DB8" w:rsidRDefault="006F7457">
            <w:pPr>
              <w:rPr>
                <w:lang w:val="ru-RU"/>
              </w:rPr>
            </w:pPr>
          </w:p>
        </w:tc>
      </w:tr>
      <w:tr w:rsidR="006F7457" w:rsidRPr="005A424D">
        <w:tc>
          <w:tcPr>
            <w:tcW w:w="2880" w:type="dxa"/>
          </w:tcPr>
          <w:p w:rsidR="006F7457" w:rsidRDefault="00332DB8">
            <w:r>
              <w:t>263</w:t>
            </w:r>
            <w:r>
              <w:lastRenderedPageBreak/>
              <w:t>3.</w:t>
            </w:r>
          </w:p>
        </w:tc>
        <w:tc>
          <w:tcPr>
            <w:tcW w:w="2880" w:type="dxa"/>
          </w:tcPr>
          <w:p w:rsidR="006F7457" w:rsidRPr="00332DB8" w:rsidRDefault="00332DB8">
            <w:pPr>
              <w:rPr>
                <w:lang w:val="ru-RU"/>
              </w:rPr>
            </w:pPr>
            <w:r w:rsidRPr="00332DB8">
              <w:rPr>
                <w:lang w:val="ru-RU"/>
              </w:rPr>
              <w:lastRenderedPageBreak/>
              <w:t>Аудиофайл «Мясники белый апрель.</w:t>
            </w:r>
            <w:r>
              <w:t>mp</w:t>
            </w:r>
            <w:r w:rsidRPr="00332DB8">
              <w:rPr>
                <w:lang w:val="ru-RU"/>
              </w:rPr>
              <w:t xml:space="preserve">3» продолжительностью 4 минуты 29 секунд, размещенный в сети «Интернет» по адресам </w:t>
            </w:r>
            <w:r>
              <w:t>http</w:t>
            </w:r>
            <w:r w:rsidRPr="00332DB8">
              <w:rPr>
                <w:lang w:val="ru-RU"/>
              </w:rPr>
              <w:t>:/</w:t>
            </w:r>
            <w:r>
              <w:t>rutracker</w:t>
            </w:r>
            <w:r w:rsidRPr="00332DB8">
              <w:rPr>
                <w:lang w:val="ru-RU"/>
              </w:rPr>
              <w:t>.</w:t>
            </w:r>
            <w:r>
              <w:t>org</w:t>
            </w:r>
            <w:r w:rsidRPr="00332DB8">
              <w:rPr>
                <w:lang w:val="ru-RU"/>
              </w:rPr>
              <w:t>/</w:t>
            </w:r>
            <w:r>
              <w:t>forum</w:t>
            </w:r>
            <w:r w:rsidRPr="00332DB8">
              <w:rPr>
                <w:lang w:val="ru-RU"/>
              </w:rPr>
              <w:t>/</w:t>
            </w:r>
            <w:r>
              <w:t>viewtopic</w:t>
            </w:r>
            <w:r w:rsidRPr="00332DB8">
              <w:rPr>
                <w:lang w:val="ru-RU"/>
              </w:rPr>
              <w:t>.</w:t>
            </w:r>
            <w:r>
              <w:t>php</w:t>
            </w:r>
            <w:r w:rsidRPr="00332DB8">
              <w:rPr>
                <w:lang w:val="ru-RU"/>
              </w:rPr>
              <w:t>?</w:t>
            </w:r>
            <w:r>
              <w:t>t</w:t>
            </w:r>
            <w:r w:rsidRPr="00332DB8">
              <w:rPr>
                <w:lang w:val="ru-RU"/>
              </w:rPr>
              <w:t xml:space="preserve">=1013069, </w:t>
            </w:r>
            <w:r>
              <w:t>http</w:t>
            </w:r>
            <w:r w:rsidRPr="00332DB8">
              <w:rPr>
                <w:lang w:val="ru-RU"/>
              </w:rPr>
              <w:t>://</w:t>
            </w:r>
            <w:r>
              <w:t>vk</w:t>
            </w:r>
            <w:r w:rsidRPr="00332DB8">
              <w:rPr>
                <w:lang w:val="ru-RU"/>
              </w:rPr>
              <w:t>.</w:t>
            </w:r>
            <w:r>
              <w:t>com</w:t>
            </w:r>
            <w:r w:rsidRPr="00332DB8">
              <w:rPr>
                <w:lang w:val="ru-RU"/>
              </w:rPr>
              <w:t>/</w:t>
            </w:r>
            <w:r>
              <w:t>audios</w:t>
            </w:r>
            <w:r w:rsidRPr="00332DB8">
              <w:rPr>
                <w:lang w:val="ru-RU"/>
              </w:rPr>
              <w:t xml:space="preserve">67512623, </w:t>
            </w:r>
            <w:r>
              <w:t>http</w:t>
            </w:r>
            <w:r w:rsidRPr="00332DB8">
              <w:rPr>
                <w:lang w:val="ru-RU"/>
              </w:rPr>
              <w:t>://</w:t>
            </w:r>
            <w:r>
              <w:t>vk</w:t>
            </w:r>
            <w:r w:rsidRPr="00332DB8">
              <w:rPr>
                <w:lang w:val="ru-RU"/>
              </w:rPr>
              <w:t>.</w:t>
            </w:r>
            <w:r>
              <w:t>com</w:t>
            </w:r>
            <w:r w:rsidRPr="00332DB8">
              <w:rPr>
                <w:lang w:val="ru-RU"/>
              </w:rPr>
              <w:t>/</w:t>
            </w:r>
            <w:r>
              <w:t>audios</w:t>
            </w:r>
            <w:r w:rsidRPr="00332DB8">
              <w:rPr>
                <w:lang w:val="ru-RU"/>
              </w:rPr>
              <w:t>83476151; аудиофайл «синагога.т</w:t>
            </w:r>
            <w:r>
              <w:t>p</w:t>
            </w:r>
            <w:r w:rsidRPr="00332DB8">
              <w:rPr>
                <w:lang w:val="ru-RU"/>
              </w:rPr>
              <w:t xml:space="preserve">3» продолжительностью 1 минута 58 секунд, размещенный в сети «Интернет» по адресам </w:t>
            </w:r>
            <w:r>
              <w:t>http</w:t>
            </w:r>
            <w:r w:rsidRPr="00332DB8">
              <w:rPr>
                <w:lang w:val="ru-RU"/>
              </w:rPr>
              <w:t>://</w:t>
            </w:r>
            <w:r>
              <w:t>vk</w:t>
            </w:r>
            <w:r w:rsidRPr="00332DB8">
              <w:rPr>
                <w:lang w:val="ru-RU"/>
              </w:rPr>
              <w:t>.</w:t>
            </w:r>
            <w:r>
              <w:t>com</w:t>
            </w:r>
            <w:r w:rsidRPr="00332DB8">
              <w:rPr>
                <w:lang w:val="ru-RU"/>
              </w:rPr>
              <w:t>/</w:t>
            </w:r>
            <w:r>
              <w:t>wall</w:t>
            </w:r>
            <w:r w:rsidRPr="00332DB8">
              <w:rPr>
                <w:lang w:val="ru-RU"/>
              </w:rPr>
              <w:t xml:space="preserve">-45817262_3573, </w:t>
            </w:r>
            <w:r>
              <w:t>http</w:t>
            </w:r>
            <w:r w:rsidRPr="00332DB8">
              <w:rPr>
                <w:lang w:val="ru-RU"/>
              </w:rPr>
              <w:t>://</w:t>
            </w:r>
            <w:r>
              <w:t>vk</w:t>
            </w:r>
            <w:r w:rsidRPr="00332DB8">
              <w:rPr>
                <w:lang w:val="ru-RU"/>
              </w:rPr>
              <w:t>.</w:t>
            </w:r>
            <w:r>
              <w:t>com</w:t>
            </w:r>
            <w:r w:rsidRPr="00332DB8">
              <w:rPr>
                <w:lang w:val="ru-RU"/>
              </w:rPr>
              <w:t>/</w:t>
            </w:r>
            <w:r>
              <w:t>audios</w:t>
            </w:r>
            <w:r w:rsidRPr="00332DB8">
              <w:rPr>
                <w:lang w:val="ru-RU"/>
              </w:rPr>
              <w:t xml:space="preserve">66497051 </w:t>
            </w:r>
            <w:r w:rsidRPr="00332DB8">
              <w:rPr>
                <w:lang w:val="ru-RU"/>
              </w:rPr>
              <w:lastRenderedPageBreak/>
              <w:t>(решение Засвияжского районного суда г. Ульяновска от 15.10.2014);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2634.</w:t>
            </w:r>
          </w:p>
        </w:tc>
        <w:tc>
          <w:tcPr>
            <w:tcW w:w="2880" w:type="dxa"/>
          </w:tcPr>
          <w:p w:rsidR="006F7457" w:rsidRPr="00332DB8" w:rsidRDefault="00332DB8">
            <w:pPr>
              <w:rPr>
                <w:lang w:val="ru-RU"/>
              </w:rPr>
            </w:pPr>
            <w:r w:rsidRPr="00332DB8">
              <w:rPr>
                <w:lang w:val="ru-RU"/>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2880" w:type="dxa"/>
          </w:tcPr>
          <w:p w:rsidR="006F7457" w:rsidRPr="00332DB8" w:rsidRDefault="006F7457">
            <w:pPr>
              <w:rPr>
                <w:lang w:val="ru-RU"/>
              </w:rPr>
            </w:pPr>
          </w:p>
        </w:tc>
      </w:tr>
      <w:tr w:rsidR="006F7457">
        <w:tc>
          <w:tcPr>
            <w:tcW w:w="2880" w:type="dxa"/>
          </w:tcPr>
          <w:p w:rsidR="006F7457" w:rsidRDefault="00332DB8">
            <w:r>
              <w:t>2635.</w:t>
            </w:r>
          </w:p>
        </w:tc>
        <w:tc>
          <w:tcPr>
            <w:tcW w:w="2880" w:type="dxa"/>
          </w:tcPr>
          <w:p w:rsidR="006F7457" w:rsidRDefault="00332DB8">
            <w:r w:rsidRPr="00332DB8">
              <w:rPr>
                <w:lang w:val="ru-RU"/>
              </w:rPr>
              <w:t xml:space="preserve">Информация, размещенная на сайте </w:t>
            </w:r>
            <w:r>
              <w:t>demotivation</w:t>
            </w:r>
            <w:r w:rsidRPr="00332DB8">
              <w:rPr>
                <w:lang w:val="ru-RU"/>
              </w:rPr>
              <w:t>.</w:t>
            </w:r>
            <w:r>
              <w:t>me</w:t>
            </w:r>
            <w:r w:rsidRPr="00332DB8">
              <w:rPr>
                <w:lang w:val="ru-RU"/>
              </w:rPr>
              <w:t>/</w:t>
            </w:r>
            <w:r>
              <w:t>fk</w:t>
            </w:r>
            <w:r w:rsidRPr="00332DB8">
              <w:rPr>
                <w:lang w:val="ru-RU"/>
              </w:rPr>
              <w:t>.79</w:t>
            </w:r>
            <w:r>
              <w:t>k</w:t>
            </w:r>
            <w:r w:rsidRPr="00332DB8">
              <w:rPr>
                <w:lang w:val="ru-RU"/>
              </w:rPr>
              <w:t>6</w:t>
            </w:r>
            <w:r>
              <w:t>tn</w:t>
            </w:r>
            <w:r w:rsidRPr="00332DB8">
              <w:rPr>
                <w:lang w:val="ru-RU"/>
              </w:rPr>
              <w:t>0</w:t>
            </w:r>
            <w:r>
              <w:t>pic</w:t>
            </w:r>
            <w:r w:rsidRPr="00332DB8">
              <w:rPr>
                <w:lang w:val="ru-RU"/>
              </w:rPr>
              <w:t xml:space="preserve"> </w:t>
            </w:r>
            <w:r>
              <w:t>html</w:t>
            </w:r>
            <w:r w:rsidRPr="00332DB8">
              <w:rPr>
                <w:lang w:val="ru-RU"/>
              </w:rPr>
              <w:t xml:space="preserve">, а именно фотоматериал, сопровождающийся надписью: «Рэжь рюских свиней! </w:t>
            </w:r>
            <w:r>
              <w:t>Аллаху акбар!» (решение Енотаевского районного суда Астраханской области от 26.12.2014);</w:t>
            </w:r>
          </w:p>
        </w:tc>
        <w:tc>
          <w:tcPr>
            <w:tcW w:w="2880" w:type="dxa"/>
          </w:tcPr>
          <w:p w:rsidR="006F7457" w:rsidRDefault="006F7457"/>
        </w:tc>
      </w:tr>
      <w:tr w:rsidR="006F7457" w:rsidRPr="005A424D">
        <w:tc>
          <w:tcPr>
            <w:tcW w:w="2880" w:type="dxa"/>
          </w:tcPr>
          <w:p w:rsidR="006F7457" w:rsidRDefault="00332DB8">
            <w:r>
              <w:t>2636.</w:t>
            </w:r>
          </w:p>
        </w:tc>
        <w:tc>
          <w:tcPr>
            <w:tcW w:w="2880" w:type="dxa"/>
          </w:tcPr>
          <w:p w:rsidR="006F7457" w:rsidRPr="00332DB8" w:rsidRDefault="00332DB8">
            <w:pPr>
              <w:rPr>
                <w:lang w:val="ru-RU"/>
              </w:rPr>
            </w:pPr>
            <w:r w:rsidRPr="00332DB8">
              <w:rPr>
                <w:lang w:val="ru-RU"/>
              </w:rPr>
              <w:t>Информационный материал текст аудиофайла: «___-Ч~</w:t>
            </w:r>
            <w:r>
              <w:t>JS</w:t>
            </w:r>
            <w:r w:rsidRPr="00332DB8">
              <w:rPr>
                <w:lang w:val="ru-RU"/>
              </w:rPr>
              <w:t xml:space="preserve">» ([•][=][•]- чтобы сдохли все хачи) длительностью 2 мин. 06 сек., расположенного по адресу: </w:t>
            </w:r>
            <w:r>
              <w:t>http</w:t>
            </w:r>
            <w:r w:rsidRPr="00332DB8">
              <w:rPr>
                <w:lang w:val="ru-RU"/>
              </w:rPr>
              <w:t>://</w:t>
            </w:r>
            <w:r>
              <w:t>v</w:t>
            </w:r>
            <w:r w:rsidRPr="00332DB8">
              <w:rPr>
                <w:lang w:val="ru-RU"/>
              </w:rPr>
              <w:t>к.</w:t>
            </w:r>
            <w:r>
              <w:t>com</w:t>
            </w:r>
            <w:r w:rsidRPr="00332DB8">
              <w:rPr>
                <w:lang w:val="ru-RU"/>
              </w:rPr>
              <w:t xml:space="preserve"> (решение Беловского городского суда Кемеровской области от 02.12.2014 и определение Беловского городского суда Кемеровской области от 30.12.2014);</w:t>
            </w:r>
          </w:p>
        </w:tc>
        <w:tc>
          <w:tcPr>
            <w:tcW w:w="2880" w:type="dxa"/>
          </w:tcPr>
          <w:p w:rsidR="006F7457" w:rsidRPr="00332DB8" w:rsidRDefault="006F7457">
            <w:pPr>
              <w:rPr>
                <w:lang w:val="ru-RU"/>
              </w:rPr>
            </w:pPr>
          </w:p>
        </w:tc>
      </w:tr>
      <w:tr w:rsidR="006F7457" w:rsidRPr="005A424D">
        <w:tc>
          <w:tcPr>
            <w:tcW w:w="2880" w:type="dxa"/>
          </w:tcPr>
          <w:p w:rsidR="006F7457" w:rsidRDefault="00332DB8">
            <w:r>
              <w:t>2637.</w:t>
            </w:r>
          </w:p>
        </w:tc>
        <w:tc>
          <w:tcPr>
            <w:tcW w:w="2880" w:type="dxa"/>
          </w:tcPr>
          <w:p w:rsidR="006F7457" w:rsidRPr="00332DB8" w:rsidRDefault="00332DB8">
            <w:pPr>
              <w:rPr>
                <w:lang w:val="ru-RU"/>
              </w:rPr>
            </w:pPr>
            <w:r w:rsidRPr="00332DB8">
              <w:rPr>
                <w:lang w:val="ru-RU"/>
              </w:rPr>
              <w:t xml:space="preserve">Видеофонограмма «....черные суки!!!! Смерть Хачам!!! Слава руси», размещенная в сети «Интернет» на сайте </w:t>
            </w:r>
            <w:r>
              <w:t>http</w:t>
            </w:r>
            <w:r w:rsidRPr="00332DB8">
              <w:rPr>
                <w:lang w:val="ru-RU"/>
              </w:rPr>
              <w:t>://</w:t>
            </w:r>
            <w:r>
              <w:t>vk</w:t>
            </w:r>
            <w:r w:rsidRPr="00332DB8">
              <w:rPr>
                <w:lang w:val="ru-RU"/>
              </w:rPr>
              <w:t>.</w:t>
            </w:r>
            <w:r>
              <w:t>com</w:t>
            </w:r>
            <w:r w:rsidRPr="00332DB8">
              <w:rPr>
                <w:lang w:val="ru-RU"/>
              </w:rPr>
              <w:t>/,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2880" w:type="dxa"/>
          </w:tcPr>
          <w:p w:rsidR="006F7457" w:rsidRPr="00332DB8" w:rsidRDefault="006F7457">
            <w:pPr>
              <w:rPr>
                <w:lang w:val="ru-RU"/>
              </w:rPr>
            </w:pPr>
          </w:p>
        </w:tc>
      </w:tr>
      <w:tr w:rsidR="006F7457" w:rsidRPr="005A424D">
        <w:tc>
          <w:tcPr>
            <w:tcW w:w="2880" w:type="dxa"/>
          </w:tcPr>
          <w:p w:rsidR="006F7457" w:rsidRDefault="00332DB8">
            <w:r>
              <w:t>2638.</w:t>
            </w:r>
          </w:p>
        </w:tc>
        <w:tc>
          <w:tcPr>
            <w:tcW w:w="2880" w:type="dxa"/>
          </w:tcPr>
          <w:p w:rsidR="006F7457" w:rsidRPr="00332DB8" w:rsidRDefault="00332DB8">
            <w:pPr>
              <w:rPr>
                <w:lang w:val="ru-RU"/>
              </w:rPr>
            </w:pPr>
            <w:r w:rsidRPr="00332DB8">
              <w:rPr>
                <w:lang w:val="ru-RU"/>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2639.</w:t>
            </w:r>
          </w:p>
        </w:tc>
        <w:tc>
          <w:tcPr>
            <w:tcW w:w="2880" w:type="dxa"/>
          </w:tcPr>
          <w:p w:rsidR="006F7457" w:rsidRPr="00332DB8" w:rsidRDefault="00332DB8">
            <w:pPr>
              <w:rPr>
                <w:lang w:val="ru-RU"/>
              </w:rPr>
            </w:pPr>
            <w:r w:rsidRPr="00332DB8">
              <w:rPr>
                <w:lang w:val="ru-RU"/>
              </w:rPr>
              <w:t>Статья Бориса Стомахина «</w:t>
            </w:r>
            <w:r>
              <w:t>Untermenschen</w:t>
            </w:r>
            <w:r w:rsidRPr="00332DB8">
              <w:rPr>
                <w:lang w:val="ru-RU"/>
              </w:rPr>
              <w:t xml:space="preserve">», размещенная на интернет-сайт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23.09.2013);</w:t>
            </w:r>
          </w:p>
        </w:tc>
        <w:tc>
          <w:tcPr>
            <w:tcW w:w="2880" w:type="dxa"/>
          </w:tcPr>
          <w:p w:rsidR="006F7457" w:rsidRPr="00332DB8" w:rsidRDefault="006F7457">
            <w:pPr>
              <w:rPr>
                <w:lang w:val="ru-RU"/>
              </w:rPr>
            </w:pPr>
          </w:p>
        </w:tc>
      </w:tr>
      <w:tr w:rsidR="006F7457" w:rsidRPr="005A424D">
        <w:tc>
          <w:tcPr>
            <w:tcW w:w="2880" w:type="dxa"/>
          </w:tcPr>
          <w:p w:rsidR="006F7457" w:rsidRDefault="00332DB8">
            <w:r>
              <w:t>2640.</w:t>
            </w:r>
          </w:p>
        </w:tc>
        <w:tc>
          <w:tcPr>
            <w:tcW w:w="2880" w:type="dxa"/>
          </w:tcPr>
          <w:p w:rsidR="006F7457" w:rsidRPr="00332DB8" w:rsidRDefault="00332DB8">
            <w:pPr>
              <w:rPr>
                <w:lang w:val="ru-RU"/>
              </w:rPr>
            </w:pPr>
            <w:r w:rsidRPr="00332DB8">
              <w:rPr>
                <w:lang w:val="ru-RU"/>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w:t>
            </w:r>
            <w:r>
              <w:t>Yurii</w:t>
            </w:r>
            <w:r w:rsidRPr="00332DB8">
              <w:rPr>
                <w:lang w:val="ru-RU"/>
              </w:rPr>
              <w:t xml:space="preserve"> </w:t>
            </w:r>
            <w:r>
              <w:t>Vasilevich</w:t>
            </w:r>
            <w:r w:rsidRPr="00332DB8">
              <w:rPr>
                <w:lang w:val="ru-RU"/>
              </w:rPr>
              <w:t xml:space="preserve">»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25968934 (решение Печенгского районного суда Мурманской области от 23.12.2014);</w:t>
            </w:r>
          </w:p>
        </w:tc>
        <w:tc>
          <w:tcPr>
            <w:tcW w:w="2880" w:type="dxa"/>
          </w:tcPr>
          <w:p w:rsidR="006F7457" w:rsidRPr="00332DB8" w:rsidRDefault="006F7457">
            <w:pPr>
              <w:rPr>
                <w:lang w:val="ru-RU"/>
              </w:rPr>
            </w:pPr>
          </w:p>
        </w:tc>
      </w:tr>
      <w:tr w:rsidR="006F7457" w:rsidRPr="005A424D">
        <w:tc>
          <w:tcPr>
            <w:tcW w:w="2880" w:type="dxa"/>
          </w:tcPr>
          <w:p w:rsidR="006F7457" w:rsidRDefault="00332DB8">
            <w:r>
              <w:t>2641.</w:t>
            </w:r>
          </w:p>
        </w:tc>
        <w:tc>
          <w:tcPr>
            <w:tcW w:w="2880" w:type="dxa"/>
          </w:tcPr>
          <w:p w:rsidR="006F7457" w:rsidRPr="00332DB8" w:rsidRDefault="00332DB8">
            <w:pPr>
              <w:rPr>
                <w:lang w:val="ru-RU"/>
              </w:rPr>
            </w:pPr>
            <w:r w:rsidRPr="00332DB8">
              <w:rPr>
                <w:lang w:val="ru-RU"/>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w:t>
            </w:r>
            <w:r>
              <w:t>Yurii</w:t>
            </w:r>
            <w:r w:rsidRPr="00332DB8">
              <w:rPr>
                <w:lang w:val="ru-RU"/>
              </w:rPr>
              <w:t xml:space="preserve"> </w:t>
            </w:r>
            <w:r>
              <w:t>Vasilevich</w:t>
            </w:r>
            <w:r w:rsidRPr="00332DB8">
              <w:rPr>
                <w:lang w:val="ru-RU"/>
              </w:rPr>
              <w:t xml:space="preserve">»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25968934 (решение Печенгского районного суда Мурманской области от 23.12.2014);</w:t>
            </w:r>
          </w:p>
        </w:tc>
        <w:tc>
          <w:tcPr>
            <w:tcW w:w="2880" w:type="dxa"/>
          </w:tcPr>
          <w:p w:rsidR="006F7457" w:rsidRPr="00332DB8" w:rsidRDefault="006F7457">
            <w:pPr>
              <w:rPr>
                <w:lang w:val="ru-RU"/>
              </w:rPr>
            </w:pPr>
          </w:p>
        </w:tc>
      </w:tr>
      <w:tr w:rsidR="006F7457" w:rsidRPr="005A424D">
        <w:tc>
          <w:tcPr>
            <w:tcW w:w="2880" w:type="dxa"/>
          </w:tcPr>
          <w:p w:rsidR="006F7457" w:rsidRDefault="00332DB8">
            <w:r>
              <w:t>2642.</w:t>
            </w:r>
          </w:p>
        </w:tc>
        <w:tc>
          <w:tcPr>
            <w:tcW w:w="2880" w:type="dxa"/>
          </w:tcPr>
          <w:p w:rsidR="006F7457" w:rsidRPr="00332DB8" w:rsidRDefault="00332DB8">
            <w:pPr>
              <w:rPr>
                <w:lang w:val="ru-RU"/>
              </w:rPr>
            </w:pPr>
            <w:r w:rsidRPr="00332DB8">
              <w:rPr>
                <w:lang w:val="ru-RU"/>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w:t>
            </w:r>
            <w:r>
              <w:t>Yurii</w:t>
            </w:r>
            <w:r w:rsidRPr="00332DB8">
              <w:rPr>
                <w:lang w:val="ru-RU"/>
              </w:rPr>
              <w:t xml:space="preserve"> </w:t>
            </w:r>
            <w:r>
              <w:t>Vasilevich</w:t>
            </w:r>
            <w:r w:rsidRPr="00332DB8">
              <w:rPr>
                <w:lang w:val="ru-RU"/>
              </w:rPr>
              <w:t xml:space="preserve">»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25968934 (решение Печенгского районного суда Мурманской области от 23.12.2014);</w:t>
            </w:r>
          </w:p>
        </w:tc>
        <w:tc>
          <w:tcPr>
            <w:tcW w:w="2880" w:type="dxa"/>
          </w:tcPr>
          <w:p w:rsidR="006F7457" w:rsidRPr="00332DB8" w:rsidRDefault="006F7457">
            <w:pPr>
              <w:rPr>
                <w:lang w:val="ru-RU"/>
              </w:rPr>
            </w:pPr>
          </w:p>
        </w:tc>
      </w:tr>
      <w:tr w:rsidR="006F7457">
        <w:tc>
          <w:tcPr>
            <w:tcW w:w="2880" w:type="dxa"/>
          </w:tcPr>
          <w:p w:rsidR="006F7457" w:rsidRDefault="00332DB8">
            <w:r>
              <w:t>2643.</w:t>
            </w:r>
          </w:p>
        </w:tc>
        <w:tc>
          <w:tcPr>
            <w:tcW w:w="2880" w:type="dxa"/>
          </w:tcPr>
          <w:p w:rsidR="006F7457" w:rsidRDefault="00332DB8">
            <w:r w:rsidRPr="00332DB8">
              <w:rPr>
                <w:lang w:val="ru-RU"/>
              </w:rPr>
              <w:t xml:space="preserve">Видеоролики (видеоматериалы) с названиями: «Русским сетевым поцреотам с любовью» </w:t>
            </w:r>
            <w:r>
              <w:t>(решение Первомайского районного суда г. Новосибирска от 10.12.2014);</w:t>
            </w:r>
          </w:p>
        </w:tc>
        <w:tc>
          <w:tcPr>
            <w:tcW w:w="2880" w:type="dxa"/>
          </w:tcPr>
          <w:p w:rsidR="006F7457" w:rsidRDefault="006F7457"/>
        </w:tc>
      </w:tr>
      <w:tr w:rsidR="006F7457" w:rsidRPr="005A424D">
        <w:tc>
          <w:tcPr>
            <w:tcW w:w="2880" w:type="dxa"/>
          </w:tcPr>
          <w:p w:rsidR="006F7457" w:rsidRDefault="00332DB8">
            <w:r>
              <w:t>264</w:t>
            </w:r>
            <w:r>
              <w:lastRenderedPageBreak/>
              <w:t>4.</w:t>
            </w:r>
          </w:p>
        </w:tc>
        <w:tc>
          <w:tcPr>
            <w:tcW w:w="2880" w:type="dxa"/>
          </w:tcPr>
          <w:p w:rsidR="006F7457" w:rsidRPr="00332DB8" w:rsidRDefault="00332DB8">
            <w:pPr>
              <w:rPr>
                <w:lang w:val="ru-RU"/>
              </w:rPr>
            </w:pPr>
            <w:r w:rsidRPr="00332DB8">
              <w:rPr>
                <w:lang w:val="ru-RU"/>
              </w:rPr>
              <w:lastRenderedPageBreak/>
              <w:t>Видеоматериал «Скоро война за чистую Русь», размещенный в социальной сети «В Контакте»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25968934) информационно-телекоммуникационной сети Интернет (решение Печенгского </w:t>
            </w:r>
            <w:r w:rsidRPr="00332DB8">
              <w:rPr>
                <w:lang w:val="ru-RU"/>
              </w:rPr>
              <w:lastRenderedPageBreak/>
              <w:t>районного суда Мурманской области от 10.12.2014);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2645.</w:t>
            </w:r>
          </w:p>
        </w:tc>
        <w:tc>
          <w:tcPr>
            <w:tcW w:w="2880" w:type="dxa"/>
          </w:tcPr>
          <w:p w:rsidR="006F7457" w:rsidRPr="00332DB8" w:rsidRDefault="00332DB8">
            <w:pPr>
              <w:rPr>
                <w:lang w:val="ru-RU"/>
              </w:rPr>
            </w:pPr>
            <w:r w:rsidRPr="00332DB8">
              <w:rPr>
                <w:lang w:val="ru-RU"/>
              </w:rPr>
              <w:t xml:space="preserve">Статья «Обращение абу Мухаммада (Агачаульского) в связи с последними событиями на территории Шамилькалинского сектора» на странице </w:t>
            </w:r>
            <w:r>
              <w:t>http</w:t>
            </w:r>
            <w:r w:rsidRPr="00332DB8">
              <w:rPr>
                <w:lang w:val="ru-RU"/>
              </w:rPr>
              <w:t>://</w:t>
            </w:r>
            <w:r>
              <w:t>vdagestan</w:t>
            </w:r>
            <w:r w:rsidRPr="00332DB8">
              <w:rPr>
                <w:lang w:val="ru-RU"/>
              </w:rPr>
              <w:t>.</w:t>
            </w:r>
            <w:r>
              <w:t>com</w:t>
            </w:r>
            <w:r w:rsidRPr="00332DB8">
              <w:rPr>
                <w:lang w:val="ru-RU"/>
              </w:rPr>
              <w:t>/</w:t>
            </w:r>
            <w:r>
              <w:t>obrashhenie</w:t>
            </w:r>
            <w:r w:rsidRPr="00332DB8">
              <w:rPr>
                <w:lang w:val="ru-RU"/>
              </w:rPr>
              <w:t>-</w:t>
            </w:r>
            <w:r>
              <w:t>abu</w:t>
            </w:r>
            <w:r w:rsidRPr="00332DB8">
              <w:rPr>
                <w:lang w:val="ru-RU"/>
              </w:rPr>
              <w:t>-</w:t>
            </w:r>
            <w:r>
              <w:t>muhammada</w:t>
            </w:r>
            <w:r w:rsidRPr="00332DB8">
              <w:rPr>
                <w:lang w:val="ru-RU"/>
              </w:rPr>
              <w:t>-</w:t>
            </w:r>
            <w:r>
              <w:t>agachaulskogo</w:t>
            </w:r>
            <w:r w:rsidRPr="00332DB8">
              <w:rPr>
                <w:lang w:val="ru-RU"/>
              </w:rPr>
              <w:t>-</w:t>
            </w:r>
            <w:r>
              <w:t>v</w:t>
            </w:r>
            <w:r w:rsidRPr="00332DB8">
              <w:rPr>
                <w:lang w:val="ru-RU"/>
              </w:rPr>
              <w:t>-</w:t>
            </w:r>
            <w:r>
              <w:t>svyazy</w:t>
            </w:r>
            <w:r w:rsidRPr="00332DB8">
              <w:rPr>
                <w:lang w:val="ru-RU"/>
              </w:rPr>
              <w:t>-</w:t>
            </w:r>
            <w:r>
              <w:t>s</w:t>
            </w:r>
            <w:r w:rsidRPr="00332DB8">
              <w:rPr>
                <w:lang w:val="ru-RU"/>
              </w:rPr>
              <w:t>-</w:t>
            </w:r>
            <w:r>
              <w:t>poslednimi</w:t>
            </w:r>
            <w:r w:rsidRPr="00332DB8">
              <w:rPr>
                <w:lang w:val="ru-RU"/>
              </w:rPr>
              <w:t>-</w:t>
            </w:r>
            <w:r>
              <w:t>sobytiyami</w:t>
            </w:r>
            <w:r w:rsidRPr="00332DB8">
              <w:rPr>
                <w:lang w:val="ru-RU"/>
              </w:rPr>
              <w:t>-</w:t>
            </w:r>
            <w:r>
              <w:t>na</w:t>
            </w:r>
            <w:r w:rsidRPr="00332DB8">
              <w:rPr>
                <w:lang w:val="ru-RU"/>
              </w:rPr>
              <w:t>-</w:t>
            </w:r>
            <w:r>
              <w:t>territorii</w:t>
            </w:r>
            <w:r w:rsidRPr="00332DB8">
              <w:rPr>
                <w:lang w:val="ru-RU"/>
              </w:rPr>
              <w:t>-</w:t>
            </w:r>
            <w:r>
              <w:t>shamilkalinskogo</w:t>
            </w:r>
            <w:r w:rsidRPr="00332DB8">
              <w:rPr>
                <w:lang w:val="ru-RU"/>
              </w:rPr>
              <w:t>-</w:t>
            </w:r>
            <w:r>
              <w:t>sektora</w:t>
            </w:r>
            <w:r w:rsidRPr="00332DB8">
              <w:rPr>
                <w:lang w:val="ru-RU"/>
              </w:rPr>
              <w:t>.</w:t>
            </w:r>
            <w:r>
              <w:t>djihad</w:t>
            </w:r>
            <w:r w:rsidRPr="00332DB8">
              <w:rPr>
                <w:lang w:val="ru-RU"/>
              </w:rPr>
              <w:t xml:space="preserve"> на сайте </w:t>
            </w:r>
            <w:r>
              <w:t>http</w:t>
            </w:r>
            <w:r w:rsidRPr="00332DB8">
              <w:rPr>
                <w:lang w:val="ru-RU"/>
              </w:rPr>
              <w:t>://</w:t>
            </w:r>
            <w:r>
              <w:t>vdagestan</w:t>
            </w:r>
            <w:r w:rsidRPr="00332DB8">
              <w:rPr>
                <w:lang w:val="ru-RU"/>
              </w:rPr>
              <w:t>.</w:t>
            </w:r>
            <w:r>
              <w:t>com</w:t>
            </w:r>
            <w:r w:rsidRPr="00332DB8">
              <w:rPr>
                <w:lang w:val="ru-RU"/>
              </w:rPr>
              <w:t>/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2880" w:type="dxa"/>
          </w:tcPr>
          <w:p w:rsidR="006F7457" w:rsidRPr="00332DB8" w:rsidRDefault="006F7457">
            <w:pPr>
              <w:rPr>
                <w:lang w:val="ru-RU"/>
              </w:rPr>
            </w:pPr>
          </w:p>
        </w:tc>
      </w:tr>
      <w:tr w:rsidR="006F7457" w:rsidRPr="005A424D">
        <w:tc>
          <w:tcPr>
            <w:tcW w:w="2880" w:type="dxa"/>
          </w:tcPr>
          <w:p w:rsidR="006F7457" w:rsidRDefault="00332DB8">
            <w:r>
              <w:t>2646.</w:t>
            </w:r>
          </w:p>
        </w:tc>
        <w:tc>
          <w:tcPr>
            <w:tcW w:w="2880" w:type="dxa"/>
          </w:tcPr>
          <w:p w:rsidR="006F7457" w:rsidRPr="00332DB8" w:rsidRDefault="00332DB8">
            <w:pPr>
              <w:rPr>
                <w:lang w:val="ru-RU"/>
              </w:rPr>
            </w:pPr>
            <w:r w:rsidRPr="00332DB8">
              <w:rPr>
                <w:lang w:val="ru-RU"/>
              </w:rPr>
              <w:t>Видеофонограмма «</w:t>
            </w:r>
            <w:r>
              <w:t>NS</w:t>
            </w:r>
            <w:r w:rsidRPr="00332DB8">
              <w:rPr>
                <w:lang w:val="ru-RU"/>
              </w:rPr>
              <w:t>-</w:t>
            </w:r>
            <w:r>
              <w:t>WP</w:t>
            </w:r>
            <w:r w:rsidRPr="00332DB8">
              <w:rPr>
                <w:lang w:val="ru-RU"/>
              </w:rPr>
              <w:t xml:space="preserve"> Прямое действие клип», размещенная в сети «Интернет» на сайте </w:t>
            </w:r>
            <w:r>
              <w:t>http</w:t>
            </w:r>
            <w:r w:rsidRPr="00332DB8">
              <w:rPr>
                <w:lang w:val="ru-RU"/>
              </w:rPr>
              <w:t>://</w:t>
            </w:r>
            <w:r>
              <w:t>vk</w:t>
            </w:r>
            <w:r w:rsidRPr="00332DB8">
              <w:rPr>
                <w:lang w:val="ru-RU"/>
              </w:rPr>
              <w:t>.</w:t>
            </w:r>
            <w:r>
              <w:t>com</w:t>
            </w:r>
            <w:r w:rsidRPr="00332DB8">
              <w:rPr>
                <w:lang w:val="ru-RU"/>
              </w:rPr>
              <w:t>/,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2880" w:type="dxa"/>
          </w:tcPr>
          <w:p w:rsidR="006F7457" w:rsidRPr="00332DB8" w:rsidRDefault="006F7457">
            <w:pPr>
              <w:rPr>
                <w:lang w:val="ru-RU"/>
              </w:rPr>
            </w:pPr>
          </w:p>
        </w:tc>
      </w:tr>
      <w:tr w:rsidR="006F7457" w:rsidRPr="005A424D">
        <w:tc>
          <w:tcPr>
            <w:tcW w:w="2880" w:type="dxa"/>
          </w:tcPr>
          <w:p w:rsidR="006F7457" w:rsidRDefault="00332DB8">
            <w:r>
              <w:t>2647.</w:t>
            </w:r>
          </w:p>
        </w:tc>
        <w:tc>
          <w:tcPr>
            <w:tcW w:w="2880" w:type="dxa"/>
          </w:tcPr>
          <w:p w:rsidR="006F7457" w:rsidRPr="00332DB8" w:rsidRDefault="00332DB8">
            <w:pPr>
              <w:rPr>
                <w:lang w:val="ru-RU"/>
              </w:rPr>
            </w:pPr>
            <w:r w:rsidRPr="00332DB8">
              <w:rPr>
                <w:lang w:val="ru-RU"/>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2880" w:type="dxa"/>
          </w:tcPr>
          <w:p w:rsidR="006F7457" w:rsidRPr="00332DB8" w:rsidRDefault="006F7457">
            <w:pPr>
              <w:rPr>
                <w:lang w:val="ru-RU"/>
              </w:rPr>
            </w:pPr>
          </w:p>
        </w:tc>
      </w:tr>
      <w:tr w:rsidR="006F7457" w:rsidRPr="005A424D">
        <w:tc>
          <w:tcPr>
            <w:tcW w:w="2880" w:type="dxa"/>
          </w:tcPr>
          <w:p w:rsidR="006F7457" w:rsidRDefault="00332DB8">
            <w:r>
              <w:t>2648.</w:t>
            </w:r>
          </w:p>
        </w:tc>
        <w:tc>
          <w:tcPr>
            <w:tcW w:w="2880" w:type="dxa"/>
          </w:tcPr>
          <w:p w:rsidR="006F7457" w:rsidRPr="00332DB8" w:rsidRDefault="00332DB8">
            <w:pPr>
              <w:rPr>
                <w:lang w:val="ru-RU"/>
              </w:rPr>
            </w:pPr>
            <w:r w:rsidRPr="00332DB8">
              <w:rPr>
                <w:lang w:val="ru-RU"/>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2880" w:type="dxa"/>
          </w:tcPr>
          <w:p w:rsidR="006F7457" w:rsidRPr="00332DB8" w:rsidRDefault="006F7457">
            <w:pPr>
              <w:rPr>
                <w:lang w:val="ru-RU"/>
              </w:rPr>
            </w:pPr>
          </w:p>
        </w:tc>
      </w:tr>
      <w:tr w:rsidR="006F7457" w:rsidRPr="005A424D">
        <w:tc>
          <w:tcPr>
            <w:tcW w:w="2880" w:type="dxa"/>
          </w:tcPr>
          <w:p w:rsidR="006F7457" w:rsidRDefault="00332DB8">
            <w:r>
              <w:t>2649.</w:t>
            </w:r>
          </w:p>
        </w:tc>
        <w:tc>
          <w:tcPr>
            <w:tcW w:w="2880" w:type="dxa"/>
          </w:tcPr>
          <w:p w:rsidR="006F7457" w:rsidRPr="00332DB8" w:rsidRDefault="00332DB8">
            <w:pPr>
              <w:rPr>
                <w:lang w:val="ru-RU"/>
              </w:rPr>
            </w:pPr>
            <w:r w:rsidRPr="00332DB8">
              <w:rPr>
                <w:lang w:val="ru-RU"/>
              </w:rPr>
              <w:t>Интернет-ресурс «</w:t>
            </w:r>
            <w:r>
              <w:t>Jabhat</w:t>
            </w:r>
            <w:r w:rsidRPr="00332DB8">
              <w:rPr>
                <w:lang w:val="ru-RU"/>
              </w:rPr>
              <w:t xml:space="preserve"> </w:t>
            </w:r>
            <w:r>
              <w:t>al</w:t>
            </w:r>
            <w:r w:rsidRPr="00332DB8">
              <w:rPr>
                <w:lang w:val="ru-RU"/>
              </w:rPr>
              <w:t>-</w:t>
            </w:r>
            <w:r>
              <w:t>nusra</w:t>
            </w:r>
            <w:r w:rsidRPr="00332DB8">
              <w:rPr>
                <w:lang w:val="ru-RU"/>
              </w:rPr>
              <w:t xml:space="preserve">», расположенный по адресу: </w:t>
            </w:r>
            <w:r>
              <w:t>http</w:t>
            </w:r>
            <w:r w:rsidRPr="00332DB8">
              <w:rPr>
                <w:lang w:val="ru-RU"/>
              </w:rPr>
              <w:t>://</w:t>
            </w:r>
            <w:r>
              <w:t>usudusham</w:t>
            </w:r>
            <w:r w:rsidRPr="00332DB8">
              <w:rPr>
                <w:lang w:val="ru-RU"/>
              </w:rPr>
              <w:t>.</w:t>
            </w:r>
            <w:r>
              <w:t>com</w:t>
            </w:r>
            <w:r w:rsidRPr="00332DB8">
              <w:rPr>
                <w:lang w:val="ru-RU"/>
              </w:rPr>
              <w:t>/ (решение Центрального районного суда г. Волгограда от 01.09.2014);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2650.</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статье «Хизб ут- Тахрир: истоки, история, цели» на интернет-сайте </w:t>
            </w:r>
            <w:r>
              <w:t>http</w:t>
            </w:r>
            <w:r w:rsidRPr="00332DB8">
              <w:rPr>
                <w:lang w:val="ru-RU"/>
              </w:rPr>
              <w:t>://</w:t>
            </w:r>
            <w:r>
              <w:t>www</w:t>
            </w:r>
            <w:r w:rsidRPr="00332DB8">
              <w:rPr>
                <w:lang w:val="ru-RU"/>
              </w:rPr>
              <w:t>.</w:t>
            </w:r>
            <w:r>
              <w:t>vesti</w:t>
            </w:r>
            <w:r w:rsidRPr="00332DB8">
              <w:rPr>
                <w:lang w:val="ru-RU"/>
              </w:rPr>
              <w:t>.</w:t>
            </w:r>
            <w:r>
              <w:t>kg</w:t>
            </w:r>
            <w:r w:rsidRPr="00332DB8">
              <w:rPr>
                <w:lang w:val="ru-RU"/>
              </w:rPr>
              <w:t>/</w:t>
            </w:r>
            <w:r>
              <w:t>index</w:t>
            </w:r>
            <w:r w:rsidRPr="00332DB8">
              <w:rPr>
                <w:lang w:val="ru-RU"/>
              </w:rPr>
              <w:t>.</w:t>
            </w:r>
            <w:r>
              <w:t>php</w:t>
            </w:r>
            <w:r w:rsidRPr="00332DB8">
              <w:rPr>
                <w:lang w:val="ru-RU"/>
              </w:rPr>
              <w:t>?</w:t>
            </w:r>
            <w:r>
              <w:t>option</w:t>
            </w:r>
            <w:r w:rsidRPr="00332DB8">
              <w:rPr>
                <w:lang w:val="ru-RU"/>
              </w:rPr>
              <w:t xml:space="preserve"> =</w:t>
            </w:r>
            <w:r>
              <w:t>com</w:t>
            </w:r>
            <w:r w:rsidRPr="00332DB8">
              <w:rPr>
                <w:lang w:val="ru-RU"/>
              </w:rPr>
              <w:t>_</w:t>
            </w:r>
            <w:r>
              <w:t>k</w:t>
            </w:r>
            <w:r w:rsidRPr="00332DB8">
              <w:rPr>
                <w:lang w:val="ru-RU"/>
              </w:rPr>
              <w:t xml:space="preserve">2&amp; </w:t>
            </w:r>
            <w:r>
              <w:t>view</w:t>
            </w:r>
            <w:r w:rsidRPr="00332DB8">
              <w:rPr>
                <w:lang w:val="ru-RU"/>
              </w:rPr>
              <w:t>=</w:t>
            </w:r>
            <w:r>
              <w:t>item</w:t>
            </w:r>
            <w:r w:rsidRPr="00332DB8">
              <w:rPr>
                <w:lang w:val="ru-RU"/>
              </w:rPr>
              <w:t>&amp;</w:t>
            </w:r>
            <w:r>
              <w:t>id</w:t>
            </w:r>
            <w:r w:rsidRPr="00332DB8">
              <w:rPr>
                <w:lang w:val="ru-RU"/>
              </w:rPr>
              <w:t>=142&amp;</w:t>
            </w:r>
            <w:r>
              <w:t>Itemid</w:t>
            </w:r>
            <w:r w:rsidRPr="00332DB8">
              <w:rPr>
                <w:lang w:val="ru-RU"/>
              </w:rPr>
              <w:t>=125,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2880" w:type="dxa"/>
          </w:tcPr>
          <w:p w:rsidR="006F7457" w:rsidRPr="00332DB8" w:rsidRDefault="006F7457">
            <w:pPr>
              <w:rPr>
                <w:lang w:val="ru-RU"/>
              </w:rPr>
            </w:pPr>
          </w:p>
        </w:tc>
      </w:tr>
      <w:tr w:rsidR="006F7457" w:rsidRPr="005A424D">
        <w:tc>
          <w:tcPr>
            <w:tcW w:w="2880" w:type="dxa"/>
          </w:tcPr>
          <w:p w:rsidR="006F7457" w:rsidRDefault="00332DB8">
            <w:r>
              <w:t>2651.</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w:t>
            </w:r>
            <w:r>
              <w:t>http</w:t>
            </w:r>
            <w:r w:rsidRPr="00332DB8">
              <w:rPr>
                <w:lang w:val="ru-RU"/>
              </w:rPr>
              <w:t xml:space="preserve">:// </w:t>
            </w:r>
            <w:r>
              <w:t>www</w:t>
            </w:r>
            <w:r w:rsidRPr="00332DB8">
              <w:rPr>
                <w:lang w:val="ru-RU"/>
              </w:rPr>
              <w:t>.</w:t>
            </w:r>
            <w:r>
              <w:t>sektam</w:t>
            </w:r>
            <w:r w:rsidRPr="00332DB8">
              <w:rPr>
                <w:lang w:val="ru-RU"/>
              </w:rPr>
              <w:t>.</w:t>
            </w:r>
            <w:r>
              <w:t>net</w:t>
            </w:r>
            <w:r w:rsidRPr="00332DB8">
              <w:rPr>
                <w:lang w:val="ru-RU"/>
              </w:rPr>
              <w:t>/</w:t>
            </w:r>
            <w:r>
              <w:t>forum</w:t>
            </w:r>
            <w:r w:rsidRPr="00332DB8">
              <w:rPr>
                <w:lang w:val="ru-RU"/>
              </w:rPr>
              <w:t>/</w:t>
            </w:r>
            <w:r>
              <w:t>index</w:t>
            </w:r>
            <w:r w:rsidRPr="00332DB8">
              <w:rPr>
                <w:lang w:val="ru-RU"/>
              </w:rPr>
              <w:t>.</w:t>
            </w:r>
            <w:r>
              <w:t>php</w:t>
            </w:r>
            <w:r w:rsidRPr="00332DB8">
              <w:rPr>
                <w:lang w:val="ru-RU"/>
              </w:rPr>
              <w:t>?</w:t>
            </w:r>
            <w:r>
              <w:t>showtopic</w:t>
            </w:r>
            <w:r w:rsidRPr="00332DB8">
              <w:rPr>
                <w:lang w:val="ru-RU"/>
              </w:rPr>
              <w:t>=948,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2880" w:type="dxa"/>
          </w:tcPr>
          <w:p w:rsidR="006F7457" w:rsidRPr="00332DB8" w:rsidRDefault="006F7457">
            <w:pPr>
              <w:rPr>
                <w:lang w:val="ru-RU"/>
              </w:rPr>
            </w:pPr>
          </w:p>
        </w:tc>
      </w:tr>
      <w:tr w:rsidR="006F7457" w:rsidRPr="005A424D">
        <w:tc>
          <w:tcPr>
            <w:tcW w:w="2880" w:type="dxa"/>
          </w:tcPr>
          <w:p w:rsidR="006F7457" w:rsidRDefault="00332DB8">
            <w:r>
              <w:t>2652.</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статье «Аль-Каида-вызов вертикальным структурам управления» на интернет-сайте </w:t>
            </w:r>
            <w:r>
              <w:t>http</w:t>
            </w:r>
            <w:r w:rsidRPr="00332DB8">
              <w:rPr>
                <w:lang w:val="ru-RU"/>
              </w:rPr>
              <w:t>://</w:t>
            </w:r>
            <w:r>
              <w:t>anvictory</w:t>
            </w:r>
            <w:r w:rsidRPr="00332DB8">
              <w:rPr>
                <w:lang w:val="ru-RU"/>
              </w:rPr>
              <w:t>.</w:t>
            </w:r>
            <w:r>
              <w:t>org</w:t>
            </w:r>
            <w:r w:rsidRPr="00332DB8">
              <w:rPr>
                <w:lang w:val="ru-RU"/>
              </w:rPr>
              <w:t>/</w:t>
            </w:r>
            <w:r>
              <w:t>blog</w:t>
            </w:r>
            <w:r w:rsidRPr="00332DB8">
              <w:rPr>
                <w:lang w:val="ru-RU"/>
              </w:rPr>
              <w:t>/2009/07/31/</w:t>
            </w:r>
            <w:r>
              <w:t>al</w:t>
            </w:r>
            <w:r w:rsidRPr="00332DB8">
              <w:rPr>
                <w:lang w:val="ru-RU"/>
              </w:rPr>
              <w:t>-</w:t>
            </w:r>
            <w:r>
              <w:t>kaida</w:t>
            </w:r>
            <w:r w:rsidRPr="00332DB8">
              <w:rPr>
                <w:lang w:val="ru-RU"/>
              </w:rPr>
              <w:t>-</w:t>
            </w:r>
            <w:r>
              <w:t>vyizov</w:t>
            </w:r>
            <w:r w:rsidRPr="00332DB8">
              <w:rPr>
                <w:lang w:val="ru-RU"/>
              </w:rPr>
              <w:t xml:space="preserve"> </w:t>
            </w:r>
            <w:r>
              <w:t>vertikalnyim</w:t>
            </w:r>
            <w:r w:rsidRPr="00332DB8">
              <w:rPr>
                <w:lang w:val="ru-RU"/>
              </w:rPr>
              <w:t xml:space="preserve"> </w:t>
            </w:r>
            <w:r>
              <w:t>strukturam</w:t>
            </w:r>
            <w:r w:rsidRPr="00332DB8">
              <w:rPr>
                <w:lang w:val="ru-RU"/>
              </w:rPr>
              <w:t xml:space="preserve"> </w:t>
            </w:r>
            <w:r>
              <w:t>upravleniya</w:t>
            </w:r>
            <w:r w:rsidRPr="00332DB8">
              <w:rPr>
                <w:lang w:val="ru-RU"/>
              </w:rPr>
              <w:t>,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2880" w:type="dxa"/>
          </w:tcPr>
          <w:p w:rsidR="006F7457" w:rsidRPr="00332DB8" w:rsidRDefault="006F7457">
            <w:pPr>
              <w:rPr>
                <w:lang w:val="ru-RU"/>
              </w:rPr>
            </w:pPr>
          </w:p>
        </w:tc>
      </w:tr>
      <w:tr w:rsidR="006F7457" w:rsidRPr="005A424D">
        <w:tc>
          <w:tcPr>
            <w:tcW w:w="2880" w:type="dxa"/>
          </w:tcPr>
          <w:p w:rsidR="006F7457" w:rsidRDefault="00332DB8">
            <w:r>
              <w:t>2653.</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статье «Аль-Каида: история, организация, идеология» на Интернет-сайте </w:t>
            </w:r>
            <w:r>
              <w:t>http</w:t>
            </w:r>
            <w:r w:rsidRPr="00332DB8">
              <w:rPr>
                <w:lang w:val="ru-RU"/>
              </w:rPr>
              <w:t>://</w:t>
            </w:r>
            <w:r>
              <w:t>nk</w:t>
            </w:r>
            <w:r w:rsidRPr="00332DB8">
              <w:rPr>
                <w:lang w:val="ru-RU"/>
              </w:rPr>
              <w:t>.</w:t>
            </w:r>
            <w:r>
              <w:t>org</w:t>
            </w:r>
            <w:r w:rsidRPr="00332DB8">
              <w:rPr>
                <w:lang w:val="ru-RU"/>
              </w:rPr>
              <w:t>.</w:t>
            </w:r>
            <w:r>
              <w:t>ua</w:t>
            </w:r>
            <w:r w:rsidRPr="00332DB8">
              <w:rPr>
                <w:lang w:val="ru-RU"/>
              </w:rPr>
              <w:t>/</w:t>
            </w:r>
            <w:r>
              <w:t>geopolitika</w:t>
            </w:r>
            <w:r w:rsidRPr="00332DB8">
              <w:rPr>
                <w:lang w:val="ru-RU"/>
              </w:rPr>
              <w:t>/52186-</w:t>
            </w:r>
            <w:r>
              <w:t>al</w:t>
            </w:r>
            <w:r w:rsidRPr="00332DB8">
              <w:rPr>
                <w:lang w:val="ru-RU"/>
              </w:rPr>
              <w:t>-</w:t>
            </w:r>
            <w:r>
              <w:t>kaida</w:t>
            </w:r>
            <w:r w:rsidRPr="00332DB8">
              <w:rPr>
                <w:lang w:val="ru-RU"/>
              </w:rPr>
              <w:t>-</w:t>
            </w:r>
            <w:r>
              <w:t>istoriya</w:t>
            </w:r>
            <w:r w:rsidRPr="00332DB8">
              <w:rPr>
                <w:lang w:val="ru-RU"/>
              </w:rPr>
              <w:t>-</w:t>
            </w:r>
            <w:r>
              <w:t>organizaciya</w:t>
            </w:r>
            <w:r w:rsidRPr="00332DB8">
              <w:rPr>
                <w:lang w:val="ru-RU"/>
              </w:rPr>
              <w:t>-</w:t>
            </w:r>
            <w:r>
              <w:t>ideologiya</w:t>
            </w:r>
            <w:r w:rsidRPr="00332DB8">
              <w:rPr>
                <w:lang w:val="ru-RU"/>
              </w:rPr>
              <w:t>,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2880" w:type="dxa"/>
          </w:tcPr>
          <w:p w:rsidR="006F7457" w:rsidRPr="00332DB8" w:rsidRDefault="006F7457">
            <w:pPr>
              <w:rPr>
                <w:lang w:val="ru-RU"/>
              </w:rPr>
            </w:pPr>
          </w:p>
        </w:tc>
      </w:tr>
      <w:tr w:rsidR="006F7457">
        <w:tc>
          <w:tcPr>
            <w:tcW w:w="2880" w:type="dxa"/>
          </w:tcPr>
          <w:p w:rsidR="006F7457" w:rsidRDefault="00332DB8">
            <w:r>
              <w:t>2654.</w:t>
            </w:r>
          </w:p>
        </w:tc>
        <w:tc>
          <w:tcPr>
            <w:tcW w:w="2880" w:type="dxa"/>
          </w:tcPr>
          <w:p w:rsidR="006F7457" w:rsidRDefault="00332DB8">
            <w:r>
              <w:t xml:space="preserve">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w:t>
            </w:r>
            <w:r w:rsidRPr="00332DB8">
              <w:rPr>
                <w:lang w:val="ru-RU"/>
              </w:rPr>
              <w:t>04 мин.34 сек.), 2) аудиозапись «Коловрат-Правый скинхед» (файл «</w:t>
            </w:r>
            <w:r>
              <w:t>Kolovrat</w:t>
            </w:r>
            <w:r w:rsidRPr="00332DB8">
              <w:rPr>
                <w:lang w:val="ru-RU"/>
              </w:rPr>
              <w:t>-</w:t>
            </w:r>
            <w:r>
              <w:t>Pravyj</w:t>
            </w:r>
            <w:r w:rsidRPr="00332DB8">
              <w:rPr>
                <w:lang w:val="ru-RU"/>
              </w:rPr>
              <w:t xml:space="preserve"> </w:t>
            </w:r>
            <w:r>
              <w:t>skinhed</w:t>
            </w:r>
            <w:r w:rsidRPr="00332DB8">
              <w:rPr>
                <w:lang w:val="ru-RU"/>
              </w:rPr>
              <w:t>.</w:t>
            </w:r>
            <w:r>
              <w:t>mp</w:t>
            </w:r>
            <w:r w:rsidRPr="00332DB8">
              <w:rPr>
                <w:lang w:val="ru-RU"/>
              </w:rPr>
              <w:t>3» размером 4,29 МБ продолжительностью 04 мин.42 сек., 3) аудиозапись «Велимор-Россия 88» (файл «</w:t>
            </w:r>
            <w:r>
              <w:t>Velimor</w:t>
            </w:r>
            <w:r w:rsidRPr="00332DB8">
              <w:rPr>
                <w:lang w:val="ru-RU"/>
              </w:rPr>
              <w:t>-</w:t>
            </w:r>
            <w:r>
              <w:t>Rossiya</w:t>
            </w:r>
            <w:r w:rsidRPr="00332DB8">
              <w:rPr>
                <w:lang w:val="ru-RU"/>
              </w:rPr>
              <w:t xml:space="preserve"> 88.</w:t>
            </w:r>
            <w:r>
              <w:t>mp</w:t>
            </w:r>
            <w:r w:rsidRPr="00332DB8">
              <w:rPr>
                <w:lang w:val="ru-RU"/>
              </w:rPr>
              <w:t xml:space="preserve">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w:t>
            </w:r>
            <w:r w:rsidRPr="00332DB8">
              <w:rPr>
                <w:lang w:val="ru-RU"/>
              </w:rPr>
              <w:lastRenderedPageBreak/>
              <w:t>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w:t>
            </w:r>
            <w:r>
              <w:t>Vykinuf</w:t>
            </w:r>
            <w:r w:rsidRPr="00332DB8">
              <w:rPr>
                <w:lang w:val="ru-RU"/>
              </w:rPr>
              <w:t xml:space="preserve"> </w:t>
            </w:r>
            <w:r>
              <w:t>churejk</w:t>
            </w:r>
            <w:r w:rsidRPr="00332DB8">
              <w:rPr>
                <w:lang w:val="ru-RU"/>
              </w:rPr>
              <w:t xml:space="preserve">! </w:t>
            </w:r>
            <w:r>
              <w:t>Predvybornaja</w:t>
            </w:r>
            <w:r w:rsidRPr="00332DB8">
              <w:rPr>
                <w:lang w:val="ru-RU"/>
              </w:rPr>
              <w:t xml:space="preserve"> </w:t>
            </w:r>
            <w:r>
              <w:t>agitaciya</w:t>
            </w:r>
            <w:r w:rsidRPr="00332DB8">
              <w:rPr>
                <w:lang w:val="ru-RU"/>
              </w:rPr>
              <w:t>.240.</w:t>
            </w:r>
            <w:r>
              <w:t>mp</w:t>
            </w:r>
            <w:r w:rsidRPr="00332DB8">
              <w:rPr>
                <w:lang w:val="ru-RU"/>
              </w:rPr>
              <w:t>4»), размером 3,37 МБ, продолжительностью 01 мин.27 сек.), 11) аудиозапись «Ансамбль Христа спасителя и мать сыра земля-Ломая полумесяц» (файл «</w:t>
            </w:r>
            <w:r>
              <w:t>ANSAMBL</w:t>
            </w:r>
            <w:r w:rsidRPr="00332DB8">
              <w:rPr>
                <w:lang w:val="ru-RU"/>
              </w:rPr>
              <w:t xml:space="preserve">ʼ </w:t>
            </w:r>
            <w:r>
              <w:t>HRISTA</w:t>
            </w:r>
            <w:r w:rsidRPr="00332DB8">
              <w:rPr>
                <w:lang w:val="ru-RU"/>
              </w:rPr>
              <w:t xml:space="preserve"> </w:t>
            </w:r>
            <w:r>
              <w:t>SPASITELYAI</w:t>
            </w:r>
            <w:r w:rsidRPr="00332DB8">
              <w:rPr>
                <w:lang w:val="ru-RU"/>
              </w:rPr>
              <w:t xml:space="preserve"> </w:t>
            </w:r>
            <w:r>
              <w:t>MAT</w:t>
            </w:r>
            <w:r w:rsidRPr="00332DB8">
              <w:rPr>
                <w:lang w:val="ru-RU"/>
              </w:rPr>
              <w:t xml:space="preserve">* </w:t>
            </w:r>
            <w:r>
              <w:t>SYRA</w:t>
            </w:r>
            <w:r w:rsidRPr="00332DB8">
              <w:rPr>
                <w:lang w:val="ru-RU"/>
              </w:rPr>
              <w:t xml:space="preserve"> </w:t>
            </w:r>
            <w:r>
              <w:t>ZEMLYA</w:t>
            </w:r>
            <w:r w:rsidRPr="00332DB8">
              <w:rPr>
                <w:lang w:val="ru-RU"/>
              </w:rPr>
              <w:t>-</w:t>
            </w:r>
            <w:r>
              <w:t>Lomaya</w:t>
            </w:r>
            <w:r w:rsidRPr="00332DB8">
              <w:rPr>
                <w:lang w:val="ru-RU"/>
              </w:rPr>
              <w:t xml:space="preserve"> </w:t>
            </w:r>
            <w:r>
              <w:t>polumesyac</w:t>
            </w:r>
            <w:r w:rsidRPr="00332DB8">
              <w:rPr>
                <w:lang w:val="ru-RU"/>
              </w:rPr>
              <w:t xml:space="preserve"> . тр3») размером 7,06 МБ, продолжительностью </w:t>
            </w:r>
            <w:r>
              <w:t>03 мин. 05 сек.) (решение Псковского городского суда Псковской области от 22.12.2014);</w:t>
            </w:r>
          </w:p>
        </w:tc>
        <w:tc>
          <w:tcPr>
            <w:tcW w:w="2880" w:type="dxa"/>
          </w:tcPr>
          <w:p w:rsidR="006F7457" w:rsidRDefault="006F7457"/>
        </w:tc>
      </w:tr>
      <w:tr w:rsidR="006F7457" w:rsidRPr="005A424D">
        <w:tc>
          <w:tcPr>
            <w:tcW w:w="2880" w:type="dxa"/>
          </w:tcPr>
          <w:p w:rsidR="006F7457" w:rsidRDefault="00332DB8">
            <w:r>
              <w:lastRenderedPageBreak/>
              <w:t>2655.</w:t>
            </w:r>
          </w:p>
        </w:tc>
        <w:tc>
          <w:tcPr>
            <w:tcW w:w="2880" w:type="dxa"/>
          </w:tcPr>
          <w:p w:rsidR="006F7457" w:rsidRPr="00332DB8" w:rsidRDefault="00332DB8">
            <w:pPr>
              <w:rPr>
                <w:lang w:val="ru-RU"/>
              </w:rPr>
            </w:pPr>
            <w:r w:rsidRPr="00332DB8">
              <w:rPr>
                <w:lang w:val="ru-RU"/>
              </w:rPr>
              <w:t>Информация, содержащаяся в аудио-файлах: «</w:t>
            </w:r>
            <w:r>
              <w:t>SpecSHcola</w:t>
            </w:r>
            <w:r w:rsidRPr="00332DB8">
              <w:rPr>
                <w:lang w:val="ru-RU"/>
              </w:rPr>
              <w:t>-</w:t>
            </w:r>
            <w:r>
              <w:t>Slava</w:t>
            </w:r>
            <w:r w:rsidRPr="00332DB8">
              <w:rPr>
                <w:lang w:val="ru-RU"/>
              </w:rPr>
              <w:t xml:space="preserve"> </w:t>
            </w:r>
            <w:r>
              <w:t>RoSSii</w:t>
            </w:r>
            <w:r w:rsidRPr="00332DB8">
              <w:rPr>
                <w:lang w:val="ru-RU"/>
              </w:rPr>
              <w:t xml:space="preserve">!! </w:t>
            </w:r>
            <w:r>
              <w:t>Skinned</w:t>
            </w:r>
            <w:r w:rsidRPr="00332DB8">
              <w:rPr>
                <w:lang w:val="ru-RU"/>
              </w:rPr>
              <w:t xml:space="preserve"> </w:t>
            </w:r>
            <w:r>
              <w:t>v</w:t>
            </w:r>
            <w:r w:rsidRPr="00332DB8">
              <w:rPr>
                <w:lang w:val="ru-RU"/>
              </w:rPr>
              <w:t xml:space="preserve"> </w:t>
            </w:r>
            <w:r>
              <w:t>boj</w:t>
            </w:r>
            <w:r w:rsidRPr="00332DB8">
              <w:rPr>
                <w:lang w:val="ru-RU"/>
              </w:rPr>
              <w:t xml:space="preserve"> </w:t>
            </w:r>
            <w:r>
              <w:t>ojl</w:t>
            </w:r>
            <w:r w:rsidRPr="00332DB8">
              <w:rPr>
                <w:lang w:val="ru-RU"/>
              </w:rPr>
              <w:t>!» продолжительностью 01 минута 06 секунд, «</w:t>
            </w:r>
            <w:r>
              <w:t>SpecSHcola</w:t>
            </w:r>
            <w:r w:rsidRPr="00332DB8">
              <w:rPr>
                <w:lang w:val="ru-RU"/>
              </w:rPr>
              <w:t>-</w:t>
            </w:r>
            <w:r>
              <w:t>Hach</w:t>
            </w:r>
            <w:r w:rsidRPr="00332DB8">
              <w:rPr>
                <w:lang w:val="ru-RU"/>
              </w:rPr>
              <w:t>» продолжительностью 02 минуты 55 секунд, «</w:t>
            </w:r>
            <w:r>
              <w:t>W</w:t>
            </w:r>
            <w:r w:rsidRPr="00332DB8">
              <w:rPr>
                <w:lang w:val="ru-RU"/>
              </w:rPr>
              <w:t>.</w:t>
            </w:r>
            <w:r>
              <w:t>C</w:t>
            </w:r>
            <w:r w:rsidRPr="00332DB8">
              <w:rPr>
                <w:lang w:val="ru-RU"/>
              </w:rPr>
              <w:t>.</w:t>
            </w:r>
            <w:r>
              <w:t>D</w:t>
            </w:r>
            <w:r w:rsidRPr="00332DB8">
              <w:rPr>
                <w:lang w:val="ru-RU"/>
              </w:rPr>
              <w:t>.-</w:t>
            </w:r>
            <w:r>
              <w:t>Zamachiha</w:t>
            </w:r>
            <w:r w:rsidRPr="00332DB8">
              <w:rPr>
                <w:lang w:val="ru-RU"/>
              </w:rPr>
              <w:t xml:space="preserve"> </w:t>
            </w:r>
            <w:r>
              <w:t>CHa</w:t>
            </w:r>
            <w:r w:rsidRPr="00332DB8">
              <w:rPr>
                <w:lang w:val="ru-RU"/>
              </w:rPr>
              <w:t>» продолжительностью 03 минуты 39 секунд, «</w:t>
            </w:r>
            <w:r>
              <w:t>ZHeleznyj</w:t>
            </w:r>
            <w:r w:rsidRPr="00332DB8">
              <w:rPr>
                <w:lang w:val="ru-RU"/>
              </w:rPr>
              <w:t xml:space="preserve"> </w:t>
            </w:r>
            <w:r>
              <w:t>Poryadok</w:t>
            </w:r>
            <w:r w:rsidRPr="00332DB8">
              <w:rPr>
                <w:lang w:val="ru-RU"/>
              </w:rPr>
              <w:t>-</w:t>
            </w:r>
            <w:r>
              <w:t>Belye</w:t>
            </w:r>
            <w:r w:rsidRPr="00332DB8">
              <w:rPr>
                <w:lang w:val="ru-RU"/>
              </w:rPr>
              <w:t xml:space="preserve"> </w:t>
            </w:r>
            <w:r>
              <w:t>SHnurki</w:t>
            </w:r>
            <w:r w:rsidRPr="00332DB8">
              <w:rPr>
                <w:lang w:val="ru-RU"/>
              </w:rPr>
              <w:t xml:space="preserve"> (</w:t>
            </w:r>
            <w:r>
              <w:t>Front</w:t>
            </w:r>
            <w:r w:rsidRPr="00332DB8">
              <w:rPr>
                <w:lang w:val="ru-RU"/>
              </w:rPr>
              <w:t xml:space="preserve"> 88!)» продолжительностью 02 минуты 38 секунд (решение Пушкинского районного суда города Санкт-Петербурга от 13.01.2015);</w:t>
            </w:r>
          </w:p>
        </w:tc>
        <w:tc>
          <w:tcPr>
            <w:tcW w:w="2880" w:type="dxa"/>
          </w:tcPr>
          <w:p w:rsidR="006F7457" w:rsidRPr="00332DB8" w:rsidRDefault="006F7457">
            <w:pPr>
              <w:rPr>
                <w:lang w:val="ru-RU"/>
              </w:rPr>
            </w:pPr>
          </w:p>
        </w:tc>
      </w:tr>
      <w:tr w:rsidR="006F7457" w:rsidRPr="005A424D">
        <w:tc>
          <w:tcPr>
            <w:tcW w:w="2880" w:type="dxa"/>
          </w:tcPr>
          <w:p w:rsidR="006F7457" w:rsidRDefault="00332DB8">
            <w:r>
              <w:t>2656.</w:t>
            </w:r>
          </w:p>
        </w:tc>
        <w:tc>
          <w:tcPr>
            <w:tcW w:w="2880" w:type="dxa"/>
          </w:tcPr>
          <w:p w:rsidR="006F7457" w:rsidRPr="00332DB8" w:rsidRDefault="00332DB8">
            <w:pPr>
              <w:rPr>
                <w:lang w:val="ru-RU"/>
              </w:rPr>
            </w:pPr>
            <w:r w:rsidRPr="00332DB8">
              <w:rPr>
                <w:lang w:val="ru-RU"/>
              </w:rPr>
              <w:t xml:space="preserve">Статья «Позор хулителям России», размещенная на сайте </w:t>
            </w:r>
            <w:r>
              <w:t>htt</w:t>
            </w:r>
            <w:r w:rsidRPr="00332DB8">
              <w:rPr>
                <w:lang w:val="ru-RU"/>
              </w:rPr>
              <w:t>://</w:t>
            </w:r>
            <w:r>
              <w:t>censor</w:t>
            </w:r>
            <w:r w:rsidRPr="00332DB8">
              <w:rPr>
                <w:lang w:val="ru-RU"/>
              </w:rPr>
              <w:t>.</w:t>
            </w:r>
            <w:r>
              <w:t>net</w:t>
            </w:r>
            <w:r w:rsidRPr="00332DB8">
              <w:rPr>
                <w:lang w:val="ru-RU"/>
              </w:rPr>
              <w:t>/</w:t>
            </w:r>
            <w:r>
              <w:t>ua</w:t>
            </w:r>
            <w:r w:rsidRPr="00332DB8">
              <w:rPr>
                <w:lang w:val="ru-RU"/>
              </w:rPr>
              <w:t>|</w:t>
            </w:r>
            <w:r>
              <w:t>forum</w:t>
            </w:r>
            <w:r w:rsidRPr="00332DB8">
              <w:rPr>
                <w:lang w:val="ru-RU"/>
              </w:rPr>
              <w:t>|378482|</w:t>
            </w:r>
            <w:r>
              <w:t>pozor</w:t>
            </w:r>
            <w:r w:rsidRPr="00332DB8">
              <w:rPr>
                <w:lang w:val="ru-RU"/>
              </w:rPr>
              <w:t>_</w:t>
            </w:r>
            <w:r>
              <w:t>hulitelyam</w:t>
            </w:r>
            <w:r w:rsidRPr="00332DB8">
              <w:rPr>
                <w:lang w:val="ru-RU"/>
              </w:rPr>
              <w:t>_</w:t>
            </w:r>
            <w:r>
              <w:t>rossii</w:t>
            </w:r>
            <w:r w:rsidRPr="00332DB8">
              <w:rPr>
                <w:lang w:val="ru-RU"/>
              </w:rPr>
              <w:t xml:space="preserve"> (решение Калужского районного суда Калужской области от 08.09.2014 и определение Калужского районного суда Калужской области от 30.10.2014);</w:t>
            </w:r>
          </w:p>
        </w:tc>
        <w:tc>
          <w:tcPr>
            <w:tcW w:w="2880" w:type="dxa"/>
          </w:tcPr>
          <w:p w:rsidR="006F7457" w:rsidRPr="00332DB8" w:rsidRDefault="006F7457">
            <w:pPr>
              <w:rPr>
                <w:lang w:val="ru-RU"/>
              </w:rPr>
            </w:pPr>
          </w:p>
        </w:tc>
      </w:tr>
      <w:tr w:rsidR="006F7457" w:rsidRPr="005A424D">
        <w:tc>
          <w:tcPr>
            <w:tcW w:w="2880" w:type="dxa"/>
          </w:tcPr>
          <w:p w:rsidR="006F7457" w:rsidRDefault="00332DB8">
            <w:r>
              <w:t>2657.</w:t>
            </w:r>
          </w:p>
        </w:tc>
        <w:tc>
          <w:tcPr>
            <w:tcW w:w="2880" w:type="dxa"/>
          </w:tcPr>
          <w:p w:rsidR="006F7457" w:rsidRPr="00332DB8" w:rsidRDefault="00332DB8">
            <w:pPr>
              <w:rPr>
                <w:lang w:val="ru-RU"/>
              </w:rPr>
            </w:pPr>
            <w:r w:rsidRPr="00332DB8">
              <w:rPr>
                <w:lang w:val="ru-RU"/>
              </w:rPr>
              <w:t xml:space="preserve">Размещенные в режиме свободного доступа в сети «Интернет на личной странице «Ислам Бириев» интернет-сайта «В контакте» на сайтах Ьлр: </w:t>
            </w:r>
            <w:r>
              <w:t>vk</w:t>
            </w:r>
            <w:r w:rsidRPr="00332DB8">
              <w:rPr>
                <w:lang w:val="ru-RU"/>
              </w:rPr>
              <w:t>.</w:t>
            </w:r>
            <w:r>
              <w:t>kom</w:t>
            </w:r>
            <w:r w:rsidRPr="00332DB8">
              <w:rPr>
                <w:lang w:val="ru-RU"/>
              </w:rPr>
              <w:t>/</w:t>
            </w:r>
            <w:r>
              <w:t>id</w:t>
            </w:r>
            <w:r w:rsidRPr="00332DB8">
              <w:rPr>
                <w:lang w:val="ru-RU"/>
              </w:rPr>
              <w:t xml:space="preserve">216298542 и </w:t>
            </w:r>
            <w:r>
              <w:t>http</w:t>
            </w:r>
            <w:r w:rsidRPr="00332DB8">
              <w:rPr>
                <w:lang w:val="ru-RU"/>
              </w:rPr>
              <w:t>://</w:t>
            </w:r>
            <w:r>
              <w:t>vk</w:t>
            </w:r>
            <w:r w:rsidRPr="00332DB8">
              <w:rPr>
                <w:lang w:val="ru-RU"/>
              </w:rPr>
              <w:t>.</w:t>
            </w:r>
            <w:r>
              <w:t>kom</w:t>
            </w:r>
            <w:r w:rsidRPr="00332DB8">
              <w:rPr>
                <w:lang w:val="ru-RU"/>
              </w:rPr>
              <w:t>/</w:t>
            </w:r>
            <w:r>
              <w:t>id</w:t>
            </w:r>
            <w:r w:rsidRPr="00332DB8">
              <w:rPr>
                <w:lang w:val="ru-RU"/>
              </w:rPr>
              <w:t>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2880" w:type="dxa"/>
          </w:tcPr>
          <w:p w:rsidR="006F7457" w:rsidRPr="00332DB8" w:rsidRDefault="006F7457">
            <w:pPr>
              <w:rPr>
                <w:lang w:val="ru-RU"/>
              </w:rPr>
            </w:pPr>
          </w:p>
        </w:tc>
      </w:tr>
      <w:tr w:rsidR="006F7457" w:rsidRPr="005A424D">
        <w:tc>
          <w:tcPr>
            <w:tcW w:w="2880" w:type="dxa"/>
          </w:tcPr>
          <w:p w:rsidR="006F7457" w:rsidRDefault="00332DB8">
            <w:r>
              <w:t>265</w:t>
            </w:r>
            <w:r>
              <w:lastRenderedPageBreak/>
              <w:t>8.</w:t>
            </w:r>
          </w:p>
        </w:tc>
        <w:tc>
          <w:tcPr>
            <w:tcW w:w="2880" w:type="dxa"/>
          </w:tcPr>
          <w:p w:rsidR="006F7457" w:rsidRPr="00332DB8" w:rsidRDefault="00332DB8">
            <w:pPr>
              <w:rPr>
                <w:lang w:val="ru-RU"/>
              </w:rPr>
            </w:pPr>
            <w:r w:rsidRPr="00332DB8">
              <w:rPr>
                <w:lang w:val="ru-RU"/>
              </w:rPr>
              <w:lastRenderedPageBreak/>
              <w:t xml:space="preserve">Видеоматериалы «Обращение </w:t>
            </w:r>
            <w:r>
              <w:t>Anonymous</w:t>
            </w:r>
            <w:r w:rsidRPr="00332DB8">
              <w:rPr>
                <w:lang w:val="ru-RU"/>
              </w:rPr>
              <w:t xml:space="preserve">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t>
            </w:r>
            <w:r>
              <w:t>www</w:t>
            </w:r>
            <w:r w:rsidRPr="00332DB8">
              <w:rPr>
                <w:lang w:val="ru-RU"/>
              </w:rPr>
              <w:t>.</w:t>
            </w:r>
            <w:r>
              <w:t>vk</w:t>
            </w:r>
            <w:r w:rsidRPr="00332DB8">
              <w:rPr>
                <w:lang w:val="ru-RU"/>
              </w:rPr>
              <w:t>.</w:t>
            </w:r>
            <w:r>
              <w:t>com</w:t>
            </w:r>
            <w:r w:rsidRPr="00332DB8">
              <w:rPr>
                <w:lang w:val="ru-RU"/>
              </w:rPr>
              <w:t xml:space="preserve"> на </w:t>
            </w:r>
            <w:r w:rsidRPr="00332DB8">
              <w:rPr>
                <w:lang w:val="ru-RU"/>
              </w:rPr>
              <w:lastRenderedPageBreak/>
              <w:t xml:space="preserve">странице сайта </w:t>
            </w:r>
            <w:r>
              <w:t>www</w:t>
            </w:r>
            <w:r w:rsidRPr="00332DB8">
              <w:rPr>
                <w:lang w:val="ru-RU"/>
              </w:rPr>
              <w:t>.</w:t>
            </w:r>
            <w:r>
              <w:t>vk</w:t>
            </w:r>
            <w:r w:rsidRPr="00332DB8">
              <w:rPr>
                <w:lang w:val="ru-RU"/>
              </w:rPr>
              <w:t>.</w:t>
            </w:r>
            <w:r>
              <w:t>com</w:t>
            </w:r>
            <w:r w:rsidRPr="00332DB8">
              <w:rPr>
                <w:lang w:val="ru-RU"/>
              </w:rPr>
              <w:t>/</w:t>
            </w:r>
            <w:r>
              <w:t>tukai</w:t>
            </w:r>
            <w:r w:rsidRPr="00332DB8">
              <w:rPr>
                <w:lang w:val="ru-RU"/>
              </w:rPr>
              <w:t>212 (решение Азнакаевского городского суда Республики Татарстан от 05.11.2014);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2659.</w:t>
            </w:r>
          </w:p>
        </w:tc>
        <w:tc>
          <w:tcPr>
            <w:tcW w:w="2880" w:type="dxa"/>
          </w:tcPr>
          <w:p w:rsidR="006F7457" w:rsidRPr="00332DB8" w:rsidRDefault="00332DB8">
            <w:pPr>
              <w:rPr>
                <w:lang w:val="ru-RU"/>
              </w:rPr>
            </w:pPr>
            <w:r w:rsidRPr="00332DB8">
              <w:rPr>
                <w:lang w:val="ru-RU"/>
              </w:rPr>
              <w:t xml:space="preserve">Информационный материал – текст песни «Бэзил-Течет ручей», находящийся на сайте интернет сети по адресу: </w:t>
            </w:r>
            <w:r>
              <w:t>www</w:t>
            </w:r>
            <w:r w:rsidRPr="00332DB8">
              <w:rPr>
                <w:lang w:val="ru-RU"/>
              </w:rPr>
              <w:t>.</w:t>
            </w:r>
            <w:r>
              <w:t>joov</w:t>
            </w:r>
            <w:r w:rsidRPr="00332DB8">
              <w:rPr>
                <w:lang w:val="ru-RU"/>
              </w:rPr>
              <w:t>.</w:t>
            </w:r>
            <w:r>
              <w:t>net</w:t>
            </w:r>
            <w:r w:rsidRPr="00332DB8">
              <w:rPr>
                <w:lang w:val="ru-RU"/>
              </w:rPr>
              <w:t>/</w:t>
            </w:r>
            <w:r>
              <w:t>text</w:t>
            </w:r>
            <w:r w:rsidRPr="00332DB8">
              <w:rPr>
                <w:lang w:val="ru-RU"/>
              </w:rPr>
              <w:t>/1611573/</w:t>
            </w:r>
            <w:r>
              <w:t>bezil</w:t>
            </w:r>
            <w:r w:rsidRPr="00332DB8">
              <w:rPr>
                <w:lang w:val="ru-RU"/>
              </w:rPr>
              <w:t>-</w:t>
            </w:r>
            <w:r>
              <w:t>techyet</w:t>
            </w:r>
            <w:r w:rsidRPr="00332DB8">
              <w:rPr>
                <w:lang w:val="ru-RU"/>
              </w:rPr>
              <w:t>_</w:t>
            </w:r>
            <w:r>
              <w:t>ruchey</w:t>
            </w:r>
            <w:r w:rsidRPr="00332DB8">
              <w:rPr>
                <w:lang w:val="ru-RU"/>
              </w:rPr>
              <w:t>.</w:t>
            </w:r>
            <w:r>
              <w:t>htmls</w:t>
            </w:r>
            <w:r w:rsidRPr="00332DB8">
              <w:rPr>
                <w:lang w:val="ru-RU"/>
              </w:rPr>
              <w:t xml:space="preserve"> (решение Кунцевского районного суда г. Москвы от 04.12.2014);</w:t>
            </w:r>
          </w:p>
        </w:tc>
        <w:tc>
          <w:tcPr>
            <w:tcW w:w="2880" w:type="dxa"/>
          </w:tcPr>
          <w:p w:rsidR="006F7457" w:rsidRPr="00332DB8" w:rsidRDefault="006F7457">
            <w:pPr>
              <w:rPr>
                <w:lang w:val="ru-RU"/>
              </w:rPr>
            </w:pPr>
          </w:p>
        </w:tc>
      </w:tr>
      <w:tr w:rsidR="006F7457" w:rsidRPr="005A424D">
        <w:tc>
          <w:tcPr>
            <w:tcW w:w="2880" w:type="dxa"/>
          </w:tcPr>
          <w:p w:rsidR="006F7457" w:rsidRDefault="00332DB8">
            <w:r>
              <w:t>2660.</w:t>
            </w:r>
          </w:p>
        </w:tc>
        <w:tc>
          <w:tcPr>
            <w:tcW w:w="2880" w:type="dxa"/>
          </w:tcPr>
          <w:p w:rsidR="006F7457" w:rsidRPr="00332DB8" w:rsidRDefault="00332DB8">
            <w:pPr>
              <w:rPr>
                <w:lang w:val="ru-RU"/>
              </w:rPr>
            </w:pPr>
            <w:r w:rsidRPr="00332DB8">
              <w:rPr>
                <w:lang w:val="ru-RU"/>
              </w:rPr>
              <w:t xml:space="preserve">Информационный материал – текст песни 14/88, находящийся на сайте интернет сети по адресу: </w:t>
            </w:r>
            <w:r>
              <w:t>www</w:t>
            </w:r>
            <w:r w:rsidRPr="00332DB8">
              <w:rPr>
                <w:lang w:val="ru-RU"/>
              </w:rPr>
              <w:t>.</w:t>
            </w:r>
            <w:r>
              <w:t>joov</w:t>
            </w:r>
            <w:r w:rsidRPr="00332DB8">
              <w:rPr>
                <w:lang w:val="ru-RU"/>
              </w:rPr>
              <w:t>.</w:t>
            </w:r>
            <w:r>
              <w:t>net</w:t>
            </w:r>
            <w:r w:rsidRPr="00332DB8">
              <w:rPr>
                <w:lang w:val="ru-RU"/>
              </w:rPr>
              <w:t>/</w:t>
            </w:r>
            <w:r>
              <w:t>text</w:t>
            </w:r>
            <w:r w:rsidRPr="00332DB8">
              <w:rPr>
                <w:lang w:val="ru-RU"/>
              </w:rPr>
              <w:t>/228365253/1488_</w:t>
            </w:r>
            <w:r>
              <w:t>ntihach</w:t>
            </w:r>
            <w:r w:rsidRPr="00332DB8">
              <w:rPr>
                <w:lang w:val="ru-RU"/>
              </w:rPr>
              <w:t>-</w:t>
            </w:r>
            <w:r>
              <w:t>trus</w:t>
            </w:r>
            <w:r w:rsidRPr="00332DB8">
              <w:rPr>
                <w:lang w:val="ru-RU"/>
              </w:rPr>
              <w:t>_</w:t>
            </w:r>
            <w:r>
              <w:t>ne</w:t>
            </w:r>
            <w:r w:rsidRPr="00332DB8">
              <w:rPr>
                <w:lang w:val="ru-RU"/>
              </w:rPr>
              <w:t>_</w:t>
            </w:r>
            <w:r>
              <w:t>ebashit</w:t>
            </w:r>
            <w:r w:rsidRPr="00332DB8">
              <w:rPr>
                <w:lang w:val="ru-RU"/>
              </w:rPr>
              <w:t>_</w:t>
            </w:r>
            <w:r>
              <w:t>hachey</w:t>
            </w:r>
            <w:r w:rsidRPr="00332DB8">
              <w:rPr>
                <w:lang w:val="ru-RU"/>
              </w:rPr>
              <w:t>.</w:t>
            </w:r>
            <w:r>
              <w:t>htmls</w:t>
            </w:r>
            <w:r w:rsidRPr="00332DB8">
              <w:rPr>
                <w:lang w:val="ru-RU"/>
              </w:rPr>
              <w:t xml:space="preserve"> (решение Кунцевского районного суда г. Москвы от 04.12.2014);</w:t>
            </w:r>
          </w:p>
        </w:tc>
        <w:tc>
          <w:tcPr>
            <w:tcW w:w="2880" w:type="dxa"/>
          </w:tcPr>
          <w:p w:rsidR="006F7457" w:rsidRPr="00332DB8" w:rsidRDefault="006F7457">
            <w:pPr>
              <w:rPr>
                <w:lang w:val="ru-RU"/>
              </w:rPr>
            </w:pPr>
          </w:p>
        </w:tc>
      </w:tr>
      <w:tr w:rsidR="006F7457">
        <w:tc>
          <w:tcPr>
            <w:tcW w:w="2880" w:type="dxa"/>
          </w:tcPr>
          <w:p w:rsidR="006F7457" w:rsidRDefault="00332DB8">
            <w:r>
              <w:t>2661.</w:t>
            </w:r>
          </w:p>
        </w:tc>
        <w:tc>
          <w:tcPr>
            <w:tcW w:w="2880" w:type="dxa"/>
          </w:tcPr>
          <w:p w:rsidR="006F7457" w:rsidRDefault="00332DB8">
            <w:r w:rsidRPr="00332DB8">
              <w:rPr>
                <w:lang w:val="ru-RU"/>
              </w:rPr>
              <w:t xml:space="preserve">Книги В.С. Шумского «Страшен гитлеризм, но сионизм страшнее»-М.: «Русская Правда», 1999-80 стр. </w:t>
            </w:r>
            <w:r>
              <w:t>(решение Зюзинского районного суда г. Москвы от 28.08.2013);</w:t>
            </w:r>
          </w:p>
        </w:tc>
        <w:tc>
          <w:tcPr>
            <w:tcW w:w="2880" w:type="dxa"/>
          </w:tcPr>
          <w:p w:rsidR="006F7457" w:rsidRDefault="006F7457"/>
        </w:tc>
      </w:tr>
      <w:tr w:rsidR="006F7457">
        <w:tc>
          <w:tcPr>
            <w:tcW w:w="2880" w:type="dxa"/>
          </w:tcPr>
          <w:p w:rsidR="006F7457" w:rsidRDefault="00332DB8">
            <w:r>
              <w:t>2662.</w:t>
            </w:r>
          </w:p>
        </w:tc>
        <w:tc>
          <w:tcPr>
            <w:tcW w:w="2880" w:type="dxa"/>
          </w:tcPr>
          <w:p w:rsidR="006F7457" w:rsidRDefault="00332DB8">
            <w:r w:rsidRPr="00332DB8">
              <w:rPr>
                <w:lang w:val="ru-RU"/>
              </w:rPr>
              <w:t xml:space="preserve">Книга Трехлебова А.В. «Кощуны Финиста Ясного Сокола России. Издание 5-е, стереотипное. Пермь,2010, 656 стр. </w:t>
            </w:r>
            <w:r>
              <w:t>(решение Зюзинского районного суда г. Москвы от 28.08.2013);</w:t>
            </w:r>
          </w:p>
        </w:tc>
        <w:tc>
          <w:tcPr>
            <w:tcW w:w="2880" w:type="dxa"/>
          </w:tcPr>
          <w:p w:rsidR="006F7457" w:rsidRDefault="006F7457"/>
        </w:tc>
      </w:tr>
      <w:tr w:rsidR="006F7457" w:rsidRPr="005A424D">
        <w:tc>
          <w:tcPr>
            <w:tcW w:w="2880" w:type="dxa"/>
          </w:tcPr>
          <w:p w:rsidR="006F7457" w:rsidRDefault="00332DB8">
            <w:r>
              <w:t>2663.</w:t>
            </w:r>
          </w:p>
        </w:tc>
        <w:tc>
          <w:tcPr>
            <w:tcW w:w="2880" w:type="dxa"/>
          </w:tcPr>
          <w:p w:rsidR="006F7457" w:rsidRPr="00332DB8" w:rsidRDefault="00332DB8">
            <w:pPr>
              <w:rPr>
                <w:lang w:val="ru-RU"/>
              </w:rPr>
            </w:pPr>
            <w:r w:rsidRPr="00332DB8">
              <w:rPr>
                <w:lang w:val="ru-RU"/>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2664.</w:t>
            </w:r>
          </w:p>
        </w:tc>
        <w:tc>
          <w:tcPr>
            <w:tcW w:w="2880" w:type="dxa"/>
          </w:tcPr>
          <w:p w:rsidR="006F7457" w:rsidRPr="00332DB8" w:rsidRDefault="00332DB8">
            <w:pPr>
              <w:rPr>
                <w:lang w:val="ru-RU"/>
              </w:rPr>
            </w:pPr>
            <w:r w:rsidRPr="00332DB8">
              <w:rPr>
                <w:lang w:val="ru-RU"/>
              </w:rPr>
              <w:t xml:space="preserve">Размещенная по электронному адресу: </w:t>
            </w:r>
            <w:r>
              <w:t>http</w:t>
            </w:r>
            <w:r w:rsidRPr="00332DB8">
              <w:rPr>
                <w:lang w:val="ru-RU"/>
              </w:rPr>
              <w:t>://</w:t>
            </w:r>
            <w:r>
              <w:t>www</w:t>
            </w:r>
            <w:r w:rsidRPr="00332DB8">
              <w:rPr>
                <w:lang w:val="ru-RU"/>
              </w:rPr>
              <w:t>.</w:t>
            </w:r>
            <w:r>
              <w:t>news</w:t>
            </w:r>
            <w:r w:rsidRPr="00332DB8">
              <w:rPr>
                <w:lang w:val="ru-RU"/>
              </w:rPr>
              <w:t>29.</w:t>
            </w:r>
            <w:r>
              <w:t>ru</w:t>
            </w:r>
            <w:r w:rsidRPr="00332DB8">
              <w:rPr>
                <w:lang w:val="ru-RU"/>
              </w:rPr>
              <w:t>/</w:t>
            </w:r>
            <w:r>
              <w:t>novosti</w:t>
            </w:r>
            <w:r w:rsidRPr="00332DB8">
              <w:rPr>
                <w:lang w:val="ru-RU"/>
              </w:rPr>
              <w:t xml:space="preserve">/ </w:t>
            </w:r>
            <w:r>
              <w:t>obschestvo</w:t>
            </w:r>
            <w:r w:rsidRPr="00332DB8">
              <w:rPr>
                <w:lang w:val="ru-RU"/>
              </w:rPr>
              <w:t>/</w:t>
            </w:r>
            <w:r>
              <w:t>V</w:t>
            </w:r>
            <w:r w:rsidRPr="00332DB8">
              <w:rPr>
                <w:lang w:val="ru-RU"/>
              </w:rPr>
              <w:t>_</w:t>
            </w:r>
            <w:r>
              <w:t>Arhangelskoj</w:t>
            </w:r>
            <w:r w:rsidRPr="00332DB8">
              <w:rPr>
                <w:lang w:val="ru-RU"/>
              </w:rPr>
              <w:t>_</w:t>
            </w:r>
            <w:r>
              <w:t>oblasti</w:t>
            </w:r>
            <w:r w:rsidRPr="00332DB8">
              <w:rPr>
                <w:lang w:val="ru-RU"/>
              </w:rPr>
              <w:t>_</w:t>
            </w:r>
            <w:r>
              <w:t>pojmany</w:t>
            </w:r>
            <w:r w:rsidRPr="00332DB8">
              <w:rPr>
                <w:lang w:val="ru-RU"/>
              </w:rPr>
              <w:t>_</w:t>
            </w:r>
            <w:r>
              <w:t>bandity</w:t>
            </w:r>
            <w:r w:rsidRPr="00332DB8">
              <w:rPr>
                <w:lang w:val="ru-RU"/>
              </w:rPr>
              <w:t>_</w:t>
            </w:r>
            <w:r>
              <w:t>reketiry</w:t>
            </w:r>
            <w:r w:rsidRPr="00332DB8">
              <w:rPr>
                <w:lang w:val="ru-RU"/>
              </w:rPr>
              <w:t>_</w:t>
            </w:r>
            <w:r>
              <w:t>derzhavshie</w:t>
            </w:r>
            <w:r w:rsidRPr="00332DB8">
              <w:rPr>
                <w:lang w:val="ru-RU"/>
              </w:rPr>
              <w:t>_</w:t>
            </w:r>
            <w:r>
              <w:t>v</w:t>
            </w:r>
            <w:r w:rsidRPr="00332DB8">
              <w:rPr>
                <w:lang w:val="ru-RU"/>
              </w:rPr>
              <w:t>_</w:t>
            </w:r>
            <w:r>
              <w:t>strahe</w:t>
            </w:r>
            <w:r w:rsidRPr="00332DB8">
              <w:rPr>
                <w:lang w:val="ru-RU"/>
              </w:rPr>
              <w:t>_</w:t>
            </w:r>
            <w:r>
              <w:t>celyj</w:t>
            </w:r>
            <w:r w:rsidRPr="00332DB8">
              <w:rPr>
                <w:lang w:val="ru-RU"/>
              </w:rPr>
              <w:t>_</w:t>
            </w:r>
            <w:r>
              <w:t>poselok</w:t>
            </w:r>
            <w:r w:rsidRPr="00332DB8">
              <w:rPr>
                <w:lang w:val="ru-RU"/>
              </w:rPr>
              <w:t>/17659 публикация, а именно: высказывания посетителя, представленные под псевдонимом «</w:t>
            </w:r>
            <w:r>
              <w:t>monstr</w:t>
            </w:r>
            <w:r w:rsidRPr="00332DB8">
              <w:rPr>
                <w:lang w:val="ru-RU"/>
              </w:rPr>
              <w:t xml:space="preserve">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w:t>
            </w:r>
            <w:r>
              <w:t>News</w:t>
            </w:r>
            <w:r w:rsidRPr="00332DB8">
              <w:rPr>
                <w:lang w:val="ru-RU"/>
              </w:rPr>
              <w:t>29.</w:t>
            </w:r>
            <w:r>
              <w:t>ru</w:t>
            </w:r>
            <w:r w:rsidRPr="00332DB8">
              <w:rPr>
                <w:lang w:val="ru-RU"/>
              </w:rPr>
              <w:t>» (решение Ломоносовского районного суда г. Архангельска от 24.09.2014 и определение Ломоносовского районного суда г. Архангельска от 25.08.2015);</w:t>
            </w:r>
          </w:p>
        </w:tc>
        <w:tc>
          <w:tcPr>
            <w:tcW w:w="2880" w:type="dxa"/>
          </w:tcPr>
          <w:p w:rsidR="006F7457" w:rsidRPr="00332DB8" w:rsidRDefault="006F7457">
            <w:pPr>
              <w:rPr>
                <w:lang w:val="ru-RU"/>
              </w:rPr>
            </w:pPr>
          </w:p>
        </w:tc>
      </w:tr>
      <w:tr w:rsidR="006F7457" w:rsidRPr="005A424D">
        <w:tc>
          <w:tcPr>
            <w:tcW w:w="2880" w:type="dxa"/>
          </w:tcPr>
          <w:p w:rsidR="006F7457" w:rsidRDefault="00332DB8">
            <w:r>
              <w:t>2665.</w:t>
            </w:r>
          </w:p>
        </w:tc>
        <w:tc>
          <w:tcPr>
            <w:tcW w:w="2880" w:type="dxa"/>
          </w:tcPr>
          <w:p w:rsidR="006F7457" w:rsidRPr="00332DB8" w:rsidRDefault="00332DB8">
            <w:pPr>
              <w:rPr>
                <w:lang w:val="ru-RU"/>
              </w:rPr>
            </w:pPr>
            <w:r w:rsidRPr="00332DB8">
              <w:rPr>
                <w:lang w:val="ru-RU"/>
              </w:rPr>
              <w:t xml:space="preserve">Информационный материал – текстовый материал, озаглавленный словами «Парад уродов или список самоубийц», размещенный на интернет-сайте </w:t>
            </w:r>
            <w:r>
              <w:t>anonscaucasus</w:t>
            </w:r>
            <w:r w:rsidRPr="00332DB8">
              <w:rPr>
                <w:lang w:val="ru-RU"/>
              </w:rPr>
              <w:t>.</w:t>
            </w:r>
            <w:r>
              <w:t>com</w:t>
            </w:r>
            <w:r w:rsidRPr="00332DB8">
              <w:rPr>
                <w:lang w:val="ru-RU"/>
              </w:rPr>
              <w:t>, информационный материал – видеоматериал «</w:t>
            </w:r>
            <w:r>
              <w:t>OpPayBackForSotchi</w:t>
            </w:r>
            <w:r w:rsidRPr="00332DB8">
              <w:rPr>
                <w:lang w:val="ru-RU"/>
              </w:rPr>
              <w:t xml:space="preserve">2014», размещенный на интернет-сайте </w:t>
            </w:r>
            <w:r>
              <w:t>anonscaucasus</w:t>
            </w:r>
            <w:r w:rsidRPr="00332DB8">
              <w:rPr>
                <w:lang w:val="ru-RU"/>
              </w:rPr>
              <w:t>.</w:t>
            </w:r>
            <w:r>
              <w:t>com</w:t>
            </w:r>
            <w:r w:rsidRPr="00332DB8">
              <w:rPr>
                <w:lang w:val="ru-RU"/>
              </w:rPr>
              <w:t xml:space="preserve">, информационный материал – интернет-сайт </w:t>
            </w:r>
            <w:r>
              <w:t>anonscaucasus</w:t>
            </w:r>
            <w:r w:rsidRPr="00332DB8">
              <w:rPr>
                <w:lang w:val="ru-RU"/>
              </w:rPr>
              <w:t>.</w:t>
            </w:r>
            <w:r>
              <w:t>com</w:t>
            </w:r>
            <w:r w:rsidRPr="00332DB8">
              <w:rPr>
                <w:lang w:val="ru-RU"/>
              </w:rPr>
              <w:t xml:space="preserve"> (решение Пятигорского городского суда Ставропольского края от 31.10.2014);</w:t>
            </w:r>
          </w:p>
        </w:tc>
        <w:tc>
          <w:tcPr>
            <w:tcW w:w="2880" w:type="dxa"/>
          </w:tcPr>
          <w:p w:rsidR="006F7457" w:rsidRPr="00332DB8" w:rsidRDefault="006F7457">
            <w:pPr>
              <w:rPr>
                <w:lang w:val="ru-RU"/>
              </w:rPr>
            </w:pPr>
          </w:p>
        </w:tc>
      </w:tr>
      <w:tr w:rsidR="006F7457" w:rsidRPr="005A424D">
        <w:tc>
          <w:tcPr>
            <w:tcW w:w="2880" w:type="dxa"/>
          </w:tcPr>
          <w:p w:rsidR="006F7457" w:rsidRDefault="00332DB8">
            <w:r>
              <w:t>2666.</w:t>
            </w:r>
          </w:p>
        </w:tc>
        <w:tc>
          <w:tcPr>
            <w:tcW w:w="2880" w:type="dxa"/>
          </w:tcPr>
          <w:p w:rsidR="006F7457" w:rsidRPr="00332DB8" w:rsidRDefault="00332DB8">
            <w:pPr>
              <w:rPr>
                <w:lang w:val="ru-RU"/>
              </w:rPr>
            </w:pPr>
            <w:r w:rsidRPr="00332DB8">
              <w:rPr>
                <w:lang w:val="ru-RU"/>
              </w:rPr>
              <w:t xml:space="preserve">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w:t>
            </w:r>
            <w:r>
              <w:t>http</w:t>
            </w:r>
            <w:r w:rsidRPr="00332DB8">
              <w:rPr>
                <w:lang w:val="ru-RU"/>
              </w:rPr>
              <w:t>://</w:t>
            </w:r>
            <w:r>
              <w:t>vk</w:t>
            </w:r>
            <w:r w:rsidRPr="00332DB8">
              <w:rPr>
                <w:lang w:val="ru-RU"/>
              </w:rPr>
              <w:t>.</w:t>
            </w:r>
            <w:r>
              <w:t>com</w:t>
            </w:r>
            <w:r w:rsidRPr="00332DB8">
              <w:rPr>
                <w:lang w:val="ru-RU"/>
              </w:rPr>
              <w:t>/</w:t>
            </w:r>
            <w:r>
              <w:t>idl</w:t>
            </w:r>
            <w:r w:rsidRPr="00332DB8">
              <w:rPr>
                <w:lang w:val="ru-RU"/>
              </w:rPr>
              <w:t>4338873 (решение Ленинского районного суда г. Новосибирска от 20.11.2014).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2667.</w:t>
            </w:r>
          </w:p>
        </w:tc>
        <w:tc>
          <w:tcPr>
            <w:tcW w:w="2880" w:type="dxa"/>
          </w:tcPr>
          <w:p w:rsidR="006F7457" w:rsidRPr="00332DB8" w:rsidRDefault="00332DB8">
            <w:pPr>
              <w:rPr>
                <w:lang w:val="ru-RU"/>
              </w:rPr>
            </w:pPr>
            <w:r w:rsidRPr="00332DB8">
              <w:rPr>
                <w:lang w:val="ru-RU"/>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2880" w:type="dxa"/>
          </w:tcPr>
          <w:p w:rsidR="006F7457" w:rsidRPr="00332DB8" w:rsidRDefault="006F7457">
            <w:pPr>
              <w:rPr>
                <w:lang w:val="ru-RU"/>
              </w:rPr>
            </w:pPr>
          </w:p>
        </w:tc>
      </w:tr>
      <w:tr w:rsidR="006F7457" w:rsidRPr="005A424D">
        <w:tc>
          <w:tcPr>
            <w:tcW w:w="2880" w:type="dxa"/>
          </w:tcPr>
          <w:p w:rsidR="006F7457" w:rsidRDefault="00332DB8">
            <w:r>
              <w:t>2668.</w:t>
            </w:r>
          </w:p>
        </w:tc>
        <w:tc>
          <w:tcPr>
            <w:tcW w:w="2880" w:type="dxa"/>
          </w:tcPr>
          <w:p w:rsidR="006F7457" w:rsidRPr="00332DB8" w:rsidRDefault="00332DB8">
            <w:pPr>
              <w:rPr>
                <w:lang w:val="ru-RU"/>
              </w:rPr>
            </w:pPr>
            <w:r w:rsidRPr="00332DB8">
              <w:rPr>
                <w:lang w:val="ru-RU"/>
              </w:rPr>
              <w:t xml:space="preserve">Текст статьи «Россия - ты конченная», размещенной на момент предъявления заявления в суд в сети Интернет по электронным адресам: </w:t>
            </w:r>
            <w:r>
              <w:t>http</w:t>
            </w:r>
            <w:r w:rsidRPr="00332DB8">
              <w:rPr>
                <w:lang w:val="ru-RU"/>
              </w:rPr>
              <w:t>://</w:t>
            </w:r>
            <w:r>
              <w:t>emaidan</w:t>
            </w:r>
            <w:r w:rsidRPr="00332DB8">
              <w:rPr>
                <w:lang w:val="ru-RU"/>
              </w:rPr>
              <w:t>.</w:t>
            </w:r>
            <w:r>
              <w:t>com</w:t>
            </w:r>
            <w:r w:rsidRPr="00332DB8">
              <w:rPr>
                <w:lang w:val="ru-RU"/>
              </w:rPr>
              <w:t>/</w:t>
            </w:r>
            <w:r>
              <w:t>index</w:t>
            </w:r>
            <w:r w:rsidRPr="00332DB8">
              <w:rPr>
                <w:lang w:val="ru-RU"/>
              </w:rPr>
              <w:t>.</w:t>
            </w:r>
            <w:r>
              <w:t>php</w:t>
            </w:r>
            <w:r w:rsidRPr="00332DB8">
              <w:rPr>
                <w:lang w:val="ru-RU"/>
              </w:rPr>
              <w:t>/</w:t>
            </w:r>
            <w:r>
              <w:t>russian</w:t>
            </w:r>
            <w:r w:rsidRPr="00332DB8">
              <w:rPr>
                <w:lang w:val="ru-RU"/>
              </w:rPr>
              <w:t>/8286-</w:t>
            </w:r>
            <w:r>
              <w:t>russia</w:t>
            </w:r>
            <w:r w:rsidRPr="00332DB8">
              <w:rPr>
                <w:lang w:val="ru-RU"/>
              </w:rPr>
              <w:t>-</w:t>
            </w:r>
            <w:r>
              <w:t>total</w:t>
            </w:r>
            <w:r w:rsidRPr="00332DB8">
              <w:rPr>
                <w:lang w:val="ru-RU"/>
              </w:rPr>
              <w:t>-</w:t>
            </w:r>
            <w:r>
              <w:t>asshole</w:t>
            </w:r>
            <w:r w:rsidRPr="00332DB8">
              <w:rPr>
                <w:lang w:val="ru-RU"/>
              </w:rPr>
              <w:t xml:space="preserve">, </w:t>
            </w:r>
            <w:r>
              <w:t>http</w:t>
            </w:r>
            <w:r w:rsidRPr="00332DB8">
              <w:rPr>
                <w:lang w:val="ru-RU"/>
              </w:rPr>
              <w:t>://</w:t>
            </w:r>
            <w:r>
              <w:t>voronz</w:t>
            </w:r>
            <w:r w:rsidRPr="00332DB8">
              <w:rPr>
                <w:lang w:val="ru-RU"/>
              </w:rPr>
              <w:t>.</w:t>
            </w:r>
            <w:r>
              <w:t>in</w:t>
            </w:r>
            <w:r w:rsidRPr="00332DB8">
              <w:rPr>
                <w:lang w:val="ru-RU"/>
              </w:rPr>
              <w:t>/</w:t>
            </w:r>
            <w:r>
              <w:t>ua</w:t>
            </w:r>
            <w:r w:rsidRPr="00332DB8">
              <w:rPr>
                <w:lang w:val="ru-RU"/>
              </w:rPr>
              <w:t>/</w:t>
            </w:r>
            <w:r>
              <w:t>note</w:t>
            </w:r>
            <w:r w:rsidRPr="00332DB8">
              <w:rPr>
                <w:lang w:val="ru-RU"/>
              </w:rPr>
              <w:t xml:space="preserve">/28-4-14-19087, </w:t>
            </w:r>
            <w:r>
              <w:t>http</w:t>
            </w:r>
            <w:r w:rsidRPr="00332DB8">
              <w:rPr>
                <w:lang w:val="ru-RU"/>
              </w:rPr>
              <w:t>://</w:t>
            </w:r>
            <w:r>
              <w:t>gazeta</w:t>
            </w:r>
            <w:r w:rsidRPr="00332DB8">
              <w:rPr>
                <w:lang w:val="ru-RU"/>
              </w:rPr>
              <w:t>.</w:t>
            </w:r>
            <w:r>
              <w:t>ua</w:t>
            </w:r>
            <w:r w:rsidRPr="00332DB8">
              <w:rPr>
                <w:lang w:val="ru-RU"/>
              </w:rPr>
              <w:t>/</w:t>
            </w:r>
            <w:r>
              <w:t>ru</w:t>
            </w:r>
            <w:r w:rsidRPr="00332DB8">
              <w:rPr>
                <w:lang w:val="ru-RU"/>
              </w:rPr>
              <w:t xml:space="preserve">/ </w:t>
            </w:r>
            <w:r>
              <w:t>blog</w:t>
            </w:r>
            <w:r w:rsidRPr="00332DB8">
              <w:rPr>
                <w:lang w:val="ru-RU"/>
              </w:rPr>
              <w:t>/43248/</w:t>
            </w:r>
            <w:r>
              <w:t>rossiya</w:t>
            </w:r>
            <w:r w:rsidRPr="00332DB8">
              <w:rPr>
                <w:lang w:val="ru-RU"/>
              </w:rPr>
              <w:t>-</w:t>
            </w:r>
            <w:r>
              <w:t>ty</w:t>
            </w:r>
            <w:r w:rsidRPr="00332DB8">
              <w:rPr>
                <w:lang w:val="ru-RU"/>
              </w:rPr>
              <w:t>-</w:t>
            </w:r>
            <w:r>
              <w:t>konchennaya</w:t>
            </w:r>
            <w:r w:rsidRPr="00332DB8">
              <w:rPr>
                <w:lang w:val="ru-RU"/>
              </w:rPr>
              <w:t xml:space="preserve"> (решение Октябрьского районного суда города Санкт-Петербурга от 05.02.2015);</w:t>
            </w:r>
          </w:p>
        </w:tc>
        <w:tc>
          <w:tcPr>
            <w:tcW w:w="2880" w:type="dxa"/>
          </w:tcPr>
          <w:p w:rsidR="006F7457" w:rsidRPr="00332DB8" w:rsidRDefault="006F7457">
            <w:pPr>
              <w:rPr>
                <w:lang w:val="ru-RU"/>
              </w:rPr>
            </w:pPr>
          </w:p>
        </w:tc>
      </w:tr>
      <w:tr w:rsidR="006F7457" w:rsidRPr="005A424D">
        <w:tc>
          <w:tcPr>
            <w:tcW w:w="2880" w:type="dxa"/>
          </w:tcPr>
          <w:p w:rsidR="006F7457" w:rsidRDefault="00332DB8">
            <w:r>
              <w:t>2669.</w:t>
            </w:r>
          </w:p>
        </w:tc>
        <w:tc>
          <w:tcPr>
            <w:tcW w:w="2880" w:type="dxa"/>
          </w:tcPr>
          <w:p w:rsidR="006F7457" w:rsidRPr="00332DB8" w:rsidRDefault="00332DB8">
            <w:pPr>
              <w:rPr>
                <w:lang w:val="ru-RU"/>
              </w:rPr>
            </w:pPr>
            <w:r w:rsidRPr="00332DB8">
              <w:rPr>
                <w:lang w:val="ru-RU"/>
              </w:rPr>
              <w:t>Файлы «_</w:t>
            </w:r>
            <w:r>
              <w:t>d</w:t>
            </w:r>
            <w:r w:rsidRPr="00332DB8">
              <w:rPr>
                <w:lang w:val="ru-RU"/>
              </w:rPr>
              <w:t>9610</w:t>
            </w:r>
            <w:r>
              <w:t>Zmvv</w:t>
            </w:r>
            <w:r w:rsidRPr="00332DB8">
              <w:rPr>
                <w:lang w:val="ru-RU"/>
              </w:rPr>
              <w:t>8.</w:t>
            </w:r>
            <w:r>
              <w:t>jpg</w:t>
            </w:r>
            <w:r w:rsidRPr="00332DB8">
              <w:rPr>
                <w:lang w:val="ru-RU"/>
              </w:rPr>
              <w:t>», «</w:t>
            </w:r>
            <w:r>
              <w:t>EKIYbEPtiOc</w:t>
            </w:r>
            <w:r w:rsidRPr="00332DB8">
              <w:rPr>
                <w:lang w:val="ru-RU"/>
              </w:rPr>
              <w:t>.</w:t>
            </w:r>
            <w:r>
              <w:t>jpg</w:t>
            </w:r>
            <w:r w:rsidRPr="00332DB8">
              <w:rPr>
                <w:lang w:val="ru-RU"/>
              </w:rPr>
              <w:t>», «</w:t>
            </w:r>
            <w:r>
              <w:t>NuyYdmxJboI</w:t>
            </w:r>
            <w:r w:rsidRPr="00332DB8">
              <w:rPr>
                <w:lang w:val="ru-RU"/>
              </w:rPr>
              <w:t>.</w:t>
            </w:r>
            <w:r>
              <w:t>jpg</w:t>
            </w:r>
            <w:r w:rsidRPr="00332DB8">
              <w:rPr>
                <w:lang w:val="ru-RU"/>
              </w:rPr>
              <w:t>», «</w:t>
            </w:r>
            <w:r>
              <w:t>ODHTK</w:t>
            </w:r>
            <w:r w:rsidRPr="00332DB8">
              <w:rPr>
                <w:lang w:val="ru-RU"/>
              </w:rPr>
              <w:t>6</w:t>
            </w:r>
            <w:r>
              <w:t>jml</w:t>
            </w:r>
            <w:r w:rsidRPr="00332DB8">
              <w:rPr>
                <w:lang w:val="ru-RU"/>
              </w:rPr>
              <w:t>8</w:t>
            </w:r>
            <w:r>
              <w:t>I</w:t>
            </w:r>
            <w:r w:rsidRPr="00332DB8">
              <w:rPr>
                <w:lang w:val="ru-RU"/>
              </w:rPr>
              <w:t>.</w:t>
            </w:r>
            <w:r>
              <w:t>jpg</w:t>
            </w:r>
            <w:r w:rsidRPr="00332DB8">
              <w:rPr>
                <w:lang w:val="ru-RU"/>
              </w:rPr>
              <w:t>», «</w:t>
            </w:r>
            <w:r>
              <w:t>x</w:t>
            </w:r>
            <w:r w:rsidRPr="00332DB8">
              <w:rPr>
                <w:lang w:val="ru-RU"/>
              </w:rPr>
              <w:t>_556</w:t>
            </w:r>
            <w:r>
              <w:t>all</w:t>
            </w:r>
            <w:r w:rsidRPr="00332DB8">
              <w:rPr>
                <w:lang w:val="ru-RU"/>
              </w:rPr>
              <w:t>26.</w:t>
            </w:r>
            <w:r>
              <w:t>jpg</w:t>
            </w:r>
            <w:r w:rsidRPr="00332DB8">
              <w:rPr>
                <w:lang w:val="ru-RU"/>
              </w:rPr>
              <w:t xml:space="preserve">», «Формат 18)))).тр4», размещенные на интернет-странице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143450490, находящейся в сети Интернет по электронному адресу </w:t>
            </w:r>
            <w:r>
              <w:t>http</w:t>
            </w:r>
            <w:r w:rsidRPr="00332DB8">
              <w:rPr>
                <w:lang w:val="ru-RU"/>
              </w:rPr>
              <w:t>://</w:t>
            </w:r>
            <w:r>
              <w:t>vk</w:t>
            </w:r>
            <w:r w:rsidRPr="00332DB8">
              <w:rPr>
                <w:lang w:val="ru-RU"/>
              </w:rPr>
              <w:t>.</w:t>
            </w:r>
            <w:r>
              <w:t>com</w:t>
            </w:r>
            <w:r w:rsidRPr="00332DB8">
              <w:rPr>
                <w:lang w:val="ru-RU"/>
              </w:rPr>
              <w:t>/ (</w:t>
            </w:r>
            <w:r>
              <w:t>http</w:t>
            </w:r>
            <w:r w:rsidRPr="00332DB8">
              <w:rPr>
                <w:lang w:val="ru-RU"/>
              </w:rPr>
              <w:t>://</w:t>
            </w:r>
            <w:r>
              <w:t>vkontakte</w:t>
            </w:r>
            <w:r w:rsidRPr="00332DB8">
              <w:rPr>
                <w:lang w:val="ru-RU"/>
              </w:rPr>
              <w:t>.</w:t>
            </w:r>
            <w:r>
              <w:t>ru</w:t>
            </w:r>
            <w:r w:rsidRPr="00332DB8">
              <w:rPr>
                <w:lang w:val="ru-RU"/>
              </w:rPr>
              <w:t>) (решение Одинцовского городского суда Московской области от 23.12.2014);</w:t>
            </w:r>
          </w:p>
        </w:tc>
        <w:tc>
          <w:tcPr>
            <w:tcW w:w="2880" w:type="dxa"/>
          </w:tcPr>
          <w:p w:rsidR="006F7457" w:rsidRPr="00332DB8" w:rsidRDefault="006F7457">
            <w:pPr>
              <w:rPr>
                <w:lang w:val="ru-RU"/>
              </w:rPr>
            </w:pPr>
          </w:p>
        </w:tc>
      </w:tr>
      <w:tr w:rsidR="006F7457" w:rsidRPr="005A424D">
        <w:tc>
          <w:tcPr>
            <w:tcW w:w="2880" w:type="dxa"/>
          </w:tcPr>
          <w:p w:rsidR="006F7457" w:rsidRDefault="00332DB8">
            <w:r>
              <w:t>2670.</w:t>
            </w:r>
          </w:p>
        </w:tc>
        <w:tc>
          <w:tcPr>
            <w:tcW w:w="2880" w:type="dxa"/>
          </w:tcPr>
          <w:p w:rsidR="006F7457" w:rsidRPr="00332DB8" w:rsidRDefault="00332DB8">
            <w:pPr>
              <w:rPr>
                <w:lang w:val="ru-RU"/>
              </w:rPr>
            </w:pPr>
            <w:r w:rsidRPr="00332DB8">
              <w:rPr>
                <w:lang w:val="ru-RU"/>
              </w:rPr>
              <w:t xml:space="preserve">Книга «Никола Королев. Библия Скинхеда </w:t>
            </w:r>
            <w:r>
              <w:t>II</w:t>
            </w:r>
            <w:r w:rsidRPr="00332DB8">
              <w:rPr>
                <w:lang w:val="ru-RU"/>
              </w:rPr>
              <w:t>», размещенная на сайте в сети Интернет (решение Левобережного районного суда города Липецка от 22.10.2014);</w:t>
            </w:r>
          </w:p>
        </w:tc>
        <w:tc>
          <w:tcPr>
            <w:tcW w:w="2880" w:type="dxa"/>
          </w:tcPr>
          <w:p w:rsidR="006F7457" w:rsidRPr="00332DB8" w:rsidRDefault="006F7457">
            <w:pPr>
              <w:rPr>
                <w:lang w:val="ru-RU"/>
              </w:rPr>
            </w:pPr>
          </w:p>
        </w:tc>
      </w:tr>
      <w:tr w:rsidR="006F7457" w:rsidRPr="005A424D">
        <w:tc>
          <w:tcPr>
            <w:tcW w:w="2880" w:type="dxa"/>
          </w:tcPr>
          <w:p w:rsidR="006F7457" w:rsidRDefault="00332DB8">
            <w:r>
              <w:t>2671.</w:t>
            </w:r>
          </w:p>
        </w:tc>
        <w:tc>
          <w:tcPr>
            <w:tcW w:w="2880" w:type="dxa"/>
          </w:tcPr>
          <w:p w:rsidR="006F7457" w:rsidRPr="00332DB8" w:rsidRDefault="00332DB8">
            <w:pPr>
              <w:rPr>
                <w:lang w:val="ru-RU"/>
              </w:rPr>
            </w:pPr>
            <w:r w:rsidRPr="00332DB8">
              <w:rPr>
                <w:lang w:val="ru-RU"/>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2672.</w:t>
            </w:r>
          </w:p>
        </w:tc>
        <w:tc>
          <w:tcPr>
            <w:tcW w:w="2880" w:type="dxa"/>
          </w:tcPr>
          <w:p w:rsidR="006F7457" w:rsidRPr="00332DB8" w:rsidRDefault="00332DB8">
            <w:pPr>
              <w:rPr>
                <w:lang w:val="ru-RU"/>
              </w:rPr>
            </w:pPr>
            <w:r w:rsidRPr="00332DB8">
              <w:rPr>
                <w:lang w:val="ru-RU"/>
              </w:rPr>
              <w:t xml:space="preserve">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w:t>
            </w:r>
            <w:r>
              <w:t>http</w:t>
            </w:r>
            <w:r w:rsidRPr="00332DB8">
              <w:rPr>
                <w:lang w:val="ru-RU"/>
              </w:rPr>
              <w:t>://</w:t>
            </w:r>
            <w:r>
              <w:t>vk</w:t>
            </w:r>
            <w:r w:rsidRPr="00332DB8">
              <w:rPr>
                <w:lang w:val="ru-RU"/>
              </w:rPr>
              <w:t>.</w:t>
            </w:r>
            <w:r>
              <w:t>com</w:t>
            </w:r>
            <w:r w:rsidRPr="00332DB8">
              <w:rPr>
                <w:lang w:val="ru-RU"/>
              </w:rPr>
              <w:t>/</w:t>
            </w:r>
            <w:r>
              <w:t>id</w:t>
            </w:r>
            <w:r w:rsidRPr="00332DB8">
              <w:rPr>
                <w:lang w:val="ru-RU"/>
              </w:rPr>
              <w:t>21464252 (решение Советского районного суда города Липецка от 20.10.2014);</w:t>
            </w:r>
          </w:p>
        </w:tc>
        <w:tc>
          <w:tcPr>
            <w:tcW w:w="2880" w:type="dxa"/>
          </w:tcPr>
          <w:p w:rsidR="006F7457" w:rsidRPr="00332DB8" w:rsidRDefault="006F7457">
            <w:pPr>
              <w:rPr>
                <w:lang w:val="ru-RU"/>
              </w:rPr>
            </w:pPr>
          </w:p>
        </w:tc>
      </w:tr>
      <w:tr w:rsidR="006F7457">
        <w:tc>
          <w:tcPr>
            <w:tcW w:w="2880" w:type="dxa"/>
          </w:tcPr>
          <w:p w:rsidR="006F7457" w:rsidRDefault="00332DB8">
            <w:r>
              <w:t>2673.</w:t>
            </w:r>
          </w:p>
        </w:tc>
        <w:tc>
          <w:tcPr>
            <w:tcW w:w="2880" w:type="dxa"/>
          </w:tcPr>
          <w:p w:rsidR="006F7457" w:rsidRDefault="00332DB8">
            <w:r w:rsidRPr="00332DB8">
              <w:rPr>
                <w:lang w:val="ru-RU"/>
              </w:rPr>
              <w:t xml:space="preserve">Книга «И будете искать, кому бы продаться, но не будет на вас покупающего…». - Издательство НОУ «Академия Управления». - М., 2008 (63 стр.) </w:t>
            </w:r>
            <w:r>
              <w:t>(решение Хостинского районного суда г. Сочи от 06.06.2014);</w:t>
            </w:r>
          </w:p>
        </w:tc>
        <w:tc>
          <w:tcPr>
            <w:tcW w:w="2880" w:type="dxa"/>
          </w:tcPr>
          <w:p w:rsidR="006F7457" w:rsidRDefault="006F7457"/>
        </w:tc>
      </w:tr>
      <w:tr w:rsidR="006F7457">
        <w:tc>
          <w:tcPr>
            <w:tcW w:w="2880" w:type="dxa"/>
          </w:tcPr>
          <w:p w:rsidR="006F7457" w:rsidRDefault="00332DB8">
            <w:r>
              <w:t>267</w:t>
            </w:r>
            <w:r>
              <w:lastRenderedPageBreak/>
              <w:t>4.</w:t>
            </w:r>
          </w:p>
        </w:tc>
        <w:tc>
          <w:tcPr>
            <w:tcW w:w="2880" w:type="dxa"/>
          </w:tcPr>
          <w:p w:rsidR="006F7457" w:rsidRDefault="00332DB8">
            <w:r w:rsidRPr="00332DB8">
              <w:rPr>
                <w:lang w:val="ru-RU"/>
              </w:rPr>
              <w:lastRenderedPageBreak/>
              <w:t>Видеофайл: «Россия-для русских» (</w:t>
            </w:r>
            <w:r>
              <w:t>vk</w:t>
            </w:r>
            <w:r w:rsidRPr="00332DB8">
              <w:rPr>
                <w:lang w:val="ru-RU"/>
              </w:rPr>
              <w:t>.</w:t>
            </w:r>
            <w:r>
              <w:t>com</w:t>
            </w:r>
            <w:r w:rsidRPr="00332DB8">
              <w:rPr>
                <w:lang w:val="ru-RU"/>
              </w:rPr>
              <w:t>/</w:t>
            </w:r>
            <w:r>
              <w:t>video</w:t>
            </w:r>
            <w:r w:rsidRPr="00332DB8">
              <w:rPr>
                <w:lang w:val="ru-RU"/>
              </w:rPr>
              <w:t xml:space="preserve">38202959_136799554), продолжительностью </w:t>
            </w:r>
            <w:r>
              <w:t>50 секунд (решение Советского районного суда г. Орла от 07.10.2014);</w:t>
            </w:r>
          </w:p>
        </w:tc>
        <w:tc>
          <w:tcPr>
            <w:tcW w:w="2880" w:type="dxa"/>
          </w:tcPr>
          <w:p w:rsidR="006F7457" w:rsidRDefault="006F7457"/>
        </w:tc>
      </w:tr>
      <w:tr w:rsidR="006F7457">
        <w:tc>
          <w:tcPr>
            <w:tcW w:w="2880" w:type="dxa"/>
          </w:tcPr>
          <w:p w:rsidR="006F7457" w:rsidRDefault="00332DB8">
            <w:r>
              <w:lastRenderedPageBreak/>
              <w:t>2675.</w:t>
            </w:r>
          </w:p>
        </w:tc>
        <w:tc>
          <w:tcPr>
            <w:tcW w:w="2880" w:type="dxa"/>
          </w:tcPr>
          <w:p w:rsidR="006F7457" w:rsidRDefault="00332DB8">
            <w:r w:rsidRPr="00332DB8">
              <w:rPr>
                <w:lang w:val="ru-RU"/>
              </w:rPr>
              <w:t>Веб-сайт в сети Интернет «</w:t>
            </w:r>
            <w:r>
              <w:t>Stop</w:t>
            </w:r>
            <w:r w:rsidRPr="00332DB8">
              <w:rPr>
                <w:lang w:val="ru-RU"/>
              </w:rPr>
              <w:t xml:space="preserve"> </w:t>
            </w:r>
            <w:r>
              <w:t>occupation</w:t>
            </w:r>
            <w:r w:rsidRPr="00332DB8">
              <w:rPr>
                <w:lang w:val="ru-RU"/>
              </w:rPr>
              <w:t xml:space="preserve"> </w:t>
            </w:r>
            <w:r>
              <w:t>of</w:t>
            </w:r>
            <w:r w:rsidRPr="00332DB8">
              <w:rPr>
                <w:lang w:val="ru-RU"/>
              </w:rPr>
              <w:t xml:space="preserve"> </w:t>
            </w:r>
            <w:r>
              <w:t>Karjala</w:t>
            </w:r>
            <w:r w:rsidRPr="00332DB8">
              <w:rPr>
                <w:lang w:val="ru-RU"/>
              </w:rPr>
              <w:t xml:space="preserve">» с доменным именем: </w:t>
            </w:r>
            <w:r>
              <w:t>http</w:t>
            </w:r>
            <w:r w:rsidRPr="00332DB8">
              <w:rPr>
                <w:lang w:val="ru-RU"/>
              </w:rPr>
              <w:t>://</w:t>
            </w:r>
            <w:r>
              <w:t>occupacii</w:t>
            </w:r>
            <w:r w:rsidRPr="00332DB8">
              <w:rPr>
                <w:lang w:val="ru-RU"/>
              </w:rPr>
              <w:t>-</w:t>
            </w:r>
            <w:r>
              <w:t>karelii</w:t>
            </w:r>
            <w:r w:rsidRPr="00332DB8">
              <w:rPr>
                <w:lang w:val="ru-RU"/>
              </w:rPr>
              <w:t>.</w:t>
            </w:r>
            <w:r>
              <w:t>net</w:t>
            </w:r>
            <w:r w:rsidRPr="00332DB8">
              <w:rPr>
                <w:lang w:val="ru-RU"/>
              </w:rPr>
              <w:t>, открытая группа «</w:t>
            </w:r>
            <w:r>
              <w:t>Stop</w:t>
            </w:r>
            <w:r w:rsidRPr="00332DB8">
              <w:rPr>
                <w:lang w:val="ru-RU"/>
              </w:rPr>
              <w:t xml:space="preserve"> </w:t>
            </w:r>
            <w:r>
              <w:t>the</w:t>
            </w:r>
            <w:r w:rsidRPr="00332DB8">
              <w:rPr>
                <w:lang w:val="ru-RU"/>
              </w:rPr>
              <w:t xml:space="preserve"> </w:t>
            </w:r>
            <w:r>
              <w:t>occupation</w:t>
            </w:r>
            <w:r w:rsidRPr="00332DB8">
              <w:rPr>
                <w:lang w:val="ru-RU"/>
              </w:rPr>
              <w:t xml:space="preserve"> </w:t>
            </w:r>
            <w:r>
              <w:t>of</w:t>
            </w:r>
            <w:r w:rsidRPr="00332DB8">
              <w:rPr>
                <w:lang w:val="ru-RU"/>
              </w:rPr>
              <w:t xml:space="preserve"> </w:t>
            </w:r>
            <w:r>
              <w:t>Karelia</w:t>
            </w:r>
            <w:r w:rsidRPr="00332DB8">
              <w:rPr>
                <w:lang w:val="ru-RU"/>
              </w:rPr>
              <w:t>» в социальной сети «ВКонтакте» (</w:t>
            </w:r>
            <w:r>
              <w:t>http</w:t>
            </w:r>
            <w:r w:rsidRPr="00332DB8">
              <w:rPr>
                <w:lang w:val="ru-RU"/>
              </w:rPr>
              <w:t>://</w:t>
            </w:r>
            <w:r>
              <w:t>vk</w:t>
            </w:r>
            <w:r w:rsidRPr="00332DB8">
              <w:rPr>
                <w:lang w:val="ru-RU"/>
              </w:rPr>
              <w:t>.</w:t>
            </w:r>
            <w:r>
              <w:t>com</w:t>
            </w:r>
            <w:r w:rsidRPr="00332DB8">
              <w:rPr>
                <w:lang w:val="ru-RU"/>
              </w:rPr>
              <w:t xml:space="preserve">) по адресу: </w:t>
            </w:r>
            <w:r>
              <w:t>http</w:t>
            </w:r>
            <w:r w:rsidRPr="00332DB8">
              <w:rPr>
                <w:lang w:val="ru-RU"/>
              </w:rPr>
              <w:t>://</w:t>
            </w:r>
            <w:r>
              <w:t>vk</w:t>
            </w:r>
            <w:r w:rsidRPr="00332DB8">
              <w:rPr>
                <w:lang w:val="ru-RU"/>
              </w:rPr>
              <w:t>.</w:t>
            </w:r>
            <w:r>
              <w:t>com</w:t>
            </w:r>
            <w:r w:rsidRPr="00332DB8">
              <w:rPr>
                <w:lang w:val="ru-RU"/>
              </w:rPr>
              <w:t>/</w:t>
            </w:r>
            <w:r>
              <w:t>club</w:t>
            </w:r>
            <w:r w:rsidRPr="00332DB8">
              <w:rPr>
                <w:lang w:val="ru-RU"/>
              </w:rPr>
              <w:t>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w:t>
            </w:r>
            <w:r>
              <w:t>Stop</w:t>
            </w:r>
            <w:r w:rsidRPr="00332DB8">
              <w:rPr>
                <w:lang w:val="ru-RU"/>
              </w:rPr>
              <w:t xml:space="preserve"> </w:t>
            </w:r>
            <w:r>
              <w:t>the</w:t>
            </w:r>
            <w:r w:rsidRPr="00332DB8">
              <w:rPr>
                <w:lang w:val="ru-RU"/>
              </w:rPr>
              <w:t xml:space="preserve"> </w:t>
            </w:r>
            <w:r>
              <w:t>occupation</w:t>
            </w:r>
            <w:r w:rsidRPr="00332DB8">
              <w:rPr>
                <w:lang w:val="ru-RU"/>
              </w:rPr>
              <w:t xml:space="preserve"> </w:t>
            </w:r>
            <w:r>
              <w:t>of</w:t>
            </w:r>
            <w:r w:rsidRPr="00332DB8">
              <w:rPr>
                <w:lang w:val="ru-RU"/>
              </w:rPr>
              <w:t xml:space="preserve"> </w:t>
            </w:r>
            <w:r>
              <w:t>Karelia</w:t>
            </w:r>
            <w:r w:rsidRPr="00332DB8">
              <w:rPr>
                <w:lang w:val="ru-RU"/>
              </w:rPr>
              <w:t xml:space="preserve">»,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w:t>
            </w:r>
            <w:r>
              <w:t>(решение Петрозаводского городского суда Республики Карелия от 23.01.2015);</w:t>
            </w:r>
          </w:p>
        </w:tc>
        <w:tc>
          <w:tcPr>
            <w:tcW w:w="2880" w:type="dxa"/>
          </w:tcPr>
          <w:p w:rsidR="006F7457" w:rsidRDefault="006F7457"/>
        </w:tc>
      </w:tr>
      <w:tr w:rsidR="006F7457" w:rsidRPr="005A424D">
        <w:tc>
          <w:tcPr>
            <w:tcW w:w="2880" w:type="dxa"/>
          </w:tcPr>
          <w:p w:rsidR="006F7457" w:rsidRDefault="00332DB8">
            <w:r>
              <w:t>2676.</w:t>
            </w:r>
          </w:p>
        </w:tc>
        <w:tc>
          <w:tcPr>
            <w:tcW w:w="2880" w:type="dxa"/>
          </w:tcPr>
          <w:p w:rsidR="006F7457" w:rsidRPr="00332DB8" w:rsidRDefault="00332DB8">
            <w:pPr>
              <w:rPr>
                <w:lang w:val="ru-RU"/>
              </w:rPr>
            </w:pPr>
            <w:r w:rsidRPr="00332DB8">
              <w:rPr>
                <w:lang w:val="ru-RU"/>
              </w:rPr>
              <w:t xml:space="preserve">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t>
            </w:r>
            <w:r>
              <w:t>www</w:t>
            </w:r>
            <w:r w:rsidRPr="00332DB8">
              <w:rPr>
                <w:lang w:val="ru-RU"/>
              </w:rPr>
              <w:t>.</w:t>
            </w:r>
            <w:r>
              <w:t>vkontakte</w:t>
            </w:r>
            <w:r w:rsidRPr="00332DB8">
              <w:rPr>
                <w:lang w:val="ru-RU"/>
              </w:rPr>
              <w:t>.</w:t>
            </w:r>
            <w:r>
              <w:t>ru</w:t>
            </w:r>
            <w:r w:rsidRPr="00332DB8">
              <w:rPr>
                <w:lang w:val="ru-RU"/>
              </w:rPr>
              <w:t xml:space="preserve">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123981413 (приговор Кировского районного суда г. Казани от 27.01.2015);</w:t>
            </w:r>
          </w:p>
        </w:tc>
        <w:tc>
          <w:tcPr>
            <w:tcW w:w="2880" w:type="dxa"/>
          </w:tcPr>
          <w:p w:rsidR="006F7457" w:rsidRPr="00332DB8" w:rsidRDefault="006F7457">
            <w:pPr>
              <w:rPr>
                <w:lang w:val="ru-RU"/>
              </w:rPr>
            </w:pPr>
          </w:p>
        </w:tc>
      </w:tr>
      <w:tr w:rsidR="006F7457">
        <w:tc>
          <w:tcPr>
            <w:tcW w:w="2880" w:type="dxa"/>
          </w:tcPr>
          <w:p w:rsidR="006F7457" w:rsidRDefault="00332DB8">
            <w:r>
              <w:t>2677.</w:t>
            </w:r>
          </w:p>
        </w:tc>
        <w:tc>
          <w:tcPr>
            <w:tcW w:w="2880" w:type="dxa"/>
          </w:tcPr>
          <w:p w:rsidR="006F7457" w:rsidRDefault="00332DB8">
            <w:r w:rsidRPr="00332DB8">
              <w:rPr>
                <w:lang w:val="ru-RU"/>
              </w:rPr>
              <w:t xml:space="preserve">Книга Староверова В.И. Кровавый след еврейского фашизма. Москва: изд. Восход, 1999г. Тираж 100- 72с. </w:t>
            </w:r>
            <w:r>
              <w:t>(решение Головинского районного суда г. Москвы от 24.11.2014);</w:t>
            </w:r>
          </w:p>
        </w:tc>
        <w:tc>
          <w:tcPr>
            <w:tcW w:w="2880" w:type="dxa"/>
          </w:tcPr>
          <w:p w:rsidR="006F7457" w:rsidRDefault="006F7457"/>
        </w:tc>
      </w:tr>
      <w:tr w:rsidR="006F7457" w:rsidRPr="005A424D">
        <w:tc>
          <w:tcPr>
            <w:tcW w:w="2880" w:type="dxa"/>
          </w:tcPr>
          <w:p w:rsidR="006F7457" w:rsidRDefault="00332DB8">
            <w:r>
              <w:t>2678.</w:t>
            </w:r>
          </w:p>
        </w:tc>
        <w:tc>
          <w:tcPr>
            <w:tcW w:w="2880" w:type="dxa"/>
          </w:tcPr>
          <w:p w:rsidR="006F7457" w:rsidRPr="00332DB8" w:rsidRDefault="00332DB8">
            <w:pPr>
              <w:rPr>
                <w:lang w:val="ru-RU"/>
              </w:rPr>
            </w:pPr>
            <w:r w:rsidRPr="00332DB8">
              <w:rPr>
                <w:lang w:val="ru-RU"/>
              </w:rPr>
              <w:t xml:space="preserve">Материал под названием «Россия для РУССКИХ», размещенный на сайте </w:t>
            </w:r>
            <w:r>
              <w:t>http</w:t>
            </w:r>
            <w:r w:rsidRPr="00332DB8">
              <w:rPr>
                <w:lang w:val="ru-RU"/>
              </w:rPr>
              <w:t>://</w:t>
            </w:r>
            <w:r>
              <w:t>vk</w:t>
            </w:r>
            <w:r w:rsidRPr="00332DB8">
              <w:rPr>
                <w:lang w:val="ru-RU"/>
              </w:rPr>
              <w:t>.</w:t>
            </w:r>
            <w:r>
              <w:t>com</w:t>
            </w:r>
            <w:r w:rsidRPr="00332DB8">
              <w:rPr>
                <w:lang w:val="ru-RU"/>
              </w:rPr>
              <w:t>/</w:t>
            </w:r>
            <w:r>
              <w:t>videos</w:t>
            </w:r>
            <w:r w:rsidRPr="00332DB8">
              <w:rPr>
                <w:lang w:val="ru-RU"/>
              </w:rPr>
              <w:t>-54570271?</w:t>
            </w:r>
            <w:r>
              <w:t>section</w:t>
            </w:r>
            <w:r w:rsidRPr="00332DB8">
              <w:rPr>
                <w:lang w:val="ru-RU"/>
              </w:rPr>
              <w:t>=</w:t>
            </w:r>
            <w:r>
              <w:t>all</w:t>
            </w:r>
            <w:r w:rsidRPr="00332DB8">
              <w:rPr>
                <w:lang w:val="ru-RU"/>
              </w:rPr>
              <w:t>&amp;</w:t>
            </w:r>
            <w:r>
              <w:t>z</w:t>
            </w:r>
            <w:r w:rsidRPr="00332DB8">
              <w:rPr>
                <w:lang w:val="ru-RU"/>
              </w:rPr>
              <w:t>=</w:t>
            </w:r>
            <w:r>
              <w:t>video</w:t>
            </w:r>
            <w:r w:rsidRPr="00332DB8">
              <w:rPr>
                <w:lang w:val="ru-RU"/>
              </w:rPr>
              <w:t>-54570271-165243998%2</w:t>
            </w:r>
            <w:r>
              <w:t>Fclab</w:t>
            </w:r>
            <w:r w:rsidRPr="00332DB8">
              <w:rPr>
                <w:lang w:val="ru-RU"/>
              </w:rPr>
              <w:t>54570271 (решение Советского районного суда г. Орла от 17.12.2014);</w:t>
            </w:r>
          </w:p>
        </w:tc>
        <w:tc>
          <w:tcPr>
            <w:tcW w:w="2880" w:type="dxa"/>
          </w:tcPr>
          <w:p w:rsidR="006F7457" w:rsidRPr="00332DB8" w:rsidRDefault="006F7457">
            <w:pPr>
              <w:rPr>
                <w:lang w:val="ru-RU"/>
              </w:rPr>
            </w:pPr>
          </w:p>
        </w:tc>
      </w:tr>
      <w:tr w:rsidR="006F7457" w:rsidRPr="005A424D">
        <w:tc>
          <w:tcPr>
            <w:tcW w:w="2880" w:type="dxa"/>
          </w:tcPr>
          <w:p w:rsidR="006F7457" w:rsidRDefault="00332DB8">
            <w:r>
              <w:t>267</w:t>
            </w:r>
            <w:r>
              <w:lastRenderedPageBreak/>
              <w:t>9.</w:t>
            </w:r>
          </w:p>
        </w:tc>
        <w:tc>
          <w:tcPr>
            <w:tcW w:w="2880" w:type="dxa"/>
          </w:tcPr>
          <w:p w:rsidR="006F7457" w:rsidRPr="00332DB8" w:rsidRDefault="00332DB8">
            <w:pPr>
              <w:rPr>
                <w:lang w:val="ru-RU"/>
              </w:rPr>
            </w:pPr>
            <w:r w:rsidRPr="00332DB8">
              <w:rPr>
                <w:lang w:val="ru-RU"/>
              </w:rPr>
              <w:lastRenderedPageBreak/>
              <w:t xml:space="preserve">Материалы, размещенные на интернет-сайте «ВКонтакте» в разделе сообщества - группа под названием «Будем против «чурок» по ссылке: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 44842798 на странице пользователя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187738774 фотографии (изображения) с текстами следующего содержания: «Будущее </w:t>
            </w:r>
            <w:r w:rsidRPr="00332DB8">
              <w:rPr>
                <w:lang w:val="ru-RU"/>
              </w:rPr>
              <w:lastRenderedPageBreak/>
              <w:t>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2680.</w:t>
            </w:r>
          </w:p>
        </w:tc>
        <w:tc>
          <w:tcPr>
            <w:tcW w:w="2880" w:type="dxa"/>
          </w:tcPr>
          <w:p w:rsidR="006F7457" w:rsidRPr="00332DB8" w:rsidRDefault="00332DB8">
            <w:pPr>
              <w:rPr>
                <w:lang w:val="ru-RU"/>
              </w:rPr>
            </w:pPr>
            <w:r w:rsidRPr="00332DB8">
              <w:rPr>
                <w:lang w:val="ru-RU"/>
              </w:rPr>
              <w:t xml:space="preserve">Статья под названием «Хадис- «Любовь к родине - от Имана», размещенная на Интернет-странице по электронному адресу: </w:t>
            </w:r>
            <w:r>
              <w:t>http</w:t>
            </w:r>
            <w:r w:rsidRPr="00332DB8">
              <w:rPr>
                <w:lang w:val="ru-RU"/>
              </w:rPr>
              <w:t>://</w:t>
            </w:r>
            <w:r>
              <w:t>www</w:t>
            </w:r>
            <w:r w:rsidRPr="00332DB8">
              <w:rPr>
                <w:lang w:val="ru-RU"/>
              </w:rPr>
              <w:t>.</w:t>
            </w:r>
            <w:r>
              <w:t>surmaonline</w:t>
            </w:r>
            <w:r w:rsidRPr="00332DB8">
              <w:rPr>
                <w:lang w:val="ru-RU"/>
              </w:rPr>
              <w:t>.</w:t>
            </w:r>
            <w:r>
              <w:t>com</w:t>
            </w:r>
            <w:r w:rsidRPr="00332DB8">
              <w:rPr>
                <w:lang w:val="ru-RU"/>
              </w:rPr>
              <w:t>/</w:t>
            </w:r>
            <w:r>
              <w:t>ahadis</w:t>
            </w:r>
            <w:r w:rsidRPr="00332DB8">
              <w:rPr>
                <w:lang w:val="ru-RU"/>
              </w:rPr>
              <w:t>/</w:t>
            </w:r>
            <w:r>
              <w:t>proverennie</w:t>
            </w:r>
            <w:r w:rsidRPr="00332DB8">
              <w:rPr>
                <w:lang w:val="ru-RU"/>
              </w:rPr>
              <w:t>/236-</w:t>
            </w:r>
            <w:r>
              <w:t>qq</w:t>
            </w:r>
            <w:r w:rsidRPr="00332DB8">
              <w:rPr>
                <w:lang w:val="ru-RU"/>
              </w:rPr>
              <w:t>-</w:t>
            </w:r>
            <w:r>
              <w:t>q</w:t>
            </w:r>
            <w:r w:rsidRPr="00332DB8">
              <w:rPr>
                <w:lang w:val="ru-RU"/>
              </w:rPr>
              <w:t>-</w:t>
            </w:r>
            <w:r>
              <w:t>q</w:t>
            </w:r>
            <w:r w:rsidRPr="00332DB8">
              <w:rPr>
                <w:lang w:val="ru-RU"/>
              </w:rPr>
              <w:t xml:space="preserve"> (решение Октябрьского районного суда г. Екатеринбурга Свердловской области от 18.12.2014).</w:t>
            </w:r>
          </w:p>
        </w:tc>
        <w:tc>
          <w:tcPr>
            <w:tcW w:w="2880" w:type="dxa"/>
          </w:tcPr>
          <w:p w:rsidR="006F7457" w:rsidRPr="00332DB8" w:rsidRDefault="006F7457">
            <w:pPr>
              <w:rPr>
                <w:lang w:val="ru-RU"/>
              </w:rPr>
            </w:pPr>
          </w:p>
        </w:tc>
      </w:tr>
      <w:tr w:rsidR="006F7457" w:rsidRPr="005A424D">
        <w:tc>
          <w:tcPr>
            <w:tcW w:w="2880" w:type="dxa"/>
          </w:tcPr>
          <w:p w:rsidR="006F7457" w:rsidRDefault="00332DB8">
            <w:r>
              <w:t>2681.</w:t>
            </w:r>
          </w:p>
        </w:tc>
        <w:tc>
          <w:tcPr>
            <w:tcW w:w="2880" w:type="dxa"/>
          </w:tcPr>
          <w:p w:rsidR="006F7457" w:rsidRPr="00332DB8" w:rsidRDefault="00332DB8">
            <w:pPr>
              <w:rPr>
                <w:lang w:val="ru-RU"/>
              </w:rPr>
            </w:pPr>
            <w:r w:rsidRPr="00332DB8">
              <w:rPr>
                <w:lang w:val="ru-RU"/>
              </w:rPr>
              <w:t xml:space="preserve">Размещенные на сайте </w:t>
            </w:r>
            <w:r>
              <w:t>http</w:t>
            </w:r>
            <w:r w:rsidRPr="00332DB8">
              <w:rPr>
                <w:lang w:val="ru-RU"/>
              </w:rPr>
              <w:t>://</w:t>
            </w:r>
            <w:r>
              <w:t>beladusham</w:t>
            </w:r>
            <w:r w:rsidRPr="00332DB8">
              <w:rPr>
                <w:lang w:val="ru-RU"/>
              </w:rPr>
              <w:t>.</w:t>
            </w:r>
            <w:r>
              <w:t>com</w:t>
            </w:r>
            <w:r w:rsidRPr="00332DB8">
              <w:rPr>
                <w:lang w:val="ru-RU"/>
              </w:rPr>
              <w:t xml:space="preserve"> в Информационно-телекоммуникационной сети «Интернет», материалы с наименованиями «Воспитание джихада и жертвенности» (страница </w:t>
            </w:r>
            <w:r>
              <w:t>http</w:t>
            </w:r>
            <w:r w:rsidRPr="00332DB8">
              <w:rPr>
                <w:lang w:val="ru-RU"/>
              </w:rPr>
              <w:t>://</w:t>
            </w:r>
            <w:r>
              <w:t>www</w:t>
            </w:r>
            <w:r w:rsidRPr="00332DB8">
              <w:rPr>
                <w:lang w:val="ru-RU"/>
              </w:rPr>
              <w:t>.</w:t>
            </w:r>
            <w:r>
              <w:t>beladusham</w:t>
            </w:r>
            <w:r w:rsidRPr="00332DB8">
              <w:rPr>
                <w:lang w:val="ru-RU"/>
              </w:rPr>
              <w:t>.</w:t>
            </w:r>
            <w:r>
              <w:t>com</w:t>
            </w:r>
            <w:r w:rsidRPr="00332DB8">
              <w:rPr>
                <w:lang w:val="ru-RU"/>
              </w:rPr>
              <w:t>/0270.</w:t>
            </w:r>
            <w:r>
              <w:t>html</w:t>
            </w:r>
            <w:r w:rsidRPr="00332DB8">
              <w:rPr>
                <w:lang w:val="ru-RU"/>
              </w:rPr>
              <w:t xml:space="preserve">), «Смерть является культурой муджахеда» (страница </w:t>
            </w:r>
            <w:r>
              <w:t>http</w:t>
            </w:r>
            <w:r w:rsidRPr="00332DB8">
              <w:rPr>
                <w:lang w:val="ru-RU"/>
              </w:rPr>
              <w:t>://</w:t>
            </w:r>
            <w:r>
              <w:t>beladusham</w:t>
            </w:r>
            <w:r w:rsidRPr="00332DB8">
              <w:rPr>
                <w:lang w:val="ru-RU"/>
              </w:rPr>
              <w:t>.</w:t>
            </w:r>
            <w:r>
              <w:t>com</w:t>
            </w:r>
            <w:r w:rsidRPr="00332DB8">
              <w:rPr>
                <w:lang w:val="ru-RU"/>
              </w:rPr>
              <w:t>\0555__</w:t>
            </w:r>
            <w:r>
              <w:t>html</w:t>
            </w:r>
            <w:r w:rsidRPr="00332DB8">
              <w:rPr>
                <w:lang w:val="ru-RU"/>
              </w:rPr>
              <w:t xml:space="preserve">), «Разрешение родителей для джихада» (страница </w:t>
            </w:r>
            <w:r>
              <w:t>http</w:t>
            </w:r>
            <w:r w:rsidRPr="00332DB8">
              <w:rPr>
                <w:lang w:val="ru-RU"/>
              </w:rPr>
              <w:t>://</w:t>
            </w:r>
            <w:r>
              <w:t>www</w:t>
            </w:r>
            <w:r w:rsidRPr="00332DB8">
              <w:rPr>
                <w:lang w:val="ru-RU"/>
              </w:rPr>
              <w:t>.</w:t>
            </w:r>
            <w:r>
              <w:t>beladusham</w:t>
            </w:r>
            <w:r w:rsidRPr="00332DB8">
              <w:rPr>
                <w:lang w:val="ru-RU"/>
              </w:rPr>
              <w:t>.</w:t>
            </w:r>
            <w:r>
              <w:t>com</w:t>
            </w:r>
            <w:r w:rsidRPr="00332DB8">
              <w:rPr>
                <w:lang w:val="ru-RU"/>
              </w:rPr>
              <w:t xml:space="preserve">\083 </w:t>
            </w:r>
            <w:r>
              <w:t>html</w:t>
            </w:r>
            <w:r w:rsidRPr="00332DB8">
              <w:rPr>
                <w:lang w:val="ru-RU"/>
              </w:rPr>
              <w:t xml:space="preserve">) и «Заявление повстанцев о ведении самостоятельной политики» (страница </w:t>
            </w:r>
            <w:r>
              <w:t>http</w:t>
            </w:r>
            <w:r w:rsidRPr="00332DB8">
              <w:rPr>
                <w:lang w:val="ru-RU"/>
              </w:rPr>
              <w:t>://</w:t>
            </w:r>
            <w:r>
              <w:t>www</w:t>
            </w:r>
            <w:r w:rsidRPr="00332DB8">
              <w:rPr>
                <w:lang w:val="ru-RU"/>
              </w:rPr>
              <w:t>.</w:t>
            </w:r>
            <w:r>
              <w:t>beladusham</w:t>
            </w:r>
            <w:r w:rsidRPr="00332DB8">
              <w:rPr>
                <w:lang w:val="ru-RU"/>
              </w:rPr>
              <w:t>.</w:t>
            </w:r>
            <w:r>
              <w:t>com</w:t>
            </w:r>
            <w:r w:rsidRPr="00332DB8">
              <w:rPr>
                <w:lang w:val="ru-RU"/>
              </w:rPr>
              <w:t>\</w:t>
            </w:r>
            <w:r>
              <w:t>video</w:t>
            </w:r>
            <w:r w:rsidRPr="00332DB8">
              <w:rPr>
                <w:lang w:val="ru-RU"/>
              </w:rPr>
              <w:t>/</w:t>
            </w:r>
            <w:r>
              <w:t>html</w:t>
            </w:r>
            <w:r w:rsidRPr="00332DB8">
              <w:rPr>
                <w:lang w:val="ru-RU"/>
              </w:rPr>
              <w:t xml:space="preserve"> (решение Советского районного суда г. Махачкалы Республики Дагестан от 31.12.2014);</w:t>
            </w:r>
          </w:p>
        </w:tc>
        <w:tc>
          <w:tcPr>
            <w:tcW w:w="2880" w:type="dxa"/>
          </w:tcPr>
          <w:p w:rsidR="006F7457" w:rsidRPr="00332DB8" w:rsidRDefault="006F7457">
            <w:pPr>
              <w:rPr>
                <w:lang w:val="ru-RU"/>
              </w:rPr>
            </w:pPr>
          </w:p>
        </w:tc>
      </w:tr>
      <w:tr w:rsidR="006F7457" w:rsidRPr="005A424D">
        <w:tc>
          <w:tcPr>
            <w:tcW w:w="2880" w:type="dxa"/>
          </w:tcPr>
          <w:p w:rsidR="006F7457" w:rsidRDefault="00332DB8">
            <w:r>
              <w:t>2682.</w:t>
            </w:r>
          </w:p>
        </w:tc>
        <w:tc>
          <w:tcPr>
            <w:tcW w:w="2880" w:type="dxa"/>
          </w:tcPr>
          <w:p w:rsidR="006F7457" w:rsidRPr="00332DB8" w:rsidRDefault="00332DB8">
            <w:pPr>
              <w:rPr>
                <w:lang w:val="ru-RU"/>
              </w:rPr>
            </w:pPr>
            <w:r w:rsidRPr="00332DB8">
              <w:rPr>
                <w:lang w:val="ru-RU"/>
              </w:rPr>
              <w:t>Изображение «</w:t>
            </w:r>
            <w:r>
              <w:t>UyVHueemJMQ</w:t>
            </w:r>
            <w:r w:rsidRPr="00332DB8">
              <w:rPr>
                <w:lang w:val="ru-RU"/>
              </w:rPr>
              <w:t>.</w:t>
            </w:r>
            <w:r>
              <w:t>jpg</w:t>
            </w:r>
            <w:r w:rsidRPr="00332DB8">
              <w:rPr>
                <w:lang w:val="ru-RU"/>
              </w:rPr>
              <w:t xml:space="preserve">», размещенное на странице пользователя «Андрей Чикатило» в социальной сети «ВКонтакте» по электронному адресу: </w:t>
            </w:r>
            <w:r>
              <w:t>http</w:t>
            </w:r>
            <w:r w:rsidRPr="00332DB8">
              <w:rPr>
                <w:lang w:val="ru-RU"/>
              </w:rPr>
              <w:t>://</w:t>
            </w:r>
            <w:r>
              <w:t>vk</w:t>
            </w:r>
            <w:r w:rsidRPr="00332DB8">
              <w:rPr>
                <w:lang w:val="ru-RU"/>
              </w:rPr>
              <w:t>.</w:t>
            </w:r>
            <w:r>
              <w:t>com</w:t>
            </w:r>
            <w:r w:rsidRPr="00332DB8">
              <w:rPr>
                <w:lang w:val="ru-RU"/>
              </w:rPr>
              <w:t>/</w:t>
            </w:r>
            <w:r>
              <w:t>chikatilaz</w:t>
            </w:r>
            <w:r w:rsidRPr="00332DB8">
              <w:rPr>
                <w:lang w:val="ru-RU"/>
              </w:rPr>
              <w:t>7</w:t>
            </w:r>
            <w:r>
              <w:t>zsphoto</w:t>
            </w:r>
            <w:r w:rsidRPr="00332DB8">
              <w:rPr>
                <w:lang w:val="ru-RU"/>
              </w:rPr>
              <w:t xml:space="preserve"> 169204107_297437198%2</w:t>
            </w:r>
            <w:r>
              <w:t>Fphotos</w:t>
            </w:r>
            <w:r w:rsidRPr="00332DB8">
              <w:rPr>
                <w:lang w:val="ru-RU"/>
              </w:rPr>
              <w:t xml:space="preserve"> 169204107 (решение Преображенского районного суда г. Москвы от 29.09.2014);</w:t>
            </w:r>
          </w:p>
        </w:tc>
        <w:tc>
          <w:tcPr>
            <w:tcW w:w="2880" w:type="dxa"/>
          </w:tcPr>
          <w:p w:rsidR="006F7457" w:rsidRPr="00332DB8" w:rsidRDefault="006F7457">
            <w:pPr>
              <w:rPr>
                <w:lang w:val="ru-RU"/>
              </w:rPr>
            </w:pPr>
          </w:p>
        </w:tc>
      </w:tr>
      <w:tr w:rsidR="006F7457" w:rsidRPr="005A424D">
        <w:tc>
          <w:tcPr>
            <w:tcW w:w="2880" w:type="dxa"/>
          </w:tcPr>
          <w:p w:rsidR="006F7457" w:rsidRDefault="00332DB8">
            <w:r>
              <w:t>26</w:t>
            </w:r>
            <w:r>
              <w:lastRenderedPageBreak/>
              <w:t>83.</w:t>
            </w:r>
          </w:p>
        </w:tc>
        <w:tc>
          <w:tcPr>
            <w:tcW w:w="2880" w:type="dxa"/>
          </w:tcPr>
          <w:p w:rsidR="006F7457" w:rsidRPr="00332DB8" w:rsidRDefault="00332DB8">
            <w:pPr>
              <w:rPr>
                <w:lang w:val="ru-RU"/>
              </w:rPr>
            </w:pPr>
            <w:r w:rsidRPr="00332DB8">
              <w:rPr>
                <w:lang w:val="ru-RU"/>
              </w:rPr>
              <w:lastRenderedPageBreak/>
              <w:t xml:space="preserve">Видеозапись «Шокирующая правда о исламе (русские субтитры)», размещенная на Интернет-ресурсе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169204107_164536341 (решение Преображенского районного суда г. Москвы от </w:t>
            </w:r>
            <w:r w:rsidRPr="00332DB8">
              <w:rPr>
                <w:lang w:val="ru-RU"/>
              </w:rPr>
              <w:lastRenderedPageBreak/>
              <w:t>29.09.2014);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2684.</w:t>
            </w:r>
          </w:p>
        </w:tc>
        <w:tc>
          <w:tcPr>
            <w:tcW w:w="2880" w:type="dxa"/>
          </w:tcPr>
          <w:p w:rsidR="006F7457" w:rsidRPr="00332DB8" w:rsidRDefault="00332DB8">
            <w:pPr>
              <w:rPr>
                <w:lang w:val="ru-RU"/>
              </w:rPr>
            </w:pPr>
            <w:r w:rsidRPr="00332DB8">
              <w:rPr>
                <w:lang w:val="ru-RU"/>
              </w:rPr>
              <w:t xml:space="preserve">Информационный материал – размещенная в сети «Интернет» по адресу: </w:t>
            </w:r>
            <w:r>
              <w:t>http</w:t>
            </w:r>
            <w:r w:rsidRPr="00332DB8">
              <w:rPr>
                <w:lang w:val="ru-RU"/>
              </w:rPr>
              <w:t>://</w:t>
            </w:r>
            <w:r>
              <w:t>fakty</w:t>
            </w:r>
            <w:r w:rsidRPr="00332DB8">
              <w:rPr>
                <w:lang w:val="ru-RU"/>
              </w:rPr>
              <w:t>.</w:t>
            </w:r>
            <w:r>
              <w:t>ictv</w:t>
            </w:r>
            <w:r w:rsidRPr="00332DB8">
              <w:rPr>
                <w:lang w:val="ru-RU"/>
              </w:rPr>
              <w:t>.</w:t>
            </w:r>
            <w:r>
              <w:t>ua</w:t>
            </w:r>
            <w:r w:rsidRPr="00332DB8">
              <w:rPr>
                <w:lang w:val="ru-RU"/>
              </w:rPr>
              <w:t>/</w:t>
            </w:r>
            <w:r>
              <w:t>ru</w:t>
            </w:r>
            <w:r w:rsidRPr="00332DB8">
              <w:rPr>
                <w:lang w:val="ru-RU"/>
              </w:rPr>
              <w:t>/</w:t>
            </w:r>
            <w:r>
              <w:t>index</w:t>
            </w:r>
            <w:r w:rsidRPr="00332DB8">
              <w:rPr>
                <w:lang w:val="ru-RU"/>
              </w:rPr>
              <w:t>/</w:t>
            </w:r>
            <w:r>
              <w:t>read</w:t>
            </w:r>
            <w:r w:rsidRPr="00332DB8">
              <w:rPr>
                <w:lang w:val="ru-RU"/>
              </w:rPr>
              <w:t>-</w:t>
            </w:r>
            <w:r>
              <w:t>news</w:t>
            </w:r>
            <w:r w:rsidRPr="00332DB8">
              <w:rPr>
                <w:lang w:val="ru-RU"/>
              </w:rPr>
              <w:t>/</w:t>
            </w:r>
            <w:r>
              <w:t>id</w:t>
            </w:r>
            <w:r w:rsidRPr="00332DB8">
              <w:rPr>
                <w:lang w:val="ru-RU"/>
              </w:rPr>
              <w:t>/1530056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2880" w:type="dxa"/>
          </w:tcPr>
          <w:p w:rsidR="006F7457" w:rsidRPr="00332DB8" w:rsidRDefault="006F7457">
            <w:pPr>
              <w:rPr>
                <w:lang w:val="ru-RU"/>
              </w:rPr>
            </w:pPr>
          </w:p>
        </w:tc>
      </w:tr>
      <w:tr w:rsidR="006F7457" w:rsidRPr="005A424D">
        <w:tc>
          <w:tcPr>
            <w:tcW w:w="2880" w:type="dxa"/>
          </w:tcPr>
          <w:p w:rsidR="006F7457" w:rsidRDefault="00332DB8">
            <w:r>
              <w:t>2685.</w:t>
            </w:r>
          </w:p>
        </w:tc>
        <w:tc>
          <w:tcPr>
            <w:tcW w:w="2880" w:type="dxa"/>
          </w:tcPr>
          <w:p w:rsidR="006F7457" w:rsidRPr="00332DB8" w:rsidRDefault="00332DB8">
            <w:pPr>
              <w:rPr>
                <w:lang w:val="ru-RU"/>
              </w:rPr>
            </w:pPr>
            <w:r w:rsidRPr="00332DB8">
              <w:rPr>
                <w:lang w:val="ru-RU"/>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2880" w:type="dxa"/>
          </w:tcPr>
          <w:p w:rsidR="006F7457" w:rsidRPr="00332DB8" w:rsidRDefault="006F7457">
            <w:pPr>
              <w:rPr>
                <w:lang w:val="ru-RU"/>
              </w:rPr>
            </w:pPr>
          </w:p>
        </w:tc>
      </w:tr>
      <w:tr w:rsidR="006F7457" w:rsidRPr="005A424D">
        <w:tc>
          <w:tcPr>
            <w:tcW w:w="2880" w:type="dxa"/>
          </w:tcPr>
          <w:p w:rsidR="006F7457" w:rsidRDefault="00332DB8">
            <w:r>
              <w:t>2686.</w:t>
            </w:r>
          </w:p>
        </w:tc>
        <w:tc>
          <w:tcPr>
            <w:tcW w:w="2880" w:type="dxa"/>
          </w:tcPr>
          <w:p w:rsidR="006F7457" w:rsidRPr="00332DB8" w:rsidRDefault="00332DB8">
            <w:pPr>
              <w:rPr>
                <w:lang w:val="ru-RU"/>
              </w:rPr>
            </w:pPr>
            <w:r w:rsidRPr="00332DB8">
              <w:rPr>
                <w:lang w:val="ru-RU"/>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2880" w:type="dxa"/>
          </w:tcPr>
          <w:p w:rsidR="006F7457" w:rsidRPr="00332DB8" w:rsidRDefault="006F7457">
            <w:pPr>
              <w:rPr>
                <w:lang w:val="ru-RU"/>
              </w:rPr>
            </w:pPr>
          </w:p>
        </w:tc>
      </w:tr>
      <w:tr w:rsidR="006F7457" w:rsidRPr="005A424D">
        <w:tc>
          <w:tcPr>
            <w:tcW w:w="2880" w:type="dxa"/>
          </w:tcPr>
          <w:p w:rsidR="006F7457" w:rsidRDefault="00332DB8">
            <w:r>
              <w:t>2687.</w:t>
            </w:r>
          </w:p>
        </w:tc>
        <w:tc>
          <w:tcPr>
            <w:tcW w:w="2880" w:type="dxa"/>
          </w:tcPr>
          <w:p w:rsidR="006F7457" w:rsidRPr="00332DB8" w:rsidRDefault="00332DB8">
            <w:pPr>
              <w:rPr>
                <w:lang w:val="ru-RU"/>
              </w:rPr>
            </w:pPr>
            <w:r w:rsidRPr="00332DB8">
              <w:rPr>
                <w:lang w:val="ru-RU"/>
              </w:rPr>
              <w:t>Материал в виде изображения с текстом крокодила, в пасти которого изображен человек, похожий на хасида, под изображением которого имеется надпись «</w:t>
            </w:r>
            <w:r>
              <w:t>HOLAKOSTE</w:t>
            </w:r>
            <w:r w:rsidRPr="00332DB8">
              <w:rPr>
                <w:lang w:val="ru-RU"/>
              </w:rPr>
              <w:t>» (решение Индустриального районного суда г. Ижевска от 20.05.2014);</w:t>
            </w:r>
          </w:p>
        </w:tc>
        <w:tc>
          <w:tcPr>
            <w:tcW w:w="2880" w:type="dxa"/>
          </w:tcPr>
          <w:p w:rsidR="006F7457" w:rsidRPr="00332DB8" w:rsidRDefault="006F7457">
            <w:pPr>
              <w:rPr>
                <w:lang w:val="ru-RU"/>
              </w:rPr>
            </w:pPr>
          </w:p>
        </w:tc>
      </w:tr>
      <w:tr w:rsidR="006F7457" w:rsidRPr="005A424D">
        <w:tc>
          <w:tcPr>
            <w:tcW w:w="2880" w:type="dxa"/>
          </w:tcPr>
          <w:p w:rsidR="006F7457" w:rsidRDefault="00332DB8">
            <w:r>
              <w:t>268</w:t>
            </w:r>
            <w:r>
              <w:lastRenderedPageBreak/>
              <w:t>8.</w:t>
            </w:r>
          </w:p>
        </w:tc>
        <w:tc>
          <w:tcPr>
            <w:tcW w:w="2880" w:type="dxa"/>
          </w:tcPr>
          <w:p w:rsidR="006F7457" w:rsidRPr="00332DB8" w:rsidRDefault="00332DB8">
            <w:pPr>
              <w:rPr>
                <w:lang w:val="ru-RU"/>
              </w:rPr>
            </w:pPr>
            <w:r w:rsidRPr="00332DB8">
              <w:rPr>
                <w:lang w:val="ru-RU"/>
              </w:rPr>
              <w:lastRenderedPageBreak/>
              <w:t xml:space="preserve">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w:t>
            </w:r>
            <w:r>
              <w:lastRenderedPageBreak/>
              <w:t>http</w:t>
            </w:r>
            <w:r w:rsidRPr="00332DB8">
              <w:rPr>
                <w:lang w:val="ru-RU"/>
              </w:rPr>
              <w:t>:/</w:t>
            </w:r>
            <w:r>
              <w:t>www</w:t>
            </w:r>
            <w:r w:rsidRPr="00332DB8">
              <w:rPr>
                <w:lang w:val="ru-RU"/>
              </w:rPr>
              <w:t>.</w:t>
            </w:r>
            <w:r>
              <w:t>vk</w:t>
            </w:r>
            <w:r w:rsidRPr="00332DB8">
              <w:rPr>
                <w:lang w:val="ru-RU"/>
              </w:rPr>
              <w:t>.</w:t>
            </w:r>
            <w:r>
              <w:t>com</w:t>
            </w:r>
            <w:r w:rsidRPr="00332DB8">
              <w:rPr>
                <w:lang w:val="ru-RU"/>
              </w:rPr>
              <w:t>/</w:t>
            </w:r>
            <w:r>
              <w:t>krokil</w:t>
            </w:r>
            <w:r w:rsidRPr="00332DB8">
              <w:rPr>
                <w:lang w:val="ru-RU"/>
              </w:rPr>
              <w:t>418 (решение Индустриального районного суда г. Ижевска от 07.05.2014);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2689.</w:t>
            </w:r>
          </w:p>
        </w:tc>
        <w:tc>
          <w:tcPr>
            <w:tcW w:w="2880" w:type="dxa"/>
          </w:tcPr>
          <w:p w:rsidR="006F7457" w:rsidRPr="00332DB8" w:rsidRDefault="00332DB8">
            <w:pPr>
              <w:rPr>
                <w:lang w:val="ru-RU"/>
              </w:rPr>
            </w:pPr>
            <w:r w:rsidRPr="00332DB8">
              <w:rPr>
                <w:lang w:val="ru-RU"/>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2880" w:type="dxa"/>
          </w:tcPr>
          <w:p w:rsidR="006F7457" w:rsidRPr="00332DB8" w:rsidRDefault="006F7457">
            <w:pPr>
              <w:rPr>
                <w:lang w:val="ru-RU"/>
              </w:rPr>
            </w:pPr>
          </w:p>
        </w:tc>
      </w:tr>
      <w:tr w:rsidR="006F7457" w:rsidRPr="005A424D">
        <w:tc>
          <w:tcPr>
            <w:tcW w:w="2880" w:type="dxa"/>
          </w:tcPr>
          <w:p w:rsidR="006F7457" w:rsidRDefault="00332DB8">
            <w:r>
              <w:t>2690.</w:t>
            </w:r>
          </w:p>
        </w:tc>
        <w:tc>
          <w:tcPr>
            <w:tcW w:w="2880" w:type="dxa"/>
          </w:tcPr>
          <w:p w:rsidR="006F7457" w:rsidRPr="00332DB8" w:rsidRDefault="00332DB8">
            <w:pPr>
              <w:rPr>
                <w:lang w:val="ru-RU"/>
              </w:rPr>
            </w:pPr>
            <w:r w:rsidRPr="00332DB8">
              <w:rPr>
                <w:lang w:val="ru-RU"/>
              </w:rPr>
              <w:t>Информационный материал – журнал «Ведический Культ Ра», выпуск 2 (заочное решение Октябрьского районного суда г. Краснодара от 04.12.2014);</w:t>
            </w:r>
          </w:p>
        </w:tc>
        <w:tc>
          <w:tcPr>
            <w:tcW w:w="2880" w:type="dxa"/>
          </w:tcPr>
          <w:p w:rsidR="006F7457" w:rsidRPr="00332DB8" w:rsidRDefault="006F7457">
            <w:pPr>
              <w:rPr>
                <w:lang w:val="ru-RU"/>
              </w:rPr>
            </w:pPr>
          </w:p>
        </w:tc>
      </w:tr>
      <w:tr w:rsidR="006F7457" w:rsidRPr="005A424D">
        <w:tc>
          <w:tcPr>
            <w:tcW w:w="2880" w:type="dxa"/>
          </w:tcPr>
          <w:p w:rsidR="006F7457" w:rsidRDefault="00332DB8">
            <w:r>
              <w:t>2691.</w:t>
            </w:r>
          </w:p>
        </w:tc>
        <w:tc>
          <w:tcPr>
            <w:tcW w:w="2880" w:type="dxa"/>
          </w:tcPr>
          <w:p w:rsidR="006F7457" w:rsidRPr="00332DB8" w:rsidRDefault="00332DB8">
            <w:pPr>
              <w:rPr>
                <w:lang w:val="ru-RU"/>
              </w:rPr>
            </w:pPr>
            <w:r w:rsidRPr="00332DB8">
              <w:rPr>
                <w:lang w:val="ru-RU"/>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2880" w:type="dxa"/>
          </w:tcPr>
          <w:p w:rsidR="006F7457" w:rsidRPr="00332DB8" w:rsidRDefault="006F7457">
            <w:pPr>
              <w:rPr>
                <w:lang w:val="ru-RU"/>
              </w:rPr>
            </w:pPr>
          </w:p>
        </w:tc>
      </w:tr>
      <w:tr w:rsidR="006F7457" w:rsidRPr="005A424D">
        <w:tc>
          <w:tcPr>
            <w:tcW w:w="2880" w:type="dxa"/>
          </w:tcPr>
          <w:p w:rsidR="006F7457" w:rsidRDefault="00332DB8">
            <w:r>
              <w:t>2692.</w:t>
            </w:r>
          </w:p>
        </w:tc>
        <w:tc>
          <w:tcPr>
            <w:tcW w:w="2880" w:type="dxa"/>
          </w:tcPr>
          <w:p w:rsidR="006F7457" w:rsidRPr="00332DB8" w:rsidRDefault="00332DB8">
            <w:pPr>
              <w:rPr>
                <w:lang w:val="ru-RU"/>
              </w:rPr>
            </w:pPr>
            <w:r w:rsidRPr="00332DB8">
              <w:rPr>
                <w:lang w:val="ru-RU"/>
              </w:rPr>
              <w:t>Видеоролик «</w:t>
            </w:r>
            <w:r>
              <w:t>nswp</w:t>
            </w:r>
            <w:r w:rsidRPr="00332DB8">
              <w:rPr>
                <w:lang w:val="ru-RU"/>
              </w:rPr>
              <w:t xml:space="preserve"> Бендеры», размещенный в социальной сети «ВКонтакте»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странице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191685160 (решение Октябрьского районного суда г. Белгорода от 14.10.2014);</w:t>
            </w:r>
          </w:p>
        </w:tc>
        <w:tc>
          <w:tcPr>
            <w:tcW w:w="2880" w:type="dxa"/>
          </w:tcPr>
          <w:p w:rsidR="006F7457" w:rsidRPr="00332DB8" w:rsidRDefault="006F7457">
            <w:pPr>
              <w:rPr>
                <w:lang w:val="ru-RU"/>
              </w:rPr>
            </w:pPr>
          </w:p>
        </w:tc>
      </w:tr>
      <w:tr w:rsidR="006F7457" w:rsidRPr="005A424D">
        <w:tc>
          <w:tcPr>
            <w:tcW w:w="2880" w:type="dxa"/>
          </w:tcPr>
          <w:p w:rsidR="006F7457" w:rsidRDefault="00332DB8">
            <w:r>
              <w:t>2693.</w:t>
            </w:r>
          </w:p>
        </w:tc>
        <w:tc>
          <w:tcPr>
            <w:tcW w:w="2880" w:type="dxa"/>
          </w:tcPr>
          <w:p w:rsidR="006F7457" w:rsidRPr="00332DB8" w:rsidRDefault="00332DB8">
            <w:pPr>
              <w:rPr>
                <w:lang w:val="ru-RU"/>
              </w:rPr>
            </w:pPr>
            <w:r w:rsidRPr="00332DB8">
              <w:rPr>
                <w:lang w:val="ru-RU"/>
              </w:rPr>
              <w:t>Видеоролик «группа Боровикова Воеводина», размещенный в социальной сети «ВКонтакте»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странице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191685160 (решение Октябрьского районного суда г. Белгорода от 14.10.2014);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2694.</w:t>
            </w:r>
          </w:p>
        </w:tc>
        <w:tc>
          <w:tcPr>
            <w:tcW w:w="2880" w:type="dxa"/>
          </w:tcPr>
          <w:p w:rsidR="006F7457" w:rsidRPr="00332DB8" w:rsidRDefault="00332DB8">
            <w:pPr>
              <w:rPr>
                <w:lang w:val="ru-RU"/>
              </w:rPr>
            </w:pPr>
            <w:r w:rsidRPr="00332DB8">
              <w:rPr>
                <w:lang w:val="ru-RU"/>
              </w:rPr>
              <w:t xml:space="preserve">Информационный материал – видеоролик под наименованием «Окупанты», размещенный на интернет-ресурсе по веб-адресу: </w:t>
            </w:r>
            <w:r>
              <w:t>http</w:t>
            </w:r>
            <w:r w:rsidRPr="00332DB8">
              <w:rPr>
                <w:lang w:val="ru-RU"/>
              </w:rPr>
              <w:t>://</w:t>
            </w:r>
            <w:r>
              <w:t>media</w:t>
            </w:r>
            <w:r w:rsidRPr="00332DB8">
              <w:rPr>
                <w:lang w:val="ru-RU"/>
              </w:rPr>
              <w:t>2.</w:t>
            </w:r>
            <w:r>
              <w:t>kamtv</w:t>
            </w:r>
            <w:r w:rsidRPr="00332DB8">
              <w:rPr>
                <w:lang w:val="ru-RU"/>
              </w:rPr>
              <w:t>.</w:t>
            </w:r>
            <w:r>
              <w:t>ru</w:t>
            </w:r>
            <w:r w:rsidRPr="00332DB8">
              <w:rPr>
                <w:lang w:val="ru-RU"/>
              </w:rPr>
              <w:t>/</w:t>
            </w:r>
            <w:r>
              <w:t>watch</w:t>
            </w:r>
            <w:r w:rsidRPr="00332DB8">
              <w:rPr>
                <w:lang w:val="ru-RU"/>
              </w:rPr>
              <w:t>_</w:t>
            </w:r>
            <w:r>
              <w:t>video</w:t>
            </w:r>
            <w:r w:rsidRPr="00332DB8">
              <w:rPr>
                <w:lang w:val="ru-RU"/>
              </w:rPr>
              <w:t>.</w:t>
            </w:r>
            <w:r>
              <w:t>php</w:t>
            </w:r>
            <w:r w:rsidRPr="00332DB8">
              <w:rPr>
                <w:lang w:val="ru-RU"/>
              </w:rPr>
              <w:t>?</w:t>
            </w:r>
            <w:r>
              <w:t>v</w:t>
            </w:r>
            <w:r w:rsidRPr="00332DB8">
              <w:rPr>
                <w:lang w:val="ru-RU"/>
              </w:rPr>
              <w:t>=</w:t>
            </w:r>
            <w:r>
              <w:t>N</w:t>
            </w:r>
            <w:r w:rsidRPr="00332DB8">
              <w:rPr>
                <w:lang w:val="ru-RU"/>
              </w:rPr>
              <w:t>85</w:t>
            </w:r>
            <w:r>
              <w:t>M</w:t>
            </w:r>
            <w:r w:rsidRPr="00332DB8">
              <w:rPr>
                <w:lang w:val="ru-RU"/>
              </w:rPr>
              <w:t>8</w:t>
            </w:r>
            <w:r>
              <w:t>YH</w:t>
            </w:r>
            <w:r w:rsidRPr="00332DB8">
              <w:rPr>
                <w:lang w:val="ru-RU"/>
              </w:rPr>
              <w:t>60</w:t>
            </w:r>
            <w:r>
              <w:t>NSM</w:t>
            </w:r>
            <w:r w:rsidRPr="00332DB8">
              <w:rPr>
                <w:lang w:val="ru-RU"/>
              </w:rPr>
              <w:t xml:space="preserve">, а также видеоролик под наименованием «Гости», размещенный на интернет-ресурсе по веб-адресу: </w:t>
            </w:r>
            <w:r>
              <w:t>http</w:t>
            </w:r>
            <w:r w:rsidRPr="00332DB8">
              <w:rPr>
                <w:lang w:val="ru-RU"/>
              </w:rPr>
              <w:t>://</w:t>
            </w:r>
            <w:r>
              <w:t>media</w:t>
            </w:r>
            <w:r w:rsidRPr="00332DB8">
              <w:rPr>
                <w:lang w:val="ru-RU"/>
              </w:rPr>
              <w:t>2.</w:t>
            </w:r>
            <w:r>
              <w:t>kamtv</w:t>
            </w:r>
            <w:r w:rsidRPr="00332DB8">
              <w:rPr>
                <w:lang w:val="ru-RU"/>
              </w:rPr>
              <w:t>.</w:t>
            </w:r>
            <w:r>
              <w:t>ru</w:t>
            </w:r>
            <w:r w:rsidRPr="00332DB8">
              <w:rPr>
                <w:lang w:val="ru-RU"/>
              </w:rPr>
              <w:t xml:space="preserve">/ </w:t>
            </w:r>
            <w:r>
              <w:t>watch</w:t>
            </w:r>
            <w:r w:rsidRPr="00332DB8">
              <w:rPr>
                <w:lang w:val="ru-RU"/>
              </w:rPr>
              <w:t>_</w:t>
            </w:r>
            <w:r>
              <w:t>video</w:t>
            </w:r>
            <w:r w:rsidRPr="00332DB8">
              <w:rPr>
                <w:lang w:val="ru-RU"/>
              </w:rPr>
              <w:t>.</w:t>
            </w:r>
            <w:r>
              <w:t>php</w:t>
            </w:r>
            <w:r w:rsidRPr="00332DB8">
              <w:rPr>
                <w:lang w:val="ru-RU"/>
              </w:rPr>
              <w:t>?</w:t>
            </w:r>
            <w:r>
              <w:t>v</w:t>
            </w:r>
            <w:r w:rsidRPr="00332DB8">
              <w:rPr>
                <w:lang w:val="ru-RU"/>
              </w:rPr>
              <w:t>=</w:t>
            </w:r>
            <w:r>
              <w:t>YSBMBU</w:t>
            </w:r>
            <w:r w:rsidRPr="00332DB8">
              <w:rPr>
                <w:lang w:val="ru-RU"/>
              </w:rPr>
              <w:t>4</w:t>
            </w:r>
            <w:r>
              <w:t>HGNAU</w:t>
            </w:r>
            <w:r w:rsidRPr="00332DB8">
              <w:rPr>
                <w:lang w:val="ru-RU"/>
              </w:rPr>
              <w:t xml:space="preserve"> (решение Петропавловск-Камчатского городского суда от 16.01.2015).</w:t>
            </w:r>
          </w:p>
        </w:tc>
        <w:tc>
          <w:tcPr>
            <w:tcW w:w="2880" w:type="dxa"/>
          </w:tcPr>
          <w:p w:rsidR="006F7457" w:rsidRPr="00332DB8" w:rsidRDefault="006F7457">
            <w:pPr>
              <w:rPr>
                <w:lang w:val="ru-RU"/>
              </w:rPr>
            </w:pPr>
          </w:p>
        </w:tc>
      </w:tr>
      <w:tr w:rsidR="006F7457">
        <w:tc>
          <w:tcPr>
            <w:tcW w:w="2880" w:type="dxa"/>
          </w:tcPr>
          <w:p w:rsidR="006F7457" w:rsidRDefault="00332DB8">
            <w:r>
              <w:t>2695.</w:t>
            </w:r>
          </w:p>
        </w:tc>
        <w:tc>
          <w:tcPr>
            <w:tcW w:w="2880" w:type="dxa"/>
          </w:tcPr>
          <w:p w:rsidR="006F7457" w:rsidRDefault="00332DB8">
            <w:r w:rsidRPr="00332DB8">
              <w:rPr>
                <w:lang w:val="ru-RU"/>
              </w:rPr>
              <w:t xml:space="preserve">Информационные материалы – текстовые сообщения, размещенные на интернет -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w:t>
            </w:r>
            <w:r>
              <w:t>http</w:t>
            </w:r>
            <w:r w:rsidRPr="00332DB8">
              <w:rPr>
                <w:lang w:val="ru-RU"/>
              </w:rPr>
              <w:t>://</w:t>
            </w:r>
            <w:r>
              <w:t>vk</w:t>
            </w:r>
            <w:r w:rsidRPr="00332DB8">
              <w:rPr>
                <w:lang w:val="ru-RU"/>
              </w:rPr>
              <w:t>.</w:t>
            </w:r>
            <w:r>
              <w:t>com</w:t>
            </w:r>
            <w:r w:rsidRPr="00332DB8">
              <w:rPr>
                <w:lang w:val="ru-RU"/>
              </w:rPr>
              <w:t>/</w:t>
            </w:r>
            <w:r>
              <w:t>yusupovcapitalism</w:t>
            </w:r>
            <w:r w:rsidRPr="00332DB8">
              <w:rPr>
                <w:lang w:val="ru-RU"/>
              </w:rPr>
              <w:t xml:space="preserve">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w:t>
            </w:r>
            <w:r>
              <w:t>(решение Петропавловск-Камчатского городского суда от 30.01.2015);</w:t>
            </w:r>
          </w:p>
        </w:tc>
        <w:tc>
          <w:tcPr>
            <w:tcW w:w="2880" w:type="dxa"/>
          </w:tcPr>
          <w:p w:rsidR="006F7457" w:rsidRDefault="006F7457"/>
        </w:tc>
      </w:tr>
      <w:tr w:rsidR="006F7457" w:rsidRPr="005A424D">
        <w:tc>
          <w:tcPr>
            <w:tcW w:w="2880" w:type="dxa"/>
          </w:tcPr>
          <w:p w:rsidR="006F7457" w:rsidRDefault="00332DB8">
            <w:r>
              <w:t>2696.</w:t>
            </w:r>
          </w:p>
        </w:tc>
        <w:tc>
          <w:tcPr>
            <w:tcW w:w="2880" w:type="dxa"/>
          </w:tcPr>
          <w:p w:rsidR="006F7457" w:rsidRPr="00332DB8" w:rsidRDefault="00332DB8">
            <w:pPr>
              <w:rPr>
                <w:lang w:val="ru-RU"/>
              </w:rPr>
            </w:pPr>
            <w:r w:rsidRPr="00332DB8">
              <w:rPr>
                <w:lang w:val="ru-RU"/>
              </w:rPr>
              <w:t xml:space="preserve">Информационный материал текст аудиофайла: «1488 – Я рисую белым мелом 14_18» длительностью 2 мин. 53 сек., расположенный по адресу: </w:t>
            </w:r>
            <w:r>
              <w:t>http</w:t>
            </w:r>
            <w:r w:rsidRPr="00332DB8">
              <w:rPr>
                <w:lang w:val="ru-RU"/>
              </w:rPr>
              <w:t>://</w:t>
            </w:r>
            <w:r>
              <w:t>v</w:t>
            </w:r>
            <w:r w:rsidRPr="00332DB8">
              <w:rPr>
                <w:lang w:val="ru-RU"/>
              </w:rPr>
              <w:t>к.</w:t>
            </w:r>
            <w:r>
              <w:t>com</w:t>
            </w:r>
            <w:r w:rsidRPr="00332DB8">
              <w:rPr>
                <w:lang w:val="ru-RU"/>
              </w:rPr>
              <w:t xml:space="preserve"> (решение Беловского городского суда Кемеровской области от 05.12.2014 и определение Беловского городского суда Кемеровской области от 26.01.2015);</w:t>
            </w:r>
          </w:p>
        </w:tc>
        <w:tc>
          <w:tcPr>
            <w:tcW w:w="2880" w:type="dxa"/>
          </w:tcPr>
          <w:p w:rsidR="006F7457" w:rsidRPr="00332DB8" w:rsidRDefault="006F7457">
            <w:pPr>
              <w:rPr>
                <w:lang w:val="ru-RU"/>
              </w:rPr>
            </w:pPr>
          </w:p>
        </w:tc>
      </w:tr>
      <w:tr w:rsidR="006F7457">
        <w:tc>
          <w:tcPr>
            <w:tcW w:w="2880" w:type="dxa"/>
          </w:tcPr>
          <w:p w:rsidR="006F7457" w:rsidRDefault="00332DB8">
            <w:r>
              <w:lastRenderedPageBreak/>
              <w:t>2697.</w:t>
            </w:r>
          </w:p>
        </w:tc>
        <w:tc>
          <w:tcPr>
            <w:tcW w:w="2880" w:type="dxa"/>
          </w:tcPr>
          <w:p w:rsidR="006F7457" w:rsidRDefault="00332DB8">
            <w:r w:rsidRPr="00332DB8">
              <w:rPr>
                <w:lang w:val="ru-RU"/>
              </w:rPr>
              <w:t xml:space="preserve">Информация, размещенная на сайте </w:t>
            </w:r>
            <w:r>
              <w:t>www</w:t>
            </w:r>
            <w:r w:rsidRPr="00332DB8">
              <w:rPr>
                <w:lang w:val="ru-RU"/>
              </w:rPr>
              <w:t>.</w:t>
            </w:r>
            <w:r>
              <w:t>google</w:t>
            </w:r>
            <w:r w:rsidRPr="00332DB8">
              <w:rPr>
                <w:lang w:val="ru-RU"/>
              </w:rPr>
              <w:t>.</w:t>
            </w:r>
            <w:r>
              <w:t>ry</w:t>
            </w:r>
            <w:r w:rsidRPr="00332DB8">
              <w:rPr>
                <w:lang w:val="ru-RU"/>
              </w:rPr>
              <w:t>\</w:t>
            </w:r>
            <w:r>
              <w:t>search</w:t>
            </w:r>
            <w:r w:rsidRPr="00332DB8">
              <w:rPr>
                <w:lang w:val="ru-RU"/>
              </w:rPr>
              <w:t>?</w:t>
            </w:r>
            <w:r>
              <w:t>q</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3239765 </w:t>
            </w:r>
            <w:r>
              <w:t>http</w:t>
            </w:r>
            <w:r w:rsidRPr="00332DB8">
              <w:rPr>
                <w:lang w:val="ru-RU"/>
              </w:rPr>
              <w:t>:\\</w:t>
            </w:r>
            <w:r>
              <w:t>vk</w:t>
            </w:r>
            <w:r w:rsidRPr="00332DB8">
              <w:rPr>
                <w:lang w:val="ru-RU"/>
              </w:rPr>
              <w:t>.</w:t>
            </w:r>
            <w:r>
              <w:t>com</w:t>
            </w:r>
            <w:r w:rsidRPr="00332DB8">
              <w:rPr>
                <w:lang w:val="ru-RU"/>
              </w:rPr>
              <w:t>\</w:t>
            </w:r>
            <w:r>
              <w:t>club</w:t>
            </w:r>
            <w:r w:rsidRPr="00332DB8">
              <w:rPr>
                <w:lang w:val="ru-RU"/>
              </w:rPr>
              <w:t>3239765?</w:t>
            </w:r>
            <w:r>
              <w:t>z</w:t>
            </w:r>
            <w:r w:rsidRPr="00332DB8">
              <w:rPr>
                <w:lang w:val="ru-RU"/>
              </w:rPr>
              <w:t>=</w:t>
            </w:r>
            <w:r>
              <w:t>photo</w:t>
            </w:r>
            <w:r w:rsidRPr="00332DB8">
              <w:rPr>
                <w:lang w:val="ru-RU"/>
              </w:rPr>
              <w:t>186578625291766620% 2</w:t>
            </w:r>
            <w:r>
              <w:t>Fwall</w:t>
            </w:r>
            <w:r w:rsidRPr="00332DB8">
              <w:rPr>
                <w:lang w:val="ru-RU"/>
              </w:rPr>
              <w:t xml:space="preserve">-32329765 14, а именно фотоматериал, сопровождающийся надписью: «Русский, ты уже такой злой на нас! А мы ведь еще даже не насиловали твою дочь с женой!» </w:t>
            </w:r>
            <w:r>
              <w:t>(решение Приволжского районного суда Астраханской области от 24.12.2014);</w:t>
            </w:r>
          </w:p>
        </w:tc>
        <w:tc>
          <w:tcPr>
            <w:tcW w:w="2880" w:type="dxa"/>
          </w:tcPr>
          <w:p w:rsidR="006F7457" w:rsidRDefault="006F7457"/>
        </w:tc>
      </w:tr>
      <w:tr w:rsidR="006F7457" w:rsidRPr="005A424D">
        <w:tc>
          <w:tcPr>
            <w:tcW w:w="2880" w:type="dxa"/>
          </w:tcPr>
          <w:p w:rsidR="006F7457" w:rsidRDefault="00332DB8">
            <w:r>
              <w:t>2698.</w:t>
            </w:r>
          </w:p>
        </w:tc>
        <w:tc>
          <w:tcPr>
            <w:tcW w:w="2880" w:type="dxa"/>
          </w:tcPr>
          <w:p w:rsidR="006F7457" w:rsidRPr="00332DB8" w:rsidRDefault="00332DB8">
            <w:pPr>
              <w:rPr>
                <w:lang w:val="ru-RU"/>
              </w:rPr>
            </w:pPr>
            <w:r w:rsidRPr="00332DB8">
              <w:rPr>
                <w:lang w:val="ru-RU"/>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2880" w:type="dxa"/>
          </w:tcPr>
          <w:p w:rsidR="006F7457" w:rsidRPr="00332DB8" w:rsidRDefault="006F7457">
            <w:pPr>
              <w:rPr>
                <w:lang w:val="ru-RU"/>
              </w:rPr>
            </w:pPr>
          </w:p>
        </w:tc>
      </w:tr>
      <w:tr w:rsidR="006F7457" w:rsidRPr="005A424D">
        <w:tc>
          <w:tcPr>
            <w:tcW w:w="2880" w:type="dxa"/>
          </w:tcPr>
          <w:p w:rsidR="006F7457" w:rsidRDefault="00332DB8">
            <w:r>
              <w:t>2699.</w:t>
            </w:r>
          </w:p>
        </w:tc>
        <w:tc>
          <w:tcPr>
            <w:tcW w:w="2880" w:type="dxa"/>
          </w:tcPr>
          <w:p w:rsidR="006F7457" w:rsidRPr="00332DB8" w:rsidRDefault="00332DB8">
            <w:pPr>
              <w:rPr>
                <w:lang w:val="ru-RU"/>
              </w:rPr>
            </w:pPr>
            <w:r w:rsidRPr="00332DB8">
              <w:rPr>
                <w:lang w:val="ru-RU"/>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2880" w:type="dxa"/>
          </w:tcPr>
          <w:p w:rsidR="006F7457" w:rsidRPr="00332DB8" w:rsidRDefault="006F7457">
            <w:pPr>
              <w:rPr>
                <w:lang w:val="ru-RU"/>
              </w:rPr>
            </w:pPr>
          </w:p>
        </w:tc>
      </w:tr>
      <w:tr w:rsidR="006F7457" w:rsidRPr="005A424D">
        <w:tc>
          <w:tcPr>
            <w:tcW w:w="2880" w:type="dxa"/>
          </w:tcPr>
          <w:p w:rsidR="006F7457" w:rsidRDefault="00332DB8">
            <w:r>
              <w:t>2700.</w:t>
            </w:r>
          </w:p>
        </w:tc>
        <w:tc>
          <w:tcPr>
            <w:tcW w:w="2880" w:type="dxa"/>
          </w:tcPr>
          <w:p w:rsidR="006F7457" w:rsidRPr="00332DB8" w:rsidRDefault="00332DB8">
            <w:pPr>
              <w:rPr>
                <w:lang w:val="ru-RU"/>
              </w:rPr>
            </w:pPr>
            <w:r w:rsidRPr="00332DB8">
              <w:rPr>
                <w:lang w:val="ru-RU"/>
              </w:rPr>
              <w:t>Видеофайлы «АВТОНОМЫ» (</w:t>
            </w:r>
            <w:r>
              <w:t>http</w:t>
            </w:r>
            <w:r w:rsidRPr="00332DB8">
              <w:rPr>
                <w:lang w:val="ru-RU"/>
              </w:rPr>
              <w:t>://</w:t>
            </w:r>
            <w:r>
              <w:t>vk</w:t>
            </w:r>
            <w:r w:rsidRPr="00332DB8">
              <w:rPr>
                <w:lang w:val="ru-RU"/>
              </w:rPr>
              <w:t>.</w:t>
            </w:r>
            <w:r>
              <w:t>com</w:t>
            </w:r>
            <w:r w:rsidRPr="00332DB8">
              <w:rPr>
                <w:lang w:val="ru-RU"/>
              </w:rPr>
              <w:t>/</w:t>
            </w:r>
            <w:r>
              <w:t>video</w:t>
            </w:r>
            <w:r w:rsidRPr="00332DB8">
              <w:rPr>
                <w:lang w:val="ru-RU"/>
              </w:rPr>
              <w:t>88316065_164959675), «скины, бей хачей спасай россию» (</w:t>
            </w:r>
            <w:r>
              <w:t>http</w:t>
            </w:r>
            <w:r w:rsidRPr="00332DB8">
              <w:rPr>
                <w:lang w:val="ru-RU"/>
              </w:rPr>
              <w:t>://</w:t>
            </w:r>
            <w:r>
              <w:t>vk</w:t>
            </w:r>
            <w:r w:rsidRPr="00332DB8">
              <w:rPr>
                <w:lang w:val="ru-RU"/>
              </w:rPr>
              <w:t>.</w:t>
            </w:r>
            <w:r>
              <w:t>com</w:t>
            </w:r>
            <w:r w:rsidRPr="00332DB8">
              <w:rPr>
                <w:lang w:val="ru-RU"/>
              </w:rPr>
              <w:t>/</w:t>
            </w:r>
            <w:r>
              <w:t>video</w:t>
            </w:r>
            <w:r w:rsidRPr="00332DB8">
              <w:rPr>
                <w:lang w:val="ru-RU"/>
              </w:rPr>
              <w:t>88316065_165075390), «Скины убивают Хача» (</w:t>
            </w:r>
            <w:r>
              <w:t>http</w:t>
            </w:r>
            <w:r w:rsidRPr="00332DB8">
              <w:rPr>
                <w:lang w:val="ru-RU"/>
              </w:rPr>
              <w:t>://</w:t>
            </w:r>
            <w:r>
              <w:t>vk</w:t>
            </w:r>
            <w:r w:rsidRPr="00332DB8">
              <w:rPr>
                <w:lang w:val="ru-RU"/>
              </w:rPr>
              <w:t>.</w:t>
            </w:r>
            <w:r>
              <w:t>com</w:t>
            </w:r>
            <w:r w:rsidRPr="00332DB8">
              <w:rPr>
                <w:lang w:val="ru-RU"/>
              </w:rPr>
              <w:t>/</w:t>
            </w:r>
            <w:r>
              <w:t>video</w:t>
            </w:r>
            <w:r w:rsidRPr="00332DB8">
              <w:rPr>
                <w:lang w:val="ru-RU"/>
              </w:rPr>
              <w:t>88316065_165075387), «Призыв скинхеда» (</w:t>
            </w:r>
            <w:r>
              <w:t>http</w:t>
            </w:r>
            <w:r w:rsidRPr="00332DB8">
              <w:rPr>
                <w:lang w:val="ru-RU"/>
              </w:rPr>
              <w:t>://</w:t>
            </w:r>
            <w:r>
              <w:t>vk</w:t>
            </w:r>
            <w:r w:rsidRPr="00332DB8">
              <w:rPr>
                <w:lang w:val="ru-RU"/>
              </w:rPr>
              <w:t>.</w:t>
            </w:r>
            <w:r>
              <w:t>com</w:t>
            </w:r>
            <w:r w:rsidRPr="00332DB8">
              <w:rPr>
                <w:lang w:val="ru-RU"/>
              </w:rPr>
              <w:t>/</w:t>
            </w:r>
            <w:r>
              <w:t>video</w:t>
            </w:r>
            <w:r w:rsidRPr="00332DB8">
              <w:rPr>
                <w:lang w:val="ru-RU"/>
              </w:rPr>
              <w:t>88316065_164101211), «поцаны радикально моют нерусских» (</w:t>
            </w:r>
            <w:r>
              <w:t>http</w:t>
            </w:r>
            <w:r w:rsidRPr="00332DB8">
              <w:rPr>
                <w:lang w:val="ru-RU"/>
              </w:rPr>
              <w:t>://</w:t>
            </w:r>
            <w:r>
              <w:t>vk</w:t>
            </w:r>
            <w:r w:rsidRPr="00332DB8">
              <w:rPr>
                <w:lang w:val="ru-RU"/>
              </w:rPr>
              <w:t>.</w:t>
            </w:r>
            <w:r>
              <w:t>com</w:t>
            </w:r>
            <w:r w:rsidRPr="00332DB8">
              <w:rPr>
                <w:lang w:val="ru-RU"/>
              </w:rPr>
              <w:t>/</w:t>
            </w:r>
            <w:r>
              <w:t>video</w:t>
            </w:r>
            <w:r w:rsidRPr="00332DB8">
              <w:rPr>
                <w:lang w:val="ru-RU"/>
              </w:rPr>
              <w:t>88316065_165230968), «узбек в помойке 88» (</w:t>
            </w:r>
            <w:r>
              <w:t>http</w:t>
            </w:r>
            <w:r w:rsidRPr="00332DB8">
              <w:rPr>
                <w:lang w:val="ru-RU"/>
              </w:rPr>
              <w:t>://</w:t>
            </w:r>
            <w:r>
              <w:t>vk</w:t>
            </w:r>
            <w:r w:rsidRPr="00332DB8">
              <w:rPr>
                <w:lang w:val="ru-RU"/>
              </w:rPr>
              <w:t>.</w:t>
            </w:r>
            <w:r>
              <w:t>com</w:t>
            </w:r>
            <w:r w:rsidRPr="00332DB8">
              <w:rPr>
                <w:lang w:val="ru-RU"/>
              </w:rPr>
              <w:t>/</w:t>
            </w:r>
            <w:r>
              <w:t>video</w:t>
            </w:r>
            <w:r w:rsidRPr="00332DB8">
              <w:rPr>
                <w:lang w:val="ru-RU"/>
              </w:rPr>
              <w:t>88316065_165136756), «Адольф Гитлер вместе с нами» (</w:t>
            </w:r>
            <w:r>
              <w:t>http</w:t>
            </w:r>
            <w:r w:rsidRPr="00332DB8">
              <w:rPr>
                <w:lang w:val="ru-RU"/>
              </w:rPr>
              <w:t>://</w:t>
            </w:r>
            <w:r>
              <w:t>vk</w:t>
            </w:r>
            <w:r w:rsidRPr="00332DB8">
              <w:rPr>
                <w:lang w:val="ru-RU"/>
              </w:rPr>
              <w:t>.</w:t>
            </w:r>
            <w:r>
              <w:t>com</w:t>
            </w:r>
            <w:r w:rsidRPr="00332DB8">
              <w:rPr>
                <w:lang w:val="ru-RU"/>
              </w:rPr>
              <w:t>/</w:t>
            </w:r>
            <w:r>
              <w:t>video</w:t>
            </w:r>
            <w:r w:rsidRPr="00332DB8">
              <w:rPr>
                <w:lang w:val="ru-RU"/>
              </w:rPr>
              <w:t>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w:t>
            </w:r>
            <w:r>
              <w:t>http</w:t>
            </w:r>
            <w:r w:rsidRPr="00332DB8">
              <w:rPr>
                <w:lang w:val="ru-RU"/>
              </w:rPr>
              <w:t>://</w:t>
            </w:r>
            <w:r>
              <w:t>vk</w:t>
            </w:r>
            <w:r w:rsidRPr="00332DB8">
              <w:rPr>
                <w:lang w:val="ru-RU"/>
              </w:rPr>
              <w:t>.</w:t>
            </w:r>
            <w:r>
              <w:t>com</w:t>
            </w:r>
            <w:r w:rsidRPr="00332DB8">
              <w:rPr>
                <w:lang w:val="ru-RU"/>
              </w:rPr>
              <w:t>/</w:t>
            </w:r>
            <w:r>
              <w:t>id</w:t>
            </w:r>
            <w:r w:rsidRPr="00332DB8">
              <w:rPr>
                <w:lang w:val="ru-RU"/>
              </w:rPr>
              <w:t>88316065) (решение Кировского районного суда г. Перми от 08.12.2014);</w:t>
            </w:r>
          </w:p>
        </w:tc>
        <w:tc>
          <w:tcPr>
            <w:tcW w:w="2880" w:type="dxa"/>
          </w:tcPr>
          <w:p w:rsidR="006F7457" w:rsidRPr="00332DB8" w:rsidRDefault="006F7457">
            <w:pPr>
              <w:rPr>
                <w:lang w:val="ru-RU"/>
              </w:rPr>
            </w:pPr>
          </w:p>
        </w:tc>
      </w:tr>
      <w:tr w:rsidR="006F7457" w:rsidRPr="005A424D">
        <w:tc>
          <w:tcPr>
            <w:tcW w:w="2880" w:type="dxa"/>
          </w:tcPr>
          <w:p w:rsidR="006F7457" w:rsidRDefault="00332DB8">
            <w:r>
              <w:t>2701.</w:t>
            </w:r>
          </w:p>
        </w:tc>
        <w:tc>
          <w:tcPr>
            <w:tcW w:w="2880" w:type="dxa"/>
          </w:tcPr>
          <w:p w:rsidR="006F7457" w:rsidRPr="00332DB8" w:rsidRDefault="00332DB8">
            <w:pPr>
              <w:rPr>
                <w:lang w:val="ru-RU"/>
              </w:rPr>
            </w:pPr>
            <w:r w:rsidRPr="00332DB8">
              <w:rPr>
                <w:lang w:val="ru-RU"/>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2702.</w:t>
            </w:r>
          </w:p>
        </w:tc>
        <w:tc>
          <w:tcPr>
            <w:tcW w:w="2880" w:type="dxa"/>
          </w:tcPr>
          <w:p w:rsidR="006F7457" w:rsidRPr="00332DB8" w:rsidRDefault="00332DB8">
            <w:pPr>
              <w:rPr>
                <w:lang w:val="ru-RU"/>
              </w:rPr>
            </w:pPr>
            <w:r w:rsidRPr="00332DB8">
              <w:rPr>
                <w:lang w:val="ru-RU"/>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2880" w:type="dxa"/>
          </w:tcPr>
          <w:p w:rsidR="006F7457" w:rsidRPr="00332DB8" w:rsidRDefault="006F7457">
            <w:pPr>
              <w:rPr>
                <w:lang w:val="ru-RU"/>
              </w:rPr>
            </w:pPr>
          </w:p>
        </w:tc>
      </w:tr>
      <w:tr w:rsidR="006F7457" w:rsidRPr="005A424D">
        <w:tc>
          <w:tcPr>
            <w:tcW w:w="2880" w:type="dxa"/>
          </w:tcPr>
          <w:p w:rsidR="006F7457" w:rsidRDefault="00332DB8">
            <w:r>
              <w:t>2703.</w:t>
            </w:r>
          </w:p>
        </w:tc>
        <w:tc>
          <w:tcPr>
            <w:tcW w:w="2880" w:type="dxa"/>
          </w:tcPr>
          <w:p w:rsidR="006F7457" w:rsidRPr="00332DB8" w:rsidRDefault="00332DB8">
            <w:pPr>
              <w:rPr>
                <w:lang w:val="ru-RU"/>
              </w:rPr>
            </w:pPr>
            <w:r w:rsidRPr="00332DB8">
              <w:rPr>
                <w:lang w:val="ru-RU"/>
              </w:rPr>
              <w:t xml:space="preserve">Видеозаписи, размещенные Темнохудовой Е.А. в открытом доступе в социальной сети «Вконтакте»: «Обращение скинхедов к русской нации» </w:t>
            </w:r>
            <w:r>
              <w:t>http</w:t>
            </w:r>
            <w:r w:rsidRPr="00332DB8">
              <w:rPr>
                <w:lang w:val="ru-RU"/>
              </w:rPr>
              <w:t>://</w:t>
            </w:r>
            <w:r>
              <w:t>vk</w:t>
            </w:r>
            <w:r w:rsidRPr="00332DB8">
              <w:rPr>
                <w:lang w:val="ru-RU"/>
              </w:rPr>
              <w:t>.</w:t>
            </w:r>
            <w:r>
              <w:t>com</w:t>
            </w:r>
            <w:r w:rsidRPr="00332DB8">
              <w:rPr>
                <w:lang w:val="ru-RU"/>
              </w:rPr>
              <w:t>/</w:t>
            </w:r>
            <w:r>
              <w:t>videol</w:t>
            </w:r>
            <w:r w:rsidRPr="00332DB8">
              <w:rPr>
                <w:lang w:val="ru-RU"/>
              </w:rPr>
              <w:t xml:space="preserve">58795102_164970149, продолжительностью 2 мин. 21 сек; «Я Русский» </w:t>
            </w:r>
            <w:r>
              <w:t>http</w:t>
            </w:r>
            <w:r w:rsidRPr="00332DB8">
              <w:rPr>
                <w:lang w:val="ru-RU"/>
              </w:rPr>
              <w:t>://</w:t>
            </w:r>
            <w:r>
              <w:t>vk</w:t>
            </w:r>
            <w:r w:rsidRPr="00332DB8">
              <w:rPr>
                <w:lang w:val="ru-RU"/>
              </w:rPr>
              <w:t>.</w:t>
            </w:r>
            <w:r>
              <w:t>com</w:t>
            </w:r>
            <w:r w:rsidRPr="00332DB8">
              <w:rPr>
                <w:lang w:val="ru-RU"/>
              </w:rPr>
              <w:t>/</w:t>
            </w:r>
            <w:r>
              <w:t>videol</w:t>
            </w:r>
            <w:r w:rsidRPr="00332DB8">
              <w:rPr>
                <w:lang w:val="ru-RU"/>
              </w:rPr>
              <w:t xml:space="preserve">58795102_164618354, продолжительностью 2 мин. 38 сек.; «Я Русский (Голос свободы - ст.282)» </w:t>
            </w:r>
            <w:r>
              <w:t>http</w:t>
            </w:r>
            <w:r w:rsidRPr="00332DB8">
              <w:rPr>
                <w:lang w:val="ru-RU"/>
              </w:rPr>
              <w:t>://</w:t>
            </w:r>
            <w:r>
              <w:t>vk</w:t>
            </w:r>
            <w:r w:rsidRPr="00332DB8">
              <w:rPr>
                <w:lang w:val="ru-RU"/>
              </w:rPr>
              <w:t>.</w:t>
            </w:r>
            <w:r>
              <w:t>com</w:t>
            </w:r>
            <w:r w:rsidRPr="00332DB8">
              <w:rPr>
                <w:lang w:val="ru-RU"/>
              </w:rPr>
              <w:t>/</w:t>
            </w:r>
            <w:r>
              <w:t>vidcol</w:t>
            </w:r>
            <w:r w:rsidRPr="00332DB8">
              <w:rPr>
                <w:lang w:val="ru-RU"/>
              </w:rPr>
              <w:t>58795102_164618356, продолжительностью 2 мин. 36 сек. (решение Курганского городского суда от 11.12.2014 и определение Курганского городского суда от 19.02.2015);</w:t>
            </w:r>
          </w:p>
        </w:tc>
        <w:tc>
          <w:tcPr>
            <w:tcW w:w="2880" w:type="dxa"/>
          </w:tcPr>
          <w:p w:rsidR="006F7457" w:rsidRPr="00332DB8" w:rsidRDefault="006F7457">
            <w:pPr>
              <w:rPr>
                <w:lang w:val="ru-RU"/>
              </w:rPr>
            </w:pPr>
          </w:p>
        </w:tc>
      </w:tr>
      <w:tr w:rsidR="006F7457" w:rsidRPr="005A424D">
        <w:tc>
          <w:tcPr>
            <w:tcW w:w="2880" w:type="dxa"/>
          </w:tcPr>
          <w:p w:rsidR="006F7457" w:rsidRDefault="00332DB8">
            <w:r>
              <w:t>2704.</w:t>
            </w:r>
          </w:p>
        </w:tc>
        <w:tc>
          <w:tcPr>
            <w:tcW w:w="2880" w:type="dxa"/>
          </w:tcPr>
          <w:p w:rsidR="006F7457" w:rsidRPr="00332DB8" w:rsidRDefault="00332DB8">
            <w:pPr>
              <w:rPr>
                <w:lang w:val="ru-RU"/>
              </w:rPr>
            </w:pPr>
            <w:r w:rsidRPr="00332DB8">
              <w:rPr>
                <w:lang w:val="ru-RU"/>
              </w:rPr>
              <w:t xml:space="preserve">Интернет-ресурс – аудиофайл, размещенный на странице: </w:t>
            </w:r>
            <w:r>
              <w:t>http</w:t>
            </w:r>
            <w:r w:rsidRPr="00332DB8">
              <w:rPr>
                <w:lang w:val="ru-RU"/>
              </w:rPr>
              <w:t>://</w:t>
            </w:r>
            <w:r>
              <w:t>www</w:t>
            </w:r>
            <w:r w:rsidRPr="00332DB8">
              <w:rPr>
                <w:lang w:val="ru-RU"/>
              </w:rPr>
              <w:t>.</w:t>
            </w:r>
            <w:r>
              <w:t>vedi</w:t>
            </w:r>
            <w:r w:rsidRPr="00332DB8">
              <w:rPr>
                <w:lang w:val="ru-RU"/>
              </w:rPr>
              <w:t>-</w:t>
            </w:r>
            <w:r>
              <w:t>ra</w:t>
            </w:r>
            <w:r w:rsidRPr="00332DB8">
              <w:rPr>
                <w:lang w:val="ru-RU"/>
              </w:rPr>
              <w:t>.</w:t>
            </w:r>
            <w:r>
              <w:t>info</w:t>
            </w:r>
            <w:r w:rsidRPr="00332DB8">
              <w:rPr>
                <w:lang w:val="ru-RU"/>
              </w:rPr>
              <w:t>/</w:t>
            </w:r>
            <w:r>
              <w:t>dopinfo</w:t>
            </w:r>
            <w:r w:rsidRPr="00332DB8">
              <w:rPr>
                <w:lang w:val="ru-RU"/>
              </w:rPr>
              <w:t>//</w:t>
            </w:r>
            <w:r>
              <w:t>index</w:t>
            </w:r>
            <w:r w:rsidRPr="00332DB8">
              <w:rPr>
                <w:lang w:val="ru-RU"/>
              </w:rPr>
              <w:t>.</w:t>
            </w:r>
            <w:r>
              <w:t>php</w:t>
            </w:r>
            <w:r w:rsidRPr="00332DB8">
              <w:rPr>
                <w:lang w:val="ru-RU"/>
              </w:rPr>
              <w:t>?20140106 (решение Электростальского городского суда Московской области от 15.01.2015);</w:t>
            </w:r>
          </w:p>
        </w:tc>
        <w:tc>
          <w:tcPr>
            <w:tcW w:w="2880" w:type="dxa"/>
          </w:tcPr>
          <w:p w:rsidR="006F7457" w:rsidRPr="00332DB8" w:rsidRDefault="006F7457">
            <w:pPr>
              <w:rPr>
                <w:lang w:val="ru-RU"/>
              </w:rPr>
            </w:pPr>
          </w:p>
        </w:tc>
      </w:tr>
      <w:tr w:rsidR="006F7457" w:rsidRPr="005A424D">
        <w:tc>
          <w:tcPr>
            <w:tcW w:w="2880" w:type="dxa"/>
          </w:tcPr>
          <w:p w:rsidR="006F7457" w:rsidRDefault="00332DB8">
            <w:r>
              <w:t>2705.</w:t>
            </w:r>
          </w:p>
        </w:tc>
        <w:tc>
          <w:tcPr>
            <w:tcW w:w="2880" w:type="dxa"/>
          </w:tcPr>
          <w:p w:rsidR="006F7457" w:rsidRPr="00332DB8" w:rsidRDefault="00332DB8">
            <w:pPr>
              <w:rPr>
                <w:lang w:val="ru-RU"/>
              </w:rPr>
            </w:pPr>
            <w:r w:rsidRPr="00332DB8">
              <w:rPr>
                <w:lang w:val="ru-RU"/>
              </w:rPr>
              <w:t xml:space="preserve">Интернет-страница </w:t>
            </w:r>
            <w:r>
              <w:t>http</w:t>
            </w:r>
            <w:r w:rsidRPr="00332DB8">
              <w:rPr>
                <w:lang w:val="ru-RU"/>
              </w:rPr>
              <w:t>://</w:t>
            </w:r>
            <w:r>
              <w:t>vk</w:t>
            </w:r>
            <w:r w:rsidRPr="00332DB8">
              <w:rPr>
                <w:lang w:val="ru-RU"/>
              </w:rPr>
              <w:t>.</w:t>
            </w:r>
            <w:r>
              <w:t>com</w:t>
            </w:r>
            <w:r w:rsidRPr="00332DB8">
              <w:rPr>
                <w:lang w:val="ru-RU"/>
              </w:rPr>
              <w:t>/</w:t>
            </w:r>
            <w:r>
              <w:t>id</w:t>
            </w:r>
            <w:r w:rsidRPr="00332DB8">
              <w:rPr>
                <w:lang w:val="ru-RU"/>
              </w:rPr>
              <w:t>184592663 «</w:t>
            </w:r>
            <w:r>
              <w:t>Serega</w:t>
            </w:r>
            <w:r w:rsidRPr="00332DB8">
              <w:rPr>
                <w:lang w:val="ru-RU"/>
              </w:rPr>
              <w:t xml:space="preserve"> </w:t>
            </w:r>
            <w:r>
              <w:t>Niks</w:t>
            </w:r>
            <w:r w:rsidRPr="00332DB8">
              <w:rPr>
                <w:lang w:val="ru-RU"/>
              </w:rPr>
              <w:t xml:space="preserve">», находящаяся в сети Интернет по электронному адресу </w:t>
            </w:r>
            <w:r>
              <w:t>http</w:t>
            </w:r>
            <w:r w:rsidRPr="00332DB8">
              <w:rPr>
                <w:lang w:val="ru-RU"/>
              </w:rPr>
              <w:t>://</w:t>
            </w:r>
            <w:r>
              <w:t>vk</w:t>
            </w:r>
            <w:r w:rsidRPr="00332DB8">
              <w:rPr>
                <w:lang w:val="ru-RU"/>
              </w:rPr>
              <w:t>.</w:t>
            </w:r>
            <w:r>
              <w:t>com</w:t>
            </w:r>
            <w:r w:rsidRPr="00332DB8">
              <w:rPr>
                <w:lang w:val="ru-RU"/>
              </w:rPr>
              <w:t>/ (</w:t>
            </w:r>
            <w:r>
              <w:t>http</w:t>
            </w:r>
            <w:r w:rsidRPr="00332DB8">
              <w:rPr>
                <w:lang w:val="ru-RU"/>
              </w:rPr>
              <w:t>://</w:t>
            </w:r>
            <w:r>
              <w:t>vkontakte</w:t>
            </w:r>
            <w:r w:rsidRPr="00332DB8">
              <w:rPr>
                <w:lang w:val="ru-RU"/>
              </w:rPr>
              <w:t>.</w:t>
            </w:r>
            <w:r>
              <w:t>ru</w:t>
            </w:r>
            <w:r w:rsidRPr="00332DB8">
              <w:rPr>
                <w:lang w:val="ru-RU"/>
              </w:rPr>
              <w:t>),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2880" w:type="dxa"/>
          </w:tcPr>
          <w:p w:rsidR="006F7457" w:rsidRPr="00332DB8" w:rsidRDefault="006F7457">
            <w:pPr>
              <w:rPr>
                <w:lang w:val="ru-RU"/>
              </w:rPr>
            </w:pPr>
          </w:p>
        </w:tc>
      </w:tr>
      <w:tr w:rsidR="006F7457" w:rsidRPr="005A424D">
        <w:tc>
          <w:tcPr>
            <w:tcW w:w="2880" w:type="dxa"/>
          </w:tcPr>
          <w:p w:rsidR="006F7457" w:rsidRDefault="00332DB8">
            <w:r>
              <w:t>2706.</w:t>
            </w:r>
          </w:p>
        </w:tc>
        <w:tc>
          <w:tcPr>
            <w:tcW w:w="2880" w:type="dxa"/>
          </w:tcPr>
          <w:p w:rsidR="006F7457" w:rsidRPr="00332DB8" w:rsidRDefault="00332DB8">
            <w:pPr>
              <w:rPr>
                <w:lang w:val="ru-RU"/>
              </w:rPr>
            </w:pPr>
            <w:r>
              <w:t>C</w:t>
            </w:r>
            <w:r w:rsidRPr="00332DB8">
              <w:rPr>
                <w:lang w:val="ru-RU"/>
              </w:rPr>
              <w:t xml:space="preserve">татья «Обучение детей акыде в повседневных вопросах», размещенная на Интернет – ресурсе </w:t>
            </w:r>
            <w:r>
              <w:t>http</w:t>
            </w:r>
            <w:r w:rsidRPr="00332DB8">
              <w:rPr>
                <w:lang w:val="ru-RU"/>
              </w:rPr>
              <w:t>://</w:t>
            </w:r>
            <w:r>
              <w:t>sestram</w:t>
            </w:r>
            <w:r w:rsidRPr="00332DB8">
              <w:rPr>
                <w:lang w:val="ru-RU"/>
              </w:rPr>
              <w:t>.</w:t>
            </w:r>
            <w:r>
              <w:t>com</w:t>
            </w:r>
            <w:r w:rsidRPr="00332DB8">
              <w:rPr>
                <w:lang w:val="ru-RU"/>
              </w:rPr>
              <w:t xml:space="preserve">, </w:t>
            </w:r>
            <w:r>
              <w:t>IP</w:t>
            </w:r>
            <w:r w:rsidRPr="00332DB8">
              <w:rPr>
                <w:lang w:val="ru-RU"/>
              </w:rPr>
              <w:t>- ресурса 69.163.165.177 (решение Южно-Сахалинского городского суда Сахалинской области от 18.12.2014);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2707.</w:t>
            </w:r>
          </w:p>
        </w:tc>
        <w:tc>
          <w:tcPr>
            <w:tcW w:w="2880" w:type="dxa"/>
          </w:tcPr>
          <w:p w:rsidR="006F7457" w:rsidRPr="00332DB8" w:rsidRDefault="00332DB8">
            <w:pPr>
              <w:rPr>
                <w:lang w:val="ru-RU"/>
              </w:rPr>
            </w:pPr>
            <w:r w:rsidRPr="00332DB8">
              <w:rPr>
                <w:lang w:val="ru-RU"/>
              </w:rPr>
              <w:t xml:space="preserve">Книга «Я мусульманин». Первое русское издание», перевод с арабского Абдуль Малик, Марьям Аксигер, Марьям Вилсон, Египет 1431-2010, издательство </w:t>
            </w:r>
            <w:r>
              <w:t>Engineering</w:t>
            </w:r>
            <w:r w:rsidRPr="00332DB8">
              <w:rPr>
                <w:lang w:val="ru-RU"/>
              </w:rPr>
              <w:t xml:space="preserve"> </w:t>
            </w:r>
            <w:r>
              <w:t>House</w:t>
            </w:r>
            <w:r w:rsidRPr="00332DB8">
              <w:rPr>
                <w:lang w:val="ru-RU"/>
              </w:rPr>
              <w:t>, на 95 страницах (решение Южно-Сахалинского городского суда Сахалинской области от 18.12.2014);</w:t>
            </w:r>
          </w:p>
        </w:tc>
        <w:tc>
          <w:tcPr>
            <w:tcW w:w="2880" w:type="dxa"/>
          </w:tcPr>
          <w:p w:rsidR="006F7457" w:rsidRPr="00332DB8" w:rsidRDefault="006F7457">
            <w:pPr>
              <w:rPr>
                <w:lang w:val="ru-RU"/>
              </w:rPr>
            </w:pPr>
          </w:p>
        </w:tc>
      </w:tr>
      <w:tr w:rsidR="006F7457" w:rsidRPr="005A424D">
        <w:tc>
          <w:tcPr>
            <w:tcW w:w="2880" w:type="dxa"/>
          </w:tcPr>
          <w:p w:rsidR="006F7457" w:rsidRDefault="00332DB8">
            <w:r>
              <w:t>2708.</w:t>
            </w:r>
          </w:p>
        </w:tc>
        <w:tc>
          <w:tcPr>
            <w:tcW w:w="2880" w:type="dxa"/>
          </w:tcPr>
          <w:p w:rsidR="006F7457" w:rsidRPr="00332DB8" w:rsidRDefault="00332DB8">
            <w:pPr>
              <w:rPr>
                <w:lang w:val="ru-RU"/>
              </w:rPr>
            </w:pPr>
            <w:r w:rsidRPr="00332DB8">
              <w:rPr>
                <w:lang w:val="ru-RU"/>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2880" w:type="dxa"/>
          </w:tcPr>
          <w:p w:rsidR="006F7457" w:rsidRPr="00332DB8" w:rsidRDefault="006F7457">
            <w:pPr>
              <w:rPr>
                <w:lang w:val="ru-RU"/>
              </w:rPr>
            </w:pPr>
          </w:p>
        </w:tc>
      </w:tr>
      <w:tr w:rsidR="006F7457" w:rsidRPr="005A424D">
        <w:tc>
          <w:tcPr>
            <w:tcW w:w="2880" w:type="dxa"/>
          </w:tcPr>
          <w:p w:rsidR="006F7457" w:rsidRDefault="00332DB8">
            <w:r>
              <w:t>2709.</w:t>
            </w:r>
          </w:p>
        </w:tc>
        <w:tc>
          <w:tcPr>
            <w:tcW w:w="2880" w:type="dxa"/>
          </w:tcPr>
          <w:p w:rsidR="006F7457" w:rsidRPr="00332DB8" w:rsidRDefault="00332DB8">
            <w:pPr>
              <w:rPr>
                <w:lang w:val="ru-RU"/>
              </w:rPr>
            </w:pPr>
            <w:r w:rsidRPr="00332DB8">
              <w:rPr>
                <w:lang w:val="ru-RU"/>
              </w:rPr>
              <w:t>Информационные материалы: - видеофайл (видеоролик) «150735.</w:t>
            </w:r>
            <w:r>
              <w:t>wmv</w:t>
            </w:r>
            <w:r w:rsidRPr="00332DB8">
              <w:rPr>
                <w:lang w:val="ru-RU"/>
              </w:rPr>
              <w:t xml:space="preserve">»; - видеоролик «Открытые двери РНО «Атака» 11.01.2014», размещенный в сети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Q</w:t>
            </w:r>
            <w:r w:rsidRPr="00332DB8">
              <w:rPr>
                <w:lang w:val="ru-RU"/>
              </w:rPr>
              <w:t>0</w:t>
            </w:r>
            <w:r>
              <w:t>HLXJ</w:t>
            </w:r>
            <w:r w:rsidRPr="00332DB8">
              <w:rPr>
                <w:lang w:val="ru-RU"/>
              </w:rPr>
              <w:t>1</w:t>
            </w:r>
            <w:r>
              <w:t>zRA</w:t>
            </w:r>
            <w:r w:rsidRPr="00332DB8">
              <w:rPr>
                <w:lang w:val="ru-RU"/>
              </w:rPr>
              <w:t xml:space="preserve"> (решение Замоскворецкого районного суда г. Москвы от 24.12.2014);</w:t>
            </w:r>
          </w:p>
        </w:tc>
        <w:tc>
          <w:tcPr>
            <w:tcW w:w="2880" w:type="dxa"/>
          </w:tcPr>
          <w:p w:rsidR="006F7457" w:rsidRPr="00332DB8" w:rsidRDefault="006F7457">
            <w:pPr>
              <w:rPr>
                <w:lang w:val="ru-RU"/>
              </w:rPr>
            </w:pPr>
          </w:p>
        </w:tc>
      </w:tr>
      <w:tr w:rsidR="006F7457" w:rsidRPr="005A424D">
        <w:tc>
          <w:tcPr>
            <w:tcW w:w="2880" w:type="dxa"/>
          </w:tcPr>
          <w:p w:rsidR="006F7457" w:rsidRDefault="00332DB8">
            <w:r>
              <w:t>2710.</w:t>
            </w:r>
          </w:p>
        </w:tc>
        <w:tc>
          <w:tcPr>
            <w:tcW w:w="2880" w:type="dxa"/>
          </w:tcPr>
          <w:p w:rsidR="006F7457" w:rsidRPr="00332DB8" w:rsidRDefault="00332DB8">
            <w:pPr>
              <w:rPr>
                <w:lang w:val="ru-RU"/>
              </w:rPr>
            </w:pPr>
            <w:r w:rsidRPr="00332DB8">
              <w:rPr>
                <w:lang w:val="ru-RU"/>
              </w:rPr>
              <w:t>Видеофайлы «Как общаться с чурками Ответ резать их! ЗАДУМАЙТЕСЬ!!!»; «Про чебуреков и нтифа»; «Что такое национализм»; и графические файлы _2</w:t>
            </w:r>
            <w:r>
              <w:t>nHMyYYSgM</w:t>
            </w:r>
            <w:r w:rsidRPr="00332DB8">
              <w:rPr>
                <w:lang w:val="ru-RU"/>
              </w:rPr>
              <w:t xml:space="preserve"> </w:t>
            </w:r>
            <w:r>
              <w:t>JPEG</w:t>
            </w:r>
            <w:r w:rsidRPr="00332DB8">
              <w:rPr>
                <w:lang w:val="ru-RU"/>
              </w:rPr>
              <w:t>, 0</w:t>
            </w:r>
            <w:r>
              <w:t>qhU</w:t>
            </w:r>
            <w:r w:rsidRPr="00332DB8">
              <w:rPr>
                <w:lang w:val="ru-RU"/>
              </w:rPr>
              <w:t>5</w:t>
            </w:r>
            <w:r>
              <w:t>eny</w:t>
            </w:r>
            <w:r w:rsidRPr="00332DB8">
              <w:rPr>
                <w:lang w:val="ru-RU"/>
              </w:rPr>
              <w:t>9</w:t>
            </w:r>
            <w:r>
              <w:t>Qk</w:t>
            </w:r>
            <w:r w:rsidRPr="00332DB8">
              <w:rPr>
                <w:lang w:val="ru-RU"/>
              </w:rPr>
              <w:t xml:space="preserve"> </w:t>
            </w:r>
            <w:r>
              <w:t>JPEG</w:t>
            </w:r>
            <w:r w:rsidRPr="00332DB8">
              <w:rPr>
                <w:lang w:val="ru-RU"/>
              </w:rPr>
              <w:t>, 0</w:t>
            </w:r>
            <w:r>
              <w:t>zb</w:t>
            </w:r>
            <w:r w:rsidRPr="00332DB8">
              <w:rPr>
                <w:lang w:val="ru-RU"/>
              </w:rPr>
              <w:t>9</w:t>
            </w:r>
            <w:r>
              <w:t>bCC</w:t>
            </w:r>
            <w:r w:rsidRPr="00332DB8">
              <w:rPr>
                <w:lang w:val="ru-RU"/>
              </w:rPr>
              <w:t>47</w:t>
            </w:r>
            <w:r>
              <w:t>Ig</w:t>
            </w:r>
            <w:r w:rsidRPr="00332DB8">
              <w:rPr>
                <w:lang w:val="ru-RU"/>
              </w:rPr>
              <w:t xml:space="preserve"> </w:t>
            </w:r>
            <w:r>
              <w:t>JPEG</w:t>
            </w:r>
            <w:r w:rsidRPr="00332DB8">
              <w:rPr>
                <w:lang w:val="ru-RU"/>
              </w:rPr>
              <w:t>, 1</w:t>
            </w:r>
            <w:r>
              <w:t>eqTCRyUrCQ</w:t>
            </w:r>
            <w:r w:rsidRPr="00332DB8">
              <w:rPr>
                <w:lang w:val="ru-RU"/>
              </w:rPr>
              <w:t xml:space="preserve"> </w:t>
            </w:r>
            <w:r>
              <w:t>JPEG</w:t>
            </w:r>
            <w:r w:rsidRPr="00332DB8">
              <w:rPr>
                <w:lang w:val="ru-RU"/>
              </w:rPr>
              <w:t>, 8</w:t>
            </w:r>
            <w:r>
              <w:t>CTc</w:t>
            </w:r>
            <w:r w:rsidRPr="00332DB8">
              <w:rPr>
                <w:lang w:val="ru-RU"/>
              </w:rPr>
              <w:t>8</w:t>
            </w:r>
            <w:r>
              <w:t>jDagvs</w:t>
            </w:r>
            <w:r w:rsidRPr="00332DB8">
              <w:rPr>
                <w:lang w:val="ru-RU"/>
              </w:rPr>
              <w:t xml:space="preserve"> </w:t>
            </w:r>
            <w:r>
              <w:t>JPEG</w:t>
            </w:r>
            <w:r w:rsidRPr="00332DB8">
              <w:rPr>
                <w:lang w:val="ru-RU"/>
              </w:rPr>
              <w:t>, 78</w:t>
            </w:r>
            <w:r>
              <w:t>Dt</w:t>
            </w:r>
            <w:r w:rsidRPr="00332DB8">
              <w:rPr>
                <w:lang w:val="ru-RU"/>
              </w:rPr>
              <w:t>2</w:t>
            </w:r>
            <w:r>
              <w:t>aOGCX</w:t>
            </w:r>
            <w:r w:rsidRPr="00332DB8">
              <w:rPr>
                <w:lang w:val="ru-RU"/>
              </w:rPr>
              <w:t xml:space="preserve">8 </w:t>
            </w:r>
            <w:r>
              <w:t>JPEG</w:t>
            </w:r>
            <w:r w:rsidRPr="00332DB8">
              <w:rPr>
                <w:lang w:val="ru-RU"/>
              </w:rPr>
              <w:t xml:space="preserve">, </w:t>
            </w:r>
            <w:r>
              <w:t>FgP</w:t>
            </w:r>
            <w:r w:rsidRPr="00332DB8">
              <w:rPr>
                <w:lang w:val="ru-RU"/>
              </w:rPr>
              <w:t>_</w:t>
            </w:r>
            <w:r>
              <w:t>WsuAvS</w:t>
            </w:r>
            <w:r w:rsidRPr="00332DB8">
              <w:rPr>
                <w:lang w:val="ru-RU"/>
              </w:rPr>
              <w:t xml:space="preserve">8 </w:t>
            </w:r>
            <w:r>
              <w:t>JPEG</w:t>
            </w:r>
            <w:r w:rsidRPr="00332DB8">
              <w:rPr>
                <w:lang w:val="ru-RU"/>
              </w:rPr>
              <w:t xml:space="preserve">, </w:t>
            </w:r>
            <w:r>
              <w:t>hbcIakkNI</w:t>
            </w:r>
            <w:r w:rsidRPr="00332DB8">
              <w:rPr>
                <w:lang w:val="ru-RU"/>
              </w:rPr>
              <w:t xml:space="preserve">30 </w:t>
            </w:r>
            <w:r>
              <w:t>JPEG</w:t>
            </w:r>
            <w:r w:rsidRPr="00332DB8">
              <w:rPr>
                <w:lang w:val="ru-RU"/>
              </w:rPr>
              <w:t xml:space="preserve">, </w:t>
            </w:r>
            <w:r>
              <w:t>I</w:t>
            </w:r>
            <w:r w:rsidRPr="00332DB8">
              <w:rPr>
                <w:lang w:val="ru-RU"/>
              </w:rPr>
              <w:t>7</w:t>
            </w:r>
            <w:r>
              <w:t>LysQ</w:t>
            </w:r>
            <w:r w:rsidRPr="00332DB8">
              <w:rPr>
                <w:lang w:val="ru-RU"/>
              </w:rPr>
              <w:t>1</w:t>
            </w:r>
            <w:r>
              <w:t>u</w:t>
            </w:r>
            <w:r w:rsidRPr="00332DB8">
              <w:rPr>
                <w:lang w:val="ru-RU"/>
              </w:rPr>
              <w:t>-</w:t>
            </w:r>
            <w:r>
              <w:t>I</w:t>
            </w:r>
            <w:r w:rsidRPr="00332DB8">
              <w:rPr>
                <w:lang w:val="ru-RU"/>
              </w:rPr>
              <w:t xml:space="preserve">0, </w:t>
            </w:r>
            <w:r>
              <w:t>iBK</w:t>
            </w:r>
            <w:r w:rsidRPr="00332DB8">
              <w:rPr>
                <w:lang w:val="ru-RU"/>
              </w:rPr>
              <w:t>8</w:t>
            </w:r>
            <w:r>
              <w:t>VM</w:t>
            </w:r>
            <w:r w:rsidRPr="00332DB8">
              <w:rPr>
                <w:lang w:val="ru-RU"/>
              </w:rPr>
              <w:t>7</w:t>
            </w:r>
            <w:r>
              <w:t>S</w:t>
            </w:r>
            <w:r w:rsidRPr="00332DB8">
              <w:rPr>
                <w:lang w:val="ru-RU"/>
              </w:rPr>
              <w:t>89</w:t>
            </w:r>
            <w:r>
              <w:t>Y</w:t>
            </w:r>
            <w:r w:rsidRPr="00332DB8">
              <w:rPr>
                <w:lang w:val="ru-RU"/>
              </w:rPr>
              <w:t xml:space="preserve"> </w:t>
            </w:r>
            <w:r>
              <w:t>JPEG</w:t>
            </w:r>
            <w:r w:rsidRPr="00332DB8">
              <w:rPr>
                <w:lang w:val="ru-RU"/>
              </w:rPr>
              <w:t xml:space="preserve">, </w:t>
            </w:r>
            <w:r>
              <w:t>KldO</w:t>
            </w:r>
            <w:r w:rsidRPr="00332DB8">
              <w:rPr>
                <w:lang w:val="ru-RU"/>
              </w:rPr>
              <w:t>0</w:t>
            </w:r>
            <w:r>
              <w:t>xyN</w:t>
            </w:r>
            <w:r w:rsidRPr="00332DB8">
              <w:rPr>
                <w:lang w:val="ru-RU"/>
              </w:rPr>
              <w:t>9_</w:t>
            </w:r>
            <w:r>
              <w:t>Q</w:t>
            </w:r>
            <w:r w:rsidRPr="00332DB8">
              <w:rPr>
                <w:lang w:val="ru-RU"/>
              </w:rPr>
              <w:t xml:space="preserve"> </w:t>
            </w:r>
            <w:r>
              <w:t>JPEG</w:t>
            </w:r>
            <w:r w:rsidRPr="00332DB8">
              <w:rPr>
                <w:lang w:val="ru-RU"/>
              </w:rPr>
              <w:t xml:space="preserve">, </w:t>
            </w:r>
            <w:r>
              <w:t>IJ</w:t>
            </w:r>
            <w:r w:rsidRPr="00332DB8">
              <w:rPr>
                <w:lang w:val="ru-RU"/>
              </w:rPr>
              <w:t>40</w:t>
            </w:r>
            <w:r>
              <w:t>kNsvzJ</w:t>
            </w:r>
            <w:r w:rsidRPr="00332DB8">
              <w:rPr>
                <w:lang w:val="ru-RU"/>
              </w:rPr>
              <w:t xml:space="preserve">8 </w:t>
            </w:r>
            <w:r>
              <w:t>JPEG</w:t>
            </w:r>
            <w:r w:rsidRPr="00332DB8">
              <w:rPr>
                <w:lang w:val="ru-RU"/>
              </w:rPr>
              <w:t xml:space="preserve">, </w:t>
            </w:r>
            <w:r>
              <w:t>n</w:t>
            </w:r>
            <w:r w:rsidRPr="00332DB8">
              <w:rPr>
                <w:lang w:val="ru-RU"/>
              </w:rPr>
              <w:t>9</w:t>
            </w:r>
            <w:r>
              <w:t>Nt</w:t>
            </w:r>
            <w:r w:rsidRPr="00332DB8">
              <w:rPr>
                <w:lang w:val="ru-RU"/>
              </w:rPr>
              <w:t>5</w:t>
            </w:r>
            <w:r>
              <w:t>OVL</w:t>
            </w:r>
            <w:r w:rsidRPr="00332DB8">
              <w:rPr>
                <w:lang w:val="ru-RU"/>
              </w:rPr>
              <w:t>5</w:t>
            </w:r>
            <w:r>
              <w:t>I</w:t>
            </w:r>
            <w:r w:rsidRPr="00332DB8">
              <w:rPr>
                <w:lang w:val="ru-RU"/>
              </w:rPr>
              <w:t xml:space="preserve">8 </w:t>
            </w:r>
            <w:r>
              <w:t>JPEG</w:t>
            </w:r>
            <w:r w:rsidRPr="00332DB8">
              <w:rPr>
                <w:lang w:val="ru-RU"/>
              </w:rPr>
              <w:t xml:space="preserve">, </w:t>
            </w:r>
            <w:r>
              <w:t>nH</w:t>
            </w:r>
            <w:r w:rsidRPr="00332DB8">
              <w:rPr>
                <w:lang w:val="ru-RU"/>
              </w:rPr>
              <w:t>-</w:t>
            </w:r>
            <w:r>
              <w:t>NCMsImo</w:t>
            </w:r>
            <w:r w:rsidRPr="00332DB8">
              <w:rPr>
                <w:lang w:val="ru-RU"/>
              </w:rPr>
              <w:t xml:space="preserve">0 </w:t>
            </w:r>
            <w:r>
              <w:t>JPEG</w:t>
            </w:r>
            <w:r w:rsidRPr="00332DB8">
              <w:rPr>
                <w:lang w:val="ru-RU"/>
              </w:rPr>
              <w:t xml:space="preserve">, </w:t>
            </w:r>
            <w:r>
              <w:t>oHUbkFrWrc</w:t>
            </w:r>
            <w:r w:rsidRPr="00332DB8">
              <w:rPr>
                <w:lang w:val="ru-RU"/>
              </w:rPr>
              <w:t xml:space="preserve">4 </w:t>
            </w:r>
            <w:r>
              <w:t>JPEG</w:t>
            </w:r>
            <w:r w:rsidRPr="00332DB8">
              <w:rPr>
                <w:lang w:val="ru-RU"/>
              </w:rPr>
              <w:t xml:space="preserve">, </w:t>
            </w:r>
            <w:r>
              <w:t>P</w:t>
            </w:r>
            <w:r w:rsidRPr="00332DB8">
              <w:rPr>
                <w:lang w:val="ru-RU"/>
              </w:rPr>
              <w:t>79</w:t>
            </w:r>
            <w:r>
              <w:t>sUpg</w:t>
            </w:r>
            <w:r w:rsidRPr="00332DB8">
              <w:rPr>
                <w:lang w:val="ru-RU"/>
              </w:rPr>
              <w:t>8</w:t>
            </w:r>
            <w:r>
              <w:t>zv</w:t>
            </w:r>
            <w:r w:rsidRPr="00332DB8">
              <w:rPr>
                <w:lang w:val="ru-RU"/>
              </w:rPr>
              <w:t xml:space="preserve">4 </w:t>
            </w:r>
            <w:r>
              <w:t>JPEG</w:t>
            </w:r>
            <w:r w:rsidRPr="00332DB8">
              <w:rPr>
                <w:lang w:val="ru-RU"/>
              </w:rPr>
              <w:t xml:space="preserve">, </w:t>
            </w:r>
            <w:r>
              <w:t>q</w:t>
            </w:r>
            <w:r w:rsidRPr="00332DB8">
              <w:rPr>
                <w:lang w:val="ru-RU"/>
              </w:rPr>
              <w:t>3</w:t>
            </w:r>
            <w:r>
              <w:t>P</w:t>
            </w:r>
            <w:r w:rsidRPr="00332DB8">
              <w:rPr>
                <w:lang w:val="ru-RU"/>
              </w:rPr>
              <w:t>7</w:t>
            </w:r>
            <w:r>
              <w:t>aVPIW</w:t>
            </w:r>
            <w:r w:rsidRPr="00332DB8">
              <w:rPr>
                <w:lang w:val="ru-RU"/>
              </w:rPr>
              <w:t xml:space="preserve">-0 </w:t>
            </w:r>
            <w:r>
              <w:t>JPEG</w:t>
            </w:r>
            <w:r w:rsidRPr="00332DB8">
              <w:rPr>
                <w:lang w:val="ru-RU"/>
              </w:rPr>
              <w:t xml:space="preserve">, </w:t>
            </w:r>
            <w:r>
              <w:t>tZcM</w:t>
            </w:r>
            <w:r w:rsidRPr="00332DB8">
              <w:rPr>
                <w:lang w:val="ru-RU"/>
              </w:rPr>
              <w:t>1</w:t>
            </w:r>
            <w:r>
              <w:t>YhZ</w:t>
            </w:r>
            <w:r w:rsidRPr="00332DB8">
              <w:rPr>
                <w:lang w:val="ru-RU"/>
              </w:rPr>
              <w:t>3</w:t>
            </w:r>
            <w:r>
              <w:t>Ps</w:t>
            </w:r>
            <w:r w:rsidRPr="00332DB8">
              <w:rPr>
                <w:lang w:val="ru-RU"/>
              </w:rPr>
              <w:t xml:space="preserve"> </w:t>
            </w:r>
            <w:r>
              <w:t>JPEG</w:t>
            </w:r>
            <w:r w:rsidRPr="00332DB8">
              <w:rPr>
                <w:lang w:val="ru-RU"/>
              </w:rPr>
              <w:t xml:space="preserve">, </w:t>
            </w:r>
            <w:r>
              <w:t>wEh</w:t>
            </w:r>
            <w:r w:rsidRPr="00332DB8">
              <w:rPr>
                <w:lang w:val="ru-RU"/>
              </w:rPr>
              <w:t>5</w:t>
            </w:r>
            <w:r>
              <w:t>Eqj</w:t>
            </w:r>
            <w:r w:rsidRPr="00332DB8">
              <w:rPr>
                <w:lang w:val="ru-RU"/>
              </w:rPr>
              <w:t>57</w:t>
            </w:r>
            <w:r>
              <w:t>og</w:t>
            </w:r>
            <w:r w:rsidRPr="00332DB8">
              <w:rPr>
                <w:lang w:val="ru-RU"/>
              </w:rPr>
              <w:t xml:space="preserve"> </w:t>
            </w:r>
            <w:r>
              <w:t>JPEG</w:t>
            </w:r>
            <w:r w:rsidRPr="00332DB8">
              <w:rPr>
                <w:lang w:val="ru-RU"/>
              </w:rPr>
              <w:t xml:space="preserve">, </w:t>
            </w:r>
            <w:r>
              <w:t>yivsj</w:t>
            </w:r>
            <w:r w:rsidRPr="00332DB8">
              <w:rPr>
                <w:lang w:val="ru-RU"/>
              </w:rPr>
              <w:t>18</w:t>
            </w:r>
            <w:r>
              <w:t>QWtA</w:t>
            </w:r>
            <w:r w:rsidRPr="00332DB8">
              <w:rPr>
                <w:lang w:val="ru-RU"/>
              </w:rPr>
              <w:t xml:space="preserve"> </w:t>
            </w:r>
            <w:r>
              <w:t>JPEG</w:t>
            </w:r>
            <w:r w:rsidRPr="00332DB8">
              <w:rPr>
                <w:lang w:val="ru-RU"/>
              </w:rPr>
              <w:t xml:space="preserve"> (решение Советского районного суда г. Брянска от 18.12.2014);</w:t>
            </w:r>
          </w:p>
        </w:tc>
        <w:tc>
          <w:tcPr>
            <w:tcW w:w="2880" w:type="dxa"/>
          </w:tcPr>
          <w:p w:rsidR="006F7457" w:rsidRPr="00332DB8" w:rsidRDefault="006F7457">
            <w:pPr>
              <w:rPr>
                <w:lang w:val="ru-RU"/>
              </w:rPr>
            </w:pPr>
          </w:p>
        </w:tc>
      </w:tr>
      <w:tr w:rsidR="006F7457" w:rsidRPr="005A424D">
        <w:tc>
          <w:tcPr>
            <w:tcW w:w="2880" w:type="dxa"/>
          </w:tcPr>
          <w:p w:rsidR="006F7457" w:rsidRDefault="00332DB8">
            <w:r>
              <w:t>2711.</w:t>
            </w:r>
          </w:p>
        </w:tc>
        <w:tc>
          <w:tcPr>
            <w:tcW w:w="2880" w:type="dxa"/>
          </w:tcPr>
          <w:p w:rsidR="006F7457" w:rsidRPr="00332DB8" w:rsidRDefault="00332DB8">
            <w:pPr>
              <w:rPr>
                <w:lang w:val="ru-RU"/>
              </w:rPr>
            </w:pPr>
            <w:r w:rsidRPr="00332DB8">
              <w:rPr>
                <w:lang w:val="ru-RU"/>
              </w:rPr>
              <w:t xml:space="preserve">Видеоролик «Обращение НС по поводу событий на Украине 1:28», размещенный на интернет- сайте </w:t>
            </w:r>
            <w:r>
              <w:t>http</w:t>
            </w:r>
            <w:r w:rsidRPr="00332DB8">
              <w:rPr>
                <w:lang w:val="ru-RU"/>
              </w:rPr>
              <w:t>://</w:t>
            </w:r>
            <w:r>
              <w:t>vk</w:t>
            </w:r>
            <w:r w:rsidRPr="00332DB8">
              <w:rPr>
                <w:lang w:val="ru-RU"/>
              </w:rPr>
              <w:t>.</w:t>
            </w:r>
            <w:r>
              <w:t>com</w:t>
            </w:r>
            <w:r w:rsidRPr="00332DB8">
              <w:rPr>
                <w:lang w:val="ru-RU"/>
              </w:rPr>
              <w:t>/88</w:t>
            </w:r>
            <w:r>
              <w:t>burivoi</w:t>
            </w:r>
            <w:r w:rsidRPr="00332DB8">
              <w:rPr>
                <w:lang w:val="ru-RU"/>
              </w:rPr>
              <w:t>88 (решение Октябрьского районного суда г. Владимира от 17.11.2014);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2712.</w:t>
            </w:r>
          </w:p>
        </w:tc>
        <w:tc>
          <w:tcPr>
            <w:tcW w:w="2880" w:type="dxa"/>
          </w:tcPr>
          <w:p w:rsidR="006F7457" w:rsidRPr="00332DB8" w:rsidRDefault="00332DB8">
            <w:pPr>
              <w:rPr>
                <w:lang w:val="ru-RU"/>
              </w:rPr>
            </w:pPr>
            <w:r w:rsidRPr="00332DB8">
              <w:rPr>
                <w:lang w:val="ru-RU"/>
              </w:rPr>
              <w:t xml:space="preserve">Видеоролик под названием «Фильм о скинхедах, нацистах, националистах в Россиянской Федерации» («Фильм о </w:t>
            </w:r>
            <w:r>
              <w:t>NS</w:t>
            </w:r>
            <w:r w:rsidRPr="00332DB8">
              <w:rPr>
                <w:lang w:val="ru-RU"/>
              </w:rPr>
              <w:t xml:space="preserve">-движении. </w:t>
            </w:r>
            <w:r>
              <w:t>flv</w:t>
            </w:r>
            <w:r w:rsidRPr="00332DB8">
              <w:rPr>
                <w:lang w:val="ru-RU"/>
              </w:rPr>
              <w:t>»), размещенный в социальной сети «</w:t>
            </w:r>
            <w:r>
              <w:t>Vkontakte</w:t>
            </w:r>
            <w:r w:rsidRPr="00332DB8">
              <w:rPr>
                <w:lang w:val="ru-RU"/>
              </w:rPr>
              <w:t>.</w:t>
            </w:r>
            <w:r>
              <w:t>ru</w:t>
            </w:r>
            <w:r w:rsidRPr="00332DB8">
              <w:rPr>
                <w:lang w:val="ru-RU"/>
              </w:rPr>
              <w:t xml:space="preserve">» на созданной им странице «Павел Евсеев» по адресу: </w:t>
            </w:r>
            <w:r>
              <w:t>http</w:t>
            </w:r>
            <w:r w:rsidRPr="00332DB8">
              <w:rPr>
                <w:lang w:val="ru-RU"/>
              </w:rPr>
              <w:t>://</w:t>
            </w:r>
            <w:r>
              <w:t>vkycom</w:t>
            </w:r>
            <w:r w:rsidRPr="00332DB8">
              <w:rPr>
                <w:lang w:val="ru-RU"/>
              </w:rPr>
              <w:t>/</w:t>
            </w:r>
            <w:r>
              <w:t>id</w:t>
            </w:r>
            <w:r w:rsidRPr="00332DB8">
              <w:rPr>
                <w:lang w:val="ru-RU"/>
              </w:rPr>
              <w:t xml:space="preserve">33911739 (длительностью 33 мин. 21 сек.), содержащийся на </w:t>
            </w:r>
            <w:r>
              <w:t>DVD</w:t>
            </w:r>
            <w:r w:rsidRPr="00332DB8">
              <w:rPr>
                <w:lang w:val="ru-RU"/>
              </w:rPr>
              <w:t xml:space="preserve"> диске (решение Октябрьского районного суда г. Рязани от 17.12.2014);</w:t>
            </w:r>
          </w:p>
        </w:tc>
        <w:tc>
          <w:tcPr>
            <w:tcW w:w="2880" w:type="dxa"/>
          </w:tcPr>
          <w:p w:rsidR="006F7457" w:rsidRPr="00332DB8" w:rsidRDefault="006F7457">
            <w:pPr>
              <w:rPr>
                <w:lang w:val="ru-RU"/>
              </w:rPr>
            </w:pPr>
          </w:p>
        </w:tc>
      </w:tr>
      <w:tr w:rsidR="006F7457" w:rsidRPr="005A424D">
        <w:tc>
          <w:tcPr>
            <w:tcW w:w="2880" w:type="dxa"/>
          </w:tcPr>
          <w:p w:rsidR="006F7457" w:rsidRDefault="00332DB8">
            <w:r>
              <w:t>2713.</w:t>
            </w:r>
          </w:p>
        </w:tc>
        <w:tc>
          <w:tcPr>
            <w:tcW w:w="2880" w:type="dxa"/>
          </w:tcPr>
          <w:p w:rsidR="006F7457" w:rsidRPr="00332DB8" w:rsidRDefault="00332DB8">
            <w:pPr>
              <w:rPr>
                <w:lang w:val="ru-RU"/>
              </w:rPr>
            </w:pPr>
            <w:r w:rsidRPr="00332DB8">
              <w:rPr>
                <w:lang w:val="ru-RU"/>
              </w:rPr>
              <w:t>Видеоматериалы, размещенные в информационно-телекоммуникационной сети Интернет на сайте социальной сети «В Контакте» (</w:t>
            </w:r>
            <w:r>
              <w:t>vk</w:t>
            </w:r>
            <w:r w:rsidRPr="00332DB8">
              <w:rPr>
                <w:lang w:val="ru-RU"/>
              </w:rPr>
              <w:t>.</w:t>
            </w:r>
            <w:r>
              <w:t>com</w:t>
            </w:r>
            <w:r w:rsidRPr="00332DB8">
              <w:rPr>
                <w:lang w:val="ru-RU"/>
              </w:rPr>
              <w:t xml:space="preserve">)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210862425_166478479, видеоролик (видеоматериал) с названием «Муджахеды о терроризме»,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210862425_166478506, видеоролик (видеоматериал) с названием «Абдудь Малик. русский муджахед»,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210862425_166533259, видеоролик (видеоматериал) с названием «Вилайят Дагестан. Переговоры муджахедов»,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210862425_166533266, видеоролик (видеоматериал) с названием «Ингушские муджахеды»,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210862425_166533222, видеоролик (видеоматериал) с названием «Муджахеды»,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210862425_166533256, видеоролик (видеоматериал) с названием «Дерзкая Чеченка!»,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210862425_166723655, видеоролик (видеоматериал) с названием «Обращение взрыва кафе в селении Акнаде»,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video</w:t>
            </w:r>
            <w:r w:rsidRPr="00332DB8">
              <w:rPr>
                <w:lang w:val="ru-RU"/>
              </w:rPr>
              <w:t>210862425_166723611, видеоролик (видеоматериал) с названием «Даауат Муджахидов (Джамаат Шариат)-</w:t>
            </w:r>
            <w:r>
              <w:t>http</w:t>
            </w:r>
            <w:r w:rsidRPr="00332DB8">
              <w:rPr>
                <w:lang w:val="ru-RU"/>
              </w:rPr>
              <w:t>_</w:t>
            </w:r>
            <w:r>
              <w:t>vk</w:t>
            </w:r>
            <w:r w:rsidRPr="00332DB8">
              <w:rPr>
                <w:lang w:val="ru-RU"/>
              </w:rPr>
              <w:t>.</w:t>
            </w:r>
            <w:r>
              <w:t>com</w:t>
            </w:r>
            <w:r w:rsidRPr="00332DB8">
              <w:rPr>
                <w:lang w:val="ru-RU"/>
              </w:rPr>
              <w:t>_</w:t>
            </w:r>
            <w:r>
              <w:t>war</w:t>
            </w:r>
            <w:r w:rsidRPr="00332DB8">
              <w:rPr>
                <w:lang w:val="ru-RU"/>
              </w:rPr>
              <w:t>_</w:t>
            </w:r>
            <w:r>
              <w:t>news</w:t>
            </w:r>
            <w:r w:rsidRPr="00332DB8">
              <w:rPr>
                <w:lang w:val="ru-RU"/>
              </w:rPr>
              <w:t xml:space="preserve">,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210862425_166951955, видеоролик (видеоматериал) с названием «Дербентский Джамаат»,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210862425_166951992, видеоролик (видеоматериал) с названием «Джамаат»,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210862425_166951930, видеоролик (видеоматериал) с названием «КиЗилюртовский Джамаат», размещенный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210862425_166951940, видеоролик (видеоматериал) с названием «Разговор во время штурма-2 (Вилаят Дагестан)», размещенный в сети Интернет на электронной странице </w:t>
            </w:r>
            <w:r>
              <w:lastRenderedPageBreak/>
              <w:t>http</w:t>
            </w:r>
            <w:r w:rsidRPr="00332DB8">
              <w:rPr>
                <w:lang w:val="ru-RU"/>
              </w:rPr>
              <w:t>://</w:t>
            </w:r>
            <w:r>
              <w:t>vk</w:t>
            </w:r>
            <w:r w:rsidRPr="00332DB8">
              <w:rPr>
                <w:lang w:val="ru-RU"/>
              </w:rPr>
              <w:t>.</w:t>
            </w:r>
            <w:r>
              <w:t>com</w:t>
            </w:r>
            <w:r w:rsidRPr="00332DB8">
              <w:rPr>
                <w:lang w:val="ru-RU"/>
              </w:rPr>
              <w:t>/</w:t>
            </w:r>
            <w:r>
              <w:t>video</w:t>
            </w:r>
            <w:r w:rsidRPr="00332DB8">
              <w:rPr>
                <w:lang w:val="ru-RU"/>
              </w:rPr>
              <w:t>210862425_166951767 (решение Центрального районного суда г. Твери от 25.09.2014);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2714.</w:t>
            </w:r>
          </w:p>
        </w:tc>
        <w:tc>
          <w:tcPr>
            <w:tcW w:w="2880" w:type="dxa"/>
          </w:tcPr>
          <w:p w:rsidR="006F7457" w:rsidRPr="00332DB8" w:rsidRDefault="00332DB8">
            <w:pPr>
              <w:rPr>
                <w:lang w:val="ru-RU"/>
              </w:rPr>
            </w:pPr>
            <w:r w:rsidRPr="00332DB8">
              <w:rPr>
                <w:lang w:val="ru-RU"/>
              </w:rPr>
              <w:t xml:space="preserve">Информация, размещенная на странице </w:t>
            </w:r>
            <w:r>
              <w:t>http</w:t>
            </w:r>
            <w:r w:rsidRPr="00332DB8">
              <w:rPr>
                <w:lang w:val="ru-RU"/>
              </w:rPr>
              <w:t>:</w:t>
            </w:r>
            <w:r>
              <w:t>vk</w:t>
            </w:r>
            <w:r w:rsidRPr="00332DB8">
              <w:rPr>
                <w:lang w:val="ru-RU"/>
              </w:rPr>
              <w:t>.</w:t>
            </w:r>
            <w:r>
              <w:t>com</w:t>
            </w:r>
            <w:r w:rsidRPr="00332DB8">
              <w:rPr>
                <w:lang w:val="ru-RU"/>
              </w:rPr>
              <w:t>/</w:t>
            </w:r>
            <w:r>
              <w:t>public</w:t>
            </w:r>
            <w:r w:rsidRPr="00332DB8">
              <w:rPr>
                <w:lang w:val="ru-RU"/>
              </w:rPr>
              <w:t>43584297 (решение Вологодского городского суда Вологодской области от 11.12.2014);</w:t>
            </w:r>
          </w:p>
        </w:tc>
        <w:tc>
          <w:tcPr>
            <w:tcW w:w="2880" w:type="dxa"/>
          </w:tcPr>
          <w:p w:rsidR="006F7457" w:rsidRPr="00332DB8" w:rsidRDefault="006F7457">
            <w:pPr>
              <w:rPr>
                <w:lang w:val="ru-RU"/>
              </w:rPr>
            </w:pPr>
          </w:p>
        </w:tc>
      </w:tr>
      <w:tr w:rsidR="006F7457" w:rsidRPr="005A424D">
        <w:tc>
          <w:tcPr>
            <w:tcW w:w="2880" w:type="dxa"/>
          </w:tcPr>
          <w:p w:rsidR="006F7457" w:rsidRDefault="00332DB8">
            <w:r>
              <w:t>2715.</w:t>
            </w:r>
          </w:p>
        </w:tc>
        <w:tc>
          <w:tcPr>
            <w:tcW w:w="2880" w:type="dxa"/>
          </w:tcPr>
          <w:p w:rsidR="006F7457" w:rsidRPr="00332DB8" w:rsidRDefault="00332DB8">
            <w:pPr>
              <w:rPr>
                <w:lang w:val="ru-RU"/>
              </w:rPr>
            </w:pPr>
            <w:r w:rsidRPr="00332DB8">
              <w:rPr>
                <w:lang w:val="ru-RU"/>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2880" w:type="dxa"/>
          </w:tcPr>
          <w:p w:rsidR="006F7457" w:rsidRPr="00332DB8" w:rsidRDefault="006F7457">
            <w:pPr>
              <w:rPr>
                <w:lang w:val="ru-RU"/>
              </w:rPr>
            </w:pPr>
          </w:p>
        </w:tc>
      </w:tr>
      <w:tr w:rsidR="006F7457" w:rsidRPr="005A424D">
        <w:tc>
          <w:tcPr>
            <w:tcW w:w="2880" w:type="dxa"/>
          </w:tcPr>
          <w:p w:rsidR="006F7457" w:rsidRDefault="00332DB8">
            <w:r>
              <w:t>2716.</w:t>
            </w:r>
          </w:p>
        </w:tc>
        <w:tc>
          <w:tcPr>
            <w:tcW w:w="2880" w:type="dxa"/>
          </w:tcPr>
          <w:p w:rsidR="006F7457" w:rsidRPr="00332DB8" w:rsidRDefault="00332DB8">
            <w:pPr>
              <w:rPr>
                <w:lang w:val="ru-RU"/>
              </w:rPr>
            </w:pPr>
            <w:r w:rsidRPr="00332DB8">
              <w:rPr>
                <w:lang w:val="ru-RU"/>
              </w:rPr>
              <w:t xml:space="preserve">Информационный материал, размещенный на странице в международной социальной сети в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2880" w:type="dxa"/>
          </w:tcPr>
          <w:p w:rsidR="006F7457" w:rsidRPr="00332DB8" w:rsidRDefault="006F7457">
            <w:pPr>
              <w:rPr>
                <w:lang w:val="ru-RU"/>
              </w:rPr>
            </w:pPr>
          </w:p>
        </w:tc>
      </w:tr>
      <w:tr w:rsidR="006F7457" w:rsidRPr="005A424D">
        <w:tc>
          <w:tcPr>
            <w:tcW w:w="2880" w:type="dxa"/>
          </w:tcPr>
          <w:p w:rsidR="006F7457" w:rsidRDefault="00332DB8">
            <w:r>
              <w:t>2717.</w:t>
            </w:r>
          </w:p>
        </w:tc>
        <w:tc>
          <w:tcPr>
            <w:tcW w:w="2880" w:type="dxa"/>
          </w:tcPr>
          <w:p w:rsidR="006F7457" w:rsidRPr="00332DB8" w:rsidRDefault="00332DB8">
            <w:pPr>
              <w:rPr>
                <w:lang w:val="ru-RU"/>
              </w:rPr>
            </w:pPr>
            <w:r w:rsidRPr="00332DB8">
              <w:rPr>
                <w:lang w:val="ru-RU"/>
              </w:rPr>
              <w:t xml:space="preserve">Информационный материал, размещенный на странице в международной социальной сети в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w:t>
            </w:r>
            <w:r w:rsidRPr="00332DB8">
              <w:rPr>
                <w:lang w:val="ru-RU"/>
              </w:rPr>
              <w:lastRenderedPageBreak/>
              <w:t>Ижевская от 12.12.2014);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2718.</w:t>
            </w:r>
          </w:p>
        </w:tc>
        <w:tc>
          <w:tcPr>
            <w:tcW w:w="2880" w:type="dxa"/>
          </w:tcPr>
          <w:p w:rsidR="006F7457" w:rsidRPr="00332DB8" w:rsidRDefault="00332DB8">
            <w:pPr>
              <w:rPr>
                <w:lang w:val="ru-RU"/>
              </w:rPr>
            </w:pPr>
            <w:r w:rsidRPr="00332DB8">
              <w:rPr>
                <w:lang w:val="ru-RU"/>
              </w:rPr>
              <w:t xml:space="preserve">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2880" w:type="dxa"/>
          </w:tcPr>
          <w:p w:rsidR="006F7457" w:rsidRPr="00332DB8" w:rsidRDefault="006F7457">
            <w:pPr>
              <w:rPr>
                <w:lang w:val="ru-RU"/>
              </w:rPr>
            </w:pPr>
          </w:p>
        </w:tc>
      </w:tr>
      <w:tr w:rsidR="006F7457" w:rsidRPr="005A424D">
        <w:tc>
          <w:tcPr>
            <w:tcW w:w="2880" w:type="dxa"/>
          </w:tcPr>
          <w:p w:rsidR="006F7457" w:rsidRDefault="00332DB8">
            <w:r>
              <w:t>2719.</w:t>
            </w:r>
          </w:p>
        </w:tc>
        <w:tc>
          <w:tcPr>
            <w:tcW w:w="2880" w:type="dxa"/>
          </w:tcPr>
          <w:p w:rsidR="006F7457" w:rsidRPr="00332DB8" w:rsidRDefault="00332DB8">
            <w:pPr>
              <w:rPr>
                <w:lang w:val="ru-RU"/>
              </w:rPr>
            </w:pPr>
            <w:r w:rsidRPr="00332DB8">
              <w:rPr>
                <w:lang w:val="ru-RU"/>
              </w:rPr>
              <w:t>Информационные материалы под заголовками «Саид абу Саад: «Наставление тем, кто хочет присоединиться к муджахедам…</w:t>
            </w:r>
            <w:r>
              <w:t>flv</w:t>
            </w:r>
            <w:r w:rsidRPr="00332DB8">
              <w:rPr>
                <w:lang w:val="ru-RU"/>
              </w:rPr>
              <w:t>»; «Обращение толибуль-ильма Халида Абу Усамы Ад-Дагестани, присоединившегося…</w:t>
            </w:r>
            <w:r>
              <w:t>flv</w:t>
            </w:r>
            <w:r w:rsidRPr="00332DB8">
              <w:rPr>
                <w:lang w:val="ru-RU"/>
              </w:rPr>
              <w:t>»; «Амир Докка Абу-Усман и Шейх Саид Бурятский обратились к мусульманам.</w:t>
            </w:r>
            <w:r>
              <w:t>flv</w:t>
            </w:r>
            <w:r w:rsidRPr="00332DB8">
              <w:rPr>
                <w:lang w:val="ru-RU"/>
              </w:rPr>
              <w:t>»; «Сайд Бурятский шахид иншаАллах.</w:t>
            </w:r>
            <w:r>
              <w:t>dlv</w:t>
            </w:r>
            <w:r w:rsidRPr="00332DB8">
              <w:rPr>
                <w:lang w:val="ru-RU"/>
              </w:rPr>
              <w:t xml:space="preserve">», размещенные на сайте </w:t>
            </w:r>
            <w:r>
              <w:t>http</w:t>
            </w:r>
            <w:r w:rsidRPr="00332DB8">
              <w:rPr>
                <w:lang w:val="ru-RU"/>
              </w:rPr>
              <w:t>://</w:t>
            </w:r>
            <w:r>
              <w:t>vk</w:t>
            </w:r>
            <w:r w:rsidRPr="00332DB8">
              <w:rPr>
                <w:lang w:val="ru-RU"/>
              </w:rPr>
              <w:t>.</w:t>
            </w:r>
            <w:r>
              <w:t>com</w:t>
            </w:r>
            <w:r w:rsidRPr="00332DB8">
              <w:rPr>
                <w:lang w:val="ru-RU"/>
              </w:rPr>
              <w:t>/ (решение Ленинского районного суда г. Краснодара от 25.10.2013);</w:t>
            </w:r>
          </w:p>
        </w:tc>
        <w:tc>
          <w:tcPr>
            <w:tcW w:w="2880" w:type="dxa"/>
          </w:tcPr>
          <w:p w:rsidR="006F7457" w:rsidRPr="00332DB8" w:rsidRDefault="006F7457">
            <w:pPr>
              <w:rPr>
                <w:lang w:val="ru-RU"/>
              </w:rPr>
            </w:pPr>
          </w:p>
        </w:tc>
      </w:tr>
      <w:tr w:rsidR="006F7457" w:rsidRPr="005A424D">
        <w:tc>
          <w:tcPr>
            <w:tcW w:w="2880" w:type="dxa"/>
          </w:tcPr>
          <w:p w:rsidR="006F7457" w:rsidRDefault="00332DB8">
            <w:r>
              <w:t>2720.</w:t>
            </w:r>
          </w:p>
        </w:tc>
        <w:tc>
          <w:tcPr>
            <w:tcW w:w="2880" w:type="dxa"/>
          </w:tcPr>
          <w:p w:rsidR="006F7457" w:rsidRPr="00332DB8" w:rsidRDefault="00332DB8">
            <w:pPr>
              <w:rPr>
                <w:lang w:val="ru-RU"/>
              </w:rPr>
            </w:pPr>
            <w:r w:rsidRPr="00332DB8">
              <w:rPr>
                <w:lang w:val="ru-RU"/>
              </w:rPr>
              <w:t xml:space="preserve">Информационные материалы, размещенные на интернет-сайте </w:t>
            </w:r>
            <w:r>
              <w:t>http</w:t>
            </w:r>
            <w:r w:rsidRPr="00332DB8">
              <w:rPr>
                <w:lang w:val="ru-RU"/>
              </w:rPr>
              <w:t>://</w:t>
            </w:r>
            <w:r>
              <w:t>www</w:t>
            </w:r>
            <w:r w:rsidRPr="00332DB8">
              <w:rPr>
                <w:lang w:val="ru-RU"/>
              </w:rPr>
              <w:t>.</w:t>
            </w:r>
            <w:r>
              <w:t>beladusham</w:t>
            </w:r>
            <w:r w:rsidRPr="00332DB8">
              <w:rPr>
                <w:lang w:val="ru-RU"/>
              </w:rPr>
              <w:t>.</w:t>
            </w:r>
            <w:r>
              <w:t>com</w:t>
            </w:r>
            <w:r w:rsidRPr="00332DB8">
              <w:rPr>
                <w:lang w:val="ru-RU"/>
              </w:rPr>
              <w:t xml:space="preserve"> (решение Новоуренгойского городского суда Ямало-Ненецкого автономного округа от 26.12.2014);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2721.</w:t>
            </w:r>
          </w:p>
        </w:tc>
        <w:tc>
          <w:tcPr>
            <w:tcW w:w="2880" w:type="dxa"/>
          </w:tcPr>
          <w:p w:rsidR="006F7457" w:rsidRPr="00332DB8" w:rsidRDefault="00332DB8">
            <w:pPr>
              <w:rPr>
                <w:lang w:val="ru-RU"/>
              </w:rPr>
            </w:pPr>
            <w:r w:rsidRPr="00332DB8">
              <w:rPr>
                <w:lang w:val="ru-RU"/>
              </w:rPr>
              <w:t xml:space="preserve">Материал «Суд. Дело об избиении кавказца…», размещенный в международной социальной сети «Вконтакте» с нейм-ником «Павел Фокеев» на личной странице по адресу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kroki</w:t>
            </w:r>
            <w:r w:rsidRPr="00332DB8">
              <w:rPr>
                <w:lang w:val="ru-RU"/>
              </w:rPr>
              <w:t>1418 (решение Индустриального районного суда г. Ижевска от 16.05.2014);</w:t>
            </w:r>
          </w:p>
        </w:tc>
        <w:tc>
          <w:tcPr>
            <w:tcW w:w="2880" w:type="dxa"/>
          </w:tcPr>
          <w:p w:rsidR="006F7457" w:rsidRPr="00332DB8" w:rsidRDefault="006F7457">
            <w:pPr>
              <w:rPr>
                <w:lang w:val="ru-RU"/>
              </w:rPr>
            </w:pPr>
          </w:p>
        </w:tc>
      </w:tr>
      <w:tr w:rsidR="006F7457" w:rsidRPr="005A424D">
        <w:tc>
          <w:tcPr>
            <w:tcW w:w="2880" w:type="dxa"/>
          </w:tcPr>
          <w:p w:rsidR="006F7457" w:rsidRDefault="00332DB8">
            <w:r>
              <w:t>2722.</w:t>
            </w:r>
          </w:p>
        </w:tc>
        <w:tc>
          <w:tcPr>
            <w:tcW w:w="2880" w:type="dxa"/>
          </w:tcPr>
          <w:p w:rsidR="006F7457" w:rsidRPr="00332DB8" w:rsidRDefault="00332DB8">
            <w:pPr>
              <w:rPr>
                <w:lang w:val="ru-RU"/>
              </w:rPr>
            </w:pPr>
            <w:r w:rsidRPr="00332DB8">
              <w:rPr>
                <w:lang w:val="ru-RU"/>
              </w:rPr>
              <w:t xml:space="preserve">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kroki</w:t>
            </w:r>
            <w:r w:rsidRPr="00332DB8">
              <w:rPr>
                <w:lang w:val="ru-RU"/>
              </w:rPr>
              <w:t>1418 (решение Индустриального районного суда г. Ижевска от 16.05.2014);</w:t>
            </w:r>
          </w:p>
        </w:tc>
        <w:tc>
          <w:tcPr>
            <w:tcW w:w="2880" w:type="dxa"/>
          </w:tcPr>
          <w:p w:rsidR="006F7457" w:rsidRPr="00332DB8" w:rsidRDefault="006F7457">
            <w:pPr>
              <w:rPr>
                <w:lang w:val="ru-RU"/>
              </w:rPr>
            </w:pPr>
          </w:p>
        </w:tc>
      </w:tr>
      <w:tr w:rsidR="006F7457" w:rsidRPr="005A424D">
        <w:tc>
          <w:tcPr>
            <w:tcW w:w="2880" w:type="dxa"/>
          </w:tcPr>
          <w:p w:rsidR="006F7457" w:rsidRDefault="00332DB8">
            <w:r>
              <w:t>2723.</w:t>
            </w:r>
          </w:p>
        </w:tc>
        <w:tc>
          <w:tcPr>
            <w:tcW w:w="2880" w:type="dxa"/>
          </w:tcPr>
          <w:p w:rsidR="006F7457" w:rsidRPr="00332DB8" w:rsidRDefault="00332DB8">
            <w:pPr>
              <w:rPr>
                <w:lang w:val="ru-RU"/>
              </w:rPr>
            </w:pPr>
            <w:r w:rsidRPr="00332DB8">
              <w:rPr>
                <w:lang w:val="ru-RU"/>
              </w:rPr>
              <w:t>Книга Миронова Б.С. «Русские Последний рубеж». – М. . : Алгоритм, 2013. – 496 с. (решение Замоскворецкого районного суда города Москвы от 12.12.2014);</w:t>
            </w:r>
          </w:p>
        </w:tc>
        <w:tc>
          <w:tcPr>
            <w:tcW w:w="2880" w:type="dxa"/>
          </w:tcPr>
          <w:p w:rsidR="006F7457" w:rsidRPr="00332DB8" w:rsidRDefault="006F7457">
            <w:pPr>
              <w:rPr>
                <w:lang w:val="ru-RU"/>
              </w:rPr>
            </w:pPr>
          </w:p>
        </w:tc>
      </w:tr>
      <w:tr w:rsidR="006F7457" w:rsidRPr="005A424D">
        <w:tc>
          <w:tcPr>
            <w:tcW w:w="2880" w:type="dxa"/>
          </w:tcPr>
          <w:p w:rsidR="006F7457" w:rsidRDefault="00332DB8">
            <w:r>
              <w:t>2724.</w:t>
            </w:r>
          </w:p>
        </w:tc>
        <w:tc>
          <w:tcPr>
            <w:tcW w:w="2880" w:type="dxa"/>
          </w:tcPr>
          <w:p w:rsidR="006F7457" w:rsidRPr="00332DB8" w:rsidRDefault="00332DB8">
            <w:pPr>
              <w:rPr>
                <w:lang w:val="ru-RU"/>
              </w:rPr>
            </w:pPr>
            <w:r w:rsidRPr="00332DB8">
              <w:rPr>
                <w:lang w:val="ru-RU"/>
              </w:rPr>
              <w:t>Книга Миронова Б.С. «Битва с игом иудейским». – М. . : Алгоритм, 2014. – 480 с. (решение Замоскворецкого районного суда города Москвы от 12.12.2014);</w:t>
            </w:r>
          </w:p>
        </w:tc>
        <w:tc>
          <w:tcPr>
            <w:tcW w:w="2880" w:type="dxa"/>
          </w:tcPr>
          <w:p w:rsidR="006F7457" w:rsidRPr="00332DB8" w:rsidRDefault="006F7457">
            <w:pPr>
              <w:rPr>
                <w:lang w:val="ru-RU"/>
              </w:rPr>
            </w:pPr>
          </w:p>
        </w:tc>
      </w:tr>
      <w:tr w:rsidR="006F7457" w:rsidRPr="005A424D">
        <w:tc>
          <w:tcPr>
            <w:tcW w:w="2880" w:type="dxa"/>
          </w:tcPr>
          <w:p w:rsidR="006F7457" w:rsidRDefault="00332DB8">
            <w:r>
              <w:t>2725.</w:t>
            </w:r>
          </w:p>
        </w:tc>
        <w:tc>
          <w:tcPr>
            <w:tcW w:w="2880" w:type="dxa"/>
          </w:tcPr>
          <w:p w:rsidR="006F7457" w:rsidRPr="00332DB8" w:rsidRDefault="00332DB8">
            <w:pPr>
              <w:rPr>
                <w:lang w:val="ru-RU"/>
              </w:rPr>
            </w:pPr>
            <w:r w:rsidRPr="00332DB8">
              <w:rPr>
                <w:lang w:val="ru-RU"/>
              </w:rPr>
              <w:t xml:space="preserve">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t>
            </w:r>
            <w:r>
              <w:t>www</w:t>
            </w:r>
            <w:r w:rsidRPr="00332DB8">
              <w:rPr>
                <w:lang w:val="ru-RU"/>
              </w:rPr>
              <w:t>.</w:t>
            </w:r>
            <w:r>
              <w:t>russobor</w:t>
            </w:r>
            <w:r w:rsidRPr="00332DB8">
              <w:rPr>
                <w:lang w:val="ru-RU"/>
              </w:rPr>
              <w:t>.</w:t>
            </w:r>
            <w:r>
              <w:t>com</w:t>
            </w:r>
            <w:r w:rsidRPr="00332DB8">
              <w:rPr>
                <w:lang w:val="ru-RU"/>
              </w:rPr>
              <w:t xml:space="preserve"> (решение Центрального районного суда г. Новосибирска от 28.01.2015);</w:t>
            </w:r>
          </w:p>
        </w:tc>
        <w:tc>
          <w:tcPr>
            <w:tcW w:w="2880" w:type="dxa"/>
          </w:tcPr>
          <w:p w:rsidR="006F7457" w:rsidRPr="00332DB8" w:rsidRDefault="006F7457">
            <w:pPr>
              <w:rPr>
                <w:lang w:val="ru-RU"/>
              </w:rPr>
            </w:pPr>
          </w:p>
        </w:tc>
      </w:tr>
      <w:tr w:rsidR="006F7457" w:rsidRPr="005A424D">
        <w:tc>
          <w:tcPr>
            <w:tcW w:w="2880" w:type="dxa"/>
          </w:tcPr>
          <w:p w:rsidR="006F7457" w:rsidRDefault="00332DB8">
            <w:r>
              <w:t>272</w:t>
            </w:r>
            <w:r>
              <w:lastRenderedPageBreak/>
              <w:t>6.</w:t>
            </w:r>
          </w:p>
        </w:tc>
        <w:tc>
          <w:tcPr>
            <w:tcW w:w="2880" w:type="dxa"/>
          </w:tcPr>
          <w:p w:rsidR="006F7457" w:rsidRPr="00332DB8" w:rsidRDefault="00332DB8">
            <w:pPr>
              <w:rPr>
                <w:lang w:val="ru-RU"/>
              </w:rPr>
            </w:pPr>
            <w:r w:rsidRPr="00332DB8">
              <w:rPr>
                <w:lang w:val="ru-RU"/>
              </w:rPr>
              <w:lastRenderedPageBreak/>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2727.</w:t>
            </w:r>
          </w:p>
        </w:tc>
        <w:tc>
          <w:tcPr>
            <w:tcW w:w="2880" w:type="dxa"/>
          </w:tcPr>
          <w:p w:rsidR="006F7457" w:rsidRPr="00332DB8" w:rsidRDefault="00332DB8">
            <w:pPr>
              <w:rPr>
                <w:lang w:val="ru-RU"/>
              </w:rPr>
            </w:pPr>
            <w:r w:rsidRPr="00332DB8">
              <w:rPr>
                <w:lang w:val="ru-RU"/>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2880" w:type="dxa"/>
          </w:tcPr>
          <w:p w:rsidR="006F7457" w:rsidRPr="00332DB8" w:rsidRDefault="006F7457">
            <w:pPr>
              <w:rPr>
                <w:lang w:val="ru-RU"/>
              </w:rPr>
            </w:pPr>
          </w:p>
        </w:tc>
      </w:tr>
      <w:tr w:rsidR="006F7457" w:rsidRPr="005A424D">
        <w:tc>
          <w:tcPr>
            <w:tcW w:w="2880" w:type="dxa"/>
          </w:tcPr>
          <w:p w:rsidR="006F7457" w:rsidRDefault="00332DB8">
            <w:r>
              <w:t>2728.</w:t>
            </w:r>
          </w:p>
        </w:tc>
        <w:tc>
          <w:tcPr>
            <w:tcW w:w="2880" w:type="dxa"/>
          </w:tcPr>
          <w:p w:rsidR="006F7457" w:rsidRPr="00332DB8" w:rsidRDefault="00332DB8">
            <w:pPr>
              <w:rPr>
                <w:lang w:val="ru-RU"/>
              </w:rPr>
            </w:pPr>
            <w:r w:rsidRPr="00332DB8">
              <w:rPr>
                <w:lang w:val="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2880" w:type="dxa"/>
          </w:tcPr>
          <w:p w:rsidR="006F7457" w:rsidRPr="00332DB8" w:rsidRDefault="006F7457">
            <w:pPr>
              <w:rPr>
                <w:lang w:val="ru-RU"/>
              </w:rPr>
            </w:pPr>
          </w:p>
        </w:tc>
      </w:tr>
      <w:tr w:rsidR="006F7457" w:rsidRPr="005A424D">
        <w:tc>
          <w:tcPr>
            <w:tcW w:w="2880" w:type="dxa"/>
          </w:tcPr>
          <w:p w:rsidR="006F7457" w:rsidRDefault="00332DB8">
            <w:r>
              <w:t>2729.</w:t>
            </w:r>
          </w:p>
        </w:tc>
        <w:tc>
          <w:tcPr>
            <w:tcW w:w="2880" w:type="dxa"/>
          </w:tcPr>
          <w:p w:rsidR="006F7457" w:rsidRPr="00332DB8" w:rsidRDefault="00332DB8">
            <w:pPr>
              <w:rPr>
                <w:lang w:val="ru-RU"/>
              </w:rPr>
            </w:pPr>
            <w:r w:rsidRPr="00332DB8">
              <w:rPr>
                <w:lang w:val="ru-RU"/>
              </w:rPr>
              <w:t>Печатный материал – листовка под названием «Выбери открыто!» (решение Ялуторовского районного суда Тюменской области от 20.01.2015);</w:t>
            </w:r>
          </w:p>
        </w:tc>
        <w:tc>
          <w:tcPr>
            <w:tcW w:w="2880" w:type="dxa"/>
          </w:tcPr>
          <w:p w:rsidR="006F7457" w:rsidRPr="00332DB8" w:rsidRDefault="006F7457">
            <w:pPr>
              <w:rPr>
                <w:lang w:val="ru-RU"/>
              </w:rPr>
            </w:pPr>
          </w:p>
        </w:tc>
      </w:tr>
      <w:tr w:rsidR="006F7457" w:rsidRPr="005A424D">
        <w:tc>
          <w:tcPr>
            <w:tcW w:w="2880" w:type="dxa"/>
          </w:tcPr>
          <w:p w:rsidR="006F7457" w:rsidRDefault="00332DB8">
            <w:r>
              <w:t>2730.</w:t>
            </w:r>
          </w:p>
        </w:tc>
        <w:tc>
          <w:tcPr>
            <w:tcW w:w="2880" w:type="dxa"/>
          </w:tcPr>
          <w:p w:rsidR="006F7457" w:rsidRPr="00332DB8" w:rsidRDefault="00332DB8">
            <w:pPr>
              <w:rPr>
                <w:lang w:val="ru-RU"/>
              </w:rPr>
            </w:pPr>
            <w:r w:rsidRPr="00332DB8">
              <w:rPr>
                <w:lang w:val="ru-RU"/>
              </w:rPr>
              <w:t>Текстовые материалы-комментарии пользователей сети «Интернет»: «</w:t>
            </w:r>
            <w:r>
              <w:t>pamto</w:t>
            </w:r>
            <w:r w:rsidRPr="00332DB8">
              <w:rPr>
                <w:lang w:val="ru-RU"/>
              </w:rPr>
              <w:t xml:space="preserve">» на странице </w:t>
            </w:r>
            <w:r>
              <w:t>http</w:t>
            </w:r>
            <w:r w:rsidRPr="00332DB8">
              <w:rPr>
                <w:lang w:val="ru-RU"/>
              </w:rPr>
              <w:t>://</w:t>
            </w:r>
            <w:r>
              <w:t>www</w:t>
            </w:r>
            <w:r w:rsidRPr="00332DB8">
              <w:rPr>
                <w:lang w:val="ru-RU"/>
              </w:rPr>
              <w:t>.</w:t>
            </w:r>
            <w:r>
              <w:t>adamana</w:t>
            </w:r>
            <w:r w:rsidRPr="00332DB8">
              <w:rPr>
                <w:lang w:val="ru-RU"/>
              </w:rPr>
              <w:t>.</w:t>
            </w:r>
            <w:r>
              <w:t>com</w:t>
            </w:r>
            <w:r w:rsidRPr="00332DB8">
              <w:rPr>
                <w:lang w:val="ru-RU"/>
              </w:rPr>
              <w:t>/</w:t>
            </w:r>
            <w:r>
              <w:t>showthread</w:t>
            </w:r>
            <w:r w:rsidRPr="00332DB8">
              <w:rPr>
                <w:lang w:val="ru-RU"/>
              </w:rPr>
              <w:t>.</w:t>
            </w:r>
            <w:r>
              <w:t>php</w:t>
            </w:r>
            <w:r w:rsidRPr="00332DB8">
              <w:rPr>
                <w:lang w:val="ru-RU"/>
              </w:rPr>
              <w:t>?</w:t>
            </w:r>
            <w:r>
              <w:t>t</w:t>
            </w:r>
            <w:r w:rsidRPr="00332DB8">
              <w:rPr>
                <w:lang w:val="ru-RU"/>
              </w:rPr>
              <w:t>=1424, "</w:t>
            </w:r>
            <w:r>
              <w:t>Kavkazec</w:t>
            </w:r>
            <w:r w:rsidRPr="00332DB8">
              <w:rPr>
                <w:lang w:val="ru-RU"/>
              </w:rPr>
              <w:t xml:space="preserve">" на странице </w:t>
            </w:r>
            <w:r>
              <w:t>http</w:t>
            </w:r>
            <w:r w:rsidRPr="00332DB8">
              <w:rPr>
                <w:lang w:val="ru-RU"/>
              </w:rPr>
              <w:t>://</w:t>
            </w:r>
            <w:r>
              <w:t>www</w:t>
            </w:r>
            <w:r w:rsidRPr="00332DB8">
              <w:rPr>
                <w:lang w:val="ru-RU"/>
              </w:rPr>
              <w:t>.</w:t>
            </w:r>
            <w:r>
              <w:t>adamalla</w:t>
            </w:r>
            <w:r w:rsidRPr="00332DB8">
              <w:rPr>
                <w:lang w:val="ru-RU"/>
              </w:rPr>
              <w:t>.</w:t>
            </w:r>
            <w:r>
              <w:t>com</w:t>
            </w:r>
            <w:r w:rsidRPr="00332DB8">
              <w:rPr>
                <w:lang w:val="ru-RU"/>
              </w:rPr>
              <w:t>/</w:t>
            </w:r>
            <w:r>
              <w:t>sho</w:t>
            </w:r>
            <w:r w:rsidRPr="00332DB8">
              <w:rPr>
                <w:lang w:val="ru-RU"/>
              </w:rPr>
              <w:t xml:space="preserve"> </w:t>
            </w:r>
            <w:r>
              <w:t>wthread</w:t>
            </w:r>
            <w:r w:rsidRPr="00332DB8">
              <w:rPr>
                <w:lang w:val="ru-RU"/>
              </w:rPr>
              <w:t>.</w:t>
            </w:r>
            <w:r>
              <w:t>php</w:t>
            </w:r>
            <w:r w:rsidRPr="00332DB8">
              <w:rPr>
                <w:lang w:val="ru-RU"/>
              </w:rPr>
              <w:t>?</w:t>
            </w:r>
            <w:r>
              <w:t>t</w:t>
            </w:r>
            <w:r w:rsidRPr="00332DB8">
              <w:rPr>
                <w:lang w:val="ru-RU"/>
              </w:rPr>
              <w:t>= 12081&amp;</w:t>
            </w:r>
            <w:r>
              <w:t>page</w:t>
            </w:r>
            <w:r w:rsidRPr="00332DB8">
              <w:rPr>
                <w:lang w:val="ru-RU"/>
              </w:rPr>
              <w:t>=2, "</w:t>
            </w:r>
            <w:r>
              <w:t>Guraba</w:t>
            </w:r>
            <w:r w:rsidRPr="00332DB8">
              <w:rPr>
                <w:lang w:val="ru-RU"/>
              </w:rPr>
              <w:t xml:space="preserve">" на странице </w:t>
            </w:r>
            <w:r>
              <w:t>http</w:t>
            </w:r>
            <w:r w:rsidRPr="00332DB8">
              <w:rPr>
                <w:lang w:val="ru-RU"/>
              </w:rPr>
              <w:t>://</w:t>
            </w:r>
            <w:r>
              <w:t>www</w:t>
            </w:r>
            <w:r w:rsidRPr="00332DB8">
              <w:rPr>
                <w:lang w:val="ru-RU"/>
              </w:rPr>
              <w:t>.</w:t>
            </w:r>
            <w:r>
              <w:t>adamalla</w:t>
            </w:r>
            <w:r w:rsidRPr="00332DB8">
              <w:rPr>
                <w:lang w:val="ru-RU"/>
              </w:rPr>
              <w:t>.</w:t>
            </w:r>
            <w:r>
              <w:t>com</w:t>
            </w:r>
            <w:r w:rsidRPr="00332DB8">
              <w:rPr>
                <w:lang w:val="ru-RU"/>
              </w:rPr>
              <w:t>/</w:t>
            </w:r>
            <w:r>
              <w:t>showthread</w:t>
            </w:r>
            <w:r w:rsidRPr="00332DB8">
              <w:rPr>
                <w:lang w:val="ru-RU"/>
              </w:rPr>
              <w:t>.</w:t>
            </w:r>
            <w:r>
              <w:t>php</w:t>
            </w:r>
            <w:r w:rsidRPr="00332DB8">
              <w:rPr>
                <w:lang w:val="ru-RU"/>
              </w:rPr>
              <w:t>7</w:t>
            </w:r>
            <w:r>
              <w:t>t</w:t>
            </w:r>
            <w:r w:rsidRPr="00332DB8">
              <w:rPr>
                <w:lang w:val="ru-RU"/>
              </w:rPr>
              <w:t>= 12081&amp;</w:t>
            </w:r>
            <w:r>
              <w:t>page</w:t>
            </w:r>
            <w:r w:rsidRPr="00332DB8">
              <w:rPr>
                <w:lang w:val="ru-RU"/>
              </w:rPr>
              <w:t>=2 и "</w:t>
            </w:r>
            <w:r>
              <w:t>Merzo</w:t>
            </w:r>
            <w:r w:rsidRPr="00332DB8">
              <w:rPr>
                <w:lang w:val="ru-RU"/>
              </w:rPr>
              <w:t xml:space="preserve">" на странице </w:t>
            </w:r>
            <w:r>
              <w:t>http</w:t>
            </w:r>
            <w:r w:rsidRPr="00332DB8">
              <w:rPr>
                <w:lang w:val="ru-RU"/>
              </w:rPr>
              <w:t>://</w:t>
            </w:r>
            <w:r>
              <w:t>www</w:t>
            </w:r>
            <w:r w:rsidRPr="00332DB8">
              <w:rPr>
                <w:lang w:val="ru-RU"/>
              </w:rPr>
              <w:t>.</w:t>
            </w:r>
            <w:r>
              <w:t>adamalla</w:t>
            </w:r>
            <w:r w:rsidRPr="00332DB8">
              <w:rPr>
                <w:lang w:val="ru-RU"/>
              </w:rPr>
              <w:t>.</w:t>
            </w:r>
            <w:r>
              <w:t>com</w:t>
            </w:r>
            <w:r w:rsidRPr="00332DB8">
              <w:rPr>
                <w:lang w:val="ru-RU"/>
              </w:rPr>
              <w:t>/</w:t>
            </w:r>
            <w:r>
              <w:t>showthread</w:t>
            </w:r>
            <w:r w:rsidRPr="00332DB8">
              <w:rPr>
                <w:lang w:val="ru-RU"/>
              </w:rPr>
              <w:t xml:space="preserve">. </w:t>
            </w:r>
            <w:r>
              <w:t>php</w:t>
            </w:r>
            <w:r w:rsidRPr="00332DB8">
              <w:rPr>
                <w:lang w:val="ru-RU"/>
              </w:rPr>
              <w:t>?</w:t>
            </w:r>
            <w:r>
              <w:t>t</w:t>
            </w:r>
            <w:r w:rsidRPr="00332DB8">
              <w:rPr>
                <w:lang w:val="ru-RU"/>
              </w:rPr>
              <w:t>= 18403 (решение Советского районного суда г. Махачкалы Республики Дагестан от 02.02.2015);</w:t>
            </w:r>
          </w:p>
        </w:tc>
        <w:tc>
          <w:tcPr>
            <w:tcW w:w="2880" w:type="dxa"/>
          </w:tcPr>
          <w:p w:rsidR="006F7457" w:rsidRPr="00332DB8" w:rsidRDefault="006F7457">
            <w:pPr>
              <w:rPr>
                <w:lang w:val="ru-RU"/>
              </w:rPr>
            </w:pPr>
          </w:p>
        </w:tc>
      </w:tr>
      <w:tr w:rsidR="006F7457" w:rsidRPr="005A424D">
        <w:tc>
          <w:tcPr>
            <w:tcW w:w="2880" w:type="dxa"/>
          </w:tcPr>
          <w:p w:rsidR="006F7457" w:rsidRDefault="00332DB8">
            <w:r>
              <w:t>2731.</w:t>
            </w:r>
          </w:p>
        </w:tc>
        <w:tc>
          <w:tcPr>
            <w:tcW w:w="2880" w:type="dxa"/>
          </w:tcPr>
          <w:p w:rsidR="006F7457" w:rsidRPr="00332DB8" w:rsidRDefault="00332DB8">
            <w:pPr>
              <w:rPr>
                <w:lang w:val="ru-RU"/>
              </w:rPr>
            </w:pPr>
            <w:r w:rsidRPr="00332DB8">
              <w:rPr>
                <w:lang w:val="ru-RU"/>
              </w:rPr>
              <w:t xml:space="preserve">Видеофильм «Приставное благочестие» размещенный на интернет сайте </w:t>
            </w:r>
            <w:r>
              <w:t>www</w:t>
            </w:r>
            <w:r w:rsidRPr="00332DB8">
              <w:rPr>
                <w:lang w:val="ru-RU"/>
              </w:rPr>
              <w:t>.</w:t>
            </w:r>
            <w:r>
              <w:t>portal</w:t>
            </w:r>
            <w:r w:rsidRPr="00332DB8">
              <w:rPr>
                <w:lang w:val="ru-RU"/>
              </w:rPr>
              <w:t>.</w:t>
            </w:r>
            <w:r>
              <w:t>credo</w:t>
            </w:r>
            <w:r w:rsidRPr="00332DB8">
              <w:rPr>
                <w:lang w:val="ru-RU"/>
              </w:rPr>
              <w:t>.</w:t>
            </w:r>
            <w:r>
              <w:t>ru</w:t>
            </w:r>
            <w:r w:rsidRPr="00332DB8">
              <w:rPr>
                <w:lang w:val="ru-RU"/>
              </w:rPr>
              <w:t xml:space="preserve">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2732.</w:t>
            </w:r>
          </w:p>
        </w:tc>
        <w:tc>
          <w:tcPr>
            <w:tcW w:w="2880" w:type="dxa"/>
          </w:tcPr>
          <w:p w:rsidR="006F7457" w:rsidRPr="00332DB8" w:rsidRDefault="00332DB8">
            <w:pPr>
              <w:rPr>
                <w:lang w:val="ru-RU"/>
              </w:rPr>
            </w:pPr>
            <w:r w:rsidRPr="00332DB8">
              <w:rPr>
                <w:lang w:val="ru-RU"/>
              </w:rPr>
              <w:t xml:space="preserve">Размещенные на Интернет-сайтах </w:t>
            </w:r>
            <w:r>
              <w:t>http</w:t>
            </w:r>
            <w:r w:rsidRPr="00332DB8">
              <w:rPr>
                <w:lang w:val="ru-RU"/>
              </w:rPr>
              <w:t>://</w:t>
            </w:r>
            <w:r>
              <w:t>vk</w:t>
            </w:r>
            <w:r w:rsidRPr="00332DB8">
              <w:rPr>
                <w:lang w:val="ru-RU"/>
              </w:rPr>
              <w:t>.</w:t>
            </w:r>
            <w:r>
              <w:t>com</w:t>
            </w:r>
            <w:r w:rsidRPr="00332DB8">
              <w:rPr>
                <w:lang w:val="ru-RU"/>
              </w:rPr>
              <w:t>/</w:t>
            </w:r>
            <w:r>
              <w:t>right</w:t>
            </w:r>
            <w:r w:rsidRPr="00332DB8">
              <w:rPr>
                <w:lang w:val="ru-RU"/>
              </w:rPr>
              <w:t>_</w:t>
            </w:r>
            <w:r>
              <w:t>kurgan</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skmonolil</w:t>
            </w:r>
            <w:r w:rsidRPr="00332DB8">
              <w:rPr>
                <w:lang w:val="ru-RU"/>
              </w:rPr>
              <w:t>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2880" w:type="dxa"/>
          </w:tcPr>
          <w:p w:rsidR="006F7457" w:rsidRPr="00332DB8" w:rsidRDefault="006F7457">
            <w:pPr>
              <w:rPr>
                <w:lang w:val="ru-RU"/>
              </w:rPr>
            </w:pPr>
          </w:p>
        </w:tc>
      </w:tr>
      <w:tr w:rsidR="006F7457" w:rsidRPr="005A424D">
        <w:tc>
          <w:tcPr>
            <w:tcW w:w="2880" w:type="dxa"/>
          </w:tcPr>
          <w:p w:rsidR="006F7457" w:rsidRDefault="00332DB8">
            <w:r>
              <w:t>2733.</w:t>
            </w:r>
          </w:p>
        </w:tc>
        <w:tc>
          <w:tcPr>
            <w:tcW w:w="2880" w:type="dxa"/>
          </w:tcPr>
          <w:p w:rsidR="006F7457" w:rsidRPr="00332DB8" w:rsidRDefault="00332DB8">
            <w:pPr>
              <w:rPr>
                <w:lang w:val="ru-RU"/>
              </w:rPr>
            </w:pPr>
            <w:r w:rsidRPr="00332DB8">
              <w:rPr>
                <w:lang w:val="ru-RU"/>
              </w:rPr>
              <w:t xml:space="preserve">Материалы, размещенные в сети Интернет по адресам: </w:t>
            </w:r>
            <w:r>
              <w:t>http</w:t>
            </w:r>
            <w:r w:rsidRPr="00332DB8">
              <w:rPr>
                <w:lang w:val="ru-RU"/>
              </w:rPr>
              <w:t>://</w:t>
            </w:r>
            <w:r>
              <w:t>vk</w:t>
            </w:r>
            <w:r w:rsidRPr="00332DB8">
              <w:rPr>
                <w:lang w:val="ru-RU"/>
              </w:rPr>
              <w:t>.</w:t>
            </w:r>
            <w:r>
              <w:t>com</w:t>
            </w:r>
            <w:r w:rsidRPr="00332DB8">
              <w:rPr>
                <w:lang w:val="ru-RU"/>
              </w:rPr>
              <w:t>/</w:t>
            </w:r>
            <w:r>
              <w:t>idl</w:t>
            </w:r>
            <w:r w:rsidRPr="00332DB8">
              <w:rPr>
                <w:lang w:val="ru-RU"/>
              </w:rPr>
              <w:t>1290878</w:t>
            </w:r>
            <w:r>
              <w:t>l</w:t>
            </w:r>
            <w:r w:rsidRPr="00332DB8">
              <w:rPr>
                <w:lang w:val="ru-RU"/>
              </w:rPr>
              <w:t>#/</w:t>
            </w:r>
            <w:r>
              <w:t>id</w:t>
            </w:r>
            <w:r w:rsidRPr="00332DB8">
              <w:rPr>
                <w:lang w:val="ru-RU"/>
              </w:rPr>
              <w:t xml:space="preserve">83925764 и </w:t>
            </w:r>
            <w:r>
              <w:t>http</w:t>
            </w:r>
            <w:r w:rsidRPr="00332DB8">
              <w:rPr>
                <w:lang w:val="ru-RU"/>
              </w:rPr>
              <w:t>://</w:t>
            </w:r>
            <w:r>
              <w:t>vk</w:t>
            </w:r>
            <w:r w:rsidRPr="00332DB8">
              <w:rPr>
                <w:lang w:val="ru-RU"/>
              </w:rPr>
              <w:t>.</w:t>
            </w:r>
            <w:r>
              <w:t>com</w:t>
            </w:r>
            <w:r w:rsidRPr="00332DB8">
              <w:rPr>
                <w:lang w:val="ru-RU"/>
              </w:rPr>
              <w:t>/</w:t>
            </w:r>
            <w:r>
              <w:t>idl</w:t>
            </w:r>
            <w:r w:rsidRPr="00332DB8">
              <w:rPr>
                <w:lang w:val="ru-RU"/>
              </w:rPr>
              <w:t>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2880" w:type="dxa"/>
          </w:tcPr>
          <w:p w:rsidR="006F7457" w:rsidRPr="00332DB8" w:rsidRDefault="006F7457">
            <w:pPr>
              <w:rPr>
                <w:lang w:val="ru-RU"/>
              </w:rPr>
            </w:pPr>
          </w:p>
        </w:tc>
      </w:tr>
      <w:tr w:rsidR="006F7457" w:rsidRPr="005A424D">
        <w:tc>
          <w:tcPr>
            <w:tcW w:w="2880" w:type="dxa"/>
          </w:tcPr>
          <w:p w:rsidR="006F7457" w:rsidRDefault="00332DB8">
            <w:r>
              <w:t>2734.</w:t>
            </w:r>
          </w:p>
        </w:tc>
        <w:tc>
          <w:tcPr>
            <w:tcW w:w="2880" w:type="dxa"/>
          </w:tcPr>
          <w:p w:rsidR="006F7457" w:rsidRPr="00332DB8" w:rsidRDefault="00332DB8">
            <w:pPr>
              <w:rPr>
                <w:lang w:val="ru-RU"/>
              </w:rPr>
            </w:pPr>
            <w:r w:rsidRPr="00332DB8">
              <w:rPr>
                <w:lang w:val="ru-RU"/>
              </w:rPr>
              <w:t>Фотоматериалы, размещенные в сети «Интернет» на сайте «</w:t>
            </w:r>
            <w:r>
              <w:t>vkontakte</w:t>
            </w:r>
            <w:r w:rsidRPr="00332DB8">
              <w:rPr>
                <w:lang w:val="ru-RU"/>
              </w:rPr>
              <w:t>.</w:t>
            </w:r>
            <w:r>
              <w:t>ru</w:t>
            </w:r>
            <w:r w:rsidRPr="00332DB8">
              <w:rPr>
                <w:lang w:val="ru-RU"/>
              </w:rPr>
              <w:t xml:space="preserve">»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199725672?</w:t>
            </w:r>
            <w:r>
              <w:t>z</w:t>
            </w:r>
            <w:r w:rsidRPr="00332DB8">
              <w:rPr>
                <w:lang w:val="ru-RU"/>
              </w:rPr>
              <w:t>=</w:t>
            </w:r>
            <w:r>
              <w:t>albums</w:t>
            </w:r>
            <w:r w:rsidRPr="00332DB8">
              <w:rPr>
                <w:lang w:val="ru-RU"/>
              </w:rPr>
              <w:t>199725672 (решение Нижневартовского городского суда Ханты-Мансийского автономного округа – Югры от 18.12.2014);</w:t>
            </w:r>
          </w:p>
        </w:tc>
        <w:tc>
          <w:tcPr>
            <w:tcW w:w="2880" w:type="dxa"/>
          </w:tcPr>
          <w:p w:rsidR="006F7457" w:rsidRPr="00332DB8" w:rsidRDefault="006F7457">
            <w:pPr>
              <w:rPr>
                <w:lang w:val="ru-RU"/>
              </w:rPr>
            </w:pPr>
          </w:p>
        </w:tc>
      </w:tr>
      <w:tr w:rsidR="006F7457" w:rsidRPr="005A424D">
        <w:tc>
          <w:tcPr>
            <w:tcW w:w="2880" w:type="dxa"/>
          </w:tcPr>
          <w:p w:rsidR="006F7457" w:rsidRDefault="00332DB8">
            <w:r>
              <w:t>2735.</w:t>
            </w:r>
          </w:p>
        </w:tc>
        <w:tc>
          <w:tcPr>
            <w:tcW w:w="2880" w:type="dxa"/>
          </w:tcPr>
          <w:p w:rsidR="006F7457" w:rsidRPr="00332DB8" w:rsidRDefault="00332DB8">
            <w:pPr>
              <w:rPr>
                <w:lang w:val="ru-RU"/>
              </w:rPr>
            </w:pPr>
            <w:r w:rsidRPr="00332DB8">
              <w:rPr>
                <w:lang w:val="ru-RU"/>
              </w:rPr>
              <w:t xml:space="preserve">Визуальный материал : «Ты гори, гори ! Йо-хо-хо», размещенный по </w:t>
            </w:r>
            <w:r>
              <w:t>URL</w:t>
            </w:r>
            <w:r w:rsidRPr="00332DB8">
              <w:rPr>
                <w:lang w:val="ru-RU"/>
              </w:rPr>
              <w:t xml:space="preserve">-адресу : </w:t>
            </w:r>
            <w:r>
              <w:t>http</w:t>
            </w:r>
            <w:r w:rsidRPr="00332DB8">
              <w:rPr>
                <w:lang w:val="ru-RU"/>
              </w:rPr>
              <w:t xml:space="preserve">:// </w:t>
            </w:r>
            <w:r>
              <w:t>vk</w:t>
            </w:r>
            <w:r w:rsidRPr="00332DB8">
              <w:rPr>
                <w:lang w:val="ru-RU"/>
              </w:rPr>
              <w:t>.</w:t>
            </w:r>
            <w:r>
              <w:t>com</w:t>
            </w:r>
            <w:r w:rsidRPr="00332DB8">
              <w:rPr>
                <w:lang w:val="ru-RU"/>
              </w:rPr>
              <w:t>/</w:t>
            </w:r>
            <w:r>
              <w:t>avanti</w:t>
            </w:r>
            <w:r w:rsidRPr="00332DB8">
              <w:rPr>
                <w:lang w:val="ru-RU"/>
              </w:rPr>
              <w:t>_</w:t>
            </w:r>
            <w:r>
              <w:t>raqazzi</w:t>
            </w:r>
            <w:r w:rsidRPr="00332DB8">
              <w:rPr>
                <w:lang w:val="ru-RU"/>
              </w:rPr>
              <w:t xml:space="preserve"> (решение Калининского районного суда г. Новосибирска от 16.10.2014 и определение Калининского районного суда г. Новосибирска от 19.02.2015);</w:t>
            </w:r>
          </w:p>
        </w:tc>
        <w:tc>
          <w:tcPr>
            <w:tcW w:w="2880" w:type="dxa"/>
          </w:tcPr>
          <w:p w:rsidR="006F7457" w:rsidRPr="00332DB8" w:rsidRDefault="006F7457">
            <w:pPr>
              <w:rPr>
                <w:lang w:val="ru-RU"/>
              </w:rPr>
            </w:pPr>
          </w:p>
        </w:tc>
      </w:tr>
      <w:tr w:rsidR="006F7457">
        <w:tc>
          <w:tcPr>
            <w:tcW w:w="2880" w:type="dxa"/>
          </w:tcPr>
          <w:p w:rsidR="006F7457" w:rsidRDefault="00332DB8">
            <w:r>
              <w:lastRenderedPageBreak/>
              <w:t>2736.</w:t>
            </w:r>
          </w:p>
        </w:tc>
        <w:tc>
          <w:tcPr>
            <w:tcW w:w="2880" w:type="dxa"/>
          </w:tcPr>
          <w:p w:rsidR="006F7457" w:rsidRDefault="00332DB8">
            <w:r w:rsidRPr="00332DB8">
              <w:rPr>
                <w:lang w:val="ru-RU"/>
              </w:rPr>
              <w:t xml:space="preserve">Издания «Как узнать истинных христиан?» и «Армагеддон. Что это? Когда он наступит?» </w:t>
            </w:r>
            <w:r>
              <w:t>(решение Ахтубинского районного суда Астраханской области от 24.11.2014);</w:t>
            </w:r>
          </w:p>
        </w:tc>
        <w:tc>
          <w:tcPr>
            <w:tcW w:w="2880" w:type="dxa"/>
          </w:tcPr>
          <w:p w:rsidR="006F7457" w:rsidRDefault="006F7457"/>
        </w:tc>
      </w:tr>
      <w:tr w:rsidR="006F7457" w:rsidRPr="005A424D">
        <w:tc>
          <w:tcPr>
            <w:tcW w:w="2880" w:type="dxa"/>
          </w:tcPr>
          <w:p w:rsidR="006F7457" w:rsidRDefault="00332DB8">
            <w:r>
              <w:t>2737.</w:t>
            </w:r>
          </w:p>
        </w:tc>
        <w:tc>
          <w:tcPr>
            <w:tcW w:w="2880" w:type="dxa"/>
          </w:tcPr>
          <w:p w:rsidR="006F7457" w:rsidRPr="00332DB8" w:rsidRDefault="00332DB8">
            <w:pPr>
              <w:rPr>
                <w:lang w:val="ru-RU"/>
              </w:rPr>
            </w:pPr>
            <w:r w:rsidRPr="00332DB8">
              <w:rPr>
                <w:lang w:val="ru-RU"/>
              </w:rPr>
              <w:t xml:space="preserve">Стихотворение Маслова И.А. «Шайтан Акбар!», размещенное на сайте </w:t>
            </w:r>
            <w:r>
              <w:t>http</w:t>
            </w:r>
            <w:r w:rsidRPr="00332DB8">
              <w:rPr>
                <w:lang w:val="ru-RU"/>
              </w:rPr>
              <w:t>:</w:t>
            </w:r>
            <w:r>
              <w:t>www</w:t>
            </w:r>
            <w:r w:rsidRPr="00332DB8">
              <w:rPr>
                <w:lang w:val="ru-RU"/>
              </w:rPr>
              <w:t>.</w:t>
            </w:r>
            <w:r>
              <w:t>slavyanskaya</w:t>
            </w:r>
            <w:r w:rsidRPr="00332DB8">
              <w:rPr>
                <w:lang w:val="ru-RU"/>
              </w:rPr>
              <w:t>-</w:t>
            </w:r>
            <w:r>
              <w:t>kultura</w:t>
            </w:r>
            <w:r w:rsidRPr="00332DB8">
              <w:rPr>
                <w:lang w:val="ru-RU"/>
              </w:rPr>
              <w:t>.</w:t>
            </w:r>
            <w:r>
              <w:t>ru</w:t>
            </w:r>
            <w:r w:rsidRPr="00332DB8">
              <w:rPr>
                <w:lang w:val="ru-RU"/>
              </w:rPr>
              <w:t>/</w:t>
            </w:r>
            <w:r>
              <w:t>literature</w:t>
            </w:r>
            <w:r w:rsidRPr="00332DB8">
              <w:rPr>
                <w:lang w:val="ru-RU"/>
              </w:rPr>
              <w:t>/</w:t>
            </w:r>
            <w:r>
              <w:t>poetry</w:t>
            </w:r>
            <w:r w:rsidRPr="00332DB8">
              <w:rPr>
                <w:lang w:val="ru-RU"/>
              </w:rPr>
              <w:t>/</w:t>
            </w:r>
            <w:r>
              <w:t>ilja</w:t>
            </w:r>
            <w:r w:rsidRPr="00332DB8">
              <w:rPr>
                <w:lang w:val="ru-RU"/>
              </w:rPr>
              <w:t>-</w:t>
            </w:r>
            <w:r>
              <w:t>maslov</w:t>
            </w:r>
            <w:r w:rsidRPr="00332DB8">
              <w:rPr>
                <w:lang w:val="ru-RU"/>
              </w:rPr>
              <w:t>-</w:t>
            </w:r>
            <w:r>
              <w:t>sbornik</w:t>
            </w:r>
            <w:r w:rsidRPr="00332DB8">
              <w:rPr>
                <w:lang w:val="ru-RU"/>
              </w:rPr>
              <w:t>-</w:t>
            </w:r>
            <w:r>
              <w:t>stihov</w:t>
            </w:r>
            <w:r w:rsidRPr="00332DB8">
              <w:rPr>
                <w:lang w:val="ru-RU"/>
              </w:rPr>
              <w:t>-</w:t>
            </w:r>
            <w:r>
              <w:t>severnoi</w:t>
            </w:r>
            <w:r w:rsidRPr="00332DB8">
              <w:rPr>
                <w:lang w:val="ru-RU"/>
              </w:rPr>
              <w:t>-</w:t>
            </w:r>
            <w:r>
              <w:t>bolyu</w:t>
            </w:r>
            <w:r w:rsidRPr="00332DB8">
              <w:rPr>
                <w:lang w:val="ru-RU"/>
              </w:rPr>
              <w:t>-</w:t>
            </w:r>
            <w:r>
              <w:t>i</w:t>
            </w:r>
            <w:r w:rsidRPr="00332DB8">
              <w:rPr>
                <w:lang w:val="ru-RU"/>
              </w:rPr>
              <w:t>-</w:t>
            </w:r>
            <w:r>
              <w:t>ruskoi</w:t>
            </w:r>
            <w:r w:rsidRPr="00332DB8">
              <w:rPr>
                <w:lang w:val="ru-RU"/>
              </w:rPr>
              <w:t>-</w:t>
            </w:r>
            <w:r>
              <w:t>pechalyu</w:t>
            </w:r>
            <w:r w:rsidRPr="00332DB8">
              <w:rPr>
                <w:lang w:val="ru-RU"/>
              </w:rPr>
              <w:t>.</w:t>
            </w:r>
            <w:r>
              <w:t>html</w:t>
            </w:r>
            <w:r w:rsidRPr="00332DB8">
              <w:rPr>
                <w:lang w:val="ru-RU"/>
              </w:rPr>
              <w:t xml:space="preserve"> (решение Октябрьского районного суда г. Барнаула от 29.12.2014);</w:t>
            </w:r>
          </w:p>
        </w:tc>
        <w:tc>
          <w:tcPr>
            <w:tcW w:w="2880" w:type="dxa"/>
          </w:tcPr>
          <w:p w:rsidR="006F7457" w:rsidRPr="00332DB8" w:rsidRDefault="006F7457">
            <w:pPr>
              <w:rPr>
                <w:lang w:val="ru-RU"/>
              </w:rPr>
            </w:pPr>
          </w:p>
        </w:tc>
      </w:tr>
      <w:tr w:rsidR="006F7457" w:rsidRPr="005A424D">
        <w:tc>
          <w:tcPr>
            <w:tcW w:w="2880" w:type="dxa"/>
          </w:tcPr>
          <w:p w:rsidR="006F7457" w:rsidRDefault="00332DB8">
            <w:r>
              <w:t>2738.</w:t>
            </w:r>
          </w:p>
        </w:tc>
        <w:tc>
          <w:tcPr>
            <w:tcW w:w="2880" w:type="dxa"/>
          </w:tcPr>
          <w:p w:rsidR="006F7457" w:rsidRPr="00332DB8" w:rsidRDefault="00332DB8">
            <w:pPr>
              <w:rPr>
                <w:lang w:val="ru-RU"/>
              </w:rPr>
            </w:pPr>
            <w:r w:rsidRPr="00332DB8">
              <w:rPr>
                <w:lang w:val="ru-RU"/>
              </w:rPr>
              <w:t xml:space="preserve">Стихотворение Маслова И.А. «Гнев Исполинов», размещенное на сайте </w:t>
            </w:r>
            <w:r>
              <w:t>http</w:t>
            </w:r>
            <w:r w:rsidRPr="00332DB8">
              <w:rPr>
                <w:lang w:val="ru-RU"/>
              </w:rPr>
              <w:t>:</w:t>
            </w:r>
            <w:r>
              <w:t>www</w:t>
            </w:r>
            <w:r w:rsidRPr="00332DB8">
              <w:rPr>
                <w:lang w:val="ru-RU"/>
              </w:rPr>
              <w:t>.</w:t>
            </w:r>
            <w:r>
              <w:t>slavyanskaya</w:t>
            </w:r>
            <w:r w:rsidRPr="00332DB8">
              <w:rPr>
                <w:lang w:val="ru-RU"/>
              </w:rPr>
              <w:t>-</w:t>
            </w:r>
            <w:r>
              <w:t>kultura</w:t>
            </w:r>
            <w:r w:rsidRPr="00332DB8">
              <w:rPr>
                <w:lang w:val="ru-RU"/>
              </w:rPr>
              <w:t>.</w:t>
            </w:r>
            <w:r>
              <w:t>ru</w:t>
            </w:r>
            <w:r w:rsidRPr="00332DB8">
              <w:rPr>
                <w:lang w:val="ru-RU"/>
              </w:rPr>
              <w:t>/</w:t>
            </w:r>
            <w:r>
              <w:t>literature</w:t>
            </w:r>
            <w:r w:rsidRPr="00332DB8">
              <w:rPr>
                <w:lang w:val="ru-RU"/>
              </w:rPr>
              <w:t>/</w:t>
            </w:r>
            <w:r>
              <w:t>poetry</w:t>
            </w:r>
            <w:r w:rsidRPr="00332DB8">
              <w:rPr>
                <w:lang w:val="ru-RU"/>
              </w:rPr>
              <w:t>/</w:t>
            </w:r>
            <w:r>
              <w:t>ilja</w:t>
            </w:r>
            <w:r w:rsidRPr="00332DB8">
              <w:rPr>
                <w:lang w:val="ru-RU"/>
              </w:rPr>
              <w:t>-</w:t>
            </w:r>
            <w:r>
              <w:t>maslov</w:t>
            </w:r>
            <w:r w:rsidRPr="00332DB8">
              <w:rPr>
                <w:lang w:val="ru-RU"/>
              </w:rPr>
              <w:t>-</w:t>
            </w:r>
            <w:r>
              <w:t>sbornik</w:t>
            </w:r>
            <w:r w:rsidRPr="00332DB8">
              <w:rPr>
                <w:lang w:val="ru-RU"/>
              </w:rPr>
              <w:t>-</w:t>
            </w:r>
            <w:r>
              <w:t>stihov</w:t>
            </w:r>
            <w:r w:rsidRPr="00332DB8">
              <w:rPr>
                <w:lang w:val="ru-RU"/>
              </w:rPr>
              <w:t>-</w:t>
            </w:r>
            <w:r>
              <w:t>severnoi</w:t>
            </w:r>
            <w:r w:rsidRPr="00332DB8">
              <w:rPr>
                <w:lang w:val="ru-RU"/>
              </w:rPr>
              <w:t>-</w:t>
            </w:r>
            <w:r>
              <w:t>bolyu</w:t>
            </w:r>
            <w:r w:rsidRPr="00332DB8">
              <w:rPr>
                <w:lang w:val="ru-RU"/>
              </w:rPr>
              <w:t>-</w:t>
            </w:r>
            <w:r>
              <w:t>i</w:t>
            </w:r>
            <w:r w:rsidRPr="00332DB8">
              <w:rPr>
                <w:lang w:val="ru-RU"/>
              </w:rPr>
              <w:t>-</w:t>
            </w:r>
            <w:r>
              <w:t>ruskoi</w:t>
            </w:r>
            <w:r w:rsidRPr="00332DB8">
              <w:rPr>
                <w:lang w:val="ru-RU"/>
              </w:rPr>
              <w:t>-</w:t>
            </w:r>
            <w:r>
              <w:t>pechalyu</w:t>
            </w:r>
            <w:r w:rsidRPr="00332DB8">
              <w:rPr>
                <w:lang w:val="ru-RU"/>
              </w:rPr>
              <w:t>.</w:t>
            </w:r>
            <w:r>
              <w:t>html</w:t>
            </w:r>
            <w:r w:rsidRPr="00332DB8">
              <w:rPr>
                <w:lang w:val="ru-RU"/>
              </w:rPr>
              <w:t xml:space="preserve"> (решение Октябрьского районного суда г. Барнаула от 29.12.2014);</w:t>
            </w:r>
          </w:p>
        </w:tc>
        <w:tc>
          <w:tcPr>
            <w:tcW w:w="2880" w:type="dxa"/>
          </w:tcPr>
          <w:p w:rsidR="006F7457" w:rsidRPr="00332DB8" w:rsidRDefault="006F7457">
            <w:pPr>
              <w:rPr>
                <w:lang w:val="ru-RU"/>
              </w:rPr>
            </w:pPr>
          </w:p>
        </w:tc>
      </w:tr>
      <w:tr w:rsidR="006F7457" w:rsidRPr="005A424D">
        <w:tc>
          <w:tcPr>
            <w:tcW w:w="2880" w:type="dxa"/>
          </w:tcPr>
          <w:p w:rsidR="006F7457" w:rsidRDefault="00332DB8">
            <w:r>
              <w:t>2739.</w:t>
            </w:r>
          </w:p>
        </w:tc>
        <w:tc>
          <w:tcPr>
            <w:tcW w:w="2880" w:type="dxa"/>
          </w:tcPr>
          <w:p w:rsidR="006F7457" w:rsidRPr="00332DB8" w:rsidRDefault="00332DB8">
            <w:pPr>
              <w:rPr>
                <w:lang w:val="ru-RU"/>
              </w:rPr>
            </w:pPr>
            <w:r w:rsidRPr="00332DB8">
              <w:rPr>
                <w:lang w:val="ru-RU"/>
              </w:rPr>
              <w:t xml:space="preserve">Стихотворение Маслова И.А. «Адольф Гитлер», размещенное на сайте </w:t>
            </w:r>
            <w:r>
              <w:t>http</w:t>
            </w:r>
            <w:r w:rsidRPr="00332DB8">
              <w:rPr>
                <w:lang w:val="ru-RU"/>
              </w:rPr>
              <w:t>:</w:t>
            </w:r>
            <w:r>
              <w:t>www</w:t>
            </w:r>
            <w:r w:rsidRPr="00332DB8">
              <w:rPr>
                <w:lang w:val="ru-RU"/>
              </w:rPr>
              <w:t>.</w:t>
            </w:r>
            <w:r>
              <w:t>slavyanskaya</w:t>
            </w:r>
            <w:r w:rsidRPr="00332DB8">
              <w:rPr>
                <w:lang w:val="ru-RU"/>
              </w:rPr>
              <w:t>-</w:t>
            </w:r>
            <w:r>
              <w:t>kultura</w:t>
            </w:r>
            <w:r w:rsidRPr="00332DB8">
              <w:rPr>
                <w:lang w:val="ru-RU"/>
              </w:rPr>
              <w:t>.</w:t>
            </w:r>
            <w:r>
              <w:t>ru</w:t>
            </w:r>
            <w:r w:rsidRPr="00332DB8">
              <w:rPr>
                <w:lang w:val="ru-RU"/>
              </w:rPr>
              <w:t>/</w:t>
            </w:r>
            <w:r>
              <w:t>literature</w:t>
            </w:r>
            <w:r w:rsidRPr="00332DB8">
              <w:rPr>
                <w:lang w:val="ru-RU"/>
              </w:rPr>
              <w:t>/</w:t>
            </w:r>
            <w:r>
              <w:t>poetry</w:t>
            </w:r>
            <w:r w:rsidRPr="00332DB8">
              <w:rPr>
                <w:lang w:val="ru-RU"/>
              </w:rPr>
              <w:t>/</w:t>
            </w:r>
            <w:r>
              <w:t>ilja</w:t>
            </w:r>
            <w:r w:rsidRPr="00332DB8">
              <w:rPr>
                <w:lang w:val="ru-RU"/>
              </w:rPr>
              <w:t>-</w:t>
            </w:r>
            <w:r>
              <w:t>maslov</w:t>
            </w:r>
            <w:r w:rsidRPr="00332DB8">
              <w:rPr>
                <w:lang w:val="ru-RU"/>
              </w:rPr>
              <w:t>-</w:t>
            </w:r>
            <w:r>
              <w:t>sbornik</w:t>
            </w:r>
            <w:r w:rsidRPr="00332DB8">
              <w:rPr>
                <w:lang w:val="ru-RU"/>
              </w:rPr>
              <w:t>-</w:t>
            </w:r>
            <w:r>
              <w:t>stihov</w:t>
            </w:r>
            <w:r w:rsidRPr="00332DB8">
              <w:rPr>
                <w:lang w:val="ru-RU"/>
              </w:rPr>
              <w:t>-</w:t>
            </w:r>
            <w:r>
              <w:t>severnoi</w:t>
            </w:r>
            <w:r w:rsidRPr="00332DB8">
              <w:rPr>
                <w:lang w:val="ru-RU"/>
              </w:rPr>
              <w:t>-</w:t>
            </w:r>
            <w:r>
              <w:t>bolyu</w:t>
            </w:r>
            <w:r w:rsidRPr="00332DB8">
              <w:rPr>
                <w:lang w:val="ru-RU"/>
              </w:rPr>
              <w:t>-</w:t>
            </w:r>
            <w:r>
              <w:t>i</w:t>
            </w:r>
            <w:r w:rsidRPr="00332DB8">
              <w:rPr>
                <w:lang w:val="ru-RU"/>
              </w:rPr>
              <w:t>-</w:t>
            </w:r>
            <w:r>
              <w:t>ruskoi</w:t>
            </w:r>
            <w:r w:rsidRPr="00332DB8">
              <w:rPr>
                <w:lang w:val="ru-RU"/>
              </w:rPr>
              <w:t>-</w:t>
            </w:r>
            <w:r>
              <w:t>pechalyu</w:t>
            </w:r>
            <w:r w:rsidRPr="00332DB8">
              <w:rPr>
                <w:lang w:val="ru-RU"/>
              </w:rPr>
              <w:t>.</w:t>
            </w:r>
            <w:r>
              <w:t>html</w:t>
            </w:r>
            <w:r w:rsidRPr="00332DB8">
              <w:rPr>
                <w:lang w:val="ru-RU"/>
              </w:rPr>
              <w:t xml:space="preserve"> (решение Октябрьского районного суда г. Барнаула от 29.12.2014);</w:t>
            </w:r>
          </w:p>
        </w:tc>
        <w:tc>
          <w:tcPr>
            <w:tcW w:w="2880" w:type="dxa"/>
          </w:tcPr>
          <w:p w:rsidR="006F7457" w:rsidRPr="00332DB8" w:rsidRDefault="006F7457">
            <w:pPr>
              <w:rPr>
                <w:lang w:val="ru-RU"/>
              </w:rPr>
            </w:pPr>
          </w:p>
        </w:tc>
      </w:tr>
      <w:tr w:rsidR="006F7457" w:rsidRPr="005A424D">
        <w:tc>
          <w:tcPr>
            <w:tcW w:w="2880" w:type="dxa"/>
          </w:tcPr>
          <w:p w:rsidR="006F7457" w:rsidRDefault="00332DB8">
            <w:r>
              <w:t>2740.</w:t>
            </w:r>
          </w:p>
        </w:tc>
        <w:tc>
          <w:tcPr>
            <w:tcW w:w="2880" w:type="dxa"/>
          </w:tcPr>
          <w:p w:rsidR="006F7457" w:rsidRPr="00332DB8" w:rsidRDefault="00332DB8">
            <w:pPr>
              <w:rPr>
                <w:lang w:val="ru-RU"/>
              </w:rPr>
            </w:pPr>
            <w:r w:rsidRPr="00332DB8">
              <w:rPr>
                <w:lang w:val="ru-RU"/>
              </w:rPr>
              <w:t xml:space="preserve">Стихотворение Маслова И.А. «Светослав Непобежденный» размещенное на сайте </w:t>
            </w:r>
            <w:r>
              <w:t>http</w:t>
            </w:r>
            <w:r w:rsidRPr="00332DB8">
              <w:rPr>
                <w:lang w:val="ru-RU"/>
              </w:rPr>
              <w:t>:</w:t>
            </w:r>
            <w:r>
              <w:t>www</w:t>
            </w:r>
            <w:r w:rsidRPr="00332DB8">
              <w:rPr>
                <w:lang w:val="ru-RU"/>
              </w:rPr>
              <w:t>.</w:t>
            </w:r>
            <w:r>
              <w:t>slavyanskaya</w:t>
            </w:r>
            <w:r w:rsidRPr="00332DB8">
              <w:rPr>
                <w:lang w:val="ru-RU"/>
              </w:rPr>
              <w:t>-</w:t>
            </w:r>
            <w:r>
              <w:t>kultura</w:t>
            </w:r>
            <w:r w:rsidRPr="00332DB8">
              <w:rPr>
                <w:lang w:val="ru-RU"/>
              </w:rPr>
              <w:t>.</w:t>
            </w:r>
            <w:r>
              <w:t>ru</w:t>
            </w:r>
            <w:r w:rsidRPr="00332DB8">
              <w:rPr>
                <w:lang w:val="ru-RU"/>
              </w:rPr>
              <w:t>/</w:t>
            </w:r>
            <w:r>
              <w:t>literature</w:t>
            </w:r>
            <w:r w:rsidRPr="00332DB8">
              <w:rPr>
                <w:lang w:val="ru-RU"/>
              </w:rPr>
              <w:t>/</w:t>
            </w:r>
            <w:r>
              <w:t>poetry</w:t>
            </w:r>
            <w:r w:rsidRPr="00332DB8">
              <w:rPr>
                <w:lang w:val="ru-RU"/>
              </w:rPr>
              <w:t>/</w:t>
            </w:r>
            <w:r>
              <w:t>ilja</w:t>
            </w:r>
            <w:r w:rsidRPr="00332DB8">
              <w:rPr>
                <w:lang w:val="ru-RU"/>
              </w:rPr>
              <w:t>-</w:t>
            </w:r>
            <w:r>
              <w:t>maslov</w:t>
            </w:r>
            <w:r w:rsidRPr="00332DB8">
              <w:rPr>
                <w:lang w:val="ru-RU"/>
              </w:rPr>
              <w:t>-</w:t>
            </w:r>
            <w:r>
              <w:t>sbornik</w:t>
            </w:r>
            <w:r w:rsidRPr="00332DB8">
              <w:rPr>
                <w:lang w:val="ru-RU"/>
              </w:rPr>
              <w:t>-</w:t>
            </w:r>
            <w:r>
              <w:t>stihov</w:t>
            </w:r>
            <w:r w:rsidRPr="00332DB8">
              <w:rPr>
                <w:lang w:val="ru-RU"/>
              </w:rPr>
              <w:t>-</w:t>
            </w:r>
            <w:r>
              <w:t>severnoi</w:t>
            </w:r>
            <w:r w:rsidRPr="00332DB8">
              <w:rPr>
                <w:lang w:val="ru-RU"/>
              </w:rPr>
              <w:t>-</w:t>
            </w:r>
            <w:r>
              <w:t>bolyu</w:t>
            </w:r>
            <w:r w:rsidRPr="00332DB8">
              <w:rPr>
                <w:lang w:val="ru-RU"/>
              </w:rPr>
              <w:t>-</w:t>
            </w:r>
            <w:r>
              <w:t>i</w:t>
            </w:r>
            <w:r w:rsidRPr="00332DB8">
              <w:rPr>
                <w:lang w:val="ru-RU"/>
              </w:rPr>
              <w:t>-</w:t>
            </w:r>
            <w:r>
              <w:t>ruskoi</w:t>
            </w:r>
            <w:r w:rsidRPr="00332DB8">
              <w:rPr>
                <w:lang w:val="ru-RU"/>
              </w:rPr>
              <w:t>-</w:t>
            </w:r>
            <w:r>
              <w:t>pechalyu</w:t>
            </w:r>
            <w:r w:rsidRPr="00332DB8">
              <w:rPr>
                <w:lang w:val="ru-RU"/>
              </w:rPr>
              <w:t>.</w:t>
            </w:r>
            <w:r>
              <w:t>html</w:t>
            </w:r>
            <w:r w:rsidRPr="00332DB8">
              <w:rPr>
                <w:lang w:val="ru-RU"/>
              </w:rPr>
              <w:t xml:space="preserve"> (решение Октябрьского районного суда г. Барнаула от 29.12.2014);</w:t>
            </w:r>
          </w:p>
        </w:tc>
        <w:tc>
          <w:tcPr>
            <w:tcW w:w="2880" w:type="dxa"/>
          </w:tcPr>
          <w:p w:rsidR="006F7457" w:rsidRPr="00332DB8" w:rsidRDefault="006F7457">
            <w:pPr>
              <w:rPr>
                <w:lang w:val="ru-RU"/>
              </w:rPr>
            </w:pPr>
          </w:p>
        </w:tc>
      </w:tr>
      <w:tr w:rsidR="006F7457" w:rsidRPr="005A424D">
        <w:tc>
          <w:tcPr>
            <w:tcW w:w="2880" w:type="dxa"/>
          </w:tcPr>
          <w:p w:rsidR="006F7457" w:rsidRDefault="00332DB8">
            <w:r>
              <w:t>274</w:t>
            </w:r>
            <w:r>
              <w:lastRenderedPageBreak/>
              <w:t>1.</w:t>
            </w:r>
          </w:p>
        </w:tc>
        <w:tc>
          <w:tcPr>
            <w:tcW w:w="2880" w:type="dxa"/>
          </w:tcPr>
          <w:p w:rsidR="006F7457" w:rsidRPr="00332DB8" w:rsidRDefault="00332DB8">
            <w:pPr>
              <w:rPr>
                <w:lang w:val="ru-RU"/>
              </w:rPr>
            </w:pPr>
            <w:r w:rsidRPr="00332DB8">
              <w:rPr>
                <w:lang w:val="ru-RU"/>
              </w:rPr>
              <w:lastRenderedPageBreak/>
              <w:t xml:space="preserve">Стихотворение Маслова И.А. «Зов Севера», размещенное на странице </w:t>
            </w:r>
            <w:r>
              <w:t>http</w:t>
            </w:r>
            <w:r w:rsidRPr="00332DB8">
              <w:rPr>
                <w:lang w:val="ru-RU"/>
              </w:rPr>
              <w:t>:</w:t>
            </w:r>
            <w:r>
              <w:t>www</w:t>
            </w:r>
            <w:r w:rsidRPr="00332DB8">
              <w:rPr>
                <w:lang w:val="ru-RU"/>
              </w:rPr>
              <w:t>.</w:t>
            </w:r>
            <w:r>
              <w:t>style</w:t>
            </w:r>
            <w:r w:rsidRPr="00332DB8">
              <w:rPr>
                <w:lang w:val="ru-RU"/>
              </w:rPr>
              <w:t>.</w:t>
            </w:r>
            <w:r>
              <w:t>emoolive</w:t>
            </w:r>
            <w:r w:rsidRPr="00332DB8">
              <w:rPr>
                <w:lang w:val="ru-RU"/>
              </w:rPr>
              <w:t>.</w:t>
            </w:r>
            <w:r>
              <w:t>ru</w:t>
            </w:r>
            <w:r w:rsidRPr="00332DB8">
              <w:rPr>
                <w:lang w:val="ru-RU"/>
              </w:rPr>
              <w:t>/~</w:t>
            </w:r>
            <w:r>
              <w:t>Nitsander</w:t>
            </w:r>
            <w:r w:rsidRPr="00332DB8">
              <w:rPr>
                <w:lang w:val="ru-RU"/>
              </w:rPr>
              <w:t>/?</w:t>
            </w:r>
            <w:r>
              <w:t>show</w:t>
            </w:r>
            <w:r w:rsidRPr="00332DB8">
              <w:rPr>
                <w:lang w:val="ru-RU"/>
              </w:rPr>
              <w:t>=</w:t>
            </w:r>
            <w:r>
              <w:t>theme</w:t>
            </w:r>
            <w:r w:rsidRPr="00332DB8">
              <w:rPr>
                <w:lang w:val="ru-RU"/>
              </w:rPr>
              <w:t>&amp;</w:t>
            </w:r>
            <w:r>
              <w:t>id</w:t>
            </w:r>
            <w:r w:rsidRPr="00332DB8">
              <w:rPr>
                <w:lang w:val="ru-RU"/>
              </w:rPr>
              <w:t xml:space="preserve">=66683 (решение Октябрьского районного суда г. </w:t>
            </w:r>
            <w:r w:rsidRPr="00332DB8">
              <w:rPr>
                <w:lang w:val="ru-RU"/>
              </w:rPr>
              <w:lastRenderedPageBreak/>
              <w:t>Барнаула от 29.12.2014);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2742.</w:t>
            </w:r>
          </w:p>
        </w:tc>
        <w:tc>
          <w:tcPr>
            <w:tcW w:w="2880" w:type="dxa"/>
          </w:tcPr>
          <w:p w:rsidR="006F7457" w:rsidRPr="00332DB8" w:rsidRDefault="00332DB8">
            <w:pPr>
              <w:rPr>
                <w:lang w:val="ru-RU"/>
              </w:rPr>
            </w:pPr>
            <w:r w:rsidRPr="00332DB8">
              <w:rPr>
                <w:lang w:val="ru-RU"/>
              </w:rPr>
              <w:t xml:space="preserve">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t>
            </w:r>
            <w:r>
              <w:t>www</w:t>
            </w:r>
            <w:r w:rsidRPr="00332DB8">
              <w:rPr>
                <w:lang w:val="ru-RU"/>
              </w:rPr>
              <w:t>.</w:t>
            </w:r>
            <w:r>
              <w:t>russobor</w:t>
            </w:r>
            <w:r w:rsidRPr="00332DB8">
              <w:rPr>
                <w:lang w:val="ru-RU"/>
              </w:rPr>
              <w:t>.</w:t>
            </w:r>
            <w:r>
              <w:t>com</w:t>
            </w:r>
            <w:r w:rsidRPr="00332DB8">
              <w:rPr>
                <w:lang w:val="ru-RU"/>
              </w:rPr>
              <w:t xml:space="preserve"> (решение Центрального районного суда г. Новосибирска от 28.01.2015);</w:t>
            </w:r>
          </w:p>
        </w:tc>
        <w:tc>
          <w:tcPr>
            <w:tcW w:w="2880" w:type="dxa"/>
          </w:tcPr>
          <w:p w:rsidR="006F7457" w:rsidRPr="00332DB8" w:rsidRDefault="006F7457">
            <w:pPr>
              <w:rPr>
                <w:lang w:val="ru-RU"/>
              </w:rPr>
            </w:pPr>
          </w:p>
        </w:tc>
      </w:tr>
      <w:tr w:rsidR="006F7457" w:rsidRPr="005A424D">
        <w:tc>
          <w:tcPr>
            <w:tcW w:w="2880" w:type="dxa"/>
          </w:tcPr>
          <w:p w:rsidR="006F7457" w:rsidRDefault="00332DB8">
            <w:r>
              <w:t>2743.</w:t>
            </w:r>
          </w:p>
        </w:tc>
        <w:tc>
          <w:tcPr>
            <w:tcW w:w="2880" w:type="dxa"/>
          </w:tcPr>
          <w:p w:rsidR="006F7457" w:rsidRPr="00332DB8" w:rsidRDefault="00332DB8">
            <w:pPr>
              <w:rPr>
                <w:lang w:val="ru-RU"/>
              </w:rPr>
            </w:pPr>
            <w:r w:rsidRPr="00332DB8">
              <w:rPr>
                <w:lang w:val="ru-RU"/>
              </w:rPr>
              <w:t xml:space="preserve">Стихотворение Маслова И.А. «Скины» размещенное на сайте </w:t>
            </w:r>
            <w:r>
              <w:t>http</w:t>
            </w:r>
            <w:r w:rsidRPr="00332DB8">
              <w:rPr>
                <w:lang w:val="ru-RU"/>
              </w:rPr>
              <w:t>://</w:t>
            </w:r>
            <w:r>
              <w:t>style</w:t>
            </w:r>
            <w:r w:rsidRPr="00332DB8">
              <w:rPr>
                <w:lang w:val="ru-RU"/>
              </w:rPr>
              <w:t>.</w:t>
            </w:r>
            <w:r>
              <w:t>emoolive</w:t>
            </w:r>
            <w:r w:rsidRPr="00332DB8">
              <w:rPr>
                <w:lang w:val="ru-RU"/>
              </w:rPr>
              <w:t>.</w:t>
            </w:r>
            <w:r>
              <w:t>ru</w:t>
            </w:r>
            <w:r w:rsidRPr="00332DB8">
              <w:rPr>
                <w:lang w:val="ru-RU"/>
              </w:rPr>
              <w:t>/~</w:t>
            </w:r>
            <w:r>
              <w:t>Nitsanger</w:t>
            </w:r>
            <w:r w:rsidRPr="00332DB8">
              <w:rPr>
                <w:lang w:val="ru-RU"/>
              </w:rPr>
              <w:t>/?</w:t>
            </w:r>
            <w:r>
              <w:t>show</w:t>
            </w:r>
            <w:r w:rsidRPr="00332DB8">
              <w:rPr>
                <w:lang w:val="ru-RU"/>
              </w:rPr>
              <w:t>=</w:t>
            </w:r>
            <w:r>
              <w:t>theme</w:t>
            </w:r>
            <w:r w:rsidRPr="00332DB8">
              <w:rPr>
                <w:lang w:val="ru-RU"/>
              </w:rPr>
              <w:t>&amp;</w:t>
            </w:r>
            <w:r>
              <w:t>id</w:t>
            </w:r>
            <w:r w:rsidRPr="00332DB8">
              <w:rPr>
                <w:lang w:val="ru-RU"/>
              </w:rPr>
              <w:t>=66683 (решение Октябрьского районного суда г. Барнаула от 15.01.2015);</w:t>
            </w:r>
          </w:p>
        </w:tc>
        <w:tc>
          <w:tcPr>
            <w:tcW w:w="2880" w:type="dxa"/>
          </w:tcPr>
          <w:p w:rsidR="006F7457" w:rsidRPr="00332DB8" w:rsidRDefault="006F7457">
            <w:pPr>
              <w:rPr>
                <w:lang w:val="ru-RU"/>
              </w:rPr>
            </w:pPr>
          </w:p>
        </w:tc>
      </w:tr>
      <w:tr w:rsidR="006F7457" w:rsidRPr="005A424D">
        <w:tc>
          <w:tcPr>
            <w:tcW w:w="2880" w:type="dxa"/>
          </w:tcPr>
          <w:p w:rsidR="006F7457" w:rsidRDefault="00332DB8">
            <w:r>
              <w:t>2744.</w:t>
            </w:r>
          </w:p>
        </w:tc>
        <w:tc>
          <w:tcPr>
            <w:tcW w:w="2880" w:type="dxa"/>
          </w:tcPr>
          <w:p w:rsidR="006F7457" w:rsidRPr="00332DB8" w:rsidRDefault="00332DB8">
            <w:pPr>
              <w:rPr>
                <w:lang w:val="ru-RU"/>
              </w:rPr>
            </w:pPr>
            <w:r w:rsidRPr="00332DB8">
              <w:rPr>
                <w:lang w:val="ru-RU"/>
              </w:rPr>
              <w:t xml:space="preserve">Текст песни «Руки народа сжаты в кулак», расположенный на Интернет-сайте по адресу: </w:t>
            </w:r>
            <w:r>
              <w:t>http</w:t>
            </w:r>
            <w:r w:rsidRPr="00332DB8">
              <w:rPr>
                <w:lang w:val="ru-RU"/>
              </w:rPr>
              <w:t>://</w:t>
            </w:r>
            <w:r>
              <w:t>webkind</w:t>
            </w:r>
            <w:r w:rsidRPr="00332DB8">
              <w:rPr>
                <w:lang w:val="ru-RU"/>
              </w:rPr>
              <w:t>.</w:t>
            </w:r>
            <w:r>
              <w:t>ru</w:t>
            </w:r>
            <w:r w:rsidRPr="00332DB8">
              <w:rPr>
                <w:lang w:val="ru-RU"/>
              </w:rPr>
              <w:t>/</w:t>
            </w:r>
            <w:r>
              <w:t>text</w:t>
            </w:r>
            <w:r w:rsidRPr="00332DB8">
              <w:rPr>
                <w:lang w:val="ru-RU"/>
              </w:rPr>
              <w:t>/592934925_923678083</w:t>
            </w:r>
            <w:r>
              <w:t>p</w:t>
            </w:r>
            <w:r w:rsidRPr="00332DB8">
              <w:rPr>
                <w:lang w:val="ru-RU"/>
              </w:rPr>
              <w:t>653448956_</w:t>
            </w:r>
            <w:r>
              <w:t>text</w:t>
            </w:r>
            <w:r w:rsidRPr="00332DB8">
              <w:rPr>
                <w:lang w:val="ru-RU"/>
              </w:rPr>
              <w:t>_</w:t>
            </w:r>
            <w:r>
              <w:t>pesni</w:t>
            </w:r>
            <w:r w:rsidRPr="00332DB8">
              <w:rPr>
                <w:lang w:val="ru-RU"/>
              </w:rPr>
              <w:t>_</w:t>
            </w:r>
            <w:r>
              <w:t>ruki</w:t>
            </w:r>
            <w:r w:rsidRPr="00332DB8">
              <w:rPr>
                <w:lang w:val="ru-RU"/>
              </w:rPr>
              <w:t>-</w:t>
            </w:r>
            <w:r>
              <w:t>naroda</w:t>
            </w:r>
            <w:r w:rsidRPr="00332DB8">
              <w:rPr>
                <w:lang w:val="ru-RU"/>
              </w:rPr>
              <w:t>-</w:t>
            </w:r>
            <w:r>
              <w:t>szhaty</w:t>
            </w:r>
            <w:r w:rsidRPr="00332DB8">
              <w:rPr>
                <w:lang w:val="ru-RU"/>
              </w:rPr>
              <w:t>-</w:t>
            </w:r>
            <w:r>
              <w:t>v</w:t>
            </w:r>
            <w:r w:rsidRPr="00332DB8">
              <w:rPr>
                <w:lang w:val="ru-RU"/>
              </w:rPr>
              <w:t>-</w:t>
            </w:r>
            <w:r>
              <w:t>kulak</w:t>
            </w:r>
            <w:r w:rsidRPr="00332DB8">
              <w:rPr>
                <w:lang w:val="ru-RU"/>
              </w:rPr>
              <w:t>.</w:t>
            </w:r>
            <w:r>
              <w:t>html</w:t>
            </w:r>
            <w:r w:rsidRPr="00332DB8">
              <w:rPr>
                <w:lang w:val="ru-RU"/>
              </w:rPr>
              <w:t xml:space="preserve"> (решение Ленинского районного суда г. Барнаула от 22.01.2015);</w:t>
            </w:r>
          </w:p>
        </w:tc>
        <w:tc>
          <w:tcPr>
            <w:tcW w:w="2880" w:type="dxa"/>
          </w:tcPr>
          <w:p w:rsidR="006F7457" w:rsidRPr="00332DB8" w:rsidRDefault="006F7457">
            <w:pPr>
              <w:rPr>
                <w:lang w:val="ru-RU"/>
              </w:rPr>
            </w:pPr>
          </w:p>
        </w:tc>
      </w:tr>
      <w:tr w:rsidR="006F7457" w:rsidRPr="005A424D">
        <w:tc>
          <w:tcPr>
            <w:tcW w:w="2880" w:type="dxa"/>
          </w:tcPr>
          <w:p w:rsidR="006F7457" w:rsidRDefault="00332DB8">
            <w:r>
              <w:t>2745.</w:t>
            </w:r>
          </w:p>
        </w:tc>
        <w:tc>
          <w:tcPr>
            <w:tcW w:w="2880" w:type="dxa"/>
          </w:tcPr>
          <w:p w:rsidR="006F7457" w:rsidRPr="00332DB8" w:rsidRDefault="00332DB8">
            <w:pPr>
              <w:rPr>
                <w:lang w:val="ru-RU"/>
              </w:rPr>
            </w:pPr>
            <w:r w:rsidRPr="00332DB8">
              <w:rPr>
                <w:lang w:val="ru-RU"/>
              </w:rPr>
              <w:t xml:space="preserve">Размещенный на сайте </w:t>
            </w:r>
            <w:r>
              <w:t>http</w:t>
            </w:r>
            <w:r w:rsidRPr="00332DB8">
              <w:rPr>
                <w:lang w:val="ru-RU"/>
              </w:rPr>
              <w:t>://</w:t>
            </w:r>
            <w:r>
              <w:t>sodiqlar</w:t>
            </w:r>
            <w:r w:rsidRPr="00332DB8">
              <w:rPr>
                <w:lang w:val="ru-RU"/>
              </w:rPr>
              <w:t>.</w:t>
            </w:r>
            <w:r>
              <w:t>info</w:t>
            </w:r>
            <w:r w:rsidRPr="00332DB8">
              <w:rPr>
                <w:lang w:val="ru-RU"/>
              </w:rPr>
              <w:t xml:space="preserve"> в Информационно-телекоммуникационной сети «Интернет» материал с наименованием «Одиночный джихад в России (теория и практика террора) (страница </w:t>
            </w:r>
            <w:r>
              <w:t>http</w:t>
            </w:r>
            <w:r w:rsidRPr="00332DB8">
              <w:rPr>
                <w:lang w:val="ru-RU"/>
              </w:rPr>
              <w:t>://</w:t>
            </w:r>
            <w:r>
              <w:t>sodiqlar</w:t>
            </w:r>
            <w:r w:rsidRPr="00332DB8">
              <w:rPr>
                <w:lang w:val="ru-RU"/>
              </w:rPr>
              <w:t>.</w:t>
            </w:r>
            <w:r>
              <w:t>info</w:t>
            </w:r>
            <w:r w:rsidRPr="00332DB8">
              <w:rPr>
                <w:lang w:val="ru-RU"/>
              </w:rPr>
              <w:t>/</w:t>
            </w:r>
            <w:r>
              <w:t>rus</w:t>
            </w:r>
            <w:r w:rsidRPr="00332DB8">
              <w:rPr>
                <w:lang w:val="ru-RU"/>
              </w:rPr>
              <w:t>/</w:t>
            </w:r>
            <w:r>
              <w:t>index</w:t>
            </w:r>
            <w:r w:rsidRPr="00332DB8">
              <w:rPr>
                <w:lang w:val="ru-RU"/>
              </w:rPr>
              <w:t>.</w:t>
            </w:r>
            <w:r>
              <w:t>php</w:t>
            </w:r>
            <w:r w:rsidRPr="00332DB8">
              <w:rPr>
                <w:lang w:val="ru-RU"/>
              </w:rPr>
              <w:t>?</w:t>
            </w:r>
            <w:r>
              <w:t>newsid</w:t>
            </w:r>
            <w:r w:rsidRPr="00332DB8">
              <w:rPr>
                <w:lang w:val="ru-RU"/>
              </w:rPr>
              <w:t>=2286) (решение Советского районного суда г. Махачкалы Республики Дагестан от 29.01.2015);</w:t>
            </w:r>
          </w:p>
        </w:tc>
        <w:tc>
          <w:tcPr>
            <w:tcW w:w="2880" w:type="dxa"/>
          </w:tcPr>
          <w:p w:rsidR="006F7457" w:rsidRPr="00332DB8" w:rsidRDefault="006F7457">
            <w:pPr>
              <w:rPr>
                <w:lang w:val="ru-RU"/>
              </w:rPr>
            </w:pPr>
          </w:p>
        </w:tc>
      </w:tr>
      <w:tr w:rsidR="006F7457">
        <w:tc>
          <w:tcPr>
            <w:tcW w:w="2880" w:type="dxa"/>
          </w:tcPr>
          <w:p w:rsidR="006F7457" w:rsidRDefault="00332DB8">
            <w:r>
              <w:t>2746.</w:t>
            </w:r>
          </w:p>
        </w:tc>
        <w:tc>
          <w:tcPr>
            <w:tcW w:w="2880" w:type="dxa"/>
          </w:tcPr>
          <w:p w:rsidR="006F7457" w:rsidRDefault="00332DB8">
            <w:r w:rsidRPr="00332DB8">
              <w:rPr>
                <w:lang w:val="ru-RU"/>
              </w:rPr>
              <w:t xml:space="preserve">Видеоролики под наименованиями «Бей как меч, как ураган, как волны накатом», длительностью 3 мин. 23 сек., и «Мы моджахеды, войско Аллаха», длительностью 3 мин. 50 сек. </w:t>
            </w:r>
            <w:r>
              <w:t>(решение Самарского районного суда г. Самары от 24.12.2014);</w:t>
            </w:r>
          </w:p>
        </w:tc>
        <w:tc>
          <w:tcPr>
            <w:tcW w:w="2880" w:type="dxa"/>
          </w:tcPr>
          <w:p w:rsidR="006F7457" w:rsidRDefault="006F7457"/>
        </w:tc>
      </w:tr>
      <w:tr w:rsidR="006F7457" w:rsidRPr="005A424D">
        <w:tc>
          <w:tcPr>
            <w:tcW w:w="2880" w:type="dxa"/>
          </w:tcPr>
          <w:p w:rsidR="006F7457" w:rsidRDefault="00332DB8">
            <w:r>
              <w:lastRenderedPageBreak/>
              <w:t>2747.</w:t>
            </w:r>
          </w:p>
        </w:tc>
        <w:tc>
          <w:tcPr>
            <w:tcW w:w="2880" w:type="dxa"/>
          </w:tcPr>
          <w:p w:rsidR="006F7457" w:rsidRPr="00332DB8" w:rsidRDefault="00332DB8">
            <w:pPr>
              <w:rPr>
                <w:lang w:val="ru-RU"/>
              </w:rPr>
            </w:pPr>
            <w:r w:rsidRPr="00332DB8">
              <w:rPr>
                <w:lang w:val="ru-RU"/>
              </w:rPr>
              <w:t xml:space="preserve">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w:t>
            </w:r>
            <w:r>
              <w:t>vk</w:t>
            </w:r>
            <w:r w:rsidRPr="00332DB8">
              <w:rPr>
                <w:lang w:val="ru-RU"/>
              </w:rPr>
              <w:t>.</w:t>
            </w:r>
            <w:r>
              <w:t>com</w:t>
            </w:r>
            <w:r w:rsidRPr="00332DB8">
              <w:rPr>
                <w:lang w:val="ru-RU"/>
              </w:rPr>
              <w:t>\</w:t>
            </w:r>
            <w:r>
              <w:t>club</w:t>
            </w:r>
            <w:r w:rsidRPr="00332DB8">
              <w:rPr>
                <w:lang w:val="ru-RU"/>
              </w:rPr>
              <w:t>6528721 (решение Нальчикского городского суда Кабардино-Балкарской Республики от 03.02.2015);</w:t>
            </w:r>
          </w:p>
        </w:tc>
        <w:tc>
          <w:tcPr>
            <w:tcW w:w="2880" w:type="dxa"/>
          </w:tcPr>
          <w:p w:rsidR="006F7457" w:rsidRPr="00332DB8" w:rsidRDefault="006F7457">
            <w:pPr>
              <w:rPr>
                <w:lang w:val="ru-RU"/>
              </w:rPr>
            </w:pPr>
          </w:p>
        </w:tc>
      </w:tr>
      <w:tr w:rsidR="006F7457" w:rsidRPr="005A424D">
        <w:tc>
          <w:tcPr>
            <w:tcW w:w="2880" w:type="dxa"/>
          </w:tcPr>
          <w:p w:rsidR="006F7457" w:rsidRDefault="00332DB8">
            <w:r>
              <w:t>2748.</w:t>
            </w:r>
          </w:p>
        </w:tc>
        <w:tc>
          <w:tcPr>
            <w:tcW w:w="2880" w:type="dxa"/>
          </w:tcPr>
          <w:p w:rsidR="006F7457" w:rsidRPr="00332DB8" w:rsidRDefault="00332DB8">
            <w:pPr>
              <w:rPr>
                <w:lang w:val="ru-RU"/>
              </w:rPr>
            </w:pPr>
            <w:r w:rsidRPr="00332DB8">
              <w:rPr>
                <w:lang w:val="ru-RU"/>
              </w:rPr>
              <w:t xml:space="preserve">Информационные материалы: публикация под наименованием «Русский пожаловался» и комментарий к ней под ником «Алена», размещенные по электронному адресу: </w:t>
            </w:r>
            <w:r>
              <w:t>www</w:t>
            </w:r>
            <w:r w:rsidRPr="00332DB8">
              <w:rPr>
                <w:lang w:val="ru-RU"/>
              </w:rPr>
              <w:t>.</w:t>
            </w:r>
            <w:r>
              <w:t>hatewall</w:t>
            </w:r>
            <w:r w:rsidRPr="00332DB8">
              <w:rPr>
                <w:lang w:val="ru-RU"/>
              </w:rPr>
              <w:t>.</w:t>
            </w:r>
            <w:r>
              <w:t>ru</w:t>
            </w:r>
            <w:r w:rsidRPr="00332DB8">
              <w:rPr>
                <w:lang w:val="ru-RU"/>
              </w:rPr>
              <w:t>/</w:t>
            </w:r>
            <w:r>
              <w:t>quote</w:t>
            </w:r>
            <w:r w:rsidRPr="00332DB8">
              <w:rPr>
                <w:lang w:val="ru-RU"/>
              </w:rPr>
              <w:t>/19319,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2880" w:type="dxa"/>
          </w:tcPr>
          <w:p w:rsidR="006F7457" w:rsidRPr="00332DB8" w:rsidRDefault="006F7457">
            <w:pPr>
              <w:rPr>
                <w:lang w:val="ru-RU"/>
              </w:rPr>
            </w:pPr>
          </w:p>
        </w:tc>
      </w:tr>
      <w:tr w:rsidR="006F7457" w:rsidRPr="005A424D">
        <w:tc>
          <w:tcPr>
            <w:tcW w:w="2880" w:type="dxa"/>
          </w:tcPr>
          <w:p w:rsidR="006F7457" w:rsidRDefault="00332DB8">
            <w:r>
              <w:t>2749.</w:t>
            </w:r>
          </w:p>
        </w:tc>
        <w:tc>
          <w:tcPr>
            <w:tcW w:w="2880" w:type="dxa"/>
          </w:tcPr>
          <w:p w:rsidR="006F7457" w:rsidRPr="00332DB8" w:rsidRDefault="00332DB8">
            <w:pPr>
              <w:rPr>
                <w:lang w:val="ru-RU"/>
              </w:rPr>
            </w:pPr>
            <w:r w:rsidRPr="00332DB8">
              <w:rPr>
                <w:lang w:val="ru-RU"/>
              </w:rPr>
              <w:t>Видеоролики (видеоматериалы), размещенные Золотарёвым А.С. в социальной сети «</w:t>
            </w:r>
            <w:r>
              <w:t>Vkontakte</w:t>
            </w:r>
            <w:r w:rsidRPr="00332DB8">
              <w:rPr>
                <w:lang w:val="ru-RU"/>
              </w:rPr>
              <w:t>.</w:t>
            </w:r>
            <w:r>
              <w:t>ru</w:t>
            </w:r>
            <w:r w:rsidRPr="00332DB8">
              <w:rPr>
                <w:lang w:val="ru-RU"/>
              </w:rPr>
              <w:t xml:space="preserve">» на странице под ником «Толян МЯСНОЙ Золотарёв» </w:t>
            </w:r>
            <w:r>
              <w:t>id</w:t>
            </w:r>
            <w:r w:rsidRPr="00332DB8">
              <w:rPr>
                <w:lang w:val="ru-RU"/>
              </w:rPr>
              <w:t>58050453 под названием: «14/88</w:t>
            </w:r>
            <w:r>
              <w:t>flv</w:t>
            </w:r>
            <w:r w:rsidRPr="00332DB8">
              <w:rPr>
                <w:lang w:val="ru-RU"/>
              </w:rPr>
              <w:t>» (видеофайл размером 7, 61 МБ, длительностью 02 мин. 57 сек.), «</w:t>
            </w:r>
            <w:r>
              <w:t>Format</w:t>
            </w:r>
            <w:r w:rsidRPr="00332DB8">
              <w:rPr>
                <w:lang w:val="ru-RU"/>
              </w:rPr>
              <w:t xml:space="preserve"> 18–Бритый и Злой.</w:t>
            </w:r>
            <w:r>
              <w:t>flv</w:t>
            </w:r>
            <w:r w:rsidRPr="00332DB8">
              <w:rPr>
                <w:lang w:val="ru-RU"/>
              </w:rPr>
              <w:t>» (видеофайл размером 9,97 МБ, длительностью 03 мин. 11 сек.), «РОССИЯ ДЛЯ РУССКИХ.</w:t>
            </w:r>
            <w:r>
              <w:t>flv</w:t>
            </w:r>
            <w:r w:rsidRPr="00332DB8">
              <w:rPr>
                <w:lang w:val="ru-RU"/>
              </w:rPr>
              <w:t>» (видеофайл размером 6,09 МБ, длительностью 02 мин. 21 сек.), «Скины какие они есть.</w:t>
            </w:r>
            <w:r>
              <w:t>flv</w:t>
            </w:r>
            <w:r w:rsidRPr="00332DB8">
              <w:rPr>
                <w:lang w:val="ru-RU"/>
              </w:rPr>
              <w:t>» (видеофайл размером 11,9 МБ, длительностью 03 мин. 41 сек.), «скины так будет с каждым.</w:t>
            </w:r>
            <w:r>
              <w:t>flv</w:t>
            </w:r>
            <w:r w:rsidRPr="00332DB8">
              <w:rPr>
                <w:lang w:val="ru-RU"/>
              </w:rPr>
              <w:t xml:space="preserve">» (видеофайл размером 6,03 МБ, длительностью 02 мин. 20 сек.), содержащиеся на </w:t>
            </w:r>
            <w:r>
              <w:t>DVD</w:t>
            </w:r>
            <w:r w:rsidRPr="00332DB8">
              <w:rPr>
                <w:lang w:val="ru-RU"/>
              </w:rPr>
              <w:t xml:space="preserve"> диске (решение Октябрьского районного суда г. Рязани от 24.07.2014);</w:t>
            </w:r>
          </w:p>
        </w:tc>
        <w:tc>
          <w:tcPr>
            <w:tcW w:w="2880" w:type="dxa"/>
          </w:tcPr>
          <w:p w:rsidR="006F7457" w:rsidRPr="00332DB8" w:rsidRDefault="006F7457">
            <w:pPr>
              <w:rPr>
                <w:lang w:val="ru-RU"/>
              </w:rPr>
            </w:pPr>
          </w:p>
        </w:tc>
      </w:tr>
      <w:tr w:rsidR="006F7457" w:rsidRPr="005A424D">
        <w:tc>
          <w:tcPr>
            <w:tcW w:w="2880" w:type="dxa"/>
          </w:tcPr>
          <w:p w:rsidR="006F7457" w:rsidRDefault="00332DB8">
            <w:r>
              <w:t>2750.</w:t>
            </w:r>
          </w:p>
        </w:tc>
        <w:tc>
          <w:tcPr>
            <w:tcW w:w="2880" w:type="dxa"/>
          </w:tcPr>
          <w:p w:rsidR="006F7457" w:rsidRPr="00332DB8" w:rsidRDefault="00332DB8">
            <w:pPr>
              <w:rPr>
                <w:lang w:val="ru-RU"/>
              </w:rPr>
            </w:pPr>
            <w:r w:rsidRPr="00332DB8">
              <w:rPr>
                <w:lang w:val="ru-RU"/>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2880" w:type="dxa"/>
          </w:tcPr>
          <w:p w:rsidR="006F7457" w:rsidRPr="00332DB8" w:rsidRDefault="006F7457">
            <w:pPr>
              <w:rPr>
                <w:lang w:val="ru-RU"/>
              </w:rPr>
            </w:pPr>
          </w:p>
        </w:tc>
      </w:tr>
      <w:tr w:rsidR="006F7457" w:rsidRPr="005A424D">
        <w:tc>
          <w:tcPr>
            <w:tcW w:w="2880" w:type="dxa"/>
          </w:tcPr>
          <w:p w:rsidR="006F7457" w:rsidRDefault="00332DB8">
            <w:r>
              <w:t>2751.</w:t>
            </w:r>
          </w:p>
        </w:tc>
        <w:tc>
          <w:tcPr>
            <w:tcW w:w="2880" w:type="dxa"/>
          </w:tcPr>
          <w:p w:rsidR="006F7457" w:rsidRPr="00332DB8" w:rsidRDefault="00332DB8">
            <w:pPr>
              <w:rPr>
                <w:lang w:val="ru-RU"/>
              </w:rPr>
            </w:pPr>
            <w:r w:rsidRPr="00332DB8">
              <w:rPr>
                <w:lang w:val="ru-RU"/>
              </w:rPr>
              <w:t xml:space="preserve">Стихотворение Маслова И.А. «Противостояние», размещенное на сайте </w:t>
            </w:r>
            <w:r>
              <w:t>http</w:t>
            </w:r>
            <w:r w:rsidRPr="00332DB8">
              <w:rPr>
                <w:lang w:val="ru-RU"/>
              </w:rPr>
              <w:t>://</w:t>
            </w:r>
            <w:r>
              <w:t>www</w:t>
            </w:r>
            <w:r w:rsidRPr="00332DB8">
              <w:rPr>
                <w:lang w:val="ru-RU"/>
              </w:rPr>
              <w:t>.</w:t>
            </w:r>
            <w:r>
              <w:t>slavyanskaya</w:t>
            </w:r>
            <w:r w:rsidRPr="00332DB8">
              <w:rPr>
                <w:lang w:val="ru-RU"/>
              </w:rPr>
              <w:t>-</w:t>
            </w:r>
            <w:r>
              <w:t>kultura</w:t>
            </w:r>
            <w:r w:rsidRPr="00332DB8">
              <w:rPr>
                <w:lang w:val="ru-RU"/>
              </w:rPr>
              <w:t>.</w:t>
            </w:r>
            <w:r>
              <w:t>ru</w:t>
            </w:r>
            <w:r w:rsidRPr="00332DB8">
              <w:rPr>
                <w:lang w:val="ru-RU"/>
              </w:rPr>
              <w:t>/</w:t>
            </w:r>
            <w:r>
              <w:t>literature</w:t>
            </w:r>
            <w:r w:rsidRPr="00332DB8">
              <w:rPr>
                <w:lang w:val="ru-RU"/>
              </w:rPr>
              <w:t>/</w:t>
            </w:r>
            <w:r>
              <w:t>poetry</w:t>
            </w:r>
            <w:r w:rsidRPr="00332DB8">
              <w:rPr>
                <w:lang w:val="ru-RU"/>
              </w:rPr>
              <w:t>/</w:t>
            </w:r>
            <w:r>
              <w:t>ilja</w:t>
            </w:r>
            <w:r w:rsidRPr="00332DB8">
              <w:rPr>
                <w:lang w:val="ru-RU"/>
              </w:rPr>
              <w:t>-</w:t>
            </w:r>
            <w:r>
              <w:t>maslov</w:t>
            </w:r>
            <w:r w:rsidRPr="00332DB8">
              <w:rPr>
                <w:lang w:val="ru-RU"/>
              </w:rPr>
              <w:t>-</w:t>
            </w:r>
            <w:r>
              <w:t>sbornik</w:t>
            </w:r>
            <w:r w:rsidRPr="00332DB8">
              <w:rPr>
                <w:lang w:val="ru-RU"/>
              </w:rPr>
              <w:t>-</w:t>
            </w:r>
            <w:r>
              <w:t>stihov</w:t>
            </w:r>
            <w:r w:rsidRPr="00332DB8">
              <w:rPr>
                <w:lang w:val="ru-RU"/>
              </w:rPr>
              <w:t>-</w:t>
            </w:r>
            <w:r>
              <w:t>severnoi</w:t>
            </w:r>
            <w:r w:rsidRPr="00332DB8">
              <w:rPr>
                <w:lang w:val="ru-RU"/>
              </w:rPr>
              <w:t>-</w:t>
            </w:r>
            <w:r>
              <w:t>bolyu</w:t>
            </w:r>
            <w:r w:rsidRPr="00332DB8">
              <w:rPr>
                <w:lang w:val="ru-RU"/>
              </w:rPr>
              <w:t>-</w:t>
            </w:r>
            <w:r>
              <w:t>i</w:t>
            </w:r>
            <w:r w:rsidRPr="00332DB8">
              <w:rPr>
                <w:lang w:val="ru-RU"/>
              </w:rPr>
              <w:t>-</w:t>
            </w:r>
            <w:r>
              <w:t>ruskoi</w:t>
            </w:r>
            <w:r w:rsidRPr="00332DB8">
              <w:rPr>
                <w:lang w:val="ru-RU"/>
              </w:rPr>
              <w:t>-</w:t>
            </w:r>
            <w:r>
              <w:t>pechalyu</w:t>
            </w:r>
            <w:r w:rsidRPr="00332DB8">
              <w:rPr>
                <w:lang w:val="ru-RU"/>
              </w:rPr>
              <w:t>.</w:t>
            </w:r>
            <w:r>
              <w:t>html</w:t>
            </w:r>
            <w:r w:rsidRPr="00332DB8">
              <w:rPr>
                <w:lang w:val="ru-RU"/>
              </w:rPr>
              <w:t xml:space="preserve"> (решение Октябрьского районного суда г. Барнаула от 21.01.2015);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2752.</w:t>
            </w:r>
          </w:p>
        </w:tc>
        <w:tc>
          <w:tcPr>
            <w:tcW w:w="2880" w:type="dxa"/>
          </w:tcPr>
          <w:p w:rsidR="006F7457" w:rsidRPr="00332DB8" w:rsidRDefault="00332DB8">
            <w:pPr>
              <w:rPr>
                <w:lang w:val="ru-RU"/>
              </w:rPr>
            </w:pPr>
            <w:r w:rsidRPr="00332DB8">
              <w:rPr>
                <w:lang w:val="ru-RU"/>
              </w:rPr>
              <w:t xml:space="preserve">Стихотворение Маслова И.А. «Храни мою Русь, Сатана!», размещенное на сайте </w:t>
            </w:r>
            <w:r>
              <w:t>http</w:t>
            </w:r>
            <w:r w:rsidRPr="00332DB8">
              <w:rPr>
                <w:lang w:val="ru-RU"/>
              </w:rPr>
              <w:t>://</w:t>
            </w:r>
            <w:r>
              <w:t>www</w:t>
            </w:r>
            <w:r w:rsidRPr="00332DB8">
              <w:rPr>
                <w:lang w:val="ru-RU"/>
              </w:rPr>
              <w:t>.</w:t>
            </w:r>
            <w:r>
              <w:t>slavyanskaya</w:t>
            </w:r>
            <w:r w:rsidRPr="00332DB8">
              <w:rPr>
                <w:lang w:val="ru-RU"/>
              </w:rPr>
              <w:t>-</w:t>
            </w:r>
            <w:r>
              <w:t>kultura</w:t>
            </w:r>
            <w:r w:rsidRPr="00332DB8">
              <w:rPr>
                <w:lang w:val="ru-RU"/>
              </w:rPr>
              <w:t>.</w:t>
            </w:r>
            <w:r>
              <w:t>ru</w:t>
            </w:r>
            <w:r w:rsidRPr="00332DB8">
              <w:rPr>
                <w:lang w:val="ru-RU"/>
              </w:rPr>
              <w:t>/</w:t>
            </w:r>
            <w:r>
              <w:t>literature</w:t>
            </w:r>
            <w:r w:rsidRPr="00332DB8">
              <w:rPr>
                <w:lang w:val="ru-RU"/>
              </w:rPr>
              <w:t>/</w:t>
            </w:r>
            <w:r>
              <w:t>poetry</w:t>
            </w:r>
            <w:r w:rsidRPr="00332DB8">
              <w:rPr>
                <w:lang w:val="ru-RU"/>
              </w:rPr>
              <w:t>/</w:t>
            </w:r>
            <w:r>
              <w:t>ilja</w:t>
            </w:r>
            <w:r w:rsidRPr="00332DB8">
              <w:rPr>
                <w:lang w:val="ru-RU"/>
              </w:rPr>
              <w:t>-</w:t>
            </w:r>
            <w:r>
              <w:t>maslov</w:t>
            </w:r>
            <w:r w:rsidRPr="00332DB8">
              <w:rPr>
                <w:lang w:val="ru-RU"/>
              </w:rPr>
              <w:t>-</w:t>
            </w:r>
            <w:r>
              <w:t>sbornik</w:t>
            </w:r>
            <w:r w:rsidRPr="00332DB8">
              <w:rPr>
                <w:lang w:val="ru-RU"/>
              </w:rPr>
              <w:t>-</w:t>
            </w:r>
            <w:r>
              <w:t>stihov</w:t>
            </w:r>
            <w:r w:rsidRPr="00332DB8">
              <w:rPr>
                <w:lang w:val="ru-RU"/>
              </w:rPr>
              <w:t>-</w:t>
            </w:r>
            <w:r>
              <w:t>severnoi</w:t>
            </w:r>
            <w:r w:rsidRPr="00332DB8">
              <w:rPr>
                <w:lang w:val="ru-RU"/>
              </w:rPr>
              <w:t>-</w:t>
            </w:r>
            <w:r>
              <w:t>bolyu</w:t>
            </w:r>
            <w:r w:rsidRPr="00332DB8">
              <w:rPr>
                <w:lang w:val="ru-RU"/>
              </w:rPr>
              <w:t>-</w:t>
            </w:r>
            <w:r>
              <w:t>i</w:t>
            </w:r>
            <w:r w:rsidRPr="00332DB8">
              <w:rPr>
                <w:lang w:val="ru-RU"/>
              </w:rPr>
              <w:t>-</w:t>
            </w:r>
            <w:r>
              <w:t>ruskoi</w:t>
            </w:r>
            <w:r w:rsidRPr="00332DB8">
              <w:rPr>
                <w:lang w:val="ru-RU"/>
              </w:rPr>
              <w:t>-</w:t>
            </w:r>
            <w:r>
              <w:t>pechalyu</w:t>
            </w:r>
            <w:r w:rsidRPr="00332DB8">
              <w:rPr>
                <w:lang w:val="ru-RU"/>
              </w:rPr>
              <w:t>.</w:t>
            </w:r>
            <w:r>
              <w:t>html</w:t>
            </w:r>
            <w:r w:rsidRPr="00332DB8">
              <w:rPr>
                <w:lang w:val="ru-RU"/>
              </w:rPr>
              <w:t xml:space="preserve"> (решение Октябрьского районного суда г. Барнаула от 21.01.2015);</w:t>
            </w:r>
          </w:p>
        </w:tc>
        <w:tc>
          <w:tcPr>
            <w:tcW w:w="2880" w:type="dxa"/>
          </w:tcPr>
          <w:p w:rsidR="006F7457" w:rsidRPr="00332DB8" w:rsidRDefault="006F7457">
            <w:pPr>
              <w:rPr>
                <w:lang w:val="ru-RU"/>
              </w:rPr>
            </w:pPr>
          </w:p>
        </w:tc>
      </w:tr>
      <w:tr w:rsidR="006F7457" w:rsidRPr="005A424D">
        <w:tc>
          <w:tcPr>
            <w:tcW w:w="2880" w:type="dxa"/>
          </w:tcPr>
          <w:p w:rsidR="006F7457" w:rsidRDefault="00332DB8">
            <w:r>
              <w:t>2753.</w:t>
            </w:r>
          </w:p>
        </w:tc>
        <w:tc>
          <w:tcPr>
            <w:tcW w:w="2880" w:type="dxa"/>
          </w:tcPr>
          <w:p w:rsidR="006F7457" w:rsidRPr="00332DB8" w:rsidRDefault="00332DB8">
            <w:pPr>
              <w:rPr>
                <w:lang w:val="ru-RU"/>
              </w:rPr>
            </w:pPr>
            <w:r w:rsidRPr="00332DB8">
              <w:rPr>
                <w:lang w:val="ru-RU"/>
              </w:rPr>
              <w:t xml:space="preserve">Информация, распространяемая посредством сети «Интернет» на странице </w:t>
            </w:r>
            <w:r>
              <w:t>http</w:t>
            </w:r>
            <w:r w:rsidRPr="00332DB8">
              <w:rPr>
                <w:lang w:val="ru-RU"/>
              </w:rPr>
              <w:t>://</w:t>
            </w:r>
            <w:r>
              <w:t>www</w:t>
            </w:r>
            <w:r w:rsidRPr="00332DB8">
              <w:rPr>
                <w:lang w:val="ru-RU"/>
              </w:rPr>
              <w:t>.</w:t>
            </w:r>
            <w:r>
              <w:t>vsesuki</w:t>
            </w:r>
            <w:r w:rsidRPr="00332DB8">
              <w:rPr>
                <w:lang w:val="ru-RU"/>
              </w:rPr>
              <w:t>.</w:t>
            </w:r>
            <w:r>
              <w:t>com</w:t>
            </w:r>
            <w:r w:rsidRPr="00332DB8">
              <w:rPr>
                <w:lang w:val="ru-RU"/>
              </w:rPr>
              <w:t xml:space="preserve">/?1132 на Интернет-сайте </w:t>
            </w:r>
            <w:r>
              <w:t>www</w:t>
            </w:r>
            <w:r w:rsidRPr="00332DB8">
              <w:rPr>
                <w:lang w:val="ru-RU"/>
              </w:rPr>
              <w:t>.</w:t>
            </w:r>
            <w:r>
              <w:t>vsesuki</w:t>
            </w:r>
            <w:r w:rsidRPr="00332DB8">
              <w:rPr>
                <w:lang w:val="ru-RU"/>
              </w:rPr>
              <w:t>.</w:t>
            </w:r>
            <w:r>
              <w:t>com</w:t>
            </w:r>
            <w:r w:rsidRPr="00332DB8">
              <w:rPr>
                <w:lang w:val="ru-RU"/>
              </w:rPr>
              <w:t xml:space="preserve"> (решение Пушкинского районного суда города Санкт-Петербурга от 01.10.2014;</w:t>
            </w:r>
          </w:p>
        </w:tc>
        <w:tc>
          <w:tcPr>
            <w:tcW w:w="2880" w:type="dxa"/>
          </w:tcPr>
          <w:p w:rsidR="006F7457" w:rsidRPr="00332DB8" w:rsidRDefault="006F7457">
            <w:pPr>
              <w:rPr>
                <w:lang w:val="ru-RU"/>
              </w:rPr>
            </w:pPr>
          </w:p>
        </w:tc>
      </w:tr>
      <w:tr w:rsidR="006F7457" w:rsidRPr="005A424D">
        <w:tc>
          <w:tcPr>
            <w:tcW w:w="2880" w:type="dxa"/>
          </w:tcPr>
          <w:p w:rsidR="006F7457" w:rsidRDefault="00332DB8">
            <w:r>
              <w:t>2754.</w:t>
            </w:r>
          </w:p>
        </w:tc>
        <w:tc>
          <w:tcPr>
            <w:tcW w:w="2880" w:type="dxa"/>
          </w:tcPr>
          <w:p w:rsidR="006F7457" w:rsidRPr="00332DB8" w:rsidRDefault="00332DB8">
            <w:pPr>
              <w:rPr>
                <w:lang w:val="ru-RU"/>
              </w:rPr>
            </w:pPr>
            <w:r w:rsidRPr="00332DB8">
              <w:rPr>
                <w:lang w:val="ru-RU"/>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2880" w:type="dxa"/>
          </w:tcPr>
          <w:p w:rsidR="006F7457" w:rsidRPr="00332DB8" w:rsidRDefault="006F7457">
            <w:pPr>
              <w:rPr>
                <w:lang w:val="ru-RU"/>
              </w:rPr>
            </w:pPr>
          </w:p>
        </w:tc>
      </w:tr>
      <w:tr w:rsidR="006F7457" w:rsidRPr="005A424D">
        <w:tc>
          <w:tcPr>
            <w:tcW w:w="2880" w:type="dxa"/>
          </w:tcPr>
          <w:p w:rsidR="006F7457" w:rsidRDefault="00332DB8">
            <w:r>
              <w:t>2755.</w:t>
            </w:r>
          </w:p>
        </w:tc>
        <w:tc>
          <w:tcPr>
            <w:tcW w:w="2880" w:type="dxa"/>
          </w:tcPr>
          <w:p w:rsidR="006F7457" w:rsidRPr="00332DB8" w:rsidRDefault="00332DB8">
            <w:pPr>
              <w:rPr>
                <w:lang w:val="ru-RU"/>
              </w:rPr>
            </w:pPr>
            <w:r w:rsidRPr="00332DB8">
              <w:rPr>
                <w:lang w:val="ru-RU"/>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2880" w:type="dxa"/>
          </w:tcPr>
          <w:p w:rsidR="006F7457" w:rsidRPr="00332DB8" w:rsidRDefault="006F7457">
            <w:pPr>
              <w:rPr>
                <w:lang w:val="ru-RU"/>
              </w:rPr>
            </w:pPr>
          </w:p>
        </w:tc>
      </w:tr>
      <w:tr w:rsidR="006F7457">
        <w:tc>
          <w:tcPr>
            <w:tcW w:w="2880" w:type="dxa"/>
          </w:tcPr>
          <w:p w:rsidR="006F7457" w:rsidRDefault="00332DB8">
            <w:r>
              <w:t>2756.</w:t>
            </w:r>
          </w:p>
        </w:tc>
        <w:tc>
          <w:tcPr>
            <w:tcW w:w="2880" w:type="dxa"/>
          </w:tcPr>
          <w:p w:rsidR="006F7457" w:rsidRDefault="00332DB8">
            <w:r w:rsidRPr="00332DB8">
              <w:rPr>
                <w:lang w:val="ru-RU"/>
              </w:rPr>
              <w:t xml:space="preserve">Размещенные в разделе «видеозаписи» на странице пользователя (электронный адрес - </w:t>
            </w:r>
            <w:r>
              <w:t>http</w:t>
            </w:r>
            <w:r w:rsidRPr="00332DB8">
              <w:rPr>
                <w:lang w:val="ru-RU"/>
              </w:rPr>
              <w:t>://</w:t>
            </w:r>
            <w:r>
              <w:t>vk</w:t>
            </w:r>
            <w:r w:rsidRPr="00332DB8">
              <w:rPr>
                <w:lang w:val="ru-RU"/>
              </w:rPr>
              <w:t>.</w:t>
            </w:r>
            <w:r>
              <w:t>com</w:t>
            </w:r>
            <w:r w:rsidRPr="00332DB8">
              <w:rPr>
                <w:lang w:val="ru-RU"/>
              </w:rPr>
              <w:t>/</w:t>
            </w:r>
            <w:r>
              <w:t>rafburn</w:t>
            </w:r>
            <w:r w:rsidRPr="00332DB8">
              <w:rPr>
                <w:lang w:val="ru-RU"/>
              </w:rPr>
              <w:t xml:space="preserve">) сайта международной сети Интернет </w:t>
            </w:r>
            <w:r>
              <w:t>www</w:t>
            </w:r>
            <w:r w:rsidRPr="00332DB8">
              <w:rPr>
                <w:lang w:val="ru-RU"/>
              </w:rPr>
              <w:t>.</w:t>
            </w:r>
            <w:r>
              <w:t>vk</w:t>
            </w:r>
            <w:r w:rsidRPr="00332DB8">
              <w:rPr>
                <w:lang w:val="ru-RU"/>
              </w:rPr>
              <w:t>.</w:t>
            </w:r>
            <w:r>
              <w:t>com</w:t>
            </w:r>
            <w:r w:rsidRPr="00332DB8">
              <w:rPr>
                <w:lang w:val="ru-RU"/>
              </w:rPr>
              <w:t xml:space="preserve">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w:t>
            </w:r>
            <w:r>
              <w:t>Судьбой довольные!!!» (решение Альметьевского городского суда Республики Татарстан от 05.02.2015);</w:t>
            </w:r>
          </w:p>
        </w:tc>
        <w:tc>
          <w:tcPr>
            <w:tcW w:w="2880" w:type="dxa"/>
          </w:tcPr>
          <w:p w:rsidR="006F7457" w:rsidRDefault="006F7457"/>
        </w:tc>
      </w:tr>
      <w:tr w:rsidR="006F7457" w:rsidRPr="005A424D">
        <w:tc>
          <w:tcPr>
            <w:tcW w:w="2880" w:type="dxa"/>
          </w:tcPr>
          <w:p w:rsidR="006F7457" w:rsidRDefault="00332DB8">
            <w:r>
              <w:lastRenderedPageBreak/>
              <w:t>2757.</w:t>
            </w:r>
          </w:p>
        </w:tc>
        <w:tc>
          <w:tcPr>
            <w:tcW w:w="2880" w:type="dxa"/>
          </w:tcPr>
          <w:p w:rsidR="006F7457" w:rsidRPr="00332DB8" w:rsidRDefault="00332DB8">
            <w:pPr>
              <w:rPr>
                <w:lang w:val="ru-RU"/>
              </w:rPr>
            </w:pPr>
            <w:r w:rsidRPr="00332DB8">
              <w:rPr>
                <w:lang w:val="ru-RU"/>
              </w:rPr>
              <w:t xml:space="preserve">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97669321 (решение Фокинского районного суда г. Брянска от 18.02.2015);</w:t>
            </w:r>
          </w:p>
        </w:tc>
        <w:tc>
          <w:tcPr>
            <w:tcW w:w="2880" w:type="dxa"/>
          </w:tcPr>
          <w:p w:rsidR="006F7457" w:rsidRPr="00332DB8" w:rsidRDefault="006F7457">
            <w:pPr>
              <w:rPr>
                <w:lang w:val="ru-RU"/>
              </w:rPr>
            </w:pPr>
          </w:p>
        </w:tc>
      </w:tr>
      <w:tr w:rsidR="006F7457" w:rsidRPr="005A424D">
        <w:tc>
          <w:tcPr>
            <w:tcW w:w="2880" w:type="dxa"/>
          </w:tcPr>
          <w:p w:rsidR="006F7457" w:rsidRDefault="00332DB8">
            <w:r>
              <w:t>2758.</w:t>
            </w:r>
          </w:p>
        </w:tc>
        <w:tc>
          <w:tcPr>
            <w:tcW w:w="2880" w:type="dxa"/>
          </w:tcPr>
          <w:p w:rsidR="006F7457" w:rsidRPr="00332DB8" w:rsidRDefault="00332DB8">
            <w:pPr>
              <w:rPr>
                <w:lang w:val="ru-RU"/>
              </w:rPr>
            </w:pPr>
            <w:r w:rsidRPr="00332DB8">
              <w:rPr>
                <w:lang w:val="ru-RU"/>
              </w:rPr>
              <w:t xml:space="preserve">Информация, распространяемая посредством сети «Интернет» на Интернет-странице </w:t>
            </w:r>
            <w:r>
              <w:t>http</w:t>
            </w:r>
            <w:r w:rsidRPr="00332DB8">
              <w:rPr>
                <w:lang w:val="ru-RU"/>
              </w:rPr>
              <w:t>://</w:t>
            </w:r>
            <w:r>
              <w:t>demotivation</w:t>
            </w:r>
            <w:r w:rsidRPr="00332DB8">
              <w:rPr>
                <w:lang w:val="ru-RU"/>
              </w:rPr>
              <w:t>.</w:t>
            </w:r>
            <w:r>
              <w:t>me</w:t>
            </w:r>
            <w:r w:rsidRPr="00332DB8">
              <w:rPr>
                <w:lang w:val="ru-RU"/>
              </w:rPr>
              <w:t>/</w:t>
            </w:r>
            <w:r>
              <w:t>g</w:t>
            </w:r>
            <w:r w:rsidRPr="00332DB8">
              <w:rPr>
                <w:lang w:val="ru-RU"/>
              </w:rPr>
              <w:t>8</w:t>
            </w:r>
            <w:r>
              <w:t>v</w:t>
            </w:r>
            <w:r w:rsidRPr="00332DB8">
              <w:rPr>
                <w:lang w:val="ru-RU"/>
              </w:rPr>
              <w:t>55</w:t>
            </w:r>
            <w:r>
              <w:t>j</w:t>
            </w:r>
            <w:r w:rsidRPr="00332DB8">
              <w:rPr>
                <w:lang w:val="ru-RU"/>
              </w:rPr>
              <w:t>8</w:t>
            </w:r>
            <w:r>
              <w:t>tag</w:t>
            </w:r>
            <w:r w:rsidRPr="00332DB8">
              <w:rPr>
                <w:lang w:val="ru-RU"/>
              </w:rPr>
              <w:t>7</w:t>
            </w:r>
            <w:r>
              <w:t>dpic</w:t>
            </w:r>
            <w:r w:rsidRPr="00332DB8">
              <w:rPr>
                <w:lang w:val="ru-RU"/>
              </w:rPr>
              <w:t>.</w:t>
            </w:r>
            <w:r>
              <w:t>html</w:t>
            </w:r>
            <w:r w:rsidRPr="00332DB8">
              <w:rPr>
                <w:lang w:val="ru-RU"/>
              </w:rPr>
              <w:t>#.</w:t>
            </w:r>
            <w:r>
              <w:t>U</w:t>
            </w:r>
            <w:r w:rsidRPr="00332DB8">
              <w:rPr>
                <w:lang w:val="ru-RU"/>
              </w:rPr>
              <w:t>5</w:t>
            </w:r>
            <w:r>
              <w:t>cNGHYf</w:t>
            </w:r>
            <w:r w:rsidRPr="00332DB8">
              <w:rPr>
                <w:lang w:val="ru-RU"/>
              </w:rPr>
              <w:t>-</w:t>
            </w:r>
            <w:r>
              <w:t>Cg</w:t>
            </w:r>
            <w:r w:rsidRPr="00332DB8">
              <w:rPr>
                <w:lang w:val="ru-RU"/>
              </w:rPr>
              <w:t xml:space="preserve"> на Интернет-сайте </w:t>
            </w:r>
            <w:r>
              <w:t>www</w:t>
            </w:r>
            <w:r w:rsidRPr="00332DB8">
              <w:rPr>
                <w:lang w:val="ru-RU"/>
              </w:rPr>
              <w:t>.</w:t>
            </w:r>
            <w:r>
              <w:t>demotivation</w:t>
            </w:r>
            <w:r w:rsidRPr="00332DB8">
              <w:rPr>
                <w:lang w:val="ru-RU"/>
              </w:rPr>
              <w:t>.</w:t>
            </w:r>
            <w:r>
              <w:t>me</w:t>
            </w:r>
            <w:r w:rsidRPr="00332DB8">
              <w:rPr>
                <w:lang w:val="ru-RU"/>
              </w:rPr>
              <w:t xml:space="preserve"> (решение Пушкинского районного суда города Санкт-Петербурга от 13.10.2014);</w:t>
            </w:r>
          </w:p>
        </w:tc>
        <w:tc>
          <w:tcPr>
            <w:tcW w:w="2880" w:type="dxa"/>
          </w:tcPr>
          <w:p w:rsidR="006F7457" w:rsidRPr="00332DB8" w:rsidRDefault="006F7457">
            <w:pPr>
              <w:rPr>
                <w:lang w:val="ru-RU"/>
              </w:rPr>
            </w:pPr>
          </w:p>
        </w:tc>
      </w:tr>
      <w:tr w:rsidR="006F7457" w:rsidRPr="005A424D">
        <w:tc>
          <w:tcPr>
            <w:tcW w:w="2880" w:type="dxa"/>
          </w:tcPr>
          <w:p w:rsidR="006F7457" w:rsidRDefault="00332DB8">
            <w:r>
              <w:t>2759.</w:t>
            </w:r>
          </w:p>
        </w:tc>
        <w:tc>
          <w:tcPr>
            <w:tcW w:w="2880" w:type="dxa"/>
          </w:tcPr>
          <w:p w:rsidR="006F7457" w:rsidRPr="00332DB8" w:rsidRDefault="00332DB8">
            <w:pPr>
              <w:rPr>
                <w:lang w:val="ru-RU"/>
              </w:rPr>
            </w:pPr>
            <w:r w:rsidRPr="00332DB8">
              <w:rPr>
                <w:lang w:val="ru-RU"/>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2880" w:type="dxa"/>
          </w:tcPr>
          <w:p w:rsidR="006F7457" w:rsidRPr="00332DB8" w:rsidRDefault="006F7457">
            <w:pPr>
              <w:rPr>
                <w:lang w:val="ru-RU"/>
              </w:rPr>
            </w:pPr>
          </w:p>
        </w:tc>
      </w:tr>
      <w:tr w:rsidR="006F7457" w:rsidRPr="005A424D">
        <w:tc>
          <w:tcPr>
            <w:tcW w:w="2880" w:type="dxa"/>
          </w:tcPr>
          <w:p w:rsidR="006F7457" w:rsidRDefault="00332DB8">
            <w:r>
              <w:t>2760.</w:t>
            </w:r>
          </w:p>
        </w:tc>
        <w:tc>
          <w:tcPr>
            <w:tcW w:w="2880" w:type="dxa"/>
          </w:tcPr>
          <w:p w:rsidR="006F7457" w:rsidRPr="00332DB8" w:rsidRDefault="00332DB8">
            <w:pPr>
              <w:rPr>
                <w:lang w:val="ru-RU"/>
              </w:rPr>
            </w:pPr>
            <w:r w:rsidRPr="00332DB8">
              <w:rPr>
                <w:lang w:val="ru-RU"/>
              </w:rPr>
              <w:t xml:space="preserve">Информация, распространяемая посредством сети «Интернет» на странице </w:t>
            </w:r>
            <w:r>
              <w:t>http</w:t>
            </w:r>
            <w:r w:rsidRPr="00332DB8">
              <w:rPr>
                <w:lang w:val="ru-RU"/>
              </w:rPr>
              <w:t>://2</w:t>
            </w:r>
            <w:r>
              <w:t>ch</w:t>
            </w:r>
            <w:r w:rsidRPr="00332DB8">
              <w:rPr>
                <w:lang w:val="ru-RU"/>
              </w:rPr>
              <w:t>-</w:t>
            </w:r>
            <w:r>
              <w:t>b</w:t>
            </w:r>
            <w:r w:rsidRPr="00332DB8">
              <w:rPr>
                <w:lang w:val="ru-RU"/>
              </w:rPr>
              <w:t>.</w:t>
            </w:r>
            <w:r>
              <w:t>ru</w:t>
            </w:r>
            <w:r w:rsidRPr="00332DB8">
              <w:rPr>
                <w:lang w:val="ru-RU"/>
              </w:rPr>
              <w:t>/2013/12/13/</w:t>
            </w:r>
            <w:r>
              <w:t>my</w:t>
            </w:r>
            <w:r w:rsidRPr="00332DB8">
              <w:rPr>
                <w:lang w:val="ru-RU"/>
              </w:rPr>
              <w:t>-</w:t>
            </w:r>
            <w:r>
              <w:t>poniali</w:t>
            </w:r>
            <w:r w:rsidRPr="00332DB8">
              <w:rPr>
                <w:lang w:val="ru-RU"/>
              </w:rPr>
              <w:t>-</w:t>
            </w:r>
            <w:r>
              <w:t>hachi</w:t>
            </w:r>
            <w:r w:rsidRPr="00332DB8">
              <w:rPr>
                <w:lang w:val="ru-RU"/>
              </w:rPr>
              <w:t>-</w:t>
            </w:r>
            <w:r>
              <w:t>ne</w:t>
            </w:r>
            <w:r w:rsidRPr="00332DB8">
              <w:rPr>
                <w:lang w:val="ru-RU"/>
              </w:rPr>
              <w:t>-</w:t>
            </w:r>
            <w:r>
              <w:t>liudi</w:t>
            </w:r>
            <w:r w:rsidRPr="00332DB8">
              <w:rPr>
                <w:lang w:val="ru-RU"/>
              </w:rPr>
              <w:t>-</w:t>
            </w:r>
            <w:r>
              <w:t>otnyne</w:t>
            </w:r>
            <w:r w:rsidRPr="00332DB8">
              <w:rPr>
                <w:lang w:val="ru-RU"/>
              </w:rPr>
              <w:t>-</w:t>
            </w:r>
            <w:r>
              <w:t>slovo</w:t>
            </w:r>
            <w:r w:rsidRPr="00332DB8">
              <w:rPr>
                <w:lang w:val="ru-RU"/>
              </w:rPr>
              <w:t>-</w:t>
            </w:r>
            <w:r>
              <w:t>hach</w:t>
            </w:r>
            <w:r w:rsidRPr="00332DB8">
              <w:rPr>
                <w:lang w:val="ru-RU"/>
              </w:rPr>
              <w:t>-</w:t>
            </w:r>
            <w:r>
              <w:t>dlia</w:t>
            </w:r>
            <w:r w:rsidRPr="00332DB8">
              <w:rPr>
                <w:lang w:val="ru-RU"/>
              </w:rPr>
              <w:t>-</w:t>
            </w:r>
            <w:r>
              <w:t>nas</w:t>
            </w:r>
            <w:r w:rsidRPr="00332DB8">
              <w:rPr>
                <w:lang w:val="ru-RU"/>
              </w:rPr>
              <w:t>-</w:t>
            </w:r>
            <w:r>
              <w:t>samoe</w:t>
            </w:r>
            <w:r w:rsidRPr="00332DB8">
              <w:rPr>
                <w:lang w:val="ru-RU"/>
              </w:rPr>
              <w:t>-</w:t>
            </w:r>
            <w:r>
              <w:t>strashnoe</w:t>
            </w:r>
            <w:r w:rsidRPr="00332DB8">
              <w:rPr>
                <w:lang w:val="ru-RU"/>
              </w:rPr>
              <w:t>-58918936.</w:t>
            </w:r>
            <w:r>
              <w:t>html</w:t>
            </w:r>
            <w:r w:rsidRPr="00332DB8">
              <w:rPr>
                <w:lang w:val="ru-RU"/>
              </w:rPr>
              <w:t xml:space="preserve"># на Интернет-сайте </w:t>
            </w:r>
            <w:r>
              <w:t>www</w:t>
            </w:r>
            <w:r w:rsidRPr="00332DB8">
              <w:rPr>
                <w:lang w:val="ru-RU"/>
              </w:rPr>
              <w:t>. 2</w:t>
            </w:r>
            <w:r>
              <w:t>ch</w:t>
            </w:r>
            <w:r w:rsidRPr="00332DB8">
              <w:rPr>
                <w:lang w:val="ru-RU"/>
              </w:rPr>
              <w:t>-</w:t>
            </w:r>
            <w:r>
              <w:t>b</w:t>
            </w:r>
            <w:r w:rsidRPr="00332DB8">
              <w:rPr>
                <w:lang w:val="ru-RU"/>
              </w:rPr>
              <w:t>.</w:t>
            </w:r>
            <w:r>
              <w:t>ru</w:t>
            </w:r>
            <w:r w:rsidRPr="00332DB8">
              <w:rPr>
                <w:lang w:val="ru-RU"/>
              </w:rPr>
              <w:t xml:space="preserve"> (решение Пушкинского районного суда города Санкт-Петербурга от 21.10.2014);</w:t>
            </w:r>
          </w:p>
        </w:tc>
        <w:tc>
          <w:tcPr>
            <w:tcW w:w="2880" w:type="dxa"/>
          </w:tcPr>
          <w:p w:rsidR="006F7457" w:rsidRPr="00332DB8" w:rsidRDefault="006F7457">
            <w:pPr>
              <w:rPr>
                <w:lang w:val="ru-RU"/>
              </w:rPr>
            </w:pPr>
          </w:p>
        </w:tc>
      </w:tr>
      <w:tr w:rsidR="006F7457" w:rsidRPr="005A424D">
        <w:tc>
          <w:tcPr>
            <w:tcW w:w="2880" w:type="dxa"/>
          </w:tcPr>
          <w:p w:rsidR="006F7457" w:rsidRDefault="00332DB8">
            <w:r>
              <w:t>2761.</w:t>
            </w:r>
          </w:p>
        </w:tc>
        <w:tc>
          <w:tcPr>
            <w:tcW w:w="2880" w:type="dxa"/>
          </w:tcPr>
          <w:p w:rsidR="006F7457" w:rsidRPr="00332DB8" w:rsidRDefault="00332DB8">
            <w:pPr>
              <w:rPr>
                <w:lang w:val="ru-RU"/>
              </w:rPr>
            </w:pPr>
            <w:r w:rsidRPr="00332DB8">
              <w:rPr>
                <w:lang w:val="ru-RU"/>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c>
          <w:tcPr>
            <w:tcW w:w="2880" w:type="dxa"/>
          </w:tcPr>
          <w:p w:rsidR="006F7457" w:rsidRPr="00332DB8" w:rsidRDefault="006F7457">
            <w:pPr>
              <w:rPr>
                <w:lang w:val="ru-RU"/>
              </w:rPr>
            </w:pPr>
          </w:p>
        </w:tc>
      </w:tr>
      <w:tr w:rsidR="006F7457" w:rsidRPr="005A424D">
        <w:tc>
          <w:tcPr>
            <w:tcW w:w="2880" w:type="dxa"/>
          </w:tcPr>
          <w:p w:rsidR="006F7457" w:rsidRDefault="00332DB8">
            <w:r>
              <w:t>276</w:t>
            </w:r>
            <w:r>
              <w:lastRenderedPageBreak/>
              <w:t>2.</w:t>
            </w:r>
          </w:p>
        </w:tc>
        <w:tc>
          <w:tcPr>
            <w:tcW w:w="2880" w:type="dxa"/>
          </w:tcPr>
          <w:p w:rsidR="006F7457" w:rsidRPr="00332DB8" w:rsidRDefault="00332DB8">
            <w:pPr>
              <w:rPr>
                <w:lang w:val="ru-RU"/>
              </w:rPr>
            </w:pPr>
            <w:r w:rsidRPr="00332DB8">
              <w:rPr>
                <w:lang w:val="ru-RU"/>
              </w:rPr>
              <w:lastRenderedPageBreak/>
              <w:t xml:space="preserve">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w:t>
            </w:r>
            <w:r>
              <w:t>http</w:t>
            </w:r>
            <w:r w:rsidRPr="00332DB8">
              <w:rPr>
                <w:lang w:val="ru-RU"/>
              </w:rPr>
              <w:t>://</w:t>
            </w:r>
            <w:r>
              <w:t>vk</w:t>
            </w:r>
            <w:r w:rsidRPr="00332DB8">
              <w:rPr>
                <w:lang w:val="ru-RU"/>
              </w:rPr>
              <w:t>.</w:t>
            </w:r>
            <w:r>
              <w:t>com</w:t>
            </w:r>
            <w:r w:rsidRPr="00332DB8">
              <w:rPr>
                <w:lang w:val="ru-RU"/>
              </w:rPr>
              <w:t>/</w:t>
            </w:r>
            <w:r>
              <w:t>bunkerserebra</w:t>
            </w:r>
            <w:r w:rsidRPr="00332DB8">
              <w:rPr>
                <w:lang w:val="ru-RU"/>
              </w:rPr>
              <w:t xml:space="preserve"> (решение Курганского городского суда </w:t>
            </w:r>
            <w:r w:rsidRPr="00332DB8">
              <w:rPr>
                <w:lang w:val="ru-RU"/>
              </w:rPr>
              <w:lastRenderedPageBreak/>
              <w:t>от 26.01.2015);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2763.</w:t>
            </w:r>
          </w:p>
        </w:tc>
        <w:tc>
          <w:tcPr>
            <w:tcW w:w="2880" w:type="dxa"/>
          </w:tcPr>
          <w:p w:rsidR="006F7457" w:rsidRPr="00332DB8" w:rsidRDefault="00332DB8">
            <w:pPr>
              <w:rPr>
                <w:lang w:val="ru-RU"/>
              </w:rPr>
            </w:pPr>
            <w:r w:rsidRPr="00332DB8">
              <w:rPr>
                <w:lang w:val="ru-RU"/>
              </w:rPr>
              <w:t xml:space="preserve">Видеофайл под наименованием «Амир Сайфуллах о Джихаде. Часть 1», расположенный по сети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fe</w:t>
            </w:r>
            <w:r w:rsidRPr="00332DB8">
              <w:rPr>
                <w:lang w:val="ru-RU"/>
              </w:rPr>
              <w:t>6</w:t>
            </w:r>
            <w:r>
              <w:t>yNSdiO</w:t>
            </w:r>
            <w:r w:rsidRPr="00332DB8">
              <w:rPr>
                <w:lang w:val="ru-RU"/>
              </w:rPr>
              <w:t>_</w:t>
            </w:r>
            <w:r>
              <w:t>c</w:t>
            </w:r>
            <w:r w:rsidRPr="00332DB8">
              <w:rPr>
                <w:lang w:val="ru-RU"/>
              </w:rPr>
              <w:t xml:space="preserve"> (решение Ленинского районного суда Волгоградской области от 25.02.2015);</w:t>
            </w:r>
          </w:p>
        </w:tc>
        <w:tc>
          <w:tcPr>
            <w:tcW w:w="2880" w:type="dxa"/>
          </w:tcPr>
          <w:p w:rsidR="006F7457" w:rsidRPr="00332DB8" w:rsidRDefault="006F7457">
            <w:pPr>
              <w:rPr>
                <w:lang w:val="ru-RU"/>
              </w:rPr>
            </w:pPr>
          </w:p>
        </w:tc>
      </w:tr>
      <w:tr w:rsidR="006F7457" w:rsidRPr="005A424D">
        <w:tc>
          <w:tcPr>
            <w:tcW w:w="2880" w:type="dxa"/>
          </w:tcPr>
          <w:p w:rsidR="006F7457" w:rsidRDefault="00332DB8">
            <w:r>
              <w:t>2764.</w:t>
            </w:r>
          </w:p>
        </w:tc>
        <w:tc>
          <w:tcPr>
            <w:tcW w:w="2880" w:type="dxa"/>
          </w:tcPr>
          <w:p w:rsidR="006F7457" w:rsidRPr="00332DB8" w:rsidRDefault="00332DB8">
            <w:pPr>
              <w:rPr>
                <w:lang w:val="ru-RU"/>
              </w:rPr>
            </w:pPr>
            <w:r>
              <w:t xml:space="preserve">Видеоролики: - «(360P)~1.MP4»; - «Джихад на Кавказе (240р).mp4»;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аль Ауляки.mp4»; - «отношение сирийского народа к Джихаду.mp4»; - «Сирия. </w:t>
            </w:r>
            <w:r w:rsidRPr="00332DB8">
              <w:rPr>
                <w:lang w:val="ru-RU"/>
              </w:rPr>
              <w:t>Битва за Ислам.</w:t>
            </w:r>
            <w:r>
              <w:t>mp</w:t>
            </w:r>
            <w:r w:rsidRPr="00332DB8">
              <w:rPr>
                <w:lang w:val="ru-RU"/>
              </w:rPr>
              <w:t>4»; - «Халид ибн аль-Валид.</w:t>
            </w:r>
            <w:r>
              <w:t>mp</w:t>
            </w:r>
            <w:r w:rsidRPr="00332DB8">
              <w:rPr>
                <w:lang w:val="ru-RU"/>
              </w:rPr>
              <w:t>4»; - «Шейх ʻАбду-Ллах ар-Рушуд- ʻСпешите на Рибатʼ .</w:t>
            </w:r>
            <w:r>
              <w:t>mp</w:t>
            </w:r>
            <w:r w:rsidRPr="00332DB8">
              <w:rPr>
                <w:lang w:val="ru-RU"/>
              </w:rPr>
              <w:t xml:space="preserve">4»; - «Шейх Сулайман Альван о тех кто сдает муджахидов кяфирским властям. </w:t>
            </w:r>
            <w:r>
              <w:t>mp</w:t>
            </w:r>
            <w:r w:rsidRPr="00332DB8">
              <w:rPr>
                <w:lang w:val="ru-RU"/>
              </w:rPr>
              <w:t>4; - «Мухаммад Люхайдан – Дуа за Сирию.</w:t>
            </w:r>
            <w:r>
              <w:t>mp</w:t>
            </w:r>
            <w:r w:rsidRPr="00332DB8">
              <w:rPr>
                <w:lang w:val="ru-RU"/>
              </w:rPr>
              <w:t xml:space="preserve">4», распространенные в свободном доступе на интернет-сайтах </w:t>
            </w:r>
            <w:r>
              <w:t>www</w:t>
            </w:r>
            <w:r w:rsidRPr="00332DB8">
              <w:rPr>
                <w:lang w:val="ru-RU"/>
              </w:rPr>
              <w:t>.</w:t>
            </w:r>
            <w:r>
              <w:t>youtube</w:t>
            </w:r>
            <w:r w:rsidRPr="00332DB8">
              <w:rPr>
                <w:lang w:val="ru-RU"/>
              </w:rPr>
              <w:t>.</w:t>
            </w:r>
            <w:r>
              <w:t>com</w:t>
            </w:r>
            <w:r w:rsidRPr="00332DB8">
              <w:rPr>
                <w:lang w:val="ru-RU"/>
              </w:rPr>
              <w:t xml:space="preserve">, </w:t>
            </w:r>
            <w:r>
              <w:t>http</w:t>
            </w:r>
            <w:r w:rsidRPr="00332DB8">
              <w:rPr>
                <w:lang w:val="ru-RU"/>
              </w:rPr>
              <w:t>://</w:t>
            </w:r>
            <w:r>
              <w:t>vk</w:t>
            </w:r>
            <w:r w:rsidRPr="00332DB8">
              <w:rPr>
                <w:lang w:val="ru-RU"/>
              </w:rPr>
              <w:t>.</w:t>
            </w:r>
            <w:r>
              <w:t>com</w:t>
            </w:r>
            <w:r w:rsidRPr="00332DB8">
              <w:rPr>
                <w:lang w:val="ru-RU"/>
              </w:rPr>
              <w:t xml:space="preserve"> (решение Октябрьского районного суда г. Новороссийска от 14.01.2015);</w:t>
            </w:r>
          </w:p>
        </w:tc>
        <w:tc>
          <w:tcPr>
            <w:tcW w:w="2880" w:type="dxa"/>
          </w:tcPr>
          <w:p w:rsidR="006F7457" w:rsidRPr="00332DB8" w:rsidRDefault="006F7457">
            <w:pPr>
              <w:rPr>
                <w:lang w:val="ru-RU"/>
              </w:rPr>
            </w:pPr>
          </w:p>
        </w:tc>
      </w:tr>
      <w:tr w:rsidR="006F7457" w:rsidRPr="005A424D">
        <w:tc>
          <w:tcPr>
            <w:tcW w:w="2880" w:type="dxa"/>
          </w:tcPr>
          <w:p w:rsidR="006F7457" w:rsidRDefault="00332DB8">
            <w:r>
              <w:t>2765.</w:t>
            </w:r>
          </w:p>
        </w:tc>
        <w:tc>
          <w:tcPr>
            <w:tcW w:w="2880" w:type="dxa"/>
          </w:tcPr>
          <w:p w:rsidR="006F7457" w:rsidRPr="00332DB8" w:rsidRDefault="00332DB8">
            <w:pPr>
              <w:rPr>
                <w:lang w:val="ru-RU"/>
              </w:rPr>
            </w:pPr>
            <w:r w:rsidRPr="00332DB8">
              <w:rPr>
                <w:lang w:val="ru-RU"/>
              </w:rPr>
              <w:t xml:space="preserve">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w:t>
            </w:r>
            <w:r>
              <w:t>Dos</w:t>
            </w:r>
            <w:r w:rsidRPr="00332DB8">
              <w:rPr>
                <w:lang w:val="ru-RU"/>
              </w:rPr>
              <w:t>» (4 дек 2009) и «Максим Григорьев» (30 апр 2013), размещенных по электронному адресу: «</w:t>
            </w:r>
            <w:r>
              <w:t>vk</w:t>
            </w:r>
            <w:r w:rsidRPr="00332DB8">
              <w:rPr>
                <w:lang w:val="ru-RU"/>
              </w:rPr>
              <w:t>.</w:t>
            </w:r>
            <w:r>
              <w:t>com</w:t>
            </w:r>
            <w:r w:rsidRPr="00332DB8">
              <w:rPr>
                <w:lang w:val="ru-RU"/>
              </w:rPr>
              <w:t>/</w:t>
            </w:r>
            <w:r>
              <w:t>clab</w:t>
            </w:r>
            <w:r w:rsidRPr="00332DB8">
              <w:rPr>
                <w:lang w:val="ru-RU"/>
              </w:rPr>
              <w:t xml:space="preserve"> 10989063» (решение Майского районного суда Кабардино-Балкарской Республики от 16.02.2015);</w:t>
            </w:r>
          </w:p>
        </w:tc>
        <w:tc>
          <w:tcPr>
            <w:tcW w:w="2880" w:type="dxa"/>
          </w:tcPr>
          <w:p w:rsidR="006F7457" w:rsidRPr="00332DB8" w:rsidRDefault="006F7457">
            <w:pPr>
              <w:rPr>
                <w:lang w:val="ru-RU"/>
              </w:rPr>
            </w:pPr>
          </w:p>
        </w:tc>
      </w:tr>
      <w:tr w:rsidR="006F7457" w:rsidRPr="005A424D">
        <w:tc>
          <w:tcPr>
            <w:tcW w:w="2880" w:type="dxa"/>
          </w:tcPr>
          <w:p w:rsidR="006F7457" w:rsidRDefault="00332DB8">
            <w:r>
              <w:t>276</w:t>
            </w:r>
            <w:r>
              <w:lastRenderedPageBreak/>
              <w:t>6.</w:t>
            </w:r>
          </w:p>
        </w:tc>
        <w:tc>
          <w:tcPr>
            <w:tcW w:w="2880" w:type="dxa"/>
          </w:tcPr>
          <w:p w:rsidR="006F7457" w:rsidRPr="00332DB8" w:rsidRDefault="00332DB8">
            <w:pPr>
              <w:rPr>
                <w:lang w:val="ru-RU"/>
              </w:rPr>
            </w:pPr>
            <w:r w:rsidRPr="00332DB8">
              <w:rPr>
                <w:lang w:val="ru-RU"/>
              </w:rPr>
              <w:lastRenderedPageBreak/>
              <w:t xml:space="preserve">Информационные видеоматериалы, размещенные в информационно-телекоммуникационной сети «Интернет» на интернет-сайтах: </w:t>
            </w:r>
            <w:r>
              <w:t>https</w:t>
            </w:r>
            <w:r w:rsidRPr="00332DB8">
              <w:rPr>
                <w:lang w:val="ru-RU"/>
              </w:rPr>
              <w:t>://</w:t>
            </w:r>
            <w:r>
              <w:t>vk</w:t>
            </w:r>
            <w:r w:rsidRPr="00332DB8">
              <w:rPr>
                <w:lang w:val="ru-RU"/>
              </w:rPr>
              <w:t>.</w:t>
            </w:r>
            <w:r>
              <w:t>com</w:t>
            </w:r>
            <w:r w:rsidRPr="00332DB8">
              <w:rPr>
                <w:lang w:val="ru-RU"/>
              </w:rPr>
              <w:t>/</w:t>
            </w:r>
            <w:r>
              <w:t>search</w:t>
            </w:r>
            <w:r w:rsidRPr="00332DB8">
              <w:rPr>
                <w:lang w:val="ru-RU"/>
              </w:rPr>
              <w:t>?</w:t>
            </w:r>
            <w:r>
              <w:t>c</w:t>
            </w:r>
            <w:r w:rsidRPr="00332DB8">
              <w:rPr>
                <w:lang w:val="ru-RU"/>
              </w:rPr>
              <w:t>%5</w:t>
            </w:r>
            <w:r>
              <w:t>Bq</w:t>
            </w:r>
            <w:r w:rsidRPr="00332DB8">
              <w:rPr>
                <w:lang w:val="ru-RU"/>
              </w:rPr>
              <w:t>%5</w:t>
            </w:r>
            <w:r>
              <w:t>D</w:t>
            </w:r>
            <w:r w:rsidRPr="00332DB8">
              <w:rPr>
                <w:lang w:val="ru-RU"/>
              </w:rPr>
              <w:t>=Тату%20болгарских%20скинов&amp;с%5</w:t>
            </w:r>
            <w:r>
              <w:t>Bsection</w:t>
            </w:r>
            <w:r w:rsidRPr="00332DB8">
              <w:rPr>
                <w:lang w:val="ru-RU"/>
              </w:rPr>
              <w:t>%5</w:t>
            </w:r>
            <w:r>
              <w:t>D</w:t>
            </w:r>
            <w:r w:rsidRPr="00332DB8">
              <w:rPr>
                <w:lang w:val="ru-RU"/>
              </w:rPr>
              <w:t>=</w:t>
            </w:r>
            <w:r>
              <w:t>video</w:t>
            </w:r>
            <w:r w:rsidRPr="00332DB8">
              <w:rPr>
                <w:lang w:val="ru-RU"/>
              </w:rPr>
              <w:t>&amp;</w:t>
            </w:r>
            <w:r>
              <w:t>z</w:t>
            </w:r>
            <w:r w:rsidRPr="00332DB8">
              <w:rPr>
                <w:lang w:val="ru-RU"/>
              </w:rPr>
              <w:t>=</w:t>
            </w:r>
            <w:r>
              <w:t>video</w:t>
            </w:r>
            <w:r w:rsidRPr="00332DB8">
              <w:rPr>
                <w:lang w:val="ru-RU"/>
              </w:rPr>
              <w:t xml:space="preserve">-51682313_170071338 – «Тату болгарских скинов»; </w:t>
            </w:r>
            <w:r>
              <w:lastRenderedPageBreak/>
              <w:t>https</w:t>
            </w:r>
            <w:r w:rsidRPr="00332DB8">
              <w:rPr>
                <w:lang w:val="ru-RU"/>
              </w:rPr>
              <w:t>://</w:t>
            </w:r>
            <w:r>
              <w:t>vk</w:t>
            </w:r>
            <w:r w:rsidRPr="00332DB8">
              <w:rPr>
                <w:lang w:val="ru-RU"/>
              </w:rPr>
              <w:t>.</w:t>
            </w:r>
            <w:r>
              <w:t>com</w:t>
            </w:r>
            <w:r w:rsidRPr="00332DB8">
              <w:rPr>
                <w:lang w:val="ru-RU"/>
              </w:rPr>
              <w:t>/</w:t>
            </w:r>
            <w:r>
              <w:t>videos</w:t>
            </w:r>
            <w:r w:rsidRPr="00332DB8">
              <w:rPr>
                <w:lang w:val="ru-RU"/>
              </w:rPr>
              <w:t>100583395?</w:t>
            </w:r>
            <w:r>
              <w:t>z</w:t>
            </w:r>
            <w:r w:rsidRPr="00332DB8">
              <w:rPr>
                <w:lang w:val="ru-RU"/>
              </w:rPr>
              <w:t>=</w:t>
            </w:r>
            <w:r>
              <w:t>video</w:t>
            </w:r>
            <w:r w:rsidRPr="00332DB8">
              <w:rPr>
                <w:lang w:val="ru-RU"/>
              </w:rPr>
              <w:t>100583395_162933466%2</w:t>
            </w:r>
            <w:r>
              <w:t>Fvideos</w:t>
            </w:r>
            <w:r w:rsidRPr="00332DB8">
              <w:rPr>
                <w:lang w:val="ru-RU"/>
              </w:rPr>
              <w:t xml:space="preserve">100583395 – «тату скинов»;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Fq</w:t>
            </w:r>
            <w:r w:rsidRPr="00332DB8">
              <w:rPr>
                <w:lang w:val="ru-RU"/>
              </w:rPr>
              <w:t>7</w:t>
            </w:r>
            <w:r>
              <w:t>nAESG</w:t>
            </w:r>
            <w:r w:rsidRPr="00332DB8">
              <w:rPr>
                <w:lang w:val="ru-RU"/>
              </w:rPr>
              <w:t>88</w:t>
            </w:r>
            <w:r>
              <w:t>E</w:t>
            </w:r>
            <w:r w:rsidRPr="00332DB8">
              <w:rPr>
                <w:lang w:val="ru-RU"/>
              </w:rPr>
              <w:t xml:space="preserve"> – «Тату Скинхедов»;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=9</w:t>
            </w:r>
            <w:r>
              <w:t>NBnWAeWtY</w:t>
            </w:r>
            <w:r w:rsidRPr="00332DB8">
              <w:rPr>
                <w:lang w:val="ru-RU"/>
              </w:rPr>
              <w:t>4 – «Тату скинов.</w:t>
            </w:r>
            <w:r>
              <w:t>mp</w:t>
            </w:r>
            <w:r w:rsidRPr="00332DB8">
              <w:rPr>
                <w:lang w:val="ru-RU"/>
              </w:rPr>
              <w:t xml:space="preserve">4»;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D</w:t>
            </w:r>
            <w:r w:rsidRPr="00332DB8">
              <w:rPr>
                <w:lang w:val="ru-RU"/>
              </w:rPr>
              <w:t>_</w:t>
            </w:r>
            <w:r>
              <w:t>E</w:t>
            </w:r>
            <w:r w:rsidRPr="00332DB8">
              <w:rPr>
                <w:lang w:val="ru-RU"/>
              </w:rPr>
              <w:t>6</w:t>
            </w:r>
            <w:r>
              <w:t>nFl</w:t>
            </w:r>
            <w:r w:rsidRPr="00332DB8">
              <w:rPr>
                <w:lang w:val="ru-RU"/>
              </w:rPr>
              <w:t>-3</w:t>
            </w:r>
            <w:r>
              <w:t>sI</w:t>
            </w:r>
            <w:r w:rsidRPr="00332DB8">
              <w:rPr>
                <w:lang w:val="ru-RU"/>
              </w:rPr>
              <w:t xml:space="preserve"> – «НС тату» (решение Ноябрьского городского суда Ямало-Ненецкого автономного округа от 22.01.2015);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2767.</w:t>
            </w:r>
          </w:p>
        </w:tc>
        <w:tc>
          <w:tcPr>
            <w:tcW w:w="2880" w:type="dxa"/>
          </w:tcPr>
          <w:p w:rsidR="006F7457" w:rsidRPr="00332DB8" w:rsidRDefault="00332DB8">
            <w:pPr>
              <w:rPr>
                <w:lang w:val="ru-RU"/>
              </w:rPr>
            </w:pPr>
            <w:r w:rsidRPr="00332DB8">
              <w:rPr>
                <w:lang w:val="ru-RU"/>
              </w:rPr>
              <w:t xml:space="preserve">Размещенные в разделе «видеозаписи» на странице пользователя (электронный адрес - </w:t>
            </w:r>
            <w:r>
              <w:t>https</w:t>
            </w:r>
            <w:r w:rsidRPr="00332DB8">
              <w:rPr>
                <w:lang w:val="ru-RU"/>
              </w:rPr>
              <w:t>://</w:t>
            </w:r>
            <w:r>
              <w:t>vk</w:t>
            </w:r>
            <w:r w:rsidRPr="00332DB8">
              <w:rPr>
                <w:lang w:val="ru-RU"/>
              </w:rPr>
              <w:t>.</w:t>
            </w:r>
            <w:r>
              <w:t>com</w:t>
            </w:r>
            <w:r w:rsidRPr="00332DB8">
              <w:rPr>
                <w:lang w:val="ru-RU"/>
              </w:rPr>
              <w:t>/</w:t>
            </w:r>
            <w:r>
              <w:t>id</w:t>
            </w:r>
            <w:r w:rsidRPr="00332DB8">
              <w:rPr>
                <w:lang w:val="ru-RU"/>
              </w:rPr>
              <w:t xml:space="preserve">_51800233) сайта международной сети Интернет </w:t>
            </w:r>
            <w:r>
              <w:t>www</w:t>
            </w:r>
            <w:r w:rsidRPr="00332DB8">
              <w:rPr>
                <w:lang w:val="ru-RU"/>
              </w:rPr>
              <w:t>.</w:t>
            </w:r>
            <w:r>
              <w:t>vk</w:t>
            </w:r>
            <w:r w:rsidRPr="00332DB8">
              <w:rPr>
                <w:lang w:val="ru-RU"/>
              </w:rPr>
              <w:t>.</w:t>
            </w:r>
            <w:r>
              <w:t>com</w:t>
            </w:r>
            <w:r w:rsidRPr="00332DB8">
              <w:rPr>
                <w:lang w:val="ru-RU"/>
              </w:rPr>
              <w:t xml:space="preserve">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2880" w:type="dxa"/>
          </w:tcPr>
          <w:p w:rsidR="006F7457" w:rsidRPr="00332DB8" w:rsidRDefault="006F7457">
            <w:pPr>
              <w:rPr>
                <w:lang w:val="ru-RU"/>
              </w:rPr>
            </w:pPr>
          </w:p>
        </w:tc>
      </w:tr>
      <w:tr w:rsidR="006F7457" w:rsidRPr="005A424D">
        <w:tc>
          <w:tcPr>
            <w:tcW w:w="2880" w:type="dxa"/>
          </w:tcPr>
          <w:p w:rsidR="006F7457" w:rsidRDefault="00332DB8">
            <w:r>
              <w:t>2768.</w:t>
            </w:r>
          </w:p>
        </w:tc>
        <w:tc>
          <w:tcPr>
            <w:tcW w:w="2880" w:type="dxa"/>
          </w:tcPr>
          <w:p w:rsidR="006F7457" w:rsidRPr="00332DB8" w:rsidRDefault="00332DB8">
            <w:pPr>
              <w:rPr>
                <w:lang w:val="ru-RU"/>
              </w:rPr>
            </w:pPr>
            <w:r w:rsidRPr="00332DB8">
              <w:rPr>
                <w:lang w:val="ru-RU"/>
              </w:rPr>
              <w:t xml:space="preserve">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w:t>
            </w:r>
            <w:r>
              <w:t>http</w:t>
            </w:r>
            <w:r w:rsidRPr="00332DB8">
              <w:rPr>
                <w:lang w:val="ru-RU"/>
              </w:rPr>
              <w:t>://</w:t>
            </w:r>
            <w:r>
              <w:t>vk</w:t>
            </w:r>
            <w:r w:rsidRPr="00332DB8">
              <w:rPr>
                <w:lang w:val="ru-RU"/>
              </w:rPr>
              <w:t>.</w:t>
            </w:r>
            <w:r>
              <w:t>com</w:t>
            </w:r>
            <w:r w:rsidRPr="00332DB8">
              <w:rPr>
                <w:lang w:val="ru-RU"/>
              </w:rPr>
              <w:t>/</w:t>
            </w:r>
            <w:r>
              <w:t>club</w:t>
            </w:r>
            <w:r w:rsidRPr="00332DB8">
              <w:rPr>
                <w:lang w:val="ru-RU"/>
              </w:rPr>
              <w:t>41109373 (решение Смольнинского районного суда города Санкт-Петербурга от 10.02.2015);</w:t>
            </w:r>
          </w:p>
        </w:tc>
        <w:tc>
          <w:tcPr>
            <w:tcW w:w="2880" w:type="dxa"/>
          </w:tcPr>
          <w:p w:rsidR="006F7457" w:rsidRPr="00332DB8" w:rsidRDefault="006F7457">
            <w:pPr>
              <w:rPr>
                <w:lang w:val="ru-RU"/>
              </w:rPr>
            </w:pPr>
          </w:p>
        </w:tc>
      </w:tr>
      <w:tr w:rsidR="006F7457" w:rsidRPr="005A424D">
        <w:tc>
          <w:tcPr>
            <w:tcW w:w="2880" w:type="dxa"/>
          </w:tcPr>
          <w:p w:rsidR="006F7457" w:rsidRDefault="00332DB8">
            <w:r>
              <w:t>2769.</w:t>
            </w:r>
          </w:p>
        </w:tc>
        <w:tc>
          <w:tcPr>
            <w:tcW w:w="2880" w:type="dxa"/>
          </w:tcPr>
          <w:p w:rsidR="006F7457" w:rsidRPr="00332DB8" w:rsidRDefault="00332DB8">
            <w:pPr>
              <w:rPr>
                <w:lang w:val="ru-RU"/>
              </w:rPr>
            </w:pPr>
            <w:r w:rsidRPr="00332DB8">
              <w:rPr>
                <w:lang w:val="ru-RU"/>
              </w:rPr>
              <w:t xml:space="preserve">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w:t>
            </w:r>
            <w:r>
              <w:t>http</w:t>
            </w:r>
            <w:r w:rsidRPr="00332DB8">
              <w:rPr>
                <w:lang w:val="ru-RU"/>
              </w:rPr>
              <w:t>://</w:t>
            </w:r>
            <w:r>
              <w:t>vk</w:t>
            </w:r>
            <w:r w:rsidRPr="00332DB8">
              <w:rPr>
                <w:lang w:val="ru-RU"/>
              </w:rPr>
              <w:t>.</w:t>
            </w:r>
            <w:r>
              <w:t>com</w:t>
            </w:r>
            <w:r w:rsidRPr="00332DB8">
              <w:rPr>
                <w:lang w:val="ru-RU"/>
              </w:rPr>
              <w:t>/</w:t>
            </w:r>
            <w:r>
              <w:t>idl</w:t>
            </w:r>
            <w:r w:rsidRPr="00332DB8">
              <w:rPr>
                <w:lang w:val="ru-RU"/>
              </w:rPr>
              <w:t>72848706 (решение Искитимского районного суда Новосибирской области от 20.01.2015);</w:t>
            </w:r>
          </w:p>
        </w:tc>
        <w:tc>
          <w:tcPr>
            <w:tcW w:w="2880" w:type="dxa"/>
          </w:tcPr>
          <w:p w:rsidR="006F7457" w:rsidRPr="00332DB8" w:rsidRDefault="006F7457">
            <w:pPr>
              <w:rPr>
                <w:lang w:val="ru-RU"/>
              </w:rPr>
            </w:pPr>
          </w:p>
        </w:tc>
      </w:tr>
      <w:tr w:rsidR="006F7457" w:rsidRPr="005A424D">
        <w:tc>
          <w:tcPr>
            <w:tcW w:w="2880" w:type="dxa"/>
          </w:tcPr>
          <w:p w:rsidR="006F7457" w:rsidRDefault="00332DB8">
            <w:r>
              <w:t>2770.</w:t>
            </w:r>
          </w:p>
        </w:tc>
        <w:tc>
          <w:tcPr>
            <w:tcW w:w="2880" w:type="dxa"/>
          </w:tcPr>
          <w:p w:rsidR="006F7457" w:rsidRPr="00332DB8" w:rsidRDefault="00332DB8">
            <w:pPr>
              <w:rPr>
                <w:lang w:val="ru-RU"/>
              </w:rPr>
            </w:pPr>
            <w:r w:rsidRPr="00332DB8">
              <w:rPr>
                <w:lang w:val="ru-RU"/>
              </w:rPr>
              <w:t xml:space="preserve">Размещенные в разделе «видеозаписи» на странице пользователя (электронный адрес - </w:t>
            </w:r>
            <w:r>
              <w:t>http</w:t>
            </w:r>
            <w:r w:rsidRPr="00332DB8">
              <w:rPr>
                <w:lang w:val="ru-RU"/>
              </w:rPr>
              <w:t>://</w:t>
            </w:r>
            <w:r>
              <w:t>vk</w:t>
            </w:r>
            <w:r w:rsidRPr="00332DB8">
              <w:rPr>
                <w:lang w:val="ru-RU"/>
              </w:rPr>
              <w:t>. с</w:t>
            </w:r>
            <w:r>
              <w:t>om</w:t>
            </w:r>
            <w:r w:rsidRPr="00332DB8">
              <w:rPr>
                <w:lang w:val="ru-RU"/>
              </w:rPr>
              <w:t xml:space="preserve"> /</w:t>
            </w:r>
            <w:r>
              <w:t>idl</w:t>
            </w:r>
            <w:r w:rsidRPr="00332DB8">
              <w:rPr>
                <w:lang w:val="ru-RU"/>
              </w:rPr>
              <w:t xml:space="preserve">7755567) сайта международной сети Интернет </w:t>
            </w:r>
            <w:r>
              <w:t>www</w:t>
            </w:r>
            <w:r w:rsidRPr="00332DB8">
              <w:rPr>
                <w:lang w:val="ru-RU"/>
              </w:rPr>
              <w:t>.</w:t>
            </w:r>
            <w:r>
              <w:t>vk</w:t>
            </w:r>
            <w:r w:rsidRPr="00332DB8">
              <w:rPr>
                <w:lang w:val="ru-RU"/>
              </w:rPr>
              <w:t>.</w:t>
            </w:r>
            <w:r>
              <w:t>com</w:t>
            </w:r>
            <w:r w:rsidRPr="00332DB8">
              <w:rPr>
                <w:lang w:val="ru-RU"/>
              </w:rPr>
              <w:t xml:space="preserve">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2880" w:type="dxa"/>
          </w:tcPr>
          <w:p w:rsidR="006F7457" w:rsidRPr="00332DB8" w:rsidRDefault="006F7457">
            <w:pPr>
              <w:rPr>
                <w:lang w:val="ru-RU"/>
              </w:rPr>
            </w:pPr>
          </w:p>
        </w:tc>
      </w:tr>
      <w:tr w:rsidR="006F7457" w:rsidRPr="005A424D">
        <w:tc>
          <w:tcPr>
            <w:tcW w:w="2880" w:type="dxa"/>
          </w:tcPr>
          <w:p w:rsidR="006F7457" w:rsidRDefault="00332DB8">
            <w:r>
              <w:t>277</w:t>
            </w:r>
            <w:r>
              <w:lastRenderedPageBreak/>
              <w:t>1.</w:t>
            </w:r>
          </w:p>
        </w:tc>
        <w:tc>
          <w:tcPr>
            <w:tcW w:w="2880" w:type="dxa"/>
          </w:tcPr>
          <w:p w:rsidR="006F7457" w:rsidRPr="00332DB8" w:rsidRDefault="00332DB8">
            <w:pPr>
              <w:rPr>
                <w:lang w:val="ru-RU"/>
              </w:rPr>
            </w:pPr>
            <w:r w:rsidRPr="00332DB8">
              <w:rPr>
                <w:lang w:val="ru-RU"/>
              </w:rPr>
              <w:lastRenderedPageBreak/>
              <w:t>Видеоролик «</w:t>
            </w:r>
            <w:r>
              <w:t>nswp</w:t>
            </w:r>
            <w:r w:rsidRPr="00332DB8">
              <w:rPr>
                <w:lang w:val="ru-RU"/>
              </w:rPr>
              <w:t>», размещенный в социальной сети «ВКонтакте»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странице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 xml:space="preserve">191685160 (решение Октябрьского </w:t>
            </w:r>
            <w:r w:rsidRPr="00332DB8">
              <w:rPr>
                <w:lang w:val="ru-RU"/>
              </w:rPr>
              <w:lastRenderedPageBreak/>
              <w:t>районного суда г. Белгорода от 23.10.2014);</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2772.</w:t>
            </w:r>
          </w:p>
        </w:tc>
        <w:tc>
          <w:tcPr>
            <w:tcW w:w="2880" w:type="dxa"/>
          </w:tcPr>
          <w:p w:rsidR="006F7457" w:rsidRPr="00332DB8" w:rsidRDefault="00332DB8">
            <w:pPr>
              <w:rPr>
                <w:lang w:val="ru-RU"/>
              </w:rPr>
            </w:pPr>
            <w:r w:rsidRPr="00332DB8">
              <w:rPr>
                <w:lang w:val="ru-RU"/>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c>
          <w:tcPr>
            <w:tcW w:w="2880" w:type="dxa"/>
          </w:tcPr>
          <w:p w:rsidR="006F7457" w:rsidRPr="00332DB8" w:rsidRDefault="006F7457">
            <w:pPr>
              <w:rPr>
                <w:lang w:val="ru-RU"/>
              </w:rPr>
            </w:pPr>
          </w:p>
        </w:tc>
      </w:tr>
      <w:tr w:rsidR="006F7457" w:rsidRPr="005A424D">
        <w:tc>
          <w:tcPr>
            <w:tcW w:w="2880" w:type="dxa"/>
          </w:tcPr>
          <w:p w:rsidR="006F7457" w:rsidRDefault="00332DB8">
            <w:r>
              <w:t>2773.</w:t>
            </w:r>
          </w:p>
        </w:tc>
        <w:tc>
          <w:tcPr>
            <w:tcW w:w="2880" w:type="dxa"/>
          </w:tcPr>
          <w:p w:rsidR="006F7457" w:rsidRPr="00332DB8" w:rsidRDefault="00332DB8">
            <w:pPr>
              <w:rPr>
                <w:lang w:val="ru-RU"/>
              </w:rPr>
            </w:pPr>
            <w:r w:rsidRPr="00332DB8">
              <w:rPr>
                <w:lang w:val="ru-RU"/>
              </w:rPr>
              <w:t xml:space="preserve">Книги Бадиуззамана Саида Нурси на русском языке: «Свет единства». </w:t>
            </w:r>
            <w:r>
              <w:t>S</w:t>
            </w:r>
            <w:r w:rsidRPr="00332DB8">
              <w:rPr>
                <w:lang w:val="ru-RU"/>
              </w:rPr>
              <w:t>ӧ</w:t>
            </w:r>
            <w:r>
              <w:t>zler</w:t>
            </w:r>
            <w:r w:rsidRPr="00332DB8">
              <w:rPr>
                <w:lang w:val="ru-RU"/>
              </w:rPr>
              <w:t xml:space="preserve"> </w:t>
            </w:r>
            <w:r>
              <w:t>Publications</w:t>
            </w:r>
            <w:r w:rsidRPr="00332DB8">
              <w:rPr>
                <w:lang w:val="ru-RU"/>
              </w:rPr>
              <w:t xml:space="preserve">, 2012; «Вера, Человек. Вселенная». </w:t>
            </w:r>
            <w:r>
              <w:t>S</w:t>
            </w:r>
            <w:r w:rsidRPr="00332DB8">
              <w:rPr>
                <w:lang w:val="ru-RU"/>
              </w:rPr>
              <w:t>ӧ</w:t>
            </w:r>
            <w:r>
              <w:t>zler</w:t>
            </w:r>
            <w:r w:rsidRPr="00332DB8">
              <w:rPr>
                <w:lang w:val="ru-RU"/>
              </w:rPr>
              <w:t xml:space="preserve"> </w:t>
            </w:r>
            <w:r>
              <w:t>Publications</w:t>
            </w:r>
            <w:r w:rsidRPr="00332DB8">
              <w:rPr>
                <w:lang w:val="ru-RU"/>
              </w:rPr>
              <w:t xml:space="preserve">, 2011; «Человек – прекраснейшее творение». </w:t>
            </w:r>
            <w:r>
              <w:t>S</w:t>
            </w:r>
            <w:r w:rsidRPr="00332DB8">
              <w:rPr>
                <w:lang w:val="ru-RU"/>
              </w:rPr>
              <w:t>ӧ</w:t>
            </w:r>
            <w:r>
              <w:t>zler</w:t>
            </w:r>
            <w:r w:rsidRPr="00332DB8">
              <w:rPr>
                <w:lang w:val="ru-RU"/>
              </w:rPr>
              <w:t xml:space="preserve"> </w:t>
            </w:r>
            <w:r>
              <w:t>Publications</w:t>
            </w:r>
            <w:r w:rsidRPr="00332DB8">
              <w:rPr>
                <w:lang w:val="ru-RU"/>
              </w:rPr>
              <w:t>, 2012; «</w:t>
            </w:r>
            <w:r>
              <w:t>My</w:t>
            </w:r>
            <w:r w:rsidRPr="00332DB8">
              <w:rPr>
                <w:lang w:val="ru-RU"/>
              </w:rPr>
              <w:t xml:space="preserve">наджат (молитва) третий луч». </w:t>
            </w:r>
            <w:r>
              <w:t>S</w:t>
            </w:r>
            <w:r w:rsidRPr="00332DB8">
              <w:rPr>
                <w:lang w:val="ru-RU"/>
              </w:rPr>
              <w:t>ӧ</w:t>
            </w:r>
            <w:r>
              <w:t>zler</w:t>
            </w:r>
            <w:r w:rsidRPr="00332DB8">
              <w:rPr>
                <w:lang w:val="ru-RU"/>
              </w:rPr>
              <w:t xml:space="preserve"> </w:t>
            </w:r>
            <w:r>
              <w:t>Ne</w:t>
            </w:r>
            <w:r w:rsidRPr="00332DB8">
              <w:rPr>
                <w:lang w:val="ru-RU"/>
              </w:rPr>
              <w:t>ş</w:t>
            </w:r>
            <w:r>
              <w:t>riyat</w:t>
            </w:r>
            <w:r w:rsidRPr="00332DB8">
              <w:rPr>
                <w:lang w:val="ru-RU"/>
              </w:rPr>
              <w:t xml:space="preserve"> </w:t>
            </w:r>
            <w:r>
              <w:t>A</w:t>
            </w:r>
            <w:r w:rsidRPr="00332DB8">
              <w:rPr>
                <w:lang w:val="ru-RU"/>
              </w:rPr>
              <w:t xml:space="preserve">.Ş., 2006; «Природа – творец или творение?». </w:t>
            </w:r>
            <w:r>
              <w:t>S</w:t>
            </w:r>
            <w:r w:rsidRPr="00332DB8">
              <w:rPr>
                <w:lang w:val="ru-RU"/>
              </w:rPr>
              <w:t>ӧ</w:t>
            </w:r>
            <w:r>
              <w:t>zler</w:t>
            </w:r>
            <w:r w:rsidRPr="00332DB8">
              <w:rPr>
                <w:lang w:val="ru-RU"/>
              </w:rPr>
              <w:t xml:space="preserve"> </w:t>
            </w:r>
            <w:r>
              <w:t>Ne</w:t>
            </w:r>
            <w:r w:rsidRPr="00332DB8">
              <w:rPr>
                <w:lang w:val="ru-RU"/>
              </w:rPr>
              <w:t>ş</w:t>
            </w:r>
            <w:r>
              <w:t>riyat</w:t>
            </w:r>
            <w:r w:rsidRPr="00332DB8">
              <w:rPr>
                <w:lang w:val="ru-RU"/>
              </w:rPr>
              <w:t xml:space="preserve"> </w:t>
            </w:r>
            <w:r>
              <w:t>San</w:t>
            </w:r>
            <w:r w:rsidRPr="00332DB8">
              <w:rPr>
                <w:lang w:val="ru-RU"/>
              </w:rPr>
              <w:t xml:space="preserve"> </w:t>
            </w:r>
            <w:r>
              <w:t>ve</w:t>
            </w:r>
            <w:r w:rsidRPr="00332DB8">
              <w:rPr>
                <w:lang w:val="ru-RU"/>
              </w:rPr>
              <w:t xml:space="preserve"> </w:t>
            </w:r>
            <w:r>
              <w:t>Tic</w:t>
            </w:r>
            <w:r w:rsidRPr="00332DB8">
              <w:rPr>
                <w:lang w:val="ru-RU"/>
              </w:rPr>
              <w:t xml:space="preserve">. </w:t>
            </w:r>
            <w:r>
              <w:t>A</w:t>
            </w:r>
            <w:r w:rsidRPr="00332DB8">
              <w:rPr>
                <w:lang w:val="ru-RU"/>
              </w:rPr>
              <w:t xml:space="preserve">.Ş., 2006; «Основы братства». Перевод с турецкого М.Г. Тамимдарова, без года издания; «Вечный мир». </w:t>
            </w:r>
            <w:r>
              <w:t>S</w:t>
            </w:r>
            <w:r w:rsidRPr="00332DB8">
              <w:rPr>
                <w:lang w:val="ru-RU"/>
              </w:rPr>
              <w:t>ӧ</w:t>
            </w:r>
            <w:r>
              <w:t>zler</w:t>
            </w:r>
            <w:r w:rsidRPr="00332DB8">
              <w:rPr>
                <w:lang w:val="ru-RU"/>
              </w:rPr>
              <w:t xml:space="preserve"> </w:t>
            </w:r>
            <w:r>
              <w:t>Ne</w:t>
            </w:r>
            <w:r w:rsidRPr="00332DB8">
              <w:rPr>
                <w:lang w:val="ru-RU"/>
              </w:rPr>
              <w:t>ş</w:t>
            </w:r>
            <w:r>
              <w:t>riyat</w:t>
            </w:r>
            <w:r w:rsidRPr="00332DB8">
              <w:rPr>
                <w:lang w:val="ru-RU"/>
              </w:rPr>
              <w:t xml:space="preserve"> </w:t>
            </w:r>
            <w:r>
              <w:t>San</w:t>
            </w:r>
            <w:r w:rsidRPr="00332DB8">
              <w:rPr>
                <w:lang w:val="ru-RU"/>
              </w:rPr>
              <w:t xml:space="preserve"> </w:t>
            </w:r>
            <w:r>
              <w:t>ve</w:t>
            </w:r>
            <w:r w:rsidRPr="00332DB8">
              <w:rPr>
                <w:lang w:val="ru-RU"/>
              </w:rPr>
              <w:t xml:space="preserve"> </w:t>
            </w:r>
            <w:r>
              <w:t>Tic</w:t>
            </w:r>
            <w:r w:rsidRPr="00332DB8">
              <w:rPr>
                <w:lang w:val="ru-RU"/>
              </w:rPr>
              <w:t xml:space="preserve">. </w:t>
            </w:r>
            <w:r>
              <w:t>A</w:t>
            </w:r>
            <w:r w:rsidRPr="00332DB8">
              <w:rPr>
                <w:lang w:val="ru-RU"/>
              </w:rPr>
              <w:t xml:space="preserve">.Ş., 2012; «Двадцать шестое сияние. Сияние для пожилых». </w:t>
            </w:r>
            <w:r>
              <w:t>Ihlas</w:t>
            </w:r>
            <w:r w:rsidRPr="00332DB8">
              <w:rPr>
                <w:lang w:val="ru-RU"/>
              </w:rPr>
              <w:t xml:space="preserve"> </w:t>
            </w:r>
            <w:r>
              <w:t>Nur</w:t>
            </w:r>
            <w:r w:rsidRPr="00332DB8">
              <w:rPr>
                <w:lang w:val="ru-RU"/>
              </w:rPr>
              <w:t xml:space="preserve"> </w:t>
            </w:r>
            <w:r>
              <w:t>Ne</w:t>
            </w:r>
            <w:r w:rsidRPr="00332DB8">
              <w:rPr>
                <w:lang w:val="ru-RU"/>
              </w:rPr>
              <w:t>ş</w:t>
            </w:r>
            <w:r>
              <w:t>riyat</w:t>
            </w:r>
            <w:r w:rsidRPr="00332DB8">
              <w:rPr>
                <w:lang w:val="ru-RU"/>
              </w:rPr>
              <w:t xml:space="preserve">, 2005; «Искренность и братство». </w:t>
            </w:r>
            <w:r>
              <w:t>S</w:t>
            </w:r>
            <w:r w:rsidRPr="00332DB8">
              <w:rPr>
                <w:lang w:val="ru-RU"/>
              </w:rPr>
              <w:t>ӧ</w:t>
            </w:r>
            <w:r>
              <w:t>zler</w:t>
            </w:r>
            <w:r w:rsidRPr="00332DB8">
              <w:rPr>
                <w:lang w:val="ru-RU"/>
              </w:rPr>
              <w:t xml:space="preserve"> </w:t>
            </w:r>
            <w:r>
              <w:t>Publications</w:t>
            </w:r>
            <w:r w:rsidRPr="00332DB8">
              <w:rPr>
                <w:lang w:val="ru-RU"/>
              </w:rPr>
              <w:t xml:space="preserve">, 2012; «Исми Азам. Величайшее имя». </w:t>
            </w:r>
            <w:r>
              <w:t>S</w:t>
            </w:r>
            <w:r w:rsidRPr="00332DB8">
              <w:rPr>
                <w:lang w:val="ru-RU"/>
              </w:rPr>
              <w:t>ӧ</w:t>
            </w:r>
            <w:r>
              <w:t>zler</w:t>
            </w:r>
            <w:r w:rsidRPr="00332DB8">
              <w:rPr>
                <w:lang w:val="ru-RU"/>
              </w:rPr>
              <w:t xml:space="preserve"> </w:t>
            </w:r>
            <w:r>
              <w:t>Publications</w:t>
            </w:r>
            <w:r w:rsidRPr="00332DB8">
              <w:rPr>
                <w:lang w:val="ru-RU"/>
              </w:rPr>
              <w:t xml:space="preserve"> </w:t>
            </w:r>
            <w:r>
              <w:t>S</w:t>
            </w:r>
            <w:r w:rsidRPr="00332DB8">
              <w:rPr>
                <w:lang w:val="ru-RU"/>
              </w:rPr>
              <w:t>ӧ</w:t>
            </w:r>
            <w:r>
              <w:t>zler</w:t>
            </w:r>
            <w:r w:rsidRPr="00332DB8">
              <w:rPr>
                <w:lang w:val="ru-RU"/>
              </w:rPr>
              <w:t xml:space="preserve"> </w:t>
            </w:r>
            <w:r>
              <w:t>Ne</w:t>
            </w:r>
            <w:r w:rsidRPr="00332DB8">
              <w:rPr>
                <w:lang w:val="ru-RU"/>
              </w:rPr>
              <w:t>ş</w:t>
            </w:r>
            <w:r>
              <w:t>riyat</w:t>
            </w:r>
            <w:r w:rsidRPr="00332DB8">
              <w:rPr>
                <w:lang w:val="ru-RU"/>
              </w:rPr>
              <w:t xml:space="preserve"> </w:t>
            </w:r>
            <w:r>
              <w:t>San</w:t>
            </w:r>
            <w:r w:rsidRPr="00332DB8">
              <w:rPr>
                <w:lang w:val="ru-RU"/>
              </w:rPr>
              <w:t xml:space="preserve"> </w:t>
            </w:r>
            <w:r>
              <w:t>ve</w:t>
            </w:r>
            <w:r w:rsidRPr="00332DB8">
              <w:rPr>
                <w:lang w:val="ru-RU"/>
              </w:rPr>
              <w:t xml:space="preserve"> </w:t>
            </w:r>
            <w:r>
              <w:t>Tic</w:t>
            </w:r>
            <w:r w:rsidRPr="00332DB8">
              <w:rPr>
                <w:lang w:val="ru-RU"/>
              </w:rPr>
              <w:t xml:space="preserve">. </w:t>
            </w:r>
            <w:r>
              <w:t>A</w:t>
            </w:r>
            <w:r w:rsidRPr="00332DB8">
              <w:rPr>
                <w:lang w:val="ru-RU"/>
              </w:rPr>
              <w:t xml:space="preserve">.Ş., 2012; «Путеводитель для женщин». </w:t>
            </w:r>
            <w:r>
              <w:t>S</w:t>
            </w:r>
            <w:r w:rsidRPr="00332DB8">
              <w:rPr>
                <w:lang w:val="ru-RU"/>
              </w:rPr>
              <w:t>ӧ</w:t>
            </w:r>
            <w:r>
              <w:t>zler</w:t>
            </w:r>
            <w:r w:rsidRPr="00332DB8">
              <w:rPr>
                <w:lang w:val="ru-RU"/>
              </w:rPr>
              <w:t xml:space="preserve"> </w:t>
            </w:r>
            <w:r>
              <w:t>Publications</w:t>
            </w:r>
            <w:r w:rsidRPr="00332DB8">
              <w:rPr>
                <w:lang w:val="ru-RU"/>
              </w:rPr>
              <w:t xml:space="preserve">, 2012; «Истины веры». Пермь, Культурно-образовательный фонд «Нуру-Бади», 2012; «Рамадан, бережливость, благодарность». </w:t>
            </w:r>
            <w:r>
              <w:t>S</w:t>
            </w:r>
            <w:r w:rsidRPr="00332DB8">
              <w:rPr>
                <w:lang w:val="ru-RU"/>
              </w:rPr>
              <w:t>ӧ</w:t>
            </w:r>
            <w:r>
              <w:t>zler</w:t>
            </w:r>
            <w:r w:rsidRPr="00332DB8">
              <w:rPr>
                <w:lang w:val="ru-RU"/>
              </w:rPr>
              <w:t xml:space="preserve"> </w:t>
            </w:r>
            <w:r>
              <w:t>Ne</w:t>
            </w:r>
            <w:r w:rsidRPr="00332DB8">
              <w:rPr>
                <w:lang w:val="ru-RU"/>
              </w:rPr>
              <w:t>ş</w:t>
            </w:r>
            <w:r>
              <w:t>riyat</w:t>
            </w:r>
            <w:r w:rsidRPr="00332DB8">
              <w:rPr>
                <w:lang w:val="ru-RU"/>
              </w:rPr>
              <w:t xml:space="preserve"> </w:t>
            </w:r>
            <w:r>
              <w:t>San</w:t>
            </w:r>
            <w:r w:rsidRPr="00332DB8">
              <w:rPr>
                <w:lang w:val="ru-RU"/>
              </w:rPr>
              <w:t xml:space="preserve"> </w:t>
            </w:r>
            <w:r>
              <w:t>ve</w:t>
            </w:r>
            <w:r w:rsidRPr="00332DB8">
              <w:rPr>
                <w:lang w:val="ru-RU"/>
              </w:rPr>
              <w:t xml:space="preserve"> </w:t>
            </w:r>
            <w:r>
              <w:t>Tic</w:t>
            </w:r>
            <w:r w:rsidRPr="00332DB8">
              <w:rPr>
                <w:lang w:val="ru-RU"/>
              </w:rPr>
              <w:t xml:space="preserve">. </w:t>
            </w:r>
            <w:r>
              <w:t>A</w:t>
            </w:r>
            <w:r w:rsidRPr="00332DB8">
              <w:rPr>
                <w:lang w:val="ru-RU"/>
              </w:rPr>
              <w:t xml:space="preserve">.Ş., 2006; «Мухаммад (мир ему и благословение Аллаха) – Милость для Миров». </w:t>
            </w:r>
            <w:r>
              <w:t xml:space="preserve">Sӧzler Publications Sӧzler Neşriyat San ve Tic. A.Ş., 2012; «Сияние». </w:t>
            </w:r>
            <w:r w:rsidRPr="00332DB8">
              <w:rPr>
                <w:lang w:val="ru-RU"/>
              </w:rPr>
              <w:t xml:space="preserve">Перевод с турецкого: М.Г. Тамимдаров. Первое издание. </w:t>
            </w:r>
            <w:r>
              <w:t>S</w:t>
            </w:r>
            <w:r w:rsidRPr="00332DB8">
              <w:rPr>
                <w:lang w:val="ru-RU"/>
              </w:rPr>
              <w:t>ӧ</w:t>
            </w:r>
            <w:r>
              <w:t>zler</w:t>
            </w:r>
            <w:r w:rsidRPr="00332DB8">
              <w:rPr>
                <w:lang w:val="ru-RU"/>
              </w:rPr>
              <w:t xml:space="preserve"> </w:t>
            </w:r>
            <w:r>
              <w:t>Publications</w:t>
            </w:r>
            <w:r w:rsidRPr="00332DB8">
              <w:rPr>
                <w:lang w:val="ru-RU"/>
              </w:rPr>
              <w:t xml:space="preserve">, 2012; «Эмирдагское приложение – 1». </w:t>
            </w:r>
            <w:r>
              <w:t>S</w:t>
            </w:r>
            <w:r w:rsidRPr="00332DB8">
              <w:rPr>
                <w:lang w:val="ru-RU"/>
              </w:rPr>
              <w:t>ӧ</w:t>
            </w:r>
            <w:r>
              <w:t>zler</w:t>
            </w:r>
            <w:r w:rsidRPr="00332DB8">
              <w:rPr>
                <w:lang w:val="ru-RU"/>
              </w:rPr>
              <w:t xml:space="preserve"> </w:t>
            </w:r>
            <w:r>
              <w:t>Ne</w:t>
            </w:r>
            <w:r w:rsidRPr="00332DB8">
              <w:rPr>
                <w:lang w:val="ru-RU"/>
              </w:rPr>
              <w:t>ş</w:t>
            </w:r>
            <w:r>
              <w:t>riyat</w:t>
            </w:r>
            <w:r w:rsidRPr="00332DB8">
              <w:rPr>
                <w:lang w:val="ru-RU"/>
              </w:rPr>
              <w:t xml:space="preserve"> </w:t>
            </w:r>
            <w:r>
              <w:t>San</w:t>
            </w:r>
            <w:r w:rsidRPr="00332DB8">
              <w:rPr>
                <w:lang w:val="ru-RU"/>
              </w:rPr>
              <w:t xml:space="preserve"> </w:t>
            </w:r>
            <w:r>
              <w:t>ve</w:t>
            </w:r>
            <w:r w:rsidRPr="00332DB8">
              <w:rPr>
                <w:lang w:val="ru-RU"/>
              </w:rPr>
              <w:t xml:space="preserve"> </w:t>
            </w:r>
            <w:r>
              <w:t>Tic</w:t>
            </w:r>
            <w:r w:rsidRPr="00332DB8">
              <w:rPr>
                <w:lang w:val="ru-RU"/>
              </w:rPr>
              <w:t xml:space="preserve">. </w:t>
            </w:r>
            <w:r>
              <w:t>A</w:t>
            </w:r>
            <w:r w:rsidRPr="00332DB8">
              <w:rPr>
                <w:lang w:val="ru-RU"/>
              </w:rPr>
              <w:t>.Ş., 2012 (апелляционное определение Судебной коллегии по административным делам Верховного Суда Республики Татарстан от 22.12.2014).</w:t>
            </w:r>
          </w:p>
        </w:tc>
        <w:tc>
          <w:tcPr>
            <w:tcW w:w="2880" w:type="dxa"/>
          </w:tcPr>
          <w:p w:rsidR="006F7457" w:rsidRPr="00332DB8" w:rsidRDefault="006F7457">
            <w:pPr>
              <w:rPr>
                <w:lang w:val="ru-RU"/>
              </w:rPr>
            </w:pPr>
          </w:p>
        </w:tc>
      </w:tr>
      <w:tr w:rsidR="006F7457">
        <w:tc>
          <w:tcPr>
            <w:tcW w:w="2880" w:type="dxa"/>
          </w:tcPr>
          <w:p w:rsidR="006F7457" w:rsidRDefault="00332DB8">
            <w:r>
              <w:t>2774.</w:t>
            </w:r>
          </w:p>
        </w:tc>
        <w:tc>
          <w:tcPr>
            <w:tcW w:w="2880" w:type="dxa"/>
          </w:tcPr>
          <w:p w:rsidR="006F7457" w:rsidRDefault="00332DB8">
            <w:r w:rsidRPr="00332DB8">
              <w:rPr>
                <w:lang w:val="ru-RU"/>
              </w:rPr>
              <w:t xml:space="preserve">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w:t>
            </w:r>
            <w:r>
              <w:t>00 мин. 08 сек. (решение Щигровского районного суда Курской области от 12.02.2015);</w:t>
            </w:r>
          </w:p>
        </w:tc>
        <w:tc>
          <w:tcPr>
            <w:tcW w:w="2880" w:type="dxa"/>
          </w:tcPr>
          <w:p w:rsidR="006F7457" w:rsidRDefault="006F7457"/>
        </w:tc>
      </w:tr>
      <w:tr w:rsidR="006F7457">
        <w:tc>
          <w:tcPr>
            <w:tcW w:w="2880" w:type="dxa"/>
          </w:tcPr>
          <w:p w:rsidR="006F7457" w:rsidRDefault="00332DB8">
            <w:r>
              <w:t>27</w:t>
            </w:r>
            <w:r>
              <w:lastRenderedPageBreak/>
              <w:t>75.</w:t>
            </w:r>
          </w:p>
        </w:tc>
        <w:tc>
          <w:tcPr>
            <w:tcW w:w="2880" w:type="dxa"/>
          </w:tcPr>
          <w:p w:rsidR="006F7457" w:rsidRDefault="00332DB8">
            <w:r w:rsidRPr="00332DB8">
              <w:rPr>
                <w:lang w:val="ru-RU"/>
              </w:rPr>
              <w:lastRenderedPageBreak/>
              <w:t xml:space="preserve">Книга Александра Селянинова «Евреи в России» (- М.: «Витязь», 2000. – 144 с.) </w:t>
            </w:r>
            <w:r>
              <w:t xml:space="preserve">(решение Нагатинского </w:t>
            </w:r>
            <w:r>
              <w:lastRenderedPageBreak/>
              <w:t>районного суда города Москвы от 21.01.2015);</w:t>
            </w:r>
          </w:p>
        </w:tc>
        <w:tc>
          <w:tcPr>
            <w:tcW w:w="2880" w:type="dxa"/>
          </w:tcPr>
          <w:p w:rsidR="006F7457" w:rsidRDefault="006F7457"/>
        </w:tc>
      </w:tr>
      <w:tr w:rsidR="006F7457" w:rsidRPr="005A424D">
        <w:tc>
          <w:tcPr>
            <w:tcW w:w="2880" w:type="dxa"/>
          </w:tcPr>
          <w:p w:rsidR="006F7457" w:rsidRDefault="00332DB8">
            <w:r>
              <w:lastRenderedPageBreak/>
              <w:t>2776.</w:t>
            </w:r>
          </w:p>
        </w:tc>
        <w:tc>
          <w:tcPr>
            <w:tcW w:w="2880" w:type="dxa"/>
          </w:tcPr>
          <w:p w:rsidR="006F7457" w:rsidRPr="00332DB8" w:rsidRDefault="00332DB8">
            <w:pPr>
              <w:rPr>
                <w:lang w:val="ru-RU"/>
              </w:rPr>
            </w:pPr>
            <w:r w:rsidRPr="00332DB8">
              <w:rPr>
                <w:lang w:val="ru-RU"/>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2880" w:type="dxa"/>
          </w:tcPr>
          <w:p w:rsidR="006F7457" w:rsidRPr="00332DB8" w:rsidRDefault="006F7457">
            <w:pPr>
              <w:rPr>
                <w:lang w:val="ru-RU"/>
              </w:rPr>
            </w:pPr>
          </w:p>
        </w:tc>
      </w:tr>
      <w:tr w:rsidR="006F7457" w:rsidRPr="005A424D">
        <w:tc>
          <w:tcPr>
            <w:tcW w:w="2880" w:type="dxa"/>
          </w:tcPr>
          <w:p w:rsidR="006F7457" w:rsidRDefault="00332DB8">
            <w:r>
              <w:t>2777.</w:t>
            </w:r>
          </w:p>
        </w:tc>
        <w:tc>
          <w:tcPr>
            <w:tcW w:w="2880" w:type="dxa"/>
          </w:tcPr>
          <w:p w:rsidR="006F7457" w:rsidRPr="00332DB8" w:rsidRDefault="00332DB8">
            <w:pPr>
              <w:rPr>
                <w:lang w:val="ru-RU"/>
              </w:rPr>
            </w:pPr>
            <w:r w:rsidRPr="00332DB8">
              <w:rPr>
                <w:lang w:val="ru-RU"/>
              </w:rPr>
              <w:t>Размещенные Петровым А.Н. в социальной сети «</w:t>
            </w:r>
            <w:r>
              <w:t>http</w:t>
            </w:r>
            <w:r w:rsidRPr="00332DB8">
              <w:rPr>
                <w:lang w:val="ru-RU"/>
              </w:rPr>
              <w:t>://</w:t>
            </w:r>
            <w:r>
              <w:t>vkontakte</w:t>
            </w:r>
            <w:r w:rsidRPr="00332DB8">
              <w:rPr>
                <w:lang w:val="ru-RU"/>
              </w:rPr>
              <w:t>.</w:t>
            </w:r>
            <w:r>
              <w:t>ru</w:t>
            </w:r>
            <w:r w:rsidRPr="00332DB8">
              <w:rPr>
                <w:lang w:val="ru-RU"/>
              </w:rPr>
              <w:t xml:space="preserve">» на Интернет-страницах: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99631580_165101763,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99631580_166381928, </w:t>
            </w:r>
            <w:r>
              <w:t>http</w:t>
            </w:r>
            <w:r w:rsidRPr="00332DB8">
              <w:rPr>
                <w:lang w:val="ru-RU"/>
              </w:rPr>
              <w:t>://</w:t>
            </w:r>
            <w:r>
              <w:t>vk</w:t>
            </w:r>
            <w:r w:rsidRPr="00332DB8">
              <w:rPr>
                <w:lang w:val="ru-RU"/>
              </w:rPr>
              <w:t>.</w:t>
            </w:r>
            <w:r>
              <w:t>com</w:t>
            </w:r>
            <w:r w:rsidRPr="00332DB8">
              <w:rPr>
                <w:lang w:val="ru-RU"/>
              </w:rPr>
              <w:t>/</w:t>
            </w:r>
            <w:r>
              <w:t>audios</w:t>
            </w:r>
            <w:r w:rsidRPr="00332DB8">
              <w:rPr>
                <w:lang w:val="ru-RU"/>
              </w:rPr>
              <w:t>99631580, видеоматериалы: «Нейтрализация Таджика-педофила» (файл «</w:t>
            </w:r>
            <w:r>
              <w:t>Nejtralizaciya</w:t>
            </w:r>
            <w:r w:rsidRPr="00332DB8">
              <w:rPr>
                <w:lang w:val="ru-RU"/>
              </w:rPr>
              <w:t xml:space="preserve"> </w:t>
            </w:r>
            <w:r>
              <w:t>Tadzhika</w:t>
            </w:r>
            <w:r w:rsidRPr="00332DB8">
              <w:rPr>
                <w:lang w:val="ru-RU"/>
              </w:rPr>
              <w:t>-</w:t>
            </w:r>
            <w:r>
              <w:t>pedofila</w:t>
            </w:r>
            <w:r w:rsidRPr="00332DB8">
              <w:rPr>
                <w:lang w:val="ru-RU"/>
              </w:rPr>
              <w:t xml:space="preserve"> (</w:t>
            </w:r>
            <w:r>
              <w:t>S</w:t>
            </w:r>
            <w:r w:rsidRPr="00332DB8">
              <w:rPr>
                <w:lang w:val="ru-RU"/>
              </w:rPr>
              <w:t>-</w:t>
            </w:r>
            <w:r>
              <w:t>Pb</w:t>
            </w:r>
            <w:r w:rsidRPr="00332DB8">
              <w:rPr>
                <w:lang w:val="ru-RU"/>
              </w:rPr>
              <w:t>).240», размером 19,3 МБ), «узбек в помойке 88» (файл «</w:t>
            </w:r>
            <w:r>
              <w:t>uzbek</w:t>
            </w:r>
            <w:r w:rsidRPr="00332DB8">
              <w:rPr>
                <w:lang w:val="ru-RU"/>
              </w:rPr>
              <w:t xml:space="preserve"> </w:t>
            </w:r>
            <w:r>
              <w:t>v</w:t>
            </w:r>
            <w:r w:rsidRPr="00332DB8">
              <w:rPr>
                <w:lang w:val="ru-RU"/>
              </w:rPr>
              <w:t xml:space="preserve"> </w:t>
            </w:r>
            <w:r>
              <w:t>pomojke</w:t>
            </w:r>
            <w:r w:rsidRPr="00332DB8">
              <w:rPr>
                <w:lang w:val="ru-RU"/>
              </w:rPr>
              <w:t xml:space="preserve"> 88.360», размером 1,81 МБ), а также аудиозапись «14/88 - Россия для Русских» (файл «14-88 - </w:t>
            </w:r>
            <w:r>
              <w:t>Rossiya</w:t>
            </w:r>
            <w:r w:rsidRPr="00332DB8">
              <w:rPr>
                <w:lang w:val="ru-RU"/>
              </w:rPr>
              <w:t xml:space="preserve"> </w:t>
            </w:r>
            <w:r>
              <w:t>dlya</w:t>
            </w:r>
            <w:r w:rsidRPr="00332DB8">
              <w:rPr>
                <w:lang w:val="ru-RU"/>
              </w:rPr>
              <w:t xml:space="preserve"> </w:t>
            </w:r>
            <w:r>
              <w:t>Russkih</w:t>
            </w:r>
            <w:r w:rsidRPr="00332DB8">
              <w:rPr>
                <w:lang w:val="ru-RU"/>
              </w:rPr>
              <w:t>», размером 2,94 МБ) (решение Дедовичского районного суда Псковской области от 19.02.2015);</w:t>
            </w:r>
          </w:p>
        </w:tc>
        <w:tc>
          <w:tcPr>
            <w:tcW w:w="2880" w:type="dxa"/>
          </w:tcPr>
          <w:p w:rsidR="006F7457" w:rsidRPr="00332DB8" w:rsidRDefault="006F7457">
            <w:pPr>
              <w:rPr>
                <w:lang w:val="ru-RU"/>
              </w:rPr>
            </w:pPr>
          </w:p>
        </w:tc>
      </w:tr>
      <w:tr w:rsidR="006F7457" w:rsidRPr="005A424D">
        <w:tc>
          <w:tcPr>
            <w:tcW w:w="2880" w:type="dxa"/>
          </w:tcPr>
          <w:p w:rsidR="006F7457" w:rsidRDefault="00332DB8">
            <w:r>
              <w:t>2778.</w:t>
            </w:r>
          </w:p>
        </w:tc>
        <w:tc>
          <w:tcPr>
            <w:tcW w:w="2880" w:type="dxa"/>
          </w:tcPr>
          <w:p w:rsidR="006F7457" w:rsidRPr="00332DB8" w:rsidRDefault="00332DB8">
            <w:pPr>
              <w:rPr>
                <w:lang w:val="ru-RU"/>
              </w:rPr>
            </w:pPr>
            <w:r w:rsidRPr="00332DB8">
              <w:rPr>
                <w:lang w:val="ru-RU"/>
              </w:rPr>
              <w:t xml:space="preserve">Размещенные в разделе «видеозаписи» на странице пользователя (электронный адрес -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100901248) сайта международной сети Интернет </w:t>
            </w:r>
            <w:r>
              <w:t>www</w:t>
            </w:r>
            <w:r w:rsidRPr="00332DB8">
              <w:rPr>
                <w:lang w:val="ru-RU"/>
              </w:rPr>
              <w:t>.</w:t>
            </w:r>
            <w:r>
              <w:t>vk</w:t>
            </w:r>
            <w:r w:rsidRPr="00332DB8">
              <w:rPr>
                <w:lang w:val="ru-RU"/>
              </w:rPr>
              <w:t>.</w:t>
            </w:r>
            <w:r>
              <w:t>com</w:t>
            </w:r>
            <w:r w:rsidRPr="00332DB8">
              <w:rPr>
                <w:lang w:val="ru-RU"/>
              </w:rPr>
              <w:t xml:space="preserve"> следующие материалы: видеоролики «</w:t>
            </w:r>
            <w:r>
              <w:t>Skingirl</w:t>
            </w:r>
            <w:r w:rsidRPr="00332DB8">
              <w:rPr>
                <w:lang w:val="ru-RU"/>
              </w:rPr>
              <w:t xml:space="preserve"> – </w:t>
            </w:r>
            <w:r>
              <w:t>invictos</w:t>
            </w:r>
            <w:r w:rsidRPr="00332DB8">
              <w:rPr>
                <w:lang w:val="ru-RU"/>
              </w:rPr>
              <w:t xml:space="preserve">», «Автономное сопротивление </w:t>
            </w:r>
            <w:r>
              <w:t>NSWP</w:t>
            </w:r>
            <w:r w:rsidRPr="00332DB8">
              <w:rPr>
                <w:lang w:val="ru-RU"/>
              </w:rPr>
              <w:t>»,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2880" w:type="dxa"/>
          </w:tcPr>
          <w:p w:rsidR="006F7457" w:rsidRPr="00332DB8" w:rsidRDefault="006F7457">
            <w:pPr>
              <w:rPr>
                <w:lang w:val="ru-RU"/>
              </w:rPr>
            </w:pPr>
          </w:p>
        </w:tc>
      </w:tr>
      <w:tr w:rsidR="006F7457" w:rsidRPr="005A424D">
        <w:tc>
          <w:tcPr>
            <w:tcW w:w="2880" w:type="dxa"/>
          </w:tcPr>
          <w:p w:rsidR="006F7457" w:rsidRDefault="00332DB8">
            <w:r>
              <w:t>2779.</w:t>
            </w:r>
          </w:p>
        </w:tc>
        <w:tc>
          <w:tcPr>
            <w:tcW w:w="2880" w:type="dxa"/>
          </w:tcPr>
          <w:p w:rsidR="006F7457" w:rsidRPr="00332DB8" w:rsidRDefault="00332DB8">
            <w:pPr>
              <w:rPr>
                <w:lang w:val="ru-RU"/>
              </w:rPr>
            </w:pPr>
            <w:r w:rsidRPr="00332DB8">
              <w:rPr>
                <w:lang w:val="ru-RU"/>
              </w:rPr>
              <w:t xml:space="preserve">Фотоизображение с графическим рисунком, содержащее текст: «УБИВАЙ ЧУРБАНОВ! ЭТО ВЕСЕЛО! ЭТО МОДНО! ЭТО СПОРТИВНО!», размещенное на странице в сети Интернет </w:t>
            </w:r>
            <w:r>
              <w:t>http</w:t>
            </w:r>
            <w:r w:rsidRPr="00332DB8">
              <w:rPr>
                <w:lang w:val="ru-RU"/>
              </w:rPr>
              <w:t>://</w:t>
            </w:r>
            <w:r>
              <w:t>vk</w:t>
            </w:r>
            <w:r w:rsidRPr="00332DB8">
              <w:rPr>
                <w:lang w:val="ru-RU"/>
              </w:rPr>
              <w:t>.</w:t>
            </w:r>
            <w:r>
              <w:t>com</w:t>
            </w:r>
            <w:r w:rsidRPr="00332DB8">
              <w:rPr>
                <w:lang w:val="ru-RU"/>
              </w:rPr>
              <w:t>/</w:t>
            </w:r>
            <w:r>
              <w:t>id</w:t>
            </w:r>
            <w:r w:rsidRPr="00332DB8">
              <w:rPr>
                <w:lang w:val="ru-RU"/>
              </w:rPr>
              <w:t>211571790 (решение Правдинского районного суда Калининградской области от 22.01.2015);</w:t>
            </w:r>
          </w:p>
        </w:tc>
        <w:tc>
          <w:tcPr>
            <w:tcW w:w="2880" w:type="dxa"/>
          </w:tcPr>
          <w:p w:rsidR="006F7457" w:rsidRPr="00332DB8" w:rsidRDefault="006F7457">
            <w:pPr>
              <w:rPr>
                <w:lang w:val="ru-RU"/>
              </w:rPr>
            </w:pPr>
          </w:p>
        </w:tc>
      </w:tr>
      <w:tr w:rsidR="006F7457" w:rsidRPr="005A424D">
        <w:tc>
          <w:tcPr>
            <w:tcW w:w="2880" w:type="dxa"/>
          </w:tcPr>
          <w:p w:rsidR="006F7457" w:rsidRDefault="00332DB8">
            <w:r>
              <w:t>278</w:t>
            </w:r>
            <w:r>
              <w:lastRenderedPageBreak/>
              <w:t>0.</w:t>
            </w:r>
          </w:p>
        </w:tc>
        <w:tc>
          <w:tcPr>
            <w:tcW w:w="2880" w:type="dxa"/>
          </w:tcPr>
          <w:p w:rsidR="006F7457" w:rsidRPr="00332DB8" w:rsidRDefault="00332DB8">
            <w:pPr>
              <w:rPr>
                <w:lang w:val="ru-RU"/>
              </w:rPr>
            </w:pPr>
            <w:r w:rsidRPr="00332DB8">
              <w:rPr>
                <w:lang w:val="ru-RU"/>
              </w:rPr>
              <w:lastRenderedPageBreak/>
              <w:t xml:space="preserve">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w:t>
            </w:r>
            <w:r>
              <w:t>htt</w:t>
            </w:r>
            <w:r w:rsidRPr="00332DB8">
              <w:rPr>
                <w:lang w:val="ru-RU"/>
              </w:rPr>
              <w:t>://</w:t>
            </w:r>
            <w:r>
              <w:t>vk</w:t>
            </w:r>
            <w:r w:rsidRPr="00332DB8">
              <w:rPr>
                <w:lang w:val="ru-RU"/>
              </w:rPr>
              <w:t>.</w:t>
            </w:r>
            <w:r>
              <w:t>com</w:t>
            </w:r>
            <w:r w:rsidRPr="00332DB8">
              <w:rPr>
                <w:lang w:val="ru-RU"/>
              </w:rPr>
              <w:t>/</w:t>
            </w:r>
            <w:r>
              <w:t>club</w:t>
            </w:r>
            <w:r w:rsidRPr="00332DB8">
              <w:rPr>
                <w:lang w:val="ru-RU"/>
              </w:rPr>
              <w:t xml:space="preserve">75695205 от имени </w:t>
            </w:r>
            <w:r w:rsidRPr="00332DB8">
              <w:rPr>
                <w:lang w:val="ru-RU"/>
              </w:rPr>
              <w:lastRenderedPageBreak/>
              <w:t>(«под ником») «СМИ аль – Имарат аль-Кавказ» (решение Чегемского районного суда Кабардино-Балкарской Республики от 17.02.2015);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2781.</w:t>
            </w:r>
          </w:p>
        </w:tc>
        <w:tc>
          <w:tcPr>
            <w:tcW w:w="2880" w:type="dxa"/>
          </w:tcPr>
          <w:p w:rsidR="006F7457" w:rsidRPr="00332DB8" w:rsidRDefault="00332DB8">
            <w:pPr>
              <w:rPr>
                <w:lang w:val="ru-RU"/>
              </w:rPr>
            </w:pPr>
            <w:r w:rsidRPr="00332DB8">
              <w:rPr>
                <w:lang w:val="ru-RU"/>
              </w:rPr>
              <w:t>Размещенные Скоковым В.В. под псевдонимом «</w:t>
            </w:r>
            <w:r>
              <w:t>Plasteline</w:t>
            </w:r>
            <w:r w:rsidRPr="00332DB8">
              <w:rPr>
                <w:lang w:val="ru-RU"/>
              </w:rPr>
              <w:t xml:space="preserve"> </w:t>
            </w:r>
            <w:r>
              <w:t>Plastit</w:t>
            </w:r>
            <w:r w:rsidRPr="00332DB8">
              <w:rPr>
                <w:lang w:val="ru-RU"/>
              </w:rPr>
              <w:t xml:space="preserve">» в социальной сети «Вконтакте» видеозаписи «БАНДА МОСКВЫ – ВИВАТ РОССИЯ» </w:t>
            </w:r>
            <w:r>
              <w:t>eb</w:t>
            </w:r>
            <w:r w:rsidRPr="00332DB8">
              <w:rPr>
                <w:lang w:val="ru-RU"/>
              </w:rPr>
              <w:t>81</w:t>
            </w:r>
            <w:r>
              <w:t>df</w:t>
            </w:r>
            <w:r w:rsidRPr="00332DB8">
              <w:rPr>
                <w:lang w:val="ru-RU"/>
              </w:rPr>
              <w:t>55</w:t>
            </w:r>
            <w:r>
              <w:t>cb</w:t>
            </w:r>
            <w:r w:rsidRPr="00332DB8">
              <w:rPr>
                <w:lang w:val="ru-RU"/>
              </w:rPr>
              <w:t>33-67833227.</w:t>
            </w:r>
            <w:r>
              <w:t>vk</w:t>
            </w:r>
            <w:r w:rsidRPr="00332DB8">
              <w:rPr>
                <w:lang w:val="ru-RU"/>
              </w:rPr>
              <w:t>, «ХорСС-</w:t>
            </w:r>
            <w:r>
              <w:t>Mein</w:t>
            </w:r>
            <w:r w:rsidRPr="00332DB8">
              <w:rPr>
                <w:lang w:val="ru-RU"/>
              </w:rPr>
              <w:t xml:space="preserve"> </w:t>
            </w:r>
            <w:r>
              <w:t>Kampf</w:t>
            </w:r>
            <w:r w:rsidRPr="00332DB8">
              <w:rPr>
                <w:lang w:val="ru-RU"/>
              </w:rPr>
              <w:t xml:space="preserve">» </w:t>
            </w:r>
            <w:r>
              <w:t>d</w:t>
            </w:r>
            <w:r w:rsidRPr="00332DB8">
              <w:rPr>
                <w:lang w:val="ru-RU"/>
              </w:rPr>
              <w:t>70</w:t>
            </w:r>
            <w:r>
              <w:t>d</w:t>
            </w:r>
            <w:r w:rsidRPr="00332DB8">
              <w:rPr>
                <w:lang w:val="ru-RU"/>
              </w:rPr>
              <w:t>613</w:t>
            </w:r>
            <w:r>
              <w:t>d</w:t>
            </w:r>
            <w:r w:rsidRPr="00332DB8">
              <w:rPr>
                <w:lang w:val="ru-RU"/>
              </w:rPr>
              <w:t>9</w:t>
            </w:r>
            <w:r>
              <w:t>c</w:t>
            </w:r>
            <w:r w:rsidRPr="00332DB8">
              <w:rPr>
                <w:lang w:val="ru-RU"/>
              </w:rPr>
              <w:t>35-66422328.</w:t>
            </w:r>
            <w:r>
              <w:t>vk</w:t>
            </w:r>
            <w:r w:rsidRPr="00332DB8">
              <w:rPr>
                <w:lang w:val="ru-RU"/>
              </w:rPr>
              <w:t xml:space="preserve">., а также находящиеся на следующих сайтах: </w:t>
            </w:r>
            <w:r>
              <w:t>www</w:t>
            </w:r>
            <w:r w:rsidRPr="00332DB8">
              <w:rPr>
                <w:lang w:val="ru-RU"/>
              </w:rPr>
              <w:t>.</w:t>
            </w:r>
            <w:r>
              <w:t>dailymotion</w:t>
            </w:r>
            <w:r w:rsidRPr="00332DB8">
              <w:rPr>
                <w:lang w:val="ru-RU"/>
              </w:rPr>
              <w:t>.</w:t>
            </w:r>
            <w:r>
              <w:t>com</w:t>
            </w:r>
            <w:r w:rsidRPr="00332DB8">
              <w:rPr>
                <w:lang w:val="ru-RU"/>
              </w:rPr>
              <w:t>/</w:t>
            </w:r>
            <w:r>
              <w:t>video</w:t>
            </w:r>
            <w:r w:rsidRPr="00332DB8">
              <w:rPr>
                <w:lang w:val="ru-RU"/>
              </w:rPr>
              <w:t>/</w:t>
            </w:r>
            <w:r>
              <w:t>xd</w:t>
            </w:r>
            <w:r w:rsidRPr="00332DB8">
              <w:rPr>
                <w:lang w:val="ru-RU"/>
              </w:rPr>
              <w:t>57</w:t>
            </w:r>
            <w:r>
              <w:t>j</w:t>
            </w:r>
            <w:r w:rsidRPr="00332DB8">
              <w:rPr>
                <w:lang w:val="ru-RU"/>
              </w:rPr>
              <w:t>7_банда-москвы-виват-россия_</w:t>
            </w:r>
            <w:r>
              <w:t>music</w:t>
            </w:r>
            <w:r w:rsidRPr="00332DB8">
              <w:rPr>
                <w:lang w:val="ru-RU"/>
              </w:rPr>
              <w:t xml:space="preserve"> и </w:t>
            </w:r>
            <w:r>
              <w:t>https</w:t>
            </w:r>
            <w:r w:rsidRPr="00332DB8">
              <w:rPr>
                <w:lang w:val="ru-RU"/>
              </w:rPr>
              <w:t>://</w:t>
            </w:r>
            <w:r>
              <w:t>vk</w:t>
            </w:r>
            <w:r w:rsidRPr="00332DB8">
              <w:rPr>
                <w:lang w:val="ru-RU"/>
              </w:rPr>
              <w:t>.</w:t>
            </w:r>
            <w:r>
              <w:t>com</w:t>
            </w:r>
            <w:r w:rsidRPr="00332DB8">
              <w:rPr>
                <w:lang w:val="ru-RU"/>
              </w:rPr>
              <w:t>/</w:t>
            </w:r>
            <w:r>
              <w:t>video</w:t>
            </w:r>
            <w:r w:rsidRPr="00332DB8">
              <w:rPr>
                <w:lang w:val="ru-RU"/>
              </w:rPr>
              <w:t>-4521658_ 91873171 (решение Железнодорожного районного суда г. Орла от 27.02.2015).</w:t>
            </w:r>
          </w:p>
        </w:tc>
        <w:tc>
          <w:tcPr>
            <w:tcW w:w="2880" w:type="dxa"/>
          </w:tcPr>
          <w:p w:rsidR="006F7457" w:rsidRPr="00332DB8" w:rsidRDefault="006F7457">
            <w:pPr>
              <w:rPr>
                <w:lang w:val="ru-RU"/>
              </w:rPr>
            </w:pPr>
          </w:p>
        </w:tc>
      </w:tr>
      <w:tr w:rsidR="006F7457" w:rsidRPr="005A424D">
        <w:tc>
          <w:tcPr>
            <w:tcW w:w="2880" w:type="dxa"/>
          </w:tcPr>
          <w:p w:rsidR="006F7457" w:rsidRDefault="00332DB8">
            <w:r>
              <w:t>2782.</w:t>
            </w:r>
          </w:p>
        </w:tc>
        <w:tc>
          <w:tcPr>
            <w:tcW w:w="2880" w:type="dxa"/>
          </w:tcPr>
          <w:p w:rsidR="006F7457" w:rsidRPr="00332DB8" w:rsidRDefault="00332DB8">
            <w:pPr>
              <w:rPr>
                <w:lang w:val="ru-RU"/>
              </w:rPr>
            </w:pPr>
            <w:r w:rsidRPr="00332DB8">
              <w:rPr>
                <w:lang w:val="ru-RU"/>
              </w:rPr>
              <w:t>Видеофайлы «Коловрат - Футбольный хулиган».</w:t>
            </w:r>
            <w:r>
              <w:t>mp</w:t>
            </w:r>
            <w:r w:rsidRPr="00332DB8">
              <w:rPr>
                <w:lang w:val="ru-RU"/>
              </w:rPr>
              <w:t>4, «Россия для русских».</w:t>
            </w:r>
            <w:r>
              <w:t>mp</w:t>
            </w:r>
            <w:r w:rsidRPr="00332DB8">
              <w:rPr>
                <w:lang w:val="ru-RU"/>
              </w:rPr>
              <w:t xml:space="preserve">4; аудиофайлы «Банда Москвы - Арийский легион! </w:t>
            </w:r>
            <w:r>
              <w:t>mp</w:t>
            </w:r>
            <w:r w:rsidRPr="00332DB8">
              <w:rPr>
                <w:lang w:val="ru-RU"/>
              </w:rPr>
              <w:t xml:space="preserve">3», «Банда Москвы - Молодой Скинхед. </w:t>
            </w:r>
            <w:r>
              <w:t>mp</w:t>
            </w:r>
            <w:r w:rsidRPr="00332DB8">
              <w:rPr>
                <w:lang w:val="ru-RU"/>
              </w:rPr>
              <w:t>3» (решение Бежицкого районного суда г. Брянска от 20.02.2015);</w:t>
            </w:r>
          </w:p>
        </w:tc>
        <w:tc>
          <w:tcPr>
            <w:tcW w:w="2880" w:type="dxa"/>
          </w:tcPr>
          <w:p w:rsidR="006F7457" w:rsidRPr="00332DB8" w:rsidRDefault="006F7457">
            <w:pPr>
              <w:rPr>
                <w:lang w:val="ru-RU"/>
              </w:rPr>
            </w:pPr>
          </w:p>
        </w:tc>
      </w:tr>
      <w:tr w:rsidR="006F7457">
        <w:tc>
          <w:tcPr>
            <w:tcW w:w="2880" w:type="dxa"/>
          </w:tcPr>
          <w:p w:rsidR="006F7457" w:rsidRDefault="00332DB8">
            <w:r>
              <w:t>2783.</w:t>
            </w:r>
          </w:p>
        </w:tc>
        <w:tc>
          <w:tcPr>
            <w:tcW w:w="2880" w:type="dxa"/>
          </w:tcPr>
          <w:p w:rsidR="006F7457" w:rsidRDefault="00332DB8">
            <w: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2880" w:type="dxa"/>
          </w:tcPr>
          <w:p w:rsidR="006F7457" w:rsidRDefault="006F7457"/>
        </w:tc>
      </w:tr>
      <w:tr w:rsidR="006F7457" w:rsidRPr="005A424D">
        <w:tc>
          <w:tcPr>
            <w:tcW w:w="2880" w:type="dxa"/>
          </w:tcPr>
          <w:p w:rsidR="006F7457" w:rsidRDefault="00332DB8">
            <w:r>
              <w:t>2784.</w:t>
            </w:r>
          </w:p>
        </w:tc>
        <w:tc>
          <w:tcPr>
            <w:tcW w:w="2880" w:type="dxa"/>
          </w:tcPr>
          <w:p w:rsidR="006F7457" w:rsidRPr="00332DB8" w:rsidRDefault="00332DB8">
            <w:pPr>
              <w:rPr>
                <w:lang w:val="ru-RU"/>
              </w:rPr>
            </w:pPr>
            <w:r w:rsidRPr="00332DB8">
              <w:rPr>
                <w:lang w:val="ru-RU"/>
              </w:rPr>
              <w:t xml:space="preserve">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w:t>
            </w:r>
            <w:r>
              <w:t>http</w:t>
            </w:r>
            <w:r w:rsidRPr="00332DB8">
              <w:rPr>
                <w:lang w:val="ru-RU"/>
              </w:rPr>
              <w:t>://</w:t>
            </w:r>
            <w:r>
              <w:t>vkontakte</w:t>
            </w:r>
            <w:r w:rsidRPr="00332DB8">
              <w:rPr>
                <w:lang w:val="ru-RU"/>
              </w:rPr>
              <w:t>.</w:t>
            </w:r>
            <w:r>
              <w:t>ru</w:t>
            </w:r>
            <w:r w:rsidRPr="00332DB8">
              <w:rPr>
                <w:lang w:val="ru-RU"/>
              </w:rPr>
              <w:t>|</w:t>
            </w:r>
            <w:r>
              <w:t>id</w:t>
            </w:r>
            <w:r w:rsidRPr="00332DB8">
              <w:rPr>
                <w:lang w:val="ru-RU"/>
              </w:rPr>
              <w:t>172950520 (решение Московского районного суда г. Калининграда от 05.02.2015);</w:t>
            </w:r>
          </w:p>
        </w:tc>
        <w:tc>
          <w:tcPr>
            <w:tcW w:w="2880" w:type="dxa"/>
          </w:tcPr>
          <w:p w:rsidR="006F7457" w:rsidRPr="00332DB8" w:rsidRDefault="006F7457">
            <w:pPr>
              <w:rPr>
                <w:lang w:val="ru-RU"/>
              </w:rPr>
            </w:pPr>
          </w:p>
        </w:tc>
      </w:tr>
      <w:tr w:rsidR="006F7457" w:rsidRPr="005A424D">
        <w:tc>
          <w:tcPr>
            <w:tcW w:w="2880" w:type="dxa"/>
          </w:tcPr>
          <w:p w:rsidR="006F7457" w:rsidRDefault="00332DB8">
            <w:r>
              <w:t>2785.</w:t>
            </w:r>
          </w:p>
        </w:tc>
        <w:tc>
          <w:tcPr>
            <w:tcW w:w="2880" w:type="dxa"/>
          </w:tcPr>
          <w:p w:rsidR="006F7457" w:rsidRPr="00332DB8" w:rsidRDefault="00332DB8">
            <w:pPr>
              <w:rPr>
                <w:lang w:val="ru-RU"/>
              </w:rPr>
            </w:pPr>
            <w:r w:rsidRPr="00332DB8">
              <w:rPr>
                <w:lang w:val="ru-RU"/>
              </w:rPr>
              <w:t xml:space="preserve">Информационный материал «Прокурор: Вина </w:t>
            </w:r>
            <w:r>
              <w:t>Pussy</w:t>
            </w:r>
            <w:r w:rsidRPr="00332DB8">
              <w:rPr>
                <w:lang w:val="ru-RU"/>
              </w:rPr>
              <w:t xml:space="preserve"> </w:t>
            </w:r>
            <w:r>
              <w:t>Riot</w:t>
            </w:r>
            <w:r w:rsidRPr="00332DB8">
              <w:rPr>
                <w:lang w:val="ru-RU"/>
              </w:rPr>
              <w:t xml:space="preserve"> в хулиганстве доказана», размещенный в сети Интернет по адресу: </w:t>
            </w:r>
            <w:r>
              <w:t>www</w:t>
            </w:r>
            <w:r w:rsidRPr="00332DB8">
              <w:rPr>
                <w:lang w:val="ru-RU"/>
              </w:rPr>
              <w:t>.</w:t>
            </w:r>
            <w:r>
              <w:t>russia</w:t>
            </w:r>
            <w:r w:rsidRPr="00332DB8">
              <w:rPr>
                <w:lang w:val="ru-RU"/>
              </w:rPr>
              <w:t>.</w:t>
            </w:r>
            <w:r>
              <w:t>ru</w:t>
            </w:r>
            <w:r w:rsidRPr="00332DB8">
              <w:rPr>
                <w:lang w:val="ru-RU"/>
              </w:rPr>
              <w:t>/</w:t>
            </w:r>
            <w:r>
              <w:t>Serebrov</w:t>
            </w:r>
            <w:r w:rsidRPr="00332DB8">
              <w:rPr>
                <w:lang w:val="ru-RU"/>
              </w:rPr>
              <w:t>/</w:t>
            </w:r>
            <w:r>
              <w:t>status</w:t>
            </w:r>
            <w:r w:rsidRPr="00332DB8">
              <w:rPr>
                <w:lang w:val="ru-RU"/>
              </w:rPr>
              <w:t>/48</w:t>
            </w:r>
            <w:r>
              <w:t>b</w:t>
            </w:r>
            <w:r w:rsidRPr="00332DB8">
              <w:rPr>
                <w:lang w:val="ru-RU"/>
              </w:rPr>
              <w:t>970000001</w:t>
            </w:r>
            <w:r>
              <w:t>a</w:t>
            </w:r>
            <w:r w:rsidRPr="00332DB8">
              <w:rPr>
                <w:lang w:val="ru-RU"/>
              </w:rPr>
              <w:t xml:space="preserve"> (решение Тверского районного суда города Москвы от 17.12.2013);</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2786.</w:t>
            </w:r>
          </w:p>
        </w:tc>
        <w:tc>
          <w:tcPr>
            <w:tcW w:w="2880" w:type="dxa"/>
          </w:tcPr>
          <w:p w:rsidR="006F7457" w:rsidRPr="00332DB8" w:rsidRDefault="00332DB8">
            <w:pPr>
              <w:rPr>
                <w:lang w:val="ru-RU"/>
              </w:rPr>
            </w:pPr>
            <w:r w:rsidRPr="00332DB8">
              <w:rPr>
                <w:lang w:val="ru-RU"/>
              </w:rPr>
              <w:t xml:space="preserve">Комментарии, размещенные по адресу </w:t>
            </w:r>
            <w:r>
              <w:t>www</w:t>
            </w:r>
            <w:r w:rsidRPr="00332DB8">
              <w:rPr>
                <w:lang w:val="ru-RU"/>
              </w:rPr>
              <w:t>.</w:t>
            </w:r>
            <w:r>
              <w:t>youtube</w:t>
            </w:r>
            <w:r w:rsidRPr="00332DB8">
              <w:rPr>
                <w:lang w:val="ru-RU"/>
              </w:rPr>
              <w:t>.</w:t>
            </w:r>
            <w:r>
              <w:t>come</w:t>
            </w:r>
            <w:r w:rsidRPr="00332DB8">
              <w:rPr>
                <w:lang w:val="ru-RU"/>
              </w:rPr>
              <w:t>/</w:t>
            </w:r>
            <w:r>
              <w:t>all</w:t>
            </w:r>
            <w:r w:rsidRPr="00332DB8">
              <w:rPr>
                <w:lang w:val="ru-RU"/>
              </w:rPr>
              <w:t>_</w:t>
            </w:r>
            <w:r>
              <w:t>comments</w:t>
            </w:r>
            <w:r w:rsidRPr="00332DB8">
              <w:rPr>
                <w:lang w:val="ru-RU"/>
              </w:rPr>
              <w:t>?</w:t>
            </w:r>
            <w:r>
              <w:t>v</w:t>
            </w:r>
            <w:r w:rsidRPr="00332DB8">
              <w:rPr>
                <w:lang w:val="ru-RU"/>
              </w:rPr>
              <w:t>=</w:t>
            </w:r>
            <w:r>
              <w:t>Au</w:t>
            </w:r>
            <w:r w:rsidRPr="00332DB8">
              <w:rPr>
                <w:lang w:val="ru-RU"/>
              </w:rPr>
              <w:t>8</w:t>
            </w:r>
            <w:r>
              <w:t>x</w:t>
            </w:r>
            <w:r w:rsidRPr="00332DB8">
              <w:rPr>
                <w:lang w:val="ru-RU"/>
              </w:rPr>
              <w:t>0</w:t>
            </w:r>
            <w:r>
              <w:t>DN</w:t>
            </w:r>
            <w:r w:rsidRPr="00332DB8">
              <w:rPr>
                <w:lang w:val="ru-RU"/>
              </w:rPr>
              <w:t>6</w:t>
            </w:r>
            <w:r>
              <w:t>pwY</w:t>
            </w:r>
            <w:r w:rsidRPr="00332DB8">
              <w:rPr>
                <w:lang w:val="ru-RU"/>
              </w:rPr>
              <w:t xml:space="preserve"> (решение Тверского районного суда города Москвы от 23.05.2014);</w:t>
            </w:r>
          </w:p>
        </w:tc>
        <w:tc>
          <w:tcPr>
            <w:tcW w:w="2880" w:type="dxa"/>
          </w:tcPr>
          <w:p w:rsidR="006F7457" w:rsidRPr="00332DB8" w:rsidRDefault="006F7457">
            <w:pPr>
              <w:rPr>
                <w:lang w:val="ru-RU"/>
              </w:rPr>
            </w:pPr>
          </w:p>
        </w:tc>
      </w:tr>
      <w:tr w:rsidR="006F7457" w:rsidRPr="005A424D">
        <w:tc>
          <w:tcPr>
            <w:tcW w:w="2880" w:type="dxa"/>
          </w:tcPr>
          <w:p w:rsidR="006F7457" w:rsidRDefault="00332DB8">
            <w:r>
              <w:t>2787.</w:t>
            </w:r>
          </w:p>
        </w:tc>
        <w:tc>
          <w:tcPr>
            <w:tcW w:w="2880" w:type="dxa"/>
          </w:tcPr>
          <w:p w:rsidR="006F7457" w:rsidRPr="00332DB8" w:rsidRDefault="00332DB8">
            <w:pPr>
              <w:rPr>
                <w:lang w:val="ru-RU"/>
              </w:rPr>
            </w:pPr>
            <w:r w:rsidRPr="00332DB8">
              <w:rPr>
                <w:lang w:val="ru-RU"/>
              </w:rPr>
              <w:t xml:space="preserve">Рисунок с текстом «Кто мы? РУССКИЕ!!!», «Чего мы хотим? Сжечь на… хачей!!», «Когда мы этого хотим? Прямо сейчас!» размещенный на электронной странице </w:t>
            </w:r>
            <w:r>
              <w:t>www</w:t>
            </w:r>
            <w:r w:rsidRPr="00332DB8">
              <w:rPr>
                <w:lang w:val="ru-RU"/>
              </w:rPr>
              <w:t>.</w:t>
            </w:r>
            <w:r>
              <w:t>vk</w:t>
            </w:r>
            <w:r w:rsidRPr="00332DB8">
              <w:rPr>
                <w:lang w:val="ru-RU"/>
              </w:rPr>
              <w:t>.</w:t>
            </w:r>
            <w:r>
              <w:t>com</w:t>
            </w:r>
            <w:r w:rsidRPr="00332DB8">
              <w:rPr>
                <w:lang w:val="ru-RU"/>
              </w:rPr>
              <w:t>/</w:t>
            </w:r>
            <w:r>
              <w:t>idl</w:t>
            </w:r>
            <w:r w:rsidRPr="00332DB8">
              <w:rPr>
                <w:lang w:val="ru-RU"/>
              </w:rPr>
              <w:t xml:space="preserve"> 488</w:t>
            </w:r>
            <w:r>
              <w:t>ssl</w:t>
            </w:r>
            <w:r w:rsidRPr="00332DB8">
              <w:rPr>
                <w:lang w:val="ru-RU"/>
              </w:rPr>
              <w:t xml:space="preserve">1488 под псевдонимом «Глеб Сизов» в социальной сети «Вконтакте» по электронному адресу </w:t>
            </w:r>
            <w:r>
              <w:t>www</w:t>
            </w:r>
            <w:r w:rsidRPr="00332DB8">
              <w:rPr>
                <w:lang w:val="ru-RU"/>
              </w:rPr>
              <w:t>.</w:t>
            </w:r>
            <w:r>
              <w:t>vk</w:t>
            </w:r>
            <w:r w:rsidRPr="00332DB8">
              <w:rPr>
                <w:lang w:val="ru-RU"/>
              </w:rPr>
              <w:t>.</w:t>
            </w:r>
            <w:r>
              <w:t>com</w:t>
            </w:r>
            <w:r w:rsidRPr="00332DB8">
              <w:rPr>
                <w:lang w:val="ru-RU"/>
              </w:rPr>
              <w:t>/</w:t>
            </w:r>
            <w:r>
              <w:t>photo</w:t>
            </w:r>
            <w:r w:rsidRPr="00332DB8">
              <w:rPr>
                <w:lang w:val="ru-RU"/>
              </w:rPr>
              <w:t xml:space="preserve">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t>
            </w:r>
            <w:r>
              <w:t>www</w:t>
            </w:r>
            <w:r w:rsidRPr="00332DB8">
              <w:rPr>
                <w:lang w:val="ru-RU"/>
              </w:rPr>
              <w:t>.</w:t>
            </w:r>
            <w:r>
              <w:t>vk</w:t>
            </w:r>
            <w:r w:rsidRPr="00332DB8">
              <w:rPr>
                <w:lang w:val="ru-RU"/>
              </w:rPr>
              <w:t>.</w:t>
            </w:r>
            <w:r>
              <w:t>com</w:t>
            </w:r>
            <w:r w:rsidRPr="00332DB8">
              <w:rPr>
                <w:lang w:val="ru-RU"/>
              </w:rPr>
              <w:t>/</w:t>
            </w:r>
            <w:r>
              <w:t>idl</w:t>
            </w:r>
            <w:r w:rsidRPr="00332DB8">
              <w:rPr>
                <w:lang w:val="ru-RU"/>
              </w:rPr>
              <w:t xml:space="preserve"> 488</w:t>
            </w:r>
            <w:r>
              <w:t>ssl</w:t>
            </w:r>
            <w:r w:rsidRPr="00332DB8">
              <w:rPr>
                <w:lang w:val="ru-RU"/>
              </w:rPr>
              <w:t xml:space="preserve">1488 под псевдонимом «Глеб Сизов» в социальной сети «Вконтакте» по электронному адресу </w:t>
            </w:r>
            <w:r>
              <w:t>www</w:t>
            </w:r>
            <w:r w:rsidRPr="00332DB8">
              <w:rPr>
                <w:lang w:val="ru-RU"/>
              </w:rPr>
              <w:t>.</w:t>
            </w:r>
            <w:r>
              <w:t>vk</w:t>
            </w:r>
            <w:r w:rsidRPr="00332DB8">
              <w:rPr>
                <w:lang w:val="ru-RU"/>
              </w:rPr>
              <w:t>.</w:t>
            </w:r>
            <w:r>
              <w:t>com</w:t>
            </w:r>
            <w:r w:rsidRPr="00332DB8">
              <w:rPr>
                <w:lang w:val="ru-RU"/>
              </w:rPr>
              <w:t>/</w:t>
            </w:r>
            <w:r>
              <w:t>photo</w:t>
            </w:r>
            <w:r w:rsidRPr="00332DB8">
              <w:rPr>
                <w:lang w:val="ru-RU"/>
              </w:rPr>
              <w:t>145474353_309749451 (решение Московского районного суда г. Калининграда от 16.02.2015);</w:t>
            </w:r>
          </w:p>
        </w:tc>
        <w:tc>
          <w:tcPr>
            <w:tcW w:w="2880" w:type="dxa"/>
          </w:tcPr>
          <w:p w:rsidR="006F7457" w:rsidRPr="00332DB8" w:rsidRDefault="006F7457">
            <w:pPr>
              <w:rPr>
                <w:lang w:val="ru-RU"/>
              </w:rPr>
            </w:pPr>
          </w:p>
        </w:tc>
      </w:tr>
      <w:tr w:rsidR="006F7457" w:rsidRPr="005A424D">
        <w:tc>
          <w:tcPr>
            <w:tcW w:w="2880" w:type="dxa"/>
          </w:tcPr>
          <w:p w:rsidR="006F7457" w:rsidRDefault="00332DB8">
            <w:r>
              <w:t>2788.</w:t>
            </w:r>
          </w:p>
        </w:tc>
        <w:tc>
          <w:tcPr>
            <w:tcW w:w="2880" w:type="dxa"/>
          </w:tcPr>
          <w:p w:rsidR="006F7457" w:rsidRPr="00332DB8" w:rsidRDefault="00332DB8">
            <w:pPr>
              <w:rPr>
                <w:lang w:val="ru-RU"/>
              </w:rPr>
            </w:pPr>
            <w:r w:rsidRPr="00332DB8">
              <w:rPr>
                <w:lang w:val="ru-RU"/>
              </w:rPr>
              <w:t xml:space="preserve">Сайт сети Интернет </w:t>
            </w:r>
            <w:r>
              <w:t>http</w:t>
            </w:r>
            <w:r w:rsidRPr="00332DB8">
              <w:rPr>
                <w:lang w:val="ru-RU"/>
              </w:rPr>
              <w:t>://</w:t>
            </w:r>
            <w:r>
              <w:t>dmitrilove</w:t>
            </w:r>
            <w:r w:rsidRPr="00332DB8">
              <w:rPr>
                <w:lang w:val="ru-RU"/>
              </w:rPr>
              <w:t>.</w:t>
            </w:r>
            <w:r>
              <w:t>my</w:t>
            </w:r>
            <w:r w:rsidRPr="00332DB8">
              <w:rPr>
                <w:lang w:val="ru-RU"/>
              </w:rPr>
              <w:t>1.</w:t>
            </w:r>
            <w:r>
              <w:t>ru</w:t>
            </w:r>
            <w:r w:rsidRPr="00332DB8">
              <w:rPr>
                <w:lang w:val="ru-RU"/>
              </w:rPr>
              <w:t xml:space="preserve"> (решение Енисейского районного суда Красноярского края от 26.02.2015);</w:t>
            </w:r>
          </w:p>
        </w:tc>
        <w:tc>
          <w:tcPr>
            <w:tcW w:w="2880" w:type="dxa"/>
          </w:tcPr>
          <w:p w:rsidR="006F7457" w:rsidRPr="00332DB8" w:rsidRDefault="006F7457">
            <w:pPr>
              <w:rPr>
                <w:lang w:val="ru-RU"/>
              </w:rPr>
            </w:pPr>
          </w:p>
        </w:tc>
      </w:tr>
      <w:tr w:rsidR="006F7457" w:rsidRPr="005A424D">
        <w:tc>
          <w:tcPr>
            <w:tcW w:w="2880" w:type="dxa"/>
          </w:tcPr>
          <w:p w:rsidR="006F7457" w:rsidRDefault="00332DB8">
            <w:r>
              <w:t>2789.</w:t>
            </w:r>
          </w:p>
        </w:tc>
        <w:tc>
          <w:tcPr>
            <w:tcW w:w="2880" w:type="dxa"/>
          </w:tcPr>
          <w:p w:rsidR="006F7457" w:rsidRPr="00332DB8" w:rsidRDefault="00332DB8">
            <w:pPr>
              <w:rPr>
                <w:lang w:val="ru-RU"/>
              </w:rPr>
            </w:pPr>
            <w:r w:rsidRPr="00332DB8">
              <w:rPr>
                <w:lang w:val="ru-RU"/>
              </w:rPr>
              <w:t xml:space="preserve">Статья А. Заводюка «О русском безумии», размещенная на странице независимого альманаха «Лебедь», расположенная в сети «Интернет» по адресу: </w:t>
            </w:r>
            <w:r>
              <w:t>http</w:t>
            </w:r>
            <w:r w:rsidRPr="00332DB8">
              <w:rPr>
                <w:lang w:val="ru-RU"/>
              </w:rPr>
              <w:t>://</w:t>
            </w:r>
            <w:r>
              <w:t>lebed</w:t>
            </w:r>
            <w:r w:rsidRPr="00332DB8">
              <w:rPr>
                <w:lang w:val="ru-RU"/>
              </w:rPr>
              <w:t>.</w:t>
            </w:r>
            <w:r>
              <w:t>com</w:t>
            </w:r>
            <w:r w:rsidRPr="00332DB8">
              <w:rPr>
                <w:lang w:val="ru-RU"/>
              </w:rPr>
              <w:t>/2014/</w:t>
            </w:r>
            <w:r>
              <w:t>art</w:t>
            </w:r>
            <w:r w:rsidRPr="00332DB8">
              <w:rPr>
                <w:lang w:val="ru-RU"/>
              </w:rPr>
              <w:t>6556.</w:t>
            </w:r>
            <w:r>
              <w:t>htm</w:t>
            </w:r>
            <w:r w:rsidRPr="00332DB8">
              <w:rPr>
                <w:lang w:val="ru-RU"/>
              </w:rPr>
              <w:t xml:space="preserve"> (решение Ленинского районного суда г. Тюмени от 11.02.2015);</w:t>
            </w:r>
          </w:p>
        </w:tc>
        <w:tc>
          <w:tcPr>
            <w:tcW w:w="2880" w:type="dxa"/>
          </w:tcPr>
          <w:p w:rsidR="006F7457" w:rsidRPr="00332DB8" w:rsidRDefault="006F7457">
            <w:pPr>
              <w:rPr>
                <w:lang w:val="ru-RU"/>
              </w:rPr>
            </w:pPr>
          </w:p>
        </w:tc>
      </w:tr>
      <w:tr w:rsidR="006F7457" w:rsidRPr="005A424D">
        <w:tc>
          <w:tcPr>
            <w:tcW w:w="2880" w:type="dxa"/>
          </w:tcPr>
          <w:p w:rsidR="006F7457" w:rsidRDefault="00332DB8">
            <w:r>
              <w:t>27</w:t>
            </w:r>
            <w:r>
              <w:lastRenderedPageBreak/>
              <w:t>90.</w:t>
            </w:r>
          </w:p>
        </w:tc>
        <w:tc>
          <w:tcPr>
            <w:tcW w:w="2880" w:type="dxa"/>
          </w:tcPr>
          <w:p w:rsidR="006F7457" w:rsidRPr="00332DB8" w:rsidRDefault="00332DB8">
            <w:pPr>
              <w:rPr>
                <w:lang w:val="ru-RU"/>
              </w:rPr>
            </w:pPr>
            <w:r w:rsidRPr="00332DB8">
              <w:rPr>
                <w:lang w:val="ru-RU"/>
              </w:rPr>
              <w:lastRenderedPageBreak/>
              <w:t xml:space="preserve">Видеоматериал «Белые воины», размещенный по адресу: </w:t>
            </w:r>
            <w:r>
              <w:t>http</w:t>
            </w:r>
            <w:r w:rsidRPr="00332DB8">
              <w:rPr>
                <w:lang w:val="ru-RU"/>
              </w:rPr>
              <w:t>://</w:t>
            </w:r>
            <w:r>
              <w:t>vk</w:t>
            </w:r>
            <w:r w:rsidRPr="00332DB8">
              <w:rPr>
                <w:lang w:val="ru-RU"/>
              </w:rPr>
              <w:t>.</w:t>
            </w:r>
            <w:r>
              <w:t>com</w:t>
            </w:r>
            <w:r w:rsidRPr="00332DB8">
              <w:rPr>
                <w:lang w:val="ru-RU"/>
              </w:rPr>
              <w:t>/</w:t>
            </w:r>
            <w:r>
              <w:t>videol</w:t>
            </w:r>
            <w:r w:rsidRPr="00332DB8">
              <w:rPr>
                <w:lang w:val="ru-RU"/>
              </w:rPr>
              <w:t xml:space="preserve"> 1590197_165469823) (решение Советского районного суда г. Орла от 11.02.2015);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2791.</w:t>
            </w:r>
          </w:p>
        </w:tc>
        <w:tc>
          <w:tcPr>
            <w:tcW w:w="2880" w:type="dxa"/>
          </w:tcPr>
          <w:p w:rsidR="006F7457" w:rsidRPr="00332DB8" w:rsidRDefault="00332DB8">
            <w:pPr>
              <w:rPr>
                <w:lang w:val="ru-RU"/>
              </w:rPr>
            </w:pPr>
            <w:r w:rsidRPr="00332DB8">
              <w:rPr>
                <w:lang w:val="ru-RU"/>
              </w:rPr>
              <w:t xml:space="preserve">Книга Ю.Г. Фельштинского, А.В. Литвиненко «ФСБ взрывает Россию», размещанная на Интернет-ресурсе </w:t>
            </w:r>
            <w:r>
              <w:t>http</w:t>
            </w:r>
            <w:r w:rsidRPr="00332DB8">
              <w:rPr>
                <w:lang w:val="ru-RU"/>
              </w:rPr>
              <w:t>://</w:t>
            </w:r>
            <w:r>
              <w:t>lib</w:t>
            </w:r>
            <w:r w:rsidRPr="00332DB8">
              <w:rPr>
                <w:lang w:val="ru-RU"/>
              </w:rPr>
              <w:t>.</w:t>
            </w:r>
            <w:r>
              <w:t>aldebaran</w:t>
            </w:r>
            <w:r w:rsidRPr="00332DB8">
              <w:rPr>
                <w:lang w:val="ru-RU"/>
              </w:rPr>
              <w:t>.</w:t>
            </w:r>
            <w:r>
              <w:t>ru</w:t>
            </w:r>
            <w:r w:rsidRPr="00332DB8">
              <w:rPr>
                <w:lang w:val="ru-RU"/>
              </w:rPr>
              <w:t>/</w:t>
            </w:r>
            <w:r>
              <w:t>author</w:t>
            </w:r>
            <w:r w:rsidRPr="00332DB8">
              <w:rPr>
                <w:lang w:val="ru-RU"/>
              </w:rPr>
              <w:t>/</w:t>
            </w:r>
            <w:r>
              <w:t>felshtinskii</w:t>
            </w:r>
            <w:r w:rsidRPr="00332DB8">
              <w:rPr>
                <w:lang w:val="ru-RU"/>
              </w:rPr>
              <w:t xml:space="preserve"> </w:t>
            </w:r>
            <w:r>
              <w:t>yurii</w:t>
            </w:r>
            <w:r w:rsidRPr="00332DB8">
              <w:rPr>
                <w:lang w:val="ru-RU"/>
              </w:rPr>
              <w:t>/</w:t>
            </w:r>
            <w:r>
              <w:t>felshtinskii</w:t>
            </w:r>
            <w:r w:rsidRPr="00332DB8">
              <w:rPr>
                <w:lang w:val="ru-RU"/>
              </w:rPr>
              <w:t xml:space="preserve"> </w:t>
            </w:r>
            <w:r>
              <w:t>yurii</w:t>
            </w:r>
            <w:r w:rsidRPr="00332DB8">
              <w:rPr>
                <w:lang w:val="ru-RU"/>
              </w:rPr>
              <w:t xml:space="preserve"> </w:t>
            </w:r>
            <w:r>
              <w:t>fsb</w:t>
            </w:r>
            <w:r w:rsidRPr="00332DB8">
              <w:rPr>
                <w:lang w:val="ru-RU"/>
              </w:rPr>
              <w:t xml:space="preserve"> </w:t>
            </w:r>
            <w:r>
              <w:t>vzryvaet</w:t>
            </w:r>
            <w:r w:rsidRPr="00332DB8">
              <w:rPr>
                <w:lang w:val="ru-RU"/>
              </w:rPr>
              <w:t xml:space="preserve"> </w:t>
            </w:r>
            <w:r>
              <w:t>ros</w:t>
            </w:r>
            <w:r w:rsidRPr="00332DB8">
              <w:rPr>
                <w:lang w:val="ru-RU"/>
              </w:rPr>
              <w:t xml:space="preserve"> </w:t>
            </w:r>
            <w:r>
              <w:t>siyu</w:t>
            </w:r>
            <w:r w:rsidRPr="00332DB8">
              <w:rPr>
                <w:lang w:val="ru-RU"/>
              </w:rPr>
              <w:t>// (решение Хорольского районного суда Приморского края от 12.01.2015);</w:t>
            </w:r>
          </w:p>
        </w:tc>
        <w:tc>
          <w:tcPr>
            <w:tcW w:w="2880" w:type="dxa"/>
          </w:tcPr>
          <w:p w:rsidR="006F7457" w:rsidRPr="00332DB8" w:rsidRDefault="006F7457">
            <w:pPr>
              <w:rPr>
                <w:lang w:val="ru-RU"/>
              </w:rPr>
            </w:pPr>
          </w:p>
        </w:tc>
      </w:tr>
      <w:tr w:rsidR="006F7457" w:rsidRPr="005A424D">
        <w:tc>
          <w:tcPr>
            <w:tcW w:w="2880" w:type="dxa"/>
          </w:tcPr>
          <w:p w:rsidR="006F7457" w:rsidRDefault="00332DB8">
            <w:r>
              <w:t>2792.</w:t>
            </w:r>
          </w:p>
        </w:tc>
        <w:tc>
          <w:tcPr>
            <w:tcW w:w="2880" w:type="dxa"/>
          </w:tcPr>
          <w:p w:rsidR="006F7457" w:rsidRPr="00332DB8" w:rsidRDefault="00332DB8">
            <w:pPr>
              <w:rPr>
                <w:lang w:val="ru-RU"/>
              </w:rPr>
            </w:pPr>
            <w:r w:rsidRPr="00332DB8">
              <w:rPr>
                <w:lang w:val="ru-RU"/>
              </w:rPr>
              <w:t>Визуальный материал: «Русский бунт Спб» (решение Заельцовского районного суда г. Новосибирска от 26.01.2015);</w:t>
            </w:r>
          </w:p>
        </w:tc>
        <w:tc>
          <w:tcPr>
            <w:tcW w:w="2880" w:type="dxa"/>
          </w:tcPr>
          <w:p w:rsidR="006F7457" w:rsidRPr="00332DB8" w:rsidRDefault="006F7457">
            <w:pPr>
              <w:rPr>
                <w:lang w:val="ru-RU"/>
              </w:rPr>
            </w:pPr>
          </w:p>
        </w:tc>
      </w:tr>
      <w:tr w:rsidR="006F7457">
        <w:tc>
          <w:tcPr>
            <w:tcW w:w="2880" w:type="dxa"/>
          </w:tcPr>
          <w:p w:rsidR="006F7457" w:rsidRDefault="00332DB8">
            <w:r>
              <w:t>2793.</w:t>
            </w:r>
          </w:p>
        </w:tc>
        <w:tc>
          <w:tcPr>
            <w:tcW w:w="2880" w:type="dxa"/>
          </w:tcPr>
          <w:p w:rsidR="006F7457" w:rsidRDefault="00332DB8">
            <w:r w:rsidRPr="00332DB8">
              <w:rPr>
                <w:lang w:val="ru-RU"/>
              </w:rPr>
              <w:t xml:space="preserve">Текст песни и видеоролик «Тимур Муцураев – Исламская умма» продолжительностью около 5 мин. 40 сек. </w:t>
            </w:r>
            <w:r>
              <w:t>(решение Первомайского районного суда г. Ростова-на-Дону от 08.12.2014);</w:t>
            </w:r>
          </w:p>
        </w:tc>
        <w:tc>
          <w:tcPr>
            <w:tcW w:w="2880" w:type="dxa"/>
          </w:tcPr>
          <w:p w:rsidR="006F7457" w:rsidRDefault="006F7457"/>
        </w:tc>
      </w:tr>
      <w:tr w:rsidR="006F7457" w:rsidRPr="005A424D">
        <w:tc>
          <w:tcPr>
            <w:tcW w:w="2880" w:type="dxa"/>
          </w:tcPr>
          <w:p w:rsidR="006F7457" w:rsidRDefault="00332DB8">
            <w:r>
              <w:t>2794.</w:t>
            </w:r>
          </w:p>
        </w:tc>
        <w:tc>
          <w:tcPr>
            <w:tcW w:w="2880" w:type="dxa"/>
          </w:tcPr>
          <w:p w:rsidR="006F7457" w:rsidRPr="00332DB8" w:rsidRDefault="00332DB8">
            <w:pPr>
              <w:rPr>
                <w:lang w:val="ru-RU"/>
              </w:rPr>
            </w:pPr>
            <w:r w:rsidRPr="00332DB8">
              <w:rPr>
                <w:lang w:val="ru-RU"/>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2880" w:type="dxa"/>
          </w:tcPr>
          <w:p w:rsidR="006F7457" w:rsidRPr="00332DB8" w:rsidRDefault="006F7457">
            <w:pPr>
              <w:rPr>
                <w:lang w:val="ru-RU"/>
              </w:rPr>
            </w:pPr>
          </w:p>
        </w:tc>
      </w:tr>
      <w:tr w:rsidR="006F7457" w:rsidRPr="005A424D">
        <w:tc>
          <w:tcPr>
            <w:tcW w:w="2880" w:type="dxa"/>
          </w:tcPr>
          <w:p w:rsidR="006F7457" w:rsidRDefault="00332DB8">
            <w:r>
              <w:t>2795.</w:t>
            </w:r>
          </w:p>
        </w:tc>
        <w:tc>
          <w:tcPr>
            <w:tcW w:w="2880" w:type="dxa"/>
          </w:tcPr>
          <w:p w:rsidR="006F7457" w:rsidRPr="00332DB8" w:rsidRDefault="00332DB8">
            <w:pPr>
              <w:rPr>
                <w:lang w:val="ru-RU"/>
              </w:rPr>
            </w:pPr>
            <w:r w:rsidRPr="00332DB8">
              <w:rPr>
                <w:lang w:val="ru-RU"/>
              </w:rPr>
              <w:t xml:space="preserve">Видеоматериал «Адольф Гитлер.Альбом № 2» под музыку Коловрат» размещенный в сети Интернет на сайте </w:t>
            </w:r>
            <w:r>
              <w:t>http</w:t>
            </w:r>
            <w:r w:rsidRPr="00332DB8">
              <w:rPr>
                <w:lang w:val="ru-RU"/>
              </w:rPr>
              <w:t>://</w:t>
            </w:r>
            <w:r>
              <w:t>vk</w:t>
            </w:r>
            <w:r w:rsidRPr="00332DB8">
              <w:rPr>
                <w:lang w:val="ru-RU"/>
              </w:rPr>
              <w:t>.</w:t>
            </w:r>
            <w:r>
              <w:t>com</w:t>
            </w:r>
            <w:r w:rsidRPr="00332DB8">
              <w:rPr>
                <w:lang w:val="ru-RU"/>
              </w:rPr>
              <w:t>/</w:t>
            </w:r>
            <w:r>
              <w:t>videos</w:t>
            </w:r>
            <w:r w:rsidRPr="00332DB8">
              <w:rPr>
                <w:lang w:val="ru-RU"/>
              </w:rPr>
              <w:t>169482104?</w:t>
            </w:r>
            <w:r>
              <w:t>q</w:t>
            </w:r>
            <w:r w:rsidRPr="00332DB8">
              <w:rPr>
                <w:lang w:val="ru-RU"/>
              </w:rPr>
              <w:t>=Адольф %20Гитлер.%20Альбом%20№&amp;</w:t>
            </w:r>
            <w:r>
              <w:t>section</w:t>
            </w:r>
            <w:r w:rsidRPr="00332DB8">
              <w:rPr>
                <w:lang w:val="ru-RU"/>
              </w:rPr>
              <w:t>=</w:t>
            </w:r>
            <w:r>
              <w:t>s</w:t>
            </w:r>
            <w:r w:rsidRPr="00332DB8">
              <w:rPr>
                <w:lang w:val="ru-RU"/>
              </w:rPr>
              <w:t xml:space="preserve"> </w:t>
            </w:r>
            <w:r>
              <w:t>earch</w:t>
            </w:r>
            <w:r w:rsidRPr="00332DB8">
              <w:rPr>
                <w:lang w:val="ru-RU"/>
              </w:rPr>
              <w:t xml:space="preserve"> (решение Советского районного суда г. Орла от 17.03.2015);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2796.</w:t>
            </w:r>
          </w:p>
        </w:tc>
        <w:tc>
          <w:tcPr>
            <w:tcW w:w="2880" w:type="dxa"/>
          </w:tcPr>
          <w:p w:rsidR="006F7457" w:rsidRPr="00332DB8" w:rsidRDefault="00332DB8">
            <w:pPr>
              <w:rPr>
                <w:lang w:val="ru-RU"/>
              </w:rPr>
            </w:pPr>
            <w:r w:rsidRPr="00332DB8">
              <w:rPr>
                <w:lang w:val="ru-RU"/>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w:t>
            </w:r>
            <w:r>
              <w:t>http</w:t>
            </w:r>
            <w:r w:rsidRPr="00332DB8">
              <w:rPr>
                <w:lang w:val="ru-RU"/>
              </w:rPr>
              <w:t>://</w:t>
            </w:r>
            <w:r>
              <w:t>vk</w:t>
            </w:r>
            <w:r w:rsidRPr="00332DB8">
              <w:rPr>
                <w:lang w:val="ru-RU"/>
              </w:rPr>
              <w:t>.</w:t>
            </w:r>
            <w:r>
              <w:t>com</w:t>
            </w:r>
            <w:r w:rsidRPr="00332DB8">
              <w:rPr>
                <w:lang w:val="ru-RU"/>
              </w:rPr>
              <w:t>/</w:t>
            </w:r>
            <w:r>
              <w:t>wall</w:t>
            </w:r>
            <w:r w:rsidRPr="00332DB8">
              <w:rPr>
                <w:lang w:val="ru-RU"/>
              </w:rPr>
              <w:t>182635719_135» (решение Анапского районного суда Краснодарского края от 19.01.2015);</w:t>
            </w:r>
          </w:p>
        </w:tc>
        <w:tc>
          <w:tcPr>
            <w:tcW w:w="2880" w:type="dxa"/>
          </w:tcPr>
          <w:p w:rsidR="006F7457" w:rsidRPr="00332DB8" w:rsidRDefault="006F7457">
            <w:pPr>
              <w:rPr>
                <w:lang w:val="ru-RU"/>
              </w:rPr>
            </w:pPr>
          </w:p>
        </w:tc>
      </w:tr>
      <w:tr w:rsidR="006F7457" w:rsidRPr="005A424D">
        <w:tc>
          <w:tcPr>
            <w:tcW w:w="2880" w:type="dxa"/>
          </w:tcPr>
          <w:p w:rsidR="006F7457" w:rsidRDefault="00332DB8">
            <w:r>
              <w:t>2797.</w:t>
            </w:r>
          </w:p>
        </w:tc>
        <w:tc>
          <w:tcPr>
            <w:tcW w:w="2880" w:type="dxa"/>
          </w:tcPr>
          <w:p w:rsidR="006F7457" w:rsidRPr="00332DB8" w:rsidRDefault="00332DB8">
            <w:pPr>
              <w:rPr>
                <w:lang w:val="ru-RU"/>
              </w:rPr>
            </w:pPr>
            <w:r w:rsidRPr="00332DB8">
              <w:rPr>
                <w:lang w:val="ru-RU"/>
              </w:rPr>
              <w:t>Аудиозапись под названием «Скинхед», исполнитель «Коррозия Металла» (решение Первомайского районного суда г. Владивостока от 21.01.2015);</w:t>
            </w:r>
          </w:p>
        </w:tc>
        <w:tc>
          <w:tcPr>
            <w:tcW w:w="2880" w:type="dxa"/>
          </w:tcPr>
          <w:p w:rsidR="006F7457" w:rsidRPr="00332DB8" w:rsidRDefault="006F7457">
            <w:pPr>
              <w:rPr>
                <w:lang w:val="ru-RU"/>
              </w:rPr>
            </w:pPr>
          </w:p>
        </w:tc>
      </w:tr>
      <w:tr w:rsidR="006F7457" w:rsidRPr="005A424D">
        <w:tc>
          <w:tcPr>
            <w:tcW w:w="2880" w:type="dxa"/>
          </w:tcPr>
          <w:p w:rsidR="006F7457" w:rsidRDefault="00332DB8">
            <w:r>
              <w:t>2798.</w:t>
            </w:r>
          </w:p>
        </w:tc>
        <w:tc>
          <w:tcPr>
            <w:tcW w:w="2880" w:type="dxa"/>
          </w:tcPr>
          <w:p w:rsidR="006F7457" w:rsidRPr="00332DB8" w:rsidRDefault="00332DB8">
            <w:pPr>
              <w:rPr>
                <w:lang w:val="ru-RU"/>
              </w:rPr>
            </w:pPr>
            <w:r w:rsidRPr="00332DB8">
              <w:rPr>
                <w:lang w:val="ru-RU"/>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2880" w:type="dxa"/>
          </w:tcPr>
          <w:p w:rsidR="006F7457" w:rsidRPr="00332DB8" w:rsidRDefault="006F7457">
            <w:pPr>
              <w:rPr>
                <w:lang w:val="ru-RU"/>
              </w:rPr>
            </w:pPr>
          </w:p>
        </w:tc>
      </w:tr>
      <w:tr w:rsidR="006F7457" w:rsidRPr="005A424D">
        <w:tc>
          <w:tcPr>
            <w:tcW w:w="2880" w:type="dxa"/>
          </w:tcPr>
          <w:p w:rsidR="006F7457" w:rsidRDefault="00332DB8">
            <w:r>
              <w:t>2799.</w:t>
            </w:r>
          </w:p>
        </w:tc>
        <w:tc>
          <w:tcPr>
            <w:tcW w:w="2880" w:type="dxa"/>
          </w:tcPr>
          <w:p w:rsidR="006F7457" w:rsidRPr="00332DB8" w:rsidRDefault="00332DB8">
            <w:pPr>
              <w:rPr>
                <w:lang w:val="ru-RU"/>
              </w:rPr>
            </w:pPr>
            <w:r w:rsidRPr="00332DB8">
              <w:rPr>
                <w:lang w:val="ru-RU"/>
              </w:rPr>
              <w:t>Видеоролик «ИГ Весна Анбада» размещенный на странице пользователя социальной сети «Вконтакте» (</w:t>
            </w:r>
            <w:r>
              <w:t>http</w:t>
            </w:r>
            <w:r w:rsidRPr="00332DB8">
              <w:rPr>
                <w:lang w:val="ru-RU"/>
              </w:rPr>
              <w:t>://</w:t>
            </w:r>
            <w:r>
              <w:t>vk</w:t>
            </w:r>
            <w:r w:rsidRPr="00332DB8">
              <w:rPr>
                <w:lang w:val="ru-RU"/>
              </w:rPr>
              <w:t>.</w:t>
            </w:r>
            <w:r>
              <w:t>com</w:t>
            </w:r>
            <w:r w:rsidRPr="00332DB8">
              <w:rPr>
                <w:lang w:val="ru-RU"/>
              </w:rPr>
              <w:t>) «Иман Муслимова» (</w:t>
            </w:r>
            <w:r>
              <w:t>id</w:t>
            </w:r>
            <w:r w:rsidRPr="00332DB8">
              <w:rPr>
                <w:lang w:val="ru-RU"/>
              </w:rPr>
              <w:t xml:space="preserve"> 225012353) (решение Фрунзенского районного суда г. Иваново от 05.03.2015);</w:t>
            </w:r>
          </w:p>
        </w:tc>
        <w:tc>
          <w:tcPr>
            <w:tcW w:w="2880" w:type="dxa"/>
          </w:tcPr>
          <w:p w:rsidR="006F7457" w:rsidRPr="00332DB8" w:rsidRDefault="006F7457">
            <w:pPr>
              <w:rPr>
                <w:lang w:val="ru-RU"/>
              </w:rPr>
            </w:pPr>
          </w:p>
        </w:tc>
      </w:tr>
      <w:tr w:rsidR="006F7457" w:rsidRPr="005A424D">
        <w:tc>
          <w:tcPr>
            <w:tcW w:w="2880" w:type="dxa"/>
          </w:tcPr>
          <w:p w:rsidR="006F7457" w:rsidRDefault="00332DB8">
            <w:r>
              <w:t>2800.</w:t>
            </w:r>
          </w:p>
        </w:tc>
        <w:tc>
          <w:tcPr>
            <w:tcW w:w="2880" w:type="dxa"/>
          </w:tcPr>
          <w:p w:rsidR="006F7457" w:rsidRPr="00332DB8" w:rsidRDefault="00332DB8">
            <w:pPr>
              <w:rPr>
                <w:lang w:val="ru-RU"/>
              </w:rPr>
            </w:pPr>
            <w:r w:rsidRPr="00332DB8">
              <w:rPr>
                <w:lang w:val="ru-RU"/>
              </w:rPr>
              <w:t xml:space="preserve">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w:t>
            </w:r>
            <w:r>
              <w:t>vlc</w:t>
            </w:r>
            <w:r w:rsidRPr="00332DB8">
              <w:rPr>
                <w:lang w:val="ru-RU"/>
              </w:rPr>
              <w:t>.</w:t>
            </w:r>
            <w:r>
              <w:t>com</w:t>
            </w:r>
            <w:r w:rsidRPr="00332DB8">
              <w:rPr>
                <w:lang w:val="ru-RU"/>
              </w:rPr>
              <w:t>/</w:t>
            </w:r>
            <w:r>
              <w:t>club</w:t>
            </w:r>
            <w:r w:rsidRPr="00332DB8">
              <w:rPr>
                <w:lang w:val="ru-RU"/>
              </w:rPr>
              <w:t>21309144 в социальной сети «В Контакте» (решение Ленинского районного суда г. Чебоксары от 02.02.2015);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2801.</w:t>
            </w:r>
          </w:p>
        </w:tc>
        <w:tc>
          <w:tcPr>
            <w:tcW w:w="2880" w:type="dxa"/>
          </w:tcPr>
          <w:p w:rsidR="006F7457" w:rsidRPr="00332DB8" w:rsidRDefault="00332DB8">
            <w:pPr>
              <w:rPr>
                <w:lang w:val="ru-RU"/>
              </w:rPr>
            </w:pPr>
            <w:r w:rsidRPr="00332DB8">
              <w:rPr>
                <w:lang w:val="ru-RU"/>
              </w:rPr>
              <w:t>Информационный материал-листовка «Политика России - ХУЦПА» (решение Ленинского районного суда г. Чебоксары от 02.02.2015);</w:t>
            </w:r>
          </w:p>
        </w:tc>
        <w:tc>
          <w:tcPr>
            <w:tcW w:w="2880" w:type="dxa"/>
          </w:tcPr>
          <w:p w:rsidR="006F7457" w:rsidRPr="00332DB8" w:rsidRDefault="006F7457">
            <w:pPr>
              <w:rPr>
                <w:lang w:val="ru-RU"/>
              </w:rPr>
            </w:pPr>
          </w:p>
        </w:tc>
      </w:tr>
      <w:tr w:rsidR="006F7457" w:rsidRPr="005A424D">
        <w:tc>
          <w:tcPr>
            <w:tcW w:w="2880" w:type="dxa"/>
          </w:tcPr>
          <w:p w:rsidR="006F7457" w:rsidRDefault="00332DB8">
            <w:r>
              <w:t>2802.</w:t>
            </w:r>
          </w:p>
        </w:tc>
        <w:tc>
          <w:tcPr>
            <w:tcW w:w="2880" w:type="dxa"/>
          </w:tcPr>
          <w:p w:rsidR="006F7457" w:rsidRPr="00332DB8" w:rsidRDefault="00332DB8">
            <w:pPr>
              <w:rPr>
                <w:lang w:val="ru-RU"/>
              </w:rPr>
            </w:pPr>
            <w:r w:rsidRPr="00332DB8">
              <w:rPr>
                <w:lang w:val="ru-RU"/>
              </w:rPr>
              <w:t xml:space="preserve">Размещенный в Информационно-телекоммуникационной сети «Интернет» на сайте </w:t>
            </w:r>
            <w:r>
              <w:t>http</w:t>
            </w:r>
            <w:r w:rsidRPr="00332DB8">
              <w:rPr>
                <w:lang w:val="ru-RU"/>
              </w:rPr>
              <w:t>://</w:t>
            </w:r>
            <w:r>
              <w:t>schooler</w:t>
            </w:r>
            <w:r w:rsidRPr="00332DB8">
              <w:rPr>
                <w:lang w:val="ru-RU"/>
              </w:rPr>
              <w:t>.</w:t>
            </w:r>
            <w:r>
              <w:t>org</w:t>
            </w:r>
            <w:r w:rsidRPr="00332DB8">
              <w:rPr>
                <w:lang w:val="ru-RU"/>
              </w:rPr>
              <w:t>.</w:t>
            </w:r>
            <w:r>
              <w:t>ua</w:t>
            </w:r>
            <w:r w:rsidRPr="00332DB8">
              <w:rPr>
                <w:lang w:val="ru-RU"/>
              </w:rPr>
              <w:t xml:space="preserve"> (страница </w:t>
            </w:r>
            <w:r>
              <w:t>http</w:t>
            </w:r>
            <w:r w:rsidRPr="00332DB8">
              <w:rPr>
                <w:lang w:val="ru-RU"/>
              </w:rPr>
              <w:t>://</w:t>
            </w:r>
            <w:r>
              <w:t>schooler</w:t>
            </w:r>
            <w:r w:rsidRPr="00332DB8">
              <w:rPr>
                <w:lang w:val="ru-RU"/>
              </w:rPr>
              <w:t>.</w:t>
            </w:r>
            <w:r>
              <w:t>org</w:t>
            </w:r>
            <w:r w:rsidRPr="00332DB8">
              <w:rPr>
                <w:lang w:val="ru-RU"/>
              </w:rPr>
              <w:t>.</w:t>
            </w:r>
            <w:r>
              <w:t>ua</w:t>
            </w:r>
            <w:r w:rsidRPr="00332DB8">
              <w:rPr>
                <w:lang w:val="ru-RU"/>
              </w:rPr>
              <w:t>/</w:t>
            </w:r>
            <w:r>
              <w:t>browsevidfeeders</w:t>
            </w:r>
            <w:r w:rsidRPr="00332DB8">
              <w:rPr>
                <w:lang w:val="ru-RU"/>
              </w:rPr>
              <w:t>.</w:t>
            </w:r>
            <w:r>
              <w:t>php</w:t>
            </w:r>
            <w:r w:rsidRPr="00332DB8">
              <w:rPr>
                <w:lang w:val="ru-RU"/>
              </w:rPr>
              <w:t>)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2880" w:type="dxa"/>
          </w:tcPr>
          <w:p w:rsidR="006F7457" w:rsidRPr="00332DB8" w:rsidRDefault="006F7457">
            <w:pPr>
              <w:rPr>
                <w:lang w:val="ru-RU"/>
              </w:rPr>
            </w:pPr>
          </w:p>
        </w:tc>
      </w:tr>
      <w:tr w:rsidR="006F7457" w:rsidRPr="005A424D">
        <w:tc>
          <w:tcPr>
            <w:tcW w:w="2880" w:type="dxa"/>
          </w:tcPr>
          <w:p w:rsidR="006F7457" w:rsidRDefault="00332DB8">
            <w:r>
              <w:t>2803.</w:t>
            </w:r>
          </w:p>
        </w:tc>
        <w:tc>
          <w:tcPr>
            <w:tcW w:w="2880" w:type="dxa"/>
          </w:tcPr>
          <w:p w:rsidR="006F7457" w:rsidRPr="00332DB8" w:rsidRDefault="00332DB8">
            <w:pPr>
              <w:rPr>
                <w:lang w:val="ru-RU"/>
              </w:rPr>
            </w:pPr>
            <w:r w:rsidRPr="00332DB8">
              <w:rPr>
                <w:lang w:val="ru-RU"/>
              </w:rPr>
              <w:t>Информационные материалы - публикация под ником «КАЗЗЗЗЗА» и 2 комментария к ней от имени «</w:t>
            </w:r>
            <w:r>
              <w:t>eroin</w:t>
            </w:r>
            <w:r w:rsidRPr="00332DB8">
              <w:rPr>
                <w:lang w:val="ru-RU"/>
              </w:rPr>
              <w:t>.</w:t>
            </w:r>
            <w:r>
              <w:t>s</w:t>
            </w:r>
            <w:r w:rsidRPr="00332DB8">
              <w:rPr>
                <w:lang w:val="ru-RU"/>
              </w:rPr>
              <w:t>@</w:t>
            </w:r>
            <w:r>
              <w:t>rambler</w:t>
            </w:r>
            <w:r w:rsidRPr="00332DB8">
              <w:rPr>
                <w:lang w:val="ru-RU"/>
              </w:rPr>
              <w:t>.</w:t>
            </w:r>
            <w:r>
              <w:t>ru</w:t>
            </w:r>
            <w:r w:rsidRPr="00332DB8">
              <w:rPr>
                <w:lang w:val="ru-RU"/>
              </w:rPr>
              <w:t>» и «</w:t>
            </w:r>
            <w:r>
              <w:t>Zloy</w:t>
            </w:r>
            <w:r w:rsidRPr="00332DB8">
              <w:rPr>
                <w:lang w:val="ru-RU"/>
              </w:rPr>
              <w:t xml:space="preserve"> </w:t>
            </w:r>
            <w:r>
              <w:t>suslik</w:t>
            </w:r>
            <w:r w:rsidRPr="00332DB8">
              <w:rPr>
                <w:lang w:val="ru-RU"/>
              </w:rPr>
              <w:t xml:space="preserve">», размещенные по электронному адресу: </w:t>
            </w:r>
            <w:r>
              <w:t>uznaygadov</w:t>
            </w:r>
            <w:r w:rsidRPr="00332DB8">
              <w:rPr>
                <w:lang w:val="ru-RU"/>
              </w:rPr>
              <w:t>.</w:t>
            </w:r>
            <w:r>
              <w:t>ru</w:t>
            </w:r>
            <w:r w:rsidRPr="00332DB8">
              <w:rPr>
                <w:lang w:val="ru-RU"/>
              </w:rPr>
              <w:t>/</w:t>
            </w:r>
            <w:r>
              <w:t>index</w:t>
            </w:r>
            <w:r w:rsidRPr="00332DB8">
              <w:rPr>
                <w:lang w:val="ru-RU"/>
              </w:rPr>
              <w:t>.</w:t>
            </w:r>
            <w:r>
              <w:t>php</w:t>
            </w:r>
            <w:r w:rsidRPr="00332DB8">
              <w:rPr>
                <w:lang w:val="ru-RU"/>
              </w:rPr>
              <w:t>?</w:t>
            </w:r>
            <w:r>
              <w:t>mess</w:t>
            </w:r>
            <w:r w:rsidRPr="00332DB8">
              <w:rPr>
                <w:lang w:val="ru-RU"/>
              </w:rPr>
              <w:t>=1836 (решение Нальчикского городского суда Кабардино-Балкарской Республики от 29.01.2015);</w:t>
            </w:r>
          </w:p>
        </w:tc>
        <w:tc>
          <w:tcPr>
            <w:tcW w:w="2880" w:type="dxa"/>
          </w:tcPr>
          <w:p w:rsidR="006F7457" w:rsidRPr="00332DB8" w:rsidRDefault="006F7457">
            <w:pPr>
              <w:rPr>
                <w:lang w:val="ru-RU"/>
              </w:rPr>
            </w:pPr>
          </w:p>
        </w:tc>
      </w:tr>
      <w:tr w:rsidR="006F7457" w:rsidRPr="005A424D">
        <w:tc>
          <w:tcPr>
            <w:tcW w:w="2880" w:type="dxa"/>
          </w:tcPr>
          <w:p w:rsidR="006F7457" w:rsidRDefault="00332DB8">
            <w:r>
              <w:t>2804.</w:t>
            </w:r>
          </w:p>
        </w:tc>
        <w:tc>
          <w:tcPr>
            <w:tcW w:w="2880" w:type="dxa"/>
          </w:tcPr>
          <w:p w:rsidR="006F7457" w:rsidRPr="00332DB8" w:rsidRDefault="00332DB8">
            <w:pPr>
              <w:rPr>
                <w:lang w:val="ru-RU"/>
              </w:rPr>
            </w:pPr>
            <w:r w:rsidRPr="00332DB8">
              <w:rPr>
                <w:lang w:val="ru-RU"/>
              </w:rPr>
              <w:t xml:space="preserve">Видеофайл: «Национал- социалист </w:t>
            </w:r>
            <w:r>
              <w:t>Dog</w:t>
            </w:r>
            <w:r w:rsidRPr="00332DB8">
              <w:rPr>
                <w:lang w:val="ru-RU"/>
              </w:rPr>
              <w:t xml:space="preserve">92 о кавказцах», адрес материала: </w:t>
            </w:r>
            <w:r>
              <w:t>http</w:t>
            </w:r>
            <w:r w:rsidRPr="00332DB8">
              <w:rPr>
                <w:lang w:val="ru-RU"/>
              </w:rPr>
              <w:t>:/</w:t>
            </w:r>
            <w:r>
              <w:t>vk</w:t>
            </w:r>
            <w:r w:rsidRPr="00332DB8">
              <w:rPr>
                <w:lang w:val="ru-RU"/>
              </w:rPr>
              <w:t>.</w:t>
            </w:r>
            <w:r>
              <w:t>com</w:t>
            </w:r>
            <w:r w:rsidRPr="00332DB8">
              <w:rPr>
                <w:lang w:val="ru-RU"/>
              </w:rPr>
              <w:t>/</w:t>
            </w:r>
            <w:r>
              <w:t>videos</w:t>
            </w:r>
            <w:r w:rsidRPr="00332DB8">
              <w:rPr>
                <w:lang w:val="ru-RU"/>
              </w:rPr>
              <w:t>1969482104?</w:t>
            </w:r>
            <w:r>
              <w:t>q</w:t>
            </w:r>
            <w:r w:rsidRPr="00332DB8">
              <w:rPr>
                <w:lang w:val="ru-RU"/>
              </w:rPr>
              <w:t>=Националсоциалист%20</w:t>
            </w:r>
            <w:r>
              <w:t>Dog</w:t>
            </w:r>
            <w:r w:rsidRPr="00332DB8">
              <w:rPr>
                <w:lang w:val="ru-RU"/>
              </w:rPr>
              <w:t>92%20о%20кавказцах&amp;</w:t>
            </w:r>
            <w:r>
              <w:t>se</w:t>
            </w:r>
            <w:r w:rsidRPr="00332DB8">
              <w:rPr>
                <w:lang w:val="ru-RU"/>
              </w:rPr>
              <w:t>с</w:t>
            </w:r>
            <w:r>
              <w:t>tion</w:t>
            </w:r>
            <w:r w:rsidRPr="00332DB8">
              <w:rPr>
                <w:lang w:val="ru-RU"/>
              </w:rPr>
              <w:t>=</w:t>
            </w:r>
            <w:r>
              <w:t>search</w:t>
            </w:r>
            <w:r w:rsidRPr="00332DB8">
              <w:rPr>
                <w:lang w:val="ru-RU"/>
              </w:rPr>
              <w:t>&amp;</w:t>
            </w:r>
            <w:r>
              <w:t>z</w:t>
            </w:r>
            <w:r w:rsidRPr="00332DB8">
              <w:rPr>
                <w:lang w:val="ru-RU"/>
              </w:rPr>
              <w:t>=</w:t>
            </w:r>
            <w:r>
              <w:t>video</w:t>
            </w:r>
            <w:r w:rsidRPr="00332DB8">
              <w:rPr>
                <w:lang w:val="ru-RU"/>
              </w:rPr>
              <w:t xml:space="preserve"> 96828_166141027 (решение Советского районного суда г. Орла от 13.03.2015);</w:t>
            </w:r>
          </w:p>
        </w:tc>
        <w:tc>
          <w:tcPr>
            <w:tcW w:w="2880" w:type="dxa"/>
          </w:tcPr>
          <w:p w:rsidR="006F7457" w:rsidRPr="00332DB8" w:rsidRDefault="006F7457">
            <w:pPr>
              <w:rPr>
                <w:lang w:val="ru-RU"/>
              </w:rPr>
            </w:pPr>
          </w:p>
        </w:tc>
      </w:tr>
      <w:tr w:rsidR="006F7457" w:rsidRPr="005A424D">
        <w:tc>
          <w:tcPr>
            <w:tcW w:w="2880" w:type="dxa"/>
          </w:tcPr>
          <w:p w:rsidR="006F7457" w:rsidRDefault="00332DB8">
            <w:r>
              <w:t>2805.</w:t>
            </w:r>
          </w:p>
        </w:tc>
        <w:tc>
          <w:tcPr>
            <w:tcW w:w="2880" w:type="dxa"/>
          </w:tcPr>
          <w:p w:rsidR="006F7457" w:rsidRPr="00332DB8" w:rsidRDefault="00332DB8">
            <w:pPr>
              <w:rPr>
                <w:lang w:val="ru-RU"/>
              </w:rPr>
            </w:pPr>
            <w:r w:rsidRPr="00332DB8">
              <w:rPr>
                <w:lang w:val="ru-RU"/>
              </w:rPr>
              <w:t xml:space="preserve">Информационный материал «Манифест национал-социалистов Руси», размещенный на Интернет ресурсах </w:t>
            </w:r>
            <w:r>
              <w:t>http</w:t>
            </w:r>
            <w:r w:rsidRPr="00332DB8">
              <w:rPr>
                <w:lang w:val="ru-RU"/>
              </w:rPr>
              <w:t>://</w:t>
            </w:r>
            <w:r>
              <w:t>revansh</w:t>
            </w:r>
            <w:r w:rsidRPr="00332DB8">
              <w:rPr>
                <w:lang w:val="ru-RU"/>
              </w:rPr>
              <w:t>.</w:t>
            </w:r>
            <w:r>
              <w:t>org</w:t>
            </w:r>
            <w:r w:rsidRPr="00332DB8">
              <w:rPr>
                <w:lang w:val="ru-RU"/>
              </w:rPr>
              <w:t xml:space="preserve">/, </w:t>
            </w:r>
            <w:r>
              <w:t>http</w:t>
            </w:r>
            <w:r w:rsidRPr="00332DB8">
              <w:rPr>
                <w:lang w:val="ru-RU"/>
              </w:rPr>
              <w:t>://</w:t>
            </w:r>
            <w:r>
              <w:t>fans</w:t>
            </w:r>
            <w:r w:rsidRPr="00332DB8">
              <w:rPr>
                <w:lang w:val="ru-RU"/>
              </w:rPr>
              <w:t>-</w:t>
            </w:r>
            <w:r>
              <w:t>edge</w:t>
            </w:r>
            <w:r w:rsidRPr="00332DB8">
              <w:rPr>
                <w:lang w:val="ru-RU"/>
              </w:rPr>
              <w:t>.</w:t>
            </w:r>
            <w:r>
              <w:t>info</w:t>
            </w:r>
            <w:r w:rsidRPr="00332DB8">
              <w:rPr>
                <w:lang w:val="ru-RU"/>
              </w:rPr>
              <w:t xml:space="preserve">/, </w:t>
            </w:r>
            <w:r>
              <w:t>http</w:t>
            </w:r>
            <w:r w:rsidRPr="00332DB8">
              <w:rPr>
                <w:lang w:val="ru-RU"/>
              </w:rPr>
              <w:t>://</w:t>
            </w:r>
            <w:r>
              <w:t>kampf</w:t>
            </w:r>
            <w:r w:rsidRPr="00332DB8">
              <w:rPr>
                <w:lang w:val="ru-RU"/>
              </w:rPr>
              <w:t>18.</w:t>
            </w:r>
            <w:r>
              <w:t>wordpress</w:t>
            </w:r>
            <w:r w:rsidRPr="00332DB8">
              <w:rPr>
                <w:lang w:val="ru-RU"/>
              </w:rPr>
              <w:t>.</w:t>
            </w:r>
            <w:r>
              <w:t>com</w:t>
            </w:r>
            <w:r w:rsidRPr="00332DB8">
              <w:rPr>
                <w:lang w:val="ru-RU"/>
              </w:rPr>
              <w:t xml:space="preserve"> (решение Советского районного суда г. Липецка от 10.02.2015);</w:t>
            </w:r>
          </w:p>
        </w:tc>
        <w:tc>
          <w:tcPr>
            <w:tcW w:w="2880" w:type="dxa"/>
          </w:tcPr>
          <w:p w:rsidR="006F7457" w:rsidRPr="00332DB8" w:rsidRDefault="006F7457">
            <w:pPr>
              <w:rPr>
                <w:lang w:val="ru-RU"/>
              </w:rPr>
            </w:pPr>
          </w:p>
        </w:tc>
      </w:tr>
      <w:tr w:rsidR="006F7457" w:rsidRPr="005A424D">
        <w:tc>
          <w:tcPr>
            <w:tcW w:w="2880" w:type="dxa"/>
          </w:tcPr>
          <w:p w:rsidR="006F7457" w:rsidRDefault="00332DB8">
            <w:r>
              <w:t>280</w:t>
            </w:r>
            <w:r>
              <w:lastRenderedPageBreak/>
              <w:t>6.</w:t>
            </w:r>
          </w:p>
        </w:tc>
        <w:tc>
          <w:tcPr>
            <w:tcW w:w="2880" w:type="dxa"/>
          </w:tcPr>
          <w:p w:rsidR="006F7457" w:rsidRPr="00332DB8" w:rsidRDefault="00332DB8">
            <w:pPr>
              <w:rPr>
                <w:lang w:val="ru-RU"/>
              </w:rPr>
            </w:pPr>
            <w:r w:rsidRPr="00332DB8">
              <w:rPr>
                <w:lang w:val="ru-RU"/>
              </w:rPr>
              <w:lastRenderedPageBreak/>
              <w:t xml:space="preserve">Личная страница пользователя социальной сети «ВКонтакте» - аккаунт «Игорь Петров» с адресом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bastilio</w:t>
            </w:r>
            <w:r w:rsidRPr="00332DB8">
              <w:rPr>
                <w:lang w:val="ru-RU"/>
              </w:rPr>
              <w:t>666 (</w:t>
            </w:r>
            <w:r>
              <w:t>id</w:t>
            </w:r>
            <w:r w:rsidRPr="00332DB8">
              <w:rPr>
                <w:lang w:val="ru-RU"/>
              </w:rPr>
              <w:t xml:space="preserve">218378330) (решение Армавирского городского суда Краснодарского края от </w:t>
            </w:r>
            <w:r w:rsidRPr="00332DB8">
              <w:rPr>
                <w:lang w:val="ru-RU"/>
              </w:rPr>
              <w:lastRenderedPageBreak/>
              <w:t>02.02.2015);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2807.</w:t>
            </w:r>
          </w:p>
        </w:tc>
        <w:tc>
          <w:tcPr>
            <w:tcW w:w="2880" w:type="dxa"/>
          </w:tcPr>
          <w:p w:rsidR="006F7457" w:rsidRPr="00332DB8" w:rsidRDefault="00332DB8">
            <w:pPr>
              <w:rPr>
                <w:lang w:val="ru-RU"/>
              </w:rPr>
            </w:pPr>
            <w:r w:rsidRPr="00332DB8">
              <w:rPr>
                <w:lang w:val="ru-RU"/>
              </w:rPr>
              <w:t>Видеофайл «Коловрат-Правый Бритоголовый», размещенный в сети Интернет на сайте «</w:t>
            </w:r>
            <w:r>
              <w:t>vkontakte</w:t>
            </w:r>
            <w:r w:rsidRPr="00332DB8">
              <w:rPr>
                <w:lang w:val="ru-RU"/>
              </w:rPr>
              <w:t>.</w:t>
            </w:r>
            <w:r>
              <w:t>ru</w:t>
            </w:r>
            <w:r w:rsidRPr="00332DB8">
              <w:rPr>
                <w:lang w:val="ru-RU"/>
              </w:rPr>
              <w:t xml:space="preserve">» на странице по электронному адресу: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id</w:t>
            </w:r>
            <w:r w:rsidRPr="00332DB8">
              <w:rPr>
                <w:lang w:val="ru-RU"/>
              </w:rPr>
              <w:t>169624626 (решение Нижневартовского городского суда Ханты-Мансийского автономного округа – Югры от 02.03.2015);</w:t>
            </w:r>
          </w:p>
        </w:tc>
        <w:tc>
          <w:tcPr>
            <w:tcW w:w="2880" w:type="dxa"/>
          </w:tcPr>
          <w:p w:rsidR="006F7457" w:rsidRPr="00332DB8" w:rsidRDefault="006F7457">
            <w:pPr>
              <w:rPr>
                <w:lang w:val="ru-RU"/>
              </w:rPr>
            </w:pPr>
          </w:p>
        </w:tc>
      </w:tr>
      <w:tr w:rsidR="006F7457" w:rsidRPr="005A424D">
        <w:tc>
          <w:tcPr>
            <w:tcW w:w="2880" w:type="dxa"/>
          </w:tcPr>
          <w:p w:rsidR="006F7457" w:rsidRDefault="00332DB8">
            <w:r>
              <w:t>2808.</w:t>
            </w:r>
          </w:p>
        </w:tc>
        <w:tc>
          <w:tcPr>
            <w:tcW w:w="2880" w:type="dxa"/>
          </w:tcPr>
          <w:p w:rsidR="006F7457" w:rsidRPr="00332DB8" w:rsidRDefault="00332DB8">
            <w:pPr>
              <w:rPr>
                <w:lang w:val="ru-RU"/>
              </w:rPr>
            </w:pPr>
            <w:r w:rsidRPr="00332DB8">
              <w:rPr>
                <w:lang w:val="ru-RU"/>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2880" w:type="dxa"/>
          </w:tcPr>
          <w:p w:rsidR="006F7457" w:rsidRPr="00332DB8" w:rsidRDefault="006F7457">
            <w:pPr>
              <w:rPr>
                <w:lang w:val="ru-RU"/>
              </w:rPr>
            </w:pPr>
          </w:p>
        </w:tc>
      </w:tr>
      <w:tr w:rsidR="006F7457" w:rsidRPr="005A424D">
        <w:tc>
          <w:tcPr>
            <w:tcW w:w="2880" w:type="dxa"/>
          </w:tcPr>
          <w:p w:rsidR="006F7457" w:rsidRDefault="00332DB8">
            <w:r>
              <w:t>2809.</w:t>
            </w:r>
          </w:p>
        </w:tc>
        <w:tc>
          <w:tcPr>
            <w:tcW w:w="2880" w:type="dxa"/>
          </w:tcPr>
          <w:p w:rsidR="006F7457" w:rsidRPr="00332DB8" w:rsidRDefault="00332DB8">
            <w:pPr>
              <w:rPr>
                <w:lang w:val="ru-RU"/>
              </w:rPr>
            </w:pPr>
            <w:r w:rsidRPr="00332DB8">
              <w:rPr>
                <w:lang w:val="ru-RU"/>
              </w:rPr>
              <w:t xml:space="preserve">Размещенные Волковым К.А. в социальной сети «Вконтакте» по электронному адресу: </w:t>
            </w:r>
            <w:r>
              <w:t>http</w:t>
            </w:r>
            <w:r w:rsidRPr="00332DB8">
              <w:rPr>
                <w:lang w:val="ru-RU"/>
              </w:rPr>
              <w:t xml:space="preserve">: </w:t>
            </w:r>
            <w:r>
              <w:t>vk</w:t>
            </w:r>
            <w:r w:rsidRPr="00332DB8">
              <w:rPr>
                <w:lang w:val="ru-RU"/>
              </w:rPr>
              <w:t>.</w:t>
            </w:r>
            <w:r>
              <w:t>com</w:t>
            </w:r>
            <w:r w:rsidRPr="00332DB8">
              <w:rPr>
                <w:lang w:val="ru-RU"/>
              </w:rPr>
              <w:t>\</w:t>
            </w:r>
            <w:r>
              <w:t>kashey</w:t>
            </w:r>
            <w:r w:rsidRPr="00332DB8">
              <w:rPr>
                <w:lang w:val="ru-RU"/>
              </w:rPr>
              <w:t xml:space="preserve">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w:t>
            </w:r>
            <w:r>
              <w:t>HITLER</w:t>
            </w:r>
            <w:r w:rsidRPr="00332DB8">
              <w:rPr>
                <w:lang w:val="ru-RU"/>
              </w:rPr>
              <w:t xml:space="preserve">;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w:t>
            </w:r>
            <w:r w:rsidRPr="00332DB8">
              <w:rPr>
                <w:lang w:val="ru-RU"/>
              </w:rPr>
              <w:lastRenderedPageBreak/>
              <w:t>готический шрифт надпись на ножке гриба «</w:t>
            </w:r>
            <w:r>
              <w:t>white</w:t>
            </w:r>
            <w:r w:rsidRPr="00332DB8">
              <w:rPr>
                <w:lang w:val="ru-RU"/>
              </w:rPr>
              <w:t xml:space="preserve"> </w:t>
            </w:r>
            <w:r>
              <w:t>powe</w:t>
            </w:r>
            <w:r w:rsidRPr="00332DB8">
              <w:rPr>
                <w:lang w:val="ru-RU"/>
              </w:rPr>
              <w:t>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w:t>
            </w:r>
            <w:r>
              <w:t>HOLACOSTE</w:t>
            </w:r>
            <w:r w:rsidRPr="00332DB8">
              <w:rPr>
                <w:lang w:val="ru-RU"/>
              </w:rPr>
              <w:t>» (решение Устиновского районного суда г. Ижевска от 12.03.2015);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2810.</w:t>
            </w:r>
          </w:p>
        </w:tc>
        <w:tc>
          <w:tcPr>
            <w:tcW w:w="2880" w:type="dxa"/>
          </w:tcPr>
          <w:p w:rsidR="006F7457" w:rsidRPr="00332DB8" w:rsidRDefault="00332DB8">
            <w:pPr>
              <w:rPr>
                <w:lang w:val="ru-RU"/>
              </w:rPr>
            </w:pPr>
            <w:r w:rsidRPr="00332DB8">
              <w:rPr>
                <w:lang w:val="ru-RU"/>
              </w:rPr>
              <w:t>Аудиозапись под названием «Андеграунд кома – Чурки п…сы», опубликованная в социальной сети «Интернет» на общедоступной странице «</w:t>
            </w:r>
            <w:r>
              <w:t>http</w:t>
            </w:r>
            <w:r w:rsidRPr="00332DB8">
              <w:rPr>
                <w:lang w:val="ru-RU"/>
              </w:rPr>
              <w:t>://</w:t>
            </w:r>
            <w:r>
              <w:t>vk</w:t>
            </w:r>
            <w:r w:rsidRPr="00332DB8">
              <w:rPr>
                <w:lang w:val="ru-RU"/>
              </w:rPr>
              <w:t>.</w:t>
            </w:r>
            <w:r>
              <w:t>com</w:t>
            </w:r>
            <w:r w:rsidRPr="00332DB8">
              <w:rPr>
                <w:lang w:val="ru-RU"/>
              </w:rPr>
              <w:t>/</w:t>
            </w:r>
            <w:r>
              <w:t>restructod</w:t>
            </w:r>
            <w:r w:rsidRPr="00332DB8">
              <w:rPr>
                <w:lang w:val="ru-RU"/>
              </w:rPr>
              <w:t>» (решение Бузулукского районного суда Оренбургской области от 03.03.2015);</w:t>
            </w:r>
          </w:p>
        </w:tc>
        <w:tc>
          <w:tcPr>
            <w:tcW w:w="2880" w:type="dxa"/>
          </w:tcPr>
          <w:p w:rsidR="006F7457" w:rsidRPr="00332DB8" w:rsidRDefault="006F7457">
            <w:pPr>
              <w:rPr>
                <w:lang w:val="ru-RU"/>
              </w:rPr>
            </w:pPr>
          </w:p>
        </w:tc>
      </w:tr>
      <w:tr w:rsidR="006F7457" w:rsidRPr="005A424D">
        <w:tc>
          <w:tcPr>
            <w:tcW w:w="2880" w:type="dxa"/>
          </w:tcPr>
          <w:p w:rsidR="006F7457" w:rsidRDefault="00332DB8">
            <w:r>
              <w:t>2811.</w:t>
            </w:r>
          </w:p>
        </w:tc>
        <w:tc>
          <w:tcPr>
            <w:tcW w:w="2880" w:type="dxa"/>
          </w:tcPr>
          <w:p w:rsidR="006F7457" w:rsidRPr="00332DB8" w:rsidRDefault="00332DB8">
            <w:pPr>
              <w:rPr>
                <w:lang w:val="ru-RU"/>
              </w:rPr>
            </w:pPr>
            <w:r w:rsidRPr="00332DB8">
              <w:rPr>
                <w:lang w:val="ru-RU"/>
              </w:rPr>
              <w:t xml:space="preserve">Следующие информационные материалы, размещенные в информационно-телекоммуникационной сети Интернет по сетевому адресу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stas</w:t>
            </w:r>
            <w:r w:rsidRPr="00332DB8">
              <w:rPr>
                <w:lang w:val="ru-RU"/>
              </w:rPr>
              <w:t>_</w:t>
            </w:r>
            <w:r>
              <w:t>gritsay</w:t>
            </w:r>
            <w:r w:rsidRPr="00332DB8">
              <w:rPr>
                <w:lang w:val="ru-RU"/>
              </w:rPr>
              <w:t>: – видеозапись «БЬЮТ чурок!.</w:t>
            </w:r>
            <w:r>
              <w:t>mp</w:t>
            </w:r>
            <w:r w:rsidRPr="00332DB8">
              <w:rPr>
                <w:lang w:val="ru-RU"/>
              </w:rPr>
              <w:t>4»; – видеозапись «Дали пи**ы хачам.</w:t>
            </w:r>
            <w:r>
              <w:t>mp</w:t>
            </w:r>
            <w:r w:rsidRPr="00332DB8">
              <w:rPr>
                <w:lang w:val="ru-RU"/>
              </w:rPr>
              <w:t>4»; – видеозапись «Национал Алисисты пи**ят хача.</w:t>
            </w:r>
            <w:r>
              <w:t>mp</w:t>
            </w:r>
            <w:r w:rsidRPr="00332DB8">
              <w:rPr>
                <w:lang w:val="ru-RU"/>
              </w:rPr>
              <w:t>4»; – видеозапись «Отпи**или чурок (всё правильно ну всё как там кричали, они русских убивают, чего вы их защищаете хачи.</w:t>
            </w:r>
            <w:r>
              <w:t>mp</w:t>
            </w:r>
            <w:r w:rsidRPr="00332DB8">
              <w:rPr>
                <w:lang w:val="ru-RU"/>
              </w:rPr>
              <w:t xml:space="preserve">4»; – видеозапись «Слава Руси! Смерть врагам! </w:t>
            </w:r>
            <w:r>
              <w:t>Sieg</w:t>
            </w:r>
            <w:r w:rsidRPr="00332DB8">
              <w:rPr>
                <w:lang w:val="ru-RU"/>
              </w:rPr>
              <w:t xml:space="preserve"> </w:t>
            </w:r>
            <w:r>
              <w:t>Heil</w:t>
            </w:r>
            <w:r w:rsidRPr="00332DB8">
              <w:rPr>
                <w:lang w:val="ru-RU"/>
              </w:rPr>
              <w:t>!!!.</w:t>
            </w:r>
            <w:r>
              <w:t>mp</w:t>
            </w:r>
            <w:r w:rsidRPr="00332DB8">
              <w:rPr>
                <w:lang w:val="ru-RU"/>
              </w:rPr>
              <w:t>4»; – аудиозапись «1488-Россия для русских..</w:t>
            </w:r>
            <w:r>
              <w:t>mp</w:t>
            </w:r>
            <w:r w:rsidRPr="00332DB8">
              <w:rPr>
                <w:lang w:val="ru-RU"/>
              </w:rPr>
              <w:t>3»; – аудиозапись «Коловрат -Анти-антифа ].</w:t>
            </w:r>
            <w:r>
              <w:t>mp</w:t>
            </w:r>
            <w:r w:rsidRPr="00332DB8">
              <w:rPr>
                <w:lang w:val="ru-RU"/>
              </w:rPr>
              <w:t>3»; – аудиозапись «Коловрат – Правый скинхед.</w:t>
            </w:r>
            <w:r>
              <w:t>mp</w:t>
            </w:r>
            <w:r w:rsidRPr="00332DB8">
              <w:rPr>
                <w:lang w:val="ru-RU"/>
              </w:rPr>
              <w:t>3»; – аудиозапись «Коловрат [</w:t>
            </w:r>
            <w:r>
              <w:t>waptorrent</w:t>
            </w:r>
            <w:r w:rsidRPr="00332DB8">
              <w:rPr>
                <w:lang w:val="ru-RU"/>
              </w:rPr>
              <w:t>.</w:t>
            </w:r>
            <w:r>
              <w:t>ru</w:t>
            </w:r>
            <w:r w:rsidRPr="00332DB8">
              <w:rPr>
                <w:lang w:val="ru-RU"/>
              </w:rPr>
              <w:t xml:space="preserve">] - Не покупай у чурок. </w:t>
            </w:r>
            <w:r>
              <w:t>mp</w:t>
            </w:r>
            <w:r w:rsidRPr="00332DB8">
              <w:rPr>
                <w:lang w:val="ru-RU"/>
              </w:rPr>
              <w:t>3»; – файл (изображение) «2</w:t>
            </w:r>
            <w:r>
              <w:t>Rzb</w:t>
            </w:r>
            <w:r w:rsidRPr="00332DB8">
              <w:rPr>
                <w:lang w:val="ru-RU"/>
              </w:rPr>
              <w:t>641</w:t>
            </w:r>
            <w:r>
              <w:t>K</w:t>
            </w:r>
            <w:r w:rsidRPr="00332DB8">
              <w:rPr>
                <w:lang w:val="ru-RU"/>
              </w:rPr>
              <w:t>5</w:t>
            </w:r>
            <w:r>
              <w:t>zw</w:t>
            </w:r>
            <w:r w:rsidRPr="00332DB8">
              <w:rPr>
                <w:lang w:val="ru-RU"/>
              </w:rPr>
              <w:t xml:space="preserve">»; – файл </w:t>
            </w:r>
            <w:r w:rsidRPr="00332DB8">
              <w:rPr>
                <w:lang w:val="ru-RU"/>
              </w:rPr>
              <w:lastRenderedPageBreak/>
              <w:t>(изображение) «7-0</w:t>
            </w:r>
            <w:r>
              <w:t>BfHyi</w:t>
            </w:r>
            <w:r w:rsidRPr="00332DB8">
              <w:rPr>
                <w:lang w:val="ru-RU"/>
              </w:rPr>
              <w:t>7</w:t>
            </w:r>
            <w:r>
              <w:t>T</w:t>
            </w:r>
            <w:r w:rsidRPr="00332DB8">
              <w:rPr>
                <w:lang w:val="ru-RU"/>
              </w:rPr>
              <w:t>4»; – файл (изображение) «9</w:t>
            </w:r>
            <w:r>
              <w:t>DEVyjxn</w:t>
            </w:r>
            <w:r w:rsidRPr="00332DB8">
              <w:rPr>
                <w:lang w:val="ru-RU"/>
              </w:rPr>
              <w:t>52</w:t>
            </w:r>
            <w:r>
              <w:t>I</w:t>
            </w:r>
            <w:r w:rsidRPr="00332DB8">
              <w:rPr>
                <w:lang w:val="ru-RU"/>
              </w:rPr>
              <w:t>»; – файл (изображение) «43</w:t>
            </w:r>
            <w:r>
              <w:t>z</w:t>
            </w:r>
            <w:r w:rsidRPr="00332DB8">
              <w:rPr>
                <w:lang w:val="ru-RU"/>
              </w:rPr>
              <w:t>7</w:t>
            </w:r>
            <w:r>
              <w:t>DEJ</w:t>
            </w:r>
            <w:r w:rsidRPr="00332DB8">
              <w:rPr>
                <w:lang w:val="ru-RU"/>
              </w:rPr>
              <w:t>3</w:t>
            </w:r>
            <w:r>
              <w:t>sEo</w:t>
            </w:r>
            <w:r w:rsidRPr="00332DB8">
              <w:rPr>
                <w:lang w:val="ru-RU"/>
              </w:rPr>
              <w:t>»; – файл (изображение) «</w:t>
            </w:r>
            <w:r>
              <w:t>aicW</w:t>
            </w:r>
            <w:r w:rsidRPr="00332DB8">
              <w:rPr>
                <w:lang w:val="ru-RU"/>
              </w:rPr>
              <w:t>3</w:t>
            </w:r>
            <w:r>
              <w:t>reU</w:t>
            </w:r>
            <w:r w:rsidRPr="00332DB8">
              <w:rPr>
                <w:lang w:val="ru-RU"/>
              </w:rPr>
              <w:t>8</w:t>
            </w:r>
            <w:r>
              <w:t>Fw</w:t>
            </w:r>
            <w:r w:rsidRPr="00332DB8">
              <w:rPr>
                <w:lang w:val="ru-RU"/>
              </w:rPr>
              <w:t>»; – файл (изображение) «</w:t>
            </w:r>
            <w:r>
              <w:t>dCaqeIre</w:t>
            </w:r>
            <w:r w:rsidRPr="00332DB8">
              <w:rPr>
                <w:lang w:val="ru-RU"/>
              </w:rPr>
              <w:t>5</w:t>
            </w:r>
            <w:r>
              <w:t>WI</w:t>
            </w:r>
            <w:r w:rsidRPr="00332DB8">
              <w:rPr>
                <w:lang w:val="ru-RU"/>
              </w:rPr>
              <w:t>»; – файл (изображение) «</w:t>
            </w:r>
            <w:r>
              <w:t>EGC</w:t>
            </w:r>
            <w:r w:rsidRPr="00332DB8">
              <w:rPr>
                <w:lang w:val="ru-RU"/>
              </w:rPr>
              <w:t>3</w:t>
            </w:r>
            <w:r>
              <w:t>Rnr</w:t>
            </w:r>
            <w:r w:rsidRPr="00332DB8">
              <w:rPr>
                <w:lang w:val="ru-RU"/>
              </w:rPr>
              <w:t>65</w:t>
            </w:r>
            <w:r>
              <w:t>zQ</w:t>
            </w:r>
            <w:r w:rsidRPr="00332DB8">
              <w:rPr>
                <w:lang w:val="ru-RU"/>
              </w:rPr>
              <w:t>»; – файл (изображение) «</w:t>
            </w:r>
            <w:r>
              <w:t>ElhmY</w:t>
            </w:r>
            <w:r w:rsidRPr="00332DB8">
              <w:rPr>
                <w:lang w:val="ru-RU"/>
              </w:rPr>
              <w:t>6</w:t>
            </w:r>
            <w:r>
              <w:t>DAYi</w:t>
            </w:r>
            <w:r w:rsidRPr="00332DB8">
              <w:rPr>
                <w:lang w:val="ru-RU"/>
              </w:rPr>
              <w:t>4»; – файл (изображение) «</w:t>
            </w:r>
            <w:r>
              <w:t>FErj</w:t>
            </w:r>
            <w:r w:rsidRPr="00332DB8">
              <w:rPr>
                <w:lang w:val="ru-RU"/>
              </w:rPr>
              <w:t>2</w:t>
            </w:r>
            <w:r>
              <w:t>nzf</w:t>
            </w:r>
            <w:r w:rsidRPr="00332DB8">
              <w:rPr>
                <w:lang w:val="ru-RU"/>
              </w:rPr>
              <w:t>5</w:t>
            </w:r>
            <w:r>
              <w:t>LM</w:t>
            </w:r>
            <w:r w:rsidRPr="00332DB8">
              <w:rPr>
                <w:lang w:val="ru-RU"/>
              </w:rPr>
              <w:t>»; – файл (изображение) «</w:t>
            </w:r>
            <w:r>
              <w:t>I</w:t>
            </w:r>
            <w:r w:rsidRPr="00332DB8">
              <w:rPr>
                <w:lang w:val="ru-RU"/>
              </w:rPr>
              <w:t>2</w:t>
            </w:r>
            <w:r>
              <w:t>KmvwPV</w:t>
            </w:r>
            <w:r w:rsidRPr="00332DB8">
              <w:rPr>
                <w:lang w:val="ru-RU"/>
              </w:rPr>
              <w:t>7</w:t>
            </w:r>
            <w:r>
              <w:t>EA</w:t>
            </w:r>
            <w:r w:rsidRPr="00332DB8">
              <w:rPr>
                <w:lang w:val="ru-RU"/>
              </w:rPr>
              <w:t>»; – файл (изображение) «</w:t>
            </w:r>
            <w:r>
              <w:t>jP</w:t>
            </w:r>
            <w:r w:rsidRPr="00332DB8">
              <w:rPr>
                <w:lang w:val="ru-RU"/>
              </w:rPr>
              <w:t>9</w:t>
            </w:r>
            <w:r>
              <w:t>CB</w:t>
            </w:r>
            <w:r w:rsidRPr="00332DB8">
              <w:rPr>
                <w:lang w:val="ru-RU"/>
              </w:rPr>
              <w:t>0</w:t>
            </w:r>
            <w:r>
              <w:t>SeBA</w:t>
            </w:r>
            <w:r w:rsidRPr="00332DB8">
              <w:rPr>
                <w:lang w:val="ru-RU"/>
              </w:rPr>
              <w:t>»; – файл (изображение) «</w:t>
            </w:r>
            <w:r>
              <w:t>KL</w:t>
            </w:r>
            <w:r w:rsidRPr="00332DB8">
              <w:rPr>
                <w:lang w:val="ru-RU"/>
              </w:rPr>
              <w:t>_</w:t>
            </w:r>
            <w:r>
              <w:t>BI</w:t>
            </w:r>
            <w:r w:rsidRPr="00332DB8">
              <w:rPr>
                <w:lang w:val="ru-RU"/>
              </w:rPr>
              <w:t>-2</w:t>
            </w:r>
            <w:r>
              <w:t>xwsM</w:t>
            </w:r>
            <w:r w:rsidRPr="00332DB8">
              <w:rPr>
                <w:lang w:val="ru-RU"/>
              </w:rPr>
              <w:t>»; – файл (изображение) «</w:t>
            </w:r>
            <w:r>
              <w:t>LMqZ</w:t>
            </w:r>
            <w:r w:rsidRPr="00332DB8">
              <w:rPr>
                <w:lang w:val="ru-RU"/>
              </w:rPr>
              <w:t>1</w:t>
            </w:r>
            <w:r>
              <w:t>P</w:t>
            </w:r>
            <w:r w:rsidRPr="00332DB8">
              <w:rPr>
                <w:lang w:val="ru-RU"/>
              </w:rPr>
              <w:t>2</w:t>
            </w:r>
            <w:r>
              <w:t>p</w:t>
            </w:r>
            <w:r w:rsidRPr="00332DB8">
              <w:rPr>
                <w:lang w:val="ru-RU"/>
              </w:rPr>
              <w:t>3</w:t>
            </w:r>
            <w:r>
              <w:t>J</w:t>
            </w:r>
            <w:r w:rsidRPr="00332DB8">
              <w:rPr>
                <w:lang w:val="ru-RU"/>
              </w:rPr>
              <w:t>0»; – файл (изображение) «</w:t>
            </w:r>
            <w:r>
              <w:t>o</w:t>
            </w:r>
            <w:r w:rsidRPr="00332DB8">
              <w:rPr>
                <w:lang w:val="ru-RU"/>
              </w:rPr>
              <w:t>8403</w:t>
            </w:r>
            <w:r>
              <w:t>IFHj</w:t>
            </w:r>
            <w:r w:rsidRPr="00332DB8">
              <w:rPr>
                <w:lang w:val="ru-RU"/>
              </w:rPr>
              <w:t>54» (решение Люблинского районного суда города Москвы от 18.03.2015);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2812.</w:t>
            </w:r>
          </w:p>
        </w:tc>
        <w:tc>
          <w:tcPr>
            <w:tcW w:w="2880" w:type="dxa"/>
          </w:tcPr>
          <w:p w:rsidR="006F7457" w:rsidRPr="00332DB8" w:rsidRDefault="00332DB8">
            <w:pPr>
              <w:rPr>
                <w:lang w:val="ru-RU"/>
              </w:rPr>
            </w:pPr>
            <w:r w:rsidRPr="00332DB8">
              <w:rPr>
                <w:lang w:val="ru-RU"/>
              </w:rPr>
              <w:t>Книга автора Шейгуль Хадис Маулана Мухаммада Закария Кандехлави (рахматуллахи 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2880" w:type="dxa"/>
          </w:tcPr>
          <w:p w:rsidR="006F7457" w:rsidRPr="00332DB8" w:rsidRDefault="006F7457">
            <w:pPr>
              <w:rPr>
                <w:lang w:val="ru-RU"/>
              </w:rPr>
            </w:pPr>
          </w:p>
        </w:tc>
      </w:tr>
      <w:tr w:rsidR="006F7457" w:rsidRPr="005A424D">
        <w:tc>
          <w:tcPr>
            <w:tcW w:w="2880" w:type="dxa"/>
          </w:tcPr>
          <w:p w:rsidR="006F7457" w:rsidRDefault="00332DB8">
            <w:r>
              <w:t>2813.</w:t>
            </w:r>
          </w:p>
        </w:tc>
        <w:tc>
          <w:tcPr>
            <w:tcW w:w="2880" w:type="dxa"/>
          </w:tcPr>
          <w:p w:rsidR="006F7457" w:rsidRPr="00332DB8" w:rsidRDefault="00332DB8">
            <w:pPr>
              <w:rPr>
                <w:lang w:val="ru-RU"/>
              </w:rPr>
            </w:pPr>
            <w:r w:rsidRPr="00332DB8">
              <w:rPr>
                <w:lang w:val="ru-RU"/>
              </w:rPr>
              <w:t>Информационный материал – видеоролик «Скинхеды порезали шавку» (решение Северского городского суда Томской области от 16.03.2015);</w:t>
            </w:r>
          </w:p>
        </w:tc>
        <w:tc>
          <w:tcPr>
            <w:tcW w:w="2880" w:type="dxa"/>
          </w:tcPr>
          <w:p w:rsidR="006F7457" w:rsidRPr="00332DB8" w:rsidRDefault="006F7457">
            <w:pPr>
              <w:rPr>
                <w:lang w:val="ru-RU"/>
              </w:rPr>
            </w:pPr>
          </w:p>
        </w:tc>
      </w:tr>
      <w:tr w:rsidR="006F7457" w:rsidRPr="005A424D">
        <w:tc>
          <w:tcPr>
            <w:tcW w:w="2880" w:type="dxa"/>
          </w:tcPr>
          <w:p w:rsidR="006F7457" w:rsidRDefault="00332DB8">
            <w:r>
              <w:t>2814.</w:t>
            </w:r>
          </w:p>
        </w:tc>
        <w:tc>
          <w:tcPr>
            <w:tcW w:w="2880" w:type="dxa"/>
          </w:tcPr>
          <w:p w:rsidR="006F7457" w:rsidRPr="00332DB8" w:rsidRDefault="00332DB8">
            <w:pPr>
              <w:rPr>
                <w:lang w:val="ru-RU"/>
              </w:rPr>
            </w:pPr>
            <w:r w:rsidRPr="00332DB8">
              <w:rPr>
                <w:lang w:val="ru-RU"/>
              </w:rPr>
              <w:t>Информационный материал – видеоролик «Бей ментов по е*алу» (решение Северского городского суда Томской области от 13.03.2015);</w:t>
            </w:r>
          </w:p>
        </w:tc>
        <w:tc>
          <w:tcPr>
            <w:tcW w:w="2880" w:type="dxa"/>
          </w:tcPr>
          <w:p w:rsidR="006F7457" w:rsidRPr="00332DB8" w:rsidRDefault="006F7457">
            <w:pPr>
              <w:rPr>
                <w:lang w:val="ru-RU"/>
              </w:rPr>
            </w:pPr>
          </w:p>
        </w:tc>
      </w:tr>
      <w:tr w:rsidR="006F7457" w:rsidRPr="005A424D">
        <w:tc>
          <w:tcPr>
            <w:tcW w:w="2880" w:type="dxa"/>
          </w:tcPr>
          <w:p w:rsidR="006F7457" w:rsidRDefault="00332DB8">
            <w:r>
              <w:t>2815.</w:t>
            </w:r>
          </w:p>
        </w:tc>
        <w:tc>
          <w:tcPr>
            <w:tcW w:w="2880" w:type="dxa"/>
          </w:tcPr>
          <w:p w:rsidR="006F7457" w:rsidRPr="00332DB8" w:rsidRDefault="00332DB8">
            <w:pPr>
              <w:rPr>
                <w:lang w:val="ru-RU"/>
              </w:rPr>
            </w:pPr>
            <w:r w:rsidRPr="00332DB8">
              <w:rPr>
                <w:lang w:val="ru-RU"/>
              </w:rPr>
              <w:t>Видеоматериал «Что такое национализм 1.</w:t>
            </w:r>
            <w:r>
              <w:t>mp</w:t>
            </w:r>
            <w:r w:rsidRPr="00332DB8">
              <w:rPr>
                <w:lang w:val="ru-RU"/>
              </w:rPr>
              <w:t>3», размещенный в сети Интернет в социальной сети «ВКонтакте» (решение Советского районного суда г. Брянска от 16.04.2015);</w:t>
            </w:r>
          </w:p>
        </w:tc>
        <w:tc>
          <w:tcPr>
            <w:tcW w:w="2880" w:type="dxa"/>
          </w:tcPr>
          <w:p w:rsidR="006F7457" w:rsidRPr="00332DB8" w:rsidRDefault="006F7457">
            <w:pPr>
              <w:rPr>
                <w:lang w:val="ru-RU"/>
              </w:rPr>
            </w:pPr>
          </w:p>
        </w:tc>
      </w:tr>
      <w:tr w:rsidR="006F7457" w:rsidRPr="005A424D">
        <w:tc>
          <w:tcPr>
            <w:tcW w:w="2880" w:type="dxa"/>
          </w:tcPr>
          <w:p w:rsidR="006F7457" w:rsidRDefault="00332DB8">
            <w:r>
              <w:t>28</w:t>
            </w:r>
            <w:r>
              <w:lastRenderedPageBreak/>
              <w:t>16.</w:t>
            </w:r>
          </w:p>
        </w:tc>
        <w:tc>
          <w:tcPr>
            <w:tcW w:w="2880" w:type="dxa"/>
          </w:tcPr>
          <w:p w:rsidR="006F7457" w:rsidRPr="00332DB8" w:rsidRDefault="00332DB8">
            <w:pPr>
              <w:rPr>
                <w:lang w:val="ru-RU"/>
              </w:rPr>
            </w:pPr>
            <w:r w:rsidRPr="00332DB8">
              <w:rPr>
                <w:lang w:val="ru-RU"/>
              </w:rPr>
              <w:lastRenderedPageBreak/>
              <w:t xml:space="preserve">Видеофайл «скин-гёрлы», размещенный в международной сети Интернет на странице «Михаил Великорос» сайта </w:t>
            </w:r>
            <w:r>
              <w:t>www</w:t>
            </w:r>
            <w:r w:rsidRPr="00332DB8">
              <w:rPr>
                <w:lang w:val="ru-RU"/>
              </w:rPr>
              <w:t>.</w:t>
            </w:r>
            <w:r>
              <w:t>vk</w:t>
            </w:r>
            <w:r w:rsidRPr="00332DB8">
              <w:rPr>
                <w:lang w:val="ru-RU"/>
              </w:rPr>
              <w:t>.</w:t>
            </w:r>
            <w:r>
              <w:t>com</w:t>
            </w:r>
            <w:r w:rsidRPr="00332DB8">
              <w:rPr>
                <w:lang w:val="ru-RU"/>
              </w:rPr>
              <w:t xml:space="preserve"> электронный адрес страницы </w:t>
            </w:r>
            <w:r>
              <w:t>www</w:t>
            </w:r>
            <w:r w:rsidRPr="00332DB8">
              <w:rPr>
                <w:lang w:val="ru-RU"/>
              </w:rPr>
              <w:t>.</w:t>
            </w:r>
            <w:r>
              <w:t>vk</w:t>
            </w:r>
            <w:r w:rsidRPr="00332DB8">
              <w:rPr>
                <w:lang w:val="ru-RU"/>
              </w:rPr>
              <w:t>.</w:t>
            </w:r>
            <w:r>
              <w:t>com</w:t>
            </w:r>
            <w:r w:rsidRPr="00332DB8">
              <w:rPr>
                <w:lang w:val="ru-RU"/>
              </w:rPr>
              <w:t>/</w:t>
            </w:r>
            <w:r>
              <w:t>id</w:t>
            </w:r>
            <w:r w:rsidRPr="00332DB8">
              <w:rPr>
                <w:lang w:val="ru-RU"/>
              </w:rPr>
              <w:t xml:space="preserve">183913621 (решение Советского районного </w:t>
            </w:r>
            <w:r w:rsidRPr="00332DB8">
              <w:rPr>
                <w:lang w:val="ru-RU"/>
              </w:rPr>
              <w:lastRenderedPageBreak/>
              <w:t>суда г. Казани от 17.03.2015);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2817.</w:t>
            </w:r>
          </w:p>
        </w:tc>
        <w:tc>
          <w:tcPr>
            <w:tcW w:w="2880" w:type="dxa"/>
          </w:tcPr>
          <w:p w:rsidR="006F7457" w:rsidRPr="00332DB8" w:rsidRDefault="00332DB8">
            <w:pPr>
              <w:rPr>
                <w:lang w:val="ru-RU"/>
              </w:rPr>
            </w:pPr>
            <w:r w:rsidRPr="00332DB8">
              <w:rPr>
                <w:lang w:val="ru-RU"/>
              </w:rPr>
              <w:t xml:space="preserve">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w:t>
            </w:r>
            <w:r>
              <w:t>http</w:t>
            </w:r>
            <w:r w:rsidRPr="00332DB8">
              <w:rPr>
                <w:lang w:val="ru-RU"/>
              </w:rPr>
              <w:t>://</w:t>
            </w:r>
            <w:r>
              <w:t>vk</w:t>
            </w:r>
            <w:r w:rsidRPr="00332DB8">
              <w:rPr>
                <w:lang w:val="ru-RU"/>
              </w:rPr>
              <w:t>.</w:t>
            </w:r>
            <w:r>
              <w:t>com</w:t>
            </w:r>
            <w:r w:rsidRPr="00332DB8">
              <w:rPr>
                <w:lang w:val="ru-RU"/>
              </w:rPr>
              <w:t>/</w:t>
            </w:r>
            <w:r>
              <w:t>search</w:t>
            </w:r>
            <w:r w:rsidRPr="00332DB8">
              <w:rPr>
                <w:lang w:val="ru-RU"/>
              </w:rPr>
              <w:t>?</w:t>
            </w:r>
            <w:r>
              <w:t>c</w:t>
            </w:r>
            <w:r w:rsidRPr="00332DB8">
              <w:rPr>
                <w:lang w:val="ru-RU"/>
              </w:rPr>
              <w:t>[</w:t>
            </w:r>
            <w:r>
              <w:t>q</w:t>
            </w:r>
            <w:r w:rsidRPr="00332DB8">
              <w:rPr>
                <w:lang w:val="ru-RU"/>
              </w:rPr>
              <w:t>]=убей хача порадуй маму&amp;</w:t>
            </w:r>
            <w:r>
              <w:t>c</w:t>
            </w:r>
            <w:r w:rsidRPr="00332DB8">
              <w:rPr>
                <w:lang w:val="ru-RU"/>
              </w:rPr>
              <w:t>[</w:t>
            </w:r>
            <w:r>
              <w:t>section</w:t>
            </w:r>
            <w:r w:rsidRPr="00332DB8">
              <w:rPr>
                <w:lang w:val="ru-RU"/>
              </w:rPr>
              <w:t>]=</w:t>
            </w:r>
            <w:r>
              <w:t>audio</w:t>
            </w:r>
            <w:r w:rsidRPr="00332DB8">
              <w:rPr>
                <w:lang w:val="ru-RU"/>
              </w:rPr>
              <w:t xml:space="preserve"> (решение Октябрьского районного суда города Санкт-Петербурга от 19.11.2014);</w:t>
            </w:r>
          </w:p>
        </w:tc>
        <w:tc>
          <w:tcPr>
            <w:tcW w:w="2880" w:type="dxa"/>
          </w:tcPr>
          <w:p w:rsidR="006F7457" w:rsidRPr="00332DB8" w:rsidRDefault="006F7457">
            <w:pPr>
              <w:rPr>
                <w:lang w:val="ru-RU"/>
              </w:rPr>
            </w:pPr>
          </w:p>
        </w:tc>
      </w:tr>
      <w:tr w:rsidR="006F7457" w:rsidRPr="005A424D">
        <w:tc>
          <w:tcPr>
            <w:tcW w:w="2880" w:type="dxa"/>
          </w:tcPr>
          <w:p w:rsidR="006F7457" w:rsidRDefault="00332DB8">
            <w:r>
              <w:t>2818.</w:t>
            </w:r>
          </w:p>
        </w:tc>
        <w:tc>
          <w:tcPr>
            <w:tcW w:w="2880" w:type="dxa"/>
          </w:tcPr>
          <w:p w:rsidR="006F7457" w:rsidRPr="00332DB8" w:rsidRDefault="00332DB8">
            <w:pPr>
              <w:rPr>
                <w:lang w:val="ru-RU"/>
              </w:rPr>
            </w:pPr>
            <w:r w:rsidRPr="00332DB8">
              <w:rPr>
                <w:lang w:val="ru-RU"/>
              </w:rPr>
              <w:t xml:space="preserve">Текст статьи «Когда же русские напьются крови», размещенной на момент предъявления заявления в суд в сети Интернет по электронным адресам: </w:t>
            </w:r>
            <w:r>
              <w:t>http</w:t>
            </w:r>
            <w:r w:rsidRPr="00332DB8">
              <w:rPr>
                <w:lang w:val="ru-RU"/>
              </w:rPr>
              <w:t>://</w:t>
            </w:r>
            <w:r>
              <w:t>censor</w:t>
            </w:r>
            <w:r w:rsidRPr="00332DB8">
              <w:rPr>
                <w:lang w:val="ru-RU"/>
              </w:rPr>
              <w:t>.</w:t>
            </w:r>
            <w:r>
              <w:t>net</w:t>
            </w:r>
            <w:r w:rsidRPr="00332DB8">
              <w:rPr>
                <w:lang w:val="ru-RU"/>
              </w:rPr>
              <w:t>.</w:t>
            </w:r>
            <w:r>
              <w:t>ua</w:t>
            </w:r>
            <w:r w:rsidRPr="00332DB8">
              <w:rPr>
                <w:lang w:val="ru-RU"/>
              </w:rPr>
              <w:t>/</w:t>
            </w:r>
            <w:r>
              <w:t>news</w:t>
            </w:r>
            <w:r w:rsidRPr="00332DB8">
              <w:rPr>
                <w:lang w:val="ru-RU"/>
              </w:rPr>
              <w:t>/286782/</w:t>
            </w:r>
            <w:r>
              <w:t>rossiya</w:t>
            </w:r>
            <w:r w:rsidRPr="00332DB8">
              <w:rPr>
                <w:lang w:val="ru-RU"/>
              </w:rPr>
              <w:t>_</w:t>
            </w:r>
            <w:r>
              <w:t>ustroila</w:t>
            </w:r>
            <w:r w:rsidRPr="00332DB8">
              <w:rPr>
                <w:lang w:val="ru-RU"/>
              </w:rPr>
              <w:t>_</w:t>
            </w:r>
            <w:r>
              <w:t>ocherednuyu</w:t>
            </w:r>
            <w:r w:rsidRPr="00332DB8">
              <w:rPr>
                <w:lang w:val="ru-RU"/>
              </w:rPr>
              <w:t>_</w:t>
            </w:r>
            <w:r>
              <w:t>provokatsiyu</w:t>
            </w:r>
            <w:r w:rsidRPr="00332DB8">
              <w:rPr>
                <w:lang w:val="ru-RU"/>
              </w:rPr>
              <w:t xml:space="preserve">_ </w:t>
            </w:r>
            <w:r>
              <w:t>na</w:t>
            </w:r>
            <w:r w:rsidRPr="00332DB8">
              <w:rPr>
                <w:lang w:val="ru-RU"/>
              </w:rPr>
              <w:t>_</w:t>
            </w:r>
            <w:r>
              <w:t>granitse</w:t>
            </w:r>
            <w:r w:rsidRPr="00332DB8">
              <w:rPr>
                <w:lang w:val="ru-RU"/>
              </w:rPr>
              <w:t>_</w:t>
            </w:r>
            <w:r>
              <w:t>s</w:t>
            </w:r>
            <w:r w:rsidRPr="00332DB8">
              <w:rPr>
                <w:lang w:val="ru-RU"/>
              </w:rPr>
              <w:t>_</w:t>
            </w:r>
            <w:r>
              <w:t>ukrainoyi</w:t>
            </w:r>
            <w:r w:rsidRPr="00332DB8">
              <w:rPr>
                <w:lang w:val="ru-RU"/>
              </w:rPr>
              <w:t>_</w:t>
            </w:r>
            <w:r>
              <w:t>mid</w:t>
            </w:r>
            <w:r w:rsidRPr="00332DB8">
              <w:rPr>
                <w:lang w:val="ru-RU"/>
              </w:rPr>
              <w:t xml:space="preserve"> (решение Октябрьского районного суда города Санкт-Петербурга от 26.01.2015);</w:t>
            </w:r>
          </w:p>
        </w:tc>
        <w:tc>
          <w:tcPr>
            <w:tcW w:w="2880" w:type="dxa"/>
          </w:tcPr>
          <w:p w:rsidR="006F7457" w:rsidRPr="00332DB8" w:rsidRDefault="006F7457">
            <w:pPr>
              <w:rPr>
                <w:lang w:val="ru-RU"/>
              </w:rPr>
            </w:pPr>
          </w:p>
        </w:tc>
      </w:tr>
      <w:tr w:rsidR="006F7457" w:rsidRPr="005A424D">
        <w:tc>
          <w:tcPr>
            <w:tcW w:w="2880" w:type="dxa"/>
          </w:tcPr>
          <w:p w:rsidR="006F7457" w:rsidRDefault="00332DB8">
            <w:r>
              <w:t>2819.</w:t>
            </w:r>
          </w:p>
        </w:tc>
        <w:tc>
          <w:tcPr>
            <w:tcW w:w="2880" w:type="dxa"/>
          </w:tcPr>
          <w:p w:rsidR="006F7457" w:rsidRPr="00332DB8" w:rsidRDefault="00332DB8">
            <w:pPr>
              <w:rPr>
                <w:lang w:val="ru-RU"/>
              </w:rPr>
            </w:pPr>
            <w:r w:rsidRPr="00332DB8">
              <w:rPr>
                <w:lang w:val="ru-RU"/>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2880" w:type="dxa"/>
          </w:tcPr>
          <w:p w:rsidR="006F7457" w:rsidRPr="00332DB8" w:rsidRDefault="006F7457">
            <w:pPr>
              <w:rPr>
                <w:lang w:val="ru-RU"/>
              </w:rPr>
            </w:pPr>
          </w:p>
        </w:tc>
      </w:tr>
      <w:tr w:rsidR="006F7457" w:rsidRPr="005A424D">
        <w:tc>
          <w:tcPr>
            <w:tcW w:w="2880" w:type="dxa"/>
          </w:tcPr>
          <w:p w:rsidR="006F7457" w:rsidRDefault="00332DB8">
            <w:r>
              <w:t>2820.</w:t>
            </w:r>
          </w:p>
        </w:tc>
        <w:tc>
          <w:tcPr>
            <w:tcW w:w="2880" w:type="dxa"/>
          </w:tcPr>
          <w:p w:rsidR="006F7457" w:rsidRPr="00332DB8" w:rsidRDefault="00332DB8">
            <w:pPr>
              <w:rPr>
                <w:lang w:val="ru-RU"/>
              </w:rPr>
            </w:pPr>
            <w:r w:rsidRPr="00332DB8">
              <w:rPr>
                <w:lang w:val="ru-RU"/>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w:t>
            </w:r>
            <w:r>
              <w:t>SS</w:t>
            </w:r>
            <w:r w:rsidRPr="00332DB8">
              <w:rPr>
                <w:lang w:val="ru-RU"/>
              </w:rPr>
              <w:t xml:space="preserve"> </w:t>
            </w:r>
            <w:r>
              <w:t>tv</w:t>
            </w:r>
            <w:r w:rsidRPr="00332DB8">
              <w:rPr>
                <w:lang w:val="ru-RU"/>
              </w:rPr>
              <w:t>»,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2880" w:type="dxa"/>
          </w:tcPr>
          <w:p w:rsidR="006F7457" w:rsidRPr="00332DB8" w:rsidRDefault="006F7457">
            <w:pPr>
              <w:rPr>
                <w:lang w:val="ru-RU"/>
              </w:rPr>
            </w:pPr>
          </w:p>
        </w:tc>
      </w:tr>
      <w:tr w:rsidR="006F7457" w:rsidRPr="005A424D">
        <w:tc>
          <w:tcPr>
            <w:tcW w:w="2880" w:type="dxa"/>
          </w:tcPr>
          <w:p w:rsidR="006F7457" w:rsidRDefault="00332DB8">
            <w:r>
              <w:t>2821.</w:t>
            </w:r>
          </w:p>
        </w:tc>
        <w:tc>
          <w:tcPr>
            <w:tcW w:w="2880" w:type="dxa"/>
          </w:tcPr>
          <w:p w:rsidR="006F7457" w:rsidRPr="00332DB8" w:rsidRDefault="00332DB8">
            <w:pPr>
              <w:rPr>
                <w:lang w:val="ru-RU"/>
              </w:rPr>
            </w:pPr>
            <w:r w:rsidRPr="00332DB8">
              <w:rPr>
                <w:lang w:val="ru-RU"/>
              </w:rPr>
              <w:t>Видеоролик под названиями «</w:t>
            </w:r>
            <w:r>
              <w:t>format</w:t>
            </w:r>
            <w:r w:rsidRPr="00332DB8">
              <w:rPr>
                <w:lang w:val="ru-RU"/>
              </w:rPr>
              <w:t xml:space="preserve"> 18» и «</w:t>
            </w:r>
            <w:r>
              <w:t>Format</w:t>
            </w:r>
            <w:r w:rsidRPr="00332DB8">
              <w:rPr>
                <w:lang w:val="ru-RU"/>
              </w:rPr>
              <w:t xml:space="preserve"> 18 - </w:t>
            </w:r>
            <w:r>
              <w:t>Format</w:t>
            </w:r>
            <w:r w:rsidRPr="00332DB8">
              <w:rPr>
                <w:lang w:val="ru-RU"/>
              </w:rPr>
              <w:t xml:space="preserve"> 18», начинающийся с заставки с изображением Гитлера, надписью на английском языке «</w:t>
            </w:r>
            <w:r>
              <w:t>FORMAT</w:t>
            </w:r>
            <w:r w:rsidRPr="00332DB8">
              <w:rPr>
                <w:lang w:val="ru-RU"/>
              </w:rPr>
              <w:t xml:space="preserve"> 18 </w:t>
            </w:r>
            <w:r>
              <w:t>NEWS</w:t>
            </w:r>
            <w:r w:rsidRPr="00332DB8">
              <w:rPr>
                <w:lang w:val="ru-RU"/>
              </w:rPr>
              <w:t xml:space="preserve">»,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w:t>
            </w:r>
            <w:r w:rsidRPr="00332DB8">
              <w:rPr>
                <w:lang w:val="ru-RU"/>
              </w:rPr>
              <w:lastRenderedPageBreak/>
              <w:t xml:space="preserve">догоняющих и избивающих отдельных мужчин, и заканчивающийся заставкой: «ОСТАВАЙСЯ БЕЛЫМ 14 88 </w:t>
            </w:r>
            <w:r>
              <w:t>WWW</w:t>
            </w:r>
            <w:r w:rsidRPr="00332DB8">
              <w:rPr>
                <w:lang w:val="ru-RU"/>
              </w:rPr>
              <w:t>.</w:t>
            </w:r>
            <w:r>
              <w:t>FORMAT</w:t>
            </w:r>
            <w:r w:rsidRPr="00332DB8">
              <w:rPr>
                <w:lang w:val="ru-RU"/>
              </w:rPr>
              <w:t>18.</w:t>
            </w:r>
            <w:r>
              <w:t>ORC</w:t>
            </w:r>
            <w:r w:rsidRPr="00332DB8">
              <w:rPr>
                <w:lang w:val="ru-RU"/>
              </w:rPr>
              <w:t>», размещенный в сети Интернет (решение Горно-Алтайского городского суда Республики Алтай от 02.04.2015);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2822.</w:t>
            </w:r>
          </w:p>
        </w:tc>
        <w:tc>
          <w:tcPr>
            <w:tcW w:w="2880" w:type="dxa"/>
          </w:tcPr>
          <w:p w:rsidR="006F7457" w:rsidRPr="00332DB8" w:rsidRDefault="00332DB8">
            <w:pPr>
              <w:rPr>
                <w:lang w:val="ru-RU"/>
              </w:rPr>
            </w:pPr>
            <w:r w:rsidRPr="00332DB8">
              <w:rPr>
                <w:lang w:val="ru-RU"/>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2880" w:type="dxa"/>
          </w:tcPr>
          <w:p w:rsidR="006F7457" w:rsidRPr="00332DB8" w:rsidRDefault="006F7457">
            <w:pPr>
              <w:rPr>
                <w:lang w:val="ru-RU"/>
              </w:rPr>
            </w:pPr>
          </w:p>
        </w:tc>
      </w:tr>
      <w:tr w:rsidR="006F7457">
        <w:tc>
          <w:tcPr>
            <w:tcW w:w="2880" w:type="dxa"/>
          </w:tcPr>
          <w:p w:rsidR="006F7457" w:rsidRDefault="00332DB8">
            <w:r>
              <w:t>2823.</w:t>
            </w:r>
          </w:p>
        </w:tc>
        <w:tc>
          <w:tcPr>
            <w:tcW w:w="2880" w:type="dxa"/>
          </w:tcPr>
          <w:p w:rsidR="006F7457" w:rsidRDefault="00332DB8">
            <w:r w:rsidRPr="00332DB8">
              <w:rPr>
                <w:lang w:val="ru-RU"/>
              </w:rPr>
              <w:t xml:space="preserve">Брошюры: - «Что нужно детям знать о Боге?», изд. 2011. </w:t>
            </w:r>
            <w:r>
              <w:t>Watchtower Bible and Tract Society of Pennsylvania 2011 Wachtturm Bidel – und Traktat-Gesellschaft der Zeuger Jehovas. e.V., Selters/Taunus; - «Музыка Как она влияет на вас?», изд. 2011. Watchtower Bible and Tract Society of Pennsylvania 2011 Wachtturm Bidel – und Traktat-Gesellschaft der Zeuger Jehovas. e.V., Selters/Taunus.; - «Терроризм В чем его причина? Когда с ним будет покончено?», изд. 2011. Watcher Bible and Tract Society of Pennsylvania 2011 Wachytturm Bibelund Traktat-Gesellschaft der Zeuger Jehovas, e.V., Selters/Taunus.; - «Иисус Откуда он пришел? Как он жил? Почему он умер?», изд. 2011. Watchtower Bibel and Tract Society of Pennsylvania 2011 Wachtturm Bibelund Traktat-Gesellschaft der Zeugen Jehovas, e.V., Selters/Taunus.; - «Как сохранить счастье в браке?» изд. 2011. Watchtower Bible and Tract Society of Pennsylvania 2011 Wachtturm Bibel-und Traktat-Gesellschaft der Zeuger Jehovas, e.V., Selters/Taunus.; - «Духовный мир Кто в нем обитает», изд. 2011. Watchtower Bible and Tract Society of Pennsylvania 2010 Wachtturm Bibel-und Traktat-Gesellschaft der Zeuger Jehovas, e.V., Selters/Taunus.; - «Человек чудо творения», изд. 2011. Watchtower Bible and Tract Society of Pennsylvania 2011 Wachtturm Bibel-und Traktat-Gesellschaft der Zeuger Jehovas, e.V., Selters/Taunus.; - «Как справиться с потерей близкого человека», изд. 2011. Watchtower Bible and Tract Society of Pennsylvania 2011 Wachtturm Bibel-und Traktat-Gesellschaft der Zeuger Jehovas, e.V., Selters/Taunus (решение Матвеево-Курганского районного суда Ростовской области от 29.09.2014);</w:t>
            </w:r>
          </w:p>
        </w:tc>
        <w:tc>
          <w:tcPr>
            <w:tcW w:w="2880" w:type="dxa"/>
          </w:tcPr>
          <w:p w:rsidR="006F7457" w:rsidRDefault="006F7457"/>
        </w:tc>
      </w:tr>
      <w:tr w:rsidR="006F7457" w:rsidRPr="005A424D">
        <w:tc>
          <w:tcPr>
            <w:tcW w:w="2880" w:type="dxa"/>
          </w:tcPr>
          <w:p w:rsidR="006F7457" w:rsidRDefault="00332DB8">
            <w:r>
              <w:t>28</w:t>
            </w:r>
            <w:r>
              <w:lastRenderedPageBreak/>
              <w:t>24.</w:t>
            </w:r>
          </w:p>
        </w:tc>
        <w:tc>
          <w:tcPr>
            <w:tcW w:w="2880" w:type="dxa"/>
          </w:tcPr>
          <w:p w:rsidR="006F7457" w:rsidRPr="00332DB8" w:rsidRDefault="00332DB8">
            <w:pPr>
              <w:rPr>
                <w:lang w:val="ru-RU"/>
              </w:rPr>
            </w:pPr>
            <w:r w:rsidRPr="00332DB8">
              <w:rPr>
                <w:lang w:val="ru-RU"/>
              </w:rPr>
              <w:lastRenderedPageBreak/>
              <w:t xml:space="preserve">Информационные материалы, размещенные в статье «Хизб ат-Тахрир аль-Исламий» на Интернет-сайте </w:t>
            </w:r>
            <w:r>
              <w:t>http</w:t>
            </w:r>
            <w:r w:rsidRPr="00332DB8">
              <w:rPr>
                <w:lang w:val="ru-RU"/>
              </w:rPr>
              <w:t>://</w:t>
            </w:r>
            <w:r>
              <w:t>golosislama</w:t>
            </w:r>
            <w:r w:rsidRPr="00332DB8">
              <w:rPr>
                <w:lang w:val="ru-RU"/>
              </w:rPr>
              <w:t>.</w:t>
            </w:r>
            <w:r>
              <w:t>ru</w:t>
            </w:r>
            <w:r w:rsidRPr="00332DB8">
              <w:rPr>
                <w:lang w:val="ru-RU"/>
              </w:rPr>
              <w:t>/</w:t>
            </w:r>
            <w:r>
              <w:t>news</w:t>
            </w:r>
            <w:r w:rsidRPr="00332DB8">
              <w:rPr>
                <w:lang w:val="ru-RU"/>
              </w:rPr>
              <w:t>.</w:t>
            </w:r>
            <w:r>
              <w:t>php</w:t>
            </w:r>
            <w:r w:rsidRPr="00332DB8">
              <w:rPr>
                <w:lang w:val="ru-RU"/>
              </w:rPr>
              <w:t>?</w:t>
            </w:r>
            <w:r>
              <w:t>id</w:t>
            </w:r>
            <w:r w:rsidRPr="00332DB8">
              <w:rPr>
                <w:lang w:val="ru-RU"/>
              </w:rPr>
              <w:t xml:space="preserve">=3086 (решение Тазовского районного суда Ямало-Ненецкого автономного </w:t>
            </w:r>
            <w:r w:rsidRPr="00332DB8">
              <w:rPr>
                <w:lang w:val="ru-RU"/>
              </w:rPr>
              <w:lastRenderedPageBreak/>
              <w:t>округа от 25.02.2015);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2825.</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статье «Асбат аль-Ансар» на Интернет-сайте </w:t>
            </w:r>
            <w:r>
              <w:t>http</w:t>
            </w:r>
            <w:r w:rsidRPr="00332DB8">
              <w:rPr>
                <w:lang w:val="ru-RU"/>
              </w:rPr>
              <w:t>://</w:t>
            </w:r>
            <w:r>
              <w:t>terworld</w:t>
            </w:r>
            <w:r w:rsidRPr="00332DB8">
              <w:rPr>
                <w:lang w:val="ru-RU"/>
              </w:rPr>
              <w:t>.</w:t>
            </w:r>
            <w:r>
              <w:t>narod</w:t>
            </w:r>
            <w:r w:rsidRPr="00332DB8">
              <w:rPr>
                <w:lang w:val="ru-RU"/>
              </w:rPr>
              <w:t>.</w:t>
            </w:r>
            <w:r>
              <w:t>ru</w:t>
            </w:r>
            <w:r w:rsidRPr="00332DB8">
              <w:rPr>
                <w:lang w:val="ru-RU"/>
              </w:rPr>
              <w:t>/</w:t>
            </w:r>
            <w:r>
              <w:t>kontinent</w:t>
            </w:r>
            <w:r w:rsidRPr="00332DB8">
              <w:rPr>
                <w:lang w:val="ru-RU"/>
              </w:rPr>
              <w:t>.</w:t>
            </w:r>
            <w:r>
              <w:t>files</w:t>
            </w:r>
            <w:r w:rsidRPr="00332DB8">
              <w:rPr>
                <w:lang w:val="ru-RU"/>
              </w:rPr>
              <w:t>/</w:t>
            </w:r>
            <w:r>
              <w:t>asbatalansarlivan</w:t>
            </w:r>
            <w:r w:rsidRPr="00332DB8">
              <w:rPr>
                <w:lang w:val="ru-RU"/>
              </w:rPr>
              <w:t>.</w:t>
            </w:r>
            <w:r>
              <w:t>htm</w:t>
            </w:r>
            <w:r w:rsidRPr="00332DB8">
              <w:rPr>
                <w:lang w:val="ru-RU"/>
              </w:rPr>
              <w:t xml:space="preserve"> (решение Тазовского районного суда Ямало-Ненецкого автономного округа от 25.02.2015);</w:t>
            </w:r>
          </w:p>
        </w:tc>
        <w:tc>
          <w:tcPr>
            <w:tcW w:w="2880" w:type="dxa"/>
          </w:tcPr>
          <w:p w:rsidR="006F7457" w:rsidRPr="00332DB8" w:rsidRDefault="006F7457">
            <w:pPr>
              <w:rPr>
                <w:lang w:val="ru-RU"/>
              </w:rPr>
            </w:pPr>
          </w:p>
        </w:tc>
      </w:tr>
      <w:tr w:rsidR="006F7457" w:rsidRPr="005A424D">
        <w:tc>
          <w:tcPr>
            <w:tcW w:w="2880" w:type="dxa"/>
          </w:tcPr>
          <w:p w:rsidR="006F7457" w:rsidRDefault="00332DB8">
            <w:r>
              <w:t>2826.</w:t>
            </w:r>
          </w:p>
        </w:tc>
        <w:tc>
          <w:tcPr>
            <w:tcW w:w="2880" w:type="dxa"/>
          </w:tcPr>
          <w:p w:rsidR="006F7457" w:rsidRPr="00332DB8" w:rsidRDefault="00332DB8">
            <w:pPr>
              <w:rPr>
                <w:lang w:val="ru-RU"/>
              </w:rPr>
            </w:pPr>
            <w:r w:rsidRPr="00332DB8">
              <w:rPr>
                <w:lang w:val="ru-RU"/>
              </w:rPr>
              <w:t xml:space="preserve">Видеозапись под названием: «Герман Стерлингов – обращение ко всему миру», размещенная на интернет ресурсе ГИС Интернет: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J</w:t>
            </w:r>
            <w:r w:rsidRPr="00332DB8">
              <w:rPr>
                <w:lang w:val="ru-RU"/>
              </w:rPr>
              <w:t>-</w:t>
            </w:r>
            <w:r>
              <w:t>LTYCJo</w:t>
            </w:r>
            <w:r w:rsidRPr="00332DB8">
              <w:rPr>
                <w:lang w:val="ru-RU"/>
              </w:rPr>
              <w:t>2</w:t>
            </w:r>
            <w:r>
              <w:t>DA</w:t>
            </w:r>
            <w:r w:rsidRPr="00332DB8">
              <w:rPr>
                <w:lang w:val="ru-RU"/>
              </w:rPr>
              <w:t xml:space="preserve"> (решение Майкопского городского суда Республики Адыгея от 24.03.2015);</w:t>
            </w:r>
          </w:p>
        </w:tc>
        <w:tc>
          <w:tcPr>
            <w:tcW w:w="2880" w:type="dxa"/>
          </w:tcPr>
          <w:p w:rsidR="006F7457" w:rsidRPr="00332DB8" w:rsidRDefault="006F7457">
            <w:pPr>
              <w:rPr>
                <w:lang w:val="ru-RU"/>
              </w:rPr>
            </w:pPr>
          </w:p>
        </w:tc>
      </w:tr>
      <w:tr w:rsidR="006F7457" w:rsidRPr="005A424D">
        <w:tc>
          <w:tcPr>
            <w:tcW w:w="2880" w:type="dxa"/>
          </w:tcPr>
          <w:p w:rsidR="006F7457" w:rsidRDefault="00332DB8">
            <w:r>
              <w:t>2827.</w:t>
            </w:r>
          </w:p>
        </w:tc>
        <w:tc>
          <w:tcPr>
            <w:tcW w:w="2880" w:type="dxa"/>
          </w:tcPr>
          <w:p w:rsidR="006F7457" w:rsidRPr="00332DB8" w:rsidRDefault="00332DB8">
            <w:pPr>
              <w:rPr>
                <w:lang w:val="ru-RU"/>
              </w:rPr>
            </w:pPr>
            <w:r w:rsidRPr="00332DB8">
              <w:rPr>
                <w:lang w:val="ru-RU"/>
              </w:rPr>
              <w:t>Книга Белоглазова Н.В. «Еврейство и Россия. Краткий исторический очерк» (решение Басманного районного суда города Москвы от 18.02.2015);</w:t>
            </w:r>
          </w:p>
        </w:tc>
        <w:tc>
          <w:tcPr>
            <w:tcW w:w="2880" w:type="dxa"/>
          </w:tcPr>
          <w:p w:rsidR="006F7457" w:rsidRPr="00332DB8" w:rsidRDefault="006F7457">
            <w:pPr>
              <w:rPr>
                <w:lang w:val="ru-RU"/>
              </w:rPr>
            </w:pPr>
          </w:p>
        </w:tc>
      </w:tr>
      <w:tr w:rsidR="006F7457" w:rsidRPr="005A424D">
        <w:tc>
          <w:tcPr>
            <w:tcW w:w="2880" w:type="dxa"/>
          </w:tcPr>
          <w:p w:rsidR="006F7457" w:rsidRDefault="00332DB8">
            <w:r>
              <w:t>2828.</w:t>
            </w:r>
          </w:p>
        </w:tc>
        <w:tc>
          <w:tcPr>
            <w:tcW w:w="2880" w:type="dxa"/>
          </w:tcPr>
          <w:p w:rsidR="006F7457" w:rsidRPr="00332DB8" w:rsidRDefault="00332DB8">
            <w:pPr>
              <w:rPr>
                <w:lang w:val="ru-RU"/>
              </w:rPr>
            </w:pPr>
            <w:r w:rsidRPr="00332DB8">
              <w:rPr>
                <w:lang w:val="ru-RU"/>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2880" w:type="dxa"/>
          </w:tcPr>
          <w:p w:rsidR="006F7457" w:rsidRPr="00332DB8" w:rsidRDefault="006F7457">
            <w:pPr>
              <w:rPr>
                <w:lang w:val="ru-RU"/>
              </w:rPr>
            </w:pPr>
          </w:p>
        </w:tc>
      </w:tr>
      <w:tr w:rsidR="006F7457" w:rsidRPr="005A424D">
        <w:tc>
          <w:tcPr>
            <w:tcW w:w="2880" w:type="dxa"/>
          </w:tcPr>
          <w:p w:rsidR="006F7457" w:rsidRDefault="00332DB8">
            <w:r>
              <w:t>2829.</w:t>
            </w:r>
          </w:p>
        </w:tc>
        <w:tc>
          <w:tcPr>
            <w:tcW w:w="2880" w:type="dxa"/>
          </w:tcPr>
          <w:p w:rsidR="006F7457" w:rsidRPr="00332DB8" w:rsidRDefault="00332DB8">
            <w:pPr>
              <w:rPr>
                <w:lang w:val="ru-RU"/>
              </w:rPr>
            </w:pPr>
            <w:r w:rsidRPr="00332DB8">
              <w:rPr>
                <w:lang w:val="ru-RU"/>
              </w:rPr>
              <w:t xml:space="preserve">Видео материал «Коловрат- Ублюдки антиФА», размещенный в сети Интернет на сайте </w:t>
            </w:r>
            <w:r>
              <w:t>http</w:t>
            </w:r>
            <w:r w:rsidRPr="00332DB8">
              <w:rPr>
                <w:lang w:val="ru-RU"/>
              </w:rPr>
              <w:t>://</w:t>
            </w:r>
            <w:r>
              <w:t>vk</w:t>
            </w:r>
            <w:r w:rsidRPr="00332DB8">
              <w:rPr>
                <w:lang w:val="ru-RU"/>
              </w:rPr>
              <w:t>.</w:t>
            </w:r>
            <w:r>
              <w:t>com</w:t>
            </w:r>
            <w:r w:rsidRPr="00332DB8">
              <w:rPr>
                <w:lang w:val="ru-RU"/>
              </w:rPr>
              <w:t>/</w:t>
            </w:r>
            <w:r>
              <w:t>videos</w:t>
            </w:r>
            <w:r w:rsidRPr="00332DB8">
              <w:rPr>
                <w:lang w:val="ru-RU"/>
              </w:rPr>
              <w:t>169482104?</w:t>
            </w:r>
            <w:r>
              <w:t>q</w:t>
            </w:r>
            <w:r w:rsidRPr="00332DB8">
              <w:rPr>
                <w:lang w:val="ru-RU"/>
              </w:rPr>
              <w:t>=Коловрат-Ублюдки%20антиФА&amp;</w:t>
            </w:r>
            <w:r>
              <w:t>section</w:t>
            </w:r>
            <w:r w:rsidRPr="00332DB8">
              <w:rPr>
                <w:lang w:val="ru-RU"/>
              </w:rPr>
              <w:t>=</w:t>
            </w:r>
            <w:r>
              <w:t>search</w:t>
            </w:r>
            <w:r w:rsidRPr="00332DB8">
              <w:rPr>
                <w:lang w:val="ru-RU"/>
              </w:rPr>
              <w:t>&amp;</w:t>
            </w:r>
            <w:r>
              <w:t>z</w:t>
            </w:r>
            <w:r w:rsidRPr="00332DB8">
              <w:rPr>
                <w:lang w:val="ru-RU"/>
              </w:rPr>
              <w:t>=</w:t>
            </w:r>
            <w:r>
              <w:t>video</w:t>
            </w:r>
            <w:r w:rsidRPr="00332DB8">
              <w:rPr>
                <w:lang w:val="ru-RU"/>
              </w:rPr>
              <w:t>44976487_164601050 (решение Советского районного суда г. Орла от 27.03.2015);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2830.</w:t>
            </w:r>
          </w:p>
        </w:tc>
        <w:tc>
          <w:tcPr>
            <w:tcW w:w="2880" w:type="dxa"/>
          </w:tcPr>
          <w:p w:rsidR="006F7457" w:rsidRPr="00332DB8" w:rsidRDefault="00332DB8">
            <w:pPr>
              <w:rPr>
                <w:lang w:val="ru-RU"/>
              </w:rPr>
            </w:pPr>
            <w:r w:rsidRPr="00332DB8">
              <w:rPr>
                <w:lang w:val="ru-RU"/>
              </w:rPr>
              <w:t xml:space="preserve">Интернет-сайт </w:t>
            </w:r>
            <w:r>
              <w:t>http</w:t>
            </w:r>
            <w:r w:rsidRPr="00332DB8">
              <w:rPr>
                <w:lang w:val="ru-RU"/>
              </w:rPr>
              <w:t>://</w:t>
            </w:r>
            <w:r>
              <w:t>www</w:t>
            </w:r>
            <w:r w:rsidRPr="00332DB8">
              <w:rPr>
                <w:lang w:val="ru-RU"/>
              </w:rPr>
              <w:t>.</w:t>
            </w:r>
            <w:r>
              <w:t>ru</w:t>
            </w:r>
            <w:r w:rsidRPr="00332DB8">
              <w:rPr>
                <w:lang w:val="ru-RU"/>
              </w:rPr>
              <w:t>.</w:t>
            </w:r>
            <w:r>
              <w:t>nurrehberi</w:t>
            </w:r>
            <w:r w:rsidRPr="00332DB8">
              <w:rPr>
                <w:lang w:val="ru-RU"/>
              </w:rPr>
              <w:t>.</w:t>
            </w:r>
            <w:r>
              <w:t>com</w:t>
            </w:r>
            <w:r w:rsidRPr="00332DB8">
              <w:rPr>
                <w:lang w:val="ru-RU"/>
              </w:rPr>
              <w:t>/</w:t>
            </w:r>
            <w:r>
              <w:t>erisale</w:t>
            </w:r>
            <w:r w:rsidRPr="00332DB8">
              <w:rPr>
                <w:lang w:val="ru-RU"/>
              </w:rPr>
              <w:t>/</w:t>
            </w:r>
            <w:r>
              <w:t>munacat</w:t>
            </w:r>
            <w:r w:rsidRPr="00332DB8">
              <w:rPr>
                <w:lang w:val="ru-RU"/>
              </w:rPr>
              <w:t>_</w:t>
            </w:r>
            <w:r>
              <w:t>ru</w:t>
            </w:r>
            <w:r w:rsidRPr="00332DB8">
              <w:rPr>
                <w:lang w:val="ru-RU"/>
              </w:rPr>
              <w:t>/#/2 (решение Ново-Савиновского районного суда г. Казани от 01.04.2015);</w:t>
            </w:r>
          </w:p>
        </w:tc>
        <w:tc>
          <w:tcPr>
            <w:tcW w:w="2880" w:type="dxa"/>
          </w:tcPr>
          <w:p w:rsidR="006F7457" w:rsidRPr="00332DB8" w:rsidRDefault="006F7457">
            <w:pPr>
              <w:rPr>
                <w:lang w:val="ru-RU"/>
              </w:rPr>
            </w:pPr>
          </w:p>
        </w:tc>
      </w:tr>
      <w:tr w:rsidR="006F7457" w:rsidRPr="005A424D">
        <w:tc>
          <w:tcPr>
            <w:tcW w:w="2880" w:type="dxa"/>
          </w:tcPr>
          <w:p w:rsidR="006F7457" w:rsidRDefault="00332DB8">
            <w:r>
              <w:t>2831.</w:t>
            </w:r>
          </w:p>
        </w:tc>
        <w:tc>
          <w:tcPr>
            <w:tcW w:w="2880" w:type="dxa"/>
          </w:tcPr>
          <w:p w:rsidR="006F7457" w:rsidRPr="00332DB8" w:rsidRDefault="00332DB8">
            <w:pPr>
              <w:rPr>
                <w:lang w:val="ru-RU"/>
              </w:rPr>
            </w:pPr>
            <w:r w:rsidRPr="00332DB8">
              <w:rPr>
                <w:lang w:val="ru-RU"/>
              </w:rPr>
              <w:t xml:space="preserve">Видеоролики: «Наставление (катехизис) еврея в СССР изъят в 1961», «Русская революция», «Злая Россия - </w:t>
            </w:r>
            <w:r>
              <w:t>YOU</w:t>
            </w:r>
            <w:r w:rsidRPr="00332DB8">
              <w:rPr>
                <w:lang w:val="ru-RU"/>
              </w:rPr>
              <w:t xml:space="preserve"> </w:t>
            </w:r>
            <w:r>
              <w:t>MUST</w:t>
            </w:r>
            <w:r w:rsidRPr="00332DB8">
              <w:rPr>
                <w:lang w:val="ru-RU"/>
              </w:rPr>
              <w:t xml:space="preserve"> </w:t>
            </w:r>
            <w:r>
              <w:t>MURDER</w:t>
            </w:r>
            <w:r w:rsidRPr="00332DB8">
              <w:rPr>
                <w:lang w:val="ru-RU"/>
              </w:rPr>
              <w:t>» (решение Северного районного суда г. Орла от 26.03.2015);</w:t>
            </w:r>
          </w:p>
        </w:tc>
        <w:tc>
          <w:tcPr>
            <w:tcW w:w="2880" w:type="dxa"/>
          </w:tcPr>
          <w:p w:rsidR="006F7457" w:rsidRPr="00332DB8" w:rsidRDefault="006F7457">
            <w:pPr>
              <w:rPr>
                <w:lang w:val="ru-RU"/>
              </w:rPr>
            </w:pPr>
          </w:p>
        </w:tc>
      </w:tr>
      <w:tr w:rsidR="006F7457" w:rsidRPr="005A424D">
        <w:tc>
          <w:tcPr>
            <w:tcW w:w="2880" w:type="dxa"/>
          </w:tcPr>
          <w:p w:rsidR="006F7457" w:rsidRDefault="00332DB8">
            <w:r>
              <w:t>2832.</w:t>
            </w:r>
          </w:p>
        </w:tc>
        <w:tc>
          <w:tcPr>
            <w:tcW w:w="2880" w:type="dxa"/>
          </w:tcPr>
          <w:p w:rsidR="006F7457" w:rsidRPr="00332DB8" w:rsidRDefault="00332DB8">
            <w:pPr>
              <w:rPr>
                <w:lang w:val="ru-RU"/>
              </w:rPr>
            </w:pPr>
            <w:r w:rsidRPr="00332DB8">
              <w:rPr>
                <w:lang w:val="ru-RU"/>
              </w:rPr>
              <w:t xml:space="preserve">Литературно-художественные издания: -книга </w:t>
            </w:r>
            <w:r>
              <w:t>I</w:t>
            </w:r>
            <w:r w:rsidRPr="00332DB8">
              <w:rPr>
                <w:lang w:val="ru-RU"/>
              </w:rPr>
              <w:t xml:space="preserve">, 2004 г. «Откровения людям нового века», г.Москва, отпечатано 2010 г. в ОАО «Печатный двор» им.А.М.Горького, г.Санкт-Петербург, тира 3000 экз., автор Маслов Л.И.; -книга </w:t>
            </w:r>
            <w:r>
              <w:t>II</w:t>
            </w:r>
            <w:r w:rsidRPr="00332DB8">
              <w:rPr>
                <w:lang w:val="ru-RU"/>
              </w:rPr>
              <w:t xml:space="preserve">,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w:t>
            </w:r>
            <w:r>
              <w:t>III</w:t>
            </w:r>
            <w:r w:rsidRPr="00332DB8">
              <w:rPr>
                <w:lang w:val="ru-RU"/>
              </w:rPr>
              <w:t xml:space="preserve">,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w:t>
            </w:r>
            <w:r>
              <w:t>IV</w:t>
            </w:r>
            <w:r w:rsidRPr="00332DB8">
              <w:rPr>
                <w:lang w:val="ru-RU"/>
              </w:rPr>
              <w:t>,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2880" w:type="dxa"/>
          </w:tcPr>
          <w:p w:rsidR="006F7457" w:rsidRPr="00332DB8" w:rsidRDefault="006F7457">
            <w:pPr>
              <w:rPr>
                <w:lang w:val="ru-RU"/>
              </w:rPr>
            </w:pPr>
          </w:p>
        </w:tc>
      </w:tr>
      <w:tr w:rsidR="006F7457" w:rsidRPr="005A424D">
        <w:tc>
          <w:tcPr>
            <w:tcW w:w="2880" w:type="dxa"/>
          </w:tcPr>
          <w:p w:rsidR="006F7457" w:rsidRDefault="00332DB8">
            <w:r>
              <w:t>2833.</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интернет-адресам: </w:t>
            </w:r>
            <w:r>
              <w:t>http</w:t>
            </w:r>
            <w:r w:rsidRPr="00332DB8">
              <w:rPr>
                <w:lang w:val="ru-RU"/>
              </w:rPr>
              <w:t>://</w:t>
            </w:r>
            <w:r>
              <w:t>ar</w:t>
            </w:r>
            <w:r w:rsidRPr="00332DB8">
              <w:rPr>
                <w:lang w:val="ru-RU"/>
              </w:rPr>
              <w:t>25.</w:t>
            </w:r>
            <w:r>
              <w:t>org</w:t>
            </w:r>
            <w:r w:rsidRPr="00332DB8">
              <w:rPr>
                <w:lang w:val="ru-RU"/>
              </w:rPr>
              <w:t>/</w:t>
            </w:r>
            <w:r>
              <w:t>article</w:t>
            </w:r>
            <w:r w:rsidRPr="00332DB8">
              <w:rPr>
                <w:lang w:val="ru-RU"/>
              </w:rPr>
              <w:t>/</w:t>
            </w:r>
            <w:r>
              <w:t>ukrayinska</w:t>
            </w:r>
            <w:r w:rsidRPr="00332DB8">
              <w:rPr>
                <w:lang w:val="ru-RU"/>
              </w:rPr>
              <w:t>-</w:t>
            </w:r>
            <w:r>
              <w:t>nacionalna</w:t>
            </w:r>
            <w:r w:rsidRPr="00332DB8">
              <w:rPr>
                <w:lang w:val="ru-RU"/>
              </w:rPr>
              <w:t>-</w:t>
            </w:r>
            <w:r>
              <w:t>asambleya</w:t>
            </w:r>
            <w:r w:rsidRPr="00332DB8">
              <w:rPr>
                <w:lang w:val="ru-RU"/>
              </w:rPr>
              <w:t>-</w:t>
            </w:r>
            <w:r>
              <w:t>una</w:t>
            </w:r>
            <w:r w:rsidRPr="00332DB8">
              <w:rPr>
                <w:lang w:val="ru-RU"/>
              </w:rPr>
              <w:t>-</w:t>
            </w:r>
            <w:r>
              <w:t>unso</w:t>
            </w:r>
            <w:r w:rsidRPr="00332DB8">
              <w:rPr>
                <w:lang w:val="ru-RU"/>
              </w:rPr>
              <w:t>-</w:t>
            </w:r>
            <w:r>
              <w:t>korotka</w:t>
            </w:r>
            <w:r w:rsidRPr="00332DB8">
              <w:rPr>
                <w:lang w:val="ru-RU"/>
              </w:rPr>
              <w:t>-</w:t>
            </w:r>
            <w:r>
              <w:t>istoriya</w:t>
            </w:r>
            <w:r w:rsidRPr="00332DB8">
              <w:rPr>
                <w:lang w:val="ru-RU"/>
              </w:rPr>
              <w:t>-</w:t>
            </w:r>
            <w:r>
              <w:t>stuktura</w:t>
            </w:r>
            <w:r w:rsidRPr="00332DB8">
              <w:rPr>
                <w:lang w:val="ru-RU"/>
              </w:rPr>
              <w:t>-</w:t>
            </w:r>
            <w:r>
              <w:t>kontakty</w:t>
            </w:r>
            <w:r w:rsidRPr="00332DB8">
              <w:rPr>
                <w:lang w:val="ru-RU"/>
              </w:rPr>
              <w:t>.</w:t>
            </w:r>
            <w:r>
              <w:t>htm</w:t>
            </w:r>
            <w:r w:rsidRPr="00332DB8">
              <w:rPr>
                <w:lang w:val="ru-RU"/>
              </w:rPr>
              <w:t xml:space="preserve">, </w:t>
            </w:r>
            <w:r>
              <w:t>http</w:t>
            </w:r>
            <w:r w:rsidRPr="00332DB8">
              <w:rPr>
                <w:lang w:val="ru-RU"/>
              </w:rPr>
              <w:t xml:space="preserve">:// </w:t>
            </w:r>
            <w:r>
              <w:t>ps</w:t>
            </w:r>
            <w:r w:rsidRPr="00332DB8">
              <w:rPr>
                <w:lang w:val="ru-RU"/>
              </w:rPr>
              <w:t>-</w:t>
            </w:r>
            <w:r>
              <w:t>shop</w:t>
            </w:r>
            <w:r w:rsidRPr="00332DB8">
              <w:rPr>
                <w:lang w:val="ru-RU"/>
              </w:rPr>
              <w:t>.</w:t>
            </w:r>
            <w:r>
              <w:t>com</w:t>
            </w:r>
            <w:r w:rsidRPr="00332DB8">
              <w:rPr>
                <w:lang w:val="ru-RU"/>
              </w:rPr>
              <w:t>.</w:t>
            </w:r>
            <w:r>
              <w:t>ua</w:t>
            </w:r>
            <w:r w:rsidRPr="00332DB8">
              <w:rPr>
                <w:lang w:val="ru-RU"/>
              </w:rPr>
              <w:t xml:space="preserve"> (решение Новоуренгойского городского суда Ямало-Ненецкого автономного округа от 22.01.2015);</w:t>
            </w:r>
          </w:p>
        </w:tc>
        <w:tc>
          <w:tcPr>
            <w:tcW w:w="2880" w:type="dxa"/>
          </w:tcPr>
          <w:p w:rsidR="006F7457" w:rsidRPr="00332DB8" w:rsidRDefault="006F7457">
            <w:pPr>
              <w:rPr>
                <w:lang w:val="ru-RU"/>
              </w:rPr>
            </w:pPr>
          </w:p>
        </w:tc>
      </w:tr>
      <w:tr w:rsidR="006F7457" w:rsidRPr="005A424D">
        <w:tc>
          <w:tcPr>
            <w:tcW w:w="2880" w:type="dxa"/>
          </w:tcPr>
          <w:p w:rsidR="006F7457" w:rsidRDefault="00332DB8">
            <w:r>
              <w:t>28</w:t>
            </w:r>
            <w:r>
              <w:lastRenderedPageBreak/>
              <w:t>34.</w:t>
            </w:r>
          </w:p>
        </w:tc>
        <w:tc>
          <w:tcPr>
            <w:tcW w:w="2880" w:type="dxa"/>
          </w:tcPr>
          <w:p w:rsidR="006F7457" w:rsidRPr="00332DB8" w:rsidRDefault="00332DB8">
            <w:pPr>
              <w:rPr>
                <w:lang w:val="ru-RU"/>
              </w:rPr>
            </w:pPr>
            <w:r w:rsidRPr="00332DB8">
              <w:rPr>
                <w:lang w:val="ru-RU"/>
              </w:rPr>
              <w:lastRenderedPageBreak/>
              <w:t>Информационный материал - текст, размещенный в режиме свободного доступа в сети «Интернет» на странице «</w:t>
            </w:r>
            <w:r>
              <w:t>http</w:t>
            </w:r>
            <w:r w:rsidRPr="00332DB8">
              <w:rPr>
                <w:lang w:val="ru-RU"/>
              </w:rPr>
              <w:t>://</w:t>
            </w:r>
            <w:r>
              <w:t>www</w:t>
            </w:r>
            <w:r w:rsidRPr="00332DB8">
              <w:rPr>
                <w:lang w:val="ru-RU"/>
              </w:rPr>
              <w:t>.</w:t>
            </w:r>
            <w:r>
              <w:t>odnoklassniki</w:t>
            </w:r>
            <w:r w:rsidRPr="00332DB8">
              <w:rPr>
                <w:lang w:val="ru-RU"/>
              </w:rPr>
              <w:t>.</w:t>
            </w:r>
            <w:r>
              <w:t>ru</w:t>
            </w:r>
            <w:r w:rsidRPr="00332DB8">
              <w:rPr>
                <w:lang w:val="ru-RU"/>
              </w:rPr>
              <w:t>/</w:t>
            </w:r>
            <w:r>
              <w:t>group</w:t>
            </w:r>
            <w:r w:rsidRPr="00332DB8">
              <w:rPr>
                <w:lang w:val="ru-RU"/>
              </w:rPr>
              <w:t>..</w:t>
            </w:r>
            <w:r>
              <w:t>pishaymo</w:t>
            </w:r>
            <w:r w:rsidRPr="00332DB8">
              <w:rPr>
                <w:lang w:val="ru-RU"/>
              </w:rPr>
              <w:t>» с аккаунтом «МИ-УКРА</w:t>
            </w:r>
            <w:r>
              <w:t>I</w:t>
            </w:r>
            <w:r w:rsidRPr="00332DB8">
              <w:rPr>
                <w:lang w:val="ru-RU"/>
              </w:rPr>
              <w:t>НЦ</w:t>
            </w:r>
            <w:r>
              <w:t>I</w:t>
            </w:r>
            <w:r w:rsidRPr="00332DB8">
              <w:rPr>
                <w:lang w:val="ru-RU"/>
              </w:rPr>
              <w:t xml:space="preserve">», озаглавленного </w:t>
            </w:r>
            <w:r w:rsidRPr="00332DB8">
              <w:rPr>
                <w:lang w:val="ru-RU"/>
              </w:rPr>
              <w:lastRenderedPageBreak/>
              <w:t>«Убирайтесь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2835.</w:t>
            </w:r>
          </w:p>
        </w:tc>
        <w:tc>
          <w:tcPr>
            <w:tcW w:w="2880" w:type="dxa"/>
          </w:tcPr>
          <w:p w:rsidR="006F7457" w:rsidRPr="00332DB8" w:rsidRDefault="00332DB8">
            <w:pPr>
              <w:rPr>
                <w:lang w:val="ru-RU"/>
              </w:rPr>
            </w:pPr>
            <w:r w:rsidRPr="00332DB8">
              <w:rPr>
                <w:lang w:val="ru-RU"/>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2880" w:type="dxa"/>
          </w:tcPr>
          <w:p w:rsidR="006F7457" w:rsidRPr="00332DB8" w:rsidRDefault="006F7457">
            <w:pPr>
              <w:rPr>
                <w:lang w:val="ru-RU"/>
              </w:rPr>
            </w:pPr>
          </w:p>
        </w:tc>
      </w:tr>
      <w:tr w:rsidR="006F7457" w:rsidRPr="005A424D">
        <w:tc>
          <w:tcPr>
            <w:tcW w:w="2880" w:type="dxa"/>
          </w:tcPr>
          <w:p w:rsidR="006F7457" w:rsidRDefault="00332DB8">
            <w:r>
              <w:t>2836.</w:t>
            </w:r>
          </w:p>
        </w:tc>
        <w:tc>
          <w:tcPr>
            <w:tcW w:w="2880" w:type="dxa"/>
          </w:tcPr>
          <w:p w:rsidR="006F7457" w:rsidRPr="00332DB8" w:rsidRDefault="00332DB8">
            <w:pPr>
              <w:rPr>
                <w:lang w:val="ru-RU"/>
              </w:rPr>
            </w:pPr>
            <w:r w:rsidRPr="00332DB8">
              <w:rPr>
                <w:lang w:val="ru-RU"/>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2880" w:type="dxa"/>
          </w:tcPr>
          <w:p w:rsidR="006F7457" w:rsidRPr="00332DB8" w:rsidRDefault="006F7457">
            <w:pPr>
              <w:rPr>
                <w:lang w:val="ru-RU"/>
              </w:rPr>
            </w:pPr>
          </w:p>
        </w:tc>
      </w:tr>
      <w:tr w:rsidR="006F7457" w:rsidRPr="005A424D">
        <w:tc>
          <w:tcPr>
            <w:tcW w:w="2880" w:type="dxa"/>
          </w:tcPr>
          <w:p w:rsidR="006F7457" w:rsidRDefault="00332DB8">
            <w:r>
              <w:t>2837.</w:t>
            </w:r>
          </w:p>
        </w:tc>
        <w:tc>
          <w:tcPr>
            <w:tcW w:w="2880" w:type="dxa"/>
          </w:tcPr>
          <w:p w:rsidR="006F7457" w:rsidRPr="00332DB8" w:rsidRDefault="00332DB8">
            <w:pPr>
              <w:rPr>
                <w:lang w:val="ru-RU"/>
              </w:rPr>
            </w:pPr>
            <w:r w:rsidRPr="00332DB8">
              <w:rPr>
                <w:lang w:val="ru-RU"/>
              </w:rP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2880" w:type="dxa"/>
          </w:tcPr>
          <w:p w:rsidR="006F7457" w:rsidRPr="00332DB8" w:rsidRDefault="006F7457">
            <w:pPr>
              <w:rPr>
                <w:lang w:val="ru-RU"/>
              </w:rPr>
            </w:pPr>
          </w:p>
        </w:tc>
      </w:tr>
      <w:tr w:rsidR="006F7457" w:rsidRPr="005A424D">
        <w:tc>
          <w:tcPr>
            <w:tcW w:w="2880" w:type="dxa"/>
          </w:tcPr>
          <w:p w:rsidR="006F7457" w:rsidRDefault="00332DB8">
            <w:r>
              <w:t>283</w:t>
            </w:r>
            <w:r>
              <w:lastRenderedPageBreak/>
              <w:t>8.</w:t>
            </w:r>
          </w:p>
        </w:tc>
        <w:tc>
          <w:tcPr>
            <w:tcW w:w="2880" w:type="dxa"/>
          </w:tcPr>
          <w:p w:rsidR="006F7457" w:rsidRPr="00332DB8" w:rsidRDefault="00332DB8">
            <w:pPr>
              <w:rPr>
                <w:lang w:val="ru-RU"/>
              </w:rPr>
            </w:pPr>
            <w:r w:rsidRPr="00332DB8">
              <w:rPr>
                <w:lang w:val="ru-RU"/>
              </w:rPr>
              <w:lastRenderedPageBreak/>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2839.</w:t>
            </w:r>
          </w:p>
        </w:tc>
        <w:tc>
          <w:tcPr>
            <w:tcW w:w="2880" w:type="dxa"/>
          </w:tcPr>
          <w:p w:rsidR="006F7457" w:rsidRPr="00332DB8" w:rsidRDefault="00332DB8">
            <w:pPr>
              <w:rPr>
                <w:lang w:val="ru-RU"/>
              </w:rPr>
            </w:pPr>
            <w:r w:rsidRPr="00332DB8">
              <w:rPr>
                <w:lang w:val="ru-RU"/>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2880" w:type="dxa"/>
          </w:tcPr>
          <w:p w:rsidR="006F7457" w:rsidRPr="00332DB8" w:rsidRDefault="006F7457">
            <w:pPr>
              <w:rPr>
                <w:lang w:val="ru-RU"/>
              </w:rPr>
            </w:pPr>
          </w:p>
        </w:tc>
      </w:tr>
      <w:tr w:rsidR="006F7457" w:rsidRPr="005A424D">
        <w:tc>
          <w:tcPr>
            <w:tcW w:w="2880" w:type="dxa"/>
          </w:tcPr>
          <w:p w:rsidR="006F7457" w:rsidRDefault="00332DB8">
            <w:r>
              <w:t>2840.</w:t>
            </w:r>
          </w:p>
        </w:tc>
        <w:tc>
          <w:tcPr>
            <w:tcW w:w="2880" w:type="dxa"/>
          </w:tcPr>
          <w:p w:rsidR="006F7457" w:rsidRPr="00332DB8" w:rsidRDefault="00332DB8">
            <w:pPr>
              <w:rPr>
                <w:lang w:val="ru-RU"/>
              </w:rPr>
            </w:pPr>
            <w:r w:rsidRPr="00332DB8">
              <w:rPr>
                <w:lang w:val="ru-RU"/>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2880" w:type="dxa"/>
          </w:tcPr>
          <w:p w:rsidR="006F7457" w:rsidRPr="00332DB8" w:rsidRDefault="006F7457">
            <w:pPr>
              <w:rPr>
                <w:lang w:val="ru-RU"/>
              </w:rPr>
            </w:pPr>
          </w:p>
        </w:tc>
      </w:tr>
      <w:tr w:rsidR="006F7457" w:rsidRPr="005A424D">
        <w:tc>
          <w:tcPr>
            <w:tcW w:w="2880" w:type="dxa"/>
          </w:tcPr>
          <w:p w:rsidR="006F7457" w:rsidRDefault="00332DB8">
            <w:r>
              <w:t>2841.</w:t>
            </w:r>
          </w:p>
        </w:tc>
        <w:tc>
          <w:tcPr>
            <w:tcW w:w="2880" w:type="dxa"/>
          </w:tcPr>
          <w:p w:rsidR="006F7457" w:rsidRPr="00332DB8" w:rsidRDefault="00332DB8">
            <w:pPr>
              <w:rPr>
                <w:lang w:val="ru-RU"/>
              </w:rPr>
            </w:pPr>
            <w:r w:rsidRPr="00332DB8">
              <w:rPr>
                <w:lang w:val="ru-RU"/>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2880" w:type="dxa"/>
          </w:tcPr>
          <w:p w:rsidR="006F7457" w:rsidRPr="00332DB8" w:rsidRDefault="006F7457">
            <w:pPr>
              <w:rPr>
                <w:lang w:val="ru-RU"/>
              </w:rPr>
            </w:pPr>
          </w:p>
        </w:tc>
      </w:tr>
      <w:tr w:rsidR="006F7457" w:rsidRPr="005A424D">
        <w:tc>
          <w:tcPr>
            <w:tcW w:w="2880" w:type="dxa"/>
          </w:tcPr>
          <w:p w:rsidR="006F7457" w:rsidRDefault="00332DB8">
            <w:r>
              <w:t>2842.</w:t>
            </w:r>
          </w:p>
        </w:tc>
        <w:tc>
          <w:tcPr>
            <w:tcW w:w="2880" w:type="dxa"/>
          </w:tcPr>
          <w:p w:rsidR="006F7457" w:rsidRPr="00332DB8" w:rsidRDefault="00332DB8">
            <w:pPr>
              <w:rPr>
                <w:lang w:val="ru-RU"/>
              </w:rPr>
            </w:pPr>
            <w:r w:rsidRPr="00332DB8">
              <w:rPr>
                <w:lang w:val="ru-RU"/>
              </w:rPr>
              <w:t xml:space="preserve">Видеоматериал под названием «обращение к детям Сирии», размещенный в сети «Интернет» на Интернет-ресурсе </w:t>
            </w:r>
            <w:r>
              <w:t>www</w:t>
            </w:r>
            <w:r w:rsidRPr="00332DB8">
              <w:rPr>
                <w:lang w:val="ru-RU"/>
              </w:rPr>
              <w:t>.</w:t>
            </w:r>
            <w:r>
              <w:t>youtube</w:t>
            </w:r>
            <w:r w:rsidRPr="00332DB8">
              <w:rPr>
                <w:lang w:val="ru-RU"/>
              </w:rPr>
              <w:t>.</w:t>
            </w:r>
            <w:r>
              <w:t>com</w:t>
            </w:r>
            <w:r w:rsidRPr="00332DB8">
              <w:rPr>
                <w:lang w:val="ru-RU"/>
              </w:rPr>
              <w:t xml:space="preserve"> (решение Тагилстроевского районного суда г. Нижнего Тагила Свердловской области от 30.03.2015);</w:t>
            </w:r>
          </w:p>
        </w:tc>
        <w:tc>
          <w:tcPr>
            <w:tcW w:w="2880" w:type="dxa"/>
          </w:tcPr>
          <w:p w:rsidR="006F7457" w:rsidRPr="00332DB8" w:rsidRDefault="006F7457">
            <w:pPr>
              <w:rPr>
                <w:lang w:val="ru-RU"/>
              </w:rPr>
            </w:pPr>
          </w:p>
        </w:tc>
      </w:tr>
      <w:tr w:rsidR="006F7457" w:rsidRPr="005A424D">
        <w:tc>
          <w:tcPr>
            <w:tcW w:w="2880" w:type="dxa"/>
          </w:tcPr>
          <w:p w:rsidR="006F7457" w:rsidRDefault="00332DB8">
            <w:r>
              <w:t>28</w:t>
            </w:r>
            <w:r>
              <w:lastRenderedPageBreak/>
              <w:t>43.</w:t>
            </w:r>
          </w:p>
        </w:tc>
        <w:tc>
          <w:tcPr>
            <w:tcW w:w="2880" w:type="dxa"/>
          </w:tcPr>
          <w:p w:rsidR="006F7457" w:rsidRPr="00332DB8" w:rsidRDefault="00332DB8">
            <w:pPr>
              <w:rPr>
                <w:lang w:val="ru-RU"/>
              </w:rPr>
            </w:pPr>
            <w:r w:rsidRPr="00332DB8">
              <w:rPr>
                <w:lang w:val="ru-RU"/>
              </w:rPr>
              <w:lastRenderedPageBreak/>
              <w:t xml:space="preserve">Видеоматериал под названием «Иисус в исламе и в христианстве Невинность христиан», размещенный в сети «Интернет» на Интернет-ресурсе </w:t>
            </w:r>
            <w:r>
              <w:t>www</w:t>
            </w:r>
            <w:r w:rsidRPr="00332DB8">
              <w:rPr>
                <w:lang w:val="ru-RU"/>
              </w:rPr>
              <w:t>.</w:t>
            </w:r>
            <w:r>
              <w:t>youtube</w:t>
            </w:r>
            <w:r w:rsidRPr="00332DB8">
              <w:rPr>
                <w:lang w:val="ru-RU"/>
              </w:rPr>
              <w:t>.</w:t>
            </w:r>
            <w:r>
              <w:t>com</w:t>
            </w:r>
            <w:r w:rsidRPr="00332DB8">
              <w:rPr>
                <w:lang w:val="ru-RU"/>
              </w:rPr>
              <w:t xml:space="preserve"> (решение Тагилстроевского районного суда г. Нижнего </w:t>
            </w:r>
            <w:r w:rsidRPr="00332DB8">
              <w:rPr>
                <w:lang w:val="ru-RU"/>
              </w:rPr>
              <w:lastRenderedPageBreak/>
              <w:t>Тагила Свердловской области от 30.03.2015);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2844.</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сети Интернет по адресу: </w:t>
            </w:r>
            <w:r>
              <w:t>http</w:t>
            </w:r>
            <w:r w:rsidRPr="00332DB8">
              <w:rPr>
                <w:lang w:val="ru-RU"/>
              </w:rPr>
              <w:t>://</w:t>
            </w:r>
            <w:r>
              <w:t>anapa</w:t>
            </w:r>
            <w:r w:rsidRPr="00332DB8">
              <w:rPr>
                <w:lang w:val="ru-RU"/>
              </w:rPr>
              <w:t>-</w:t>
            </w:r>
            <w:r>
              <w:t>pro</w:t>
            </w:r>
            <w:r w:rsidRPr="00332DB8">
              <w:rPr>
                <w:lang w:val="ru-RU"/>
              </w:rPr>
              <w:t>/</w:t>
            </w:r>
            <w:r>
              <w:t>com</w:t>
            </w:r>
            <w:r w:rsidRPr="00332DB8">
              <w:rPr>
                <w:lang w:val="ru-RU"/>
              </w:rPr>
              <w:t>/</w:t>
            </w:r>
            <w:r>
              <w:t>categoru</w:t>
            </w:r>
            <w:r w:rsidRPr="00332DB8">
              <w:rPr>
                <w:lang w:val="ru-RU"/>
              </w:rPr>
              <w:t>/13/</w:t>
            </w:r>
            <w:r>
              <w:t>article</w:t>
            </w:r>
            <w:r w:rsidRPr="00332DB8">
              <w:rPr>
                <w:lang w:val="ru-RU"/>
              </w:rPr>
              <w:t xml:space="preserve">/1660 под названием: «Экстремизм от Багирова - доверенного лица Путина», загруженную с Интернет ресурса </w:t>
            </w:r>
            <w:r>
              <w:t>www</w:t>
            </w:r>
            <w:r w:rsidRPr="00332DB8">
              <w:rPr>
                <w:lang w:val="ru-RU"/>
              </w:rPr>
              <w:t>.</w:t>
            </w:r>
            <w:r>
              <w:t>youtube</w:t>
            </w:r>
            <w:r w:rsidRPr="00332DB8">
              <w:rPr>
                <w:lang w:val="ru-RU"/>
              </w:rPr>
              <w:t>.</w:t>
            </w:r>
            <w:r>
              <w:t>com</w:t>
            </w:r>
            <w:r w:rsidRPr="00332DB8">
              <w:rPr>
                <w:lang w:val="ru-RU"/>
              </w:rPr>
              <w:t xml:space="preserve"> имеющую адрес: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fsp</w:t>
            </w:r>
            <w:r w:rsidRPr="00332DB8">
              <w:rPr>
                <w:lang w:val="ru-RU"/>
              </w:rPr>
              <w:t>9</w:t>
            </w:r>
            <w:r>
              <w:t>vGm</w:t>
            </w:r>
            <w:r w:rsidRPr="00332DB8">
              <w:rPr>
                <w:lang w:val="ru-RU"/>
              </w:rPr>
              <w:t>1</w:t>
            </w:r>
            <w:r>
              <w:t>T</w:t>
            </w:r>
            <w:r w:rsidRPr="00332DB8">
              <w:rPr>
                <w:lang w:val="ru-RU"/>
              </w:rPr>
              <w:t>-</w:t>
            </w:r>
            <w:r>
              <w:t>k</w:t>
            </w:r>
            <w:r w:rsidRPr="00332DB8">
              <w:rPr>
                <w:lang w:val="ru-RU"/>
              </w:rPr>
              <w:t xml:space="preserve">, ранее загруженную и опубликованную 25.12.2012 года в сеть Интернет посредством услуги сайта </w:t>
            </w:r>
            <w:r>
              <w:t>www</w:t>
            </w:r>
            <w:r w:rsidRPr="00332DB8">
              <w:rPr>
                <w:lang w:val="ru-RU"/>
              </w:rPr>
              <w:t>.</w:t>
            </w:r>
            <w:r>
              <w:t>youtube</w:t>
            </w:r>
            <w:r w:rsidRPr="00332DB8">
              <w:rPr>
                <w:lang w:val="ru-RU"/>
              </w:rPr>
              <w:t>.</w:t>
            </w:r>
            <w:r>
              <w:t>com</w:t>
            </w:r>
            <w:r w:rsidRPr="00332DB8">
              <w:rPr>
                <w:lang w:val="ru-RU"/>
              </w:rPr>
              <w:t xml:space="preserve"> пользователем «</w:t>
            </w:r>
            <w:r>
              <w:t>dymovskiyname</w:t>
            </w:r>
            <w:r w:rsidRPr="00332DB8">
              <w:rPr>
                <w:lang w:val="ru-RU"/>
              </w:rPr>
              <w:t xml:space="preserve">» через канал портала </w:t>
            </w:r>
            <w:r>
              <w:t>http</w:t>
            </w:r>
            <w:r w:rsidRPr="00332DB8">
              <w:rPr>
                <w:lang w:val="ru-RU"/>
              </w:rPr>
              <w:t>://</w:t>
            </w:r>
            <w:r>
              <w:t>dymovskiy</w:t>
            </w:r>
            <w:r w:rsidRPr="00332DB8">
              <w:rPr>
                <w:lang w:val="ru-RU"/>
              </w:rPr>
              <w:t>/.</w:t>
            </w:r>
            <w:r>
              <w:t>name</w:t>
            </w:r>
            <w:r w:rsidRPr="00332DB8">
              <w:rPr>
                <w:lang w:val="ru-RU"/>
              </w:rPr>
              <w:t>, принадлежащего Дымовскому А.А. (решение Анапского городского суда Краснодарского края от 03.02.2015);</w:t>
            </w:r>
          </w:p>
        </w:tc>
        <w:tc>
          <w:tcPr>
            <w:tcW w:w="2880" w:type="dxa"/>
          </w:tcPr>
          <w:p w:rsidR="006F7457" w:rsidRPr="00332DB8" w:rsidRDefault="006F7457">
            <w:pPr>
              <w:rPr>
                <w:lang w:val="ru-RU"/>
              </w:rPr>
            </w:pPr>
          </w:p>
        </w:tc>
      </w:tr>
      <w:tr w:rsidR="006F7457" w:rsidRPr="005A424D">
        <w:tc>
          <w:tcPr>
            <w:tcW w:w="2880" w:type="dxa"/>
          </w:tcPr>
          <w:p w:rsidR="006F7457" w:rsidRDefault="00332DB8">
            <w:r>
              <w:t>2845.</w:t>
            </w:r>
          </w:p>
        </w:tc>
        <w:tc>
          <w:tcPr>
            <w:tcW w:w="2880" w:type="dxa"/>
          </w:tcPr>
          <w:p w:rsidR="006F7457" w:rsidRPr="00332DB8" w:rsidRDefault="00332DB8">
            <w:pPr>
              <w:rPr>
                <w:lang w:val="ru-RU"/>
              </w:rPr>
            </w:pPr>
            <w:r w:rsidRPr="00332DB8">
              <w:rPr>
                <w:lang w:val="ru-RU"/>
              </w:rPr>
              <w:t>Информационный материал – видеоролик «</w:t>
            </w:r>
            <w:r>
              <w:t>NEX</w:t>
            </w:r>
            <w:r w:rsidRPr="00332DB8">
              <w:rPr>
                <w:lang w:val="ru-RU"/>
              </w:rPr>
              <w:t xml:space="preserve"> </w:t>
            </w:r>
            <w:r>
              <w:t>company</w:t>
            </w:r>
            <w:r w:rsidRPr="00332DB8">
              <w:rPr>
                <w:lang w:val="ru-RU"/>
              </w:rPr>
              <w:t xml:space="preserve"> – Толерантная Россия» (решение Северского городского суда Томской области от 23.03.2015);</w:t>
            </w:r>
          </w:p>
        </w:tc>
        <w:tc>
          <w:tcPr>
            <w:tcW w:w="2880" w:type="dxa"/>
          </w:tcPr>
          <w:p w:rsidR="006F7457" w:rsidRPr="00332DB8" w:rsidRDefault="006F7457">
            <w:pPr>
              <w:rPr>
                <w:lang w:val="ru-RU"/>
              </w:rPr>
            </w:pPr>
          </w:p>
        </w:tc>
      </w:tr>
      <w:tr w:rsidR="006F7457" w:rsidRPr="005A424D">
        <w:tc>
          <w:tcPr>
            <w:tcW w:w="2880" w:type="dxa"/>
          </w:tcPr>
          <w:p w:rsidR="006F7457" w:rsidRDefault="00332DB8">
            <w:r>
              <w:t>2846.</w:t>
            </w:r>
          </w:p>
        </w:tc>
        <w:tc>
          <w:tcPr>
            <w:tcW w:w="2880" w:type="dxa"/>
          </w:tcPr>
          <w:p w:rsidR="006F7457" w:rsidRPr="00332DB8" w:rsidRDefault="00332DB8">
            <w:pPr>
              <w:rPr>
                <w:lang w:val="ru-RU"/>
              </w:rPr>
            </w:pPr>
            <w:r w:rsidRPr="00332DB8">
              <w:rPr>
                <w:lang w:val="ru-RU"/>
              </w:rPr>
              <w:t>Аудиоматериал «</w:t>
            </w:r>
            <w:r>
              <w:t>Sel</w:t>
            </w:r>
            <w:r w:rsidRPr="00332DB8">
              <w:rPr>
                <w:lang w:val="ru-RU"/>
              </w:rPr>
              <w:t>ʼ</w:t>
            </w:r>
            <w:r>
              <w:t>Mi</w:t>
            </w:r>
            <w:r w:rsidRPr="00332DB8">
              <w:rPr>
                <w:lang w:val="ru-RU"/>
              </w:rPr>
              <w:t xml:space="preserve"> – О насущном» размещенный в сети Интернет на сайте </w:t>
            </w:r>
            <w:r>
              <w:t>http</w:t>
            </w:r>
            <w:r w:rsidRPr="00332DB8">
              <w:rPr>
                <w:lang w:val="ru-RU"/>
              </w:rPr>
              <w:t>://</w:t>
            </w:r>
            <w:r>
              <w:t>vk</w:t>
            </w:r>
            <w:r w:rsidRPr="00332DB8">
              <w:rPr>
                <w:lang w:val="ru-RU"/>
              </w:rPr>
              <w:t>.</w:t>
            </w:r>
            <w:r>
              <w:t>com</w:t>
            </w:r>
            <w:r w:rsidRPr="00332DB8">
              <w:rPr>
                <w:lang w:val="ru-RU"/>
              </w:rPr>
              <w:t>/</w:t>
            </w:r>
            <w:r>
              <w:t>audios</w:t>
            </w:r>
            <w:r w:rsidRPr="00332DB8">
              <w:rPr>
                <w:lang w:val="ru-RU"/>
              </w:rPr>
              <w:t>154750730?</w:t>
            </w:r>
            <w:r>
              <w:t>q</w:t>
            </w:r>
            <w:r w:rsidRPr="00332DB8">
              <w:rPr>
                <w:lang w:val="ru-RU"/>
              </w:rPr>
              <w:t xml:space="preserve">= </w:t>
            </w:r>
            <w:r>
              <w:t>Sel</w:t>
            </w:r>
            <w:r w:rsidRPr="00332DB8">
              <w:rPr>
                <w:lang w:val="ru-RU"/>
              </w:rPr>
              <w:t>%27</w:t>
            </w:r>
            <w:r>
              <w:t>Mi</w:t>
            </w:r>
            <w:r w:rsidRPr="00332DB8">
              <w:rPr>
                <w:lang w:val="ru-RU"/>
              </w:rPr>
              <w:t>%20-%20</w:t>
            </w:r>
            <w:r>
              <w:t>O</w:t>
            </w:r>
            <w:r w:rsidRPr="00332DB8">
              <w:rPr>
                <w:lang w:val="ru-RU"/>
              </w:rPr>
              <w:t>%20насущном) (решение Советского районного суда г. Орла от 07.04.2015);</w:t>
            </w:r>
          </w:p>
        </w:tc>
        <w:tc>
          <w:tcPr>
            <w:tcW w:w="2880" w:type="dxa"/>
          </w:tcPr>
          <w:p w:rsidR="006F7457" w:rsidRPr="00332DB8" w:rsidRDefault="006F7457">
            <w:pPr>
              <w:rPr>
                <w:lang w:val="ru-RU"/>
              </w:rPr>
            </w:pPr>
          </w:p>
        </w:tc>
      </w:tr>
      <w:tr w:rsidR="006F7457">
        <w:tc>
          <w:tcPr>
            <w:tcW w:w="2880" w:type="dxa"/>
          </w:tcPr>
          <w:p w:rsidR="006F7457" w:rsidRDefault="00332DB8">
            <w:r>
              <w:t>2847.</w:t>
            </w:r>
          </w:p>
        </w:tc>
        <w:tc>
          <w:tcPr>
            <w:tcW w:w="2880" w:type="dxa"/>
          </w:tcPr>
          <w:p w:rsidR="006F7457" w:rsidRDefault="00332DB8">
            <w:r w:rsidRPr="00332DB8">
              <w:rPr>
                <w:lang w:val="ru-RU"/>
              </w:rPr>
              <w:t xml:space="preserve">Видеоролик «Джихад» (Шейх Хасан абу Аль – Ашбаль «необходимость Джихада для построения Исламской Уммы») продолжительностью </w:t>
            </w:r>
            <w:r>
              <w:t>4 минуты 59 секунд (решение Чистопольского городского суда Республики Татарстан от 07.04.2015);</w:t>
            </w:r>
          </w:p>
        </w:tc>
        <w:tc>
          <w:tcPr>
            <w:tcW w:w="2880" w:type="dxa"/>
          </w:tcPr>
          <w:p w:rsidR="006F7457" w:rsidRDefault="006F7457"/>
        </w:tc>
      </w:tr>
      <w:tr w:rsidR="006F7457" w:rsidRPr="005A424D">
        <w:tc>
          <w:tcPr>
            <w:tcW w:w="2880" w:type="dxa"/>
          </w:tcPr>
          <w:p w:rsidR="006F7457" w:rsidRDefault="00332DB8">
            <w:r>
              <w:t>284</w:t>
            </w:r>
            <w:r>
              <w:lastRenderedPageBreak/>
              <w:t>8.</w:t>
            </w:r>
          </w:p>
        </w:tc>
        <w:tc>
          <w:tcPr>
            <w:tcW w:w="2880" w:type="dxa"/>
          </w:tcPr>
          <w:p w:rsidR="006F7457" w:rsidRPr="00332DB8" w:rsidRDefault="00332DB8">
            <w:pPr>
              <w:rPr>
                <w:lang w:val="ru-RU"/>
              </w:rPr>
            </w:pPr>
            <w:r w:rsidRPr="00332DB8">
              <w:rPr>
                <w:lang w:val="ru-RU"/>
              </w:rPr>
              <w:lastRenderedPageBreak/>
              <w:t xml:space="preserve">Видеозапись «Бей жидов», размещенная в сети Интернет по электронному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CUBLdGh</w:t>
            </w:r>
            <w:r w:rsidRPr="00332DB8">
              <w:rPr>
                <w:lang w:val="ru-RU"/>
              </w:rPr>
              <w:t>-2</w:t>
            </w:r>
            <w:r>
              <w:t>Yg</w:t>
            </w:r>
            <w:r w:rsidRPr="00332DB8">
              <w:rPr>
                <w:lang w:val="ru-RU"/>
              </w:rPr>
              <w:t xml:space="preserve"> (решение Октябрьского районного суда города Санкт-</w:t>
            </w:r>
            <w:r w:rsidRPr="00332DB8">
              <w:rPr>
                <w:lang w:val="ru-RU"/>
              </w:rPr>
              <w:lastRenderedPageBreak/>
              <w:t>Петербурга от 04.02.2015);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2849.</w:t>
            </w:r>
          </w:p>
        </w:tc>
        <w:tc>
          <w:tcPr>
            <w:tcW w:w="2880" w:type="dxa"/>
          </w:tcPr>
          <w:p w:rsidR="006F7457" w:rsidRPr="00332DB8" w:rsidRDefault="00332DB8">
            <w:pPr>
              <w:rPr>
                <w:lang w:val="ru-RU"/>
              </w:rPr>
            </w:pPr>
            <w:r w:rsidRPr="00332DB8">
              <w:rPr>
                <w:lang w:val="ru-RU"/>
              </w:rPr>
              <w:t xml:space="preserve">Размещенные Пулькиным Д.Н. в сети «Интернет» на сайте </w:t>
            </w:r>
            <w:r>
              <w:t>www</w:t>
            </w:r>
            <w:r w:rsidRPr="00332DB8">
              <w:rPr>
                <w:lang w:val="ru-RU"/>
              </w:rPr>
              <w:t>.</w:t>
            </w:r>
            <w:r>
              <w:t>vkontakte</w:t>
            </w:r>
            <w:r w:rsidRPr="00332DB8">
              <w:rPr>
                <w:lang w:val="ru-RU"/>
              </w:rPr>
              <w:t>.</w:t>
            </w:r>
            <w:r>
              <w:t>ru</w:t>
            </w:r>
            <w:r w:rsidRPr="00332DB8">
              <w:rPr>
                <w:lang w:val="ru-RU"/>
              </w:rPr>
              <w:t xml:space="preserve"> видеозапись «Черная коза-)))» (файл «</w:t>
            </w:r>
            <w:r>
              <w:t>chernaya</w:t>
            </w:r>
            <w:r w:rsidRPr="00332DB8">
              <w:rPr>
                <w:lang w:val="ru-RU"/>
              </w:rPr>
              <w:t xml:space="preserve"> </w:t>
            </w:r>
            <w:r>
              <w:t>koza</w:t>
            </w:r>
            <w:r w:rsidRPr="00332DB8">
              <w:rPr>
                <w:lang w:val="ru-RU"/>
              </w:rPr>
              <w:t>-))).</w:t>
            </w:r>
            <w:r>
              <w:t>flv</w:t>
            </w:r>
            <w:r w:rsidRPr="00332DB8">
              <w:rPr>
                <w:lang w:val="ru-RU"/>
              </w:rPr>
              <w:t>»), аудиозапись «1488-Я рисую белым мелом 14/88-</w:t>
            </w:r>
            <w:r>
              <w:t>YA</w:t>
            </w:r>
            <w:r w:rsidRPr="00332DB8">
              <w:rPr>
                <w:lang w:val="ru-RU"/>
              </w:rPr>
              <w:t xml:space="preserve"> </w:t>
            </w:r>
            <w:r>
              <w:t>risuyubelym</w:t>
            </w:r>
            <w:r w:rsidRPr="00332DB8">
              <w:rPr>
                <w:lang w:val="ru-RU"/>
              </w:rPr>
              <w:t xml:space="preserve"> </w:t>
            </w:r>
            <w:r>
              <w:t>melom</w:t>
            </w:r>
            <w:r w:rsidRPr="00332DB8">
              <w:rPr>
                <w:lang w:val="ru-RU"/>
              </w:rPr>
              <w:t xml:space="preserve"> 14_88.</w:t>
            </w:r>
            <w:r>
              <w:t>mp</w:t>
            </w:r>
            <w:r w:rsidRPr="00332DB8">
              <w:rPr>
                <w:lang w:val="ru-RU"/>
              </w:rPr>
              <w:t>» (решение Псковского городского суда Псковской области от 14.04.2015);</w:t>
            </w:r>
          </w:p>
        </w:tc>
        <w:tc>
          <w:tcPr>
            <w:tcW w:w="2880" w:type="dxa"/>
          </w:tcPr>
          <w:p w:rsidR="006F7457" w:rsidRPr="00332DB8" w:rsidRDefault="006F7457">
            <w:pPr>
              <w:rPr>
                <w:lang w:val="ru-RU"/>
              </w:rPr>
            </w:pPr>
          </w:p>
        </w:tc>
      </w:tr>
      <w:tr w:rsidR="006F7457" w:rsidRPr="005A424D">
        <w:tc>
          <w:tcPr>
            <w:tcW w:w="2880" w:type="dxa"/>
          </w:tcPr>
          <w:p w:rsidR="006F7457" w:rsidRDefault="00332DB8">
            <w:r>
              <w:t>2850.</w:t>
            </w:r>
          </w:p>
        </w:tc>
        <w:tc>
          <w:tcPr>
            <w:tcW w:w="2880" w:type="dxa"/>
          </w:tcPr>
          <w:p w:rsidR="006F7457" w:rsidRPr="00332DB8" w:rsidRDefault="00332DB8">
            <w:pPr>
              <w:rPr>
                <w:lang w:val="ru-RU"/>
              </w:rPr>
            </w:pPr>
            <w:r w:rsidRPr="00332DB8">
              <w:rPr>
                <w:lang w:val="ru-RU"/>
              </w:rPr>
              <w:t xml:space="preserve">Фотографическое изображение, размещенное группой «Ванильный Шнапс» в сети Интернет по адресу: </w:t>
            </w:r>
            <w:r>
              <w:t>https</w:t>
            </w:r>
            <w:r w:rsidRPr="00332DB8">
              <w:rPr>
                <w:lang w:val="ru-RU"/>
              </w:rPr>
              <w:t>://</w:t>
            </w:r>
            <w:r>
              <w:t>vk</w:t>
            </w:r>
            <w:r w:rsidRPr="00332DB8">
              <w:rPr>
                <w:lang w:val="ru-RU"/>
              </w:rPr>
              <w:t>.</w:t>
            </w:r>
            <w:r>
              <w:t>com</w:t>
            </w:r>
            <w:r w:rsidRPr="00332DB8">
              <w:rPr>
                <w:lang w:val="ru-RU"/>
              </w:rPr>
              <w:t>/</w:t>
            </w:r>
            <w:r>
              <w:t>v</w:t>
            </w:r>
            <w:r w:rsidRPr="00332DB8">
              <w:rPr>
                <w:lang w:val="ru-RU"/>
              </w:rPr>
              <w:t>_</w:t>
            </w:r>
            <w:r>
              <w:t>reich</w:t>
            </w:r>
            <w:r w:rsidRPr="00332DB8">
              <w:rPr>
                <w:lang w:val="ru-RU"/>
              </w:rPr>
              <w:t>7</w:t>
            </w:r>
            <w:r>
              <w:t>z</w:t>
            </w:r>
            <w:r w:rsidRPr="00332DB8">
              <w:rPr>
                <w:lang w:val="ru-RU"/>
              </w:rPr>
              <w:t>-</w:t>
            </w:r>
            <w:r>
              <w:t>photo</w:t>
            </w:r>
            <w:r w:rsidRPr="00332DB8">
              <w:rPr>
                <w:lang w:val="ru-RU"/>
              </w:rPr>
              <w:t>-33780701-336887170%</w:t>
            </w:r>
            <w:r>
              <w:t>Falbum</w:t>
            </w:r>
            <w:r w:rsidRPr="00332DB8">
              <w:rPr>
                <w:lang w:val="ru-RU"/>
              </w:rPr>
              <w:t>-33780701-00%2</w:t>
            </w:r>
            <w:r>
              <w:t>Frev</w:t>
            </w:r>
            <w:r w:rsidRPr="00332DB8">
              <w:rPr>
                <w:lang w:val="ru-RU"/>
              </w:rPr>
              <w:t xml:space="preserve"> пользователя в социальной сети «Вконтакте» (решение Советского районного суда г. Тулы от 30.03.2015);</w:t>
            </w:r>
          </w:p>
        </w:tc>
        <w:tc>
          <w:tcPr>
            <w:tcW w:w="2880" w:type="dxa"/>
          </w:tcPr>
          <w:p w:rsidR="006F7457" w:rsidRPr="00332DB8" w:rsidRDefault="006F7457">
            <w:pPr>
              <w:rPr>
                <w:lang w:val="ru-RU"/>
              </w:rPr>
            </w:pPr>
          </w:p>
        </w:tc>
      </w:tr>
      <w:tr w:rsidR="006F7457" w:rsidRPr="005A424D">
        <w:tc>
          <w:tcPr>
            <w:tcW w:w="2880" w:type="dxa"/>
          </w:tcPr>
          <w:p w:rsidR="006F7457" w:rsidRDefault="00332DB8">
            <w:r>
              <w:t>2851.</w:t>
            </w:r>
          </w:p>
        </w:tc>
        <w:tc>
          <w:tcPr>
            <w:tcW w:w="2880" w:type="dxa"/>
          </w:tcPr>
          <w:p w:rsidR="006F7457" w:rsidRPr="00332DB8" w:rsidRDefault="00332DB8">
            <w:pPr>
              <w:rPr>
                <w:lang w:val="ru-RU"/>
              </w:rPr>
            </w:pPr>
            <w:r w:rsidRPr="00332DB8">
              <w:rPr>
                <w:lang w:val="ru-RU"/>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2880" w:type="dxa"/>
          </w:tcPr>
          <w:p w:rsidR="006F7457" w:rsidRPr="00332DB8" w:rsidRDefault="006F7457">
            <w:pPr>
              <w:rPr>
                <w:lang w:val="ru-RU"/>
              </w:rPr>
            </w:pPr>
          </w:p>
        </w:tc>
      </w:tr>
      <w:tr w:rsidR="006F7457" w:rsidRPr="005A424D">
        <w:tc>
          <w:tcPr>
            <w:tcW w:w="2880" w:type="dxa"/>
          </w:tcPr>
          <w:p w:rsidR="006F7457" w:rsidRDefault="00332DB8">
            <w:r>
              <w:t>2852.</w:t>
            </w:r>
          </w:p>
        </w:tc>
        <w:tc>
          <w:tcPr>
            <w:tcW w:w="2880" w:type="dxa"/>
          </w:tcPr>
          <w:p w:rsidR="006F7457" w:rsidRPr="00332DB8" w:rsidRDefault="00332DB8">
            <w:pPr>
              <w:rPr>
                <w:lang w:val="ru-RU"/>
              </w:rPr>
            </w:pPr>
            <w:r w:rsidRPr="00332DB8">
              <w:rPr>
                <w:lang w:val="ru-RU"/>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c>
          <w:tcPr>
            <w:tcW w:w="2880" w:type="dxa"/>
          </w:tcPr>
          <w:p w:rsidR="006F7457" w:rsidRPr="00332DB8" w:rsidRDefault="006F7457">
            <w:pPr>
              <w:rPr>
                <w:lang w:val="ru-RU"/>
              </w:rPr>
            </w:pPr>
          </w:p>
        </w:tc>
      </w:tr>
      <w:tr w:rsidR="006F7457" w:rsidRPr="005A424D">
        <w:tc>
          <w:tcPr>
            <w:tcW w:w="2880" w:type="dxa"/>
          </w:tcPr>
          <w:p w:rsidR="006F7457" w:rsidRDefault="00332DB8">
            <w:r>
              <w:t>2853.</w:t>
            </w:r>
          </w:p>
        </w:tc>
        <w:tc>
          <w:tcPr>
            <w:tcW w:w="2880" w:type="dxa"/>
          </w:tcPr>
          <w:p w:rsidR="006F7457" w:rsidRPr="00332DB8" w:rsidRDefault="00332DB8">
            <w:pPr>
              <w:rPr>
                <w:lang w:val="ru-RU"/>
              </w:rPr>
            </w:pPr>
            <w:r w:rsidRPr="00332DB8">
              <w:rPr>
                <w:lang w:val="ru-RU"/>
              </w:rPr>
              <w:t xml:space="preserve">Видеофайл «русская жизнь», размещенный 05 сентября 2012 года Ремневым А.С. в сети Интернет, на зарегистрированной им странице с аккаунтом </w:t>
            </w:r>
            <w:r>
              <w:t>vk</w:t>
            </w:r>
            <w:r w:rsidRPr="00332DB8">
              <w:rPr>
                <w:lang w:val="ru-RU"/>
              </w:rPr>
              <w:t>.</w:t>
            </w:r>
            <w:r>
              <w:t>com</w:t>
            </w:r>
            <w:r w:rsidRPr="00332DB8">
              <w:rPr>
                <w:lang w:val="ru-RU"/>
              </w:rPr>
              <w:t>/</w:t>
            </w:r>
            <w:r>
              <w:t>id</w:t>
            </w:r>
            <w:r w:rsidRPr="00332DB8">
              <w:rPr>
                <w:lang w:val="ru-RU"/>
              </w:rPr>
              <w:t>182487819 в социальной сети «В КОНТАКТЕ РУ» (решение Боровского районного суда Калужской области от 07.04.2015);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2854.</w:t>
            </w:r>
          </w:p>
        </w:tc>
        <w:tc>
          <w:tcPr>
            <w:tcW w:w="2880" w:type="dxa"/>
          </w:tcPr>
          <w:p w:rsidR="006F7457" w:rsidRPr="00332DB8" w:rsidRDefault="00332DB8">
            <w:pPr>
              <w:rPr>
                <w:lang w:val="ru-RU"/>
              </w:rPr>
            </w:pPr>
            <w:r w:rsidRPr="00332DB8">
              <w:rPr>
                <w:lang w:val="ru-RU"/>
              </w:rPr>
              <w:t>Видеоролик «Самоубийство белой расы» (решение Северного районного суда г. Орла от 31.03.2015);</w:t>
            </w:r>
          </w:p>
        </w:tc>
        <w:tc>
          <w:tcPr>
            <w:tcW w:w="2880" w:type="dxa"/>
          </w:tcPr>
          <w:p w:rsidR="006F7457" w:rsidRPr="00332DB8" w:rsidRDefault="006F7457">
            <w:pPr>
              <w:rPr>
                <w:lang w:val="ru-RU"/>
              </w:rPr>
            </w:pPr>
          </w:p>
        </w:tc>
      </w:tr>
      <w:tr w:rsidR="006F7457" w:rsidRPr="005A424D">
        <w:tc>
          <w:tcPr>
            <w:tcW w:w="2880" w:type="dxa"/>
          </w:tcPr>
          <w:p w:rsidR="006F7457" w:rsidRDefault="00332DB8">
            <w:r>
              <w:t>2855.</w:t>
            </w:r>
          </w:p>
        </w:tc>
        <w:tc>
          <w:tcPr>
            <w:tcW w:w="2880" w:type="dxa"/>
          </w:tcPr>
          <w:p w:rsidR="006F7457" w:rsidRPr="00332DB8" w:rsidRDefault="00332DB8">
            <w:pPr>
              <w:rPr>
                <w:lang w:val="ru-RU"/>
              </w:rPr>
            </w:pPr>
            <w:r w:rsidRPr="00332DB8">
              <w:rPr>
                <w:lang w:val="ru-RU"/>
              </w:rPr>
              <w:t>Статья «Путин в ярости. Стыдно быть русским (запрещенное в России видео)», размещенная в сети Интернет на сайте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PLG</w:t>
            </w:r>
            <w:r w:rsidRPr="00332DB8">
              <w:rPr>
                <w:lang w:val="ru-RU"/>
              </w:rPr>
              <w:t>1-</w:t>
            </w:r>
            <w:r>
              <w:t>FaVyWe</w:t>
            </w:r>
            <w:r w:rsidRPr="00332DB8">
              <w:rPr>
                <w:lang w:val="ru-RU"/>
              </w:rPr>
              <w:t>» (решение Кировского районного суда г. Астрахани от 14.04.2015);</w:t>
            </w:r>
          </w:p>
        </w:tc>
        <w:tc>
          <w:tcPr>
            <w:tcW w:w="2880" w:type="dxa"/>
          </w:tcPr>
          <w:p w:rsidR="006F7457" w:rsidRPr="00332DB8" w:rsidRDefault="006F7457">
            <w:pPr>
              <w:rPr>
                <w:lang w:val="ru-RU"/>
              </w:rPr>
            </w:pPr>
          </w:p>
        </w:tc>
      </w:tr>
      <w:tr w:rsidR="006F7457" w:rsidRPr="005A424D">
        <w:tc>
          <w:tcPr>
            <w:tcW w:w="2880" w:type="dxa"/>
          </w:tcPr>
          <w:p w:rsidR="006F7457" w:rsidRDefault="00332DB8">
            <w:r>
              <w:t>2856.</w:t>
            </w:r>
          </w:p>
        </w:tc>
        <w:tc>
          <w:tcPr>
            <w:tcW w:w="2880" w:type="dxa"/>
          </w:tcPr>
          <w:p w:rsidR="006F7457" w:rsidRPr="00332DB8" w:rsidRDefault="00332DB8">
            <w:pPr>
              <w:rPr>
                <w:lang w:val="ru-RU"/>
              </w:rPr>
            </w:pPr>
            <w:r w:rsidRPr="00332DB8">
              <w:rPr>
                <w:lang w:val="ru-RU"/>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c>
          <w:tcPr>
            <w:tcW w:w="2880" w:type="dxa"/>
          </w:tcPr>
          <w:p w:rsidR="006F7457" w:rsidRPr="00332DB8" w:rsidRDefault="006F7457">
            <w:pPr>
              <w:rPr>
                <w:lang w:val="ru-RU"/>
              </w:rPr>
            </w:pPr>
          </w:p>
        </w:tc>
      </w:tr>
      <w:tr w:rsidR="006F7457" w:rsidRPr="005A424D">
        <w:tc>
          <w:tcPr>
            <w:tcW w:w="2880" w:type="dxa"/>
          </w:tcPr>
          <w:p w:rsidR="006F7457" w:rsidRDefault="00332DB8">
            <w:r>
              <w:t>2857.</w:t>
            </w:r>
          </w:p>
        </w:tc>
        <w:tc>
          <w:tcPr>
            <w:tcW w:w="2880" w:type="dxa"/>
          </w:tcPr>
          <w:p w:rsidR="006F7457" w:rsidRPr="00332DB8" w:rsidRDefault="00332DB8">
            <w:pPr>
              <w:rPr>
                <w:lang w:val="ru-RU"/>
              </w:rPr>
            </w:pPr>
            <w:r w:rsidRPr="00332DB8">
              <w:rPr>
                <w:lang w:val="ru-RU"/>
              </w:rPr>
              <w:t xml:space="preserve">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t>
            </w:r>
            <w:r>
              <w:t>www</w:t>
            </w:r>
            <w:r w:rsidRPr="00332DB8">
              <w:rPr>
                <w:lang w:val="ru-RU"/>
              </w:rPr>
              <w:t>.</w:t>
            </w:r>
            <w:r>
              <w:t>vk</w:t>
            </w:r>
            <w:r w:rsidRPr="00332DB8">
              <w:rPr>
                <w:lang w:val="ru-RU"/>
              </w:rPr>
              <w:t>.</w:t>
            </w:r>
            <w:r>
              <w:t>com</w:t>
            </w:r>
            <w:r w:rsidRPr="00332DB8">
              <w:rPr>
                <w:lang w:val="ru-RU"/>
              </w:rPr>
              <w:t xml:space="preserve"> электронный адрес страницы </w:t>
            </w:r>
            <w:r>
              <w:t>www</w:t>
            </w:r>
            <w:r w:rsidRPr="00332DB8">
              <w:rPr>
                <w:lang w:val="ru-RU"/>
              </w:rPr>
              <w:t>.</w:t>
            </w:r>
            <w:r>
              <w:t>vk</w:t>
            </w:r>
            <w:r w:rsidRPr="00332DB8">
              <w:rPr>
                <w:lang w:val="ru-RU"/>
              </w:rPr>
              <w:t>.</w:t>
            </w:r>
            <w:r>
              <w:t>com</w:t>
            </w:r>
            <w:r w:rsidRPr="00332DB8">
              <w:rPr>
                <w:lang w:val="ru-RU"/>
              </w:rPr>
              <w:t>/</w:t>
            </w:r>
            <w:r>
              <w:t>id</w:t>
            </w:r>
            <w:r w:rsidRPr="00332DB8">
              <w:rPr>
                <w:lang w:val="ru-RU"/>
              </w:rPr>
              <w:t>90536072 (решение Советского районного суда г. Казани от 16.03.2015);</w:t>
            </w:r>
          </w:p>
        </w:tc>
        <w:tc>
          <w:tcPr>
            <w:tcW w:w="2880" w:type="dxa"/>
          </w:tcPr>
          <w:p w:rsidR="006F7457" w:rsidRPr="00332DB8" w:rsidRDefault="006F7457">
            <w:pPr>
              <w:rPr>
                <w:lang w:val="ru-RU"/>
              </w:rPr>
            </w:pPr>
          </w:p>
        </w:tc>
      </w:tr>
      <w:tr w:rsidR="006F7457" w:rsidRPr="005A424D">
        <w:tc>
          <w:tcPr>
            <w:tcW w:w="2880" w:type="dxa"/>
          </w:tcPr>
          <w:p w:rsidR="006F7457" w:rsidRDefault="00332DB8">
            <w:r>
              <w:t>2858.</w:t>
            </w:r>
          </w:p>
        </w:tc>
        <w:tc>
          <w:tcPr>
            <w:tcW w:w="2880" w:type="dxa"/>
          </w:tcPr>
          <w:p w:rsidR="006F7457" w:rsidRPr="00332DB8" w:rsidRDefault="00332DB8">
            <w:pPr>
              <w:rPr>
                <w:lang w:val="ru-RU"/>
              </w:rPr>
            </w:pPr>
            <w:r w:rsidRPr="00332DB8">
              <w:rPr>
                <w:lang w:val="ru-RU"/>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2859.</w:t>
            </w:r>
          </w:p>
        </w:tc>
        <w:tc>
          <w:tcPr>
            <w:tcW w:w="2880" w:type="dxa"/>
          </w:tcPr>
          <w:p w:rsidR="006F7457" w:rsidRPr="00332DB8" w:rsidRDefault="00332DB8">
            <w:pPr>
              <w:rPr>
                <w:lang w:val="ru-RU"/>
              </w:rPr>
            </w:pPr>
            <w:r w:rsidRPr="00332DB8">
              <w:rPr>
                <w:lang w:val="ru-RU"/>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85220751» (решение Железногорского городского суда Курской области от 19.03.2015);</w:t>
            </w:r>
          </w:p>
        </w:tc>
        <w:tc>
          <w:tcPr>
            <w:tcW w:w="2880" w:type="dxa"/>
          </w:tcPr>
          <w:p w:rsidR="006F7457" w:rsidRPr="00332DB8" w:rsidRDefault="006F7457">
            <w:pPr>
              <w:rPr>
                <w:lang w:val="ru-RU"/>
              </w:rPr>
            </w:pPr>
          </w:p>
        </w:tc>
      </w:tr>
      <w:tr w:rsidR="006F7457" w:rsidRPr="005A424D">
        <w:tc>
          <w:tcPr>
            <w:tcW w:w="2880" w:type="dxa"/>
          </w:tcPr>
          <w:p w:rsidR="006F7457" w:rsidRDefault="00332DB8">
            <w:r>
              <w:t>2860.</w:t>
            </w:r>
          </w:p>
        </w:tc>
        <w:tc>
          <w:tcPr>
            <w:tcW w:w="2880" w:type="dxa"/>
          </w:tcPr>
          <w:p w:rsidR="006F7457" w:rsidRPr="00332DB8" w:rsidRDefault="00332DB8">
            <w:pPr>
              <w:rPr>
                <w:lang w:val="ru-RU"/>
              </w:rPr>
            </w:pPr>
            <w:r w:rsidRPr="00332DB8">
              <w:rPr>
                <w:lang w:val="ru-RU"/>
              </w:rPr>
              <w:t xml:space="preserve">Информационный материал- текст песни, размещенный на Интернет-сайте </w:t>
            </w:r>
            <w:r>
              <w:t>http</w:t>
            </w:r>
            <w:r w:rsidRPr="00332DB8">
              <w:rPr>
                <w:lang w:val="ru-RU"/>
              </w:rPr>
              <w:t xml:space="preserve"> ://</w:t>
            </w:r>
            <w:r>
              <w:t>song</w:t>
            </w:r>
            <w:r w:rsidRPr="00332DB8">
              <w:rPr>
                <w:lang w:val="ru-RU"/>
              </w:rPr>
              <w:t>5 .</w:t>
            </w:r>
            <w:r>
              <w:t>ru</w:t>
            </w:r>
            <w:r w:rsidRPr="00332DB8">
              <w:rPr>
                <w:lang w:val="ru-RU"/>
              </w:rPr>
              <w:t>/</w:t>
            </w:r>
            <w:r>
              <w:t>text</w:t>
            </w:r>
            <w:r w:rsidRPr="00332DB8">
              <w:rPr>
                <w:lang w:val="ru-RU"/>
              </w:rPr>
              <w:t>/див-злой-хачик «ДИВ- Злой хачик текст песни» (решение Никулинского районного суда города Москвы от 10.03.2015);</w:t>
            </w:r>
          </w:p>
        </w:tc>
        <w:tc>
          <w:tcPr>
            <w:tcW w:w="2880" w:type="dxa"/>
          </w:tcPr>
          <w:p w:rsidR="006F7457" w:rsidRPr="00332DB8" w:rsidRDefault="006F7457">
            <w:pPr>
              <w:rPr>
                <w:lang w:val="ru-RU"/>
              </w:rPr>
            </w:pPr>
          </w:p>
        </w:tc>
      </w:tr>
      <w:tr w:rsidR="006F7457" w:rsidRPr="005A424D">
        <w:tc>
          <w:tcPr>
            <w:tcW w:w="2880" w:type="dxa"/>
          </w:tcPr>
          <w:p w:rsidR="006F7457" w:rsidRDefault="00332DB8">
            <w:r>
              <w:t>2861.</w:t>
            </w:r>
          </w:p>
        </w:tc>
        <w:tc>
          <w:tcPr>
            <w:tcW w:w="2880" w:type="dxa"/>
          </w:tcPr>
          <w:p w:rsidR="006F7457" w:rsidRPr="00332DB8" w:rsidRDefault="00332DB8">
            <w:pPr>
              <w:rPr>
                <w:lang w:val="ru-RU"/>
              </w:rPr>
            </w:pPr>
            <w:r w:rsidRPr="00332DB8">
              <w:rPr>
                <w:lang w:val="ru-RU"/>
              </w:rPr>
              <w:t xml:space="preserve">Видеоролик, обнаруженный в глобальной телекоммуникационной сети Интернет, под названием «Мы вас победим, иншааЛлах!», расположенный по адресу </w:t>
            </w:r>
            <w:r>
              <w:t>http</w:t>
            </w:r>
            <w:r w:rsidRPr="00332DB8">
              <w:rPr>
                <w:lang w:val="ru-RU"/>
              </w:rPr>
              <w:t>://</w:t>
            </w:r>
            <w:r>
              <w:t>vk</w:t>
            </w:r>
            <w:r w:rsidRPr="00332DB8">
              <w:rPr>
                <w:lang w:val="ru-RU"/>
              </w:rPr>
              <w:t>.</w:t>
            </w:r>
            <w:r>
              <w:t>com</w:t>
            </w:r>
            <w:r w:rsidRPr="00332DB8">
              <w:rPr>
                <w:lang w:val="ru-RU"/>
              </w:rPr>
              <w:t>/</w:t>
            </w:r>
            <w:r>
              <w:t>videos</w:t>
            </w:r>
            <w:r w:rsidRPr="00332DB8">
              <w:rPr>
                <w:lang w:val="ru-RU"/>
              </w:rPr>
              <w:t>215049440_166090676 (решение Черкесского городского суда Карачаево-Черкесской Республики от 16.04.2015);</w:t>
            </w:r>
          </w:p>
        </w:tc>
        <w:tc>
          <w:tcPr>
            <w:tcW w:w="2880" w:type="dxa"/>
          </w:tcPr>
          <w:p w:rsidR="006F7457" w:rsidRPr="00332DB8" w:rsidRDefault="006F7457">
            <w:pPr>
              <w:rPr>
                <w:lang w:val="ru-RU"/>
              </w:rPr>
            </w:pPr>
          </w:p>
        </w:tc>
      </w:tr>
      <w:tr w:rsidR="006F7457" w:rsidRPr="005A424D">
        <w:tc>
          <w:tcPr>
            <w:tcW w:w="2880" w:type="dxa"/>
          </w:tcPr>
          <w:p w:rsidR="006F7457" w:rsidRDefault="00332DB8">
            <w:r>
              <w:t>2862.</w:t>
            </w:r>
          </w:p>
        </w:tc>
        <w:tc>
          <w:tcPr>
            <w:tcW w:w="2880" w:type="dxa"/>
          </w:tcPr>
          <w:p w:rsidR="006F7457" w:rsidRPr="00332DB8" w:rsidRDefault="00332DB8">
            <w:pPr>
              <w:rPr>
                <w:lang w:val="ru-RU"/>
              </w:rPr>
            </w:pPr>
            <w:r w:rsidRPr="00332DB8">
              <w:rPr>
                <w:lang w:val="ru-RU"/>
              </w:rPr>
              <w:t xml:space="preserve">Информационный материал – изображение, размещенное на Интернет-сайте </w:t>
            </w:r>
            <w:r>
              <w:t>http</w:t>
            </w:r>
            <w:r w:rsidRPr="00332DB8">
              <w:rPr>
                <w:lang w:val="ru-RU"/>
              </w:rPr>
              <w:t>//</w:t>
            </w:r>
            <w:r>
              <w:t>risovach</w:t>
            </w:r>
            <w:r w:rsidRPr="00332DB8">
              <w:rPr>
                <w:lang w:val="ru-RU"/>
              </w:rPr>
              <w:t>.</w:t>
            </w:r>
            <w:r>
              <w:t>ru</w:t>
            </w:r>
            <w:r w:rsidRPr="00332DB8">
              <w:rPr>
                <w:lang w:val="ru-RU"/>
              </w:rPr>
              <w:t>/</w:t>
            </w:r>
            <w:r>
              <w:t>kartinka</w:t>
            </w:r>
            <w:r w:rsidRPr="00332DB8">
              <w:rPr>
                <w:lang w:val="ru-RU"/>
              </w:rPr>
              <w:t>/2510398 «е**** хачей е**** хачей вон из России черно ж****п***** Мем Против гомиков и хачей» (заочное решение Никулинского районного суда города Москвы от 10.03.2015);</w:t>
            </w:r>
          </w:p>
        </w:tc>
        <w:tc>
          <w:tcPr>
            <w:tcW w:w="2880" w:type="dxa"/>
          </w:tcPr>
          <w:p w:rsidR="006F7457" w:rsidRPr="00332DB8" w:rsidRDefault="006F7457">
            <w:pPr>
              <w:rPr>
                <w:lang w:val="ru-RU"/>
              </w:rPr>
            </w:pPr>
          </w:p>
        </w:tc>
      </w:tr>
      <w:tr w:rsidR="006F7457" w:rsidRPr="005A424D">
        <w:tc>
          <w:tcPr>
            <w:tcW w:w="2880" w:type="dxa"/>
          </w:tcPr>
          <w:p w:rsidR="006F7457" w:rsidRDefault="00332DB8">
            <w:r>
              <w:t>2863.</w:t>
            </w:r>
          </w:p>
        </w:tc>
        <w:tc>
          <w:tcPr>
            <w:tcW w:w="2880" w:type="dxa"/>
          </w:tcPr>
          <w:p w:rsidR="006F7457" w:rsidRPr="00332DB8" w:rsidRDefault="00332DB8">
            <w:pPr>
              <w:rPr>
                <w:lang w:val="ru-RU"/>
              </w:rPr>
            </w:pPr>
            <w:r w:rsidRPr="00332DB8">
              <w:rPr>
                <w:lang w:val="ru-RU"/>
              </w:rPr>
              <w:t xml:space="preserve">Информационный материал – текст песни, размещенный на Интернет-сайте </w:t>
            </w:r>
            <w:r>
              <w:t>vk</w:t>
            </w:r>
            <w:r w:rsidRPr="00332DB8">
              <w:rPr>
                <w:lang w:val="ru-RU"/>
              </w:rPr>
              <w:t>.</w:t>
            </w:r>
            <w:r>
              <w:t>com</w:t>
            </w:r>
            <w:r w:rsidRPr="00332DB8">
              <w:rPr>
                <w:lang w:val="ru-RU"/>
              </w:rPr>
              <w:t>/</w:t>
            </w:r>
            <w:r>
              <w:t>topic</w:t>
            </w:r>
            <w:r w:rsidRPr="00332DB8">
              <w:rPr>
                <w:lang w:val="ru-RU"/>
              </w:rPr>
              <w:t>-1 774129_27062203?</w:t>
            </w:r>
            <w:r>
              <w:t>offset</w:t>
            </w:r>
            <w:r w:rsidRPr="00332DB8">
              <w:rPr>
                <w:lang w:val="ru-RU"/>
              </w:rPr>
              <w:t>=40 «Вновь плачет народ о русской земле, о русской душе, о родной стороне» (заочное решение Никулинского районного суда города Москвы от 10.03.2015);</w:t>
            </w:r>
          </w:p>
        </w:tc>
        <w:tc>
          <w:tcPr>
            <w:tcW w:w="2880" w:type="dxa"/>
          </w:tcPr>
          <w:p w:rsidR="006F7457" w:rsidRPr="00332DB8" w:rsidRDefault="006F7457">
            <w:pPr>
              <w:rPr>
                <w:lang w:val="ru-RU"/>
              </w:rPr>
            </w:pPr>
          </w:p>
        </w:tc>
      </w:tr>
      <w:tr w:rsidR="006F7457" w:rsidRPr="005A424D">
        <w:tc>
          <w:tcPr>
            <w:tcW w:w="2880" w:type="dxa"/>
          </w:tcPr>
          <w:p w:rsidR="006F7457" w:rsidRDefault="00332DB8">
            <w:r>
              <w:t>286</w:t>
            </w:r>
            <w:r>
              <w:lastRenderedPageBreak/>
              <w:t>4.</w:t>
            </w:r>
          </w:p>
        </w:tc>
        <w:tc>
          <w:tcPr>
            <w:tcW w:w="2880" w:type="dxa"/>
          </w:tcPr>
          <w:p w:rsidR="006F7457" w:rsidRPr="00332DB8" w:rsidRDefault="00332DB8">
            <w:pPr>
              <w:rPr>
                <w:lang w:val="ru-RU"/>
              </w:rPr>
            </w:pPr>
            <w:r w:rsidRPr="00332DB8">
              <w:rPr>
                <w:lang w:val="ru-RU"/>
              </w:rPr>
              <w:lastRenderedPageBreak/>
              <w:t xml:space="preserve">Информационный материал – текст песни, размещенный на Интернет-сайте </w:t>
            </w:r>
            <w:r>
              <w:t>http</w:t>
            </w:r>
            <w:r w:rsidRPr="00332DB8">
              <w:rPr>
                <w:lang w:val="ru-RU"/>
              </w:rPr>
              <w:t>://</w:t>
            </w:r>
            <w:r>
              <w:t>webkind</w:t>
            </w:r>
            <w:r w:rsidRPr="00332DB8">
              <w:rPr>
                <w:lang w:val="ru-RU"/>
              </w:rPr>
              <w:t>.</w:t>
            </w:r>
            <w:r>
              <w:t>ru</w:t>
            </w:r>
            <w:r w:rsidRPr="00332DB8">
              <w:rPr>
                <w:lang w:val="ru-RU"/>
              </w:rPr>
              <w:t>/</w:t>
            </w:r>
            <w:r>
              <w:t>text</w:t>
            </w:r>
            <w:r w:rsidRPr="00332DB8">
              <w:rPr>
                <w:lang w:val="ru-RU"/>
              </w:rPr>
              <w:t>/993378859_970071140</w:t>
            </w:r>
            <w:r>
              <w:t>p</w:t>
            </w:r>
            <w:r w:rsidRPr="00332DB8">
              <w:rPr>
                <w:lang w:val="ru-RU"/>
              </w:rPr>
              <w:t>551287444_</w:t>
            </w:r>
            <w:r>
              <w:t>text</w:t>
            </w:r>
            <w:r w:rsidRPr="00332DB8">
              <w:rPr>
                <w:lang w:val="ru-RU"/>
              </w:rPr>
              <w:t>_</w:t>
            </w:r>
            <w:r>
              <w:t>pesni</w:t>
            </w:r>
            <w:r w:rsidRPr="00332DB8">
              <w:rPr>
                <w:lang w:val="ru-RU"/>
              </w:rPr>
              <w:t>_</w:t>
            </w:r>
            <w:r>
              <w:t>sprot</w:t>
            </w:r>
            <w:r w:rsidRPr="00332DB8">
              <w:rPr>
                <w:lang w:val="ru-RU"/>
              </w:rPr>
              <w:t>.</w:t>
            </w:r>
            <w:r>
              <w:t>html</w:t>
            </w:r>
            <w:r w:rsidRPr="00332DB8">
              <w:rPr>
                <w:lang w:val="ru-RU"/>
              </w:rPr>
              <w:t xml:space="preserve"> «Текст песни СПРОТ, Таки Лукавый Токсидоз </w:t>
            </w:r>
            <w:r>
              <w:t>LD</w:t>
            </w:r>
            <w:r w:rsidRPr="00332DB8">
              <w:rPr>
                <w:lang w:val="ru-RU"/>
              </w:rPr>
              <w:t xml:space="preserve">100 Адольф ГС:» (заочное решение Никулинского районного суда города Москвы от </w:t>
            </w:r>
            <w:r w:rsidRPr="00332DB8">
              <w:rPr>
                <w:lang w:val="ru-RU"/>
              </w:rPr>
              <w:lastRenderedPageBreak/>
              <w:t>10.03.2015);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2865.</w:t>
            </w:r>
          </w:p>
        </w:tc>
        <w:tc>
          <w:tcPr>
            <w:tcW w:w="2880" w:type="dxa"/>
          </w:tcPr>
          <w:p w:rsidR="006F7457" w:rsidRPr="00332DB8" w:rsidRDefault="00332DB8">
            <w:pPr>
              <w:rPr>
                <w:lang w:val="ru-RU"/>
              </w:rPr>
            </w:pPr>
            <w:r w:rsidRPr="00332DB8">
              <w:rPr>
                <w:lang w:val="ru-RU"/>
              </w:rPr>
              <w:t xml:space="preserve">Стихотворение Маслова И.А. «Стань машиной для убийства», размещенное на сайте </w:t>
            </w:r>
            <w:r>
              <w:t>http</w:t>
            </w:r>
            <w:r w:rsidRPr="00332DB8">
              <w:rPr>
                <w:lang w:val="ru-RU"/>
              </w:rPr>
              <w:t>://</w:t>
            </w:r>
            <w:r>
              <w:t>style</w:t>
            </w:r>
            <w:r w:rsidRPr="00332DB8">
              <w:rPr>
                <w:lang w:val="ru-RU"/>
              </w:rPr>
              <w:t>.</w:t>
            </w:r>
            <w:r>
              <w:t>emoolive</w:t>
            </w:r>
            <w:r w:rsidRPr="00332DB8">
              <w:rPr>
                <w:lang w:val="ru-RU"/>
              </w:rPr>
              <w:t>.</w:t>
            </w:r>
            <w:r>
              <w:t>ru</w:t>
            </w:r>
            <w:r w:rsidRPr="00332DB8">
              <w:rPr>
                <w:lang w:val="ru-RU"/>
              </w:rPr>
              <w:t>/~</w:t>
            </w:r>
            <w:r>
              <w:t>Nitsanger</w:t>
            </w:r>
            <w:r w:rsidRPr="00332DB8">
              <w:rPr>
                <w:lang w:val="ru-RU"/>
              </w:rPr>
              <w:t>/?</w:t>
            </w:r>
            <w:r>
              <w:t>show</w:t>
            </w:r>
            <w:r w:rsidRPr="00332DB8">
              <w:rPr>
                <w:lang w:val="ru-RU"/>
              </w:rPr>
              <w:t>=</w:t>
            </w:r>
            <w:r>
              <w:t>theme</w:t>
            </w:r>
            <w:r w:rsidRPr="00332DB8">
              <w:rPr>
                <w:lang w:val="ru-RU"/>
              </w:rPr>
              <w:t>&amp;</w:t>
            </w:r>
            <w:r>
              <w:t>id</w:t>
            </w:r>
            <w:r w:rsidRPr="00332DB8">
              <w:rPr>
                <w:lang w:val="ru-RU"/>
              </w:rPr>
              <w:t>=66683 (решение Октябрьского районного суда г. Барнаула от 21.01.2015);</w:t>
            </w:r>
          </w:p>
        </w:tc>
        <w:tc>
          <w:tcPr>
            <w:tcW w:w="2880" w:type="dxa"/>
          </w:tcPr>
          <w:p w:rsidR="006F7457" w:rsidRPr="00332DB8" w:rsidRDefault="006F7457">
            <w:pPr>
              <w:rPr>
                <w:lang w:val="ru-RU"/>
              </w:rPr>
            </w:pPr>
          </w:p>
        </w:tc>
      </w:tr>
      <w:tr w:rsidR="006F7457" w:rsidRPr="005A424D">
        <w:tc>
          <w:tcPr>
            <w:tcW w:w="2880" w:type="dxa"/>
          </w:tcPr>
          <w:p w:rsidR="006F7457" w:rsidRDefault="00332DB8">
            <w:r>
              <w:t>2866.</w:t>
            </w:r>
          </w:p>
        </w:tc>
        <w:tc>
          <w:tcPr>
            <w:tcW w:w="2880" w:type="dxa"/>
          </w:tcPr>
          <w:p w:rsidR="006F7457" w:rsidRPr="00332DB8" w:rsidRDefault="00332DB8">
            <w:pPr>
              <w:rPr>
                <w:lang w:val="ru-RU"/>
              </w:rPr>
            </w:pPr>
            <w:r w:rsidRPr="00332DB8">
              <w:rPr>
                <w:lang w:val="ru-RU"/>
              </w:rPr>
              <w:t>6 текстово-графических изображений групп «</w:t>
            </w:r>
            <w:r>
              <w:t>Of</w:t>
            </w:r>
            <w:r w:rsidRPr="00332DB8">
              <w:rPr>
                <w:lang w:val="ru-RU"/>
              </w:rPr>
              <w:t xml:space="preserve"> </w:t>
            </w:r>
            <w:r>
              <w:t>Hooligans</w:t>
            </w:r>
            <w:r w:rsidRPr="00332DB8">
              <w:rPr>
                <w:lang w:val="ru-RU"/>
              </w:rPr>
              <w:t>», «Футбольный хулиган», «</w:t>
            </w:r>
            <w:r>
              <w:t>AllCopsAreBastardS</w:t>
            </w:r>
            <w:r w:rsidRPr="00332DB8">
              <w:rPr>
                <w:lang w:val="ru-RU"/>
              </w:rPr>
              <w:t>», размещенные в Интернет - сети «Вконтакте» (решение Пролетарского районного суда г. Тулы от 07.04.2015);</w:t>
            </w:r>
          </w:p>
        </w:tc>
        <w:tc>
          <w:tcPr>
            <w:tcW w:w="2880" w:type="dxa"/>
          </w:tcPr>
          <w:p w:rsidR="006F7457" w:rsidRPr="00332DB8" w:rsidRDefault="006F7457">
            <w:pPr>
              <w:rPr>
                <w:lang w:val="ru-RU"/>
              </w:rPr>
            </w:pPr>
          </w:p>
        </w:tc>
      </w:tr>
      <w:tr w:rsidR="006F7457" w:rsidRPr="005A424D">
        <w:tc>
          <w:tcPr>
            <w:tcW w:w="2880" w:type="dxa"/>
          </w:tcPr>
          <w:p w:rsidR="006F7457" w:rsidRDefault="00332DB8">
            <w:r>
              <w:t>2867.</w:t>
            </w:r>
          </w:p>
        </w:tc>
        <w:tc>
          <w:tcPr>
            <w:tcW w:w="2880" w:type="dxa"/>
          </w:tcPr>
          <w:p w:rsidR="006F7457" w:rsidRPr="00332DB8" w:rsidRDefault="00332DB8">
            <w:pPr>
              <w:rPr>
                <w:lang w:val="ru-RU"/>
              </w:rPr>
            </w:pPr>
            <w:r w:rsidRPr="00332DB8">
              <w:rPr>
                <w:lang w:val="ru-RU"/>
              </w:rPr>
              <w:t xml:space="preserve">Материалы, размещенные на личной странице пользователя «Александр Дёмин», расположенной в сети «Интернет» по адресу: </w:t>
            </w:r>
            <w:r>
              <w:t>http</w:t>
            </w:r>
            <w:r w:rsidRPr="00332DB8">
              <w:rPr>
                <w:lang w:val="ru-RU"/>
              </w:rPr>
              <w:t>://</w:t>
            </w:r>
            <w:r>
              <w:t>vk</w:t>
            </w:r>
            <w:r w:rsidRPr="00332DB8">
              <w:rPr>
                <w:lang w:val="ru-RU"/>
              </w:rPr>
              <w:t>.</w:t>
            </w:r>
            <w:r>
              <w:t>com</w:t>
            </w:r>
            <w:r w:rsidRPr="00332DB8">
              <w:rPr>
                <w:lang w:val="ru-RU"/>
              </w:rPr>
              <w:t>/</w:t>
            </w:r>
            <w:r>
              <w:t>holokaustos</w:t>
            </w:r>
            <w:r w:rsidRPr="00332DB8">
              <w:rPr>
                <w:lang w:val="ru-RU"/>
              </w:rPr>
              <w:t xml:space="preserve"> (решение Ленинского районного суда г. Тюмени от 24.04.2015).</w:t>
            </w:r>
          </w:p>
        </w:tc>
        <w:tc>
          <w:tcPr>
            <w:tcW w:w="2880" w:type="dxa"/>
          </w:tcPr>
          <w:p w:rsidR="006F7457" w:rsidRPr="00332DB8" w:rsidRDefault="006F7457">
            <w:pPr>
              <w:rPr>
                <w:lang w:val="ru-RU"/>
              </w:rPr>
            </w:pPr>
          </w:p>
        </w:tc>
      </w:tr>
      <w:tr w:rsidR="006F7457" w:rsidRPr="005A424D">
        <w:tc>
          <w:tcPr>
            <w:tcW w:w="2880" w:type="dxa"/>
          </w:tcPr>
          <w:p w:rsidR="006F7457" w:rsidRDefault="00332DB8">
            <w:r>
              <w:t>2868.</w:t>
            </w:r>
          </w:p>
        </w:tc>
        <w:tc>
          <w:tcPr>
            <w:tcW w:w="2880" w:type="dxa"/>
          </w:tcPr>
          <w:p w:rsidR="006F7457" w:rsidRPr="00332DB8" w:rsidRDefault="00332DB8">
            <w:pPr>
              <w:rPr>
                <w:lang w:val="ru-RU"/>
              </w:rPr>
            </w:pPr>
            <w:r w:rsidRPr="00332DB8">
              <w:rPr>
                <w:lang w:val="ru-RU"/>
              </w:rPr>
              <w:t>Размещенные Васильевым Р.В. в сети «Интернет» на созданной им общедоступной странице «Роман &lt;&amp;</w:t>
            </w:r>
            <w:r>
              <w:t>got</w:t>
            </w:r>
            <w:r w:rsidRPr="00332DB8">
              <w:rPr>
                <w:lang w:val="ru-RU"/>
              </w:rPr>
              <w:t xml:space="preserve">&gt; Васильев» в социальной сети «Вконтакте» по электронному адресу: </w:t>
            </w:r>
            <w:r>
              <w:t>http</w:t>
            </w:r>
            <w:r w:rsidRPr="00332DB8">
              <w:rPr>
                <w:lang w:val="ru-RU"/>
              </w:rPr>
              <w:t>://</w:t>
            </w:r>
            <w:r>
              <w:t>vk</w:t>
            </w:r>
            <w:r w:rsidRPr="00332DB8">
              <w:rPr>
                <w:lang w:val="ru-RU"/>
              </w:rPr>
              <w:t>.</w:t>
            </w:r>
            <w:r>
              <w:t>com</w:t>
            </w:r>
            <w:r w:rsidRPr="00332DB8">
              <w:rPr>
                <w:lang w:val="ru-RU"/>
              </w:rPr>
              <w:t>/</w:t>
            </w:r>
            <w:r>
              <w:t>vandal</w:t>
            </w:r>
            <w:r w:rsidRPr="00332DB8">
              <w:rPr>
                <w:lang w:val="ru-RU"/>
              </w:rPr>
              <w:t>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2880" w:type="dxa"/>
          </w:tcPr>
          <w:p w:rsidR="006F7457" w:rsidRPr="00332DB8" w:rsidRDefault="006F7457">
            <w:pPr>
              <w:rPr>
                <w:lang w:val="ru-RU"/>
              </w:rPr>
            </w:pPr>
          </w:p>
        </w:tc>
      </w:tr>
      <w:tr w:rsidR="006F7457" w:rsidRPr="005A424D">
        <w:tc>
          <w:tcPr>
            <w:tcW w:w="2880" w:type="dxa"/>
          </w:tcPr>
          <w:p w:rsidR="006F7457" w:rsidRDefault="00332DB8">
            <w:r>
              <w:t>2869.</w:t>
            </w:r>
          </w:p>
        </w:tc>
        <w:tc>
          <w:tcPr>
            <w:tcW w:w="2880" w:type="dxa"/>
          </w:tcPr>
          <w:p w:rsidR="006F7457" w:rsidRPr="00332DB8" w:rsidRDefault="00332DB8">
            <w:pPr>
              <w:rPr>
                <w:lang w:val="ru-RU"/>
              </w:rPr>
            </w:pPr>
            <w:r w:rsidRPr="00332DB8">
              <w:rPr>
                <w:lang w:val="ru-RU"/>
              </w:rPr>
              <w:t xml:space="preserve">Информация, размещенная на странице Интернет-сайта </w:t>
            </w:r>
            <w:r>
              <w:t>nohchipress</w:t>
            </w:r>
            <w:r w:rsidRPr="00332DB8">
              <w:rPr>
                <w:lang w:val="ru-RU"/>
              </w:rPr>
              <w:t>.</w:t>
            </w:r>
            <w:r>
              <w:t>info</w:t>
            </w:r>
            <w:r w:rsidRPr="00332DB8">
              <w:rPr>
                <w:lang w:val="ru-RU"/>
              </w:rPr>
              <w:t xml:space="preserve"> по электронному адресу: </w:t>
            </w:r>
            <w:r>
              <w:t>www</w:t>
            </w:r>
            <w:r w:rsidRPr="00332DB8">
              <w:rPr>
                <w:lang w:val="ru-RU"/>
              </w:rPr>
              <w:t xml:space="preserve">. </w:t>
            </w:r>
            <w:r>
              <w:t>nohchipress</w:t>
            </w:r>
            <w:r w:rsidRPr="00332DB8">
              <w:rPr>
                <w:lang w:val="ru-RU"/>
              </w:rPr>
              <w:t>.</w:t>
            </w:r>
            <w:r>
              <w:t>info</w:t>
            </w:r>
            <w:r w:rsidRPr="00332DB8">
              <w:rPr>
                <w:lang w:val="ru-RU"/>
              </w:rPr>
              <w:t xml:space="preserve">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w:t>
            </w:r>
            <w:r w:rsidRPr="00332DB8">
              <w:rPr>
                <w:lang w:val="ru-RU"/>
              </w:rPr>
              <w:lastRenderedPageBreak/>
              <w:t>неопубликованной книги Казбича Чеченского «Империя террора и лжи» (решение Троицкого городского суда Челябинской области от 12.03.2015);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2870.</w:t>
            </w:r>
          </w:p>
        </w:tc>
        <w:tc>
          <w:tcPr>
            <w:tcW w:w="2880" w:type="dxa"/>
          </w:tcPr>
          <w:p w:rsidR="006F7457" w:rsidRPr="00332DB8" w:rsidRDefault="00332DB8">
            <w:pPr>
              <w:rPr>
                <w:lang w:val="ru-RU"/>
              </w:rPr>
            </w:pPr>
            <w:r w:rsidRPr="00332DB8">
              <w:rPr>
                <w:lang w:val="ru-RU"/>
              </w:rPr>
              <w:t xml:space="preserve">Интернет сайт: </w:t>
            </w:r>
            <w:r>
              <w:t>http</w:t>
            </w:r>
            <w:r w:rsidRPr="00332DB8">
              <w:rPr>
                <w:lang w:val="ru-RU"/>
              </w:rPr>
              <w:t>://</w:t>
            </w:r>
            <w:r>
              <w:t>lib</w:t>
            </w:r>
            <w:r w:rsidRPr="00332DB8">
              <w:rPr>
                <w:lang w:val="ru-RU"/>
              </w:rPr>
              <w:t>.</w:t>
            </w:r>
            <w:r>
              <w:t>mn</w:t>
            </w:r>
            <w:r w:rsidRPr="00332DB8">
              <w:rPr>
                <w:lang w:val="ru-RU"/>
              </w:rPr>
              <w:t>/</w:t>
            </w:r>
            <w:r>
              <w:t>blog</w:t>
            </w:r>
            <w:r w:rsidRPr="00332DB8">
              <w:rPr>
                <w:lang w:val="ru-RU"/>
              </w:rPr>
              <w:t>/</w:t>
            </w:r>
            <w:r>
              <w:t>yurij</w:t>
            </w:r>
            <w:r w:rsidRPr="00332DB8">
              <w:rPr>
                <w:lang w:val="ru-RU"/>
              </w:rPr>
              <w:t>_</w:t>
            </w:r>
            <w:r>
              <w:t>petuhov</w:t>
            </w:r>
            <w:r w:rsidRPr="00332DB8">
              <w:rPr>
                <w:lang w:val="ru-RU"/>
              </w:rPr>
              <w:t>/175617.</w:t>
            </w:r>
            <w:r>
              <w:t>html</w:t>
            </w:r>
            <w:r w:rsidRPr="00332DB8">
              <w:rPr>
                <w:lang w:val="ru-RU"/>
              </w:rPr>
              <w:t xml:space="preserve"> (решение Ново-Савиновского районного суда г. Казани от 14.04.2015);</w:t>
            </w:r>
          </w:p>
        </w:tc>
        <w:tc>
          <w:tcPr>
            <w:tcW w:w="2880" w:type="dxa"/>
          </w:tcPr>
          <w:p w:rsidR="006F7457" w:rsidRPr="00332DB8" w:rsidRDefault="006F7457">
            <w:pPr>
              <w:rPr>
                <w:lang w:val="ru-RU"/>
              </w:rPr>
            </w:pPr>
          </w:p>
        </w:tc>
      </w:tr>
      <w:tr w:rsidR="006F7457" w:rsidRPr="005A424D">
        <w:tc>
          <w:tcPr>
            <w:tcW w:w="2880" w:type="dxa"/>
          </w:tcPr>
          <w:p w:rsidR="006F7457" w:rsidRDefault="00332DB8">
            <w:r>
              <w:t>2871.</w:t>
            </w:r>
          </w:p>
        </w:tc>
        <w:tc>
          <w:tcPr>
            <w:tcW w:w="2880" w:type="dxa"/>
          </w:tcPr>
          <w:p w:rsidR="006F7457" w:rsidRPr="00332DB8" w:rsidRDefault="00332DB8">
            <w:pPr>
              <w:rPr>
                <w:lang w:val="ru-RU"/>
              </w:rPr>
            </w:pPr>
            <w:r w:rsidRPr="00332DB8">
              <w:rPr>
                <w:lang w:val="ru-RU"/>
              </w:rPr>
              <w:t xml:space="preserve">Интернет сайт: </w:t>
            </w:r>
            <w:r>
              <w:t>http</w:t>
            </w:r>
            <w:r w:rsidRPr="00332DB8">
              <w:rPr>
                <w:lang w:val="ru-RU"/>
              </w:rPr>
              <w:t>://</w:t>
            </w:r>
            <w:r>
              <w:t>music</w:t>
            </w:r>
            <w:r w:rsidRPr="00332DB8">
              <w:rPr>
                <w:lang w:val="ru-RU"/>
              </w:rPr>
              <w:t>.</w:t>
            </w:r>
            <w:r>
              <w:t>nur</w:t>
            </w:r>
            <w:r w:rsidRPr="00332DB8">
              <w:rPr>
                <w:lang w:val="ru-RU"/>
              </w:rPr>
              <w:t>.</w:t>
            </w:r>
            <w:r>
              <w:t>kz</w:t>
            </w:r>
            <w:r w:rsidRPr="00332DB8">
              <w:rPr>
                <w:lang w:val="ru-RU"/>
              </w:rPr>
              <w:t>/1193321-</w:t>
            </w:r>
            <w:r>
              <w:t>warriors</w:t>
            </w:r>
            <w:r w:rsidRPr="00332DB8">
              <w:rPr>
                <w:lang w:val="ru-RU"/>
              </w:rPr>
              <w:t>-</w:t>
            </w:r>
            <w:r>
              <w:t>of</w:t>
            </w:r>
            <w:r w:rsidRPr="00332DB8">
              <w:rPr>
                <w:lang w:val="ru-RU"/>
              </w:rPr>
              <w:t>-</w:t>
            </w:r>
            <w:r>
              <w:t>zion</w:t>
            </w:r>
            <w:r w:rsidRPr="00332DB8">
              <w:rPr>
                <w:lang w:val="ru-RU"/>
              </w:rPr>
              <w:t>-</w:t>
            </w:r>
            <w:r>
              <w:t>gimn</w:t>
            </w:r>
            <w:r w:rsidRPr="00332DB8">
              <w:rPr>
                <w:lang w:val="ru-RU"/>
              </w:rPr>
              <w:t>-</w:t>
            </w:r>
            <w:r>
              <w:t>antifa</w:t>
            </w:r>
            <w:r w:rsidRPr="00332DB8">
              <w:rPr>
                <w:lang w:val="ru-RU"/>
              </w:rPr>
              <w:t>-(</w:t>
            </w:r>
            <w:r>
              <w:t>lezginka</w:t>
            </w:r>
            <w:r w:rsidRPr="00332DB8">
              <w:rPr>
                <w:lang w:val="ru-RU"/>
              </w:rPr>
              <w:t>) (решение Ново-Савиновского районного суда г. Казани от 14.04.2015);</w:t>
            </w:r>
          </w:p>
        </w:tc>
        <w:tc>
          <w:tcPr>
            <w:tcW w:w="2880" w:type="dxa"/>
          </w:tcPr>
          <w:p w:rsidR="006F7457" w:rsidRPr="00332DB8" w:rsidRDefault="006F7457">
            <w:pPr>
              <w:rPr>
                <w:lang w:val="ru-RU"/>
              </w:rPr>
            </w:pPr>
          </w:p>
        </w:tc>
      </w:tr>
      <w:tr w:rsidR="006F7457" w:rsidRPr="005A424D">
        <w:tc>
          <w:tcPr>
            <w:tcW w:w="2880" w:type="dxa"/>
          </w:tcPr>
          <w:p w:rsidR="006F7457" w:rsidRDefault="00332DB8">
            <w:r>
              <w:t>2872.</w:t>
            </w:r>
          </w:p>
        </w:tc>
        <w:tc>
          <w:tcPr>
            <w:tcW w:w="2880" w:type="dxa"/>
          </w:tcPr>
          <w:p w:rsidR="006F7457" w:rsidRPr="00332DB8" w:rsidRDefault="00332DB8">
            <w:pPr>
              <w:rPr>
                <w:lang w:val="ru-RU"/>
              </w:rPr>
            </w:pPr>
            <w:r w:rsidRPr="00332DB8">
              <w:rPr>
                <w:lang w:val="ru-RU"/>
              </w:rPr>
              <w:t xml:space="preserve">Интернет сайты: </w:t>
            </w:r>
            <w:r>
              <w:t>http</w:t>
            </w:r>
            <w:r w:rsidRPr="00332DB8">
              <w:rPr>
                <w:lang w:val="ru-RU"/>
              </w:rPr>
              <w:t>://</w:t>
            </w:r>
            <w:r>
              <w:t>www</w:t>
            </w:r>
            <w:r w:rsidRPr="00332DB8">
              <w:rPr>
                <w:lang w:val="ru-RU"/>
              </w:rPr>
              <w:t>.</w:t>
            </w:r>
            <w:r>
              <w:t>muslim</w:t>
            </w:r>
            <w:r w:rsidRPr="00332DB8">
              <w:rPr>
                <w:lang w:val="ru-RU"/>
              </w:rPr>
              <w:t>-</w:t>
            </w:r>
            <w:r>
              <w:t>library</w:t>
            </w:r>
            <w:r w:rsidRPr="00332DB8">
              <w:rPr>
                <w:lang w:val="ru-RU"/>
              </w:rPr>
              <w:t>.</w:t>
            </w:r>
            <w:r>
              <w:t>com</w:t>
            </w:r>
            <w:r w:rsidRPr="00332DB8">
              <w:rPr>
                <w:lang w:val="ru-RU"/>
              </w:rPr>
              <w:t>/</w:t>
            </w:r>
            <w:r>
              <w:t>dl</w:t>
            </w:r>
            <w:r w:rsidRPr="00332DB8">
              <w:rPr>
                <w:lang w:val="ru-RU"/>
              </w:rPr>
              <w:t>/</w:t>
            </w:r>
            <w:r>
              <w:t>books</w:t>
            </w:r>
            <w:r w:rsidRPr="00332DB8">
              <w:rPr>
                <w:lang w:val="ru-RU"/>
              </w:rPr>
              <w:t>/</w:t>
            </w:r>
            <w:r>
              <w:t>ru</w:t>
            </w:r>
            <w:r w:rsidRPr="00332DB8">
              <w:rPr>
                <w:lang w:val="ru-RU"/>
              </w:rPr>
              <w:t>4261.</w:t>
            </w:r>
            <w:r>
              <w:t>pdf</w:t>
            </w:r>
            <w:r w:rsidRPr="00332DB8">
              <w:rPr>
                <w:lang w:val="ru-RU"/>
              </w:rPr>
              <w:t xml:space="preserve">, </w:t>
            </w:r>
            <w:r>
              <w:t>http</w:t>
            </w:r>
            <w:r w:rsidRPr="00332DB8">
              <w:rPr>
                <w:lang w:val="ru-RU"/>
              </w:rPr>
              <w:t>:/</w:t>
            </w:r>
            <w:r>
              <w:t>ru</w:t>
            </w:r>
            <w:r w:rsidRPr="00332DB8">
              <w:rPr>
                <w:lang w:val="ru-RU"/>
              </w:rPr>
              <w:t>.</w:t>
            </w:r>
            <w:r>
              <w:t>scribd</w:t>
            </w:r>
            <w:r w:rsidRPr="00332DB8">
              <w:rPr>
                <w:lang w:val="ru-RU"/>
              </w:rPr>
              <w:t>.</w:t>
            </w:r>
            <w:r>
              <w:t>com</w:t>
            </w:r>
            <w:r w:rsidRPr="00332DB8">
              <w:rPr>
                <w:lang w:val="ru-RU"/>
              </w:rPr>
              <w:t>/</w:t>
            </w:r>
            <w:r>
              <w:t>doc</w:t>
            </w:r>
            <w:r w:rsidRPr="00332DB8">
              <w:rPr>
                <w:lang w:val="ru-RU"/>
              </w:rPr>
              <w:t>/38398265 (решение Ново-Савиновского районного суда г. Казани от 14.04.2015);</w:t>
            </w:r>
          </w:p>
        </w:tc>
        <w:tc>
          <w:tcPr>
            <w:tcW w:w="2880" w:type="dxa"/>
          </w:tcPr>
          <w:p w:rsidR="006F7457" w:rsidRPr="00332DB8" w:rsidRDefault="006F7457">
            <w:pPr>
              <w:rPr>
                <w:lang w:val="ru-RU"/>
              </w:rPr>
            </w:pPr>
          </w:p>
        </w:tc>
      </w:tr>
      <w:tr w:rsidR="006F7457" w:rsidRPr="005A424D">
        <w:tc>
          <w:tcPr>
            <w:tcW w:w="2880" w:type="dxa"/>
          </w:tcPr>
          <w:p w:rsidR="006F7457" w:rsidRDefault="00332DB8">
            <w:r>
              <w:t>2873.</w:t>
            </w:r>
          </w:p>
        </w:tc>
        <w:tc>
          <w:tcPr>
            <w:tcW w:w="2880" w:type="dxa"/>
          </w:tcPr>
          <w:p w:rsidR="006F7457" w:rsidRPr="00332DB8" w:rsidRDefault="00332DB8">
            <w:pPr>
              <w:rPr>
                <w:lang w:val="ru-RU"/>
              </w:rPr>
            </w:pPr>
            <w:r w:rsidRPr="00332DB8">
              <w:rPr>
                <w:lang w:val="ru-RU"/>
              </w:rPr>
              <w:t xml:space="preserve">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134499693 (решение Ленинского районного суда г. Тюмени от 24.04.2015);</w:t>
            </w:r>
          </w:p>
        </w:tc>
        <w:tc>
          <w:tcPr>
            <w:tcW w:w="2880" w:type="dxa"/>
          </w:tcPr>
          <w:p w:rsidR="006F7457" w:rsidRPr="00332DB8" w:rsidRDefault="006F7457">
            <w:pPr>
              <w:rPr>
                <w:lang w:val="ru-RU"/>
              </w:rPr>
            </w:pPr>
          </w:p>
        </w:tc>
      </w:tr>
      <w:tr w:rsidR="006F7457" w:rsidRPr="005A424D">
        <w:tc>
          <w:tcPr>
            <w:tcW w:w="2880" w:type="dxa"/>
          </w:tcPr>
          <w:p w:rsidR="006F7457" w:rsidRDefault="00332DB8">
            <w:r>
              <w:t>2874.</w:t>
            </w:r>
          </w:p>
        </w:tc>
        <w:tc>
          <w:tcPr>
            <w:tcW w:w="2880" w:type="dxa"/>
          </w:tcPr>
          <w:p w:rsidR="006F7457" w:rsidRPr="00332DB8" w:rsidRDefault="00332DB8">
            <w:pPr>
              <w:rPr>
                <w:lang w:val="ru-RU"/>
              </w:rPr>
            </w:pPr>
            <w:r w:rsidRPr="00332DB8">
              <w:rPr>
                <w:lang w:val="ru-RU"/>
              </w:rPr>
              <w:t xml:space="preserve">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134499693 (решение Ленинского районного суда г. Тюмени от 24.04.2015);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2875.</w:t>
            </w:r>
          </w:p>
        </w:tc>
        <w:tc>
          <w:tcPr>
            <w:tcW w:w="2880" w:type="dxa"/>
          </w:tcPr>
          <w:p w:rsidR="006F7457" w:rsidRPr="00332DB8" w:rsidRDefault="00332DB8">
            <w:pPr>
              <w:rPr>
                <w:lang w:val="ru-RU"/>
              </w:rPr>
            </w:pPr>
            <w:r w:rsidRPr="00332DB8">
              <w:rPr>
                <w:lang w:val="ru-RU"/>
              </w:rPr>
              <w:t xml:space="preserve">Интернет сайт </w:t>
            </w:r>
            <w:r>
              <w:t>http</w:t>
            </w:r>
            <w:r w:rsidRPr="00332DB8">
              <w:rPr>
                <w:lang w:val="ru-RU"/>
              </w:rPr>
              <w:t>://</w:t>
            </w:r>
            <w:r>
              <w:t>mp</w:t>
            </w:r>
            <w:r w:rsidRPr="00332DB8">
              <w:rPr>
                <w:lang w:val="ru-RU"/>
              </w:rPr>
              <w:t>3</w:t>
            </w:r>
            <w:r>
              <w:t>index</w:t>
            </w:r>
            <w:r w:rsidRPr="00332DB8">
              <w:rPr>
                <w:lang w:val="ru-RU"/>
              </w:rPr>
              <w:t>.</w:t>
            </w:r>
            <w:r>
              <w:t>ru</w:t>
            </w:r>
            <w:r w:rsidRPr="00332DB8">
              <w:rPr>
                <w:lang w:val="ru-RU"/>
              </w:rPr>
              <w:t>/</w:t>
            </w:r>
            <w:r>
              <w:t>mp</w:t>
            </w:r>
            <w:r w:rsidRPr="00332DB8">
              <w:rPr>
                <w:lang w:val="ru-RU"/>
              </w:rPr>
              <w:t>3-</w:t>
            </w:r>
            <w:r>
              <w:t>search</w:t>
            </w:r>
            <w:r w:rsidRPr="00332DB8">
              <w:rPr>
                <w:lang w:val="ru-RU"/>
              </w:rPr>
              <w:t>/%</w:t>
            </w:r>
            <w:r>
              <w:t>E</w:t>
            </w:r>
            <w:r w:rsidRPr="00332DB8">
              <w:rPr>
                <w:lang w:val="ru-RU"/>
              </w:rPr>
              <w:t>5%8</w:t>
            </w:r>
            <w:r>
              <w:t>D</w:t>
            </w:r>
            <w:r w:rsidRPr="00332DB8">
              <w:rPr>
                <w:lang w:val="ru-RU"/>
              </w:rPr>
              <w:t>%90%20%</w:t>
            </w:r>
            <w:r>
              <w:t>D</w:t>
            </w:r>
            <w:r w:rsidRPr="00332DB8">
              <w:rPr>
                <w:lang w:val="ru-RU"/>
              </w:rPr>
              <w:t>0%9</w:t>
            </w:r>
            <w:r>
              <w:t>A</w:t>
            </w:r>
            <w:r w:rsidRPr="00332DB8">
              <w:rPr>
                <w:lang w:val="ru-RU"/>
              </w:rPr>
              <w:t>%</w:t>
            </w:r>
            <w:r>
              <w:t>D</w:t>
            </w:r>
            <w:r w:rsidRPr="00332DB8">
              <w:rPr>
                <w:lang w:val="ru-RU"/>
              </w:rPr>
              <w:t>0%</w:t>
            </w:r>
            <w:r>
              <w:t>BE</w:t>
            </w:r>
            <w:r w:rsidRPr="00332DB8">
              <w:rPr>
                <w:lang w:val="ru-RU"/>
              </w:rPr>
              <w:t>%</w:t>
            </w:r>
            <w:r>
              <w:t>D</w:t>
            </w:r>
            <w:r w:rsidRPr="00332DB8">
              <w:rPr>
                <w:lang w:val="ru-RU"/>
              </w:rPr>
              <w:t>0%</w:t>
            </w:r>
            <w:r>
              <w:t>BB</w:t>
            </w:r>
            <w:r w:rsidRPr="00332DB8">
              <w:rPr>
                <w:lang w:val="ru-RU"/>
              </w:rPr>
              <w:t xml:space="preserve">% </w:t>
            </w:r>
            <w:r>
              <w:t>D</w:t>
            </w:r>
            <w:r w:rsidRPr="00332DB8">
              <w:rPr>
                <w:lang w:val="ru-RU"/>
              </w:rPr>
              <w:t>0%</w:t>
            </w:r>
            <w:r>
              <w:t>BE</w:t>
            </w:r>
            <w:r w:rsidRPr="00332DB8">
              <w:rPr>
                <w:lang w:val="ru-RU"/>
              </w:rPr>
              <w:t>%</w:t>
            </w:r>
            <w:r>
              <w:t>D</w:t>
            </w:r>
            <w:r w:rsidRPr="00332DB8">
              <w:rPr>
                <w:lang w:val="ru-RU"/>
              </w:rPr>
              <w:t>0%</w:t>
            </w:r>
            <w:r>
              <w:t>B</w:t>
            </w:r>
            <w:r w:rsidRPr="00332DB8">
              <w:rPr>
                <w:lang w:val="ru-RU"/>
              </w:rPr>
              <w:t>2%</w:t>
            </w:r>
            <w:r>
              <w:t>D</w:t>
            </w:r>
            <w:r w:rsidRPr="00332DB8">
              <w:rPr>
                <w:lang w:val="ru-RU"/>
              </w:rPr>
              <w:t>1%80%</w:t>
            </w:r>
            <w:r>
              <w:t>D</w:t>
            </w:r>
            <w:r w:rsidRPr="00332DB8">
              <w:rPr>
                <w:lang w:val="ru-RU"/>
              </w:rPr>
              <w:t>0%</w:t>
            </w:r>
            <w:r>
              <w:t>B</w:t>
            </w:r>
            <w:r w:rsidRPr="00332DB8">
              <w:rPr>
                <w:lang w:val="ru-RU"/>
              </w:rPr>
              <w:t>0%</w:t>
            </w:r>
            <w:r>
              <w:t>D</w:t>
            </w:r>
            <w:r w:rsidRPr="00332DB8">
              <w:rPr>
                <w:lang w:val="ru-RU"/>
              </w:rPr>
              <w:t>1%82%20-%20%</w:t>
            </w:r>
            <w:r>
              <w:t>D</w:t>
            </w:r>
            <w:r w:rsidRPr="00332DB8">
              <w:rPr>
                <w:lang w:val="ru-RU"/>
              </w:rPr>
              <w:t>0%9</w:t>
            </w:r>
            <w:r>
              <w:t>A</w:t>
            </w:r>
            <w:r w:rsidRPr="00332DB8">
              <w:rPr>
                <w:lang w:val="ru-RU"/>
              </w:rPr>
              <w:t>%</w:t>
            </w:r>
            <w:r>
              <w:t>D</w:t>
            </w:r>
            <w:r w:rsidRPr="00332DB8">
              <w:rPr>
                <w:lang w:val="ru-RU"/>
              </w:rPr>
              <w:t>0%</w:t>
            </w:r>
            <w:r>
              <w:t>B</w:t>
            </w:r>
            <w:r w:rsidRPr="00332DB8">
              <w:rPr>
                <w:lang w:val="ru-RU"/>
              </w:rPr>
              <w:t>0%</w:t>
            </w:r>
            <w:r>
              <w:t>D</w:t>
            </w:r>
            <w:r w:rsidRPr="00332DB8">
              <w:rPr>
                <w:lang w:val="ru-RU"/>
              </w:rPr>
              <w:t xml:space="preserve">1%80% </w:t>
            </w:r>
            <w:r>
              <w:t>D</w:t>
            </w:r>
            <w:r w:rsidRPr="00332DB8">
              <w:rPr>
                <w:lang w:val="ru-RU"/>
              </w:rPr>
              <w:t>0%</w:t>
            </w:r>
            <w:r>
              <w:t>B</w:t>
            </w:r>
            <w:r w:rsidRPr="00332DB8">
              <w:rPr>
                <w:lang w:val="ru-RU"/>
              </w:rPr>
              <w:t>0%</w:t>
            </w:r>
            <w:r>
              <w:t>D</w:t>
            </w:r>
            <w:r w:rsidRPr="00332DB8">
              <w:rPr>
                <w:lang w:val="ru-RU"/>
              </w:rPr>
              <w:t>1%82%</w:t>
            </w:r>
            <w:r>
              <w:t>D</w:t>
            </w:r>
            <w:r w:rsidRPr="00332DB8">
              <w:rPr>
                <w:lang w:val="ru-RU"/>
              </w:rPr>
              <w:t>0%</w:t>
            </w:r>
            <w:r>
              <w:t>B</w:t>
            </w:r>
            <w:r w:rsidRPr="00332DB8">
              <w:rPr>
                <w:lang w:val="ru-RU"/>
              </w:rPr>
              <w:t>5%</w:t>
            </w:r>
            <w:r>
              <w:t>D</w:t>
            </w:r>
            <w:r w:rsidRPr="00332DB8">
              <w:rPr>
                <w:lang w:val="ru-RU"/>
              </w:rPr>
              <w:t>0%</w:t>
            </w:r>
            <w:r>
              <w:t>BB</w:t>
            </w:r>
            <w:r w:rsidRPr="00332DB8">
              <w:rPr>
                <w:lang w:val="ru-RU"/>
              </w:rPr>
              <w:t>%</w:t>
            </w:r>
            <w:r>
              <w:t>D</w:t>
            </w:r>
            <w:r w:rsidRPr="00332DB8">
              <w:rPr>
                <w:lang w:val="ru-RU"/>
              </w:rPr>
              <w:t>1%8</w:t>
            </w:r>
            <w:r>
              <w:t>C</w:t>
            </w:r>
            <w:r w:rsidRPr="00332DB8">
              <w:rPr>
                <w:lang w:val="ru-RU"/>
              </w:rPr>
              <w:t>%20</w:t>
            </w:r>
            <w:r>
              <w:t>SS</w:t>
            </w:r>
            <w:r w:rsidRPr="00332DB8">
              <w:rPr>
                <w:lang w:val="ru-RU"/>
              </w:rPr>
              <w:t>%20%</w:t>
            </w:r>
            <w:r>
              <w:t>D</w:t>
            </w:r>
            <w:r w:rsidRPr="00332DB8">
              <w:rPr>
                <w:lang w:val="ru-RU"/>
              </w:rPr>
              <w:t>0%92%</w:t>
            </w:r>
            <w:r>
              <w:t>D</w:t>
            </w:r>
            <w:r w:rsidRPr="00332DB8">
              <w:rPr>
                <w:lang w:val="ru-RU"/>
              </w:rPr>
              <w:t>0%</w:t>
            </w:r>
            <w:r>
              <w:t>B</w:t>
            </w:r>
            <w:r w:rsidRPr="00332DB8">
              <w:rPr>
                <w:lang w:val="ru-RU"/>
              </w:rPr>
              <w:t>0%</w:t>
            </w:r>
            <w:r>
              <w:t>D</w:t>
            </w:r>
            <w:r w:rsidRPr="00332DB8">
              <w:rPr>
                <w:lang w:val="ru-RU"/>
              </w:rPr>
              <w:t>1%80%</w:t>
            </w:r>
            <w:r>
              <w:t>D</w:t>
            </w:r>
            <w:r w:rsidRPr="00332DB8">
              <w:rPr>
                <w:lang w:val="ru-RU"/>
              </w:rPr>
              <w:t>1%8</w:t>
            </w:r>
            <w:r>
              <w:t>F</w:t>
            </w:r>
            <w:r w:rsidRPr="00332DB8">
              <w:rPr>
                <w:lang w:val="ru-RU"/>
              </w:rPr>
              <w:t>%</w:t>
            </w:r>
            <w:r>
              <w:t>D</w:t>
            </w:r>
            <w:r w:rsidRPr="00332DB8">
              <w:rPr>
                <w:lang w:val="ru-RU"/>
              </w:rPr>
              <w:t>0%</w:t>
            </w:r>
            <w:r>
              <w:t>B</w:t>
            </w:r>
            <w:r w:rsidRPr="00332DB8">
              <w:rPr>
                <w:lang w:val="ru-RU"/>
              </w:rPr>
              <w:t>3/ (решение Ново-Савиновского районного суда г. Казани от 13.04.2015);</w:t>
            </w:r>
          </w:p>
        </w:tc>
        <w:tc>
          <w:tcPr>
            <w:tcW w:w="2880" w:type="dxa"/>
          </w:tcPr>
          <w:p w:rsidR="006F7457" w:rsidRPr="00332DB8" w:rsidRDefault="006F7457">
            <w:pPr>
              <w:rPr>
                <w:lang w:val="ru-RU"/>
              </w:rPr>
            </w:pPr>
          </w:p>
        </w:tc>
      </w:tr>
      <w:tr w:rsidR="006F7457" w:rsidRPr="005A424D">
        <w:tc>
          <w:tcPr>
            <w:tcW w:w="2880" w:type="dxa"/>
          </w:tcPr>
          <w:p w:rsidR="006F7457" w:rsidRDefault="00332DB8">
            <w:r>
              <w:t>2876.</w:t>
            </w:r>
          </w:p>
        </w:tc>
        <w:tc>
          <w:tcPr>
            <w:tcW w:w="2880" w:type="dxa"/>
          </w:tcPr>
          <w:p w:rsidR="006F7457" w:rsidRPr="00332DB8" w:rsidRDefault="00332DB8">
            <w:pPr>
              <w:rPr>
                <w:lang w:val="ru-RU"/>
              </w:rPr>
            </w:pPr>
            <w:r w:rsidRPr="00332DB8">
              <w:rPr>
                <w:lang w:val="ru-RU"/>
              </w:rPr>
              <w:t xml:space="preserve">Интернет сайт </w:t>
            </w:r>
            <w:r>
              <w:t>http</w:t>
            </w:r>
            <w:r w:rsidRPr="00332DB8">
              <w:rPr>
                <w:lang w:val="ru-RU"/>
              </w:rPr>
              <w:t>://</w:t>
            </w:r>
            <w:r>
              <w:t>ololo</w:t>
            </w:r>
            <w:r w:rsidRPr="00332DB8">
              <w:rPr>
                <w:lang w:val="ru-RU"/>
              </w:rPr>
              <w:t>.</w:t>
            </w:r>
            <w:r>
              <w:t>fm</w:t>
            </w:r>
            <w:r w:rsidRPr="00332DB8">
              <w:rPr>
                <w:lang w:val="ru-RU"/>
              </w:rPr>
              <w:t>/</w:t>
            </w:r>
            <w:r>
              <w:t>search</w:t>
            </w:r>
            <w:r w:rsidRPr="00332DB8">
              <w:rPr>
                <w:lang w:val="ru-RU"/>
              </w:rPr>
              <w:t>/%</w:t>
            </w:r>
            <w:r>
              <w:t>D</w:t>
            </w:r>
            <w:r w:rsidRPr="00332DB8">
              <w:rPr>
                <w:lang w:val="ru-RU"/>
              </w:rPr>
              <w:t>0%90%</w:t>
            </w:r>
            <w:r>
              <w:t>D</w:t>
            </w:r>
            <w:r w:rsidRPr="00332DB8">
              <w:rPr>
                <w:lang w:val="ru-RU"/>
              </w:rPr>
              <w:t>0%</w:t>
            </w:r>
            <w:r>
              <w:t>BB</w:t>
            </w:r>
            <w:r w:rsidRPr="00332DB8">
              <w:rPr>
                <w:lang w:val="ru-RU"/>
              </w:rPr>
              <w:t>%</w:t>
            </w:r>
            <w:r>
              <w:t>D</w:t>
            </w:r>
            <w:r w:rsidRPr="00332DB8">
              <w:rPr>
                <w:lang w:val="ru-RU"/>
              </w:rPr>
              <w:t>0%</w:t>
            </w:r>
            <w:r>
              <w:t>B</w:t>
            </w:r>
            <w:r w:rsidRPr="00332DB8">
              <w:rPr>
                <w:lang w:val="ru-RU"/>
              </w:rPr>
              <w:t>5%</w:t>
            </w:r>
            <w:r>
              <w:t>D</w:t>
            </w:r>
            <w:r w:rsidRPr="00332DB8">
              <w:rPr>
                <w:lang w:val="ru-RU"/>
              </w:rPr>
              <w:t>0%</w:t>
            </w:r>
            <w:r>
              <w:t>BA</w:t>
            </w:r>
            <w:r w:rsidRPr="00332DB8">
              <w:rPr>
                <w:lang w:val="ru-RU"/>
              </w:rPr>
              <w:t>%</w:t>
            </w:r>
            <w:r>
              <w:t>D</w:t>
            </w:r>
            <w:r w:rsidRPr="00332DB8">
              <w:rPr>
                <w:lang w:val="ru-RU"/>
              </w:rPr>
              <w:t>1%81%</w:t>
            </w:r>
            <w:r>
              <w:t>D</w:t>
            </w:r>
            <w:r w:rsidRPr="00332DB8">
              <w:rPr>
                <w:lang w:val="ru-RU"/>
              </w:rPr>
              <w:t>0%</w:t>
            </w:r>
            <w:r>
              <w:t>B</w:t>
            </w:r>
            <w:r w:rsidRPr="00332DB8">
              <w:rPr>
                <w:lang w:val="ru-RU"/>
              </w:rPr>
              <w:t>0%</w:t>
            </w:r>
            <w:r>
              <w:t>D</w:t>
            </w:r>
            <w:r w:rsidRPr="00332DB8">
              <w:rPr>
                <w:lang w:val="ru-RU"/>
              </w:rPr>
              <w:t>0%</w:t>
            </w:r>
            <w:r>
              <w:t>BD</w:t>
            </w:r>
            <w:r w:rsidRPr="00332DB8">
              <w:rPr>
                <w:lang w:val="ru-RU"/>
              </w:rPr>
              <w:t>%</w:t>
            </w:r>
            <w:r>
              <w:t>D</w:t>
            </w:r>
            <w:r w:rsidRPr="00332DB8">
              <w:rPr>
                <w:lang w:val="ru-RU"/>
              </w:rPr>
              <w:t>0%</w:t>
            </w:r>
            <w:r>
              <w:t>B</w:t>
            </w:r>
            <w:r w:rsidRPr="00332DB8">
              <w:rPr>
                <w:lang w:val="ru-RU"/>
              </w:rPr>
              <w:t>4%</w:t>
            </w:r>
            <w:r>
              <w:t>D</w:t>
            </w:r>
            <w:r w:rsidRPr="00332DB8">
              <w:rPr>
                <w:lang w:val="ru-RU"/>
              </w:rPr>
              <w:t>1%80+%</w:t>
            </w:r>
            <w:r>
              <w:t>D</w:t>
            </w:r>
            <w:r w:rsidRPr="00332DB8">
              <w:rPr>
                <w:lang w:val="ru-RU"/>
              </w:rPr>
              <w:t>0%</w:t>
            </w:r>
            <w:r>
              <w:t>A</w:t>
            </w:r>
            <w:r w:rsidRPr="00332DB8">
              <w:rPr>
                <w:lang w:val="ru-RU"/>
              </w:rPr>
              <w:t>5%</w:t>
            </w:r>
            <w:r>
              <w:t>D</w:t>
            </w:r>
            <w:r w:rsidRPr="00332DB8">
              <w:rPr>
                <w:lang w:val="ru-RU"/>
              </w:rPr>
              <w:t>0%</w:t>
            </w:r>
            <w:r>
              <w:t>B</w:t>
            </w:r>
            <w:r w:rsidRPr="00332DB8">
              <w:rPr>
                <w:lang w:val="ru-RU"/>
              </w:rPr>
              <w:t>0%</w:t>
            </w:r>
            <w:r>
              <w:t>D</w:t>
            </w:r>
            <w:r w:rsidRPr="00332DB8">
              <w:rPr>
                <w:lang w:val="ru-RU"/>
              </w:rPr>
              <w:t>1%80%</w:t>
            </w:r>
            <w:r>
              <w:t>D</w:t>
            </w:r>
            <w:r w:rsidRPr="00332DB8">
              <w:rPr>
                <w:lang w:val="ru-RU"/>
              </w:rPr>
              <w:t>1%87%</w:t>
            </w:r>
            <w:r>
              <w:t>D</w:t>
            </w:r>
            <w:r w:rsidRPr="00332DB8">
              <w:rPr>
                <w:lang w:val="ru-RU"/>
              </w:rPr>
              <w:t>0%</w:t>
            </w:r>
            <w:r>
              <w:t>B</w:t>
            </w:r>
            <w:r w:rsidRPr="00332DB8">
              <w:rPr>
                <w:lang w:val="ru-RU"/>
              </w:rPr>
              <w:t>8%</w:t>
            </w:r>
            <w:r>
              <w:t>D</w:t>
            </w:r>
            <w:r w:rsidRPr="00332DB8">
              <w:rPr>
                <w:lang w:val="ru-RU"/>
              </w:rPr>
              <w:t>0%</w:t>
            </w:r>
            <w:r>
              <w:t>BA</w:t>
            </w:r>
            <w:r w:rsidRPr="00332DB8">
              <w:rPr>
                <w:lang w:val="ru-RU"/>
              </w:rPr>
              <w:t>%</w:t>
            </w:r>
            <w:r>
              <w:t>D</w:t>
            </w:r>
            <w:r w:rsidRPr="00332DB8">
              <w:rPr>
                <w:lang w:val="ru-RU"/>
              </w:rPr>
              <w:t>0%</w:t>
            </w:r>
            <w:r>
              <w:t>BE</w:t>
            </w:r>
            <w:r w:rsidRPr="00332DB8">
              <w:rPr>
                <w:lang w:val="ru-RU"/>
              </w:rPr>
              <w:t>%</w:t>
            </w:r>
            <w:r>
              <w:t>D</w:t>
            </w:r>
            <w:r w:rsidRPr="00332DB8">
              <w:rPr>
                <w:lang w:val="ru-RU"/>
              </w:rPr>
              <w:t>0%</w:t>
            </w:r>
            <w:r>
              <w:t>B</w:t>
            </w:r>
            <w:r w:rsidRPr="00332DB8">
              <w:rPr>
                <w:lang w:val="ru-RU"/>
              </w:rPr>
              <w:t>2/%</w:t>
            </w:r>
            <w:r>
              <w:t>D</w:t>
            </w:r>
            <w:r w:rsidRPr="00332DB8">
              <w:rPr>
                <w:lang w:val="ru-RU"/>
              </w:rPr>
              <w:t>0%96%</w:t>
            </w:r>
            <w:r>
              <w:t>D</w:t>
            </w:r>
            <w:r w:rsidRPr="00332DB8">
              <w:rPr>
                <w:lang w:val="ru-RU"/>
              </w:rPr>
              <w:t>0%</w:t>
            </w:r>
            <w:r>
              <w:t>B</w:t>
            </w:r>
            <w:r w:rsidRPr="00332DB8">
              <w:rPr>
                <w:lang w:val="ru-RU"/>
              </w:rPr>
              <w:t>8%</w:t>
            </w:r>
            <w:r>
              <w:t>D</w:t>
            </w:r>
            <w:r w:rsidRPr="00332DB8">
              <w:rPr>
                <w:lang w:val="ru-RU"/>
              </w:rPr>
              <w:t>0%</w:t>
            </w:r>
            <w:r>
              <w:t>B</w:t>
            </w:r>
            <w:r w:rsidRPr="00332DB8">
              <w:rPr>
                <w:lang w:val="ru-RU"/>
              </w:rPr>
              <w:t>4%</w:t>
            </w:r>
            <w:r>
              <w:t>D</w:t>
            </w:r>
            <w:r w:rsidRPr="00332DB8">
              <w:rPr>
                <w:lang w:val="ru-RU"/>
              </w:rPr>
              <w:t>1%8</w:t>
            </w:r>
            <w:r>
              <w:t>B</w:t>
            </w:r>
            <w:r w:rsidRPr="00332DB8">
              <w:rPr>
                <w:lang w:val="ru-RU"/>
              </w:rPr>
              <w:t>+%</w:t>
            </w:r>
            <w:r>
              <w:t>D</w:t>
            </w:r>
            <w:r w:rsidRPr="00332DB8">
              <w:rPr>
                <w:lang w:val="ru-RU"/>
              </w:rPr>
              <w:t>0%</w:t>
            </w:r>
            <w:r>
              <w:t>A</w:t>
            </w:r>
            <w:r w:rsidRPr="00332DB8">
              <w:rPr>
                <w:lang w:val="ru-RU"/>
              </w:rPr>
              <w:t>5%</w:t>
            </w:r>
            <w:r>
              <w:t>D</w:t>
            </w:r>
            <w:r w:rsidRPr="00332DB8">
              <w:rPr>
                <w:lang w:val="ru-RU"/>
              </w:rPr>
              <w:t>0%</w:t>
            </w:r>
            <w:r>
              <w:t>BB</w:t>
            </w:r>
            <w:r w:rsidRPr="00332DB8">
              <w:rPr>
                <w:lang w:val="ru-RU"/>
              </w:rPr>
              <w:t>%</w:t>
            </w:r>
            <w:r>
              <w:t>D</w:t>
            </w:r>
            <w:r w:rsidRPr="00332DB8">
              <w:rPr>
                <w:lang w:val="ru-RU"/>
              </w:rPr>
              <w:t>0%</w:t>
            </w:r>
            <w:r>
              <w:t>B</w:t>
            </w:r>
            <w:r w:rsidRPr="00332DB8">
              <w:rPr>
                <w:lang w:val="ru-RU"/>
              </w:rPr>
              <w:t>5%</w:t>
            </w:r>
            <w:r>
              <w:t>D</w:t>
            </w:r>
            <w:r w:rsidRPr="00332DB8">
              <w:rPr>
                <w:lang w:val="ru-RU"/>
              </w:rPr>
              <w:t>0%</w:t>
            </w:r>
            <w:r>
              <w:t>B</w:t>
            </w:r>
            <w:r w:rsidRPr="00332DB8">
              <w:rPr>
                <w:lang w:val="ru-RU"/>
              </w:rPr>
              <w:t>1%</w:t>
            </w:r>
            <w:r>
              <w:t>D</w:t>
            </w:r>
            <w:r w:rsidRPr="00332DB8">
              <w:rPr>
                <w:lang w:val="ru-RU"/>
              </w:rPr>
              <w:t>1%83%</w:t>
            </w:r>
            <w:r>
              <w:t>D</w:t>
            </w:r>
            <w:r w:rsidRPr="00332DB8">
              <w:rPr>
                <w:lang w:val="ru-RU"/>
              </w:rPr>
              <w:t>1%88%</w:t>
            </w:r>
            <w:r>
              <w:t>D</w:t>
            </w:r>
            <w:r w:rsidRPr="00332DB8">
              <w:rPr>
                <w:lang w:val="ru-RU"/>
              </w:rPr>
              <w:t>0%</w:t>
            </w:r>
            <w:r>
              <w:t>B</w:t>
            </w:r>
            <w:r w:rsidRPr="00332DB8">
              <w:rPr>
                <w:lang w:val="ru-RU"/>
              </w:rPr>
              <w:t>5%</w:t>
            </w:r>
            <w:r>
              <w:t>D</w:t>
            </w:r>
            <w:r w:rsidRPr="00332DB8">
              <w:rPr>
                <w:lang w:val="ru-RU"/>
              </w:rPr>
              <w:t>0%</w:t>
            </w:r>
            <w:r>
              <w:t>BA</w:t>
            </w:r>
            <w:r w:rsidRPr="00332DB8">
              <w:rPr>
                <w:lang w:val="ru-RU"/>
              </w:rPr>
              <w:t>+%</w:t>
            </w:r>
            <w:r>
              <w:t>D</w:t>
            </w:r>
            <w:r w:rsidRPr="00332DB8">
              <w:rPr>
                <w:lang w:val="ru-RU"/>
              </w:rPr>
              <w:t>0%9</w:t>
            </w:r>
            <w:r>
              <w:t>D</w:t>
            </w:r>
            <w:r w:rsidRPr="00332DB8">
              <w:rPr>
                <w:lang w:val="ru-RU"/>
              </w:rPr>
              <w:t>%</w:t>
            </w:r>
            <w:r>
              <w:t>D</w:t>
            </w:r>
            <w:r w:rsidRPr="00332DB8">
              <w:rPr>
                <w:lang w:val="ru-RU"/>
              </w:rPr>
              <w:t>0%</w:t>
            </w:r>
            <w:r>
              <w:t>B</w:t>
            </w:r>
            <w:r w:rsidRPr="00332DB8">
              <w:rPr>
                <w:lang w:val="ru-RU"/>
              </w:rPr>
              <w:t>5+%</w:t>
            </w:r>
            <w:r>
              <w:t>D</w:t>
            </w:r>
            <w:r w:rsidRPr="00332DB8">
              <w:rPr>
                <w:lang w:val="ru-RU"/>
              </w:rPr>
              <w:t>0%</w:t>
            </w:r>
            <w:r>
              <w:t>A</w:t>
            </w:r>
            <w:r w:rsidRPr="00332DB8">
              <w:rPr>
                <w:lang w:val="ru-RU"/>
              </w:rPr>
              <w:t>1%</w:t>
            </w:r>
            <w:r>
              <w:t>D</w:t>
            </w:r>
            <w:r w:rsidRPr="00332DB8">
              <w:rPr>
                <w:lang w:val="ru-RU"/>
              </w:rPr>
              <w:t>0%</w:t>
            </w:r>
            <w:r>
              <w:t>B</w:t>
            </w:r>
            <w:r w:rsidRPr="00332DB8">
              <w:rPr>
                <w:lang w:val="ru-RU"/>
              </w:rPr>
              <w:t>5%</w:t>
            </w:r>
            <w:r>
              <w:t>D</w:t>
            </w:r>
            <w:r w:rsidRPr="00332DB8">
              <w:rPr>
                <w:lang w:val="ru-RU"/>
              </w:rPr>
              <w:t>1%8</w:t>
            </w:r>
            <w:r>
              <w:t>E</w:t>
            </w:r>
            <w:r w:rsidRPr="00332DB8">
              <w:rPr>
                <w:lang w:val="ru-RU"/>
              </w:rPr>
              <w:t>%</w:t>
            </w:r>
            <w:r>
              <w:t>D</w:t>
            </w:r>
            <w:r w:rsidRPr="00332DB8">
              <w:rPr>
                <w:lang w:val="ru-RU"/>
              </w:rPr>
              <w:t xml:space="preserve">1%82; </w:t>
            </w:r>
            <w:r>
              <w:t>http</w:t>
            </w:r>
            <w:r w:rsidRPr="00332DB8">
              <w:rPr>
                <w:lang w:val="ru-RU"/>
              </w:rPr>
              <w:t>://</w:t>
            </w:r>
            <w:r>
              <w:t>webkind</w:t>
            </w:r>
            <w:r w:rsidRPr="00332DB8">
              <w:rPr>
                <w:lang w:val="ru-RU"/>
              </w:rPr>
              <w:t>.</w:t>
            </w:r>
            <w:r>
              <w:t>ru</w:t>
            </w:r>
            <w:r w:rsidRPr="00332DB8">
              <w:rPr>
                <w:lang w:val="ru-RU"/>
              </w:rPr>
              <w:t>/</w:t>
            </w:r>
            <w:r>
              <w:t>text</w:t>
            </w:r>
            <w:r w:rsidRPr="00332DB8">
              <w:rPr>
                <w:lang w:val="ru-RU"/>
              </w:rPr>
              <w:t>/1291203_58341266</w:t>
            </w:r>
            <w:r>
              <w:t>p</w:t>
            </w:r>
            <w:r w:rsidRPr="00332DB8">
              <w:rPr>
                <w:lang w:val="ru-RU"/>
              </w:rPr>
              <w:t>17748296_</w:t>
            </w:r>
            <w:r>
              <w:t>text</w:t>
            </w:r>
            <w:r w:rsidRPr="00332DB8">
              <w:rPr>
                <w:lang w:val="ru-RU"/>
              </w:rPr>
              <w:t>_</w:t>
            </w:r>
            <w:r>
              <w:t>pesni</w:t>
            </w:r>
            <w:r w:rsidRPr="00332DB8">
              <w:rPr>
                <w:lang w:val="ru-RU"/>
              </w:rPr>
              <w:t>_</w:t>
            </w:r>
            <w:r>
              <w:t>zhidy</w:t>
            </w:r>
            <w:r w:rsidRPr="00332DB8">
              <w:rPr>
                <w:lang w:val="ru-RU"/>
              </w:rPr>
              <w:t>-</w:t>
            </w:r>
            <w:r>
              <w:t>hlebushka</w:t>
            </w:r>
            <w:r w:rsidRPr="00332DB8">
              <w:rPr>
                <w:lang w:val="ru-RU"/>
              </w:rPr>
              <w:t>-</w:t>
            </w:r>
            <w:r>
              <w:t>ne</w:t>
            </w:r>
            <w:r w:rsidRPr="00332DB8">
              <w:rPr>
                <w:lang w:val="ru-RU"/>
              </w:rPr>
              <w:t>-</w:t>
            </w:r>
            <w:r>
              <w:t>seyut</w:t>
            </w:r>
            <w:r w:rsidRPr="00332DB8">
              <w:rPr>
                <w:lang w:val="ru-RU"/>
              </w:rPr>
              <w:t>.</w:t>
            </w:r>
            <w:r>
              <w:t>html</w:t>
            </w:r>
            <w:r w:rsidRPr="00332DB8">
              <w:rPr>
                <w:lang w:val="ru-RU"/>
              </w:rPr>
              <w:t xml:space="preserve"> (решение Ново-Савиновского районного суда г. Казани от 13.04.2015);</w:t>
            </w:r>
          </w:p>
        </w:tc>
        <w:tc>
          <w:tcPr>
            <w:tcW w:w="2880" w:type="dxa"/>
          </w:tcPr>
          <w:p w:rsidR="006F7457" w:rsidRPr="00332DB8" w:rsidRDefault="006F7457">
            <w:pPr>
              <w:rPr>
                <w:lang w:val="ru-RU"/>
              </w:rPr>
            </w:pPr>
          </w:p>
        </w:tc>
      </w:tr>
      <w:tr w:rsidR="006F7457" w:rsidRPr="005A424D">
        <w:tc>
          <w:tcPr>
            <w:tcW w:w="2880" w:type="dxa"/>
          </w:tcPr>
          <w:p w:rsidR="006F7457" w:rsidRDefault="00332DB8">
            <w:r>
              <w:t>2877.</w:t>
            </w:r>
          </w:p>
        </w:tc>
        <w:tc>
          <w:tcPr>
            <w:tcW w:w="2880" w:type="dxa"/>
          </w:tcPr>
          <w:p w:rsidR="006F7457" w:rsidRPr="00332DB8" w:rsidRDefault="00332DB8">
            <w:pPr>
              <w:rPr>
                <w:lang w:val="ru-RU"/>
              </w:rPr>
            </w:pPr>
            <w:r w:rsidRPr="00332DB8">
              <w:rPr>
                <w:lang w:val="ru-RU"/>
              </w:rPr>
              <w:t xml:space="preserve">Интернет сайты </w:t>
            </w:r>
            <w:r>
              <w:t>http</w:t>
            </w:r>
            <w:r w:rsidRPr="00332DB8">
              <w:rPr>
                <w:lang w:val="ru-RU"/>
              </w:rPr>
              <w:t>://</w:t>
            </w:r>
            <w:r>
              <w:t>libes</w:t>
            </w:r>
            <w:r w:rsidRPr="00332DB8">
              <w:rPr>
                <w:lang w:val="ru-RU"/>
              </w:rPr>
              <w:t>.</w:t>
            </w:r>
            <w:r>
              <w:t>ru</w:t>
            </w:r>
            <w:r w:rsidRPr="00332DB8">
              <w:rPr>
                <w:lang w:val="ru-RU"/>
              </w:rPr>
              <w:t>/170567.</w:t>
            </w:r>
            <w:r>
              <w:t>read</w:t>
            </w:r>
            <w:r w:rsidRPr="00332DB8">
              <w:rPr>
                <w:lang w:val="ru-RU"/>
              </w:rPr>
              <w:t xml:space="preserve">; </w:t>
            </w:r>
            <w:r>
              <w:t>http</w:t>
            </w:r>
            <w:r w:rsidRPr="00332DB8">
              <w:rPr>
                <w:lang w:val="ru-RU"/>
              </w:rPr>
              <w:t>://</w:t>
            </w:r>
            <w:r>
              <w:t>www</w:t>
            </w:r>
            <w:r w:rsidRPr="00332DB8">
              <w:rPr>
                <w:lang w:val="ru-RU"/>
              </w:rPr>
              <w:t>.</w:t>
            </w:r>
            <w:r>
              <w:t>libros</w:t>
            </w:r>
            <w:r w:rsidRPr="00332DB8">
              <w:rPr>
                <w:lang w:val="ru-RU"/>
              </w:rPr>
              <w:t>.</w:t>
            </w:r>
            <w:r>
              <w:t>am</w:t>
            </w:r>
            <w:r w:rsidRPr="00332DB8">
              <w:rPr>
                <w:lang w:val="ru-RU"/>
              </w:rPr>
              <w:t>/</w:t>
            </w:r>
            <w:r>
              <w:t>book</w:t>
            </w:r>
            <w:r w:rsidRPr="00332DB8">
              <w:rPr>
                <w:lang w:val="ru-RU"/>
              </w:rPr>
              <w:t>/</w:t>
            </w:r>
            <w:r>
              <w:t>read</w:t>
            </w:r>
            <w:r w:rsidRPr="00332DB8">
              <w:rPr>
                <w:lang w:val="ru-RU"/>
              </w:rPr>
              <w:t>/</w:t>
            </w:r>
            <w:r>
              <w:t>id</w:t>
            </w:r>
            <w:r w:rsidRPr="00332DB8">
              <w:rPr>
                <w:lang w:val="ru-RU"/>
              </w:rPr>
              <w:t>/130482/</w:t>
            </w:r>
            <w:r>
              <w:t>slug</w:t>
            </w:r>
            <w:r w:rsidRPr="00332DB8">
              <w:rPr>
                <w:lang w:val="ru-RU"/>
              </w:rPr>
              <w:t>/</w:t>
            </w:r>
            <w:r>
              <w:t>moya</w:t>
            </w:r>
            <w:r w:rsidRPr="00332DB8">
              <w:rPr>
                <w:lang w:val="ru-RU"/>
              </w:rPr>
              <w:t>-</w:t>
            </w:r>
            <w:r>
              <w:t>borba</w:t>
            </w:r>
            <w:r w:rsidRPr="00332DB8">
              <w:rPr>
                <w:lang w:val="ru-RU"/>
              </w:rPr>
              <w:t xml:space="preserve">; </w:t>
            </w:r>
            <w:r>
              <w:t>http</w:t>
            </w:r>
            <w:r w:rsidRPr="00332DB8">
              <w:rPr>
                <w:lang w:val="ru-RU"/>
              </w:rPr>
              <w:t>://</w:t>
            </w:r>
            <w:r>
              <w:t>lib</w:t>
            </w:r>
            <w:r w:rsidRPr="00332DB8">
              <w:rPr>
                <w:lang w:val="ru-RU"/>
              </w:rPr>
              <w:t>.</w:t>
            </w:r>
            <w:r>
              <w:t>co</w:t>
            </w:r>
            <w:r w:rsidRPr="00332DB8">
              <w:rPr>
                <w:lang w:val="ru-RU"/>
              </w:rPr>
              <w:t>.</w:t>
            </w:r>
            <w:r>
              <w:t>ua</w:t>
            </w:r>
            <w:r w:rsidRPr="00332DB8">
              <w:rPr>
                <w:lang w:val="ru-RU"/>
              </w:rPr>
              <w:t>/</w:t>
            </w:r>
            <w:r>
              <w:t>politic</w:t>
            </w:r>
            <w:r w:rsidRPr="00332DB8">
              <w:rPr>
                <w:lang w:val="ru-RU"/>
              </w:rPr>
              <w:t>/</w:t>
            </w:r>
            <w:r>
              <w:t>gitleradolf</w:t>
            </w:r>
            <w:r w:rsidRPr="00332DB8">
              <w:rPr>
                <w:lang w:val="ru-RU"/>
              </w:rPr>
              <w:t>/</w:t>
            </w:r>
            <w:r>
              <w:t>mojaborba</w:t>
            </w:r>
            <w:r w:rsidRPr="00332DB8">
              <w:rPr>
                <w:lang w:val="ru-RU"/>
              </w:rPr>
              <w:t>.</w:t>
            </w:r>
            <w:r>
              <w:t>jsp</w:t>
            </w:r>
            <w:r w:rsidRPr="00332DB8">
              <w:rPr>
                <w:lang w:val="ru-RU"/>
              </w:rPr>
              <w:t xml:space="preserve"> (решение Ново-Савиновского районного суда г. Казани от 13.04.2015);</w:t>
            </w:r>
          </w:p>
        </w:tc>
        <w:tc>
          <w:tcPr>
            <w:tcW w:w="2880" w:type="dxa"/>
          </w:tcPr>
          <w:p w:rsidR="006F7457" w:rsidRPr="00332DB8" w:rsidRDefault="006F7457">
            <w:pPr>
              <w:rPr>
                <w:lang w:val="ru-RU"/>
              </w:rPr>
            </w:pPr>
          </w:p>
        </w:tc>
      </w:tr>
      <w:tr w:rsidR="006F7457" w:rsidRPr="005A424D">
        <w:tc>
          <w:tcPr>
            <w:tcW w:w="2880" w:type="dxa"/>
          </w:tcPr>
          <w:p w:rsidR="006F7457" w:rsidRDefault="00332DB8">
            <w:r>
              <w:t>2878.</w:t>
            </w:r>
          </w:p>
        </w:tc>
        <w:tc>
          <w:tcPr>
            <w:tcW w:w="2880" w:type="dxa"/>
          </w:tcPr>
          <w:p w:rsidR="006F7457" w:rsidRPr="00332DB8" w:rsidRDefault="00332DB8">
            <w:pPr>
              <w:rPr>
                <w:lang w:val="ru-RU"/>
              </w:rPr>
            </w:pPr>
            <w:r w:rsidRPr="00332DB8">
              <w:rPr>
                <w:lang w:val="ru-RU"/>
              </w:rPr>
              <w:t xml:space="preserve">Интернет сайт </w:t>
            </w:r>
            <w:r>
              <w:t>http</w:t>
            </w:r>
            <w:r w:rsidRPr="00332DB8">
              <w:rPr>
                <w:lang w:val="ru-RU"/>
              </w:rPr>
              <w:t>://</w:t>
            </w:r>
            <w:r>
              <w:t>mp</w:t>
            </w:r>
            <w:r w:rsidRPr="00332DB8">
              <w:rPr>
                <w:lang w:val="ru-RU"/>
              </w:rPr>
              <w:t>3-4-</w:t>
            </w:r>
            <w:r>
              <w:t>all</w:t>
            </w:r>
            <w:r w:rsidRPr="00332DB8">
              <w:rPr>
                <w:lang w:val="ru-RU"/>
              </w:rPr>
              <w:t>.</w:t>
            </w:r>
            <w:r>
              <w:t>ru</w:t>
            </w:r>
            <w:r w:rsidRPr="00332DB8">
              <w:rPr>
                <w:lang w:val="ru-RU"/>
              </w:rPr>
              <w:t>/</w:t>
            </w:r>
            <w:r>
              <w:t>id</w:t>
            </w:r>
            <w:r w:rsidRPr="00332DB8">
              <w:rPr>
                <w:lang w:val="ru-RU"/>
              </w:rPr>
              <w:t>-</w:t>
            </w:r>
            <w:r>
              <w:t>files</w:t>
            </w:r>
            <w:r w:rsidRPr="00332DB8">
              <w:rPr>
                <w:lang w:val="ru-RU"/>
              </w:rPr>
              <w:t>/%</w:t>
            </w:r>
            <w:r>
              <w:t>D</w:t>
            </w:r>
            <w:r w:rsidRPr="00332DB8">
              <w:rPr>
                <w:lang w:val="ru-RU"/>
              </w:rPr>
              <w:t>0%9</w:t>
            </w:r>
            <w:r>
              <w:t>A</w:t>
            </w:r>
            <w:r w:rsidRPr="00332DB8">
              <w:rPr>
                <w:lang w:val="ru-RU"/>
              </w:rPr>
              <w:t>%</w:t>
            </w:r>
            <w:r>
              <w:t>D</w:t>
            </w:r>
            <w:r w:rsidRPr="00332DB8">
              <w:rPr>
                <w:lang w:val="ru-RU"/>
              </w:rPr>
              <w:t>0%</w:t>
            </w:r>
            <w:r>
              <w:t>BE</w:t>
            </w:r>
            <w:r w:rsidRPr="00332DB8">
              <w:rPr>
                <w:lang w:val="ru-RU"/>
              </w:rPr>
              <w:t>%</w:t>
            </w:r>
            <w:r>
              <w:t>D</w:t>
            </w:r>
            <w:r w:rsidRPr="00332DB8">
              <w:rPr>
                <w:lang w:val="ru-RU"/>
              </w:rPr>
              <w:t>0%</w:t>
            </w:r>
            <w:r>
              <w:t>BB</w:t>
            </w:r>
            <w:r w:rsidRPr="00332DB8">
              <w:rPr>
                <w:lang w:val="ru-RU"/>
              </w:rPr>
              <w:t>%</w:t>
            </w:r>
            <w:r>
              <w:t>D</w:t>
            </w:r>
            <w:r w:rsidRPr="00332DB8">
              <w:rPr>
                <w:lang w:val="ru-RU"/>
              </w:rPr>
              <w:t>0%</w:t>
            </w:r>
            <w:r>
              <w:t>BE</w:t>
            </w:r>
            <w:r w:rsidRPr="00332DB8">
              <w:rPr>
                <w:lang w:val="ru-RU"/>
              </w:rPr>
              <w:t>%</w:t>
            </w:r>
            <w:r>
              <w:t>D</w:t>
            </w:r>
            <w:r w:rsidRPr="00332DB8">
              <w:rPr>
                <w:lang w:val="ru-RU"/>
              </w:rPr>
              <w:t>0%</w:t>
            </w:r>
            <w:r>
              <w:t>B</w:t>
            </w:r>
            <w:r w:rsidRPr="00332DB8">
              <w:rPr>
                <w:lang w:val="ru-RU"/>
              </w:rPr>
              <w:t>2%</w:t>
            </w:r>
            <w:r>
              <w:t>D</w:t>
            </w:r>
            <w:r w:rsidRPr="00332DB8">
              <w:rPr>
                <w:lang w:val="ru-RU"/>
              </w:rPr>
              <w:t>1 %80%</w:t>
            </w:r>
            <w:r>
              <w:t>D</w:t>
            </w:r>
            <w:r w:rsidRPr="00332DB8">
              <w:rPr>
                <w:lang w:val="ru-RU"/>
              </w:rPr>
              <w:t>0%</w:t>
            </w:r>
            <w:r>
              <w:t>B</w:t>
            </w:r>
            <w:r w:rsidRPr="00332DB8">
              <w:rPr>
                <w:lang w:val="ru-RU"/>
              </w:rPr>
              <w:t>0%</w:t>
            </w:r>
            <w:r>
              <w:t>D</w:t>
            </w:r>
            <w:r w:rsidRPr="00332DB8">
              <w:rPr>
                <w:lang w:val="ru-RU"/>
              </w:rPr>
              <w:t>1%82-%</w:t>
            </w:r>
            <w:r>
              <w:t>D</w:t>
            </w:r>
            <w:r w:rsidRPr="00332DB8">
              <w:rPr>
                <w:lang w:val="ru-RU"/>
              </w:rPr>
              <w:t>0%9</w:t>
            </w:r>
            <w:r>
              <w:t>D</w:t>
            </w:r>
            <w:r w:rsidRPr="00332DB8">
              <w:rPr>
                <w:lang w:val="ru-RU"/>
              </w:rPr>
              <w:t>%</w:t>
            </w:r>
            <w:r>
              <w:t>D</w:t>
            </w:r>
            <w:r w:rsidRPr="00332DB8">
              <w:rPr>
                <w:lang w:val="ru-RU"/>
              </w:rPr>
              <w:t>0%</w:t>
            </w:r>
            <w:r>
              <w:t>B</w:t>
            </w:r>
            <w:r w:rsidRPr="00332DB8">
              <w:rPr>
                <w:lang w:val="ru-RU"/>
              </w:rPr>
              <w:t>5%20%</w:t>
            </w:r>
            <w:r>
              <w:t>D</w:t>
            </w:r>
            <w:r w:rsidRPr="00332DB8">
              <w:rPr>
                <w:lang w:val="ru-RU"/>
              </w:rPr>
              <w:t>0%</w:t>
            </w:r>
            <w:r>
              <w:t>BF</w:t>
            </w:r>
            <w:r w:rsidRPr="00332DB8">
              <w:rPr>
                <w:lang w:val="ru-RU"/>
              </w:rPr>
              <w:t>%</w:t>
            </w:r>
            <w:r>
              <w:t>D</w:t>
            </w:r>
            <w:r w:rsidRPr="00332DB8">
              <w:rPr>
                <w:lang w:val="ru-RU"/>
              </w:rPr>
              <w:t>0%</w:t>
            </w:r>
            <w:r>
              <w:t>BE</w:t>
            </w:r>
            <w:r w:rsidRPr="00332DB8">
              <w:rPr>
                <w:lang w:val="ru-RU"/>
              </w:rPr>
              <w:t>%</w:t>
            </w:r>
            <w:r>
              <w:t>D</w:t>
            </w:r>
            <w:r w:rsidRPr="00332DB8">
              <w:rPr>
                <w:lang w:val="ru-RU"/>
              </w:rPr>
              <w:t>0%</w:t>
            </w:r>
            <w:r>
              <w:t>BA</w:t>
            </w:r>
            <w:r w:rsidRPr="00332DB8">
              <w:rPr>
                <w:lang w:val="ru-RU"/>
              </w:rPr>
              <w:t>%</w:t>
            </w:r>
            <w:r>
              <w:t>D</w:t>
            </w:r>
            <w:r w:rsidRPr="00332DB8">
              <w:rPr>
                <w:lang w:val="ru-RU"/>
              </w:rPr>
              <w:t>1%83%</w:t>
            </w:r>
            <w:r>
              <w:t>D</w:t>
            </w:r>
            <w:r w:rsidRPr="00332DB8">
              <w:rPr>
                <w:lang w:val="ru-RU"/>
              </w:rPr>
              <w:t>0%</w:t>
            </w:r>
            <w:r>
              <w:t>BF</w:t>
            </w:r>
            <w:r w:rsidRPr="00332DB8">
              <w:rPr>
                <w:lang w:val="ru-RU"/>
              </w:rPr>
              <w:t>%</w:t>
            </w:r>
            <w:r>
              <w:t>D</w:t>
            </w:r>
            <w:r w:rsidRPr="00332DB8">
              <w:rPr>
                <w:lang w:val="ru-RU"/>
              </w:rPr>
              <w:t>0%</w:t>
            </w:r>
            <w:r>
              <w:t>B</w:t>
            </w:r>
            <w:r w:rsidRPr="00332DB8">
              <w:rPr>
                <w:lang w:val="ru-RU"/>
              </w:rPr>
              <w:t>0%</w:t>
            </w:r>
            <w:r>
              <w:t>D</w:t>
            </w:r>
            <w:r w:rsidRPr="00332DB8">
              <w:rPr>
                <w:lang w:val="ru-RU"/>
              </w:rPr>
              <w:t>0%</w:t>
            </w:r>
            <w:r>
              <w:t>B</w:t>
            </w:r>
            <w:r w:rsidRPr="00332DB8">
              <w:rPr>
                <w:lang w:val="ru-RU"/>
              </w:rPr>
              <w:t>9%20%</w:t>
            </w:r>
            <w:r>
              <w:t>D</w:t>
            </w:r>
            <w:r w:rsidRPr="00332DB8">
              <w:rPr>
                <w:lang w:val="ru-RU"/>
              </w:rPr>
              <w:t>1%83%20%</w:t>
            </w:r>
            <w:r>
              <w:t>D</w:t>
            </w:r>
            <w:r w:rsidRPr="00332DB8">
              <w:rPr>
                <w:lang w:val="ru-RU"/>
              </w:rPr>
              <w:t>1%87%</w:t>
            </w:r>
            <w:r>
              <w:t>D</w:t>
            </w:r>
            <w:r w:rsidRPr="00332DB8">
              <w:rPr>
                <w:lang w:val="ru-RU"/>
              </w:rPr>
              <w:t>1%83%</w:t>
            </w:r>
            <w:r>
              <w:t>D</w:t>
            </w:r>
            <w:r w:rsidRPr="00332DB8">
              <w:rPr>
                <w:lang w:val="ru-RU"/>
              </w:rPr>
              <w:t>1%80%</w:t>
            </w:r>
            <w:r>
              <w:t>D</w:t>
            </w:r>
            <w:r w:rsidRPr="00332DB8">
              <w:rPr>
                <w:lang w:val="ru-RU"/>
              </w:rPr>
              <w:t>0%</w:t>
            </w:r>
            <w:r>
              <w:t>BE</w:t>
            </w:r>
            <w:r w:rsidRPr="00332DB8">
              <w:rPr>
                <w:lang w:val="ru-RU"/>
              </w:rPr>
              <w:t xml:space="preserve"> %</w:t>
            </w:r>
            <w:r>
              <w:t>D</w:t>
            </w:r>
            <w:r w:rsidRPr="00332DB8">
              <w:rPr>
                <w:lang w:val="ru-RU"/>
              </w:rPr>
              <w:t>0%</w:t>
            </w:r>
            <w:r>
              <w:t>BA</w:t>
            </w:r>
            <w:r w:rsidRPr="00332DB8">
              <w:rPr>
                <w:lang w:val="ru-RU"/>
              </w:rPr>
              <w:t>/ (решение Ново-Савиновского районного суда г. Казани от 13.04.2015);</w:t>
            </w:r>
          </w:p>
        </w:tc>
        <w:tc>
          <w:tcPr>
            <w:tcW w:w="2880" w:type="dxa"/>
          </w:tcPr>
          <w:p w:rsidR="006F7457" w:rsidRPr="00332DB8" w:rsidRDefault="006F7457">
            <w:pPr>
              <w:rPr>
                <w:lang w:val="ru-RU"/>
              </w:rPr>
            </w:pPr>
          </w:p>
        </w:tc>
      </w:tr>
      <w:tr w:rsidR="006F7457" w:rsidRPr="005A424D">
        <w:tc>
          <w:tcPr>
            <w:tcW w:w="2880" w:type="dxa"/>
          </w:tcPr>
          <w:p w:rsidR="006F7457" w:rsidRDefault="00332DB8">
            <w:r>
              <w:t>2879.</w:t>
            </w:r>
          </w:p>
        </w:tc>
        <w:tc>
          <w:tcPr>
            <w:tcW w:w="2880" w:type="dxa"/>
          </w:tcPr>
          <w:p w:rsidR="006F7457" w:rsidRPr="00332DB8" w:rsidRDefault="00332DB8">
            <w:pPr>
              <w:rPr>
                <w:lang w:val="ru-RU"/>
              </w:rPr>
            </w:pPr>
            <w:r w:rsidRPr="00332DB8">
              <w:rPr>
                <w:lang w:val="ru-RU"/>
              </w:rPr>
              <w:t xml:space="preserve">Интернет сайты </w:t>
            </w:r>
            <w:r>
              <w:t>http</w:t>
            </w:r>
            <w:r w:rsidRPr="00332DB8">
              <w:rPr>
                <w:lang w:val="ru-RU"/>
              </w:rPr>
              <w:t>://</w:t>
            </w:r>
            <w:r>
              <w:t>spaces</w:t>
            </w:r>
            <w:r w:rsidRPr="00332DB8">
              <w:rPr>
                <w:lang w:val="ru-RU"/>
              </w:rPr>
              <w:t>.</w:t>
            </w:r>
            <w:r>
              <w:t>ru</w:t>
            </w:r>
            <w:r w:rsidRPr="00332DB8">
              <w:rPr>
                <w:lang w:val="ru-RU"/>
              </w:rPr>
              <w:t>/</w:t>
            </w:r>
            <w:r>
              <w:t>musicat</w:t>
            </w:r>
            <w:r w:rsidRPr="00332DB8">
              <w:rPr>
                <w:lang w:val="ru-RU"/>
              </w:rPr>
              <w:t>/?</w:t>
            </w:r>
            <w:r>
              <w:t>r</w:t>
            </w:r>
            <w:r w:rsidRPr="00332DB8">
              <w:rPr>
                <w:lang w:val="ru-RU"/>
              </w:rPr>
              <w:t>=</w:t>
            </w:r>
            <w:r>
              <w:t>track</w:t>
            </w:r>
            <w:r w:rsidRPr="00332DB8">
              <w:rPr>
                <w:lang w:val="ru-RU"/>
              </w:rPr>
              <w:t>/</w:t>
            </w:r>
            <w:r>
              <w:t>view</w:t>
            </w:r>
            <w:r w:rsidRPr="00332DB8">
              <w:rPr>
                <w:lang w:val="ru-RU"/>
              </w:rPr>
              <w:t>&amp;</w:t>
            </w:r>
            <w:r>
              <w:t>Tr</w:t>
            </w:r>
            <w:r w:rsidRPr="00332DB8">
              <w:rPr>
                <w:lang w:val="ru-RU"/>
              </w:rPr>
              <w:t>=1539374&amp;</w:t>
            </w:r>
            <w:r>
              <w:t>link</w:t>
            </w:r>
            <w:r w:rsidRPr="00332DB8">
              <w:rPr>
                <w:lang w:val="ru-RU"/>
              </w:rPr>
              <w:t>_</w:t>
            </w:r>
            <w:r>
              <w:t>id</w:t>
            </w:r>
            <w:r w:rsidRPr="00332DB8">
              <w:rPr>
                <w:lang w:val="ru-RU"/>
              </w:rPr>
              <w:t>=650085&amp;</w:t>
            </w:r>
            <w:r>
              <w:t>sid</w:t>
            </w:r>
            <w:r w:rsidRPr="00332DB8">
              <w:rPr>
                <w:lang w:val="ru-RU"/>
              </w:rPr>
              <w:t xml:space="preserve">=7078741892583076; </w:t>
            </w:r>
            <w:r>
              <w:t>http</w:t>
            </w:r>
            <w:r w:rsidRPr="00332DB8">
              <w:rPr>
                <w:lang w:val="ru-RU"/>
              </w:rPr>
              <w:t>://</w:t>
            </w:r>
            <w:r>
              <w:t>musicov</w:t>
            </w:r>
            <w:r w:rsidRPr="00332DB8">
              <w:rPr>
                <w:lang w:val="ru-RU"/>
              </w:rPr>
              <w:t>.</w:t>
            </w:r>
            <w:r>
              <w:t>net</w:t>
            </w:r>
            <w:r w:rsidRPr="00332DB8">
              <w:rPr>
                <w:lang w:val="ru-RU"/>
              </w:rPr>
              <w:t>/?</w:t>
            </w:r>
            <w:r>
              <w:t>song</w:t>
            </w:r>
            <w:r w:rsidRPr="00332DB8">
              <w:rPr>
                <w:lang w:val="ru-RU"/>
              </w:rPr>
              <w:t>=%</w:t>
            </w:r>
            <w:r>
              <w:t>C</w:t>
            </w:r>
            <w:r w:rsidRPr="00332DB8">
              <w:rPr>
                <w:lang w:val="ru-RU"/>
              </w:rPr>
              <w:t>1%</w:t>
            </w:r>
            <w:r>
              <w:t>E</w:t>
            </w:r>
            <w:r w:rsidRPr="00332DB8">
              <w:rPr>
                <w:lang w:val="ru-RU"/>
              </w:rPr>
              <w:t>5%</w:t>
            </w:r>
            <w:r>
              <w:t>E</w:t>
            </w:r>
            <w:r w:rsidRPr="00332DB8">
              <w:rPr>
                <w:lang w:val="ru-RU"/>
              </w:rPr>
              <w:t>7%</w:t>
            </w:r>
            <w:r>
              <w:t>F</w:t>
            </w:r>
            <w:r w:rsidRPr="00332DB8">
              <w:rPr>
                <w:lang w:val="ru-RU"/>
              </w:rPr>
              <w:t>3%</w:t>
            </w:r>
            <w:r>
              <w:t>EC</w:t>
            </w:r>
            <w:r w:rsidRPr="00332DB8">
              <w:rPr>
                <w:lang w:val="ru-RU"/>
              </w:rPr>
              <w:t>%</w:t>
            </w:r>
            <w:r>
              <w:t>ED</w:t>
            </w:r>
            <w:r w:rsidRPr="00332DB8">
              <w:rPr>
                <w:lang w:val="ru-RU"/>
              </w:rPr>
              <w:t>%</w:t>
            </w:r>
            <w:r>
              <w:t>FB</w:t>
            </w:r>
            <w:r w:rsidRPr="00332DB8">
              <w:rPr>
                <w:lang w:val="ru-RU"/>
              </w:rPr>
              <w:t>%</w:t>
            </w:r>
            <w:r>
              <w:t>E</w:t>
            </w:r>
            <w:r w:rsidRPr="00332DB8">
              <w:rPr>
                <w:lang w:val="ru-RU"/>
              </w:rPr>
              <w:t>5+%</w:t>
            </w:r>
            <w:r>
              <w:t>D</w:t>
            </w:r>
            <w:r w:rsidRPr="00332DB8">
              <w:rPr>
                <w:lang w:val="ru-RU"/>
              </w:rPr>
              <w:t>3%</w:t>
            </w:r>
            <w:r>
              <w:t>F</w:t>
            </w:r>
            <w:r w:rsidRPr="00332DB8">
              <w:rPr>
                <w:lang w:val="ru-RU"/>
              </w:rPr>
              <w:t xml:space="preserve">1% </w:t>
            </w:r>
            <w:r>
              <w:t>E</w:t>
            </w:r>
            <w:r w:rsidRPr="00332DB8">
              <w:rPr>
                <w:lang w:val="ru-RU"/>
              </w:rPr>
              <w:t>8%</w:t>
            </w:r>
            <w:r>
              <w:t>EB</w:t>
            </w:r>
            <w:r w:rsidRPr="00332DB8">
              <w:rPr>
                <w:lang w:val="ru-RU"/>
              </w:rPr>
              <w:t>%</w:t>
            </w:r>
            <w:r>
              <w:t>E</w:t>
            </w:r>
            <w:r w:rsidRPr="00332DB8">
              <w:rPr>
                <w:lang w:val="ru-RU"/>
              </w:rPr>
              <w:t>8%</w:t>
            </w:r>
            <w:r>
              <w:t>FF</w:t>
            </w:r>
            <w:r w:rsidRPr="00332DB8">
              <w:rPr>
                <w:lang w:val="ru-RU"/>
              </w:rPr>
              <w:t xml:space="preserve">; </w:t>
            </w:r>
            <w:r>
              <w:t>http</w:t>
            </w:r>
            <w:r w:rsidRPr="00332DB8">
              <w:rPr>
                <w:lang w:val="ru-RU"/>
              </w:rPr>
              <w:t>://</w:t>
            </w:r>
            <w:r>
              <w:t>zpleer</w:t>
            </w:r>
            <w:r w:rsidRPr="00332DB8">
              <w:rPr>
                <w:lang w:val="ru-RU"/>
              </w:rPr>
              <w:t>.</w:t>
            </w:r>
            <w:r>
              <w:t>ru</w:t>
            </w:r>
            <w:r w:rsidRPr="00332DB8">
              <w:rPr>
                <w:lang w:val="ru-RU"/>
              </w:rPr>
              <w:t>/?</w:t>
            </w:r>
            <w:r>
              <w:t>s</w:t>
            </w:r>
            <w:r w:rsidRPr="00332DB8">
              <w:rPr>
                <w:lang w:val="ru-RU"/>
              </w:rPr>
              <w:t>=%</w:t>
            </w:r>
            <w:r>
              <w:t>D</w:t>
            </w:r>
            <w:r w:rsidRPr="00332DB8">
              <w:rPr>
                <w:lang w:val="ru-RU"/>
              </w:rPr>
              <w:t>0%91%</w:t>
            </w:r>
            <w:r>
              <w:t>D</w:t>
            </w:r>
            <w:r w:rsidRPr="00332DB8">
              <w:rPr>
                <w:lang w:val="ru-RU"/>
              </w:rPr>
              <w:t>0%</w:t>
            </w:r>
            <w:r>
              <w:t>B</w:t>
            </w:r>
            <w:r w:rsidRPr="00332DB8">
              <w:rPr>
                <w:lang w:val="ru-RU"/>
              </w:rPr>
              <w:t>5%</w:t>
            </w:r>
            <w:r>
              <w:t>D</w:t>
            </w:r>
            <w:r w:rsidRPr="00332DB8">
              <w:rPr>
                <w:lang w:val="ru-RU"/>
              </w:rPr>
              <w:t>0%</w:t>
            </w:r>
            <w:r>
              <w:t>B</w:t>
            </w:r>
            <w:r w:rsidRPr="00332DB8">
              <w:rPr>
                <w:lang w:val="ru-RU"/>
              </w:rPr>
              <w:t>7%</w:t>
            </w:r>
            <w:r>
              <w:t>D</w:t>
            </w:r>
            <w:r w:rsidRPr="00332DB8">
              <w:rPr>
                <w:lang w:val="ru-RU"/>
              </w:rPr>
              <w:t>1%83%</w:t>
            </w:r>
            <w:r>
              <w:t>D</w:t>
            </w:r>
            <w:r w:rsidRPr="00332DB8">
              <w:rPr>
                <w:lang w:val="ru-RU"/>
              </w:rPr>
              <w:t>0%</w:t>
            </w:r>
            <w:r>
              <w:t>BC</w:t>
            </w:r>
            <w:r w:rsidRPr="00332DB8">
              <w:rPr>
                <w:lang w:val="ru-RU"/>
              </w:rPr>
              <w:t>%</w:t>
            </w:r>
            <w:r>
              <w:t>D</w:t>
            </w:r>
            <w:r w:rsidRPr="00332DB8">
              <w:rPr>
                <w:lang w:val="ru-RU"/>
              </w:rPr>
              <w:t>0%</w:t>
            </w:r>
            <w:r>
              <w:t>BD</w:t>
            </w:r>
            <w:r w:rsidRPr="00332DB8">
              <w:rPr>
                <w:lang w:val="ru-RU"/>
              </w:rPr>
              <w:t>%</w:t>
            </w:r>
            <w:r>
              <w:t>D</w:t>
            </w:r>
            <w:r w:rsidRPr="00332DB8">
              <w:rPr>
                <w:lang w:val="ru-RU"/>
              </w:rPr>
              <w:t>1%8</w:t>
            </w:r>
            <w:r>
              <w:t>B</w:t>
            </w:r>
            <w:r w:rsidRPr="00332DB8">
              <w:rPr>
                <w:lang w:val="ru-RU"/>
              </w:rPr>
              <w:t>%</w:t>
            </w:r>
            <w:r>
              <w:t>D</w:t>
            </w:r>
            <w:r w:rsidRPr="00332DB8">
              <w:rPr>
                <w:lang w:val="ru-RU"/>
              </w:rPr>
              <w:t>0%</w:t>
            </w:r>
            <w:r>
              <w:t>B</w:t>
            </w:r>
            <w:r w:rsidRPr="00332DB8">
              <w:rPr>
                <w:lang w:val="ru-RU"/>
              </w:rPr>
              <w:t>5+%</w:t>
            </w:r>
            <w:r>
              <w:t>D</w:t>
            </w:r>
            <w:r w:rsidRPr="00332DB8">
              <w:rPr>
                <w:lang w:val="ru-RU"/>
              </w:rPr>
              <w:t>0%</w:t>
            </w:r>
            <w:r>
              <w:t>A</w:t>
            </w:r>
            <w:r w:rsidRPr="00332DB8">
              <w:rPr>
                <w:lang w:val="ru-RU"/>
              </w:rPr>
              <w:t>3%</w:t>
            </w:r>
            <w:r>
              <w:t>D</w:t>
            </w:r>
            <w:r w:rsidRPr="00332DB8">
              <w:rPr>
                <w:lang w:val="ru-RU"/>
              </w:rPr>
              <w:t>1%81%</w:t>
            </w:r>
            <w:r>
              <w:t>D</w:t>
            </w:r>
            <w:r w:rsidRPr="00332DB8">
              <w:rPr>
                <w:lang w:val="ru-RU"/>
              </w:rPr>
              <w:t>0%</w:t>
            </w:r>
            <w:r>
              <w:t>B</w:t>
            </w:r>
            <w:r w:rsidRPr="00332DB8">
              <w:rPr>
                <w:lang w:val="ru-RU"/>
              </w:rPr>
              <w:t>8%</w:t>
            </w:r>
            <w:r>
              <w:t>D</w:t>
            </w:r>
            <w:r w:rsidRPr="00332DB8">
              <w:rPr>
                <w:lang w:val="ru-RU"/>
              </w:rPr>
              <w:t>0%</w:t>
            </w:r>
            <w:r>
              <w:t>BB</w:t>
            </w:r>
            <w:r w:rsidRPr="00332DB8">
              <w:rPr>
                <w:lang w:val="ru-RU"/>
              </w:rPr>
              <w:t>%</w:t>
            </w:r>
            <w:r>
              <w:t>D</w:t>
            </w:r>
            <w:r w:rsidRPr="00332DB8">
              <w:rPr>
                <w:lang w:val="ru-RU"/>
              </w:rPr>
              <w:t>0%</w:t>
            </w:r>
            <w:r>
              <w:t>B</w:t>
            </w:r>
            <w:r w:rsidRPr="00332DB8">
              <w:rPr>
                <w:lang w:val="ru-RU"/>
              </w:rPr>
              <w:t>8%</w:t>
            </w:r>
            <w:r>
              <w:t>D</w:t>
            </w:r>
            <w:r w:rsidRPr="00332DB8">
              <w:rPr>
                <w:lang w:val="ru-RU"/>
              </w:rPr>
              <w:t>1%8</w:t>
            </w:r>
            <w:r>
              <w:t>F</w:t>
            </w:r>
            <w:r w:rsidRPr="00332DB8">
              <w:rPr>
                <w:lang w:val="ru-RU"/>
              </w:rPr>
              <w:t xml:space="preserve"> (решение Ново-Савиновского районного суда г. Казани от 13.04.2015);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2880.</w:t>
            </w:r>
          </w:p>
        </w:tc>
        <w:tc>
          <w:tcPr>
            <w:tcW w:w="2880" w:type="dxa"/>
          </w:tcPr>
          <w:p w:rsidR="006F7457" w:rsidRPr="00332DB8" w:rsidRDefault="00332DB8">
            <w:pPr>
              <w:rPr>
                <w:lang w:val="ru-RU"/>
              </w:rPr>
            </w:pPr>
            <w:r w:rsidRPr="00332DB8">
              <w:rPr>
                <w:lang w:val="ru-RU"/>
              </w:rPr>
              <w:t>Видеоматериал «Абу Умар Саситлинский - Про Шиитов и Алавитов (из лекции-вместе мы сила)», продолжительностью 7 минут 14 секунд, размещенный на интернет-</w:t>
            </w:r>
            <w:r>
              <w:t>c</w:t>
            </w:r>
            <w:r w:rsidRPr="00332DB8">
              <w:rPr>
                <w:lang w:val="ru-RU"/>
              </w:rPr>
              <w:t xml:space="preserve">айтах: -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nTEHUwkmGI</w:t>
            </w:r>
            <w:r w:rsidRPr="00332DB8">
              <w:rPr>
                <w:lang w:val="ru-RU"/>
              </w:rPr>
              <w:t xml:space="preserve">8 -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234167848_170985675; - </w:t>
            </w:r>
            <w:r>
              <w:t>http</w:t>
            </w:r>
            <w:r w:rsidRPr="00332DB8">
              <w:rPr>
                <w:lang w:val="ru-RU"/>
              </w:rPr>
              <w:t>://</w:t>
            </w:r>
            <w:r>
              <w:t>tubethe</w:t>
            </w:r>
            <w:r w:rsidRPr="00332DB8">
              <w:rPr>
                <w:lang w:val="ru-RU"/>
              </w:rPr>
              <w:t>.</w:t>
            </w:r>
            <w:r>
              <w:t>com</w:t>
            </w:r>
            <w:r w:rsidRPr="00332DB8">
              <w:rPr>
                <w:lang w:val="ru-RU"/>
              </w:rPr>
              <w:t>/</w:t>
            </w:r>
            <w:r>
              <w:t>watch</w:t>
            </w:r>
            <w:r w:rsidRPr="00332DB8">
              <w:rPr>
                <w:lang w:val="ru-RU"/>
              </w:rPr>
              <w:t>/</w:t>
            </w:r>
            <w:r>
              <w:t>nTEHUwkmGI</w:t>
            </w:r>
            <w:r w:rsidRPr="00332DB8">
              <w:rPr>
                <w:lang w:val="ru-RU"/>
              </w:rPr>
              <w:t>8/</w:t>
            </w:r>
            <w:r>
              <w:t>abu</w:t>
            </w:r>
            <w:r w:rsidRPr="00332DB8">
              <w:rPr>
                <w:lang w:val="ru-RU"/>
              </w:rPr>
              <w:t>-</w:t>
            </w:r>
            <w:r>
              <w:t>umar</w:t>
            </w:r>
            <w:r w:rsidRPr="00332DB8">
              <w:rPr>
                <w:lang w:val="ru-RU"/>
              </w:rPr>
              <w:t>-</w:t>
            </w:r>
            <w:r>
              <w:t>sasitlinskijj</w:t>
            </w:r>
            <w:r w:rsidRPr="00332DB8">
              <w:rPr>
                <w:lang w:val="ru-RU"/>
              </w:rPr>
              <w:t>-</w:t>
            </w:r>
            <w:r>
              <w:t>pro</w:t>
            </w:r>
            <w:r w:rsidRPr="00332DB8">
              <w:rPr>
                <w:lang w:val="ru-RU"/>
              </w:rPr>
              <w:t>-</w:t>
            </w:r>
            <w:r>
              <w:t>shiitov</w:t>
            </w:r>
            <w:r w:rsidRPr="00332DB8">
              <w:rPr>
                <w:lang w:val="ru-RU"/>
              </w:rPr>
              <w:t xml:space="preserve"> -</w:t>
            </w:r>
            <w:r>
              <w:t>i</w:t>
            </w:r>
            <w:r w:rsidRPr="00332DB8">
              <w:rPr>
                <w:lang w:val="ru-RU"/>
              </w:rPr>
              <w:t>-</w:t>
            </w:r>
            <w:r>
              <w:t>alavitov</w:t>
            </w:r>
            <w:r w:rsidRPr="00332DB8">
              <w:rPr>
                <w:lang w:val="ru-RU"/>
              </w:rPr>
              <w:t>-</w:t>
            </w:r>
            <w:r>
              <w:t>iz</w:t>
            </w:r>
            <w:r w:rsidRPr="00332DB8">
              <w:rPr>
                <w:lang w:val="ru-RU"/>
              </w:rPr>
              <w:t>-</w:t>
            </w:r>
            <w:r>
              <w:t>lekciivmeste</w:t>
            </w:r>
            <w:r w:rsidRPr="00332DB8">
              <w:rPr>
                <w:lang w:val="ru-RU"/>
              </w:rPr>
              <w:t>-</w:t>
            </w:r>
            <w:r>
              <w:t>my</w:t>
            </w:r>
            <w:r w:rsidRPr="00332DB8">
              <w:rPr>
                <w:lang w:val="ru-RU"/>
              </w:rPr>
              <w:t>-</w:t>
            </w:r>
            <w:r>
              <w:t>sila</w:t>
            </w:r>
            <w:r w:rsidRPr="00332DB8">
              <w:rPr>
                <w:lang w:val="ru-RU"/>
              </w:rPr>
              <w:t>.</w:t>
            </w:r>
            <w:r>
              <w:t>html</w:t>
            </w:r>
            <w:r w:rsidRPr="00332DB8">
              <w:rPr>
                <w:lang w:val="ru-RU"/>
              </w:rPr>
              <w:t xml:space="preserve">; - </w:t>
            </w:r>
            <w:r>
              <w:t>http</w:t>
            </w:r>
            <w:r w:rsidRPr="00332DB8">
              <w:rPr>
                <w:lang w:val="ru-RU"/>
              </w:rPr>
              <w:t>://</w:t>
            </w:r>
            <w:r>
              <w:t>santiye</w:t>
            </w:r>
            <w:r w:rsidRPr="00332DB8">
              <w:rPr>
                <w:lang w:val="ru-RU"/>
              </w:rPr>
              <w:t>.</w:t>
            </w:r>
            <w:r>
              <w:t>tv</w:t>
            </w:r>
            <w:r w:rsidRPr="00332DB8">
              <w:rPr>
                <w:lang w:val="ru-RU"/>
              </w:rPr>
              <w:t>/</w:t>
            </w:r>
            <w:r>
              <w:t>play</w:t>
            </w:r>
            <w:r w:rsidRPr="00332DB8">
              <w:rPr>
                <w:lang w:val="ru-RU"/>
              </w:rPr>
              <w:t>/</w:t>
            </w:r>
            <w:r>
              <w:t>nTEHUwkmGI</w:t>
            </w:r>
            <w:r w:rsidRPr="00332DB8">
              <w:rPr>
                <w:lang w:val="ru-RU"/>
              </w:rPr>
              <w:t>8/____________.</w:t>
            </w:r>
            <w:r>
              <w:t>html</w:t>
            </w:r>
            <w:r w:rsidRPr="00332DB8">
              <w:rPr>
                <w:lang w:val="ru-RU"/>
              </w:rPr>
              <w:t xml:space="preserve">; - </w:t>
            </w:r>
            <w:r>
              <w:t>http</w:t>
            </w:r>
            <w:r w:rsidRPr="00332DB8">
              <w:rPr>
                <w:lang w:val="ru-RU"/>
              </w:rPr>
              <w:t>://</w:t>
            </w:r>
            <w:r>
              <w:t>vidoz</w:t>
            </w:r>
            <w:r w:rsidRPr="00332DB8">
              <w:rPr>
                <w:lang w:val="ru-RU"/>
              </w:rPr>
              <w:t>.</w:t>
            </w:r>
            <w:r>
              <w:t>pp</w:t>
            </w:r>
            <w:r w:rsidRPr="00332DB8">
              <w:rPr>
                <w:lang w:val="ru-RU"/>
              </w:rPr>
              <w:t>.</w:t>
            </w:r>
            <w:r>
              <w:t>ua</w:t>
            </w:r>
            <w:r w:rsidRPr="00332DB8">
              <w:rPr>
                <w:lang w:val="ru-RU"/>
              </w:rPr>
              <w:t>/</w:t>
            </w:r>
            <w:r>
              <w:t>video</w:t>
            </w:r>
            <w:r w:rsidRPr="00332DB8">
              <w:rPr>
                <w:lang w:val="ru-RU"/>
              </w:rPr>
              <w:t>/0</w:t>
            </w:r>
            <w:r>
              <w:t>eRUf</w:t>
            </w:r>
            <w:r w:rsidRPr="00332DB8">
              <w:rPr>
                <w:lang w:val="ru-RU"/>
              </w:rPr>
              <w:t>9</w:t>
            </w:r>
            <w:r>
              <w:t>xzTVL</w:t>
            </w:r>
            <w:r w:rsidRPr="00332DB8">
              <w:rPr>
                <w:lang w:val="ru-RU"/>
              </w:rPr>
              <w:t>.</w:t>
            </w:r>
            <w:r>
              <w:t>html</w:t>
            </w:r>
            <w:r w:rsidRPr="00332DB8">
              <w:rPr>
                <w:lang w:val="ru-RU"/>
              </w:rPr>
              <w:t xml:space="preserve"> (решение Тракторозаводского районного суда г. Волгограда от 20.04.2015);</w:t>
            </w:r>
          </w:p>
        </w:tc>
        <w:tc>
          <w:tcPr>
            <w:tcW w:w="2880" w:type="dxa"/>
          </w:tcPr>
          <w:p w:rsidR="006F7457" w:rsidRPr="00332DB8" w:rsidRDefault="006F7457">
            <w:pPr>
              <w:rPr>
                <w:lang w:val="ru-RU"/>
              </w:rPr>
            </w:pPr>
          </w:p>
        </w:tc>
      </w:tr>
      <w:tr w:rsidR="006F7457" w:rsidRPr="005A424D">
        <w:tc>
          <w:tcPr>
            <w:tcW w:w="2880" w:type="dxa"/>
          </w:tcPr>
          <w:p w:rsidR="006F7457" w:rsidRDefault="00332DB8">
            <w:r>
              <w:t>2881.</w:t>
            </w:r>
          </w:p>
        </w:tc>
        <w:tc>
          <w:tcPr>
            <w:tcW w:w="2880" w:type="dxa"/>
          </w:tcPr>
          <w:p w:rsidR="006F7457" w:rsidRPr="00332DB8" w:rsidRDefault="00332DB8">
            <w:pPr>
              <w:rPr>
                <w:lang w:val="ru-RU"/>
              </w:rPr>
            </w:pPr>
            <w:r w:rsidRPr="00332DB8">
              <w:rPr>
                <w:lang w:val="ru-RU"/>
              </w:rPr>
              <w:t xml:space="preserve">Материалы – видеофайл «Поддержка мусульман Нижневартовска пророка Аллаха», расположенный в сети Интернет на сайте </w:t>
            </w:r>
            <w:r>
              <w:t>www</w:t>
            </w:r>
            <w:r w:rsidRPr="00332DB8">
              <w:rPr>
                <w:lang w:val="ru-RU"/>
              </w:rPr>
              <w:t>.</w:t>
            </w:r>
            <w:r>
              <w:t>youtube</w:t>
            </w:r>
            <w:r w:rsidRPr="00332DB8">
              <w:rPr>
                <w:lang w:val="ru-RU"/>
              </w:rPr>
              <w:t>.</w:t>
            </w:r>
            <w:r>
              <w:t>com</w:t>
            </w:r>
            <w:r w:rsidRPr="00332DB8">
              <w:rPr>
                <w:lang w:val="ru-RU"/>
              </w:rPr>
              <w:t xml:space="preserve"> (решение Нижневартовского городского суда Ханты-Мансийского автономного округа – Югры от 22.04.2015);</w:t>
            </w:r>
          </w:p>
        </w:tc>
        <w:tc>
          <w:tcPr>
            <w:tcW w:w="2880" w:type="dxa"/>
          </w:tcPr>
          <w:p w:rsidR="006F7457" w:rsidRPr="00332DB8" w:rsidRDefault="006F7457">
            <w:pPr>
              <w:rPr>
                <w:lang w:val="ru-RU"/>
              </w:rPr>
            </w:pPr>
          </w:p>
        </w:tc>
      </w:tr>
      <w:tr w:rsidR="006F7457" w:rsidRPr="005A424D">
        <w:tc>
          <w:tcPr>
            <w:tcW w:w="2880" w:type="dxa"/>
          </w:tcPr>
          <w:p w:rsidR="006F7457" w:rsidRDefault="00332DB8">
            <w:r>
              <w:t>2882.</w:t>
            </w:r>
          </w:p>
        </w:tc>
        <w:tc>
          <w:tcPr>
            <w:tcW w:w="2880" w:type="dxa"/>
          </w:tcPr>
          <w:p w:rsidR="006F7457" w:rsidRPr="00332DB8" w:rsidRDefault="00332DB8">
            <w:pPr>
              <w:rPr>
                <w:lang w:val="ru-RU"/>
              </w:rPr>
            </w:pPr>
            <w:r>
              <w:t>C</w:t>
            </w:r>
            <w:r w:rsidRPr="00332DB8">
              <w:rPr>
                <w:lang w:val="ru-RU"/>
              </w:rPr>
              <w:t>тихотворение «Взорви вагон вечерним рейсом…» (решение Йошкар-Олинского городского суда Республики Марий Эл от 20.04.2015);</w:t>
            </w:r>
          </w:p>
        </w:tc>
        <w:tc>
          <w:tcPr>
            <w:tcW w:w="2880" w:type="dxa"/>
          </w:tcPr>
          <w:p w:rsidR="006F7457" w:rsidRPr="00332DB8" w:rsidRDefault="006F7457">
            <w:pPr>
              <w:rPr>
                <w:lang w:val="ru-RU"/>
              </w:rPr>
            </w:pPr>
          </w:p>
        </w:tc>
      </w:tr>
      <w:tr w:rsidR="006F7457" w:rsidRPr="005A424D">
        <w:tc>
          <w:tcPr>
            <w:tcW w:w="2880" w:type="dxa"/>
          </w:tcPr>
          <w:p w:rsidR="006F7457" w:rsidRDefault="00332DB8">
            <w:r>
              <w:t>2883.</w:t>
            </w:r>
          </w:p>
        </w:tc>
        <w:tc>
          <w:tcPr>
            <w:tcW w:w="2880" w:type="dxa"/>
          </w:tcPr>
          <w:p w:rsidR="006F7457" w:rsidRPr="00332DB8" w:rsidRDefault="00332DB8">
            <w:pPr>
              <w:rPr>
                <w:lang w:val="ru-RU"/>
              </w:rPr>
            </w:pPr>
            <w:r w:rsidRPr="00332DB8">
              <w:rPr>
                <w:lang w:val="ru-RU"/>
              </w:rPr>
              <w:t xml:space="preserve">Видеоролик под названием «Формат 18 - Владимирский централ…», размещенный в сети Интернет на странице пользователя сайта «В контакте» </w:t>
            </w:r>
            <w:r>
              <w:t>vk</w:t>
            </w:r>
            <w:r w:rsidRPr="00332DB8">
              <w:rPr>
                <w:lang w:val="ru-RU"/>
              </w:rPr>
              <w:t>.</w:t>
            </w:r>
            <w:r>
              <w:t>com</w:t>
            </w:r>
            <w:r w:rsidRPr="00332DB8">
              <w:rPr>
                <w:lang w:val="ru-RU"/>
              </w:rPr>
              <w:t>/</w:t>
            </w:r>
            <w:r>
              <w:t>id</w:t>
            </w:r>
            <w:r w:rsidRPr="00332DB8">
              <w:rPr>
                <w:lang w:val="ru-RU"/>
              </w:rPr>
              <w:t>252681838 (Евгений Андреевич) (решение Южно-Сахалинского городского суда Сахалинской области от 27.03.2015);</w:t>
            </w:r>
          </w:p>
        </w:tc>
        <w:tc>
          <w:tcPr>
            <w:tcW w:w="2880" w:type="dxa"/>
          </w:tcPr>
          <w:p w:rsidR="006F7457" w:rsidRPr="00332DB8" w:rsidRDefault="006F7457">
            <w:pPr>
              <w:rPr>
                <w:lang w:val="ru-RU"/>
              </w:rPr>
            </w:pPr>
          </w:p>
        </w:tc>
      </w:tr>
      <w:tr w:rsidR="006F7457" w:rsidRPr="005A424D">
        <w:tc>
          <w:tcPr>
            <w:tcW w:w="2880" w:type="dxa"/>
          </w:tcPr>
          <w:p w:rsidR="006F7457" w:rsidRDefault="00332DB8">
            <w:r>
              <w:t>2884.</w:t>
            </w:r>
          </w:p>
        </w:tc>
        <w:tc>
          <w:tcPr>
            <w:tcW w:w="2880" w:type="dxa"/>
          </w:tcPr>
          <w:p w:rsidR="006F7457" w:rsidRPr="00332DB8" w:rsidRDefault="00332DB8">
            <w:pPr>
              <w:rPr>
                <w:lang w:val="ru-RU"/>
              </w:rPr>
            </w:pPr>
            <w:r w:rsidRPr="00332DB8">
              <w:rPr>
                <w:lang w:val="ru-RU"/>
              </w:rPr>
              <w:t>Видеоролик «14 88» (решение Северного районного суда г. Орла от 23.04.2015);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2885.</w:t>
            </w:r>
          </w:p>
        </w:tc>
        <w:tc>
          <w:tcPr>
            <w:tcW w:w="2880" w:type="dxa"/>
          </w:tcPr>
          <w:p w:rsidR="006F7457" w:rsidRPr="00332DB8" w:rsidRDefault="00332DB8">
            <w:pPr>
              <w:rPr>
                <w:lang w:val="ru-RU"/>
              </w:rPr>
            </w:pPr>
            <w:r w:rsidRPr="00332DB8">
              <w:rPr>
                <w:lang w:val="ru-RU"/>
              </w:rPr>
              <w:t xml:space="preserve">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w:t>
            </w:r>
            <w:r>
              <w:t>http</w:t>
            </w:r>
            <w:r w:rsidRPr="00332DB8">
              <w:rPr>
                <w:lang w:val="ru-RU"/>
              </w:rPr>
              <w:t>://</w:t>
            </w:r>
            <w:r>
              <w:t>vkcom</w:t>
            </w:r>
            <w:r w:rsidRPr="00332DB8">
              <w:rPr>
                <w:lang w:val="ru-RU"/>
              </w:rPr>
              <w:t>.</w:t>
            </w:r>
            <w:r>
              <w:t>ru</w:t>
            </w:r>
            <w:r w:rsidRPr="00332DB8">
              <w:rPr>
                <w:lang w:val="ru-RU"/>
              </w:rPr>
              <w:t>/</w:t>
            </w:r>
            <w:r>
              <w:t>id</w:t>
            </w:r>
            <w:r w:rsidRPr="00332DB8">
              <w:rPr>
                <w:lang w:val="ru-RU"/>
              </w:rPr>
              <w:t>144064070 (решение Промышленного районного суда г. Курска от 31.03.2015);</w:t>
            </w:r>
          </w:p>
        </w:tc>
        <w:tc>
          <w:tcPr>
            <w:tcW w:w="2880" w:type="dxa"/>
          </w:tcPr>
          <w:p w:rsidR="006F7457" w:rsidRPr="00332DB8" w:rsidRDefault="006F7457">
            <w:pPr>
              <w:rPr>
                <w:lang w:val="ru-RU"/>
              </w:rPr>
            </w:pPr>
          </w:p>
        </w:tc>
      </w:tr>
      <w:tr w:rsidR="006F7457" w:rsidRPr="005A424D">
        <w:tc>
          <w:tcPr>
            <w:tcW w:w="2880" w:type="dxa"/>
          </w:tcPr>
          <w:p w:rsidR="006F7457" w:rsidRDefault="00332DB8">
            <w:r>
              <w:t>2886.</w:t>
            </w:r>
          </w:p>
        </w:tc>
        <w:tc>
          <w:tcPr>
            <w:tcW w:w="2880" w:type="dxa"/>
          </w:tcPr>
          <w:p w:rsidR="006F7457" w:rsidRPr="00332DB8" w:rsidRDefault="00332DB8">
            <w:pPr>
              <w:rPr>
                <w:lang w:val="ru-RU"/>
              </w:rPr>
            </w:pPr>
            <w:r w:rsidRPr="00332DB8">
              <w:rPr>
                <w:lang w:val="ru-RU"/>
              </w:rPr>
              <w:t>Видеоматериал, содержащийся в видеоролике с названием «</w:t>
            </w:r>
            <w:r>
              <w:t>YA</w:t>
            </w:r>
            <w:r w:rsidRPr="00332DB8">
              <w:rPr>
                <w:lang w:val="ru-RU"/>
              </w:rPr>
              <w:t>-</w:t>
            </w:r>
            <w:r>
              <w:t>Russkij</w:t>
            </w:r>
            <w:r w:rsidRPr="00332DB8">
              <w:rPr>
                <w:lang w:val="ru-RU"/>
              </w:rPr>
              <w:t>.</w:t>
            </w:r>
            <w:r>
              <w:t>flv</w:t>
            </w:r>
            <w:r w:rsidRPr="00332DB8">
              <w:rPr>
                <w:lang w:val="ru-RU"/>
              </w:rPr>
              <w:t xml:space="preserve">», размещенный на интернет - ресурсе (сайте) </w:t>
            </w:r>
            <w:r>
              <w:t>http</w:t>
            </w:r>
            <w:r w:rsidRPr="00332DB8">
              <w:rPr>
                <w:lang w:val="ru-RU"/>
              </w:rPr>
              <w:t>://</w:t>
            </w:r>
            <w:r>
              <w:t>vk</w:t>
            </w:r>
            <w:r w:rsidRPr="00332DB8">
              <w:rPr>
                <w:lang w:val="ru-RU"/>
              </w:rPr>
              <w:t>.</w:t>
            </w:r>
            <w:r>
              <w:t>com</w:t>
            </w:r>
            <w:r w:rsidRPr="00332DB8">
              <w:rPr>
                <w:lang w:val="ru-RU"/>
              </w:rPr>
              <w:t>/</w:t>
            </w:r>
            <w:r>
              <w:t>den</w:t>
            </w:r>
            <w:r w:rsidRPr="00332DB8">
              <w:rPr>
                <w:lang w:val="ru-RU"/>
              </w:rPr>
              <w:t xml:space="preserve"> </w:t>
            </w:r>
            <w:r>
              <w:t>patriot</w:t>
            </w:r>
            <w:r w:rsidRPr="00332DB8">
              <w:rPr>
                <w:lang w:val="ru-RU"/>
              </w:rPr>
              <w:t xml:space="preserve"> (решение Гуковского городского суда Ростовской области от 27.04.2015);</w:t>
            </w:r>
          </w:p>
        </w:tc>
        <w:tc>
          <w:tcPr>
            <w:tcW w:w="2880" w:type="dxa"/>
          </w:tcPr>
          <w:p w:rsidR="006F7457" w:rsidRPr="00332DB8" w:rsidRDefault="006F7457">
            <w:pPr>
              <w:rPr>
                <w:lang w:val="ru-RU"/>
              </w:rPr>
            </w:pPr>
          </w:p>
        </w:tc>
      </w:tr>
      <w:tr w:rsidR="006F7457" w:rsidRPr="005A424D">
        <w:tc>
          <w:tcPr>
            <w:tcW w:w="2880" w:type="dxa"/>
          </w:tcPr>
          <w:p w:rsidR="006F7457" w:rsidRDefault="00332DB8">
            <w:r>
              <w:t>2887.</w:t>
            </w:r>
          </w:p>
        </w:tc>
        <w:tc>
          <w:tcPr>
            <w:tcW w:w="2880" w:type="dxa"/>
          </w:tcPr>
          <w:p w:rsidR="006F7457" w:rsidRPr="00332DB8" w:rsidRDefault="00332DB8">
            <w:pPr>
              <w:rPr>
                <w:lang w:val="ru-RU"/>
              </w:rPr>
            </w:pPr>
            <w:r w:rsidRPr="00332DB8">
              <w:rPr>
                <w:lang w:val="ru-RU"/>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2880" w:type="dxa"/>
          </w:tcPr>
          <w:p w:rsidR="006F7457" w:rsidRPr="00332DB8" w:rsidRDefault="006F7457">
            <w:pPr>
              <w:rPr>
                <w:lang w:val="ru-RU"/>
              </w:rPr>
            </w:pPr>
          </w:p>
        </w:tc>
      </w:tr>
      <w:tr w:rsidR="006F7457" w:rsidRPr="005A424D">
        <w:tc>
          <w:tcPr>
            <w:tcW w:w="2880" w:type="dxa"/>
          </w:tcPr>
          <w:p w:rsidR="006F7457" w:rsidRDefault="00332DB8">
            <w:r>
              <w:t>2888.</w:t>
            </w:r>
          </w:p>
        </w:tc>
        <w:tc>
          <w:tcPr>
            <w:tcW w:w="2880" w:type="dxa"/>
          </w:tcPr>
          <w:p w:rsidR="006F7457" w:rsidRPr="00332DB8" w:rsidRDefault="00332DB8">
            <w:pPr>
              <w:rPr>
                <w:lang w:val="ru-RU"/>
              </w:rPr>
            </w:pPr>
            <w:r w:rsidRPr="00332DB8">
              <w:rPr>
                <w:lang w:val="ru-RU"/>
              </w:rPr>
              <w:t xml:space="preserve">-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w:t>
            </w:r>
            <w:r>
              <w:t>http</w:t>
            </w:r>
            <w:r w:rsidRPr="00332DB8">
              <w:rPr>
                <w:lang w:val="ru-RU"/>
              </w:rPr>
              <w:t xml:space="preserve"> ://</w:t>
            </w:r>
            <w:r>
              <w:t>vk</w:t>
            </w:r>
            <w:r w:rsidRPr="00332DB8">
              <w:rPr>
                <w:lang w:val="ru-RU"/>
              </w:rPr>
              <w:t>.</w:t>
            </w:r>
            <w:r>
              <w:t>coin</w:t>
            </w:r>
            <w:r w:rsidRPr="00332DB8">
              <w:rPr>
                <w:lang w:val="ru-RU"/>
              </w:rPr>
              <w:t xml:space="preserve">/ </w:t>
            </w:r>
            <w:r>
              <w:t>atakaws</w:t>
            </w:r>
            <w:r w:rsidRPr="00332DB8">
              <w:rPr>
                <w:lang w:val="ru-RU"/>
              </w:rPr>
              <w:t xml:space="preserve">;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w:t>
            </w:r>
            <w:r>
              <w:t>http</w:t>
            </w:r>
            <w:r w:rsidRPr="00332DB8">
              <w:rPr>
                <w:lang w:val="ru-RU"/>
              </w:rPr>
              <w:t>://</w:t>
            </w:r>
            <w:r>
              <w:t>vk</w:t>
            </w:r>
            <w:r w:rsidRPr="00332DB8">
              <w:rPr>
                <w:lang w:val="ru-RU"/>
              </w:rPr>
              <w:t>.</w:t>
            </w:r>
            <w:r>
              <w:t>com</w:t>
            </w:r>
            <w:r w:rsidRPr="00332DB8">
              <w:rPr>
                <w:lang w:val="ru-RU"/>
              </w:rPr>
              <w:t>/</w:t>
            </w:r>
            <w:r>
              <w:t>atakaws</w:t>
            </w:r>
            <w:r w:rsidRPr="00332DB8">
              <w:rPr>
                <w:lang w:val="ru-RU"/>
              </w:rPr>
              <w:t xml:space="preserve">;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w:t>
            </w:r>
            <w:r>
              <w:t>http</w:t>
            </w:r>
            <w:r w:rsidRPr="00332DB8">
              <w:rPr>
                <w:lang w:val="ru-RU"/>
              </w:rPr>
              <w:t>://</w:t>
            </w:r>
            <w:r>
              <w:t>vk</w:t>
            </w:r>
            <w:r w:rsidRPr="00332DB8">
              <w:rPr>
                <w:lang w:val="ru-RU"/>
              </w:rPr>
              <w:t>.</w:t>
            </w:r>
            <w:r>
              <w:t>com</w:t>
            </w:r>
            <w:r w:rsidRPr="00332DB8">
              <w:rPr>
                <w:lang w:val="ru-RU"/>
              </w:rPr>
              <w:t>/</w:t>
            </w:r>
            <w:r>
              <w:t>atakaws</w:t>
            </w:r>
            <w:r w:rsidRPr="00332DB8">
              <w:rPr>
                <w:lang w:val="ru-RU"/>
              </w:rPr>
              <w:t xml:space="preserve">;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w:t>
            </w:r>
            <w:r>
              <w:t>http</w:t>
            </w:r>
            <w:r w:rsidRPr="00332DB8">
              <w:rPr>
                <w:lang w:val="ru-RU"/>
              </w:rPr>
              <w:t>://</w:t>
            </w:r>
            <w:r>
              <w:t>vk</w:t>
            </w:r>
            <w:r w:rsidRPr="00332DB8">
              <w:rPr>
                <w:lang w:val="ru-RU"/>
              </w:rPr>
              <w:t>.</w:t>
            </w:r>
            <w:r>
              <w:t>com</w:t>
            </w:r>
            <w:r w:rsidRPr="00332DB8">
              <w:rPr>
                <w:lang w:val="ru-RU"/>
              </w:rPr>
              <w:t>/</w:t>
            </w:r>
            <w:r>
              <w:t>atakaws</w:t>
            </w:r>
            <w:r w:rsidRPr="00332DB8">
              <w:rPr>
                <w:lang w:val="ru-RU"/>
              </w:rPr>
              <w:t xml:space="preserve">;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w:t>
            </w:r>
            <w:r w:rsidRPr="00332DB8">
              <w:rPr>
                <w:lang w:val="ru-RU"/>
              </w:rPr>
              <w:lastRenderedPageBreak/>
              <w:t xml:space="preserve">сетевому адресу: </w:t>
            </w:r>
            <w:r>
              <w:t>http</w:t>
            </w:r>
            <w:r w:rsidRPr="00332DB8">
              <w:rPr>
                <w:lang w:val="ru-RU"/>
              </w:rPr>
              <w:t>://</w:t>
            </w:r>
            <w:r>
              <w:t>vk</w:t>
            </w:r>
            <w:r w:rsidRPr="00332DB8">
              <w:rPr>
                <w:lang w:val="ru-RU"/>
              </w:rPr>
              <w:t>.</w:t>
            </w:r>
            <w:r>
              <w:t>com</w:t>
            </w:r>
            <w:r w:rsidRPr="00332DB8">
              <w:rPr>
                <w:lang w:val="ru-RU"/>
              </w:rPr>
              <w:t>/</w:t>
            </w:r>
            <w:r>
              <w:t>atakaws</w:t>
            </w:r>
            <w:r w:rsidRPr="00332DB8">
              <w:rPr>
                <w:lang w:val="ru-RU"/>
              </w:rPr>
              <w:t xml:space="preserve"> (решение Басманного районного суда города Москвы от 13.03.2015);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2889.</w:t>
            </w:r>
          </w:p>
        </w:tc>
        <w:tc>
          <w:tcPr>
            <w:tcW w:w="2880" w:type="dxa"/>
          </w:tcPr>
          <w:p w:rsidR="006F7457" w:rsidRPr="00332DB8" w:rsidRDefault="00332DB8">
            <w:pPr>
              <w:rPr>
                <w:lang w:val="ru-RU"/>
              </w:rPr>
            </w:pPr>
            <w:r w:rsidRPr="00332DB8">
              <w:rPr>
                <w:lang w:val="ru-RU"/>
              </w:rPr>
              <w:t>Графические файлы, размещенные на сайте «</w:t>
            </w:r>
            <w:r>
              <w:t>https</w:t>
            </w:r>
            <w:r w:rsidRPr="00332DB8">
              <w:rPr>
                <w:lang w:val="ru-RU"/>
              </w:rPr>
              <w:t>://</w:t>
            </w:r>
            <w:r>
              <w:t>vk</w:t>
            </w:r>
            <w:r w:rsidRPr="00332DB8">
              <w:rPr>
                <w:lang w:val="ru-RU"/>
              </w:rPr>
              <w:t>.</w:t>
            </w:r>
            <w:r>
              <w:t>com</w:t>
            </w:r>
            <w:r w:rsidRPr="00332DB8">
              <w:rPr>
                <w:lang w:val="ru-RU"/>
              </w:rPr>
              <w:t>./</w:t>
            </w:r>
            <w:r>
              <w:t>blaginanton</w:t>
            </w:r>
            <w:r w:rsidRPr="00332DB8">
              <w:rPr>
                <w:lang w:val="ru-RU"/>
              </w:rPr>
              <w:t>»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2880" w:type="dxa"/>
          </w:tcPr>
          <w:p w:rsidR="006F7457" w:rsidRPr="00332DB8" w:rsidRDefault="006F7457">
            <w:pPr>
              <w:rPr>
                <w:lang w:val="ru-RU"/>
              </w:rPr>
            </w:pPr>
          </w:p>
        </w:tc>
      </w:tr>
      <w:tr w:rsidR="006F7457" w:rsidRPr="005A424D">
        <w:tc>
          <w:tcPr>
            <w:tcW w:w="2880" w:type="dxa"/>
          </w:tcPr>
          <w:p w:rsidR="006F7457" w:rsidRDefault="00332DB8">
            <w:r>
              <w:t>2890.</w:t>
            </w:r>
          </w:p>
        </w:tc>
        <w:tc>
          <w:tcPr>
            <w:tcW w:w="2880" w:type="dxa"/>
          </w:tcPr>
          <w:p w:rsidR="006F7457" w:rsidRPr="00332DB8" w:rsidRDefault="00332DB8">
            <w:pPr>
              <w:rPr>
                <w:lang w:val="ru-RU"/>
              </w:rPr>
            </w:pPr>
            <w:r w:rsidRPr="00332DB8">
              <w:rPr>
                <w:lang w:val="ru-RU"/>
              </w:rPr>
              <w:t xml:space="preserve">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w:t>
            </w:r>
            <w:r>
              <w:t>http</w:t>
            </w:r>
            <w:r w:rsidRPr="00332DB8">
              <w:rPr>
                <w:lang w:val="ru-RU"/>
              </w:rPr>
              <w:t>://</w:t>
            </w:r>
            <w:r>
              <w:t>vkcom</w:t>
            </w:r>
            <w:r w:rsidRPr="00332DB8">
              <w:rPr>
                <w:lang w:val="ru-RU"/>
              </w:rPr>
              <w:t>.</w:t>
            </w:r>
            <w:r>
              <w:t>ru</w:t>
            </w:r>
            <w:r w:rsidRPr="00332DB8">
              <w:rPr>
                <w:lang w:val="ru-RU"/>
              </w:rPr>
              <w:t>/</w:t>
            </w:r>
            <w:r>
              <w:t>id</w:t>
            </w:r>
            <w:r w:rsidRPr="00332DB8">
              <w:rPr>
                <w:lang w:val="ru-RU"/>
              </w:rPr>
              <w:t>1 51175-739 (решение Промышленного районного суда г. Курска от 16.04.2015);</w:t>
            </w:r>
          </w:p>
        </w:tc>
        <w:tc>
          <w:tcPr>
            <w:tcW w:w="2880" w:type="dxa"/>
          </w:tcPr>
          <w:p w:rsidR="006F7457" w:rsidRPr="00332DB8" w:rsidRDefault="006F7457">
            <w:pPr>
              <w:rPr>
                <w:lang w:val="ru-RU"/>
              </w:rPr>
            </w:pPr>
          </w:p>
        </w:tc>
      </w:tr>
      <w:tr w:rsidR="006F7457" w:rsidRPr="005A424D">
        <w:tc>
          <w:tcPr>
            <w:tcW w:w="2880" w:type="dxa"/>
          </w:tcPr>
          <w:p w:rsidR="006F7457" w:rsidRDefault="00332DB8">
            <w:r>
              <w:t>2891.</w:t>
            </w:r>
          </w:p>
        </w:tc>
        <w:tc>
          <w:tcPr>
            <w:tcW w:w="2880" w:type="dxa"/>
          </w:tcPr>
          <w:p w:rsidR="006F7457" w:rsidRPr="00332DB8" w:rsidRDefault="00332DB8">
            <w:pPr>
              <w:rPr>
                <w:lang w:val="ru-RU"/>
              </w:rPr>
            </w:pPr>
            <w:r w:rsidRPr="00332DB8">
              <w:rPr>
                <w:lang w:val="ru-RU"/>
              </w:rPr>
              <w:t>Видеофайлы «</w:t>
            </w:r>
            <w:r>
              <w:t>NS</w:t>
            </w:r>
            <w:r w:rsidRPr="00332DB8">
              <w:rPr>
                <w:lang w:val="ru-RU"/>
              </w:rPr>
              <w:t>-</w:t>
            </w:r>
            <w:r>
              <w:t>WP</w:t>
            </w:r>
            <w:r w:rsidRPr="00332DB8">
              <w:rPr>
                <w:lang w:val="ru-RU"/>
              </w:rPr>
              <w:t xml:space="preserve"> </w:t>
            </w:r>
            <w:r>
              <w:t>v</w:t>
            </w:r>
            <w:r w:rsidRPr="00332DB8">
              <w:rPr>
                <w:lang w:val="ru-RU"/>
              </w:rPr>
              <w:t xml:space="preserve"> </w:t>
            </w:r>
            <w:r>
              <w:t>doroge</w:t>
            </w:r>
            <w:r w:rsidRPr="00332DB8">
              <w:rPr>
                <w:lang w:val="ru-RU"/>
              </w:rPr>
              <w:t>..360.</w:t>
            </w:r>
            <w:r>
              <w:t>mp</w:t>
            </w:r>
            <w:r w:rsidRPr="00332DB8">
              <w:rPr>
                <w:lang w:val="ru-RU"/>
              </w:rPr>
              <w:t>4» (длительность 54 сек.); «</w:t>
            </w:r>
            <w:r>
              <w:t>NS</w:t>
            </w:r>
            <w:r w:rsidRPr="00332DB8">
              <w:rPr>
                <w:lang w:val="ru-RU"/>
              </w:rPr>
              <w:t>_</w:t>
            </w:r>
            <w:r>
              <w:t>WP</w:t>
            </w:r>
            <w:r w:rsidRPr="00332DB8">
              <w:rPr>
                <w:lang w:val="ru-RU"/>
              </w:rPr>
              <w:t xml:space="preserve"> в дороге.</w:t>
            </w:r>
            <w:r>
              <w:t>mp</w:t>
            </w:r>
            <w:r w:rsidRPr="00332DB8">
              <w:rPr>
                <w:lang w:val="ru-RU"/>
              </w:rPr>
              <w:t>4» (длительность 54 сек.), идентичный по содержанию видеофайлу «</w:t>
            </w:r>
            <w:r>
              <w:t>NS</w:t>
            </w:r>
            <w:r w:rsidRPr="00332DB8">
              <w:rPr>
                <w:lang w:val="ru-RU"/>
              </w:rPr>
              <w:t>-</w:t>
            </w:r>
            <w:r>
              <w:t>WP</w:t>
            </w:r>
            <w:r w:rsidRPr="00332DB8">
              <w:rPr>
                <w:lang w:val="ru-RU"/>
              </w:rPr>
              <w:t xml:space="preserve"> </w:t>
            </w:r>
            <w:r>
              <w:t>v</w:t>
            </w:r>
            <w:r w:rsidRPr="00332DB8">
              <w:rPr>
                <w:lang w:val="ru-RU"/>
              </w:rPr>
              <w:t xml:space="preserve"> </w:t>
            </w:r>
            <w:r>
              <w:t>doroge</w:t>
            </w:r>
            <w:r w:rsidRPr="00332DB8">
              <w:rPr>
                <w:lang w:val="ru-RU"/>
              </w:rPr>
              <w:t>..360.</w:t>
            </w:r>
            <w:r>
              <w:t>mp</w:t>
            </w:r>
            <w:r w:rsidRPr="00332DB8">
              <w:rPr>
                <w:lang w:val="ru-RU"/>
              </w:rPr>
              <w:t>4» (длительность 54 сек.), «Национализм НЕ фашизм!..</w:t>
            </w:r>
            <w:r>
              <w:t>mp</w:t>
            </w:r>
            <w:r w:rsidRPr="00332DB8">
              <w:rPr>
                <w:lang w:val="ru-RU"/>
              </w:rPr>
              <w:t xml:space="preserve">4» (длительность 07 мин. 42 сек.), размещенные в сети Интернет на странице с электронным адресом - </w:t>
            </w:r>
            <w:r>
              <w:t>http</w:t>
            </w:r>
            <w:r w:rsidRPr="00332DB8">
              <w:rPr>
                <w:lang w:val="ru-RU"/>
              </w:rPr>
              <w:t>://</w:t>
            </w:r>
            <w:r>
              <w:t>vk</w:t>
            </w:r>
            <w:r w:rsidRPr="00332DB8">
              <w:rPr>
                <w:lang w:val="ru-RU"/>
              </w:rPr>
              <w:t>.</w:t>
            </w:r>
            <w:r>
              <w:t>com</w:t>
            </w:r>
            <w:r w:rsidRPr="00332DB8">
              <w:rPr>
                <w:lang w:val="ru-RU"/>
              </w:rPr>
              <w:t>/</w:t>
            </w:r>
            <w:r>
              <w:t>id</w:t>
            </w:r>
            <w:r w:rsidRPr="00332DB8">
              <w:rPr>
                <w:lang w:val="ru-RU"/>
              </w:rPr>
              <w:t>134342032 (решение Орджоникидзевского районного суда г. Новокузнецка Кемеровской области от 23.04.2015);</w:t>
            </w:r>
          </w:p>
        </w:tc>
        <w:tc>
          <w:tcPr>
            <w:tcW w:w="2880" w:type="dxa"/>
          </w:tcPr>
          <w:p w:rsidR="006F7457" w:rsidRPr="00332DB8" w:rsidRDefault="006F7457">
            <w:pPr>
              <w:rPr>
                <w:lang w:val="ru-RU"/>
              </w:rPr>
            </w:pPr>
          </w:p>
        </w:tc>
      </w:tr>
      <w:tr w:rsidR="006F7457" w:rsidRPr="005A424D">
        <w:tc>
          <w:tcPr>
            <w:tcW w:w="2880" w:type="dxa"/>
          </w:tcPr>
          <w:p w:rsidR="006F7457" w:rsidRDefault="00332DB8">
            <w:r>
              <w:t>2892.</w:t>
            </w:r>
          </w:p>
        </w:tc>
        <w:tc>
          <w:tcPr>
            <w:tcW w:w="2880" w:type="dxa"/>
          </w:tcPr>
          <w:p w:rsidR="006F7457" w:rsidRPr="00332DB8" w:rsidRDefault="00332DB8">
            <w:pPr>
              <w:rPr>
                <w:lang w:val="ru-RU"/>
              </w:rPr>
            </w:pPr>
            <w:r w:rsidRPr="00332DB8">
              <w:rPr>
                <w:lang w:val="ru-RU"/>
              </w:rPr>
              <w:t>Текстовые материалы, размещенные в социальной сети «</w:t>
            </w:r>
            <w:r>
              <w:t>VK</w:t>
            </w:r>
            <w:r w:rsidRPr="00332DB8">
              <w:rPr>
                <w:lang w:val="ru-RU"/>
              </w:rPr>
              <w:t>.</w:t>
            </w:r>
            <w:r>
              <w:t>com</w:t>
            </w:r>
            <w:r w:rsidRPr="00332DB8">
              <w:rPr>
                <w:lang w:val="ru-RU"/>
              </w:rPr>
              <w:t xml:space="preserve">» по адресу: </w:t>
            </w:r>
            <w:r>
              <w:t>http</w:t>
            </w:r>
            <w:r w:rsidRPr="00332DB8">
              <w:rPr>
                <w:lang w:val="ru-RU"/>
              </w:rPr>
              <w:t>://</w:t>
            </w:r>
            <w:r>
              <w:t>vk</w:t>
            </w:r>
            <w:r w:rsidRPr="00332DB8">
              <w:rPr>
                <w:lang w:val="ru-RU"/>
              </w:rPr>
              <w:t>.</w:t>
            </w:r>
            <w:r>
              <w:t>com</w:t>
            </w:r>
            <w:r w:rsidRPr="00332DB8">
              <w:rPr>
                <w:lang w:val="ru-RU"/>
              </w:rPr>
              <w:t xml:space="preserve">/ </w:t>
            </w:r>
            <w:r>
              <w:t>eleftheriaithanatos</w:t>
            </w:r>
            <w:r w:rsidRPr="00332DB8">
              <w:rPr>
                <w:lang w:val="ru-RU"/>
              </w:rPr>
              <w:t xml:space="preserve">»: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w:t>
            </w:r>
            <w:r>
              <w:t>MFF</w:t>
            </w:r>
            <w:r w:rsidRPr="00332DB8">
              <w:rPr>
                <w:lang w:val="ru-RU"/>
              </w:rPr>
              <w:t xml:space="preserve"> Свобода Слова: Русь …. »; под названием «ИМАРАТ КАВКАЗ. Сводка боевых операций моджахедов за месяц Сафар 1435 г.х.»; под названием «ТЕРАКТЫ В </w:t>
            </w:r>
            <w:r w:rsidRPr="00332DB8">
              <w:rPr>
                <w:lang w:val="ru-RU"/>
              </w:rPr>
              <w:lastRenderedPageBreak/>
              <w:t>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2893.</w:t>
            </w:r>
          </w:p>
        </w:tc>
        <w:tc>
          <w:tcPr>
            <w:tcW w:w="2880" w:type="dxa"/>
          </w:tcPr>
          <w:p w:rsidR="006F7457" w:rsidRPr="00332DB8" w:rsidRDefault="00332DB8">
            <w:pPr>
              <w:rPr>
                <w:lang w:val="ru-RU"/>
              </w:rPr>
            </w:pPr>
            <w:r w:rsidRPr="00332DB8">
              <w:rPr>
                <w:lang w:val="ru-RU"/>
              </w:rPr>
              <w:t xml:space="preserve">Материалы, расположенные в сети интернет сайта «ВКонтакте» на странице </w:t>
            </w:r>
            <w:r>
              <w:t>http</w:t>
            </w:r>
            <w:r w:rsidRPr="00332DB8">
              <w:rPr>
                <w:lang w:val="ru-RU"/>
              </w:rPr>
              <w:t>://</w:t>
            </w:r>
            <w:r>
              <w:t>vk</w:t>
            </w:r>
            <w:r w:rsidRPr="00332DB8">
              <w:rPr>
                <w:lang w:val="ru-RU"/>
              </w:rPr>
              <w:t>.</w:t>
            </w:r>
            <w:r>
              <w:t>com</w:t>
            </w:r>
            <w:r w:rsidRPr="00332DB8">
              <w:rPr>
                <w:lang w:val="ru-RU"/>
              </w:rPr>
              <w:t>/</w:t>
            </w:r>
            <w:r>
              <w:t>club</w:t>
            </w:r>
            <w:r w:rsidRPr="00332DB8">
              <w:rPr>
                <w:lang w:val="ru-RU"/>
              </w:rPr>
              <w:t>45276843: содержащиеся в аудиофайлах: «Коловрат- В нашем доме появился замечательный скинхед мр.3; «Коловрат-Скинхеды мр.3», »Хор СС -сопротивляйся.мр.3», «ХорСС-</w:t>
            </w:r>
            <w:r>
              <w:t>RAHOWA</w:t>
            </w:r>
            <w:r w:rsidRPr="00332DB8">
              <w:rPr>
                <w:lang w:val="ru-RU"/>
              </w:rPr>
              <w:t xml:space="preserve">.мр.3»,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 45276843,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78655196 на странице «Роман Фокинский» и на странице пользователя «Вадим Криутин» </w:t>
            </w:r>
            <w:r>
              <w:t>http</w:t>
            </w:r>
            <w:r w:rsidRPr="00332DB8">
              <w:rPr>
                <w:lang w:val="ru-RU"/>
              </w:rPr>
              <w:t>://</w:t>
            </w:r>
            <w:r>
              <w:t>vk</w:t>
            </w:r>
            <w:r w:rsidRPr="00332DB8">
              <w:rPr>
                <w:lang w:val="ru-RU"/>
              </w:rPr>
              <w:t>.</w:t>
            </w:r>
            <w:r>
              <w:t>com</w:t>
            </w:r>
            <w:r w:rsidRPr="00332DB8">
              <w:rPr>
                <w:lang w:val="ru-RU"/>
              </w:rPr>
              <w:t>/</w:t>
            </w:r>
            <w:r>
              <w:t>id</w:t>
            </w:r>
            <w:r w:rsidRPr="00332DB8">
              <w:rPr>
                <w:lang w:val="ru-RU"/>
              </w:rPr>
              <w:t>107854596 (решение Фокинского районного суда г. Брянска от 08.05.2015);</w:t>
            </w:r>
          </w:p>
        </w:tc>
        <w:tc>
          <w:tcPr>
            <w:tcW w:w="2880" w:type="dxa"/>
          </w:tcPr>
          <w:p w:rsidR="006F7457" w:rsidRPr="00332DB8" w:rsidRDefault="006F7457">
            <w:pPr>
              <w:rPr>
                <w:lang w:val="ru-RU"/>
              </w:rPr>
            </w:pPr>
          </w:p>
        </w:tc>
      </w:tr>
      <w:tr w:rsidR="006F7457" w:rsidRPr="005A424D">
        <w:tc>
          <w:tcPr>
            <w:tcW w:w="2880" w:type="dxa"/>
          </w:tcPr>
          <w:p w:rsidR="006F7457" w:rsidRDefault="00332DB8">
            <w:r>
              <w:t>2894.</w:t>
            </w:r>
          </w:p>
        </w:tc>
        <w:tc>
          <w:tcPr>
            <w:tcW w:w="2880" w:type="dxa"/>
          </w:tcPr>
          <w:p w:rsidR="006F7457" w:rsidRPr="00332DB8" w:rsidRDefault="00332DB8">
            <w:pPr>
              <w:rPr>
                <w:lang w:val="ru-RU"/>
              </w:rPr>
            </w:pPr>
            <w:r w:rsidRPr="00332DB8">
              <w:rPr>
                <w:lang w:val="ru-RU"/>
              </w:rPr>
              <w:t xml:space="preserve">Материалы, расположенные в сети интернет сайта «ВКонтакте» на странице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45276843: содержащиеся в аудиофайлах: «ХорСС-Россия принадлежит нам.мр.3», «ХорСС-Россия для русских.мр.3» ; «ХорСС-Ненависть мр.3», «Хор СС – Арийская честь.мр.3», «ХорСС- </w:t>
            </w:r>
            <w:r>
              <w:t>White</w:t>
            </w:r>
            <w:r w:rsidRPr="00332DB8">
              <w:rPr>
                <w:lang w:val="ru-RU"/>
              </w:rPr>
              <w:t xml:space="preserve"> </w:t>
            </w:r>
            <w:r>
              <w:t>Power</w:t>
            </w:r>
            <w:r w:rsidRPr="00332DB8">
              <w:rPr>
                <w:lang w:val="ru-RU"/>
              </w:rPr>
              <w:t>.мр.3», «ХорСС-</w:t>
            </w:r>
            <w:r>
              <w:t>Hammtrskins</w:t>
            </w:r>
            <w:r w:rsidRPr="00332DB8">
              <w:rPr>
                <w:lang w:val="ru-RU"/>
              </w:rPr>
              <w:t>.мр3», -в графических изображениях: №№ 64, 70, 9, 11, 25, 29, 32-36, 40, 41, 43, 45, 46, 52, 53, 55, 65, 72, 80, 83, 84, 86, 87,91,44,67,75 (решение Фокинского районного суда г. Брянска от 08.05.2015);</w:t>
            </w:r>
          </w:p>
        </w:tc>
        <w:tc>
          <w:tcPr>
            <w:tcW w:w="2880" w:type="dxa"/>
          </w:tcPr>
          <w:p w:rsidR="006F7457" w:rsidRPr="00332DB8" w:rsidRDefault="006F7457">
            <w:pPr>
              <w:rPr>
                <w:lang w:val="ru-RU"/>
              </w:rPr>
            </w:pPr>
          </w:p>
        </w:tc>
      </w:tr>
      <w:tr w:rsidR="006F7457" w:rsidRPr="005A424D">
        <w:tc>
          <w:tcPr>
            <w:tcW w:w="2880" w:type="dxa"/>
          </w:tcPr>
          <w:p w:rsidR="006F7457" w:rsidRDefault="00332DB8">
            <w:r>
              <w:t>2895.</w:t>
            </w:r>
          </w:p>
        </w:tc>
        <w:tc>
          <w:tcPr>
            <w:tcW w:w="2880" w:type="dxa"/>
          </w:tcPr>
          <w:p w:rsidR="006F7457" w:rsidRPr="00332DB8" w:rsidRDefault="00332DB8">
            <w:pPr>
              <w:rPr>
                <w:lang w:val="ru-RU"/>
              </w:rPr>
            </w:pPr>
            <w:r w:rsidRPr="00332DB8">
              <w:rPr>
                <w:lang w:val="ru-RU"/>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2880" w:type="dxa"/>
          </w:tcPr>
          <w:p w:rsidR="006F7457" w:rsidRPr="00332DB8" w:rsidRDefault="006F7457">
            <w:pPr>
              <w:rPr>
                <w:lang w:val="ru-RU"/>
              </w:rPr>
            </w:pPr>
          </w:p>
        </w:tc>
      </w:tr>
      <w:tr w:rsidR="006F7457" w:rsidRPr="005A424D">
        <w:tc>
          <w:tcPr>
            <w:tcW w:w="2880" w:type="dxa"/>
          </w:tcPr>
          <w:p w:rsidR="006F7457" w:rsidRDefault="00332DB8">
            <w:r>
              <w:t>2896.</w:t>
            </w:r>
          </w:p>
        </w:tc>
        <w:tc>
          <w:tcPr>
            <w:tcW w:w="2880" w:type="dxa"/>
          </w:tcPr>
          <w:p w:rsidR="006F7457" w:rsidRPr="00332DB8" w:rsidRDefault="00332DB8">
            <w:pPr>
              <w:rPr>
                <w:lang w:val="ru-RU"/>
              </w:rPr>
            </w:pPr>
            <w:r w:rsidRPr="00332DB8">
              <w:rPr>
                <w:lang w:val="ru-RU"/>
              </w:rPr>
              <w:t>Видеоролик «Смотрим все!», размещенный в сети Интернет на персональной странице социальной сети «Вконтакте» «</w:t>
            </w:r>
            <w:r>
              <w:t>http</w:t>
            </w:r>
            <w:r w:rsidRPr="00332DB8">
              <w:rPr>
                <w:lang w:val="ru-RU"/>
              </w:rPr>
              <w:t>://</w:t>
            </w:r>
            <w:r>
              <w:t>vk</w:t>
            </w:r>
            <w:r w:rsidRPr="00332DB8">
              <w:rPr>
                <w:lang w:val="ru-RU"/>
              </w:rPr>
              <w:t>.</w:t>
            </w:r>
            <w:r>
              <w:t>com</w:t>
            </w:r>
            <w:r w:rsidRPr="00332DB8">
              <w:rPr>
                <w:lang w:val="ru-RU"/>
              </w:rPr>
              <w:t>», под названием «Антоха Екимов» (</w:t>
            </w:r>
            <w:r>
              <w:t>vk</w:t>
            </w:r>
            <w:r w:rsidRPr="00332DB8">
              <w:rPr>
                <w:lang w:val="ru-RU"/>
              </w:rPr>
              <w:t>.</w:t>
            </w:r>
            <w:r>
              <w:t>com</w:t>
            </w:r>
            <w:r w:rsidRPr="00332DB8">
              <w:rPr>
                <w:lang w:val="ru-RU"/>
              </w:rPr>
              <w:t>/</w:t>
            </w:r>
            <w:r>
              <w:t>idl</w:t>
            </w:r>
            <w:r w:rsidRPr="00332DB8">
              <w:rPr>
                <w:lang w:val="ru-RU"/>
              </w:rPr>
              <w:t>4</w:t>
            </w:r>
            <w:r>
              <w:t>snark</w:t>
            </w:r>
            <w:r w:rsidRPr="00332DB8">
              <w:rPr>
                <w:lang w:val="ru-RU"/>
              </w:rPr>
              <w:t>88) (решение Боровичского районного суда Новгородской области от 26.02.2015);</w:t>
            </w:r>
          </w:p>
        </w:tc>
        <w:tc>
          <w:tcPr>
            <w:tcW w:w="2880" w:type="dxa"/>
          </w:tcPr>
          <w:p w:rsidR="006F7457" w:rsidRPr="00332DB8" w:rsidRDefault="006F7457">
            <w:pPr>
              <w:rPr>
                <w:lang w:val="ru-RU"/>
              </w:rPr>
            </w:pPr>
          </w:p>
        </w:tc>
      </w:tr>
      <w:tr w:rsidR="006F7457">
        <w:tc>
          <w:tcPr>
            <w:tcW w:w="2880" w:type="dxa"/>
          </w:tcPr>
          <w:p w:rsidR="006F7457" w:rsidRDefault="00332DB8">
            <w:r>
              <w:t>28</w:t>
            </w:r>
            <w:r>
              <w:lastRenderedPageBreak/>
              <w:t>97.</w:t>
            </w:r>
          </w:p>
        </w:tc>
        <w:tc>
          <w:tcPr>
            <w:tcW w:w="2880" w:type="dxa"/>
          </w:tcPr>
          <w:p w:rsidR="006F7457" w:rsidRDefault="00332DB8">
            <w:r w:rsidRPr="00332DB8">
              <w:rPr>
                <w:lang w:val="ru-RU"/>
              </w:rPr>
              <w:lastRenderedPageBreak/>
              <w:t>Размещенные в информационно - телекоммуникационной сети Интернет, на интернет – ресурсе «</w:t>
            </w:r>
            <w:r>
              <w:t>Youtube</w:t>
            </w:r>
            <w:r w:rsidRPr="00332DB8">
              <w:rPr>
                <w:lang w:val="ru-RU"/>
              </w:rPr>
              <w:t>» видео файлы «Причина террора!.</w:t>
            </w:r>
            <w:r>
              <w:t>wmv</w:t>
            </w:r>
            <w:r w:rsidRPr="00332DB8">
              <w:rPr>
                <w:lang w:val="ru-RU"/>
              </w:rPr>
              <w:t xml:space="preserve">»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Ndh</w:t>
            </w:r>
            <w:r w:rsidRPr="00332DB8">
              <w:rPr>
                <w:lang w:val="ru-RU"/>
              </w:rPr>
              <w:t>1</w:t>
            </w:r>
            <w:r>
              <w:t>CUBv</w:t>
            </w:r>
            <w:r w:rsidRPr="00332DB8">
              <w:rPr>
                <w:lang w:val="ru-RU"/>
              </w:rPr>
              <w:t>8</w:t>
            </w:r>
            <w:r>
              <w:t>mc</w:t>
            </w:r>
            <w:r w:rsidRPr="00332DB8">
              <w:rPr>
                <w:lang w:val="ru-RU"/>
              </w:rPr>
              <w:t xml:space="preserve"> </w:t>
            </w:r>
            <w:r w:rsidRPr="00332DB8">
              <w:rPr>
                <w:lang w:val="ru-RU"/>
              </w:rPr>
              <w:lastRenderedPageBreak/>
              <w:t xml:space="preserve">длительностью 3 минуты 8 секунд и «Терроризм – есть истинное добро!. </w:t>
            </w:r>
            <w:r>
              <w:t>wmv</w:t>
            </w:r>
            <w:r w:rsidRPr="00332DB8">
              <w:rPr>
                <w:lang w:val="ru-RU"/>
              </w:rPr>
              <w:t xml:space="preserve">»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=1</w:t>
            </w:r>
            <w:r>
              <w:t>IZRXlwSn</w:t>
            </w:r>
            <w:r w:rsidRPr="00332DB8">
              <w:rPr>
                <w:lang w:val="ru-RU"/>
              </w:rPr>
              <w:t>3</w:t>
            </w:r>
            <w:r>
              <w:t>M</w:t>
            </w:r>
            <w:r w:rsidRPr="00332DB8">
              <w:rPr>
                <w:lang w:val="ru-RU"/>
              </w:rPr>
              <w:t xml:space="preserve">, длительностью </w:t>
            </w:r>
            <w:r>
              <w:t>4 минуты 29 секунд (решение Оленинского районного суда Тверской области от 22.04.2015);</w:t>
            </w:r>
          </w:p>
        </w:tc>
        <w:tc>
          <w:tcPr>
            <w:tcW w:w="2880" w:type="dxa"/>
          </w:tcPr>
          <w:p w:rsidR="006F7457" w:rsidRDefault="006F7457"/>
        </w:tc>
      </w:tr>
      <w:tr w:rsidR="006F7457" w:rsidRPr="005A424D">
        <w:tc>
          <w:tcPr>
            <w:tcW w:w="2880" w:type="dxa"/>
          </w:tcPr>
          <w:p w:rsidR="006F7457" w:rsidRDefault="00332DB8">
            <w:r>
              <w:lastRenderedPageBreak/>
              <w:t>2898.</w:t>
            </w:r>
          </w:p>
        </w:tc>
        <w:tc>
          <w:tcPr>
            <w:tcW w:w="2880" w:type="dxa"/>
          </w:tcPr>
          <w:p w:rsidR="006F7457" w:rsidRPr="00332DB8" w:rsidRDefault="00332DB8">
            <w:pPr>
              <w:rPr>
                <w:lang w:val="ru-RU"/>
              </w:rPr>
            </w:pPr>
            <w:r w:rsidRPr="00332DB8">
              <w:rPr>
                <w:lang w:val="ru-RU"/>
              </w:rPr>
              <w:t xml:space="preserve">Информационные материалы: статья «Бутафория 21 века, оплачиваемая из Камчатского бюджета», размещенная на интернет-странице </w:t>
            </w:r>
            <w:r>
              <w:t>http</w:t>
            </w:r>
            <w:r w:rsidRPr="00332DB8">
              <w:rPr>
                <w:lang w:val="ru-RU"/>
              </w:rPr>
              <w:t>://</w:t>
            </w:r>
            <w:r>
              <w:t>express</w:t>
            </w:r>
            <w:r w:rsidRPr="00332DB8">
              <w:rPr>
                <w:lang w:val="ru-RU"/>
              </w:rPr>
              <w:t>-</w:t>
            </w:r>
            <w:r>
              <w:t>kamchatka</w:t>
            </w:r>
            <w:r w:rsidRPr="00332DB8">
              <w:rPr>
                <w:lang w:val="ru-RU"/>
              </w:rPr>
              <w:t>.</w:t>
            </w:r>
            <w:r>
              <w:t>com</w:t>
            </w:r>
            <w:r w:rsidRPr="00332DB8">
              <w:rPr>
                <w:lang w:val="ru-RU"/>
              </w:rPr>
              <w:t>/</w:t>
            </w:r>
            <w:r>
              <w:t>sobytiya</w:t>
            </w:r>
            <w:r w:rsidRPr="00332DB8">
              <w:rPr>
                <w:lang w:val="ru-RU"/>
              </w:rPr>
              <w:t>/4551-</w:t>
            </w:r>
            <w:r>
              <w:t>butaforia</w:t>
            </w:r>
            <w:r w:rsidRPr="00332DB8">
              <w:rPr>
                <w:lang w:val="ru-RU"/>
              </w:rPr>
              <w:t>-21-</w:t>
            </w:r>
            <w:r>
              <w:t>veka</w:t>
            </w:r>
            <w:r w:rsidRPr="00332DB8">
              <w:rPr>
                <w:lang w:val="ru-RU"/>
              </w:rPr>
              <w:t>-</w:t>
            </w:r>
            <w:r>
              <w:t>oplachivaemaya</w:t>
            </w:r>
            <w:r w:rsidRPr="00332DB8">
              <w:rPr>
                <w:lang w:val="ru-RU"/>
              </w:rPr>
              <w:t>-</w:t>
            </w:r>
            <w:r>
              <w:t>iz</w:t>
            </w:r>
            <w:r w:rsidRPr="00332DB8">
              <w:rPr>
                <w:lang w:val="ru-RU"/>
              </w:rPr>
              <w:t>-</w:t>
            </w:r>
            <w:r>
              <w:t>budzheta</w:t>
            </w:r>
            <w:r w:rsidRPr="00332DB8">
              <w:rPr>
                <w:lang w:val="ru-RU"/>
              </w:rPr>
              <w:t>.</w:t>
            </w:r>
            <w:r>
              <w:t>html</w:t>
            </w:r>
            <w:r w:rsidRPr="00332DB8">
              <w:rPr>
                <w:lang w:val="ru-RU"/>
              </w:rPr>
              <w:t xml:space="preserve"> статья «Их достояние» с размахом празднует 20–летие», размещенная на интернет-странице </w:t>
            </w:r>
            <w:r>
              <w:t>http</w:t>
            </w:r>
            <w:r w:rsidRPr="00332DB8">
              <w:rPr>
                <w:lang w:val="ru-RU"/>
              </w:rPr>
              <w:t>://</w:t>
            </w:r>
            <w:r>
              <w:t>express</w:t>
            </w:r>
            <w:r w:rsidRPr="00332DB8">
              <w:rPr>
                <w:lang w:val="ru-RU"/>
              </w:rPr>
              <w:t>-</w:t>
            </w:r>
            <w:r>
              <w:t>kamchatka</w:t>
            </w:r>
            <w:r w:rsidRPr="00332DB8">
              <w:rPr>
                <w:lang w:val="ru-RU"/>
              </w:rPr>
              <w:t>.</w:t>
            </w:r>
            <w:r>
              <w:t>com</w:t>
            </w:r>
            <w:r w:rsidRPr="00332DB8">
              <w:rPr>
                <w:lang w:val="ru-RU"/>
              </w:rPr>
              <w:t>/</w:t>
            </w:r>
            <w:r>
              <w:t>sobytiya</w:t>
            </w:r>
            <w:r w:rsidRPr="00332DB8">
              <w:rPr>
                <w:lang w:val="ru-RU"/>
              </w:rPr>
              <w:t>/4763-</w:t>
            </w:r>
            <w:r>
              <w:t>gazprom</w:t>
            </w:r>
            <w:r w:rsidRPr="00332DB8">
              <w:rPr>
                <w:lang w:val="ru-RU"/>
              </w:rPr>
              <w:t>.</w:t>
            </w:r>
            <w:r>
              <w:t>html</w:t>
            </w:r>
            <w:r w:rsidRPr="00332DB8">
              <w:rPr>
                <w:lang w:val="ru-RU"/>
              </w:rPr>
              <w:t xml:space="preserve"> статья «Вчера в кремле везде висела фотография журналиста Кравчука И.Р. как особо опасного «преступника», размещенная на интернет – странице </w:t>
            </w:r>
            <w:r>
              <w:t>http</w:t>
            </w:r>
            <w:r w:rsidRPr="00332DB8">
              <w:rPr>
                <w:lang w:val="ru-RU"/>
              </w:rPr>
              <w:t>://</w:t>
            </w:r>
            <w:r>
              <w:t>express</w:t>
            </w:r>
            <w:r w:rsidRPr="00332DB8">
              <w:rPr>
                <w:lang w:val="ru-RU"/>
              </w:rPr>
              <w:t>-</w:t>
            </w:r>
            <w:r>
              <w:t>kamchatka</w:t>
            </w:r>
            <w:r w:rsidRPr="00332DB8">
              <w:rPr>
                <w:lang w:val="ru-RU"/>
              </w:rPr>
              <w:t>.</w:t>
            </w:r>
            <w:r>
              <w:t>com</w:t>
            </w:r>
            <w:r w:rsidRPr="00332DB8">
              <w:rPr>
                <w:lang w:val="ru-RU"/>
              </w:rPr>
              <w:t>/</w:t>
            </w:r>
            <w:r>
              <w:t>sobytiya</w:t>
            </w:r>
            <w:r w:rsidRPr="00332DB8">
              <w:rPr>
                <w:lang w:val="ru-RU"/>
              </w:rPr>
              <w:t>/4765-</w:t>
            </w:r>
            <w:r>
              <w:t>kgb</w:t>
            </w:r>
            <w:r w:rsidRPr="00332DB8">
              <w:rPr>
                <w:lang w:val="ru-RU"/>
              </w:rPr>
              <w:t xml:space="preserve">. </w:t>
            </w:r>
            <w:r>
              <w:t>html</w:t>
            </w:r>
            <w:r w:rsidRPr="00332DB8">
              <w:rPr>
                <w:lang w:val="ru-RU"/>
              </w:rPr>
              <w:t xml:space="preserve"> (решение Петропавловск-Камчатского городского суда от 29.04.2015);</w:t>
            </w:r>
          </w:p>
        </w:tc>
        <w:tc>
          <w:tcPr>
            <w:tcW w:w="2880" w:type="dxa"/>
          </w:tcPr>
          <w:p w:rsidR="006F7457" w:rsidRPr="00332DB8" w:rsidRDefault="006F7457">
            <w:pPr>
              <w:rPr>
                <w:lang w:val="ru-RU"/>
              </w:rPr>
            </w:pPr>
          </w:p>
        </w:tc>
      </w:tr>
      <w:tr w:rsidR="006F7457" w:rsidRPr="005A424D">
        <w:tc>
          <w:tcPr>
            <w:tcW w:w="2880" w:type="dxa"/>
          </w:tcPr>
          <w:p w:rsidR="006F7457" w:rsidRDefault="00332DB8">
            <w:r>
              <w:t>2899.</w:t>
            </w:r>
          </w:p>
        </w:tc>
        <w:tc>
          <w:tcPr>
            <w:tcW w:w="2880" w:type="dxa"/>
          </w:tcPr>
          <w:p w:rsidR="006F7457" w:rsidRPr="00332DB8" w:rsidRDefault="00332DB8">
            <w:pPr>
              <w:rPr>
                <w:lang w:val="ru-RU"/>
              </w:rPr>
            </w:pPr>
            <w:r w:rsidRPr="00332DB8">
              <w:rPr>
                <w:lang w:val="ru-RU"/>
              </w:rPr>
              <w:t>Книга «Аль-валя валь-бара» (решение Фрунзенского районного суда г. Владимира от 12.05.2015);</w:t>
            </w:r>
          </w:p>
        </w:tc>
        <w:tc>
          <w:tcPr>
            <w:tcW w:w="2880" w:type="dxa"/>
          </w:tcPr>
          <w:p w:rsidR="006F7457" w:rsidRPr="00332DB8" w:rsidRDefault="006F7457">
            <w:pPr>
              <w:rPr>
                <w:lang w:val="ru-RU"/>
              </w:rPr>
            </w:pPr>
          </w:p>
        </w:tc>
      </w:tr>
      <w:tr w:rsidR="006F7457" w:rsidRPr="005A424D">
        <w:tc>
          <w:tcPr>
            <w:tcW w:w="2880" w:type="dxa"/>
          </w:tcPr>
          <w:p w:rsidR="006F7457" w:rsidRDefault="00332DB8">
            <w:r>
              <w:t>2900.</w:t>
            </w:r>
          </w:p>
        </w:tc>
        <w:tc>
          <w:tcPr>
            <w:tcW w:w="2880" w:type="dxa"/>
          </w:tcPr>
          <w:p w:rsidR="006F7457" w:rsidRPr="00332DB8" w:rsidRDefault="00332DB8">
            <w:pPr>
              <w:rPr>
                <w:lang w:val="ru-RU"/>
              </w:rPr>
            </w:pPr>
            <w:r w:rsidRPr="00332DB8">
              <w:rPr>
                <w:lang w:val="ru-RU"/>
              </w:rPr>
              <w:t xml:space="preserve">Материал с названием «Шейх Авлаки: «Битва сердец и мыслей» на странице </w:t>
            </w:r>
            <w:r>
              <w:t>http</w:t>
            </w:r>
            <w:r w:rsidRPr="00332DB8">
              <w:rPr>
                <w:lang w:val="ru-RU"/>
              </w:rPr>
              <w:t>://</w:t>
            </w:r>
            <w:r>
              <w:t>akhbarsham</w:t>
            </w:r>
            <w:r w:rsidRPr="00332DB8">
              <w:rPr>
                <w:lang w:val="ru-RU"/>
              </w:rPr>
              <w:t>.</w:t>
            </w:r>
            <w:r>
              <w:t>info</w:t>
            </w:r>
            <w:r w:rsidRPr="00332DB8">
              <w:rPr>
                <w:lang w:val="ru-RU"/>
              </w:rPr>
              <w:t xml:space="preserve">/2014/07/01/63 сайта </w:t>
            </w:r>
            <w:r>
              <w:t>http</w:t>
            </w:r>
            <w:r w:rsidRPr="00332DB8">
              <w:rPr>
                <w:lang w:val="ru-RU"/>
              </w:rPr>
              <w:t>://</w:t>
            </w:r>
            <w:r>
              <w:t>akhbarsham</w:t>
            </w:r>
            <w:r w:rsidRPr="00332DB8">
              <w:rPr>
                <w:lang w:val="ru-RU"/>
              </w:rPr>
              <w:t>.</w:t>
            </w:r>
            <w:r>
              <w:t>info</w:t>
            </w:r>
            <w:r w:rsidRPr="00332DB8">
              <w:rPr>
                <w:lang w:val="ru-RU"/>
              </w:rPr>
              <w:t>,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2880" w:type="dxa"/>
          </w:tcPr>
          <w:p w:rsidR="006F7457" w:rsidRPr="00332DB8" w:rsidRDefault="006F7457">
            <w:pPr>
              <w:rPr>
                <w:lang w:val="ru-RU"/>
              </w:rPr>
            </w:pPr>
          </w:p>
        </w:tc>
      </w:tr>
      <w:tr w:rsidR="006F7457">
        <w:tc>
          <w:tcPr>
            <w:tcW w:w="2880" w:type="dxa"/>
          </w:tcPr>
          <w:p w:rsidR="006F7457" w:rsidRDefault="00332DB8">
            <w:r>
              <w:t>2901.</w:t>
            </w:r>
          </w:p>
        </w:tc>
        <w:tc>
          <w:tcPr>
            <w:tcW w:w="2880" w:type="dxa"/>
          </w:tcPr>
          <w:p w:rsidR="006F7457" w:rsidRDefault="00332DB8">
            <w: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2880" w:type="dxa"/>
          </w:tcPr>
          <w:p w:rsidR="006F7457" w:rsidRDefault="006F7457"/>
        </w:tc>
      </w:tr>
      <w:tr w:rsidR="006F7457" w:rsidRPr="005A424D">
        <w:tc>
          <w:tcPr>
            <w:tcW w:w="2880" w:type="dxa"/>
          </w:tcPr>
          <w:p w:rsidR="006F7457" w:rsidRDefault="00332DB8">
            <w:r>
              <w:t>29</w:t>
            </w:r>
            <w:r>
              <w:lastRenderedPageBreak/>
              <w:t>02.</w:t>
            </w:r>
          </w:p>
        </w:tc>
        <w:tc>
          <w:tcPr>
            <w:tcW w:w="2880" w:type="dxa"/>
          </w:tcPr>
          <w:p w:rsidR="006F7457" w:rsidRPr="00332DB8" w:rsidRDefault="00332DB8">
            <w:pPr>
              <w:rPr>
                <w:lang w:val="ru-RU"/>
              </w:rPr>
            </w:pPr>
            <w:r w:rsidRPr="00332DB8">
              <w:rPr>
                <w:lang w:val="ru-RU"/>
              </w:rPr>
              <w:lastRenderedPageBreak/>
              <w:t xml:space="preserve">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w:t>
            </w:r>
            <w:r w:rsidRPr="00332DB8">
              <w:rPr>
                <w:lang w:val="ru-RU"/>
              </w:rPr>
              <w:lastRenderedPageBreak/>
              <w:t>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2903.</w:t>
            </w:r>
          </w:p>
        </w:tc>
        <w:tc>
          <w:tcPr>
            <w:tcW w:w="2880" w:type="dxa"/>
          </w:tcPr>
          <w:p w:rsidR="006F7457" w:rsidRPr="00332DB8" w:rsidRDefault="00332DB8">
            <w:pPr>
              <w:rPr>
                <w:lang w:val="ru-RU"/>
              </w:rPr>
            </w:pPr>
            <w:r w:rsidRPr="00332DB8">
              <w:rPr>
                <w:lang w:val="ru-RU"/>
              </w:rPr>
              <w:t xml:space="preserve">Аудиозапись песни Александра Харчикова «Убей американца» размещенная в информационно-телекоммуникационной сети Интернет на сайте </w:t>
            </w:r>
            <w:r>
              <w:t>https</w:t>
            </w:r>
            <w:r w:rsidRPr="00332DB8">
              <w:rPr>
                <w:lang w:val="ru-RU"/>
              </w:rPr>
              <w:t>://</w:t>
            </w:r>
            <w:r>
              <w:t>vk</w:t>
            </w:r>
            <w:r w:rsidRPr="00332DB8">
              <w:rPr>
                <w:lang w:val="ru-RU"/>
              </w:rPr>
              <w:t>.</w:t>
            </w:r>
            <w:r>
              <w:t>com</w:t>
            </w:r>
            <w:r w:rsidRPr="00332DB8">
              <w:rPr>
                <w:lang w:val="ru-RU"/>
              </w:rPr>
              <w:t>/</w:t>
            </w:r>
            <w:r>
              <w:t>id</w:t>
            </w:r>
            <w:r w:rsidRPr="00332DB8">
              <w:rPr>
                <w:lang w:val="ru-RU"/>
              </w:rPr>
              <w:t>266110708 (решение Жуковского районного суда Калужской области от 07.05.2015);</w:t>
            </w:r>
          </w:p>
        </w:tc>
        <w:tc>
          <w:tcPr>
            <w:tcW w:w="2880" w:type="dxa"/>
          </w:tcPr>
          <w:p w:rsidR="006F7457" w:rsidRPr="00332DB8" w:rsidRDefault="006F7457">
            <w:pPr>
              <w:rPr>
                <w:lang w:val="ru-RU"/>
              </w:rPr>
            </w:pPr>
          </w:p>
        </w:tc>
      </w:tr>
      <w:tr w:rsidR="006F7457" w:rsidRPr="005A424D">
        <w:tc>
          <w:tcPr>
            <w:tcW w:w="2880" w:type="dxa"/>
          </w:tcPr>
          <w:p w:rsidR="006F7457" w:rsidRDefault="00332DB8">
            <w:r>
              <w:t>2904.</w:t>
            </w:r>
          </w:p>
        </w:tc>
        <w:tc>
          <w:tcPr>
            <w:tcW w:w="2880" w:type="dxa"/>
          </w:tcPr>
          <w:p w:rsidR="006F7457" w:rsidRPr="00332DB8" w:rsidRDefault="00332DB8">
            <w:pPr>
              <w:rPr>
                <w:lang w:val="ru-RU"/>
              </w:rPr>
            </w:pPr>
            <w:r w:rsidRPr="00332DB8">
              <w:rPr>
                <w:lang w:val="ru-RU"/>
              </w:rPr>
              <w:t xml:space="preserve">Сайт в сети Интернет </w:t>
            </w:r>
            <w:r>
              <w:t>http</w:t>
            </w:r>
            <w:r w:rsidRPr="00332DB8">
              <w:rPr>
                <w:lang w:val="ru-RU"/>
              </w:rPr>
              <w:t>://</w:t>
            </w:r>
            <w:r>
              <w:t>www</w:t>
            </w:r>
            <w:r w:rsidRPr="00332DB8">
              <w:rPr>
                <w:lang w:val="ru-RU"/>
              </w:rPr>
              <w:t>.</w:t>
            </w:r>
            <w:r>
              <w:t>jw</w:t>
            </w:r>
            <w:r w:rsidRPr="00332DB8">
              <w:rPr>
                <w:lang w:val="ru-RU"/>
              </w:rPr>
              <w:t>.</w:t>
            </w:r>
            <w:r>
              <w:t>org</w:t>
            </w:r>
            <w:r w:rsidRPr="00332DB8">
              <w:rPr>
                <w:lang w:val="ru-RU"/>
              </w:rPr>
              <w:t xml:space="preserve">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2880" w:type="dxa"/>
          </w:tcPr>
          <w:p w:rsidR="006F7457" w:rsidRPr="00332DB8" w:rsidRDefault="006F7457">
            <w:pPr>
              <w:rPr>
                <w:lang w:val="ru-RU"/>
              </w:rPr>
            </w:pPr>
          </w:p>
        </w:tc>
      </w:tr>
      <w:tr w:rsidR="006F7457" w:rsidRPr="005A424D">
        <w:tc>
          <w:tcPr>
            <w:tcW w:w="2880" w:type="dxa"/>
          </w:tcPr>
          <w:p w:rsidR="006F7457" w:rsidRDefault="00332DB8">
            <w:r>
              <w:t>2905.</w:t>
            </w:r>
          </w:p>
        </w:tc>
        <w:tc>
          <w:tcPr>
            <w:tcW w:w="2880" w:type="dxa"/>
          </w:tcPr>
          <w:p w:rsidR="006F7457" w:rsidRPr="00332DB8" w:rsidRDefault="00332DB8">
            <w:pPr>
              <w:rPr>
                <w:lang w:val="ru-RU"/>
              </w:rPr>
            </w:pPr>
            <w:r w:rsidRPr="00332DB8">
              <w:rPr>
                <w:lang w:val="ru-RU"/>
              </w:rPr>
              <w:t xml:space="preserve">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w:t>
            </w:r>
            <w:r>
              <w:t>http</w:t>
            </w:r>
            <w:r w:rsidRPr="00332DB8">
              <w:rPr>
                <w:lang w:val="ru-RU"/>
              </w:rPr>
              <w:t>://</w:t>
            </w:r>
            <w:r>
              <w:t>vkcom</w:t>
            </w:r>
            <w:r w:rsidRPr="00332DB8">
              <w:rPr>
                <w:lang w:val="ru-RU"/>
              </w:rPr>
              <w:t>.</w:t>
            </w:r>
            <w:r>
              <w:t>ru</w:t>
            </w:r>
            <w:r w:rsidRPr="00332DB8">
              <w:rPr>
                <w:lang w:val="ru-RU"/>
              </w:rPr>
              <w:t>/</w:t>
            </w:r>
            <w:r>
              <w:t>id</w:t>
            </w:r>
            <w:r w:rsidRPr="00332DB8">
              <w:rPr>
                <w:lang w:val="ru-RU"/>
              </w:rPr>
              <w:t>65892382 (решение Промышленного районного суда г. Курска от 22.04.2015);</w:t>
            </w:r>
          </w:p>
        </w:tc>
        <w:tc>
          <w:tcPr>
            <w:tcW w:w="2880" w:type="dxa"/>
          </w:tcPr>
          <w:p w:rsidR="006F7457" w:rsidRPr="00332DB8" w:rsidRDefault="006F7457">
            <w:pPr>
              <w:rPr>
                <w:lang w:val="ru-RU"/>
              </w:rPr>
            </w:pPr>
          </w:p>
        </w:tc>
      </w:tr>
      <w:tr w:rsidR="006F7457" w:rsidRPr="005A424D">
        <w:tc>
          <w:tcPr>
            <w:tcW w:w="2880" w:type="dxa"/>
          </w:tcPr>
          <w:p w:rsidR="006F7457" w:rsidRDefault="00332DB8">
            <w:r>
              <w:t>2906.</w:t>
            </w:r>
          </w:p>
        </w:tc>
        <w:tc>
          <w:tcPr>
            <w:tcW w:w="2880" w:type="dxa"/>
          </w:tcPr>
          <w:p w:rsidR="006F7457" w:rsidRPr="00332DB8" w:rsidRDefault="00332DB8">
            <w:pPr>
              <w:rPr>
                <w:lang w:val="ru-RU"/>
              </w:rPr>
            </w:pPr>
            <w:r w:rsidRPr="00332DB8">
              <w:rPr>
                <w:lang w:val="ru-RU"/>
              </w:rPr>
              <w:t xml:space="preserve">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w:t>
            </w:r>
            <w:r w:rsidRPr="00332DB8">
              <w:rPr>
                <w:lang w:val="ru-RU"/>
              </w:rPr>
              <w:lastRenderedPageBreak/>
              <w:t xml:space="preserve">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w:t>
            </w:r>
            <w:r>
              <w:t>national</w:t>
            </w:r>
            <w:r w:rsidRPr="00332DB8">
              <w:rPr>
                <w:lang w:val="ru-RU"/>
              </w:rPr>
              <w:t xml:space="preserve"> </w:t>
            </w:r>
            <w:r>
              <w:t>socialist</w:t>
            </w:r>
            <w:r w:rsidRPr="00332DB8">
              <w:rPr>
                <w:lang w:val="ru-RU"/>
              </w:rPr>
              <w: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t>
            </w:r>
            <w:r>
              <w:t>WHITE</w:t>
            </w:r>
            <w:r w:rsidRPr="00332DB8">
              <w:rPr>
                <w:lang w:val="ru-RU"/>
              </w:rPr>
              <w:t xml:space="preserve"> </w:t>
            </w:r>
            <w:r>
              <w:t>POWER</w:t>
            </w:r>
            <w:r w:rsidRPr="00332DB8">
              <w:rPr>
                <w:lang w:val="ru-RU"/>
              </w:rPr>
              <w:t xml:space="preserve">»,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w:t>
            </w:r>
            <w:r w:rsidRPr="00332DB8">
              <w:rPr>
                <w:lang w:val="ru-RU"/>
              </w:rPr>
              <w:lastRenderedPageBreak/>
              <w:t>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w:t>
            </w:r>
            <w:r>
              <w:t>Sieg</w:t>
            </w:r>
            <w:r w:rsidRPr="00332DB8">
              <w:rPr>
                <w:lang w:val="ru-RU"/>
              </w:rPr>
              <w:t xml:space="preserve"> </w:t>
            </w:r>
            <w:r>
              <w:t>Heilb</w:t>
            </w:r>
            <w:r w:rsidRPr="00332DB8">
              <w:rPr>
                <w:lang w:val="ru-RU"/>
              </w:rPr>
              <w:t>&gt;.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w:t>
            </w:r>
            <w:r>
              <w:t>Lonsdale</w:t>
            </w:r>
            <w:r w:rsidRPr="00332DB8">
              <w:rPr>
                <w:lang w:val="ru-RU"/>
              </w:rPr>
              <w:t xml:space="preserve"> </w:t>
            </w:r>
            <w:r>
              <w:t>London</w:t>
            </w:r>
            <w:r w:rsidRPr="00332DB8">
              <w:rPr>
                <w:lang w:val="ru-RU"/>
              </w:rPr>
              <w:t>»;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w:t>
            </w:r>
            <w:r>
              <w:t>Antifa</w:t>
            </w:r>
            <w:r w:rsidRPr="00332DB8">
              <w:rPr>
                <w:lang w:val="ru-RU"/>
              </w:rPr>
              <w:t xml:space="preserve"> Гори в аду сука», под надписью изображены две свастики между которыми помещено изображение сжатых кулаков, на которых имеется текст на английском языке «</w:t>
            </w:r>
            <w:r>
              <w:t>SKIN</w:t>
            </w:r>
            <w:r w:rsidRPr="00332DB8">
              <w:rPr>
                <w:lang w:val="ru-RU"/>
              </w:rPr>
              <w:t xml:space="preserve"> </w:t>
            </w:r>
            <w:r>
              <w:t>HEAD</w:t>
            </w:r>
            <w:r w:rsidRPr="00332DB8">
              <w:rPr>
                <w:lang w:val="ru-RU"/>
              </w:rPr>
              <w:t xml:space="preserve">».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w:t>
            </w:r>
            <w:r>
              <w:t>NS</w:t>
            </w:r>
            <w:r w:rsidRPr="00332DB8">
              <w:rPr>
                <w:lang w:val="ru-RU"/>
              </w:rPr>
              <w:t xml:space="preserve"> </w:t>
            </w:r>
            <w:r>
              <w:t>SKINHEAD</w:t>
            </w:r>
            <w:r w:rsidRPr="00332DB8">
              <w:rPr>
                <w:lang w:val="ru-RU"/>
              </w:rPr>
              <w:t xml:space="preserve"> </w:t>
            </w:r>
            <w:r>
              <w:t>WHIT</w:t>
            </w:r>
            <w:r w:rsidRPr="00332DB8">
              <w:rPr>
                <w:lang w:val="ru-RU"/>
              </w:rPr>
              <w:t xml:space="preserve"> </w:t>
            </w:r>
            <w:r>
              <w:t>POWER</w:t>
            </w:r>
            <w:r w:rsidRPr="00332DB8">
              <w:rPr>
                <w:lang w:val="ru-RU"/>
              </w:rPr>
              <w:t xml:space="preserve"> Солдат», «Слава Руси 14\88 </w:t>
            </w:r>
            <w:r>
              <w:t>NSWP</w:t>
            </w:r>
            <w:r w:rsidRPr="00332DB8">
              <w:rPr>
                <w:lang w:val="ru-RU"/>
              </w:rPr>
              <w:t>» (решение Кинешемского городского суда Ивановской области от 30.04.2015);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290</w:t>
            </w:r>
            <w:r>
              <w:lastRenderedPageBreak/>
              <w:t>7.</w:t>
            </w:r>
          </w:p>
        </w:tc>
        <w:tc>
          <w:tcPr>
            <w:tcW w:w="2880" w:type="dxa"/>
          </w:tcPr>
          <w:p w:rsidR="006F7457" w:rsidRPr="00332DB8" w:rsidRDefault="00332DB8">
            <w:pPr>
              <w:rPr>
                <w:lang w:val="ru-RU"/>
              </w:rPr>
            </w:pPr>
            <w:r w:rsidRPr="00332DB8">
              <w:rPr>
                <w:lang w:val="ru-RU"/>
              </w:rPr>
              <w:lastRenderedPageBreak/>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2908.</w:t>
            </w:r>
          </w:p>
        </w:tc>
        <w:tc>
          <w:tcPr>
            <w:tcW w:w="2880" w:type="dxa"/>
          </w:tcPr>
          <w:p w:rsidR="006F7457" w:rsidRPr="00332DB8" w:rsidRDefault="00332DB8">
            <w:pPr>
              <w:rPr>
                <w:lang w:val="ru-RU"/>
              </w:rPr>
            </w:pPr>
            <w:r w:rsidRPr="00332DB8">
              <w:rPr>
                <w:lang w:val="ru-RU"/>
              </w:rPr>
              <w:t xml:space="preserve">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w:t>
            </w:r>
            <w:r>
              <w:t>P</w:t>
            </w:r>
            <w:r w:rsidRPr="00332DB8">
              <w:rPr>
                <w:lang w:val="ru-RU"/>
              </w:rPr>
              <w:t>.</w:t>
            </w:r>
            <w:r>
              <w:t>P</w:t>
            </w:r>
            <w:r w:rsidRPr="00332DB8">
              <w:rPr>
                <w:lang w:val="ru-RU"/>
              </w:rPr>
              <w:t>. (решение Авиастроительного районного суда г. Казани от 19.10.2010);</w:t>
            </w:r>
          </w:p>
        </w:tc>
        <w:tc>
          <w:tcPr>
            <w:tcW w:w="2880" w:type="dxa"/>
          </w:tcPr>
          <w:p w:rsidR="006F7457" w:rsidRPr="00332DB8" w:rsidRDefault="006F7457">
            <w:pPr>
              <w:rPr>
                <w:lang w:val="ru-RU"/>
              </w:rPr>
            </w:pPr>
          </w:p>
        </w:tc>
      </w:tr>
      <w:tr w:rsidR="006F7457" w:rsidRPr="005A424D">
        <w:tc>
          <w:tcPr>
            <w:tcW w:w="2880" w:type="dxa"/>
          </w:tcPr>
          <w:p w:rsidR="006F7457" w:rsidRDefault="00332DB8">
            <w:r>
              <w:t>2909.</w:t>
            </w:r>
          </w:p>
        </w:tc>
        <w:tc>
          <w:tcPr>
            <w:tcW w:w="2880" w:type="dxa"/>
          </w:tcPr>
          <w:p w:rsidR="006F7457" w:rsidRPr="00332DB8" w:rsidRDefault="00332DB8">
            <w:pPr>
              <w:rPr>
                <w:lang w:val="ru-RU"/>
              </w:rPr>
            </w:pPr>
            <w:r>
              <w:t xml:space="preserve">Брошюры «АльгВаъй» № 201, «Аль-Ваъй» Ха 202, «Аль-Ваъй» № 220, «Аль-Ваъй» № 223, «Аль-Ваъй» № 225, «Аль-Ваъй» № 226, Хизб-Ут-Тахрир», «Изменение. </w:t>
            </w:r>
            <w:r w:rsidRPr="00332DB8">
              <w:rPr>
                <w:lang w:val="ru-RU"/>
              </w:rPr>
              <w:t>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2880" w:type="dxa"/>
          </w:tcPr>
          <w:p w:rsidR="006F7457" w:rsidRPr="00332DB8" w:rsidRDefault="006F7457">
            <w:pPr>
              <w:rPr>
                <w:lang w:val="ru-RU"/>
              </w:rPr>
            </w:pPr>
          </w:p>
        </w:tc>
      </w:tr>
      <w:tr w:rsidR="006F7457" w:rsidRPr="005A424D">
        <w:tc>
          <w:tcPr>
            <w:tcW w:w="2880" w:type="dxa"/>
          </w:tcPr>
          <w:p w:rsidR="006F7457" w:rsidRDefault="00332DB8">
            <w:r>
              <w:t>2910.</w:t>
            </w:r>
          </w:p>
        </w:tc>
        <w:tc>
          <w:tcPr>
            <w:tcW w:w="2880" w:type="dxa"/>
          </w:tcPr>
          <w:p w:rsidR="006F7457" w:rsidRPr="00332DB8" w:rsidRDefault="00332DB8">
            <w:pPr>
              <w:rPr>
                <w:lang w:val="ru-RU"/>
              </w:rPr>
            </w:pPr>
            <w:r w:rsidRPr="00332DB8">
              <w:rPr>
                <w:lang w:val="ru-RU"/>
              </w:rPr>
              <w:t xml:space="preserve">Информационный материал, размещенный на Интернет сайте «Живой журнал» </w:t>
            </w:r>
            <w:r>
              <w:t>http</w:t>
            </w:r>
            <w:r w:rsidRPr="00332DB8">
              <w:rPr>
                <w:lang w:val="ru-RU"/>
              </w:rPr>
              <w:t>://</w:t>
            </w:r>
            <w:r>
              <w:t>slonus</w:t>
            </w:r>
            <w:r w:rsidRPr="00332DB8">
              <w:rPr>
                <w:lang w:val="ru-RU"/>
              </w:rPr>
              <w:t>2012.1</w:t>
            </w:r>
            <w:r>
              <w:t>ivejoumal</w:t>
            </w:r>
            <w:r w:rsidRPr="00332DB8">
              <w:rPr>
                <w:lang w:val="ru-RU"/>
              </w:rPr>
              <w:t>/</w:t>
            </w:r>
            <w:r>
              <w:t>com</w:t>
            </w:r>
            <w:r w:rsidRPr="00332DB8">
              <w:rPr>
                <w:lang w:val="ru-RU"/>
              </w:rPr>
              <w:t xml:space="preserve">/, а также Интернет-ресурсах </w:t>
            </w:r>
            <w:r>
              <w:t>http</w:t>
            </w:r>
            <w:r w:rsidRPr="00332DB8">
              <w:rPr>
                <w:lang w:val="ru-RU"/>
              </w:rPr>
              <w:t>://</w:t>
            </w:r>
            <w:r>
              <w:t>magaspostcom</w:t>
            </w:r>
            <w:r w:rsidRPr="00332DB8">
              <w:rPr>
                <w:lang w:val="ru-RU"/>
              </w:rPr>
              <w:t>/?</w:t>
            </w:r>
            <w:r>
              <w:t>p</w:t>
            </w:r>
            <w:r w:rsidRPr="00332DB8">
              <w:rPr>
                <w:lang w:val="ru-RU"/>
              </w:rPr>
              <w:t xml:space="preserve">=482, </w:t>
            </w:r>
            <w:r>
              <w:t>http</w:t>
            </w:r>
            <w:r w:rsidRPr="00332DB8">
              <w:rPr>
                <w:lang w:val="ru-RU"/>
              </w:rPr>
              <w:t>://</w:t>
            </w:r>
            <w:r>
              <w:t>ok</w:t>
            </w:r>
            <w:r w:rsidRPr="00332DB8">
              <w:rPr>
                <w:lang w:val="ru-RU"/>
              </w:rPr>
              <w:t>.</w:t>
            </w:r>
            <w:r>
              <w:t>ru</w:t>
            </w:r>
            <w:r w:rsidRPr="00332DB8">
              <w:rPr>
                <w:lang w:val="ru-RU"/>
              </w:rPr>
              <w:t>/</w:t>
            </w:r>
            <w:r>
              <w:t>ingclan</w:t>
            </w:r>
            <w:r w:rsidRPr="00332DB8">
              <w:rPr>
                <w:lang w:val="ru-RU"/>
              </w:rPr>
              <w:t>/</w:t>
            </w:r>
            <w:r>
              <w:t>topic</w:t>
            </w:r>
            <w:r w:rsidRPr="00332DB8">
              <w:rPr>
                <w:lang w:val="ru-RU"/>
              </w:rPr>
              <w:t>/62652278431939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2880" w:type="dxa"/>
          </w:tcPr>
          <w:p w:rsidR="006F7457" w:rsidRPr="00332DB8" w:rsidRDefault="006F7457">
            <w:pPr>
              <w:rPr>
                <w:lang w:val="ru-RU"/>
              </w:rPr>
            </w:pPr>
          </w:p>
        </w:tc>
      </w:tr>
      <w:tr w:rsidR="006F7457" w:rsidRPr="005A424D">
        <w:tc>
          <w:tcPr>
            <w:tcW w:w="2880" w:type="dxa"/>
          </w:tcPr>
          <w:p w:rsidR="006F7457" w:rsidRDefault="00332DB8">
            <w:r>
              <w:t>2911.</w:t>
            </w:r>
          </w:p>
        </w:tc>
        <w:tc>
          <w:tcPr>
            <w:tcW w:w="2880" w:type="dxa"/>
          </w:tcPr>
          <w:p w:rsidR="006F7457" w:rsidRPr="00332DB8" w:rsidRDefault="00332DB8">
            <w:pPr>
              <w:rPr>
                <w:lang w:val="ru-RU"/>
              </w:rPr>
            </w:pPr>
            <w:r w:rsidRPr="00332DB8">
              <w:rPr>
                <w:lang w:val="ru-RU"/>
              </w:rPr>
              <w:t xml:space="preserve">Информационный материал, размещенный на сайте </w:t>
            </w:r>
            <w:r>
              <w:t>islamdin</w:t>
            </w:r>
            <w:r w:rsidRPr="00332DB8">
              <w:rPr>
                <w:lang w:val="ru-RU"/>
              </w:rPr>
              <w:t>.</w:t>
            </w:r>
            <w:r>
              <w:t>net</w:t>
            </w:r>
            <w:r w:rsidRPr="00332DB8">
              <w:rPr>
                <w:lang w:val="ru-RU"/>
              </w:rPr>
              <w:t xml:space="preserve"> (</w:t>
            </w:r>
            <w:r>
              <w:t>http</w:t>
            </w:r>
            <w:r w:rsidRPr="00332DB8">
              <w:rPr>
                <w:lang w:val="ru-RU"/>
              </w:rPr>
              <w:t>://</w:t>
            </w:r>
            <w:r>
              <w:t>islamdin</w:t>
            </w:r>
            <w:r w:rsidRPr="00332DB8">
              <w:rPr>
                <w:lang w:val="ru-RU"/>
              </w:rPr>
              <w:t>.</w:t>
            </w:r>
            <w:r>
              <w:t>net</w:t>
            </w:r>
            <w:r w:rsidRPr="00332DB8">
              <w:rPr>
                <w:lang w:val="ru-RU"/>
              </w:rPr>
              <w:t>/</w:t>
            </w:r>
            <w:r>
              <w:t>news</w:t>
            </w:r>
            <w:r w:rsidRPr="00332DB8">
              <w:rPr>
                <w:lang w:val="ru-RU"/>
              </w:rPr>
              <w:t>/</w:t>
            </w:r>
            <w:r>
              <w:t>index</w:t>
            </w:r>
            <w:r w:rsidRPr="00332DB8">
              <w:rPr>
                <w:lang w:val="ru-RU"/>
              </w:rPr>
              <w:t>.</w:t>
            </w:r>
            <w:r>
              <w:t>php</w:t>
            </w:r>
            <w:r w:rsidRPr="00332DB8">
              <w:rPr>
                <w:lang w:val="ru-RU"/>
              </w:rPr>
              <w:t>?</w:t>
            </w:r>
            <w:r>
              <w:t>act</w:t>
            </w:r>
            <w:r w:rsidRPr="00332DB8">
              <w:rPr>
                <w:lang w:val="ru-RU"/>
              </w:rPr>
              <w:t>=</w:t>
            </w:r>
            <w:r>
              <w:t>view</w:t>
            </w:r>
            <w:r w:rsidRPr="00332DB8">
              <w:rPr>
                <w:lang w:val="ru-RU"/>
              </w:rPr>
              <w:t>&amp;</w:t>
            </w:r>
            <w:r>
              <w:t>id</w:t>
            </w:r>
            <w:r w:rsidRPr="00332DB8">
              <w:rPr>
                <w:lang w:val="ru-RU"/>
              </w:rPr>
              <w:t>-158)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w:t>
            </w:r>
            <w:r>
              <w:t>http</w:t>
            </w:r>
            <w:r w:rsidRPr="00332DB8">
              <w:rPr>
                <w:lang w:val="ru-RU"/>
              </w:rPr>
              <w:t>://</w:t>
            </w:r>
            <w:r>
              <w:t>ok</w:t>
            </w:r>
            <w:r w:rsidRPr="00332DB8">
              <w:rPr>
                <w:lang w:val="ru-RU"/>
              </w:rPr>
              <w:t>.</w:t>
            </w:r>
            <w:r>
              <w:t>ni</w:t>
            </w:r>
            <w:r w:rsidRPr="00332DB8">
              <w:rPr>
                <w:lang w:val="ru-RU"/>
              </w:rPr>
              <w:t>/</w:t>
            </w:r>
            <w:r>
              <w:t>group</w:t>
            </w:r>
            <w:r w:rsidRPr="00332DB8">
              <w:rPr>
                <w:lang w:val="ru-RU"/>
              </w:rPr>
              <w:t>/519793 66826170/</w:t>
            </w:r>
            <w:r>
              <w:t>topic</w:t>
            </w:r>
            <w:r w:rsidRPr="00332DB8">
              <w:rPr>
                <w:lang w:val="ru-RU"/>
              </w:rPr>
              <w:t xml:space="preserve">/62106966802618 в виде текстовой распечатки видеофайла под названием «Обращение муджахидов Сирии к мусульманам </w:t>
            </w:r>
            <w:r w:rsidRPr="00332DB8">
              <w:rPr>
                <w:lang w:val="ru-RU"/>
              </w:rPr>
              <w:lastRenderedPageBreak/>
              <w:t>Имарата Кавказа» (решение Ленинского районного суда Республики Северная Осетия - Алания от 02.03.2015);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2912.</w:t>
            </w:r>
          </w:p>
        </w:tc>
        <w:tc>
          <w:tcPr>
            <w:tcW w:w="2880" w:type="dxa"/>
          </w:tcPr>
          <w:p w:rsidR="006F7457" w:rsidRPr="00332DB8" w:rsidRDefault="00332DB8">
            <w:pPr>
              <w:rPr>
                <w:lang w:val="ru-RU"/>
              </w:rPr>
            </w:pPr>
            <w:r w:rsidRPr="00332DB8">
              <w:rPr>
                <w:lang w:val="ru-RU"/>
              </w:rPr>
              <w:t>Информация, содержащаяся в аудио-файле: «</w:t>
            </w:r>
            <w:r>
              <w:t>Russkij</w:t>
            </w:r>
            <w:r w:rsidRPr="00332DB8">
              <w:rPr>
                <w:lang w:val="ru-RU"/>
              </w:rPr>
              <w:t xml:space="preserve"> </w:t>
            </w:r>
            <w:r>
              <w:t>Styag</w:t>
            </w:r>
            <w:r w:rsidRPr="00332DB8">
              <w:rPr>
                <w:lang w:val="ru-RU"/>
              </w:rPr>
              <w:t xml:space="preserve"> – </w:t>
            </w:r>
            <w:r>
              <w:t>My</w:t>
            </w:r>
            <w:r w:rsidRPr="00332DB8">
              <w:rPr>
                <w:lang w:val="ru-RU"/>
              </w:rPr>
              <w:t xml:space="preserve"> – </w:t>
            </w:r>
            <w:r>
              <w:t>Russkie</w:t>
            </w:r>
            <w:r w:rsidRPr="00332DB8">
              <w:rPr>
                <w:lang w:val="ru-RU"/>
              </w:rPr>
              <w:t xml:space="preserve"> </w:t>
            </w:r>
            <w:r>
              <w:t>lyudi</w:t>
            </w:r>
            <w:r w:rsidRPr="00332DB8">
              <w:rPr>
                <w:lang w:val="ru-RU"/>
              </w:rPr>
              <w:t>» продолжительностью 02 минуты 14 секунд (решение Пушкинского районного суда города Санкт-Петербурга от 10.03.2015);</w:t>
            </w:r>
          </w:p>
        </w:tc>
        <w:tc>
          <w:tcPr>
            <w:tcW w:w="2880" w:type="dxa"/>
          </w:tcPr>
          <w:p w:rsidR="006F7457" w:rsidRPr="00332DB8" w:rsidRDefault="006F7457">
            <w:pPr>
              <w:rPr>
                <w:lang w:val="ru-RU"/>
              </w:rPr>
            </w:pPr>
          </w:p>
        </w:tc>
      </w:tr>
      <w:tr w:rsidR="006F7457" w:rsidRPr="005A424D">
        <w:tc>
          <w:tcPr>
            <w:tcW w:w="2880" w:type="dxa"/>
          </w:tcPr>
          <w:p w:rsidR="006F7457" w:rsidRDefault="00332DB8">
            <w:r>
              <w:t>2913.</w:t>
            </w:r>
          </w:p>
        </w:tc>
        <w:tc>
          <w:tcPr>
            <w:tcW w:w="2880" w:type="dxa"/>
          </w:tcPr>
          <w:p w:rsidR="006F7457" w:rsidRPr="00332DB8" w:rsidRDefault="00332DB8">
            <w:pPr>
              <w:rPr>
                <w:lang w:val="ru-RU"/>
              </w:rPr>
            </w:pPr>
            <w:r w:rsidRPr="00332DB8">
              <w:rPr>
                <w:lang w:val="ru-RU"/>
              </w:rPr>
              <w:t>Визуальные и текстовые изображения, размещенные в сети Интернет на информационном ресурсе «Вконтакте» на ресурсе (</w:t>
            </w:r>
            <w:r>
              <w:t>https</w:t>
            </w:r>
            <w:r w:rsidRPr="00332DB8">
              <w:rPr>
                <w:lang w:val="ru-RU"/>
              </w:rPr>
              <w:t>://</w:t>
            </w:r>
            <w:r>
              <w:t>vk</w:t>
            </w:r>
            <w:r w:rsidRPr="00332DB8">
              <w:rPr>
                <w:lang w:val="ru-RU"/>
              </w:rPr>
              <w:t>.</w:t>
            </w:r>
            <w:r>
              <w:t>com</w:t>
            </w:r>
            <w:r w:rsidRPr="00332DB8">
              <w:rPr>
                <w:lang w:val="ru-RU"/>
              </w:rPr>
              <w:t>/</w:t>
            </w:r>
            <w:r>
              <w:t>ukraiman</w:t>
            </w:r>
            <w:r w:rsidRPr="00332DB8">
              <w:rPr>
                <w:lang w:val="ru-RU"/>
              </w:rPr>
              <w:t xml:space="preserve"> </w:t>
            </w:r>
            <w:r>
              <w:t>natsional</w:t>
            </w:r>
            <w:r w:rsidRPr="00332DB8">
              <w:rPr>
                <w:lang w:val="ru-RU"/>
              </w:rPr>
              <w:t>) сообщества «Баст</w:t>
            </w:r>
            <w:r>
              <w:t>io</w:t>
            </w:r>
            <w:r w:rsidRPr="00332DB8">
              <w:rPr>
                <w:lang w:val="ru-RU"/>
              </w:rPr>
              <w:t>н (Слава Нац</w:t>
            </w:r>
            <w:r>
              <w:t>ii</w:t>
            </w:r>
            <w:r w:rsidRPr="00332DB8">
              <w:rPr>
                <w:lang w:val="ru-RU"/>
              </w:rPr>
              <w:t xml:space="preserve"> Смерть федерац</w:t>
            </w:r>
            <w:r>
              <w:t>ii</w:t>
            </w:r>
            <w:r w:rsidRPr="00332DB8">
              <w:rPr>
                <w:lang w:val="ru-RU"/>
              </w:rPr>
              <w:t>» (решение Советского районного суда г. Тулы от 12.05.2015);</w:t>
            </w:r>
          </w:p>
        </w:tc>
        <w:tc>
          <w:tcPr>
            <w:tcW w:w="2880" w:type="dxa"/>
          </w:tcPr>
          <w:p w:rsidR="006F7457" w:rsidRPr="00332DB8" w:rsidRDefault="006F7457">
            <w:pPr>
              <w:rPr>
                <w:lang w:val="ru-RU"/>
              </w:rPr>
            </w:pPr>
          </w:p>
        </w:tc>
      </w:tr>
      <w:tr w:rsidR="006F7457" w:rsidRPr="005A424D">
        <w:tc>
          <w:tcPr>
            <w:tcW w:w="2880" w:type="dxa"/>
          </w:tcPr>
          <w:p w:rsidR="006F7457" w:rsidRDefault="00332DB8">
            <w:r>
              <w:t>2914.</w:t>
            </w:r>
          </w:p>
        </w:tc>
        <w:tc>
          <w:tcPr>
            <w:tcW w:w="2880" w:type="dxa"/>
          </w:tcPr>
          <w:p w:rsidR="006F7457" w:rsidRPr="00332DB8" w:rsidRDefault="00332DB8">
            <w:pPr>
              <w:rPr>
                <w:lang w:val="ru-RU"/>
              </w:rPr>
            </w:pPr>
            <w:r w:rsidRPr="00332DB8">
              <w:rPr>
                <w:lang w:val="ru-RU"/>
              </w:rPr>
              <w:t>Информация, содержащаяся в аудио-файле: «</w:t>
            </w:r>
            <w:r>
              <w:t>Russkij</w:t>
            </w:r>
            <w:r w:rsidRPr="00332DB8">
              <w:rPr>
                <w:lang w:val="ru-RU"/>
              </w:rPr>
              <w:t xml:space="preserve"> </w:t>
            </w:r>
            <w:r>
              <w:t>Styag</w:t>
            </w:r>
            <w:r w:rsidRPr="00332DB8">
              <w:rPr>
                <w:lang w:val="ru-RU"/>
              </w:rPr>
              <w:t xml:space="preserve"> – </w:t>
            </w:r>
            <w:r>
              <w:t>Pod</w:t>
            </w:r>
            <w:r w:rsidRPr="00332DB8">
              <w:rPr>
                <w:lang w:val="ru-RU"/>
              </w:rPr>
              <w:t xml:space="preserve"> </w:t>
            </w:r>
            <w:r>
              <w:t>Sladkie</w:t>
            </w:r>
            <w:r w:rsidRPr="00332DB8">
              <w:rPr>
                <w:lang w:val="ru-RU"/>
              </w:rPr>
              <w:t xml:space="preserve"> </w:t>
            </w:r>
            <w:r>
              <w:t>Pesni</w:t>
            </w:r>
            <w:r w:rsidRPr="00332DB8">
              <w:rPr>
                <w:lang w:val="ru-RU"/>
              </w:rPr>
              <w:t>» продолжительностью 05 минут 50 секунд (решение Пушкинского районного суда города Санкт-Петербурга от 06.04.2015);</w:t>
            </w:r>
          </w:p>
        </w:tc>
        <w:tc>
          <w:tcPr>
            <w:tcW w:w="2880" w:type="dxa"/>
          </w:tcPr>
          <w:p w:rsidR="006F7457" w:rsidRPr="00332DB8" w:rsidRDefault="006F7457">
            <w:pPr>
              <w:rPr>
                <w:lang w:val="ru-RU"/>
              </w:rPr>
            </w:pPr>
          </w:p>
        </w:tc>
      </w:tr>
      <w:tr w:rsidR="006F7457" w:rsidRPr="005A424D">
        <w:tc>
          <w:tcPr>
            <w:tcW w:w="2880" w:type="dxa"/>
          </w:tcPr>
          <w:p w:rsidR="006F7457" w:rsidRDefault="00332DB8">
            <w:r>
              <w:t>2915.</w:t>
            </w:r>
          </w:p>
        </w:tc>
        <w:tc>
          <w:tcPr>
            <w:tcW w:w="2880" w:type="dxa"/>
          </w:tcPr>
          <w:p w:rsidR="006F7457" w:rsidRPr="00332DB8" w:rsidRDefault="00332DB8">
            <w:pPr>
              <w:rPr>
                <w:lang w:val="ru-RU"/>
              </w:rPr>
            </w:pPr>
            <w:r w:rsidRPr="00332DB8">
              <w:rPr>
                <w:lang w:val="ru-RU"/>
              </w:rPr>
              <w:t>Информация, содержащаяся в аудио-файле: «</w:t>
            </w:r>
            <w:r>
              <w:t>Dyushes</w:t>
            </w:r>
            <w:r w:rsidRPr="00332DB8">
              <w:rPr>
                <w:lang w:val="ru-RU"/>
              </w:rPr>
              <w:t xml:space="preserve">- </w:t>
            </w:r>
            <w:r>
              <w:t>YA</w:t>
            </w:r>
            <w:r w:rsidRPr="00332DB8">
              <w:rPr>
                <w:lang w:val="ru-RU"/>
              </w:rPr>
              <w:t xml:space="preserve"> </w:t>
            </w:r>
            <w:r>
              <w:t>risyu</w:t>
            </w:r>
            <w:r w:rsidRPr="00332DB8">
              <w:rPr>
                <w:lang w:val="ru-RU"/>
              </w:rPr>
              <w:t xml:space="preserve"> </w:t>
            </w:r>
            <w:r>
              <w:t>belom</w:t>
            </w:r>
            <w:r w:rsidRPr="00332DB8">
              <w:rPr>
                <w:lang w:val="ru-RU"/>
              </w:rPr>
              <w:t xml:space="preserve"> </w:t>
            </w:r>
            <w:r>
              <w:t>melom</w:t>
            </w:r>
            <w:r w:rsidRPr="00332DB8">
              <w:rPr>
                <w:lang w:val="ru-RU"/>
              </w:rPr>
              <w:t xml:space="preserve"> 1488» продолжительностью 02 минуты 53 секунды (решение Пушкинского районного суда города Санкт-Петербурга от 07.05.2015);</w:t>
            </w:r>
          </w:p>
        </w:tc>
        <w:tc>
          <w:tcPr>
            <w:tcW w:w="2880" w:type="dxa"/>
          </w:tcPr>
          <w:p w:rsidR="006F7457" w:rsidRPr="00332DB8" w:rsidRDefault="006F7457">
            <w:pPr>
              <w:rPr>
                <w:lang w:val="ru-RU"/>
              </w:rPr>
            </w:pPr>
          </w:p>
        </w:tc>
      </w:tr>
      <w:tr w:rsidR="006F7457" w:rsidRPr="005A424D">
        <w:tc>
          <w:tcPr>
            <w:tcW w:w="2880" w:type="dxa"/>
          </w:tcPr>
          <w:p w:rsidR="006F7457" w:rsidRDefault="00332DB8">
            <w:r>
              <w:t>2916.</w:t>
            </w:r>
          </w:p>
        </w:tc>
        <w:tc>
          <w:tcPr>
            <w:tcW w:w="2880" w:type="dxa"/>
          </w:tcPr>
          <w:p w:rsidR="006F7457" w:rsidRPr="00332DB8" w:rsidRDefault="00332DB8">
            <w:pPr>
              <w:rPr>
                <w:lang w:val="ru-RU"/>
              </w:rPr>
            </w:pPr>
            <w:r w:rsidRPr="00332DB8">
              <w:rPr>
                <w:lang w:val="ru-RU"/>
              </w:rPr>
              <w:t xml:space="preserve">Информационные материалы движения «Белое сплочение», размещенные на сайте </w:t>
            </w:r>
            <w:r>
              <w:t>www</w:t>
            </w:r>
            <w:r w:rsidRPr="00332DB8">
              <w:rPr>
                <w:lang w:val="ru-RU"/>
              </w:rPr>
              <w:t>.</w:t>
            </w:r>
            <w:r>
              <w:t>beloe</w:t>
            </w:r>
            <w:r w:rsidRPr="00332DB8">
              <w:rPr>
                <w:lang w:val="ru-RU"/>
              </w:rPr>
              <w:t>-</w:t>
            </w:r>
            <w:r>
              <w:t>splochenie</w:t>
            </w:r>
            <w:r w:rsidRPr="00332DB8">
              <w:rPr>
                <w:lang w:val="ru-RU"/>
              </w:rPr>
              <w:t>.</w:t>
            </w:r>
            <w:r>
              <w:t>jimdo</w:t>
            </w:r>
            <w:r w:rsidRPr="00332DB8">
              <w:rPr>
                <w:lang w:val="ru-RU"/>
              </w:rPr>
              <w:t>.</w:t>
            </w:r>
            <w:r>
              <w:t>com</w:t>
            </w:r>
            <w:r w:rsidRPr="00332DB8">
              <w:rPr>
                <w:lang w:val="ru-RU"/>
              </w:rPr>
              <w:t xml:space="preserve"> (решение Назаровского городского суда Красноярского края от 06.05.2015);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2917.</w:t>
            </w:r>
          </w:p>
        </w:tc>
        <w:tc>
          <w:tcPr>
            <w:tcW w:w="2880" w:type="dxa"/>
          </w:tcPr>
          <w:p w:rsidR="006F7457" w:rsidRPr="00332DB8" w:rsidRDefault="00332DB8">
            <w:pPr>
              <w:rPr>
                <w:lang w:val="ru-RU"/>
              </w:rPr>
            </w:pPr>
            <w:r w:rsidRPr="00332DB8">
              <w:rPr>
                <w:lang w:val="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2880" w:type="dxa"/>
          </w:tcPr>
          <w:p w:rsidR="006F7457" w:rsidRPr="00332DB8" w:rsidRDefault="006F7457">
            <w:pPr>
              <w:rPr>
                <w:lang w:val="ru-RU"/>
              </w:rPr>
            </w:pPr>
          </w:p>
        </w:tc>
      </w:tr>
      <w:tr w:rsidR="006F7457" w:rsidRPr="005A424D">
        <w:tc>
          <w:tcPr>
            <w:tcW w:w="2880" w:type="dxa"/>
          </w:tcPr>
          <w:p w:rsidR="006F7457" w:rsidRDefault="00332DB8">
            <w:r>
              <w:t>2918.</w:t>
            </w:r>
          </w:p>
        </w:tc>
        <w:tc>
          <w:tcPr>
            <w:tcW w:w="2880" w:type="dxa"/>
          </w:tcPr>
          <w:p w:rsidR="006F7457" w:rsidRPr="00332DB8" w:rsidRDefault="00332DB8">
            <w:pPr>
              <w:rPr>
                <w:lang w:val="ru-RU"/>
              </w:rPr>
            </w:pPr>
            <w:r w:rsidRPr="00332DB8">
              <w:rPr>
                <w:lang w:val="ru-RU"/>
              </w:rPr>
              <w:t>Материал – текст, размещенный в режиме свободного доступа в сети «Интернет» на страницах «</w:t>
            </w:r>
            <w:r>
              <w:t>http</w:t>
            </w:r>
            <w:r w:rsidRPr="00332DB8">
              <w:rPr>
                <w:lang w:val="ru-RU"/>
              </w:rPr>
              <w:t>://</w:t>
            </w:r>
            <w:r>
              <w:t>newslab</w:t>
            </w:r>
            <w:r w:rsidRPr="00332DB8">
              <w:rPr>
                <w:lang w:val="ru-RU"/>
              </w:rPr>
              <w:t>.</w:t>
            </w:r>
            <w:r>
              <w:t>ru</w:t>
            </w:r>
            <w:r w:rsidRPr="00332DB8">
              <w:rPr>
                <w:lang w:val="ru-RU"/>
              </w:rPr>
              <w:t>/</w:t>
            </w:r>
            <w:r>
              <w:t>forum</w:t>
            </w:r>
            <w:r w:rsidRPr="00332DB8">
              <w:rPr>
                <w:lang w:val="ru-RU"/>
              </w:rPr>
              <w:t>/</w:t>
            </w:r>
            <w:r>
              <w:t>theme</w:t>
            </w:r>
            <w:r w:rsidRPr="00332DB8">
              <w:rPr>
                <w:lang w:val="ru-RU"/>
              </w:rPr>
              <w:t>/88664» и «</w:t>
            </w:r>
            <w:r>
              <w:t>http</w:t>
            </w:r>
            <w:r w:rsidRPr="00332DB8">
              <w:rPr>
                <w:lang w:val="ru-RU"/>
              </w:rPr>
              <w:t>://</w:t>
            </w:r>
            <w:r>
              <w:t>llll</w:t>
            </w:r>
            <w:r w:rsidRPr="00332DB8">
              <w:rPr>
                <w:lang w:val="ru-RU"/>
              </w:rPr>
              <w:t xml:space="preserve"> 12344. </w:t>
            </w:r>
            <w:r>
              <w:t>spaces</w:t>
            </w:r>
            <w:r w:rsidRPr="00332DB8">
              <w:rPr>
                <w:lang w:val="ru-RU"/>
              </w:rPr>
              <w:t>.</w:t>
            </w:r>
            <w:r>
              <w:t>ru</w:t>
            </w:r>
            <w:r w:rsidRPr="00332DB8">
              <w:rPr>
                <w:lang w:val="ru-RU"/>
              </w:rPr>
              <w:t>/</w:t>
            </w:r>
            <w:r>
              <w:t>diary</w:t>
            </w:r>
            <w:r w:rsidRPr="00332DB8">
              <w:rPr>
                <w:lang w:val="ru-RU"/>
              </w:rPr>
              <w:t>/?</w:t>
            </w:r>
            <w:r>
              <w:t>r</w:t>
            </w:r>
            <w:r w:rsidRPr="00332DB8">
              <w:rPr>
                <w:lang w:val="ru-RU"/>
              </w:rPr>
              <w:t>=</w:t>
            </w:r>
            <w:r>
              <w:t>diary</w:t>
            </w:r>
            <w:r w:rsidRPr="00332DB8">
              <w:rPr>
                <w:lang w:val="ru-RU"/>
              </w:rPr>
              <w:t xml:space="preserve"> /</w:t>
            </w:r>
            <w:r>
              <w:t>read</w:t>
            </w:r>
            <w:r w:rsidRPr="00332DB8">
              <w:rPr>
                <w:lang w:val="ru-RU"/>
              </w:rPr>
              <w:t>&amp;</w:t>
            </w:r>
            <w:r>
              <w:t>id</w:t>
            </w:r>
            <w:r w:rsidRPr="00332DB8">
              <w:rPr>
                <w:lang w:val="ru-RU"/>
              </w:rPr>
              <w:t>=2021905127&amp;</w:t>
            </w:r>
            <w:r>
              <w:t>link</w:t>
            </w:r>
            <w:r w:rsidRPr="00332DB8">
              <w:rPr>
                <w:lang w:val="ru-RU"/>
              </w:rPr>
              <w:t>_</w:t>
            </w:r>
            <w:r>
              <w:t>id</w:t>
            </w:r>
            <w:r w:rsidRPr="00332DB8">
              <w:rPr>
                <w:lang w:val="ru-RU"/>
              </w:rPr>
              <w:t>=3575687188»,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2880" w:type="dxa"/>
          </w:tcPr>
          <w:p w:rsidR="006F7457" w:rsidRPr="00332DB8" w:rsidRDefault="006F7457">
            <w:pPr>
              <w:rPr>
                <w:lang w:val="ru-RU"/>
              </w:rPr>
            </w:pPr>
          </w:p>
        </w:tc>
      </w:tr>
      <w:tr w:rsidR="006F7457" w:rsidRPr="005A424D">
        <w:tc>
          <w:tcPr>
            <w:tcW w:w="2880" w:type="dxa"/>
          </w:tcPr>
          <w:p w:rsidR="006F7457" w:rsidRDefault="00332DB8">
            <w:r>
              <w:t>2919.</w:t>
            </w:r>
          </w:p>
        </w:tc>
        <w:tc>
          <w:tcPr>
            <w:tcW w:w="2880" w:type="dxa"/>
          </w:tcPr>
          <w:p w:rsidR="006F7457" w:rsidRPr="00332DB8" w:rsidRDefault="00332DB8">
            <w:pPr>
              <w:rPr>
                <w:lang w:val="ru-RU"/>
              </w:rPr>
            </w:pPr>
            <w:r w:rsidRPr="00332DB8">
              <w:rPr>
                <w:lang w:val="ru-RU"/>
              </w:rPr>
              <w:t xml:space="preserve">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w:t>
            </w:r>
            <w:r>
              <w:t>http</w:t>
            </w:r>
            <w:r w:rsidRPr="00332DB8">
              <w:rPr>
                <w:lang w:val="ru-RU"/>
              </w:rPr>
              <w:t>://</w:t>
            </w:r>
            <w:r>
              <w:t>vk</w:t>
            </w:r>
            <w:r w:rsidRPr="00332DB8">
              <w:rPr>
                <w:lang w:val="ru-RU"/>
              </w:rPr>
              <w:t>.</w:t>
            </w:r>
            <w:r>
              <w:t>com</w:t>
            </w:r>
            <w:r w:rsidRPr="00332DB8">
              <w:rPr>
                <w:lang w:val="ru-RU"/>
              </w:rPr>
              <w:t>», под названием «Марьям Ибрагимова» (</w:t>
            </w:r>
            <w:r>
              <w:t>vk</w:t>
            </w:r>
            <w:r w:rsidRPr="00332DB8">
              <w:rPr>
                <w:lang w:val="ru-RU"/>
              </w:rPr>
              <w:t>.</w:t>
            </w:r>
            <w:r>
              <w:t>com</w:t>
            </w:r>
            <w:r w:rsidRPr="00332DB8">
              <w:rPr>
                <w:lang w:val="ru-RU"/>
              </w:rPr>
              <w:t>/</w:t>
            </w:r>
            <w:r>
              <w:t>id</w:t>
            </w:r>
            <w:r w:rsidRPr="00332DB8">
              <w:rPr>
                <w:lang w:val="ru-RU"/>
              </w:rPr>
              <w:t>168344515) (решение Новгородского районного суда Новгородской области от 01.04.2015);</w:t>
            </w:r>
          </w:p>
        </w:tc>
        <w:tc>
          <w:tcPr>
            <w:tcW w:w="2880" w:type="dxa"/>
          </w:tcPr>
          <w:p w:rsidR="006F7457" w:rsidRPr="00332DB8" w:rsidRDefault="006F7457">
            <w:pPr>
              <w:rPr>
                <w:lang w:val="ru-RU"/>
              </w:rPr>
            </w:pPr>
          </w:p>
        </w:tc>
      </w:tr>
      <w:tr w:rsidR="006F7457" w:rsidRPr="005A424D">
        <w:tc>
          <w:tcPr>
            <w:tcW w:w="2880" w:type="dxa"/>
          </w:tcPr>
          <w:p w:rsidR="006F7457" w:rsidRDefault="00332DB8">
            <w:r>
              <w:t>2920.</w:t>
            </w:r>
          </w:p>
        </w:tc>
        <w:tc>
          <w:tcPr>
            <w:tcW w:w="2880" w:type="dxa"/>
          </w:tcPr>
          <w:p w:rsidR="006F7457" w:rsidRPr="00332DB8" w:rsidRDefault="00332DB8">
            <w:pPr>
              <w:rPr>
                <w:lang w:val="ru-RU"/>
              </w:rPr>
            </w:pPr>
            <w:r w:rsidRPr="00332DB8">
              <w:rPr>
                <w:lang w:val="ru-RU"/>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2880" w:type="dxa"/>
          </w:tcPr>
          <w:p w:rsidR="006F7457" w:rsidRPr="00332DB8" w:rsidRDefault="006F7457">
            <w:pPr>
              <w:rPr>
                <w:lang w:val="ru-RU"/>
              </w:rPr>
            </w:pPr>
          </w:p>
        </w:tc>
      </w:tr>
      <w:tr w:rsidR="006F7457" w:rsidRPr="005A424D">
        <w:tc>
          <w:tcPr>
            <w:tcW w:w="2880" w:type="dxa"/>
          </w:tcPr>
          <w:p w:rsidR="006F7457" w:rsidRDefault="00332DB8">
            <w:r>
              <w:t>29</w:t>
            </w:r>
            <w:r>
              <w:lastRenderedPageBreak/>
              <w:t>21.</w:t>
            </w:r>
          </w:p>
        </w:tc>
        <w:tc>
          <w:tcPr>
            <w:tcW w:w="2880" w:type="dxa"/>
          </w:tcPr>
          <w:p w:rsidR="006F7457" w:rsidRPr="00332DB8" w:rsidRDefault="00332DB8">
            <w:pPr>
              <w:rPr>
                <w:lang w:val="ru-RU"/>
              </w:rPr>
            </w:pPr>
            <w:r w:rsidRPr="00332DB8">
              <w:rPr>
                <w:lang w:val="ru-RU"/>
              </w:rPr>
              <w:lastRenderedPageBreak/>
              <w:t xml:space="preserve">Изображение, на котором на черном фоне, белым цветом изображена голова зверя (возможно волка) с надписью «Ярусский» </w:t>
            </w:r>
            <w:r w:rsidRPr="00332DB8">
              <w:rPr>
                <w:lang w:val="ru-RU"/>
              </w:rPr>
              <w:lastRenderedPageBreak/>
              <w:t>(</w:t>
            </w:r>
            <w:r>
              <w:t>http</w:t>
            </w:r>
            <w:r w:rsidRPr="00332DB8">
              <w:rPr>
                <w:lang w:val="ru-RU"/>
              </w:rPr>
              <w:t>:</w:t>
            </w:r>
            <w:r>
              <w:t>vk</w:t>
            </w:r>
            <w:r w:rsidRPr="00332DB8">
              <w:rPr>
                <w:lang w:val="ru-RU"/>
              </w:rPr>
              <w:t>.</w:t>
            </w:r>
            <w:r>
              <w:t>com</w:t>
            </w:r>
            <w:r w:rsidRPr="00332DB8">
              <w:rPr>
                <w:lang w:val="ru-RU"/>
              </w:rPr>
              <w:t>/</w:t>
            </w:r>
            <w:r>
              <w:t>id</w:t>
            </w:r>
            <w:r w:rsidRPr="00332DB8">
              <w:rPr>
                <w:lang w:val="ru-RU"/>
              </w:rPr>
              <w:t>133093126?</w:t>
            </w:r>
            <w:r>
              <w:t>z</w:t>
            </w:r>
            <w:r w:rsidRPr="00332DB8">
              <w:rPr>
                <w:lang w:val="ru-RU"/>
              </w:rPr>
              <w:t>=</w:t>
            </w:r>
            <w:r>
              <w:t>photo</w:t>
            </w:r>
            <w:r w:rsidRPr="00332DB8">
              <w:rPr>
                <w:lang w:val="ru-RU"/>
              </w:rPr>
              <w:t>133093126_334726667%2</w:t>
            </w:r>
            <w:r>
              <w:t>Falbum</w:t>
            </w:r>
            <w:r w:rsidRPr="00332DB8">
              <w:rPr>
                <w:lang w:val="ru-RU"/>
              </w:rPr>
              <w:t>133093126_00%2</w:t>
            </w:r>
            <w:r>
              <w:t>Frev</w:t>
            </w:r>
            <w:r w:rsidRPr="00332DB8">
              <w:rPr>
                <w:lang w:val="ru-RU"/>
              </w:rPr>
              <w:t>);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w:t>
            </w:r>
            <w:r>
              <w:t>http</w:t>
            </w:r>
            <w:r w:rsidRPr="00332DB8">
              <w:rPr>
                <w:lang w:val="ru-RU"/>
              </w:rPr>
              <w:t>:</w:t>
            </w:r>
            <w:r>
              <w:t>vk</w:t>
            </w:r>
            <w:r w:rsidRPr="00332DB8">
              <w:rPr>
                <w:lang w:val="ru-RU"/>
              </w:rPr>
              <w:t>.</w:t>
            </w:r>
            <w:r>
              <w:t>com</w:t>
            </w:r>
            <w:r w:rsidRPr="00332DB8">
              <w:rPr>
                <w:lang w:val="ru-RU"/>
              </w:rPr>
              <w:t>/</w:t>
            </w:r>
            <w:r>
              <w:t>id</w:t>
            </w:r>
            <w:r w:rsidRPr="00332DB8">
              <w:rPr>
                <w:lang w:val="ru-RU"/>
              </w:rPr>
              <w:t>133093126?</w:t>
            </w:r>
            <w:r>
              <w:t>z</w:t>
            </w:r>
            <w:r w:rsidRPr="00332DB8">
              <w:rPr>
                <w:lang w:val="ru-RU"/>
              </w:rPr>
              <w:t>=</w:t>
            </w:r>
            <w:r>
              <w:t>photo</w:t>
            </w:r>
            <w:r w:rsidRPr="00332DB8">
              <w:rPr>
                <w:lang w:val="ru-RU"/>
              </w:rPr>
              <w:t>133093126_334726667%2</w:t>
            </w:r>
            <w:r>
              <w:t>Falbum</w:t>
            </w:r>
            <w:r w:rsidRPr="00332DB8">
              <w:rPr>
                <w:lang w:val="ru-RU"/>
              </w:rPr>
              <w:t>133093126_00%2</w:t>
            </w:r>
            <w:r>
              <w:t>Frev</w:t>
            </w:r>
            <w:r w:rsidRPr="00332DB8">
              <w:rPr>
                <w:lang w:val="ru-RU"/>
              </w:rPr>
              <w:t>); - видеозапись под названием «Скины» продолжительностью 5 минут 09 сек (</w:t>
            </w:r>
            <w:r>
              <w:t>http</w:t>
            </w:r>
            <w:r w:rsidRPr="00332DB8">
              <w:rPr>
                <w:lang w:val="ru-RU"/>
              </w:rPr>
              <w:t>:</w:t>
            </w:r>
            <w:r>
              <w:t>vk</w:t>
            </w:r>
            <w:r w:rsidRPr="00332DB8">
              <w:rPr>
                <w:lang w:val="ru-RU"/>
              </w:rPr>
              <w:t>.</w:t>
            </w:r>
            <w:r>
              <w:t>com</w:t>
            </w:r>
            <w:r w:rsidRPr="00332DB8">
              <w:rPr>
                <w:lang w:val="ru-RU"/>
              </w:rPr>
              <w:t>/</w:t>
            </w:r>
            <w:r>
              <w:t>id</w:t>
            </w:r>
            <w:r w:rsidRPr="00332DB8">
              <w:rPr>
                <w:lang w:val="ru-RU"/>
              </w:rPr>
              <w:t>133093126_168817556) (решение Вологодского городского суда Вологодской области от 28.04.2015);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2922.</w:t>
            </w:r>
          </w:p>
        </w:tc>
        <w:tc>
          <w:tcPr>
            <w:tcW w:w="2880" w:type="dxa"/>
          </w:tcPr>
          <w:p w:rsidR="006F7457" w:rsidRPr="00332DB8" w:rsidRDefault="00332DB8">
            <w:pPr>
              <w:rPr>
                <w:lang w:val="ru-RU"/>
              </w:rPr>
            </w:pPr>
            <w:r w:rsidRPr="00332DB8">
              <w:rPr>
                <w:lang w:val="ru-RU"/>
              </w:rPr>
              <w:t xml:space="preserve">Информационный материал - текст статьи «Дуэль.нужно ли убрать из России Евреев?», размещенный в сети Интернет по адресу: </w:t>
            </w:r>
            <w:r>
              <w:t>http</w:t>
            </w:r>
            <w:r w:rsidRPr="00332DB8">
              <w:rPr>
                <w:lang w:val="ru-RU"/>
              </w:rPr>
              <w:t>://</w:t>
            </w:r>
            <w:r>
              <w:t>www</w:t>
            </w:r>
            <w:r w:rsidRPr="00332DB8">
              <w:rPr>
                <w:lang w:val="ru-RU"/>
              </w:rPr>
              <w:t>.</w:t>
            </w:r>
            <w:r>
              <w:t>duel</w:t>
            </w:r>
            <w:r w:rsidRPr="00332DB8">
              <w:rPr>
                <w:lang w:val="ru-RU"/>
              </w:rPr>
              <w:t>.</w:t>
            </w:r>
            <w:r>
              <w:t>ru</w:t>
            </w:r>
            <w:r w:rsidRPr="00332DB8">
              <w:rPr>
                <w:lang w:val="ru-RU"/>
              </w:rPr>
              <w:t>/199903/73_5_1 (решение Василеостровского районного суда города Санкт-Петербурга от 14.05.2015);</w:t>
            </w:r>
          </w:p>
        </w:tc>
        <w:tc>
          <w:tcPr>
            <w:tcW w:w="2880" w:type="dxa"/>
          </w:tcPr>
          <w:p w:rsidR="006F7457" w:rsidRPr="00332DB8" w:rsidRDefault="006F7457">
            <w:pPr>
              <w:rPr>
                <w:lang w:val="ru-RU"/>
              </w:rPr>
            </w:pPr>
          </w:p>
        </w:tc>
      </w:tr>
      <w:tr w:rsidR="006F7457" w:rsidRPr="005A424D">
        <w:tc>
          <w:tcPr>
            <w:tcW w:w="2880" w:type="dxa"/>
          </w:tcPr>
          <w:p w:rsidR="006F7457" w:rsidRDefault="00332DB8">
            <w:r>
              <w:t>2923.</w:t>
            </w:r>
          </w:p>
        </w:tc>
        <w:tc>
          <w:tcPr>
            <w:tcW w:w="2880" w:type="dxa"/>
          </w:tcPr>
          <w:p w:rsidR="006F7457" w:rsidRPr="00332DB8" w:rsidRDefault="00332DB8">
            <w:pPr>
              <w:rPr>
                <w:lang w:val="ru-RU"/>
              </w:rPr>
            </w:pPr>
            <w:r w:rsidRPr="00332DB8">
              <w:rPr>
                <w:lang w:val="ru-RU"/>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2880" w:type="dxa"/>
          </w:tcPr>
          <w:p w:rsidR="006F7457" w:rsidRPr="00332DB8" w:rsidRDefault="006F7457">
            <w:pPr>
              <w:rPr>
                <w:lang w:val="ru-RU"/>
              </w:rPr>
            </w:pPr>
          </w:p>
        </w:tc>
      </w:tr>
      <w:tr w:rsidR="006F7457" w:rsidRPr="005A424D">
        <w:tc>
          <w:tcPr>
            <w:tcW w:w="2880" w:type="dxa"/>
          </w:tcPr>
          <w:p w:rsidR="006F7457" w:rsidRDefault="00332DB8">
            <w:r>
              <w:t>2924.</w:t>
            </w:r>
          </w:p>
        </w:tc>
        <w:tc>
          <w:tcPr>
            <w:tcW w:w="2880" w:type="dxa"/>
          </w:tcPr>
          <w:p w:rsidR="006F7457" w:rsidRPr="00332DB8" w:rsidRDefault="00332DB8">
            <w:pPr>
              <w:rPr>
                <w:lang w:val="ru-RU"/>
              </w:rPr>
            </w:pPr>
            <w:r w:rsidRPr="00332DB8">
              <w:rPr>
                <w:lang w:val="ru-RU"/>
              </w:rPr>
              <w:t>Видеоролик «Документальный фильм про скинхедов в России» (решение Центрального районного суда г. Калининграда от 14.05.2015);</w:t>
            </w:r>
          </w:p>
        </w:tc>
        <w:tc>
          <w:tcPr>
            <w:tcW w:w="2880" w:type="dxa"/>
          </w:tcPr>
          <w:p w:rsidR="006F7457" w:rsidRPr="00332DB8" w:rsidRDefault="006F7457">
            <w:pPr>
              <w:rPr>
                <w:lang w:val="ru-RU"/>
              </w:rPr>
            </w:pPr>
          </w:p>
        </w:tc>
      </w:tr>
      <w:tr w:rsidR="006F7457" w:rsidRPr="005A424D">
        <w:tc>
          <w:tcPr>
            <w:tcW w:w="2880" w:type="dxa"/>
          </w:tcPr>
          <w:p w:rsidR="006F7457" w:rsidRDefault="00332DB8">
            <w:r>
              <w:t>2925.</w:t>
            </w:r>
          </w:p>
        </w:tc>
        <w:tc>
          <w:tcPr>
            <w:tcW w:w="2880" w:type="dxa"/>
          </w:tcPr>
          <w:p w:rsidR="006F7457" w:rsidRPr="00332DB8" w:rsidRDefault="00332DB8">
            <w:pPr>
              <w:rPr>
                <w:lang w:val="ru-RU"/>
              </w:rPr>
            </w:pPr>
            <w:r w:rsidRPr="00332DB8">
              <w:rPr>
                <w:lang w:val="ru-RU"/>
              </w:rPr>
              <w:t>Информационный материал под названием «Воззвание приморских партизан» (решение Ленинского районного суда г. Владивостока от 13.05.2015);</w:t>
            </w:r>
          </w:p>
        </w:tc>
        <w:tc>
          <w:tcPr>
            <w:tcW w:w="2880" w:type="dxa"/>
          </w:tcPr>
          <w:p w:rsidR="006F7457" w:rsidRPr="00332DB8" w:rsidRDefault="006F7457">
            <w:pPr>
              <w:rPr>
                <w:lang w:val="ru-RU"/>
              </w:rPr>
            </w:pPr>
          </w:p>
        </w:tc>
      </w:tr>
      <w:tr w:rsidR="006F7457" w:rsidRPr="005A424D">
        <w:tc>
          <w:tcPr>
            <w:tcW w:w="2880" w:type="dxa"/>
          </w:tcPr>
          <w:p w:rsidR="006F7457" w:rsidRDefault="00332DB8">
            <w:r>
              <w:t>29</w:t>
            </w:r>
            <w:r>
              <w:lastRenderedPageBreak/>
              <w:t>26.</w:t>
            </w:r>
          </w:p>
        </w:tc>
        <w:tc>
          <w:tcPr>
            <w:tcW w:w="2880" w:type="dxa"/>
          </w:tcPr>
          <w:p w:rsidR="006F7457" w:rsidRPr="00332DB8" w:rsidRDefault="00332DB8">
            <w:pPr>
              <w:rPr>
                <w:lang w:val="ru-RU"/>
              </w:rPr>
            </w:pPr>
            <w:r w:rsidRPr="00332DB8">
              <w:rPr>
                <w:lang w:val="ru-RU"/>
              </w:rPr>
              <w:lastRenderedPageBreak/>
              <w:t xml:space="preserve">Информационные материалы, размещенные по интернет-адресу: </w:t>
            </w:r>
            <w:r>
              <w:t>http</w:t>
            </w:r>
            <w:r w:rsidRPr="00332DB8">
              <w:rPr>
                <w:lang w:val="ru-RU"/>
              </w:rPr>
              <w:t>://</w:t>
            </w:r>
            <w:r>
              <w:t>kobakbogoder</w:t>
            </w:r>
            <w:r w:rsidRPr="00332DB8">
              <w:rPr>
                <w:lang w:val="ru-RU"/>
              </w:rPr>
              <w:t>.</w:t>
            </w:r>
            <w:r>
              <w:t>blogspot</w:t>
            </w:r>
            <w:r w:rsidRPr="00332DB8">
              <w:rPr>
                <w:lang w:val="ru-RU"/>
              </w:rPr>
              <w:t>.</w:t>
            </w:r>
            <w:r>
              <w:t>ru</w:t>
            </w:r>
            <w:r w:rsidRPr="00332DB8">
              <w:rPr>
                <w:lang w:val="ru-RU"/>
              </w:rPr>
              <w:t xml:space="preserve"> (решение </w:t>
            </w:r>
            <w:r w:rsidRPr="00332DB8">
              <w:rPr>
                <w:lang w:val="ru-RU"/>
              </w:rPr>
              <w:lastRenderedPageBreak/>
              <w:t>Новоуренгойского городского суда Ямало-Ненецкого автономного округа от 19.03.2015).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2927.</w:t>
            </w:r>
          </w:p>
        </w:tc>
        <w:tc>
          <w:tcPr>
            <w:tcW w:w="2880" w:type="dxa"/>
          </w:tcPr>
          <w:p w:rsidR="006F7457" w:rsidRPr="00332DB8" w:rsidRDefault="00332DB8">
            <w:pPr>
              <w:rPr>
                <w:lang w:val="ru-RU"/>
              </w:rPr>
            </w:pPr>
            <w:r w:rsidRPr="00332DB8">
              <w:rPr>
                <w:lang w:val="ru-RU"/>
              </w:rPr>
              <w:t xml:space="preserve">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w:t>
            </w:r>
            <w:r>
              <w:t>http</w:t>
            </w:r>
            <w:r w:rsidRPr="00332DB8">
              <w:rPr>
                <w:lang w:val="ru-RU"/>
              </w:rPr>
              <w:t>://</w:t>
            </w:r>
            <w:r>
              <w:t>risovach</w:t>
            </w:r>
            <w:r w:rsidRPr="00332DB8">
              <w:rPr>
                <w:lang w:val="ru-RU"/>
              </w:rPr>
              <w:t>.</w:t>
            </w:r>
            <w:r>
              <w:t>ru</w:t>
            </w:r>
            <w:r w:rsidRPr="00332DB8">
              <w:rPr>
                <w:lang w:val="ru-RU"/>
              </w:rPr>
              <w:t>/</w:t>
            </w:r>
            <w:r>
              <w:t>kartinka</w:t>
            </w:r>
            <w:r w:rsidRPr="00332DB8">
              <w:rPr>
                <w:lang w:val="ru-RU"/>
              </w:rPr>
              <w:t>/3125205 (решение Кунцевского районного суда города Москвы от 28.04.2015);</w:t>
            </w:r>
          </w:p>
        </w:tc>
        <w:tc>
          <w:tcPr>
            <w:tcW w:w="2880" w:type="dxa"/>
          </w:tcPr>
          <w:p w:rsidR="006F7457" w:rsidRPr="00332DB8" w:rsidRDefault="006F7457">
            <w:pPr>
              <w:rPr>
                <w:lang w:val="ru-RU"/>
              </w:rPr>
            </w:pPr>
          </w:p>
        </w:tc>
      </w:tr>
      <w:tr w:rsidR="006F7457" w:rsidRPr="005A424D">
        <w:tc>
          <w:tcPr>
            <w:tcW w:w="2880" w:type="dxa"/>
          </w:tcPr>
          <w:p w:rsidR="006F7457" w:rsidRDefault="00332DB8">
            <w:r>
              <w:t>2928.</w:t>
            </w:r>
          </w:p>
        </w:tc>
        <w:tc>
          <w:tcPr>
            <w:tcW w:w="2880" w:type="dxa"/>
          </w:tcPr>
          <w:p w:rsidR="006F7457" w:rsidRPr="00332DB8" w:rsidRDefault="00332DB8">
            <w:pPr>
              <w:rPr>
                <w:lang w:val="ru-RU"/>
              </w:rPr>
            </w:pPr>
            <w:r w:rsidRPr="00332DB8">
              <w:rPr>
                <w:lang w:val="ru-RU"/>
              </w:rPr>
              <w:t xml:space="preserve">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w:t>
            </w:r>
            <w:r>
              <w:t>http</w:t>
            </w:r>
            <w:r w:rsidRPr="00332DB8">
              <w:rPr>
                <w:lang w:val="ru-RU"/>
              </w:rPr>
              <w:t>://</w:t>
            </w:r>
            <w:r>
              <w:t>joyreactor</w:t>
            </w:r>
            <w:r w:rsidRPr="00332DB8">
              <w:rPr>
                <w:lang w:val="ru-RU"/>
              </w:rPr>
              <w:t>.</w:t>
            </w:r>
            <w:r>
              <w:t>cc</w:t>
            </w:r>
            <w:r w:rsidRPr="00332DB8">
              <w:rPr>
                <w:lang w:val="ru-RU"/>
              </w:rPr>
              <w:t>/</w:t>
            </w:r>
            <w:r>
              <w:t>post</w:t>
            </w:r>
            <w:r w:rsidRPr="00332DB8">
              <w:rPr>
                <w:lang w:val="ru-RU"/>
              </w:rPr>
              <w:t>/744451 (решение Кунцевского районного суда города Москвы от 28.04.2015);</w:t>
            </w:r>
          </w:p>
        </w:tc>
        <w:tc>
          <w:tcPr>
            <w:tcW w:w="2880" w:type="dxa"/>
          </w:tcPr>
          <w:p w:rsidR="006F7457" w:rsidRPr="00332DB8" w:rsidRDefault="006F7457">
            <w:pPr>
              <w:rPr>
                <w:lang w:val="ru-RU"/>
              </w:rPr>
            </w:pPr>
          </w:p>
        </w:tc>
      </w:tr>
      <w:tr w:rsidR="006F7457">
        <w:tc>
          <w:tcPr>
            <w:tcW w:w="2880" w:type="dxa"/>
          </w:tcPr>
          <w:p w:rsidR="006F7457" w:rsidRDefault="00332DB8">
            <w:r>
              <w:t>2929.</w:t>
            </w:r>
          </w:p>
        </w:tc>
        <w:tc>
          <w:tcPr>
            <w:tcW w:w="2880" w:type="dxa"/>
          </w:tcPr>
          <w:p w:rsidR="006F7457" w:rsidRDefault="00332DB8">
            <w: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2880" w:type="dxa"/>
          </w:tcPr>
          <w:p w:rsidR="006F7457" w:rsidRDefault="006F7457"/>
        </w:tc>
      </w:tr>
      <w:tr w:rsidR="006F7457">
        <w:tc>
          <w:tcPr>
            <w:tcW w:w="2880" w:type="dxa"/>
          </w:tcPr>
          <w:p w:rsidR="006F7457" w:rsidRDefault="00332DB8">
            <w:r>
              <w:t>2930.</w:t>
            </w:r>
          </w:p>
        </w:tc>
        <w:tc>
          <w:tcPr>
            <w:tcW w:w="2880" w:type="dxa"/>
          </w:tcPr>
          <w:p w:rsidR="006F7457" w:rsidRDefault="00332DB8">
            <w: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c>
          <w:tcPr>
            <w:tcW w:w="2880" w:type="dxa"/>
          </w:tcPr>
          <w:p w:rsidR="006F7457" w:rsidRDefault="006F7457"/>
        </w:tc>
      </w:tr>
      <w:tr w:rsidR="006F7457">
        <w:tc>
          <w:tcPr>
            <w:tcW w:w="2880" w:type="dxa"/>
          </w:tcPr>
          <w:p w:rsidR="006F7457" w:rsidRDefault="00332DB8">
            <w:r>
              <w:t>2931.</w:t>
            </w:r>
          </w:p>
        </w:tc>
        <w:tc>
          <w:tcPr>
            <w:tcW w:w="2880" w:type="dxa"/>
          </w:tcPr>
          <w:p w:rsidR="006F7457" w:rsidRDefault="00332DB8">
            <w:r w:rsidRPr="00332DB8">
              <w:rPr>
                <w:lang w:val="ru-RU"/>
              </w:rPr>
              <w:t xml:space="preserve">Книга Алексея Шмакова «Евреи в истории».-М: «ВОГ-Свекрасаф», 2011.-400с. </w:t>
            </w:r>
            <w:r>
              <w:t>(решение Головинского районного суда города Москвы от 18.03.2015);</w:t>
            </w:r>
          </w:p>
        </w:tc>
        <w:tc>
          <w:tcPr>
            <w:tcW w:w="2880" w:type="dxa"/>
          </w:tcPr>
          <w:p w:rsidR="006F7457" w:rsidRDefault="006F7457"/>
        </w:tc>
      </w:tr>
      <w:tr w:rsidR="006F7457" w:rsidRPr="005A424D">
        <w:tc>
          <w:tcPr>
            <w:tcW w:w="2880" w:type="dxa"/>
          </w:tcPr>
          <w:p w:rsidR="006F7457" w:rsidRDefault="00332DB8">
            <w:r>
              <w:lastRenderedPageBreak/>
              <w:t>2932.</w:t>
            </w:r>
          </w:p>
        </w:tc>
        <w:tc>
          <w:tcPr>
            <w:tcW w:w="2880" w:type="dxa"/>
          </w:tcPr>
          <w:p w:rsidR="006F7457" w:rsidRPr="00332DB8" w:rsidRDefault="00332DB8">
            <w:pPr>
              <w:rPr>
                <w:lang w:val="ru-RU"/>
              </w:rPr>
            </w:pPr>
            <w:r w:rsidRPr="00332DB8">
              <w:rPr>
                <w:lang w:val="ru-RU"/>
              </w:rPr>
              <w:t xml:space="preserve">Размещенный в Информационно-телекоммуникационной сети «Интернет» на сайте </w:t>
            </w:r>
            <w:r>
              <w:t>www</w:t>
            </w:r>
            <w:r w:rsidRPr="00332DB8">
              <w:rPr>
                <w:lang w:val="ru-RU"/>
              </w:rPr>
              <w:t>.</w:t>
            </w:r>
            <w:r>
              <w:t>youtube</w:t>
            </w:r>
            <w:r w:rsidRPr="00332DB8">
              <w:rPr>
                <w:lang w:val="ru-RU"/>
              </w:rPr>
              <w:t>.</w:t>
            </w:r>
            <w:r>
              <w:t>com</w:t>
            </w:r>
            <w:r w:rsidRPr="00332DB8">
              <w:rPr>
                <w:lang w:val="ru-RU"/>
              </w:rPr>
              <w:t xml:space="preserve"> материал с наименованием «Футбол на аэродроме «Табка» (страница </w:t>
            </w:r>
            <w:r>
              <w:t>http</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S</w:t>
            </w:r>
            <w:r w:rsidRPr="00332DB8">
              <w:rPr>
                <w:lang w:val="ru-RU"/>
              </w:rPr>
              <w:t>5</w:t>
            </w:r>
            <w:r>
              <w:t>WrloY</w:t>
            </w:r>
            <w:r w:rsidRPr="00332DB8">
              <w:rPr>
                <w:lang w:val="ru-RU"/>
              </w:rPr>
              <w:t>4</w:t>
            </w:r>
            <w:r>
              <w:t>PYA</w:t>
            </w:r>
            <w:r w:rsidRPr="00332DB8">
              <w:rPr>
                <w:lang w:val="ru-RU"/>
              </w:rPr>
              <w:t>) (решение Советского районного суда г. Махачкалы Республики Дагестан от 28.05.2015);</w:t>
            </w:r>
          </w:p>
        </w:tc>
        <w:tc>
          <w:tcPr>
            <w:tcW w:w="2880" w:type="dxa"/>
          </w:tcPr>
          <w:p w:rsidR="006F7457" w:rsidRPr="00332DB8" w:rsidRDefault="006F7457">
            <w:pPr>
              <w:rPr>
                <w:lang w:val="ru-RU"/>
              </w:rPr>
            </w:pPr>
          </w:p>
        </w:tc>
      </w:tr>
      <w:tr w:rsidR="006F7457" w:rsidRPr="005A424D">
        <w:tc>
          <w:tcPr>
            <w:tcW w:w="2880" w:type="dxa"/>
          </w:tcPr>
          <w:p w:rsidR="006F7457" w:rsidRDefault="00332DB8">
            <w:r>
              <w:t>2933.</w:t>
            </w:r>
          </w:p>
        </w:tc>
        <w:tc>
          <w:tcPr>
            <w:tcW w:w="2880" w:type="dxa"/>
          </w:tcPr>
          <w:p w:rsidR="006F7457" w:rsidRPr="00332DB8" w:rsidRDefault="00332DB8">
            <w:pPr>
              <w:rPr>
                <w:lang w:val="ru-RU"/>
              </w:rPr>
            </w:pPr>
            <w:r w:rsidRPr="00332DB8">
              <w:rPr>
                <w:lang w:val="ru-RU"/>
              </w:rPr>
              <w:t xml:space="preserve">Информационный материал, размещенный по интернет-адресу: </w:t>
            </w:r>
            <w:r>
              <w:t>http</w:t>
            </w:r>
            <w:r w:rsidRPr="00332DB8">
              <w:rPr>
                <w:lang w:val="ru-RU"/>
              </w:rPr>
              <w:t>://</w:t>
            </w:r>
            <w:r>
              <w:t>vladrons</w:t>
            </w:r>
            <w:r w:rsidRPr="00332DB8">
              <w:rPr>
                <w:lang w:val="ru-RU"/>
              </w:rPr>
              <w:t>.</w:t>
            </w:r>
            <w:r>
              <w:t>com</w:t>
            </w:r>
            <w:r w:rsidRPr="00332DB8">
              <w:rPr>
                <w:lang w:val="ru-RU"/>
              </w:rPr>
              <w:t>/ (решение Новоуренгойского городского суда Ямало-Ненецкого автономного округа от 22.04.2015);</w:t>
            </w:r>
          </w:p>
        </w:tc>
        <w:tc>
          <w:tcPr>
            <w:tcW w:w="2880" w:type="dxa"/>
          </w:tcPr>
          <w:p w:rsidR="006F7457" w:rsidRPr="00332DB8" w:rsidRDefault="006F7457">
            <w:pPr>
              <w:rPr>
                <w:lang w:val="ru-RU"/>
              </w:rPr>
            </w:pPr>
          </w:p>
        </w:tc>
      </w:tr>
      <w:tr w:rsidR="006F7457" w:rsidRPr="005A424D">
        <w:tc>
          <w:tcPr>
            <w:tcW w:w="2880" w:type="dxa"/>
          </w:tcPr>
          <w:p w:rsidR="006F7457" w:rsidRDefault="00332DB8">
            <w:r>
              <w:t>2934.</w:t>
            </w:r>
          </w:p>
        </w:tc>
        <w:tc>
          <w:tcPr>
            <w:tcW w:w="2880" w:type="dxa"/>
          </w:tcPr>
          <w:p w:rsidR="006F7457" w:rsidRPr="00332DB8" w:rsidRDefault="00332DB8">
            <w:pPr>
              <w:rPr>
                <w:lang w:val="ru-RU"/>
              </w:rPr>
            </w:pPr>
            <w:r w:rsidRPr="00332DB8">
              <w:rPr>
                <w:lang w:val="ru-RU"/>
              </w:rPr>
              <w:t xml:space="preserve">Информационный материал, размещенный по интернет – адресу: </w:t>
            </w:r>
            <w:r>
              <w:t>http</w:t>
            </w:r>
            <w:r w:rsidRPr="00332DB8">
              <w:rPr>
                <w:lang w:val="ru-RU"/>
              </w:rPr>
              <w:t>://</w:t>
            </w:r>
            <w:r>
              <w:t>vk</w:t>
            </w:r>
            <w:r w:rsidRPr="00332DB8">
              <w:rPr>
                <w:lang w:val="ru-RU"/>
              </w:rPr>
              <w:t>.</w:t>
            </w:r>
            <w:r>
              <w:t>com</w:t>
            </w:r>
            <w:r w:rsidRPr="00332DB8">
              <w:rPr>
                <w:lang w:val="ru-RU"/>
              </w:rPr>
              <w:t>.</w:t>
            </w:r>
            <w:r>
              <w:t>hizbua</w:t>
            </w:r>
            <w:r w:rsidRPr="00332DB8">
              <w:rPr>
                <w:lang w:val="ru-RU"/>
              </w:rPr>
              <w:t xml:space="preserve"> (решение Надымского городского суда Ямало-Ненецкого автономного округа от 27.04.2015);</w:t>
            </w:r>
          </w:p>
        </w:tc>
        <w:tc>
          <w:tcPr>
            <w:tcW w:w="2880" w:type="dxa"/>
          </w:tcPr>
          <w:p w:rsidR="006F7457" w:rsidRPr="00332DB8" w:rsidRDefault="006F7457">
            <w:pPr>
              <w:rPr>
                <w:lang w:val="ru-RU"/>
              </w:rPr>
            </w:pPr>
          </w:p>
        </w:tc>
      </w:tr>
      <w:tr w:rsidR="006F7457" w:rsidRPr="005A424D">
        <w:tc>
          <w:tcPr>
            <w:tcW w:w="2880" w:type="dxa"/>
          </w:tcPr>
          <w:p w:rsidR="006F7457" w:rsidRDefault="00332DB8">
            <w:r>
              <w:t>2935.</w:t>
            </w:r>
          </w:p>
        </w:tc>
        <w:tc>
          <w:tcPr>
            <w:tcW w:w="2880" w:type="dxa"/>
          </w:tcPr>
          <w:p w:rsidR="006F7457" w:rsidRPr="00332DB8" w:rsidRDefault="00332DB8">
            <w:pPr>
              <w:rPr>
                <w:lang w:val="ru-RU"/>
              </w:rPr>
            </w:pPr>
            <w:r w:rsidRPr="00332DB8">
              <w:rPr>
                <w:lang w:val="ru-RU"/>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2880" w:type="dxa"/>
          </w:tcPr>
          <w:p w:rsidR="006F7457" w:rsidRPr="00332DB8" w:rsidRDefault="006F7457">
            <w:pPr>
              <w:rPr>
                <w:lang w:val="ru-RU"/>
              </w:rPr>
            </w:pPr>
          </w:p>
        </w:tc>
      </w:tr>
      <w:tr w:rsidR="006F7457" w:rsidRPr="005A424D">
        <w:tc>
          <w:tcPr>
            <w:tcW w:w="2880" w:type="dxa"/>
          </w:tcPr>
          <w:p w:rsidR="006F7457" w:rsidRDefault="00332DB8">
            <w:r>
              <w:t>2936.</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статье «Лашкар-и-Таиба» на интернет-сайте </w:t>
            </w:r>
            <w:r>
              <w:t>http</w:t>
            </w:r>
            <w:r w:rsidRPr="00332DB8">
              <w:rPr>
                <w:lang w:val="ru-RU"/>
              </w:rPr>
              <w:t>:/</w:t>
            </w:r>
            <w:r>
              <w:t>ru</w:t>
            </w:r>
            <w:r w:rsidRPr="00332DB8">
              <w:rPr>
                <w:lang w:val="ru-RU"/>
              </w:rPr>
              <w:t>.</w:t>
            </w:r>
            <w:r>
              <w:t>assakina</w:t>
            </w:r>
            <w:r w:rsidRPr="00332DB8">
              <w:rPr>
                <w:lang w:val="ru-RU"/>
              </w:rPr>
              <w:t>.</w:t>
            </w:r>
            <w:r>
              <w:t>com</w:t>
            </w:r>
            <w:r w:rsidRPr="00332DB8">
              <w:rPr>
                <w:lang w:val="ru-RU"/>
              </w:rPr>
              <w:t>/?</w:t>
            </w:r>
            <w:r>
              <w:t>p</w:t>
            </w:r>
            <w:r w:rsidRPr="00332DB8">
              <w:rPr>
                <w:lang w:val="ru-RU"/>
              </w:rPr>
              <w:t>=215 (решение Тазовского районного суда Ямало-Ненецкого автономного округа от 30.03.2015);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2937.</w:t>
            </w:r>
          </w:p>
        </w:tc>
        <w:tc>
          <w:tcPr>
            <w:tcW w:w="2880" w:type="dxa"/>
          </w:tcPr>
          <w:p w:rsidR="006F7457" w:rsidRPr="00332DB8" w:rsidRDefault="00332DB8">
            <w:pPr>
              <w:rPr>
                <w:lang w:val="ru-RU"/>
              </w:rPr>
            </w:pPr>
            <w:r w:rsidRPr="00332DB8">
              <w:rPr>
                <w:lang w:val="ru-RU"/>
              </w:rPr>
              <w:t>Видеозапись «Смерть российским оккупантам» (решение Ленинского районного суда г. Владимира от 14.05.2015);</w:t>
            </w:r>
          </w:p>
        </w:tc>
        <w:tc>
          <w:tcPr>
            <w:tcW w:w="2880" w:type="dxa"/>
          </w:tcPr>
          <w:p w:rsidR="006F7457" w:rsidRPr="00332DB8" w:rsidRDefault="006F7457">
            <w:pPr>
              <w:rPr>
                <w:lang w:val="ru-RU"/>
              </w:rPr>
            </w:pPr>
          </w:p>
        </w:tc>
      </w:tr>
      <w:tr w:rsidR="006F7457" w:rsidRPr="005A424D">
        <w:tc>
          <w:tcPr>
            <w:tcW w:w="2880" w:type="dxa"/>
          </w:tcPr>
          <w:p w:rsidR="006F7457" w:rsidRDefault="00332DB8">
            <w:r>
              <w:t>2938.</w:t>
            </w:r>
          </w:p>
        </w:tc>
        <w:tc>
          <w:tcPr>
            <w:tcW w:w="2880" w:type="dxa"/>
          </w:tcPr>
          <w:p w:rsidR="006F7457" w:rsidRPr="00332DB8" w:rsidRDefault="00332DB8">
            <w:pPr>
              <w:rPr>
                <w:lang w:val="ru-RU"/>
              </w:rPr>
            </w:pPr>
            <w:r w:rsidRPr="00332DB8">
              <w:rPr>
                <w:lang w:val="ru-RU"/>
              </w:rPr>
              <w:t>Текст комментария пользователя под ником «</w:t>
            </w:r>
            <w:r>
              <w:t>erotic</w:t>
            </w:r>
            <w:r w:rsidRPr="00332DB8">
              <w:rPr>
                <w:lang w:val="ru-RU"/>
              </w:rPr>
              <w:t xml:space="preserve"> </w:t>
            </w:r>
            <w:r>
              <w:t>dance</w:t>
            </w:r>
            <w:r w:rsidRPr="00332DB8">
              <w:rPr>
                <w:lang w:val="ru-RU"/>
              </w:rPr>
              <w:t xml:space="preserv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Dh</w:t>
            </w:r>
            <w:r w:rsidRPr="00332DB8">
              <w:rPr>
                <w:lang w:val="ru-RU"/>
              </w:rPr>
              <w:t>0</w:t>
            </w:r>
            <w:r>
              <w:t>f</w:t>
            </w:r>
            <w:r w:rsidRPr="00332DB8">
              <w:rPr>
                <w:lang w:val="ru-RU"/>
              </w:rPr>
              <w:t>87</w:t>
            </w:r>
            <w:r>
              <w:t>GPn</w:t>
            </w:r>
            <w:r w:rsidRPr="00332DB8">
              <w:rPr>
                <w:lang w:val="ru-RU"/>
              </w:rPr>
              <w:t>60 (решение Бавлинского городского суда Республики Татарстан от 15.06.2015);</w:t>
            </w:r>
          </w:p>
        </w:tc>
        <w:tc>
          <w:tcPr>
            <w:tcW w:w="2880" w:type="dxa"/>
          </w:tcPr>
          <w:p w:rsidR="006F7457" w:rsidRPr="00332DB8" w:rsidRDefault="006F7457">
            <w:pPr>
              <w:rPr>
                <w:lang w:val="ru-RU"/>
              </w:rPr>
            </w:pPr>
          </w:p>
        </w:tc>
      </w:tr>
      <w:tr w:rsidR="006F7457" w:rsidRPr="005A424D">
        <w:tc>
          <w:tcPr>
            <w:tcW w:w="2880" w:type="dxa"/>
          </w:tcPr>
          <w:p w:rsidR="006F7457" w:rsidRDefault="00332DB8">
            <w:r>
              <w:t>2939.</w:t>
            </w:r>
          </w:p>
        </w:tc>
        <w:tc>
          <w:tcPr>
            <w:tcW w:w="2880" w:type="dxa"/>
          </w:tcPr>
          <w:p w:rsidR="006F7457" w:rsidRPr="00332DB8" w:rsidRDefault="00332DB8">
            <w:pPr>
              <w:rPr>
                <w:lang w:val="ru-RU"/>
              </w:rPr>
            </w:pPr>
            <w:r w:rsidRPr="00332DB8">
              <w:rPr>
                <w:lang w:val="ru-RU"/>
              </w:rPr>
              <w:t xml:space="preserve">Информационный материал - текст музыкально-текстовой композиции «Не покупай у чурок» длительностью 4 минуты 5 секунд, размещенный по адресам: </w:t>
            </w:r>
            <w:r>
              <w:t>http</w:t>
            </w:r>
            <w:r w:rsidRPr="00332DB8">
              <w:rPr>
                <w:lang w:val="ru-RU"/>
              </w:rPr>
              <w:t>://</w:t>
            </w:r>
            <w:r>
              <w:t>www</w:t>
            </w:r>
            <w:r w:rsidRPr="00332DB8">
              <w:rPr>
                <w:lang w:val="ru-RU"/>
              </w:rPr>
              <w:t>.</w:t>
            </w:r>
            <w:r>
              <w:t>audiopoisk</w:t>
            </w:r>
            <w:r w:rsidRPr="00332DB8">
              <w:rPr>
                <w:lang w:val="ru-RU"/>
              </w:rPr>
              <w:t>.</w:t>
            </w:r>
            <w:r>
              <w:t>com</w:t>
            </w:r>
            <w:r w:rsidRPr="00332DB8">
              <w:rPr>
                <w:lang w:val="ru-RU"/>
              </w:rPr>
              <w:t>/</w:t>
            </w:r>
            <w:r>
              <w:t>track</w:t>
            </w:r>
            <w:r w:rsidRPr="00332DB8">
              <w:rPr>
                <w:lang w:val="ru-RU"/>
              </w:rPr>
              <w:t>/</w:t>
            </w:r>
            <w:r>
              <w:t>kolovratl</w:t>
            </w:r>
            <w:r w:rsidRPr="00332DB8">
              <w:rPr>
                <w:lang w:val="ru-RU"/>
              </w:rPr>
              <w:t>/</w:t>
            </w:r>
            <w:r>
              <w:t>mp</w:t>
            </w:r>
            <w:r w:rsidRPr="00332DB8">
              <w:rPr>
                <w:lang w:val="ru-RU"/>
              </w:rPr>
              <w:t>3/</w:t>
            </w:r>
            <w:r>
              <w:t>ne</w:t>
            </w:r>
            <w:r w:rsidRPr="00332DB8">
              <w:rPr>
                <w:lang w:val="ru-RU"/>
              </w:rPr>
              <w:t>-</w:t>
            </w:r>
            <w:r>
              <w:t>pokupai</w:t>
            </w:r>
            <w:r w:rsidRPr="00332DB8">
              <w:rPr>
                <w:lang w:val="ru-RU"/>
              </w:rPr>
              <w:t>-</w:t>
            </w:r>
            <w:r>
              <w:t>u</w:t>
            </w:r>
            <w:r w:rsidRPr="00332DB8">
              <w:rPr>
                <w:lang w:val="ru-RU"/>
              </w:rPr>
              <w:t>-4</w:t>
            </w:r>
            <w:r>
              <w:t>urok</w:t>
            </w:r>
            <w:r w:rsidRPr="00332DB8">
              <w:rPr>
                <w:lang w:val="ru-RU"/>
              </w:rPr>
              <w:t xml:space="preserve">/; </w:t>
            </w:r>
            <w:r>
              <w:t>http</w:t>
            </w:r>
            <w:r w:rsidRPr="00332DB8">
              <w:rPr>
                <w:lang w:val="ru-RU"/>
              </w:rPr>
              <w:t>://</w:t>
            </w:r>
            <w:r>
              <w:t>muzofon</w:t>
            </w:r>
            <w:r w:rsidRPr="00332DB8">
              <w:rPr>
                <w:lang w:val="ru-RU"/>
              </w:rPr>
              <w:t>.</w:t>
            </w:r>
            <w:r>
              <w:t>com</w:t>
            </w:r>
            <w:r w:rsidRPr="00332DB8">
              <w:rPr>
                <w:lang w:val="ru-RU"/>
              </w:rPr>
              <w:t>/</w:t>
            </w:r>
            <w:r>
              <w:t>search</w:t>
            </w:r>
            <w:r w:rsidRPr="00332DB8">
              <w:rPr>
                <w:lang w:val="ru-RU"/>
              </w:rPr>
              <w:t>/Коловрат%20Не%20покупай%20у%20чурок (решение Василеостровского районного суда города Санкт-Петербурга от 30.04.2015);</w:t>
            </w:r>
          </w:p>
        </w:tc>
        <w:tc>
          <w:tcPr>
            <w:tcW w:w="2880" w:type="dxa"/>
          </w:tcPr>
          <w:p w:rsidR="006F7457" w:rsidRPr="00332DB8" w:rsidRDefault="006F7457">
            <w:pPr>
              <w:rPr>
                <w:lang w:val="ru-RU"/>
              </w:rPr>
            </w:pPr>
          </w:p>
        </w:tc>
      </w:tr>
      <w:tr w:rsidR="006F7457" w:rsidRPr="005A424D">
        <w:tc>
          <w:tcPr>
            <w:tcW w:w="2880" w:type="dxa"/>
          </w:tcPr>
          <w:p w:rsidR="006F7457" w:rsidRDefault="00332DB8">
            <w:r>
              <w:t>2940.</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статье «Взлет и падение «Аль-Каиды»: история и перспективы джихадизма» на интернет-сайте </w:t>
            </w:r>
            <w:r>
              <w:t>http</w:t>
            </w:r>
            <w:r w:rsidRPr="00332DB8">
              <w:rPr>
                <w:lang w:val="ru-RU"/>
              </w:rPr>
              <w:t>://</w:t>
            </w:r>
            <w:r>
              <w:t>www</w:t>
            </w:r>
            <w:r w:rsidRPr="00332DB8">
              <w:rPr>
                <w:lang w:val="ru-RU"/>
              </w:rPr>
              <w:t>.</w:t>
            </w:r>
            <w:r>
              <w:t>harunsidorov</w:t>
            </w:r>
            <w:r w:rsidRPr="00332DB8">
              <w:rPr>
                <w:lang w:val="ru-RU"/>
              </w:rPr>
              <w:t>.</w:t>
            </w:r>
            <w:r>
              <w:t>info</w:t>
            </w:r>
            <w:r w:rsidRPr="00332DB8">
              <w:rPr>
                <w:lang w:val="ru-RU"/>
              </w:rPr>
              <w:t>/2014/11/</w:t>
            </w:r>
            <w:r>
              <w:t>blog</w:t>
            </w:r>
            <w:r w:rsidRPr="00332DB8">
              <w:rPr>
                <w:lang w:val="ru-RU"/>
              </w:rPr>
              <w:t>-</w:t>
            </w:r>
            <w:r>
              <w:t>post</w:t>
            </w:r>
            <w:r w:rsidRPr="00332DB8">
              <w:rPr>
                <w:lang w:val="ru-RU"/>
              </w:rPr>
              <w:t>_19.</w:t>
            </w:r>
            <w:r>
              <w:t>html</w:t>
            </w:r>
            <w:r w:rsidRPr="00332DB8">
              <w:rPr>
                <w:lang w:val="ru-RU"/>
              </w:rPr>
              <w:t xml:space="preserve"> (решение Тазовского районного суда Ямало-Ненецкого автономного округа от 30.03.2015);</w:t>
            </w:r>
          </w:p>
        </w:tc>
        <w:tc>
          <w:tcPr>
            <w:tcW w:w="2880" w:type="dxa"/>
          </w:tcPr>
          <w:p w:rsidR="006F7457" w:rsidRPr="00332DB8" w:rsidRDefault="006F7457">
            <w:pPr>
              <w:rPr>
                <w:lang w:val="ru-RU"/>
              </w:rPr>
            </w:pPr>
          </w:p>
        </w:tc>
      </w:tr>
      <w:tr w:rsidR="006F7457" w:rsidRPr="005A424D">
        <w:tc>
          <w:tcPr>
            <w:tcW w:w="2880" w:type="dxa"/>
          </w:tcPr>
          <w:p w:rsidR="006F7457" w:rsidRDefault="00332DB8">
            <w:r>
              <w:t>2941.</w:t>
            </w:r>
          </w:p>
        </w:tc>
        <w:tc>
          <w:tcPr>
            <w:tcW w:w="2880" w:type="dxa"/>
          </w:tcPr>
          <w:p w:rsidR="006F7457" w:rsidRPr="00332DB8" w:rsidRDefault="00332DB8">
            <w:pPr>
              <w:rPr>
                <w:lang w:val="ru-RU"/>
              </w:rPr>
            </w:pPr>
            <w:r w:rsidRPr="00332DB8">
              <w:rPr>
                <w:lang w:val="ru-RU"/>
              </w:rPr>
              <w:t xml:space="preserve">Информационные видеоматериалы, размещенные на интернет-страницах: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wath</w:t>
            </w:r>
            <w:r w:rsidRPr="00332DB8">
              <w:rPr>
                <w:lang w:val="ru-RU"/>
              </w:rPr>
              <w:t>?</w:t>
            </w:r>
            <w:r>
              <w:t>v</w:t>
            </w:r>
            <w:r w:rsidRPr="00332DB8">
              <w:rPr>
                <w:lang w:val="ru-RU"/>
              </w:rPr>
              <w:t>=</w:t>
            </w:r>
            <w:r>
              <w:t>jQJ</w:t>
            </w:r>
            <w:r w:rsidRPr="00332DB8">
              <w:rPr>
                <w:lang w:val="ru-RU"/>
              </w:rPr>
              <w:t>3</w:t>
            </w:r>
            <w:r>
              <w:t>otcgGjk</w:t>
            </w:r>
            <w:r w:rsidRPr="00332DB8">
              <w:rPr>
                <w:lang w:val="ru-RU"/>
              </w:rPr>
              <w:t xml:space="preserve"> – «СЛАВЯНСКИЙ СОЮЗ»;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wath</w:t>
            </w:r>
            <w:r w:rsidRPr="00332DB8">
              <w:rPr>
                <w:lang w:val="ru-RU"/>
              </w:rPr>
              <w:t>?</w:t>
            </w:r>
            <w:r>
              <w:t>v</w:t>
            </w:r>
            <w:r w:rsidRPr="00332DB8">
              <w:rPr>
                <w:lang w:val="ru-RU"/>
              </w:rPr>
              <w:t>=</w:t>
            </w:r>
            <w:r>
              <w:t>KzOVRLiUEE</w:t>
            </w:r>
            <w:r w:rsidRPr="00332DB8">
              <w:rPr>
                <w:lang w:val="ru-RU"/>
              </w:rPr>
              <w:t xml:space="preserve"> – «СЛАВЯНСКИЙ СОЮЗ. ИСТОРИЯ»;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wath</w:t>
            </w:r>
            <w:r w:rsidRPr="00332DB8">
              <w:rPr>
                <w:lang w:val="ru-RU"/>
              </w:rPr>
              <w:t>?</w:t>
            </w:r>
            <w:r>
              <w:t>v</w:t>
            </w:r>
            <w:r w:rsidRPr="00332DB8">
              <w:rPr>
                <w:lang w:val="ru-RU"/>
              </w:rPr>
              <w:t>=</w:t>
            </w:r>
            <w:r>
              <w:t>cbrKKnhqqYY</w:t>
            </w:r>
            <w:r w:rsidRPr="00332DB8">
              <w:rPr>
                <w:lang w:val="ru-RU"/>
              </w:rPr>
              <w:t xml:space="preserve"> – «Обыкновенный фашизм. `Люди в черном`. Славянский Союз» (решение Ноябрьского городского суда Ямало-Ненецкого автономного округа от 13.04.2015);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2942.</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статье «Причины образования Хизб ут-Тахрир» на Интернет-сайте </w:t>
            </w:r>
            <w:r>
              <w:t>https</w:t>
            </w:r>
            <w:r w:rsidRPr="00332DB8">
              <w:rPr>
                <w:lang w:val="ru-RU"/>
              </w:rPr>
              <w:t>://</w:t>
            </w:r>
            <w:r>
              <w:t>vk</w:t>
            </w:r>
            <w:r w:rsidRPr="00332DB8">
              <w:rPr>
                <w:lang w:val="ru-RU"/>
              </w:rPr>
              <w:t>.</w:t>
            </w:r>
            <w:r>
              <w:t>com</w:t>
            </w:r>
            <w:r w:rsidRPr="00332DB8">
              <w:rPr>
                <w:lang w:val="ru-RU"/>
              </w:rPr>
              <w:t>/73637669 (решение Шурышкарского районного суда Ямало-Ненецкого автономного округа от 14.04.2015);</w:t>
            </w:r>
          </w:p>
        </w:tc>
        <w:tc>
          <w:tcPr>
            <w:tcW w:w="2880" w:type="dxa"/>
          </w:tcPr>
          <w:p w:rsidR="006F7457" w:rsidRPr="00332DB8" w:rsidRDefault="006F7457">
            <w:pPr>
              <w:rPr>
                <w:lang w:val="ru-RU"/>
              </w:rPr>
            </w:pPr>
          </w:p>
        </w:tc>
      </w:tr>
      <w:tr w:rsidR="006F7457" w:rsidRPr="005A424D">
        <w:tc>
          <w:tcPr>
            <w:tcW w:w="2880" w:type="dxa"/>
          </w:tcPr>
          <w:p w:rsidR="006F7457" w:rsidRDefault="00332DB8">
            <w:r>
              <w:t>2943.</w:t>
            </w:r>
          </w:p>
        </w:tc>
        <w:tc>
          <w:tcPr>
            <w:tcW w:w="2880" w:type="dxa"/>
          </w:tcPr>
          <w:p w:rsidR="006F7457" w:rsidRPr="00332DB8" w:rsidRDefault="00332DB8">
            <w:pPr>
              <w:rPr>
                <w:lang w:val="ru-RU"/>
              </w:rPr>
            </w:pPr>
            <w:r w:rsidRPr="00332DB8">
              <w:rPr>
                <w:lang w:val="ru-RU"/>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w:t>
            </w:r>
            <w:r>
              <w:t>p</w:t>
            </w:r>
            <w:r w:rsidRPr="00332DB8">
              <w:rPr>
                <w:lang w:val="ru-RU"/>
              </w:rPr>
              <w:t>» (решение Фрунзенского районного суда г. Ярославля от 28.05.2015);</w:t>
            </w:r>
          </w:p>
        </w:tc>
        <w:tc>
          <w:tcPr>
            <w:tcW w:w="2880" w:type="dxa"/>
          </w:tcPr>
          <w:p w:rsidR="006F7457" w:rsidRPr="00332DB8" w:rsidRDefault="006F7457">
            <w:pPr>
              <w:rPr>
                <w:lang w:val="ru-RU"/>
              </w:rPr>
            </w:pPr>
          </w:p>
        </w:tc>
      </w:tr>
      <w:tr w:rsidR="006F7457" w:rsidRPr="005A424D">
        <w:tc>
          <w:tcPr>
            <w:tcW w:w="2880" w:type="dxa"/>
          </w:tcPr>
          <w:p w:rsidR="006F7457" w:rsidRDefault="00332DB8">
            <w:r>
              <w:t>2944.</w:t>
            </w:r>
          </w:p>
        </w:tc>
        <w:tc>
          <w:tcPr>
            <w:tcW w:w="2880" w:type="dxa"/>
          </w:tcPr>
          <w:p w:rsidR="006F7457" w:rsidRPr="00332DB8" w:rsidRDefault="00332DB8">
            <w:pPr>
              <w:rPr>
                <w:lang w:val="ru-RU"/>
              </w:rPr>
            </w:pPr>
            <w:r w:rsidRPr="00332DB8">
              <w:rPr>
                <w:lang w:val="ru-RU"/>
              </w:rPr>
              <w:t xml:space="preserve">Информационный материал – текст музыкальной композиции – «Трус не е*ашит хачей», размещенный на момент предъявления иска в сети Интернет по адресу: </w:t>
            </w:r>
            <w:r>
              <w:t>http</w:t>
            </w:r>
            <w:r w:rsidRPr="00332DB8">
              <w:rPr>
                <w:lang w:val="ru-RU"/>
              </w:rPr>
              <w:t>://</w:t>
            </w:r>
            <w:r>
              <w:t>vozmitxt</w:t>
            </w:r>
            <w:r w:rsidRPr="00332DB8">
              <w:rPr>
                <w:lang w:val="ru-RU"/>
              </w:rPr>
              <w:t>.</w:t>
            </w:r>
            <w:r>
              <w:t>com</w:t>
            </w:r>
            <w:r w:rsidRPr="00332DB8">
              <w:rPr>
                <w:lang w:val="ru-RU"/>
              </w:rPr>
              <w:t>/?</w:t>
            </w:r>
            <w:r>
              <w:t>lyrics</w:t>
            </w:r>
            <w:r w:rsidRPr="00332DB8">
              <w:rPr>
                <w:lang w:val="ru-RU"/>
              </w:rPr>
              <w:t>=</w:t>
            </w:r>
            <w:r>
              <w:t>NTcwMTI</w:t>
            </w:r>
            <w:r w:rsidRPr="00332DB8">
              <w:rPr>
                <w:lang w:val="ru-RU"/>
              </w:rPr>
              <w:t>3</w:t>
            </w:r>
            <w:r>
              <w:t>M</w:t>
            </w:r>
            <w:r w:rsidRPr="00332DB8">
              <w:rPr>
                <w:lang w:val="ru-RU"/>
              </w:rPr>
              <w:t>3</w:t>
            </w:r>
            <w:r>
              <w:t>wxNC</w:t>
            </w:r>
            <w:r w:rsidRPr="00332DB8">
              <w:rPr>
                <w:lang w:val="ru-RU"/>
              </w:rPr>
              <w:t>84</w:t>
            </w:r>
            <w:r>
              <w:t>OCAtINGC</w:t>
            </w:r>
            <w:r w:rsidRPr="00332DB8">
              <w:rPr>
                <w:lang w:val="ru-RU"/>
              </w:rPr>
              <w:t>0</w:t>
            </w:r>
            <w:r>
              <w:t>YDRg</w:t>
            </w:r>
            <w:r w:rsidRPr="00332DB8">
              <w:rPr>
                <w:lang w:val="ru-RU"/>
              </w:rPr>
              <w:t>9</w:t>
            </w:r>
            <w:r>
              <w:t>GBINC</w:t>
            </w:r>
            <w:r w:rsidRPr="00332DB8">
              <w:rPr>
                <w:lang w:val="ru-RU"/>
              </w:rPr>
              <w:t>90</w:t>
            </w:r>
            <w:r>
              <w:t>LUg</w:t>
            </w:r>
            <w:r w:rsidRPr="00332DB8">
              <w:rPr>
                <w:lang w:val="ru-RU"/>
              </w:rPr>
              <w:t>0</w:t>
            </w:r>
            <w:r>
              <w:t>LXQsdCw</w:t>
            </w:r>
            <w:r w:rsidRPr="00332DB8">
              <w:rPr>
                <w:lang w:val="ru-RU"/>
              </w:rPr>
              <w:t>0</w:t>
            </w:r>
            <w:r>
              <w:t>YjQuNGCINGF</w:t>
            </w:r>
            <w:r w:rsidRPr="00332DB8">
              <w:rPr>
                <w:lang w:val="ru-RU"/>
              </w:rPr>
              <w:t>0</w:t>
            </w:r>
            <w:r>
              <w:t>LDRh</w:t>
            </w:r>
            <w:r w:rsidRPr="00332DB8">
              <w:rPr>
                <w:lang w:val="ru-RU"/>
              </w:rPr>
              <w:t>9С10</w:t>
            </w:r>
            <w:r>
              <w:t>Lk</w:t>
            </w:r>
            <w:r w:rsidRPr="00332DB8">
              <w:rPr>
                <w:lang w:val="ru-RU"/>
              </w:rPr>
              <w:t xml:space="preserve"> (решение Василеостровского районного суда города Санкт-Петербурга от 14.05.2015);</w:t>
            </w:r>
          </w:p>
        </w:tc>
        <w:tc>
          <w:tcPr>
            <w:tcW w:w="2880" w:type="dxa"/>
          </w:tcPr>
          <w:p w:rsidR="006F7457" w:rsidRPr="00332DB8" w:rsidRDefault="006F7457">
            <w:pPr>
              <w:rPr>
                <w:lang w:val="ru-RU"/>
              </w:rPr>
            </w:pPr>
          </w:p>
        </w:tc>
      </w:tr>
      <w:tr w:rsidR="006F7457" w:rsidRPr="005A424D">
        <w:tc>
          <w:tcPr>
            <w:tcW w:w="2880" w:type="dxa"/>
          </w:tcPr>
          <w:p w:rsidR="006F7457" w:rsidRDefault="00332DB8">
            <w:r>
              <w:t>2945.</w:t>
            </w:r>
          </w:p>
        </w:tc>
        <w:tc>
          <w:tcPr>
            <w:tcW w:w="2880" w:type="dxa"/>
          </w:tcPr>
          <w:p w:rsidR="006F7457" w:rsidRPr="00332DB8" w:rsidRDefault="00332DB8">
            <w:pPr>
              <w:rPr>
                <w:lang w:val="ru-RU"/>
              </w:rPr>
            </w:pPr>
            <w:r w:rsidRPr="00332DB8">
              <w:rPr>
                <w:lang w:val="ru-RU"/>
              </w:rPr>
              <w:t xml:space="preserve">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w:t>
            </w:r>
            <w:r>
              <w:t>vk</w:t>
            </w:r>
            <w:r w:rsidRPr="00332DB8">
              <w:rPr>
                <w:lang w:val="ru-RU"/>
              </w:rPr>
              <w:t>.</w:t>
            </w:r>
            <w:r>
              <w:t>com</w:t>
            </w:r>
            <w:r w:rsidRPr="00332DB8">
              <w:rPr>
                <w:lang w:val="ru-RU"/>
              </w:rPr>
              <w:t xml:space="preserve">, </w:t>
            </w:r>
            <w:r>
              <w:t>islamhouse</w:t>
            </w:r>
            <w:r w:rsidRPr="00332DB8">
              <w:rPr>
                <w:lang w:val="ru-RU"/>
              </w:rPr>
              <w:t>.</w:t>
            </w:r>
            <w:r>
              <w:t>com</w:t>
            </w:r>
            <w:r w:rsidRPr="00332DB8">
              <w:rPr>
                <w:lang w:val="ru-RU"/>
              </w:rPr>
              <w:t xml:space="preserve"> по электронным адресам: </w:t>
            </w:r>
            <w:r>
              <w:t>http</w:t>
            </w:r>
            <w:r w:rsidRPr="00332DB8">
              <w:rPr>
                <w:lang w:val="ru-RU"/>
              </w:rPr>
              <w:t>://</w:t>
            </w:r>
            <w:r>
              <w:t>www</w:t>
            </w:r>
            <w:r w:rsidRPr="00332DB8">
              <w:rPr>
                <w:lang w:val="ru-RU"/>
              </w:rPr>
              <w:t>.</w:t>
            </w:r>
            <w:r>
              <w:t>islamhouse</w:t>
            </w:r>
            <w:r w:rsidRPr="00332DB8">
              <w:rPr>
                <w:lang w:val="ru-RU"/>
              </w:rPr>
              <w:t>.</w:t>
            </w:r>
            <w:r>
              <w:t>com</w:t>
            </w:r>
            <w:r w:rsidRPr="00332DB8">
              <w:rPr>
                <w:lang w:val="ru-RU"/>
              </w:rPr>
              <w:t>/395270/</w:t>
            </w:r>
            <w:r>
              <w:t>ru</w:t>
            </w:r>
            <w:r w:rsidRPr="00332DB8">
              <w:rPr>
                <w:lang w:val="ru-RU"/>
              </w:rPr>
              <w:t>/</w:t>
            </w:r>
            <w:r>
              <w:t>ru</w:t>
            </w:r>
            <w:r w:rsidRPr="00332DB8">
              <w:rPr>
                <w:lang w:val="ru-RU"/>
              </w:rPr>
              <w:t>/</w:t>
            </w:r>
            <w:r>
              <w:t>audios</w:t>
            </w:r>
            <w:r w:rsidRPr="00332DB8">
              <w:rPr>
                <w:lang w:val="ru-RU"/>
              </w:rPr>
              <w:t>/%</w:t>
            </w:r>
            <w:r>
              <w:t>D</w:t>
            </w:r>
            <w:r w:rsidRPr="00332DB8">
              <w:rPr>
                <w:lang w:val="ru-RU"/>
              </w:rPr>
              <w:t>0%90%</w:t>
            </w:r>
            <w:r>
              <w:t>D</w:t>
            </w:r>
            <w:r w:rsidRPr="00332DB8">
              <w:rPr>
                <w:lang w:val="ru-RU"/>
              </w:rPr>
              <w:t>1%83%</w:t>
            </w:r>
            <w:r>
              <w:t>D</w:t>
            </w:r>
            <w:r w:rsidRPr="00332DB8">
              <w:rPr>
                <w:lang w:val="ru-RU"/>
              </w:rPr>
              <w:t>0%</w:t>
            </w:r>
            <w:r>
              <w:t>B</w:t>
            </w:r>
            <w:r w:rsidRPr="00332DB8">
              <w:rPr>
                <w:lang w:val="ru-RU"/>
              </w:rPr>
              <w:t>4%</w:t>
            </w:r>
            <w:r>
              <w:t>D</w:t>
            </w:r>
            <w:r w:rsidRPr="00332DB8">
              <w:rPr>
                <w:lang w:val="ru-RU"/>
              </w:rPr>
              <w:t>0%</w:t>
            </w:r>
            <w:r>
              <w:t>B</w:t>
            </w:r>
            <w:r w:rsidRPr="00332DB8">
              <w:rPr>
                <w:lang w:val="ru-RU"/>
              </w:rPr>
              <w:t>8%</w:t>
            </w:r>
            <w:r>
              <w:t>D</w:t>
            </w:r>
            <w:r w:rsidRPr="00332DB8">
              <w:rPr>
                <w:lang w:val="ru-RU"/>
              </w:rPr>
              <w:t>0%</w:t>
            </w:r>
            <w:r>
              <w:t>BE</w:t>
            </w:r>
            <w:r w:rsidRPr="00332DB8">
              <w:rPr>
                <w:lang w:val="ru-RU"/>
              </w:rPr>
              <w:t>%</w:t>
            </w:r>
            <w:r>
              <w:t>D</w:t>
            </w:r>
            <w:r w:rsidRPr="00332DB8">
              <w:rPr>
                <w:lang w:val="ru-RU"/>
              </w:rPr>
              <w:t>0%</w:t>
            </w:r>
            <w:r>
              <w:t>BA</w:t>
            </w:r>
            <w:r w:rsidRPr="00332DB8">
              <w:rPr>
                <w:lang w:val="ru-RU"/>
              </w:rPr>
              <w:t>%</w:t>
            </w:r>
            <w:r>
              <w:t>D</w:t>
            </w:r>
            <w:r w:rsidRPr="00332DB8">
              <w:rPr>
                <w:lang w:val="ru-RU"/>
              </w:rPr>
              <w:t>0%</w:t>
            </w:r>
            <w:r>
              <w:t>BD</w:t>
            </w:r>
            <w:r w:rsidRPr="00332DB8">
              <w:rPr>
                <w:lang w:val="ru-RU"/>
              </w:rPr>
              <w:t>%</w:t>
            </w:r>
            <w:r>
              <w:t>D</w:t>
            </w:r>
            <w:r w:rsidRPr="00332DB8">
              <w:rPr>
                <w:lang w:val="ru-RU"/>
              </w:rPr>
              <w:t>0%</w:t>
            </w:r>
            <w:r>
              <w:t>B</w:t>
            </w:r>
            <w:r w:rsidRPr="00332DB8">
              <w:rPr>
                <w:lang w:val="ru-RU"/>
              </w:rPr>
              <w:t>8%</w:t>
            </w:r>
            <w:r>
              <w:t>D</w:t>
            </w:r>
            <w:r w:rsidRPr="00332DB8">
              <w:rPr>
                <w:lang w:val="ru-RU"/>
              </w:rPr>
              <w:t>0%</w:t>
            </w:r>
            <w:r>
              <w:t>B</w:t>
            </w:r>
            <w:r w:rsidRPr="00332DB8">
              <w:rPr>
                <w:lang w:val="ru-RU"/>
              </w:rPr>
              <w:t>3%</w:t>
            </w:r>
            <w:r>
              <w:t>D</w:t>
            </w:r>
            <w:r w:rsidRPr="00332DB8">
              <w:rPr>
                <w:lang w:val="ru-RU"/>
              </w:rPr>
              <w:t>0%</w:t>
            </w:r>
            <w:r>
              <w:t>B</w:t>
            </w:r>
            <w:r w:rsidRPr="00332DB8">
              <w:rPr>
                <w:lang w:val="ru-RU"/>
              </w:rPr>
              <w:t>0_%</w:t>
            </w:r>
            <w:r>
              <w:t>C</w:t>
            </w:r>
            <w:r w:rsidRPr="00332DB8">
              <w:rPr>
                <w:lang w:val="ru-RU"/>
              </w:rPr>
              <w:t>2%</w:t>
            </w:r>
            <w:r>
              <w:t>AB</w:t>
            </w:r>
            <w:r w:rsidRPr="00332DB8">
              <w:rPr>
                <w:lang w:val="ru-RU"/>
              </w:rPr>
              <w:t>%</w:t>
            </w:r>
            <w:r>
              <w:t>D</w:t>
            </w:r>
            <w:r w:rsidRPr="00332DB8">
              <w:rPr>
                <w:lang w:val="ru-RU"/>
              </w:rPr>
              <w:t>0%96%</w:t>
            </w:r>
            <w:r>
              <w:t>D</w:t>
            </w:r>
            <w:r w:rsidRPr="00332DB8">
              <w:rPr>
                <w:lang w:val="ru-RU"/>
              </w:rPr>
              <w:t>0%</w:t>
            </w:r>
            <w:r>
              <w:t>B</w:t>
            </w:r>
            <w:r w:rsidRPr="00332DB8">
              <w:rPr>
                <w:lang w:val="ru-RU"/>
              </w:rPr>
              <w:t>8%</w:t>
            </w:r>
            <w:r>
              <w:t>D</w:t>
            </w:r>
            <w:r w:rsidRPr="00332DB8">
              <w:rPr>
                <w:lang w:val="ru-RU"/>
              </w:rPr>
              <w:t>0%</w:t>
            </w:r>
            <w:r>
              <w:t>B</w:t>
            </w:r>
            <w:r w:rsidRPr="00332DB8">
              <w:rPr>
                <w:lang w:val="ru-RU"/>
              </w:rPr>
              <w:t>7%</w:t>
            </w:r>
            <w:r>
              <w:t>D</w:t>
            </w:r>
            <w:r w:rsidRPr="00332DB8">
              <w:rPr>
                <w:lang w:val="ru-RU"/>
              </w:rPr>
              <w:t>0%</w:t>
            </w:r>
            <w:r>
              <w:t>BD</w:t>
            </w:r>
            <w:r w:rsidRPr="00332DB8">
              <w:rPr>
                <w:lang w:val="ru-RU"/>
              </w:rPr>
              <w:t>%</w:t>
            </w:r>
            <w:r>
              <w:t>D</w:t>
            </w:r>
            <w:r w:rsidRPr="00332DB8">
              <w:rPr>
                <w:lang w:val="ru-RU"/>
              </w:rPr>
              <w:t>1%8</w:t>
            </w:r>
            <w:r>
              <w:t>C</w:t>
            </w:r>
            <w:r w:rsidRPr="00332DB8">
              <w:rPr>
                <w:lang w:val="ru-RU"/>
              </w:rPr>
              <w:t>_%</w:t>
            </w:r>
            <w:r>
              <w:t>D</w:t>
            </w:r>
            <w:r w:rsidRPr="00332DB8">
              <w:rPr>
                <w:lang w:val="ru-RU"/>
              </w:rPr>
              <w:t>0%9</w:t>
            </w:r>
            <w:r>
              <w:t>F</w:t>
            </w:r>
            <w:r w:rsidRPr="00332DB8">
              <w:rPr>
                <w:lang w:val="ru-RU"/>
              </w:rPr>
              <w:t>%</w:t>
            </w:r>
            <w:r>
              <w:t>D</w:t>
            </w:r>
            <w:r w:rsidRPr="00332DB8">
              <w:rPr>
                <w:lang w:val="ru-RU"/>
              </w:rPr>
              <w:t>1%80%</w:t>
            </w:r>
            <w:r>
              <w:t>D</w:t>
            </w:r>
            <w:r w:rsidRPr="00332DB8">
              <w:rPr>
                <w:lang w:val="ru-RU"/>
              </w:rPr>
              <w:t>0%</w:t>
            </w:r>
            <w:r>
              <w:t>BE</w:t>
            </w:r>
            <w:r w:rsidRPr="00332DB8">
              <w:rPr>
                <w:lang w:val="ru-RU"/>
              </w:rPr>
              <w:t>%</w:t>
            </w:r>
            <w:r>
              <w:t>D</w:t>
            </w:r>
            <w:r w:rsidRPr="00332DB8">
              <w:rPr>
                <w:lang w:val="ru-RU"/>
              </w:rPr>
              <w:t>1%827745715_28299080 (решение Сестрорецкого районного суда города Санкт-Петербурга от 16.02.2015);</w:t>
            </w:r>
          </w:p>
        </w:tc>
        <w:tc>
          <w:tcPr>
            <w:tcW w:w="2880" w:type="dxa"/>
          </w:tcPr>
          <w:p w:rsidR="006F7457" w:rsidRPr="00332DB8" w:rsidRDefault="006F7457">
            <w:pPr>
              <w:rPr>
                <w:lang w:val="ru-RU"/>
              </w:rPr>
            </w:pPr>
          </w:p>
        </w:tc>
      </w:tr>
      <w:tr w:rsidR="006F7457">
        <w:tc>
          <w:tcPr>
            <w:tcW w:w="2880" w:type="dxa"/>
          </w:tcPr>
          <w:p w:rsidR="006F7457" w:rsidRDefault="00332DB8">
            <w:r>
              <w:t>2946.</w:t>
            </w:r>
          </w:p>
        </w:tc>
        <w:tc>
          <w:tcPr>
            <w:tcW w:w="2880" w:type="dxa"/>
          </w:tcPr>
          <w:p w:rsidR="006F7457" w:rsidRDefault="00332DB8">
            <w: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2880" w:type="dxa"/>
          </w:tcPr>
          <w:p w:rsidR="006F7457" w:rsidRDefault="006F7457"/>
        </w:tc>
      </w:tr>
      <w:tr w:rsidR="006F7457" w:rsidRPr="005A424D">
        <w:tc>
          <w:tcPr>
            <w:tcW w:w="2880" w:type="dxa"/>
          </w:tcPr>
          <w:p w:rsidR="006F7457" w:rsidRDefault="00332DB8">
            <w:r>
              <w:lastRenderedPageBreak/>
              <w:t>2947.</w:t>
            </w:r>
          </w:p>
        </w:tc>
        <w:tc>
          <w:tcPr>
            <w:tcW w:w="2880" w:type="dxa"/>
          </w:tcPr>
          <w:p w:rsidR="006F7457" w:rsidRPr="00332DB8" w:rsidRDefault="00332DB8">
            <w:pPr>
              <w:rPr>
                <w:lang w:val="ru-RU"/>
              </w:rPr>
            </w:pPr>
            <w:r w:rsidRPr="00332DB8">
              <w:rPr>
                <w:lang w:val="ru-RU"/>
              </w:rPr>
              <w:t xml:space="preserve">Информация, размещенная на сайте </w:t>
            </w:r>
            <w:r>
              <w:t>http</w:t>
            </w:r>
            <w:r w:rsidRPr="00332DB8">
              <w:rPr>
                <w:lang w:val="ru-RU"/>
              </w:rPr>
              <w:t>:</w:t>
            </w:r>
            <w:r>
              <w:t>www</w:t>
            </w:r>
            <w:r w:rsidRPr="00332DB8">
              <w:rPr>
                <w:lang w:val="ru-RU"/>
              </w:rPr>
              <w:t>.</w:t>
            </w:r>
            <w:r>
              <w:t>google</w:t>
            </w:r>
            <w:r w:rsidRPr="00332DB8">
              <w:rPr>
                <w:lang w:val="ru-RU"/>
              </w:rPr>
              <w:t>.</w:t>
            </w:r>
            <w:r>
              <w:t>ru</w:t>
            </w:r>
            <w:r w:rsidRPr="00332DB8">
              <w:rPr>
                <w:lang w:val="ru-RU"/>
              </w:rPr>
              <w:t>/</w:t>
            </w:r>
            <w:r>
              <w:t>searh</w:t>
            </w:r>
            <w:r w:rsidRPr="00332DB8">
              <w:rPr>
                <w:lang w:val="ru-RU"/>
              </w:rPr>
              <w:t>?</w:t>
            </w:r>
            <w:r>
              <w:t>q</w:t>
            </w:r>
            <w:r w:rsidRPr="00332DB8">
              <w:rPr>
                <w:lang w:val="ru-RU"/>
              </w:rPr>
              <w:t>=смерть+россии&amp;</w:t>
            </w:r>
            <w:r>
              <w:t>newwindow</w:t>
            </w:r>
            <w:r w:rsidRPr="00332DB8">
              <w:rPr>
                <w:lang w:val="ru-RU"/>
              </w:rPr>
              <w:t>=1&amp;</w:t>
            </w:r>
            <w:r>
              <w:t>tbm</w:t>
            </w:r>
            <w:r w:rsidRPr="00332DB8">
              <w:rPr>
                <w:lang w:val="ru-RU"/>
              </w:rPr>
              <w:t>=</w:t>
            </w:r>
            <w:r>
              <w:t>isch</w:t>
            </w:r>
            <w:r w:rsidRPr="00332DB8">
              <w:rPr>
                <w:lang w:val="ru-RU"/>
              </w:rPr>
              <w:t>&amp;</w:t>
            </w:r>
            <w:r>
              <w:t>tbo</w:t>
            </w:r>
            <w:r w:rsidRPr="00332DB8">
              <w:rPr>
                <w:lang w:val="ru-RU"/>
              </w:rPr>
              <w:t>=</w:t>
            </w:r>
            <w:r>
              <w:t>u</w:t>
            </w:r>
            <w:r w:rsidRPr="00332DB8">
              <w:rPr>
                <w:lang w:val="ru-RU"/>
              </w:rPr>
              <w:t>&amp;</w:t>
            </w:r>
            <w:r>
              <w:t>source</w:t>
            </w:r>
            <w:r w:rsidRPr="00332DB8">
              <w:rPr>
                <w:lang w:val="ru-RU"/>
              </w:rPr>
              <w:t>=</w:t>
            </w:r>
            <w:r>
              <w:t>univ</w:t>
            </w:r>
            <w:r w:rsidRPr="00332DB8">
              <w:rPr>
                <w:lang w:val="ru-RU"/>
              </w:rPr>
              <w:t>&amp;</w:t>
            </w:r>
            <w:r>
              <w:t>sa</w:t>
            </w:r>
            <w:r w:rsidRPr="00332DB8">
              <w:rPr>
                <w:lang w:val="ru-RU"/>
              </w:rPr>
              <w:t>=</w:t>
            </w:r>
            <w:r>
              <w:t>X</w:t>
            </w:r>
            <w:r w:rsidRPr="00332DB8">
              <w:rPr>
                <w:lang w:val="ru-RU"/>
              </w:rPr>
              <w:t>&amp;</w:t>
            </w:r>
            <w:r>
              <w:t>ei</w:t>
            </w:r>
            <w:r w:rsidRPr="00332DB8">
              <w:rPr>
                <w:lang w:val="ru-RU"/>
              </w:rPr>
              <w:t>=,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2880" w:type="dxa"/>
          </w:tcPr>
          <w:p w:rsidR="006F7457" w:rsidRPr="00332DB8" w:rsidRDefault="006F7457">
            <w:pPr>
              <w:rPr>
                <w:lang w:val="ru-RU"/>
              </w:rPr>
            </w:pPr>
          </w:p>
        </w:tc>
      </w:tr>
      <w:tr w:rsidR="006F7457" w:rsidRPr="005A424D">
        <w:tc>
          <w:tcPr>
            <w:tcW w:w="2880" w:type="dxa"/>
          </w:tcPr>
          <w:p w:rsidR="006F7457" w:rsidRDefault="00332DB8">
            <w:r>
              <w:t>2948.</w:t>
            </w:r>
          </w:p>
        </w:tc>
        <w:tc>
          <w:tcPr>
            <w:tcW w:w="2880" w:type="dxa"/>
          </w:tcPr>
          <w:p w:rsidR="006F7457" w:rsidRPr="00332DB8" w:rsidRDefault="00332DB8">
            <w:pPr>
              <w:rPr>
                <w:lang w:val="ru-RU"/>
              </w:rPr>
            </w:pPr>
            <w:r w:rsidRPr="00332DB8">
              <w:rPr>
                <w:lang w:val="ru-RU"/>
              </w:rPr>
              <w:t xml:space="preserve">Информация, размещенная на сайте </w:t>
            </w:r>
            <w:r>
              <w:t>https</w:t>
            </w:r>
            <w:r w:rsidRPr="00332DB8">
              <w:rPr>
                <w:lang w:val="ru-RU"/>
              </w:rPr>
              <w:t>://</w:t>
            </w:r>
            <w:r>
              <w:t>demotivation</w:t>
            </w:r>
            <w:r w:rsidRPr="00332DB8">
              <w:rPr>
                <w:lang w:val="ru-RU"/>
              </w:rPr>
              <w:t>.</w:t>
            </w:r>
            <w:r>
              <w:t>me</w:t>
            </w:r>
            <w:r w:rsidRPr="00332DB8">
              <w:rPr>
                <w:lang w:val="ru-RU"/>
              </w:rPr>
              <w:t>/</w:t>
            </w:r>
            <w:r>
              <w:t>j</w:t>
            </w:r>
            <w:r w:rsidRPr="00332DB8">
              <w:rPr>
                <w:lang w:val="ru-RU"/>
              </w:rPr>
              <w:t>0</w:t>
            </w:r>
            <w:r>
              <w:t>y</w:t>
            </w:r>
            <w:r w:rsidRPr="00332DB8">
              <w:rPr>
                <w:lang w:val="ru-RU"/>
              </w:rPr>
              <w:t>1</w:t>
            </w:r>
            <w:r>
              <w:t>cmrd</w:t>
            </w:r>
            <w:r w:rsidRPr="00332DB8">
              <w:rPr>
                <w:lang w:val="ru-RU"/>
              </w:rPr>
              <w:t>8061</w:t>
            </w:r>
            <w:r>
              <w:t>pic</w:t>
            </w:r>
            <w:r w:rsidRPr="00332DB8">
              <w:rPr>
                <w:lang w:val="ru-RU"/>
              </w:rPr>
              <w:t>.</w:t>
            </w:r>
            <w:r>
              <w:t>html</w:t>
            </w:r>
            <w:r w:rsidRPr="00332DB8">
              <w:rPr>
                <w:lang w:val="ru-RU"/>
              </w:rPr>
              <w:t>, а именно фотоматериал, сопровождающийся надписью: «Смерть России» (решение Енотаевского районного суда Астраханской области от 28.05.2015);</w:t>
            </w:r>
          </w:p>
        </w:tc>
        <w:tc>
          <w:tcPr>
            <w:tcW w:w="2880" w:type="dxa"/>
          </w:tcPr>
          <w:p w:rsidR="006F7457" w:rsidRPr="00332DB8" w:rsidRDefault="006F7457">
            <w:pPr>
              <w:rPr>
                <w:lang w:val="ru-RU"/>
              </w:rPr>
            </w:pPr>
          </w:p>
        </w:tc>
      </w:tr>
      <w:tr w:rsidR="006F7457" w:rsidRPr="005A424D">
        <w:tc>
          <w:tcPr>
            <w:tcW w:w="2880" w:type="dxa"/>
          </w:tcPr>
          <w:p w:rsidR="006F7457" w:rsidRDefault="00332DB8">
            <w:r>
              <w:t>2949.</w:t>
            </w:r>
          </w:p>
        </w:tc>
        <w:tc>
          <w:tcPr>
            <w:tcW w:w="2880" w:type="dxa"/>
          </w:tcPr>
          <w:p w:rsidR="006F7457" w:rsidRPr="00332DB8" w:rsidRDefault="00332DB8">
            <w:pPr>
              <w:rPr>
                <w:lang w:val="ru-RU"/>
              </w:rPr>
            </w:pPr>
            <w:r w:rsidRPr="00332DB8">
              <w:rPr>
                <w:lang w:val="ru-RU"/>
              </w:rPr>
              <w:t xml:space="preserve">Информация, размещенная на сайте </w:t>
            </w:r>
            <w:r>
              <w:t>http</w:t>
            </w:r>
            <w:r w:rsidRPr="00332DB8">
              <w:rPr>
                <w:lang w:val="ru-RU"/>
              </w:rPr>
              <w:t>:</w:t>
            </w:r>
            <w:r>
              <w:t>www</w:t>
            </w:r>
            <w:r w:rsidRPr="00332DB8">
              <w:rPr>
                <w:lang w:val="ru-RU"/>
              </w:rPr>
              <w:t>.</w:t>
            </w:r>
            <w:r>
              <w:t>google</w:t>
            </w:r>
            <w:r w:rsidRPr="00332DB8">
              <w:rPr>
                <w:lang w:val="ru-RU"/>
              </w:rPr>
              <w:t>.</w:t>
            </w:r>
            <w:r>
              <w:t>ru</w:t>
            </w:r>
            <w:r w:rsidRPr="00332DB8">
              <w:rPr>
                <w:lang w:val="ru-RU"/>
              </w:rPr>
              <w:t>/</w:t>
            </w:r>
            <w:r>
              <w:t>searh</w:t>
            </w:r>
            <w:r w:rsidRPr="00332DB8">
              <w:rPr>
                <w:lang w:val="ru-RU"/>
              </w:rPr>
              <w:t>?</w:t>
            </w:r>
            <w:r>
              <w:t>q</w:t>
            </w:r>
            <w:r w:rsidRPr="00332DB8">
              <w:rPr>
                <w:lang w:val="ru-RU"/>
              </w:rPr>
              <w:t>=смерть+россии&amp;</w:t>
            </w:r>
            <w:r>
              <w:t>newwindow</w:t>
            </w:r>
            <w:r w:rsidRPr="00332DB8">
              <w:rPr>
                <w:lang w:val="ru-RU"/>
              </w:rPr>
              <w:t>=1&amp;</w:t>
            </w:r>
            <w:r>
              <w:t>tbm</w:t>
            </w:r>
            <w:r w:rsidRPr="00332DB8">
              <w:rPr>
                <w:lang w:val="ru-RU"/>
              </w:rPr>
              <w:t>=</w:t>
            </w:r>
            <w:r>
              <w:t>isch</w:t>
            </w:r>
            <w:r w:rsidRPr="00332DB8">
              <w:rPr>
                <w:lang w:val="ru-RU"/>
              </w:rPr>
              <w:t>&amp;</w:t>
            </w:r>
            <w:r>
              <w:t>tbo</w:t>
            </w:r>
            <w:r w:rsidRPr="00332DB8">
              <w:rPr>
                <w:lang w:val="ru-RU"/>
              </w:rPr>
              <w:t>=</w:t>
            </w:r>
            <w:r>
              <w:t>u</w:t>
            </w:r>
            <w:r w:rsidRPr="00332DB8">
              <w:rPr>
                <w:lang w:val="ru-RU"/>
              </w:rPr>
              <w:t>&amp;</w:t>
            </w:r>
            <w:r>
              <w:t>source</w:t>
            </w:r>
            <w:r w:rsidRPr="00332DB8">
              <w:rPr>
                <w:lang w:val="ru-RU"/>
              </w:rPr>
              <w:t>=</w:t>
            </w:r>
            <w:r>
              <w:t>univ</w:t>
            </w:r>
            <w:r w:rsidRPr="00332DB8">
              <w:rPr>
                <w:lang w:val="ru-RU"/>
              </w:rPr>
              <w:t>&amp;</w:t>
            </w:r>
            <w:r>
              <w:t>sa</w:t>
            </w:r>
            <w:r w:rsidRPr="00332DB8">
              <w:rPr>
                <w:lang w:val="ru-RU"/>
              </w:rPr>
              <w:t>=</w:t>
            </w:r>
            <w:r>
              <w:t>X</w:t>
            </w:r>
            <w:r w:rsidRPr="00332DB8">
              <w:rPr>
                <w:lang w:val="ru-RU"/>
              </w:rPr>
              <w:t>&amp;</w:t>
            </w:r>
            <w:r>
              <w:t>ei</w:t>
            </w:r>
            <w:r w:rsidRPr="00332DB8">
              <w:rPr>
                <w:lang w:val="ru-RU"/>
              </w:rPr>
              <w:t>=,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2880" w:type="dxa"/>
          </w:tcPr>
          <w:p w:rsidR="006F7457" w:rsidRPr="00332DB8" w:rsidRDefault="006F7457">
            <w:pPr>
              <w:rPr>
                <w:lang w:val="ru-RU"/>
              </w:rPr>
            </w:pPr>
          </w:p>
        </w:tc>
      </w:tr>
      <w:tr w:rsidR="006F7457" w:rsidRPr="005A424D">
        <w:tc>
          <w:tcPr>
            <w:tcW w:w="2880" w:type="dxa"/>
          </w:tcPr>
          <w:p w:rsidR="006F7457" w:rsidRDefault="00332DB8">
            <w:r>
              <w:t>2950.</w:t>
            </w:r>
          </w:p>
        </w:tc>
        <w:tc>
          <w:tcPr>
            <w:tcW w:w="2880" w:type="dxa"/>
          </w:tcPr>
          <w:p w:rsidR="006F7457" w:rsidRPr="00332DB8" w:rsidRDefault="00332DB8">
            <w:pPr>
              <w:rPr>
                <w:lang w:val="ru-RU"/>
              </w:rPr>
            </w:pPr>
            <w:r w:rsidRPr="00332DB8">
              <w:rPr>
                <w:lang w:val="ru-RU"/>
              </w:rPr>
              <w:t xml:space="preserve">Интернет-сайт </w:t>
            </w:r>
            <w:r>
              <w:t>www</w:t>
            </w:r>
            <w:r w:rsidRPr="00332DB8">
              <w:rPr>
                <w:lang w:val="ru-RU"/>
              </w:rPr>
              <w:t>.</w:t>
            </w:r>
            <w:r>
              <w:t>islamdin</w:t>
            </w:r>
            <w:r w:rsidRPr="00332DB8">
              <w:rPr>
                <w:lang w:val="ru-RU"/>
              </w:rPr>
              <w:t>.</w:t>
            </w:r>
            <w:r>
              <w:t>info</w:t>
            </w:r>
            <w:r w:rsidRPr="00332DB8">
              <w:rPr>
                <w:lang w:val="ru-RU"/>
              </w:rPr>
              <w:t xml:space="preserve"> (решение Центрального районного суда г. Волгограда от 01.09.2014);</w:t>
            </w:r>
          </w:p>
        </w:tc>
        <w:tc>
          <w:tcPr>
            <w:tcW w:w="2880" w:type="dxa"/>
          </w:tcPr>
          <w:p w:rsidR="006F7457" w:rsidRPr="00332DB8" w:rsidRDefault="006F7457">
            <w:pPr>
              <w:rPr>
                <w:lang w:val="ru-RU"/>
              </w:rPr>
            </w:pPr>
          </w:p>
        </w:tc>
      </w:tr>
      <w:tr w:rsidR="006F7457" w:rsidRPr="005A424D">
        <w:tc>
          <w:tcPr>
            <w:tcW w:w="2880" w:type="dxa"/>
          </w:tcPr>
          <w:p w:rsidR="006F7457" w:rsidRDefault="00332DB8">
            <w:r>
              <w:t>2951.</w:t>
            </w:r>
          </w:p>
        </w:tc>
        <w:tc>
          <w:tcPr>
            <w:tcW w:w="2880" w:type="dxa"/>
          </w:tcPr>
          <w:p w:rsidR="006F7457" w:rsidRPr="00332DB8" w:rsidRDefault="00332DB8">
            <w:pPr>
              <w:rPr>
                <w:lang w:val="ru-RU"/>
              </w:rPr>
            </w:pPr>
            <w:r w:rsidRPr="00332DB8">
              <w:rPr>
                <w:lang w:val="ru-RU"/>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2880" w:type="dxa"/>
          </w:tcPr>
          <w:p w:rsidR="006F7457" w:rsidRPr="00332DB8" w:rsidRDefault="006F7457">
            <w:pPr>
              <w:rPr>
                <w:lang w:val="ru-RU"/>
              </w:rPr>
            </w:pPr>
          </w:p>
        </w:tc>
      </w:tr>
      <w:tr w:rsidR="006F7457" w:rsidRPr="005A424D">
        <w:tc>
          <w:tcPr>
            <w:tcW w:w="2880" w:type="dxa"/>
          </w:tcPr>
          <w:p w:rsidR="006F7457" w:rsidRDefault="00332DB8">
            <w:r>
              <w:t>295</w:t>
            </w:r>
            <w:r>
              <w:lastRenderedPageBreak/>
              <w:t>2.</w:t>
            </w:r>
          </w:p>
        </w:tc>
        <w:tc>
          <w:tcPr>
            <w:tcW w:w="2880" w:type="dxa"/>
          </w:tcPr>
          <w:p w:rsidR="006F7457" w:rsidRPr="00332DB8" w:rsidRDefault="00332DB8">
            <w:pPr>
              <w:rPr>
                <w:lang w:val="ru-RU"/>
              </w:rPr>
            </w:pPr>
            <w:r w:rsidRPr="00332DB8">
              <w:rPr>
                <w:lang w:val="ru-RU"/>
              </w:rPr>
              <w:lastRenderedPageBreak/>
              <w:t xml:space="preserve">Размещенные Зыбиным С.В. материалы в форме изображений и текстовых комментариев в сети «Интернет», обнаруженные в социальной сети «Вконтакте» по адресам </w:t>
            </w:r>
            <w:r>
              <w:t>http</w:t>
            </w:r>
            <w:r w:rsidRPr="00332DB8">
              <w:rPr>
                <w:lang w:val="ru-RU"/>
              </w:rPr>
              <w:t>://</w:t>
            </w:r>
            <w:r>
              <w:t>vk</w:t>
            </w:r>
            <w:r w:rsidRPr="00332DB8">
              <w:rPr>
                <w:lang w:val="ru-RU"/>
              </w:rPr>
              <w:t>.</w:t>
            </w:r>
            <w:r>
              <w:t>com</w:t>
            </w:r>
            <w:r w:rsidRPr="00332DB8">
              <w:rPr>
                <w:lang w:val="ru-RU"/>
              </w:rPr>
              <w:t>/</w:t>
            </w:r>
            <w:r>
              <w:t>idl</w:t>
            </w:r>
            <w:r w:rsidRPr="00332DB8">
              <w:rPr>
                <w:lang w:val="ru-RU"/>
              </w:rPr>
              <w:t xml:space="preserve">4778130 и </w:t>
            </w:r>
            <w:r>
              <w:t>http</w:t>
            </w:r>
            <w:r w:rsidRPr="00332DB8">
              <w:rPr>
                <w:lang w:val="ru-RU"/>
              </w:rPr>
              <w:t>://</w:t>
            </w:r>
            <w:r>
              <w:t>vk</w:t>
            </w:r>
            <w:r w:rsidRPr="00332DB8">
              <w:rPr>
                <w:lang w:val="ru-RU"/>
              </w:rPr>
              <w:t>.</w:t>
            </w:r>
            <w:r>
              <w:t>com</w:t>
            </w:r>
            <w:r w:rsidRPr="00332DB8">
              <w:rPr>
                <w:lang w:val="ru-RU"/>
              </w:rPr>
              <w:t>/</w:t>
            </w:r>
            <w:r>
              <w:t>mudakoffl</w:t>
            </w:r>
            <w:r w:rsidRPr="00332DB8">
              <w:rPr>
                <w:lang w:val="ru-RU"/>
              </w:rPr>
              <w:t xml:space="preserve">488: 1) изображение мужчины, одетого в пиджак коричневого цвета, на левом рукаве </w:t>
            </w:r>
            <w:r w:rsidRPr="00332DB8">
              <w:rPr>
                <w:lang w:val="ru-RU"/>
              </w:rPr>
              <w:lastRenderedPageBreak/>
              <w:t>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w:t>
            </w:r>
            <w:r>
              <w:t>KURAN</w:t>
            </w:r>
            <w:r w:rsidRPr="00332DB8">
              <w:rPr>
                <w:lang w:val="ru-RU"/>
              </w:rPr>
              <w:t>».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2880" w:type="dxa"/>
          </w:tcPr>
          <w:p w:rsidR="006F7457" w:rsidRPr="00332DB8" w:rsidRDefault="006F7457">
            <w:pPr>
              <w:rPr>
                <w:lang w:val="ru-RU"/>
              </w:rPr>
            </w:pPr>
          </w:p>
        </w:tc>
      </w:tr>
      <w:tr w:rsidR="006F7457">
        <w:tc>
          <w:tcPr>
            <w:tcW w:w="2880" w:type="dxa"/>
          </w:tcPr>
          <w:p w:rsidR="006F7457" w:rsidRDefault="00332DB8">
            <w:r>
              <w:lastRenderedPageBreak/>
              <w:t>2953.</w:t>
            </w:r>
          </w:p>
        </w:tc>
        <w:tc>
          <w:tcPr>
            <w:tcW w:w="2880" w:type="dxa"/>
          </w:tcPr>
          <w:p w:rsidR="006F7457" w:rsidRDefault="00332DB8">
            <w: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2880" w:type="dxa"/>
          </w:tcPr>
          <w:p w:rsidR="006F7457" w:rsidRDefault="006F7457"/>
        </w:tc>
      </w:tr>
      <w:tr w:rsidR="006F7457">
        <w:tc>
          <w:tcPr>
            <w:tcW w:w="2880" w:type="dxa"/>
          </w:tcPr>
          <w:p w:rsidR="006F7457" w:rsidRDefault="00332DB8">
            <w:r>
              <w:t>2954.</w:t>
            </w:r>
          </w:p>
        </w:tc>
        <w:tc>
          <w:tcPr>
            <w:tcW w:w="2880" w:type="dxa"/>
          </w:tcPr>
          <w:p w:rsidR="006F7457" w:rsidRDefault="00332DB8">
            <w:r>
              <w:t>Исключен;</w:t>
            </w:r>
          </w:p>
        </w:tc>
        <w:tc>
          <w:tcPr>
            <w:tcW w:w="2880" w:type="dxa"/>
          </w:tcPr>
          <w:p w:rsidR="006F7457" w:rsidRDefault="006F7457"/>
        </w:tc>
      </w:tr>
      <w:tr w:rsidR="006F7457" w:rsidRPr="005A424D">
        <w:tc>
          <w:tcPr>
            <w:tcW w:w="2880" w:type="dxa"/>
          </w:tcPr>
          <w:p w:rsidR="006F7457" w:rsidRDefault="00332DB8">
            <w:r>
              <w:t>2955.</w:t>
            </w:r>
          </w:p>
        </w:tc>
        <w:tc>
          <w:tcPr>
            <w:tcW w:w="2880" w:type="dxa"/>
          </w:tcPr>
          <w:p w:rsidR="006F7457" w:rsidRPr="00332DB8" w:rsidRDefault="00332DB8">
            <w:pPr>
              <w:rPr>
                <w:lang w:val="ru-RU"/>
              </w:rPr>
            </w:pPr>
            <w:r w:rsidRPr="00332DB8">
              <w:rPr>
                <w:lang w:val="ru-RU"/>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2956.</w:t>
            </w:r>
          </w:p>
        </w:tc>
        <w:tc>
          <w:tcPr>
            <w:tcW w:w="2880" w:type="dxa"/>
          </w:tcPr>
          <w:p w:rsidR="006F7457" w:rsidRPr="00332DB8" w:rsidRDefault="00332DB8">
            <w:pPr>
              <w:rPr>
                <w:lang w:val="ru-RU"/>
              </w:rPr>
            </w:pPr>
            <w:r w:rsidRPr="00332DB8">
              <w:rPr>
                <w:lang w:val="ru-RU"/>
              </w:rPr>
              <w:t>Креолизованный текст, визуальным компонентом которого является изображение персонажа мультипликационного сериала «Южный парк» («</w:t>
            </w:r>
            <w:r>
              <w:t>South</w:t>
            </w:r>
            <w:r w:rsidRPr="00332DB8">
              <w:rPr>
                <w:lang w:val="ru-RU"/>
              </w:rPr>
              <w:t xml:space="preserve"> </w:t>
            </w:r>
            <w:r>
              <w:t>Park</w:t>
            </w:r>
            <w:r w:rsidRPr="00332DB8">
              <w:rPr>
                <w:lang w:val="ru-RU"/>
              </w:rPr>
              <w:t>»)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2880" w:type="dxa"/>
          </w:tcPr>
          <w:p w:rsidR="006F7457" w:rsidRPr="00332DB8" w:rsidRDefault="006F7457">
            <w:pPr>
              <w:rPr>
                <w:lang w:val="ru-RU"/>
              </w:rPr>
            </w:pPr>
          </w:p>
        </w:tc>
      </w:tr>
      <w:tr w:rsidR="006F7457" w:rsidRPr="005A424D">
        <w:tc>
          <w:tcPr>
            <w:tcW w:w="2880" w:type="dxa"/>
          </w:tcPr>
          <w:p w:rsidR="006F7457" w:rsidRDefault="00332DB8">
            <w:r>
              <w:t>2957.</w:t>
            </w:r>
          </w:p>
        </w:tc>
        <w:tc>
          <w:tcPr>
            <w:tcW w:w="2880" w:type="dxa"/>
          </w:tcPr>
          <w:p w:rsidR="006F7457" w:rsidRPr="00332DB8" w:rsidRDefault="00332DB8">
            <w:pPr>
              <w:rPr>
                <w:lang w:val="ru-RU"/>
              </w:rPr>
            </w:pPr>
            <w:r w:rsidRPr="00332DB8">
              <w:rPr>
                <w:lang w:val="ru-RU"/>
              </w:rPr>
              <w:t xml:space="preserve">Информационные видеоматериалы:-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z</w:t>
            </w:r>
            <w:r w:rsidRPr="00332DB8">
              <w:rPr>
                <w:lang w:val="ru-RU"/>
              </w:rPr>
              <w:t>8</w:t>
            </w:r>
            <w:r>
              <w:t>ZUEhbLzAo</w:t>
            </w:r>
            <w:r w:rsidRPr="00332DB8">
              <w:rPr>
                <w:lang w:val="ru-RU"/>
              </w:rPr>
              <w:t xml:space="preserve"> – «18+ Зверства украинских фашистов»; -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OzJ</w:t>
            </w:r>
            <w:r w:rsidRPr="00332DB8">
              <w:rPr>
                <w:lang w:val="ru-RU"/>
              </w:rPr>
              <w:t>7</w:t>
            </w:r>
            <w:r>
              <w:t>z</w:t>
            </w:r>
            <w:r w:rsidRPr="00332DB8">
              <w:rPr>
                <w:lang w:val="ru-RU"/>
              </w:rPr>
              <w:t>0</w:t>
            </w:r>
            <w:r>
              <w:t>Q</w:t>
            </w:r>
            <w:r w:rsidRPr="00332DB8">
              <w:rPr>
                <w:lang w:val="ru-RU"/>
              </w:rPr>
              <w:t>_018 – «Вишк</w:t>
            </w:r>
            <w:r>
              <w:t>i</w:t>
            </w:r>
            <w:r w:rsidRPr="00332DB8">
              <w:rPr>
                <w:lang w:val="ru-RU"/>
              </w:rPr>
              <w:t xml:space="preserve">л. «Тризуб» </w:t>
            </w:r>
            <w:r>
              <w:t>i</w:t>
            </w:r>
            <w:r w:rsidRPr="00332DB8">
              <w:rPr>
                <w:lang w:val="ru-RU"/>
              </w:rPr>
              <w:t xml:space="preserve">м. Степана Бандери.»; -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CrwxQRjobg</w:t>
            </w:r>
            <w:r w:rsidRPr="00332DB8">
              <w:rPr>
                <w:lang w:val="ru-RU"/>
              </w:rPr>
              <w:t xml:space="preserve"> – «УНА-УНСО. Батальон Шрома.»; - </w:t>
            </w:r>
            <w:r>
              <w:t>http</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rusolux</w:t>
            </w:r>
            <w:r w:rsidRPr="00332DB8">
              <w:rPr>
                <w:lang w:val="ru-RU"/>
              </w:rPr>
              <w:t>55/</w:t>
            </w:r>
            <w:r>
              <w:t>video</w:t>
            </w:r>
            <w:r w:rsidRPr="00332DB8">
              <w:rPr>
                <w:lang w:val="ru-RU"/>
              </w:rPr>
              <w:t>/77/226.</w:t>
            </w:r>
            <w:r>
              <w:t>html</w:t>
            </w:r>
            <w:r w:rsidRPr="00332DB8">
              <w:rPr>
                <w:lang w:val="ru-RU"/>
              </w:rPr>
              <w:t xml:space="preserve"> - «Г</w:t>
            </w:r>
            <w:r>
              <w:t>i</w:t>
            </w:r>
            <w:r w:rsidRPr="00332DB8">
              <w:rPr>
                <w:lang w:val="ru-RU"/>
              </w:rPr>
              <w:t xml:space="preserve">мн УНА-УНСО»; - </w:t>
            </w:r>
            <w:r>
              <w:t>http</w:t>
            </w:r>
            <w:r w:rsidRPr="00332DB8">
              <w:rPr>
                <w:lang w:val="ru-RU"/>
              </w:rPr>
              <w:t>://</w:t>
            </w:r>
            <w:r>
              <w:t>vk</w:t>
            </w:r>
            <w:r w:rsidRPr="00332DB8">
              <w:rPr>
                <w:lang w:val="ru-RU"/>
              </w:rPr>
              <w:t>.</w:t>
            </w:r>
            <w:r>
              <w:t>com</w:t>
            </w:r>
            <w:r w:rsidRPr="00332DB8">
              <w:rPr>
                <w:lang w:val="ru-RU"/>
              </w:rPr>
              <w:t>/</w:t>
            </w:r>
            <w:r>
              <w:t>videos</w:t>
            </w:r>
            <w:r w:rsidRPr="00332DB8">
              <w:rPr>
                <w:lang w:val="ru-RU"/>
              </w:rPr>
              <w:t>96331778?</w:t>
            </w:r>
            <w:r>
              <w:t>z</w:t>
            </w:r>
            <w:r w:rsidRPr="00332DB8">
              <w:rPr>
                <w:lang w:val="ru-RU"/>
              </w:rPr>
              <w:t>=</w:t>
            </w:r>
            <w:r>
              <w:t>video</w:t>
            </w:r>
            <w:r w:rsidRPr="00332DB8">
              <w:rPr>
                <w:lang w:val="ru-RU"/>
              </w:rPr>
              <w:t>96331778_154654332%2</w:t>
            </w:r>
            <w:r>
              <w:t>Fvideos</w:t>
            </w:r>
            <w:r w:rsidRPr="00332DB8">
              <w:rPr>
                <w:lang w:val="ru-RU"/>
              </w:rPr>
              <w:t xml:space="preserve"> 96331778 – «Вступай в УПА Голодюка+БАНДЕРИ+ДОВБУША+ХРИСТА+СЛАВА УКРА</w:t>
            </w:r>
            <w:r>
              <w:t>I</w:t>
            </w:r>
            <w:r w:rsidRPr="00332DB8">
              <w:rPr>
                <w:lang w:val="ru-RU"/>
              </w:rPr>
              <w:t>Н</w:t>
            </w:r>
            <w:r>
              <w:t>I</w:t>
            </w:r>
            <w:r w:rsidRPr="00332DB8">
              <w:rPr>
                <w:lang w:val="ru-RU"/>
              </w:rPr>
              <w:t>! Слава героям!» (решение Ноябрьского районного суда Ямало-Ненецкого автономного округа от 18.05.2015);</w:t>
            </w:r>
          </w:p>
        </w:tc>
        <w:tc>
          <w:tcPr>
            <w:tcW w:w="2880" w:type="dxa"/>
          </w:tcPr>
          <w:p w:rsidR="006F7457" w:rsidRPr="00332DB8" w:rsidRDefault="006F7457">
            <w:pPr>
              <w:rPr>
                <w:lang w:val="ru-RU"/>
              </w:rPr>
            </w:pPr>
          </w:p>
        </w:tc>
      </w:tr>
      <w:tr w:rsidR="006F7457" w:rsidRPr="005A424D">
        <w:tc>
          <w:tcPr>
            <w:tcW w:w="2880" w:type="dxa"/>
          </w:tcPr>
          <w:p w:rsidR="006F7457" w:rsidRDefault="00332DB8">
            <w:r>
              <w:t>2958.</w:t>
            </w:r>
          </w:p>
        </w:tc>
        <w:tc>
          <w:tcPr>
            <w:tcW w:w="2880" w:type="dxa"/>
          </w:tcPr>
          <w:p w:rsidR="006F7457" w:rsidRPr="00332DB8" w:rsidRDefault="00332DB8">
            <w:pPr>
              <w:rPr>
                <w:lang w:val="ru-RU"/>
              </w:rPr>
            </w:pPr>
            <w:r w:rsidRPr="00332DB8">
              <w:rPr>
                <w:lang w:val="ru-RU"/>
              </w:rPr>
              <w:t xml:space="preserve">Информационные видеоматериалы: -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105092898_171332914 - «Убийство старшего лейтенанта МВД Правым Сектором; - </w:t>
            </w:r>
            <w:r>
              <w:t>http</w:t>
            </w:r>
            <w:r w:rsidRPr="00332DB8">
              <w:rPr>
                <w:lang w:val="ru-RU"/>
              </w:rPr>
              <w:t>://</w:t>
            </w:r>
            <w:r>
              <w:t>vk</w:t>
            </w:r>
            <w:r w:rsidRPr="00332DB8">
              <w:rPr>
                <w:lang w:val="ru-RU"/>
              </w:rPr>
              <w:t>.</w:t>
            </w:r>
            <w:r>
              <w:t>com</w:t>
            </w:r>
            <w:r w:rsidRPr="00332DB8">
              <w:rPr>
                <w:lang w:val="ru-RU"/>
              </w:rPr>
              <w:t>/</w:t>
            </w:r>
            <w:r>
              <w:t>video</w:t>
            </w:r>
            <w:r w:rsidRPr="00332DB8">
              <w:rPr>
                <w:lang w:val="ru-RU"/>
              </w:rPr>
              <w:t>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c>
          <w:tcPr>
            <w:tcW w:w="2880" w:type="dxa"/>
          </w:tcPr>
          <w:p w:rsidR="006F7457" w:rsidRPr="00332DB8" w:rsidRDefault="006F7457">
            <w:pPr>
              <w:rPr>
                <w:lang w:val="ru-RU"/>
              </w:rPr>
            </w:pPr>
          </w:p>
        </w:tc>
      </w:tr>
      <w:tr w:rsidR="006F7457" w:rsidRPr="005A424D">
        <w:tc>
          <w:tcPr>
            <w:tcW w:w="2880" w:type="dxa"/>
          </w:tcPr>
          <w:p w:rsidR="006F7457" w:rsidRDefault="00332DB8">
            <w:r>
              <w:t>2959.</w:t>
            </w:r>
          </w:p>
        </w:tc>
        <w:tc>
          <w:tcPr>
            <w:tcW w:w="2880" w:type="dxa"/>
          </w:tcPr>
          <w:p w:rsidR="006F7457" w:rsidRPr="00332DB8" w:rsidRDefault="00332DB8">
            <w:pPr>
              <w:rPr>
                <w:lang w:val="ru-RU"/>
              </w:rPr>
            </w:pPr>
            <w:r w:rsidRPr="00332DB8">
              <w:rPr>
                <w:lang w:val="ru-RU"/>
              </w:rPr>
              <w:t xml:space="preserve">Информация, размещенная в сети «Интернет» на сайтах: </w:t>
            </w:r>
            <w:r>
              <w:t>http</w:t>
            </w:r>
            <w:r w:rsidRPr="00332DB8">
              <w:rPr>
                <w:lang w:val="ru-RU"/>
              </w:rPr>
              <w:t>://</w:t>
            </w:r>
            <w:r>
              <w:t>qalib</w:t>
            </w:r>
            <w:r w:rsidRPr="00332DB8">
              <w:rPr>
                <w:lang w:val="ru-RU"/>
              </w:rPr>
              <w:t>.</w:t>
            </w:r>
            <w:r>
              <w:t>net</w:t>
            </w:r>
            <w:r w:rsidRPr="00332DB8">
              <w:rPr>
                <w:lang w:val="ru-RU"/>
              </w:rPr>
              <w:t>/</w:t>
            </w:r>
            <w:r>
              <w:t>a</w:t>
            </w:r>
            <w:r w:rsidRPr="00332DB8">
              <w:rPr>
                <w:lang w:val="ru-RU"/>
              </w:rPr>
              <w:t>/</w:t>
            </w:r>
            <w:r>
              <w:t>kak</w:t>
            </w:r>
            <w:r w:rsidRPr="00332DB8">
              <w:rPr>
                <w:lang w:val="ru-RU"/>
              </w:rPr>
              <w:t>-</w:t>
            </w:r>
            <w:r>
              <w:t>sdelat</w:t>
            </w:r>
            <w:r w:rsidRPr="00332DB8">
              <w:rPr>
                <w:lang w:val="ru-RU"/>
              </w:rPr>
              <w:t>-</w:t>
            </w:r>
            <w:r>
              <w:t>vzrivchatku</w:t>
            </w:r>
            <w:r w:rsidRPr="00332DB8">
              <w:rPr>
                <w:lang w:val="ru-RU"/>
              </w:rPr>
              <w:t xml:space="preserve">; </w:t>
            </w:r>
            <w:r>
              <w:t>http</w:t>
            </w:r>
            <w:r w:rsidRPr="00332DB8">
              <w:rPr>
                <w:lang w:val="ru-RU"/>
              </w:rPr>
              <w:t>://</w:t>
            </w:r>
            <w:r>
              <w:t>www</w:t>
            </w:r>
            <w:r w:rsidRPr="00332DB8">
              <w:rPr>
                <w:lang w:val="ru-RU"/>
              </w:rPr>
              <w:t>.</w:t>
            </w:r>
            <w:r>
              <w:t>mediaport</w:t>
            </w:r>
            <w:r w:rsidRPr="00332DB8">
              <w:rPr>
                <w:lang w:val="ru-RU"/>
              </w:rPr>
              <w:t>.</w:t>
            </w:r>
            <w:r>
              <w:t>ua</w:t>
            </w:r>
            <w:r w:rsidRPr="00332DB8">
              <w:rPr>
                <w:lang w:val="ru-RU"/>
              </w:rPr>
              <w:t>/</w:t>
            </w:r>
            <w:r>
              <w:t>news</w:t>
            </w:r>
            <w:r w:rsidRPr="00332DB8">
              <w:rPr>
                <w:lang w:val="ru-RU"/>
              </w:rPr>
              <w:t>/</w:t>
            </w:r>
            <w:r>
              <w:t>city</w:t>
            </w:r>
            <w:r w:rsidRPr="00332DB8">
              <w:rPr>
                <w:lang w:val="ru-RU"/>
              </w:rPr>
              <w:t>/33061/</w:t>
            </w:r>
            <w:r>
              <w:t>azbuka</w:t>
            </w:r>
            <w:r w:rsidRPr="00332DB8">
              <w:rPr>
                <w:lang w:val="ru-RU"/>
              </w:rPr>
              <w:t>_</w:t>
            </w:r>
            <w:r>
              <w:t>domashnego</w:t>
            </w:r>
            <w:r w:rsidRPr="00332DB8">
              <w:rPr>
                <w:lang w:val="ru-RU"/>
              </w:rPr>
              <w:t>_</w:t>
            </w:r>
            <w:r>
              <w:t>terrorizma</w:t>
            </w:r>
            <w:r w:rsidRPr="00332DB8">
              <w:rPr>
                <w:lang w:val="ru-RU"/>
              </w:rPr>
              <w:t>_</w:t>
            </w:r>
            <w:r>
              <w:t>ili</w:t>
            </w:r>
            <w:r w:rsidRPr="00332DB8">
              <w:rPr>
                <w:lang w:val="ru-RU"/>
              </w:rPr>
              <w:t>_</w:t>
            </w:r>
            <w:r>
              <w:t>kak</w:t>
            </w:r>
            <w:r w:rsidRPr="00332DB8">
              <w:rPr>
                <w:lang w:val="ru-RU"/>
              </w:rPr>
              <w:t>_</w:t>
            </w:r>
            <w:r>
              <w:t>izgotovit</w:t>
            </w:r>
            <w:r w:rsidRPr="00332DB8">
              <w:rPr>
                <w:lang w:val="ru-RU"/>
              </w:rPr>
              <w:t>_</w:t>
            </w:r>
            <w:r>
              <w:t>vzryivchatku</w:t>
            </w:r>
            <w:r w:rsidRPr="00332DB8">
              <w:rPr>
                <w:lang w:val="ru-RU"/>
              </w:rPr>
              <w:t>_</w:t>
            </w:r>
            <w:r>
              <w:t>na</w:t>
            </w:r>
            <w:r w:rsidRPr="00332DB8">
              <w:rPr>
                <w:lang w:val="ru-RU"/>
              </w:rPr>
              <w:t>_</w:t>
            </w:r>
            <w:r>
              <w:t>skoruyu</w:t>
            </w:r>
            <w:r w:rsidRPr="00332DB8">
              <w:rPr>
                <w:lang w:val="ru-RU"/>
              </w:rPr>
              <w:t>_</w:t>
            </w:r>
            <w:r>
              <w:t>ruku</w:t>
            </w:r>
            <w:r w:rsidRPr="00332DB8">
              <w:rPr>
                <w:lang w:val="ru-RU"/>
              </w:rPr>
              <w:t xml:space="preserve">; </w:t>
            </w:r>
            <w:r>
              <w:t>http</w:t>
            </w:r>
            <w:r w:rsidRPr="00332DB8">
              <w:rPr>
                <w:lang w:val="ru-RU"/>
              </w:rPr>
              <w:t>://</w:t>
            </w:r>
            <w:r>
              <w:t>pikabu</w:t>
            </w:r>
            <w:r w:rsidRPr="00332DB8">
              <w:rPr>
                <w:lang w:val="ru-RU"/>
              </w:rPr>
              <w:t>.</w:t>
            </w:r>
            <w:r>
              <w:t>ru</w:t>
            </w:r>
            <w:r w:rsidRPr="00332DB8">
              <w:rPr>
                <w:lang w:val="ru-RU"/>
              </w:rPr>
              <w:t>/</w:t>
            </w:r>
            <w:r>
              <w:t>story</w:t>
            </w:r>
            <w:r w:rsidRPr="00332DB8">
              <w:rPr>
                <w:lang w:val="ru-RU"/>
              </w:rPr>
              <w:t>/</w:t>
            </w:r>
            <w:r>
              <w:t>kak</w:t>
            </w:r>
            <w:r w:rsidRPr="00332DB8">
              <w:rPr>
                <w:lang w:val="ru-RU"/>
              </w:rPr>
              <w:t>_</w:t>
            </w:r>
            <w:r>
              <w:t>prigotovit</w:t>
            </w:r>
            <w:r w:rsidRPr="00332DB8">
              <w:rPr>
                <w:lang w:val="ru-RU"/>
              </w:rPr>
              <w:t>_</w:t>
            </w:r>
            <w:r>
              <w:t>quotvzryivnoy</w:t>
            </w:r>
            <w:r w:rsidRPr="00332DB8">
              <w:rPr>
                <w:lang w:val="ru-RU"/>
              </w:rPr>
              <w:t>_</w:t>
            </w:r>
            <w:r>
              <w:t>poroshokquot</w:t>
            </w:r>
            <w:r w:rsidRPr="00332DB8">
              <w:rPr>
                <w:lang w:val="ru-RU"/>
              </w:rPr>
              <w:t>_</w:t>
            </w:r>
            <w:r>
              <w:t>u</w:t>
            </w:r>
            <w:r w:rsidRPr="00332DB8">
              <w:rPr>
                <w:lang w:val="ru-RU"/>
              </w:rPr>
              <w:t>_</w:t>
            </w:r>
            <w:r>
              <w:t>sebya</w:t>
            </w:r>
            <w:r w:rsidRPr="00332DB8">
              <w:rPr>
                <w:lang w:val="ru-RU"/>
              </w:rPr>
              <w:t>_</w:t>
            </w:r>
            <w:r>
              <w:t>doma</w:t>
            </w:r>
            <w:r w:rsidRPr="00332DB8">
              <w:rPr>
                <w:lang w:val="ru-RU"/>
              </w:rPr>
              <w:t xml:space="preserve">_703553; </w:t>
            </w:r>
            <w:r>
              <w:t>http</w:t>
            </w:r>
            <w:r w:rsidRPr="00332DB8">
              <w:rPr>
                <w:lang w:val="ru-RU"/>
              </w:rPr>
              <w:t>:/</w:t>
            </w:r>
            <w:r>
              <w:t>engangs</w:t>
            </w:r>
            <w:r w:rsidRPr="00332DB8">
              <w:rPr>
                <w:lang w:val="ru-RU"/>
              </w:rPr>
              <w:t>.</w:t>
            </w:r>
            <w:r>
              <w:t>ru</w:t>
            </w:r>
            <w:r w:rsidRPr="00332DB8">
              <w:rPr>
                <w:lang w:val="ru-RU"/>
              </w:rPr>
              <w:t>/69059/</w:t>
            </w:r>
            <w:r>
              <w:t>kak</w:t>
            </w:r>
            <w:r w:rsidRPr="00332DB8">
              <w:rPr>
                <w:lang w:val="ru-RU"/>
              </w:rPr>
              <w:t>-</w:t>
            </w:r>
            <w:r>
              <w:t>sdelat</w:t>
            </w:r>
            <w:r w:rsidRPr="00332DB8">
              <w:rPr>
                <w:lang w:val="ru-RU"/>
              </w:rPr>
              <w:t>-</w:t>
            </w:r>
            <w:r>
              <w:t>nitroglitserinovuyu</w:t>
            </w:r>
            <w:r w:rsidRPr="00332DB8">
              <w:rPr>
                <w:lang w:val="ru-RU"/>
              </w:rPr>
              <w:t>-</w:t>
            </w:r>
            <w:r>
              <w:t>vzryivchatku</w:t>
            </w:r>
            <w:r w:rsidRPr="00332DB8">
              <w:rPr>
                <w:lang w:val="ru-RU"/>
              </w:rPr>
              <w:t>-</w:t>
            </w:r>
            <w:r>
              <w:t>iz</w:t>
            </w:r>
            <w:r w:rsidRPr="00332DB8">
              <w:rPr>
                <w:lang w:val="ru-RU"/>
              </w:rPr>
              <w:t>-</w:t>
            </w:r>
            <w:r>
              <w:t>tabletok</w:t>
            </w:r>
            <w:r w:rsidRPr="00332DB8">
              <w:rPr>
                <w:lang w:val="ru-RU"/>
              </w:rPr>
              <w:t xml:space="preserve">; </w:t>
            </w:r>
            <w:r>
              <w:t>http</w:t>
            </w:r>
            <w:r w:rsidRPr="00332DB8">
              <w:rPr>
                <w:lang w:val="ru-RU"/>
              </w:rPr>
              <w:t>://</w:t>
            </w:r>
            <w:r>
              <w:t>forum</w:t>
            </w:r>
            <w:r w:rsidRPr="00332DB8">
              <w:rPr>
                <w:lang w:val="ru-RU"/>
              </w:rPr>
              <w:t>.</w:t>
            </w:r>
            <w:r>
              <w:t>ren</w:t>
            </w:r>
            <w:r w:rsidRPr="00332DB8">
              <w:rPr>
                <w:lang w:val="ru-RU"/>
              </w:rPr>
              <w:t>-</w:t>
            </w:r>
            <w:r>
              <w:t>tv</w:t>
            </w:r>
            <w:r w:rsidRPr="00332DB8">
              <w:rPr>
                <w:lang w:val="ru-RU"/>
              </w:rPr>
              <w:t>.</w:t>
            </w:r>
            <w:r>
              <w:t>com</w:t>
            </w:r>
            <w:r w:rsidRPr="00332DB8">
              <w:rPr>
                <w:lang w:val="ru-RU"/>
              </w:rPr>
              <w:t>/?</w:t>
            </w:r>
            <w:r>
              <w:t>mode</w:t>
            </w:r>
            <w:r w:rsidRPr="00332DB8">
              <w:rPr>
                <w:lang w:val="ru-RU"/>
              </w:rPr>
              <w:t>=</w:t>
            </w:r>
            <w:r>
              <w:t>threaded</w:t>
            </w:r>
            <w:r w:rsidRPr="00332DB8">
              <w:rPr>
                <w:lang w:val="ru-RU"/>
              </w:rPr>
              <w:t>&amp;</w:t>
            </w:r>
            <w:r>
              <w:t>pid</w:t>
            </w:r>
            <w:r w:rsidRPr="00332DB8">
              <w:rPr>
                <w:lang w:val="ru-RU"/>
              </w:rPr>
              <w:t>=57800&amp;</w:t>
            </w:r>
            <w:r>
              <w:t>showtopic</w:t>
            </w:r>
            <w:r w:rsidRPr="00332DB8">
              <w:rPr>
                <w:lang w:val="ru-RU"/>
              </w:rPr>
              <w:t xml:space="preserve">=4137; </w:t>
            </w:r>
            <w:r>
              <w:t>http</w:t>
            </w:r>
            <w:r w:rsidRPr="00332DB8">
              <w:rPr>
                <w:lang w:val="ru-RU"/>
              </w:rPr>
              <w:t>://</w:t>
            </w:r>
            <w:r>
              <w:t>qalib</w:t>
            </w:r>
            <w:r w:rsidRPr="00332DB8">
              <w:rPr>
                <w:lang w:val="ru-RU"/>
              </w:rPr>
              <w:t>.</w:t>
            </w:r>
            <w:r>
              <w:t>net</w:t>
            </w:r>
            <w:r w:rsidRPr="00332DB8">
              <w:rPr>
                <w:lang w:val="ru-RU"/>
              </w:rPr>
              <w:t>/</w:t>
            </w:r>
            <w:r>
              <w:t>a</w:t>
            </w:r>
            <w:r w:rsidRPr="00332DB8">
              <w:rPr>
                <w:lang w:val="ru-RU"/>
              </w:rPr>
              <w:t>/</w:t>
            </w:r>
            <w:r>
              <w:t>kak</w:t>
            </w:r>
            <w:r w:rsidRPr="00332DB8">
              <w:rPr>
                <w:lang w:val="ru-RU"/>
              </w:rPr>
              <w:t>-</w:t>
            </w:r>
            <w:r>
              <w:t>sdelat</w:t>
            </w:r>
            <w:r w:rsidRPr="00332DB8">
              <w:rPr>
                <w:lang w:val="ru-RU"/>
              </w:rPr>
              <w:t>-</w:t>
            </w:r>
            <w:r>
              <w:t>dinamit</w:t>
            </w:r>
            <w:r w:rsidRPr="00332DB8">
              <w:rPr>
                <w:lang w:val="ru-RU"/>
              </w:rPr>
              <w:t xml:space="preserve">; </w:t>
            </w:r>
            <w:r>
              <w:t>http</w:t>
            </w:r>
            <w:r w:rsidRPr="00332DB8">
              <w:rPr>
                <w:lang w:val="ru-RU"/>
              </w:rPr>
              <w:t>://</w:t>
            </w:r>
            <w:r>
              <w:t>otvet</w:t>
            </w:r>
            <w:r w:rsidRPr="00332DB8">
              <w:rPr>
                <w:lang w:val="ru-RU"/>
              </w:rPr>
              <w:t>.</w:t>
            </w:r>
            <w:r>
              <w:t>mail</w:t>
            </w:r>
            <w:r w:rsidRPr="00332DB8">
              <w:rPr>
                <w:lang w:val="ru-RU"/>
              </w:rPr>
              <w:t>.</w:t>
            </w:r>
            <w:r>
              <w:t>ru</w:t>
            </w:r>
            <w:r w:rsidRPr="00332DB8">
              <w:rPr>
                <w:lang w:val="ru-RU"/>
              </w:rPr>
              <w:t>/</w:t>
            </w:r>
            <w:r>
              <w:t>question</w:t>
            </w:r>
            <w:r w:rsidRPr="00332DB8">
              <w:rPr>
                <w:lang w:val="ru-RU"/>
              </w:rPr>
              <w:t xml:space="preserve">/16903626; </w:t>
            </w:r>
            <w:r>
              <w:t>http</w:t>
            </w:r>
            <w:r w:rsidRPr="00332DB8">
              <w:rPr>
                <w:lang w:val="ru-RU"/>
              </w:rPr>
              <w:t>:/</w:t>
            </w:r>
            <w:r>
              <w:t>ru</w:t>
            </w:r>
            <w:r w:rsidRPr="00332DB8">
              <w:rPr>
                <w:lang w:val="ru-RU"/>
              </w:rPr>
              <w:t>.</w:t>
            </w:r>
            <w:r>
              <w:t>wikipedia</w:t>
            </w:r>
            <w:r w:rsidRPr="00332DB8">
              <w:rPr>
                <w:lang w:val="ru-RU"/>
              </w:rPr>
              <w:t>.</w:t>
            </w:r>
            <w:r>
              <w:t>org</w:t>
            </w:r>
            <w:r w:rsidRPr="00332DB8">
              <w:rPr>
                <w:lang w:val="ru-RU"/>
              </w:rPr>
              <w:t>/</w:t>
            </w:r>
            <w:r>
              <w:t>wiki</w:t>
            </w:r>
            <w:r w:rsidRPr="00332DB8">
              <w:rPr>
                <w:lang w:val="ru-RU"/>
              </w:rPr>
              <w:t>/%</w:t>
            </w:r>
            <w:r>
              <w:t>C</w:t>
            </w:r>
            <w:r w:rsidRPr="00332DB8">
              <w:rPr>
                <w:lang w:val="ru-RU"/>
              </w:rPr>
              <w:t>4%</w:t>
            </w:r>
            <w:r>
              <w:t>E</w:t>
            </w:r>
            <w:r w:rsidRPr="00332DB8">
              <w:rPr>
                <w:lang w:val="ru-RU"/>
              </w:rPr>
              <w:t>8%</w:t>
            </w:r>
            <w:r>
              <w:t>ED</w:t>
            </w:r>
            <w:r w:rsidRPr="00332DB8">
              <w:rPr>
                <w:lang w:val="ru-RU"/>
              </w:rPr>
              <w:t>%</w:t>
            </w:r>
            <w:r>
              <w:t>E</w:t>
            </w:r>
            <w:r w:rsidRPr="00332DB8">
              <w:rPr>
                <w:lang w:val="ru-RU"/>
              </w:rPr>
              <w:t>0%</w:t>
            </w:r>
            <w:r>
              <w:t>EC</w:t>
            </w:r>
            <w:r w:rsidRPr="00332DB8">
              <w:rPr>
                <w:lang w:val="ru-RU"/>
              </w:rPr>
              <w:t>%</w:t>
            </w:r>
            <w:r>
              <w:t>E</w:t>
            </w:r>
            <w:r w:rsidRPr="00332DB8">
              <w:rPr>
                <w:lang w:val="ru-RU"/>
              </w:rPr>
              <w:t>8%</w:t>
            </w:r>
            <w:r>
              <w:t>F</w:t>
            </w:r>
            <w:r w:rsidRPr="00332DB8">
              <w:rPr>
                <w:lang w:val="ru-RU"/>
              </w:rPr>
              <w:t xml:space="preserve">2; </w:t>
            </w:r>
            <w:r>
              <w:t>http</w:t>
            </w:r>
            <w:r w:rsidRPr="00332DB8">
              <w:rPr>
                <w:lang w:val="ru-RU"/>
              </w:rPr>
              <w:t>://</w:t>
            </w:r>
            <w:r>
              <w:t>www</w:t>
            </w:r>
            <w:r w:rsidRPr="00332DB8">
              <w:rPr>
                <w:lang w:val="ru-RU"/>
              </w:rPr>
              <w:t>.</w:t>
            </w:r>
            <w:r>
              <w:t>bolshoyvopros</w:t>
            </w:r>
            <w:r w:rsidRPr="00332DB8">
              <w:rPr>
                <w:lang w:val="ru-RU"/>
              </w:rPr>
              <w:t>.</w:t>
            </w:r>
            <w:r>
              <w:t>ru</w:t>
            </w:r>
            <w:r w:rsidRPr="00332DB8">
              <w:rPr>
                <w:lang w:val="ru-RU"/>
              </w:rPr>
              <w:t>/</w:t>
            </w:r>
            <w:r>
              <w:t>questions</w:t>
            </w:r>
            <w:r w:rsidRPr="00332DB8">
              <w:rPr>
                <w:lang w:val="ru-RU"/>
              </w:rPr>
              <w:t>/78230-</w:t>
            </w:r>
            <w:r>
              <w:t>kak</w:t>
            </w:r>
            <w:r w:rsidRPr="00332DB8">
              <w:rPr>
                <w:lang w:val="ru-RU"/>
              </w:rPr>
              <w:t>-</w:t>
            </w:r>
            <w:r>
              <w:t>delajut</w:t>
            </w:r>
            <w:r w:rsidRPr="00332DB8">
              <w:rPr>
                <w:lang w:val="ru-RU"/>
              </w:rPr>
              <w:t>-</w:t>
            </w:r>
            <w:r>
              <w:t>dinamit</w:t>
            </w:r>
            <w:r w:rsidRPr="00332DB8">
              <w:rPr>
                <w:lang w:val="ru-RU"/>
              </w:rPr>
              <w:t>.</w:t>
            </w:r>
            <w:r>
              <w:t>html</w:t>
            </w:r>
            <w:r w:rsidRPr="00332DB8">
              <w:rPr>
                <w:lang w:val="ru-RU"/>
              </w:rPr>
              <w:t xml:space="preserve"> (решение Новочебоксарского городского суда Чувашской Республики – Чувашии от 03.06.2015 и определение Новочебоксарского городского суда </w:t>
            </w:r>
            <w:r w:rsidRPr="00332DB8">
              <w:rPr>
                <w:lang w:val="ru-RU"/>
              </w:rPr>
              <w:lastRenderedPageBreak/>
              <w:t>Чувашской Республики – Чувашии от 31.07.2015);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2960.</w:t>
            </w:r>
          </w:p>
        </w:tc>
        <w:tc>
          <w:tcPr>
            <w:tcW w:w="2880" w:type="dxa"/>
          </w:tcPr>
          <w:p w:rsidR="006F7457" w:rsidRPr="00332DB8" w:rsidRDefault="00332DB8">
            <w:pPr>
              <w:rPr>
                <w:lang w:val="ru-RU"/>
              </w:rPr>
            </w:pPr>
            <w:r w:rsidRPr="00332DB8">
              <w:rPr>
                <w:lang w:val="ru-RU"/>
              </w:rPr>
              <w:t xml:space="preserve">Информационный материал под названием «Русские! Объединяйтесь!», размещенный в сети Интернет по электронному адресу: </w:t>
            </w:r>
            <w:r>
              <w:t>www</w:t>
            </w:r>
            <w:r w:rsidRPr="00332DB8">
              <w:rPr>
                <w:lang w:val="ru-RU"/>
              </w:rPr>
              <w:t xml:space="preserve">. </w:t>
            </w:r>
            <w:r>
              <w:t>russkoedelo</w:t>
            </w:r>
            <w:r w:rsidRPr="00332DB8">
              <w:rPr>
                <w:lang w:val="ru-RU"/>
              </w:rPr>
              <w:t>.</w:t>
            </w:r>
            <w:r>
              <w:t>org</w:t>
            </w:r>
            <w:r w:rsidRPr="00332DB8">
              <w:rPr>
                <w:lang w:val="ru-RU"/>
              </w:rPr>
              <w:t>/</w:t>
            </w:r>
            <w:r>
              <w:t>mysl</w:t>
            </w:r>
            <w:r w:rsidRPr="00332DB8">
              <w:rPr>
                <w:lang w:val="ru-RU"/>
              </w:rPr>
              <w:t>/</w:t>
            </w:r>
            <w:r>
              <w:t>istarhov</w:t>
            </w:r>
            <w:r w:rsidRPr="00332DB8">
              <w:rPr>
                <w:lang w:val="ru-RU"/>
              </w:rPr>
              <w:t>/</w:t>
            </w:r>
            <w:r>
              <w:t>russians</w:t>
            </w:r>
            <w:r w:rsidRPr="00332DB8">
              <w:rPr>
                <w:lang w:val="ru-RU"/>
              </w:rPr>
              <w:t>_</w:t>
            </w:r>
            <w:r>
              <w:t>unite</w:t>
            </w:r>
            <w:r w:rsidRPr="00332DB8">
              <w:rPr>
                <w:lang w:val="ru-RU"/>
              </w:rPr>
              <w:t>.</w:t>
            </w:r>
            <w:r>
              <w:t>php</w:t>
            </w:r>
            <w:r w:rsidRPr="00332DB8">
              <w:rPr>
                <w:lang w:val="ru-RU"/>
              </w:rPr>
              <w:t xml:space="preserve"> (решение Выборгского районного суда города Санкт-Петербурга от 18.11.2014);</w:t>
            </w:r>
          </w:p>
        </w:tc>
        <w:tc>
          <w:tcPr>
            <w:tcW w:w="2880" w:type="dxa"/>
          </w:tcPr>
          <w:p w:rsidR="006F7457" w:rsidRPr="00332DB8" w:rsidRDefault="006F7457">
            <w:pPr>
              <w:rPr>
                <w:lang w:val="ru-RU"/>
              </w:rPr>
            </w:pPr>
          </w:p>
        </w:tc>
      </w:tr>
      <w:tr w:rsidR="006F7457" w:rsidRPr="005A424D">
        <w:tc>
          <w:tcPr>
            <w:tcW w:w="2880" w:type="dxa"/>
          </w:tcPr>
          <w:p w:rsidR="006F7457" w:rsidRDefault="00332DB8">
            <w:r>
              <w:t>2961.</w:t>
            </w:r>
          </w:p>
        </w:tc>
        <w:tc>
          <w:tcPr>
            <w:tcW w:w="2880" w:type="dxa"/>
          </w:tcPr>
          <w:p w:rsidR="006F7457" w:rsidRPr="00332DB8" w:rsidRDefault="00332DB8">
            <w:pPr>
              <w:rPr>
                <w:lang w:val="ru-RU"/>
              </w:rPr>
            </w:pPr>
            <w:r w:rsidRPr="00332DB8">
              <w:rPr>
                <w:lang w:val="ru-RU"/>
              </w:rPr>
              <w:t xml:space="preserve">Текст стихотворения под названием «Убей кавказца», размещенный в сети Интернет по электронному адресу: </w:t>
            </w:r>
            <w:r>
              <w:t>http</w:t>
            </w:r>
            <w:r w:rsidRPr="00332DB8">
              <w:rPr>
                <w:lang w:val="ru-RU"/>
              </w:rPr>
              <w:t>://</w:t>
            </w:r>
            <w:r>
              <w:t>nordrus</w:t>
            </w:r>
            <w:r w:rsidRPr="00332DB8">
              <w:rPr>
                <w:lang w:val="ru-RU"/>
              </w:rPr>
              <w:t>-</w:t>
            </w:r>
            <w:r>
              <w:t>norna</w:t>
            </w:r>
            <w:r w:rsidRPr="00332DB8">
              <w:rPr>
                <w:lang w:val="ru-RU"/>
              </w:rPr>
              <w:t>.</w:t>
            </w:r>
            <w:r>
              <w:t>livejournal</w:t>
            </w:r>
            <w:r w:rsidRPr="00332DB8">
              <w:rPr>
                <w:lang w:val="ru-RU"/>
              </w:rPr>
              <w:t>.</w:t>
            </w:r>
            <w:r>
              <w:t>com</w:t>
            </w:r>
            <w:r w:rsidRPr="00332DB8">
              <w:rPr>
                <w:lang w:val="ru-RU"/>
              </w:rPr>
              <w:t xml:space="preserve"> (решение Выборгского районного суда города Санкт-Петербурга от 04.02.2015);</w:t>
            </w:r>
          </w:p>
        </w:tc>
        <w:tc>
          <w:tcPr>
            <w:tcW w:w="2880" w:type="dxa"/>
          </w:tcPr>
          <w:p w:rsidR="006F7457" w:rsidRPr="00332DB8" w:rsidRDefault="006F7457">
            <w:pPr>
              <w:rPr>
                <w:lang w:val="ru-RU"/>
              </w:rPr>
            </w:pPr>
          </w:p>
        </w:tc>
      </w:tr>
      <w:tr w:rsidR="006F7457" w:rsidRPr="005A424D">
        <w:tc>
          <w:tcPr>
            <w:tcW w:w="2880" w:type="dxa"/>
          </w:tcPr>
          <w:p w:rsidR="006F7457" w:rsidRDefault="00332DB8">
            <w:r>
              <w:t>2962.</w:t>
            </w:r>
          </w:p>
        </w:tc>
        <w:tc>
          <w:tcPr>
            <w:tcW w:w="2880" w:type="dxa"/>
          </w:tcPr>
          <w:p w:rsidR="006F7457" w:rsidRPr="00332DB8" w:rsidRDefault="00332DB8">
            <w:pPr>
              <w:rPr>
                <w:lang w:val="ru-RU"/>
              </w:rPr>
            </w:pPr>
            <w:r w:rsidRPr="00332DB8">
              <w:rPr>
                <w:lang w:val="ru-RU"/>
              </w:rPr>
              <w:t>Видеофайл под наименованием «Герой Истины-Зайд Абу Абдуллах», продолжительностью 13 минут 08 секунд, расположенный в сети Интернет по адресам: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UyF</w:t>
            </w:r>
            <w:r w:rsidRPr="00332DB8">
              <w:rPr>
                <w:lang w:val="ru-RU"/>
              </w:rPr>
              <w:t>7</w:t>
            </w:r>
            <w:r>
              <w:t>rpX</w:t>
            </w:r>
            <w:r w:rsidRPr="00332DB8">
              <w:rPr>
                <w:lang w:val="ru-RU"/>
              </w:rPr>
              <w:t>7</w:t>
            </w:r>
            <w:r>
              <w:t>KC</w:t>
            </w:r>
            <w:r w:rsidRPr="00332DB8">
              <w:rPr>
                <w:lang w:val="ru-RU"/>
              </w:rPr>
              <w:t>8», «</w:t>
            </w:r>
            <w:r>
              <w:t>http</w:t>
            </w:r>
            <w:r w:rsidRPr="00332DB8">
              <w:rPr>
                <w:lang w:val="ru-RU"/>
              </w:rPr>
              <w:t>://</w:t>
            </w:r>
            <w:r>
              <w:t>vids</w:t>
            </w:r>
            <w:r w:rsidRPr="00332DB8">
              <w:rPr>
                <w:lang w:val="ru-RU"/>
              </w:rPr>
              <w:t>.</w:t>
            </w:r>
            <w:r>
              <w:t>bastizone</w:t>
            </w:r>
            <w:r w:rsidRPr="00332DB8">
              <w:rPr>
                <w:lang w:val="ru-RU"/>
              </w:rPr>
              <w:t>.</w:t>
            </w:r>
            <w:r>
              <w:t>com</w:t>
            </w:r>
            <w:r w:rsidRPr="00332DB8">
              <w:rPr>
                <w:lang w:val="ru-RU"/>
              </w:rPr>
              <w:t>/</w:t>
            </w:r>
            <w:r>
              <w:t>watch</w:t>
            </w:r>
            <w:r w:rsidRPr="00332DB8">
              <w:rPr>
                <w:lang w:val="ru-RU"/>
              </w:rPr>
              <w:t xml:space="preserve">/ </w:t>
            </w:r>
            <w:r>
              <w:t>UyF</w:t>
            </w:r>
            <w:r w:rsidRPr="00332DB8">
              <w:rPr>
                <w:lang w:val="ru-RU"/>
              </w:rPr>
              <w:t>7</w:t>
            </w:r>
            <w:r>
              <w:t>rpX</w:t>
            </w:r>
            <w:r w:rsidRPr="00332DB8">
              <w:rPr>
                <w:lang w:val="ru-RU"/>
              </w:rPr>
              <w:t>7</w:t>
            </w:r>
            <w:r>
              <w:t>KC</w:t>
            </w:r>
            <w:r w:rsidRPr="00332DB8">
              <w:rPr>
                <w:lang w:val="ru-RU"/>
              </w:rPr>
              <w:t>8/-», «</w:t>
            </w:r>
            <w:r>
              <w:t>http</w:t>
            </w:r>
            <w:r w:rsidRPr="00332DB8">
              <w:rPr>
                <w:lang w:val="ru-RU"/>
              </w:rPr>
              <w:t>://</w:t>
            </w:r>
            <w:r>
              <w:t>lamanserlo</w:t>
            </w:r>
            <w:r w:rsidRPr="00332DB8">
              <w:rPr>
                <w:lang w:val="ru-RU"/>
              </w:rPr>
              <w:t>.</w:t>
            </w:r>
            <w:r>
              <w:t>com</w:t>
            </w:r>
            <w:r w:rsidRPr="00332DB8">
              <w:rPr>
                <w:lang w:val="ru-RU"/>
              </w:rPr>
              <w:t>/</w:t>
            </w:r>
            <w:r>
              <w:t>index</w:t>
            </w:r>
            <w:r w:rsidRPr="00332DB8">
              <w:rPr>
                <w:lang w:val="ru-RU"/>
              </w:rPr>
              <w:t>.</w:t>
            </w:r>
            <w:r>
              <w:t>php</w:t>
            </w:r>
            <w:r w:rsidRPr="00332DB8">
              <w:rPr>
                <w:lang w:val="ru-RU"/>
              </w:rPr>
              <w:t>?</w:t>
            </w:r>
            <w:r>
              <w:t>newsid</w:t>
            </w:r>
            <w:r w:rsidRPr="00332DB8">
              <w:rPr>
                <w:lang w:val="ru-RU"/>
              </w:rPr>
              <w:t>=19634», «</w:t>
            </w:r>
            <w:r>
              <w:t>http</w:t>
            </w:r>
            <w:r w:rsidRPr="00332DB8">
              <w:rPr>
                <w:lang w:val="ru-RU"/>
              </w:rPr>
              <w:t>://</w:t>
            </w:r>
            <w:r>
              <w:t>vidooly</w:t>
            </w:r>
            <w:r w:rsidRPr="00332DB8">
              <w:rPr>
                <w:lang w:val="ru-RU"/>
              </w:rPr>
              <w:t>.</w:t>
            </w:r>
            <w:r>
              <w:t>com</w:t>
            </w:r>
            <w:r w:rsidRPr="00332DB8">
              <w:rPr>
                <w:lang w:val="ru-RU"/>
              </w:rPr>
              <w:t>/</w:t>
            </w:r>
            <w:r>
              <w:t>video</w:t>
            </w:r>
            <w:r w:rsidRPr="00332DB8">
              <w:rPr>
                <w:lang w:val="ru-RU"/>
              </w:rPr>
              <w:t>/</w:t>
            </w:r>
            <w:r>
              <w:t>UyF</w:t>
            </w:r>
            <w:r w:rsidRPr="00332DB8">
              <w:rPr>
                <w:lang w:val="ru-RU"/>
              </w:rPr>
              <w:t>7</w:t>
            </w:r>
            <w:r>
              <w:t>rpX</w:t>
            </w:r>
            <w:r w:rsidRPr="00332DB8">
              <w:rPr>
                <w:lang w:val="ru-RU"/>
              </w:rPr>
              <w:t>7</w:t>
            </w:r>
            <w:r>
              <w:t>KC</w:t>
            </w:r>
            <w:r w:rsidRPr="00332DB8">
              <w:rPr>
                <w:lang w:val="ru-RU"/>
              </w:rPr>
              <w:t>8» (решение Центрального районного суда г. Волгограда от 14.05.2015);</w:t>
            </w:r>
          </w:p>
        </w:tc>
        <w:tc>
          <w:tcPr>
            <w:tcW w:w="2880" w:type="dxa"/>
          </w:tcPr>
          <w:p w:rsidR="006F7457" w:rsidRPr="00332DB8" w:rsidRDefault="006F7457">
            <w:pPr>
              <w:rPr>
                <w:lang w:val="ru-RU"/>
              </w:rPr>
            </w:pPr>
          </w:p>
        </w:tc>
      </w:tr>
      <w:tr w:rsidR="006F7457" w:rsidRPr="005A424D">
        <w:tc>
          <w:tcPr>
            <w:tcW w:w="2880" w:type="dxa"/>
          </w:tcPr>
          <w:p w:rsidR="006F7457" w:rsidRDefault="00332DB8">
            <w:r>
              <w:t>2963.</w:t>
            </w:r>
          </w:p>
        </w:tc>
        <w:tc>
          <w:tcPr>
            <w:tcW w:w="2880" w:type="dxa"/>
          </w:tcPr>
          <w:p w:rsidR="006F7457" w:rsidRPr="00332DB8" w:rsidRDefault="00332DB8">
            <w:pPr>
              <w:rPr>
                <w:lang w:val="ru-RU"/>
              </w:rPr>
            </w:pPr>
            <w:r w:rsidRPr="00332DB8">
              <w:rPr>
                <w:lang w:val="ru-RU"/>
              </w:rPr>
              <w:t xml:space="preserve">Аудиозаписи с названиями «Коловрат (Россия принадлежит нам) </w:t>
            </w:r>
            <w:r>
              <w:t>mp</w:t>
            </w:r>
            <w:r w:rsidRPr="00332DB8">
              <w:rPr>
                <w:lang w:val="ru-RU"/>
              </w:rPr>
              <w:t xml:space="preserve">.3, «Русский стяг (марш жестокой молодости) </w:t>
            </w:r>
            <w:r>
              <w:t>mp</w:t>
            </w:r>
            <w:r w:rsidRPr="00332DB8">
              <w:rPr>
                <w:lang w:val="ru-RU"/>
              </w:rPr>
              <w:t>.3 (решение Саровского городского суда Нижегородской области от 02.06.2015);</w:t>
            </w:r>
          </w:p>
        </w:tc>
        <w:tc>
          <w:tcPr>
            <w:tcW w:w="2880" w:type="dxa"/>
          </w:tcPr>
          <w:p w:rsidR="006F7457" w:rsidRPr="00332DB8" w:rsidRDefault="006F7457">
            <w:pPr>
              <w:rPr>
                <w:lang w:val="ru-RU"/>
              </w:rPr>
            </w:pPr>
          </w:p>
        </w:tc>
      </w:tr>
      <w:tr w:rsidR="006F7457" w:rsidRPr="005A424D">
        <w:tc>
          <w:tcPr>
            <w:tcW w:w="2880" w:type="dxa"/>
          </w:tcPr>
          <w:p w:rsidR="006F7457" w:rsidRDefault="00332DB8">
            <w:r>
              <w:t>2964.</w:t>
            </w:r>
          </w:p>
        </w:tc>
        <w:tc>
          <w:tcPr>
            <w:tcW w:w="2880" w:type="dxa"/>
          </w:tcPr>
          <w:p w:rsidR="006F7457" w:rsidRPr="00332DB8" w:rsidRDefault="00332DB8">
            <w:pPr>
              <w:rPr>
                <w:lang w:val="ru-RU"/>
              </w:rPr>
            </w:pPr>
            <w:r w:rsidRPr="00332DB8">
              <w:rPr>
                <w:lang w:val="ru-RU"/>
              </w:rPr>
              <w:t xml:space="preserve">Аудиозапись под названием «Русский стяг (Русь великая), </w:t>
            </w:r>
            <w:r>
              <w:t>mp</w:t>
            </w:r>
            <w:r w:rsidRPr="00332DB8">
              <w:rPr>
                <w:lang w:val="ru-RU"/>
              </w:rPr>
              <w:t xml:space="preserve">3, аудиозапись под названием «Русский стяг (Стальные орлы), </w:t>
            </w:r>
            <w:r>
              <w:t>mp</w:t>
            </w:r>
            <w:r w:rsidRPr="00332DB8">
              <w:rPr>
                <w:lang w:val="ru-RU"/>
              </w:rPr>
              <w:t>3» (решение Саровского городского суда Нижегородской области от 02.06.2015);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2965.</w:t>
            </w:r>
          </w:p>
        </w:tc>
        <w:tc>
          <w:tcPr>
            <w:tcW w:w="2880" w:type="dxa"/>
          </w:tcPr>
          <w:p w:rsidR="006F7457" w:rsidRPr="00332DB8" w:rsidRDefault="00332DB8">
            <w:pPr>
              <w:rPr>
                <w:lang w:val="ru-RU"/>
              </w:rPr>
            </w:pPr>
            <w:r w:rsidRPr="00332DB8">
              <w:rPr>
                <w:lang w:val="ru-RU"/>
              </w:rPr>
              <w:t xml:space="preserve">Информационные материалы, размещенные на Интернет-странице в социальной сети «В контакте» </w:t>
            </w:r>
            <w:r>
              <w:t>www</w:t>
            </w:r>
            <w:r w:rsidRPr="00332DB8">
              <w:rPr>
                <w:lang w:val="ru-RU"/>
              </w:rPr>
              <w:t>.</w:t>
            </w:r>
            <w:r>
              <w:t>vk</w:t>
            </w:r>
            <w:r w:rsidRPr="00332DB8">
              <w:rPr>
                <w:lang w:val="ru-RU"/>
              </w:rPr>
              <w:t>.</w:t>
            </w:r>
            <w:r>
              <w:t>com</w:t>
            </w:r>
            <w:r w:rsidRPr="00332DB8">
              <w:rPr>
                <w:lang w:val="ru-RU"/>
              </w:rPr>
              <w:t>/</w:t>
            </w:r>
            <w:r>
              <w:t>id</w:t>
            </w:r>
            <w:r w:rsidRPr="00332DB8">
              <w:rPr>
                <w:lang w:val="ru-RU"/>
              </w:rPr>
              <w:t xml:space="preserve"> 153451676, размещенные Пекаревым О.Ю., в социальной сети «В контакте» (решение Гагаринского районного суда города Москвы от 20.05.2015);</w:t>
            </w:r>
          </w:p>
        </w:tc>
        <w:tc>
          <w:tcPr>
            <w:tcW w:w="2880" w:type="dxa"/>
          </w:tcPr>
          <w:p w:rsidR="006F7457" w:rsidRPr="00332DB8" w:rsidRDefault="006F7457">
            <w:pPr>
              <w:rPr>
                <w:lang w:val="ru-RU"/>
              </w:rPr>
            </w:pPr>
          </w:p>
        </w:tc>
      </w:tr>
      <w:tr w:rsidR="006F7457">
        <w:tc>
          <w:tcPr>
            <w:tcW w:w="2880" w:type="dxa"/>
          </w:tcPr>
          <w:p w:rsidR="006F7457" w:rsidRDefault="00332DB8">
            <w:r>
              <w:t>2966.</w:t>
            </w:r>
          </w:p>
        </w:tc>
        <w:tc>
          <w:tcPr>
            <w:tcW w:w="2880" w:type="dxa"/>
          </w:tcPr>
          <w:p w:rsidR="006F7457" w:rsidRDefault="00332DB8">
            <w:r>
              <w:t>Исключен</w:t>
            </w:r>
          </w:p>
        </w:tc>
        <w:tc>
          <w:tcPr>
            <w:tcW w:w="2880" w:type="dxa"/>
          </w:tcPr>
          <w:p w:rsidR="006F7457" w:rsidRDefault="006F7457"/>
        </w:tc>
      </w:tr>
      <w:tr w:rsidR="006F7457" w:rsidRPr="005A424D">
        <w:tc>
          <w:tcPr>
            <w:tcW w:w="2880" w:type="dxa"/>
          </w:tcPr>
          <w:p w:rsidR="006F7457" w:rsidRDefault="00332DB8">
            <w:r>
              <w:t>2967.</w:t>
            </w:r>
          </w:p>
        </w:tc>
        <w:tc>
          <w:tcPr>
            <w:tcW w:w="2880" w:type="dxa"/>
          </w:tcPr>
          <w:p w:rsidR="006F7457" w:rsidRPr="00332DB8" w:rsidRDefault="00332DB8">
            <w:pPr>
              <w:rPr>
                <w:lang w:val="ru-RU"/>
              </w:rPr>
            </w:pPr>
            <w:r w:rsidRPr="00332DB8">
              <w:rPr>
                <w:lang w:val="ru-RU"/>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2880" w:type="dxa"/>
          </w:tcPr>
          <w:p w:rsidR="006F7457" w:rsidRPr="00332DB8" w:rsidRDefault="006F7457">
            <w:pPr>
              <w:rPr>
                <w:lang w:val="ru-RU"/>
              </w:rPr>
            </w:pPr>
          </w:p>
        </w:tc>
      </w:tr>
      <w:tr w:rsidR="006F7457" w:rsidRPr="005A424D">
        <w:tc>
          <w:tcPr>
            <w:tcW w:w="2880" w:type="dxa"/>
          </w:tcPr>
          <w:p w:rsidR="006F7457" w:rsidRDefault="00332DB8">
            <w:r>
              <w:t>2968.</w:t>
            </w:r>
          </w:p>
        </w:tc>
        <w:tc>
          <w:tcPr>
            <w:tcW w:w="2880" w:type="dxa"/>
          </w:tcPr>
          <w:p w:rsidR="006F7457" w:rsidRPr="00332DB8" w:rsidRDefault="00332DB8">
            <w:pPr>
              <w:rPr>
                <w:lang w:val="ru-RU"/>
              </w:rPr>
            </w:pPr>
            <w:r w:rsidRPr="00332DB8">
              <w:rPr>
                <w:lang w:val="ru-RU"/>
              </w:rPr>
              <w:t>Аудиозапись под названием «Русский стяг (Россия, моя Россия).</w:t>
            </w:r>
            <w:r>
              <w:t>mp</w:t>
            </w:r>
            <w:r w:rsidRPr="00332DB8">
              <w:rPr>
                <w:lang w:val="ru-RU"/>
              </w:rPr>
              <w:t>3», аудиозапись под названием «Русский стяг (Русский нацист).</w:t>
            </w:r>
            <w:r>
              <w:t>mp</w:t>
            </w:r>
            <w:r w:rsidRPr="00332DB8">
              <w:rPr>
                <w:lang w:val="ru-RU"/>
              </w:rPr>
              <w:t>3 (решение Саровского городского суда Нижегородской области от 08.06.2015);</w:t>
            </w:r>
          </w:p>
        </w:tc>
        <w:tc>
          <w:tcPr>
            <w:tcW w:w="2880" w:type="dxa"/>
          </w:tcPr>
          <w:p w:rsidR="006F7457" w:rsidRPr="00332DB8" w:rsidRDefault="006F7457">
            <w:pPr>
              <w:rPr>
                <w:lang w:val="ru-RU"/>
              </w:rPr>
            </w:pPr>
          </w:p>
        </w:tc>
      </w:tr>
      <w:tr w:rsidR="006F7457" w:rsidRPr="005A424D">
        <w:tc>
          <w:tcPr>
            <w:tcW w:w="2880" w:type="dxa"/>
          </w:tcPr>
          <w:p w:rsidR="006F7457" w:rsidRDefault="00332DB8">
            <w:r>
              <w:t>2969.</w:t>
            </w:r>
          </w:p>
        </w:tc>
        <w:tc>
          <w:tcPr>
            <w:tcW w:w="2880" w:type="dxa"/>
          </w:tcPr>
          <w:p w:rsidR="006F7457" w:rsidRPr="00332DB8" w:rsidRDefault="00332DB8">
            <w:pPr>
              <w:rPr>
                <w:lang w:val="ru-RU"/>
              </w:rPr>
            </w:pPr>
            <w:r w:rsidRPr="00332DB8">
              <w:rPr>
                <w:lang w:val="ru-RU"/>
              </w:rPr>
              <w:t xml:space="preserve">Аудиофайл текст песни «1488- ч..ке-черная-смерть» и аудиозапись с ее исполнением, обнаруженные на странице пользователя «Иван Волк» -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189684511 сайта «ВКонтакте» в сети Интернет (решение Засвияжского районного суда г. Ульяновска от 27.05.2015);</w:t>
            </w:r>
          </w:p>
        </w:tc>
        <w:tc>
          <w:tcPr>
            <w:tcW w:w="2880" w:type="dxa"/>
          </w:tcPr>
          <w:p w:rsidR="006F7457" w:rsidRPr="00332DB8" w:rsidRDefault="006F7457">
            <w:pPr>
              <w:rPr>
                <w:lang w:val="ru-RU"/>
              </w:rPr>
            </w:pPr>
          </w:p>
        </w:tc>
      </w:tr>
      <w:tr w:rsidR="006F7457" w:rsidRPr="005A424D">
        <w:tc>
          <w:tcPr>
            <w:tcW w:w="2880" w:type="dxa"/>
          </w:tcPr>
          <w:p w:rsidR="006F7457" w:rsidRDefault="00332DB8">
            <w:r>
              <w:t>297</w:t>
            </w:r>
            <w:r>
              <w:lastRenderedPageBreak/>
              <w:t>0.</w:t>
            </w:r>
          </w:p>
        </w:tc>
        <w:tc>
          <w:tcPr>
            <w:tcW w:w="2880" w:type="dxa"/>
          </w:tcPr>
          <w:p w:rsidR="006F7457" w:rsidRPr="00332DB8" w:rsidRDefault="00332DB8">
            <w:pPr>
              <w:rPr>
                <w:lang w:val="ru-RU"/>
              </w:rPr>
            </w:pPr>
            <w:r w:rsidRPr="00332DB8">
              <w:rPr>
                <w:lang w:val="ru-RU"/>
              </w:rPr>
              <w:lastRenderedPageBreak/>
              <w:t xml:space="preserve">Виртуальное сообщество с наименованием «Чурки-Гов…о» и информацию, аккумулируемую в нем, размещенную в сети Интернет на сайте по электронному адресу: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33724329 (решение </w:t>
            </w:r>
            <w:r w:rsidRPr="00332DB8">
              <w:rPr>
                <w:lang w:val="ru-RU"/>
              </w:rPr>
              <w:lastRenderedPageBreak/>
              <w:t>Смольнинского районного суда города Санкт-Петербурга от 10.02.2015);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2971.</w:t>
            </w:r>
          </w:p>
        </w:tc>
        <w:tc>
          <w:tcPr>
            <w:tcW w:w="2880" w:type="dxa"/>
          </w:tcPr>
          <w:p w:rsidR="006F7457" w:rsidRPr="00332DB8" w:rsidRDefault="00332DB8">
            <w:pPr>
              <w:rPr>
                <w:lang w:val="ru-RU"/>
              </w:rPr>
            </w:pPr>
            <w:r w:rsidRPr="00332DB8">
              <w:rPr>
                <w:lang w:val="ru-RU"/>
              </w:rPr>
              <w:t xml:space="preserve">Видеоматериал «За Русь Славяне!!!», продолжительностью 3 минуты 12 секунд, размещенного на интернет-сайте, имеющий электронный адрес </w:t>
            </w:r>
            <w:r>
              <w:t>http</w:t>
            </w:r>
            <w:r w:rsidRPr="00332DB8">
              <w:rPr>
                <w:lang w:val="ru-RU"/>
              </w:rPr>
              <w:t>://</w:t>
            </w:r>
            <w:r>
              <w:t>vkontakte</w:t>
            </w:r>
            <w:r w:rsidRPr="00332DB8">
              <w:rPr>
                <w:lang w:val="ru-RU"/>
              </w:rPr>
              <w:t>.</w:t>
            </w:r>
            <w:r>
              <w:t>ru</w:t>
            </w:r>
            <w:r w:rsidRPr="00332DB8">
              <w:rPr>
                <w:lang w:val="ru-RU"/>
              </w:rPr>
              <w:t>/</w:t>
            </w:r>
            <w:r>
              <w:t>id</w:t>
            </w:r>
            <w:r w:rsidRPr="00332DB8">
              <w:rPr>
                <w:lang w:val="ru-RU"/>
              </w:rPr>
              <w:t>748117044 (решение Промышленного районного суда г. Курска от 18.05.2015);</w:t>
            </w:r>
          </w:p>
        </w:tc>
        <w:tc>
          <w:tcPr>
            <w:tcW w:w="2880" w:type="dxa"/>
          </w:tcPr>
          <w:p w:rsidR="006F7457" w:rsidRPr="00332DB8" w:rsidRDefault="006F7457">
            <w:pPr>
              <w:rPr>
                <w:lang w:val="ru-RU"/>
              </w:rPr>
            </w:pPr>
          </w:p>
        </w:tc>
      </w:tr>
      <w:tr w:rsidR="006F7457" w:rsidRPr="005A424D">
        <w:tc>
          <w:tcPr>
            <w:tcW w:w="2880" w:type="dxa"/>
          </w:tcPr>
          <w:p w:rsidR="006F7457" w:rsidRDefault="00332DB8">
            <w:r>
              <w:t>2972.</w:t>
            </w:r>
          </w:p>
        </w:tc>
        <w:tc>
          <w:tcPr>
            <w:tcW w:w="2880" w:type="dxa"/>
          </w:tcPr>
          <w:p w:rsidR="006F7457" w:rsidRPr="00332DB8" w:rsidRDefault="00332DB8">
            <w:pPr>
              <w:rPr>
                <w:lang w:val="ru-RU"/>
              </w:rPr>
            </w:pPr>
            <w:r w:rsidRPr="00332DB8">
              <w:rPr>
                <w:lang w:val="ru-RU"/>
              </w:rPr>
              <w:t xml:space="preserve">Размещенные Величко К.В. материалы в форме изображений и текстовых комментариев в сети «Интернет», обнаруженные в социальной сети «Вконтакте» по адресу: </w:t>
            </w:r>
            <w:r>
              <w:t>http</w:t>
            </w:r>
            <w:r w:rsidRPr="00332DB8">
              <w:rPr>
                <w:lang w:val="ru-RU"/>
              </w:rPr>
              <w:t xml:space="preserve">:// </w:t>
            </w:r>
            <w:r>
              <w:t>vk</w:t>
            </w:r>
            <w:r w:rsidRPr="00332DB8">
              <w:rPr>
                <w:lang w:val="ru-RU"/>
              </w:rPr>
              <w:t>.</w:t>
            </w:r>
            <w:r>
              <w:t>com</w:t>
            </w:r>
            <w:r w:rsidRPr="00332DB8">
              <w:rPr>
                <w:lang w:val="ru-RU"/>
              </w:rPr>
              <w:t xml:space="preserve"> /</w:t>
            </w:r>
            <w:r>
              <w:t>Kuzoofil</w:t>
            </w:r>
            <w:r w:rsidRPr="00332DB8">
              <w:rPr>
                <w:lang w:val="ru-RU"/>
              </w:rPr>
              <w:t xml:space="preserve">: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w:t>
            </w:r>
            <w:r w:rsidRPr="00332DB8">
              <w:rPr>
                <w:lang w:val="ru-RU"/>
              </w:rPr>
              <w:lastRenderedPageBreak/>
              <w:t>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w:t>
            </w:r>
            <w:r>
              <w:t>ho</w:t>
            </w:r>
            <w:r w:rsidRPr="00332DB8">
              <w:rPr>
                <w:lang w:val="ru-RU"/>
              </w:rPr>
              <w:t>-</w:t>
            </w:r>
            <w:r>
              <w:t>holacaust</w:t>
            </w:r>
            <w:r w:rsidRPr="00332DB8">
              <w:rPr>
                <w:lang w:val="ru-RU"/>
              </w:rPr>
              <w:t>” (решение Железнодорожного районного суда г. Улан-Уде от 15.04.2015);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2973.</w:t>
            </w:r>
          </w:p>
        </w:tc>
        <w:tc>
          <w:tcPr>
            <w:tcW w:w="2880" w:type="dxa"/>
          </w:tcPr>
          <w:p w:rsidR="006F7457" w:rsidRPr="00332DB8" w:rsidRDefault="00332DB8">
            <w:pPr>
              <w:rPr>
                <w:lang w:val="ru-RU"/>
              </w:rPr>
            </w:pPr>
            <w:r w:rsidRPr="00332DB8">
              <w:rPr>
                <w:lang w:val="ru-RU"/>
              </w:rPr>
              <w:t xml:space="preserve">Видеоматериал «Кавказские подстилки», имеющий продолжительность 04 минуты 58 секунд, размещенный Вериховым И.Д. на Интернет-сайте </w:t>
            </w:r>
            <w:r>
              <w:t>www</w:t>
            </w:r>
            <w:r w:rsidRPr="00332DB8">
              <w:rPr>
                <w:lang w:val="ru-RU"/>
              </w:rPr>
              <w:t>.</w:t>
            </w:r>
            <w:r>
              <w:t>vkontakte</w:t>
            </w:r>
            <w:r w:rsidRPr="00332DB8">
              <w:rPr>
                <w:lang w:val="ru-RU"/>
              </w:rPr>
              <w:t>.</w:t>
            </w:r>
            <w:r>
              <w:t>ru</w:t>
            </w:r>
            <w:r w:rsidRPr="00332DB8">
              <w:rPr>
                <w:lang w:val="ru-RU"/>
              </w:rPr>
              <w:t xml:space="preserve"> на Интернет-странице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152497073 (решение Промышленного районного суда г. Курска от 20.05.2015);</w:t>
            </w:r>
          </w:p>
        </w:tc>
        <w:tc>
          <w:tcPr>
            <w:tcW w:w="2880" w:type="dxa"/>
          </w:tcPr>
          <w:p w:rsidR="006F7457" w:rsidRPr="00332DB8" w:rsidRDefault="006F7457">
            <w:pPr>
              <w:rPr>
                <w:lang w:val="ru-RU"/>
              </w:rPr>
            </w:pPr>
          </w:p>
        </w:tc>
      </w:tr>
      <w:tr w:rsidR="006F7457" w:rsidRPr="005A424D">
        <w:tc>
          <w:tcPr>
            <w:tcW w:w="2880" w:type="dxa"/>
          </w:tcPr>
          <w:p w:rsidR="006F7457" w:rsidRDefault="00332DB8">
            <w:r>
              <w:t>2974.</w:t>
            </w:r>
          </w:p>
        </w:tc>
        <w:tc>
          <w:tcPr>
            <w:tcW w:w="2880" w:type="dxa"/>
          </w:tcPr>
          <w:p w:rsidR="006F7457" w:rsidRPr="00332DB8" w:rsidRDefault="00332DB8">
            <w:pPr>
              <w:rPr>
                <w:lang w:val="ru-RU"/>
              </w:rPr>
            </w:pPr>
            <w:r w:rsidRPr="00332DB8">
              <w:rPr>
                <w:lang w:val="ru-RU"/>
              </w:rPr>
              <w:t xml:space="preserve">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w:t>
            </w:r>
            <w:r w:rsidRPr="00332DB8">
              <w:rPr>
                <w:lang w:val="ru-RU"/>
              </w:rPr>
              <w:lastRenderedPageBreak/>
              <w:t>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2975.</w:t>
            </w:r>
          </w:p>
        </w:tc>
        <w:tc>
          <w:tcPr>
            <w:tcW w:w="2880" w:type="dxa"/>
          </w:tcPr>
          <w:p w:rsidR="006F7457" w:rsidRPr="00332DB8" w:rsidRDefault="00332DB8">
            <w:pPr>
              <w:rPr>
                <w:lang w:val="ru-RU"/>
              </w:rPr>
            </w:pPr>
            <w:r w:rsidRPr="00332DB8">
              <w:rPr>
                <w:lang w:val="ru-RU"/>
              </w:rPr>
              <w:t xml:space="preserve">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w:t>
            </w:r>
            <w:r>
              <w:t>Internet</w:t>
            </w:r>
            <w:r w:rsidRPr="00332DB8">
              <w:rPr>
                <w:lang w:val="ru-RU"/>
              </w:rPr>
              <w:t xml:space="preserve"> </w:t>
            </w:r>
            <w:r>
              <w:t>Archive</w:t>
            </w:r>
            <w:r w:rsidRPr="00332DB8">
              <w:rPr>
                <w:lang w:val="ru-RU"/>
              </w:rPr>
              <w:t xml:space="preserve">, </w:t>
            </w:r>
            <w:r>
              <w:t>hghltd</w:t>
            </w:r>
            <w:r w:rsidRPr="00332DB8">
              <w:rPr>
                <w:lang w:val="ru-RU"/>
              </w:rPr>
              <w:t>.</w:t>
            </w:r>
            <w:r>
              <w:t>yandex</w:t>
            </w:r>
            <w:r w:rsidRPr="00332DB8">
              <w:rPr>
                <w:lang w:val="ru-RU"/>
              </w:rPr>
              <w:t>.</w:t>
            </w:r>
            <w:r>
              <w:t>net</w:t>
            </w:r>
            <w:r w:rsidRPr="00332DB8">
              <w:rPr>
                <w:lang w:val="ru-RU"/>
              </w:rPr>
              <w:t xml:space="preserve"> (Интернет банк), </w:t>
            </w:r>
            <w:r>
              <w:t>Internet</w:t>
            </w:r>
            <w:r w:rsidRPr="00332DB8">
              <w:rPr>
                <w:lang w:val="ru-RU"/>
              </w:rPr>
              <w:t xml:space="preserve"> </w:t>
            </w:r>
            <w:r>
              <w:t>Explorer</w:t>
            </w:r>
            <w:r w:rsidRPr="00332DB8">
              <w:rPr>
                <w:lang w:val="ru-RU"/>
              </w:rPr>
              <w:t xml:space="preserve">, </w:t>
            </w:r>
            <w:r>
              <w:t>https</w:t>
            </w:r>
            <w:r w:rsidRPr="00332DB8">
              <w:rPr>
                <w:lang w:val="ru-RU"/>
              </w:rPr>
              <w:t>//</w:t>
            </w:r>
            <w:r>
              <w:t>www</w:t>
            </w:r>
            <w:r w:rsidRPr="00332DB8">
              <w:rPr>
                <w:lang w:val="ru-RU"/>
              </w:rPr>
              <w:t>.</w:t>
            </w:r>
            <w:r>
              <w:t>google</w:t>
            </w:r>
            <w:r w:rsidRPr="00332DB8">
              <w:rPr>
                <w:lang w:val="ru-RU"/>
              </w:rPr>
              <w:t>.</w:t>
            </w:r>
            <w:r>
              <w:t>ru</w:t>
            </w:r>
            <w:r w:rsidRPr="00332DB8">
              <w:rPr>
                <w:lang w:val="ru-RU"/>
              </w:rPr>
              <w:t xml:space="preserve">, адрес: - </w:t>
            </w:r>
            <w:r>
              <w:t>http</w:t>
            </w:r>
            <w:r w:rsidRPr="00332DB8">
              <w:rPr>
                <w:lang w:val="ru-RU"/>
              </w:rPr>
              <w:t>://</w:t>
            </w:r>
            <w:r>
              <w:t>arhive</w:t>
            </w:r>
            <w:r w:rsidRPr="00332DB8">
              <w:rPr>
                <w:lang w:val="ru-RU"/>
              </w:rPr>
              <w:t>.</w:t>
            </w:r>
            <w:r>
              <w:t>org</w:t>
            </w:r>
            <w:r w:rsidRPr="00332DB8">
              <w:rPr>
                <w:lang w:val="ru-RU"/>
              </w:rPr>
              <w:t>/ (</w:t>
            </w:r>
            <w:r>
              <w:t>Internet</w:t>
            </w:r>
            <w:r w:rsidRPr="00332DB8">
              <w:rPr>
                <w:lang w:val="ru-RU"/>
              </w:rPr>
              <w:t xml:space="preserve"> </w:t>
            </w:r>
            <w:r>
              <w:t>Archive</w:t>
            </w:r>
            <w:r w:rsidRPr="00332DB8">
              <w:rPr>
                <w:lang w:val="ru-RU"/>
              </w:rPr>
              <w:t xml:space="preserve">). - </w:t>
            </w:r>
            <w:r>
              <w:t>hghltd</w:t>
            </w:r>
            <w:r w:rsidRPr="00332DB8">
              <w:rPr>
                <w:lang w:val="ru-RU"/>
              </w:rPr>
              <w:t>.</w:t>
            </w:r>
            <w:r>
              <w:t>yandex</w:t>
            </w:r>
            <w:r w:rsidRPr="00332DB8">
              <w:rPr>
                <w:lang w:val="ru-RU"/>
              </w:rPr>
              <w:t>.</w:t>
            </w:r>
            <w:r>
              <w:t>net</w:t>
            </w:r>
            <w:r w:rsidRPr="00332DB8">
              <w:rPr>
                <w:lang w:val="ru-RU"/>
              </w:rPr>
              <w:t xml:space="preserve"> (Интернет банк), ссылка для скачивания аудио лекций расположена по адресу: - </w:t>
            </w:r>
            <w:r>
              <w:t>http</w:t>
            </w:r>
            <w:r w:rsidRPr="00332DB8">
              <w:rPr>
                <w:lang w:val="ru-RU"/>
              </w:rPr>
              <w:t xml:space="preserve">: </w:t>
            </w:r>
            <w:r>
              <w:t>hghltd</w:t>
            </w:r>
            <w:r w:rsidRPr="00332DB8">
              <w:rPr>
                <w:lang w:val="ru-RU"/>
              </w:rPr>
              <w:t>.</w:t>
            </w:r>
            <w:r>
              <w:t>yandex</w:t>
            </w:r>
            <w:r w:rsidRPr="00332DB8">
              <w:rPr>
                <w:lang w:val="ru-RU"/>
              </w:rPr>
              <w:t>.</w:t>
            </w:r>
            <w:r>
              <w:t>net</w:t>
            </w:r>
            <w:r w:rsidRPr="00332DB8">
              <w:rPr>
                <w:lang w:val="ru-RU"/>
              </w:rPr>
              <w:t>/</w:t>
            </w:r>
            <w:r>
              <w:t>yandbtm</w:t>
            </w:r>
            <w:r w:rsidRPr="00332DB8">
              <w:rPr>
                <w:lang w:val="ru-RU"/>
              </w:rPr>
              <w:t>?</w:t>
            </w:r>
            <w:r>
              <w:t>fmode</w:t>
            </w:r>
            <w:r w:rsidRPr="00332DB8">
              <w:rPr>
                <w:lang w:val="ru-RU"/>
              </w:rPr>
              <w:t>=</w:t>
            </w:r>
            <w:r>
              <w:t>inject</w:t>
            </w:r>
            <w:r w:rsidRPr="00332DB8">
              <w:rPr>
                <w:lang w:val="ru-RU"/>
              </w:rPr>
              <w:t>&amp;</w:t>
            </w:r>
            <w:r>
              <w:t>url</w:t>
            </w:r>
            <w:r w:rsidRPr="00332DB8">
              <w:rPr>
                <w:lang w:val="ru-RU"/>
              </w:rPr>
              <w:t>=</w:t>
            </w:r>
            <w:r>
              <w:t>http</w:t>
            </w:r>
            <w:r w:rsidRPr="00332DB8">
              <w:rPr>
                <w:lang w:val="ru-RU"/>
              </w:rPr>
              <w:t>%3</w:t>
            </w:r>
            <w:r>
              <w:t>A</w:t>
            </w:r>
            <w:r w:rsidRPr="00332DB8">
              <w:rPr>
                <w:lang w:val="ru-RU"/>
              </w:rPr>
              <w:t>%2</w:t>
            </w:r>
            <w:r>
              <w:t>F</w:t>
            </w:r>
            <w:r w:rsidRPr="00332DB8">
              <w:rPr>
                <w:lang w:val="ru-RU"/>
              </w:rPr>
              <w:t>%</w:t>
            </w:r>
            <w:r>
              <w:t>F</w:t>
            </w:r>
            <w:r w:rsidRPr="00332DB8">
              <w:rPr>
                <w:lang w:val="ru-RU"/>
              </w:rPr>
              <w:t xml:space="preserve"> </w:t>
            </w:r>
            <w:r>
              <w:t>www</w:t>
            </w:r>
            <w:r w:rsidRPr="00332DB8">
              <w:rPr>
                <w:lang w:val="ru-RU"/>
              </w:rPr>
              <w:t>.</w:t>
            </w:r>
            <w:r>
              <w:t>islamdin</w:t>
            </w:r>
            <w:r w:rsidRPr="00332DB8">
              <w:rPr>
                <w:lang w:val="ru-RU"/>
              </w:rPr>
              <w:t>.</w:t>
            </w:r>
            <w:r>
              <w:t>com</w:t>
            </w:r>
            <w:r w:rsidRPr="00332DB8">
              <w:rPr>
                <w:lang w:val="ru-RU"/>
              </w:rPr>
              <w:t>%2</w:t>
            </w:r>
            <w:r>
              <w:t>Fpodpolye</w:t>
            </w:r>
            <w:r w:rsidRPr="00332DB8">
              <w:rPr>
                <w:lang w:val="ru-RU"/>
              </w:rPr>
              <w:t>%2</w:t>
            </w:r>
            <w:r>
              <w:t>F</w:t>
            </w:r>
            <w:r w:rsidRPr="00332DB8">
              <w:rPr>
                <w:lang w:val="ru-RU"/>
              </w:rPr>
              <w:t>45-</w:t>
            </w:r>
            <w:r>
              <w:t>guerrilla</w:t>
            </w:r>
            <w:r w:rsidRPr="00332DB8">
              <w:rPr>
                <w:lang w:val="ru-RU"/>
              </w:rPr>
              <w:t>%2</w:t>
            </w:r>
            <w:r>
              <w:t>F</w:t>
            </w:r>
            <w:r w:rsidRPr="00332DB8">
              <w:rPr>
                <w:lang w:val="ru-RU"/>
              </w:rPr>
              <w:t>1760-</w:t>
            </w:r>
            <w:r>
              <w:t>basis</w:t>
            </w:r>
            <w:r w:rsidRPr="00332DB8">
              <w:rPr>
                <w:lang w:val="ru-RU"/>
              </w:rPr>
              <w:t>/</w:t>
            </w:r>
            <w:r>
              <w:t>html</w:t>
            </w:r>
            <w:r w:rsidRPr="00332DB8">
              <w:rPr>
                <w:lang w:val="ru-RU"/>
              </w:rPr>
              <w:t>&amp;</w:t>
            </w:r>
            <w:r>
              <w:t>tld</w:t>
            </w:r>
            <w:r w:rsidRPr="00332DB8">
              <w:rPr>
                <w:lang w:val="ru-RU"/>
              </w:rPr>
              <w:t>=</w:t>
            </w:r>
            <w:r>
              <w:t>ru</w:t>
            </w:r>
            <w:r w:rsidRPr="00332DB8">
              <w:rPr>
                <w:lang w:val="ru-RU"/>
              </w:rPr>
              <w:t>&amp;</w:t>
            </w:r>
            <w:r>
              <w:t>la</w:t>
            </w:r>
            <w:r w:rsidRPr="00332DB8">
              <w:rPr>
                <w:lang w:val="ru-RU"/>
              </w:rPr>
              <w:t>=1427326720</w:t>
            </w:r>
            <w:r>
              <w:t>text</w:t>
            </w:r>
            <w:r w:rsidRPr="00332DB8">
              <w:rPr>
                <w:lang w:val="ru-RU"/>
              </w:rPr>
              <w:t>=%</w:t>
            </w:r>
            <w:r>
              <w:t>D</w:t>
            </w:r>
            <w:r w:rsidRPr="00332DB8">
              <w:rPr>
                <w:lang w:val="ru-RU"/>
              </w:rPr>
              <w:t>0%</w:t>
            </w:r>
            <w:r>
              <w:t>BE</w:t>
            </w:r>
            <w:r w:rsidRPr="00332DB8">
              <w:rPr>
                <w:lang w:val="ru-RU"/>
              </w:rPr>
              <w:t>%</w:t>
            </w:r>
            <w:r>
              <w:t>Dl</w:t>
            </w:r>
            <w:r w:rsidRPr="00332DB8">
              <w:rPr>
                <w:lang w:val="ru-RU"/>
              </w:rPr>
              <w:t>%81%</w:t>
            </w:r>
            <w:r>
              <w:t>DO</w:t>
            </w:r>
            <w:r w:rsidRPr="00332DB8">
              <w:rPr>
                <w:lang w:val="ru-RU"/>
              </w:rPr>
              <w:t>%</w:t>
            </w:r>
            <w:r>
              <w:t>BD</w:t>
            </w:r>
            <w:r w:rsidRPr="00332DB8">
              <w:rPr>
                <w:lang w:val="ru-RU"/>
              </w:rPr>
              <w:t>%</w:t>
            </w:r>
            <w:r>
              <w:t>D</w:t>
            </w:r>
            <w:r w:rsidRPr="00332DB8">
              <w:rPr>
                <w:lang w:val="ru-RU"/>
              </w:rPr>
              <w:t>0%</w:t>
            </w:r>
            <w:r>
              <w:t>BE</w:t>
            </w:r>
            <w:r w:rsidRPr="00332DB8">
              <w:rPr>
                <w:lang w:val="ru-RU"/>
              </w:rPr>
              <w:t>%</w:t>
            </w:r>
            <w:r>
              <w:t>D</w:t>
            </w:r>
            <w:r w:rsidRPr="00332DB8">
              <w:rPr>
                <w:lang w:val="ru-RU"/>
              </w:rPr>
              <w:t>0%</w:t>
            </w:r>
            <w:r>
              <w:t>B</w:t>
            </w:r>
            <w:r w:rsidRPr="00332DB8">
              <w:rPr>
                <w:lang w:val="ru-RU"/>
              </w:rPr>
              <w:t>2%</w:t>
            </w:r>
            <w:r>
              <w:t>D</w:t>
            </w:r>
            <w:r w:rsidRPr="00332DB8">
              <w:rPr>
                <w:lang w:val="ru-RU"/>
              </w:rPr>
              <w:t>1%8</w:t>
            </w:r>
            <w:r>
              <w:t>B</w:t>
            </w:r>
            <w:r w:rsidRPr="00332DB8">
              <w:rPr>
                <w:lang w:val="ru-RU"/>
              </w:rPr>
              <w:t>%20%</w:t>
            </w:r>
            <w:r>
              <w:t>D</w:t>
            </w:r>
            <w:r w:rsidRPr="00332DB8">
              <w:rPr>
                <w:lang w:val="ru-RU"/>
              </w:rPr>
              <w:t>0%</w:t>
            </w:r>
            <w:r>
              <w:t>BF</w:t>
            </w:r>
            <w:r w:rsidRPr="00332DB8">
              <w:rPr>
                <w:lang w:val="ru-RU"/>
              </w:rPr>
              <w:t>%</w:t>
            </w:r>
            <w:r>
              <w:t>D</w:t>
            </w:r>
            <w:r w:rsidRPr="00332DB8">
              <w:rPr>
                <w:lang w:val="ru-RU"/>
              </w:rPr>
              <w:t>0%</w:t>
            </w:r>
            <w:r>
              <w:t>B</w:t>
            </w:r>
            <w:r w:rsidRPr="00332DB8">
              <w:rPr>
                <w:lang w:val="ru-RU"/>
              </w:rPr>
              <w:t>0%</w:t>
            </w:r>
            <w:r>
              <w:t>D</w:t>
            </w:r>
            <w:r w:rsidRPr="00332DB8">
              <w:rPr>
                <w:lang w:val="ru-RU"/>
              </w:rPr>
              <w:t>1%80%</w:t>
            </w:r>
            <w:r>
              <w:t>D</w:t>
            </w:r>
            <w:r w:rsidRPr="00332DB8">
              <w:rPr>
                <w:lang w:val="ru-RU"/>
              </w:rPr>
              <w:t>1%82%</w:t>
            </w:r>
            <w:r>
              <w:t>D</w:t>
            </w:r>
            <w:r w:rsidRPr="00332DB8">
              <w:rPr>
                <w:lang w:val="ru-RU"/>
              </w:rPr>
              <w:t>0%</w:t>
            </w:r>
            <w:r>
              <w:t>B</w:t>
            </w:r>
            <w:r w:rsidRPr="00332DB8">
              <w:rPr>
                <w:lang w:val="ru-RU"/>
              </w:rPr>
              <w:t>8%</w:t>
            </w:r>
            <w:r>
              <w:t>D</w:t>
            </w:r>
            <w:r w:rsidRPr="00332DB8">
              <w:rPr>
                <w:lang w:val="ru-RU"/>
              </w:rPr>
              <w:t>0%</w:t>
            </w:r>
            <w:r>
              <w:t>B</w:t>
            </w:r>
            <w:r w:rsidRPr="00332DB8">
              <w:rPr>
                <w:lang w:val="ru-RU"/>
              </w:rPr>
              <w:t>7%</w:t>
            </w:r>
            <w:r>
              <w:t>D</w:t>
            </w:r>
            <w:r w:rsidRPr="00332DB8">
              <w:rPr>
                <w:lang w:val="ru-RU"/>
              </w:rPr>
              <w:t>0%</w:t>
            </w:r>
            <w:r>
              <w:t>B</w:t>
            </w:r>
            <w:r w:rsidRPr="00332DB8">
              <w:rPr>
                <w:lang w:val="ru-RU"/>
              </w:rPr>
              <w:t>0%</w:t>
            </w:r>
            <w:r>
              <w:t>D</w:t>
            </w:r>
            <w:r w:rsidRPr="00332DB8">
              <w:rPr>
                <w:lang w:val="ru-RU"/>
              </w:rPr>
              <w:t>0%</w:t>
            </w:r>
            <w:r>
              <w:t>BD</w:t>
            </w:r>
            <w:r w:rsidRPr="00332DB8">
              <w:rPr>
                <w:lang w:val="ru-RU"/>
              </w:rPr>
              <w:t>%</w:t>
            </w:r>
            <w:r>
              <w:t>D</w:t>
            </w:r>
            <w:r w:rsidRPr="00332DB8">
              <w:rPr>
                <w:lang w:val="ru-RU"/>
              </w:rPr>
              <w:t>1%81%</w:t>
            </w:r>
            <w:r>
              <w:t>D</w:t>
            </w:r>
            <w:r w:rsidRPr="00332DB8">
              <w:rPr>
                <w:lang w:val="ru-RU"/>
              </w:rPr>
              <w:t>0%</w:t>
            </w:r>
            <w:r>
              <w:t>BA</w:t>
            </w:r>
            <w:r w:rsidRPr="00332DB8">
              <w:rPr>
                <w:lang w:val="ru-RU"/>
              </w:rPr>
              <w:t>%</w:t>
            </w:r>
            <w:r>
              <w:t>D</w:t>
            </w:r>
            <w:r w:rsidRPr="00332DB8">
              <w:rPr>
                <w:lang w:val="ru-RU"/>
              </w:rPr>
              <w:t>0%</w:t>
            </w:r>
            <w:r>
              <w:t>BE</w:t>
            </w:r>
            <w:r w:rsidRPr="00332DB8">
              <w:rPr>
                <w:lang w:val="ru-RU"/>
              </w:rPr>
              <w:t>%</w:t>
            </w:r>
            <w:r>
              <w:t>D</w:t>
            </w:r>
            <w:r w:rsidRPr="00332DB8">
              <w:rPr>
                <w:lang w:val="ru-RU"/>
              </w:rPr>
              <w:t>0%</w:t>
            </w:r>
            <w:r>
              <w:t>B</w:t>
            </w:r>
            <w:r w:rsidRPr="00332DB8">
              <w:rPr>
                <w:lang w:val="ru-RU"/>
              </w:rPr>
              <w:t>3%</w:t>
            </w:r>
            <w:r>
              <w:t>D</w:t>
            </w:r>
            <w:r w:rsidRPr="00332DB8">
              <w:rPr>
                <w:lang w:val="ru-RU"/>
              </w:rPr>
              <w:t>0%</w:t>
            </w:r>
            <w:r>
              <w:t>BE</w:t>
            </w:r>
            <w:r w:rsidRPr="00332DB8">
              <w:rPr>
                <w:lang w:val="ru-RU"/>
              </w:rPr>
              <w:t>%20%</w:t>
            </w:r>
            <w:r>
              <w:t>D</w:t>
            </w:r>
            <w:r w:rsidRPr="00332DB8">
              <w:rPr>
                <w:lang w:val="ru-RU"/>
              </w:rPr>
              <w:t>0%</w:t>
            </w:r>
            <w:r>
              <w:t>B</w:t>
            </w:r>
            <w:r w:rsidRPr="00332DB8">
              <w:rPr>
                <w:lang w:val="ru-RU"/>
              </w:rPr>
              <w:t>4%</w:t>
            </w:r>
            <w:r>
              <w:t>D</w:t>
            </w:r>
            <w:r w:rsidRPr="00332DB8">
              <w:rPr>
                <w:lang w:val="ru-RU"/>
              </w:rPr>
              <w:t>0%</w:t>
            </w:r>
            <w:r>
              <w:t>B</w:t>
            </w:r>
            <w:r w:rsidRPr="00332DB8">
              <w:rPr>
                <w:lang w:val="ru-RU"/>
              </w:rPr>
              <w:t>6%</w:t>
            </w:r>
            <w:r>
              <w:t>D</w:t>
            </w:r>
            <w:r w:rsidRPr="00332DB8">
              <w:rPr>
                <w:lang w:val="ru-RU"/>
              </w:rPr>
              <w:t>0%</w:t>
            </w:r>
            <w:r>
              <w:t>B</w:t>
            </w:r>
            <w:r w:rsidRPr="00332DB8">
              <w:rPr>
                <w:lang w:val="ru-RU"/>
              </w:rPr>
              <w:t>8%</w:t>
            </w:r>
            <w:r>
              <w:t>D</w:t>
            </w:r>
            <w:r w:rsidRPr="00332DB8">
              <w:rPr>
                <w:lang w:val="ru-RU"/>
              </w:rPr>
              <w:t>1%85%</w:t>
            </w:r>
            <w:r>
              <w:t>D</w:t>
            </w:r>
            <w:r w:rsidRPr="00332DB8">
              <w:rPr>
                <w:lang w:val="ru-RU"/>
              </w:rPr>
              <w:t>0%</w:t>
            </w:r>
            <w:r>
              <w:t>B</w:t>
            </w:r>
            <w:r w:rsidRPr="00332DB8">
              <w:rPr>
                <w:lang w:val="ru-RU"/>
              </w:rPr>
              <w:t>0%</w:t>
            </w:r>
            <w:r>
              <w:t>D</w:t>
            </w:r>
            <w:r w:rsidRPr="00332DB8">
              <w:rPr>
                <w:lang w:val="ru-RU"/>
              </w:rPr>
              <w:t>0%</w:t>
            </w:r>
            <w:r>
              <w:t>B</w:t>
            </w:r>
            <w:r w:rsidRPr="00332DB8">
              <w:rPr>
                <w:lang w:val="ru-RU"/>
              </w:rPr>
              <w:t>4%</w:t>
            </w:r>
            <w:r>
              <w:t>D</w:t>
            </w:r>
            <w:r w:rsidRPr="00332DB8">
              <w:rPr>
                <w:lang w:val="ru-RU"/>
              </w:rPr>
              <w:t>0%</w:t>
            </w:r>
            <w:r>
              <w:t>B</w:t>
            </w:r>
            <w:r w:rsidRPr="00332DB8">
              <w:rPr>
                <w:lang w:val="ru-RU"/>
              </w:rPr>
              <w:t>0%20%</w:t>
            </w:r>
            <w:r>
              <w:t>D</w:t>
            </w:r>
            <w:r w:rsidRPr="00332DB8">
              <w:rPr>
                <w:lang w:val="ru-RU"/>
              </w:rPr>
              <w:t>0%</w:t>
            </w:r>
            <w:r>
              <w:t>B</w:t>
            </w:r>
            <w:r w:rsidRPr="00332DB8">
              <w:rPr>
                <w:lang w:val="ru-RU"/>
              </w:rPr>
              <w:t>0%</w:t>
            </w:r>
            <w:r>
              <w:t>D</w:t>
            </w:r>
            <w:r w:rsidRPr="00332DB8">
              <w:rPr>
                <w:lang w:val="ru-RU"/>
              </w:rPr>
              <w:t>1%83%</w:t>
            </w:r>
            <w:r>
              <w:t>D</w:t>
            </w:r>
            <w:r w:rsidRPr="00332DB8">
              <w:rPr>
                <w:lang w:val="ru-RU"/>
              </w:rPr>
              <w:t>0%</w:t>
            </w:r>
            <w:r>
              <w:t>B</w:t>
            </w:r>
            <w:r w:rsidRPr="00332DB8">
              <w:rPr>
                <w:lang w:val="ru-RU"/>
              </w:rPr>
              <w:t>4%</w:t>
            </w:r>
            <w:r>
              <w:t>D</w:t>
            </w:r>
            <w:r w:rsidRPr="00332DB8">
              <w:rPr>
                <w:lang w:val="ru-RU"/>
              </w:rPr>
              <w:t>0%</w:t>
            </w:r>
            <w:r>
              <w:t>B</w:t>
            </w:r>
            <w:r w:rsidRPr="00332DB8">
              <w:rPr>
                <w:lang w:val="ru-RU"/>
              </w:rPr>
              <w:t>8%</w:t>
            </w:r>
            <w:r>
              <w:t>D</w:t>
            </w:r>
            <w:r w:rsidRPr="00332DB8">
              <w:rPr>
                <w:lang w:val="ru-RU"/>
              </w:rPr>
              <w:t>0%</w:t>
            </w:r>
            <w:r>
              <w:t>BE</w:t>
            </w:r>
            <w:r w:rsidRPr="00332DB8">
              <w:rPr>
                <w:lang w:val="ru-RU"/>
              </w:rPr>
              <w:t>&amp;110</w:t>
            </w:r>
            <w:r>
              <w:t>n</w:t>
            </w:r>
            <w:r w:rsidRPr="00332DB8">
              <w:rPr>
                <w:lang w:val="ru-RU"/>
              </w:rPr>
              <w:t>=</w:t>
            </w:r>
            <w:r>
              <w:t>ru</w:t>
            </w:r>
            <w:r w:rsidRPr="00332DB8">
              <w:rPr>
                <w:lang w:val="ru-RU"/>
              </w:rPr>
              <w:t>&amp;</w:t>
            </w:r>
            <w:r>
              <w:t>mime</w:t>
            </w:r>
            <w:r w:rsidRPr="00332DB8">
              <w:rPr>
                <w:lang w:val="ru-RU"/>
              </w:rPr>
              <w:t>=</w:t>
            </w:r>
            <w:r>
              <w:t>html</w:t>
            </w:r>
            <w:r w:rsidRPr="00332DB8">
              <w:rPr>
                <w:lang w:val="ru-RU"/>
              </w:rPr>
              <w:t>&amp;</w:t>
            </w:r>
            <w:r>
              <w:t>sign</w:t>
            </w:r>
            <w:r w:rsidRPr="00332DB8">
              <w:rPr>
                <w:lang w:val="ru-RU"/>
              </w:rPr>
              <w:t>=8</w:t>
            </w:r>
            <w:r>
              <w:t>ab</w:t>
            </w:r>
            <w:r w:rsidRPr="00332DB8">
              <w:rPr>
                <w:lang w:val="ru-RU"/>
              </w:rPr>
              <w:t>54</w:t>
            </w:r>
            <w:r>
              <w:t>d</w:t>
            </w:r>
            <w:r w:rsidRPr="00332DB8">
              <w:rPr>
                <w:lang w:val="ru-RU"/>
              </w:rPr>
              <w:t>9</w:t>
            </w:r>
            <w:r>
              <w:t>ed</w:t>
            </w:r>
            <w:r w:rsidRPr="00332DB8">
              <w:rPr>
                <w:lang w:val="ru-RU"/>
              </w:rPr>
              <w:t>9</w:t>
            </w:r>
            <w:r>
              <w:t>c</w:t>
            </w:r>
            <w:r w:rsidRPr="00332DB8">
              <w:rPr>
                <w:lang w:val="ru-RU"/>
              </w:rPr>
              <w:t xml:space="preserve">46467614 </w:t>
            </w:r>
            <w:r>
              <w:t>bc</w:t>
            </w:r>
            <w:r w:rsidRPr="00332DB8">
              <w:rPr>
                <w:lang w:val="ru-RU"/>
              </w:rPr>
              <w:t>4032</w:t>
            </w:r>
            <w:r>
              <w:t>a</w:t>
            </w:r>
            <w:r w:rsidRPr="00332DB8">
              <w:rPr>
                <w:lang w:val="ru-RU"/>
              </w:rPr>
              <w:t>76239</w:t>
            </w:r>
            <w:r>
              <w:t>a</w:t>
            </w:r>
            <w:r w:rsidRPr="00332DB8">
              <w:rPr>
                <w:lang w:val="ru-RU"/>
              </w:rPr>
              <w:t>&amp;</w:t>
            </w:r>
            <w:r>
              <w:t>keyno</w:t>
            </w:r>
            <w:r w:rsidRPr="00332DB8">
              <w:rPr>
                <w:lang w:val="ru-RU"/>
              </w:rPr>
              <w:t xml:space="preserve">=0; - </w:t>
            </w:r>
            <w:r>
              <w:t>http</w:t>
            </w:r>
            <w:r w:rsidRPr="00332DB8">
              <w:rPr>
                <w:lang w:val="ru-RU"/>
              </w:rPr>
              <w:t>://</w:t>
            </w:r>
            <w:r>
              <w:t>sodiqlar</w:t>
            </w:r>
            <w:r w:rsidRPr="00332DB8">
              <w:rPr>
                <w:lang w:val="ru-RU"/>
              </w:rPr>
              <w:t>.</w:t>
            </w:r>
            <w:r>
              <w:t>info</w:t>
            </w:r>
            <w:r w:rsidRPr="00332DB8">
              <w:rPr>
                <w:lang w:val="ru-RU"/>
              </w:rPr>
              <w:t>/</w:t>
            </w:r>
            <w:r>
              <w:t>rus</w:t>
            </w:r>
            <w:r w:rsidRPr="00332DB8">
              <w:rPr>
                <w:lang w:val="ru-RU"/>
              </w:rPr>
              <w:t>/</w:t>
            </w:r>
            <w:r>
              <w:t>index</w:t>
            </w:r>
            <w:r w:rsidRPr="00332DB8">
              <w:rPr>
                <w:lang w:val="ru-RU"/>
              </w:rPr>
              <w:t>.</w:t>
            </w:r>
            <w:r>
              <w:t>php</w:t>
            </w:r>
            <w:r w:rsidRPr="00332DB8">
              <w:rPr>
                <w:lang w:val="ru-RU"/>
              </w:rPr>
              <w:t>?</w:t>
            </w:r>
            <w:r>
              <w:t>newsid</w:t>
            </w:r>
            <w:r w:rsidRPr="00332DB8">
              <w:rPr>
                <w:lang w:val="ru-RU"/>
              </w:rPr>
              <w:t xml:space="preserve">=2008 - </w:t>
            </w:r>
            <w:r>
              <w:t>http</w:t>
            </w:r>
            <w:r w:rsidRPr="00332DB8">
              <w:rPr>
                <w:lang w:val="ru-RU"/>
              </w:rPr>
              <w:t>://</w:t>
            </w:r>
            <w:r>
              <w:t>abusalima</w:t>
            </w:r>
            <w:r w:rsidRPr="00332DB8">
              <w:rPr>
                <w:lang w:val="ru-RU"/>
              </w:rPr>
              <w:t>770.</w:t>
            </w:r>
            <w:r>
              <w:t>blogspot</w:t>
            </w:r>
            <w:r w:rsidRPr="00332DB8">
              <w:rPr>
                <w:lang w:val="ru-RU"/>
              </w:rPr>
              <w:t>.</w:t>
            </w:r>
            <w:r>
              <w:t>de</w:t>
            </w:r>
            <w:r w:rsidRPr="00332DB8">
              <w:rPr>
                <w:lang w:val="ru-RU"/>
              </w:rPr>
              <w:t>/2014/01</w:t>
            </w:r>
            <w:r>
              <w:t>blog</w:t>
            </w:r>
            <w:r w:rsidRPr="00332DB8">
              <w:rPr>
                <w:lang w:val="ru-RU"/>
              </w:rPr>
              <w:t>-</w:t>
            </w:r>
            <w:r>
              <w:t>post</w:t>
            </w:r>
            <w:r w:rsidRPr="00332DB8">
              <w:rPr>
                <w:lang w:val="ru-RU"/>
              </w:rPr>
              <w:t>.</w:t>
            </w:r>
            <w:r>
              <w:t>html</w:t>
            </w:r>
            <w:r w:rsidRPr="00332DB8">
              <w:rPr>
                <w:lang w:val="ru-RU"/>
              </w:rPr>
              <w:t xml:space="preserve"> </w:t>
            </w:r>
            <w:r w:rsidRPr="00332DB8">
              <w:rPr>
                <w:lang w:val="ru-RU"/>
              </w:rPr>
              <w:lastRenderedPageBreak/>
              <w:t>(решение Светлоярского районного суда Волгоградской области от 09.06.2015);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2976.</w:t>
            </w:r>
          </w:p>
        </w:tc>
        <w:tc>
          <w:tcPr>
            <w:tcW w:w="2880" w:type="dxa"/>
          </w:tcPr>
          <w:p w:rsidR="006F7457" w:rsidRPr="00332DB8" w:rsidRDefault="00332DB8">
            <w:pPr>
              <w:rPr>
                <w:lang w:val="ru-RU"/>
              </w:rPr>
            </w:pPr>
            <w:r w:rsidRPr="00332DB8">
              <w:rPr>
                <w:lang w:val="ru-RU"/>
              </w:rPr>
              <w:t>Электронная страница группы «Русский Охранный Корпус» (</w:t>
            </w:r>
            <w:r>
              <w:t>URL</w:t>
            </w:r>
            <w:r w:rsidRPr="00332DB8">
              <w:rPr>
                <w:lang w:val="ru-RU"/>
              </w:rPr>
              <w:t xml:space="preserve"> адрес - </w:t>
            </w:r>
            <w:r>
              <w:t>https</w:t>
            </w:r>
            <w:r w:rsidRPr="00332DB8">
              <w:rPr>
                <w:lang w:val="ru-RU"/>
              </w:rPr>
              <w:t>://</w:t>
            </w:r>
            <w:r>
              <w:t>vk</w:t>
            </w:r>
            <w:r w:rsidRPr="00332DB8">
              <w:rPr>
                <w:lang w:val="ru-RU"/>
              </w:rPr>
              <w:t>.</w:t>
            </w:r>
            <w:r>
              <w:t>com</w:t>
            </w:r>
            <w:r w:rsidRPr="00332DB8">
              <w:rPr>
                <w:lang w:val="ru-RU"/>
              </w:rPr>
              <w:t>/</w:t>
            </w:r>
            <w:r>
              <w:t>club</w:t>
            </w:r>
            <w:r w:rsidRPr="00332DB8">
              <w:rPr>
                <w:lang w:val="ru-RU"/>
              </w:rPr>
              <w:t>72557658) и личная страница «Николай Воскобойник» (</w:t>
            </w:r>
            <w:r>
              <w:t>URL</w:t>
            </w:r>
            <w:r w:rsidRPr="00332DB8">
              <w:rPr>
                <w:lang w:val="ru-RU"/>
              </w:rPr>
              <w:t xml:space="preserve"> адрес - </w:t>
            </w:r>
            <w:r>
              <w:t>https</w:t>
            </w:r>
            <w:r w:rsidRPr="00332DB8">
              <w:rPr>
                <w:lang w:val="ru-RU"/>
              </w:rPr>
              <w:t>://</w:t>
            </w:r>
            <w:r>
              <w:t>vk</w:t>
            </w:r>
            <w:r w:rsidRPr="00332DB8">
              <w:rPr>
                <w:lang w:val="ru-RU"/>
              </w:rPr>
              <w:t>.</w:t>
            </w:r>
            <w:r>
              <w:t>com</w:t>
            </w:r>
            <w:r w:rsidRPr="00332DB8">
              <w:rPr>
                <w:lang w:val="ru-RU"/>
              </w:rPr>
              <w:t>/</w:t>
            </w:r>
            <w:r>
              <w:t>ud</w:t>
            </w:r>
            <w:r w:rsidRPr="00332DB8">
              <w:rPr>
                <w:lang w:val="ru-RU"/>
              </w:rPr>
              <w:t xml:space="preserve">233291156), сайта </w:t>
            </w:r>
            <w:r>
              <w:t>http</w:t>
            </w:r>
            <w:r w:rsidRPr="00332DB8">
              <w:rPr>
                <w:lang w:val="ru-RU"/>
              </w:rPr>
              <w:t>://</w:t>
            </w:r>
            <w:r>
              <w:t>vk</w:t>
            </w:r>
            <w:r w:rsidRPr="00332DB8">
              <w:rPr>
                <w:lang w:val="ru-RU"/>
              </w:rPr>
              <w:t>.</w:t>
            </w:r>
            <w:r>
              <w:t>com</w:t>
            </w:r>
            <w:r w:rsidRPr="00332DB8">
              <w:rPr>
                <w:lang w:val="ru-RU"/>
              </w:rPr>
              <w:t xml:space="preserve">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2880" w:type="dxa"/>
          </w:tcPr>
          <w:p w:rsidR="006F7457" w:rsidRPr="00332DB8" w:rsidRDefault="006F7457">
            <w:pPr>
              <w:rPr>
                <w:lang w:val="ru-RU"/>
              </w:rPr>
            </w:pPr>
          </w:p>
        </w:tc>
      </w:tr>
      <w:tr w:rsidR="006F7457">
        <w:tc>
          <w:tcPr>
            <w:tcW w:w="2880" w:type="dxa"/>
          </w:tcPr>
          <w:p w:rsidR="006F7457" w:rsidRDefault="00332DB8">
            <w:r>
              <w:t>2977.</w:t>
            </w:r>
          </w:p>
        </w:tc>
        <w:tc>
          <w:tcPr>
            <w:tcW w:w="2880" w:type="dxa"/>
          </w:tcPr>
          <w:p w:rsidR="006F7457" w:rsidRDefault="00332DB8">
            <w:r w:rsidRPr="00332DB8">
              <w:rPr>
                <w:lang w:val="ru-RU"/>
              </w:rPr>
              <w:t xml:space="preserve">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w:t>
            </w:r>
            <w:r>
              <w:t>(решение Центрального районного суда г. Читы от 15.05.2015);</w:t>
            </w:r>
          </w:p>
        </w:tc>
        <w:tc>
          <w:tcPr>
            <w:tcW w:w="2880" w:type="dxa"/>
          </w:tcPr>
          <w:p w:rsidR="006F7457" w:rsidRDefault="006F7457"/>
        </w:tc>
      </w:tr>
      <w:tr w:rsidR="006F7457" w:rsidRPr="005A424D">
        <w:tc>
          <w:tcPr>
            <w:tcW w:w="2880" w:type="dxa"/>
          </w:tcPr>
          <w:p w:rsidR="006F7457" w:rsidRDefault="00332DB8">
            <w:r>
              <w:t>2978.</w:t>
            </w:r>
          </w:p>
        </w:tc>
        <w:tc>
          <w:tcPr>
            <w:tcW w:w="2880" w:type="dxa"/>
          </w:tcPr>
          <w:p w:rsidR="006F7457" w:rsidRPr="00332DB8" w:rsidRDefault="00332DB8">
            <w:pPr>
              <w:rPr>
                <w:lang w:val="ru-RU"/>
              </w:rPr>
            </w:pPr>
            <w:r w:rsidRPr="00332DB8">
              <w:rPr>
                <w:lang w:val="ru-RU"/>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c>
          <w:tcPr>
            <w:tcW w:w="2880" w:type="dxa"/>
          </w:tcPr>
          <w:p w:rsidR="006F7457" w:rsidRPr="00332DB8" w:rsidRDefault="006F7457">
            <w:pPr>
              <w:rPr>
                <w:lang w:val="ru-RU"/>
              </w:rPr>
            </w:pPr>
          </w:p>
        </w:tc>
      </w:tr>
      <w:tr w:rsidR="006F7457" w:rsidRPr="005A424D">
        <w:tc>
          <w:tcPr>
            <w:tcW w:w="2880" w:type="dxa"/>
          </w:tcPr>
          <w:p w:rsidR="006F7457" w:rsidRDefault="00332DB8">
            <w:r>
              <w:t>2979.</w:t>
            </w:r>
          </w:p>
        </w:tc>
        <w:tc>
          <w:tcPr>
            <w:tcW w:w="2880" w:type="dxa"/>
          </w:tcPr>
          <w:p w:rsidR="006F7457" w:rsidRPr="00332DB8" w:rsidRDefault="00332DB8">
            <w:pPr>
              <w:rPr>
                <w:lang w:val="ru-RU"/>
              </w:rPr>
            </w:pPr>
            <w:r w:rsidRPr="00332DB8">
              <w:rPr>
                <w:lang w:val="ru-RU"/>
              </w:rPr>
              <w:t xml:space="preserve">Информационные материалы, размещенные на Интернет-странице в социальной сети «В контакте» </w:t>
            </w:r>
            <w:r>
              <w:t>www</w:t>
            </w:r>
            <w:r w:rsidRPr="00332DB8">
              <w:rPr>
                <w:lang w:val="ru-RU"/>
              </w:rPr>
              <w:t>.</w:t>
            </w:r>
            <w:r>
              <w:t>vk</w:t>
            </w:r>
            <w:r w:rsidRPr="00332DB8">
              <w:rPr>
                <w:lang w:val="ru-RU"/>
              </w:rPr>
              <w:t>.</w:t>
            </w:r>
            <w:r>
              <w:t>com</w:t>
            </w:r>
            <w:r w:rsidRPr="00332DB8">
              <w:rPr>
                <w:lang w:val="ru-RU"/>
              </w:rPr>
              <w:t>/</w:t>
            </w:r>
            <w:r>
              <w:t>club</w:t>
            </w:r>
            <w:r w:rsidRPr="00332DB8">
              <w:rPr>
                <w:lang w:val="ru-RU"/>
              </w:rPr>
              <w:t>2296922 (решение Гагаринского районного суда города Москвы от 04.06.2015);</w:t>
            </w:r>
          </w:p>
        </w:tc>
        <w:tc>
          <w:tcPr>
            <w:tcW w:w="2880" w:type="dxa"/>
          </w:tcPr>
          <w:p w:rsidR="006F7457" w:rsidRPr="00332DB8" w:rsidRDefault="006F7457">
            <w:pPr>
              <w:rPr>
                <w:lang w:val="ru-RU"/>
              </w:rPr>
            </w:pPr>
          </w:p>
        </w:tc>
      </w:tr>
      <w:tr w:rsidR="006F7457">
        <w:tc>
          <w:tcPr>
            <w:tcW w:w="2880" w:type="dxa"/>
          </w:tcPr>
          <w:p w:rsidR="006F7457" w:rsidRDefault="00332DB8">
            <w:r>
              <w:t>298</w:t>
            </w:r>
            <w:r>
              <w:lastRenderedPageBreak/>
              <w:t>0.</w:t>
            </w:r>
          </w:p>
        </w:tc>
        <w:tc>
          <w:tcPr>
            <w:tcW w:w="2880" w:type="dxa"/>
          </w:tcPr>
          <w:p w:rsidR="006F7457" w:rsidRDefault="00332DB8">
            <w:r>
              <w:lastRenderedPageBreak/>
              <w:t>Исключен;</w:t>
            </w:r>
          </w:p>
        </w:tc>
        <w:tc>
          <w:tcPr>
            <w:tcW w:w="2880" w:type="dxa"/>
          </w:tcPr>
          <w:p w:rsidR="006F7457" w:rsidRDefault="006F7457"/>
        </w:tc>
      </w:tr>
      <w:tr w:rsidR="006F7457" w:rsidRPr="005A424D">
        <w:tc>
          <w:tcPr>
            <w:tcW w:w="2880" w:type="dxa"/>
          </w:tcPr>
          <w:p w:rsidR="006F7457" w:rsidRDefault="00332DB8">
            <w:r>
              <w:lastRenderedPageBreak/>
              <w:t>2981.</w:t>
            </w:r>
          </w:p>
        </w:tc>
        <w:tc>
          <w:tcPr>
            <w:tcW w:w="2880" w:type="dxa"/>
          </w:tcPr>
          <w:p w:rsidR="006F7457" w:rsidRPr="00332DB8" w:rsidRDefault="00332DB8">
            <w:pPr>
              <w:rPr>
                <w:lang w:val="ru-RU"/>
              </w:rPr>
            </w:pPr>
            <w:r w:rsidRPr="00332DB8">
              <w:rPr>
                <w:lang w:val="ru-RU"/>
              </w:rPr>
              <w:t xml:space="preserve">Видеофайлы «Слава России», «Слава Руси. От сердца к солнцу», размещенные в социальной сети «В контакте» в сети Интернет, имеющие сетевой адрес </w:t>
            </w:r>
            <w:r>
              <w:t>www</w:t>
            </w:r>
            <w:r w:rsidRPr="00332DB8">
              <w:rPr>
                <w:lang w:val="ru-RU"/>
              </w:rPr>
              <w:t>.</w:t>
            </w:r>
            <w:r>
              <w:t>vk</w:t>
            </w:r>
            <w:r w:rsidRPr="00332DB8">
              <w:rPr>
                <w:lang w:val="ru-RU"/>
              </w:rPr>
              <w:t>.</w:t>
            </w:r>
            <w:r>
              <w:t>com</w:t>
            </w:r>
            <w:r w:rsidRPr="00332DB8">
              <w:rPr>
                <w:lang w:val="ru-RU"/>
              </w:rPr>
              <w:t>/</w:t>
            </w:r>
            <w:r>
              <w:t>id</w:t>
            </w:r>
            <w:r w:rsidRPr="00332DB8">
              <w:rPr>
                <w:lang w:val="ru-RU"/>
              </w:rPr>
              <w:t>91056813 (решение Калужского районного суда Калужской области от 18.05.2015);</w:t>
            </w:r>
          </w:p>
        </w:tc>
        <w:tc>
          <w:tcPr>
            <w:tcW w:w="2880" w:type="dxa"/>
          </w:tcPr>
          <w:p w:rsidR="006F7457" w:rsidRPr="00332DB8" w:rsidRDefault="006F7457">
            <w:pPr>
              <w:rPr>
                <w:lang w:val="ru-RU"/>
              </w:rPr>
            </w:pPr>
          </w:p>
        </w:tc>
      </w:tr>
      <w:tr w:rsidR="006F7457" w:rsidRPr="005A424D">
        <w:tc>
          <w:tcPr>
            <w:tcW w:w="2880" w:type="dxa"/>
          </w:tcPr>
          <w:p w:rsidR="006F7457" w:rsidRDefault="00332DB8">
            <w:r>
              <w:t>2982.</w:t>
            </w:r>
          </w:p>
        </w:tc>
        <w:tc>
          <w:tcPr>
            <w:tcW w:w="2880" w:type="dxa"/>
          </w:tcPr>
          <w:p w:rsidR="006F7457" w:rsidRPr="00332DB8" w:rsidRDefault="00332DB8">
            <w:pPr>
              <w:rPr>
                <w:lang w:val="ru-RU"/>
              </w:rPr>
            </w:pPr>
            <w:r w:rsidRPr="00332DB8">
              <w:rPr>
                <w:lang w:val="ru-RU"/>
              </w:rPr>
              <w:t xml:space="preserve">Видеофайл «Я Русский!!! Русский не покупай у чурок!», размещенный в социальной сети «В контакте» в сети Интернет, имеющий сетевой адрес </w:t>
            </w:r>
            <w:r>
              <w:t>www</w:t>
            </w:r>
            <w:r w:rsidRPr="00332DB8">
              <w:rPr>
                <w:lang w:val="ru-RU"/>
              </w:rPr>
              <w:t>.</w:t>
            </w:r>
            <w:r>
              <w:t>vk</w:t>
            </w:r>
            <w:r w:rsidRPr="00332DB8">
              <w:rPr>
                <w:lang w:val="ru-RU"/>
              </w:rPr>
              <w:t>.</w:t>
            </w:r>
            <w:r>
              <w:t>com</w:t>
            </w:r>
            <w:r w:rsidRPr="00332DB8">
              <w:rPr>
                <w:lang w:val="ru-RU"/>
              </w:rPr>
              <w:t>/</w:t>
            </w:r>
            <w:r>
              <w:t>id</w:t>
            </w:r>
            <w:r w:rsidRPr="00332DB8">
              <w:rPr>
                <w:lang w:val="ru-RU"/>
              </w:rPr>
              <w:t>4226836 (решение Калужского районного суда Калужской области от 18.05.2015);</w:t>
            </w:r>
          </w:p>
        </w:tc>
        <w:tc>
          <w:tcPr>
            <w:tcW w:w="2880" w:type="dxa"/>
          </w:tcPr>
          <w:p w:rsidR="006F7457" w:rsidRPr="00332DB8" w:rsidRDefault="006F7457">
            <w:pPr>
              <w:rPr>
                <w:lang w:val="ru-RU"/>
              </w:rPr>
            </w:pPr>
          </w:p>
        </w:tc>
      </w:tr>
      <w:tr w:rsidR="006F7457" w:rsidRPr="005A424D">
        <w:tc>
          <w:tcPr>
            <w:tcW w:w="2880" w:type="dxa"/>
          </w:tcPr>
          <w:p w:rsidR="006F7457" w:rsidRDefault="00332DB8">
            <w:r>
              <w:t>2983.</w:t>
            </w:r>
          </w:p>
        </w:tc>
        <w:tc>
          <w:tcPr>
            <w:tcW w:w="2880" w:type="dxa"/>
          </w:tcPr>
          <w:p w:rsidR="006F7457" w:rsidRPr="00332DB8" w:rsidRDefault="00332DB8">
            <w:pPr>
              <w:rPr>
                <w:lang w:val="ru-RU"/>
              </w:rPr>
            </w:pPr>
            <w:r w:rsidRPr="00332DB8">
              <w:rPr>
                <w:lang w:val="ru-RU"/>
              </w:rPr>
              <w:t xml:space="preserve">Информация, размещенная на электронной странице группы «Партия националистов. Русские Забайкальский край» </w:t>
            </w:r>
            <w:r>
              <w:t>https</w:t>
            </w:r>
            <w:r w:rsidRPr="00332DB8">
              <w:rPr>
                <w:lang w:val="ru-RU"/>
              </w:rPr>
              <w:t>://</w:t>
            </w:r>
            <w:r>
              <w:t>vk</w:t>
            </w:r>
            <w:r w:rsidRPr="00332DB8">
              <w:rPr>
                <w:lang w:val="ru-RU"/>
              </w:rPr>
              <w:t>.</w:t>
            </w:r>
            <w:r>
              <w:t>com</w:t>
            </w:r>
            <w:r w:rsidRPr="00332DB8">
              <w:rPr>
                <w:lang w:val="ru-RU"/>
              </w:rPr>
              <w:t>/</w:t>
            </w:r>
            <w:r>
              <w:t>club</w:t>
            </w:r>
            <w:r w:rsidRPr="00332DB8">
              <w:rPr>
                <w:lang w:val="ru-RU"/>
              </w:rPr>
              <w:t xml:space="preserve">8720443 сайта </w:t>
            </w:r>
            <w:r>
              <w:t>vk</w:t>
            </w:r>
            <w:r w:rsidRPr="00332DB8">
              <w:rPr>
                <w:lang w:val="ru-RU"/>
              </w:rPr>
              <w:t>.</w:t>
            </w:r>
            <w:r>
              <w:t>com</w:t>
            </w:r>
            <w:r w:rsidRPr="00332DB8">
              <w:rPr>
                <w:lang w:val="ru-RU"/>
              </w:rPr>
              <w:t xml:space="preserve">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c>
          <w:tcPr>
            <w:tcW w:w="2880" w:type="dxa"/>
          </w:tcPr>
          <w:p w:rsidR="006F7457" w:rsidRPr="00332DB8" w:rsidRDefault="006F7457">
            <w:pPr>
              <w:rPr>
                <w:lang w:val="ru-RU"/>
              </w:rPr>
            </w:pPr>
          </w:p>
        </w:tc>
      </w:tr>
      <w:tr w:rsidR="006F7457" w:rsidRPr="005A424D">
        <w:tc>
          <w:tcPr>
            <w:tcW w:w="2880" w:type="dxa"/>
          </w:tcPr>
          <w:p w:rsidR="006F7457" w:rsidRDefault="00332DB8">
            <w:r>
              <w:t>2984.</w:t>
            </w:r>
          </w:p>
        </w:tc>
        <w:tc>
          <w:tcPr>
            <w:tcW w:w="2880" w:type="dxa"/>
          </w:tcPr>
          <w:p w:rsidR="006F7457" w:rsidRPr="00332DB8" w:rsidRDefault="00332DB8">
            <w:pPr>
              <w:rPr>
                <w:lang w:val="ru-RU"/>
              </w:rPr>
            </w:pPr>
            <w:r w:rsidRPr="00332DB8">
              <w:rPr>
                <w:lang w:val="ru-RU"/>
              </w:rPr>
              <w:t xml:space="preserve">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w:t>
            </w:r>
            <w:r w:rsidRPr="00332DB8">
              <w:rPr>
                <w:lang w:val="ru-RU"/>
              </w:rPr>
              <w:lastRenderedPageBreak/>
              <w:t>13.11.2015)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2985.</w:t>
            </w:r>
          </w:p>
        </w:tc>
        <w:tc>
          <w:tcPr>
            <w:tcW w:w="2880" w:type="dxa"/>
          </w:tcPr>
          <w:p w:rsidR="006F7457" w:rsidRPr="00332DB8" w:rsidRDefault="00332DB8">
            <w:pPr>
              <w:rPr>
                <w:lang w:val="ru-RU"/>
              </w:rPr>
            </w:pPr>
            <w:r w:rsidRPr="00332DB8">
              <w:rPr>
                <w:lang w:val="ru-RU"/>
              </w:rPr>
              <w:t xml:space="preserve">Материалы, размещенные на Интернет-сайтах по сетевым адресам: </w:t>
            </w:r>
            <w:r>
              <w:t>http</w:t>
            </w:r>
            <w:r w:rsidRPr="00332DB8">
              <w:rPr>
                <w:lang w:val="ru-RU"/>
              </w:rPr>
              <w:t>://</w:t>
            </w:r>
            <w:r>
              <w:t>victorbeliy</w:t>
            </w:r>
            <w:r w:rsidRPr="00332DB8">
              <w:rPr>
                <w:lang w:val="ru-RU"/>
              </w:rPr>
              <w:t>.</w:t>
            </w:r>
            <w:r>
              <w:t>mypage</w:t>
            </w:r>
            <w:r w:rsidRPr="00332DB8">
              <w:rPr>
                <w:lang w:val="ru-RU"/>
              </w:rPr>
              <w:t>.</w:t>
            </w:r>
            <w:r>
              <w:t>ru</w:t>
            </w:r>
            <w:r w:rsidRPr="00332DB8">
              <w:rPr>
                <w:lang w:val="ru-RU"/>
              </w:rPr>
              <w:t>/</w:t>
            </w:r>
            <w:r>
              <w:t>isteriki</w:t>
            </w:r>
            <w:r w:rsidRPr="00332DB8">
              <w:rPr>
                <w:lang w:val="ru-RU"/>
              </w:rPr>
              <w:t>_</w:t>
            </w:r>
            <w:r>
              <w:t>i</w:t>
            </w:r>
            <w:r w:rsidRPr="00332DB8">
              <w:rPr>
                <w:lang w:val="ru-RU"/>
              </w:rPr>
              <w:t>_</w:t>
            </w:r>
            <w:r>
              <w:t>isterii</w:t>
            </w:r>
            <w:r w:rsidRPr="00332DB8">
              <w:rPr>
                <w:lang w:val="ru-RU"/>
              </w:rPr>
              <w:t>/</w:t>
            </w:r>
            <w:r>
              <w:t>html</w:t>
            </w:r>
            <w:r w:rsidRPr="00332DB8">
              <w:rPr>
                <w:lang w:val="ru-RU"/>
              </w:rPr>
              <w:t xml:space="preserve">, материал «Книга зверя (попытки понять)», опубликованный 12.06.2013 в 15.33 по интернет адресу: </w:t>
            </w:r>
            <w:r>
              <w:t>http</w:t>
            </w:r>
            <w:r w:rsidRPr="00332DB8">
              <w:rPr>
                <w:lang w:val="ru-RU"/>
              </w:rPr>
              <w:t>://</w:t>
            </w:r>
            <w:r>
              <w:t>rest</w:t>
            </w:r>
            <w:r w:rsidRPr="00332DB8">
              <w:rPr>
                <w:lang w:val="ru-RU"/>
              </w:rPr>
              <w:t>24.</w:t>
            </w:r>
            <w:r>
              <w:t>mypage</w:t>
            </w:r>
            <w:r w:rsidRPr="00332DB8">
              <w:rPr>
                <w:lang w:val="ru-RU"/>
              </w:rPr>
              <w:t>.</w:t>
            </w:r>
            <w:r>
              <w:t>ru</w:t>
            </w:r>
            <w:r w:rsidRPr="00332DB8">
              <w:rPr>
                <w:lang w:val="ru-RU"/>
              </w:rPr>
              <w:t>/14.</w:t>
            </w:r>
            <w:r>
              <w:t>html</w:t>
            </w:r>
            <w:r w:rsidRPr="00332DB8">
              <w:rPr>
                <w:lang w:val="ru-RU"/>
              </w:rPr>
              <w:t xml:space="preserve">, </w:t>
            </w:r>
            <w:r>
              <w:t>http</w:t>
            </w:r>
            <w:r w:rsidRPr="00332DB8">
              <w:rPr>
                <w:lang w:val="ru-RU"/>
              </w:rPr>
              <w:t>://</w:t>
            </w:r>
            <w:r>
              <w:t>hukto</w:t>
            </w:r>
            <w:r w:rsidRPr="00332DB8">
              <w:rPr>
                <w:lang w:val="ru-RU"/>
              </w:rPr>
              <w:t>.</w:t>
            </w:r>
            <w:r>
              <w:t>mypage</w:t>
            </w:r>
            <w:r w:rsidRPr="00332DB8">
              <w:rPr>
                <w:lang w:val="ru-RU"/>
              </w:rPr>
              <w:t>.</w:t>
            </w:r>
            <w:r>
              <w:t>ru</w:t>
            </w:r>
            <w:r w:rsidRPr="00332DB8">
              <w:rPr>
                <w:lang w:val="ru-RU"/>
              </w:rPr>
              <w:t>/_38.</w:t>
            </w:r>
            <w:r>
              <w:t>html</w:t>
            </w:r>
            <w:r w:rsidRPr="00332DB8">
              <w:rPr>
                <w:lang w:val="ru-RU"/>
              </w:rPr>
              <w:t xml:space="preserve"> (решение Благовещенского городского суда от 18.05.2015);</w:t>
            </w:r>
          </w:p>
        </w:tc>
        <w:tc>
          <w:tcPr>
            <w:tcW w:w="2880" w:type="dxa"/>
          </w:tcPr>
          <w:p w:rsidR="006F7457" w:rsidRPr="00332DB8" w:rsidRDefault="006F7457">
            <w:pPr>
              <w:rPr>
                <w:lang w:val="ru-RU"/>
              </w:rPr>
            </w:pPr>
          </w:p>
        </w:tc>
      </w:tr>
      <w:tr w:rsidR="006F7457" w:rsidRPr="005A424D">
        <w:tc>
          <w:tcPr>
            <w:tcW w:w="2880" w:type="dxa"/>
          </w:tcPr>
          <w:p w:rsidR="006F7457" w:rsidRDefault="00332DB8">
            <w:r>
              <w:t>2986.</w:t>
            </w:r>
          </w:p>
        </w:tc>
        <w:tc>
          <w:tcPr>
            <w:tcW w:w="2880" w:type="dxa"/>
          </w:tcPr>
          <w:p w:rsidR="006F7457" w:rsidRPr="00332DB8" w:rsidRDefault="00332DB8">
            <w:pPr>
              <w:rPr>
                <w:lang w:val="ru-RU"/>
              </w:rPr>
            </w:pPr>
            <w:r w:rsidRPr="00332DB8">
              <w:rPr>
                <w:lang w:val="ru-RU"/>
              </w:rPr>
              <w:t xml:space="preserve">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t>
            </w:r>
            <w:r>
              <w:t>www</w:t>
            </w:r>
            <w:r w:rsidRPr="00332DB8">
              <w:rPr>
                <w:lang w:val="ru-RU"/>
              </w:rPr>
              <w:t>.</w:t>
            </w:r>
            <w:r>
              <w:t>webkind</w:t>
            </w:r>
            <w:r w:rsidRPr="00332DB8">
              <w:rPr>
                <w:lang w:val="ru-RU"/>
              </w:rPr>
              <w:t>.</w:t>
            </w:r>
            <w:r>
              <w:t>ru</w:t>
            </w:r>
            <w:r w:rsidRPr="00332DB8">
              <w:rPr>
                <w:lang w:val="ru-RU"/>
              </w:rPr>
              <w:t>/</w:t>
            </w:r>
            <w:r>
              <w:t>text</w:t>
            </w:r>
            <w:r w:rsidRPr="00332DB8">
              <w:rPr>
                <w:lang w:val="ru-RU"/>
              </w:rPr>
              <w:t>/94586081_95409806</w:t>
            </w:r>
            <w:r>
              <w:t>p</w:t>
            </w:r>
            <w:r w:rsidRPr="00332DB8">
              <w:rPr>
                <w:lang w:val="ru-RU"/>
              </w:rPr>
              <w:t>945233222_</w:t>
            </w:r>
            <w:r>
              <w:t>text</w:t>
            </w:r>
            <w:r w:rsidRPr="00332DB8">
              <w:rPr>
                <w:lang w:val="ru-RU"/>
              </w:rPr>
              <w:t>_</w:t>
            </w:r>
            <w:r>
              <w:t>pesni</w:t>
            </w:r>
            <w:r w:rsidRPr="00332DB8">
              <w:rPr>
                <w:lang w:val="ru-RU"/>
              </w:rPr>
              <w:t>_</w:t>
            </w:r>
            <w:r>
              <w:t>antifa</w:t>
            </w:r>
            <w:r w:rsidRPr="00332DB8">
              <w:rPr>
                <w:lang w:val="ru-RU"/>
              </w:rPr>
              <w:t>.</w:t>
            </w:r>
            <w:r>
              <w:t>html</w:t>
            </w:r>
            <w:r w:rsidRPr="00332DB8">
              <w:rPr>
                <w:lang w:val="ru-RU"/>
              </w:rPr>
              <w:t xml:space="preserve">; </w:t>
            </w:r>
            <w:r>
              <w:t>http</w:t>
            </w:r>
            <w:r w:rsidRPr="00332DB8">
              <w:rPr>
                <w:lang w:val="ru-RU"/>
              </w:rPr>
              <w:t>://</w:t>
            </w:r>
            <w:r>
              <w:t>mp</w:t>
            </w:r>
            <w:r w:rsidRPr="00332DB8">
              <w:rPr>
                <w:lang w:val="ru-RU"/>
              </w:rPr>
              <w:t>3</w:t>
            </w:r>
            <w:r>
              <w:t>prima</w:t>
            </w:r>
            <w:r w:rsidRPr="00332DB8">
              <w:rPr>
                <w:lang w:val="ru-RU"/>
              </w:rPr>
              <w:t>.</w:t>
            </w:r>
            <w:r>
              <w:t>com</w:t>
            </w:r>
            <w:r w:rsidRPr="00332DB8">
              <w:rPr>
                <w:lang w:val="ru-RU"/>
              </w:rPr>
              <w:t>/</w:t>
            </w:r>
            <w:r>
              <w:t>dl</w:t>
            </w:r>
            <w:r w:rsidRPr="00332DB8">
              <w:rPr>
                <w:lang w:val="ru-RU"/>
              </w:rPr>
              <w:t>4.</w:t>
            </w:r>
            <w:r>
              <w:t>php</w:t>
            </w:r>
            <w:r w:rsidRPr="00332DB8">
              <w:rPr>
                <w:lang w:val="ru-RU"/>
              </w:rPr>
              <w:t>?</w:t>
            </w:r>
            <w:r>
              <w:t>dl</w:t>
            </w:r>
            <w:r w:rsidRPr="00332DB8">
              <w:rPr>
                <w:lang w:val="ru-RU"/>
              </w:rPr>
              <w:t xml:space="preserve">=879866; </w:t>
            </w:r>
            <w:r>
              <w:t>http</w:t>
            </w:r>
            <w:r w:rsidRPr="00332DB8">
              <w:rPr>
                <w:lang w:val="ru-RU"/>
              </w:rPr>
              <w:t>://</w:t>
            </w:r>
            <w:r>
              <w:t>filka</w:t>
            </w:r>
            <w:r w:rsidRPr="00332DB8">
              <w:rPr>
                <w:lang w:val="ru-RU"/>
              </w:rPr>
              <w:t>.</w:t>
            </w:r>
            <w:r>
              <w:t>info</w:t>
            </w:r>
            <w:r w:rsidRPr="00332DB8">
              <w:rPr>
                <w:lang w:val="ru-RU"/>
              </w:rPr>
              <w:t>/</w:t>
            </w:r>
            <w:r>
              <w:t>mp</w:t>
            </w:r>
            <w:r w:rsidRPr="00332DB8">
              <w:rPr>
                <w:lang w:val="ru-RU"/>
              </w:rPr>
              <w:t>3/%</w:t>
            </w:r>
            <w:r>
              <w:t>D</w:t>
            </w:r>
            <w:r w:rsidRPr="00332DB8">
              <w:rPr>
                <w:lang w:val="ru-RU"/>
              </w:rPr>
              <w:t>0%94%</w:t>
            </w:r>
            <w:r>
              <w:t>D</w:t>
            </w:r>
            <w:r w:rsidRPr="00332DB8">
              <w:rPr>
                <w:lang w:val="ru-RU"/>
              </w:rPr>
              <w:t>0%</w:t>
            </w:r>
            <w:r>
              <w:t>BE</w:t>
            </w:r>
            <w:r w:rsidRPr="00332DB8">
              <w:rPr>
                <w:lang w:val="ru-RU"/>
              </w:rPr>
              <w:t>%</w:t>
            </w:r>
            <w:r>
              <w:t>D</w:t>
            </w:r>
            <w:r w:rsidRPr="00332DB8">
              <w:rPr>
                <w:lang w:val="ru-RU"/>
              </w:rPr>
              <w:t>0%</w:t>
            </w:r>
            <w:r>
              <w:t>B</w:t>
            </w:r>
            <w:r w:rsidRPr="00332DB8">
              <w:rPr>
                <w:lang w:val="ru-RU"/>
              </w:rPr>
              <w:t>1%</w:t>
            </w:r>
            <w:r>
              <w:t>D</w:t>
            </w:r>
            <w:r w:rsidRPr="00332DB8">
              <w:rPr>
                <w:lang w:val="ru-RU"/>
              </w:rPr>
              <w:t>0%</w:t>
            </w:r>
            <w:r>
              <w:t>B</w:t>
            </w:r>
            <w:r w:rsidRPr="00332DB8">
              <w:rPr>
                <w:lang w:val="ru-RU"/>
              </w:rPr>
              <w:t>5%</w:t>
            </w:r>
            <w:r>
              <w:t>D</w:t>
            </w:r>
            <w:r w:rsidRPr="00332DB8">
              <w:rPr>
                <w:lang w:val="ru-RU"/>
              </w:rPr>
              <w:t>1%80%</w:t>
            </w:r>
            <w:r>
              <w:t>D</w:t>
            </w:r>
            <w:r w:rsidRPr="00332DB8">
              <w:rPr>
                <w:lang w:val="ru-RU"/>
              </w:rPr>
              <w:t>0%</w:t>
            </w:r>
            <w:r>
              <w:t>BC</w:t>
            </w:r>
            <w:r w:rsidRPr="00332DB8">
              <w:rPr>
                <w:lang w:val="ru-RU"/>
              </w:rPr>
              <w:t>%</w:t>
            </w:r>
            <w:r>
              <w:t>D</w:t>
            </w:r>
            <w:r w:rsidRPr="00332DB8">
              <w:rPr>
                <w:lang w:val="ru-RU"/>
              </w:rPr>
              <w:t>0%</w:t>
            </w:r>
            <w:r>
              <w:t>B</w:t>
            </w:r>
            <w:r w:rsidRPr="00332DB8">
              <w:rPr>
                <w:lang w:val="ru-RU"/>
              </w:rPr>
              <w:t>0%</w:t>
            </w:r>
            <w:r>
              <w:t>D</w:t>
            </w:r>
            <w:r w:rsidRPr="00332DB8">
              <w:rPr>
                <w:lang w:val="ru-RU"/>
              </w:rPr>
              <w:t>0%</w:t>
            </w:r>
            <w:r>
              <w:t>BD</w:t>
            </w:r>
            <w:r w:rsidRPr="00332DB8">
              <w:rPr>
                <w:lang w:val="ru-RU"/>
              </w:rPr>
              <w:t>%20%</w:t>
            </w:r>
            <w:r>
              <w:t>D</w:t>
            </w:r>
            <w:r w:rsidRPr="00332DB8">
              <w:rPr>
                <w:lang w:val="ru-RU"/>
              </w:rPr>
              <w:t>0%90%</w:t>
            </w:r>
            <w:r>
              <w:t>D</w:t>
            </w:r>
            <w:r w:rsidRPr="00332DB8">
              <w:rPr>
                <w:lang w:val="ru-RU"/>
              </w:rPr>
              <w:t>0%</w:t>
            </w:r>
            <w:r>
              <w:t>BD</w:t>
            </w:r>
            <w:r w:rsidRPr="00332DB8">
              <w:rPr>
                <w:lang w:val="ru-RU"/>
              </w:rPr>
              <w:t>%</w:t>
            </w:r>
            <w:r>
              <w:t>D</w:t>
            </w:r>
            <w:r w:rsidRPr="00332DB8">
              <w:rPr>
                <w:lang w:val="ru-RU"/>
              </w:rPr>
              <w:t>1%82%</w:t>
            </w:r>
            <w:r>
              <w:t>D</w:t>
            </w:r>
            <w:r w:rsidRPr="00332DB8">
              <w:rPr>
                <w:lang w:val="ru-RU"/>
              </w:rPr>
              <w:t>0%</w:t>
            </w:r>
            <w:r>
              <w:t>B</w:t>
            </w:r>
            <w:r w:rsidRPr="00332DB8">
              <w:rPr>
                <w:lang w:val="ru-RU"/>
              </w:rPr>
              <w:t>8%</w:t>
            </w:r>
            <w:r>
              <w:t>D</w:t>
            </w:r>
            <w:r w:rsidRPr="00332DB8">
              <w:rPr>
                <w:lang w:val="ru-RU"/>
              </w:rPr>
              <w:t>1%84%</w:t>
            </w:r>
            <w:r>
              <w:t>D</w:t>
            </w:r>
            <w:r w:rsidRPr="00332DB8">
              <w:rPr>
                <w:lang w:val="ru-RU"/>
              </w:rPr>
              <w:t>0%</w:t>
            </w:r>
            <w:r>
              <w:t>B</w:t>
            </w:r>
            <w:r w:rsidRPr="00332DB8">
              <w:rPr>
                <w:lang w:val="ru-RU"/>
              </w:rPr>
              <w:t xml:space="preserve">0; </w:t>
            </w:r>
            <w:r>
              <w:t>http</w:t>
            </w:r>
            <w:r w:rsidRPr="00332DB8">
              <w:rPr>
                <w:lang w:val="ru-RU"/>
              </w:rPr>
              <w:t>://</w:t>
            </w:r>
            <w:r>
              <w:t>www</w:t>
            </w:r>
            <w:r w:rsidRPr="00332DB8">
              <w:rPr>
                <w:lang w:val="ru-RU"/>
              </w:rPr>
              <w:t>.</w:t>
            </w:r>
            <w:r>
              <w:t>muzikoff</w:t>
            </w:r>
            <w:r w:rsidRPr="00332DB8">
              <w:rPr>
                <w:lang w:val="ru-RU"/>
              </w:rPr>
              <w:t>.</w:t>
            </w:r>
            <w:r>
              <w:t>net</w:t>
            </w:r>
            <w:r w:rsidRPr="00332DB8">
              <w:rPr>
                <w:lang w:val="ru-RU"/>
              </w:rPr>
              <w:t>/</w:t>
            </w:r>
            <w:r>
              <w:t>audio</w:t>
            </w:r>
            <w:r w:rsidRPr="00332DB8">
              <w:rPr>
                <w:lang w:val="ru-RU"/>
              </w:rPr>
              <w:t>/%</w:t>
            </w:r>
            <w:r>
              <w:t>D</w:t>
            </w:r>
            <w:r w:rsidRPr="00332DB8">
              <w:rPr>
                <w:lang w:val="ru-RU"/>
              </w:rPr>
              <w:t>0%94%</w:t>
            </w:r>
            <w:r>
              <w:t>D</w:t>
            </w:r>
            <w:r w:rsidRPr="00332DB8">
              <w:rPr>
                <w:lang w:val="ru-RU"/>
              </w:rPr>
              <w:t>0%</w:t>
            </w:r>
            <w:r>
              <w:t>BE</w:t>
            </w:r>
            <w:r w:rsidRPr="00332DB8">
              <w:rPr>
                <w:lang w:val="ru-RU"/>
              </w:rPr>
              <w:t>%</w:t>
            </w:r>
            <w:r>
              <w:t>D</w:t>
            </w:r>
            <w:r w:rsidRPr="00332DB8">
              <w:rPr>
                <w:lang w:val="ru-RU"/>
              </w:rPr>
              <w:t>0%</w:t>
            </w:r>
            <w:r>
              <w:t>B</w:t>
            </w:r>
            <w:r w:rsidRPr="00332DB8">
              <w:rPr>
                <w:lang w:val="ru-RU"/>
              </w:rPr>
              <w:t>1%</w:t>
            </w:r>
            <w:r>
              <w:t>D</w:t>
            </w:r>
            <w:r w:rsidRPr="00332DB8">
              <w:rPr>
                <w:lang w:val="ru-RU"/>
              </w:rPr>
              <w:t>0%</w:t>
            </w:r>
            <w:r>
              <w:t>B</w:t>
            </w:r>
            <w:r w:rsidRPr="00332DB8">
              <w:rPr>
                <w:lang w:val="ru-RU"/>
              </w:rPr>
              <w:t>5%</w:t>
            </w:r>
            <w:r>
              <w:t>D</w:t>
            </w:r>
            <w:r w:rsidRPr="00332DB8">
              <w:rPr>
                <w:lang w:val="ru-RU"/>
              </w:rPr>
              <w:t>1%80</w:t>
            </w:r>
            <w:r>
              <w:t>D</w:t>
            </w:r>
            <w:r w:rsidRPr="00332DB8">
              <w:rPr>
                <w:lang w:val="ru-RU"/>
              </w:rPr>
              <w:t>0%</w:t>
            </w:r>
            <w:r>
              <w:t>BC</w:t>
            </w:r>
            <w:r w:rsidRPr="00332DB8">
              <w:rPr>
                <w:lang w:val="ru-RU"/>
              </w:rPr>
              <w:t>%</w:t>
            </w:r>
            <w:r>
              <w:t>D</w:t>
            </w:r>
            <w:r w:rsidRPr="00332DB8">
              <w:rPr>
                <w:lang w:val="ru-RU"/>
              </w:rPr>
              <w:t>0%</w:t>
            </w:r>
            <w:r>
              <w:t>B</w:t>
            </w:r>
            <w:r w:rsidRPr="00332DB8">
              <w:rPr>
                <w:lang w:val="ru-RU"/>
              </w:rPr>
              <w:t>0%</w:t>
            </w:r>
            <w:r>
              <w:t>D</w:t>
            </w:r>
            <w:r w:rsidRPr="00332DB8">
              <w:rPr>
                <w:lang w:val="ru-RU"/>
              </w:rPr>
              <w:t>0%</w:t>
            </w:r>
            <w:r>
              <w:t>BD</w:t>
            </w:r>
            <w:r w:rsidRPr="00332DB8">
              <w:rPr>
                <w:lang w:val="ru-RU"/>
              </w:rPr>
              <w:t>%20%</w:t>
            </w:r>
            <w:r>
              <w:t>D</w:t>
            </w:r>
            <w:r w:rsidRPr="00332DB8">
              <w:rPr>
                <w:lang w:val="ru-RU"/>
              </w:rPr>
              <w:t>0%90%</w:t>
            </w:r>
            <w:r>
              <w:t>D</w:t>
            </w:r>
            <w:r w:rsidRPr="00332DB8">
              <w:rPr>
                <w:lang w:val="ru-RU"/>
              </w:rPr>
              <w:t>0%</w:t>
            </w:r>
            <w:r>
              <w:t>BD</w:t>
            </w:r>
            <w:r w:rsidRPr="00332DB8">
              <w:rPr>
                <w:lang w:val="ru-RU"/>
              </w:rPr>
              <w:t>%</w:t>
            </w:r>
            <w:r>
              <w:t>D</w:t>
            </w:r>
            <w:r w:rsidRPr="00332DB8">
              <w:rPr>
                <w:lang w:val="ru-RU"/>
              </w:rPr>
              <w:t xml:space="preserve"> 1 %82%</w:t>
            </w:r>
            <w:r>
              <w:t>D</w:t>
            </w:r>
            <w:r w:rsidRPr="00332DB8">
              <w:rPr>
                <w:lang w:val="ru-RU"/>
              </w:rPr>
              <w:t>0%</w:t>
            </w:r>
            <w:r>
              <w:t>B</w:t>
            </w:r>
            <w:r w:rsidRPr="00332DB8">
              <w:rPr>
                <w:lang w:val="ru-RU"/>
              </w:rPr>
              <w:t xml:space="preserve">8% </w:t>
            </w:r>
            <w:r>
              <w:t>D</w:t>
            </w:r>
            <w:r w:rsidRPr="00332DB8">
              <w:rPr>
                <w:lang w:val="ru-RU"/>
              </w:rPr>
              <w:t>1%84%</w:t>
            </w:r>
            <w:r>
              <w:t>D</w:t>
            </w:r>
            <w:r w:rsidRPr="00332DB8">
              <w:rPr>
                <w:lang w:val="ru-RU"/>
              </w:rPr>
              <w:t>0%</w:t>
            </w:r>
            <w:r>
              <w:t>B</w:t>
            </w:r>
            <w:r w:rsidRPr="00332DB8">
              <w:rPr>
                <w:lang w:val="ru-RU"/>
              </w:rPr>
              <w:t>0 (решение Центрального районного суда г. Хабаровска от 07.04.2015 и определение Центрального районного суда г. Хабаровска от 07.07.2015).</w:t>
            </w:r>
          </w:p>
        </w:tc>
        <w:tc>
          <w:tcPr>
            <w:tcW w:w="2880" w:type="dxa"/>
          </w:tcPr>
          <w:p w:rsidR="006F7457" w:rsidRPr="00332DB8" w:rsidRDefault="006F7457">
            <w:pPr>
              <w:rPr>
                <w:lang w:val="ru-RU"/>
              </w:rPr>
            </w:pPr>
          </w:p>
        </w:tc>
      </w:tr>
      <w:tr w:rsidR="006F7457" w:rsidRPr="005A424D">
        <w:tc>
          <w:tcPr>
            <w:tcW w:w="2880" w:type="dxa"/>
          </w:tcPr>
          <w:p w:rsidR="006F7457" w:rsidRDefault="00332DB8">
            <w:r>
              <w:t>2987.</w:t>
            </w:r>
          </w:p>
        </w:tc>
        <w:tc>
          <w:tcPr>
            <w:tcW w:w="2880" w:type="dxa"/>
          </w:tcPr>
          <w:p w:rsidR="006F7457" w:rsidRPr="00332DB8" w:rsidRDefault="00332DB8">
            <w:pPr>
              <w:rPr>
                <w:lang w:val="ru-RU"/>
              </w:rPr>
            </w:pPr>
            <w:r w:rsidRPr="00332DB8">
              <w:rPr>
                <w:lang w:val="ru-RU"/>
              </w:rPr>
              <w:t xml:space="preserve">Публикация, размещенная в сети «Интернет» на сайте «ВКонтакте» по электронному адресу: </w:t>
            </w:r>
            <w:r>
              <w:t>http</w:t>
            </w:r>
            <w:r w:rsidRPr="00332DB8">
              <w:rPr>
                <w:lang w:val="ru-RU"/>
              </w:rPr>
              <w:t>://</w:t>
            </w:r>
            <w:r>
              <w:t>vk</w:t>
            </w:r>
            <w:r w:rsidRPr="00332DB8">
              <w:rPr>
                <w:lang w:val="ru-RU"/>
              </w:rPr>
              <w:t>.</w:t>
            </w:r>
            <w:r>
              <w:t>com</w:t>
            </w:r>
            <w:r w:rsidRPr="00332DB8">
              <w:rPr>
                <w:lang w:val="ru-RU"/>
              </w:rPr>
              <w:t>/</w:t>
            </w:r>
            <w:r>
              <w:t>public</w:t>
            </w:r>
            <w:r w:rsidRPr="00332DB8">
              <w:rPr>
                <w:lang w:val="ru-RU"/>
              </w:rPr>
              <w:t>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2880" w:type="dxa"/>
          </w:tcPr>
          <w:p w:rsidR="006F7457" w:rsidRPr="00332DB8" w:rsidRDefault="006F7457">
            <w:pPr>
              <w:rPr>
                <w:lang w:val="ru-RU"/>
              </w:rPr>
            </w:pPr>
          </w:p>
        </w:tc>
      </w:tr>
      <w:tr w:rsidR="006F7457">
        <w:tc>
          <w:tcPr>
            <w:tcW w:w="2880" w:type="dxa"/>
          </w:tcPr>
          <w:p w:rsidR="006F7457" w:rsidRDefault="00332DB8">
            <w:r>
              <w:t>2988.</w:t>
            </w:r>
          </w:p>
        </w:tc>
        <w:tc>
          <w:tcPr>
            <w:tcW w:w="2880" w:type="dxa"/>
          </w:tcPr>
          <w:p w:rsidR="006F7457" w:rsidRDefault="00332DB8">
            <w:r w:rsidRPr="00332DB8">
              <w:rPr>
                <w:lang w:val="ru-RU"/>
              </w:rPr>
              <w:t xml:space="preserve">Брошюра «Сын «хочет открыть» отца», брошюра «Была ли жизнь создана?» </w:t>
            </w:r>
            <w:r>
              <w:t>(решение Октябрьского районного суда г. Белгорода от 04.03.2015);</w:t>
            </w:r>
          </w:p>
        </w:tc>
        <w:tc>
          <w:tcPr>
            <w:tcW w:w="2880" w:type="dxa"/>
          </w:tcPr>
          <w:p w:rsidR="006F7457" w:rsidRDefault="006F7457"/>
        </w:tc>
      </w:tr>
      <w:tr w:rsidR="006F7457">
        <w:tc>
          <w:tcPr>
            <w:tcW w:w="2880" w:type="dxa"/>
          </w:tcPr>
          <w:p w:rsidR="006F7457" w:rsidRDefault="00332DB8">
            <w:r>
              <w:lastRenderedPageBreak/>
              <w:t>2989.</w:t>
            </w:r>
          </w:p>
        </w:tc>
        <w:tc>
          <w:tcPr>
            <w:tcW w:w="2880" w:type="dxa"/>
          </w:tcPr>
          <w:p w:rsidR="006F7457" w:rsidRDefault="00332DB8">
            <w:r>
              <w:t>Исключен;</w:t>
            </w:r>
          </w:p>
        </w:tc>
        <w:tc>
          <w:tcPr>
            <w:tcW w:w="2880" w:type="dxa"/>
          </w:tcPr>
          <w:p w:rsidR="006F7457" w:rsidRDefault="006F7457"/>
        </w:tc>
      </w:tr>
      <w:tr w:rsidR="006F7457" w:rsidRPr="005A424D">
        <w:tc>
          <w:tcPr>
            <w:tcW w:w="2880" w:type="dxa"/>
          </w:tcPr>
          <w:p w:rsidR="006F7457" w:rsidRDefault="00332DB8">
            <w:r>
              <w:t>2990.</w:t>
            </w:r>
          </w:p>
        </w:tc>
        <w:tc>
          <w:tcPr>
            <w:tcW w:w="2880" w:type="dxa"/>
          </w:tcPr>
          <w:p w:rsidR="006F7457" w:rsidRPr="00332DB8" w:rsidRDefault="00332DB8">
            <w:pPr>
              <w:rPr>
                <w:lang w:val="ru-RU"/>
              </w:rPr>
            </w:pPr>
            <w:r w:rsidRPr="00332DB8">
              <w:rPr>
                <w:lang w:val="ru-RU"/>
              </w:rPr>
              <w:t xml:space="preserve">Интернет-ресурсы </w:t>
            </w:r>
            <w:r>
              <w:t>http</w:t>
            </w:r>
            <w:r w:rsidRPr="00332DB8">
              <w:rPr>
                <w:lang w:val="ru-RU"/>
              </w:rPr>
              <w:t>://</w:t>
            </w:r>
            <w:r>
              <w:t>kobakbogoder</w:t>
            </w:r>
            <w:r w:rsidRPr="00332DB8">
              <w:rPr>
                <w:lang w:val="ru-RU"/>
              </w:rPr>
              <w:t>.</w:t>
            </w:r>
            <w:r>
              <w:t>blogspot</w:t>
            </w:r>
            <w:r w:rsidRPr="00332DB8">
              <w:rPr>
                <w:lang w:val="ru-RU"/>
              </w:rPr>
              <w:t>.</w:t>
            </w:r>
            <w:r>
              <w:t>ru</w:t>
            </w:r>
            <w:r w:rsidRPr="00332DB8">
              <w:rPr>
                <w:lang w:val="ru-RU"/>
              </w:rPr>
              <w:t xml:space="preserve"> и </w:t>
            </w:r>
            <w:r>
              <w:t>http</w:t>
            </w:r>
            <w:r w:rsidRPr="00332DB8">
              <w:rPr>
                <w:lang w:val="ru-RU"/>
              </w:rPr>
              <w:t>://</w:t>
            </w:r>
            <w:r>
              <w:t>kaznovoswti</w:t>
            </w:r>
            <w:r w:rsidRPr="00332DB8">
              <w:rPr>
                <w:lang w:val="ru-RU"/>
              </w:rPr>
              <w:t>.</w:t>
            </w:r>
            <w:r>
              <w:t>blogspot</w:t>
            </w:r>
            <w:r w:rsidRPr="00332DB8">
              <w:rPr>
                <w:lang w:val="ru-RU"/>
              </w:rPr>
              <w:t>.</w:t>
            </w:r>
            <w:r>
              <w:t>ru</w:t>
            </w:r>
            <w:r w:rsidRPr="00332DB8">
              <w:rPr>
                <w:lang w:val="ru-RU"/>
              </w:rPr>
              <w:t xml:space="preserve"> (решение Электростальского городского суда Московской области от 11.08.2014);</w:t>
            </w:r>
          </w:p>
        </w:tc>
        <w:tc>
          <w:tcPr>
            <w:tcW w:w="2880" w:type="dxa"/>
          </w:tcPr>
          <w:p w:rsidR="006F7457" w:rsidRPr="00332DB8" w:rsidRDefault="006F7457">
            <w:pPr>
              <w:rPr>
                <w:lang w:val="ru-RU"/>
              </w:rPr>
            </w:pPr>
          </w:p>
        </w:tc>
      </w:tr>
      <w:tr w:rsidR="006F7457" w:rsidRPr="005A424D">
        <w:tc>
          <w:tcPr>
            <w:tcW w:w="2880" w:type="dxa"/>
          </w:tcPr>
          <w:p w:rsidR="006F7457" w:rsidRDefault="00332DB8">
            <w:r>
              <w:t>2991.</w:t>
            </w:r>
          </w:p>
        </w:tc>
        <w:tc>
          <w:tcPr>
            <w:tcW w:w="2880" w:type="dxa"/>
          </w:tcPr>
          <w:p w:rsidR="006F7457" w:rsidRPr="00332DB8" w:rsidRDefault="00332DB8">
            <w:pPr>
              <w:rPr>
                <w:lang w:val="ru-RU"/>
              </w:rPr>
            </w:pPr>
            <w:r w:rsidRPr="00332DB8">
              <w:rPr>
                <w:lang w:val="ru-RU"/>
              </w:rPr>
              <w:t xml:space="preserve">Интернет-страница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204367556 «Дима Армейцев», находящаяся в сети Интернет по электронному адресу </w:t>
            </w:r>
            <w:r>
              <w:t>http</w:t>
            </w:r>
            <w:r w:rsidRPr="00332DB8">
              <w:rPr>
                <w:lang w:val="ru-RU"/>
              </w:rPr>
              <w:t>://</w:t>
            </w:r>
            <w:r>
              <w:t>vk</w:t>
            </w:r>
            <w:r w:rsidRPr="00332DB8">
              <w:rPr>
                <w:lang w:val="ru-RU"/>
              </w:rPr>
              <w:t>.</w:t>
            </w:r>
            <w:r>
              <w:t>com</w:t>
            </w:r>
            <w:r w:rsidRPr="00332DB8">
              <w:rPr>
                <w:lang w:val="ru-RU"/>
              </w:rPr>
              <w:t>/ (</w:t>
            </w:r>
            <w:r>
              <w:t>http</w:t>
            </w:r>
            <w:r w:rsidRPr="00332DB8">
              <w:rPr>
                <w:lang w:val="ru-RU"/>
              </w:rPr>
              <w:t>://</w:t>
            </w:r>
            <w:r>
              <w:t>vkontakte</w:t>
            </w:r>
            <w:r w:rsidRPr="00332DB8">
              <w:rPr>
                <w:lang w:val="ru-RU"/>
              </w:rPr>
              <w:t>.</w:t>
            </w:r>
            <w:r>
              <w:t>ru</w:t>
            </w:r>
            <w:r w:rsidRPr="00332DB8">
              <w:rPr>
                <w:lang w:val="ru-RU"/>
              </w:rPr>
              <w:t>),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2880" w:type="dxa"/>
          </w:tcPr>
          <w:p w:rsidR="006F7457" w:rsidRPr="00332DB8" w:rsidRDefault="006F7457">
            <w:pPr>
              <w:rPr>
                <w:lang w:val="ru-RU"/>
              </w:rPr>
            </w:pPr>
          </w:p>
        </w:tc>
      </w:tr>
      <w:tr w:rsidR="006F7457" w:rsidRPr="005A424D">
        <w:tc>
          <w:tcPr>
            <w:tcW w:w="2880" w:type="dxa"/>
          </w:tcPr>
          <w:p w:rsidR="006F7457" w:rsidRDefault="00332DB8">
            <w:r>
              <w:t>2992.</w:t>
            </w:r>
          </w:p>
        </w:tc>
        <w:tc>
          <w:tcPr>
            <w:tcW w:w="2880" w:type="dxa"/>
          </w:tcPr>
          <w:p w:rsidR="006F7457" w:rsidRPr="00332DB8" w:rsidRDefault="00332DB8">
            <w:pPr>
              <w:rPr>
                <w:lang w:val="ru-RU"/>
              </w:rPr>
            </w:pPr>
            <w:r w:rsidRPr="00332DB8">
              <w:rPr>
                <w:lang w:val="ru-RU"/>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2880" w:type="dxa"/>
          </w:tcPr>
          <w:p w:rsidR="006F7457" w:rsidRPr="00332DB8" w:rsidRDefault="006F7457">
            <w:pPr>
              <w:rPr>
                <w:lang w:val="ru-RU"/>
              </w:rPr>
            </w:pPr>
          </w:p>
        </w:tc>
      </w:tr>
      <w:tr w:rsidR="006F7457" w:rsidRPr="005A424D">
        <w:tc>
          <w:tcPr>
            <w:tcW w:w="2880" w:type="dxa"/>
          </w:tcPr>
          <w:p w:rsidR="006F7457" w:rsidRDefault="00332DB8">
            <w:r>
              <w:t>2993.</w:t>
            </w:r>
          </w:p>
        </w:tc>
        <w:tc>
          <w:tcPr>
            <w:tcW w:w="2880" w:type="dxa"/>
          </w:tcPr>
          <w:p w:rsidR="006F7457" w:rsidRPr="00332DB8" w:rsidRDefault="00332DB8">
            <w:pPr>
              <w:rPr>
                <w:lang w:val="ru-RU"/>
              </w:rPr>
            </w:pPr>
            <w:r w:rsidRPr="00332DB8">
              <w:rPr>
                <w:lang w:val="ru-RU"/>
              </w:rPr>
              <w:t xml:space="preserve">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w:t>
            </w:r>
            <w:r w:rsidRPr="00332DB8">
              <w:rPr>
                <w:lang w:val="ru-RU"/>
              </w:rPr>
              <w:lastRenderedPageBreak/>
              <w:t>от 19.05.2015);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2994.</w:t>
            </w:r>
          </w:p>
        </w:tc>
        <w:tc>
          <w:tcPr>
            <w:tcW w:w="2880" w:type="dxa"/>
          </w:tcPr>
          <w:p w:rsidR="006F7457" w:rsidRPr="00332DB8" w:rsidRDefault="00332DB8">
            <w:pPr>
              <w:rPr>
                <w:lang w:val="ru-RU"/>
              </w:rPr>
            </w:pPr>
            <w:r w:rsidRPr="00332DB8">
              <w:rPr>
                <w:lang w:val="ru-RU"/>
              </w:rPr>
              <w:t xml:space="preserve">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w:t>
            </w:r>
            <w:r>
              <w:t>http</w:t>
            </w:r>
            <w:r w:rsidRPr="00332DB8">
              <w:rPr>
                <w:lang w:val="ru-RU"/>
              </w:rPr>
              <w:t>://</w:t>
            </w:r>
            <w:r>
              <w:t>www</w:t>
            </w:r>
            <w:r w:rsidRPr="00332DB8">
              <w:rPr>
                <w:lang w:val="ru-RU"/>
              </w:rPr>
              <w:t>.</w:t>
            </w:r>
            <w:r>
              <w:t>joov</w:t>
            </w:r>
            <w:r w:rsidRPr="00332DB8">
              <w:rPr>
                <w:lang w:val="ru-RU"/>
              </w:rPr>
              <w:t>.</w:t>
            </w:r>
            <w:r>
              <w:t>net</w:t>
            </w:r>
            <w:r w:rsidRPr="00332DB8">
              <w:rPr>
                <w:lang w:val="ru-RU"/>
              </w:rPr>
              <w:t>/</w:t>
            </w:r>
            <w:r>
              <w:t>text</w:t>
            </w:r>
            <w:r w:rsidRPr="00332DB8">
              <w:rPr>
                <w:lang w:val="ru-RU"/>
              </w:rPr>
              <w:t>/2293066/</w:t>
            </w:r>
            <w:r>
              <w:t>fedor</w:t>
            </w:r>
            <w:r w:rsidRPr="00332DB8">
              <w:rPr>
                <w:lang w:val="ru-RU"/>
              </w:rPr>
              <w:t>_</w:t>
            </w:r>
            <w:r>
              <w:t>volkov</w:t>
            </w:r>
            <w:r w:rsidRPr="00332DB8">
              <w:rPr>
                <w:lang w:val="ru-RU"/>
              </w:rPr>
              <w:t>-</w:t>
            </w:r>
            <w:r>
              <w:t>pohoronyi</w:t>
            </w:r>
            <w:r w:rsidRPr="00332DB8">
              <w:rPr>
                <w:lang w:val="ru-RU"/>
              </w:rPr>
              <w:t>_</w:t>
            </w:r>
            <w:r>
              <w:t>skina</w:t>
            </w:r>
            <w:r w:rsidRPr="00332DB8">
              <w:rPr>
                <w:lang w:val="ru-RU"/>
              </w:rPr>
              <w:t>.</w:t>
            </w:r>
            <w:r>
              <w:t>htmls</w:t>
            </w:r>
            <w:r w:rsidRPr="00332DB8">
              <w:rPr>
                <w:lang w:val="ru-RU"/>
              </w:rPr>
              <w:t xml:space="preserve"> (решение Останкинского районного суда города Москвы от 13.05.2015);</w:t>
            </w:r>
          </w:p>
        </w:tc>
        <w:tc>
          <w:tcPr>
            <w:tcW w:w="2880" w:type="dxa"/>
          </w:tcPr>
          <w:p w:rsidR="006F7457" w:rsidRPr="00332DB8" w:rsidRDefault="006F7457">
            <w:pPr>
              <w:rPr>
                <w:lang w:val="ru-RU"/>
              </w:rPr>
            </w:pPr>
          </w:p>
        </w:tc>
      </w:tr>
      <w:tr w:rsidR="006F7457" w:rsidRPr="005A424D">
        <w:tc>
          <w:tcPr>
            <w:tcW w:w="2880" w:type="dxa"/>
          </w:tcPr>
          <w:p w:rsidR="006F7457" w:rsidRDefault="00332DB8">
            <w:r>
              <w:t>2995.</w:t>
            </w:r>
          </w:p>
        </w:tc>
        <w:tc>
          <w:tcPr>
            <w:tcW w:w="2880" w:type="dxa"/>
          </w:tcPr>
          <w:p w:rsidR="006F7457" w:rsidRPr="00332DB8" w:rsidRDefault="00332DB8">
            <w:pPr>
              <w:rPr>
                <w:lang w:val="ru-RU"/>
              </w:rPr>
            </w:pPr>
            <w:r w:rsidRPr="00332DB8">
              <w:rPr>
                <w:lang w:val="ru-RU"/>
              </w:rPr>
              <w:t xml:space="preserve">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w:t>
            </w:r>
            <w:r>
              <w:t>http</w:t>
            </w:r>
            <w:r w:rsidRPr="00332DB8">
              <w:rPr>
                <w:lang w:val="ru-RU"/>
              </w:rPr>
              <w:t>://</w:t>
            </w:r>
            <w:r>
              <w:t>hm</w:t>
            </w:r>
            <w:r w:rsidRPr="00332DB8">
              <w:rPr>
                <w:lang w:val="ru-RU"/>
              </w:rPr>
              <w:t>6.</w:t>
            </w:r>
            <w:r>
              <w:t>ru</w:t>
            </w:r>
            <w:r w:rsidRPr="00332DB8">
              <w:rPr>
                <w:lang w:val="ru-RU"/>
              </w:rPr>
              <w:t>/</w:t>
            </w:r>
            <w:r>
              <w:t>nepomnashchiy</w:t>
            </w:r>
            <w:r w:rsidRPr="00332DB8">
              <w:rPr>
                <w:lang w:val="ru-RU"/>
              </w:rPr>
              <w:t>/15994-</w:t>
            </w:r>
            <w:r>
              <w:t>nepomnyashhij</w:t>
            </w:r>
            <w:r w:rsidRPr="00332DB8">
              <w:rPr>
                <w:lang w:val="ru-RU"/>
              </w:rPr>
              <w:t>-</w:t>
            </w:r>
            <w:r>
              <w:t>aleksandr</w:t>
            </w:r>
            <w:r w:rsidRPr="00332DB8">
              <w:rPr>
                <w:lang w:val="ru-RU"/>
              </w:rPr>
              <w:t>-</w:t>
            </w:r>
            <w:r>
              <w:t>po</w:t>
            </w:r>
            <w:r w:rsidRPr="00332DB8">
              <w:rPr>
                <w:lang w:val="ru-RU"/>
              </w:rPr>
              <w:t>-</w:t>
            </w:r>
            <w:r>
              <w:t>svoej</w:t>
            </w:r>
            <w:r w:rsidRPr="00332DB8">
              <w:rPr>
                <w:lang w:val="ru-RU"/>
              </w:rPr>
              <w:t>-</w:t>
            </w:r>
            <w:r>
              <w:t>zemle</w:t>
            </w:r>
            <w:r w:rsidRPr="00332DB8">
              <w:rPr>
                <w:lang w:val="ru-RU"/>
              </w:rPr>
              <w:t>.</w:t>
            </w:r>
            <w:r>
              <w:t>html</w:t>
            </w:r>
            <w:r w:rsidRPr="00332DB8">
              <w:rPr>
                <w:lang w:val="ru-RU"/>
              </w:rPr>
              <w:t xml:space="preserve"> (решение Останкинского районного суда города Москвы от 13.05.2015);</w:t>
            </w:r>
          </w:p>
        </w:tc>
        <w:tc>
          <w:tcPr>
            <w:tcW w:w="2880" w:type="dxa"/>
          </w:tcPr>
          <w:p w:rsidR="006F7457" w:rsidRPr="00332DB8" w:rsidRDefault="006F7457">
            <w:pPr>
              <w:rPr>
                <w:lang w:val="ru-RU"/>
              </w:rPr>
            </w:pPr>
          </w:p>
        </w:tc>
      </w:tr>
      <w:tr w:rsidR="006F7457" w:rsidRPr="005A424D">
        <w:tc>
          <w:tcPr>
            <w:tcW w:w="2880" w:type="dxa"/>
          </w:tcPr>
          <w:p w:rsidR="006F7457" w:rsidRDefault="00332DB8">
            <w:r>
              <w:t>2996.</w:t>
            </w:r>
          </w:p>
        </w:tc>
        <w:tc>
          <w:tcPr>
            <w:tcW w:w="2880" w:type="dxa"/>
          </w:tcPr>
          <w:p w:rsidR="006F7457" w:rsidRPr="00332DB8" w:rsidRDefault="00332DB8">
            <w:pPr>
              <w:rPr>
                <w:lang w:val="ru-RU"/>
              </w:rPr>
            </w:pPr>
            <w:r w:rsidRPr="00332DB8">
              <w:rPr>
                <w:lang w:val="ru-RU"/>
              </w:rPr>
              <w:t>Информационный материал, изложенный в виде текста песни под названием «</w:t>
            </w:r>
            <w:r>
              <w:t>White</w:t>
            </w:r>
            <w:r w:rsidRPr="00332DB8">
              <w:rPr>
                <w:lang w:val="ru-RU"/>
              </w:rPr>
              <w:t xml:space="preserve"> </w:t>
            </w:r>
            <w:r>
              <w:t>power</w:t>
            </w:r>
            <w:r w:rsidRPr="00332DB8">
              <w:rPr>
                <w:lang w:val="ru-RU"/>
              </w:rPr>
              <w:t xml:space="preserve">» исполнителя группы под названием «Коррозия Металла», распространяемый на сайте в информационно-телекоммуникационной сети Интернет: </w:t>
            </w:r>
            <w:r>
              <w:t>http</w:t>
            </w:r>
            <w:r w:rsidRPr="00332DB8">
              <w:rPr>
                <w:lang w:val="ru-RU"/>
              </w:rPr>
              <w:t>://</w:t>
            </w:r>
            <w:r>
              <w:t>www</w:t>
            </w:r>
            <w:r w:rsidRPr="00332DB8">
              <w:rPr>
                <w:lang w:val="ru-RU"/>
              </w:rPr>
              <w:t>.</w:t>
            </w:r>
            <w:r>
              <w:t>joov</w:t>
            </w:r>
            <w:r w:rsidRPr="00332DB8">
              <w:rPr>
                <w:lang w:val="ru-RU"/>
              </w:rPr>
              <w:t>.</w:t>
            </w:r>
            <w:r>
              <w:t>net</w:t>
            </w:r>
            <w:r w:rsidRPr="00332DB8">
              <w:rPr>
                <w:lang w:val="ru-RU"/>
              </w:rPr>
              <w:t>/</w:t>
            </w:r>
            <w:r>
              <w:t>text</w:t>
            </w:r>
            <w:r w:rsidRPr="00332DB8">
              <w:rPr>
                <w:lang w:val="ru-RU"/>
              </w:rPr>
              <w:t>/1727851/</w:t>
            </w:r>
            <w:r>
              <w:t>korrosiya</w:t>
            </w:r>
            <w:r w:rsidRPr="00332DB8">
              <w:rPr>
                <w:lang w:val="ru-RU"/>
              </w:rPr>
              <w:t>_</w:t>
            </w:r>
            <w:r>
              <w:t>metalla</w:t>
            </w:r>
            <w:r w:rsidRPr="00332DB8">
              <w:rPr>
                <w:lang w:val="ru-RU"/>
              </w:rPr>
              <w:t>-</w:t>
            </w:r>
            <w:r>
              <w:t>White</w:t>
            </w:r>
            <w:r w:rsidRPr="00332DB8">
              <w:rPr>
                <w:lang w:val="ru-RU"/>
              </w:rPr>
              <w:t>_</w:t>
            </w:r>
            <w:r>
              <w:t>Power</w:t>
            </w:r>
            <w:r w:rsidRPr="00332DB8">
              <w:rPr>
                <w:lang w:val="ru-RU"/>
              </w:rPr>
              <w:t>.</w:t>
            </w:r>
            <w:r>
              <w:t>htmls</w:t>
            </w:r>
            <w:r w:rsidRPr="00332DB8">
              <w:rPr>
                <w:lang w:val="ru-RU"/>
              </w:rPr>
              <w:t xml:space="preserve"> (решение Останкинского районного суда от 13.05.2015);</w:t>
            </w:r>
          </w:p>
        </w:tc>
        <w:tc>
          <w:tcPr>
            <w:tcW w:w="2880" w:type="dxa"/>
          </w:tcPr>
          <w:p w:rsidR="006F7457" w:rsidRPr="00332DB8" w:rsidRDefault="006F7457">
            <w:pPr>
              <w:rPr>
                <w:lang w:val="ru-RU"/>
              </w:rPr>
            </w:pPr>
          </w:p>
        </w:tc>
      </w:tr>
      <w:tr w:rsidR="006F7457">
        <w:tc>
          <w:tcPr>
            <w:tcW w:w="2880" w:type="dxa"/>
          </w:tcPr>
          <w:p w:rsidR="006F7457" w:rsidRDefault="00332DB8">
            <w:r>
              <w:t>2997.</w:t>
            </w:r>
          </w:p>
        </w:tc>
        <w:tc>
          <w:tcPr>
            <w:tcW w:w="2880" w:type="dxa"/>
          </w:tcPr>
          <w:p w:rsidR="006F7457" w:rsidRDefault="00332DB8">
            <w:r w:rsidRPr="00332DB8">
              <w:rPr>
                <w:lang w:val="ru-RU"/>
              </w:rPr>
              <w:t xml:space="preserve">Видеозаписи: «Слабонервным не смотреть чечены режут русских срочников» на указателе страницы сайта </w:t>
            </w:r>
            <w:r>
              <w:t>http</w:t>
            </w:r>
            <w:r w:rsidRPr="00332DB8">
              <w:rPr>
                <w:lang w:val="ru-RU"/>
              </w:rPr>
              <w:t>://</w:t>
            </w:r>
            <w:r>
              <w:t>vk</w:t>
            </w:r>
            <w:r w:rsidRPr="00332DB8">
              <w:rPr>
                <w:lang w:val="ru-RU"/>
              </w:rPr>
              <w:t>.</w:t>
            </w:r>
            <w:r>
              <w:t>com</w:t>
            </w:r>
            <w:r w:rsidRPr="00332DB8">
              <w:rPr>
                <w:lang w:val="ru-RU"/>
              </w:rPr>
              <w:t>/</w:t>
            </w:r>
            <w:r>
              <w:t>video</w:t>
            </w:r>
            <w:r w:rsidRPr="00332DB8">
              <w:rPr>
                <w:lang w:val="ru-RU"/>
              </w:rPr>
              <w:t>101320322_166143850, продолжительностью 16 минут 44 секунды; «</w:t>
            </w:r>
            <w:r>
              <w:t>NS</w:t>
            </w:r>
            <w:r w:rsidRPr="00332DB8">
              <w:rPr>
                <w:lang w:val="ru-RU"/>
              </w:rPr>
              <w:t>\</w:t>
            </w:r>
            <w:r>
              <w:t>WP</w:t>
            </w:r>
            <w:r w:rsidRPr="00332DB8">
              <w:rPr>
                <w:lang w:val="ru-RU"/>
              </w:rPr>
              <w:t xml:space="preserve">: загляните в наши глаза» на указателе страницы сайта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101320322_166143698. продолжительностью 2 минуты 52 секунды; «е**ть кавказ» на указателе страницы сайта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101320322_166143543. продолжительностью </w:t>
            </w:r>
            <w:r>
              <w:t>4 минуты 02 секунды (решение Кировского районного суда города Саратова от 20.05.2015);</w:t>
            </w:r>
          </w:p>
        </w:tc>
        <w:tc>
          <w:tcPr>
            <w:tcW w:w="2880" w:type="dxa"/>
          </w:tcPr>
          <w:p w:rsidR="006F7457" w:rsidRDefault="006F7457"/>
        </w:tc>
      </w:tr>
      <w:tr w:rsidR="006F7457" w:rsidRPr="005A424D">
        <w:tc>
          <w:tcPr>
            <w:tcW w:w="2880" w:type="dxa"/>
          </w:tcPr>
          <w:p w:rsidR="006F7457" w:rsidRDefault="00332DB8">
            <w:r>
              <w:t>2998.</w:t>
            </w:r>
          </w:p>
        </w:tc>
        <w:tc>
          <w:tcPr>
            <w:tcW w:w="2880" w:type="dxa"/>
          </w:tcPr>
          <w:p w:rsidR="006F7457" w:rsidRPr="00332DB8" w:rsidRDefault="00332DB8">
            <w:pPr>
              <w:rPr>
                <w:lang w:val="ru-RU"/>
              </w:rPr>
            </w:pPr>
            <w:r>
              <w:t>C</w:t>
            </w:r>
            <w:r w:rsidRPr="00332DB8">
              <w:rPr>
                <w:lang w:val="ru-RU"/>
              </w:rPr>
              <w:t xml:space="preserve">татья Б. Стомахина «С новым гадом!»,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города Москвы от 08.06.2015);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2999.</w:t>
            </w:r>
          </w:p>
        </w:tc>
        <w:tc>
          <w:tcPr>
            <w:tcW w:w="2880" w:type="dxa"/>
          </w:tcPr>
          <w:p w:rsidR="006F7457" w:rsidRPr="00332DB8" w:rsidRDefault="00332DB8">
            <w:pPr>
              <w:rPr>
                <w:lang w:val="ru-RU"/>
              </w:rPr>
            </w:pPr>
            <w:r>
              <w:t>C</w:t>
            </w:r>
            <w:r w:rsidRPr="00332DB8">
              <w:rPr>
                <w:lang w:val="ru-RU"/>
              </w:rPr>
              <w:t xml:space="preserve">татья Б. Стомахина «Утешительный приз»,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города Москвы от 08.06.2015);</w:t>
            </w:r>
          </w:p>
        </w:tc>
        <w:tc>
          <w:tcPr>
            <w:tcW w:w="2880" w:type="dxa"/>
          </w:tcPr>
          <w:p w:rsidR="006F7457" w:rsidRPr="00332DB8" w:rsidRDefault="006F7457">
            <w:pPr>
              <w:rPr>
                <w:lang w:val="ru-RU"/>
              </w:rPr>
            </w:pPr>
          </w:p>
        </w:tc>
      </w:tr>
      <w:tr w:rsidR="006F7457" w:rsidRPr="005A424D">
        <w:tc>
          <w:tcPr>
            <w:tcW w:w="2880" w:type="dxa"/>
          </w:tcPr>
          <w:p w:rsidR="006F7457" w:rsidRDefault="00332DB8">
            <w:r>
              <w:t>3000.</w:t>
            </w:r>
          </w:p>
        </w:tc>
        <w:tc>
          <w:tcPr>
            <w:tcW w:w="2880" w:type="dxa"/>
          </w:tcPr>
          <w:p w:rsidR="006F7457" w:rsidRPr="00332DB8" w:rsidRDefault="00332DB8">
            <w:pPr>
              <w:rPr>
                <w:lang w:val="ru-RU"/>
              </w:rPr>
            </w:pPr>
            <w:r w:rsidRPr="00332DB8">
              <w:rPr>
                <w:lang w:val="ru-RU"/>
              </w:rPr>
              <w:t>Информационный материал, изложенный в виде текста песни под названием «Убивай Русских» исполнителя группы под названием «</w:t>
            </w:r>
            <w:r>
              <w:t>Warrios</w:t>
            </w:r>
            <w:r w:rsidRPr="00332DB8">
              <w:rPr>
                <w:lang w:val="ru-RU"/>
              </w:rPr>
              <w:t xml:space="preserve"> </w:t>
            </w:r>
            <w:r>
              <w:t>of</w:t>
            </w:r>
            <w:r w:rsidRPr="00332DB8">
              <w:rPr>
                <w:lang w:val="ru-RU"/>
              </w:rPr>
              <w:t xml:space="preserve"> </w:t>
            </w:r>
            <w:r>
              <w:t>zion</w:t>
            </w:r>
            <w:r w:rsidRPr="00332DB8">
              <w:rPr>
                <w:lang w:val="ru-RU"/>
              </w:rPr>
              <w:t xml:space="preserve">», распространяемый на сайте в информационно-телекоммуникационной сети Интернет: </w:t>
            </w:r>
            <w:r>
              <w:t>hhttp</w:t>
            </w:r>
            <w:r w:rsidRPr="00332DB8">
              <w:rPr>
                <w:lang w:val="ru-RU"/>
              </w:rPr>
              <w:t>://</w:t>
            </w:r>
            <w:r>
              <w:t>mp</w:t>
            </w:r>
            <w:r w:rsidRPr="00332DB8">
              <w:rPr>
                <w:lang w:val="ru-RU"/>
              </w:rPr>
              <w:t>3</w:t>
            </w:r>
            <w:r>
              <w:t>pesnja</w:t>
            </w:r>
            <w:r w:rsidRPr="00332DB8">
              <w:rPr>
                <w:lang w:val="ru-RU"/>
              </w:rPr>
              <w:t>.</w:t>
            </w:r>
            <w:r>
              <w:t>com</w:t>
            </w:r>
            <w:r w:rsidRPr="00332DB8">
              <w:rPr>
                <w:lang w:val="ru-RU"/>
              </w:rPr>
              <w:t>/</w:t>
            </w:r>
            <w:r>
              <w:t>song</w:t>
            </w:r>
            <w:r w:rsidRPr="00332DB8">
              <w:rPr>
                <w:lang w:val="ru-RU"/>
              </w:rPr>
              <w:t>/</w:t>
            </w:r>
            <w:r>
              <w:t>warrios</w:t>
            </w:r>
            <w:r w:rsidRPr="00332DB8">
              <w:rPr>
                <w:lang w:val="ru-RU"/>
              </w:rPr>
              <w:t>+</w:t>
            </w:r>
            <w:r>
              <w:t>of</w:t>
            </w:r>
            <w:r w:rsidRPr="00332DB8">
              <w:rPr>
                <w:lang w:val="ru-RU"/>
              </w:rPr>
              <w:t>+</w:t>
            </w:r>
            <w:r>
              <w:t>zion</w:t>
            </w:r>
            <w:r w:rsidRPr="00332DB8">
              <w:rPr>
                <w:lang w:val="ru-RU"/>
              </w:rPr>
              <w:t>+%</w:t>
            </w:r>
            <w:r>
              <w:t>D</w:t>
            </w:r>
            <w:r w:rsidRPr="00332DB8">
              <w:rPr>
                <w:lang w:val="ru-RU"/>
              </w:rPr>
              <w:t>0%</w:t>
            </w:r>
            <w:r>
              <w:t>BB</w:t>
            </w:r>
            <w:r w:rsidRPr="00332DB8">
              <w:rPr>
                <w:lang w:val="ru-RU"/>
              </w:rPr>
              <w:t>%</w:t>
            </w:r>
            <w:r>
              <w:t>D</w:t>
            </w:r>
            <w:r w:rsidRPr="00332DB8">
              <w:rPr>
                <w:lang w:val="ru-RU"/>
              </w:rPr>
              <w:t>0%</w:t>
            </w:r>
            <w:r>
              <w:t>B</w:t>
            </w:r>
            <w:r w:rsidRPr="00332DB8">
              <w:rPr>
                <w:lang w:val="ru-RU"/>
              </w:rPr>
              <w:t>5%</w:t>
            </w:r>
            <w:r>
              <w:t>D</w:t>
            </w:r>
            <w:r w:rsidRPr="00332DB8">
              <w:rPr>
                <w:lang w:val="ru-RU"/>
              </w:rPr>
              <w:t>0%</w:t>
            </w:r>
            <w:r>
              <w:t>B</w:t>
            </w:r>
            <w:r w:rsidRPr="00332DB8">
              <w:rPr>
                <w:lang w:val="ru-RU"/>
              </w:rPr>
              <w:t>7%</w:t>
            </w:r>
            <w:r>
              <w:t>D</w:t>
            </w:r>
            <w:r w:rsidRPr="00332DB8">
              <w:rPr>
                <w:lang w:val="ru-RU"/>
              </w:rPr>
              <w:t>0%</w:t>
            </w:r>
            <w:r>
              <w:t>B</w:t>
            </w:r>
            <w:r w:rsidRPr="00332DB8">
              <w:rPr>
                <w:lang w:val="ru-RU"/>
              </w:rPr>
              <w:t>3%</w:t>
            </w:r>
            <w:r>
              <w:t>D</w:t>
            </w:r>
            <w:r w:rsidRPr="00332DB8">
              <w:rPr>
                <w:lang w:val="ru-RU"/>
              </w:rPr>
              <w:t>0%</w:t>
            </w:r>
            <w:r>
              <w:t>B</w:t>
            </w:r>
            <w:r w:rsidRPr="00332DB8">
              <w:rPr>
                <w:lang w:val="ru-RU"/>
              </w:rPr>
              <w:t>8%</w:t>
            </w:r>
            <w:r>
              <w:t>D</w:t>
            </w:r>
            <w:r w:rsidRPr="00332DB8">
              <w:rPr>
                <w:lang w:val="ru-RU"/>
              </w:rPr>
              <w:t>0%</w:t>
            </w:r>
            <w:r>
              <w:t>B</w:t>
            </w:r>
            <w:r w:rsidRPr="00332DB8">
              <w:rPr>
                <w:lang w:val="ru-RU"/>
              </w:rPr>
              <w:t>8%</w:t>
            </w:r>
            <w:r>
              <w:t>D</w:t>
            </w:r>
            <w:r w:rsidRPr="00332DB8">
              <w:rPr>
                <w:lang w:val="ru-RU"/>
              </w:rPr>
              <w:t>0%</w:t>
            </w:r>
            <w:r>
              <w:t>BD</w:t>
            </w:r>
            <w:r w:rsidRPr="00332DB8">
              <w:rPr>
                <w:lang w:val="ru-RU"/>
              </w:rPr>
              <w:t>%</w:t>
            </w:r>
            <w:r>
              <w:t>D</w:t>
            </w:r>
            <w:r w:rsidRPr="00332DB8">
              <w:rPr>
                <w:lang w:val="ru-RU"/>
              </w:rPr>
              <w:t>0%</w:t>
            </w:r>
            <w:r>
              <w:t>BA</w:t>
            </w:r>
            <w:r w:rsidRPr="00332DB8">
              <w:rPr>
                <w:lang w:val="ru-RU"/>
              </w:rPr>
              <w:t>%</w:t>
            </w:r>
            <w:r>
              <w:t>D</w:t>
            </w:r>
            <w:r w:rsidRPr="00332DB8">
              <w:rPr>
                <w:lang w:val="ru-RU"/>
              </w:rPr>
              <w:t>0%</w:t>
            </w:r>
            <w:r>
              <w:t>B</w:t>
            </w:r>
            <w:r w:rsidRPr="00332DB8">
              <w:rPr>
                <w:lang w:val="ru-RU"/>
              </w:rPr>
              <w:t>0 (решение Останкинского районного суда города Москвы от 13.05.2015);</w:t>
            </w:r>
          </w:p>
        </w:tc>
        <w:tc>
          <w:tcPr>
            <w:tcW w:w="2880" w:type="dxa"/>
          </w:tcPr>
          <w:p w:rsidR="006F7457" w:rsidRPr="00332DB8" w:rsidRDefault="006F7457">
            <w:pPr>
              <w:rPr>
                <w:lang w:val="ru-RU"/>
              </w:rPr>
            </w:pPr>
          </w:p>
        </w:tc>
      </w:tr>
      <w:tr w:rsidR="006F7457">
        <w:tc>
          <w:tcPr>
            <w:tcW w:w="2880" w:type="dxa"/>
          </w:tcPr>
          <w:p w:rsidR="006F7457" w:rsidRDefault="00332DB8">
            <w:r>
              <w:t>3001.</w:t>
            </w:r>
          </w:p>
        </w:tc>
        <w:tc>
          <w:tcPr>
            <w:tcW w:w="2880" w:type="dxa"/>
          </w:tcPr>
          <w:p w:rsidR="006F7457" w:rsidRDefault="00332DB8">
            <w:r w:rsidRPr="00332DB8">
              <w:rPr>
                <w:lang w:val="ru-RU"/>
              </w:rPr>
              <w:t xml:space="preserve">- размещенный на Интернет-страницах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w</w:t>
            </w:r>
            <w:r w:rsidRPr="00332DB8">
              <w:rPr>
                <w:lang w:val="ru-RU"/>
              </w:rPr>
              <w:t>7</w:t>
            </w:r>
            <w:r>
              <w:t>ezZtkL</w:t>
            </w:r>
            <w:r w:rsidRPr="00332DB8">
              <w:rPr>
                <w:lang w:val="ru-RU"/>
              </w:rPr>
              <w:t>1-</w:t>
            </w:r>
            <w:r>
              <w:t>E</w:t>
            </w:r>
            <w:r w:rsidRPr="00332DB8">
              <w:rPr>
                <w:lang w:val="ru-RU"/>
              </w:rPr>
              <w:t xml:space="preserve">, </w:t>
            </w:r>
            <w:r>
              <w:t>http</w:t>
            </w:r>
            <w:r w:rsidRPr="00332DB8">
              <w:rPr>
                <w:lang w:val="ru-RU"/>
              </w:rPr>
              <w:t>://</w:t>
            </w:r>
            <w:r>
              <w:t>www</w:t>
            </w:r>
            <w:r w:rsidRPr="00332DB8">
              <w:rPr>
                <w:lang w:val="ru-RU"/>
              </w:rPr>
              <w:t>.</w:t>
            </w:r>
            <w:r>
              <w:t>russobor</w:t>
            </w:r>
            <w:r w:rsidRPr="00332DB8">
              <w:rPr>
                <w:lang w:val="ru-RU"/>
              </w:rPr>
              <w:t>.</w:t>
            </w:r>
            <w:r>
              <w:t>com</w:t>
            </w:r>
            <w:r w:rsidRPr="00332DB8">
              <w:rPr>
                <w:lang w:val="ru-RU"/>
              </w:rPr>
              <w:t>/</w:t>
            </w:r>
            <w:r>
              <w:t>videomaterialy</w:t>
            </w:r>
            <w:r w:rsidRPr="00332DB8">
              <w:rPr>
                <w:lang w:val="ru-RU"/>
              </w:rPr>
              <w:t>/-</w:t>
            </w:r>
            <w:r>
              <w:t>ja</w:t>
            </w:r>
            <w:r w:rsidRPr="00332DB8">
              <w:rPr>
                <w:lang w:val="ru-RU"/>
              </w:rPr>
              <w:t>-</w:t>
            </w:r>
            <w:r>
              <w:t>budu</w:t>
            </w:r>
            <w:r w:rsidRPr="00332DB8">
              <w:rPr>
                <w:lang w:val="ru-RU"/>
              </w:rPr>
              <w:t>-</w:t>
            </w:r>
            <w:r>
              <w:t>delat</w:t>
            </w:r>
            <w:r w:rsidRPr="00332DB8">
              <w:rPr>
                <w:lang w:val="ru-RU"/>
              </w:rPr>
              <w:t>-</w:t>
            </w:r>
            <w:r>
              <w:t>vs</w:t>
            </w:r>
            <w:r w:rsidRPr="00332DB8">
              <w:rPr>
                <w:lang w:val="ru-RU"/>
              </w:rPr>
              <w:t>-</w:t>
            </w:r>
            <w:r>
              <w:t>chtoby</w:t>
            </w:r>
            <w:r w:rsidRPr="00332DB8">
              <w:rPr>
                <w:lang w:val="ru-RU"/>
              </w:rPr>
              <w:t>-</w:t>
            </w:r>
            <w:r>
              <w:t>putinskoi</w:t>
            </w:r>
            <w:r w:rsidRPr="00332DB8">
              <w:rPr>
                <w:lang w:val="ru-RU"/>
              </w:rPr>
              <w:t>-</w:t>
            </w:r>
            <w:r>
              <w:t>rosi</w:t>
            </w:r>
            <w:r w:rsidRPr="00332DB8">
              <w:rPr>
                <w:lang w:val="ru-RU"/>
              </w:rPr>
              <w:t>-</w:t>
            </w:r>
            <w:r>
              <w:t>ne</w:t>
            </w:r>
            <w:r w:rsidRPr="00332DB8">
              <w:rPr>
                <w:lang w:val="ru-RU"/>
              </w:rPr>
              <w:t>-</w:t>
            </w:r>
            <w:r>
              <w:t>stalo</w:t>
            </w:r>
            <w:r w:rsidRPr="00332DB8">
              <w:rPr>
                <w:lang w:val="ru-RU"/>
              </w:rPr>
              <w:t>-</w:t>
            </w:r>
            <w:r>
              <w:t>azarii</w:t>
            </w:r>
            <w:r w:rsidRPr="00332DB8">
              <w:rPr>
                <w:lang w:val="ru-RU"/>
              </w:rPr>
              <w:t>.</w:t>
            </w:r>
            <w:r>
              <w:t>html</w:t>
            </w:r>
            <w:r w:rsidRPr="00332DB8">
              <w:rPr>
                <w:lang w:val="ru-RU"/>
              </w:rPr>
              <w:t xml:space="preserve">, </w:t>
            </w:r>
            <w:r>
              <w:t>http</w:t>
            </w:r>
            <w:r w:rsidRPr="00332DB8">
              <w:rPr>
                <w:lang w:val="ru-RU"/>
              </w:rPr>
              <w:t>://</w:t>
            </w:r>
            <w:r>
              <w:t>www</w:t>
            </w:r>
            <w:r w:rsidRPr="00332DB8">
              <w:rPr>
                <w:lang w:val="ru-RU"/>
              </w:rPr>
              <w:t>.</w:t>
            </w:r>
            <w:r>
              <w:t>sibpower</w:t>
            </w:r>
            <w:r w:rsidRPr="00332DB8">
              <w:rPr>
                <w:lang w:val="ru-RU"/>
              </w:rPr>
              <w:t>.</w:t>
            </w:r>
            <w:r>
              <w:t>com</w:t>
            </w:r>
            <w:r w:rsidRPr="00332DB8">
              <w:rPr>
                <w:lang w:val="ru-RU"/>
              </w:rPr>
              <w:t>/</w:t>
            </w:r>
            <w:r>
              <w:t>novosti</w:t>
            </w:r>
            <w:r w:rsidRPr="00332DB8">
              <w:rPr>
                <w:lang w:val="ru-RU"/>
              </w:rPr>
              <w:t>/-</w:t>
            </w:r>
            <w:r>
              <w:t>ja</w:t>
            </w:r>
            <w:r w:rsidRPr="00332DB8">
              <w:rPr>
                <w:lang w:val="ru-RU"/>
              </w:rPr>
              <w:t>-</w:t>
            </w:r>
            <w:r>
              <w:t>budu</w:t>
            </w:r>
            <w:r w:rsidRPr="00332DB8">
              <w:rPr>
                <w:lang w:val="ru-RU"/>
              </w:rPr>
              <w:t>-</w:t>
            </w:r>
            <w:r>
              <w:t>delat</w:t>
            </w:r>
            <w:r w:rsidRPr="00332DB8">
              <w:rPr>
                <w:lang w:val="ru-RU"/>
              </w:rPr>
              <w:t>-</w:t>
            </w:r>
            <w:r>
              <w:t>vsyo</w:t>
            </w:r>
            <w:r w:rsidRPr="00332DB8">
              <w:rPr>
                <w:lang w:val="ru-RU"/>
              </w:rPr>
              <w:t>-</w:t>
            </w:r>
            <w:r>
              <w:t>chtoby</w:t>
            </w:r>
            <w:r w:rsidRPr="00332DB8">
              <w:rPr>
                <w:lang w:val="ru-RU"/>
              </w:rPr>
              <w:t>-</w:t>
            </w:r>
            <w:r>
              <w:t>putinskoi</w:t>
            </w:r>
            <w:r w:rsidRPr="00332DB8">
              <w:rPr>
                <w:lang w:val="ru-RU"/>
              </w:rPr>
              <w:t>-</w:t>
            </w:r>
            <w:r>
              <w:t>rosi</w:t>
            </w:r>
            <w:r w:rsidRPr="00332DB8">
              <w:rPr>
                <w:lang w:val="ru-RU"/>
              </w:rPr>
              <w:t>-</w:t>
            </w:r>
            <w:r>
              <w:t>ne</w:t>
            </w:r>
            <w:r w:rsidRPr="00332DB8">
              <w:rPr>
                <w:lang w:val="ru-RU"/>
              </w:rPr>
              <w:t>-</w:t>
            </w:r>
            <w:r>
              <w:t>stalo</w:t>
            </w:r>
            <w:r w:rsidRPr="00332DB8">
              <w:rPr>
                <w:lang w:val="ru-RU"/>
              </w:rPr>
              <w:t>-</w:t>
            </w:r>
            <w:r>
              <w:t>azarii</w:t>
            </w:r>
            <w:r w:rsidRPr="00332DB8">
              <w:rPr>
                <w:lang w:val="ru-RU"/>
              </w:rPr>
              <w:t>.</w:t>
            </w:r>
            <w:r>
              <w:t>html</w:t>
            </w:r>
            <w:r w:rsidRPr="00332DB8">
              <w:rPr>
                <w:lang w:val="ru-RU"/>
              </w:rPr>
              <w:t xml:space="preserve">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=4</w:t>
            </w:r>
            <w:r>
              <w:t>j</w:t>
            </w:r>
            <w:r w:rsidRPr="00332DB8">
              <w:rPr>
                <w:lang w:val="ru-RU"/>
              </w:rPr>
              <w:t>0</w:t>
            </w:r>
            <w:r>
              <w:t>PDlZ</w:t>
            </w:r>
            <w:r w:rsidRPr="00332DB8">
              <w:rPr>
                <w:lang w:val="ru-RU"/>
              </w:rPr>
              <w:t>9</w:t>
            </w:r>
            <w:r>
              <w:t>rr</w:t>
            </w:r>
            <w:r w:rsidRPr="00332DB8">
              <w:rPr>
                <w:lang w:val="ru-RU"/>
              </w:rPr>
              <w:t>8&amp;</w:t>
            </w:r>
            <w:r>
              <w:t>spfreload</w:t>
            </w:r>
            <w:r w:rsidRPr="00332DB8">
              <w:rPr>
                <w:lang w:val="ru-RU"/>
              </w:rPr>
              <w:t xml:space="preserve">=10, </w:t>
            </w:r>
            <w:r>
              <w:t>http</w:t>
            </w:r>
            <w:r w:rsidRPr="00332DB8">
              <w:rPr>
                <w:lang w:val="ru-RU"/>
              </w:rPr>
              <w:t>://</w:t>
            </w:r>
            <w:r>
              <w:t>www</w:t>
            </w:r>
            <w:r w:rsidRPr="00332DB8">
              <w:rPr>
                <w:lang w:val="ru-RU"/>
              </w:rPr>
              <w:t>.</w:t>
            </w:r>
            <w:r>
              <w:t>russobor</w:t>
            </w:r>
            <w:r w:rsidRPr="00332DB8">
              <w:rPr>
                <w:lang w:val="ru-RU"/>
              </w:rPr>
              <w:t>.</w:t>
            </w:r>
            <w:r>
              <w:t>com</w:t>
            </w:r>
            <w:r w:rsidRPr="00332DB8">
              <w:rPr>
                <w:lang w:val="ru-RU"/>
              </w:rPr>
              <w:t>/</w:t>
            </w:r>
            <w:r>
              <w:t>publikaci</w:t>
            </w:r>
            <w:r w:rsidRPr="00332DB8">
              <w:rPr>
                <w:lang w:val="ru-RU"/>
              </w:rPr>
              <w:t>-</w:t>
            </w:r>
            <w:r>
              <w:t>sobora</w:t>
            </w:r>
            <w:r w:rsidRPr="00332DB8">
              <w:rPr>
                <w:lang w:val="ru-RU"/>
              </w:rPr>
              <w:t>/</w:t>
            </w:r>
            <w:r>
              <w:t>rus</w:t>
            </w:r>
            <w:r w:rsidRPr="00332DB8">
              <w:rPr>
                <w:lang w:val="ru-RU"/>
              </w:rPr>
              <w:t>-</w:t>
            </w:r>
            <w:r>
              <w:t>i</w:t>
            </w:r>
            <w:r w:rsidRPr="00332DB8">
              <w:rPr>
                <w:lang w:val="ru-RU"/>
              </w:rPr>
              <w:t>-</w:t>
            </w:r>
            <w:r>
              <w:t>putinskaja</w:t>
            </w:r>
            <w:r w:rsidRPr="00332DB8">
              <w:rPr>
                <w:lang w:val="ru-RU"/>
              </w:rPr>
              <w:t>-</w:t>
            </w:r>
            <w:r>
              <w:t>hazarija</w:t>
            </w:r>
            <w:r w:rsidRPr="00332DB8">
              <w:rPr>
                <w:lang w:val="ru-RU"/>
              </w:rPr>
              <w:t>-</w:t>
            </w:r>
            <w:r>
              <w:t>nashi</w:t>
            </w:r>
            <w:r w:rsidRPr="00332DB8">
              <w:rPr>
                <w:lang w:val="ru-RU"/>
              </w:rPr>
              <w:t>-</w:t>
            </w:r>
            <w:r>
              <w:t>dni</w:t>
            </w:r>
            <w:r w:rsidRPr="00332DB8">
              <w:rPr>
                <w:lang w:val="ru-RU"/>
              </w:rPr>
              <w:t>-</w:t>
            </w:r>
            <w:r>
              <w:t>video</w:t>
            </w:r>
            <w:r w:rsidRPr="00332DB8">
              <w:rPr>
                <w:lang w:val="ru-RU"/>
              </w:rPr>
              <w:t>.</w:t>
            </w:r>
            <w:r>
              <w:t>html</w:t>
            </w:r>
            <w:r w:rsidRPr="00332DB8">
              <w:rPr>
                <w:lang w:val="ru-RU"/>
              </w:rPr>
              <w:t xml:space="preserve">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jxXO</w:t>
            </w:r>
            <w:r w:rsidRPr="00332DB8">
              <w:rPr>
                <w:lang w:val="ru-RU"/>
              </w:rPr>
              <w:t>-1</w:t>
            </w:r>
            <w:r>
              <w:t>VRYl</w:t>
            </w:r>
            <w:r w:rsidRPr="00332DB8">
              <w:rPr>
                <w:lang w:val="ru-RU"/>
              </w:rPr>
              <w:t>4&amp;</w:t>
            </w:r>
            <w:r>
              <w:t>spfreload</w:t>
            </w:r>
            <w:r w:rsidRPr="00332DB8">
              <w:rPr>
                <w:lang w:val="ru-RU"/>
              </w:rPr>
              <w:t xml:space="preserve">=10, </w:t>
            </w:r>
            <w:r>
              <w:t>http</w:t>
            </w:r>
            <w:r w:rsidRPr="00332DB8">
              <w:rPr>
                <w:lang w:val="ru-RU"/>
              </w:rPr>
              <w:t>://</w:t>
            </w:r>
            <w:r>
              <w:t>www</w:t>
            </w:r>
            <w:r w:rsidRPr="00332DB8">
              <w:rPr>
                <w:lang w:val="ru-RU"/>
              </w:rPr>
              <w:t>.</w:t>
            </w:r>
            <w:r>
              <w:t>sibpower</w:t>
            </w:r>
            <w:r w:rsidRPr="00332DB8">
              <w:rPr>
                <w:lang w:val="ru-RU"/>
              </w:rPr>
              <w:t>.</w:t>
            </w:r>
            <w:r>
              <w:t>com</w:t>
            </w:r>
            <w:r w:rsidRPr="00332DB8">
              <w:rPr>
                <w:lang w:val="ru-RU"/>
              </w:rPr>
              <w:t>/</w:t>
            </w:r>
            <w:r>
              <w:t>publikaci</w:t>
            </w:r>
            <w:r w:rsidRPr="00332DB8">
              <w:rPr>
                <w:lang w:val="ru-RU"/>
              </w:rPr>
              <w:t>/</w:t>
            </w:r>
            <w:r>
              <w:t>rus</w:t>
            </w:r>
            <w:r w:rsidRPr="00332DB8">
              <w:rPr>
                <w:lang w:val="ru-RU"/>
              </w:rPr>
              <w:t>-</w:t>
            </w:r>
            <w:r>
              <w:t>protiv</w:t>
            </w:r>
            <w:r w:rsidRPr="00332DB8">
              <w:rPr>
                <w:lang w:val="ru-RU"/>
              </w:rPr>
              <w:t>-</w:t>
            </w:r>
            <w:r>
              <w:t>rosiiskoi</w:t>
            </w:r>
            <w:r w:rsidRPr="00332DB8">
              <w:rPr>
                <w:lang w:val="ru-RU"/>
              </w:rPr>
              <w:t>-</w:t>
            </w:r>
            <w:r>
              <w:t>hazari</w:t>
            </w:r>
            <w:r w:rsidRPr="00332DB8">
              <w:rPr>
                <w:lang w:val="ru-RU"/>
              </w:rPr>
              <w:t>-</w:t>
            </w:r>
            <w:r>
              <w:t>globalistskie</w:t>
            </w:r>
            <w:r w:rsidRPr="00332DB8">
              <w:rPr>
                <w:lang w:val="ru-RU"/>
              </w:rPr>
              <w:t>-</w:t>
            </w:r>
            <w:r>
              <w:t>igry</w:t>
            </w:r>
            <w:r w:rsidRPr="00332DB8">
              <w:rPr>
                <w:lang w:val="ru-RU"/>
              </w:rPr>
              <w:t>-</w:t>
            </w:r>
            <w:r>
              <w:t>mirovogo</w:t>
            </w:r>
            <w:r w:rsidRPr="00332DB8">
              <w:rPr>
                <w:lang w:val="ru-RU"/>
              </w:rPr>
              <w:t>-</w:t>
            </w:r>
            <w:r>
              <w:t>kaganata</w:t>
            </w:r>
            <w:r w:rsidRPr="00332DB8">
              <w:rPr>
                <w:lang w:val="ru-RU"/>
              </w:rPr>
              <w:t>-</w:t>
            </w:r>
            <w:r>
              <w:t>audio</w:t>
            </w:r>
            <w:r w:rsidRPr="00332DB8">
              <w:rPr>
                <w:lang w:val="ru-RU"/>
              </w:rPr>
              <w:t>-</w:t>
            </w:r>
            <w:r>
              <w:t>i</w:t>
            </w:r>
            <w:r w:rsidRPr="00332DB8">
              <w:rPr>
                <w:lang w:val="ru-RU"/>
              </w:rPr>
              <w:t>-</w:t>
            </w:r>
            <w:r>
              <w:t>statja</w:t>
            </w:r>
            <w:r w:rsidRPr="00332DB8">
              <w:rPr>
                <w:lang w:val="ru-RU"/>
              </w:rPr>
              <w:t>.</w:t>
            </w:r>
            <w:r>
              <w:t>html</w:t>
            </w:r>
            <w:r w:rsidRPr="00332DB8">
              <w:rPr>
                <w:lang w:val="ru-RU"/>
              </w:rPr>
              <w:t xml:space="preserve">, </w:t>
            </w:r>
            <w:r>
              <w:t>http</w:t>
            </w:r>
            <w:r w:rsidRPr="00332DB8">
              <w:rPr>
                <w:lang w:val="ru-RU"/>
              </w:rPr>
              <w:t>://</w:t>
            </w:r>
            <w:r>
              <w:t>www</w:t>
            </w:r>
            <w:r w:rsidRPr="00332DB8">
              <w:rPr>
                <w:lang w:val="ru-RU"/>
              </w:rPr>
              <w:t>.</w:t>
            </w:r>
            <w:r>
              <w:t>russobor</w:t>
            </w:r>
            <w:r w:rsidRPr="00332DB8">
              <w:rPr>
                <w:lang w:val="ru-RU"/>
              </w:rPr>
              <w:t>.</w:t>
            </w:r>
            <w:r>
              <w:t>com</w:t>
            </w:r>
            <w:r w:rsidRPr="00332DB8">
              <w:rPr>
                <w:lang w:val="ru-RU"/>
              </w:rPr>
              <w:t xml:space="preserve">/ </w:t>
            </w:r>
            <w:r>
              <w:t>publikaci</w:t>
            </w:r>
            <w:r w:rsidRPr="00332DB8">
              <w:rPr>
                <w:lang w:val="ru-RU"/>
              </w:rPr>
              <w:t>-</w:t>
            </w:r>
            <w:r>
              <w:t>sobora</w:t>
            </w:r>
            <w:r w:rsidRPr="00332DB8">
              <w:rPr>
                <w:lang w:val="ru-RU"/>
              </w:rPr>
              <w:t>/</w:t>
            </w:r>
            <w:r>
              <w:t>rus</w:t>
            </w:r>
            <w:r w:rsidRPr="00332DB8">
              <w:rPr>
                <w:lang w:val="ru-RU"/>
              </w:rPr>
              <w:t>-</w:t>
            </w:r>
            <w:r>
              <w:t>protiv</w:t>
            </w:r>
            <w:r w:rsidRPr="00332DB8">
              <w:rPr>
                <w:lang w:val="ru-RU"/>
              </w:rPr>
              <w:t>-</w:t>
            </w:r>
            <w:r>
              <w:t>rosiiskoi</w:t>
            </w:r>
            <w:r w:rsidRPr="00332DB8">
              <w:rPr>
                <w:lang w:val="ru-RU"/>
              </w:rPr>
              <w:t>-</w:t>
            </w:r>
            <w:r>
              <w:t>hazari</w:t>
            </w:r>
            <w:r w:rsidRPr="00332DB8">
              <w:rPr>
                <w:lang w:val="ru-RU"/>
              </w:rPr>
              <w:t>-</w:t>
            </w:r>
            <w:r>
              <w:t>globalistskie</w:t>
            </w:r>
            <w:r w:rsidRPr="00332DB8">
              <w:rPr>
                <w:lang w:val="ru-RU"/>
              </w:rPr>
              <w:t>-</w:t>
            </w:r>
            <w:r>
              <w:t>igry</w:t>
            </w:r>
            <w:r w:rsidRPr="00332DB8">
              <w:rPr>
                <w:lang w:val="ru-RU"/>
              </w:rPr>
              <w:t>-</w:t>
            </w:r>
            <w:r>
              <w:t>mirovogo</w:t>
            </w:r>
            <w:r w:rsidRPr="00332DB8">
              <w:rPr>
                <w:lang w:val="ru-RU"/>
              </w:rPr>
              <w:t>-</w:t>
            </w:r>
            <w:r>
              <w:t>kaganata</w:t>
            </w:r>
            <w:r w:rsidRPr="00332DB8">
              <w:rPr>
                <w:lang w:val="ru-RU"/>
              </w:rPr>
              <w:t>-</w:t>
            </w:r>
            <w:r>
              <w:t>audio</w:t>
            </w:r>
            <w:r w:rsidRPr="00332DB8">
              <w:rPr>
                <w:lang w:val="ru-RU"/>
              </w:rPr>
              <w:t>-</w:t>
            </w:r>
            <w:r>
              <w:t>i</w:t>
            </w:r>
            <w:r w:rsidRPr="00332DB8">
              <w:rPr>
                <w:lang w:val="ru-RU"/>
              </w:rPr>
              <w:t>-</w:t>
            </w:r>
            <w:r>
              <w:t>statja</w:t>
            </w:r>
            <w:r w:rsidRPr="00332DB8">
              <w:rPr>
                <w:lang w:val="ru-RU"/>
              </w:rPr>
              <w:t>-</w:t>
            </w:r>
            <w:r>
              <w:t>chast</w:t>
            </w:r>
            <w:r w:rsidRPr="00332DB8">
              <w:rPr>
                <w:lang w:val="ru-RU"/>
              </w:rPr>
              <w:t>-</w:t>
            </w:r>
            <w:r>
              <w:t>pervaja</w:t>
            </w:r>
            <w:r w:rsidRPr="00332DB8">
              <w:rPr>
                <w:lang w:val="ru-RU"/>
              </w:rPr>
              <w:t>.</w:t>
            </w:r>
            <w:r>
              <w:t>html</w:t>
            </w:r>
            <w:r w:rsidRPr="00332DB8">
              <w:rPr>
                <w:lang w:val="ru-RU"/>
              </w:rPr>
              <w:t xml:space="preserve">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w:t>
            </w:r>
            <w:r w:rsidRPr="00332DB8">
              <w:rPr>
                <w:lang w:val="ru-RU"/>
              </w:rPr>
              <w:lastRenderedPageBreak/>
              <w:t xml:space="preserve">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no</w:t>
            </w:r>
            <w:r w:rsidRPr="00332DB8">
              <w:rPr>
                <w:lang w:val="ru-RU"/>
              </w:rPr>
              <w:t>8</w:t>
            </w:r>
            <w:r>
              <w:t>SjPOAz</w:t>
            </w:r>
            <w:r w:rsidRPr="00332DB8">
              <w:rPr>
                <w:lang w:val="ru-RU"/>
              </w:rPr>
              <w:t>0</w:t>
            </w:r>
            <w:r>
              <w:t>w</w:t>
            </w:r>
            <w:r w:rsidRPr="00332DB8">
              <w:rPr>
                <w:lang w:val="ru-RU"/>
              </w:rPr>
              <w:t>&amp;</w:t>
            </w:r>
            <w:r>
              <w:t>spfreload</w:t>
            </w:r>
            <w:r w:rsidRPr="00332DB8">
              <w:rPr>
                <w:lang w:val="ru-RU"/>
              </w:rPr>
              <w:t xml:space="preserve">=10, </w:t>
            </w:r>
            <w:r>
              <w:t>http</w:t>
            </w:r>
            <w:r w:rsidRPr="00332DB8">
              <w:rPr>
                <w:lang w:val="ru-RU"/>
              </w:rPr>
              <w:t>://</w:t>
            </w:r>
            <w:r>
              <w:t>www</w:t>
            </w:r>
            <w:r w:rsidRPr="00332DB8">
              <w:rPr>
                <w:lang w:val="ru-RU"/>
              </w:rPr>
              <w:t>.</w:t>
            </w:r>
            <w:r>
              <w:t>sibpower</w:t>
            </w:r>
            <w:r w:rsidRPr="00332DB8">
              <w:rPr>
                <w:lang w:val="ru-RU"/>
              </w:rPr>
              <w:t>.</w:t>
            </w:r>
            <w:r>
              <w:t>com</w:t>
            </w:r>
            <w:r w:rsidRPr="00332DB8">
              <w:rPr>
                <w:lang w:val="ru-RU"/>
              </w:rPr>
              <w:t>/</w:t>
            </w:r>
            <w:r>
              <w:t>publikaci</w:t>
            </w:r>
            <w:r w:rsidRPr="00332DB8">
              <w:rPr>
                <w:lang w:val="ru-RU"/>
              </w:rPr>
              <w:t>/</w:t>
            </w:r>
            <w:r>
              <w:t>rus</w:t>
            </w:r>
            <w:r w:rsidRPr="00332DB8">
              <w:rPr>
                <w:lang w:val="ru-RU"/>
              </w:rPr>
              <w:t>-</w:t>
            </w:r>
            <w:r>
              <w:t>protiv</w:t>
            </w:r>
            <w:r w:rsidRPr="00332DB8">
              <w:rPr>
                <w:lang w:val="ru-RU"/>
              </w:rPr>
              <w:t>-</w:t>
            </w:r>
            <w:r>
              <w:t>rosiiskoi</w:t>
            </w:r>
            <w:r w:rsidRPr="00332DB8">
              <w:rPr>
                <w:lang w:val="ru-RU"/>
              </w:rPr>
              <w:t>-</w:t>
            </w:r>
            <w:r>
              <w:t>hazari</w:t>
            </w:r>
            <w:r w:rsidRPr="00332DB8">
              <w:rPr>
                <w:lang w:val="ru-RU"/>
              </w:rPr>
              <w:t>-</w:t>
            </w:r>
            <w:r>
              <w:t>deistvija</w:t>
            </w:r>
            <w:r w:rsidRPr="00332DB8">
              <w:rPr>
                <w:lang w:val="ru-RU"/>
              </w:rPr>
              <w:t>-</w:t>
            </w:r>
            <w:r>
              <w:t>chast</w:t>
            </w:r>
            <w:r w:rsidRPr="00332DB8">
              <w:rPr>
                <w:lang w:val="ru-RU"/>
              </w:rPr>
              <w:t>-</w:t>
            </w:r>
            <w:r>
              <w:t>vtoraja</w:t>
            </w:r>
            <w:r w:rsidRPr="00332DB8">
              <w:rPr>
                <w:lang w:val="ru-RU"/>
              </w:rPr>
              <w:t>-</w:t>
            </w:r>
            <w:r>
              <w:t>audio</w:t>
            </w:r>
            <w:r w:rsidRPr="00332DB8">
              <w:rPr>
                <w:lang w:val="ru-RU"/>
              </w:rPr>
              <w:t>-</w:t>
            </w:r>
            <w:r>
              <w:t>i</w:t>
            </w:r>
            <w:r w:rsidRPr="00332DB8">
              <w:rPr>
                <w:lang w:val="ru-RU"/>
              </w:rPr>
              <w:t>-</w:t>
            </w:r>
            <w:r>
              <w:t>statja</w:t>
            </w:r>
            <w:r w:rsidRPr="00332DB8">
              <w:rPr>
                <w:lang w:val="ru-RU"/>
              </w:rPr>
              <w:t>.</w:t>
            </w:r>
            <w:r>
              <w:t>html</w:t>
            </w:r>
            <w:r w:rsidRPr="00332DB8">
              <w:rPr>
                <w:lang w:val="ru-RU"/>
              </w:rPr>
              <w:t xml:space="preserve">, </w:t>
            </w:r>
            <w:r>
              <w:t>http</w:t>
            </w:r>
            <w:r w:rsidRPr="00332DB8">
              <w:rPr>
                <w:lang w:val="ru-RU"/>
              </w:rPr>
              <w:t>://</w:t>
            </w:r>
            <w:r>
              <w:t>www</w:t>
            </w:r>
            <w:r w:rsidRPr="00332DB8">
              <w:rPr>
                <w:lang w:val="ru-RU"/>
              </w:rPr>
              <w:t>.</w:t>
            </w:r>
            <w:r>
              <w:t>russobor</w:t>
            </w:r>
            <w:r w:rsidRPr="00332DB8">
              <w:rPr>
                <w:lang w:val="ru-RU"/>
              </w:rPr>
              <w:t>.</w:t>
            </w:r>
            <w:r>
              <w:t>com</w:t>
            </w:r>
            <w:r w:rsidRPr="00332DB8">
              <w:rPr>
                <w:lang w:val="ru-RU"/>
              </w:rPr>
              <w:t>/</w:t>
            </w:r>
            <w:r>
              <w:t>publikaci</w:t>
            </w:r>
            <w:r w:rsidRPr="00332DB8">
              <w:rPr>
                <w:lang w:val="ru-RU"/>
              </w:rPr>
              <w:t>-</w:t>
            </w:r>
            <w:r>
              <w:t>sobora</w:t>
            </w:r>
            <w:r w:rsidRPr="00332DB8">
              <w:rPr>
                <w:lang w:val="ru-RU"/>
              </w:rPr>
              <w:t>/</w:t>
            </w:r>
            <w:r>
              <w:t>rus</w:t>
            </w:r>
            <w:r w:rsidRPr="00332DB8">
              <w:rPr>
                <w:lang w:val="ru-RU"/>
              </w:rPr>
              <w:t>-</w:t>
            </w:r>
            <w:r>
              <w:t>protiv</w:t>
            </w:r>
            <w:r w:rsidRPr="00332DB8">
              <w:rPr>
                <w:lang w:val="ru-RU"/>
              </w:rPr>
              <w:t>-</w:t>
            </w:r>
            <w:r>
              <w:t>rosiiskoi</w:t>
            </w:r>
            <w:r w:rsidRPr="00332DB8">
              <w:rPr>
                <w:lang w:val="ru-RU"/>
              </w:rPr>
              <w:t>-</w:t>
            </w:r>
            <w:r>
              <w:t>hazari</w:t>
            </w:r>
            <w:r w:rsidRPr="00332DB8">
              <w:rPr>
                <w:lang w:val="ru-RU"/>
              </w:rPr>
              <w:t>-</w:t>
            </w:r>
            <w:r>
              <w:t>deistvija</w:t>
            </w:r>
            <w:r w:rsidRPr="00332DB8">
              <w:rPr>
                <w:lang w:val="ru-RU"/>
              </w:rPr>
              <w:t>-</w:t>
            </w:r>
            <w:r>
              <w:t>chast</w:t>
            </w:r>
            <w:r w:rsidRPr="00332DB8">
              <w:rPr>
                <w:lang w:val="ru-RU"/>
              </w:rPr>
              <w:t>-</w:t>
            </w:r>
            <w:r>
              <w:t>vtoraja</w:t>
            </w:r>
            <w:r w:rsidRPr="00332DB8">
              <w:rPr>
                <w:lang w:val="ru-RU"/>
              </w:rPr>
              <w:t>-</w:t>
            </w:r>
            <w:r>
              <w:t>audio</w:t>
            </w:r>
            <w:r w:rsidRPr="00332DB8">
              <w:rPr>
                <w:lang w:val="ru-RU"/>
              </w:rPr>
              <w:t>-</w:t>
            </w:r>
            <w:r>
              <w:t>i</w:t>
            </w:r>
            <w:r w:rsidRPr="00332DB8">
              <w:rPr>
                <w:lang w:val="ru-RU"/>
              </w:rPr>
              <w:t>-</w:t>
            </w:r>
            <w:r>
              <w:t>statja</w:t>
            </w:r>
            <w:r w:rsidRPr="00332DB8">
              <w:rPr>
                <w:lang w:val="ru-RU"/>
              </w:rPr>
              <w:t>.</w:t>
            </w:r>
            <w:r>
              <w:t>html</w:t>
            </w:r>
            <w:r w:rsidRPr="00332DB8">
              <w:rPr>
                <w:lang w:val="ru-RU"/>
              </w:rPr>
              <w:t xml:space="preserve">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w:t>
            </w:r>
            <w:r>
              <w:t>http</w:t>
            </w:r>
            <w:r w:rsidRPr="00332DB8">
              <w:rPr>
                <w:lang w:val="ru-RU"/>
              </w:rPr>
              <w:t>://</w:t>
            </w:r>
            <w:r>
              <w:t>www</w:t>
            </w:r>
            <w:r w:rsidRPr="00332DB8">
              <w:rPr>
                <w:lang w:val="ru-RU"/>
              </w:rPr>
              <w:t>.</w:t>
            </w:r>
            <w:r>
              <w:t>russobor</w:t>
            </w:r>
            <w:r w:rsidRPr="00332DB8">
              <w:rPr>
                <w:lang w:val="ru-RU"/>
              </w:rPr>
              <w:t>.</w:t>
            </w:r>
            <w:r>
              <w:t>com</w:t>
            </w:r>
            <w:r w:rsidRPr="00332DB8">
              <w:rPr>
                <w:lang w:val="ru-RU"/>
              </w:rPr>
              <w:t>/</w:t>
            </w:r>
            <w:r>
              <w:t>ruskaja</w:t>
            </w:r>
            <w:r w:rsidRPr="00332DB8">
              <w:rPr>
                <w:lang w:val="ru-RU"/>
              </w:rPr>
              <w:t>-</w:t>
            </w:r>
            <w:r>
              <w:t>avtonomija</w:t>
            </w:r>
            <w:r w:rsidRPr="00332DB8">
              <w:rPr>
                <w:lang w:val="ru-RU"/>
              </w:rPr>
              <w:t>-</w:t>
            </w:r>
            <w:r>
              <w:t>sibiri</w:t>
            </w:r>
            <w:r w:rsidRPr="00332DB8">
              <w:rPr>
                <w:lang w:val="ru-RU"/>
              </w:rPr>
              <w:t>/</w:t>
            </w:r>
            <w:r>
              <w:t>chto</w:t>
            </w:r>
            <w:r w:rsidRPr="00332DB8">
              <w:rPr>
                <w:lang w:val="ru-RU"/>
              </w:rPr>
              <w:t>-</w:t>
            </w:r>
            <w:r>
              <w:t>takoe</w:t>
            </w:r>
            <w:r w:rsidRPr="00332DB8">
              <w:rPr>
                <w:lang w:val="ru-RU"/>
              </w:rPr>
              <w:t>-</w:t>
            </w:r>
            <w:r>
              <w:t>ruskaja</w:t>
            </w:r>
            <w:r w:rsidRPr="00332DB8">
              <w:rPr>
                <w:lang w:val="ru-RU"/>
              </w:rPr>
              <w:t>-</w:t>
            </w:r>
            <w:r>
              <w:t>avtonomija</w:t>
            </w:r>
            <w:r w:rsidRPr="00332DB8">
              <w:rPr>
                <w:lang w:val="ru-RU"/>
              </w:rPr>
              <w:t>-</w:t>
            </w:r>
            <w:r>
              <w:t>sibiri</w:t>
            </w:r>
            <w:r w:rsidRPr="00332DB8">
              <w:rPr>
                <w:lang w:val="ru-RU"/>
              </w:rPr>
              <w:t>-</w:t>
            </w:r>
            <w:r>
              <w:t>i</w:t>
            </w:r>
            <w:r w:rsidRPr="00332DB8">
              <w:rPr>
                <w:lang w:val="ru-RU"/>
              </w:rPr>
              <w:t>-</w:t>
            </w:r>
            <w:r>
              <w:t>kak</w:t>
            </w:r>
            <w:r w:rsidRPr="00332DB8">
              <w:rPr>
                <w:lang w:val="ru-RU"/>
              </w:rPr>
              <w:t>-</w:t>
            </w:r>
            <w:r>
              <w:t>stat</w:t>
            </w:r>
            <w:r w:rsidRPr="00332DB8">
              <w:rPr>
                <w:lang w:val="ru-RU"/>
              </w:rPr>
              <w:t>-</w:t>
            </w:r>
            <w:r>
              <w:t>samostojatelnymi</w:t>
            </w:r>
            <w:r w:rsidRPr="00332DB8">
              <w:rPr>
                <w:lang w:val="ru-RU"/>
              </w:rPr>
              <w:t>.</w:t>
            </w:r>
            <w:r>
              <w:t>html</w:t>
            </w:r>
            <w:r w:rsidRPr="00332DB8">
              <w:rPr>
                <w:lang w:val="ru-RU"/>
              </w:rPr>
              <w:t xml:space="preserve">, </w:t>
            </w:r>
            <w:r>
              <w:t>http</w:t>
            </w:r>
            <w:r w:rsidRPr="00332DB8">
              <w:rPr>
                <w:lang w:val="ru-RU"/>
              </w:rPr>
              <w:t>://</w:t>
            </w:r>
            <w:r>
              <w:t>www</w:t>
            </w:r>
            <w:r w:rsidRPr="00332DB8">
              <w:rPr>
                <w:lang w:val="ru-RU"/>
              </w:rPr>
              <w:t>.</w:t>
            </w:r>
            <w:r>
              <w:t>sibpower</w:t>
            </w:r>
            <w:r w:rsidRPr="00332DB8">
              <w:rPr>
                <w:lang w:val="ru-RU"/>
              </w:rPr>
              <w:t>.</w:t>
            </w:r>
            <w:r>
              <w:t>com</w:t>
            </w:r>
            <w:r w:rsidRPr="00332DB8">
              <w:rPr>
                <w:lang w:val="ru-RU"/>
              </w:rPr>
              <w:t>/</w:t>
            </w:r>
            <w:r>
              <w:t>novosti</w:t>
            </w:r>
            <w:r w:rsidRPr="00332DB8">
              <w:rPr>
                <w:lang w:val="ru-RU"/>
              </w:rPr>
              <w:t>/</w:t>
            </w:r>
            <w:r>
              <w:t>chto</w:t>
            </w:r>
            <w:r w:rsidRPr="00332DB8">
              <w:rPr>
                <w:lang w:val="ru-RU"/>
              </w:rPr>
              <w:t>-</w:t>
            </w:r>
            <w:r>
              <w:t>takoe</w:t>
            </w:r>
            <w:r w:rsidRPr="00332DB8">
              <w:rPr>
                <w:lang w:val="ru-RU"/>
              </w:rPr>
              <w:t>-</w:t>
            </w:r>
            <w:r>
              <w:t>ruskaja</w:t>
            </w:r>
            <w:r w:rsidRPr="00332DB8">
              <w:rPr>
                <w:lang w:val="ru-RU"/>
              </w:rPr>
              <w:t>-</w:t>
            </w:r>
            <w:r>
              <w:t>avtonomija</w:t>
            </w:r>
            <w:r w:rsidRPr="00332DB8">
              <w:rPr>
                <w:lang w:val="ru-RU"/>
              </w:rPr>
              <w:t>-</w:t>
            </w:r>
            <w:r>
              <w:t>sibiri</w:t>
            </w:r>
            <w:r w:rsidRPr="00332DB8">
              <w:rPr>
                <w:lang w:val="ru-RU"/>
              </w:rPr>
              <w:t>-</w:t>
            </w:r>
            <w:r>
              <w:t>i</w:t>
            </w:r>
            <w:r w:rsidRPr="00332DB8">
              <w:rPr>
                <w:lang w:val="ru-RU"/>
              </w:rPr>
              <w:t>-</w:t>
            </w:r>
            <w:r>
              <w:t>kak</w:t>
            </w:r>
            <w:r w:rsidRPr="00332DB8">
              <w:rPr>
                <w:lang w:val="ru-RU"/>
              </w:rPr>
              <w:t>-</w:t>
            </w:r>
            <w:r>
              <w:t>stat</w:t>
            </w:r>
            <w:r w:rsidRPr="00332DB8">
              <w:rPr>
                <w:lang w:val="ru-RU"/>
              </w:rPr>
              <w:t>-</w:t>
            </w:r>
            <w:r>
              <w:t>samostojatelnymi</w:t>
            </w:r>
            <w:r w:rsidRPr="00332DB8">
              <w:rPr>
                <w:lang w:val="ru-RU"/>
              </w:rPr>
              <w:t>.</w:t>
            </w:r>
            <w:r>
              <w:t>html</w:t>
            </w:r>
            <w:r w:rsidRPr="00332DB8">
              <w:rPr>
                <w:lang w:val="ru-RU"/>
              </w:rPr>
              <w:t xml:space="preserve">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w:t>
            </w:r>
            <w:r>
              <w:t>(решение Горно-Алтайского городского суда Республики Алтай от 17.06.2015);</w:t>
            </w:r>
          </w:p>
        </w:tc>
        <w:tc>
          <w:tcPr>
            <w:tcW w:w="2880" w:type="dxa"/>
          </w:tcPr>
          <w:p w:rsidR="006F7457" w:rsidRDefault="006F7457"/>
        </w:tc>
      </w:tr>
      <w:tr w:rsidR="006F7457" w:rsidRPr="005A424D">
        <w:tc>
          <w:tcPr>
            <w:tcW w:w="2880" w:type="dxa"/>
          </w:tcPr>
          <w:p w:rsidR="006F7457" w:rsidRDefault="00332DB8">
            <w:r>
              <w:lastRenderedPageBreak/>
              <w:t>3002.</w:t>
            </w:r>
          </w:p>
        </w:tc>
        <w:tc>
          <w:tcPr>
            <w:tcW w:w="2880" w:type="dxa"/>
          </w:tcPr>
          <w:p w:rsidR="006F7457" w:rsidRPr="00332DB8" w:rsidRDefault="00332DB8">
            <w:pPr>
              <w:rPr>
                <w:lang w:val="ru-RU"/>
              </w:rPr>
            </w:pPr>
            <w:r w:rsidRPr="00332DB8">
              <w:rPr>
                <w:lang w:val="ru-RU"/>
              </w:rPr>
              <w:t xml:space="preserve">Текст стихотворения под названием «Чурка», размещенный на странице в сети Интернет с адресом </w:t>
            </w:r>
            <w:r>
              <w:t>http</w:t>
            </w:r>
            <w:r w:rsidRPr="00332DB8">
              <w:rPr>
                <w:lang w:val="ru-RU"/>
              </w:rPr>
              <w:t>://</w:t>
            </w:r>
            <w:r>
              <w:t>demotivation</w:t>
            </w:r>
            <w:r w:rsidRPr="00332DB8">
              <w:rPr>
                <w:lang w:val="ru-RU"/>
              </w:rPr>
              <w:t>.</w:t>
            </w:r>
            <w:r>
              <w:t>me</w:t>
            </w:r>
            <w:r w:rsidRPr="00332DB8">
              <w:rPr>
                <w:lang w:val="ru-RU"/>
              </w:rPr>
              <w:t>/</w:t>
            </w:r>
            <w:r>
              <w:t>wt</w:t>
            </w:r>
            <w:r w:rsidRPr="00332DB8">
              <w:rPr>
                <w:lang w:val="ru-RU"/>
              </w:rPr>
              <w:t>6</w:t>
            </w:r>
            <w:r>
              <w:t>xqa</w:t>
            </w:r>
            <w:r w:rsidRPr="00332DB8">
              <w:rPr>
                <w:lang w:val="ru-RU"/>
              </w:rPr>
              <w:t>4</w:t>
            </w:r>
            <w:r>
              <w:t>p</w:t>
            </w:r>
            <w:r w:rsidRPr="00332DB8">
              <w:rPr>
                <w:lang w:val="ru-RU"/>
              </w:rPr>
              <w:t>9</w:t>
            </w:r>
            <w:r>
              <w:t>fabpic</w:t>
            </w:r>
            <w:r w:rsidRPr="00332DB8">
              <w:rPr>
                <w:lang w:val="ru-RU"/>
              </w:rPr>
              <w:t>.</w:t>
            </w:r>
            <w:r>
              <w:t>html</w:t>
            </w:r>
            <w:r w:rsidRPr="00332DB8">
              <w:rPr>
                <w:lang w:val="ru-RU"/>
              </w:rPr>
              <w:t>#</w:t>
            </w:r>
            <w:r>
              <w:t>tcom</w:t>
            </w:r>
            <w:r w:rsidRPr="00332DB8">
              <w:rPr>
                <w:lang w:val="ru-RU"/>
              </w:rPr>
              <w:t xml:space="preserve">, а также на странице с адресом </w:t>
            </w:r>
            <w:r>
              <w:t>http</w:t>
            </w:r>
            <w:r w:rsidRPr="00332DB8">
              <w:rPr>
                <w:lang w:val="ru-RU"/>
              </w:rPr>
              <w:t>://</w:t>
            </w:r>
            <w:r>
              <w:t>demotivation</w:t>
            </w:r>
            <w:r w:rsidRPr="00332DB8">
              <w:rPr>
                <w:lang w:val="ru-RU"/>
              </w:rPr>
              <w:t>.</w:t>
            </w:r>
            <w:r>
              <w:t>me</w:t>
            </w:r>
            <w:r w:rsidRPr="00332DB8">
              <w:rPr>
                <w:lang w:val="ru-RU"/>
              </w:rPr>
              <w:t>/</w:t>
            </w:r>
            <w:r>
              <w:t>print</w:t>
            </w:r>
            <w:r w:rsidRPr="00332DB8">
              <w:rPr>
                <w:lang w:val="ru-RU"/>
              </w:rPr>
              <w:t>_</w:t>
            </w:r>
            <w:r>
              <w:t>version</w:t>
            </w:r>
            <w:r w:rsidRPr="00332DB8">
              <w:rPr>
                <w:lang w:val="ru-RU"/>
              </w:rPr>
              <w:t>.</w:t>
            </w:r>
            <w:r>
              <w:t>php</w:t>
            </w:r>
            <w:r w:rsidRPr="00332DB8">
              <w:rPr>
                <w:lang w:val="ru-RU"/>
              </w:rPr>
              <w:t>?</w:t>
            </w:r>
            <w:r>
              <w:t>id</w:t>
            </w:r>
            <w:r w:rsidRPr="00332DB8">
              <w:rPr>
                <w:lang w:val="ru-RU"/>
              </w:rPr>
              <w:t>=</w:t>
            </w:r>
            <w:r>
              <w:t>wt</w:t>
            </w:r>
            <w:r w:rsidRPr="00332DB8">
              <w:rPr>
                <w:lang w:val="ru-RU"/>
              </w:rPr>
              <w:t>6</w:t>
            </w:r>
            <w:r>
              <w:t>xqa</w:t>
            </w:r>
            <w:r w:rsidRPr="00332DB8">
              <w:rPr>
                <w:lang w:val="ru-RU"/>
              </w:rPr>
              <w:t>4</w:t>
            </w:r>
            <w:r>
              <w:t>p</w:t>
            </w:r>
            <w:r w:rsidRPr="00332DB8">
              <w:rPr>
                <w:lang w:val="ru-RU"/>
              </w:rPr>
              <w:t>9</w:t>
            </w:r>
            <w:r>
              <w:t>fab</w:t>
            </w:r>
            <w:r w:rsidRPr="00332DB8">
              <w:rPr>
                <w:lang w:val="ru-RU"/>
              </w:rPr>
              <w:t>&amp;</w:t>
            </w:r>
            <w:r>
              <w:t>k</w:t>
            </w:r>
            <w:r w:rsidRPr="00332DB8">
              <w:rPr>
                <w:lang w:val="ru-RU"/>
              </w:rPr>
              <w:t>=9</w:t>
            </w:r>
            <w:r>
              <w:t>a</w:t>
            </w:r>
            <w:r w:rsidRPr="00332DB8">
              <w:rPr>
                <w:lang w:val="ru-RU"/>
              </w:rPr>
              <w:t>5</w:t>
            </w:r>
            <w:r>
              <w:t>fbe</w:t>
            </w:r>
            <w:r w:rsidRPr="00332DB8">
              <w:rPr>
                <w:lang w:val="ru-RU"/>
              </w:rPr>
              <w:t xml:space="preserve"> сайта с адресом </w:t>
            </w:r>
            <w:r>
              <w:t>http</w:t>
            </w:r>
            <w:r w:rsidRPr="00332DB8">
              <w:rPr>
                <w:lang w:val="ru-RU"/>
              </w:rPr>
              <w:t>://</w:t>
            </w:r>
            <w:r>
              <w:t>demotivation</w:t>
            </w:r>
            <w:r w:rsidRPr="00332DB8">
              <w:rPr>
                <w:lang w:val="ru-RU"/>
              </w:rPr>
              <w:t>.</w:t>
            </w:r>
            <w:r>
              <w:t>me</w:t>
            </w:r>
            <w:r w:rsidRPr="00332DB8">
              <w:rPr>
                <w:lang w:val="ru-RU"/>
              </w:rPr>
              <w:t xml:space="preserve"> (решение Железнодорожного районного суда г. Барнаула от 01.06.2015);</w:t>
            </w:r>
          </w:p>
        </w:tc>
        <w:tc>
          <w:tcPr>
            <w:tcW w:w="2880" w:type="dxa"/>
          </w:tcPr>
          <w:p w:rsidR="006F7457" w:rsidRPr="00332DB8" w:rsidRDefault="006F7457">
            <w:pPr>
              <w:rPr>
                <w:lang w:val="ru-RU"/>
              </w:rPr>
            </w:pPr>
          </w:p>
        </w:tc>
      </w:tr>
      <w:tr w:rsidR="006F7457">
        <w:tc>
          <w:tcPr>
            <w:tcW w:w="2880" w:type="dxa"/>
          </w:tcPr>
          <w:p w:rsidR="006F7457" w:rsidRDefault="00332DB8">
            <w:r>
              <w:t>3003.</w:t>
            </w:r>
          </w:p>
        </w:tc>
        <w:tc>
          <w:tcPr>
            <w:tcW w:w="2880" w:type="dxa"/>
          </w:tcPr>
          <w:p w:rsidR="006F7457" w:rsidRDefault="00332DB8">
            <w:r w:rsidRPr="00332DB8">
              <w:rPr>
                <w:lang w:val="ru-RU"/>
              </w:rPr>
              <w:t xml:space="preserve">Видеоролики «Коловрат – Слава России!», «Коловрат – Герои Р.О.А.» </w:t>
            </w:r>
            <w:r>
              <w:t>(решение Северного районного суда города Орла от 30.04.2015);</w:t>
            </w:r>
          </w:p>
        </w:tc>
        <w:tc>
          <w:tcPr>
            <w:tcW w:w="2880" w:type="dxa"/>
          </w:tcPr>
          <w:p w:rsidR="006F7457" w:rsidRDefault="006F7457"/>
        </w:tc>
      </w:tr>
      <w:tr w:rsidR="006F7457" w:rsidRPr="005A424D">
        <w:tc>
          <w:tcPr>
            <w:tcW w:w="2880" w:type="dxa"/>
          </w:tcPr>
          <w:p w:rsidR="006F7457" w:rsidRDefault="00332DB8">
            <w:r>
              <w:lastRenderedPageBreak/>
              <w:t>3004.</w:t>
            </w:r>
          </w:p>
        </w:tc>
        <w:tc>
          <w:tcPr>
            <w:tcW w:w="2880" w:type="dxa"/>
          </w:tcPr>
          <w:p w:rsidR="006F7457" w:rsidRPr="00332DB8" w:rsidRDefault="00332DB8">
            <w:pPr>
              <w:rPr>
                <w:lang w:val="ru-RU"/>
              </w:rPr>
            </w:pPr>
            <w:r w:rsidRPr="00332DB8">
              <w:rPr>
                <w:lang w:val="ru-RU"/>
              </w:rPr>
              <w:t xml:space="preserve">Текстовый материал «Джихад – обязанность мусульман», размещенный в телекоммуникационной сети Интернет по адресу </w:t>
            </w:r>
            <w:r>
              <w:t>http</w:t>
            </w:r>
            <w:r w:rsidRPr="00332DB8">
              <w:rPr>
                <w:lang w:val="ru-RU"/>
              </w:rPr>
              <w:t>:</w:t>
            </w:r>
            <w:r>
              <w:t>islamdin</w:t>
            </w:r>
            <w:r w:rsidRPr="00332DB8">
              <w:rPr>
                <w:lang w:val="ru-RU"/>
              </w:rPr>
              <w:t>.</w:t>
            </w:r>
            <w:r>
              <w:t>net</w:t>
            </w:r>
            <w:r w:rsidRPr="00332DB8">
              <w:rPr>
                <w:lang w:val="ru-RU"/>
              </w:rPr>
              <w:t>/</w:t>
            </w:r>
            <w:r>
              <w:t>library</w:t>
            </w:r>
            <w:r w:rsidRPr="00332DB8">
              <w:rPr>
                <w:lang w:val="ru-RU"/>
              </w:rPr>
              <w:t>/</w:t>
            </w:r>
            <w:r>
              <w:t>index</w:t>
            </w:r>
            <w:r w:rsidRPr="00332DB8">
              <w:rPr>
                <w:lang w:val="ru-RU"/>
              </w:rPr>
              <w:t>.</w:t>
            </w:r>
            <w:r>
              <w:t>php</w:t>
            </w:r>
            <w:r w:rsidRPr="00332DB8">
              <w:rPr>
                <w:lang w:val="ru-RU"/>
              </w:rPr>
              <w:t>?</w:t>
            </w:r>
            <w:r>
              <w:t>id</w:t>
            </w:r>
            <w:r w:rsidRPr="00332DB8">
              <w:rPr>
                <w:lang w:val="ru-RU"/>
              </w:rPr>
              <w:t>=95 (решение Элистинского городского суда Республики Калмыкия от 18.06.2015);</w:t>
            </w:r>
          </w:p>
        </w:tc>
        <w:tc>
          <w:tcPr>
            <w:tcW w:w="2880" w:type="dxa"/>
          </w:tcPr>
          <w:p w:rsidR="006F7457" w:rsidRPr="00332DB8" w:rsidRDefault="006F7457">
            <w:pPr>
              <w:rPr>
                <w:lang w:val="ru-RU"/>
              </w:rPr>
            </w:pPr>
          </w:p>
        </w:tc>
      </w:tr>
      <w:tr w:rsidR="006F7457" w:rsidRPr="005A424D">
        <w:tc>
          <w:tcPr>
            <w:tcW w:w="2880" w:type="dxa"/>
          </w:tcPr>
          <w:p w:rsidR="006F7457" w:rsidRDefault="00332DB8">
            <w:r>
              <w:t>3005.</w:t>
            </w:r>
          </w:p>
        </w:tc>
        <w:tc>
          <w:tcPr>
            <w:tcW w:w="2880" w:type="dxa"/>
          </w:tcPr>
          <w:p w:rsidR="006F7457" w:rsidRPr="00332DB8" w:rsidRDefault="00332DB8">
            <w:pPr>
              <w:rPr>
                <w:lang w:val="ru-RU"/>
              </w:rPr>
            </w:pPr>
            <w:r w:rsidRPr="00332DB8">
              <w:rPr>
                <w:lang w:val="ru-RU"/>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2880" w:type="dxa"/>
          </w:tcPr>
          <w:p w:rsidR="006F7457" w:rsidRPr="00332DB8" w:rsidRDefault="006F7457">
            <w:pPr>
              <w:rPr>
                <w:lang w:val="ru-RU"/>
              </w:rPr>
            </w:pPr>
          </w:p>
        </w:tc>
      </w:tr>
      <w:tr w:rsidR="006F7457" w:rsidRPr="005A424D">
        <w:tc>
          <w:tcPr>
            <w:tcW w:w="2880" w:type="dxa"/>
          </w:tcPr>
          <w:p w:rsidR="006F7457" w:rsidRDefault="00332DB8">
            <w:r>
              <w:t>3006.</w:t>
            </w:r>
          </w:p>
        </w:tc>
        <w:tc>
          <w:tcPr>
            <w:tcW w:w="2880" w:type="dxa"/>
          </w:tcPr>
          <w:p w:rsidR="006F7457" w:rsidRPr="00332DB8" w:rsidRDefault="00332DB8">
            <w:pPr>
              <w:rPr>
                <w:lang w:val="ru-RU"/>
              </w:rPr>
            </w:pPr>
            <w:r w:rsidRPr="00332DB8">
              <w:rPr>
                <w:lang w:val="ru-RU"/>
              </w:rPr>
              <w:t>Информационные материалы – видеозапись выступлений Ткача В.Д., …, файлы под наименованиями «</w:t>
            </w:r>
            <w:r>
              <w:t>DSC</w:t>
            </w:r>
            <w:r w:rsidRPr="00332DB8">
              <w:rPr>
                <w:lang w:val="ru-RU"/>
              </w:rPr>
              <w:t xml:space="preserve"> 04030.</w:t>
            </w:r>
            <w:r>
              <w:t>MOV</w:t>
            </w:r>
            <w:r w:rsidRPr="00332DB8">
              <w:rPr>
                <w:lang w:val="ru-RU"/>
              </w:rPr>
              <w:t>», «</w:t>
            </w:r>
            <w:r>
              <w:t>DSC</w:t>
            </w:r>
            <w:r w:rsidRPr="00332DB8">
              <w:rPr>
                <w:lang w:val="ru-RU"/>
              </w:rPr>
              <w:t xml:space="preserve"> 0465.</w:t>
            </w:r>
            <w:r>
              <w:t>MOV</w:t>
            </w:r>
            <w:r w:rsidRPr="00332DB8">
              <w:rPr>
                <w:lang w:val="ru-RU"/>
              </w:rPr>
              <w:t>», обнаруженные на внешнем жестком диске «3</w:t>
            </w:r>
            <w:r>
              <w:t>Q</w:t>
            </w:r>
            <w:r w:rsidRPr="00332DB8">
              <w:rPr>
                <w:lang w:val="ru-RU"/>
              </w:rPr>
              <w:t>», изъятом у Митяева С.В. (решение Замоскворецкого районного суда города Москвы от 16.06.2015);</w:t>
            </w:r>
          </w:p>
        </w:tc>
        <w:tc>
          <w:tcPr>
            <w:tcW w:w="2880" w:type="dxa"/>
          </w:tcPr>
          <w:p w:rsidR="006F7457" w:rsidRPr="00332DB8" w:rsidRDefault="006F7457">
            <w:pPr>
              <w:rPr>
                <w:lang w:val="ru-RU"/>
              </w:rPr>
            </w:pPr>
          </w:p>
        </w:tc>
      </w:tr>
      <w:tr w:rsidR="006F7457" w:rsidRPr="005A424D">
        <w:tc>
          <w:tcPr>
            <w:tcW w:w="2880" w:type="dxa"/>
          </w:tcPr>
          <w:p w:rsidR="006F7457" w:rsidRDefault="00332DB8">
            <w:r>
              <w:t>3007.</w:t>
            </w:r>
          </w:p>
        </w:tc>
        <w:tc>
          <w:tcPr>
            <w:tcW w:w="2880" w:type="dxa"/>
          </w:tcPr>
          <w:p w:rsidR="006F7457" w:rsidRPr="00332DB8" w:rsidRDefault="00332DB8">
            <w:pPr>
              <w:rPr>
                <w:lang w:val="ru-RU"/>
              </w:rPr>
            </w:pPr>
            <w:r w:rsidRPr="00332DB8">
              <w:rPr>
                <w:lang w:val="ru-RU"/>
              </w:rPr>
              <w:t>Видеоматериал «</w:t>
            </w:r>
            <w:r>
              <w:t>Message</w:t>
            </w:r>
            <w:r w:rsidRPr="00332DB8">
              <w:rPr>
                <w:lang w:val="ru-RU"/>
              </w:rPr>
              <w:t xml:space="preserve"> </w:t>
            </w:r>
            <w:r>
              <w:t>from</w:t>
            </w:r>
            <w:r w:rsidRPr="00332DB8">
              <w:rPr>
                <w:lang w:val="ru-RU"/>
              </w:rPr>
              <w:t xml:space="preserve"> </w:t>
            </w:r>
            <w:r>
              <w:t>Anonymous</w:t>
            </w:r>
            <w:r w:rsidRPr="00332DB8">
              <w:rPr>
                <w:lang w:val="ru-RU"/>
              </w:rPr>
              <w:t xml:space="preserve"> </w:t>
            </w:r>
            <w:r>
              <w:t>Caucasus</w:t>
            </w:r>
            <w:r w:rsidRPr="00332DB8">
              <w:rPr>
                <w:lang w:val="ru-RU"/>
              </w:rPr>
              <w:t xml:space="preserve"> </w:t>
            </w:r>
            <w:r>
              <w:t>for</w:t>
            </w:r>
            <w:r w:rsidRPr="00332DB8">
              <w:rPr>
                <w:lang w:val="ru-RU"/>
              </w:rPr>
              <w:t xml:space="preserve"> </w:t>
            </w:r>
            <w:r>
              <w:t>Operation</w:t>
            </w:r>
            <w:r w:rsidRPr="00332DB8">
              <w:rPr>
                <w:lang w:val="ru-RU"/>
              </w:rPr>
              <w:t xml:space="preserve">» (электронный адрес </w:t>
            </w:r>
            <w:r>
              <w:t>http</w:t>
            </w:r>
            <w:r w:rsidRPr="00332DB8">
              <w:rPr>
                <w:lang w:val="ru-RU"/>
              </w:rPr>
              <w:t>:</w:t>
            </w:r>
            <w:r>
              <w:t>vk</w:t>
            </w:r>
            <w:r w:rsidRPr="00332DB8">
              <w:rPr>
                <w:lang w:val="ru-RU"/>
              </w:rPr>
              <w:t>.</w:t>
            </w:r>
            <w:r>
              <w:t>com</w:t>
            </w:r>
            <w:r w:rsidRPr="00332DB8">
              <w:rPr>
                <w:lang w:val="ru-RU"/>
              </w:rPr>
              <w:t>/</w:t>
            </w:r>
            <w:r>
              <w:t>boycott</w:t>
            </w:r>
            <w:r w:rsidRPr="00332DB8">
              <w:rPr>
                <w:lang w:val="ru-RU"/>
              </w:rPr>
              <w:t>_</w:t>
            </w:r>
            <w:r>
              <w:t>sochi</w:t>
            </w:r>
            <w:r w:rsidRPr="00332DB8">
              <w:rPr>
                <w:lang w:val="ru-RU"/>
              </w:rPr>
              <w:t>), продолжительностью около 2 минут 19 секунд (решение Кировского районного суда г. Ростова-на-Дону от 09.04.2015);</w:t>
            </w:r>
          </w:p>
        </w:tc>
        <w:tc>
          <w:tcPr>
            <w:tcW w:w="2880" w:type="dxa"/>
          </w:tcPr>
          <w:p w:rsidR="006F7457" w:rsidRPr="00332DB8" w:rsidRDefault="006F7457">
            <w:pPr>
              <w:rPr>
                <w:lang w:val="ru-RU"/>
              </w:rPr>
            </w:pPr>
          </w:p>
        </w:tc>
      </w:tr>
      <w:tr w:rsidR="006F7457">
        <w:tc>
          <w:tcPr>
            <w:tcW w:w="2880" w:type="dxa"/>
          </w:tcPr>
          <w:p w:rsidR="006F7457" w:rsidRDefault="00332DB8">
            <w:r>
              <w:t>3008.</w:t>
            </w:r>
          </w:p>
        </w:tc>
        <w:tc>
          <w:tcPr>
            <w:tcW w:w="2880" w:type="dxa"/>
          </w:tcPr>
          <w:p w:rsidR="006F7457" w:rsidRDefault="00332DB8">
            <w:r w:rsidRPr="00332DB8">
              <w:rPr>
                <w:lang w:val="ru-RU"/>
              </w:rPr>
              <w:t xml:space="preserve">Видеозаписи в сети «Интернет» на странице по адресу: </w:t>
            </w:r>
            <w:r>
              <w:t>http</w:t>
            </w:r>
            <w:r w:rsidRPr="00332DB8">
              <w:rPr>
                <w:lang w:val="ru-RU"/>
              </w:rPr>
              <w:t>://</w:t>
            </w:r>
            <w:r>
              <w:t>vk</w:t>
            </w:r>
            <w:r w:rsidRPr="00332DB8">
              <w:rPr>
                <w:lang w:val="ru-RU"/>
              </w:rPr>
              <w:t>.</w:t>
            </w:r>
            <w:r>
              <w:t>com</w:t>
            </w:r>
            <w:r w:rsidRPr="00332DB8">
              <w:rPr>
                <w:lang w:val="ru-RU"/>
              </w:rPr>
              <w:t>.</w:t>
            </w:r>
            <w:r>
              <w:t>idl</w:t>
            </w:r>
            <w:r w:rsidRPr="00332DB8">
              <w:rPr>
                <w:lang w:val="ru-RU"/>
              </w:rPr>
              <w:t>51819556 «</w:t>
            </w:r>
            <w:r>
              <w:t>P</w:t>
            </w:r>
            <w:r w:rsidRPr="00332DB8">
              <w:rPr>
                <w:lang w:val="ru-RU"/>
              </w:rPr>
              <w:t>.</w:t>
            </w:r>
            <w:r>
              <w:t>S</w:t>
            </w:r>
            <w:r w:rsidRPr="00332DB8">
              <w:rPr>
                <w:lang w:val="ru-RU"/>
              </w:rPr>
              <w:t xml:space="preserve">.7.62 - Белые войны», «Скины «…….» шавку в метро», «Убей ч…у - спаси страну!» </w:t>
            </w:r>
            <w:r>
              <w:t>(решение Новочебоксарского городского суда Чувашской Республики − Чувашии от 29.04.2015).</w:t>
            </w:r>
          </w:p>
        </w:tc>
        <w:tc>
          <w:tcPr>
            <w:tcW w:w="2880" w:type="dxa"/>
          </w:tcPr>
          <w:p w:rsidR="006F7457" w:rsidRDefault="006F7457"/>
        </w:tc>
      </w:tr>
      <w:tr w:rsidR="006F7457" w:rsidRPr="005A424D">
        <w:tc>
          <w:tcPr>
            <w:tcW w:w="2880" w:type="dxa"/>
          </w:tcPr>
          <w:p w:rsidR="006F7457" w:rsidRDefault="00332DB8">
            <w:r>
              <w:lastRenderedPageBreak/>
              <w:t>3009.</w:t>
            </w:r>
          </w:p>
        </w:tc>
        <w:tc>
          <w:tcPr>
            <w:tcW w:w="2880" w:type="dxa"/>
          </w:tcPr>
          <w:p w:rsidR="006F7457" w:rsidRPr="00332DB8" w:rsidRDefault="00332DB8">
            <w:pPr>
              <w:rPr>
                <w:lang w:val="ru-RU"/>
              </w:rPr>
            </w:pPr>
            <w:r w:rsidRPr="00332DB8">
              <w:rPr>
                <w:lang w:val="ru-RU"/>
              </w:rPr>
              <w:t xml:space="preserve">Материал с названием «байат амира ауховского джамаата Сулеймана халифу Абу бакру», опубликованный на странице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MxcH</w:t>
            </w:r>
            <w:r w:rsidRPr="00332DB8">
              <w:rPr>
                <w:lang w:val="ru-RU"/>
              </w:rPr>
              <w:t>96</w:t>
            </w:r>
            <w:r>
              <w:t>VdkKM</w:t>
            </w:r>
            <w:r w:rsidRPr="00332DB8">
              <w:rPr>
                <w:lang w:val="ru-RU"/>
              </w:rPr>
              <w:t xml:space="preserve"> на сайте </w:t>
            </w:r>
            <w:r>
              <w:t>www</w:t>
            </w:r>
            <w:r w:rsidRPr="00332DB8">
              <w:rPr>
                <w:lang w:val="ru-RU"/>
              </w:rPr>
              <w:t>.</w:t>
            </w:r>
            <w:r>
              <w:t>youtube</w:t>
            </w:r>
            <w:r w:rsidRPr="00332DB8">
              <w:rPr>
                <w:lang w:val="ru-RU"/>
              </w:rPr>
              <w:t>.</w:t>
            </w:r>
            <w:r>
              <w:t>com</w:t>
            </w:r>
            <w:r w:rsidRPr="00332DB8">
              <w:rPr>
                <w:lang w:val="ru-RU"/>
              </w:rPr>
              <w:t xml:space="preserve"> в Информационно-телекоммуникационной сети «Интернет» (решение Советского районного суда г. Махачкалы Республики Дагестан от 17.06.2015);</w:t>
            </w:r>
          </w:p>
        </w:tc>
        <w:tc>
          <w:tcPr>
            <w:tcW w:w="2880" w:type="dxa"/>
          </w:tcPr>
          <w:p w:rsidR="006F7457" w:rsidRPr="00332DB8" w:rsidRDefault="006F7457">
            <w:pPr>
              <w:rPr>
                <w:lang w:val="ru-RU"/>
              </w:rPr>
            </w:pPr>
          </w:p>
        </w:tc>
      </w:tr>
      <w:tr w:rsidR="006F7457" w:rsidRPr="005A424D">
        <w:tc>
          <w:tcPr>
            <w:tcW w:w="2880" w:type="dxa"/>
          </w:tcPr>
          <w:p w:rsidR="006F7457" w:rsidRDefault="00332DB8">
            <w:r>
              <w:t>3010.</w:t>
            </w:r>
          </w:p>
        </w:tc>
        <w:tc>
          <w:tcPr>
            <w:tcW w:w="2880" w:type="dxa"/>
          </w:tcPr>
          <w:p w:rsidR="006F7457" w:rsidRPr="00332DB8" w:rsidRDefault="00332DB8">
            <w:pPr>
              <w:rPr>
                <w:lang w:val="ru-RU"/>
              </w:rPr>
            </w:pPr>
            <w:r w:rsidRPr="00332DB8">
              <w:rPr>
                <w:lang w:val="ru-RU"/>
              </w:rPr>
              <w:t xml:space="preserve">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t>
            </w:r>
            <w:r>
              <w:t>www</w:t>
            </w:r>
            <w:r w:rsidRPr="00332DB8">
              <w:rPr>
                <w:lang w:val="ru-RU"/>
              </w:rPr>
              <w:t>.</w:t>
            </w:r>
            <w:r>
              <w:t>vk</w:t>
            </w:r>
            <w:r w:rsidRPr="00332DB8">
              <w:rPr>
                <w:lang w:val="ru-RU"/>
              </w:rPr>
              <w:t>.</w:t>
            </w:r>
            <w:r>
              <w:t>com</w:t>
            </w:r>
            <w:r w:rsidRPr="00332DB8">
              <w:rPr>
                <w:lang w:val="ru-RU"/>
              </w:rPr>
              <w:t>/</w:t>
            </w:r>
            <w:r>
              <w:t>thrashka</w:t>
            </w:r>
            <w:r w:rsidRPr="00332DB8">
              <w:rPr>
                <w:lang w:val="ru-RU"/>
              </w:rPr>
              <w:t>,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2880" w:type="dxa"/>
          </w:tcPr>
          <w:p w:rsidR="006F7457" w:rsidRPr="00332DB8" w:rsidRDefault="006F7457">
            <w:pPr>
              <w:rPr>
                <w:lang w:val="ru-RU"/>
              </w:rPr>
            </w:pPr>
          </w:p>
        </w:tc>
      </w:tr>
      <w:tr w:rsidR="006F7457" w:rsidRPr="005A424D">
        <w:tc>
          <w:tcPr>
            <w:tcW w:w="2880" w:type="dxa"/>
          </w:tcPr>
          <w:p w:rsidR="006F7457" w:rsidRDefault="00332DB8">
            <w:r>
              <w:t>3011.</w:t>
            </w:r>
          </w:p>
        </w:tc>
        <w:tc>
          <w:tcPr>
            <w:tcW w:w="2880" w:type="dxa"/>
          </w:tcPr>
          <w:p w:rsidR="006F7457" w:rsidRPr="00332DB8" w:rsidRDefault="00332DB8">
            <w:pPr>
              <w:rPr>
                <w:lang w:val="ru-RU"/>
              </w:rPr>
            </w:pPr>
            <w:r w:rsidRPr="00332DB8">
              <w:rPr>
                <w:lang w:val="ru-RU"/>
              </w:rPr>
              <w:t>Видеофайлы: «Ансамбль Христа Спасителя и Мать сыра земля - Сердцу не прикажешь» (7</w:t>
            </w:r>
            <w:r>
              <w:t>ad</w:t>
            </w:r>
            <w:r w:rsidRPr="00332DB8">
              <w:rPr>
                <w:lang w:val="ru-RU"/>
              </w:rPr>
              <w:t>051</w:t>
            </w:r>
            <w:r>
              <w:t>a</w:t>
            </w:r>
            <w:r w:rsidRPr="00332DB8">
              <w:rPr>
                <w:lang w:val="ru-RU"/>
              </w:rPr>
              <w:t>028.240), «Ансамбль Христа Спасителя и Мать сыра земля - распни этих всех депутатов» (8</w:t>
            </w:r>
            <w:r>
              <w:t>eb</w:t>
            </w:r>
            <w:r w:rsidRPr="00332DB8">
              <w:rPr>
                <w:lang w:val="ru-RU"/>
              </w:rPr>
              <w:t>126010</w:t>
            </w:r>
            <w:r>
              <w:t>f</w:t>
            </w:r>
            <w:r w:rsidRPr="00332DB8">
              <w:rPr>
                <w:lang w:val="ru-RU"/>
              </w:rPr>
              <w:t>.240), «Ансамбль Христа Спасителя и Мать сыра земля - Торговцы богом» (5275</w:t>
            </w:r>
            <w:r>
              <w:t>f</w:t>
            </w:r>
            <w:r w:rsidRPr="00332DB8">
              <w:rPr>
                <w:lang w:val="ru-RU"/>
              </w:rPr>
              <w:t>78991.240), «Скинхеды» (</w:t>
            </w:r>
            <w:r>
              <w:t>a</w:t>
            </w:r>
            <w:r w:rsidRPr="00332DB8">
              <w:rPr>
                <w:lang w:val="ru-RU"/>
              </w:rPr>
              <w:t>834</w:t>
            </w:r>
            <w:r>
              <w:t>a</w:t>
            </w:r>
            <w:r w:rsidRPr="00332DB8">
              <w:rPr>
                <w:lang w:val="ru-RU"/>
              </w:rPr>
              <w:t>3</w:t>
            </w:r>
            <w:r>
              <w:t>df</w:t>
            </w:r>
            <w:r w:rsidRPr="00332DB8">
              <w:rPr>
                <w:lang w:val="ru-RU"/>
              </w:rPr>
              <w:t>3</w:t>
            </w:r>
            <w:r>
              <w:t>e</w:t>
            </w:r>
            <w:r w:rsidRPr="00332DB8">
              <w:rPr>
                <w:lang w:val="ru-RU"/>
              </w:rPr>
              <w:t>.240) (приговор Орджоникидзевского районного суда г. Екатеринбурга Свердловской области от 26.06.2015);</w:t>
            </w:r>
          </w:p>
        </w:tc>
        <w:tc>
          <w:tcPr>
            <w:tcW w:w="2880" w:type="dxa"/>
          </w:tcPr>
          <w:p w:rsidR="006F7457" w:rsidRPr="00332DB8" w:rsidRDefault="006F7457">
            <w:pPr>
              <w:rPr>
                <w:lang w:val="ru-RU"/>
              </w:rPr>
            </w:pPr>
          </w:p>
        </w:tc>
      </w:tr>
      <w:tr w:rsidR="006F7457" w:rsidRPr="005A424D">
        <w:tc>
          <w:tcPr>
            <w:tcW w:w="2880" w:type="dxa"/>
          </w:tcPr>
          <w:p w:rsidR="006F7457" w:rsidRDefault="00332DB8">
            <w:r>
              <w:t>3012.</w:t>
            </w:r>
          </w:p>
        </w:tc>
        <w:tc>
          <w:tcPr>
            <w:tcW w:w="2880" w:type="dxa"/>
          </w:tcPr>
          <w:p w:rsidR="006F7457" w:rsidRPr="00332DB8" w:rsidRDefault="00332DB8">
            <w:pPr>
              <w:rPr>
                <w:lang w:val="ru-RU"/>
              </w:rPr>
            </w:pPr>
            <w:r w:rsidRPr="00332DB8">
              <w:rPr>
                <w:lang w:val="ru-RU"/>
              </w:rPr>
              <w:t>Текстовая часть аудиозаписи «</w:t>
            </w:r>
            <w:r>
              <w:t>P</w:t>
            </w:r>
            <w:r w:rsidRPr="00332DB8">
              <w:rPr>
                <w:lang w:val="ru-RU"/>
              </w:rPr>
              <w:t>.</w:t>
            </w:r>
            <w:r>
              <w:t>S</w:t>
            </w:r>
            <w:r w:rsidRPr="00332DB8">
              <w:rPr>
                <w:lang w:val="ru-RU"/>
              </w:rPr>
              <w:t>.7.62 -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w:t>
            </w:r>
            <w:r>
              <w:t>Sel</w:t>
            </w:r>
            <w:r w:rsidRPr="00332DB8">
              <w:rPr>
                <w:lang w:val="ru-RU"/>
              </w:rPr>
              <w:t>'</w:t>
            </w:r>
            <w:r>
              <w:t>Mi</w:t>
            </w:r>
            <w:r w:rsidRPr="00332DB8">
              <w:rPr>
                <w:lang w:val="ru-RU"/>
              </w:rPr>
              <w:t xml:space="preserve"> - На стягу Коловрат (ВСЕМ СЛАВЯНАМ)» длительностью 03 минуты 08 секунд, начинающаяся словами: «Мы стали сплочённее, за плечами четверть века..» и заканчивающаяся </w:t>
            </w:r>
            <w:r w:rsidRPr="00332DB8">
              <w:rPr>
                <w:lang w:val="ru-RU"/>
              </w:rPr>
              <w:lastRenderedPageBreak/>
              <w:t>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3013.</w:t>
            </w:r>
          </w:p>
        </w:tc>
        <w:tc>
          <w:tcPr>
            <w:tcW w:w="2880" w:type="dxa"/>
          </w:tcPr>
          <w:p w:rsidR="006F7457" w:rsidRPr="00332DB8" w:rsidRDefault="00332DB8">
            <w:pPr>
              <w:rPr>
                <w:lang w:val="ru-RU"/>
              </w:rPr>
            </w:pPr>
            <w:r w:rsidRPr="00332DB8">
              <w:rPr>
                <w:lang w:val="ru-RU"/>
              </w:rPr>
              <w:t xml:space="preserve">Информационные материалы – видеофайлы, размещенные в телекоммуникационной сети Интернет на интернет-странице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157204796, находящейся в сети Интернет по электронному адресу </w:t>
            </w:r>
            <w:r>
              <w:t>http</w:t>
            </w:r>
            <w:r w:rsidRPr="00332DB8">
              <w:rPr>
                <w:lang w:val="ru-RU"/>
              </w:rPr>
              <w:t>://</w:t>
            </w:r>
            <w:r>
              <w:t>vk</w:t>
            </w:r>
            <w:r w:rsidRPr="00332DB8">
              <w:rPr>
                <w:lang w:val="ru-RU"/>
              </w:rPr>
              <w:t>.</w:t>
            </w:r>
            <w:r>
              <w:t>com</w:t>
            </w:r>
            <w:r w:rsidRPr="00332DB8">
              <w:rPr>
                <w:lang w:val="ru-RU"/>
              </w:rPr>
              <w:t>/</w:t>
            </w:r>
            <w:r>
              <w:t>videos</w:t>
            </w:r>
            <w:r w:rsidRPr="00332DB8">
              <w:rPr>
                <w:lang w:val="ru-RU"/>
              </w:rPr>
              <w:t>157204796, пользователя «Олег Милюткин», под наименованием: 1. «Это скиновское видео, я не скин) но я за РОССИЮ.</w:t>
            </w:r>
            <w:r>
              <w:t>mp</w:t>
            </w:r>
            <w:r w:rsidRPr="00332DB8">
              <w:rPr>
                <w:lang w:val="ru-RU"/>
              </w:rPr>
              <w:t xml:space="preserve">4» (размер 7 517 КБ, формат записи </w:t>
            </w:r>
            <w:r>
              <w:t>media</w:t>
            </w:r>
            <w:r w:rsidRPr="00332DB8">
              <w:rPr>
                <w:lang w:val="ru-RU"/>
              </w:rPr>
              <w:t xml:space="preserve"> </w:t>
            </w:r>
            <w:r>
              <w:t>file</w:t>
            </w:r>
            <w:r w:rsidRPr="00332DB8">
              <w:rPr>
                <w:lang w:val="ru-RU"/>
              </w:rPr>
              <w:t xml:space="preserve"> (.</w:t>
            </w:r>
            <w:r>
              <w:t>mp</w:t>
            </w:r>
            <w:r w:rsidRPr="00332DB8">
              <w:rPr>
                <w:lang w:val="ru-RU"/>
              </w:rPr>
              <w:t>4), продолжительность 00:02:47); 2. «Уроки террариста и скина)))).</w:t>
            </w:r>
            <w:r>
              <w:t>mp</w:t>
            </w:r>
            <w:r w:rsidRPr="00332DB8">
              <w:rPr>
                <w:lang w:val="ru-RU"/>
              </w:rPr>
              <w:t xml:space="preserve">4» (размер 4 418 КБ, формат записи </w:t>
            </w:r>
            <w:r>
              <w:t>media</w:t>
            </w:r>
            <w:r w:rsidRPr="00332DB8">
              <w:rPr>
                <w:lang w:val="ru-RU"/>
              </w:rPr>
              <w:t xml:space="preserve"> </w:t>
            </w:r>
            <w:r>
              <w:t>file</w:t>
            </w:r>
            <w:r w:rsidRPr="00332DB8">
              <w:rPr>
                <w:lang w:val="ru-RU"/>
              </w:rPr>
              <w:t xml:space="preserve"> (.</w:t>
            </w:r>
            <w:r>
              <w:t>mp</w:t>
            </w:r>
            <w:r w:rsidRPr="00332DB8">
              <w:rPr>
                <w:lang w:val="ru-RU"/>
              </w:rPr>
              <w:t>4), продолжительность 00:03:04); 3. «Скины-школа.</w:t>
            </w:r>
            <w:r>
              <w:t>mp</w:t>
            </w:r>
            <w:r w:rsidRPr="00332DB8">
              <w:rPr>
                <w:lang w:val="ru-RU"/>
              </w:rPr>
              <w:t xml:space="preserve">4» (размер 1 245 КБ, формат записи </w:t>
            </w:r>
            <w:r>
              <w:t>media</w:t>
            </w:r>
            <w:r w:rsidRPr="00332DB8">
              <w:rPr>
                <w:lang w:val="ru-RU"/>
              </w:rPr>
              <w:t xml:space="preserve"> </w:t>
            </w:r>
            <w:r>
              <w:t>file</w:t>
            </w:r>
            <w:r w:rsidRPr="00332DB8">
              <w:rPr>
                <w:lang w:val="ru-RU"/>
              </w:rPr>
              <w:t xml:space="preserve"> (.</w:t>
            </w:r>
            <w:r>
              <w:t>mp</w:t>
            </w:r>
            <w:r w:rsidRPr="00332DB8">
              <w:rPr>
                <w:lang w:val="ru-RU"/>
              </w:rPr>
              <w:t>4), продолжительность 00:00:24); 4. «скины рулят2.</w:t>
            </w:r>
            <w:r>
              <w:t>mp</w:t>
            </w:r>
            <w:r w:rsidRPr="00332DB8">
              <w:rPr>
                <w:lang w:val="ru-RU"/>
              </w:rPr>
              <w:t xml:space="preserve">4» (размер 6 244 КБ, формат записи </w:t>
            </w:r>
            <w:r>
              <w:t>media</w:t>
            </w:r>
            <w:r w:rsidRPr="00332DB8">
              <w:rPr>
                <w:lang w:val="ru-RU"/>
              </w:rPr>
              <w:t xml:space="preserve"> </w:t>
            </w:r>
            <w:r>
              <w:t>file</w:t>
            </w:r>
            <w:r w:rsidRPr="00332DB8">
              <w:rPr>
                <w:lang w:val="ru-RU"/>
              </w:rPr>
              <w:t xml:space="preserve"> (.</w:t>
            </w:r>
            <w:r>
              <w:t>mp</w:t>
            </w:r>
            <w:r w:rsidRPr="00332DB8">
              <w:rPr>
                <w:lang w:val="ru-RU"/>
              </w:rPr>
              <w:t>4), продолжительность 00:02:21); 5. «Скины рулят!1.</w:t>
            </w:r>
            <w:r>
              <w:t>mp</w:t>
            </w:r>
            <w:r w:rsidRPr="00332DB8">
              <w:rPr>
                <w:lang w:val="ru-RU"/>
              </w:rPr>
              <w:t xml:space="preserve">4» (размер 7 668 КБ, формат записи </w:t>
            </w:r>
            <w:r>
              <w:t>media</w:t>
            </w:r>
            <w:r w:rsidRPr="00332DB8">
              <w:rPr>
                <w:lang w:val="ru-RU"/>
              </w:rPr>
              <w:t xml:space="preserve"> </w:t>
            </w:r>
            <w:r>
              <w:t>file</w:t>
            </w:r>
            <w:r w:rsidRPr="00332DB8">
              <w:rPr>
                <w:lang w:val="ru-RU"/>
              </w:rPr>
              <w:t xml:space="preserve"> (.</w:t>
            </w:r>
            <w:r>
              <w:t>mp</w:t>
            </w:r>
            <w:r w:rsidRPr="00332DB8">
              <w:rPr>
                <w:lang w:val="ru-RU"/>
              </w:rPr>
              <w:t>4), продолжительность 00:02:09); 6. «СКИНЫ БЕЛЫЙ ВАГОН 1.</w:t>
            </w:r>
            <w:r>
              <w:t>mp</w:t>
            </w:r>
            <w:r w:rsidRPr="00332DB8">
              <w:rPr>
                <w:lang w:val="ru-RU"/>
              </w:rPr>
              <w:t xml:space="preserve">4» (размер 1 840 КБ, формат записи </w:t>
            </w:r>
            <w:r>
              <w:t>media</w:t>
            </w:r>
            <w:r w:rsidRPr="00332DB8">
              <w:rPr>
                <w:lang w:val="ru-RU"/>
              </w:rPr>
              <w:t xml:space="preserve"> </w:t>
            </w:r>
            <w:r>
              <w:t>file</w:t>
            </w:r>
            <w:r w:rsidRPr="00332DB8">
              <w:rPr>
                <w:lang w:val="ru-RU"/>
              </w:rPr>
              <w:t xml:space="preserve"> (.</w:t>
            </w:r>
            <w:r>
              <w:t>mp</w:t>
            </w:r>
            <w:r w:rsidRPr="00332DB8">
              <w:rPr>
                <w:lang w:val="ru-RU"/>
              </w:rPr>
              <w:t>4), продолжительность 00:00:40); 7. «Скинхеды 1.</w:t>
            </w:r>
            <w:r>
              <w:t>mp</w:t>
            </w:r>
            <w:r w:rsidRPr="00332DB8">
              <w:rPr>
                <w:lang w:val="ru-RU"/>
              </w:rPr>
              <w:t xml:space="preserve">4» (размер 1 840 КБ, формат записи </w:t>
            </w:r>
            <w:r>
              <w:t>media</w:t>
            </w:r>
            <w:r w:rsidRPr="00332DB8">
              <w:rPr>
                <w:lang w:val="ru-RU"/>
              </w:rPr>
              <w:t xml:space="preserve"> </w:t>
            </w:r>
            <w:r>
              <w:t>file</w:t>
            </w:r>
            <w:r w:rsidRPr="00332DB8">
              <w:rPr>
                <w:lang w:val="ru-RU"/>
              </w:rPr>
              <w:t xml:space="preserve"> (.</w:t>
            </w:r>
            <w:r>
              <w:t>mp</w:t>
            </w:r>
            <w:r w:rsidRPr="00332DB8">
              <w:rPr>
                <w:lang w:val="ru-RU"/>
              </w:rPr>
              <w:t>4), продолжительность 00:05:54); 8. «СКИН УБИВАЕТ ХАЧА1.</w:t>
            </w:r>
            <w:r>
              <w:t>mp</w:t>
            </w:r>
            <w:r w:rsidRPr="00332DB8">
              <w:rPr>
                <w:lang w:val="ru-RU"/>
              </w:rPr>
              <w:t xml:space="preserve">4» (размер 14 502 КБ, формат записи </w:t>
            </w:r>
            <w:r>
              <w:t>media</w:t>
            </w:r>
            <w:r w:rsidRPr="00332DB8">
              <w:rPr>
                <w:lang w:val="ru-RU"/>
              </w:rPr>
              <w:t xml:space="preserve"> </w:t>
            </w:r>
            <w:r>
              <w:t>file</w:t>
            </w:r>
            <w:r w:rsidRPr="00332DB8">
              <w:rPr>
                <w:lang w:val="ru-RU"/>
              </w:rPr>
              <w:t xml:space="preserve"> (.</w:t>
            </w:r>
            <w:r>
              <w:t>mp</w:t>
            </w:r>
            <w:r w:rsidRPr="00332DB8">
              <w:rPr>
                <w:lang w:val="ru-RU"/>
              </w:rPr>
              <w:t>4), продолжительность 00:00:35); 9. «Давайте говорите что скины дерьмо!!! прислушайтесь к словам.</w:t>
            </w:r>
            <w:r>
              <w:t>mp</w:t>
            </w:r>
            <w:r w:rsidRPr="00332DB8">
              <w:rPr>
                <w:lang w:val="ru-RU"/>
              </w:rPr>
              <w:t xml:space="preserve">4» (размер 18 177 КБ, формат записи </w:t>
            </w:r>
            <w:r>
              <w:t>media</w:t>
            </w:r>
            <w:r w:rsidRPr="00332DB8">
              <w:rPr>
                <w:lang w:val="ru-RU"/>
              </w:rPr>
              <w:t xml:space="preserve"> </w:t>
            </w:r>
            <w:r>
              <w:t>file</w:t>
            </w:r>
            <w:r w:rsidRPr="00332DB8">
              <w:rPr>
                <w:lang w:val="ru-RU"/>
              </w:rPr>
              <w:t xml:space="preserve"> (.</w:t>
            </w:r>
            <w:r>
              <w:t>mp</w:t>
            </w:r>
            <w:r w:rsidRPr="00332DB8">
              <w:rPr>
                <w:lang w:val="ru-RU"/>
              </w:rPr>
              <w:t>4), продолжительность 00:06:58); 10. «видео о скинах!!!.</w:t>
            </w:r>
            <w:r>
              <w:t>mp</w:t>
            </w:r>
            <w:r w:rsidRPr="00332DB8">
              <w:rPr>
                <w:lang w:val="ru-RU"/>
              </w:rPr>
              <w:t xml:space="preserve">4» (размер 12 590 КБ, формат записи </w:t>
            </w:r>
            <w:r>
              <w:t>media</w:t>
            </w:r>
            <w:r w:rsidRPr="00332DB8">
              <w:rPr>
                <w:lang w:val="ru-RU"/>
              </w:rPr>
              <w:t xml:space="preserve"> </w:t>
            </w:r>
            <w:r>
              <w:t>file</w:t>
            </w:r>
            <w:r w:rsidRPr="00332DB8">
              <w:rPr>
                <w:lang w:val="ru-RU"/>
              </w:rPr>
              <w:t xml:space="preserve"> (.</w:t>
            </w:r>
            <w:r>
              <w:t>mp</w:t>
            </w:r>
            <w:r w:rsidRPr="00332DB8">
              <w:rPr>
                <w:lang w:val="ru-RU"/>
              </w:rPr>
              <w:t>4), продолжительность 00:04:26); 11. «Драки скинов!!! Бойтесь нас мы вас всех истребим!!!1.</w:t>
            </w:r>
            <w:r>
              <w:t>mp</w:t>
            </w:r>
            <w:r w:rsidRPr="00332DB8">
              <w:rPr>
                <w:lang w:val="ru-RU"/>
              </w:rPr>
              <w:t xml:space="preserve">4» (размер 8 394 КБ, формат записи </w:t>
            </w:r>
            <w:r>
              <w:t>media</w:t>
            </w:r>
            <w:r w:rsidRPr="00332DB8">
              <w:rPr>
                <w:lang w:val="ru-RU"/>
              </w:rPr>
              <w:t xml:space="preserve"> </w:t>
            </w:r>
            <w:r>
              <w:t>file</w:t>
            </w:r>
            <w:r w:rsidRPr="00332DB8">
              <w:rPr>
                <w:lang w:val="ru-RU"/>
              </w:rPr>
              <w:t xml:space="preserve"> (.</w:t>
            </w:r>
            <w:r>
              <w:t>mp</w:t>
            </w:r>
            <w:r w:rsidRPr="00332DB8">
              <w:rPr>
                <w:lang w:val="ru-RU"/>
              </w:rPr>
              <w:t>4), продолжительность 00:05:47); 12. «поповские скины.</w:t>
            </w:r>
            <w:r>
              <w:t>mp</w:t>
            </w:r>
            <w:r w:rsidRPr="00332DB8">
              <w:rPr>
                <w:lang w:val="ru-RU"/>
              </w:rPr>
              <w:t xml:space="preserve">4» (размер 9 454 КБ, формат записи </w:t>
            </w:r>
            <w:r>
              <w:t>media</w:t>
            </w:r>
            <w:r w:rsidRPr="00332DB8">
              <w:rPr>
                <w:lang w:val="ru-RU"/>
              </w:rPr>
              <w:t xml:space="preserve"> </w:t>
            </w:r>
            <w:r>
              <w:t>file</w:t>
            </w:r>
            <w:r w:rsidRPr="00332DB8">
              <w:rPr>
                <w:lang w:val="ru-RU"/>
              </w:rPr>
              <w:t xml:space="preserve"> (.</w:t>
            </w:r>
            <w:r>
              <w:t>mp</w:t>
            </w:r>
            <w:r w:rsidRPr="00332DB8">
              <w:rPr>
                <w:lang w:val="ru-RU"/>
              </w:rPr>
              <w:t>4), продолжительность 00:02:29) (решение Коминтерновского районного суда г. Воронежа от 06.05.2015);</w:t>
            </w:r>
          </w:p>
        </w:tc>
        <w:tc>
          <w:tcPr>
            <w:tcW w:w="2880" w:type="dxa"/>
          </w:tcPr>
          <w:p w:rsidR="006F7457" w:rsidRPr="00332DB8" w:rsidRDefault="006F7457">
            <w:pPr>
              <w:rPr>
                <w:lang w:val="ru-RU"/>
              </w:rPr>
            </w:pPr>
          </w:p>
        </w:tc>
      </w:tr>
      <w:tr w:rsidR="006F7457" w:rsidRPr="005A424D">
        <w:tc>
          <w:tcPr>
            <w:tcW w:w="2880" w:type="dxa"/>
          </w:tcPr>
          <w:p w:rsidR="006F7457" w:rsidRDefault="00332DB8">
            <w:r>
              <w:t>3014.</w:t>
            </w:r>
          </w:p>
        </w:tc>
        <w:tc>
          <w:tcPr>
            <w:tcW w:w="2880" w:type="dxa"/>
          </w:tcPr>
          <w:p w:rsidR="006F7457" w:rsidRPr="00332DB8" w:rsidRDefault="00332DB8">
            <w:pPr>
              <w:rPr>
                <w:lang w:val="ru-RU"/>
              </w:rPr>
            </w:pPr>
            <w:r w:rsidRPr="00332DB8">
              <w:rPr>
                <w:lang w:val="ru-RU"/>
              </w:rPr>
              <w:t>Информационный материал под названием «Воззвание приморских партизан» (решение Ленинского районного суда г. Владивостока от 13.05.2015);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3015.</w:t>
            </w:r>
          </w:p>
        </w:tc>
        <w:tc>
          <w:tcPr>
            <w:tcW w:w="2880" w:type="dxa"/>
          </w:tcPr>
          <w:p w:rsidR="006F7457" w:rsidRPr="00332DB8" w:rsidRDefault="00332DB8">
            <w:pPr>
              <w:rPr>
                <w:lang w:val="ru-RU"/>
              </w:rPr>
            </w:pPr>
            <w:r w:rsidRPr="00332DB8">
              <w:rPr>
                <w:lang w:val="ru-RU"/>
              </w:rPr>
              <w:t xml:space="preserve">Аудиозаписи под названием «Русский стяг ( Я славянин), </w:t>
            </w:r>
            <w:r>
              <w:t>mp</w:t>
            </w:r>
            <w:r w:rsidRPr="00332DB8">
              <w:rPr>
                <w:lang w:val="ru-RU"/>
              </w:rPr>
              <w:t>3, «Русский стяг (Убей) (решение Саровского городского суда Нижегородской области от 25.06.2015);</w:t>
            </w:r>
          </w:p>
        </w:tc>
        <w:tc>
          <w:tcPr>
            <w:tcW w:w="2880" w:type="dxa"/>
          </w:tcPr>
          <w:p w:rsidR="006F7457" w:rsidRPr="00332DB8" w:rsidRDefault="006F7457">
            <w:pPr>
              <w:rPr>
                <w:lang w:val="ru-RU"/>
              </w:rPr>
            </w:pPr>
          </w:p>
        </w:tc>
      </w:tr>
      <w:tr w:rsidR="006F7457" w:rsidRPr="005A424D">
        <w:tc>
          <w:tcPr>
            <w:tcW w:w="2880" w:type="dxa"/>
          </w:tcPr>
          <w:p w:rsidR="006F7457" w:rsidRDefault="00332DB8">
            <w:r>
              <w:t>3016.</w:t>
            </w:r>
          </w:p>
        </w:tc>
        <w:tc>
          <w:tcPr>
            <w:tcW w:w="2880" w:type="dxa"/>
          </w:tcPr>
          <w:p w:rsidR="006F7457" w:rsidRPr="00332DB8" w:rsidRDefault="00332DB8">
            <w:pPr>
              <w:rPr>
                <w:lang w:val="ru-RU"/>
              </w:rPr>
            </w:pPr>
            <w:r w:rsidRPr="00332DB8">
              <w:rPr>
                <w:lang w:val="ru-RU"/>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w:t>
            </w:r>
            <w:r>
              <w:t>FBI</w:t>
            </w:r>
            <w:r w:rsidRPr="00332DB8">
              <w:rPr>
                <w:lang w:val="ru-RU"/>
              </w:rPr>
              <w:t>»,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2880" w:type="dxa"/>
          </w:tcPr>
          <w:p w:rsidR="006F7457" w:rsidRPr="00332DB8" w:rsidRDefault="006F7457">
            <w:pPr>
              <w:rPr>
                <w:lang w:val="ru-RU"/>
              </w:rPr>
            </w:pPr>
          </w:p>
        </w:tc>
      </w:tr>
      <w:tr w:rsidR="006F7457" w:rsidRPr="005A424D">
        <w:tc>
          <w:tcPr>
            <w:tcW w:w="2880" w:type="dxa"/>
          </w:tcPr>
          <w:p w:rsidR="006F7457" w:rsidRDefault="00332DB8">
            <w:r>
              <w:t>3017.</w:t>
            </w:r>
          </w:p>
        </w:tc>
        <w:tc>
          <w:tcPr>
            <w:tcW w:w="2880" w:type="dxa"/>
          </w:tcPr>
          <w:p w:rsidR="006F7457" w:rsidRPr="00332DB8" w:rsidRDefault="00332DB8">
            <w:pPr>
              <w:rPr>
                <w:lang w:val="ru-RU"/>
              </w:rPr>
            </w:pPr>
            <w:r w:rsidRPr="00332DB8">
              <w:rPr>
                <w:lang w:val="ru-RU"/>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2880" w:type="dxa"/>
          </w:tcPr>
          <w:p w:rsidR="006F7457" w:rsidRPr="00332DB8" w:rsidRDefault="006F7457">
            <w:pPr>
              <w:rPr>
                <w:lang w:val="ru-RU"/>
              </w:rPr>
            </w:pPr>
          </w:p>
        </w:tc>
      </w:tr>
      <w:tr w:rsidR="006F7457" w:rsidRPr="005A424D">
        <w:tc>
          <w:tcPr>
            <w:tcW w:w="2880" w:type="dxa"/>
          </w:tcPr>
          <w:p w:rsidR="006F7457" w:rsidRDefault="00332DB8">
            <w:r>
              <w:t>3018.</w:t>
            </w:r>
          </w:p>
        </w:tc>
        <w:tc>
          <w:tcPr>
            <w:tcW w:w="2880" w:type="dxa"/>
          </w:tcPr>
          <w:p w:rsidR="006F7457" w:rsidRPr="00332DB8" w:rsidRDefault="00332DB8">
            <w:pPr>
              <w:rPr>
                <w:lang w:val="ru-RU"/>
              </w:rPr>
            </w:pPr>
            <w:r w:rsidRPr="00332DB8">
              <w:rPr>
                <w:lang w:val="ru-RU"/>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2880" w:type="dxa"/>
          </w:tcPr>
          <w:p w:rsidR="006F7457" w:rsidRPr="00332DB8" w:rsidRDefault="006F7457">
            <w:pPr>
              <w:rPr>
                <w:lang w:val="ru-RU"/>
              </w:rPr>
            </w:pPr>
          </w:p>
        </w:tc>
      </w:tr>
      <w:tr w:rsidR="006F7457" w:rsidRPr="005A424D">
        <w:tc>
          <w:tcPr>
            <w:tcW w:w="2880" w:type="dxa"/>
          </w:tcPr>
          <w:p w:rsidR="006F7457" w:rsidRDefault="00332DB8">
            <w:r>
              <w:t>3019.</w:t>
            </w:r>
          </w:p>
        </w:tc>
        <w:tc>
          <w:tcPr>
            <w:tcW w:w="2880" w:type="dxa"/>
          </w:tcPr>
          <w:p w:rsidR="006F7457" w:rsidRPr="00332DB8" w:rsidRDefault="00332DB8">
            <w:pPr>
              <w:rPr>
                <w:lang w:val="ru-RU"/>
              </w:rPr>
            </w:pPr>
            <w:r w:rsidRPr="00332DB8">
              <w:rPr>
                <w:lang w:val="ru-RU"/>
              </w:rPr>
              <w:t>Аудиокомпозиция «Солнце за нас» исполнителей «Аргентина» и «Околорэпа» (решение Левобережного районного суда города Липецка от 03.06.2015);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3020.</w:t>
            </w:r>
          </w:p>
        </w:tc>
        <w:tc>
          <w:tcPr>
            <w:tcW w:w="2880" w:type="dxa"/>
          </w:tcPr>
          <w:p w:rsidR="006F7457" w:rsidRPr="00332DB8" w:rsidRDefault="00332DB8">
            <w:pPr>
              <w:rPr>
                <w:lang w:val="ru-RU"/>
              </w:rPr>
            </w:pPr>
            <w:r w:rsidRPr="00332DB8">
              <w:rPr>
                <w:lang w:val="ru-RU"/>
              </w:rPr>
              <w:t xml:space="preserve">Размещенный на странице </w:t>
            </w:r>
            <w:r>
              <w:t>http</w:t>
            </w:r>
            <w:r w:rsidRPr="00332DB8">
              <w:rPr>
                <w:lang w:val="ru-RU"/>
              </w:rPr>
              <w:t>://</w:t>
            </w:r>
            <w:r>
              <w:t>vk</w:t>
            </w:r>
            <w:r w:rsidRPr="00332DB8">
              <w:rPr>
                <w:lang w:val="ru-RU"/>
              </w:rPr>
              <w:t>.</w:t>
            </w:r>
            <w:r>
              <w:t>com</w:t>
            </w:r>
            <w:r w:rsidRPr="00332DB8">
              <w:rPr>
                <w:lang w:val="ru-RU"/>
              </w:rPr>
              <w:t>/</w:t>
            </w:r>
            <w:r>
              <w:t>osloeb</w:t>
            </w:r>
            <w:r w:rsidRPr="00332DB8">
              <w:rPr>
                <w:lang w:val="ru-RU"/>
              </w:rPr>
              <w:t>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2880" w:type="dxa"/>
          </w:tcPr>
          <w:p w:rsidR="006F7457" w:rsidRPr="00332DB8" w:rsidRDefault="006F7457">
            <w:pPr>
              <w:rPr>
                <w:lang w:val="ru-RU"/>
              </w:rPr>
            </w:pPr>
          </w:p>
        </w:tc>
      </w:tr>
      <w:tr w:rsidR="006F7457" w:rsidRPr="005A424D">
        <w:tc>
          <w:tcPr>
            <w:tcW w:w="2880" w:type="dxa"/>
          </w:tcPr>
          <w:p w:rsidR="006F7457" w:rsidRDefault="00332DB8">
            <w:r>
              <w:t>3021.</w:t>
            </w:r>
          </w:p>
        </w:tc>
        <w:tc>
          <w:tcPr>
            <w:tcW w:w="2880" w:type="dxa"/>
          </w:tcPr>
          <w:p w:rsidR="006F7457" w:rsidRPr="00332DB8" w:rsidRDefault="00332DB8">
            <w:pPr>
              <w:rPr>
                <w:lang w:val="ru-RU"/>
              </w:rPr>
            </w:pPr>
            <w:r w:rsidRPr="00332DB8">
              <w:rPr>
                <w:lang w:val="ru-RU"/>
              </w:rPr>
              <w:t xml:space="preserve">Размещенные на сайте </w:t>
            </w:r>
            <w:r>
              <w:t>www</w:t>
            </w:r>
            <w:r w:rsidRPr="00332DB8">
              <w:rPr>
                <w:lang w:val="ru-RU"/>
              </w:rPr>
              <w:t>.</w:t>
            </w:r>
            <w:r>
              <w:t>youtube</w:t>
            </w:r>
            <w:r w:rsidRPr="00332DB8">
              <w:rPr>
                <w:lang w:val="ru-RU"/>
              </w:rPr>
              <w:t>.</w:t>
            </w:r>
            <w:r>
              <w:t>com</w:t>
            </w:r>
            <w:r w:rsidRPr="00332DB8">
              <w:rPr>
                <w:lang w:val="ru-RU"/>
              </w:rPr>
              <w:t xml:space="preserve"> материал с наименованием «Присяга амира ВД - Сайда абу Мухаммада (Араканского), амиру Имарата Кавказ» (страница </w:t>
            </w:r>
            <w:r>
              <w:t>http</w:t>
            </w:r>
            <w:r w:rsidRPr="00332DB8">
              <w:rPr>
                <w:lang w:val="ru-RU"/>
              </w:rPr>
              <w:t xml:space="preserve"> ://</w:t>
            </w:r>
            <w:r>
              <w:t>www</w:t>
            </w:r>
            <w:r w:rsidRPr="00332DB8">
              <w:rPr>
                <w:lang w:val="ru-RU"/>
              </w:rPr>
              <w:t>.</w:t>
            </w:r>
            <w:r>
              <w:t>youtube</w:t>
            </w:r>
            <w:r w:rsidRPr="00332DB8">
              <w:rPr>
                <w:lang w:val="ru-RU"/>
              </w:rPr>
              <w:t xml:space="preserve">. </w:t>
            </w:r>
            <w:r>
              <w:t>com</w:t>
            </w:r>
            <w:r w:rsidRPr="00332DB8">
              <w:rPr>
                <w:lang w:val="ru-RU"/>
              </w:rPr>
              <w:t>/</w:t>
            </w:r>
            <w:r>
              <w:t>watch</w:t>
            </w:r>
            <w:r w:rsidRPr="00332DB8">
              <w:rPr>
                <w:lang w:val="ru-RU"/>
              </w:rPr>
              <w:t>?</w:t>
            </w:r>
            <w:r>
              <w:t>v</w:t>
            </w:r>
            <w:r w:rsidRPr="00332DB8">
              <w:rPr>
                <w:lang w:val="ru-RU"/>
              </w:rPr>
              <w:t>=</w:t>
            </w:r>
            <w:r>
              <w:t>wN</w:t>
            </w:r>
            <w:r w:rsidRPr="00332DB8">
              <w:rPr>
                <w:lang w:val="ru-RU"/>
              </w:rPr>
              <w:t>6</w:t>
            </w:r>
            <w:r>
              <w:t>s</w:t>
            </w:r>
            <w:r w:rsidRPr="00332DB8">
              <w:rPr>
                <w:lang w:val="ru-RU"/>
              </w:rPr>
              <w:t xml:space="preserve"> </w:t>
            </w:r>
            <w:r>
              <w:t>YqV</w:t>
            </w:r>
            <w:r w:rsidRPr="00332DB8">
              <w:rPr>
                <w:lang w:val="ru-RU"/>
              </w:rPr>
              <w:t>6</w:t>
            </w:r>
            <w:r>
              <w:t>vHs</w:t>
            </w:r>
            <w:r w:rsidRPr="00332DB8">
              <w:rPr>
                <w:lang w:val="ru-RU"/>
              </w:rPr>
              <w:t>) (решение Советского районного суда г. Махачкалы Республики Дагестан от 08.05.2015);</w:t>
            </w:r>
          </w:p>
        </w:tc>
        <w:tc>
          <w:tcPr>
            <w:tcW w:w="2880" w:type="dxa"/>
          </w:tcPr>
          <w:p w:rsidR="006F7457" w:rsidRPr="00332DB8" w:rsidRDefault="006F7457">
            <w:pPr>
              <w:rPr>
                <w:lang w:val="ru-RU"/>
              </w:rPr>
            </w:pPr>
          </w:p>
        </w:tc>
      </w:tr>
      <w:tr w:rsidR="006F7457" w:rsidRPr="005A424D">
        <w:tc>
          <w:tcPr>
            <w:tcW w:w="2880" w:type="dxa"/>
          </w:tcPr>
          <w:p w:rsidR="006F7457" w:rsidRDefault="00332DB8">
            <w:r>
              <w:t>3022.</w:t>
            </w:r>
          </w:p>
        </w:tc>
        <w:tc>
          <w:tcPr>
            <w:tcW w:w="2880" w:type="dxa"/>
          </w:tcPr>
          <w:p w:rsidR="006F7457" w:rsidRPr="00332DB8" w:rsidRDefault="00332DB8">
            <w:pPr>
              <w:rPr>
                <w:lang w:val="ru-RU"/>
              </w:rPr>
            </w:pPr>
            <w:r w:rsidRPr="00332DB8">
              <w:rPr>
                <w:lang w:val="ru-RU"/>
              </w:rPr>
              <w:t xml:space="preserve">Информационный материал – статья, размещенная на Интернет-сайте </w:t>
            </w:r>
            <w:r>
              <w:t>http</w:t>
            </w:r>
            <w:r w:rsidRPr="00332DB8">
              <w:rPr>
                <w:lang w:val="ru-RU"/>
              </w:rPr>
              <w:t>://</w:t>
            </w:r>
            <w:r>
              <w:t>pora</w:t>
            </w:r>
            <w:r w:rsidRPr="00332DB8">
              <w:rPr>
                <w:lang w:val="ru-RU"/>
              </w:rPr>
              <w:t>-</w:t>
            </w:r>
            <w:r>
              <w:t>valit</w:t>
            </w:r>
            <w:r w:rsidRPr="00332DB8">
              <w:rPr>
                <w:lang w:val="ru-RU"/>
              </w:rPr>
              <w:t>.</w:t>
            </w:r>
            <w:r>
              <w:t>liveioumal</w:t>
            </w:r>
            <w:r w:rsidRPr="00332DB8">
              <w:rPr>
                <w:lang w:val="ru-RU"/>
              </w:rPr>
              <w:t>.</w:t>
            </w:r>
            <w:r>
              <w:t>com</w:t>
            </w:r>
            <w:r w:rsidRPr="00332DB8">
              <w:rPr>
                <w:lang w:val="ru-RU"/>
              </w:rPr>
              <w:t>/2868408.</w:t>
            </w:r>
            <w:r>
              <w:t>html</w:t>
            </w:r>
            <w:r w:rsidRPr="00332DB8">
              <w:rPr>
                <w:lang w:val="ru-RU"/>
              </w:rPr>
              <w:t xml:space="preserve"> (решение Никулинского районного суда города Москвы от 17.06.2015);</w:t>
            </w:r>
          </w:p>
        </w:tc>
        <w:tc>
          <w:tcPr>
            <w:tcW w:w="2880" w:type="dxa"/>
          </w:tcPr>
          <w:p w:rsidR="006F7457" w:rsidRPr="00332DB8" w:rsidRDefault="006F7457">
            <w:pPr>
              <w:rPr>
                <w:lang w:val="ru-RU"/>
              </w:rPr>
            </w:pPr>
          </w:p>
        </w:tc>
      </w:tr>
      <w:tr w:rsidR="006F7457" w:rsidRPr="005A424D">
        <w:tc>
          <w:tcPr>
            <w:tcW w:w="2880" w:type="dxa"/>
          </w:tcPr>
          <w:p w:rsidR="006F7457" w:rsidRDefault="00332DB8">
            <w:r>
              <w:t>3023.</w:t>
            </w:r>
          </w:p>
        </w:tc>
        <w:tc>
          <w:tcPr>
            <w:tcW w:w="2880" w:type="dxa"/>
          </w:tcPr>
          <w:p w:rsidR="006F7457" w:rsidRPr="00332DB8" w:rsidRDefault="00332DB8">
            <w:pPr>
              <w:rPr>
                <w:lang w:val="ru-RU"/>
              </w:rPr>
            </w:pPr>
            <w:r w:rsidRPr="00332DB8">
              <w:rPr>
                <w:lang w:val="ru-RU"/>
              </w:rPr>
              <w:t xml:space="preserve">Информационный материал, размещенный на Интернет-сайте </w:t>
            </w:r>
            <w:r>
              <w:t>http</w:t>
            </w:r>
            <w:r w:rsidRPr="00332DB8">
              <w:rPr>
                <w:lang w:val="ru-RU"/>
              </w:rPr>
              <w:t>://</w:t>
            </w:r>
            <w:r>
              <w:t>funfixru</w:t>
            </w:r>
            <w:r w:rsidRPr="00332DB8">
              <w:rPr>
                <w:lang w:val="ru-RU"/>
              </w:rPr>
              <w:t>/</w:t>
            </w:r>
            <w:r>
              <w:t>post</w:t>
            </w:r>
            <w:r w:rsidRPr="00332DB8">
              <w:rPr>
                <w:lang w:val="ru-RU"/>
              </w:rPr>
              <w:t>/38869/ (решение Никулинского районного суда города Москвы от 25.06.2015);</w:t>
            </w:r>
          </w:p>
        </w:tc>
        <w:tc>
          <w:tcPr>
            <w:tcW w:w="2880" w:type="dxa"/>
          </w:tcPr>
          <w:p w:rsidR="006F7457" w:rsidRPr="00332DB8" w:rsidRDefault="006F7457">
            <w:pPr>
              <w:rPr>
                <w:lang w:val="ru-RU"/>
              </w:rPr>
            </w:pPr>
          </w:p>
        </w:tc>
      </w:tr>
      <w:tr w:rsidR="006F7457" w:rsidRPr="005A424D">
        <w:tc>
          <w:tcPr>
            <w:tcW w:w="2880" w:type="dxa"/>
          </w:tcPr>
          <w:p w:rsidR="006F7457" w:rsidRDefault="00332DB8">
            <w:r>
              <w:t>3024.</w:t>
            </w:r>
          </w:p>
        </w:tc>
        <w:tc>
          <w:tcPr>
            <w:tcW w:w="2880" w:type="dxa"/>
          </w:tcPr>
          <w:p w:rsidR="006F7457" w:rsidRPr="00332DB8" w:rsidRDefault="00332DB8">
            <w:pPr>
              <w:rPr>
                <w:lang w:val="ru-RU"/>
              </w:rPr>
            </w:pPr>
            <w:r w:rsidRPr="00332DB8">
              <w:rPr>
                <w:lang w:val="ru-RU"/>
              </w:rPr>
              <w:t xml:space="preserve">Информационный материал, размещенный на Интернет-сайте </w:t>
            </w:r>
            <w:r>
              <w:t>http</w:t>
            </w:r>
            <w:r w:rsidRPr="00332DB8">
              <w:rPr>
                <w:lang w:val="ru-RU"/>
              </w:rPr>
              <w:t>://</w:t>
            </w:r>
            <w:r>
              <w:t>demotivation</w:t>
            </w:r>
            <w:r w:rsidRPr="00332DB8">
              <w:rPr>
                <w:lang w:val="ru-RU"/>
              </w:rPr>
              <w:t>.</w:t>
            </w:r>
            <w:r>
              <w:t>me</w:t>
            </w:r>
            <w:r w:rsidRPr="00332DB8">
              <w:rPr>
                <w:lang w:val="ru-RU"/>
              </w:rPr>
              <w:t>/7</w:t>
            </w:r>
            <w:r>
              <w:t>gffa</w:t>
            </w:r>
            <w:r w:rsidRPr="00332DB8">
              <w:rPr>
                <w:lang w:val="ru-RU"/>
              </w:rPr>
              <w:t>5</w:t>
            </w:r>
            <w:r>
              <w:t>h</w:t>
            </w:r>
            <w:r w:rsidRPr="00332DB8">
              <w:rPr>
                <w:lang w:val="ru-RU"/>
              </w:rPr>
              <w:t>3</w:t>
            </w:r>
            <w:r>
              <w:t>fblkpic</w:t>
            </w:r>
            <w:r w:rsidRPr="00332DB8">
              <w:rPr>
                <w:lang w:val="ru-RU"/>
              </w:rPr>
              <w:t>.</w:t>
            </w:r>
            <w:r>
              <w:t>html</w:t>
            </w:r>
            <w:r w:rsidRPr="00332DB8">
              <w:rPr>
                <w:lang w:val="ru-RU"/>
              </w:rPr>
              <w:t xml:space="preserve"> (решение Никулинского районного суда города Москвы от 25.06.2015);</w:t>
            </w:r>
          </w:p>
        </w:tc>
        <w:tc>
          <w:tcPr>
            <w:tcW w:w="2880" w:type="dxa"/>
          </w:tcPr>
          <w:p w:rsidR="006F7457" w:rsidRPr="00332DB8" w:rsidRDefault="006F7457">
            <w:pPr>
              <w:rPr>
                <w:lang w:val="ru-RU"/>
              </w:rPr>
            </w:pPr>
          </w:p>
        </w:tc>
      </w:tr>
      <w:tr w:rsidR="006F7457" w:rsidRPr="005A424D">
        <w:tc>
          <w:tcPr>
            <w:tcW w:w="2880" w:type="dxa"/>
          </w:tcPr>
          <w:p w:rsidR="006F7457" w:rsidRDefault="00332DB8">
            <w:r>
              <w:t>302</w:t>
            </w:r>
            <w:r>
              <w:lastRenderedPageBreak/>
              <w:t>5.</w:t>
            </w:r>
          </w:p>
        </w:tc>
        <w:tc>
          <w:tcPr>
            <w:tcW w:w="2880" w:type="dxa"/>
          </w:tcPr>
          <w:p w:rsidR="006F7457" w:rsidRPr="00332DB8" w:rsidRDefault="00332DB8">
            <w:pPr>
              <w:rPr>
                <w:lang w:val="ru-RU"/>
              </w:rPr>
            </w:pPr>
            <w:r w:rsidRPr="00332DB8">
              <w:rPr>
                <w:lang w:val="ru-RU"/>
              </w:rPr>
              <w:lastRenderedPageBreak/>
              <w:t xml:space="preserve">Сообщение, опубликованное в сети Интернет по электронному адресу: </w:t>
            </w:r>
            <w:r>
              <w:t>http</w:t>
            </w:r>
            <w:r w:rsidRPr="00332DB8">
              <w:rPr>
                <w:lang w:val="ru-RU"/>
              </w:rPr>
              <w:t>://</w:t>
            </w:r>
            <w:r>
              <w:t>www</w:t>
            </w:r>
            <w:r w:rsidRPr="00332DB8">
              <w:rPr>
                <w:lang w:val="ru-RU"/>
              </w:rPr>
              <w:t>.</w:t>
            </w:r>
            <w:r>
              <w:t>libforum</w:t>
            </w:r>
            <w:r w:rsidRPr="00332DB8">
              <w:rPr>
                <w:lang w:val="ru-RU"/>
              </w:rPr>
              <w:t>.</w:t>
            </w:r>
            <w:r>
              <w:t>ru</w:t>
            </w:r>
            <w:r w:rsidRPr="00332DB8">
              <w:rPr>
                <w:lang w:val="ru-RU"/>
              </w:rPr>
              <w:t>/</w:t>
            </w:r>
            <w:r>
              <w:t>m</w:t>
            </w:r>
            <w:r w:rsidRPr="00332DB8">
              <w:rPr>
                <w:lang w:val="ru-RU"/>
              </w:rPr>
              <w:t>.</w:t>
            </w:r>
            <w:r>
              <w:t>phtml</w:t>
            </w:r>
            <w:r w:rsidRPr="00332DB8">
              <w:rPr>
                <w:lang w:val="ru-RU"/>
              </w:rPr>
              <w:t>?</w:t>
            </w:r>
            <w:r>
              <w:t>v</w:t>
            </w:r>
            <w:r w:rsidRPr="00332DB8">
              <w:rPr>
                <w:lang w:val="ru-RU"/>
              </w:rPr>
              <w:t xml:space="preserve">=6598360 пользователем под псевдонимом «Мимоходом» (решение </w:t>
            </w:r>
            <w:r w:rsidRPr="00332DB8">
              <w:rPr>
                <w:lang w:val="ru-RU"/>
              </w:rPr>
              <w:lastRenderedPageBreak/>
              <w:t>Басманного районного суда города Москвы от 13.03.2015);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3026.</w:t>
            </w:r>
          </w:p>
        </w:tc>
        <w:tc>
          <w:tcPr>
            <w:tcW w:w="2880" w:type="dxa"/>
          </w:tcPr>
          <w:p w:rsidR="006F7457" w:rsidRPr="00332DB8" w:rsidRDefault="00332DB8">
            <w:pPr>
              <w:rPr>
                <w:lang w:val="ru-RU"/>
              </w:rPr>
            </w:pPr>
            <w:r w:rsidRPr="00332DB8">
              <w:rPr>
                <w:lang w:val="ru-RU"/>
              </w:rPr>
              <w:t xml:space="preserve">Статья «Папа, неужели и ты был сукой», расположенная в сети Интернет по электронному адресу: </w:t>
            </w:r>
            <w:r>
              <w:t>http</w:t>
            </w:r>
            <w:r w:rsidRPr="00332DB8">
              <w:rPr>
                <w:lang w:val="ru-RU"/>
              </w:rPr>
              <w:t>://</w:t>
            </w:r>
            <w:r>
              <w:t>nnm</w:t>
            </w:r>
            <w:r w:rsidRPr="00332DB8">
              <w:rPr>
                <w:lang w:val="ru-RU"/>
              </w:rPr>
              <w:t>.</w:t>
            </w:r>
            <w:r>
              <w:t>me</w:t>
            </w:r>
            <w:r w:rsidRPr="00332DB8">
              <w:rPr>
                <w:lang w:val="ru-RU"/>
              </w:rPr>
              <w:t>/</w:t>
            </w:r>
            <w:r>
              <w:t>blogs</w:t>
            </w:r>
            <w:r w:rsidRPr="00332DB8">
              <w:rPr>
                <w:lang w:val="ru-RU"/>
              </w:rPr>
              <w:t>/</w:t>
            </w:r>
            <w:r>
              <w:t>Le</w:t>
            </w:r>
            <w:r w:rsidRPr="00332DB8">
              <w:rPr>
                <w:lang w:val="ru-RU"/>
              </w:rPr>
              <w:t>0</w:t>
            </w:r>
            <w:r>
              <w:t>nidy</w:t>
            </w:r>
            <w:r w:rsidRPr="00332DB8">
              <w:rPr>
                <w:lang w:val="ru-RU"/>
              </w:rPr>
              <w:t>4/</w:t>
            </w:r>
            <w:r>
              <w:t>papa</w:t>
            </w:r>
            <w:r w:rsidRPr="00332DB8">
              <w:rPr>
                <w:lang w:val="ru-RU"/>
              </w:rPr>
              <w:t>-</w:t>
            </w:r>
            <w:r>
              <w:t>neuzheli</w:t>
            </w:r>
            <w:r w:rsidRPr="00332DB8">
              <w:rPr>
                <w:lang w:val="ru-RU"/>
              </w:rPr>
              <w:t>-</w:t>
            </w:r>
            <w:r>
              <w:t>i</w:t>
            </w:r>
            <w:r w:rsidRPr="00332DB8">
              <w:rPr>
                <w:lang w:val="ru-RU"/>
              </w:rPr>
              <w:t>-</w:t>
            </w:r>
            <w:r>
              <w:t>ty</w:t>
            </w:r>
            <w:r w:rsidRPr="00332DB8">
              <w:rPr>
                <w:lang w:val="ru-RU"/>
              </w:rPr>
              <w:t>-</w:t>
            </w:r>
            <w:r>
              <w:t>byl</w:t>
            </w:r>
            <w:r w:rsidRPr="00332DB8">
              <w:rPr>
                <w:lang w:val="ru-RU"/>
              </w:rPr>
              <w:t>-</w:t>
            </w:r>
            <w:r>
              <w:t>sukoy</w:t>
            </w:r>
            <w:r w:rsidRPr="00332DB8">
              <w:rPr>
                <w:lang w:val="ru-RU"/>
              </w:rPr>
              <w:t>/ (решение Басманного районного суда города Москвы от 13.03.2015);</w:t>
            </w:r>
          </w:p>
        </w:tc>
        <w:tc>
          <w:tcPr>
            <w:tcW w:w="2880" w:type="dxa"/>
          </w:tcPr>
          <w:p w:rsidR="006F7457" w:rsidRPr="00332DB8" w:rsidRDefault="006F7457">
            <w:pPr>
              <w:rPr>
                <w:lang w:val="ru-RU"/>
              </w:rPr>
            </w:pPr>
          </w:p>
        </w:tc>
      </w:tr>
      <w:tr w:rsidR="006F7457" w:rsidRPr="005A424D">
        <w:tc>
          <w:tcPr>
            <w:tcW w:w="2880" w:type="dxa"/>
          </w:tcPr>
          <w:p w:rsidR="006F7457" w:rsidRDefault="00332DB8">
            <w:r>
              <w:t>3027.</w:t>
            </w:r>
          </w:p>
        </w:tc>
        <w:tc>
          <w:tcPr>
            <w:tcW w:w="2880" w:type="dxa"/>
          </w:tcPr>
          <w:p w:rsidR="006F7457" w:rsidRPr="00332DB8" w:rsidRDefault="00332DB8">
            <w:pPr>
              <w:rPr>
                <w:lang w:val="ru-RU"/>
              </w:rPr>
            </w:pPr>
            <w:r w:rsidRPr="00332DB8">
              <w:rPr>
                <w:lang w:val="ru-RU"/>
              </w:rPr>
              <w:t xml:space="preserve">Информационный материал - изображение, размещенное на Интернет-сайте </w:t>
            </w:r>
            <w:r>
              <w:t>http</w:t>
            </w:r>
            <w:r w:rsidRPr="00332DB8">
              <w:rPr>
                <w:lang w:val="ru-RU"/>
              </w:rPr>
              <w:t>://</w:t>
            </w:r>
            <w:r>
              <w:t>risovach</w:t>
            </w:r>
            <w:r w:rsidRPr="00332DB8">
              <w:rPr>
                <w:lang w:val="ru-RU"/>
              </w:rPr>
              <w:t>.</w:t>
            </w:r>
            <w:r>
              <w:t>ru</w:t>
            </w:r>
            <w:r w:rsidRPr="00332DB8">
              <w:rPr>
                <w:lang w:val="ru-RU"/>
              </w:rPr>
              <w:t>/</w:t>
            </w:r>
            <w:r>
              <w:t>kartinka</w:t>
            </w:r>
            <w:r w:rsidRPr="00332DB8">
              <w:rPr>
                <w:lang w:val="ru-RU"/>
              </w:rPr>
              <w:t>/2723758 «Я жёг евреев потому что они дно. А всё остальное придумали жиды!!!» на фоне «Мем Гитлер» (решение Никулинского районного суда города Москвы от 17.06.2015);</w:t>
            </w:r>
          </w:p>
        </w:tc>
        <w:tc>
          <w:tcPr>
            <w:tcW w:w="2880" w:type="dxa"/>
          </w:tcPr>
          <w:p w:rsidR="006F7457" w:rsidRPr="00332DB8" w:rsidRDefault="006F7457">
            <w:pPr>
              <w:rPr>
                <w:lang w:val="ru-RU"/>
              </w:rPr>
            </w:pPr>
          </w:p>
        </w:tc>
      </w:tr>
      <w:tr w:rsidR="006F7457" w:rsidRPr="005A424D">
        <w:tc>
          <w:tcPr>
            <w:tcW w:w="2880" w:type="dxa"/>
          </w:tcPr>
          <w:p w:rsidR="006F7457" w:rsidRDefault="00332DB8">
            <w:r>
              <w:t>3028.</w:t>
            </w:r>
          </w:p>
        </w:tc>
        <w:tc>
          <w:tcPr>
            <w:tcW w:w="2880" w:type="dxa"/>
          </w:tcPr>
          <w:p w:rsidR="006F7457" w:rsidRPr="00332DB8" w:rsidRDefault="00332DB8">
            <w:pPr>
              <w:rPr>
                <w:lang w:val="ru-RU"/>
              </w:rPr>
            </w:pPr>
            <w:r w:rsidRPr="00332DB8">
              <w:rPr>
                <w:lang w:val="ru-RU"/>
              </w:rPr>
              <w:t>Книга «Стезя правды» Синявина И.И., изданная издательством «Русская правда» в 2001 году (решение Промышленного районного суда г. Оренбурга от 25.06.2015);</w:t>
            </w:r>
          </w:p>
        </w:tc>
        <w:tc>
          <w:tcPr>
            <w:tcW w:w="2880" w:type="dxa"/>
          </w:tcPr>
          <w:p w:rsidR="006F7457" w:rsidRPr="00332DB8" w:rsidRDefault="006F7457">
            <w:pPr>
              <w:rPr>
                <w:lang w:val="ru-RU"/>
              </w:rPr>
            </w:pPr>
          </w:p>
        </w:tc>
      </w:tr>
      <w:tr w:rsidR="006F7457" w:rsidRPr="005A424D">
        <w:tc>
          <w:tcPr>
            <w:tcW w:w="2880" w:type="dxa"/>
          </w:tcPr>
          <w:p w:rsidR="006F7457" w:rsidRDefault="00332DB8">
            <w:r>
              <w:t>3029.</w:t>
            </w:r>
          </w:p>
        </w:tc>
        <w:tc>
          <w:tcPr>
            <w:tcW w:w="2880" w:type="dxa"/>
          </w:tcPr>
          <w:p w:rsidR="006F7457" w:rsidRPr="00332DB8" w:rsidRDefault="00332DB8">
            <w:pPr>
              <w:rPr>
                <w:lang w:val="ru-RU"/>
              </w:rPr>
            </w:pPr>
            <w:r w:rsidRPr="00332DB8">
              <w:rPr>
                <w:lang w:val="ru-RU"/>
              </w:rPr>
              <w:t xml:space="preserve">Персональная Интернет-страница, открытая для публичного просмотра под авторством пользователя «Иван Национолист» в социальной сети «В контакте» </w:t>
            </w:r>
            <w:r>
              <w:t>http</w:t>
            </w:r>
            <w:r w:rsidRPr="00332DB8">
              <w:rPr>
                <w:lang w:val="ru-RU"/>
              </w:rPr>
              <w:t>-адрес «</w:t>
            </w:r>
            <w:r>
              <w:t>vk</w:t>
            </w:r>
            <w:r w:rsidRPr="00332DB8">
              <w:rPr>
                <w:lang w:val="ru-RU"/>
              </w:rPr>
              <w:t>./</w:t>
            </w:r>
            <w:r>
              <w:t>com</w:t>
            </w:r>
            <w:r w:rsidRPr="00332DB8">
              <w:rPr>
                <w:lang w:val="ru-RU"/>
              </w:rPr>
              <w:t>/</w:t>
            </w:r>
            <w:r>
              <w:t>idl</w:t>
            </w:r>
            <w:r w:rsidRPr="00332DB8">
              <w:rPr>
                <w:lang w:val="ru-RU"/>
              </w:rPr>
              <w:t xml:space="preserve">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2880" w:type="dxa"/>
          </w:tcPr>
          <w:p w:rsidR="006F7457" w:rsidRPr="00332DB8" w:rsidRDefault="006F7457">
            <w:pPr>
              <w:rPr>
                <w:lang w:val="ru-RU"/>
              </w:rPr>
            </w:pPr>
          </w:p>
        </w:tc>
      </w:tr>
      <w:tr w:rsidR="006F7457" w:rsidRPr="005A424D">
        <w:tc>
          <w:tcPr>
            <w:tcW w:w="2880" w:type="dxa"/>
          </w:tcPr>
          <w:p w:rsidR="006F7457" w:rsidRDefault="00332DB8">
            <w:r>
              <w:t>3030.</w:t>
            </w:r>
          </w:p>
        </w:tc>
        <w:tc>
          <w:tcPr>
            <w:tcW w:w="2880" w:type="dxa"/>
          </w:tcPr>
          <w:p w:rsidR="006F7457" w:rsidRPr="00332DB8" w:rsidRDefault="00332DB8">
            <w:pPr>
              <w:rPr>
                <w:lang w:val="ru-RU"/>
              </w:rPr>
            </w:pPr>
            <w:r w:rsidRPr="00332DB8">
              <w:rPr>
                <w:lang w:val="ru-RU"/>
              </w:rPr>
              <w:t xml:space="preserve">Интернет-страница по адресу </w:t>
            </w:r>
            <w:r>
              <w:t>http</w:t>
            </w:r>
            <w:r w:rsidRPr="00332DB8">
              <w:rPr>
                <w:lang w:val="ru-RU"/>
              </w:rPr>
              <w:t>://</w:t>
            </w:r>
            <w:r>
              <w:t>vk</w:t>
            </w:r>
            <w:r w:rsidRPr="00332DB8">
              <w:rPr>
                <w:lang w:val="ru-RU"/>
              </w:rPr>
              <w:t>.</w:t>
            </w:r>
            <w:r>
              <w:t>com</w:t>
            </w:r>
            <w:r w:rsidRPr="00332DB8">
              <w:rPr>
                <w:lang w:val="ru-RU"/>
              </w:rPr>
              <w:t>/</w:t>
            </w:r>
            <w:r>
              <w:t>wdrothers</w:t>
            </w:r>
            <w:r w:rsidRPr="00332DB8">
              <w:rPr>
                <w:lang w:val="ru-RU"/>
              </w:rPr>
              <w:t>1488 под названием «</w:t>
            </w:r>
            <w:r>
              <w:t>white</w:t>
            </w:r>
            <w:r w:rsidRPr="00332DB8">
              <w:rPr>
                <w:lang w:val="ru-RU"/>
              </w:rPr>
              <w:t xml:space="preserve"> </w:t>
            </w:r>
            <w:r>
              <w:t>brother</w:t>
            </w:r>
            <w:r w:rsidRPr="00332DB8">
              <w:rPr>
                <w:lang w:val="ru-RU"/>
              </w:rPr>
              <w:t>’</w:t>
            </w:r>
            <w:r>
              <w:t>s</w:t>
            </w:r>
            <w:r w:rsidRPr="00332DB8">
              <w:rPr>
                <w:lang w:val="ru-RU"/>
              </w:rPr>
              <w:t xml:space="preserve"> 14/88» в социальной сети «Вконтакте» (решение Вахитовского районного суда г. Казани от 18.06.2015);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3031.</w:t>
            </w:r>
          </w:p>
        </w:tc>
        <w:tc>
          <w:tcPr>
            <w:tcW w:w="2880" w:type="dxa"/>
          </w:tcPr>
          <w:p w:rsidR="006F7457" w:rsidRPr="00332DB8" w:rsidRDefault="00332DB8">
            <w:pPr>
              <w:rPr>
                <w:lang w:val="ru-RU"/>
              </w:rPr>
            </w:pPr>
            <w:r w:rsidRPr="00332DB8">
              <w:rPr>
                <w:lang w:val="ru-RU"/>
              </w:rPr>
              <w:t xml:space="preserve">Статья «Мы знаем все. Мы помним все» размещенная на страницах </w:t>
            </w:r>
            <w:r>
              <w:t>http</w:t>
            </w:r>
            <w:r w:rsidRPr="00332DB8">
              <w:rPr>
                <w:lang w:val="ru-RU"/>
              </w:rPr>
              <w:t>://</w:t>
            </w:r>
            <w:r>
              <w:t>vk</w:t>
            </w:r>
            <w:r w:rsidRPr="00332DB8">
              <w:rPr>
                <w:lang w:val="ru-RU"/>
              </w:rPr>
              <w:t>.</w:t>
            </w:r>
            <w:r>
              <w:t>com</w:t>
            </w:r>
            <w:r w:rsidRPr="00332DB8">
              <w:rPr>
                <w:lang w:val="ru-RU"/>
              </w:rPr>
              <w:t>/</w:t>
            </w:r>
            <w:r>
              <w:t>usa</w:t>
            </w:r>
            <w:r w:rsidRPr="00332DB8">
              <w:rPr>
                <w:lang w:val="ru-RU"/>
              </w:rPr>
              <w:t>_</w:t>
            </w:r>
            <w:r>
              <w:t>state</w:t>
            </w:r>
            <w:r w:rsidRPr="00332DB8">
              <w:rPr>
                <w:lang w:val="ru-RU"/>
              </w:rPr>
              <w:t>_</w:t>
            </w:r>
            <w:r>
              <w:t>ua</w:t>
            </w:r>
            <w:r w:rsidRPr="00332DB8">
              <w:rPr>
                <w:lang w:val="ru-RU"/>
              </w:rPr>
              <w:t>?</w:t>
            </w:r>
            <w:r>
              <w:t>w</w:t>
            </w:r>
            <w:r w:rsidRPr="00332DB8">
              <w:rPr>
                <w:lang w:val="ru-RU"/>
              </w:rPr>
              <w:t>=</w:t>
            </w:r>
            <w:r>
              <w:t>wall</w:t>
            </w:r>
            <w:r w:rsidRPr="00332DB8">
              <w:rPr>
                <w:lang w:val="ru-RU"/>
              </w:rPr>
              <w:t xml:space="preserve">-16027048_337294, </w:t>
            </w:r>
            <w:r>
              <w:t>http</w:t>
            </w:r>
            <w:r w:rsidRPr="00332DB8">
              <w:rPr>
                <w:lang w:val="ru-RU"/>
              </w:rPr>
              <w:t>://</w:t>
            </w:r>
            <w:r>
              <w:t>copypaste</w:t>
            </w:r>
            <w:r w:rsidRPr="00332DB8">
              <w:rPr>
                <w:lang w:val="ru-RU"/>
              </w:rPr>
              <w:t>.</w:t>
            </w:r>
            <w:r>
              <w:t>me</w:t>
            </w:r>
            <w:r w:rsidRPr="00332DB8">
              <w:rPr>
                <w:lang w:val="ru-RU"/>
              </w:rPr>
              <w:t>/558.</w:t>
            </w:r>
            <w:r>
              <w:t>html</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ukrdep</w:t>
            </w:r>
            <w:r w:rsidRPr="00332DB8">
              <w:rPr>
                <w:lang w:val="ru-RU"/>
              </w:rPr>
              <w:t>?</w:t>
            </w:r>
            <w:r>
              <w:t>w</w:t>
            </w:r>
            <w:r w:rsidRPr="00332DB8">
              <w:rPr>
                <w:lang w:val="ru-RU"/>
              </w:rPr>
              <w:t>=</w:t>
            </w:r>
            <w:r>
              <w:t>wall</w:t>
            </w:r>
            <w:r w:rsidRPr="00332DB8">
              <w:rPr>
                <w:lang w:val="ru-RU"/>
              </w:rPr>
              <w:t xml:space="preserve">-74109774_127, </w:t>
            </w:r>
            <w:r>
              <w:t>http</w:t>
            </w:r>
            <w:r w:rsidRPr="00332DB8">
              <w:rPr>
                <w:lang w:val="ru-RU"/>
              </w:rPr>
              <w:t>://</w:t>
            </w:r>
            <w:r>
              <w:t>uk</w:t>
            </w:r>
            <w:r w:rsidRPr="00332DB8">
              <w:rPr>
                <w:lang w:val="ru-RU"/>
              </w:rPr>
              <w:t>-</w:t>
            </w:r>
            <w:r>
              <w:t>ua</w:t>
            </w:r>
            <w:r w:rsidRPr="00332DB8">
              <w:rPr>
                <w:lang w:val="ru-RU"/>
              </w:rPr>
              <w:t>.</w:t>
            </w:r>
            <w:r>
              <w:t>fasebook</w:t>
            </w:r>
            <w:r w:rsidRPr="00332DB8">
              <w:rPr>
                <w:lang w:val="ru-RU"/>
              </w:rPr>
              <w:t>/</w:t>
            </w:r>
            <w:r>
              <w:t>com</w:t>
            </w:r>
            <w:r w:rsidRPr="00332DB8">
              <w:rPr>
                <w:lang w:val="ru-RU"/>
              </w:rPr>
              <w:t>/</w:t>
            </w:r>
            <w:r>
              <w:t>people</w:t>
            </w:r>
            <w:r w:rsidRPr="00332DB8">
              <w:rPr>
                <w:lang w:val="ru-RU"/>
              </w:rPr>
              <w:t>/</w:t>
            </w:r>
            <w:r>
              <w:t>Valentine</w:t>
            </w:r>
            <w:r w:rsidRPr="00332DB8">
              <w:rPr>
                <w:lang w:val="ru-RU"/>
              </w:rPr>
              <w:t>-</w:t>
            </w:r>
            <w:r>
              <w:t>Michael</w:t>
            </w:r>
            <w:r w:rsidRPr="00332DB8">
              <w:rPr>
                <w:lang w:val="ru-RU"/>
              </w:rPr>
              <w:t>-</w:t>
            </w:r>
            <w:r>
              <w:t>Ovdienko</w:t>
            </w:r>
            <w:r w:rsidRPr="00332DB8">
              <w:rPr>
                <w:lang w:val="ru-RU"/>
              </w:rPr>
              <w:t>/100004621450959 (решение Октябрьского районного суда г. Барнаула от 22.06.2015);</w:t>
            </w:r>
          </w:p>
        </w:tc>
        <w:tc>
          <w:tcPr>
            <w:tcW w:w="2880" w:type="dxa"/>
          </w:tcPr>
          <w:p w:rsidR="006F7457" w:rsidRPr="00332DB8" w:rsidRDefault="006F7457">
            <w:pPr>
              <w:rPr>
                <w:lang w:val="ru-RU"/>
              </w:rPr>
            </w:pPr>
          </w:p>
        </w:tc>
      </w:tr>
      <w:tr w:rsidR="006F7457">
        <w:tc>
          <w:tcPr>
            <w:tcW w:w="2880" w:type="dxa"/>
          </w:tcPr>
          <w:p w:rsidR="006F7457" w:rsidRDefault="00332DB8">
            <w:r>
              <w:t>3032.</w:t>
            </w:r>
          </w:p>
        </w:tc>
        <w:tc>
          <w:tcPr>
            <w:tcW w:w="2880" w:type="dxa"/>
          </w:tcPr>
          <w:p w:rsidR="006F7457" w:rsidRDefault="00332DB8">
            <w:r w:rsidRPr="00332DB8">
              <w:rPr>
                <w:lang w:val="ru-RU"/>
              </w:rPr>
              <w:t xml:space="preserve">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182955304, принадлежащей пользователю </w:t>
            </w:r>
            <w:r>
              <w:t>«И. Имаев» (решение Вахитовского районного суда г. Казани от 18.06.2015);</w:t>
            </w:r>
          </w:p>
        </w:tc>
        <w:tc>
          <w:tcPr>
            <w:tcW w:w="2880" w:type="dxa"/>
          </w:tcPr>
          <w:p w:rsidR="006F7457" w:rsidRDefault="006F7457"/>
        </w:tc>
      </w:tr>
      <w:tr w:rsidR="006F7457" w:rsidRPr="005A424D">
        <w:tc>
          <w:tcPr>
            <w:tcW w:w="2880" w:type="dxa"/>
          </w:tcPr>
          <w:p w:rsidR="006F7457" w:rsidRDefault="00332DB8">
            <w:r>
              <w:t>3033.</w:t>
            </w:r>
          </w:p>
        </w:tc>
        <w:tc>
          <w:tcPr>
            <w:tcW w:w="2880" w:type="dxa"/>
          </w:tcPr>
          <w:p w:rsidR="006F7457" w:rsidRPr="00332DB8" w:rsidRDefault="00332DB8">
            <w:pPr>
              <w:rPr>
                <w:lang w:val="ru-RU"/>
              </w:rPr>
            </w:pPr>
            <w:r w:rsidRPr="00332DB8">
              <w:rPr>
                <w:lang w:val="ru-RU"/>
              </w:rPr>
              <w:t>Видеоролик «Казнь панка» размещенный в сети Интернет на сайте «</w:t>
            </w:r>
            <w:r>
              <w:t>http</w:t>
            </w:r>
            <w:r w:rsidRPr="00332DB8">
              <w:rPr>
                <w:lang w:val="ru-RU"/>
              </w:rPr>
              <w:t>://</w:t>
            </w:r>
            <w:r>
              <w:t>vk</w:t>
            </w:r>
            <w:r w:rsidRPr="00332DB8">
              <w:rPr>
                <w:lang w:val="ru-RU"/>
              </w:rPr>
              <w:t>.</w:t>
            </w:r>
            <w:r>
              <w:t>com</w:t>
            </w:r>
            <w:r w:rsidRPr="00332DB8">
              <w:rPr>
                <w:lang w:val="ru-RU"/>
              </w:rPr>
              <w:t>.</w:t>
            </w:r>
            <w:r>
              <w:t>reltig</w:t>
            </w:r>
            <w:r w:rsidRPr="00332DB8">
              <w:rPr>
                <w:lang w:val="ru-RU"/>
              </w:rPr>
              <w:t>1488» (решение Медведевского районного суда Республики Марий Эл от 29.06.2015);</w:t>
            </w:r>
          </w:p>
        </w:tc>
        <w:tc>
          <w:tcPr>
            <w:tcW w:w="2880" w:type="dxa"/>
          </w:tcPr>
          <w:p w:rsidR="006F7457" w:rsidRPr="00332DB8" w:rsidRDefault="006F7457">
            <w:pPr>
              <w:rPr>
                <w:lang w:val="ru-RU"/>
              </w:rPr>
            </w:pPr>
          </w:p>
        </w:tc>
      </w:tr>
      <w:tr w:rsidR="006F7457" w:rsidRPr="005A424D">
        <w:tc>
          <w:tcPr>
            <w:tcW w:w="2880" w:type="dxa"/>
          </w:tcPr>
          <w:p w:rsidR="006F7457" w:rsidRDefault="00332DB8">
            <w:r>
              <w:t>3034.</w:t>
            </w:r>
          </w:p>
        </w:tc>
        <w:tc>
          <w:tcPr>
            <w:tcW w:w="2880" w:type="dxa"/>
          </w:tcPr>
          <w:p w:rsidR="006F7457" w:rsidRPr="00332DB8" w:rsidRDefault="00332DB8">
            <w:pPr>
              <w:rPr>
                <w:lang w:val="ru-RU"/>
              </w:rPr>
            </w:pPr>
            <w:r w:rsidRPr="00332DB8">
              <w:rPr>
                <w:lang w:val="ru-RU"/>
              </w:rPr>
              <w:t>Видеоролик «… смотреть всем» с текстом песни А. Харчикова «Ребята русские в Чечне» размещенный в сети Интернет на сайте «</w:t>
            </w:r>
            <w:r>
              <w:t>http</w:t>
            </w:r>
            <w:r w:rsidRPr="00332DB8">
              <w:rPr>
                <w:lang w:val="ru-RU"/>
              </w:rPr>
              <w:t>://</w:t>
            </w:r>
            <w:r>
              <w:t>vk</w:t>
            </w:r>
            <w:r w:rsidRPr="00332DB8">
              <w:rPr>
                <w:lang w:val="ru-RU"/>
              </w:rPr>
              <w:t>.</w:t>
            </w:r>
            <w:r>
              <w:t>com</w:t>
            </w:r>
            <w:r w:rsidRPr="00332DB8">
              <w:rPr>
                <w:lang w:val="ru-RU"/>
              </w:rPr>
              <w:t>/</w:t>
            </w:r>
            <w:r>
              <w:t>reltig</w:t>
            </w:r>
            <w:r w:rsidRPr="00332DB8">
              <w:rPr>
                <w:lang w:val="ru-RU"/>
              </w:rPr>
              <w:t>1488» (решение Медведевского районного суда Республики Марий Эл от 29.06.2015);</w:t>
            </w:r>
          </w:p>
        </w:tc>
        <w:tc>
          <w:tcPr>
            <w:tcW w:w="2880" w:type="dxa"/>
          </w:tcPr>
          <w:p w:rsidR="006F7457" w:rsidRPr="00332DB8" w:rsidRDefault="006F7457">
            <w:pPr>
              <w:rPr>
                <w:lang w:val="ru-RU"/>
              </w:rPr>
            </w:pPr>
          </w:p>
        </w:tc>
      </w:tr>
      <w:tr w:rsidR="006F7457" w:rsidRPr="005A424D">
        <w:tc>
          <w:tcPr>
            <w:tcW w:w="2880" w:type="dxa"/>
          </w:tcPr>
          <w:p w:rsidR="006F7457" w:rsidRDefault="00332DB8">
            <w:r>
              <w:t>3035.</w:t>
            </w:r>
          </w:p>
        </w:tc>
        <w:tc>
          <w:tcPr>
            <w:tcW w:w="2880" w:type="dxa"/>
          </w:tcPr>
          <w:p w:rsidR="006F7457" w:rsidRPr="00332DB8" w:rsidRDefault="00332DB8">
            <w:pPr>
              <w:rPr>
                <w:lang w:val="ru-RU"/>
              </w:rPr>
            </w:pPr>
            <w:r w:rsidRPr="00332DB8">
              <w:rPr>
                <w:lang w:val="ru-RU"/>
              </w:rPr>
              <w:t xml:space="preserve">Видеоролики «Головорез Центральной Азии Ислам Каримов» и «Как долго еще! Узбекистан», расположенные в виде ссылки на странице сайта </w:t>
            </w:r>
            <w:r>
              <w:t>odnoklassniki</w:t>
            </w:r>
            <w:r w:rsidRPr="00332DB8">
              <w:rPr>
                <w:lang w:val="ru-RU"/>
              </w:rPr>
              <w:t>.</w:t>
            </w:r>
            <w:r>
              <w:t>ru</w:t>
            </w:r>
            <w:r w:rsidRPr="00332DB8">
              <w:rPr>
                <w:lang w:val="ru-RU"/>
              </w:rPr>
              <w:t>/</w:t>
            </w:r>
            <w:r>
              <w:t>profile</w:t>
            </w:r>
            <w:r w:rsidRPr="00332DB8">
              <w:rPr>
                <w:lang w:val="ru-RU"/>
              </w:rPr>
              <w:t xml:space="preserve">/534243222272 и размещенные на странице сайта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p</w:t>
            </w:r>
            <w:r w:rsidRPr="00332DB8">
              <w:rPr>
                <w:lang w:val="ru-RU"/>
              </w:rPr>
              <w:t>9</w:t>
            </w:r>
            <w:r>
              <w:t>jkRFERWb</w:t>
            </w:r>
            <w:r w:rsidRPr="00332DB8">
              <w:rPr>
                <w:lang w:val="ru-RU"/>
              </w:rPr>
              <w:t xml:space="preserve">0 и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EjassNvupeX</w:t>
            </w:r>
            <w:r w:rsidRPr="00332DB8">
              <w:rPr>
                <w:lang w:val="ru-RU"/>
              </w:rPr>
              <w:t>4 (решение Первореченского районного суда г. Владивостока от 22.06.2015);</w:t>
            </w:r>
          </w:p>
        </w:tc>
        <w:tc>
          <w:tcPr>
            <w:tcW w:w="2880" w:type="dxa"/>
          </w:tcPr>
          <w:p w:rsidR="006F7457" w:rsidRPr="00332DB8" w:rsidRDefault="006F7457">
            <w:pPr>
              <w:rPr>
                <w:lang w:val="ru-RU"/>
              </w:rPr>
            </w:pPr>
          </w:p>
        </w:tc>
      </w:tr>
      <w:tr w:rsidR="006F7457" w:rsidRPr="005A424D">
        <w:tc>
          <w:tcPr>
            <w:tcW w:w="2880" w:type="dxa"/>
          </w:tcPr>
          <w:p w:rsidR="006F7457" w:rsidRDefault="00332DB8">
            <w:r>
              <w:t>303</w:t>
            </w:r>
            <w:r>
              <w:lastRenderedPageBreak/>
              <w:t>6.</w:t>
            </w:r>
          </w:p>
        </w:tc>
        <w:tc>
          <w:tcPr>
            <w:tcW w:w="2880" w:type="dxa"/>
          </w:tcPr>
          <w:p w:rsidR="006F7457" w:rsidRPr="00332DB8" w:rsidRDefault="00332DB8">
            <w:pPr>
              <w:rPr>
                <w:lang w:val="ru-RU"/>
              </w:rPr>
            </w:pPr>
            <w:r w:rsidRPr="00332DB8">
              <w:rPr>
                <w:lang w:val="ru-RU"/>
              </w:rPr>
              <w:lastRenderedPageBreak/>
              <w:t xml:space="preserve">Размещенные Кандаковым Д.М. в сети «Интернет» на созданной им общедоступной странице «Митька Кандаков» в социальной сети «Вконтакте»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5242239 видеофайлы под </w:t>
            </w:r>
            <w:r w:rsidRPr="00332DB8">
              <w:rPr>
                <w:lang w:val="ru-RU"/>
              </w:rPr>
              <w:lastRenderedPageBreak/>
              <w:t>названием «Жесть» (решение Калининского районного суда г. Чебоксары от 24.06.2015);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3037.</w:t>
            </w:r>
          </w:p>
        </w:tc>
        <w:tc>
          <w:tcPr>
            <w:tcW w:w="2880" w:type="dxa"/>
          </w:tcPr>
          <w:p w:rsidR="006F7457" w:rsidRPr="00332DB8" w:rsidRDefault="00332DB8">
            <w:pPr>
              <w:rPr>
                <w:lang w:val="ru-RU"/>
              </w:rPr>
            </w:pPr>
            <w:r w:rsidRPr="00332DB8">
              <w:rPr>
                <w:lang w:val="ru-RU"/>
              </w:rPr>
              <w:t xml:space="preserve">Видеоролик «Я так ждала тебя - Токланы Альбина-Карачай», расположенный по адресу </w:t>
            </w:r>
            <w:r>
              <w:t>http</w:t>
            </w:r>
            <w:r w:rsidRPr="00332DB8">
              <w:rPr>
                <w:lang w:val="ru-RU"/>
              </w:rPr>
              <w:t>://</w:t>
            </w:r>
            <w:r>
              <w:t>vk</w:t>
            </w:r>
            <w:r w:rsidRPr="00332DB8">
              <w:rPr>
                <w:lang w:val="ru-RU"/>
              </w:rPr>
              <w:t>.</w:t>
            </w:r>
            <w:r>
              <w:t>com</w:t>
            </w:r>
            <w:r w:rsidRPr="00332DB8">
              <w:rPr>
                <w:lang w:val="ru-RU"/>
              </w:rPr>
              <w:t>/</w:t>
            </w:r>
            <w:r>
              <w:t>videos</w:t>
            </w:r>
            <w:r w:rsidRPr="00332DB8">
              <w:rPr>
                <w:lang w:val="ru-RU"/>
              </w:rPr>
              <w:t xml:space="preserve"> 215049440 165535236 (решение Черкесского городского суда Карачаево-Черкесской Республики от 16.04.2015);</w:t>
            </w:r>
          </w:p>
        </w:tc>
        <w:tc>
          <w:tcPr>
            <w:tcW w:w="2880" w:type="dxa"/>
          </w:tcPr>
          <w:p w:rsidR="006F7457" w:rsidRPr="00332DB8" w:rsidRDefault="006F7457">
            <w:pPr>
              <w:rPr>
                <w:lang w:val="ru-RU"/>
              </w:rPr>
            </w:pPr>
          </w:p>
        </w:tc>
      </w:tr>
      <w:tr w:rsidR="006F7457" w:rsidRPr="005A424D">
        <w:tc>
          <w:tcPr>
            <w:tcW w:w="2880" w:type="dxa"/>
          </w:tcPr>
          <w:p w:rsidR="006F7457" w:rsidRDefault="00332DB8">
            <w:r>
              <w:t>3038.</w:t>
            </w:r>
          </w:p>
        </w:tc>
        <w:tc>
          <w:tcPr>
            <w:tcW w:w="2880" w:type="dxa"/>
          </w:tcPr>
          <w:p w:rsidR="006F7457" w:rsidRPr="00332DB8" w:rsidRDefault="00332DB8">
            <w:pPr>
              <w:rPr>
                <w:lang w:val="ru-RU"/>
              </w:rPr>
            </w:pPr>
            <w:r w:rsidRPr="00332DB8">
              <w:rPr>
                <w:lang w:val="ru-RU"/>
              </w:rPr>
              <w:t>Аудиофайлы с названиями «Коловрат – Великие Русы.</w:t>
            </w:r>
            <w:r>
              <w:t>mp</w:t>
            </w:r>
            <w:r w:rsidRPr="00332DB8">
              <w:rPr>
                <w:lang w:val="ru-RU"/>
              </w:rPr>
              <w:t>.3» и «Коловрат (Анти-антифа).</w:t>
            </w:r>
            <w:r>
              <w:t>mp</w:t>
            </w:r>
            <w:r w:rsidRPr="00332DB8">
              <w:rPr>
                <w:lang w:val="ru-RU"/>
              </w:rPr>
              <w:t>3» (</w:t>
            </w:r>
            <w:r>
              <w:t>URL</w:t>
            </w:r>
            <w:r w:rsidRPr="00332DB8">
              <w:rPr>
                <w:lang w:val="ru-RU"/>
              </w:rPr>
              <w:t xml:space="preserve">-адрес: </w:t>
            </w:r>
            <w:r>
              <w:t>http</w:t>
            </w:r>
            <w:r w:rsidRPr="00332DB8">
              <w:rPr>
                <w:lang w:val="ru-RU"/>
              </w:rPr>
              <w:t>:</w:t>
            </w:r>
            <w:r>
              <w:t>vk</w:t>
            </w:r>
            <w:r w:rsidRPr="00332DB8">
              <w:rPr>
                <w:lang w:val="ru-RU"/>
              </w:rPr>
              <w:t>.</w:t>
            </w:r>
            <w:r>
              <w:t>com</w:t>
            </w:r>
            <w:r w:rsidRPr="00332DB8">
              <w:rPr>
                <w:lang w:val="ru-RU"/>
              </w:rPr>
              <w:t>/</w:t>
            </w:r>
            <w:r>
              <w:t>id</w:t>
            </w:r>
            <w:r w:rsidRPr="00332DB8">
              <w:rPr>
                <w:lang w:val="ru-RU"/>
              </w:rPr>
              <w:t>6641584, социальная сеть «В Контакте») (решение Саровского городского суда Нижегородской области от 18.06.2015);</w:t>
            </w:r>
          </w:p>
        </w:tc>
        <w:tc>
          <w:tcPr>
            <w:tcW w:w="2880" w:type="dxa"/>
          </w:tcPr>
          <w:p w:rsidR="006F7457" w:rsidRPr="00332DB8" w:rsidRDefault="006F7457">
            <w:pPr>
              <w:rPr>
                <w:lang w:val="ru-RU"/>
              </w:rPr>
            </w:pPr>
          </w:p>
        </w:tc>
      </w:tr>
      <w:tr w:rsidR="006F7457" w:rsidRPr="005A424D">
        <w:tc>
          <w:tcPr>
            <w:tcW w:w="2880" w:type="dxa"/>
          </w:tcPr>
          <w:p w:rsidR="006F7457" w:rsidRDefault="00332DB8">
            <w:r>
              <w:t>3039.</w:t>
            </w:r>
          </w:p>
        </w:tc>
        <w:tc>
          <w:tcPr>
            <w:tcW w:w="2880" w:type="dxa"/>
          </w:tcPr>
          <w:p w:rsidR="006F7457" w:rsidRPr="00332DB8" w:rsidRDefault="00332DB8">
            <w:pPr>
              <w:rPr>
                <w:lang w:val="ru-RU"/>
              </w:rPr>
            </w:pPr>
            <w:r w:rsidRPr="00332DB8">
              <w:rPr>
                <w:lang w:val="ru-RU"/>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2880" w:type="dxa"/>
          </w:tcPr>
          <w:p w:rsidR="006F7457" w:rsidRPr="00332DB8" w:rsidRDefault="006F7457">
            <w:pPr>
              <w:rPr>
                <w:lang w:val="ru-RU"/>
              </w:rPr>
            </w:pPr>
          </w:p>
        </w:tc>
      </w:tr>
      <w:tr w:rsidR="006F7457" w:rsidRPr="005A424D">
        <w:tc>
          <w:tcPr>
            <w:tcW w:w="2880" w:type="dxa"/>
          </w:tcPr>
          <w:p w:rsidR="006F7457" w:rsidRDefault="00332DB8">
            <w:r>
              <w:t>3040.</w:t>
            </w:r>
          </w:p>
        </w:tc>
        <w:tc>
          <w:tcPr>
            <w:tcW w:w="2880" w:type="dxa"/>
          </w:tcPr>
          <w:p w:rsidR="006F7457" w:rsidRPr="00332DB8" w:rsidRDefault="00332DB8">
            <w:pPr>
              <w:rPr>
                <w:lang w:val="ru-RU"/>
              </w:rPr>
            </w:pPr>
            <w:r w:rsidRPr="00332DB8">
              <w:rPr>
                <w:lang w:val="ru-RU"/>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2880" w:type="dxa"/>
          </w:tcPr>
          <w:p w:rsidR="006F7457" w:rsidRPr="00332DB8" w:rsidRDefault="006F7457">
            <w:pPr>
              <w:rPr>
                <w:lang w:val="ru-RU"/>
              </w:rPr>
            </w:pPr>
          </w:p>
        </w:tc>
      </w:tr>
      <w:tr w:rsidR="006F7457" w:rsidRPr="005A424D">
        <w:tc>
          <w:tcPr>
            <w:tcW w:w="2880" w:type="dxa"/>
          </w:tcPr>
          <w:p w:rsidR="006F7457" w:rsidRDefault="00332DB8">
            <w:r>
              <w:t>3041.</w:t>
            </w:r>
          </w:p>
        </w:tc>
        <w:tc>
          <w:tcPr>
            <w:tcW w:w="2880" w:type="dxa"/>
          </w:tcPr>
          <w:p w:rsidR="006F7457" w:rsidRPr="00332DB8" w:rsidRDefault="00332DB8">
            <w:pPr>
              <w:rPr>
                <w:lang w:val="ru-RU"/>
              </w:rPr>
            </w:pPr>
            <w:r w:rsidRPr="00332DB8">
              <w:rPr>
                <w:lang w:val="ru-RU"/>
              </w:rPr>
              <w:t xml:space="preserve">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w:t>
            </w:r>
            <w:r>
              <w:t>vk</w:t>
            </w:r>
            <w:r w:rsidRPr="00332DB8">
              <w:rPr>
                <w:lang w:val="ru-RU"/>
              </w:rPr>
              <w:t>.</w:t>
            </w:r>
            <w:r>
              <w:t>com</w:t>
            </w:r>
            <w:r w:rsidRPr="00332DB8">
              <w:rPr>
                <w:lang w:val="ru-RU"/>
              </w:rPr>
              <w:t>/</w:t>
            </w:r>
            <w:r>
              <w:t>Chronione</w:t>
            </w:r>
            <w:r w:rsidRPr="00332DB8">
              <w:rPr>
                <w:lang w:val="ru-RU"/>
              </w:rPr>
              <w:t xml:space="preserve"> </w:t>
            </w:r>
            <w:r>
              <w:t>Lasy</w:t>
            </w:r>
            <w:r w:rsidRPr="00332DB8">
              <w:rPr>
                <w:lang w:val="ru-RU"/>
              </w:rPr>
              <w:t xml:space="preserve"> (решение Наримановского районного суда Астраханской области от 30.06.2015);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3042.</w:t>
            </w:r>
          </w:p>
        </w:tc>
        <w:tc>
          <w:tcPr>
            <w:tcW w:w="2880" w:type="dxa"/>
          </w:tcPr>
          <w:p w:rsidR="006F7457" w:rsidRPr="00332DB8" w:rsidRDefault="00332DB8">
            <w:pPr>
              <w:rPr>
                <w:lang w:val="ru-RU"/>
              </w:rPr>
            </w:pPr>
            <w:r w:rsidRPr="00332DB8">
              <w:rPr>
                <w:lang w:val="ru-RU"/>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2880" w:type="dxa"/>
          </w:tcPr>
          <w:p w:rsidR="006F7457" w:rsidRPr="00332DB8" w:rsidRDefault="006F7457">
            <w:pPr>
              <w:rPr>
                <w:lang w:val="ru-RU"/>
              </w:rPr>
            </w:pPr>
          </w:p>
        </w:tc>
      </w:tr>
      <w:tr w:rsidR="006F7457" w:rsidRPr="005A424D">
        <w:tc>
          <w:tcPr>
            <w:tcW w:w="2880" w:type="dxa"/>
          </w:tcPr>
          <w:p w:rsidR="006F7457" w:rsidRDefault="00332DB8">
            <w:r>
              <w:t>3043.</w:t>
            </w:r>
          </w:p>
        </w:tc>
        <w:tc>
          <w:tcPr>
            <w:tcW w:w="2880" w:type="dxa"/>
          </w:tcPr>
          <w:p w:rsidR="006F7457" w:rsidRPr="00332DB8" w:rsidRDefault="00332DB8">
            <w:pPr>
              <w:rPr>
                <w:lang w:val="ru-RU"/>
              </w:rPr>
            </w:pPr>
            <w:r w:rsidRPr="00332DB8">
              <w:rPr>
                <w:lang w:val="ru-RU"/>
              </w:rPr>
              <w:t xml:space="preserve">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t>
            </w:r>
            <w:r>
              <w:t>www</w:t>
            </w:r>
            <w:r w:rsidRPr="00332DB8">
              <w:rPr>
                <w:lang w:val="ru-RU"/>
              </w:rPr>
              <w:t>.</w:t>
            </w:r>
            <w:r>
              <w:t>vkontakte</w:t>
            </w:r>
            <w:r w:rsidRPr="00332DB8">
              <w:rPr>
                <w:lang w:val="ru-RU"/>
              </w:rPr>
              <w:t>.</w:t>
            </w:r>
            <w:r>
              <w:t>ru</w:t>
            </w:r>
            <w:r w:rsidRPr="00332DB8">
              <w:rPr>
                <w:lang w:val="ru-RU"/>
              </w:rPr>
              <w:t xml:space="preserve"> на электронной странице </w:t>
            </w:r>
            <w:r>
              <w:t>http</w:t>
            </w:r>
            <w:r w:rsidRPr="00332DB8">
              <w:rPr>
                <w:lang w:val="ru-RU"/>
              </w:rPr>
              <w:t>://</w:t>
            </w:r>
            <w:r>
              <w:t>vk</w:t>
            </w:r>
            <w:r w:rsidRPr="00332DB8">
              <w:rPr>
                <w:lang w:val="ru-RU"/>
              </w:rPr>
              <w:t>.</w:t>
            </w:r>
            <w:r>
              <w:t>com</w:t>
            </w:r>
            <w:r w:rsidRPr="00332DB8">
              <w:rPr>
                <w:lang w:val="ru-RU"/>
              </w:rPr>
              <w:t>/</w:t>
            </w:r>
            <w:r>
              <w:t>club</w:t>
            </w:r>
            <w:r w:rsidRPr="00332DB8">
              <w:rPr>
                <w:lang w:val="ru-RU"/>
              </w:rPr>
              <w:t>8119436 (решение Канавинского районного суда г. Нижнего Новгорода от 27.01.2015);</w:t>
            </w:r>
          </w:p>
        </w:tc>
        <w:tc>
          <w:tcPr>
            <w:tcW w:w="2880" w:type="dxa"/>
          </w:tcPr>
          <w:p w:rsidR="006F7457" w:rsidRPr="00332DB8" w:rsidRDefault="006F7457">
            <w:pPr>
              <w:rPr>
                <w:lang w:val="ru-RU"/>
              </w:rPr>
            </w:pPr>
          </w:p>
        </w:tc>
      </w:tr>
      <w:tr w:rsidR="006F7457" w:rsidRPr="005A424D">
        <w:tc>
          <w:tcPr>
            <w:tcW w:w="2880" w:type="dxa"/>
          </w:tcPr>
          <w:p w:rsidR="006F7457" w:rsidRDefault="00332DB8">
            <w:r>
              <w:t>3044.</w:t>
            </w:r>
          </w:p>
        </w:tc>
        <w:tc>
          <w:tcPr>
            <w:tcW w:w="2880" w:type="dxa"/>
          </w:tcPr>
          <w:p w:rsidR="006F7457" w:rsidRPr="00332DB8" w:rsidRDefault="00332DB8">
            <w:pPr>
              <w:rPr>
                <w:lang w:val="ru-RU"/>
              </w:rPr>
            </w:pPr>
            <w:r w:rsidRPr="00332DB8">
              <w:rPr>
                <w:lang w:val="ru-RU"/>
              </w:rPr>
              <w:t xml:space="preserve">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diSwA</w:t>
            </w:r>
            <w:r w:rsidRPr="00332DB8">
              <w:rPr>
                <w:lang w:val="ru-RU"/>
              </w:rPr>
              <w:t>9</w:t>
            </w:r>
            <w:r>
              <w:t>dyiFk</w:t>
            </w:r>
            <w:r w:rsidRPr="00332DB8">
              <w:rPr>
                <w:lang w:val="ru-RU"/>
              </w:rPr>
              <w:t xml:space="preserve"> (решение Назаровского городского суда Красноярского края от 01.07.2015);</w:t>
            </w:r>
          </w:p>
        </w:tc>
        <w:tc>
          <w:tcPr>
            <w:tcW w:w="2880" w:type="dxa"/>
          </w:tcPr>
          <w:p w:rsidR="006F7457" w:rsidRPr="00332DB8" w:rsidRDefault="006F7457">
            <w:pPr>
              <w:rPr>
                <w:lang w:val="ru-RU"/>
              </w:rPr>
            </w:pPr>
          </w:p>
        </w:tc>
      </w:tr>
      <w:tr w:rsidR="006F7457" w:rsidRPr="005A424D">
        <w:tc>
          <w:tcPr>
            <w:tcW w:w="2880" w:type="dxa"/>
          </w:tcPr>
          <w:p w:rsidR="006F7457" w:rsidRDefault="00332DB8">
            <w:r>
              <w:t>3045.</w:t>
            </w:r>
          </w:p>
        </w:tc>
        <w:tc>
          <w:tcPr>
            <w:tcW w:w="2880" w:type="dxa"/>
          </w:tcPr>
          <w:p w:rsidR="006F7457" w:rsidRPr="00332DB8" w:rsidRDefault="00332DB8">
            <w:pPr>
              <w:rPr>
                <w:lang w:val="ru-RU"/>
              </w:rPr>
            </w:pPr>
            <w:r w:rsidRPr="00332DB8">
              <w:rPr>
                <w:lang w:val="ru-RU"/>
              </w:rPr>
              <w:t>Аудиофайлы с названиями «Банда Москвы Виват России.</w:t>
            </w:r>
            <w:r>
              <w:t>mp</w:t>
            </w:r>
            <w:r w:rsidRPr="00332DB8">
              <w:rPr>
                <w:lang w:val="ru-RU"/>
              </w:rPr>
              <w:t>.3» и «ГРОТ-дым.</w:t>
            </w:r>
            <w:r>
              <w:t>mp</w:t>
            </w:r>
            <w:r w:rsidRPr="00332DB8">
              <w:rPr>
                <w:lang w:val="ru-RU"/>
              </w:rPr>
              <w:t>3» (</w:t>
            </w:r>
            <w:r>
              <w:t>URL</w:t>
            </w:r>
            <w:r w:rsidRPr="00332DB8">
              <w:rPr>
                <w:lang w:val="ru-RU"/>
              </w:rPr>
              <w:t xml:space="preserve">-адрес: </w:t>
            </w:r>
            <w:r>
              <w:t>http</w:t>
            </w:r>
            <w:r w:rsidRPr="00332DB8">
              <w:rPr>
                <w:lang w:val="ru-RU"/>
              </w:rPr>
              <w:t>:</w:t>
            </w:r>
            <w:r>
              <w:t>vk</w:t>
            </w:r>
            <w:r w:rsidRPr="00332DB8">
              <w:rPr>
                <w:lang w:val="ru-RU"/>
              </w:rPr>
              <w:t>.</w:t>
            </w:r>
            <w:r>
              <w:t>com</w:t>
            </w:r>
            <w:r w:rsidRPr="00332DB8">
              <w:rPr>
                <w:lang w:val="ru-RU"/>
              </w:rPr>
              <w:t>/</w:t>
            </w:r>
            <w:r>
              <w:t>id</w:t>
            </w:r>
            <w:r w:rsidRPr="00332DB8">
              <w:rPr>
                <w:lang w:val="ru-RU"/>
              </w:rPr>
              <w:t>6641584, социальная сеть «В Контакте») (решение Саровского городского суда Нижегородской области от 05.06.2015 и определение Саровского городского суда Нижегородской области от 10.01.2018);</w:t>
            </w:r>
          </w:p>
        </w:tc>
        <w:tc>
          <w:tcPr>
            <w:tcW w:w="2880" w:type="dxa"/>
          </w:tcPr>
          <w:p w:rsidR="006F7457" w:rsidRPr="00332DB8" w:rsidRDefault="006F7457">
            <w:pPr>
              <w:rPr>
                <w:lang w:val="ru-RU"/>
              </w:rPr>
            </w:pPr>
          </w:p>
        </w:tc>
      </w:tr>
      <w:tr w:rsidR="006F7457" w:rsidRPr="005A424D">
        <w:tc>
          <w:tcPr>
            <w:tcW w:w="2880" w:type="dxa"/>
          </w:tcPr>
          <w:p w:rsidR="006F7457" w:rsidRDefault="00332DB8">
            <w:r>
              <w:t>3046.</w:t>
            </w:r>
          </w:p>
        </w:tc>
        <w:tc>
          <w:tcPr>
            <w:tcW w:w="2880" w:type="dxa"/>
          </w:tcPr>
          <w:p w:rsidR="006F7457" w:rsidRPr="00332DB8" w:rsidRDefault="00332DB8">
            <w:pPr>
              <w:rPr>
                <w:lang w:val="ru-RU"/>
              </w:rPr>
            </w:pPr>
            <w:r w:rsidRPr="00332DB8">
              <w:rPr>
                <w:lang w:val="ru-RU"/>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3047.</w:t>
            </w:r>
          </w:p>
        </w:tc>
        <w:tc>
          <w:tcPr>
            <w:tcW w:w="2880" w:type="dxa"/>
          </w:tcPr>
          <w:p w:rsidR="006F7457" w:rsidRPr="00332DB8" w:rsidRDefault="00332DB8">
            <w:pPr>
              <w:rPr>
                <w:lang w:val="ru-RU"/>
              </w:rPr>
            </w:pPr>
            <w:r w:rsidRPr="00332DB8">
              <w:rPr>
                <w:lang w:val="ru-RU"/>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2880" w:type="dxa"/>
          </w:tcPr>
          <w:p w:rsidR="006F7457" w:rsidRPr="00332DB8" w:rsidRDefault="006F7457">
            <w:pPr>
              <w:rPr>
                <w:lang w:val="ru-RU"/>
              </w:rPr>
            </w:pPr>
          </w:p>
        </w:tc>
      </w:tr>
      <w:tr w:rsidR="006F7457" w:rsidRPr="005A424D">
        <w:tc>
          <w:tcPr>
            <w:tcW w:w="2880" w:type="dxa"/>
          </w:tcPr>
          <w:p w:rsidR="006F7457" w:rsidRDefault="00332DB8">
            <w:r>
              <w:t>3048.</w:t>
            </w:r>
          </w:p>
        </w:tc>
        <w:tc>
          <w:tcPr>
            <w:tcW w:w="2880" w:type="dxa"/>
          </w:tcPr>
          <w:p w:rsidR="006F7457" w:rsidRPr="00332DB8" w:rsidRDefault="00332DB8">
            <w:pPr>
              <w:rPr>
                <w:lang w:val="ru-RU"/>
              </w:rPr>
            </w:pPr>
            <w:r w:rsidRPr="00332DB8">
              <w:rPr>
                <w:lang w:val="ru-RU"/>
              </w:rPr>
              <w:t xml:space="preserve">Размещенный Крузе А.А. в социальной сети «ВКонтакте» на Интернет-странице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158124475 аудиоматериал «_</w:t>
            </w:r>
            <w:r>
              <w:t>RGD</w:t>
            </w:r>
            <w:r w:rsidRPr="00332DB8">
              <w:rPr>
                <w:lang w:val="ru-RU"/>
              </w:rPr>
              <w:t xml:space="preserve"> 88_- </w:t>
            </w:r>
            <w:r>
              <w:t>V</w:t>
            </w:r>
            <w:r w:rsidRPr="00332DB8">
              <w:rPr>
                <w:lang w:val="ru-RU"/>
              </w:rPr>
              <w:t xml:space="preserve"> </w:t>
            </w:r>
            <w:r>
              <w:t>nashem</w:t>
            </w:r>
            <w:r w:rsidRPr="00332DB8">
              <w:rPr>
                <w:lang w:val="ru-RU"/>
              </w:rPr>
              <w:t xml:space="preserve"> </w:t>
            </w:r>
            <w:r>
              <w:t>dome</w:t>
            </w:r>
            <w:r w:rsidRPr="00332DB8">
              <w:rPr>
                <w:lang w:val="ru-RU"/>
              </w:rPr>
              <w:t xml:space="preserve"> </w:t>
            </w:r>
            <w:r>
              <w:t>poyavilsya</w:t>
            </w:r>
            <w:r w:rsidRPr="00332DB8">
              <w:rPr>
                <w:lang w:val="ru-RU"/>
              </w:rPr>
              <w:t xml:space="preserve"> </w:t>
            </w:r>
            <w:r>
              <w:t>zamechatel</w:t>
            </w:r>
            <w:r w:rsidRPr="00332DB8">
              <w:rPr>
                <w:lang w:val="ru-RU"/>
              </w:rPr>
              <w:t>´</w:t>
            </w:r>
            <w:r>
              <w:t>nyj</w:t>
            </w:r>
            <w:r w:rsidRPr="00332DB8">
              <w:rPr>
                <w:lang w:val="ru-RU"/>
              </w:rPr>
              <w:t xml:space="preserve"> </w:t>
            </w:r>
            <w:r>
              <w:t>SkinHed</w:t>
            </w:r>
            <w:r w:rsidRPr="00332DB8">
              <w:rPr>
                <w:lang w:val="ru-RU"/>
              </w:rPr>
              <w:t>.</w:t>
            </w:r>
            <w:r>
              <w:t>mp</w:t>
            </w:r>
            <w:r w:rsidRPr="00332DB8">
              <w:rPr>
                <w:lang w:val="ru-RU"/>
              </w:rPr>
              <w:t>3» (решение Старооскольского городского суда Белгородской области от 04.06.2015);</w:t>
            </w:r>
          </w:p>
        </w:tc>
        <w:tc>
          <w:tcPr>
            <w:tcW w:w="2880" w:type="dxa"/>
          </w:tcPr>
          <w:p w:rsidR="006F7457" w:rsidRPr="00332DB8" w:rsidRDefault="006F7457">
            <w:pPr>
              <w:rPr>
                <w:lang w:val="ru-RU"/>
              </w:rPr>
            </w:pPr>
          </w:p>
        </w:tc>
      </w:tr>
      <w:tr w:rsidR="006F7457" w:rsidRPr="005A424D">
        <w:tc>
          <w:tcPr>
            <w:tcW w:w="2880" w:type="dxa"/>
          </w:tcPr>
          <w:p w:rsidR="006F7457" w:rsidRDefault="00332DB8">
            <w:r>
              <w:t>3049.</w:t>
            </w:r>
          </w:p>
        </w:tc>
        <w:tc>
          <w:tcPr>
            <w:tcW w:w="2880" w:type="dxa"/>
          </w:tcPr>
          <w:p w:rsidR="006F7457" w:rsidRPr="00332DB8" w:rsidRDefault="00332DB8">
            <w:pPr>
              <w:rPr>
                <w:lang w:val="ru-RU"/>
              </w:rPr>
            </w:pPr>
            <w:r w:rsidRPr="00332DB8">
              <w:rPr>
                <w:lang w:val="ru-RU"/>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34194384» (решение Калужского районного суда Калужской области от 18.06.2015);</w:t>
            </w:r>
          </w:p>
        </w:tc>
        <w:tc>
          <w:tcPr>
            <w:tcW w:w="2880" w:type="dxa"/>
          </w:tcPr>
          <w:p w:rsidR="006F7457" w:rsidRPr="00332DB8" w:rsidRDefault="006F7457">
            <w:pPr>
              <w:rPr>
                <w:lang w:val="ru-RU"/>
              </w:rPr>
            </w:pPr>
          </w:p>
        </w:tc>
      </w:tr>
      <w:tr w:rsidR="006F7457" w:rsidRPr="005A424D">
        <w:tc>
          <w:tcPr>
            <w:tcW w:w="2880" w:type="dxa"/>
          </w:tcPr>
          <w:p w:rsidR="006F7457" w:rsidRDefault="00332DB8">
            <w:r>
              <w:t>3050.</w:t>
            </w:r>
          </w:p>
        </w:tc>
        <w:tc>
          <w:tcPr>
            <w:tcW w:w="2880" w:type="dxa"/>
          </w:tcPr>
          <w:p w:rsidR="006F7457" w:rsidRPr="00332DB8" w:rsidRDefault="00332DB8">
            <w:pPr>
              <w:rPr>
                <w:lang w:val="ru-RU"/>
              </w:rPr>
            </w:pPr>
            <w:r w:rsidRPr="00332DB8">
              <w:rPr>
                <w:lang w:val="ru-RU"/>
              </w:rPr>
              <w:t xml:space="preserve">Текст песни: «Зачем, хохлы, Вам Черноморский флот?» в исполнении Александра Харчикова, размещенный на Интернет-сайте </w:t>
            </w:r>
            <w:r>
              <w:t>http</w:t>
            </w:r>
            <w:r w:rsidRPr="00332DB8">
              <w:rPr>
                <w:lang w:val="ru-RU"/>
              </w:rPr>
              <w:t>:/</w:t>
            </w:r>
            <w:r>
              <w:t>digftnplay</w:t>
            </w:r>
            <w:r w:rsidRPr="00332DB8">
              <w:rPr>
                <w:lang w:val="ru-RU"/>
              </w:rPr>
              <w:t>.</w:t>
            </w:r>
            <w:r>
              <w:t>ru</w:t>
            </w:r>
            <w:r w:rsidRPr="00332DB8">
              <w:rPr>
                <w:lang w:val="ru-RU"/>
              </w:rPr>
              <w:t>/</w:t>
            </w:r>
            <w:r>
              <w:t>load</w:t>
            </w:r>
            <w:r w:rsidRPr="00332DB8">
              <w:rPr>
                <w:lang w:val="ru-RU"/>
              </w:rPr>
              <w:t>/</w:t>
            </w:r>
            <w:r>
              <w:t>aleksandr</w:t>
            </w:r>
            <w:r w:rsidRPr="00332DB8">
              <w:rPr>
                <w:lang w:val="ru-RU"/>
              </w:rPr>
              <w:t>-</w:t>
            </w:r>
            <w:r>
              <w:t>harchikovzachem</w:t>
            </w:r>
            <w:r w:rsidRPr="00332DB8">
              <w:rPr>
                <w:lang w:val="ru-RU"/>
              </w:rPr>
              <w:t>-</w:t>
            </w:r>
            <w:r>
              <w:t>hohli</w:t>
            </w:r>
            <w:r w:rsidRPr="00332DB8">
              <w:rPr>
                <w:lang w:val="ru-RU"/>
              </w:rPr>
              <w:t>-</w:t>
            </w:r>
            <w:r>
              <w:t>vam</w:t>
            </w:r>
            <w:r w:rsidRPr="00332DB8">
              <w:rPr>
                <w:lang w:val="ru-RU"/>
              </w:rPr>
              <w:t>-</w:t>
            </w:r>
            <w:r>
              <w:t>chemoniorskij</w:t>
            </w:r>
            <w:r w:rsidRPr="00332DB8">
              <w:rPr>
                <w:lang w:val="ru-RU"/>
              </w:rPr>
              <w:t>-</w:t>
            </w:r>
            <w:r>
              <w:t>flot</w:t>
            </w:r>
            <w:r w:rsidRPr="00332DB8">
              <w:rPr>
                <w:lang w:val="ru-RU"/>
              </w:rPr>
              <w:t xml:space="preserve"> (решение Артемовского городского суда Приморского края от 30.03.2015);</w:t>
            </w:r>
          </w:p>
        </w:tc>
        <w:tc>
          <w:tcPr>
            <w:tcW w:w="2880" w:type="dxa"/>
          </w:tcPr>
          <w:p w:rsidR="006F7457" w:rsidRPr="00332DB8" w:rsidRDefault="006F7457">
            <w:pPr>
              <w:rPr>
                <w:lang w:val="ru-RU"/>
              </w:rPr>
            </w:pPr>
          </w:p>
        </w:tc>
      </w:tr>
      <w:tr w:rsidR="006F7457" w:rsidRPr="005A424D">
        <w:tc>
          <w:tcPr>
            <w:tcW w:w="2880" w:type="dxa"/>
          </w:tcPr>
          <w:p w:rsidR="006F7457" w:rsidRDefault="00332DB8">
            <w:r>
              <w:t>3051.</w:t>
            </w:r>
          </w:p>
        </w:tc>
        <w:tc>
          <w:tcPr>
            <w:tcW w:w="2880" w:type="dxa"/>
          </w:tcPr>
          <w:p w:rsidR="006F7457" w:rsidRPr="00332DB8" w:rsidRDefault="00332DB8">
            <w:pPr>
              <w:rPr>
                <w:lang w:val="ru-RU"/>
              </w:rPr>
            </w:pPr>
            <w:r w:rsidRPr="00332DB8">
              <w:rPr>
                <w:lang w:val="ru-RU"/>
              </w:rPr>
              <w:t xml:space="preserve">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t>
            </w:r>
            <w:r>
              <w:t>www</w:t>
            </w:r>
            <w:r w:rsidRPr="00332DB8">
              <w:rPr>
                <w:lang w:val="ru-RU"/>
              </w:rPr>
              <w:t>.</w:t>
            </w:r>
            <w:r>
              <w:t>vk</w:t>
            </w:r>
            <w:r w:rsidRPr="00332DB8">
              <w:rPr>
                <w:lang w:val="ru-RU"/>
              </w:rPr>
              <w:t>.</w:t>
            </w:r>
            <w:r>
              <w:t>com</w:t>
            </w:r>
            <w:r w:rsidRPr="00332DB8">
              <w:rPr>
                <w:lang w:val="ru-RU"/>
              </w:rPr>
              <w:t xml:space="preserve"> электронный адрес страницы </w:t>
            </w:r>
            <w:r>
              <w:t>www</w:t>
            </w:r>
            <w:r w:rsidRPr="00332DB8">
              <w:rPr>
                <w:lang w:val="ru-RU"/>
              </w:rPr>
              <w:t>.</w:t>
            </w:r>
            <w:r>
              <w:t>vk</w:t>
            </w:r>
            <w:r w:rsidRPr="00332DB8">
              <w:rPr>
                <w:lang w:val="ru-RU"/>
              </w:rPr>
              <w:t>.</w:t>
            </w:r>
            <w:r>
              <w:t>com</w:t>
            </w:r>
            <w:r w:rsidRPr="00332DB8">
              <w:rPr>
                <w:lang w:val="ru-RU"/>
              </w:rPr>
              <w:t>/</w:t>
            </w:r>
            <w:r>
              <w:t>id</w:t>
            </w:r>
            <w:r w:rsidRPr="00332DB8">
              <w:rPr>
                <w:lang w:val="ru-RU"/>
              </w:rPr>
              <w:t>82356046 (решение Советского районного суда г. Казани от 21.07.2015);</w:t>
            </w:r>
          </w:p>
        </w:tc>
        <w:tc>
          <w:tcPr>
            <w:tcW w:w="2880" w:type="dxa"/>
          </w:tcPr>
          <w:p w:rsidR="006F7457" w:rsidRPr="00332DB8" w:rsidRDefault="006F7457">
            <w:pPr>
              <w:rPr>
                <w:lang w:val="ru-RU"/>
              </w:rPr>
            </w:pPr>
          </w:p>
        </w:tc>
      </w:tr>
      <w:tr w:rsidR="006F7457" w:rsidRPr="005A424D">
        <w:tc>
          <w:tcPr>
            <w:tcW w:w="2880" w:type="dxa"/>
          </w:tcPr>
          <w:p w:rsidR="006F7457" w:rsidRDefault="00332DB8">
            <w:r>
              <w:t>305</w:t>
            </w:r>
            <w:r>
              <w:lastRenderedPageBreak/>
              <w:t>2.</w:t>
            </w:r>
          </w:p>
        </w:tc>
        <w:tc>
          <w:tcPr>
            <w:tcW w:w="2880" w:type="dxa"/>
          </w:tcPr>
          <w:p w:rsidR="006F7457" w:rsidRPr="00332DB8" w:rsidRDefault="00332DB8">
            <w:pPr>
              <w:rPr>
                <w:lang w:val="ru-RU"/>
              </w:rPr>
            </w:pPr>
            <w:r w:rsidRPr="00332DB8">
              <w:rPr>
                <w:lang w:val="ru-RU"/>
              </w:rPr>
              <w:lastRenderedPageBreak/>
              <w:t xml:space="preserve">Информационный материал, размещенный на сайте </w:t>
            </w:r>
            <w:r>
              <w:t>voronz</w:t>
            </w:r>
            <w:r w:rsidRPr="00332DB8">
              <w:rPr>
                <w:lang w:val="ru-RU"/>
              </w:rPr>
              <w:t>.</w:t>
            </w:r>
            <w:r>
              <w:t>in</w:t>
            </w:r>
            <w:r w:rsidRPr="00332DB8">
              <w:rPr>
                <w:lang w:val="ru-RU"/>
              </w:rPr>
              <w:t>.</w:t>
            </w:r>
            <w:r>
              <w:t>ua</w:t>
            </w:r>
            <w:r w:rsidRPr="00332DB8">
              <w:rPr>
                <w:lang w:val="ru-RU"/>
              </w:rPr>
              <w:t>/</w:t>
            </w:r>
            <w:r>
              <w:t>note</w:t>
            </w:r>
            <w:r w:rsidRPr="00332DB8">
              <w:rPr>
                <w:lang w:val="ru-RU"/>
              </w:rPr>
              <w:t xml:space="preserve">/2-9-14-21895 под названием «Русские – не люди. Это тупые и злобные варвары» (решение Красноярского районного суда Астраханской области от </w:t>
            </w:r>
            <w:r w:rsidRPr="00332DB8">
              <w:rPr>
                <w:lang w:val="ru-RU"/>
              </w:rPr>
              <w:lastRenderedPageBreak/>
              <w:t>22.07.2015);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3053.</w:t>
            </w:r>
          </w:p>
        </w:tc>
        <w:tc>
          <w:tcPr>
            <w:tcW w:w="2880" w:type="dxa"/>
          </w:tcPr>
          <w:p w:rsidR="006F7457" w:rsidRPr="00332DB8" w:rsidRDefault="00332DB8">
            <w:pPr>
              <w:rPr>
                <w:lang w:val="ru-RU"/>
              </w:rPr>
            </w:pPr>
            <w:r w:rsidRPr="00332DB8">
              <w:rPr>
                <w:lang w:val="ru-RU"/>
              </w:rPr>
              <w:t xml:space="preserve">Информационные видеоматериалы, размещенные в информационно-телекоммуникационной сети «Интернет» на страницах сайтов: -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oiQ</w:t>
            </w:r>
            <w:r w:rsidRPr="00332DB8">
              <w:rPr>
                <w:lang w:val="ru-RU"/>
              </w:rPr>
              <w:t>5</w:t>
            </w:r>
            <w:r>
              <w:t>iitl</w:t>
            </w:r>
            <w:r w:rsidRPr="00332DB8">
              <w:rPr>
                <w:lang w:val="ru-RU"/>
              </w:rPr>
              <w:t>41</w:t>
            </w:r>
            <w:r>
              <w:t>s</w:t>
            </w:r>
            <w:r w:rsidRPr="00332DB8">
              <w:rPr>
                <w:lang w:val="ru-RU"/>
              </w:rPr>
              <w:t xml:space="preserve"> - «Тимур Муцураев» – Оппозиционер.</w:t>
            </w:r>
            <w:r>
              <w:t>wmv</w:t>
            </w:r>
            <w:r w:rsidRPr="00332DB8">
              <w:rPr>
                <w:lang w:val="ru-RU"/>
              </w:rPr>
              <w:t xml:space="preserve">», - </w:t>
            </w:r>
            <w:r>
              <w:t>http</w:t>
            </w:r>
            <w:r w:rsidRPr="00332DB8">
              <w:rPr>
                <w:lang w:val="ru-RU"/>
              </w:rPr>
              <w:t>://</w:t>
            </w:r>
            <w:r>
              <w:t>kivvi</w:t>
            </w:r>
            <w:r w:rsidRPr="00332DB8">
              <w:rPr>
                <w:lang w:val="ru-RU"/>
              </w:rPr>
              <w:t>.</w:t>
            </w:r>
            <w:r>
              <w:t>kz</w:t>
            </w:r>
            <w:r w:rsidRPr="00332DB8">
              <w:rPr>
                <w:lang w:val="ru-RU"/>
              </w:rPr>
              <w:t>/</w:t>
            </w:r>
            <w:r>
              <w:t>watch</w:t>
            </w:r>
            <w:r w:rsidRPr="00332DB8">
              <w:rPr>
                <w:lang w:val="ru-RU"/>
              </w:rPr>
              <w:t>/</w:t>
            </w:r>
            <w:r>
              <w:t>da</w:t>
            </w:r>
            <w:r w:rsidRPr="00332DB8">
              <w:rPr>
                <w:lang w:val="ru-RU"/>
              </w:rPr>
              <w:t>7</w:t>
            </w:r>
            <w:r>
              <w:t>oedm</w:t>
            </w:r>
            <w:r w:rsidRPr="00332DB8">
              <w:rPr>
                <w:lang w:val="ru-RU"/>
              </w:rPr>
              <w:t>0</w:t>
            </w:r>
            <w:r>
              <w:t>q</w:t>
            </w:r>
            <w:r w:rsidRPr="00332DB8">
              <w:rPr>
                <w:lang w:val="ru-RU"/>
              </w:rPr>
              <w:t>8</w:t>
            </w:r>
            <w:r>
              <w:t>gs</w:t>
            </w:r>
            <w:r w:rsidRPr="00332DB8">
              <w:rPr>
                <w:lang w:val="ru-RU"/>
              </w:rPr>
              <w:t xml:space="preserve">/ – «Посвящается предателям Чечни», -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=9</w:t>
            </w:r>
            <w:r>
              <w:t>rQ</w:t>
            </w:r>
            <w:r w:rsidRPr="00332DB8">
              <w:rPr>
                <w:lang w:val="ru-RU"/>
              </w:rPr>
              <w:t>9</w:t>
            </w:r>
            <w:r>
              <w:t>PK</w:t>
            </w:r>
            <w:r w:rsidRPr="00332DB8">
              <w:rPr>
                <w:lang w:val="ru-RU"/>
              </w:rPr>
              <w:t>6</w:t>
            </w:r>
            <w:r>
              <w:t>dgEw</w:t>
            </w:r>
            <w:r w:rsidRPr="00332DB8">
              <w:rPr>
                <w:lang w:val="ru-RU"/>
              </w:rPr>
              <w:t xml:space="preserve"> – «Тимур Муцураев» (решение Ноябрьского городского суда Ямало-Ненецкого автономного округа от 07.07.2015);</w:t>
            </w:r>
          </w:p>
        </w:tc>
        <w:tc>
          <w:tcPr>
            <w:tcW w:w="2880" w:type="dxa"/>
          </w:tcPr>
          <w:p w:rsidR="006F7457" w:rsidRPr="00332DB8" w:rsidRDefault="006F7457">
            <w:pPr>
              <w:rPr>
                <w:lang w:val="ru-RU"/>
              </w:rPr>
            </w:pPr>
          </w:p>
        </w:tc>
      </w:tr>
      <w:tr w:rsidR="006F7457" w:rsidRPr="005A424D">
        <w:tc>
          <w:tcPr>
            <w:tcW w:w="2880" w:type="dxa"/>
          </w:tcPr>
          <w:p w:rsidR="006F7457" w:rsidRDefault="00332DB8">
            <w:r>
              <w:t>3054.</w:t>
            </w:r>
          </w:p>
        </w:tc>
        <w:tc>
          <w:tcPr>
            <w:tcW w:w="2880" w:type="dxa"/>
          </w:tcPr>
          <w:p w:rsidR="006F7457" w:rsidRPr="00332DB8" w:rsidRDefault="00332DB8">
            <w:pPr>
              <w:rPr>
                <w:lang w:val="ru-RU"/>
              </w:rPr>
            </w:pPr>
            <w:r w:rsidRPr="00332DB8">
              <w:rPr>
                <w:lang w:val="ru-RU"/>
              </w:rPr>
              <w:t xml:space="preserve">Информационные видеоматериалы, размещенные в информационно-телекоммуникационной сети «Интернет» на страницах сайтов: -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m</w:t>
            </w:r>
            <w:r w:rsidRPr="00332DB8">
              <w:rPr>
                <w:lang w:val="ru-RU"/>
              </w:rPr>
              <w:t>7</w:t>
            </w:r>
            <w:r>
              <w:t>pG</w:t>
            </w:r>
            <w:r w:rsidRPr="00332DB8">
              <w:rPr>
                <w:lang w:val="ru-RU"/>
              </w:rPr>
              <w:t>3</w:t>
            </w:r>
            <w:r>
              <w:t>WSaMCk</w:t>
            </w:r>
            <w:r w:rsidRPr="00332DB8">
              <w:rPr>
                <w:lang w:val="ru-RU"/>
              </w:rPr>
              <w:t xml:space="preserve">- «Правый Сектор», - </w:t>
            </w:r>
            <w:r>
              <w:t>http</w:t>
            </w:r>
            <w:r w:rsidRPr="00332DB8">
              <w:rPr>
                <w:lang w:val="ru-RU"/>
              </w:rPr>
              <w:t>://</w:t>
            </w:r>
            <w:r>
              <w:t>kivvi</w:t>
            </w:r>
            <w:r w:rsidRPr="00332DB8">
              <w:rPr>
                <w:lang w:val="ru-RU"/>
              </w:rPr>
              <w:t>.</w:t>
            </w:r>
            <w:r>
              <w:t>kz</w:t>
            </w:r>
            <w:r w:rsidRPr="00332DB8">
              <w:rPr>
                <w:lang w:val="ru-RU"/>
              </w:rPr>
              <w:t>/</w:t>
            </w:r>
            <w:r>
              <w:t>watch</w:t>
            </w:r>
            <w:r w:rsidRPr="00332DB8">
              <w:rPr>
                <w:lang w:val="ru-RU"/>
              </w:rPr>
              <w:t>/6</w:t>
            </w:r>
            <w:r>
              <w:t>wbqfm</w:t>
            </w:r>
            <w:r w:rsidRPr="00332DB8">
              <w:rPr>
                <w:lang w:val="ru-RU"/>
              </w:rPr>
              <w:t xml:space="preserve"> 1 </w:t>
            </w:r>
            <w:r>
              <w:t>wdyox</w:t>
            </w:r>
            <w:r w:rsidRPr="00332DB8">
              <w:rPr>
                <w:lang w:val="ru-RU"/>
              </w:rPr>
              <w:t xml:space="preserve">/ – «Арийский легион», -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uC</w:t>
            </w:r>
            <w:r w:rsidRPr="00332DB8">
              <w:rPr>
                <w:lang w:val="ru-RU"/>
              </w:rPr>
              <w:t>460</w:t>
            </w:r>
            <w:r>
              <w:t>bCOq</w:t>
            </w:r>
            <w:r w:rsidRPr="00332DB8">
              <w:rPr>
                <w:lang w:val="ru-RU"/>
              </w:rPr>
              <w:t>6</w:t>
            </w:r>
            <w:r>
              <w:t>k</w:t>
            </w:r>
            <w:r w:rsidRPr="00332DB8">
              <w:rPr>
                <w:lang w:val="ru-RU"/>
              </w:rPr>
              <w:t xml:space="preserve"> – «Хор СС- Арийская честь» (решение Ноябрьского городского суда Ямало-Ненецкого автономного округа от 07.07.2015);</w:t>
            </w:r>
          </w:p>
        </w:tc>
        <w:tc>
          <w:tcPr>
            <w:tcW w:w="2880" w:type="dxa"/>
          </w:tcPr>
          <w:p w:rsidR="006F7457" w:rsidRPr="00332DB8" w:rsidRDefault="006F7457">
            <w:pPr>
              <w:rPr>
                <w:lang w:val="ru-RU"/>
              </w:rPr>
            </w:pPr>
          </w:p>
        </w:tc>
      </w:tr>
      <w:tr w:rsidR="006F7457" w:rsidRPr="005A424D">
        <w:tc>
          <w:tcPr>
            <w:tcW w:w="2880" w:type="dxa"/>
          </w:tcPr>
          <w:p w:rsidR="006F7457" w:rsidRDefault="00332DB8">
            <w:r>
              <w:t>3055.</w:t>
            </w:r>
          </w:p>
        </w:tc>
        <w:tc>
          <w:tcPr>
            <w:tcW w:w="2880" w:type="dxa"/>
          </w:tcPr>
          <w:p w:rsidR="006F7457" w:rsidRPr="00332DB8" w:rsidRDefault="00332DB8">
            <w:pPr>
              <w:rPr>
                <w:lang w:val="ru-RU"/>
              </w:rPr>
            </w:pPr>
            <w:r w:rsidRPr="00332DB8">
              <w:rPr>
                <w:lang w:val="ru-RU"/>
              </w:rPr>
              <w:t xml:space="preserve">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w:t>
            </w:r>
            <w:r>
              <w:t>http</w:t>
            </w:r>
            <w:r w:rsidRPr="00332DB8">
              <w:rPr>
                <w:lang w:val="ru-RU"/>
              </w:rPr>
              <w:t>://</w:t>
            </w:r>
            <w:r>
              <w:t>my</w:t>
            </w:r>
            <w:r w:rsidRPr="00332DB8">
              <w:rPr>
                <w:lang w:val="ru-RU"/>
              </w:rPr>
              <w:t>.</w:t>
            </w:r>
            <w:r>
              <w:t>mail</w:t>
            </w:r>
            <w:r w:rsidRPr="00332DB8">
              <w:rPr>
                <w:lang w:val="ru-RU"/>
              </w:rPr>
              <w:t>.</w:t>
            </w:r>
            <w:r>
              <w:t>ru</w:t>
            </w:r>
            <w:r w:rsidRPr="00332DB8">
              <w:rPr>
                <w:lang w:val="ru-RU"/>
              </w:rPr>
              <w:t>/</w:t>
            </w:r>
            <w:r>
              <w:t>video</w:t>
            </w:r>
            <w:r w:rsidRPr="00332DB8">
              <w:rPr>
                <w:lang w:val="ru-RU"/>
              </w:rPr>
              <w:t>/</w:t>
            </w:r>
            <w:r>
              <w:t>mail</w:t>
            </w:r>
            <w:r w:rsidRPr="00332DB8">
              <w:rPr>
                <w:lang w:val="ru-RU"/>
              </w:rPr>
              <w:t>/</w:t>
            </w:r>
            <w:r>
              <w:t>perun</w:t>
            </w:r>
            <w:r w:rsidRPr="00332DB8">
              <w:rPr>
                <w:lang w:val="ru-RU"/>
              </w:rPr>
              <w:t>7777/84/387.</w:t>
            </w:r>
            <w:r>
              <w:t>html</w:t>
            </w:r>
            <w:r w:rsidRPr="00332DB8">
              <w:rPr>
                <w:lang w:val="ru-RU"/>
              </w:rPr>
              <w:t>#</w:t>
            </w:r>
            <w:r>
              <w:t>page</w:t>
            </w:r>
            <w:r w:rsidRPr="00332DB8">
              <w:rPr>
                <w:lang w:val="ru-RU"/>
              </w:rPr>
              <w:t>=</w:t>
            </w:r>
            <w:r>
              <w:t>video</w:t>
            </w:r>
            <w:r w:rsidRPr="00332DB8">
              <w:rPr>
                <w:lang w:val="ru-RU"/>
              </w:rPr>
              <w:t>/</w:t>
            </w:r>
            <w:r>
              <w:t>mail</w:t>
            </w:r>
            <w:r w:rsidRPr="00332DB8">
              <w:rPr>
                <w:lang w:val="ru-RU"/>
              </w:rPr>
              <w:t>/</w:t>
            </w:r>
            <w:r>
              <w:t>perun</w:t>
            </w:r>
            <w:r w:rsidRPr="00332DB8">
              <w:rPr>
                <w:lang w:val="ru-RU"/>
              </w:rPr>
              <w:t>7777/84/387.</w:t>
            </w:r>
            <w:r>
              <w:t>html</w:t>
            </w:r>
            <w:r w:rsidRPr="00332DB8">
              <w:rPr>
                <w:lang w:val="ru-RU"/>
              </w:rPr>
              <w:t>#</w:t>
            </w:r>
            <w:r>
              <w:t>video</w:t>
            </w:r>
            <w:r w:rsidRPr="00332DB8">
              <w:rPr>
                <w:lang w:val="ru-RU"/>
              </w:rPr>
              <w:t>=/</w:t>
            </w:r>
            <w:r>
              <w:t>mail</w:t>
            </w:r>
            <w:r w:rsidRPr="00332DB8">
              <w:rPr>
                <w:lang w:val="ru-RU"/>
              </w:rPr>
              <w:t>/</w:t>
            </w:r>
            <w:r>
              <w:t>perun</w:t>
            </w:r>
            <w:r w:rsidRPr="00332DB8">
              <w:rPr>
                <w:lang w:val="ru-RU"/>
              </w:rPr>
              <w:t>7777/84/387 (решение Замоскворецкого районного суда города Москвы от 26.05.2015);</w:t>
            </w:r>
          </w:p>
        </w:tc>
        <w:tc>
          <w:tcPr>
            <w:tcW w:w="2880" w:type="dxa"/>
          </w:tcPr>
          <w:p w:rsidR="006F7457" w:rsidRPr="00332DB8" w:rsidRDefault="006F7457">
            <w:pPr>
              <w:rPr>
                <w:lang w:val="ru-RU"/>
              </w:rPr>
            </w:pPr>
          </w:p>
        </w:tc>
      </w:tr>
      <w:tr w:rsidR="006F7457" w:rsidRPr="005A424D">
        <w:tc>
          <w:tcPr>
            <w:tcW w:w="2880" w:type="dxa"/>
          </w:tcPr>
          <w:p w:rsidR="006F7457" w:rsidRDefault="00332DB8">
            <w:r>
              <w:t>3056.</w:t>
            </w:r>
          </w:p>
        </w:tc>
        <w:tc>
          <w:tcPr>
            <w:tcW w:w="2880" w:type="dxa"/>
          </w:tcPr>
          <w:p w:rsidR="006F7457" w:rsidRPr="00332DB8" w:rsidRDefault="00332DB8">
            <w:pPr>
              <w:rPr>
                <w:lang w:val="ru-RU"/>
              </w:rPr>
            </w:pPr>
            <w:r w:rsidRPr="00332DB8">
              <w:rPr>
                <w:lang w:val="ru-RU"/>
              </w:rPr>
              <w:t xml:space="preserve">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krokil</w:t>
            </w:r>
            <w:r w:rsidRPr="00332DB8">
              <w:rPr>
                <w:lang w:val="ru-RU"/>
              </w:rPr>
              <w:t>418 (решение Индустриального районного суда г. Ижевска от 24.06.2015);</w:t>
            </w:r>
          </w:p>
        </w:tc>
        <w:tc>
          <w:tcPr>
            <w:tcW w:w="2880" w:type="dxa"/>
          </w:tcPr>
          <w:p w:rsidR="006F7457" w:rsidRPr="00332DB8" w:rsidRDefault="006F7457">
            <w:pPr>
              <w:rPr>
                <w:lang w:val="ru-RU"/>
              </w:rPr>
            </w:pPr>
          </w:p>
        </w:tc>
      </w:tr>
      <w:tr w:rsidR="006F7457" w:rsidRPr="005A424D">
        <w:tc>
          <w:tcPr>
            <w:tcW w:w="2880" w:type="dxa"/>
          </w:tcPr>
          <w:p w:rsidR="006F7457" w:rsidRDefault="00332DB8">
            <w:r>
              <w:t>305</w:t>
            </w:r>
            <w:r>
              <w:lastRenderedPageBreak/>
              <w:t>7.</w:t>
            </w:r>
          </w:p>
        </w:tc>
        <w:tc>
          <w:tcPr>
            <w:tcW w:w="2880" w:type="dxa"/>
          </w:tcPr>
          <w:p w:rsidR="006F7457" w:rsidRPr="00332DB8" w:rsidRDefault="00332DB8">
            <w:pPr>
              <w:rPr>
                <w:lang w:val="ru-RU"/>
              </w:rPr>
            </w:pPr>
            <w:r w:rsidRPr="00332DB8">
              <w:rPr>
                <w:lang w:val="ru-RU"/>
              </w:rPr>
              <w:lastRenderedPageBreak/>
              <w:t xml:space="preserve">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t>
            </w:r>
            <w:r>
              <w:t>www</w:t>
            </w:r>
            <w:r w:rsidRPr="00332DB8">
              <w:rPr>
                <w:lang w:val="ru-RU"/>
              </w:rPr>
              <w:t>.</w:t>
            </w:r>
            <w:r>
              <w:t>vk</w:t>
            </w:r>
            <w:r w:rsidRPr="00332DB8">
              <w:rPr>
                <w:lang w:val="ru-RU"/>
              </w:rPr>
              <w:t>.</w:t>
            </w:r>
            <w:r>
              <w:t>com</w:t>
            </w:r>
            <w:r w:rsidRPr="00332DB8">
              <w:rPr>
                <w:lang w:val="ru-RU"/>
              </w:rPr>
              <w:t>/</w:t>
            </w:r>
            <w:r>
              <w:t>id</w:t>
            </w:r>
            <w:r w:rsidRPr="00332DB8">
              <w:rPr>
                <w:lang w:val="ru-RU"/>
              </w:rPr>
              <w:t xml:space="preserve">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w:t>
            </w:r>
            <w:r w:rsidRPr="00332DB8">
              <w:rPr>
                <w:lang w:val="ru-RU"/>
              </w:rPr>
              <w:lastRenderedPageBreak/>
              <w:t>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3058.</w:t>
            </w:r>
          </w:p>
        </w:tc>
        <w:tc>
          <w:tcPr>
            <w:tcW w:w="2880" w:type="dxa"/>
          </w:tcPr>
          <w:p w:rsidR="006F7457" w:rsidRPr="00332DB8" w:rsidRDefault="00332DB8">
            <w:pPr>
              <w:rPr>
                <w:lang w:val="ru-RU"/>
              </w:rPr>
            </w:pPr>
            <w:r w:rsidRPr="00332DB8">
              <w:rPr>
                <w:lang w:val="ru-RU"/>
              </w:rPr>
              <w:t xml:space="preserve">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w:t>
            </w:r>
            <w:r>
              <w:t>http</w:t>
            </w:r>
            <w:r w:rsidRPr="00332DB8">
              <w:rPr>
                <w:lang w:val="ru-RU"/>
              </w:rPr>
              <w:t>//</w:t>
            </w:r>
            <w:r>
              <w:t>vk</w:t>
            </w:r>
            <w:r w:rsidRPr="00332DB8">
              <w:rPr>
                <w:lang w:val="ru-RU"/>
              </w:rPr>
              <w:t>.</w:t>
            </w:r>
            <w:r>
              <w:t>com</w:t>
            </w:r>
            <w:r w:rsidRPr="00332DB8">
              <w:rPr>
                <w:lang w:val="ru-RU"/>
              </w:rPr>
              <w:t>/</w:t>
            </w:r>
            <w:r>
              <w:t>l</w:t>
            </w:r>
            <w:r w:rsidRPr="00332DB8">
              <w:rPr>
                <w:lang w:val="ru-RU"/>
              </w:rPr>
              <w:t>_</w:t>
            </w:r>
            <w:r>
              <w:t>e</w:t>
            </w:r>
            <w:r w:rsidRPr="00332DB8">
              <w:rPr>
                <w:lang w:val="ru-RU"/>
              </w:rPr>
              <w:t>_</w:t>
            </w:r>
            <w:r>
              <w:t>l</w:t>
            </w:r>
            <w:r w:rsidRPr="00332DB8">
              <w:rPr>
                <w:lang w:val="ru-RU"/>
              </w:rPr>
              <w:t>_</w:t>
            </w:r>
            <w:r>
              <w:t>e</w:t>
            </w:r>
            <w:r w:rsidRPr="00332DB8">
              <w:rPr>
                <w:lang w:val="ru-RU"/>
              </w:rPr>
              <w:t>_</w:t>
            </w:r>
            <w:r>
              <w:t>i</w:t>
            </w:r>
            <w:r w:rsidRPr="00332DB8">
              <w:rPr>
                <w:lang w:val="ru-RU"/>
              </w:rPr>
              <w:t>_</w:t>
            </w:r>
            <w:r>
              <w:t>k</w:t>
            </w:r>
            <w:r w:rsidRPr="00332DB8">
              <w:rPr>
                <w:lang w:val="ru-RU"/>
              </w:rPr>
              <w:t>_86 (решение Полярного районного суда Мурманской области от 16.07.2015);</w:t>
            </w:r>
          </w:p>
        </w:tc>
        <w:tc>
          <w:tcPr>
            <w:tcW w:w="2880" w:type="dxa"/>
          </w:tcPr>
          <w:p w:rsidR="006F7457" w:rsidRPr="00332DB8" w:rsidRDefault="006F7457">
            <w:pPr>
              <w:rPr>
                <w:lang w:val="ru-RU"/>
              </w:rPr>
            </w:pPr>
          </w:p>
        </w:tc>
      </w:tr>
      <w:tr w:rsidR="006F7457">
        <w:tc>
          <w:tcPr>
            <w:tcW w:w="2880" w:type="dxa"/>
          </w:tcPr>
          <w:p w:rsidR="006F7457" w:rsidRDefault="00332DB8">
            <w:r>
              <w:t>3059.</w:t>
            </w:r>
          </w:p>
        </w:tc>
        <w:tc>
          <w:tcPr>
            <w:tcW w:w="2880" w:type="dxa"/>
          </w:tcPr>
          <w:p w:rsidR="006F7457" w:rsidRDefault="00332DB8">
            <w: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2880" w:type="dxa"/>
          </w:tcPr>
          <w:p w:rsidR="006F7457" w:rsidRDefault="006F7457"/>
        </w:tc>
      </w:tr>
      <w:tr w:rsidR="006F7457">
        <w:tc>
          <w:tcPr>
            <w:tcW w:w="2880" w:type="dxa"/>
          </w:tcPr>
          <w:p w:rsidR="006F7457" w:rsidRDefault="00332DB8">
            <w:r>
              <w:t>3060.</w:t>
            </w:r>
          </w:p>
        </w:tc>
        <w:tc>
          <w:tcPr>
            <w:tcW w:w="2880" w:type="dxa"/>
          </w:tcPr>
          <w:p w:rsidR="006F7457" w:rsidRDefault="00332DB8">
            <w: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2880" w:type="dxa"/>
          </w:tcPr>
          <w:p w:rsidR="006F7457" w:rsidRDefault="006F7457"/>
        </w:tc>
      </w:tr>
      <w:tr w:rsidR="006F7457" w:rsidRPr="005A424D">
        <w:tc>
          <w:tcPr>
            <w:tcW w:w="2880" w:type="dxa"/>
          </w:tcPr>
          <w:p w:rsidR="006F7457" w:rsidRDefault="00332DB8">
            <w:r>
              <w:t>3061.</w:t>
            </w:r>
          </w:p>
        </w:tc>
        <w:tc>
          <w:tcPr>
            <w:tcW w:w="2880" w:type="dxa"/>
          </w:tcPr>
          <w:p w:rsidR="006F7457" w:rsidRPr="00332DB8" w:rsidRDefault="00332DB8">
            <w:pPr>
              <w:rPr>
                <w:lang w:val="ru-RU"/>
              </w:rPr>
            </w:pPr>
            <w:r w:rsidRPr="00332DB8">
              <w:rPr>
                <w:lang w:val="ru-RU"/>
              </w:rPr>
              <w:t xml:space="preserve">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w:t>
            </w:r>
            <w:r>
              <w:t>https</w:t>
            </w:r>
            <w:r w:rsidRPr="00332DB8">
              <w:rPr>
                <w:lang w:val="ru-RU"/>
              </w:rPr>
              <w:t>://</w:t>
            </w:r>
            <w:r>
              <w:t>vk</w:t>
            </w:r>
            <w:r w:rsidRPr="00332DB8">
              <w:rPr>
                <w:lang w:val="ru-RU"/>
              </w:rPr>
              <w:t>.</w:t>
            </w:r>
            <w:r>
              <w:t>com</w:t>
            </w:r>
            <w:r w:rsidRPr="00332DB8">
              <w:rPr>
                <w:lang w:val="ru-RU"/>
              </w:rPr>
              <w:t>/</w:t>
            </w:r>
            <w:r>
              <w:t>videos</w:t>
            </w:r>
            <w:r w:rsidRPr="00332DB8">
              <w:rPr>
                <w:lang w:val="ru-RU"/>
              </w:rPr>
              <w:t>56893077?</w:t>
            </w:r>
            <w:r>
              <w:t>q</w:t>
            </w:r>
            <w:r w:rsidRPr="00332DB8">
              <w:rPr>
                <w:lang w:val="ru-RU"/>
              </w:rPr>
              <w:t xml:space="preserve"> = зи&amp;</w:t>
            </w:r>
            <w:r>
              <w:t>section</w:t>
            </w:r>
            <w:r w:rsidRPr="00332DB8">
              <w:rPr>
                <w:lang w:val="ru-RU"/>
              </w:rPr>
              <w:t>=</w:t>
            </w:r>
            <w:r>
              <w:t>search</w:t>
            </w:r>
            <w:r w:rsidRPr="00332DB8">
              <w:rPr>
                <w:lang w:val="ru-RU"/>
              </w:rPr>
              <w:t>&amp;</w:t>
            </w:r>
            <w:r>
              <w:t>z</w:t>
            </w:r>
            <w:r w:rsidRPr="00332DB8">
              <w:rPr>
                <w:lang w:val="ru-RU"/>
              </w:rPr>
              <w:t>=</w:t>
            </w:r>
            <w:r>
              <w:t>video</w:t>
            </w:r>
            <w:r w:rsidRPr="00332DB8">
              <w:rPr>
                <w:lang w:val="ru-RU"/>
              </w:rPr>
              <w:t>56895007_ 150311864; «Чечня [Как убивают Русских солдат] чеченцы п………..ы!!!»; продолжительностью 16 мин. 44 сек. (</w:t>
            </w:r>
            <w:r>
              <w:t>https</w:t>
            </w:r>
            <w:r w:rsidRPr="00332DB8">
              <w:rPr>
                <w:lang w:val="ru-RU"/>
              </w:rPr>
              <w:t>://</w:t>
            </w:r>
            <w:r>
              <w:t>vk</w:t>
            </w:r>
            <w:r w:rsidRPr="00332DB8">
              <w:rPr>
                <w:lang w:val="ru-RU"/>
              </w:rPr>
              <w:t>.</w:t>
            </w:r>
            <w:r>
              <w:t>com</w:t>
            </w:r>
            <w:r w:rsidRPr="00332DB8">
              <w:rPr>
                <w:lang w:val="ru-RU"/>
              </w:rPr>
              <w:t>/</w:t>
            </w:r>
            <w:r>
              <w:t>videos</w:t>
            </w:r>
            <w:r w:rsidRPr="00332DB8">
              <w:rPr>
                <w:lang w:val="ru-RU"/>
              </w:rPr>
              <w:t>56893077?</w:t>
            </w:r>
            <w:r>
              <w:t>q</w:t>
            </w:r>
            <w:r w:rsidRPr="00332DB8">
              <w:rPr>
                <w:lang w:val="ru-RU"/>
              </w:rPr>
              <w:t xml:space="preserve"> =Чечня%20%5ВКак%20убивают%20Русских%20солдат%5</w:t>
            </w:r>
            <w:r>
              <w:t>D</w:t>
            </w:r>
            <w:r w:rsidRPr="00332DB8">
              <w:rPr>
                <w:lang w:val="ru-RU"/>
              </w:rPr>
              <w:t>%20чеченцы0/о20п……ы!!&amp;</w:t>
            </w:r>
            <w:r>
              <w:t>section</w:t>
            </w:r>
            <w:r w:rsidRPr="00332DB8">
              <w:rPr>
                <w:lang w:val="ru-RU"/>
              </w:rPr>
              <w:t>=</w:t>
            </w:r>
            <w:r>
              <w:t>search</w:t>
            </w:r>
            <w:r w:rsidRPr="00332DB8">
              <w:rPr>
                <w:lang w:val="ru-RU"/>
              </w:rPr>
              <w:t>&amp;</w:t>
            </w:r>
            <w:r>
              <w:t>z</w:t>
            </w:r>
            <w:r w:rsidRPr="00332DB8">
              <w:rPr>
                <w:lang w:val="ru-RU"/>
              </w:rPr>
              <w:t>=</w:t>
            </w:r>
            <w:r>
              <w:t>video</w:t>
            </w:r>
            <w:r w:rsidRPr="00332DB8">
              <w:rPr>
                <w:lang w:val="ru-RU"/>
              </w:rPr>
              <w:t>568950 77_142265045) (решение Энгельсского районного суда Саратовской области от 29.06.2015).</w:t>
            </w:r>
          </w:p>
        </w:tc>
        <w:tc>
          <w:tcPr>
            <w:tcW w:w="2880" w:type="dxa"/>
          </w:tcPr>
          <w:p w:rsidR="006F7457" w:rsidRPr="00332DB8" w:rsidRDefault="006F7457">
            <w:pPr>
              <w:rPr>
                <w:lang w:val="ru-RU"/>
              </w:rPr>
            </w:pPr>
          </w:p>
        </w:tc>
      </w:tr>
      <w:tr w:rsidR="006F7457" w:rsidRPr="005A424D">
        <w:tc>
          <w:tcPr>
            <w:tcW w:w="2880" w:type="dxa"/>
          </w:tcPr>
          <w:p w:rsidR="006F7457" w:rsidRDefault="00332DB8">
            <w:r>
              <w:t>306</w:t>
            </w:r>
            <w:r>
              <w:lastRenderedPageBreak/>
              <w:t>2.</w:t>
            </w:r>
          </w:p>
        </w:tc>
        <w:tc>
          <w:tcPr>
            <w:tcW w:w="2880" w:type="dxa"/>
          </w:tcPr>
          <w:p w:rsidR="006F7457" w:rsidRPr="00332DB8" w:rsidRDefault="00332DB8">
            <w:pPr>
              <w:rPr>
                <w:lang w:val="ru-RU"/>
              </w:rPr>
            </w:pPr>
            <w:r w:rsidRPr="00332DB8">
              <w:rPr>
                <w:lang w:val="ru-RU"/>
              </w:rPr>
              <w:lastRenderedPageBreak/>
              <w:t xml:space="preserve">Информационные видеоматериалы, размещенные в информационно-телекоммуникационной сети «Интернет» на страницах сайтов: -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givnMFR</w:t>
            </w:r>
            <w:r w:rsidRPr="00332DB8">
              <w:rPr>
                <w:lang w:val="ru-RU"/>
              </w:rPr>
              <w:t>7</w:t>
            </w:r>
            <w:r>
              <w:t>eCA</w:t>
            </w:r>
            <w:r w:rsidRPr="00332DB8">
              <w:rPr>
                <w:lang w:val="ru-RU"/>
              </w:rPr>
              <w:t xml:space="preserve"> – «Россия для чурок», - </w:t>
            </w:r>
            <w:r>
              <w:t>http</w:t>
            </w:r>
            <w:r w:rsidRPr="00332DB8">
              <w:rPr>
                <w:lang w:val="ru-RU"/>
              </w:rPr>
              <w:t>://</w:t>
            </w:r>
            <w:r>
              <w:t>vk</w:t>
            </w:r>
            <w:r w:rsidRPr="00332DB8">
              <w:rPr>
                <w:lang w:val="ru-RU"/>
              </w:rPr>
              <w:t>.</w:t>
            </w:r>
            <w:r>
              <w:t>com</w:t>
            </w:r>
            <w:r w:rsidRPr="00332DB8">
              <w:rPr>
                <w:lang w:val="ru-RU"/>
              </w:rPr>
              <w:t>/</w:t>
            </w:r>
            <w:r>
              <w:t>videos</w:t>
            </w:r>
            <w:r w:rsidRPr="00332DB8">
              <w:rPr>
                <w:lang w:val="ru-RU"/>
              </w:rPr>
              <w:t>100583395?</w:t>
            </w:r>
            <w:r>
              <w:t>z</w:t>
            </w:r>
            <w:r w:rsidRPr="00332DB8">
              <w:rPr>
                <w:lang w:val="ru-RU"/>
              </w:rPr>
              <w:t>=</w:t>
            </w:r>
            <w:r>
              <w:t>video</w:t>
            </w:r>
            <w:r w:rsidRPr="00332DB8">
              <w:rPr>
                <w:lang w:val="ru-RU"/>
              </w:rPr>
              <w:t>100583395 162933466%2</w:t>
            </w:r>
            <w:r>
              <w:t>Fvideos</w:t>
            </w:r>
            <w:r w:rsidRPr="00332DB8">
              <w:rPr>
                <w:lang w:val="ru-RU"/>
              </w:rPr>
              <w:t xml:space="preserve">100583395 – «Корейские </w:t>
            </w:r>
            <w:r>
              <w:t>L</w:t>
            </w:r>
            <w:r w:rsidRPr="00332DB8">
              <w:rPr>
                <w:lang w:val="ru-RU"/>
              </w:rPr>
              <w:t>Ё</w:t>
            </w:r>
            <w:r>
              <w:t>D</w:t>
            </w:r>
            <w:r w:rsidRPr="00332DB8">
              <w:rPr>
                <w:lang w:val="ru-RU"/>
              </w:rPr>
              <w:t xml:space="preserve">чики Россия для Чурок» (решение Ноябрьского городского суда Ямало-Ненецкого автономного округа от </w:t>
            </w:r>
            <w:r w:rsidRPr="00332DB8">
              <w:rPr>
                <w:lang w:val="ru-RU"/>
              </w:rPr>
              <w:lastRenderedPageBreak/>
              <w:t>03.07.2015);</w:t>
            </w:r>
          </w:p>
        </w:tc>
        <w:tc>
          <w:tcPr>
            <w:tcW w:w="2880" w:type="dxa"/>
          </w:tcPr>
          <w:p w:rsidR="006F7457" w:rsidRPr="00332DB8" w:rsidRDefault="006F7457">
            <w:pPr>
              <w:rPr>
                <w:lang w:val="ru-RU"/>
              </w:rPr>
            </w:pPr>
          </w:p>
        </w:tc>
      </w:tr>
      <w:tr w:rsidR="006F7457">
        <w:tc>
          <w:tcPr>
            <w:tcW w:w="2880" w:type="dxa"/>
          </w:tcPr>
          <w:p w:rsidR="006F7457" w:rsidRDefault="00332DB8">
            <w:r>
              <w:lastRenderedPageBreak/>
              <w:t>3063.</w:t>
            </w:r>
          </w:p>
        </w:tc>
        <w:tc>
          <w:tcPr>
            <w:tcW w:w="2880" w:type="dxa"/>
          </w:tcPr>
          <w:p w:rsidR="006F7457" w:rsidRDefault="00332DB8">
            <w:r w:rsidRPr="00332DB8">
              <w:rPr>
                <w:lang w:val="ru-RU"/>
              </w:rPr>
              <w:t xml:space="preserve">Информация, размещенная в информационно-телекоммуникационной сети Интернет на личной странице пользователя под псевдонимом «Александр Вайс» по адресу </w:t>
            </w:r>
            <w:r>
              <w:t>http</w:t>
            </w:r>
            <w:r w:rsidRPr="00332DB8">
              <w:rPr>
                <w:lang w:val="ru-RU"/>
              </w:rPr>
              <w:t>://</w:t>
            </w:r>
            <w:r>
              <w:t>vk</w:t>
            </w:r>
            <w:r w:rsidRPr="00332DB8">
              <w:rPr>
                <w:lang w:val="ru-RU"/>
              </w:rPr>
              <w:t>.с</w:t>
            </w:r>
            <w:r>
              <w:t>om</w:t>
            </w:r>
            <w:r w:rsidRPr="00332DB8">
              <w:rPr>
                <w:lang w:val="ru-RU"/>
              </w:rPr>
              <w:t>/</w:t>
            </w:r>
            <w:r>
              <w:t>id</w:t>
            </w:r>
            <w:r w:rsidRPr="00332DB8">
              <w:rPr>
                <w:lang w:val="ru-RU"/>
              </w:rPr>
              <w:t>139702440 - текстовый материал «Цирюльня Им. Котовского-</w:t>
            </w:r>
            <w:r>
              <w:t>White</w:t>
            </w:r>
            <w:r w:rsidRPr="00332DB8">
              <w:rPr>
                <w:lang w:val="ru-RU"/>
              </w:rPr>
              <w:t xml:space="preserve"> </w:t>
            </w:r>
            <w:r>
              <w:t>Pover</w:t>
            </w:r>
            <w:r w:rsidRPr="00332DB8">
              <w:rPr>
                <w:lang w:val="ru-RU"/>
              </w:rPr>
              <w:t>», начинающаяся словами «В мультирасовой Европе, В мультирасовом бреду» и заканчивающаяся словами «</w:t>
            </w:r>
            <w:r>
              <w:t>White</w:t>
            </w:r>
            <w:r w:rsidRPr="00332DB8">
              <w:rPr>
                <w:lang w:val="ru-RU"/>
              </w:rPr>
              <w:t xml:space="preserve"> </w:t>
            </w:r>
            <w:r>
              <w:t>Pover</w:t>
            </w:r>
            <w:r w:rsidRPr="00332DB8">
              <w:rPr>
                <w:lang w:val="ru-RU"/>
              </w:rPr>
              <w:t xml:space="preserve"> власть белая!» </w:t>
            </w:r>
            <w:r>
              <w:t>(решение Кировского районного суда г. Ярославля от 21.07.2015);</w:t>
            </w:r>
          </w:p>
        </w:tc>
        <w:tc>
          <w:tcPr>
            <w:tcW w:w="2880" w:type="dxa"/>
          </w:tcPr>
          <w:p w:rsidR="006F7457" w:rsidRDefault="006F7457"/>
        </w:tc>
      </w:tr>
      <w:tr w:rsidR="006F7457" w:rsidRPr="005A424D">
        <w:tc>
          <w:tcPr>
            <w:tcW w:w="2880" w:type="dxa"/>
          </w:tcPr>
          <w:p w:rsidR="006F7457" w:rsidRDefault="00332DB8">
            <w:r>
              <w:t>3064.</w:t>
            </w:r>
          </w:p>
        </w:tc>
        <w:tc>
          <w:tcPr>
            <w:tcW w:w="2880" w:type="dxa"/>
          </w:tcPr>
          <w:p w:rsidR="006F7457" w:rsidRPr="00332DB8" w:rsidRDefault="00332DB8">
            <w:pPr>
              <w:rPr>
                <w:lang w:val="ru-RU"/>
              </w:rPr>
            </w:pPr>
            <w:r w:rsidRPr="00332DB8">
              <w:rPr>
                <w:lang w:val="ru-RU"/>
              </w:rPr>
              <w:t xml:space="preserve">Материал «Скинхеды. Скин-герлы», размещенный на Интернет-сайте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221512614_168060177 (решение Хорошевского районного суда г. Москвы от 07.07.2015);</w:t>
            </w:r>
          </w:p>
        </w:tc>
        <w:tc>
          <w:tcPr>
            <w:tcW w:w="2880" w:type="dxa"/>
          </w:tcPr>
          <w:p w:rsidR="006F7457" w:rsidRPr="00332DB8" w:rsidRDefault="006F7457">
            <w:pPr>
              <w:rPr>
                <w:lang w:val="ru-RU"/>
              </w:rPr>
            </w:pPr>
          </w:p>
        </w:tc>
      </w:tr>
      <w:tr w:rsidR="006F7457" w:rsidRPr="005A424D">
        <w:tc>
          <w:tcPr>
            <w:tcW w:w="2880" w:type="dxa"/>
          </w:tcPr>
          <w:p w:rsidR="006F7457" w:rsidRDefault="00332DB8">
            <w:r>
              <w:t>3065.</w:t>
            </w:r>
          </w:p>
        </w:tc>
        <w:tc>
          <w:tcPr>
            <w:tcW w:w="2880" w:type="dxa"/>
          </w:tcPr>
          <w:p w:rsidR="006F7457" w:rsidRPr="00332DB8" w:rsidRDefault="00332DB8">
            <w:pPr>
              <w:rPr>
                <w:lang w:val="ru-RU"/>
              </w:rPr>
            </w:pPr>
            <w:r w:rsidRPr="00332DB8">
              <w:rPr>
                <w:lang w:val="ru-RU"/>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2880" w:type="dxa"/>
          </w:tcPr>
          <w:p w:rsidR="006F7457" w:rsidRPr="00332DB8" w:rsidRDefault="006F7457">
            <w:pPr>
              <w:rPr>
                <w:lang w:val="ru-RU"/>
              </w:rPr>
            </w:pPr>
          </w:p>
        </w:tc>
      </w:tr>
      <w:tr w:rsidR="006F7457" w:rsidRPr="005A424D">
        <w:tc>
          <w:tcPr>
            <w:tcW w:w="2880" w:type="dxa"/>
          </w:tcPr>
          <w:p w:rsidR="006F7457" w:rsidRDefault="00332DB8">
            <w:r>
              <w:t>3066.</w:t>
            </w:r>
          </w:p>
        </w:tc>
        <w:tc>
          <w:tcPr>
            <w:tcW w:w="2880" w:type="dxa"/>
          </w:tcPr>
          <w:p w:rsidR="006F7457" w:rsidRPr="00332DB8" w:rsidRDefault="00332DB8">
            <w:pPr>
              <w:rPr>
                <w:lang w:val="ru-RU"/>
              </w:rPr>
            </w:pPr>
            <w:r w:rsidRPr="00332DB8">
              <w:rPr>
                <w:lang w:val="ru-RU"/>
              </w:rPr>
              <w:t xml:space="preserve">Интернет-ресурс, размещенный в сети «Интернет» по электронному адресу: </w:t>
            </w:r>
            <w:r>
              <w:t>https</w:t>
            </w:r>
            <w:r w:rsidRPr="00332DB8">
              <w:rPr>
                <w:lang w:val="ru-RU"/>
              </w:rPr>
              <w:t>.</w:t>
            </w:r>
            <w:r>
              <w:t>v</w:t>
            </w:r>
            <w:r w:rsidRPr="00332DB8">
              <w:rPr>
                <w:lang w:val="ru-RU"/>
              </w:rPr>
              <w:t>'/</w:t>
            </w:r>
            <w:r>
              <w:t>altauhid</w:t>
            </w:r>
            <w:r w:rsidRPr="00332DB8">
              <w:rPr>
                <w:lang w:val="ru-RU"/>
              </w:rPr>
              <w:t>.</w:t>
            </w:r>
            <w:r>
              <w:t>wordpress</w:t>
            </w:r>
            <w:r w:rsidRPr="00332DB8">
              <w:rPr>
                <w:lang w:val="ru-RU"/>
              </w:rPr>
              <w:t>.</w:t>
            </w:r>
            <w:r>
              <w:t>com</w:t>
            </w:r>
            <w:r w:rsidRPr="00332DB8">
              <w:rPr>
                <w:lang w:val="ru-RU"/>
              </w:rPr>
              <w:t>/ - «</w:t>
            </w:r>
            <w:r>
              <w:t>Al</w:t>
            </w:r>
            <w:r w:rsidRPr="00332DB8">
              <w:rPr>
                <w:lang w:val="ru-RU"/>
              </w:rPr>
              <w:t xml:space="preserve"> </w:t>
            </w:r>
            <w:r>
              <w:t>Tawheed</w:t>
            </w:r>
            <w:r w:rsidRPr="00332DB8">
              <w:rPr>
                <w:lang w:val="ru-RU"/>
              </w:rPr>
              <w:t xml:space="preserve"> </w:t>
            </w:r>
            <w:r>
              <w:t>Media</w:t>
            </w:r>
            <w:r w:rsidRPr="00332DB8">
              <w:rPr>
                <w:lang w:val="ru-RU"/>
              </w:rPr>
              <w:t>» (решение Интинского городского суда Республики Коми от 24.07.2015);</w:t>
            </w:r>
          </w:p>
        </w:tc>
        <w:tc>
          <w:tcPr>
            <w:tcW w:w="2880" w:type="dxa"/>
          </w:tcPr>
          <w:p w:rsidR="006F7457" w:rsidRPr="00332DB8" w:rsidRDefault="006F7457">
            <w:pPr>
              <w:rPr>
                <w:lang w:val="ru-RU"/>
              </w:rPr>
            </w:pPr>
          </w:p>
        </w:tc>
      </w:tr>
      <w:tr w:rsidR="006F7457" w:rsidRPr="005A424D">
        <w:tc>
          <w:tcPr>
            <w:tcW w:w="2880" w:type="dxa"/>
          </w:tcPr>
          <w:p w:rsidR="006F7457" w:rsidRDefault="00332DB8">
            <w:r>
              <w:t>3067.</w:t>
            </w:r>
          </w:p>
        </w:tc>
        <w:tc>
          <w:tcPr>
            <w:tcW w:w="2880" w:type="dxa"/>
          </w:tcPr>
          <w:p w:rsidR="006F7457" w:rsidRPr="00332DB8" w:rsidRDefault="00332DB8">
            <w:pPr>
              <w:rPr>
                <w:lang w:val="ru-RU"/>
              </w:rPr>
            </w:pPr>
            <w:r w:rsidRPr="00332DB8">
              <w:rPr>
                <w:lang w:val="ru-RU"/>
              </w:rPr>
              <w:t xml:space="preserve">Информация, размещенная на сайте </w:t>
            </w:r>
            <w:r>
              <w:t>http</w:t>
            </w:r>
            <w:r w:rsidRPr="00332DB8">
              <w:rPr>
                <w:lang w:val="ru-RU"/>
              </w:rPr>
              <w:t>://</w:t>
            </w:r>
            <w:r>
              <w:t>www</w:t>
            </w:r>
            <w:r w:rsidRPr="00332DB8">
              <w:rPr>
                <w:lang w:val="ru-RU"/>
              </w:rPr>
              <w:t>.</w:t>
            </w:r>
            <w:r>
              <w:t>vk</w:t>
            </w:r>
            <w:r w:rsidRPr="00332DB8">
              <w:rPr>
                <w:lang w:val="ru-RU"/>
              </w:rPr>
              <w:t>.</w:t>
            </w:r>
            <w:r>
              <w:t>com</w:t>
            </w:r>
            <w:r w:rsidRPr="00332DB8">
              <w:rPr>
                <w:lang w:val="ru-RU"/>
              </w:rPr>
              <w:t>, а именно аудиозапись с заголовком «Патр</w:t>
            </w:r>
            <w:r>
              <w:t>i</w:t>
            </w:r>
            <w:r w:rsidRPr="00332DB8">
              <w:rPr>
                <w:lang w:val="ru-RU"/>
              </w:rPr>
              <w:t xml:space="preserve">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audios</w:t>
            </w:r>
            <w:r w:rsidRPr="00332DB8">
              <w:rPr>
                <w:lang w:val="ru-RU"/>
              </w:rPr>
              <w:t>166349043) (решение Володарского районного суда Астраханской области от 30.07.2015);</w:t>
            </w:r>
          </w:p>
        </w:tc>
        <w:tc>
          <w:tcPr>
            <w:tcW w:w="2880" w:type="dxa"/>
          </w:tcPr>
          <w:p w:rsidR="006F7457" w:rsidRPr="00332DB8" w:rsidRDefault="006F7457">
            <w:pPr>
              <w:rPr>
                <w:lang w:val="ru-RU"/>
              </w:rPr>
            </w:pPr>
          </w:p>
        </w:tc>
      </w:tr>
      <w:tr w:rsidR="006F7457">
        <w:tc>
          <w:tcPr>
            <w:tcW w:w="2880" w:type="dxa"/>
          </w:tcPr>
          <w:p w:rsidR="006F7457" w:rsidRDefault="00332DB8">
            <w:r>
              <w:lastRenderedPageBreak/>
              <w:t>3068.</w:t>
            </w:r>
          </w:p>
        </w:tc>
        <w:tc>
          <w:tcPr>
            <w:tcW w:w="2880" w:type="dxa"/>
          </w:tcPr>
          <w:p w:rsidR="006F7457" w:rsidRDefault="00332DB8">
            <w:r w:rsidRPr="00332DB8">
              <w:rPr>
                <w:lang w:val="ru-RU"/>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w:t>
            </w:r>
            <w:r>
              <w:t>ns</w:t>
            </w:r>
            <w:r w:rsidRPr="00332DB8">
              <w:rPr>
                <w:lang w:val="ru-RU"/>
              </w:rPr>
              <w:t>/</w:t>
            </w:r>
            <w:r>
              <w:t>wp</w:t>
            </w:r>
            <w:r w:rsidRPr="00332DB8">
              <w:rPr>
                <w:lang w:val="ru-RU"/>
              </w:rPr>
              <w:t xml:space="preserve">» длительностью </w:t>
            </w:r>
            <w:r>
              <w:t>5 мин 46 сек. (решение Промышленного районного суда г. Смоленска от 21.07.2015);</w:t>
            </w:r>
          </w:p>
        </w:tc>
        <w:tc>
          <w:tcPr>
            <w:tcW w:w="2880" w:type="dxa"/>
          </w:tcPr>
          <w:p w:rsidR="006F7457" w:rsidRDefault="006F7457"/>
        </w:tc>
      </w:tr>
      <w:tr w:rsidR="006F7457" w:rsidRPr="005A424D">
        <w:tc>
          <w:tcPr>
            <w:tcW w:w="2880" w:type="dxa"/>
          </w:tcPr>
          <w:p w:rsidR="006F7457" w:rsidRDefault="00332DB8">
            <w:r>
              <w:t>3069.</w:t>
            </w:r>
          </w:p>
        </w:tc>
        <w:tc>
          <w:tcPr>
            <w:tcW w:w="2880" w:type="dxa"/>
          </w:tcPr>
          <w:p w:rsidR="006F7457" w:rsidRPr="00332DB8" w:rsidRDefault="00332DB8">
            <w:pPr>
              <w:rPr>
                <w:lang w:val="ru-RU"/>
              </w:rPr>
            </w:pPr>
            <w:r w:rsidRPr="00332DB8">
              <w:rPr>
                <w:lang w:val="ru-RU"/>
              </w:rPr>
              <w:t xml:space="preserve">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AB</w:t>
            </w:r>
            <w:r w:rsidRPr="00332DB8">
              <w:rPr>
                <w:lang w:val="ru-RU"/>
              </w:rPr>
              <w:t>4</w:t>
            </w:r>
            <w:r>
              <w:t>JPFFN</w:t>
            </w:r>
            <w:r w:rsidRPr="00332DB8">
              <w:rPr>
                <w:lang w:val="ru-RU"/>
              </w:rPr>
              <w:t>0</w:t>
            </w:r>
            <w:r>
              <w:t>sY</w:t>
            </w:r>
            <w:r w:rsidRPr="00332DB8">
              <w:rPr>
                <w:lang w:val="ru-RU"/>
              </w:rPr>
              <w:t xml:space="preserve"> (решение Электростальского городского суда Московской области от 29.07.2015);</w:t>
            </w:r>
          </w:p>
        </w:tc>
        <w:tc>
          <w:tcPr>
            <w:tcW w:w="2880" w:type="dxa"/>
          </w:tcPr>
          <w:p w:rsidR="006F7457" w:rsidRPr="00332DB8" w:rsidRDefault="006F7457">
            <w:pPr>
              <w:rPr>
                <w:lang w:val="ru-RU"/>
              </w:rPr>
            </w:pPr>
          </w:p>
        </w:tc>
      </w:tr>
      <w:tr w:rsidR="006F7457" w:rsidRPr="005A424D">
        <w:tc>
          <w:tcPr>
            <w:tcW w:w="2880" w:type="dxa"/>
          </w:tcPr>
          <w:p w:rsidR="006F7457" w:rsidRDefault="00332DB8">
            <w:r>
              <w:t>3070.</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197987695, а именно видеоролик «Шейх Мухаммад Арифи – Огненные слова в помощь» («</w:t>
            </w:r>
            <w:r>
              <w:t>SHejh</w:t>
            </w:r>
            <w:r w:rsidRPr="00332DB8">
              <w:rPr>
                <w:lang w:val="ru-RU"/>
              </w:rPr>
              <w:t xml:space="preserve"> </w:t>
            </w:r>
            <w:r>
              <w:t>Muhammad</w:t>
            </w:r>
            <w:r w:rsidRPr="00332DB8">
              <w:rPr>
                <w:lang w:val="ru-RU"/>
              </w:rPr>
              <w:t xml:space="preserve"> </w:t>
            </w:r>
            <w:r>
              <w:t>Arifi</w:t>
            </w:r>
            <w:r w:rsidRPr="00332DB8">
              <w:rPr>
                <w:lang w:val="ru-RU"/>
              </w:rPr>
              <w:t xml:space="preserve"> – </w:t>
            </w:r>
            <w:r>
              <w:t>Ognennye</w:t>
            </w:r>
            <w:r w:rsidRPr="00332DB8">
              <w:rPr>
                <w:lang w:val="ru-RU"/>
              </w:rPr>
              <w:t xml:space="preserve"> </w:t>
            </w:r>
            <w:r>
              <w:t>slova</w:t>
            </w:r>
            <w:r w:rsidRPr="00332DB8">
              <w:rPr>
                <w:lang w:val="ru-RU"/>
              </w:rPr>
              <w:t xml:space="preserve"> </w:t>
            </w:r>
            <w:r>
              <w:t>v</w:t>
            </w:r>
            <w:r w:rsidRPr="00332DB8">
              <w:rPr>
                <w:lang w:val="ru-RU"/>
              </w:rPr>
              <w:t xml:space="preserve"> </w:t>
            </w:r>
            <w:r>
              <w:t>pomosch</w:t>
            </w:r>
            <w:r w:rsidRPr="00332DB8">
              <w:rPr>
                <w:lang w:val="ru-RU"/>
              </w:rPr>
              <w:t xml:space="preserve">' </w:t>
            </w:r>
            <w:r>
              <w:t>zhitelyam</w:t>
            </w:r>
            <w:r w:rsidRPr="00332DB8">
              <w:rPr>
                <w:lang w:val="ru-RU"/>
              </w:rPr>
              <w:t xml:space="preserve"> </w:t>
            </w:r>
            <w:r>
              <w:t>SHama</w:t>
            </w:r>
            <w:r w:rsidRPr="00332DB8">
              <w:rPr>
                <w:lang w:val="ru-RU"/>
              </w:rPr>
              <w:t>.240.</w:t>
            </w:r>
            <w:r>
              <w:t>mp</w:t>
            </w:r>
            <w:r w:rsidRPr="00332DB8">
              <w:rPr>
                <w:lang w:val="ru-RU"/>
              </w:rPr>
              <w:t>4») (решение Лефортовского районного суда г. Москвы от 10.06.2015);</w:t>
            </w:r>
          </w:p>
        </w:tc>
        <w:tc>
          <w:tcPr>
            <w:tcW w:w="2880" w:type="dxa"/>
          </w:tcPr>
          <w:p w:rsidR="006F7457" w:rsidRPr="00332DB8" w:rsidRDefault="006F7457">
            <w:pPr>
              <w:rPr>
                <w:lang w:val="ru-RU"/>
              </w:rPr>
            </w:pPr>
          </w:p>
        </w:tc>
      </w:tr>
      <w:tr w:rsidR="006F7457" w:rsidRPr="005A424D">
        <w:tc>
          <w:tcPr>
            <w:tcW w:w="2880" w:type="dxa"/>
          </w:tcPr>
          <w:p w:rsidR="006F7457" w:rsidRDefault="00332DB8">
            <w:r>
              <w:t>3071.</w:t>
            </w:r>
          </w:p>
        </w:tc>
        <w:tc>
          <w:tcPr>
            <w:tcW w:w="2880" w:type="dxa"/>
          </w:tcPr>
          <w:p w:rsidR="006F7457" w:rsidRPr="00332DB8" w:rsidRDefault="00332DB8">
            <w:pPr>
              <w:rPr>
                <w:lang w:val="ru-RU"/>
              </w:rPr>
            </w:pPr>
            <w:r w:rsidRPr="00332DB8">
              <w:rPr>
                <w:lang w:val="ru-RU"/>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c>
          <w:tcPr>
            <w:tcW w:w="2880" w:type="dxa"/>
          </w:tcPr>
          <w:p w:rsidR="006F7457" w:rsidRPr="00332DB8" w:rsidRDefault="006F7457">
            <w:pPr>
              <w:rPr>
                <w:lang w:val="ru-RU"/>
              </w:rPr>
            </w:pPr>
          </w:p>
        </w:tc>
      </w:tr>
      <w:tr w:rsidR="006F7457" w:rsidRPr="005A424D">
        <w:tc>
          <w:tcPr>
            <w:tcW w:w="2880" w:type="dxa"/>
          </w:tcPr>
          <w:p w:rsidR="006F7457" w:rsidRDefault="00332DB8">
            <w:r>
              <w:t>3072.</w:t>
            </w:r>
          </w:p>
        </w:tc>
        <w:tc>
          <w:tcPr>
            <w:tcW w:w="2880" w:type="dxa"/>
          </w:tcPr>
          <w:p w:rsidR="006F7457" w:rsidRPr="00332DB8" w:rsidRDefault="00332DB8">
            <w:pPr>
              <w:rPr>
                <w:lang w:val="ru-RU"/>
              </w:rPr>
            </w:pPr>
            <w:r w:rsidRPr="00332DB8">
              <w:rPr>
                <w:lang w:val="ru-RU"/>
              </w:rPr>
              <w:t xml:space="preserve">Материал, именуемый «Празднование кафирского нового года - ширк», размещенный в сети Интернет на сайте </w:t>
            </w:r>
            <w:r>
              <w:t>http</w:t>
            </w:r>
            <w:r w:rsidRPr="00332DB8">
              <w:rPr>
                <w:lang w:val="ru-RU"/>
              </w:rPr>
              <w:t>://</w:t>
            </w:r>
            <w:r>
              <w:t>forum</w:t>
            </w:r>
            <w:r w:rsidRPr="00332DB8">
              <w:rPr>
                <w:lang w:val="ru-RU"/>
              </w:rPr>
              <w:t>.</w:t>
            </w:r>
            <w:r>
              <w:t>kukmara</w:t>
            </w:r>
            <w:r w:rsidRPr="00332DB8">
              <w:rPr>
                <w:lang w:val="ru-RU"/>
              </w:rPr>
              <w:t>-</w:t>
            </w:r>
            <w:r>
              <w:t>rayon</w:t>
            </w:r>
            <w:r w:rsidRPr="00332DB8">
              <w:rPr>
                <w:lang w:val="ru-RU"/>
              </w:rPr>
              <w:t>.</w:t>
            </w:r>
            <w:r>
              <w:t>ru</w:t>
            </w:r>
            <w:r w:rsidRPr="00332DB8">
              <w:rPr>
                <w:lang w:val="ru-RU"/>
              </w:rPr>
              <w:t xml:space="preserve"> в разделе «Жизнь, образ жизни, религии» (решение Кукморского районного суда Республики Татарстан от 04.06.2015);</w:t>
            </w:r>
          </w:p>
        </w:tc>
        <w:tc>
          <w:tcPr>
            <w:tcW w:w="2880" w:type="dxa"/>
          </w:tcPr>
          <w:p w:rsidR="006F7457" w:rsidRPr="00332DB8" w:rsidRDefault="006F7457">
            <w:pPr>
              <w:rPr>
                <w:lang w:val="ru-RU"/>
              </w:rPr>
            </w:pPr>
          </w:p>
        </w:tc>
      </w:tr>
      <w:tr w:rsidR="006F7457" w:rsidRPr="005A424D">
        <w:tc>
          <w:tcPr>
            <w:tcW w:w="2880" w:type="dxa"/>
          </w:tcPr>
          <w:p w:rsidR="006F7457" w:rsidRDefault="00332DB8">
            <w:r>
              <w:t>307</w:t>
            </w:r>
            <w:r>
              <w:lastRenderedPageBreak/>
              <w:t>3.</w:t>
            </w:r>
          </w:p>
        </w:tc>
        <w:tc>
          <w:tcPr>
            <w:tcW w:w="2880" w:type="dxa"/>
          </w:tcPr>
          <w:p w:rsidR="006F7457" w:rsidRPr="00332DB8" w:rsidRDefault="00332DB8">
            <w:pPr>
              <w:rPr>
                <w:lang w:val="ru-RU"/>
              </w:rPr>
            </w:pPr>
            <w:r w:rsidRPr="00332DB8">
              <w:rPr>
                <w:lang w:val="ru-RU"/>
              </w:rPr>
              <w:lastRenderedPageBreak/>
              <w:t xml:space="preserve">Интернет-ресурс, размещенный в сети «Интернет» по электронному адресу: </w:t>
            </w:r>
            <w:r>
              <w:t>http</w:t>
            </w:r>
            <w:r w:rsidRPr="00332DB8">
              <w:rPr>
                <w:lang w:val="ru-RU"/>
              </w:rPr>
              <w:t>://</w:t>
            </w:r>
            <w:r>
              <w:t>www</w:t>
            </w:r>
            <w:r w:rsidRPr="00332DB8">
              <w:rPr>
                <w:lang w:val="ru-RU"/>
              </w:rPr>
              <w:t>.</w:t>
            </w:r>
            <w:r>
              <w:t>aklibarsham</w:t>
            </w:r>
            <w:r w:rsidRPr="00332DB8">
              <w:rPr>
                <w:lang w:val="ru-RU"/>
              </w:rPr>
              <w:t>.</w:t>
            </w:r>
            <w:r>
              <w:t>info</w:t>
            </w:r>
            <w:r w:rsidRPr="00332DB8">
              <w:rPr>
                <w:lang w:val="ru-RU"/>
              </w:rPr>
              <w:t>/ - «Сайт Мухаджиров и Ансаров» (решение Интинского городского суда Республики Коми от 16.07.2015);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3074.</w:t>
            </w:r>
          </w:p>
        </w:tc>
        <w:tc>
          <w:tcPr>
            <w:tcW w:w="2880" w:type="dxa"/>
          </w:tcPr>
          <w:p w:rsidR="006F7457" w:rsidRPr="00332DB8" w:rsidRDefault="00332DB8">
            <w:pPr>
              <w:rPr>
                <w:lang w:val="ru-RU"/>
              </w:rPr>
            </w:pPr>
            <w:r w:rsidRPr="00332DB8">
              <w:rPr>
                <w:lang w:val="ru-RU"/>
              </w:rPr>
              <w:t xml:space="preserve">Интернет-ресурс, размещенный в сети «Интернет» по электронному адресу: </w:t>
            </w:r>
            <w:r>
              <w:t>http</w:t>
            </w:r>
            <w:r w:rsidRPr="00332DB8">
              <w:rPr>
                <w:lang w:val="ru-RU"/>
              </w:rPr>
              <w:t>://</w:t>
            </w:r>
            <w:r>
              <w:t>www</w:t>
            </w:r>
            <w:r w:rsidRPr="00332DB8">
              <w:rPr>
                <w:lang w:val="ru-RU"/>
              </w:rPr>
              <w:t>.</w:t>
            </w:r>
            <w:r>
              <w:t>beladusham</w:t>
            </w:r>
            <w:r w:rsidRPr="00332DB8">
              <w:rPr>
                <w:lang w:val="ru-RU"/>
              </w:rPr>
              <w:t>.</w:t>
            </w:r>
            <w:r>
              <w:t>eom</w:t>
            </w:r>
            <w:r w:rsidRPr="00332DB8">
              <w:rPr>
                <w:lang w:val="ru-RU"/>
              </w:rPr>
              <w:t>/0140.</w:t>
            </w:r>
            <w:r>
              <w:t>html</w:t>
            </w:r>
            <w:r w:rsidRPr="00332DB8">
              <w:rPr>
                <w:lang w:val="ru-RU"/>
              </w:rPr>
              <w:t xml:space="preserve"> - «Новости шама и Исламского мира» (решение Интинского городского суда Республики Коми от 16.07.2015);</w:t>
            </w:r>
          </w:p>
        </w:tc>
        <w:tc>
          <w:tcPr>
            <w:tcW w:w="2880" w:type="dxa"/>
          </w:tcPr>
          <w:p w:rsidR="006F7457" w:rsidRPr="00332DB8" w:rsidRDefault="006F7457">
            <w:pPr>
              <w:rPr>
                <w:lang w:val="ru-RU"/>
              </w:rPr>
            </w:pPr>
          </w:p>
        </w:tc>
      </w:tr>
      <w:tr w:rsidR="006F7457" w:rsidRPr="005A424D">
        <w:tc>
          <w:tcPr>
            <w:tcW w:w="2880" w:type="dxa"/>
          </w:tcPr>
          <w:p w:rsidR="006F7457" w:rsidRDefault="00332DB8">
            <w:r>
              <w:t>3075.</w:t>
            </w:r>
          </w:p>
        </w:tc>
        <w:tc>
          <w:tcPr>
            <w:tcW w:w="2880" w:type="dxa"/>
          </w:tcPr>
          <w:p w:rsidR="006F7457" w:rsidRPr="00332DB8" w:rsidRDefault="00332DB8">
            <w:pPr>
              <w:rPr>
                <w:lang w:val="ru-RU"/>
              </w:rPr>
            </w:pPr>
            <w:r w:rsidRPr="00332DB8">
              <w:rPr>
                <w:lang w:val="ru-RU"/>
              </w:rPr>
              <w:t xml:space="preserve">Интернет-ресурс, размещенный в сети «Интернет» по электронному адресу: </w:t>
            </w:r>
            <w:r>
              <w:t>http</w:t>
            </w:r>
            <w:r w:rsidRPr="00332DB8">
              <w:rPr>
                <w:lang w:val="ru-RU"/>
              </w:rPr>
              <w:t>://</w:t>
            </w:r>
            <w:r>
              <w:t>xalifat</w:t>
            </w:r>
            <w:r w:rsidRPr="00332DB8">
              <w:rPr>
                <w:lang w:val="ru-RU"/>
              </w:rPr>
              <w:t>.</w:t>
            </w:r>
            <w:r>
              <w:t>wordpress</w:t>
            </w:r>
            <w:r w:rsidRPr="00332DB8">
              <w:rPr>
                <w:lang w:val="ru-RU"/>
              </w:rPr>
              <w:t>.</w:t>
            </w:r>
            <w:r>
              <w:t>com</w:t>
            </w:r>
            <w:r w:rsidRPr="00332DB8">
              <w:rPr>
                <w:lang w:val="ru-RU"/>
              </w:rPr>
              <w:t>/ - «Исламская Умма» (решение Интинского городского суда Республики Коми от 16.07.2015).</w:t>
            </w:r>
          </w:p>
        </w:tc>
        <w:tc>
          <w:tcPr>
            <w:tcW w:w="2880" w:type="dxa"/>
          </w:tcPr>
          <w:p w:rsidR="006F7457" w:rsidRPr="00332DB8" w:rsidRDefault="006F7457">
            <w:pPr>
              <w:rPr>
                <w:lang w:val="ru-RU"/>
              </w:rPr>
            </w:pPr>
          </w:p>
        </w:tc>
      </w:tr>
      <w:tr w:rsidR="006F7457" w:rsidRPr="005A424D">
        <w:tc>
          <w:tcPr>
            <w:tcW w:w="2880" w:type="dxa"/>
          </w:tcPr>
          <w:p w:rsidR="006F7457" w:rsidRDefault="00332DB8">
            <w:r>
              <w:t>3076.</w:t>
            </w:r>
          </w:p>
        </w:tc>
        <w:tc>
          <w:tcPr>
            <w:tcW w:w="2880" w:type="dxa"/>
          </w:tcPr>
          <w:p w:rsidR="006F7457" w:rsidRPr="00332DB8" w:rsidRDefault="00332DB8">
            <w:pPr>
              <w:rPr>
                <w:lang w:val="ru-RU"/>
              </w:rPr>
            </w:pPr>
            <w:r w:rsidRPr="00332DB8">
              <w:rPr>
                <w:lang w:val="ru-RU"/>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t>
            </w:r>
            <w:r>
              <w:t>White</w:t>
            </w:r>
            <w:r w:rsidRPr="00332DB8">
              <w:rPr>
                <w:lang w:val="ru-RU"/>
              </w:rPr>
              <w:t xml:space="preserve"> </w:t>
            </w:r>
            <w:r>
              <w:t>Power</w:t>
            </w:r>
            <w:r w:rsidRPr="00332DB8">
              <w:rPr>
                <w:lang w:val="ru-RU"/>
              </w:rPr>
              <w:t xml:space="preserve">»;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club</w:t>
            </w:r>
            <w:r w:rsidRPr="00332DB8">
              <w:rPr>
                <w:lang w:val="ru-RU"/>
              </w:rPr>
              <w:t>28666435 (решение Октябрьского районного суда г. Владимира от 24.07.2015);</w:t>
            </w:r>
          </w:p>
        </w:tc>
        <w:tc>
          <w:tcPr>
            <w:tcW w:w="2880" w:type="dxa"/>
          </w:tcPr>
          <w:p w:rsidR="006F7457" w:rsidRPr="00332DB8" w:rsidRDefault="006F7457">
            <w:pPr>
              <w:rPr>
                <w:lang w:val="ru-RU"/>
              </w:rPr>
            </w:pPr>
          </w:p>
        </w:tc>
      </w:tr>
      <w:tr w:rsidR="006F7457">
        <w:tc>
          <w:tcPr>
            <w:tcW w:w="2880" w:type="dxa"/>
          </w:tcPr>
          <w:p w:rsidR="006F7457" w:rsidRDefault="00332DB8">
            <w:r>
              <w:t>3077.</w:t>
            </w:r>
          </w:p>
        </w:tc>
        <w:tc>
          <w:tcPr>
            <w:tcW w:w="2880" w:type="dxa"/>
          </w:tcPr>
          <w:p w:rsidR="006F7457" w:rsidRDefault="00332DB8">
            <w:r w:rsidRPr="00332DB8">
              <w:rPr>
                <w:lang w:val="ru-RU"/>
              </w:rPr>
              <w:t xml:space="preserve">Изображения: «женщина с надписью «Чурка …..женщин. Все …. с чурками!»; «мужчина с нацистской символикой на кулаке и надпись «Бей … блеять»; «группа лиц с надписью </w:t>
            </w:r>
            <w:r>
              <w:t>«Чурок…сердечко» (решение Октябрьского районного суда г. Владимира от 29.07.2015);</w:t>
            </w:r>
          </w:p>
        </w:tc>
        <w:tc>
          <w:tcPr>
            <w:tcW w:w="2880" w:type="dxa"/>
          </w:tcPr>
          <w:p w:rsidR="006F7457" w:rsidRDefault="006F7457"/>
        </w:tc>
      </w:tr>
      <w:tr w:rsidR="006F7457" w:rsidRPr="005A424D">
        <w:tc>
          <w:tcPr>
            <w:tcW w:w="2880" w:type="dxa"/>
          </w:tcPr>
          <w:p w:rsidR="006F7457" w:rsidRDefault="00332DB8">
            <w:r>
              <w:t>307</w:t>
            </w:r>
            <w:r>
              <w:lastRenderedPageBreak/>
              <w:t>8.</w:t>
            </w:r>
          </w:p>
        </w:tc>
        <w:tc>
          <w:tcPr>
            <w:tcW w:w="2880" w:type="dxa"/>
          </w:tcPr>
          <w:p w:rsidR="006F7457" w:rsidRPr="00332DB8" w:rsidRDefault="00332DB8">
            <w:pPr>
              <w:rPr>
                <w:lang w:val="ru-RU"/>
              </w:rPr>
            </w:pPr>
            <w:r w:rsidRPr="00332DB8">
              <w:rPr>
                <w:lang w:val="ru-RU"/>
              </w:rPr>
              <w:lastRenderedPageBreak/>
              <w:t xml:space="preserve">Размещенное на сайте </w:t>
            </w:r>
            <w:r>
              <w:t>www</w:t>
            </w:r>
            <w:r w:rsidRPr="00332DB8">
              <w:rPr>
                <w:lang w:val="ru-RU"/>
              </w:rPr>
              <w:t>.</w:t>
            </w:r>
            <w:r>
              <w:t>youtube</w:t>
            </w:r>
            <w:r w:rsidRPr="00332DB8">
              <w:rPr>
                <w:lang w:val="ru-RU"/>
              </w:rPr>
              <w:t>.</w:t>
            </w:r>
            <w:r>
              <w:t>com</w:t>
            </w:r>
            <w:r w:rsidRPr="00332DB8">
              <w:rPr>
                <w:lang w:val="ru-RU"/>
              </w:rPr>
              <w:t xml:space="preserve"> в Информационно-телекоммуникационной сети «Интернет» видеообращение под названием «О мусульманах Сирии с. Гимры» (решение Ленинского районного суда г. </w:t>
            </w:r>
            <w:r w:rsidRPr="00332DB8">
              <w:rPr>
                <w:lang w:val="ru-RU"/>
              </w:rPr>
              <w:lastRenderedPageBreak/>
              <w:t>Махачкалы Республики Дагестан от 21.07.2015);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3079.</w:t>
            </w:r>
          </w:p>
        </w:tc>
        <w:tc>
          <w:tcPr>
            <w:tcW w:w="2880" w:type="dxa"/>
          </w:tcPr>
          <w:p w:rsidR="006F7457" w:rsidRPr="00332DB8" w:rsidRDefault="00332DB8">
            <w:pPr>
              <w:rPr>
                <w:lang w:val="ru-RU"/>
              </w:rPr>
            </w:pPr>
            <w:r w:rsidRPr="00332DB8">
              <w:rPr>
                <w:lang w:val="ru-RU"/>
              </w:rPr>
              <w:t>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c>
          <w:tcPr>
            <w:tcW w:w="2880" w:type="dxa"/>
          </w:tcPr>
          <w:p w:rsidR="006F7457" w:rsidRPr="00332DB8" w:rsidRDefault="006F7457">
            <w:pPr>
              <w:rPr>
                <w:lang w:val="ru-RU"/>
              </w:rPr>
            </w:pPr>
          </w:p>
        </w:tc>
      </w:tr>
      <w:tr w:rsidR="006F7457" w:rsidRPr="005A424D">
        <w:tc>
          <w:tcPr>
            <w:tcW w:w="2880" w:type="dxa"/>
          </w:tcPr>
          <w:p w:rsidR="006F7457" w:rsidRDefault="00332DB8">
            <w:r>
              <w:t>3080.</w:t>
            </w:r>
          </w:p>
        </w:tc>
        <w:tc>
          <w:tcPr>
            <w:tcW w:w="2880" w:type="dxa"/>
          </w:tcPr>
          <w:p w:rsidR="006F7457" w:rsidRPr="00332DB8" w:rsidRDefault="00332DB8">
            <w:pPr>
              <w:rPr>
                <w:lang w:val="ru-RU"/>
              </w:rPr>
            </w:pPr>
            <w:r w:rsidRPr="00332DB8">
              <w:rPr>
                <w:lang w:val="ru-RU"/>
              </w:rPr>
              <w:t xml:space="preserve">Видеоролики (видеоматериалы) с названиями: «песня тирольских казаков Полено. </w:t>
            </w:r>
            <w:r>
              <w:t>fnv</w:t>
            </w:r>
            <w:r w:rsidRPr="00332DB8">
              <w:rPr>
                <w:lang w:val="ru-RU"/>
              </w:rPr>
              <w:t>», «</w:t>
            </w:r>
            <w:r>
              <w:t>a</w:t>
            </w:r>
            <w:r w:rsidRPr="00332DB8">
              <w:rPr>
                <w:lang w:val="ru-RU"/>
              </w:rPr>
              <w:t>00</w:t>
            </w:r>
            <w:r>
              <w:t>e</w:t>
            </w:r>
            <w:r w:rsidRPr="00332DB8">
              <w:rPr>
                <w:lang w:val="ru-RU"/>
              </w:rPr>
              <w:t>7</w:t>
            </w:r>
            <w:r>
              <w:t>d</w:t>
            </w:r>
            <w:r w:rsidRPr="00332DB8">
              <w:rPr>
                <w:lang w:val="ru-RU"/>
              </w:rPr>
              <w:t>31</w:t>
            </w:r>
            <w:r>
              <w:t>da</w:t>
            </w:r>
            <w:r w:rsidRPr="00332DB8">
              <w:rPr>
                <w:lang w:val="ru-RU"/>
              </w:rPr>
              <w:t>.480</w:t>
            </w:r>
            <w:r>
              <w:t>mp</w:t>
            </w:r>
            <w:r w:rsidRPr="00332DB8">
              <w:rPr>
                <w:lang w:val="ru-RU"/>
              </w:rPr>
              <w:t>3» «Фюрер Кощей передает приветы своим почитателям» (решение Центрального районного суда г. Новосибирска от 26.05.2015);</w:t>
            </w:r>
          </w:p>
        </w:tc>
        <w:tc>
          <w:tcPr>
            <w:tcW w:w="2880" w:type="dxa"/>
          </w:tcPr>
          <w:p w:rsidR="006F7457" w:rsidRPr="00332DB8" w:rsidRDefault="006F7457">
            <w:pPr>
              <w:rPr>
                <w:lang w:val="ru-RU"/>
              </w:rPr>
            </w:pPr>
          </w:p>
        </w:tc>
      </w:tr>
      <w:tr w:rsidR="006F7457" w:rsidRPr="005A424D">
        <w:tc>
          <w:tcPr>
            <w:tcW w:w="2880" w:type="dxa"/>
          </w:tcPr>
          <w:p w:rsidR="006F7457" w:rsidRDefault="00332DB8">
            <w:r>
              <w:t>3081.</w:t>
            </w:r>
          </w:p>
        </w:tc>
        <w:tc>
          <w:tcPr>
            <w:tcW w:w="2880" w:type="dxa"/>
          </w:tcPr>
          <w:p w:rsidR="006F7457" w:rsidRPr="00332DB8" w:rsidRDefault="00332DB8">
            <w:pPr>
              <w:rPr>
                <w:lang w:val="ru-RU"/>
              </w:rPr>
            </w:pPr>
            <w:r w:rsidRPr="00332DB8">
              <w:rPr>
                <w:lang w:val="ru-RU"/>
              </w:rPr>
              <w:t xml:space="preserve">Информация, содержащаяся в виде статьи с названием «Чарли Чаплин – черно*опый. Об отношении к мигрантам», размещенной на Интернет-странице </w:t>
            </w:r>
            <w:r>
              <w:t>http</w:t>
            </w:r>
            <w:r w:rsidRPr="00332DB8">
              <w:rPr>
                <w:lang w:val="ru-RU"/>
              </w:rPr>
              <w:t>://</w:t>
            </w:r>
            <w:r>
              <w:t>shob</w:t>
            </w:r>
            <w:r w:rsidRPr="00332DB8">
              <w:rPr>
                <w:lang w:val="ru-RU"/>
              </w:rPr>
              <w:t>.</w:t>
            </w:r>
            <w:r>
              <w:t>ru</w:t>
            </w:r>
            <w:r w:rsidRPr="00332DB8">
              <w:rPr>
                <w:lang w:val="ru-RU"/>
              </w:rPr>
              <w:t>/</w:t>
            </w:r>
            <w:r>
              <w:t>profail</w:t>
            </w:r>
            <w:r w:rsidRPr="00332DB8">
              <w:rPr>
                <w:lang w:val="ru-RU"/>
              </w:rPr>
              <w:t>/259446/</w:t>
            </w:r>
            <w:r>
              <w:t>blog</w:t>
            </w:r>
            <w:r w:rsidRPr="00332DB8">
              <w:rPr>
                <w:lang w:val="ru-RU"/>
              </w:rPr>
              <w:t>/66687#</w:t>
            </w:r>
            <w:r>
              <w:t>comment</w:t>
            </w:r>
            <w:r w:rsidRPr="00332DB8">
              <w:rPr>
                <w:lang w:val="ru-RU"/>
              </w:rPr>
              <w:t xml:space="preserve">_663844 на Интернет-сайте </w:t>
            </w:r>
            <w:r>
              <w:t>http</w:t>
            </w:r>
            <w:r w:rsidRPr="00332DB8">
              <w:rPr>
                <w:lang w:val="ru-RU"/>
              </w:rPr>
              <w:t>:</w:t>
            </w:r>
            <w:r>
              <w:t>snob</w:t>
            </w:r>
            <w:r w:rsidRPr="00332DB8">
              <w:rPr>
                <w:lang w:val="ru-RU"/>
              </w:rPr>
              <w:t>.</w:t>
            </w:r>
            <w:r>
              <w:t>ru</w:t>
            </w:r>
            <w:r w:rsidRPr="00332DB8">
              <w:rPr>
                <w:lang w:val="ru-RU"/>
              </w:rPr>
              <w:t xml:space="preserve"> (решение Пушкинского районного суда города Санкт-Петербурга от 05.05.2015);</w:t>
            </w:r>
          </w:p>
        </w:tc>
        <w:tc>
          <w:tcPr>
            <w:tcW w:w="2880" w:type="dxa"/>
          </w:tcPr>
          <w:p w:rsidR="006F7457" w:rsidRPr="00332DB8" w:rsidRDefault="006F7457">
            <w:pPr>
              <w:rPr>
                <w:lang w:val="ru-RU"/>
              </w:rPr>
            </w:pPr>
          </w:p>
        </w:tc>
      </w:tr>
      <w:tr w:rsidR="006F7457" w:rsidRPr="005A424D">
        <w:tc>
          <w:tcPr>
            <w:tcW w:w="2880" w:type="dxa"/>
          </w:tcPr>
          <w:p w:rsidR="006F7457" w:rsidRDefault="00332DB8">
            <w:r>
              <w:t>3082.</w:t>
            </w:r>
          </w:p>
        </w:tc>
        <w:tc>
          <w:tcPr>
            <w:tcW w:w="2880" w:type="dxa"/>
          </w:tcPr>
          <w:p w:rsidR="006F7457" w:rsidRPr="00332DB8" w:rsidRDefault="00332DB8">
            <w:pPr>
              <w:rPr>
                <w:lang w:val="ru-RU"/>
              </w:rPr>
            </w:pPr>
            <w:r w:rsidRPr="00332DB8">
              <w:rPr>
                <w:lang w:val="ru-RU"/>
              </w:rPr>
              <w:t xml:space="preserve">Аудиофайл «Священная месть», размещенный в сети «Интернет» в социальной сети «ВКонтакте» на Интернет-странице сообщества «Яровит» по электронному адресу: </w:t>
            </w:r>
            <w:r>
              <w:t>http</w:t>
            </w:r>
            <w:r w:rsidRPr="00332DB8">
              <w:rPr>
                <w:lang w:val="ru-RU"/>
              </w:rPr>
              <w:t>://</w:t>
            </w:r>
            <w:r>
              <w:t>vk</w:t>
            </w:r>
            <w:r w:rsidRPr="00332DB8">
              <w:rPr>
                <w:lang w:val="ru-RU"/>
              </w:rPr>
              <w:t>.</w:t>
            </w:r>
            <w:r>
              <w:t>com</w:t>
            </w:r>
            <w:r w:rsidRPr="00332DB8">
              <w:rPr>
                <w:lang w:val="ru-RU"/>
              </w:rPr>
              <w:t>/</w:t>
            </w:r>
            <w:r>
              <w:t>yarovitmusik</w:t>
            </w:r>
            <w:r w:rsidRPr="00332DB8">
              <w:rPr>
                <w:lang w:val="ru-RU"/>
              </w:rPr>
              <w:t xml:space="preserve"> (решение Центрального районного суда г. Тюмени от 18.05.2015);</w:t>
            </w:r>
          </w:p>
        </w:tc>
        <w:tc>
          <w:tcPr>
            <w:tcW w:w="2880" w:type="dxa"/>
          </w:tcPr>
          <w:p w:rsidR="006F7457" w:rsidRPr="00332DB8" w:rsidRDefault="006F7457">
            <w:pPr>
              <w:rPr>
                <w:lang w:val="ru-RU"/>
              </w:rPr>
            </w:pPr>
          </w:p>
        </w:tc>
      </w:tr>
      <w:tr w:rsidR="006F7457">
        <w:tc>
          <w:tcPr>
            <w:tcW w:w="2880" w:type="dxa"/>
          </w:tcPr>
          <w:p w:rsidR="006F7457" w:rsidRDefault="00332DB8">
            <w:r>
              <w:t>3083.</w:t>
            </w:r>
          </w:p>
        </w:tc>
        <w:tc>
          <w:tcPr>
            <w:tcW w:w="2880" w:type="dxa"/>
          </w:tcPr>
          <w:p w:rsidR="006F7457" w:rsidRDefault="00332DB8">
            <w:r w:rsidRPr="00332DB8">
              <w:rPr>
                <w:lang w:val="ru-RU"/>
              </w:rPr>
              <w:t xml:space="preserve">Печатная продукция Кук В., Степан Бандера (1909 – 1999 рр.) – </w:t>
            </w:r>
            <w:r>
              <w:t>I</w:t>
            </w:r>
            <w:r w:rsidRPr="00332DB8">
              <w:rPr>
                <w:lang w:val="ru-RU"/>
              </w:rPr>
              <w:t>вано-Франк</w:t>
            </w:r>
            <w:r>
              <w:t>i</w:t>
            </w:r>
            <w:r w:rsidRPr="00332DB8">
              <w:rPr>
                <w:lang w:val="ru-RU"/>
              </w:rPr>
              <w:t>вськ: «Л</w:t>
            </w:r>
            <w:r>
              <w:t>i</w:t>
            </w:r>
            <w:r w:rsidRPr="00332DB8">
              <w:rPr>
                <w:lang w:val="ru-RU"/>
              </w:rPr>
              <w:t xml:space="preserve">лея-НВ», 1999 – 48 С. Степан Бандера (1909 – 1999 рр.) </w:t>
            </w:r>
            <w:r>
              <w:t>(решение Мещанского районного суда г. Москвы от 13.08.2015);</w:t>
            </w:r>
          </w:p>
        </w:tc>
        <w:tc>
          <w:tcPr>
            <w:tcW w:w="2880" w:type="dxa"/>
          </w:tcPr>
          <w:p w:rsidR="006F7457" w:rsidRDefault="006F7457"/>
        </w:tc>
      </w:tr>
      <w:tr w:rsidR="006F7457" w:rsidRPr="005A424D">
        <w:tc>
          <w:tcPr>
            <w:tcW w:w="2880" w:type="dxa"/>
          </w:tcPr>
          <w:p w:rsidR="006F7457" w:rsidRDefault="00332DB8">
            <w:r>
              <w:lastRenderedPageBreak/>
              <w:t>3084.</w:t>
            </w:r>
          </w:p>
        </w:tc>
        <w:tc>
          <w:tcPr>
            <w:tcW w:w="2880" w:type="dxa"/>
          </w:tcPr>
          <w:p w:rsidR="006F7457" w:rsidRPr="00332DB8" w:rsidRDefault="00332DB8">
            <w:pPr>
              <w:rPr>
                <w:lang w:val="ru-RU"/>
              </w:rPr>
            </w:pPr>
            <w:r w:rsidRPr="00332DB8">
              <w:rPr>
                <w:lang w:val="ru-RU"/>
              </w:rPr>
              <w:t>Печатная продукция Д. Донцов. Дороговказ у майбутнэ. Ки</w:t>
            </w:r>
            <w:r>
              <w:t>i</w:t>
            </w:r>
            <w:r w:rsidRPr="00332DB8">
              <w:rPr>
                <w:lang w:val="ru-RU"/>
              </w:rPr>
              <w:t>в, 1999. – 44 С. (Путеводитель в будущее) (решение Мещанского районного суда г. Москвы от 13.08.2015);</w:t>
            </w:r>
          </w:p>
        </w:tc>
        <w:tc>
          <w:tcPr>
            <w:tcW w:w="2880" w:type="dxa"/>
          </w:tcPr>
          <w:p w:rsidR="006F7457" w:rsidRPr="00332DB8" w:rsidRDefault="006F7457">
            <w:pPr>
              <w:rPr>
                <w:lang w:val="ru-RU"/>
              </w:rPr>
            </w:pPr>
          </w:p>
        </w:tc>
      </w:tr>
      <w:tr w:rsidR="006F7457" w:rsidRPr="005A424D">
        <w:tc>
          <w:tcPr>
            <w:tcW w:w="2880" w:type="dxa"/>
          </w:tcPr>
          <w:p w:rsidR="006F7457" w:rsidRDefault="00332DB8">
            <w:r>
              <w:t>3085.</w:t>
            </w:r>
          </w:p>
        </w:tc>
        <w:tc>
          <w:tcPr>
            <w:tcW w:w="2880" w:type="dxa"/>
          </w:tcPr>
          <w:p w:rsidR="006F7457" w:rsidRPr="00332DB8" w:rsidRDefault="00332DB8">
            <w:pPr>
              <w:rPr>
                <w:lang w:val="ru-RU"/>
              </w:rPr>
            </w:pPr>
            <w:r w:rsidRPr="00332DB8">
              <w:rPr>
                <w:lang w:val="ru-RU"/>
              </w:rPr>
              <w:t>Печатная продукция Д. Донцов. Твори. Т.1. Геопол</w:t>
            </w:r>
            <w:r>
              <w:t>i</w:t>
            </w:r>
            <w:r w:rsidRPr="00332DB8">
              <w:rPr>
                <w:lang w:val="ru-RU"/>
              </w:rPr>
              <w:t>тичн</w:t>
            </w:r>
            <w:r>
              <w:t>i</w:t>
            </w:r>
            <w:r w:rsidRPr="00332DB8">
              <w:rPr>
                <w:lang w:val="ru-RU"/>
              </w:rPr>
              <w:t xml:space="preserve"> та </w:t>
            </w:r>
            <w:r>
              <w:t>i</w:t>
            </w:r>
            <w:r w:rsidRPr="00332DB8">
              <w:rPr>
                <w:lang w:val="ru-RU"/>
              </w:rPr>
              <w:t>деолог</w:t>
            </w:r>
            <w:r>
              <w:t>i</w:t>
            </w:r>
            <w:r w:rsidRPr="00332DB8">
              <w:rPr>
                <w:lang w:val="ru-RU"/>
              </w:rPr>
              <w:t>чн</w:t>
            </w:r>
            <w:r>
              <w:t>i</w:t>
            </w:r>
            <w:r w:rsidRPr="00332DB8">
              <w:rPr>
                <w:lang w:val="ru-RU"/>
              </w:rPr>
              <w:t xml:space="preserve"> прац</w:t>
            </w:r>
            <w:r>
              <w:t>i</w:t>
            </w:r>
            <w:r w:rsidRPr="00332DB8">
              <w:rPr>
                <w:lang w:val="ru-RU"/>
              </w:rPr>
              <w:t>. – Льв</w:t>
            </w:r>
            <w:r>
              <w:t>i</w:t>
            </w:r>
            <w:r w:rsidRPr="00332DB8">
              <w:rPr>
                <w:lang w:val="ru-RU"/>
              </w:rPr>
              <w:t>в: Кальвар</w:t>
            </w:r>
            <w:r>
              <w:t>i</w:t>
            </w:r>
            <w:r w:rsidRPr="00332DB8">
              <w:rPr>
                <w:lang w:val="ru-RU"/>
              </w:rPr>
              <w:t>я, 2001 – 488 С. (Геополитические и идеологические труды (решение Мещанского районного суда г. Москвы от 13.08.2015);</w:t>
            </w:r>
          </w:p>
        </w:tc>
        <w:tc>
          <w:tcPr>
            <w:tcW w:w="2880" w:type="dxa"/>
          </w:tcPr>
          <w:p w:rsidR="006F7457" w:rsidRPr="00332DB8" w:rsidRDefault="006F7457">
            <w:pPr>
              <w:rPr>
                <w:lang w:val="ru-RU"/>
              </w:rPr>
            </w:pPr>
          </w:p>
        </w:tc>
      </w:tr>
      <w:tr w:rsidR="006F7457" w:rsidRPr="005A424D">
        <w:tc>
          <w:tcPr>
            <w:tcW w:w="2880" w:type="dxa"/>
          </w:tcPr>
          <w:p w:rsidR="006F7457" w:rsidRDefault="00332DB8">
            <w:r>
              <w:t>3086.</w:t>
            </w:r>
          </w:p>
        </w:tc>
        <w:tc>
          <w:tcPr>
            <w:tcW w:w="2880" w:type="dxa"/>
          </w:tcPr>
          <w:p w:rsidR="006F7457" w:rsidRPr="00332DB8" w:rsidRDefault="00332DB8">
            <w:pPr>
              <w:rPr>
                <w:lang w:val="ru-RU"/>
              </w:rPr>
            </w:pPr>
            <w:r w:rsidRPr="00332DB8">
              <w:rPr>
                <w:lang w:val="ru-RU"/>
              </w:rPr>
              <w:t>Печатная продукция Нац</w:t>
            </w:r>
            <w:r>
              <w:t>i</w:t>
            </w:r>
            <w:r w:rsidRPr="00332DB8">
              <w:rPr>
                <w:lang w:val="ru-RU"/>
              </w:rPr>
              <w:t>онально-визвольним шляхом. – Ки</w:t>
            </w:r>
            <w:r>
              <w:t>i</w:t>
            </w:r>
            <w:r w:rsidRPr="00332DB8">
              <w:rPr>
                <w:lang w:val="ru-RU"/>
              </w:rPr>
              <w:t>в, 1991. - 63С. (Национально-освободительным путем) (решение Мещанского районного суда г. Москвы от 13.08.2015);</w:t>
            </w:r>
          </w:p>
        </w:tc>
        <w:tc>
          <w:tcPr>
            <w:tcW w:w="2880" w:type="dxa"/>
          </w:tcPr>
          <w:p w:rsidR="006F7457" w:rsidRPr="00332DB8" w:rsidRDefault="006F7457">
            <w:pPr>
              <w:rPr>
                <w:lang w:val="ru-RU"/>
              </w:rPr>
            </w:pPr>
          </w:p>
        </w:tc>
      </w:tr>
      <w:tr w:rsidR="006F7457" w:rsidRPr="005A424D">
        <w:tc>
          <w:tcPr>
            <w:tcW w:w="2880" w:type="dxa"/>
          </w:tcPr>
          <w:p w:rsidR="006F7457" w:rsidRDefault="00332DB8">
            <w:r>
              <w:t>3087.</w:t>
            </w:r>
          </w:p>
        </w:tc>
        <w:tc>
          <w:tcPr>
            <w:tcW w:w="2880" w:type="dxa"/>
          </w:tcPr>
          <w:p w:rsidR="006F7457" w:rsidRPr="00332DB8" w:rsidRDefault="00332DB8">
            <w:pPr>
              <w:rPr>
                <w:lang w:val="ru-RU"/>
              </w:rPr>
            </w:pPr>
            <w:r w:rsidRPr="00332DB8">
              <w:rPr>
                <w:lang w:val="ru-RU"/>
              </w:rPr>
              <w:t>Печатная продукция Д. Донцов. Рос</w:t>
            </w:r>
            <w:r>
              <w:t>i</w:t>
            </w:r>
            <w:r w:rsidRPr="00332DB8">
              <w:rPr>
                <w:lang w:val="ru-RU"/>
              </w:rPr>
              <w:t xml:space="preserve">я чи Эвропа? Та </w:t>
            </w:r>
            <w:r>
              <w:t>i</w:t>
            </w:r>
            <w:r w:rsidRPr="00332DB8">
              <w:rPr>
                <w:lang w:val="ru-RU"/>
              </w:rPr>
              <w:t>нш</w:t>
            </w:r>
            <w:r>
              <w:t>i</w:t>
            </w:r>
            <w:r w:rsidRPr="00332DB8">
              <w:rPr>
                <w:lang w:val="ru-RU"/>
              </w:rPr>
              <w:t xml:space="preserve"> есе</w:t>
            </w:r>
            <w:r>
              <w:t>i</w:t>
            </w:r>
            <w:r w:rsidRPr="00332DB8">
              <w:rPr>
                <w:lang w:val="ru-RU"/>
              </w:rPr>
              <w:t xml:space="preserve"> – Ки</w:t>
            </w:r>
            <w:r>
              <w:t>i</w:t>
            </w:r>
            <w:r w:rsidRPr="00332DB8">
              <w:rPr>
                <w:lang w:val="ru-RU"/>
              </w:rPr>
              <w:t>в: Сп</w:t>
            </w:r>
            <w:r>
              <w:t>i</w:t>
            </w:r>
            <w:r w:rsidRPr="00332DB8">
              <w:rPr>
                <w:lang w:val="ru-RU"/>
              </w:rPr>
              <w:t>лка укра</w:t>
            </w:r>
            <w:r>
              <w:t>i</w:t>
            </w:r>
            <w:r w:rsidRPr="00332DB8">
              <w:rPr>
                <w:lang w:val="ru-RU"/>
              </w:rPr>
              <w:t>нсько</w:t>
            </w:r>
            <w:r>
              <w:t>i</w:t>
            </w:r>
            <w:r w:rsidRPr="00332DB8">
              <w:rPr>
                <w:lang w:val="ru-RU"/>
              </w:rPr>
              <w:t xml:space="preserve"> молод</w:t>
            </w:r>
            <w:r>
              <w:t>i</w:t>
            </w:r>
            <w:r w:rsidRPr="00332DB8">
              <w:rPr>
                <w:lang w:val="ru-RU"/>
              </w:rPr>
              <w:t>, 1992. – 44 С. (Россия или Европа? И другие эссе) (решение Мещанского районного суда г. Москвы от 13.08.2015);</w:t>
            </w:r>
          </w:p>
        </w:tc>
        <w:tc>
          <w:tcPr>
            <w:tcW w:w="2880" w:type="dxa"/>
          </w:tcPr>
          <w:p w:rsidR="006F7457" w:rsidRPr="00332DB8" w:rsidRDefault="006F7457">
            <w:pPr>
              <w:rPr>
                <w:lang w:val="ru-RU"/>
              </w:rPr>
            </w:pPr>
          </w:p>
        </w:tc>
      </w:tr>
      <w:tr w:rsidR="006F7457" w:rsidRPr="005A424D">
        <w:tc>
          <w:tcPr>
            <w:tcW w:w="2880" w:type="dxa"/>
          </w:tcPr>
          <w:p w:rsidR="006F7457" w:rsidRDefault="00332DB8">
            <w:r>
              <w:t>3088.</w:t>
            </w:r>
          </w:p>
        </w:tc>
        <w:tc>
          <w:tcPr>
            <w:tcW w:w="2880" w:type="dxa"/>
          </w:tcPr>
          <w:p w:rsidR="006F7457" w:rsidRPr="00332DB8" w:rsidRDefault="00332DB8">
            <w:pPr>
              <w:rPr>
                <w:lang w:val="ru-RU"/>
              </w:rPr>
            </w:pPr>
            <w:r w:rsidRPr="00332DB8">
              <w:rPr>
                <w:lang w:val="ru-RU"/>
              </w:rPr>
              <w:t xml:space="preserve">Видеозапись «Тимур Муцураев – Иерусалим *1998 г.*» длительностью 9 минут 37 секунд, размещенная на сайте </w:t>
            </w:r>
            <w:r>
              <w:t>www</w:t>
            </w:r>
            <w:r w:rsidRPr="00332DB8">
              <w:rPr>
                <w:lang w:val="ru-RU"/>
              </w:rPr>
              <w:t>.</w:t>
            </w:r>
            <w:r>
              <w:t>youtube</w:t>
            </w:r>
            <w:r w:rsidRPr="00332DB8">
              <w:rPr>
                <w:lang w:val="ru-RU"/>
              </w:rPr>
              <w:t>.</w:t>
            </w:r>
            <w:r>
              <w:t>com</w:t>
            </w:r>
            <w:r w:rsidRPr="00332DB8">
              <w:rPr>
                <w:lang w:val="ru-RU"/>
              </w:rPr>
              <w:t xml:space="preserve"> по электронному адресу: </w:t>
            </w:r>
            <w:r>
              <w:t>http</w:t>
            </w:r>
            <w:r w:rsidRPr="00332DB8">
              <w:rPr>
                <w:lang w:val="ru-RU"/>
              </w:rPr>
              <w:t xml:space="preserve">://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xRBIDEonMHA</w:t>
            </w:r>
            <w:r w:rsidRPr="00332DB8">
              <w:rPr>
                <w:lang w:val="ru-RU"/>
              </w:rPr>
              <w:t xml:space="preserve"> (решение Петродворцового районного суда города Санкт-Петербурга от 09.06.2015);</w:t>
            </w:r>
          </w:p>
        </w:tc>
        <w:tc>
          <w:tcPr>
            <w:tcW w:w="2880" w:type="dxa"/>
          </w:tcPr>
          <w:p w:rsidR="006F7457" w:rsidRPr="00332DB8" w:rsidRDefault="006F7457">
            <w:pPr>
              <w:rPr>
                <w:lang w:val="ru-RU"/>
              </w:rPr>
            </w:pPr>
          </w:p>
        </w:tc>
      </w:tr>
      <w:tr w:rsidR="006F7457" w:rsidRPr="005A424D">
        <w:tc>
          <w:tcPr>
            <w:tcW w:w="2880" w:type="dxa"/>
          </w:tcPr>
          <w:p w:rsidR="006F7457" w:rsidRDefault="00332DB8">
            <w:r>
              <w:t>308</w:t>
            </w:r>
            <w:r>
              <w:lastRenderedPageBreak/>
              <w:t>9.</w:t>
            </w:r>
          </w:p>
        </w:tc>
        <w:tc>
          <w:tcPr>
            <w:tcW w:w="2880" w:type="dxa"/>
          </w:tcPr>
          <w:p w:rsidR="006F7457" w:rsidRPr="00332DB8" w:rsidRDefault="00332DB8">
            <w:pPr>
              <w:rPr>
                <w:lang w:val="ru-RU"/>
              </w:rPr>
            </w:pPr>
            <w:r w:rsidRPr="00332DB8">
              <w:rPr>
                <w:lang w:val="ru-RU"/>
              </w:rPr>
              <w:lastRenderedPageBreak/>
              <w:t xml:space="preserve">Видеозапись «Тимур Муцураев – Держись Россия, мы идем» длительностью 4 минуты 40 секунд, размещенная на сайте </w:t>
            </w:r>
            <w:r>
              <w:t>www</w:t>
            </w:r>
            <w:r w:rsidRPr="00332DB8">
              <w:rPr>
                <w:lang w:val="ru-RU"/>
              </w:rPr>
              <w:t>.</w:t>
            </w:r>
            <w:r>
              <w:t>youtube</w:t>
            </w:r>
            <w:r w:rsidRPr="00332DB8">
              <w:rPr>
                <w:lang w:val="ru-RU"/>
              </w:rPr>
              <w:t>.</w:t>
            </w:r>
            <w:r>
              <w:t>com</w:t>
            </w:r>
            <w:r w:rsidRPr="00332DB8">
              <w:rPr>
                <w:lang w:val="ru-RU"/>
              </w:rPr>
              <w:t xml:space="preserve"> по электронному адресу: </w:t>
            </w:r>
            <w:r>
              <w:t>http</w:t>
            </w:r>
            <w:r w:rsidRPr="00332DB8">
              <w:rPr>
                <w:lang w:val="ru-RU"/>
              </w:rPr>
              <w:t xml:space="preserve">://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=511</w:t>
            </w:r>
            <w:r>
              <w:t>eVnBREOw</w:t>
            </w:r>
            <w:r w:rsidRPr="00332DB8">
              <w:rPr>
                <w:lang w:val="ru-RU"/>
              </w:rPr>
              <w:t xml:space="preserve"> (решение </w:t>
            </w:r>
            <w:r w:rsidRPr="00332DB8">
              <w:rPr>
                <w:lang w:val="ru-RU"/>
              </w:rPr>
              <w:lastRenderedPageBreak/>
              <w:t>Петродворцового районного суда города Санкт-Петербурга от 09.06.2015);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3090.</w:t>
            </w:r>
          </w:p>
        </w:tc>
        <w:tc>
          <w:tcPr>
            <w:tcW w:w="2880" w:type="dxa"/>
          </w:tcPr>
          <w:p w:rsidR="006F7457" w:rsidRPr="00332DB8" w:rsidRDefault="00332DB8">
            <w:pPr>
              <w:rPr>
                <w:lang w:val="ru-RU"/>
              </w:rPr>
            </w:pPr>
            <w:r w:rsidRPr="00332DB8">
              <w:rPr>
                <w:lang w:val="ru-RU"/>
              </w:rPr>
              <w:t xml:space="preserve">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w:t>
            </w:r>
            <w:r>
              <w:t>http</w:t>
            </w:r>
            <w:r w:rsidRPr="00332DB8">
              <w:rPr>
                <w:lang w:val="ru-RU"/>
              </w:rPr>
              <w:t>://</w:t>
            </w:r>
            <w:r>
              <w:t>vk</w:t>
            </w:r>
            <w:r w:rsidRPr="00332DB8">
              <w:rPr>
                <w:lang w:val="ru-RU"/>
              </w:rPr>
              <w:t>.</w:t>
            </w:r>
            <w:r>
              <w:t>com</w:t>
            </w:r>
            <w:r w:rsidRPr="00332DB8">
              <w:rPr>
                <w:lang w:val="ru-RU"/>
              </w:rPr>
              <w:t>/</w:t>
            </w:r>
            <w:r>
              <w:t>sokowkolowrat</w:t>
            </w:r>
            <w:r w:rsidRPr="00332DB8">
              <w:rPr>
                <w:lang w:val="ru-RU"/>
              </w:rPr>
              <w:t xml:space="preserve">, </w:t>
            </w:r>
            <w:r>
              <w:t>IP</w:t>
            </w:r>
            <w:r w:rsidRPr="00332DB8">
              <w:rPr>
                <w:lang w:val="ru-RU"/>
              </w:rPr>
              <w:t xml:space="preserve">-адрес регистрации: 85.175.82.76, принадлежащий сегменту </w:t>
            </w:r>
            <w:r>
              <w:t>IP</w:t>
            </w:r>
            <w:r w:rsidRPr="00332DB8">
              <w:rPr>
                <w:lang w:val="ru-RU"/>
              </w:rPr>
              <w:t>-адресов компании ОАО «Ростелеком» (решение Кропоткинского городского суда Краснодарского края от 14.04.2015);</w:t>
            </w:r>
          </w:p>
        </w:tc>
        <w:tc>
          <w:tcPr>
            <w:tcW w:w="2880" w:type="dxa"/>
          </w:tcPr>
          <w:p w:rsidR="006F7457" w:rsidRPr="00332DB8" w:rsidRDefault="006F7457">
            <w:pPr>
              <w:rPr>
                <w:lang w:val="ru-RU"/>
              </w:rPr>
            </w:pPr>
          </w:p>
        </w:tc>
      </w:tr>
      <w:tr w:rsidR="006F7457" w:rsidRPr="005A424D">
        <w:tc>
          <w:tcPr>
            <w:tcW w:w="2880" w:type="dxa"/>
          </w:tcPr>
          <w:p w:rsidR="006F7457" w:rsidRDefault="00332DB8">
            <w:r>
              <w:t>3091.</w:t>
            </w:r>
          </w:p>
        </w:tc>
        <w:tc>
          <w:tcPr>
            <w:tcW w:w="2880" w:type="dxa"/>
          </w:tcPr>
          <w:p w:rsidR="006F7457" w:rsidRPr="00332DB8" w:rsidRDefault="00332DB8">
            <w:pPr>
              <w:rPr>
                <w:lang w:val="ru-RU"/>
              </w:rPr>
            </w:pPr>
            <w:r w:rsidRPr="00332DB8">
              <w:rPr>
                <w:lang w:val="ru-RU"/>
              </w:rPr>
              <w:t>Аудиозаписи: «</w:t>
            </w:r>
            <w:r>
              <w:t>Allah</w:t>
            </w:r>
            <w:r w:rsidRPr="00332DB8">
              <w:rPr>
                <w:lang w:val="ru-RU"/>
              </w:rPr>
              <w:t>, Свобода и Джихад», «бойцы Аллаха», «Вечны будучи Райские сады», «Восстань муслим», «вся жизнь полна добра и зла», «смерть», размещенные в социальной сети «В контакте» (</w:t>
            </w:r>
            <w:r>
              <w:t>http</w:t>
            </w:r>
            <w:r w:rsidRPr="00332DB8">
              <w:rPr>
                <w:lang w:val="ru-RU"/>
              </w:rPr>
              <w:t>://</w:t>
            </w:r>
            <w:r>
              <w:t>vlc</w:t>
            </w:r>
            <w:r w:rsidRPr="00332DB8">
              <w:rPr>
                <w:lang w:val="ru-RU"/>
              </w:rPr>
              <w:t>.</w:t>
            </w:r>
            <w:r>
              <w:t>com</w:t>
            </w:r>
            <w:r w:rsidRPr="00332DB8">
              <w:rPr>
                <w:lang w:val="ru-RU"/>
              </w:rPr>
              <w:t>/</w:t>
            </w:r>
            <w:r>
              <w:t>id</w:t>
            </w:r>
            <w:r w:rsidRPr="00332DB8">
              <w:rPr>
                <w:lang w:val="ru-RU"/>
              </w:rPr>
              <w:t>52716800) (решение Курганского городского суда от 05.08.2015);</w:t>
            </w:r>
          </w:p>
        </w:tc>
        <w:tc>
          <w:tcPr>
            <w:tcW w:w="2880" w:type="dxa"/>
          </w:tcPr>
          <w:p w:rsidR="006F7457" w:rsidRPr="00332DB8" w:rsidRDefault="006F7457">
            <w:pPr>
              <w:rPr>
                <w:lang w:val="ru-RU"/>
              </w:rPr>
            </w:pPr>
          </w:p>
        </w:tc>
      </w:tr>
      <w:tr w:rsidR="006F7457" w:rsidRPr="005A424D">
        <w:tc>
          <w:tcPr>
            <w:tcW w:w="2880" w:type="dxa"/>
          </w:tcPr>
          <w:p w:rsidR="006F7457" w:rsidRDefault="00332DB8">
            <w:r>
              <w:t>3092.</w:t>
            </w:r>
          </w:p>
        </w:tc>
        <w:tc>
          <w:tcPr>
            <w:tcW w:w="2880" w:type="dxa"/>
          </w:tcPr>
          <w:p w:rsidR="006F7457" w:rsidRPr="00332DB8" w:rsidRDefault="00332DB8">
            <w:pPr>
              <w:rPr>
                <w:lang w:val="ru-RU"/>
              </w:rPr>
            </w:pPr>
            <w:r w:rsidRPr="00332DB8">
              <w:rPr>
                <w:lang w:val="ru-RU"/>
              </w:rPr>
              <w:t xml:space="preserve">Видеофайл «Русский очнись!Про», размещенный в социальной сети «В контакте» в сети Интернет, имеющие сетевой адрес </w:t>
            </w:r>
            <w:r>
              <w:t>www</w:t>
            </w:r>
            <w:r w:rsidRPr="00332DB8">
              <w:rPr>
                <w:lang w:val="ru-RU"/>
              </w:rPr>
              <w:t>.</w:t>
            </w:r>
            <w:r>
              <w:t>vk</w:t>
            </w:r>
            <w:r w:rsidRPr="00332DB8">
              <w:rPr>
                <w:lang w:val="ru-RU"/>
              </w:rPr>
              <w:t>.</w:t>
            </w:r>
            <w:r>
              <w:t>com</w:t>
            </w:r>
            <w:r w:rsidRPr="00332DB8">
              <w:rPr>
                <w:lang w:val="ru-RU"/>
              </w:rPr>
              <w:t>/</w:t>
            </w:r>
            <w:r>
              <w:t>user</w:t>
            </w:r>
            <w:r w:rsidRPr="00332DB8">
              <w:rPr>
                <w:lang w:val="ru-RU"/>
              </w:rPr>
              <w:t>3885 (решение Калужского районного суда Калужской области от 11.08.2015);</w:t>
            </w:r>
          </w:p>
        </w:tc>
        <w:tc>
          <w:tcPr>
            <w:tcW w:w="2880" w:type="dxa"/>
          </w:tcPr>
          <w:p w:rsidR="006F7457" w:rsidRPr="00332DB8" w:rsidRDefault="006F7457">
            <w:pPr>
              <w:rPr>
                <w:lang w:val="ru-RU"/>
              </w:rPr>
            </w:pPr>
          </w:p>
        </w:tc>
      </w:tr>
      <w:tr w:rsidR="006F7457" w:rsidRPr="005A424D">
        <w:tc>
          <w:tcPr>
            <w:tcW w:w="2880" w:type="dxa"/>
          </w:tcPr>
          <w:p w:rsidR="006F7457" w:rsidRDefault="00332DB8">
            <w:r>
              <w:t>3093.</w:t>
            </w:r>
          </w:p>
        </w:tc>
        <w:tc>
          <w:tcPr>
            <w:tcW w:w="2880" w:type="dxa"/>
          </w:tcPr>
          <w:p w:rsidR="006F7457" w:rsidRPr="00332DB8" w:rsidRDefault="00332DB8">
            <w:pPr>
              <w:rPr>
                <w:lang w:val="ru-RU"/>
              </w:rPr>
            </w:pPr>
            <w:r w:rsidRPr="00332DB8">
              <w:rPr>
                <w:lang w:val="ru-RU"/>
              </w:rPr>
              <w:t xml:space="preserve">Видеофайлы, размещенные в социальной сети «ВКонтакте» информационно-телекоммуникационной сети «Интернет» на странице пользователя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48015810: - Казнь хачей (Теги_скинхеды,самосуд,хачи); - хороший отрывок из фильма Россия 88 (рекомендую посмотреть фильм полностью); - </w:t>
            </w:r>
            <w:r>
              <w:t>NEX</w:t>
            </w:r>
            <w:r w:rsidRPr="00332DB8">
              <w:rPr>
                <w:lang w:val="ru-RU"/>
              </w:rPr>
              <w:t xml:space="preserve"> </w:t>
            </w:r>
            <w:r>
              <w:t>company</w:t>
            </w:r>
            <w:r w:rsidRPr="00332DB8">
              <w:rPr>
                <w:lang w:val="ru-RU"/>
              </w:rPr>
              <w:t xml:space="preserve"> – Толерантная Россия; - Бритоголовые 17 лет назад; - Крэк – Вечный рай (</w:t>
            </w:r>
            <w:r>
              <w:t>Crack</w:t>
            </w:r>
            <w:r w:rsidRPr="00332DB8">
              <w:rPr>
                <w:lang w:val="ru-RU"/>
              </w:rPr>
              <w:t xml:space="preserve"> – </w:t>
            </w:r>
            <w:r>
              <w:t>Eternal</w:t>
            </w:r>
            <w:r w:rsidRPr="00332DB8">
              <w:rPr>
                <w:lang w:val="ru-RU"/>
              </w:rPr>
              <w:t xml:space="preserve"> </w:t>
            </w:r>
            <w:r>
              <w:t>Paradise</w:t>
            </w:r>
            <w:r w:rsidRPr="00332DB8">
              <w:rPr>
                <w:lang w:val="ru-RU"/>
              </w:rPr>
              <w:t xml:space="preserve">); - Гори, гори, гори жидяра; - Настоятельно рекомендую девушкам; - </w:t>
            </w:r>
            <w:r>
              <w:t>NS</w:t>
            </w:r>
            <w:r w:rsidRPr="00332DB8">
              <w:rPr>
                <w:lang w:val="ru-RU"/>
              </w:rPr>
              <w:t>_</w:t>
            </w:r>
            <w:r>
              <w:t>WP</w:t>
            </w:r>
            <w:r w:rsidRPr="00332DB8">
              <w:rPr>
                <w:lang w:val="ru-RU"/>
              </w:rPr>
              <w:t xml:space="preserve"> в дороге. (Удельная); - Запрещенный клип; - Уильям Пирс. За что ненавидят евреев; - Поэма о Жиде; - Без названия; - Для всех русских девушек; - </w:t>
            </w:r>
            <w:r>
              <w:t>δείτε</w:t>
            </w:r>
            <w:r w:rsidRPr="00332DB8">
              <w:rPr>
                <w:lang w:val="ru-RU"/>
              </w:rPr>
              <w:t xml:space="preserve"> </w:t>
            </w:r>
            <w:r>
              <w:t>τα</w:t>
            </w:r>
            <w:r w:rsidRPr="00332DB8">
              <w:rPr>
                <w:lang w:val="ru-RU"/>
              </w:rPr>
              <w:t xml:space="preserve"> </w:t>
            </w:r>
            <w:r>
              <w:t>έντερα</w:t>
            </w:r>
            <w:r w:rsidRPr="00332DB8">
              <w:rPr>
                <w:lang w:val="ru-RU"/>
              </w:rPr>
              <w:t>; - Формат 18 (решение Эжвинского районного суда г. Сыктывкара Республики Коми от 14.08.2015).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3094.</w:t>
            </w:r>
          </w:p>
        </w:tc>
        <w:tc>
          <w:tcPr>
            <w:tcW w:w="2880" w:type="dxa"/>
          </w:tcPr>
          <w:p w:rsidR="006F7457" w:rsidRPr="00332DB8" w:rsidRDefault="00332DB8">
            <w:pPr>
              <w:rPr>
                <w:lang w:val="ru-RU"/>
              </w:rPr>
            </w:pPr>
            <w:r>
              <w:t>C</w:t>
            </w:r>
            <w:r w:rsidRPr="00332DB8">
              <w:rPr>
                <w:lang w:val="ru-RU"/>
              </w:rPr>
              <w:t xml:space="preserve">татья Бориса Стомахина «Время приделать курок к мечте…»,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12.05.2015);</w:t>
            </w:r>
          </w:p>
        </w:tc>
        <w:tc>
          <w:tcPr>
            <w:tcW w:w="2880" w:type="dxa"/>
          </w:tcPr>
          <w:p w:rsidR="006F7457" w:rsidRPr="00332DB8" w:rsidRDefault="006F7457">
            <w:pPr>
              <w:rPr>
                <w:lang w:val="ru-RU"/>
              </w:rPr>
            </w:pPr>
          </w:p>
        </w:tc>
      </w:tr>
      <w:tr w:rsidR="006F7457" w:rsidRPr="005A424D">
        <w:tc>
          <w:tcPr>
            <w:tcW w:w="2880" w:type="dxa"/>
          </w:tcPr>
          <w:p w:rsidR="006F7457" w:rsidRDefault="00332DB8">
            <w:r>
              <w:t>3095.</w:t>
            </w:r>
          </w:p>
        </w:tc>
        <w:tc>
          <w:tcPr>
            <w:tcW w:w="2880" w:type="dxa"/>
          </w:tcPr>
          <w:p w:rsidR="006F7457" w:rsidRPr="00332DB8" w:rsidRDefault="00332DB8">
            <w:pPr>
              <w:rPr>
                <w:lang w:val="ru-RU"/>
              </w:rPr>
            </w:pPr>
            <w:r>
              <w:t>C</w:t>
            </w:r>
            <w:r w:rsidRPr="00332DB8">
              <w:rPr>
                <w:lang w:val="ru-RU"/>
              </w:rPr>
              <w:t xml:space="preserve">татья Бориса Стомахина «Труба»,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12.05.2015);</w:t>
            </w:r>
          </w:p>
        </w:tc>
        <w:tc>
          <w:tcPr>
            <w:tcW w:w="2880" w:type="dxa"/>
          </w:tcPr>
          <w:p w:rsidR="006F7457" w:rsidRPr="00332DB8" w:rsidRDefault="006F7457">
            <w:pPr>
              <w:rPr>
                <w:lang w:val="ru-RU"/>
              </w:rPr>
            </w:pPr>
          </w:p>
        </w:tc>
      </w:tr>
      <w:tr w:rsidR="006F7457" w:rsidRPr="005A424D">
        <w:tc>
          <w:tcPr>
            <w:tcW w:w="2880" w:type="dxa"/>
          </w:tcPr>
          <w:p w:rsidR="006F7457" w:rsidRDefault="00332DB8">
            <w:r>
              <w:t>3096.</w:t>
            </w:r>
          </w:p>
        </w:tc>
        <w:tc>
          <w:tcPr>
            <w:tcW w:w="2880" w:type="dxa"/>
          </w:tcPr>
          <w:p w:rsidR="006F7457" w:rsidRPr="00332DB8" w:rsidRDefault="00332DB8">
            <w:pPr>
              <w:rPr>
                <w:lang w:val="ru-RU"/>
              </w:rPr>
            </w:pPr>
            <w:r>
              <w:t>C</w:t>
            </w:r>
            <w:r w:rsidRPr="00332DB8">
              <w:rPr>
                <w:lang w:val="ru-RU"/>
              </w:rPr>
              <w:t xml:space="preserve">татья Бориса Стомахина «Шабаш ведьм»,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12.05.2015);</w:t>
            </w:r>
          </w:p>
        </w:tc>
        <w:tc>
          <w:tcPr>
            <w:tcW w:w="2880" w:type="dxa"/>
          </w:tcPr>
          <w:p w:rsidR="006F7457" w:rsidRPr="00332DB8" w:rsidRDefault="006F7457">
            <w:pPr>
              <w:rPr>
                <w:lang w:val="ru-RU"/>
              </w:rPr>
            </w:pPr>
          </w:p>
        </w:tc>
      </w:tr>
      <w:tr w:rsidR="006F7457" w:rsidRPr="005A424D">
        <w:tc>
          <w:tcPr>
            <w:tcW w:w="2880" w:type="dxa"/>
          </w:tcPr>
          <w:p w:rsidR="006F7457" w:rsidRDefault="00332DB8">
            <w:r>
              <w:t>3097.</w:t>
            </w:r>
          </w:p>
        </w:tc>
        <w:tc>
          <w:tcPr>
            <w:tcW w:w="2880" w:type="dxa"/>
          </w:tcPr>
          <w:p w:rsidR="006F7457" w:rsidRPr="00332DB8" w:rsidRDefault="00332DB8">
            <w:pPr>
              <w:rPr>
                <w:lang w:val="ru-RU"/>
              </w:rPr>
            </w:pPr>
            <w:r>
              <w:t>C</w:t>
            </w:r>
            <w:r w:rsidRPr="00332DB8">
              <w:rPr>
                <w:lang w:val="ru-RU"/>
              </w:rPr>
              <w:t xml:space="preserve">татья Бориса Стомахина «Дело чести»,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12.05.2015);</w:t>
            </w:r>
          </w:p>
        </w:tc>
        <w:tc>
          <w:tcPr>
            <w:tcW w:w="2880" w:type="dxa"/>
          </w:tcPr>
          <w:p w:rsidR="006F7457" w:rsidRPr="00332DB8" w:rsidRDefault="006F7457">
            <w:pPr>
              <w:rPr>
                <w:lang w:val="ru-RU"/>
              </w:rPr>
            </w:pPr>
          </w:p>
        </w:tc>
      </w:tr>
      <w:tr w:rsidR="006F7457" w:rsidRPr="005A424D">
        <w:tc>
          <w:tcPr>
            <w:tcW w:w="2880" w:type="dxa"/>
          </w:tcPr>
          <w:p w:rsidR="006F7457" w:rsidRDefault="00332DB8">
            <w:r>
              <w:t>3098.</w:t>
            </w:r>
          </w:p>
        </w:tc>
        <w:tc>
          <w:tcPr>
            <w:tcW w:w="2880" w:type="dxa"/>
          </w:tcPr>
          <w:p w:rsidR="006F7457" w:rsidRPr="00332DB8" w:rsidRDefault="00332DB8">
            <w:pPr>
              <w:rPr>
                <w:lang w:val="ru-RU"/>
              </w:rPr>
            </w:pPr>
            <w:r>
              <w:t>C</w:t>
            </w:r>
            <w:r w:rsidRPr="00332DB8">
              <w:rPr>
                <w:lang w:val="ru-RU"/>
              </w:rPr>
              <w:t xml:space="preserve">татья Бориса Стомахина «На выборы пойдут только рабы»,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12.05.2015);</w:t>
            </w:r>
          </w:p>
        </w:tc>
        <w:tc>
          <w:tcPr>
            <w:tcW w:w="2880" w:type="dxa"/>
          </w:tcPr>
          <w:p w:rsidR="006F7457" w:rsidRPr="00332DB8" w:rsidRDefault="006F7457">
            <w:pPr>
              <w:rPr>
                <w:lang w:val="ru-RU"/>
              </w:rPr>
            </w:pPr>
          </w:p>
        </w:tc>
      </w:tr>
      <w:tr w:rsidR="006F7457" w:rsidRPr="005A424D">
        <w:tc>
          <w:tcPr>
            <w:tcW w:w="2880" w:type="dxa"/>
          </w:tcPr>
          <w:p w:rsidR="006F7457" w:rsidRDefault="00332DB8">
            <w:r>
              <w:t>309</w:t>
            </w:r>
            <w:r>
              <w:lastRenderedPageBreak/>
              <w:t>9.</w:t>
            </w:r>
          </w:p>
        </w:tc>
        <w:tc>
          <w:tcPr>
            <w:tcW w:w="2880" w:type="dxa"/>
          </w:tcPr>
          <w:p w:rsidR="006F7457" w:rsidRPr="00332DB8" w:rsidRDefault="00332DB8">
            <w:pPr>
              <w:rPr>
                <w:lang w:val="ru-RU"/>
              </w:rPr>
            </w:pPr>
            <w:r>
              <w:lastRenderedPageBreak/>
              <w:t>C</w:t>
            </w:r>
            <w:r w:rsidRPr="00332DB8">
              <w:rPr>
                <w:lang w:val="ru-RU"/>
              </w:rPr>
              <w:t xml:space="preserve">татья Бориса Стомахина «Вторая Гражданская»,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12.05.2015);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3100.</w:t>
            </w:r>
          </w:p>
        </w:tc>
        <w:tc>
          <w:tcPr>
            <w:tcW w:w="2880" w:type="dxa"/>
          </w:tcPr>
          <w:p w:rsidR="006F7457" w:rsidRPr="00332DB8" w:rsidRDefault="00332DB8">
            <w:pPr>
              <w:rPr>
                <w:lang w:val="ru-RU"/>
              </w:rPr>
            </w:pPr>
            <w:r>
              <w:t>C</w:t>
            </w:r>
            <w:r w:rsidRPr="00332DB8">
              <w:rPr>
                <w:lang w:val="ru-RU"/>
              </w:rPr>
              <w:t xml:space="preserve">татья Бориса Стомахина «Веревка за счет администрации президента»,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12.05.2015);</w:t>
            </w:r>
          </w:p>
        </w:tc>
        <w:tc>
          <w:tcPr>
            <w:tcW w:w="2880" w:type="dxa"/>
          </w:tcPr>
          <w:p w:rsidR="006F7457" w:rsidRPr="00332DB8" w:rsidRDefault="006F7457">
            <w:pPr>
              <w:rPr>
                <w:lang w:val="ru-RU"/>
              </w:rPr>
            </w:pPr>
          </w:p>
        </w:tc>
      </w:tr>
      <w:tr w:rsidR="006F7457" w:rsidRPr="005A424D">
        <w:tc>
          <w:tcPr>
            <w:tcW w:w="2880" w:type="dxa"/>
          </w:tcPr>
          <w:p w:rsidR="006F7457" w:rsidRDefault="00332DB8">
            <w:r>
              <w:t>3101.</w:t>
            </w:r>
          </w:p>
        </w:tc>
        <w:tc>
          <w:tcPr>
            <w:tcW w:w="2880" w:type="dxa"/>
          </w:tcPr>
          <w:p w:rsidR="006F7457" w:rsidRPr="00332DB8" w:rsidRDefault="00332DB8">
            <w:pPr>
              <w:rPr>
                <w:lang w:val="ru-RU"/>
              </w:rPr>
            </w:pPr>
            <w:r>
              <w:t>C</w:t>
            </w:r>
            <w:r w:rsidRPr="00332DB8">
              <w:rPr>
                <w:lang w:val="ru-RU"/>
              </w:rPr>
              <w:t xml:space="preserve">татья Бориса Стомахина «Лекция о международном положении»,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12.05.2015);</w:t>
            </w:r>
          </w:p>
        </w:tc>
        <w:tc>
          <w:tcPr>
            <w:tcW w:w="2880" w:type="dxa"/>
          </w:tcPr>
          <w:p w:rsidR="006F7457" w:rsidRPr="00332DB8" w:rsidRDefault="006F7457">
            <w:pPr>
              <w:rPr>
                <w:lang w:val="ru-RU"/>
              </w:rPr>
            </w:pPr>
          </w:p>
        </w:tc>
      </w:tr>
      <w:tr w:rsidR="006F7457" w:rsidRPr="005A424D">
        <w:tc>
          <w:tcPr>
            <w:tcW w:w="2880" w:type="dxa"/>
          </w:tcPr>
          <w:p w:rsidR="006F7457" w:rsidRDefault="00332DB8">
            <w:r>
              <w:t>3102.</w:t>
            </w:r>
          </w:p>
        </w:tc>
        <w:tc>
          <w:tcPr>
            <w:tcW w:w="2880" w:type="dxa"/>
          </w:tcPr>
          <w:p w:rsidR="006F7457" w:rsidRPr="00332DB8" w:rsidRDefault="00332DB8">
            <w:pPr>
              <w:rPr>
                <w:lang w:val="ru-RU"/>
              </w:rPr>
            </w:pPr>
            <w:r>
              <w:t>C</w:t>
            </w:r>
            <w:r w:rsidRPr="00332DB8">
              <w:rPr>
                <w:lang w:val="ru-RU"/>
              </w:rPr>
              <w:t xml:space="preserve">татья Бориса Стомахина «Латвия – 2012 в роли Чечни - 1999», размещенная на интернет-сайт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12.05.2015);</w:t>
            </w:r>
          </w:p>
        </w:tc>
        <w:tc>
          <w:tcPr>
            <w:tcW w:w="2880" w:type="dxa"/>
          </w:tcPr>
          <w:p w:rsidR="006F7457" w:rsidRPr="00332DB8" w:rsidRDefault="006F7457">
            <w:pPr>
              <w:rPr>
                <w:lang w:val="ru-RU"/>
              </w:rPr>
            </w:pPr>
          </w:p>
        </w:tc>
      </w:tr>
      <w:tr w:rsidR="006F7457" w:rsidRPr="005A424D">
        <w:tc>
          <w:tcPr>
            <w:tcW w:w="2880" w:type="dxa"/>
          </w:tcPr>
          <w:p w:rsidR="006F7457" w:rsidRDefault="00332DB8">
            <w:r>
              <w:t>3103.</w:t>
            </w:r>
          </w:p>
        </w:tc>
        <w:tc>
          <w:tcPr>
            <w:tcW w:w="2880" w:type="dxa"/>
          </w:tcPr>
          <w:p w:rsidR="006F7457" w:rsidRPr="00332DB8" w:rsidRDefault="00332DB8">
            <w:pPr>
              <w:rPr>
                <w:lang w:val="ru-RU"/>
              </w:rPr>
            </w:pPr>
            <w:r>
              <w:t>C</w:t>
            </w:r>
            <w:r w:rsidRPr="00332DB8">
              <w:rPr>
                <w:lang w:val="ru-RU"/>
              </w:rPr>
              <w:t xml:space="preserve">татья Бориса Стомахина «Русскоязычных – в русскоязычию!»,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 Москвы от 12.05.2015);</w:t>
            </w:r>
          </w:p>
        </w:tc>
        <w:tc>
          <w:tcPr>
            <w:tcW w:w="2880" w:type="dxa"/>
          </w:tcPr>
          <w:p w:rsidR="006F7457" w:rsidRPr="00332DB8" w:rsidRDefault="006F7457">
            <w:pPr>
              <w:rPr>
                <w:lang w:val="ru-RU"/>
              </w:rPr>
            </w:pPr>
          </w:p>
        </w:tc>
      </w:tr>
      <w:tr w:rsidR="006F7457" w:rsidRPr="005A424D">
        <w:tc>
          <w:tcPr>
            <w:tcW w:w="2880" w:type="dxa"/>
          </w:tcPr>
          <w:p w:rsidR="006F7457" w:rsidRDefault="00332DB8">
            <w:r>
              <w:t>3104.</w:t>
            </w:r>
          </w:p>
        </w:tc>
        <w:tc>
          <w:tcPr>
            <w:tcW w:w="2880" w:type="dxa"/>
          </w:tcPr>
          <w:p w:rsidR="006F7457" w:rsidRPr="00332DB8" w:rsidRDefault="00332DB8">
            <w:pPr>
              <w:rPr>
                <w:lang w:val="ru-RU"/>
              </w:rPr>
            </w:pPr>
            <w:r w:rsidRPr="00332DB8">
              <w:rPr>
                <w:lang w:val="ru-RU"/>
              </w:rPr>
              <w:t xml:space="preserve">Видеозапись «Туман над горами встает» длительностью 5 минут 2 секунды, размещенная на сайте </w:t>
            </w:r>
            <w:r>
              <w:t>www</w:t>
            </w:r>
            <w:r w:rsidRPr="00332DB8">
              <w:rPr>
                <w:lang w:val="ru-RU"/>
              </w:rPr>
              <w:t>.</w:t>
            </w:r>
            <w:r>
              <w:t>youtube</w:t>
            </w:r>
            <w:r w:rsidRPr="00332DB8">
              <w:rPr>
                <w:lang w:val="ru-RU"/>
              </w:rPr>
              <w:t>.</w:t>
            </w:r>
            <w:r>
              <w:t>com</w:t>
            </w:r>
            <w:r w:rsidRPr="00332DB8">
              <w:rPr>
                <w:lang w:val="ru-RU"/>
              </w:rPr>
              <w:t xml:space="preserve"> по электронному адресу: </w:t>
            </w:r>
            <w:r>
              <w:t>http</w:t>
            </w:r>
            <w:r w:rsidRPr="00332DB8">
              <w:rPr>
                <w:lang w:val="ru-RU"/>
              </w:rPr>
              <w:t xml:space="preserve">://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=4-4</w:t>
            </w:r>
            <w:r>
              <w:t>scxF</w:t>
            </w:r>
            <w:r w:rsidRPr="00332DB8">
              <w:rPr>
                <w:lang w:val="ru-RU"/>
              </w:rPr>
              <w:t>9</w:t>
            </w:r>
            <w:r>
              <w:t>JOM</w:t>
            </w:r>
            <w:r w:rsidRPr="00332DB8">
              <w:rPr>
                <w:lang w:val="ru-RU"/>
              </w:rPr>
              <w:t xml:space="preserve"> (решение Петродворцового районного суда города Санкт-Петербурга от 04.08.2015);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3105.</w:t>
            </w:r>
          </w:p>
        </w:tc>
        <w:tc>
          <w:tcPr>
            <w:tcW w:w="2880" w:type="dxa"/>
          </w:tcPr>
          <w:p w:rsidR="006F7457" w:rsidRPr="00332DB8" w:rsidRDefault="00332DB8">
            <w:pPr>
              <w:rPr>
                <w:lang w:val="ru-RU"/>
              </w:rPr>
            </w:pPr>
            <w:r w:rsidRPr="00332DB8">
              <w:rPr>
                <w:lang w:val="ru-RU"/>
              </w:rPr>
              <w:t xml:space="preserve">Статья "Право на воззвание к небесам», размещенная в Интернет-издании "Медиаликс" по электронному адресу: </w:t>
            </w:r>
            <w:r>
              <w:t>http</w:t>
            </w:r>
            <w:r w:rsidRPr="00332DB8">
              <w:rPr>
                <w:lang w:val="ru-RU"/>
              </w:rPr>
              <w:t>://</w:t>
            </w:r>
            <w:r>
              <w:t>medialeaks</w:t>
            </w:r>
            <w:r w:rsidRPr="00332DB8">
              <w:rPr>
                <w:lang w:val="ru-RU"/>
              </w:rPr>
              <w:t>/</w:t>
            </w:r>
            <w:r>
              <w:t>ru</w:t>
            </w:r>
            <w:r w:rsidRPr="00332DB8">
              <w:rPr>
                <w:lang w:val="ru-RU"/>
              </w:rPr>
              <w:t>/</w:t>
            </w:r>
            <w:r>
              <w:t>features</w:t>
            </w:r>
            <w:r w:rsidRPr="00332DB8">
              <w:rPr>
                <w:lang w:val="ru-RU"/>
              </w:rPr>
              <w:t>/</w:t>
            </w:r>
            <w:r>
              <w:t>pravo</w:t>
            </w:r>
            <w:r w:rsidRPr="00332DB8">
              <w:rPr>
                <w:lang w:val="ru-RU"/>
              </w:rPr>
              <w:t>-</w:t>
            </w:r>
            <w:r>
              <w:t>na</w:t>
            </w:r>
            <w:r w:rsidRPr="00332DB8">
              <w:rPr>
                <w:lang w:val="ru-RU"/>
              </w:rPr>
              <w:t>-</w:t>
            </w:r>
            <w:r>
              <w:t>vozzvanie</w:t>
            </w:r>
            <w:r w:rsidRPr="00332DB8">
              <w:rPr>
                <w:lang w:val="ru-RU"/>
              </w:rPr>
              <w:t>-</w:t>
            </w:r>
            <w:r>
              <w:t>k</w:t>
            </w:r>
            <w:r w:rsidRPr="00332DB8">
              <w:rPr>
                <w:lang w:val="ru-RU"/>
              </w:rPr>
              <w:t>-</w:t>
            </w:r>
            <w:r>
              <w:t>nebesam</w:t>
            </w:r>
            <w:r w:rsidRPr="00332DB8">
              <w:rPr>
                <w:lang w:val="ru-RU"/>
              </w:rPr>
              <w:t xml:space="preserve"> (решение Центрального районного суда г. Красноярска от 30.06.2015);</w:t>
            </w:r>
          </w:p>
        </w:tc>
        <w:tc>
          <w:tcPr>
            <w:tcW w:w="2880" w:type="dxa"/>
          </w:tcPr>
          <w:p w:rsidR="006F7457" w:rsidRPr="00332DB8" w:rsidRDefault="006F7457">
            <w:pPr>
              <w:rPr>
                <w:lang w:val="ru-RU"/>
              </w:rPr>
            </w:pPr>
          </w:p>
        </w:tc>
      </w:tr>
      <w:tr w:rsidR="006F7457" w:rsidRPr="005A424D">
        <w:tc>
          <w:tcPr>
            <w:tcW w:w="2880" w:type="dxa"/>
          </w:tcPr>
          <w:p w:rsidR="006F7457" w:rsidRDefault="00332DB8">
            <w:r>
              <w:t>3106.</w:t>
            </w:r>
          </w:p>
        </w:tc>
        <w:tc>
          <w:tcPr>
            <w:tcW w:w="2880" w:type="dxa"/>
          </w:tcPr>
          <w:p w:rsidR="006F7457" w:rsidRPr="00332DB8" w:rsidRDefault="00332DB8">
            <w:pPr>
              <w:rPr>
                <w:lang w:val="ru-RU"/>
              </w:rPr>
            </w:pPr>
            <w:r w:rsidRPr="00332DB8">
              <w:rPr>
                <w:lang w:val="ru-RU"/>
              </w:rPr>
              <w:t xml:space="preserve">Видеоролики «ХорСС – </w:t>
            </w:r>
            <w:r>
              <w:t>Mein</w:t>
            </w:r>
            <w:r w:rsidRPr="00332DB8">
              <w:rPr>
                <w:lang w:val="ru-RU"/>
              </w:rPr>
              <w:t xml:space="preserve"> </w:t>
            </w:r>
            <w:r>
              <w:t>Kampf</w:t>
            </w:r>
            <w:r w:rsidRPr="00332DB8">
              <w:rPr>
                <w:lang w:val="ru-RU"/>
              </w:rPr>
              <w:t>.</w:t>
            </w:r>
            <w:r>
              <w:t>mp</w:t>
            </w:r>
            <w:r w:rsidRPr="00332DB8">
              <w:rPr>
                <w:lang w:val="ru-RU"/>
              </w:rPr>
              <w:t>4», «ХорСС – Моя Борьба.</w:t>
            </w:r>
            <w:r>
              <w:t>mp</w:t>
            </w:r>
            <w:r w:rsidRPr="00332DB8">
              <w:rPr>
                <w:lang w:val="ru-RU"/>
              </w:rPr>
              <w:t>4», аудиофайлы «Коловрат - Правый скинхед.</w:t>
            </w:r>
            <w:r>
              <w:t>mp</w:t>
            </w:r>
            <w:r w:rsidRPr="00332DB8">
              <w:rPr>
                <w:lang w:val="ru-RU"/>
              </w:rPr>
              <w:t>3», «Коловрат и коррозия метала – Белые Волки.</w:t>
            </w:r>
            <w:r>
              <w:t>mp</w:t>
            </w:r>
            <w:r w:rsidRPr="00332DB8">
              <w:rPr>
                <w:lang w:val="ru-RU"/>
              </w:rPr>
              <w:t>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2880" w:type="dxa"/>
          </w:tcPr>
          <w:p w:rsidR="006F7457" w:rsidRPr="00332DB8" w:rsidRDefault="006F7457">
            <w:pPr>
              <w:rPr>
                <w:lang w:val="ru-RU"/>
              </w:rPr>
            </w:pPr>
          </w:p>
        </w:tc>
      </w:tr>
      <w:tr w:rsidR="006F7457" w:rsidRPr="005A424D">
        <w:tc>
          <w:tcPr>
            <w:tcW w:w="2880" w:type="dxa"/>
          </w:tcPr>
          <w:p w:rsidR="006F7457" w:rsidRDefault="00332DB8">
            <w:r>
              <w:t>3107.</w:t>
            </w:r>
          </w:p>
        </w:tc>
        <w:tc>
          <w:tcPr>
            <w:tcW w:w="2880" w:type="dxa"/>
          </w:tcPr>
          <w:p w:rsidR="006F7457" w:rsidRPr="00332DB8" w:rsidRDefault="00332DB8">
            <w:pPr>
              <w:rPr>
                <w:lang w:val="ru-RU"/>
              </w:rPr>
            </w:pPr>
            <w:r w:rsidRPr="00332DB8">
              <w:rPr>
                <w:lang w:val="ru-RU"/>
              </w:rPr>
              <w:t xml:space="preserve">Интернет-страница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41251958 «Василий Теркин», находящаяся в сети Интернет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2880" w:type="dxa"/>
          </w:tcPr>
          <w:p w:rsidR="006F7457" w:rsidRPr="00332DB8" w:rsidRDefault="006F7457">
            <w:pPr>
              <w:rPr>
                <w:lang w:val="ru-RU"/>
              </w:rPr>
            </w:pPr>
          </w:p>
        </w:tc>
      </w:tr>
      <w:tr w:rsidR="006F7457" w:rsidRPr="005A424D">
        <w:tc>
          <w:tcPr>
            <w:tcW w:w="2880" w:type="dxa"/>
          </w:tcPr>
          <w:p w:rsidR="006F7457" w:rsidRDefault="00332DB8">
            <w:r>
              <w:t>3108.</w:t>
            </w:r>
          </w:p>
        </w:tc>
        <w:tc>
          <w:tcPr>
            <w:tcW w:w="2880" w:type="dxa"/>
          </w:tcPr>
          <w:p w:rsidR="006F7457" w:rsidRPr="00332DB8" w:rsidRDefault="00332DB8">
            <w:pPr>
              <w:rPr>
                <w:lang w:val="ru-RU"/>
              </w:rPr>
            </w:pPr>
            <w:r w:rsidRPr="00332DB8">
              <w:rPr>
                <w:lang w:val="ru-RU"/>
              </w:rPr>
              <w:t xml:space="preserve">Тестовый материал «Спешите на джихад», размещенный в телекоммуникационной сети «Интернет» на странице </w:t>
            </w:r>
            <w:r>
              <w:t>http</w:t>
            </w:r>
            <w:r w:rsidRPr="00332DB8">
              <w:rPr>
                <w:lang w:val="ru-RU"/>
              </w:rPr>
              <w:t>://</w:t>
            </w:r>
            <w:r>
              <w:t>islamdi</w:t>
            </w:r>
            <w:r w:rsidRPr="00332DB8">
              <w:rPr>
                <w:lang w:val="ru-RU"/>
              </w:rPr>
              <w:t>п.</w:t>
            </w:r>
            <w:r>
              <w:t>net</w:t>
            </w:r>
            <w:r w:rsidRPr="00332DB8">
              <w:rPr>
                <w:lang w:val="ru-RU"/>
              </w:rPr>
              <w:t>/</w:t>
            </w:r>
            <w:r>
              <w:t>li</w:t>
            </w:r>
            <w:r w:rsidRPr="00332DB8">
              <w:rPr>
                <w:lang w:val="ru-RU"/>
              </w:rPr>
              <w:t>Ьгаг</w:t>
            </w:r>
            <w:r>
              <w:t>y</w:t>
            </w:r>
            <w:r w:rsidRPr="00332DB8">
              <w:rPr>
                <w:lang w:val="ru-RU"/>
              </w:rPr>
              <w:t>/</w:t>
            </w:r>
            <w:r>
              <w:t>i</w:t>
            </w:r>
            <w:r w:rsidRPr="00332DB8">
              <w:rPr>
                <w:lang w:val="ru-RU"/>
              </w:rPr>
              <w:t>п</w:t>
            </w:r>
            <w:r>
              <w:t>dex</w:t>
            </w:r>
            <w:r w:rsidRPr="00332DB8">
              <w:rPr>
                <w:lang w:val="ru-RU"/>
              </w:rPr>
              <w:t>.</w:t>
            </w:r>
            <w:r>
              <w:t>php</w:t>
            </w:r>
            <w:r w:rsidRPr="00332DB8">
              <w:rPr>
                <w:lang w:val="ru-RU"/>
              </w:rPr>
              <w:t>?</w:t>
            </w:r>
            <w:r>
              <w:t>id</w:t>
            </w:r>
            <w:r w:rsidRPr="00332DB8">
              <w:rPr>
                <w:lang w:val="ru-RU"/>
              </w:rPr>
              <w:t>=103 (решение Элистинского городского суда Республики Калмыкия от 18.06.2015);</w:t>
            </w:r>
          </w:p>
        </w:tc>
        <w:tc>
          <w:tcPr>
            <w:tcW w:w="2880" w:type="dxa"/>
          </w:tcPr>
          <w:p w:rsidR="006F7457" w:rsidRPr="00332DB8" w:rsidRDefault="006F7457">
            <w:pPr>
              <w:rPr>
                <w:lang w:val="ru-RU"/>
              </w:rPr>
            </w:pPr>
          </w:p>
        </w:tc>
      </w:tr>
      <w:tr w:rsidR="006F7457" w:rsidRPr="005A424D">
        <w:tc>
          <w:tcPr>
            <w:tcW w:w="2880" w:type="dxa"/>
          </w:tcPr>
          <w:p w:rsidR="006F7457" w:rsidRDefault="00332DB8">
            <w:r>
              <w:t>3109.</w:t>
            </w:r>
          </w:p>
        </w:tc>
        <w:tc>
          <w:tcPr>
            <w:tcW w:w="2880" w:type="dxa"/>
          </w:tcPr>
          <w:p w:rsidR="006F7457" w:rsidRPr="00332DB8" w:rsidRDefault="00332DB8">
            <w:pPr>
              <w:rPr>
                <w:lang w:val="ru-RU"/>
              </w:rPr>
            </w:pPr>
            <w:r w:rsidRPr="00332DB8">
              <w:rPr>
                <w:lang w:val="ru-RU"/>
              </w:rPr>
              <w:t xml:space="preserve">Графические изображения с комментариями по адресам </w:t>
            </w:r>
            <w:r>
              <w:t>http</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muhlis</w:t>
            </w:r>
            <w:r w:rsidRPr="00332DB8">
              <w:rPr>
                <w:lang w:val="ru-RU"/>
              </w:rPr>
              <w:t>87/</w:t>
            </w:r>
            <w:r>
              <w:t>photo</w:t>
            </w:r>
            <w:r w:rsidRPr="00332DB8">
              <w:rPr>
                <w:lang w:val="ru-RU"/>
              </w:rPr>
              <w:t>/_</w:t>
            </w:r>
            <w:r>
              <w:t>cover</w:t>
            </w:r>
            <w:r w:rsidRPr="00332DB8">
              <w:rPr>
                <w:lang w:val="ru-RU"/>
              </w:rPr>
              <w:t>/44.</w:t>
            </w:r>
            <w:r>
              <w:t>html</w:t>
            </w:r>
            <w:r w:rsidRPr="00332DB8">
              <w:rPr>
                <w:lang w:val="ru-RU"/>
              </w:rPr>
              <w:t xml:space="preserve">, </w:t>
            </w:r>
            <w:r>
              <w:t>http</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muhlis</w:t>
            </w:r>
            <w:r w:rsidRPr="00332DB8">
              <w:rPr>
                <w:lang w:val="ru-RU"/>
              </w:rPr>
              <w:t>87/</w:t>
            </w:r>
            <w:r>
              <w:t>photo</w:t>
            </w:r>
            <w:r w:rsidRPr="00332DB8">
              <w:rPr>
                <w:lang w:val="ru-RU"/>
              </w:rPr>
              <w:t>/_</w:t>
            </w:r>
            <w:r>
              <w:t>cover</w:t>
            </w:r>
            <w:r w:rsidRPr="00332DB8">
              <w:rPr>
                <w:lang w:val="ru-RU"/>
              </w:rPr>
              <w:t>/51.</w:t>
            </w:r>
            <w:r>
              <w:t>html</w:t>
            </w:r>
            <w:r w:rsidRPr="00332DB8">
              <w:rPr>
                <w:lang w:val="ru-RU"/>
              </w:rPr>
              <w:t xml:space="preserve">, </w:t>
            </w:r>
            <w:r>
              <w:t>http</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muhlis</w:t>
            </w:r>
            <w:r w:rsidRPr="00332DB8">
              <w:rPr>
                <w:lang w:val="ru-RU"/>
              </w:rPr>
              <w:t>87/</w:t>
            </w:r>
            <w:r>
              <w:t>photo</w:t>
            </w:r>
            <w:r w:rsidRPr="00332DB8">
              <w:rPr>
                <w:lang w:val="ru-RU"/>
              </w:rPr>
              <w:t>/_</w:t>
            </w:r>
            <w:r>
              <w:t>myphoto</w:t>
            </w:r>
            <w:r w:rsidRPr="00332DB8">
              <w:rPr>
                <w:lang w:val="ru-RU"/>
              </w:rPr>
              <w:t>/53.</w:t>
            </w:r>
            <w:r>
              <w:t>html</w:t>
            </w:r>
            <w:r w:rsidRPr="00332DB8">
              <w:rPr>
                <w:lang w:val="ru-RU"/>
              </w:rPr>
              <w:t xml:space="preserve">, </w:t>
            </w:r>
            <w:r>
              <w:t>http</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muhlis</w:t>
            </w:r>
            <w:r w:rsidRPr="00332DB8">
              <w:rPr>
                <w:lang w:val="ru-RU"/>
              </w:rPr>
              <w:t>87/</w:t>
            </w:r>
            <w:r>
              <w:t>photo</w:t>
            </w:r>
            <w:r w:rsidRPr="00332DB8">
              <w:rPr>
                <w:lang w:val="ru-RU"/>
              </w:rPr>
              <w:t>/_</w:t>
            </w:r>
            <w:r>
              <w:t>myphoto</w:t>
            </w:r>
            <w:r w:rsidRPr="00332DB8">
              <w:rPr>
                <w:lang w:val="ru-RU"/>
              </w:rPr>
              <w:t>/32.</w:t>
            </w:r>
            <w:r>
              <w:t>html</w:t>
            </w:r>
            <w:r w:rsidRPr="00332DB8">
              <w:rPr>
                <w:lang w:val="ru-RU"/>
              </w:rPr>
              <w:t xml:space="preserve">; - видеозаписи «Пытки детей сирийскими военными – </w:t>
            </w:r>
            <w:r>
              <w:t>You</w:t>
            </w:r>
            <w:r w:rsidRPr="00332DB8">
              <w:rPr>
                <w:lang w:val="ru-RU"/>
              </w:rPr>
              <w:t>-</w:t>
            </w:r>
            <w:r>
              <w:t>Tube</w:t>
            </w:r>
            <w:r w:rsidRPr="00332DB8">
              <w:rPr>
                <w:lang w:val="ru-RU"/>
              </w:rPr>
              <w:t xml:space="preserve">», расположенная по адресу </w:t>
            </w:r>
            <w:r>
              <w:t>http</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muhlis</w:t>
            </w:r>
            <w:r w:rsidRPr="00332DB8">
              <w:rPr>
                <w:lang w:val="ru-RU"/>
              </w:rPr>
              <w:t>87/</w:t>
            </w:r>
            <w:r>
              <w:t>video</w:t>
            </w:r>
            <w:r w:rsidRPr="00332DB8">
              <w:rPr>
                <w:lang w:val="ru-RU"/>
              </w:rPr>
              <w:t>/</w:t>
            </w:r>
            <w:r>
              <w:t>myvideo</w:t>
            </w:r>
            <w:r w:rsidRPr="00332DB8">
              <w:rPr>
                <w:lang w:val="ru-RU"/>
              </w:rPr>
              <w:t>/62.</w:t>
            </w:r>
            <w:r>
              <w:t>html</w:t>
            </w:r>
            <w:r w:rsidRPr="00332DB8">
              <w:rPr>
                <w:lang w:val="ru-RU"/>
              </w:rPr>
              <w:t>, «</w:t>
            </w:r>
            <w:r>
              <w:t>Hizb</w:t>
            </w:r>
            <w:r w:rsidRPr="00332DB8">
              <w:rPr>
                <w:lang w:val="ru-RU"/>
              </w:rPr>
              <w:t xml:space="preserve"> </w:t>
            </w:r>
            <w:r>
              <w:t>ut</w:t>
            </w:r>
            <w:r w:rsidRPr="00332DB8">
              <w:rPr>
                <w:lang w:val="ru-RU"/>
              </w:rPr>
              <w:t xml:space="preserve"> </w:t>
            </w:r>
            <w:r>
              <w:t>Tahrir</w:t>
            </w:r>
            <w:r w:rsidRPr="00332DB8">
              <w:rPr>
                <w:lang w:val="ru-RU"/>
              </w:rPr>
              <w:t xml:space="preserve"> </w:t>
            </w:r>
            <w:r>
              <w:t>Dunyo</w:t>
            </w:r>
            <w:r w:rsidRPr="00332DB8">
              <w:rPr>
                <w:lang w:val="ru-RU"/>
              </w:rPr>
              <w:t xml:space="preserve"> </w:t>
            </w:r>
            <w:r>
              <w:t>bo</w:t>
            </w:r>
            <w:r w:rsidRPr="00332DB8">
              <w:rPr>
                <w:lang w:val="ru-RU"/>
              </w:rPr>
              <w:t>ʼ</w:t>
            </w:r>
            <w:r>
              <w:t>ylab</w:t>
            </w:r>
            <w:r w:rsidRPr="00332DB8">
              <w:rPr>
                <w:lang w:val="ru-RU"/>
              </w:rPr>
              <w:t xml:space="preserve">», расположенная по адресу </w:t>
            </w:r>
            <w:r>
              <w:t>http</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muhlis</w:t>
            </w:r>
            <w:r w:rsidRPr="00332DB8">
              <w:rPr>
                <w:lang w:val="ru-RU"/>
              </w:rPr>
              <w:t>87/</w:t>
            </w:r>
            <w:r>
              <w:t>video</w:t>
            </w:r>
            <w:r w:rsidRPr="00332DB8">
              <w:rPr>
                <w:lang w:val="ru-RU"/>
              </w:rPr>
              <w:t>/</w:t>
            </w:r>
            <w:r>
              <w:t>myvideo</w:t>
            </w:r>
            <w:r w:rsidRPr="00332DB8">
              <w:rPr>
                <w:lang w:val="ru-RU"/>
              </w:rPr>
              <w:t>/61.</w:t>
            </w:r>
            <w:r>
              <w:t>html</w:t>
            </w:r>
            <w:r w:rsidRPr="00332DB8">
              <w:rPr>
                <w:lang w:val="ru-RU"/>
              </w:rPr>
              <w:t xml:space="preserve">, «Посланник Аллаха – Мухаммад (с.а.в) ЭКСТРЕМИСТ», расположенная по адресу </w:t>
            </w:r>
            <w:r>
              <w:t>http</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muhlis</w:t>
            </w:r>
            <w:r w:rsidRPr="00332DB8">
              <w:rPr>
                <w:lang w:val="ru-RU"/>
              </w:rPr>
              <w:t>87/</w:t>
            </w:r>
            <w:r>
              <w:t>video</w:t>
            </w:r>
            <w:r w:rsidRPr="00332DB8">
              <w:rPr>
                <w:lang w:val="ru-RU"/>
              </w:rPr>
              <w:t>/</w:t>
            </w:r>
            <w:r>
              <w:t>myvideo</w:t>
            </w:r>
            <w:r w:rsidRPr="00332DB8">
              <w:rPr>
                <w:lang w:val="ru-RU"/>
              </w:rPr>
              <w:t>/39.</w:t>
            </w:r>
            <w:r>
              <w:t>html</w:t>
            </w:r>
            <w:r w:rsidRPr="00332DB8">
              <w:rPr>
                <w:lang w:val="ru-RU"/>
              </w:rPr>
              <w:t xml:space="preserve">, «Исламу Каримову посвящается», расположенная по </w:t>
            </w:r>
            <w:r w:rsidRPr="00332DB8">
              <w:rPr>
                <w:lang w:val="ru-RU"/>
              </w:rPr>
              <w:lastRenderedPageBreak/>
              <w:t xml:space="preserve">адресу </w:t>
            </w:r>
            <w:r>
              <w:t>http</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muhlis</w:t>
            </w:r>
            <w:r w:rsidRPr="00332DB8">
              <w:rPr>
                <w:lang w:val="ru-RU"/>
              </w:rPr>
              <w:t>87/</w:t>
            </w:r>
            <w:r>
              <w:t>video</w:t>
            </w:r>
            <w:r w:rsidRPr="00332DB8">
              <w:rPr>
                <w:lang w:val="ru-RU"/>
              </w:rPr>
              <w:t>/</w:t>
            </w:r>
            <w:r>
              <w:t>myvideo</w:t>
            </w:r>
            <w:r w:rsidRPr="00332DB8">
              <w:rPr>
                <w:lang w:val="ru-RU"/>
              </w:rPr>
              <w:t>/1.</w:t>
            </w:r>
            <w:r>
              <w:t>html</w:t>
            </w:r>
            <w:r w:rsidRPr="00332DB8">
              <w:rPr>
                <w:lang w:val="ru-RU"/>
              </w:rPr>
              <w:t xml:space="preserve">, размещенные на Интернет-странице </w:t>
            </w:r>
            <w:r>
              <w:t>http</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muhlis</w:t>
            </w:r>
            <w:r w:rsidRPr="00332DB8">
              <w:rPr>
                <w:lang w:val="ru-RU"/>
              </w:rPr>
              <w:t>87 «***</w:t>
            </w:r>
            <w:r>
              <w:t>MUSLIM</w:t>
            </w:r>
            <w:r w:rsidRPr="00332DB8">
              <w:rPr>
                <w:lang w:val="ru-RU"/>
              </w:rPr>
              <w:t xml:space="preserve">***», находящейся в сети Интернет по электронному адресу </w:t>
            </w:r>
            <w:r>
              <w:t>http</w:t>
            </w:r>
            <w:r w:rsidRPr="00332DB8">
              <w:rPr>
                <w:lang w:val="ru-RU"/>
              </w:rPr>
              <w:t>://</w:t>
            </w:r>
            <w:r>
              <w:t>my</w:t>
            </w:r>
            <w:r w:rsidRPr="00332DB8">
              <w:rPr>
                <w:lang w:val="ru-RU"/>
              </w:rPr>
              <w:t>.</w:t>
            </w:r>
            <w:r>
              <w:t>mail</w:t>
            </w:r>
            <w:r w:rsidRPr="00332DB8">
              <w:rPr>
                <w:lang w:val="ru-RU"/>
              </w:rPr>
              <w:t>.</w:t>
            </w:r>
            <w:r>
              <w:t>ru</w:t>
            </w:r>
            <w:r w:rsidRPr="00332DB8">
              <w:rPr>
                <w:lang w:val="ru-RU"/>
              </w:rPr>
              <w:t>/ (решение Одинцовского городского суда Московской области от 30.06.2015);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3110.</w:t>
            </w:r>
          </w:p>
        </w:tc>
        <w:tc>
          <w:tcPr>
            <w:tcW w:w="2880" w:type="dxa"/>
          </w:tcPr>
          <w:p w:rsidR="006F7457" w:rsidRPr="00332DB8" w:rsidRDefault="00332DB8">
            <w:pPr>
              <w:rPr>
                <w:lang w:val="ru-RU"/>
              </w:rPr>
            </w:pPr>
            <w:r w:rsidRPr="00332DB8">
              <w:rPr>
                <w:lang w:val="ru-RU"/>
              </w:rPr>
              <w:t>Видеофайл «Анархия.</w:t>
            </w:r>
            <w:r>
              <w:t>mp</w:t>
            </w:r>
            <w:r w:rsidRPr="00332DB8">
              <w:rPr>
                <w:lang w:val="ru-RU"/>
              </w:rPr>
              <w:t xml:space="preserve">4», размещенный на Интернет-странице по адресу: </w:t>
            </w:r>
            <w:r>
              <w:t>http</w:t>
            </w:r>
            <w:r w:rsidRPr="00332DB8">
              <w:rPr>
                <w:lang w:val="ru-RU"/>
              </w:rPr>
              <w:t>://</w:t>
            </w:r>
            <w:r>
              <w:t>vk</w:t>
            </w:r>
            <w:r w:rsidRPr="00332DB8">
              <w:rPr>
                <w:lang w:val="ru-RU"/>
              </w:rPr>
              <w:t>.</w:t>
            </w:r>
            <w:r>
              <w:t>com</w:t>
            </w:r>
            <w:r w:rsidRPr="00332DB8">
              <w:rPr>
                <w:lang w:val="ru-RU"/>
              </w:rPr>
              <w:t>/</w:t>
            </w:r>
            <w:r>
              <w:t>tipi</w:t>
            </w:r>
            <w:r w:rsidRPr="00332DB8">
              <w:rPr>
                <w:lang w:val="ru-RU"/>
              </w:rPr>
              <w:t>4</w:t>
            </w:r>
            <w:r>
              <w:t>na</w:t>
            </w:r>
            <w:r w:rsidRPr="00332DB8">
              <w:rPr>
                <w:lang w:val="ru-RU"/>
              </w:rPr>
              <w:t>9</w:t>
            </w:r>
            <w:r>
              <w:t>anarxi</w:t>
            </w:r>
            <w:r w:rsidRPr="00332DB8">
              <w:rPr>
                <w:lang w:val="ru-RU"/>
              </w:rPr>
              <w:t>9 (решение Советского районного суда г. Брянска от 24.08.2015);</w:t>
            </w:r>
          </w:p>
        </w:tc>
        <w:tc>
          <w:tcPr>
            <w:tcW w:w="2880" w:type="dxa"/>
          </w:tcPr>
          <w:p w:rsidR="006F7457" w:rsidRPr="00332DB8" w:rsidRDefault="006F7457">
            <w:pPr>
              <w:rPr>
                <w:lang w:val="ru-RU"/>
              </w:rPr>
            </w:pPr>
          </w:p>
        </w:tc>
      </w:tr>
      <w:tr w:rsidR="006F7457" w:rsidRPr="005A424D">
        <w:tc>
          <w:tcPr>
            <w:tcW w:w="2880" w:type="dxa"/>
          </w:tcPr>
          <w:p w:rsidR="006F7457" w:rsidRDefault="00332DB8">
            <w:r>
              <w:t>3111.</w:t>
            </w:r>
          </w:p>
        </w:tc>
        <w:tc>
          <w:tcPr>
            <w:tcW w:w="2880" w:type="dxa"/>
          </w:tcPr>
          <w:p w:rsidR="006F7457" w:rsidRPr="00332DB8" w:rsidRDefault="00332DB8">
            <w:pPr>
              <w:rPr>
                <w:lang w:val="ru-RU"/>
              </w:rPr>
            </w:pPr>
            <w:r w:rsidRPr="00332DB8">
              <w:rPr>
                <w:lang w:val="ru-RU"/>
              </w:rPr>
              <w:t xml:space="preserve">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w:t>
            </w:r>
            <w:r>
              <w:t>http</w:t>
            </w:r>
            <w:r w:rsidRPr="00332DB8">
              <w:rPr>
                <w:lang w:val="ru-RU"/>
              </w:rPr>
              <w:t>://</w:t>
            </w:r>
            <w:r>
              <w:t>online</w:t>
            </w:r>
            <w:r w:rsidRPr="00332DB8">
              <w:rPr>
                <w:lang w:val="ru-RU"/>
              </w:rPr>
              <w:t>-</w:t>
            </w:r>
            <w:r>
              <w:t>song</w:t>
            </w:r>
            <w:r w:rsidRPr="00332DB8">
              <w:rPr>
                <w:lang w:val="ru-RU"/>
              </w:rPr>
              <w:t>.</w:t>
            </w:r>
            <w:r>
              <w:t>net</w:t>
            </w:r>
            <w:r w:rsidRPr="00332DB8">
              <w:rPr>
                <w:lang w:val="ru-RU"/>
              </w:rPr>
              <w:t>/?</w:t>
            </w:r>
            <w:r>
              <w:t>song</w:t>
            </w:r>
            <w:r w:rsidRPr="00332DB8">
              <w:rPr>
                <w:lang w:val="ru-RU"/>
              </w:rPr>
              <w:t>=%</w:t>
            </w:r>
            <w:r>
              <w:t>C</w:t>
            </w:r>
            <w:r w:rsidRPr="00332DB8">
              <w:rPr>
                <w:lang w:val="ru-RU"/>
              </w:rPr>
              <w:t>1%</w:t>
            </w:r>
            <w:r>
              <w:t>E</w:t>
            </w:r>
            <w:r w:rsidRPr="00332DB8">
              <w:rPr>
                <w:lang w:val="ru-RU"/>
              </w:rPr>
              <w:t>0%</w:t>
            </w:r>
            <w:r>
              <w:t>ED</w:t>
            </w:r>
            <w:r w:rsidRPr="00332DB8">
              <w:rPr>
                <w:lang w:val="ru-RU"/>
              </w:rPr>
              <w:t>%</w:t>
            </w:r>
            <w:r>
              <w:t>E</w:t>
            </w:r>
            <w:r w:rsidRPr="00332DB8">
              <w:rPr>
                <w:lang w:val="ru-RU"/>
              </w:rPr>
              <w:t>4%</w:t>
            </w:r>
            <w:r>
              <w:t>FB</w:t>
            </w:r>
            <w:r w:rsidRPr="00332DB8">
              <w:rPr>
                <w:lang w:val="ru-RU"/>
              </w:rPr>
              <w:t xml:space="preserve">; - </w:t>
            </w:r>
            <w:r>
              <w:t>http</w:t>
            </w:r>
            <w:r w:rsidRPr="00332DB8">
              <w:rPr>
                <w:lang w:val="ru-RU"/>
              </w:rPr>
              <w:t>://</w:t>
            </w:r>
            <w:r>
              <w:t>mp</w:t>
            </w:r>
            <w:r w:rsidRPr="00332DB8">
              <w:rPr>
                <w:lang w:val="ru-RU"/>
              </w:rPr>
              <w:t>3</w:t>
            </w:r>
            <w:r>
              <w:t>davalka</w:t>
            </w:r>
            <w:r w:rsidRPr="00332DB8">
              <w:rPr>
                <w:lang w:val="ru-RU"/>
              </w:rPr>
              <w:t>.</w:t>
            </w:r>
            <w:r>
              <w:t>com</w:t>
            </w:r>
            <w:r w:rsidRPr="00332DB8">
              <w:rPr>
                <w:lang w:val="ru-RU"/>
              </w:rPr>
              <w:t>/</w:t>
            </w:r>
            <w:r>
              <w:t>files</w:t>
            </w:r>
            <w:r w:rsidRPr="00332DB8">
              <w:rPr>
                <w:lang w:val="ru-RU"/>
              </w:rPr>
              <w:t xml:space="preserve">/Банда%20Москвы%20смерть%20чуркам/; - </w:t>
            </w:r>
            <w:r>
              <w:t>http</w:t>
            </w:r>
            <w:r w:rsidRPr="00332DB8">
              <w:rPr>
                <w:lang w:val="ru-RU"/>
              </w:rPr>
              <w:t>://</w:t>
            </w:r>
            <w:r>
              <w:t>spaces</w:t>
            </w:r>
            <w:r w:rsidRPr="00332DB8">
              <w:rPr>
                <w:lang w:val="ru-RU"/>
              </w:rPr>
              <w:t>.</w:t>
            </w:r>
            <w:r>
              <w:t>ru</w:t>
            </w:r>
            <w:r w:rsidRPr="00332DB8">
              <w:rPr>
                <w:lang w:val="ru-RU"/>
              </w:rPr>
              <w:t>/</w:t>
            </w:r>
            <w:r>
              <w:t>music</w:t>
            </w:r>
            <w:r w:rsidRPr="00332DB8">
              <w:rPr>
                <w:lang w:val="ru-RU"/>
              </w:rPr>
              <w:t>/?</w:t>
            </w:r>
            <w:r>
              <w:t>Dir</w:t>
            </w:r>
            <w:r w:rsidRPr="00332DB8">
              <w:rPr>
                <w:lang w:val="ru-RU"/>
              </w:rPr>
              <w:t>=429054&amp;</w:t>
            </w:r>
            <w:r>
              <w:t>Link</w:t>
            </w:r>
            <w:r w:rsidRPr="00332DB8">
              <w:rPr>
                <w:lang w:val="ru-RU"/>
              </w:rPr>
              <w:t xml:space="preserve"> </w:t>
            </w:r>
            <w:r>
              <w:t>id</w:t>
            </w:r>
            <w:r w:rsidRPr="00332DB8">
              <w:rPr>
                <w:lang w:val="ru-RU"/>
              </w:rPr>
              <w:t>=1172716&amp;</w:t>
            </w:r>
            <w:r>
              <w:t>name</w:t>
            </w:r>
            <w:r w:rsidRPr="00332DB8">
              <w:rPr>
                <w:lang w:val="ru-RU"/>
              </w:rPr>
              <w:t>=752</w:t>
            </w:r>
            <w:r>
              <w:t>RUSSKINHE</w:t>
            </w:r>
            <w:r w:rsidRPr="00332DB8">
              <w:rPr>
                <w:lang w:val="ru-RU"/>
              </w:rPr>
              <w:t xml:space="preserve"> </w:t>
            </w:r>
            <w:r>
              <w:t>A</w:t>
            </w:r>
            <w:r w:rsidRPr="00332DB8">
              <w:rPr>
                <w:lang w:val="ru-RU"/>
              </w:rPr>
              <w:t>&amp;</w:t>
            </w:r>
            <w:r>
              <w:t>sid</w:t>
            </w:r>
            <w:r w:rsidRPr="00332DB8">
              <w:rPr>
                <w:lang w:val="ru-RU"/>
              </w:rPr>
              <w:t xml:space="preserve">=1737669479600856; - </w:t>
            </w:r>
            <w:r>
              <w:t>http</w:t>
            </w:r>
            <w:r w:rsidRPr="00332DB8">
              <w:rPr>
                <w:lang w:val="ru-RU"/>
              </w:rPr>
              <w:t>://</w:t>
            </w:r>
            <w:r>
              <w:t>mp</w:t>
            </w:r>
            <w:r w:rsidRPr="00332DB8">
              <w:rPr>
                <w:lang w:val="ru-RU"/>
              </w:rPr>
              <w:t>3-</w:t>
            </w:r>
            <w:r>
              <w:t>pesnja</w:t>
            </w:r>
            <w:r w:rsidRPr="00332DB8">
              <w:rPr>
                <w:lang w:val="ru-RU"/>
              </w:rPr>
              <w:t>.</w:t>
            </w:r>
            <w:r>
              <w:t>com</w:t>
            </w:r>
            <w:r w:rsidRPr="00332DB8">
              <w:rPr>
                <w:lang w:val="ru-RU"/>
              </w:rPr>
              <w:t>/</w:t>
            </w:r>
            <w:r>
              <w:t>song</w:t>
            </w:r>
            <w:r w:rsidRPr="00332DB8">
              <w:rPr>
                <w:lang w:val="ru-RU"/>
              </w:rPr>
              <w:t xml:space="preserve">/банды+москвы+смерть+чуркам; - </w:t>
            </w:r>
            <w:r>
              <w:t>http</w:t>
            </w:r>
            <w:r w:rsidRPr="00332DB8">
              <w:rPr>
                <w:lang w:val="ru-RU"/>
              </w:rPr>
              <w:t>://</w:t>
            </w:r>
            <w:r>
              <w:t>www</w:t>
            </w:r>
            <w:r w:rsidRPr="00332DB8">
              <w:rPr>
                <w:lang w:val="ru-RU"/>
              </w:rPr>
              <w:t>.</w:t>
            </w:r>
            <w:r>
              <w:t>naitimp</w:t>
            </w:r>
            <w:r w:rsidRPr="00332DB8">
              <w:rPr>
                <w:lang w:val="ru-RU"/>
              </w:rPr>
              <w:t>3.</w:t>
            </w:r>
            <w:r>
              <w:t>ru</w:t>
            </w:r>
            <w:r w:rsidRPr="00332DB8">
              <w:rPr>
                <w:lang w:val="ru-RU"/>
              </w:rPr>
              <w:t>/</w:t>
            </w:r>
            <w:r>
              <w:t>search</w:t>
            </w:r>
            <w:r w:rsidRPr="00332DB8">
              <w:rPr>
                <w:lang w:val="ru-RU"/>
              </w:rPr>
              <w:t>/?</w:t>
            </w:r>
            <w:r>
              <w:t>query</w:t>
            </w:r>
            <w:r w:rsidRPr="00332DB8">
              <w:rPr>
                <w:lang w:val="ru-RU"/>
              </w:rPr>
              <w:t xml:space="preserve">=Банда%20Москвы%20Смерть%20чуркам; - </w:t>
            </w:r>
            <w:r>
              <w:t>http</w:t>
            </w:r>
            <w:r w:rsidRPr="00332DB8">
              <w:rPr>
                <w:lang w:val="ru-RU"/>
              </w:rPr>
              <w:t>://</w:t>
            </w:r>
            <w:r>
              <w:t>petamusic</w:t>
            </w:r>
            <w:r w:rsidRPr="00332DB8">
              <w:rPr>
                <w:lang w:val="ru-RU"/>
              </w:rPr>
              <w:t>.</w:t>
            </w:r>
            <w:r>
              <w:t>ru</w:t>
            </w:r>
            <w:r w:rsidRPr="00332DB8">
              <w:rPr>
                <w:lang w:val="ru-RU"/>
              </w:rPr>
              <w:t>/?</w:t>
            </w:r>
            <w:r>
              <w:t>string</w:t>
            </w:r>
            <w:r w:rsidRPr="00332DB8">
              <w:rPr>
                <w:lang w:val="ru-RU"/>
              </w:rPr>
              <w:t>=%</w:t>
            </w:r>
            <w:r>
              <w:t>C</w:t>
            </w:r>
            <w:r w:rsidRPr="00332DB8">
              <w:rPr>
                <w:lang w:val="ru-RU"/>
              </w:rPr>
              <w:t>1%</w:t>
            </w:r>
            <w:r>
              <w:t>E</w:t>
            </w:r>
            <w:r w:rsidRPr="00332DB8">
              <w:rPr>
                <w:lang w:val="ru-RU"/>
              </w:rPr>
              <w:t>0%</w:t>
            </w:r>
            <w:r>
              <w:t>ED</w:t>
            </w:r>
            <w:r w:rsidRPr="00332DB8">
              <w:rPr>
                <w:lang w:val="ru-RU"/>
              </w:rPr>
              <w:t>%</w:t>
            </w:r>
            <w:r>
              <w:t>E</w:t>
            </w:r>
            <w:r w:rsidRPr="00332DB8">
              <w:rPr>
                <w:lang w:val="ru-RU"/>
              </w:rPr>
              <w:t>4%</w:t>
            </w:r>
            <w:r>
              <w:t>FB</w:t>
            </w:r>
            <w:r w:rsidRPr="00332DB8">
              <w:rPr>
                <w:lang w:val="ru-RU"/>
              </w:rPr>
              <w:t>+%</w:t>
            </w:r>
            <w:r>
              <w:t>CC</w:t>
            </w:r>
            <w:r w:rsidRPr="00332DB8">
              <w:rPr>
                <w:lang w:val="ru-RU"/>
              </w:rPr>
              <w:t>%</w:t>
            </w:r>
            <w:r>
              <w:t>EE</w:t>
            </w:r>
            <w:r w:rsidRPr="00332DB8">
              <w:rPr>
                <w:lang w:val="ru-RU"/>
              </w:rPr>
              <w:t>%</w:t>
            </w:r>
            <w:r>
              <w:t>F</w:t>
            </w:r>
            <w:r w:rsidRPr="00332DB8">
              <w:rPr>
                <w:lang w:val="ru-RU"/>
              </w:rPr>
              <w:t>1%</w:t>
            </w:r>
            <w:r>
              <w:t>EA</w:t>
            </w:r>
            <w:r w:rsidRPr="00332DB8">
              <w:rPr>
                <w:lang w:val="ru-RU"/>
              </w:rPr>
              <w:t>%</w:t>
            </w:r>
            <w:r>
              <w:t>E</w:t>
            </w:r>
            <w:r w:rsidRPr="00332DB8">
              <w:rPr>
                <w:lang w:val="ru-RU"/>
              </w:rPr>
              <w:t>2%</w:t>
            </w:r>
            <w:r>
              <w:t>FB</w:t>
            </w:r>
            <w:r w:rsidRPr="00332DB8">
              <w:rPr>
                <w:lang w:val="ru-RU"/>
              </w:rPr>
              <w:t xml:space="preserve">&amp; </w:t>
            </w:r>
            <w:r>
              <w:t>sort</w:t>
            </w:r>
            <w:r w:rsidRPr="00332DB8">
              <w:rPr>
                <w:lang w:val="ru-RU"/>
              </w:rPr>
              <w:t>=</w:t>
            </w:r>
            <w:r>
              <w:t>artist</w:t>
            </w:r>
            <w:r w:rsidRPr="00332DB8">
              <w:rPr>
                <w:lang w:val="ru-RU"/>
              </w:rPr>
              <w:t xml:space="preserve">; - </w:t>
            </w:r>
            <w:r>
              <w:t>http</w:t>
            </w:r>
            <w:r w:rsidRPr="00332DB8">
              <w:rPr>
                <w:lang w:val="ru-RU"/>
              </w:rPr>
              <w:t>://</w:t>
            </w:r>
            <w:r>
              <w:t>vkontakte</w:t>
            </w:r>
            <w:r w:rsidRPr="00332DB8">
              <w:rPr>
                <w:lang w:val="ru-RU"/>
              </w:rPr>
              <w:t>.</w:t>
            </w:r>
            <w:r>
              <w:t>dj</w:t>
            </w:r>
            <w:r w:rsidRPr="00332DB8">
              <w:rPr>
                <w:lang w:val="ru-RU"/>
              </w:rPr>
              <w:t>/</w:t>
            </w:r>
            <w:r>
              <w:t>cat</w:t>
            </w:r>
            <w:r w:rsidRPr="00332DB8">
              <w:rPr>
                <w:lang w:val="ru-RU"/>
              </w:rPr>
              <w:t>/</w:t>
            </w:r>
            <w:r>
              <w:t>track</w:t>
            </w:r>
            <w:r w:rsidRPr="00332DB8">
              <w:rPr>
                <w:lang w:val="ru-RU"/>
              </w:rPr>
              <w:t xml:space="preserve">/36162697; - </w:t>
            </w:r>
            <w:r>
              <w:t>http</w:t>
            </w:r>
            <w:r w:rsidRPr="00332DB8">
              <w:rPr>
                <w:lang w:val="ru-RU"/>
              </w:rPr>
              <w:t>://</w:t>
            </w:r>
            <w:r>
              <w:t>online</w:t>
            </w:r>
            <w:r w:rsidRPr="00332DB8">
              <w:rPr>
                <w:lang w:val="ru-RU"/>
              </w:rPr>
              <w:t>-</w:t>
            </w:r>
            <w:r>
              <w:t>song</w:t>
            </w:r>
            <w:r w:rsidRPr="00332DB8">
              <w:rPr>
                <w:lang w:val="ru-RU"/>
              </w:rPr>
              <w:t>.</w:t>
            </w:r>
            <w:r>
              <w:t>net</w:t>
            </w:r>
            <w:r w:rsidRPr="00332DB8">
              <w:rPr>
                <w:lang w:val="ru-RU"/>
              </w:rPr>
              <w:t>/?</w:t>
            </w:r>
            <w:r>
              <w:t>song</w:t>
            </w:r>
            <w:r w:rsidRPr="00332DB8">
              <w:rPr>
                <w:lang w:val="ru-RU"/>
              </w:rPr>
              <w:t>=%</w:t>
            </w:r>
            <w:r>
              <w:t>C</w:t>
            </w:r>
            <w:r w:rsidRPr="00332DB8">
              <w:rPr>
                <w:lang w:val="ru-RU"/>
              </w:rPr>
              <w:t>1%</w:t>
            </w:r>
            <w:r>
              <w:t>E</w:t>
            </w:r>
            <w:r w:rsidRPr="00332DB8">
              <w:rPr>
                <w:lang w:val="ru-RU"/>
              </w:rPr>
              <w:t>0%</w:t>
            </w:r>
            <w:r>
              <w:t>ED</w:t>
            </w:r>
            <w:r w:rsidRPr="00332DB8">
              <w:rPr>
                <w:lang w:val="ru-RU"/>
              </w:rPr>
              <w:t>%</w:t>
            </w:r>
            <w:r>
              <w:t>E</w:t>
            </w:r>
            <w:r w:rsidRPr="00332DB8">
              <w:rPr>
                <w:lang w:val="ru-RU"/>
              </w:rPr>
              <w:t>4%</w:t>
            </w:r>
            <w:r>
              <w:t>FB</w:t>
            </w:r>
            <w:r w:rsidRPr="00332DB8">
              <w:rPr>
                <w:lang w:val="ru-RU"/>
              </w:rPr>
              <w:t xml:space="preserve">; - </w:t>
            </w:r>
            <w:r>
              <w:t>http</w:t>
            </w:r>
            <w:r w:rsidRPr="00332DB8">
              <w:rPr>
                <w:lang w:val="ru-RU"/>
              </w:rPr>
              <w:t>://</w:t>
            </w:r>
            <w:r>
              <w:t>mp</w:t>
            </w:r>
            <w:r w:rsidRPr="00332DB8">
              <w:rPr>
                <w:lang w:val="ru-RU"/>
              </w:rPr>
              <w:t>3.</w:t>
            </w:r>
            <w:r>
              <w:t>uz</w:t>
            </w:r>
            <w:r w:rsidRPr="00332DB8">
              <w:rPr>
                <w:lang w:val="ru-RU"/>
              </w:rPr>
              <w:t>.</w:t>
            </w:r>
            <w:r>
              <w:t>cm</w:t>
            </w:r>
            <w:r w:rsidRPr="00332DB8">
              <w:rPr>
                <w:lang w:val="ru-RU"/>
              </w:rPr>
              <w:t xml:space="preserve">/банды-москвы/; - </w:t>
            </w:r>
            <w:r>
              <w:t>http</w:t>
            </w:r>
            <w:r w:rsidRPr="00332DB8">
              <w:rPr>
                <w:lang w:val="ru-RU"/>
              </w:rPr>
              <w:t>: //</w:t>
            </w:r>
            <w:r>
              <w:t>get</w:t>
            </w:r>
            <w:r w:rsidRPr="00332DB8">
              <w:rPr>
                <w:lang w:val="ru-RU"/>
              </w:rPr>
              <w:t>-</w:t>
            </w:r>
            <w:r>
              <w:t>tune</w:t>
            </w:r>
            <w:r w:rsidRPr="00332DB8">
              <w:rPr>
                <w:lang w:val="ru-RU"/>
              </w:rPr>
              <w:t xml:space="preserve">. </w:t>
            </w:r>
            <w:r>
              <w:t>eu</w:t>
            </w:r>
            <w:r w:rsidRPr="00332DB8">
              <w:rPr>
                <w:lang w:val="ru-RU"/>
              </w:rPr>
              <w:t>/банды/ (решение Петровского районного суда Ставропольского края от 13.07.2015);</w:t>
            </w:r>
          </w:p>
        </w:tc>
        <w:tc>
          <w:tcPr>
            <w:tcW w:w="2880" w:type="dxa"/>
          </w:tcPr>
          <w:p w:rsidR="006F7457" w:rsidRPr="00332DB8" w:rsidRDefault="006F7457">
            <w:pPr>
              <w:rPr>
                <w:lang w:val="ru-RU"/>
              </w:rPr>
            </w:pPr>
          </w:p>
        </w:tc>
      </w:tr>
      <w:tr w:rsidR="006F7457" w:rsidRPr="005A424D">
        <w:tc>
          <w:tcPr>
            <w:tcW w:w="2880" w:type="dxa"/>
          </w:tcPr>
          <w:p w:rsidR="006F7457" w:rsidRDefault="00332DB8">
            <w:r>
              <w:t>3112.</w:t>
            </w:r>
          </w:p>
        </w:tc>
        <w:tc>
          <w:tcPr>
            <w:tcW w:w="2880" w:type="dxa"/>
          </w:tcPr>
          <w:p w:rsidR="006F7457" w:rsidRPr="00332DB8" w:rsidRDefault="00332DB8">
            <w:pPr>
              <w:rPr>
                <w:lang w:val="ru-RU"/>
              </w:rPr>
            </w:pPr>
            <w:r w:rsidRPr="00332DB8">
              <w:rPr>
                <w:lang w:val="ru-RU"/>
              </w:rPr>
              <w:t xml:space="preserve">Видеофайл «Русский очнись!!!!!!», размещенный в социальной сети «Вконтакте» в сети Интернет, имеющий сетевой адрес </w:t>
            </w:r>
            <w:r>
              <w:t>www</w:t>
            </w:r>
            <w:r w:rsidRPr="00332DB8">
              <w:rPr>
                <w:lang w:val="ru-RU"/>
              </w:rPr>
              <w:t>.</w:t>
            </w:r>
            <w:r>
              <w:t>vk</w:t>
            </w:r>
            <w:r w:rsidRPr="00332DB8">
              <w:rPr>
                <w:lang w:val="ru-RU"/>
              </w:rPr>
              <w:t>.</w:t>
            </w:r>
            <w:r>
              <w:t>com</w:t>
            </w:r>
            <w:r w:rsidRPr="00332DB8">
              <w:rPr>
                <w:lang w:val="ru-RU"/>
              </w:rPr>
              <w:t>/</w:t>
            </w:r>
            <w:r>
              <w:t>id</w:t>
            </w:r>
            <w:r w:rsidRPr="00332DB8">
              <w:rPr>
                <w:lang w:val="ru-RU"/>
              </w:rPr>
              <w:t>153838213 (решение Калужского районного суда Калужской области от 14.07.2015);</w:t>
            </w:r>
          </w:p>
        </w:tc>
        <w:tc>
          <w:tcPr>
            <w:tcW w:w="2880" w:type="dxa"/>
          </w:tcPr>
          <w:p w:rsidR="006F7457" w:rsidRPr="00332DB8" w:rsidRDefault="006F7457">
            <w:pPr>
              <w:rPr>
                <w:lang w:val="ru-RU"/>
              </w:rPr>
            </w:pPr>
          </w:p>
        </w:tc>
      </w:tr>
      <w:tr w:rsidR="006F7457" w:rsidRPr="005A424D">
        <w:tc>
          <w:tcPr>
            <w:tcW w:w="2880" w:type="dxa"/>
          </w:tcPr>
          <w:p w:rsidR="006F7457" w:rsidRDefault="00332DB8">
            <w:r>
              <w:t>311</w:t>
            </w:r>
            <w:r>
              <w:lastRenderedPageBreak/>
              <w:t>3.</w:t>
            </w:r>
          </w:p>
        </w:tc>
        <w:tc>
          <w:tcPr>
            <w:tcW w:w="2880" w:type="dxa"/>
          </w:tcPr>
          <w:p w:rsidR="006F7457" w:rsidRPr="00332DB8" w:rsidRDefault="00332DB8">
            <w:pPr>
              <w:rPr>
                <w:lang w:val="ru-RU"/>
              </w:rPr>
            </w:pPr>
            <w:r w:rsidRPr="00332DB8">
              <w:rPr>
                <w:lang w:val="ru-RU"/>
              </w:rPr>
              <w:lastRenderedPageBreak/>
              <w:t>Видеофайл «</w:t>
            </w:r>
            <w:r>
              <w:t>format</w:t>
            </w:r>
            <w:r w:rsidRPr="00332DB8">
              <w:rPr>
                <w:lang w:val="ru-RU"/>
              </w:rPr>
              <w:t xml:space="preserve"> 18», размещенный в социальной сети «Вконтакте» в сети «Интернет» на личной странице пользователя «Игорь Осипов», имеющий сетевой адрес «</w:t>
            </w:r>
            <w:r>
              <w:t>http</w:t>
            </w:r>
            <w:r w:rsidRPr="00332DB8">
              <w:rPr>
                <w:lang w:val="ru-RU"/>
              </w:rPr>
              <w:t>://</w:t>
            </w:r>
            <w:r>
              <w:t>vk</w:t>
            </w:r>
            <w:r w:rsidRPr="00332DB8">
              <w:rPr>
                <w:lang w:val="ru-RU"/>
              </w:rPr>
              <w:t>.</w:t>
            </w:r>
            <w:r>
              <w:t>com</w:t>
            </w:r>
            <w:r w:rsidRPr="00332DB8">
              <w:rPr>
                <w:lang w:val="ru-RU"/>
              </w:rPr>
              <w:t>/</w:t>
            </w:r>
            <w:r>
              <w:t>sle</w:t>
            </w:r>
            <w:r w:rsidRPr="00332DB8">
              <w:rPr>
                <w:lang w:val="ru-RU"/>
              </w:rPr>
              <w:t>888</w:t>
            </w:r>
            <w:r>
              <w:t>in</w:t>
            </w:r>
            <w:r w:rsidRPr="00332DB8">
              <w:rPr>
                <w:lang w:val="ru-RU"/>
              </w:rPr>
              <w:t>» (решение Калужского районного суда Калужской области от 19.08.2015).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3114.</w:t>
            </w:r>
          </w:p>
        </w:tc>
        <w:tc>
          <w:tcPr>
            <w:tcW w:w="2880" w:type="dxa"/>
          </w:tcPr>
          <w:p w:rsidR="006F7457" w:rsidRPr="00332DB8" w:rsidRDefault="00332DB8">
            <w:pPr>
              <w:rPr>
                <w:lang w:val="ru-RU"/>
              </w:rPr>
            </w:pPr>
            <w:r w:rsidRPr="00332DB8">
              <w:rPr>
                <w:lang w:val="ru-RU"/>
              </w:rPr>
              <w:t xml:space="preserve">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w:t>
            </w:r>
            <w:r>
              <w:t>http</w:t>
            </w:r>
            <w:r w:rsidRPr="00332DB8">
              <w:rPr>
                <w:lang w:val="ru-RU"/>
              </w:rPr>
              <w:t>://</w:t>
            </w:r>
            <w:r>
              <w:t>vk</w:t>
            </w:r>
            <w:r w:rsidRPr="00332DB8">
              <w:rPr>
                <w:lang w:val="ru-RU"/>
              </w:rPr>
              <w:t>.</w:t>
            </w:r>
            <w:r>
              <w:t>com</w:t>
            </w:r>
            <w:r w:rsidRPr="00332DB8">
              <w:rPr>
                <w:lang w:val="ru-RU"/>
              </w:rPr>
              <w:t>/</w:t>
            </w:r>
            <w:r>
              <w:t>wga</w:t>
            </w:r>
            <w:r w:rsidRPr="00332DB8">
              <w:rPr>
                <w:lang w:val="ru-RU"/>
              </w:rPr>
              <w:t>2</w:t>
            </w:r>
            <w:r>
              <w:t>net</w:t>
            </w:r>
            <w:r w:rsidRPr="00332DB8">
              <w:rPr>
                <w:lang w:val="ru-RU"/>
              </w:rPr>
              <w:t>?</w:t>
            </w:r>
            <w:r>
              <w:t>w</w:t>
            </w:r>
            <w:r w:rsidRPr="00332DB8">
              <w:rPr>
                <w:lang w:val="ru-RU"/>
              </w:rPr>
              <w:t>=</w:t>
            </w:r>
            <w:r>
              <w:t>wall</w:t>
            </w:r>
            <w:r w:rsidRPr="00332DB8">
              <w:rPr>
                <w:lang w:val="ru-RU"/>
              </w:rPr>
              <w:t>74228038_18460%2</w:t>
            </w:r>
            <w:r>
              <w:t>fall</w:t>
            </w:r>
            <w:r w:rsidRPr="00332DB8">
              <w:rPr>
                <w:lang w:val="ru-RU"/>
              </w:rPr>
              <w:t xml:space="preserve"> (заочное решение Октябрьского районного суда г. Краснодара от 20.08.2015);</w:t>
            </w:r>
          </w:p>
        </w:tc>
        <w:tc>
          <w:tcPr>
            <w:tcW w:w="2880" w:type="dxa"/>
          </w:tcPr>
          <w:p w:rsidR="006F7457" w:rsidRPr="00332DB8" w:rsidRDefault="006F7457">
            <w:pPr>
              <w:rPr>
                <w:lang w:val="ru-RU"/>
              </w:rPr>
            </w:pPr>
          </w:p>
        </w:tc>
      </w:tr>
      <w:tr w:rsidR="006F7457" w:rsidRPr="005A424D">
        <w:tc>
          <w:tcPr>
            <w:tcW w:w="2880" w:type="dxa"/>
          </w:tcPr>
          <w:p w:rsidR="006F7457" w:rsidRDefault="00332DB8">
            <w:r>
              <w:t>3115.</w:t>
            </w:r>
          </w:p>
        </w:tc>
        <w:tc>
          <w:tcPr>
            <w:tcW w:w="2880" w:type="dxa"/>
          </w:tcPr>
          <w:p w:rsidR="006F7457" w:rsidRPr="00332DB8" w:rsidRDefault="00332DB8">
            <w:pPr>
              <w:rPr>
                <w:lang w:val="ru-RU"/>
              </w:rPr>
            </w:pPr>
            <w:r w:rsidRPr="00332DB8">
              <w:rPr>
                <w:lang w:val="ru-RU"/>
              </w:rPr>
              <w:t xml:space="preserve">Видеоматериал «Перевод нашиды 'Ахи анта хьуррун' (Брат, ты свободен)», размещенный на Интернет-ресурсе </w:t>
            </w:r>
            <w:r>
              <w:t>http</w:t>
            </w:r>
            <w:r w:rsidRPr="00332DB8">
              <w:rPr>
                <w:lang w:val="ru-RU"/>
              </w:rPr>
              <w:t>//</w:t>
            </w:r>
            <w:r>
              <w:t>vk</w:t>
            </w:r>
            <w:r w:rsidRPr="00332DB8">
              <w:rPr>
                <w:lang w:val="ru-RU"/>
              </w:rPr>
              <w:t>.</w:t>
            </w:r>
            <w:r>
              <w:t>com</w:t>
            </w:r>
            <w:r w:rsidRPr="00332DB8">
              <w:rPr>
                <w:lang w:val="ru-RU"/>
              </w:rPr>
              <w:t>/</w:t>
            </w:r>
            <w:r>
              <w:t>id</w:t>
            </w:r>
            <w:r w:rsidRPr="00332DB8">
              <w:rPr>
                <w:lang w:val="ru-RU"/>
              </w:rPr>
              <w:t>227155313 в социальной сети «ВКонтакте» (решение Курганского городского суда от 21.08.2015);</w:t>
            </w:r>
          </w:p>
        </w:tc>
        <w:tc>
          <w:tcPr>
            <w:tcW w:w="2880" w:type="dxa"/>
          </w:tcPr>
          <w:p w:rsidR="006F7457" w:rsidRPr="00332DB8" w:rsidRDefault="006F7457">
            <w:pPr>
              <w:rPr>
                <w:lang w:val="ru-RU"/>
              </w:rPr>
            </w:pPr>
          </w:p>
        </w:tc>
      </w:tr>
      <w:tr w:rsidR="006F7457" w:rsidRPr="005A424D">
        <w:tc>
          <w:tcPr>
            <w:tcW w:w="2880" w:type="dxa"/>
          </w:tcPr>
          <w:p w:rsidR="006F7457" w:rsidRDefault="00332DB8">
            <w:r>
              <w:t>3116.</w:t>
            </w:r>
          </w:p>
        </w:tc>
        <w:tc>
          <w:tcPr>
            <w:tcW w:w="2880" w:type="dxa"/>
          </w:tcPr>
          <w:p w:rsidR="006F7457" w:rsidRPr="00332DB8" w:rsidRDefault="00332DB8">
            <w:pPr>
              <w:rPr>
                <w:lang w:val="ru-RU"/>
              </w:rPr>
            </w:pPr>
            <w:r w:rsidRPr="00332DB8">
              <w:rPr>
                <w:lang w:val="ru-RU"/>
              </w:rPr>
              <w:t xml:space="preserve">Виртуальное сообщество «Русский ФрØнт </w:t>
            </w:r>
            <w:r>
              <w:t>v</w:t>
            </w:r>
            <w:r w:rsidRPr="00332DB8">
              <w:rPr>
                <w:lang w:val="ru-RU"/>
              </w:rPr>
              <w:t xml:space="preserve">» и размещенные в нем информационные материалы по электронному адресу: </w:t>
            </w:r>
            <w:r>
              <w:t>https</w:t>
            </w:r>
            <w:r w:rsidRPr="00332DB8">
              <w:rPr>
                <w:lang w:val="ru-RU"/>
              </w:rPr>
              <w:t>://</w:t>
            </w:r>
            <w:r>
              <w:t>vk</w:t>
            </w:r>
            <w:r w:rsidRPr="00332DB8">
              <w:rPr>
                <w:lang w:val="ru-RU"/>
              </w:rPr>
              <w:t>.</w:t>
            </w:r>
            <w:r>
              <w:t>com</w:t>
            </w:r>
            <w:r w:rsidRPr="00332DB8">
              <w:rPr>
                <w:lang w:val="ru-RU"/>
              </w:rPr>
              <w:t>/</w:t>
            </w:r>
            <w:r>
              <w:t>whitepowerrussia</w:t>
            </w:r>
            <w:r w:rsidRPr="00332DB8">
              <w:rPr>
                <w:lang w:val="ru-RU"/>
              </w:rPr>
              <w:t xml:space="preserve"> (решение Октябрьского районного суда города Санкт-Петербурга от 09.07.2015);</w:t>
            </w:r>
          </w:p>
        </w:tc>
        <w:tc>
          <w:tcPr>
            <w:tcW w:w="2880" w:type="dxa"/>
          </w:tcPr>
          <w:p w:rsidR="006F7457" w:rsidRPr="00332DB8" w:rsidRDefault="006F7457">
            <w:pPr>
              <w:rPr>
                <w:lang w:val="ru-RU"/>
              </w:rPr>
            </w:pPr>
          </w:p>
        </w:tc>
      </w:tr>
      <w:tr w:rsidR="006F7457" w:rsidRPr="005A424D">
        <w:tc>
          <w:tcPr>
            <w:tcW w:w="2880" w:type="dxa"/>
          </w:tcPr>
          <w:p w:rsidR="006F7457" w:rsidRDefault="00332DB8">
            <w:r>
              <w:t>3117.</w:t>
            </w:r>
          </w:p>
        </w:tc>
        <w:tc>
          <w:tcPr>
            <w:tcW w:w="2880" w:type="dxa"/>
          </w:tcPr>
          <w:p w:rsidR="006F7457" w:rsidRPr="00332DB8" w:rsidRDefault="00332DB8">
            <w:pPr>
              <w:rPr>
                <w:lang w:val="ru-RU"/>
              </w:rPr>
            </w:pPr>
            <w:r w:rsidRPr="00332DB8">
              <w:rPr>
                <w:lang w:val="ru-RU"/>
              </w:rPr>
              <w:t>Видеоматериал с названием «</w:t>
            </w:r>
            <w:r>
              <w:t>THE</w:t>
            </w:r>
            <w:r w:rsidRPr="00332DB8">
              <w:rPr>
                <w:lang w:val="ru-RU"/>
              </w:rPr>
              <w:t xml:space="preserve"> </w:t>
            </w:r>
            <w:r>
              <w:t>SALYAF</w:t>
            </w:r>
            <w:r w:rsidRPr="00332DB8">
              <w:rPr>
                <w:lang w:val="ru-RU"/>
              </w:rPr>
              <w:t xml:space="preserve">. </w:t>
            </w:r>
            <w:r>
              <w:t>WWW</w:t>
            </w:r>
            <w:r w:rsidRPr="00332DB8">
              <w:rPr>
                <w:lang w:val="ru-RU"/>
              </w:rPr>
              <w:t>.</w:t>
            </w:r>
            <w:r>
              <w:t>YOUTUBE</w:t>
            </w:r>
            <w:r w:rsidRPr="00332DB8">
              <w:rPr>
                <w:lang w:val="ru-RU"/>
              </w:rPr>
              <w:t>.</w:t>
            </w:r>
            <w:r>
              <w:t>COM</w:t>
            </w:r>
            <w:r w:rsidRPr="00332DB8">
              <w:rPr>
                <w:lang w:val="ru-RU"/>
              </w:rPr>
              <w:t>/</w:t>
            </w:r>
            <w:r>
              <w:t>THESALYAF</w:t>
            </w:r>
            <w:r w:rsidRPr="00332DB8">
              <w:rPr>
                <w:lang w:val="ru-RU"/>
              </w:rPr>
              <w:t>» (длительностью 03 мин. 37 сек.), опубликованный под названием «О, мой брат в Исламе, скажи мне…», по электронному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2880" w:type="dxa"/>
          </w:tcPr>
          <w:p w:rsidR="006F7457" w:rsidRPr="00332DB8" w:rsidRDefault="006F7457">
            <w:pPr>
              <w:rPr>
                <w:lang w:val="ru-RU"/>
              </w:rPr>
            </w:pPr>
          </w:p>
        </w:tc>
      </w:tr>
      <w:tr w:rsidR="006F7457" w:rsidRPr="005A424D">
        <w:tc>
          <w:tcPr>
            <w:tcW w:w="2880" w:type="dxa"/>
          </w:tcPr>
          <w:p w:rsidR="006F7457" w:rsidRDefault="00332DB8">
            <w:r>
              <w:t>311</w:t>
            </w:r>
            <w:r>
              <w:lastRenderedPageBreak/>
              <w:t>8.</w:t>
            </w:r>
          </w:p>
        </w:tc>
        <w:tc>
          <w:tcPr>
            <w:tcW w:w="2880" w:type="dxa"/>
          </w:tcPr>
          <w:p w:rsidR="006F7457" w:rsidRPr="00332DB8" w:rsidRDefault="00332DB8">
            <w:pPr>
              <w:rPr>
                <w:lang w:val="ru-RU"/>
              </w:rPr>
            </w:pPr>
            <w:r w:rsidRPr="00332DB8">
              <w:rPr>
                <w:lang w:val="ru-RU"/>
              </w:rPr>
              <w:lastRenderedPageBreak/>
              <w:t>Видеоролик «</w:t>
            </w:r>
            <w:r>
              <w:t>Seifulax</w:t>
            </w:r>
            <w:r w:rsidRPr="00332DB8">
              <w:rPr>
                <w:lang w:val="ru-RU"/>
              </w:rPr>
              <w:t xml:space="preserve"> </w:t>
            </w:r>
            <w:r>
              <w:t>o</w:t>
            </w:r>
            <w:r w:rsidRPr="00332DB8">
              <w:rPr>
                <w:lang w:val="ru-RU"/>
              </w:rPr>
              <w:t xml:space="preserve"> </w:t>
            </w:r>
            <w:r>
              <w:t>Ramzane</w:t>
            </w:r>
            <w:r w:rsidRPr="00332DB8">
              <w:rPr>
                <w:lang w:val="ru-RU"/>
              </w:rPr>
              <w:t xml:space="preserve"> </w:t>
            </w:r>
            <w:r>
              <w:t>kadirove</w:t>
            </w:r>
            <w:r w:rsidRPr="00332DB8">
              <w:rPr>
                <w:lang w:val="ru-RU"/>
              </w:rPr>
              <w:t>.</w:t>
            </w:r>
            <w:r>
              <w:t>mp</w:t>
            </w:r>
            <w:r w:rsidRPr="00332DB8">
              <w:rPr>
                <w:lang w:val="ru-RU"/>
              </w:rPr>
              <w:t>4» в социальной сети «В Контакте» на персональной странице пользователя «</w:t>
            </w:r>
            <w:r>
              <w:t>Abu</w:t>
            </w:r>
            <w:r w:rsidRPr="00332DB8">
              <w:rPr>
                <w:lang w:val="ru-RU"/>
              </w:rPr>
              <w:t>-</w:t>
            </w:r>
            <w:r>
              <w:t>Huraira</w:t>
            </w:r>
            <w:r w:rsidRPr="00332DB8">
              <w:rPr>
                <w:lang w:val="ru-RU"/>
              </w:rPr>
              <w:t xml:space="preserve"> </w:t>
            </w:r>
            <w:r>
              <w:t>Al</w:t>
            </w:r>
            <w:r w:rsidRPr="00332DB8">
              <w:rPr>
                <w:lang w:val="ru-RU"/>
              </w:rPr>
              <w:t xml:space="preserve"> –</w:t>
            </w:r>
            <w:r>
              <w:t>Horasan</w:t>
            </w:r>
            <w:r w:rsidRPr="00332DB8">
              <w:rPr>
                <w:lang w:val="ru-RU"/>
              </w:rPr>
              <w:t>»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278210497» (решение Бабушкинского районного суда города Москвы от 06.08.2015);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3119.</w:t>
            </w:r>
          </w:p>
        </w:tc>
        <w:tc>
          <w:tcPr>
            <w:tcW w:w="2880" w:type="dxa"/>
          </w:tcPr>
          <w:p w:rsidR="006F7457" w:rsidRPr="00332DB8" w:rsidRDefault="00332DB8">
            <w:pPr>
              <w:rPr>
                <w:lang w:val="ru-RU"/>
              </w:rPr>
            </w:pPr>
            <w:r w:rsidRPr="00332DB8">
              <w:rPr>
                <w:lang w:val="ru-RU"/>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2880" w:type="dxa"/>
          </w:tcPr>
          <w:p w:rsidR="006F7457" w:rsidRPr="00332DB8" w:rsidRDefault="006F7457">
            <w:pPr>
              <w:rPr>
                <w:lang w:val="ru-RU"/>
              </w:rPr>
            </w:pPr>
          </w:p>
        </w:tc>
      </w:tr>
      <w:tr w:rsidR="006F7457" w:rsidRPr="005A424D">
        <w:tc>
          <w:tcPr>
            <w:tcW w:w="2880" w:type="dxa"/>
          </w:tcPr>
          <w:p w:rsidR="006F7457" w:rsidRDefault="00332DB8">
            <w:r>
              <w:t>3120.</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w:t>
            </w:r>
            <w:r>
              <w:t>https</w:t>
            </w:r>
            <w:r w:rsidRPr="00332DB8">
              <w:rPr>
                <w:lang w:val="ru-RU"/>
              </w:rPr>
              <w:t>://</w:t>
            </w:r>
            <w:r>
              <w:t>vk</w:t>
            </w:r>
            <w:r w:rsidRPr="00332DB8">
              <w:rPr>
                <w:lang w:val="ru-RU"/>
              </w:rPr>
              <w:t>.</w:t>
            </w:r>
            <w:r>
              <w:t>com</w:t>
            </w:r>
            <w:r w:rsidRPr="00332DB8">
              <w:rPr>
                <w:lang w:val="ru-RU"/>
              </w:rPr>
              <w:t>/</w:t>
            </w:r>
            <w:r>
              <w:t>id</w:t>
            </w:r>
            <w:r w:rsidRPr="00332DB8">
              <w:rPr>
                <w:lang w:val="ru-RU"/>
              </w:rPr>
              <w:t>164059957, под названием «Д.И.В.-</w:t>
            </w:r>
            <w:r>
              <w:t>Mein</w:t>
            </w:r>
            <w:r w:rsidRPr="00332DB8">
              <w:rPr>
                <w:lang w:val="ru-RU"/>
              </w:rPr>
              <w:t xml:space="preserve"> </w:t>
            </w:r>
            <w:r>
              <w:t>Kampf</w:t>
            </w:r>
            <w:r w:rsidRPr="00332DB8">
              <w:rPr>
                <w:lang w:val="ru-RU"/>
              </w:rPr>
              <w:t>», начинающийся словами «Блицкриг, тотальная смерть» и заканчивающийся словами «</w:t>
            </w:r>
            <w:r>
              <w:t>Sieg</w:t>
            </w:r>
            <w:r w:rsidRPr="00332DB8">
              <w:rPr>
                <w:lang w:val="ru-RU"/>
              </w:rPr>
              <w:t xml:space="preserve"> </w:t>
            </w:r>
            <w:r>
              <w:t>Hail</w:t>
            </w:r>
            <w:r w:rsidRPr="00332DB8">
              <w:rPr>
                <w:lang w:val="ru-RU"/>
              </w:rPr>
              <w:t xml:space="preserve">! </w:t>
            </w:r>
            <w:r>
              <w:t>Main</w:t>
            </w:r>
            <w:r w:rsidRPr="00332DB8">
              <w:rPr>
                <w:lang w:val="ru-RU"/>
              </w:rPr>
              <w:t xml:space="preserve"> </w:t>
            </w:r>
            <w:r>
              <w:t>kampf</w:t>
            </w:r>
            <w:r w:rsidRPr="00332DB8">
              <w:rPr>
                <w:lang w:val="ru-RU"/>
              </w:rPr>
              <w:t xml:space="preserve">! </w:t>
            </w:r>
            <w:r>
              <w:t>Total</w:t>
            </w:r>
            <w:r w:rsidRPr="00332DB8">
              <w:rPr>
                <w:lang w:val="ru-RU"/>
              </w:rPr>
              <w:t xml:space="preserve"> </w:t>
            </w:r>
            <w:r>
              <w:t>destruction</w:t>
            </w:r>
            <w:r w:rsidRPr="00332DB8">
              <w:rPr>
                <w:lang w:val="ru-RU"/>
              </w:rPr>
              <w:t xml:space="preserve">, </w:t>
            </w:r>
            <w:r>
              <w:t>Luftwaffe</w:t>
            </w:r>
            <w:r w:rsidRPr="00332DB8">
              <w:rPr>
                <w:lang w:val="ru-RU"/>
              </w:rPr>
              <w:t xml:space="preserve"> </w:t>
            </w:r>
            <w:r>
              <w:t>berreiten</w:t>
            </w:r>
            <w:r w:rsidRPr="00332DB8">
              <w:rPr>
                <w:lang w:val="ru-RU"/>
              </w:rPr>
              <w:t xml:space="preserve"> </w:t>
            </w:r>
            <w:r>
              <w:t>Napalm</w:t>
            </w:r>
            <w:r w:rsidRPr="00332DB8">
              <w:rPr>
                <w:lang w:val="ru-RU"/>
              </w:rPr>
              <w:t>»,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2880" w:type="dxa"/>
          </w:tcPr>
          <w:p w:rsidR="006F7457" w:rsidRPr="00332DB8" w:rsidRDefault="006F7457">
            <w:pPr>
              <w:rPr>
                <w:lang w:val="ru-RU"/>
              </w:rPr>
            </w:pPr>
          </w:p>
        </w:tc>
      </w:tr>
      <w:tr w:rsidR="006F7457" w:rsidRPr="005A424D">
        <w:tc>
          <w:tcPr>
            <w:tcW w:w="2880" w:type="dxa"/>
          </w:tcPr>
          <w:p w:rsidR="006F7457" w:rsidRDefault="00332DB8">
            <w:r>
              <w:t>3121.</w:t>
            </w:r>
          </w:p>
        </w:tc>
        <w:tc>
          <w:tcPr>
            <w:tcW w:w="2880" w:type="dxa"/>
          </w:tcPr>
          <w:p w:rsidR="006F7457" w:rsidRPr="00332DB8" w:rsidRDefault="00332DB8">
            <w:pPr>
              <w:rPr>
                <w:lang w:val="ru-RU"/>
              </w:rPr>
            </w:pPr>
            <w:r w:rsidRPr="00332DB8">
              <w:rPr>
                <w:lang w:val="ru-RU"/>
              </w:rPr>
              <w:t xml:space="preserve">Видео-файл «Как приготовить узбека», размещенный на электронной странице в сети Интернет» </w:t>
            </w:r>
            <w:r>
              <w:t>http</w:t>
            </w:r>
            <w:r w:rsidRPr="00332DB8">
              <w:rPr>
                <w:lang w:val="ru-RU"/>
              </w:rPr>
              <w:t>://</w:t>
            </w:r>
            <w:r>
              <w:t>vk</w:t>
            </w:r>
            <w:r w:rsidRPr="00332DB8">
              <w:rPr>
                <w:lang w:val="ru-RU"/>
              </w:rPr>
              <w:t>.</w:t>
            </w:r>
            <w:r>
              <w:t>com</w:t>
            </w:r>
            <w:r w:rsidRPr="00332DB8">
              <w:rPr>
                <w:lang w:val="ru-RU"/>
              </w:rPr>
              <w:t>/</w:t>
            </w:r>
            <w:r>
              <w:t>strike</w:t>
            </w:r>
            <w:r w:rsidRPr="00332DB8">
              <w:rPr>
                <w:lang w:val="ru-RU"/>
              </w:rPr>
              <w:t>39 (решение Московского районного суда г. Калининграда от 28.01.2015);</w:t>
            </w:r>
          </w:p>
        </w:tc>
        <w:tc>
          <w:tcPr>
            <w:tcW w:w="2880" w:type="dxa"/>
          </w:tcPr>
          <w:p w:rsidR="006F7457" w:rsidRPr="00332DB8" w:rsidRDefault="006F7457">
            <w:pPr>
              <w:rPr>
                <w:lang w:val="ru-RU"/>
              </w:rPr>
            </w:pPr>
          </w:p>
        </w:tc>
      </w:tr>
      <w:tr w:rsidR="006F7457" w:rsidRPr="005A424D">
        <w:tc>
          <w:tcPr>
            <w:tcW w:w="2880" w:type="dxa"/>
          </w:tcPr>
          <w:p w:rsidR="006F7457" w:rsidRDefault="00332DB8">
            <w:r>
              <w:t>3122.</w:t>
            </w:r>
          </w:p>
        </w:tc>
        <w:tc>
          <w:tcPr>
            <w:tcW w:w="2880" w:type="dxa"/>
          </w:tcPr>
          <w:p w:rsidR="006F7457" w:rsidRPr="00332DB8" w:rsidRDefault="00332DB8">
            <w:pPr>
              <w:rPr>
                <w:lang w:val="ru-RU"/>
              </w:rPr>
            </w:pPr>
            <w:r w:rsidRPr="00332DB8">
              <w:rPr>
                <w:lang w:val="ru-RU"/>
              </w:rPr>
              <w:t xml:space="preserve">Страница группы «Россия для русских Слава Руси», созданная по адресу </w:t>
            </w:r>
            <w:r>
              <w:t>vk</w:t>
            </w:r>
            <w:r w:rsidRPr="00332DB8">
              <w:rPr>
                <w:lang w:val="ru-RU"/>
              </w:rPr>
              <w:t>.</w:t>
            </w:r>
            <w:r>
              <w:t>com</w:t>
            </w:r>
            <w:r w:rsidRPr="00332DB8">
              <w:rPr>
                <w:lang w:val="ru-RU"/>
              </w:rPr>
              <w:t>/</w:t>
            </w:r>
            <w:r>
              <w:t>club</w:t>
            </w:r>
            <w:r w:rsidRPr="00332DB8">
              <w:rPr>
                <w:lang w:val="ru-RU"/>
              </w:rPr>
              <w:t>24300923 (решение Октябрьского районного суда г. Ростова-на-Дону от 05.08.2015);</w:t>
            </w:r>
          </w:p>
        </w:tc>
        <w:tc>
          <w:tcPr>
            <w:tcW w:w="2880" w:type="dxa"/>
          </w:tcPr>
          <w:p w:rsidR="006F7457" w:rsidRPr="00332DB8" w:rsidRDefault="006F7457">
            <w:pPr>
              <w:rPr>
                <w:lang w:val="ru-RU"/>
              </w:rPr>
            </w:pPr>
          </w:p>
        </w:tc>
      </w:tr>
      <w:tr w:rsidR="006F7457" w:rsidRPr="005A424D">
        <w:tc>
          <w:tcPr>
            <w:tcW w:w="2880" w:type="dxa"/>
          </w:tcPr>
          <w:p w:rsidR="006F7457" w:rsidRDefault="00332DB8">
            <w:r>
              <w:t>312</w:t>
            </w:r>
            <w:r>
              <w:lastRenderedPageBreak/>
              <w:t>3.</w:t>
            </w:r>
          </w:p>
        </w:tc>
        <w:tc>
          <w:tcPr>
            <w:tcW w:w="2880" w:type="dxa"/>
          </w:tcPr>
          <w:p w:rsidR="006F7457" w:rsidRPr="00332DB8" w:rsidRDefault="00332DB8">
            <w:pPr>
              <w:rPr>
                <w:lang w:val="ru-RU"/>
              </w:rPr>
            </w:pPr>
            <w:r w:rsidRPr="00332DB8">
              <w:rPr>
                <w:lang w:val="ru-RU"/>
              </w:rPr>
              <w:lastRenderedPageBreak/>
              <w:t xml:space="preserve">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w:t>
            </w:r>
            <w:r w:rsidRPr="00332DB8">
              <w:rPr>
                <w:lang w:val="ru-RU"/>
              </w:rPr>
              <w:lastRenderedPageBreak/>
              <w:t xml:space="preserve">Интернет-ресурсе в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semenshelepov</w:t>
            </w:r>
            <w:r w:rsidRPr="00332DB8">
              <w:rPr>
                <w:lang w:val="ru-RU"/>
              </w:rPr>
              <w:t>88 (решение Курганского городского суда от 03.08.2015);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3124.</w:t>
            </w:r>
          </w:p>
        </w:tc>
        <w:tc>
          <w:tcPr>
            <w:tcW w:w="2880" w:type="dxa"/>
          </w:tcPr>
          <w:p w:rsidR="006F7457" w:rsidRPr="00332DB8" w:rsidRDefault="00332DB8">
            <w:pPr>
              <w:rPr>
                <w:lang w:val="ru-RU"/>
              </w:rPr>
            </w:pPr>
            <w:r w:rsidRPr="00332DB8">
              <w:rPr>
                <w:lang w:val="ru-RU"/>
              </w:rPr>
              <w:t>Печатные материалы (листовки) с наименованием «Обращение к военнослужащим Российской армии» (решения Ленинского районного суда г. Ульяновска от 04.09.2015 и от 29.08.2016);</w:t>
            </w:r>
          </w:p>
        </w:tc>
        <w:tc>
          <w:tcPr>
            <w:tcW w:w="2880" w:type="dxa"/>
          </w:tcPr>
          <w:p w:rsidR="006F7457" w:rsidRPr="00332DB8" w:rsidRDefault="006F7457">
            <w:pPr>
              <w:rPr>
                <w:lang w:val="ru-RU"/>
              </w:rPr>
            </w:pPr>
          </w:p>
        </w:tc>
      </w:tr>
      <w:tr w:rsidR="006F7457" w:rsidRPr="005A424D">
        <w:tc>
          <w:tcPr>
            <w:tcW w:w="2880" w:type="dxa"/>
          </w:tcPr>
          <w:p w:rsidR="006F7457" w:rsidRDefault="00332DB8">
            <w:r>
              <w:t>3125.</w:t>
            </w:r>
          </w:p>
        </w:tc>
        <w:tc>
          <w:tcPr>
            <w:tcW w:w="2880" w:type="dxa"/>
          </w:tcPr>
          <w:p w:rsidR="006F7457" w:rsidRPr="00332DB8" w:rsidRDefault="00332DB8">
            <w:pPr>
              <w:rPr>
                <w:lang w:val="ru-RU"/>
              </w:rPr>
            </w:pPr>
            <w:r w:rsidRPr="00332DB8">
              <w:rPr>
                <w:lang w:val="ru-RU"/>
              </w:rPr>
              <w:t xml:space="preserve">Информационные материалы (статьи) </w:t>
            </w:r>
            <w:r>
              <w:t>www</w:t>
            </w:r>
            <w:r w:rsidRPr="00332DB8">
              <w:rPr>
                <w:lang w:val="ru-RU"/>
              </w:rPr>
              <w:t>.</w:t>
            </w:r>
            <w:r>
              <w:t>sibpower</w:t>
            </w:r>
            <w:r w:rsidRPr="00332DB8">
              <w:rPr>
                <w:lang w:val="ru-RU"/>
              </w:rPr>
              <w:t>.</w:t>
            </w:r>
            <w:r>
              <w:t>com</w:t>
            </w:r>
            <w:r w:rsidRPr="00332DB8">
              <w:rPr>
                <w:lang w:val="ru-RU"/>
              </w:rPr>
              <w:t>/</w:t>
            </w:r>
            <w:r>
              <w:t>faq</w:t>
            </w:r>
            <w:r w:rsidRPr="00332DB8">
              <w:rPr>
                <w:lang w:val="ru-RU"/>
              </w:rPr>
              <w:t xml:space="preserve">/1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t>
            </w:r>
            <w:r>
              <w:t>www</w:t>
            </w:r>
            <w:r w:rsidRPr="00332DB8">
              <w:rPr>
                <w:lang w:val="ru-RU"/>
              </w:rPr>
              <w:t>.</w:t>
            </w:r>
            <w:r>
              <w:t>youtube</w:t>
            </w:r>
            <w:r w:rsidRPr="00332DB8">
              <w:rPr>
                <w:lang w:val="ru-RU"/>
              </w:rPr>
              <w:t>.</w:t>
            </w:r>
            <w:r>
              <w:t>com</w:t>
            </w:r>
            <w:r w:rsidRPr="00332DB8">
              <w:rPr>
                <w:lang w:val="ru-RU"/>
              </w:rPr>
              <w:t>/</w:t>
            </w:r>
            <w:r>
              <w:t>user</w:t>
            </w:r>
            <w:r w:rsidRPr="00332DB8">
              <w:rPr>
                <w:lang w:val="ru-RU"/>
              </w:rPr>
              <w:t>/</w:t>
            </w:r>
            <w:r>
              <w:t>SibPower</w:t>
            </w:r>
            <w:r w:rsidRPr="00332DB8">
              <w:rPr>
                <w:lang w:val="ru-RU"/>
              </w:rPr>
              <w:t xml:space="preserve">54 (видеоролики): «Я буду делать все, чтобы путинской России не было», «Речь Александра Будникова на семинаре); </w:t>
            </w:r>
            <w:r>
              <w:t>www</w:t>
            </w:r>
            <w:r w:rsidRPr="00332DB8">
              <w:rPr>
                <w:lang w:val="ru-RU"/>
              </w:rPr>
              <w:t>.</w:t>
            </w:r>
            <w:r>
              <w:t>youtube</w:t>
            </w:r>
            <w:r w:rsidRPr="00332DB8">
              <w:rPr>
                <w:lang w:val="ru-RU"/>
              </w:rPr>
              <w:t>.</w:t>
            </w:r>
            <w:r>
              <w:t>com</w:t>
            </w:r>
            <w:r w:rsidRPr="00332DB8">
              <w:rPr>
                <w:lang w:val="ru-RU"/>
              </w:rPr>
              <w:t>/</w:t>
            </w:r>
            <w:r>
              <w:t>results</w:t>
            </w:r>
            <w:r w:rsidRPr="00332DB8">
              <w:rPr>
                <w:lang w:val="ru-RU"/>
              </w:rPr>
              <w:t>?</w:t>
            </w:r>
            <w:r>
              <w:t>search</w:t>
            </w:r>
            <w:r w:rsidRPr="00332DB8">
              <w:rPr>
                <w:lang w:val="ru-RU"/>
              </w:rPr>
              <w:t>_</w:t>
            </w:r>
            <w:r>
              <w:t>query</w:t>
            </w:r>
            <w:r w:rsidRPr="00332DB8">
              <w:rPr>
                <w:lang w:val="ru-RU"/>
              </w:rPr>
              <w:t>=%</w:t>
            </w:r>
            <w:r>
              <w:t>D</w:t>
            </w:r>
            <w:r w:rsidRPr="00332DB8">
              <w:rPr>
                <w:lang w:val="ru-RU"/>
              </w:rPr>
              <w:t xml:space="preserve">0% </w:t>
            </w:r>
            <w:r>
              <w:t>A</w:t>
            </w:r>
            <w:r w:rsidRPr="00332DB8">
              <w:rPr>
                <w:lang w:val="ru-RU"/>
              </w:rPr>
              <w:t>1 %</w:t>
            </w:r>
            <w:r>
              <w:t>D</w:t>
            </w:r>
            <w:r w:rsidRPr="00332DB8">
              <w:rPr>
                <w:lang w:val="ru-RU"/>
              </w:rPr>
              <w:t>0%</w:t>
            </w:r>
            <w:r>
              <w:t>BE</w:t>
            </w:r>
            <w:r w:rsidRPr="00332DB8">
              <w:rPr>
                <w:lang w:val="ru-RU"/>
              </w:rPr>
              <w:t>%</w:t>
            </w:r>
            <w:r>
              <w:t>D</w:t>
            </w:r>
            <w:r w:rsidRPr="00332DB8">
              <w:rPr>
                <w:lang w:val="ru-RU"/>
              </w:rPr>
              <w:t>0%</w:t>
            </w:r>
            <w:r>
              <w:t>B</w:t>
            </w:r>
            <w:r w:rsidRPr="00332DB8">
              <w:rPr>
                <w:lang w:val="ru-RU"/>
              </w:rPr>
              <w:t xml:space="preserve"> 1 %</w:t>
            </w:r>
            <w:r>
              <w:t>D</w:t>
            </w:r>
            <w:r w:rsidRPr="00332DB8">
              <w:rPr>
                <w:lang w:val="ru-RU"/>
              </w:rPr>
              <w:t xml:space="preserve">0% </w:t>
            </w:r>
            <w:r>
              <w:t>BE</w:t>
            </w:r>
            <w:r w:rsidRPr="00332DB8">
              <w:rPr>
                <w:lang w:val="ru-RU"/>
              </w:rPr>
              <w:t xml:space="preserve">% </w:t>
            </w:r>
            <w:r>
              <w:t>D</w:t>
            </w:r>
            <w:r w:rsidRPr="00332DB8">
              <w:rPr>
                <w:lang w:val="ru-RU"/>
              </w:rPr>
              <w:t xml:space="preserve">%80+% </w:t>
            </w:r>
            <w:r>
              <w:t>D</w:t>
            </w:r>
            <w:r w:rsidRPr="00332DB8">
              <w:rPr>
                <w:lang w:val="ru-RU"/>
              </w:rPr>
              <w:t>0%</w:t>
            </w:r>
            <w:r>
              <w:t>A</w:t>
            </w:r>
            <w:r w:rsidRPr="00332DB8">
              <w:rPr>
                <w:lang w:val="ru-RU"/>
              </w:rPr>
              <w:t xml:space="preserve">0% </w:t>
            </w:r>
            <w:r>
              <w:t>D</w:t>
            </w:r>
            <w:r w:rsidRPr="00332DB8">
              <w:rPr>
                <w:lang w:val="ru-RU"/>
              </w:rPr>
              <w:t>1%83%</w:t>
            </w:r>
            <w:r>
              <w:t>D</w:t>
            </w:r>
            <w:r w:rsidRPr="00332DB8">
              <w:rPr>
                <w:lang w:val="ru-RU"/>
              </w:rPr>
              <w:t>1% 81</w:t>
            </w:r>
            <w:r>
              <w:t>D</w:t>
            </w:r>
            <w:r w:rsidRPr="00332DB8">
              <w:rPr>
                <w:lang w:val="ru-RU"/>
              </w:rPr>
              <w:t>0%</w:t>
            </w:r>
            <w:r>
              <w:t>B</w:t>
            </w:r>
            <w:r w:rsidRPr="00332DB8">
              <w:rPr>
                <w:lang w:val="ru-RU"/>
              </w:rPr>
              <w:t xml:space="preserve">8+% </w:t>
            </w:r>
            <w:r>
              <w:t>D</w:t>
            </w:r>
            <w:r w:rsidRPr="00332DB8">
              <w:rPr>
                <w:lang w:val="ru-RU"/>
              </w:rPr>
              <w:t>0%</w:t>
            </w:r>
            <w:r>
              <w:t>A</w:t>
            </w:r>
            <w:r w:rsidRPr="00332DB8">
              <w:rPr>
                <w:lang w:val="ru-RU"/>
              </w:rPr>
              <w:t>0%</w:t>
            </w:r>
            <w:r>
              <w:t>D</w:t>
            </w:r>
            <w:r w:rsidRPr="00332DB8">
              <w:rPr>
                <w:lang w:val="ru-RU"/>
              </w:rPr>
              <w:t>0%</w:t>
            </w:r>
            <w:r>
              <w:t>BE</w:t>
            </w:r>
            <w:r w:rsidRPr="00332DB8">
              <w:rPr>
                <w:lang w:val="ru-RU"/>
              </w:rPr>
              <w:t>%</w:t>
            </w:r>
            <w:r>
              <w:t>D</w:t>
            </w:r>
            <w:r w:rsidRPr="00332DB8">
              <w:rPr>
                <w:lang w:val="ru-RU"/>
              </w:rPr>
              <w:t>0%</w:t>
            </w:r>
            <w:r>
              <w:t>B</w:t>
            </w:r>
            <w:r w:rsidRPr="00332DB8">
              <w:rPr>
                <w:lang w:val="ru-RU"/>
              </w:rPr>
              <w:t>4%</w:t>
            </w:r>
            <w:r>
              <w:t>D</w:t>
            </w:r>
            <w:r w:rsidRPr="00332DB8">
              <w:rPr>
                <w:lang w:val="ru-RU"/>
              </w:rPr>
              <w:t>0%</w:t>
            </w:r>
            <w:r>
              <w:t>BE</w:t>
            </w:r>
            <w:r w:rsidRPr="00332DB8">
              <w:rPr>
                <w:lang w:val="ru-RU"/>
              </w:rPr>
              <w:t>%</w:t>
            </w:r>
            <w:r>
              <w:t>D</w:t>
            </w:r>
            <w:r w:rsidRPr="00332DB8">
              <w:rPr>
                <w:lang w:val="ru-RU"/>
              </w:rPr>
              <w:t>0%</w:t>
            </w:r>
            <w:r>
              <w:t>B</w:t>
            </w:r>
            <w:r w:rsidRPr="00332DB8">
              <w:rPr>
                <w:lang w:val="ru-RU"/>
              </w:rPr>
              <w:t>2+%</w:t>
            </w:r>
            <w:r>
              <w:t>D</w:t>
            </w:r>
            <w:r w:rsidRPr="00332DB8">
              <w:rPr>
                <w:lang w:val="ru-RU"/>
              </w:rPr>
              <w:t>0%</w:t>
            </w:r>
            <w:r>
              <w:t>A</w:t>
            </w:r>
            <w:r w:rsidRPr="00332DB8">
              <w:rPr>
                <w:lang w:val="ru-RU"/>
              </w:rPr>
              <w:t xml:space="preserve"> 1 %</w:t>
            </w:r>
            <w:r>
              <w:t>D</w:t>
            </w:r>
            <w:r w:rsidRPr="00332DB8">
              <w:rPr>
                <w:lang w:val="ru-RU"/>
              </w:rPr>
              <w:t>0%</w:t>
            </w:r>
            <w:r>
              <w:t>BB</w:t>
            </w:r>
            <w:r w:rsidRPr="00332DB8">
              <w:rPr>
                <w:lang w:val="ru-RU"/>
              </w:rPr>
              <w:t>%</w:t>
            </w:r>
            <w:r>
              <w:t>D</w:t>
            </w:r>
            <w:r w:rsidRPr="00332DB8">
              <w:rPr>
                <w:lang w:val="ru-RU"/>
              </w:rPr>
              <w:t>0%</w:t>
            </w:r>
            <w:r>
              <w:t>B</w:t>
            </w:r>
            <w:r w:rsidRPr="00332DB8">
              <w:rPr>
                <w:lang w:val="ru-RU"/>
              </w:rPr>
              <w:t xml:space="preserve">0% </w:t>
            </w:r>
            <w:r>
              <w:t>D</w:t>
            </w:r>
            <w:r w:rsidRPr="00332DB8">
              <w:rPr>
                <w:lang w:val="ru-RU"/>
              </w:rPr>
              <w:t>0%</w:t>
            </w:r>
            <w:r>
              <w:t>B</w:t>
            </w:r>
            <w:r w:rsidRPr="00332DB8">
              <w:rPr>
                <w:lang w:val="ru-RU"/>
              </w:rPr>
              <w:t>2%</w:t>
            </w:r>
            <w:r>
              <w:t>D</w:t>
            </w:r>
            <w:r w:rsidRPr="00332DB8">
              <w:rPr>
                <w:lang w:val="ru-RU"/>
              </w:rPr>
              <w:t>0%</w:t>
            </w:r>
            <w:r>
              <w:t>BD</w:t>
            </w:r>
            <w:r w:rsidRPr="00332DB8">
              <w:rPr>
                <w:lang w:val="ru-RU"/>
              </w:rPr>
              <w:t>%</w:t>
            </w:r>
            <w:r>
              <w:t>D</w:t>
            </w:r>
            <w:r w:rsidRPr="00332DB8">
              <w:rPr>
                <w:lang w:val="ru-RU"/>
              </w:rPr>
              <w:t xml:space="preserve"> 1 %8</w:t>
            </w:r>
            <w:r>
              <w:t>B</w:t>
            </w:r>
            <w:r w:rsidRPr="00332DB8">
              <w:rPr>
                <w:lang w:val="ru-RU"/>
              </w:rPr>
              <w:t>%</w:t>
            </w:r>
            <w:r>
              <w:t>D</w:t>
            </w:r>
            <w:r w:rsidRPr="00332DB8">
              <w:rPr>
                <w:lang w:val="ru-RU"/>
              </w:rPr>
              <w:t xml:space="preserve"> 1 %85 «Русь против российской Хазарии: Война Символов (выпуск №3)» (решение Центрального районного суда г. Новосибирска от 30.06.2015);</w:t>
            </w:r>
          </w:p>
        </w:tc>
        <w:tc>
          <w:tcPr>
            <w:tcW w:w="2880" w:type="dxa"/>
          </w:tcPr>
          <w:p w:rsidR="006F7457" w:rsidRPr="00332DB8" w:rsidRDefault="006F7457">
            <w:pPr>
              <w:rPr>
                <w:lang w:val="ru-RU"/>
              </w:rPr>
            </w:pPr>
          </w:p>
        </w:tc>
      </w:tr>
      <w:tr w:rsidR="006F7457" w:rsidRPr="005A424D">
        <w:tc>
          <w:tcPr>
            <w:tcW w:w="2880" w:type="dxa"/>
          </w:tcPr>
          <w:p w:rsidR="006F7457" w:rsidRDefault="00332DB8">
            <w:r>
              <w:t>3126.</w:t>
            </w:r>
          </w:p>
        </w:tc>
        <w:tc>
          <w:tcPr>
            <w:tcW w:w="2880" w:type="dxa"/>
          </w:tcPr>
          <w:p w:rsidR="006F7457" w:rsidRPr="00332DB8" w:rsidRDefault="00332DB8">
            <w:pPr>
              <w:rPr>
                <w:lang w:val="ru-RU"/>
              </w:rPr>
            </w:pPr>
            <w:r w:rsidRPr="00332DB8">
              <w:rPr>
                <w:lang w:val="ru-RU"/>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w:t>
            </w:r>
            <w:r>
              <w:t>REGNUM</w:t>
            </w:r>
            <w:r w:rsidRPr="00332DB8">
              <w:rPr>
                <w:lang w:val="ru-RU"/>
              </w:rPr>
              <w:t xml:space="preserve">» в информационно-коммуникационной сети Интернет по адресу </w:t>
            </w:r>
            <w:r>
              <w:t>www</w:t>
            </w:r>
            <w:r w:rsidRPr="00332DB8">
              <w:rPr>
                <w:lang w:val="ru-RU"/>
              </w:rPr>
              <w:t>.</w:t>
            </w:r>
            <w:r>
              <w:t>regnum</w:t>
            </w:r>
            <w:r w:rsidRPr="00332DB8">
              <w:rPr>
                <w:lang w:val="ru-RU"/>
              </w:rPr>
              <w:t>.</w:t>
            </w:r>
            <w:r>
              <w:t>ru</w:t>
            </w:r>
            <w:r w:rsidRPr="00332DB8">
              <w:rPr>
                <w:lang w:val="ru-RU"/>
              </w:rPr>
              <w:t>/</w:t>
            </w:r>
            <w:r>
              <w:t>new</w:t>
            </w:r>
            <w:r w:rsidRPr="00332DB8">
              <w:rPr>
                <w:lang w:val="ru-RU"/>
              </w:rPr>
              <w:t>/</w:t>
            </w:r>
            <w:r>
              <w:t>polit</w:t>
            </w:r>
            <w:r w:rsidRPr="00332DB8">
              <w:rPr>
                <w:lang w:val="ru-RU"/>
              </w:rPr>
              <w:t>/1761473.</w:t>
            </w:r>
            <w:r>
              <w:t>html</w:t>
            </w:r>
            <w:r w:rsidRPr="00332DB8">
              <w:rPr>
                <w:lang w:val="ru-RU"/>
              </w:rPr>
              <w:t xml:space="preserve"> (решение Люблинского районного суда города Москвы от 27.08.2015);</w:t>
            </w:r>
          </w:p>
        </w:tc>
        <w:tc>
          <w:tcPr>
            <w:tcW w:w="2880" w:type="dxa"/>
          </w:tcPr>
          <w:p w:rsidR="006F7457" w:rsidRPr="00332DB8" w:rsidRDefault="006F7457">
            <w:pPr>
              <w:rPr>
                <w:lang w:val="ru-RU"/>
              </w:rPr>
            </w:pPr>
          </w:p>
        </w:tc>
      </w:tr>
      <w:tr w:rsidR="006F7457" w:rsidRPr="005A424D">
        <w:tc>
          <w:tcPr>
            <w:tcW w:w="2880" w:type="dxa"/>
          </w:tcPr>
          <w:p w:rsidR="006F7457" w:rsidRDefault="00332DB8">
            <w:r>
              <w:t>3127.</w:t>
            </w:r>
          </w:p>
        </w:tc>
        <w:tc>
          <w:tcPr>
            <w:tcW w:w="2880" w:type="dxa"/>
          </w:tcPr>
          <w:p w:rsidR="006F7457" w:rsidRPr="00332DB8" w:rsidRDefault="00332DB8">
            <w:pPr>
              <w:rPr>
                <w:lang w:val="ru-RU"/>
              </w:rPr>
            </w:pPr>
            <w:r w:rsidRPr="00332DB8">
              <w:rPr>
                <w:lang w:val="ru-RU"/>
              </w:rPr>
              <w:t>Информационные материалы- видеозапись выступлений Ткача В.Д., файлы под наименованиями «</w:t>
            </w:r>
            <w:r>
              <w:t>DSC</w:t>
            </w:r>
            <w:r w:rsidRPr="00332DB8">
              <w:rPr>
                <w:lang w:val="ru-RU"/>
              </w:rPr>
              <w:t xml:space="preserve"> 04030.</w:t>
            </w:r>
            <w:r>
              <w:t>MOV</w:t>
            </w:r>
            <w:r w:rsidRPr="00332DB8">
              <w:rPr>
                <w:lang w:val="ru-RU"/>
              </w:rPr>
              <w:t>», «</w:t>
            </w:r>
            <w:r>
              <w:t>DSC</w:t>
            </w:r>
            <w:r w:rsidRPr="00332DB8">
              <w:rPr>
                <w:lang w:val="ru-RU"/>
              </w:rPr>
              <w:t xml:space="preserve"> 0465. </w:t>
            </w:r>
            <w:r>
              <w:t>MOV</w:t>
            </w:r>
            <w:r w:rsidRPr="00332DB8">
              <w:rPr>
                <w:lang w:val="ru-RU"/>
              </w:rPr>
              <w:t>», обнаруженные на внешнем жестком диске «3</w:t>
            </w:r>
            <w:r>
              <w:t>Q</w:t>
            </w:r>
            <w:r w:rsidRPr="00332DB8">
              <w:rPr>
                <w:lang w:val="ru-RU"/>
              </w:rPr>
              <w:t>», изъятом у Митяева С.В. (решение Замоскворецкого районного суда города Москвы от 16.06.2015);</w:t>
            </w:r>
          </w:p>
        </w:tc>
        <w:tc>
          <w:tcPr>
            <w:tcW w:w="2880" w:type="dxa"/>
          </w:tcPr>
          <w:p w:rsidR="006F7457" w:rsidRPr="00332DB8" w:rsidRDefault="006F7457">
            <w:pPr>
              <w:rPr>
                <w:lang w:val="ru-RU"/>
              </w:rPr>
            </w:pPr>
          </w:p>
        </w:tc>
      </w:tr>
      <w:tr w:rsidR="006F7457" w:rsidRPr="005A424D">
        <w:tc>
          <w:tcPr>
            <w:tcW w:w="2880" w:type="dxa"/>
          </w:tcPr>
          <w:p w:rsidR="006F7457" w:rsidRDefault="00332DB8">
            <w:r>
              <w:t>31</w:t>
            </w:r>
            <w:r>
              <w:lastRenderedPageBreak/>
              <w:t>28.</w:t>
            </w:r>
          </w:p>
        </w:tc>
        <w:tc>
          <w:tcPr>
            <w:tcW w:w="2880" w:type="dxa"/>
          </w:tcPr>
          <w:p w:rsidR="006F7457" w:rsidRPr="00332DB8" w:rsidRDefault="00332DB8">
            <w:pPr>
              <w:rPr>
                <w:lang w:val="ru-RU"/>
              </w:rPr>
            </w:pPr>
            <w:r w:rsidRPr="00332DB8">
              <w:rPr>
                <w:lang w:val="ru-RU"/>
              </w:rPr>
              <w:lastRenderedPageBreak/>
              <w:t>Музыкальная композиция под названием «</w:t>
            </w:r>
            <w:r>
              <w:t>Agentine</w:t>
            </w:r>
            <w:r w:rsidRPr="00332DB8">
              <w:rPr>
                <w:lang w:val="ru-RU"/>
              </w:rPr>
              <w:t xml:space="preserve"> п.у. ОколоРеп – Солнце за нас», размещенная в сети Интернет на личной странице пользователя «Александр Прохоров» сайта «В контакте» по адресу </w:t>
            </w:r>
            <w:r>
              <w:t>http</w:t>
            </w:r>
            <w:r w:rsidRPr="00332DB8">
              <w:rPr>
                <w:lang w:val="ru-RU"/>
              </w:rPr>
              <w:t>://</w:t>
            </w:r>
            <w:r>
              <w:t>vk</w:t>
            </w:r>
            <w:r w:rsidRPr="00332DB8">
              <w:rPr>
                <w:lang w:val="ru-RU"/>
              </w:rPr>
              <w:t>.</w:t>
            </w:r>
            <w:r>
              <w:t>com</w:t>
            </w:r>
            <w:r w:rsidRPr="00332DB8">
              <w:rPr>
                <w:lang w:val="ru-RU"/>
              </w:rPr>
              <w:t xml:space="preserve"> </w:t>
            </w:r>
            <w:r w:rsidRPr="00332DB8">
              <w:rPr>
                <w:lang w:val="ru-RU"/>
              </w:rPr>
              <w:lastRenderedPageBreak/>
              <w:t>(решение Южно-Сахалинского городского суда Сахалинской области от 14.08.2015);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3129.</w:t>
            </w:r>
          </w:p>
        </w:tc>
        <w:tc>
          <w:tcPr>
            <w:tcW w:w="2880" w:type="dxa"/>
          </w:tcPr>
          <w:p w:rsidR="006F7457" w:rsidRPr="00332DB8" w:rsidRDefault="00332DB8">
            <w:pPr>
              <w:rPr>
                <w:lang w:val="ru-RU"/>
              </w:rPr>
            </w:pPr>
            <w:r w:rsidRPr="00332DB8">
              <w:rPr>
                <w:lang w:val="ru-RU"/>
              </w:rPr>
              <w:t>Музыкальные произведения праворадикальной группы «</w:t>
            </w:r>
            <w:r>
              <w:t>P</w:t>
            </w:r>
            <w:r w:rsidRPr="00332DB8">
              <w:rPr>
                <w:lang w:val="ru-RU"/>
              </w:rPr>
              <w:t>.</w:t>
            </w:r>
            <w:r>
              <w:t>S</w:t>
            </w:r>
            <w:r w:rsidRPr="00332DB8">
              <w:rPr>
                <w:lang w:val="ru-RU"/>
              </w:rPr>
              <w:t>.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2880" w:type="dxa"/>
          </w:tcPr>
          <w:p w:rsidR="006F7457" w:rsidRPr="00332DB8" w:rsidRDefault="006F7457">
            <w:pPr>
              <w:rPr>
                <w:lang w:val="ru-RU"/>
              </w:rPr>
            </w:pPr>
          </w:p>
        </w:tc>
      </w:tr>
      <w:tr w:rsidR="006F7457" w:rsidRPr="005A424D">
        <w:tc>
          <w:tcPr>
            <w:tcW w:w="2880" w:type="dxa"/>
          </w:tcPr>
          <w:p w:rsidR="006F7457" w:rsidRDefault="00332DB8">
            <w:r>
              <w:t>3130.</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виртуальном сообществе под названием «Скинхеды 88», расположенном на странице по электронному адресу: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18584092, и информационные материалы, размещенные в виртуальном сообществе под названием «Стена ненависти», расположенном на странице по электронному адресу: </w:t>
            </w:r>
            <w:r>
              <w:t>http</w:t>
            </w:r>
            <w:r w:rsidRPr="00332DB8">
              <w:rPr>
                <w:lang w:val="ru-RU"/>
              </w:rPr>
              <w:t>://</w:t>
            </w:r>
            <w:r>
              <w:t>hatewall</w:t>
            </w:r>
            <w:r w:rsidRPr="00332DB8">
              <w:rPr>
                <w:lang w:val="ru-RU"/>
              </w:rPr>
              <w:t>.</w:t>
            </w:r>
            <w:r>
              <w:t>ru</w:t>
            </w:r>
            <w:r w:rsidRPr="00332DB8">
              <w:rPr>
                <w:lang w:val="ru-RU"/>
              </w:rPr>
              <w:t>/</w:t>
            </w:r>
            <w:r>
              <w:t>tag</w:t>
            </w:r>
            <w:r w:rsidRPr="00332DB8">
              <w:rPr>
                <w:lang w:val="ru-RU"/>
              </w:rPr>
              <w:t>/93 (решение Смольнинского районного суда города Санкт-Петербурга от 27.05.2015);</w:t>
            </w:r>
          </w:p>
        </w:tc>
        <w:tc>
          <w:tcPr>
            <w:tcW w:w="2880" w:type="dxa"/>
          </w:tcPr>
          <w:p w:rsidR="006F7457" w:rsidRPr="00332DB8" w:rsidRDefault="006F7457">
            <w:pPr>
              <w:rPr>
                <w:lang w:val="ru-RU"/>
              </w:rPr>
            </w:pPr>
          </w:p>
        </w:tc>
      </w:tr>
      <w:tr w:rsidR="006F7457" w:rsidRPr="005A424D">
        <w:tc>
          <w:tcPr>
            <w:tcW w:w="2880" w:type="dxa"/>
          </w:tcPr>
          <w:p w:rsidR="006F7457" w:rsidRDefault="00332DB8">
            <w:r>
              <w:t>3131.</w:t>
            </w:r>
          </w:p>
        </w:tc>
        <w:tc>
          <w:tcPr>
            <w:tcW w:w="2880" w:type="dxa"/>
          </w:tcPr>
          <w:p w:rsidR="006F7457" w:rsidRPr="00332DB8" w:rsidRDefault="00332DB8">
            <w:pPr>
              <w:rPr>
                <w:lang w:val="ru-RU"/>
              </w:rPr>
            </w:pPr>
            <w:r w:rsidRPr="00332DB8">
              <w:rPr>
                <w:lang w:val="ru-RU"/>
              </w:rPr>
              <w:t>Материалы кинофильма «Вечный жид», размещенные на электронном ресурсе в сети Интернет по адресам: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AOtmtFPFQdo</w:t>
            </w:r>
            <w:r w:rsidRPr="00332DB8">
              <w:rPr>
                <w:lang w:val="ru-RU"/>
              </w:rPr>
              <w:t>»;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mw</w:t>
            </w:r>
            <w:r w:rsidRPr="00332DB8">
              <w:rPr>
                <w:lang w:val="ru-RU"/>
              </w:rPr>
              <w:t>15</w:t>
            </w:r>
            <w:r>
              <w:t>KnaEuHg</w:t>
            </w:r>
            <w:r w:rsidRPr="00332DB8">
              <w:rPr>
                <w:lang w:val="ru-RU"/>
              </w:rPr>
              <w:t>»; «</w:t>
            </w:r>
            <w:r>
              <w:t>https</w:t>
            </w:r>
            <w:r w:rsidRPr="00332DB8">
              <w:rPr>
                <w:lang w:val="ru-RU"/>
              </w:rPr>
              <w:t>://</w:t>
            </w:r>
            <w:r>
              <w:t>www</w:t>
            </w:r>
            <w:r w:rsidRPr="00332DB8">
              <w:rPr>
                <w:lang w:val="ru-RU"/>
              </w:rPr>
              <w:t>.</w:t>
            </w:r>
            <w:r>
              <w:t>archive</w:t>
            </w:r>
            <w:r w:rsidRPr="00332DB8">
              <w:rPr>
                <w:lang w:val="ru-RU"/>
              </w:rPr>
              <w:t>.</w:t>
            </w:r>
            <w:r>
              <w:t>org</w:t>
            </w:r>
            <w:r w:rsidRPr="00332DB8">
              <w:rPr>
                <w:lang w:val="ru-RU"/>
              </w:rPr>
              <w:t>/</w:t>
            </w:r>
            <w:r>
              <w:t>details</w:t>
            </w:r>
            <w:r w:rsidRPr="00332DB8">
              <w:rPr>
                <w:lang w:val="ru-RU"/>
              </w:rPr>
              <w:t>/1940-</w:t>
            </w:r>
            <w:r>
              <w:t>Der</w:t>
            </w:r>
            <w:r w:rsidRPr="00332DB8">
              <w:rPr>
                <w:lang w:val="ru-RU"/>
              </w:rPr>
              <w:t>-</w:t>
            </w:r>
            <w:r>
              <w:t>Ewige</w:t>
            </w:r>
            <w:r w:rsidRPr="00332DB8">
              <w:rPr>
                <w:lang w:val="ru-RU"/>
              </w:rPr>
              <w:t>-</w:t>
            </w:r>
            <w:r>
              <w:t>Jude</w:t>
            </w:r>
            <w:r w:rsidRPr="00332DB8">
              <w:rPr>
                <w:lang w:val="ru-RU"/>
              </w:rPr>
              <w:t>-2» (решение Московского районного суда г. Казани от 03.09.2015);</w:t>
            </w:r>
          </w:p>
        </w:tc>
        <w:tc>
          <w:tcPr>
            <w:tcW w:w="2880" w:type="dxa"/>
          </w:tcPr>
          <w:p w:rsidR="006F7457" w:rsidRPr="00332DB8" w:rsidRDefault="006F7457">
            <w:pPr>
              <w:rPr>
                <w:lang w:val="ru-RU"/>
              </w:rPr>
            </w:pPr>
          </w:p>
        </w:tc>
      </w:tr>
      <w:tr w:rsidR="006F7457" w:rsidRPr="005A424D">
        <w:tc>
          <w:tcPr>
            <w:tcW w:w="2880" w:type="dxa"/>
          </w:tcPr>
          <w:p w:rsidR="006F7457" w:rsidRDefault="00332DB8">
            <w:r>
              <w:t>3132.</w:t>
            </w:r>
          </w:p>
        </w:tc>
        <w:tc>
          <w:tcPr>
            <w:tcW w:w="2880" w:type="dxa"/>
          </w:tcPr>
          <w:p w:rsidR="006F7457" w:rsidRPr="00332DB8" w:rsidRDefault="00332DB8">
            <w:pPr>
              <w:rPr>
                <w:lang w:val="ru-RU"/>
              </w:rPr>
            </w:pPr>
            <w:r w:rsidRPr="00332DB8">
              <w:rPr>
                <w:lang w:val="ru-RU"/>
              </w:rPr>
              <w:t>Видеоматериал с заголовком «Унижение … народа.</w:t>
            </w:r>
            <w:r>
              <w:t>flv</w:t>
            </w:r>
            <w:r w:rsidRPr="00332DB8">
              <w:rPr>
                <w:lang w:val="ru-RU"/>
              </w:rPr>
              <w:t xml:space="preserve">», размещенный в сети Интернет по адресу </w:t>
            </w:r>
            <w:r>
              <w:t>https</w:t>
            </w:r>
            <w:r w:rsidRPr="00332DB8">
              <w:rPr>
                <w:lang w:val="ru-RU"/>
              </w:rPr>
              <w:t>://</w:t>
            </w:r>
            <w:r>
              <w:t>vk</w:t>
            </w:r>
            <w:r w:rsidRPr="00332DB8">
              <w:rPr>
                <w:lang w:val="ru-RU"/>
              </w:rPr>
              <w:t>.</w:t>
            </w:r>
            <w:r>
              <w:t>com</w:t>
            </w:r>
            <w:r w:rsidRPr="00332DB8">
              <w:rPr>
                <w:lang w:val="ru-RU"/>
              </w:rPr>
              <w:t>/</w:t>
            </w:r>
            <w:r>
              <w:t>videol</w:t>
            </w:r>
            <w:r w:rsidRPr="00332DB8">
              <w:rPr>
                <w:lang w:val="ru-RU"/>
              </w:rPr>
              <w:t>7958649_143923704, и видеоматериал с заголовком «</w:t>
            </w:r>
            <w:r>
              <w:t>Ozuni</w:t>
            </w:r>
            <w:r w:rsidRPr="00332DB8">
              <w:rPr>
                <w:lang w:val="ru-RU"/>
              </w:rPr>
              <w:t xml:space="preserve"> </w:t>
            </w:r>
            <w:r>
              <w:t>qirimtatar</w:t>
            </w:r>
            <w:r w:rsidRPr="00332DB8">
              <w:rPr>
                <w:lang w:val="ru-RU"/>
              </w:rPr>
              <w:t xml:space="preserve"> </w:t>
            </w:r>
            <w:r>
              <w:t>dep</w:t>
            </w:r>
            <w:r w:rsidRPr="00332DB8">
              <w:rPr>
                <w:lang w:val="ru-RU"/>
              </w:rPr>
              <w:t xml:space="preserve"> </w:t>
            </w:r>
            <w:r>
              <w:t>saygan</w:t>
            </w:r>
            <w:r w:rsidRPr="00332DB8">
              <w:rPr>
                <w:lang w:val="ru-RU"/>
              </w:rPr>
              <w:t xml:space="preserve"> </w:t>
            </w:r>
            <w:r>
              <w:t>insanina</w:t>
            </w:r>
            <w:r w:rsidRPr="00332DB8">
              <w:rPr>
                <w:lang w:val="ru-RU"/>
              </w:rPr>
              <w:t xml:space="preserve"> </w:t>
            </w:r>
            <w:r>
              <w:t>Yilbas</w:t>
            </w:r>
            <w:r w:rsidRPr="00332DB8">
              <w:rPr>
                <w:lang w:val="ru-RU"/>
              </w:rPr>
              <w:t xml:space="preserve"> </w:t>
            </w:r>
            <w:r>
              <w:t>bayramnin</w:t>
            </w:r>
            <w:r w:rsidRPr="00332DB8">
              <w:rPr>
                <w:lang w:val="ru-RU"/>
              </w:rPr>
              <w:t xml:space="preserve"> </w:t>
            </w:r>
            <w:r>
              <w:t>emiyetinasil</w:t>
            </w:r>
            <w:r w:rsidRPr="00332DB8">
              <w:rPr>
                <w:lang w:val="ru-RU"/>
              </w:rPr>
              <w:t>?.</w:t>
            </w:r>
            <w:r>
              <w:t>flv</w:t>
            </w:r>
            <w:r w:rsidRPr="00332DB8">
              <w:rPr>
                <w:lang w:val="ru-RU"/>
              </w:rPr>
              <w:t xml:space="preserve">», размещенный в сети Интернет по адресу </w:t>
            </w:r>
            <w:r>
              <w:t>https</w:t>
            </w:r>
            <w:r w:rsidRPr="00332DB8">
              <w:rPr>
                <w:lang w:val="ru-RU"/>
              </w:rPr>
              <w:t>://</w:t>
            </w:r>
            <w:r>
              <w:t>vk</w:t>
            </w:r>
            <w:r w:rsidRPr="00332DB8">
              <w:rPr>
                <w:lang w:val="ru-RU"/>
              </w:rPr>
              <w:t>.</w:t>
            </w:r>
            <w:r>
              <w:t>com</w:t>
            </w:r>
            <w:r w:rsidRPr="00332DB8">
              <w:rPr>
                <w:lang w:val="ru-RU"/>
              </w:rPr>
              <w:t>/</w:t>
            </w:r>
            <w:r>
              <w:t>videol</w:t>
            </w:r>
            <w:r w:rsidRPr="00332DB8">
              <w:rPr>
                <w:lang w:val="ru-RU"/>
              </w:rPr>
              <w:t>7958649_143924322 (решение Октябрьского районного суда г. Новороссийска от 27.07.2015);</w:t>
            </w:r>
          </w:p>
        </w:tc>
        <w:tc>
          <w:tcPr>
            <w:tcW w:w="2880" w:type="dxa"/>
          </w:tcPr>
          <w:p w:rsidR="006F7457" w:rsidRPr="00332DB8" w:rsidRDefault="006F7457">
            <w:pPr>
              <w:rPr>
                <w:lang w:val="ru-RU"/>
              </w:rPr>
            </w:pPr>
          </w:p>
        </w:tc>
      </w:tr>
      <w:tr w:rsidR="006F7457" w:rsidRPr="005A424D">
        <w:tc>
          <w:tcPr>
            <w:tcW w:w="2880" w:type="dxa"/>
          </w:tcPr>
          <w:p w:rsidR="006F7457" w:rsidRDefault="00332DB8">
            <w:r>
              <w:t>313</w:t>
            </w:r>
            <w:r>
              <w:lastRenderedPageBreak/>
              <w:t>3.</w:t>
            </w:r>
          </w:p>
        </w:tc>
        <w:tc>
          <w:tcPr>
            <w:tcW w:w="2880" w:type="dxa"/>
          </w:tcPr>
          <w:p w:rsidR="006F7457" w:rsidRPr="00332DB8" w:rsidRDefault="00332DB8">
            <w:pPr>
              <w:rPr>
                <w:lang w:val="ru-RU"/>
              </w:rPr>
            </w:pPr>
            <w:r w:rsidRPr="00332DB8">
              <w:rPr>
                <w:lang w:val="ru-RU"/>
              </w:rPr>
              <w:lastRenderedPageBreak/>
              <w:t>Видеоролик «На пророческом пути_.</w:t>
            </w:r>
            <w:r>
              <w:t>mp</w:t>
            </w:r>
            <w:r w:rsidRPr="00332DB8">
              <w:rPr>
                <w:lang w:val="ru-RU"/>
              </w:rPr>
              <w:t>4», размещенный в социальной сети «В Контакте» на персональной странице пользователя «</w:t>
            </w:r>
            <w:r>
              <w:t>Abu</w:t>
            </w:r>
            <w:r w:rsidRPr="00332DB8">
              <w:rPr>
                <w:lang w:val="ru-RU"/>
              </w:rPr>
              <w:t>-</w:t>
            </w:r>
            <w:r>
              <w:t>Huraira</w:t>
            </w:r>
            <w:r w:rsidRPr="00332DB8">
              <w:rPr>
                <w:lang w:val="ru-RU"/>
              </w:rPr>
              <w:t xml:space="preserve"> </w:t>
            </w:r>
            <w:r>
              <w:t>Al</w:t>
            </w:r>
            <w:r w:rsidRPr="00332DB8">
              <w:rPr>
                <w:lang w:val="ru-RU"/>
              </w:rPr>
              <w:t>-</w:t>
            </w:r>
            <w:r>
              <w:t>Horasan</w:t>
            </w:r>
            <w:r w:rsidRPr="00332DB8">
              <w:rPr>
                <w:lang w:val="ru-RU"/>
              </w:rPr>
              <w:t>»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278210497» </w:t>
            </w:r>
            <w:r w:rsidRPr="00332DB8">
              <w:rPr>
                <w:lang w:val="ru-RU"/>
              </w:rPr>
              <w:lastRenderedPageBreak/>
              <w:t>(решение Бабушкинского районного суда города Москвы от 12.08.2015);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3134.</w:t>
            </w:r>
          </w:p>
        </w:tc>
        <w:tc>
          <w:tcPr>
            <w:tcW w:w="2880" w:type="dxa"/>
          </w:tcPr>
          <w:p w:rsidR="006F7457" w:rsidRPr="00332DB8" w:rsidRDefault="00332DB8">
            <w:pPr>
              <w:rPr>
                <w:lang w:val="ru-RU"/>
              </w:rPr>
            </w:pPr>
            <w:r w:rsidRPr="00332DB8">
              <w:rPr>
                <w:lang w:val="ru-RU"/>
              </w:rPr>
              <w:t>Видеофайл «</w:t>
            </w:r>
            <w:r>
              <w:t>Krek</w:t>
            </w:r>
            <w:r w:rsidRPr="00332DB8">
              <w:rPr>
                <w:lang w:val="ru-RU"/>
              </w:rPr>
              <w:t xml:space="preserve"> –</w:t>
            </w:r>
            <w:r>
              <w:t>Vechnyi</w:t>
            </w:r>
            <w:r w:rsidRPr="00332DB8">
              <w:rPr>
                <w:lang w:val="ru-RU"/>
              </w:rPr>
              <w:t xml:space="preserve"> </w:t>
            </w:r>
            <w:r>
              <w:t>rai</w:t>
            </w:r>
            <w:r w:rsidRPr="00332DB8">
              <w:rPr>
                <w:lang w:val="ru-RU"/>
              </w:rPr>
              <w:t>» (</w:t>
            </w:r>
            <w:r>
              <w:t>Crack</w:t>
            </w:r>
            <w:r w:rsidRPr="00332DB8">
              <w:rPr>
                <w:lang w:val="ru-RU"/>
              </w:rPr>
              <w:t xml:space="preserve"> –</w:t>
            </w:r>
            <w:r>
              <w:t>Enternal</w:t>
            </w:r>
            <w:r w:rsidRPr="00332DB8">
              <w:rPr>
                <w:lang w:val="ru-RU"/>
              </w:rPr>
              <w:t xml:space="preserve"> </w:t>
            </w:r>
            <w:r>
              <w:t>Paradise</w:t>
            </w:r>
            <w:r w:rsidRPr="00332DB8">
              <w:rPr>
                <w:lang w:val="ru-RU"/>
              </w:rPr>
              <w:t xml:space="preserve">).360», размещенный в социальной сети «В контакте» в сети Интернет, имеющие сетевой адрес </w:t>
            </w:r>
            <w:r>
              <w:t>www</w:t>
            </w:r>
            <w:r w:rsidRPr="00332DB8">
              <w:rPr>
                <w:lang w:val="ru-RU"/>
              </w:rPr>
              <w:t>.</w:t>
            </w:r>
            <w:r>
              <w:t>vk</w:t>
            </w:r>
            <w:r w:rsidRPr="00332DB8">
              <w:rPr>
                <w:lang w:val="ru-RU"/>
              </w:rPr>
              <w:t>.</w:t>
            </w:r>
            <w:r>
              <w:t>com</w:t>
            </w:r>
            <w:r w:rsidRPr="00332DB8">
              <w:rPr>
                <w:lang w:val="ru-RU"/>
              </w:rPr>
              <w:t>/</w:t>
            </w:r>
            <w:r>
              <w:t>id</w:t>
            </w:r>
            <w:r w:rsidRPr="00332DB8">
              <w:rPr>
                <w:lang w:val="ru-RU"/>
              </w:rPr>
              <w:t>299751832 (решение Калужского районного суда Калужской области от 27.08.2015);</w:t>
            </w:r>
          </w:p>
        </w:tc>
        <w:tc>
          <w:tcPr>
            <w:tcW w:w="2880" w:type="dxa"/>
          </w:tcPr>
          <w:p w:rsidR="006F7457" w:rsidRPr="00332DB8" w:rsidRDefault="006F7457">
            <w:pPr>
              <w:rPr>
                <w:lang w:val="ru-RU"/>
              </w:rPr>
            </w:pPr>
          </w:p>
        </w:tc>
      </w:tr>
      <w:tr w:rsidR="006F7457" w:rsidRPr="005A424D">
        <w:tc>
          <w:tcPr>
            <w:tcW w:w="2880" w:type="dxa"/>
          </w:tcPr>
          <w:p w:rsidR="006F7457" w:rsidRDefault="00332DB8">
            <w:r>
              <w:t>3135.</w:t>
            </w:r>
          </w:p>
        </w:tc>
        <w:tc>
          <w:tcPr>
            <w:tcW w:w="2880" w:type="dxa"/>
          </w:tcPr>
          <w:p w:rsidR="006F7457" w:rsidRPr="00332DB8" w:rsidRDefault="00332DB8">
            <w:pPr>
              <w:rPr>
                <w:lang w:val="ru-RU"/>
              </w:rPr>
            </w:pPr>
            <w:r w:rsidRPr="00332DB8">
              <w:rPr>
                <w:lang w:val="ru-RU"/>
              </w:rPr>
              <w:t>Интернет-ресурс «ЦЕНЗОР.НЕТ» (</w:t>
            </w:r>
            <w:r>
              <w:t>http</w:t>
            </w:r>
            <w:r w:rsidRPr="00332DB8">
              <w:rPr>
                <w:lang w:val="ru-RU"/>
              </w:rPr>
              <w:t>://</w:t>
            </w:r>
            <w:r>
              <w:t>censor</w:t>
            </w:r>
            <w:r w:rsidRPr="00332DB8">
              <w:rPr>
                <w:lang w:val="ru-RU"/>
              </w:rPr>
              <w:t>.</w:t>
            </w:r>
            <w:r>
              <w:t>net</w:t>
            </w:r>
            <w:r w:rsidRPr="00332DB8">
              <w:rPr>
                <w:lang w:val="ru-RU"/>
              </w:rPr>
              <w:t>.</w:t>
            </w:r>
            <w:r>
              <w:t>ua</w:t>
            </w:r>
            <w:r w:rsidRPr="00332DB8">
              <w:rPr>
                <w:lang w:val="ru-RU"/>
              </w:rPr>
              <w:t>) (решение Кировского районного суда г. Волгограда от 04.09.2015);</w:t>
            </w:r>
          </w:p>
        </w:tc>
        <w:tc>
          <w:tcPr>
            <w:tcW w:w="2880" w:type="dxa"/>
          </w:tcPr>
          <w:p w:rsidR="006F7457" w:rsidRPr="00332DB8" w:rsidRDefault="006F7457">
            <w:pPr>
              <w:rPr>
                <w:lang w:val="ru-RU"/>
              </w:rPr>
            </w:pPr>
          </w:p>
        </w:tc>
      </w:tr>
      <w:tr w:rsidR="006F7457" w:rsidRPr="005A424D">
        <w:tc>
          <w:tcPr>
            <w:tcW w:w="2880" w:type="dxa"/>
          </w:tcPr>
          <w:p w:rsidR="006F7457" w:rsidRDefault="00332DB8">
            <w:r>
              <w:t>3136.</w:t>
            </w:r>
          </w:p>
        </w:tc>
        <w:tc>
          <w:tcPr>
            <w:tcW w:w="2880" w:type="dxa"/>
          </w:tcPr>
          <w:p w:rsidR="006F7457" w:rsidRPr="00332DB8" w:rsidRDefault="00332DB8">
            <w:pPr>
              <w:rPr>
                <w:lang w:val="ru-RU"/>
              </w:rPr>
            </w:pPr>
            <w:r w:rsidRPr="00332DB8">
              <w:rPr>
                <w:lang w:val="ru-RU"/>
              </w:rPr>
              <w:t xml:space="preserve">Видеоматериалы «скинхеды» </w:t>
            </w:r>
            <w:r>
              <w:t>http</w:t>
            </w:r>
            <w:r w:rsidRPr="00332DB8">
              <w:rPr>
                <w:lang w:val="ru-RU"/>
              </w:rPr>
              <w:t>://</w:t>
            </w:r>
            <w:r>
              <w:t>vk</w:t>
            </w:r>
            <w:r w:rsidRPr="00332DB8">
              <w:rPr>
                <w:lang w:val="ru-RU"/>
              </w:rPr>
              <w:t>.</w:t>
            </w:r>
            <w:r>
              <w:t>com</w:t>
            </w:r>
            <w:r w:rsidRPr="00332DB8">
              <w:rPr>
                <w:lang w:val="ru-RU"/>
              </w:rPr>
              <w:t>/</w:t>
            </w:r>
            <w:r>
              <w:t>video</w:t>
            </w:r>
            <w:r w:rsidRPr="00332DB8">
              <w:rPr>
                <w:lang w:val="ru-RU"/>
              </w:rPr>
              <w:t>15552370_169382013, «</w:t>
            </w:r>
            <w:r>
              <w:t>NS</w:t>
            </w:r>
            <w:r w:rsidRPr="00332DB8">
              <w:rPr>
                <w:lang w:val="ru-RU"/>
              </w:rPr>
              <w:t>/</w:t>
            </w:r>
            <w:r>
              <w:t>WP</w:t>
            </w:r>
            <w:r w:rsidRPr="00332DB8">
              <w:rPr>
                <w:lang w:val="ru-RU"/>
              </w:rPr>
              <w:t xml:space="preserve"> </w:t>
            </w:r>
            <w:r>
              <w:t>RUSSIA</w:t>
            </w:r>
            <w:r w:rsidRPr="00332DB8">
              <w:rPr>
                <w:lang w:val="ru-RU"/>
              </w:rPr>
              <w:t xml:space="preserve"> </w:t>
            </w:r>
            <w:r>
              <w:t>FOR</w:t>
            </w:r>
            <w:r w:rsidRPr="00332DB8">
              <w:rPr>
                <w:lang w:val="ru-RU"/>
              </w:rPr>
              <w:t xml:space="preserve"> </w:t>
            </w:r>
            <w:r>
              <w:t>RUSSIANS</w:t>
            </w:r>
            <w:r w:rsidRPr="00332DB8">
              <w:rPr>
                <w:lang w:val="ru-RU"/>
              </w:rPr>
              <w:t xml:space="preserve">!РОССИЯ ДЛЯ РУССКИХ 14/88»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15552370_1663894338, «Обращение бойца Славянского Союза к Русской нации» </w:t>
            </w:r>
            <w:r>
              <w:t>http</w:t>
            </w:r>
            <w:r w:rsidRPr="00332DB8">
              <w:rPr>
                <w:lang w:val="ru-RU"/>
              </w:rPr>
              <w:t>://</w:t>
            </w:r>
            <w:r>
              <w:t>vk</w:t>
            </w:r>
            <w:r w:rsidRPr="00332DB8">
              <w:rPr>
                <w:lang w:val="ru-RU"/>
              </w:rPr>
              <w:t>.</w:t>
            </w:r>
            <w:r>
              <w:t>com</w:t>
            </w:r>
            <w:r w:rsidRPr="00332DB8">
              <w:rPr>
                <w:lang w:val="ru-RU"/>
              </w:rPr>
              <w:t>/</w:t>
            </w:r>
            <w:r>
              <w:t>video</w:t>
            </w:r>
            <w:r w:rsidRPr="00332DB8">
              <w:rPr>
                <w:lang w:val="ru-RU"/>
              </w:rPr>
              <w:t>15552370_169390999, размещенные на Интернет-ресурсе в социальной сети «ВКонтакте» (решение Курганского городского суда от 28.05.2015);</w:t>
            </w:r>
          </w:p>
        </w:tc>
        <w:tc>
          <w:tcPr>
            <w:tcW w:w="2880" w:type="dxa"/>
          </w:tcPr>
          <w:p w:rsidR="006F7457" w:rsidRPr="00332DB8" w:rsidRDefault="006F7457">
            <w:pPr>
              <w:rPr>
                <w:lang w:val="ru-RU"/>
              </w:rPr>
            </w:pPr>
          </w:p>
        </w:tc>
      </w:tr>
      <w:tr w:rsidR="006F7457" w:rsidRPr="005A424D">
        <w:tc>
          <w:tcPr>
            <w:tcW w:w="2880" w:type="dxa"/>
          </w:tcPr>
          <w:p w:rsidR="006F7457" w:rsidRDefault="00332DB8">
            <w:r>
              <w:t>3137.</w:t>
            </w:r>
          </w:p>
        </w:tc>
        <w:tc>
          <w:tcPr>
            <w:tcW w:w="2880" w:type="dxa"/>
          </w:tcPr>
          <w:p w:rsidR="006F7457" w:rsidRPr="00332DB8" w:rsidRDefault="00332DB8">
            <w:pPr>
              <w:rPr>
                <w:lang w:val="ru-RU"/>
              </w:rPr>
            </w:pPr>
            <w:r w:rsidRPr="00332DB8">
              <w:rPr>
                <w:lang w:val="ru-RU"/>
              </w:rPr>
              <w:t xml:space="preserve">Информационные видеоматериалы, размещенные на интернет-страницах -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CBUGqb</w:t>
            </w:r>
            <w:r w:rsidRPr="00332DB8">
              <w:rPr>
                <w:lang w:val="ru-RU"/>
              </w:rPr>
              <w:t>0</w:t>
            </w:r>
            <w:r>
              <w:t>QZvg</w:t>
            </w:r>
            <w:r w:rsidRPr="00332DB8">
              <w:rPr>
                <w:lang w:val="ru-RU"/>
              </w:rPr>
              <w:t xml:space="preserve"> – изготовление фугаса 1 правый сектоР;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205504318_170169532 - изготовление фугаса 1 правый сектор; </w:t>
            </w:r>
            <w:r>
              <w:t>http</w:t>
            </w:r>
            <w:r w:rsidRPr="00332DB8">
              <w:rPr>
                <w:lang w:val="ru-RU"/>
              </w:rPr>
              <w:t>://</w:t>
            </w:r>
            <w:r>
              <w:t>grandhdcns</w:t>
            </w:r>
            <w:r w:rsidRPr="00332DB8">
              <w:rPr>
                <w:lang w:val="ru-RU"/>
              </w:rPr>
              <w:t>.</w:t>
            </w:r>
            <w:r>
              <w:t>net</w:t>
            </w:r>
            <w:r w:rsidRPr="00332DB8">
              <w:rPr>
                <w:lang w:val="ru-RU"/>
              </w:rPr>
              <w:t>/</w:t>
            </w:r>
            <w:r>
              <w:t>smotret</w:t>
            </w:r>
            <w:r w:rsidRPr="00332DB8">
              <w:rPr>
                <w:lang w:val="ru-RU"/>
              </w:rPr>
              <w:t>-</w:t>
            </w:r>
            <w:r>
              <w:t>video</w:t>
            </w:r>
            <w:r w:rsidRPr="00332DB8">
              <w:rPr>
                <w:lang w:val="ru-RU"/>
              </w:rPr>
              <w:t xml:space="preserve">/170160066-205504318/ - ПРАВЫЙ СЕКТОР УСТАНОВКА ФУГАСА 2 смотреть онлайн; </w:t>
            </w:r>
            <w:r>
              <w:t>http</w:t>
            </w:r>
            <w:r w:rsidRPr="00332DB8">
              <w:rPr>
                <w:lang w:val="ru-RU"/>
              </w:rPr>
              <w:t>://</w:t>
            </w:r>
            <w:r>
              <w:t>vk</w:t>
            </w:r>
            <w:r w:rsidRPr="00332DB8">
              <w:rPr>
                <w:lang w:val="ru-RU"/>
              </w:rPr>
              <w:t>.</w:t>
            </w:r>
            <w:r>
              <w:t>com</w:t>
            </w:r>
            <w:r w:rsidRPr="00332DB8">
              <w:rPr>
                <w:lang w:val="ru-RU"/>
              </w:rPr>
              <w:t>/</w:t>
            </w:r>
            <w:r>
              <w:t>video</w:t>
            </w:r>
            <w:r w:rsidRPr="00332DB8">
              <w:rPr>
                <w:lang w:val="ru-RU"/>
              </w:rPr>
              <w:t>205504318_17016006? - ПРАВЫЙ СЕКТОР УСТАНОВКА ФУГАСА 2 (решение Ноябрьского городского суда Ямало-Ненецкого автономного округа от 03.09.2015);</w:t>
            </w:r>
          </w:p>
        </w:tc>
        <w:tc>
          <w:tcPr>
            <w:tcW w:w="2880" w:type="dxa"/>
          </w:tcPr>
          <w:p w:rsidR="006F7457" w:rsidRPr="00332DB8" w:rsidRDefault="006F7457">
            <w:pPr>
              <w:rPr>
                <w:lang w:val="ru-RU"/>
              </w:rPr>
            </w:pPr>
          </w:p>
        </w:tc>
      </w:tr>
      <w:tr w:rsidR="006F7457" w:rsidRPr="005A424D">
        <w:tc>
          <w:tcPr>
            <w:tcW w:w="2880" w:type="dxa"/>
          </w:tcPr>
          <w:p w:rsidR="006F7457" w:rsidRDefault="00332DB8">
            <w:r>
              <w:t>3138.</w:t>
            </w:r>
          </w:p>
        </w:tc>
        <w:tc>
          <w:tcPr>
            <w:tcW w:w="2880" w:type="dxa"/>
          </w:tcPr>
          <w:p w:rsidR="006F7457" w:rsidRPr="00332DB8" w:rsidRDefault="00332DB8">
            <w:pPr>
              <w:rPr>
                <w:lang w:val="ru-RU"/>
              </w:rPr>
            </w:pPr>
            <w:r w:rsidRPr="00332DB8">
              <w:rPr>
                <w:lang w:val="ru-RU"/>
              </w:rPr>
              <w:t xml:space="preserve">Информационные видеоматериалы, размещенные на интернет-страницах: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wath</w:t>
            </w:r>
            <w:r w:rsidRPr="00332DB8">
              <w:rPr>
                <w:lang w:val="ru-RU"/>
              </w:rPr>
              <w:t>?</w:t>
            </w:r>
            <w:r>
              <w:t>v</w:t>
            </w:r>
            <w:r w:rsidRPr="00332DB8">
              <w:rPr>
                <w:lang w:val="ru-RU"/>
              </w:rPr>
              <w:t>=</w:t>
            </w:r>
            <w:r>
              <w:t>yhgUO</w:t>
            </w:r>
            <w:r w:rsidRPr="00332DB8">
              <w:rPr>
                <w:lang w:val="ru-RU"/>
              </w:rPr>
              <w:t>3</w:t>
            </w:r>
            <w:r>
              <w:t>zJG</w:t>
            </w:r>
            <w:r w:rsidRPr="00332DB8">
              <w:rPr>
                <w:lang w:val="ru-RU"/>
              </w:rPr>
              <w:t>9</w:t>
            </w:r>
            <w:r>
              <w:t>Q</w:t>
            </w:r>
            <w:r w:rsidRPr="00332DB8">
              <w:rPr>
                <w:lang w:val="ru-RU"/>
              </w:rPr>
              <w:t xml:space="preserve"> – «вот так Активисты Правого сектора учат своих детей убивать сепаратиство Украина новости 20.01.2015»;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wath</w:t>
            </w:r>
            <w:r w:rsidRPr="00332DB8">
              <w:rPr>
                <w:lang w:val="ru-RU"/>
              </w:rPr>
              <w:t>?</w:t>
            </w:r>
            <w:r>
              <w:t>v</w:t>
            </w:r>
            <w:r w:rsidRPr="00332DB8">
              <w:rPr>
                <w:lang w:val="ru-RU"/>
              </w:rPr>
              <w:t>=</w:t>
            </w:r>
            <w:r>
              <w:t>uhJ</w:t>
            </w:r>
            <w:r w:rsidRPr="00332DB8">
              <w:rPr>
                <w:lang w:val="ru-RU"/>
              </w:rPr>
              <w:t>7</w:t>
            </w:r>
            <w:r>
              <w:t>D</w:t>
            </w:r>
            <w:r w:rsidRPr="00332DB8">
              <w:rPr>
                <w:lang w:val="ru-RU"/>
              </w:rPr>
              <w:t>6</w:t>
            </w:r>
            <w:r>
              <w:t>QOpxU</w:t>
            </w:r>
            <w:r w:rsidRPr="00332DB8">
              <w:rPr>
                <w:lang w:val="ru-RU"/>
              </w:rPr>
              <w:t xml:space="preserve"> – «призыв к джихаду против России» (решение Ноябрьского городского суда Ямало-Ненецкого автономного округа от </w:t>
            </w:r>
            <w:r w:rsidRPr="00332DB8">
              <w:rPr>
                <w:lang w:val="ru-RU"/>
              </w:rPr>
              <w:lastRenderedPageBreak/>
              <w:t>03.09.2015);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3139.</w:t>
            </w:r>
          </w:p>
        </w:tc>
        <w:tc>
          <w:tcPr>
            <w:tcW w:w="2880" w:type="dxa"/>
          </w:tcPr>
          <w:p w:rsidR="006F7457" w:rsidRPr="00332DB8" w:rsidRDefault="00332DB8">
            <w:pPr>
              <w:rPr>
                <w:lang w:val="ru-RU"/>
              </w:rPr>
            </w:pPr>
            <w:r w:rsidRPr="00332DB8">
              <w:rPr>
                <w:lang w:val="ru-RU"/>
              </w:rPr>
              <w:t>Видеоролик «_</w:t>
            </w:r>
            <w:r>
              <w:t>ISN</w:t>
            </w:r>
            <w:r w:rsidRPr="00332DB8">
              <w:rPr>
                <w:lang w:val="ru-RU"/>
              </w:rPr>
              <w:t xml:space="preserve"> Проповедь перед боем.</w:t>
            </w:r>
            <w:r>
              <w:t>mp</w:t>
            </w:r>
            <w:r w:rsidRPr="00332DB8">
              <w:rPr>
                <w:lang w:val="ru-RU"/>
              </w:rPr>
              <w:t>4», размещенный в социальной сети «В Контакте» на персональной странице пользователя «</w:t>
            </w:r>
            <w:r>
              <w:t>Abu</w:t>
            </w:r>
            <w:r w:rsidRPr="00332DB8">
              <w:rPr>
                <w:lang w:val="ru-RU"/>
              </w:rPr>
              <w:t>-</w:t>
            </w:r>
            <w:r>
              <w:t>Huraira</w:t>
            </w:r>
            <w:r w:rsidRPr="00332DB8">
              <w:rPr>
                <w:lang w:val="ru-RU"/>
              </w:rPr>
              <w:t xml:space="preserve"> </w:t>
            </w:r>
            <w:r>
              <w:t>Al</w:t>
            </w:r>
            <w:r w:rsidRPr="00332DB8">
              <w:rPr>
                <w:lang w:val="ru-RU"/>
              </w:rPr>
              <w:t>-</w:t>
            </w:r>
            <w:r>
              <w:t>Horasan</w:t>
            </w:r>
            <w:r w:rsidRPr="00332DB8">
              <w:rPr>
                <w:lang w:val="ru-RU"/>
              </w:rPr>
              <w:t>»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278210497» (решение Бабушкинского районного суда города Москвы от 12.08.2015);</w:t>
            </w:r>
          </w:p>
        </w:tc>
        <w:tc>
          <w:tcPr>
            <w:tcW w:w="2880" w:type="dxa"/>
          </w:tcPr>
          <w:p w:rsidR="006F7457" w:rsidRPr="00332DB8" w:rsidRDefault="006F7457">
            <w:pPr>
              <w:rPr>
                <w:lang w:val="ru-RU"/>
              </w:rPr>
            </w:pPr>
          </w:p>
        </w:tc>
      </w:tr>
      <w:tr w:rsidR="006F7457" w:rsidRPr="005A424D">
        <w:tc>
          <w:tcPr>
            <w:tcW w:w="2880" w:type="dxa"/>
          </w:tcPr>
          <w:p w:rsidR="006F7457" w:rsidRDefault="00332DB8">
            <w:r>
              <w:t>3140.</w:t>
            </w:r>
          </w:p>
        </w:tc>
        <w:tc>
          <w:tcPr>
            <w:tcW w:w="2880" w:type="dxa"/>
          </w:tcPr>
          <w:p w:rsidR="006F7457" w:rsidRPr="00332DB8" w:rsidRDefault="00332DB8">
            <w:pPr>
              <w:rPr>
                <w:lang w:val="ru-RU"/>
              </w:rPr>
            </w:pPr>
            <w:r w:rsidRPr="00332DB8">
              <w:rPr>
                <w:lang w:val="ru-RU"/>
              </w:rPr>
              <w:t>Видеоматериал «</w:t>
            </w:r>
            <w:r>
              <w:t>NS</w:t>
            </w:r>
            <w:r w:rsidRPr="00332DB8">
              <w:rPr>
                <w:lang w:val="ru-RU"/>
              </w:rPr>
              <w:t>/</w:t>
            </w:r>
            <w:r>
              <w:t>WP</w:t>
            </w:r>
            <w:r w:rsidRPr="00332DB8">
              <w:rPr>
                <w:lang w:val="ru-RU"/>
              </w:rPr>
              <w:t xml:space="preserve"> Челябинск-прокуратура”, размещенный в телекоммуникационной сети Интернет на ресурсе «В контакте» </w:t>
            </w:r>
            <w:r>
              <w:t>vk</w:t>
            </w:r>
            <w:r w:rsidRPr="00332DB8">
              <w:rPr>
                <w:lang w:val="ru-RU"/>
              </w:rPr>
              <w:t>.</w:t>
            </w:r>
            <w:r>
              <w:t>com</w:t>
            </w:r>
            <w:r w:rsidRPr="00332DB8">
              <w:rPr>
                <w:lang w:val="ru-RU"/>
              </w:rPr>
              <w:t>/</w:t>
            </w:r>
            <w:r>
              <w:t>video</w:t>
            </w:r>
            <w:r w:rsidRPr="00332DB8">
              <w:rPr>
                <w:lang w:val="ru-RU"/>
              </w:rPr>
              <w:t xml:space="preserve">- 56282140_168414246, </w:t>
            </w:r>
            <w:r>
              <w:t>vk</w:t>
            </w:r>
            <w:r w:rsidRPr="00332DB8">
              <w:rPr>
                <w:lang w:val="ru-RU"/>
              </w:rPr>
              <w:t>.</w:t>
            </w:r>
            <w:r>
              <w:t>com</w:t>
            </w:r>
            <w:r w:rsidRPr="00332DB8">
              <w:rPr>
                <w:lang w:val="ru-RU"/>
              </w:rPr>
              <w:t>/</w:t>
            </w:r>
            <w:r>
              <w:t>video</w:t>
            </w:r>
            <w:r w:rsidRPr="00332DB8">
              <w:rPr>
                <w:lang w:val="ru-RU"/>
              </w:rPr>
              <w:t>61344907_168384020 (решение Калининского районного суда г. Челябинска от 03.09.2015);</w:t>
            </w:r>
          </w:p>
        </w:tc>
        <w:tc>
          <w:tcPr>
            <w:tcW w:w="2880" w:type="dxa"/>
          </w:tcPr>
          <w:p w:rsidR="006F7457" w:rsidRPr="00332DB8" w:rsidRDefault="006F7457">
            <w:pPr>
              <w:rPr>
                <w:lang w:val="ru-RU"/>
              </w:rPr>
            </w:pPr>
          </w:p>
        </w:tc>
      </w:tr>
      <w:tr w:rsidR="006F7457" w:rsidRPr="005A424D">
        <w:tc>
          <w:tcPr>
            <w:tcW w:w="2880" w:type="dxa"/>
          </w:tcPr>
          <w:p w:rsidR="006F7457" w:rsidRDefault="00332DB8">
            <w:r>
              <w:t>3141.</w:t>
            </w:r>
          </w:p>
        </w:tc>
        <w:tc>
          <w:tcPr>
            <w:tcW w:w="2880" w:type="dxa"/>
          </w:tcPr>
          <w:p w:rsidR="006F7457" w:rsidRPr="00332DB8" w:rsidRDefault="00332DB8">
            <w:pPr>
              <w:rPr>
                <w:lang w:val="ru-RU"/>
              </w:rPr>
            </w:pPr>
            <w:r w:rsidRPr="00332DB8">
              <w:rPr>
                <w:lang w:val="ru-RU"/>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2880" w:type="dxa"/>
          </w:tcPr>
          <w:p w:rsidR="006F7457" w:rsidRPr="00332DB8" w:rsidRDefault="006F7457">
            <w:pPr>
              <w:rPr>
                <w:lang w:val="ru-RU"/>
              </w:rPr>
            </w:pPr>
          </w:p>
        </w:tc>
      </w:tr>
      <w:tr w:rsidR="006F7457" w:rsidRPr="005A424D">
        <w:tc>
          <w:tcPr>
            <w:tcW w:w="2880" w:type="dxa"/>
          </w:tcPr>
          <w:p w:rsidR="006F7457" w:rsidRDefault="00332DB8">
            <w:r>
              <w:t>3142.</w:t>
            </w:r>
          </w:p>
        </w:tc>
        <w:tc>
          <w:tcPr>
            <w:tcW w:w="2880" w:type="dxa"/>
          </w:tcPr>
          <w:p w:rsidR="006F7457" w:rsidRPr="00332DB8" w:rsidRDefault="00332DB8">
            <w:pPr>
              <w:rPr>
                <w:lang w:val="ru-RU"/>
              </w:rPr>
            </w:pPr>
            <w:r w:rsidRPr="00332DB8">
              <w:rPr>
                <w:lang w:val="ru-RU"/>
              </w:rPr>
              <w:t xml:space="preserve">Информационные материалы - тексты интернет-страницы пользователя под акаунтом «Сергей Сергеев», расположенные по электронному адресу </w:t>
            </w:r>
            <w:r>
              <w:t>http</w:t>
            </w:r>
            <w:r w:rsidRPr="00332DB8">
              <w:rPr>
                <w:lang w:val="ru-RU"/>
              </w:rPr>
              <w:t>://</w:t>
            </w:r>
            <w:r>
              <w:t>vk</w:t>
            </w:r>
            <w:r w:rsidRPr="00332DB8">
              <w:rPr>
                <w:lang w:val="ru-RU"/>
              </w:rPr>
              <w:t>.</w:t>
            </w:r>
            <w:r>
              <w:t>com</w:t>
            </w:r>
            <w:r w:rsidRPr="00332DB8">
              <w:rPr>
                <w:lang w:val="ru-RU"/>
              </w:rPr>
              <w:t>/</w:t>
            </w:r>
            <w:r>
              <w:t>plus</w:t>
            </w:r>
            <w:r w:rsidRPr="00332DB8">
              <w:rPr>
                <w:lang w:val="ru-RU"/>
              </w:rPr>
              <w:t>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2880" w:type="dxa"/>
          </w:tcPr>
          <w:p w:rsidR="006F7457" w:rsidRPr="00332DB8" w:rsidRDefault="006F7457">
            <w:pPr>
              <w:rPr>
                <w:lang w:val="ru-RU"/>
              </w:rPr>
            </w:pPr>
          </w:p>
        </w:tc>
      </w:tr>
      <w:tr w:rsidR="006F7457" w:rsidRPr="005A424D">
        <w:tc>
          <w:tcPr>
            <w:tcW w:w="2880" w:type="dxa"/>
          </w:tcPr>
          <w:p w:rsidR="006F7457" w:rsidRDefault="00332DB8">
            <w:r>
              <w:t>3143.</w:t>
            </w:r>
          </w:p>
        </w:tc>
        <w:tc>
          <w:tcPr>
            <w:tcW w:w="2880" w:type="dxa"/>
          </w:tcPr>
          <w:p w:rsidR="006F7457" w:rsidRPr="00332DB8" w:rsidRDefault="00332DB8">
            <w:pPr>
              <w:rPr>
                <w:lang w:val="ru-RU"/>
              </w:rPr>
            </w:pPr>
            <w:r w:rsidRPr="00332DB8">
              <w:rPr>
                <w:lang w:val="ru-RU"/>
              </w:rPr>
              <w:t xml:space="preserve">Информационные материалы – фотографии, размещенные пользователем «Юрий Каркачев» по адресу </w:t>
            </w:r>
            <w:r>
              <w:t>http</w:t>
            </w:r>
            <w:r w:rsidRPr="00332DB8">
              <w:rPr>
                <w:lang w:val="ru-RU"/>
              </w:rPr>
              <w:t>://</w:t>
            </w:r>
            <w:r>
              <w:t>vk</w:t>
            </w:r>
            <w:r w:rsidRPr="00332DB8">
              <w:rPr>
                <w:lang w:val="ru-RU"/>
              </w:rPr>
              <w:t>.</w:t>
            </w:r>
            <w:r>
              <w:t>com</w:t>
            </w:r>
            <w:r w:rsidRPr="00332DB8">
              <w:rPr>
                <w:lang w:val="ru-RU"/>
              </w:rPr>
              <w:t>/</w:t>
            </w:r>
            <w:r>
              <w:t>ykarkachev</w:t>
            </w:r>
            <w:r w:rsidRPr="00332DB8">
              <w:rPr>
                <w:lang w:val="ru-RU"/>
              </w:rPr>
              <w:t xml:space="preserve">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w:t>
            </w:r>
            <w:r w:rsidRPr="00332DB8">
              <w:rPr>
                <w:lang w:val="ru-RU"/>
              </w:rPr>
              <w:lastRenderedPageBreak/>
              <w:t>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w:t>
            </w:r>
            <w:r>
              <w:t>SS</w:t>
            </w:r>
            <w:r w:rsidRPr="00332DB8">
              <w:rPr>
                <w:lang w:val="ru-RU"/>
              </w:rPr>
              <w:t>», танков, пушек, самолетов и шагающих в шеренге военных, два видеофайла под названиями «</w:t>
            </w:r>
            <w:r>
              <w:t>Annet</w:t>
            </w:r>
            <w:r w:rsidRPr="00332DB8">
              <w:rPr>
                <w:lang w:val="ru-RU"/>
              </w:rPr>
              <w:t xml:space="preserve"> </w:t>
            </w:r>
            <w:r>
              <w:t>und</w:t>
            </w:r>
            <w:r w:rsidRPr="00332DB8">
              <w:rPr>
                <w:lang w:val="ru-RU"/>
              </w:rPr>
              <w:t xml:space="preserve"> </w:t>
            </w:r>
            <w:r>
              <w:t>Michael</w:t>
            </w:r>
            <w:r w:rsidRPr="00332DB8">
              <w:rPr>
                <w:lang w:val="ru-RU"/>
              </w:rPr>
              <w:t xml:space="preserve"> </w:t>
            </w:r>
            <w:r>
              <w:t>Muller</w:t>
            </w:r>
            <w:r w:rsidRPr="00332DB8">
              <w:rPr>
                <w:lang w:val="ru-RU"/>
              </w:rPr>
              <w:t>-</w:t>
            </w:r>
            <w:r>
              <w:t>Wille</w:t>
            </w:r>
            <w:r w:rsidRPr="00332DB8">
              <w:rPr>
                <w:lang w:val="ru-RU"/>
              </w:rPr>
              <w:t xml:space="preserve"> </w:t>
            </w:r>
            <w:r>
              <w:t>und</w:t>
            </w:r>
            <w:r w:rsidRPr="00332DB8">
              <w:rPr>
                <w:lang w:val="ru-RU"/>
              </w:rPr>
              <w:t xml:space="preserve"> </w:t>
            </w:r>
            <w:r>
              <w:t>Sieg</w:t>
            </w:r>
            <w:r w:rsidRPr="00332DB8">
              <w:rPr>
                <w:lang w:val="ru-RU"/>
              </w:rPr>
              <w:t>» (длительностью 3,24 мин.) и «</w:t>
            </w:r>
            <w:r>
              <w:t>Waffen</w:t>
            </w:r>
            <w:r w:rsidRPr="00332DB8">
              <w:rPr>
                <w:lang w:val="ru-RU"/>
              </w:rPr>
              <w:t xml:space="preserve"> </w:t>
            </w:r>
            <w:r>
              <w:t>SS</w:t>
            </w:r>
            <w:r w:rsidRPr="00332DB8">
              <w:rPr>
                <w:lang w:val="ru-RU"/>
              </w:rPr>
              <w:t xml:space="preserve"> (</w:t>
            </w:r>
            <w:r>
              <w:t>sleipnir</w:t>
            </w:r>
            <w:r w:rsidRPr="00332DB8">
              <w:rPr>
                <w:lang w:val="ru-RU"/>
              </w:rPr>
              <w:t>-</w:t>
            </w:r>
            <w:r>
              <w:t>Unbekannter</w:t>
            </w:r>
            <w:r w:rsidRPr="00332DB8">
              <w:rPr>
                <w:lang w:val="ru-RU"/>
              </w:rPr>
              <w:t xml:space="preserve"> </w:t>
            </w:r>
            <w:r>
              <w:t>Soldat</w:t>
            </w:r>
            <w:r w:rsidRPr="00332DB8">
              <w:rPr>
                <w:lang w:val="ru-RU"/>
              </w:rPr>
              <w:t>)» (длительностью 4,12 мин.) (решение Куйбышевского районного суда города Санкт-Петербурга от 15.01.2015);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3144.</w:t>
            </w:r>
          </w:p>
        </w:tc>
        <w:tc>
          <w:tcPr>
            <w:tcW w:w="2880" w:type="dxa"/>
          </w:tcPr>
          <w:p w:rsidR="006F7457" w:rsidRPr="00332DB8" w:rsidRDefault="00332DB8">
            <w:pPr>
              <w:rPr>
                <w:lang w:val="ru-RU"/>
              </w:rPr>
            </w:pPr>
            <w:r w:rsidRPr="00332DB8">
              <w:rPr>
                <w:lang w:val="ru-RU"/>
              </w:rPr>
              <w:t xml:space="preserve">Информационные материалы – фотографии, размещенные пользователем «Юрий Русов» по адресу </w:t>
            </w:r>
            <w:r>
              <w:t>http</w:t>
            </w:r>
            <w:r w:rsidRPr="00332DB8">
              <w:rPr>
                <w:lang w:val="ru-RU"/>
              </w:rPr>
              <w:t>://</w:t>
            </w:r>
            <w:r>
              <w:t>vk</w:t>
            </w:r>
            <w:r w:rsidRPr="00332DB8">
              <w:rPr>
                <w:lang w:val="ru-RU"/>
              </w:rPr>
              <w:t>.</w:t>
            </w:r>
            <w:r>
              <w:t>com</w:t>
            </w:r>
            <w:r w:rsidRPr="00332DB8">
              <w:rPr>
                <w:lang w:val="ru-RU"/>
              </w:rPr>
              <w:t>/</w:t>
            </w:r>
            <w:r>
              <w:t>rusov</w:t>
            </w:r>
            <w:r w:rsidRPr="00332DB8">
              <w:rPr>
                <w:lang w:val="ru-RU"/>
              </w:rPr>
              <w:t>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2880" w:type="dxa"/>
          </w:tcPr>
          <w:p w:rsidR="006F7457" w:rsidRPr="00332DB8" w:rsidRDefault="006F7457">
            <w:pPr>
              <w:rPr>
                <w:lang w:val="ru-RU"/>
              </w:rPr>
            </w:pPr>
          </w:p>
        </w:tc>
      </w:tr>
      <w:tr w:rsidR="006F7457" w:rsidRPr="005A424D">
        <w:tc>
          <w:tcPr>
            <w:tcW w:w="2880" w:type="dxa"/>
          </w:tcPr>
          <w:p w:rsidR="006F7457" w:rsidRDefault="00332DB8">
            <w:r>
              <w:t>3145.</w:t>
            </w:r>
          </w:p>
        </w:tc>
        <w:tc>
          <w:tcPr>
            <w:tcW w:w="2880" w:type="dxa"/>
          </w:tcPr>
          <w:p w:rsidR="006F7457" w:rsidRPr="00332DB8" w:rsidRDefault="00332DB8">
            <w:pPr>
              <w:rPr>
                <w:lang w:val="ru-RU"/>
              </w:rPr>
            </w:pPr>
            <w:r w:rsidRPr="00332DB8">
              <w:rPr>
                <w:lang w:val="ru-RU"/>
              </w:rPr>
              <w:t xml:space="preserve">Информация, размещенная на Интернет-ресурсе </w:t>
            </w:r>
            <w:r>
              <w:t>http</w:t>
            </w:r>
            <w:r w:rsidRPr="00332DB8">
              <w:rPr>
                <w:lang w:val="ru-RU"/>
              </w:rPr>
              <w:t>://</w:t>
            </w:r>
            <w:r>
              <w:t>www</w:t>
            </w:r>
            <w:r w:rsidRPr="00332DB8">
              <w:rPr>
                <w:lang w:val="ru-RU"/>
              </w:rPr>
              <w:t>.</w:t>
            </w:r>
            <w:r>
              <w:t>gorod</w:t>
            </w:r>
            <w:r w:rsidRPr="00332DB8">
              <w:rPr>
                <w:lang w:val="ru-RU"/>
              </w:rPr>
              <w:t>.</w:t>
            </w:r>
            <w:r>
              <w:t>cn</w:t>
            </w:r>
            <w:r w:rsidRPr="00332DB8">
              <w:rPr>
                <w:lang w:val="ru-RU"/>
              </w:rPr>
              <w:t>.</w:t>
            </w:r>
            <w:r>
              <w:t>ua</w:t>
            </w:r>
            <w:r w:rsidRPr="00332DB8">
              <w:rPr>
                <w:lang w:val="ru-RU"/>
              </w:rPr>
              <w:t>/</w:t>
            </w:r>
            <w:r>
              <w:t>blogs</w:t>
            </w:r>
            <w:r w:rsidRPr="00332DB8">
              <w:rPr>
                <w:lang w:val="ru-RU"/>
              </w:rPr>
              <w:t>/</w:t>
            </w:r>
            <w:r>
              <w:t>art</w:t>
            </w:r>
            <w:r w:rsidRPr="00332DB8">
              <w:rPr>
                <w:lang w:val="ru-RU"/>
              </w:rPr>
              <w:t xml:space="preserve"> 23680.</w:t>
            </w:r>
            <w:r>
              <w:t>html</w:t>
            </w:r>
            <w:r w:rsidRPr="00332DB8">
              <w:rPr>
                <w:lang w:val="ru-RU"/>
              </w:rPr>
              <w:t xml:space="preserve"> (решение Шпаковского районного суда от 24.08.2015);</w:t>
            </w:r>
          </w:p>
        </w:tc>
        <w:tc>
          <w:tcPr>
            <w:tcW w:w="2880" w:type="dxa"/>
          </w:tcPr>
          <w:p w:rsidR="006F7457" w:rsidRPr="00332DB8" w:rsidRDefault="006F7457">
            <w:pPr>
              <w:rPr>
                <w:lang w:val="ru-RU"/>
              </w:rPr>
            </w:pPr>
          </w:p>
        </w:tc>
      </w:tr>
      <w:tr w:rsidR="006F7457" w:rsidRPr="005A424D">
        <w:tc>
          <w:tcPr>
            <w:tcW w:w="2880" w:type="dxa"/>
          </w:tcPr>
          <w:p w:rsidR="006F7457" w:rsidRDefault="00332DB8">
            <w:r>
              <w:t>3146.</w:t>
            </w:r>
          </w:p>
        </w:tc>
        <w:tc>
          <w:tcPr>
            <w:tcW w:w="2880" w:type="dxa"/>
          </w:tcPr>
          <w:p w:rsidR="006F7457" w:rsidRPr="00332DB8" w:rsidRDefault="00332DB8">
            <w:pPr>
              <w:rPr>
                <w:lang w:val="ru-RU"/>
              </w:rPr>
            </w:pPr>
            <w:r w:rsidRPr="00332DB8">
              <w:rPr>
                <w:lang w:val="ru-RU"/>
              </w:rPr>
              <w:t xml:space="preserve">Видеоролик «Про скинхедов»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 152723023, размещенный на личной странице пользователя социальной сети «В Контакте» - аккаунт «Боев Евгений» с адресом </w:t>
            </w:r>
            <w:r>
              <w:t>http</w:t>
            </w:r>
            <w:r w:rsidRPr="00332DB8">
              <w:rPr>
                <w:lang w:val="ru-RU"/>
              </w:rPr>
              <w:t>://</w:t>
            </w:r>
            <w:r>
              <w:t>vk</w:t>
            </w:r>
            <w:r w:rsidRPr="00332DB8">
              <w:rPr>
                <w:lang w:val="ru-RU"/>
              </w:rPr>
              <w:t>.</w:t>
            </w:r>
            <w:r>
              <w:t>com</w:t>
            </w:r>
            <w:r w:rsidRPr="00332DB8">
              <w:rPr>
                <w:lang w:val="ru-RU"/>
              </w:rPr>
              <w:t>/</w:t>
            </w:r>
            <w:r>
              <w:t>idl</w:t>
            </w:r>
            <w:r w:rsidRPr="00332DB8">
              <w:rPr>
                <w:lang w:val="ru-RU"/>
              </w:rPr>
              <w:t>52723023 (решение Приморского районного суда г. Новороссийска от 21.05.2015).</w:t>
            </w:r>
          </w:p>
        </w:tc>
        <w:tc>
          <w:tcPr>
            <w:tcW w:w="2880" w:type="dxa"/>
          </w:tcPr>
          <w:p w:rsidR="006F7457" w:rsidRPr="00332DB8" w:rsidRDefault="006F7457">
            <w:pPr>
              <w:rPr>
                <w:lang w:val="ru-RU"/>
              </w:rPr>
            </w:pPr>
          </w:p>
        </w:tc>
      </w:tr>
      <w:tr w:rsidR="006F7457" w:rsidRPr="005A424D">
        <w:tc>
          <w:tcPr>
            <w:tcW w:w="2880" w:type="dxa"/>
          </w:tcPr>
          <w:p w:rsidR="006F7457" w:rsidRDefault="00332DB8">
            <w:r>
              <w:t>314</w:t>
            </w:r>
            <w:r>
              <w:lastRenderedPageBreak/>
              <w:t>7.</w:t>
            </w:r>
          </w:p>
        </w:tc>
        <w:tc>
          <w:tcPr>
            <w:tcW w:w="2880" w:type="dxa"/>
          </w:tcPr>
          <w:p w:rsidR="006F7457" w:rsidRPr="00332DB8" w:rsidRDefault="00332DB8">
            <w:pPr>
              <w:rPr>
                <w:lang w:val="ru-RU"/>
              </w:rPr>
            </w:pPr>
            <w:r w:rsidRPr="00332DB8">
              <w:rPr>
                <w:lang w:val="ru-RU"/>
              </w:rPr>
              <w:lastRenderedPageBreak/>
              <w:t xml:space="preserve">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t>
            </w:r>
            <w:r>
              <w:lastRenderedPageBreak/>
              <w:t>www</w:t>
            </w:r>
            <w:r w:rsidRPr="00332DB8">
              <w:rPr>
                <w:lang w:val="ru-RU"/>
              </w:rPr>
              <w:t>.</w:t>
            </w:r>
            <w:r>
              <w:t>vk</w:t>
            </w:r>
            <w:r w:rsidRPr="00332DB8">
              <w:rPr>
                <w:lang w:val="ru-RU"/>
              </w:rPr>
              <w:t>.</w:t>
            </w:r>
            <w:r>
              <w:t>com</w:t>
            </w:r>
            <w:r w:rsidRPr="00332DB8">
              <w:rPr>
                <w:lang w:val="ru-RU"/>
              </w:rPr>
              <w:t>/</w:t>
            </w:r>
            <w:r>
              <w:t>korinev</w:t>
            </w:r>
            <w:r w:rsidRPr="00332DB8">
              <w:rPr>
                <w:lang w:val="ru-RU"/>
              </w:rPr>
              <w:t>96 (решение Южно-Сахалинского городского суда Сахалинской области от 16.06.2015);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3148.</w:t>
            </w:r>
          </w:p>
        </w:tc>
        <w:tc>
          <w:tcPr>
            <w:tcW w:w="2880" w:type="dxa"/>
          </w:tcPr>
          <w:p w:rsidR="006F7457" w:rsidRPr="00332DB8" w:rsidRDefault="00332DB8">
            <w:pPr>
              <w:rPr>
                <w:lang w:val="ru-RU"/>
              </w:rPr>
            </w:pPr>
            <w:r w:rsidRPr="00332DB8">
              <w:rPr>
                <w:lang w:val="ru-RU"/>
              </w:rPr>
              <w:t xml:space="preserve">Музыкальная композиция группы 14/88 под названием «Трус не е…(н/ц)…т хачей», размещенная на странице пользователя сайта «В контакте» по адресу: </w:t>
            </w:r>
            <w:r>
              <w:t>www</w:t>
            </w:r>
            <w:r w:rsidRPr="00332DB8">
              <w:rPr>
                <w:lang w:val="ru-RU"/>
              </w:rPr>
              <w:t>.</w:t>
            </w:r>
            <w:r>
              <w:t>vk</w:t>
            </w:r>
            <w:r w:rsidRPr="00332DB8">
              <w:rPr>
                <w:lang w:val="ru-RU"/>
              </w:rPr>
              <w:t>.</w:t>
            </w:r>
            <w:r>
              <w:t>com</w:t>
            </w:r>
            <w:r w:rsidRPr="00332DB8">
              <w:rPr>
                <w:lang w:val="ru-RU"/>
              </w:rPr>
              <w:t>/</w:t>
            </w:r>
            <w:r>
              <w:t>id</w:t>
            </w:r>
            <w:r w:rsidRPr="00332DB8">
              <w:rPr>
                <w:lang w:val="ru-RU"/>
              </w:rPr>
              <w:t>21136727209 (Дмитрий Сухих) (решение Южно-Сахалинского городского суда Сахалинской области от 16.06.2015);</w:t>
            </w:r>
          </w:p>
        </w:tc>
        <w:tc>
          <w:tcPr>
            <w:tcW w:w="2880" w:type="dxa"/>
          </w:tcPr>
          <w:p w:rsidR="006F7457" w:rsidRPr="00332DB8" w:rsidRDefault="006F7457">
            <w:pPr>
              <w:rPr>
                <w:lang w:val="ru-RU"/>
              </w:rPr>
            </w:pPr>
          </w:p>
        </w:tc>
      </w:tr>
      <w:tr w:rsidR="006F7457">
        <w:tc>
          <w:tcPr>
            <w:tcW w:w="2880" w:type="dxa"/>
          </w:tcPr>
          <w:p w:rsidR="006F7457" w:rsidRDefault="00332DB8">
            <w:r>
              <w:t>3149.</w:t>
            </w:r>
          </w:p>
        </w:tc>
        <w:tc>
          <w:tcPr>
            <w:tcW w:w="2880" w:type="dxa"/>
          </w:tcPr>
          <w:p w:rsidR="006F7457" w:rsidRDefault="00332DB8">
            <w:r w:rsidRPr="00332DB8">
              <w:rPr>
                <w:lang w:val="ru-RU"/>
              </w:rPr>
              <w:t>Печатная продукция Степан Бандера: документи й матер</w:t>
            </w:r>
            <w:r>
              <w:t>i</w:t>
            </w:r>
            <w:r w:rsidRPr="00332DB8">
              <w:rPr>
                <w:lang w:val="ru-RU"/>
              </w:rPr>
              <w:t>али (1920-1930 р.р.) / Упор. Микола Пос</w:t>
            </w:r>
            <w:r>
              <w:t>i</w:t>
            </w:r>
            <w:r w:rsidRPr="00332DB8">
              <w:rPr>
                <w:lang w:val="ru-RU"/>
              </w:rPr>
              <w:t>внич – Льв</w:t>
            </w:r>
            <w:r>
              <w:t>i</w:t>
            </w:r>
            <w:r w:rsidRPr="00332DB8">
              <w:rPr>
                <w:lang w:val="ru-RU"/>
              </w:rPr>
              <w:t xml:space="preserve">в, 2006. – С. 248 (Степан Бандера: документы и материалы (1920-2930 г.г.) </w:t>
            </w:r>
            <w:r>
              <w:t>(решение Мещанского районного суда города Москвы от 20.05.2015);</w:t>
            </w:r>
          </w:p>
        </w:tc>
        <w:tc>
          <w:tcPr>
            <w:tcW w:w="2880" w:type="dxa"/>
          </w:tcPr>
          <w:p w:rsidR="006F7457" w:rsidRDefault="006F7457"/>
        </w:tc>
      </w:tr>
      <w:tr w:rsidR="006F7457" w:rsidRPr="005A424D">
        <w:tc>
          <w:tcPr>
            <w:tcW w:w="2880" w:type="dxa"/>
          </w:tcPr>
          <w:p w:rsidR="006F7457" w:rsidRDefault="00332DB8">
            <w:r>
              <w:t>3150.</w:t>
            </w:r>
          </w:p>
        </w:tc>
        <w:tc>
          <w:tcPr>
            <w:tcW w:w="2880" w:type="dxa"/>
          </w:tcPr>
          <w:p w:rsidR="006F7457" w:rsidRPr="00332DB8" w:rsidRDefault="00332DB8">
            <w:pPr>
              <w:rPr>
                <w:lang w:val="ru-RU"/>
              </w:rPr>
            </w:pPr>
            <w:r w:rsidRPr="00332DB8">
              <w:rPr>
                <w:lang w:val="ru-RU"/>
              </w:rPr>
              <w:t>Печатная продукция ««Дужий П. Степан Бандера – символ нац</w:t>
            </w:r>
            <w:r>
              <w:t>ii</w:t>
            </w:r>
            <w:r w:rsidRPr="00332DB8">
              <w:rPr>
                <w:lang w:val="ru-RU"/>
              </w:rPr>
              <w:t>. Еск</w:t>
            </w:r>
            <w:r>
              <w:t>i</w:t>
            </w:r>
            <w:r w:rsidRPr="00332DB8">
              <w:rPr>
                <w:lang w:val="ru-RU"/>
              </w:rPr>
              <w:t xml:space="preserve">зний нарис про життя </w:t>
            </w:r>
            <w:r>
              <w:t>i</w:t>
            </w:r>
            <w:r w:rsidRPr="00332DB8">
              <w:rPr>
                <w:lang w:val="ru-RU"/>
              </w:rPr>
              <w:t xml:space="preserve"> д</w:t>
            </w:r>
            <w:r>
              <w:t>i</w:t>
            </w:r>
            <w:r w:rsidRPr="00332DB8">
              <w:rPr>
                <w:lang w:val="ru-RU"/>
              </w:rPr>
              <w:t>яльн</w:t>
            </w:r>
            <w:r>
              <w:t>i</w:t>
            </w:r>
            <w:r w:rsidRPr="00332DB8">
              <w:rPr>
                <w:lang w:val="ru-RU"/>
              </w:rPr>
              <w:t>сть Пров</w:t>
            </w:r>
            <w:r>
              <w:t>i</w:t>
            </w:r>
            <w:r w:rsidRPr="00332DB8">
              <w:rPr>
                <w:lang w:val="ru-RU"/>
              </w:rPr>
              <w:t>дника ОУН. Ч. 2 – Льв</w:t>
            </w:r>
            <w:r>
              <w:t>i</w:t>
            </w:r>
            <w:r w:rsidRPr="00332DB8">
              <w:rPr>
                <w:lang w:val="ru-RU"/>
              </w:rPr>
              <w:t>в: «Галицька видавнича сп</w:t>
            </w:r>
            <w:r>
              <w:t>i</w:t>
            </w:r>
            <w:r w:rsidRPr="00332DB8">
              <w:rPr>
                <w:lang w:val="ru-RU"/>
              </w:rPr>
              <w:t>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2880" w:type="dxa"/>
          </w:tcPr>
          <w:p w:rsidR="006F7457" w:rsidRPr="00332DB8" w:rsidRDefault="006F7457">
            <w:pPr>
              <w:rPr>
                <w:lang w:val="ru-RU"/>
              </w:rPr>
            </w:pPr>
          </w:p>
        </w:tc>
      </w:tr>
      <w:tr w:rsidR="006F7457" w:rsidRPr="005A424D">
        <w:tc>
          <w:tcPr>
            <w:tcW w:w="2880" w:type="dxa"/>
          </w:tcPr>
          <w:p w:rsidR="006F7457" w:rsidRDefault="00332DB8">
            <w:r>
              <w:t>3151.</w:t>
            </w:r>
          </w:p>
        </w:tc>
        <w:tc>
          <w:tcPr>
            <w:tcW w:w="2880" w:type="dxa"/>
          </w:tcPr>
          <w:p w:rsidR="006F7457" w:rsidRPr="00332DB8" w:rsidRDefault="00332DB8">
            <w:pPr>
              <w:rPr>
                <w:lang w:val="ru-RU"/>
              </w:rPr>
            </w:pPr>
            <w:r w:rsidRPr="00332DB8">
              <w:rPr>
                <w:lang w:val="ru-RU"/>
              </w:rPr>
              <w:t>Печатная продукция Рафаель Лемк</w:t>
            </w:r>
            <w:r>
              <w:t>i</w:t>
            </w:r>
            <w:r w:rsidRPr="00332DB8">
              <w:rPr>
                <w:lang w:val="ru-RU"/>
              </w:rPr>
              <w:t>н: радянський геноцид в Укра</w:t>
            </w:r>
            <w:r>
              <w:t>i</w:t>
            </w:r>
            <w:r w:rsidRPr="00332DB8">
              <w:rPr>
                <w:lang w:val="ru-RU"/>
              </w:rPr>
              <w:t>н</w:t>
            </w:r>
            <w:r>
              <w:t>i</w:t>
            </w:r>
            <w:r w:rsidRPr="00332DB8">
              <w:rPr>
                <w:lang w:val="ru-RU"/>
              </w:rPr>
              <w:t xml:space="preserve"> (стаття 28 мовами) / Редактор Роман Сербин, Ки</w:t>
            </w:r>
            <w:r>
              <w:t>i</w:t>
            </w:r>
            <w:r w:rsidRPr="00332DB8">
              <w:rPr>
                <w:lang w:val="ru-RU"/>
              </w:rPr>
              <w:t>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2880" w:type="dxa"/>
          </w:tcPr>
          <w:p w:rsidR="006F7457" w:rsidRPr="00332DB8" w:rsidRDefault="006F7457">
            <w:pPr>
              <w:rPr>
                <w:lang w:val="ru-RU"/>
              </w:rPr>
            </w:pPr>
          </w:p>
        </w:tc>
      </w:tr>
      <w:tr w:rsidR="006F7457" w:rsidRPr="005A424D">
        <w:tc>
          <w:tcPr>
            <w:tcW w:w="2880" w:type="dxa"/>
          </w:tcPr>
          <w:p w:rsidR="006F7457" w:rsidRDefault="00332DB8">
            <w:r>
              <w:t>3152.</w:t>
            </w:r>
          </w:p>
        </w:tc>
        <w:tc>
          <w:tcPr>
            <w:tcW w:w="2880" w:type="dxa"/>
          </w:tcPr>
          <w:p w:rsidR="006F7457" w:rsidRPr="00332DB8" w:rsidRDefault="00332DB8">
            <w:pPr>
              <w:rPr>
                <w:lang w:val="ru-RU"/>
              </w:rPr>
            </w:pPr>
            <w:r w:rsidRPr="00332DB8">
              <w:rPr>
                <w:lang w:val="ru-RU"/>
              </w:rPr>
              <w:t>Печатная продукция Зб</w:t>
            </w:r>
            <w:r>
              <w:t>i</w:t>
            </w:r>
            <w:r w:rsidRPr="00332DB8">
              <w:rPr>
                <w:lang w:val="ru-RU"/>
              </w:rPr>
              <w:t>рка документ</w:t>
            </w:r>
            <w:r>
              <w:t>i</w:t>
            </w:r>
            <w:r w:rsidRPr="00332DB8">
              <w:rPr>
                <w:lang w:val="ru-RU"/>
              </w:rPr>
              <w:t xml:space="preserve">в </w:t>
            </w:r>
            <w:r>
              <w:t>i</w:t>
            </w:r>
            <w:r w:rsidRPr="00332DB8">
              <w:rPr>
                <w:lang w:val="ru-RU"/>
              </w:rPr>
              <w:t xml:space="preserve"> матер</w:t>
            </w:r>
            <w:r>
              <w:t>i</w:t>
            </w:r>
            <w:r w:rsidRPr="00332DB8">
              <w:rPr>
                <w:lang w:val="ru-RU"/>
              </w:rPr>
              <w:t>ал</w:t>
            </w:r>
            <w:r>
              <w:t>i</w:t>
            </w:r>
            <w:r w:rsidRPr="00332DB8">
              <w:rPr>
                <w:lang w:val="ru-RU"/>
              </w:rPr>
              <w:t>в про вбивство Степана Бандери. – Торонто – Нью-Йорк – Мюнхен – Лондон – Мельборн: Св</w:t>
            </w:r>
            <w:r>
              <w:t>i</w:t>
            </w:r>
            <w:r w:rsidRPr="00332DB8">
              <w:rPr>
                <w:lang w:val="ru-RU"/>
              </w:rPr>
              <w:t>товий укра</w:t>
            </w:r>
            <w:r>
              <w:t>i</w:t>
            </w:r>
            <w:r w:rsidRPr="00332DB8">
              <w:rPr>
                <w:lang w:val="ru-RU"/>
              </w:rPr>
              <w:t>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3153.</w:t>
            </w:r>
          </w:p>
        </w:tc>
        <w:tc>
          <w:tcPr>
            <w:tcW w:w="2880" w:type="dxa"/>
          </w:tcPr>
          <w:p w:rsidR="006F7457" w:rsidRPr="00332DB8" w:rsidRDefault="00332DB8">
            <w:pPr>
              <w:rPr>
                <w:lang w:val="ru-RU"/>
              </w:rPr>
            </w:pPr>
            <w:r w:rsidRPr="00332DB8">
              <w:rPr>
                <w:lang w:val="ru-RU"/>
              </w:rPr>
              <w:t>Информационный материал – песня «Пит Буль – Огненный Коловрат.</w:t>
            </w:r>
            <w:r>
              <w:t>docx</w:t>
            </w:r>
            <w:r w:rsidRPr="00332DB8">
              <w:rPr>
                <w:lang w:val="ru-RU"/>
              </w:rPr>
              <w:t>» (решение Свердловского районного суда г. Перми от 24.07.2015);</w:t>
            </w:r>
          </w:p>
        </w:tc>
        <w:tc>
          <w:tcPr>
            <w:tcW w:w="2880" w:type="dxa"/>
          </w:tcPr>
          <w:p w:rsidR="006F7457" w:rsidRPr="00332DB8" w:rsidRDefault="006F7457">
            <w:pPr>
              <w:rPr>
                <w:lang w:val="ru-RU"/>
              </w:rPr>
            </w:pPr>
          </w:p>
        </w:tc>
      </w:tr>
      <w:tr w:rsidR="006F7457" w:rsidRPr="005A424D">
        <w:tc>
          <w:tcPr>
            <w:tcW w:w="2880" w:type="dxa"/>
          </w:tcPr>
          <w:p w:rsidR="006F7457" w:rsidRDefault="00332DB8">
            <w:r>
              <w:t>3154.</w:t>
            </w:r>
          </w:p>
        </w:tc>
        <w:tc>
          <w:tcPr>
            <w:tcW w:w="2880" w:type="dxa"/>
          </w:tcPr>
          <w:p w:rsidR="006F7457" w:rsidRPr="00332DB8" w:rsidRDefault="00332DB8">
            <w:pPr>
              <w:rPr>
                <w:lang w:val="ru-RU"/>
              </w:rPr>
            </w:pPr>
            <w:r w:rsidRPr="00332DB8">
              <w:rPr>
                <w:lang w:val="ru-RU"/>
              </w:rPr>
              <w:t xml:space="preserve">Информация, распространяемая в сети Интернет на странице сайта </w:t>
            </w:r>
            <w:r>
              <w:t>jihadology</w:t>
            </w:r>
            <w:r w:rsidRPr="00332DB8">
              <w:rPr>
                <w:lang w:val="ru-RU"/>
              </w:rPr>
              <w:t>.</w:t>
            </w:r>
            <w:r>
              <w:t>net</w:t>
            </w:r>
            <w:r w:rsidRPr="00332DB8">
              <w:rPr>
                <w:lang w:val="ru-RU"/>
              </w:rPr>
              <w:t>/</w:t>
            </w:r>
            <w:r>
              <w:t>category</w:t>
            </w:r>
            <w:r w:rsidRPr="00332DB8">
              <w:rPr>
                <w:lang w:val="ru-RU"/>
              </w:rPr>
              <w:t>/</w:t>
            </w:r>
            <w:r>
              <w:t>hunafa</w:t>
            </w:r>
            <w:r w:rsidRPr="00332DB8">
              <w:rPr>
                <w:lang w:val="ru-RU"/>
              </w:rPr>
              <w:t>/ (заочное решение Октябрьского районного суда г. Новосибирска от 04.06.2015);</w:t>
            </w:r>
          </w:p>
        </w:tc>
        <w:tc>
          <w:tcPr>
            <w:tcW w:w="2880" w:type="dxa"/>
          </w:tcPr>
          <w:p w:rsidR="006F7457" w:rsidRPr="00332DB8" w:rsidRDefault="006F7457">
            <w:pPr>
              <w:rPr>
                <w:lang w:val="ru-RU"/>
              </w:rPr>
            </w:pPr>
          </w:p>
        </w:tc>
      </w:tr>
      <w:tr w:rsidR="006F7457" w:rsidRPr="005A424D">
        <w:tc>
          <w:tcPr>
            <w:tcW w:w="2880" w:type="dxa"/>
          </w:tcPr>
          <w:p w:rsidR="006F7457" w:rsidRDefault="00332DB8">
            <w:r>
              <w:t>3155.</w:t>
            </w:r>
          </w:p>
        </w:tc>
        <w:tc>
          <w:tcPr>
            <w:tcW w:w="2880" w:type="dxa"/>
          </w:tcPr>
          <w:p w:rsidR="006F7457" w:rsidRPr="00332DB8" w:rsidRDefault="00332DB8">
            <w:pPr>
              <w:rPr>
                <w:lang w:val="ru-RU"/>
              </w:rPr>
            </w:pPr>
            <w:r w:rsidRPr="00332DB8">
              <w:rPr>
                <w:lang w:val="ru-RU"/>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2880" w:type="dxa"/>
          </w:tcPr>
          <w:p w:rsidR="006F7457" w:rsidRPr="00332DB8" w:rsidRDefault="006F7457">
            <w:pPr>
              <w:rPr>
                <w:lang w:val="ru-RU"/>
              </w:rPr>
            </w:pPr>
          </w:p>
        </w:tc>
      </w:tr>
      <w:tr w:rsidR="006F7457" w:rsidRPr="005A424D">
        <w:tc>
          <w:tcPr>
            <w:tcW w:w="2880" w:type="dxa"/>
          </w:tcPr>
          <w:p w:rsidR="006F7457" w:rsidRDefault="00332DB8">
            <w:r>
              <w:t>3156.</w:t>
            </w:r>
          </w:p>
        </w:tc>
        <w:tc>
          <w:tcPr>
            <w:tcW w:w="2880" w:type="dxa"/>
          </w:tcPr>
          <w:p w:rsidR="006F7457" w:rsidRPr="00332DB8" w:rsidRDefault="00332DB8">
            <w:pPr>
              <w:rPr>
                <w:lang w:val="ru-RU"/>
              </w:rPr>
            </w:pPr>
            <w:r w:rsidRPr="00332DB8">
              <w:rPr>
                <w:lang w:val="ru-RU"/>
              </w:rPr>
              <w:t>Информационный материал – песня «Алеша</w:t>
            </w:r>
            <w:r>
              <w:t>Llacoste</w:t>
            </w:r>
            <w:r w:rsidRPr="00332DB8">
              <w:rPr>
                <w:lang w:val="ru-RU"/>
              </w:rPr>
              <w:t>–Беспредел памяти Юрия Волкова.</w:t>
            </w:r>
            <w:r>
              <w:t>docx</w:t>
            </w:r>
            <w:r w:rsidRPr="00332DB8">
              <w:rPr>
                <w:lang w:val="ru-RU"/>
              </w:rPr>
              <w:t>» (решение Свердловского районного суда г. Перми от 07.08.2015);</w:t>
            </w:r>
          </w:p>
        </w:tc>
        <w:tc>
          <w:tcPr>
            <w:tcW w:w="2880" w:type="dxa"/>
          </w:tcPr>
          <w:p w:rsidR="006F7457" w:rsidRPr="00332DB8" w:rsidRDefault="006F7457">
            <w:pPr>
              <w:rPr>
                <w:lang w:val="ru-RU"/>
              </w:rPr>
            </w:pPr>
          </w:p>
        </w:tc>
      </w:tr>
      <w:tr w:rsidR="006F7457" w:rsidRPr="005A424D">
        <w:tc>
          <w:tcPr>
            <w:tcW w:w="2880" w:type="dxa"/>
          </w:tcPr>
          <w:p w:rsidR="006F7457" w:rsidRDefault="00332DB8">
            <w:r>
              <w:t>3157.</w:t>
            </w:r>
          </w:p>
        </w:tc>
        <w:tc>
          <w:tcPr>
            <w:tcW w:w="2880" w:type="dxa"/>
          </w:tcPr>
          <w:p w:rsidR="006F7457" w:rsidRPr="00332DB8" w:rsidRDefault="00332DB8">
            <w:pPr>
              <w:rPr>
                <w:lang w:val="ru-RU"/>
              </w:rPr>
            </w:pPr>
            <w:r w:rsidRPr="00332DB8">
              <w:rPr>
                <w:lang w:val="ru-RU"/>
              </w:rPr>
              <w:t>Информационный материал – песня «Мясники-Белый апрель.</w:t>
            </w:r>
            <w:r>
              <w:t>docx</w:t>
            </w:r>
            <w:r w:rsidRPr="00332DB8">
              <w:rPr>
                <w:lang w:val="ru-RU"/>
              </w:rPr>
              <w:t>.</w:t>
            </w:r>
            <w:r>
              <w:t>docx</w:t>
            </w:r>
            <w:r w:rsidRPr="00332DB8">
              <w:rPr>
                <w:lang w:val="ru-RU"/>
              </w:rPr>
              <w:t>» (решение Свердловского районного суда г. Перми от 19.08.2015);</w:t>
            </w:r>
          </w:p>
        </w:tc>
        <w:tc>
          <w:tcPr>
            <w:tcW w:w="2880" w:type="dxa"/>
          </w:tcPr>
          <w:p w:rsidR="006F7457" w:rsidRPr="00332DB8" w:rsidRDefault="006F7457">
            <w:pPr>
              <w:rPr>
                <w:lang w:val="ru-RU"/>
              </w:rPr>
            </w:pPr>
          </w:p>
        </w:tc>
      </w:tr>
      <w:tr w:rsidR="006F7457" w:rsidRPr="005A424D">
        <w:tc>
          <w:tcPr>
            <w:tcW w:w="2880" w:type="dxa"/>
          </w:tcPr>
          <w:p w:rsidR="006F7457" w:rsidRDefault="00332DB8">
            <w:r>
              <w:t>31</w:t>
            </w:r>
            <w:r>
              <w:lastRenderedPageBreak/>
              <w:t>58.</w:t>
            </w:r>
          </w:p>
        </w:tc>
        <w:tc>
          <w:tcPr>
            <w:tcW w:w="2880" w:type="dxa"/>
          </w:tcPr>
          <w:p w:rsidR="006F7457" w:rsidRPr="00332DB8" w:rsidRDefault="00332DB8">
            <w:pPr>
              <w:rPr>
                <w:lang w:val="ru-RU"/>
              </w:rPr>
            </w:pPr>
            <w:r w:rsidRPr="00332DB8">
              <w:rPr>
                <w:lang w:val="ru-RU"/>
              </w:rPr>
              <w:lastRenderedPageBreak/>
              <w:t xml:space="preserve">Информационные материалы, размещенные на интернет-сайте </w:t>
            </w:r>
            <w:r>
              <w:t>http</w:t>
            </w:r>
            <w:r w:rsidRPr="00332DB8">
              <w:rPr>
                <w:lang w:val="ru-RU"/>
              </w:rPr>
              <w:t>://</w:t>
            </w:r>
            <w:r>
              <w:t>www</w:t>
            </w:r>
            <w:r w:rsidRPr="00332DB8">
              <w:rPr>
                <w:lang w:val="ru-RU"/>
              </w:rPr>
              <w:t>.</w:t>
            </w:r>
            <w:r>
              <w:t>skrewdriver</w:t>
            </w:r>
            <w:r w:rsidRPr="00332DB8">
              <w:rPr>
                <w:lang w:val="ru-RU"/>
              </w:rPr>
              <w:t>.</w:t>
            </w:r>
            <w:r>
              <w:t>net</w:t>
            </w:r>
            <w:r w:rsidRPr="00332DB8">
              <w:rPr>
                <w:lang w:val="ru-RU"/>
              </w:rPr>
              <w:t xml:space="preserve"> (решение </w:t>
            </w:r>
            <w:r w:rsidRPr="00332DB8">
              <w:rPr>
                <w:lang w:val="ru-RU"/>
              </w:rPr>
              <w:lastRenderedPageBreak/>
              <w:t>Новоуренгойского городского суда Ямало-Ненецкого автономного округа от 19.02.2015);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3159.</w:t>
            </w:r>
          </w:p>
        </w:tc>
        <w:tc>
          <w:tcPr>
            <w:tcW w:w="2880" w:type="dxa"/>
          </w:tcPr>
          <w:p w:rsidR="006F7457" w:rsidRPr="00332DB8" w:rsidRDefault="00332DB8">
            <w:pPr>
              <w:rPr>
                <w:lang w:val="ru-RU"/>
              </w:rPr>
            </w:pPr>
            <w:r w:rsidRPr="00332DB8">
              <w:rPr>
                <w:lang w:val="ru-RU"/>
              </w:rPr>
              <w:t>Информационный материал – песня «Велимор – Скинхед.</w:t>
            </w:r>
            <w:r>
              <w:t>docx</w:t>
            </w:r>
            <w:r w:rsidRPr="00332DB8">
              <w:rPr>
                <w:lang w:val="ru-RU"/>
              </w:rPr>
              <w:t>» (решение Свердловского районного суда г. Перми от 20.08.2015);</w:t>
            </w:r>
          </w:p>
        </w:tc>
        <w:tc>
          <w:tcPr>
            <w:tcW w:w="2880" w:type="dxa"/>
          </w:tcPr>
          <w:p w:rsidR="006F7457" w:rsidRPr="00332DB8" w:rsidRDefault="006F7457">
            <w:pPr>
              <w:rPr>
                <w:lang w:val="ru-RU"/>
              </w:rPr>
            </w:pPr>
          </w:p>
        </w:tc>
      </w:tr>
      <w:tr w:rsidR="006F7457" w:rsidRPr="005A424D">
        <w:tc>
          <w:tcPr>
            <w:tcW w:w="2880" w:type="dxa"/>
          </w:tcPr>
          <w:p w:rsidR="006F7457" w:rsidRDefault="00332DB8">
            <w:r>
              <w:t>3160.</w:t>
            </w:r>
          </w:p>
        </w:tc>
        <w:tc>
          <w:tcPr>
            <w:tcW w:w="2880" w:type="dxa"/>
          </w:tcPr>
          <w:p w:rsidR="006F7457" w:rsidRPr="00332DB8" w:rsidRDefault="00332DB8">
            <w:pPr>
              <w:rPr>
                <w:lang w:val="ru-RU"/>
              </w:rPr>
            </w:pPr>
            <w:r w:rsidRPr="00332DB8">
              <w:rPr>
                <w:lang w:val="ru-RU"/>
              </w:rPr>
              <w:t xml:space="preserve">Размещенный в Информационно-телекоммуникационной сети «Интернет» на сайте </w:t>
            </w:r>
            <w:r>
              <w:t>www</w:t>
            </w:r>
            <w:r w:rsidRPr="00332DB8">
              <w:rPr>
                <w:lang w:val="ru-RU"/>
              </w:rPr>
              <w:t>.</w:t>
            </w:r>
            <w:r>
              <w:t>youtube</w:t>
            </w:r>
            <w:r w:rsidRPr="00332DB8">
              <w:rPr>
                <w:lang w:val="ru-RU"/>
              </w:rPr>
              <w:t>.</w:t>
            </w:r>
            <w:r>
              <w:t>com</w:t>
            </w:r>
            <w:r w:rsidRPr="00332DB8">
              <w:rPr>
                <w:lang w:val="ru-RU"/>
              </w:rPr>
              <w:t xml:space="preserve"> материал с наименованием «Присяга Амира ЦС ВД Умара Балаханского, Амиру ВД Сайду Араканскому» (страница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HYb</w:t>
            </w:r>
            <w:r w:rsidRPr="00332DB8">
              <w:rPr>
                <w:lang w:val="ru-RU"/>
              </w:rPr>
              <w:t>5</w:t>
            </w:r>
            <w:r>
              <w:t>E</w:t>
            </w:r>
            <w:r w:rsidRPr="00332DB8">
              <w:rPr>
                <w:lang w:val="ru-RU"/>
              </w:rPr>
              <w:t>0</w:t>
            </w:r>
            <w:r>
              <w:t>s</w:t>
            </w:r>
            <w:r w:rsidRPr="00332DB8">
              <w:rPr>
                <w:lang w:val="ru-RU"/>
              </w:rPr>
              <w:t>4</w:t>
            </w:r>
            <w:r>
              <w:t>bwU</w:t>
            </w:r>
            <w:r w:rsidRPr="00332DB8">
              <w:rPr>
                <w:lang w:val="ru-RU"/>
              </w:rPr>
              <w:t>) (решение Советского районного суда г. Махачкалы Республики Дагестан от 10.06.2015);</w:t>
            </w:r>
          </w:p>
        </w:tc>
        <w:tc>
          <w:tcPr>
            <w:tcW w:w="2880" w:type="dxa"/>
          </w:tcPr>
          <w:p w:rsidR="006F7457" w:rsidRPr="00332DB8" w:rsidRDefault="006F7457">
            <w:pPr>
              <w:rPr>
                <w:lang w:val="ru-RU"/>
              </w:rPr>
            </w:pPr>
          </w:p>
        </w:tc>
      </w:tr>
      <w:tr w:rsidR="006F7457" w:rsidRPr="005A424D">
        <w:tc>
          <w:tcPr>
            <w:tcW w:w="2880" w:type="dxa"/>
          </w:tcPr>
          <w:p w:rsidR="006F7457" w:rsidRDefault="00332DB8">
            <w:r>
              <w:t>3161.</w:t>
            </w:r>
          </w:p>
        </w:tc>
        <w:tc>
          <w:tcPr>
            <w:tcW w:w="2880" w:type="dxa"/>
          </w:tcPr>
          <w:p w:rsidR="006F7457" w:rsidRPr="00332DB8" w:rsidRDefault="00332DB8">
            <w:pPr>
              <w:rPr>
                <w:lang w:val="ru-RU"/>
              </w:rPr>
            </w:pPr>
            <w:r w:rsidRPr="00332DB8">
              <w:rPr>
                <w:lang w:val="ru-RU"/>
              </w:rPr>
              <w:t xml:space="preserve">Видео- аудио- файлы: «За погибших пацанов..», «ДИВ – Россия 88», «Банда Москвы – </w:t>
            </w:r>
            <w:r>
              <w:t>Track</w:t>
            </w:r>
            <w:r w:rsidRPr="00332DB8">
              <w:rPr>
                <w:lang w:val="ru-RU"/>
              </w:rPr>
              <w:t xml:space="preserve"> 10», размещенные в компьютерной сети Интернет на странице по адресу: </w:t>
            </w:r>
            <w:r>
              <w:t>http</w:t>
            </w:r>
            <w:r w:rsidRPr="00332DB8">
              <w:rPr>
                <w:lang w:val="ru-RU"/>
              </w:rPr>
              <w:t>://</w:t>
            </w:r>
            <w:r>
              <w:t>vk</w:t>
            </w:r>
            <w:r w:rsidRPr="00332DB8">
              <w:rPr>
                <w:lang w:val="ru-RU"/>
              </w:rPr>
              <w:t>.</w:t>
            </w:r>
            <w:r>
              <w:t>com</w:t>
            </w:r>
            <w:r w:rsidRPr="00332DB8">
              <w:rPr>
                <w:lang w:val="ru-RU"/>
              </w:rPr>
              <w:t>/</w:t>
            </w:r>
            <w:r>
              <w:t>idl</w:t>
            </w:r>
            <w:r w:rsidRPr="00332DB8">
              <w:rPr>
                <w:lang w:val="ru-RU"/>
              </w:rPr>
              <w:t>7891368 (решение Полярного районного суда Мурманской области от 24.09.2015);</w:t>
            </w:r>
          </w:p>
        </w:tc>
        <w:tc>
          <w:tcPr>
            <w:tcW w:w="2880" w:type="dxa"/>
          </w:tcPr>
          <w:p w:rsidR="006F7457" w:rsidRPr="00332DB8" w:rsidRDefault="006F7457">
            <w:pPr>
              <w:rPr>
                <w:lang w:val="ru-RU"/>
              </w:rPr>
            </w:pPr>
          </w:p>
        </w:tc>
      </w:tr>
      <w:tr w:rsidR="006F7457" w:rsidRPr="005A424D">
        <w:tc>
          <w:tcPr>
            <w:tcW w:w="2880" w:type="dxa"/>
          </w:tcPr>
          <w:p w:rsidR="006F7457" w:rsidRDefault="00332DB8">
            <w:r>
              <w:t>3162.</w:t>
            </w:r>
          </w:p>
        </w:tc>
        <w:tc>
          <w:tcPr>
            <w:tcW w:w="2880" w:type="dxa"/>
          </w:tcPr>
          <w:p w:rsidR="006F7457" w:rsidRPr="00332DB8" w:rsidRDefault="00332DB8">
            <w:pPr>
              <w:rPr>
                <w:lang w:val="ru-RU"/>
              </w:rPr>
            </w:pPr>
            <w:r w:rsidRPr="00332DB8">
              <w:rPr>
                <w:lang w:val="ru-RU"/>
              </w:rPr>
              <w:t xml:space="preserve">Информационный материал, размещенный на Интернет-страницах с </w:t>
            </w:r>
            <w:r>
              <w:t>URL</w:t>
            </w:r>
            <w:r w:rsidRPr="00332DB8">
              <w:rPr>
                <w:lang w:val="ru-RU"/>
              </w:rPr>
              <w:t xml:space="preserve"> адресами: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m</w:t>
            </w:r>
            <w:r w:rsidRPr="00332DB8">
              <w:rPr>
                <w:lang w:val="ru-RU"/>
              </w:rPr>
              <w:t>698</w:t>
            </w:r>
            <w:r>
              <w:t>DczS</w:t>
            </w:r>
            <w:r w:rsidRPr="00332DB8">
              <w:rPr>
                <w:lang w:val="ru-RU"/>
              </w:rPr>
              <w:t>5</w:t>
            </w:r>
            <w:r>
              <w:t>Qk</w:t>
            </w:r>
            <w:r w:rsidRPr="00332DB8">
              <w:rPr>
                <w:lang w:val="ru-RU"/>
              </w:rPr>
              <w:t>&amp;</w:t>
            </w:r>
            <w:r>
              <w:t>bpctr</w:t>
            </w:r>
            <w:r w:rsidRPr="00332DB8">
              <w:rPr>
                <w:lang w:val="ru-RU"/>
              </w:rPr>
              <w:t xml:space="preserve">=1438688399,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q</w:t>
            </w:r>
            <w:r w:rsidRPr="00332DB8">
              <w:rPr>
                <w:lang w:val="ru-RU"/>
              </w:rPr>
              <w:t>-</w:t>
            </w:r>
            <w:r>
              <w:t>NYC</w:t>
            </w:r>
            <w:r w:rsidRPr="00332DB8">
              <w:rPr>
                <w:lang w:val="ru-RU"/>
              </w:rPr>
              <w:t>8</w:t>
            </w:r>
            <w:r>
              <w:t>cns</w:t>
            </w:r>
            <w:r w:rsidRPr="00332DB8">
              <w:rPr>
                <w:lang w:val="ru-RU"/>
              </w:rPr>
              <w:t>9</w:t>
            </w:r>
            <w:r>
              <w:t>o</w:t>
            </w:r>
            <w:r w:rsidRPr="00332DB8">
              <w:rPr>
                <w:lang w:val="ru-RU"/>
              </w:rPr>
              <w:t xml:space="preserve">, </w:t>
            </w:r>
            <w:r>
              <w:t>http</w:t>
            </w:r>
            <w:r w:rsidRPr="00332DB8">
              <w:rPr>
                <w:lang w:val="ru-RU"/>
              </w:rPr>
              <w:t xml:space="preserve">:// </w:t>
            </w:r>
            <w:r>
              <w:t>www</w:t>
            </w:r>
            <w:r w:rsidRPr="00332DB8">
              <w:rPr>
                <w:lang w:val="ru-RU"/>
              </w:rPr>
              <w:t xml:space="preserve">. </w:t>
            </w:r>
            <w:r>
              <w:t>youtube</w:t>
            </w:r>
            <w:r w:rsidRPr="00332DB8">
              <w:rPr>
                <w:lang w:val="ru-RU"/>
              </w:rPr>
              <w:t xml:space="preserve">. </w:t>
            </w:r>
            <w:r>
              <w:t>com</w:t>
            </w:r>
            <w:r w:rsidRPr="00332DB8">
              <w:rPr>
                <w:lang w:val="ru-RU"/>
              </w:rPr>
              <w:t>/</w:t>
            </w:r>
            <w:r>
              <w:t>watch</w:t>
            </w:r>
            <w:r w:rsidRPr="00332DB8">
              <w:rPr>
                <w:lang w:val="ru-RU"/>
              </w:rPr>
              <w:t>?</w:t>
            </w:r>
            <w:r>
              <w:t>v</w:t>
            </w:r>
            <w:r w:rsidRPr="00332DB8">
              <w:rPr>
                <w:lang w:val="ru-RU"/>
              </w:rPr>
              <w:t>=</w:t>
            </w:r>
            <w:r>
              <w:t>RX</w:t>
            </w:r>
            <w:r w:rsidRPr="00332DB8">
              <w:rPr>
                <w:lang w:val="ru-RU"/>
              </w:rPr>
              <w:t>61</w:t>
            </w:r>
            <w:r>
              <w:t>tJWPI</w:t>
            </w:r>
            <w:r w:rsidRPr="00332DB8">
              <w:rPr>
                <w:lang w:val="ru-RU"/>
              </w:rPr>
              <w:t>7</w:t>
            </w:r>
            <w:r>
              <w:t>M</w:t>
            </w:r>
            <w:r w:rsidRPr="00332DB8">
              <w:rPr>
                <w:lang w:val="ru-RU"/>
              </w:rPr>
              <w:t>,</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cNAb</w:t>
            </w:r>
            <w:r w:rsidRPr="00332DB8">
              <w:rPr>
                <w:lang w:val="ru-RU"/>
              </w:rPr>
              <w:t>2</w:t>
            </w:r>
            <w:r>
              <w:t>s</w:t>
            </w:r>
            <w:r w:rsidRPr="00332DB8">
              <w:rPr>
                <w:lang w:val="ru-RU"/>
              </w:rPr>
              <w:t>2</w:t>
            </w:r>
            <w:r>
              <w:t>rzYk</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TTmyb</w:t>
            </w:r>
            <w:r w:rsidRPr="00332DB8">
              <w:rPr>
                <w:lang w:val="ru-RU"/>
              </w:rPr>
              <w:t>_</w:t>
            </w:r>
            <w:r>
              <w:t>VKhno</w:t>
            </w:r>
            <w:r w:rsidRPr="00332DB8">
              <w:rPr>
                <w:lang w:val="ru-RU"/>
              </w:rPr>
              <w:t xml:space="preserve"> (решение Надымского городского суда Ямало-Ненецкого автономного округа от 27.08.2015);</w:t>
            </w:r>
          </w:p>
        </w:tc>
        <w:tc>
          <w:tcPr>
            <w:tcW w:w="2880" w:type="dxa"/>
          </w:tcPr>
          <w:p w:rsidR="006F7457" w:rsidRPr="00332DB8" w:rsidRDefault="006F7457">
            <w:pPr>
              <w:rPr>
                <w:lang w:val="ru-RU"/>
              </w:rPr>
            </w:pPr>
          </w:p>
        </w:tc>
      </w:tr>
      <w:tr w:rsidR="006F7457" w:rsidRPr="005A424D">
        <w:tc>
          <w:tcPr>
            <w:tcW w:w="2880" w:type="dxa"/>
          </w:tcPr>
          <w:p w:rsidR="006F7457" w:rsidRDefault="00332DB8">
            <w:r>
              <w:t>3163.</w:t>
            </w:r>
          </w:p>
        </w:tc>
        <w:tc>
          <w:tcPr>
            <w:tcW w:w="2880" w:type="dxa"/>
          </w:tcPr>
          <w:p w:rsidR="006F7457" w:rsidRPr="00332DB8" w:rsidRDefault="00332DB8">
            <w:pPr>
              <w:rPr>
                <w:lang w:val="ru-RU"/>
              </w:rPr>
            </w:pPr>
            <w:r>
              <w:t xml:space="preserve">Видеоматериал «Hachi UBIVAYUT Russkih OBYAZATELʼNO K PROSMOTRU» продолжительностью </w:t>
            </w:r>
            <w:r w:rsidRPr="00332DB8">
              <w:rPr>
                <w:lang w:val="ru-RU"/>
              </w:rPr>
              <w:t xml:space="preserve">03 минуты 40 секунд, размещенный в телекоммуникационной сети «Интернет» на странице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98780215 (решение Элистинского городского суда Республики Калмыкия от 29.09.2015);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3164.</w:t>
            </w:r>
          </w:p>
        </w:tc>
        <w:tc>
          <w:tcPr>
            <w:tcW w:w="2880" w:type="dxa"/>
          </w:tcPr>
          <w:p w:rsidR="006F7457" w:rsidRPr="00332DB8" w:rsidRDefault="00332DB8">
            <w:pPr>
              <w:rPr>
                <w:lang w:val="ru-RU"/>
              </w:rPr>
            </w:pPr>
            <w:r w:rsidRPr="00332DB8">
              <w:rPr>
                <w:lang w:val="ru-RU"/>
              </w:rPr>
              <w:t xml:space="preserve">Информационные материалы - статьи: «Деление спирохемЫ» и «Всегдашнее козлячествО», автором которых является Ризо Ю.А. размещенные в сети «Интернет» на сайте </w:t>
            </w:r>
            <w:r>
              <w:t>http</w:t>
            </w:r>
            <w:r w:rsidRPr="00332DB8">
              <w:rPr>
                <w:lang w:val="ru-RU"/>
              </w:rPr>
              <w:t>://</w:t>
            </w:r>
            <w:r>
              <w:t>setkazak</w:t>
            </w:r>
            <w:r w:rsidRPr="00332DB8">
              <w:rPr>
                <w:lang w:val="ru-RU"/>
              </w:rPr>
              <w:t>.</w:t>
            </w:r>
            <w:r>
              <w:t>mybb</w:t>
            </w:r>
            <w:r w:rsidRPr="00332DB8">
              <w:rPr>
                <w:lang w:val="ru-RU"/>
              </w:rPr>
              <w:t>.</w:t>
            </w:r>
            <w:r>
              <w:t>ru</w:t>
            </w:r>
            <w:r w:rsidRPr="00332DB8">
              <w:rPr>
                <w:lang w:val="ru-RU"/>
              </w:rPr>
              <w:t xml:space="preserve"> (решение Горячеключевского городского суда Краснодарского края от 07.07.2015);</w:t>
            </w:r>
          </w:p>
        </w:tc>
        <w:tc>
          <w:tcPr>
            <w:tcW w:w="2880" w:type="dxa"/>
          </w:tcPr>
          <w:p w:rsidR="006F7457" w:rsidRPr="00332DB8" w:rsidRDefault="006F7457">
            <w:pPr>
              <w:rPr>
                <w:lang w:val="ru-RU"/>
              </w:rPr>
            </w:pPr>
          </w:p>
        </w:tc>
      </w:tr>
      <w:tr w:rsidR="006F7457" w:rsidRPr="005A424D">
        <w:tc>
          <w:tcPr>
            <w:tcW w:w="2880" w:type="dxa"/>
          </w:tcPr>
          <w:p w:rsidR="006F7457" w:rsidRDefault="00332DB8">
            <w:r>
              <w:t>3165.</w:t>
            </w:r>
          </w:p>
        </w:tc>
        <w:tc>
          <w:tcPr>
            <w:tcW w:w="2880" w:type="dxa"/>
          </w:tcPr>
          <w:p w:rsidR="006F7457" w:rsidRPr="00332DB8" w:rsidRDefault="00332DB8">
            <w:pPr>
              <w:rPr>
                <w:lang w:val="ru-RU"/>
              </w:rPr>
            </w:pPr>
            <w:r w:rsidRPr="00332DB8">
              <w:rPr>
                <w:lang w:val="ru-RU"/>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w:t>
            </w:r>
            <w:r>
              <w:t>http</w:t>
            </w:r>
            <w:r w:rsidRPr="00332DB8">
              <w:rPr>
                <w:lang w:val="ru-RU"/>
              </w:rPr>
              <w:t>://</w:t>
            </w:r>
            <w:r>
              <w:t>vk</w:t>
            </w:r>
            <w:r w:rsidRPr="00332DB8">
              <w:rPr>
                <w:lang w:val="ru-RU"/>
              </w:rPr>
              <w:t>.</w:t>
            </w:r>
            <w:r>
              <w:t>com</w:t>
            </w:r>
            <w:r w:rsidRPr="00332DB8">
              <w:rPr>
                <w:lang w:val="ru-RU"/>
              </w:rPr>
              <w:t>/</w:t>
            </w:r>
            <w:r>
              <w:t>id</w:t>
            </w:r>
            <w:r w:rsidRPr="00332DB8">
              <w:rPr>
                <w:lang w:val="ru-RU"/>
              </w:rPr>
              <w:t>67775391): Уроки терроризма от скина =) (</w:t>
            </w:r>
            <w:r>
              <w:t>http</w:t>
            </w:r>
            <w:r w:rsidRPr="00332DB8">
              <w:rPr>
                <w:lang w:val="ru-RU"/>
              </w:rPr>
              <w:t>://</w:t>
            </w:r>
            <w:r>
              <w:t>vk</w:t>
            </w:r>
            <w:r w:rsidRPr="00332DB8">
              <w:rPr>
                <w:lang w:val="ru-RU"/>
              </w:rPr>
              <w:t>.</w:t>
            </w:r>
            <w:r>
              <w:t>com</w:t>
            </w:r>
            <w:r w:rsidRPr="00332DB8">
              <w:rPr>
                <w:lang w:val="ru-RU"/>
              </w:rPr>
              <w:t>/</w:t>
            </w:r>
            <w:r>
              <w:t>video</w:t>
            </w:r>
            <w:r w:rsidRPr="00332DB8">
              <w:rPr>
                <w:lang w:val="ru-RU"/>
              </w:rPr>
              <w:t>67775391_165551940); Русский бунт, пи…да хачам! (</w:t>
            </w:r>
            <w:r>
              <w:t>http</w:t>
            </w:r>
            <w:r w:rsidRPr="00332DB8">
              <w:rPr>
                <w:lang w:val="ru-RU"/>
              </w:rPr>
              <w:t>://</w:t>
            </w:r>
            <w:r>
              <w:t>vk</w:t>
            </w:r>
            <w:r w:rsidRPr="00332DB8">
              <w:rPr>
                <w:lang w:val="ru-RU"/>
              </w:rPr>
              <w:t>.</w:t>
            </w:r>
            <w:r>
              <w:t>com</w:t>
            </w:r>
            <w:r w:rsidRPr="00332DB8">
              <w:rPr>
                <w:lang w:val="ru-RU"/>
              </w:rPr>
              <w:t xml:space="preserve">/ </w:t>
            </w:r>
            <w:r>
              <w:t>video</w:t>
            </w:r>
            <w:r w:rsidRPr="00332DB8">
              <w:rPr>
                <w:lang w:val="ru-RU"/>
              </w:rPr>
              <w:t xml:space="preserve"> 67775391_163547395); РУССКИЕ СМОТРИТЕ!!! ТАК НАС УБИВАЮТ!!! А ГДЕ ЖЕ МЕСТЬ???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67775391_162075553); Чеченцы убивают русского (</w:t>
            </w:r>
            <w:r>
              <w:t>http</w:t>
            </w:r>
            <w:r w:rsidRPr="00332DB8">
              <w:rPr>
                <w:lang w:val="ru-RU"/>
              </w:rPr>
              <w:t>://</w:t>
            </w:r>
            <w:r>
              <w:t>vk</w:t>
            </w:r>
            <w:r w:rsidRPr="00332DB8">
              <w:rPr>
                <w:lang w:val="ru-RU"/>
              </w:rPr>
              <w:t>.</w:t>
            </w:r>
            <w:r>
              <w:t>com</w:t>
            </w:r>
            <w:r w:rsidRPr="00332DB8">
              <w:rPr>
                <w:lang w:val="ru-RU"/>
              </w:rPr>
              <w:t xml:space="preserve">/ </w:t>
            </w:r>
            <w:r>
              <w:t>video</w:t>
            </w:r>
            <w:r w:rsidRPr="00332DB8">
              <w:rPr>
                <w:lang w:val="ru-RU"/>
              </w:rPr>
              <w:t>67775391_162075262); Русский ДЕмбель избил ХАча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67775391_165207539); РУССКИЕ ВПЕРЕД ХАЧИ ПОМРИТЕ (</w:t>
            </w:r>
            <w:r>
              <w:t>http</w:t>
            </w:r>
            <w:r w:rsidRPr="00332DB8">
              <w:rPr>
                <w:lang w:val="ru-RU"/>
              </w:rPr>
              <w:t>://</w:t>
            </w:r>
            <w:r>
              <w:t>vk</w:t>
            </w:r>
            <w:r w:rsidRPr="00332DB8">
              <w:rPr>
                <w:lang w:val="ru-RU"/>
              </w:rPr>
              <w:t>.</w:t>
            </w:r>
            <w:r>
              <w:t>com</w:t>
            </w:r>
            <w:r w:rsidRPr="00332DB8">
              <w:rPr>
                <w:lang w:val="ru-RU"/>
              </w:rPr>
              <w:t>/</w:t>
            </w:r>
            <w:r>
              <w:t>video</w:t>
            </w:r>
            <w:r w:rsidRPr="00332DB8">
              <w:rPr>
                <w:lang w:val="ru-RU"/>
              </w:rPr>
              <w:t>67775391_ 163547385); Два пьяных чеченских уе…ка и русский парень с девушкой (</w:t>
            </w:r>
            <w:r>
              <w:t>http</w:t>
            </w:r>
            <w:r w:rsidRPr="00332DB8">
              <w:rPr>
                <w:lang w:val="ru-RU"/>
              </w:rPr>
              <w:t>://</w:t>
            </w:r>
            <w:r>
              <w:t>vk</w:t>
            </w:r>
            <w:r w:rsidRPr="00332DB8">
              <w:rPr>
                <w:lang w:val="ru-RU"/>
              </w:rPr>
              <w:t>.</w:t>
            </w:r>
            <w:r>
              <w:t>com</w:t>
            </w:r>
            <w:r w:rsidRPr="00332DB8">
              <w:rPr>
                <w:lang w:val="ru-RU"/>
              </w:rPr>
              <w:t>/</w:t>
            </w:r>
            <w:r>
              <w:t>video</w:t>
            </w:r>
            <w:r w:rsidRPr="00332DB8">
              <w:rPr>
                <w:lang w:val="ru-RU"/>
              </w:rPr>
              <w:t>67775391_163415982); как относятся эти уроды гниды черно….е к русским людям в ихней стране и почем (</w:t>
            </w:r>
            <w:r>
              <w:t>http</w:t>
            </w:r>
            <w:r w:rsidRPr="00332DB8">
              <w:rPr>
                <w:lang w:val="ru-RU"/>
              </w:rPr>
              <w:t>://</w:t>
            </w:r>
            <w:r>
              <w:t>vk</w:t>
            </w:r>
            <w:r w:rsidRPr="00332DB8">
              <w:rPr>
                <w:lang w:val="ru-RU"/>
              </w:rPr>
              <w:t>.</w:t>
            </w:r>
            <w:r>
              <w:t>com</w:t>
            </w:r>
            <w:r w:rsidRPr="00332DB8">
              <w:rPr>
                <w:lang w:val="ru-RU"/>
              </w:rPr>
              <w:t>/</w:t>
            </w:r>
            <w:r>
              <w:t>video</w:t>
            </w:r>
            <w:r w:rsidRPr="00332DB8">
              <w:rPr>
                <w:lang w:val="ru-RU"/>
              </w:rPr>
              <w:t>67775391_ 162075723); Почему РУССКИЕ парни должны убивать НЕРУССКИХ (</w:t>
            </w:r>
            <w:r>
              <w:t>http</w:t>
            </w:r>
            <w:r w:rsidRPr="00332DB8">
              <w:rPr>
                <w:lang w:val="ru-RU"/>
              </w:rPr>
              <w:t>://</w:t>
            </w:r>
            <w:r>
              <w:t>vk</w:t>
            </w:r>
            <w:r w:rsidRPr="00332DB8">
              <w:rPr>
                <w:lang w:val="ru-RU"/>
              </w:rPr>
              <w:t>.</w:t>
            </w:r>
            <w:r>
              <w:t>com</w:t>
            </w:r>
            <w:r w:rsidRPr="00332DB8">
              <w:rPr>
                <w:lang w:val="ru-RU"/>
              </w:rPr>
              <w:t>/</w:t>
            </w:r>
            <w:r>
              <w:t>video</w:t>
            </w:r>
            <w:r w:rsidRPr="00332DB8">
              <w:rPr>
                <w:lang w:val="ru-RU"/>
              </w:rPr>
              <w:t>67775391_162075398); Тесак рассказывает почему скины мочат хачей толпой (</w:t>
            </w:r>
            <w:r>
              <w:t>http</w:t>
            </w:r>
            <w:r w:rsidRPr="00332DB8">
              <w:rPr>
                <w:lang w:val="ru-RU"/>
              </w:rPr>
              <w:t>:/7</w:t>
            </w:r>
            <w:r>
              <w:t>vk</w:t>
            </w:r>
            <w:r w:rsidRPr="00332DB8">
              <w:rPr>
                <w:lang w:val="ru-RU"/>
              </w:rPr>
              <w:t>.</w:t>
            </w:r>
            <w:r>
              <w:t>com</w:t>
            </w:r>
            <w:r w:rsidRPr="00332DB8">
              <w:rPr>
                <w:lang w:val="ru-RU"/>
              </w:rPr>
              <w:t>/</w:t>
            </w:r>
            <w:r>
              <w:t>video</w:t>
            </w:r>
            <w:r w:rsidRPr="00332DB8">
              <w:rPr>
                <w:lang w:val="ru-RU"/>
              </w:rPr>
              <w:t>67775391_165551939); Хач-лопух (</w:t>
            </w:r>
            <w:r>
              <w:t>http</w:t>
            </w:r>
            <w:r w:rsidRPr="00332DB8">
              <w:rPr>
                <w:lang w:val="ru-RU"/>
              </w:rPr>
              <w:t>://</w:t>
            </w:r>
            <w:r>
              <w:t>vk</w:t>
            </w:r>
            <w:r w:rsidRPr="00332DB8">
              <w:rPr>
                <w:lang w:val="ru-RU"/>
              </w:rPr>
              <w:t>.</w:t>
            </w:r>
            <w:r>
              <w:t>com</w:t>
            </w:r>
            <w:r w:rsidRPr="00332DB8">
              <w:rPr>
                <w:lang w:val="ru-RU"/>
              </w:rPr>
              <w:t>/</w:t>
            </w:r>
            <w:r>
              <w:t>video</w:t>
            </w:r>
            <w:r w:rsidRPr="00332DB8">
              <w:rPr>
                <w:lang w:val="ru-RU"/>
              </w:rPr>
              <w:t>67775391_ 165697159); Отец наказывает дочь подстилку и чернильницу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67775391_ 167165456); Враги убивают русскую (</w:t>
            </w:r>
            <w:r>
              <w:t>http</w:t>
            </w:r>
            <w:r w:rsidRPr="00332DB8">
              <w:rPr>
                <w:lang w:val="ru-RU"/>
              </w:rPr>
              <w:t>://</w:t>
            </w:r>
            <w:r>
              <w:t>vk</w:t>
            </w:r>
            <w:r w:rsidRPr="00332DB8">
              <w:rPr>
                <w:lang w:val="ru-RU"/>
              </w:rPr>
              <w:t>.</w:t>
            </w:r>
            <w:r>
              <w:t>com</w:t>
            </w:r>
            <w:r w:rsidRPr="00332DB8">
              <w:rPr>
                <w:lang w:val="ru-RU"/>
              </w:rPr>
              <w:t>/</w:t>
            </w:r>
            <w:r>
              <w:t>video</w:t>
            </w:r>
            <w:r w:rsidRPr="00332DB8">
              <w:rPr>
                <w:lang w:val="ru-RU"/>
              </w:rPr>
              <w:t>67775391_162075336); так хачу и надо, вообще оборзели пи…ры (</w:t>
            </w:r>
            <w:r>
              <w:t>hrtp</w:t>
            </w:r>
            <w:r w:rsidRPr="00332DB8">
              <w:rPr>
                <w:lang w:val="ru-RU"/>
              </w:rPr>
              <w:t>://</w:t>
            </w:r>
            <w:r>
              <w:t>vk</w:t>
            </w:r>
            <w:r w:rsidRPr="00332DB8">
              <w:rPr>
                <w:lang w:val="ru-RU"/>
              </w:rPr>
              <w:t>.</w:t>
            </w:r>
            <w:r>
              <w:t>com</w:t>
            </w:r>
            <w:r w:rsidRPr="00332DB8">
              <w:rPr>
                <w:lang w:val="ru-RU"/>
              </w:rPr>
              <w:t>/</w:t>
            </w:r>
            <w:r>
              <w:t>video</w:t>
            </w:r>
            <w:r w:rsidRPr="00332DB8">
              <w:rPr>
                <w:lang w:val="ru-RU"/>
              </w:rPr>
              <w:t xml:space="preserve"> 67775391_163415610); День ВДВ Избил чурку на ТЦ Гостиный двор (</w:t>
            </w:r>
            <w:r>
              <w:t>http</w:t>
            </w:r>
            <w:r w:rsidRPr="00332DB8">
              <w:rPr>
                <w:lang w:val="ru-RU"/>
              </w:rPr>
              <w:t>://</w:t>
            </w:r>
            <w:r>
              <w:t>vk</w:t>
            </w:r>
            <w:r w:rsidRPr="00332DB8">
              <w:rPr>
                <w:lang w:val="ru-RU"/>
              </w:rPr>
              <w:t>.</w:t>
            </w:r>
            <w:r>
              <w:t>com</w:t>
            </w:r>
            <w:r w:rsidRPr="00332DB8">
              <w:rPr>
                <w:lang w:val="ru-RU"/>
              </w:rPr>
              <w:t>/</w:t>
            </w:r>
            <w:r>
              <w:t>video</w:t>
            </w:r>
            <w:r w:rsidRPr="00332DB8">
              <w:rPr>
                <w:lang w:val="ru-RU"/>
              </w:rPr>
              <w:t>67775391_165546221) (решение Воркутинского городского суда Республики Коми от 10.09.2015);</w:t>
            </w:r>
          </w:p>
        </w:tc>
        <w:tc>
          <w:tcPr>
            <w:tcW w:w="2880" w:type="dxa"/>
          </w:tcPr>
          <w:p w:rsidR="006F7457" w:rsidRPr="00332DB8" w:rsidRDefault="006F7457">
            <w:pPr>
              <w:rPr>
                <w:lang w:val="ru-RU"/>
              </w:rPr>
            </w:pPr>
          </w:p>
        </w:tc>
      </w:tr>
      <w:tr w:rsidR="006F7457" w:rsidRPr="005A424D">
        <w:tc>
          <w:tcPr>
            <w:tcW w:w="2880" w:type="dxa"/>
          </w:tcPr>
          <w:p w:rsidR="006F7457" w:rsidRDefault="00332DB8">
            <w:r>
              <w:t>3166.</w:t>
            </w:r>
          </w:p>
        </w:tc>
        <w:tc>
          <w:tcPr>
            <w:tcW w:w="2880" w:type="dxa"/>
          </w:tcPr>
          <w:p w:rsidR="006F7457" w:rsidRPr="00332DB8" w:rsidRDefault="00332DB8">
            <w:pPr>
              <w:rPr>
                <w:lang w:val="ru-RU"/>
              </w:rPr>
            </w:pPr>
            <w:r w:rsidRPr="00332DB8">
              <w:rPr>
                <w:lang w:val="ru-RU"/>
              </w:rPr>
              <w:t xml:space="preserve">Видеозапись: «Сирия: душераздирающее обращение после химической атаки (русские субтитры)» на указателе страницы сайта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241413602_167584540 (решение Фрунзенского районного суда города Саратова от 10.09.2015);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3167.</w:t>
            </w:r>
          </w:p>
        </w:tc>
        <w:tc>
          <w:tcPr>
            <w:tcW w:w="2880" w:type="dxa"/>
          </w:tcPr>
          <w:p w:rsidR="006F7457" w:rsidRPr="00332DB8" w:rsidRDefault="00332DB8">
            <w:pPr>
              <w:rPr>
                <w:lang w:val="ru-RU"/>
              </w:rPr>
            </w:pPr>
            <w:r w:rsidRPr="00332DB8">
              <w:rPr>
                <w:lang w:val="ru-RU"/>
              </w:rPr>
              <w:t xml:space="preserve">Информационный материал – интернет – сайт «Экспресс – Камчатка </w:t>
            </w:r>
            <w:r>
              <w:t>on</w:t>
            </w:r>
            <w:r w:rsidRPr="00332DB8">
              <w:rPr>
                <w:lang w:val="ru-RU"/>
              </w:rPr>
              <w:t xml:space="preserve"> – </w:t>
            </w:r>
            <w:r>
              <w:t>line</w:t>
            </w:r>
            <w:r w:rsidRPr="00332DB8">
              <w:rPr>
                <w:lang w:val="ru-RU"/>
              </w:rPr>
              <w:t xml:space="preserve">» с сетевым адресом: </w:t>
            </w:r>
            <w:r>
              <w:t>http</w:t>
            </w:r>
            <w:r w:rsidRPr="00332DB8">
              <w:rPr>
                <w:lang w:val="ru-RU"/>
              </w:rPr>
              <w:t>://</w:t>
            </w:r>
            <w:r>
              <w:t>express</w:t>
            </w:r>
            <w:r w:rsidRPr="00332DB8">
              <w:rPr>
                <w:lang w:val="ru-RU"/>
              </w:rPr>
              <w:t>-</w:t>
            </w:r>
            <w:r>
              <w:t>kamchatka</w:t>
            </w:r>
            <w:r w:rsidRPr="00332DB8">
              <w:rPr>
                <w:lang w:val="ru-RU"/>
              </w:rPr>
              <w:t>.</w:t>
            </w:r>
            <w:r>
              <w:t>com</w:t>
            </w:r>
            <w:r w:rsidRPr="00332DB8">
              <w:rPr>
                <w:lang w:val="ru-RU"/>
              </w:rPr>
              <w:t xml:space="preserve"> (решение Петропавловск-Камчатского городского суда от 02.09.2015);</w:t>
            </w:r>
          </w:p>
        </w:tc>
        <w:tc>
          <w:tcPr>
            <w:tcW w:w="2880" w:type="dxa"/>
          </w:tcPr>
          <w:p w:rsidR="006F7457" w:rsidRPr="00332DB8" w:rsidRDefault="006F7457">
            <w:pPr>
              <w:rPr>
                <w:lang w:val="ru-RU"/>
              </w:rPr>
            </w:pPr>
          </w:p>
        </w:tc>
      </w:tr>
      <w:tr w:rsidR="006F7457" w:rsidRPr="005A424D">
        <w:tc>
          <w:tcPr>
            <w:tcW w:w="2880" w:type="dxa"/>
          </w:tcPr>
          <w:p w:rsidR="006F7457" w:rsidRDefault="00332DB8">
            <w:r>
              <w:t>3168.</w:t>
            </w:r>
          </w:p>
        </w:tc>
        <w:tc>
          <w:tcPr>
            <w:tcW w:w="2880" w:type="dxa"/>
          </w:tcPr>
          <w:p w:rsidR="006F7457" w:rsidRPr="00332DB8" w:rsidRDefault="00332DB8">
            <w:pPr>
              <w:rPr>
                <w:lang w:val="ru-RU"/>
              </w:rPr>
            </w:pPr>
            <w:r w:rsidRPr="00332DB8">
              <w:rPr>
                <w:lang w:val="ru-RU"/>
              </w:rPr>
              <w:t>Информационные материалы: - Аудиозапись под названием «</w:t>
            </w:r>
            <w:r>
              <w:t>LiP</w:t>
            </w:r>
            <w:r w:rsidRPr="00332DB8">
              <w:rPr>
                <w:lang w:val="ru-RU"/>
              </w:rPr>
              <w:t xml:space="preserve"> </w:t>
            </w:r>
            <w:r>
              <w:t>Soulja</w:t>
            </w:r>
            <w:r w:rsidRPr="00332DB8">
              <w:rPr>
                <w:lang w:val="ru-RU"/>
              </w:rPr>
              <w:t xml:space="preserve"> - грязная прогулка (Москва уже не та).</w:t>
            </w:r>
            <w:r>
              <w:t>mp</w:t>
            </w:r>
            <w:r w:rsidRPr="00332DB8">
              <w:rPr>
                <w:lang w:val="ru-RU"/>
              </w:rPr>
              <w:t>3»; - Аудиозапись под названием «</w:t>
            </w:r>
            <w:r>
              <w:t>LiP</w:t>
            </w:r>
            <w:r w:rsidRPr="00332DB8">
              <w:rPr>
                <w:lang w:val="ru-RU"/>
              </w:rPr>
              <w:t xml:space="preserve"> </w:t>
            </w:r>
            <w:r>
              <w:t>Soulja</w:t>
            </w:r>
            <w:r w:rsidRPr="00332DB8">
              <w:rPr>
                <w:lang w:val="ru-RU"/>
              </w:rPr>
              <w:t xml:space="preserve"> - Народ устал терпеть.</w:t>
            </w:r>
            <w:r>
              <w:t>mp</w:t>
            </w:r>
            <w:r w:rsidRPr="00332DB8">
              <w:rPr>
                <w:lang w:val="ru-RU"/>
              </w:rPr>
              <w:t>3»; - Аудиозапись под названием «</w:t>
            </w:r>
            <w:r>
              <w:t>LiP</w:t>
            </w:r>
            <w:r w:rsidRPr="00332DB8">
              <w:rPr>
                <w:lang w:val="ru-RU"/>
              </w:rPr>
              <w:t xml:space="preserve"> </w:t>
            </w:r>
            <w:r>
              <w:t>Soulja</w:t>
            </w:r>
            <w:r w:rsidRPr="00332DB8">
              <w:rPr>
                <w:lang w:val="ru-RU"/>
              </w:rPr>
              <w:t xml:space="preserve"> - Русские вперед.</w:t>
            </w:r>
            <w:r>
              <w:t>mp</w:t>
            </w:r>
            <w:r w:rsidRPr="00332DB8">
              <w:rPr>
                <w:lang w:val="ru-RU"/>
              </w:rPr>
              <w:t>3» (решение Кстовского городского суда Нижегородской области от 11.06.2015);</w:t>
            </w:r>
          </w:p>
        </w:tc>
        <w:tc>
          <w:tcPr>
            <w:tcW w:w="2880" w:type="dxa"/>
          </w:tcPr>
          <w:p w:rsidR="006F7457" w:rsidRPr="00332DB8" w:rsidRDefault="006F7457">
            <w:pPr>
              <w:rPr>
                <w:lang w:val="ru-RU"/>
              </w:rPr>
            </w:pPr>
          </w:p>
        </w:tc>
      </w:tr>
      <w:tr w:rsidR="006F7457" w:rsidRPr="005A424D">
        <w:tc>
          <w:tcPr>
            <w:tcW w:w="2880" w:type="dxa"/>
          </w:tcPr>
          <w:p w:rsidR="006F7457" w:rsidRDefault="00332DB8">
            <w:r>
              <w:t>3169.</w:t>
            </w:r>
          </w:p>
        </w:tc>
        <w:tc>
          <w:tcPr>
            <w:tcW w:w="2880" w:type="dxa"/>
          </w:tcPr>
          <w:p w:rsidR="006F7457" w:rsidRPr="00332DB8" w:rsidRDefault="00332DB8">
            <w:pPr>
              <w:rPr>
                <w:lang w:val="ru-RU"/>
              </w:rPr>
            </w:pPr>
            <w:r w:rsidRPr="00332DB8">
              <w:rPr>
                <w:lang w:val="ru-RU"/>
              </w:rPr>
              <w:t xml:space="preserve">Видеозапись под названием «Победа близка Мухаммад аль-Арифи» длительностью 6 минут 14 секунд, размещенная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41906537 (решение Заводского районного суда г. Грозного от 13.02.2015);</w:t>
            </w:r>
          </w:p>
        </w:tc>
        <w:tc>
          <w:tcPr>
            <w:tcW w:w="2880" w:type="dxa"/>
          </w:tcPr>
          <w:p w:rsidR="006F7457" w:rsidRPr="00332DB8" w:rsidRDefault="006F7457">
            <w:pPr>
              <w:rPr>
                <w:lang w:val="ru-RU"/>
              </w:rPr>
            </w:pPr>
          </w:p>
        </w:tc>
      </w:tr>
      <w:tr w:rsidR="006F7457" w:rsidRPr="005A424D">
        <w:tc>
          <w:tcPr>
            <w:tcW w:w="2880" w:type="dxa"/>
          </w:tcPr>
          <w:p w:rsidR="006F7457" w:rsidRDefault="00332DB8">
            <w:r>
              <w:t>3170.</w:t>
            </w:r>
          </w:p>
        </w:tc>
        <w:tc>
          <w:tcPr>
            <w:tcW w:w="2880" w:type="dxa"/>
          </w:tcPr>
          <w:p w:rsidR="006F7457" w:rsidRPr="00332DB8" w:rsidRDefault="00332DB8">
            <w:pPr>
              <w:rPr>
                <w:lang w:val="ru-RU"/>
              </w:rPr>
            </w:pPr>
            <w:r w:rsidRPr="00332DB8">
              <w:rPr>
                <w:lang w:val="ru-RU"/>
              </w:rPr>
              <w:t xml:space="preserve">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w:t>
            </w:r>
            <w:r>
              <w:t>http</w:t>
            </w:r>
            <w:r w:rsidRPr="00332DB8">
              <w:rPr>
                <w:lang w:val="ru-RU"/>
              </w:rPr>
              <w:t>://</w:t>
            </w:r>
            <w:r>
              <w:t>vk</w:t>
            </w:r>
            <w:r w:rsidRPr="00332DB8">
              <w:rPr>
                <w:lang w:val="ru-RU"/>
              </w:rPr>
              <w:t>/</w:t>
            </w:r>
            <w:r>
              <w:t>com</w:t>
            </w:r>
            <w:r w:rsidRPr="00332DB8">
              <w:rPr>
                <w:lang w:val="ru-RU"/>
              </w:rPr>
              <w:t>/</w:t>
            </w:r>
            <w:r>
              <w:t>clab</w:t>
            </w:r>
            <w:r w:rsidRPr="00332DB8">
              <w:rPr>
                <w:lang w:val="ru-RU"/>
              </w:rPr>
              <w:t>34115681 (решение Кропоткинского городского суда Краснодарского края от 22.09.2015);</w:t>
            </w:r>
          </w:p>
        </w:tc>
        <w:tc>
          <w:tcPr>
            <w:tcW w:w="2880" w:type="dxa"/>
          </w:tcPr>
          <w:p w:rsidR="006F7457" w:rsidRPr="00332DB8" w:rsidRDefault="006F7457">
            <w:pPr>
              <w:rPr>
                <w:lang w:val="ru-RU"/>
              </w:rPr>
            </w:pPr>
          </w:p>
        </w:tc>
      </w:tr>
      <w:tr w:rsidR="006F7457" w:rsidRPr="005A424D">
        <w:tc>
          <w:tcPr>
            <w:tcW w:w="2880" w:type="dxa"/>
          </w:tcPr>
          <w:p w:rsidR="006F7457" w:rsidRDefault="00332DB8">
            <w:r>
              <w:t>3171.</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статье «Аль-Каида: самые знаменитые террористы» на Интернет-сайте </w:t>
            </w:r>
            <w:r>
              <w:t>http</w:t>
            </w:r>
            <w:r w:rsidRPr="00332DB8">
              <w:rPr>
                <w:lang w:val="ru-RU"/>
              </w:rPr>
              <w:t>://</w:t>
            </w:r>
            <w:r>
              <w:t>www</w:t>
            </w:r>
            <w:r w:rsidRPr="00332DB8">
              <w:rPr>
                <w:lang w:val="ru-RU"/>
              </w:rPr>
              <w:t>.</w:t>
            </w:r>
            <w:r>
              <w:t>chuhotezvous</w:t>
            </w:r>
            <w:r w:rsidRPr="00332DB8">
              <w:rPr>
                <w:lang w:val="ru-RU"/>
              </w:rPr>
              <w:t>.</w:t>
            </w:r>
            <w:r>
              <w:t>ru</w:t>
            </w:r>
            <w:r w:rsidRPr="00332DB8">
              <w:rPr>
                <w:lang w:val="ru-RU"/>
              </w:rPr>
              <w:t>/</w:t>
            </w:r>
            <w:r>
              <w:t>social</w:t>
            </w:r>
            <w:r w:rsidRPr="00332DB8">
              <w:rPr>
                <w:lang w:val="ru-RU"/>
              </w:rPr>
              <w:t>-</w:t>
            </w:r>
            <w:r>
              <w:t>disasters</w:t>
            </w:r>
            <w:r w:rsidRPr="00332DB8">
              <w:rPr>
                <w:lang w:val="ru-RU"/>
              </w:rPr>
              <w:t>/287.</w:t>
            </w:r>
            <w:r>
              <w:t>html</w:t>
            </w:r>
            <w:r w:rsidRPr="00332DB8">
              <w:rPr>
                <w:lang w:val="ru-RU"/>
              </w:rPr>
              <w:t xml:space="preserve"> (решение Тазовского районного суда Ямало-Ненецкого автономного округа от 23.09.2015);</w:t>
            </w:r>
          </w:p>
        </w:tc>
        <w:tc>
          <w:tcPr>
            <w:tcW w:w="2880" w:type="dxa"/>
          </w:tcPr>
          <w:p w:rsidR="006F7457" w:rsidRPr="00332DB8" w:rsidRDefault="006F7457">
            <w:pPr>
              <w:rPr>
                <w:lang w:val="ru-RU"/>
              </w:rPr>
            </w:pPr>
          </w:p>
        </w:tc>
      </w:tr>
      <w:tr w:rsidR="006F7457" w:rsidRPr="005A424D">
        <w:tc>
          <w:tcPr>
            <w:tcW w:w="2880" w:type="dxa"/>
          </w:tcPr>
          <w:p w:rsidR="006F7457" w:rsidRDefault="00332DB8">
            <w:r>
              <w:t>31</w:t>
            </w:r>
            <w:r>
              <w:lastRenderedPageBreak/>
              <w:t>72.</w:t>
            </w:r>
          </w:p>
        </w:tc>
        <w:tc>
          <w:tcPr>
            <w:tcW w:w="2880" w:type="dxa"/>
          </w:tcPr>
          <w:p w:rsidR="006F7457" w:rsidRPr="00332DB8" w:rsidRDefault="00332DB8">
            <w:pPr>
              <w:rPr>
                <w:lang w:val="ru-RU"/>
              </w:rPr>
            </w:pPr>
            <w:r w:rsidRPr="00332DB8">
              <w:rPr>
                <w:lang w:val="ru-RU"/>
              </w:rPr>
              <w:lastRenderedPageBreak/>
              <w:t xml:space="preserve">Брошюра «МИЛЯФФ ИДАРИЙ» на 26 страницах (без автора) (решение Кировского районного суда г. Уфы </w:t>
            </w:r>
            <w:r w:rsidRPr="00332DB8">
              <w:rPr>
                <w:lang w:val="ru-RU"/>
              </w:rPr>
              <w:lastRenderedPageBreak/>
              <w:t>Республики Башкортостан от 03.09.2015);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3173.</w:t>
            </w:r>
          </w:p>
        </w:tc>
        <w:tc>
          <w:tcPr>
            <w:tcW w:w="2880" w:type="dxa"/>
          </w:tcPr>
          <w:p w:rsidR="006F7457" w:rsidRPr="00332DB8" w:rsidRDefault="00332DB8">
            <w:pPr>
              <w:rPr>
                <w:lang w:val="ru-RU"/>
              </w:rPr>
            </w:pPr>
            <w:r w:rsidRPr="00332DB8">
              <w:rPr>
                <w:lang w:val="ru-RU"/>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2880" w:type="dxa"/>
          </w:tcPr>
          <w:p w:rsidR="006F7457" w:rsidRPr="00332DB8" w:rsidRDefault="006F7457">
            <w:pPr>
              <w:rPr>
                <w:lang w:val="ru-RU"/>
              </w:rPr>
            </w:pPr>
          </w:p>
        </w:tc>
      </w:tr>
      <w:tr w:rsidR="006F7457" w:rsidRPr="005A424D">
        <w:tc>
          <w:tcPr>
            <w:tcW w:w="2880" w:type="dxa"/>
          </w:tcPr>
          <w:p w:rsidR="006F7457" w:rsidRDefault="00332DB8">
            <w:r>
              <w:t>3174.</w:t>
            </w:r>
          </w:p>
        </w:tc>
        <w:tc>
          <w:tcPr>
            <w:tcW w:w="2880" w:type="dxa"/>
          </w:tcPr>
          <w:p w:rsidR="006F7457" w:rsidRPr="00332DB8" w:rsidRDefault="00332DB8">
            <w:pPr>
              <w:rPr>
                <w:lang w:val="ru-RU"/>
              </w:rPr>
            </w:pPr>
            <w:r w:rsidRPr="00332DB8">
              <w:rPr>
                <w:lang w:val="ru-RU"/>
              </w:rP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2880" w:type="dxa"/>
          </w:tcPr>
          <w:p w:rsidR="006F7457" w:rsidRPr="00332DB8" w:rsidRDefault="006F7457">
            <w:pPr>
              <w:rPr>
                <w:lang w:val="ru-RU"/>
              </w:rPr>
            </w:pPr>
          </w:p>
        </w:tc>
      </w:tr>
      <w:tr w:rsidR="006F7457" w:rsidRPr="005A424D">
        <w:tc>
          <w:tcPr>
            <w:tcW w:w="2880" w:type="dxa"/>
          </w:tcPr>
          <w:p w:rsidR="006F7457" w:rsidRDefault="00332DB8">
            <w:r>
              <w:t>3175.</w:t>
            </w:r>
          </w:p>
        </w:tc>
        <w:tc>
          <w:tcPr>
            <w:tcW w:w="2880" w:type="dxa"/>
          </w:tcPr>
          <w:p w:rsidR="006F7457" w:rsidRPr="00332DB8" w:rsidRDefault="00332DB8">
            <w:pPr>
              <w:rPr>
                <w:lang w:val="ru-RU"/>
              </w:rPr>
            </w:pPr>
            <w:r w:rsidRPr="00332DB8">
              <w:rPr>
                <w:lang w:val="ru-RU"/>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2880" w:type="dxa"/>
          </w:tcPr>
          <w:p w:rsidR="006F7457" w:rsidRPr="00332DB8" w:rsidRDefault="006F7457">
            <w:pPr>
              <w:rPr>
                <w:lang w:val="ru-RU"/>
              </w:rPr>
            </w:pPr>
          </w:p>
        </w:tc>
      </w:tr>
      <w:tr w:rsidR="006F7457" w:rsidRPr="005A424D">
        <w:tc>
          <w:tcPr>
            <w:tcW w:w="2880" w:type="dxa"/>
          </w:tcPr>
          <w:p w:rsidR="006F7457" w:rsidRDefault="00332DB8">
            <w:r>
              <w:t>3176.</w:t>
            </w:r>
          </w:p>
        </w:tc>
        <w:tc>
          <w:tcPr>
            <w:tcW w:w="2880" w:type="dxa"/>
          </w:tcPr>
          <w:p w:rsidR="006F7457" w:rsidRPr="00332DB8" w:rsidRDefault="00332DB8">
            <w:pPr>
              <w:rPr>
                <w:lang w:val="ru-RU"/>
              </w:rPr>
            </w:pPr>
            <w:r w:rsidRPr="00332DB8">
              <w:rPr>
                <w:lang w:val="ru-RU"/>
              </w:rPr>
              <w:t>Электронная страница группы «США – гарант мировой безопасности» (</w:t>
            </w:r>
            <w:r>
              <w:t>URL</w:t>
            </w:r>
            <w:r w:rsidRPr="00332DB8">
              <w:rPr>
                <w:lang w:val="ru-RU"/>
              </w:rPr>
              <w:t xml:space="preserve"> адрес – </w:t>
            </w:r>
            <w:r>
              <w:t>https</w:t>
            </w:r>
            <w:r w:rsidRPr="00332DB8">
              <w:rPr>
                <w:lang w:val="ru-RU"/>
              </w:rPr>
              <w:t>://</w:t>
            </w:r>
            <w:r>
              <w:t>vk</w:t>
            </w:r>
            <w:r w:rsidRPr="00332DB8">
              <w:rPr>
                <w:lang w:val="ru-RU"/>
              </w:rPr>
              <w:t>.</w:t>
            </w:r>
            <w:r>
              <w:t>com</w:t>
            </w:r>
            <w:r w:rsidRPr="00332DB8">
              <w:rPr>
                <w:lang w:val="ru-RU"/>
              </w:rPr>
              <w:t>/</w:t>
            </w:r>
            <w:r>
              <w:t>usa</w:t>
            </w:r>
            <w:r w:rsidRPr="00332DB8">
              <w:rPr>
                <w:lang w:val="ru-RU"/>
              </w:rPr>
              <w:t>_</w:t>
            </w:r>
            <w:r>
              <w:t>state</w:t>
            </w:r>
            <w:r w:rsidRPr="00332DB8">
              <w:rPr>
                <w:lang w:val="ru-RU"/>
              </w:rPr>
              <w:t>_</w:t>
            </w:r>
            <w:r>
              <w:t>ua</w:t>
            </w:r>
            <w:r w:rsidRPr="00332DB8">
              <w:rPr>
                <w:lang w:val="ru-RU"/>
              </w:rPr>
              <w:t xml:space="preserve">), сайта </w:t>
            </w:r>
            <w:r>
              <w:t>http</w:t>
            </w:r>
            <w:r w:rsidRPr="00332DB8">
              <w:rPr>
                <w:lang w:val="ru-RU"/>
              </w:rPr>
              <w:t>://</w:t>
            </w:r>
            <w:r>
              <w:t>vk</w:t>
            </w:r>
            <w:r w:rsidRPr="00332DB8">
              <w:rPr>
                <w:lang w:val="ru-RU"/>
              </w:rPr>
              <w:t>.</w:t>
            </w:r>
            <w:r>
              <w:t>com</w:t>
            </w:r>
            <w:r w:rsidRPr="00332DB8">
              <w:rPr>
                <w:lang w:val="ru-RU"/>
              </w:rPr>
              <w:t xml:space="preserve"> социальной сети «ВКонтакте» информационно-телекоммуникационной сети «Интернет» (решение Центрального районного суда г. Читы от 12.10.2015);</w:t>
            </w:r>
          </w:p>
        </w:tc>
        <w:tc>
          <w:tcPr>
            <w:tcW w:w="2880" w:type="dxa"/>
          </w:tcPr>
          <w:p w:rsidR="006F7457" w:rsidRPr="00332DB8" w:rsidRDefault="006F7457">
            <w:pPr>
              <w:rPr>
                <w:lang w:val="ru-RU"/>
              </w:rPr>
            </w:pPr>
          </w:p>
        </w:tc>
      </w:tr>
      <w:tr w:rsidR="006F7457" w:rsidRPr="005A424D">
        <w:tc>
          <w:tcPr>
            <w:tcW w:w="2880" w:type="dxa"/>
          </w:tcPr>
          <w:p w:rsidR="006F7457" w:rsidRDefault="00332DB8">
            <w:r>
              <w:t>317</w:t>
            </w:r>
            <w:r>
              <w:lastRenderedPageBreak/>
              <w:t>7.</w:t>
            </w:r>
          </w:p>
        </w:tc>
        <w:tc>
          <w:tcPr>
            <w:tcW w:w="2880" w:type="dxa"/>
          </w:tcPr>
          <w:p w:rsidR="006F7457" w:rsidRPr="00332DB8" w:rsidRDefault="00332DB8">
            <w:pPr>
              <w:rPr>
                <w:lang w:val="ru-RU"/>
              </w:rPr>
            </w:pPr>
            <w:r w:rsidRPr="00332DB8">
              <w:rPr>
                <w:lang w:val="ru-RU"/>
              </w:rPr>
              <w:lastRenderedPageBreak/>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w:t>
            </w:r>
            <w:r>
              <w:t>URL</w:t>
            </w:r>
            <w:r w:rsidRPr="00332DB8">
              <w:rPr>
                <w:lang w:val="ru-RU"/>
              </w:rPr>
              <w:t xml:space="preserve">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208508476) сайта </w:t>
            </w:r>
            <w:r>
              <w:t>http</w:t>
            </w:r>
            <w:r w:rsidRPr="00332DB8">
              <w:rPr>
                <w:lang w:val="ru-RU"/>
              </w:rPr>
              <w:t>://</w:t>
            </w:r>
            <w:r>
              <w:t>vk</w:t>
            </w:r>
            <w:r w:rsidRPr="00332DB8">
              <w:rPr>
                <w:lang w:val="ru-RU"/>
              </w:rPr>
              <w:t>.</w:t>
            </w:r>
            <w:r>
              <w:t>com</w:t>
            </w:r>
            <w:r w:rsidRPr="00332DB8">
              <w:rPr>
                <w:lang w:val="ru-RU"/>
              </w:rPr>
              <w:t xml:space="preserve"> социальной сети «ВКонтакте» (решение Центрального </w:t>
            </w:r>
            <w:r w:rsidRPr="00332DB8">
              <w:rPr>
                <w:lang w:val="ru-RU"/>
              </w:rPr>
              <w:lastRenderedPageBreak/>
              <w:t>районного суда г. Читы от 12.10.2015);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3178.</w:t>
            </w:r>
          </w:p>
        </w:tc>
        <w:tc>
          <w:tcPr>
            <w:tcW w:w="2880" w:type="dxa"/>
          </w:tcPr>
          <w:p w:rsidR="006F7457" w:rsidRPr="00332DB8" w:rsidRDefault="00332DB8">
            <w:pPr>
              <w:rPr>
                <w:lang w:val="ru-RU"/>
              </w:rPr>
            </w:pPr>
            <w:r w:rsidRPr="00332DB8">
              <w:rPr>
                <w:lang w:val="ru-RU"/>
              </w:rPr>
              <w:t xml:space="preserve">Текстовый материал «Политическое завещание Адольфа Гитлера», расположенный по электронному адресу: </w:t>
            </w:r>
            <w:r>
              <w:t>http</w:t>
            </w:r>
            <w:r w:rsidRPr="00332DB8">
              <w:rPr>
                <w:lang w:val="ru-RU"/>
              </w:rPr>
              <w:t>://</w:t>
            </w:r>
            <w:r>
              <w:t>www</w:t>
            </w:r>
            <w:r w:rsidRPr="00332DB8">
              <w:rPr>
                <w:lang w:val="ru-RU"/>
              </w:rPr>
              <w:t>.</w:t>
            </w:r>
            <w:r>
              <w:t>resistance</w:t>
            </w:r>
            <w:r w:rsidRPr="00332DB8">
              <w:rPr>
                <w:lang w:val="ru-RU"/>
              </w:rPr>
              <w:t>88.</w:t>
            </w:r>
            <w:r>
              <w:t>com</w:t>
            </w:r>
            <w:r w:rsidRPr="00332DB8">
              <w:rPr>
                <w:lang w:val="ru-RU"/>
              </w:rPr>
              <w:t>/</w:t>
            </w:r>
            <w:r>
              <w:t>topics</w:t>
            </w:r>
            <w:r w:rsidRPr="00332DB8">
              <w:rPr>
                <w:lang w:val="ru-RU"/>
              </w:rPr>
              <w:t>/</w:t>
            </w:r>
            <w:r>
              <w:t>ideas</w:t>
            </w:r>
            <w:r w:rsidRPr="00332DB8">
              <w:rPr>
                <w:lang w:val="ru-RU"/>
              </w:rPr>
              <w:t>/</w:t>
            </w:r>
            <w:r>
              <w:t>adolfhitlertestament</w:t>
            </w:r>
            <w:r w:rsidRPr="00332DB8">
              <w:rPr>
                <w:lang w:val="ru-RU"/>
              </w:rPr>
              <w:t>/</w:t>
            </w:r>
            <w:r>
              <w:t>hitlerpoliticaltestament</w:t>
            </w:r>
            <w:r w:rsidRPr="00332DB8">
              <w:rPr>
                <w:lang w:val="ru-RU"/>
              </w:rPr>
              <w:t>3.</w:t>
            </w:r>
            <w:r>
              <w:t>htm</w:t>
            </w:r>
            <w:r w:rsidRPr="00332DB8">
              <w:rPr>
                <w:lang w:val="ru-RU"/>
              </w:rPr>
              <w:t>#.</w:t>
            </w:r>
            <w:r>
              <w:t>VG</w:t>
            </w:r>
            <w:r w:rsidRPr="00332DB8">
              <w:rPr>
                <w:lang w:val="ru-RU"/>
              </w:rPr>
              <w:t>1</w:t>
            </w:r>
            <w:r>
              <w:t>esajppby</w:t>
            </w:r>
            <w:r w:rsidRPr="00332DB8">
              <w:rPr>
                <w:lang w:val="ru-RU"/>
              </w:rPr>
              <w:t xml:space="preserve"> (решение Кировского районного суда г. Уфы Республики Башкортостан от 20.11.2014);</w:t>
            </w:r>
          </w:p>
        </w:tc>
        <w:tc>
          <w:tcPr>
            <w:tcW w:w="2880" w:type="dxa"/>
          </w:tcPr>
          <w:p w:rsidR="006F7457" w:rsidRPr="00332DB8" w:rsidRDefault="006F7457">
            <w:pPr>
              <w:rPr>
                <w:lang w:val="ru-RU"/>
              </w:rPr>
            </w:pPr>
          </w:p>
        </w:tc>
      </w:tr>
      <w:tr w:rsidR="006F7457" w:rsidRPr="005A424D">
        <w:tc>
          <w:tcPr>
            <w:tcW w:w="2880" w:type="dxa"/>
          </w:tcPr>
          <w:p w:rsidR="006F7457" w:rsidRDefault="00332DB8">
            <w:r>
              <w:t>3179.</w:t>
            </w:r>
          </w:p>
        </w:tc>
        <w:tc>
          <w:tcPr>
            <w:tcW w:w="2880" w:type="dxa"/>
          </w:tcPr>
          <w:p w:rsidR="006F7457" w:rsidRPr="00332DB8" w:rsidRDefault="00332DB8">
            <w:pPr>
              <w:rPr>
                <w:lang w:val="ru-RU"/>
              </w:rPr>
            </w:pPr>
            <w:r w:rsidRPr="00332DB8">
              <w:rPr>
                <w:lang w:val="ru-RU"/>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2880" w:type="dxa"/>
          </w:tcPr>
          <w:p w:rsidR="006F7457" w:rsidRPr="00332DB8" w:rsidRDefault="006F7457">
            <w:pPr>
              <w:rPr>
                <w:lang w:val="ru-RU"/>
              </w:rPr>
            </w:pPr>
          </w:p>
        </w:tc>
      </w:tr>
      <w:tr w:rsidR="006F7457">
        <w:tc>
          <w:tcPr>
            <w:tcW w:w="2880" w:type="dxa"/>
          </w:tcPr>
          <w:p w:rsidR="006F7457" w:rsidRDefault="00332DB8">
            <w:r>
              <w:t>3180.</w:t>
            </w:r>
          </w:p>
        </w:tc>
        <w:tc>
          <w:tcPr>
            <w:tcW w:w="2880" w:type="dxa"/>
          </w:tcPr>
          <w:p w:rsidR="006F7457" w:rsidRDefault="00332DB8">
            <w:r w:rsidRPr="00332DB8">
              <w:rPr>
                <w:lang w:val="ru-RU"/>
              </w:rPr>
              <w:t xml:space="preserve">Информация, размещенная на электронных страницах </w:t>
            </w:r>
            <w:r>
              <w:t>http</w:t>
            </w:r>
            <w:r w:rsidRPr="00332DB8">
              <w:rPr>
                <w:lang w:val="ru-RU"/>
              </w:rPr>
              <w:t>://</w:t>
            </w:r>
            <w:r>
              <w:t>vk</w:t>
            </w:r>
            <w:r w:rsidRPr="00332DB8">
              <w:rPr>
                <w:lang w:val="ru-RU"/>
              </w:rPr>
              <w:t>.</w:t>
            </w:r>
            <w:r>
              <w:t>com</w:t>
            </w:r>
            <w:r w:rsidRPr="00332DB8">
              <w:rPr>
                <w:lang w:val="ru-RU"/>
              </w:rPr>
              <w:t>/</w:t>
            </w:r>
            <w:r>
              <w:t>team</w:t>
            </w:r>
            <w:r w:rsidRPr="00332DB8">
              <w:rPr>
                <w:lang w:val="ru-RU"/>
              </w:rPr>
              <w:t xml:space="preserve">_1488 группы «Безумие_(1488)»; </w:t>
            </w:r>
            <w:r>
              <w:t>http</w:t>
            </w:r>
            <w:r w:rsidRPr="00332DB8">
              <w:rPr>
                <w:lang w:val="ru-RU"/>
              </w:rPr>
              <w:t>://</w:t>
            </w:r>
            <w:r>
              <w:t>vk</w:t>
            </w:r>
            <w:r w:rsidRPr="00332DB8">
              <w:rPr>
                <w:lang w:val="ru-RU"/>
              </w:rPr>
              <w:t>.</w:t>
            </w:r>
            <w:r>
              <w:t>com</w:t>
            </w:r>
            <w:r w:rsidRPr="00332DB8">
              <w:rPr>
                <w:lang w:val="ru-RU"/>
              </w:rPr>
              <w:t>/</w:t>
            </w:r>
            <w:r>
              <w:t>eevilruss</w:t>
            </w:r>
            <w:r w:rsidRPr="00332DB8">
              <w:rPr>
                <w:lang w:val="ru-RU"/>
              </w:rPr>
              <w:t xml:space="preserve"> группы «Злые русские»; </w:t>
            </w:r>
            <w:r>
              <w:t>http</w:t>
            </w:r>
            <w:r w:rsidRPr="00332DB8">
              <w:rPr>
                <w:lang w:val="ru-RU"/>
              </w:rPr>
              <w:t>://</w:t>
            </w:r>
            <w:r>
              <w:t>vk</w:t>
            </w:r>
            <w:r w:rsidRPr="00332DB8">
              <w:rPr>
                <w:lang w:val="ru-RU"/>
              </w:rPr>
              <w:t>.</w:t>
            </w:r>
            <w:r>
              <w:t>com</w:t>
            </w:r>
            <w:r w:rsidRPr="00332DB8">
              <w:rPr>
                <w:lang w:val="ru-RU"/>
              </w:rPr>
              <w:t>/</w:t>
            </w:r>
            <w:r>
              <w:t>strong</w:t>
            </w:r>
            <w:r w:rsidRPr="00332DB8">
              <w:rPr>
                <w:lang w:val="ru-RU"/>
              </w:rPr>
              <w:t>.</w:t>
            </w:r>
            <w:r>
              <w:t>words</w:t>
            </w:r>
            <w:r w:rsidRPr="00332DB8">
              <w:rPr>
                <w:lang w:val="ru-RU"/>
              </w:rPr>
              <w:t xml:space="preserve"> группы «Белая Русь (БР)»;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236846745 пользователя под ником «Игорь Шторх»; </w:t>
            </w:r>
            <w:r>
              <w:t>http</w:t>
            </w:r>
            <w:r w:rsidRPr="00332DB8">
              <w:rPr>
                <w:lang w:val="ru-RU"/>
              </w:rPr>
              <w:t>://</w:t>
            </w:r>
            <w:r>
              <w:t>vk</w:t>
            </w:r>
            <w:r w:rsidRPr="00332DB8">
              <w:rPr>
                <w:lang w:val="ru-RU"/>
              </w:rPr>
              <w:t>.</w:t>
            </w:r>
            <w:r>
              <w:t>com</w:t>
            </w:r>
            <w:r w:rsidRPr="00332DB8">
              <w:rPr>
                <w:lang w:val="ru-RU"/>
              </w:rPr>
              <w:t>/</w:t>
            </w:r>
            <w:r>
              <w:t>kaiktasa</w:t>
            </w:r>
            <w:r w:rsidRPr="00332DB8">
              <w:rPr>
                <w:lang w:val="ru-RU"/>
              </w:rPr>
              <w:t xml:space="preserve">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w:t>
            </w:r>
            <w:r>
              <w:t>(решение Центрального районного суда г. Читы от 29.09.2015);</w:t>
            </w:r>
          </w:p>
        </w:tc>
        <w:tc>
          <w:tcPr>
            <w:tcW w:w="2880" w:type="dxa"/>
          </w:tcPr>
          <w:p w:rsidR="006F7457" w:rsidRDefault="006F7457"/>
        </w:tc>
      </w:tr>
      <w:tr w:rsidR="006F7457" w:rsidRPr="005A424D">
        <w:tc>
          <w:tcPr>
            <w:tcW w:w="2880" w:type="dxa"/>
          </w:tcPr>
          <w:p w:rsidR="006F7457" w:rsidRDefault="00332DB8">
            <w:r>
              <w:lastRenderedPageBreak/>
              <w:t>3181.</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интернет-адресам: </w:t>
            </w:r>
            <w:r>
              <w:t>URL</w:t>
            </w:r>
            <w:r w:rsidRPr="00332DB8">
              <w:rPr>
                <w:lang w:val="ru-RU"/>
              </w:rPr>
              <w:t xml:space="preserve"> адреса: </w:t>
            </w:r>
            <w:r>
              <w:t>http</w:t>
            </w:r>
            <w:r w:rsidRPr="00332DB8">
              <w:rPr>
                <w:lang w:val="ru-RU"/>
              </w:rPr>
              <w:t>://</w:t>
            </w:r>
            <w:r>
              <w:t>wikibit</w:t>
            </w:r>
            <w:r w:rsidRPr="00332DB8">
              <w:rPr>
                <w:lang w:val="ru-RU"/>
              </w:rPr>
              <w:t>.</w:t>
            </w:r>
            <w:r>
              <w:t>me</w:t>
            </w:r>
            <w:r w:rsidRPr="00332DB8">
              <w:rPr>
                <w:lang w:val="ru-RU"/>
              </w:rPr>
              <w:t>/</w:t>
            </w:r>
            <w:r>
              <w:t>video</w:t>
            </w:r>
            <w:r w:rsidRPr="00332DB8">
              <w:rPr>
                <w:lang w:val="ru-RU"/>
              </w:rPr>
              <w:t>/5</w:t>
            </w:r>
            <w:r>
              <w:t>bhbunOb</w:t>
            </w:r>
            <w:r w:rsidRPr="00332DB8">
              <w:rPr>
                <w:lang w:val="ru-RU"/>
              </w:rPr>
              <w:t>3</w:t>
            </w:r>
            <w:r>
              <w:t>x</w:t>
            </w:r>
            <w:r w:rsidRPr="00332DB8">
              <w:rPr>
                <w:lang w:val="ru-RU"/>
              </w:rPr>
              <w:t xml:space="preserve">4, </w:t>
            </w:r>
            <w:r>
              <w:t>http</w:t>
            </w:r>
            <w:r w:rsidRPr="00332DB8">
              <w:rPr>
                <w:lang w:val="ru-RU"/>
              </w:rPr>
              <w:t>://</w:t>
            </w:r>
            <w:r>
              <w:t>wikibit</w:t>
            </w:r>
            <w:r w:rsidRPr="00332DB8">
              <w:rPr>
                <w:lang w:val="ru-RU"/>
              </w:rPr>
              <w:t>.</w:t>
            </w:r>
            <w:r>
              <w:t>me</w:t>
            </w:r>
            <w:r w:rsidRPr="00332DB8">
              <w:rPr>
                <w:lang w:val="ru-RU"/>
              </w:rPr>
              <w:t>/</w:t>
            </w:r>
            <w:r>
              <w:t>video</w:t>
            </w:r>
            <w:r w:rsidRPr="00332DB8">
              <w:rPr>
                <w:lang w:val="ru-RU"/>
              </w:rPr>
              <w:t>/_</w:t>
            </w:r>
            <w:r>
              <w:t>JZNIFhja</w:t>
            </w:r>
            <w:r w:rsidRPr="00332DB8">
              <w:rPr>
                <w:lang w:val="ru-RU"/>
              </w:rPr>
              <w:t>1</w:t>
            </w:r>
            <w:r>
              <w:t>w</w:t>
            </w:r>
            <w:r w:rsidRPr="00332DB8">
              <w:rPr>
                <w:lang w:val="ru-RU"/>
              </w:rPr>
              <w:t xml:space="preserve"> (дополнительное решение Надымского городского суда Ямало-Ненецкого автономного округа от 09.09.2015);</w:t>
            </w:r>
          </w:p>
        </w:tc>
        <w:tc>
          <w:tcPr>
            <w:tcW w:w="2880" w:type="dxa"/>
          </w:tcPr>
          <w:p w:rsidR="006F7457" w:rsidRPr="00332DB8" w:rsidRDefault="006F7457">
            <w:pPr>
              <w:rPr>
                <w:lang w:val="ru-RU"/>
              </w:rPr>
            </w:pPr>
          </w:p>
        </w:tc>
      </w:tr>
      <w:tr w:rsidR="006F7457" w:rsidRPr="005A424D">
        <w:tc>
          <w:tcPr>
            <w:tcW w:w="2880" w:type="dxa"/>
          </w:tcPr>
          <w:p w:rsidR="006F7457" w:rsidRDefault="00332DB8">
            <w:r>
              <w:t>3182.</w:t>
            </w:r>
          </w:p>
        </w:tc>
        <w:tc>
          <w:tcPr>
            <w:tcW w:w="2880" w:type="dxa"/>
          </w:tcPr>
          <w:p w:rsidR="006F7457" w:rsidRPr="00332DB8" w:rsidRDefault="00332DB8">
            <w:pPr>
              <w:rPr>
                <w:lang w:val="ru-RU"/>
              </w:rPr>
            </w:pPr>
            <w:r w:rsidRPr="00332DB8">
              <w:rPr>
                <w:lang w:val="ru-RU"/>
              </w:rPr>
              <w:t xml:space="preserve">Информационный материал – видеоролик «Тесак против Эдуарда Багирова. Допи-делся (нец.)» временной продолжительностью 8 минут 32 секунды по адресу </w:t>
            </w:r>
            <w:r>
              <w:t>https</w:t>
            </w:r>
            <w:r w:rsidRPr="00332DB8">
              <w:rPr>
                <w:lang w:val="ru-RU"/>
              </w:rPr>
              <w:t>://</w:t>
            </w:r>
            <w:r>
              <w:t>vk</w:t>
            </w:r>
            <w:r w:rsidRPr="00332DB8">
              <w:rPr>
                <w:lang w:val="ru-RU"/>
              </w:rPr>
              <w:t>.</w:t>
            </w:r>
            <w:r>
              <w:t>com</w:t>
            </w:r>
            <w:r w:rsidRPr="00332DB8">
              <w:rPr>
                <w:lang w:val="ru-RU"/>
              </w:rPr>
              <w:t>/</w:t>
            </w:r>
            <w:r>
              <w:t>videos</w:t>
            </w:r>
            <w:r w:rsidRPr="00332DB8">
              <w:rPr>
                <w:lang w:val="ru-RU"/>
              </w:rPr>
              <w:t>99984588?</w:t>
            </w:r>
            <w:r>
              <w:t>z</w:t>
            </w:r>
            <w:r w:rsidRPr="00332DB8">
              <w:rPr>
                <w:lang w:val="ru-RU"/>
              </w:rPr>
              <w:t>=</w:t>
            </w:r>
            <w:r>
              <w:t>video</w:t>
            </w:r>
            <w:r w:rsidRPr="00332DB8">
              <w:rPr>
                <w:lang w:val="ru-RU"/>
              </w:rPr>
              <w:t>999845888_167454787%2</w:t>
            </w:r>
            <w:r>
              <w:t>Falbum</w:t>
            </w:r>
            <w:r w:rsidRPr="00332DB8">
              <w:rPr>
                <w:lang w:val="ru-RU"/>
              </w:rPr>
              <w:t xml:space="preserve"> 99984588 (решение Бердского городского суда Новосибирской области от 06.10.2015);</w:t>
            </w:r>
          </w:p>
        </w:tc>
        <w:tc>
          <w:tcPr>
            <w:tcW w:w="2880" w:type="dxa"/>
          </w:tcPr>
          <w:p w:rsidR="006F7457" w:rsidRPr="00332DB8" w:rsidRDefault="006F7457">
            <w:pPr>
              <w:rPr>
                <w:lang w:val="ru-RU"/>
              </w:rPr>
            </w:pPr>
          </w:p>
        </w:tc>
      </w:tr>
      <w:tr w:rsidR="006F7457" w:rsidRPr="005A424D">
        <w:tc>
          <w:tcPr>
            <w:tcW w:w="2880" w:type="dxa"/>
          </w:tcPr>
          <w:p w:rsidR="006F7457" w:rsidRDefault="00332DB8">
            <w:r>
              <w:t>3183.</w:t>
            </w:r>
          </w:p>
        </w:tc>
        <w:tc>
          <w:tcPr>
            <w:tcW w:w="2880" w:type="dxa"/>
          </w:tcPr>
          <w:p w:rsidR="006F7457" w:rsidRPr="00332DB8" w:rsidRDefault="00332DB8">
            <w:pPr>
              <w:rPr>
                <w:lang w:val="ru-RU"/>
              </w:rPr>
            </w:pPr>
            <w:r w:rsidRPr="00332DB8">
              <w:rPr>
                <w:lang w:val="ru-RU"/>
              </w:rPr>
              <w:t xml:space="preserve">Информационный материал, размещенный по интернет-адресу: </w:t>
            </w:r>
            <w:r>
              <w:t>http</w:t>
            </w:r>
            <w:r w:rsidRPr="00332DB8">
              <w:rPr>
                <w:lang w:val="ru-RU"/>
              </w:rPr>
              <w:t>://</w:t>
            </w:r>
            <w:r>
              <w:t>www</w:t>
            </w:r>
            <w:r w:rsidRPr="00332DB8">
              <w:rPr>
                <w:lang w:val="ru-RU"/>
              </w:rPr>
              <w:t>.</w:t>
            </w:r>
            <w:r>
              <w:t>maydan</w:t>
            </w:r>
            <w:r w:rsidRPr="00332DB8">
              <w:rPr>
                <w:lang w:val="ru-RU"/>
              </w:rPr>
              <w:t>-</w:t>
            </w:r>
            <w:r>
              <w:t>online</w:t>
            </w:r>
            <w:r w:rsidRPr="00332DB8">
              <w:rPr>
                <w:lang w:val="ru-RU"/>
              </w:rPr>
              <w:t xml:space="preserve"> </w:t>
            </w:r>
            <w:r>
              <w:t>com</w:t>
            </w:r>
            <w:r w:rsidRPr="00332DB8">
              <w:rPr>
                <w:lang w:val="ru-RU"/>
              </w:rPr>
              <w:t>/</w:t>
            </w:r>
            <w:r>
              <w:t>index</w:t>
            </w:r>
            <w:r w:rsidRPr="00332DB8">
              <w:rPr>
                <w:lang w:val="ru-RU"/>
              </w:rPr>
              <w:t>.</w:t>
            </w:r>
            <w:r>
              <w:t>php</w:t>
            </w:r>
            <w:r w:rsidRPr="00332DB8">
              <w:rPr>
                <w:lang w:val="ru-RU"/>
              </w:rPr>
              <w:t>?</w:t>
            </w:r>
            <w:r>
              <w:t>topic</w:t>
            </w:r>
            <w:r w:rsidRPr="00332DB8">
              <w:rPr>
                <w:lang w:val="ru-RU"/>
              </w:rPr>
              <w:t>=77.0 (решение Новоуренгойского городского суда Ямало-Ненецкого автономного округа от 01.10.2015);</w:t>
            </w:r>
          </w:p>
        </w:tc>
        <w:tc>
          <w:tcPr>
            <w:tcW w:w="2880" w:type="dxa"/>
          </w:tcPr>
          <w:p w:rsidR="006F7457" w:rsidRPr="00332DB8" w:rsidRDefault="006F7457">
            <w:pPr>
              <w:rPr>
                <w:lang w:val="ru-RU"/>
              </w:rPr>
            </w:pPr>
          </w:p>
        </w:tc>
      </w:tr>
      <w:tr w:rsidR="006F7457" w:rsidRPr="005A424D">
        <w:tc>
          <w:tcPr>
            <w:tcW w:w="2880" w:type="dxa"/>
          </w:tcPr>
          <w:p w:rsidR="006F7457" w:rsidRDefault="00332DB8">
            <w:r>
              <w:t>3184.</w:t>
            </w:r>
          </w:p>
        </w:tc>
        <w:tc>
          <w:tcPr>
            <w:tcW w:w="2880" w:type="dxa"/>
          </w:tcPr>
          <w:p w:rsidR="006F7457" w:rsidRPr="00332DB8" w:rsidRDefault="00332DB8">
            <w:pPr>
              <w:rPr>
                <w:lang w:val="ru-RU"/>
              </w:rPr>
            </w:pPr>
            <w:r w:rsidRPr="00332DB8">
              <w:rPr>
                <w:lang w:val="ru-RU"/>
              </w:rPr>
              <w:t xml:space="preserve">Информационный видеоматериал с названием «Слава Руси!!!», размещенный на странице сети Интернет по адресу: </w:t>
            </w:r>
            <w:r>
              <w:t>http</w:t>
            </w:r>
            <w:r w:rsidRPr="00332DB8">
              <w:rPr>
                <w:lang w:val="ru-RU"/>
              </w:rPr>
              <w:t>//</w:t>
            </w:r>
            <w:r>
              <w:t>vk</w:t>
            </w:r>
            <w:r w:rsidRPr="00332DB8">
              <w:rPr>
                <w:lang w:val="ru-RU"/>
              </w:rPr>
              <w:t>.</w:t>
            </w:r>
            <w:r>
              <w:t>com</w:t>
            </w:r>
            <w:r w:rsidRPr="00332DB8">
              <w:rPr>
                <w:lang w:val="ru-RU"/>
              </w:rPr>
              <w:t>/</w:t>
            </w:r>
            <w:r>
              <w:t>videos</w:t>
            </w:r>
            <w:r w:rsidRPr="00332DB8">
              <w:rPr>
                <w:lang w:val="ru-RU"/>
              </w:rPr>
              <w:t>221512614?</w:t>
            </w:r>
            <w:r>
              <w:t>z</w:t>
            </w:r>
            <w:r w:rsidRPr="00332DB8">
              <w:rPr>
                <w:lang w:val="ru-RU"/>
              </w:rPr>
              <w:t xml:space="preserve">= </w:t>
            </w:r>
            <w:r>
              <w:t>video</w:t>
            </w:r>
            <w:r w:rsidRPr="00332DB8">
              <w:rPr>
                <w:lang w:val="ru-RU"/>
              </w:rPr>
              <w:t>141437023_159732940%2</w:t>
            </w:r>
            <w:r>
              <w:t>Falbum</w:t>
            </w:r>
            <w:r w:rsidRPr="00332DB8">
              <w:rPr>
                <w:lang w:val="ru-RU"/>
              </w:rPr>
              <w:t>221512614 (решение Хорошевского районного суда города Москвы от 25.08.2015);</w:t>
            </w:r>
          </w:p>
        </w:tc>
        <w:tc>
          <w:tcPr>
            <w:tcW w:w="2880" w:type="dxa"/>
          </w:tcPr>
          <w:p w:rsidR="006F7457" w:rsidRPr="00332DB8" w:rsidRDefault="006F7457">
            <w:pPr>
              <w:rPr>
                <w:lang w:val="ru-RU"/>
              </w:rPr>
            </w:pPr>
          </w:p>
        </w:tc>
      </w:tr>
      <w:tr w:rsidR="006F7457" w:rsidRPr="005A424D">
        <w:tc>
          <w:tcPr>
            <w:tcW w:w="2880" w:type="dxa"/>
          </w:tcPr>
          <w:p w:rsidR="006F7457" w:rsidRDefault="00332DB8">
            <w:r>
              <w:t>3185.</w:t>
            </w:r>
          </w:p>
        </w:tc>
        <w:tc>
          <w:tcPr>
            <w:tcW w:w="2880" w:type="dxa"/>
          </w:tcPr>
          <w:p w:rsidR="006F7457" w:rsidRPr="00332DB8" w:rsidRDefault="00332DB8">
            <w:pPr>
              <w:rPr>
                <w:lang w:val="ru-RU"/>
              </w:rPr>
            </w:pPr>
            <w:r w:rsidRPr="00332DB8">
              <w:rPr>
                <w:lang w:val="ru-RU"/>
              </w:rPr>
              <w:t>Информационный видеоматериал с названием «</w:t>
            </w:r>
            <w:r>
              <w:t>Combat</w:t>
            </w:r>
            <w:r w:rsidRPr="00332DB8">
              <w:rPr>
                <w:lang w:val="ru-RU"/>
              </w:rPr>
              <w:t xml:space="preserve"> 18», размещенный на странице сети Интернет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221512614_16694736 (решение Хорошевского районного суда города Москвы от 25.08.2015);</w:t>
            </w:r>
          </w:p>
        </w:tc>
        <w:tc>
          <w:tcPr>
            <w:tcW w:w="2880" w:type="dxa"/>
          </w:tcPr>
          <w:p w:rsidR="006F7457" w:rsidRPr="00332DB8" w:rsidRDefault="006F7457">
            <w:pPr>
              <w:rPr>
                <w:lang w:val="ru-RU"/>
              </w:rPr>
            </w:pPr>
          </w:p>
        </w:tc>
      </w:tr>
      <w:tr w:rsidR="006F7457" w:rsidRPr="005A424D">
        <w:tc>
          <w:tcPr>
            <w:tcW w:w="2880" w:type="dxa"/>
          </w:tcPr>
          <w:p w:rsidR="006F7457" w:rsidRDefault="00332DB8">
            <w:r>
              <w:t>318</w:t>
            </w:r>
            <w:r>
              <w:lastRenderedPageBreak/>
              <w:t>6.</w:t>
            </w:r>
          </w:p>
        </w:tc>
        <w:tc>
          <w:tcPr>
            <w:tcW w:w="2880" w:type="dxa"/>
          </w:tcPr>
          <w:p w:rsidR="006F7457" w:rsidRPr="00332DB8" w:rsidRDefault="00332DB8">
            <w:pPr>
              <w:rPr>
                <w:lang w:val="ru-RU"/>
              </w:rPr>
            </w:pPr>
            <w:r w:rsidRPr="00332DB8">
              <w:rPr>
                <w:lang w:val="ru-RU"/>
              </w:rPr>
              <w:lastRenderedPageBreak/>
              <w:t xml:space="preserve">Электронные журналы </w:t>
            </w:r>
            <w:r>
              <w:t>Straight</w:t>
            </w:r>
            <w:r w:rsidRPr="00332DB8">
              <w:rPr>
                <w:lang w:val="ru-RU"/>
              </w:rPr>
              <w:t xml:space="preserve"> </w:t>
            </w:r>
            <w:r>
              <w:t>Edge</w:t>
            </w:r>
            <w:r w:rsidRPr="00332DB8">
              <w:rPr>
                <w:lang w:val="ru-RU"/>
              </w:rPr>
              <w:t xml:space="preserve"> - Шторм чистой крови" и "Арийский отбор" (решение Октябрьского районного суда г. Владимира от 12.10.2015);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3187.</w:t>
            </w:r>
          </w:p>
        </w:tc>
        <w:tc>
          <w:tcPr>
            <w:tcW w:w="2880" w:type="dxa"/>
          </w:tcPr>
          <w:p w:rsidR="006F7457" w:rsidRPr="00332DB8" w:rsidRDefault="00332DB8">
            <w:pPr>
              <w:rPr>
                <w:lang w:val="ru-RU"/>
              </w:rPr>
            </w:pPr>
            <w:r w:rsidRPr="00332DB8">
              <w:rPr>
                <w:lang w:val="ru-RU"/>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2880" w:type="dxa"/>
          </w:tcPr>
          <w:p w:rsidR="006F7457" w:rsidRPr="00332DB8" w:rsidRDefault="006F7457">
            <w:pPr>
              <w:rPr>
                <w:lang w:val="ru-RU"/>
              </w:rPr>
            </w:pPr>
          </w:p>
        </w:tc>
      </w:tr>
      <w:tr w:rsidR="006F7457" w:rsidRPr="005A424D">
        <w:tc>
          <w:tcPr>
            <w:tcW w:w="2880" w:type="dxa"/>
          </w:tcPr>
          <w:p w:rsidR="006F7457" w:rsidRDefault="00332DB8">
            <w:r>
              <w:t>3188.</w:t>
            </w:r>
          </w:p>
        </w:tc>
        <w:tc>
          <w:tcPr>
            <w:tcW w:w="2880" w:type="dxa"/>
          </w:tcPr>
          <w:p w:rsidR="006F7457" w:rsidRPr="00332DB8" w:rsidRDefault="00332DB8">
            <w:pPr>
              <w:rPr>
                <w:lang w:val="ru-RU"/>
              </w:rPr>
            </w:pPr>
            <w:r w:rsidRPr="00332DB8">
              <w:rPr>
                <w:lang w:val="ru-RU"/>
              </w:rPr>
              <w:t xml:space="preserve">Размещенный на странице </w:t>
            </w:r>
            <w:r>
              <w:t>http</w:t>
            </w:r>
            <w:r w:rsidRPr="00332DB8">
              <w:rPr>
                <w:lang w:val="ru-RU"/>
              </w:rPr>
              <w:t>://</w:t>
            </w:r>
            <w:r>
              <w:t>kavkazpress</w:t>
            </w:r>
            <w:r w:rsidRPr="00332DB8">
              <w:rPr>
                <w:lang w:val="ru-RU"/>
              </w:rPr>
              <w:t>.</w:t>
            </w:r>
            <w:r>
              <w:t>ru</w:t>
            </w:r>
            <w:r w:rsidRPr="00332DB8">
              <w:rPr>
                <w:lang w:val="ru-RU"/>
              </w:rPr>
              <w:t>/</w:t>
            </w:r>
            <w:r>
              <w:t>archives</w:t>
            </w:r>
            <w:r w:rsidRPr="00332DB8">
              <w:rPr>
                <w:lang w:val="ru-RU"/>
              </w:rPr>
              <w:t>/70412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2880" w:type="dxa"/>
          </w:tcPr>
          <w:p w:rsidR="006F7457" w:rsidRPr="00332DB8" w:rsidRDefault="006F7457">
            <w:pPr>
              <w:rPr>
                <w:lang w:val="ru-RU"/>
              </w:rPr>
            </w:pPr>
          </w:p>
        </w:tc>
      </w:tr>
      <w:tr w:rsidR="006F7457" w:rsidRPr="005A424D">
        <w:tc>
          <w:tcPr>
            <w:tcW w:w="2880" w:type="dxa"/>
          </w:tcPr>
          <w:p w:rsidR="006F7457" w:rsidRDefault="00332DB8">
            <w:r>
              <w:t>3189.</w:t>
            </w:r>
          </w:p>
        </w:tc>
        <w:tc>
          <w:tcPr>
            <w:tcW w:w="2880" w:type="dxa"/>
          </w:tcPr>
          <w:p w:rsidR="006F7457" w:rsidRPr="00332DB8" w:rsidRDefault="00332DB8">
            <w:pPr>
              <w:rPr>
                <w:lang w:val="ru-RU"/>
              </w:rPr>
            </w:pPr>
            <w:r w:rsidRPr="00332DB8">
              <w:rPr>
                <w:lang w:val="ru-RU"/>
              </w:rPr>
              <w:t xml:space="preserve">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w:t>
            </w:r>
            <w:r>
              <w:t>http</w:t>
            </w:r>
            <w:r w:rsidRPr="00332DB8">
              <w:rPr>
                <w:lang w:val="ru-RU"/>
              </w:rPr>
              <w:t>://</w:t>
            </w:r>
            <w:r>
              <w:t>vk</w:t>
            </w:r>
            <w:r w:rsidRPr="00332DB8">
              <w:rPr>
                <w:lang w:val="ru-RU"/>
              </w:rPr>
              <w:t>.</w:t>
            </w:r>
            <w:r>
              <w:t>com</w:t>
            </w:r>
            <w:r w:rsidRPr="00332DB8">
              <w:rPr>
                <w:lang w:val="ru-RU"/>
              </w:rPr>
              <w:t>/</w:t>
            </w:r>
            <w:r>
              <w:t>photo</w:t>
            </w:r>
            <w:r w:rsidRPr="00332DB8">
              <w:rPr>
                <w:lang w:val="ru-RU"/>
              </w:rPr>
              <w:t>131023600_296818409 (решение Кунцевского районного суда города Москвы от 22.10.2015);";</w:t>
            </w:r>
            <w:r w:rsidRPr="00332DB8">
              <w:rPr>
                <w:lang w:val="ru-RU"/>
              </w:rPr>
              <w:br/>
              <w:t>"3190.</w:t>
            </w:r>
          </w:p>
        </w:tc>
        <w:tc>
          <w:tcPr>
            <w:tcW w:w="2880" w:type="dxa"/>
          </w:tcPr>
          <w:p w:rsidR="006F7457" w:rsidRPr="00332DB8" w:rsidRDefault="006F7457">
            <w:pPr>
              <w:rPr>
                <w:lang w:val="ru-RU"/>
              </w:rPr>
            </w:pPr>
          </w:p>
        </w:tc>
      </w:tr>
      <w:tr w:rsidR="006F7457" w:rsidRPr="005A424D">
        <w:tc>
          <w:tcPr>
            <w:tcW w:w="2880" w:type="dxa"/>
          </w:tcPr>
          <w:p w:rsidR="006F7457" w:rsidRDefault="00332DB8">
            <w:r>
              <w:t>3191.</w:t>
            </w:r>
          </w:p>
        </w:tc>
        <w:tc>
          <w:tcPr>
            <w:tcW w:w="2880" w:type="dxa"/>
          </w:tcPr>
          <w:p w:rsidR="006F7457" w:rsidRPr="00332DB8" w:rsidRDefault="00332DB8">
            <w:pPr>
              <w:rPr>
                <w:lang w:val="ru-RU"/>
              </w:rPr>
            </w:pPr>
            <w:r w:rsidRPr="00332DB8">
              <w:rPr>
                <w:lang w:val="ru-RU"/>
              </w:rPr>
              <w:t xml:space="preserve">Публичная страница в сети «Интернет», размещенная по сетевому адресу: </w:t>
            </w:r>
            <w:r>
              <w:t>https</w:t>
            </w:r>
            <w:r w:rsidRPr="00332DB8">
              <w:rPr>
                <w:lang w:val="ru-RU"/>
              </w:rPr>
              <w:t>://</w:t>
            </w:r>
            <w:r>
              <w:t>vk</w:t>
            </w:r>
            <w:r w:rsidRPr="00332DB8">
              <w:rPr>
                <w:lang w:val="ru-RU"/>
              </w:rPr>
              <w:t>.</w:t>
            </w:r>
            <w:r>
              <w:t>com</w:t>
            </w:r>
            <w:r w:rsidRPr="00332DB8">
              <w:rPr>
                <w:lang w:val="ru-RU"/>
              </w:rPr>
              <w:t>/</w:t>
            </w:r>
            <w:r>
              <w:t>public</w:t>
            </w:r>
            <w:r w:rsidRPr="00332DB8">
              <w:rPr>
                <w:lang w:val="ru-RU"/>
              </w:rPr>
              <w:t xml:space="preserve">32821680 ( </w:t>
            </w:r>
            <w:r>
              <w:t>https</w:t>
            </w:r>
            <w:r w:rsidRPr="00332DB8">
              <w:rPr>
                <w:lang w:val="ru-RU"/>
              </w:rPr>
              <w:t>://</w:t>
            </w:r>
            <w:r>
              <w:t>vk</w:t>
            </w:r>
            <w:r w:rsidRPr="00332DB8">
              <w:rPr>
                <w:lang w:val="ru-RU"/>
              </w:rPr>
              <w:t>.</w:t>
            </w:r>
            <w:r>
              <w:t>com</w:t>
            </w:r>
            <w:r w:rsidRPr="00332DB8">
              <w:rPr>
                <w:lang w:val="ru-RU"/>
              </w:rPr>
              <w:t>/</w:t>
            </w:r>
            <w:r>
              <w:t>club</w:t>
            </w:r>
            <w:r w:rsidRPr="00332DB8">
              <w:rPr>
                <w:lang w:val="ru-RU"/>
              </w:rPr>
              <w:t>32821680) (решение Кировского районного суда г. Красноярска от 28.09.2015);</w:t>
            </w:r>
          </w:p>
        </w:tc>
        <w:tc>
          <w:tcPr>
            <w:tcW w:w="2880" w:type="dxa"/>
          </w:tcPr>
          <w:p w:rsidR="006F7457" w:rsidRPr="00332DB8" w:rsidRDefault="006F7457">
            <w:pPr>
              <w:rPr>
                <w:lang w:val="ru-RU"/>
              </w:rPr>
            </w:pPr>
          </w:p>
        </w:tc>
      </w:tr>
      <w:tr w:rsidR="006F7457" w:rsidRPr="005A424D">
        <w:tc>
          <w:tcPr>
            <w:tcW w:w="2880" w:type="dxa"/>
          </w:tcPr>
          <w:p w:rsidR="006F7457" w:rsidRDefault="00332DB8">
            <w:r>
              <w:t>319</w:t>
            </w:r>
            <w:r>
              <w:lastRenderedPageBreak/>
              <w:t>2.</w:t>
            </w:r>
          </w:p>
        </w:tc>
        <w:tc>
          <w:tcPr>
            <w:tcW w:w="2880" w:type="dxa"/>
          </w:tcPr>
          <w:p w:rsidR="006F7457" w:rsidRPr="00332DB8" w:rsidRDefault="00332DB8">
            <w:pPr>
              <w:rPr>
                <w:lang w:val="ru-RU"/>
              </w:rPr>
            </w:pPr>
            <w:r w:rsidRPr="00332DB8">
              <w:rPr>
                <w:lang w:val="ru-RU"/>
              </w:rPr>
              <w:lastRenderedPageBreak/>
              <w:t>Тексты семи стихотворений с заголовком «</w:t>
            </w:r>
            <w:r>
              <w:t>SKIN</w:t>
            </w:r>
            <w:r w:rsidRPr="00332DB8">
              <w:rPr>
                <w:lang w:val="ru-RU"/>
              </w:rPr>
              <w:t xml:space="preserve"> </w:t>
            </w:r>
            <w:r>
              <w:t>HEADS</w:t>
            </w:r>
            <w:r w:rsidRPr="00332DB8">
              <w:rPr>
                <w:lang w:val="ru-RU"/>
              </w:rPr>
              <w:t xml:space="preserve">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w:t>
            </w:r>
            <w:r w:rsidRPr="00332DB8">
              <w:rPr>
                <w:lang w:val="ru-RU"/>
              </w:rPr>
              <w:lastRenderedPageBreak/>
              <w:t xml:space="preserve">размещенных в сети Интернет по электронному адресу: </w:t>
            </w:r>
            <w:r>
              <w:t>voltt</w:t>
            </w:r>
            <w:r w:rsidRPr="00332DB8">
              <w:rPr>
                <w:lang w:val="ru-RU"/>
              </w:rPr>
              <w:t>2.</w:t>
            </w:r>
            <w:r>
              <w:t>narod</w:t>
            </w:r>
            <w:r w:rsidRPr="00332DB8">
              <w:rPr>
                <w:lang w:val="ru-RU"/>
              </w:rPr>
              <w:t>.</w:t>
            </w:r>
            <w:r>
              <w:t>ru</w:t>
            </w:r>
            <w:r w:rsidRPr="00332DB8">
              <w:rPr>
                <w:lang w:val="ru-RU"/>
              </w:rPr>
              <w:t>/</w:t>
            </w:r>
            <w:r>
              <w:t>stihi</w:t>
            </w:r>
            <w:r w:rsidRPr="00332DB8">
              <w:rPr>
                <w:lang w:val="ru-RU"/>
              </w:rPr>
              <w:t>.</w:t>
            </w:r>
            <w:r>
              <w:t>htmi</w:t>
            </w:r>
            <w:r w:rsidRPr="00332DB8">
              <w:rPr>
                <w:lang w:val="ru-RU"/>
              </w:rPr>
              <w:t xml:space="preserve"> (решение Выборгского районного суда города Санкт-Петербурга от 06.08.2015);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3193.</w:t>
            </w:r>
          </w:p>
        </w:tc>
        <w:tc>
          <w:tcPr>
            <w:tcW w:w="2880" w:type="dxa"/>
          </w:tcPr>
          <w:p w:rsidR="006F7457" w:rsidRPr="00332DB8" w:rsidRDefault="00332DB8">
            <w:pPr>
              <w:rPr>
                <w:lang w:val="ru-RU"/>
              </w:rPr>
            </w:pPr>
            <w:r>
              <w:t xml:space="preserve">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w:t>
            </w:r>
            <w:r w:rsidRPr="00332DB8">
              <w:rPr>
                <w:lang w:val="ru-RU"/>
              </w:rPr>
              <w:t>Славу», «Тимур Муцураев – Салман Радуев», текст песни «Тимур Муцураев – Галерея памяти ШАХИДЫ» (решение 109 гарнизонного военного суда от 25.09.2015);</w:t>
            </w:r>
          </w:p>
        </w:tc>
        <w:tc>
          <w:tcPr>
            <w:tcW w:w="2880" w:type="dxa"/>
          </w:tcPr>
          <w:p w:rsidR="006F7457" w:rsidRPr="00332DB8" w:rsidRDefault="006F7457">
            <w:pPr>
              <w:rPr>
                <w:lang w:val="ru-RU"/>
              </w:rPr>
            </w:pPr>
          </w:p>
        </w:tc>
      </w:tr>
      <w:tr w:rsidR="006F7457" w:rsidRPr="005A424D">
        <w:tc>
          <w:tcPr>
            <w:tcW w:w="2880" w:type="dxa"/>
          </w:tcPr>
          <w:p w:rsidR="006F7457" w:rsidRDefault="00332DB8">
            <w:r>
              <w:t>3194.</w:t>
            </w:r>
          </w:p>
        </w:tc>
        <w:tc>
          <w:tcPr>
            <w:tcW w:w="2880" w:type="dxa"/>
          </w:tcPr>
          <w:p w:rsidR="006F7457" w:rsidRPr="00332DB8" w:rsidRDefault="00332DB8">
            <w:pPr>
              <w:rPr>
                <w:lang w:val="ru-RU"/>
              </w:rPr>
            </w:pPr>
            <w:r w:rsidRPr="00332DB8">
              <w:rPr>
                <w:lang w:val="ru-RU"/>
              </w:rPr>
              <w:t xml:space="preserve">Размещенный на странице </w:t>
            </w:r>
            <w:r>
              <w:t>http</w:t>
            </w:r>
            <w:r w:rsidRPr="00332DB8">
              <w:rPr>
                <w:lang w:val="ru-RU"/>
              </w:rPr>
              <w:t>://</w:t>
            </w:r>
            <w:r>
              <w:t>constitutions</w:t>
            </w:r>
            <w:r w:rsidRPr="00332DB8">
              <w:rPr>
                <w:lang w:val="ru-RU"/>
              </w:rPr>
              <w:t>.</w:t>
            </w:r>
            <w:r>
              <w:t>ru</w:t>
            </w:r>
            <w:r w:rsidRPr="00332DB8">
              <w:rPr>
                <w:lang w:val="ru-RU"/>
              </w:rPr>
              <w:t>?</w:t>
            </w:r>
            <w:r>
              <w:t>p</w:t>
            </w:r>
            <w:r w:rsidRPr="00332DB8">
              <w:rPr>
                <w:lang w:val="ru-RU"/>
              </w:rPr>
              <w:t>=10237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c>
          <w:tcPr>
            <w:tcW w:w="2880" w:type="dxa"/>
          </w:tcPr>
          <w:p w:rsidR="006F7457" w:rsidRPr="00332DB8" w:rsidRDefault="006F7457">
            <w:pPr>
              <w:rPr>
                <w:lang w:val="ru-RU"/>
              </w:rPr>
            </w:pPr>
          </w:p>
        </w:tc>
      </w:tr>
      <w:tr w:rsidR="006F7457" w:rsidRPr="005A424D">
        <w:tc>
          <w:tcPr>
            <w:tcW w:w="2880" w:type="dxa"/>
          </w:tcPr>
          <w:p w:rsidR="006F7457" w:rsidRDefault="00332DB8">
            <w:r>
              <w:t>3195.</w:t>
            </w:r>
          </w:p>
        </w:tc>
        <w:tc>
          <w:tcPr>
            <w:tcW w:w="2880" w:type="dxa"/>
          </w:tcPr>
          <w:p w:rsidR="006F7457" w:rsidRPr="00332DB8" w:rsidRDefault="00332DB8">
            <w:pPr>
              <w:rPr>
                <w:lang w:val="ru-RU"/>
              </w:rPr>
            </w:pPr>
            <w:r w:rsidRPr="00332DB8">
              <w:rPr>
                <w:lang w:val="ru-RU"/>
              </w:rPr>
              <w:t xml:space="preserve">Текст аудиозаписи «Григорий Климов - Красная Каббала Лек.1 ч.1» длительностью 58 минут 49 секунд, размещенный в сети Интернет на сайте </w:t>
            </w:r>
            <w:r>
              <w:t>last</w:t>
            </w:r>
            <w:r w:rsidRPr="00332DB8">
              <w:rPr>
                <w:lang w:val="ru-RU"/>
              </w:rPr>
              <w:t>.</w:t>
            </w:r>
            <w:r>
              <w:t>by</w:t>
            </w:r>
            <w:r w:rsidRPr="00332DB8">
              <w:rPr>
                <w:lang w:val="ru-RU"/>
              </w:rPr>
              <w:t xml:space="preserve"> по электронному адресу: </w:t>
            </w:r>
            <w:r>
              <w:t>http</w:t>
            </w:r>
            <w:r w:rsidRPr="00332DB8">
              <w:rPr>
                <w:lang w:val="ru-RU"/>
              </w:rPr>
              <w:t>://</w:t>
            </w:r>
            <w:r>
              <w:t>last</w:t>
            </w:r>
            <w:r w:rsidRPr="00332DB8">
              <w:rPr>
                <w:lang w:val="ru-RU"/>
              </w:rPr>
              <w:t>.</w:t>
            </w:r>
            <w:r>
              <w:t>bu</w:t>
            </w:r>
            <w:r w:rsidRPr="00332DB8">
              <w:rPr>
                <w:lang w:val="ru-RU"/>
              </w:rPr>
              <w:t>/</w:t>
            </w:r>
            <w:r>
              <w:t>music</w:t>
            </w:r>
            <w:r w:rsidRPr="00332DB8">
              <w:rPr>
                <w:lang w:val="ru-RU"/>
              </w:rPr>
              <w:t>/Красная_каббала (решение Кировского районного суда города Санкт-Петербурга от 26.03.2015);</w:t>
            </w:r>
          </w:p>
        </w:tc>
        <w:tc>
          <w:tcPr>
            <w:tcW w:w="2880" w:type="dxa"/>
          </w:tcPr>
          <w:p w:rsidR="006F7457" w:rsidRPr="00332DB8" w:rsidRDefault="006F7457">
            <w:pPr>
              <w:rPr>
                <w:lang w:val="ru-RU"/>
              </w:rPr>
            </w:pPr>
          </w:p>
        </w:tc>
      </w:tr>
      <w:tr w:rsidR="006F7457" w:rsidRPr="005A424D">
        <w:tc>
          <w:tcPr>
            <w:tcW w:w="2880" w:type="dxa"/>
          </w:tcPr>
          <w:p w:rsidR="006F7457" w:rsidRDefault="00332DB8">
            <w:r>
              <w:t>3196.</w:t>
            </w:r>
          </w:p>
        </w:tc>
        <w:tc>
          <w:tcPr>
            <w:tcW w:w="2880" w:type="dxa"/>
          </w:tcPr>
          <w:p w:rsidR="006F7457" w:rsidRPr="00332DB8" w:rsidRDefault="00332DB8">
            <w:pPr>
              <w:rPr>
                <w:lang w:val="ru-RU"/>
              </w:rPr>
            </w:pPr>
            <w:r w:rsidRPr="00332DB8">
              <w:rPr>
                <w:lang w:val="ru-RU"/>
              </w:rPr>
              <w:t xml:space="preserve">Текст аудиозаписи «Григорий Климов - Красная Каббала 3-1» длительностью 55 минут 37 секунд, размещенный в сети Интернет на сайте </w:t>
            </w:r>
            <w:r>
              <w:t>last</w:t>
            </w:r>
            <w:r w:rsidRPr="00332DB8">
              <w:rPr>
                <w:lang w:val="ru-RU"/>
              </w:rPr>
              <w:t>.</w:t>
            </w:r>
            <w:r>
              <w:t>by</w:t>
            </w:r>
            <w:r w:rsidRPr="00332DB8">
              <w:rPr>
                <w:lang w:val="ru-RU"/>
              </w:rPr>
              <w:t xml:space="preserve"> по электронному адресу: </w:t>
            </w:r>
            <w:r>
              <w:t>http</w:t>
            </w:r>
            <w:r w:rsidRPr="00332DB8">
              <w:rPr>
                <w:lang w:val="ru-RU"/>
              </w:rPr>
              <w:t>://</w:t>
            </w:r>
            <w:r>
              <w:t>last</w:t>
            </w:r>
            <w:r w:rsidRPr="00332DB8">
              <w:rPr>
                <w:lang w:val="ru-RU"/>
              </w:rPr>
              <w:t>.</w:t>
            </w:r>
            <w:r>
              <w:t>bu</w:t>
            </w:r>
            <w:r w:rsidRPr="00332DB8">
              <w:rPr>
                <w:lang w:val="ru-RU"/>
              </w:rPr>
              <w:t>/</w:t>
            </w:r>
            <w:r>
              <w:t>music</w:t>
            </w:r>
            <w:r w:rsidRPr="00332DB8">
              <w:rPr>
                <w:lang w:val="ru-RU"/>
              </w:rPr>
              <w:t>/Красная_каббала (решение Кировского районного суда города Санкт-Петербурга от 26.03.2015);</w:t>
            </w:r>
          </w:p>
        </w:tc>
        <w:tc>
          <w:tcPr>
            <w:tcW w:w="2880" w:type="dxa"/>
          </w:tcPr>
          <w:p w:rsidR="006F7457" w:rsidRPr="00332DB8" w:rsidRDefault="006F7457">
            <w:pPr>
              <w:rPr>
                <w:lang w:val="ru-RU"/>
              </w:rPr>
            </w:pPr>
          </w:p>
        </w:tc>
      </w:tr>
      <w:tr w:rsidR="006F7457" w:rsidRPr="005A424D">
        <w:tc>
          <w:tcPr>
            <w:tcW w:w="2880" w:type="dxa"/>
          </w:tcPr>
          <w:p w:rsidR="006F7457" w:rsidRDefault="00332DB8">
            <w:r>
              <w:t>3197.</w:t>
            </w:r>
          </w:p>
        </w:tc>
        <w:tc>
          <w:tcPr>
            <w:tcW w:w="2880" w:type="dxa"/>
          </w:tcPr>
          <w:p w:rsidR="006F7457" w:rsidRPr="00332DB8" w:rsidRDefault="00332DB8">
            <w:pPr>
              <w:rPr>
                <w:lang w:val="ru-RU"/>
              </w:rPr>
            </w:pPr>
            <w:r w:rsidRPr="00332DB8">
              <w:rPr>
                <w:lang w:val="ru-RU"/>
              </w:rPr>
              <w:t xml:space="preserve">Видеоролики: «Велимор-Коловат», «Коловат-Герои РАО», </w:t>
            </w:r>
            <w:r>
              <w:t>Format</w:t>
            </w:r>
            <w:r w:rsidRPr="00332DB8">
              <w:rPr>
                <w:lang w:val="ru-RU"/>
              </w:rPr>
              <w:t xml:space="preserve"> 18- Белый вагон», «Коловат-</w:t>
            </w:r>
            <w:r>
              <w:t>Mein</w:t>
            </w:r>
            <w:r w:rsidRPr="00332DB8">
              <w:rPr>
                <w:lang w:val="ru-RU"/>
              </w:rPr>
              <w:t xml:space="preserve"> </w:t>
            </w:r>
            <w:r>
              <w:t>Kampf</w:t>
            </w:r>
            <w:r w:rsidRPr="00332DB8">
              <w:rPr>
                <w:lang w:val="ru-RU"/>
              </w:rPr>
              <w:t>»;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69598958) (решение Сыктывкарского городского суда </w:t>
            </w:r>
            <w:r w:rsidRPr="00332DB8">
              <w:rPr>
                <w:lang w:val="ru-RU"/>
              </w:rPr>
              <w:lastRenderedPageBreak/>
              <w:t>Республики Коми от 05.10.2015);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3198.</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Интернет-адресам: </w:t>
            </w:r>
            <w:r>
              <w:t>http</w:t>
            </w:r>
            <w:r w:rsidRPr="00332DB8">
              <w:rPr>
                <w:lang w:val="ru-RU"/>
              </w:rPr>
              <w:t>://</w:t>
            </w:r>
            <w:r>
              <w:t>avn</w:t>
            </w:r>
            <w:r w:rsidRPr="00332DB8">
              <w:rPr>
                <w:lang w:val="ru-RU"/>
              </w:rPr>
              <w:t>.</w:t>
            </w:r>
            <w:r>
              <w:t>armiavn</w:t>
            </w:r>
            <w:r w:rsidRPr="00332DB8">
              <w:rPr>
                <w:lang w:val="ru-RU"/>
              </w:rPr>
              <w:t>.</w:t>
            </w:r>
            <w:r>
              <w:t>com</w:t>
            </w:r>
            <w:r w:rsidRPr="00332DB8">
              <w:rPr>
                <w:lang w:val="ru-RU"/>
              </w:rPr>
              <w:t xml:space="preserve">, </w:t>
            </w:r>
            <w:r>
              <w:t>http</w:t>
            </w:r>
            <w:r w:rsidRPr="00332DB8">
              <w:rPr>
                <w:lang w:val="ru-RU"/>
              </w:rPr>
              <w:t>://</w:t>
            </w:r>
            <w:r>
              <w:t>avn</w:t>
            </w:r>
            <w:r w:rsidRPr="00332DB8">
              <w:rPr>
                <w:lang w:val="ru-RU"/>
              </w:rPr>
              <w:t>.</w:t>
            </w:r>
            <w:r>
              <w:t>armiavn</w:t>
            </w:r>
            <w:r w:rsidRPr="00332DB8">
              <w:rPr>
                <w:lang w:val="ru-RU"/>
              </w:rPr>
              <w:t>.</w:t>
            </w:r>
            <w:r>
              <w:t>com</w:t>
            </w:r>
            <w:r w:rsidRPr="00332DB8">
              <w:rPr>
                <w:lang w:val="ru-RU"/>
              </w:rPr>
              <w:t>/</w:t>
            </w:r>
            <w:r>
              <w:t>about</w:t>
            </w:r>
            <w:r w:rsidRPr="00332DB8">
              <w:rPr>
                <w:lang w:val="ru-RU"/>
              </w:rPr>
              <w:t>.</w:t>
            </w:r>
            <w:r>
              <w:t>html</w:t>
            </w:r>
            <w:r w:rsidRPr="00332DB8">
              <w:rPr>
                <w:lang w:val="ru-RU"/>
              </w:rPr>
              <w:t xml:space="preserve">, </w:t>
            </w:r>
            <w:r>
              <w:t>http</w:t>
            </w:r>
            <w:r w:rsidRPr="00332DB8">
              <w:rPr>
                <w:lang w:val="ru-RU"/>
              </w:rPr>
              <w:t>://</w:t>
            </w:r>
            <w:r>
              <w:t>avn</w:t>
            </w:r>
            <w:r w:rsidRPr="00332DB8">
              <w:rPr>
                <w:lang w:val="ru-RU"/>
              </w:rPr>
              <w:t>.</w:t>
            </w:r>
            <w:r>
              <w:t>armiavn</w:t>
            </w:r>
            <w:r w:rsidRPr="00332DB8">
              <w:rPr>
                <w:lang w:val="ru-RU"/>
              </w:rPr>
              <w:t>.</w:t>
            </w:r>
            <w:r>
              <w:t>com</w:t>
            </w:r>
            <w:r w:rsidRPr="00332DB8">
              <w:rPr>
                <w:lang w:val="ru-RU"/>
              </w:rPr>
              <w:t xml:space="preserve">/ </w:t>
            </w:r>
            <w:r>
              <w:t>about</w:t>
            </w:r>
            <w:r w:rsidRPr="00332DB8">
              <w:rPr>
                <w:lang w:val="ru-RU"/>
              </w:rPr>
              <w:t>/</w:t>
            </w:r>
            <w:r>
              <w:t>begin</w:t>
            </w:r>
            <w:r w:rsidRPr="00332DB8">
              <w:rPr>
                <w:lang w:val="ru-RU"/>
              </w:rPr>
              <w:t>.</w:t>
            </w:r>
            <w:r>
              <w:t>html</w:t>
            </w:r>
            <w:r w:rsidRPr="00332DB8">
              <w:rPr>
                <w:lang w:val="ru-RU"/>
              </w:rPr>
              <w:t xml:space="preserve">, </w:t>
            </w:r>
            <w:r>
              <w:t>http</w:t>
            </w:r>
            <w:r w:rsidRPr="00332DB8">
              <w:rPr>
                <w:lang w:val="ru-RU"/>
              </w:rPr>
              <w:t>://</w:t>
            </w:r>
            <w:r>
              <w:t>avn</w:t>
            </w:r>
            <w:r w:rsidRPr="00332DB8">
              <w:rPr>
                <w:lang w:val="ru-RU"/>
              </w:rPr>
              <w:t>.</w:t>
            </w:r>
            <w:r>
              <w:t>armiavn</w:t>
            </w:r>
            <w:r w:rsidRPr="00332DB8">
              <w:rPr>
                <w:lang w:val="ru-RU"/>
              </w:rPr>
              <w:t>.</w:t>
            </w:r>
            <w:r>
              <w:t>com</w:t>
            </w:r>
            <w:r w:rsidRPr="00332DB8">
              <w:rPr>
                <w:lang w:val="ru-RU"/>
              </w:rPr>
              <w:t>/</w:t>
            </w:r>
            <w:r>
              <w:t>about</w:t>
            </w:r>
            <w:r w:rsidRPr="00332DB8">
              <w:rPr>
                <w:lang w:val="ru-RU"/>
              </w:rPr>
              <w:t>/</w:t>
            </w:r>
            <w:r>
              <w:t>harald</w:t>
            </w:r>
            <w:r w:rsidRPr="00332DB8">
              <w:rPr>
                <w:lang w:val="ru-RU"/>
              </w:rPr>
              <w:t>.</w:t>
            </w:r>
            <w:r>
              <w:t>html</w:t>
            </w:r>
            <w:r w:rsidRPr="00332DB8">
              <w:rPr>
                <w:lang w:val="ru-RU"/>
              </w:rPr>
              <w:t xml:space="preserve">, </w:t>
            </w:r>
            <w:r>
              <w:t>http</w:t>
            </w:r>
            <w:r w:rsidRPr="00332DB8">
              <w:rPr>
                <w:lang w:val="ru-RU"/>
              </w:rPr>
              <w:t>://</w:t>
            </w:r>
            <w:r>
              <w:t>avn</w:t>
            </w:r>
            <w:r w:rsidRPr="00332DB8">
              <w:rPr>
                <w:lang w:val="ru-RU"/>
              </w:rPr>
              <w:t>.</w:t>
            </w:r>
            <w:r>
              <w:t>armiavn</w:t>
            </w:r>
            <w:r w:rsidRPr="00332DB8">
              <w:rPr>
                <w:lang w:val="ru-RU"/>
              </w:rPr>
              <w:t>.</w:t>
            </w:r>
            <w:r>
              <w:t>com</w:t>
            </w:r>
            <w:r w:rsidRPr="00332DB8">
              <w:rPr>
                <w:lang w:val="ru-RU"/>
              </w:rPr>
              <w:t xml:space="preserve"> /</w:t>
            </w:r>
            <w:r>
              <w:t>about</w:t>
            </w:r>
            <w:r w:rsidRPr="00332DB8">
              <w:rPr>
                <w:lang w:val="ru-RU"/>
              </w:rPr>
              <w:t>/</w:t>
            </w:r>
            <w:r>
              <w:t>fag</w:t>
            </w:r>
            <w:r w:rsidRPr="00332DB8">
              <w:rPr>
                <w:lang w:val="ru-RU"/>
              </w:rPr>
              <w:t>.</w:t>
            </w:r>
            <w:r>
              <w:t>html</w:t>
            </w:r>
            <w:r w:rsidRPr="00332DB8">
              <w:rPr>
                <w:lang w:val="ru-RU"/>
              </w:rPr>
              <w:t xml:space="preserve"> (решение Надымского городского суда Ямало-Ненецкого автономного округа от 11.09.2015);</w:t>
            </w:r>
          </w:p>
        </w:tc>
        <w:tc>
          <w:tcPr>
            <w:tcW w:w="2880" w:type="dxa"/>
          </w:tcPr>
          <w:p w:rsidR="006F7457" w:rsidRPr="00332DB8" w:rsidRDefault="006F7457">
            <w:pPr>
              <w:rPr>
                <w:lang w:val="ru-RU"/>
              </w:rPr>
            </w:pPr>
          </w:p>
        </w:tc>
      </w:tr>
      <w:tr w:rsidR="006F7457" w:rsidRPr="005A424D">
        <w:tc>
          <w:tcPr>
            <w:tcW w:w="2880" w:type="dxa"/>
          </w:tcPr>
          <w:p w:rsidR="006F7457" w:rsidRDefault="00332DB8">
            <w:r>
              <w:t>3199.</w:t>
            </w:r>
          </w:p>
        </w:tc>
        <w:tc>
          <w:tcPr>
            <w:tcW w:w="2880" w:type="dxa"/>
          </w:tcPr>
          <w:p w:rsidR="006F7457" w:rsidRPr="00332DB8" w:rsidRDefault="00332DB8">
            <w:pPr>
              <w:rPr>
                <w:lang w:val="ru-RU"/>
              </w:rPr>
            </w:pPr>
            <w:r w:rsidRPr="00332DB8">
              <w:rPr>
                <w:lang w:val="ru-RU"/>
              </w:rPr>
              <w:t xml:space="preserve">Видеофайл: «Русские националисты из боевого отряда «Русские Волки» в действии» продолжительностью 1 минута 39 секунд, размещенный в сети «Интернет» на сайте </w:t>
            </w:r>
            <w:r>
              <w:t>vkontakte</w:t>
            </w:r>
            <w:r w:rsidRPr="00332DB8">
              <w:rPr>
                <w:lang w:val="ru-RU"/>
              </w:rPr>
              <w:t>.</w:t>
            </w:r>
            <w:r>
              <w:t>ru</w:t>
            </w:r>
            <w:r w:rsidRPr="00332DB8">
              <w:rPr>
                <w:lang w:val="ru-RU"/>
              </w:rPr>
              <w:t xml:space="preserve"> (решение Нижневартовского городского суда Ханты-Мансийского автономного округа – Югры от 27.11.2014);</w:t>
            </w:r>
          </w:p>
        </w:tc>
        <w:tc>
          <w:tcPr>
            <w:tcW w:w="2880" w:type="dxa"/>
          </w:tcPr>
          <w:p w:rsidR="006F7457" w:rsidRPr="00332DB8" w:rsidRDefault="006F7457">
            <w:pPr>
              <w:rPr>
                <w:lang w:val="ru-RU"/>
              </w:rPr>
            </w:pPr>
          </w:p>
        </w:tc>
      </w:tr>
      <w:tr w:rsidR="006F7457" w:rsidRPr="005A424D">
        <w:tc>
          <w:tcPr>
            <w:tcW w:w="2880" w:type="dxa"/>
          </w:tcPr>
          <w:p w:rsidR="006F7457" w:rsidRDefault="00332DB8">
            <w:r>
              <w:t>3200.</w:t>
            </w:r>
          </w:p>
        </w:tc>
        <w:tc>
          <w:tcPr>
            <w:tcW w:w="2880" w:type="dxa"/>
          </w:tcPr>
          <w:p w:rsidR="006F7457" w:rsidRPr="00332DB8" w:rsidRDefault="00332DB8">
            <w:pPr>
              <w:rPr>
                <w:lang w:val="ru-RU"/>
              </w:rPr>
            </w:pPr>
            <w:r w:rsidRPr="00332DB8">
              <w:rPr>
                <w:lang w:val="ru-RU"/>
              </w:rPr>
              <w:t>Информационные материалы: - аудиозапись «</w:t>
            </w:r>
            <w:r>
              <w:t>Skinhed</w:t>
            </w:r>
            <w:r w:rsidRPr="00332DB8">
              <w:rPr>
                <w:lang w:val="ru-RU"/>
              </w:rPr>
              <w:t xml:space="preserve"> (</w:t>
            </w:r>
            <w:r>
              <w:t>Doberman</w:t>
            </w:r>
            <w:r w:rsidRPr="00332DB8">
              <w:rPr>
                <w:lang w:val="ru-RU"/>
              </w:rPr>
              <w:t xml:space="preserve"> </w:t>
            </w:r>
            <w:r>
              <w:t>cover</w:t>
            </w:r>
            <w:r w:rsidRPr="00332DB8">
              <w:rPr>
                <w:lang w:val="ru-RU"/>
              </w:rPr>
              <w:t xml:space="preserve">) – </w:t>
            </w:r>
            <w:r>
              <w:t>Totenkopf</w:t>
            </w:r>
            <w:r w:rsidRPr="00332DB8">
              <w:rPr>
                <w:lang w:val="ru-RU"/>
              </w:rPr>
              <w:t>-</w:t>
            </w:r>
            <w:r>
              <w:t>life</w:t>
            </w:r>
            <w:r w:rsidRPr="00332DB8">
              <w:rPr>
                <w:lang w:val="ru-RU"/>
              </w:rPr>
              <w:t xml:space="preserve"> 95 </w:t>
            </w:r>
            <w:r>
              <w:t>mix</w:t>
            </w:r>
            <w:r w:rsidRPr="00332DB8">
              <w:rPr>
                <w:lang w:val="ru-RU"/>
              </w:rPr>
              <w:t xml:space="preserve">», размещенная на сайте социальной сети «ВКонтакте» </w:t>
            </w:r>
            <w:r>
              <w:t>http</w:t>
            </w:r>
            <w:r w:rsidRPr="00332DB8">
              <w:rPr>
                <w:lang w:val="ru-RU"/>
              </w:rPr>
              <w:t>://</w:t>
            </w:r>
            <w:r>
              <w:t>vkontakte</w:t>
            </w:r>
            <w:r w:rsidRPr="00332DB8">
              <w:rPr>
                <w:lang w:val="ru-RU"/>
              </w:rPr>
              <w:t>.</w:t>
            </w:r>
            <w:r>
              <w:t>ru</w:t>
            </w:r>
            <w:r w:rsidRPr="00332DB8">
              <w:rPr>
                <w:lang w:val="ru-RU"/>
              </w:rPr>
              <w:t xml:space="preserve">, на интернет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70338075; - аудиозапись «</w:t>
            </w:r>
            <w:r>
              <w:t>Temnozor</w:t>
            </w:r>
            <w:r w:rsidRPr="00332DB8">
              <w:rPr>
                <w:lang w:val="ru-RU"/>
              </w:rPr>
              <w:t xml:space="preserve"> – </w:t>
            </w:r>
            <w:r>
              <w:t>Geroi</w:t>
            </w:r>
            <w:r w:rsidRPr="00332DB8">
              <w:rPr>
                <w:lang w:val="ru-RU"/>
              </w:rPr>
              <w:t xml:space="preserve"> </w:t>
            </w:r>
            <w:r>
              <w:t>R</w:t>
            </w:r>
            <w:r w:rsidRPr="00332DB8">
              <w:rPr>
                <w:lang w:val="ru-RU"/>
              </w:rPr>
              <w:t>.</w:t>
            </w:r>
            <w:r>
              <w:t>O</w:t>
            </w:r>
            <w:r w:rsidRPr="00332DB8">
              <w:rPr>
                <w:lang w:val="ru-RU"/>
              </w:rPr>
              <w:t>.</w:t>
            </w:r>
            <w:r>
              <w:t>A</w:t>
            </w:r>
            <w:r w:rsidRPr="00332DB8">
              <w:rPr>
                <w:lang w:val="ru-RU"/>
              </w:rPr>
              <w:t xml:space="preserve">.», размещенная на сайте социальной сети «ВКонтакте» </w:t>
            </w:r>
            <w:r>
              <w:t>http</w:t>
            </w:r>
            <w:r w:rsidRPr="00332DB8">
              <w:rPr>
                <w:lang w:val="ru-RU"/>
              </w:rPr>
              <w:t>://</w:t>
            </w:r>
            <w:r>
              <w:t>vkontakte</w:t>
            </w:r>
            <w:r w:rsidRPr="00332DB8">
              <w:rPr>
                <w:lang w:val="ru-RU"/>
              </w:rPr>
              <w:t>.</w:t>
            </w:r>
            <w:r>
              <w:t>ru</w:t>
            </w:r>
            <w:r w:rsidRPr="00332DB8">
              <w:rPr>
                <w:lang w:val="ru-RU"/>
              </w:rPr>
              <w:t xml:space="preserve">, на интернет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70338075 (решение Новоржевского районного суда Псковской области от 13.10.2015);</w:t>
            </w:r>
          </w:p>
        </w:tc>
        <w:tc>
          <w:tcPr>
            <w:tcW w:w="2880" w:type="dxa"/>
          </w:tcPr>
          <w:p w:rsidR="006F7457" w:rsidRPr="00332DB8" w:rsidRDefault="006F7457">
            <w:pPr>
              <w:rPr>
                <w:lang w:val="ru-RU"/>
              </w:rPr>
            </w:pPr>
          </w:p>
        </w:tc>
      </w:tr>
      <w:tr w:rsidR="006F7457" w:rsidRPr="005A424D">
        <w:tc>
          <w:tcPr>
            <w:tcW w:w="2880" w:type="dxa"/>
          </w:tcPr>
          <w:p w:rsidR="006F7457" w:rsidRDefault="00332DB8">
            <w:r>
              <w:t>3201.</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Интернет-адресам: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LxuhI</w:t>
            </w:r>
            <w:r w:rsidRPr="00332DB8">
              <w:rPr>
                <w:lang w:val="ru-RU"/>
              </w:rPr>
              <w:t>6</w:t>
            </w:r>
            <w:r>
              <w:t>R</w:t>
            </w:r>
            <w:r w:rsidRPr="00332DB8">
              <w:rPr>
                <w:lang w:val="ru-RU"/>
              </w:rPr>
              <w:t>9</w:t>
            </w:r>
            <w:r>
              <w:t>e</w:t>
            </w:r>
            <w:r w:rsidRPr="00332DB8">
              <w:rPr>
                <w:lang w:val="ru-RU"/>
              </w:rPr>
              <w:t>8</w:t>
            </w:r>
            <w:r>
              <w:t>w</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 xml:space="preserve">= </w:t>
            </w:r>
            <w:r>
              <w:t>ngZ</w:t>
            </w:r>
            <w:r w:rsidRPr="00332DB8">
              <w:rPr>
                <w:lang w:val="ru-RU"/>
              </w:rPr>
              <w:t>4</w:t>
            </w:r>
            <w:r>
              <w:t>yV</w:t>
            </w:r>
            <w:r w:rsidRPr="00332DB8">
              <w:rPr>
                <w:lang w:val="ru-RU"/>
              </w:rPr>
              <w:t>5</w:t>
            </w:r>
            <w:r>
              <w:t>HN</w:t>
            </w:r>
            <w:r w:rsidRPr="00332DB8">
              <w:rPr>
                <w:lang w:val="ru-RU"/>
              </w:rPr>
              <w:t xml:space="preserve">38,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jFMJxhOLgAo</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eXgK</w:t>
            </w:r>
            <w:r w:rsidRPr="00332DB8">
              <w:rPr>
                <w:lang w:val="ru-RU"/>
              </w:rPr>
              <w:t>3</w:t>
            </w:r>
            <w:r>
              <w:t>drva</w:t>
            </w:r>
            <w:r w:rsidRPr="00332DB8">
              <w:rPr>
                <w:lang w:val="ru-RU"/>
              </w:rPr>
              <w:t>3</w:t>
            </w:r>
            <w:r>
              <w:t>Q</w:t>
            </w:r>
            <w:r w:rsidRPr="00332DB8">
              <w:rPr>
                <w:lang w:val="ru-RU"/>
              </w:rPr>
              <w:t xml:space="preserve"> (решение Надымского городского суда Ямало-Ненецкого автономного округа от 11.09.2015);</w:t>
            </w:r>
          </w:p>
        </w:tc>
        <w:tc>
          <w:tcPr>
            <w:tcW w:w="2880" w:type="dxa"/>
          </w:tcPr>
          <w:p w:rsidR="006F7457" w:rsidRPr="00332DB8" w:rsidRDefault="006F7457">
            <w:pPr>
              <w:rPr>
                <w:lang w:val="ru-RU"/>
              </w:rPr>
            </w:pPr>
          </w:p>
        </w:tc>
      </w:tr>
      <w:tr w:rsidR="006F7457" w:rsidRPr="005A424D">
        <w:tc>
          <w:tcPr>
            <w:tcW w:w="2880" w:type="dxa"/>
          </w:tcPr>
          <w:p w:rsidR="006F7457" w:rsidRDefault="00332DB8">
            <w:r>
              <w:t>3202.</w:t>
            </w:r>
          </w:p>
        </w:tc>
        <w:tc>
          <w:tcPr>
            <w:tcW w:w="2880" w:type="dxa"/>
          </w:tcPr>
          <w:p w:rsidR="006F7457" w:rsidRPr="00332DB8" w:rsidRDefault="00332DB8">
            <w:pPr>
              <w:rPr>
                <w:lang w:val="ru-RU"/>
              </w:rPr>
            </w:pPr>
            <w:r w:rsidRPr="00332DB8">
              <w:rPr>
                <w:lang w:val="ru-RU"/>
              </w:rPr>
              <w:t xml:space="preserve">Видеоролик «Они любят тех кто переселился к ним», расположенный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pKoYhg</w:t>
            </w:r>
            <w:r w:rsidRPr="00332DB8">
              <w:rPr>
                <w:lang w:val="ru-RU"/>
              </w:rPr>
              <w:t>_</w:t>
            </w:r>
            <w:r>
              <w:t>HK</w:t>
            </w:r>
            <w:r w:rsidRPr="00332DB8">
              <w:rPr>
                <w:lang w:val="ru-RU"/>
              </w:rPr>
              <w:t>0 на сайте «</w:t>
            </w:r>
            <w:r>
              <w:t>YouTub</w:t>
            </w:r>
            <w:r w:rsidRPr="00332DB8">
              <w:rPr>
                <w:lang w:val="ru-RU"/>
              </w:rPr>
              <w:t>» (решение Черкесского городского суда Карачаево-Черкесской Республики от 01.10.2015);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3203.</w:t>
            </w:r>
          </w:p>
        </w:tc>
        <w:tc>
          <w:tcPr>
            <w:tcW w:w="2880" w:type="dxa"/>
          </w:tcPr>
          <w:p w:rsidR="006F7457" w:rsidRPr="00332DB8" w:rsidRDefault="00332DB8">
            <w:pPr>
              <w:rPr>
                <w:lang w:val="ru-RU"/>
              </w:rPr>
            </w:pPr>
            <w:r w:rsidRPr="00332DB8">
              <w:rPr>
                <w:lang w:val="ru-RU"/>
              </w:rPr>
              <w:t xml:space="preserve">Видеоролик под названием «Джама ат Катибату Мухаджирин КБК. Шам 2012», расположенный в глобальной телекоммуникационной сети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jxaeZX</w:t>
            </w:r>
            <w:r w:rsidRPr="00332DB8">
              <w:rPr>
                <w:lang w:val="ru-RU"/>
              </w:rPr>
              <w:t>5</w:t>
            </w:r>
            <w:r>
              <w:t>dbKM</w:t>
            </w:r>
            <w:r w:rsidRPr="00332DB8">
              <w:rPr>
                <w:lang w:val="ru-RU"/>
              </w:rPr>
              <w:t xml:space="preserve"> на сайте « </w:t>
            </w:r>
            <w:r>
              <w:t>YouTub</w:t>
            </w:r>
            <w:r w:rsidRPr="00332DB8">
              <w:rPr>
                <w:lang w:val="ru-RU"/>
              </w:rPr>
              <w:t>» (решение Черкесского городского суда Карачаево-Черкесской Республики от 05.10.2015);</w:t>
            </w:r>
          </w:p>
        </w:tc>
        <w:tc>
          <w:tcPr>
            <w:tcW w:w="2880" w:type="dxa"/>
          </w:tcPr>
          <w:p w:rsidR="006F7457" w:rsidRPr="00332DB8" w:rsidRDefault="006F7457">
            <w:pPr>
              <w:rPr>
                <w:lang w:val="ru-RU"/>
              </w:rPr>
            </w:pPr>
          </w:p>
        </w:tc>
      </w:tr>
      <w:tr w:rsidR="006F7457" w:rsidRPr="005A424D">
        <w:tc>
          <w:tcPr>
            <w:tcW w:w="2880" w:type="dxa"/>
          </w:tcPr>
          <w:p w:rsidR="006F7457" w:rsidRDefault="00332DB8">
            <w:r>
              <w:t>3204.</w:t>
            </w:r>
          </w:p>
        </w:tc>
        <w:tc>
          <w:tcPr>
            <w:tcW w:w="2880" w:type="dxa"/>
          </w:tcPr>
          <w:p w:rsidR="006F7457" w:rsidRPr="00332DB8" w:rsidRDefault="00332DB8">
            <w:pPr>
              <w:rPr>
                <w:lang w:val="ru-RU"/>
              </w:rPr>
            </w:pPr>
            <w:r w:rsidRPr="00332DB8">
              <w:rPr>
                <w:lang w:val="ru-RU"/>
              </w:rPr>
              <w:t>Информационные материалы, размещенные на интернет-сайтах: «</w:t>
            </w:r>
            <w:r>
              <w:t>http</w:t>
            </w:r>
            <w:r w:rsidRPr="00332DB8">
              <w:rPr>
                <w:lang w:val="ru-RU"/>
              </w:rPr>
              <w:t>://</w:t>
            </w:r>
            <w:r>
              <w:t>islam</w:t>
            </w:r>
            <w:r w:rsidRPr="00332DB8">
              <w:rPr>
                <w:lang w:val="ru-RU"/>
              </w:rPr>
              <w:t>-</w:t>
            </w:r>
            <w:r>
              <w:t>today</w:t>
            </w:r>
            <w:r w:rsidRPr="00332DB8">
              <w:rPr>
                <w:lang w:val="ru-RU"/>
              </w:rPr>
              <w:t>.</w:t>
            </w:r>
            <w:r>
              <w:t>ru</w:t>
            </w:r>
            <w:r w:rsidRPr="00332DB8">
              <w:rPr>
                <w:lang w:val="ru-RU"/>
              </w:rPr>
              <w:t>/</w:t>
            </w:r>
            <w:r>
              <w:t>islam</w:t>
            </w:r>
            <w:r w:rsidRPr="00332DB8">
              <w:rPr>
                <w:lang w:val="ru-RU"/>
              </w:rPr>
              <w:t xml:space="preserve"> </w:t>
            </w:r>
            <w:r>
              <w:t>v</w:t>
            </w:r>
            <w:r w:rsidRPr="00332DB8">
              <w:rPr>
                <w:lang w:val="ru-RU"/>
              </w:rPr>
              <w:t xml:space="preserve"> </w:t>
            </w:r>
            <w:r>
              <w:t>mire</w:t>
            </w:r>
            <w:r w:rsidRPr="00332DB8">
              <w:rPr>
                <w:lang w:val="ru-RU"/>
              </w:rPr>
              <w:t>/</w:t>
            </w:r>
            <w:r>
              <w:t>bliznij</w:t>
            </w:r>
            <w:r w:rsidRPr="00332DB8">
              <w:rPr>
                <w:lang w:val="ru-RU"/>
              </w:rPr>
              <w:t>-</w:t>
            </w:r>
            <w:r>
              <w:t>vostok</w:t>
            </w:r>
            <w:r w:rsidRPr="00332DB8">
              <w:rPr>
                <w:lang w:val="ru-RU"/>
              </w:rPr>
              <w:t>/</w:t>
            </w:r>
            <w:r>
              <w:t>igil</w:t>
            </w:r>
            <w:r w:rsidRPr="00332DB8">
              <w:rPr>
                <w:lang w:val="ru-RU"/>
              </w:rPr>
              <w:t>-</w:t>
            </w:r>
            <w:r>
              <w:t>ideologia</w:t>
            </w:r>
            <w:r w:rsidRPr="00332DB8">
              <w:rPr>
                <w:lang w:val="ru-RU"/>
              </w:rPr>
              <w:t>-</w:t>
            </w:r>
            <w:r>
              <w:t>struktura</w:t>
            </w:r>
            <w:r w:rsidRPr="00332DB8">
              <w:rPr>
                <w:lang w:val="ru-RU"/>
              </w:rPr>
              <w:t>-</w:t>
            </w:r>
            <w:r>
              <w:t>strategia</w:t>
            </w:r>
            <w:r w:rsidRPr="00332DB8">
              <w:rPr>
                <w:lang w:val="ru-RU"/>
              </w:rPr>
              <w:t>/», «</w:t>
            </w:r>
            <w:r>
              <w:t>http</w:t>
            </w:r>
            <w:r w:rsidRPr="00332DB8">
              <w:rPr>
                <w:lang w:val="ru-RU"/>
              </w:rPr>
              <w:t>://</w:t>
            </w:r>
            <w:r>
              <w:t>yablor</w:t>
            </w:r>
            <w:r w:rsidRPr="00332DB8">
              <w:rPr>
                <w:lang w:val="ru-RU"/>
              </w:rPr>
              <w:t>.</w:t>
            </w:r>
            <w:r>
              <w:t>ru</w:t>
            </w:r>
            <w:r w:rsidRPr="00332DB8">
              <w:rPr>
                <w:lang w:val="ru-RU"/>
              </w:rPr>
              <w:t>/</w:t>
            </w:r>
            <w:r>
              <w:t>blogs</w:t>
            </w:r>
            <w:r w:rsidRPr="00332DB8">
              <w:rPr>
                <w:lang w:val="ru-RU"/>
              </w:rPr>
              <w:t>/</w:t>
            </w:r>
            <w:r>
              <w:t>igil</w:t>
            </w:r>
            <w:r w:rsidRPr="00332DB8">
              <w:rPr>
                <w:lang w:val="ru-RU"/>
              </w:rPr>
              <w:t>-</w:t>
            </w:r>
            <w:r>
              <w:t>zarisovki</w:t>
            </w:r>
            <w:r w:rsidRPr="00332DB8">
              <w:rPr>
                <w:lang w:val="ru-RU"/>
              </w:rPr>
              <w:t>-1/4675357», «</w:t>
            </w:r>
            <w:r>
              <w:t>http</w:t>
            </w:r>
            <w:r w:rsidRPr="00332DB8">
              <w:rPr>
                <w:lang w:val="ru-RU"/>
              </w:rPr>
              <w:t>://</w:t>
            </w:r>
            <w:r>
              <w:t>opppa</w:t>
            </w:r>
            <w:r w:rsidRPr="00332DB8">
              <w:rPr>
                <w:lang w:val="ru-RU"/>
              </w:rPr>
              <w:t>.</w:t>
            </w:r>
            <w:r>
              <w:t>ru</w:t>
            </w:r>
            <w:r w:rsidRPr="00332DB8">
              <w:rPr>
                <w:lang w:val="ru-RU"/>
              </w:rPr>
              <w:t>/</w:t>
            </w:r>
            <w:r>
              <w:t>nevernye</w:t>
            </w:r>
            <w:r w:rsidRPr="00332DB8">
              <w:rPr>
                <w:lang w:val="ru-RU"/>
              </w:rPr>
              <w:t>-</w:t>
            </w:r>
            <w:r>
              <w:t>predstavleniya</w:t>
            </w:r>
            <w:r w:rsidRPr="00332DB8">
              <w:rPr>
                <w:lang w:val="ru-RU"/>
              </w:rPr>
              <w:t>-</w:t>
            </w:r>
            <w:r>
              <w:t>ob</w:t>
            </w:r>
            <w:r w:rsidRPr="00332DB8">
              <w:rPr>
                <w:lang w:val="ru-RU"/>
              </w:rPr>
              <w:t>-</w:t>
            </w:r>
            <w:r>
              <w:t>igil</w:t>
            </w:r>
            <w:r w:rsidRPr="00332DB8">
              <w:rPr>
                <w:lang w:val="ru-RU"/>
              </w:rPr>
              <w:t>.</w:t>
            </w:r>
            <w:r>
              <w:t>html</w:t>
            </w:r>
            <w:r w:rsidRPr="00332DB8">
              <w:rPr>
                <w:lang w:val="ru-RU"/>
              </w:rPr>
              <w:t>» (решение Шурышкарского районного суда Ямало-Ненецкого автономного округа от 12.11.2015);</w:t>
            </w:r>
          </w:p>
        </w:tc>
        <w:tc>
          <w:tcPr>
            <w:tcW w:w="2880" w:type="dxa"/>
          </w:tcPr>
          <w:p w:rsidR="006F7457" w:rsidRPr="00332DB8" w:rsidRDefault="006F7457">
            <w:pPr>
              <w:rPr>
                <w:lang w:val="ru-RU"/>
              </w:rPr>
            </w:pPr>
          </w:p>
        </w:tc>
      </w:tr>
      <w:tr w:rsidR="006F7457" w:rsidRPr="005A424D">
        <w:tc>
          <w:tcPr>
            <w:tcW w:w="2880" w:type="dxa"/>
          </w:tcPr>
          <w:p w:rsidR="006F7457" w:rsidRDefault="00332DB8">
            <w:r>
              <w:t>3205.</w:t>
            </w:r>
          </w:p>
        </w:tc>
        <w:tc>
          <w:tcPr>
            <w:tcW w:w="2880" w:type="dxa"/>
          </w:tcPr>
          <w:p w:rsidR="006F7457" w:rsidRPr="00332DB8" w:rsidRDefault="00332DB8">
            <w:pPr>
              <w:rPr>
                <w:lang w:val="ru-RU"/>
              </w:rPr>
            </w:pPr>
            <w:r w:rsidRPr="00332DB8">
              <w:rPr>
                <w:lang w:val="ru-RU"/>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w:t>
            </w:r>
            <w:r>
              <w:t>http</w:t>
            </w:r>
            <w:r w:rsidRPr="00332DB8">
              <w:rPr>
                <w:lang w:val="ru-RU"/>
              </w:rPr>
              <w:t>://</w:t>
            </w:r>
            <w:r>
              <w:t>vk</w:t>
            </w:r>
            <w:r w:rsidRPr="00332DB8">
              <w:rPr>
                <w:lang w:val="ru-RU"/>
              </w:rPr>
              <w:t>.</w:t>
            </w:r>
            <w:r>
              <w:t>com</w:t>
            </w:r>
            <w:r w:rsidRPr="00332DB8">
              <w:rPr>
                <w:lang w:val="ru-RU"/>
              </w:rPr>
              <w:t>/) информационно-телекоммуникационной сети Интернет в группе «Русское Национально-Социалистическое Движение» (</w:t>
            </w:r>
            <w:r>
              <w:t>http</w:t>
            </w:r>
            <w:r w:rsidRPr="00332DB8">
              <w:rPr>
                <w:lang w:val="ru-RU"/>
              </w:rPr>
              <w:t>://</w:t>
            </w:r>
            <w:r>
              <w:t>vk</w:t>
            </w:r>
            <w:r w:rsidRPr="00332DB8">
              <w:rPr>
                <w:lang w:val="ru-RU"/>
              </w:rPr>
              <w:t>.</w:t>
            </w:r>
            <w:r>
              <w:t>com</w:t>
            </w:r>
            <w:r w:rsidRPr="00332DB8">
              <w:rPr>
                <w:lang w:val="ru-RU"/>
              </w:rPr>
              <w:t>/</w:t>
            </w:r>
            <w:r>
              <w:t>rusnsd</w:t>
            </w:r>
            <w:r w:rsidRPr="00332DB8">
              <w:rPr>
                <w:lang w:val="ru-RU"/>
              </w:rPr>
              <w:t>) (решение Октябрьского районного суда г. Белгорода от 30.09.2015);</w:t>
            </w:r>
          </w:p>
        </w:tc>
        <w:tc>
          <w:tcPr>
            <w:tcW w:w="2880" w:type="dxa"/>
          </w:tcPr>
          <w:p w:rsidR="006F7457" w:rsidRPr="00332DB8" w:rsidRDefault="006F7457">
            <w:pPr>
              <w:rPr>
                <w:lang w:val="ru-RU"/>
              </w:rPr>
            </w:pPr>
          </w:p>
        </w:tc>
      </w:tr>
      <w:tr w:rsidR="006F7457" w:rsidRPr="005A424D">
        <w:tc>
          <w:tcPr>
            <w:tcW w:w="2880" w:type="dxa"/>
          </w:tcPr>
          <w:p w:rsidR="006F7457" w:rsidRDefault="00332DB8">
            <w:r>
              <w:t>3206.</w:t>
            </w:r>
          </w:p>
        </w:tc>
        <w:tc>
          <w:tcPr>
            <w:tcW w:w="2880" w:type="dxa"/>
          </w:tcPr>
          <w:p w:rsidR="006F7457" w:rsidRPr="00332DB8" w:rsidRDefault="00332DB8">
            <w:pPr>
              <w:rPr>
                <w:lang w:val="ru-RU"/>
              </w:rPr>
            </w:pPr>
            <w:r w:rsidRPr="00332DB8">
              <w:rPr>
                <w:lang w:val="ru-RU"/>
              </w:rPr>
              <w:t>Статья «Стратегия выживания расы», размещенная в социальной сети «ВКонтакте» (</w:t>
            </w:r>
            <w:r>
              <w:t>http</w:t>
            </w:r>
            <w:r w:rsidRPr="00332DB8">
              <w:rPr>
                <w:lang w:val="ru-RU"/>
              </w:rPr>
              <w:t>://</w:t>
            </w:r>
            <w:r>
              <w:t>vk</w:t>
            </w:r>
            <w:r w:rsidRPr="00332DB8">
              <w:rPr>
                <w:lang w:val="ru-RU"/>
              </w:rPr>
              <w:t>.</w:t>
            </w:r>
            <w:r>
              <w:t>com</w:t>
            </w:r>
            <w:r w:rsidRPr="00332DB8">
              <w:rPr>
                <w:lang w:val="ru-RU"/>
              </w:rPr>
              <w:t>/) информационно-телекоммуникационной сети Интернет в группе «Белый Белгород» (</w:t>
            </w:r>
            <w:r>
              <w:t>http</w:t>
            </w:r>
            <w:r w:rsidRPr="00332DB8">
              <w:rPr>
                <w:lang w:val="ru-RU"/>
              </w:rPr>
              <w:t>://</w:t>
            </w:r>
            <w:r>
              <w:t>vk</w:t>
            </w:r>
            <w:r w:rsidRPr="00332DB8">
              <w:rPr>
                <w:lang w:val="ru-RU"/>
              </w:rPr>
              <w:t>.</w:t>
            </w:r>
            <w:r>
              <w:t>com</w:t>
            </w:r>
            <w:r w:rsidRPr="00332DB8">
              <w:rPr>
                <w:lang w:val="ru-RU"/>
              </w:rPr>
              <w:t>.</w:t>
            </w:r>
            <w:r>
              <w:t>whitebgd</w:t>
            </w:r>
            <w:r w:rsidRPr="00332DB8">
              <w:rPr>
                <w:lang w:val="ru-RU"/>
              </w:rPr>
              <w:t>) (решение Октябрьского районного суда г. Белгорода от 30.09.2015).</w:t>
            </w:r>
          </w:p>
        </w:tc>
        <w:tc>
          <w:tcPr>
            <w:tcW w:w="2880" w:type="dxa"/>
          </w:tcPr>
          <w:p w:rsidR="006F7457" w:rsidRPr="00332DB8" w:rsidRDefault="006F7457">
            <w:pPr>
              <w:rPr>
                <w:lang w:val="ru-RU"/>
              </w:rPr>
            </w:pPr>
          </w:p>
        </w:tc>
      </w:tr>
      <w:tr w:rsidR="006F7457">
        <w:tc>
          <w:tcPr>
            <w:tcW w:w="2880" w:type="dxa"/>
          </w:tcPr>
          <w:p w:rsidR="006F7457" w:rsidRDefault="00332DB8">
            <w:r>
              <w:t>3207.</w:t>
            </w:r>
          </w:p>
        </w:tc>
        <w:tc>
          <w:tcPr>
            <w:tcW w:w="2880" w:type="dxa"/>
          </w:tcPr>
          <w:p w:rsidR="006F7457" w:rsidRDefault="00332DB8">
            <w:r w:rsidRPr="00332DB8">
              <w:rPr>
                <w:lang w:val="ru-RU"/>
              </w:rPr>
              <w:t xml:space="preserve">Видеоролик под наименованием «Путин Ху...(ремейк)» продолжительностью 00 минут 59 секунд, размещенный по электронному адресу </w:t>
            </w:r>
            <w:r>
              <w:t>https</w:t>
            </w:r>
            <w:r w:rsidRPr="00332DB8">
              <w:rPr>
                <w:lang w:val="ru-RU"/>
              </w:rPr>
              <w:t>://</w:t>
            </w:r>
            <w:r>
              <w:t>vk</w:t>
            </w:r>
            <w:r w:rsidRPr="00332DB8">
              <w:rPr>
                <w:lang w:val="ru-RU"/>
              </w:rPr>
              <w:t>.</w:t>
            </w:r>
            <w:r>
              <w:t>com</w:t>
            </w:r>
            <w:r w:rsidRPr="00332DB8">
              <w:rPr>
                <w:lang w:val="ru-RU"/>
              </w:rPr>
              <w:t>/</w:t>
            </w:r>
            <w:r>
              <w:t>video</w:t>
            </w:r>
            <w:r w:rsidRPr="00332DB8">
              <w:rPr>
                <w:lang w:val="ru-RU"/>
              </w:rPr>
              <w:t>213603425_169316994 в разделе «Видеозаписи» пользователя «Юра Петров» (</w:t>
            </w:r>
            <w:r>
              <w:t>https</w:t>
            </w:r>
            <w:r w:rsidRPr="00332DB8">
              <w:rPr>
                <w:lang w:val="ru-RU"/>
              </w:rPr>
              <w:t>://</w:t>
            </w:r>
            <w:r>
              <w:t>vk</w:t>
            </w:r>
            <w:r w:rsidRPr="00332DB8">
              <w:rPr>
                <w:lang w:val="ru-RU"/>
              </w:rPr>
              <w:t>.</w:t>
            </w:r>
            <w:r>
              <w:t>com</w:t>
            </w:r>
            <w:r w:rsidRPr="00332DB8">
              <w:rPr>
                <w:lang w:val="ru-RU"/>
              </w:rPr>
              <w:t>/</w:t>
            </w:r>
            <w:r>
              <w:t>id</w:t>
            </w:r>
            <w:r w:rsidRPr="00332DB8">
              <w:rPr>
                <w:lang w:val="ru-RU"/>
              </w:rPr>
              <w:t xml:space="preserve">213603425) (оригинал видеозаписи с аналогичным наименованием размещен по электронному адресу </w:t>
            </w:r>
            <w:r>
              <w:t>https</w:t>
            </w:r>
            <w:r w:rsidRPr="00332DB8">
              <w:rPr>
                <w:lang w:val="ru-RU"/>
              </w:rPr>
              <w:t>://</w:t>
            </w:r>
            <w:r>
              <w:t>www</w:t>
            </w:r>
            <w:r w:rsidRPr="00332DB8">
              <w:rPr>
                <w:lang w:val="ru-RU"/>
              </w:rPr>
              <w:t>.</w:t>
            </w:r>
            <w:r>
              <w:t>youtube</w:t>
            </w:r>
            <w:r w:rsidRPr="00332DB8">
              <w:rPr>
                <w:lang w:val="ru-RU"/>
              </w:rPr>
              <w:t>.</w:t>
            </w:r>
            <w:r>
              <w:t>com</w:t>
            </w:r>
            <w:r w:rsidRPr="00332DB8">
              <w:rPr>
                <w:lang w:val="ru-RU"/>
              </w:rPr>
              <w:t xml:space="preserve">/ </w:t>
            </w:r>
            <w:r>
              <w:t>watch</w:t>
            </w:r>
            <w:r w:rsidRPr="00332DB8">
              <w:rPr>
                <w:lang w:val="ru-RU"/>
              </w:rPr>
              <w:t>?</w:t>
            </w:r>
            <w:r>
              <w:t>v</w:t>
            </w:r>
            <w:r w:rsidRPr="00332DB8">
              <w:rPr>
                <w:lang w:val="ru-RU"/>
              </w:rPr>
              <w:t>=52</w:t>
            </w:r>
            <w:r>
              <w:t>s</w:t>
            </w:r>
            <w:r w:rsidRPr="00332DB8">
              <w:rPr>
                <w:lang w:val="ru-RU"/>
              </w:rPr>
              <w:t>5</w:t>
            </w:r>
            <w:r>
              <w:t>f</w:t>
            </w:r>
            <w:r w:rsidRPr="00332DB8">
              <w:rPr>
                <w:lang w:val="ru-RU"/>
              </w:rPr>
              <w:t>2</w:t>
            </w:r>
            <w:r>
              <w:t>IVi</w:t>
            </w:r>
            <w:r w:rsidRPr="00332DB8">
              <w:rPr>
                <w:lang w:val="ru-RU"/>
              </w:rPr>
              <w:t>0</w:t>
            </w:r>
            <w:r>
              <w:t>s</w:t>
            </w:r>
            <w:r w:rsidRPr="00332DB8">
              <w:rPr>
                <w:lang w:val="ru-RU"/>
              </w:rPr>
              <w:t xml:space="preserve">), видеоролик под наименованием «Путин Ху...! Хит лета 2014 года» продолжительностью 00 минут 44 секунд, разменный по электронному адресу </w:t>
            </w:r>
            <w:r>
              <w:t>https</w:t>
            </w:r>
            <w:r w:rsidRPr="00332DB8">
              <w:rPr>
                <w:lang w:val="ru-RU"/>
              </w:rPr>
              <w:t>://</w:t>
            </w:r>
            <w:r>
              <w:t>vk</w:t>
            </w:r>
            <w:r w:rsidRPr="00332DB8">
              <w:rPr>
                <w:lang w:val="ru-RU"/>
              </w:rPr>
              <w:t>.</w:t>
            </w:r>
            <w:r>
              <w:t>com</w:t>
            </w:r>
            <w:r w:rsidRPr="00332DB8">
              <w:rPr>
                <w:lang w:val="ru-RU"/>
              </w:rPr>
              <w:t>/</w:t>
            </w:r>
            <w:r>
              <w:t>videos</w:t>
            </w:r>
            <w:r w:rsidRPr="00332DB8">
              <w:rPr>
                <w:lang w:val="ru-RU"/>
              </w:rPr>
              <w:t>213603425?</w:t>
            </w:r>
            <w:r>
              <w:t>z</w:t>
            </w:r>
            <w:r w:rsidRPr="00332DB8">
              <w:rPr>
                <w:lang w:val="ru-RU"/>
              </w:rPr>
              <w:t>=</w:t>
            </w:r>
            <w:r>
              <w:t>video</w:t>
            </w:r>
            <w:r w:rsidRPr="00332DB8">
              <w:rPr>
                <w:lang w:val="ru-RU"/>
              </w:rPr>
              <w:t>213603425_168351210%</w:t>
            </w:r>
            <w:r>
              <w:t>Falbum</w:t>
            </w:r>
            <w:r w:rsidRPr="00332DB8">
              <w:rPr>
                <w:lang w:val="ru-RU"/>
              </w:rPr>
              <w:t xml:space="preserve">213603425 в разделе «Видеозаписи» </w:t>
            </w:r>
            <w:r w:rsidRPr="00332DB8">
              <w:rPr>
                <w:lang w:val="ru-RU"/>
              </w:rPr>
              <w:lastRenderedPageBreak/>
              <w:t>пользователя «Юра Петров» (</w:t>
            </w:r>
            <w:r>
              <w:t>https</w:t>
            </w:r>
            <w:r w:rsidRPr="00332DB8">
              <w:rPr>
                <w:lang w:val="ru-RU"/>
              </w:rPr>
              <w:t>://</w:t>
            </w:r>
            <w:r>
              <w:t>vk</w:t>
            </w:r>
            <w:r w:rsidRPr="00332DB8">
              <w:rPr>
                <w:lang w:val="ru-RU"/>
              </w:rPr>
              <w:t>.</w:t>
            </w:r>
            <w:r>
              <w:t>com</w:t>
            </w:r>
            <w:r w:rsidRPr="00332DB8">
              <w:rPr>
                <w:lang w:val="ru-RU"/>
              </w:rPr>
              <w:t>/</w:t>
            </w:r>
            <w:r>
              <w:t>id</w:t>
            </w:r>
            <w:r w:rsidRPr="00332DB8">
              <w:rPr>
                <w:lang w:val="ru-RU"/>
              </w:rPr>
              <w:t xml:space="preserve">213603425) (оригинал видеозаписи под аналогичным наименованием размещен по электронному адресу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Z</w:t>
            </w:r>
            <w:r w:rsidRPr="00332DB8">
              <w:rPr>
                <w:lang w:val="ru-RU"/>
              </w:rPr>
              <w:t>5</w:t>
            </w:r>
            <w:r>
              <w:t>yIWJbdkwU</w:t>
            </w:r>
            <w:r w:rsidRPr="00332DB8">
              <w:rPr>
                <w:lang w:val="ru-RU"/>
              </w:rPr>
              <w:t xml:space="preserve">), видеоролик под наименованием «Будь смелее!» продолжительностью 03 минуты 52 секунды, размещенный по электронному адресу </w:t>
            </w:r>
            <w:r>
              <w:t>https</w:t>
            </w:r>
            <w:r w:rsidRPr="00332DB8">
              <w:rPr>
                <w:lang w:val="ru-RU"/>
              </w:rPr>
              <w:t>://</w:t>
            </w:r>
            <w:r>
              <w:t>vk</w:t>
            </w:r>
            <w:r w:rsidRPr="00332DB8">
              <w:rPr>
                <w:lang w:val="ru-RU"/>
              </w:rPr>
              <w:t>.</w:t>
            </w:r>
            <w:r>
              <w:t>com</w:t>
            </w:r>
            <w:r w:rsidRPr="00332DB8">
              <w:rPr>
                <w:lang w:val="ru-RU"/>
              </w:rPr>
              <w:t xml:space="preserve">/ </w:t>
            </w:r>
            <w:r>
              <w:t>videos</w:t>
            </w:r>
            <w:r w:rsidRPr="00332DB8">
              <w:rPr>
                <w:lang w:val="ru-RU"/>
              </w:rPr>
              <w:t>213603425?</w:t>
            </w:r>
            <w:r>
              <w:t>z</w:t>
            </w:r>
            <w:r w:rsidRPr="00332DB8">
              <w:rPr>
                <w:lang w:val="ru-RU"/>
              </w:rPr>
              <w:t>=</w:t>
            </w:r>
            <w:r>
              <w:t>video</w:t>
            </w:r>
            <w:r w:rsidRPr="00332DB8">
              <w:rPr>
                <w:lang w:val="ru-RU"/>
              </w:rPr>
              <w:t>213603425_167884774%2</w:t>
            </w:r>
            <w:r>
              <w:t>Falbum</w:t>
            </w:r>
            <w:r w:rsidRPr="00332DB8">
              <w:rPr>
                <w:lang w:val="ru-RU"/>
              </w:rPr>
              <w:t>213603425 в разделе «Видеозаписи» пользователя «Юра Петров» (</w:t>
            </w:r>
            <w:r>
              <w:t>https</w:t>
            </w:r>
            <w:r w:rsidRPr="00332DB8">
              <w:rPr>
                <w:lang w:val="ru-RU"/>
              </w:rPr>
              <w:t>://</w:t>
            </w:r>
            <w:r>
              <w:t>vk</w:t>
            </w:r>
            <w:r w:rsidRPr="00332DB8">
              <w:rPr>
                <w:lang w:val="ru-RU"/>
              </w:rPr>
              <w:t>.</w:t>
            </w:r>
            <w:r>
              <w:t>com</w:t>
            </w:r>
            <w:r w:rsidRPr="00332DB8">
              <w:rPr>
                <w:lang w:val="ru-RU"/>
              </w:rPr>
              <w:t>/</w:t>
            </w:r>
            <w:r>
              <w:t>id</w:t>
            </w:r>
            <w:r w:rsidRPr="00332DB8">
              <w:rPr>
                <w:lang w:val="ru-RU"/>
              </w:rPr>
              <w:t xml:space="preserve">213603425) (оригинал видеозаписи под наименованием «Путин на Майдане в Киеве. Геннадий Балашов» размещен по электронному адресу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njXvBJn</w:t>
            </w:r>
            <w:r w:rsidRPr="00332DB8">
              <w:rPr>
                <w:lang w:val="ru-RU"/>
              </w:rPr>
              <w:t>8</w:t>
            </w:r>
            <w:r>
              <w:t>hUU</w:t>
            </w:r>
            <w:r w:rsidRPr="00332DB8">
              <w:rPr>
                <w:lang w:val="ru-RU"/>
              </w:rPr>
              <w:t xml:space="preserve">), начинающийся со слов «Добрый день! Мы решили поговорить как раз для ведущих телеканалов России...», заканчивающийся словами «Революция идет в Россию» </w:t>
            </w:r>
            <w:r>
              <w:t>(решение Волжского городского суда Республики Марий Эл от 28.08.2015).</w:t>
            </w:r>
          </w:p>
        </w:tc>
        <w:tc>
          <w:tcPr>
            <w:tcW w:w="2880" w:type="dxa"/>
          </w:tcPr>
          <w:p w:rsidR="006F7457" w:rsidRDefault="006F7457"/>
        </w:tc>
      </w:tr>
      <w:tr w:rsidR="006F7457" w:rsidRPr="005A424D">
        <w:tc>
          <w:tcPr>
            <w:tcW w:w="2880" w:type="dxa"/>
          </w:tcPr>
          <w:p w:rsidR="006F7457" w:rsidRDefault="00332DB8">
            <w:r>
              <w:lastRenderedPageBreak/>
              <w:t>3208.</w:t>
            </w:r>
          </w:p>
        </w:tc>
        <w:tc>
          <w:tcPr>
            <w:tcW w:w="2880" w:type="dxa"/>
          </w:tcPr>
          <w:p w:rsidR="006F7457" w:rsidRPr="00332DB8" w:rsidRDefault="00332DB8">
            <w:pPr>
              <w:rPr>
                <w:lang w:val="ru-RU"/>
              </w:rPr>
            </w:pPr>
            <w:r w:rsidRPr="00332DB8">
              <w:rPr>
                <w:lang w:val="ru-RU"/>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w:t>
            </w:r>
            <w:r>
              <w:t>http</w:t>
            </w:r>
            <w:r w:rsidRPr="00332DB8">
              <w:rPr>
                <w:lang w:val="ru-RU"/>
              </w:rPr>
              <w:t>://</w:t>
            </w:r>
            <w:r>
              <w:t>vk</w:t>
            </w:r>
            <w:r w:rsidRPr="00332DB8">
              <w:rPr>
                <w:lang w:val="ru-RU"/>
              </w:rPr>
              <w:t>.</w:t>
            </w:r>
            <w:r>
              <w:t>com</w:t>
            </w:r>
            <w:r w:rsidRPr="00332DB8">
              <w:rPr>
                <w:lang w:val="ru-RU"/>
              </w:rPr>
              <w:t>/</w:t>
            </w:r>
            <w:r>
              <w:t>videosl</w:t>
            </w:r>
            <w:r w:rsidRPr="00332DB8">
              <w:rPr>
                <w:lang w:val="ru-RU"/>
              </w:rPr>
              <w:t>7733?</w:t>
            </w:r>
            <w:r>
              <w:t>section</w:t>
            </w:r>
            <w:r w:rsidRPr="00332DB8">
              <w:rPr>
                <w:lang w:val="ru-RU"/>
              </w:rPr>
              <w:t>=</w:t>
            </w:r>
            <w:r>
              <w:t>all</w:t>
            </w:r>
            <w:r w:rsidRPr="00332DB8">
              <w:rPr>
                <w:lang w:val="ru-RU"/>
              </w:rPr>
              <w:t>», а также на других электронных адресах (решение Кировского районного суда г. Саратова от 25.09.2015);</w:t>
            </w:r>
          </w:p>
        </w:tc>
        <w:tc>
          <w:tcPr>
            <w:tcW w:w="2880" w:type="dxa"/>
          </w:tcPr>
          <w:p w:rsidR="006F7457" w:rsidRPr="00332DB8" w:rsidRDefault="006F7457">
            <w:pPr>
              <w:rPr>
                <w:lang w:val="ru-RU"/>
              </w:rPr>
            </w:pPr>
          </w:p>
        </w:tc>
      </w:tr>
      <w:tr w:rsidR="006F7457" w:rsidRPr="005A424D">
        <w:tc>
          <w:tcPr>
            <w:tcW w:w="2880" w:type="dxa"/>
          </w:tcPr>
          <w:p w:rsidR="006F7457" w:rsidRDefault="00332DB8">
            <w:r>
              <w:t>3209.</w:t>
            </w:r>
          </w:p>
        </w:tc>
        <w:tc>
          <w:tcPr>
            <w:tcW w:w="2880" w:type="dxa"/>
          </w:tcPr>
          <w:p w:rsidR="006F7457" w:rsidRPr="00332DB8" w:rsidRDefault="00332DB8">
            <w:pPr>
              <w:rPr>
                <w:lang w:val="ru-RU"/>
              </w:rPr>
            </w:pPr>
            <w:r w:rsidRPr="00332DB8">
              <w:rPr>
                <w:lang w:val="ru-RU"/>
              </w:rPr>
              <w:t xml:space="preserve">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w:t>
            </w:r>
            <w:r>
              <w:t>Credo</w:t>
            </w:r>
            <w:r w:rsidRPr="00332DB8">
              <w:rPr>
                <w:lang w:val="ru-RU"/>
              </w:rPr>
              <w:t>.</w:t>
            </w:r>
            <w:r>
              <w:t>ru</w:t>
            </w:r>
            <w:r w:rsidRPr="00332DB8">
              <w:rPr>
                <w:lang w:val="ru-RU"/>
              </w:rPr>
              <w:t xml:space="preserve">»»,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w:t>
            </w:r>
            <w:r w:rsidRPr="00332DB8">
              <w:rPr>
                <w:lang w:val="ru-RU"/>
              </w:rPr>
              <w:lastRenderedPageBreak/>
              <w:t>Октябрьского районного суда г. Владимира от 06.10.2015).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3210.</w:t>
            </w:r>
          </w:p>
        </w:tc>
        <w:tc>
          <w:tcPr>
            <w:tcW w:w="2880" w:type="dxa"/>
          </w:tcPr>
          <w:p w:rsidR="006F7457" w:rsidRPr="00332DB8" w:rsidRDefault="00332DB8">
            <w:pPr>
              <w:rPr>
                <w:lang w:val="ru-RU"/>
              </w:rPr>
            </w:pPr>
            <w:r w:rsidRPr="00332DB8">
              <w:rPr>
                <w:lang w:val="ru-RU"/>
              </w:rPr>
              <w:t xml:space="preserve">Информационный материал - текст под названием «Манифест Этнополитического объединения «Русские», размещенный в сети Интернет по сетевому адресу: </w:t>
            </w:r>
            <w:r>
              <w:t>http</w:t>
            </w:r>
            <w:r w:rsidRPr="00332DB8">
              <w:rPr>
                <w:lang w:val="ru-RU"/>
              </w:rPr>
              <w:t>:/</w:t>
            </w:r>
            <w:r>
              <w:t>rusnat</w:t>
            </w:r>
            <w:r w:rsidRPr="00332DB8">
              <w:rPr>
                <w:lang w:val="ru-RU"/>
              </w:rPr>
              <w:t>.</w:t>
            </w:r>
            <w:r>
              <w:t>com</w:t>
            </w:r>
            <w:r w:rsidRPr="00332DB8">
              <w:rPr>
                <w:lang w:val="ru-RU"/>
              </w:rPr>
              <w:t>/2011/11/</w:t>
            </w:r>
            <w:r>
              <w:t>manifest</w:t>
            </w:r>
            <w:r w:rsidRPr="00332DB8">
              <w:rPr>
                <w:lang w:val="ru-RU"/>
              </w:rPr>
              <w:t>-</w:t>
            </w:r>
            <w:r>
              <w:t>etnopoliticheskogo</w:t>
            </w:r>
            <w:r w:rsidRPr="00332DB8">
              <w:rPr>
                <w:lang w:val="ru-RU"/>
              </w:rPr>
              <w:t>-</w:t>
            </w:r>
            <w:r>
              <w:t>obedineniya</w:t>
            </w:r>
            <w:r w:rsidRPr="00332DB8">
              <w:rPr>
                <w:lang w:val="ru-RU"/>
              </w:rPr>
              <w:t>-</w:t>
            </w:r>
            <w:r>
              <w:t>russkie</w:t>
            </w:r>
            <w:r w:rsidRPr="00332DB8">
              <w:rPr>
                <w:lang w:val="ru-RU"/>
              </w:rPr>
              <w:t>/ (решение Басманного районного суда города Москвы от 14.07.2015);</w:t>
            </w:r>
          </w:p>
        </w:tc>
        <w:tc>
          <w:tcPr>
            <w:tcW w:w="2880" w:type="dxa"/>
          </w:tcPr>
          <w:p w:rsidR="006F7457" w:rsidRPr="00332DB8" w:rsidRDefault="006F7457">
            <w:pPr>
              <w:rPr>
                <w:lang w:val="ru-RU"/>
              </w:rPr>
            </w:pPr>
          </w:p>
        </w:tc>
      </w:tr>
      <w:tr w:rsidR="006F7457" w:rsidRPr="005A424D">
        <w:tc>
          <w:tcPr>
            <w:tcW w:w="2880" w:type="dxa"/>
          </w:tcPr>
          <w:p w:rsidR="006F7457" w:rsidRDefault="00332DB8">
            <w:r>
              <w:t>3211.</w:t>
            </w:r>
          </w:p>
        </w:tc>
        <w:tc>
          <w:tcPr>
            <w:tcW w:w="2880" w:type="dxa"/>
          </w:tcPr>
          <w:p w:rsidR="006F7457" w:rsidRPr="00332DB8" w:rsidRDefault="00332DB8">
            <w:pPr>
              <w:rPr>
                <w:lang w:val="ru-RU"/>
              </w:rPr>
            </w:pPr>
            <w:r w:rsidRPr="00332DB8">
              <w:rPr>
                <w:lang w:val="ru-RU"/>
              </w:rPr>
              <w:t xml:space="preserve">Видеофайл «Вы все еще толерантны? Смотрите и думайте!», размещенный на сайте социальной сети «Вконтакте», имеющий электронный адрес: </w:t>
            </w:r>
            <w:r>
              <w:t>www</w:t>
            </w:r>
            <w:r w:rsidRPr="00332DB8">
              <w:rPr>
                <w:lang w:val="ru-RU"/>
              </w:rPr>
              <w:t>.</w:t>
            </w:r>
            <w:r>
              <w:t>vkontakte</w:t>
            </w:r>
            <w:r w:rsidRPr="00332DB8">
              <w:rPr>
                <w:lang w:val="ru-RU"/>
              </w:rPr>
              <w:t>.</w:t>
            </w:r>
            <w:r>
              <w:t>ru</w:t>
            </w:r>
            <w:r w:rsidRPr="00332DB8">
              <w:rPr>
                <w:lang w:val="ru-RU"/>
              </w:rPr>
              <w:t xml:space="preserve"> (решение Октябрьского районного суда г. Архангельска от 06.05.2014);</w:t>
            </w:r>
          </w:p>
        </w:tc>
        <w:tc>
          <w:tcPr>
            <w:tcW w:w="2880" w:type="dxa"/>
          </w:tcPr>
          <w:p w:rsidR="006F7457" w:rsidRPr="00332DB8" w:rsidRDefault="006F7457">
            <w:pPr>
              <w:rPr>
                <w:lang w:val="ru-RU"/>
              </w:rPr>
            </w:pPr>
          </w:p>
        </w:tc>
      </w:tr>
      <w:tr w:rsidR="006F7457" w:rsidRPr="005A424D">
        <w:tc>
          <w:tcPr>
            <w:tcW w:w="2880" w:type="dxa"/>
          </w:tcPr>
          <w:p w:rsidR="006F7457" w:rsidRDefault="00332DB8">
            <w:r>
              <w:t>3212.</w:t>
            </w:r>
          </w:p>
        </w:tc>
        <w:tc>
          <w:tcPr>
            <w:tcW w:w="2880" w:type="dxa"/>
          </w:tcPr>
          <w:p w:rsidR="006F7457" w:rsidRPr="00332DB8" w:rsidRDefault="00332DB8">
            <w:pPr>
              <w:rPr>
                <w:lang w:val="ru-RU"/>
              </w:rPr>
            </w:pPr>
            <w:r w:rsidRPr="00332DB8">
              <w:rPr>
                <w:lang w:val="ru-RU"/>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2880" w:type="dxa"/>
          </w:tcPr>
          <w:p w:rsidR="006F7457" w:rsidRPr="00332DB8" w:rsidRDefault="006F7457">
            <w:pPr>
              <w:rPr>
                <w:lang w:val="ru-RU"/>
              </w:rPr>
            </w:pPr>
          </w:p>
        </w:tc>
      </w:tr>
      <w:tr w:rsidR="006F7457" w:rsidRPr="005A424D">
        <w:tc>
          <w:tcPr>
            <w:tcW w:w="2880" w:type="dxa"/>
          </w:tcPr>
          <w:p w:rsidR="006F7457" w:rsidRDefault="00332DB8">
            <w:r>
              <w:t>3213.</w:t>
            </w:r>
          </w:p>
        </w:tc>
        <w:tc>
          <w:tcPr>
            <w:tcW w:w="2880" w:type="dxa"/>
          </w:tcPr>
          <w:p w:rsidR="006F7457" w:rsidRPr="00332DB8" w:rsidRDefault="00332DB8">
            <w:pPr>
              <w:rPr>
                <w:lang w:val="ru-RU"/>
              </w:rPr>
            </w:pPr>
            <w:r w:rsidRPr="00332DB8">
              <w:rPr>
                <w:lang w:val="ru-RU"/>
              </w:rPr>
              <w:t xml:space="preserve">Информационный материал (видеоматериал) «Сто бед – один ответ!» от 09 сентября 2012 года, размещенный на интернет-сайте – </w:t>
            </w:r>
            <w:r>
              <w:t>http</w:t>
            </w:r>
            <w:r w:rsidRPr="00332DB8">
              <w:rPr>
                <w:lang w:val="ru-RU"/>
              </w:rPr>
              <w:t>://</w:t>
            </w:r>
            <w:r>
              <w:t>vk</w:t>
            </w:r>
            <w:r w:rsidRPr="00332DB8">
              <w:rPr>
                <w:lang w:val="ru-RU"/>
              </w:rPr>
              <w:t>.</w:t>
            </w:r>
            <w:r>
              <w:t>com</w:t>
            </w:r>
            <w:r w:rsidRPr="00332DB8">
              <w:rPr>
                <w:lang w:val="ru-RU"/>
              </w:rPr>
              <w:t xml:space="preserve">, страница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149512454 (заочное решение Дзержинского районного суда г. Новосибирска от 24.06.2015);</w:t>
            </w:r>
          </w:p>
        </w:tc>
        <w:tc>
          <w:tcPr>
            <w:tcW w:w="2880" w:type="dxa"/>
          </w:tcPr>
          <w:p w:rsidR="006F7457" w:rsidRPr="00332DB8" w:rsidRDefault="006F7457">
            <w:pPr>
              <w:rPr>
                <w:lang w:val="ru-RU"/>
              </w:rPr>
            </w:pPr>
          </w:p>
        </w:tc>
      </w:tr>
      <w:tr w:rsidR="006F7457" w:rsidRPr="005A424D">
        <w:tc>
          <w:tcPr>
            <w:tcW w:w="2880" w:type="dxa"/>
          </w:tcPr>
          <w:p w:rsidR="006F7457" w:rsidRDefault="00332DB8">
            <w:r>
              <w:t>3214.</w:t>
            </w:r>
          </w:p>
        </w:tc>
        <w:tc>
          <w:tcPr>
            <w:tcW w:w="2880" w:type="dxa"/>
          </w:tcPr>
          <w:p w:rsidR="006F7457" w:rsidRPr="00332DB8" w:rsidRDefault="00332DB8">
            <w:pPr>
              <w:rPr>
                <w:lang w:val="ru-RU"/>
              </w:rPr>
            </w:pPr>
            <w:r w:rsidRPr="00332DB8">
              <w:rPr>
                <w:lang w:val="ru-RU"/>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3215.</w:t>
            </w:r>
          </w:p>
        </w:tc>
        <w:tc>
          <w:tcPr>
            <w:tcW w:w="2880" w:type="dxa"/>
          </w:tcPr>
          <w:p w:rsidR="006F7457" w:rsidRPr="00332DB8" w:rsidRDefault="00332DB8">
            <w:pPr>
              <w:rPr>
                <w:lang w:val="ru-RU"/>
              </w:rPr>
            </w:pPr>
            <w:r w:rsidRPr="00332DB8">
              <w:rPr>
                <w:lang w:val="ru-RU"/>
              </w:rPr>
              <w:t xml:space="preserve">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44869454, </w:t>
            </w:r>
            <w:r>
              <w:t>http</w:t>
            </w:r>
            <w:r w:rsidRPr="00332DB8">
              <w:rPr>
                <w:lang w:val="ru-RU"/>
              </w:rPr>
              <w:t>://</w:t>
            </w:r>
            <w:r>
              <w:t>vk</w:t>
            </w:r>
            <w:r w:rsidRPr="00332DB8">
              <w:rPr>
                <w:lang w:val="ru-RU"/>
              </w:rPr>
              <w:t>.</w:t>
            </w:r>
            <w:r>
              <w:t>com</w:t>
            </w:r>
            <w:r w:rsidRPr="00332DB8">
              <w:rPr>
                <w:lang w:val="ru-RU"/>
              </w:rPr>
              <w:t>\</w:t>
            </w:r>
            <w:r>
              <w:t>id</w:t>
            </w:r>
            <w:r w:rsidRPr="00332DB8">
              <w:rPr>
                <w:lang w:val="ru-RU"/>
              </w:rPr>
              <w:t>46490098 (решение Московского районного суда г. Калининграда от 26.10.2015);</w:t>
            </w:r>
          </w:p>
        </w:tc>
        <w:tc>
          <w:tcPr>
            <w:tcW w:w="2880" w:type="dxa"/>
          </w:tcPr>
          <w:p w:rsidR="006F7457" w:rsidRPr="00332DB8" w:rsidRDefault="006F7457">
            <w:pPr>
              <w:rPr>
                <w:lang w:val="ru-RU"/>
              </w:rPr>
            </w:pPr>
          </w:p>
        </w:tc>
      </w:tr>
      <w:tr w:rsidR="006F7457" w:rsidRPr="005A424D">
        <w:tc>
          <w:tcPr>
            <w:tcW w:w="2880" w:type="dxa"/>
          </w:tcPr>
          <w:p w:rsidR="006F7457" w:rsidRDefault="00332DB8">
            <w:r>
              <w:t>3216.</w:t>
            </w:r>
          </w:p>
        </w:tc>
        <w:tc>
          <w:tcPr>
            <w:tcW w:w="2880" w:type="dxa"/>
          </w:tcPr>
          <w:p w:rsidR="006F7457" w:rsidRPr="00332DB8" w:rsidRDefault="00332DB8">
            <w:pPr>
              <w:rPr>
                <w:lang w:val="ru-RU"/>
              </w:rPr>
            </w:pPr>
            <w:r w:rsidRPr="00332DB8">
              <w:rPr>
                <w:lang w:val="ru-RU"/>
              </w:rPr>
              <w:t xml:space="preserve">Материал, опубликованный в телекоммуникационной сети интернет социальной сети «ВКонтакте» по </w:t>
            </w:r>
            <w:r>
              <w:t>IP</w:t>
            </w:r>
            <w:r w:rsidRPr="00332DB8">
              <w:rPr>
                <w:lang w:val="ru-RU"/>
              </w:rPr>
              <w:t xml:space="preserve">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220450495» (решение Ленинского районного суда г. Ставрополя от 18.08.2015);</w:t>
            </w:r>
          </w:p>
        </w:tc>
        <w:tc>
          <w:tcPr>
            <w:tcW w:w="2880" w:type="dxa"/>
          </w:tcPr>
          <w:p w:rsidR="006F7457" w:rsidRPr="00332DB8" w:rsidRDefault="006F7457">
            <w:pPr>
              <w:rPr>
                <w:lang w:val="ru-RU"/>
              </w:rPr>
            </w:pPr>
          </w:p>
        </w:tc>
      </w:tr>
      <w:tr w:rsidR="006F7457" w:rsidRPr="005A424D">
        <w:tc>
          <w:tcPr>
            <w:tcW w:w="2880" w:type="dxa"/>
          </w:tcPr>
          <w:p w:rsidR="006F7457" w:rsidRDefault="00332DB8">
            <w:r>
              <w:t>3217.</w:t>
            </w:r>
          </w:p>
        </w:tc>
        <w:tc>
          <w:tcPr>
            <w:tcW w:w="2880" w:type="dxa"/>
          </w:tcPr>
          <w:p w:rsidR="006F7457" w:rsidRPr="00332DB8" w:rsidRDefault="00332DB8">
            <w:pPr>
              <w:rPr>
                <w:lang w:val="ru-RU"/>
              </w:rPr>
            </w:pPr>
            <w:r w:rsidRPr="00332DB8">
              <w:rPr>
                <w:lang w:val="ru-RU"/>
              </w:rPr>
              <w:t>Материалы, размещенные на Интернет-ресурсах по электронным адресам: «</w:t>
            </w:r>
            <w:r>
              <w:t>http</w:t>
            </w:r>
            <w:r w:rsidRPr="00332DB8">
              <w:rPr>
                <w:lang w:val="ru-RU"/>
              </w:rPr>
              <w:t>://</w:t>
            </w:r>
            <w:r>
              <w:t>animevid</w:t>
            </w:r>
            <w:r w:rsidRPr="00332DB8">
              <w:rPr>
                <w:lang w:val="ru-RU"/>
              </w:rPr>
              <w:t>.</w:t>
            </w:r>
            <w:r>
              <w:t>ru</w:t>
            </w:r>
            <w:r w:rsidRPr="00332DB8">
              <w:rPr>
                <w:lang w:val="ru-RU"/>
              </w:rPr>
              <w:t>/</w:t>
            </w:r>
            <w:r>
              <w:t>video</w:t>
            </w:r>
            <w:r w:rsidRPr="00332DB8">
              <w:rPr>
                <w:lang w:val="ru-RU"/>
              </w:rPr>
              <w:t>/</w:t>
            </w:r>
            <w:r>
              <w:t>video</w:t>
            </w:r>
            <w:r w:rsidRPr="00332DB8">
              <w:rPr>
                <w:lang w:val="ru-RU"/>
              </w:rPr>
              <w:t>160849001_4899126.</w:t>
            </w:r>
            <w:r>
              <w:t>html</w:t>
            </w:r>
            <w:r w:rsidRPr="00332DB8">
              <w:rPr>
                <w:lang w:val="ru-RU"/>
              </w:rPr>
              <w:t>»; «</w:t>
            </w:r>
            <w:r>
              <w:t>http</w:t>
            </w:r>
            <w:r w:rsidRPr="00332DB8">
              <w:rPr>
                <w:lang w:val="ru-RU"/>
              </w:rPr>
              <w:t>://</w:t>
            </w:r>
            <w:r>
              <w:t>ns</w:t>
            </w:r>
            <w:r w:rsidRPr="00332DB8">
              <w:rPr>
                <w:lang w:val="ru-RU"/>
              </w:rPr>
              <w:t>2.</w:t>
            </w:r>
            <w:r>
              <w:t>onity</w:t>
            </w:r>
            <w:r w:rsidRPr="00332DB8">
              <w:rPr>
                <w:lang w:val="ru-RU"/>
              </w:rPr>
              <w:t>.</w:t>
            </w:r>
            <w:r>
              <w:t>kiev</w:t>
            </w:r>
            <w:r w:rsidRPr="00332DB8">
              <w:rPr>
                <w:lang w:val="ru-RU"/>
              </w:rPr>
              <w:t>.</w:t>
            </w:r>
            <w:r>
              <w:t>ua</w:t>
            </w:r>
            <w:r w:rsidRPr="00332DB8">
              <w:rPr>
                <w:lang w:val="ru-RU"/>
              </w:rPr>
              <w:t>/</w:t>
            </w:r>
            <w:r>
              <w:t>clip</w:t>
            </w:r>
            <w:r w:rsidRPr="00332DB8">
              <w:rPr>
                <w:lang w:val="ru-RU"/>
              </w:rPr>
              <w:t>/1188687.</w:t>
            </w:r>
            <w:r>
              <w:t>html</w:t>
            </w:r>
            <w:r w:rsidRPr="00332DB8">
              <w:rPr>
                <w:lang w:val="ru-RU"/>
              </w:rPr>
              <w:t>»;«</w:t>
            </w:r>
            <w:r>
              <w:t>http</w:t>
            </w:r>
            <w:r w:rsidRPr="00332DB8">
              <w:rPr>
                <w:lang w:val="ru-RU"/>
              </w:rPr>
              <w:t>://</w:t>
            </w:r>
            <w:r>
              <w:t>cxz</w:t>
            </w:r>
            <w:r w:rsidRPr="00332DB8">
              <w:rPr>
                <w:lang w:val="ru-RU"/>
              </w:rPr>
              <w:t>.</w:t>
            </w:r>
            <w:r>
              <w:t>to</w:t>
            </w:r>
            <w:r w:rsidRPr="00332DB8">
              <w:rPr>
                <w:lang w:val="ru-RU"/>
              </w:rPr>
              <w:t>/</w:t>
            </w:r>
            <w:r>
              <w:t>films</w:t>
            </w:r>
            <w:r w:rsidRPr="00332DB8">
              <w:rPr>
                <w:lang w:val="ru-RU"/>
              </w:rPr>
              <w:t>/</w:t>
            </w:r>
            <w:r>
              <w:t>view</w:t>
            </w:r>
            <w:r w:rsidRPr="00332DB8">
              <w:rPr>
                <w:lang w:val="ru-RU"/>
              </w:rPr>
              <w:t>/</w:t>
            </w:r>
            <w:r>
              <w:t>iZnW</w:t>
            </w:r>
            <w:r w:rsidRPr="00332DB8">
              <w:rPr>
                <w:lang w:val="ru-RU"/>
              </w:rPr>
              <w:t>6</w:t>
            </w:r>
            <w:r>
              <w:t>dbXfTH</w:t>
            </w:r>
            <w:r w:rsidRPr="00332DB8">
              <w:rPr>
                <w:lang w:val="ru-RU"/>
              </w:rPr>
              <w:t>3</w:t>
            </w:r>
            <w:r>
              <w:t>Ccvmsr</w:t>
            </w:r>
            <w:r w:rsidRPr="00332DB8">
              <w:rPr>
                <w:lang w:val="ru-RU"/>
              </w:rPr>
              <w:t>0</w:t>
            </w:r>
            <w:r>
              <w:t>QcE</w:t>
            </w:r>
            <w:r w:rsidRPr="00332DB8">
              <w:rPr>
                <w:lang w:val="ru-RU"/>
              </w:rPr>
              <w:t>?</w:t>
            </w:r>
            <w:r>
              <w:t>play</w:t>
            </w:r>
            <w:r w:rsidRPr="00332DB8">
              <w:rPr>
                <w:lang w:val="ru-RU"/>
              </w:rPr>
              <w:t>&amp;</w:t>
            </w:r>
            <w:r>
              <w:t>file</w:t>
            </w:r>
            <w:r w:rsidRPr="00332DB8">
              <w:rPr>
                <w:lang w:val="ru-RU"/>
              </w:rPr>
              <w:t>=2432216» (решение Московского районного суда г. Казани от 01.10.2015);</w:t>
            </w:r>
          </w:p>
        </w:tc>
        <w:tc>
          <w:tcPr>
            <w:tcW w:w="2880" w:type="dxa"/>
          </w:tcPr>
          <w:p w:rsidR="006F7457" w:rsidRPr="00332DB8" w:rsidRDefault="006F7457">
            <w:pPr>
              <w:rPr>
                <w:lang w:val="ru-RU"/>
              </w:rPr>
            </w:pPr>
          </w:p>
        </w:tc>
      </w:tr>
      <w:tr w:rsidR="006F7457" w:rsidRPr="005A424D">
        <w:tc>
          <w:tcPr>
            <w:tcW w:w="2880" w:type="dxa"/>
          </w:tcPr>
          <w:p w:rsidR="006F7457" w:rsidRDefault="00332DB8">
            <w:r>
              <w:t>3218.</w:t>
            </w:r>
          </w:p>
        </w:tc>
        <w:tc>
          <w:tcPr>
            <w:tcW w:w="2880" w:type="dxa"/>
          </w:tcPr>
          <w:p w:rsidR="006F7457" w:rsidRPr="00332DB8" w:rsidRDefault="00332DB8">
            <w:pPr>
              <w:rPr>
                <w:lang w:val="ru-RU"/>
              </w:rPr>
            </w:pPr>
            <w:r w:rsidRPr="00332DB8">
              <w:rPr>
                <w:lang w:val="ru-RU"/>
              </w:rPr>
              <w:t xml:space="preserve">Видеофайлы «С моей стены» под музыку Россия для русских – «Зига зага, ой. </w:t>
            </w:r>
            <w:r>
              <w:t>Picrolla</w:t>
            </w:r>
            <w:r w:rsidRPr="00332DB8">
              <w:rPr>
                <w:lang w:val="ru-RU"/>
              </w:rPr>
              <w:t>»; «Правая молодежь Симбирска ч.3»; «Правая молодежь Симбирска»; «</w:t>
            </w:r>
            <w:r>
              <w:t>N</w:t>
            </w:r>
            <w:r w:rsidRPr="00332DB8">
              <w:rPr>
                <w:lang w:val="ru-RU"/>
              </w:rPr>
              <w:t>.</w:t>
            </w:r>
            <w:r>
              <w:t>N</w:t>
            </w:r>
            <w:r w:rsidRPr="00332DB8">
              <w:rPr>
                <w:lang w:val="ru-RU"/>
              </w:rPr>
              <w:t>.</w:t>
            </w:r>
            <w:r>
              <w:t>F</w:t>
            </w:r>
            <w:r w:rsidRPr="00332DB8">
              <w:rPr>
                <w:lang w:val="ru-RU"/>
              </w:rPr>
              <w:t xml:space="preserve">. </w:t>
            </w:r>
            <w:r>
              <w:t>BLOOD</w:t>
            </w:r>
            <w:r w:rsidRPr="00332DB8">
              <w:rPr>
                <w:lang w:val="ru-RU"/>
              </w:rPr>
              <w:t xml:space="preserve"> </w:t>
            </w:r>
            <w:r>
              <w:t>AND</w:t>
            </w:r>
            <w:r w:rsidRPr="00332DB8">
              <w:rPr>
                <w:lang w:val="ru-RU"/>
              </w:rPr>
              <w:t xml:space="preserve"> </w:t>
            </w:r>
            <w:r>
              <w:t>HONOUR</w:t>
            </w:r>
            <w:r w:rsidRPr="00332DB8">
              <w:rPr>
                <w:lang w:val="ru-RU"/>
              </w:rPr>
              <w:t>»; «</w:t>
            </w:r>
            <w:r>
              <w:t>Spirit</w:t>
            </w:r>
            <w:r w:rsidRPr="00332DB8">
              <w:rPr>
                <w:lang w:val="ru-RU"/>
              </w:rPr>
              <w:t xml:space="preserve"> </w:t>
            </w:r>
            <w:r>
              <w:t>of</w:t>
            </w:r>
            <w:r w:rsidRPr="00332DB8">
              <w:rPr>
                <w:lang w:val="ru-RU"/>
              </w:rPr>
              <w:t xml:space="preserve"> 95 </w:t>
            </w:r>
            <w:r>
              <w:t>studio</w:t>
            </w:r>
            <w:r w:rsidRPr="00332DB8">
              <w:rPr>
                <w:lang w:val="ru-RU"/>
              </w:rPr>
              <w:t xml:space="preserve"> – Русские бунты»; «Выкинуть чурок! Предвыборная агитация», размещенные в сети «Интернет» на сайте «</w:t>
            </w:r>
            <w:r>
              <w:t>vkontakte</w:t>
            </w:r>
            <w:r w:rsidRPr="00332DB8">
              <w:rPr>
                <w:lang w:val="ru-RU"/>
              </w:rPr>
              <w:t>.</w:t>
            </w:r>
            <w:r>
              <w:t>ru</w:t>
            </w:r>
            <w:r w:rsidRPr="00332DB8">
              <w:rPr>
                <w:lang w:val="ru-RU"/>
              </w:rPr>
              <w:t xml:space="preserve">»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22145555 (решение Нижневартовского городского суда Ханты-Мансийского автономного округа – Югры от 09.12.2014);</w:t>
            </w:r>
          </w:p>
        </w:tc>
        <w:tc>
          <w:tcPr>
            <w:tcW w:w="2880" w:type="dxa"/>
          </w:tcPr>
          <w:p w:rsidR="006F7457" w:rsidRPr="00332DB8" w:rsidRDefault="006F7457">
            <w:pPr>
              <w:rPr>
                <w:lang w:val="ru-RU"/>
              </w:rPr>
            </w:pPr>
          </w:p>
        </w:tc>
      </w:tr>
      <w:tr w:rsidR="006F7457" w:rsidRPr="005A424D">
        <w:tc>
          <w:tcPr>
            <w:tcW w:w="2880" w:type="dxa"/>
          </w:tcPr>
          <w:p w:rsidR="006F7457" w:rsidRDefault="00332DB8">
            <w:r>
              <w:t>3219.</w:t>
            </w:r>
          </w:p>
        </w:tc>
        <w:tc>
          <w:tcPr>
            <w:tcW w:w="2880" w:type="dxa"/>
          </w:tcPr>
          <w:p w:rsidR="006F7457" w:rsidRPr="00332DB8" w:rsidRDefault="00332DB8">
            <w:pPr>
              <w:rPr>
                <w:lang w:val="ru-RU"/>
              </w:rPr>
            </w:pPr>
            <w:r w:rsidRPr="00332DB8">
              <w:rPr>
                <w:lang w:val="ru-RU"/>
              </w:rPr>
              <w:t xml:space="preserve">Видеофайл </w:t>
            </w:r>
            <w:r>
              <w:t>http</w:t>
            </w:r>
            <w:r w:rsidRPr="00332DB8">
              <w:rPr>
                <w:lang w:val="ru-RU"/>
              </w:rPr>
              <w:t>://</w:t>
            </w:r>
            <w:r>
              <w:t>vkontakte</w:t>
            </w:r>
            <w:r w:rsidRPr="00332DB8">
              <w:rPr>
                <w:lang w:val="ru-RU"/>
              </w:rPr>
              <w:t>.</w:t>
            </w:r>
            <w:r>
              <w:t>ru</w:t>
            </w:r>
            <w:r w:rsidRPr="00332DB8">
              <w:rPr>
                <w:lang w:val="ru-RU"/>
              </w:rPr>
              <w:t>/</w:t>
            </w:r>
            <w:r>
              <w:t>id</w:t>
            </w:r>
            <w:r w:rsidRPr="00332DB8">
              <w:rPr>
                <w:lang w:val="ru-RU"/>
              </w:rPr>
              <w:t>155859017, размещенный в сети «Интернет» на сайте «</w:t>
            </w:r>
            <w:r>
              <w:t>vkontakte</w:t>
            </w:r>
            <w:r w:rsidRPr="00332DB8">
              <w:rPr>
                <w:lang w:val="ru-RU"/>
              </w:rPr>
              <w:t>.</w:t>
            </w:r>
            <w:r>
              <w:t>ru</w:t>
            </w:r>
            <w:r w:rsidRPr="00332DB8">
              <w:rPr>
                <w:lang w:val="ru-RU"/>
              </w:rPr>
              <w:t xml:space="preserve">» на странице </w:t>
            </w:r>
            <w:r>
              <w:t>http</w:t>
            </w:r>
            <w:r w:rsidRPr="00332DB8">
              <w:rPr>
                <w:lang w:val="ru-RU"/>
              </w:rPr>
              <w:t>://</w:t>
            </w:r>
            <w:r>
              <w:t>vkontakte</w:t>
            </w:r>
            <w:r w:rsidRPr="00332DB8">
              <w:rPr>
                <w:lang w:val="ru-RU"/>
              </w:rPr>
              <w:t>.</w:t>
            </w:r>
            <w:r>
              <w:t>ru</w:t>
            </w:r>
            <w:r w:rsidRPr="00332DB8">
              <w:rPr>
                <w:lang w:val="ru-RU"/>
              </w:rPr>
              <w:t xml:space="preserve">/ </w:t>
            </w:r>
            <w:r>
              <w:t>id</w:t>
            </w:r>
            <w:r w:rsidRPr="00332DB8">
              <w:rPr>
                <w:lang w:val="ru-RU"/>
              </w:rPr>
              <w:t>155859017 (решение Нижневартовского городского суда Ханты-Мансийского автономного округа – Югры от 09.12.2014);</w:t>
            </w:r>
          </w:p>
        </w:tc>
        <w:tc>
          <w:tcPr>
            <w:tcW w:w="2880" w:type="dxa"/>
          </w:tcPr>
          <w:p w:rsidR="006F7457" w:rsidRPr="00332DB8" w:rsidRDefault="006F7457">
            <w:pPr>
              <w:rPr>
                <w:lang w:val="ru-RU"/>
              </w:rPr>
            </w:pPr>
          </w:p>
        </w:tc>
      </w:tr>
      <w:tr w:rsidR="006F7457" w:rsidRPr="005A424D">
        <w:tc>
          <w:tcPr>
            <w:tcW w:w="2880" w:type="dxa"/>
          </w:tcPr>
          <w:p w:rsidR="006F7457" w:rsidRDefault="00332DB8">
            <w:r>
              <w:t>32</w:t>
            </w:r>
            <w:r>
              <w:lastRenderedPageBreak/>
              <w:t>20.</w:t>
            </w:r>
          </w:p>
        </w:tc>
        <w:tc>
          <w:tcPr>
            <w:tcW w:w="2880" w:type="dxa"/>
          </w:tcPr>
          <w:p w:rsidR="006F7457" w:rsidRPr="00332DB8" w:rsidRDefault="00332DB8">
            <w:pPr>
              <w:rPr>
                <w:lang w:val="ru-RU"/>
              </w:rPr>
            </w:pPr>
            <w:r w:rsidRPr="00332DB8">
              <w:rPr>
                <w:lang w:val="ru-RU"/>
              </w:rPr>
              <w:lastRenderedPageBreak/>
              <w:t xml:space="preserve">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w:t>
            </w:r>
            <w:r>
              <w:lastRenderedPageBreak/>
              <w:t>http</w:t>
            </w:r>
            <w:r w:rsidRPr="00332DB8">
              <w:rPr>
                <w:lang w:val="ru-RU"/>
              </w:rPr>
              <w:t>://</w:t>
            </w:r>
            <w:r>
              <w:t>vk</w:t>
            </w:r>
            <w:r w:rsidRPr="00332DB8">
              <w:rPr>
                <w:lang w:val="ru-RU"/>
              </w:rPr>
              <w:t>.</w:t>
            </w:r>
            <w:r>
              <w:t>com</w:t>
            </w:r>
            <w:r w:rsidRPr="00332DB8">
              <w:rPr>
                <w:lang w:val="ru-RU"/>
              </w:rPr>
              <w:t>/</w:t>
            </w:r>
            <w:r>
              <w:t>id</w:t>
            </w:r>
            <w:r w:rsidRPr="00332DB8">
              <w:rPr>
                <w:lang w:val="ru-RU"/>
              </w:rPr>
              <w:t>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3221.</w:t>
            </w:r>
          </w:p>
        </w:tc>
        <w:tc>
          <w:tcPr>
            <w:tcW w:w="2880" w:type="dxa"/>
          </w:tcPr>
          <w:p w:rsidR="006F7457" w:rsidRPr="00332DB8" w:rsidRDefault="00332DB8">
            <w:pPr>
              <w:rPr>
                <w:lang w:val="ru-RU"/>
              </w:rPr>
            </w:pPr>
            <w:r w:rsidRPr="00332DB8">
              <w:rPr>
                <w:lang w:val="ru-RU"/>
              </w:rPr>
              <w:t xml:space="preserve">Интернет-сообщество «Мы за вступление России в США!», расположенное по электронному адресу: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 xml:space="preserve"> и информационные материалы в виде текстов, размещенных данным сообществом в сети Интернет на сайте </w:t>
            </w:r>
            <w:r>
              <w:t>vk</w:t>
            </w:r>
            <w:r w:rsidRPr="00332DB8">
              <w:rPr>
                <w:lang w:val="ru-RU"/>
              </w:rPr>
              <w:t>.</w:t>
            </w:r>
            <w:r>
              <w:t>com</w:t>
            </w:r>
            <w:r w:rsidRPr="00332DB8">
              <w:rPr>
                <w:lang w:val="ru-RU"/>
              </w:rPr>
              <w:t xml:space="preserve"> в группе «Мы за вступление России в США!» по электронным адресам: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-53986445_2, начиная со слов «Наступил переломный момент…» и заканчивая словами «…под нашей петицией»,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-53986445_132332, начиная со слов «Солдат! будь готов…» и заканчивая словами «…руки и крикнуть»,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-53986445_131587. начиная со слов «Предатели русского народа…» и заканчивая словами «…только в составе США»,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-53986445_13125, начиная со слов «Одной из важнейших задач…» и заканчивая словами «…история русского народа начнется заново»,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-53986445_129627, начиная со слов «Время быть…» и заканчивая словами «…уже сегодня»,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-53986445_129067, начиная со слов «Им нужны великие потрясения…» и заканчивая словами «…Мы за вступление России в США»,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-53986445_128732, начиная со слов «Как вести себя…» и заканчивая словами «…свободных американских граждан»,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-53986445_123404, начиная со слов «Ситуация в Сирии…» и заканчивая словами «…дойдем и до Москвы»,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-53986445_117778, начиная со слов «В США появился…» и заканчивая словами «…с оружием и убивать»,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-53986445_113597, начиная со слов «В этом году исполняется…» и заканчивая словами «…стать частью поистине свободной страны»,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-53986445_110870, начиная со слов «Прошу анонимно…» и заканчивая словами «…Слава Укра</w:t>
            </w:r>
            <w:r>
              <w:t>i</w:t>
            </w:r>
            <w:r w:rsidRPr="00332DB8">
              <w:rPr>
                <w:lang w:val="ru-RU"/>
              </w:rPr>
              <w:t>н</w:t>
            </w:r>
            <w:r>
              <w:t>i</w:t>
            </w:r>
            <w:r w:rsidRPr="00332DB8">
              <w:rPr>
                <w:lang w:val="ru-RU"/>
              </w:rPr>
              <w:t xml:space="preserve">»,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-53986445_108992, начиная со слов «С самого начала существования…» и заканчивая словами «…великой державы? Как думаете?»,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-53986445_100102, начиная со слов «Россия практически никак…» и заканчивая словами «…бывшего СССР по своему сценарию»,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-53986445_68218, начиная со слов «7 июля 1989 г. на совещании в Бухаресте…» и заканчивая словами «…в истории – США»,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-53986445_66170, начиная со слов «Из всех мифов…» и </w:t>
            </w:r>
            <w:r w:rsidRPr="00332DB8">
              <w:rPr>
                <w:lang w:val="ru-RU"/>
              </w:rPr>
              <w:lastRenderedPageBreak/>
              <w:t xml:space="preserve">заканчивая словами «…Помним, любим, скорбим!»,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-53986445_63098, начиная со слов «Ракета-носитель «Протон-М»…» и заканчивая словами «…поистине космических вершин!»,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-53986445_59581, начиная со слов «Нас тысяча человек…» и заканчивая словами «…ура, господа»,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-53986445_33789, начиная со слов «Кто должен управлять страной…» и заканчивая словами «богатой и процветающей»,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-53986445_26320, начиная со слов «Все, кто был на курорте…» и заканчивая словами «…присоединения России к США»,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-53986445_20379, начиная со слов «Сегодня мой отпуск…» и заканчивая словами «…то будет вдвойне чудесно»,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-53986445_12172, начиная со слов «20 июля 1969 года…» и заканчивая словами «…С Россией в составе США мы достигнем звезд»,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-53986445_11507, начиная со слов «Мы считаем, что герб…» и заканчивая словами «петухом проснется и Россия»,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-53986445_7543, начиная со слов «Почему наш русский народ…» и заканчивая словами «…добъемся вхождения России в состав США!»,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-53986445_6041, начиная со слов «О геях и «русских патриотах»…» и заканчивая словами «…можешь ненавидеть США сколько угодно»,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 xml:space="preserve">-53986445_2576, начиная со слов «Нет никакой необходимости…» и заканчивая словами «…Идеи? Возражения?», - </w:t>
            </w:r>
            <w:r>
              <w:t>http</w:t>
            </w:r>
            <w:r w:rsidRPr="00332DB8">
              <w:rPr>
                <w:lang w:val="ru-RU"/>
              </w:rPr>
              <w:t>://</w:t>
            </w:r>
            <w:r>
              <w:t>vk</w:t>
            </w:r>
            <w:r w:rsidRPr="00332DB8">
              <w:rPr>
                <w:lang w:val="ru-RU"/>
              </w:rPr>
              <w:t>.</w:t>
            </w:r>
            <w:r>
              <w:t>com</w:t>
            </w:r>
            <w:r w:rsidRPr="00332DB8">
              <w:rPr>
                <w:lang w:val="ru-RU"/>
              </w:rPr>
              <w:t>/</w:t>
            </w:r>
            <w:r>
              <w:t>accession</w:t>
            </w:r>
            <w:r w:rsidRPr="00332DB8">
              <w:rPr>
                <w:lang w:val="ru-RU"/>
              </w:rPr>
              <w:t>_</w:t>
            </w:r>
            <w:r>
              <w:t>to</w:t>
            </w:r>
            <w:r w:rsidRPr="00332DB8">
              <w:rPr>
                <w:lang w:val="ru-RU"/>
              </w:rPr>
              <w:t>_</w:t>
            </w:r>
            <w:r>
              <w:t>usa</w:t>
            </w:r>
            <w:r w:rsidRPr="00332DB8">
              <w:rPr>
                <w:lang w:val="ru-RU"/>
              </w:rPr>
              <w:t>?</w:t>
            </w:r>
            <w:r>
              <w:t>w</w:t>
            </w:r>
            <w:r w:rsidRPr="00332DB8">
              <w:rPr>
                <w:lang w:val="ru-RU"/>
              </w:rPr>
              <w:t>-</w:t>
            </w:r>
            <w:r>
              <w:t>wall</w:t>
            </w:r>
            <w:r w:rsidRPr="00332DB8">
              <w:rPr>
                <w:lang w:val="ru-RU"/>
              </w:rPr>
              <w:t>-53986445_71,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3222.</w:t>
            </w:r>
          </w:p>
        </w:tc>
        <w:tc>
          <w:tcPr>
            <w:tcW w:w="2880" w:type="dxa"/>
          </w:tcPr>
          <w:p w:rsidR="006F7457" w:rsidRPr="00332DB8" w:rsidRDefault="00332DB8">
            <w:pPr>
              <w:rPr>
                <w:lang w:val="ru-RU"/>
              </w:rPr>
            </w:pPr>
            <w:r w:rsidRPr="00332DB8">
              <w:rPr>
                <w:lang w:val="ru-RU"/>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2880" w:type="dxa"/>
          </w:tcPr>
          <w:p w:rsidR="006F7457" w:rsidRPr="00332DB8" w:rsidRDefault="006F7457">
            <w:pPr>
              <w:rPr>
                <w:lang w:val="ru-RU"/>
              </w:rPr>
            </w:pPr>
          </w:p>
        </w:tc>
      </w:tr>
      <w:tr w:rsidR="006F7457" w:rsidRPr="005A424D">
        <w:tc>
          <w:tcPr>
            <w:tcW w:w="2880" w:type="dxa"/>
          </w:tcPr>
          <w:p w:rsidR="006F7457" w:rsidRDefault="00332DB8">
            <w:r>
              <w:t>3223.</w:t>
            </w:r>
          </w:p>
        </w:tc>
        <w:tc>
          <w:tcPr>
            <w:tcW w:w="2880" w:type="dxa"/>
          </w:tcPr>
          <w:p w:rsidR="006F7457" w:rsidRPr="00332DB8" w:rsidRDefault="00332DB8">
            <w:pPr>
              <w:rPr>
                <w:lang w:val="ru-RU"/>
              </w:rPr>
            </w:pPr>
            <w:r w:rsidRPr="00332DB8">
              <w:rPr>
                <w:lang w:val="ru-RU"/>
              </w:rPr>
              <w:t>Видеоклип «Амир Хаттаб. Часть 1» (</w:t>
            </w:r>
            <w:r>
              <w:t>http</w:t>
            </w:r>
            <w:r w:rsidRPr="00332DB8">
              <w:rPr>
                <w:lang w:val="ru-RU"/>
              </w:rPr>
              <w:t>://</w:t>
            </w:r>
            <w:r>
              <w:t>vk</w:t>
            </w:r>
            <w:r w:rsidRPr="00332DB8">
              <w:rPr>
                <w:lang w:val="ru-RU"/>
              </w:rPr>
              <w:t>.</w:t>
            </w:r>
            <w:r>
              <w:t>com</w:t>
            </w:r>
            <w:r w:rsidRPr="00332DB8">
              <w:rPr>
                <w:lang w:val="ru-RU"/>
              </w:rPr>
              <w:t>/</w:t>
            </w:r>
            <w:r>
              <w:t>video</w:t>
            </w:r>
            <w:r w:rsidRPr="00332DB8">
              <w:rPr>
                <w:lang w:val="ru-RU"/>
              </w:rPr>
              <w:t>186598808_ 166153937); видеоклип «Амир Хаттаб. Часть 3 Таджикистан и Чечня» (</w:t>
            </w:r>
            <w:r>
              <w:t>http</w:t>
            </w:r>
            <w:r w:rsidRPr="00332DB8">
              <w:rPr>
                <w:lang w:val="ru-RU"/>
              </w:rPr>
              <w:t>://</w:t>
            </w:r>
            <w:r>
              <w:t>vk</w:t>
            </w:r>
            <w:r w:rsidRPr="00332DB8">
              <w:rPr>
                <w:lang w:val="ru-RU"/>
              </w:rPr>
              <w:t>.</w:t>
            </w:r>
            <w:r>
              <w:t>com</w:t>
            </w:r>
            <w:r w:rsidRPr="00332DB8">
              <w:rPr>
                <w:lang w:val="ru-RU"/>
              </w:rPr>
              <w:t>/</w:t>
            </w:r>
            <w:r>
              <w:t>video</w:t>
            </w:r>
            <w:r w:rsidRPr="00332DB8">
              <w:rPr>
                <w:lang w:val="ru-RU"/>
              </w:rPr>
              <w:t>186598808_166155528); видеоклип «Абу Умар - ГЕРБ И КРЕСТ НА ОДЕЖДЕ (отрывок из лекции)» (</w:t>
            </w:r>
            <w:r>
              <w:t>http</w:t>
            </w:r>
            <w:r w:rsidRPr="00332DB8">
              <w:rPr>
                <w:lang w:val="ru-RU"/>
              </w:rPr>
              <w:t>://</w:t>
            </w:r>
            <w:r>
              <w:t>vk</w:t>
            </w:r>
            <w:r w:rsidRPr="00332DB8">
              <w:rPr>
                <w:lang w:val="ru-RU"/>
              </w:rPr>
              <w:t>.</w:t>
            </w:r>
            <w:r>
              <w:t>com</w:t>
            </w:r>
            <w:r w:rsidRPr="00332DB8">
              <w:rPr>
                <w:lang w:val="ru-RU"/>
              </w:rPr>
              <w:t>/</w:t>
            </w:r>
            <w:r>
              <w:t>video</w:t>
            </w:r>
            <w:r w:rsidRPr="00332DB8">
              <w:rPr>
                <w:lang w:val="ru-RU"/>
              </w:rPr>
              <w:t>186598808_164251510) (решение Ангарского городского суда Иркутской области от 19.10.2015);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3224.</w:t>
            </w:r>
          </w:p>
        </w:tc>
        <w:tc>
          <w:tcPr>
            <w:tcW w:w="2880" w:type="dxa"/>
          </w:tcPr>
          <w:p w:rsidR="006F7457" w:rsidRPr="00332DB8" w:rsidRDefault="00332DB8">
            <w:pPr>
              <w:rPr>
                <w:lang w:val="ru-RU"/>
              </w:rPr>
            </w:pPr>
            <w:r w:rsidRPr="00332DB8">
              <w:rPr>
                <w:lang w:val="ru-RU"/>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w:t>
            </w:r>
            <w:r>
              <w:t>Obraschenie</w:t>
            </w:r>
            <w:r w:rsidRPr="00332DB8">
              <w:rPr>
                <w:lang w:val="ru-RU"/>
              </w:rPr>
              <w:t xml:space="preserve"> </w:t>
            </w:r>
            <w:r>
              <w:t>Syavy</w:t>
            </w:r>
            <w:r w:rsidRPr="00332DB8">
              <w:rPr>
                <w:lang w:val="ru-RU"/>
              </w:rPr>
              <w:t xml:space="preserve"> </w:t>
            </w:r>
            <w:r>
              <w:t>k</w:t>
            </w:r>
            <w:r w:rsidRPr="00332DB8">
              <w:rPr>
                <w:lang w:val="ru-RU"/>
              </w:rPr>
              <w:t xml:space="preserve"> </w:t>
            </w:r>
            <w:r>
              <w:t>RuSSkim</w:t>
            </w:r>
            <w:r w:rsidRPr="00332DB8">
              <w:rPr>
                <w:lang w:val="ru-RU"/>
              </w:rPr>
              <w:t xml:space="preserve">! </w:t>
            </w:r>
            <w:r>
              <w:t>NASH</w:t>
            </w:r>
            <w:r w:rsidRPr="00332DB8">
              <w:rPr>
                <w:lang w:val="ru-RU"/>
              </w:rPr>
              <w:t xml:space="preserve"> </w:t>
            </w:r>
            <w:r>
              <w:t>posan</w:t>
            </w:r>
            <w:r w:rsidRPr="00332DB8">
              <w:rPr>
                <w:lang w:val="ru-RU"/>
              </w:rPr>
              <w:t xml:space="preserve"> </w:t>
            </w:r>
            <w:r>
              <w:t>protiv</w:t>
            </w:r>
            <w:r w:rsidRPr="00332DB8">
              <w:rPr>
                <w:lang w:val="ru-RU"/>
              </w:rPr>
              <w:t xml:space="preserve"> </w:t>
            </w:r>
            <w:r>
              <w:t>churok</w:t>
            </w:r>
            <w:r w:rsidRPr="00332DB8">
              <w:rPr>
                <w:lang w:val="ru-RU"/>
              </w:rPr>
              <w:t xml:space="preserve"> </w:t>
            </w:r>
            <w:r>
              <w:t>Ii</w:t>
            </w:r>
            <w:r w:rsidRPr="00332DB8">
              <w:rPr>
                <w:lang w:val="ru-RU"/>
              </w:rPr>
              <w:t xml:space="preserve"> </w:t>
            </w:r>
            <w:r>
              <w:t>zhydov</w:t>
            </w:r>
            <w:r w:rsidRPr="00332DB8">
              <w:rPr>
                <w:lang w:val="ru-RU"/>
              </w:rPr>
              <w:t xml:space="preserve">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2880" w:type="dxa"/>
          </w:tcPr>
          <w:p w:rsidR="006F7457" w:rsidRPr="00332DB8" w:rsidRDefault="006F7457">
            <w:pPr>
              <w:rPr>
                <w:lang w:val="ru-RU"/>
              </w:rPr>
            </w:pPr>
          </w:p>
        </w:tc>
      </w:tr>
      <w:tr w:rsidR="006F7457" w:rsidRPr="005A424D">
        <w:tc>
          <w:tcPr>
            <w:tcW w:w="2880" w:type="dxa"/>
          </w:tcPr>
          <w:p w:rsidR="006F7457" w:rsidRDefault="00332DB8">
            <w:r>
              <w:t>3225.</w:t>
            </w:r>
          </w:p>
        </w:tc>
        <w:tc>
          <w:tcPr>
            <w:tcW w:w="2880" w:type="dxa"/>
          </w:tcPr>
          <w:p w:rsidR="006F7457" w:rsidRPr="00332DB8" w:rsidRDefault="00332DB8">
            <w:pPr>
              <w:rPr>
                <w:lang w:val="ru-RU"/>
              </w:rPr>
            </w:pPr>
            <w:r w:rsidRPr="00332DB8">
              <w:rPr>
                <w:lang w:val="ru-RU"/>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2880" w:type="dxa"/>
          </w:tcPr>
          <w:p w:rsidR="006F7457" w:rsidRPr="00332DB8" w:rsidRDefault="006F7457">
            <w:pPr>
              <w:rPr>
                <w:lang w:val="ru-RU"/>
              </w:rPr>
            </w:pPr>
          </w:p>
        </w:tc>
      </w:tr>
      <w:tr w:rsidR="006F7457" w:rsidRPr="005A424D">
        <w:tc>
          <w:tcPr>
            <w:tcW w:w="2880" w:type="dxa"/>
          </w:tcPr>
          <w:p w:rsidR="006F7457" w:rsidRDefault="00332DB8">
            <w:r>
              <w:t>3226.</w:t>
            </w:r>
          </w:p>
        </w:tc>
        <w:tc>
          <w:tcPr>
            <w:tcW w:w="2880" w:type="dxa"/>
          </w:tcPr>
          <w:p w:rsidR="006F7457" w:rsidRPr="00332DB8" w:rsidRDefault="00332DB8">
            <w:pPr>
              <w:rPr>
                <w:lang w:val="ru-RU"/>
              </w:rPr>
            </w:pPr>
            <w:r w:rsidRPr="00332DB8">
              <w:rPr>
                <w:lang w:val="ru-RU"/>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w:t>
            </w:r>
            <w:r>
              <w:t>http</w:t>
            </w:r>
            <w:r w:rsidRPr="00332DB8">
              <w:rPr>
                <w:lang w:val="ru-RU"/>
              </w:rPr>
              <w:t>://</w:t>
            </w:r>
            <w:r>
              <w:t>vk</w:t>
            </w:r>
            <w:r w:rsidRPr="00332DB8">
              <w:rPr>
                <w:lang w:val="ru-RU"/>
              </w:rPr>
              <w:t>.</w:t>
            </w:r>
            <w:r>
              <w:t>com</w:t>
            </w:r>
            <w:r w:rsidRPr="00332DB8">
              <w:rPr>
                <w:lang w:val="ru-RU"/>
              </w:rPr>
              <w:t>/</w:t>
            </w:r>
            <w:r>
              <w:t>id</w:t>
            </w:r>
            <w:r w:rsidRPr="00332DB8">
              <w:rPr>
                <w:lang w:val="ru-RU"/>
              </w:rPr>
              <w:t>67829182) (решение Ряжского районного суда Рязанской области от 26.10.2015);</w:t>
            </w:r>
          </w:p>
        </w:tc>
        <w:tc>
          <w:tcPr>
            <w:tcW w:w="2880" w:type="dxa"/>
          </w:tcPr>
          <w:p w:rsidR="006F7457" w:rsidRPr="00332DB8" w:rsidRDefault="006F7457">
            <w:pPr>
              <w:rPr>
                <w:lang w:val="ru-RU"/>
              </w:rPr>
            </w:pPr>
          </w:p>
        </w:tc>
      </w:tr>
      <w:tr w:rsidR="006F7457" w:rsidRPr="005A424D">
        <w:tc>
          <w:tcPr>
            <w:tcW w:w="2880" w:type="dxa"/>
          </w:tcPr>
          <w:p w:rsidR="006F7457" w:rsidRDefault="00332DB8">
            <w:r>
              <w:t>3227.</w:t>
            </w:r>
          </w:p>
        </w:tc>
        <w:tc>
          <w:tcPr>
            <w:tcW w:w="2880" w:type="dxa"/>
          </w:tcPr>
          <w:p w:rsidR="006F7457" w:rsidRPr="00332DB8" w:rsidRDefault="00332DB8">
            <w:pPr>
              <w:rPr>
                <w:lang w:val="ru-RU"/>
              </w:rPr>
            </w:pPr>
            <w:r w:rsidRPr="00332DB8">
              <w:rPr>
                <w:lang w:val="ru-RU"/>
              </w:rPr>
              <w:t xml:space="preserve">Указатель страницы сайта в сети «Интернет» с </w:t>
            </w:r>
            <w:r>
              <w:t>URL</w:t>
            </w:r>
            <w:r w:rsidRPr="00332DB8">
              <w:rPr>
                <w:lang w:val="ru-RU"/>
              </w:rPr>
              <w:t xml:space="preserve">-адресом </w:t>
            </w:r>
            <w:r>
              <w:t>https</w:t>
            </w:r>
            <w:r w:rsidRPr="00332DB8">
              <w:rPr>
                <w:lang w:val="ru-RU"/>
              </w:rPr>
              <w:t>://</w:t>
            </w:r>
            <w:r>
              <w:t>dowlah</w:t>
            </w:r>
            <w:r w:rsidRPr="00332DB8">
              <w:rPr>
                <w:lang w:val="ru-RU"/>
              </w:rPr>
              <w:t>.</w:t>
            </w:r>
            <w:r>
              <w:t>wordpress</w:t>
            </w:r>
            <w:r w:rsidRPr="00332DB8">
              <w:rPr>
                <w:lang w:val="ru-RU"/>
              </w:rPr>
              <w:t>.</w:t>
            </w:r>
            <w:r>
              <w:t>com</w:t>
            </w:r>
            <w:r w:rsidRPr="00332DB8">
              <w:rPr>
                <w:lang w:val="ru-RU"/>
              </w:rPr>
              <w:t xml:space="preserve"> (решение Новоуренгойского городского суда Ямало-Ненецкого автономного округа от 30.11.2015);</w:t>
            </w:r>
          </w:p>
        </w:tc>
        <w:tc>
          <w:tcPr>
            <w:tcW w:w="2880" w:type="dxa"/>
          </w:tcPr>
          <w:p w:rsidR="006F7457" w:rsidRPr="00332DB8" w:rsidRDefault="006F7457">
            <w:pPr>
              <w:rPr>
                <w:lang w:val="ru-RU"/>
              </w:rPr>
            </w:pPr>
          </w:p>
        </w:tc>
      </w:tr>
      <w:tr w:rsidR="006F7457" w:rsidRPr="005A424D">
        <w:tc>
          <w:tcPr>
            <w:tcW w:w="2880" w:type="dxa"/>
          </w:tcPr>
          <w:p w:rsidR="006F7457" w:rsidRDefault="00332DB8">
            <w:r>
              <w:t>3228.</w:t>
            </w:r>
          </w:p>
        </w:tc>
        <w:tc>
          <w:tcPr>
            <w:tcW w:w="2880" w:type="dxa"/>
          </w:tcPr>
          <w:p w:rsidR="006F7457" w:rsidRPr="00332DB8" w:rsidRDefault="00332DB8">
            <w:pPr>
              <w:rPr>
                <w:lang w:val="ru-RU"/>
              </w:rPr>
            </w:pPr>
            <w:r w:rsidRPr="00332DB8">
              <w:rPr>
                <w:lang w:val="ru-RU"/>
              </w:rPr>
              <w:t xml:space="preserve">Материалы, размещенные на ресурсе по электронному адресу: </w:t>
            </w:r>
            <w:r>
              <w:t>http</w:t>
            </w:r>
            <w:r w:rsidRPr="00332DB8">
              <w:rPr>
                <w:lang w:val="ru-RU"/>
              </w:rPr>
              <w:t>://</w:t>
            </w:r>
            <w:r>
              <w:t>coollib</w:t>
            </w:r>
            <w:r w:rsidRPr="00332DB8">
              <w:rPr>
                <w:lang w:val="ru-RU"/>
              </w:rPr>
              <w:t>.</w:t>
            </w:r>
            <w:r>
              <w:t>net</w:t>
            </w:r>
            <w:r w:rsidRPr="00332DB8">
              <w:rPr>
                <w:lang w:val="ru-RU"/>
              </w:rPr>
              <w:t>/</w:t>
            </w:r>
            <w:r>
              <w:t>b</w:t>
            </w:r>
            <w:r w:rsidRPr="00332DB8">
              <w:rPr>
                <w:lang w:val="ru-RU"/>
              </w:rPr>
              <w:t>/275560/</w:t>
            </w:r>
            <w:r>
              <w:t>read</w:t>
            </w:r>
            <w:r w:rsidRPr="00332DB8">
              <w:rPr>
                <w:lang w:val="ru-RU"/>
              </w:rPr>
              <w:t xml:space="preserve"> под названием «Время для истинной покорности Богу» (решение Смольнинского районного суда города Санкт-Петербурга от 02.06.2015);</w:t>
            </w:r>
          </w:p>
        </w:tc>
        <w:tc>
          <w:tcPr>
            <w:tcW w:w="2880" w:type="dxa"/>
          </w:tcPr>
          <w:p w:rsidR="006F7457" w:rsidRPr="00332DB8" w:rsidRDefault="006F7457">
            <w:pPr>
              <w:rPr>
                <w:lang w:val="ru-RU"/>
              </w:rPr>
            </w:pPr>
          </w:p>
        </w:tc>
      </w:tr>
      <w:tr w:rsidR="006F7457" w:rsidRPr="005A424D">
        <w:tc>
          <w:tcPr>
            <w:tcW w:w="2880" w:type="dxa"/>
          </w:tcPr>
          <w:p w:rsidR="006F7457" w:rsidRDefault="00332DB8">
            <w:r>
              <w:t>32</w:t>
            </w:r>
            <w:r>
              <w:lastRenderedPageBreak/>
              <w:t>29.</w:t>
            </w:r>
          </w:p>
        </w:tc>
        <w:tc>
          <w:tcPr>
            <w:tcW w:w="2880" w:type="dxa"/>
          </w:tcPr>
          <w:p w:rsidR="006F7457" w:rsidRPr="00332DB8" w:rsidRDefault="00332DB8">
            <w:pPr>
              <w:rPr>
                <w:lang w:val="ru-RU"/>
              </w:rPr>
            </w:pPr>
            <w:r w:rsidRPr="00332DB8">
              <w:rPr>
                <w:lang w:val="ru-RU"/>
              </w:rPr>
              <w:lastRenderedPageBreak/>
              <w:t xml:space="preserve">Информационный материал, размещенный по интернет-адресам: </w:t>
            </w:r>
            <w:r>
              <w:t>http</w:t>
            </w:r>
            <w:r w:rsidRPr="00332DB8">
              <w:rPr>
                <w:lang w:val="ru-RU"/>
              </w:rPr>
              <w:t>://</w:t>
            </w:r>
            <w:r>
              <w:t>xn</w:t>
            </w:r>
            <w:r w:rsidRPr="00332DB8">
              <w:rPr>
                <w:lang w:val="ru-RU"/>
              </w:rPr>
              <w:t>--</w:t>
            </w:r>
            <w:r>
              <w:t>jlaidcn</w:t>
            </w:r>
            <w:r w:rsidRPr="00332DB8">
              <w:rPr>
                <w:lang w:val="ru-RU"/>
              </w:rPr>
              <w:t xml:space="preserve">. </w:t>
            </w:r>
            <w:r>
              <w:t>org</w:t>
            </w:r>
            <w:r w:rsidRPr="00332DB8">
              <w:rPr>
                <w:lang w:val="ru-RU"/>
              </w:rPr>
              <w:t>/</w:t>
            </w:r>
            <w:r>
              <w:t>tag</w:t>
            </w:r>
            <w:r w:rsidRPr="00332DB8">
              <w:rPr>
                <w:lang w:val="ru-RU"/>
              </w:rPr>
              <w:t xml:space="preserve">/ правый сектор/, </w:t>
            </w:r>
            <w:r>
              <w:t>http</w:t>
            </w:r>
            <w:r w:rsidRPr="00332DB8">
              <w:rPr>
                <w:lang w:val="ru-RU"/>
              </w:rPr>
              <w:t xml:space="preserve">:// укроп. </w:t>
            </w:r>
            <w:r>
              <w:t>org</w:t>
            </w:r>
            <w:r w:rsidRPr="00332DB8">
              <w:rPr>
                <w:lang w:val="ru-RU"/>
              </w:rPr>
              <w:t xml:space="preserve">/ </w:t>
            </w:r>
            <w:r>
              <w:t>tag</w:t>
            </w:r>
            <w:r w:rsidRPr="00332DB8">
              <w:rPr>
                <w:lang w:val="ru-RU"/>
              </w:rPr>
              <w:t xml:space="preserve"> правый сектор/, </w:t>
            </w:r>
            <w:r>
              <w:t>http</w:t>
            </w:r>
            <w:r w:rsidRPr="00332DB8">
              <w:rPr>
                <w:lang w:val="ru-RU"/>
              </w:rPr>
              <w:t xml:space="preserve">:// </w:t>
            </w:r>
            <w:r>
              <w:t>sectorpravdy</w:t>
            </w:r>
            <w:r w:rsidRPr="00332DB8">
              <w:rPr>
                <w:lang w:val="ru-RU"/>
              </w:rPr>
              <w:t>.</w:t>
            </w:r>
            <w:r>
              <w:t>com</w:t>
            </w:r>
            <w:r w:rsidRPr="00332DB8">
              <w:rPr>
                <w:lang w:val="ru-RU"/>
              </w:rPr>
              <w:t xml:space="preserve"> (решение Новоуренгойского городского суда </w:t>
            </w:r>
            <w:r w:rsidRPr="00332DB8">
              <w:rPr>
                <w:lang w:val="ru-RU"/>
              </w:rPr>
              <w:lastRenderedPageBreak/>
              <w:t>Ямало-Ненецкого автономного округа от 03.12.2015).</w:t>
            </w:r>
          </w:p>
        </w:tc>
        <w:tc>
          <w:tcPr>
            <w:tcW w:w="2880" w:type="dxa"/>
          </w:tcPr>
          <w:p w:rsidR="006F7457" w:rsidRPr="00332DB8" w:rsidRDefault="006F7457">
            <w:pPr>
              <w:rPr>
                <w:lang w:val="ru-RU"/>
              </w:rPr>
            </w:pPr>
          </w:p>
        </w:tc>
      </w:tr>
      <w:tr w:rsidR="006F7457">
        <w:tc>
          <w:tcPr>
            <w:tcW w:w="2880" w:type="dxa"/>
          </w:tcPr>
          <w:p w:rsidR="006F7457" w:rsidRDefault="00332DB8">
            <w:r>
              <w:lastRenderedPageBreak/>
              <w:t>3230.</w:t>
            </w:r>
          </w:p>
        </w:tc>
        <w:tc>
          <w:tcPr>
            <w:tcW w:w="2880" w:type="dxa"/>
          </w:tcPr>
          <w:p w:rsidR="006F7457" w:rsidRDefault="00332DB8">
            <w: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2880" w:type="dxa"/>
          </w:tcPr>
          <w:p w:rsidR="006F7457" w:rsidRDefault="006F7457"/>
        </w:tc>
      </w:tr>
      <w:tr w:rsidR="006F7457" w:rsidRPr="005A424D">
        <w:tc>
          <w:tcPr>
            <w:tcW w:w="2880" w:type="dxa"/>
          </w:tcPr>
          <w:p w:rsidR="006F7457" w:rsidRDefault="00332DB8">
            <w:r>
              <w:t>3231.</w:t>
            </w:r>
          </w:p>
        </w:tc>
        <w:tc>
          <w:tcPr>
            <w:tcW w:w="2880" w:type="dxa"/>
          </w:tcPr>
          <w:p w:rsidR="006F7457" w:rsidRPr="00332DB8" w:rsidRDefault="00332DB8">
            <w:pPr>
              <w:rPr>
                <w:lang w:val="ru-RU"/>
              </w:rPr>
            </w:pPr>
            <w:r w:rsidRPr="00332DB8">
              <w:rPr>
                <w:lang w:val="ru-RU"/>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2880" w:type="dxa"/>
          </w:tcPr>
          <w:p w:rsidR="006F7457" w:rsidRPr="00332DB8" w:rsidRDefault="006F7457">
            <w:pPr>
              <w:rPr>
                <w:lang w:val="ru-RU"/>
              </w:rPr>
            </w:pPr>
          </w:p>
        </w:tc>
      </w:tr>
      <w:tr w:rsidR="006F7457" w:rsidRPr="005A424D">
        <w:tc>
          <w:tcPr>
            <w:tcW w:w="2880" w:type="dxa"/>
          </w:tcPr>
          <w:p w:rsidR="006F7457" w:rsidRDefault="00332DB8">
            <w:r>
              <w:t>3232.</w:t>
            </w:r>
          </w:p>
        </w:tc>
        <w:tc>
          <w:tcPr>
            <w:tcW w:w="2880" w:type="dxa"/>
          </w:tcPr>
          <w:p w:rsidR="006F7457" w:rsidRPr="00332DB8" w:rsidRDefault="00332DB8">
            <w:pPr>
              <w:rPr>
                <w:lang w:val="ru-RU"/>
              </w:rPr>
            </w:pPr>
            <w:r w:rsidRPr="00332DB8">
              <w:rPr>
                <w:lang w:val="ru-RU"/>
              </w:rPr>
              <w:t>Видеофайл «УБИВАЙТЕ РУССКИХ!!!», размещенный в социальной сети «</w:t>
            </w:r>
            <w:r>
              <w:t>YouTube</w:t>
            </w:r>
            <w:r w:rsidRPr="00332DB8">
              <w:rPr>
                <w:lang w:val="ru-RU"/>
              </w:rPr>
              <w:t xml:space="preserve">» в сети Интернет, имеющие сетевой адрес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ewbVJry</w:t>
            </w:r>
            <w:r w:rsidRPr="00332DB8">
              <w:rPr>
                <w:lang w:val="ru-RU"/>
              </w:rPr>
              <w:t>6</w:t>
            </w:r>
            <w:r>
              <w:t>Lvw</w:t>
            </w:r>
            <w:r w:rsidRPr="00332DB8">
              <w:rPr>
                <w:lang w:val="ru-RU"/>
              </w:rPr>
              <w:t xml:space="preserve"> (решение Калужского районного суда Калужской области от 01.10.2015);</w:t>
            </w:r>
          </w:p>
        </w:tc>
        <w:tc>
          <w:tcPr>
            <w:tcW w:w="2880" w:type="dxa"/>
          </w:tcPr>
          <w:p w:rsidR="006F7457" w:rsidRPr="00332DB8" w:rsidRDefault="006F7457">
            <w:pPr>
              <w:rPr>
                <w:lang w:val="ru-RU"/>
              </w:rPr>
            </w:pPr>
          </w:p>
        </w:tc>
      </w:tr>
      <w:tr w:rsidR="006F7457" w:rsidRPr="005A424D">
        <w:tc>
          <w:tcPr>
            <w:tcW w:w="2880" w:type="dxa"/>
          </w:tcPr>
          <w:p w:rsidR="006F7457" w:rsidRDefault="00332DB8">
            <w:r>
              <w:t>3233.</w:t>
            </w:r>
          </w:p>
        </w:tc>
        <w:tc>
          <w:tcPr>
            <w:tcW w:w="2880" w:type="dxa"/>
          </w:tcPr>
          <w:p w:rsidR="006F7457" w:rsidRPr="00332DB8" w:rsidRDefault="00332DB8">
            <w:pPr>
              <w:rPr>
                <w:lang w:val="ru-RU"/>
              </w:rPr>
            </w:pPr>
            <w:r w:rsidRPr="00332DB8">
              <w:rPr>
                <w:lang w:val="ru-RU"/>
              </w:rPr>
              <w:t xml:space="preserve">Видеофайл «Русский вперед» размещенный в социальной сети «Вконтакте» в сети «Интернет», имеющий сетевой адрес </w:t>
            </w:r>
            <w:r>
              <w:t>www</w:t>
            </w:r>
            <w:r w:rsidRPr="00332DB8">
              <w:rPr>
                <w:lang w:val="ru-RU"/>
              </w:rPr>
              <w:t>.</w:t>
            </w:r>
            <w:r>
              <w:t>vk</w:t>
            </w:r>
            <w:r w:rsidRPr="00332DB8">
              <w:rPr>
                <w:lang w:val="ru-RU"/>
              </w:rPr>
              <w:t>.</w:t>
            </w:r>
            <w:r>
              <w:t>com</w:t>
            </w:r>
            <w:r w:rsidRPr="00332DB8">
              <w:rPr>
                <w:lang w:val="ru-RU"/>
              </w:rPr>
              <w:t>/</w:t>
            </w:r>
            <w:r>
              <w:t>id</w:t>
            </w:r>
            <w:r w:rsidRPr="00332DB8">
              <w:rPr>
                <w:lang w:val="ru-RU"/>
              </w:rPr>
              <w:t>205468225 (решение Калужского районного суда Калужской области от 08.09.2015);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3234.</w:t>
            </w:r>
          </w:p>
        </w:tc>
        <w:tc>
          <w:tcPr>
            <w:tcW w:w="2880" w:type="dxa"/>
          </w:tcPr>
          <w:p w:rsidR="006F7457" w:rsidRPr="00332DB8" w:rsidRDefault="00332DB8">
            <w:pPr>
              <w:rPr>
                <w:lang w:val="ru-RU"/>
              </w:rPr>
            </w:pPr>
            <w:r w:rsidRPr="00332DB8">
              <w:rPr>
                <w:lang w:val="ru-RU"/>
              </w:rPr>
              <w:t xml:space="preserve">Размещенная в сети «Интернет» на Интернет-сайте </w:t>
            </w:r>
            <w:r>
              <w:t>http</w:t>
            </w:r>
            <w:r w:rsidRPr="00332DB8">
              <w:rPr>
                <w:lang w:val="ru-RU"/>
              </w:rPr>
              <w:t>://</w:t>
            </w:r>
            <w:r>
              <w:t>www</w:t>
            </w:r>
            <w:r w:rsidRPr="00332DB8">
              <w:rPr>
                <w:lang w:val="ru-RU"/>
              </w:rPr>
              <w:t>.</w:t>
            </w:r>
            <w:r>
              <w:t>youtube</w:t>
            </w:r>
            <w:r w:rsidRPr="00332DB8">
              <w:rPr>
                <w:lang w:val="ru-RU"/>
              </w:rPr>
              <w:t>.</w:t>
            </w:r>
            <w:r>
              <w:t>com</w:t>
            </w:r>
            <w:r w:rsidRPr="00332DB8">
              <w:rPr>
                <w:lang w:val="ru-RU"/>
              </w:rPr>
              <w:t xml:space="preserve"> по адресам: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tYLgekJgcRQ</w:t>
            </w:r>
            <w:r w:rsidRPr="00332DB8">
              <w:rPr>
                <w:lang w:val="ru-RU"/>
              </w:rPr>
              <w:t xml:space="preserve">, </w:t>
            </w:r>
            <w:r>
              <w:t>http</w:t>
            </w:r>
            <w:r w:rsidRPr="00332DB8">
              <w:rPr>
                <w:lang w:val="ru-RU"/>
              </w:rPr>
              <w:t>://</w:t>
            </w:r>
            <w:r>
              <w:t>youtu</w:t>
            </w:r>
            <w:r w:rsidRPr="00332DB8">
              <w:rPr>
                <w:lang w:val="ru-RU"/>
              </w:rPr>
              <w:t>.</w:t>
            </w:r>
            <w:r>
              <w:t>be</w:t>
            </w:r>
            <w:r w:rsidRPr="00332DB8">
              <w:rPr>
                <w:lang w:val="ru-RU"/>
              </w:rPr>
              <w:t xml:space="preserve">/ </w:t>
            </w:r>
            <w:r>
              <w:t>tYLgekJgcRQ</w:t>
            </w:r>
            <w:r w:rsidRPr="00332DB8">
              <w:rPr>
                <w:lang w:val="ru-RU"/>
              </w:rPr>
              <w:t xml:space="preserve">, </w:t>
            </w:r>
            <w:r>
              <w:t>http</w:t>
            </w:r>
            <w:r w:rsidRPr="00332DB8">
              <w:rPr>
                <w:lang w:val="ru-RU"/>
              </w:rPr>
              <w:t>://</w:t>
            </w:r>
            <w:r>
              <w:t>m</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tYLgekJgcRQ</w:t>
            </w:r>
            <w:r w:rsidRPr="00332DB8">
              <w:rPr>
                <w:lang w:val="ru-RU"/>
              </w:rPr>
              <w:t xml:space="preserve"> видеозапись с заголовком «Владимир Заваркин – депутат Суоярви» (решение Петрозаводского городского суда Республики Карелия от 06.11.2015);</w:t>
            </w:r>
          </w:p>
        </w:tc>
        <w:tc>
          <w:tcPr>
            <w:tcW w:w="2880" w:type="dxa"/>
          </w:tcPr>
          <w:p w:rsidR="006F7457" w:rsidRPr="00332DB8" w:rsidRDefault="006F7457">
            <w:pPr>
              <w:rPr>
                <w:lang w:val="ru-RU"/>
              </w:rPr>
            </w:pPr>
          </w:p>
        </w:tc>
      </w:tr>
      <w:tr w:rsidR="006F7457" w:rsidRPr="005A424D">
        <w:tc>
          <w:tcPr>
            <w:tcW w:w="2880" w:type="dxa"/>
          </w:tcPr>
          <w:p w:rsidR="006F7457" w:rsidRDefault="00332DB8">
            <w:r>
              <w:t>3235.</w:t>
            </w:r>
          </w:p>
        </w:tc>
        <w:tc>
          <w:tcPr>
            <w:tcW w:w="2880" w:type="dxa"/>
          </w:tcPr>
          <w:p w:rsidR="006F7457" w:rsidRPr="00332DB8" w:rsidRDefault="00332DB8">
            <w:pPr>
              <w:rPr>
                <w:lang w:val="ru-RU"/>
              </w:rPr>
            </w:pPr>
            <w:r w:rsidRPr="00332DB8">
              <w:rPr>
                <w:lang w:val="ru-RU"/>
              </w:rPr>
              <w:t>Видеофайл «</w:t>
            </w:r>
            <w:r>
              <w:t>format</w:t>
            </w:r>
            <w:r w:rsidRPr="00332DB8">
              <w:rPr>
                <w:lang w:val="ru-RU"/>
              </w:rPr>
              <w:t xml:space="preserve"> 18» размещенный в социальной сети «Вконтакте» в сети «Интернет», имеющий сетевой адрес \</w:t>
            </w:r>
            <w:r>
              <w:t>vww</w:t>
            </w:r>
            <w:r w:rsidRPr="00332DB8">
              <w:rPr>
                <w:lang w:val="ru-RU"/>
              </w:rPr>
              <w:t>.</w:t>
            </w:r>
            <w:r>
              <w:t>vk</w:t>
            </w:r>
            <w:r w:rsidRPr="00332DB8">
              <w:rPr>
                <w:lang w:val="ru-RU"/>
              </w:rPr>
              <w:t>.</w:t>
            </w:r>
            <w:r>
              <w:t>com</w:t>
            </w:r>
            <w:r w:rsidRPr="00332DB8">
              <w:rPr>
                <w:lang w:val="ru-RU"/>
              </w:rPr>
              <w:t>/</w:t>
            </w:r>
            <w:r>
              <w:t>id</w:t>
            </w:r>
            <w:r w:rsidRPr="00332DB8">
              <w:rPr>
                <w:lang w:val="ru-RU"/>
              </w:rPr>
              <w:t>65668679 (заочное решение Калужского районного суда Калужской области от 01.10.2015);</w:t>
            </w:r>
          </w:p>
        </w:tc>
        <w:tc>
          <w:tcPr>
            <w:tcW w:w="2880" w:type="dxa"/>
          </w:tcPr>
          <w:p w:rsidR="006F7457" w:rsidRPr="00332DB8" w:rsidRDefault="006F7457">
            <w:pPr>
              <w:rPr>
                <w:lang w:val="ru-RU"/>
              </w:rPr>
            </w:pPr>
          </w:p>
        </w:tc>
      </w:tr>
      <w:tr w:rsidR="006F7457" w:rsidRPr="005A424D">
        <w:tc>
          <w:tcPr>
            <w:tcW w:w="2880" w:type="dxa"/>
          </w:tcPr>
          <w:p w:rsidR="006F7457" w:rsidRDefault="00332DB8">
            <w:r>
              <w:t>3236.</w:t>
            </w:r>
          </w:p>
        </w:tc>
        <w:tc>
          <w:tcPr>
            <w:tcW w:w="2880" w:type="dxa"/>
          </w:tcPr>
          <w:p w:rsidR="006F7457" w:rsidRPr="00332DB8" w:rsidRDefault="00332DB8">
            <w:pPr>
              <w:rPr>
                <w:lang w:val="ru-RU"/>
              </w:rPr>
            </w:pPr>
            <w:r w:rsidRPr="00332DB8">
              <w:rPr>
                <w:lang w:val="ru-RU"/>
              </w:rPr>
              <w:t xml:space="preserve">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114109750 (решение Йошкар-Олинского городского суда Республики Марий Эл от 28.10.2015);</w:t>
            </w:r>
          </w:p>
        </w:tc>
        <w:tc>
          <w:tcPr>
            <w:tcW w:w="2880" w:type="dxa"/>
          </w:tcPr>
          <w:p w:rsidR="006F7457" w:rsidRPr="00332DB8" w:rsidRDefault="006F7457">
            <w:pPr>
              <w:rPr>
                <w:lang w:val="ru-RU"/>
              </w:rPr>
            </w:pPr>
          </w:p>
        </w:tc>
      </w:tr>
      <w:tr w:rsidR="006F7457" w:rsidRPr="005A424D">
        <w:tc>
          <w:tcPr>
            <w:tcW w:w="2880" w:type="dxa"/>
          </w:tcPr>
          <w:p w:rsidR="006F7457" w:rsidRDefault="00332DB8">
            <w:r>
              <w:t>3237.</w:t>
            </w:r>
          </w:p>
        </w:tc>
        <w:tc>
          <w:tcPr>
            <w:tcW w:w="2880" w:type="dxa"/>
          </w:tcPr>
          <w:p w:rsidR="006F7457" w:rsidRPr="00332DB8" w:rsidRDefault="00332DB8">
            <w:pPr>
              <w:rPr>
                <w:lang w:val="ru-RU"/>
              </w:rPr>
            </w:pPr>
            <w:r w:rsidRPr="00332DB8">
              <w:rPr>
                <w:lang w:val="ru-RU"/>
              </w:rPr>
              <w:t xml:space="preserve">Аудиозапись «Евреи» Ансамбля Христа Спасителя и Мать Сыра Земля, расположенная по электронному адресу: </w:t>
            </w:r>
            <w:r>
              <w:t>https</w:t>
            </w:r>
            <w:r w:rsidRPr="00332DB8">
              <w:rPr>
                <w:lang w:val="ru-RU"/>
              </w:rPr>
              <w:t>://</w:t>
            </w:r>
            <w:r>
              <w:t>vk</w:t>
            </w:r>
            <w:r w:rsidRPr="00332DB8">
              <w:rPr>
                <w:lang w:val="ru-RU"/>
              </w:rPr>
              <w:t>.</w:t>
            </w:r>
            <w:r>
              <w:t>com</w:t>
            </w:r>
            <w:r w:rsidRPr="00332DB8">
              <w:rPr>
                <w:lang w:val="ru-RU"/>
              </w:rPr>
              <w:t>//</w:t>
            </w:r>
            <w:r>
              <w:t>audios</w:t>
            </w:r>
            <w:r w:rsidRPr="00332DB8">
              <w:rPr>
                <w:lang w:val="ru-RU"/>
              </w:rPr>
              <w:t>135088006?</w:t>
            </w:r>
            <w:r>
              <w:t>q</w:t>
            </w:r>
            <w:r w:rsidRPr="00332DB8">
              <w:rPr>
                <w:lang w:val="ru-RU"/>
              </w:rPr>
              <w:t xml:space="preserve">=ансамбль%христа%20спасителя, </w:t>
            </w:r>
            <w:r>
              <w:t>http</w:t>
            </w:r>
            <w:r w:rsidRPr="00332DB8">
              <w:rPr>
                <w:lang w:val="ru-RU"/>
              </w:rPr>
              <w:t>://</w:t>
            </w:r>
            <w:r>
              <w:t>myzlo</w:t>
            </w:r>
            <w:r w:rsidRPr="00332DB8">
              <w:rPr>
                <w:lang w:val="ru-RU"/>
              </w:rPr>
              <w:t>.</w:t>
            </w:r>
            <w:r>
              <w:t>info</w:t>
            </w:r>
            <w:r w:rsidRPr="00332DB8">
              <w:rPr>
                <w:lang w:val="ru-RU"/>
              </w:rPr>
              <w:t>/</w:t>
            </w:r>
            <w:r>
              <w:t>poisk</w:t>
            </w:r>
            <w:r w:rsidRPr="00332DB8">
              <w:rPr>
                <w:lang w:val="ru-RU"/>
              </w:rPr>
              <w:t>/%</w:t>
            </w:r>
            <w:r>
              <w:t>D</w:t>
            </w:r>
            <w:r w:rsidRPr="00332DB8">
              <w:rPr>
                <w:lang w:val="ru-RU"/>
              </w:rPr>
              <w:t>0%90%</w:t>
            </w:r>
            <w:r>
              <w:t>D</w:t>
            </w:r>
            <w:r w:rsidRPr="00332DB8">
              <w:rPr>
                <w:lang w:val="ru-RU"/>
              </w:rPr>
              <w:t>0%</w:t>
            </w:r>
            <w:r>
              <w:t>BD</w:t>
            </w:r>
            <w:r w:rsidRPr="00332DB8">
              <w:rPr>
                <w:lang w:val="ru-RU"/>
              </w:rPr>
              <w:t>%</w:t>
            </w:r>
            <w:r>
              <w:t>D</w:t>
            </w:r>
            <w:r w:rsidRPr="00332DB8">
              <w:rPr>
                <w:lang w:val="ru-RU"/>
              </w:rPr>
              <w:t>1%81%</w:t>
            </w:r>
            <w:r>
              <w:t>D</w:t>
            </w:r>
            <w:r w:rsidRPr="00332DB8">
              <w:rPr>
                <w:lang w:val="ru-RU"/>
              </w:rPr>
              <w:t>0%</w:t>
            </w:r>
            <w:r>
              <w:t>B</w:t>
            </w:r>
            <w:r w:rsidRPr="00332DB8">
              <w:rPr>
                <w:lang w:val="ru-RU"/>
              </w:rPr>
              <w:t>0%</w:t>
            </w:r>
            <w:r>
              <w:t>D</w:t>
            </w:r>
            <w:r w:rsidRPr="00332DB8">
              <w:rPr>
                <w:lang w:val="ru-RU"/>
              </w:rPr>
              <w:t>0%</w:t>
            </w:r>
            <w:r>
              <w:t>BC</w:t>
            </w:r>
            <w:r w:rsidRPr="00332DB8">
              <w:rPr>
                <w:lang w:val="ru-RU"/>
              </w:rPr>
              <w:t>%</w:t>
            </w:r>
            <w:r>
              <w:t>D</w:t>
            </w:r>
            <w:r w:rsidRPr="00332DB8">
              <w:rPr>
                <w:lang w:val="ru-RU"/>
              </w:rPr>
              <w:t>0%</w:t>
            </w:r>
            <w:r>
              <w:t>B</w:t>
            </w:r>
            <w:r w:rsidRPr="00332DB8">
              <w:rPr>
                <w:lang w:val="ru-RU"/>
              </w:rPr>
              <w:t>1%</w:t>
            </w:r>
            <w:r>
              <w:t>D</w:t>
            </w:r>
            <w:r w:rsidRPr="00332DB8">
              <w:rPr>
                <w:lang w:val="ru-RU"/>
              </w:rPr>
              <w:t>0%</w:t>
            </w:r>
            <w:r>
              <w:t>BB</w:t>
            </w:r>
            <w:r w:rsidRPr="00332DB8">
              <w:rPr>
                <w:lang w:val="ru-RU"/>
              </w:rPr>
              <w:t>%</w:t>
            </w:r>
            <w:r>
              <w:t>D</w:t>
            </w:r>
            <w:r w:rsidRPr="00332DB8">
              <w:rPr>
                <w:lang w:val="ru-RU"/>
              </w:rPr>
              <w:t>1%8</w:t>
            </w:r>
            <w:r>
              <w:t>C</w:t>
            </w:r>
            <w:r w:rsidRPr="00332DB8">
              <w:rPr>
                <w:lang w:val="ru-RU"/>
              </w:rPr>
              <w:t>%20%</w:t>
            </w:r>
            <w:r>
              <w:t>D</w:t>
            </w:r>
            <w:r w:rsidRPr="00332DB8">
              <w:rPr>
                <w:lang w:val="ru-RU"/>
              </w:rPr>
              <w:t>0%</w:t>
            </w:r>
            <w:r>
              <w:t>A</w:t>
            </w:r>
            <w:r w:rsidRPr="00332DB8">
              <w:rPr>
                <w:lang w:val="ru-RU"/>
              </w:rPr>
              <w:t>5%</w:t>
            </w:r>
            <w:r>
              <w:t>D</w:t>
            </w:r>
            <w:r w:rsidRPr="00332DB8">
              <w:rPr>
                <w:lang w:val="ru-RU"/>
              </w:rPr>
              <w:t>1%80%</w:t>
            </w:r>
            <w:r>
              <w:t>D</w:t>
            </w:r>
            <w:r w:rsidRPr="00332DB8">
              <w:rPr>
                <w:lang w:val="ru-RU"/>
              </w:rPr>
              <w:t>0%</w:t>
            </w:r>
            <w:r>
              <w:t>B</w:t>
            </w:r>
            <w:r w:rsidRPr="00332DB8">
              <w:rPr>
                <w:lang w:val="ru-RU"/>
              </w:rPr>
              <w:t>8%</w:t>
            </w:r>
            <w:r>
              <w:t>D</w:t>
            </w:r>
            <w:r w:rsidRPr="00332DB8">
              <w:rPr>
                <w:lang w:val="ru-RU"/>
              </w:rPr>
              <w:t>1%81%</w:t>
            </w:r>
            <w:r>
              <w:t>D</w:t>
            </w:r>
            <w:r w:rsidRPr="00332DB8">
              <w:rPr>
                <w:lang w:val="ru-RU"/>
              </w:rPr>
              <w:t>1%82%</w:t>
            </w:r>
            <w:r>
              <w:t>D</w:t>
            </w:r>
            <w:r w:rsidRPr="00332DB8">
              <w:rPr>
                <w:lang w:val="ru-RU"/>
              </w:rPr>
              <w:t>0%</w:t>
            </w:r>
            <w:r>
              <w:t>B</w:t>
            </w:r>
            <w:r w:rsidRPr="00332DB8">
              <w:rPr>
                <w:lang w:val="ru-RU"/>
              </w:rPr>
              <w:t>0%20%</w:t>
            </w:r>
            <w:r>
              <w:t>D</w:t>
            </w:r>
            <w:r w:rsidRPr="00332DB8">
              <w:rPr>
                <w:lang w:val="ru-RU"/>
              </w:rPr>
              <w:t>0%</w:t>
            </w:r>
            <w:r>
              <w:t>A</w:t>
            </w:r>
            <w:r w:rsidRPr="00332DB8">
              <w:rPr>
                <w:lang w:val="ru-RU"/>
              </w:rPr>
              <w:t>1%</w:t>
            </w:r>
            <w:r>
              <w:t>D</w:t>
            </w:r>
            <w:r w:rsidRPr="00332DB8">
              <w:rPr>
                <w:lang w:val="ru-RU"/>
              </w:rPr>
              <w:t>0%</w:t>
            </w:r>
            <w:r>
              <w:t>BF</w:t>
            </w:r>
            <w:r w:rsidRPr="00332DB8">
              <w:rPr>
                <w:lang w:val="ru-RU"/>
              </w:rPr>
              <w:t>%</w:t>
            </w:r>
            <w:r>
              <w:t>D</w:t>
            </w:r>
            <w:r w:rsidRPr="00332DB8">
              <w:rPr>
                <w:lang w:val="ru-RU"/>
              </w:rPr>
              <w:t>0%</w:t>
            </w:r>
            <w:r>
              <w:t>B</w:t>
            </w:r>
            <w:r w:rsidRPr="00332DB8">
              <w:rPr>
                <w:lang w:val="ru-RU"/>
              </w:rPr>
              <w:t>0%</w:t>
            </w:r>
            <w:r>
              <w:t>D</w:t>
            </w:r>
            <w:r w:rsidRPr="00332DB8">
              <w:rPr>
                <w:lang w:val="ru-RU"/>
              </w:rPr>
              <w:t>1%81%</w:t>
            </w:r>
            <w:r>
              <w:t>D</w:t>
            </w:r>
            <w:r w:rsidRPr="00332DB8">
              <w:rPr>
                <w:lang w:val="ru-RU"/>
              </w:rPr>
              <w:t>0%</w:t>
            </w:r>
            <w:r>
              <w:t>B</w:t>
            </w:r>
            <w:r w:rsidRPr="00332DB8">
              <w:rPr>
                <w:lang w:val="ru-RU"/>
              </w:rPr>
              <w:t>8%</w:t>
            </w:r>
            <w:r>
              <w:t>D</w:t>
            </w:r>
            <w:r w:rsidRPr="00332DB8">
              <w:rPr>
                <w:lang w:val="ru-RU"/>
              </w:rPr>
              <w:t>1%82%</w:t>
            </w:r>
            <w:r>
              <w:t>D</w:t>
            </w:r>
            <w:r w:rsidRPr="00332DB8">
              <w:rPr>
                <w:lang w:val="ru-RU"/>
              </w:rPr>
              <w:t>0%</w:t>
            </w:r>
            <w:r>
              <w:t>B</w:t>
            </w:r>
            <w:r w:rsidRPr="00332DB8">
              <w:rPr>
                <w:lang w:val="ru-RU"/>
              </w:rPr>
              <w:t>5%</w:t>
            </w:r>
            <w:r>
              <w:t>D</w:t>
            </w:r>
            <w:r w:rsidRPr="00332DB8">
              <w:rPr>
                <w:lang w:val="ru-RU"/>
              </w:rPr>
              <w:t>0%</w:t>
            </w:r>
            <w:r>
              <w:t>BB</w:t>
            </w:r>
            <w:r w:rsidRPr="00332DB8">
              <w:rPr>
                <w:lang w:val="ru-RU"/>
              </w:rPr>
              <w:t>%</w:t>
            </w:r>
            <w:r>
              <w:t>D</w:t>
            </w:r>
            <w:r w:rsidRPr="00332DB8">
              <w:rPr>
                <w:lang w:val="ru-RU"/>
              </w:rPr>
              <w:t>1%8</w:t>
            </w:r>
            <w:r>
              <w:t>F</w:t>
            </w:r>
            <w:r w:rsidRPr="00332DB8">
              <w:rPr>
                <w:lang w:val="ru-RU"/>
              </w:rPr>
              <w:t>% 20%</w:t>
            </w:r>
            <w:r>
              <w:t>D</w:t>
            </w:r>
            <w:r w:rsidRPr="00332DB8">
              <w:rPr>
                <w:lang w:val="ru-RU"/>
              </w:rPr>
              <w:t>0%</w:t>
            </w:r>
            <w:r>
              <w:t>B</w:t>
            </w:r>
            <w:r w:rsidRPr="00332DB8">
              <w:rPr>
                <w:lang w:val="ru-RU"/>
              </w:rPr>
              <w:t>8%20%</w:t>
            </w:r>
            <w:r>
              <w:t>D</w:t>
            </w:r>
            <w:r w:rsidRPr="00332DB8">
              <w:rPr>
                <w:lang w:val="ru-RU"/>
              </w:rPr>
              <w:t>0%9</w:t>
            </w:r>
            <w:r>
              <w:t>C</w:t>
            </w:r>
            <w:r w:rsidRPr="00332DB8">
              <w:rPr>
                <w:lang w:val="ru-RU"/>
              </w:rPr>
              <w:t>%</w:t>
            </w:r>
            <w:r>
              <w:t>D</w:t>
            </w:r>
            <w:r w:rsidRPr="00332DB8">
              <w:rPr>
                <w:lang w:val="ru-RU"/>
              </w:rPr>
              <w:t>0%</w:t>
            </w:r>
            <w:r>
              <w:t>B</w:t>
            </w:r>
            <w:r w:rsidRPr="00332DB8">
              <w:rPr>
                <w:lang w:val="ru-RU"/>
              </w:rPr>
              <w:t>0%</w:t>
            </w:r>
            <w:r>
              <w:t>D</w:t>
            </w:r>
            <w:r w:rsidRPr="00332DB8">
              <w:rPr>
                <w:lang w:val="ru-RU"/>
              </w:rPr>
              <w:t>1%82%</w:t>
            </w:r>
            <w:r>
              <w:t>D</w:t>
            </w:r>
            <w:r w:rsidRPr="00332DB8">
              <w:rPr>
                <w:lang w:val="ru-RU"/>
              </w:rPr>
              <w:t>1%8</w:t>
            </w:r>
            <w:r>
              <w:t>C</w:t>
            </w:r>
            <w:r w:rsidRPr="00332DB8">
              <w:rPr>
                <w:lang w:val="ru-RU"/>
              </w:rPr>
              <w:t>%20%</w:t>
            </w:r>
            <w:r>
              <w:t>D</w:t>
            </w:r>
            <w:r w:rsidRPr="00332DB8">
              <w:rPr>
                <w:lang w:val="ru-RU"/>
              </w:rPr>
              <w:t>1%81%</w:t>
            </w:r>
            <w:r>
              <w:t>D</w:t>
            </w:r>
            <w:r w:rsidRPr="00332DB8">
              <w:rPr>
                <w:lang w:val="ru-RU"/>
              </w:rPr>
              <w:t>1%8</w:t>
            </w:r>
            <w:r>
              <w:t>B</w:t>
            </w:r>
            <w:r w:rsidRPr="00332DB8">
              <w:rPr>
                <w:lang w:val="ru-RU"/>
              </w:rPr>
              <w:t>%</w:t>
            </w:r>
            <w:r>
              <w:t>D</w:t>
            </w:r>
            <w:r w:rsidRPr="00332DB8">
              <w:rPr>
                <w:lang w:val="ru-RU"/>
              </w:rPr>
              <w:t>1%80%</w:t>
            </w:r>
            <w:r>
              <w:t>D</w:t>
            </w:r>
            <w:r w:rsidRPr="00332DB8">
              <w:rPr>
                <w:lang w:val="ru-RU"/>
              </w:rPr>
              <w:t>0%</w:t>
            </w:r>
            <w:r>
              <w:t>B</w:t>
            </w:r>
            <w:r w:rsidRPr="00332DB8">
              <w:rPr>
                <w:lang w:val="ru-RU"/>
              </w:rPr>
              <w:t>0%20%</w:t>
            </w:r>
            <w:r>
              <w:t>D</w:t>
            </w:r>
            <w:r w:rsidRPr="00332DB8">
              <w:rPr>
                <w:lang w:val="ru-RU"/>
              </w:rPr>
              <w:t>0%97%</w:t>
            </w:r>
            <w:r>
              <w:t>D</w:t>
            </w:r>
            <w:r w:rsidRPr="00332DB8">
              <w:rPr>
                <w:lang w:val="ru-RU"/>
              </w:rPr>
              <w:t>0%</w:t>
            </w:r>
            <w:r>
              <w:t>B</w:t>
            </w:r>
            <w:r w:rsidRPr="00332DB8">
              <w:rPr>
                <w:lang w:val="ru-RU"/>
              </w:rPr>
              <w:t>5%</w:t>
            </w:r>
            <w:r>
              <w:t>D</w:t>
            </w:r>
            <w:r w:rsidRPr="00332DB8">
              <w:rPr>
                <w:lang w:val="ru-RU"/>
              </w:rPr>
              <w:t>0%</w:t>
            </w:r>
            <w:r>
              <w:t>BC</w:t>
            </w:r>
            <w:r w:rsidRPr="00332DB8">
              <w:rPr>
                <w:lang w:val="ru-RU"/>
              </w:rPr>
              <w:t>%</w:t>
            </w:r>
            <w:r>
              <w:t>D</w:t>
            </w:r>
            <w:r w:rsidRPr="00332DB8">
              <w:rPr>
                <w:lang w:val="ru-RU"/>
              </w:rPr>
              <w:t>0%</w:t>
            </w:r>
            <w:r>
              <w:t>BB</w:t>
            </w:r>
            <w:r w:rsidRPr="00332DB8">
              <w:rPr>
                <w:lang w:val="ru-RU"/>
              </w:rPr>
              <w:t>%</w:t>
            </w:r>
            <w:r>
              <w:t>D</w:t>
            </w:r>
            <w:r w:rsidRPr="00332DB8">
              <w:rPr>
                <w:lang w:val="ru-RU"/>
              </w:rPr>
              <w:t>1%8</w:t>
            </w:r>
            <w:r>
              <w:t>F</w:t>
            </w:r>
            <w:r w:rsidRPr="00332DB8">
              <w:rPr>
                <w:lang w:val="ru-RU"/>
              </w:rPr>
              <w:t>%20%</w:t>
            </w:r>
            <w:r>
              <w:t>D</w:t>
            </w:r>
            <w:r w:rsidRPr="00332DB8">
              <w:rPr>
                <w:lang w:val="ru-RU"/>
              </w:rPr>
              <w:t>0%</w:t>
            </w:r>
            <w:r>
              <w:t>B</w:t>
            </w:r>
            <w:r w:rsidRPr="00332DB8">
              <w:rPr>
                <w:lang w:val="ru-RU"/>
              </w:rPr>
              <w:t>5%</w:t>
            </w:r>
            <w:r>
              <w:t>D</w:t>
            </w:r>
            <w:r w:rsidRPr="00332DB8">
              <w:rPr>
                <w:lang w:val="ru-RU"/>
              </w:rPr>
              <w:t>0%</w:t>
            </w:r>
            <w:r>
              <w:t>B</w:t>
            </w:r>
            <w:r w:rsidRPr="00332DB8">
              <w:rPr>
                <w:lang w:val="ru-RU"/>
              </w:rPr>
              <w:t>2%</w:t>
            </w:r>
            <w:r>
              <w:t>D</w:t>
            </w:r>
            <w:r w:rsidRPr="00332DB8">
              <w:rPr>
                <w:lang w:val="ru-RU"/>
              </w:rPr>
              <w:t>1%80%</w:t>
            </w:r>
            <w:r>
              <w:t>D</w:t>
            </w:r>
            <w:r w:rsidRPr="00332DB8">
              <w:rPr>
                <w:lang w:val="ru-RU"/>
              </w:rPr>
              <w:t>0%</w:t>
            </w:r>
            <w:r>
              <w:t>B</w:t>
            </w:r>
            <w:r w:rsidRPr="00332DB8">
              <w:rPr>
                <w:lang w:val="ru-RU"/>
              </w:rPr>
              <w:t>5%</w:t>
            </w:r>
            <w:r>
              <w:t>D</w:t>
            </w:r>
            <w:r w:rsidRPr="00332DB8">
              <w:rPr>
                <w:lang w:val="ru-RU"/>
              </w:rPr>
              <w:t>0%</w:t>
            </w:r>
            <w:r>
              <w:t>B</w:t>
            </w:r>
            <w:r w:rsidRPr="00332DB8">
              <w:rPr>
                <w:lang w:val="ru-RU"/>
              </w:rPr>
              <w:t xml:space="preserve">8 </w:t>
            </w:r>
            <w:r>
              <w:t>http</w:t>
            </w:r>
            <w:r w:rsidRPr="00332DB8">
              <w:rPr>
                <w:lang w:val="ru-RU"/>
              </w:rPr>
              <w:t>://</w:t>
            </w:r>
            <w:r>
              <w:t>muzbaron</w:t>
            </w:r>
            <w:r w:rsidRPr="00332DB8">
              <w:rPr>
                <w:lang w:val="ru-RU"/>
              </w:rPr>
              <w:t>.</w:t>
            </w:r>
            <w:r>
              <w:t>com</w:t>
            </w:r>
            <w:r w:rsidRPr="00332DB8">
              <w:rPr>
                <w:lang w:val="ru-RU"/>
              </w:rPr>
              <w:t>/</w:t>
            </w:r>
            <w:r>
              <w:t>dll</w:t>
            </w:r>
            <w:r w:rsidRPr="00332DB8">
              <w:rPr>
                <w:lang w:val="ru-RU"/>
              </w:rPr>
              <w:t>/%</w:t>
            </w:r>
            <w:r>
              <w:t>D</w:t>
            </w:r>
            <w:r w:rsidRPr="00332DB8">
              <w:rPr>
                <w:lang w:val="ru-RU"/>
              </w:rPr>
              <w:t>0%90%</w:t>
            </w:r>
            <w:r>
              <w:t>D</w:t>
            </w:r>
            <w:r w:rsidRPr="00332DB8">
              <w:rPr>
                <w:lang w:val="ru-RU"/>
              </w:rPr>
              <w:t>0%</w:t>
            </w:r>
            <w:r>
              <w:t>BD</w:t>
            </w:r>
            <w:r w:rsidRPr="00332DB8">
              <w:rPr>
                <w:lang w:val="ru-RU"/>
              </w:rPr>
              <w:t>%</w:t>
            </w:r>
            <w:r>
              <w:t>D</w:t>
            </w:r>
            <w:r w:rsidRPr="00332DB8">
              <w:rPr>
                <w:lang w:val="ru-RU"/>
              </w:rPr>
              <w:t>1%81%</w:t>
            </w:r>
            <w:r>
              <w:t>D</w:t>
            </w:r>
            <w:r w:rsidRPr="00332DB8">
              <w:rPr>
                <w:lang w:val="ru-RU"/>
              </w:rPr>
              <w:t>0%</w:t>
            </w:r>
            <w:r>
              <w:t>B</w:t>
            </w:r>
            <w:r w:rsidRPr="00332DB8">
              <w:rPr>
                <w:lang w:val="ru-RU"/>
              </w:rPr>
              <w:t>0%</w:t>
            </w:r>
            <w:r>
              <w:t>D</w:t>
            </w:r>
            <w:r w:rsidRPr="00332DB8">
              <w:rPr>
                <w:lang w:val="ru-RU"/>
              </w:rPr>
              <w:t>0%</w:t>
            </w:r>
            <w:r>
              <w:t>BC</w:t>
            </w:r>
            <w:r w:rsidRPr="00332DB8">
              <w:rPr>
                <w:lang w:val="ru-RU"/>
              </w:rPr>
              <w:t>%</w:t>
            </w:r>
            <w:r>
              <w:t>D</w:t>
            </w:r>
            <w:r w:rsidRPr="00332DB8">
              <w:rPr>
                <w:lang w:val="ru-RU"/>
              </w:rPr>
              <w:t>0%</w:t>
            </w:r>
            <w:r>
              <w:t>B</w:t>
            </w:r>
            <w:r w:rsidRPr="00332DB8">
              <w:rPr>
                <w:lang w:val="ru-RU"/>
              </w:rPr>
              <w:t>1%</w:t>
            </w:r>
            <w:r>
              <w:t>D</w:t>
            </w:r>
            <w:r w:rsidRPr="00332DB8">
              <w:rPr>
                <w:lang w:val="ru-RU"/>
              </w:rPr>
              <w:t>0%</w:t>
            </w:r>
            <w:r>
              <w:t>BB</w:t>
            </w:r>
            <w:r w:rsidRPr="00332DB8">
              <w:rPr>
                <w:lang w:val="ru-RU"/>
              </w:rPr>
              <w:t>%</w:t>
            </w:r>
            <w:r>
              <w:t>D</w:t>
            </w:r>
            <w:r w:rsidRPr="00332DB8">
              <w:rPr>
                <w:lang w:val="ru-RU"/>
              </w:rPr>
              <w:t>1%8</w:t>
            </w:r>
            <w:r>
              <w:t>C</w:t>
            </w:r>
            <w:r w:rsidRPr="00332DB8">
              <w:rPr>
                <w:lang w:val="ru-RU"/>
              </w:rPr>
              <w:t>%20%</w:t>
            </w:r>
            <w:r>
              <w:t>D</w:t>
            </w:r>
            <w:r w:rsidRPr="00332DB8">
              <w:rPr>
                <w:lang w:val="ru-RU"/>
              </w:rPr>
              <w:t>0%</w:t>
            </w:r>
            <w:r>
              <w:t>A</w:t>
            </w:r>
            <w:r w:rsidRPr="00332DB8">
              <w:rPr>
                <w:lang w:val="ru-RU"/>
              </w:rPr>
              <w:t>5%</w:t>
            </w:r>
            <w:r>
              <w:t>D</w:t>
            </w:r>
            <w:r w:rsidRPr="00332DB8">
              <w:rPr>
                <w:lang w:val="ru-RU"/>
              </w:rPr>
              <w:t>1%80%</w:t>
            </w:r>
            <w:r>
              <w:t>D</w:t>
            </w:r>
            <w:r w:rsidRPr="00332DB8">
              <w:rPr>
                <w:lang w:val="ru-RU"/>
              </w:rPr>
              <w:t>0%</w:t>
            </w:r>
            <w:r>
              <w:t>B</w:t>
            </w:r>
            <w:r w:rsidRPr="00332DB8">
              <w:rPr>
                <w:lang w:val="ru-RU"/>
              </w:rPr>
              <w:t>8%</w:t>
            </w:r>
            <w:r>
              <w:t>D</w:t>
            </w:r>
            <w:r w:rsidRPr="00332DB8">
              <w:rPr>
                <w:lang w:val="ru-RU"/>
              </w:rPr>
              <w:t>1%81%</w:t>
            </w:r>
            <w:r>
              <w:t>D</w:t>
            </w:r>
            <w:r w:rsidRPr="00332DB8">
              <w:rPr>
                <w:lang w:val="ru-RU"/>
              </w:rPr>
              <w:t>1%82%</w:t>
            </w:r>
            <w:r>
              <w:t>D</w:t>
            </w:r>
            <w:r w:rsidRPr="00332DB8">
              <w:rPr>
                <w:lang w:val="ru-RU"/>
              </w:rPr>
              <w:t>0%</w:t>
            </w:r>
            <w:r>
              <w:t>B</w:t>
            </w:r>
            <w:r w:rsidRPr="00332DB8">
              <w:rPr>
                <w:lang w:val="ru-RU"/>
              </w:rPr>
              <w:t>0%20%</w:t>
            </w:r>
            <w:r>
              <w:t>D</w:t>
            </w:r>
            <w:r w:rsidRPr="00332DB8">
              <w:rPr>
                <w:lang w:val="ru-RU"/>
              </w:rPr>
              <w:t>0%</w:t>
            </w:r>
            <w:r>
              <w:t>A</w:t>
            </w:r>
            <w:r w:rsidRPr="00332DB8">
              <w:rPr>
                <w:lang w:val="ru-RU"/>
              </w:rPr>
              <w:t>1%</w:t>
            </w:r>
            <w:r>
              <w:t>D</w:t>
            </w:r>
            <w:r w:rsidRPr="00332DB8">
              <w:rPr>
                <w:lang w:val="ru-RU"/>
              </w:rPr>
              <w:t>0%</w:t>
            </w:r>
            <w:r>
              <w:t>BF</w:t>
            </w:r>
            <w:r w:rsidRPr="00332DB8">
              <w:rPr>
                <w:lang w:val="ru-RU"/>
              </w:rPr>
              <w:t>%</w:t>
            </w:r>
            <w:r>
              <w:t>D</w:t>
            </w:r>
            <w:r w:rsidRPr="00332DB8">
              <w:rPr>
                <w:lang w:val="ru-RU"/>
              </w:rPr>
              <w:t>0%</w:t>
            </w:r>
            <w:r>
              <w:t>B</w:t>
            </w:r>
            <w:r w:rsidRPr="00332DB8">
              <w:rPr>
                <w:lang w:val="ru-RU"/>
              </w:rPr>
              <w:t>0%</w:t>
            </w:r>
            <w:r>
              <w:t>D</w:t>
            </w:r>
            <w:r w:rsidRPr="00332DB8">
              <w:rPr>
                <w:lang w:val="ru-RU"/>
              </w:rPr>
              <w:t>1%81%</w:t>
            </w:r>
            <w:r>
              <w:t>D</w:t>
            </w:r>
            <w:r w:rsidRPr="00332DB8">
              <w:rPr>
                <w:lang w:val="ru-RU"/>
              </w:rPr>
              <w:t>0%</w:t>
            </w:r>
            <w:r>
              <w:t>B</w:t>
            </w:r>
            <w:r w:rsidRPr="00332DB8">
              <w:rPr>
                <w:lang w:val="ru-RU"/>
              </w:rPr>
              <w:t>8%</w:t>
            </w:r>
            <w:r>
              <w:t>D</w:t>
            </w:r>
            <w:r w:rsidRPr="00332DB8">
              <w:rPr>
                <w:lang w:val="ru-RU"/>
              </w:rPr>
              <w:t>1%82%</w:t>
            </w:r>
            <w:r>
              <w:t>D</w:t>
            </w:r>
            <w:r w:rsidRPr="00332DB8">
              <w:rPr>
                <w:lang w:val="ru-RU"/>
              </w:rPr>
              <w:t>0%</w:t>
            </w:r>
            <w:r>
              <w:t>B</w:t>
            </w:r>
            <w:r w:rsidRPr="00332DB8">
              <w:rPr>
                <w:lang w:val="ru-RU"/>
              </w:rPr>
              <w:t>5%</w:t>
            </w:r>
            <w:r>
              <w:t>D</w:t>
            </w:r>
            <w:r w:rsidRPr="00332DB8">
              <w:rPr>
                <w:lang w:val="ru-RU"/>
              </w:rPr>
              <w:t>0%</w:t>
            </w:r>
            <w:r>
              <w:t>BB</w:t>
            </w:r>
            <w:r w:rsidRPr="00332DB8">
              <w:rPr>
                <w:lang w:val="ru-RU"/>
              </w:rPr>
              <w:t>%</w:t>
            </w:r>
            <w:r>
              <w:t>D</w:t>
            </w:r>
            <w:r w:rsidRPr="00332DB8">
              <w:rPr>
                <w:lang w:val="ru-RU"/>
              </w:rPr>
              <w:t>1%8</w:t>
            </w:r>
            <w:r>
              <w:t>F</w:t>
            </w:r>
            <w:r w:rsidRPr="00332DB8">
              <w:rPr>
                <w:lang w:val="ru-RU"/>
              </w:rPr>
              <w:t>% 20%</w:t>
            </w:r>
            <w:r>
              <w:t>D</w:t>
            </w:r>
            <w:r w:rsidRPr="00332DB8">
              <w:rPr>
                <w:lang w:val="ru-RU"/>
              </w:rPr>
              <w:t>0%</w:t>
            </w:r>
            <w:r>
              <w:t>B</w:t>
            </w:r>
            <w:r w:rsidRPr="00332DB8">
              <w:rPr>
                <w:lang w:val="ru-RU"/>
              </w:rPr>
              <w:t>8%20%</w:t>
            </w:r>
            <w:r>
              <w:t>D</w:t>
            </w:r>
            <w:r w:rsidRPr="00332DB8">
              <w:rPr>
                <w:lang w:val="ru-RU"/>
              </w:rPr>
              <w:t>0%9</w:t>
            </w:r>
            <w:r>
              <w:t>C</w:t>
            </w:r>
            <w:r w:rsidRPr="00332DB8">
              <w:rPr>
                <w:lang w:val="ru-RU"/>
              </w:rPr>
              <w:t>%</w:t>
            </w:r>
            <w:r>
              <w:t>D</w:t>
            </w:r>
            <w:r w:rsidRPr="00332DB8">
              <w:rPr>
                <w:lang w:val="ru-RU"/>
              </w:rPr>
              <w:t>0%</w:t>
            </w:r>
            <w:r>
              <w:t>B</w:t>
            </w:r>
            <w:r w:rsidRPr="00332DB8">
              <w:rPr>
                <w:lang w:val="ru-RU"/>
              </w:rPr>
              <w:t>0%</w:t>
            </w:r>
            <w:r>
              <w:t>D</w:t>
            </w:r>
            <w:r w:rsidRPr="00332DB8">
              <w:rPr>
                <w:lang w:val="ru-RU"/>
              </w:rPr>
              <w:t>1%82%</w:t>
            </w:r>
            <w:r>
              <w:t>D</w:t>
            </w:r>
            <w:r w:rsidRPr="00332DB8">
              <w:rPr>
                <w:lang w:val="ru-RU"/>
              </w:rPr>
              <w:t>1%8</w:t>
            </w:r>
            <w:r>
              <w:t>C</w:t>
            </w:r>
            <w:r w:rsidRPr="00332DB8">
              <w:rPr>
                <w:lang w:val="ru-RU"/>
              </w:rPr>
              <w:t>%20%</w:t>
            </w:r>
            <w:r>
              <w:t>D</w:t>
            </w:r>
            <w:r w:rsidRPr="00332DB8">
              <w:rPr>
                <w:lang w:val="ru-RU"/>
              </w:rPr>
              <w:t>0%</w:t>
            </w:r>
            <w:r>
              <w:t>A</w:t>
            </w:r>
            <w:r w:rsidRPr="00332DB8">
              <w:rPr>
                <w:lang w:val="ru-RU"/>
              </w:rPr>
              <w:t>1%</w:t>
            </w:r>
            <w:r>
              <w:t>D</w:t>
            </w:r>
            <w:r w:rsidRPr="00332DB8">
              <w:rPr>
                <w:lang w:val="ru-RU"/>
              </w:rPr>
              <w:t>1%8</w:t>
            </w:r>
            <w:r>
              <w:t>B</w:t>
            </w:r>
            <w:r w:rsidRPr="00332DB8">
              <w:rPr>
                <w:lang w:val="ru-RU"/>
              </w:rPr>
              <w:t>%</w:t>
            </w:r>
            <w:r>
              <w:t>D</w:t>
            </w:r>
            <w:r w:rsidRPr="00332DB8">
              <w:rPr>
                <w:lang w:val="ru-RU"/>
              </w:rPr>
              <w:t>1%80%</w:t>
            </w:r>
            <w:r>
              <w:t>D</w:t>
            </w:r>
            <w:r w:rsidRPr="00332DB8">
              <w:rPr>
                <w:lang w:val="ru-RU"/>
              </w:rPr>
              <w:t>0%</w:t>
            </w:r>
            <w:r>
              <w:t>B</w:t>
            </w:r>
            <w:r w:rsidRPr="00332DB8">
              <w:rPr>
                <w:lang w:val="ru-RU"/>
              </w:rPr>
              <w:t>0%20%</w:t>
            </w:r>
            <w:r>
              <w:t>D</w:t>
            </w:r>
            <w:r w:rsidRPr="00332DB8">
              <w:rPr>
                <w:lang w:val="ru-RU"/>
              </w:rPr>
              <w:t>0%97%</w:t>
            </w:r>
            <w:r>
              <w:t>D</w:t>
            </w:r>
            <w:r w:rsidRPr="00332DB8">
              <w:rPr>
                <w:lang w:val="ru-RU"/>
              </w:rPr>
              <w:t>0</w:t>
            </w:r>
            <w:r w:rsidRPr="00332DB8">
              <w:rPr>
                <w:lang w:val="ru-RU"/>
              </w:rPr>
              <w:lastRenderedPageBreak/>
              <w:t>%</w:t>
            </w:r>
            <w:r>
              <w:t>B</w:t>
            </w:r>
            <w:r w:rsidRPr="00332DB8">
              <w:rPr>
                <w:lang w:val="ru-RU"/>
              </w:rPr>
              <w:t>5%</w:t>
            </w:r>
            <w:r>
              <w:t>D</w:t>
            </w:r>
            <w:r w:rsidRPr="00332DB8">
              <w:rPr>
                <w:lang w:val="ru-RU"/>
              </w:rPr>
              <w:t>0%</w:t>
            </w:r>
            <w:r>
              <w:t>BC</w:t>
            </w:r>
            <w:r w:rsidRPr="00332DB8">
              <w:rPr>
                <w:lang w:val="ru-RU"/>
              </w:rPr>
              <w:t>%</w:t>
            </w:r>
            <w:r>
              <w:t>D</w:t>
            </w:r>
            <w:r w:rsidRPr="00332DB8">
              <w:rPr>
                <w:lang w:val="ru-RU"/>
              </w:rPr>
              <w:t>0%</w:t>
            </w:r>
            <w:r>
              <w:t>BB</w:t>
            </w:r>
            <w:r w:rsidRPr="00332DB8">
              <w:rPr>
                <w:lang w:val="ru-RU"/>
              </w:rPr>
              <w:t>%</w:t>
            </w:r>
            <w:r>
              <w:t>D</w:t>
            </w:r>
            <w:r w:rsidRPr="00332DB8">
              <w:rPr>
                <w:lang w:val="ru-RU"/>
              </w:rPr>
              <w:t>1%8</w:t>
            </w:r>
            <w:r>
              <w:t>F</w:t>
            </w:r>
            <w:r w:rsidRPr="00332DB8">
              <w:rPr>
                <w:lang w:val="ru-RU"/>
              </w:rPr>
              <w:t>%20%</w:t>
            </w:r>
            <w:r>
              <w:t>D</w:t>
            </w:r>
            <w:r w:rsidRPr="00332DB8">
              <w:rPr>
                <w:lang w:val="ru-RU"/>
              </w:rPr>
              <w:t>0%</w:t>
            </w:r>
            <w:r>
              <w:t>B</w:t>
            </w:r>
            <w:r w:rsidRPr="00332DB8">
              <w:rPr>
                <w:lang w:val="ru-RU"/>
              </w:rPr>
              <w:t>5%</w:t>
            </w:r>
            <w:r>
              <w:t>D</w:t>
            </w:r>
            <w:r w:rsidRPr="00332DB8">
              <w:rPr>
                <w:lang w:val="ru-RU"/>
              </w:rPr>
              <w:t>0%</w:t>
            </w:r>
            <w:r>
              <w:t>B</w:t>
            </w:r>
            <w:r w:rsidRPr="00332DB8">
              <w:rPr>
                <w:lang w:val="ru-RU"/>
              </w:rPr>
              <w:t>2%</w:t>
            </w:r>
            <w:r>
              <w:t>D</w:t>
            </w:r>
            <w:r w:rsidRPr="00332DB8">
              <w:rPr>
                <w:lang w:val="ru-RU"/>
              </w:rPr>
              <w:t>1%80%</w:t>
            </w:r>
            <w:r>
              <w:t>D</w:t>
            </w:r>
            <w:r w:rsidRPr="00332DB8">
              <w:rPr>
                <w:lang w:val="ru-RU"/>
              </w:rPr>
              <w:t>0%</w:t>
            </w:r>
            <w:r>
              <w:t>B</w:t>
            </w:r>
            <w:r w:rsidRPr="00332DB8">
              <w:rPr>
                <w:lang w:val="ru-RU"/>
              </w:rPr>
              <w:t>5%</w:t>
            </w:r>
            <w:r>
              <w:t>D</w:t>
            </w:r>
            <w:r w:rsidRPr="00332DB8">
              <w:rPr>
                <w:lang w:val="ru-RU"/>
              </w:rPr>
              <w:t>0%</w:t>
            </w:r>
            <w:r>
              <w:t>B</w:t>
            </w:r>
            <w:r w:rsidRPr="00332DB8">
              <w:rPr>
                <w:lang w:val="ru-RU"/>
              </w:rPr>
              <w:t>8, продолжительностью около 2 минут 3 секунд (решение Московского районного суда г. Нижнего Новгорода от 08.10.2015).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3238.</w:t>
            </w:r>
          </w:p>
        </w:tc>
        <w:tc>
          <w:tcPr>
            <w:tcW w:w="2880" w:type="dxa"/>
          </w:tcPr>
          <w:p w:rsidR="006F7457" w:rsidRPr="00332DB8" w:rsidRDefault="00332DB8">
            <w:pPr>
              <w:rPr>
                <w:lang w:val="ru-RU"/>
              </w:rPr>
            </w:pPr>
            <w:r w:rsidRPr="00332DB8">
              <w:rPr>
                <w:lang w:val="ru-RU"/>
              </w:rPr>
              <w:t>Информация в виде видеозаписи «СОПРОТИВЛЕНИЕ», видеофайл «СОПРОТИВЛЕНИЕ.</w:t>
            </w:r>
            <w:r>
              <w:t>mp</w:t>
            </w:r>
            <w:r w:rsidRPr="00332DB8">
              <w:rPr>
                <w:lang w:val="ru-RU"/>
              </w:rPr>
              <w:t xml:space="preserve">4», размещенная в глобальной сети «Интернет»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144378855 пользователем «Эдуард Поздняков» (решение Устьянского районного суда Архангельской области от 02.11.2015);</w:t>
            </w:r>
          </w:p>
        </w:tc>
        <w:tc>
          <w:tcPr>
            <w:tcW w:w="2880" w:type="dxa"/>
          </w:tcPr>
          <w:p w:rsidR="006F7457" w:rsidRPr="00332DB8" w:rsidRDefault="006F7457">
            <w:pPr>
              <w:rPr>
                <w:lang w:val="ru-RU"/>
              </w:rPr>
            </w:pPr>
          </w:p>
        </w:tc>
      </w:tr>
      <w:tr w:rsidR="006F7457" w:rsidRPr="005A424D">
        <w:tc>
          <w:tcPr>
            <w:tcW w:w="2880" w:type="dxa"/>
          </w:tcPr>
          <w:p w:rsidR="006F7457" w:rsidRDefault="00332DB8">
            <w:r>
              <w:t>3239.</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Интернет-адресам: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SBInMkAvNks</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PIio</w:t>
            </w:r>
            <w:r w:rsidRPr="00332DB8">
              <w:rPr>
                <w:lang w:val="ru-RU"/>
              </w:rPr>
              <w:t>2</w:t>
            </w:r>
            <w:r>
              <w:t>I</w:t>
            </w:r>
            <w:r w:rsidRPr="00332DB8">
              <w:rPr>
                <w:lang w:val="ru-RU"/>
              </w:rPr>
              <w:t>9</w:t>
            </w:r>
            <w:r>
              <w:t>GnNY</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ittU</w:t>
            </w:r>
            <w:r w:rsidRPr="00332DB8">
              <w:rPr>
                <w:lang w:val="ru-RU"/>
              </w:rPr>
              <w:t>3</w:t>
            </w:r>
            <w:r>
              <w:t>EaeGKs</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CJ</w:t>
            </w:r>
            <w:r w:rsidRPr="00332DB8">
              <w:rPr>
                <w:lang w:val="ru-RU"/>
              </w:rPr>
              <w:t>9</w:t>
            </w:r>
            <w:r>
              <w:t>PDz</w:t>
            </w:r>
            <w:r w:rsidRPr="00332DB8">
              <w:rPr>
                <w:lang w:val="ru-RU"/>
              </w:rPr>
              <w:t>9</w:t>
            </w:r>
            <w:r>
              <w:t>z</w:t>
            </w:r>
            <w:r w:rsidRPr="00332DB8">
              <w:rPr>
                <w:lang w:val="ru-RU"/>
              </w:rPr>
              <w:t>84</w:t>
            </w:r>
            <w:r>
              <w:t>A</w:t>
            </w:r>
            <w:r w:rsidRPr="00332DB8">
              <w:rPr>
                <w:lang w:val="ru-RU"/>
              </w:rPr>
              <w:t xml:space="preserve"> (решение Надымского городского суда Ямало-Ненецкого автономного округа от 17.09.2015).</w:t>
            </w:r>
          </w:p>
        </w:tc>
        <w:tc>
          <w:tcPr>
            <w:tcW w:w="2880" w:type="dxa"/>
          </w:tcPr>
          <w:p w:rsidR="006F7457" w:rsidRPr="00332DB8" w:rsidRDefault="006F7457">
            <w:pPr>
              <w:rPr>
                <w:lang w:val="ru-RU"/>
              </w:rPr>
            </w:pPr>
          </w:p>
        </w:tc>
      </w:tr>
      <w:tr w:rsidR="006F7457" w:rsidRPr="005A424D">
        <w:tc>
          <w:tcPr>
            <w:tcW w:w="2880" w:type="dxa"/>
          </w:tcPr>
          <w:p w:rsidR="006F7457" w:rsidRDefault="00332DB8">
            <w:r>
              <w:t>3240.</w:t>
            </w:r>
          </w:p>
        </w:tc>
        <w:tc>
          <w:tcPr>
            <w:tcW w:w="2880" w:type="dxa"/>
          </w:tcPr>
          <w:p w:rsidR="006F7457" w:rsidRPr="00332DB8" w:rsidRDefault="00332DB8">
            <w:pPr>
              <w:rPr>
                <w:lang w:val="ru-RU"/>
              </w:rPr>
            </w:pPr>
            <w:r w:rsidRPr="00332DB8">
              <w:rPr>
                <w:lang w:val="ru-RU"/>
              </w:rPr>
              <w:t>Текст песни музыкальной группы «</w:t>
            </w:r>
            <w:r>
              <w:t>Warriors</w:t>
            </w:r>
            <w:r w:rsidRPr="00332DB8">
              <w:rPr>
                <w:lang w:val="ru-RU"/>
              </w:rPr>
              <w:t xml:space="preserve"> </w:t>
            </w:r>
            <w:r>
              <w:t>of</w:t>
            </w:r>
            <w:r w:rsidRPr="00332DB8">
              <w:rPr>
                <w:lang w:val="ru-RU"/>
              </w:rPr>
              <w:t xml:space="preserve"> </w:t>
            </w:r>
            <w:r>
              <w:t>Zion</w:t>
            </w:r>
            <w:r w:rsidRPr="00332DB8">
              <w:rPr>
                <w:lang w:val="ru-RU"/>
              </w:rPr>
              <w:t>» («Войны Сиона») под названием «</w:t>
            </w:r>
            <w:r>
              <w:t>Antifa</w:t>
            </w:r>
            <w:r w:rsidRPr="00332DB8">
              <w:rPr>
                <w:lang w:val="ru-RU"/>
              </w:rPr>
              <w:t>.</w:t>
            </w:r>
            <w:r>
              <w:t>com</w:t>
            </w:r>
            <w:r w:rsidRPr="00332DB8">
              <w:rPr>
                <w:lang w:val="ru-RU"/>
              </w:rPr>
              <w:t>.</w:t>
            </w:r>
            <w:r>
              <w:t>ua</w:t>
            </w:r>
            <w:r w:rsidRPr="00332DB8">
              <w:rPr>
                <w:lang w:val="ru-RU"/>
              </w:rPr>
              <w:t>»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w:t>
            </w:r>
            <w:r>
              <w:t>song</w:t>
            </w:r>
            <w:r w:rsidRPr="00332DB8">
              <w:rPr>
                <w:lang w:val="ru-RU"/>
              </w:rPr>
              <w:t>5.</w:t>
            </w:r>
            <w:r>
              <w:t>ru</w:t>
            </w:r>
            <w:r w:rsidRPr="00332DB8">
              <w:rPr>
                <w:lang w:val="ru-RU"/>
              </w:rPr>
              <w:t xml:space="preserve">» по электронному адресу: </w:t>
            </w:r>
            <w:r>
              <w:t>http</w:t>
            </w:r>
            <w:r w:rsidRPr="00332DB8">
              <w:rPr>
                <w:lang w:val="ru-RU"/>
              </w:rPr>
              <w:t>://</w:t>
            </w:r>
            <w:r>
              <w:t>song</w:t>
            </w:r>
            <w:r w:rsidRPr="00332DB8">
              <w:rPr>
                <w:lang w:val="ru-RU"/>
              </w:rPr>
              <w:t>5.</w:t>
            </w:r>
            <w:r>
              <w:t>ru</w:t>
            </w:r>
            <w:r w:rsidRPr="00332DB8">
              <w:rPr>
                <w:lang w:val="ru-RU"/>
              </w:rPr>
              <w:t>/</w:t>
            </w:r>
            <w:r>
              <w:t>text</w:t>
            </w:r>
            <w:r w:rsidRPr="00332DB8">
              <w:rPr>
                <w:lang w:val="ru-RU"/>
              </w:rPr>
              <w:t>/</w:t>
            </w:r>
            <w:r>
              <w:t>warriors</w:t>
            </w:r>
            <w:r w:rsidRPr="00332DB8">
              <w:rPr>
                <w:lang w:val="ru-RU"/>
              </w:rPr>
              <w:t>-</w:t>
            </w:r>
            <w:r>
              <w:t>of</w:t>
            </w:r>
            <w:r w:rsidRPr="00332DB8">
              <w:rPr>
                <w:lang w:val="ru-RU"/>
              </w:rPr>
              <w:t>-</w:t>
            </w:r>
            <w:r>
              <w:t>zion</w:t>
            </w:r>
            <w:r w:rsidRPr="00332DB8">
              <w:rPr>
                <w:lang w:val="ru-RU"/>
              </w:rPr>
              <w:t>-</w:t>
            </w:r>
            <w:r>
              <w:t>antifacomua</w:t>
            </w:r>
            <w:r w:rsidRPr="00332DB8">
              <w:rPr>
                <w:lang w:val="ru-RU"/>
              </w:rPr>
              <w:t xml:space="preserve"> (решение Октябрьского районного суда города Санкт-Петербурга от 27.10.2015);</w:t>
            </w:r>
          </w:p>
        </w:tc>
        <w:tc>
          <w:tcPr>
            <w:tcW w:w="2880" w:type="dxa"/>
          </w:tcPr>
          <w:p w:rsidR="006F7457" w:rsidRPr="00332DB8" w:rsidRDefault="006F7457">
            <w:pPr>
              <w:rPr>
                <w:lang w:val="ru-RU"/>
              </w:rPr>
            </w:pPr>
          </w:p>
        </w:tc>
      </w:tr>
      <w:tr w:rsidR="006F7457">
        <w:tc>
          <w:tcPr>
            <w:tcW w:w="2880" w:type="dxa"/>
          </w:tcPr>
          <w:p w:rsidR="006F7457" w:rsidRDefault="00332DB8">
            <w:r>
              <w:t>3241.</w:t>
            </w:r>
          </w:p>
        </w:tc>
        <w:tc>
          <w:tcPr>
            <w:tcW w:w="2880" w:type="dxa"/>
          </w:tcPr>
          <w:p w:rsidR="006F7457" w:rsidRDefault="00332DB8">
            <w:r w:rsidRPr="00332DB8">
              <w:rPr>
                <w:lang w:val="ru-RU"/>
              </w:rPr>
              <w:t xml:space="preserve">Интернет-сайт, размещенный по электронному адресу: </w:t>
            </w:r>
            <w:r>
              <w:t>http</w:t>
            </w:r>
            <w:r w:rsidRPr="00332DB8">
              <w:rPr>
                <w:lang w:val="ru-RU"/>
              </w:rPr>
              <w:t>://2</w:t>
            </w:r>
            <w:r>
              <w:t>ionwarriors</w:t>
            </w:r>
            <w:r w:rsidRPr="00332DB8">
              <w:rPr>
                <w:lang w:val="ru-RU"/>
              </w:rPr>
              <w:t>.7</w:t>
            </w:r>
            <w:r>
              <w:t>fi</w:t>
            </w:r>
            <w:r w:rsidRPr="00332DB8">
              <w:rPr>
                <w:lang w:val="ru-RU"/>
              </w:rPr>
              <w:t>.</w:t>
            </w:r>
            <w:r>
              <w:t>ru</w:t>
            </w:r>
            <w:r w:rsidRPr="00332DB8">
              <w:rPr>
                <w:lang w:val="ru-RU"/>
              </w:rPr>
              <w:t xml:space="preserve">, и находящийся на нем по электронному адресу: </w:t>
            </w:r>
            <w:r>
              <w:t>http</w:t>
            </w:r>
            <w:r w:rsidRPr="00332DB8">
              <w:rPr>
                <w:lang w:val="ru-RU"/>
              </w:rPr>
              <w:t>://</w:t>
            </w:r>
            <w:r>
              <w:t>zionwarriors</w:t>
            </w:r>
            <w:r w:rsidRPr="00332DB8">
              <w:rPr>
                <w:lang w:val="ru-RU"/>
              </w:rPr>
              <w:t>.7</w:t>
            </w:r>
            <w:r>
              <w:t>fi</w:t>
            </w:r>
            <w:r w:rsidRPr="00332DB8">
              <w:rPr>
                <w:lang w:val="ru-RU"/>
              </w:rPr>
              <w:t>.</w:t>
            </w:r>
            <w:r>
              <w:t>ru</w:t>
            </w:r>
            <w:r w:rsidRPr="00332DB8">
              <w:rPr>
                <w:lang w:val="ru-RU"/>
              </w:rPr>
              <w:t>/</w:t>
            </w:r>
            <w:r>
              <w:t>viewtopic</w:t>
            </w:r>
            <w:r w:rsidRPr="00332DB8">
              <w:rPr>
                <w:lang w:val="ru-RU"/>
              </w:rPr>
              <w:t>.</w:t>
            </w:r>
            <w:r>
              <w:t>php</w:t>
            </w:r>
            <w:r w:rsidRPr="00332DB8">
              <w:rPr>
                <w:lang w:val="ru-RU"/>
              </w:rPr>
              <w:t>?</w:t>
            </w:r>
            <w:r>
              <w:t>id</w:t>
            </w:r>
            <w:r w:rsidRPr="00332DB8">
              <w:rPr>
                <w:lang w:val="ru-RU"/>
              </w:rPr>
              <w:t>=39 текст песни музыкальной группы «</w:t>
            </w:r>
            <w:r>
              <w:t>Warriors</w:t>
            </w:r>
            <w:r w:rsidRPr="00332DB8">
              <w:rPr>
                <w:lang w:val="ru-RU"/>
              </w:rPr>
              <w:t xml:space="preserve"> </w:t>
            </w:r>
            <w:r>
              <w:t>of</w:t>
            </w:r>
            <w:r w:rsidRPr="00332DB8">
              <w:rPr>
                <w:lang w:val="ru-RU"/>
              </w:rPr>
              <w:t xml:space="preserve"> </w:t>
            </w:r>
            <w:r>
              <w:t>Zion</w:t>
            </w:r>
            <w:r w:rsidRPr="00332DB8">
              <w:rPr>
                <w:lang w:val="ru-RU"/>
              </w:rPr>
              <w:t xml:space="preserve">»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w:t>
            </w:r>
            <w:r>
              <w:t>(решение Октябрьского районного суда города Санкт-Петербурга от 27.10.2015);</w:t>
            </w:r>
          </w:p>
        </w:tc>
        <w:tc>
          <w:tcPr>
            <w:tcW w:w="2880" w:type="dxa"/>
          </w:tcPr>
          <w:p w:rsidR="006F7457" w:rsidRDefault="006F7457"/>
        </w:tc>
      </w:tr>
      <w:tr w:rsidR="006F7457" w:rsidRPr="005A424D">
        <w:tc>
          <w:tcPr>
            <w:tcW w:w="2880" w:type="dxa"/>
          </w:tcPr>
          <w:p w:rsidR="006F7457" w:rsidRDefault="00332DB8">
            <w:r>
              <w:t>324</w:t>
            </w:r>
            <w:r>
              <w:lastRenderedPageBreak/>
              <w:t>2.</w:t>
            </w:r>
          </w:p>
        </w:tc>
        <w:tc>
          <w:tcPr>
            <w:tcW w:w="2880" w:type="dxa"/>
          </w:tcPr>
          <w:p w:rsidR="006F7457" w:rsidRPr="00332DB8" w:rsidRDefault="00332DB8">
            <w:pPr>
              <w:rPr>
                <w:lang w:val="ru-RU"/>
              </w:rPr>
            </w:pPr>
            <w:r w:rsidRPr="00332DB8">
              <w:rPr>
                <w:lang w:val="ru-RU"/>
              </w:rPr>
              <w:lastRenderedPageBreak/>
              <w:t xml:space="preserve">Интернет-сайт, размещенный по электронному адресу: </w:t>
            </w:r>
            <w:r>
              <w:t>http</w:t>
            </w:r>
            <w:r w:rsidRPr="00332DB8">
              <w:rPr>
                <w:lang w:val="ru-RU"/>
              </w:rPr>
              <w:t>://2</w:t>
            </w:r>
            <w:r>
              <w:t>ionwarriors</w:t>
            </w:r>
            <w:r w:rsidRPr="00332DB8">
              <w:rPr>
                <w:lang w:val="ru-RU"/>
              </w:rPr>
              <w:t>.7</w:t>
            </w:r>
            <w:r>
              <w:t>fi</w:t>
            </w:r>
            <w:r w:rsidRPr="00332DB8">
              <w:rPr>
                <w:lang w:val="ru-RU"/>
              </w:rPr>
              <w:t>.</w:t>
            </w:r>
            <w:r>
              <w:t>ru</w:t>
            </w:r>
            <w:r w:rsidRPr="00332DB8">
              <w:rPr>
                <w:lang w:val="ru-RU"/>
              </w:rPr>
              <w:t xml:space="preserve">, и находящийся на нем по электронному адресу: </w:t>
            </w:r>
            <w:r>
              <w:t>http</w:t>
            </w:r>
            <w:r w:rsidRPr="00332DB8">
              <w:rPr>
                <w:lang w:val="ru-RU"/>
              </w:rPr>
              <w:t>://</w:t>
            </w:r>
            <w:r>
              <w:t>zionwarriors</w:t>
            </w:r>
            <w:r w:rsidRPr="00332DB8">
              <w:rPr>
                <w:lang w:val="ru-RU"/>
              </w:rPr>
              <w:t>.7</w:t>
            </w:r>
            <w:r>
              <w:t>fi</w:t>
            </w:r>
            <w:r w:rsidRPr="00332DB8">
              <w:rPr>
                <w:lang w:val="ru-RU"/>
              </w:rPr>
              <w:t>.</w:t>
            </w:r>
            <w:r>
              <w:t>ru</w:t>
            </w:r>
            <w:r w:rsidRPr="00332DB8">
              <w:rPr>
                <w:lang w:val="ru-RU"/>
              </w:rPr>
              <w:t>/</w:t>
            </w:r>
            <w:r>
              <w:t>viewtopic</w:t>
            </w:r>
            <w:r w:rsidRPr="00332DB8">
              <w:rPr>
                <w:lang w:val="ru-RU"/>
              </w:rPr>
              <w:t>.</w:t>
            </w:r>
            <w:r>
              <w:t>php</w:t>
            </w:r>
            <w:r w:rsidRPr="00332DB8">
              <w:rPr>
                <w:lang w:val="ru-RU"/>
              </w:rPr>
              <w:t>?</w:t>
            </w:r>
            <w:r>
              <w:t>id</w:t>
            </w:r>
            <w:r w:rsidRPr="00332DB8">
              <w:rPr>
                <w:lang w:val="ru-RU"/>
              </w:rPr>
              <w:t>=39 текст песни музыкальной группы «</w:t>
            </w:r>
            <w:r>
              <w:t>Warriors</w:t>
            </w:r>
            <w:r w:rsidRPr="00332DB8">
              <w:rPr>
                <w:lang w:val="ru-RU"/>
              </w:rPr>
              <w:t xml:space="preserve"> </w:t>
            </w:r>
            <w:r>
              <w:t>of</w:t>
            </w:r>
            <w:r w:rsidRPr="00332DB8">
              <w:rPr>
                <w:lang w:val="ru-RU"/>
              </w:rPr>
              <w:t xml:space="preserve"> </w:t>
            </w:r>
            <w:r>
              <w:t>Zion</w:t>
            </w:r>
            <w:r w:rsidRPr="00332DB8">
              <w:rPr>
                <w:lang w:val="ru-RU"/>
              </w:rPr>
              <w:t xml:space="preserve">»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w:t>
            </w:r>
            <w:r w:rsidRPr="00332DB8">
              <w:rPr>
                <w:lang w:val="ru-RU"/>
              </w:rPr>
              <w:lastRenderedPageBreak/>
              <w:t>города Санкт-Петербурга от 27.10.2015);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3243.</w:t>
            </w:r>
          </w:p>
        </w:tc>
        <w:tc>
          <w:tcPr>
            <w:tcW w:w="2880" w:type="dxa"/>
          </w:tcPr>
          <w:p w:rsidR="006F7457" w:rsidRPr="00332DB8" w:rsidRDefault="00332DB8">
            <w:pPr>
              <w:rPr>
                <w:lang w:val="ru-RU"/>
              </w:rPr>
            </w:pPr>
            <w:r w:rsidRPr="00332DB8">
              <w:rPr>
                <w:lang w:val="ru-RU"/>
              </w:rPr>
              <w:t xml:space="preserve">Интернет-сайт, размещенный по электронному адресу: </w:t>
            </w:r>
            <w:r>
              <w:t>http</w:t>
            </w:r>
            <w:r w:rsidRPr="00332DB8">
              <w:rPr>
                <w:lang w:val="ru-RU"/>
              </w:rPr>
              <w:t>://2</w:t>
            </w:r>
            <w:r>
              <w:t>ionwarriors</w:t>
            </w:r>
            <w:r w:rsidRPr="00332DB8">
              <w:rPr>
                <w:lang w:val="ru-RU"/>
              </w:rPr>
              <w:t>.7</w:t>
            </w:r>
            <w:r>
              <w:t>fi</w:t>
            </w:r>
            <w:r w:rsidRPr="00332DB8">
              <w:rPr>
                <w:lang w:val="ru-RU"/>
              </w:rPr>
              <w:t>.</w:t>
            </w:r>
            <w:r>
              <w:t>ru</w:t>
            </w:r>
            <w:r w:rsidRPr="00332DB8">
              <w:rPr>
                <w:lang w:val="ru-RU"/>
              </w:rPr>
              <w:t xml:space="preserve">, и находящийся на нем по электронному адресу: </w:t>
            </w:r>
            <w:r>
              <w:t>http</w:t>
            </w:r>
            <w:r w:rsidRPr="00332DB8">
              <w:rPr>
                <w:lang w:val="ru-RU"/>
              </w:rPr>
              <w:t>://</w:t>
            </w:r>
            <w:r>
              <w:t>zionwarriors</w:t>
            </w:r>
            <w:r w:rsidRPr="00332DB8">
              <w:rPr>
                <w:lang w:val="ru-RU"/>
              </w:rPr>
              <w:t>.7</w:t>
            </w:r>
            <w:r>
              <w:t>fi</w:t>
            </w:r>
            <w:r w:rsidRPr="00332DB8">
              <w:rPr>
                <w:lang w:val="ru-RU"/>
              </w:rPr>
              <w:t>.</w:t>
            </w:r>
            <w:r>
              <w:t>ru</w:t>
            </w:r>
            <w:r w:rsidRPr="00332DB8">
              <w:rPr>
                <w:lang w:val="ru-RU"/>
              </w:rPr>
              <w:t>/</w:t>
            </w:r>
            <w:r>
              <w:t>viewtopic</w:t>
            </w:r>
            <w:r w:rsidRPr="00332DB8">
              <w:rPr>
                <w:lang w:val="ru-RU"/>
              </w:rPr>
              <w:t>.</w:t>
            </w:r>
            <w:r>
              <w:t>php</w:t>
            </w:r>
            <w:r w:rsidRPr="00332DB8">
              <w:rPr>
                <w:lang w:val="ru-RU"/>
              </w:rPr>
              <w:t>?</w:t>
            </w:r>
            <w:r>
              <w:t>id</w:t>
            </w:r>
            <w:r w:rsidRPr="00332DB8">
              <w:rPr>
                <w:lang w:val="ru-RU"/>
              </w:rPr>
              <w:t>=39 текст песни музыкальной группы «</w:t>
            </w:r>
            <w:r>
              <w:t>Warriors</w:t>
            </w:r>
            <w:r w:rsidRPr="00332DB8">
              <w:rPr>
                <w:lang w:val="ru-RU"/>
              </w:rPr>
              <w:t xml:space="preserve"> </w:t>
            </w:r>
            <w:r>
              <w:t>of</w:t>
            </w:r>
            <w:r w:rsidRPr="00332DB8">
              <w:rPr>
                <w:lang w:val="ru-RU"/>
              </w:rPr>
              <w:t xml:space="preserve"> </w:t>
            </w:r>
            <w:r>
              <w:t>Zion</w:t>
            </w:r>
            <w:r w:rsidRPr="00332DB8">
              <w:rPr>
                <w:lang w:val="ru-RU"/>
              </w:rPr>
              <w:t>»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2880" w:type="dxa"/>
          </w:tcPr>
          <w:p w:rsidR="006F7457" w:rsidRPr="00332DB8" w:rsidRDefault="006F7457">
            <w:pPr>
              <w:rPr>
                <w:lang w:val="ru-RU"/>
              </w:rPr>
            </w:pPr>
          </w:p>
        </w:tc>
      </w:tr>
      <w:tr w:rsidR="006F7457" w:rsidRPr="005A424D">
        <w:tc>
          <w:tcPr>
            <w:tcW w:w="2880" w:type="dxa"/>
          </w:tcPr>
          <w:p w:rsidR="006F7457" w:rsidRDefault="00332DB8">
            <w:r>
              <w:t>3244.</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Интернет-адресам: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RRdBcQY</w:t>
            </w:r>
            <w:r w:rsidRPr="00332DB8">
              <w:rPr>
                <w:lang w:val="ru-RU"/>
              </w:rPr>
              <w:t>-</w:t>
            </w:r>
            <w:r>
              <w:t>OM</w:t>
            </w:r>
            <w:r w:rsidRPr="00332DB8">
              <w:rPr>
                <w:lang w:val="ru-RU"/>
              </w:rPr>
              <w:t xml:space="preserve">0,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aFeD</w:t>
            </w:r>
            <w:r w:rsidRPr="00332DB8">
              <w:rPr>
                <w:lang w:val="ru-RU"/>
              </w:rPr>
              <w:t>5</w:t>
            </w:r>
            <w:r>
              <w:t>xDk</w:t>
            </w:r>
            <w:r w:rsidRPr="00332DB8">
              <w:rPr>
                <w:lang w:val="ru-RU"/>
              </w:rPr>
              <w:t>2</w:t>
            </w:r>
            <w:r>
              <w:t>QM</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=6</w:t>
            </w:r>
            <w:r>
              <w:t>u</w:t>
            </w:r>
            <w:r w:rsidRPr="00332DB8">
              <w:rPr>
                <w:lang w:val="ru-RU"/>
              </w:rPr>
              <w:t>2</w:t>
            </w:r>
            <w:r>
              <w:t>AIPaRtLc</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IvIJxLICfdNQ</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nUB</w:t>
            </w:r>
            <w:r w:rsidRPr="00332DB8">
              <w:rPr>
                <w:lang w:val="ru-RU"/>
              </w:rPr>
              <w:t>11116</w:t>
            </w:r>
            <w:r>
              <w:t>h</w:t>
            </w:r>
            <w:r w:rsidRPr="00332DB8">
              <w:rPr>
                <w:lang w:val="ru-RU"/>
              </w:rPr>
              <w:t>0</w:t>
            </w:r>
            <w:r>
              <w:t>w</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=76</w:t>
            </w:r>
            <w:r>
              <w:t>VHYiNm</w:t>
            </w:r>
            <w:r w:rsidRPr="00332DB8">
              <w:rPr>
                <w:lang w:val="ru-RU"/>
              </w:rPr>
              <w:t>0</w:t>
            </w:r>
            <w:r>
              <w:t>BM</w:t>
            </w:r>
            <w:r w:rsidRPr="00332DB8">
              <w:rPr>
                <w:lang w:val="ru-RU"/>
              </w:rPr>
              <w:t xml:space="preserve">,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cfiDGF</w:t>
            </w:r>
            <w:r w:rsidRPr="00332DB8">
              <w:rPr>
                <w:lang w:val="ru-RU"/>
              </w:rPr>
              <w:t>_</w:t>
            </w:r>
            <w:r>
              <w:t>v</w:t>
            </w:r>
            <w:r w:rsidRPr="00332DB8">
              <w:rPr>
                <w:lang w:val="ru-RU"/>
              </w:rPr>
              <w:t>1</w:t>
            </w:r>
            <w:r>
              <w:t>VY</w:t>
            </w:r>
            <w:r w:rsidRPr="00332DB8">
              <w:rPr>
                <w:lang w:val="ru-RU"/>
              </w:rPr>
              <w:t xml:space="preserve"> (решение Надымского городского суда Ямало-Ненецкого автономного округа от 29.10.2015);</w:t>
            </w:r>
          </w:p>
        </w:tc>
        <w:tc>
          <w:tcPr>
            <w:tcW w:w="2880" w:type="dxa"/>
          </w:tcPr>
          <w:p w:rsidR="006F7457" w:rsidRPr="00332DB8" w:rsidRDefault="006F7457">
            <w:pPr>
              <w:rPr>
                <w:lang w:val="ru-RU"/>
              </w:rPr>
            </w:pPr>
          </w:p>
        </w:tc>
      </w:tr>
      <w:tr w:rsidR="006F7457" w:rsidRPr="005A424D">
        <w:tc>
          <w:tcPr>
            <w:tcW w:w="2880" w:type="dxa"/>
          </w:tcPr>
          <w:p w:rsidR="006F7457" w:rsidRDefault="00332DB8">
            <w:r>
              <w:t>3245.</w:t>
            </w:r>
          </w:p>
        </w:tc>
        <w:tc>
          <w:tcPr>
            <w:tcW w:w="2880" w:type="dxa"/>
          </w:tcPr>
          <w:p w:rsidR="006F7457" w:rsidRPr="00332DB8" w:rsidRDefault="00332DB8">
            <w:pPr>
              <w:rPr>
                <w:lang w:val="ru-RU"/>
              </w:rPr>
            </w:pPr>
            <w:r w:rsidRPr="00332DB8">
              <w:rPr>
                <w:lang w:val="ru-RU"/>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w:t>
            </w:r>
            <w:r>
              <w:t>I</w:t>
            </w:r>
            <w:r w:rsidRPr="00332DB8">
              <w:rPr>
                <w:lang w:val="ru-RU"/>
              </w:rPr>
              <w:t>.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2880" w:type="dxa"/>
          </w:tcPr>
          <w:p w:rsidR="006F7457" w:rsidRPr="00332DB8" w:rsidRDefault="006F7457">
            <w:pPr>
              <w:rPr>
                <w:lang w:val="ru-RU"/>
              </w:rPr>
            </w:pPr>
          </w:p>
        </w:tc>
      </w:tr>
      <w:tr w:rsidR="006F7457" w:rsidRPr="005A424D">
        <w:tc>
          <w:tcPr>
            <w:tcW w:w="2880" w:type="dxa"/>
          </w:tcPr>
          <w:p w:rsidR="006F7457" w:rsidRDefault="00332DB8">
            <w:r>
              <w:t>3246.</w:t>
            </w:r>
          </w:p>
        </w:tc>
        <w:tc>
          <w:tcPr>
            <w:tcW w:w="2880" w:type="dxa"/>
          </w:tcPr>
          <w:p w:rsidR="006F7457" w:rsidRPr="00332DB8" w:rsidRDefault="00332DB8">
            <w:pPr>
              <w:rPr>
                <w:lang w:val="ru-RU"/>
              </w:rPr>
            </w:pPr>
            <w:r w:rsidRPr="00332DB8">
              <w:rPr>
                <w:lang w:val="ru-RU"/>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2880" w:type="dxa"/>
          </w:tcPr>
          <w:p w:rsidR="006F7457" w:rsidRPr="00332DB8" w:rsidRDefault="006F7457">
            <w:pPr>
              <w:rPr>
                <w:lang w:val="ru-RU"/>
              </w:rPr>
            </w:pPr>
          </w:p>
        </w:tc>
      </w:tr>
      <w:tr w:rsidR="006F7457">
        <w:tc>
          <w:tcPr>
            <w:tcW w:w="2880" w:type="dxa"/>
          </w:tcPr>
          <w:p w:rsidR="006F7457" w:rsidRDefault="00332DB8">
            <w:r>
              <w:t>32</w:t>
            </w:r>
            <w:r>
              <w:lastRenderedPageBreak/>
              <w:t>47.</w:t>
            </w:r>
          </w:p>
        </w:tc>
        <w:tc>
          <w:tcPr>
            <w:tcW w:w="2880" w:type="dxa"/>
          </w:tcPr>
          <w:p w:rsidR="006F7457" w:rsidRDefault="00332DB8">
            <w:r w:rsidRPr="00332DB8">
              <w:rPr>
                <w:lang w:val="ru-RU"/>
              </w:rPr>
              <w:lastRenderedPageBreak/>
              <w:t xml:space="preserve">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w:t>
            </w:r>
            <w:r>
              <w:t xml:space="preserve">(решение Йошкар-Олинского </w:t>
            </w:r>
            <w:r>
              <w:lastRenderedPageBreak/>
              <w:t>городского суда Республики Марий Эл от 10.11.2015);</w:t>
            </w:r>
          </w:p>
        </w:tc>
        <w:tc>
          <w:tcPr>
            <w:tcW w:w="2880" w:type="dxa"/>
          </w:tcPr>
          <w:p w:rsidR="006F7457" w:rsidRDefault="006F7457"/>
        </w:tc>
      </w:tr>
      <w:tr w:rsidR="006F7457" w:rsidRPr="005A424D">
        <w:tc>
          <w:tcPr>
            <w:tcW w:w="2880" w:type="dxa"/>
          </w:tcPr>
          <w:p w:rsidR="006F7457" w:rsidRDefault="00332DB8">
            <w:r>
              <w:lastRenderedPageBreak/>
              <w:t>3248.</w:t>
            </w:r>
          </w:p>
        </w:tc>
        <w:tc>
          <w:tcPr>
            <w:tcW w:w="2880" w:type="dxa"/>
          </w:tcPr>
          <w:p w:rsidR="006F7457" w:rsidRPr="00332DB8" w:rsidRDefault="00332DB8">
            <w:pPr>
              <w:rPr>
                <w:lang w:val="ru-RU"/>
              </w:rPr>
            </w:pPr>
            <w:r w:rsidRPr="00332DB8">
              <w:rPr>
                <w:lang w:val="ru-RU"/>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w:t>
            </w:r>
            <w:r>
              <w:t>mp</w:t>
            </w:r>
            <w:r w:rsidRPr="00332DB8">
              <w:rPr>
                <w:lang w:val="ru-RU"/>
              </w:rPr>
              <w:t>4», видеозапись «Брунсвиг-Белый Отряд», видеофайл «Брунсвиг-Белый Отряд.</w:t>
            </w:r>
            <w:r>
              <w:t>mp</w:t>
            </w:r>
            <w:r w:rsidRPr="00332DB8">
              <w:rPr>
                <w:lang w:val="ru-RU"/>
              </w:rPr>
              <w:t>4», видеозапись «ГРОТ и 25/17- Просыпайтесь», видеофайл «ГРОТ и 25_17- Просыпайтесь.</w:t>
            </w:r>
            <w:r>
              <w:t>mp</w:t>
            </w:r>
            <w:r w:rsidRPr="00332DB8">
              <w:rPr>
                <w:lang w:val="ru-RU"/>
              </w:rPr>
              <w:t>4», видеозапись «Слава РУСИ!!!», видеофайл «Слава РУСИ.</w:t>
            </w:r>
            <w:r>
              <w:t>mp</w:t>
            </w:r>
            <w:r w:rsidRPr="00332DB8">
              <w:rPr>
                <w:lang w:val="ru-RU"/>
              </w:rPr>
              <w:t>4», видеозапись «БЕЙ ЧУРБАНЬЕ!!! БЕЙ ЧУРОК!!!», видеофайл «БЕЙ ЧУРБАНЬЕ БЕЙ ЧУРОК.</w:t>
            </w:r>
            <w:r>
              <w:t>mp</w:t>
            </w:r>
            <w:r w:rsidRPr="00332DB8">
              <w:rPr>
                <w:lang w:val="ru-RU"/>
              </w:rPr>
              <w:t>4», аудиозапись «12 июня - Россия для других, Русь - мать для меня!», аудиофайл «12 июня.</w:t>
            </w:r>
            <w:r>
              <w:t>mp</w:t>
            </w:r>
            <w:r w:rsidRPr="00332DB8">
              <w:rPr>
                <w:lang w:val="ru-RU"/>
              </w:rPr>
              <w:t xml:space="preserve">3», размещенные в глобальной сети «Интернет»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133320504 пользователем «Виктор Владимиров» (решение Устьянского районного суда Архангельской области от 06.11.2015);</w:t>
            </w:r>
          </w:p>
        </w:tc>
        <w:tc>
          <w:tcPr>
            <w:tcW w:w="2880" w:type="dxa"/>
          </w:tcPr>
          <w:p w:rsidR="006F7457" w:rsidRPr="00332DB8" w:rsidRDefault="006F7457">
            <w:pPr>
              <w:rPr>
                <w:lang w:val="ru-RU"/>
              </w:rPr>
            </w:pPr>
          </w:p>
        </w:tc>
      </w:tr>
      <w:tr w:rsidR="006F7457">
        <w:tc>
          <w:tcPr>
            <w:tcW w:w="2880" w:type="dxa"/>
          </w:tcPr>
          <w:p w:rsidR="006F7457" w:rsidRDefault="00332DB8">
            <w:r>
              <w:t>3249.</w:t>
            </w:r>
          </w:p>
        </w:tc>
        <w:tc>
          <w:tcPr>
            <w:tcW w:w="2880" w:type="dxa"/>
          </w:tcPr>
          <w:p w:rsidR="006F7457" w:rsidRDefault="00332DB8">
            <w:r w:rsidRPr="00332DB8">
              <w:rPr>
                <w:lang w:val="ru-RU"/>
              </w:rPr>
              <w:t xml:space="preserve">персональная Интернет-страница, открытая для публичного просмотра под авторством пользователя «Анна Владимировна» в социальной сети «ВКонтакте» </w:t>
            </w:r>
            <w:r>
              <w:t>htpp</w:t>
            </w:r>
            <w:r w:rsidRPr="00332DB8">
              <w:rPr>
                <w:lang w:val="ru-RU"/>
              </w:rPr>
              <w:t>://</w:t>
            </w:r>
            <w:r>
              <w:t>vk</w:t>
            </w:r>
            <w:r w:rsidRPr="00332DB8">
              <w:rPr>
                <w:lang w:val="ru-RU"/>
              </w:rPr>
              <w:t>.</w:t>
            </w:r>
            <w:r>
              <w:t>com</w:t>
            </w:r>
            <w:r w:rsidRPr="00332DB8">
              <w:rPr>
                <w:lang w:val="ru-RU"/>
              </w:rPr>
              <w:t>/</w:t>
            </w:r>
            <w:r>
              <w:t>id</w:t>
            </w:r>
            <w:r w:rsidRPr="00332DB8">
              <w:rPr>
                <w:lang w:val="ru-RU"/>
              </w:rPr>
              <w:t xml:space="preserve">249446827 с размещенными на изображениях текстами «Убей … - порадуй маму ☺», «Нету плохих наций просто есть …» </w:t>
            </w:r>
            <w:r>
              <w:t>(решение Дивногорского городского суда Красноярского края от 03.11.2015);</w:t>
            </w:r>
          </w:p>
        </w:tc>
        <w:tc>
          <w:tcPr>
            <w:tcW w:w="2880" w:type="dxa"/>
          </w:tcPr>
          <w:p w:rsidR="006F7457" w:rsidRDefault="006F7457"/>
        </w:tc>
      </w:tr>
      <w:tr w:rsidR="006F7457" w:rsidRPr="005A424D">
        <w:tc>
          <w:tcPr>
            <w:tcW w:w="2880" w:type="dxa"/>
          </w:tcPr>
          <w:p w:rsidR="006F7457" w:rsidRDefault="00332DB8">
            <w:r>
              <w:t>3250.</w:t>
            </w:r>
          </w:p>
        </w:tc>
        <w:tc>
          <w:tcPr>
            <w:tcW w:w="2880" w:type="dxa"/>
          </w:tcPr>
          <w:p w:rsidR="006F7457" w:rsidRPr="00332DB8" w:rsidRDefault="00332DB8">
            <w:pPr>
              <w:rPr>
                <w:lang w:val="ru-RU"/>
              </w:rPr>
            </w:pPr>
            <w:r w:rsidRPr="00332DB8">
              <w:rPr>
                <w:lang w:val="ru-RU"/>
              </w:rPr>
              <w:t xml:space="preserve">Текст аудиозаписи под названием «Исполняю Я Про Хачей», длительностью 2 мин. 37 сек., размещенный в сети Интернет по электронному адресу: </w:t>
            </w:r>
            <w:r>
              <w:t>pesni</w:t>
            </w:r>
            <w:r w:rsidRPr="00332DB8">
              <w:rPr>
                <w:lang w:val="ru-RU"/>
              </w:rPr>
              <w:t>.</w:t>
            </w:r>
            <w:r>
              <w:t>fm</w:t>
            </w:r>
            <w:r w:rsidRPr="00332DB8">
              <w:rPr>
                <w:lang w:val="ru-RU"/>
              </w:rPr>
              <w:t>/</w:t>
            </w:r>
            <w:r>
              <w:t>search</w:t>
            </w:r>
            <w:r w:rsidRPr="00332DB8">
              <w:rPr>
                <w:lang w:val="ru-RU"/>
              </w:rPr>
              <w:t>/Исполняю+Я+про+хачей (решение Выборгского районного суда города Санкт-Петербурга от 10.09.2015);</w:t>
            </w:r>
          </w:p>
        </w:tc>
        <w:tc>
          <w:tcPr>
            <w:tcW w:w="2880" w:type="dxa"/>
          </w:tcPr>
          <w:p w:rsidR="006F7457" w:rsidRPr="00332DB8" w:rsidRDefault="006F7457">
            <w:pPr>
              <w:rPr>
                <w:lang w:val="ru-RU"/>
              </w:rPr>
            </w:pPr>
          </w:p>
        </w:tc>
      </w:tr>
      <w:tr w:rsidR="006F7457" w:rsidRPr="005A424D">
        <w:tc>
          <w:tcPr>
            <w:tcW w:w="2880" w:type="dxa"/>
          </w:tcPr>
          <w:p w:rsidR="006F7457" w:rsidRDefault="00332DB8">
            <w:r>
              <w:t>3251.</w:t>
            </w:r>
          </w:p>
        </w:tc>
        <w:tc>
          <w:tcPr>
            <w:tcW w:w="2880" w:type="dxa"/>
          </w:tcPr>
          <w:p w:rsidR="006F7457" w:rsidRPr="00332DB8" w:rsidRDefault="00332DB8">
            <w:pPr>
              <w:rPr>
                <w:lang w:val="ru-RU"/>
              </w:rPr>
            </w:pPr>
            <w:r w:rsidRPr="00332DB8">
              <w:rPr>
                <w:lang w:val="ru-RU"/>
              </w:rPr>
              <w:t xml:space="preserve">Материалы, размещенные в социальной сети «ВКонтакте» на Интернет-странице (3 аудиофайла, название которых содержат ненормативную лексику)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222035587 (решение Бежицкого районного суда г. Брянска от 10.11.2015);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3252.</w:t>
            </w:r>
          </w:p>
        </w:tc>
        <w:tc>
          <w:tcPr>
            <w:tcW w:w="2880" w:type="dxa"/>
          </w:tcPr>
          <w:p w:rsidR="006F7457" w:rsidRPr="00332DB8" w:rsidRDefault="00332DB8">
            <w:pPr>
              <w:rPr>
                <w:lang w:val="ru-RU"/>
              </w:rPr>
            </w:pPr>
            <w:r w:rsidRPr="00332DB8">
              <w:rPr>
                <w:lang w:val="ru-RU"/>
              </w:rPr>
              <w:t xml:space="preserve">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w:t>
            </w:r>
            <w:r>
              <w:t>zaycevnet</w:t>
            </w:r>
            <w:r w:rsidRPr="00332DB8">
              <w:rPr>
                <w:lang w:val="ru-RU"/>
              </w:rPr>
              <w:t>.</w:t>
            </w:r>
            <w:r>
              <w:t>info</w:t>
            </w:r>
            <w:r w:rsidRPr="00332DB8">
              <w:rPr>
                <w:lang w:val="ru-RU"/>
              </w:rPr>
              <w:t xml:space="preserve">, </w:t>
            </w:r>
            <w:r>
              <w:t>xmusic</w:t>
            </w:r>
            <w:r w:rsidRPr="00332DB8">
              <w:rPr>
                <w:lang w:val="ru-RU"/>
              </w:rPr>
              <w:t>-</w:t>
            </w:r>
            <w:r>
              <w:t>wm</w:t>
            </w:r>
            <w:r w:rsidRPr="00332DB8">
              <w:rPr>
                <w:lang w:val="ru-RU"/>
              </w:rPr>
              <w:t>-</w:t>
            </w:r>
            <w:r>
              <w:t>scripts</w:t>
            </w:r>
            <w:r w:rsidRPr="00332DB8">
              <w:rPr>
                <w:lang w:val="ru-RU"/>
              </w:rPr>
              <w:t>.</w:t>
            </w:r>
            <w:r>
              <w:t>ru</w:t>
            </w:r>
            <w:r w:rsidRPr="00332DB8">
              <w:rPr>
                <w:lang w:val="ru-RU"/>
              </w:rPr>
              <w:t xml:space="preserve"> и </w:t>
            </w:r>
            <w:r>
              <w:t>qmp</w:t>
            </w:r>
            <w:r w:rsidRPr="00332DB8">
              <w:rPr>
                <w:lang w:val="ru-RU"/>
              </w:rPr>
              <w:t>3</w:t>
            </w:r>
            <w:r>
              <w:t>music</w:t>
            </w:r>
            <w:r w:rsidRPr="00332DB8">
              <w:rPr>
                <w:lang w:val="ru-RU"/>
              </w:rPr>
              <w:t>.</w:t>
            </w:r>
            <w:r>
              <w:t>ru</w:t>
            </w:r>
            <w:r w:rsidRPr="00332DB8">
              <w:rPr>
                <w:lang w:val="ru-RU"/>
              </w:rPr>
              <w:t xml:space="preserve"> по электронным адресам: </w:t>
            </w:r>
            <w:r>
              <w:t>http</w:t>
            </w:r>
            <w:r w:rsidRPr="00332DB8">
              <w:rPr>
                <w:lang w:val="ru-RU"/>
              </w:rPr>
              <w:t>://</w:t>
            </w:r>
            <w:r>
              <w:t>zaycevnet</w:t>
            </w:r>
            <w:r w:rsidRPr="00332DB8">
              <w:rPr>
                <w:lang w:val="ru-RU"/>
              </w:rPr>
              <w:t>.</w:t>
            </w:r>
            <w:r>
              <w:t>info</w:t>
            </w:r>
            <w:r w:rsidRPr="00332DB8">
              <w:rPr>
                <w:lang w:val="ru-RU"/>
              </w:rPr>
              <w:t>/</w:t>
            </w:r>
            <w:r>
              <w:t>file</w:t>
            </w:r>
            <w:r w:rsidRPr="00332DB8">
              <w:rPr>
                <w:lang w:val="ru-RU"/>
              </w:rPr>
              <w:t xml:space="preserve">/Русские-Песня%20против%20хачей/; </w:t>
            </w:r>
            <w:r>
              <w:t>http</w:t>
            </w:r>
            <w:r w:rsidRPr="00332DB8">
              <w:rPr>
                <w:lang w:val="ru-RU"/>
              </w:rPr>
              <w:t>://</w:t>
            </w:r>
            <w:r>
              <w:t>xmusic</w:t>
            </w:r>
            <w:r w:rsidRPr="00332DB8">
              <w:rPr>
                <w:lang w:val="ru-RU"/>
              </w:rPr>
              <w:t>-</w:t>
            </w:r>
            <w:r>
              <w:t>wm</w:t>
            </w:r>
            <w:r w:rsidRPr="00332DB8">
              <w:rPr>
                <w:lang w:val="ru-RU"/>
              </w:rPr>
              <w:t>-</w:t>
            </w:r>
            <w:r>
              <w:t>scripts</w:t>
            </w:r>
            <w:r w:rsidRPr="00332DB8">
              <w:rPr>
                <w:lang w:val="ru-RU"/>
              </w:rPr>
              <w:t>.</w:t>
            </w:r>
            <w:r>
              <w:t>ru</w:t>
            </w:r>
            <w:r w:rsidRPr="00332DB8">
              <w:rPr>
                <w:lang w:val="ru-RU"/>
              </w:rPr>
              <w:t xml:space="preserve">/против-хачей/; </w:t>
            </w:r>
            <w:r>
              <w:t>http</w:t>
            </w:r>
            <w:r w:rsidRPr="00332DB8">
              <w:rPr>
                <w:lang w:val="ru-RU"/>
              </w:rPr>
              <w:t>://</w:t>
            </w:r>
            <w:r>
              <w:t>qmp</w:t>
            </w:r>
            <w:r w:rsidRPr="00332DB8">
              <w:rPr>
                <w:lang w:val="ru-RU"/>
              </w:rPr>
              <w:t>3</w:t>
            </w:r>
            <w:r>
              <w:t>music</w:t>
            </w:r>
            <w:r w:rsidRPr="00332DB8">
              <w:rPr>
                <w:lang w:val="ru-RU"/>
              </w:rPr>
              <w:t>.</w:t>
            </w:r>
            <w:r>
              <w:t>ru</w:t>
            </w:r>
            <w:r w:rsidRPr="00332DB8">
              <w:rPr>
                <w:lang w:val="ru-RU"/>
              </w:rPr>
              <w:t>/</w:t>
            </w:r>
            <w:r>
              <w:t>artist</w:t>
            </w:r>
            <w:r w:rsidRPr="00332DB8">
              <w:rPr>
                <w:lang w:val="ru-RU"/>
              </w:rPr>
              <w:t>/Песня+против+хачей.</w:t>
            </w:r>
            <w:r>
              <w:t>aspx</w:t>
            </w:r>
            <w:r w:rsidRPr="00332DB8">
              <w:rPr>
                <w:lang w:val="ru-RU"/>
              </w:rPr>
              <w:t xml:space="preserve"> (решение Сестрорецкого районного суда города Санкт-Петербурга от 07.10.2015);</w:t>
            </w:r>
          </w:p>
        </w:tc>
        <w:tc>
          <w:tcPr>
            <w:tcW w:w="2880" w:type="dxa"/>
          </w:tcPr>
          <w:p w:rsidR="006F7457" w:rsidRPr="00332DB8" w:rsidRDefault="006F7457">
            <w:pPr>
              <w:rPr>
                <w:lang w:val="ru-RU"/>
              </w:rPr>
            </w:pPr>
          </w:p>
        </w:tc>
      </w:tr>
      <w:tr w:rsidR="006F7457" w:rsidRPr="005A424D">
        <w:tc>
          <w:tcPr>
            <w:tcW w:w="2880" w:type="dxa"/>
          </w:tcPr>
          <w:p w:rsidR="006F7457" w:rsidRDefault="00332DB8">
            <w:r>
              <w:t>3253.</w:t>
            </w:r>
          </w:p>
        </w:tc>
        <w:tc>
          <w:tcPr>
            <w:tcW w:w="2880" w:type="dxa"/>
          </w:tcPr>
          <w:p w:rsidR="006F7457" w:rsidRPr="00332DB8" w:rsidRDefault="00332DB8">
            <w:pPr>
              <w:rPr>
                <w:lang w:val="ru-RU"/>
              </w:rPr>
            </w:pPr>
            <w:r w:rsidRPr="00332DB8">
              <w:rPr>
                <w:lang w:val="ru-RU"/>
              </w:rPr>
              <w:t xml:space="preserve">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w:t>
            </w:r>
            <w:r>
              <w:t>http</w:t>
            </w:r>
            <w:r w:rsidRPr="00332DB8">
              <w:rPr>
                <w:lang w:val="ru-RU"/>
              </w:rPr>
              <w:t>://</w:t>
            </w:r>
            <w:r>
              <w:t>kre</w:t>
            </w:r>
            <w:r w:rsidRPr="00332DB8">
              <w:rPr>
                <w:lang w:val="ru-RU"/>
              </w:rPr>
              <w:t>.</w:t>
            </w:r>
            <w:r>
              <w:t>ru</w:t>
            </w:r>
            <w:r w:rsidRPr="00332DB8">
              <w:rPr>
                <w:lang w:val="ru-RU"/>
              </w:rPr>
              <w:t>/</w:t>
            </w:r>
            <w:r>
              <w:t>partiinaya</w:t>
            </w:r>
            <w:r w:rsidRPr="00332DB8">
              <w:rPr>
                <w:lang w:val="ru-RU"/>
              </w:rPr>
              <w:t>-</w:t>
            </w:r>
            <w:r>
              <w:t>pechat</w:t>
            </w:r>
            <w:r w:rsidRPr="00332DB8">
              <w:rPr>
                <w:lang w:val="ru-RU"/>
              </w:rPr>
              <w:t>/</w:t>
            </w:r>
            <w:r>
              <w:t>mera</w:t>
            </w:r>
            <w:r w:rsidRPr="00332DB8">
              <w:rPr>
                <w:lang w:val="ru-RU"/>
              </w:rPr>
              <w:t>-</w:t>
            </w:r>
            <w:r>
              <w:t>za</w:t>
            </w:r>
            <w:r w:rsidRPr="00332DB8">
              <w:rPr>
                <w:lang w:val="ru-RU"/>
              </w:rPr>
              <w:t>-</w:t>
            </w:r>
            <w:r>
              <w:t>meru</w:t>
            </w:r>
            <w:r w:rsidRPr="00332DB8">
              <w:rPr>
                <w:lang w:val="ru-RU"/>
              </w:rPr>
              <w:t>/4195-</w:t>
            </w:r>
            <w:r>
              <w:t>mera</w:t>
            </w:r>
            <w:r w:rsidRPr="00332DB8">
              <w:rPr>
                <w:lang w:val="ru-RU"/>
              </w:rPr>
              <w:t>-8-2013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2880" w:type="dxa"/>
          </w:tcPr>
          <w:p w:rsidR="006F7457" w:rsidRPr="00332DB8" w:rsidRDefault="006F7457">
            <w:pPr>
              <w:rPr>
                <w:lang w:val="ru-RU"/>
              </w:rPr>
            </w:pPr>
          </w:p>
        </w:tc>
      </w:tr>
      <w:tr w:rsidR="006F7457" w:rsidRPr="005A424D">
        <w:tc>
          <w:tcPr>
            <w:tcW w:w="2880" w:type="dxa"/>
          </w:tcPr>
          <w:p w:rsidR="006F7457" w:rsidRDefault="00332DB8">
            <w:r>
              <w:t>3254.</w:t>
            </w:r>
          </w:p>
        </w:tc>
        <w:tc>
          <w:tcPr>
            <w:tcW w:w="2880" w:type="dxa"/>
          </w:tcPr>
          <w:p w:rsidR="006F7457" w:rsidRPr="00332DB8" w:rsidRDefault="00332DB8">
            <w:pPr>
              <w:rPr>
                <w:lang w:val="ru-RU"/>
              </w:rPr>
            </w:pPr>
            <w:r w:rsidRPr="00332DB8">
              <w:rPr>
                <w:lang w:val="ru-RU"/>
              </w:rPr>
              <w:t xml:space="preserve">Информационный материал-текст аудиозаписи «*ей москалей», длительностью 02 минуты 47 секунд, размещенный на интернет-сайте: </w:t>
            </w:r>
            <w:r>
              <w:t>vk</w:t>
            </w:r>
            <w:r w:rsidRPr="00332DB8">
              <w:rPr>
                <w:lang w:val="ru-RU"/>
              </w:rPr>
              <w:t>.</w:t>
            </w:r>
            <w:r>
              <w:t>com</w:t>
            </w:r>
            <w:r w:rsidRPr="00332DB8">
              <w:rPr>
                <w:lang w:val="ru-RU"/>
              </w:rPr>
              <w:t xml:space="preserve"> по электронному адресу: </w:t>
            </w:r>
            <w:r>
              <w:t>http</w:t>
            </w:r>
            <w:r w:rsidRPr="00332DB8">
              <w:rPr>
                <w:lang w:val="ru-RU"/>
              </w:rPr>
              <w:t>://</w:t>
            </w:r>
            <w:r>
              <w:t>vk</w:t>
            </w:r>
            <w:r w:rsidRPr="00332DB8">
              <w:rPr>
                <w:lang w:val="ru-RU"/>
              </w:rPr>
              <w:t>.</w:t>
            </w:r>
            <w:r>
              <w:t>com</w:t>
            </w:r>
            <w:r w:rsidRPr="00332DB8">
              <w:rPr>
                <w:lang w:val="ru-RU"/>
              </w:rPr>
              <w:t>/</w:t>
            </w:r>
            <w:r>
              <w:t>audios</w:t>
            </w:r>
            <w:r w:rsidRPr="00332DB8">
              <w:rPr>
                <w:lang w:val="ru-RU"/>
              </w:rPr>
              <w:t>164194?</w:t>
            </w:r>
            <w:r>
              <w:t>q</w:t>
            </w:r>
            <w:r w:rsidRPr="00332DB8">
              <w:rPr>
                <w:lang w:val="ru-RU"/>
              </w:rPr>
              <w:t>=бей%20москалей (решение Сестрорецкого районного суда города Санкт-Петербурга от 05.11.2015);</w:t>
            </w:r>
          </w:p>
        </w:tc>
        <w:tc>
          <w:tcPr>
            <w:tcW w:w="2880" w:type="dxa"/>
          </w:tcPr>
          <w:p w:rsidR="006F7457" w:rsidRPr="00332DB8" w:rsidRDefault="006F7457">
            <w:pPr>
              <w:rPr>
                <w:lang w:val="ru-RU"/>
              </w:rPr>
            </w:pPr>
          </w:p>
        </w:tc>
      </w:tr>
      <w:tr w:rsidR="006F7457">
        <w:tc>
          <w:tcPr>
            <w:tcW w:w="2880" w:type="dxa"/>
          </w:tcPr>
          <w:p w:rsidR="006F7457" w:rsidRDefault="00332DB8">
            <w:r>
              <w:t>3255.</w:t>
            </w:r>
          </w:p>
        </w:tc>
        <w:tc>
          <w:tcPr>
            <w:tcW w:w="2880" w:type="dxa"/>
          </w:tcPr>
          <w:p w:rsidR="006F7457" w:rsidRDefault="00332DB8">
            <w:r w:rsidRPr="00332DB8">
              <w:rPr>
                <w:lang w:val="ru-RU"/>
              </w:rPr>
              <w:t xml:space="preserve">Размещенные в сети «Интернет», на общедоступной странице «Роман Мумладзе» в социальной сети «ВКонтакте» по веб-адресу </w:t>
            </w:r>
            <w:r>
              <w:t>www</w:t>
            </w:r>
            <w:r w:rsidRPr="00332DB8">
              <w:rPr>
                <w:lang w:val="ru-RU"/>
              </w:rPr>
              <w:t>.</w:t>
            </w:r>
            <w:r>
              <w:t>vk</w:t>
            </w:r>
            <w:r w:rsidRPr="00332DB8">
              <w:rPr>
                <w:lang w:val="ru-RU"/>
              </w:rPr>
              <w:t>.</w:t>
            </w:r>
            <w:r>
              <w:t>com</w:t>
            </w:r>
            <w:r w:rsidRPr="00332DB8">
              <w:rPr>
                <w:lang w:val="ru-RU"/>
              </w:rPr>
              <w:t>/</w:t>
            </w:r>
            <w:r>
              <w:t>karboff</w:t>
            </w:r>
            <w:r w:rsidRPr="00332DB8">
              <w:rPr>
                <w:lang w:val="ru-RU"/>
              </w:rPr>
              <w:t xml:space="preserve">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w:t>
            </w:r>
            <w:r>
              <w:t>(решение Центрального районного суда г. Сочи от 28.10.2015).</w:t>
            </w:r>
          </w:p>
        </w:tc>
        <w:tc>
          <w:tcPr>
            <w:tcW w:w="2880" w:type="dxa"/>
          </w:tcPr>
          <w:p w:rsidR="006F7457" w:rsidRDefault="006F7457"/>
        </w:tc>
      </w:tr>
      <w:tr w:rsidR="006F7457" w:rsidRPr="005A424D">
        <w:tc>
          <w:tcPr>
            <w:tcW w:w="2880" w:type="dxa"/>
          </w:tcPr>
          <w:p w:rsidR="006F7457" w:rsidRDefault="00332DB8">
            <w:r>
              <w:t>32</w:t>
            </w:r>
            <w:r>
              <w:lastRenderedPageBreak/>
              <w:t>56.</w:t>
            </w:r>
          </w:p>
        </w:tc>
        <w:tc>
          <w:tcPr>
            <w:tcW w:w="2880" w:type="dxa"/>
          </w:tcPr>
          <w:p w:rsidR="006F7457" w:rsidRPr="00332DB8" w:rsidRDefault="00332DB8">
            <w:pPr>
              <w:rPr>
                <w:lang w:val="ru-RU"/>
              </w:rPr>
            </w:pPr>
            <w:r w:rsidRPr="00332DB8">
              <w:rPr>
                <w:lang w:val="ru-RU"/>
              </w:rPr>
              <w:lastRenderedPageBreak/>
              <w:t xml:space="preserve">Видеоролик, размещенный на странице сети «Интернет» по адресу: </w:t>
            </w:r>
            <w:r>
              <w:t>http</w:t>
            </w:r>
            <w:r w:rsidRPr="00332DB8">
              <w:rPr>
                <w:lang w:val="ru-RU"/>
              </w:rPr>
              <w:t>:</w:t>
            </w:r>
            <w:r>
              <w:t>vk</w:t>
            </w:r>
            <w:r w:rsidRPr="00332DB8">
              <w:rPr>
                <w:lang w:val="ru-RU"/>
              </w:rPr>
              <w:t>.</w:t>
            </w:r>
            <w:r>
              <w:t>com</w:t>
            </w:r>
            <w:r w:rsidRPr="00332DB8">
              <w:rPr>
                <w:lang w:val="ru-RU"/>
              </w:rPr>
              <w:t>/</w:t>
            </w:r>
            <w:r>
              <w:t>jiuc</w:t>
            </w:r>
            <w:r w:rsidRPr="00332DB8">
              <w:rPr>
                <w:lang w:val="ru-RU"/>
              </w:rPr>
              <w:t>_88, в видеофайле с названием «</w:t>
            </w:r>
            <w:r>
              <w:t>You</w:t>
            </w:r>
            <w:r w:rsidRPr="00332DB8">
              <w:rPr>
                <w:lang w:val="ru-RU"/>
              </w:rPr>
              <w:t xml:space="preserve"> </w:t>
            </w:r>
            <w:r>
              <w:t>Must</w:t>
            </w:r>
            <w:r w:rsidRPr="00332DB8">
              <w:rPr>
                <w:lang w:val="ru-RU"/>
              </w:rPr>
              <w:t xml:space="preserve"> </w:t>
            </w:r>
            <w:r>
              <w:t>Murder</w:t>
            </w:r>
            <w:r w:rsidRPr="00332DB8">
              <w:rPr>
                <w:lang w:val="ru-RU"/>
              </w:rPr>
              <w:t xml:space="preserve"> – Злая Россия.</w:t>
            </w:r>
            <w:r>
              <w:t>mp</w:t>
            </w:r>
            <w:r w:rsidRPr="00332DB8">
              <w:rPr>
                <w:lang w:val="ru-RU"/>
              </w:rPr>
              <w:t xml:space="preserve">4» (решение Богородского городского суда Нижегородской </w:t>
            </w:r>
            <w:r w:rsidRPr="00332DB8">
              <w:rPr>
                <w:lang w:val="ru-RU"/>
              </w:rPr>
              <w:lastRenderedPageBreak/>
              <w:t>области от 20.10.2015);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3257.</w:t>
            </w:r>
          </w:p>
        </w:tc>
        <w:tc>
          <w:tcPr>
            <w:tcW w:w="2880" w:type="dxa"/>
          </w:tcPr>
          <w:p w:rsidR="006F7457" w:rsidRPr="00332DB8" w:rsidRDefault="00332DB8">
            <w:pPr>
              <w:rPr>
                <w:lang w:val="ru-RU"/>
              </w:rPr>
            </w:pPr>
            <w:r w:rsidRPr="00332DB8">
              <w:rPr>
                <w:lang w:val="ru-RU"/>
              </w:rPr>
              <w:t>Размещенные Гугенгеймер О.В. материалы в форме видеозаписей в сети «Интернет», обнаруженные на сайте «</w:t>
            </w:r>
            <w:r>
              <w:t>http</w:t>
            </w:r>
            <w:r w:rsidRPr="00332DB8">
              <w:rPr>
                <w:lang w:val="ru-RU"/>
              </w:rPr>
              <w:t>://</w:t>
            </w:r>
            <w:r>
              <w:t>www</w:t>
            </w:r>
            <w:r w:rsidRPr="00332DB8">
              <w:rPr>
                <w:lang w:val="ru-RU"/>
              </w:rPr>
              <w:t>.</w:t>
            </w:r>
            <w:r>
              <w:t>vk</w:t>
            </w:r>
            <w:r w:rsidRPr="00332DB8">
              <w:rPr>
                <w:lang w:val="ru-RU"/>
              </w:rPr>
              <w:t>.</w:t>
            </w:r>
            <w:r>
              <w:t>com</w:t>
            </w:r>
            <w:r w:rsidRPr="00332DB8">
              <w:rPr>
                <w:lang w:val="ru-RU"/>
              </w:rPr>
              <w:t>», в учетной записи пользователя «Оскар Гугенгеймер»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id</w:t>
            </w:r>
            <w:r w:rsidRPr="00332DB8">
              <w:rPr>
                <w:lang w:val="ru-RU"/>
              </w:rPr>
              <w:t>254625290) 1) «Русские националисты. Скинхеды» («</w:t>
            </w:r>
            <w:r>
              <w:t>Russkie</w:t>
            </w:r>
            <w:r w:rsidRPr="00332DB8">
              <w:rPr>
                <w:lang w:val="ru-RU"/>
              </w:rPr>
              <w:t xml:space="preserve"> </w:t>
            </w:r>
            <w:r>
              <w:t>nasionalisty</w:t>
            </w:r>
            <w:r w:rsidRPr="00332DB8">
              <w:rPr>
                <w:lang w:val="ru-RU"/>
              </w:rPr>
              <w:t xml:space="preserve">. </w:t>
            </w:r>
            <w:r>
              <w:t>Skinhedy</w:t>
            </w:r>
            <w:r w:rsidRPr="00332DB8">
              <w:rPr>
                <w:lang w:val="ru-RU"/>
              </w:rPr>
              <w:t>/240»), 2) «Москва. 2009. Автономное сопротивление» («</w:t>
            </w:r>
            <w:r>
              <w:t>Mos</w:t>
            </w:r>
            <w:r w:rsidRPr="00332DB8">
              <w:rPr>
                <w:lang w:val="ru-RU"/>
              </w:rPr>
              <w:t>к</w:t>
            </w:r>
            <w:r>
              <w:t>va</w:t>
            </w:r>
            <w:r w:rsidRPr="00332DB8">
              <w:rPr>
                <w:lang w:val="ru-RU"/>
              </w:rPr>
              <w:t xml:space="preserve">. 2009. </w:t>
            </w:r>
            <w:r>
              <w:t>Avtonomnoe</w:t>
            </w:r>
            <w:r w:rsidRPr="00332DB8">
              <w:rPr>
                <w:lang w:val="ru-RU"/>
              </w:rPr>
              <w:t xml:space="preserve"> </w:t>
            </w:r>
            <w:r>
              <w:t>soprotivlenie</w:t>
            </w:r>
            <w:r w:rsidRPr="00332DB8">
              <w:rPr>
                <w:lang w:val="ru-RU"/>
              </w:rPr>
              <w:t>»), 3) «Онархея 88 и АлисА - Гимн национал-алисистов» («</w:t>
            </w:r>
            <w:r>
              <w:t>Onarheya</w:t>
            </w:r>
            <w:r w:rsidRPr="00332DB8">
              <w:rPr>
                <w:lang w:val="ru-RU"/>
              </w:rPr>
              <w:t xml:space="preserve"> 88 </w:t>
            </w:r>
            <w:r>
              <w:t>i</w:t>
            </w:r>
            <w:r w:rsidRPr="00332DB8">
              <w:rPr>
                <w:lang w:val="ru-RU"/>
              </w:rPr>
              <w:t xml:space="preserve"> </w:t>
            </w:r>
            <w:r>
              <w:t>AlisA</w:t>
            </w:r>
            <w:r w:rsidRPr="00332DB8">
              <w:rPr>
                <w:lang w:val="ru-RU"/>
              </w:rPr>
              <w:t xml:space="preserve"> - </w:t>
            </w:r>
            <w:r>
              <w:t>gimn</w:t>
            </w:r>
            <w:r w:rsidRPr="00332DB8">
              <w:rPr>
                <w:lang w:val="ru-RU"/>
              </w:rPr>
              <w:t xml:space="preserve"> </w:t>
            </w:r>
            <w:r>
              <w:t>nasional</w:t>
            </w:r>
            <w:r w:rsidRPr="00332DB8">
              <w:rPr>
                <w:lang w:val="ru-RU"/>
              </w:rPr>
              <w:t>-</w:t>
            </w:r>
            <w:r>
              <w:t>alisistov</w:t>
            </w:r>
            <w:r w:rsidRPr="00332DB8">
              <w:rPr>
                <w:lang w:val="ru-RU"/>
              </w:rPr>
              <w:t>.240») (решение Железнодорожного районного суда г. Улан-Удэ от 26.11.2015);</w:t>
            </w:r>
          </w:p>
        </w:tc>
        <w:tc>
          <w:tcPr>
            <w:tcW w:w="2880" w:type="dxa"/>
          </w:tcPr>
          <w:p w:rsidR="006F7457" w:rsidRPr="00332DB8" w:rsidRDefault="006F7457">
            <w:pPr>
              <w:rPr>
                <w:lang w:val="ru-RU"/>
              </w:rPr>
            </w:pPr>
          </w:p>
        </w:tc>
      </w:tr>
      <w:tr w:rsidR="006F7457" w:rsidRPr="005A424D">
        <w:tc>
          <w:tcPr>
            <w:tcW w:w="2880" w:type="dxa"/>
          </w:tcPr>
          <w:p w:rsidR="006F7457" w:rsidRDefault="00332DB8">
            <w:r>
              <w:t>3258.</w:t>
            </w:r>
          </w:p>
        </w:tc>
        <w:tc>
          <w:tcPr>
            <w:tcW w:w="2880" w:type="dxa"/>
          </w:tcPr>
          <w:p w:rsidR="006F7457" w:rsidRPr="00332DB8" w:rsidRDefault="00332DB8">
            <w:pPr>
              <w:rPr>
                <w:lang w:val="ru-RU"/>
              </w:rPr>
            </w:pPr>
            <w:r w:rsidRPr="00332DB8">
              <w:rPr>
                <w:lang w:val="ru-RU"/>
              </w:rPr>
              <w:t>Аудиозаписи под названием «14\ /88 - Зиг хай», «1488 - Зига, зага, ой», «1488 [</w:t>
            </w:r>
            <w:r>
              <w:t>vkhp</w:t>
            </w:r>
            <w:r w:rsidRPr="00332DB8">
              <w:rPr>
                <w:lang w:val="ru-RU"/>
              </w:rPr>
              <w:t>.</w:t>
            </w:r>
            <w:r>
              <w:t>net</w:t>
            </w:r>
            <w:r w:rsidRPr="00332DB8">
              <w:rPr>
                <w:lang w:val="ru-RU"/>
              </w:rPr>
              <w:t xml:space="preserve">] - Слава России! Слава Руси!», размещенные на интернет-странице </w:t>
            </w:r>
            <w:r>
              <w:t>https</w:t>
            </w:r>
            <w:r w:rsidRPr="00332DB8">
              <w:rPr>
                <w:lang w:val="ru-RU"/>
              </w:rPr>
              <w:t>.//</w:t>
            </w:r>
            <w:r>
              <w:t>vk</w:t>
            </w:r>
            <w:r w:rsidRPr="00332DB8">
              <w:rPr>
                <w:lang w:val="ru-RU"/>
              </w:rPr>
              <w:t>.</w:t>
            </w:r>
            <w:r>
              <w:t>com</w:t>
            </w:r>
            <w:r w:rsidRPr="00332DB8">
              <w:rPr>
                <w:lang w:val="ru-RU"/>
              </w:rPr>
              <w:t>/</w:t>
            </w:r>
            <w:r>
              <w:t>id</w:t>
            </w:r>
            <w:r w:rsidRPr="00332DB8">
              <w:rPr>
                <w:lang w:val="ru-RU"/>
              </w:rPr>
              <w:t>206705711 (решение Центрального районного суда г. Хабаровска от 16.10.2015).</w:t>
            </w:r>
          </w:p>
        </w:tc>
        <w:tc>
          <w:tcPr>
            <w:tcW w:w="2880" w:type="dxa"/>
          </w:tcPr>
          <w:p w:rsidR="006F7457" w:rsidRPr="00332DB8" w:rsidRDefault="006F7457">
            <w:pPr>
              <w:rPr>
                <w:lang w:val="ru-RU"/>
              </w:rPr>
            </w:pPr>
          </w:p>
        </w:tc>
      </w:tr>
      <w:tr w:rsidR="006F7457" w:rsidRPr="005A424D">
        <w:tc>
          <w:tcPr>
            <w:tcW w:w="2880" w:type="dxa"/>
          </w:tcPr>
          <w:p w:rsidR="006F7457" w:rsidRDefault="00332DB8">
            <w:r>
              <w:t>3259.</w:t>
            </w:r>
          </w:p>
        </w:tc>
        <w:tc>
          <w:tcPr>
            <w:tcW w:w="2880" w:type="dxa"/>
          </w:tcPr>
          <w:p w:rsidR="006F7457" w:rsidRPr="00332DB8" w:rsidRDefault="00332DB8">
            <w:pPr>
              <w:rPr>
                <w:lang w:val="ru-RU"/>
              </w:rPr>
            </w:pPr>
            <w:r w:rsidRPr="00332DB8">
              <w:rPr>
                <w:lang w:val="ru-RU"/>
              </w:rPr>
              <w:t xml:space="preserve">Видеоматериал под названием «Кавказцы в России ЖЕСТЬ смотрим», размещенный в информационно-телекоммуникационной сети «Интернет» на странице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iE</w:t>
            </w:r>
            <w:r w:rsidRPr="00332DB8">
              <w:rPr>
                <w:lang w:val="ru-RU"/>
              </w:rPr>
              <w:t>3</w:t>
            </w:r>
            <w:r>
              <w:t>wTkxCIwg</w:t>
            </w:r>
            <w:r w:rsidRPr="00332DB8">
              <w:rPr>
                <w:lang w:val="ru-RU"/>
              </w:rPr>
              <w:t xml:space="preserve"> (решение Воркутинского городского суда Республики Коми от 17.11.2015);</w:t>
            </w:r>
          </w:p>
        </w:tc>
        <w:tc>
          <w:tcPr>
            <w:tcW w:w="2880" w:type="dxa"/>
          </w:tcPr>
          <w:p w:rsidR="006F7457" w:rsidRPr="00332DB8" w:rsidRDefault="006F7457">
            <w:pPr>
              <w:rPr>
                <w:lang w:val="ru-RU"/>
              </w:rPr>
            </w:pPr>
          </w:p>
        </w:tc>
      </w:tr>
      <w:tr w:rsidR="006F7457" w:rsidRPr="005A424D">
        <w:tc>
          <w:tcPr>
            <w:tcW w:w="2880" w:type="dxa"/>
          </w:tcPr>
          <w:p w:rsidR="006F7457" w:rsidRDefault="00332DB8">
            <w:r>
              <w:t>3260.</w:t>
            </w:r>
          </w:p>
        </w:tc>
        <w:tc>
          <w:tcPr>
            <w:tcW w:w="2880" w:type="dxa"/>
          </w:tcPr>
          <w:p w:rsidR="006F7457" w:rsidRPr="00332DB8" w:rsidRDefault="00332DB8">
            <w:pPr>
              <w:rPr>
                <w:lang w:val="ru-RU"/>
              </w:rPr>
            </w:pPr>
            <w:r w:rsidRPr="00332DB8">
              <w:rPr>
                <w:lang w:val="ru-RU"/>
              </w:rPr>
              <w:t xml:space="preserve">Статья, размещенная в информационно-телекоммуникационной сети «Интернет» по </w:t>
            </w:r>
            <w:r>
              <w:t>URL</w:t>
            </w:r>
            <w:r w:rsidRPr="00332DB8">
              <w:rPr>
                <w:lang w:val="ru-RU"/>
              </w:rPr>
              <w:t xml:space="preserve">-адресу: </w:t>
            </w:r>
            <w:r>
              <w:t>http</w:t>
            </w:r>
            <w:r w:rsidRPr="00332DB8">
              <w:rPr>
                <w:lang w:val="ru-RU"/>
              </w:rPr>
              <w:t>://</w:t>
            </w:r>
            <w:r>
              <w:t>vk</w:t>
            </w:r>
            <w:r w:rsidRPr="00332DB8">
              <w:rPr>
                <w:lang w:val="ru-RU"/>
              </w:rPr>
              <w:t>.</w:t>
            </w:r>
            <w:r>
              <w:t>com</w:t>
            </w:r>
            <w:r w:rsidRPr="00332DB8">
              <w:rPr>
                <w:lang w:val="ru-RU"/>
              </w:rPr>
              <w:t>/</w:t>
            </w:r>
            <w:r>
              <w:t>wall</w:t>
            </w:r>
            <w:r w:rsidRPr="00332DB8">
              <w:rPr>
                <w:lang w:val="ru-RU"/>
              </w:rPr>
              <w:t>-78530492_51943,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2880" w:type="dxa"/>
          </w:tcPr>
          <w:p w:rsidR="006F7457" w:rsidRPr="00332DB8" w:rsidRDefault="006F7457">
            <w:pPr>
              <w:rPr>
                <w:lang w:val="ru-RU"/>
              </w:rPr>
            </w:pPr>
          </w:p>
        </w:tc>
      </w:tr>
      <w:tr w:rsidR="006F7457" w:rsidRPr="005A424D">
        <w:tc>
          <w:tcPr>
            <w:tcW w:w="2880" w:type="dxa"/>
          </w:tcPr>
          <w:p w:rsidR="006F7457" w:rsidRDefault="00332DB8">
            <w:r>
              <w:t>326</w:t>
            </w:r>
            <w:r>
              <w:lastRenderedPageBreak/>
              <w:t>1.</w:t>
            </w:r>
          </w:p>
        </w:tc>
        <w:tc>
          <w:tcPr>
            <w:tcW w:w="2880" w:type="dxa"/>
          </w:tcPr>
          <w:p w:rsidR="006F7457" w:rsidRPr="00332DB8" w:rsidRDefault="00332DB8">
            <w:pPr>
              <w:rPr>
                <w:lang w:val="ru-RU"/>
              </w:rPr>
            </w:pPr>
            <w:r w:rsidRPr="00332DB8">
              <w:rPr>
                <w:lang w:val="ru-RU"/>
              </w:rPr>
              <w:lastRenderedPageBreak/>
              <w:t xml:space="preserve">Видеозаписи с именами: «_ЧИТАЙ!_Абу Юсуф. Обращение к русским и украинцам. </w:t>
            </w:r>
            <w:r>
              <w:t>YouTube</w:t>
            </w:r>
            <w:r w:rsidRPr="00332DB8">
              <w:rPr>
                <w:lang w:val="ru-RU"/>
              </w:rPr>
              <w:t>.</w:t>
            </w:r>
            <w:r>
              <w:t>mp</w:t>
            </w:r>
            <w:r w:rsidRPr="00332DB8">
              <w:rPr>
                <w:lang w:val="ru-RU"/>
              </w:rPr>
              <w:t>4» и «Я католичка и я попаду в Ад_-</w:t>
            </w:r>
            <w:r>
              <w:t>YouTube</w:t>
            </w:r>
            <w:r w:rsidRPr="00332DB8">
              <w:rPr>
                <w:lang w:val="ru-RU"/>
              </w:rPr>
              <w:t>.</w:t>
            </w:r>
            <w:r>
              <w:t>mp</w:t>
            </w:r>
            <w:r w:rsidRPr="00332DB8">
              <w:rPr>
                <w:lang w:val="ru-RU"/>
              </w:rPr>
              <w:t xml:space="preserve">4», размещенные в социальной сети «В Контакте» по адресу: </w:t>
            </w:r>
            <w:r>
              <w:lastRenderedPageBreak/>
              <w:t>http</w:t>
            </w:r>
            <w:r w:rsidRPr="00332DB8">
              <w:rPr>
                <w:lang w:val="ru-RU"/>
              </w:rPr>
              <w:t>://</w:t>
            </w:r>
            <w:r>
              <w:t>vk</w:t>
            </w:r>
            <w:r w:rsidRPr="00332DB8">
              <w:rPr>
                <w:lang w:val="ru-RU"/>
              </w:rPr>
              <w:t>.</w:t>
            </w:r>
            <w:r>
              <w:t>com</w:t>
            </w:r>
            <w:r w:rsidRPr="00332DB8">
              <w:rPr>
                <w:lang w:val="ru-RU"/>
              </w:rPr>
              <w:t>/</w:t>
            </w:r>
            <w:r>
              <w:t>id</w:t>
            </w:r>
            <w:r w:rsidRPr="00332DB8">
              <w:rPr>
                <w:lang w:val="ru-RU"/>
              </w:rPr>
              <w:t>143205170 (решение Новоуральского городского суда Свердловской области от 18.11.2015);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3262.</w:t>
            </w:r>
          </w:p>
        </w:tc>
        <w:tc>
          <w:tcPr>
            <w:tcW w:w="2880" w:type="dxa"/>
          </w:tcPr>
          <w:p w:rsidR="006F7457" w:rsidRPr="00332DB8" w:rsidRDefault="00332DB8">
            <w:pPr>
              <w:rPr>
                <w:lang w:val="ru-RU"/>
              </w:rPr>
            </w:pPr>
            <w:r w:rsidRPr="00332DB8">
              <w:rPr>
                <w:lang w:val="ru-RU"/>
              </w:rPr>
              <w:t xml:space="preserve">Видеоматериал под названием «Марш русских огнемётчиков», размещенный в информационно-телекоммуникационной сети «Интернет» на странице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LnHA</w:t>
            </w:r>
            <w:r w:rsidRPr="00332DB8">
              <w:rPr>
                <w:lang w:val="ru-RU"/>
              </w:rPr>
              <w:t>9</w:t>
            </w:r>
            <w:r>
              <w:t>sx</w:t>
            </w:r>
            <w:r w:rsidRPr="00332DB8">
              <w:rPr>
                <w:lang w:val="ru-RU"/>
              </w:rPr>
              <w:t>_3</w:t>
            </w:r>
            <w:r>
              <w:t>Zs</w:t>
            </w:r>
            <w:r w:rsidRPr="00332DB8">
              <w:rPr>
                <w:lang w:val="ru-RU"/>
              </w:rPr>
              <w:t xml:space="preserve"> (решение Воркутинского городского суда Республики Коми от 17.11.2015);</w:t>
            </w:r>
          </w:p>
        </w:tc>
        <w:tc>
          <w:tcPr>
            <w:tcW w:w="2880" w:type="dxa"/>
          </w:tcPr>
          <w:p w:rsidR="006F7457" w:rsidRPr="00332DB8" w:rsidRDefault="006F7457">
            <w:pPr>
              <w:rPr>
                <w:lang w:val="ru-RU"/>
              </w:rPr>
            </w:pPr>
          </w:p>
        </w:tc>
      </w:tr>
      <w:tr w:rsidR="006F7457">
        <w:tc>
          <w:tcPr>
            <w:tcW w:w="2880" w:type="dxa"/>
          </w:tcPr>
          <w:p w:rsidR="006F7457" w:rsidRDefault="00332DB8">
            <w:r>
              <w:t>3263.</w:t>
            </w:r>
          </w:p>
        </w:tc>
        <w:tc>
          <w:tcPr>
            <w:tcW w:w="2880" w:type="dxa"/>
          </w:tcPr>
          <w:p w:rsidR="006F7457" w:rsidRDefault="00332DB8">
            <w:r w:rsidRPr="00332DB8">
              <w:rPr>
                <w:lang w:val="ru-RU"/>
              </w:rPr>
              <w:t xml:space="preserve">Информационные материалы, размещенные на момент предъявления заявления в суд в сети «Интернет» на сайте </w:t>
            </w:r>
            <w:r>
              <w:t>http</w:t>
            </w:r>
            <w:r w:rsidRPr="00332DB8">
              <w:rPr>
                <w:lang w:val="ru-RU"/>
              </w:rPr>
              <w:t>://</w:t>
            </w:r>
            <w:r>
              <w:t>www</w:t>
            </w:r>
            <w:r w:rsidRPr="00332DB8">
              <w:rPr>
                <w:lang w:val="ru-RU"/>
              </w:rPr>
              <w:t>.</w:t>
            </w:r>
            <w:r>
              <w:t>vk</w:t>
            </w:r>
            <w:r w:rsidRPr="00332DB8">
              <w:rPr>
                <w:lang w:val="ru-RU"/>
              </w:rPr>
              <w:t>.</w:t>
            </w:r>
            <w:r>
              <w:t>com</w:t>
            </w:r>
            <w:r w:rsidRPr="00332DB8">
              <w:rPr>
                <w:lang w:val="ru-RU"/>
              </w:rPr>
              <w:t xml:space="preserve"> в группе «Новая сила – Ставрополь» (</w:t>
            </w:r>
            <w:r>
              <w:t>https</w:t>
            </w:r>
            <w:r w:rsidRPr="00332DB8">
              <w:rPr>
                <w:lang w:val="ru-RU"/>
              </w:rPr>
              <w:t>://</w:t>
            </w:r>
            <w:r>
              <w:t>vk</w:t>
            </w:r>
            <w:r w:rsidRPr="00332DB8">
              <w:rPr>
                <w:lang w:val="ru-RU"/>
              </w:rPr>
              <w:t>.</w:t>
            </w:r>
            <w:r>
              <w:t>com</w:t>
            </w:r>
            <w:r w:rsidRPr="00332DB8">
              <w:rPr>
                <w:lang w:val="ru-RU"/>
              </w:rPr>
              <w:t>/</w:t>
            </w:r>
            <w:r>
              <w:t>ns</w:t>
            </w:r>
            <w:r w:rsidRPr="00332DB8">
              <w:rPr>
                <w:lang w:val="ru-RU"/>
              </w:rPr>
              <w:t>_</w:t>
            </w:r>
            <w:r>
              <w:t>stavropol</w:t>
            </w:r>
            <w:r w:rsidRPr="00332DB8">
              <w:rPr>
                <w:lang w:val="ru-RU"/>
              </w:rPr>
              <w:t xml:space="preserve">) по электронным адресам: - </w:t>
            </w:r>
            <w:r>
              <w:t>https</w:t>
            </w:r>
            <w:r w:rsidRPr="00332DB8">
              <w:rPr>
                <w:lang w:val="ru-RU"/>
              </w:rPr>
              <w:t>://</w:t>
            </w:r>
            <w:r>
              <w:t>vk</w:t>
            </w:r>
            <w:r w:rsidRPr="00332DB8">
              <w:rPr>
                <w:lang w:val="ru-RU"/>
              </w:rPr>
              <w:t>.</w:t>
            </w:r>
            <w:r>
              <w:t>com</w:t>
            </w:r>
            <w:r w:rsidRPr="00332DB8">
              <w:rPr>
                <w:lang w:val="ru-RU"/>
              </w:rPr>
              <w:t>/</w:t>
            </w:r>
            <w:r>
              <w:t>wall</w:t>
            </w:r>
            <w:r w:rsidRPr="00332DB8">
              <w:rPr>
                <w:lang w:val="ru-RU"/>
              </w:rPr>
              <w:t xml:space="preserve">-40925159_7596 (комментарий № 4, датированный «16 янв в 21:24», начинается со слов: «Сам народ своими действиями…» и заканчивается словами: «…стирает мои комментарии»); - </w:t>
            </w:r>
            <w:r>
              <w:t>https</w:t>
            </w:r>
            <w:r w:rsidRPr="00332DB8">
              <w:rPr>
                <w:lang w:val="ru-RU"/>
              </w:rPr>
              <w:t>://</w:t>
            </w:r>
            <w:r>
              <w:t>vk</w:t>
            </w:r>
            <w:r w:rsidRPr="00332DB8">
              <w:rPr>
                <w:lang w:val="ru-RU"/>
              </w:rPr>
              <w:t>.</w:t>
            </w:r>
            <w:r>
              <w:t>com</w:t>
            </w:r>
            <w:r w:rsidRPr="00332DB8">
              <w:rPr>
                <w:lang w:val="ru-RU"/>
              </w:rPr>
              <w:t>/</w:t>
            </w:r>
            <w:r>
              <w:t>wall</w:t>
            </w:r>
            <w:r w:rsidRPr="00332DB8">
              <w:rPr>
                <w:lang w:val="ru-RU"/>
              </w:rPr>
              <w:t xml:space="preserve">-40925159_8876 (комментарий № 5, датированный «24 фев в 21:25», начинается со слов: «Смена власти это удел…» и заканчивается словами: «…свернет шею Путину»); - </w:t>
            </w:r>
            <w:r>
              <w:t>https</w:t>
            </w:r>
            <w:r w:rsidRPr="00332DB8">
              <w:rPr>
                <w:lang w:val="ru-RU"/>
              </w:rPr>
              <w:t>://</w:t>
            </w:r>
            <w:r>
              <w:t>vk</w:t>
            </w:r>
            <w:r w:rsidRPr="00332DB8">
              <w:rPr>
                <w:lang w:val="ru-RU"/>
              </w:rPr>
              <w:t>.</w:t>
            </w:r>
            <w:r>
              <w:t>com</w:t>
            </w:r>
            <w:r w:rsidRPr="00332DB8">
              <w:rPr>
                <w:lang w:val="ru-RU"/>
              </w:rPr>
              <w:t>/</w:t>
            </w:r>
            <w:r>
              <w:t>wall</w:t>
            </w:r>
            <w:r w:rsidRPr="00332DB8">
              <w:rPr>
                <w:lang w:val="ru-RU"/>
              </w:rPr>
              <w:t xml:space="preserve">-40925159_8969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w:t>
            </w:r>
            <w:r>
              <w:t>http</w:t>
            </w:r>
            <w:r w:rsidRPr="00332DB8">
              <w:rPr>
                <w:lang w:val="ru-RU"/>
              </w:rPr>
              <w:t>://</w:t>
            </w:r>
            <w:r>
              <w:t>www</w:t>
            </w:r>
            <w:r w:rsidRPr="00332DB8">
              <w:rPr>
                <w:lang w:val="ru-RU"/>
              </w:rPr>
              <w:t>.</w:t>
            </w:r>
            <w:r>
              <w:t>vk</w:t>
            </w:r>
            <w:r w:rsidRPr="00332DB8">
              <w:rPr>
                <w:lang w:val="ru-RU"/>
              </w:rPr>
              <w:t>.</w:t>
            </w:r>
            <w:r>
              <w:t>com</w:t>
            </w:r>
            <w:r w:rsidRPr="00332DB8">
              <w:rPr>
                <w:lang w:val="ru-RU"/>
              </w:rPr>
              <w:t xml:space="preserve"> в группе «Новая Сила – Ставрополь» (</w:t>
            </w:r>
            <w:r>
              <w:t>https</w:t>
            </w:r>
            <w:r w:rsidRPr="00332DB8">
              <w:rPr>
                <w:lang w:val="ru-RU"/>
              </w:rPr>
              <w:t>://</w:t>
            </w:r>
            <w:r>
              <w:t>vk</w:t>
            </w:r>
            <w:r w:rsidRPr="00332DB8">
              <w:rPr>
                <w:lang w:val="ru-RU"/>
              </w:rPr>
              <w:t>.</w:t>
            </w:r>
            <w:r>
              <w:t>com</w:t>
            </w:r>
            <w:r w:rsidRPr="00332DB8">
              <w:rPr>
                <w:lang w:val="ru-RU"/>
              </w:rPr>
              <w:t>/</w:t>
            </w:r>
            <w:r>
              <w:t>ns</w:t>
            </w:r>
            <w:r w:rsidRPr="00332DB8">
              <w:rPr>
                <w:lang w:val="ru-RU"/>
              </w:rPr>
              <w:t>_</w:t>
            </w:r>
            <w:r>
              <w:t>stavropol</w:t>
            </w:r>
            <w:r w:rsidRPr="00332DB8">
              <w:rPr>
                <w:lang w:val="ru-RU"/>
              </w:rPr>
              <w:t xml:space="preserve">) по электронным адресам: - </w:t>
            </w:r>
            <w:r>
              <w:t>https</w:t>
            </w:r>
            <w:r w:rsidRPr="00332DB8">
              <w:rPr>
                <w:lang w:val="ru-RU"/>
              </w:rPr>
              <w:t>://</w:t>
            </w:r>
            <w:r>
              <w:t>vk</w:t>
            </w:r>
            <w:r w:rsidRPr="00332DB8">
              <w:rPr>
                <w:lang w:val="ru-RU"/>
              </w:rPr>
              <w:t>.</w:t>
            </w:r>
            <w:r>
              <w:t>com</w:t>
            </w:r>
            <w:r w:rsidRPr="00332DB8">
              <w:rPr>
                <w:lang w:val="ru-RU"/>
              </w:rPr>
              <w:t>/</w:t>
            </w:r>
            <w:r>
              <w:t>wall</w:t>
            </w:r>
            <w:r w:rsidRPr="00332DB8">
              <w:rPr>
                <w:lang w:val="ru-RU"/>
              </w:rPr>
              <w:t xml:space="preserve">-40925159_8951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w:t>
            </w:r>
            <w:r>
              <w:t>https</w:t>
            </w:r>
            <w:r w:rsidRPr="00332DB8">
              <w:rPr>
                <w:lang w:val="ru-RU"/>
              </w:rPr>
              <w:t>://</w:t>
            </w:r>
            <w:r>
              <w:t>vk</w:t>
            </w:r>
            <w:r w:rsidRPr="00332DB8">
              <w:rPr>
                <w:lang w:val="ru-RU"/>
              </w:rPr>
              <w:t>.</w:t>
            </w:r>
            <w:r>
              <w:t>com</w:t>
            </w:r>
            <w:r w:rsidRPr="00332DB8">
              <w:rPr>
                <w:lang w:val="ru-RU"/>
              </w:rPr>
              <w:t>/</w:t>
            </w:r>
            <w:r>
              <w:t>wall</w:t>
            </w:r>
            <w:r w:rsidRPr="00332DB8">
              <w:rPr>
                <w:lang w:val="ru-RU"/>
              </w:rPr>
              <w:t xml:space="preserve">-40925159_8888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w:t>
            </w:r>
            <w:r>
              <w:t>https</w:t>
            </w:r>
            <w:r w:rsidRPr="00332DB8">
              <w:rPr>
                <w:lang w:val="ru-RU"/>
              </w:rPr>
              <w:t>://</w:t>
            </w:r>
            <w:r>
              <w:t>vk</w:t>
            </w:r>
            <w:r w:rsidRPr="00332DB8">
              <w:rPr>
                <w:lang w:val="ru-RU"/>
              </w:rPr>
              <w:t>.</w:t>
            </w:r>
            <w:r>
              <w:t>com</w:t>
            </w:r>
            <w:r w:rsidRPr="00332DB8">
              <w:rPr>
                <w:lang w:val="ru-RU"/>
              </w:rPr>
              <w:t>/</w:t>
            </w:r>
            <w:r>
              <w:t>wall</w:t>
            </w:r>
            <w:r w:rsidRPr="00332DB8">
              <w:rPr>
                <w:lang w:val="ru-RU"/>
              </w:rPr>
              <w:t xml:space="preserve">-40925159_8891 (комментарий № 3, датированный «25 фев в 03:35», начинается со слов: «Андрей, я давно на пенсии…» и заканчивается словами: «…свернет шею </w:t>
            </w:r>
            <w:r>
              <w:t>Путину») (решение Ленинского районного суда города Санкт-Петербурга от 10.08.2015);</w:t>
            </w:r>
          </w:p>
        </w:tc>
        <w:tc>
          <w:tcPr>
            <w:tcW w:w="2880" w:type="dxa"/>
          </w:tcPr>
          <w:p w:rsidR="006F7457" w:rsidRDefault="006F7457"/>
        </w:tc>
      </w:tr>
      <w:tr w:rsidR="006F7457" w:rsidRPr="005A424D">
        <w:tc>
          <w:tcPr>
            <w:tcW w:w="2880" w:type="dxa"/>
          </w:tcPr>
          <w:p w:rsidR="006F7457" w:rsidRDefault="00332DB8">
            <w:r>
              <w:t>3264.</w:t>
            </w:r>
          </w:p>
        </w:tc>
        <w:tc>
          <w:tcPr>
            <w:tcW w:w="2880" w:type="dxa"/>
          </w:tcPr>
          <w:p w:rsidR="006F7457" w:rsidRPr="00332DB8" w:rsidRDefault="00332DB8">
            <w:pPr>
              <w:rPr>
                <w:lang w:val="ru-RU"/>
              </w:rPr>
            </w:pPr>
            <w:r w:rsidRPr="00332DB8">
              <w:rPr>
                <w:lang w:val="ru-RU"/>
              </w:rPr>
              <w:t xml:space="preserve">Информационные видеоматериалы, размещенные на интернет-страницах: </w:t>
            </w:r>
            <w:r>
              <w:t>http</w:t>
            </w:r>
            <w:r w:rsidRPr="00332DB8">
              <w:rPr>
                <w:lang w:val="ru-RU"/>
              </w:rPr>
              <w:t>://</w:t>
            </w:r>
            <w:r>
              <w:t>readhot</w:t>
            </w:r>
            <w:r w:rsidRPr="00332DB8">
              <w:rPr>
                <w:lang w:val="ru-RU"/>
              </w:rPr>
              <w:t>-</w:t>
            </w:r>
            <w:r>
              <w:t>news</w:t>
            </w:r>
            <w:r w:rsidRPr="00332DB8">
              <w:rPr>
                <w:lang w:val="ru-RU"/>
              </w:rPr>
              <w:t>.</w:t>
            </w:r>
            <w:r>
              <w:t>ru</w:t>
            </w:r>
            <w:r w:rsidRPr="00332DB8">
              <w:rPr>
                <w:lang w:val="ru-RU"/>
              </w:rPr>
              <w:t>/</w:t>
            </w:r>
            <w:r>
              <w:t>news</w:t>
            </w:r>
            <w:r w:rsidRPr="00332DB8">
              <w:rPr>
                <w:lang w:val="ru-RU"/>
              </w:rPr>
              <w:t>1.</w:t>
            </w:r>
            <w:r>
              <w:t>php</w:t>
            </w:r>
            <w:r w:rsidRPr="00332DB8">
              <w:rPr>
                <w:lang w:val="ru-RU"/>
              </w:rPr>
              <w:t>?</w:t>
            </w:r>
            <w:r>
              <w:t>id</w:t>
            </w:r>
            <w:r w:rsidRPr="00332DB8">
              <w:rPr>
                <w:lang w:val="ru-RU"/>
              </w:rPr>
              <w:t xml:space="preserve">=32660 - ««Правый сектор» показал, как будет вещать всех предателей»; </w:t>
            </w:r>
            <w:r>
              <w:t>https</w:t>
            </w:r>
            <w:r w:rsidRPr="00332DB8">
              <w:rPr>
                <w:lang w:val="ru-RU"/>
              </w:rPr>
              <w:t>://</w:t>
            </w:r>
            <w:r>
              <w:t>youtu</w:t>
            </w:r>
            <w:r w:rsidRPr="00332DB8">
              <w:rPr>
                <w:lang w:val="ru-RU"/>
              </w:rPr>
              <w:t>.</w:t>
            </w:r>
            <w:r>
              <w:t>be</w:t>
            </w:r>
            <w:r w:rsidRPr="00332DB8">
              <w:rPr>
                <w:lang w:val="ru-RU"/>
              </w:rPr>
              <w:t>/</w:t>
            </w:r>
            <w:r>
              <w:t>N</w:t>
            </w:r>
            <w:r w:rsidRPr="00332DB8">
              <w:rPr>
                <w:lang w:val="ru-RU"/>
              </w:rPr>
              <w:t>06</w:t>
            </w:r>
            <w:r>
              <w:t>wST</w:t>
            </w:r>
            <w:r w:rsidRPr="00332DB8">
              <w:rPr>
                <w:lang w:val="ru-RU"/>
              </w:rPr>
              <w:t>7</w:t>
            </w:r>
            <w:r>
              <w:t>HzMU</w:t>
            </w:r>
            <w:r w:rsidRPr="00332DB8">
              <w:rPr>
                <w:lang w:val="ru-RU"/>
              </w:rPr>
              <w:t xml:space="preserve"> - «Борцуны правого сектора повесили человека» (решение Ноябрьского городского суда Ямало-Ненецкого автономного округа от 16.11.2015);</w:t>
            </w:r>
          </w:p>
        </w:tc>
        <w:tc>
          <w:tcPr>
            <w:tcW w:w="2880" w:type="dxa"/>
          </w:tcPr>
          <w:p w:rsidR="006F7457" w:rsidRPr="00332DB8" w:rsidRDefault="006F7457">
            <w:pPr>
              <w:rPr>
                <w:lang w:val="ru-RU"/>
              </w:rPr>
            </w:pPr>
          </w:p>
        </w:tc>
      </w:tr>
      <w:tr w:rsidR="006F7457">
        <w:tc>
          <w:tcPr>
            <w:tcW w:w="2880" w:type="dxa"/>
          </w:tcPr>
          <w:p w:rsidR="006F7457" w:rsidRDefault="00332DB8">
            <w:r>
              <w:lastRenderedPageBreak/>
              <w:t>3265.</w:t>
            </w:r>
          </w:p>
        </w:tc>
        <w:tc>
          <w:tcPr>
            <w:tcW w:w="2880" w:type="dxa"/>
          </w:tcPr>
          <w:p w:rsidR="006F7457" w:rsidRDefault="00332DB8">
            <w:r w:rsidRPr="00332DB8">
              <w:rPr>
                <w:lang w:val="ru-RU"/>
              </w:rPr>
              <w:t xml:space="preserve">Информационные видеоматериалы, размещенные на интернет-страницах: </w:t>
            </w:r>
            <w:r>
              <w:t>https</w:t>
            </w:r>
            <w:r w:rsidRPr="00332DB8">
              <w:rPr>
                <w:lang w:val="ru-RU"/>
              </w:rPr>
              <w:t>://</w:t>
            </w:r>
            <w:r>
              <w:t>youtu</w:t>
            </w:r>
            <w:r w:rsidRPr="00332DB8">
              <w:rPr>
                <w:lang w:val="ru-RU"/>
              </w:rPr>
              <w:t>.</w:t>
            </w:r>
            <w:r>
              <w:t>be</w:t>
            </w:r>
            <w:r w:rsidRPr="00332DB8">
              <w:rPr>
                <w:lang w:val="ru-RU"/>
              </w:rPr>
              <w:t>/</w:t>
            </w:r>
            <w:r>
              <w:t>aQFIpCgN</w:t>
            </w:r>
            <w:r w:rsidRPr="00332DB8">
              <w:rPr>
                <w:lang w:val="ru-RU"/>
              </w:rPr>
              <w:t>63</w:t>
            </w:r>
            <w:r>
              <w:t>A</w:t>
            </w:r>
            <w:r w:rsidRPr="00332DB8">
              <w:rPr>
                <w:lang w:val="ru-RU"/>
              </w:rPr>
              <w:t>-</w:t>
            </w:r>
            <w:r>
              <w:t>Misanthropic</w:t>
            </w:r>
            <w:r w:rsidRPr="00332DB8">
              <w:rPr>
                <w:lang w:val="ru-RU"/>
              </w:rPr>
              <w:t xml:space="preserve"> </w:t>
            </w:r>
            <w:r>
              <w:t>Division</w:t>
            </w:r>
            <w:r w:rsidRPr="00332DB8">
              <w:rPr>
                <w:lang w:val="ru-RU"/>
              </w:rPr>
              <w:t xml:space="preserve">; </w:t>
            </w:r>
            <w:r>
              <w:t>https</w:t>
            </w:r>
            <w:r w:rsidRPr="00332DB8">
              <w:rPr>
                <w:lang w:val="ru-RU"/>
              </w:rPr>
              <w:t>://</w:t>
            </w:r>
            <w:r>
              <w:t>www</w:t>
            </w:r>
            <w:r w:rsidRPr="00332DB8">
              <w:rPr>
                <w:lang w:val="ru-RU"/>
              </w:rPr>
              <w:t>.</w:t>
            </w:r>
            <w:r>
              <w:t>youtube</w:t>
            </w:r>
            <w:r w:rsidRPr="00332DB8">
              <w:rPr>
                <w:lang w:val="ru-RU"/>
              </w:rPr>
              <w:t>.</w:t>
            </w:r>
            <w:r>
              <w:t>com</w:t>
            </w:r>
            <w:r w:rsidRPr="00332DB8">
              <w:rPr>
                <w:lang w:val="ru-RU"/>
              </w:rPr>
              <w:t xml:space="preserve">/ </w:t>
            </w:r>
            <w:r>
              <w:t>watch</w:t>
            </w:r>
            <w:r w:rsidRPr="00332DB8">
              <w:rPr>
                <w:lang w:val="ru-RU"/>
              </w:rPr>
              <w:t>?</w:t>
            </w:r>
            <w:r>
              <w:t>v</w:t>
            </w:r>
            <w:r w:rsidRPr="00332DB8">
              <w:rPr>
                <w:lang w:val="ru-RU"/>
              </w:rPr>
              <w:t>=</w:t>
            </w:r>
            <w:r>
              <w:t>ABbd</w:t>
            </w:r>
            <w:r w:rsidRPr="00332DB8">
              <w:rPr>
                <w:lang w:val="ru-RU"/>
              </w:rPr>
              <w:t>4</w:t>
            </w:r>
            <w:r>
              <w:t>j</w:t>
            </w:r>
            <w:r w:rsidRPr="00332DB8">
              <w:rPr>
                <w:lang w:val="ru-RU"/>
              </w:rPr>
              <w:t>_0</w:t>
            </w:r>
            <w:r>
              <w:t>riY</w:t>
            </w:r>
            <w:r w:rsidRPr="00332DB8">
              <w:rPr>
                <w:lang w:val="ru-RU"/>
              </w:rPr>
              <w:t xml:space="preserve">-25. </w:t>
            </w:r>
            <w:r>
              <w:t>Misanthropic Division – interview with admins; https://www.youtu.be/ABbd4j_0riY-25. https://www.youtube.com/watch?v=ABbd4j_ 0riY-25. Misanthropic Division – interview with admins; http://ok.ru/video/9239659995-68. Misanthropic Division – Kirovograd Squad (решение Ноябрьского городского суда Ямало-Ненецкого автономного округа от 16.11.2015);</w:t>
            </w:r>
          </w:p>
        </w:tc>
        <w:tc>
          <w:tcPr>
            <w:tcW w:w="2880" w:type="dxa"/>
          </w:tcPr>
          <w:p w:rsidR="006F7457" w:rsidRDefault="006F7457"/>
        </w:tc>
      </w:tr>
      <w:tr w:rsidR="006F7457" w:rsidRPr="005A424D">
        <w:tc>
          <w:tcPr>
            <w:tcW w:w="2880" w:type="dxa"/>
          </w:tcPr>
          <w:p w:rsidR="006F7457" w:rsidRDefault="00332DB8">
            <w:r>
              <w:t>3266.</w:t>
            </w:r>
          </w:p>
        </w:tc>
        <w:tc>
          <w:tcPr>
            <w:tcW w:w="2880" w:type="dxa"/>
          </w:tcPr>
          <w:p w:rsidR="006F7457" w:rsidRPr="00332DB8" w:rsidRDefault="00332DB8">
            <w:pPr>
              <w:rPr>
                <w:lang w:val="ru-RU"/>
              </w:rPr>
            </w:pPr>
            <w:r w:rsidRPr="00332DB8">
              <w:rPr>
                <w:lang w:val="ru-RU"/>
              </w:rPr>
              <w:t xml:space="preserve">Интернет-сайт </w:t>
            </w:r>
            <w:r>
              <w:t>http</w:t>
            </w:r>
            <w:r w:rsidRPr="00332DB8">
              <w:rPr>
                <w:lang w:val="ru-RU"/>
              </w:rPr>
              <w:t>://</w:t>
            </w:r>
            <w:r>
              <w:t>akhbarsham</w:t>
            </w:r>
            <w:r w:rsidRPr="00332DB8">
              <w:rPr>
                <w:lang w:val="ru-RU"/>
              </w:rPr>
              <w:t>.</w:t>
            </w:r>
            <w:r>
              <w:t>info</w:t>
            </w:r>
            <w:r w:rsidRPr="00332DB8">
              <w:rPr>
                <w:lang w:val="ru-RU"/>
              </w:rPr>
              <w:t xml:space="preserve"> (решение Первореченского районного суда г. Владивостока от 12.08.2015);</w:t>
            </w:r>
          </w:p>
        </w:tc>
        <w:tc>
          <w:tcPr>
            <w:tcW w:w="2880" w:type="dxa"/>
          </w:tcPr>
          <w:p w:rsidR="006F7457" w:rsidRPr="00332DB8" w:rsidRDefault="006F7457">
            <w:pPr>
              <w:rPr>
                <w:lang w:val="ru-RU"/>
              </w:rPr>
            </w:pPr>
          </w:p>
        </w:tc>
      </w:tr>
      <w:tr w:rsidR="006F7457" w:rsidRPr="005A424D">
        <w:tc>
          <w:tcPr>
            <w:tcW w:w="2880" w:type="dxa"/>
          </w:tcPr>
          <w:p w:rsidR="006F7457" w:rsidRDefault="00332DB8">
            <w:r>
              <w:t>3267.</w:t>
            </w:r>
          </w:p>
        </w:tc>
        <w:tc>
          <w:tcPr>
            <w:tcW w:w="2880" w:type="dxa"/>
          </w:tcPr>
          <w:p w:rsidR="006F7457" w:rsidRPr="00332DB8" w:rsidRDefault="00332DB8">
            <w:pPr>
              <w:rPr>
                <w:lang w:val="ru-RU"/>
              </w:rPr>
            </w:pPr>
            <w:r w:rsidRPr="00332DB8">
              <w:rPr>
                <w:lang w:val="ru-RU"/>
              </w:rPr>
              <w:t xml:space="preserve">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2880" w:type="dxa"/>
          </w:tcPr>
          <w:p w:rsidR="006F7457" w:rsidRPr="00332DB8" w:rsidRDefault="006F7457">
            <w:pPr>
              <w:rPr>
                <w:lang w:val="ru-RU"/>
              </w:rPr>
            </w:pPr>
          </w:p>
        </w:tc>
      </w:tr>
      <w:tr w:rsidR="006F7457" w:rsidRPr="005A424D">
        <w:tc>
          <w:tcPr>
            <w:tcW w:w="2880" w:type="dxa"/>
          </w:tcPr>
          <w:p w:rsidR="006F7457" w:rsidRDefault="00332DB8">
            <w:r>
              <w:t>3268.</w:t>
            </w:r>
          </w:p>
        </w:tc>
        <w:tc>
          <w:tcPr>
            <w:tcW w:w="2880" w:type="dxa"/>
          </w:tcPr>
          <w:p w:rsidR="006F7457" w:rsidRPr="00332DB8" w:rsidRDefault="00332DB8">
            <w:pPr>
              <w:rPr>
                <w:lang w:val="ru-RU"/>
              </w:rPr>
            </w:pPr>
            <w:r w:rsidRPr="00332DB8">
              <w:rPr>
                <w:lang w:val="ru-RU"/>
              </w:rPr>
              <w:t>Статьи, размещенные на интернет-странице социальной сети «В контакте» «</w:t>
            </w:r>
            <w:r>
              <w:t>shamtoday</w:t>
            </w:r>
            <w:r w:rsidRPr="00332DB8">
              <w:rPr>
                <w:lang w:val="ru-RU"/>
              </w:rPr>
              <w:t xml:space="preserve">», расположенной по </w:t>
            </w:r>
            <w:r>
              <w:t>URL</w:t>
            </w:r>
            <w:r w:rsidRPr="00332DB8">
              <w:rPr>
                <w:lang w:val="ru-RU"/>
              </w:rPr>
              <w:t xml:space="preserve"> - адресу: </w:t>
            </w:r>
            <w:r>
              <w:t>http</w:t>
            </w:r>
            <w:r w:rsidRPr="00332DB8">
              <w:rPr>
                <w:lang w:val="ru-RU"/>
              </w:rPr>
              <w:t>://</w:t>
            </w:r>
            <w:r>
              <w:t>vk</w:t>
            </w:r>
            <w:r w:rsidRPr="00332DB8">
              <w:rPr>
                <w:lang w:val="ru-RU"/>
              </w:rPr>
              <w:t>.</w:t>
            </w:r>
            <w:r>
              <w:t>com</w:t>
            </w:r>
            <w:r w:rsidRPr="00332DB8">
              <w:rPr>
                <w:lang w:val="ru-RU"/>
              </w:rPr>
              <w:t>/</w:t>
            </w:r>
            <w:r>
              <w:t>shamtoday</w:t>
            </w:r>
            <w:r w:rsidRPr="00332DB8">
              <w:rPr>
                <w:lang w:val="ru-RU"/>
              </w:rPr>
              <w:t>: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2880" w:type="dxa"/>
          </w:tcPr>
          <w:p w:rsidR="006F7457" w:rsidRPr="00332DB8" w:rsidRDefault="006F7457">
            <w:pPr>
              <w:rPr>
                <w:lang w:val="ru-RU"/>
              </w:rPr>
            </w:pPr>
          </w:p>
        </w:tc>
      </w:tr>
      <w:tr w:rsidR="006F7457" w:rsidRPr="005A424D">
        <w:tc>
          <w:tcPr>
            <w:tcW w:w="2880" w:type="dxa"/>
          </w:tcPr>
          <w:p w:rsidR="006F7457" w:rsidRDefault="00332DB8">
            <w:r>
              <w:t>3269.</w:t>
            </w:r>
          </w:p>
        </w:tc>
        <w:tc>
          <w:tcPr>
            <w:tcW w:w="2880" w:type="dxa"/>
          </w:tcPr>
          <w:p w:rsidR="006F7457" w:rsidRPr="00332DB8" w:rsidRDefault="00332DB8">
            <w:pPr>
              <w:rPr>
                <w:lang w:val="ru-RU"/>
              </w:rPr>
            </w:pPr>
            <w:r w:rsidRPr="00332DB8">
              <w:rPr>
                <w:lang w:val="ru-RU"/>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3270.</w:t>
            </w:r>
          </w:p>
        </w:tc>
        <w:tc>
          <w:tcPr>
            <w:tcW w:w="2880" w:type="dxa"/>
          </w:tcPr>
          <w:p w:rsidR="006F7457" w:rsidRPr="00332DB8" w:rsidRDefault="00332DB8">
            <w:pPr>
              <w:rPr>
                <w:lang w:val="ru-RU"/>
              </w:rPr>
            </w:pPr>
            <w:r w:rsidRPr="00332DB8">
              <w:rPr>
                <w:lang w:val="ru-RU"/>
              </w:rPr>
              <w:t xml:space="preserve">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2880" w:type="dxa"/>
          </w:tcPr>
          <w:p w:rsidR="006F7457" w:rsidRPr="00332DB8" w:rsidRDefault="006F7457">
            <w:pPr>
              <w:rPr>
                <w:lang w:val="ru-RU"/>
              </w:rPr>
            </w:pPr>
          </w:p>
        </w:tc>
      </w:tr>
      <w:tr w:rsidR="006F7457" w:rsidRPr="005A424D">
        <w:tc>
          <w:tcPr>
            <w:tcW w:w="2880" w:type="dxa"/>
          </w:tcPr>
          <w:p w:rsidR="006F7457" w:rsidRDefault="00332DB8">
            <w:r>
              <w:t>3271.</w:t>
            </w:r>
          </w:p>
        </w:tc>
        <w:tc>
          <w:tcPr>
            <w:tcW w:w="2880" w:type="dxa"/>
          </w:tcPr>
          <w:p w:rsidR="006F7457" w:rsidRPr="00332DB8" w:rsidRDefault="00332DB8">
            <w:pPr>
              <w:rPr>
                <w:lang w:val="ru-RU"/>
              </w:rPr>
            </w:pPr>
            <w:r w:rsidRPr="00332DB8">
              <w:rPr>
                <w:lang w:val="ru-RU"/>
              </w:rPr>
              <w:t xml:space="preserve">Размещенные Огурцовым Е.С. в сети «Интернет» - на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2880" w:type="dxa"/>
          </w:tcPr>
          <w:p w:rsidR="006F7457" w:rsidRPr="00332DB8" w:rsidRDefault="006F7457">
            <w:pPr>
              <w:rPr>
                <w:lang w:val="ru-RU"/>
              </w:rPr>
            </w:pPr>
          </w:p>
        </w:tc>
      </w:tr>
      <w:tr w:rsidR="006F7457" w:rsidRPr="005A424D">
        <w:tc>
          <w:tcPr>
            <w:tcW w:w="2880" w:type="dxa"/>
          </w:tcPr>
          <w:p w:rsidR="006F7457" w:rsidRDefault="00332DB8">
            <w:r>
              <w:t>3272.</w:t>
            </w:r>
          </w:p>
        </w:tc>
        <w:tc>
          <w:tcPr>
            <w:tcW w:w="2880" w:type="dxa"/>
          </w:tcPr>
          <w:p w:rsidR="006F7457" w:rsidRPr="00332DB8" w:rsidRDefault="00332DB8">
            <w:pPr>
              <w:rPr>
                <w:lang w:val="ru-RU"/>
              </w:rPr>
            </w:pPr>
            <w:r w:rsidRPr="00332DB8">
              <w:rPr>
                <w:lang w:val="ru-RU"/>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w:t>
            </w:r>
            <w:r>
              <w:t>Vkontakte</w:t>
            </w:r>
            <w:r w:rsidRPr="00332DB8">
              <w:rPr>
                <w:lang w:val="ru-RU"/>
              </w:rPr>
              <w:t>.</w:t>
            </w:r>
            <w:r>
              <w:t>ru</w:t>
            </w:r>
            <w:r w:rsidRPr="00332DB8">
              <w:rPr>
                <w:lang w:val="ru-RU"/>
              </w:rPr>
              <w:t xml:space="preserve">» на странице пользователя «Артем Агендунс»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17152806 (решение Пронского районного суда Рязанской области от 09.04.2015);</w:t>
            </w:r>
          </w:p>
        </w:tc>
        <w:tc>
          <w:tcPr>
            <w:tcW w:w="2880" w:type="dxa"/>
          </w:tcPr>
          <w:p w:rsidR="006F7457" w:rsidRPr="00332DB8" w:rsidRDefault="006F7457">
            <w:pPr>
              <w:rPr>
                <w:lang w:val="ru-RU"/>
              </w:rPr>
            </w:pPr>
          </w:p>
        </w:tc>
      </w:tr>
      <w:tr w:rsidR="006F7457" w:rsidRPr="005A424D">
        <w:tc>
          <w:tcPr>
            <w:tcW w:w="2880" w:type="dxa"/>
          </w:tcPr>
          <w:p w:rsidR="006F7457" w:rsidRDefault="00332DB8">
            <w:r>
              <w:t>3273.</w:t>
            </w:r>
          </w:p>
        </w:tc>
        <w:tc>
          <w:tcPr>
            <w:tcW w:w="2880" w:type="dxa"/>
          </w:tcPr>
          <w:p w:rsidR="006F7457" w:rsidRPr="00332DB8" w:rsidRDefault="00332DB8">
            <w:pPr>
              <w:rPr>
                <w:lang w:val="ru-RU"/>
              </w:rPr>
            </w:pPr>
            <w:r w:rsidRPr="00332DB8">
              <w:rPr>
                <w:lang w:val="ru-RU"/>
              </w:rPr>
              <w:t>Информация, содержащаяся в аудио-файле: «1488 (</w:t>
            </w:r>
            <w:r>
              <w:t>vkhp</w:t>
            </w:r>
            <w:r w:rsidRPr="00332DB8">
              <w:rPr>
                <w:lang w:val="ru-RU"/>
              </w:rPr>
              <w:t>.</w:t>
            </w:r>
            <w:r>
              <w:t>net</w:t>
            </w:r>
            <w:r w:rsidRPr="00332DB8">
              <w:rPr>
                <w:lang w:val="ru-RU"/>
              </w:rPr>
              <w:t xml:space="preserve">) – </w:t>
            </w:r>
            <w:r>
              <w:t>Slava</w:t>
            </w:r>
            <w:r w:rsidRPr="00332DB8">
              <w:rPr>
                <w:lang w:val="ru-RU"/>
              </w:rPr>
              <w:t xml:space="preserve"> </w:t>
            </w:r>
            <w:r>
              <w:t>Rossii</w:t>
            </w:r>
            <w:r w:rsidRPr="00332DB8">
              <w:rPr>
                <w:lang w:val="ru-RU"/>
              </w:rPr>
              <w:t>!</w:t>
            </w:r>
            <w:r>
              <w:t>Slava</w:t>
            </w:r>
            <w:r w:rsidRPr="00332DB8">
              <w:rPr>
                <w:lang w:val="ru-RU"/>
              </w:rPr>
              <w:t xml:space="preserve"> </w:t>
            </w:r>
            <w:r>
              <w:t>Rusi</w:t>
            </w:r>
            <w:r w:rsidRPr="00332DB8">
              <w:rPr>
                <w:lang w:val="ru-RU"/>
              </w:rPr>
              <w:t xml:space="preserve">!» продолжительностью 02 минуты 05 секунд, размещенного в сети Интернет, на принадлежащей Глушко А.А. личной общедоступной странице – </w:t>
            </w:r>
            <w:r>
              <w:t>http</w:t>
            </w:r>
            <w:r w:rsidRPr="00332DB8">
              <w:rPr>
                <w:lang w:val="ru-RU"/>
              </w:rPr>
              <w:t>:/</w:t>
            </w:r>
            <w:r>
              <w:t>vk</w:t>
            </w:r>
            <w:r w:rsidRPr="00332DB8">
              <w:rPr>
                <w:lang w:val="ru-RU"/>
              </w:rPr>
              <w:t>.</w:t>
            </w:r>
            <w:r>
              <w:t>com</w:t>
            </w:r>
            <w:r w:rsidRPr="00332DB8">
              <w:rPr>
                <w:lang w:val="ru-RU"/>
              </w:rPr>
              <w:t>/</w:t>
            </w:r>
            <w:r>
              <w:t>id</w:t>
            </w:r>
            <w:r w:rsidRPr="00332DB8">
              <w:rPr>
                <w:lang w:val="ru-RU"/>
              </w:rPr>
              <w:t>36385002 на интернет сайте социальной сети «</w:t>
            </w:r>
            <w:r>
              <w:t>www</w:t>
            </w:r>
            <w:r w:rsidRPr="00332DB8">
              <w:rPr>
                <w:lang w:val="ru-RU"/>
              </w:rPr>
              <w:t>.</w:t>
            </w:r>
            <w:r>
              <w:t>vk</w:t>
            </w:r>
            <w:r w:rsidRPr="00332DB8">
              <w:rPr>
                <w:lang w:val="ru-RU"/>
              </w:rPr>
              <w:t>.</w:t>
            </w:r>
            <w:r>
              <w:t>com</w:t>
            </w:r>
            <w:r w:rsidRPr="00332DB8">
              <w:rPr>
                <w:lang w:val="ru-RU"/>
              </w:rPr>
              <w:t>» (решение Пушкинского районного суда города Санкт-Петербурга от 20.08.2015);</w:t>
            </w:r>
          </w:p>
        </w:tc>
        <w:tc>
          <w:tcPr>
            <w:tcW w:w="2880" w:type="dxa"/>
          </w:tcPr>
          <w:p w:rsidR="006F7457" w:rsidRPr="00332DB8" w:rsidRDefault="006F7457">
            <w:pPr>
              <w:rPr>
                <w:lang w:val="ru-RU"/>
              </w:rPr>
            </w:pPr>
          </w:p>
        </w:tc>
      </w:tr>
      <w:tr w:rsidR="006F7457" w:rsidRPr="005A424D">
        <w:tc>
          <w:tcPr>
            <w:tcW w:w="2880" w:type="dxa"/>
          </w:tcPr>
          <w:p w:rsidR="006F7457" w:rsidRDefault="00332DB8">
            <w:r>
              <w:t>3</w:t>
            </w:r>
            <w:r>
              <w:lastRenderedPageBreak/>
              <w:t>274.</w:t>
            </w:r>
          </w:p>
        </w:tc>
        <w:tc>
          <w:tcPr>
            <w:tcW w:w="2880" w:type="dxa"/>
          </w:tcPr>
          <w:p w:rsidR="006F7457" w:rsidRPr="00332DB8" w:rsidRDefault="00332DB8">
            <w:pPr>
              <w:rPr>
                <w:lang w:val="ru-RU"/>
              </w:rPr>
            </w:pPr>
            <w:r w:rsidRPr="00332DB8">
              <w:rPr>
                <w:lang w:val="ru-RU"/>
              </w:rPr>
              <w:lastRenderedPageBreak/>
              <w:t xml:space="preserve">Текст под названием «ИДЕЯ ФЮРЕРА – ЖИВА!!!!!!», распространенный Хомицким Д.И. в сети Интернет на </w:t>
            </w:r>
            <w:r w:rsidRPr="00332DB8">
              <w:rPr>
                <w:lang w:val="ru-RU"/>
              </w:rPr>
              <w:lastRenderedPageBreak/>
              <w:t xml:space="preserve">персональной странице под названием «Дитрий Русских», расположенной в социальной сети «В Контакте» по адресу: </w:t>
            </w:r>
            <w:r>
              <w:t>https</w:t>
            </w:r>
            <w:r w:rsidRPr="00332DB8">
              <w:rPr>
                <w:lang w:val="ru-RU"/>
              </w:rPr>
              <w:t>://</w:t>
            </w:r>
            <w:r>
              <w:t>vk</w:t>
            </w:r>
            <w:r w:rsidRPr="00332DB8">
              <w:rPr>
                <w:lang w:val="ru-RU"/>
              </w:rPr>
              <w:t>.</w:t>
            </w:r>
            <w:r>
              <w:t>com</w:t>
            </w:r>
            <w:r w:rsidRPr="00332DB8">
              <w:rPr>
                <w:lang w:val="ru-RU"/>
              </w:rPr>
              <w:t>/</w:t>
            </w:r>
            <w:r>
              <w:t>gitler</w:t>
            </w:r>
            <w:r w:rsidRPr="00332DB8">
              <w:rPr>
                <w:lang w:val="ru-RU"/>
              </w:rPr>
              <w:t>78 (решение Майкопского районного суда Республики Адыгея от 24.06.2015);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3275.</w:t>
            </w:r>
          </w:p>
        </w:tc>
        <w:tc>
          <w:tcPr>
            <w:tcW w:w="2880" w:type="dxa"/>
          </w:tcPr>
          <w:p w:rsidR="006F7457" w:rsidRPr="00332DB8" w:rsidRDefault="00332DB8">
            <w:pPr>
              <w:rPr>
                <w:lang w:val="ru-RU"/>
              </w:rPr>
            </w:pPr>
            <w:r w:rsidRPr="00332DB8">
              <w:rPr>
                <w:lang w:val="ru-RU"/>
              </w:rPr>
              <w:t xml:space="preserve">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w:t>
            </w:r>
            <w:r>
              <w:t>https</w:t>
            </w:r>
            <w:r w:rsidRPr="00332DB8">
              <w:rPr>
                <w:lang w:val="ru-RU"/>
              </w:rPr>
              <w:t>://</w:t>
            </w:r>
            <w:r>
              <w:t>vk</w:t>
            </w:r>
            <w:r w:rsidRPr="00332DB8">
              <w:rPr>
                <w:lang w:val="ru-RU"/>
              </w:rPr>
              <w:t>.</w:t>
            </w:r>
            <w:r>
              <w:t>com</w:t>
            </w:r>
            <w:r w:rsidRPr="00332DB8">
              <w:rPr>
                <w:lang w:val="ru-RU"/>
              </w:rPr>
              <w:t>/</w:t>
            </w:r>
            <w:r>
              <w:t>gitler</w:t>
            </w:r>
            <w:r w:rsidRPr="00332DB8">
              <w:rPr>
                <w:lang w:val="ru-RU"/>
              </w:rPr>
              <w:t>78 (решение Майкопского районного суда Республики Адыгея от 24.06.2015);</w:t>
            </w:r>
          </w:p>
        </w:tc>
        <w:tc>
          <w:tcPr>
            <w:tcW w:w="2880" w:type="dxa"/>
          </w:tcPr>
          <w:p w:rsidR="006F7457" w:rsidRPr="00332DB8" w:rsidRDefault="006F7457">
            <w:pPr>
              <w:rPr>
                <w:lang w:val="ru-RU"/>
              </w:rPr>
            </w:pPr>
          </w:p>
        </w:tc>
      </w:tr>
      <w:tr w:rsidR="006F7457">
        <w:tc>
          <w:tcPr>
            <w:tcW w:w="2880" w:type="dxa"/>
          </w:tcPr>
          <w:p w:rsidR="006F7457" w:rsidRDefault="00332DB8">
            <w:r>
              <w:t>3276.</w:t>
            </w:r>
          </w:p>
        </w:tc>
        <w:tc>
          <w:tcPr>
            <w:tcW w:w="2880" w:type="dxa"/>
          </w:tcPr>
          <w:p w:rsidR="006F7457" w:rsidRDefault="00332DB8">
            <w:r w:rsidRPr="00332DB8">
              <w:rPr>
                <w:lang w:val="ru-RU"/>
              </w:rPr>
              <w:t xml:space="preserve">Информационный материал - изображение, размещенное на Интернет- сайте </w:t>
            </w:r>
            <w:r>
              <w:t>http</w:t>
            </w:r>
            <w:r w:rsidRPr="00332DB8">
              <w:rPr>
                <w:lang w:val="ru-RU"/>
              </w:rPr>
              <w:t>://</w:t>
            </w:r>
            <w:r>
              <w:t>vk</w:t>
            </w:r>
            <w:r w:rsidRPr="00332DB8">
              <w:rPr>
                <w:lang w:val="ru-RU"/>
              </w:rPr>
              <w:t>.</w:t>
            </w:r>
            <w:r>
              <w:t>com</w:t>
            </w:r>
            <w:r w:rsidRPr="00332DB8">
              <w:rPr>
                <w:lang w:val="ru-RU"/>
              </w:rPr>
              <w:t>//</w:t>
            </w:r>
            <w:r>
              <w:t>club</w:t>
            </w:r>
            <w:r w:rsidRPr="00332DB8">
              <w:rPr>
                <w:lang w:val="ru-RU"/>
              </w:rPr>
              <w:t>71672115 «Смерть Москалям» «Слава Нац</w:t>
            </w:r>
            <w:r>
              <w:t>ii</w:t>
            </w:r>
            <w:r w:rsidRPr="00332DB8">
              <w:rPr>
                <w:lang w:val="ru-RU"/>
              </w:rPr>
              <w:t xml:space="preserve">-Смерть Москалям!» </w:t>
            </w:r>
            <w:r>
              <w:t>(решение Никулинского районного суда города Москвы от 25.11.2015);</w:t>
            </w:r>
          </w:p>
        </w:tc>
        <w:tc>
          <w:tcPr>
            <w:tcW w:w="2880" w:type="dxa"/>
          </w:tcPr>
          <w:p w:rsidR="006F7457" w:rsidRDefault="006F7457"/>
        </w:tc>
      </w:tr>
      <w:tr w:rsidR="006F7457" w:rsidRPr="005A424D">
        <w:tc>
          <w:tcPr>
            <w:tcW w:w="2880" w:type="dxa"/>
          </w:tcPr>
          <w:p w:rsidR="006F7457" w:rsidRDefault="00332DB8">
            <w:r>
              <w:t>3277.</w:t>
            </w:r>
          </w:p>
        </w:tc>
        <w:tc>
          <w:tcPr>
            <w:tcW w:w="2880" w:type="dxa"/>
          </w:tcPr>
          <w:p w:rsidR="006F7457" w:rsidRPr="00332DB8" w:rsidRDefault="00332DB8">
            <w:pPr>
              <w:rPr>
                <w:lang w:val="ru-RU"/>
              </w:rPr>
            </w:pPr>
            <w:r w:rsidRPr="00332DB8">
              <w:rPr>
                <w:lang w:val="ru-RU"/>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w:t>
            </w:r>
            <w:r>
              <w:t>http</w:t>
            </w:r>
            <w:r w:rsidRPr="00332DB8">
              <w:rPr>
                <w:lang w:val="ru-RU"/>
              </w:rPr>
              <w:t>:/</w:t>
            </w:r>
            <w:r>
              <w:t>com</w:t>
            </w:r>
            <w:r w:rsidRPr="00332DB8">
              <w:rPr>
                <w:lang w:val="ru-RU"/>
              </w:rPr>
              <w:t>/</w:t>
            </w:r>
            <w:r>
              <w:t>id</w:t>
            </w:r>
            <w:r w:rsidRPr="00332DB8">
              <w:rPr>
                <w:lang w:val="ru-RU"/>
              </w:rPr>
              <w:t>222297990 (решение Полярного районного суда Мурманской области от 16.12.2015);</w:t>
            </w:r>
          </w:p>
        </w:tc>
        <w:tc>
          <w:tcPr>
            <w:tcW w:w="2880" w:type="dxa"/>
          </w:tcPr>
          <w:p w:rsidR="006F7457" w:rsidRPr="00332DB8" w:rsidRDefault="006F7457">
            <w:pPr>
              <w:rPr>
                <w:lang w:val="ru-RU"/>
              </w:rPr>
            </w:pPr>
          </w:p>
        </w:tc>
      </w:tr>
      <w:tr w:rsidR="006F7457" w:rsidRPr="005A424D">
        <w:tc>
          <w:tcPr>
            <w:tcW w:w="2880" w:type="dxa"/>
          </w:tcPr>
          <w:p w:rsidR="006F7457" w:rsidRDefault="00332DB8">
            <w:r>
              <w:t>3278.</w:t>
            </w:r>
          </w:p>
        </w:tc>
        <w:tc>
          <w:tcPr>
            <w:tcW w:w="2880" w:type="dxa"/>
          </w:tcPr>
          <w:p w:rsidR="006F7457" w:rsidRPr="00332DB8" w:rsidRDefault="00332DB8">
            <w:pPr>
              <w:rPr>
                <w:lang w:val="ru-RU"/>
              </w:rPr>
            </w:pPr>
            <w:r w:rsidRPr="00332DB8">
              <w:rPr>
                <w:lang w:val="ru-RU"/>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2880" w:type="dxa"/>
          </w:tcPr>
          <w:p w:rsidR="006F7457" w:rsidRPr="00332DB8" w:rsidRDefault="006F7457">
            <w:pPr>
              <w:rPr>
                <w:lang w:val="ru-RU"/>
              </w:rPr>
            </w:pPr>
          </w:p>
        </w:tc>
      </w:tr>
      <w:tr w:rsidR="006F7457" w:rsidRPr="005A424D">
        <w:tc>
          <w:tcPr>
            <w:tcW w:w="2880" w:type="dxa"/>
          </w:tcPr>
          <w:p w:rsidR="006F7457" w:rsidRDefault="00332DB8">
            <w:r>
              <w:t>327</w:t>
            </w:r>
            <w:r>
              <w:lastRenderedPageBreak/>
              <w:t>9.</w:t>
            </w:r>
          </w:p>
        </w:tc>
        <w:tc>
          <w:tcPr>
            <w:tcW w:w="2880" w:type="dxa"/>
          </w:tcPr>
          <w:p w:rsidR="006F7457" w:rsidRPr="00332DB8" w:rsidRDefault="00332DB8">
            <w:pPr>
              <w:rPr>
                <w:lang w:val="ru-RU"/>
              </w:rPr>
            </w:pPr>
            <w:r w:rsidRPr="00332DB8">
              <w:rPr>
                <w:lang w:val="ru-RU"/>
              </w:rPr>
              <w:lastRenderedPageBreak/>
              <w:t xml:space="preserve">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w:t>
            </w:r>
            <w:r>
              <w:t>http</w:t>
            </w:r>
            <w:r w:rsidRPr="00332DB8">
              <w:rPr>
                <w:lang w:val="ru-RU"/>
              </w:rPr>
              <w:t>://</w:t>
            </w:r>
            <w:r>
              <w:t>risovach</w:t>
            </w:r>
            <w:r w:rsidRPr="00332DB8">
              <w:rPr>
                <w:lang w:val="ru-RU"/>
              </w:rPr>
              <w:t>.</w:t>
            </w:r>
            <w:r>
              <w:t>ru</w:t>
            </w:r>
            <w:r w:rsidRPr="00332DB8">
              <w:rPr>
                <w:lang w:val="ru-RU"/>
              </w:rPr>
              <w:t>/</w:t>
            </w:r>
            <w:r>
              <w:t>kartinka</w:t>
            </w:r>
            <w:r w:rsidRPr="00332DB8">
              <w:rPr>
                <w:lang w:val="ru-RU"/>
              </w:rPr>
              <w:t xml:space="preserve">/2460004 (решение Кунцевского районного </w:t>
            </w:r>
            <w:r w:rsidRPr="00332DB8">
              <w:rPr>
                <w:lang w:val="ru-RU"/>
              </w:rPr>
              <w:lastRenderedPageBreak/>
              <w:t>суда города Москвы от 09.07.2015);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3280.</w:t>
            </w:r>
          </w:p>
        </w:tc>
        <w:tc>
          <w:tcPr>
            <w:tcW w:w="2880" w:type="dxa"/>
          </w:tcPr>
          <w:p w:rsidR="006F7457" w:rsidRPr="00332DB8" w:rsidRDefault="00332DB8">
            <w:pPr>
              <w:rPr>
                <w:lang w:val="ru-RU"/>
              </w:rPr>
            </w:pPr>
            <w:r w:rsidRPr="00332DB8">
              <w:rPr>
                <w:lang w:val="ru-RU"/>
              </w:rPr>
              <w:t xml:space="preserve">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w:t>
            </w:r>
            <w:r>
              <w:t>http</w:t>
            </w:r>
            <w:r w:rsidRPr="00332DB8">
              <w:rPr>
                <w:lang w:val="ru-RU"/>
              </w:rPr>
              <w:t>://</w:t>
            </w:r>
            <w:r>
              <w:t>risovach</w:t>
            </w:r>
            <w:r w:rsidRPr="00332DB8">
              <w:rPr>
                <w:lang w:val="ru-RU"/>
              </w:rPr>
              <w:t>.</w:t>
            </w:r>
            <w:r>
              <w:t>ru</w:t>
            </w:r>
            <w:r w:rsidRPr="00332DB8">
              <w:rPr>
                <w:lang w:val="ru-RU"/>
              </w:rPr>
              <w:t>/</w:t>
            </w:r>
            <w:r>
              <w:t>kartinka</w:t>
            </w:r>
            <w:r w:rsidRPr="00332DB8">
              <w:rPr>
                <w:lang w:val="ru-RU"/>
              </w:rPr>
              <w:t>/528965 (решение Кунцевского районного суда города Москвы от 09.07.2015);</w:t>
            </w:r>
          </w:p>
        </w:tc>
        <w:tc>
          <w:tcPr>
            <w:tcW w:w="2880" w:type="dxa"/>
          </w:tcPr>
          <w:p w:rsidR="006F7457" w:rsidRPr="00332DB8" w:rsidRDefault="006F7457">
            <w:pPr>
              <w:rPr>
                <w:lang w:val="ru-RU"/>
              </w:rPr>
            </w:pPr>
          </w:p>
        </w:tc>
      </w:tr>
      <w:tr w:rsidR="006F7457" w:rsidRPr="005A424D">
        <w:tc>
          <w:tcPr>
            <w:tcW w:w="2880" w:type="dxa"/>
          </w:tcPr>
          <w:p w:rsidR="006F7457" w:rsidRDefault="00332DB8">
            <w:r>
              <w:t>3281.</w:t>
            </w:r>
          </w:p>
        </w:tc>
        <w:tc>
          <w:tcPr>
            <w:tcW w:w="2880" w:type="dxa"/>
          </w:tcPr>
          <w:p w:rsidR="006F7457" w:rsidRPr="00332DB8" w:rsidRDefault="00332DB8">
            <w:pPr>
              <w:rPr>
                <w:lang w:val="ru-RU"/>
              </w:rPr>
            </w:pPr>
            <w:r w:rsidRPr="00332DB8">
              <w:rPr>
                <w:lang w:val="ru-RU"/>
              </w:rPr>
              <w:t xml:space="preserve">Доменные имена и указатели страниц сайтов в сети Интернет: Интернет-сайт </w:t>
            </w:r>
            <w:r>
              <w:t>http</w:t>
            </w:r>
            <w:r w:rsidRPr="00332DB8">
              <w:rPr>
                <w:lang w:val="ru-RU"/>
              </w:rPr>
              <w:t>://</w:t>
            </w:r>
            <w:r>
              <w:t>www</w:t>
            </w:r>
            <w:r w:rsidRPr="00332DB8">
              <w:rPr>
                <w:lang w:val="ru-RU"/>
              </w:rPr>
              <w:t>.</w:t>
            </w:r>
            <w:r>
              <w:t>nnpr</w:t>
            </w:r>
            <w:r w:rsidRPr="00332DB8">
              <w:rPr>
                <w:lang w:val="ru-RU"/>
              </w:rPr>
              <w:t>.</w:t>
            </w:r>
            <w:r>
              <w:t>su</w:t>
            </w:r>
            <w:r w:rsidRPr="00332DB8">
              <w:rPr>
                <w:lang w:val="ru-RU"/>
              </w:rPr>
              <w:t xml:space="preserve">; видеозапись «Торжество павших воинов», размещенная в ИТКС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w</w:t>
            </w:r>
            <w:r w:rsidRPr="00332DB8">
              <w:rPr>
                <w:lang w:val="ru-RU"/>
              </w:rPr>
              <w:t>9</w:t>
            </w:r>
            <w:r>
              <w:t>d</w:t>
            </w:r>
            <w:r w:rsidRPr="00332DB8">
              <w:rPr>
                <w:lang w:val="ru-RU"/>
              </w:rPr>
              <w:t>7</w:t>
            </w:r>
            <w:r>
              <w:t>ECcH</w:t>
            </w:r>
            <w:r w:rsidRPr="00332DB8">
              <w:rPr>
                <w:lang w:val="ru-RU"/>
              </w:rPr>
              <w:t>8</w:t>
            </w:r>
            <w:r>
              <w:t>k</w:t>
            </w:r>
            <w:r w:rsidRPr="00332DB8">
              <w:rPr>
                <w:lang w:val="ru-RU"/>
              </w:rPr>
              <w:t xml:space="preserve">4; видеозапись «Речь Иванова-Сухаревского», размещенная в ИТКС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KfjllZZvo</w:t>
            </w:r>
            <w:r w:rsidRPr="00332DB8">
              <w:rPr>
                <w:lang w:val="ru-RU"/>
              </w:rPr>
              <w:t>6</w:t>
            </w:r>
            <w:r>
              <w:t>Y</w:t>
            </w:r>
            <w:r w:rsidRPr="00332DB8">
              <w:rPr>
                <w:lang w:val="ru-RU"/>
              </w:rPr>
              <w:t xml:space="preserve">; видеозапись «Добрые люди о свободе», размещенная в ИТКС «Интернет»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-8691078_1 60831550?</w:t>
            </w:r>
            <w:r>
              <w:t>hash</w:t>
            </w:r>
            <w:r w:rsidRPr="00332DB8">
              <w:rPr>
                <w:lang w:val="ru-RU"/>
              </w:rPr>
              <w:t>=2</w:t>
            </w:r>
            <w:r>
              <w:t>cf</w:t>
            </w:r>
            <w:r w:rsidRPr="00332DB8">
              <w:rPr>
                <w:lang w:val="ru-RU"/>
              </w:rPr>
              <w:t>6</w:t>
            </w:r>
            <w:r>
              <w:t>c</w:t>
            </w:r>
            <w:r w:rsidRPr="00332DB8">
              <w:rPr>
                <w:lang w:val="ru-RU"/>
              </w:rPr>
              <w:t>69</w:t>
            </w:r>
            <w:r>
              <w:t>ecf</w:t>
            </w:r>
            <w:r w:rsidRPr="00332DB8">
              <w:rPr>
                <w:lang w:val="ru-RU"/>
              </w:rPr>
              <w:t>456</w:t>
            </w:r>
            <w:r>
              <w:t>a</w:t>
            </w:r>
            <w:r w:rsidRPr="00332DB8">
              <w:rPr>
                <w:lang w:val="ru-RU"/>
              </w:rPr>
              <w:t xml:space="preserve">6; видеозапись «Русская девушка», размещенная в ИТКС «Интернет» по адресу </w:t>
            </w:r>
            <w:r>
              <w:t>http</w:t>
            </w:r>
            <w:r w:rsidRPr="00332DB8">
              <w:rPr>
                <w:lang w:val="ru-RU"/>
              </w:rPr>
              <w:t>://</w:t>
            </w:r>
            <w:r>
              <w:t>vk</w:t>
            </w:r>
            <w:r w:rsidRPr="00332DB8">
              <w:rPr>
                <w:lang w:val="ru-RU"/>
              </w:rPr>
              <w:t>.</w:t>
            </w:r>
            <w:r>
              <w:t>com</w:t>
            </w:r>
            <w:r w:rsidRPr="00332DB8">
              <w:rPr>
                <w:lang w:val="ru-RU"/>
              </w:rPr>
              <w:t xml:space="preserve">/ </w:t>
            </w:r>
            <w:r>
              <w:t>video</w:t>
            </w:r>
            <w:r w:rsidRPr="00332DB8">
              <w:rPr>
                <w:lang w:val="ru-RU"/>
              </w:rPr>
              <w:t xml:space="preserve">37102119_160875736; видеозапись «ННП», размещенная в ИТКС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=2</w:t>
            </w:r>
            <w:r>
              <w:t>v</w:t>
            </w:r>
            <w:r w:rsidRPr="00332DB8">
              <w:rPr>
                <w:lang w:val="ru-RU"/>
              </w:rPr>
              <w:t>4</w:t>
            </w:r>
            <w:r>
              <w:t>IdQ</w:t>
            </w:r>
            <w:r w:rsidRPr="00332DB8">
              <w:rPr>
                <w:lang w:val="ru-RU"/>
              </w:rPr>
              <w:t>-882</w:t>
            </w:r>
            <w:r>
              <w:t>Y</w:t>
            </w:r>
            <w:r w:rsidRPr="00332DB8">
              <w:rPr>
                <w:lang w:val="ru-RU"/>
              </w:rPr>
              <w:t xml:space="preserve"> (решение Замоскворецкого районного суда города Москвы от 10.09.2015);</w:t>
            </w:r>
          </w:p>
        </w:tc>
        <w:tc>
          <w:tcPr>
            <w:tcW w:w="2880" w:type="dxa"/>
          </w:tcPr>
          <w:p w:rsidR="006F7457" w:rsidRPr="00332DB8" w:rsidRDefault="006F7457">
            <w:pPr>
              <w:rPr>
                <w:lang w:val="ru-RU"/>
              </w:rPr>
            </w:pPr>
          </w:p>
        </w:tc>
      </w:tr>
      <w:tr w:rsidR="006F7457" w:rsidRPr="005A424D">
        <w:tc>
          <w:tcPr>
            <w:tcW w:w="2880" w:type="dxa"/>
          </w:tcPr>
          <w:p w:rsidR="006F7457" w:rsidRDefault="00332DB8">
            <w:r>
              <w:t>3282.</w:t>
            </w:r>
          </w:p>
        </w:tc>
        <w:tc>
          <w:tcPr>
            <w:tcW w:w="2880" w:type="dxa"/>
          </w:tcPr>
          <w:p w:rsidR="006F7457" w:rsidRPr="00332DB8" w:rsidRDefault="00332DB8">
            <w:pPr>
              <w:rPr>
                <w:lang w:val="ru-RU"/>
              </w:rPr>
            </w:pPr>
            <w:r w:rsidRPr="00332DB8">
              <w:rPr>
                <w:lang w:val="ru-RU"/>
              </w:rPr>
              <w:t xml:space="preserve">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w:t>
            </w:r>
            <w:r>
              <w:t>P</w:t>
            </w:r>
            <w:r w:rsidRPr="00332DB8">
              <w:rPr>
                <w:lang w:val="ru-RU"/>
              </w:rPr>
              <w:t>.</w:t>
            </w:r>
            <w:r>
              <w:t>S</w:t>
            </w:r>
            <w:r w:rsidRPr="00332DB8">
              <w:rPr>
                <w:lang w:val="ru-RU"/>
              </w:rPr>
              <w:t>.7.62,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w:t>
            </w:r>
            <w:r>
              <w:t>http</w:t>
            </w:r>
            <w:r w:rsidRPr="00332DB8">
              <w:rPr>
                <w:lang w:val="ru-RU"/>
              </w:rPr>
              <w:t>://</w:t>
            </w:r>
            <w:r>
              <w:t>via</w:t>
            </w:r>
            <w:r w:rsidRPr="00332DB8">
              <w:rPr>
                <w:lang w:val="ru-RU"/>
              </w:rPr>
              <w:t>-</w:t>
            </w:r>
            <w:r>
              <w:t>midgard</w:t>
            </w:r>
            <w:r w:rsidRPr="00332DB8">
              <w:rPr>
                <w:lang w:val="ru-RU"/>
              </w:rPr>
              <w:t>.</w:t>
            </w:r>
            <w:r>
              <w:t>info</w:t>
            </w:r>
            <w:r w:rsidRPr="00332DB8">
              <w:rPr>
                <w:lang w:val="ru-RU"/>
              </w:rPr>
              <w:t xml:space="preserve">» «Мингард-Инфо» , </w:t>
            </w:r>
            <w:r>
              <w:t>http</w:t>
            </w:r>
            <w:r w:rsidRPr="00332DB8">
              <w:rPr>
                <w:lang w:val="ru-RU"/>
              </w:rPr>
              <w:t>://</w:t>
            </w:r>
            <w:r>
              <w:t>via</w:t>
            </w:r>
            <w:r w:rsidRPr="00332DB8">
              <w:rPr>
                <w:lang w:val="ru-RU"/>
              </w:rPr>
              <w:t>-</w:t>
            </w:r>
            <w:r>
              <w:t>midgard</w:t>
            </w:r>
            <w:r w:rsidRPr="00332DB8">
              <w:rPr>
                <w:lang w:val="ru-RU"/>
              </w:rPr>
              <w:t>.</w:t>
            </w:r>
            <w:r>
              <w:t>info</w:t>
            </w:r>
            <w:r w:rsidRPr="00332DB8">
              <w:rPr>
                <w:lang w:val="ru-RU"/>
              </w:rPr>
              <w:t>/</w:t>
            </w:r>
            <w:r>
              <w:t>news</w:t>
            </w:r>
            <w:r w:rsidRPr="00332DB8">
              <w:rPr>
                <w:lang w:val="ru-RU"/>
              </w:rPr>
              <w:t>/</w:t>
            </w:r>
            <w:r>
              <w:t>ps</w:t>
            </w:r>
            <w:r w:rsidRPr="00332DB8">
              <w:rPr>
                <w:lang w:val="ru-RU"/>
              </w:rPr>
              <w:t>762-</w:t>
            </w:r>
            <w:r>
              <w:t>edinstvo</w:t>
            </w:r>
            <w:r w:rsidRPr="00332DB8">
              <w:rPr>
                <w:lang w:val="ru-RU"/>
              </w:rPr>
              <w:t>.</w:t>
            </w:r>
            <w:r>
              <w:t>htm</w:t>
            </w:r>
            <w:r w:rsidRPr="00332DB8">
              <w:rPr>
                <w:lang w:val="ru-RU"/>
              </w:rPr>
              <w:t xml:space="preserve"> (решение Кронштадтского районного суда города Санкт-Петербурга от 02.11.2015);</w:t>
            </w:r>
          </w:p>
        </w:tc>
        <w:tc>
          <w:tcPr>
            <w:tcW w:w="2880" w:type="dxa"/>
          </w:tcPr>
          <w:p w:rsidR="006F7457" w:rsidRPr="00332DB8" w:rsidRDefault="006F7457">
            <w:pPr>
              <w:rPr>
                <w:lang w:val="ru-RU"/>
              </w:rPr>
            </w:pPr>
          </w:p>
        </w:tc>
      </w:tr>
      <w:tr w:rsidR="006F7457" w:rsidRPr="005A424D">
        <w:tc>
          <w:tcPr>
            <w:tcW w:w="2880" w:type="dxa"/>
          </w:tcPr>
          <w:p w:rsidR="006F7457" w:rsidRDefault="00332DB8">
            <w:r>
              <w:t>3283.</w:t>
            </w:r>
          </w:p>
        </w:tc>
        <w:tc>
          <w:tcPr>
            <w:tcW w:w="2880" w:type="dxa"/>
          </w:tcPr>
          <w:p w:rsidR="006F7457" w:rsidRPr="00332DB8" w:rsidRDefault="00332DB8">
            <w:pPr>
              <w:rPr>
                <w:lang w:val="ru-RU"/>
              </w:rPr>
            </w:pPr>
            <w:r w:rsidRPr="00332DB8">
              <w:rPr>
                <w:lang w:val="ru-RU"/>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w:t>
            </w:r>
            <w:r>
              <w:t>http</w:t>
            </w:r>
            <w:r w:rsidRPr="00332DB8">
              <w:rPr>
                <w:lang w:val="ru-RU"/>
              </w:rPr>
              <w:t>://</w:t>
            </w:r>
            <w:r>
              <w:t>via</w:t>
            </w:r>
            <w:r w:rsidRPr="00332DB8">
              <w:rPr>
                <w:lang w:val="ru-RU"/>
              </w:rPr>
              <w:t>-</w:t>
            </w:r>
            <w:r>
              <w:t>midgard</w:t>
            </w:r>
            <w:r w:rsidRPr="00332DB8">
              <w:rPr>
                <w:lang w:val="ru-RU"/>
              </w:rPr>
              <w:t>.</w:t>
            </w:r>
            <w:r>
              <w:t>info</w:t>
            </w:r>
            <w:r w:rsidRPr="00332DB8">
              <w:rPr>
                <w:lang w:val="ru-RU"/>
              </w:rPr>
              <w:t xml:space="preserve">» «Мингард-Инфо», в рубрике новости, </w:t>
            </w:r>
            <w:r>
              <w:t>http</w:t>
            </w:r>
            <w:r w:rsidRPr="00332DB8">
              <w:rPr>
                <w:lang w:val="ru-RU"/>
              </w:rPr>
              <w:t>://</w:t>
            </w:r>
            <w:r>
              <w:t>via</w:t>
            </w:r>
            <w:r w:rsidRPr="00332DB8">
              <w:rPr>
                <w:lang w:val="ru-RU"/>
              </w:rPr>
              <w:t xml:space="preserve">- </w:t>
            </w:r>
            <w:r>
              <w:t>midgard</w:t>
            </w:r>
            <w:r w:rsidRPr="00332DB8">
              <w:rPr>
                <w:lang w:val="ru-RU"/>
              </w:rPr>
              <w:t>.</w:t>
            </w:r>
            <w:r>
              <w:t>info</w:t>
            </w:r>
            <w:r w:rsidRPr="00332DB8">
              <w:rPr>
                <w:lang w:val="ru-RU"/>
              </w:rPr>
              <w:t>/</w:t>
            </w:r>
            <w:r>
              <w:t>news</w:t>
            </w:r>
            <w:r w:rsidRPr="00332DB8">
              <w:rPr>
                <w:lang w:val="ru-RU"/>
              </w:rPr>
              <w:t>/</w:t>
            </w:r>
            <w:r>
              <w:t>plan</w:t>
            </w:r>
            <w:r w:rsidRPr="00332DB8">
              <w:rPr>
                <w:lang w:val="ru-RU"/>
              </w:rPr>
              <w:t>-</w:t>
            </w:r>
            <w:r>
              <w:t>kavkazcev</w:t>
            </w:r>
            <w:r w:rsidRPr="00332DB8">
              <w:rPr>
                <w:lang w:val="ru-RU"/>
              </w:rPr>
              <w:t>-</w:t>
            </w:r>
            <w:r>
              <w:t>i</w:t>
            </w:r>
            <w:r w:rsidRPr="00332DB8">
              <w:rPr>
                <w:lang w:val="ru-RU"/>
              </w:rPr>
              <w:t>-</w:t>
            </w:r>
            <w:r>
              <w:t>evreev</w:t>
            </w:r>
            <w:r w:rsidRPr="00332DB8">
              <w:rPr>
                <w:lang w:val="ru-RU"/>
              </w:rPr>
              <w:t>-</w:t>
            </w:r>
            <w:r>
              <w:t>poporaboshheniyu</w:t>
            </w:r>
            <w:r w:rsidRPr="00332DB8">
              <w:rPr>
                <w:lang w:val="ru-RU"/>
              </w:rPr>
              <w:t>-</w:t>
            </w:r>
            <w:r>
              <w:t>i</w:t>
            </w:r>
            <w:r w:rsidRPr="00332DB8">
              <w:rPr>
                <w:lang w:val="ru-RU"/>
              </w:rPr>
              <w:t>.</w:t>
            </w:r>
            <w:r>
              <w:t>htm</w:t>
            </w:r>
            <w:r w:rsidRPr="00332DB8">
              <w:rPr>
                <w:lang w:val="ru-RU"/>
              </w:rPr>
              <w:t xml:space="preserve"> (решение </w:t>
            </w:r>
            <w:r w:rsidRPr="00332DB8">
              <w:rPr>
                <w:lang w:val="ru-RU"/>
              </w:rPr>
              <w:lastRenderedPageBreak/>
              <w:t>Кронштадтского районного суда города Санкт-Петербурга от 02.11.2015);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3284.</w:t>
            </w:r>
          </w:p>
        </w:tc>
        <w:tc>
          <w:tcPr>
            <w:tcW w:w="2880" w:type="dxa"/>
          </w:tcPr>
          <w:p w:rsidR="006F7457" w:rsidRPr="00332DB8" w:rsidRDefault="00332DB8">
            <w:pPr>
              <w:rPr>
                <w:lang w:val="ru-RU"/>
              </w:rPr>
            </w:pPr>
            <w:r w:rsidRPr="00332DB8">
              <w:rPr>
                <w:lang w:val="ru-RU"/>
              </w:rPr>
              <w:t xml:space="preserve">Видеозапись «заявление </w:t>
            </w:r>
            <w:r>
              <w:t>NS</w:t>
            </w:r>
            <w:r w:rsidRPr="00332DB8">
              <w:rPr>
                <w:lang w:val="ru-RU"/>
              </w:rPr>
              <w:t>/</w:t>
            </w:r>
            <w:r>
              <w:t>WP</w:t>
            </w:r>
            <w:r w:rsidRPr="00332DB8">
              <w:rPr>
                <w:lang w:val="ru-RU"/>
              </w:rPr>
              <w:t xml:space="preserve"> к рузке» продолжительностью 01 минута 18 секунд, распространяемая посредством сети «Интернет» на странице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=Н73</w:t>
            </w:r>
            <w:r>
              <w:t>X</w:t>
            </w:r>
            <w:r w:rsidRPr="00332DB8">
              <w:rPr>
                <w:lang w:val="ru-RU"/>
              </w:rPr>
              <w:t>7</w:t>
            </w:r>
            <w:r>
              <w:t>wBwvys</w:t>
            </w:r>
            <w:r w:rsidRPr="00332DB8">
              <w:rPr>
                <w:lang w:val="ru-RU"/>
              </w:rPr>
              <w:t xml:space="preserve"> на Интернет-сайте </w:t>
            </w:r>
            <w:r>
              <w:t>http</w:t>
            </w:r>
            <w:r w:rsidRPr="00332DB8">
              <w:rPr>
                <w:lang w:val="ru-RU"/>
              </w:rPr>
              <w:t>://</w:t>
            </w:r>
            <w:r>
              <w:t>youtube</w:t>
            </w:r>
            <w:r w:rsidRPr="00332DB8">
              <w:rPr>
                <w:lang w:val="ru-RU"/>
              </w:rPr>
              <w:t>.</w:t>
            </w:r>
            <w:r>
              <w:t>ru</w:t>
            </w:r>
            <w:r w:rsidRPr="00332DB8">
              <w:rPr>
                <w:lang w:val="ru-RU"/>
              </w:rPr>
              <w:t xml:space="preserve"> (решение Пушкинского районного суда города Санкт-Петербурга от 03.11.2015);</w:t>
            </w:r>
          </w:p>
        </w:tc>
        <w:tc>
          <w:tcPr>
            <w:tcW w:w="2880" w:type="dxa"/>
          </w:tcPr>
          <w:p w:rsidR="006F7457" w:rsidRPr="00332DB8" w:rsidRDefault="006F7457">
            <w:pPr>
              <w:rPr>
                <w:lang w:val="ru-RU"/>
              </w:rPr>
            </w:pPr>
          </w:p>
        </w:tc>
      </w:tr>
      <w:tr w:rsidR="006F7457" w:rsidRPr="005A424D">
        <w:tc>
          <w:tcPr>
            <w:tcW w:w="2880" w:type="dxa"/>
          </w:tcPr>
          <w:p w:rsidR="006F7457" w:rsidRDefault="00332DB8">
            <w:r>
              <w:t>3285.</w:t>
            </w:r>
          </w:p>
        </w:tc>
        <w:tc>
          <w:tcPr>
            <w:tcW w:w="2880" w:type="dxa"/>
          </w:tcPr>
          <w:p w:rsidR="006F7457" w:rsidRPr="00332DB8" w:rsidRDefault="00332DB8">
            <w:pPr>
              <w:rPr>
                <w:lang w:val="ru-RU"/>
              </w:rPr>
            </w:pPr>
            <w:r w:rsidRPr="00332DB8">
              <w:rPr>
                <w:lang w:val="ru-RU"/>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2880" w:type="dxa"/>
          </w:tcPr>
          <w:p w:rsidR="006F7457" w:rsidRPr="00332DB8" w:rsidRDefault="006F7457">
            <w:pPr>
              <w:rPr>
                <w:lang w:val="ru-RU"/>
              </w:rPr>
            </w:pPr>
          </w:p>
        </w:tc>
      </w:tr>
      <w:tr w:rsidR="006F7457" w:rsidRPr="005A424D">
        <w:tc>
          <w:tcPr>
            <w:tcW w:w="2880" w:type="dxa"/>
          </w:tcPr>
          <w:p w:rsidR="006F7457" w:rsidRDefault="00332DB8">
            <w:r>
              <w:t>3286.</w:t>
            </w:r>
          </w:p>
        </w:tc>
        <w:tc>
          <w:tcPr>
            <w:tcW w:w="2880" w:type="dxa"/>
          </w:tcPr>
          <w:p w:rsidR="006F7457" w:rsidRPr="00332DB8" w:rsidRDefault="00332DB8">
            <w:pPr>
              <w:rPr>
                <w:lang w:val="ru-RU"/>
              </w:rPr>
            </w:pPr>
            <w:r w:rsidRPr="00332DB8">
              <w:rPr>
                <w:lang w:val="ru-RU"/>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2880" w:type="dxa"/>
          </w:tcPr>
          <w:p w:rsidR="006F7457" w:rsidRPr="00332DB8" w:rsidRDefault="006F7457">
            <w:pPr>
              <w:rPr>
                <w:lang w:val="ru-RU"/>
              </w:rPr>
            </w:pPr>
          </w:p>
        </w:tc>
      </w:tr>
      <w:tr w:rsidR="006F7457" w:rsidRPr="005A424D">
        <w:tc>
          <w:tcPr>
            <w:tcW w:w="2880" w:type="dxa"/>
          </w:tcPr>
          <w:p w:rsidR="006F7457" w:rsidRDefault="00332DB8">
            <w:r>
              <w:t>3287.</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информационно-коммуникационной сети Интернет по сетевому адресу </w:t>
            </w:r>
            <w:r>
              <w:t>www</w:t>
            </w:r>
            <w:r w:rsidRPr="00332DB8">
              <w:rPr>
                <w:lang w:val="ru-RU"/>
              </w:rPr>
              <w:t>.</w:t>
            </w:r>
            <w:r>
              <w:t>vk</w:t>
            </w:r>
            <w:r w:rsidRPr="00332DB8">
              <w:rPr>
                <w:lang w:val="ru-RU"/>
              </w:rPr>
              <w:t>.</w:t>
            </w:r>
            <w:r>
              <w:t>com</w:t>
            </w:r>
            <w:r w:rsidRPr="00332DB8">
              <w:rPr>
                <w:lang w:val="ru-RU"/>
              </w:rPr>
              <w:t>/</w:t>
            </w:r>
            <w:r>
              <w:t>id</w:t>
            </w:r>
            <w:r w:rsidRPr="00332DB8">
              <w:rPr>
                <w:lang w:val="ru-RU"/>
              </w:rPr>
              <w:t>165111211: – файл «Дарья Сельцова.</w:t>
            </w:r>
            <w:r>
              <w:t>htm</w:t>
            </w:r>
            <w:r w:rsidRPr="00332DB8">
              <w:rPr>
                <w:lang w:val="ru-RU"/>
              </w:rPr>
              <w:t>» (интернет-страница); – видеозапись «Небо засыпай россия88.</w:t>
            </w:r>
            <w:r>
              <w:t>mp</w:t>
            </w:r>
            <w:r w:rsidRPr="00332DB8">
              <w:rPr>
                <w:lang w:val="ru-RU"/>
              </w:rPr>
              <w:t xml:space="preserve">4»; – видеозапись «Россия для Русских!. </w:t>
            </w:r>
            <w:r>
              <w:t>mp</w:t>
            </w:r>
            <w:r w:rsidRPr="00332DB8">
              <w:rPr>
                <w:lang w:val="ru-RU"/>
              </w:rPr>
              <w:t>4»; – файл (изображение) «</w:t>
            </w:r>
            <w:r>
              <w:t>LDGifJaSExw</w:t>
            </w:r>
            <w:r w:rsidRPr="00332DB8">
              <w:rPr>
                <w:lang w:val="ru-RU"/>
              </w:rPr>
              <w:t>.</w:t>
            </w:r>
            <w:r>
              <w:t>jpg</w:t>
            </w:r>
            <w:r w:rsidRPr="00332DB8">
              <w:rPr>
                <w:lang w:val="ru-RU"/>
              </w:rPr>
              <w:t>»; – файл (изображение) «</w:t>
            </w:r>
            <w:r>
              <w:t>x</w:t>
            </w:r>
            <w:r w:rsidRPr="00332DB8">
              <w:rPr>
                <w:lang w:val="ru-RU"/>
              </w:rPr>
              <w:t>_51</w:t>
            </w:r>
            <w:r>
              <w:t>fcb</w:t>
            </w:r>
            <w:r w:rsidRPr="00332DB8">
              <w:rPr>
                <w:lang w:val="ru-RU"/>
              </w:rPr>
              <w:t>09</w:t>
            </w:r>
            <w:r>
              <w:t>e</w:t>
            </w:r>
            <w:r w:rsidRPr="00332DB8">
              <w:rPr>
                <w:lang w:val="ru-RU"/>
              </w:rPr>
              <w:t>.</w:t>
            </w:r>
            <w:r>
              <w:t>jpg</w:t>
            </w:r>
            <w:r w:rsidRPr="00332DB8">
              <w:rPr>
                <w:lang w:val="ru-RU"/>
              </w:rPr>
              <w:t>» (решение Люблинского районного суда города Москвы от 15.09.2015);</w:t>
            </w:r>
          </w:p>
        </w:tc>
        <w:tc>
          <w:tcPr>
            <w:tcW w:w="2880" w:type="dxa"/>
          </w:tcPr>
          <w:p w:rsidR="006F7457" w:rsidRPr="00332DB8" w:rsidRDefault="006F7457">
            <w:pPr>
              <w:rPr>
                <w:lang w:val="ru-RU"/>
              </w:rPr>
            </w:pPr>
          </w:p>
        </w:tc>
      </w:tr>
      <w:tr w:rsidR="006F7457" w:rsidRPr="005A424D">
        <w:tc>
          <w:tcPr>
            <w:tcW w:w="2880" w:type="dxa"/>
          </w:tcPr>
          <w:p w:rsidR="006F7457" w:rsidRDefault="00332DB8">
            <w:r>
              <w:t>3288.</w:t>
            </w:r>
          </w:p>
        </w:tc>
        <w:tc>
          <w:tcPr>
            <w:tcW w:w="2880" w:type="dxa"/>
          </w:tcPr>
          <w:p w:rsidR="006F7457" w:rsidRPr="00332DB8" w:rsidRDefault="00332DB8">
            <w:pPr>
              <w:rPr>
                <w:lang w:val="ru-RU"/>
              </w:rPr>
            </w:pPr>
            <w:r w:rsidRPr="00332DB8">
              <w:rPr>
                <w:lang w:val="ru-RU"/>
              </w:rPr>
              <w:t xml:space="preserve">Видеофайл социальной сети «ВКонтакте» Интернета на личной странице под ником «Алешенька Беспределов» ( </w:t>
            </w:r>
            <w:r>
              <w:t>http</w:t>
            </w:r>
            <w:r w:rsidRPr="00332DB8">
              <w:rPr>
                <w:lang w:val="ru-RU"/>
              </w:rPr>
              <w:t>://</w:t>
            </w:r>
            <w:r>
              <w:t>vk</w:t>
            </w:r>
            <w:r w:rsidRPr="00332DB8">
              <w:rPr>
                <w:lang w:val="ru-RU"/>
              </w:rPr>
              <w:t xml:space="preserve">. </w:t>
            </w:r>
            <w:r>
              <w:t>com</w:t>
            </w:r>
            <w:r w:rsidRPr="00332DB8">
              <w:rPr>
                <w:lang w:val="ru-RU"/>
              </w:rPr>
              <w:t xml:space="preserve"> /</w:t>
            </w:r>
            <w:r>
              <w:t>id</w:t>
            </w:r>
            <w:r w:rsidRPr="00332DB8">
              <w:rPr>
                <w:lang w:val="ru-RU"/>
              </w:rPr>
              <w:t>251254977 ) «Чеченцы убивают кудров и христиан Ирака. Проснись Россия-завтра будешь ты.</w:t>
            </w:r>
            <w:r>
              <w:t>mp</w:t>
            </w:r>
            <w:r w:rsidRPr="00332DB8">
              <w:rPr>
                <w:lang w:val="ru-RU"/>
              </w:rPr>
              <w:t>4» , длительностью фонограммы 00:01:53,размером 4.47МБ (решение Кузьминского районного суда города Москвы от 29.10.2015);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3289.</w:t>
            </w:r>
          </w:p>
        </w:tc>
        <w:tc>
          <w:tcPr>
            <w:tcW w:w="2880" w:type="dxa"/>
          </w:tcPr>
          <w:p w:rsidR="006F7457" w:rsidRPr="00332DB8" w:rsidRDefault="00332DB8">
            <w:pPr>
              <w:rPr>
                <w:lang w:val="ru-RU"/>
              </w:rPr>
            </w:pPr>
            <w:r w:rsidRPr="00332DB8">
              <w:rPr>
                <w:lang w:val="ru-RU"/>
              </w:rPr>
              <w:t xml:space="preserve">Текст песни «Нож», размещенный на Интернет-сайте </w:t>
            </w:r>
            <w:r>
              <w:t>http</w:t>
            </w:r>
            <w:r w:rsidRPr="00332DB8">
              <w:rPr>
                <w:lang w:val="ru-RU"/>
              </w:rPr>
              <w:t>://</w:t>
            </w:r>
            <w:r>
              <w:t>demotivation</w:t>
            </w:r>
            <w:r w:rsidRPr="00332DB8">
              <w:rPr>
                <w:lang w:val="ru-RU"/>
              </w:rPr>
              <w:t>.</w:t>
            </w:r>
            <w:r>
              <w:t>me</w:t>
            </w:r>
            <w:r w:rsidRPr="00332DB8">
              <w:rPr>
                <w:lang w:val="ru-RU"/>
              </w:rPr>
              <w:t>/23094</w:t>
            </w:r>
            <w:r>
              <w:t>yogbr</w:t>
            </w:r>
            <w:r w:rsidRPr="00332DB8">
              <w:rPr>
                <w:lang w:val="ru-RU"/>
              </w:rPr>
              <w:t>57</w:t>
            </w:r>
            <w:r>
              <w:t>pic</w:t>
            </w:r>
            <w:r w:rsidRPr="00332DB8">
              <w:rPr>
                <w:lang w:val="ru-RU"/>
              </w:rPr>
              <w:t>.</w:t>
            </w:r>
            <w:r>
              <w:t>html</w:t>
            </w:r>
            <w:r w:rsidRPr="00332DB8">
              <w:rPr>
                <w:lang w:val="ru-RU"/>
              </w:rPr>
              <w:t xml:space="preserve"> (решение Ленинского районного суда г. Барнаула от 10.02.2015);</w:t>
            </w:r>
          </w:p>
        </w:tc>
        <w:tc>
          <w:tcPr>
            <w:tcW w:w="2880" w:type="dxa"/>
          </w:tcPr>
          <w:p w:rsidR="006F7457" w:rsidRPr="00332DB8" w:rsidRDefault="006F7457">
            <w:pPr>
              <w:rPr>
                <w:lang w:val="ru-RU"/>
              </w:rPr>
            </w:pPr>
          </w:p>
        </w:tc>
      </w:tr>
      <w:tr w:rsidR="006F7457" w:rsidRPr="005A424D">
        <w:tc>
          <w:tcPr>
            <w:tcW w:w="2880" w:type="dxa"/>
          </w:tcPr>
          <w:p w:rsidR="006F7457" w:rsidRDefault="00332DB8">
            <w:r>
              <w:t>3290.</w:t>
            </w:r>
          </w:p>
        </w:tc>
        <w:tc>
          <w:tcPr>
            <w:tcW w:w="2880" w:type="dxa"/>
          </w:tcPr>
          <w:p w:rsidR="006F7457" w:rsidRPr="00332DB8" w:rsidRDefault="00332DB8">
            <w:pPr>
              <w:rPr>
                <w:lang w:val="ru-RU"/>
              </w:rPr>
            </w:pPr>
            <w:r w:rsidRPr="00332DB8">
              <w:rPr>
                <w:lang w:val="ru-RU"/>
              </w:rPr>
              <w:t xml:space="preserve">Текстовое сообщение, размещенное в социальной сети «ВКонтакте»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158124475 (решение Ленинского районного суда г. Владимира от 03.09.2015 и определение Ленинского районного суда г. Владимира от 18.01.2016);</w:t>
            </w:r>
          </w:p>
        </w:tc>
        <w:tc>
          <w:tcPr>
            <w:tcW w:w="2880" w:type="dxa"/>
          </w:tcPr>
          <w:p w:rsidR="006F7457" w:rsidRPr="00332DB8" w:rsidRDefault="006F7457">
            <w:pPr>
              <w:rPr>
                <w:lang w:val="ru-RU"/>
              </w:rPr>
            </w:pPr>
          </w:p>
        </w:tc>
      </w:tr>
      <w:tr w:rsidR="006F7457" w:rsidRPr="005A424D">
        <w:tc>
          <w:tcPr>
            <w:tcW w:w="2880" w:type="dxa"/>
          </w:tcPr>
          <w:p w:rsidR="006F7457" w:rsidRDefault="00332DB8">
            <w:r>
              <w:t>3291.</w:t>
            </w:r>
          </w:p>
        </w:tc>
        <w:tc>
          <w:tcPr>
            <w:tcW w:w="2880" w:type="dxa"/>
          </w:tcPr>
          <w:p w:rsidR="006F7457" w:rsidRPr="00332DB8" w:rsidRDefault="00332DB8">
            <w:pPr>
              <w:rPr>
                <w:lang w:val="ru-RU"/>
              </w:rPr>
            </w:pPr>
            <w:r w:rsidRPr="00332DB8">
              <w:rPr>
                <w:lang w:val="ru-RU"/>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2880" w:type="dxa"/>
          </w:tcPr>
          <w:p w:rsidR="006F7457" w:rsidRPr="00332DB8" w:rsidRDefault="006F7457">
            <w:pPr>
              <w:rPr>
                <w:lang w:val="ru-RU"/>
              </w:rPr>
            </w:pPr>
          </w:p>
        </w:tc>
      </w:tr>
      <w:tr w:rsidR="006F7457" w:rsidRPr="005A424D">
        <w:tc>
          <w:tcPr>
            <w:tcW w:w="2880" w:type="dxa"/>
          </w:tcPr>
          <w:p w:rsidR="006F7457" w:rsidRDefault="00332DB8">
            <w:r>
              <w:t>3292.</w:t>
            </w:r>
          </w:p>
        </w:tc>
        <w:tc>
          <w:tcPr>
            <w:tcW w:w="2880" w:type="dxa"/>
          </w:tcPr>
          <w:p w:rsidR="006F7457" w:rsidRPr="00332DB8" w:rsidRDefault="00332DB8">
            <w:pPr>
              <w:rPr>
                <w:lang w:val="ru-RU"/>
              </w:rPr>
            </w:pPr>
            <w:r w:rsidRPr="00332DB8">
              <w:rPr>
                <w:lang w:val="ru-RU"/>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2880" w:type="dxa"/>
          </w:tcPr>
          <w:p w:rsidR="006F7457" w:rsidRPr="00332DB8" w:rsidRDefault="006F7457">
            <w:pPr>
              <w:rPr>
                <w:lang w:val="ru-RU"/>
              </w:rPr>
            </w:pPr>
          </w:p>
        </w:tc>
      </w:tr>
      <w:tr w:rsidR="006F7457" w:rsidRPr="005A424D">
        <w:tc>
          <w:tcPr>
            <w:tcW w:w="2880" w:type="dxa"/>
          </w:tcPr>
          <w:p w:rsidR="006F7457" w:rsidRDefault="00332DB8">
            <w:r>
              <w:t>3293.</w:t>
            </w:r>
          </w:p>
        </w:tc>
        <w:tc>
          <w:tcPr>
            <w:tcW w:w="2880" w:type="dxa"/>
          </w:tcPr>
          <w:p w:rsidR="006F7457" w:rsidRPr="00332DB8" w:rsidRDefault="00332DB8">
            <w:pPr>
              <w:rPr>
                <w:lang w:val="ru-RU"/>
              </w:rPr>
            </w:pPr>
            <w:r w:rsidRPr="00332DB8">
              <w:rPr>
                <w:lang w:val="ru-RU"/>
              </w:rPr>
              <w:t xml:space="preserve">Информационный материал – размещенная в сети «Интернет» по адресу: </w:t>
            </w:r>
            <w:r>
              <w:t>http</w:t>
            </w:r>
            <w:r w:rsidRPr="00332DB8">
              <w:rPr>
                <w:lang w:val="ru-RU"/>
              </w:rPr>
              <w:t>://</w:t>
            </w:r>
            <w:r>
              <w:t>m</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=г50</w:t>
            </w:r>
            <w:r>
              <w:t>K</w:t>
            </w:r>
            <w:r w:rsidRPr="00332DB8">
              <w:rPr>
                <w:lang w:val="ru-RU"/>
              </w:rPr>
              <w:t>695</w:t>
            </w:r>
            <w:r>
              <w:t>gRIs</w:t>
            </w:r>
            <w:r w:rsidRPr="00332DB8">
              <w:rPr>
                <w:lang w:val="ru-RU"/>
              </w:rPr>
              <w:t xml:space="preserve">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2880" w:type="dxa"/>
          </w:tcPr>
          <w:p w:rsidR="006F7457" w:rsidRPr="00332DB8" w:rsidRDefault="006F7457">
            <w:pPr>
              <w:rPr>
                <w:lang w:val="ru-RU"/>
              </w:rPr>
            </w:pPr>
          </w:p>
        </w:tc>
      </w:tr>
      <w:tr w:rsidR="006F7457" w:rsidRPr="005A424D">
        <w:tc>
          <w:tcPr>
            <w:tcW w:w="2880" w:type="dxa"/>
          </w:tcPr>
          <w:p w:rsidR="006F7457" w:rsidRDefault="00332DB8">
            <w:r>
              <w:t>329</w:t>
            </w:r>
            <w:r>
              <w:lastRenderedPageBreak/>
              <w:t>4.</w:t>
            </w:r>
          </w:p>
        </w:tc>
        <w:tc>
          <w:tcPr>
            <w:tcW w:w="2880" w:type="dxa"/>
          </w:tcPr>
          <w:p w:rsidR="006F7457" w:rsidRPr="00332DB8" w:rsidRDefault="00332DB8">
            <w:pPr>
              <w:rPr>
                <w:lang w:val="ru-RU"/>
              </w:rPr>
            </w:pPr>
            <w:r w:rsidRPr="00332DB8">
              <w:rPr>
                <w:lang w:val="ru-RU"/>
              </w:rPr>
              <w:lastRenderedPageBreak/>
              <w:t xml:space="preserve">Информационный материал – размещенный в сети «Интернет» по адресу: </w:t>
            </w:r>
            <w:r>
              <w:t>http</w:t>
            </w:r>
            <w:r w:rsidRPr="00332DB8">
              <w:rPr>
                <w:lang w:val="ru-RU"/>
              </w:rPr>
              <w:t>://</w:t>
            </w:r>
            <w:r>
              <w:t>m</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IEXOJN</w:t>
            </w:r>
            <w:r w:rsidRPr="00332DB8">
              <w:rPr>
                <w:lang w:val="ru-RU"/>
              </w:rPr>
              <w:t xml:space="preserve"> </w:t>
            </w:r>
            <w:r>
              <w:t>NsTk</w:t>
            </w:r>
            <w:r w:rsidRPr="00332DB8">
              <w:rPr>
                <w:lang w:val="ru-RU"/>
              </w:rPr>
              <w:t xml:space="preserve"> (оператор Ростелеком) короткометражный документальный фильм продолжительностью 15 минут 14 секунд с названием: «СВЯЩЕННАЯ» ВОЙНА ИСЛАМА (Фитна) </w:t>
            </w:r>
            <w:r w:rsidRPr="00332DB8">
              <w:rPr>
                <w:lang w:val="ru-RU"/>
              </w:rPr>
              <w:lastRenderedPageBreak/>
              <w:t>(решение Черноярского районного суда Астраханской области от 21.12.2015);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3295.</w:t>
            </w:r>
          </w:p>
        </w:tc>
        <w:tc>
          <w:tcPr>
            <w:tcW w:w="2880" w:type="dxa"/>
          </w:tcPr>
          <w:p w:rsidR="006F7457" w:rsidRPr="00332DB8" w:rsidRDefault="00332DB8">
            <w:pPr>
              <w:rPr>
                <w:lang w:val="ru-RU"/>
              </w:rPr>
            </w:pPr>
            <w:r w:rsidRPr="00332DB8">
              <w:rPr>
                <w:lang w:val="ru-RU"/>
              </w:rPr>
              <w:t xml:space="preserve">Интернет-страница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230402016 с выявленными 12 материалами экстремистской направленности (решение Советского районного суда г. Брянска от 18.12.2015);</w:t>
            </w:r>
          </w:p>
        </w:tc>
        <w:tc>
          <w:tcPr>
            <w:tcW w:w="2880" w:type="dxa"/>
          </w:tcPr>
          <w:p w:rsidR="006F7457" w:rsidRPr="00332DB8" w:rsidRDefault="006F7457">
            <w:pPr>
              <w:rPr>
                <w:lang w:val="ru-RU"/>
              </w:rPr>
            </w:pPr>
          </w:p>
        </w:tc>
      </w:tr>
      <w:tr w:rsidR="006F7457" w:rsidRPr="005A424D">
        <w:tc>
          <w:tcPr>
            <w:tcW w:w="2880" w:type="dxa"/>
          </w:tcPr>
          <w:p w:rsidR="006F7457" w:rsidRDefault="00332DB8">
            <w:r>
              <w:t>3296.</w:t>
            </w:r>
          </w:p>
        </w:tc>
        <w:tc>
          <w:tcPr>
            <w:tcW w:w="2880" w:type="dxa"/>
          </w:tcPr>
          <w:p w:rsidR="006F7457" w:rsidRPr="00332DB8" w:rsidRDefault="00332DB8">
            <w:pPr>
              <w:rPr>
                <w:lang w:val="ru-RU"/>
              </w:rPr>
            </w:pPr>
            <w:r>
              <w:t xml:space="preserve">Аудио-файл «RUSSKIJ-DMITRIYU BOROVIKOVU POSVYASCHAETSYA», продолжительностью </w:t>
            </w:r>
            <w:r w:rsidRPr="00332DB8">
              <w:rPr>
                <w:lang w:val="ru-RU"/>
              </w:rPr>
              <w:t>05 минут 58 секунд (решение Пушкинского районного суда города Санкт-Петербурга от 30.11.2015);</w:t>
            </w:r>
          </w:p>
        </w:tc>
        <w:tc>
          <w:tcPr>
            <w:tcW w:w="2880" w:type="dxa"/>
          </w:tcPr>
          <w:p w:rsidR="006F7457" w:rsidRPr="00332DB8" w:rsidRDefault="006F7457">
            <w:pPr>
              <w:rPr>
                <w:lang w:val="ru-RU"/>
              </w:rPr>
            </w:pPr>
          </w:p>
        </w:tc>
      </w:tr>
      <w:tr w:rsidR="006F7457" w:rsidRPr="005A424D">
        <w:tc>
          <w:tcPr>
            <w:tcW w:w="2880" w:type="dxa"/>
          </w:tcPr>
          <w:p w:rsidR="006F7457" w:rsidRDefault="00332DB8">
            <w:r>
              <w:t>3297.</w:t>
            </w:r>
          </w:p>
        </w:tc>
        <w:tc>
          <w:tcPr>
            <w:tcW w:w="2880" w:type="dxa"/>
          </w:tcPr>
          <w:p w:rsidR="006F7457" w:rsidRPr="00332DB8" w:rsidRDefault="00332DB8">
            <w:pPr>
              <w:rPr>
                <w:lang w:val="ru-RU"/>
              </w:rPr>
            </w:pPr>
            <w:r>
              <w:t>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w:t>
            </w:r>
            <w:r w:rsidRPr="005A424D">
              <w:rPr>
                <w:lang w:val="ru-RU"/>
              </w:rPr>
              <w:t xml:space="preserve">-2011, </w:t>
            </w:r>
            <w:r>
              <w:t>http</w:t>
            </w:r>
            <w:r w:rsidRPr="005A424D">
              <w:rPr>
                <w:lang w:val="ru-RU"/>
              </w:rPr>
              <w:t>://</w:t>
            </w:r>
            <w:r>
              <w:t>mozzic</w:t>
            </w:r>
            <w:r w:rsidRPr="005A424D">
              <w:rPr>
                <w:lang w:val="ru-RU"/>
              </w:rPr>
              <w:t>.</w:t>
            </w:r>
            <w:r>
              <w:t>ru</w:t>
            </w:r>
            <w:r w:rsidRPr="005A424D">
              <w:rPr>
                <w:lang w:val="ru-RU"/>
              </w:rPr>
              <w:t>/</w:t>
            </w:r>
            <w:r>
              <w:t>mp</w:t>
            </w:r>
            <w:r w:rsidRPr="005A424D">
              <w:rPr>
                <w:lang w:val="ru-RU"/>
              </w:rPr>
              <w:t>3/</w:t>
            </w:r>
            <w:r>
              <w:t>La</w:t>
            </w:r>
            <w:r w:rsidRPr="005A424D">
              <w:rPr>
                <w:lang w:val="ru-RU"/>
              </w:rPr>
              <w:t>+</w:t>
            </w:r>
            <w:r>
              <w:t>Vida</w:t>
            </w:r>
            <w:r w:rsidRPr="005A424D">
              <w:rPr>
                <w:lang w:val="ru-RU"/>
              </w:rPr>
              <w:t>+</w:t>
            </w:r>
            <w:r>
              <w:t>Cuesta</w:t>
            </w:r>
            <w:r w:rsidRPr="005A424D">
              <w:rPr>
                <w:lang w:val="ru-RU"/>
              </w:rPr>
              <w:t>+</w:t>
            </w:r>
            <w:r>
              <w:t>Libertades</w:t>
            </w:r>
            <w:r w:rsidRPr="005A424D">
              <w:rPr>
                <w:lang w:val="ru-RU"/>
              </w:rPr>
              <w:t>+</w:t>
            </w:r>
            <w:r w:rsidRPr="00332DB8">
              <w:rPr>
                <w:lang w:val="ru-RU"/>
              </w:rPr>
              <w:t>Черный</w:t>
            </w:r>
            <w:r w:rsidRPr="005A424D">
              <w:rPr>
                <w:lang w:val="ru-RU"/>
              </w:rPr>
              <w:t>+</w:t>
            </w:r>
            <w:r>
              <w:t>Teppop</w:t>
            </w:r>
            <w:r w:rsidRPr="005A424D">
              <w:rPr>
                <w:lang w:val="ru-RU"/>
              </w:rPr>
              <w:t xml:space="preserve">/, </w:t>
            </w:r>
            <w:r>
              <w:t>http</w:t>
            </w:r>
            <w:r w:rsidRPr="005A424D">
              <w:rPr>
                <w:lang w:val="ru-RU"/>
              </w:rPr>
              <w:t>://</w:t>
            </w:r>
            <w:r>
              <w:t>beatmp</w:t>
            </w:r>
            <w:r w:rsidRPr="005A424D">
              <w:rPr>
                <w:lang w:val="ru-RU"/>
              </w:rPr>
              <w:t>3.</w:t>
            </w:r>
            <w:r>
              <w:t>ru</w:t>
            </w:r>
            <w:r w:rsidRPr="005A424D">
              <w:rPr>
                <w:lang w:val="ru-RU"/>
              </w:rPr>
              <w:t>/</w:t>
            </w:r>
            <w:r>
              <w:t>mp</w:t>
            </w:r>
            <w:r w:rsidRPr="005A424D">
              <w:rPr>
                <w:lang w:val="ru-RU"/>
              </w:rPr>
              <w:t>3-</w:t>
            </w:r>
            <w:r>
              <w:t>download</w:t>
            </w:r>
            <w:r w:rsidRPr="005A424D">
              <w:rPr>
                <w:lang w:val="ru-RU"/>
              </w:rPr>
              <w:t>/83108183/3183752/</w:t>
            </w:r>
            <w:r>
              <w:t>a</w:t>
            </w:r>
            <w:r w:rsidRPr="005A424D">
              <w:rPr>
                <w:lang w:val="ru-RU"/>
              </w:rPr>
              <w:t>_</w:t>
            </w:r>
            <w:r>
              <w:t>ida</w:t>
            </w:r>
            <w:r w:rsidRPr="005A424D">
              <w:rPr>
                <w:lang w:val="ru-RU"/>
              </w:rPr>
              <w:t>_</w:t>
            </w:r>
            <w:r>
              <w:t>uesta</w:t>
            </w:r>
            <w:r w:rsidRPr="005A424D">
              <w:rPr>
                <w:lang w:val="ru-RU"/>
              </w:rPr>
              <w:t>_</w:t>
            </w:r>
            <w:r>
              <w:t>ibertades</w:t>
            </w:r>
            <w:r w:rsidRPr="005A424D">
              <w:rPr>
                <w:lang w:val="ru-RU"/>
              </w:rPr>
              <w:t>-</w:t>
            </w:r>
            <w:r>
              <w:t>e</w:t>
            </w:r>
            <w:r w:rsidRPr="005A424D">
              <w:rPr>
                <w:lang w:val="ru-RU"/>
              </w:rPr>
              <w:t>.</w:t>
            </w:r>
            <w:r>
              <w:t>html</w:t>
            </w:r>
            <w:r w:rsidRPr="005A424D">
              <w:rPr>
                <w:lang w:val="ru-RU"/>
              </w:rPr>
              <w:t xml:space="preserve">, </w:t>
            </w:r>
            <w:r>
              <w:t>http</w:t>
            </w:r>
            <w:r w:rsidRPr="005A424D">
              <w:rPr>
                <w:lang w:val="ru-RU"/>
              </w:rPr>
              <w:t>://2</w:t>
            </w:r>
            <w:r>
              <w:t>britney</w:t>
            </w:r>
            <w:r w:rsidRPr="005A424D">
              <w:rPr>
                <w:lang w:val="ru-RU"/>
              </w:rPr>
              <w:t>.</w:t>
            </w:r>
            <w:r>
              <w:t>ru</w:t>
            </w:r>
            <w:r w:rsidRPr="005A424D">
              <w:rPr>
                <w:lang w:val="ru-RU"/>
              </w:rPr>
              <w:t>/</w:t>
            </w:r>
            <w:r>
              <w:t>La</w:t>
            </w:r>
            <w:r w:rsidRPr="005A424D">
              <w:rPr>
                <w:lang w:val="ru-RU"/>
              </w:rPr>
              <w:t>+</w:t>
            </w:r>
            <w:r>
              <w:t>Vida</w:t>
            </w:r>
            <w:r w:rsidRPr="005A424D">
              <w:rPr>
                <w:lang w:val="ru-RU"/>
              </w:rPr>
              <w:t>+</w:t>
            </w:r>
            <w:r>
              <w:t>Cuesta</w:t>
            </w:r>
            <w:r w:rsidRPr="005A424D">
              <w:rPr>
                <w:lang w:val="ru-RU"/>
              </w:rPr>
              <w:t>+</w:t>
            </w:r>
            <w:r>
              <w:t>Libertades</w:t>
            </w:r>
            <w:r w:rsidRPr="005A424D">
              <w:rPr>
                <w:lang w:val="ru-RU"/>
              </w:rPr>
              <w:t>+-</w:t>
            </w:r>
            <w:r w:rsidRPr="005A424D">
              <w:rPr>
                <w:lang w:val="ru-RU"/>
              </w:rPr>
              <w:lastRenderedPageBreak/>
              <w:t>+</w:t>
            </w:r>
            <w:r w:rsidRPr="00332DB8">
              <w:rPr>
                <w:lang w:val="ru-RU"/>
              </w:rPr>
              <w:t>Черный</w:t>
            </w:r>
            <w:r w:rsidRPr="005A424D">
              <w:rPr>
                <w:lang w:val="ru-RU"/>
              </w:rPr>
              <w:t>+</w:t>
            </w:r>
            <w:r w:rsidRPr="00332DB8">
              <w:rPr>
                <w:lang w:val="ru-RU"/>
              </w:rPr>
              <w:t>Террор</w:t>
            </w:r>
            <w:r w:rsidRPr="005A424D">
              <w:rPr>
                <w:lang w:val="ru-RU"/>
              </w:rPr>
              <w:t xml:space="preserve">/; </w:t>
            </w:r>
            <w:r w:rsidRPr="00332DB8">
              <w:rPr>
                <w:lang w:val="ru-RU"/>
              </w:rPr>
              <w:t>аудиофайл</w:t>
            </w:r>
            <w:r w:rsidRPr="005A424D">
              <w:rPr>
                <w:lang w:val="ru-RU"/>
              </w:rPr>
              <w:t xml:space="preserve"> «</w:t>
            </w:r>
            <w:r w:rsidRPr="00332DB8">
              <w:rPr>
                <w:lang w:val="ru-RU"/>
              </w:rPr>
              <w:t>Ваши</w:t>
            </w:r>
            <w:r w:rsidRPr="005A424D">
              <w:rPr>
                <w:lang w:val="ru-RU"/>
              </w:rPr>
              <w:t xml:space="preserve"> </w:t>
            </w:r>
            <w:r w:rsidRPr="00332DB8">
              <w:rPr>
                <w:lang w:val="ru-RU"/>
              </w:rPr>
              <w:t>Дети</w:t>
            </w:r>
            <w:r w:rsidRPr="005A424D">
              <w:rPr>
                <w:lang w:val="ru-RU"/>
              </w:rPr>
              <w:t xml:space="preserve"> </w:t>
            </w:r>
            <w:r w:rsidRPr="00332DB8">
              <w:rPr>
                <w:lang w:val="ru-RU"/>
              </w:rPr>
              <w:t>Будут</w:t>
            </w:r>
            <w:r w:rsidRPr="005A424D">
              <w:rPr>
                <w:lang w:val="ru-RU"/>
              </w:rPr>
              <w:t xml:space="preserve"> </w:t>
            </w:r>
            <w:r w:rsidRPr="00332DB8">
              <w:rPr>
                <w:lang w:val="ru-RU"/>
              </w:rPr>
              <w:t>Как</w:t>
            </w:r>
            <w:r w:rsidRPr="005A424D">
              <w:rPr>
                <w:lang w:val="ru-RU"/>
              </w:rPr>
              <w:t xml:space="preserve"> </w:t>
            </w:r>
            <w:r w:rsidRPr="00332DB8">
              <w:rPr>
                <w:lang w:val="ru-RU"/>
              </w:rPr>
              <w:t>Мы</w:t>
            </w:r>
            <w:r w:rsidRPr="005A424D">
              <w:rPr>
                <w:lang w:val="ru-RU"/>
              </w:rPr>
              <w:t xml:space="preserve">» </w:t>
            </w:r>
            <w:r w:rsidRPr="00332DB8">
              <w:rPr>
                <w:lang w:val="ru-RU"/>
              </w:rPr>
              <w:t>группы</w:t>
            </w:r>
            <w:r w:rsidRPr="005A424D">
              <w:rPr>
                <w:lang w:val="ru-RU"/>
              </w:rPr>
              <w:t xml:space="preserve"> «</w:t>
            </w:r>
            <w:r>
              <w:t>LaVidaCuesta</w:t>
            </w:r>
            <w:r w:rsidRPr="005A424D">
              <w:rPr>
                <w:lang w:val="ru-RU"/>
              </w:rPr>
              <w:t xml:space="preserve"> </w:t>
            </w:r>
            <w:r>
              <w:t>Libertades</w:t>
            </w:r>
            <w:r w:rsidRPr="005A424D">
              <w:rPr>
                <w:lang w:val="ru-RU"/>
              </w:rPr>
              <w:t xml:space="preserve">», </w:t>
            </w:r>
            <w:r w:rsidRPr="00332DB8">
              <w:rPr>
                <w:lang w:val="ru-RU"/>
              </w:rPr>
              <w:t>размещенный</w:t>
            </w:r>
            <w:r w:rsidRPr="005A424D">
              <w:rPr>
                <w:lang w:val="ru-RU"/>
              </w:rPr>
              <w:t xml:space="preserve"> </w:t>
            </w:r>
            <w:r w:rsidRPr="00332DB8">
              <w:rPr>
                <w:lang w:val="ru-RU"/>
              </w:rPr>
              <w:t>на</w:t>
            </w:r>
            <w:r w:rsidRPr="005A424D">
              <w:rPr>
                <w:lang w:val="ru-RU"/>
              </w:rPr>
              <w:t xml:space="preserve"> </w:t>
            </w:r>
            <w:r w:rsidRPr="00332DB8">
              <w:rPr>
                <w:lang w:val="ru-RU"/>
              </w:rPr>
              <w:t>интернет</w:t>
            </w:r>
            <w:r w:rsidRPr="005A424D">
              <w:rPr>
                <w:lang w:val="ru-RU"/>
              </w:rPr>
              <w:t>-</w:t>
            </w:r>
            <w:r w:rsidRPr="00332DB8">
              <w:rPr>
                <w:lang w:val="ru-RU"/>
              </w:rPr>
              <w:t>сайтах</w:t>
            </w:r>
            <w:r w:rsidRPr="005A424D">
              <w:rPr>
                <w:lang w:val="ru-RU"/>
              </w:rPr>
              <w:t xml:space="preserve">: </w:t>
            </w:r>
            <w:r w:rsidRPr="00332DB8">
              <w:rPr>
                <w:lang w:val="ru-RU"/>
              </w:rPr>
              <w:t>аудиофайл</w:t>
            </w:r>
            <w:r w:rsidRPr="005A424D">
              <w:rPr>
                <w:lang w:val="ru-RU"/>
              </w:rPr>
              <w:t xml:space="preserve"> </w:t>
            </w:r>
            <w:r w:rsidRPr="00332DB8">
              <w:rPr>
                <w:lang w:val="ru-RU"/>
              </w:rPr>
              <w:t>размещен</w:t>
            </w:r>
            <w:r w:rsidRPr="005A424D">
              <w:rPr>
                <w:lang w:val="ru-RU"/>
              </w:rPr>
              <w:t xml:space="preserve"> </w:t>
            </w:r>
            <w:r w:rsidRPr="00332DB8">
              <w:rPr>
                <w:lang w:val="ru-RU"/>
              </w:rPr>
              <w:t>на</w:t>
            </w:r>
            <w:r w:rsidRPr="005A424D">
              <w:rPr>
                <w:lang w:val="ru-RU"/>
              </w:rPr>
              <w:t xml:space="preserve"> </w:t>
            </w:r>
            <w:r w:rsidRPr="00332DB8">
              <w:rPr>
                <w:lang w:val="ru-RU"/>
              </w:rPr>
              <w:t>интернет</w:t>
            </w:r>
            <w:r w:rsidRPr="005A424D">
              <w:rPr>
                <w:lang w:val="ru-RU"/>
              </w:rPr>
              <w:t>-</w:t>
            </w:r>
            <w:r w:rsidRPr="00332DB8">
              <w:rPr>
                <w:lang w:val="ru-RU"/>
              </w:rPr>
              <w:t>сайтах</w:t>
            </w:r>
            <w:r w:rsidRPr="005A424D">
              <w:rPr>
                <w:lang w:val="ru-RU"/>
              </w:rPr>
              <w:t xml:space="preserve">: </w:t>
            </w:r>
            <w:r>
              <w:t>http</w:t>
            </w:r>
            <w:r w:rsidRPr="005A424D">
              <w:rPr>
                <w:lang w:val="ru-RU"/>
              </w:rPr>
              <w:t>://</w:t>
            </w:r>
            <w:r>
              <w:t>sneg</w:t>
            </w:r>
            <w:r w:rsidRPr="005A424D">
              <w:rPr>
                <w:lang w:val="ru-RU"/>
              </w:rPr>
              <w:t>.</w:t>
            </w:r>
            <w:r>
              <w:t>audio</w:t>
            </w:r>
            <w:r w:rsidRPr="005A424D">
              <w:rPr>
                <w:lang w:val="ru-RU"/>
              </w:rPr>
              <w:t>/</w:t>
            </w:r>
            <w:r>
              <w:t>show</w:t>
            </w:r>
            <w:r w:rsidRPr="005A424D">
              <w:rPr>
                <w:lang w:val="ru-RU"/>
              </w:rPr>
              <w:t>/</w:t>
            </w:r>
            <w:r>
              <w:t>la</w:t>
            </w:r>
            <w:r w:rsidRPr="005A424D">
              <w:rPr>
                <w:lang w:val="ru-RU"/>
              </w:rPr>
              <w:t>-</w:t>
            </w:r>
            <w:r>
              <w:t>vida</w:t>
            </w:r>
            <w:r w:rsidRPr="005A424D">
              <w:rPr>
                <w:lang w:val="ru-RU"/>
              </w:rPr>
              <w:t>-</w:t>
            </w:r>
            <w:r>
              <w:t>cuesta</w:t>
            </w:r>
            <w:r w:rsidRPr="005A424D">
              <w:rPr>
                <w:lang w:val="ru-RU"/>
              </w:rPr>
              <w:t>-</w:t>
            </w:r>
            <w:r>
              <w:t>libertades</w:t>
            </w:r>
            <w:r w:rsidRPr="005A424D">
              <w:rPr>
                <w:lang w:val="ru-RU"/>
              </w:rPr>
              <w:t xml:space="preserve">, </w:t>
            </w:r>
            <w:r>
              <w:t>http</w:t>
            </w:r>
            <w:r w:rsidRPr="005A424D">
              <w:rPr>
                <w:lang w:val="ru-RU"/>
              </w:rPr>
              <w:t>://</w:t>
            </w:r>
            <w:r>
              <w:t>mp</w:t>
            </w:r>
            <w:r w:rsidRPr="005A424D">
              <w:rPr>
                <w:lang w:val="ru-RU"/>
              </w:rPr>
              <w:t>3-</w:t>
            </w:r>
            <w:r>
              <w:t>my</w:t>
            </w:r>
            <w:r w:rsidRPr="005A424D">
              <w:rPr>
                <w:lang w:val="ru-RU"/>
              </w:rPr>
              <w:t>.</w:t>
            </w:r>
            <w:r>
              <w:t>ru</w:t>
            </w:r>
            <w:r w:rsidRPr="005A424D">
              <w:rPr>
                <w:lang w:val="ru-RU"/>
              </w:rPr>
              <w:t>/</w:t>
            </w:r>
            <w:r>
              <w:t>poisk</w:t>
            </w:r>
            <w:r w:rsidRPr="005A424D">
              <w:rPr>
                <w:lang w:val="ru-RU"/>
              </w:rPr>
              <w:t>-</w:t>
            </w:r>
            <w:r>
              <w:t>musiki</w:t>
            </w:r>
            <w:r w:rsidRPr="005A424D">
              <w:rPr>
                <w:lang w:val="ru-RU"/>
              </w:rPr>
              <w:t>/</w:t>
            </w:r>
            <w:r>
              <w:t>La</w:t>
            </w:r>
            <w:r w:rsidRPr="005A424D">
              <w:rPr>
                <w:lang w:val="ru-RU"/>
              </w:rPr>
              <w:t>%20</w:t>
            </w:r>
            <w:r>
              <w:t>Vida</w:t>
            </w:r>
            <w:r w:rsidRPr="005A424D">
              <w:rPr>
                <w:lang w:val="ru-RU"/>
              </w:rPr>
              <w:t>%20</w:t>
            </w:r>
            <w:r>
              <w:t>Cuesta</w:t>
            </w:r>
            <w:r w:rsidRPr="005A424D">
              <w:rPr>
                <w:lang w:val="ru-RU"/>
              </w:rPr>
              <w:t>%20</w:t>
            </w:r>
            <w:r>
              <w:t>Libertades</w:t>
            </w:r>
            <w:r w:rsidRPr="005A424D">
              <w:rPr>
                <w:lang w:val="ru-RU"/>
              </w:rPr>
              <w:t>.</w:t>
            </w:r>
            <w:r>
              <w:t>html</w:t>
            </w:r>
            <w:r w:rsidRPr="005A424D">
              <w:rPr>
                <w:lang w:val="ru-RU"/>
              </w:rPr>
              <w:t xml:space="preserve">, </w:t>
            </w:r>
            <w:r>
              <w:t>http</w:t>
            </w:r>
            <w:r w:rsidRPr="005A424D">
              <w:rPr>
                <w:lang w:val="ru-RU"/>
              </w:rPr>
              <w:t>://</w:t>
            </w:r>
            <w:r>
              <w:t>mpoisk</w:t>
            </w:r>
            <w:r w:rsidRPr="005A424D">
              <w:rPr>
                <w:lang w:val="ru-RU"/>
              </w:rPr>
              <w:t>.</w:t>
            </w:r>
            <w:r>
              <w:t>com</w:t>
            </w:r>
            <w:r w:rsidRPr="005A424D">
              <w:rPr>
                <w:lang w:val="ru-RU"/>
              </w:rPr>
              <w:t>/</w:t>
            </w:r>
            <w:r>
              <w:t>q</w:t>
            </w:r>
            <w:r w:rsidRPr="005A424D">
              <w:rPr>
                <w:lang w:val="ru-RU"/>
              </w:rPr>
              <w:t>/</w:t>
            </w:r>
            <w:r>
              <w:t>La</w:t>
            </w:r>
            <w:r w:rsidRPr="005A424D">
              <w:rPr>
                <w:lang w:val="ru-RU"/>
              </w:rPr>
              <w:t>+</w:t>
            </w:r>
            <w:r>
              <w:t>Vida</w:t>
            </w:r>
            <w:r w:rsidRPr="005A424D">
              <w:rPr>
                <w:lang w:val="ru-RU"/>
              </w:rPr>
              <w:t>+</w:t>
            </w:r>
            <w:r>
              <w:t>Cuesta</w:t>
            </w:r>
            <w:r w:rsidRPr="005A424D">
              <w:rPr>
                <w:lang w:val="ru-RU"/>
              </w:rPr>
              <w:t>+</w:t>
            </w:r>
            <w:r>
              <w:t>Libertades</w:t>
            </w:r>
            <w:r w:rsidRPr="005A424D">
              <w:rPr>
                <w:lang w:val="ru-RU"/>
              </w:rPr>
              <w:t xml:space="preserve">/; </w:t>
            </w:r>
            <w:r w:rsidRPr="00332DB8">
              <w:rPr>
                <w:lang w:val="ru-RU"/>
              </w:rPr>
              <w:t>аудиофайл</w:t>
            </w:r>
            <w:r w:rsidRPr="005A424D">
              <w:rPr>
                <w:lang w:val="ru-RU"/>
              </w:rPr>
              <w:t xml:space="preserve"> «</w:t>
            </w:r>
            <w:r w:rsidRPr="00332DB8">
              <w:rPr>
                <w:lang w:val="ru-RU"/>
              </w:rPr>
              <w:t>Анархореггей</w:t>
            </w:r>
            <w:r w:rsidRPr="005A424D">
              <w:rPr>
                <w:lang w:val="ru-RU"/>
              </w:rPr>
              <w:t xml:space="preserve">» </w:t>
            </w:r>
            <w:r w:rsidRPr="00332DB8">
              <w:rPr>
                <w:lang w:val="ru-RU"/>
              </w:rPr>
              <w:t>группы</w:t>
            </w:r>
            <w:r w:rsidRPr="005A424D">
              <w:rPr>
                <w:lang w:val="ru-RU"/>
              </w:rPr>
              <w:t xml:space="preserve"> «</w:t>
            </w:r>
            <w:r>
              <w:t>LaVidaCuesta</w:t>
            </w:r>
            <w:r w:rsidRPr="005A424D">
              <w:rPr>
                <w:lang w:val="ru-RU"/>
              </w:rPr>
              <w:t xml:space="preserve"> </w:t>
            </w:r>
            <w:r>
              <w:t>Libertades</w:t>
            </w:r>
            <w:r w:rsidRPr="005A424D">
              <w:rPr>
                <w:lang w:val="ru-RU"/>
              </w:rPr>
              <w:t xml:space="preserve">», </w:t>
            </w:r>
            <w:r w:rsidRPr="00332DB8">
              <w:rPr>
                <w:lang w:val="ru-RU"/>
              </w:rPr>
              <w:t>размещенный</w:t>
            </w:r>
            <w:r w:rsidRPr="005A424D">
              <w:rPr>
                <w:lang w:val="ru-RU"/>
              </w:rPr>
              <w:t xml:space="preserve"> </w:t>
            </w:r>
            <w:r w:rsidRPr="00332DB8">
              <w:rPr>
                <w:lang w:val="ru-RU"/>
              </w:rPr>
              <w:t>на</w:t>
            </w:r>
            <w:r w:rsidRPr="005A424D">
              <w:rPr>
                <w:lang w:val="ru-RU"/>
              </w:rPr>
              <w:t xml:space="preserve"> </w:t>
            </w:r>
            <w:r w:rsidRPr="00332DB8">
              <w:rPr>
                <w:lang w:val="ru-RU"/>
              </w:rPr>
              <w:t>интернет</w:t>
            </w:r>
            <w:r w:rsidRPr="005A424D">
              <w:rPr>
                <w:lang w:val="ru-RU"/>
              </w:rPr>
              <w:t>-</w:t>
            </w:r>
            <w:r w:rsidRPr="00332DB8">
              <w:rPr>
                <w:lang w:val="ru-RU"/>
              </w:rPr>
              <w:t>сайтах</w:t>
            </w:r>
            <w:r w:rsidRPr="005A424D">
              <w:rPr>
                <w:lang w:val="ru-RU"/>
              </w:rPr>
              <w:t xml:space="preserve">: </w:t>
            </w:r>
            <w:r>
              <w:t>http</w:t>
            </w:r>
            <w:r w:rsidRPr="005A424D">
              <w:rPr>
                <w:lang w:val="ru-RU"/>
              </w:rPr>
              <w:t>://</w:t>
            </w:r>
            <w:r>
              <w:t>muzfm</w:t>
            </w:r>
            <w:r w:rsidRPr="005A424D">
              <w:rPr>
                <w:lang w:val="ru-RU"/>
              </w:rPr>
              <w:t>.</w:t>
            </w:r>
            <w:r>
              <w:t>net</w:t>
            </w:r>
            <w:r w:rsidRPr="005A424D">
              <w:rPr>
                <w:lang w:val="ru-RU"/>
              </w:rPr>
              <w:t>/</w:t>
            </w:r>
            <w:r>
              <w:t>La</w:t>
            </w:r>
            <w:r w:rsidRPr="005A424D">
              <w:rPr>
                <w:lang w:val="ru-RU"/>
              </w:rPr>
              <w:t>%20</w:t>
            </w:r>
            <w:r>
              <w:t>Vida</w:t>
            </w:r>
            <w:r w:rsidRPr="005A424D">
              <w:rPr>
                <w:lang w:val="ru-RU"/>
              </w:rPr>
              <w:t>%20</w:t>
            </w:r>
            <w:r>
              <w:t>Cuesta</w:t>
            </w:r>
            <w:r w:rsidRPr="005A424D">
              <w:rPr>
                <w:lang w:val="ru-RU"/>
              </w:rPr>
              <w:t>%20</w:t>
            </w:r>
            <w:r>
              <w:t>Libertades</w:t>
            </w:r>
            <w:r w:rsidRPr="005A424D">
              <w:rPr>
                <w:lang w:val="ru-RU"/>
              </w:rPr>
              <w:t>-</w:t>
            </w:r>
            <w:r w:rsidRPr="00332DB8">
              <w:rPr>
                <w:lang w:val="ru-RU"/>
              </w:rPr>
              <w:t>Анархо</w:t>
            </w:r>
            <w:r w:rsidRPr="005A424D">
              <w:rPr>
                <w:lang w:val="ru-RU"/>
              </w:rPr>
              <w:t>-</w:t>
            </w:r>
            <w:r w:rsidRPr="00332DB8">
              <w:rPr>
                <w:lang w:val="ru-RU"/>
              </w:rPr>
              <w:t>реггей</w:t>
            </w:r>
            <w:r w:rsidRPr="005A424D">
              <w:rPr>
                <w:lang w:val="ru-RU"/>
              </w:rPr>
              <w:t xml:space="preserve">/, </w:t>
            </w:r>
            <w:r>
              <w:t>http</w:t>
            </w:r>
            <w:r w:rsidRPr="005A424D">
              <w:rPr>
                <w:lang w:val="ru-RU"/>
              </w:rPr>
              <w:t>://</w:t>
            </w:r>
            <w:r>
              <w:t>mp</w:t>
            </w:r>
            <w:r w:rsidRPr="005A424D">
              <w:rPr>
                <w:lang w:val="ru-RU"/>
              </w:rPr>
              <w:t>3</w:t>
            </w:r>
            <w:r>
              <w:t>sait</w:t>
            </w:r>
            <w:r w:rsidRPr="005A424D">
              <w:rPr>
                <w:lang w:val="ru-RU"/>
              </w:rPr>
              <w:t>.</w:t>
            </w:r>
            <w:r>
              <w:t>com</w:t>
            </w:r>
            <w:r w:rsidRPr="005A424D">
              <w:rPr>
                <w:lang w:val="ru-RU"/>
              </w:rPr>
              <w:t>/</w:t>
            </w:r>
            <w:r>
              <w:t>search</w:t>
            </w:r>
            <w:r w:rsidRPr="005A424D">
              <w:rPr>
                <w:lang w:val="ru-RU"/>
              </w:rPr>
              <w:t>.</w:t>
            </w:r>
            <w:r>
              <w:t>php</w:t>
            </w:r>
            <w:r w:rsidRPr="005A424D">
              <w:rPr>
                <w:lang w:val="ru-RU"/>
              </w:rPr>
              <w:t>?</w:t>
            </w:r>
            <w:r>
              <w:t>q</w:t>
            </w:r>
            <w:r w:rsidRPr="005A424D">
              <w:rPr>
                <w:lang w:val="ru-RU"/>
              </w:rPr>
              <w:t>=</w:t>
            </w:r>
            <w:r>
              <w:t>La</w:t>
            </w:r>
            <w:r w:rsidRPr="005A424D">
              <w:rPr>
                <w:lang w:val="ru-RU"/>
              </w:rPr>
              <w:t>%20</w:t>
            </w:r>
            <w:r>
              <w:t>Vida</w:t>
            </w:r>
            <w:r w:rsidRPr="005A424D">
              <w:rPr>
                <w:lang w:val="ru-RU"/>
              </w:rPr>
              <w:t>%20</w:t>
            </w:r>
            <w:r>
              <w:t>Cuesta</w:t>
            </w:r>
            <w:r w:rsidRPr="005A424D">
              <w:rPr>
                <w:lang w:val="ru-RU"/>
              </w:rPr>
              <w:t>%20</w:t>
            </w:r>
            <w:r>
              <w:t>Libertades</w:t>
            </w:r>
            <w:r w:rsidRPr="005A424D">
              <w:rPr>
                <w:lang w:val="ru-RU"/>
              </w:rPr>
              <w:t xml:space="preserve"> %20-%20 </w:t>
            </w:r>
            <w:r w:rsidRPr="00332DB8">
              <w:rPr>
                <w:lang w:val="ru-RU"/>
              </w:rPr>
              <w:t>Анархо</w:t>
            </w:r>
            <w:r w:rsidRPr="005A424D">
              <w:rPr>
                <w:lang w:val="ru-RU"/>
              </w:rPr>
              <w:t>-</w:t>
            </w:r>
            <w:r w:rsidRPr="00332DB8">
              <w:rPr>
                <w:lang w:val="ru-RU"/>
              </w:rPr>
              <w:t>реггей</w:t>
            </w:r>
            <w:r w:rsidRPr="005A424D">
              <w:rPr>
                <w:lang w:val="ru-RU"/>
              </w:rPr>
              <w:t>%20(</w:t>
            </w:r>
            <w:r w:rsidRPr="00332DB8">
              <w:rPr>
                <w:lang w:val="ru-RU"/>
              </w:rPr>
              <w:t>О</w:t>
            </w:r>
            <w:r>
              <w:t>utro</w:t>
            </w:r>
            <w:r w:rsidRPr="005A424D">
              <w:rPr>
                <w:lang w:val="ru-RU"/>
              </w:rPr>
              <w:t xml:space="preserve">); </w:t>
            </w:r>
            <w:r w:rsidRPr="00332DB8">
              <w:rPr>
                <w:lang w:val="ru-RU"/>
              </w:rPr>
              <w:t>аудиофайл</w:t>
            </w:r>
            <w:r w:rsidRPr="005A424D">
              <w:rPr>
                <w:lang w:val="ru-RU"/>
              </w:rPr>
              <w:t xml:space="preserve"> «</w:t>
            </w:r>
            <w:r w:rsidRPr="00332DB8">
              <w:rPr>
                <w:lang w:val="ru-RU"/>
              </w:rPr>
              <w:t>Прощай</w:t>
            </w:r>
            <w:r w:rsidRPr="005A424D">
              <w:rPr>
                <w:lang w:val="ru-RU"/>
              </w:rPr>
              <w:t xml:space="preserve">, </w:t>
            </w:r>
            <w:r w:rsidRPr="00332DB8">
              <w:rPr>
                <w:lang w:val="ru-RU"/>
              </w:rPr>
              <w:t>капитализм</w:t>
            </w:r>
            <w:r w:rsidRPr="005A424D">
              <w:rPr>
                <w:lang w:val="ru-RU"/>
              </w:rPr>
              <w:t xml:space="preserve">» </w:t>
            </w:r>
            <w:r w:rsidRPr="00332DB8">
              <w:rPr>
                <w:lang w:val="ru-RU"/>
              </w:rPr>
              <w:t>группы</w:t>
            </w:r>
            <w:r w:rsidRPr="005A424D">
              <w:rPr>
                <w:lang w:val="ru-RU"/>
              </w:rPr>
              <w:t xml:space="preserve"> «</w:t>
            </w:r>
            <w:r>
              <w:t>LaVidaCuesta</w:t>
            </w:r>
            <w:r w:rsidRPr="005A424D">
              <w:rPr>
                <w:lang w:val="ru-RU"/>
              </w:rPr>
              <w:t xml:space="preserve"> </w:t>
            </w:r>
            <w:r>
              <w:t>Libertades</w:t>
            </w:r>
            <w:r w:rsidRPr="005A424D">
              <w:rPr>
                <w:lang w:val="ru-RU"/>
              </w:rPr>
              <w:t xml:space="preserve">», </w:t>
            </w:r>
            <w:r w:rsidRPr="00332DB8">
              <w:rPr>
                <w:lang w:val="ru-RU"/>
              </w:rPr>
              <w:t>размещенный</w:t>
            </w:r>
            <w:r w:rsidRPr="005A424D">
              <w:rPr>
                <w:lang w:val="ru-RU"/>
              </w:rPr>
              <w:t xml:space="preserve"> </w:t>
            </w:r>
            <w:r w:rsidRPr="00332DB8">
              <w:rPr>
                <w:lang w:val="ru-RU"/>
              </w:rPr>
              <w:t>на</w:t>
            </w:r>
            <w:r w:rsidRPr="005A424D">
              <w:rPr>
                <w:lang w:val="ru-RU"/>
              </w:rPr>
              <w:t xml:space="preserve"> </w:t>
            </w:r>
            <w:r w:rsidRPr="00332DB8">
              <w:rPr>
                <w:lang w:val="ru-RU"/>
              </w:rPr>
              <w:t>интернет</w:t>
            </w:r>
            <w:r w:rsidRPr="005A424D">
              <w:rPr>
                <w:lang w:val="ru-RU"/>
              </w:rPr>
              <w:t>-</w:t>
            </w:r>
            <w:r w:rsidRPr="00332DB8">
              <w:rPr>
                <w:lang w:val="ru-RU"/>
              </w:rPr>
              <w:t>сайтах</w:t>
            </w:r>
            <w:r w:rsidRPr="005A424D">
              <w:rPr>
                <w:lang w:val="ru-RU"/>
              </w:rPr>
              <w:t xml:space="preserve">: </w:t>
            </w:r>
            <w:r>
              <w:t>http</w:t>
            </w:r>
            <w:r w:rsidRPr="005A424D">
              <w:rPr>
                <w:lang w:val="ru-RU"/>
              </w:rPr>
              <w:t>://</w:t>
            </w:r>
            <w:r>
              <w:t>www</w:t>
            </w:r>
            <w:r w:rsidRPr="005A424D">
              <w:rPr>
                <w:lang w:val="ru-RU"/>
              </w:rPr>
              <w:t>.</w:t>
            </w:r>
            <w:r>
              <w:t>realmusic</w:t>
            </w:r>
            <w:r w:rsidRPr="005A424D">
              <w:rPr>
                <w:lang w:val="ru-RU"/>
              </w:rPr>
              <w:t>.</w:t>
            </w:r>
            <w:r>
              <w:t>ru</w:t>
            </w:r>
            <w:r w:rsidRPr="005A424D">
              <w:rPr>
                <w:lang w:val="ru-RU"/>
              </w:rPr>
              <w:t>/</w:t>
            </w:r>
            <w:r>
              <w:t>songs</w:t>
            </w:r>
            <w:r w:rsidRPr="005A424D">
              <w:rPr>
                <w:lang w:val="ru-RU"/>
              </w:rPr>
              <w:t xml:space="preserve">/777395, </w:t>
            </w:r>
            <w:r>
              <w:t>http</w:t>
            </w:r>
            <w:r w:rsidRPr="005A424D">
              <w:rPr>
                <w:lang w:val="ru-RU"/>
              </w:rPr>
              <w:t>://88.208.38.90/</w:t>
            </w:r>
            <w:r>
              <w:t>tunes</w:t>
            </w:r>
            <w:r w:rsidRPr="005A424D">
              <w:rPr>
                <w:lang w:val="ru-RU"/>
              </w:rPr>
              <w:t>/</w:t>
            </w:r>
            <w:r w:rsidRPr="00332DB8">
              <w:rPr>
                <w:lang w:val="ru-RU"/>
              </w:rPr>
              <w:t>капитализм</w:t>
            </w:r>
            <w:r w:rsidRPr="005A424D">
              <w:rPr>
                <w:lang w:val="ru-RU"/>
              </w:rPr>
              <w:t xml:space="preserve">/, </w:t>
            </w:r>
            <w:r>
              <w:t>http</w:t>
            </w:r>
            <w:r w:rsidRPr="005A424D">
              <w:rPr>
                <w:lang w:val="ru-RU"/>
              </w:rPr>
              <w:t>://</w:t>
            </w:r>
            <w:r>
              <w:t>spaces</w:t>
            </w:r>
            <w:r w:rsidRPr="005A424D">
              <w:rPr>
                <w:lang w:val="ru-RU"/>
              </w:rPr>
              <w:t>.</w:t>
            </w:r>
            <w:r>
              <w:t>ru</w:t>
            </w:r>
            <w:r w:rsidRPr="005A424D">
              <w:rPr>
                <w:lang w:val="ru-RU"/>
              </w:rPr>
              <w:t>/</w:t>
            </w:r>
            <w:r>
              <w:t>musicat</w:t>
            </w:r>
            <w:r w:rsidRPr="005A424D">
              <w:rPr>
                <w:lang w:val="ru-RU"/>
              </w:rPr>
              <w:t>/?=</w:t>
            </w:r>
            <w:r>
              <w:t>track</w:t>
            </w:r>
            <w:r w:rsidRPr="005A424D">
              <w:rPr>
                <w:lang w:val="ru-RU"/>
              </w:rPr>
              <w:t>/</w:t>
            </w:r>
            <w:r>
              <w:t>view</w:t>
            </w:r>
            <w:r w:rsidRPr="005A424D">
              <w:rPr>
                <w:lang w:val="ru-RU"/>
              </w:rPr>
              <w:t>&amp;</w:t>
            </w:r>
            <w:r>
              <w:t>Tr</w:t>
            </w:r>
            <w:r w:rsidRPr="005A424D">
              <w:rPr>
                <w:lang w:val="ru-RU"/>
              </w:rPr>
              <w:t>=</w:t>
            </w:r>
            <w:r>
              <w:t>l</w:t>
            </w:r>
            <w:r w:rsidRPr="005A424D">
              <w:rPr>
                <w:lang w:val="ru-RU"/>
              </w:rPr>
              <w:t>506382&amp;</w:t>
            </w:r>
            <w:r>
              <w:t>link</w:t>
            </w:r>
            <w:r w:rsidRPr="005A424D">
              <w:rPr>
                <w:lang w:val="ru-RU"/>
              </w:rPr>
              <w:t>_</w:t>
            </w:r>
            <w:r>
              <w:t>id</w:t>
            </w:r>
            <w:r w:rsidRPr="005A424D">
              <w:rPr>
                <w:lang w:val="ru-RU"/>
              </w:rPr>
              <w:t>=1568934&amp;</w:t>
            </w:r>
            <w:r>
              <w:t>sid</w:t>
            </w:r>
            <w:r w:rsidRPr="005A424D">
              <w:rPr>
                <w:lang w:val="ru-RU"/>
              </w:rPr>
              <w:t xml:space="preserve">=7428143354823200, </w:t>
            </w:r>
            <w:r>
              <w:t>http</w:t>
            </w:r>
            <w:r w:rsidRPr="005A424D">
              <w:rPr>
                <w:lang w:val="ru-RU"/>
              </w:rPr>
              <w:t>://</w:t>
            </w:r>
            <w:r>
              <w:t>muz</w:t>
            </w:r>
            <w:r w:rsidRPr="005A424D">
              <w:rPr>
                <w:lang w:val="ru-RU"/>
              </w:rPr>
              <w:t>-</w:t>
            </w:r>
            <w:r>
              <w:t>info</w:t>
            </w:r>
            <w:r w:rsidRPr="005A424D">
              <w:rPr>
                <w:lang w:val="ru-RU"/>
              </w:rPr>
              <w:t>.</w:t>
            </w:r>
            <w:r>
              <w:t>org</w:t>
            </w:r>
            <w:r w:rsidRPr="005A424D">
              <w:rPr>
                <w:lang w:val="ru-RU"/>
              </w:rPr>
              <w:t>/</w:t>
            </w:r>
            <w:r>
              <w:t>La</w:t>
            </w:r>
            <w:r w:rsidRPr="005A424D">
              <w:rPr>
                <w:lang w:val="ru-RU"/>
              </w:rPr>
              <w:t>%20</w:t>
            </w:r>
            <w:r>
              <w:t>Vida</w:t>
            </w:r>
            <w:r w:rsidRPr="005A424D">
              <w:rPr>
                <w:lang w:val="ru-RU"/>
              </w:rPr>
              <w:t>%20</w:t>
            </w:r>
            <w:r>
              <w:t>Cuesta</w:t>
            </w:r>
            <w:r w:rsidRPr="005A424D">
              <w:rPr>
                <w:lang w:val="ru-RU"/>
              </w:rPr>
              <w:t>%20</w:t>
            </w:r>
            <w:r>
              <w:t>Libertades</w:t>
            </w:r>
            <w:r w:rsidRPr="005A424D">
              <w:rPr>
                <w:lang w:val="ru-RU"/>
              </w:rPr>
              <w:t>%20-%20</w:t>
            </w:r>
            <w:r w:rsidRPr="00332DB8">
              <w:rPr>
                <w:lang w:val="ru-RU"/>
              </w:rPr>
              <w:t>Прощай</w:t>
            </w:r>
            <w:r w:rsidRPr="005A424D">
              <w:rPr>
                <w:lang w:val="ru-RU"/>
              </w:rPr>
              <w:t xml:space="preserve"> %20 </w:t>
            </w:r>
            <w:r w:rsidRPr="00332DB8">
              <w:rPr>
                <w:lang w:val="ru-RU"/>
              </w:rPr>
              <w:t>Капитализм</w:t>
            </w:r>
            <w:r w:rsidRPr="005A424D">
              <w:rPr>
                <w:lang w:val="ru-RU"/>
              </w:rPr>
              <w:t xml:space="preserve">; </w:t>
            </w:r>
            <w:r w:rsidRPr="00332DB8">
              <w:rPr>
                <w:lang w:val="ru-RU"/>
              </w:rPr>
              <w:t>аудиофайл</w:t>
            </w:r>
            <w:r w:rsidRPr="005A424D">
              <w:rPr>
                <w:lang w:val="ru-RU"/>
              </w:rPr>
              <w:t xml:space="preserve"> «</w:t>
            </w:r>
            <w:r w:rsidRPr="00332DB8">
              <w:rPr>
                <w:lang w:val="ru-RU"/>
              </w:rPr>
              <w:t>Слово</w:t>
            </w:r>
            <w:r w:rsidRPr="005A424D">
              <w:rPr>
                <w:lang w:val="ru-RU"/>
              </w:rPr>
              <w:t xml:space="preserve"> </w:t>
            </w:r>
            <w:r w:rsidRPr="00332DB8">
              <w:rPr>
                <w:lang w:val="ru-RU"/>
              </w:rPr>
              <w:t>против</w:t>
            </w:r>
            <w:r w:rsidRPr="005A424D">
              <w:rPr>
                <w:lang w:val="ru-RU"/>
              </w:rPr>
              <w:t xml:space="preserve">» </w:t>
            </w:r>
            <w:r w:rsidRPr="00332DB8">
              <w:rPr>
                <w:lang w:val="ru-RU"/>
              </w:rPr>
              <w:t>группы</w:t>
            </w:r>
            <w:r w:rsidRPr="005A424D">
              <w:rPr>
                <w:lang w:val="ru-RU"/>
              </w:rPr>
              <w:t xml:space="preserve"> «</w:t>
            </w:r>
            <w:r>
              <w:t>LaVidaCuesta</w:t>
            </w:r>
            <w:r w:rsidRPr="005A424D">
              <w:rPr>
                <w:lang w:val="ru-RU"/>
              </w:rPr>
              <w:t xml:space="preserve"> </w:t>
            </w:r>
            <w:r>
              <w:t>Libertades</w:t>
            </w:r>
            <w:r w:rsidRPr="005A424D">
              <w:rPr>
                <w:lang w:val="ru-RU"/>
              </w:rPr>
              <w:t xml:space="preserve">», </w:t>
            </w:r>
            <w:r w:rsidRPr="00332DB8">
              <w:rPr>
                <w:lang w:val="ru-RU"/>
              </w:rPr>
              <w:t>размещенный</w:t>
            </w:r>
            <w:r w:rsidRPr="005A424D">
              <w:rPr>
                <w:lang w:val="ru-RU"/>
              </w:rPr>
              <w:t xml:space="preserve"> </w:t>
            </w:r>
            <w:r w:rsidRPr="00332DB8">
              <w:rPr>
                <w:lang w:val="ru-RU"/>
              </w:rPr>
              <w:t>на</w:t>
            </w:r>
            <w:r w:rsidRPr="005A424D">
              <w:rPr>
                <w:lang w:val="ru-RU"/>
              </w:rPr>
              <w:t xml:space="preserve"> </w:t>
            </w:r>
            <w:r w:rsidRPr="00332DB8">
              <w:rPr>
                <w:lang w:val="ru-RU"/>
              </w:rPr>
              <w:t>интернет</w:t>
            </w:r>
            <w:r w:rsidRPr="005A424D">
              <w:rPr>
                <w:lang w:val="ru-RU"/>
              </w:rPr>
              <w:t>-</w:t>
            </w:r>
            <w:r w:rsidRPr="00332DB8">
              <w:rPr>
                <w:lang w:val="ru-RU"/>
              </w:rPr>
              <w:t>сайтах</w:t>
            </w:r>
            <w:r w:rsidRPr="005A424D">
              <w:rPr>
                <w:lang w:val="ru-RU"/>
              </w:rPr>
              <w:t xml:space="preserve">: </w:t>
            </w:r>
            <w:r>
              <w:t>http</w:t>
            </w:r>
            <w:r w:rsidRPr="005A424D">
              <w:rPr>
                <w:lang w:val="ru-RU"/>
              </w:rPr>
              <w:t>://</w:t>
            </w:r>
            <w:r>
              <w:t>www</w:t>
            </w:r>
            <w:r w:rsidRPr="005A424D">
              <w:rPr>
                <w:lang w:val="ru-RU"/>
              </w:rPr>
              <w:t>.</w:t>
            </w:r>
            <w:r>
              <w:t>lvcl</w:t>
            </w:r>
            <w:r w:rsidRPr="005A424D">
              <w:rPr>
                <w:lang w:val="ru-RU"/>
              </w:rPr>
              <w:t>.</w:t>
            </w:r>
            <w:r>
              <w:t>bandcamp</w:t>
            </w:r>
            <w:r w:rsidRPr="005A424D">
              <w:rPr>
                <w:lang w:val="ru-RU"/>
              </w:rPr>
              <w:t>.</w:t>
            </w:r>
            <w:r>
              <w:t>com</w:t>
            </w:r>
            <w:r w:rsidRPr="005A424D">
              <w:rPr>
                <w:lang w:val="ru-RU"/>
              </w:rPr>
              <w:t>/</w:t>
            </w:r>
            <w:r>
              <w:t>album</w:t>
            </w:r>
            <w:r w:rsidRPr="005A424D">
              <w:rPr>
                <w:lang w:val="ru-RU"/>
              </w:rPr>
              <w:t>/</w:t>
            </w:r>
            <w:r>
              <w:t>demo</w:t>
            </w:r>
            <w:r w:rsidRPr="005A424D">
              <w:rPr>
                <w:lang w:val="ru-RU"/>
              </w:rPr>
              <w:t xml:space="preserve">-2009-2010/, </w:t>
            </w:r>
            <w:r>
              <w:t>http</w:t>
            </w:r>
            <w:r w:rsidRPr="005A424D">
              <w:rPr>
                <w:lang w:val="ru-RU"/>
              </w:rPr>
              <w:t>://</w:t>
            </w:r>
            <w:r>
              <w:t>audios</w:t>
            </w:r>
            <w:r w:rsidRPr="005A424D">
              <w:rPr>
                <w:lang w:val="ru-RU"/>
              </w:rPr>
              <w:t>.</w:t>
            </w:r>
            <w:r>
              <w:t>xyz</w:t>
            </w:r>
            <w:r w:rsidRPr="005A424D">
              <w:rPr>
                <w:lang w:val="ru-RU"/>
              </w:rPr>
              <w:t>/</w:t>
            </w:r>
            <w:r>
              <w:t>search</w:t>
            </w:r>
            <w:r w:rsidRPr="005A424D">
              <w:rPr>
                <w:lang w:val="ru-RU"/>
              </w:rPr>
              <w:t>/</w:t>
            </w:r>
            <w:r>
              <w:t>La</w:t>
            </w:r>
            <w:r w:rsidRPr="005A424D">
              <w:rPr>
                <w:lang w:val="ru-RU"/>
              </w:rPr>
              <w:t>+</w:t>
            </w:r>
            <w:r>
              <w:t>Vida</w:t>
            </w:r>
            <w:r w:rsidRPr="005A424D">
              <w:rPr>
                <w:lang w:val="ru-RU"/>
              </w:rPr>
              <w:t>+</w:t>
            </w:r>
            <w:r>
              <w:t>Cuesta</w:t>
            </w:r>
            <w:r w:rsidRPr="005A424D">
              <w:rPr>
                <w:lang w:val="ru-RU"/>
              </w:rPr>
              <w:t>+</w:t>
            </w:r>
            <w:r>
              <w:t>Libertades</w:t>
            </w:r>
            <w:r w:rsidRPr="005A424D">
              <w:rPr>
                <w:lang w:val="ru-RU"/>
              </w:rPr>
              <w:t xml:space="preserve">; </w:t>
            </w:r>
            <w:r w:rsidRPr="00332DB8">
              <w:rPr>
                <w:lang w:val="ru-RU"/>
              </w:rPr>
              <w:t>видеоролик</w:t>
            </w:r>
            <w:r w:rsidRPr="005A424D">
              <w:rPr>
                <w:lang w:val="ru-RU"/>
              </w:rPr>
              <w:t xml:space="preserve"> </w:t>
            </w:r>
            <w:r w:rsidRPr="00332DB8">
              <w:rPr>
                <w:lang w:val="ru-RU"/>
              </w:rPr>
              <w:t>песни</w:t>
            </w:r>
            <w:r w:rsidRPr="005A424D">
              <w:rPr>
                <w:lang w:val="ru-RU"/>
              </w:rPr>
              <w:t xml:space="preserve"> «</w:t>
            </w:r>
            <w:r w:rsidRPr="00332DB8">
              <w:rPr>
                <w:lang w:val="ru-RU"/>
              </w:rPr>
              <w:t>Готов</w:t>
            </w:r>
            <w:r w:rsidRPr="005A424D">
              <w:rPr>
                <w:lang w:val="ru-RU"/>
              </w:rPr>
              <w:t xml:space="preserve">!» </w:t>
            </w:r>
            <w:r w:rsidRPr="00332DB8">
              <w:rPr>
                <w:lang w:val="ru-RU"/>
              </w:rPr>
              <w:t>группы</w:t>
            </w:r>
            <w:r w:rsidRPr="005A424D">
              <w:rPr>
                <w:lang w:val="ru-RU"/>
              </w:rPr>
              <w:t xml:space="preserve"> «</w:t>
            </w:r>
            <w:r>
              <w:t>LaVidaCuesta</w:t>
            </w:r>
            <w:r w:rsidRPr="005A424D">
              <w:rPr>
                <w:lang w:val="ru-RU"/>
              </w:rPr>
              <w:t xml:space="preserve"> </w:t>
            </w:r>
            <w:r>
              <w:t>Libertades</w:t>
            </w:r>
            <w:r w:rsidRPr="005A424D">
              <w:rPr>
                <w:lang w:val="ru-RU"/>
              </w:rPr>
              <w:t xml:space="preserve">», </w:t>
            </w:r>
            <w:r w:rsidRPr="00332DB8">
              <w:rPr>
                <w:lang w:val="ru-RU"/>
              </w:rPr>
              <w:t>размещенный</w:t>
            </w:r>
            <w:r w:rsidRPr="005A424D">
              <w:rPr>
                <w:lang w:val="ru-RU"/>
              </w:rPr>
              <w:t xml:space="preserve"> </w:t>
            </w:r>
            <w:r w:rsidRPr="00332DB8">
              <w:rPr>
                <w:lang w:val="ru-RU"/>
              </w:rPr>
              <w:t>на</w:t>
            </w:r>
            <w:r w:rsidRPr="005A424D">
              <w:rPr>
                <w:lang w:val="ru-RU"/>
              </w:rPr>
              <w:t xml:space="preserve"> </w:t>
            </w:r>
            <w:r w:rsidRPr="00332DB8">
              <w:rPr>
                <w:lang w:val="ru-RU"/>
              </w:rPr>
              <w:t>интернет</w:t>
            </w:r>
            <w:r w:rsidRPr="005A424D">
              <w:rPr>
                <w:lang w:val="ru-RU"/>
              </w:rPr>
              <w:t>-</w:t>
            </w:r>
            <w:r w:rsidRPr="00332DB8">
              <w:rPr>
                <w:lang w:val="ru-RU"/>
              </w:rPr>
              <w:t>сайте</w:t>
            </w:r>
            <w:r w:rsidRPr="005A424D">
              <w:rPr>
                <w:lang w:val="ru-RU"/>
              </w:rPr>
              <w:t xml:space="preserve">: </w:t>
            </w:r>
            <w:r>
              <w:t>http</w:t>
            </w:r>
            <w:r w:rsidRPr="005A424D">
              <w:rPr>
                <w:lang w:val="ru-RU"/>
              </w:rPr>
              <w:t>://</w:t>
            </w:r>
            <w:r>
              <w:t>www</w:t>
            </w:r>
            <w:r w:rsidRPr="005A424D">
              <w:rPr>
                <w:lang w:val="ru-RU"/>
              </w:rPr>
              <w:t>.</w:t>
            </w:r>
            <w:r>
              <w:t>youtube</w:t>
            </w:r>
            <w:r w:rsidRPr="005A424D">
              <w:rPr>
                <w:lang w:val="ru-RU"/>
              </w:rPr>
              <w:t>.</w:t>
            </w:r>
            <w:r>
              <w:t>com</w:t>
            </w:r>
            <w:r w:rsidRPr="005A424D">
              <w:rPr>
                <w:lang w:val="ru-RU"/>
              </w:rPr>
              <w:t>/</w:t>
            </w:r>
            <w:r>
              <w:t>watch</w:t>
            </w:r>
            <w:r w:rsidRPr="005A424D">
              <w:rPr>
                <w:lang w:val="ru-RU"/>
              </w:rPr>
              <w:t>?</w:t>
            </w:r>
            <w:r>
              <w:t>v</w:t>
            </w:r>
            <w:r w:rsidRPr="005A424D">
              <w:rPr>
                <w:lang w:val="ru-RU"/>
              </w:rPr>
              <w:t>=</w:t>
            </w:r>
            <w:r>
              <w:t>EQGJ</w:t>
            </w:r>
            <w:r w:rsidRPr="005A424D">
              <w:rPr>
                <w:lang w:val="ru-RU"/>
              </w:rPr>
              <w:t>3</w:t>
            </w:r>
            <w:r>
              <w:t>UtWLOM</w:t>
            </w:r>
            <w:r w:rsidRPr="005A424D">
              <w:rPr>
                <w:lang w:val="ru-RU"/>
              </w:rPr>
              <w:t xml:space="preserve"> (</w:t>
            </w:r>
            <w:r w:rsidRPr="00332DB8">
              <w:rPr>
                <w:lang w:val="ru-RU"/>
              </w:rPr>
              <w:t>решение</w:t>
            </w:r>
            <w:r w:rsidRPr="005A424D">
              <w:rPr>
                <w:lang w:val="ru-RU"/>
              </w:rPr>
              <w:t xml:space="preserve"> </w:t>
            </w:r>
            <w:r w:rsidRPr="00332DB8">
              <w:rPr>
                <w:lang w:val="ru-RU"/>
              </w:rPr>
              <w:t>Иловлинского</w:t>
            </w:r>
            <w:r w:rsidRPr="005A424D">
              <w:rPr>
                <w:lang w:val="ru-RU"/>
              </w:rPr>
              <w:t xml:space="preserve"> </w:t>
            </w:r>
            <w:r w:rsidRPr="00332DB8">
              <w:rPr>
                <w:lang w:val="ru-RU"/>
              </w:rPr>
              <w:t>районного</w:t>
            </w:r>
            <w:r w:rsidRPr="005A424D">
              <w:rPr>
                <w:lang w:val="ru-RU"/>
              </w:rPr>
              <w:t xml:space="preserve"> </w:t>
            </w:r>
            <w:r w:rsidRPr="00332DB8">
              <w:rPr>
                <w:lang w:val="ru-RU"/>
              </w:rPr>
              <w:t>суда</w:t>
            </w:r>
            <w:r w:rsidRPr="005A424D">
              <w:rPr>
                <w:lang w:val="ru-RU"/>
              </w:rPr>
              <w:t xml:space="preserve"> </w:t>
            </w:r>
            <w:r w:rsidRPr="00332DB8">
              <w:rPr>
                <w:lang w:val="ru-RU"/>
              </w:rPr>
              <w:t>Волгоградской</w:t>
            </w:r>
            <w:r w:rsidRPr="005A424D">
              <w:rPr>
                <w:lang w:val="ru-RU"/>
              </w:rPr>
              <w:t xml:space="preserve"> </w:t>
            </w:r>
            <w:r w:rsidRPr="00332DB8">
              <w:rPr>
                <w:lang w:val="ru-RU"/>
              </w:rPr>
              <w:t>области от 03.12.2015 и определение Иловлинского районного суда Волгоградской области от 26.02.2016);</w:t>
            </w:r>
          </w:p>
        </w:tc>
        <w:tc>
          <w:tcPr>
            <w:tcW w:w="2880" w:type="dxa"/>
          </w:tcPr>
          <w:p w:rsidR="006F7457" w:rsidRPr="00332DB8" w:rsidRDefault="006F7457">
            <w:pPr>
              <w:rPr>
                <w:lang w:val="ru-RU"/>
              </w:rPr>
            </w:pPr>
          </w:p>
        </w:tc>
      </w:tr>
      <w:tr w:rsidR="006F7457" w:rsidRPr="005A424D">
        <w:tc>
          <w:tcPr>
            <w:tcW w:w="2880" w:type="dxa"/>
          </w:tcPr>
          <w:p w:rsidR="006F7457" w:rsidRPr="00332DB8" w:rsidRDefault="00332DB8">
            <w:pPr>
              <w:rPr>
                <w:lang w:val="ru-RU"/>
              </w:rPr>
            </w:pPr>
            <w:r w:rsidRPr="00332DB8">
              <w:rPr>
                <w:lang w:val="ru-RU"/>
              </w:rPr>
              <w:lastRenderedPageBreak/>
              <w:t>3298.</w:t>
            </w:r>
          </w:p>
        </w:tc>
        <w:tc>
          <w:tcPr>
            <w:tcW w:w="2880" w:type="dxa"/>
          </w:tcPr>
          <w:p w:rsidR="006F7457" w:rsidRPr="00332DB8" w:rsidRDefault="00332DB8">
            <w:pPr>
              <w:rPr>
                <w:lang w:val="ru-RU"/>
              </w:rPr>
            </w:pPr>
            <w:r w:rsidRPr="00332DB8">
              <w:rPr>
                <w:lang w:val="ru-RU"/>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2880" w:type="dxa"/>
          </w:tcPr>
          <w:p w:rsidR="006F7457" w:rsidRPr="00332DB8" w:rsidRDefault="006F7457">
            <w:pPr>
              <w:rPr>
                <w:lang w:val="ru-RU"/>
              </w:rPr>
            </w:pPr>
          </w:p>
        </w:tc>
      </w:tr>
      <w:tr w:rsidR="006F7457" w:rsidRPr="005A424D">
        <w:tc>
          <w:tcPr>
            <w:tcW w:w="2880" w:type="dxa"/>
          </w:tcPr>
          <w:p w:rsidR="006F7457" w:rsidRPr="00332DB8" w:rsidRDefault="00332DB8">
            <w:pPr>
              <w:rPr>
                <w:lang w:val="ru-RU"/>
              </w:rPr>
            </w:pPr>
            <w:r w:rsidRPr="00332DB8">
              <w:rPr>
                <w:lang w:val="ru-RU"/>
              </w:rPr>
              <w:t>3299.</w:t>
            </w:r>
          </w:p>
        </w:tc>
        <w:tc>
          <w:tcPr>
            <w:tcW w:w="2880" w:type="dxa"/>
          </w:tcPr>
          <w:p w:rsidR="006F7457" w:rsidRPr="00332DB8" w:rsidRDefault="00332DB8">
            <w:pPr>
              <w:rPr>
                <w:lang w:val="ru-RU"/>
              </w:rPr>
            </w:pPr>
            <w:r w:rsidRPr="00332DB8">
              <w:rPr>
                <w:lang w:val="ru-RU"/>
              </w:rPr>
              <w:t xml:space="preserve">Видеофайл «Истинная цель антифа», размещенный в социальной сети «В контакте» в сети Интернет, имеющий сетевой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213087174 (решение Людиновского районного суда Калужской области от 27.11.2015);</w:t>
            </w:r>
          </w:p>
        </w:tc>
        <w:tc>
          <w:tcPr>
            <w:tcW w:w="2880" w:type="dxa"/>
          </w:tcPr>
          <w:p w:rsidR="006F7457" w:rsidRPr="00332DB8" w:rsidRDefault="006F7457">
            <w:pPr>
              <w:rPr>
                <w:lang w:val="ru-RU"/>
              </w:rPr>
            </w:pPr>
          </w:p>
        </w:tc>
      </w:tr>
      <w:tr w:rsidR="006F7457" w:rsidRPr="005A424D">
        <w:tc>
          <w:tcPr>
            <w:tcW w:w="2880" w:type="dxa"/>
          </w:tcPr>
          <w:p w:rsidR="006F7457" w:rsidRPr="00332DB8" w:rsidRDefault="00332DB8">
            <w:pPr>
              <w:rPr>
                <w:lang w:val="ru-RU"/>
              </w:rPr>
            </w:pPr>
            <w:r w:rsidRPr="00332DB8">
              <w:rPr>
                <w:lang w:val="ru-RU"/>
              </w:rPr>
              <w:t>330</w:t>
            </w:r>
            <w:r w:rsidRPr="00332DB8">
              <w:rPr>
                <w:lang w:val="ru-RU"/>
              </w:rPr>
              <w:lastRenderedPageBreak/>
              <w:t>0.</w:t>
            </w:r>
          </w:p>
        </w:tc>
        <w:tc>
          <w:tcPr>
            <w:tcW w:w="2880" w:type="dxa"/>
          </w:tcPr>
          <w:p w:rsidR="006F7457" w:rsidRPr="00332DB8" w:rsidRDefault="00332DB8">
            <w:pPr>
              <w:rPr>
                <w:lang w:val="ru-RU"/>
              </w:rPr>
            </w:pPr>
            <w:r w:rsidRPr="00332DB8">
              <w:rPr>
                <w:lang w:val="ru-RU"/>
              </w:rPr>
              <w:lastRenderedPageBreak/>
              <w:t xml:space="preserve">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w:t>
            </w:r>
            <w:r>
              <w:t>vk</w:t>
            </w:r>
            <w:r w:rsidRPr="00332DB8">
              <w:rPr>
                <w:lang w:val="ru-RU"/>
              </w:rPr>
              <w:t>.</w:t>
            </w:r>
            <w:r>
              <w:t>com</w:t>
            </w:r>
            <w:r w:rsidRPr="00332DB8">
              <w:rPr>
                <w:lang w:val="ru-RU"/>
              </w:rPr>
              <w:t>/</w:t>
            </w:r>
            <w:r>
              <w:t>id</w:t>
            </w:r>
            <w:r w:rsidRPr="00332DB8">
              <w:rPr>
                <w:lang w:val="ru-RU"/>
              </w:rPr>
              <w:t xml:space="preserve">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w:t>
            </w:r>
            <w:r w:rsidRPr="00332DB8">
              <w:rPr>
                <w:lang w:val="ru-RU"/>
              </w:rPr>
              <w:lastRenderedPageBreak/>
              <w:t>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2880" w:type="dxa"/>
          </w:tcPr>
          <w:p w:rsidR="006F7457" w:rsidRPr="00332DB8" w:rsidRDefault="006F7457">
            <w:pPr>
              <w:rPr>
                <w:lang w:val="ru-RU"/>
              </w:rPr>
            </w:pPr>
          </w:p>
        </w:tc>
      </w:tr>
      <w:tr w:rsidR="006F7457" w:rsidRPr="005A424D">
        <w:tc>
          <w:tcPr>
            <w:tcW w:w="2880" w:type="dxa"/>
          </w:tcPr>
          <w:p w:rsidR="006F7457" w:rsidRPr="00332DB8" w:rsidRDefault="00332DB8">
            <w:pPr>
              <w:rPr>
                <w:lang w:val="ru-RU"/>
              </w:rPr>
            </w:pPr>
            <w:r w:rsidRPr="00332DB8">
              <w:rPr>
                <w:lang w:val="ru-RU"/>
              </w:rPr>
              <w:lastRenderedPageBreak/>
              <w:t>3301.</w:t>
            </w:r>
          </w:p>
        </w:tc>
        <w:tc>
          <w:tcPr>
            <w:tcW w:w="2880" w:type="dxa"/>
          </w:tcPr>
          <w:p w:rsidR="006F7457" w:rsidRPr="00332DB8" w:rsidRDefault="00332DB8">
            <w:pPr>
              <w:rPr>
                <w:lang w:val="ru-RU"/>
              </w:rPr>
            </w:pPr>
            <w:r w:rsidRPr="00332DB8">
              <w:rPr>
                <w:lang w:val="ru-RU"/>
              </w:rPr>
              <w:t xml:space="preserve">Фотоматериалы, размещенные на странице социальной сети «ВКонтакте» «Сергей Князев», содержащие нацистскую атрибутику и символику и размещенные по </w:t>
            </w:r>
            <w:r>
              <w:t>url</w:t>
            </w:r>
            <w:r w:rsidRPr="00332DB8">
              <w:rPr>
                <w:lang w:val="ru-RU"/>
              </w:rPr>
              <w:t xml:space="preserve">-адресам : - - </w:t>
            </w:r>
            <w:r>
              <w:t>http</w:t>
            </w:r>
            <w:r w:rsidRPr="00332DB8">
              <w:rPr>
                <w:lang w:val="ru-RU"/>
              </w:rPr>
              <w:t>://</w:t>
            </w:r>
            <w:r>
              <w:t>vk</w:t>
            </w:r>
            <w:r w:rsidRPr="00332DB8">
              <w:rPr>
                <w:lang w:val="ru-RU"/>
              </w:rPr>
              <w:t>.</w:t>
            </w:r>
            <w:r>
              <w:t>com</w:t>
            </w:r>
            <w:r w:rsidRPr="00332DB8">
              <w:rPr>
                <w:lang w:val="ru-RU"/>
              </w:rPr>
              <w:t>/</w:t>
            </w:r>
            <w:r>
              <w:t>photo</w:t>
            </w:r>
            <w:r w:rsidRPr="00332DB8">
              <w:rPr>
                <w:lang w:val="ru-RU"/>
              </w:rPr>
              <w:t xml:space="preserve">57479364_342817120, - </w:t>
            </w:r>
            <w:r>
              <w:t>http</w:t>
            </w:r>
            <w:r w:rsidRPr="00332DB8">
              <w:rPr>
                <w:lang w:val="ru-RU"/>
              </w:rPr>
              <w:t>://</w:t>
            </w:r>
            <w:r>
              <w:t>vk</w:t>
            </w:r>
            <w:r w:rsidRPr="00332DB8">
              <w:rPr>
                <w:lang w:val="ru-RU"/>
              </w:rPr>
              <w:t>.</w:t>
            </w:r>
            <w:r>
              <w:t>com</w:t>
            </w:r>
            <w:r w:rsidRPr="00332DB8">
              <w:rPr>
                <w:lang w:val="ru-RU"/>
              </w:rPr>
              <w:t>/</w:t>
            </w:r>
            <w:r>
              <w:t>photo</w:t>
            </w:r>
            <w:r w:rsidRPr="00332DB8">
              <w:rPr>
                <w:lang w:val="ru-RU"/>
              </w:rPr>
              <w:t xml:space="preserve">57479364_347862496, - </w:t>
            </w:r>
            <w:r>
              <w:t>http</w:t>
            </w:r>
            <w:r w:rsidRPr="00332DB8">
              <w:rPr>
                <w:lang w:val="ru-RU"/>
              </w:rPr>
              <w:t>://</w:t>
            </w:r>
            <w:r>
              <w:t>vk</w:t>
            </w:r>
            <w:r w:rsidRPr="00332DB8">
              <w:rPr>
                <w:lang w:val="ru-RU"/>
              </w:rPr>
              <w:t>.</w:t>
            </w:r>
            <w:r>
              <w:t>com</w:t>
            </w:r>
            <w:r w:rsidRPr="00332DB8">
              <w:rPr>
                <w:lang w:val="ru-RU"/>
              </w:rPr>
              <w:t>/</w:t>
            </w:r>
            <w:r>
              <w:t>photo</w:t>
            </w:r>
            <w:r w:rsidRPr="00332DB8">
              <w:rPr>
                <w:lang w:val="ru-RU"/>
              </w:rPr>
              <w:t xml:space="preserve">57479364_347862932, - </w:t>
            </w:r>
            <w:r>
              <w:t>http</w:t>
            </w:r>
            <w:r w:rsidRPr="00332DB8">
              <w:rPr>
                <w:lang w:val="ru-RU"/>
              </w:rPr>
              <w:t>://</w:t>
            </w:r>
            <w:r>
              <w:t>vk</w:t>
            </w:r>
            <w:r w:rsidRPr="00332DB8">
              <w:rPr>
                <w:lang w:val="ru-RU"/>
              </w:rPr>
              <w:t>.</w:t>
            </w:r>
            <w:r>
              <w:t>com</w:t>
            </w:r>
            <w:r w:rsidRPr="00332DB8">
              <w:rPr>
                <w:lang w:val="ru-RU"/>
              </w:rPr>
              <w:t>/</w:t>
            </w:r>
            <w:r>
              <w:t>photo</w:t>
            </w:r>
            <w:r w:rsidRPr="00332DB8">
              <w:rPr>
                <w:lang w:val="ru-RU"/>
              </w:rPr>
              <w:t>57479364</w:t>
            </w:r>
            <w:r>
              <w:t>J</w:t>
            </w:r>
            <w:r w:rsidRPr="00332DB8">
              <w:rPr>
                <w:lang w:val="ru-RU"/>
              </w:rPr>
              <w:t xml:space="preserve">48430495, - </w:t>
            </w:r>
            <w:r>
              <w:t>http</w:t>
            </w:r>
            <w:r w:rsidRPr="00332DB8">
              <w:rPr>
                <w:lang w:val="ru-RU"/>
              </w:rPr>
              <w:t>://</w:t>
            </w:r>
            <w:r>
              <w:t>vk</w:t>
            </w:r>
            <w:r w:rsidRPr="00332DB8">
              <w:rPr>
                <w:lang w:val="ru-RU"/>
              </w:rPr>
              <w:t>.</w:t>
            </w:r>
            <w:r>
              <w:t>com</w:t>
            </w:r>
            <w:r w:rsidRPr="00332DB8">
              <w:rPr>
                <w:lang w:val="ru-RU"/>
              </w:rPr>
              <w:t>/</w:t>
            </w:r>
            <w:r>
              <w:t>photo</w:t>
            </w:r>
            <w:r w:rsidRPr="00332DB8">
              <w:rPr>
                <w:lang w:val="ru-RU"/>
              </w:rPr>
              <w:t>57479364</w:t>
            </w:r>
            <w:r>
              <w:t>J</w:t>
            </w:r>
            <w:r w:rsidRPr="00332DB8">
              <w:rPr>
                <w:lang w:val="ru-RU"/>
              </w:rPr>
              <w:t xml:space="preserve">56482761, - </w:t>
            </w:r>
            <w:r>
              <w:t>http</w:t>
            </w:r>
            <w:r w:rsidRPr="00332DB8">
              <w:rPr>
                <w:lang w:val="ru-RU"/>
              </w:rPr>
              <w:t>://</w:t>
            </w:r>
            <w:r>
              <w:t>vk</w:t>
            </w:r>
            <w:r w:rsidRPr="00332DB8">
              <w:rPr>
                <w:lang w:val="ru-RU"/>
              </w:rPr>
              <w:t>.</w:t>
            </w:r>
            <w:r>
              <w:t>com</w:t>
            </w:r>
            <w:r w:rsidRPr="00332DB8">
              <w:rPr>
                <w:lang w:val="ru-RU"/>
              </w:rPr>
              <w:t>/</w:t>
            </w:r>
            <w:r>
              <w:t>photo</w:t>
            </w:r>
            <w:r w:rsidRPr="00332DB8">
              <w:rPr>
                <w:lang w:val="ru-RU"/>
              </w:rPr>
              <w:t>57479364</w:t>
            </w:r>
            <w:r>
              <w:t>J</w:t>
            </w:r>
            <w:r w:rsidRPr="00332DB8">
              <w:rPr>
                <w:lang w:val="ru-RU"/>
              </w:rPr>
              <w:t xml:space="preserve">46564197, - </w:t>
            </w:r>
            <w:r>
              <w:t>http</w:t>
            </w:r>
            <w:r w:rsidRPr="00332DB8">
              <w:rPr>
                <w:lang w:val="ru-RU"/>
              </w:rPr>
              <w:t>://</w:t>
            </w:r>
            <w:r>
              <w:t>vk</w:t>
            </w:r>
            <w:r w:rsidRPr="00332DB8">
              <w:rPr>
                <w:lang w:val="ru-RU"/>
              </w:rPr>
              <w:t>.</w:t>
            </w:r>
            <w:r>
              <w:t>com</w:t>
            </w:r>
            <w:r w:rsidRPr="00332DB8">
              <w:rPr>
                <w:lang w:val="ru-RU"/>
              </w:rPr>
              <w:t>/</w:t>
            </w:r>
            <w:r>
              <w:t>photo</w:t>
            </w:r>
            <w:r w:rsidRPr="00332DB8">
              <w:rPr>
                <w:lang w:val="ru-RU"/>
              </w:rPr>
              <w:t>57479364</w:t>
            </w:r>
            <w:r>
              <w:t>J</w:t>
            </w:r>
            <w:r w:rsidRPr="00332DB8">
              <w:rPr>
                <w:lang w:val="ru-RU"/>
              </w:rPr>
              <w:t xml:space="preserve">47862854, - </w:t>
            </w:r>
            <w:r>
              <w:t>http</w:t>
            </w:r>
            <w:r w:rsidRPr="00332DB8">
              <w:rPr>
                <w:lang w:val="ru-RU"/>
              </w:rPr>
              <w:t>://</w:t>
            </w:r>
            <w:r>
              <w:t>vk</w:t>
            </w:r>
            <w:r w:rsidRPr="00332DB8">
              <w:rPr>
                <w:lang w:val="ru-RU"/>
              </w:rPr>
              <w:t>.</w:t>
            </w:r>
            <w:r>
              <w:t>com</w:t>
            </w:r>
            <w:r w:rsidRPr="00332DB8">
              <w:rPr>
                <w:lang w:val="ru-RU"/>
              </w:rPr>
              <w:t>/</w:t>
            </w:r>
            <w:r>
              <w:t>photo</w:t>
            </w:r>
            <w:r w:rsidRPr="00332DB8">
              <w:rPr>
                <w:lang w:val="ru-RU"/>
              </w:rPr>
              <w:t>57479364</w:t>
            </w:r>
            <w:r>
              <w:t>J</w:t>
            </w:r>
            <w:r w:rsidRPr="00332DB8">
              <w:rPr>
                <w:lang w:val="ru-RU"/>
              </w:rPr>
              <w:t xml:space="preserve">48129290, - </w:t>
            </w:r>
            <w:r>
              <w:t>http</w:t>
            </w:r>
            <w:r w:rsidRPr="00332DB8">
              <w:rPr>
                <w:lang w:val="ru-RU"/>
              </w:rPr>
              <w:t>://</w:t>
            </w:r>
            <w:r>
              <w:t>vk</w:t>
            </w:r>
            <w:r w:rsidRPr="00332DB8">
              <w:rPr>
                <w:lang w:val="ru-RU"/>
              </w:rPr>
              <w:t>.</w:t>
            </w:r>
            <w:r>
              <w:t>com</w:t>
            </w:r>
            <w:r w:rsidRPr="00332DB8">
              <w:rPr>
                <w:lang w:val="ru-RU"/>
              </w:rPr>
              <w:t>/</w:t>
            </w:r>
            <w:r>
              <w:t>photo</w:t>
            </w:r>
            <w:r w:rsidRPr="00332DB8">
              <w:rPr>
                <w:lang w:val="ru-RU"/>
              </w:rPr>
              <w:t>57479364</w:t>
            </w:r>
            <w:r>
              <w:t>J</w:t>
            </w:r>
            <w:r w:rsidRPr="00332DB8">
              <w:rPr>
                <w:lang w:val="ru-RU"/>
              </w:rPr>
              <w:t>48735401 (решение Автозаводского районного суда г. Нижнего Новгорода от 27.10.2015);</w:t>
            </w:r>
          </w:p>
        </w:tc>
        <w:tc>
          <w:tcPr>
            <w:tcW w:w="2880" w:type="dxa"/>
          </w:tcPr>
          <w:p w:rsidR="006F7457" w:rsidRPr="00332DB8" w:rsidRDefault="006F7457">
            <w:pPr>
              <w:rPr>
                <w:lang w:val="ru-RU"/>
              </w:rPr>
            </w:pPr>
          </w:p>
        </w:tc>
      </w:tr>
      <w:tr w:rsidR="006F7457" w:rsidRPr="005A424D">
        <w:tc>
          <w:tcPr>
            <w:tcW w:w="2880" w:type="dxa"/>
          </w:tcPr>
          <w:p w:rsidR="006F7457" w:rsidRDefault="00332DB8">
            <w:r>
              <w:t>3302.</w:t>
            </w:r>
          </w:p>
        </w:tc>
        <w:tc>
          <w:tcPr>
            <w:tcW w:w="2880" w:type="dxa"/>
          </w:tcPr>
          <w:p w:rsidR="006F7457" w:rsidRPr="00332DB8" w:rsidRDefault="00332DB8">
            <w:pPr>
              <w:rPr>
                <w:lang w:val="ru-RU"/>
              </w:rPr>
            </w:pPr>
            <w:r w:rsidRPr="00332DB8">
              <w:rPr>
                <w:lang w:val="ru-RU"/>
              </w:rP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c>
          <w:tcPr>
            <w:tcW w:w="2880" w:type="dxa"/>
          </w:tcPr>
          <w:p w:rsidR="006F7457" w:rsidRPr="00332DB8" w:rsidRDefault="006F7457">
            <w:pPr>
              <w:rPr>
                <w:lang w:val="ru-RU"/>
              </w:rPr>
            </w:pPr>
          </w:p>
        </w:tc>
      </w:tr>
      <w:tr w:rsidR="006F7457" w:rsidRPr="005A424D">
        <w:tc>
          <w:tcPr>
            <w:tcW w:w="2880" w:type="dxa"/>
          </w:tcPr>
          <w:p w:rsidR="006F7457" w:rsidRDefault="00332DB8">
            <w:r>
              <w:t>3303.</w:t>
            </w:r>
          </w:p>
        </w:tc>
        <w:tc>
          <w:tcPr>
            <w:tcW w:w="2880" w:type="dxa"/>
          </w:tcPr>
          <w:p w:rsidR="006F7457" w:rsidRPr="00332DB8" w:rsidRDefault="00332DB8">
            <w:pPr>
              <w:rPr>
                <w:lang w:val="ru-RU"/>
              </w:rPr>
            </w:pPr>
            <w:r w:rsidRPr="00332DB8">
              <w:rPr>
                <w:lang w:val="ru-RU"/>
              </w:rPr>
              <w:t xml:space="preserve">Информационный материал – видеозапись, размещенная в сети «Интернет» по адресу: </w:t>
            </w:r>
            <w:r>
              <w:t>http</w:t>
            </w:r>
            <w:r w:rsidRPr="00332DB8">
              <w:rPr>
                <w:lang w:val="ru-RU"/>
              </w:rPr>
              <w:t>://</w:t>
            </w:r>
            <w:r>
              <w:t>m</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=34</w:t>
            </w:r>
            <w:r>
              <w:t>I</w:t>
            </w:r>
            <w:r w:rsidRPr="00332DB8">
              <w:rPr>
                <w:lang w:val="ru-RU"/>
              </w:rPr>
              <w:t>-</w:t>
            </w:r>
            <w:r>
              <w:t>RVi</w:t>
            </w:r>
            <w:r w:rsidRPr="00332DB8">
              <w:rPr>
                <w:lang w:val="ru-RU"/>
              </w:rPr>
              <w:t>3</w:t>
            </w:r>
            <w:r>
              <w:t>vzE</w:t>
            </w:r>
            <w:r w:rsidRPr="00332DB8">
              <w:rPr>
                <w:lang w:val="ru-RU"/>
              </w:rPr>
              <w:t xml:space="preserv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2880" w:type="dxa"/>
          </w:tcPr>
          <w:p w:rsidR="006F7457" w:rsidRPr="00332DB8" w:rsidRDefault="006F7457">
            <w:pPr>
              <w:rPr>
                <w:lang w:val="ru-RU"/>
              </w:rPr>
            </w:pPr>
          </w:p>
        </w:tc>
      </w:tr>
      <w:tr w:rsidR="006F7457" w:rsidRPr="005A424D">
        <w:tc>
          <w:tcPr>
            <w:tcW w:w="2880" w:type="dxa"/>
          </w:tcPr>
          <w:p w:rsidR="006F7457" w:rsidRDefault="00332DB8">
            <w:r>
              <w:t>3304.</w:t>
            </w:r>
          </w:p>
        </w:tc>
        <w:tc>
          <w:tcPr>
            <w:tcW w:w="2880" w:type="dxa"/>
          </w:tcPr>
          <w:p w:rsidR="006F7457" w:rsidRPr="00332DB8" w:rsidRDefault="00332DB8">
            <w:pPr>
              <w:rPr>
                <w:lang w:val="ru-RU"/>
              </w:rPr>
            </w:pPr>
            <w:r w:rsidRPr="00332DB8">
              <w:rPr>
                <w:lang w:val="ru-RU"/>
              </w:rPr>
              <w:t xml:space="preserve">Информационные материалы, размещенные Кониным В.Н. в сети Интернет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w:t>
            </w:r>
            <w:r w:rsidRPr="00332DB8">
              <w:rPr>
                <w:lang w:val="ru-RU"/>
              </w:rPr>
              <w:lastRenderedPageBreak/>
              <w:t>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3305.</w:t>
            </w:r>
          </w:p>
        </w:tc>
        <w:tc>
          <w:tcPr>
            <w:tcW w:w="2880" w:type="dxa"/>
          </w:tcPr>
          <w:p w:rsidR="006F7457" w:rsidRPr="00332DB8" w:rsidRDefault="00332DB8">
            <w:pPr>
              <w:rPr>
                <w:lang w:val="ru-RU"/>
              </w:rPr>
            </w:pPr>
            <w:r w:rsidRPr="00332DB8">
              <w:rPr>
                <w:lang w:val="ru-RU"/>
              </w:rPr>
              <w:t xml:space="preserve">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w:t>
            </w:r>
            <w:r w:rsidRPr="00332DB8">
              <w:rPr>
                <w:lang w:val="ru-RU"/>
              </w:rPr>
              <w:lastRenderedPageBreak/>
              <w:t>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3306.</w:t>
            </w:r>
          </w:p>
        </w:tc>
        <w:tc>
          <w:tcPr>
            <w:tcW w:w="2880" w:type="dxa"/>
          </w:tcPr>
          <w:p w:rsidR="006F7457" w:rsidRPr="00332DB8" w:rsidRDefault="00332DB8">
            <w:pPr>
              <w:rPr>
                <w:lang w:val="ru-RU"/>
              </w:rPr>
            </w:pPr>
            <w:r w:rsidRPr="00332DB8">
              <w:rPr>
                <w:lang w:val="ru-RU"/>
              </w:rPr>
              <w:t xml:space="preserve">Размещенный на сайте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QIPEr</w:t>
            </w:r>
            <w:r w:rsidRPr="00332DB8">
              <w:rPr>
                <w:lang w:val="ru-RU"/>
              </w:rPr>
              <w:t>6</w:t>
            </w:r>
            <w:r>
              <w:t>Bm</w:t>
            </w:r>
            <w:r w:rsidRPr="00332DB8">
              <w:rPr>
                <w:lang w:val="ru-RU"/>
              </w:rPr>
              <w:t>35</w:t>
            </w:r>
            <w:r>
              <w:t>A</w:t>
            </w:r>
            <w:r w:rsidRPr="00332DB8">
              <w:rPr>
                <w:lang w:val="ru-RU"/>
              </w:rPr>
              <w:t xml:space="preserve">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2880" w:type="dxa"/>
          </w:tcPr>
          <w:p w:rsidR="006F7457" w:rsidRPr="00332DB8" w:rsidRDefault="006F7457">
            <w:pPr>
              <w:rPr>
                <w:lang w:val="ru-RU"/>
              </w:rPr>
            </w:pPr>
          </w:p>
        </w:tc>
      </w:tr>
      <w:tr w:rsidR="006F7457" w:rsidRPr="005A424D">
        <w:tc>
          <w:tcPr>
            <w:tcW w:w="2880" w:type="dxa"/>
          </w:tcPr>
          <w:p w:rsidR="006F7457" w:rsidRDefault="00332DB8">
            <w:r>
              <w:t>3307.</w:t>
            </w:r>
          </w:p>
        </w:tc>
        <w:tc>
          <w:tcPr>
            <w:tcW w:w="2880" w:type="dxa"/>
          </w:tcPr>
          <w:p w:rsidR="006F7457" w:rsidRPr="00332DB8" w:rsidRDefault="00332DB8">
            <w:pPr>
              <w:rPr>
                <w:lang w:val="ru-RU"/>
              </w:rPr>
            </w:pPr>
            <w:r w:rsidRPr="00332DB8">
              <w:rPr>
                <w:lang w:val="ru-RU"/>
              </w:rPr>
              <w:t xml:space="preserve">Информация, размещенная на Интернет-сайте </w:t>
            </w:r>
            <w:r>
              <w:t>www</w:t>
            </w:r>
            <w:r w:rsidRPr="00332DB8">
              <w:rPr>
                <w:lang w:val="ru-RU"/>
              </w:rPr>
              <w:t>.</w:t>
            </w:r>
            <w:r>
              <w:t>sotnia</w:t>
            </w:r>
            <w:r w:rsidRPr="00332DB8">
              <w:rPr>
                <w:lang w:val="ru-RU"/>
              </w:rPr>
              <w:t>.</w:t>
            </w:r>
            <w:r>
              <w:t>ru</w:t>
            </w:r>
            <w:r w:rsidRPr="00332DB8">
              <w:rPr>
                <w:lang w:val="ru-RU"/>
              </w:rPr>
              <w:t xml:space="preserve"> по ссылке </w:t>
            </w:r>
            <w:r>
              <w:t>www</w:t>
            </w:r>
            <w:r w:rsidRPr="00332DB8">
              <w:rPr>
                <w:lang w:val="ru-RU"/>
              </w:rPr>
              <w:t>.</w:t>
            </w:r>
            <w:r>
              <w:t>sotnia</w:t>
            </w:r>
            <w:r w:rsidRPr="00332DB8">
              <w:rPr>
                <w:lang w:val="ru-RU"/>
              </w:rPr>
              <w:t>.</w:t>
            </w:r>
            <w:r>
              <w:t>ru</w:t>
            </w:r>
            <w:r w:rsidRPr="00332DB8">
              <w:rPr>
                <w:lang w:val="ru-RU"/>
              </w:rPr>
              <w:t>/</w:t>
            </w:r>
            <w:r>
              <w:t>forum</w:t>
            </w:r>
            <w:r w:rsidRPr="00332DB8">
              <w:rPr>
                <w:lang w:val="ru-RU"/>
              </w:rPr>
              <w:t>/</w:t>
            </w:r>
            <w:r>
              <w:t>viewtopic</w:t>
            </w:r>
            <w:r w:rsidRPr="00332DB8">
              <w:rPr>
                <w:lang w:val="ru-RU"/>
              </w:rPr>
              <w:t>.</w:t>
            </w:r>
            <w:r>
              <w:t>php</w:t>
            </w:r>
            <w:r w:rsidRPr="00332DB8">
              <w:rPr>
                <w:lang w:val="ru-RU"/>
              </w:rPr>
              <w:t>?</w:t>
            </w:r>
            <w:r>
              <w:t>f</w:t>
            </w:r>
            <w:r w:rsidRPr="00332DB8">
              <w:rPr>
                <w:lang w:val="ru-RU"/>
              </w:rPr>
              <w:t>=9&amp;</w:t>
            </w:r>
            <w:r>
              <w:t>t</w:t>
            </w:r>
            <w:r w:rsidRPr="00332DB8">
              <w:rPr>
                <w:lang w:val="ru-RU"/>
              </w:rPr>
              <w:t>=1339 (решение Пресненского районного суда города Москвы от 27.10.2015);</w:t>
            </w:r>
          </w:p>
        </w:tc>
        <w:tc>
          <w:tcPr>
            <w:tcW w:w="2880" w:type="dxa"/>
          </w:tcPr>
          <w:p w:rsidR="006F7457" w:rsidRPr="00332DB8" w:rsidRDefault="006F7457">
            <w:pPr>
              <w:rPr>
                <w:lang w:val="ru-RU"/>
              </w:rPr>
            </w:pPr>
          </w:p>
        </w:tc>
      </w:tr>
      <w:tr w:rsidR="006F7457" w:rsidRPr="005A424D">
        <w:tc>
          <w:tcPr>
            <w:tcW w:w="2880" w:type="dxa"/>
          </w:tcPr>
          <w:p w:rsidR="006F7457" w:rsidRDefault="00332DB8">
            <w:r>
              <w:t>3308.</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Интернет-адресам: </w:t>
            </w:r>
            <w:r>
              <w:t>https</w:t>
            </w:r>
            <w:r w:rsidRPr="00332DB8">
              <w:rPr>
                <w:lang w:val="ru-RU"/>
              </w:rPr>
              <w:t>://</w:t>
            </w:r>
            <w:r>
              <w:t>www</w:t>
            </w:r>
            <w:r w:rsidRPr="00332DB8">
              <w:rPr>
                <w:lang w:val="ru-RU"/>
              </w:rPr>
              <w:t>.</w:t>
            </w:r>
            <w:r>
              <w:t>stormfront</w:t>
            </w:r>
            <w:r w:rsidRPr="00332DB8">
              <w:rPr>
                <w:lang w:val="ru-RU"/>
              </w:rPr>
              <w:t>.</w:t>
            </w:r>
            <w:r>
              <w:t>org</w:t>
            </w:r>
            <w:r w:rsidRPr="00332DB8">
              <w:rPr>
                <w:lang w:val="ru-RU"/>
              </w:rPr>
              <w:t>/</w:t>
            </w:r>
            <w:r>
              <w:t>forum</w:t>
            </w:r>
            <w:r w:rsidRPr="00332DB8">
              <w:rPr>
                <w:lang w:val="ru-RU"/>
              </w:rPr>
              <w:t>/</w:t>
            </w:r>
            <w:r>
              <w:t>t</w:t>
            </w:r>
            <w:r w:rsidRPr="00332DB8">
              <w:rPr>
                <w:lang w:val="ru-RU"/>
              </w:rPr>
              <w:t xml:space="preserve">35059/; </w:t>
            </w:r>
            <w:r>
              <w:t>http</w:t>
            </w:r>
            <w:r w:rsidRPr="00332DB8">
              <w:rPr>
                <w:lang w:val="ru-RU"/>
              </w:rPr>
              <w:t>://</w:t>
            </w:r>
            <w:r>
              <w:t>yandex</w:t>
            </w:r>
            <w:r w:rsidRPr="00332DB8">
              <w:rPr>
                <w:lang w:val="ru-RU"/>
              </w:rPr>
              <w:t>.</w:t>
            </w:r>
            <w:r>
              <w:t>ru</w:t>
            </w:r>
            <w:r w:rsidRPr="00332DB8">
              <w:rPr>
                <w:lang w:val="ru-RU"/>
              </w:rPr>
              <w:t>/</w:t>
            </w:r>
            <w:r>
              <w:t>video</w:t>
            </w:r>
            <w:r w:rsidRPr="00332DB8">
              <w:rPr>
                <w:lang w:val="ru-RU"/>
              </w:rPr>
              <w:t>/</w:t>
            </w:r>
            <w:r>
              <w:t>search</w:t>
            </w:r>
            <w:r w:rsidRPr="00332DB8">
              <w:rPr>
                <w:lang w:val="ru-RU"/>
              </w:rPr>
              <w:t>?</w:t>
            </w:r>
            <w:r>
              <w:t>filmld</w:t>
            </w:r>
            <w:r w:rsidRPr="00332DB8">
              <w:rPr>
                <w:lang w:val="ru-RU"/>
              </w:rPr>
              <w:t>=0</w:t>
            </w:r>
            <w:r>
              <w:t>gOZJvkyUXI</w:t>
            </w:r>
            <w:r w:rsidRPr="00332DB8">
              <w:rPr>
                <w:lang w:val="ru-RU"/>
              </w:rPr>
              <w:t>&amp;</w:t>
            </w:r>
            <w:r>
              <w:t>text</w:t>
            </w:r>
            <w:r w:rsidRPr="00332DB8">
              <w:rPr>
                <w:lang w:val="ru-RU"/>
              </w:rPr>
              <w:t>=</w:t>
            </w:r>
            <w:r>
              <w:t>Blood</w:t>
            </w:r>
            <w:r w:rsidRPr="00332DB8">
              <w:rPr>
                <w:lang w:val="ru-RU"/>
              </w:rPr>
              <w:t>%20</w:t>
            </w:r>
            <w:r>
              <w:t>and</w:t>
            </w:r>
            <w:r w:rsidRPr="00332DB8">
              <w:rPr>
                <w:lang w:val="ru-RU"/>
              </w:rPr>
              <w:t>%20</w:t>
            </w:r>
            <w:r>
              <w:t>Honour</w:t>
            </w:r>
            <w:r w:rsidRPr="00332DB8">
              <w:rPr>
                <w:lang w:val="ru-RU"/>
              </w:rPr>
              <w:t>%2</w:t>
            </w:r>
            <w:r>
              <w:t>FCombat</w:t>
            </w:r>
            <w:r w:rsidRPr="00332DB8">
              <w:rPr>
                <w:lang w:val="ru-RU"/>
              </w:rPr>
              <w:t>%2018&amp;</w:t>
            </w:r>
            <w:r>
              <w:t>redircnt</w:t>
            </w:r>
            <w:r w:rsidRPr="00332DB8">
              <w:rPr>
                <w:lang w:val="ru-RU"/>
              </w:rPr>
              <w:t>=1448879807.</w:t>
            </w:r>
            <w:r>
              <w:t>l</w:t>
            </w:r>
            <w:r w:rsidRPr="00332DB8">
              <w:rPr>
                <w:lang w:val="ru-RU"/>
              </w:rPr>
              <w:t>&amp;</w:t>
            </w:r>
            <w:r>
              <w:t>path</w:t>
            </w:r>
            <w:r w:rsidRPr="00332DB8">
              <w:rPr>
                <w:lang w:val="ru-RU"/>
              </w:rPr>
              <w:t>=</w:t>
            </w:r>
            <w:r>
              <w:t>wizard</w:t>
            </w:r>
            <w:r w:rsidRPr="00332DB8">
              <w:rPr>
                <w:lang w:val="ru-RU"/>
              </w:rPr>
              <w:t>&amp;</w:t>
            </w:r>
            <w:r>
              <w:t>parent</w:t>
            </w:r>
            <w:r w:rsidRPr="00332DB8">
              <w:rPr>
                <w:lang w:val="ru-RU"/>
              </w:rPr>
              <w:t>-</w:t>
            </w:r>
            <w:r>
              <w:t>reqid</w:t>
            </w:r>
            <w:r w:rsidRPr="00332DB8">
              <w:rPr>
                <w:lang w:val="ru-RU"/>
              </w:rPr>
              <w:t>=144 88798017553 95-14495075885607236878568183-7-050-</w:t>
            </w:r>
            <w:r>
              <w:t>REASK</w:t>
            </w:r>
            <w:r w:rsidRPr="00332DB8">
              <w:rPr>
                <w:lang w:val="ru-RU"/>
              </w:rPr>
              <w:t xml:space="preserve">; </w:t>
            </w:r>
            <w:r>
              <w:t>http</w:t>
            </w:r>
            <w:r w:rsidRPr="00332DB8">
              <w:rPr>
                <w:lang w:val="ru-RU"/>
              </w:rPr>
              <w:t>://</w:t>
            </w:r>
            <w:r>
              <w:t>yandex</w:t>
            </w:r>
            <w:r w:rsidRPr="00332DB8">
              <w:rPr>
                <w:lang w:val="ru-RU"/>
              </w:rPr>
              <w:t>.</w:t>
            </w:r>
            <w:r>
              <w:t>ru</w:t>
            </w:r>
            <w:r w:rsidRPr="00332DB8">
              <w:rPr>
                <w:lang w:val="ru-RU"/>
              </w:rPr>
              <w:t>/</w:t>
            </w:r>
            <w:r>
              <w:t>video</w:t>
            </w:r>
            <w:r w:rsidRPr="00332DB8">
              <w:rPr>
                <w:lang w:val="ru-RU"/>
              </w:rPr>
              <w:t>/</w:t>
            </w:r>
            <w:r>
              <w:t>search</w:t>
            </w:r>
            <w:r w:rsidRPr="00332DB8">
              <w:rPr>
                <w:lang w:val="ru-RU"/>
              </w:rPr>
              <w:t>?</w:t>
            </w:r>
            <w:r>
              <w:t>filmId</w:t>
            </w:r>
            <w:r w:rsidRPr="00332DB8">
              <w:rPr>
                <w:lang w:val="ru-RU"/>
              </w:rPr>
              <w:t>=8</w:t>
            </w:r>
            <w:r>
              <w:t>RdxuSiqUXI</w:t>
            </w:r>
            <w:r w:rsidRPr="00332DB8">
              <w:rPr>
                <w:lang w:val="ru-RU"/>
              </w:rPr>
              <w:t>&amp;</w:t>
            </w:r>
            <w:r>
              <w:t>text</w:t>
            </w:r>
            <w:r w:rsidRPr="00332DB8">
              <w:rPr>
                <w:lang w:val="ru-RU"/>
              </w:rPr>
              <w:t>=</w:t>
            </w:r>
            <w:r>
              <w:t>Blood</w:t>
            </w:r>
            <w:r w:rsidRPr="00332DB8">
              <w:rPr>
                <w:lang w:val="ru-RU"/>
              </w:rPr>
              <w:t>%20</w:t>
            </w:r>
            <w:r>
              <w:t>and</w:t>
            </w:r>
            <w:r w:rsidRPr="00332DB8">
              <w:rPr>
                <w:lang w:val="ru-RU"/>
              </w:rPr>
              <w:t>%20</w:t>
            </w:r>
            <w:r>
              <w:t>Honour</w:t>
            </w:r>
            <w:r w:rsidRPr="00332DB8">
              <w:rPr>
                <w:lang w:val="ru-RU"/>
              </w:rPr>
              <w:t>%2</w:t>
            </w:r>
            <w:r>
              <w:t>FCombat</w:t>
            </w:r>
            <w:r w:rsidRPr="00332DB8">
              <w:rPr>
                <w:lang w:val="ru-RU"/>
              </w:rPr>
              <w:t>%2018&amp;</w:t>
            </w:r>
            <w:r>
              <w:t>redircnt</w:t>
            </w:r>
            <w:r w:rsidRPr="00332DB8">
              <w:rPr>
                <w:lang w:val="ru-RU"/>
              </w:rPr>
              <w:t>=1448879807.1&amp;</w:t>
            </w:r>
            <w:r>
              <w:t>path</w:t>
            </w:r>
            <w:r w:rsidRPr="00332DB8">
              <w:rPr>
                <w:lang w:val="ru-RU"/>
              </w:rPr>
              <w:t>=</w:t>
            </w:r>
            <w:r>
              <w:t>wizard</w:t>
            </w:r>
            <w:r w:rsidRPr="00332DB8">
              <w:rPr>
                <w:lang w:val="ru-RU"/>
              </w:rPr>
              <w:t>&amp;</w:t>
            </w:r>
            <w:r>
              <w:t>parent</w:t>
            </w:r>
            <w:r w:rsidRPr="00332DB8">
              <w:rPr>
                <w:lang w:val="ru-RU"/>
              </w:rPr>
              <w:t>-</w:t>
            </w:r>
            <w:r>
              <w:t>regind</w:t>
            </w:r>
            <w:r w:rsidRPr="00332DB8">
              <w:rPr>
                <w:lang w:val="ru-RU"/>
              </w:rPr>
              <w:t>=144887980175 5395-1449507885607236878568183-7-020-</w:t>
            </w:r>
            <w:r>
              <w:t>REASK</w:t>
            </w:r>
            <w:r w:rsidRPr="00332DB8">
              <w:rPr>
                <w:lang w:val="ru-RU"/>
              </w:rPr>
              <w:t xml:space="preserve"> (решение Надымского городского суда Ямало-Ненецкого автономного округа от 24.12.2015);</w:t>
            </w:r>
          </w:p>
        </w:tc>
        <w:tc>
          <w:tcPr>
            <w:tcW w:w="2880" w:type="dxa"/>
          </w:tcPr>
          <w:p w:rsidR="006F7457" w:rsidRPr="00332DB8" w:rsidRDefault="006F7457">
            <w:pPr>
              <w:rPr>
                <w:lang w:val="ru-RU"/>
              </w:rPr>
            </w:pPr>
          </w:p>
        </w:tc>
      </w:tr>
      <w:tr w:rsidR="006F7457" w:rsidRPr="005A424D">
        <w:tc>
          <w:tcPr>
            <w:tcW w:w="2880" w:type="dxa"/>
          </w:tcPr>
          <w:p w:rsidR="006F7457" w:rsidRDefault="00332DB8">
            <w:r>
              <w:t>3309.</w:t>
            </w:r>
          </w:p>
        </w:tc>
        <w:tc>
          <w:tcPr>
            <w:tcW w:w="2880" w:type="dxa"/>
          </w:tcPr>
          <w:p w:rsidR="006F7457" w:rsidRPr="00332DB8" w:rsidRDefault="00332DB8">
            <w:pPr>
              <w:rPr>
                <w:lang w:val="ru-RU"/>
              </w:rPr>
            </w:pPr>
            <w:r w:rsidRPr="00332DB8">
              <w:rPr>
                <w:lang w:val="ru-RU"/>
              </w:rPr>
              <w:t xml:space="preserve">Фотоизображения и музыкальные файлы, ранее размещенные по электронному адресу </w:t>
            </w:r>
            <w:r>
              <w:t>http</w:t>
            </w:r>
            <w:r w:rsidRPr="00332DB8">
              <w:rPr>
                <w:lang w:val="ru-RU"/>
              </w:rPr>
              <w:t>://</w:t>
            </w:r>
            <w:r>
              <w:t>vk</w:t>
            </w:r>
            <w:r w:rsidRPr="00332DB8">
              <w:rPr>
                <w:lang w:val="ru-RU"/>
              </w:rPr>
              <w:t>.</w:t>
            </w:r>
            <w:r>
              <w:t>com</w:t>
            </w:r>
            <w:r w:rsidRPr="00332DB8">
              <w:rPr>
                <w:lang w:val="ru-RU"/>
              </w:rPr>
              <w:t>/</w:t>
            </w:r>
            <w:r>
              <w:t>kamnev</w:t>
            </w:r>
            <w:r w:rsidRPr="00332DB8">
              <w:rPr>
                <w:lang w:val="ru-RU"/>
              </w:rPr>
              <w:t xml:space="preserve">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w:t>
            </w:r>
            <w:r w:rsidRPr="00332DB8">
              <w:rPr>
                <w:lang w:val="ru-RU"/>
              </w:rPr>
              <w:lastRenderedPageBreak/>
              <w:t>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3310.</w:t>
            </w:r>
          </w:p>
        </w:tc>
        <w:tc>
          <w:tcPr>
            <w:tcW w:w="2880" w:type="dxa"/>
          </w:tcPr>
          <w:p w:rsidR="006F7457" w:rsidRPr="00332DB8" w:rsidRDefault="00332DB8">
            <w:pPr>
              <w:rPr>
                <w:lang w:val="ru-RU"/>
              </w:rPr>
            </w:pPr>
            <w:r w:rsidRPr="00332DB8">
              <w:rPr>
                <w:lang w:val="ru-RU"/>
              </w:rPr>
              <w:t>Информация, размещенная на Интернет сайте: «</w:t>
            </w:r>
            <w:r>
              <w:t>http</w:t>
            </w:r>
            <w:r w:rsidRPr="00332DB8">
              <w:rPr>
                <w:lang w:val="ru-RU"/>
              </w:rPr>
              <w:t>://</w:t>
            </w:r>
            <w:r>
              <w:t>demotivation</w:t>
            </w:r>
            <w:r w:rsidRPr="00332DB8">
              <w:rPr>
                <w:lang w:val="ru-RU"/>
              </w:rPr>
              <w:t>.</w:t>
            </w:r>
            <w:r>
              <w:t>me</w:t>
            </w:r>
            <w:r w:rsidRPr="00332DB8">
              <w:rPr>
                <w:lang w:val="ru-RU"/>
              </w:rPr>
              <w:t>/</w:t>
            </w:r>
            <w:r>
              <w:t>jdetrdiy</w:t>
            </w:r>
            <w:r w:rsidRPr="00332DB8">
              <w:rPr>
                <w:lang w:val="ru-RU"/>
              </w:rPr>
              <w:t>8</w:t>
            </w:r>
            <w:r>
              <w:t>ay</w:t>
            </w:r>
            <w:r w:rsidRPr="00332DB8">
              <w:rPr>
                <w:lang w:val="ru-RU"/>
              </w:rPr>
              <w:t>2</w:t>
            </w:r>
            <w:r>
              <w:t>pic</w:t>
            </w:r>
            <w:r w:rsidRPr="00332DB8">
              <w:rPr>
                <w:lang w:val="ru-RU"/>
              </w:rPr>
              <w:t>.</w:t>
            </w:r>
            <w:r>
              <w:t>html</w:t>
            </w:r>
            <w:r w:rsidRPr="00332DB8">
              <w:rPr>
                <w:lang w:val="ru-RU"/>
              </w:rPr>
              <w:t>» (решение Советского районного суда города Томска от 10.12.2015);</w:t>
            </w:r>
          </w:p>
        </w:tc>
        <w:tc>
          <w:tcPr>
            <w:tcW w:w="2880" w:type="dxa"/>
          </w:tcPr>
          <w:p w:rsidR="006F7457" w:rsidRPr="00332DB8" w:rsidRDefault="006F7457">
            <w:pPr>
              <w:rPr>
                <w:lang w:val="ru-RU"/>
              </w:rPr>
            </w:pPr>
          </w:p>
        </w:tc>
      </w:tr>
      <w:tr w:rsidR="006F7457" w:rsidRPr="005A424D">
        <w:tc>
          <w:tcPr>
            <w:tcW w:w="2880" w:type="dxa"/>
          </w:tcPr>
          <w:p w:rsidR="006F7457" w:rsidRDefault="00332DB8">
            <w:r>
              <w:t>3311.</w:t>
            </w:r>
          </w:p>
        </w:tc>
        <w:tc>
          <w:tcPr>
            <w:tcW w:w="2880" w:type="dxa"/>
          </w:tcPr>
          <w:p w:rsidR="006F7457" w:rsidRPr="00332DB8" w:rsidRDefault="00332DB8">
            <w:pPr>
              <w:rPr>
                <w:lang w:val="ru-RU"/>
              </w:rPr>
            </w:pPr>
            <w:r w:rsidRPr="00332DB8">
              <w:rPr>
                <w:lang w:val="ru-RU"/>
              </w:rPr>
              <w:t>Видеозапись «</w:t>
            </w:r>
            <w:r>
              <w:t>NSWP</w:t>
            </w:r>
            <w:r w:rsidRPr="00332DB8">
              <w:rPr>
                <w:lang w:val="ru-RU"/>
              </w:rPr>
              <w:t xml:space="preserve"> активист» продолжительностью 02 минуты 09 секунд, распространяемая посредством сети «Интернет» на странице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cWY</w:t>
            </w:r>
            <w:r w:rsidRPr="00332DB8">
              <w:rPr>
                <w:lang w:val="ru-RU"/>
              </w:rPr>
              <w:t>6</w:t>
            </w:r>
            <w:r>
              <w:t>JFbTueo</w:t>
            </w:r>
            <w:r w:rsidRPr="00332DB8">
              <w:rPr>
                <w:lang w:val="ru-RU"/>
              </w:rPr>
              <w:t xml:space="preserve"> на Интернет-сайте </w:t>
            </w:r>
            <w:r>
              <w:t>http</w:t>
            </w:r>
            <w:r w:rsidRPr="00332DB8">
              <w:rPr>
                <w:lang w:val="ru-RU"/>
              </w:rPr>
              <w:t>://</w:t>
            </w:r>
            <w:r>
              <w:t>youtube</w:t>
            </w:r>
            <w:r w:rsidRPr="00332DB8">
              <w:rPr>
                <w:lang w:val="ru-RU"/>
              </w:rPr>
              <w:t>.</w:t>
            </w:r>
            <w:r>
              <w:t>ru</w:t>
            </w:r>
            <w:r w:rsidRPr="00332DB8">
              <w:rPr>
                <w:lang w:val="ru-RU"/>
              </w:rPr>
              <w:t xml:space="preserve"> (решение Пушкинского районного суда города Санкт-Петербурга от 15.10.2015);</w:t>
            </w:r>
          </w:p>
        </w:tc>
        <w:tc>
          <w:tcPr>
            <w:tcW w:w="2880" w:type="dxa"/>
          </w:tcPr>
          <w:p w:rsidR="006F7457" w:rsidRPr="00332DB8" w:rsidRDefault="006F7457">
            <w:pPr>
              <w:rPr>
                <w:lang w:val="ru-RU"/>
              </w:rPr>
            </w:pPr>
          </w:p>
        </w:tc>
      </w:tr>
      <w:tr w:rsidR="006F7457" w:rsidRPr="005A424D">
        <w:tc>
          <w:tcPr>
            <w:tcW w:w="2880" w:type="dxa"/>
          </w:tcPr>
          <w:p w:rsidR="006F7457" w:rsidRDefault="00332DB8">
            <w:r>
              <w:t>3312.</w:t>
            </w:r>
          </w:p>
        </w:tc>
        <w:tc>
          <w:tcPr>
            <w:tcW w:w="2880" w:type="dxa"/>
          </w:tcPr>
          <w:p w:rsidR="006F7457" w:rsidRPr="00332DB8" w:rsidRDefault="00332DB8">
            <w:pPr>
              <w:rPr>
                <w:lang w:val="ru-RU"/>
              </w:rPr>
            </w:pPr>
            <w:r w:rsidRPr="00332DB8">
              <w:rPr>
                <w:lang w:val="ru-RU"/>
              </w:rPr>
              <w:t xml:space="preserve">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w:t>
            </w:r>
            <w:r>
              <w:t>http</w:t>
            </w:r>
            <w:r w:rsidRPr="00332DB8">
              <w:rPr>
                <w:lang w:val="ru-RU"/>
              </w:rPr>
              <w:t>://</w:t>
            </w:r>
            <w:r>
              <w:t>amuzic</w:t>
            </w:r>
            <w:r w:rsidRPr="00332DB8">
              <w:rPr>
                <w:lang w:val="ru-RU"/>
              </w:rPr>
              <w:t>.</w:t>
            </w:r>
            <w:r>
              <w:t>ru</w:t>
            </w:r>
            <w:r w:rsidRPr="00332DB8">
              <w:rPr>
                <w:lang w:val="ru-RU"/>
              </w:rPr>
              <w:t>/?</w:t>
            </w:r>
            <w:r>
              <w:t>string</w:t>
            </w:r>
            <w:r w:rsidRPr="00332DB8">
              <w:rPr>
                <w:lang w:val="ru-RU"/>
              </w:rPr>
              <w:t xml:space="preserve">=Д.И.В.+Бей+чурок на Интернет-сайте </w:t>
            </w:r>
            <w:r>
              <w:t>http</w:t>
            </w:r>
            <w:r w:rsidRPr="00332DB8">
              <w:rPr>
                <w:lang w:val="ru-RU"/>
              </w:rPr>
              <w:t>://</w:t>
            </w:r>
            <w:r>
              <w:t>amuzic</w:t>
            </w:r>
            <w:r w:rsidRPr="00332DB8">
              <w:rPr>
                <w:lang w:val="ru-RU"/>
              </w:rPr>
              <w:t>.</w:t>
            </w:r>
            <w:r>
              <w:t>ru</w:t>
            </w:r>
            <w:r w:rsidRPr="00332DB8">
              <w:rPr>
                <w:lang w:val="ru-RU"/>
              </w:rPr>
              <w:t xml:space="preserve"> (решение Невского районного суда города Санкт-Петербурга от 24.11.2015);</w:t>
            </w:r>
          </w:p>
        </w:tc>
        <w:tc>
          <w:tcPr>
            <w:tcW w:w="2880" w:type="dxa"/>
          </w:tcPr>
          <w:p w:rsidR="006F7457" w:rsidRPr="00332DB8" w:rsidRDefault="006F7457">
            <w:pPr>
              <w:rPr>
                <w:lang w:val="ru-RU"/>
              </w:rPr>
            </w:pPr>
          </w:p>
        </w:tc>
      </w:tr>
      <w:tr w:rsidR="006F7457" w:rsidRPr="005A424D">
        <w:tc>
          <w:tcPr>
            <w:tcW w:w="2880" w:type="dxa"/>
          </w:tcPr>
          <w:p w:rsidR="006F7457" w:rsidRDefault="00332DB8">
            <w:r>
              <w:t>3313.</w:t>
            </w:r>
          </w:p>
        </w:tc>
        <w:tc>
          <w:tcPr>
            <w:tcW w:w="2880" w:type="dxa"/>
          </w:tcPr>
          <w:p w:rsidR="006F7457" w:rsidRPr="00332DB8" w:rsidRDefault="00332DB8">
            <w:pPr>
              <w:rPr>
                <w:lang w:val="ru-RU"/>
              </w:rPr>
            </w:pPr>
            <w:r w:rsidRPr="00332DB8">
              <w:rPr>
                <w:lang w:val="ru-RU"/>
              </w:rPr>
              <w:t xml:space="preserve">Видеоролик «Халифат Къарачай Малкъаргъа саламларыбыз бла», расположенный в глобальной телекоммуникационной сети Интернет по адресу: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u</w:t>
            </w:r>
            <w:r w:rsidRPr="00332DB8">
              <w:rPr>
                <w:lang w:val="ru-RU"/>
              </w:rPr>
              <w:t>632</w:t>
            </w:r>
            <w:r>
              <w:t>CWeLcpM</w:t>
            </w:r>
            <w:r w:rsidRPr="00332DB8">
              <w:rPr>
                <w:lang w:val="ru-RU"/>
              </w:rPr>
              <w:t>. на сайте «</w:t>
            </w:r>
            <w:r>
              <w:t>YouTub</w:t>
            </w:r>
            <w:r w:rsidRPr="00332DB8">
              <w:rPr>
                <w:lang w:val="ru-RU"/>
              </w:rPr>
              <w:t>» (решение Черкесского городского суда Карачаево-Черкесской Республики от 25.11.2015);</w:t>
            </w:r>
          </w:p>
        </w:tc>
        <w:tc>
          <w:tcPr>
            <w:tcW w:w="2880" w:type="dxa"/>
          </w:tcPr>
          <w:p w:rsidR="006F7457" w:rsidRPr="00332DB8" w:rsidRDefault="006F7457">
            <w:pPr>
              <w:rPr>
                <w:lang w:val="ru-RU"/>
              </w:rPr>
            </w:pPr>
          </w:p>
        </w:tc>
      </w:tr>
      <w:tr w:rsidR="006F7457" w:rsidRPr="005A424D">
        <w:tc>
          <w:tcPr>
            <w:tcW w:w="2880" w:type="dxa"/>
          </w:tcPr>
          <w:p w:rsidR="006F7457" w:rsidRDefault="00332DB8">
            <w:r>
              <w:t>331</w:t>
            </w:r>
            <w:r>
              <w:lastRenderedPageBreak/>
              <w:t>4.</w:t>
            </w:r>
          </w:p>
        </w:tc>
        <w:tc>
          <w:tcPr>
            <w:tcW w:w="2880" w:type="dxa"/>
          </w:tcPr>
          <w:p w:rsidR="006F7457" w:rsidRPr="00332DB8" w:rsidRDefault="00332DB8">
            <w:pPr>
              <w:rPr>
                <w:lang w:val="ru-RU"/>
              </w:rPr>
            </w:pPr>
            <w:r w:rsidRPr="00332DB8">
              <w:rPr>
                <w:lang w:val="ru-RU"/>
              </w:rPr>
              <w:lastRenderedPageBreak/>
              <w:t xml:space="preserve">Видеоролик «Халифатны къарачай малкъар аскери», расположенный в глобальной телекоммуникационной сети Интернет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hwg</w:t>
            </w:r>
            <w:r w:rsidRPr="00332DB8">
              <w:rPr>
                <w:lang w:val="ru-RU"/>
              </w:rPr>
              <w:t>3</w:t>
            </w:r>
            <w:r>
              <w:t>cQvfnno</w:t>
            </w:r>
            <w:r w:rsidRPr="00332DB8">
              <w:rPr>
                <w:lang w:val="ru-RU"/>
              </w:rPr>
              <w:t xml:space="preserve"> &amp;</w:t>
            </w:r>
            <w:r>
              <w:t>feature</w:t>
            </w:r>
            <w:r w:rsidRPr="00332DB8">
              <w:rPr>
                <w:lang w:val="ru-RU"/>
              </w:rPr>
              <w:t>=</w:t>
            </w:r>
            <w:r>
              <w:t>youtu</w:t>
            </w:r>
            <w:r w:rsidRPr="00332DB8">
              <w:rPr>
                <w:lang w:val="ru-RU"/>
              </w:rPr>
              <w:t>.</w:t>
            </w:r>
            <w:r>
              <w:t>be</w:t>
            </w:r>
            <w:r w:rsidRPr="00332DB8">
              <w:rPr>
                <w:lang w:val="ru-RU"/>
              </w:rPr>
              <w:t xml:space="preserve"> на сайте «</w:t>
            </w:r>
            <w:r>
              <w:t>YouTub</w:t>
            </w:r>
            <w:r w:rsidRPr="00332DB8">
              <w:rPr>
                <w:lang w:val="ru-RU"/>
              </w:rPr>
              <w:t xml:space="preserve">» </w:t>
            </w:r>
            <w:r w:rsidRPr="00332DB8">
              <w:rPr>
                <w:lang w:val="ru-RU"/>
              </w:rPr>
              <w:lastRenderedPageBreak/>
              <w:t>(решение Черкесского городского суда Карачаево-Черкесской Республики от 25.11.2015);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3315.</w:t>
            </w:r>
          </w:p>
        </w:tc>
        <w:tc>
          <w:tcPr>
            <w:tcW w:w="2880" w:type="dxa"/>
          </w:tcPr>
          <w:p w:rsidR="006F7457" w:rsidRPr="00332DB8" w:rsidRDefault="00332DB8">
            <w:pPr>
              <w:rPr>
                <w:lang w:val="ru-RU"/>
              </w:rPr>
            </w:pPr>
            <w:r w:rsidRPr="00332DB8">
              <w:rPr>
                <w:lang w:val="ru-RU"/>
              </w:rPr>
              <w:t xml:space="preserve">Информационный материал, содержащийся на видеозаписи «Слава Руси!» длительностью 05 мин. 10 сек., размещенной на момент подачи заявления на Интернет-страницах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167589445_167819374 и </w:t>
            </w:r>
            <w:r>
              <w:t>http</w:t>
            </w:r>
            <w:r w:rsidRPr="00332DB8">
              <w:rPr>
                <w:lang w:val="ru-RU"/>
              </w:rPr>
              <w:t>://</w:t>
            </w:r>
            <w:r>
              <w:t>vk</w:t>
            </w:r>
            <w:r w:rsidRPr="00332DB8">
              <w:rPr>
                <w:lang w:val="ru-RU"/>
              </w:rPr>
              <w:t>.</w:t>
            </w:r>
            <w:r>
              <w:t>com</w:t>
            </w:r>
            <w:r w:rsidRPr="00332DB8">
              <w:rPr>
                <w:lang w:val="ru-RU"/>
              </w:rPr>
              <w:t>/</w:t>
            </w:r>
            <w:r>
              <w:t>video</w:t>
            </w:r>
            <w:r w:rsidRPr="00332DB8">
              <w:rPr>
                <w:lang w:val="ru-RU"/>
              </w:rPr>
              <w:t>167589445?</w:t>
            </w:r>
            <w:r>
              <w:t>section</w:t>
            </w:r>
            <w:r w:rsidRPr="00332DB8">
              <w:rPr>
                <w:lang w:val="ru-RU"/>
              </w:rPr>
              <w:t>=</w:t>
            </w:r>
            <w:r>
              <w:t>all</w:t>
            </w:r>
            <w:r w:rsidRPr="00332DB8">
              <w:rPr>
                <w:lang w:val="ru-RU"/>
              </w:rPr>
              <w:t xml:space="preserve"> (решение Невского районного суда города Санкт-Петербурга от 24.11.2015);</w:t>
            </w:r>
          </w:p>
        </w:tc>
        <w:tc>
          <w:tcPr>
            <w:tcW w:w="2880" w:type="dxa"/>
          </w:tcPr>
          <w:p w:rsidR="006F7457" w:rsidRPr="00332DB8" w:rsidRDefault="006F7457">
            <w:pPr>
              <w:rPr>
                <w:lang w:val="ru-RU"/>
              </w:rPr>
            </w:pPr>
          </w:p>
        </w:tc>
      </w:tr>
      <w:tr w:rsidR="006F7457" w:rsidRPr="005A424D">
        <w:tc>
          <w:tcPr>
            <w:tcW w:w="2880" w:type="dxa"/>
          </w:tcPr>
          <w:p w:rsidR="006F7457" w:rsidRDefault="00332DB8">
            <w:r>
              <w:t>3316.</w:t>
            </w:r>
          </w:p>
        </w:tc>
        <w:tc>
          <w:tcPr>
            <w:tcW w:w="2880" w:type="dxa"/>
          </w:tcPr>
          <w:p w:rsidR="006F7457" w:rsidRPr="00332DB8" w:rsidRDefault="00332DB8">
            <w:pPr>
              <w:rPr>
                <w:lang w:val="ru-RU"/>
              </w:rPr>
            </w:pPr>
            <w:r w:rsidRPr="00332DB8">
              <w:rPr>
                <w:lang w:val="ru-RU"/>
              </w:rPr>
              <w:t xml:space="preserve">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w:t>
            </w:r>
            <w:r>
              <w:t>http</w:t>
            </w:r>
            <w:r w:rsidRPr="00332DB8">
              <w:rPr>
                <w:lang w:val="ru-RU"/>
              </w:rPr>
              <w:t>://</w:t>
            </w:r>
            <w:r>
              <w:t>music</w:t>
            </w:r>
            <w:r w:rsidRPr="00332DB8">
              <w:rPr>
                <w:lang w:val="ru-RU"/>
              </w:rPr>
              <w:t>.</w:t>
            </w:r>
            <w:r>
              <w:t>zakon</w:t>
            </w:r>
            <w:r w:rsidRPr="00332DB8">
              <w:rPr>
                <w:lang w:val="ru-RU"/>
              </w:rPr>
              <w:t>.</w:t>
            </w:r>
            <w:r>
              <w:t>kz</w:t>
            </w:r>
            <w:r w:rsidRPr="00332DB8">
              <w:rPr>
                <w:lang w:val="ru-RU"/>
              </w:rPr>
              <w:t xml:space="preserve"> на Интернет-странице: </w:t>
            </w:r>
            <w:r>
              <w:t>http</w:t>
            </w:r>
            <w:r w:rsidRPr="00332DB8">
              <w:rPr>
                <w:lang w:val="ru-RU"/>
              </w:rPr>
              <w:t>://</w:t>
            </w:r>
            <w:r>
              <w:t>music</w:t>
            </w:r>
            <w:r w:rsidRPr="00332DB8">
              <w:rPr>
                <w:lang w:val="ru-RU"/>
              </w:rPr>
              <w:t>.</w:t>
            </w:r>
            <w:r>
              <w:t>zakon</w:t>
            </w:r>
            <w:r w:rsidRPr="00332DB8">
              <w:rPr>
                <w:lang w:val="ru-RU"/>
              </w:rPr>
              <w:t>.</w:t>
            </w:r>
            <w:r>
              <w:t>kz</w:t>
            </w:r>
            <w:r w:rsidRPr="00332DB8">
              <w:rPr>
                <w:lang w:val="ru-RU"/>
              </w:rPr>
              <w:t>/106591148-</w:t>
            </w:r>
            <w:r>
              <w:t>chernozhopaya</w:t>
            </w:r>
            <w:r w:rsidRPr="00332DB8">
              <w:rPr>
                <w:lang w:val="ru-RU"/>
              </w:rPr>
              <w:t>-</w:t>
            </w:r>
            <w:r>
              <w:t>tvar</w:t>
            </w:r>
            <w:r w:rsidRPr="00332DB8">
              <w:rPr>
                <w:lang w:val="ru-RU"/>
              </w:rPr>
              <w:t>-</w:t>
            </w:r>
            <w:r>
              <w:t>ty</w:t>
            </w:r>
            <w:r w:rsidRPr="00332DB8">
              <w:rPr>
                <w:lang w:val="ru-RU"/>
              </w:rPr>
              <w:t>-</w:t>
            </w:r>
            <w:r>
              <w:t>budesh</w:t>
            </w:r>
            <w:r w:rsidRPr="00332DB8">
              <w:rPr>
                <w:lang w:val="ru-RU"/>
              </w:rPr>
              <w:t>-</w:t>
            </w:r>
            <w:r>
              <w:t>zhrat</w:t>
            </w:r>
            <w:r w:rsidRPr="00332DB8">
              <w:rPr>
                <w:lang w:val="ru-RU"/>
              </w:rPr>
              <w:t>-</w:t>
            </w:r>
            <w:r>
              <w:t>glinu</w:t>
            </w:r>
            <w:r w:rsidRPr="00332DB8">
              <w:rPr>
                <w:lang w:val="ru-RU"/>
              </w:rPr>
              <w:t>-33-33-33-.</w:t>
            </w:r>
            <w:r>
              <w:t>html</w:t>
            </w:r>
            <w:r w:rsidRPr="00332DB8">
              <w:rPr>
                <w:lang w:val="ru-RU"/>
              </w:rPr>
              <w:t xml:space="preserve"> (решение Невского районного суда города Санкт-Петербурга от 24.11.2015);</w:t>
            </w:r>
          </w:p>
        </w:tc>
        <w:tc>
          <w:tcPr>
            <w:tcW w:w="2880" w:type="dxa"/>
          </w:tcPr>
          <w:p w:rsidR="006F7457" w:rsidRPr="00332DB8" w:rsidRDefault="006F7457">
            <w:pPr>
              <w:rPr>
                <w:lang w:val="ru-RU"/>
              </w:rPr>
            </w:pPr>
          </w:p>
        </w:tc>
      </w:tr>
      <w:tr w:rsidR="006F7457" w:rsidRPr="005A424D">
        <w:tc>
          <w:tcPr>
            <w:tcW w:w="2880" w:type="dxa"/>
          </w:tcPr>
          <w:p w:rsidR="006F7457" w:rsidRDefault="00332DB8">
            <w:r>
              <w:t>3317.</w:t>
            </w:r>
          </w:p>
        </w:tc>
        <w:tc>
          <w:tcPr>
            <w:tcW w:w="2880" w:type="dxa"/>
          </w:tcPr>
          <w:p w:rsidR="006F7457" w:rsidRPr="00332DB8" w:rsidRDefault="00332DB8">
            <w:pPr>
              <w:rPr>
                <w:lang w:val="ru-RU"/>
              </w:rPr>
            </w:pPr>
            <w:r w:rsidRPr="00332DB8">
              <w:rPr>
                <w:lang w:val="ru-RU"/>
              </w:rPr>
              <w:t xml:space="preserve">Музыкальная композиция под названием «Околореп - Зига, Зага, ой», размещенная на странице пользователя сайта «В контакте» по адресу: </w:t>
            </w:r>
            <w:r>
              <w:t>www</w:t>
            </w:r>
            <w:r w:rsidRPr="00332DB8">
              <w:rPr>
                <w:lang w:val="ru-RU"/>
              </w:rPr>
              <w:t>.</w:t>
            </w:r>
            <w:r>
              <w:t>vk</w:t>
            </w:r>
            <w:r w:rsidRPr="00332DB8">
              <w:rPr>
                <w:lang w:val="ru-RU"/>
              </w:rPr>
              <w:t>.</w:t>
            </w:r>
            <w:r>
              <w:t>com</w:t>
            </w:r>
            <w:r w:rsidRPr="00332DB8">
              <w:rPr>
                <w:lang w:val="ru-RU"/>
              </w:rPr>
              <w:t>/</w:t>
            </w:r>
            <w:r>
              <w:t>id</w:t>
            </w:r>
            <w:r w:rsidRPr="00332DB8">
              <w:rPr>
                <w:lang w:val="ru-RU"/>
              </w:rPr>
              <w:t>229687944 на личной странице пользователя «Александр Прохоров» (решение Южно-Сахалинского городского суда Сахалинской области от 15.10.2015);</w:t>
            </w:r>
          </w:p>
        </w:tc>
        <w:tc>
          <w:tcPr>
            <w:tcW w:w="2880" w:type="dxa"/>
          </w:tcPr>
          <w:p w:rsidR="006F7457" w:rsidRPr="00332DB8" w:rsidRDefault="006F7457">
            <w:pPr>
              <w:rPr>
                <w:lang w:val="ru-RU"/>
              </w:rPr>
            </w:pPr>
          </w:p>
        </w:tc>
      </w:tr>
      <w:tr w:rsidR="006F7457" w:rsidRPr="005A424D">
        <w:tc>
          <w:tcPr>
            <w:tcW w:w="2880" w:type="dxa"/>
          </w:tcPr>
          <w:p w:rsidR="006F7457" w:rsidRDefault="00332DB8">
            <w:r>
              <w:t>3318.</w:t>
            </w:r>
          </w:p>
        </w:tc>
        <w:tc>
          <w:tcPr>
            <w:tcW w:w="2880" w:type="dxa"/>
          </w:tcPr>
          <w:p w:rsidR="006F7457" w:rsidRPr="00332DB8" w:rsidRDefault="00332DB8">
            <w:pPr>
              <w:rPr>
                <w:lang w:val="ru-RU"/>
              </w:rPr>
            </w:pPr>
            <w:r w:rsidRPr="00332DB8">
              <w:rPr>
                <w:lang w:val="ru-RU"/>
              </w:rPr>
              <w:t xml:space="preserve">Видеозапись под названием «Околореп Откровенный фашизм», размещенная на странице пользователя сайта «В контакте» по адресу: </w:t>
            </w:r>
            <w:r>
              <w:t>www</w:t>
            </w:r>
            <w:r w:rsidRPr="00332DB8">
              <w:rPr>
                <w:lang w:val="ru-RU"/>
              </w:rPr>
              <w:t>.</w:t>
            </w:r>
            <w:r>
              <w:t>vk</w:t>
            </w:r>
            <w:r w:rsidRPr="00332DB8">
              <w:rPr>
                <w:lang w:val="ru-RU"/>
              </w:rPr>
              <w:t>.</w:t>
            </w:r>
            <w:r>
              <w:t>com</w:t>
            </w:r>
            <w:r w:rsidRPr="00332DB8">
              <w:rPr>
                <w:lang w:val="ru-RU"/>
              </w:rPr>
              <w:t>/</w:t>
            </w:r>
            <w:r>
              <w:t>id</w:t>
            </w:r>
            <w:r w:rsidRPr="00332DB8">
              <w:rPr>
                <w:lang w:val="ru-RU"/>
              </w:rPr>
              <w:t>229687944 на личной странице пользователя «Александр Прохоров» (решение Южно-Сахалинского городского суда Сахалинской области от 15.10.2015);</w:t>
            </w:r>
          </w:p>
        </w:tc>
        <w:tc>
          <w:tcPr>
            <w:tcW w:w="2880" w:type="dxa"/>
          </w:tcPr>
          <w:p w:rsidR="006F7457" w:rsidRPr="00332DB8" w:rsidRDefault="006F7457">
            <w:pPr>
              <w:rPr>
                <w:lang w:val="ru-RU"/>
              </w:rPr>
            </w:pPr>
          </w:p>
        </w:tc>
      </w:tr>
      <w:tr w:rsidR="006F7457" w:rsidRPr="005A424D">
        <w:tc>
          <w:tcPr>
            <w:tcW w:w="2880" w:type="dxa"/>
          </w:tcPr>
          <w:p w:rsidR="006F7457" w:rsidRDefault="00332DB8">
            <w:r>
              <w:t>3319.</w:t>
            </w:r>
          </w:p>
        </w:tc>
        <w:tc>
          <w:tcPr>
            <w:tcW w:w="2880" w:type="dxa"/>
          </w:tcPr>
          <w:p w:rsidR="006F7457" w:rsidRPr="00332DB8" w:rsidRDefault="00332DB8">
            <w:pPr>
              <w:rPr>
                <w:lang w:val="ru-RU"/>
              </w:rPr>
            </w:pPr>
            <w:r w:rsidRPr="00332DB8">
              <w:rPr>
                <w:lang w:val="ru-RU"/>
              </w:rPr>
              <w:t xml:space="preserve">Текст песни: «Я сегодня в поле чистом …» неизвестного автора, размещенный на Интернет-ресурсе </w:t>
            </w:r>
            <w:r>
              <w:t>http</w:t>
            </w:r>
            <w:r w:rsidRPr="00332DB8">
              <w:rPr>
                <w:lang w:val="ru-RU"/>
              </w:rPr>
              <w:t>://</w:t>
            </w:r>
            <w:r>
              <w:t>yandex</w:t>
            </w:r>
            <w:r w:rsidRPr="00332DB8">
              <w:rPr>
                <w:lang w:val="ru-RU"/>
              </w:rPr>
              <w:t>.</w:t>
            </w:r>
            <w:r>
              <w:t>ru</w:t>
            </w:r>
            <w:r w:rsidRPr="00332DB8">
              <w:rPr>
                <w:lang w:val="ru-RU"/>
              </w:rPr>
              <w:t>/</w:t>
            </w:r>
            <w:r>
              <w:t>video</w:t>
            </w:r>
            <w:r w:rsidRPr="00332DB8">
              <w:rPr>
                <w:lang w:val="ru-RU"/>
              </w:rPr>
              <w:t xml:space="preserve">/ (ссылка </w:t>
            </w:r>
            <w:r>
              <w:t>https</w:t>
            </w:r>
            <w:r w:rsidRPr="00332DB8">
              <w:rPr>
                <w:lang w:val="ru-RU"/>
              </w:rPr>
              <w:t>://</w:t>
            </w:r>
            <w:r>
              <w:t>voutu</w:t>
            </w:r>
            <w:r w:rsidRPr="00332DB8">
              <w:rPr>
                <w:lang w:val="ru-RU"/>
              </w:rPr>
              <w:t>.</w:t>
            </w:r>
            <w:r>
              <w:t>be</w:t>
            </w:r>
            <w:r w:rsidRPr="00332DB8">
              <w:rPr>
                <w:lang w:val="ru-RU"/>
              </w:rPr>
              <w:t>/</w:t>
            </w:r>
            <w:r>
              <w:t>RXKDlx</w:t>
            </w:r>
            <w:r w:rsidRPr="00332DB8">
              <w:rPr>
                <w:lang w:val="ru-RU"/>
              </w:rPr>
              <w:t>7</w:t>
            </w:r>
            <w:r>
              <w:t>SVcE</w:t>
            </w:r>
            <w:r w:rsidRPr="00332DB8">
              <w:rPr>
                <w:lang w:val="ru-RU"/>
              </w:rPr>
              <w:t>) (решение Артемовского городского суда Приморского края от 26.08.2015);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3320.</w:t>
            </w:r>
          </w:p>
        </w:tc>
        <w:tc>
          <w:tcPr>
            <w:tcW w:w="2880" w:type="dxa"/>
          </w:tcPr>
          <w:p w:rsidR="006F7457" w:rsidRPr="00332DB8" w:rsidRDefault="00332DB8">
            <w:pPr>
              <w:rPr>
                <w:lang w:val="ru-RU"/>
              </w:rPr>
            </w:pPr>
            <w:r w:rsidRPr="00332DB8">
              <w:rPr>
                <w:lang w:val="ru-RU"/>
              </w:rPr>
              <w:t xml:space="preserve">Текст песни: «Мой дед был штурмфюрер СС» группы «Вандал», размещенный на информационном ресурсе </w:t>
            </w:r>
            <w:r>
              <w:t>http</w:t>
            </w:r>
            <w:r w:rsidRPr="00332DB8">
              <w:rPr>
                <w:lang w:val="ru-RU"/>
              </w:rPr>
              <w:t>://</w:t>
            </w:r>
            <w:r>
              <w:t>yandex</w:t>
            </w:r>
            <w:r w:rsidRPr="00332DB8">
              <w:rPr>
                <w:lang w:val="ru-RU"/>
              </w:rPr>
              <w:t>.</w:t>
            </w:r>
            <w:r>
              <w:t>ru</w:t>
            </w:r>
            <w:r w:rsidRPr="00332DB8">
              <w:rPr>
                <w:lang w:val="ru-RU"/>
              </w:rPr>
              <w:t>/</w:t>
            </w:r>
            <w:r>
              <w:t>video</w:t>
            </w:r>
            <w:r w:rsidRPr="00332DB8">
              <w:rPr>
                <w:lang w:val="ru-RU"/>
              </w:rPr>
              <w:t xml:space="preserve">/ (ссылка </w:t>
            </w:r>
            <w:r>
              <w:t>URL</w:t>
            </w:r>
            <w:r w:rsidRPr="00332DB8">
              <w:rPr>
                <w:lang w:val="ru-RU"/>
              </w:rPr>
              <w:t xml:space="preserve"> - </w:t>
            </w:r>
            <w:r>
              <w:t>https</w:t>
            </w:r>
            <w:r w:rsidRPr="00332DB8">
              <w:rPr>
                <w:lang w:val="ru-RU"/>
              </w:rPr>
              <w:t>://</w:t>
            </w:r>
            <w:r>
              <w:t>voutu</w:t>
            </w:r>
            <w:r w:rsidRPr="00332DB8">
              <w:rPr>
                <w:lang w:val="ru-RU"/>
              </w:rPr>
              <w:t>.</w:t>
            </w:r>
            <w:r>
              <w:t>be</w:t>
            </w:r>
            <w:r w:rsidRPr="00332DB8">
              <w:rPr>
                <w:lang w:val="ru-RU"/>
              </w:rPr>
              <w:t>/</w:t>
            </w:r>
            <w:r>
              <w:t>HT</w:t>
            </w:r>
            <w:r w:rsidRPr="00332DB8">
              <w:rPr>
                <w:lang w:val="ru-RU"/>
              </w:rPr>
              <w:t>6</w:t>
            </w:r>
            <w:r>
              <w:t>pk</w:t>
            </w:r>
            <w:r w:rsidRPr="00332DB8">
              <w:rPr>
                <w:lang w:val="ru-RU"/>
              </w:rPr>
              <w:t>7</w:t>
            </w:r>
            <w:r>
              <w:t>c</w:t>
            </w:r>
            <w:r w:rsidRPr="00332DB8">
              <w:rPr>
                <w:lang w:val="ru-RU"/>
              </w:rPr>
              <w:t>9</w:t>
            </w:r>
            <w:r>
              <w:t>hrs</w:t>
            </w:r>
            <w:r w:rsidRPr="00332DB8">
              <w:rPr>
                <w:lang w:val="ru-RU"/>
              </w:rPr>
              <w:t>) (решение Артемовского городского суда Приморского края от 26.08.2015);</w:t>
            </w:r>
          </w:p>
        </w:tc>
        <w:tc>
          <w:tcPr>
            <w:tcW w:w="2880" w:type="dxa"/>
          </w:tcPr>
          <w:p w:rsidR="006F7457" w:rsidRPr="00332DB8" w:rsidRDefault="006F7457">
            <w:pPr>
              <w:rPr>
                <w:lang w:val="ru-RU"/>
              </w:rPr>
            </w:pPr>
          </w:p>
        </w:tc>
      </w:tr>
      <w:tr w:rsidR="006F7457">
        <w:tc>
          <w:tcPr>
            <w:tcW w:w="2880" w:type="dxa"/>
          </w:tcPr>
          <w:p w:rsidR="006F7457" w:rsidRDefault="00332DB8">
            <w:r>
              <w:t>3321.</w:t>
            </w:r>
          </w:p>
        </w:tc>
        <w:tc>
          <w:tcPr>
            <w:tcW w:w="2880" w:type="dxa"/>
          </w:tcPr>
          <w:p w:rsidR="006F7457" w:rsidRDefault="00332DB8">
            <w:r w:rsidRPr="00332DB8">
              <w:rPr>
                <w:lang w:val="ru-RU"/>
              </w:rPr>
              <w:t xml:space="preserve">Объект 1 (текст «В Москву завозят фашистов и готовят их к резне!») </w:t>
            </w:r>
            <w:r>
              <w:t>(решение Кузьминского районного суда города Москвы от 29.10.2015);</w:t>
            </w:r>
          </w:p>
        </w:tc>
        <w:tc>
          <w:tcPr>
            <w:tcW w:w="2880" w:type="dxa"/>
          </w:tcPr>
          <w:p w:rsidR="006F7457" w:rsidRDefault="006F7457"/>
        </w:tc>
      </w:tr>
      <w:tr w:rsidR="006F7457">
        <w:tc>
          <w:tcPr>
            <w:tcW w:w="2880" w:type="dxa"/>
          </w:tcPr>
          <w:p w:rsidR="006F7457" w:rsidRDefault="00332DB8">
            <w:r>
              <w:t>3322.</w:t>
            </w:r>
          </w:p>
        </w:tc>
        <w:tc>
          <w:tcPr>
            <w:tcW w:w="2880" w:type="dxa"/>
          </w:tcPr>
          <w:p w:rsidR="006F7457" w:rsidRDefault="00332DB8">
            <w:r>
              <w:t>Исключён</w:t>
            </w:r>
          </w:p>
        </w:tc>
        <w:tc>
          <w:tcPr>
            <w:tcW w:w="2880" w:type="dxa"/>
          </w:tcPr>
          <w:p w:rsidR="006F7457" w:rsidRDefault="006F7457"/>
        </w:tc>
      </w:tr>
      <w:tr w:rsidR="006F7457" w:rsidRPr="005A424D">
        <w:tc>
          <w:tcPr>
            <w:tcW w:w="2880" w:type="dxa"/>
          </w:tcPr>
          <w:p w:rsidR="006F7457" w:rsidRDefault="00332DB8">
            <w:r>
              <w:t>3323.</w:t>
            </w:r>
          </w:p>
        </w:tc>
        <w:tc>
          <w:tcPr>
            <w:tcW w:w="2880" w:type="dxa"/>
          </w:tcPr>
          <w:p w:rsidR="006F7457" w:rsidRPr="00332DB8" w:rsidRDefault="00332DB8">
            <w:pPr>
              <w:rPr>
                <w:lang w:val="ru-RU"/>
              </w:rPr>
            </w:pPr>
            <w:r w:rsidRPr="00332DB8">
              <w:rPr>
                <w:lang w:val="ru-RU"/>
              </w:rPr>
              <w:t xml:space="preserve">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w:t>
            </w:r>
            <w:r>
              <w:t>http</w:t>
            </w:r>
            <w:r w:rsidRPr="00332DB8">
              <w:rPr>
                <w:lang w:val="ru-RU"/>
              </w:rPr>
              <w:t>://</w:t>
            </w:r>
            <w:r>
              <w:t>vk</w:t>
            </w:r>
            <w:r w:rsidRPr="00332DB8">
              <w:rPr>
                <w:lang w:val="ru-RU"/>
              </w:rPr>
              <w:t>.</w:t>
            </w:r>
            <w:r>
              <w:t>com</w:t>
            </w:r>
            <w:r w:rsidRPr="00332DB8">
              <w:rPr>
                <w:lang w:val="ru-RU"/>
              </w:rPr>
              <w:t>/</w:t>
            </w:r>
            <w:r>
              <w:t>id</w:t>
            </w:r>
            <w:r w:rsidRPr="00332DB8">
              <w:rPr>
                <w:lang w:val="ru-RU"/>
              </w:rPr>
              <w:t>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3324.</w:t>
            </w:r>
          </w:p>
        </w:tc>
        <w:tc>
          <w:tcPr>
            <w:tcW w:w="2880" w:type="dxa"/>
          </w:tcPr>
          <w:p w:rsidR="006F7457" w:rsidRPr="00332DB8" w:rsidRDefault="00332DB8">
            <w:pPr>
              <w:rPr>
                <w:lang w:val="ru-RU"/>
              </w:rPr>
            </w:pPr>
            <w:r w:rsidRPr="00332DB8">
              <w:rPr>
                <w:lang w:val="ru-RU"/>
              </w:rPr>
              <w:t xml:space="preserve">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2880" w:type="dxa"/>
          </w:tcPr>
          <w:p w:rsidR="006F7457" w:rsidRPr="00332DB8" w:rsidRDefault="006F7457">
            <w:pPr>
              <w:rPr>
                <w:lang w:val="ru-RU"/>
              </w:rPr>
            </w:pPr>
          </w:p>
        </w:tc>
      </w:tr>
      <w:tr w:rsidR="006F7457" w:rsidRPr="005A424D">
        <w:tc>
          <w:tcPr>
            <w:tcW w:w="2880" w:type="dxa"/>
          </w:tcPr>
          <w:p w:rsidR="006F7457" w:rsidRDefault="00332DB8">
            <w:r>
              <w:t>3325.</w:t>
            </w:r>
          </w:p>
        </w:tc>
        <w:tc>
          <w:tcPr>
            <w:tcW w:w="2880" w:type="dxa"/>
          </w:tcPr>
          <w:p w:rsidR="006F7457" w:rsidRPr="00332DB8" w:rsidRDefault="00332DB8">
            <w:pPr>
              <w:rPr>
                <w:lang w:val="ru-RU"/>
              </w:rPr>
            </w:pPr>
            <w:r w:rsidRPr="00332DB8">
              <w:rPr>
                <w:lang w:val="ru-RU"/>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2880" w:type="dxa"/>
          </w:tcPr>
          <w:p w:rsidR="006F7457" w:rsidRPr="00332DB8" w:rsidRDefault="006F7457">
            <w:pPr>
              <w:rPr>
                <w:lang w:val="ru-RU"/>
              </w:rPr>
            </w:pPr>
          </w:p>
        </w:tc>
      </w:tr>
      <w:tr w:rsidR="006F7457" w:rsidRPr="005A424D">
        <w:tc>
          <w:tcPr>
            <w:tcW w:w="2880" w:type="dxa"/>
          </w:tcPr>
          <w:p w:rsidR="006F7457" w:rsidRDefault="00332DB8">
            <w:r>
              <w:t>3326.</w:t>
            </w:r>
          </w:p>
        </w:tc>
        <w:tc>
          <w:tcPr>
            <w:tcW w:w="2880" w:type="dxa"/>
          </w:tcPr>
          <w:p w:rsidR="006F7457" w:rsidRPr="00332DB8" w:rsidRDefault="00332DB8">
            <w:pPr>
              <w:rPr>
                <w:lang w:val="ru-RU"/>
              </w:rPr>
            </w:pPr>
            <w:r w:rsidRPr="00332DB8">
              <w:rPr>
                <w:lang w:val="ru-RU"/>
              </w:rPr>
              <w:t xml:space="preserve">Информационный материал (статья) «Чего ждать Украине от русских?», размещенный на интернет-сайте - </w:t>
            </w:r>
            <w:r>
              <w:t>thechechenpress</w:t>
            </w:r>
            <w:r w:rsidRPr="00332DB8">
              <w:rPr>
                <w:lang w:val="ru-RU"/>
              </w:rPr>
              <w:t>.</w:t>
            </w:r>
            <w:r>
              <w:t>com</w:t>
            </w:r>
            <w:r w:rsidRPr="00332DB8">
              <w:rPr>
                <w:lang w:val="ru-RU"/>
              </w:rPr>
              <w:t xml:space="preserve"> (решение Железнодорожного районного суда г. Новосибирска от 01.12.2015);</w:t>
            </w:r>
          </w:p>
        </w:tc>
        <w:tc>
          <w:tcPr>
            <w:tcW w:w="2880" w:type="dxa"/>
          </w:tcPr>
          <w:p w:rsidR="006F7457" w:rsidRPr="00332DB8" w:rsidRDefault="006F7457">
            <w:pPr>
              <w:rPr>
                <w:lang w:val="ru-RU"/>
              </w:rPr>
            </w:pPr>
          </w:p>
        </w:tc>
      </w:tr>
      <w:tr w:rsidR="006F7457" w:rsidRPr="005A424D">
        <w:tc>
          <w:tcPr>
            <w:tcW w:w="2880" w:type="dxa"/>
          </w:tcPr>
          <w:p w:rsidR="006F7457" w:rsidRDefault="00332DB8">
            <w:r>
              <w:t>3327.</w:t>
            </w:r>
          </w:p>
        </w:tc>
        <w:tc>
          <w:tcPr>
            <w:tcW w:w="2880" w:type="dxa"/>
          </w:tcPr>
          <w:p w:rsidR="006F7457" w:rsidRPr="00332DB8" w:rsidRDefault="00332DB8">
            <w:pPr>
              <w:rPr>
                <w:lang w:val="ru-RU"/>
              </w:rPr>
            </w:pPr>
            <w:r w:rsidRPr="00332DB8">
              <w:rPr>
                <w:lang w:val="ru-RU"/>
              </w:rPr>
              <w:t>Текстовый документ с названием «Гори Жидяра», видеофайлы «Вечный еврей», «Приморские Партизаны - добавь к себе в видео!» (</w:t>
            </w:r>
            <w:r>
              <w:t>http</w:t>
            </w:r>
            <w:r w:rsidRPr="00332DB8">
              <w:rPr>
                <w:lang w:val="ru-RU"/>
              </w:rPr>
              <w:t>://</w:t>
            </w:r>
            <w:r>
              <w:t>vk</w:t>
            </w:r>
            <w:r w:rsidRPr="00332DB8">
              <w:rPr>
                <w:lang w:val="ru-RU"/>
              </w:rPr>
              <w:t>.</w:t>
            </w:r>
            <w:r>
              <w:t>com</w:t>
            </w:r>
            <w:r w:rsidRPr="00332DB8">
              <w:rPr>
                <w:lang w:val="ru-RU"/>
              </w:rPr>
              <w:t>/</w:t>
            </w:r>
            <w:r>
              <w:t>video</w:t>
            </w:r>
            <w:r w:rsidRPr="00332DB8">
              <w:rPr>
                <w:lang w:val="ru-RU"/>
              </w:rPr>
              <w:t>137472981_165623886) и «Приморские партизаны - последнее интервью», графические файлы: «9» (Европа) (</w:t>
            </w:r>
            <w:r>
              <w:t>http</w:t>
            </w:r>
            <w:r w:rsidRPr="00332DB8">
              <w:rPr>
                <w:lang w:val="ru-RU"/>
              </w:rPr>
              <w:t>://</w:t>
            </w:r>
            <w:r>
              <w:t>vk</w:t>
            </w:r>
            <w:r w:rsidRPr="00332DB8">
              <w:rPr>
                <w:lang w:val="ru-RU"/>
              </w:rPr>
              <w:t>.</w:t>
            </w:r>
            <w:r>
              <w:t>com</w:t>
            </w:r>
            <w:r w:rsidRPr="00332DB8">
              <w:rPr>
                <w:lang w:val="ru-RU"/>
              </w:rPr>
              <w:t>/</w:t>
            </w:r>
            <w:r>
              <w:t>album</w:t>
            </w:r>
            <w:r w:rsidRPr="00332DB8">
              <w:rPr>
                <w:lang w:val="ru-RU"/>
              </w:rPr>
              <w:t>137472981_185119189), «10» (нож) (</w:t>
            </w:r>
            <w:r>
              <w:t>http</w:t>
            </w:r>
            <w:r w:rsidRPr="00332DB8">
              <w:rPr>
                <w:lang w:val="ru-RU"/>
              </w:rPr>
              <w:t>://</w:t>
            </w:r>
            <w:r>
              <w:t>vk</w:t>
            </w:r>
            <w:r w:rsidRPr="00332DB8">
              <w:rPr>
                <w:lang w:val="ru-RU"/>
              </w:rPr>
              <w:t>.</w:t>
            </w:r>
            <w:r>
              <w:t>com</w:t>
            </w:r>
            <w:r w:rsidRPr="00332DB8">
              <w:rPr>
                <w:lang w:val="ru-RU"/>
              </w:rPr>
              <w:t>/</w:t>
            </w:r>
            <w:r>
              <w:t>album</w:t>
            </w:r>
            <w:r w:rsidRPr="00332DB8">
              <w:rPr>
                <w:lang w:val="ru-RU"/>
              </w:rPr>
              <w:t>137472981_185119189), «11» (обезьяна) (</w:t>
            </w:r>
            <w:r>
              <w:t>http</w:t>
            </w:r>
            <w:r w:rsidRPr="00332DB8">
              <w:rPr>
                <w:lang w:val="ru-RU"/>
              </w:rPr>
              <w:t>://</w:t>
            </w:r>
            <w:r>
              <w:t>vk</w:t>
            </w:r>
            <w:r w:rsidRPr="00332DB8">
              <w:rPr>
                <w:lang w:val="ru-RU"/>
              </w:rPr>
              <w:t>.</w:t>
            </w:r>
            <w:r>
              <w:t>com</w:t>
            </w:r>
            <w:r w:rsidRPr="00332DB8">
              <w:rPr>
                <w:lang w:val="ru-RU"/>
              </w:rPr>
              <w:t>/</w:t>
            </w:r>
            <w:r>
              <w:t>album</w:t>
            </w:r>
            <w:r w:rsidRPr="00332DB8">
              <w:rPr>
                <w:lang w:val="ru-RU"/>
              </w:rPr>
              <w:t>137472981_185119189), «12» (Погром) (</w:t>
            </w:r>
            <w:r>
              <w:t>http</w:t>
            </w:r>
            <w:r w:rsidRPr="00332DB8">
              <w:rPr>
                <w:lang w:val="ru-RU"/>
              </w:rPr>
              <w:t>://</w:t>
            </w:r>
            <w:r>
              <w:t>vk</w:t>
            </w:r>
            <w:r w:rsidRPr="00332DB8">
              <w:rPr>
                <w:lang w:val="ru-RU"/>
              </w:rPr>
              <w:t>.</w:t>
            </w:r>
            <w:r>
              <w:t>com</w:t>
            </w:r>
            <w:r w:rsidRPr="00332DB8">
              <w:rPr>
                <w:lang w:val="ru-RU"/>
              </w:rPr>
              <w:t>/</w:t>
            </w:r>
            <w:r>
              <w:t>album</w:t>
            </w:r>
            <w:r w:rsidRPr="00332DB8">
              <w:rPr>
                <w:lang w:val="ru-RU"/>
              </w:rPr>
              <w:t xml:space="preserve">137472981_185119189), «13» (Унтерменш) </w:t>
            </w:r>
            <w:r w:rsidRPr="00332DB8">
              <w:rPr>
                <w:lang w:val="ru-RU"/>
              </w:rPr>
              <w:lastRenderedPageBreak/>
              <w:t>(</w:t>
            </w:r>
            <w:r>
              <w:t>http</w:t>
            </w:r>
            <w:r w:rsidRPr="00332DB8">
              <w:rPr>
                <w:lang w:val="ru-RU"/>
              </w:rPr>
              <w:t>://</w:t>
            </w:r>
            <w:r>
              <w:t>vk</w:t>
            </w:r>
            <w:r w:rsidRPr="00332DB8">
              <w:rPr>
                <w:lang w:val="ru-RU"/>
              </w:rPr>
              <w:t>.</w:t>
            </w:r>
            <w:r>
              <w:t>com</w:t>
            </w:r>
            <w:r w:rsidRPr="00332DB8">
              <w:rPr>
                <w:lang w:val="ru-RU"/>
              </w:rPr>
              <w:t>/</w:t>
            </w:r>
            <w:r>
              <w:t>album</w:t>
            </w:r>
            <w:r w:rsidRPr="00332DB8">
              <w:rPr>
                <w:lang w:val="ru-RU"/>
              </w:rPr>
              <w:t>137472981_185119189), «14» (Чурка) (</w:t>
            </w:r>
            <w:r>
              <w:t>http</w:t>
            </w:r>
            <w:r w:rsidRPr="00332DB8">
              <w:rPr>
                <w:lang w:val="ru-RU"/>
              </w:rPr>
              <w:t>://</w:t>
            </w:r>
            <w:r>
              <w:t>vk</w:t>
            </w:r>
            <w:r w:rsidRPr="00332DB8">
              <w:rPr>
                <w:lang w:val="ru-RU"/>
              </w:rPr>
              <w:t>.</w:t>
            </w:r>
            <w:r>
              <w:t>com</w:t>
            </w:r>
            <w:r w:rsidRPr="00332DB8">
              <w:rPr>
                <w:lang w:val="ru-RU"/>
              </w:rPr>
              <w:t>/</w:t>
            </w:r>
            <w:r>
              <w:t>album</w:t>
            </w:r>
            <w:r w:rsidRPr="00332DB8">
              <w:rPr>
                <w:lang w:val="ru-RU"/>
              </w:rPr>
              <w:t>137472981_185119189), графические файлы: «28» (</w:t>
            </w:r>
            <w:r>
              <w:t>http</w:t>
            </w:r>
            <w:r w:rsidRPr="00332DB8">
              <w:rPr>
                <w:lang w:val="ru-RU"/>
              </w:rPr>
              <w:t>://</w:t>
            </w:r>
            <w:r>
              <w:t>vk</w:t>
            </w:r>
            <w:r w:rsidRPr="00332DB8">
              <w:rPr>
                <w:lang w:val="ru-RU"/>
              </w:rPr>
              <w:t>.</w:t>
            </w:r>
            <w:r>
              <w:t>com</w:t>
            </w:r>
            <w:r w:rsidRPr="00332DB8">
              <w:rPr>
                <w:lang w:val="ru-RU"/>
              </w:rPr>
              <w:t>/</w:t>
            </w:r>
            <w:r>
              <w:t>albums</w:t>
            </w:r>
            <w:r w:rsidRPr="00332DB8">
              <w:rPr>
                <w:lang w:val="ru-RU"/>
              </w:rPr>
              <w:t>-53219735), «29» (</w:t>
            </w:r>
            <w:r>
              <w:t>http</w:t>
            </w:r>
            <w:r w:rsidRPr="00332DB8">
              <w:rPr>
                <w:lang w:val="ru-RU"/>
              </w:rPr>
              <w:t>://</w:t>
            </w:r>
            <w:r>
              <w:t>vk</w:t>
            </w:r>
            <w:r w:rsidRPr="00332DB8">
              <w:rPr>
                <w:lang w:val="ru-RU"/>
              </w:rPr>
              <w:t>.</w:t>
            </w:r>
            <w:r>
              <w:t>com</w:t>
            </w:r>
            <w:r w:rsidRPr="00332DB8">
              <w:rPr>
                <w:lang w:val="ru-RU"/>
              </w:rPr>
              <w:t>/</w:t>
            </w:r>
            <w:r>
              <w:t>albums</w:t>
            </w:r>
            <w:r w:rsidRPr="00332DB8">
              <w:rPr>
                <w:lang w:val="ru-RU"/>
              </w:rPr>
              <w:t>-53219735),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w:t>
            </w:r>
            <w:r>
              <w:t>http</w:t>
            </w:r>
            <w:r w:rsidRPr="00332DB8">
              <w:rPr>
                <w:lang w:val="ru-RU"/>
              </w:rPr>
              <w:t>://</w:t>
            </w:r>
            <w:r>
              <w:t>vk</w:t>
            </w:r>
            <w:r w:rsidRPr="00332DB8">
              <w:rPr>
                <w:lang w:val="ru-RU"/>
              </w:rPr>
              <w:t>.</w:t>
            </w:r>
            <w:r>
              <w:t>com</w:t>
            </w:r>
            <w:r w:rsidRPr="00332DB8">
              <w:rPr>
                <w:lang w:val="ru-RU"/>
              </w:rPr>
              <w:t>/</w:t>
            </w:r>
            <w:r>
              <w:t>id</w:t>
            </w:r>
            <w:r w:rsidRPr="00332DB8">
              <w:rPr>
                <w:lang w:val="ru-RU"/>
              </w:rPr>
              <w:t>137472981 (</w:t>
            </w:r>
            <w:r>
              <w:t>http</w:t>
            </w:r>
            <w:r w:rsidRPr="00332DB8">
              <w:rPr>
                <w:lang w:val="ru-RU"/>
              </w:rPr>
              <w:t>://</w:t>
            </w:r>
            <w:r>
              <w:t>vk</w:t>
            </w:r>
            <w:r w:rsidRPr="00332DB8">
              <w:rPr>
                <w:lang w:val="ru-RU"/>
              </w:rPr>
              <w:t>.</w:t>
            </w:r>
            <w:r>
              <w:t>com</w:t>
            </w:r>
            <w:r w:rsidRPr="00332DB8">
              <w:rPr>
                <w:lang w:val="ru-RU"/>
              </w:rPr>
              <w:t>/</w:t>
            </w:r>
            <w:r>
              <w:t>berserk</w:t>
            </w:r>
            <w:r w:rsidRPr="00332DB8">
              <w:rPr>
                <w:lang w:val="ru-RU"/>
              </w:rPr>
              <w:t>_</w:t>
            </w:r>
            <w:r>
              <w:t>roa</w:t>
            </w:r>
            <w:r w:rsidRPr="00332DB8">
              <w:rPr>
                <w:lang w:val="ru-RU"/>
              </w:rPr>
              <w:t>), под псевдонимом «Юрген Шульце» (</w:t>
            </w:r>
            <w:r>
              <w:t>http</w:t>
            </w:r>
            <w:r w:rsidRPr="00332DB8">
              <w:rPr>
                <w:lang w:val="ru-RU"/>
              </w:rPr>
              <w:t>://</w:t>
            </w:r>
            <w:r>
              <w:t>vk</w:t>
            </w:r>
            <w:r w:rsidRPr="00332DB8">
              <w:rPr>
                <w:lang w:val="ru-RU"/>
              </w:rPr>
              <w:t>.</w:t>
            </w:r>
            <w:r>
              <w:t>com</w:t>
            </w:r>
            <w:r w:rsidRPr="00332DB8">
              <w:rPr>
                <w:lang w:val="ru-RU"/>
              </w:rPr>
              <w:t>/</w:t>
            </w:r>
            <w:r>
              <w:t>fuhrer</w:t>
            </w:r>
            <w:r w:rsidRPr="00332DB8">
              <w:rPr>
                <w:lang w:val="ru-RU"/>
              </w:rPr>
              <w:t>_</w:t>
            </w:r>
            <w:r>
              <w:t>roa</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id</w:t>
            </w:r>
            <w:r w:rsidRPr="00332DB8">
              <w:rPr>
                <w:lang w:val="ru-RU"/>
              </w:rPr>
              <w:t>250532513) (решение Верещагинского районного суда Пермского края от 16.06.2015);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3328.</w:t>
            </w:r>
          </w:p>
        </w:tc>
        <w:tc>
          <w:tcPr>
            <w:tcW w:w="2880" w:type="dxa"/>
          </w:tcPr>
          <w:p w:rsidR="006F7457" w:rsidRPr="00332DB8" w:rsidRDefault="00332DB8">
            <w:pPr>
              <w:rPr>
                <w:lang w:val="ru-RU"/>
              </w:rPr>
            </w:pPr>
            <w:r w:rsidRPr="00332DB8">
              <w:rPr>
                <w:lang w:val="ru-RU"/>
              </w:rPr>
              <w:t>Книга Б.С.Миронова «Русское восстание».-М.:Алгоритм, 2011, 464 с. (решение Головинского районного суда города Москвы от 08.04.2015);</w:t>
            </w:r>
          </w:p>
        </w:tc>
        <w:tc>
          <w:tcPr>
            <w:tcW w:w="2880" w:type="dxa"/>
          </w:tcPr>
          <w:p w:rsidR="006F7457" w:rsidRPr="00332DB8" w:rsidRDefault="006F7457">
            <w:pPr>
              <w:rPr>
                <w:lang w:val="ru-RU"/>
              </w:rPr>
            </w:pPr>
          </w:p>
        </w:tc>
      </w:tr>
      <w:tr w:rsidR="006F7457" w:rsidRPr="005A424D">
        <w:tc>
          <w:tcPr>
            <w:tcW w:w="2880" w:type="dxa"/>
          </w:tcPr>
          <w:p w:rsidR="006F7457" w:rsidRDefault="00332DB8">
            <w:r>
              <w:t>3329.</w:t>
            </w:r>
          </w:p>
        </w:tc>
        <w:tc>
          <w:tcPr>
            <w:tcW w:w="2880" w:type="dxa"/>
          </w:tcPr>
          <w:p w:rsidR="006F7457" w:rsidRPr="00332DB8" w:rsidRDefault="00332DB8">
            <w:pPr>
              <w:rPr>
                <w:lang w:val="ru-RU"/>
              </w:rPr>
            </w:pPr>
            <w:r w:rsidRPr="00332DB8">
              <w:rPr>
                <w:lang w:val="ru-RU"/>
              </w:rP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2880" w:type="dxa"/>
          </w:tcPr>
          <w:p w:rsidR="006F7457" w:rsidRPr="00332DB8" w:rsidRDefault="006F7457">
            <w:pPr>
              <w:rPr>
                <w:lang w:val="ru-RU"/>
              </w:rPr>
            </w:pPr>
          </w:p>
        </w:tc>
      </w:tr>
      <w:tr w:rsidR="006F7457">
        <w:tc>
          <w:tcPr>
            <w:tcW w:w="2880" w:type="dxa"/>
          </w:tcPr>
          <w:p w:rsidR="006F7457" w:rsidRDefault="00332DB8">
            <w:r>
              <w:t>3330.</w:t>
            </w:r>
          </w:p>
        </w:tc>
        <w:tc>
          <w:tcPr>
            <w:tcW w:w="2880" w:type="dxa"/>
          </w:tcPr>
          <w:p w:rsidR="006F7457" w:rsidRDefault="00332DB8">
            <w:r w:rsidRPr="00332DB8">
              <w:rPr>
                <w:lang w:val="ru-RU"/>
              </w:rPr>
              <w:t xml:space="preserve">Книга «Геноцид разума и наше сакральное мировоззрение», издательство «Китежград», 2013 г., 240с. </w:t>
            </w:r>
            <w:r>
              <w:t>(решение Головинского районного суда города Москвы от 09.04.2015);</w:t>
            </w:r>
          </w:p>
        </w:tc>
        <w:tc>
          <w:tcPr>
            <w:tcW w:w="2880" w:type="dxa"/>
          </w:tcPr>
          <w:p w:rsidR="006F7457" w:rsidRDefault="006F7457"/>
        </w:tc>
      </w:tr>
      <w:tr w:rsidR="006F7457" w:rsidRPr="005A424D">
        <w:tc>
          <w:tcPr>
            <w:tcW w:w="2880" w:type="dxa"/>
          </w:tcPr>
          <w:p w:rsidR="006F7457" w:rsidRDefault="00332DB8">
            <w:r>
              <w:t>3331.</w:t>
            </w:r>
          </w:p>
        </w:tc>
        <w:tc>
          <w:tcPr>
            <w:tcW w:w="2880" w:type="dxa"/>
          </w:tcPr>
          <w:p w:rsidR="006F7457" w:rsidRPr="00332DB8" w:rsidRDefault="00332DB8">
            <w:pPr>
              <w:rPr>
                <w:lang w:val="ru-RU"/>
              </w:rPr>
            </w:pPr>
            <w:r w:rsidRPr="00332DB8">
              <w:rPr>
                <w:lang w:val="ru-RU"/>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3332.</w:t>
            </w:r>
          </w:p>
        </w:tc>
        <w:tc>
          <w:tcPr>
            <w:tcW w:w="2880" w:type="dxa"/>
          </w:tcPr>
          <w:p w:rsidR="006F7457" w:rsidRPr="00332DB8" w:rsidRDefault="00332DB8">
            <w:pPr>
              <w:rPr>
                <w:lang w:val="ru-RU"/>
              </w:rPr>
            </w:pPr>
            <w:r w:rsidRPr="00332DB8">
              <w:rPr>
                <w:lang w:val="ru-RU"/>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2880" w:type="dxa"/>
          </w:tcPr>
          <w:p w:rsidR="006F7457" w:rsidRPr="00332DB8" w:rsidRDefault="006F7457">
            <w:pPr>
              <w:rPr>
                <w:lang w:val="ru-RU"/>
              </w:rPr>
            </w:pPr>
          </w:p>
        </w:tc>
      </w:tr>
      <w:tr w:rsidR="006F7457" w:rsidRPr="005A424D">
        <w:tc>
          <w:tcPr>
            <w:tcW w:w="2880" w:type="dxa"/>
          </w:tcPr>
          <w:p w:rsidR="006F7457" w:rsidRDefault="00332DB8">
            <w:r>
              <w:t>3333.</w:t>
            </w:r>
          </w:p>
        </w:tc>
        <w:tc>
          <w:tcPr>
            <w:tcW w:w="2880" w:type="dxa"/>
          </w:tcPr>
          <w:p w:rsidR="006F7457" w:rsidRPr="00332DB8" w:rsidRDefault="00332DB8">
            <w:pPr>
              <w:rPr>
                <w:lang w:val="ru-RU"/>
              </w:rPr>
            </w:pPr>
            <w:r w:rsidRPr="00332DB8">
              <w:rPr>
                <w:lang w:val="ru-RU"/>
              </w:rPr>
              <w:t>Книга «Ведай! Что и почему от нас скрывают …» 416 с. (решение Головинского районного суда города Москвы от 25.03.2015);</w:t>
            </w:r>
          </w:p>
        </w:tc>
        <w:tc>
          <w:tcPr>
            <w:tcW w:w="2880" w:type="dxa"/>
          </w:tcPr>
          <w:p w:rsidR="006F7457" w:rsidRPr="00332DB8" w:rsidRDefault="006F7457">
            <w:pPr>
              <w:rPr>
                <w:lang w:val="ru-RU"/>
              </w:rPr>
            </w:pPr>
          </w:p>
        </w:tc>
      </w:tr>
      <w:tr w:rsidR="006F7457">
        <w:tc>
          <w:tcPr>
            <w:tcW w:w="2880" w:type="dxa"/>
          </w:tcPr>
          <w:p w:rsidR="006F7457" w:rsidRDefault="00332DB8">
            <w:r>
              <w:t>3334.</w:t>
            </w:r>
          </w:p>
        </w:tc>
        <w:tc>
          <w:tcPr>
            <w:tcW w:w="2880" w:type="dxa"/>
          </w:tcPr>
          <w:p w:rsidR="006F7457" w:rsidRDefault="00332DB8">
            <w:r w:rsidRPr="00332DB8">
              <w:rPr>
                <w:lang w:val="ru-RU"/>
              </w:rPr>
              <w:t xml:space="preserve">Книга Столешникова А.П. «Реабилитации не будет! Анти-Архипелаг», изд. «Профессионал», Москва, 2011, 512с. </w:t>
            </w:r>
            <w:r>
              <w:t>(решение Головинского районного суда города Москвы от 19.05.2015);</w:t>
            </w:r>
          </w:p>
        </w:tc>
        <w:tc>
          <w:tcPr>
            <w:tcW w:w="2880" w:type="dxa"/>
          </w:tcPr>
          <w:p w:rsidR="006F7457" w:rsidRDefault="006F7457"/>
        </w:tc>
      </w:tr>
      <w:tr w:rsidR="006F7457" w:rsidRPr="005A424D">
        <w:tc>
          <w:tcPr>
            <w:tcW w:w="2880" w:type="dxa"/>
          </w:tcPr>
          <w:p w:rsidR="006F7457" w:rsidRDefault="00332DB8">
            <w:r>
              <w:t>3335.</w:t>
            </w:r>
          </w:p>
        </w:tc>
        <w:tc>
          <w:tcPr>
            <w:tcW w:w="2880" w:type="dxa"/>
          </w:tcPr>
          <w:p w:rsidR="006F7457" w:rsidRPr="00332DB8" w:rsidRDefault="00332DB8">
            <w:pPr>
              <w:rPr>
                <w:lang w:val="ru-RU"/>
              </w:rPr>
            </w:pPr>
            <w:r w:rsidRPr="00332DB8">
              <w:rPr>
                <w:lang w:val="ru-RU"/>
              </w:rPr>
              <w:t>Книга Миронова Б.С. «Иго иудейское».-М.: Алгоритм, 2007.-432с. (решение Головинского районного суда города Москвы от 19.05.2015);</w:t>
            </w:r>
          </w:p>
        </w:tc>
        <w:tc>
          <w:tcPr>
            <w:tcW w:w="2880" w:type="dxa"/>
          </w:tcPr>
          <w:p w:rsidR="006F7457" w:rsidRPr="00332DB8" w:rsidRDefault="006F7457">
            <w:pPr>
              <w:rPr>
                <w:lang w:val="ru-RU"/>
              </w:rPr>
            </w:pPr>
          </w:p>
        </w:tc>
      </w:tr>
      <w:tr w:rsidR="006F7457" w:rsidRPr="005A424D">
        <w:tc>
          <w:tcPr>
            <w:tcW w:w="2880" w:type="dxa"/>
          </w:tcPr>
          <w:p w:rsidR="006F7457" w:rsidRDefault="00332DB8">
            <w:r>
              <w:t>33</w:t>
            </w:r>
            <w:r>
              <w:lastRenderedPageBreak/>
              <w:t>36.</w:t>
            </w:r>
          </w:p>
        </w:tc>
        <w:tc>
          <w:tcPr>
            <w:tcW w:w="2880" w:type="dxa"/>
          </w:tcPr>
          <w:p w:rsidR="006F7457" w:rsidRPr="00332DB8" w:rsidRDefault="00332DB8">
            <w:pPr>
              <w:rPr>
                <w:lang w:val="ru-RU"/>
              </w:rPr>
            </w:pPr>
            <w:r w:rsidRPr="00332DB8">
              <w:rPr>
                <w:lang w:val="ru-RU"/>
              </w:rPr>
              <w:lastRenderedPageBreak/>
              <w:t>Брошюра «Многоженство: масонское или арийское».-Курск, 1997.32-с (решение Головинского районного суда города Москвы от 18.05.2015)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3337.</w:t>
            </w:r>
          </w:p>
        </w:tc>
        <w:tc>
          <w:tcPr>
            <w:tcW w:w="2880" w:type="dxa"/>
          </w:tcPr>
          <w:p w:rsidR="006F7457" w:rsidRPr="00332DB8" w:rsidRDefault="00332DB8">
            <w:pPr>
              <w:rPr>
                <w:lang w:val="ru-RU"/>
              </w:rPr>
            </w:pPr>
            <w:r w:rsidRPr="00332DB8">
              <w:rPr>
                <w:lang w:val="ru-RU"/>
              </w:rPr>
              <w:t>Книга «Чужие среди нас».-Москва,2013. -232с. (решение Головинского районного суда города Москвы от 18.05.2015);</w:t>
            </w:r>
          </w:p>
        </w:tc>
        <w:tc>
          <w:tcPr>
            <w:tcW w:w="2880" w:type="dxa"/>
          </w:tcPr>
          <w:p w:rsidR="006F7457" w:rsidRPr="00332DB8" w:rsidRDefault="006F7457">
            <w:pPr>
              <w:rPr>
                <w:lang w:val="ru-RU"/>
              </w:rPr>
            </w:pPr>
          </w:p>
        </w:tc>
      </w:tr>
      <w:tr w:rsidR="006F7457" w:rsidRPr="005A424D">
        <w:tc>
          <w:tcPr>
            <w:tcW w:w="2880" w:type="dxa"/>
          </w:tcPr>
          <w:p w:rsidR="006F7457" w:rsidRDefault="00332DB8">
            <w:r>
              <w:t>3338.</w:t>
            </w:r>
          </w:p>
        </w:tc>
        <w:tc>
          <w:tcPr>
            <w:tcW w:w="2880" w:type="dxa"/>
          </w:tcPr>
          <w:p w:rsidR="006F7457" w:rsidRPr="00332DB8" w:rsidRDefault="00332DB8">
            <w:pPr>
              <w:rPr>
                <w:lang w:val="ru-RU"/>
              </w:rPr>
            </w:pPr>
            <w:r w:rsidRPr="00332DB8">
              <w:rPr>
                <w:lang w:val="ru-RU"/>
              </w:rPr>
              <w:t xml:space="preserve">Информация, распространяемая на сайте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id</w:t>
            </w:r>
            <w:r w:rsidRPr="00332DB8">
              <w:rPr>
                <w:lang w:val="ru-RU"/>
              </w:rPr>
              <w:t>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2880" w:type="dxa"/>
          </w:tcPr>
          <w:p w:rsidR="006F7457" w:rsidRPr="00332DB8" w:rsidRDefault="006F7457">
            <w:pPr>
              <w:rPr>
                <w:lang w:val="ru-RU"/>
              </w:rPr>
            </w:pPr>
          </w:p>
        </w:tc>
      </w:tr>
      <w:tr w:rsidR="006F7457" w:rsidRPr="005A424D">
        <w:tc>
          <w:tcPr>
            <w:tcW w:w="2880" w:type="dxa"/>
          </w:tcPr>
          <w:p w:rsidR="006F7457" w:rsidRDefault="00332DB8">
            <w:r>
              <w:t>3339.</w:t>
            </w:r>
          </w:p>
        </w:tc>
        <w:tc>
          <w:tcPr>
            <w:tcW w:w="2880" w:type="dxa"/>
          </w:tcPr>
          <w:p w:rsidR="006F7457" w:rsidRPr="00332DB8" w:rsidRDefault="00332DB8">
            <w:pPr>
              <w:rPr>
                <w:lang w:val="ru-RU"/>
              </w:rPr>
            </w:pPr>
            <w:r w:rsidRPr="00332DB8">
              <w:rPr>
                <w:lang w:val="ru-RU"/>
              </w:rPr>
              <w:t xml:space="preserve">Видеоматериал «Видеообращение маленькой девочки к аллаху», размещенный в сети Интернет по адресу: </w:t>
            </w:r>
            <w:r>
              <w:t>www</w:t>
            </w:r>
            <w:r w:rsidRPr="00332DB8">
              <w:rPr>
                <w:lang w:val="ru-RU"/>
              </w:rPr>
              <w:t>.</w:t>
            </w:r>
            <w:r>
              <w:t>youtube</w:t>
            </w:r>
            <w:r w:rsidRPr="00332DB8">
              <w:rPr>
                <w:lang w:val="ru-RU"/>
              </w:rPr>
              <w:t>.</w:t>
            </w:r>
            <w:r>
              <w:t>com</w:t>
            </w:r>
            <w:r w:rsidRPr="00332DB8">
              <w:rPr>
                <w:lang w:val="ru-RU"/>
              </w:rPr>
              <w:t xml:space="preserve">; видеоматериал «Мусульмане, смотрите обязательно!», размещенный в сети Интернет по адресу: </w:t>
            </w:r>
            <w:r>
              <w:t>www</w:t>
            </w:r>
            <w:r w:rsidRPr="00332DB8">
              <w:rPr>
                <w:lang w:val="ru-RU"/>
              </w:rPr>
              <w:t>.</w:t>
            </w:r>
            <w:r>
              <w:t>youtube</w:t>
            </w:r>
            <w:r w:rsidRPr="00332DB8">
              <w:rPr>
                <w:lang w:val="ru-RU"/>
              </w:rPr>
              <w:t>.</w:t>
            </w:r>
            <w:r>
              <w:t>com</w:t>
            </w:r>
            <w:r w:rsidRPr="00332DB8">
              <w:rPr>
                <w:lang w:val="ru-RU"/>
              </w:rPr>
              <w:t xml:space="preserve"> (решение Тверского районного суда города Москвы от 18.02.2015);</w:t>
            </w:r>
          </w:p>
        </w:tc>
        <w:tc>
          <w:tcPr>
            <w:tcW w:w="2880" w:type="dxa"/>
          </w:tcPr>
          <w:p w:rsidR="006F7457" w:rsidRPr="00332DB8" w:rsidRDefault="006F7457">
            <w:pPr>
              <w:rPr>
                <w:lang w:val="ru-RU"/>
              </w:rPr>
            </w:pPr>
          </w:p>
        </w:tc>
      </w:tr>
      <w:tr w:rsidR="006F7457" w:rsidRPr="005A424D">
        <w:tc>
          <w:tcPr>
            <w:tcW w:w="2880" w:type="dxa"/>
          </w:tcPr>
          <w:p w:rsidR="006F7457" w:rsidRDefault="00332DB8">
            <w:r>
              <w:t>3340.</w:t>
            </w:r>
          </w:p>
        </w:tc>
        <w:tc>
          <w:tcPr>
            <w:tcW w:w="2880" w:type="dxa"/>
          </w:tcPr>
          <w:p w:rsidR="006F7457" w:rsidRPr="00332DB8" w:rsidRDefault="00332DB8">
            <w:pPr>
              <w:rPr>
                <w:lang w:val="ru-RU"/>
              </w:rPr>
            </w:pPr>
            <w:r w:rsidRPr="00332DB8">
              <w:rPr>
                <w:lang w:val="ru-RU"/>
              </w:rPr>
              <w:t xml:space="preserve">Информационный материал: «Заставили отказаться от Аллаха часть 2», размещенный в сети Интернет по адресу: </w:t>
            </w:r>
            <w:r>
              <w:t>www</w:t>
            </w:r>
            <w:r w:rsidRPr="00332DB8">
              <w:rPr>
                <w:lang w:val="ru-RU"/>
              </w:rPr>
              <w:t>.</w:t>
            </w:r>
            <w:r>
              <w:t>youtube</w:t>
            </w:r>
            <w:r w:rsidRPr="00332DB8">
              <w:rPr>
                <w:lang w:val="ru-RU"/>
              </w:rPr>
              <w:t>.</w:t>
            </w:r>
            <w:r>
              <w:t>com</w:t>
            </w:r>
            <w:r w:rsidRPr="00332DB8">
              <w:rPr>
                <w:lang w:val="ru-RU"/>
              </w:rPr>
              <w:t xml:space="preserve"> (решение Тверского районного суда города Москвы от 18.02.2015);</w:t>
            </w:r>
          </w:p>
        </w:tc>
        <w:tc>
          <w:tcPr>
            <w:tcW w:w="2880" w:type="dxa"/>
          </w:tcPr>
          <w:p w:rsidR="006F7457" w:rsidRPr="00332DB8" w:rsidRDefault="006F7457">
            <w:pPr>
              <w:rPr>
                <w:lang w:val="ru-RU"/>
              </w:rPr>
            </w:pPr>
          </w:p>
        </w:tc>
      </w:tr>
      <w:tr w:rsidR="006F7457" w:rsidRPr="005A424D">
        <w:tc>
          <w:tcPr>
            <w:tcW w:w="2880" w:type="dxa"/>
          </w:tcPr>
          <w:p w:rsidR="006F7457" w:rsidRDefault="00332DB8">
            <w:r>
              <w:t>3341.</w:t>
            </w:r>
          </w:p>
        </w:tc>
        <w:tc>
          <w:tcPr>
            <w:tcW w:w="2880" w:type="dxa"/>
          </w:tcPr>
          <w:p w:rsidR="006F7457" w:rsidRPr="00332DB8" w:rsidRDefault="00332DB8">
            <w:pPr>
              <w:rPr>
                <w:lang w:val="ru-RU"/>
              </w:rPr>
            </w:pPr>
            <w:r w:rsidRPr="00332DB8">
              <w:rPr>
                <w:lang w:val="ru-RU"/>
              </w:rPr>
              <w:t xml:space="preserve">Текст стихотворения «Советским ветеранам», размещенного в сети Интернет по сетевому адресу: </w:t>
            </w:r>
            <w:r>
              <w:t>http</w:t>
            </w:r>
            <w:r w:rsidRPr="00332DB8">
              <w:rPr>
                <w:lang w:val="ru-RU"/>
              </w:rPr>
              <w:t>://</w:t>
            </w:r>
            <w:r>
              <w:t>vaysburd</w:t>
            </w:r>
            <w:r w:rsidRPr="00332DB8">
              <w:rPr>
                <w:lang w:val="ru-RU"/>
              </w:rPr>
              <w:t>.</w:t>
            </w:r>
            <w:r>
              <w:t>livejournal</w:t>
            </w:r>
            <w:r w:rsidRPr="00332DB8">
              <w:rPr>
                <w:lang w:val="ru-RU"/>
              </w:rPr>
              <w:t>.</w:t>
            </w:r>
            <w:r>
              <w:t>com</w:t>
            </w:r>
            <w:r w:rsidRPr="00332DB8">
              <w:rPr>
                <w:lang w:val="ru-RU"/>
              </w:rPr>
              <w:t>/575415.</w:t>
            </w:r>
            <w:r>
              <w:t>html</w:t>
            </w:r>
            <w:r w:rsidRPr="00332DB8">
              <w:rPr>
                <w:lang w:val="ru-RU"/>
              </w:rPr>
              <w:t xml:space="preserve"> (решение Тверского районного суда города Москвы от 16.04.2015);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3342.</w:t>
            </w:r>
          </w:p>
        </w:tc>
        <w:tc>
          <w:tcPr>
            <w:tcW w:w="2880" w:type="dxa"/>
          </w:tcPr>
          <w:p w:rsidR="006F7457" w:rsidRPr="00332DB8" w:rsidRDefault="00332DB8">
            <w:pPr>
              <w:rPr>
                <w:lang w:val="ru-RU"/>
              </w:rPr>
            </w:pPr>
            <w:r w:rsidRPr="00332DB8">
              <w:rPr>
                <w:lang w:val="ru-RU"/>
              </w:rPr>
              <w:t>Книга «Азбука десионизации».- Москва, 2013.- 988с. (решение Головинского районного суда города Москвы от 17.04.2015);</w:t>
            </w:r>
          </w:p>
        </w:tc>
        <w:tc>
          <w:tcPr>
            <w:tcW w:w="2880" w:type="dxa"/>
          </w:tcPr>
          <w:p w:rsidR="006F7457" w:rsidRPr="00332DB8" w:rsidRDefault="006F7457">
            <w:pPr>
              <w:rPr>
                <w:lang w:val="ru-RU"/>
              </w:rPr>
            </w:pPr>
          </w:p>
        </w:tc>
      </w:tr>
      <w:tr w:rsidR="006F7457">
        <w:tc>
          <w:tcPr>
            <w:tcW w:w="2880" w:type="dxa"/>
          </w:tcPr>
          <w:p w:rsidR="006F7457" w:rsidRDefault="00332DB8">
            <w:r>
              <w:t>3343.</w:t>
            </w:r>
          </w:p>
        </w:tc>
        <w:tc>
          <w:tcPr>
            <w:tcW w:w="2880" w:type="dxa"/>
          </w:tcPr>
          <w:p w:rsidR="006F7457" w:rsidRDefault="00332DB8">
            <w:r w:rsidRPr="00332DB8">
              <w:rPr>
                <w:lang w:val="ru-RU"/>
              </w:rPr>
              <w:t xml:space="preserve">Книга Бориса Бессонова «ИСТОРИЯ. Русская идея. Иудейская идея. БОРЬБА ИДЕЙ». Москва, «ВОГ-Свекрасаф», 2011.-393с. </w:t>
            </w:r>
            <w:r>
              <w:t>(решение Головинского районного суда города Москвы от 17.04.2015);</w:t>
            </w:r>
          </w:p>
        </w:tc>
        <w:tc>
          <w:tcPr>
            <w:tcW w:w="2880" w:type="dxa"/>
          </w:tcPr>
          <w:p w:rsidR="006F7457" w:rsidRDefault="006F7457"/>
        </w:tc>
      </w:tr>
      <w:tr w:rsidR="006F7457">
        <w:tc>
          <w:tcPr>
            <w:tcW w:w="2880" w:type="dxa"/>
          </w:tcPr>
          <w:p w:rsidR="006F7457" w:rsidRDefault="00332DB8">
            <w:r>
              <w:t>3344.</w:t>
            </w:r>
          </w:p>
        </w:tc>
        <w:tc>
          <w:tcPr>
            <w:tcW w:w="2880" w:type="dxa"/>
          </w:tcPr>
          <w:p w:rsidR="006F7457" w:rsidRDefault="00332DB8">
            <w:r w:rsidRPr="00332DB8">
              <w:rPr>
                <w:lang w:val="ru-RU"/>
              </w:rPr>
              <w:t xml:space="preserve">Книга Сборник. Русские писатели о евреях. Книга 2. Составитель С.Н. Николаев.-М.: КНИГА, 2009-384с. </w:t>
            </w:r>
            <w:r>
              <w:t>(решение Головинского районного суда города Москвы от 21.04.2015);</w:t>
            </w:r>
          </w:p>
        </w:tc>
        <w:tc>
          <w:tcPr>
            <w:tcW w:w="2880" w:type="dxa"/>
          </w:tcPr>
          <w:p w:rsidR="006F7457" w:rsidRDefault="006F7457"/>
        </w:tc>
      </w:tr>
      <w:tr w:rsidR="006F7457" w:rsidRPr="005A424D">
        <w:tc>
          <w:tcPr>
            <w:tcW w:w="2880" w:type="dxa"/>
          </w:tcPr>
          <w:p w:rsidR="006F7457" w:rsidRDefault="00332DB8">
            <w:r>
              <w:t>3345.</w:t>
            </w:r>
          </w:p>
        </w:tc>
        <w:tc>
          <w:tcPr>
            <w:tcW w:w="2880" w:type="dxa"/>
          </w:tcPr>
          <w:p w:rsidR="006F7457" w:rsidRPr="00332DB8" w:rsidRDefault="00332DB8">
            <w:pPr>
              <w:rPr>
                <w:lang w:val="ru-RU"/>
              </w:rPr>
            </w:pPr>
            <w:r w:rsidRPr="00332DB8">
              <w:rPr>
                <w:lang w:val="ru-RU"/>
              </w:rPr>
              <w:t>Книга «Русские писатели о евреях» -М.: Книга, 2009 -488с. (решение Головинского районного суда города Москвы от 21.04.2015);</w:t>
            </w:r>
          </w:p>
        </w:tc>
        <w:tc>
          <w:tcPr>
            <w:tcW w:w="2880" w:type="dxa"/>
          </w:tcPr>
          <w:p w:rsidR="006F7457" w:rsidRPr="00332DB8" w:rsidRDefault="006F7457">
            <w:pPr>
              <w:rPr>
                <w:lang w:val="ru-RU"/>
              </w:rPr>
            </w:pPr>
          </w:p>
        </w:tc>
      </w:tr>
      <w:tr w:rsidR="006F7457" w:rsidRPr="005A424D">
        <w:tc>
          <w:tcPr>
            <w:tcW w:w="2880" w:type="dxa"/>
          </w:tcPr>
          <w:p w:rsidR="006F7457" w:rsidRDefault="00332DB8">
            <w:r>
              <w:t>3346.</w:t>
            </w:r>
          </w:p>
        </w:tc>
        <w:tc>
          <w:tcPr>
            <w:tcW w:w="2880" w:type="dxa"/>
          </w:tcPr>
          <w:p w:rsidR="006F7457" w:rsidRPr="00332DB8" w:rsidRDefault="00332DB8">
            <w:pPr>
              <w:rPr>
                <w:lang w:val="ru-RU"/>
              </w:rPr>
            </w:pPr>
            <w:r w:rsidRPr="00332DB8">
              <w:rPr>
                <w:lang w:val="ru-RU"/>
              </w:rPr>
              <w:t>Брошюра д-ра Шерифа Абдул-Азым «Женщина в Исламе и в иудейско-христианском мире (между мифами и реальностью)» издательство «</w:t>
            </w:r>
            <w:r>
              <w:t>Engineering</w:t>
            </w:r>
            <w:r w:rsidRPr="00332DB8">
              <w:rPr>
                <w:lang w:val="ru-RU"/>
              </w:rPr>
              <w:t xml:space="preserve"> </w:t>
            </w:r>
            <w:r>
              <w:t>House</w:t>
            </w:r>
            <w:r w:rsidRPr="00332DB8">
              <w:rPr>
                <w:lang w:val="ru-RU"/>
              </w:rPr>
              <w:t xml:space="preserve"> </w:t>
            </w:r>
            <w:r>
              <w:t>Press</w:t>
            </w:r>
            <w:r w:rsidRPr="00332DB8">
              <w:rPr>
                <w:lang w:val="ru-RU"/>
              </w:rPr>
              <w:t>», учрежденное «</w:t>
            </w:r>
            <w:r>
              <w:t>Conveying</w:t>
            </w:r>
            <w:r w:rsidRPr="00332DB8">
              <w:rPr>
                <w:lang w:val="ru-RU"/>
              </w:rPr>
              <w:t xml:space="preserve"> </w:t>
            </w:r>
            <w:r>
              <w:t>Islamic</w:t>
            </w:r>
            <w:r w:rsidRPr="00332DB8">
              <w:rPr>
                <w:lang w:val="ru-RU"/>
              </w:rPr>
              <w:t xml:space="preserve"> </w:t>
            </w:r>
            <w:r>
              <w:t>Message</w:t>
            </w:r>
            <w:r w:rsidRPr="00332DB8">
              <w:rPr>
                <w:lang w:val="ru-RU"/>
              </w:rPr>
              <w:t xml:space="preserve"> </w:t>
            </w:r>
            <w:r>
              <w:t>Society</w:t>
            </w:r>
            <w:r w:rsidRPr="00332DB8">
              <w:rPr>
                <w:lang w:val="ru-RU"/>
              </w:rPr>
              <w:t>», 128 страниц (решение Нижнесергинского районного суда Свердловской области от 25.05.2015);</w:t>
            </w:r>
          </w:p>
        </w:tc>
        <w:tc>
          <w:tcPr>
            <w:tcW w:w="2880" w:type="dxa"/>
          </w:tcPr>
          <w:p w:rsidR="006F7457" w:rsidRPr="00332DB8" w:rsidRDefault="006F7457">
            <w:pPr>
              <w:rPr>
                <w:lang w:val="ru-RU"/>
              </w:rPr>
            </w:pPr>
          </w:p>
        </w:tc>
      </w:tr>
      <w:tr w:rsidR="006F7457" w:rsidRPr="005A424D">
        <w:tc>
          <w:tcPr>
            <w:tcW w:w="2880" w:type="dxa"/>
          </w:tcPr>
          <w:p w:rsidR="006F7457" w:rsidRDefault="00332DB8">
            <w:r>
              <w:t>334</w:t>
            </w:r>
            <w:r>
              <w:lastRenderedPageBreak/>
              <w:t>7.</w:t>
            </w:r>
          </w:p>
        </w:tc>
        <w:tc>
          <w:tcPr>
            <w:tcW w:w="2880" w:type="dxa"/>
          </w:tcPr>
          <w:p w:rsidR="006F7457" w:rsidRPr="00332DB8" w:rsidRDefault="00332DB8">
            <w:pPr>
              <w:rPr>
                <w:lang w:val="ru-RU"/>
              </w:rPr>
            </w:pPr>
            <w:r w:rsidRPr="00332DB8">
              <w:rPr>
                <w:lang w:val="ru-RU"/>
              </w:rPr>
              <w:lastRenderedPageBreak/>
              <w:t xml:space="preserve">Информационные видеоматериалы, размещенные по интернет-адресу: </w:t>
            </w:r>
            <w:r>
              <w:t>http</w:t>
            </w:r>
            <w:r w:rsidRPr="00332DB8">
              <w:rPr>
                <w:lang w:val="ru-RU"/>
              </w:rPr>
              <w:t>://</w:t>
            </w:r>
            <w:r>
              <w:t>ahoramismo</w:t>
            </w:r>
            <w:r w:rsidRPr="00332DB8">
              <w:rPr>
                <w:lang w:val="ru-RU"/>
              </w:rPr>
              <w:t>.</w:t>
            </w:r>
            <w:r>
              <w:t>com</w:t>
            </w:r>
            <w:r w:rsidRPr="00332DB8">
              <w:rPr>
                <w:lang w:val="ru-RU"/>
              </w:rPr>
              <w:t>/</w:t>
            </w:r>
            <w:r>
              <w:t>noticias</w:t>
            </w:r>
            <w:r w:rsidRPr="00332DB8">
              <w:rPr>
                <w:lang w:val="ru-RU"/>
              </w:rPr>
              <w:t>/2015/12/</w:t>
            </w:r>
            <w:r>
              <w:t>ver</w:t>
            </w:r>
            <w:r w:rsidRPr="00332DB8">
              <w:rPr>
                <w:lang w:val="ru-RU"/>
              </w:rPr>
              <w:t>-</w:t>
            </w:r>
            <w:r>
              <w:t>isis</w:t>
            </w:r>
            <w:r w:rsidRPr="00332DB8">
              <w:rPr>
                <w:lang w:val="ru-RU"/>
              </w:rPr>
              <w:t>-</w:t>
            </w:r>
            <w:r>
              <w:t>decapita</w:t>
            </w:r>
            <w:r w:rsidRPr="00332DB8">
              <w:rPr>
                <w:lang w:val="ru-RU"/>
              </w:rPr>
              <w:t>-</w:t>
            </w:r>
            <w:r>
              <w:t>agente</w:t>
            </w:r>
            <w:r w:rsidRPr="00332DB8">
              <w:rPr>
                <w:lang w:val="ru-RU"/>
              </w:rPr>
              <w:t>-</w:t>
            </w:r>
            <w:r>
              <w:t>espia</w:t>
            </w:r>
            <w:r w:rsidRPr="00332DB8">
              <w:rPr>
                <w:lang w:val="ru-RU"/>
              </w:rPr>
              <w:t>-</w:t>
            </w:r>
            <w:r>
              <w:t>ruso</w:t>
            </w:r>
            <w:r w:rsidRPr="00332DB8">
              <w:rPr>
                <w:lang w:val="ru-RU"/>
              </w:rPr>
              <w:t>-</w:t>
            </w:r>
            <w:r>
              <w:t>fsb</w:t>
            </w:r>
            <w:r w:rsidRPr="00332DB8">
              <w:rPr>
                <w:lang w:val="ru-RU"/>
              </w:rPr>
              <w:t>-</w:t>
            </w:r>
            <w:r>
              <w:t>video</w:t>
            </w:r>
            <w:r w:rsidRPr="00332DB8">
              <w:rPr>
                <w:lang w:val="ru-RU"/>
              </w:rPr>
              <w:t>-</w:t>
            </w:r>
            <w:r>
              <w:t>new</w:t>
            </w:r>
            <w:r w:rsidRPr="00332DB8">
              <w:rPr>
                <w:lang w:val="ru-RU"/>
              </w:rPr>
              <w:t>-</w:t>
            </w:r>
            <w:r>
              <w:t>isis</w:t>
            </w:r>
            <w:r w:rsidRPr="00332DB8">
              <w:rPr>
                <w:lang w:val="ru-RU"/>
              </w:rPr>
              <w:t>-</w:t>
            </w:r>
            <w:r>
              <w:t>islamic</w:t>
            </w:r>
            <w:r w:rsidRPr="00332DB8">
              <w:rPr>
                <w:lang w:val="ru-RU"/>
              </w:rPr>
              <w:t>-</w:t>
            </w:r>
            <w:r>
              <w:t>state</w:t>
            </w:r>
            <w:r w:rsidRPr="00332DB8">
              <w:rPr>
                <w:lang w:val="ru-RU"/>
              </w:rPr>
              <w:t>-</w:t>
            </w:r>
            <w:r>
              <w:t>news</w:t>
            </w:r>
            <w:r w:rsidRPr="00332DB8">
              <w:rPr>
                <w:lang w:val="ru-RU"/>
              </w:rPr>
              <w:t>-</w:t>
            </w:r>
            <w:r>
              <w:t>videos</w:t>
            </w:r>
            <w:r w:rsidRPr="00332DB8">
              <w:rPr>
                <w:lang w:val="ru-RU"/>
              </w:rPr>
              <w:t>-</w:t>
            </w:r>
            <w:r>
              <w:t>pictures</w:t>
            </w:r>
            <w:r w:rsidRPr="00332DB8">
              <w:rPr>
                <w:lang w:val="ru-RU"/>
              </w:rPr>
              <w:t>-</w:t>
            </w:r>
            <w:r>
              <w:t>fsb</w:t>
            </w:r>
            <w:r w:rsidRPr="00332DB8">
              <w:rPr>
                <w:lang w:val="ru-RU"/>
              </w:rPr>
              <w:t>-</w:t>
            </w:r>
            <w:r>
              <w:t>federal</w:t>
            </w:r>
            <w:r w:rsidRPr="00332DB8">
              <w:rPr>
                <w:lang w:val="ru-RU"/>
              </w:rPr>
              <w:t>-</w:t>
            </w:r>
            <w:r>
              <w:t>security</w:t>
            </w:r>
            <w:r w:rsidRPr="00332DB8">
              <w:rPr>
                <w:lang w:val="ru-RU"/>
              </w:rPr>
              <w:t>-</w:t>
            </w:r>
            <w:r>
              <w:t>service</w:t>
            </w:r>
            <w:r w:rsidRPr="00332DB8">
              <w:rPr>
                <w:lang w:val="ru-RU"/>
              </w:rPr>
              <w:t>-</w:t>
            </w:r>
            <w:r>
              <w:t>agent</w:t>
            </w:r>
            <w:r w:rsidRPr="00332DB8">
              <w:rPr>
                <w:lang w:val="ru-RU"/>
              </w:rPr>
              <w:t>-</w:t>
            </w:r>
            <w:r>
              <w:t>spy</w:t>
            </w:r>
            <w:r w:rsidRPr="00332DB8">
              <w:rPr>
                <w:lang w:val="ru-RU"/>
              </w:rPr>
              <w:t>-</w:t>
            </w:r>
            <w:r>
              <w:t>chechen</w:t>
            </w:r>
            <w:r w:rsidRPr="00332DB8">
              <w:rPr>
                <w:lang w:val="ru-RU"/>
              </w:rPr>
              <w:t>-</w:t>
            </w:r>
            <w:r>
              <w:t>chechnya</w:t>
            </w:r>
            <w:r w:rsidRPr="00332DB8">
              <w:rPr>
                <w:lang w:val="ru-RU"/>
              </w:rPr>
              <w:t>-</w:t>
            </w:r>
            <w:r>
              <w:t>russia</w:t>
            </w:r>
            <w:r w:rsidRPr="00332DB8">
              <w:rPr>
                <w:lang w:val="ru-RU"/>
              </w:rPr>
              <w:t>-</w:t>
            </w:r>
            <w:r>
              <w:t>russian</w:t>
            </w:r>
            <w:r w:rsidRPr="00332DB8">
              <w:rPr>
                <w:lang w:val="ru-RU"/>
              </w:rPr>
              <w:t>-</w:t>
            </w:r>
            <w:r>
              <w:t>moscow</w:t>
            </w:r>
            <w:r w:rsidRPr="00332DB8">
              <w:rPr>
                <w:lang w:val="ru-RU"/>
              </w:rPr>
              <w:t>-</w:t>
            </w:r>
            <w:r>
              <w:t>vladimir</w:t>
            </w:r>
            <w:r w:rsidRPr="00332DB8">
              <w:rPr>
                <w:lang w:val="ru-RU"/>
              </w:rPr>
              <w:t>-</w:t>
            </w:r>
            <w:r>
              <w:t>putin</w:t>
            </w:r>
            <w:r w:rsidRPr="00332DB8">
              <w:rPr>
                <w:lang w:val="ru-RU"/>
              </w:rPr>
              <w:t>-</w:t>
            </w:r>
            <w:r>
              <w:lastRenderedPageBreak/>
              <w:t>ragga</w:t>
            </w:r>
            <w:r w:rsidRPr="00332DB8">
              <w:rPr>
                <w:lang w:val="ru-RU"/>
              </w:rPr>
              <w:t>-</w:t>
            </w:r>
            <w:r>
              <w:t>syria</w:t>
            </w:r>
            <w:r w:rsidRPr="00332DB8">
              <w:rPr>
                <w:lang w:val="ru-RU"/>
              </w:rPr>
              <w:t>-</w:t>
            </w:r>
            <w:r>
              <w:t>full</w:t>
            </w:r>
            <w:r w:rsidRPr="00332DB8">
              <w:rPr>
                <w:lang w:val="ru-RU"/>
              </w:rPr>
              <w:t>/ (решение Ноябрьского городского суда Ямало-Ненецкого автономного округа от 08.02.2016);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3348.</w:t>
            </w:r>
          </w:p>
        </w:tc>
        <w:tc>
          <w:tcPr>
            <w:tcW w:w="2880" w:type="dxa"/>
          </w:tcPr>
          <w:p w:rsidR="006F7457" w:rsidRPr="00332DB8" w:rsidRDefault="00332DB8">
            <w:pPr>
              <w:rPr>
                <w:lang w:val="ru-RU"/>
              </w:rPr>
            </w:pPr>
            <w:r w:rsidRPr="00332DB8">
              <w:rPr>
                <w:lang w:val="ru-RU"/>
              </w:rPr>
              <w:t>Видеозапись под названием: «Задумайся…», размещенная на личной странице пользователя под ником «Игорь Антифеев» на сайте «ВКонтакте» сети Интернет (</w:t>
            </w:r>
            <w:r>
              <w:t>https</w:t>
            </w:r>
            <w:r w:rsidRPr="00332DB8">
              <w:rPr>
                <w:lang w:val="ru-RU"/>
              </w:rPr>
              <w:t>://</w:t>
            </w:r>
            <w:r>
              <w:t>vk</w:t>
            </w:r>
            <w:r w:rsidRPr="00332DB8">
              <w:rPr>
                <w:lang w:val="ru-RU"/>
              </w:rPr>
              <w:t>.</w:t>
            </w:r>
            <w:r>
              <w:t>com</w:t>
            </w:r>
            <w:r w:rsidRPr="00332DB8">
              <w:rPr>
                <w:lang w:val="ru-RU"/>
              </w:rPr>
              <w:t>/</w:t>
            </w:r>
            <w:r>
              <w:t>id</w:t>
            </w:r>
            <w:r w:rsidRPr="00332DB8">
              <w:rPr>
                <w:lang w:val="ru-RU"/>
              </w:rPr>
              <w:t>80193983) (решение Майкопского городского суда Республики Адыгея от 20.01.2016);</w:t>
            </w:r>
          </w:p>
        </w:tc>
        <w:tc>
          <w:tcPr>
            <w:tcW w:w="2880" w:type="dxa"/>
          </w:tcPr>
          <w:p w:rsidR="006F7457" w:rsidRPr="00332DB8" w:rsidRDefault="006F7457">
            <w:pPr>
              <w:rPr>
                <w:lang w:val="ru-RU"/>
              </w:rPr>
            </w:pPr>
          </w:p>
        </w:tc>
      </w:tr>
      <w:tr w:rsidR="006F7457" w:rsidRPr="005A424D">
        <w:tc>
          <w:tcPr>
            <w:tcW w:w="2880" w:type="dxa"/>
          </w:tcPr>
          <w:p w:rsidR="006F7457" w:rsidRDefault="00332DB8">
            <w:r>
              <w:t>3349.</w:t>
            </w:r>
          </w:p>
        </w:tc>
        <w:tc>
          <w:tcPr>
            <w:tcW w:w="2880" w:type="dxa"/>
          </w:tcPr>
          <w:p w:rsidR="006F7457" w:rsidRPr="00332DB8" w:rsidRDefault="00332DB8">
            <w:pPr>
              <w:rPr>
                <w:lang w:val="ru-RU"/>
              </w:rPr>
            </w:pPr>
            <w:r w:rsidRPr="00332DB8">
              <w:rPr>
                <w:lang w:val="ru-RU"/>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2880" w:type="dxa"/>
          </w:tcPr>
          <w:p w:rsidR="006F7457" w:rsidRPr="00332DB8" w:rsidRDefault="006F7457">
            <w:pPr>
              <w:rPr>
                <w:lang w:val="ru-RU"/>
              </w:rPr>
            </w:pPr>
          </w:p>
        </w:tc>
      </w:tr>
      <w:tr w:rsidR="006F7457" w:rsidRPr="005A424D">
        <w:tc>
          <w:tcPr>
            <w:tcW w:w="2880" w:type="dxa"/>
          </w:tcPr>
          <w:p w:rsidR="006F7457" w:rsidRDefault="00332DB8">
            <w:r>
              <w:t>3350.</w:t>
            </w:r>
          </w:p>
        </w:tc>
        <w:tc>
          <w:tcPr>
            <w:tcW w:w="2880" w:type="dxa"/>
          </w:tcPr>
          <w:p w:rsidR="006F7457" w:rsidRPr="00332DB8" w:rsidRDefault="00332DB8">
            <w:pPr>
              <w:rPr>
                <w:lang w:val="ru-RU"/>
              </w:rPr>
            </w:pPr>
            <w:r w:rsidRPr="00332DB8">
              <w:rPr>
                <w:lang w:val="ru-RU"/>
              </w:rPr>
              <w:t xml:space="preserve">Видеофайл «Задумайтесь!» размещенный в социальной сети «В контакте» в сети Интернет, имеющие сетевой адрес </w:t>
            </w:r>
            <w:r>
              <w:t>www</w:t>
            </w:r>
            <w:r w:rsidRPr="00332DB8">
              <w:rPr>
                <w:lang w:val="ru-RU"/>
              </w:rPr>
              <w:t>.</w:t>
            </w:r>
            <w:r>
              <w:t>vk</w:t>
            </w:r>
            <w:r w:rsidRPr="00332DB8">
              <w:rPr>
                <w:lang w:val="ru-RU"/>
              </w:rPr>
              <w:t>.</w:t>
            </w:r>
            <w:r>
              <w:t>com</w:t>
            </w:r>
            <w:r w:rsidRPr="00332DB8">
              <w:rPr>
                <w:lang w:val="ru-RU"/>
              </w:rPr>
              <w:t>/</w:t>
            </w:r>
            <w:r>
              <w:t>tixas</w:t>
            </w:r>
            <w:r w:rsidRPr="00332DB8">
              <w:rPr>
                <w:lang w:val="ru-RU"/>
              </w:rPr>
              <w:t xml:space="preserve"> (решение Калужского районного суда Калужской области от 12.11.2015);</w:t>
            </w:r>
          </w:p>
        </w:tc>
        <w:tc>
          <w:tcPr>
            <w:tcW w:w="2880" w:type="dxa"/>
          </w:tcPr>
          <w:p w:rsidR="006F7457" w:rsidRPr="00332DB8" w:rsidRDefault="006F7457">
            <w:pPr>
              <w:rPr>
                <w:lang w:val="ru-RU"/>
              </w:rPr>
            </w:pPr>
          </w:p>
        </w:tc>
      </w:tr>
      <w:tr w:rsidR="006F7457" w:rsidRPr="005A424D">
        <w:tc>
          <w:tcPr>
            <w:tcW w:w="2880" w:type="dxa"/>
          </w:tcPr>
          <w:p w:rsidR="006F7457" w:rsidRDefault="00332DB8">
            <w:r>
              <w:t>3351.</w:t>
            </w:r>
          </w:p>
        </w:tc>
        <w:tc>
          <w:tcPr>
            <w:tcW w:w="2880" w:type="dxa"/>
          </w:tcPr>
          <w:p w:rsidR="006F7457" w:rsidRPr="00332DB8" w:rsidRDefault="00332DB8">
            <w:pPr>
              <w:rPr>
                <w:lang w:val="ru-RU"/>
              </w:rPr>
            </w:pPr>
            <w:r w:rsidRPr="00332DB8">
              <w:rPr>
                <w:lang w:val="ru-RU"/>
              </w:rPr>
              <w:t>Видеофайл «</w:t>
            </w:r>
            <w:r>
              <w:t>Ku</w:t>
            </w:r>
            <w:r w:rsidRPr="00332DB8">
              <w:rPr>
                <w:lang w:val="ru-RU"/>
              </w:rPr>
              <w:t xml:space="preserve"> </w:t>
            </w:r>
            <w:r>
              <w:t>Klux</w:t>
            </w:r>
            <w:r w:rsidRPr="00332DB8">
              <w:rPr>
                <w:lang w:val="ru-RU"/>
              </w:rPr>
              <w:t xml:space="preserve"> </w:t>
            </w:r>
            <w:r>
              <w:t>Klan</w:t>
            </w:r>
            <w:r w:rsidRPr="00332DB8">
              <w:rPr>
                <w:lang w:val="ru-RU"/>
              </w:rPr>
              <w:t xml:space="preserve">» размещенный в социальной сети «Вконтакте» в сети «Интернет», имеющий сетевой адрес </w:t>
            </w:r>
            <w:r>
              <w:t>www</w:t>
            </w:r>
            <w:r w:rsidRPr="00332DB8">
              <w:rPr>
                <w:lang w:val="ru-RU"/>
              </w:rPr>
              <w:t>.</w:t>
            </w:r>
            <w:r>
              <w:t>vk</w:t>
            </w:r>
            <w:r w:rsidRPr="00332DB8">
              <w:rPr>
                <w:lang w:val="ru-RU"/>
              </w:rPr>
              <w:t>.</w:t>
            </w:r>
            <w:r>
              <w:t>com</w:t>
            </w:r>
            <w:r w:rsidRPr="00332DB8">
              <w:rPr>
                <w:lang w:val="ru-RU"/>
              </w:rPr>
              <w:t>/</w:t>
            </w:r>
            <w:r>
              <w:t>tixas</w:t>
            </w:r>
            <w:r w:rsidRPr="00332DB8">
              <w:rPr>
                <w:lang w:val="ru-RU"/>
              </w:rPr>
              <w:t xml:space="preserve"> (решение Калужского районного суда Калужской области от 01.12.2015);</w:t>
            </w:r>
          </w:p>
        </w:tc>
        <w:tc>
          <w:tcPr>
            <w:tcW w:w="2880" w:type="dxa"/>
          </w:tcPr>
          <w:p w:rsidR="006F7457" w:rsidRPr="00332DB8" w:rsidRDefault="006F7457">
            <w:pPr>
              <w:rPr>
                <w:lang w:val="ru-RU"/>
              </w:rPr>
            </w:pPr>
          </w:p>
        </w:tc>
      </w:tr>
      <w:tr w:rsidR="006F7457">
        <w:tc>
          <w:tcPr>
            <w:tcW w:w="2880" w:type="dxa"/>
          </w:tcPr>
          <w:p w:rsidR="006F7457" w:rsidRDefault="00332DB8">
            <w:r>
              <w:t>3352.</w:t>
            </w:r>
          </w:p>
        </w:tc>
        <w:tc>
          <w:tcPr>
            <w:tcW w:w="2880" w:type="dxa"/>
          </w:tcPr>
          <w:p w:rsidR="006F7457" w:rsidRDefault="00332DB8">
            <w:r w:rsidRPr="00332DB8">
              <w:rPr>
                <w:lang w:val="ru-RU"/>
              </w:rPr>
              <w:t>Текст песни «Я за ЗОЖ, всех на нож, кто на людей не похож» музыкальной группы АргентинА и Околорэп, размещенный на указателе страницы сайта «</w:t>
            </w:r>
            <w:r>
              <w:t>http</w:t>
            </w:r>
            <w:r w:rsidRPr="00332DB8">
              <w:rPr>
                <w:lang w:val="ru-RU"/>
              </w:rPr>
              <w:t>://</w:t>
            </w:r>
            <w:r>
              <w:t>www</w:t>
            </w:r>
            <w:r w:rsidRPr="00332DB8">
              <w:rPr>
                <w:lang w:val="ru-RU"/>
              </w:rPr>
              <w:t>.</w:t>
            </w:r>
            <w:r>
              <w:t>boonex</w:t>
            </w:r>
            <w:r w:rsidRPr="00332DB8">
              <w:rPr>
                <w:lang w:val="ru-RU"/>
              </w:rPr>
              <w:t>.</w:t>
            </w:r>
            <w:r>
              <w:t>ru</w:t>
            </w:r>
            <w:r w:rsidRPr="00332DB8">
              <w:rPr>
                <w:lang w:val="ru-RU"/>
              </w:rPr>
              <w:t xml:space="preserve">/525642/», продолжительностью </w:t>
            </w:r>
            <w:r>
              <w:t>03 минуты 24 секунды (решение Ртищевского районного суда Саратовской области от 20.01.2016)</w:t>
            </w:r>
          </w:p>
        </w:tc>
        <w:tc>
          <w:tcPr>
            <w:tcW w:w="2880" w:type="dxa"/>
          </w:tcPr>
          <w:p w:rsidR="006F7457" w:rsidRDefault="006F7457"/>
        </w:tc>
      </w:tr>
      <w:tr w:rsidR="006F7457" w:rsidRPr="005A424D">
        <w:tc>
          <w:tcPr>
            <w:tcW w:w="2880" w:type="dxa"/>
          </w:tcPr>
          <w:p w:rsidR="006F7457" w:rsidRDefault="00332DB8">
            <w:r>
              <w:lastRenderedPageBreak/>
              <w:t>3353.</w:t>
            </w:r>
          </w:p>
        </w:tc>
        <w:tc>
          <w:tcPr>
            <w:tcW w:w="2880" w:type="dxa"/>
          </w:tcPr>
          <w:p w:rsidR="006F7457" w:rsidRPr="00332DB8" w:rsidRDefault="00332DB8">
            <w:pPr>
              <w:rPr>
                <w:lang w:val="ru-RU"/>
              </w:rPr>
            </w:pPr>
            <w:r w:rsidRPr="00332DB8">
              <w:rPr>
                <w:lang w:val="ru-RU"/>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w:t>
            </w:r>
            <w:r>
              <w:t>i</w:t>
            </w:r>
            <w:r w:rsidRPr="00332DB8">
              <w:rPr>
                <w:lang w:val="ru-RU"/>
              </w:rPr>
              <w:t>змъ. Древняя вера Славянскихъ и Ар</w:t>
            </w:r>
            <w:r>
              <w:t>i</w:t>
            </w:r>
            <w:r w:rsidRPr="00332DB8">
              <w:rPr>
                <w:lang w:val="ru-RU"/>
              </w:rPr>
              <w:t>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w:t>
            </w:r>
            <w:r>
              <w:t>i</w:t>
            </w:r>
            <w:r w:rsidRPr="00332DB8">
              <w:rPr>
                <w:lang w:val="ru-RU"/>
              </w:rPr>
              <w:t>ропон</w:t>
            </w:r>
            <w:r>
              <w:t>i</w:t>
            </w:r>
            <w:r w:rsidRPr="00332DB8">
              <w:rPr>
                <w:lang w:val="ru-RU"/>
              </w:rPr>
              <w:t>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w:t>
            </w:r>
            <w:r w:rsidRPr="00332DB8">
              <w:rPr>
                <w:lang w:val="ru-RU"/>
              </w:rPr>
              <w:br/>
              <w:t>"3354.</w:t>
            </w:r>
          </w:p>
        </w:tc>
        <w:tc>
          <w:tcPr>
            <w:tcW w:w="2880" w:type="dxa"/>
          </w:tcPr>
          <w:p w:rsidR="006F7457" w:rsidRPr="00332DB8" w:rsidRDefault="006F7457">
            <w:pPr>
              <w:rPr>
                <w:lang w:val="ru-RU"/>
              </w:rPr>
            </w:pPr>
          </w:p>
        </w:tc>
      </w:tr>
      <w:tr w:rsidR="006F7457" w:rsidRPr="005A424D">
        <w:tc>
          <w:tcPr>
            <w:tcW w:w="2880" w:type="dxa"/>
          </w:tcPr>
          <w:p w:rsidR="006F7457" w:rsidRDefault="00332DB8">
            <w:r>
              <w:t>3355.</w:t>
            </w:r>
          </w:p>
        </w:tc>
        <w:tc>
          <w:tcPr>
            <w:tcW w:w="2880" w:type="dxa"/>
          </w:tcPr>
          <w:p w:rsidR="006F7457" w:rsidRPr="00332DB8" w:rsidRDefault="00332DB8">
            <w:pPr>
              <w:rPr>
                <w:lang w:val="ru-RU"/>
              </w:rPr>
            </w:pPr>
            <w:r w:rsidRPr="00332DB8">
              <w:rPr>
                <w:lang w:val="ru-RU"/>
              </w:rPr>
              <w:t xml:space="preserve">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w:t>
            </w:r>
            <w:r>
              <w:t>http</w:t>
            </w:r>
            <w:r w:rsidRPr="00332DB8">
              <w:rPr>
                <w:lang w:val="ru-RU"/>
              </w:rPr>
              <w:t>://</w:t>
            </w:r>
            <w:r>
              <w:t>vk</w:t>
            </w:r>
            <w:r w:rsidRPr="00332DB8">
              <w:rPr>
                <w:lang w:val="ru-RU"/>
              </w:rPr>
              <w:t>.</w:t>
            </w:r>
            <w:r>
              <w:t>com</w:t>
            </w:r>
            <w:r w:rsidRPr="00332DB8">
              <w:rPr>
                <w:lang w:val="ru-RU"/>
              </w:rPr>
              <w:t>/</w:t>
            </w:r>
            <w:r>
              <w:t>prav</w:t>
            </w:r>
            <w:r w:rsidRPr="00332DB8">
              <w:rPr>
                <w:lang w:val="ru-RU"/>
              </w:rPr>
              <w:t>_</w:t>
            </w:r>
            <w:r>
              <w:t>muz</w:t>
            </w:r>
            <w:r w:rsidRPr="00332DB8">
              <w:rPr>
                <w:lang w:val="ru-RU"/>
              </w:rPr>
              <w:t xml:space="preserve"> (решение Смольнинского районного суда города Санкт-Петербурга от 27.10.2015);</w:t>
            </w:r>
          </w:p>
        </w:tc>
        <w:tc>
          <w:tcPr>
            <w:tcW w:w="2880" w:type="dxa"/>
          </w:tcPr>
          <w:p w:rsidR="006F7457" w:rsidRPr="00332DB8" w:rsidRDefault="006F7457">
            <w:pPr>
              <w:rPr>
                <w:lang w:val="ru-RU"/>
              </w:rPr>
            </w:pPr>
          </w:p>
        </w:tc>
      </w:tr>
      <w:tr w:rsidR="006F7457" w:rsidRPr="005A424D">
        <w:tc>
          <w:tcPr>
            <w:tcW w:w="2880" w:type="dxa"/>
          </w:tcPr>
          <w:p w:rsidR="006F7457" w:rsidRDefault="00332DB8">
            <w:r>
              <w:t>3356.</w:t>
            </w:r>
          </w:p>
        </w:tc>
        <w:tc>
          <w:tcPr>
            <w:tcW w:w="2880" w:type="dxa"/>
          </w:tcPr>
          <w:p w:rsidR="006F7457" w:rsidRPr="00332DB8" w:rsidRDefault="00332DB8">
            <w:pPr>
              <w:rPr>
                <w:lang w:val="ru-RU"/>
              </w:rPr>
            </w:pPr>
            <w:r w:rsidRPr="00332DB8">
              <w:rPr>
                <w:lang w:val="ru-RU"/>
              </w:rPr>
              <w:t xml:space="preserve">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w:t>
            </w:r>
            <w:r>
              <w:t>http</w:t>
            </w:r>
            <w:r w:rsidRPr="00332DB8">
              <w:rPr>
                <w:lang w:val="ru-RU"/>
              </w:rPr>
              <w:t>://</w:t>
            </w:r>
            <w:r>
              <w:t>vk</w:t>
            </w:r>
            <w:r w:rsidRPr="00332DB8">
              <w:rPr>
                <w:lang w:val="ru-RU"/>
              </w:rPr>
              <w:t>.</w:t>
            </w:r>
            <w:r>
              <w:t>com</w:t>
            </w:r>
            <w:r w:rsidRPr="00332DB8">
              <w:rPr>
                <w:lang w:val="ru-RU"/>
              </w:rPr>
              <w:t>/</w:t>
            </w:r>
            <w:r>
              <w:t>russiaforrussians</w:t>
            </w:r>
            <w:r w:rsidRPr="00332DB8">
              <w:rPr>
                <w:lang w:val="ru-RU"/>
              </w:rPr>
              <w:t xml:space="preserve"> (решение Смольнинского районного суда города Санкт-Петербурга от 27.10.2015);</w:t>
            </w:r>
          </w:p>
        </w:tc>
        <w:tc>
          <w:tcPr>
            <w:tcW w:w="2880" w:type="dxa"/>
          </w:tcPr>
          <w:p w:rsidR="006F7457" w:rsidRPr="00332DB8" w:rsidRDefault="006F7457">
            <w:pPr>
              <w:rPr>
                <w:lang w:val="ru-RU"/>
              </w:rPr>
            </w:pPr>
          </w:p>
        </w:tc>
      </w:tr>
      <w:tr w:rsidR="006F7457" w:rsidRPr="005A424D">
        <w:tc>
          <w:tcPr>
            <w:tcW w:w="2880" w:type="dxa"/>
          </w:tcPr>
          <w:p w:rsidR="006F7457" w:rsidRDefault="00332DB8">
            <w:r>
              <w:t>3357.</w:t>
            </w:r>
          </w:p>
        </w:tc>
        <w:tc>
          <w:tcPr>
            <w:tcW w:w="2880" w:type="dxa"/>
          </w:tcPr>
          <w:p w:rsidR="006F7457" w:rsidRPr="00332DB8" w:rsidRDefault="00332DB8">
            <w:pPr>
              <w:rPr>
                <w:lang w:val="ru-RU"/>
              </w:rPr>
            </w:pPr>
            <w:r w:rsidRPr="00332DB8">
              <w:rPr>
                <w:lang w:val="ru-RU"/>
              </w:rPr>
              <w:t xml:space="preserve">Публикация «Бегемоты и антилопы или Лекция о ненависти» и комментарии к ней, размещенные на Интернет-странице с </w:t>
            </w:r>
            <w:r>
              <w:t>URL</w:t>
            </w:r>
            <w:r w:rsidRPr="00332DB8">
              <w:rPr>
                <w:lang w:val="ru-RU"/>
              </w:rPr>
              <w:t xml:space="preserve"> — адресом: </w:t>
            </w:r>
            <w:r>
              <w:t>http</w:t>
            </w:r>
            <w:r w:rsidRPr="00332DB8">
              <w:rPr>
                <w:lang w:val="ru-RU"/>
              </w:rPr>
              <w:t>://</w:t>
            </w:r>
            <w:r>
              <w:t>gorky</w:t>
            </w:r>
            <w:r w:rsidRPr="00332DB8">
              <w:rPr>
                <w:lang w:val="ru-RU"/>
              </w:rPr>
              <w:t>-</w:t>
            </w:r>
            <w:r>
              <w:t>look</w:t>
            </w:r>
            <w:r w:rsidRPr="00332DB8">
              <w:rPr>
                <w:lang w:val="ru-RU"/>
              </w:rPr>
              <w:t>.</w:t>
            </w:r>
            <w:r>
              <w:t>livejournal</w:t>
            </w:r>
            <w:r w:rsidRPr="00332DB8">
              <w:rPr>
                <w:lang w:val="ru-RU"/>
              </w:rPr>
              <w:t>.</w:t>
            </w:r>
            <w:r>
              <w:t>com</w:t>
            </w:r>
            <w:r w:rsidRPr="00332DB8">
              <w:rPr>
                <w:lang w:val="ru-RU"/>
              </w:rPr>
              <w:t>/51808.</w:t>
            </w:r>
            <w:r>
              <w:t>html</w:t>
            </w:r>
            <w:r w:rsidRPr="00332DB8">
              <w:rPr>
                <w:lang w:val="ru-RU"/>
              </w:rPr>
              <w:t>?</w:t>
            </w:r>
            <w:r>
              <w:t>page</w:t>
            </w:r>
            <w:r w:rsidRPr="00332DB8">
              <w:rPr>
                <w:lang w:val="ru-RU"/>
              </w:rPr>
              <w:t>=2 (решение Кировского районного суда г. Екатеринбурга от 05.10.2015);</w:t>
            </w:r>
          </w:p>
        </w:tc>
        <w:tc>
          <w:tcPr>
            <w:tcW w:w="2880" w:type="dxa"/>
          </w:tcPr>
          <w:p w:rsidR="006F7457" w:rsidRPr="00332DB8" w:rsidRDefault="006F7457">
            <w:pPr>
              <w:rPr>
                <w:lang w:val="ru-RU"/>
              </w:rPr>
            </w:pPr>
          </w:p>
        </w:tc>
      </w:tr>
      <w:tr w:rsidR="006F7457">
        <w:tc>
          <w:tcPr>
            <w:tcW w:w="2880" w:type="dxa"/>
          </w:tcPr>
          <w:p w:rsidR="006F7457" w:rsidRDefault="00332DB8">
            <w:r>
              <w:t>33</w:t>
            </w:r>
            <w:r>
              <w:lastRenderedPageBreak/>
              <w:t>58.</w:t>
            </w:r>
          </w:p>
        </w:tc>
        <w:tc>
          <w:tcPr>
            <w:tcW w:w="2880" w:type="dxa"/>
          </w:tcPr>
          <w:p w:rsidR="006F7457" w:rsidRDefault="00332DB8">
            <w:r w:rsidRPr="00332DB8">
              <w:rPr>
                <w:lang w:val="ru-RU"/>
              </w:rPr>
              <w:lastRenderedPageBreak/>
              <w:t xml:space="preserve">Видеоролик «националисты Мурманска на традиционном русском марше 2013», размещенные в социальной сети "В Контакте" по адресу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472399260_170198988, продолжительностью </w:t>
            </w:r>
            <w:r>
              <w:t xml:space="preserve">1 минута 49 </w:t>
            </w:r>
            <w:r>
              <w:lastRenderedPageBreak/>
              <w:t>секунд (решение Октябрьского районного суда г. Мурманска от 15.12.2015);";</w:t>
            </w:r>
            <w:r>
              <w:br/>
              <w:t>"3359.</w:t>
            </w:r>
          </w:p>
        </w:tc>
        <w:tc>
          <w:tcPr>
            <w:tcW w:w="2880" w:type="dxa"/>
          </w:tcPr>
          <w:p w:rsidR="006F7457" w:rsidRDefault="006F7457"/>
        </w:tc>
      </w:tr>
      <w:tr w:rsidR="006F7457" w:rsidRPr="005A424D">
        <w:tc>
          <w:tcPr>
            <w:tcW w:w="2880" w:type="dxa"/>
          </w:tcPr>
          <w:p w:rsidR="006F7457" w:rsidRDefault="00332DB8">
            <w:r>
              <w:lastRenderedPageBreak/>
              <w:t>3360.</w:t>
            </w:r>
          </w:p>
        </w:tc>
        <w:tc>
          <w:tcPr>
            <w:tcW w:w="2880" w:type="dxa"/>
          </w:tcPr>
          <w:p w:rsidR="006F7457" w:rsidRPr="00332DB8" w:rsidRDefault="00332DB8">
            <w:pPr>
              <w:rPr>
                <w:lang w:val="ru-RU"/>
              </w:rPr>
            </w:pPr>
            <w:r w:rsidRPr="00332DB8">
              <w:rPr>
                <w:lang w:val="ru-RU"/>
              </w:rPr>
              <w:t xml:space="preserve">Видеоматериал «ИГ (Русская озвучка) 18+», размещенный на странице пользователя «Абу-Али Сибириян-Амир-Аль-Мумана» по адресу: </w:t>
            </w:r>
            <w:r>
              <w:t>https</w:t>
            </w:r>
            <w:r w:rsidRPr="00332DB8">
              <w:rPr>
                <w:lang w:val="ru-RU"/>
              </w:rPr>
              <w:t>://</w:t>
            </w:r>
            <w:r>
              <w:t>vk</w:t>
            </w:r>
            <w:r w:rsidRPr="00332DB8">
              <w:rPr>
                <w:lang w:val="ru-RU"/>
              </w:rPr>
              <w:t>.</w:t>
            </w:r>
            <w:r>
              <w:t>com</w:t>
            </w:r>
            <w:r w:rsidRPr="00332DB8">
              <w:rPr>
                <w:lang w:val="ru-RU"/>
              </w:rPr>
              <w:t>/319062955 (решение Ленинского районного суда г. Тюмени от 15.01.2016);</w:t>
            </w:r>
          </w:p>
        </w:tc>
        <w:tc>
          <w:tcPr>
            <w:tcW w:w="2880" w:type="dxa"/>
          </w:tcPr>
          <w:p w:rsidR="006F7457" w:rsidRPr="00332DB8" w:rsidRDefault="006F7457">
            <w:pPr>
              <w:rPr>
                <w:lang w:val="ru-RU"/>
              </w:rPr>
            </w:pPr>
          </w:p>
        </w:tc>
      </w:tr>
      <w:tr w:rsidR="006F7457" w:rsidRPr="005A424D">
        <w:tc>
          <w:tcPr>
            <w:tcW w:w="2880" w:type="dxa"/>
          </w:tcPr>
          <w:p w:rsidR="006F7457" w:rsidRDefault="00332DB8">
            <w:r>
              <w:t>3361.</w:t>
            </w:r>
          </w:p>
        </w:tc>
        <w:tc>
          <w:tcPr>
            <w:tcW w:w="2880" w:type="dxa"/>
          </w:tcPr>
          <w:p w:rsidR="006F7457" w:rsidRPr="00332DB8" w:rsidRDefault="00332DB8">
            <w:pPr>
              <w:rPr>
                <w:lang w:val="ru-RU"/>
              </w:rPr>
            </w:pPr>
            <w:r w:rsidRPr="00332DB8">
              <w:rPr>
                <w:lang w:val="ru-RU"/>
              </w:rPr>
              <w:t xml:space="preserve">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t>
            </w:r>
            <w:r>
              <w:t>www</w:t>
            </w:r>
            <w:r w:rsidRPr="00332DB8">
              <w:rPr>
                <w:lang w:val="ru-RU"/>
              </w:rPr>
              <w:t>.</w:t>
            </w:r>
            <w:r>
              <w:t>vk</w:t>
            </w:r>
            <w:r w:rsidRPr="00332DB8">
              <w:rPr>
                <w:lang w:val="ru-RU"/>
              </w:rPr>
              <w:t>.</w:t>
            </w:r>
            <w:r>
              <w:t>com</w:t>
            </w:r>
            <w:r w:rsidRPr="00332DB8">
              <w:rPr>
                <w:lang w:val="ru-RU"/>
              </w:rPr>
              <w:t>/</w:t>
            </w:r>
            <w:r>
              <w:t>id</w:t>
            </w:r>
            <w:r w:rsidRPr="00332DB8">
              <w:rPr>
                <w:lang w:val="ru-RU"/>
              </w:rPr>
              <w:t>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3362.</w:t>
            </w:r>
          </w:p>
        </w:tc>
        <w:tc>
          <w:tcPr>
            <w:tcW w:w="2880" w:type="dxa"/>
          </w:tcPr>
          <w:p w:rsidR="006F7457" w:rsidRPr="00332DB8" w:rsidRDefault="00332DB8">
            <w:pPr>
              <w:rPr>
                <w:lang w:val="ru-RU"/>
              </w:rPr>
            </w:pPr>
            <w:r w:rsidRPr="00332DB8">
              <w:rPr>
                <w:lang w:val="ru-RU"/>
              </w:rPr>
              <w:t>Видеофайл «</w:t>
            </w:r>
            <w:r>
              <w:t>P</w:t>
            </w:r>
            <w:r w:rsidRPr="00332DB8">
              <w:rPr>
                <w:lang w:val="ru-RU"/>
              </w:rPr>
              <w:t>.</w:t>
            </w:r>
            <w:r>
              <w:t>S</w:t>
            </w:r>
            <w:r w:rsidRPr="00332DB8">
              <w:rPr>
                <w:lang w:val="ru-RU"/>
              </w:rPr>
              <w:t xml:space="preserve">.7.62 – Белые войны», размещенный в социальной сети «Вконтакте» в сети «Интернет», имеющий сетевой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155558089 (решение Калужского районного суда Калужской области от 23.11.2015).</w:t>
            </w:r>
          </w:p>
        </w:tc>
        <w:tc>
          <w:tcPr>
            <w:tcW w:w="2880" w:type="dxa"/>
          </w:tcPr>
          <w:p w:rsidR="006F7457" w:rsidRPr="00332DB8" w:rsidRDefault="006F7457">
            <w:pPr>
              <w:rPr>
                <w:lang w:val="ru-RU"/>
              </w:rPr>
            </w:pPr>
          </w:p>
        </w:tc>
      </w:tr>
      <w:tr w:rsidR="006F7457">
        <w:tc>
          <w:tcPr>
            <w:tcW w:w="2880" w:type="dxa"/>
          </w:tcPr>
          <w:p w:rsidR="006F7457" w:rsidRDefault="00332DB8">
            <w:r>
              <w:t>3363.</w:t>
            </w:r>
          </w:p>
        </w:tc>
        <w:tc>
          <w:tcPr>
            <w:tcW w:w="2880" w:type="dxa"/>
          </w:tcPr>
          <w:p w:rsidR="006F7457" w:rsidRDefault="00332DB8">
            <w:r w:rsidRPr="00332DB8">
              <w:rPr>
                <w:lang w:val="ru-RU"/>
              </w:rPr>
              <w:t xml:space="preserve">Текстовые материалы, размещенные Горюновым Д.Ю. в информационно-телекоммуникационной сети Интернет в социальной сети «Вконтаке» по адресу: </w:t>
            </w:r>
            <w:r>
              <w:t>https</w:t>
            </w:r>
            <w:r w:rsidRPr="00332DB8">
              <w:rPr>
                <w:lang w:val="ru-RU"/>
              </w:rPr>
              <w:t>: //</w:t>
            </w:r>
            <w:r>
              <w:t>vk</w:t>
            </w:r>
            <w:r w:rsidRPr="00332DB8">
              <w:rPr>
                <w:lang w:val="ru-RU"/>
              </w:rPr>
              <w:t>.</w:t>
            </w:r>
            <w:r>
              <w:t>com</w:t>
            </w:r>
            <w:r w:rsidRPr="00332DB8">
              <w:rPr>
                <w:lang w:val="ru-RU"/>
              </w:rPr>
              <w:t>/</w:t>
            </w:r>
            <w:r>
              <w:t>druhina</w:t>
            </w:r>
            <w:r w:rsidRPr="00332DB8">
              <w:rPr>
                <w:lang w:val="ru-RU"/>
              </w:rPr>
              <w:t>_</w:t>
            </w:r>
            <w:r>
              <w:t>yaroslavl</w:t>
            </w:r>
            <w:r w:rsidRPr="00332DB8">
              <w:rPr>
                <w:lang w:val="ru-RU"/>
              </w:rPr>
              <w:t>,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w:t>
            </w:r>
            <w:r>
              <w:t>m</w:t>
            </w:r>
            <w:r w:rsidRPr="00332DB8">
              <w:rPr>
                <w:lang w:val="ru-RU"/>
              </w:rPr>
              <w:t xml:space="preserve">р3», начинающийся словами: «Реп придумали Нигеры», и заканчивающийся словами: «А Децл-нигер! </w:t>
            </w:r>
            <w:r>
              <w:t>Fucking</w:t>
            </w:r>
            <w:r w:rsidRPr="00332DB8">
              <w:rPr>
                <w:lang w:val="ru-RU"/>
              </w:rPr>
              <w:t xml:space="preserve">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w:t>
            </w:r>
            <w:r>
              <w:t>(решение Дзержинского районного суда г. Ярославля от 20.01.2016);</w:t>
            </w:r>
          </w:p>
        </w:tc>
        <w:tc>
          <w:tcPr>
            <w:tcW w:w="2880" w:type="dxa"/>
          </w:tcPr>
          <w:p w:rsidR="006F7457" w:rsidRDefault="006F7457"/>
        </w:tc>
      </w:tr>
      <w:tr w:rsidR="006F7457" w:rsidRPr="005A424D">
        <w:tc>
          <w:tcPr>
            <w:tcW w:w="2880" w:type="dxa"/>
          </w:tcPr>
          <w:p w:rsidR="006F7457" w:rsidRDefault="00332DB8">
            <w:r>
              <w:t>33</w:t>
            </w:r>
            <w:r>
              <w:lastRenderedPageBreak/>
              <w:t>64.</w:t>
            </w:r>
          </w:p>
        </w:tc>
        <w:tc>
          <w:tcPr>
            <w:tcW w:w="2880" w:type="dxa"/>
          </w:tcPr>
          <w:p w:rsidR="006F7457" w:rsidRPr="00332DB8" w:rsidRDefault="00332DB8">
            <w:pPr>
              <w:rPr>
                <w:lang w:val="ru-RU"/>
              </w:rPr>
            </w:pPr>
            <w:r w:rsidRPr="00332DB8">
              <w:rPr>
                <w:lang w:val="ru-RU"/>
              </w:rPr>
              <w:lastRenderedPageBreak/>
              <w:t xml:space="preserve">Информационный материал, размещенный в сети Интернет на сайте </w:t>
            </w:r>
            <w:r>
              <w:t>http</w:t>
            </w:r>
            <w:r w:rsidRPr="00332DB8">
              <w:rPr>
                <w:lang w:val="ru-RU"/>
              </w:rPr>
              <w:t>://</w:t>
            </w:r>
            <w:r>
              <w:t>patriotrussia</w:t>
            </w:r>
            <w:r w:rsidRPr="00332DB8">
              <w:rPr>
                <w:lang w:val="ru-RU"/>
              </w:rPr>
              <w:t>.</w:t>
            </w:r>
            <w:r>
              <w:t>blogspot</w:t>
            </w:r>
            <w:r w:rsidRPr="00332DB8">
              <w:rPr>
                <w:lang w:val="ru-RU"/>
              </w:rPr>
              <w:t>.</w:t>
            </w:r>
            <w:r>
              <w:t>ru</w:t>
            </w:r>
            <w:r w:rsidRPr="00332DB8">
              <w:rPr>
                <w:lang w:val="ru-RU"/>
              </w:rPr>
              <w:t>/</w:t>
            </w:r>
            <w:r>
              <w:t>search</w:t>
            </w:r>
            <w:r w:rsidRPr="00332DB8">
              <w:rPr>
                <w:lang w:val="ru-RU"/>
              </w:rPr>
              <w:t>?</w:t>
            </w:r>
            <w:r>
              <w:t>updated</w:t>
            </w:r>
            <w:r w:rsidRPr="00332DB8">
              <w:rPr>
                <w:lang w:val="ru-RU"/>
              </w:rPr>
              <w:t>-</w:t>
            </w:r>
            <w:r>
              <w:t>min</w:t>
            </w:r>
            <w:r w:rsidRPr="00332DB8">
              <w:rPr>
                <w:lang w:val="ru-RU"/>
              </w:rPr>
              <w:t>=2010-01-01Т00:00:00-08:&amp;</w:t>
            </w:r>
            <w:r>
              <w:t>updated</w:t>
            </w:r>
            <w:r w:rsidRPr="00332DB8">
              <w:rPr>
                <w:lang w:val="ru-RU"/>
              </w:rPr>
              <w:t>-</w:t>
            </w:r>
            <w:r>
              <w:t>max</w:t>
            </w:r>
            <w:r w:rsidRPr="00332DB8">
              <w:rPr>
                <w:lang w:val="ru-RU"/>
              </w:rPr>
              <w:t>=2011-01-</w:t>
            </w:r>
            <w:r w:rsidRPr="00332DB8">
              <w:rPr>
                <w:lang w:val="ru-RU"/>
              </w:rPr>
              <w:lastRenderedPageBreak/>
              <w:t>01Т00:00:00-08:00&amp;</w:t>
            </w:r>
            <w:r>
              <w:t>max</w:t>
            </w:r>
            <w:r w:rsidRPr="00332DB8">
              <w:rPr>
                <w:lang w:val="ru-RU"/>
              </w:rPr>
              <w:t>-</w:t>
            </w:r>
            <w:r>
              <w:t>resalts</w:t>
            </w:r>
            <w:r w:rsidRPr="00332DB8">
              <w:rPr>
                <w:lang w:val="ru-RU"/>
              </w:rPr>
              <w:t>=1, под названием «Долой кавказцев! Верните Нашу Россию!» (решение Красноярского районного суда Астраханской области от 04.02.2016);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3365.</w:t>
            </w:r>
          </w:p>
        </w:tc>
        <w:tc>
          <w:tcPr>
            <w:tcW w:w="2880" w:type="dxa"/>
          </w:tcPr>
          <w:p w:rsidR="006F7457" w:rsidRPr="00332DB8" w:rsidRDefault="00332DB8">
            <w:pPr>
              <w:rPr>
                <w:lang w:val="ru-RU"/>
              </w:rPr>
            </w:pPr>
            <w:r w:rsidRPr="00332DB8">
              <w:rPr>
                <w:lang w:val="ru-RU"/>
              </w:rPr>
              <w:t xml:space="preserve">Информационный материал, размещенный на Интернет – сайте </w:t>
            </w:r>
            <w:r>
              <w:t>http</w:t>
            </w:r>
            <w:r w:rsidRPr="00332DB8">
              <w:rPr>
                <w:lang w:val="ru-RU"/>
              </w:rPr>
              <w:t>://</w:t>
            </w:r>
            <w:r>
              <w:t>vk</w:t>
            </w:r>
            <w:r w:rsidRPr="00332DB8">
              <w:rPr>
                <w:lang w:val="ru-RU"/>
              </w:rPr>
              <w:t>.</w:t>
            </w:r>
            <w:r>
              <w:t>com</w:t>
            </w:r>
            <w:r w:rsidRPr="00332DB8">
              <w:rPr>
                <w:lang w:val="ru-RU"/>
              </w:rPr>
              <w:t>/</w:t>
            </w:r>
            <w:r>
              <w:t>video</w:t>
            </w:r>
            <w:r w:rsidRPr="00332DB8">
              <w:rPr>
                <w:lang w:val="ru-RU"/>
              </w:rPr>
              <w:t>221512614_167303489 (решение Хорошевского районного суда города Москвы от 30.11.2015);</w:t>
            </w:r>
          </w:p>
        </w:tc>
        <w:tc>
          <w:tcPr>
            <w:tcW w:w="2880" w:type="dxa"/>
          </w:tcPr>
          <w:p w:rsidR="006F7457" w:rsidRPr="00332DB8" w:rsidRDefault="006F7457">
            <w:pPr>
              <w:rPr>
                <w:lang w:val="ru-RU"/>
              </w:rPr>
            </w:pPr>
          </w:p>
        </w:tc>
      </w:tr>
      <w:tr w:rsidR="006F7457" w:rsidRPr="005A424D">
        <w:tc>
          <w:tcPr>
            <w:tcW w:w="2880" w:type="dxa"/>
          </w:tcPr>
          <w:p w:rsidR="006F7457" w:rsidRDefault="00332DB8">
            <w:r>
              <w:t>3366.</w:t>
            </w:r>
          </w:p>
        </w:tc>
        <w:tc>
          <w:tcPr>
            <w:tcW w:w="2880" w:type="dxa"/>
          </w:tcPr>
          <w:p w:rsidR="006F7457" w:rsidRPr="00332DB8" w:rsidRDefault="00332DB8">
            <w:pPr>
              <w:rPr>
                <w:lang w:val="ru-RU"/>
              </w:rPr>
            </w:pPr>
            <w:r w:rsidRPr="00332DB8">
              <w:rPr>
                <w:lang w:val="ru-RU"/>
              </w:rPr>
              <w:t xml:space="preserve">Информационный материал «Достали меня эти хачики», размещенный на Интернет – сайте </w:t>
            </w:r>
            <w:r>
              <w:t>http</w:t>
            </w:r>
            <w:r w:rsidRPr="00332DB8">
              <w:rPr>
                <w:lang w:val="ru-RU"/>
              </w:rPr>
              <w:t>://</w:t>
            </w:r>
            <w:r>
              <w:t>vk</w:t>
            </w:r>
            <w:r w:rsidRPr="00332DB8">
              <w:rPr>
                <w:lang w:val="ru-RU"/>
              </w:rPr>
              <w:t>.</w:t>
            </w:r>
            <w:r>
              <w:t>com</w:t>
            </w:r>
            <w:r w:rsidRPr="00332DB8">
              <w:rPr>
                <w:lang w:val="ru-RU"/>
              </w:rPr>
              <w:t>/</w:t>
            </w:r>
            <w:r>
              <w:t>video</w:t>
            </w:r>
            <w:r w:rsidRPr="00332DB8">
              <w:rPr>
                <w:lang w:val="ru-RU"/>
              </w:rPr>
              <w:t>221512614_170608203 (решение Хорошевского районного суда города Москвы от 01.12.2015);</w:t>
            </w:r>
          </w:p>
        </w:tc>
        <w:tc>
          <w:tcPr>
            <w:tcW w:w="2880" w:type="dxa"/>
          </w:tcPr>
          <w:p w:rsidR="006F7457" w:rsidRPr="00332DB8" w:rsidRDefault="006F7457">
            <w:pPr>
              <w:rPr>
                <w:lang w:val="ru-RU"/>
              </w:rPr>
            </w:pPr>
          </w:p>
        </w:tc>
      </w:tr>
      <w:tr w:rsidR="006F7457" w:rsidRPr="005A424D">
        <w:tc>
          <w:tcPr>
            <w:tcW w:w="2880" w:type="dxa"/>
          </w:tcPr>
          <w:p w:rsidR="006F7457" w:rsidRDefault="00332DB8">
            <w:r>
              <w:t>3367.</w:t>
            </w:r>
          </w:p>
        </w:tc>
        <w:tc>
          <w:tcPr>
            <w:tcW w:w="2880" w:type="dxa"/>
          </w:tcPr>
          <w:p w:rsidR="006F7457" w:rsidRPr="00332DB8" w:rsidRDefault="00332DB8">
            <w:pPr>
              <w:rPr>
                <w:lang w:val="ru-RU"/>
              </w:rPr>
            </w:pPr>
            <w:r w:rsidRPr="00332DB8">
              <w:rPr>
                <w:lang w:val="ru-RU"/>
              </w:rPr>
              <w:t xml:space="preserve">Видеоролик «Лёша Закон – Бомби эту мразь», размещенный на интернет-странице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atGM</w:t>
            </w:r>
            <w:r w:rsidRPr="00332DB8">
              <w:rPr>
                <w:lang w:val="ru-RU"/>
              </w:rPr>
              <w:t>31</w:t>
            </w:r>
            <w:r>
              <w:t>cdZEY</w:t>
            </w:r>
            <w:r w:rsidRPr="00332DB8">
              <w:rPr>
                <w:lang w:val="ru-RU"/>
              </w:rPr>
              <w:t xml:space="preserve"> (решение Заводского районного суда г. Орла от 28.01.2016);</w:t>
            </w:r>
          </w:p>
        </w:tc>
        <w:tc>
          <w:tcPr>
            <w:tcW w:w="2880" w:type="dxa"/>
          </w:tcPr>
          <w:p w:rsidR="006F7457" w:rsidRPr="00332DB8" w:rsidRDefault="006F7457">
            <w:pPr>
              <w:rPr>
                <w:lang w:val="ru-RU"/>
              </w:rPr>
            </w:pPr>
          </w:p>
        </w:tc>
      </w:tr>
      <w:tr w:rsidR="006F7457" w:rsidRPr="005A424D">
        <w:tc>
          <w:tcPr>
            <w:tcW w:w="2880" w:type="dxa"/>
          </w:tcPr>
          <w:p w:rsidR="006F7457" w:rsidRDefault="00332DB8">
            <w:r>
              <w:t>3368.</w:t>
            </w:r>
          </w:p>
        </w:tc>
        <w:tc>
          <w:tcPr>
            <w:tcW w:w="2880" w:type="dxa"/>
          </w:tcPr>
          <w:p w:rsidR="006F7457" w:rsidRPr="00332DB8" w:rsidRDefault="00332DB8">
            <w:pPr>
              <w:rPr>
                <w:lang w:val="ru-RU"/>
              </w:rPr>
            </w:pPr>
            <w:r w:rsidRPr="00332DB8">
              <w:rPr>
                <w:lang w:val="ru-RU"/>
              </w:rPr>
              <w:t xml:space="preserve">Видеоролик «Лёша Закон – Стань бандитом», размещенный на интернет-странице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=С6</w:t>
            </w:r>
            <w:r>
              <w:t>Q</w:t>
            </w:r>
            <w:r w:rsidRPr="00332DB8">
              <w:rPr>
                <w:lang w:val="ru-RU"/>
              </w:rPr>
              <w:t>4</w:t>
            </w:r>
            <w:r>
              <w:t>to</w:t>
            </w:r>
            <w:r w:rsidRPr="00332DB8">
              <w:rPr>
                <w:lang w:val="ru-RU"/>
              </w:rPr>
              <w:t>6</w:t>
            </w:r>
            <w:r>
              <w:t>UTZA</w:t>
            </w:r>
            <w:r w:rsidRPr="00332DB8">
              <w:rPr>
                <w:lang w:val="ru-RU"/>
              </w:rPr>
              <w:t xml:space="preserve"> (решение Заводского районного суда г. Орла от 28.01.2016);</w:t>
            </w:r>
          </w:p>
        </w:tc>
        <w:tc>
          <w:tcPr>
            <w:tcW w:w="2880" w:type="dxa"/>
          </w:tcPr>
          <w:p w:rsidR="006F7457" w:rsidRPr="00332DB8" w:rsidRDefault="006F7457">
            <w:pPr>
              <w:rPr>
                <w:lang w:val="ru-RU"/>
              </w:rPr>
            </w:pPr>
          </w:p>
        </w:tc>
      </w:tr>
      <w:tr w:rsidR="006F7457" w:rsidRPr="005A424D">
        <w:tc>
          <w:tcPr>
            <w:tcW w:w="2880" w:type="dxa"/>
          </w:tcPr>
          <w:p w:rsidR="006F7457" w:rsidRDefault="00332DB8">
            <w:r>
              <w:t>3369.</w:t>
            </w:r>
          </w:p>
        </w:tc>
        <w:tc>
          <w:tcPr>
            <w:tcW w:w="2880" w:type="dxa"/>
          </w:tcPr>
          <w:p w:rsidR="006F7457" w:rsidRPr="00332DB8" w:rsidRDefault="00332DB8">
            <w:pPr>
              <w:rPr>
                <w:lang w:val="ru-RU"/>
              </w:rPr>
            </w:pPr>
            <w:r w:rsidRPr="00332DB8">
              <w:rPr>
                <w:lang w:val="ru-RU"/>
              </w:rPr>
              <w:t xml:space="preserve">Видеоролик «Каин Бей Хача», размещенный на интернет-странице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pm</w:t>
            </w:r>
            <w:r w:rsidRPr="00332DB8">
              <w:rPr>
                <w:lang w:val="ru-RU"/>
              </w:rPr>
              <w:t>2</w:t>
            </w:r>
            <w:r>
              <w:t>dRuB</w:t>
            </w:r>
            <w:r w:rsidRPr="00332DB8">
              <w:rPr>
                <w:lang w:val="ru-RU"/>
              </w:rPr>
              <w:t>3</w:t>
            </w:r>
            <w:r>
              <w:t>At</w:t>
            </w:r>
            <w:r w:rsidRPr="00332DB8">
              <w:rPr>
                <w:lang w:val="ru-RU"/>
              </w:rPr>
              <w:t>0 (решение Заводского районного суда г. Орла от 28.01.2016);</w:t>
            </w:r>
          </w:p>
        </w:tc>
        <w:tc>
          <w:tcPr>
            <w:tcW w:w="2880" w:type="dxa"/>
          </w:tcPr>
          <w:p w:rsidR="006F7457" w:rsidRPr="00332DB8" w:rsidRDefault="006F7457">
            <w:pPr>
              <w:rPr>
                <w:lang w:val="ru-RU"/>
              </w:rPr>
            </w:pPr>
          </w:p>
        </w:tc>
      </w:tr>
      <w:tr w:rsidR="006F7457">
        <w:tc>
          <w:tcPr>
            <w:tcW w:w="2880" w:type="dxa"/>
          </w:tcPr>
          <w:p w:rsidR="006F7457" w:rsidRDefault="00332DB8">
            <w:r>
              <w:lastRenderedPageBreak/>
              <w:t>3370.</w:t>
            </w:r>
          </w:p>
        </w:tc>
        <w:tc>
          <w:tcPr>
            <w:tcW w:w="2880" w:type="dxa"/>
          </w:tcPr>
          <w:p w:rsidR="006F7457" w:rsidRDefault="00332DB8">
            <w:r w:rsidRPr="00332DB8">
              <w:rPr>
                <w:lang w:val="ru-RU"/>
              </w:rPr>
              <w:t xml:space="preserve">Видеоролик «Шейх Валид: Какой джихад на Кавказе?» продолжительностью около 05 мин. 57 сек. </w:t>
            </w:r>
            <w:r>
              <w:t>(решение Октябрьского районного суда г. Ростова-на-Дону от 25.01.2016);</w:t>
            </w:r>
          </w:p>
        </w:tc>
        <w:tc>
          <w:tcPr>
            <w:tcW w:w="2880" w:type="dxa"/>
          </w:tcPr>
          <w:p w:rsidR="006F7457" w:rsidRDefault="006F7457"/>
        </w:tc>
      </w:tr>
      <w:tr w:rsidR="006F7457">
        <w:tc>
          <w:tcPr>
            <w:tcW w:w="2880" w:type="dxa"/>
          </w:tcPr>
          <w:p w:rsidR="006F7457" w:rsidRDefault="00332DB8">
            <w:r>
              <w:t>3371.</w:t>
            </w:r>
          </w:p>
        </w:tc>
        <w:tc>
          <w:tcPr>
            <w:tcW w:w="2880" w:type="dxa"/>
          </w:tcPr>
          <w:p w:rsidR="006F7457" w:rsidRDefault="00332DB8">
            <w:r w:rsidRPr="00332DB8">
              <w:rPr>
                <w:lang w:val="ru-RU"/>
              </w:rPr>
              <w:t xml:space="preserve">Видеоролик «Отправление на джихад в Сирию | Шейх Усман аль-Хамис», продолжительностью около 02 мин. 22 сек. </w:t>
            </w:r>
            <w:r>
              <w:t>(решение Октябрьского районного суда г. Ростова-на-Дону от 25.01.2016);</w:t>
            </w:r>
          </w:p>
        </w:tc>
        <w:tc>
          <w:tcPr>
            <w:tcW w:w="2880" w:type="dxa"/>
          </w:tcPr>
          <w:p w:rsidR="006F7457" w:rsidRDefault="006F7457"/>
        </w:tc>
      </w:tr>
      <w:tr w:rsidR="006F7457" w:rsidRPr="005A424D">
        <w:tc>
          <w:tcPr>
            <w:tcW w:w="2880" w:type="dxa"/>
          </w:tcPr>
          <w:p w:rsidR="006F7457" w:rsidRDefault="00332DB8">
            <w:r>
              <w:t>3372.</w:t>
            </w:r>
          </w:p>
        </w:tc>
        <w:tc>
          <w:tcPr>
            <w:tcW w:w="2880" w:type="dxa"/>
          </w:tcPr>
          <w:p w:rsidR="006F7457" w:rsidRPr="00332DB8" w:rsidRDefault="00332DB8">
            <w:pPr>
              <w:rPr>
                <w:lang w:val="ru-RU"/>
              </w:rPr>
            </w:pPr>
            <w:r w:rsidRPr="00332DB8">
              <w:rPr>
                <w:lang w:val="ru-RU"/>
              </w:rPr>
              <w:t xml:space="preserve">Видеоролик «Чурки прочь из россии», размещенный на интернет-странице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dA</w:t>
            </w:r>
            <w:r w:rsidRPr="00332DB8">
              <w:rPr>
                <w:lang w:val="ru-RU"/>
              </w:rPr>
              <w:t>1</w:t>
            </w:r>
            <w:r>
              <w:t>NUVfj</w:t>
            </w:r>
            <w:r w:rsidRPr="00332DB8">
              <w:rPr>
                <w:lang w:val="ru-RU"/>
              </w:rPr>
              <w:t>8</w:t>
            </w:r>
            <w:r>
              <w:t>Ro</w:t>
            </w:r>
            <w:r w:rsidRPr="00332DB8">
              <w:rPr>
                <w:lang w:val="ru-RU"/>
              </w:rPr>
              <w:t xml:space="preserve"> (решение Заводского районного суда г. Орла от 08.02.2016);</w:t>
            </w:r>
          </w:p>
        </w:tc>
        <w:tc>
          <w:tcPr>
            <w:tcW w:w="2880" w:type="dxa"/>
          </w:tcPr>
          <w:p w:rsidR="006F7457" w:rsidRPr="00332DB8" w:rsidRDefault="006F7457">
            <w:pPr>
              <w:rPr>
                <w:lang w:val="ru-RU"/>
              </w:rPr>
            </w:pPr>
          </w:p>
        </w:tc>
      </w:tr>
      <w:tr w:rsidR="006F7457" w:rsidRPr="005A424D">
        <w:tc>
          <w:tcPr>
            <w:tcW w:w="2880" w:type="dxa"/>
          </w:tcPr>
          <w:p w:rsidR="006F7457" w:rsidRDefault="00332DB8">
            <w:r>
              <w:t>3373.</w:t>
            </w:r>
          </w:p>
        </w:tc>
        <w:tc>
          <w:tcPr>
            <w:tcW w:w="2880" w:type="dxa"/>
          </w:tcPr>
          <w:p w:rsidR="006F7457" w:rsidRPr="00332DB8" w:rsidRDefault="00332DB8">
            <w:pPr>
              <w:rPr>
                <w:lang w:val="ru-RU"/>
              </w:rPr>
            </w:pPr>
            <w:r w:rsidRPr="00332DB8">
              <w:rPr>
                <w:lang w:val="ru-RU"/>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2880" w:type="dxa"/>
          </w:tcPr>
          <w:p w:rsidR="006F7457" w:rsidRPr="00332DB8" w:rsidRDefault="006F7457">
            <w:pPr>
              <w:rPr>
                <w:lang w:val="ru-RU"/>
              </w:rPr>
            </w:pPr>
          </w:p>
        </w:tc>
      </w:tr>
      <w:tr w:rsidR="006F7457" w:rsidRPr="005A424D">
        <w:tc>
          <w:tcPr>
            <w:tcW w:w="2880" w:type="dxa"/>
          </w:tcPr>
          <w:p w:rsidR="006F7457" w:rsidRDefault="00332DB8">
            <w:r>
              <w:t>3374.</w:t>
            </w:r>
          </w:p>
        </w:tc>
        <w:tc>
          <w:tcPr>
            <w:tcW w:w="2880" w:type="dxa"/>
          </w:tcPr>
          <w:p w:rsidR="006F7457" w:rsidRPr="00332DB8" w:rsidRDefault="00332DB8">
            <w:pPr>
              <w:rPr>
                <w:lang w:val="ru-RU"/>
              </w:rPr>
            </w:pPr>
            <w:r w:rsidRPr="00332DB8">
              <w:rPr>
                <w:lang w:val="ru-RU"/>
              </w:rPr>
              <w:t xml:space="preserve">Зеркало сайта «Кавказ-Центр» - Кавказ-Центр в Твиттере с адресом </w:t>
            </w:r>
            <w:r>
              <w:t>https</w:t>
            </w:r>
            <w:r w:rsidRPr="00332DB8">
              <w:rPr>
                <w:lang w:val="ru-RU"/>
              </w:rPr>
              <w:t>://</w:t>
            </w:r>
            <w:r>
              <w:t>twitter</w:t>
            </w:r>
            <w:r w:rsidRPr="00332DB8">
              <w:rPr>
                <w:lang w:val="ru-RU"/>
              </w:rPr>
              <w:t>.</w:t>
            </w:r>
            <w:r>
              <w:t>com</w:t>
            </w:r>
            <w:r w:rsidRPr="00332DB8">
              <w:rPr>
                <w:lang w:val="ru-RU"/>
              </w:rPr>
              <w:t>/</w:t>
            </w:r>
            <w:r>
              <w:t>ZippyKC</w:t>
            </w:r>
            <w:r w:rsidRPr="00332DB8">
              <w:rPr>
                <w:lang w:val="ru-RU"/>
              </w:rPr>
              <w:t xml:space="preserve"> (решение Заводского районного суда г. Грозного от 18.03.2015);</w:t>
            </w:r>
          </w:p>
        </w:tc>
        <w:tc>
          <w:tcPr>
            <w:tcW w:w="2880" w:type="dxa"/>
          </w:tcPr>
          <w:p w:rsidR="006F7457" w:rsidRPr="00332DB8" w:rsidRDefault="006F7457">
            <w:pPr>
              <w:rPr>
                <w:lang w:val="ru-RU"/>
              </w:rPr>
            </w:pPr>
          </w:p>
        </w:tc>
      </w:tr>
      <w:tr w:rsidR="006F7457" w:rsidRPr="005A424D">
        <w:tc>
          <w:tcPr>
            <w:tcW w:w="2880" w:type="dxa"/>
          </w:tcPr>
          <w:p w:rsidR="006F7457" w:rsidRDefault="00332DB8">
            <w:r>
              <w:t>337</w:t>
            </w:r>
            <w:r>
              <w:lastRenderedPageBreak/>
              <w:t>5.</w:t>
            </w:r>
          </w:p>
        </w:tc>
        <w:tc>
          <w:tcPr>
            <w:tcW w:w="2880" w:type="dxa"/>
          </w:tcPr>
          <w:p w:rsidR="006F7457" w:rsidRPr="00332DB8" w:rsidRDefault="00332DB8">
            <w:pPr>
              <w:rPr>
                <w:lang w:val="ru-RU"/>
              </w:rPr>
            </w:pPr>
            <w:r w:rsidRPr="00332DB8">
              <w:rPr>
                <w:lang w:val="ru-RU"/>
              </w:rPr>
              <w:lastRenderedPageBreak/>
              <w:t xml:space="preserve">Зеркало сайта «Кавказджихад» </w:t>
            </w:r>
            <w:r>
              <w:t>http</w:t>
            </w:r>
            <w:r w:rsidRPr="00332DB8">
              <w:rPr>
                <w:lang w:val="ru-RU"/>
              </w:rPr>
              <w:t>://</w:t>
            </w:r>
            <w:r>
              <w:t>www</w:t>
            </w:r>
            <w:r w:rsidRPr="00332DB8">
              <w:rPr>
                <w:lang w:val="ru-RU"/>
              </w:rPr>
              <w:t>.</w:t>
            </w:r>
            <w:r>
              <w:t>kavkazJihad</w:t>
            </w:r>
            <w:r w:rsidRPr="00332DB8">
              <w:rPr>
                <w:lang w:val="ru-RU"/>
              </w:rPr>
              <w:t>.</w:t>
            </w:r>
            <w:r>
              <w:t>org</w:t>
            </w:r>
            <w:r w:rsidRPr="00332DB8">
              <w:rPr>
                <w:lang w:val="ru-RU"/>
              </w:rPr>
              <w:t>/</w:t>
            </w:r>
            <w:r>
              <w:t>ru</w:t>
            </w:r>
            <w:r w:rsidRPr="00332DB8">
              <w:rPr>
                <w:lang w:val="ru-RU"/>
              </w:rPr>
              <w:t>/ (решение Заводского районного суда г. Грозного от 19.03.2015);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3376.</w:t>
            </w:r>
          </w:p>
        </w:tc>
        <w:tc>
          <w:tcPr>
            <w:tcW w:w="2880" w:type="dxa"/>
          </w:tcPr>
          <w:p w:rsidR="006F7457" w:rsidRPr="00332DB8" w:rsidRDefault="00332DB8">
            <w:pPr>
              <w:rPr>
                <w:lang w:val="ru-RU"/>
              </w:rPr>
            </w:pPr>
            <w:r w:rsidRPr="00332DB8">
              <w:rPr>
                <w:lang w:val="ru-RU"/>
              </w:rPr>
              <w:t xml:space="preserve">Информационные видеоматериалы, размещенные на интернет-страницах: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173604_126337662 - </w:t>
            </w:r>
            <w:r>
              <w:t>FORMAT</w:t>
            </w:r>
            <w:r w:rsidRPr="00332DB8">
              <w:rPr>
                <w:lang w:val="ru-RU"/>
              </w:rPr>
              <w:t>-18 казнь (решение Ноябрьского городского суда Ямало-Ненецкого автономного округа от 21.03.2016);</w:t>
            </w:r>
          </w:p>
        </w:tc>
        <w:tc>
          <w:tcPr>
            <w:tcW w:w="2880" w:type="dxa"/>
          </w:tcPr>
          <w:p w:rsidR="006F7457" w:rsidRPr="00332DB8" w:rsidRDefault="006F7457">
            <w:pPr>
              <w:rPr>
                <w:lang w:val="ru-RU"/>
              </w:rPr>
            </w:pPr>
          </w:p>
        </w:tc>
      </w:tr>
      <w:tr w:rsidR="006F7457" w:rsidRPr="005A424D">
        <w:tc>
          <w:tcPr>
            <w:tcW w:w="2880" w:type="dxa"/>
          </w:tcPr>
          <w:p w:rsidR="006F7457" w:rsidRDefault="00332DB8">
            <w:r>
              <w:t>3377.</w:t>
            </w:r>
          </w:p>
        </w:tc>
        <w:tc>
          <w:tcPr>
            <w:tcW w:w="2880" w:type="dxa"/>
          </w:tcPr>
          <w:p w:rsidR="006F7457" w:rsidRPr="00332DB8" w:rsidRDefault="00332DB8">
            <w:pPr>
              <w:rPr>
                <w:lang w:val="ru-RU"/>
              </w:rPr>
            </w:pPr>
            <w:r w:rsidRPr="00332DB8">
              <w:rPr>
                <w:lang w:val="ru-RU"/>
              </w:rPr>
              <w:t xml:space="preserve">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w:t>
            </w:r>
            <w:r>
              <w:t>http</w:t>
            </w:r>
            <w:r w:rsidRPr="00332DB8">
              <w:rPr>
                <w:lang w:val="ru-RU"/>
              </w:rPr>
              <w:t>://</w:t>
            </w:r>
            <w:r>
              <w:t>vk</w:t>
            </w:r>
            <w:r w:rsidRPr="00332DB8">
              <w:rPr>
                <w:lang w:val="ru-RU"/>
              </w:rPr>
              <w:t>.</w:t>
            </w:r>
            <w:r>
              <w:t>com</w:t>
            </w:r>
            <w:r w:rsidRPr="00332DB8">
              <w:rPr>
                <w:lang w:val="ru-RU"/>
              </w:rPr>
              <w:t>/</w:t>
            </w:r>
            <w:r>
              <w:t>rusnsn</w:t>
            </w:r>
            <w:r w:rsidRPr="00332DB8">
              <w:rPr>
                <w:lang w:val="ru-RU"/>
              </w:rPr>
              <w:t xml:space="preserve"> (решение Октябрьского районного суда города Санкт-Петербурга от 28.10.2015);</w:t>
            </w:r>
          </w:p>
        </w:tc>
        <w:tc>
          <w:tcPr>
            <w:tcW w:w="2880" w:type="dxa"/>
          </w:tcPr>
          <w:p w:rsidR="006F7457" w:rsidRPr="00332DB8" w:rsidRDefault="006F7457">
            <w:pPr>
              <w:rPr>
                <w:lang w:val="ru-RU"/>
              </w:rPr>
            </w:pPr>
          </w:p>
        </w:tc>
      </w:tr>
      <w:tr w:rsidR="006F7457" w:rsidRPr="005A424D">
        <w:tc>
          <w:tcPr>
            <w:tcW w:w="2880" w:type="dxa"/>
          </w:tcPr>
          <w:p w:rsidR="006F7457" w:rsidRDefault="00332DB8">
            <w:r>
              <w:t>3378.</w:t>
            </w:r>
          </w:p>
        </w:tc>
        <w:tc>
          <w:tcPr>
            <w:tcW w:w="2880" w:type="dxa"/>
          </w:tcPr>
          <w:p w:rsidR="006F7457" w:rsidRPr="00332DB8" w:rsidRDefault="00332DB8">
            <w:pPr>
              <w:rPr>
                <w:lang w:val="ru-RU"/>
              </w:rPr>
            </w:pPr>
            <w:r w:rsidRPr="00332DB8">
              <w:rPr>
                <w:lang w:val="ru-RU"/>
              </w:rPr>
              <w:t xml:space="preserve">Информационный визуальный и текстовой материал, размещенный в сети - интернет по адресу </w:t>
            </w:r>
            <w:r>
              <w:t>http</w:t>
            </w:r>
            <w:r w:rsidRPr="00332DB8">
              <w:rPr>
                <w:lang w:val="ru-RU"/>
              </w:rPr>
              <w:t>://</w:t>
            </w:r>
            <w:r>
              <w:t>vk</w:t>
            </w:r>
            <w:r w:rsidRPr="00332DB8">
              <w:rPr>
                <w:lang w:val="ru-RU"/>
              </w:rPr>
              <w:t>.</w:t>
            </w:r>
            <w:r>
              <w:t>com</w:t>
            </w:r>
            <w:r w:rsidRPr="00332DB8">
              <w:rPr>
                <w:lang w:val="ru-RU"/>
              </w:rPr>
              <w:t xml:space="preserve">/ </w:t>
            </w:r>
            <w:r>
              <w:t>amfeon</w:t>
            </w:r>
            <w:r w:rsidRPr="00332DB8">
              <w:rPr>
                <w:lang w:val="ru-RU"/>
              </w:rPr>
              <w:t>: Фотоматериал с надписью «Кавказцы - бесполезная нация...» (</w:t>
            </w:r>
            <w:r>
              <w:t>http</w:t>
            </w:r>
            <w:r w:rsidRPr="00332DB8">
              <w:rPr>
                <w:lang w:val="ru-RU"/>
              </w:rPr>
              <w:t>://</w:t>
            </w:r>
            <w:r>
              <w:t>cs</w:t>
            </w:r>
            <w:r w:rsidRPr="00332DB8">
              <w:rPr>
                <w:lang w:val="ru-RU"/>
              </w:rPr>
              <w:t>402227.</w:t>
            </w:r>
            <w:r>
              <w:t>vk</w:t>
            </w:r>
            <w:r w:rsidRPr="00332DB8">
              <w:rPr>
                <w:lang w:val="ru-RU"/>
              </w:rPr>
              <w:t>.</w:t>
            </w:r>
            <w:r>
              <w:t>me</w:t>
            </w:r>
            <w:r w:rsidRPr="00332DB8">
              <w:rPr>
                <w:lang w:val="ru-RU"/>
              </w:rPr>
              <w:t>/</w:t>
            </w:r>
            <w:r>
              <w:t>v</w:t>
            </w:r>
            <w:r w:rsidRPr="00332DB8">
              <w:rPr>
                <w:lang w:val="ru-RU"/>
              </w:rPr>
              <w:t>402227593/9989/4</w:t>
            </w:r>
            <w:r>
              <w:t>ag</w:t>
            </w:r>
            <w:r w:rsidRPr="00332DB8">
              <w:rPr>
                <w:lang w:val="ru-RU"/>
              </w:rPr>
              <w:t>7</w:t>
            </w:r>
            <w:r>
              <w:t>WF</w:t>
            </w:r>
            <w:r w:rsidRPr="00332DB8">
              <w:rPr>
                <w:lang w:val="ru-RU"/>
              </w:rPr>
              <w:t>_</w:t>
            </w:r>
            <w:r>
              <w:t>KnTU</w:t>
            </w:r>
            <w:r w:rsidRPr="00332DB8">
              <w:rPr>
                <w:lang w:val="ru-RU"/>
              </w:rPr>
              <w:t>.</w:t>
            </w:r>
            <w:r>
              <w:t>jpg</w:t>
            </w:r>
            <w:r w:rsidRPr="00332DB8">
              <w:rPr>
                <w:lang w:val="ru-RU"/>
              </w:rPr>
              <w:t>) (решение Октябрьского районного суда г. Новосибирска от 29.01.2016);</w:t>
            </w:r>
          </w:p>
        </w:tc>
        <w:tc>
          <w:tcPr>
            <w:tcW w:w="2880" w:type="dxa"/>
          </w:tcPr>
          <w:p w:rsidR="006F7457" w:rsidRPr="00332DB8" w:rsidRDefault="006F7457">
            <w:pPr>
              <w:rPr>
                <w:lang w:val="ru-RU"/>
              </w:rPr>
            </w:pPr>
          </w:p>
        </w:tc>
      </w:tr>
      <w:tr w:rsidR="006F7457" w:rsidRPr="005A424D">
        <w:tc>
          <w:tcPr>
            <w:tcW w:w="2880" w:type="dxa"/>
          </w:tcPr>
          <w:p w:rsidR="006F7457" w:rsidRDefault="00332DB8">
            <w:r>
              <w:t>3379.</w:t>
            </w:r>
          </w:p>
        </w:tc>
        <w:tc>
          <w:tcPr>
            <w:tcW w:w="2880" w:type="dxa"/>
          </w:tcPr>
          <w:p w:rsidR="006F7457" w:rsidRPr="00332DB8" w:rsidRDefault="00332DB8">
            <w:pPr>
              <w:rPr>
                <w:lang w:val="ru-RU"/>
              </w:rPr>
            </w:pPr>
            <w:r w:rsidRPr="00332DB8">
              <w:rPr>
                <w:lang w:val="ru-RU"/>
              </w:rPr>
              <w:t xml:space="preserve">Информационный визуальный и текстовой материал, размещенный в сети - интернет по адресу </w:t>
            </w:r>
            <w:r>
              <w:t>http</w:t>
            </w:r>
            <w:r w:rsidRPr="00332DB8">
              <w:rPr>
                <w:lang w:val="ru-RU"/>
              </w:rPr>
              <w:t>://</w:t>
            </w:r>
            <w:r>
              <w:t>vk</w:t>
            </w:r>
            <w:r w:rsidRPr="00332DB8">
              <w:rPr>
                <w:lang w:val="ru-RU"/>
              </w:rPr>
              <w:t>.</w:t>
            </w:r>
            <w:r>
              <w:t>com</w:t>
            </w:r>
            <w:r w:rsidRPr="00332DB8">
              <w:rPr>
                <w:lang w:val="ru-RU"/>
              </w:rPr>
              <w:t xml:space="preserve">/ </w:t>
            </w:r>
            <w:r>
              <w:t>amfeon</w:t>
            </w:r>
            <w:r w:rsidRPr="00332DB8">
              <w:rPr>
                <w:lang w:val="ru-RU"/>
              </w:rPr>
              <w:t>: Фотоматериал с надписью «Розыск...» (</w:t>
            </w:r>
            <w:r>
              <w:t>http</w:t>
            </w:r>
            <w:r w:rsidRPr="00332DB8">
              <w:rPr>
                <w:lang w:val="ru-RU"/>
              </w:rPr>
              <w:t>://</w:t>
            </w:r>
            <w:r>
              <w:t>cs</w:t>
            </w:r>
            <w:r w:rsidRPr="00332DB8">
              <w:rPr>
                <w:lang w:val="ru-RU"/>
              </w:rPr>
              <w:t xml:space="preserve"> 10907. </w:t>
            </w:r>
            <w:r>
              <w:t>vk</w:t>
            </w:r>
            <w:r w:rsidRPr="00332DB8">
              <w:rPr>
                <w:lang w:val="ru-RU"/>
              </w:rPr>
              <w:t>.</w:t>
            </w:r>
            <w:r>
              <w:t>me</w:t>
            </w:r>
            <w:r w:rsidRPr="00332DB8">
              <w:rPr>
                <w:lang w:val="ru-RU"/>
              </w:rPr>
              <w:t>/</w:t>
            </w:r>
            <w:r>
              <w:t>u</w:t>
            </w:r>
            <w:r w:rsidRPr="00332DB8">
              <w:rPr>
                <w:lang w:val="ru-RU"/>
              </w:rPr>
              <w:t xml:space="preserve"> 157119612/-6/х_488401 </w:t>
            </w:r>
            <w:r>
              <w:t>eb</w:t>
            </w:r>
            <w:r w:rsidRPr="00332DB8">
              <w:rPr>
                <w:lang w:val="ru-RU"/>
              </w:rPr>
              <w:t>.</w:t>
            </w:r>
            <w:r>
              <w:t>jpg</w:t>
            </w:r>
            <w:r w:rsidRPr="00332DB8">
              <w:rPr>
                <w:lang w:val="ru-RU"/>
              </w:rPr>
              <w:t>) (решение Октябрьского районного суда г. Новосибирска от 29.01.2016);</w:t>
            </w:r>
          </w:p>
        </w:tc>
        <w:tc>
          <w:tcPr>
            <w:tcW w:w="2880" w:type="dxa"/>
          </w:tcPr>
          <w:p w:rsidR="006F7457" w:rsidRPr="00332DB8" w:rsidRDefault="006F7457">
            <w:pPr>
              <w:rPr>
                <w:lang w:val="ru-RU"/>
              </w:rPr>
            </w:pPr>
          </w:p>
        </w:tc>
      </w:tr>
      <w:tr w:rsidR="006F7457" w:rsidRPr="005A424D">
        <w:tc>
          <w:tcPr>
            <w:tcW w:w="2880" w:type="dxa"/>
          </w:tcPr>
          <w:p w:rsidR="006F7457" w:rsidRDefault="00332DB8">
            <w:r>
              <w:t>3380.</w:t>
            </w:r>
          </w:p>
        </w:tc>
        <w:tc>
          <w:tcPr>
            <w:tcW w:w="2880" w:type="dxa"/>
          </w:tcPr>
          <w:p w:rsidR="006F7457" w:rsidRPr="00332DB8" w:rsidRDefault="00332DB8">
            <w:pPr>
              <w:rPr>
                <w:lang w:val="ru-RU"/>
              </w:rPr>
            </w:pPr>
            <w:r w:rsidRPr="00332DB8">
              <w:rPr>
                <w:lang w:val="ru-RU"/>
              </w:rPr>
              <w:t xml:space="preserve">Информационный визуальный и текстовой материал, размещенный в сети - интернет по адресу </w:t>
            </w:r>
            <w:r>
              <w:t>http</w:t>
            </w:r>
            <w:r w:rsidRPr="00332DB8">
              <w:rPr>
                <w:lang w:val="ru-RU"/>
              </w:rPr>
              <w:t>://</w:t>
            </w:r>
            <w:r>
              <w:t>vk</w:t>
            </w:r>
            <w:r w:rsidRPr="00332DB8">
              <w:rPr>
                <w:lang w:val="ru-RU"/>
              </w:rPr>
              <w:t>.</w:t>
            </w:r>
            <w:r>
              <w:t>com</w:t>
            </w:r>
            <w:r w:rsidRPr="00332DB8">
              <w:rPr>
                <w:lang w:val="ru-RU"/>
              </w:rPr>
              <w:t xml:space="preserve">/ </w:t>
            </w:r>
            <w:r>
              <w:t>amfeon</w:t>
            </w:r>
            <w:r w:rsidRPr="00332DB8">
              <w:rPr>
                <w:lang w:val="ru-RU"/>
              </w:rPr>
              <w:t>: Фотоматериал с надписью «Русский бунт» (</w:t>
            </w:r>
            <w:r>
              <w:t>http</w:t>
            </w:r>
            <w:r w:rsidRPr="00332DB8">
              <w:rPr>
                <w:lang w:val="ru-RU"/>
              </w:rPr>
              <w:t>://</w:t>
            </w:r>
            <w:r>
              <w:t>csl</w:t>
            </w:r>
            <w:r w:rsidRPr="00332DB8">
              <w:rPr>
                <w:lang w:val="ru-RU"/>
              </w:rPr>
              <w:t>0381.</w:t>
            </w:r>
            <w:r>
              <w:t>vk</w:t>
            </w:r>
            <w:r w:rsidRPr="00332DB8">
              <w:rPr>
                <w:lang w:val="ru-RU"/>
              </w:rPr>
              <w:t>.</w:t>
            </w:r>
            <w:r>
              <w:t>me</w:t>
            </w:r>
            <w:r w:rsidRPr="00332DB8">
              <w:rPr>
                <w:lang w:val="ru-RU"/>
              </w:rPr>
              <w:t xml:space="preserve">/ </w:t>
            </w:r>
            <w:r>
              <w:t>u</w:t>
            </w:r>
            <w:r w:rsidRPr="00332DB8">
              <w:rPr>
                <w:lang w:val="ru-RU"/>
              </w:rPr>
              <w:t>88198090/126268926/х_</w:t>
            </w:r>
            <w:r>
              <w:t>a</w:t>
            </w:r>
            <w:r w:rsidRPr="00332DB8">
              <w:rPr>
                <w:lang w:val="ru-RU"/>
              </w:rPr>
              <w:t>6</w:t>
            </w:r>
            <w:r>
              <w:t>bba</w:t>
            </w:r>
            <w:r w:rsidRPr="00332DB8">
              <w:rPr>
                <w:lang w:val="ru-RU"/>
              </w:rPr>
              <w:t>8</w:t>
            </w:r>
            <w:r>
              <w:t>bb</w:t>
            </w:r>
            <w:r w:rsidRPr="00332DB8">
              <w:rPr>
                <w:lang w:val="ru-RU"/>
              </w:rPr>
              <w:t>.</w:t>
            </w:r>
            <w:r>
              <w:t>jpg</w:t>
            </w:r>
            <w:r w:rsidRPr="00332DB8">
              <w:rPr>
                <w:lang w:val="ru-RU"/>
              </w:rPr>
              <w:t>) (решение Октябрьского районного суда г. Новосибирска от 29.01.2016);</w:t>
            </w:r>
          </w:p>
        </w:tc>
        <w:tc>
          <w:tcPr>
            <w:tcW w:w="2880" w:type="dxa"/>
          </w:tcPr>
          <w:p w:rsidR="006F7457" w:rsidRPr="00332DB8" w:rsidRDefault="006F7457">
            <w:pPr>
              <w:rPr>
                <w:lang w:val="ru-RU"/>
              </w:rPr>
            </w:pPr>
          </w:p>
        </w:tc>
      </w:tr>
      <w:tr w:rsidR="006F7457">
        <w:tc>
          <w:tcPr>
            <w:tcW w:w="2880" w:type="dxa"/>
          </w:tcPr>
          <w:p w:rsidR="006F7457" w:rsidRDefault="00332DB8">
            <w:r>
              <w:lastRenderedPageBreak/>
              <w:t>3381.</w:t>
            </w:r>
          </w:p>
        </w:tc>
        <w:tc>
          <w:tcPr>
            <w:tcW w:w="2880" w:type="dxa"/>
          </w:tcPr>
          <w:p w:rsidR="006F7457" w:rsidRDefault="00332DB8">
            <w:r>
              <w:t>Исключен</w:t>
            </w:r>
          </w:p>
        </w:tc>
        <w:tc>
          <w:tcPr>
            <w:tcW w:w="2880" w:type="dxa"/>
          </w:tcPr>
          <w:p w:rsidR="006F7457" w:rsidRDefault="006F7457"/>
        </w:tc>
      </w:tr>
      <w:tr w:rsidR="006F7457" w:rsidRPr="005A424D">
        <w:tc>
          <w:tcPr>
            <w:tcW w:w="2880" w:type="dxa"/>
          </w:tcPr>
          <w:p w:rsidR="006F7457" w:rsidRDefault="00332DB8">
            <w:r>
              <w:t>3382.</w:t>
            </w:r>
          </w:p>
        </w:tc>
        <w:tc>
          <w:tcPr>
            <w:tcW w:w="2880" w:type="dxa"/>
          </w:tcPr>
          <w:p w:rsidR="006F7457" w:rsidRPr="00332DB8" w:rsidRDefault="00332DB8">
            <w:pPr>
              <w:rPr>
                <w:lang w:val="ru-RU"/>
              </w:rPr>
            </w:pPr>
            <w:r w:rsidRPr="00332DB8">
              <w:rPr>
                <w:lang w:val="ru-RU"/>
              </w:rPr>
              <w:t>Видеофайл (видеоролик) «Арийский легион!.</w:t>
            </w:r>
            <w:r>
              <w:t>mp</w:t>
            </w:r>
            <w:r w:rsidRPr="00332DB8">
              <w:rPr>
                <w:lang w:val="ru-RU"/>
              </w:rPr>
              <w:t xml:space="preserve">4», размещенный в сети Интернет в социальной сети «Вконстакте» на интернет-странице пользователя «Роман Пантюхов»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153151740 (решение Советского районного суда г. Брянска от 11.01.2016);</w:t>
            </w:r>
          </w:p>
        </w:tc>
        <w:tc>
          <w:tcPr>
            <w:tcW w:w="2880" w:type="dxa"/>
          </w:tcPr>
          <w:p w:rsidR="006F7457" w:rsidRPr="00332DB8" w:rsidRDefault="006F7457">
            <w:pPr>
              <w:rPr>
                <w:lang w:val="ru-RU"/>
              </w:rPr>
            </w:pPr>
          </w:p>
        </w:tc>
      </w:tr>
      <w:tr w:rsidR="006F7457" w:rsidRPr="005A424D">
        <w:tc>
          <w:tcPr>
            <w:tcW w:w="2880" w:type="dxa"/>
          </w:tcPr>
          <w:p w:rsidR="006F7457" w:rsidRDefault="00332DB8">
            <w:r>
              <w:t>3383.</w:t>
            </w:r>
          </w:p>
        </w:tc>
        <w:tc>
          <w:tcPr>
            <w:tcW w:w="2880" w:type="dxa"/>
          </w:tcPr>
          <w:p w:rsidR="006F7457" w:rsidRPr="00332DB8" w:rsidRDefault="00332DB8">
            <w:pPr>
              <w:rPr>
                <w:lang w:val="ru-RU"/>
              </w:rPr>
            </w:pPr>
            <w:r w:rsidRPr="00332DB8">
              <w:rPr>
                <w:lang w:val="ru-RU"/>
              </w:rPr>
              <w:t>Видеофайл (видеоролик) «Скинхеды.</w:t>
            </w:r>
            <w:r>
              <w:t>mp</w:t>
            </w:r>
            <w:r w:rsidRPr="00332DB8">
              <w:rPr>
                <w:lang w:val="ru-RU"/>
              </w:rPr>
              <w:t xml:space="preserve">4», размещенный в сети Интернет в социальной сети «Вконстакте» на интернет-странице пользователя «Роман Пантюхов»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153151740 (решение Советского районного суда г. Брянска от 11.01.2016);</w:t>
            </w:r>
          </w:p>
        </w:tc>
        <w:tc>
          <w:tcPr>
            <w:tcW w:w="2880" w:type="dxa"/>
          </w:tcPr>
          <w:p w:rsidR="006F7457" w:rsidRPr="00332DB8" w:rsidRDefault="006F7457">
            <w:pPr>
              <w:rPr>
                <w:lang w:val="ru-RU"/>
              </w:rPr>
            </w:pPr>
          </w:p>
        </w:tc>
      </w:tr>
      <w:tr w:rsidR="006F7457" w:rsidRPr="005A424D">
        <w:tc>
          <w:tcPr>
            <w:tcW w:w="2880" w:type="dxa"/>
          </w:tcPr>
          <w:p w:rsidR="006F7457" w:rsidRDefault="00332DB8">
            <w:r>
              <w:t>3384.</w:t>
            </w:r>
          </w:p>
        </w:tc>
        <w:tc>
          <w:tcPr>
            <w:tcW w:w="2880" w:type="dxa"/>
          </w:tcPr>
          <w:p w:rsidR="006F7457" w:rsidRPr="00332DB8" w:rsidRDefault="00332DB8">
            <w:pPr>
              <w:rPr>
                <w:lang w:val="ru-RU"/>
              </w:rPr>
            </w:pPr>
            <w:r w:rsidRPr="00332DB8">
              <w:rPr>
                <w:lang w:val="ru-RU"/>
              </w:rPr>
              <w:t>Видеофайл «Бьют чурок.</w:t>
            </w:r>
            <w:r>
              <w:t>mp</w:t>
            </w:r>
            <w:r w:rsidRPr="00332DB8">
              <w:rPr>
                <w:lang w:val="ru-RU"/>
              </w:rPr>
              <w:t xml:space="preserve">4», размещенный в сети Интернет в социальной сети «Вконстакте» на интернет-странице пользователя «Роман Пантюхов»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153151740 (решение Советского районного суда г. Брянска от 11.01.2016);</w:t>
            </w:r>
          </w:p>
        </w:tc>
        <w:tc>
          <w:tcPr>
            <w:tcW w:w="2880" w:type="dxa"/>
          </w:tcPr>
          <w:p w:rsidR="006F7457" w:rsidRPr="00332DB8" w:rsidRDefault="006F7457">
            <w:pPr>
              <w:rPr>
                <w:lang w:val="ru-RU"/>
              </w:rPr>
            </w:pPr>
          </w:p>
        </w:tc>
      </w:tr>
      <w:tr w:rsidR="006F7457" w:rsidRPr="005A424D">
        <w:tc>
          <w:tcPr>
            <w:tcW w:w="2880" w:type="dxa"/>
          </w:tcPr>
          <w:p w:rsidR="006F7457" w:rsidRDefault="00332DB8">
            <w:r>
              <w:t>3385.</w:t>
            </w:r>
          </w:p>
        </w:tc>
        <w:tc>
          <w:tcPr>
            <w:tcW w:w="2880" w:type="dxa"/>
          </w:tcPr>
          <w:p w:rsidR="006F7457" w:rsidRPr="00332DB8" w:rsidRDefault="00332DB8">
            <w:pPr>
              <w:rPr>
                <w:lang w:val="ru-RU"/>
              </w:rPr>
            </w:pPr>
            <w:r w:rsidRPr="00332DB8">
              <w:rPr>
                <w:lang w:val="ru-RU"/>
              </w:rPr>
              <w:t>Аудиофайл (аудиозапись) «88-Дай мне повод!</w:t>
            </w:r>
            <w:r>
              <w:t>mp</w:t>
            </w:r>
            <w:r w:rsidRPr="00332DB8">
              <w:rPr>
                <w:lang w:val="ru-RU"/>
              </w:rPr>
              <w:t xml:space="preserve">3”, размещенный в сети Интернет в социальной сети «Вконстакте» на интернет-странице пользователя «Роман Пантюхов»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153151740 (решение Советского районного суда г. Брянска от 11.01.2016);</w:t>
            </w:r>
          </w:p>
        </w:tc>
        <w:tc>
          <w:tcPr>
            <w:tcW w:w="2880" w:type="dxa"/>
          </w:tcPr>
          <w:p w:rsidR="006F7457" w:rsidRPr="00332DB8" w:rsidRDefault="006F7457">
            <w:pPr>
              <w:rPr>
                <w:lang w:val="ru-RU"/>
              </w:rPr>
            </w:pPr>
          </w:p>
        </w:tc>
      </w:tr>
      <w:tr w:rsidR="006F7457" w:rsidRPr="005A424D">
        <w:tc>
          <w:tcPr>
            <w:tcW w:w="2880" w:type="dxa"/>
          </w:tcPr>
          <w:p w:rsidR="006F7457" w:rsidRDefault="00332DB8">
            <w:r>
              <w:t>338</w:t>
            </w:r>
            <w:r>
              <w:lastRenderedPageBreak/>
              <w:t>6.</w:t>
            </w:r>
          </w:p>
        </w:tc>
        <w:tc>
          <w:tcPr>
            <w:tcW w:w="2880" w:type="dxa"/>
          </w:tcPr>
          <w:p w:rsidR="006F7457" w:rsidRPr="00332DB8" w:rsidRDefault="00332DB8">
            <w:pPr>
              <w:rPr>
                <w:lang w:val="ru-RU"/>
              </w:rPr>
            </w:pPr>
            <w:r w:rsidRPr="00332DB8">
              <w:rPr>
                <w:lang w:val="ru-RU"/>
              </w:rPr>
              <w:lastRenderedPageBreak/>
              <w:t>Аудиофайл (аудиозапись) «Хор СС – Россия для русских.</w:t>
            </w:r>
            <w:r>
              <w:t>mp</w:t>
            </w:r>
            <w:r w:rsidRPr="00332DB8">
              <w:rPr>
                <w:lang w:val="ru-RU"/>
              </w:rPr>
              <w:t xml:space="preserve">3», размещенный в сети Интернет в социальной сети «Вконстакте» на интернет-странице пользователя «Роман Пантюхов»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153151740 </w:t>
            </w:r>
            <w:r w:rsidRPr="00332DB8">
              <w:rPr>
                <w:lang w:val="ru-RU"/>
              </w:rPr>
              <w:lastRenderedPageBreak/>
              <w:t>(решение Советского районного суда г. Брянска от 11.01.2016);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3387.</w:t>
            </w:r>
          </w:p>
        </w:tc>
        <w:tc>
          <w:tcPr>
            <w:tcW w:w="2880" w:type="dxa"/>
          </w:tcPr>
          <w:p w:rsidR="006F7457" w:rsidRPr="00332DB8" w:rsidRDefault="00332DB8">
            <w:pPr>
              <w:rPr>
                <w:lang w:val="ru-RU"/>
              </w:rPr>
            </w:pPr>
            <w:r w:rsidRPr="00332DB8">
              <w:rPr>
                <w:lang w:val="ru-RU"/>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2880" w:type="dxa"/>
          </w:tcPr>
          <w:p w:rsidR="006F7457" w:rsidRPr="00332DB8" w:rsidRDefault="006F7457">
            <w:pPr>
              <w:rPr>
                <w:lang w:val="ru-RU"/>
              </w:rPr>
            </w:pPr>
          </w:p>
        </w:tc>
      </w:tr>
      <w:tr w:rsidR="006F7457" w:rsidRPr="005A424D">
        <w:tc>
          <w:tcPr>
            <w:tcW w:w="2880" w:type="dxa"/>
          </w:tcPr>
          <w:p w:rsidR="006F7457" w:rsidRDefault="00332DB8">
            <w:r>
              <w:t>3388.</w:t>
            </w:r>
          </w:p>
        </w:tc>
        <w:tc>
          <w:tcPr>
            <w:tcW w:w="2880" w:type="dxa"/>
          </w:tcPr>
          <w:p w:rsidR="006F7457" w:rsidRPr="00332DB8" w:rsidRDefault="00332DB8">
            <w:pPr>
              <w:rPr>
                <w:lang w:val="ru-RU"/>
              </w:rPr>
            </w:pPr>
            <w:r w:rsidRPr="00332DB8">
              <w:rPr>
                <w:lang w:val="ru-RU"/>
              </w:rPr>
              <w:t>Видеоролик «Русский Стяг – Р.О.А. (</w:t>
            </w:r>
            <w:r>
              <w:t>by</w:t>
            </w:r>
            <w:r w:rsidRPr="00332DB8">
              <w:rPr>
                <w:lang w:val="ru-RU"/>
              </w:rPr>
              <w:t xml:space="preserve"> </w:t>
            </w:r>
            <w:r>
              <w:t>NEX</w:t>
            </w:r>
            <w:r w:rsidRPr="00332DB8">
              <w:rPr>
                <w:lang w:val="ru-RU"/>
              </w:rPr>
              <w:t xml:space="preserve"> </w:t>
            </w:r>
            <w:r>
              <w:t>company</w:t>
            </w:r>
            <w:r w:rsidRPr="00332DB8">
              <w:rPr>
                <w:lang w:val="ru-RU"/>
              </w:rPr>
              <w:t xml:space="preserve">)» (интернет – адрес: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=1</w:t>
            </w:r>
            <w:r>
              <w:t>xzZqsmIpc</w:t>
            </w:r>
            <w:r w:rsidRPr="00332DB8">
              <w:rPr>
                <w:lang w:val="ru-RU"/>
              </w:rPr>
              <w:t>4) (решение Заводского районного суда г. Орла от 20.02.2016);</w:t>
            </w:r>
          </w:p>
        </w:tc>
        <w:tc>
          <w:tcPr>
            <w:tcW w:w="2880" w:type="dxa"/>
          </w:tcPr>
          <w:p w:rsidR="006F7457" w:rsidRPr="00332DB8" w:rsidRDefault="006F7457">
            <w:pPr>
              <w:rPr>
                <w:lang w:val="ru-RU"/>
              </w:rPr>
            </w:pPr>
          </w:p>
        </w:tc>
      </w:tr>
      <w:tr w:rsidR="006F7457" w:rsidRPr="005A424D">
        <w:tc>
          <w:tcPr>
            <w:tcW w:w="2880" w:type="dxa"/>
          </w:tcPr>
          <w:p w:rsidR="006F7457" w:rsidRDefault="00332DB8">
            <w:r>
              <w:t>3389.</w:t>
            </w:r>
          </w:p>
        </w:tc>
        <w:tc>
          <w:tcPr>
            <w:tcW w:w="2880" w:type="dxa"/>
          </w:tcPr>
          <w:p w:rsidR="006F7457" w:rsidRPr="00332DB8" w:rsidRDefault="00332DB8">
            <w:pPr>
              <w:rPr>
                <w:lang w:val="ru-RU"/>
              </w:rPr>
            </w:pPr>
            <w:r w:rsidRPr="00332DB8">
              <w:rPr>
                <w:lang w:val="ru-RU"/>
              </w:rPr>
              <w:t xml:space="preserve">Сайт в сети Интернет </w:t>
            </w:r>
            <w:r>
              <w:t>www</w:t>
            </w:r>
            <w:r w:rsidRPr="00332DB8">
              <w:rPr>
                <w:lang w:val="ru-RU"/>
              </w:rPr>
              <w:t>.</w:t>
            </w:r>
            <w:r>
              <w:t>chechenews</w:t>
            </w:r>
            <w:r w:rsidRPr="00332DB8">
              <w:rPr>
                <w:lang w:val="ru-RU"/>
              </w:rPr>
              <w:t>.</w:t>
            </w:r>
            <w:r>
              <w:t>com</w:t>
            </w:r>
            <w:r w:rsidRPr="00332DB8">
              <w:rPr>
                <w:lang w:val="ru-RU"/>
              </w:rPr>
              <w:t xml:space="preserve"> (решение Заводского районного суда г. Грозного от 24.02.2014);</w:t>
            </w:r>
          </w:p>
        </w:tc>
        <w:tc>
          <w:tcPr>
            <w:tcW w:w="2880" w:type="dxa"/>
          </w:tcPr>
          <w:p w:rsidR="006F7457" w:rsidRPr="00332DB8" w:rsidRDefault="006F7457">
            <w:pPr>
              <w:rPr>
                <w:lang w:val="ru-RU"/>
              </w:rPr>
            </w:pPr>
          </w:p>
        </w:tc>
      </w:tr>
      <w:tr w:rsidR="006F7457">
        <w:tc>
          <w:tcPr>
            <w:tcW w:w="2880" w:type="dxa"/>
          </w:tcPr>
          <w:p w:rsidR="006F7457" w:rsidRDefault="00332DB8">
            <w:r>
              <w:t>3390.</w:t>
            </w:r>
          </w:p>
        </w:tc>
        <w:tc>
          <w:tcPr>
            <w:tcW w:w="2880" w:type="dxa"/>
          </w:tcPr>
          <w:p w:rsidR="006F7457" w:rsidRDefault="00332DB8">
            <w:r w:rsidRPr="00332DB8">
              <w:rPr>
                <w:lang w:val="ru-RU"/>
              </w:rPr>
              <w:t xml:space="preserve">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w:t>
            </w:r>
            <w:r>
              <w:t>(решение Заводского районного суда г. Грозного от 22.12.2015);</w:t>
            </w:r>
          </w:p>
        </w:tc>
        <w:tc>
          <w:tcPr>
            <w:tcW w:w="2880" w:type="dxa"/>
          </w:tcPr>
          <w:p w:rsidR="006F7457" w:rsidRDefault="006F7457"/>
        </w:tc>
      </w:tr>
      <w:tr w:rsidR="006F7457" w:rsidRPr="005A424D">
        <w:tc>
          <w:tcPr>
            <w:tcW w:w="2880" w:type="dxa"/>
          </w:tcPr>
          <w:p w:rsidR="006F7457" w:rsidRDefault="00332DB8">
            <w:r>
              <w:t>3391.</w:t>
            </w:r>
          </w:p>
        </w:tc>
        <w:tc>
          <w:tcPr>
            <w:tcW w:w="2880" w:type="dxa"/>
          </w:tcPr>
          <w:p w:rsidR="006F7457" w:rsidRPr="00332DB8" w:rsidRDefault="00332DB8">
            <w:pPr>
              <w:rPr>
                <w:lang w:val="ru-RU"/>
              </w:rPr>
            </w:pPr>
            <w:r w:rsidRPr="00332DB8">
              <w:rPr>
                <w:lang w:val="ru-RU"/>
              </w:rPr>
              <w:t>Видеообращение на интернет-сервисе, предоставляющим услуги видеохостинга «</w:t>
            </w:r>
            <w:r>
              <w:t>https</w:t>
            </w:r>
            <w:r w:rsidRPr="00332DB8">
              <w:rPr>
                <w:lang w:val="ru-RU"/>
              </w:rPr>
              <w:t>://</w:t>
            </w:r>
            <w:r>
              <w:t>www</w:t>
            </w:r>
            <w:r w:rsidRPr="00332DB8">
              <w:rPr>
                <w:lang w:val="ru-RU"/>
              </w:rPr>
              <w:t>.</w:t>
            </w:r>
            <w:r>
              <w:t>youtube</w:t>
            </w:r>
            <w:r w:rsidRPr="00332DB8">
              <w:rPr>
                <w:lang w:val="ru-RU"/>
              </w:rPr>
              <w:t>.</w:t>
            </w:r>
            <w:r>
              <w:t>com</w:t>
            </w:r>
            <w:r w:rsidRPr="00332DB8">
              <w:rPr>
                <w:lang w:val="ru-RU"/>
              </w:rPr>
              <w:t xml:space="preserve">», на котором размещена ссылка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Hzd</w:t>
            </w:r>
            <w:r w:rsidRPr="00332DB8">
              <w:rPr>
                <w:lang w:val="ru-RU"/>
              </w:rPr>
              <w:t>2</w:t>
            </w:r>
            <w:r>
              <w:t>rCaALng</w:t>
            </w:r>
            <w:r w:rsidRPr="00332DB8">
              <w:rPr>
                <w:lang w:val="ru-RU"/>
              </w:rPr>
              <w:t xml:space="preserve"> видеозапись «Байат амира Кизляра» (решение Кизлярского районного суда Республики Дагестан от 19.02.2016);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3392.</w:t>
            </w:r>
          </w:p>
        </w:tc>
        <w:tc>
          <w:tcPr>
            <w:tcW w:w="2880" w:type="dxa"/>
          </w:tcPr>
          <w:p w:rsidR="006F7457" w:rsidRPr="00332DB8" w:rsidRDefault="00332DB8">
            <w:pPr>
              <w:rPr>
                <w:lang w:val="ru-RU"/>
              </w:rPr>
            </w:pPr>
            <w:r w:rsidRPr="00332DB8">
              <w:rPr>
                <w:lang w:val="ru-RU"/>
              </w:rPr>
              <w:t>Аудиофайл «</w:t>
            </w:r>
            <w:r>
              <w:t>P</w:t>
            </w:r>
            <w:r w:rsidRPr="00332DB8">
              <w:rPr>
                <w:lang w:val="ru-RU"/>
              </w:rPr>
              <w:t>.</w:t>
            </w:r>
            <w:r>
              <w:t>S</w:t>
            </w:r>
            <w:r w:rsidRPr="00332DB8">
              <w:rPr>
                <w:lang w:val="ru-RU"/>
              </w:rPr>
              <w:t>.7.62-</w:t>
            </w:r>
            <w:r>
              <w:t>Mo</w:t>
            </w:r>
            <w:r w:rsidRPr="00332DB8">
              <w:rPr>
                <w:lang w:val="ru-RU"/>
              </w:rPr>
              <w:t xml:space="preserve">й город», размещенный в социальной сети «В Контакте» на интернет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4179491526 (решение Советского районного суда г. Брянска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3393.</w:t>
            </w:r>
          </w:p>
        </w:tc>
        <w:tc>
          <w:tcPr>
            <w:tcW w:w="2880" w:type="dxa"/>
          </w:tcPr>
          <w:p w:rsidR="006F7457" w:rsidRPr="00332DB8" w:rsidRDefault="00332DB8">
            <w:pPr>
              <w:rPr>
                <w:lang w:val="ru-RU"/>
              </w:rPr>
            </w:pPr>
            <w:r w:rsidRPr="00332DB8">
              <w:rPr>
                <w:lang w:val="ru-RU"/>
              </w:rPr>
              <w:t>Графический файл 2</w:t>
            </w:r>
            <w:r>
              <w:t>sgfcP</w:t>
            </w:r>
            <w:r w:rsidRPr="00332DB8">
              <w:rPr>
                <w:lang w:val="ru-RU"/>
              </w:rPr>
              <w:t>75</w:t>
            </w:r>
            <w:r>
              <w:t>YWU</w:t>
            </w:r>
            <w:r w:rsidRPr="00332DB8">
              <w:rPr>
                <w:lang w:val="ru-RU"/>
              </w:rPr>
              <w:t>.</w:t>
            </w:r>
            <w:r>
              <w:t>jpg</w:t>
            </w:r>
            <w:r w:rsidRPr="00332DB8">
              <w:rPr>
                <w:lang w:val="ru-RU"/>
              </w:rPr>
              <w:t xml:space="preserve">, размещенный в социальной сети «В Контакте» на интернет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4179491526 (решение Советского районного суда г. Брянска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3394.</w:t>
            </w:r>
          </w:p>
        </w:tc>
        <w:tc>
          <w:tcPr>
            <w:tcW w:w="2880" w:type="dxa"/>
          </w:tcPr>
          <w:p w:rsidR="006F7457" w:rsidRPr="00332DB8" w:rsidRDefault="00332DB8">
            <w:pPr>
              <w:rPr>
                <w:lang w:val="ru-RU"/>
              </w:rPr>
            </w:pPr>
            <w:r w:rsidRPr="00332DB8">
              <w:rPr>
                <w:lang w:val="ru-RU"/>
              </w:rPr>
              <w:t>Графический файл 6</w:t>
            </w:r>
            <w:r>
              <w:t>dyLMK</w:t>
            </w:r>
            <w:r w:rsidRPr="00332DB8">
              <w:rPr>
                <w:lang w:val="ru-RU"/>
              </w:rPr>
              <w:t>1</w:t>
            </w:r>
            <w:r>
              <w:t>NKC</w:t>
            </w:r>
            <w:r w:rsidRPr="00332DB8">
              <w:rPr>
                <w:lang w:val="ru-RU"/>
              </w:rPr>
              <w:t>0.</w:t>
            </w:r>
            <w:r>
              <w:t>jpg</w:t>
            </w:r>
            <w:r w:rsidRPr="00332DB8">
              <w:rPr>
                <w:lang w:val="ru-RU"/>
              </w:rPr>
              <w:t xml:space="preserve">, размещенный в социальной сети «В Контакте» на интернет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4179491526 (решение Советского районного суда г. Брянска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3395.</w:t>
            </w:r>
          </w:p>
        </w:tc>
        <w:tc>
          <w:tcPr>
            <w:tcW w:w="2880" w:type="dxa"/>
          </w:tcPr>
          <w:p w:rsidR="006F7457" w:rsidRPr="00332DB8" w:rsidRDefault="00332DB8">
            <w:pPr>
              <w:rPr>
                <w:lang w:val="ru-RU"/>
              </w:rPr>
            </w:pPr>
            <w:r w:rsidRPr="00332DB8">
              <w:rPr>
                <w:lang w:val="ru-RU"/>
              </w:rPr>
              <w:t>Графический файл 8</w:t>
            </w:r>
            <w:r>
              <w:t>kNgVhbymJQ</w:t>
            </w:r>
            <w:r w:rsidRPr="00332DB8">
              <w:rPr>
                <w:lang w:val="ru-RU"/>
              </w:rPr>
              <w:t>.</w:t>
            </w:r>
            <w:r>
              <w:t>jpg</w:t>
            </w:r>
            <w:r w:rsidRPr="00332DB8">
              <w:rPr>
                <w:lang w:val="ru-RU"/>
              </w:rPr>
              <w:t xml:space="preserve">, размещенный в социальной сети «В Контакте» на интернет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4179491526 (решение Советского районного суда г. Брянска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3396.</w:t>
            </w:r>
          </w:p>
        </w:tc>
        <w:tc>
          <w:tcPr>
            <w:tcW w:w="2880" w:type="dxa"/>
          </w:tcPr>
          <w:p w:rsidR="006F7457" w:rsidRPr="00332DB8" w:rsidRDefault="00332DB8">
            <w:pPr>
              <w:rPr>
                <w:lang w:val="ru-RU"/>
              </w:rPr>
            </w:pPr>
            <w:r w:rsidRPr="00332DB8">
              <w:rPr>
                <w:lang w:val="ru-RU"/>
              </w:rPr>
              <w:t>Графический файл 9</w:t>
            </w:r>
            <w:r>
              <w:t>aNj</w:t>
            </w:r>
            <w:r w:rsidRPr="00332DB8">
              <w:rPr>
                <w:lang w:val="ru-RU"/>
              </w:rPr>
              <w:t>9</w:t>
            </w:r>
            <w:r>
              <w:t>j</w:t>
            </w:r>
            <w:r w:rsidRPr="00332DB8">
              <w:rPr>
                <w:lang w:val="ru-RU"/>
              </w:rPr>
              <w:t>9</w:t>
            </w:r>
            <w:r>
              <w:t>P</w:t>
            </w:r>
            <w:r w:rsidRPr="00332DB8">
              <w:rPr>
                <w:lang w:val="ru-RU"/>
              </w:rPr>
              <w:t>718.</w:t>
            </w:r>
            <w:r>
              <w:t>jpg</w:t>
            </w:r>
            <w:r w:rsidRPr="00332DB8">
              <w:rPr>
                <w:lang w:val="ru-RU"/>
              </w:rPr>
              <w:t xml:space="preserve">, размещенный в социальной сети «В Контакте» на интернет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4179491526 (решение Советского районного суда г. Брянска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339</w:t>
            </w:r>
            <w:r>
              <w:lastRenderedPageBreak/>
              <w:t>7.</w:t>
            </w:r>
          </w:p>
        </w:tc>
        <w:tc>
          <w:tcPr>
            <w:tcW w:w="2880" w:type="dxa"/>
          </w:tcPr>
          <w:p w:rsidR="006F7457" w:rsidRPr="00332DB8" w:rsidRDefault="00332DB8">
            <w:pPr>
              <w:rPr>
                <w:lang w:val="ru-RU"/>
              </w:rPr>
            </w:pPr>
            <w:r w:rsidRPr="00332DB8">
              <w:rPr>
                <w:lang w:val="ru-RU"/>
              </w:rPr>
              <w:lastRenderedPageBreak/>
              <w:t xml:space="preserve">Графический файл </w:t>
            </w:r>
            <w:r>
              <w:t>DQu</w:t>
            </w:r>
            <w:r w:rsidRPr="00332DB8">
              <w:rPr>
                <w:lang w:val="ru-RU"/>
              </w:rPr>
              <w:t>7</w:t>
            </w:r>
            <w:r>
              <w:t>MiX</w:t>
            </w:r>
            <w:r w:rsidRPr="00332DB8">
              <w:rPr>
                <w:lang w:val="ru-RU"/>
              </w:rPr>
              <w:t>6</w:t>
            </w:r>
            <w:r>
              <w:t>PuE</w:t>
            </w:r>
            <w:r w:rsidRPr="00332DB8">
              <w:rPr>
                <w:lang w:val="ru-RU"/>
              </w:rPr>
              <w:t>.</w:t>
            </w:r>
            <w:r>
              <w:t>jpg</w:t>
            </w:r>
            <w:r w:rsidRPr="00332DB8">
              <w:rPr>
                <w:lang w:val="ru-RU"/>
              </w:rPr>
              <w:t xml:space="preserve">, размещенный в социальной сети «В Контакте» на интернет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4179491526 (решение Советского районного суда г. Брянска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3398.</w:t>
            </w:r>
          </w:p>
        </w:tc>
        <w:tc>
          <w:tcPr>
            <w:tcW w:w="2880" w:type="dxa"/>
          </w:tcPr>
          <w:p w:rsidR="006F7457" w:rsidRPr="00332DB8" w:rsidRDefault="00332DB8">
            <w:pPr>
              <w:rPr>
                <w:lang w:val="ru-RU"/>
              </w:rPr>
            </w:pPr>
            <w:r w:rsidRPr="00332DB8">
              <w:rPr>
                <w:lang w:val="ru-RU"/>
              </w:rPr>
              <w:t xml:space="preserve">Графический файл </w:t>
            </w:r>
            <w:r>
              <w:t>ElgeKvedenY</w:t>
            </w:r>
            <w:r w:rsidRPr="00332DB8">
              <w:rPr>
                <w:lang w:val="ru-RU"/>
              </w:rPr>
              <w:t>.</w:t>
            </w:r>
            <w:r>
              <w:t>jpg</w:t>
            </w:r>
            <w:r w:rsidRPr="00332DB8">
              <w:rPr>
                <w:lang w:val="ru-RU"/>
              </w:rPr>
              <w:t xml:space="preserve">, размещенный в социальной сети «В Контакте» на интернет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4179491526 (решение Советского районного суда г. Брянска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3399.</w:t>
            </w:r>
          </w:p>
        </w:tc>
        <w:tc>
          <w:tcPr>
            <w:tcW w:w="2880" w:type="dxa"/>
          </w:tcPr>
          <w:p w:rsidR="006F7457" w:rsidRPr="00332DB8" w:rsidRDefault="00332DB8">
            <w:pPr>
              <w:rPr>
                <w:lang w:val="ru-RU"/>
              </w:rPr>
            </w:pPr>
            <w:r w:rsidRPr="00332DB8">
              <w:rPr>
                <w:lang w:val="ru-RU"/>
              </w:rPr>
              <w:t xml:space="preserve">Графический файл </w:t>
            </w:r>
            <w:r>
              <w:t>HR</w:t>
            </w:r>
            <w:r w:rsidRPr="00332DB8">
              <w:rPr>
                <w:lang w:val="ru-RU"/>
              </w:rPr>
              <w:t>0</w:t>
            </w:r>
            <w:r>
              <w:t>ckZwHqVY</w:t>
            </w:r>
            <w:r w:rsidRPr="00332DB8">
              <w:rPr>
                <w:lang w:val="ru-RU"/>
              </w:rPr>
              <w:t>.</w:t>
            </w:r>
            <w:r>
              <w:t>jpg</w:t>
            </w:r>
            <w:r w:rsidRPr="00332DB8">
              <w:rPr>
                <w:lang w:val="ru-RU"/>
              </w:rPr>
              <w:t xml:space="preserve">, размещенный в социальной сети «В Контакте» на интернет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4179491526 (решение Советского районного суда г. Брянска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3400.</w:t>
            </w:r>
          </w:p>
        </w:tc>
        <w:tc>
          <w:tcPr>
            <w:tcW w:w="2880" w:type="dxa"/>
          </w:tcPr>
          <w:p w:rsidR="006F7457" w:rsidRPr="00332DB8" w:rsidRDefault="00332DB8">
            <w:pPr>
              <w:rPr>
                <w:lang w:val="ru-RU"/>
              </w:rPr>
            </w:pPr>
            <w:r w:rsidRPr="00332DB8">
              <w:rPr>
                <w:lang w:val="ru-RU"/>
              </w:rPr>
              <w:t xml:space="preserve">Графический файл </w:t>
            </w:r>
            <w:r>
              <w:t>j</w:t>
            </w:r>
            <w:r w:rsidRPr="00332DB8">
              <w:rPr>
                <w:lang w:val="ru-RU"/>
              </w:rPr>
              <w:t>5</w:t>
            </w:r>
            <w:r>
              <w:t>UZ</w:t>
            </w:r>
            <w:r w:rsidRPr="00332DB8">
              <w:rPr>
                <w:lang w:val="ru-RU"/>
              </w:rPr>
              <w:t>-</w:t>
            </w:r>
            <w:r>
              <w:t>UYvBF</w:t>
            </w:r>
            <w:r w:rsidRPr="00332DB8">
              <w:rPr>
                <w:lang w:val="ru-RU"/>
              </w:rPr>
              <w:t>0.</w:t>
            </w:r>
            <w:r>
              <w:t>jpg</w:t>
            </w:r>
            <w:r w:rsidRPr="00332DB8">
              <w:rPr>
                <w:lang w:val="ru-RU"/>
              </w:rPr>
              <w:t xml:space="preserve">, размещенный в социальной сети «В Контакте» на интернет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4179491526 (решение Советского районного суда г. Брянска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3401.</w:t>
            </w:r>
          </w:p>
        </w:tc>
        <w:tc>
          <w:tcPr>
            <w:tcW w:w="2880" w:type="dxa"/>
          </w:tcPr>
          <w:p w:rsidR="006F7457" w:rsidRPr="00332DB8" w:rsidRDefault="00332DB8">
            <w:pPr>
              <w:rPr>
                <w:lang w:val="ru-RU"/>
              </w:rPr>
            </w:pPr>
            <w:r w:rsidRPr="00332DB8">
              <w:rPr>
                <w:lang w:val="ru-RU"/>
              </w:rPr>
              <w:t xml:space="preserve">Графический файл </w:t>
            </w:r>
            <w:r>
              <w:t>M</w:t>
            </w:r>
            <w:r w:rsidRPr="00332DB8">
              <w:rPr>
                <w:lang w:val="ru-RU"/>
              </w:rPr>
              <w:t>9</w:t>
            </w:r>
            <w:r>
              <w:t>FKPNdB</w:t>
            </w:r>
            <w:r w:rsidRPr="00332DB8">
              <w:rPr>
                <w:lang w:val="ru-RU"/>
              </w:rPr>
              <w:t>6</w:t>
            </w:r>
            <w:r>
              <w:t>kE</w:t>
            </w:r>
            <w:r w:rsidRPr="00332DB8">
              <w:rPr>
                <w:lang w:val="ru-RU"/>
              </w:rPr>
              <w:t>.</w:t>
            </w:r>
            <w:r>
              <w:t>jpg</w:t>
            </w:r>
            <w:r w:rsidRPr="00332DB8">
              <w:rPr>
                <w:lang w:val="ru-RU"/>
              </w:rPr>
              <w:t xml:space="preserve">, размещенный в социальной сети «В Контакте» на интернет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4179491526 (решение Советского районного суда г. Брянска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3402.</w:t>
            </w:r>
          </w:p>
        </w:tc>
        <w:tc>
          <w:tcPr>
            <w:tcW w:w="2880" w:type="dxa"/>
          </w:tcPr>
          <w:p w:rsidR="006F7457" w:rsidRPr="00332DB8" w:rsidRDefault="00332DB8">
            <w:pPr>
              <w:rPr>
                <w:lang w:val="ru-RU"/>
              </w:rPr>
            </w:pPr>
            <w:r w:rsidRPr="00332DB8">
              <w:rPr>
                <w:lang w:val="ru-RU"/>
              </w:rPr>
              <w:t xml:space="preserve">Графический файл </w:t>
            </w:r>
            <w:r>
              <w:t>V</w:t>
            </w:r>
            <w:r w:rsidRPr="00332DB8">
              <w:rPr>
                <w:lang w:val="ru-RU"/>
              </w:rPr>
              <w:t>0</w:t>
            </w:r>
            <w:r>
              <w:t>KM</w:t>
            </w:r>
            <w:r w:rsidRPr="00332DB8">
              <w:rPr>
                <w:lang w:val="ru-RU"/>
              </w:rPr>
              <w:t>3</w:t>
            </w:r>
            <w:r>
              <w:t>mqNCgo</w:t>
            </w:r>
            <w:r w:rsidRPr="00332DB8">
              <w:rPr>
                <w:lang w:val="ru-RU"/>
              </w:rPr>
              <w:t>.</w:t>
            </w:r>
            <w:r>
              <w:t>jpg</w:t>
            </w:r>
            <w:r w:rsidRPr="00332DB8">
              <w:rPr>
                <w:lang w:val="ru-RU"/>
              </w:rPr>
              <w:t xml:space="preserve">, размещенный в социальной сети «В Контакте» на интернет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4179491526 (решение Советского районного суда г. Брянска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3403.</w:t>
            </w:r>
          </w:p>
        </w:tc>
        <w:tc>
          <w:tcPr>
            <w:tcW w:w="2880" w:type="dxa"/>
          </w:tcPr>
          <w:p w:rsidR="006F7457" w:rsidRPr="00332DB8" w:rsidRDefault="00332DB8">
            <w:pPr>
              <w:rPr>
                <w:lang w:val="ru-RU"/>
              </w:rPr>
            </w:pPr>
            <w:r w:rsidRPr="00332DB8">
              <w:rPr>
                <w:lang w:val="ru-RU"/>
              </w:rPr>
              <w:t xml:space="preserve">Графический файл </w:t>
            </w:r>
            <w:r>
              <w:t>vULGJBaauIs</w:t>
            </w:r>
            <w:r w:rsidRPr="00332DB8">
              <w:rPr>
                <w:lang w:val="ru-RU"/>
              </w:rPr>
              <w:t>.</w:t>
            </w:r>
            <w:r>
              <w:t>jpg</w:t>
            </w:r>
            <w:r w:rsidRPr="00332DB8">
              <w:rPr>
                <w:lang w:val="ru-RU"/>
              </w:rPr>
              <w:t xml:space="preserve">, размещенный в социальной сети «В Контакте» на интернет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4179491526 (решение Советского районного суда г. Брянска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3404.</w:t>
            </w:r>
          </w:p>
        </w:tc>
        <w:tc>
          <w:tcPr>
            <w:tcW w:w="2880" w:type="dxa"/>
          </w:tcPr>
          <w:p w:rsidR="006F7457" w:rsidRPr="00332DB8" w:rsidRDefault="00332DB8">
            <w:pPr>
              <w:rPr>
                <w:lang w:val="ru-RU"/>
              </w:rPr>
            </w:pPr>
            <w:r w:rsidRPr="00332DB8">
              <w:rPr>
                <w:lang w:val="ru-RU"/>
              </w:rPr>
              <w:t xml:space="preserve">Графический файл </w:t>
            </w:r>
            <w:r>
              <w:t>WFB</w:t>
            </w:r>
            <w:r w:rsidRPr="00332DB8">
              <w:rPr>
                <w:lang w:val="ru-RU"/>
              </w:rPr>
              <w:t>8</w:t>
            </w:r>
            <w:r>
              <w:t>QxlXMag</w:t>
            </w:r>
            <w:r w:rsidRPr="00332DB8">
              <w:rPr>
                <w:lang w:val="ru-RU"/>
              </w:rPr>
              <w:t>.</w:t>
            </w:r>
            <w:r>
              <w:t>jpg</w:t>
            </w:r>
            <w:r w:rsidRPr="00332DB8">
              <w:rPr>
                <w:lang w:val="ru-RU"/>
              </w:rPr>
              <w:t xml:space="preserve">, размещенный в социальной сети «В Контакте» на интернет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4179491526 (решение Советского районного суда г. Брянска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3405.</w:t>
            </w:r>
          </w:p>
        </w:tc>
        <w:tc>
          <w:tcPr>
            <w:tcW w:w="2880" w:type="dxa"/>
          </w:tcPr>
          <w:p w:rsidR="006F7457" w:rsidRPr="00332DB8" w:rsidRDefault="00332DB8">
            <w:pPr>
              <w:rPr>
                <w:lang w:val="ru-RU"/>
              </w:rPr>
            </w:pPr>
            <w:r w:rsidRPr="00332DB8">
              <w:rPr>
                <w:lang w:val="ru-RU"/>
              </w:rPr>
              <w:t xml:space="preserve">Информационный материал, размещенный по интернет-адресу: </w:t>
            </w:r>
            <w:r>
              <w:t>http</w:t>
            </w:r>
            <w:r w:rsidRPr="00332DB8">
              <w:rPr>
                <w:lang w:val="ru-RU"/>
              </w:rPr>
              <w:t>://</w:t>
            </w:r>
            <w:r>
              <w:t>wikibit</w:t>
            </w:r>
            <w:r w:rsidRPr="00332DB8">
              <w:rPr>
                <w:lang w:val="ru-RU"/>
              </w:rPr>
              <w:t>.</w:t>
            </w:r>
            <w:r>
              <w:t>me</w:t>
            </w:r>
            <w:r w:rsidRPr="00332DB8">
              <w:rPr>
                <w:lang w:val="ru-RU"/>
              </w:rPr>
              <w:t>/</w:t>
            </w:r>
            <w:r>
              <w:t>v</w:t>
            </w:r>
            <w:r w:rsidRPr="00332DB8">
              <w:rPr>
                <w:lang w:val="ru-RU"/>
              </w:rPr>
              <w:t>/вилаят-дагестан (решение Новоуренгойского городского суда Ямало-Ненецкого автономного округа от 01.02.2016);</w:t>
            </w:r>
          </w:p>
        </w:tc>
        <w:tc>
          <w:tcPr>
            <w:tcW w:w="2880" w:type="dxa"/>
          </w:tcPr>
          <w:p w:rsidR="006F7457" w:rsidRPr="00332DB8" w:rsidRDefault="006F7457">
            <w:pPr>
              <w:rPr>
                <w:lang w:val="ru-RU"/>
              </w:rPr>
            </w:pPr>
          </w:p>
        </w:tc>
      </w:tr>
      <w:tr w:rsidR="006F7457" w:rsidRPr="005A424D">
        <w:tc>
          <w:tcPr>
            <w:tcW w:w="2880" w:type="dxa"/>
          </w:tcPr>
          <w:p w:rsidR="006F7457" w:rsidRDefault="00332DB8">
            <w:r>
              <w:t>3406.</w:t>
            </w:r>
          </w:p>
        </w:tc>
        <w:tc>
          <w:tcPr>
            <w:tcW w:w="2880" w:type="dxa"/>
          </w:tcPr>
          <w:p w:rsidR="006F7457" w:rsidRPr="00332DB8" w:rsidRDefault="00332DB8">
            <w:pPr>
              <w:rPr>
                <w:lang w:val="ru-RU"/>
              </w:rPr>
            </w:pPr>
            <w:r w:rsidRPr="00332DB8">
              <w:rPr>
                <w:lang w:val="ru-RU"/>
              </w:rPr>
              <w:t xml:space="preserve">Информационный материал, размещенный по интернет-адресу: </w:t>
            </w:r>
            <w:r>
              <w:t>http</w:t>
            </w:r>
            <w:r w:rsidRPr="00332DB8">
              <w:rPr>
                <w:lang w:val="ru-RU"/>
              </w:rPr>
              <w:t>://</w:t>
            </w:r>
            <w:r>
              <w:t>imamtv</w:t>
            </w:r>
            <w:r w:rsidRPr="00332DB8">
              <w:rPr>
                <w:lang w:val="ru-RU"/>
              </w:rPr>
              <w:t>.</w:t>
            </w:r>
            <w:r>
              <w:t>clan</w:t>
            </w:r>
            <w:r w:rsidRPr="00332DB8">
              <w:rPr>
                <w:lang w:val="ru-RU"/>
              </w:rPr>
              <w:t>.</w:t>
            </w:r>
            <w:r>
              <w:t>su</w:t>
            </w:r>
            <w:r w:rsidRPr="00332DB8">
              <w:rPr>
                <w:lang w:val="ru-RU"/>
              </w:rPr>
              <w:t xml:space="preserve"> (решение Новоуренгойского городского суда Ямало-Ненецкого автономного округа от 01.02.2016);</w:t>
            </w:r>
          </w:p>
        </w:tc>
        <w:tc>
          <w:tcPr>
            <w:tcW w:w="2880" w:type="dxa"/>
          </w:tcPr>
          <w:p w:rsidR="006F7457" w:rsidRPr="00332DB8" w:rsidRDefault="006F7457">
            <w:pPr>
              <w:rPr>
                <w:lang w:val="ru-RU"/>
              </w:rPr>
            </w:pPr>
          </w:p>
        </w:tc>
      </w:tr>
      <w:tr w:rsidR="006F7457" w:rsidRPr="005A424D">
        <w:tc>
          <w:tcPr>
            <w:tcW w:w="2880" w:type="dxa"/>
          </w:tcPr>
          <w:p w:rsidR="006F7457" w:rsidRDefault="00332DB8">
            <w:r>
              <w:t>3407.</w:t>
            </w:r>
          </w:p>
        </w:tc>
        <w:tc>
          <w:tcPr>
            <w:tcW w:w="2880" w:type="dxa"/>
          </w:tcPr>
          <w:p w:rsidR="006F7457" w:rsidRPr="00332DB8" w:rsidRDefault="00332DB8">
            <w:pPr>
              <w:rPr>
                <w:lang w:val="ru-RU"/>
              </w:rPr>
            </w:pPr>
            <w:r w:rsidRPr="00332DB8">
              <w:rPr>
                <w:lang w:val="ru-RU"/>
              </w:rPr>
              <w:t xml:space="preserve">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w:t>
            </w:r>
            <w:r>
              <w:t>vk</w:t>
            </w:r>
            <w:r w:rsidRPr="00332DB8">
              <w:rPr>
                <w:lang w:val="ru-RU"/>
              </w:rPr>
              <w:t>.</w:t>
            </w:r>
            <w:r>
              <w:t>com</w:t>
            </w:r>
            <w:r w:rsidRPr="00332DB8">
              <w:rPr>
                <w:lang w:val="ru-RU"/>
              </w:rPr>
              <w:t>/</w:t>
            </w:r>
            <w:r>
              <w:t>sib</w:t>
            </w:r>
            <w:r w:rsidRPr="00332DB8">
              <w:rPr>
                <w:lang w:val="ru-RU"/>
              </w:rPr>
              <w:t>_</w:t>
            </w:r>
            <w:r>
              <w:t>ukr</w:t>
            </w:r>
            <w:r w:rsidRPr="00332DB8">
              <w:rPr>
                <w:lang w:val="ru-RU"/>
              </w:rPr>
              <w:t xml:space="preserve"> </w:t>
            </w:r>
            <w:r>
              <w:t>facebook</w:t>
            </w:r>
            <w:r w:rsidRPr="00332DB8">
              <w:rPr>
                <w:lang w:val="ru-RU"/>
              </w:rPr>
              <w:t>.</w:t>
            </w:r>
            <w:r>
              <w:t>com</w:t>
            </w:r>
            <w:r w:rsidRPr="00332DB8">
              <w:rPr>
                <w:lang w:val="ru-RU"/>
              </w:rPr>
              <w:t>/</w:t>
            </w:r>
            <w:r>
              <w:t>groups</w:t>
            </w:r>
            <w:r w:rsidRPr="00332DB8">
              <w:rPr>
                <w:lang w:val="ru-RU"/>
              </w:rPr>
              <w:t>/</w:t>
            </w:r>
            <w:r>
              <w:t>siberia</w:t>
            </w:r>
            <w:r w:rsidRPr="00332DB8">
              <w:rPr>
                <w:lang w:val="ru-RU"/>
              </w:rPr>
              <w:t>.</w:t>
            </w:r>
            <w:r>
              <w:t>ukraine</w:t>
            </w:r>
            <w:r w:rsidRPr="00332DB8">
              <w:rPr>
                <w:lang w:val="ru-RU"/>
              </w:rPr>
              <w:t xml:space="preserve">/ т. 099-492-46-67 2015 г.», размещенный на Интернет-странице </w:t>
            </w:r>
            <w:r>
              <w:t>http</w:t>
            </w:r>
            <w:r w:rsidRPr="00332DB8">
              <w:rPr>
                <w:lang w:val="ru-RU"/>
              </w:rPr>
              <w:t>://</w:t>
            </w:r>
            <w:r>
              <w:t>www</w:t>
            </w:r>
            <w:r w:rsidRPr="00332DB8">
              <w:rPr>
                <w:lang w:val="ru-RU"/>
              </w:rPr>
              <w:t>.у</w:t>
            </w:r>
            <w:r>
              <w:t>outub</w:t>
            </w:r>
            <w:r w:rsidRPr="00332DB8">
              <w:rPr>
                <w:lang w:val="ru-RU"/>
              </w:rPr>
              <w:t>е.</w:t>
            </w:r>
            <w:r>
              <w:t>com</w:t>
            </w:r>
            <w:r w:rsidRPr="00332DB8">
              <w:rPr>
                <w:lang w:val="ru-RU"/>
              </w:rPr>
              <w:t>/</w:t>
            </w:r>
            <w:r>
              <w:t>watch</w:t>
            </w:r>
            <w:r w:rsidRPr="00332DB8">
              <w:rPr>
                <w:lang w:val="ru-RU"/>
              </w:rPr>
              <w:t>?</w:t>
            </w:r>
            <w:r>
              <w:t>v</w:t>
            </w:r>
            <w:r w:rsidRPr="00332DB8">
              <w:rPr>
                <w:lang w:val="ru-RU"/>
              </w:rPr>
              <w:t>=7</w:t>
            </w:r>
            <w:r>
              <w:t>ajuJVFdUH</w:t>
            </w:r>
            <w:r w:rsidRPr="00332DB8">
              <w:rPr>
                <w:lang w:val="ru-RU"/>
              </w:rPr>
              <w:t>0 (решение Горно-Алтайского городского суда Республики Алтай от 18.02.2016);</w:t>
            </w:r>
          </w:p>
        </w:tc>
        <w:tc>
          <w:tcPr>
            <w:tcW w:w="2880" w:type="dxa"/>
          </w:tcPr>
          <w:p w:rsidR="006F7457" w:rsidRPr="00332DB8" w:rsidRDefault="006F7457">
            <w:pPr>
              <w:rPr>
                <w:lang w:val="ru-RU"/>
              </w:rPr>
            </w:pPr>
          </w:p>
        </w:tc>
      </w:tr>
      <w:tr w:rsidR="006F7457">
        <w:tc>
          <w:tcPr>
            <w:tcW w:w="2880" w:type="dxa"/>
          </w:tcPr>
          <w:p w:rsidR="006F7457" w:rsidRDefault="00332DB8">
            <w:r>
              <w:lastRenderedPageBreak/>
              <w:t>3408.</w:t>
            </w:r>
          </w:p>
        </w:tc>
        <w:tc>
          <w:tcPr>
            <w:tcW w:w="2880" w:type="dxa"/>
          </w:tcPr>
          <w:p w:rsidR="006F7457" w:rsidRDefault="00332DB8">
            <w:r w:rsidRPr="00332DB8">
              <w:rPr>
                <w:lang w:val="ru-RU"/>
              </w:rPr>
              <w:t xml:space="preserve">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w:t>
            </w:r>
            <w:r>
              <w:t>Славянский союз» (решение Советского районного суда г. Тулы от 29.02.2016);</w:t>
            </w:r>
          </w:p>
        </w:tc>
        <w:tc>
          <w:tcPr>
            <w:tcW w:w="2880" w:type="dxa"/>
          </w:tcPr>
          <w:p w:rsidR="006F7457" w:rsidRDefault="006F7457"/>
        </w:tc>
      </w:tr>
      <w:tr w:rsidR="006F7457" w:rsidRPr="005A424D">
        <w:tc>
          <w:tcPr>
            <w:tcW w:w="2880" w:type="dxa"/>
          </w:tcPr>
          <w:p w:rsidR="006F7457" w:rsidRDefault="00332DB8">
            <w:r>
              <w:t>3409.</w:t>
            </w:r>
          </w:p>
        </w:tc>
        <w:tc>
          <w:tcPr>
            <w:tcW w:w="2880" w:type="dxa"/>
          </w:tcPr>
          <w:p w:rsidR="006F7457" w:rsidRPr="00332DB8" w:rsidRDefault="00332DB8">
            <w:pPr>
              <w:rPr>
                <w:lang w:val="ru-RU"/>
              </w:rPr>
            </w:pPr>
            <w:r w:rsidRPr="00332DB8">
              <w:rPr>
                <w:lang w:val="ru-RU"/>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2880" w:type="dxa"/>
          </w:tcPr>
          <w:p w:rsidR="006F7457" w:rsidRPr="00332DB8" w:rsidRDefault="006F7457">
            <w:pPr>
              <w:rPr>
                <w:lang w:val="ru-RU"/>
              </w:rPr>
            </w:pPr>
          </w:p>
        </w:tc>
      </w:tr>
      <w:tr w:rsidR="006F7457" w:rsidRPr="005A424D">
        <w:tc>
          <w:tcPr>
            <w:tcW w:w="2880" w:type="dxa"/>
          </w:tcPr>
          <w:p w:rsidR="006F7457" w:rsidRDefault="00332DB8">
            <w:r>
              <w:t>3410.</w:t>
            </w:r>
          </w:p>
        </w:tc>
        <w:tc>
          <w:tcPr>
            <w:tcW w:w="2880" w:type="dxa"/>
          </w:tcPr>
          <w:p w:rsidR="006F7457" w:rsidRPr="00332DB8" w:rsidRDefault="00332DB8">
            <w:pPr>
              <w:rPr>
                <w:lang w:val="ru-RU"/>
              </w:rPr>
            </w:pPr>
            <w:r w:rsidRPr="00332DB8">
              <w:rPr>
                <w:lang w:val="ru-RU"/>
              </w:rPr>
              <w:t>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c>
          <w:tcPr>
            <w:tcW w:w="2880" w:type="dxa"/>
          </w:tcPr>
          <w:p w:rsidR="006F7457" w:rsidRPr="00332DB8" w:rsidRDefault="006F7457">
            <w:pPr>
              <w:rPr>
                <w:lang w:val="ru-RU"/>
              </w:rPr>
            </w:pPr>
          </w:p>
        </w:tc>
      </w:tr>
      <w:tr w:rsidR="006F7457">
        <w:tc>
          <w:tcPr>
            <w:tcW w:w="2880" w:type="dxa"/>
          </w:tcPr>
          <w:p w:rsidR="006F7457" w:rsidRDefault="00332DB8">
            <w:r>
              <w:t>3411.</w:t>
            </w:r>
          </w:p>
        </w:tc>
        <w:tc>
          <w:tcPr>
            <w:tcW w:w="2880" w:type="dxa"/>
          </w:tcPr>
          <w:p w:rsidR="006F7457" w:rsidRDefault="00332DB8">
            <w:r w:rsidRPr="00332DB8">
              <w:rPr>
                <w:lang w:val="ru-RU"/>
              </w:rPr>
              <w:t xml:space="preserve">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w:t>
            </w:r>
            <w:r>
              <w:t>(решение Советского районного суда г. Тулы от 29.02.2016);</w:t>
            </w:r>
          </w:p>
        </w:tc>
        <w:tc>
          <w:tcPr>
            <w:tcW w:w="2880" w:type="dxa"/>
          </w:tcPr>
          <w:p w:rsidR="006F7457" w:rsidRDefault="006F7457"/>
        </w:tc>
      </w:tr>
      <w:tr w:rsidR="006F7457" w:rsidRPr="005A424D">
        <w:tc>
          <w:tcPr>
            <w:tcW w:w="2880" w:type="dxa"/>
          </w:tcPr>
          <w:p w:rsidR="006F7457" w:rsidRDefault="00332DB8">
            <w:r>
              <w:t>3412.</w:t>
            </w:r>
          </w:p>
        </w:tc>
        <w:tc>
          <w:tcPr>
            <w:tcW w:w="2880" w:type="dxa"/>
          </w:tcPr>
          <w:p w:rsidR="006F7457" w:rsidRPr="00332DB8" w:rsidRDefault="00332DB8">
            <w:pPr>
              <w:rPr>
                <w:lang w:val="ru-RU"/>
              </w:rPr>
            </w:pPr>
            <w:r w:rsidRPr="00332DB8">
              <w:rPr>
                <w:lang w:val="ru-RU"/>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2880" w:type="dxa"/>
          </w:tcPr>
          <w:p w:rsidR="006F7457" w:rsidRPr="00332DB8" w:rsidRDefault="006F7457">
            <w:pPr>
              <w:rPr>
                <w:lang w:val="ru-RU"/>
              </w:rPr>
            </w:pPr>
          </w:p>
        </w:tc>
      </w:tr>
      <w:tr w:rsidR="006F7457" w:rsidRPr="005A424D">
        <w:tc>
          <w:tcPr>
            <w:tcW w:w="2880" w:type="dxa"/>
          </w:tcPr>
          <w:p w:rsidR="006F7457" w:rsidRDefault="00332DB8">
            <w:r>
              <w:t>34</w:t>
            </w:r>
            <w:r>
              <w:lastRenderedPageBreak/>
              <w:t>13.</w:t>
            </w:r>
          </w:p>
        </w:tc>
        <w:tc>
          <w:tcPr>
            <w:tcW w:w="2880" w:type="dxa"/>
          </w:tcPr>
          <w:p w:rsidR="006F7457" w:rsidRPr="00332DB8" w:rsidRDefault="00332DB8">
            <w:pPr>
              <w:rPr>
                <w:lang w:val="ru-RU"/>
              </w:rPr>
            </w:pPr>
            <w:r w:rsidRPr="00332DB8">
              <w:rPr>
                <w:lang w:val="ru-RU"/>
              </w:rPr>
              <w:lastRenderedPageBreak/>
              <w:t xml:space="preserve">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w:t>
            </w:r>
            <w:r w:rsidRPr="00332DB8">
              <w:rPr>
                <w:lang w:val="ru-RU"/>
              </w:rPr>
              <w:lastRenderedPageBreak/>
              <w:t>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3414.</w:t>
            </w:r>
          </w:p>
        </w:tc>
        <w:tc>
          <w:tcPr>
            <w:tcW w:w="2880" w:type="dxa"/>
          </w:tcPr>
          <w:p w:rsidR="006F7457" w:rsidRPr="00332DB8" w:rsidRDefault="00332DB8">
            <w:pPr>
              <w:rPr>
                <w:lang w:val="ru-RU"/>
              </w:rPr>
            </w:pPr>
            <w:r w:rsidRPr="00332DB8">
              <w:rPr>
                <w:lang w:val="ru-RU"/>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2880" w:type="dxa"/>
          </w:tcPr>
          <w:p w:rsidR="006F7457" w:rsidRPr="00332DB8" w:rsidRDefault="006F7457">
            <w:pPr>
              <w:rPr>
                <w:lang w:val="ru-RU"/>
              </w:rPr>
            </w:pPr>
          </w:p>
        </w:tc>
      </w:tr>
      <w:tr w:rsidR="006F7457" w:rsidRPr="005A424D">
        <w:tc>
          <w:tcPr>
            <w:tcW w:w="2880" w:type="dxa"/>
          </w:tcPr>
          <w:p w:rsidR="006F7457" w:rsidRDefault="00332DB8">
            <w:r>
              <w:t>3415.</w:t>
            </w:r>
          </w:p>
        </w:tc>
        <w:tc>
          <w:tcPr>
            <w:tcW w:w="2880" w:type="dxa"/>
          </w:tcPr>
          <w:p w:rsidR="006F7457" w:rsidRPr="00332DB8" w:rsidRDefault="00332DB8">
            <w:pPr>
              <w:rPr>
                <w:lang w:val="ru-RU"/>
              </w:rPr>
            </w:pPr>
            <w:r w:rsidRPr="00332DB8">
              <w:rPr>
                <w:lang w:val="ru-RU"/>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2880" w:type="dxa"/>
          </w:tcPr>
          <w:p w:rsidR="006F7457" w:rsidRPr="00332DB8" w:rsidRDefault="006F7457">
            <w:pPr>
              <w:rPr>
                <w:lang w:val="ru-RU"/>
              </w:rPr>
            </w:pPr>
          </w:p>
        </w:tc>
      </w:tr>
      <w:tr w:rsidR="006F7457" w:rsidRPr="005A424D">
        <w:tc>
          <w:tcPr>
            <w:tcW w:w="2880" w:type="dxa"/>
          </w:tcPr>
          <w:p w:rsidR="006F7457" w:rsidRDefault="00332DB8">
            <w:r>
              <w:t>3416.</w:t>
            </w:r>
          </w:p>
        </w:tc>
        <w:tc>
          <w:tcPr>
            <w:tcW w:w="2880" w:type="dxa"/>
          </w:tcPr>
          <w:p w:rsidR="006F7457" w:rsidRPr="00332DB8" w:rsidRDefault="00332DB8">
            <w:pPr>
              <w:rPr>
                <w:lang w:val="ru-RU"/>
              </w:rPr>
            </w:pPr>
            <w:r w:rsidRPr="00332DB8">
              <w:rPr>
                <w:lang w:val="ru-RU"/>
              </w:rPr>
              <w:t xml:space="preserve">Статья «Страна должна знать «героев» Список открытых врагов Православия, 203 фамилии», размещенная на интернет сайте </w:t>
            </w:r>
            <w:r>
              <w:t>www</w:t>
            </w:r>
            <w:r w:rsidRPr="00332DB8">
              <w:rPr>
                <w:lang w:val="ru-RU"/>
              </w:rPr>
              <w:t>.3</w:t>
            </w:r>
            <w:r>
              <w:t>m</w:t>
            </w:r>
            <w:r w:rsidRPr="00332DB8">
              <w:rPr>
                <w:lang w:val="ru-RU"/>
              </w:rPr>
              <w:t>.</w:t>
            </w:r>
            <w:r>
              <w:t>info</w:t>
            </w:r>
            <w:r w:rsidRPr="00332DB8">
              <w:rPr>
                <w:lang w:val="ru-RU"/>
              </w:rPr>
              <w:t xml:space="preserve"> («Москва 111 Рим»), по адресу: </w:t>
            </w:r>
            <w:r>
              <w:t>www</w:t>
            </w:r>
            <w:r w:rsidRPr="00332DB8">
              <w:rPr>
                <w:lang w:val="ru-RU"/>
              </w:rPr>
              <w:t>/3</w:t>
            </w:r>
            <w:r>
              <w:t>rm</w:t>
            </w:r>
            <w:r w:rsidRPr="00332DB8">
              <w:rPr>
                <w:lang w:val="ru-RU"/>
              </w:rPr>
              <w:t>.</w:t>
            </w:r>
            <w:r>
              <w:t>info</w:t>
            </w:r>
            <w:r w:rsidRPr="00332DB8">
              <w:rPr>
                <w:lang w:val="ru-RU"/>
              </w:rPr>
              <w:t>/27541-</w:t>
            </w:r>
            <w:r>
              <w:t>spisok</w:t>
            </w:r>
            <w:r w:rsidRPr="00332DB8">
              <w:rPr>
                <w:lang w:val="ru-RU"/>
              </w:rPr>
              <w:t>-</w:t>
            </w:r>
            <w:r>
              <w:t>otkrytyh</w:t>
            </w:r>
            <w:r w:rsidRPr="00332DB8">
              <w:rPr>
                <w:lang w:val="ru-RU"/>
              </w:rPr>
              <w:t>-</w:t>
            </w:r>
            <w:r>
              <w:t>vragov</w:t>
            </w:r>
            <w:r w:rsidRPr="00332DB8">
              <w:rPr>
                <w:lang w:val="ru-RU"/>
              </w:rPr>
              <w:t>-</w:t>
            </w:r>
            <w:r>
              <w:t>pravoslaviya</w:t>
            </w:r>
            <w:r w:rsidRPr="00332DB8">
              <w:rPr>
                <w:lang w:val="ru-RU"/>
              </w:rPr>
              <w:t>-203-</w:t>
            </w:r>
            <w:r>
              <w:t>familii</w:t>
            </w:r>
            <w:r w:rsidRPr="00332DB8">
              <w:rPr>
                <w:lang w:val="ru-RU"/>
              </w:rPr>
              <w:t>.</w:t>
            </w:r>
            <w:r>
              <w:t>html</w:t>
            </w:r>
            <w:r w:rsidRPr="00332DB8">
              <w:rPr>
                <w:lang w:val="ru-RU"/>
              </w:rPr>
              <w:t>,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2880" w:type="dxa"/>
          </w:tcPr>
          <w:p w:rsidR="006F7457" w:rsidRPr="00332DB8" w:rsidRDefault="006F7457">
            <w:pPr>
              <w:rPr>
                <w:lang w:val="ru-RU"/>
              </w:rPr>
            </w:pPr>
          </w:p>
        </w:tc>
      </w:tr>
      <w:tr w:rsidR="006F7457" w:rsidRPr="005A424D">
        <w:tc>
          <w:tcPr>
            <w:tcW w:w="2880" w:type="dxa"/>
          </w:tcPr>
          <w:p w:rsidR="006F7457" w:rsidRDefault="00332DB8">
            <w:r>
              <w:t>3417.</w:t>
            </w:r>
          </w:p>
        </w:tc>
        <w:tc>
          <w:tcPr>
            <w:tcW w:w="2880" w:type="dxa"/>
          </w:tcPr>
          <w:p w:rsidR="006F7457" w:rsidRPr="00332DB8" w:rsidRDefault="00332DB8">
            <w:pPr>
              <w:rPr>
                <w:lang w:val="ru-RU"/>
              </w:rPr>
            </w:pPr>
            <w:r w:rsidRPr="00332DB8">
              <w:rPr>
                <w:lang w:val="ru-RU"/>
              </w:rPr>
              <w:t xml:space="preserve">Материалы, размещенные на ресурсе по электронному адресу: </w:t>
            </w:r>
            <w:r>
              <w:t>http</w:t>
            </w:r>
            <w:r w:rsidRPr="00332DB8">
              <w:rPr>
                <w:lang w:val="ru-RU"/>
              </w:rPr>
              <w:t>://</w:t>
            </w:r>
            <w:r>
              <w:t>www</w:t>
            </w:r>
            <w:r w:rsidRPr="00332DB8">
              <w:rPr>
                <w:lang w:val="ru-RU"/>
              </w:rPr>
              <w:t>.</w:t>
            </w:r>
            <w:r>
              <w:t>iw</w:t>
            </w:r>
            <w:r w:rsidRPr="00332DB8">
              <w:rPr>
                <w:lang w:val="ru-RU"/>
              </w:rPr>
              <w:t>.</w:t>
            </w:r>
            <w:r>
              <w:t>org</w:t>
            </w:r>
            <w:r w:rsidRPr="00332DB8">
              <w:rPr>
                <w:lang w:val="ru-RU"/>
              </w:rPr>
              <w:t>/</w:t>
            </w:r>
            <w:r>
              <w:t>ru</w:t>
            </w:r>
            <w:r w:rsidRPr="00332DB8">
              <w:rPr>
                <w:lang w:val="ru-RU"/>
              </w:rPr>
              <w:t>/п</w:t>
            </w:r>
            <w:r>
              <w:t>y</w:t>
            </w:r>
            <w:r w:rsidRPr="00332DB8">
              <w:rPr>
                <w:lang w:val="ru-RU"/>
              </w:rPr>
              <w:t>блик</w:t>
            </w:r>
            <w:r>
              <w:t>a</w:t>
            </w:r>
            <w:r w:rsidRPr="00332DB8">
              <w:rPr>
                <w:lang w:val="ru-RU"/>
              </w:rPr>
              <w:t>ции/книги/?</w:t>
            </w:r>
            <w:r>
              <w:t>contentLanguageFilter</w:t>
            </w:r>
            <w:r w:rsidRPr="00332DB8">
              <w:rPr>
                <w:lang w:val="ru-RU"/>
              </w:rPr>
              <w:t>=</w:t>
            </w:r>
            <w:r>
              <w:t>ru</w:t>
            </w:r>
            <w:r w:rsidRPr="00332DB8">
              <w:rPr>
                <w:lang w:val="ru-RU"/>
              </w:rPr>
              <w:t>&amp;</w:t>
            </w:r>
            <w:r>
              <w:t>pubFilter</w:t>
            </w:r>
            <w:r w:rsidRPr="00332DB8">
              <w:rPr>
                <w:lang w:val="ru-RU"/>
              </w:rPr>
              <w:t>=</w:t>
            </w:r>
            <w:r>
              <w:t>gt</w:t>
            </w:r>
            <w:r w:rsidRPr="00332DB8">
              <w:rPr>
                <w:lang w:val="ru-RU"/>
              </w:rPr>
              <w:t>&amp;</w:t>
            </w:r>
            <w:r>
              <w:t>sortBy</w:t>
            </w:r>
            <w:r w:rsidRPr="00332DB8">
              <w:rPr>
                <w:lang w:val="ru-RU"/>
              </w:rPr>
              <w:t>=1под названием «Самый великий человек, который когда-либо жил» (решение Смольнинского районного суда города Санкт-Петербурга от 22.12.2015);</w:t>
            </w:r>
          </w:p>
        </w:tc>
        <w:tc>
          <w:tcPr>
            <w:tcW w:w="2880" w:type="dxa"/>
          </w:tcPr>
          <w:p w:rsidR="006F7457" w:rsidRPr="00332DB8" w:rsidRDefault="006F7457">
            <w:pPr>
              <w:rPr>
                <w:lang w:val="ru-RU"/>
              </w:rPr>
            </w:pPr>
          </w:p>
        </w:tc>
      </w:tr>
      <w:tr w:rsidR="006F7457" w:rsidRPr="005A424D">
        <w:tc>
          <w:tcPr>
            <w:tcW w:w="2880" w:type="dxa"/>
          </w:tcPr>
          <w:p w:rsidR="006F7457" w:rsidRDefault="00332DB8">
            <w:r>
              <w:t>34</w:t>
            </w:r>
            <w:r>
              <w:lastRenderedPageBreak/>
              <w:t>18.</w:t>
            </w:r>
          </w:p>
        </w:tc>
        <w:tc>
          <w:tcPr>
            <w:tcW w:w="2880" w:type="dxa"/>
          </w:tcPr>
          <w:p w:rsidR="006F7457" w:rsidRPr="00332DB8" w:rsidRDefault="00332DB8">
            <w:pPr>
              <w:rPr>
                <w:lang w:val="ru-RU"/>
              </w:rPr>
            </w:pPr>
            <w:r w:rsidRPr="00332DB8">
              <w:rPr>
                <w:lang w:val="ru-RU"/>
              </w:rPr>
              <w:lastRenderedPageBreak/>
              <w:t xml:space="preserve">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w:t>
            </w:r>
            <w:r w:rsidRPr="00332DB8">
              <w:rPr>
                <w:lang w:val="ru-RU"/>
              </w:rPr>
              <w:lastRenderedPageBreak/>
              <w:t xml:space="preserve">размещенная на Интернет-странице </w:t>
            </w:r>
            <w:r>
              <w:t>http</w:t>
            </w:r>
            <w:r w:rsidRPr="00332DB8">
              <w:rPr>
                <w:lang w:val="ru-RU"/>
              </w:rPr>
              <w:t>://</w:t>
            </w:r>
            <w:r>
              <w:t>azariypb</w:t>
            </w:r>
            <w:r w:rsidRPr="00332DB8">
              <w:rPr>
                <w:lang w:val="ru-RU"/>
              </w:rPr>
              <w:t>.</w:t>
            </w:r>
            <w:r>
              <w:t>livejournal</w:t>
            </w:r>
            <w:r w:rsidRPr="00332DB8">
              <w:rPr>
                <w:lang w:val="ru-RU"/>
              </w:rPr>
              <w:t>.</w:t>
            </w:r>
            <w:r>
              <w:t>com</w:t>
            </w:r>
            <w:r w:rsidRPr="00332DB8">
              <w:rPr>
                <w:lang w:val="ru-RU"/>
              </w:rPr>
              <w:t>/2243.</w:t>
            </w:r>
            <w:r>
              <w:t>html</w:t>
            </w:r>
            <w:r w:rsidRPr="00332DB8">
              <w:rPr>
                <w:lang w:val="ru-RU"/>
              </w:rPr>
              <w:t xml:space="preserve"> (решение Горно-Алтайского городского суда Республики Алтай от 26.02.2016)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3419.</w:t>
            </w:r>
          </w:p>
        </w:tc>
        <w:tc>
          <w:tcPr>
            <w:tcW w:w="2880" w:type="dxa"/>
          </w:tcPr>
          <w:p w:rsidR="006F7457" w:rsidRPr="00332DB8" w:rsidRDefault="00332DB8">
            <w:pPr>
              <w:rPr>
                <w:lang w:val="ru-RU"/>
              </w:rPr>
            </w:pPr>
            <w:r w:rsidRPr="00332DB8">
              <w:rPr>
                <w:lang w:val="ru-RU"/>
              </w:rPr>
              <w:t xml:space="preserve">Материалы, опубликованные в телекоммуникационной сети интернет социальной сети «Вконтакте» по </w:t>
            </w:r>
            <w:r>
              <w:t>IP</w:t>
            </w:r>
            <w:r w:rsidRPr="00332DB8">
              <w:rPr>
                <w:lang w:val="ru-RU"/>
              </w:rPr>
              <w:t xml:space="preserve"> адресу: «</w:t>
            </w:r>
            <w:r>
              <w:t>https</w:t>
            </w:r>
            <w:r w:rsidRPr="00332DB8">
              <w:rPr>
                <w:lang w:val="ru-RU"/>
              </w:rPr>
              <w:t>/</w:t>
            </w:r>
            <w:r>
              <w:t>vk</w:t>
            </w:r>
            <w:r w:rsidRPr="00332DB8">
              <w:rPr>
                <w:lang w:val="ru-RU"/>
              </w:rPr>
              <w:t>.</w:t>
            </w:r>
            <w:r>
              <w:t>com</w:t>
            </w:r>
            <w:r w:rsidRPr="00332DB8">
              <w:rPr>
                <w:lang w:val="ru-RU"/>
              </w:rPr>
              <w:t>/</w:t>
            </w:r>
            <w:r>
              <w:t>id</w:t>
            </w:r>
            <w:r w:rsidRPr="00332DB8">
              <w:rPr>
                <w:lang w:val="ru-RU"/>
              </w:rPr>
              <w:t>248826377» (решение Ленинского районного суда г. Ставрополя от 19.02.2016);</w:t>
            </w:r>
          </w:p>
        </w:tc>
        <w:tc>
          <w:tcPr>
            <w:tcW w:w="2880" w:type="dxa"/>
          </w:tcPr>
          <w:p w:rsidR="006F7457" w:rsidRPr="00332DB8" w:rsidRDefault="006F7457">
            <w:pPr>
              <w:rPr>
                <w:lang w:val="ru-RU"/>
              </w:rPr>
            </w:pPr>
          </w:p>
        </w:tc>
      </w:tr>
      <w:tr w:rsidR="006F7457" w:rsidRPr="005A424D">
        <w:tc>
          <w:tcPr>
            <w:tcW w:w="2880" w:type="dxa"/>
          </w:tcPr>
          <w:p w:rsidR="006F7457" w:rsidRDefault="00332DB8">
            <w:r>
              <w:t>3420.</w:t>
            </w:r>
          </w:p>
        </w:tc>
        <w:tc>
          <w:tcPr>
            <w:tcW w:w="2880" w:type="dxa"/>
          </w:tcPr>
          <w:p w:rsidR="006F7457" w:rsidRPr="00332DB8" w:rsidRDefault="00332DB8">
            <w:pPr>
              <w:rPr>
                <w:lang w:val="ru-RU"/>
              </w:rPr>
            </w:pPr>
            <w:r w:rsidRPr="00332DB8">
              <w:rPr>
                <w:lang w:val="ru-RU"/>
              </w:rPr>
              <w:t xml:space="preserve">Материалы, опубликованные в телекоммуникационной сети интернет социальной сети «Вконтакте» по </w:t>
            </w:r>
            <w:r>
              <w:t>IP</w:t>
            </w:r>
            <w:r w:rsidRPr="00332DB8">
              <w:rPr>
                <w:lang w:val="ru-RU"/>
              </w:rPr>
              <w:t xml:space="preserve"> адресу: «</w:t>
            </w:r>
            <w:r>
              <w:t>https</w:t>
            </w:r>
            <w:r w:rsidRPr="00332DB8">
              <w:rPr>
                <w:lang w:val="ru-RU"/>
              </w:rPr>
              <w:t>/</w:t>
            </w:r>
            <w:r>
              <w:t>vk</w:t>
            </w:r>
            <w:r w:rsidRPr="00332DB8">
              <w:rPr>
                <w:lang w:val="ru-RU"/>
              </w:rPr>
              <w:t>.</w:t>
            </w:r>
            <w:r>
              <w:t>com</w:t>
            </w:r>
            <w:r w:rsidRPr="00332DB8">
              <w:rPr>
                <w:lang w:val="ru-RU"/>
              </w:rPr>
              <w:t>/</w:t>
            </w:r>
            <w:r>
              <w:t>id</w:t>
            </w:r>
            <w:r w:rsidRPr="00332DB8">
              <w:rPr>
                <w:lang w:val="ru-RU"/>
              </w:rPr>
              <w:t>323598805» (решение Ленинского районного суда г. Ставрополя от 19.02.2016);</w:t>
            </w:r>
          </w:p>
        </w:tc>
        <w:tc>
          <w:tcPr>
            <w:tcW w:w="2880" w:type="dxa"/>
          </w:tcPr>
          <w:p w:rsidR="006F7457" w:rsidRPr="00332DB8" w:rsidRDefault="006F7457">
            <w:pPr>
              <w:rPr>
                <w:lang w:val="ru-RU"/>
              </w:rPr>
            </w:pPr>
          </w:p>
        </w:tc>
      </w:tr>
      <w:tr w:rsidR="006F7457" w:rsidRPr="005A424D">
        <w:tc>
          <w:tcPr>
            <w:tcW w:w="2880" w:type="dxa"/>
          </w:tcPr>
          <w:p w:rsidR="006F7457" w:rsidRDefault="00332DB8">
            <w:r>
              <w:t>3421.</w:t>
            </w:r>
          </w:p>
        </w:tc>
        <w:tc>
          <w:tcPr>
            <w:tcW w:w="2880" w:type="dxa"/>
          </w:tcPr>
          <w:p w:rsidR="006F7457" w:rsidRPr="00332DB8" w:rsidRDefault="00332DB8">
            <w:pPr>
              <w:rPr>
                <w:lang w:val="ru-RU"/>
              </w:rPr>
            </w:pPr>
            <w:r w:rsidRPr="00332DB8">
              <w:rPr>
                <w:lang w:val="ru-RU"/>
              </w:rPr>
              <w:t xml:space="preserve">Персональная Интернет-страница открытая для публичного просмотра под названием «Подслушано Алатырь» в социальной сети «В контакте» </w:t>
            </w:r>
            <w:r>
              <w:t>http</w:t>
            </w:r>
            <w:r w:rsidRPr="00332DB8">
              <w:rPr>
                <w:lang w:val="ru-RU"/>
              </w:rPr>
              <w:t>-адрес «</w:t>
            </w:r>
            <w:r>
              <w:t>vk</w:t>
            </w:r>
            <w:r w:rsidRPr="00332DB8">
              <w:rPr>
                <w:lang w:val="ru-RU"/>
              </w:rPr>
              <w:t>./</w:t>
            </w:r>
            <w:r>
              <w:t>com</w:t>
            </w:r>
            <w:r w:rsidRPr="00332DB8">
              <w:rPr>
                <w:lang w:val="ru-RU"/>
              </w:rPr>
              <w:t>/</w:t>
            </w:r>
            <w:r>
              <w:t>club</w:t>
            </w:r>
            <w:r w:rsidRPr="00332DB8">
              <w:rPr>
                <w:lang w:val="ru-RU"/>
              </w:rPr>
              <w:t>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2880" w:type="dxa"/>
          </w:tcPr>
          <w:p w:rsidR="006F7457" w:rsidRPr="00332DB8" w:rsidRDefault="006F7457">
            <w:pPr>
              <w:rPr>
                <w:lang w:val="ru-RU"/>
              </w:rPr>
            </w:pPr>
          </w:p>
        </w:tc>
      </w:tr>
      <w:tr w:rsidR="006F7457" w:rsidRPr="005A424D">
        <w:tc>
          <w:tcPr>
            <w:tcW w:w="2880" w:type="dxa"/>
          </w:tcPr>
          <w:p w:rsidR="006F7457" w:rsidRDefault="00332DB8">
            <w:r>
              <w:t>3422.</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2880" w:type="dxa"/>
          </w:tcPr>
          <w:p w:rsidR="006F7457" w:rsidRPr="00332DB8" w:rsidRDefault="006F7457">
            <w:pPr>
              <w:rPr>
                <w:lang w:val="ru-RU"/>
              </w:rPr>
            </w:pPr>
          </w:p>
        </w:tc>
      </w:tr>
      <w:tr w:rsidR="006F7457" w:rsidRPr="005A424D">
        <w:tc>
          <w:tcPr>
            <w:tcW w:w="2880" w:type="dxa"/>
          </w:tcPr>
          <w:p w:rsidR="006F7457" w:rsidRDefault="00332DB8">
            <w:r>
              <w:t>3423.</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3424.</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2880" w:type="dxa"/>
          </w:tcPr>
          <w:p w:rsidR="006F7457" w:rsidRPr="00332DB8" w:rsidRDefault="006F7457">
            <w:pPr>
              <w:rPr>
                <w:lang w:val="ru-RU"/>
              </w:rPr>
            </w:pPr>
          </w:p>
        </w:tc>
      </w:tr>
      <w:tr w:rsidR="006F7457">
        <w:tc>
          <w:tcPr>
            <w:tcW w:w="2880" w:type="dxa"/>
          </w:tcPr>
          <w:p w:rsidR="006F7457" w:rsidRDefault="00332DB8">
            <w:r>
              <w:t>3425.</w:t>
            </w:r>
          </w:p>
        </w:tc>
        <w:tc>
          <w:tcPr>
            <w:tcW w:w="2880" w:type="dxa"/>
          </w:tcPr>
          <w:p w:rsidR="006F7457" w:rsidRDefault="00332DB8">
            <w:r w:rsidRPr="00332DB8">
              <w:rPr>
                <w:lang w:val="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w:t>
            </w:r>
            <w:r>
              <w:t>(решение Советского районного суда г. Тулы от 28.01.2016);</w:t>
            </w:r>
          </w:p>
        </w:tc>
        <w:tc>
          <w:tcPr>
            <w:tcW w:w="2880" w:type="dxa"/>
          </w:tcPr>
          <w:p w:rsidR="006F7457" w:rsidRDefault="006F7457"/>
        </w:tc>
      </w:tr>
      <w:tr w:rsidR="006F7457" w:rsidRPr="005A424D">
        <w:tc>
          <w:tcPr>
            <w:tcW w:w="2880" w:type="dxa"/>
          </w:tcPr>
          <w:p w:rsidR="006F7457" w:rsidRDefault="00332DB8">
            <w:r>
              <w:t>3426.</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w:t>
            </w:r>
          </w:p>
        </w:tc>
        <w:tc>
          <w:tcPr>
            <w:tcW w:w="2880" w:type="dxa"/>
          </w:tcPr>
          <w:p w:rsidR="006F7457" w:rsidRPr="00332DB8" w:rsidRDefault="006F7457">
            <w:pPr>
              <w:rPr>
                <w:lang w:val="ru-RU"/>
              </w:rPr>
            </w:pPr>
          </w:p>
        </w:tc>
      </w:tr>
      <w:tr w:rsidR="006F7457" w:rsidRPr="005A424D">
        <w:tc>
          <w:tcPr>
            <w:tcW w:w="2880" w:type="dxa"/>
          </w:tcPr>
          <w:p w:rsidR="006F7457" w:rsidRDefault="00332DB8">
            <w:r>
              <w:t>3427.</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от 28.01.2016);</w:t>
            </w:r>
          </w:p>
        </w:tc>
        <w:tc>
          <w:tcPr>
            <w:tcW w:w="2880" w:type="dxa"/>
          </w:tcPr>
          <w:p w:rsidR="006F7457" w:rsidRPr="00332DB8" w:rsidRDefault="006F7457">
            <w:pPr>
              <w:rPr>
                <w:lang w:val="ru-RU"/>
              </w:rPr>
            </w:pPr>
          </w:p>
        </w:tc>
      </w:tr>
      <w:tr w:rsidR="006F7457" w:rsidRPr="005A424D">
        <w:tc>
          <w:tcPr>
            <w:tcW w:w="2880" w:type="dxa"/>
          </w:tcPr>
          <w:p w:rsidR="006F7457" w:rsidRDefault="00332DB8">
            <w:r>
              <w:t>3428.</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3429.</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2880" w:type="dxa"/>
          </w:tcPr>
          <w:p w:rsidR="006F7457" w:rsidRPr="00332DB8" w:rsidRDefault="006F7457">
            <w:pPr>
              <w:rPr>
                <w:lang w:val="ru-RU"/>
              </w:rPr>
            </w:pPr>
          </w:p>
        </w:tc>
      </w:tr>
      <w:tr w:rsidR="006F7457" w:rsidRPr="005A424D">
        <w:tc>
          <w:tcPr>
            <w:tcW w:w="2880" w:type="dxa"/>
          </w:tcPr>
          <w:p w:rsidR="006F7457" w:rsidRDefault="00332DB8">
            <w:r>
              <w:t>3430.</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2880" w:type="dxa"/>
          </w:tcPr>
          <w:p w:rsidR="006F7457" w:rsidRPr="00332DB8" w:rsidRDefault="006F7457">
            <w:pPr>
              <w:rPr>
                <w:lang w:val="ru-RU"/>
              </w:rPr>
            </w:pPr>
          </w:p>
        </w:tc>
      </w:tr>
      <w:tr w:rsidR="006F7457">
        <w:tc>
          <w:tcPr>
            <w:tcW w:w="2880" w:type="dxa"/>
          </w:tcPr>
          <w:p w:rsidR="006F7457" w:rsidRDefault="00332DB8">
            <w:r>
              <w:t>3431.</w:t>
            </w:r>
          </w:p>
        </w:tc>
        <w:tc>
          <w:tcPr>
            <w:tcW w:w="2880" w:type="dxa"/>
          </w:tcPr>
          <w:p w:rsidR="006F7457" w:rsidRDefault="00332DB8">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w:t>
            </w:r>
            <w:r>
              <w:t>skin</w:t>
            </w:r>
            <w:r w:rsidRPr="00332DB8">
              <w:rPr>
                <w:lang w:val="ru-RU"/>
              </w:rPr>
              <w:t xml:space="preserve"> </w:t>
            </w:r>
            <w:r>
              <w:t>head</w:t>
            </w:r>
            <w:r w:rsidRPr="00332DB8">
              <w:rPr>
                <w:lang w:val="ru-RU"/>
              </w:rPr>
              <w:t xml:space="preserve">», с надписью выше «Скинхеды за Здоровый Образ Жизни», с надписью ниже «Оставайся белым!») </w:t>
            </w:r>
            <w:r>
              <w:t>(решение Советского районного суда г. Тулы от 28.01.2016);</w:t>
            </w:r>
          </w:p>
        </w:tc>
        <w:tc>
          <w:tcPr>
            <w:tcW w:w="2880" w:type="dxa"/>
          </w:tcPr>
          <w:p w:rsidR="006F7457" w:rsidRDefault="006F7457"/>
        </w:tc>
      </w:tr>
      <w:tr w:rsidR="006F7457" w:rsidRPr="005A424D">
        <w:tc>
          <w:tcPr>
            <w:tcW w:w="2880" w:type="dxa"/>
          </w:tcPr>
          <w:p w:rsidR="006F7457" w:rsidRDefault="00332DB8">
            <w:r>
              <w:t>3432.</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c>
          <w:tcPr>
            <w:tcW w:w="2880" w:type="dxa"/>
          </w:tcPr>
          <w:p w:rsidR="006F7457" w:rsidRPr="00332DB8" w:rsidRDefault="006F7457">
            <w:pPr>
              <w:rPr>
                <w:lang w:val="ru-RU"/>
              </w:rPr>
            </w:pPr>
          </w:p>
        </w:tc>
      </w:tr>
      <w:tr w:rsidR="006F7457" w:rsidRPr="005A424D">
        <w:tc>
          <w:tcPr>
            <w:tcW w:w="2880" w:type="dxa"/>
          </w:tcPr>
          <w:p w:rsidR="006F7457" w:rsidRDefault="00332DB8">
            <w:r>
              <w:t>3433.</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2880" w:type="dxa"/>
          </w:tcPr>
          <w:p w:rsidR="006F7457" w:rsidRPr="00332DB8" w:rsidRDefault="006F7457">
            <w:pPr>
              <w:rPr>
                <w:lang w:val="ru-RU"/>
              </w:rPr>
            </w:pPr>
          </w:p>
        </w:tc>
      </w:tr>
      <w:tr w:rsidR="006F7457">
        <w:tc>
          <w:tcPr>
            <w:tcW w:w="2880" w:type="dxa"/>
          </w:tcPr>
          <w:p w:rsidR="006F7457" w:rsidRDefault="00332DB8">
            <w:r>
              <w:lastRenderedPageBreak/>
              <w:t>3434.</w:t>
            </w:r>
          </w:p>
        </w:tc>
        <w:tc>
          <w:tcPr>
            <w:tcW w:w="2880" w:type="dxa"/>
          </w:tcPr>
          <w:p w:rsidR="006F7457" w:rsidRDefault="00332DB8">
            <w:r w:rsidRPr="00332DB8">
              <w:rPr>
                <w:lang w:val="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w:t>
            </w:r>
            <w:r>
              <w:t>(решение Советского районного суда г. Тулы от 28.01.2016);</w:t>
            </w:r>
          </w:p>
        </w:tc>
        <w:tc>
          <w:tcPr>
            <w:tcW w:w="2880" w:type="dxa"/>
          </w:tcPr>
          <w:p w:rsidR="006F7457" w:rsidRDefault="006F7457"/>
        </w:tc>
      </w:tr>
      <w:tr w:rsidR="006F7457" w:rsidRPr="005A424D">
        <w:tc>
          <w:tcPr>
            <w:tcW w:w="2880" w:type="dxa"/>
          </w:tcPr>
          <w:p w:rsidR="006F7457" w:rsidRDefault="00332DB8">
            <w:r>
              <w:t>3435.</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2880" w:type="dxa"/>
          </w:tcPr>
          <w:p w:rsidR="006F7457" w:rsidRPr="00332DB8" w:rsidRDefault="006F7457">
            <w:pPr>
              <w:rPr>
                <w:lang w:val="ru-RU"/>
              </w:rPr>
            </w:pPr>
          </w:p>
        </w:tc>
      </w:tr>
      <w:tr w:rsidR="006F7457" w:rsidRPr="005A424D">
        <w:tc>
          <w:tcPr>
            <w:tcW w:w="2880" w:type="dxa"/>
          </w:tcPr>
          <w:p w:rsidR="006F7457" w:rsidRDefault="00332DB8">
            <w:r>
              <w:t>3436.</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2880" w:type="dxa"/>
          </w:tcPr>
          <w:p w:rsidR="006F7457" w:rsidRPr="00332DB8" w:rsidRDefault="006F7457">
            <w:pPr>
              <w:rPr>
                <w:lang w:val="ru-RU"/>
              </w:rPr>
            </w:pPr>
          </w:p>
        </w:tc>
      </w:tr>
      <w:tr w:rsidR="006F7457" w:rsidRPr="005A424D">
        <w:tc>
          <w:tcPr>
            <w:tcW w:w="2880" w:type="dxa"/>
          </w:tcPr>
          <w:p w:rsidR="006F7457" w:rsidRDefault="00332DB8">
            <w:r>
              <w:t>3437.</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2880" w:type="dxa"/>
          </w:tcPr>
          <w:p w:rsidR="006F7457" w:rsidRPr="00332DB8" w:rsidRDefault="006F7457">
            <w:pPr>
              <w:rPr>
                <w:lang w:val="ru-RU"/>
              </w:rPr>
            </w:pPr>
          </w:p>
        </w:tc>
      </w:tr>
      <w:tr w:rsidR="006F7457" w:rsidRPr="005A424D">
        <w:tc>
          <w:tcPr>
            <w:tcW w:w="2880" w:type="dxa"/>
          </w:tcPr>
          <w:p w:rsidR="006F7457" w:rsidRDefault="00332DB8">
            <w:r>
              <w:t>3438.</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3439.</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2880" w:type="dxa"/>
          </w:tcPr>
          <w:p w:rsidR="006F7457" w:rsidRPr="00332DB8" w:rsidRDefault="006F7457">
            <w:pPr>
              <w:rPr>
                <w:lang w:val="ru-RU"/>
              </w:rPr>
            </w:pPr>
          </w:p>
        </w:tc>
      </w:tr>
      <w:tr w:rsidR="006F7457">
        <w:tc>
          <w:tcPr>
            <w:tcW w:w="2880" w:type="dxa"/>
          </w:tcPr>
          <w:p w:rsidR="006F7457" w:rsidRDefault="00332DB8">
            <w:r>
              <w:t>3440.</w:t>
            </w:r>
          </w:p>
        </w:tc>
        <w:tc>
          <w:tcPr>
            <w:tcW w:w="2880" w:type="dxa"/>
          </w:tcPr>
          <w:p w:rsidR="006F7457" w:rsidRDefault="00332DB8">
            <w:r w:rsidRPr="00332DB8">
              <w:rPr>
                <w:lang w:val="ru-RU"/>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w:t>
            </w:r>
            <w:r>
              <w:t>(решение Советского районного суда г. Тулы от 28.01.2016);</w:t>
            </w:r>
          </w:p>
        </w:tc>
        <w:tc>
          <w:tcPr>
            <w:tcW w:w="2880" w:type="dxa"/>
          </w:tcPr>
          <w:p w:rsidR="006F7457" w:rsidRDefault="006F7457"/>
        </w:tc>
      </w:tr>
      <w:tr w:rsidR="006F7457" w:rsidRPr="005A424D">
        <w:tc>
          <w:tcPr>
            <w:tcW w:w="2880" w:type="dxa"/>
          </w:tcPr>
          <w:p w:rsidR="006F7457" w:rsidRDefault="00332DB8">
            <w:r>
              <w:t>3441.</w:t>
            </w:r>
          </w:p>
        </w:tc>
        <w:tc>
          <w:tcPr>
            <w:tcW w:w="2880" w:type="dxa"/>
          </w:tcPr>
          <w:p w:rsidR="006F7457" w:rsidRPr="00332DB8" w:rsidRDefault="00332DB8">
            <w:pPr>
              <w:rPr>
                <w:lang w:val="ru-RU"/>
              </w:rPr>
            </w:pPr>
            <w:r w:rsidRPr="00332DB8">
              <w:rPr>
                <w:lang w:val="ru-RU"/>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2880" w:type="dxa"/>
          </w:tcPr>
          <w:p w:rsidR="006F7457" w:rsidRPr="00332DB8" w:rsidRDefault="006F7457">
            <w:pPr>
              <w:rPr>
                <w:lang w:val="ru-RU"/>
              </w:rPr>
            </w:pPr>
          </w:p>
        </w:tc>
      </w:tr>
      <w:tr w:rsidR="006F7457" w:rsidRPr="005A424D">
        <w:tc>
          <w:tcPr>
            <w:tcW w:w="2880" w:type="dxa"/>
          </w:tcPr>
          <w:p w:rsidR="006F7457" w:rsidRDefault="00332DB8">
            <w:r>
              <w:t>3442.</w:t>
            </w:r>
          </w:p>
        </w:tc>
        <w:tc>
          <w:tcPr>
            <w:tcW w:w="2880" w:type="dxa"/>
          </w:tcPr>
          <w:p w:rsidR="006F7457" w:rsidRPr="00332DB8" w:rsidRDefault="00332DB8">
            <w:pPr>
              <w:rPr>
                <w:lang w:val="ru-RU"/>
              </w:rPr>
            </w:pPr>
            <w:r w:rsidRPr="00332DB8">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332DB8">
              <w:rPr>
                <w:lang w:val="ru-RU"/>
              </w:rPr>
              <w:t>://</w:t>
            </w:r>
            <w:r>
              <w:t>syriancivilwararchive</w:t>
            </w:r>
            <w:r w:rsidRPr="00332DB8">
              <w:rPr>
                <w:lang w:val="ru-RU"/>
              </w:rPr>
              <w:t>.</w:t>
            </w:r>
            <w:r>
              <w:t>com</w:t>
            </w:r>
            <w:r w:rsidRPr="00332DB8">
              <w:rPr>
                <w:lang w:val="ru-RU"/>
              </w:rPr>
              <w:t>, содержащий статью: - Наш путь в Исламское государство (решение Советского районного суда г. Тулы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3443.</w:t>
            </w:r>
          </w:p>
        </w:tc>
        <w:tc>
          <w:tcPr>
            <w:tcW w:w="2880" w:type="dxa"/>
          </w:tcPr>
          <w:p w:rsidR="006F7457" w:rsidRPr="00332DB8" w:rsidRDefault="00332DB8">
            <w:pPr>
              <w:rPr>
                <w:lang w:val="ru-RU"/>
              </w:rPr>
            </w:pPr>
            <w:r w:rsidRPr="00332DB8">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332DB8">
              <w:rPr>
                <w:lang w:val="ru-RU"/>
              </w:rPr>
              <w:t>://</w:t>
            </w:r>
            <w:r>
              <w:t>syriancivilwararchive</w:t>
            </w:r>
            <w:r w:rsidRPr="00332DB8">
              <w:rPr>
                <w:lang w:val="ru-RU"/>
              </w:rPr>
              <w:t>.</w:t>
            </w:r>
            <w:r>
              <w:t>com</w:t>
            </w:r>
            <w:r w:rsidRPr="00332DB8">
              <w:rPr>
                <w:lang w:val="ru-RU"/>
              </w:rPr>
              <w:t>, содержащий статью: - Предательство (решение Советского районного суда г. Тулы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3444.</w:t>
            </w:r>
          </w:p>
        </w:tc>
        <w:tc>
          <w:tcPr>
            <w:tcW w:w="2880" w:type="dxa"/>
          </w:tcPr>
          <w:p w:rsidR="006F7457" w:rsidRPr="00332DB8" w:rsidRDefault="00332DB8">
            <w:pPr>
              <w:rPr>
                <w:lang w:val="ru-RU"/>
              </w:rPr>
            </w:pPr>
            <w:r w:rsidRPr="00332DB8">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332DB8">
              <w:rPr>
                <w:lang w:val="ru-RU"/>
              </w:rPr>
              <w:t>://</w:t>
            </w:r>
            <w:r>
              <w:t>syriancivilwararchive</w:t>
            </w:r>
            <w:r w:rsidRPr="00332DB8">
              <w:rPr>
                <w:lang w:val="ru-RU"/>
              </w:rPr>
              <w:t>.</w:t>
            </w:r>
            <w:r>
              <w:t>com</w:t>
            </w:r>
            <w:r w:rsidRPr="00332DB8">
              <w:rPr>
                <w:lang w:val="ru-RU"/>
              </w:rPr>
              <w:t>, содержащий статью: - Краткая история Исламского государства (решение Советского районного суда г. Тулы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3445.</w:t>
            </w:r>
          </w:p>
        </w:tc>
        <w:tc>
          <w:tcPr>
            <w:tcW w:w="2880" w:type="dxa"/>
          </w:tcPr>
          <w:p w:rsidR="006F7457" w:rsidRPr="00332DB8" w:rsidRDefault="00332DB8">
            <w:pPr>
              <w:rPr>
                <w:lang w:val="ru-RU"/>
              </w:rPr>
            </w:pPr>
            <w:r w:rsidRPr="00332DB8">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332DB8">
              <w:rPr>
                <w:lang w:val="ru-RU"/>
              </w:rPr>
              <w:t>://</w:t>
            </w:r>
            <w:r>
              <w:t>syriancivilwararchive</w:t>
            </w:r>
            <w:r w:rsidRPr="00332DB8">
              <w:rPr>
                <w:lang w:val="ru-RU"/>
              </w:rPr>
              <w:t>.</w:t>
            </w:r>
            <w:r>
              <w:t>com</w:t>
            </w:r>
            <w:r w:rsidRPr="00332DB8">
              <w:rPr>
                <w:lang w:val="ru-RU"/>
              </w:rPr>
              <w:t>, содержащий статью: - Необоснованные заявления противников (решение Советского районного суда г. Тулы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3446.</w:t>
            </w:r>
          </w:p>
        </w:tc>
        <w:tc>
          <w:tcPr>
            <w:tcW w:w="2880" w:type="dxa"/>
          </w:tcPr>
          <w:p w:rsidR="006F7457" w:rsidRPr="00332DB8" w:rsidRDefault="00332DB8">
            <w:pPr>
              <w:rPr>
                <w:lang w:val="ru-RU"/>
              </w:rPr>
            </w:pPr>
            <w:r w:rsidRPr="00332DB8">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332DB8">
              <w:rPr>
                <w:lang w:val="ru-RU"/>
              </w:rPr>
              <w:t>://</w:t>
            </w:r>
            <w:r>
              <w:t>syriancivilwararchive</w:t>
            </w:r>
            <w:r w:rsidRPr="00332DB8">
              <w:rPr>
                <w:lang w:val="ru-RU"/>
              </w:rPr>
              <w:t>.</w:t>
            </w:r>
            <w:r>
              <w:t>com</w:t>
            </w:r>
            <w:r w:rsidRPr="00332DB8">
              <w:rPr>
                <w:lang w:val="ru-RU"/>
              </w:rPr>
              <w:t>, содержащий статью: - Халифы (решение Советского районного суда г. Тулы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3447.</w:t>
            </w:r>
          </w:p>
        </w:tc>
        <w:tc>
          <w:tcPr>
            <w:tcW w:w="2880" w:type="dxa"/>
          </w:tcPr>
          <w:p w:rsidR="006F7457" w:rsidRPr="00332DB8" w:rsidRDefault="00332DB8">
            <w:pPr>
              <w:rPr>
                <w:lang w:val="ru-RU"/>
              </w:rPr>
            </w:pPr>
            <w:r w:rsidRPr="00332DB8">
              <w:rPr>
                <w:lang w:val="ru-RU"/>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t>http</w:t>
            </w:r>
            <w:r w:rsidRPr="00332DB8">
              <w:rPr>
                <w:lang w:val="ru-RU"/>
              </w:rPr>
              <w:t>://</w:t>
            </w:r>
            <w:r>
              <w:t>syriancivilwararchive</w:t>
            </w:r>
            <w:r w:rsidRPr="00332DB8">
              <w:rPr>
                <w:lang w:val="ru-RU"/>
              </w:rPr>
              <w:t>.</w:t>
            </w:r>
            <w:r>
              <w:t>com</w:t>
            </w:r>
            <w:r w:rsidRPr="00332DB8">
              <w:rPr>
                <w:lang w:val="ru-RU"/>
              </w:rPr>
              <w:t>, содержащий статью: - Заключение (решение Советского районного суда г. Тулы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3448.</w:t>
            </w:r>
          </w:p>
        </w:tc>
        <w:tc>
          <w:tcPr>
            <w:tcW w:w="2880" w:type="dxa"/>
          </w:tcPr>
          <w:p w:rsidR="006F7457" w:rsidRPr="00332DB8" w:rsidRDefault="00332DB8">
            <w:pPr>
              <w:rPr>
                <w:lang w:val="ru-RU"/>
              </w:rPr>
            </w:pPr>
            <w:r w:rsidRPr="00332DB8">
              <w:rPr>
                <w:lang w:val="ru-RU"/>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2880" w:type="dxa"/>
          </w:tcPr>
          <w:p w:rsidR="006F7457" w:rsidRPr="00332DB8" w:rsidRDefault="006F7457">
            <w:pPr>
              <w:rPr>
                <w:lang w:val="ru-RU"/>
              </w:rPr>
            </w:pPr>
          </w:p>
        </w:tc>
      </w:tr>
      <w:tr w:rsidR="006F7457" w:rsidRPr="005A424D">
        <w:tc>
          <w:tcPr>
            <w:tcW w:w="2880" w:type="dxa"/>
          </w:tcPr>
          <w:p w:rsidR="006F7457" w:rsidRDefault="00332DB8">
            <w:r>
              <w:t>344</w:t>
            </w:r>
            <w:r>
              <w:lastRenderedPageBreak/>
              <w:t>9.</w:t>
            </w:r>
          </w:p>
        </w:tc>
        <w:tc>
          <w:tcPr>
            <w:tcW w:w="2880" w:type="dxa"/>
          </w:tcPr>
          <w:p w:rsidR="006F7457" w:rsidRPr="00332DB8" w:rsidRDefault="00332DB8">
            <w:pPr>
              <w:rPr>
                <w:lang w:val="ru-RU"/>
              </w:rPr>
            </w:pPr>
            <w:r w:rsidRPr="00332DB8">
              <w:rPr>
                <w:lang w:val="ru-RU"/>
              </w:rPr>
              <w:lastRenderedPageBreak/>
              <w:t xml:space="preserve">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w:t>
            </w:r>
            <w:r w:rsidRPr="00332DB8">
              <w:rPr>
                <w:lang w:val="ru-RU"/>
              </w:rPr>
              <w:lastRenderedPageBreak/>
              <w:t>20.11.2015);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3450.</w:t>
            </w:r>
          </w:p>
        </w:tc>
        <w:tc>
          <w:tcPr>
            <w:tcW w:w="2880" w:type="dxa"/>
          </w:tcPr>
          <w:p w:rsidR="006F7457" w:rsidRPr="00332DB8" w:rsidRDefault="00332DB8">
            <w:pPr>
              <w:rPr>
                <w:lang w:val="ru-RU"/>
              </w:rPr>
            </w:pPr>
            <w:r w:rsidRPr="00332DB8">
              <w:rPr>
                <w:lang w:val="ru-RU"/>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2880" w:type="dxa"/>
          </w:tcPr>
          <w:p w:rsidR="006F7457" w:rsidRPr="00332DB8" w:rsidRDefault="006F7457">
            <w:pPr>
              <w:rPr>
                <w:lang w:val="ru-RU"/>
              </w:rPr>
            </w:pPr>
          </w:p>
        </w:tc>
      </w:tr>
      <w:tr w:rsidR="006F7457" w:rsidRPr="005A424D">
        <w:tc>
          <w:tcPr>
            <w:tcW w:w="2880" w:type="dxa"/>
          </w:tcPr>
          <w:p w:rsidR="006F7457" w:rsidRDefault="00332DB8">
            <w:r>
              <w:t>3451.</w:t>
            </w:r>
          </w:p>
        </w:tc>
        <w:tc>
          <w:tcPr>
            <w:tcW w:w="2880" w:type="dxa"/>
          </w:tcPr>
          <w:p w:rsidR="006F7457" w:rsidRPr="00332DB8" w:rsidRDefault="00332DB8">
            <w:pPr>
              <w:rPr>
                <w:lang w:val="ru-RU"/>
              </w:rPr>
            </w:pPr>
            <w:r w:rsidRPr="00332DB8">
              <w:rPr>
                <w:lang w:val="ru-RU"/>
              </w:rPr>
              <w:t>2. электронный текстовый файл «Апокалипсис наступит завтра.</w:t>
            </w:r>
            <w:r>
              <w:t>doc</w:t>
            </w:r>
            <w:r w:rsidRPr="00332DB8">
              <w:rPr>
                <w:lang w:val="ru-RU"/>
              </w:rPr>
              <w:t>», размещенный на сайте «</w:t>
            </w:r>
            <w:r>
              <w:t>https</w:t>
            </w:r>
            <w:r w:rsidRPr="00332DB8">
              <w:rPr>
                <w:lang w:val="ru-RU"/>
              </w:rPr>
              <w:t>://</w:t>
            </w:r>
            <w:r>
              <w:t>vk</w:t>
            </w:r>
            <w:r w:rsidRPr="00332DB8">
              <w:rPr>
                <w:lang w:val="ru-RU"/>
              </w:rPr>
              <w:t>.</w:t>
            </w:r>
            <w:r>
              <w:t>com</w:t>
            </w:r>
            <w:r w:rsidRPr="00332DB8">
              <w:rPr>
                <w:lang w:val="ru-RU"/>
              </w:rPr>
              <w:t>/</w:t>
            </w:r>
            <w:r>
              <w:t>blaginanton</w:t>
            </w:r>
            <w:r w:rsidRPr="00332DB8">
              <w:rPr>
                <w:lang w:val="ru-RU"/>
              </w:rPr>
              <w:t>»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2880" w:type="dxa"/>
          </w:tcPr>
          <w:p w:rsidR="006F7457" w:rsidRPr="00332DB8" w:rsidRDefault="006F7457">
            <w:pPr>
              <w:rPr>
                <w:lang w:val="ru-RU"/>
              </w:rPr>
            </w:pPr>
          </w:p>
        </w:tc>
      </w:tr>
      <w:tr w:rsidR="006F7457">
        <w:tc>
          <w:tcPr>
            <w:tcW w:w="2880" w:type="dxa"/>
          </w:tcPr>
          <w:p w:rsidR="006F7457" w:rsidRDefault="00332DB8">
            <w:r>
              <w:t>3452.</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3453.</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3454.</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lastRenderedPageBreak/>
              <w:t>3455.</w:t>
            </w:r>
          </w:p>
        </w:tc>
        <w:tc>
          <w:tcPr>
            <w:tcW w:w="2880" w:type="dxa"/>
          </w:tcPr>
          <w:p w:rsidR="006F7457" w:rsidRDefault="00332DB8">
            <w:r>
              <w:t>Исключён</w:t>
            </w:r>
          </w:p>
        </w:tc>
        <w:tc>
          <w:tcPr>
            <w:tcW w:w="2880" w:type="dxa"/>
          </w:tcPr>
          <w:p w:rsidR="006F7457" w:rsidRDefault="006F7457"/>
        </w:tc>
      </w:tr>
      <w:tr w:rsidR="006F7457" w:rsidRPr="005A424D">
        <w:tc>
          <w:tcPr>
            <w:tcW w:w="2880" w:type="dxa"/>
          </w:tcPr>
          <w:p w:rsidR="006F7457" w:rsidRDefault="00332DB8">
            <w:r>
              <w:t>3456.</w:t>
            </w:r>
          </w:p>
        </w:tc>
        <w:tc>
          <w:tcPr>
            <w:tcW w:w="2880" w:type="dxa"/>
          </w:tcPr>
          <w:p w:rsidR="006F7457" w:rsidRPr="00332DB8" w:rsidRDefault="00332DB8">
            <w:pPr>
              <w:rPr>
                <w:lang w:val="ru-RU"/>
              </w:rPr>
            </w:pPr>
            <w:r w:rsidRPr="00332DB8">
              <w:rPr>
                <w:lang w:val="ru-RU"/>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230452799» (решение Адлерского районного суда г. Сочи от 26.02.2016);</w:t>
            </w:r>
          </w:p>
        </w:tc>
        <w:tc>
          <w:tcPr>
            <w:tcW w:w="2880" w:type="dxa"/>
          </w:tcPr>
          <w:p w:rsidR="006F7457" w:rsidRPr="00332DB8" w:rsidRDefault="006F7457">
            <w:pPr>
              <w:rPr>
                <w:lang w:val="ru-RU"/>
              </w:rPr>
            </w:pPr>
          </w:p>
        </w:tc>
      </w:tr>
      <w:tr w:rsidR="006F7457" w:rsidRPr="005A424D">
        <w:tc>
          <w:tcPr>
            <w:tcW w:w="2880" w:type="dxa"/>
          </w:tcPr>
          <w:p w:rsidR="006F7457" w:rsidRDefault="00332DB8">
            <w:r>
              <w:t>3457.</w:t>
            </w:r>
          </w:p>
        </w:tc>
        <w:tc>
          <w:tcPr>
            <w:tcW w:w="2880" w:type="dxa"/>
          </w:tcPr>
          <w:p w:rsidR="006F7457" w:rsidRPr="00332DB8" w:rsidRDefault="00332DB8">
            <w:pPr>
              <w:rPr>
                <w:lang w:val="ru-RU"/>
              </w:rPr>
            </w:pPr>
            <w:r w:rsidRPr="00332DB8">
              <w:rPr>
                <w:lang w:val="ru-RU"/>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230452799» (решение Адлерского районного суда г. Сочи от 26.02.2016);</w:t>
            </w:r>
          </w:p>
        </w:tc>
        <w:tc>
          <w:tcPr>
            <w:tcW w:w="2880" w:type="dxa"/>
          </w:tcPr>
          <w:p w:rsidR="006F7457" w:rsidRPr="00332DB8" w:rsidRDefault="006F7457">
            <w:pPr>
              <w:rPr>
                <w:lang w:val="ru-RU"/>
              </w:rPr>
            </w:pPr>
          </w:p>
        </w:tc>
      </w:tr>
      <w:tr w:rsidR="006F7457" w:rsidRPr="005A424D">
        <w:tc>
          <w:tcPr>
            <w:tcW w:w="2880" w:type="dxa"/>
          </w:tcPr>
          <w:p w:rsidR="006F7457" w:rsidRDefault="00332DB8">
            <w:r>
              <w:t>3458.</w:t>
            </w:r>
          </w:p>
        </w:tc>
        <w:tc>
          <w:tcPr>
            <w:tcW w:w="2880" w:type="dxa"/>
          </w:tcPr>
          <w:p w:rsidR="006F7457" w:rsidRPr="00332DB8" w:rsidRDefault="00332DB8">
            <w:pPr>
              <w:rPr>
                <w:lang w:val="ru-RU"/>
              </w:rPr>
            </w:pPr>
            <w:r w:rsidRPr="00332DB8">
              <w:rPr>
                <w:lang w:val="ru-RU"/>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230452799» (решение Адлерского районного суда г. Сочи от 26.02.2016);</w:t>
            </w:r>
          </w:p>
        </w:tc>
        <w:tc>
          <w:tcPr>
            <w:tcW w:w="2880" w:type="dxa"/>
          </w:tcPr>
          <w:p w:rsidR="006F7457" w:rsidRPr="00332DB8" w:rsidRDefault="006F7457">
            <w:pPr>
              <w:rPr>
                <w:lang w:val="ru-RU"/>
              </w:rPr>
            </w:pPr>
          </w:p>
        </w:tc>
      </w:tr>
      <w:tr w:rsidR="006F7457" w:rsidRPr="005A424D">
        <w:tc>
          <w:tcPr>
            <w:tcW w:w="2880" w:type="dxa"/>
          </w:tcPr>
          <w:p w:rsidR="006F7457" w:rsidRDefault="00332DB8">
            <w:r>
              <w:t>3459.</w:t>
            </w:r>
          </w:p>
        </w:tc>
        <w:tc>
          <w:tcPr>
            <w:tcW w:w="2880" w:type="dxa"/>
          </w:tcPr>
          <w:p w:rsidR="006F7457" w:rsidRPr="00332DB8" w:rsidRDefault="00332DB8">
            <w:pPr>
              <w:rPr>
                <w:lang w:val="ru-RU"/>
              </w:rPr>
            </w:pPr>
            <w:r w:rsidRPr="00332DB8">
              <w:rPr>
                <w:lang w:val="ru-RU"/>
              </w:rPr>
              <w:t xml:space="preserve">Изображение силуэтов двух женских фигур черного цвета и текста: «Лезгинка на улице повод для выстрела», размещенное в социальной сети «ВКонтакте» по адресу: </w:t>
            </w:r>
            <w:r>
              <w:t>http</w:t>
            </w:r>
            <w:r w:rsidRPr="00332DB8">
              <w:rPr>
                <w:lang w:val="ru-RU"/>
              </w:rPr>
              <w:t>://</w:t>
            </w:r>
            <w:r>
              <w:t>vk</w:t>
            </w:r>
            <w:r w:rsidRPr="00332DB8">
              <w:rPr>
                <w:lang w:val="ru-RU"/>
              </w:rPr>
              <w:t>/</w:t>
            </w:r>
            <w:r>
              <w:t>com</w:t>
            </w:r>
            <w:r w:rsidRPr="00332DB8">
              <w:rPr>
                <w:lang w:val="ru-RU"/>
              </w:rPr>
              <w:t>/ (</w:t>
            </w:r>
            <w:r>
              <w:t>id</w:t>
            </w:r>
            <w:r w:rsidRPr="00332DB8">
              <w:rPr>
                <w:lang w:val="ru-RU"/>
              </w:rPr>
              <w:t>89425248) (решение Чамзинского районного суда Республики Мордовия от 10.03.2016);</w:t>
            </w:r>
          </w:p>
        </w:tc>
        <w:tc>
          <w:tcPr>
            <w:tcW w:w="2880" w:type="dxa"/>
          </w:tcPr>
          <w:p w:rsidR="006F7457" w:rsidRPr="00332DB8" w:rsidRDefault="006F7457">
            <w:pPr>
              <w:rPr>
                <w:lang w:val="ru-RU"/>
              </w:rPr>
            </w:pPr>
          </w:p>
        </w:tc>
      </w:tr>
      <w:tr w:rsidR="006F7457" w:rsidRPr="005A424D">
        <w:tc>
          <w:tcPr>
            <w:tcW w:w="2880" w:type="dxa"/>
          </w:tcPr>
          <w:p w:rsidR="006F7457" w:rsidRDefault="00332DB8">
            <w:r>
              <w:t>346</w:t>
            </w:r>
            <w:r>
              <w:lastRenderedPageBreak/>
              <w:t>0.</w:t>
            </w:r>
          </w:p>
        </w:tc>
        <w:tc>
          <w:tcPr>
            <w:tcW w:w="2880" w:type="dxa"/>
          </w:tcPr>
          <w:p w:rsidR="006F7457" w:rsidRPr="00332DB8" w:rsidRDefault="00332DB8">
            <w:pPr>
              <w:rPr>
                <w:lang w:val="ru-RU"/>
              </w:rPr>
            </w:pPr>
            <w:r w:rsidRPr="00332DB8">
              <w:rPr>
                <w:lang w:val="ru-RU"/>
              </w:rPr>
              <w:lastRenderedPageBreak/>
              <w:t xml:space="preserve">Видеоролик Максим Базылев – Воины Русской Революции Дима Скукин», размещенного в социальной сети «В контакте» по адресу </w:t>
            </w:r>
            <w:r>
              <w:t>https</w:t>
            </w:r>
            <w:r w:rsidRPr="00332DB8">
              <w:rPr>
                <w:lang w:val="ru-RU"/>
              </w:rPr>
              <w:t>://</w:t>
            </w:r>
            <w:r>
              <w:t>m</w:t>
            </w:r>
            <w:r w:rsidRPr="00332DB8">
              <w:rPr>
                <w:lang w:val="ru-RU"/>
              </w:rPr>
              <w:t>.</w:t>
            </w:r>
            <w:r>
              <w:t>vk</w:t>
            </w:r>
            <w:r w:rsidRPr="00332DB8">
              <w:rPr>
                <w:lang w:val="ru-RU"/>
              </w:rPr>
              <w:t>.</w:t>
            </w:r>
            <w:r>
              <w:t>com</w:t>
            </w:r>
            <w:r w:rsidRPr="00332DB8">
              <w:rPr>
                <w:lang w:val="ru-RU"/>
              </w:rPr>
              <w:t>/</w:t>
            </w:r>
            <w:r>
              <w:t>rusnazi</w:t>
            </w:r>
            <w:r w:rsidRPr="00332DB8">
              <w:rPr>
                <w:lang w:val="ru-RU"/>
              </w:rPr>
              <w:t xml:space="preserve"> (решение Чамзинского районного суда Республики Мордовия от </w:t>
            </w:r>
            <w:r w:rsidRPr="00332DB8">
              <w:rPr>
                <w:lang w:val="ru-RU"/>
              </w:rPr>
              <w:lastRenderedPageBreak/>
              <w:t>09.03.2016);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3461.</w:t>
            </w:r>
          </w:p>
        </w:tc>
        <w:tc>
          <w:tcPr>
            <w:tcW w:w="2880" w:type="dxa"/>
          </w:tcPr>
          <w:p w:rsidR="006F7457" w:rsidRPr="00332DB8" w:rsidRDefault="00332DB8">
            <w:pPr>
              <w:rPr>
                <w:lang w:val="ru-RU"/>
              </w:rPr>
            </w:pPr>
            <w:r w:rsidRPr="00332DB8">
              <w:rPr>
                <w:lang w:val="ru-RU"/>
              </w:rPr>
              <w:t xml:space="preserve">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t>
            </w:r>
            <w:r>
              <w:t>www</w:t>
            </w:r>
            <w:r w:rsidRPr="00332DB8">
              <w:rPr>
                <w:lang w:val="ru-RU"/>
              </w:rPr>
              <w:t>.</w:t>
            </w:r>
            <w:r>
              <w:t>vk</w:t>
            </w:r>
            <w:r w:rsidRPr="00332DB8">
              <w:rPr>
                <w:lang w:val="ru-RU"/>
              </w:rPr>
              <w:t>.</w:t>
            </w:r>
            <w:r>
              <w:t>com</w:t>
            </w:r>
            <w:r w:rsidRPr="00332DB8">
              <w:rPr>
                <w:lang w:val="ru-RU"/>
              </w:rPr>
              <w:t>/</w:t>
            </w:r>
            <w:r>
              <w:t>video</w:t>
            </w:r>
            <w:r w:rsidRPr="00332DB8">
              <w:rPr>
                <w:lang w:val="ru-RU"/>
              </w:rPr>
              <w:t>49699627_153300653) на сайте сети Интернет (</w:t>
            </w:r>
            <w:r>
              <w:t>www</w:t>
            </w:r>
            <w:r w:rsidRPr="00332DB8">
              <w:rPr>
                <w:lang w:val="ru-RU"/>
              </w:rPr>
              <w:t>.</w:t>
            </w:r>
            <w:r>
              <w:t>vk</w:t>
            </w:r>
            <w:r w:rsidRPr="00332DB8">
              <w:rPr>
                <w:lang w:val="ru-RU"/>
              </w:rPr>
              <w:t>.</w:t>
            </w:r>
            <w:r>
              <w:t>com</w:t>
            </w:r>
            <w:r w:rsidRPr="00332DB8">
              <w:rPr>
                <w:lang w:val="ru-RU"/>
              </w:rPr>
              <w:t>)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3462.</w:t>
            </w:r>
          </w:p>
        </w:tc>
        <w:tc>
          <w:tcPr>
            <w:tcW w:w="2880" w:type="dxa"/>
          </w:tcPr>
          <w:p w:rsidR="006F7457" w:rsidRPr="00332DB8" w:rsidRDefault="00332DB8">
            <w:pPr>
              <w:rPr>
                <w:lang w:val="ru-RU"/>
              </w:rPr>
            </w:pPr>
            <w:r w:rsidRPr="00332DB8">
              <w:rPr>
                <w:lang w:val="ru-RU"/>
              </w:rPr>
              <w:t xml:space="preserve">Видеозапись «Россия 88 Бабка бьёт хачей», длительностью 1 минута 10 секунд, размещенная на интернет-странице пользователя «Максим Шаров» (сетевой адрес: </w:t>
            </w:r>
            <w:r>
              <w:t>www</w:t>
            </w:r>
            <w:r w:rsidRPr="00332DB8">
              <w:rPr>
                <w:lang w:val="ru-RU"/>
              </w:rPr>
              <w:t>.</w:t>
            </w:r>
            <w:r>
              <w:t>vk</w:t>
            </w:r>
            <w:r w:rsidRPr="00332DB8">
              <w:rPr>
                <w:lang w:val="ru-RU"/>
              </w:rPr>
              <w:t>.</w:t>
            </w:r>
            <w:r>
              <w:t>com</w:t>
            </w:r>
            <w:r w:rsidRPr="00332DB8">
              <w:rPr>
                <w:lang w:val="ru-RU"/>
              </w:rPr>
              <w:t>/</w:t>
            </w:r>
            <w:r>
              <w:t>video</w:t>
            </w:r>
            <w:r w:rsidRPr="00332DB8">
              <w:rPr>
                <w:lang w:val="ru-RU"/>
              </w:rPr>
              <w:t>67591091_146051105) на сайте сети Интернет (</w:t>
            </w:r>
            <w:r>
              <w:t>www</w:t>
            </w:r>
            <w:r w:rsidRPr="00332DB8">
              <w:rPr>
                <w:lang w:val="ru-RU"/>
              </w:rPr>
              <w:t>.</w:t>
            </w:r>
            <w:r>
              <w:t>vk</w:t>
            </w:r>
            <w:r w:rsidRPr="00332DB8">
              <w:rPr>
                <w:lang w:val="ru-RU"/>
              </w:rPr>
              <w:t>.</w:t>
            </w:r>
            <w:r>
              <w:t>com</w:t>
            </w:r>
            <w:r w:rsidRPr="00332DB8">
              <w:rPr>
                <w:lang w:val="ru-RU"/>
              </w:rPr>
              <w:t>)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3463.</w:t>
            </w:r>
          </w:p>
        </w:tc>
        <w:tc>
          <w:tcPr>
            <w:tcW w:w="2880" w:type="dxa"/>
          </w:tcPr>
          <w:p w:rsidR="006F7457" w:rsidRPr="00332DB8" w:rsidRDefault="00332DB8">
            <w:pPr>
              <w:rPr>
                <w:lang w:val="ru-RU"/>
              </w:rPr>
            </w:pPr>
            <w:r w:rsidRPr="00332DB8">
              <w:rPr>
                <w:lang w:val="ru-RU"/>
              </w:rPr>
              <w:t xml:space="preserve">Видеозапись «Россия 88 (Бабулька)», длительностью 1 минута 11 секунд, размещенная на интернет-странице пользователя «Алексей Уткин» (сетевой адрес: </w:t>
            </w:r>
            <w:r>
              <w:t>www</w:t>
            </w:r>
            <w:r w:rsidRPr="00332DB8">
              <w:rPr>
                <w:lang w:val="ru-RU"/>
              </w:rPr>
              <w:t>.</w:t>
            </w:r>
            <w:r>
              <w:t>vk</w:t>
            </w:r>
            <w:r w:rsidRPr="00332DB8">
              <w:rPr>
                <w:lang w:val="ru-RU"/>
              </w:rPr>
              <w:t>.</w:t>
            </w:r>
            <w:r>
              <w:t>com</w:t>
            </w:r>
            <w:r w:rsidRPr="00332DB8">
              <w:rPr>
                <w:lang w:val="ru-RU"/>
              </w:rPr>
              <w:t>/</w:t>
            </w:r>
            <w:r>
              <w:t>video</w:t>
            </w:r>
            <w:r w:rsidRPr="00332DB8">
              <w:rPr>
                <w:lang w:val="ru-RU"/>
              </w:rPr>
              <w:t>8328835_112180176) на сайте сети Интернет (</w:t>
            </w:r>
            <w:r>
              <w:t>www</w:t>
            </w:r>
            <w:r w:rsidRPr="00332DB8">
              <w:rPr>
                <w:lang w:val="ru-RU"/>
              </w:rPr>
              <w:t>.</w:t>
            </w:r>
            <w:r>
              <w:t>vk</w:t>
            </w:r>
            <w:r w:rsidRPr="00332DB8">
              <w:rPr>
                <w:lang w:val="ru-RU"/>
              </w:rPr>
              <w:t>.</w:t>
            </w:r>
            <w:r>
              <w:t>com</w:t>
            </w:r>
            <w:r w:rsidRPr="00332DB8">
              <w:rPr>
                <w:lang w:val="ru-RU"/>
              </w:rPr>
              <w:t>)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3464.</w:t>
            </w:r>
          </w:p>
        </w:tc>
        <w:tc>
          <w:tcPr>
            <w:tcW w:w="2880" w:type="dxa"/>
          </w:tcPr>
          <w:p w:rsidR="006F7457" w:rsidRPr="00332DB8" w:rsidRDefault="00332DB8">
            <w:pPr>
              <w:rPr>
                <w:lang w:val="ru-RU"/>
              </w:rPr>
            </w:pPr>
            <w:r w:rsidRPr="00332DB8">
              <w:rPr>
                <w:lang w:val="ru-RU"/>
              </w:rPr>
              <w:t xml:space="preserve">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t>
            </w:r>
            <w:r>
              <w:t>www</w:t>
            </w:r>
            <w:r w:rsidRPr="00332DB8">
              <w:rPr>
                <w:lang w:val="ru-RU"/>
              </w:rPr>
              <w:t>.</w:t>
            </w:r>
            <w:r>
              <w:t>vk</w:t>
            </w:r>
            <w:r w:rsidRPr="00332DB8">
              <w:rPr>
                <w:lang w:val="ru-RU"/>
              </w:rPr>
              <w:t>.</w:t>
            </w:r>
            <w:r>
              <w:t>com</w:t>
            </w:r>
            <w:r w:rsidRPr="00332DB8">
              <w:rPr>
                <w:lang w:val="ru-RU"/>
              </w:rPr>
              <w:t>/</w:t>
            </w:r>
            <w:r>
              <w:t>video</w:t>
            </w:r>
            <w:r w:rsidRPr="00332DB8">
              <w:rPr>
                <w:lang w:val="ru-RU"/>
              </w:rPr>
              <w:t>2421652_117482278) на сайте сети Интернет (</w:t>
            </w:r>
            <w:r>
              <w:t>www</w:t>
            </w:r>
            <w:r w:rsidRPr="00332DB8">
              <w:rPr>
                <w:lang w:val="ru-RU"/>
              </w:rPr>
              <w:t>.</w:t>
            </w:r>
            <w:r>
              <w:t>vk</w:t>
            </w:r>
            <w:r w:rsidRPr="00332DB8">
              <w:rPr>
                <w:lang w:val="ru-RU"/>
              </w:rPr>
              <w:t>.</w:t>
            </w:r>
            <w:r>
              <w:t>com</w:t>
            </w:r>
            <w:r w:rsidRPr="00332DB8">
              <w:rPr>
                <w:lang w:val="ru-RU"/>
              </w:rPr>
              <w:t>)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3465.</w:t>
            </w:r>
          </w:p>
        </w:tc>
        <w:tc>
          <w:tcPr>
            <w:tcW w:w="2880" w:type="dxa"/>
          </w:tcPr>
          <w:p w:rsidR="006F7457" w:rsidRPr="00332DB8" w:rsidRDefault="00332DB8">
            <w:pPr>
              <w:rPr>
                <w:lang w:val="ru-RU"/>
              </w:rPr>
            </w:pPr>
            <w:r w:rsidRPr="00332DB8">
              <w:rPr>
                <w:lang w:val="ru-RU"/>
              </w:rPr>
              <w:t xml:space="preserve">Видеозапись «РОССИЯ 88» длительностью 1 минута 12 секунд, размещенная на интернет-странице пользователя «Андрей Малов» (сетевой адрес: </w:t>
            </w:r>
            <w:r>
              <w:t>www</w:t>
            </w:r>
            <w:r w:rsidRPr="00332DB8">
              <w:rPr>
                <w:lang w:val="ru-RU"/>
              </w:rPr>
              <w:t>.</w:t>
            </w:r>
            <w:r>
              <w:t>vk</w:t>
            </w:r>
            <w:r w:rsidRPr="00332DB8">
              <w:rPr>
                <w:lang w:val="ru-RU"/>
              </w:rPr>
              <w:t>.</w:t>
            </w:r>
            <w:r>
              <w:t>com</w:t>
            </w:r>
            <w:r w:rsidRPr="00332DB8">
              <w:rPr>
                <w:lang w:val="ru-RU"/>
              </w:rPr>
              <w:t>/</w:t>
            </w:r>
            <w:r>
              <w:t>video</w:t>
            </w:r>
            <w:r w:rsidRPr="00332DB8">
              <w:rPr>
                <w:lang w:val="ru-RU"/>
              </w:rPr>
              <w:t>147411714_161653739) на сайте сети Интернет (</w:t>
            </w:r>
            <w:r>
              <w:t>www</w:t>
            </w:r>
            <w:r w:rsidRPr="00332DB8">
              <w:rPr>
                <w:lang w:val="ru-RU"/>
              </w:rPr>
              <w:t>.</w:t>
            </w:r>
            <w:r>
              <w:t>vk</w:t>
            </w:r>
            <w:r w:rsidRPr="00332DB8">
              <w:rPr>
                <w:lang w:val="ru-RU"/>
              </w:rPr>
              <w:t>.</w:t>
            </w:r>
            <w:r>
              <w:t>com</w:t>
            </w:r>
            <w:r w:rsidRPr="00332DB8">
              <w:rPr>
                <w:lang w:val="ru-RU"/>
              </w:rPr>
              <w:t>)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3466.</w:t>
            </w:r>
          </w:p>
        </w:tc>
        <w:tc>
          <w:tcPr>
            <w:tcW w:w="2880" w:type="dxa"/>
          </w:tcPr>
          <w:p w:rsidR="006F7457" w:rsidRPr="00332DB8" w:rsidRDefault="00332DB8">
            <w:pPr>
              <w:rPr>
                <w:lang w:val="ru-RU"/>
              </w:rPr>
            </w:pPr>
            <w:r w:rsidRPr="00332DB8">
              <w:rPr>
                <w:lang w:val="ru-RU"/>
              </w:rPr>
              <w:t xml:space="preserve">Текст песни, начинающейся словами «Череп бритый, кастет и бита...» и заканчивающейся словами «... Погоним черных! </w:t>
            </w:r>
            <w:r>
              <w:t>Zig</w:t>
            </w:r>
            <w:r w:rsidRPr="00332DB8">
              <w:rPr>
                <w:lang w:val="ru-RU"/>
              </w:rPr>
              <w:t xml:space="preserve"> </w:t>
            </w:r>
            <w:r>
              <w:t>heil</w:t>
            </w:r>
            <w:r w:rsidRPr="00332DB8">
              <w:rPr>
                <w:lang w:val="ru-RU"/>
              </w:rPr>
              <w:t xml:space="preserve">! </w:t>
            </w:r>
            <w:r>
              <w:t>Zig</w:t>
            </w:r>
            <w:r w:rsidRPr="00332DB8">
              <w:rPr>
                <w:lang w:val="ru-RU"/>
              </w:rPr>
              <w:t xml:space="preserve"> </w:t>
            </w:r>
            <w:r>
              <w:t>heil</w:t>
            </w:r>
            <w:r w:rsidRPr="00332DB8">
              <w:rPr>
                <w:lang w:val="ru-RU"/>
              </w:rPr>
              <w:t xml:space="preserve">!», размещенный в сети Интернет на сайте </w:t>
            </w:r>
            <w:r>
              <w:t>songspro</w:t>
            </w:r>
            <w:r w:rsidRPr="00332DB8">
              <w:rPr>
                <w:lang w:val="ru-RU"/>
              </w:rPr>
              <w:t>.</w:t>
            </w:r>
            <w:r>
              <w:t>ru</w:t>
            </w:r>
            <w:r w:rsidRPr="00332DB8">
              <w:rPr>
                <w:lang w:val="ru-RU"/>
              </w:rPr>
              <w:t xml:space="preserve"> по электронному адресу: </w:t>
            </w:r>
            <w:r>
              <w:t>http</w:t>
            </w:r>
            <w:r w:rsidRPr="00332DB8">
              <w:rPr>
                <w:lang w:val="ru-RU"/>
              </w:rPr>
              <w:t>://</w:t>
            </w:r>
            <w:r>
              <w:t>songspro</w:t>
            </w:r>
            <w:r w:rsidRPr="00332DB8">
              <w:rPr>
                <w:lang w:val="ru-RU"/>
              </w:rPr>
              <w:t>.</w:t>
            </w:r>
            <w:r>
              <w:t>ru</w:t>
            </w:r>
            <w:r w:rsidRPr="00332DB8">
              <w:rPr>
                <w:lang w:val="ru-RU"/>
              </w:rPr>
              <w:t>/46/</w:t>
            </w:r>
            <w:r>
              <w:t>SG</w:t>
            </w:r>
            <w:r w:rsidRPr="00332DB8">
              <w:rPr>
                <w:lang w:val="ru-RU"/>
              </w:rPr>
              <w:t>/</w:t>
            </w:r>
            <w:r>
              <w:t>tekst</w:t>
            </w:r>
            <w:r w:rsidRPr="00332DB8">
              <w:rPr>
                <w:lang w:val="ru-RU"/>
              </w:rPr>
              <w:t>-</w:t>
            </w:r>
            <w:r>
              <w:t>pesni</w:t>
            </w:r>
            <w:r w:rsidRPr="00332DB8">
              <w:rPr>
                <w:lang w:val="ru-RU"/>
              </w:rPr>
              <w:t>-</w:t>
            </w:r>
            <w:r>
              <w:t>cherep</w:t>
            </w:r>
            <w:r w:rsidRPr="00332DB8">
              <w:rPr>
                <w:lang w:val="ru-RU"/>
              </w:rPr>
              <w:t>-</w:t>
            </w:r>
            <w:r>
              <w:t>brityy</w:t>
            </w:r>
            <w:r w:rsidRPr="00332DB8">
              <w:rPr>
                <w:lang w:val="ru-RU"/>
              </w:rPr>
              <w:t xml:space="preserve"> (решение Калининского районного суда города Санкт-Петербурга от 03.03.2016).</w:t>
            </w:r>
          </w:p>
        </w:tc>
        <w:tc>
          <w:tcPr>
            <w:tcW w:w="2880" w:type="dxa"/>
          </w:tcPr>
          <w:p w:rsidR="006F7457" w:rsidRPr="00332DB8" w:rsidRDefault="006F7457">
            <w:pPr>
              <w:rPr>
                <w:lang w:val="ru-RU"/>
              </w:rPr>
            </w:pPr>
          </w:p>
        </w:tc>
      </w:tr>
      <w:tr w:rsidR="006F7457">
        <w:tc>
          <w:tcPr>
            <w:tcW w:w="2880" w:type="dxa"/>
          </w:tcPr>
          <w:p w:rsidR="006F7457" w:rsidRDefault="00332DB8">
            <w:r>
              <w:t>3467.</w:t>
            </w:r>
          </w:p>
        </w:tc>
        <w:tc>
          <w:tcPr>
            <w:tcW w:w="2880" w:type="dxa"/>
          </w:tcPr>
          <w:p w:rsidR="006F7457" w:rsidRDefault="00332DB8">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252604712», а именно аудиофайл под названием «Колесо РОДа – Антифа», продолжительностью </w:t>
            </w:r>
            <w:r>
              <w:t>04мин. 04сек. (решение Рудничного районного суда г. Кемерово от 17.02.2016);</w:t>
            </w:r>
          </w:p>
        </w:tc>
        <w:tc>
          <w:tcPr>
            <w:tcW w:w="2880" w:type="dxa"/>
          </w:tcPr>
          <w:p w:rsidR="006F7457" w:rsidRDefault="006F7457"/>
        </w:tc>
      </w:tr>
      <w:tr w:rsidR="006F7457" w:rsidRPr="005A424D">
        <w:tc>
          <w:tcPr>
            <w:tcW w:w="2880" w:type="dxa"/>
          </w:tcPr>
          <w:p w:rsidR="006F7457" w:rsidRDefault="00332DB8">
            <w:r>
              <w:t>3468.</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3469.</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3470.</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w:t>
            </w:r>
            <w:r>
              <w:t>m</w:t>
            </w:r>
            <w:r w:rsidRPr="00332DB8">
              <w:rPr>
                <w:lang w:val="ru-RU"/>
              </w:rPr>
              <w:t>р3»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3471.</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3472.</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2880" w:type="dxa"/>
          </w:tcPr>
          <w:p w:rsidR="006F7457" w:rsidRPr="00332DB8" w:rsidRDefault="006F7457">
            <w:pPr>
              <w:rPr>
                <w:lang w:val="ru-RU"/>
              </w:rPr>
            </w:pPr>
          </w:p>
        </w:tc>
      </w:tr>
      <w:tr w:rsidR="006F7457">
        <w:tc>
          <w:tcPr>
            <w:tcW w:w="2880" w:type="dxa"/>
          </w:tcPr>
          <w:p w:rsidR="006F7457" w:rsidRDefault="00332DB8">
            <w:r>
              <w:t>3473.</w:t>
            </w:r>
          </w:p>
        </w:tc>
        <w:tc>
          <w:tcPr>
            <w:tcW w:w="2880" w:type="dxa"/>
          </w:tcPr>
          <w:p w:rsidR="006F7457" w:rsidRDefault="00332DB8">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w:t>
            </w:r>
            <w:r>
              <w:t>(решение Рудничного районного суда г. Кемерово от 17.02.2016);</w:t>
            </w:r>
          </w:p>
        </w:tc>
        <w:tc>
          <w:tcPr>
            <w:tcW w:w="2880" w:type="dxa"/>
          </w:tcPr>
          <w:p w:rsidR="006F7457" w:rsidRDefault="006F7457"/>
        </w:tc>
      </w:tr>
      <w:tr w:rsidR="006F7457" w:rsidRPr="005A424D">
        <w:tc>
          <w:tcPr>
            <w:tcW w:w="2880" w:type="dxa"/>
          </w:tcPr>
          <w:p w:rsidR="006F7457" w:rsidRDefault="00332DB8">
            <w:r>
              <w:t>3474.</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3475.</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3476.</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3477.</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3478.</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3479.</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2880" w:type="dxa"/>
          </w:tcPr>
          <w:p w:rsidR="006F7457" w:rsidRPr="00332DB8" w:rsidRDefault="006F7457">
            <w:pPr>
              <w:rPr>
                <w:lang w:val="ru-RU"/>
              </w:rPr>
            </w:pPr>
          </w:p>
        </w:tc>
      </w:tr>
      <w:tr w:rsidR="006F7457">
        <w:tc>
          <w:tcPr>
            <w:tcW w:w="2880" w:type="dxa"/>
          </w:tcPr>
          <w:p w:rsidR="006F7457" w:rsidRDefault="00332DB8">
            <w:r>
              <w:t>3480.</w:t>
            </w:r>
          </w:p>
        </w:tc>
        <w:tc>
          <w:tcPr>
            <w:tcW w:w="2880" w:type="dxa"/>
          </w:tcPr>
          <w:p w:rsidR="006F7457" w:rsidRDefault="00332DB8">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w:t>
            </w:r>
            <w:r>
              <w:t>(решение Рудничного районного суда г. Кемерово от 17.02.2016);</w:t>
            </w:r>
          </w:p>
        </w:tc>
        <w:tc>
          <w:tcPr>
            <w:tcW w:w="2880" w:type="dxa"/>
          </w:tcPr>
          <w:p w:rsidR="006F7457" w:rsidRDefault="006F7457"/>
        </w:tc>
      </w:tr>
      <w:tr w:rsidR="006F7457" w:rsidRPr="005A424D">
        <w:tc>
          <w:tcPr>
            <w:tcW w:w="2880" w:type="dxa"/>
          </w:tcPr>
          <w:p w:rsidR="006F7457" w:rsidRDefault="00332DB8">
            <w:r>
              <w:lastRenderedPageBreak/>
              <w:t>3481.</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w:t>
            </w:r>
            <w:r>
              <w:t>Alai</w:t>
            </w:r>
            <w:r w:rsidRPr="00332DB8">
              <w:rPr>
                <w:lang w:val="ru-RU"/>
              </w:rPr>
              <w:t xml:space="preserve"> </w:t>
            </w:r>
            <w:r>
              <w:t>Oli</w:t>
            </w:r>
            <w:r w:rsidRPr="00332DB8">
              <w:rPr>
                <w:lang w:val="ru-RU"/>
              </w:rPr>
              <w:t xml:space="preserve"> - Зачем ты под чёрного легла?», продолжительностью 04мин. 42сек.; «</w:t>
            </w:r>
            <w:r>
              <w:t>Kaffa</w:t>
            </w:r>
            <w:r w:rsidRPr="00332DB8">
              <w:rPr>
                <w:lang w:val="ru-RU"/>
              </w:rPr>
              <w:t xml:space="preserve"> – Девочка – ЧЕРНИЛЬНИЦА», продолжительностью 04мин. 16сек.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3482.</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аудиофайл «Шмели – Бритоголовые девчонки (Я ненавижу русских шлюх)»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3483.</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3484.</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изображение леса с надписью «ЖРИ ГОВНО И ПЕЙ МОЧУ ЕСЛИ ОТДАЛАСЬ ХАЧУ»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3485.</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3486.</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фотография мужчины негроидной расы с костью во рту и надписью «ОБЩЕЧЕЛ</w:t>
            </w:r>
            <w:r>
              <w:t>OBEK</w:t>
            </w:r>
            <w:r w:rsidRPr="00332DB8">
              <w:rPr>
                <w:lang w:val="ru-RU"/>
              </w:rPr>
              <w:t>, Н</w:t>
            </w:r>
            <w:r>
              <w:t>E</w:t>
            </w:r>
            <w:r w:rsidRPr="00332DB8">
              <w:rPr>
                <w:lang w:val="ru-RU"/>
              </w:rPr>
              <w:t xml:space="preserve"> БУДЬ ХАНЖОЙ если ты считаешь что расизм это плохо, выдай за него свою дочь» (решение Рудничного районного суда г. Кемерово от 17.02.2016);</w:t>
            </w:r>
          </w:p>
        </w:tc>
        <w:tc>
          <w:tcPr>
            <w:tcW w:w="2880" w:type="dxa"/>
          </w:tcPr>
          <w:p w:rsidR="006F7457" w:rsidRPr="00332DB8" w:rsidRDefault="006F7457">
            <w:pPr>
              <w:rPr>
                <w:lang w:val="ru-RU"/>
              </w:rPr>
            </w:pPr>
          </w:p>
        </w:tc>
      </w:tr>
      <w:tr w:rsidR="006F7457" w:rsidRPr="005A424D">
        <w:tc>
          <w:tcPr>
            <w:tcW w:w="2880" w:type="dxa"/>
          </w:tcPr>
          <w:p w:rsidR="006F7457" w:rsidRDefault="00332DB8">
            <w:r>
              <w:t>3487.</w:t>
            </w:r>
          </w:p>
        </w:tc>
        <w:tc>
          <w:tcPr>
            <w:tcW w:w="2880" w:type="dxa"/>
          </w:tcPr>
          <w:p w:rsidR="006F7457" w:rsidRPr="00332DB8" w:rsidRDefault="00332DB8">
            <w:pPr>
              <w:rPr>
                <w:lang w:val="ru-RU"/>
              </w:rPr>
            </w:pPr>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2880" w:type="dxa"/>
          </w:tcPr>
          <w:p w:rsidR="006F7457" w:rsidRPr="00332DB8" w:rsidRDefault="006F7457">
            <w:pPr>
              <w:rPr>
                <w:lang w:val="ru-RU"/>
              </w:rPr>
            </w:pPr>
          </w:p>
        </w:tc>
      </w:tr>
      <w:tr w:rsidR="006F7457">
        <w:tc>
          <w:tcPr>
            <w:tcW w:w="2880" w:type="dxa"/>
          </w:tcPr>
          <w:p w:rsidR="006F7457" w:rsidRDefault="00332DB8">
            <w:r>
              <w:t>3488.</w:t>
            </w:r>
          </w:p>
        </w:tc>
        <w:tc>
          <w:tcPr>
            <w:tcW w:w="2880" w:type="dxa"/>
          </w:tcPr>
          <w:p w:rsidR="006F7457" w:rsidRDefault="00332DB8">
            <w:r w:rsidRPr="00332DB8">
              <w:rPr>
                <w:lang w:val="ru-RU"/>
              </w:rPr>
              <w:t>Материал, расположенный в сети Интернет на сайте «ВКонтакте» на странице под названием «Марк Пельц», с электронным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252604712», а именно текст, начинающийся со слов «Давайте немного разберемся...» и оканчивающийся словами «Вперед к порядку!» </w:t>
            </w:r>
            <w:r>
              <w:t>(решение Рудничного районного суда г. Кемерово от 17.02.2016);</w:t>
            </w:r>
          </w:p>
        </w:tc>
        <w:tc>
          <w:tcPr>
            <w:tcW w:w="2880" w:type="dxa"/>
          </w:tcPr>
          <w:p w:rsidR="006F7457" w:rsidRDefault="006F7457"/>
        </w:tc>
      </w:tr>
      <w:tr w:rsidR="006F7457" w:rsidRPr="005A424D">
        <w:tc>
          <w:tcPr>
            <w:tcW w:w="2880" w:type="dxa"/>
          </w:tcPr>
          <w:p w:rsidR="006F7457" w:rsidRDefault="00332DB8">
            <w:r>
              <w:t>3489.</w:t>
            </w:r>
          </w:p>
        </w:tc>
        <w:tc>
          <w:tcPr>
            <w:tcW w:w="2880" w:type="dxa"/>
          </w:tcPr>
          <w:p w:rsidR="006F7457" w:rsidRPr="00332DB8" w:rsidRDefault="00332DB8">
            <w:pPr>
              <w:rPr>
                <w:lang w:val="ru-RU"/>
              </w:rPr>
            </w:pPr>
            <w:r w:rsidRPr="00332DB8">
              <w:rPr>
                <w:lang w:val="ru-RU"/>
              </w:rPr>
              <w:t>Видеозапись «Русские вперед 14-88.</w:t>
            </w:r>
            <w:r>
              <w:t>m</w:t>
            </w:r>
            <w:r w:rsidRPr="00332DB8">
              <w:rPr>
                <w:lang w:val="ru-RU"/>
              </w:rPr>
              <w:t xml:space="preserve">р4», продолжительностью 05 минут 15 секунд, размером 21,8 Мб, расположенная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238577410?</w:t>
            </w:r>
            <w:r>
              <w:t>z</w:t>
            </w:r>
            <w:r w:rsidRPr="00332DB8">
              <w:rPr>
                <w:lang w:val="ru-RU"/>
              </w:rPr>
              <w:t>=</w:t>
            </w:r>
            <w:r>
              <w:t>video</w:t>
            </w:r>
            <w:r w:rsidRPr="00332DB8">
              <w:rPr>
                <w:lang w:val="ru-RU"/>
              </w:rPr>
              <w:t>238577410_169713812%2</w:t>
            </w:r>
            <w:r>
              <w:t>Falbum</w:t>
            </w:r>
            <w:r w:rsidRPr="00332DB8">
              <w:rPr>
                <w:lang w:val="ru-RU"/>
              </w:rPr>
              <w:t>238577410 (решение Ленинского районного суда г. Мурманска от 16.02.2016);</w:t>
            </w:r>
          </w:p>
        </w:tc>
        <w:tc>
          <w:tcPr>
            <w:tcW w:w="2880" w:type="dxa"/>
          </w:tcPr>
          <w:p w:rsidR="006F7457" w:rsidRPr="00332DB8" w:rsidRDefault="006F7457">
            <w:pPr>
              <w:rPr>
                <w:lang w:val="ru-RU"/>
              </w:rPr>
            </w:pPr>
          </w:p>
        </w:tc>
      </w:tr>
      <w:tr w:rsidR="006F7457" w:rsidRPr="005A424D">
        <w:tc>
          <w:tcPr>
            <w:tcW w:w="2880" w:type="dxa"/>
          </w:tcPr>
          <w:p w:rsidR="006F7457" w:rsidRDefault="00332DB8">
            <w:r>
              <w:t>3490.</w:t>
            </w:r>
          </w:p>
        </w:tc>
        <w:tc>
          <w:tcPr>
            <w:tcW w:w="2880" w:type="dxa"/>
          </w:tcPr>
          <w:p w:rsidR="006F7457" w:rsidRPr="00332DB8" w:rsidRDefault="00332DB8">
            <w:pPr>
              <w:rPr>
                <w:lang w:val="ru-RU"/>
              </w:rPr>
            </w:pPr>
            <w:r w:rsidRPr="00332DB8">
              <w:rPr>
                <w:lang w:val="ru-RU"/>
              </w:rPr>
              <w:t>Видеозапись «ХорСС-Россия для русских-</w:t>
            </w:r>
            <w:r>
              <w:t>Russia</w:t>
            </w:r>
            <w:r w:rsidRPr="00332DB8">
              <w:rPr>
                <w:lang w:val="ru-RU"/>
              </w:rPr>
              <w:t xml:space="preserve"> </w:t>
            </w:r>
            <w:r>
              <w:t>for</w:t>
            </w:r>
            <w:r w:rsidRPr="00332DB8">
              <w:rPr>
                <w:lang w:val="ru-RU"/>
              </w:rPr>
              <w:t xml:space="preserve"> </w:t>
            </w:r>
            <w:r>
              <w:t>Russians</w:t>
            </w:r>
            <w:r w:rsidRPr="00332DB8">
              <w:rPr>
                <w:lang w:val="ru-RU"/>
              </w:rPr>
              <w:t xml:space="preserve"> 14-88.</w:t>
            </w:r>
            <w:r>
              <w:t>m</w:t>
            </w:r>
            <w:r w:rsidRPr="00332DB8">
              <w:rPr>
                <w:lang w:val="ru-RU"/>
              </w:rPr>
              <w:t xml:space="preserve">р4», продолжительностью 02 минуты 06 секунд, размером 10,8 Мб, расположенная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238577410?</w:t>
            </w:r>
            <w:r>
              <w:t>z</w:t>
            </w:r>
            <w:r w:rsidRPr="00332DB8">
              <w:rPr>
                <w:lang w:val="ru-RU"/>
              </w:rPr>
              <w:t>=</w:t>
            </w:r>
            <w:r>
              <w:t>video</w:t>
            </w:r>
            <w:r w:rsidRPr="00332DB8">
              <w:rPr>
                <w:lang w:val="ru-RU"/>
              </w:rPr>
              <w:t>238577410_ 169713823%2</w:t>
            </w:r>
            <w:r>
              <w:t>Falbum</w:t>
            </w:r>
            <w:r w:rsidRPr="00332DB8">
              <w:rPr>
                <w:lang w:val="ru-RU"/>
              </w:rPr>
              <w:t>238577410 (решение Ленинского районного суда г. Мурманска от 16.02.2016);</w:t>
            </w:r>
          </w:p>
        </w:tc>
        <w:tc>
          <w:tcPr>
            <w:tcW w:w="2880" w:type="dxa"/>
          </w:tcPr>
          <w:p w:rsidR="006F7457" w:rsidRPr="00332DB8" w:rsidRDefault="006F7457">
            <w:pPr>
              <w:rPr>
                <w:lang w:val="ru-RU"/>
              </w:rPr>
            </w:pPr>
          </w:p>
        </w:tc>
      </w:tr>
      <w:tr w:rsidR="006F7457" w:rsidRPr="005A424D">
        <w:tc>
          <w:tcPr>
            <w:tcW w:w="2880" w:type="dxa"/>
          </w:tcPr>
          <w:p w:rsidR="006F7457" w:rsidRDefault="00332DB8">
            <w:r>
              <w:t>349</w:t>
            </w:r>
            <w:r>
              <w:lastRenderedPageBreak/>
              <w:t>1.</w:t>
            </w:r>
          </w:p>
        </w:tc>
        <w:tc>
          <w:tcPr>
            <w:tcW w:w="2880" w:type="dxa"/>
          </w:tcPr>
          <w:p w:rsidR="006F7457" w:rsidRPr="00332DB8" w:rsidRDefault="00332DB8">
            <w:pPr>
              <w:rPr>
                <w:lang w:val="ru-RU"/>
              </w:rPr>
            </w:pPr>
            <w:r w:rsidRPr="00332DB8">
              <w:rPr>
                <w:lang w:val="ru-RU"/>
              </w:rPr>
              <w:lastRenderedPageBreak/>
              <w:t xml:space="preserve">Изображение на черно-белом фоне с надписью..., расположенное по адресу: </w:t>
            </w:r>
            <w:r>
              <w:t>http</w:t>
            </w:r>
            <w:r w:rsidRPr="00332DB8">
              <w:rPr>
                <w:lang w:val="ru-RU"/>
              </w:rPr>
              <w:t>//</w:t>
            </w:r>
            <w:r>
              <w:t>vk</w:t>
            </w:r>
            <w:r w:rsidRPr="00332DB8">
              <w:rPr>
                <w:lang w:val="ru-RU"/>
              </w:rPr>
              <w:t>.</w:t>
            </w:r>
            <w:r>
              <w:t>com</w:t>
            </w:r>
            <w:r w:rsidRPr="00332DB8">
              <w:rPr>
                <w:lang w:val="ru-RU"/>
              </w:rPr>
              <w:t>/</w:t>
            </w:r>
            <w:r>
              <w:t>a</w:t>
            </w:r>
            <w:r w:rsidRPr="00332DB8">
              <w:rPr>
                <w:lang w:val="ru-RU"/>
              </w:rPr>
              <w:t>.</w:t>
            </w:r>
            <w:r>
              <w:t>yanushas</w:t>
            </w:r>
            <w:r w:rsidRPr="00332DB8">
              <w:rPr>
                <w:lang w:val="ru-RU"/>
              </w:rPr>
              <w:t>1488?</w:t>
            </w:r>
            <w:r>
              <w:t>z</w:t>
            </w:r>
            <w:r w:rsidRPr="00332DB8">
              <w:rPr>
                <w:lang w:val="ru-RU"/>
              </w:rPr>
              <w:t>=</w:t>
            </w:r>
            <w:r>
              <w:t>photo</w:t>
            </w:r>
            <w:r w:rsidRPr="00332DB8">
              <w:rPr>
                <w:lang w:val="ru-RU"/>
              </w:rPr>
              <w:t>238577410_350667401%2</w:t>
            </w:r>
            <w:r>
              <w:t>Falbum</w:t>
            </w:r>
            <w:r w:rsidRPr="00332DB8">
              <w:rPr>
                <w:lang w:val="ru-RU"/>
              </w:rPr>
              <w:t xml:space="preserve"> 238577410_000%2</w:t>
            </w:r>
            <w:r>
              <w:t>Frev</w:t>
            </w:r>
            <w:r w:rsidRPr="00332DB8">
              <w:rPr>
                <w:lang w:val="ru-RU"/>
              </w:rPr>
              <w:t xml:space="preserve"> (решение </w:t>
            </w:r>
            <w:r w:rsidRPr="00332DB8">
              <w:rPr>
                <w:lang w:val="ru-RU"/>
              </w:rPr>
              <w:lastRenderedPageBreak/>
              <w:t>Ленинского районного суда г. Мурманска от 16.02.2016);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3492.</w:t>
            </w:r>
          </w:p>
        </w:tc>
        <w:tc>
          <w:tcPr>
            <w:tcW w:w="2880" w:type="dxa"/>
          </w:tcPr>
          <w:p w:rsidR="006F7457" w:rsidRPr="00332DB8" w:rsidRDefault="00332DB8">
            <w:pPr>
              <w:rPr>
                <w:lang w:val="ru-RU"/>
              </w:rPr>
            </w:pPr>
            <w:r w:rsidRPr="00332DB8">
              <w:rPr>
                <w:lang w:val="ru-RU"/>
              </w:rPr>
              <w:t xml:space="preserve">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w:t>
            </w:r>
            <w:r>
              <w:t>http</w:t>
            </w:r>
            <w:r w:rsidRPr="00332DB8">
              <w:rPr>
                <w:lang w:val="ru-RU"/>
              </w:rPr>
              <w:t>//</w:t>
            </w:r>
            <w:r>
              <w:t>vk</w:t>
            </w:r>
            <w:r w:rsidRPr="00332DB8">
              <w:rPr>
                <w:lang w:val="ru-RU"/>
              </w:rPr>
              <w:t>.</w:t>
            </w:r>
            <w:r>
              <w:t>com</w:t>
            </w:r>
            <w:r w:rsidRPr="00332DB8">
              <w:rPr>
                <w:lang w:val="ru-RU"/>
              </w:rPr>
              <w:t>/</w:t>
            </w:r>
            <w:r>
              <w:t>a</w:t>
            </w:r>
            <w:r w:rsidRPr="00332DB8">
              <w:rPr>
                <w:lang w:val="ru-RU"/>
              </w:rPr>
              <w:t>.</w:t>
            </w:r>
            <w:r>
              <w:t>yanushas</w:t>
            </w:r>
            <w:r w:rsidRPr="00332DB8">
              <w:rPr>
                <w:lang w:val="ru-RU"/>
              </w:rPr>
              <w:t>1488?</w:t>
            </w:r>
            <w:r>
              <w:t>z</w:t>
            </w:r>
            <w:r w:rsidRPr="00332DB8">
              <w:rPr>
                <w:lang w:val="ru-RU"/>
              </w:rPr>
              <w:t>=</w:t>
            </w:r>
            <w:r>
              <w:t>photo</w:t>
            </w:r>
            <w:r w:rsidRPr="00332DB8">
              <w:rPr>
                <w:lang w:val="ru-RU"/>
              </w:rPr>
              <w:t>238577410_332886396%2</w:t>
            </w:r>
            <w:r>
              <w:t>Falbum</w:t>
            </w:r>
            <w:r w:rsidRPr="00332DB8">
              <w:rPr>
                <w:lang w:val="ru-RU"/>
              </w:rPr>
              <w:t>238577410_0%2</w:t>
            </w:r>
            <w:r>
              <w:t>Frev</w:t>
            </w:r>
            <w:r w:rsidRPr="00332DB8">
              <w:rPr>
                <w:lang w:val="ru-RU"/>
              </w:rPr>
              <w:t xml:space="preserve"> (решение Ленинского районного суда г. Мурманска от 16.02.2016);</w:t>
            </w:r>
          </w:p>
        </w:tc>
        <w:tc>
          <w:tcPr>
            <w:tcW w:w="2880" w:type="dxa"/>
          </w:tcPr>
          <w:p w:rsidR="006F7457" w:rsidRPr="00332DB8" w:rsidRDefault="006F7457">
            <w:pPr>
              <w:rPr>
                <w:lang w:val="ru-RU"/>
              </w:rPr>
            </w:pPr>
          </w:p>
        </w:tc>
      </w:tr>
      <w:tr w:rsidR="006F7457" w:rsidRPr="005A424D">
        <w:tc>
          <w:tcPr>
            <w:tcW w:w="2880" w:type="dxa"/>
          </w:tcPr>
          <w:p w:rsidR="006F7457" w:rsidRDefault="00332DB8">
            <w:r>
              <w:t>3493.</w:t>
            </w:r>
          </w:p>
        </w:tc>
        <w:tc>
          <w:tcPr>
            <w:tcW w:w="2880" w:type="dxa"/>
          </w:tcPr>
          <w:p w:rsidR="006F7457" w:rsidRPr="00332DB8" w:rsidRDefault="00332DB8">
            <w:pPr>
              <w:rPr>
                <w:lang w:val="ru-RU"/>
              </w:rPr>
            </w:pPr>
            <w:r w:rsidRPr="00332DB8">
              <w:rPr>
                <w:lang w:val="ru-RU"/>
              </w:rPr>
              <w:t xml:space="preserve">Изображение – череп и кости на черном фоне с надписью..., расположенное по адресу: </w:t>
            </w:r>
            <w:r>
              <w:t>http</w:t>
            </w:r>
            <w:r w:rsidRPr="00332DB8">
              <w:rPr>
                <w:lang w:val="ru-RU"/>
              </w:rPr>
              <w:t>//</w:t>
            </w:r>
            <w:r>
              <w:t>vk</w:t>
            </w:r>
            <w:r w:rsidRPr="00332DB8">
              <w:rPr>
                <w:lang w:val="ru-RU"/>
              </w:rPr>
              <w:t>.</w:t>
            </w:r>
            <w:r>
              <w:t>com</w:t>
            </w:r>
            <w:r w:rsidRPr="00332DB8">
              <w:rPr>
                <w:lang w:val="ru-RU"/>
              </w:rPr>
              <w:t>/</w:t>
            </w:r>
            <w:r>
              <w:t>a</w:t>
            </w:r>
            <w:r w:rsidRPr="00332DB8">
              <w:rPr>
                <w:lang w:val="ru-RU"/>
              </w:rPr>
              <w:t>.</w:t>
            </w:r>
            <w:r>
              <w:t>yanushasl</w:t>
            </w:r>
            <w:r w:rsidRPr="00332DB8">
              <w:rPr>
                <w:lang w:val="ru-RU"/>
              </w:rPr>
              <w:t>488?</w:t>
            </w:r>
            <w:r>
              <w:t>z</w:t>
            </w:r>
            <w:r w:rsidRPr="00332DB8">
              <w:rPr>
                <w:lang w:val="ru-RU"/>
              </w:rPr>
              <w:t>=</w:t>
            </w:r>
            <w:r>
              <w:t>photo</w:t>
            </w:r>
            <w:r w:rsidRPr="00332DB8">
              <w:rPr>
                <w:lang w:val="ru-RU"/>
              </w:rPr>
              <w:t>238577410_319727114%2</w:t>
            </w:r>
            <w:r>
              <w:t>Fphotos</w:t>
            </w:r>
            <w:r w:rsidRPr="00332DB8">
              <w:rPr>
                <w:lang w:val="ru-RU"/>
              </w:rPr>
              <w:t xml:space="preserve"> 238577410 (решение Ленинского районного суда г. Мурманска от 16.02.2016);</w:t>
            </w:r>
          </w:p>
        </w:tc>
        <w:tc>
          <w:tcPr>
            <w:tcW w:w="2880" w:type="dxa"/>
          </w:tcPr>
          <w:p w:rsidR="006F7457" w:rsidRPr="00332DB8" w:rsidRDefault="006F7457">
            <w:pPr>
              <w:rPr>
                <w:lang w:val="ru-RU"/>
              </w:rPr>
            </w:pPr>
          </w:p>
        </w:tc>
      </w:tr>
      <w:tr w:rsidR="006F7457" w:rsidRPr="005A424D">
        <w:tc>
          <w:tcPr>
            <w:tcW w:w="2880" w:type="dxa"/>
          </w:tcPr>
          <w:p w:rsidR="006F7457" w:rsidRDefault="00332DB8">
            <w:r>
              <w:t>3494.</w:t>
            </w:r>
          </w:p>
        </w:tc>
        <w:tc>
          <w:tcPr>
            <w:tcW w:w="2880" w:type="dxa"/>
          </w:tcPr>
          <w:p w:rsidR="006F7457" w:rsidRPr="00332DB8" w:rsidRDefault="00332DB8">
            <w:pPr>
              <w:rPr>
                <w:lang w:val="ru-RU"/>
              </w:rPr>
            </w:pPr>
            <w:r w:rsidRPr="00332DB8">
              <w:rPr>
                <w:lang w:val="ru-RU"/>
              </w:rPr>
              <w:t xml:space="preserve">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t>
            </w:r>
            <w:r>
              <w:t>www</w:t>
            </w:r>
            <w:r w:rsidRPr="00332DB8">
              <w:rPr>
                <w:lang w:val="ru-RU"/>
              </w:rPr>
              <w:t>.</w:t>
            </w:r>
            <w:r>
              <w:t>vk</w:t>
            </w:r>
            <w:r w:rsidRPr="00332DB8">
              <w:rPr>
                <w:lang w:val="ru-RU"/>
              </w:rPr>
              <w:t>.</w:t>
            </w:r>
            <w:r>
              <w:t>com</w:t>
            </w:r>
            <w:r w:rsidRPr="00332DB8">
              <w:rPr>
                <w:lang w:val="ru-RU"/>
              </w:rPr>
              <w:t>/</w:t>
            </w:r>
            <w:r>
              <w:t>id</w:t>
            </w:r>
            <w:r w:rsidRPr="00332DB8">
              <w:rPr>
                <w:lang w:val="ru-RU"/>
              </w:rPr>
              <w:t>137792260 (решение Заводского районного суда г. Орла от 09.03.2016);</w:t>
            </w:r>
          </w:p>
        </w:tc>
        <w:tc>
          <w:tcPr>
            <w:tcW w:w="2880" w:type="dxa"/>
          </w:tcPr>
          <w:p w:rsidR="006F7457" w:rsidRPr="00332DB8" w:rsidRDefault="006F7457">
            <w:pPr>
              <w:rPr>
                <w:lang w:val="ru-RU"/>
              </w:rPr>
            </w:pPr>
          </w:p>
        </w:tc>
      </w:tr>
      <w:tr w:rsidR="006F7457" w:rsidRPr="005A424D">
        <w:tc>
          <w:tcPr>
            <w:tcW w:w="2880" w:type="dxa"/>
          </w:tcPr>
          <w:p w:rsidR="006F7457" w:rsidRDefault="00332DB8">
            <w:r>
              <w:t>3495.</w:t>
            </w:r>
          </w:p>
        </w:tc>
        <w:tc>
          <w:tcPr>
            <w:tcW w:w="2880" w:type="dxa"/>
          </w:tcPr>
          <w:p w:rsidR="006F7457" w:rsidRPr="00332DB8" w:rsidRDefault="00332DB8">
            <w:pPr>
              <w:rPr>
                <w:lang w:val="ru-RU"/>
              </w:rPr>
            </w:pPr>
            <w:r w:rsidRPr="00332DB8">
              <w:rPr>
                <w:lang w:val="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w:t>
            </w:r>
            <w:r>
              <w:t>poiskpravdy</w:t>
            </w:r>
            <w:r w:rsidRPr="00332DB8">
              <w:rPr>
                <w:lang w:val="ru-RU"/>
              </w:rPr>
              <w:t>.</w:t>
            </w:r>
            <w:r>
              <w:t>com</w:t>
            </w:r>
            <w:r w:rsidRPr="00332DB8">
              <w:rPr>
                <w:lang w:val="ru-RU"/>
              </w:rPr>
              <w:t xml:space="preserve">» «Поиск Правды – только корнями живы ветви» по электронному адресу: </w:t>
            </w:r>
            <w:r>
              <w:t>http</w:t>
            </w:r>
            <w:r w:rsidRPr="00332DB8">
              <w:rPr>
                <w:lang w:val="ru-RU"/>
              </w:rPr>
              <w:t>://</w:t>
            </w:r>
            <w:r>
              <w:t>poiskpravdy</w:t>
            </w:r>
            <w:r w:rsidRPr="00332DB8">
              <w:rPr>
                <w:lang w:val="ru-RU"/>
              </w:rPr>
              <w:t>.</w:t>
            </w:r>
            <w:r>
              <w:t>com</w:t>
            </w:r>
            <w:r w:rsidRPr="00332DB8">
              <w:rPr>
                <w:lang w:val="ru-RU"/>
              </w:rPr>
              <w:t>/</w:t>
            </w:r>
            <w:r>
              <w:t>agrsavtonomnye</w:t>
            </w:r>
            <w:r w:rsidRPr="00332DB8">
              <w:rPr>
                <w:lang w:val="ru-RU"/>
              </w:rPr>
              <w:t>-</w:t>
            </w:r>
            <w:r>
              <w:t>gruppy</w:t>
            </w:r>
            <w:r w:rsidRPr="00332DB8">
              <w:rPr>
                <w:lang w:val="ru-RU"/>
              </w:rPr>
              <w:t>-</w:t>
            </w:r>
            <w:r>
              <w:t>russkogo</w:t>
            </w:r>
            <w:r w:rsidRPr="00332DB8">
              <w:rPr>
                <w:lang w:val="ru-RU"/>
              </w:rPr>
              <w:t>-</w:t>
            </w:r>
            <w:r>
              <w:t>soprotivleniya</w:t>
            </w:r>
            <w:r w:rsidRPr="00332DB8">
              <w:rPr>
                <w:lang w:val="ru-RU"/>
              </w:rPr>
              <w:t>/#</w:t>
            </w:r>
            <w:r>
              <w:t>more</w:t>
            </w:r>
            <w:r w:rsidRPr="00332DB8">
              <w:rPr>
                <w:lang w:val="ru-RU"/>
              </w:rPr>
              <w:t>3830 (решение Кронштадтского районного суда города Санкт-Петербурга от 15.02.2016);</w:t>
            </w:r>
          </w:p>
        </w:tc>
        <w:tc>
          <w:tcPr>
            <w:tcW w:w="2880" w:type="dxa"/>
          </w:tcPr>
          <w:p w:rsidR="006F7457" w:rsidRPr="00332DB8" w:rsidRDefault="006F7457">
            <w:pPr>
              <w:rPr>
                <w:lang w:val="ru-RU"/>
              </w:rPr>
            </w:pPr>
          </w:p>
        </w:tc>
      </w:tr>
      <w:tr w:rsidR="006F7457" w:rsidRPr="005A424D">
        <w:tc>
          <w:tcPr>
            <w:tcW w:w="2880" w:type="dxa"/>
          </w:tcPr>
          <w:p w:rsidR="006F7457" w:rsidRDefault="00332DB8">
            <w:r>
              <w:t>349</w:t>
            </w:r>
            <w:r>
              <w:lastRenderedPageBreak/>
              <w:t>6.</w:t>
            </w:r>
          </w:p>
        </w:tc>
        <w:tc>
          <w:tcPr>
            <w:tcW w:w="2880" w:type="dxa"/>
          </w:tcPr>
          <w:p w:rsidR="006F7457" w:rsidRPr="00332DB8" w:rsidRDefault="00332DB8">
            <w:pPr>
              <w:rPr>
                <w:lang w:val="ru-RU"/>
              </w:rPr>
            </w:pPr>
            <w:r w:rsidRPr="00332DB8">
              <w:rPr>
                <w:lang w:val="ru-RU"/>
              </w:rPr>
              <w:lastRenderedPageBreak/>
              <w:t xml:space="preserve">Информационный материал, размещенный в статье «Талибан: история, лидеры и действия» на Интернет-сайте </w:t>
            </w:r>
            <w:r>
              <w:t>http</w:t>
            </w:r>
            <w:r w:rsidRPr="00332DB8">
              <w:rPr>
                <w:lang w:val="ru-RU"/>
              </w:rPr>
              <w:t>://</w:t>
            </w:r>
            <w:r>
              <w:t>usinfo</w:t>
            </w:r>
            <w:r w:rsidRPr="00332DB8">
              <w:rPr>
                <w:lang w:val="ru-RU"/>
              </w:rPr>
              <w:t>.</w:t>
            </w:r>
            <w:r>
              <w:t>ru</w:t>
            </w:r>
            <w:r w:rsidRPr="00332DB8">
              <w:rPr>
                <w:lang w:val="ru-RU"/>
              </w:rPr>
              <w:t>/</w:t>
            </w:r>
            <w:r>
              <w:t>taliban</w:t>
            </w:r>
            <w:r w:rsidRPr="00332DB8">
              <w:rPr>
                <w:lang w:val="ru-RU"/>
              </w:rPr>
              <w:t>.</w:t>
            </w:r>
            <w:r>
              <w:t>html</w:t>
            </w:r>
            <w:r w:rsidRPr="00332DB8">
              <w:rPr>
                <w:lang w:val="ru-RU"/>
              </w:rPr>
              <w:t xml:space="preserve"> (решение Тазовского районного суда Ямало-Ненецкого автономного округа от 24.03.2016);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3497.</w:t>
            </w:r>
          </w:p>
        </w:tc>
        <w:tc>
          <w:tcPr>
            <w:tcW w:w="2880" w:type="dxa"/>
          </w:tcPr>
          <w:p w:rsidR="006F7457" w:rsidRPr="00332DB8" w:rsidRDefault="00332DB8">
            <w:pPr>
              <w:rPr>
                <w:lang w:val="ru-RU"/>
              </w:rPr>
            </w:pPr>
            <w:r w:rsidRPr="00332DB8">
              <w:rPr>
                <w:lang w:val="ru-RU"/>
              </w:rPr>
              <w:t xml:space="preserve">Информационный материал, размещенный в статье «История исламского движения «Талибан» на Интернет-сайте </w:t>
            </w:r>
            <w:r>
              <w:t>http</w:t>
            </w:r>
            <w:r w:rsidRPr="00332DB8">
              <w:rPr>
                <w:lang w:val="ru-RU"/>
              </w:rPr>
              <w:t>://</w:t>
            </w:r>
            <w:r>
              <w:t>ria</w:t>
            </w:r>
            <w:r w:rsidRPr="00332DB8">
              <w:rPr>
                <w:lang w:val="ru-RU"/>
              </w:rPr>
              <w:t>.</w:t>
            </w:r>
            <w:r>
              <w:t>ru</w:t>
            </w:r>
            <w:r w:rsidRPr="00332DB8">
              <w:rPr>
                <w:lang w:val="ru-RU"/>
              </w:rPr>
              <w:t>/</w:t>
            </w:r>
            <w:r>
              <w:t>spravka</w:t>
            </w:r>
            <w:r w:rsidRPr="00332DB8">
              <w:rPr>
                <w:lang w:val="ru-RU"/>
              </w:rPr>
              <w:t>/20110523/378564224.</w:t>
            </w:r>
            <w:r>
              <w:t>html</w:t>
            </w:r>
            <w:r w:rsidRPr="00332DB8">
              <w:rPr>
                <w:lang w:val="ru-RU"/>
              </w:rPr>
              <w:t xml:space="preserve"> (решение Тазовского районного суда Ямало-Ненецкого автономного округа от 24.03.2016);</w:t>
            </w:r>
          </w:p>
        </w:tc>
        <w:tc>
          <w:tcPr>
            <w:tcW w:w="2880" w:type="dxa"/>
          </w:tcPr>
          <w:p w:rsidR="006F7457" w:rsidRPr="00332DB8" w:rsidRDefault="006F7457">
            <w:pPr>
              <w:rPr>
                <w:lang w:val="ru-RU"/>
              </w:rPr>
            </w:pPr>
          </w:p>
        </w:tc>
      </w:tr>
      <w:tr w:rsidR="006F7457" w:rsidRPr="005A424D">
        <w:tc>
          <w:tcPr>
            <w:tcW w:w="2880" w:type="dxa"/>
          </w:tcPr>
          <w:p w:rsidR="006F7457" w:rsidRDefault="00332DB8">
            <w:r>
              <w:t>3498.</w:t>
            </w:r>
          </w:p>
        </w:tc>
        <w:tc>
          <w:tcPr>
            <w:tcW w:w="2880" w:type="dxa"/>
          </w:tcPr>
          <w:p w:rsidR="006F7457" w:rsidRPr="00332DB8" w:rsidRDefault="00332DB8">
            <w:pPr>
              <w:rPr>
                <w:lang w:val="ru-RU"/>
              </w:rPr>
            </w:pPr>
            <w:r w:rsidRPr="00332DB8">
              <w:rPr>
                <w:lang w:val="ru-RU"/>
              </w:rPr>
              <w:t>Видеоролик под названием «08.02.13г. митинг в махачкале.</w:t>
            </w:r>
            <w:r>
              <w:t>m</w:t>
            </w:r>
            <w:r w:rsidRPr="00332DB8">
              <w:rPr>
                <w:lang w:val="ru-RU"/>
              </w:rPr>
              <w:t xml:space="preserve">р.4» длительностью 10 минут 26 секунд размещенный в социальной сети «Вконтакте» на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170320043 на личной странице пользователя «Айрат Шакир» (решение Вахитовского районного суда г. Казани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3499.</w:t>
            </w:r>
          </w:p>
        </w:tc>
        <w:tc>
          <w:tcPr>
            <w:tcW w:w="2880" w:type="dxa"/>
          </w:tcPr>
          <w:p w:rsidR="006F7457" w:rsidRPr="00332DB8" w:rsidRDefault="00332DB8">
            <w:pPr>
              <w:rPr>
                <w:lang w:val="ru-RU"/>
              </w:rPr>
            </w:pPr>
            <w:r w:rsidRPr="00332DB8">
              <w:rPr>
                <w:lang w:val="ru-RU"/>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2880" w:type="dxa"/>
          </w:tcPr>
          <w:p w:rsidR="006F7457" w:rsidRPr="00332DB8" w:rsidRDefault="006F7457">
            <w:pPr>
              <w:rPr>
                <w:lang w:val="ru-RU"/>
              </w:rPr>
            </w:pPr>
          </w:p>
        </w:tc>
      </w:tr>
      <w:tr w:rsidR="006F7457" w:rsidRPr="005A424D">
        <w:tc>
          <w:tcPr>
            <w:tcW w:w="2880" w:type="dxa"/>
          </w:tcPr>
          <w:p w:rsidR="006F7457" w:rsidRDefault="00332DB8">
            <w:r>
              <w:t>3500.</w:t>
            </w:r>
          </w:p>
        </w:tc>
        <w:tc>
          <w:tcPr>
            <w:tcW w:w="2880" w:type="dxa"/>
          </w:tcPr>
          <w:p w:rsidR="006F7457" w:rsidRPr="00332DB8" w:rsidRDefault="00332DB8">
            <w:pPr>
              <w:rPr>
                <w:lang w:val="ru-RU"/>
              </w:rPr>
            </w:pPr>
            <w:r w:rsidRPr="00332DB8">
              <w:rPr>
                <w:lang w:val="ru-RU"/>
              </w:rPr>
              <w:t xml:space="preserve">Материал под названием «Кадырову» опубликованный на странице </w:t>
            </w:r>
            <w:r>
              <w:t>http</w:t>
            </w:r>
            <w:r w:rsidRPr="00332DB8">
              <w:rPr>
                <w:lang w:val="ru-RU"/>
              </w:rPr>
              <w:t>://</w:t>
            </w:r>
            <w:r>
              <w:t>www</w:t>
            </w:r>
            <w:r w:rsidRPr="00332DB8">
              <w:rPr>
                <w:lang w:val="ru-RU"/>
              </w:rPr>
              <w:t>.</w:t>
            </w:r>
            <w:r>
              <w:t>facebook</w:t>
            </w:r>
            <w:r w:rsidRPr="00332DB8">
              <w:rPr>
                <w:lang w:val="ru-RU"/>
              </w:rPr>
              <w:t>.</w:t>
            </w:r>
            <w:r>
              <w:t>com</w:t>
            </w:r>
            <w:r w:rsidRPr="00332DB8">
              <w:rPr>
                <w:lang w:val="ru-RU"/>
              </w:rPr>
              <w:t>/</w:t>
            </w:r>
            <w:r>
              <w:t>profile</w:t>
            </w:r>
            <w:r w:rsidRPr="00332DB8">
              <w:rPr>
                <w:lang w:val="ru-RU"/>
              </w:rPr>
              <w:t>.</w:t>
            </w:r>
            <w:r>
              <w:t>php</w:t>
            </w:r>
            <w:r w:rsidRPr="00332DB8">
              <w:rPr>
                <w:lang w:val="ru-RU"/>
              </w:rPr>
              <w:t>?</w:t>
            </w:r>
            <w:r>
              <w:t>id</w:t>
            </w:r>
            <w:r w:rsidRPr="00332DB8">
              <w:rPr>
                <w:lang w:val="ru-RU"/>
              </w:rPr>
              <w:t xml:space="preserve">=100007956640214 на сайте </w:t>
            </w:r>
            <w:r>
              <w:t>www</w:t>
            </w:r>
            <w:r w:rsidRPr="00332DB8">
              <w:rPr>
                <w:lang w:val="ru-RU"/>
              </w:rPr>
              <w:t>.</w:t>
            </w:r>
            <w:r>
              <w:t>facebook</w:t>
            </w:r>
            <w:r w:rsidRPr="00332DB8">
              <w:rPr>
                <w:lang w:val="ru-RU"/>
              </w:rPr>
              <w:t>.</w:t>
            </w:r>
            <w:r>
              <w:t>com</w:t>
            </w:r>
            <w:r w:rsidRPr="00332DB8">
              <w:rPr>
                <w:lang w:val="ru-RU"/>
              </w:rPr>
              <w:t xml:space="preserve"> в Информационно-телекоммуникационной сети «Интернет» (решение Ибресинского районного суда Чувашской Республики-Чувашии от 16.03.2016);</w:t>
            </w:r>
          </w:p>
        </w:tc>
        <w:tc>
          <w:tcPr>
            <w:tcW w:w="2880" w:type="dxa"/>
          </w:tcPr>
          <w:p w:rsidR="006F7457" w:rsidRPr="00332DB8" w:rsidRDefault="006F7457">
            <w:pPr>
              <w:rPr>
                <w:lang w:val="ru-RU"/>
              </w:rPr>
            </w:pPr>
          </w:p>
        </w:tc>
      </w:tr>
      <w:tr w:rsidR="006F7457" w:rsidRPr="005A424D">
        <w:tc>
          <w:tcPr>
            <w:tcW w:w="2880" w:type="dxa"/>
          </w:tcPr>
          <w:p w:rsidR="006F7457" w:rsidRDefault="00332DB8">
            <w:r>
              <w:t>3501.</w:t>
            </w:r>
          </w:p>
        </w:tc>
        <w:tc>
          <w:tcPr>
            <w:tcW w:w="2880" w:type="dxa"/>
          </w:tcPr>
          <w:p w:rsidR="006F7457" w:rsidRPr="00332DB8" w:rsidRDefault="00332DB8">
            <w:pPr>
              <w:rPr>
                <w:lang w:val="ru-RU"/>
              </w:rPr>
            </w:pPr>
            <w:r w:rsidRPr="00332DB8">
              <w:rPr>
                <w:lang w:val="ru-RU"/>
              </w:rPr>
              <w:t xml:space="preserve">Материал под названием «Кадырову.Президенту Чечни», опубликованный на странице </w:t>
            </w:r>
            <w:r>
              <w:t>http</w:t>
            </w:r>
            <w:r w:rsidRPr="00332DB8">
              <w:rPr>
                <w:lang w:val="ru-RU"/>
              </w:rPr>
              <w:t>://</w:t>
            </w:r>
            <w:r>
              <w:t>www</w:t>
            </w:r>
            <w:r w:rsidRPr="00332DB8">
              <w:rPr>
                <w:lang w:val="ru-RU"/>
              </w:rPr>
              <w:t>.</w:t>
            </w:r>
            <w:r>
              <w:t>facebook</w:t>
            </w:r>
            <w:r w:rsidRPr="00332DB8">
              <w:rPr>
                <w:lang w:val="ru-RU"/>
              </w:rPr>
              <w:t>.</w:t>
            </w:r>
            <w:r>
              <w:t>com</w:t>
            </w:r>
            <w:r w:rsidRPr="00332DB8">
              <w:rPr>
                <w:lang w:val="ru-RU"/>
              </w:rPr>
              <w:t>/</w:t>
            </w:r>
            <w:r>
              <w:t>profile</w:t>
            </w:r>
            <w:r w:rsidRPr="00332DB8">
              <w:rPr>
                <w:lang w:val="ru-RU"/>
              </w:rPr>
              <w:t>.</w:t>
            </w:r>
            <w:r>
              <w:t>php</w:t>
            </w:r>
            <w:r w:rsidRPr="00332DB8">
              <w:rPr>
                <w:lang w:val="ru-RU"/>
              </w:rPr>
              <w:t>?</w:t>
            </w:r>
            <w:r>
              <w:t>id</w:t>
            </w:r>
            <w:r w:rsidRPr="00332DB8">
              <w:rPr>
                <w:lang w:val="ru-RU"/>
              </w:rPr>
              <w:t xml:space="preserve">=100007956640214 на сайте </w:t>
            </w:r>
            <w:r>
              <w:t>www</w:t>
            </w:r>
            <w:r w:rsidRPr="00332DB8">
              <w:rPr>
                <w:lang w:val="ru-RU"/>
              </w:rPr>
              <w:t>.</w:t>
            </w:r>
            <w:r>
              <w:t>facebook</w:t>
            </w:r>
            <w:r w:rsidRPr="00332DB8">
              <w:rPr>
                <w:lang w:val="ru-RU"/>
              </w:rPr>
              <w:t>.</w:t>
            </w:r>
            <w:r>
              <w:t>com</w:t>
            </w:r>
            <w:r w:rsidRPr="00332DB8">
              <w:rPr>
                <w:lang w:val="ru-RU"/>
              </w:rPr>
              <w:t xml:space="preserve"> в Информационно-телекоммуникационной сети «Интернет» (решение Ибресинского районного суда Чувашской Республики-Чувашии от 16.03.2016);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3502.</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Интернет-адресу: </w:t>
            </w:r>
            <w:r>
              <w:t>http</w:t>
            </w:r>
            <w:r w:rsidRPr="00332DB8">
              <w:rPr>
                <w:lang w:val="ru-RU"/>
              </w:rPr>
              <w:t>://</w:t>
            </w:r>
            <w:r>
              <w:t>yandex</w:t>
            </w:r>
            <w:r w:rsidRPr="00332DB8">
              <w:rPr>
                <w:lang w:val="ru-RU"/>
              </w:rPr>
              <w:t>.</w:t>
            </w:r>
            <w:r>
              <w:t>ru</w:t>
            </w:r>
            <w:r w:rsidRPr="00332DB8">
              <w:rPr>
                <w:lang w:val="ru-RU"/>
              </w:rPr>
              <w:t>/</w:t>
            </w:r>
            <w:r>
              <w:t>video</w:t>
            </w:r>
            <w:r w:rsidRPr="00332DB8">
              <w:rPr>
                <w:lang w:val="ru-RU"/>
              </w:rPr>
              <w:t>/</w:t>
            </w:r>
            <w:r>
              <w:t>search</w:t>
            </w:r>
            <w:r w:rsidRPr="00332DB8">
              <w:rPr>
                <w:lang w:val="ru-RU"/>
              </w:rPr>
              <w:t>?</w:t>
            </w:r>
            <w:r>
              <w:t>filmId</w:t>
            </w:r>
            <w:r w:rsidRPr="00332DB8">
              <w:rPr>
                <w:lang w:val="ru-RU"/>
              </w:rPr>
              <w:t>=</w:t>
            </w:r>
            <w:r>
              <w:t>ydGxeiZBUXI</w:t>
            </w:r>
            <w:r w:rsidRPr="00332DB8">
              <w:rPr>
                <w:lang w:val="ru-RU"/>
              </w:rPr>
              <w:t>&amp;</w:t>
            </w:r>
            <w:r>
              <w:t>text</w:t>
            </w:r>
            <w:r w:rsidRPr="00332DB8">
              <w:rPr>
                <w:lang w:val="ru-RU"/>
              </w:rPr>
              <w:t>=%</w:t>
            </w:r>
            <w:r>
              <w:t>D</w:t>
            </w:r>
            <w:r w:rsidRPr="00332DB8">
              <w:rPr>
                <w:lang w:val="ru-RU"/>
              </w:rPr>
              <w:t>0%</w:t>
            </w:r>
            <w:r>
              <w:t>B</w:t>
            </w:r>
            <w:r w:rsidRPr="00332DB8">
              <w:rPr>
                <w:lang w:val="ru-RU"/>
              </w:rPr>
              <w:t>8%</w:t>
            </w:r>
            <w:r>
              <w:t>D</w:t>
            </w:r>
            <w:r w:rsidRPr="00332DB8">
              <w:rPr>
                <w:lang w:val="ru-RU"/>
              </w:rPr>
              <w:t>0%</w:t>
            </w:r>
            <w:r>
              <w:t>BC</w:t>
            </w:r>
            <w:r w:rsidRPr="00332DB8">
              <w:rPr>
                <w:lang w:val="ru-RU"/>
              </w:rPr>
              <w:t>%</w:t>
            </w:r>
            <w:r>
              <w:t>D</w:t>
            </w:r>
            <w:r w:rsidRPr="00332DB8">
              <w:rPr>
                <w:lang w:val="ru-RU"/>
              </w:rPr>
              <w:t>0%</w:t>
            </w:r>
            <w:r>
              <w:t>B</w:t>
            </w:r>
            <w:r w:rsidRPr="00332DB8">
              <w:rPr>
                <w:lang w:val="ru-RU"/>
              </w:rPr>
              <w:t>0%</w:t>
            </w:r>
            <w:r>
              <w:t>D</w:t>
            </w:r>
            <w:r w:rsidRPr="00332DB8">
              <w:rPr>
                <w:lang w:val="ru-RU"/>
              </w:rPr>
              <w:t>1%80%</w:t>
            </w:r>
            <w:r>
              <w:t>D</w:t>
            </w:r>
            <w:r w:rsidRPr="00332DB8">
              <w:rPr>
                <w:lang w:val="ru-RU"/>
              </w:rPr>
              <w:t>0%</w:t>
            </w:r>
            <w:r>
              <w:t>B</w:t>
            </w:r>
            <w:r w:rsidRPr="00332DB8">
              <w:rPr>
                <w:lang w:val="ru-RU"/>
              </w:rPr>
              <w:t>0%</w:t>
            </w:r>
            <w:r>
              <w:t>D</w:t>
            </w:r>
            <w:r w:rsidRPr="00332DB8">
              <w:rPr>
                <w:lang w:val="ru-RU"/>
              </w:rPr>
              <w:t>1%82%20%</w:t>
            </w:r>
            <w:r>
              <w:t>D</w:t>
            </w:r>
            <w:r w:rsidRPr="00332DB8">
              <w:rPr>
                <w:lang w:val="ru-RU"/>
              </w:rPr>
              <w:t>0%</w:t>
            </w:r>
            <w:r>
              <w:t>BA</w:t>
            </w:r>
            <w:r w:rsidRPr="00332DB8">
              <w:rPr>
                <w:lang w:val="ru-RU"/>
              </w:rPr>
              <w:t>%</w:t>
            </w:r>
            <w:r>
              <w:t>D</w:t>
            </w:r>
            <w:r w:rsidRPr="00332DB8">
              <w:rPr>
                <w:lang w:val="ru-RU"/>
              </w:rPr>
              <w:t>0%</w:t>
            </w:r>
            <w:r>
              <w:t>B</w:t>
            </w:r>
            <w:r w:rsidRPr="00332DB8">
              <w:rPr>
                <w:lang w:val="ru-RU"/>
              </w:rPr>
              <w:t>0%</w:t>
            </w:r>
            <w:r>
              <w:t>D</w:t>
            </w:r>
            <w:r w:rsidRPr="00332DB8">
              <w:rPr>
                <w:lang w:val="ru-RU"/>
              </w:rPr>
              <w:t>0%</w:t>
            </w:r>
            <w:r>
              <w:t>B</w:t>
            </w:r>
            <w:r w:rsidRPr="00332DB8">
              <w:rPr>
                <w:lang w:val="ru-RU"/>
              </w:rPr>
              <w:t>2%</w:t>
            </w:r>
            <w:r>
              <w:t>D</w:t>
            </w:r>
            <w:r w:rsidRPr="00332DB8">
              <w:rPr>
                <w:lang w:val="ru-RU"/>
              </w:rPr>
              <w:t>0%</w:t>
            </w:r>
            <w:r>
              <w:t>BA</w:t>
            </w:r>
            <w:r w:rsidRPr="00332DB8">
              <w:rPr>
                <w:lang w:val="ru-RU"/>
              </w:rPr>
              <w:t>%</w:t>
            </w:r>
            <w:r>
              <w:t>D</w:t>
            </w:r>
            <w:r w:rsidRPr="00332DB8">
              <w:rPr>
                <w:lang w:val="ru-RU"/>
              </w:rPr>
              <w:t>0%</w:t>
            </w:r>
            <w:r>
              <w:t>B</w:t>
            </w:r>
            <w:r w:rsidRPr="00332DB8">
              <w:rPr>
                <w:lang w:val="ru-RU"/>
              </w:rPr>
              <w:t>0%</w:t>
            </w:r>
            <w:r>
              <w:t>D</w:t>
            </w:r>
            <w:r w:rsidRPr="00332DB8">
              <w:rPr>
                <w:lang w:val="ru-RU"/>
              </w:rPr>
              <w:t>0%</w:t>
            </w:r>
            <w:r>
              <w:t>B</w:t>
            </w:r>
            <w:r w:rsidRPr="00332DB8">
              <w:rPr>
                <w:lang w:val="ru-RU"/>
              </w:rPr>
              <w:t xml:space="preserve">7%20% </w:t>
            </w:r>
            <w:r>
              <w:t>D</w:t>
            </w:r>
            <w:r w:rsidRPr="00332DB8">
              <w:rPr>
                <w:lang w:val="ru-RU"/>
              </w:rPr>
              <w:t>1%8</w:t>
            </w:r>
            <w:r>
              <w:t>E</w:t>
            </w:r>
            <w:r w:rsidRPr="00332DB8">
              <w:rPr>
                <w:lang w:val="ru-RU"/>
              </w:rPr>
              <w:t>%</w:t>
            </w:r>
            <w:r>
              <w:t>D</w:t>
            </w:r>
            <w:r w:rsidRPr="00332DB8">
              <w:rPr>
                <w:lang w:val="ru-RU"/>
              </w:rPr>
              <w:t>1%82%</w:t>
            </w:r>
            <w:r>
              <w:t>D</w:t>
            </w:r>
            <w:r w:rsidRPr="00332DB8">
              <w:rPr>
                <w:lang w:val="ru-RU"/>
              </w:rPr>
              <w:t>1%83%</w:t>
            </w:r>
            <w:r>
              <w:t>D</w:t>
            </w:r>
            <w:r w:rsidRPr="00332DB8">
              <w:rPr>
                <w:lang w:val="ru-RU"/>
              </w:rPr>
              <w:t>0%</w:t>
            </w:r>
            <w:r>
              <w:t>B</w:t>
            </w:r>
            <w:r w:rsidRPr="00332DB8">
              <w:rPr>
                <w:lang w:val="ru-RU"/>
              </w:rPr>
              <w:t>1&amp;</w:t>
            </w:r>
            <w:r>
              <w:t>redircnt</w:t>
            </w:r>
            <w:r w:rsidRPr="00332DB8">
              <w:rPr>
                <w:lang w:val="ru-RU"/>
              </w:rPr>
              <w:t>=1452061743.1&amp;</w:t>
            </w:r>
            <w:r>
              <w:t>path</w:t>
            </w:r>
            <w:r w:rsidRPr="00332DB8">
              <w:rPr>
                <w:lang w:val="ru-RU"/>
              </w:rPr>
              <w:t>=</w:t>
            </w:r>
            <w:r>
              <w:t>wizard</w:t>
            </w:r>
            <w:r w:rsidRPr="00332DB8">
              <w:rPr>
                <w:lang w:val="ru-RU"/>
              </w:rPr>
              <w:t>&amp;</w:t>
            </w:r>
            <w:r>
              <w:t>parent</w:t>
            </w:r>
            <w:r w:rsidRPr="00332DB8">
              <w:rPr>
                <w:lang w:val="ru-RU"/>
              </w:rPr>
              <w:t>-</w:t>
            </w:r>
            <w:r>
              <w:t>reqid</w:t>
            </w:r>
            <w:r w:rsidRPr="00332DB8">
              <w:rPr>
                <w:lang w:val="ru-RU"/>
              </w:rPr>
              <w:t>=1452061721980007-1657759436611116846134292-</w:t>
            </w:r>
            <w:r>
              <w:t>man</w:t>
            </w:r>
            <w:r w:rsidRPr="00332DB8">
              <w:rPr>
                <w:lang w:val="ru-RU"/>
              </w:rPr>
              <w:t>1-3497 (видеозапись «Имарат кавказ атака на муртадов) (решение Надымского городского суда Ямало-Ненецкого автономного округа от 11.02.2016);</w:t>
            </w:r>
          </w:p>
        </w:tc>
        <w:tc>
          <w:tcPr>
            <w:tcW w:w="2880" w:type="dxa"/>
          </w:tcPr>
          <w:p w:rsidR="006F7457" w:rsidRPr="00332DB8" w:rsidRDefault="006F7457">
            <w:pPr>
              <w:rPr>
                <w:lang w:val="ru-RU"/>
              </w:rPr>
            </w:pPr>
          </w:p>
        </w:tc>
      </w:tr>
      <w:tr w:rsidR="006F7457" w:rsidRPr="005A424D">
        <w:tc>
          <w:tcPr>
            <w:tcW w:w="2880" w:type="dxa"/>
          </w:tcPr>
          <w:p w:rsidR="006F7457" w:rsidRDefault="00332DB8">
            <w:r>
              <w:t>3503.</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Интернет-адресу: </w:t>
            </w:r>
            <w:r>
              <w:t>http</w:t>
            </w:r>
            <w:r w:rsidRPr="00332DB8">
              <w:rPr>
                <w:lang w:val="ru-RU"/>
              </w:rPr>
              <w:t>://</w:t>
            </w:r>
            <w:r>
              <w:t>yandex</w:t>
            </w:r>
            <w:r w:rsidRPr="00332DB8">
              <w:rPr>
                <w:lang w:val="ru-RU"/>
              </w:rPr>
              <w:t>.</w:t>
            </w:r>
            <w:r>
              <w:t>ru</w:t>
            </w:r>
            <w:r w:rsidRPr="00332DB8">
              <w:rPr>
                <w:lang w:val="ru-RU"/>
              </w:rPr>
              <w:t>/</w:t>
            </w:r>
            <w:r>
              <w:t>video</w:t>
            </w:r>
            <w:r w:rsidRPr="00332DB8">
              <w:rPr>
                <w:lang w:val="ru-RU"/>
              </w:rPr>
              <w:t>/</w:t>
            </w:r>
            <w:r>
              <w:t>search</w:t>
            </w:r>
            <w:r w:rsidRPr="00332DB8">
              <w:rPr>
                <w:lang w:val="ru-RU"/>
              </w:rPr>
              <w:t>?</w:t>
            </w:r>
            <w:r>
              <w:t>filmId</w:t>
            </w:r>
            <w:r w:rsidRPr="00332DB8">
              <w:rPr>
                <w:lang w:val="ru-RU"/>
              </w:rPr>
              <w:t>=</w:t>
            </w:r>
            <w:r>
              <w:t>fuzEZLX</w:t>
            </w:r>
            <w:r w:rsidRPr="00332DB8">
              <w:rPr>
                <w:lang w:val="ru-RU"/>
              </w:rPr>
              <w:t>8</w:t>
            </w:r>
            <w:r>
              <w:t>UXI</w:t>
            </w:r>
            <w:r w:rsidRPr="00332DB8">
              <w:rPr>
                <w:lang w:val="ru-RU"/>
              </w:rPr>
              <w:t>&amp;</w:t>
            </w:r>
            <w:r>
              <w:t>text</w:t>
            </w:r>
            <w:r w:rsidRPr="00332DB8">
              <w:rPr>
                <w:lang w:val="ru-RU"/>
              </w:rPr>
              <w:t>=%</w:t>
            </w:r>
            <w:r>
              <w:t>D</w:t>
            </w:r>
            <w:r w:rsidRPr="00332DB8">
              <w:rPr>
                <w:lang w:val="ru-RU"/>
              </w:rPr>
              <w:t>0%</w:t>
            </w:r>
            <w:r>
              <w:t>B</w:t>
            </w:r>
            <w:r w:rsidRPr="00332DB8">
              <w:rPr>
                <w:lang w:val="ru-RU"/>
              </w:rPr>
              <w:t>8%</w:t>
            </w:r>
            <w:r>
              <w:t>D</w:t>
            </w:r>
            <w:r w:rsidRPr="00332DB8">
              <w:rPr>
                <w:lang w:val="ru-RU"/>
              </w:rPr>
              <w:t>0%</w:t>
            </w:r>
            <w:r>
              <w:t>BC</w:t>
            </w:r>
            <w:r w:rsidRPr="00332DB8">
              <w:rPr>
                <w:lang w:val="ru-RU"/>
              </w:rPr>
              <w:t>%</w:t>
            </w:r>
            <w:r>
              <w:t>D</w:t>
            </w:r>
            <w:r w:rsidRPr="00332DB8">
              <w:rPr>
                <w:lang w:val="ru-RU"/>
              </w:rPr>
              <w:t>0%</w:t>
            </w:r>
            <w:r>
              <w:t>B</w:t>
            </w:r>
            <w:r w:rsidRPr="00332DB8">
              <w:rPr>
                <w:lang w:val="ru-RU"/>
              </w:rPr>
              <w:t>0%</w:t>
            </w:r>
            <w:r>
              <w:t>D</w:t>
            </w:r>
            <w:r w:rsidRPr="00332DB8">
              <w:rPr>
                <w:lang w:val="ru-RU"/>
              </w:rPr>
              <w:t>1%</w:t>
            </w:r>
            <w:r>
              <w:t>D</w:t>
            </w:r>
            <w:r w:rsidRPr="00332DB8">
              <w:rPr>
                <w:lang w:val="ru-RU"/>
              </w:rPr>
              <w:t>0%</w:t>
            </w:r>
            <w:r>
              <w:t>B</w:t>
            </w:r>
            <w:r w:rsidRPr="00332DB8">
              <w:rPr>
                <w:lang w:val="ru-RU"/>
              </w:rPr>
              <w:t>0%</w:t>
            </w:r>
            <w:r>
              <w:t>D</w:t>
            </w:r>
            <w:r w:rsidRPr="00332DB8">
              <w:rPr>
                <w:lang w:val="ru-RU"/>
              </w:rPr>
              <w:t>1%82%20%</w:t>
            </w:r>
            <w:r>
              <w:t>D</w:t>
            </w:r>
            <w:r w:rsidRPr="00332DB8">
              <w:rPr>
                <w:lang w:val="ru-RU"/>
              </w:rPr>
              <w:t>0%</w:t>
            </w:r>
            <w:r>
              <w:t>BA</w:t>
            </w:r>
            <w:r w:rsidRPr="00332DB8">
              <w:rPr>
                <w:lang w:val="ru-RU"/>
              </w:rPr>
              <w:t>%</w:t>
            </w:r>
            <w:r>
              <w:t>D</w:t>
            </w:r>
            <w:r w:rsidRPr="00332DB8">
              <w:rPr>
                <w:lang w:val="ru-RU"/>
              </w:rPr>
              <w:t>0%</w:t>
            </w:r>
            <w:r>
              <w:t>B</w:t>
            </w:r>
            <w:r w:rsidRPr="00332DB8">
              <w:rPr>
                <w:lang w:val="ru-RU"/>
              </w:rPr>
              <w:t>0%</w:t>
            </w:r>
            <w:r>
              <w:t>D</w:t>
            </w:r>
            <w:r w:rsidRPr="00332DB8">
              <w:rPr>
                <w:lang w:val="ru-RU"/>
              </w:rPr>
              <w:t>0%</w:t>
            </w:r>
            <w:r>
              <w:t>B</w:t>
            </w:r>
            <w:r w:rsidRPr="00332DB8">
              <w:rPr>
                <w:lang w:val="ru-RU"/>
              </w:rPr>
              <w:t>2%</w:t>
            </w:r>
            <w:r>
              <w:t>D</w:t>
            </w:r>
            <w:r w:rsidRPr="00332DB8">
              <w:rPr>
                <w:lang w:val="ru-RU"/>
              </w:rPr>
              <w:t>0%</w:t>
            </w:r>
            <w:r>
              <w:t>BA</w:t>
            </w:r>
            <w:r w:rsidRPr="00332DB8">
              <w:rPr>
                <w:lang w:val="ru-RU"/>
              </w:rPr>
              <w:t>%</w:t>
            </w:r>
            <w:r>
              <w:t>D</w:t>
            </w:r>
            <w:r w:rsidRPr="00332DB8">
              <w:rPr>
                <w:lang w:val="ru-RU"/>
              </w:rPr>
              <w:t>0%</w:t>
            </w:r>
            <w:r>
              <w:t>B</w:t>
            </w:r>
            <w:r w:rsidRPr="00332DB8">
              <w:rPr>
                <w:lang w:val="ru-RU"/>
              </w:rPr>
              <w:t>0%</w:t>
            </w:r>
            <w:r>
              <w:t>D</w:t>
            </w:r>
            <w:r w:rsidRPr="00332DB8">
              <w:rPr>
                <w:lang w:val="ru-RU"/>
              </w:rPr>
              <w:t>0%</w:t>
            </w:r>
            <w:r>
              <w:t>B</w:t>
            </w:r>
            <w:r w:rsidRPr="00332DB8">
              <w:rPr>
                <w:lang w:val="ru-RU"/>
              </w:rPr>
              <w:t>7 %20%</w:t>
            </w:r>
            <w:r>
              <w:t>D</w:t>
            </w:r>
            <w:r w:rsidRPr="00332DB8">
              <w:rPr>
                <w:lang w:val="ru-RU"/>
              </w:rPr>
              <w:t>1%8</w:t>
            </w:r>
            <w:r>
              <w:t>E</w:t>
            </w:r>
            <w:r w:rsidRPr="00332DB8">
              <w:rPr>
                <w:lang w:val="ru-RU"/>
              </w:rPr>
              <w:t>%</w:t>
            </w:r>
            <w:r>
              <w:t>D</w:t>
            </w:r>
            <w:r w:rsidRPr="00332DB8">
              <w:rPr>
                <w:lang w:val="ru-RU"/>
              </w:rPr>
              <w:t>1%82%</w:t>
            </w:r>
            <w:r>
              <w:t>D</w:t>
            </w:r>
            <w:r w:rsidRPr="00332DB8">
              <w:rPr>
                <w:lang w:val="ru-RU"/>
              </w:rPr>
              <w:t>1%83%</w:t>
            </w:r>
            <w:r>
              <w:t>D</w:t>
            </w:r>
            <w:r w:rsidRPr="00332DB8">
              <w:rPr>
                <w:lang w:val="ru-RU"/>
              </w:rPr>
              <w:t>0%</w:t>
            </w:r>
            <w:r>
              <w:t>B</w:t>
            </w:r>
            <w:r w:rsidRPr="00332DB8">
              <w:rPr>
                <w:lang w:val="ru-RU"/>
              </w:rPr>
              <w:t>1&amp;</w:t>
            </w:r>
            <w:r>
              <w:t>redircnt</w:t>
            </w:r>
            <w:r w:rsidRPr="00332DB8">
              <w:rPr>
                <w:lang w:val="ru-RU"/>
              </w:rPr>
              <w:t>=1452061743.1&amp;</w:t>
            </w:r>
            <w:r>
              <w:t>path</w:t>
            </w:r>
            <w:r w:rsidRPr="00332DB8">
              <w:rPr>
                <w:lang w:val="ru-RU"/>
              </w:rPr>
              <w:t>=</w:t>
            </w:r>
            <w:r>
              <w:t>wizard</w:t>
            </w:r>
            <w:r w:rsidRPr="00332DB8">
              <w:rPr>
                <w:lang w:val="ru-RU"/>
              </w:rPr>
              <w:t>&amp;</w:t>
            </w:r>
            <w:r>
              <w:t>parent</w:t>
            </w:r>
            <w:r w:rsidRPr="00332DB8">
              <w:rPr>
                <w:lang w:val="ru-RU"/>
              </w:rPr>
              <w:t>-</w:t>
            </w:r>
            <w:r>
              <w:t>reqid</w:t>
            </w:r>
            <w:r w:rsidRPr="00332DB8">
              <w:rPr>
                <w:lang w:val="ru-RU"/>
              </w:rPr>
              <w:t>=1452061721980007-1657759436611116846134292-</w:t>
            </w:r>
            <w:r>
              <w:t>man</w:t>
            </w:r>
            <w:r w:rsidRPr="00332DB8">
              <w:rPr>
                <w:lang w:val="ru-RU"/>
              </w:rPr>
              <w:t>1-3497 (видеозапись «Имарат Кавказ. Муджахиды) (решение Надымского городского суда Ямало-Ненецкого автономного округа от 11.02.2016);</w:t>
            </w:r>
          </w:p>
        </w:tc>
        <w:tc>
          <w:tcPr>
            <w:tcW w:w="2880" w:type="dxa"/>
          </w:tcPr>
          <w:p w:rsidR="006F7457" w:rsidRPr="00332DB8" w:rsidRDefault="006F7457">
            <w:pPr>
              <w:rPr>
                <w:lang w:val="ru-RU"/>
              </w:rPr>
            </w:pPr>
          </w:p>
        </w:tc>
      </w:tr>
      <w:tr w:rsidR="006F7457" w:rsidRPr="005A424D">
        <w:tc>
          <w:tcPr>
            <w:tcW w:w="2880" w:type="dxa"/>
          </w:tcPr>
          <w:p w:rsidR="006F7457" w:rsidRDefault="00332DB8">
            <w:r>
              <w:t>3504.</w:t>
            </w:r>
          </w:p>
        </w:tc>
        <w:tc>
          <w:tcPr>
            <w:tcW w:w="2880" w:type="dxa"/>
          </w:tcPr>
          <w:p w:rsidR="006F7457" w:rsidRPr="00332DB8" w:rsidRDefault="00332DB8">
            <w:pPr>
              <w:rPr>
                <w:lang w:val="ru-RU"/>
              </w:rPr>
            </w:pPr>
            <w:r>
              <w:t xml:space="preserve">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w:t>
            </w:r>
            <w:r w:rsidRPr="00332DB8">
              <w:rPr>
                <w:lang w:val="ru-RU"/>
              </w:rPr>
              <w:t>Победа Близка ИншаАллах») (решение Надымского городского суда Ямало-Ненецкого автономного округа от 11.02.2016);</w:t>
            </w:r>
          </w:p>
        </w:tc>
        <w:tc>
          <w:tcPr>
            <w:tcW w:w="2880" w:type="dxa"/>
          </w:tcPr>
          <w:p w:rsidR="006F7457" w:rsidRPr="00332DB8" w:rsidRDefault="006F7457">
            <w:pPr>
              <w:rPr>
                <w:lang w:val="ru-RU"/>
              </w:rPr>
            </w:pPr>
          </w:p>
        </w:tc>
      </w:tr>
      <w:tr w:rsidR="006F7457" w:rsidRPr="005A424D">
        <w:tc>
          <w:tcPr>
            <w:tcW w:w="2880" w:type="dxa"/>
          </w:tcPr>
          <w:p w:rsidR="006F7457" w:rsidRDefault="00332DB8">
            <w:r>
              <w:t>3505.</w:t>
            </w:r>
          </w:p>
        </w:tc>
        <w:tc>
          <w:tcPr>
            <w:tcW w:w="2880" w:type="dxa"/>
          </w:tcPr>
          <w:p w:rsidR="006F7457" w:rsidRPr="00332DB8" w:rsidRDefault="00332DB8">
            <w:pPr>
              <w:rPr>
                <w:lang w:val="ru-RU"/>
              </w:rPr>
            </w:pPr>
            <w:r w:rsidRPr="00332DB8">
              <w:rPr>
                <w:lang w:val="ru-RU"/>
              </w:rPr>
              <w:t xml:space="preserve">Информационный материал, размещенный на Интернет-странице с </w:t>
            </w:r>
            <w:r>
              <w:t>URL</w:t>
            </w:r>
            <w:r w:rsidRPr="00332DB8">
              <w:rPr>
                <w:lang w:val="ru-RU"/>
              </w:rPr>
              <w:t xml:space="preserve"> адресом: </w:t>
            </w:r>
            <w:r>
              <w:t>http</w:t>
            </w:r>
            <w:r w:rsidRPr="00332DB8">
              <w:rPr>
                <w:lang w:val="ru-RU"/>
              </w:rPr>
              <w:t>:/</w:t>
            </w:r>
            <w:r>
              <w:t>rusich</w:t>
            </w:r>
            <w:r w:rsidRPr="00332DB8">
              <w:rPr>
                <w:lang w:val="ru-RU"/>
              </w:rPr>
              <w:t>-</w:t>
            </w:r>
            <w:r>
              <w:t>lj</w:t>
            </w:r>
            <w:r w:rsidRPr="00332DB8">
              <w:rPr>
                <w:lang w:val="ru-RU"/>
              </w:rPr>
              <w:t>.</w:t>
            </w:r>
            <w:r>
              <w:t>livejournal</w:t>
            </w:r>
            <w:r w:rsidRPr="00332DB8">
              <w:rPr>
                <w:lang w:val="ru-RU"/>
              </w:rPr>
              <w:t>.</w:t>
            </w:r>
            <w:r>
              <w:t>com</w:t>
            </w:r>
            <w:r w:rsidRPr="00332DB8">
              <w:rPr>
                <w:lang w:val="ru-RU"/>
              </w:rPr>
              <w:t>/564.</w:t>
            </w:r>
            <w:r>
              <w:t>html</w:t>
            </w:r>
            <w:r w:rsidRPr="00332DB8">
              <w:rPr>
                <w:lang w:val="ru-RU"/>
              </w:rPr>
              <w:t xml:space="preserve"> (решение Надымского городского суда Ямало-Ненецкого автономного округа от 17.12.2015);</w:t>
            </w:r>
          </w:p>
        </w:tc>
        <w:tc>
          <w:tcPr>
            <w:tcW w:w="2880" w:type="dxa"/>
          </w:tcPr>
          <w:p w:rsidR="006F7457" w:rsidRPr="00332DB8" w:rsidRDefault="006F7457">
            <w:pPr>
              <w:rPr>
                <w:lang w:val="ru-RU"/>
              </w:rPr>
            </w:pPr>
          </w:p>
        </w:tc>
      </w:tr>
      <w:tr w:rsidR="006F7457" w:rsidRPr="005A424D">
        <w:tc>
          <w:tcPr>
            <w:tcW w:w="2880" w:type="dxa"/>
          </w:tcPr>
          <w:p w:rsidR="006F7457" w:rsidRDefault="00332DB8">
            <w:r>
              <w:t>35</w:t>
            </w:r>
            <w:r>
              <w:lastRenderedPageBreak/>
              <w:t>06.</w:t>
            </w:r>
          </w:p>
        </w:tc>
        <w:tc>
          <w:tcPr>
            <w:tcW w:w="2880" w:type="dxa"/>
          </w:tcPr>
          <w:p w:rsidR="006F7457" w:rsidRPr="00332DB8" w:rsidRDefault="00332DB8">
            <w:pPr>
              <w:rPr>
                <w:lang w:val="ru-RU"/>
              </w:rPr>
            </w:pPr>
            <w:r w:rsidRPr="00332DB8">
              <w:rPr>
                <w:lang w:val="ru-RU"/>
              </w:rPr>
              <w:lastRenderedPageBreak/>
              <w:t xml:space="preserve">Информационный материал, размещенный на Интернет-странице с </w:t>
            </w:r>
            <w:r>
              <w:t>URL</w:t>
            </w:r>
            <w:r w:rsidRPr="00332DB8">
              <w:rPr>
                <w:lang w:val="ru-RU"/>
              </w:rPr>
              <w:t xml:space="preserve"> адресом: </w:t>
            </w:r>
            <w:r>
              <w:t>http</w:t>
            </w:r>
            <w:r w:rsidRPr="00332DB8">
              <w:rPr>
                <w:lang w:val="ru-RU"/>
              </w:rPr>
              <w:t>:/</w:t>
            </w:r>
            <w:r>
              <w:t>rusich</w:t>
            </w:r>
            <w:r w:rsidRPr="00332DB8">
              <w:rPr>
                <w:lang w:val="ru-RU"/>
              </w:rPr>
              <w:t>-</w:t>
            </w:r>
            <w:r>
              <w:t>lj</w:t>
            </w:r>
            <w:r w:rsidRPr="00332DB8">
              <w:rPr>
                <w:lang w:val="ru-RU"/>
              </w:rPr>
              <w:t>.</w:t>
            </w:r>
            <w:r>
              <w:t>livejournal</w:t>
            </w:r>
            <w:r w:rsidRPr="00332DB8">
              <w:rPr>
                <w:lang w:val="ru-RU"/>
              </w:rPr>
              <w:t>.</w:t>
            </w:r>
            <w:r>
              <w:t>com</w:t>
            </w:r>
            <w:r w:rsidRPr="00332DB8">
              <w:rPr>
                <w:lang w:val="ru-RU"/>
              </w:rPr>
              <w:t>/875.</w:t>
            </w:r>
            <w:r>
              <w:t>html</w:t>
            </w:r>
            <w:r w:rsidRPr="00332DB8">
              <w:rPr>
                <w:lang w:val="ru-RU"/>
              </w:rPr>
              <w:t xml:space="preserve"> (решение Надымского городского суда Ямало-Ненецкого автономного округа от </w:t>
            </w:r>
            <w:r w:rsidRPr="00332DB8">
              <w:rPr>
                <w:lang w:val="ru-RU"/>
              </w:rPr>
              <w:lastRenderedPageBreak/>
              <w:t>17.12.2015);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3507.</w:t>
            </w:r>
          </w:p>
        </w:tc>
        <w:tc>
          <w:tcPr>
            <w:tcW w:w="2880" w:type="dxa"/>
          </w:tcPr>
          <w:p w:rsidR="006F7457" w:rsidRPr="00332DB8" w:rsidRDefault="00332DB8">
            <w:pPr>
              <w:rPr>
                <w:lang w:val="ru-RU"/>
              </w:rPr>
            </w:pPr>
            <w:r w:rsidRPr="00332DB8">
              <w:rPr>
                <w:lang w:val="ru-RU"/>
              </w:rPr>
              <w:t xml:space="preserve">Информационный материал, размещенный на Интернет-странице с </w:t>
            </w:r>
            <w:r>
              <w:t>URL</w:t>
            </w:r>
            <w:r w:rsidRPr="00332DB8">
              <w:rPr>
                <w:lang w:val="ru-RU"/>
              </w:rPr>
              <w:t xml:space="preserve"> адресом: </w:t>
            </w:r>
            <w:r>
              <w:t>http</w:t>
            </w:r>
            <w:r w:rsidRPr="00332DB8">
              <w:rPr>
                <w:lang w:val="ru-RU"/>
              </w:rPr>
              <w:t>:/</w:t>
            </w:r>
            <w:r>
              <w:t>ruskombat</w:t>
            </w:r>
            <w:r w:rsidRPr="00332DB8">
              <w:rPr>
                <w:lang w:val="ru-RU"/>
              </w:rPr>
              <w:t>.</w:t>
            </w:r>
            <w:r>
              <w:t>info</w:t>
            </w:r>
            <w:r w:rsidRPr="00332DB8">
              <w:rPr>
                <w:lang w:val="ru-RU"/>
              </w:rPr>
              <w:t>/</w:t>
            </w:r>
            <w:r>
              <w:t>severnoe</w:t>
            </w:r>
            <w:r w:rsidRPr="00332DB8">
              <w:rPr>
                <w:lang w:val="ru-RU"/>
              </w:rPr>
              <w:t>-</w:t>
            </w:r>
            <w:r>
              <w:t>bratstvo</w:t>
            </w:r>
            <w:r w:rsidRPr="00332DB8">
              <w:rPr>
                <w:lang w:val="ru-RU"/>
              </w:rPr>
              <w:t>-</w:t>
            </w:r>
            <w:r>
              <w:t>klich</w:t>
            </w:r>
            <w:r w:rsidRPr="00332DB8">
              <w:rPr>
                <w:lang w:val="ru-RU"/>
              </w:rPr>
              <w:t>-</w:t>
            </w:r>
            <w:r>
              <w:t>volkov</w:t>
            </w:r>
            <w:r w:rsidRPr="00332DB8">
              <w:rPr>
                <w:lang w:val="ru-RU"/>
              </w:rPr>
              <w:t>-</w:t>
            </w:r>
            <w:r>
              <w:t>i</w:t>
            </w:r>
            <w:r w:rsidRPr="00332DB8">
              <w:rPr>
                <w:lang w:val="ru-RU"/>
              </w:rPr>
              <w:t>-</w:t>
            </w:r>
            <w:r>
              <w:t>voy</w:t>
            </w:r>
            <w:r w:rsidRPr="00332DB8">
              <w:rPr>
                <w:lang w:val="ru-RU"/>
              </w:rPr>
              <w:t>-</w:t>
            </w:r>
            <w:r>
              <w:t>shakalov</w:t>
            </w:r>
            <w:r w:rsidRPr="00332DB8">
              <w:rPr>
                <w:lang w:val="ru-RU"/>
              </w:rPr>
              <w:t>/ (решение Надымского городского суда Ямало-Ненецкого автономного округа от 17.12.2015);</w:t>
            </w:r>
          </w:p>
        </w:tc>
        <w:tc>
          <w:tcPr>
            <w:tcW w:w="2880" w:type="dxa"/>
          </w:tcPr>
          <w:p w:rsidR="006F7457" w:rsidRPr="00332DB8" w:rsidRDefault="006F7457">
            <w:pPr>
              <w:rPr>
                <w:lang w:val="ru-RU"/>
              </w:rPr>
            </w:pPr>
          </w:p>
        </w:tc>
      </w:tr>
      <w:tr w:rsidR="006F7457" w:rsidRPr="005A424D">
        <w:tc>
          <w:tcPr>
            <w:tcW w:w="2880" w:type="dxa"/>
          </w:tcPr>
          <w:p w:rsidR="006F7457" w:rsidRDefault="00332DB8">
            <w:r>
              <w:t>3508.</w:t>
            </w:r>
          </w:p>
        </w:tc>
        <w:tc>
          <w:tcPr>
            <w:tcW w:w="2880" w:type="dxa"/>
          </w:tcPr>
          <w:p w:rsidR="006F7457" w:rsidRPr="00332DB8" w:rsidRDefault="00332DB8">
            <w:pPr>
              <w:rPr>
                <w:lang w:val="ru-RU"/>
              </w:rPr>
            </w:pPr>
            <w:r w:rsidRPr="00332DB8">
              <w:rPr>
                <w:lang w:val="ru-RU"/>
              </w:rPr>
              <w:t xml:space="preserve">Информационный материал, размещенный на Интернет-странице с </w:t>
            </w:r>
            <w:r>
              <w:t>URL</w:t>
            </w:r>
            <w:r w:rsidRPr="00332DB8">
              <w:rPr>
                <w:lang w:val="ru-RU"/>
              </w:rPr>
              <w:t xml:space="preserve"> адресом: </w:t>
            </w:r>
            <w:r>
              <w:t>http</w:t>
            </w:r>
            <w:r w:rsidRPr="00332DB8">
              <w:rPr>
                <w:lang w:val="ru-RU"/>
              </w:rPr>
              <w:t>://</w:t>
            </w:r>
            <w:r>
              <w:t>satanist</w:t>
            </w:r>
            <w:r w:rsidRPr="00332DB8">
              <w:rPr>
                <w:lang w:val="ru-RU"/>
              </w:rPr>
              <w:t>-</w:t>
            </w:r>
            <w:r>
              <w:t>sb</w:t>
            </w:r>
            <w:r w:rsidRPr="00332DB8">
              <w:rPr>
                <w:lang w:val="ru-RU"/>
              </w:rPr>
              <w:t>.</w:t>
            </w:r>
            <w:r>
              <w:t>livejournal</w:t>
            </w:r>
            <w:r w:rsidRPr="00332DB8">
              <w:rPr>
                <w:lang w:val="ru-RU"/>
              </w:rPr>
              <w:t>.</w:t>
            </w:r>
            <w:r>
              <w:t>com</w:t>
            </w:r>
            <w:r w:rsidRPr="00332DB8">
              <w:rPr>
                <w:lang w:val="ru-RU"/>
              </w:rPr>
              <w:t>/7529.</w:t>
            </w:r>
            <w:r>
              <w:t>html</w:t>
            </w:r>
            <w:r w:rsidRPr="00332DB8">
              <w:rPr>
                <w:lang w:val="ru-RU"/>
              </w:rPr>
              <w:t>?</w:t>
            </w:r>
            <w:r>
              <w:t>page</w:t>
            </w:r>
            <w:r w:rsidRPr="00332DB8">
              <w:rPr>
                <w:lang w:val="ru-RU"/>
              </w:rPr>
              <w:t>=</w:t>
            </w:r>
            <w:r>
              <w:t>l</w:t>
            </w:r>
            <w:r w:rsidRPr="00332DB8">
              <w:rPr>
                <w:lang w:val="ru-RU"/>
              </w:rPr>
              <w:t xml:space="preserve"> (решение Надымского городского суда Ямало-Ненецкого автономного округа от 17.12.2015);</w:t>
            </w:r>
          </w:p>
        </w:tc>
        <w:tc>
          <w:tcPr>
            <w:tcW w:w="2880" w:type="dxa"/>
          </w:tcPr>
          <w:p w:rsidR="006F7457" w:rsidRPr="00332DB8" w:rsidRDefault="006F7457">
            <w:pPr>
              <w:rPr>
                <w:lang w:val="ru-RU"/>
              </w:rPr>
            </w:pPr>
          </w:p>
        </w:tc>
      </w:tr>
      <w:tr w:rsidR="006F7457" w:rsidRPr="005A424D">
        <w:tc>
          <w:tcPr>
            <w:tcW w:w="2880" w:type="dxa"/>
          </w:tcPr>
          <w:p w:rsidR="006F7457" w:rsidRDefault="00332DB8">
            <w:r>
              <w:t>3509.</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интернет-адресу: </w:t>
            </w:r>
            <w:r>
              <w:t>http</w:t>
            </w:r>
            <w:r w:rsidRPr="00332DB8">
              <w:rPr>
                <w:lang w:val="ru-RU"/>
              </w:rPr>
              <w:t>://</w:t>
            </w:r>
            <w:r>
              <w:t>yandex</w:t>
            </w:r>
            <w:r w:rsidRPr="00332DB8">
              <w:rPr>
                <w:lang w:val="ru-RU"/>
              </w:rPr>
              <w:t>.</w:t>
            </w:r>
            <w:r>
              <w:t>ru</w:t>
            </w:r>
            <w:r w:rsidRPr="00332DB8">
              <w:rPr>
                <w:lang w:val="ru-RU"/>
              </w:rPr>
              <w:t>/</w:t>
            </w:r>
            <w:r>
              <w:t>video</w:t>
            </w:r>
            <w:r w:rsidRPr="00332DB8">
              <w:rPr>
                <w:lang w:val="ru-RU"/>
              </w:rPr>
              <w:t>/</w:t>
            </w:r>
            <w:r>
              <w:t>search</w:t>
            </w:r>
            <w:r w:rsidRPr="00332DB8">
              <w:rPr>
                <w:lang w:val="ru-RU"/>
              </w:rPr>
              <w:t>?</w:t>
            </w:r>
            <w:r>
              <w:t>filmId</w:t>
            </w:r>
            <w:r w:rsidRPr="00332DB8">
              <w:rPr>
                <w:lang w:val="ru-RU"/>
              </w:rPr>
              <w:t>=2</w:t>
            </w:r>
            <w:r>
              <w:t>PDjKulMUXI</w:t>
            </w:r>
            <w:r w:rsidRPr="00332DB8">
              <w:rPr>
                <w:lang w:val="ru-RU"/>
              </w:rPr>
              <w:t>&amp;</w:t>
            </w:r>
            <w:r>
              <w:t>text</w:t>
            </w:r>
            <w:r w:rsidRPr="00332DB8">
              <w:rPr>
                <w:lang w:val="ru-RU"/>
              </w:rPr>
              <w:t>=%</w:t>
            </w:r>
            <w:r>
              <w:t>C</w:t>
            </w:r>
            <w:r w:rsidRPr="00332DB8">
              <w:rPr>
                <w:lang w:val="ru-RU"/>
              </w:rPr>
              <w:t>2</w:t>
            </w:r>
            <w:r>
              <w:t>AB</w:t>
            </w:r>
            <w:r w:rsidRPr="00332DB8">
              <w:rPr>
                <w:lang w:val="ru-RU"/>
              </w:rPr>
              <w:t>%</w:t>
            </w:r>
            <w:r>
              <w:t>D</w:t>
            </w:r>
            <w:r w:rsidRPr="00332DB8">
              <w:rPr>
                <w:lang w:val="ru-RU"/>
              </w:rPr>
              <w:t>0%</w:t>
            </w:r>
            <w:r>
              <w:t>A</w:t>
            </w:r>
            <w:r w:rsidRPr="00332DB8">
              <w:rPr>
                <w:lang w:val="ru-RU"/>
              </w:rPr>
              <w:t>4%</w:t>
            </w:r>
            <w:r>
              <w:t>D</w:t>
            </w:r>
            <w:r w:rsidRPr="00332DB8">
              <w:rPr>
                <w:lang w:val="ru-RU"/>
              </w:rPr>
              <w:t>0%</w:t>
            </w:r>
            <w:r>
              <w:t>BE</w:t>
            </w:r>
            <w:r w:rsidRPr="00332DB8">
              <w:rPr>
                <w:lang w:val="ru-RU"/>
              </w:rPr>
              <w:t>%</w:t>
            </w:r>
            <w:r>
              <w:t>Dl</w:t>
            </w:r>
            <w:r w:rsidRPr="00332DB8">
              <w:rPr>
                <w:lang w:val="ru-RU"/>
              </w:rPr>
              <w:t>%80%</w:t>
            </w:r>
            <w:r>
              <w:t>D</w:t>
            </w:r>
            <w:r w:rsidRPr="00332DB8">
              <w:rPr>
                <w:lang w:val="ru-RU"/>
              </w:rPr>
              <w:t>0%</w:t>
            </w:r>
            <w:r>
              <w:t>BC</w:t>
            </w:r>
            <w:r w:rsidRPr="00332DB8">
              <w:rPr>
                <w:lang w:val="ru-RU"/>
              </w:rPr>
              <w:t>%</w:t>
            </w:r>
            <w:r>
              <w:t>D</w:t>
            </w:r>
            <w:r w:rsidRPr="00332DB8">
              <w:rPr>
                <w:lang w:val="ru-RU"/>
              </w:rPr>
              <w:t>0%</w:t>
            </w:r>
            <w:r>
              <w:t>B</w:t>
            </w:r>
            <w:r w:rsidRPr="00332DB8">
              <w:rPr>
                <w:lang w:val="ru-RU"/>
              </w:rPr>
              <w:t>0%</w:t>
            </w:r>
            <w:r>
              <w:t>D</w:t>
            </w:r>
            <w:r w:rsidRPr="00332DB8">
              <w:rPr>
                <w:lang w:val="ru-RU"/>
              </w:rPr>
              <w:t>1%82-8&amp;</w:t>
            </w:r>
            <w:r>
              <w:t>redircnt</w:t>
            </w:r>
            <w:r w:rsidRPr="00332DB8">
              <w:rPr>
                <w:lang w:val="ru-RU"/>
              </w:rPr>
              <w:t>=1451973550.</w:t>
            </w:r>
            <w:r>
              <w:t>l</w:t>
            </w:r>
            <w:r w:rsidRPr="00332DB8">
              <w:rPr>
                <w:lang w:val="ru-RU"/>
              </w:rPr>
              <w:t>&amp;</w:t>
            </w:r>
            <w:r>
              <w:t>path</w:t>
            </w:r>
            <w:r w:rsidRPr="00332DB8">
              <w:rPr>
                <w:lang w:val="ru-RU"/>
              </w:rPr>
              <w:t>=</w:t>
            </w:r>
            <w:r>
              <w:t>wizard</w:t>
            </w:r>
            <w:r w:rsidRPr="00332DB8">
              <w:rPr>
                <w:lang w:val="ru-RU"/>
              </w:rPr>
              <w:t>&amp;</w:t>
            </w:r>
            <w:r>
              <w:t>parent</w:t>
            </w:r>
            <w:r w:rsidRPr="00332DB8">
              <w:rPr>
                <w:lang w:val="ru-RU"/>
              </w:rPr>
              <w:t>-</w:t>
            </w:r>
            <w:r>
              <w:t>reqid</w:t>
            </w:r>
            <w:r w:rsidRPr="00332DB8">
              <w:rPr>
                <w:lang w:val="ru-RU"/>
              </w:rPr>
              <w:t>=1451973542570608-145184364254944551711032708-</w:t>
            </w:r>
            <w:r>
              <w:t>mytl</w:t>
            </w:r>
            <w:r w:rsidRPr="00332DB8">
              <w:rPr>
                <w:lang w:val="ru-RU"/>
              </w:rPr>
              <w:t>-0804-(видеозапись Формат 18) (решение Надымского городского суда Ямало-Ненецкого автономного округа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3510.</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интернет-адресу: </w:t>
            </w:r>
            <w:r>
              <w:t>http</w:t>
            </w:r>
            <w:r w:rsidRPr="00332DB8">
              <w:rPr>
                <w:lang w:val="ru-RU"/>
              </w:rPr>
              <w:t>://</w:t>
            </w:r>
            <w:r>
              <w:t>yandex</w:t>
            </w:r>
            <w:r w:rsidRPr="00332DB8">
              <w:rPr>
                <w:lang w:val="ru-RU"/>
              </w:rPr>
              <w:t>.</w:t>
            </w:r>
            <w:r>
              <w:t>ru</w:t>
            </w:r>
            <w:r w:rsidRPr="00332DB8">
              <w:rPr>
                <w:lang w:val="ru-RU"/>
              </w:rPr>
              <w:t>/</w:t>
            </w:r>
            <w:r>
              <w:t>video</w:t>
            </w:r>
            <w:r w:rsidRPr="00332DB8">
              <w:rPr>
                <w:lang w:val="ru-RU"/>
              </w:rPr>
              <w:t>/</w:t>
            </w:r>
            <w:r>
              <w:t>search</w:t>
            </w:r>
            <w:r w:rsidRPr="00332DB8">
              <w:rPr>
                <w:lang w:val="ru-RU"/>
              </w:rPr>
              <w:t>?</w:t>
            </w:r>
            <w:r>
              <w:t>p</w:t>
            </w:r>
            <w:r w:rsidRPr="00332DB8">
              <w:rPr>
                <w:lang w:val="ru-RU"/>
              </w:rPr>
              <w:t>=</w:t>
            </w:r>
            <w:r>
              <w:t>l</w:t>
            </w:r>
            <w:r w:rsidRPr="00332DB8">
              <w:rPr>
                <w:lang w:val="ru-RU"/>
              </w:rPr>
              <w:t>&amp;</w:t>
            </w:r>
            <w:r>
              <w:t>filmId</w:t>
            </w:r>
            <w:r w:rsidRPr="00332DB8">
              <w:rPr>
                <w:lang w:val="ru-RU"/>
              </w:rPr>
              <w:t>=</w:t>
            </w:r>
            <w:r>
              <w:t>Kr</w:t>
            </w:r>
            <w:r w:rsidRPr="00332DB8">
              <w:rPr>
                <w:lang w:val="ru-RU"/>
              </w:rPr>
              <w:t>0</w:t>
            </w:r>
            <w:r>
              <w:t>hgUG</w:t>
            </w:r>
            <w:r w:rsidRPr="00332DB8">
              <w:rPr>
                <w:lang w:val="ru-RU"/>
              </w:rPr>
              <w:t>8</w:t>
            </w:r>
            <w:r>
              <w:t>UXI</w:t>
            </w:r>
            <w:r w:rsidRPr="00332DB8">
              <w:rPr>
                <w:lang w:val="ru-RU"/>
              </w:rPr>
              <w:t>&amp;</w:t>
            </w:r>
            <w:r>
              <w:t>text</w:t>
            </w:r>
            <w:r w:rsidRPr="00332DB8">
              <w:rPr>
                <w:lang w:val="ru-RU"/>
              </w:rPr>
              <w:t>=%</w:t>
            </w:r>
            <w:r>
              <w:t>C</w:t>
            </w:r>
            <w:r w:rsidRPr="00332DB8">
              <w:rPr>
                <w:lang w:val="ru-RU"/>
              </w:rPr>
              <w:t>2%</w:t>
            </w:r>
            <w:r>
              <w:t>AB</w:t>
            </w:r>
            <w:r w:rsidRPr="00332DB8">
              <w:rPr>
                <w:lang w:val="ru-RU"/>
              </w:rPr>
              <w:t>%</w:t>
            </w:r>
            <w:r>
              <w:t>D</w:t>
            </w:r>
            <w:r w:rsidRPr="00332DB8">
              <w:rPr>
                <w:lang w:val="ru-RU"/>
              </w:rPr>
              <w:t>0%</w:t>
            </w:r>
            <w:r>
              <w:t>A</w:t>
            </w:r>
            <w:r w:rsidRPr="00332DB8">
              <w:rPr>
                <w:lang w:val="ru-RU"/>
              </w:rPr>
              <w:t>4%</w:t>
            </w:r>
            <w:r>
              <w:t>D</w:t>
            </w:r>
            <w:r w:rsidRPr="00332DB8">
              <w:rPr>
                <w:lang w:val="ru-RU"/>
              </w:rPr>
              <w:t>0%</w:t>
            </w:r>
            <w:r>
              <w:t>BE</w:t>
            </w:r>
            <w:r w:rsidRPr="00332DB8">
              <w:rPr>
                <w:lang w:val="ru-RU"/>
              </w:rPr>
              <w:t>%</w:t>
            </w:r>
            <w:r>
              <w:t>D</w:t>
            </w:r>
            <w:r w:rsidRPr="00332DB8">
              <w:rPr>
                <w:lang w:val="ru-RU"/>
              </w:rPr>
              <w:t>1%80%</w:t>
            </w:r>
            <w:r>
              <w:t>D</w:t>
            </w:r>
            <w:r w:rsidRPr="00332DB8">
              <w:rPr>
                <w:lang w:val="ru-RU"/>
              </w:rPr>
              <w:t>0%</w:t>
            </w:r>
            <w:r>
              <w:t>BC</w:t>
            </w:r>
            <w:r w:rsidRPr="00332DB8">
              <w:rPr>
                <w:lang w:val="ru-RU"/>
              </w:rPr>
              <w:t>%</w:t>
            </w:r>
            <w:r>
              <w:t>D</w:t>
            </w:r>
            <w:r w:rsidRPr="00332DB8">
              <w:rPr>
                <w:lang w:val="ru-RU"/>
              </w:rPr>
              <w:t>0%</w:t>
            </w:r>
            <w:r>
              <w:t>B</w:t>
            </w:r>
            <w:r w:rsidRPr="00332DB8">
              <w:rPr>
                <w:lang w:val="ru-RU"/>
              </w:rPr>
              <w:t>0%</w:t>
            </w:r>
            <w:r>
              <w:t>D</w:t>
            </w:r>
            <w:r w:rsidRPr="00332DB8">
              <w:rPr>
                <w:lang w:val="ru-RU"/>
              </w:rPr>
              <w:t>1%82-18&amp;</w:t>
            </w:r>
            <w:r>
              <w:t>redircnt</w:t>
            </w:r>
            <w:r w:rsidRPr="00332DB8">
              <w:rPr>
                <w:lang w:val="ru-RU"/>
              </w:rPr>
              <w:t>=1451973550.1&amp;</w:t>
            </w:r>
            <w:r>
              <w:t>path</w:t>
            </w:r>
            <w:r w:rsidRPr="00332DB8">
              <w:rPr>
                <w:lang w:val="ru-RU"/>
              </w:rPr>
              <w:t>=</w:t>
            </w:r>
            <w:r>
              <w:t>wizard</w:t>
            </w:r>
            <w:r w:rsidRPr="00332DB8">
              <w:rPr>
                <w:lang w:val="ru-RU"/>
              </w:rPr>
              <w:t>&amp;</w:t>
            </w:r>
            <w:r>
              <w:t>parent</w:t>
            </w:r>
            <w:r w:rsidRPr="00332DB8">
              <w:rPr>
                <w:lang w:val="ru-RU"/>
              </w:rPr>
              <w:t>-</w:t>
            </w:r>
            <w:r>
              <w:t>reqid</w:t>
            </w:r>
            <w:r w:rsidRPr="00332DB8">
              <w:rPr>
                <w:lang w:val="ru-RU"/>
              </w:rPr>
              <w:t>=1451973542570608-145184364254944551711032708-</w:t>
            </w:r>
            <w:r>
              <w:t>mytl</w:t>
            </w:r>
            <w:r w:rsidRPr="00332DB8">
              <w:rPr>
                <w:lang w:val="ru-RU"/>
              </w:rPr>
              <w:t>-0804&amp; _=1451974668866-(видеозапись Формат 18) (решение Надымского городского суда Ямало-Ненецкого автономного округа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351</w:t>
            </w:r>
            <w:r>
              <w:lastRenderedPageBreak/>
              <w:t>1.</w:t>
            </w:r>
          </w:p>
        </w:tc>
        <w:tc>
          <w:tcPr>
            <w:tcW w:w="2880" w:type="dxa"/>
          </w:tcPr>
          <w:p w:rsidR="006F7457" w:rsidRPr="00332DB8" w:rsidRDefault="00332DB8">
            <w:pPr>
              <w:rPr>
                <w:lang w:val="ru-RU"/>
              </w:rPr>
            </w:pPr>
            <w:r w:rsidRPr="00332DB8">
              <w:rPr>
                <w:lang w:val="ru-RU"/>
              </w:rPr>
              <w:lastRenderedPageBreak/>
              <w:t xml:space="preserve">Информационные материалы, размещенные по интернет-адресу: </w:t>
            </w:r>
            <w:r>
              <w:t>http</w:t>
            </w:r>
            <w:r w:rsidRPr="00332DB8">
              <w:rPr>
                <w:lang w:val="ru-RU"/>
              </w:rPr>
              <w:t>://</w:t>
            </w:r>
            <w:r>
              <w:t>yandex</w:t>
            </w:r>
            <w:r w:rsidRPr="00332DB8">
              <w:rPr>
                <w:lang w:val="ru-RU"/>
              </w:rPr>
              <w:t>.</w:t>
            </w:r>
            <w:r>
              <w:t>ru</w:t>
            </w:r>
            <w:r w:rsidRPr="00332DB8">
              <w:rPr>
                <w:lang w:val="ru-RU"/>
              </w:rPr>
              <w:t>/</w:t>
            </w:r>
            <w:r>
              <w:t>video</w:t>
            </w:r>
            <w:r w:rsidRPr="00332DB8">
              <w:rPr>
                <w:lang w:val="ru-RU"/>
              </w:rPr>
              <w:t>/</w:t>
            </w:r>
            <w:r>
              <w:t>search</w:t>
            </w:r>
            <w:r w:rsidRPr="00332DB8">
              <w:rPr>
                <w:lang w:val="ru-RU"/>
              </w:rPr>
              <w:t>?</w:t>
            </w:r>
            <w:r>
              <w:t>p</w:t>
            </w:r>
            <w:r w:rsidRPr="00332DB8">
              <w:rPr>
                <w:lang w:val="ru-RU"/>
              </w:rPr>
              <w:t>=11&amp;</w:t>
            </w:r>
            <w:r>
              <w:t>filmId</w:t>
            </w:r>
            <w:r w:rsidRPr="00332DB8">
              <w:rPr>
                <w:lang w:val="ru-RU"/>
              </w:rPr>
              <w:t>=</w:t>
            </w:r>
            <w:r>
              <w:t>Psfhg</w:t>
            </w:r>
            <w:r w:rsidRPr="00332DB8">
              <w:rPr>
                <w:lang w:val="ru-RU"/>
              </w:rPr>
              <w:t>-</w:t>
            </w:r>
            <w:r>
              <w:t>RRUXI</w:t>
            </w:r>
            <w:r w:rsidRPr="00332DB8">
              <w:rPr>
                <w:lang w:val="ru-RU"/>
              </w:rPr>
              <w:t>&amp;</w:t>
            </w:r>
            <w:r>
              <w:t>text</w:t>
            </w:r>
            <w:r w:rsidRPr="00332DB8">
              <w:rPr>
                <w:lang w:val="ru-RU"/>
              </w:rPr>
              <w:t>=%</w:t>
            </w:r>
            <w:r>
              <w:t>C</w:t>
            </w:r>
            <w:r w:rsidRPr="00332DB8">
              <w:rPr>
                <w:lang w:val="ru-RU"/>
              </w:rPr>
              <w:t>2%</w:t>
            </w:r>
            <w:r>
              <w:t>AB</w:t>
            </w:r>
            <w:r w:rsidRPr="00332DB8">
              <w:rPr>
                <w:lang w:val="ru-RU"/>
              </w:rPr>
              <w:t>%</w:t>
            </w:r>
            <w:r>
              <w:t>D</w:t>
            </w:r>
            <w:r w:rsidRPr="00332DB8">
              <w:rPr>
                <w:lang w:val="ru-RU"/>
              </w:rPr>
              <w:t>0%</w:t>
            </w:r>
            <w:r>
              <w:t>A</w:t>
            </w:r>
            <w:r w:rsidRPr="00332DB8">
              <w:rPr>
                <w:lang w:val="ru-RU"/>
              </w:rPr>
              <w:t>4%</w:t>
            </w:r>
            <w:r>
              <w:t>D</w:t>
            </w:r>
            <w:r w:rsidRPr="00332DB8">
              <w:rPr>
                <w:lang w:val="ru-RU"/>
              </w:rPr>
              <w:t>0%</w:t>
            </w:r>
            <w:r>
              <w:t>BE</w:t>
            </w:r>
            <w:r w:rsidRPr="00332DB8">
              <w:rPr>
                <w:lang w:val="ru-RU"/>
              </w:rPr>
              <w:t>%</w:t>
            </w:r>
            <w:r>
              <w:t>D</w:t>
            </w:r>
            <w:r w:rsidRPr="00332DB8">
              <w:rPr>
                <w:lang w:val="ru-RU"/>
              </w:rPr>
              <w:t>1%80%</w:t>
            </w:r>
            <w:r>
              <w:t>D</w:t>
            </w:r>
            <w:r w:rsidRPr="00332DB8">
              <w:rPr>
                <w:lang w:val="ru-RU"/>
              </w:rPr>
              <w:t>0%</w:t>
            </w:r>
            <w:r>
              <w:t>BC</w:t>
            </w:r>
            <w:r w:rsidRPr="00332DB8">
              <w:rPr>
                <w:lang w:val="ru-RU"/>
              </w:rPr>
              <w:t>%</w:t>
            </w:r>
            <w:r>
              <w:t>D</w:t>
            </w:r>
            <w:r w:rsidRPr="00332DB8">
              <w:rPr>
                <w:lang w:val="ru-RU"/>
              </w:rPr>
              <w:t>0%</w:t>
            </w:r>
            <w:r>
              <w:t>B</w:t>
            </w:r>
            <w:r w:rsidRPr="00332DB8">
              <w:rPr>
                <w:lang w:val="ru-RU"/>
              </w:rPr>
              <w:t>0%</w:t>
            </w:r>
            <w:r>
              <w:t>D</w:t>
            </w:r>
            <w:r w:rsidRPr="00332DB8">
              <w:rPr>
                <w:lang w:val="ru-RU"/>
              </w:rPr>
              <w:t>1%82-18&amp;</w:t>
            </w:r>
            <w:r>
              <w:t>redircnt</w:t>
            </w:r>
            <w:r w:rsidRPr="00332DB8">
              <w:rPr>
                <w:lang w:val="ru-RU"/>
              </w:rPr>
              <w:t>=1451973550.1&amp;</w:t>
            </w:r>
            <w:r>
              <w:t>path</w:t>
            </w:r>
            <w:r w:rsidRPr="00332DB8">
              <w:rPr>
                <w:lang w:val="ru-RU"/>
              </w:rPr>
              <w:t xml:space="preserve">= </w:t>
            </w:r>
            <w:r>
              <w:t>wizard</w:t>
            </w:r>
            <w:r w:rsidRPr="00332DB8">
              <w:rPr>
                <w:lang w:val="ru-RU"/>
              </w:rPr>
              <w:t>&amp;</w:t>
            </w:r>
            <w:r>
              <w:t>parent</w:t>
            </w:r>
            <w:r w:rsidRPr="00332DB8">
              <w:rPr>
                <w:lang w:val="ru-RU"/>
              </w:rPr>
              <w:t>-</w:t>
            </w:r>
            <w:r>
              <w:t>reqid</w:t>
            </w:r>
            <w:r w:rsidRPr="00332DB8">
              <w:rPr>
                <w:lang w:val="ru-RU"/>
              </w:rPr>
              <w:t>=1451973542570608-145184364254944551711032708-</w:t>
            </w:r>
            <w:r>
              <w:t>mytl</w:t>
            </w:r>
            <w:r w:rsidRPr="00332DB8">
              <w:rPr>
                <w:lang w:val="ru-RU"/>
              </w:rPr>
              <w:t xml:space="preserve">-0804&amp; _=1451976550980 </w:t>
            </w:r>
            <w:r w:rsidRPr="00332DB8">
              <w:rPr>
                <w:lang w:val="ru-RU"/>
              </w:rPr>
              <w:lastRenderedPageBreak/>
              <w:t xml:space="preserve">(видеозапись - </w:t>
            </w:r>
            <w:r>
              <w:t>Format</w:t>
            </w:r>
            <w:r w:rsidRPr="00332DB8">
              <w:rPr>
                <w:lang w:val="ru-RU"/>
              </w:rPr>
              <w:t xml:space="preserve"> 18 Птица счастья шинэ фашистууд) (решение Надымского городского суда Ямало-Ненецкого автономного округа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3512.</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интернет-адресу: </w:t>
            </w:r>
            <w:r>
              <w:t>http</w:t>
            </w:r>
            <w:r w:rsidRPr="00332DB8">
              <w:rPr>
                <w:lang w:val="ru-RU"/>
              </w:rPr>
              <w:t>://</w:t>
            </w:r>
            <w:r>
              <w:t>yandex</w:t>
            </w:r>
            <w:r w:rsidRPr="00332DB8">
              <w:rPr>
                <w:lang w:val="ru-RU"/>
              </w:rPr>
              <w:t>.</w:t>
            </w:r>
            <w:r>
              <w:t>ru</w:t>
            </w:r>
            <w:r w:rsidRPr="00332DB8">
              <w:rPr>
                <w:lang w:val="ru-RU"/>
              </w:rPr>
              <w:t>/</w:t>
            </w:r>
            <w:r>
              <w:t>video</w:t>
            </w:r>
            <w:r w:rsidRPr="00332DB8">
              <w:rPr>
                <w:lang w:val="ru-RU"/>
              </w:rPr>
              <w:t>/</w:t>
            </w:r>
            <w:r>
              <w:t>search</w:t>
            </w:r>
            <w:r w:rsidRPr="00332DB8">
              <w:rPr>
                <w:lang w:val="ru-RU"/>
              </w:rPr>
              <w:t>?</w:t>
            </w:r>
            <w:r>
              <w:t>p</w:t>
            </w:r>
            <w:r w:rsidRPr="00332DB8">
              <w:rPr>
                <w:lang w:val="ru-RU"/>
              </w:rPr>
              <w:t>=16&amp;</w:t>
            </w:r>
            <w:r>
              <w:t>filmId</w:t>
            </w:r>
            <w:r w:rsidRPr="00332DB8">
              <w:rPr>
                <w:lang w:val="ru-RU"/>
              </w:rPr>
              <w:t>=</w:t>
            </w:r>
            <w:r>
              <w:t>bwbhH</w:t>
            </w:r>
            <w:r w:rsidRPr="00332DB8">
              <w:rPr>
                <w:lang w:val="ru-RU"/>
              </w:rPr>
              <w:t>4</w:t>
            </w:r>
            <w:r>
              <w:t>t</w:t>
            </w:r>
            <w:r w:rsidRPr="00332DB8">
              <w:rPr>
                <w:lang w:val="ru-RU"/>
              </w:rPr>
              <w:t>3</w:t>
            </w:r>
            <w:r>
              <w:t>ZUs</w:t>
            </w:r>
            <w:r w:rsidRPr="00332DB8">
              <w:rPr>
                <w:lang w:val="ru-RU"/>
              </w:rPr>
              <w:t>&amp;</w:t>
            </w:r>
            <w:r>
              <w:t>text</w:t>
            </w:r>
            <w:r w:rsidRPr="00332DB8">
              <w:rPr>
                <w:lang w:val="ru-RU"/>
              </w:rPr>
              <w:t>-%</w:t>
            </w:r>
            <w:r>
              <w:t>C</w:t>
            </w:r>
            <w:r w:rsidRPr="00332DB8">
              <w:rPr>
                <w:lang w:val="ru-RU"/>
              </w:rPr>
              <w:t>2%</w:t>
            </w:r>
            <w:r>
              <w:t>AB</w:t>
            </w:r>
            <w:r w:rsidRPr="00332DB8">
              <w:rPr>
                <w:lang w:val="ru-RU"/>
              </w:rPr>
              <w:t>%</w:t>
            </w:r>
            <w:r>
              <w:t>D</w:t>
            </w:r>
            <w:r w:rsidRPr="00332DB8">
              <w:rPr>
                <w:lang w:val="ru-RU"/>
              </w:rPr>
              <w:t>0%</w:t>
            </w:r>
            <w:r>
              <w:t>A</w:t>
            </w:r>
            <w:r w:rsidRPr="00332DB8">
              <w:rPr>
                <w:lang w:val="ru-RU"/>
              </w:rPr>
              <w:t>4%</w:t>
            </w:r>
            <w:r>
              <w:t>D</w:t>
            </w:r>
            <w:r w:rsidRPr="00332DB8">
              <w:rPr>
                <w:lang w:val="ru-RU"/>
              </w:rPr>
              <w:t>0%</w:t>
            </w:r>
            <w:r>
              <w:t>BE</w:t>
            </w:r>
            <w:r w:rsidRPr="00332DB8">
              <w:rPr>
                <w:lang w:val="ru-RU"/>
              </w:rPr>
              <w:t>%</w:t>
            </w:r>
            <w:r>
              <w:t>D</w:t>
            </w:r>
            <w:r w:rsidRPr="00332DB8">
              <w:rPr>
                <w:lang w:val="ru-RU"/>
              </w:rPr>
              <w:t>1%80%</w:t>
            </w:r>
            <w:r>
              <w:t>D</w:t>
            </w:r>
            <w:r w:rsidRPr="00332DB8">
              <w:rPr>
                <w:lang w:val="ru-RU"/>
              </w:rPr>
              <w:t>0%</w:t>
            </w:r>
            <w:r>
              <w:t>BC</w:t>
            </w:r>
            <w:r w:rsidRPr="00332DB8">
              <w:rPr>
                <w:lang w:val="ru-RU"/>
              </w:rPr>
              <w:t>%</w:t>
            </w:r>
            <w:r>
              <w:t>D</w:t>
            </w:r>
            <w:r w:rsidRPr="00332DB8">
              <w:rPr>
                <w:lang w:val="ru-RU"/>
              </w:rPr>
              <w:t>0%</w:t>
            </w:r>
            <w:r>
              <w:t>B</w:t>
            </w:r>
            <w:r w:rsidRPr="00332DB8">
              <w:rPr>
                <w:lang w:val="ru-RU"/>
              </w:rPr>
              <w:t>0%</w:t>
            </w:r>
            <w:r>
              <w:t>D</w:t>
            </w:r>
            <w:r w:rsidRPr="00332DB8">
              <w:rPr>
                <w:lang w:val="ru-RU"/>
              </w:rPr>
              <w:t>1%82-18&amp;</w:t>
            </w:r>
            <w:r>
              <w:t>redircnt</w:t>
            </w:r>
            <w:r w:rsidRPr="00332DB8">
              <w:rPr>
                <w:lang w:val="ru-RU"/>
              </w:rPr>
              <w:t>-1451973550.1&amp;</w:t>
            </w:r>
            <w:r>
              <w:t>path</w:t>
            </w:r>
            <w:r w:rsidRPr="00332DB8">
              <w:rPr>
                <w:lang w:val="ru-RU"/>
              </w:rPr>
              <w:t xml:space="preserve">= </w:t>
            </w:r>
            <w:r>
              <w:t>wizard</w:t>
            </w:r>
            <w:r w:rsidRPr="00332DB8">
              <w:rPr>
                <w:lang w:val="ru-RU"/>
              </w:rPr>
              <w:t>&amp;</w:t>
            </w:r>
            <w:r>
              <w:t>parent</w:t>
            </w:r>
            <w:r w:rsidRPr="00332DB8">
              <w:rPr>
                <w:lang w:val="ru-RU"/>
              </w:rPr>
              <w:t>-</w:t>
            </w:r>
            <w:r>
              <w:t>reqid</w:t>
            </w:r>
            <w:r w:rsidRPr="00332DB8">
              <w:rPr>
                <w:lang w:val="ru-RU"/>
              </w:rPr>
              <w:t>=1451973542570608-145184364254944551711032708-</w:t>
            </w:r>
            <w:r>
              <w:t>mytl</w:t>
            </w:r>
            <w:r w:rsidRPr="00332DB8">
              <w:rPr>
                <w:lang w:val="ru-RU"/>
              </w:rPr>
              <w:t xml:space="preserve">-0804&amp; _=1451976959479 (видеозапись - </w:t>
            </w:r>
            <w:r>
              <w:t>Format</w:t>
            </w:r>
            <w:r w:rsidRPr="00332DB8">
              <w:rPr>
                <w:lang w:val="ru-RU"/>
              </w:rPr>
              <w:t xml:space="preserve"> 18 - </w:t>
            </w:r>
            <w:r>
              <w:t>Format</w:t>
            </w:r>
            <w:r w:rsidRPr="00332DB8">
              <w:rPr>
                <w:lang w:val="ru-RU"/>
              </w:rPr>
              <w:t xml:space="preserve"> 18) (решение Надымского городского суда Ямало-Ненецкого автономного округа от 10.02.2016);</w:t>
            </w:r>
          </w:p>
        </w:tc>
        <w:tc>
          <w:tcPr>
            <w:tcW w:w="2880" w:type="dxa"/>
          </w:tcPr>
          <w:p w:rsidR="006F7457" w:rsidRPr="00332DB8" w:rsidRDefault="006F7457">
            <w:pPr>
              <w:rPr>
                <w:lang w:val="ru-RU"/>
              </w:rPr>
            </w:pPr>
          </w:p>
        </w:tc>
      </w:tr>
      <w:tr w:rsidR="006F7457" w:rsidRPr="005A424D">
        <w:tc>
          <w:tcPr>
            <w:tcW w:w="2880" w:type="dxa"/>
          </w:tcPr>
          <w:p w:rsidR="006F7457" w:rsidRDefault="00332DB8">
            <w:r>
              <w:t>3513.</w:t>
            </w:r>
          </w:p>
        </w:tc>
        <w:tc>
          <w:tcPr>
            <w:tcW w:w="2880" w:type="dxa"/>
          </w:tcPr>
          <w:p w:rsidR="006F7457" w:rsidRPr="00332DB8" w:rsidRDefault="00332DB8">
            <w:pPr>
              <w:rPr>
                <w:lang w:val="ru-RU"/>
              </w:rPr>
            </w:pPr>
            <w:r w:rsidRPr="00332DB8">
              <w:rPr>
                <w:lang w:val="ru-RU"/>
              </w:rPr>
              <w:t xml:space="preserve">- Видеозапись «Вечный жид», длительностью 1 час 3 минуты 24 секунды, размещенную на интернет-ресурсе: </w:t>
            </w:r>
            <w:r>
              <w:t>shareclip</w:t>
            </w:r>
            <w:r w:rsidRPr="00332DB8">
              <w:rPr>
                <w:lang w:val="ru-RU"/>
              </w:rPr>
              <w:t>.</w:t>
            </w:r>
            <w:r>
              <w:t>net</w:t>
            </w:r>
            <w:r w:rsidRPr="00332DB8">
              <w:rPr>
                <w:lang w:val="ru-RU"/>
              </w:rPr>
              <w:t xml:space="preserve">, сетевой адрес видеозаписи: </w:t>
            </w:r>
            <w:r>
              <w:t>http</w:t>
            </w:r>
            <w:r w:rsidRPr="00332DB8">
              <w:rPr>
                <w:lang w:val="ru-RU"/>
              </w:rPr>
              <w:t>://</w:t>
            </w:r>
            <w:r>
              <w:t>www</w:t>
            </w:r>
            <w:r w:rsidRPr="00332DB8">
              <w:rPr>
                <w:lang w:val="ru-RU"/>
              </w:rPr>
              <w:t>.</w:t>
            </w:r>
            <w:r>
              <w:t>shareclip</w:t>
            </w:r>
            <w:r w:rsidRPr="00332DB8">
              <w:rPr>
                <w:lang w:val="ru-RU"/>
              </w:rPr>
              <w:t>.</w:t>
            </w:r>
            <w:r>
              <w:t>net</w:t>
            </w:r>
            <w:r w:rsidRPr="00332DB8">
              <w:rPr>
                <w:lang w:val="ru-RU"/>
              </w:rPr>
              <w:t>/</w:t>
            </w:r>
            <w:r>
              <w:t>clip</w:t>
            </w:r>
            <w:r w:rsidRPr="00332DB8">
              <w:rPr>
                <w:lang w:val="ru-RU"/>
              </w:rPr>
              <w:t>/2579162.</w:t>
            </w:r>
            <w:r>
              <w:t>html</w:t>
            </w:r>
            <w:r w:rsidRPr="00332DB8">
              <w:rPr>
                <w:lang w:val="ru-RU"/>
              </w:rPr>
              <w:t xml:space="preserve">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3514.</w:t>
            </w:r>
          </w:p>
        </w:tc>
        <w:tc>
          <w:tcPr>
            <w:tcW w:w="2880" w:type="dxa"/>
          </w:tcPr>
          <w:p w:rsidR="006F7457" w:rsidRPr="00332DB8" w:rsidRDefault="00332DB8">
            <w:pPr>
              <w:rPr>
                <w:lang w:val="ru-RU"/>
              </w:rPr>
            </w:pPr>
            <w:r w:rsidRPr="00332DB8">
              <w:rPr>
                <w:lang w:val="ru-RU"/>
              </w:rPr>
              <w:t xml:space="preserve">- Видеозапись «Вечный жид», длительностью 1 час 5 минуты 35 </w:t>
            </w:r>
            <w:r>
              <w:t>c</w:t>
            </w:r>
            <w:r w:rsidRPr="00332DB8">
              <w:rPr>
                <w:lang w:val="ru-RU"/>
              </w:rPr>
              <w:t xml:space="preserve">екунды, размещенную на интернет-ресурсе: </w:t>
            </w:r>
            <w:r>
              <w:t>shareclip</w:t>
            </w:r>
            <w:r w:rsidRPr="00332DB8">
              <w:rPr>
                <w:lang w:val="ru-RU"/>
              </w:rPr>
              <w:t>.</w:t>
            </w:r>
            <w:r>
              <w:t>net</w:t>
            </w:r>
            <w:r w:rsidRPr="00332DB8">
              <w:rPr>
                <w:lang w:val="ru-RU"/>
              </w:rPr>
              <w:t xml:space="preserve">, сетевой адрес видеозаписи: </w:t>
            </w:r>
            <w:r>
              <w:t>http</w:t>
            </w:r>
            <w:r w:rsidRPr="00332DB8">
              <w:rPr>
                <w:lang w:val="ru-RU"/>
              </w:rPr>
              <w:t>://</w:t>
            </w:r>
            <w:r>
              <w:t>www</w:t>
            </w:r>
            <w:r w:rsidRPr="00332DB8">
              <w:rPr>
                <w:lang w:val="ru-RU"/>
              </w:rPr>
              <w:t>.</w:t>
            </w:r>
            <w:r>
              <w:t>shareclip</w:t>
            </w:r>
            <w:r w:rsidRPr="00332DB8">
              <w:rPr>
                <w:lang w:val="ru-RU"/>
              </w:rPr>
              <w:t>.</w:t>
            </w:r>
            <w:r>
              <w:t>net</w:t>
            </w:r>
            <w:r w:rsidRPr="00332DB8">
              <w:rPr>
                <w:lang w:val="ru-RU"/>
              </w:rPr>
              <w:t>/</w:t>
            </w:r>
            <w:r>
              <w:t>clip</w:t>
            </w:r>
            <w:r w:rsidRPr="00332DB8">
              <w:rPr>
                <w:lang w:val="ru-RU"/>
              </w:rPr>
              <w:t>/3239986.</w:t>
            </w:r>
            <w:r>
              <w:t>html</w:t>
            </w:r>
            <w:r w:rsidRPr="00332DB8">
              <w:rPr>
                <w:lang w:val="ru-RU"/>
              </w:rPr>
              <w:t xml:space="preserve">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3515.</w:t>
            </w:r>
          </w:p>
        </w:tc>
        <w:tc>
          <w:tcPr>
            <w:tcW w:w="2880" w:type="dxa"/>
          </w:tcPr>
          <w:p w:rsidR="006F7457" w:rsidRPr="00332DB8" w:rsidRDefault="00332DB8">
            <w:pPr>
              <w:rPr>
                <w:lang w:val="ru-RU"/>
              </w:rPr>
            </w:pPr>
            <w:r w:rsidRPr="00332DB8">
              <w:rPr>
                <w:lang w:val="ru-RU"/>
              </w:rPr>
              <w:t xml:space="preserve">- Видеозапись «Вечный жид», длительностью 1 час 3 минуты 24 секунды, размещенную на интернет-ресурсе: </w:t>
            </w:r>
            <w:r>
              <w:t>shareclip</w:t>
            </w:r>
            <w:r w:rsidRPr="00332DB8">
              <w:rPr>
                <w:lang w:val="ru-RU"/>
              </w:rPr>
              <w:t>.</w:t>
            </w:r>
            <w:r>
              <w:t>net</w:t>
            </w:r>
            <w:r w:rsidRPr="00332DB8">
              <w:rPr>
                <w:lang w:val="ru-RU"/>
              </w:rPr>
              <w:t>, сетевой адрес видеозаписи:</w:t>
            </w:r>
            <w:r>
              <w:t>http</w:t>
            </w:r>
            <w:r w:rsidRPr="00332DB8">
              <w:rPr>
                <w:lang w:val="ru-RU"/>
              </w:rPr>
              <w:t>://</w:t>
            </w:r>
            <w:r>
              <w:t>www</w:t>
            </w:r>
            <w:r w:rsidRPr="00332DB8">
              <w:rPr>
                <w:lang w:val="ru-RU"/>
              </w:rPr>
              <w:t>.</w:t>
            </w:r>
            <w:r>
              <w:t>shareclip</w:t>
            </w:r>
            <w:r w:rsidRPr="00332DB8">
              <w:rPr>
                <w:lang w:val="ru-RU"/>
              </w:rPr>
              <w:t>.</w:t>
            </w:r>
            <w:r>
              <w:t>net</w:t>
            </w:r>
            <w:r w:rsidRPr="00332DB8">
              <w:rPr>
                <w:lang w:val="ru-RU"/>
              </w:rPr>
              <w:t>/</w:t>
            </w:r>
            <w:r>
              <w:t>clip</w:t>
            </w:r>
            <w:r w:rsidRPr="00332DB8">
              <w:rPr>
                <w:lang w:val="ru-RU"/>
              </w:rPr>
              <w:t>/7600971 .</w:t>
            </w:r>
            <w:r>
              <w:t>html</w:t>
            </w:r>
            <w:r w:rsidRPr="00332DB8">
              <w:rPr>
                <w:lang w:val="ru-RU"/>
              </w:rPr>
              <w:t xml:space="preserve">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351</w:t>
            </w:r>
            <w:r>
              <w:lastRenderedPageBreak/>
              <w:t>6.</w:t>
            </w:r>
          </w:p>
        </w:tc>
        <w:tc>
          <w:tcPr>
            <w:tcW w:w="2880" w:type="dxa"/>
          </w:tcPr>
          <w:p w:rsidR="006F7457" w:rsidRPr="00332DB8" w:rsidRDefault="00332DB8">
            <w:pPr>
              <w:rPr>
                <w:lang w:val="ru-RU"/>
              </w:rPr>
            </w:pPr>
            <w:r w:rsidRPr="00332DB8">
              <w:rPr>
                <w:lang w:val="ru-RU"/>
              </w:rPr>
              <w:lastRenderedPageBreak/>
              <w:t xml:space="preserve">- Видеозапись «Вечный жид», длительностью 1 час 5 минуты 39 секунды, размещенную на интернет-ресурсе: </w:t>
            </w:r>
            <w:r>
              <w:t>shareclip</w:t>
            </w:r>
            <w:r w:rsidRPr="00332DB8">
              <w:rPr>
                <w:lang w:val="ru-RU"/>
              </w:rPr>
              <w:t>.</w:t>
            </w:r>
            <w:r>
              <w:t>net</w:t>
            </w:r>
            <w:r w:rsidRPr="00332DB8">
              <w:rPr>
                <w:lang w:val="ru-RU"/>
              </w:rPr>
              <w:t xml:space="preserve">, сетевой адрес видеозаписи: </w:t>
            </w:r>
            <w:r>
              <w:t>http</w:t>
            </w:r>
            <w:r w:rsidRPr="00332DB8">
              <w:rPr>
                <w:lang w:val="ru-RU"/>
              </w:rPr>
              <w:t>://</w:t>
            </w:r>
            <w:r>
              <w:t>www</w:t>
            </w:r>
            <w:r w:rsidRPr="00332DB8">
              <w:rPr>
                <w:lang w:val="ru-RU"/>
              </w:rPr>
              <w:t>.</w:t>
            </w:r>
            <w:r>
              <w:t>shareclip</w:t>
            </w:r>
            <w:r w:rsidRPr="00332DB8">
              <w:rPr>
                <w:lang w:val="ru-RU"/>
              </w:rPr>
              <w:t>.</w:t>
            </w:r>
            <w:r>
              <w:t>net</w:t>
            </w:r>
            <w:r w:rsidRPr="00332DB8">
              <w:rPr>
                <w:lang w:val="ru-RU"/>
              </w:rPr>
              <w:t>/</w:t>
            </w:r>
            <w:r>
              <w:t>clip</w:t>
            </w:r>
            <w:r w:rsidRPr="00332DB8">
              <w:rPr>
                <w:lang w:val="ru-RU"/>
              </w:rPr>
              <w:t>/4899160.</w:t>
            </w:r>
            <w:r>
              <w:t>html</w:t>
            </w:r>
            <w:r w:rsidRPr="00332DB8">
              <w:rPr>
                <w:lang w:val="ru-RU"/>
              </w:rPr>
              <w:t xml:space="preserve">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3517.</w:t>
            </w:r>
          </w:p>
        </w:tc>
        <w:tc>
          <w:tcPr>
            <w:tcW w:w="2880" w:type="dxa"/>
          </w:tcPr>
          <w:p w:rsidR="006F7457" w:rsidRPr="00332DB8" w:rsidRDefault="00332DB8">
            <w:pPr>
              <w:rPr>
                <w:lang w:val="ru-RU"/>
              </w:rPr>
            </w:pPr>
            <w:r w:rsidRPr="00332DB8">
              <w:rPr>
                <w:lang w:val="ru-RU"/>
              </w:rPr>
              <w:t xml:space="preserve">- Видеозапись «Вечный жид», длительностью 1 час 3 минуты 24 секунды, размещенную на интернет-ресурсе: </w:t>
            </w:r>
            <w:r>
              <w:t>shareclip</w:t>
            </w:r>
            <w:r w:rsidRPr="00332DB8">
              <w:rPr>
                <w:lang w:val="ru-RU"/>
              </w:rPr>
              <w:t>.</w:t>
            </w:r>
            <w:r>
              <w:t>net</w:t>
            </w:r>
            <w:r w:rsidRPr="00332DB8">
              <w:rPr>
                <w:lang w:val="ru-RU"/>
              </w:rPr>
              <w:t xml:space="preserve">, сетевой адрес видеозаписи: </w:t>
            </w:r>
            <w:r>
              <w:t>http</w:t>
            </w:r>
            <w:r w:rsidRPr="00332DB8">
              <w:rPr>
                <w:lang w:val="ru-RU"/>
              </w:rPr>
              <w:t>://</w:t>
            </w:r>
            <w:r>
              <w:t>www</w:t>
            </w:r>
            <w:r w:rsidRPr="00332DB8">
              <w:rPr>
                <w:lang w:val="ru-RU"/>
              </w:rPr>
              <w:t>.</w:t>
            </w:r>
            <w:r>
              <w:t>shareclip</w:t>
            </w:r>
            <w:r w:rsidRPr="00332DB8">
              <w:rPr>
                <w:lang w:val="ru-RU"/>
              </w:rPr>
              <w:t>.</w:t>
            </w:r>
            <w:r>
              <w:t>net</w:t>
            </w:r>
            <w:r w:rsidRPr="00332DB8">
              <w:rPr>
                <w:lang w:val="ru-RU"/>
              </w:rPr>
              <w:t>/</w:t>
            </w:r>
            <w:r>
              <w:t>clip</w:t>
            </w:r>
            <w:r w:rsidRPr="00332DB8">
              <w:rPr>
                <w:lang w:val="ru-RU"/>
              </w:rPr>
              <w:t>/2579161.</w:t>
            </w:r>
            <w:r>
              <w:t>html</w:t>
            </w:r>
            <w:r w:rsidRPr="00332DB8">
              <w:rPr>
                <w:lang w:val="ru-RU"/>
              </w:rPr>
              <w:t xml:space="preserve">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3518.</w:t>
            </w:r>
          </w:p>
        </w:tc>
        <w:tc>
          <w:tcPr>
            <w:tcW w:w="2880" w:type="dxa"/>
          </w:tcPr>
          <w:p w:rsidR="006F7457" w:rsidRPr="00332DB8" w:rsidRDefault="00332DB8">
            <w:pPr>
              <w:rPr>
                <w:lang w:val="ru-RU"/>
              </w:rPr>
            </w:pPr>
            <w:r w:rsidRPr="00332DB8">
              <w:rPr>
                <w:lang w:val="ru-RU"/>
              </w:rPr>
              <w:t xml:space="preserve">- Видеозапись «Вечный жид», длительностью 1 час 5 минуты 39 секунды, размещенную на интернет-ресурсе: </w:t>
            </w:r>
            <w:r>
              <w:t>shareclip</w:t>
            </w:r>
            <w:r w:rsidRPr="00332DB8">
              <w:rPr>
                <w:lang w:val="ru-RU"/>
              </w:rPr>
              <w:t>.</w:t>
            </w:r>
            <w:r>
              <w:t>net</w:t>
            </w:r>
            <w:r w:rsidRPr="00332DB8">
              <w:rPr>
                <w:lang w:val="ru-RU"/>
              </w:rPr>
              <w:t xml:space="preserve">, сетевой адрес видеозаписи: </w:t>
            </w:r>
            <w:r>
              <w:t>http</w:t>
            </w:r>
            <w:r w:rsidRPr="00332DB8">
              <w:rPr>
                <w:lang w:val="ru-RU"/>
              </w:rPr>
              <w:t>://</w:t>
            </w:r>
            <w:r>
              <w:t>www</w:t>
            </w:r>
            <w:r w:rsidRPr="00332DB8">
              <w:rPr>
                <w:lang w:val="ru-RU"/>
              </w:rPr>
              <w:t>.</w:t>
            </w:r>
            <w:r>
              <w:t>shareclip</w:t>
            </w:r>
            <w:r w:rsidRPr="00332DB8">
              <w:rPr>
                <w:lang w:val="ru-RU"/>
              </w:rPr>
              <w:t>.</w:t>
            </w:r>
            <w:r>
              <w:t>net</w:t>
            </w:r>
            <w:r w:rsidRPr="00332DB8">
              <w:rPr>
                <w:lang w:val="ru-RU"/>
              </w:rPr>
              <w:t>/</w:t>
            </w:r>
            <w:r>
              <w:t>clip</w:t>
            </w:r>
            <w:r w:rsidRPr="00332DB8">
              <w:rPr>
                <w:lang w:val="ru-RU"/>
              </w:rPr>
              <w:t>/4899072.</w:t>
            </w:r>
            <w:r>
              <w:t>html</w:t>
            </w:r>
            <w:r w:rsidRPr="00332DB8">
              <w:rPr>
                <w:lang w:val="ru-RU"/>
              </w:rPr>
              <w:t xml:space="preserve">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3519.</w:t>
            </w:r>
          </w:p>
        </w:tc>
        <w:tc>
          <w:tcPr>
            <w:tcW w:w="2880" w:type="dxa"/>
          </w:tcPr>
          <w:p w:rsidR="006F7457" w:rsidRPr="00332DB8" w:rsidRDefault="00332DB8">
            <w:pPr>
              <w:rPr>
                <w:lang w:val="ru-RU"/>
              </w:rPr>
            </w:pPr>
            <w:r w:rsidRPr="00332DB8">
              <w:rPr>
                <w:lang w:val="ru-RU"/>
              </w:rPr>
              <w:t xml:space="preserve">- Видеозапись «Вечный жид», длительностью 1 час 5 минуты 39 секунды, размещенную на интернет-ресурсе: </w:t>
            </w:r>
            <w:r>
              <w:t>shareclip</w:t>
            </w:r>
            <w:r w:rsidRPr="00332DB8">
              <w:rPr>
                <w:lang w:val="ru-RU"/>
              </w:rPr>
              <w:t>.</w:t>
            </w:r>
            <w:r>
              <w:t>net</w:t>
            </w:r>
            <w:r w:rsidRPr="00332DB8">
              <w:rPr>
                <w:lang w:val="ru-RU"/>
              </w:rPr>
              <w:t xml:space="preserve">, сетевой адрес видеозаписи: </w:t>
            </w:r>
            <w:r>
              <w:t>http</w:t>
            </w:r>
            <w:r w:rsidRPr="00332DB8">
              <w:rPr>
                <w:lang w:val="ru-RU"/>
              </w:rPr>
              <w:t>://</w:t>
            </w:r>
            <w:r>
              <w:t>www</w:t>
            </w:r>
            <w:r w:rsidRPr="00332DB8">
              <w:rPr>
                <w:lang w:val="ru-RU"/>
              </w:rPr>
              <w:t>.</w:t>
            </w:r>
            <w:r>
              <w:t>shareclip</w:t>
            </w:r>
            <w:r w:rsidRPr="00332DB8">
              <w:rPr>
                <w:lang w:val="ru-RU"/>
              </w:rPr>
              <w:t>.</w:t>
            </w:r>
            <w:r>
              <w:t>net</w:t>
            </w:r>
            <w:r w:rsidRPr="00332DB8">
              <w:rPr>
                <w:lang w:val="ru-RU"/>
              </w:rPr>
              <w:t>/</w:t>
            </w:r>
            <w:r>
              <w:t>clip</w:t>
            </w:r>
            <w:r w:rsidRPr="00332DB8">
              <w:rPr>
                <w:lang w:val="ru-RU"/>
              </w:rPr>
              <w:t>/7627467.</w:t>
            </w:r>
            <w:r>
              <w:t>html</w:t>
            </w:r>
            <w:r w:rsidRPr="00332DB8">
              <w:rPr>
                <w:lang w:val="ru-RU"/>
              </w:rPr>
              <w:t xml:space="preserve">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3520.</w:t>
            </w:r>
          </w:p>
        </w:tc>
        <w:tc>
          <w:tcPr>
            <w:tcW w:w="2880" w:type="dxa"/>
          </w:tcPr>
          <w:p w:rsidR="006F7457" w:rsidRPr="00332DB8" w:rsidRDefault="00332DB8">
            <w:pPr>
              <w:rPr>
                <w:lang w:val="ru-RU"/>
              </w:rPr>
            </w:pPr>
            <w:r w:rsidRPr="00332DB8">
              <w:rPr>
                <w:lang w:val="ru-RU"/>
              </w:rPr>
              <w:t xml:space="preserve">- Видеозапись «Вечный жид», длительностью 1 час 5 минуты 35 секунды, размещенную на интернет-ресурсе: </w:t>
            </w:r>
            <w:r>
              <w:t>clipsonline</w:t>
            </w:r>
            <w:r w:rsidRPr="00332DB8">
              <w:rPr>
                <w:lang w:val="ru-RU"/>
              </w:rPr>
              <w:t>.</w:t>
            </w:r>
            <w:r>
              <w:t>org</w:t>
            </w:r>
            <w:r w:rsidRPr="00332DB8">
              <w:rPr>
                <w:lang w:val="ru-RU"/>
              </w:rPr>
              <w:t>.</w:t>
            </w:r>
            <w:r>
              <w:t>ua</w:t>
            </w:r>
            <w:r w:rsidRPr="00332DB8">
              <w:rPr>
                <w:lang w:val="ru-RU"/>
              </w:rPr>
              <w:t xml:space="preserve">, сетевой адрес видеозаписи: </w:t>
            </w:r>
            <w:r>
              <w:t>http</w:t>
            </w:r>
            <w:r w:rsidRPr="00332DB8">
              <w:rPr>
                <w:lang w:val="ru-RU"/>
              </w:rPr>
              <w:t>://</w:t>
            </w:r>
            <w:r>
              <w:t>clipsonline</w:t>
            </w:r>
            <w:r w:rsidRPr="00332DB8">
              <w:rPr>
                <w:lang w:val="ru-RU"/>
              </w:rPr>
              <w:t>.</w:t>
            </w:r>
            <w:r>
              <w:t>org</w:t>
            </w:r>
            <w:r w:rsidRPr="00332DB8">
              <w:rPr>
                <w:lang w:val="ru-RU"/>
              </w:rPr>
              <w:t>.</w:t>
            </w:r>
            <w:r>
              <w:t>ua</w:t>
            </w:r>
            <w:r w:rsidRPr="00332DB8">
              <w:rPr>
                <w:lang w:val="ru-RU"/>
              </w:rPr>
              <w:t>/</w:t>
            </w:r>
            <w:r>
              <w:t>clip</w:t>
            </w:r>
            <w:r w:rsidRPr="00332DB8">
              <w:rPr>
                <w:lang w:val="ru-RU"/>
              </w:rPr>
              <w:t>/2458162.</w:t>
            </w:r>
            <w:r>
              <w:t>html</w:t>
            </w:r>
            <w:r w:rsidRPr="00332DB8">
              <w:rPr>
                <w:lang w:val="ru-RU"/>
              </w:rPr>
              <w:t xml:space="preserve">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3521.</w:t>
            </w:r>
          </w:p>
        </w:tc>
        <w:tc>
          <w:tcPr>
            <w:tcW w:w="2880" w:type="dxa"/>
          </w:tcPr>
          <w:p w:rsidR="006F7457" w:rsidRPr="00332DB8" w:rsidRDefault="00332DB8">
            <w:pPr>
              <w:rPr>
                <w:lang w:val="ru-RU"/>
              </w:rPr>
            </w:pPr>
            <w:r w:rsidRPr="00332DB8">
              <w:rPr>
                <w:lang w:val="ru-RU"/>
              </w:rPr>
              <w:t xml:space="preserve">- Видеозапись «Вечный жид», длительностью 1 час 5 минуты 35 секунды, размещенную на интернет-ресурсе: </w:t>
            </w:r>
            <w:r>
              <w:t>clipsonline</w:t>
            </w:r>
            <w:r w:rsidRPr="00332DB8">
              <w:rPr>
                <w:lang w:val="ru-RU"/>
              </w:rPr>
              <w:t>.</w:t>
            </w:r>
            <w:r>
              <w:t>org</w:t>
            </w:r>
            <w:r w:rsidRPr="00332DB8">
              <w:rPr>
                <w:lang w:val="ru-RU"/>
              </w:rPr>
              <w:t>.</w:t>
            </w:r>
            <w:r>
              <w:t>ua</w:t>
            </w:r>
            <w:r w:rsidRPr="00332DB8">
              <w:rPr>
                <w:lang w:val="ru-RU"/>
              </w:rPr>
              <w:t xml:space="preserve">, сетевой адрес видеозаписи: </w:t>
            </w:r>
            <w:r>
              <w:t>http</w:t>
            </w:r>
            <w:r w:rsidRPr="00332DB8">
              <w:rPr>
                <w:lang w:val="ru-RU"/>
              </w:rPr>
              <w:t>://</w:t>
            </w:r>
            <w:r>
              <w:t>clipsonline</w:t>
            </w:r>
            <w:r w:rsidRPr="00332DB8">
              <w:rPr>
                <w:lang w:val="ru-RU"/>
              </w:rPr>
              <w:t>.</w:t>
            </w:r>
            <w:r>
              <w:t>org</w:t>
            </w:r>
            <w:r w:rsidRPr="00332DB8">
              <w:rPr>
                <w:lang w:val="ru-RU"/>
              </w:rPr>
              <w:t>.</w:t>
            </w:r>
            <w:r>
              <w:t>ua</w:t>
            </w:r>
            <w:r w:rsidRPr="00332DB8">
              <w:rPr>
                <w:lang w:val="ru-RU"/>
              </w:rPr>
              <w:t>/</w:t>
            </w:r>
            <w:r>
              <w:t>clip</w:t>
            </w:r>
            <w:r w:rsidRPr="00332DB8">
              <w:rPr>
                <w:lang w:val="ru-RU"/>
              </w:rPr>
              <w:t>/5383005.</w:t>
            </w:r>
            <w:r>
              <w:t>html</w:t>
            </w:r>
            <w:r w:rsidRPr="00332DB8">
              <w:rPr>
                <w:lang w:val="ru-RU"/>
              </w:rPr>
              <w:t xml:space="preserve">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3522.</w:t>
            </w:r>
          </w:p>
        </w:tc>
        <w:tc>
          <w:tcPr>
            <w:tcW w:w="2880" w:type="dxa"/>
          </w:tcPr>
          <w:p w:rsidR="006F7457" w:rsidRPr="00332DB8" w:rsidRDefault="00332DB8">
            <w:pPr>
              <w:rPr>
                <w:lang w:val="ru-RU"/>
              </w:rPr>
            </w:pPr>
            <w:r w:rsidRPr="00332DB8">
              <w:rPr>
                <w:lang w:val="ru-RU"/>
              </w:rPr>
              <w:t xml:space="preserve">- Видеозапись «Вечный жид», длительностью 1 час 5 минуты 39 секунды, размещенную на интернет-ресурсе: </w:t>
            </w:r>
            <w:r>
              <w:t>clipsonline</w:t>
            </w:r>
            <w:r w:rsidRPr="00332DB8">
              <w:rPr>
                <w:lang w:val="ru-RU"/>
              </w:rPr>
              <w:t>.</w:t>
            </w:r>
            <w:r>
              <w:t>org</w:t>
            </w:r>
            <w:r w:rsidRPr="00332DB8">
              <w:rPr>
                <w:lang w:val="ru-RU"/>
              </w:rPr>
              <w:t>.</w:t>
            </w:r>
            <w:r>
              <w:t>ua</w:t>
            </w:r>
            <w:r w:rsidRPr="00332DB8">
              <w:rPr>
                <w:lang w:val="ru-RU"/>
              </w:rPr>
              <w:t xml:space="preserve">, сетевой адрес видеозаписи: </w:t>
            </w:r>
            <w:r>
              <w:t>http</w:t>
            </w:r>
            <w:r w:rsidRPr="00332DB8">
              <w:rPr>
                <w:lang w:val="ru-RU"/>
              </w:rPr>
              <w:t>://</w:t>
            </w:r>
            <w:r>
              <w:t>clipsonline</w:t>
            </w:r>
            <w:r w:rsidRPr="00332DB8">
              <w:rPr>
                <w:lang w:val="ru-RU"/>
              </w:rPr>
              <w:t>.</w:t>
            </w:r>
            <w:r>
              <w:t>org</w:t>
            </w:r>
            <w:r w:rsidRPr="00332DB8">
              <w:rPr>
                <w:lang w:val="ru-RU"/>
              </w:rPr>
              <w:t>.</w:t>
            </w:r>
            <w:r>
              <w:t>ua</w:t>
            </w:r>
            <w:r w:rsidRPr="00332DB8">
              <w:rPr>
                <w:lang w:val="ru-RU"/>
              </w:rPr>
              <w:t>/</w:t>
            </w:r>
            <w:r>
              <w:t>clip</w:t>
            </w:r>
            <w:r w:rsidRPr="00332DB8">
              <w:rPr>
                <w:lang w:val="ru-RU"/>
              </w:rPr>
              <w:t>/7670900.</w:t>
            </w:r>
            <w:r>
              <w:t>html</w:t>
            </w:r>
            <w:r w:rsidRPr="00332DB8">
              <w:rPr>
                <w:lang w:val="ru-RU"/>
              </w:rPr>
              <w:t xml:space="preserve"> (решение Вахитовского районного суда г. Казани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3523.</w:t>
            </w:r>
          </w:p>
        </w:tc>
        <w:tc>
          <w:tcPr>
            <w:tcW w:w="2880" w:type="dxa"/>
          </w:tcPr>
          <w:p w:rsidR="006F7457" w:rsidRPr="00332DB8" w:rsidRDefault="00332DB8">
            <w:pPr>
              <w:rPr>
                <w:lang w:val="ru-RU"/>
              </w:rPr>
            </w:pPr>
            <w:r w:rsidRPr="00332DB8">
              <w:rPr>
                <w:lang w:val="ru-RU"/>
              </w:rPr>
              <w:t xml:space="preserve">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w:t>
            </w:r>
            <w:r>
              <w:t>http</w:t>
            </w:r>
            <w:r w:rsidRPr="00332DB8">
              <w:rPr>
                <w:lang w:val="ru-RU"/>
              </w:rPr>
              <w:t>://</w:t>
            </w:r>
            <w:r>
              <w:t>vk</w:t>
            </w:r>
            <w:r w:rsidRPr="00332DB8">
              <w:rPr>
                <w:lang w:val="ru-RU"/>
              </w:rPr>
              <w:t>.</w:t>
            </w:r>
            <w:r>
              <w:t>com</w:t>
            </w:r>
            <w:r w:rsidRPr="00332DB8">
              <w:rPr>
                <w:lang w:val="ru-RU"/>
              </w:rPr>
              <w:t>/</w:t>
            </w:r>
            <w:r>
              <w:t>com</w:t>
            </w:r>
            <w:r w:rsidRPr="00332DB8">
              <w:rPr>
                <w:lang w:val="ru-RU"/>
              </w:rPr>
              <w:t>/</w:t>
            </w:r>
            <w:r>
              <w:t>jewishwisdom</w:t>
            </w:r>
            <w:r w:rsidRPr="00332DB8">
              <w:rPr>
                <w:lang w:val="ru-RU"/>
              </w:rPr>
              <w:t xml:space="preserve"> (решение Смольнинского районного суда города Санкт-Петербурга от 24.02.2016);</w:t>
            </w:r>
          </w:p>
        </w:tc>
        <w:tc>
          <w:tcPr>
            <w:tcW w:w="2880" w:type="dxa"/>
          </w:tcPr>
          <w:p w:rsidR="006F7457" w:rsidRPr="00332DB8" w:rsidRDefault="006F7457">
            <w:pPr>
              <w:rPr>
                <w:lang w:val="ru-RU"/>
              </w:rPr>
            </w:pPr>
          </w:p>
        </w:tc>
      </w:tr>
      <w:tr w:rsidR="006F7457" w:rsidRPr="005A424D">
        <w:tc>
          <w:tcPr>
            <w:tcW w:w="2880" w:type="dxa"/>
          </w:tcPr>
          <w:p w:rsidR="006F7457" w:rsidRDefault="00332DB8">
            <w:r>
              <w:t>3524.</w:t>
            </w:r>
          </w:p>
        </w:tc>
        <w:tc>
          <w:tcPr>
            <w:tcW w:w="2880" w:type="dxa"/>
          </w:tcPr>
          <w:p w:rsidR="006F7457" w:rsidRPr="00332DB8" w:rsidRDefault="00332DB8">
            <w:pPr>
              <w:rPr>
                <w:lang w:val="ru-RU"/>
              </w:rPr>
            </w:pPr>
            <w:r w:rsidRPr="00332DB8">
              <w:rPr>
                <w:lang w:val="ru-RU"/>
              </w:rPr>
              <w:t>Страница «В Контакте», созданная неустановленными лицами в информационно-телекоммуникационной сети «интернет» в социальной сети «В Контакте» по адресу: «</w:t>
            </w:r>
            <w:r>
              <w:t>https</w:t>
            </w:r>
            <w:r w:rsidRPr="00332DB8">
              <w:rPr>
                <w:lang w:val="ru-RU"/>
              </w:rPr>
              <w:t>://</w:t>
            </w:r>
            <w:r>
              <w:t>vk</w:t>
            </w:r>
            <w:r w:rsidRPr="00332DB8">
              <w:rPr>
                <w:lang w:val="ru-RU"/>
              </w:rPr>
              <w:t>.</w:t>
            </w:r>
            <w:r>
              <w:t>com</w:t>
            </w:r>
            <w:r w:rsidRPr="00332DB8">
              <w:rPr>
                <w:lang w:val="ru-RU"/>
              </w:rPr>
              <w:t>/</w:t>
            </w:r>
            <w:r>
              <w:t>id</w:t>
            </w:r>
            <w:r w:rsidRPr="00332DB8">
              <w:rPr>
                <w:lang w:val="ru-RU"/>
              </w:rPr>
              <w:t>299868454» - пользователь «Аноним Игил» (решение Октябрьского районного суда г. Ростова-на-Дону от 10.12.2015);</w:t>
            </w:r>
          </w:p>
        </w:tc>
        <w:tc>
          <w:tcPr>
            <w:tcW w:w="2880" w:type="dxa"/>
          </w:tcPr>
          <w:p w:rsidR="006F7457" w:rsidRPr="00332DB8" w:rsidRDefault="006F7457">
            <w:pPr>
              <w:rPr>
                <w:lang w:val="ru-RU"/>
              </w:rPr>
            </w:pPr>
          </w:p>
        </w:tc>
      </w:tr>
      <w:tr w:rsidR="006F7457" w:rsidRPr="005A424D">
        <w:tc>
          <w:tcPr>
            <w:tcW w:w="2880" w:type="dxa"/>
          </w:tcPr>
          <w:p w:rsidR="006F7457" w:rsidRDefault="00332DB8">
            <w:r>
              <w:t>3525.</w:t>
            </w:r>
          </w:p>
        </w:tc>
        <w:tc>
          <w:tcPr>
            <w:tcW w:w="2880" w:type="dxa"/>
          </w:tcPr>
          <w:p w:rsidR="006F7457" w:rsidRPr="00332DB8" w:rsidRDefault="00332DB8">
            <w:pPr>
              <w:rPr>
                <w:lang w:val="ru-RU"/>
              </w:rPr>
            </w:pPr>
            <w:r w:rsidRPr="00332DB8">
              <w:rPr>
                <w:lang w:val="ru-RU"/>
              </w:rPr>
              <w:t xml:space="preserve">Информационный материал под названием «Обращение к Русским Людям»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rsidR="006F7457" w:rsidRPr="00332DB8" w:rsidRDefault="006F7457">
            <w:pPr>
              <w:rPr>
                <w:lang w:val="ru-RU"/>
              </w:rPr>
            </w:pPr>
          </w:p>
        </w:tc>
      </w:tr>
      <w:tr w:rsidR="006F7457" w:rsidRPr="005A424D">
        <w:tc>
          <w:tcPr>
            <w:tcW w:w="2880" w:type="dxa"/>
          </w:tcPr>
          <w:p w:rsidR="006F7457" w:rsidRDefault="00332DB8">
            <w:r>
              <w:t>3526.</w:t>
            </w:r>
          </w:p>
        </w:tc>
        <w:tc>
          <w:tcPr>
            <w:tcW w:w="2880" w:type="dxa"/>
          </w:tcPr>
          <w:p w:rsidR="006F7457" w:rsidRPr="00332DB8" w:rsidRDefault="00332DB8">
            <w:pPr>
              <w:rPr>
                <w:lang w:val="ru-RU"/>
              </w:rPr>
            </w:pPr>
            <w:r w:rsidRPr="00332DB8">
              <w:rPr>
                <w:lang w:val="ru-RU"/>
              </w:rPr>
              <w:t>Материал видеоролик под названием «Истинное лицо ислама. Кровосмешение, как оружие геноцида бел.</w:t>
            </w:r>
            <w:r>
              <w:t>m</w:t>
            </w:r>
            <w:r w:rsidRPr="00332DB8">
              <w:rPr>
                <w:lang w:val="ru-RU"/>
              </w:rPr>
              <w:t xml:space="preserve">р4»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rsidR="006F7457" w:rsidRPr="00332DB8" w:rsidRDefault="006F7457">
            <w:pPr>
              <w:rPr>
                <w:lang w:val="ru-RU"/>
              </w:rPr>
            </w:pPr>
          </w:p>
        </w:tc>
      </w:tr>
      <w:tr w:rsidR="006F7457" w:rsidRPr="005A424D">
        <w:tc>
          <w:tcPr>
            <w:tcW w:w="2880" w:type="dxa"/>
          </w:tcPr>
          <w:p w:rsidR="006F7457" w:rsidRDefault="00332DB8">
            <w:r>
              <w:t>352</w:t>
            </w:r>
            <w:r>
              <w:lastRenderedPageBreak/>
              <w:t>7.</w:t>
            </w:r>
          </w:p>
        </w:tc>
        <w:tc>
          <w:tcPr>
            <w:tcW w:w="2880" w:type="dxa"/>
          </w:tcPr>
          <w:p w:rsidR="006F7457" w:rsidRPr="00332DB8" w:rsidRDefault="00332DB8">
            <w:pPr>
              <w:rPr>
                <w:lang w:val="ru-RU"/>
              </w:rPr>
            </w:pPr>
            <w:r w:rsidRPr="00332DB8">
              <w:rPr>
                <w:lang w:val="ru-RU"/>
              </w:rPr>
              <w:lastRenderedPageBreak/>
              <w:t xml:space="preserve">Информационный материал под названием «Устроить 3-ю чеченскую по полной? С танками, самолетами?»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w:t>
            </w:r>
            <w:r w:rsidRPr="00332DB8">
              <w:rPr>
                <w:lang w:val="ru-RU"/>
              </w:rPr>
              <w:lastRenderedPageBreak/>
              <w:t>Республики Крым от 21.03.2016);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3528.</w:t>
            </w:r>
          </w:p>
        </w:tc>
        <w:tc>
          <w:tcPr>
            <w:tcW w:w="2880" w:type="dxa"/>
          </w:tcPr>
          <w:p w:rsidR="006F7457" w:rsidRPr="00332DB8" w:rsidRDefault="00332DB8">
            <w:pPr>
              <w:rPr>
                <w:lang w:val="ru-RU"/>
              </w:rPr>
            </w:pPr>
            <w:r w:rsidRPr="00332DB8">
              <w:rPr>
                <w:lang w:val="ru-RU"/>
              </w:rPr>
              <w:t xml:space="preserve">Материал видеоролик под названием Русская революция – запрещенный на </w:t>
            </w:r>
            <w:r>
              <w:t>TV</w:t>
            </w:r>
            <w:r w:rsidRPr="00332DB8">
              <w:rPr>
                <w:lang w:val="ru-RU"/>
              </w:rPr>
              <w:t xml:space="preserve"> ролик»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rsidR="006F7457" w:rsidRPr="00332DB8" w:rsidRDefault="006F7457">
            <w:pPr>
              <w:rPr>
                <w:lang w:val="ru-RU"/>
              </w:rPr>
            </w:pPr>
          </w:p>
        </w:tc>
      </w:tr>
      <w:tr w:rsidR="006F7457" w:rsidRPr="005A424D">
        <w:tc>
          <w:tcPr>
            <w:tcW w:w="2880" w:type="dxa"/>
          </w:tcPr>
          <w:p w:rsidR="006F7457" w:rsidRDefault="00332DB8">
            <w:r>
              <w:t>3529.</w:t>
            </w:r>
          </w:p>
        </w:tc>
        <w:tc>
          <w:tcPr>
            <w:tcW w:w="2880" w:type="dxa"/>
          </w:tcPr>
          <w:p w:rsidR="006F7457" w:rsidRPr="00332DB8" w:rsidRDefault="00332DB8">
            <w:pPr>
              <w:rPr>
                <w:lang w:val="ru-RU"/>
              </w:rPr>
            </w:pPr>
            <w:r w:rsidRPr="00332DB8">
              <w:rPr>
                <w:lang w:val="ru-RU"/>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t>
            </w:r>
            <w:r>
              <w:t>Web</w:t>
            </w:r>
            <w:r w:rsidRPr="00332DB8">
              <w:rPr>
                <w:lang w:val="ru-RU"/>
              </w:rPr>
              <w:t xml:space="preserve">) адрес </w:t>
            </w:r>
            <w:r>
              <w:t>http</w:t>
            </w:r>
            <w:r w:rsidRPr="00332DB8">
              <w:rPr>
                <w:lang w:val="ru-RU"/>
              </w:rPr>
              <w:t>://</w:t>
            </w:r>
            <w:r>
              <w:t>vk</w:t>
            </w:r>
            <w:r w:rsidRPr="00332DB8">
              <w:rPr>
                <w:lang w:val="ru-RU"/>
              </w:rPr>
              <w:t>.</w:t>
            </w:r>
            <w:r>
              <w:t>com</w:t>
            </w:r>
            <w:r w:rsidRPr="00332DB8">
              <w:rPr>
                <w:lang w:val="ru-RU"/>
              </w:rPr>
              <w:t>/</w:t>
            </w:r>
            <w:r>
              <w:t>id</w:t>
            </w:r>
            <w:r w:rsidRPr="00332DB8">
              <w:rPr>
                <w:lang w:val="ru-RU"/>
              </w:rPr>
              <w:t>260329933, и в подразделе «стена» открытой группы «Записи Варга», имеющую электронный (</w:t>
            </w:r>
            <w:r>
              <w:t>Web</w:t>
            </w:r>
            <w:r w:rsidRPr="00332DB8">
              <w:rPr>
                <w:lang w:val="ru-RU"/>
              </w:rPr>
              <w:t xml:space="preserve">) адрес </w:t>
            </w:r>
            <w:r>
              <w:t>http</w:t>
            </w:r>
            <w:r w:rsidRPr="00332DB8">
              <w:rPr>
                <w:lang w:val="ru-RU"/>
              </w:rPr>
              <w:t>://</w:t>
            </w:r>
            <w:r>
              <w:t>vk</w:t>
            </w:r>
            <w:r w:rsidRPr="00332DB8">
              <w:rPr>
                <w:lang w:val="ru-RU"/>
              </w:rPr>
              <w:t>.</w:t>
            </w:r>
            <w:r>
              <w:t>com</w:t>
            </w:r>
            <w:r w:rsidRPr="00332DB8">
              <w:rPr>
                <w:lang w:val="ru-RU"/>
              </w:rPr>
              <w:t>/</w:t>
            </w:r>
            <w:r>
              <w:t>club</w:t>
            </w:r>
            <w:r w:rsidRPr="00332DB8">
              <w:rPr>
                <w:lang w:val="ru-RU"/>
              </w:rPr>
              <w:t>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2880" w:type="dxa"/>
          </w:tcPr>
          <w:p w:rsidR="006F7457" w:rsidRPr="00332DB8" w:rsidRDefault="006F7457">
            <w:pPr>
              <w:rPr>
                <w:lang w:val="ru-RU"/>
              </w:rPr>
            </w:pPr>
          </w:p>
        </w:tc>
      </w:tr>
      <w:tr w:rsidR="006F7457" w:rsidRPr="005A424D">
        <w:tc>
          <w:tcPr>
            <w:tcW w:w="2880" w:type="dxa"/>
          </w:tcPr>
          <w:p w:rsidR="006F7457" w:rsidRDefault="00332DB8">
            <w:r>
              <w:t>3530.</w:t>
            </w:r>
          </w:p>
        </w:tc>
        <w:tc>
          <w:tcPr>
            <w:tcW w:w="2880" w:type="dxa"/>
          </w:tcPr>
          <w:p w:rsidR="006F7457" w:rsidRPr="00332DB8" w:rsidRDefault="00332DB8">
            <w:pPr>
              <w:rPr>
                <w:lang w:val="ru-RU"/>
              </w:rPr>
            </w:pPr>
            <w:r w:rsidRPr="00332DB8">
              <w:rPr>
                <w:lang w:val="ru-RU"/>
              </w:rPr>
              <w:t xml:space="preserve">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w:t>
            </w:r>
            <w:r>
              <w:t>http</w:t>
            </w:r>
            <w:r w:rsidRPr="00332DB8">
              <w:rPr>
                <w:lang w:val="ru-RU"/>
              </w:rPr>
              <w:t>://</w:t>
            </w:r>
            <w:r>
              <w:t>kivvi</w:t>
            </w:r>
            <w:r w:rsidRPr="00332DB8">
              <w:rPr>
                <w:lang w:val="ru-RU"/>
              </w:rPr>
              <w:t>.</w:t>
            </w:r>
            <w:r>
              <w:t>kz</w:t>
            </w:r>
            <w:r w:rsidRPr="00332DB8">
              <w:rPr>
                <w:lang w:val="ru-RU"/>
              </w:rPr>
              <w:t>/</w:t>
            </w:r>
            <w:r>
              <w:t>watch</w:t>
            </w:r>
            <w:r w:rsidRPr="00332DB8">
              <w:rPr>
                <w:lang w:val="ru-RU"/>
              </w:rPr>
              <w:t>/</w:t>
            </w:r>
            <w:r>
              <w:t>jvd</w:t>
            </w:r>
            <w:r w:rsidRPr="00332DB8">
              <w:rPr>
                <w:lang w:val="ru-RU"/>
              </w:rPr>
              <w:t>2</w:t>
            </w:r>
            <w:r>
              <w:t>nd</w:t>
            </w:r>
            <w:r w:rsidRPr="00332DB8">
              <w:rPr>
                <w:lang w:val="ru-RU"/>
              </w:rPr>
              <w:t>2</w:t>
            </w:r>
            <w:r>
              <w:t>vtkdi</w:t>
            </w:r>
            <w:r w:rsidRPr="00332DB8">
              <w:rPr>
                <w:lang w:val="ru-RU"/>
              </w:rPr>
              <w:t xml:space="preserve">, - </w:t>
            </w:r>
            <w:r>
              <w:t>http</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pushkar</w:t>
            </w:r>
            <w:r w:rsidRPr="00332DB8">
              <w:rPr>
                <w:lang w:val="ru-RU"/>
              </w:rPr>
              <w:t>-05/</w:t>
            </w:r>
            <w:r>
              <w:t>video</w:t>
            </w:r>
            <w:r w:rsidRPr="00332DB8">
              <w:rPr>
                <w:lang w:val="ru-RU"/>
              </w:rPr>
              <w:t>/_</w:t>
            </w:r>
            <w:r>
              <w:t>myvideo</w:t>
            </w:r>
            <w:r w:rsidRPr="00332DB8">
              <w:rPr>
                <w:lang w:val="ru-RU"/>
              </w:rPr>
              <w:t>/53.</w:t>
            </w:r>
            <w:r>
              <w:t>html</w:t>
            </w:r>
            <w:r w:rsidRPr="00332DB8">
              <w:rPr>
                <w:lang w:val="ru-RU"/>
              </w:rPr>
              <w:t xml:space="preserve">, - </w:t>
            </w:r>
            <w:r>
              <w:t>https</w:t>
            </w:r>
            <w:r w:rsidRPr="00332DB8">
              <w:rPr>
                <w:lang w:val="ru-RU"/>
              </w:rPr>
              <w:t>://</w:t>
            </w:r>
            <w:r>
              <w:t>vk</w:t>
            </w:r>
            <w:r w:rsidRPr="00332DB8">
              <w:rPr>
                <w:lang w:val="ru-RU"/>
              </w:rPr>
              <w:t>.</w:t>
            </w:r>
            <w:r>
              <w:t>com</w:t>
            </w:r>
            <w:r w:rsidRPr="00332DB8">
              <w:rPr>
                <w:lang w:val="ru-RU"/>
              </w:rPr>
              <w:t>/</w:t>
            </w:r>
            <w:r>
              <w:t>videos</w:t>
            </w:r>
            <w:r w:rsidRPr="00332DB8">
              <w:rPr>
                <w:lang w:val="ru-RU"/>
              </w:rPr>
              <w:t>153457036?</w:t>
            </w:r>
            <w:r>
              <w:t>z</w:t>
            </w:r>
            <w:r w:rsidRPr="00332DB8">
              <w:rPr>
                <w:lang w:val="ru-RU"/>
              </w:rPr>
              <w:t>=</w:t>
            </w:r>
            <w:r>
              <w:t>video</w:t>
            </w:r>
            <w:r w:rsidRPr="00332DB8">
              <w:rPr>
                <w:lang w:val="ru-RU"/>
              </w:rPr>
              <w:t xml:space="preserve">153457036_166480187, - </w:t>
            </w:r>
            <w:r>
              <w:t>https</w:t>
            </w:r>
            <w:r w:rsidRPr="00332DB8">
              <w:rPr>
                <w:lang w:val="ru-RU"/>
              </w:rPr>
              <w:t>://</w:t>
            </w:r>
            <w:r>
              <w:t>vk</w:t>
            </w:r>
            <w:r w:rsidRPr="00332DB8">
              <w:rPr>
                <w:lang w:val="ru-RU"/>
              </w:rPr>
              <w:t>.</w:t>
            </w:r>
            <w:r>
              <w:t>com</w:t>
            </w:r>
            <w:r w:rsidRPr="00332DB8">
              <w:rPr>
                <w:lang w:val="ru-RU"/>
              </w:rPr>
              <w:t>/</w:t>
            </w:r>
            <w:r>
              <w:t>video</w:t>
            </w:r>
            <w:r w:rsidRPr="00332DB8">
              <w:rPr>
                <w:lang w:val="ru-RU"/>
              </w:rPr>
              <w:t>-67405870_169503660 (решение Яльчикского районного суда Чувашской Республики – Чувашии от 25.03.2016);</w:t>
            </w:r>
          </w:p>
        </w:tc>
        <w:tc>
          <w:tcPr>
            <w:tcW w:w="2880" w:type="dxa"/>
          </w:tcPr>
          <w:p w:rsidR="006F7457" w:rsidRPr="00332DB8" w:rsidRDefault="006F7457">
            <w:pPr>
              <w:rPr>
                <w:lang w:val="ru-RU"/>
              </w:rPr>
            </w:pPr>
          </w:p>
        </w:tc>
      </w:tr>
      <w:tr w:rsidR="006F7457" w:rsidRPr="005A424D">
        <w:tc>
          <w:tcPr>
            <w:tcW w:w="2880" w:type="dxa"/>
          </w:tcPr>
          <w:p w:rsidR="006F7457" w:rsidRDefault="00332DB8">
            <w:r>
              <w:t>3531.</w:t>
            </w:r>
          </w:p>
        </w:tc>
        <w:tc>
          <w:tcPr>
            <w:tcW w:w="2880" w:type="dxa"/>
          </w:tcPr>
          <w:p w:rsidR="006F7457" w:rsidRPr="00332DB8" w:rsidRDefault="00332DB8">
            <w:pPr>
              <w:rPr>
                <w:lang w:val="ru-RU"/>
              </w:rPr>
            </w:pPr>
            <w:r w:rsidRPr="00332DB8">
              <w:rPr>
                <w:lang w:val="ru-RU"/>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3532.</w:t>
            </w:r>
          </w:p>
        </w:tc>
        <w:tc>
          <w:tcPr>
            <w:tcW w:w="2880" w:type="dxa"/>
          </w:tcPr>
          <w:p w:rsidR="006F7457" w:rsidRPr="00332DB8" w:rsidRDefault="00332DB8">
            <w:pPr>
              <w:rPr>
                <w:lang w:val="ru-RU"/>
              </w:rPr>
            </w:pPr>
            <w:r w:rsidRPr="00332DB8">
              <w:rPr>
                <w:lang w:val="ru-RU"/>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2880" w:type="dxa"/>
          </w:tcPr>
          <w:p w:rsidR="006F7457" w:rsidRPr="00332DB8" w:rsidRDefault="006F7457">
            <w:pPr>
              <w:rPr>
                <w:lang w:val="ru-RU"/>
              </w:rPr>
            </w:pPr>
          </w:p>
        </w:tc>
      </w:tr>
      <w:tr w:rsidR="006F7457" w:rsidRPr="005A424D">
        <w:tc>
          <w:tcPr>
            <w:tcW w:w="2880" w:type="dxa"/>
          </w:tcPr>
          <w:p w:rsidR="006F7457" w:rsidRDefault="00332DB8">
            <w:r>
              <w:t>3533.</w:t>
            </w:r>
          </w:p>
        </w:tc>
        <w:tc>
          <w:tcPr>
            <w:tcW w:w="2880" w:type="dxa"/>
          </w:tcPr>
          <w:p w:rsidR="006F7457" w:rsidRPr="00332DB8" w:rsidRDefault="00332DB8">
            <w:pPr>
              <w:rPr>
                <w:lang w:val="ru-RU"/>
              </w:rPr>
            </w:pPr>
            <w:r w:rsidRPr="00332DB8">
              <w:rPr>
                <w:lang w:val="ru-RU"/>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2880" w:type="dxa"/>
          </w:tcPr>
          <w:p w:rsidR="006F7457" w:rsidRPr="00332DB8" w:rsidRDefault="006F7457">
            <w:pPr>
              <w:rPr>
                <w:lang w:val="ru-RU"/>
              </w:rPr>
            </w:pPr>
          </w:p>
        </w:tc>
      </w:tr>
      <w:tr w:rsidR="006F7457" w:rsidRPr="005A424D">
        <w:tc>
          <w:tcPr>
            <w:tcW w:w="2880" w:type="dxa"/>
          </w:tcPr>
          <w:p w:rsidR="006F7457" w:rsidRDefault="00332DB8">
            <w:r>
              <w:t>3534.</w:t>
            </w:r>
          </w:p>
        </w:tc>
        <w:tc>
          <w:tcPr>
            <w:tcW w:w="2880" w:type="dxa"/>
          </w:tcPr>
          <w:p w:rsidR="006F7457" w:rsidRPr="00332DB8" w:rsidRDefault="00332DB8">
            <w:pPr>
              <w:rPr>
                <w:lang w:val="ru-RU"/>
              </w:rPr>
            </w:pPr>
            <w:r w:rsidRPr="00332DB8">
              <w:rPr>
                <w:lang w:val="ru-RU"/>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2880" w:type="dxa"/>
          </w:tcPr>
          <w:p w:rsidR="006F7457" w:rsidRPr="00332DB8" w:rsidRDefault="006F7457">
            <w:pPr>
              <w:rPr>
                <w:lang w:val="ru-RU"/>
              </w:rPr>
            </w:pPr>
          </w:p>
        </w:tc>
      </w:tr>
      <w:tr w:rsidR="006F7457" w:rsidRPr="005A424D">
        <w:tc>
          <w:tcPr>
            <w:tcW w:w="2880" w:type="dxa"/>
          </w:tcPr>
          <w:p w:rsidR="006F7457" w:rsidRDefault="00332DB8">
            <w:r>
              <w:t>3535.</w:t>
            </w:r>
          </w:p>
        </w:tc>
        <w:tc>
          <w:tcPr>
            <w:tcW w:w="2880" w:type="dxa"/>
          </w:tcPr>
          <w:p w:rsidR="006F7457" w:rsidRPr="00332DB8" w:rsidRDefault="00332DB8">
            <w:pPr>
              <w:rPr>
                <w:lang w:val="ru-RU"/>
              </w:rPr>
            </w:pPr>
            <w:r w:rsidRPr="00332DB8">
              <w:rPr>
                <w:lang w:val="ru-RU"/>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2880" w:type="dxa"/>
          </w:tcPr>
          <w:p w:rsidR="006F7457" w:rsidRPr="00332DB8" w:rsidRDefault="006F7457">
            <w:pPr>
              <w:rPr>
                <w:lang w:val="ru-RU"/>
              </w:rPr>
            </w:pPr>
          </w:p>
        </w:tc>
      </w:tr>
      <w:tr w:rsidR="006F7457" w:rsidRPr="005A424D">
        <w:tc>
          <w:tcPr>
            <w:tcW w:w="2880" w:type="dxa"/>
          </w:tcPr>
          <w:p w:rsidR="006F7457" w:rsidRDefault="00332DB8">
            <w:r>
              <w:t>3536.</w:t>
            </w:r>
          </w:p>
        </w:tc>
        <w:tc>
          <w:tcPr>
            <w:tcW w:w="2880" w:type="dxa"/>
          </w:tcPr>
          <w:p w:rsidR="006F7457" w:rsidRPr="00332DB8" w:rsidRDefault="00332DB8">
            <w:pPr>
              <w:rPr>
                <w:lang w:val="ru-RU"/>
              </w:rPr>
            </w:pPr>
            <w:r w:rsidRPr="00332DB8">
              <w:rPr>
                <w:lang w:val="ru-RU"/>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2880" w:type="dxa"/>
          </w:tcPr>
          <w:p w:rsidR="006F7457" w:rsidRPr="00332DB8" w:rsidRDefault="006F7457">
            <w:pPr>
              <w:rPr>
                <w:lang w:val="ru-RU"/>
              </w:rPr>
            </w:pPr>
          </w:p>
        </w:tc>
      </w:tr>
      <w:tr w:rsidR="006F7457" w:rsidRPr="005A424D">
        <w:tc>
          <w:tcPr>
            <w:tcW w:w="2880" w:type="dxa"/>
          </w:tcPr>
          <w:p w:rsidR="006F7457" w:rsidRDefault="00332DB8">
            <w:r>
              <w:t>353</w:t>
            </w:r>
            <w:r>
              <w:lastRenderedPageBreak/>
              <w:t>7.</w:t>
            </w:r>
          </w:p>
        </w:tc>
        <w:tc>
          <w:tcPr>
            <w:tcW w:w="2880" w:type="dxa"/>
          </w:tcPr>
          <w:p w:rsidR="006F7457" w:rsidRPr="00332DB8" w:rsidRDefault="00332DB8">
            <w:pPr>
              <w:rPr>
                <w:lang w:val="ru-RU"/>
              </w:rPr>
            </w:pPr>
            <w:r w:rsidRPr="00332DB8">
              <w:rPr>
                <w:lang w:val="ru-RU"/>
              </w:rPr>
              <w:lastRenderedPageBreak/>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3538.</w:t>
            </w:r>
          </w:p>
        </w:tc>
        <w:tc>
          <w:tcPr>
            <w:tcW w:w="2880" w:type="dxa"/>
          </w:tcPr>
          <w:p w:rsidR="006F7457" w:rsidRPr="00332DB8" w:rsidRDefault="00332DB8">
            <w:pPr>
              <w:rPr>
                <w:lang w:val="ru-RU"/>
              </w:rPr>
            </w:pPr>
            <w:r w:rsidRPr="00332DB8">
              <w:rPr>
                <w:lang w:val="ru-RU"/>
              </w:rP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2880" w:type="dxa"/>
          </w:tcPr>
          <w:p w:rsidR="006F7457" w:rsidRPr="00332DB8" w:rsidRDefault="006F7457">
            <w:pPr>
              <w:rPr>
                <w:lang w:val="ru-RU"/>
              </w:rPr>
            </w:pPr>
          </w:p>
        </w:tc>
      </w:tr>
      <w:tr w:rsidR="006F7457" w:rsidRPr="005A424D">
        <w:tc>
          <w:tcPr>
            <w:tcW w:w="2880" w:type="dxa"/>
          </w:tcPr>
          <w:p w:rsidR="006F7457" w:rsidRDefault="00332DB8">
            <w:r>
              <w:t>3539.</w:t>
            </w:r>
          </w:p>
        </w:tc>
        <w:tc>
          <w:tcPr>
            <w:tcW w:w="2880" w:type="dxa"/>
          </w:tcPr>
          <w:p w:rsidR="006F7457" w:rsidRPr="00332DB8" w:rsidRDefault="00332DB8">
            <w:pPr>
              <w:rPr>
                <w:lang w:val="ru-RU"/>
              </w:rPr>
            </w:pPr>
            <w:r w:rsidRPr="00332DB8">
              <w:rPr>
                <w:lang w:val="ru-RU"/>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2880" w:type="dxa"/>
          </w:tcPr>
          <w:p w:rsidR="006F7457" w:rsidRPr="00332DB8" w:rsidRDefault="006F7457">
            <w:pPr>
              <w:rPr>
                <w:lang w:val="ru-RU"/>
              </w:rPr>
            </w:pPr>
          </w:p>
        </w:tc>
      </w:tr>
      <w:tr w:rsidR="006F7457" w:rsidRPr="005A424D">
        <w:tc>
          <w:tcPr>
            <w:tcW w:w="2880" w:type="dxa"/>
          </w:tcPr>
          <w:p w:rsidR="006F7457" w:rsidRDefault="00332DB8">
            <w:r>
              <w:t>3540.</w:t>
            </w:r>
          </w:p>
        </w:tc>
        <w:tc>
          <w:tcPr>
            <w:tcW w:w="2880" w:type="dxa"/>
          </w:tcPr>
          <w:p w:rsidR="006F7457" w:rsidRPr="00332DB8" w:rsidRDefault="00332DB8">
            <w:pPr>
              <w:rPr>
                <w:lang w:val="ru-RU"/>
              </w:rPr>
            </w:pPr>
            <w:r w:rsidRPr="00332DB8">
              <w:rPr>
                <w:lang w:val="ru-RU"/>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2880" w:type="dxa"/>
          </w:tcPr>
          <w:p w:rsidR="006F7457" w:rsidRPr="00332DB8" w:rsidRDefault="006F7457">
            <w:pPr>
              <w:rPr>
                <w:lang w:val="ru-RU"/>
              </w:rPr>
            </w:pPr>
          </w:p>
        </w:tc>
      </w:tr>
      <w:tr w:rsidR="006F7457">
        <w:tc>
          <w:tcPr>
            <w:tcW w:w="2880" w:type="dxa"/>
          </w:tcPr>
          <w:p w:rsidR="006F7457" w:rsidRDefault="00332DB8">
            <w:r>
              <w:t>3541.</w:t>
            </w:r>
          </w:p>
        </w:tc>
        <w:tc>
          <w:tcPr>
            <w:tcW w:w="2880" w:type="dxa"/>
          </w:tcPr>
          <w:p w:rsidR="006F7457" w:rsidRDefault="00332DB8">
            <w:r w:rsidRPr="00332DB8">
              <w:rPr>
                <w:lang w:val="ru-RU"/>
              </w:rPr>
              <w:t xml:space="preserve">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w:t>
            </w:r>
            <w:r>
              <w:t>ны!» (решение Ингодинского районного суда г. Читы от 15.03.2016);</w:t>
            </w:r>
          </w:p>
        </w:tc>
        <w:tc>
          <w:tcPr>
            <w:tcW w:w="2880" w:type="dxa"/>
          </w:tcPr>
          <w:p w:rsidR="006F7457" w:rsidRDefault="006F7457"/>
        </w:tc>
      </w:tr>
      <w:tr w:rsidR="006F7457">
        <w:tc>
          <w:tcPr>
            <w:tcW w:w="2880" w:type="dxa"/>
          </w:tcPr>
          <w:p w:rsidR="006F7457" w:rsidRDefault="00332DB8">
            <w:r>
              <w:t>3542.</w:t>
            </w:r>
          </w:p>
        </w:tc>
        <w:tc>
          <w:tcPr>
            <w:tcW w:w="2880" w:type="dxa"/>
          </w:tcPr>
          <w:p w:rsidR="006F7457" w:rsidRDefault="00332DB8">
            <w:r w:rsidRPr="00332DB8">
              <w:rPr>
                <w:lang w:val="ru-RU"/>
              </w:rPr>
              <w:t xml:space="preserve">Изображение группы людей, пинающих лежащего на тротуаре человека, с надписью белого цвета: «Если б………………….дней…….» </w:t>
            </w:r>
            <w:r>
              <w:t>(решение Ингодинского районного суда г. Читы от 15.03.2016);</w:t>
            </w:r>
          </w:p>
        </w:tc>
        <w:tc>
          <w:tcPr>
            <w:tcW w:w="2880" w:type="dxa"/>
          </w:tcPr>
          <w:p w:rsidR="006F7457" w:rsidRDefault="006F7457"/>
        </w:tc>
      </w:tr>
      <w:tr w:rsidR="006F7457" w:rsidRPr="005A424D">
        <w:tc>
          <w:tcPr>
            <w:tcW w:w="2880" w:type="dxa"/>
          </w:tcPr>
          <w:p w:rsidR="006F7457" w:rsidRDefault="00332DB8">
            <w:r>
              <w:lastRenderedPageBreak/>
              <w:t>3543.</w:t>
            </w:r>
          </w:p>
        </w:tc>
        <w:tc>
          <w:tcPr>
            <w:tcW w:w="2880" w:type="dxa"/>
          </w:tcPr>
          <w:p w:rsidR="006F7457" w:rsidRPr="00332DB8" w:rsidRDefault="00332DB8">
            <w:pPr>
              <w:rPr>
                <w:lang w:val="ru-RU"/>
              </w:rPr>
            </w:pPr>
            <w:r w:rsidRPr="00332DB8">
              <w:rPr>
                <w:lang w:val="ru-RU"/>
              </w:rP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3544.</w:t>
            </w:r>
          </w:p>
        </w:tc>
        <w:tc>
          <w:tcPr>
            <w:tcW w:w="2880" w:type="dxa"/>
          </w:tcPr>
          <w:p w:rsidR="006F7457" w:rsidRPr="00332DB8" w:rsidRDefault="00332DB8">
            <w:pPr>
              <w:rPr>
                <w:lang w:val="ru-RU"/>
              </w:rPr>
            </w:pPr>
            <w:r w:rsidRPr="00332DB8">
              <w:rPr>
                <w:lang w:val="ru-RU"/>
              </w:rPr>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2880" w:type="dxa"/>
          </w:tcPr>
          <w:p w:rsidR="006F7457" w:rsidRPr="00332DB8" w:rsidRDefault="006F7457">
            <w:pPr>
              <w:rPr>
                <w:lang w:val="ru-RU"/>
              </w:rPr>
            </w:pPr>
          </w:p>
        </w:tc>
      </w:tr>
      <w:tr w:rsidR="006F7457">
        <w:tc>
          <w:tcPr>
            <w:tcW w:w="2880" w:type="dxa"/>
          </w:tcPr>
          <w:p w:rsidR="006F7457" w:rsidRDefault="00332DB8">
            <w:r>
              <w:t>3545.</w:t>
            </w:r>
          </w:p>
        </w:tc>
        <w:tc>
          <w:tcPr>
            <w:tcW w:w="2880" w:type="dxa"/>
          </w:tcPr>
          <w:p w:rsidR="006F7457" w:rsidRDefault="00332DB8">
            <w:r w:rsidRPr="00332DB8">
              <w:rPr>
                <w:lang w:val="ru-RU"/>
              </w:rPr>
              <w:t xml:space="preserve">Изображение рисунка животного, напоминающего тираннозавра, красного цвета, на туловище которого изображена ………, с текстом, выполненным черным цветом: «…………… </w:t>
            </w:r>
            <w:r>
              <w:t>Россию!!!» (решение Ингодинского районного суда г. Читы от 15.03.2016);</w:t>
            </w:r>
          </w:p>
        </w:tc>
        <w:tc>
          <w:tcPr>
            <w:tcW w:w="2880" w:type="dxa"/>
          </w:tcPr>
          <w:p w:rsidR="006F7457" w:rsidRDefault="006F7457"/>
        </w:tc>
      </w:tr>
      <w:tr w:rsidR="006F7457">
        <w:tc>
          <w:tcPr>
            <w:tcW w:w="2880" w:type="dxa"/>
          </w:tcPr>
          <w:p w:rsidR="006F7457" w:rsidRDefault="00332DB8">
            <w:r>
              <w:t>3546.</w:t>
            </w:r>
          </w:p>
        </w:tc>
        <w:tc>
          <w:tcPr>
            <w:tcW w:w="2880" w:type="dxa"/>
          </w:tcPr>
          <w:p w:rsidR="006F7457" w:rsidRDefault="00332DB8">
            <w:r w:rsidRPr="00332DB8">
              <w:rPr>
                <w:lang w:val="ru-RU"/>
              </w:rPr>
              <w:t xml:space="preserve">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w:t>
            </w:r>
            <w:r>
              <w:t>О……..!» (решение Ингодинского районного суда г. Читы от 15.03.2016);</w:t>
            </w:r>
          </w:p>
        </w:tc>
        <w:tc>
          <w:tcPr>
            <w:tcW w:w="2880" w:type="dxa"/>
          </w:tcPr>
          <w:p w:rsidR="006F7457" w:rsidRDefault="006F7457"/>
        </w:tc>
      </w:tr>
      <w:tr w:rsidR="006F7457">
        <w:tc>
          <w:tcPr>
            <w:tcW w:w="2880" w:type="dxa"/>
          </w:tcPr>
          <w:p w:rsidR="006F7457" w:rsidRDefault="00332DB8">
            <w:r>
              <w:t>3547.</w:t>
            </w:r>
          </w:p>
        </w:tc>
        <w:tc>
          <w:tcPr>
            <w:tcW w:w="2880" w:type="dxa"/>
          </w:tcPr>
          <w:p w:rsidR="006F7457" w:rsidRDefault="00332DB8">
            <w:r w:rsidRPr="00332DB8">
              <w:rPr>
                <w:lang w:val="ru-RU"/>
              </w:rPr>
              <w:t xml:space="preserve">Рисунок с изображением российского (справа) и украинского (слева) флагов, сопровождающийся надписью, выполненной белым цветом, следующего содержания: «Д…………. </w:t>
            </w:r>
            <w:r>
              <w:t>вместе» (решение Ингодинского районного суда г. Читы от 15.03.2016);</w:t>
            </w:r>
          </w:p>
        </w:tc>
        <w:tc>
          <w:tcPr>
            <w:tcW w:w="2880" w:type="dxa"/>
          </w:tcPr>
          <w:p w:rsidR="006F7457" w:rsidRDefault="006F7457"/>
        </w:tc>
      </w:tr>
      <w:tr w:rsidR="006F7457" w:rsidRPr="005A424D">
        <w:tc>
          <w:tcPr>
            <w:tcW w:w="2880" w:type="dxa"/>
          </w:tcPr>
          <w:p w:rsidR="006F7457" w:rsidRDefault="00332DB8">
            <w:r>
              <w:t>354</w:t>
            </w:r>
            <w:r>
              <w:lastRenderedPageBreak/>
              <w:t>8.</w:t>
            </w:r>
          </w:p>
        </w:tc>
        <w:tc>
          <w:tcPr>
            <w:tcW w:w="2880" w:type="dxa"/>
          </w:tcPr>
          <w:p w:rsidR="006F7457" w:rsidRPr="00332DB8" w:rsidRDefault="00332DB8">
            <w:pPr>
              <w:rPr>
                <w:lang w:val="ru-RU"/>
              </w:rPr>
            </w:pPr>
            <w:r w:rsidRPr="00332DB8">
              <w:rPr>
                <w:lang w:val="ru-RU"/>
              </w:rPr>
              <w:lastRenderedPageBreak/>
              <w:t xml:space="preserve">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w:t>
            </w:r>
            <w:r w:rsidRPr="00332DB8">
              <w:rPr>
                <w:lang w:val="ru-RU"/>
              </w:rPr>
              <w:lastRenderedPageBreak/>
              <w:t>15.03.2016);</w:t>
            </w:r>
          </w:p>
        </w:tc>
        <w:tc>
          <w:tcPr>
            <w:tcW w:w="2880" w:type="dxa"/>
          </w:tcPr>
          <w:p w:rsidR="006F7457" w:rsidRPr="00332DB8" w:rsidRDefault="006F7457">
            <w:pPr>
              <w:rPr>
                <w:lang w:val="ru-RU"/>
              </w:rPr>
            </w:pPr>
          </w:p>
        </w:tc>
      </w:tr>
      <w:tr w:rsidR="006F7457">
        <w:tc>
          <w:tcPr>
            <w:tcW w:w="2880" w:type="dxa"/>
          </w:tcPr>
          <w:p w:rsidR="006F7457" w:rsidRDefault="00332DB8">
            <w:r>
              <w:lastRenderedPageBreak/>
              <w:t>3549.</w:t>
            </w:r>
          </w:p>
        </w:tc>
        <w:tc>
          <w:tcPr>
            <w:tcW w:w="2880" w:type="dxa"/>
          </w:tcPr>
          <w:p w:rsidR="006F7457" w:rsidRDefault="00332DB8">
            <w:r w:rsidRPr="00332DB8">
              <w:rPr>
                <w:lang w:val="ru-RU"/>
              </w:rPr>
              <w:t xml:space="preserve">Изображение с фотографией группы молодых людей в ………… одежде, идущих по улице, с текстом белого цвета на черном фоне следующего содержания: «Это……………………… </w:t>
            </w:r>
            <w:r>
              <w:t>человека!» (решение Ингодинского районного суда г. Читы от 15.03.2016);</w:t>
            </w:r>
          </w:p>
        </w:tc>
        <w:tc>
          <w:tcPr>
            <w:tcW w:w="2880" w:type="dxa"/>
          </w:tcPr>
          <w:p w:rsidR="006F7457" w:rsidRDefault="006F7457"/>
        </w:tc>
      </w:tr>
      <w:tr w:rsidR="006F7457">
        <w:tc>
          <w:tcPr>
            <w:tcW w:w="2880" w:type="dxa"/>
          </w:tcPr>
          <w:p w:rsidR="006F7457" w:rsidRDefault="00332DB8">
            <w:r>
              <w:t>3550.</w:t>
            </w:r>
          </w:p>
        </w:tc>
        <w:tc>
          <w:tcPr>
            <w:tcW w:w="2880" w:type="dxa"/>
          </w:tcPr>
          <w:p w:rsidR="006F7457" w:rsidRDefault="00332DB8">
            <w:r w:rsidRPr="00332DB8">
              <w:rPr>
                <w:lang w:val="ru-RU"/>
              </w:rPr>
              <w:t xml:space="preserve">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w:t>
            </w:r>
            <w:r>
              <w:t>(решение Ингодинского районного суда г. Читы от 15.03.2016);</w:t>
            </w:r>
          </w:p>
        </w:tc>
        <w:tc>
          <w:tcPr>
            <w:tcW w:w="2880" w:type="dxa"/>
          </w:tcPr>
          <w:p w:rsidR="006F7457" w:rsidRDefault="006F7457"/>
        </w:tc>
      </w:tr>
      <w:tr w:rsidR="006F7457">
        <w:tc>
          <w:tcPr>
            <w:tcW w:w="2880" w:type="dxa"/>
          </w:tcPr>
          <w:p w:rsidR="006F7457" w:rsidRDefault="00332DB8">
            <w:r>
              <w:t>3551.</w:t>
            </w:r>
          </w:p>
        </w:tc>
        <w:tc>
          <w:tcPr>
            <w:tcW w:w="2880" w:type="dxa"/>
          </w:tcPr>
          <w:p w:rsidR="006F7457" w:rsidRDefault="00332DB8">
            <w:r w:rsidRPr="00332DB8">
              <w:rPr>
                <w:lang w:val="ru-RU"/>
              </w:rPr>
              <w:t xml:space="preserve">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w:t>
            </w:r>
            <w:r>
              <w:t>(решение Ингодинского районного суда г. Читы от 15.03.2016);</w:t>
            </w:r>
          </w:p>
        </w:tc>
        <w:tc>
          <w:tcPr>
            <w:tcW w:w="2880" w:type="dxa"/>
          </w:tcPr>
          <w:p w:rsidR="006F7457" w:rsidRDefault="006F7457"/>
        </w:tc>
      </w:tr>
      <w:tr w:rsidR="006F7457">
        <w:tc>
          <w:tcPr>
            <w:tcW w:w="2880" w:type="dxa"/>
          </w:tcPr>
          <w:p w:rsidR="006F7457" w:rsidRDefault="00332DB8">
            <w:r>
              <w:t>3552.</w:t>
            </w:r>
          </w:p>
        </w:tc>
        <w:tc>
          <w:tcPr>
            <w:tcW w:w="2880" w:type="dxa"/>
          </w:tcPr>
          <w:p w:rsidR="006F7457" w:rsidRDefault="00332DB8">
            <w:r w:rsidRPr="00332DB8">
              <w:rPr>
                <w:lang w:val="ru-RU"/>
              </w:rPr>
              <w:t xml:space="preserve">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w:t>
            </w:r>
            <w:r>
              <w:t>(решение Ингодинского районного суда г. Читы от 15.03.2016);</w:t>
            </w:r>
          </w:p>
        </w:tc>
        <w:tc>
          <w:tcPr>
            <w:tcW w:w="2880" w:type="dxa"/>
          </w:tcPr>
          <w:p w:rsidR="006F7457" w:rsidRDefault="006F7457"/>
        </w:tc>
      </w:tr>
      <w:tr w:rsidR="006F7457" w:rsidRPr="005A424D">
        <w:tc>
          <w:tcPr>
            <w:tcW w:w="2880" w:type="dxa"/>
          </w:tcPr>
          <w:p w:rsidR="006F7457" w:rsidRDefault="00332DB8">
            <w:r>
              <w:t>3553.</w:t>
            </w:r>
          </w:p>
        </w:tc>
        <w:tc>
          <w:tcPr>
            <w:tcW w:w="2880" w:type="dxa"/>
          </w:tcPr>
          <w:p w:rsidR="006F7457" w:rsidRPr="00332DB8" w:rsidRDefault="00332DB8">
            <w:pPr>
              <w:rPr>
                <w:lang w:val="ru-RU"/>
              </w:rPr>
            </w:pPr>
            <w:r w:rsidRPr="00332DB8">
              <w:rPr>
                <w:lang w:val="ru-RU"/>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2880" w:type="dxa"/>
          </w:tcPr>
          <w:p w:rsidR="006F7457" w:rsidRPr="00332DB8" w:rsidRDefault="006F7457">
            <w:pPr>
              <w:rPr>
                <w:lang w:val="ru-RU"/>
              </w:rPr>
            </w:pPr>
          </w:p>
        </w:tc>
      </w:tr>
      <w:tr w:rsidR="006F7457">
        <w:tc>
          <w:tcPr>
            <w:tcW w:w="2880" w:type="dxa"/>
          </w:tcPr>
          <w:p w:rsidR="006F7457" w:rsidRDefault="00332DB8">
            <w:r>
              <w:lastRenderedPageBreak/>
              <w:t>3554.</w:t>
            </w:r>
          </w:p>
        </w:tc>
        <w:tc>
          <w:tcPr>
            <w:tcW w:w="2880" w:type="dxa"/>
          </w:tcPr>
          <w:p w:rsidR="006F7457" w:rsidRDefault="00332DB8">
            <w:r w:rsidRPr="00332DB8">
              <w:rPr>
                <w:lang w:val="ru-RU"/>
              </w:rPr>
              <w:t xml:space="preserve">Изображение с фотографией группы испуганных молодых людей ……….. внешности со следами побоев на лицах, и надписью: «Мне кажется………….» </w:t>
            </w:r>
            <w:r>
              <w:t>(решение Ингодинского районного суда г. Читы от 15.03.2016);</w:t>
            </w:r>
          </w:p>
        </w:tc>
        <w:tc>
          <w:tcPr>
            <w:tcW w:w="2880" w:type="dxa"/>
          </w:tcPr>
          <w:p w:rsidR="006F7457" w:rsidRDefault="006F7457"/>
        </w:tc>
      </w:tr>
      <w:tr w:rsidR="006F7457">
        <w:tc>
          <w:tcPr>
            <w:tcW w:w="2880" w:type="dxa"/>
          </w:tcPr>
          <w:p w:rsidR="006F7457" w:rsidRDefault="00332DB8">
            <w:r>
              <w:t>3555.</w:t>
            </w:r>
          </w:p>
        </w:tc>
        <w:tc>
          <w:tcPr>
            <w:tcW w:w="2880" w:type="dxa"/>
          </w:tcPr>
          <w:p w:rsidR="006F7457" w:rsidRDefault="00332DB8">
            <w:r w:rsidRPr="00332DB8">
              <w:rPr>
                <w:lang w:val="ru-RU"/>
              </w:rPr>
              <w:t xml:space="preserve">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w:t>
            </w:r>
            <w:r>
              <w:t>«Зоопарк» (решение Ингодинского районного суда г. Читы от 15.03.2016);</w:t>
            </w:r>
          </w:p>
        </w:tc>
        <w:tc>
          <w:tcPr>
            <w:tcW w:w="2880" w:type="dxa"/>
          </w:tcPr>
          <w:p w:rsidR="006F7457" w:rsidRDefault="006F7457"/>
        </w:tc>
      </w:tr>
      <w:tr w:rsidR="006F7457" w:rsidRPr="005A424D">
        <w:tc>
          <w:tcPr>
            <w:tcW w:w="2880" w:type="dxa"/>
          </w:tcPr>
          <w:p w:rsidR="006F7457" w:rsidRDefault="00332DB8">
            <w:r>
              <w:t>3556.</w:t>
            </w:r>
          </w:p>
        </w:tc>
        <w:tc>
          <w:tcPr>
            <w:tcW w:w="2880" w:type="dxa"/>
          </w:tcPr>
          <w:p w:rsidR="006F7457" w:rsidRPr="00332DB8" w:rsidRDefault="00332DB8">
            <w:pPr>
              <w:rPr>
                <w:lang w:val="ru-RU"/>
              </w:rPr>
            </w:pPr>
            <w:r w:rsidRPr="00332DB8">
              <w:rPr>
                <w:lang w:val="ru-RU"/>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2880" w:type="dxa"/>
          </w:tcPr>
          <w:p w:rsidR="006F7457" w:rsidRPr="00332DB8" w:rsidRDefault="006F7457">
            <w:pPr>
              <w:rPr>
                <w:lang w:val="ru-RU"/>
              </w:rPr>
            </w:pPr>
          </w:p>
        </w:tc>
      </w:tr>
      <w:tr w:rsidR="006F7457">
        <w:tc>
          <w:tcPr>
            <w:tcW w:w="2880" w:type="dxa"/>
          </w:tcPr>
          <w:p w:rsidR="006F7457" w:rsidRDefault="00332DB8">
            <w:r>
              <w:t>3557.</w:t>
            </w:r>
          </w:p>
        </w:tc>
        <w:tc>
          <w:tcPr>
            <w:tcW w:w="2880" w:type="dxa"/>
          </w:tcPr>
          <w:p w:rsidR="006F7457" w:rsidRDefault="00332DB8">
            <w:r w:rsidRPr="00332DB8">
              <w:rPr>
                <w:lang w:val="ru-RU"/>
              </w:rPr>
              <w:t xml:space="preserve">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w:t>
            </w:r>
            <w:r>
              <w:t>(решение Ингодинского районного суда г. Читы от 15.03.2016);</w:t>
            </w:r>
          </w:p>
        </w:tc>
        <w:tc>
          <w:tcPr>
            <w:tcW w:w="2880" w:type="dxa"/>
          </w:tcPr>
          <w:p w:rsidR="006F7457" w:rsidRDefault="006F7457"/>
        </w:tc>
      </w:tr>
      <w:tr w:rsidR="006F7457">
        <w:tc>
          <w:tcPr>
            <w:tcW w:w="2880" w:type="dxa"/>
          </w:tcPr>
          <w:p w:rsidR="006F7457" w:rsidRDefault="00332DB8">
            <w:r>
              <w:t>3558.</w:t>
            </w:r>
          </w:p>
        </w:tc>
        <w:tc>
          <w:tcPr>
            <w:tcW w:w="2880" w:type="dxa"/>
          </w:tcPr>
          <w:p w:rsidR="006F7457" w:rsidRDefault="00332DB8">
            <w:r w:rsidRPr="00332DB8">
              <w:rPr>
                <w:lang w:val="ru-RU"/>
              </w:rPr>
              <w:t xml:space="preserve">Рисунок с изображением двух мужчин: первый – в маске с ножом в руке, направленном в спину второго – ………………, одетого в кепку, с надписью </w:t>
            </w:r>
            <w:r>
              <w:t>«Пора……………..» (решение Ингодинского районного суда г. Читы от 15.03.2016);</w:t>
            </w:r>
          </w:p>
        </w:tc>
        <w:tc>
          <w:tcPr>
            <w:tcW w:w="2880" w:type="dxa"/>
          </w:tcPr>
          <w:p w:rsidR="006F7457" w:rsidRDefault="006F7457"/>
        </w:tc>
      </w:tr>
      <w:tr w:rsidR="006F7457">
        <w:tc>
          <w:tcPr>
            <w:tcW w:w="2880" w:type="dxa"/>
          </w:tcPr>
          <w:p w:rsidR="006F7457" w:rsidRDefault="00332DB8">
            <w:r>
              <w:t>355</w:t>
            </w:r>
            <w:r>
              <w:lastRenderedPageBreak/>
              <w:t>9.</w:t>
            </w:r>
          </w:p>
        </w:tc>
        <w:tc>
          <w:tcPr>
            <w:tcW w:w="2880" w:type="dxa"/>
          </w:tcPr>
          <w:p w:rsidR="006F7457" w:rsidRDefault="00332DB8">
            <w:r w:rsidRPr="00332DB8">
              <w:rPr>
                <w:lang w:val="ru-RU"/>
              </w:rPr>
              <w:lastRenderedPageBreak/>
              <w:t xml:space="preserve">Рисунок со схематическим изображением двух людей, один из которых целится из пистолета другому в висок, с надписью </w:t>
            </w:r>
            <w:r>
              <w:t>«У…………….» (решение Ингодинского районного суда г. Читы от 15.03.2016);</w:t>
            </w:r>
          </w:p>
        </w:tc>
        <w:tc>
          <w:tcPr>
            <w:tcW w:w="2880" w:type="dxa"/>
          </w:tcPr>
          <w:p w:rsidR="006F7457" w:rsidRDefault="006F7457"/>
        </w:tc>
      </w:tr>
      <w:tr w:rsidR="006F7457">
        <w:tc>
          <w:tcPr>
            <w:tcW w:w="2880" w:type="dxa"/>
          </w:tcPr>
          <w:p w:rsidR="006F7457" w:rsidRDefault="00332DB8">
            <w:r>
              <w:lastRenderedPageBreak/>
              <w:t>3560.</w:t>
            </w:r>
          </w:p>
        </w:tc>
        <w:tc>
          <w:tcPr>
            <w:tcW w:w="2880" w:type="dxa"/>
          </w:tcPr>
          <w:p w:rsidR="006F7457" w:rsidRDefault="00332DB8">
            <w:r w:rsidRPr="00332DB8">
              <w:rPr>
                <w:lang w:val="ru-RU"/>
              </w:rPr>
              <w:t xml:space="preserve">Изображение с фотографией …………. с выставленной вперед сжатой в кулак левой рукой и поднятым вверх большим пальцем и надписью </w:t>
            </w:r>
            <w:r>
              <w:t>«Ж...» (решение Ингодинского районного суда г. Читы от 15.03.2016);</w:t>
            </w:r>
          </w:p>
        </w:tc>
        <w:tc>
          <w:tcPr>
            <w:tcW w:w="2880" w:type="dxa"/>
          </w:tcPr>
          <w:p w:rsidR="006F7457" w:rsidRDefault="006F7457"/>
        </w:tc>
      </w:tr>
      <w:tr w:rsidR="006F7457" w:rsidRPr="005A424D">
        <w:tc>
          <w:tcPr>
            <w:tcW w:w="2880" w:type="dxa"/>
          </w:tcPr>
          <w:p w:rsidR="006F7457" w:rsidRDefault="00332DB8">
            <w:r>
              <w:t>3561.</w:t>
            </w:r>
          </w:p>
        </w:tc>
        <w:tc>
          <w:tcPr>
            <w:tcW w:w="2880" w:type="dxa"/>
          </w:tcPr>
          <w:p w:rsidR="006F7457" w:rsidRPr="00332DB8" w:rsidRDefault="00332DB8">
            <w:pPr>
              <w:rPr>
                <w:lang w:val="ru-RU"/>
              </w:rPr>
            </w:pPr>
            <w:r w:rsidRPr="00332DB8">
              <w:rPr>
                <w:lang w:val="ru-RU"/>
              </w:rPr>
              <w:t xml:space="preserve">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w:t>
            </w:r>
            <w:r>
              <w:t>http</w:t>
            </w:r>
            <w:r w:rsidRPr="00332DB8">
              <w:rPr>
                <w:lang w:val="ru-RU"/>
              </w:rPr>
              <w:t>://</w:t>
            </w:r>
            <w:r>
              <w:t>www</w:t>
            </w:r>
            <w:r w:rsidRPr="00332DB8">
              <w:rPr>
                <w:lang w:val="ru-RU"/>
              </w:rPr>
              <w:t>.</w:t>
            </w:r>
            <w:r>
              <w:t>sunnaonline</w:t>
            </w:r>
            <w:r w:rsidRPr="00332DB8">
              <w:rPr>
                <w:lang w:val="ru-RU"/>
              </w:rPr>
              <w:t>.</w:t>
            </w:r>
            <w:r>
              <w:t>com</w:t>
            </w:r>
            <w:r w:rsidRPr="00332DB8">
              <w:rPr>
                <w:lang w:val="ru-RU"/>
              </w:rPr>
              <w:t>/</w:t>
            </w:r>
            <w:r>
              <w:t>fig</w:t>
            </w:r>
            <w:r w:rsidRPr="00332DB8">
              <w:rPr>
                <w:lang w:val="ru-RU"/>
              </w:rPr>
              <w:t>/</w:t>
            </w:r>
            <w:r>
              <w:t>jihad</w:t>
            </w:r>
            <w:r w:rsidRPr="00332DB8">
              <w:rPr>
                <w:lang w:val="ru-RU"/>
              </w:rPr>
              <w:t>/855----</w:t>
            </w:r>
            <w:r>
              <w:t>q</w:t>
            </w:r>
            <w:r w:rsidRPr="00332DB8">
              <w:rPr>
                <w:lang w:val="ru-RU"/>
              </w:rPr>
              <w:t>-------------</w:t>
            </w:r>
            <w:r>
              <w:t>q</w:t>
            </w:r>
            <w:r w:rsidRPr="00332DB8">
              <w:rPr>
                <w:lang w:val="ru-RU"/>
              </w:rPr>
              <w:t xml:space="preserve"> (решение Кировского районного суда г. Астрахани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3562.</w:t>
            </w:r>
          </w:p>
        </w:tc>
        <w:tc>
          <w:tcPr>
            <w:tcW w:w="2880" w:type="dxa"/>
          </w:tcPr>
          <w:p w:rsidR="006F7457" w:rsidRPr="00332DB8" w:rsidRDefault="00332DB8">
            <w:pPr>
              <w:rPr>
                <w:lang w:val="ru-RU"/>
              </w:rPr>
            </w:pPr>
            <w:r w:rsidRPr="00332DB8">
              <w:rPr>
                <w:lang w:val="ru-RU"/>
              </w:rPr>
              <w:t>Видеофайл (видеоролик) «</w:t>
            </w:r>
            <w:r>
              <w:t>http</w:t>
            </w:r>
            <w:r w:rsidRPr="00332DB8">
              <w:rPr>
                <w:lang w:val="ru-RU"/>
              </w:rPr>
              <w:t>://</w:t>
            </w:r>
            <w:r>
              <w:t>vk</w:t>
            </w:r>
            <w:r w:rsidRPr="00332DB8">
              <w:rPr>
                <w:lang w:val="ru-RU"/>
              </w:rPr>
              <w:t>.</w:t>
            </w:r>
            <w:r>
              <w:t>com</w:t>
            </w:r>
            <w:r w:rsidRPr="00332DB8">
              <w:rPr>
                <w:lang w:val="ru-RU"/>
              </w:rPr>
              <w:t>./</w:t>
            </w:r>
            <w:r>
              <w:t>videos</w:t>
            </w:r>
            <w:r w:rsidRPr="00332DB8">
              <w:rPr>
                <w:lang w:val="ru-RU"/>
              </w:rPr>
              <w:t>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170127381» на открытой странице «Назар Жуков» (решение Ковдорского районного суда Мурманской области от 24.03.2016);</w:t>
            </w:r>
          </w:p>
        </w:tc>
        <w:tc>
          <w:tcPr>
            <w:tcW w:w="2880" w:type="dxa"/>
          </w:tcPr>
          <w:p w:rsidR="006F7457" w:rsidRPr="00332DB8" w:rsidRDefault="006F7457">
            <w:pPr>
              <w:rPr>
                <w:lang w:val="ru-RU"/>
              </w:rPr>
            </w:pPr>
          </w:p>
        </w:tc>
      </w:tr>
      <w:tr w:rsidR="006F7457" w:rsidRPr="005A424D">
        <w:tc>
          <w:tcPr>
            <w:tcW w:w="2880" w:type="dxa"/>
          </w:tcPr>
          <w:p w:rsidR="006F7457" w:rsidRDefault="00332DB8">
            <w:r>
              <w:t>3563.</w:t>
            </w:r>
          </w:p>
        </w:tc>
        <w:tc>
          <w:tcPr>
            <w:tcW w:w="2880" w:type="dxa"/>
          </w:tcPr>
          <w:p w:rsidR="006F7457" w:rsidRPr="00332DB8" w:rsidRDefault="00332DB8">
            <w:pPr>
              <w:rPr>
                <w:lang w:val="ru-RU"/>
              </w:rPr>
            </w:pPr>
            <w:r>
              <w:t xml:space="preserve">Брошюра «Слушайся бога» (2011 WATCH TOWER BIBLE AND TRACT SOCIETY OF PENNSYLVANIA, сделано в Великобритании, издание 2011 года, 32 стр.) </w:t>
            </w:r>
            <w:r w:rsidRPr="00332DB8">
              <w:rPr>
                <w:lang w:val="ru-RU"/>
              </w:rPr>
              <w:t>(решение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24.08.2016);</w:t>
            </w:r>
          </w:p>
        </w:tc>
        <w:tc>
          <w:tcPr>
            <w:tcW w:w="2880" w:type="dxa"/>
          </w:tcPr>
          <w:p w:rsidR="006F7457" w:rsidRPr="00332DB8" w:rsidRDefault="006F7457">
            <w:pPr>
              <w:rPr>
                <w:lang w:val="ru-RU"/>
              </w:rPr>
            </w:pPr>
          </w:p>
        </w:tc>
      </w:tr>
      <w:tr w:rsidR="006F7457" w:rsidRPr="005A424D">
        <w:tc>
          <w:tcPr>
            <w:tcW w:w="2880" w:type="dxa"/>
          </w:tcPr>
          <w:p w:rsidR="006F7457" w:rsidRDefault="00332DB8">
            <w:r>
              <w:t>3564.</w:t>
            </w:r>
          </w:p>
        </w:tc>
        <w:tc>
          <w:tcPr>
            <w:tcW w:w="2880" w:type="dxa"/>
          </w:tcPr>
          <w:p w:rsidR="006F7457" w:rsidRPr="00332DB8" w:rsidRDefault="00332DB8">
            <w:pPr>
              <w:rPr>
                <w:lang w:val="ru-RU"/>
              </w:rPr>
            </w:pPr>
            <w:r w:rsidRPr="00332DB8">
              <w:rPr>
                <w:lang w:val="ru-RU"/>
              </w:rPr>
              <w:t xml:space="preserve">Информационные видеоматериалы, размещенные в информационно-телекоммуникационной сети «Интернет» на интернет-сайте </w:t>
            </w:r>
            <w:r>
              <w:t>https</w:t>
            </w:r>
            <w:r w:rsidRPr="00332DB8">
              <w:rPr>
                <w:lang w:val="ru-RU"/>
              </w:rPr>
              <w:t>://</w:t>
            </w:r>
            <w:r>
              <w:t>youtu</w:t>
            </w:r>
            <w:r w:rsidRPr="00332DB8">
              <w:rPr>
                <w:lang w:val="ru-RU"/>
              </w:rPr>
              <w:t>.</w:t>
            </w:r>
            <w:r>
              <w:t>be</w:t>
            </w:r>
            <w:r w:rsidRPr="00332DB8">
              <w:rPr>
                <w:lang w:val="ru-RU"/>
              </w:rPr>
              <w:t>/</w:t>
            </w:r>
            <w:r>
              <w:t>CSalxYTf</w:t>
            </w:r>
            <w:r w:rsidRPr="00332DB8">
              <w:rPr>
                <w:lang w:val="ru-RU"/>
              </w:rPr>
              <w:t>31</w:t>
            </w:r>
            <w:r>
              <w:t>M</w:t>
            </w:r>
            <w:r w:rsidRPr="00332DB8">
              <w:rPr>
                <w:lang w:val="ru-RU"/>
              </w:rPr>
              <w:t xml:space="preserve"> (решение Ноябрьского городского суда Ямало-Ненецкого автономного округа от 04.05.2016);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3565.</w:t>
            </w:r>
          </w:p>
        </w:tc>
        <w:tc>
          <w:tcPr>
            <w:tcW w:w="2880" w:type="dxa"/>
          </w:tcPr>
          <w:p w:rsidR="006F7457" w:rsidRPr="00332DB8" w:rsidRDefault="00332DB8">
            <w:pPr>
              <w:rPr>
                <w:lang w:val="ru-RU"/>
              </w:rPr>
            </w:pPr>
            <w:r>
              <w:t xml:space="preserve">Брошюра «Как появилась жизнь?» (2015 WATCH TOWER BIBLE AND TRACT SOCIETY OF PENNSYLVANIA, сделано в Германии, издание 2014 года, 16 стр.) </w:t>
            </w:r>
            <w:r w:rsidRPr="00332DB8">
              <w:rPr>
                <w:lang w:val="ru-RU"/>
              </w:rPr>
              <w:t>(решение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2880" w:type="dxa"/>
          </w:tcPr>
          <w:p w:rsidR="006F7457" w:rsidRPr="00332DB8" w:rsidRDefault="006F7457">
            <w:pPr>
              <w:rPr>
                <w:lang w:val="ru-RU"/>
              </w:rPr>
            </w:pPr>
          </w:p>
        </w:tc>
      </w:tr>
      <w:tr w:rsidR="006F7457" w:rsidRPr="005A424D">
        <w:tc>
          <w:tcPr>
            <w:tcW w:w="2880" w:type="dxa"/>
          </w:tcPr>
          <w:p w:rsidR="006F7457" w:rsidRDefault="00332DB8">
            <w:r>
              <w:t>3566.</w:t>
            </w:r>
          </w:p>
        </w:tc>
        <w:tc>
          <w:tcPr>
            <w:tcW w:w="2880" w:type="dxa"/>
          </w:tcPr>
          <w:p w:rsidR="006F7457" w:rsidRPr="00332DB8" w:rsidRDefault="00332DB8">
            <w:pPr>
              <w:rPr>
                <w:lang w:val="ru-RU"/>
              </w:rPr>
            </w:pPr>
            <w:r w:rsidRPr="00332DB8">
              <w:rPr>
                <w:lang w:val="ru-RU"/>
              </w:rPr>
              <w:t xml:space="preserve">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w:t>
            </w:r>
            <w:r>
              <w:t>vk</w:t>
            </w:r>
            <w:r w:rsidRPr="00332DB8">
              <w:rPr>
                <w:lang w:val="ru-RU"/>
              </w:rPr>
              <w:t>.</w:t>
            </w:r>
            <w:r>
              <w:t>com</w:t>
            </w:r>
            <w:r w:rsidRPr="00332DB8">
              <w:rPr>
                <w:lang w:val="ru-RU"/>
              </w:rPr>
              <w:t xml:space="preserve"> по электронному адресу: </w:t>
            </w:r>
            <w:r>
              <w:t>https</w:t>
            </w:r>
            <w:r w:rsidRPr="00332DB8">
              <w:rPr>
                <w:lang w:val="ru-RU"/>
              </w:rPr>
              <w:t>://</w:t>
            </w:r>
            <w:r>
              <w:t>vk</w:t>
            </w:r>
            <w:r w:rsidRPr="00332DB8">
              <w:rPr>
                <w:lang w:val="ru-RU"/>
              </w:rPr>
              <w:t>.</w:t>
            </w:r>
            <w:r>
              <w:t>com</w:t>
            </w:r>
            <w:r w:rsidRPr="00332DB8">
              <w:rPr>
                <w:lang w:val="ru-RU"/>
              </w:rPr>
              <w:t>/</w:t>
            </w:r>
            <w:r>
              <w:t>search</w:t>
            </w:r>
            <w:r w:rsidRPr="00332DB8">
              <w:rPr>
                <w:lang w:val="ru-RU"/>
              </w:rPr>
              <w:t>?</w:t>
            </w:r>
            <w:r>
              <w:t>c</w:t>
            </w:r>
            <w:r w:rsidRPr="00332DB8">
              <w:rPr>
                <w:lang w:val="ru-RU"/>
              </w:rPr>
              <w:t>[</w:t>
            </w:r>
            <w:r>
              <w:t>q</w:t>
            </w:r>
            <w:r w:rsidRPr="00332DB8">
              <w:rPr>
                <w:lang w:val="ru-RU"/>
              </w:rPr>
              <w:t>] (решение Кировского районного суда г. Санкт-Петербурга от 04.02.2016);</w:t>
            </w:r>
          </w:p>
        </w:tc>
        <w:tc>
          <w:tcPr>
            <w:tcW w:w="2880" w:type="dxa"/>
          </w:tcPr>
          <w:p w:rsidR="006F7457" w:rsidRPr="00332DB8" w:rsidRDefault="006F7457">
            <w:pPr>
              <w:rPr>
                <w:lang w:val="ru-RU"/>
              </w:rPr>
            </w:pPr>
          </w:p>
        </w:tc>
      </w:tr>
      <w:tr w:rsidR="006F7457" w:rsidRPr="005A424D">
        <w:tc>
          <w:tcPr>
            <w:tcW w:w="2880" w:type="dxa"/>
          </w:tcPr>
          <w:p w:rsidR="006F7457" w:rsidRDefault="00332DB8">
            <w:r>
              <w:t>3567.</w:t>
            </w:r>
          </w:p>
        </w:tc>
        <w:tc>
          <w:tcPr>
            <w:tcW w:w="2880" w:type="dxa"/>
          </w:tcPr>
          <w:p w:rsidR="006F7457" w:rsidRPr="00332DB8" w:rsidRDefault="00332DB8">
            <w:pPr>
              <w:rPr>
                <w:lang w:val="ru-RU"/>
              </w:rPr>
            </w:pPr>
            <w:r w:rsidRPr="00332DB8">
              <w:rPr>
                <w:lang w:val="ru-RU"/>
              </w:rPr>
              <w:t xml:space="preserve">Текстовый материал, озаглавленный словами «Чечня - непокоренная держава!», размещенный на интернет странице по адресу: </w:t>
            </w:r>
            <w:r>
              <w:t>https</w:t>
            </w:r>
            <w:r w:rsidRPr="00332DB8">
              <w:rPr>
                <w:lang w:val="ru-RU"/>
              </w:rPr>
              <w:t>://</w:t>
            </w:r>
            <w:r>
              <w:t>vk</w:t>
            </w:r>
            <w:r w:rsidRPr="00332DB8">
              <w:rPr>
                <w:lang w:val="ru-RU"/>
              </w:rPr>
              <w:t>.</w:t>
            </w:r>
            <w:r>
              <w:t>com</w:t>
            </w:r>
            <w:r w:rsidRPr="00332DB8">
              <w:rPr>
                <w:lang w:val="ru-RU"/>
              </w:rPr>
              <w:t>/</w:t>
            </w:r>
            <w:r>
              <w:t>topic</w:t>
            </w:r>
            <w:r w:rsidRPr="00332DB8">
              <w:rPr>
                <w:lang w:val="ru-RU"/>
              </w:rPr>
              <w:t>-6043277_11909367 (решение Лермонтовского городского суда Ставропольского края от 21.03.2016);</w:t>
            </w:r>
          </w:p>
        </w:tc>
        <w:tc>
          <w:tcPr>
            <w:tcW w:w="2880" w:type="dxa"/>
          </w:tcPr>
          <w:p w:rsidR="006F7457" w:rsidRPr="00332DB8" w:rsidRDefault="006F7457">
            <w:pPr>
              <w:rPr>
                <w:lang w:val="ru-RU"/>
              </w:rPr>
            </w:pPr>
          </w:p>
        </w:tc>
      </w:tr>
      <w:tr w:rsidR="006F7457" w:rsidRPr="005A424D">
        <w:tc>
          <w:tcPr>
            <w:tcW w:w="2880" w:type="dxa"/>
          </w:tcPr>
          <w:p w:rsidR="006F7457" w:rsidRDefault="00332DB8">
            <w:r>
              <w:t>3568.</w:t>
            </w:r>
          </w:p>
        </w:tc>
        <w:tc>
          <w:tcPr>
            <w:tcW w:w="2880" w:type="dxa"/>
          </w:tcPr>
          <w:p w:rsidR="006F7457" w:rsidRPr="00332DB8" w:rsidRDefault="00332DB8">
            <w:pPr>
              <w:rPr>
                <w:lang w:val="ru-RU"/>
              </w:rPr>
            </w:pPr>
            <w:r w:rsidRPr="00332DB8">
              <w:rPr>
                <w:lang w:val="ru-RU"/>
              </w:rPr>
              <w:t xml:space="preserve">Информационный материал - интернет страница по адресу: </w:t>
            </w:r>
            <w:r>
              <w:t>https</w:t>
            </w:r>
            <w:r w:rsidRPr="00332DB8">
              <w:rPr>
                <w:lang w:val="ru-RU"/>
              </w:rPr>
              <w:t>://</w:t>
            </w:r>
            <w:r>
              <w:t>vk</w:t>
            </w:r>
            <w:r w:rsidRPr="00332DB8">
              <w:rPr>
                <w:lang w:val="ru-RU"/>
              </w:rPr>
              <w:t>.</w:t>
            </w:r>
            <w:r>
              <w:t>com</w:t>
            </w:r>
            <w:r w:rsidRPr="00332DB8">
              <w:rPr>
                <w:lang w:val="ru-RU"/>
              </w:rPr>
              <w:t>/</w:t>
            </w:r>
            <w:r>
              <w:t>topic</w:t>
            </w:r>
            <w:r w:rsidRPr="00332DB8">
              <w:rPr>
                <w:lang w:val="ru-RU"/>
              </w:rPr>
              <w:t>-6043277_11909367 (решение Лермонтовского городского суда Ставропольского края от 21.03.2016);</w:t>
            </w:r>
          </w:p>
        </w:tc>
        <w:tc>
          <w:tcPr>
            <w:tcW w:w="2880" w:type="dxa"/>
          </w:tcPr>
          <w:p w:rsidR="006F7457" w:rsidRPr="00332DB8" w:rsidRDefault="006F7457">
            <w:pPr>
              <w:rPr>
                <w:lang w:val="ru-RU"/>
              </w:rPr>
            </w:pPr>
          </w:p>
        </w:tc>
      </w:tr>
      <w:tr w:rsidR="006F7457" w:rsidRPr="005A424D">
        <w:tc>
          <w:tcPr>
            <w:tcW w:w="2880" w:type="dxa"/>
          </w:tcPr>
          <w:p w:rsidR="006F7457" w:rsidRDefault="00332DB8">
            <w:r>
              <w:t>3569.</w:t>
            </w:r>
          </w:p>
        </w:tc>
        <w:tc>
          <w:tcPr>
            <w:tcW w:w="2880" w:type="dxa"/>
          </w:tcPr>
          <w:p w:rsidR="006F7457" w:rsidRPr="00332DB8" w:rsidRDefault="00332DB8">
            <w:pPr>
              <w:rPr>
                <w:lang w:val="ru-RU"/>
              </w:rPr>
            </w:pPr>
            <w:r w:rsidRPr="00332DB8">
              <w:rPr>
                <w:lang w:val="ru-RU"/>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2880" w:type="dxa"/>
          </w:tcPr>
          <w:p w:rsidR="006F7457" w:rsidRPr="00332DB8" w:rsidRDefault="006F7457">
            <w:pPr>
              <w:rPr>
                <w:lang w:val="ru-RU"/>
              </w:rPr>
            </w:pPr>
          </w:p>
        </w:tc>
      </w:tr>
      <w:tr w:rsidR="006F7457" w:rsidRPr="005A424D">
        <w:tc>
          <w:tcPr>
            <w:tcW w:w="2880" w:type="dxa"/>
          </w:tcPr>
          <w:p w:rsidR="006F7457" w:rsidRDefault="00332DB8">
            <w:r>
              <w:t>357</w:t>
            </w:r>
            <w:r>
              <w:lastRenderedPageBreak/>
              <w:t>0.</w:t>
            </w:r>
          </w:p>
        </w:tc>
        <w:tc>
          <w:tcPr>
            <w:tcW w:w="2880" w:type="dxa"/>
          </w:tcPr>
          <w:p w:rsidR="006F7457" w:rsidRPr="00332DB8" w:rsidRDefault="00332DB8">
            <w:pPr>
              <w:rPr>
                <w:lang w:val="ru-RU"/>
              </w:rPr>
            </w:pPr>
            <w:r w:rsidRPr="00332DB8">
              <w:rPr>
                <w:lang w:val="ru-RU"/>
              </w:rPr>
              <w:lastRenderedPageBreak/>
              <w:t xml:space="preserve">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w:t>
            </w:r>
            <w:r w:rsidRPr="00332DB8">
              <w:rPr>
                <w:lang w:val="ru-RU"/>
              </w:rPr>
              <w:lastRenderedPageBreak/>
              <w:t>суда Хабаровского края от 21.03.2016);</w:t>
            </w:r>
          </w:p>
        </w:tc>
        <w:tc>
          <w:tcPr>
            <w:tcW w:w="2880" w:type="dxa"/>
          </w:tcPr>
          <w:p w:rsidR="006F7457" w:rsidRPr="00332DB8" w:rsidRDefault="006F7457">
            <w:pPr>
              <w:rPr>
                <w:lang w:val="ru-RU"/>
              </w:rPr>
            </w:pPr>
          </w:p>
        </w:tc>
      </w:tr>
      <w:tr w:rsidR="006F7457">
        <w:tc>
          <w:tcPr>
            <w:tcW w:w="2880" w:type="dxa"/>
          </w:tcPr>
          <w:p w:rsidR="006F7457" w:rsidRDefault="00332DB8">
            <w:r>
              <w:lastRenderedPageBreak/>
              <w:t>3571.</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3572.</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3573.</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3574.</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3575.</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lastRenderedPageBreak/>
              <w:t>3576.</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3577.</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3578.</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3579.</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3580.</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358</w:t>
            </w:r>
            <w:r>
              <w:lastRenderedPageBreak/>
              <w:t>1.</w:t>
            </w:r>
          </w:p>
        </w:tc>
        <w:tc>
          <w:tcPr>
            <w:tcW w:w="2880" w:type="dxa"/>
          </w:tcPr>
          <w:p w:rsidR="006F7457" w:rsidRDefault="00332DB8">
            <w:r>
              <w:lastRenderedPageBreak/>
              <w:t>Исключён</w:t>
            </w:r>
          </w:p>
        </w:tc>
        <w:tc>
          <w:tcPr>
            <w:tcW w:w="2880" w:type="dxa"/>
          </w:tcPr>
          <w:p w:rsidR="006F7457" w:rsidRDefault="006F7457"/>
        </w:tc>
      </w:tr>
      <w:tr w:rsidR="006F7457">
        <w:tc>
          <w:tcPr>
            <w:tcW w:w="2880" w:type="dxa"/>
          </w:tcPr>
          <w:p w:rsidR="006F7457" w:rsidRDefault="00332DB8">
            <w:r>
              <w:lastRenderedPageBreak/>
              <w:t>3582.</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3583.</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3584.</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3585.</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3586.</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lastRenderedPageBreak/>
              <w:t>3587.</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3588.</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3589.</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3590.</w:t>
            </w:r>
          </w:p>
        </w:tc>
        <w:tc>
          <w:tcPr>
            <w:tcW w:w="2880" w:type="dxa"/>
          </w:tcPr>
          <w:p w:rsidR="006F7457" w:rsidRDefault="00332DB8">
            <w:r>
              <w:t>Исключён</w:t>
            </w:r>
          </w:p>
        </w:tc>
        <w:tc>
          <w:tcPr>
            <w:tcW w:w="2880" w:type="dxa"/>
          </w:tcPr>
          <w:p w:rsidR="006F7457" w:rsidRDefault="006F7457"/>
        </w:tc>
      </w:tr>
      <w:tr w:rsidR="006F7457" w:rsidRPr="005A424D">
        <w:tc>
          <w:tcPr>
            <w:tcW w:w="2880" w:type="dxa"/>
          </w:tcPr>
          <w:p w:rsidR="006F7457" w:rsidRDefault="00332DB8">
            <w:r>
              <w:t>3591.</w:t>
            </w:r>
          </w:p>
        </w:tc>
        <w:tc>
          <w:tcPr>
            <w:tcW w:w="2880" w:type="dxa"/>
          </w:tcPr>
          <w:p w:rsidR="006F7457" w:rsidRPr="00332DB8" w:rsidRDefault="00332DB8">
            <w:pPr>
              <w:rPr>
                <w:lang w:val="ru-RU"/>
              </w:rPr>
            </w:pPr>
            <w:r w:rsidRPr="00332DB8">
              <w:rPr>
                <w:lang w:val="ru-RU"/>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2880" w:type="dxa"/>
          </w:tcPr>
          <w:p w:rsidR="006F7457" w:rsidRPr="00332DB8" w:rsidRDefault="006F7457">
            <w:pPr>
              <w:rPr>
                <w:lang w:val="ru-RU"/>
              </w:rPr>
            </w:pPr>
          </w:p>
        </w:tc>
      </w:tr>
      <w:tr w:rsidR="006F7457" w:rsidRPr="005A424D">
        <w:tc>
          <w:tcPr>
            <w:tcW w:w="2880" w:type="dxa"/>
          </w:tcPr>
          <w:p w:rsidR="006F7457" w:rsidRDefault="00332DB8">
            <w:r>
              <w:t>359</w:t>
            </w:r>
            <w:r>
              <w:lastRenderedPageBreak/>
              <w:t>2.</w:t>
            </w:r>
          </w:p>
        </w:tc>
        <w:tc>
          <w:tcPr>
            <w:tcW w:w="2880" w:type="dxa"/>
          </w:tcPr>
          <w:p w:rsidR="006F7457" w:rsidRPr="00332DB8" w:rsidRDefault="00332DB8">
            <w:pPr>
              <w:rPr>
                <w:lang w:val="ru-RU"/>
              </w:rPr>
            </w:pPr>
            <w:r w:rsidRPr="00332DB8">
              <w:rPr>
                <w:lang w:val="ru-RU"/>
              </w:rPr>
              <w:lastRenderedPageBreak/>
              <w:t xml:space="preserve">Видеоролик «Бей чурок спасай отчизну!» длительностью 06 минут 05 секунд, размещенный по адресу: </w:t>
            </w:r>
            <w:r>
              <w:t>URL</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56433219_164892169 (решение Партизанского городского суда Приморского края от </w:t>
            </w:r>
            <w:r w:rsidRPr="00332DB8">
              <w:rPr>
                <w:lang w:val="ru-RU"/>
              </w:rPr>
              <w:lastRenderedPageBreak/>
              <w:t>10.03.2016);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3593.</w:t>
            </w:r>
          </w:p>
        </w:tc>
        <w:tc>
          <w:tcPr>
            <w:tcW w:w="2880" w:type="dxa"/>
          </w:tcPr>
          <w:p w:rsidR="006F7457" w:rsidRPr="00332DB8" w:rsidRDefault="00332DB8">
            <w:pPr>
              <w:rPr>
                <w:lang w:val="ru-RU"/>
              </w:rPr>
            </w:pPr>
            <w:r w:rsidRPr="00332DB8">
              <w:rPr>
                <w:lang w:val="ru-RU"/>
              </w:rPr>
              <w:t xml:space="preserve">Информационные видеоматериалы, размещенные в информационно-телекоммуникационной сети «Интернет» на интернет-сайтах: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=1</w:t>
            </w:r>
            <w:r>
              <w:t>BEOUC</w:t>
            </w:r>
            <w:r w:rsidRPr="00332DB8">
              <w:rPr>
                <w:lang w:val="ru-RU"/>
              </w:rPr>
              <w:t>-</w:t>
            </w:r>
            <w:r>
              <w:t>IxdU</w:t>
            </w:r>
            <w:r w:rsidRPr="00332DB8">
              <w:rPr>
                <w:lang w:val="ru-RU"/>
              </w:rPr>
              <w:t>&amp;</w:t>
            </w:r>
            <w:r>
              <w:t>feature</w:t>
            </w:r>
            <w:r w:rsidRPr="00332DB8">
              <w:rPr>
                <w:lang w:val="ru-RU"/>
              </w:rPr>
              <w:t>=</w:t>
            </w:r>
            <w:r>
              <w:t>youtu</w:t>
            </w:r>
            <w:r w:rsidRPr="00332DB8">
              <w:rPr>
                <w:lang w:val="ru-RU"/>
              </w:rPr>
              <w:t>.</w:t>
            </w:r>
            <w:r>
              <w:t>be</w:t>
            </w:r>
            <w:r w:rsidRPr="00332DB8">
              <w:rPr>
                <w:lang w:val="ru-RU"/>
              </w:rPr>
              <w:t>&amp;</w:t>
            </w:r>
            <w:r>
              <w:t>bpctr</w:t>
            </w:r>
            <w:r w:rsidRPr="00332DB8">
              <w:rPr>
                <w:lang w:val="ru-RU"/>
              </w:rPr>
              <w:t>=1455948392 (решение Ноябрьского городского суда Ямало-Ненецкого автономного округа от 21.03.2016);</w:t>
            </w:r>
          </w:p>
        </w:tc>
        <w:tc>
          <w:tcPr>
            <w:tcW w:w="2880" w:type="dxa"/>
          </w:tcPr>
          <w:p w:rsidR="006F7457" w:rsidRPr="00332DB8" w:rsidRDefault="006F7457">
            <w:pPr>
              <w:rPr>
                <w:lang w:val="ru-RU"/>
              </w:rPr>
            </w:pPr>
          </w:p>
        </w:tc>
      </w:tr>
      <w:tr w:rsidR="006F7457" w:rsidRPr="005A424D">
        <w:tc>
          <w:tcPr>
            <w:tcW w:w="2880" w:type="dxa"/>
          </w:tcPr>
          <w:p w:rsidR="006F7457" w:rsidRDefault="00332DB8">
            <w:r>
              <w:t>3594.</w:t>
            </w:r>
          </w:p>
        </w:tc>
        <w:tc>
          <w:tcPr>
            <w:tcW w:w="2880" w:type="dxa"/>
          </w:tcPr>
          <w:p w:rsidR="006F7457" w:rsidRPr="00332DB8" w:rsidRDefault="00332DB8">
            <w:pPr>
              <w:rPr>
                <w:lang w:val="ru-RU"/>
              </w:rPr>
            </w:pPr>
            <w:r w:rsidRPr="00332DB8">
              <w:rPr>
                <w:lang w:val="ru-RU"/>
              </w:rPr>
              <w:t xml:space="preserve">Информация, размещенная в информационно-телекоммуникационной сети «Интернет» на странице-сайта: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G</w:t>
            </w:r>
            <w:r w:rsidRPr="00332DB8">
              <w:rPr>
                <w:lang w:val="ru-RU"/>
              </w:rPr>
              <w:t>6</w:t>
            </w:r>
            <w:r>
              <w:t>a</w:t>
            </w:r>
            <w:r w:rsidRPr="00332DB8">
              <w:rPr>
                <w:lang w:val="ru-RU"/>
              </w:rPr>
              <w:t>9</w:t>
            </w:r>
            <w:r>
              <w:t>DO</w:t>
            </w:r>
            <w:r w:rsidRPr="00332DB8">
              <w:rPr>
                <w:lang w:val="ru-RU"/>
              </w:rPr>
              <w:t>3</w:t>
            </w:r>
            <w:r>
              <w:t>UUGI</w:t>
            </w:r>
            <w:r w:rsidRPr="00332DB8">
              <w:rPr>
                <w:lang w:val="ru-RU"/>
              </w:rPr>
              <w:t xml:space="preserve"> (решение Ноябрьского городского суда Ямало-Ненецкого автономного округа от 22.03.2016);</w:t>
            </w:r>
          </w:p>
        </w:tc>
        <w:tc>
          <w:tcPr>
            <w:tcW w:w="2880" w:type="dxa"/>
          </w:tcPr>
          <w:p w:rsidR="006F7457" w:rsidRPr="00332DB8" w:rsidRDefault="006F7457">
            <w:pPr>
              <w:rPr>
                <w:lang w:val="ru-RU"/>
              </w:rPr>
            </w:pPr>
          </w:p>
        </w:tc>
      </w:tr>
      <w:tr w:rsidR="006F7457" w:rsidRPr="005A424D">
        <w:tc>
          <w:tcPr>
            <w:tcW w:w="2880" w:type="dxa"/>
          </w:tcPr>
          <w:p w:rsidR="006F7457" w:rsidRDefault="00332DB8">
            <w:r>
              <w:t>3595.</w:t>
            </w:r>
          </w:p>
        </w:tc>
        <w:tc>
          <w:tcPr>
            <w:tcW w:w="2880" w:type="dxa"/>
          </w:tcPr>
          <w:p w:rsidR="006F7457" w:rsidRPr="00332DB8" w:rsidRDefault="00332DB8">
            <w:pPr>
              <w:rPr>
                <w:lang w:val="ru-RU"/>
              </w:rPr>
            </w:pPr>
            <w:r w:rsidRPr="00332DB8">
              <w:rPr>
                <w:lang w:val="ru-RU"/>
              </w:rPr>
              <w:t xml:space="preserve">Информация, размещенная в информационно-телекоммуникационной сети «Интернет» на странице-сайта: </w:t>
            </w:r>
            <w:r>
              <w:t>http</w:t>
            </w:r>
            <w:r w:rsidRPr="00332DB8">
              <w:rPr>
                <w:lang w:val="ru-RU"/>
              </w:rPr>
              <w:t>://</w:t>
            </w:r>
            <w:r>
              <w:t>uzhgorod</w:t>
            </w:r>
            <w:r w:rsidRPr="00332DB8">
              <w:rPr>
                <w:lang w:val="ru-RU"/>
              </w:rPr>
              <w:t>.</w:t>
            </w:r>
            <w:r>
              <w:t>in</w:t>
            </w:r>
            <w:r w:rsidRPr="00332DB8">
              <w:rPr>
                <w:lang w:val="ru-RU"/>
              </w:rPr>
              <w:t>/</w:t>
            </w:r>
            <w:r>
              <w:t>novosti</w:t>
            </w:r>
            <w:r w:rsidRPr="00332DB8">
              <w:rPr>
                <w:lang w:val="ru-RU"/>
              </w:rPr>
              <w:t>/2014/</w:t>
            </w:r>
            <w:r>
              <w:t>avgust</w:t>
            </w:r>
            <w:r w:rsidRPr="00332DB8">
              <w:rPr>
                <w:lang w:val="ru-RU"/>
              </w:rPr>
              <w:t>/</w:t>
            </w:r>
            <w:r>
              <w:t>pravyi</w:t>
            </w:r>
            <w:r w:rsidRPr="00332DB8">
              <w:rPr>
                <w:lang w:val="ru-RU"/>
              </w:rPr>
              <w:t>_</w:t>
            </w:r>
            <w:r>
              <w:t>sektor</w:t>
            </w:r>
            <w:r w:rsidRPr="00332DB8">
              <w:rPr>
                <w:lang w:val="ru-RU"/>
              </w:rPr>
              <w:t xml:space="preserve">_ </w:t>
            </w:r>
            <w:r>
              <w:t>priglashaet</w:t>
            </w:r>
            <w:r w:rsidRPr="00332DB8">
              <w:rPr>
                <w:lang w:val="ru-RU"/>
              </w:rPr>
              <w:t>_</w:t>
            </w:r>
            <w:r>
              <w:t>v</w:t>
            </w:r>
            <w:r w:rsidRPr="00332DB8">
              <w:rPr>
                <w:lang w:val="ru-RU"/>
              </w:rPr>
              <w:t>_</w:t>
            </w:r>
            <w:r>
              <w:t>ryady</w:t>
            </w:r>
            <w:r w:rsidRPr="00332DB8">
              <w:rPr>
                <w:lang w:val="ru-RU"/>
              </w:rPr>
              <w:t>_</w:t>
            </w:r>
            <w:r>
              <w:t>dobrovol</w:t>
            </w:r>
            <w:r w:rsidRPr="00332DB8">
              <w:rPr>
                <w:lang w:val="ru-RU"/>
              </w:rPr>
              <w:t>_</w:t>
            </w:r>
            <w:r>
              <w:t>cheskogo</w:t>
            </w:r>
            <w:r w:rsidRPr="00332DB8">
              <w:rPr>
                <w:lang w:val="ru-RU"/>
              </w:rPr>
              <w:t>_</w:t>
            </w:r>
            <w:r>
              <w:t>ukrainskogo</w:t>
            </w:r>
            <w:r w:rsidRPr="00332DB8">
              <w:rPr>
                <w:lang w:val="ru-RU"/>
              </w:rPr>
              <w:t>_</w:t>
            </w:r>
            <w:r>
              <w:t>korpusa</w:t>
            </w:r>
            <w:r w:rsidRPr="00332DB8">
              <w:rPr>
                <w:lang w:val="ru-RU"/>
              </w:rPr>
              <w:t xml:space="preserve"> (решение Ноябрьского городского суда Ямало-Ненецкого автономного округа от 22.03.2016;</w:t>
            </w:r>
          </w:p>
        </w:tc>
        <w:tc>
          <w:tcPr>
            <w:tcW w:w="2880" w:type="dxa"/>
          </w:tcPr>
          <w:p w:rsidR="006F7457" w:rsidRPr="00332DB8" w:rsidRDefault="006F7457">
            <w:pPr>
              <w:rPr>
                <w:lang w:val="ru-RU"/>
              </w:rPr>
            </w:pPr>
          </w:p>
        </w:tc>
      </w:tr>
      <w:tr w:rsidR="006F7457" w:rsidRPr="005A424D">
        <w:tc>
          <w:tcPr>
            <w:tcW w:w="2880" w:type="dxa"/>
          </w:tcPr>
          <w:p w:rsidR="006F7457" w:rsidRDefault="00332DB8">
            <w:r>
              <w:t>3596.</w:t>
            </w:r>
          </w:p>
        </w:tc>
        <w:tc>
          <w:tcPr>
            <w:tcW w:w="2880" w:type="dxa"/>
          </w:tcPr>
          <w:p w:rsidR="006F7457" w:rsidRPr="00332DB8" w:rsidRDefault="00332DB8">
            <w:pPr>
              <w:rPr>
                <w:lang w:val="ru-RU"/>
              </w:rPr>
            </w:pPr>
            <w:r w:rsidRPr="00332DB8">
              <w:rPr>
                <w:lang w:val="ru-RU"/>
              </w:rPr>
              <w:t>Текстовой материал: «Что такое русский мир?», размещенный в сети Интернет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132001117?</w:t>
            </w:r>
            <w:r>
              <w:t>w</w:t>
            </w:r>
            <w:r w:rsidRPr="00332DB8">
              <w:rPr>
                <w:lang w:val="ru-RU"/>
              </w:rPr>
              <w:t xml:space="preserve"> =</w:t>
            </w:r>
            <w:r>
              <w:t>wall</w:t>
            </w:r>
            <w:r w:rsidRPr="00332DB8">
              <w:rPr>
                <w:lang w:val="ru-RU"/>
              </w:rPr>
              <w:t>132001117_14726» (решение Октябрьского районного суда г. Новороссийска Краснодарского края от 04.04.2016);</w:t>
            </w:r>
          </w:p>
        </w:tc>
        <w:tc>
          <w:tcPr>
            <w:tcW w:w="2880" w:type="dxa"/>
          </w:tcPr>
          <w:p w:rsidR="006F7457" w:rsidRPr="00332DB8" w:rsidRDefault="006F7457">
            <w:pPr>
              <w:rPr>
                <w:lang w:val="ru-RU"/>
              </w:rPr>
            </w:pPr>
          </w:p>
        </w:tc>
      </w:tr>
      <w:tr w:rsidR="006F7457" w:rsidRPr="005A424D">
        <w:tc>
          <w:tcPr>
            <w:tcW w:w="2880" w:type="dxa"/>
          </w:tcPr>
          <w:p w:rsidR="006F7457" w:rsidRDefault="00332DB8">
            <w:r>
              <w:t>3597.</w:t>
            </w:r>
          </w:p>
        </w:tc>
        <w:tc>
          <w:tcPr>
            <w:tcW w:w="2880" w:type="dxa"/>
          </w:tcPr>
          <w:p w:rsidR="006F7457" w:rsidRPr="00332DB8" w:rsidRDefault="00332DB8">
            <w:pPr>
              <w:rPr>
                <w:lang w:val="ru-RU"/>
              </w:rPr>
            </w:pPr>
            <w:r w:rsidRPr="00332DB8">
              <w:rPr>
                <w:lang w:val="ru-RU"/>
              </w:rPr>
              <w:t>Текстовой материал: «Кто хочет….? Давайте в Киев!...», размещенный в сети Интернет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132001117?</w:t>
            </w:r>
            <w:r>
              <w:t>z</w:t>
            </w:r>
            <w:r w:rsidRPr="00332DB8">
              <w:rPr>
                <w:lang w:val="ru-RU"/>
              </w:rPr>
              <w:t>=</w:t>
            </w:r>
            <w:r>
              <w:t>photo</w:t>
            </w:r>
            <w:r w:rsidRPr="00332DB8">
              <w:rPr>
                <w:lang w:val="ru-RU"/>
              </w:rPr>
              <w:t>132001117_ 349375292%2</w:t>
            </w:r>
            <w:r>
              <w:t>Falbum</w:t>
            </w:r>
            <w:r w:rsidRPr="00332DB8">
              <w:rPr>
                <w:lang w:val="ru-RU"/>
              </w:rPr>
              <w:t>_132001117_00%2</w:t>
            </w:r>
            <w:r>
              <w:t>Frev</w:t>
            </w:r>
            <w:r w:rsidRPr="00332DB8">
              <w:rPr>
                <w:lang w:val="ru-RU"/>
              </w:rPr>
              <w:t>» (решение Октябрьского районного суда г. Новороссийска Краснодарского края от 04.04.2016);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3598.</w:t>
            </w:r>
          </w:p>
        </w:tc>
        <w:tc>
          <w:tcPr>
            <w:tcW w:w="2880" w:type="dxa"/>
          </w:tcPr>
          <w:p w:rsidR="006F7457" w:rsidRPr="00332DB8" w:rsidRDefault="00332DB8">
            <w:pPr>
              <w:rPr>
                <w:lang w:val="ru-RU"/>
              </w:rPr>
            </w:pPr>
            <w:r w:rsidRPr="00332DB8">
              <w:rPr>
                <w:lang w:val="ru-RU"/>
              </w:rPr>
              <w:t>Текстовой материал: «Россия умирает», размещенный в сети Интернет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132001117?</w:t>
            </w:r>
            <w:r>
              <w:t>w</w:t>
            </w:r>
            <w:r w:rsidRPr="00332DB8">
              <w:rPr>
                <w:lang w:val="ru-RU"/>
              </w:rPr>
              <w:t>=</w:t>
            </w:r>
            <w:r>
              <w:t>wall</w:t>
            </w:r>
            <w:r w:rsidRPr="00332DB8">
              <w:rPr>
                <w:lang w:val="ru-RU"/>
              </w:rPr>
              <w:t xml:space="preserve"> 132001117_14457» (решение Октябрьского районного суда г. Новороссийска Краснодарского края от 04.04.2016);</w:t>
            </w:r>
          </w:p>
        </w:tc>
        <w:tc>
          <w:tcPr>
            <w:tcW w:w="2880" w:type="dxa"/>
          </w:tcPr>
          <w:p w:rsidR="006F7457" w:rsidRPr="00332DB8" w:rsidRDefault="006F7457">
            <w:pPr>
              <w:rPr>
                <w:lang w:val="ru-RU"/>
              </w:rPr>
            </w:pPr>
          </w:p>
        </w:tc>
      </w:tr>
      <w:tr w:rsidR="006F7457" w:rsidRPr="005A424D">
        <w:tc>
          <w:tcPr>
            <w:tcW w:w="2880" w:type="dxa"/>
          </w:tcPr>
          <w:p w:rsidR="006F7457" w:rsidRDefault="00332DB8">
            <w:r>
              <w:t>3599.</w:t>
            </w:r>
          </w:p>
        </w:tc>
        <w:tc>
          <w:tcPr>
            <w:tcW w:w="2880" w:type="dxa"/>
          </w:tcPr>
          <w:p w:rsidR="006F7457" w:rsidRPr="00332DB8" w:rsidRDefault="00332DB8">
            <w:pPr>
              <w:rPr>
                <w:lang w:val="ru-RU"/>
              </w:rPr>
            </w:pPr>
            <w:r w:rsidRPr="00332DB8">
              <w:rPr>
                <w:lang w:val="ru-RU"/>
              </w:rPr>
              <w:t xml:space="preserve">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w:t>
            </w:r>
            <w:r>
              <w:t>http</w:t>
            </w:r>
            <w:r w:rsidRPr="00332DB8">
              <w:rPr>
                <w:lang w:val="ru-RU"/>
              </w:rPr>
              <w:t>://</w:t>
            </w:r>
            <w:r>
              <w:t>thechechenpress</w:t>
            </w:r>
            <w:r w:rsidRPr="00332DB8">
              <w:rPr>
                <w:lang w:val="ru-RU"/>
              </w:rPr>
              <w:t>.</w:t>
            </w:r>
            <w:r>
              <w:t>com</w:t>
            </w:r>
            <w:r w:rsidRPr="00332DB8">
              <w:rPr>
                <w:lang w:val="ru-RU"/>
              </w:rPr>
              <w:t>/</w:t>
            </w:r>
            <w:r>
              <w:t>photo</w:t>
            </w:r>
            <w:r w:rsidRPr="00332DB8">
              <w:rPr>
                <w:lang w:val="ru-RU"/>
              </w:rPr>
              <w:t>/9238/-2015-03-10-10-27-32.</w:t>
            </w:r>
            <w:r>
              <w:t>html</w:t>
            </w:r>
            <w:r w:rsidRPr="00332DB8">
              <w:rPr>
                <w:lang w:val="ru-RU"/>
              </w:rPr>
              <w:t xml:space="preserve"> (решение Кировского районного суда г. Астрахани от 15.03.2016);</w:t>
            </w:r>
          </w:p>
        </w:tc>
        <w:tc>
          <w:tcPr>
            <w:tcW w:w="2880" w:type="dxa"/>
          </w:tcPr>
          <w:p w:rsidR="006F7457" w:rsidRPr="00332DB8" w:rsidRDefault="006F7457">
            <w:pPr>
              <w:rPr>
                <w:lang w:val="ru-RU"/>
              </w:rPr>
            </w:pPr>
          </w:p>
        </w:tc>
      </w:tr>
      <w:tr w:rsidR="006F7457">
        <w:tc>
          <w:tcPr>
            <w:tcW w:w="2880" w:type="dxa"/>
          </w:tcPr>
          <w:p w:rsidR="006F7457" w:rsidRDefault="00332DB8">
            <w:r>
              <w:t>3600.</w:t>
            </w:r>
          </w:p>
        </w:tc>
        <w:tc>
          <w:tcPr>
            <w:tcW w:w="2880" w:type="dxa"/>
          </w:tcPr>
          <w:p w:rsidR="006F7457" w:rsidRDefault="00332DB8">
            <w:r w:rsidRPr="00332DB8">
              <w:rPr>
                <w:lang w:val="ru-RU"/>
              </w:rPr>
              <w:t xml:space="preserve">Брошюра «На самом ли деле бог заботится о нас?» </w:t>
            </w:r>
            <w:r>
              <w:t>(1992, 2001 WATCH TOWER BIBLE AND TRACT SOCIETY OF PENNSYLVANIA, сделано в Великобритании, издание 2006 года, 32 стр.) (решение Серовского районного суда Свердловской области от 19.02.2016);</w:t>
            </w:r>
          </w:p>
        </w:tc>
        <w:tc>
          <w:tcPr>
            <w:tcW w:w="2880" w:type="dxa"/>
          </w:tcPr>
          <w:p w:rsidR="006F7457" w:rsidRDefault="006F7457"/>
        </w:tc>
      </w:tr>
      <w:tr w:rsidR="006F7457" w:rsidRPr="005A424D">
        <w:tc>
          <w:tcPr>
            <w:tcW w:w="2880" w:type="dxa"/>
          </w:tcPr>
          <w:p w:rsidR="006F7457" w:rsidRDefault="00332DB8">
            <w:r>
              <w:t>3601.</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интернет-адресу: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kHy</w:t>
            </w:r>
            <w:r w:rsidRPr="00332DB8">
              <w:rPr>
                <w:lang w:val="ru-RU"/>
              </w:rPr>
              <w:t>8</w:t>
            </w:r>
            <w:r>
              <w:t>CEfeb</w:t>
            </w:r>
            <w:r w:rsidRPr="00332DB8">
              <w:rPr>
                <w:lang w:val="ru-RU"/>
              </w:rPr>
              <w:t>70 (решение Надымского городского суда Ямало-Ненецкого автономного округа от 15.04.2016);</w:t>
            </w:r>
          </w:p>
        </w:tc>
        <w:tc>
          <w:tcPr>
            <w:tcW w:w="2880" w:type="dxa"/>
          </w:tcPr>
          <w:p w:rsidR="006F7457" w:rsidRPr="00332DB8" w:rsidRDefault="006F7457">
            <w:pPr>
              <w:rPr>
                <w:lang w:val="ru-RU"/>
              </w:rPr>
            </w:pPr>
          </w:p>
        </w:tc>
      </w:tr>
      <w:tr w:rsidR="006F7457" w:rsidRPr="005A424D">
        <w:tc>
          <w:tcPr>
            <w:tcW w:w="2880" w:type="dxa"/>
          </w:tcPr>
          <w:p w:rsidR="006F7457" w:rsidRDefault="00332DB8">
            <w:r>
              <w:t>3602.</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интернет-адресу: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yQnS</w:t>
            </w:r>
            <w:r w:rsidRPr="00332DB8">
              <w:rPr>
                <w:lang w:val="ru-RU"/>
              </w:rPr>
              <w:t>72</w:t>
            </w:r>
            <w:r>
              <w:t>mx</w:t>
            </w:r>
            <w:r w:rsidRPr="00332DB8">
              <w:rPr>
                <w:lang w:val="ru-RU"/>
              </w:rPr>
              <w:t>50</w:t>
            </w:r>
            <w:r>
              <w:t>g</w:t>
            </w:r>
            <w:r w:rsidRPr="00332DB8">
              <w:rPr>
                <w:lang w:val="ru-RU"/>
              </w:rPr>
              <w:t xml:space="preserve"> (решение Надымского городского суда Ямало-Ненецкого автономного округа от 15.04.2016);</w:t>
            </w:r>
          </w:p>
        </w:tc>
        <w:tc>
          <w:tcPr>
            <w:tcW w:w="2880" w:type="dxa"/>
          </w:tcPr>
          <w:p w:rsidR="006F7457" w:rsidRPr="00332DB8" w:rsidRDefault="006F7457">
            <w:pPr>
              <w:rPr>
                <w:lang w:val="ru-RU"/>
              </w:rPr>
            </w:pPr>
          </w:p>
        </w:tc>
      </w:tr>
      <w:tr w:rsidR="006F7457" w:rsidRPr="005A424D">
        <w:tc>
          <w:tcPr>
            <w:tcW w:w="2880" w:type="dxa"/>
          </w:tcPr>
          <w:p w:rsidR="006F7457" w:rsidRDefault="00332DB8">
            <w:r>
              <w:t>360</w:t>
            </w:r>
            <w:r>
              <w:lastRenderedPageBreak/>
              <w:t>3.</w:t>
            </w:r>
          </w:p>
        </w:tc>
        <w:tc>
          <w:tcPr>
            <w:tcW w:w="2880" w:type="dxa"/>
          </w:tcPr>
          <w:p w:rsidR="006F7457" w:rsidRPr="00332DB8" w:rsidRDefault="00332DB8">
            <w:pPr>
              <w:rPr>
                <w:lang w:val="ru-RU"/>
              </w:rPr>
            </w:pPr>
            <w:r w:rsidRPr="00332DB8">
              <w:rPr>
                <w:lang w:val="ru-RU"/>
              </w:rPr>
              <w:lastRenderedPageBreak/>
              <w:t xml:space="preserve">Информационные материалы, размещенные по интернет-адресу: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GpG</w:t>
            </w:r>
            <w:r w:rsidRPr="00332DB8">
              <w:rPr>
                <w:lang w:val="ru-RU"/>
              </w:rPr>
              <w:t>3</w:t>
            </w:r>
            <w:r>
              <w:t>siMRLcI</w:t>
            </w:r>
            <w:r w:rsidRPr="00332DB8">
              <w:rPr>
                <w:lang w:val="ru-RU"/>
              </w:rPr>
              <w:t xml:space="preserve"> (решение Надымского городского суда Ямало-Ненецкого </w:t>
            </w:r>
            <w:r w:rsidRPr="00332DB8">
              <w:rPr>
                <w:lang w:val="ru-RU"/>
              </w:rPr>
              <w:lastRenderedPageBreak/>
              <w:t>автономного округа от 15.04.2016);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3604.</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интернет-адресу: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=6</w:t>
            </w:r>
            <w:r>
              <w:t>MsbT</w:t>
            </w:r>
            <w:r w:rsidRPr="00332DB8">
              <w:rPr>
                <w:lang w:val="ru-RU"/>
              </w:rPr>
              <w:t>_</w:t>
            </w:r>
            <w:r>
              <w:t>Ua</w:t>
            </w:r>
            <w:r w:rsidRPr="00332DB8">
              <w:rPr>
                <w:lang w:val="ru-RU"/>
              </w:rPr>
              <w:t>-</w:t>
            </w:r>
            <w:r>
              <w:t>po</w:t>
            </w:r>
            <w:r w:rsidRPr="00332DB8">
              <w:rPr>
                <w:lang w:val="ru-RU"/>
              </w:rPr>
              <w:t xml:space="preserve"> (решение Надымского городского суда Ямало-Ненецкого автономного округа от 15.04.2016);</w:t>
            </w:r>
          </w:p>
        </w:tc>
        <w:tc>
          <w:tcPr>
            <w:tcW w:w="2880" w:type="dxa"/>
          </w:tcPr>
          <w:p w:rsidR="006F7457" w:rsidRPr="00332DB8" w:rsidRDefault="006F7457">
            <w:pPr>
              <w:rPr>
                <w:lang w:val="ru-RU"/>
              </w:rPr>
            </w:pPr>
          </w:p>
        </w:tc>
      </w:tr>
      <w:tr w:rsidR="006F7457" w:rsidRPr="005A424D">
        <w:tc>
          <w:tcPr>
            <w:tcW w:w="2880" w:type="dxa"/>
          </w:tcPr>
          <w:p w:rsidR="006F7457" w:rsidRDefault="00332DB8">
            <w:r>
              <w:t>3605.</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интернет-адресу: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nD</w:t>
            </w:r>
            <w:r w:rsidRPr="00332DB8">
              <w:rPr>
                <w:lang w:val="ru-RU"/>
              </w:rPr>
              <w:t>65</w:t>
            </w:r>
            <w:r>
              <w:t>tSYjZPM</w:t>
            </w:r>
            <w:r w:rsidRPr="00332DB8">
              <w:rPr>
                <w:lang w:val="ru-RU"/>
              </w:rPr>
              <w:t xml:space="preserve"> (решение Надымского городского суда Ямало-Ненецкого автономного округа от 15.04.2016);</w:t>
            </w:r>
          </w:p>
        </w:tc>
        <w:tc>
          <w:tcPr>
            <w:tcW w:w="2880" w:type="dxa"/>
          </w:tcPr>
          <w:p w:rsidR="006F7457" w:rsidRPr="00332DB8" w:rsidRDefault="006F7457">
            <w:pPr>
              <w:rPr>
                <w:lang w:val="ru-RU"/>
              </w:rPr>
            </w:pPr>
          </w:p>
        </w:tc>
      </w:tr>
      <w:tr w:rsidR="006F7457" w:rsidRPr="005A424D">
        <w:tc>
          <w:tcPr>
            <w:tcW w:w="2880" w:type="dxa"/>
          </w:tcPr>
          <w:p w:rsidR="006F7457" w:rsidRDefault="00332DB8">
            <w:r>
              <w:t>3606.</w:t>
            </w:r>
          </w:p>
        </w:tc>
        <w:tc>
          <w:tcPr>
            <w:tcW w:w="2880" w:type="dxa"/>
          </w:tcPr>
          <w:p w:rsidR="006F7457" w:rsidRPr="00332DB8" w:rsidRDefault="00332DB8">
            <w:pPr>
              <w:rPr>
                <w:lang w:val="ru-RU"/>
              </w:rPr>
            </w:pPr>
            <w:r w:rsidRPr="00332DB8">
              <w:rPr>
                <w:lang w:val="ru-RU"/>
              </w:rPr>
              <w:t xml:space="preserve">Аудиозапись – фонограмма, размещенная на интернет – странице </w:t>
            </w:r>
            <w:r>
              <w:t>http</w:t>
            </w:r>
            <w:r w:rsidRPr="00332DB8">
              <w:rPr>
                <w:lang w:val="ru-RU"/>
              </w:rPr>
              <w:t>://</w:t>
            </w:r>
            <w:r>
              <w:t>muzofon</w:t>
            </w:r>
            <w:r w:rsidRPr="00332DB8">
              <w:rPr>
                <w:lang w:val="ru-RU"/>
              </w:rPr>
              <w:t>.</w:t>
            </w:r>
            <w:r>
              <w:t>com</w:t>
            </w:r>
            <w:r w:rsidRPr="00332DB8">
              <w:rPr>
                <w:lang w:val="ru-RU"/>
              </w:rPr>
              <w:t>/</w:t>
            </w:r>
            <w:r>
              <w:t>search</w:t>
            </w:r>
            <w:r w:rsidRPr="00332DB8">
              <w:rPr>
                <w:lang w:val="ru-RU"/>
              </w:rPr>
              <w:t>/Убийвай%20</w:t>
            </w:r>
            <w:r>
              <w:t>Pycc</w:t>
            </w:r>
            <w:r w:rsidRPr="00332DB8">
              <w:rPr>
                <w:lang w:val="ru-RU"/>
              </w:rPr>
              <w:t>ких, продолжительностью 10 минут 54 секунды, под названием «Серонхелия – Убивай Русских», начинающаяся словами на английском языке «</w:t>
            </w:r>
            <w:r>
              <w:t>my</w:t>
            </w:r>
            <w:r w:rsidRPr="00332DB8">
              <w:rPr>
                <w:lang w:val="ru-RU"/>
              </w:rPr>
              <w:t xml:space="preserve"> </w:t>
            </w:r>
            <w:r>
              <w:t>American</w:t>
            </w:r>
            <w:r w:rsidRPr="00332DB8">
              <w:rPr>
                <w:lang w:val="ru-RU"/>
              </w:rPr>
              <w:t xml:space="preserve"> </w:t>
            </w:r>
            <w:r>
              <w:t>friends</w:t>
            </w:r>
            <w:r w:rsidRPr="00332DB8">
              <w:rPr>
                <w:lang w:val="ru-RU"/>
              </w:rPr>
              <w:t>...»,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2880" w:type="dxa"/>
          </w:tcPr>
          <w:p w:rsidR="006F7457" w:rsidRPr="00332DB8" w:rsidRDefault="006F7457">
            <w:pPr>
              <w:rPr>
                <w:lang w:val="ru-RU"/>
              </w:rPr>
            </w:pPr>
          </w:p>
        </w:tc>
      </w:tr>
      <w:tr w:rsidR="006F7457" w:rsidRPr="005A424D">
        <w:tc>
          <w:tcPr>
            <w:tcW w:w="2880" w:type="dxa"/>
          </w:tcPr>
          <w:p w:rsidR="006F7457" w:rsidRDefault="00332DB8">
            <w:r>
              <w:t>3607.</w:t>
            </w:r>
          </w:p>
        </w:tc>
        <w:tc>
          <w:tcPr>
            <w:tcW w:w="2880" w:type="dxa"/>
          </w:tcPr>
          <w:p w:rsidR="006F7457" w:rsidRPr="00332DB8" w:rsidRDefault="00332DB8">
            <w:pPr>
              <w:rPr>
                <w:lang w:val="ru-RU"/>
              </w:rPr>
            </w:pPr>
            <w:r w:rsidRPr="00332DB8">
              <w:rPr>
                <w:lang w:val="ru-RU"/>
              </w:rPr>
              <w:t xml:space="preserve">Текст музыкальной композиции группы </w:t>
            </w:r>
            <w:r>
              <w:t>CWT</w:t>
            </w:r>
            <w:r w:rsidRPr="00332DB8">
              <w:rPr>
                <w:lang w:val="ru-RU"/>
              </w:rPr>
              <w:t xml:space="preserve"> (</w:t>
            </w:r>
            <w:r>
              <w:t>ClockworkTimes</w:t>
            </w:r>
            <w:r w:rsidRPr="00332DB8">
              <w:rPr>
                <w:lang w:val="ru-RU"/>
              </w:rPr>
              <w:t>) – «Про таджика», размещенный в социальной сети «ВКонтакте» (решение Хабаровского районного суда Хабаровского края от 29.02.2016);</w:t>
            </w:r>
          </w:p>
        </w:tc>
        <w:tc>
          <w:tcPr>
            <w:tcW w:w="2880" w:type="dxa"/>
          </w:tcPr>
          <w:p w:rsidR="006F7457" w:rsidRPr="00332DB8" w:rsidRDefault="006F7457">
            <w:pPr>
              <w:rPr>
                <w:lang w:val="ru-RU"/>
              </w:rPr>
            </w:pPr>
          </w:p>
        </w:tc>
      </w:tr>
      <w:tr w:rsidR="006F7457" w:rsidRPr="005A424D">
        <w:tc>
          <w:tcPr>
            <w:tcW w:w="2880" w:type="dxa"/>
          </w:tcPr>
          <w:p w:rsidR="006F7457" w:rsidRDefault="00332DB8">
            <w:r>
              <w:t>3608.</w:t>
            </w:r>
          </w:p>
        </w:tc>
        <w:tc>
          <w:tcPr>
            <w:tcW w:w="2880" w:type="dxa"/>
          </w:tcPr>
          <w:p w:rsidR="006F7457" w:rsidRPr="00332DB8" w:rsidRDefault="00332DB8">
            <w:pPr>
              <w:rPr>
                <w:lang w:val="ru-RU"/>
              </w:rPr>
            </w:pPr>
            <w:r w:rsidRPr="00332DB8">
              <w:rPr>
                <w:lang w:val="ru-RU"/>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3609.</w:t>
            </w:r>
          </w:p>
        </w:tc>
        <w:tc>
          <w:tcPr>
            <w:tcW w:w="2880" w:type="dxa"/>
          </w:tcPr>
          <w:p w:rsidR="006F7457" w:rsidRPr="00332DB8" w:rsidRDefault="00332DB8">
            <w:pPr>
              <w:rPr>
                <w:lang w:val="ru-RU"/>
              </w:rPr>
            </w:pPr>
            <w:r w:rsidRPr="00332DB8">
              <w:rPr>
                <w:lang w:val="ru-RU"/>
              </w:rPr>
              <w:t xml:space="preserve">Текст музыкальной композиции группы «Коловрат» - «Наши </w:t>
            </w:r>
            <w:r>
              <w:t>Ultras</w:t>
            </w:r>
            <w:r w:rsidRPr="00332DB8">
              <w:rPr>
                <w:lang w:val="ru-RU"/>
              </w:rPr>
              <w:t>», размещенный в социальной сети «ВКонтакте» (решение Хабаровского районного суда Хабаровского края от 29.02.2016);</w:t>
            </w:r>
          </w:p>
        </w:tc>
        <w:tc>
          <w:tcPr>
            <w:tcW w:w="2880" w:type="dxa"/>
          </w:tcPr>
          <w:p w:rsidR="006F7457" w:rsidRPr="00332DB8" w:rsidRDefault="006F7457">
            <w:pPr>
              <w:rPr>
                <w:lang w:val="ru-RU"/>
              </w:rPr>
            </w:pPr>
          </w:p>
        </w:tc>
      </w:tr>
      <w:tr w:rsidR="006F7457" w:rsidRPr="005A424D">
        <w:tc>
          <w:tcPr>
            <w:tcW w:w="2880" w:type="dxa"/>
          </w:tcPr>
          <w:p w:rsidR="006F7457" w:rsidRDefault="00332DB8">
            <w:r>
              <w:t>3610.</w:t>
            </w:r>
          </w:p>
        </w:tc>
        <w:tc>
          <w:tcPr>
            <w:tcW w:w="2880" w:type="dxa"/>
          </w:tcPr>
          <w:p w:rsidR="006F7457" w:rsidRPr="00332DB8" w:rsidRDefault="00332DB8">
            <w:pPr>
              <w:rPr>
                <w:lang w:val="ru-RU"/>
              </w:rPr>
            </w:pPr>
            <w:r w:rsidRPr="00332DB8">
              <w:rPr>
                <w:lang w:val="ru-RU"/>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2880" w:type="dxa"/>
          </w:tcPr>
          <w:p w:rsidR="006F7457" w:rsidRPr="00332DB8" w:rsidRDefault="006F7457">
            <w:pPr>
              <w:rPr>
                <w:lang w:val="ru-RU"/>
              </w:rPr>
            </w:pPr>
          </w:p>
        </w:tc>
      </w:tr>
      <w:tr w:rsidR="006F7457" w:rsidRPr="005A424D">
        <w:tc>
          <w:tcPr>
            <w:tcW w:w="2880" w:type="dxa"/>
          </w:tcPr>
          <w:p w:rsidR="006F7457" w:rsidRDefault="00332DB8">
            <w:r>
              <w:t>3611.</w:t>
            </w:r>
          </w:p>
        </w:tc>
        <w:tc>
          <w:tcPr>
            <w:tcW w:w="2880" w:type="dxa"/>
          </w:tcPr>
          <w:p w:rsidR="006F7457" w:rsidRPr="00332DB8" w:rsidRDefault="00332DB8">
            <w:pPr>
              <w:rPr>
                <w:lang w:val="ru-RU"/>
              </w:rPr>
            </w:pPr>
            <w:r w:rsidRPr="00332DB8">
              <w:rPr>
                <w:lang w:val="ru-RU"/>
              </w:rPr>
              <w:t>Видеоролик «Коловрат - Кровь патриотов (</w:t>
            </w:r>
            <w:r>
              <w:t>Blood</w:t>
            </w:r>
            <w:r w:rsidRPr="00332DB8">
              <w:rPr>
                <w:lang w:val="ru-RU"/>
              </w:rPr>
              <w:t xml:space="preserve"> </w:t>
            </w:r>
            <w:r>
              <w:t>of</w:t>
            </w:r>
            <w:r w:rsidRPr="00332DB8">
              <w:rPr>
                <w:lang w:val="ru-RU"/>
              </w:rPr>
              <w:t xml:space="preserve"> </w:t>
            </w:r>
            <w:r>
              <w:t>Patriots</w:t>
            </w:r>
            <w:r w:rsidRPr="00332DB8">
              <w:rPr>
                <w:lang w:val="ru-RU"/>
              </w:rPr>
              <w:t>)», размещенный в сети «Интернет» (решение Североморского районного суда Мурманской области от 01.04.2016);</w:t>
            </w:r>
          </w:p>
        </w:tc>
        <w:tc>
          <w:tcPr>
            <w:tcW w:w="2880" w:type="dxa"/>
          </w:tcPr>
          <w:p w:rsidR="006F7457" w:rsidRPr="00332DB8" w:rsidRDefault="006F7457">
            <w:pPr>
              <w:rPr>
                <w:lang w:val="ru-RU"/>
              </w:rPr>
            </w:pPr>
          </w:p>
        </w:tc>
      </w:tr>
      <w:tr w:rsidR="006F7457" w:rsidRPr="005A424D">
        <w:tc>
          <w:tcPr>
            <w:tcW w:w="2880" w:type="dxa"/>
          </w:tcPr>
          <w:p w:rsidR="006F7457" w:rsidRDefault="00332DB8">
            <w:r>
              <w:t>3612.</w:t>
            </w:r>
          </w:p>
        </w:tc>
        <w:tc>
          <w:tcPr>
            <w:tcW w:w="2880" w:type="dxa"/>
          </w:tcPr>
          <w:p w:rsidR="006F7457" w:rsidRPr="00332DB8" w:rsidRDefault="00332DB8">
            <w:pPr>
              <w:rPr>
                <w:lang w:val="ru-RU"/>
              </w:rPr>
            </w:pPr>
            <w:r w:rsidRPr="00332DB8">
              <w:rPr>
                <w:lang w:val="ru-RU"/>
              </w:rPr>
              <w:t xml:space="preserve">Статья «Поднимайтесь на Джихад против России: Обращение муджахидов к молодежи Чечни», размещенная в сети Интернет на сайте </w:t>
            </w:r>
            <w:r>
              <w:t>http</w:t>
            </w:r>
            <w:r w:rsidRPr="00332DB8">
              <w:rPr>
                <w:lang w:val="ru-RU"/>
              </w:rPr>
              <w:t>://</w:t>
            </w:r>
            <w:r>
              <w:t>news</w:t>
            </w:r>
            <w:r w:rsidRPr="00332DB8">
              <w:rPr>
                <w:lang w:val="ru-RU"/>
              </w:rPr>
              <w:t>.</w:t>
            </w:r>
            <w:r>
              <w:t>eizvestia</w:t>
            </w:r>
            <w:r w:rsidRPr="00332DB8">
              <w:rPr>
                <w:lang w:val="ru-RU"/>
              </w:rPr>
              <w:t>.</w:t>
            </w:r>
            <w:r>
              <w:t>com</w:t>
            </w:r>
            <w:r w:rsidRPr="00332DB8">
              <w:rPr>
                <w:lang w:val="ru-RU"/>
              </w:rPr>
              <w:t>/</w:t>
            </w:r>
            <w:r>
              <w:t>news</w:t>
            </w:r>
            <w:r w:rsidRPr="00332DB8">
              <w:rPr>
                <w:lang w:val="ru-RU"/>
              </w:rPr>
              <w:t>_</w:t>
            </w:r>
            <w:r>
              <w:t>abroad</w:t>
            </w:r>
            <w:r w:rsidRPr="00332DB8">
              <w:rPr>
                <w:lang w:val="ru-RU"/>
              </w:rPr>
              <w:t>/</w:t>
            </w:r>
            <w:r>
              <w:t>full</w:t>
            </w:r>
            <w:r w:rsidRPr="00332DB8">
              <w:rPr>
                <w:lang w:val="ru-RU"/>
              </w:rPr>
              <w:t>/423-</w:t>
            </w:r>
            <w:r>
              <w:t>podnimajtes</w:t>
            </w:r>
            <w:r w:rsidRPr="00332DB8">
              <w:rPr>
                <w:lang w:val="ru-RU"/>
              </w:rPr>
              <w:t>-</w:t>
            </w:r>
            <w:r>
              <w:t>na</w:t>
            </w:r>
            <w:r w:rsidRPr="00332DB8">
              <w:rPr>
                <w:lang w:val="ru-RU"/>
              </w:rPr>
              <w:t>-</w:t>
            </w:r>
            <w:r>
              <w:t>dhihad</w:t>
            </w:r>
            <w:r w:rsidRPr="00332DB8">
              <w:rPr>
                <w:lang w:val="ru-RU"/>
              </w:rPr>
              <w:t>-</w:t>
            </w:r>
            <w:r>
              <w:t>protiv</w:t>
            </w:r>
            <w:r w:rsidRPr="00332DB8">
              <w:rPr>
                <w:lang w:val="ru-RU"/>
              </w:rPr>
              <w:t>-</w:t>
            </w:r>
            <w:r>
              <w:t>rossii</w:t>
            </w:r>
            <w:r w:rsidRPr="00332DB8">
              <w:rPr>
                <w:lang w:val="ru-RU"/>
              </w:rPr>
              <w:t>-</w:t>
            </w:r>
            <w:r>
              <w:t>obrashhenie</w:t>
            </w:r>
            <w:r w:rsidRPr="00332DB8">
              <w:rPr>
                <w:lang w:val="ru-RU"/>
              </w:rPr>
              <w:t>-</w:t>
            </w:r>
            <w:r>
              <w:t>mudzhahidov</w:t>
            </w:r>
            <w:r w:rsidRPr="00332DB8">
              <w:rPr>
                <w:lang w:val="ru-RU"/>
              </w:rPr>
              <w:t>-</w:t>
            </w:r>
            <w:r>
              <w:t>k</w:t>
            </w:r>
            <w:r w:rsidRPr="00332DB8">
              <w:rPr>
                <w:lang w:val="ru-RU"/>
              </w:rPr>
              <w:t>-</w:t>
            </w:r>
            <w:r>
              <w:t>molodezhi</w:t>
            </w:r>
            <w:r w:rsidRPr="00332DB8">
              <w:rPr>
                <w:lang w:val="ru-RU"/>
              </w:rPr>
              <w:t>-</w:t>
            </w:r>
            <w:r>
              <w:t>chechni</w:t>
            </w:r>
            <w:r w:rsidRPr="00332DB8">
              <w:rPr>
                <w:lang w:val="ru-RU"/>
              </w:rPr>
              <w:t>-</w:t>
            </w:r>
            <w:r>
              <w:t>video</w:t>
            </w:r>
            <w:r w:rsidRPr="00332DB8">
              <w:rPr>
                <w:lang w:val="ru-RU"/>
              </w:rPr>
              <w:t xml:space="preserve"> (решения Советского районного суда г. Астрахани от 22.03.2016);</w:t>
            </w:r>
          </w:p>
        </w:tc>
        <w:tc>
          <w:tcPr>
            <w:tcW w:w="2880" w:type="dxa"/>
          </w:tcPr>
          <w:p w:rsidR="006F7457" w:rsidRPr="00332DB8" w:rsidRDefault="006F7457">
            <w:pPr>
              <w:rPr>
                <w:lang w:val="ru-RU"/>
              </w:rPr>
            </w:pPr>
          </w:p>
        </w:tc>
      </w:tr>
      <w:tr w:rsidR="006F7457" w:rsidRPr="005A424D">
        <w:tc>
          <w:tcPr>
            <w:tcW w:w="2880" w:type="dxa"/>
          </w:tcPr>
          <w:p w:rsidR="006F7457" w:rsidRDefault="00332DB8">
            <w:r>
              <w:t>3613.</w:t>
            </w:r>
          </w:p>
        </w:tc>
        <w:tc>
          <w:tcPr>
            <w:tcW w:w="2880" w:type="dxa"/>
          </w:tcPr>
          <w:p w:rsidR="006F7457" w:rsidRPr="00332DB8" w:rsidRDefault="00332DB8">
            <w:pPr>
              <w:rPr>
                <w:lang w:val="ru-RU"/>
              </w:rPr>
            </w:pPr>
            <w:r w:rsidRPr="00332DB8">
              <w:rPr>
                <w:lang w:val="ru-RU"/>
              </w:rPr>
              <w:t xml:space="preserve">Видеоматериал: «Обращение Амира Салахуддина Шишани по итогам совещания командного состава моджахедов «Джейш Мухаджирин ва Ансар»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238858611 ) (решение Кропоткинского городского суда Краснодарского края от 21.04.2016);</w:t>
            </w:r>
          </w:p>
        </w:tc>
        <w:tc>
          <w:tcPr>
            <w:tcW w:w="2880" w:type="dxa"/>
          </w:tcPr>
          <w:p w:rsidR="006F7457" w:rsidRPr="00332DB8" w:rsidRDefault="006F7457">
            <w:pPr>
              <w:rPr>
                <w:lang w:val="ru-RU"/>
              </w:rPr>
            </w:pPr>
          </w:p>
        </w:tc>
      </w:tr>
      <w:tr w:rsidR="006F7457" w:rsidRPr="005A424D">
        <w:tc>
          <w:tcPr>
            <w:tcW w:w="2880" w:type="dxa"/>
          </w:tcPr>
          <w:p w:rsidR="006F7457" w:rsidRDefault="00332DB8">
            <w:r>
              <w:t>36</w:t>
            </w:r>
            <w:r>
              <w:lastRenderedPageBreak/>
              <w:t>14.</w:t>
            </w:r>
          </w:p>
        </w:tc>
        <w:tc>
          <w:tcPr>
            <w:tcW w:w="2880" w:type="dxa"/>
          </w:tcPr>
          <w:p w:rsidR="006F7457" w:rsidRPr="00332DB8" w:rsidRDefault="00332DB8">
            <w:pPr>
              <w:rPr>
                <w:lang w:val="ru-RU"/>
              </w:rPr>
            </w:pPr>
            <w:r w:rsidRPr="00332DB8">
              <w:rPr>
                <w:lang w:val="ru-RU"/>
              </w:rPr>
              <w:lastRenderedPageBreak/>
              <w:t xml:space="preserve">Видеоматериал: «Обращение перед операцией Истишхад в Волгограде»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238858611-16766828), размещенный сети Интернет в социальной сети «ВКонтакте» на личной </w:t>
            </w:r>
            <w:r w:rsidRPr="00332DB8">
              <w:rPr>
                <w:lang w:val="ru-RU"/>
              </w:rPr>
              <w:lastRenderedPageBreak/>
              <w:t xml:space="preserve">странице пользователя под условным именем «Мансур Аль-Черкасси»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238858611 ) (решение Кропоткинского городского суда Краснодарского края от 21.04.2016);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3615.</w:t>
            </w:r>
          </w:p>
        </w:tc>
        <w:tc>
          <w:tcPr>
            <w:tcW w:w="2880" w:type="dxa"/>
          </w:tcPr>
          <w:p w:rsidR="006F7457" w:rsidRPr="00332DB8" w:rsidRDefault="00332DB8">
            <w:pPr>
              <w:rPr>
                <w:lang w:val="ru-RU"/>
              </w:rPr>
            </w:pPr>
            <w:r w:rsidRPr="00332DB8">
              <w:rPr>
                <w:lang w:val="ru-RU"/>
              </w:rPr>
              <w:t xml:space="preserve">Видеоматериал: «Халид Ясин. Про Муджахедов»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238858611 ) (решение Кропоткинского городского суда Краснодарского края от 21.04.2016);</w:t>
            </w:r>
          </w:p>
        </w:tc>
        <w:tc>
          <w:tcPr>
            <w:tcW w:w="2880" w:type="dxa"/>
          </w:tcPr>
          <w:p w:rsidR="006F7457" w:rsidRPr="00332DB8" w:rsidRDefault="006F7457">
            <w:pPr>
              <w:rPr>
                <w:lang w:val="ru-RU"/>
              </w:rPr>
            </w:pPr>
          </w:p>
        </w:tc>
      </w:tr>
      <w:tr w:rsidR="006F7457" w:rsidRPr="005A424D">
        <w:tc>
          <w:tcPr>
            <w:tcW w:w="2880" w:type="dxa"/>
          </w:tcPr>
          <w:p w:rsidR="006F7457" w:rsidRDefault="00332DB8">
            <w:r>
              <w:t>3616.</w:t>
            </w:r>
          </w:p>
        </w:tc>
        <w:tc>
          <w:tcPr>
            <w:tcW w:w="2880" w:type="dxa"/>
          </w:tcPr>
          <w:p w:rsidR="006F7457" w:rsidRPr="00332DB8" w:rsidRDefault="00332DB8">
            <w:pPr>
              <w:rPr>
                <w:lang w:val="ru-RU"/>
              </w:rPr>
            </w:pPr>
            <w:r w:rsidRPr="00332DB8">
              <w:rPr>
                <w:lang w:val="ru-RU"/>
              </w:rPr>
              <w:t>Видеозапись «Россия» под музыку Коловрат – Слава России!» (решение Октябрьского районного суда г. Владимира от 19.04.2016);</w:t>
            </w:r>
          </w:p>
        </w:tc>
        <w:tc>
          <w:tcPr>
            <w:tcW w:w="2880" w:type="dxa"/>
          </w:tcPr>
          <w:p w:rsidR="006F7457" w:rsidRPr="00332DB8" w:rsidRDefault="006F7457">
            <w:pPr>
              <w:rPr>
                <w:lang w:val="ru-RU"/>
              </w:rPr>
            </w:pPr>
          </w:p>
        </w:tc>
      </w:tr>
      <w:tr w:rsidR="006F7457" w:rsidRPr="005A424D">
        <w:tc>
          <w:tcPr>
            <w:tcW w:w="2880" w:type="dxa"/>
          </w:tcPr>
          <w:p w:rsidR="006F7457" w:rsidRDefault="00332DB8">
            <w:r>
              <w:t>3617.</w:t>
            </w:r>
          </w:p>
        </w:tc>
        <w:tc>
          <w:tcPr>
            <w:tcW w:w="2880" w:type="dxa"/>
          </w:tcPr>
          <w:p w:rsidR="006F7457" w:rsidRPr="00332DB8" w:rsidRDefault="00332DB8">
            <w:pPr>
              <w:rPr>
                <w:lang w:val="ru-RU"/>
              </w:rPr>
            </w:pPr>
            <w:r w:rsidRPr="00332DB8">
              <w:rPr>
                <w:lang w:val="ru-RU"/>
              </w:rPr>
              <w:t>Видеообращение на интернет-сервисе, предоставляющим услуги видеохостинга «</w:t>
            </w:r>
            <w:r>
              <w:t>https</w:t>
            </w:r>
            <w:r w:rsidRPr="00332DB8">
              <w:rPr>
                <w:lang w:val="ru-RU"/>
              </w:rPr>
              <w:t>://</w:t>
            </w:r>
            <w:r>
              <w:t>www</w:t>
            </w:r>
            <w:r w:rsidRPr="00332DB8">
              <w:rPr>
                <w:lang w:val="ru-RU"/>
              </w:rPr>
              <w:t>.</w:t>
            </w:r>
            <w:r>
              <w:t>youtube</w:t>
            </w:r>
            <w:r w:rsidRPr="00332DB8">
              <w:rPr>
                <w:lang w:val="ru-RU"/>
              </w:rPr>
              <w:t>.</w:t>
            </w:r>
            <w:r>
              <w:t>com</w:t>
            </w:r>
            <w:r w:rsidRPr="00332DB8">
              <w:rPr>
                <w:lang w:val="ru-RU"/>
              </w:rPr>
              <w:t xml:space="preserve">», на котором размещена ссылка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 xml:space="preserve">= </w:t>
            </w:r>
            <w:r>
              <w:t>qitAsNDSuCM</w:t>
            </w:r>
            <w:r w:rsidRPr="00332DB8">
              <w:rPr>
                <w:lang w:val="ru-RU"/>
              </w:rPr>
              <w:t xml:space="preserve"> видеозапись «Обращение амира Кизляра» (решение Кизлярского районного суда Республики Дагестан от 14.04.2016);</w:t>
            </w:r>
          </w:p>
        </w:tc>
        <w:tc>
          <w:tcPr>
            <w:tcW w:w="2880" w:type="dxa"/>
          </w:tcPr>
          <w:p w:rsidR="006F7457" w:rsidRPr="00332DB8" w:rsidRDefault="006F7457">
            <w:pPr>
              <w:rPr>
                <w:lang w:val="ru-RU"/>
              </w:rPr>
            </w:pPr>
          </w:p>
        </w:tc>
      </w:tr>
      <w:tr w:rsidR="006F7457" w:rsidRPr="005A424D">
        <w:tc>
          <w:tcPr>
            <w:tcW w:w="2880" w:type="dxa"/>
          </w:tcPr>
          <w:p w:rsidR="006F7457" w:rsidRDefault="00332DB8">
            <w:r>
              <w:t>3618.</w:t>
            </w:r>
          </w:p>
        </w:tc>
        <w:tc>
          <w:tcPr>
            <w:tcW w:w="2880" w:type="dxa"/>
          </w:tcPr>
          <w:p w:rsidR="006F7457" w:rsidRPr="00332DB8" w:rsidRDefault="00332DB8">
            <w:pPr>
              <w:rPr>
                <w:lang w:val="ru-RU"/>
              </w:rPr>
            </w:pPr>
            <w:r w:rsidRPr="00332DB8">
              <w:rPr>
                <w:lang w:val="ru-RU"/>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2880" w:type="dxa"/>
          </w:tcPr>
          <w:p w:rsidR="006F7457" w:rsidRPr="00332DB8" w:rsidRDefault="006F7457">
            <w:pPr>
              <w:rPr>
                <w:lang w:val="ru-RU"/>
              </w:rPr>
            </w:pPr>
          </w:p>
        </w:tc>
      </w:tr>
      <w:tr w:rsidR="006F7457" w:rsidRPr="005A424D">
        <w:tc>
          <w:tcPr>
            <w:tcW w:w="2880" w:type="dxa"/>
          </w:tcPr>
          <w:p w:rsidR="006F7457" w:rsidRDefault="00332DB8">
            <w:r>
              <w:t>3619.</w:t>
            </w:r>
          </w:p>
        </w:tc>
        <w:tc>
          <w:tcPr>
            <w:tcW w:w="2880" w:type="dxa"/>
          </w:tcPr>
          <w:p w:rsidR="006F7457" w:rsidRPr="00332DB8" w:rsidRDefault="00332DB8">
            <w:pPr>
              <w:rPr>
                <w:lang w:val="ru-RU"/>
              </w:rPr>
            </w:pPr>
            <w:r w:rsidRPr="00332DB8">
              <w:rPr>
                <w:lang w:val="ru-RU"/>
              </w:rPr>
              <w:t>Информационный материал: «Ты типичный солдат! Слава России!.</w:t>
            </w:r>
            <w:r>
              <w:t>m</w:t>
            </w:r>
            <w:r w:rsidRPr="00332DB8">
              <w:rPr>
                <w:lang w:val="ru-RU"/>
              </w:rPr>
              <w:t xml:space="preserve">р4», продолжительностью 05 минут 10 секунд, размером 10,4 Мб, расположенный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18158482_167927923 (решение Октябрьского районного суда г. Мурманска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3620.</w:t>
            </w:r>
          </w:p>
        </w:tc>
        <w:tc>
          <w:tcPr>
            <w:tcW w:w="2880" w:type="dxa"/>
          </w:tcPr>
          <w:p w:rsidR="006F7457" w:rsidRPr="00332DB8" w:rsidRDefault="00332DB8">
            <w:pPr>
              <w:rPr>
                <w:lang w:val="ru-RU"/>
              </w:rPr>
            </w:pPr>
            <w:r w:rsidRPr="00332DB8">
              <w:rPr>
                <w:lang w:val="ru-RU"/>
              </w:rPr>
              <w:t>Информационный материал: «Отец наказывает дочь подстилку и чернильницу.</w:t>
            </w:r>
            <w:r>
              <w:t>m</w:t>
            </w:r>
            <w:r w:rsidRPr="00332DB8">
              <w:rPr>
                <w:lang w:val="ru-RU"/>
              </w:rPr>
              <w:t xml:space="preserve">р4», продолжительностью 02 минуты 05 секунд, размером 6,12 Мб, расположенный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18158482_166858844 (решение Октябрьского районного суда г. Мурманска от 15.03.2016);</w:t>
            </w:r>
          </w:p>
        </w:tc>
        <w:tc>
          <w:tcPr>
            <w:tcW w:w="2880" w:type="dxa"/>
          </w:tcPr>
          <w:p w:rsidR="006F7457" w:rsidRPr="00332DB8" w:rsidRDefault="006F7457">
            <w:pPr>
              <w:rPr>
                <w:lang w:val="ru-RU"/>
              </w:rPr>
            </w:pPr>
          </w:p>
        </w:tc>
      </w:tr>
      <w:tr w:rsidR="006F7457" w:rsidRPr="005A424D">
        <w:tc>
          <w:tcPr>
            <w:tcW w:w="2880" w:type="dxa"/>
          </w:tcPr>
          <w:p w:rsidR="006F7457" w:rsidRDefault="00332DB8">
            <w:r>
              <w:t>3621.</w:t>
            </w:r>
          </w:p>
        </w:tc>
        <w:tc>
          <w:tcPr>
            <w:tcW w:w="2880" w:type="dxa"/>
          </w:tcPr>
          <w:p w:rsidR="006F7457" w:rsidRPr="00332DB8" w:rsidRDefault="00332DB8">
            <w:pPr>
              <w:rPr>
                <w:lang w:val="ru-RU"/>
              </w:rPr>
            </w:pPr>
            <w:r w:rsidRPr="00332DB8">
              <w:rPr>
                <w:lang w:val="ru-RU"/>
              </w:rPr>
              <w:t xml:space="preserve">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w:t>
            </w:r>
            <w:r>
              <w:t>cesoru</w:t>
            </w:r>
            <w:r w:rsidRPr="00332DB8">
              <w:rPr>
                <w:lang w:val="ru-RU"/>
              </w:rPr>
              <w:t>.</w:t>
            </w:r>
            <w:r>
              <w:t>net</w:t>
            </w:r>
            <w:r w:rsidRPr="00332DB8">
              <w:rPr>
                <w:lang w:val="ru-RU"/>
              </w:rPr>
              <w:t>/</w:t>
            </w:r>
            <w:r>
              <w:t>obschestvo</w:t>
            </w:r>
            <w:r w:rsidRPr="00332DB8">
              <w:rPr>
                <w:lang w:val="ru-RU"/>
              </w:rPr>
              <w:t>/1022-</w:t>
            </w:r>
            <w:r>
              <w:t>krymchane</w:t>
            </w:r>
            <w:r w:rsidRPr="00332DB8">
              <w:rPr>
                <w:lang w:val="ru-RU"/>
              </w:rPr>
              <w:t>-</w:t>
            </w:r>
            <w:r>
              <w:t>znayte</w:t>
            </w:r>
            <w:r w:rsidRPr="00332DB8">
              <w:rPr>
                <w:lang w:val="ru-RU"/>
              </w:rPr>
              <w:t>-</w:t>
            </w:r>
            <w:r>
              <w:t>my</w:t>
            </w:r>
            <w:r w:rsidRPr="00332DB8">
              <w:rPr>
                <w:lang w:val="ru-RU"/>
              </w:rPr>
              <w:t>-</w:t>
            </w:r>
            <w:r>
              <w:t>rossiyane</w:t>
            </w:r>
            <w:r w:rsidRPr="00332DB8">
              <w:rPr>
                <w:lang w:val="ru-RU"/>
              </w:rPr>
              <w:t>-</w:t>
            </w:r>
            <w:r>
              <w:t>vas</w:t>
            </w:r>
            <w:r w:rsidRPr="00332DB8">
              <w:rPr>
                <w:lang w:val="ru-RU"/>
              </w:rPr>
              <w:t>-</w:t>
            </w:r>
            <w:r>
              <w:t>nenavidim</w:t>
            </w:r>
            <w:r w:rsidRPr="00332DB8">
              <w:rPr>
                <w:lang w:val="ru-RU"/>
              </w:rPr>
              <w:t>.</w:t>
            </w:r>
            <w:r>
              <w:t>html</w:t>
            </w:r>
            <w:r w:rsidRPr="00332DB8">
              <w:rPr>
                <w:lang w:val="ru-RU"/>
              </w:rPr>
              <w:t xml:space="preserve"> (решение Октябрьского районного суда г. Краснодара от 23.03.2016 и определение Октябрьского районного суда г. Краснодара от 04.05.2016);</w:t>
            </w:r>
          </w:p>
        </w:tc>
        <w:tc>
          <w:tcPr>
            <w:tcW w:w="2880" w:type="dxa"/>
          </w:tcPr>
          <w:p w:rsidR="006F7457" w:rsidRPr="00332DB8" w:rsidRDefault="006F7457">
            <w:pPr>
              <w:rPr>
                <w:lang w:val="ru-RU"/>
              </w:rPr>
            </w:pPr>
          </w:p>
        </w:tc>
      </w:tr>
      <w:tr w:rsidR="006F7457" w:rsidRPr="005A424D">
        <w:tc>
          <w:tcPr>
            <w:tcW w:w="2880" w:type="dxa"/>
          </w:tcPr>
          <w:p w:rsidR="006F7457" w:rsidRDefault="00332DB8">
            <w:r>
              <w:t>3622.</w:t>
            </w:r>
          </w:p>
        </w:tc>
        <w:tc>
          <w:tcPr>
            <w:tcW w:w="2880" w:type="dxa"/>
          </w:tcPr>
          <w:p w:rsidR="006F7457" w:rsidRPr="00332DB8" w:rsidRDefault="00332DB8">
            <w:pPr>
              <w:rPr>
                <w:lang w:val="ru-RU"/>
              </w:rPr>
            </w:pPr>
            <w:r w:rsidRPr="00332DB8">
              <w:rPr>
                <w:lang w:val="ru-RU"/>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w:t>
            </w:r>
            <w:r>
              <w:t>MD</w:t>
            </w:r>
            <w:r w:rsidRPr="00332DB8">
              <w:rPr>
                <w:lang w:val="ru-RU"/>
              </w:rPr>
              <w:t xml:space="preserve"> </w:t>
            </w:r>
            <w:r>
              <w:t>Russland</w:t>
            </w:r>
            <w:r w:rsidRPr="00332DB8">
              <w:rPr>
                <w:lang w:val="ru-RU"/>
              </w:rPr>
              <w:t xml:space="preserve">» по адресу: </w:t>
            </w:r>
            <w:r>
              <w:t>https</w:t>
            </w:r>
            <w:r w:rsidRPr="00332DB8">
              <w:rPr>
                <w:lang w:val="ru-RU"/>
              </w:rPr>
              <w:t>://</w:t>
            </w:r>
            <w:r>
              <w:t>vk</w:t>
            </w:r>
            <w:r w:rsidRPr="00332DB8">
              <w:rPr>
                <w:lang w:val="ru-RU"/>
              </w:rPr>
              <w:t>.</w:t>
            </w:r>
            <w:r>
              <w:t>com</w:t>
            </w:r>
            <w:r w:rsidRPr="00332DB8">
              <w:rPr>
                <w:lang w:val="ru-RU"/>
              </w:rPr>
              <w:t>/</w:t>
            </w:r>
            <w:r>
              <w:t>topuc</w:t>
            </w:r>
            <w:r w:rsidRPr="00332DB8">
              <w:rPr>
                <w:lang w:val="ru-RU"/>
              </w:rPr>
              <w:t xml:space="preserve">-77397223_32832730, а также по адресу </w:t>
            </w:r>
            <w:r>
              <w:t>www</w:t>
            </w:r>
            <w:r w:rsidRPr="00332DB8">
              <w:rPr>
                <w:lang w:val="ru-RU"/>
              </w:rPr>
              <w:t>/</w:t>
            </w:r>
            <w:r>
              <w:t>stihi</w:t>
            </w:r>
            <w:r w:rsidRPr="00332DB8">
              <w:rPr>
                <w:lang w:val="ru-RU"/>
              </w:rPr>
              <w:t>.</w:t>
            </w:r>
            <w:r>
              <w:t>ru</w:t>
            </w:r>
            <w:r w:rsidRPr="00332DB8">
              <w:rPr>
                <w:lang w:val="ru-RU"/>
              </w:rPr>
              <w:t xml:space="preserve"> Меньше слов, больше дела! (Дмитрий Канашкин)/Стихи.ру (решение Октябрьского районного суда г. Мурманска от 22.04.2016);</w:t>
            </w:r>
          </w:p>
        </w:tc>
        <w:tc>
          <w:tcPr>
            <w:tcW w:w="2880" w:type="dxa"/>
          </w:tcPr>
          <w:p w:rsidR="006F7457" w:rsidRPr="00332DB8" w:rsidRDefault="006F7457">
            <w:pPr>
              <w:rPr>
                <w:lang w:val="ru-RU"/>
              </w:rPr>
            </w:pPr>
          </w:p>
        </w:tc>
      </w:tr>
      <w:tr w:rsidR="006F7457" w:rsidRPr="005A424D">
        <w:tc>
          <w:tcPr>
            <w:tcW w:w="2880" w:type="dxa"/>
          </w:tcPr>
          <w:p w:rsidR="006F7457" w:rsidRDefault="00332DB8">
            <w:r>
              <w:t>3623.</w:t>
            </w:r>
          </w:p>
        </w:tc>
        <w:tc>
          <w:tcPr>
            <w:tcW w:w="2880" w:type="dxa"/>
          </w:tcPr>
          <w:p w:rsidR="006F7457" w:rsidRPr="00332DB8" w:rsidRDefault="00332DB8">
            <w:pPr>
              <w:rPr>
                <w:lang w:val="ru-RU"/>
              </w:rPr>
            </w:pPr>
            <w:r w:rsidRPr="00332DB8">
              <w:rPr>
                <w:lang w:val="ru-RU"/>
              </w:rPr>
              <w:t>Интернет-сайт «Кавказпресс» (</w:t>
            </w:r>
            <w:r>
              <w:t>http</w:t>
            </w:r>
            <w:r w:rsidRPr="00332DB8">
              <w:rPr>
                <w:lang w:val="ru-RU"/>
              </w:rPr>
              <w:t>://</w:t>
            </w:r>
            <w:r>
              <w:t>kavkazpress</w:t>
            </w:r>
            <w:r w:rsidRPr="00332DB8">
              <w:rPr>
                <w:lang w:val="ru-RU"/>
              </w:rPr>
              <w:t>.</w:t>
            </w:r>
            <w:r>
              <w:t>ru</w:t>
            </w:r>
            <w:r w:rsidRPr="00332DB8">
              <w:rPr>
                <w:lang w:val="ru-RU"/>
              </w:rPr>
              <w:t>) (решение Советского районного суда г. Махачкалы от 13.05.2016);</w:t>
            </w:r>
          </w:p>
        </w:tc>
        <w:tc>
          <w:tcPr>
            <w:tcW w:w="2880" w:type="dxa"/>
          </w:tcPr>
          <w:p w:rsidR="006F7457" w:rsidRPr="00332DB8" w:rsidRDefault="006F7457">
            <w:pPr>
              <w:rPr>
                <w:lang w:val="ru-RU"/>
              </w:rPr>
            </w:pPr>
          </w:p>
        </w:tc>
      </w:tr>
      <w:tr w:rsidR="006F7457" w:rsidRPr="005A424D">
        <w:tc>
          <w:tcPr>
            <w:tcW w:w="2880" w:type="dxa"/>
          </w:tcPr>
          <w:p w:rsidR="006F7457" w:rsidRDefault="00332DB8">
            <w:r>
              <w:t>3624.</w:t>
            </w:r>
          </w:p>
        </w:tc>
        <w:tc>
          <w:tcPr>
            <w:tcW w:w="2880" w:type="dxa"/>
          </w:tcPr>
          <w:p w:rsidR="006F7457" w:rsidRPr="00332DB8" w:rsidRDefault="00332DB8">
            <w:pPr>
              <w:rPr>
                <w:lang w:val="ru-RU"/>
              </w:rPr>
            </w:pPr>
            <w:r w:rsidRPr="00332DB8">
              <w:rPr>
                <w:lang w:val="ru-RU"/>
              </w:rPr>
              <w:t>Интернет-сайт «Кавказпресс» в социальных сетях «В контакте» (</w:t>
            </w:r>
            <w:r>
              <w:t>http</w:t>
            </w:r>
            <w:r w:rsidRPr="00332DB8">
              <w:rPr>
                <w:lang w:val="ru-RU"/>
              </w:rPr>
              <w:t>://</w:t>
            </w:r>
            <w:r>
              <w:t>vk</w:t>
            </w:r>
            <w:r w:rsidRPr="00332DB8">
              <w:rPr>
                <w:lang w:val="ru-RU"/>
              </w:rPr>
              <w:t>.</w:t>
            </w:r>
            <w:r>
              <w:t>com</w:t>
            </w:r>
            <w:r w:rsidRPr="00332DB8">
              <w:rPr>
                <w:lang w:val="ru-RU"/>
              </w:rPr>
              <w:t>/.</w:t>
            </w:r>
            <w:r>
              <w:t>kavkazpress</w:t>
            </w:r>
            <w:r w:rsidRPr="00332DB8">
              <w:rPr>
                <w:lang w:val="ru-RU"/>
              </w:rPr>
              <w:t>) (решение Советского районного суда г. Махачкалы от 13.05.2016);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3625.</w:t>
            </w:r>
          </w:p>
        </w:tc>
        <w:tc>
          <w:tcPr>
            <w:tcW w:w="2880" w:type="dxa"/>
          </w:tcPr>
          <w:p w:rsidR="006F7457" w:rsidRPr="00332DB8" w:rsidRDefault="00332DB8">
            <w:pPr>
              <w:rPr>
                <w:lang w:val="ru-RU"/>
              </w:rPr>
            </w:pPr>
            <w:r w:rsidRPr="00332DB8">
              <w:rPr>
                <w:lang w:val="ru-RU"/>
              </w:rPr>
              <w:t>Интернет-сайт «Кавказпресс» в социальных сетях «Фейсбук» (</w:t>
            </w:r>
            <w:r>
              <w:t>http</w:t>
            </w:r>
            <w:r w:rsidRPr="00332DB8">
              <w:rPr>
                <w:lang w:val="ru-RU"/>
              </w:rPr>
              <w:t>://</w:t>
            </w:r>
            <w:r>
              <w:t>www</w:t>
            </w:r>
            <w:r w:rsidRPr="00332DB8">
              <w:rPr>
                <w:lang w:val="ru-RU"/>
              </w:rPr>
              <w:t>.</w:t>
            </w:r>
            <w:r>
              <w:t>facebook</w:t>
            </w:r>
            <w:r w:rsidRPr="00332DB8">
              <w:rPr>
                <w:lang w:val="ru-RU"/>
              </w:rPr>
              <w:t>.</w:t>
            </w:r>
            <w:r>
              <w:t>com</w:t>
            </w:r>
            <w:r w:rsidRPr="00332DB8">
              <w:rPr>
                <w:lang w:val="ru-RU"/>
              </w:rPr>
              <w:t>/</w:t>
            </w:r>
            <w:r>
              <w:t>groups</w:t>
            </w:r>
            <w:r w:rsidRPr="00332DB8">
              <w:rPr>
                <w:lang w:val="ru-RU"/>
              </w:rPr>
              <w:t>/</w:t>
            </w:r>
            <w:r>
              <w:t>kavkazpress</w:t>
            </w:r>
            <w:r w:rsidRPr="00332DB8">
              <w:rPr>
                <w:lang w:val="ru-RU"/>
              </w:rPr>
              <w:t>.</w:t>
            </w:r>
            <w:r>
              <w:t>ru</w:t>
            </w:r>
            <w:r w:rsidRPr="00332DB8">
              <w:rPr>
                <w:lang w:val="ru-RU"/>
              </w:rPr>
              <w:t>) (решение Советского районного суда г. Махачкалы от 13.05.2016);</w:t>
            </w:r>
          </w:p>
        </w:tc>
        <w:tc>
          <w:tcPr>
            <w:tcW w:w="2880" w:type="dxa"/>
          </w:tcPr>
          <w:p w:rsidR="006F7457" w:rsidRPr="00332DB8" w:rsidRDefault="006F7457">
            <w:pPr>
              <w:rPr>
                <w:lang w:val="ru-RU"/>
              </w:rPr>
            </w:pPr>
          </w:p>
        </w:tc>
      </w:tr>
      <w:tr w:rsidR="006F7457" w:rsidRPr="005A424D">
        <w:tc>
          <w:tcPr>
            <w:tcW w:w="2880" w:type="dxa"/>
          </w:tcPr>
          <w:p w:rsidR="006F7457" w:rsidRDefault="00332DB8">
            <w:r>
              <w:t>3626.</w:t>
            </w:r>
          </w:p>
        </w:tc>
        <w:tc>
          <w:tcPr>
            <w:tcW w:w="2880" w:type="dxa"/>
          </w:tcPr>
          <w:p w:rsidR="006F7457" w:rsidRPr="00332DB8" w:rsidRDefault="00332DB8">
            <w:pPr>
              <w:rPr>
                <w:lang w:val="ru-RU"/>
              </w:rPr>
            </w:pPr>
            <w:r w:rsidRPr="00332DB8">
              <w:rPr>
                <w:lang w:val="ru-RU"/>
              </w:rPr>
              <w:t>Интернет-сайт «Кавказпресс»» в социальных сетях «Твиттер» (</w:t>
            </w:r>
            <w:r>
              <w:t>http</w:t>
            </w:r>
            <w:r w:rsidRPr="00332DB8">
              <w:rPr>
                <w:lang w:val="ru-RU"/>
              </w:rPr>
              <w:t>://</w:t>
            </w:r>
            <w:r>
              <w:t>twitter</w:t>
            </w:r>
            <w:r w:rsidRPr="00332DB8">
              <w:rPr>
                <w:lang w:val="ru-RU"/>
              </w:rPr>
              <w:t>.</w:t>
            </w:r>
            <w:r>
              <w:t>com</w:t>
            </w:r>
            <w:r w:rsidRPr="00332DB8">
              <w:rPr>
                <w:lang w:val="ru-RU"/>
              </w:rPr>
              <w:t>/</w:t>
            </w:r>
            <w:r>
              <w:t>kavkazpress</w:t>
            </w:r>
            <w:r w:rsidRPr="00332DB8">
              <w:rPr>
                <w:lang w:val="ru-RU"/>
              </w:rPr>
              <w:t>) (решение Советского районного суда г. Махачкалы от 13.05.2016);</w:t>
            </w:r>
          </w:p>
        </w:tc>
        <w:tc>
          <w:tcPr>
            <w:tcW w:w="2880" w:type="dxa"/>
          </w:tcPr>
          <w:p w:rsidR="006F7457" w:rsidRPr="00332DB8" w:rsidRDefault="006F7457">
            <w:pPr>
              <w:rPr>
                <w:lang w:val="ru-RU"/>
              </w:rPr>
            </w:pPr>
          </w:p>
        </w:tc>
      </w:tr>
      <w:tr w:rsidR="006F7457" w:rsidRPr="005A424D">
        <w:tc>
          <w:tcPr>
            <w:tcW w:w="2880" w:type="dxa"/>
          </w:tcPr>
          <w:p w:rsidR="006F7457" w:rsidRDefault="00332DB8">
            <w:r>
              <w:t>3627.</w:t>
            </w:r>
          </w:p>
        </w:tc>
        <w:tc>
          <w:tcPr>
            <w:tcW w:w="2880" w:type="dxa"/>
          </w:tcPr>
          <w:p w:rsidR="006F7457" w:rsidRPr="00332DB8" w:rsidRDefault="00332DB8">
            <w:pPr>
              <w:rPr>
                <w:lang w:val="ru-RU"/>
              </w:rPr>
            </w:pPr>
            <w:r w:rsidRPr="00332DB8">
              <w:rPr>
                <w:lang w:val="ru-RU"/>
              </w:rPr>
              <w:t xml:space="preserve">Текстовой материал, распространенный Соловьевой О.Е. на своей персональной странице в социальной сети «Вконтакте», расположенной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2880" w:type="dxa"/>
          </w:tcPr>
          <w:p w:rsidR="006F7457" w:rsidRPr="00332DB8" w:rsidRDefault="006F7457">
            <w:pPr>
              <w:rPr>
                <w:lang w:val="ru-RU"/>
              </w:rPr>
            </w:pPr>
          </w:p>
        </w:tc>
      </w:tr>
      <w:tr w:rsidR="006F7457" w:rsidRPr="005A424D">
        <w:tc>
          <w:tcPr>
            <w:tcW w:w="2880" w:type="dxa"/>
          </w:tcPr>
          <w:p w:rsidR="006F7457" w:rsidRDefault="00332DB8">
            <w:r>
              <w:t>3628.</w:t>
            </w:r>
          </w:p>
        </w:tc>
        <w:tc>
          <w:tcPr>
            <w:tcW w:w="2880" w:type="dxa"/>
          </w:tcPr>
          <w:p w:rsidR="006F7457" w:rsidRPr="00332DB8" w:rsidRDefault="00332DB8">
            <w:pPr>
              <w:rPr>
                <w:lang w:val="ru-RU"/>
              </w:rPr>
            </w:pPr>
            <w:r w:rsidRPr="00332DB8">
              <w:rPr>
                <w:lang w:val="ru-RU"/>
              </w:rPr>
              <w:t xml:space="preserve">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электронным адресам: </w:t>
            </w:r>
            <w:r>
              <w:t>https</w:t>
            </w:r>
            <w:r w:rsidRPr="00332DB8">
              <w:rPr>
                <w:lang w:val="ru-RU"/>
              </w:rPr>
              <w:t>://</w:t>
            </w:r>
            <w:r>
              <w:t>vk</w:t>
            </w:r>
            <w:r w:rsidRPr="00332DB8">
              <w:rPr>
                <w:lang w:val="ru-RU"/>
              </w:rPr>
              <w:t>.</w:t>
            </w:r>
            <w:r>
              <w:t>com</w:t>
            </w:r>
            <w:r w:rsidRPr="00332DB8">
              <w:rPr>
                <w:lang w:val="ru-RU"/>
              </w:rPr>
              <w:t>/</w:t>
            </w:r>
            <w:r>
              <w:t>audios</w:t>
            </w:r>
            <w:r w:rsidRPr="00332DB8">
              <w:rPr>
                <w:lang w:val="ru-RU"/>
              </w:rPr>
              <w:t xml:space="preserve">12992519, </w:t>
            </w:r>
            <w:r>
              <w:t>https</w:t>
            </w:r>
            <w:r w:rsidRPr="00332DB8">
              <w:rPr>
                <w:lang w:val="ru-RU"/>
              </w:rPr>
              <w:t>://</w:t>
            </w:r>
            <w:r>
              <w:t>vk</w:t>
            </w:r>
            <w:r w:rsidRPr="00332DB8">
              <w:rPr>
                <w:lang w:val="ru-RU"/>
              </w:rPr>
              <w:t>.</w:t>
            </w:r>
            <w:r>
              <w:t>com</w:t>
            </w:r>
            <w:r w:rsidRPr="00332DB8">
              <w:rPr>
                <w:lang w:val="ru-RU"/>
              </w:rPr>
              <w:t>/</w:t>
            </w:r>
            <w:r>
              <w:t>search</w:t>
            </w:r>
            <w:r w:rsidRPr="00332DB8">
              <w:rPr>
                <w:lang w:val="ru-RU"/>
              </w:rPr>
              <w:t>?</w:t>
            </w:r>
            <w:r>
              <w:t>c</w:t>
            </w:r>
            <w:r w:rsidRPr="00332DB8">
              <w:rPr>
                <w:lang w:val="ru-RU"/>
              </w:rPr>
              <w:t>[</w:t>
            </w:r>
            <w:r>
              <w:t>q</w:t>
            </w:r>
            <w:r w:rsidRPr="00332DB8">
              <w:rPr>
                <w:lang w:val="ru-RU"/>
              </w:rPr>
              <w:t>]=руки сжаты %2С а в них автомат.&amp;</w:t>
            </w:r>
            <w:r>
              <w:t>c</w:t>
            </w:r>
            <w:r w:rsidRPr="00332DB8">
              <w:rPr>
                <w:lang w:val="ru-RU"/>
              </w:rPr>
              <w:t>[</w:t>
            </w:r>
            <w:r>
              <w:t>section</w:t>
            </w:r>
            <w:r w:rsidRPr="00332DB8">
              <w:rPr>
                <w:lang w:val="ru-RU"/>
              </w:rPr>
              <w:t>]=</w:t>
            </w:r>
            <w:r>
              <w:t>audio</w:t>
            </w:r>
            <w:r w:rsidRPr="00332DB8">
              <w:rPr>
                <w:lang w:val="ru-RU"/>
              </w:rPr>
              <w:t>» (решение Кировского районного суда города Санкт-Петербурга от 04.02.2016);</w:t>
            </w:r>
          </w:p>
        </w:tc>
        <w:tc>
          <w:tcPr>
            <w:tcW w:w="2880" w:type="dxa"/>
          </w:tcPr>
          <w:p w:rsidR="006F7457" w:rsidRPr="00332DB8" w:rsidRDefault="006F7457">
            <w:pPr>
              <w:rPr>
                <w:lang w:val="ru-RU"/>
              </w:rPr>
            </w:pPr>
          </w:p>
        </w:tc>
      </w:tr>
      <w:tr w:rsidR="006F7457">
        <w:tc>
          <w:tcPr>
            <w:tcW w:w="2880" w:type="dxa"/>
          </w:tcPr>
          <w:p w:rsidR="006F7457" w:rsidRDefault="00332DB8">
            <w:r>
              <w:t>3629.</w:t>
            </w:r>
          </w:p>
        </w:tc>
        <w:tc>
          <w:tcPr>
            <w:tcW w:w="2880" w:type="dxa"/>
          </w:tcPr>
          <w:p w:rsidR="006F7457" w:rsidRDefault="00332DB8">
            <w:r>
              <w:t>Исключен;</w:t>
            </w:r>
          </w:p>
        </w:tc>
        <w:tc>
          <w:tcPr>
            <w:tcW w:w="2880" w:type="dxa"/>
          </w:tcPr>
          <w:p w:rsidR="006F7457" w:rsidRDefault="006F7457"/>
        </w:tc>
      </w:tr>
      <w:tr w:rsidR="006F7457" w:rsidRPr="005A424D">
        <w:tc>
          <w:tcPr>
            <w:tcW w:w="2880" w:type="dxa"/>
          </w:tcPr>
          <w:p w:rsidR="006F7457" w:rsidRDefault="00332DB8">
            <w:r>
              <w:t>36</w:t>
            </w:r>
            <w:r>
              <w:lastRenderedPageBreak/>
              <w:t>30.</w:t>
            </w:r>
          </w:p>
        </w:tc>
        <w:tc>
          <w:tcPr>
            <w:tcW w:w="2880" w:type="dxa"/>
          </w:tcPr>
          <w:p w:rsidR="006F7457" w:rsidRPr="00332DB8" w:rsidRDefault="00332DB8">
            <w:pPr>
              <w:rPr>
                <w:lang w:val="ru-RU"/>
              </w:rPr>
            </w:pPr>
            <w:r w:rsidRPr="00332DB8">
              <w:rPr>
                <w:lang w:val="ru-RU"/>
              </w:rPr>
              <w:lastRenderedPageBreak/>
              <w:t xml:space="preserve">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w:t>
            </w:r>
            <w:r w:rsidRPr="00332DB8">
              <w:rPr>
                <w:lang w:val="ru-RU"/>
              </w:rPr>
              <w:lastRenderedPageBreak/>
              <w:t>(</w:t>
            </w:r>
            <w:r>
              <w:t>http</w:t>
            </w:r>
            <w:r w:rsidRPr="00332DB8">
              <w:rPr>
                <w:lang w:val="ru-RU"/>
              </w:rPr>
              <w:t>://</w:t>
            </w:r>
            <w:r>
              <w:t>vk</w:t>
            </w:r>
            <w:r w:rsidRPr="00332DB8">
              <w:rPr>
                <w:lang w:val="ru-RU"/>
              </w:rPr>
              <w:t>.</w:t>
            </w:r>
            <w:r>
              <w:t>com</w:t>
            </w:r>
            <w:r w:rsidRPr="00332DB8">
              <w:rPr>
                <w:lang w:val="ru-RU"/>
              </w:rPr>
              <w:t>/</w:t>
            </w:r>
            <w:r>
              <w:t>id</w:t>
            </w:r>
            <w:r w:rsidRPr="00332DB8">
              <w:rPr>
                <w:lang w:val="ru-RU"/>
              </w:rPr>
              <w:t>210896188)» (решение Онежского городского суда Архангельской области от 16.03.2016);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3631.</w:t>
            </w:r>
          </w:p>
        </w:tc>
        <w:tc>
          <w:tcPr>
            <w:tcW w:w="2880" w:type="dxa"/>
          </w:tcPr>
          <w:p w:rsidR="006F7457" w:rsidRPr="00332DB8" w:rsidRDefault="00332DB8">
            <w:pPr>
              <w:rPr>
                <w:lang w:val="ru-RU"/>
              </w:rPr>
            </w:pPr>
            <w:r w:rsidRPr="00332DB8">
              <w:rPr>
                <w:lang w:val="ru-RU"/>
              </w:rPr>
              <w:t>Видеозапись «Скины … шавку в метро», размещенную в информационно – телекоммуникационной сети «Интернет» на сайте «Вконтаке» на странице «Виталий Царук» (</w:t>
            </w:r>
            <w:r>
              <w:t>http</w:t>
            </w:r>
            <w:r w:rsidRPr="00332DB8">
              <w:rPr>
                <w:lang w:val="ru-RU"/>
              </w:rPr>
              <w:t>://</w:t>
            </w:r>
            <w:r>
              <w:t>vk</w:t>
            </w:r>
            <w:r w:rsidRPr="00332DB8">
              <w:rPr>
                <w:lang w:val="ru-RU"/>
              </w:rPr>
              <w:t>.</w:t>
            </w:r>
            <w:r>
              <w:t>com</w:t>
            </w:r>
            <w:r w:rsidRPr="00332DB8">
              <w:rPr>
                <w:lang w:val="ru-RU"/>
              </w:rPr>
              <w:t>/</w:t>
            </w:r>
            <w:r>
              <w:t>id</w:t>
            </w:r>
            <w:r w:rsidRPr="00332DB8">
              <w:rPr>
                <w:lang w:val="ru-RU"/>
              </w:rPr>
              <w:t>210896188)» (решение Онежского городского суда Архангельской области от 16.03.2016);</w:t>
            </w:r>
          </w:p>
        </w:tc>
        <w:tc>
          <w:tcPr>
            <w:tcW w:w="2880" w:type="dxa"/>
          </w:tcPr>
          <w:p w:rsidR="006F7457" w:rsidRPr="00332DB8" w:rsidRDefault="006F7457">
            <w:pPr>
              <w:rPr>
                <w:lang w:val="ru-RU"/>
              </w:rPr>
            </w:pPr>
          </w:p>
        </w:tc>
      </w:tr>
      <w:tr w:rsidR="006F7457" w:rsidRPr="005A424D">
        <w:tc>
          <w:tcPr>
            <w:tcW w:w="2880" w:type="dxa"/>
          </w:tcPr>
          <w:p w:rsidR="006F7457" w:rsidRDefault="00332DB8">
            <w:r>
              <w:t>3632.</w:t>
            </w:r>
          </w:p>
        </w:tc>
        <w:tc>
          <w:tcPr>
            <w:tcW w:w="2880" w:type="dxa"/>
          </w:tcPr>
          <w:p w:rsidR="006F7457" w:rsidRPr="00332DB8" w:rsidRDefault="00332DB8">
            <w:pPr>
              <w:rPr>
                <w:lang w:val="ru-RU"/>
              </w:rPr>
            </w:pPr>
            <w:r w:rsidRPr="00332DB8">
              <w:rPr>
                <w:lang w:val="ru-RU"/>
              </w:rPr>
              <w:t>Текст аудиозаписи «</w:t>
            </w:r>
            <w:r>
              <w:t>MC</w:t>
            </w:r>
            <w:r w:rsidRPr="00332DB8">
              <w:rPr>
                <w:lang w:val="ru-RU"/>
              </w:rPr>
              <w:t xml:space="preserve"> </w:t>
            </w:r>
            <w:r>
              <w:t>Zimnie</w:t>
            </w:r>
            <w:r w:rsidRPr="00332DB8">
              <w:rPr>
                <w:lang w:val="ru-RU"/>
              </w:rPr>
              <w:t xml:space="preserve"> </w:t>
            </w:r>
            <w:r>
              <w:t>Ognie</w:t>
            </w:r>
            <w:r w:rsidRPr="00332DB8">
              <w:rPr>
                <w:lang w:val="ru-RU"/>
              </w:rPr>
              <w:t xml:space="preserve"> - ***рус**» длительностью 1 минута 20 секунд (начинающейся со слов: «***пацан рус*** за Аллаха За…» и заканчивающейся словами: «…ты ей в этом поясни»), по электронному адресу: </w:t>
            </w:r>
            <w:r>
              <w:t>https</w:t>
            </w:r>
            <w:r w:rsidRPr="00332DB8">
              <w:rPr>
                <w:lang w:val="ru-RU"/>
              </w:rPr>
              <w:t>://</w:t>
            </w:r>
            <w:r>
              <w:t>vk</w:t>
            </w:r>
            <w:r w:rsidRPr="00332DB8">
              <w:rPr>
                <w:lang w:val="ru-RU"/>
              </w:rPr>
              <w:t>.</w:t>
            </w:r>
            <w:r>
              <w:t>com</w:t>
            </w:r>
            <w:r w:rsidRPr="00332DB8">
              <w:rPr>
                <w:lang w:val="ru-RU"/>
              </w:rPr>
              <w:t>/</w:t>
            </w:r>
            <w:r>
              <w:t>search</w:t>
            </w:r>
            <w:r w:rsidRPr="00332DB8">
              <w:rPr>
                <w:lang w:val="ru-RU"/>
              </w:rPr>
              <w:t>?</w:t>
            </w:r>
            <w:r>
              <w:t>c</w:t>
            </w:r>
            <w:r w:rsidRPr="00332DB8">
              <w:rPr>
                <w:lang w:val="ru-RU"/>
              </w:rPr>
              <w:t>[</w:t>
            </w:r>
            <w:r>
              <w:t>q</w:t>
            </w:r>
            <w:r w:rsidRPr="00332DB8">
              <w:rPr>
                <w:lang w:val="ru-RU"/>
              </w:rPr>
              <w:t xml:space="preserve">]= </w:t>
            </w:r>
            <w:r>
              <w:t>MC</w:t>
            </w:r>
            <w:r w:rsidRPr="00332DB8">
              <w:rPr>
                <w:lang w:val="ru-RU"/>
              </w:rPr>
              <w:t xml:space="preserve"> </w:t>
            </w:r>
            <w:r>
              <w:t>Zimnie</w:t>
            </w:r>
            <w:r w:rsidRPr="00332DB8">
              <w:rPr>
                <w:lang w:val="ru-RU"/>
              </w:rPr>
              <w:t xml:space="preserve"> </w:t>
            </w:r>
            <w:r>
              <w:t>Ognie</w:t>
            </w:r>
            <w:r w:rsidRPr="00332DB8">
              <w:rPr>
                <w:lang w:val="ru-RU"/>
              </w:rPr>
              <w:t xml:space="preserve"> Режь русню&amp;</w:t>
            </w:r>
            <w:r>
              <w:t>c</w:t>
            </w:r>
            <w:r w:rsidRPr="00332DB8">
              <w:rPr>
                <w:lang w:val="ru-RU"/>
              </w:rPr>
              <w:t>[</w:t>
            </w:r>
            <w:r>
              <w:t>section</w:t>
            </w:r>
            <w:r w:rsidRPr="00332DB8">
              <w:rPr>
                <w:lang w:val="ru-RU"/>
              </w:rPr>
              <w:t>]=</w:t>
            </w:r>
            <w:r>
              <w:t>audio</w:t>
            </w:r>
            <w:r w:rsidRPr="00332DB8">
              <w:rPr>
                <w:lang w:val="ru-RU"/>
              </w:rPr>
              <w:t xml:space="preserve"> (решение Кировского районного суда г. Санкт-Петербурга от 04.02.2016);</w:t>
            </w:r>
          </w:p>
        </w:tc>
        <w:tc>
          <w:tcPr>
            <w:tcW w:w="2880" w:type="dxa"/>
          </w:tcPr>
          <w:p w:rsidR="006F7457" w:rsidRPr="00332DB8" w:rsidRDefault="006F7457">
            <w:pPr>
              <w:rPr>
                <w:lang w:val="ru-RU"/>
              </w:rPr>
            </w:pPr>
          </w:p>
        </w:tc>
      </w:tr>
      <w:tr w:rsidR="006F7457" w:rsidRPr="005A424D">
        <w:tc>
          <w:tcPr>
            <w:tcW w:w="2880" w:type="dxa"/>
          </w:tcPr>
          <w:p w:rsidR="006F7457" w:rsidRDefault="00332DB8">
            <w:r>
              <w:t>3633.</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интернет-адресу: </w:t>
            </w:r>
            <w:r>
              <w:t>https</w:t>
            </w:r>
            <w:r w:rsidRPr="00332DB8">
              <w:rPr>
                <w:lang w:val="ru-RU"/>
              </w:rPr>
              <w:t>://</w:t>
            </w:r>
            <w:r>
              <w:t>vk</w:t>
            </w:r>
            <w:r w:rsidRPr="00332DB8">
              <w:rPr>
                <w:lang w:val="ru-RU"/>
              </w:rPr>
              <w:t>.</w:t>
            </w:r>
            <w:r>
              <w:t>com</w:t>
            </w:r>
            <w:r w:rsidRPr="00332DB8">
              <w:rPr>
                <w:lang w:val="ru-RU"/>
              </w:rPr>
              <w:t>/</w:t>
            </w:r>
            <w:r>
              <w:t>nsiorg</w:t>
            </w:r>
            <w:r w:rsidRPr="00332DB8">
              <w:rPr>
                <w:lang w:val="ru-RU"/>
              </w:rPr>
              <w:t xml:space="preserve"> (решение Надымского городского суда Ямало-Ненецкого автономного округа от 15.04.2016);</w:t>
            </w:r>
          </w:p>
        </w:tc>
        <w:tc>
          <w:tcPr>
            <w:tcW w:w="2880" w:type="dxa"/>
          </w:tcPr>
          <w:p w:rsidR="006F7457" w:rsidRPr="00332DB8" w:rsidRDefault="006F7457">
            <w:pPr>
              <w:rPr>
                <w:lang w:val="ru-RU"/>
              </w:rPr>
            </w:pPr>
          </w:p>
        </w:tc>
      </w:tr>
      <w:tr w:rsidR="006F7457" w:rsidRPr="005A424D">
        <w:tc>
          <w:tcPr>
            <w:tcW w:w="2880" w:type="dxa"/>
          </w:tcPr>
          <w:p w:rsidR="006F7457" w:rsidRDefault="00332DB8">
            <w:r>
              <w:t>3634.</w:t>
            </w:r>
          </w:p>
        </w:tc>
        <w:tc>
          <w:tcPr>
            <w:tcW w:w="2880" w:type="dxa"/>
          </w:tcPr>
          <w:p w:rsidR="006F7457" w:rsidRPr="00332DB8" w:rsidRDefault="00332DB8">
            <w:pPr>
              <w:rPr>
                <w:lang w:val="ru-RU"/>
              </w:rPr>
            </w:pPr>
            <w:r w:rsidRPr="00332DB8">
              <w:rPr>
                <w:lang w:val="ru-RU"/>
              </w:rPr>
              <w:t xml:space="preserve">Информационные материалы, размещенные по интернет-адресу: </w:t>
            </w:r>
            <w:r>
              <w:t>http</w:t>
            </w:r>
            <w:r w:rsidRPr="00332DB8">
              <w:rPr>
                <w:lang w:val="ru-RU"/>
              </w:rPr>
              <w:t>://</w:t>
            </w:r>
            <w:r>
              <w:t>ns</w:t>
            </w:r>
            <w:r w:rsidRPr="00332DB8">
              <w:rPr>
                <w:lang w:val="ru-RU"/>
              </w:rPr>
              <w:t>-</w:t>
            </w:r>
            <w:r>
              <w:t>initiative</w:t>
            </w:r>
            <w:r w:rsidRPr="00332DB8">
              <w:rPr>
                <w:lang w:val="ru-RU"/>
              </w:rPr>
              <w:t>.</w:t>
            </w:r>
            <w:r>
              <w:t>livejournal</w:t>
            </w:r>
            <w:r w:rsidRPr="00332DB8">
              <w:rPr>
                <w:lang w:val="ru-RU"/>
              </w:rPr>
              <w:t>.</w:t>
            </w:r>
            <w:r>
              <w:t>com</w:t>
            </w:r>
            <w:r w:rsidRPr="00332DB8">
              <w:rPr>
                <w:lang w:val="ru-RU"/>
              </w:rPr>
              <w:t>/ (решение Надымского городского суда Ямало-Ненецкого автономного округа от 15.04.2016);</w:t>
            </w:r>
          </w:p>
        </w:tc>
        <w:tc>
          <w:tcPr>
            <w:tcW w:w="2880" w:type="dxa"/>
          </w:tcPr>
          <w:p w:rsidR="006F7457" w:rsidRPr="00332DB8" w:rsidRDefault="006F7457">
            <w:pPr>
              <w:rPr>
                <w:lang w:val="ru-RU"/>
              </w:rPr>
            </w:pPr>
          </w:p>
        </w:tc>
      </w:tr>
      <w:tr w:rsidR="006F7457">
        <w:tc>
          <w:tcPr>
            <w:tcW w:w="2880" w:type="dxa"/>
          </w:tcPr>
          <w:p w:rsidR="006F7457" w:rsidRDefault="00332DB8">
            <w:r>
              <w:t>3635.</w:t>
            </w:r>
          </w:p>
        </w:tc>
        <w:tc>
          <w:tcPr>
            <w:tcW w:w="2880" w:type="dxa"/>
          </w:tcPr>
          <w:p w:rsidR="006F7457" w:rsidRDefault="00332DB8">
            <w:r>
              <w:t xml:space="preserve">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w:t>
            </w:r>
            <w:r>
              <w:lastRenderedPageBreak/>
              <w:t>округа от 15.04.2016);</w:t>
            </w:r>
          </w:p>
        </w:tc>
        <w:tc>
          <w:tcPr>
            <w:tcW w:w="2880" w:type="dxa"/>
          </w:tcPr>
          <w:p w:rsidR="006F7457" w:rsidRDefault="006F7457"/>
        </w:tc>
      </w:tr>
      <w:tr w:rsidR="006F7457" w:rsidRPr="005A424D">
        <w:tc>
          <w:tcPr>
            <w:tcW w:w="2880" w:type="dxa"/>
          </w:tcPr>
          <w:p w:rsidR="006F7457" w:rsidRDefault="00332DB8">
            <w:r>
              <w:lastRenderedPageBreak/>
              <w:t>3636.</w:t>
            </w:r>
          </w:p>
        </w:tc>
        <w:tc>
          <w:tcPr>
            <w:tcW w:w="2880" w:type="dxa"/>
          </w:tcPr>
          <w:p w:rsidR="006F7457" w:rsidRPr="00332DB8" w:rsidRDefault="00332DB8">
            <w:pPr>
              <w:rPr>
                <w:lang w:val="ru-RU"/>
              </w:rPr>
            </w:pPr>
            <w:r w:rsidRPr="00332DB8">
              <w:rPr>
                <w:lang w:val="ru-RU"/>
              </w:rPr>
              <w:t xml:space="preserve">Материал, размещенный в информационно-телекоммуникационной сети «Интернет» по адресу: </w:t>
            </w:r>
            <w:r>
              <w:t>http</w:t>
            </w:r>
            <w:r w:rsidRPr="00332DB8">
              <w:rPr>
                <w:lang w:val="ru-RU"/>
              </w:rPr>
              <w:t>://</w:t>
            </w:r>
            <w:r>
              <w:t>uapress</w:t>
            </w:r>
            <w:r w:rsidRPr="00332DB8">
              <w:rPr>
                <w:lang w:val="ru-RU"/>
              </w:rPr>
              <w:t>.</w:t>
            </w:r>
            <w:r>
              <w:t>info</w:t>
            </w:r>
            <w:r w:rsidRPr="00332DB8">
              <w:rPr>
                <w:lang w:val="ru-RU"/>
              </w:rPr>
              <w:t>/</w:t>
            </w:r>
            <w:r>
              <w:t>ru</w:t>
            </w:r>
            <w:r w:rsidRPr="00332DB8">
              <w:rPr>
                <w:lang w:val="ru-RU"/>
              </w:rPr>
              <w:t>/</w:t>
            </w:r>
            <w:r>
              <w:t>news</w:t>
            </w:r>
            <w:r w:rsidRPr="00332DB8">
              <w:rPr>
                <w:lang w:val="ru-RU"/>
              </w:rPr>
              <w:t>/</w:t>
            </w:r>
            <w:r>
              <w:t>show</w:t>
            </w:r>
            <w:r w:rsidRPr="00332DB8">
              <w:rPr>
                <w:lang w:val="ru-RU"/>
              </w:rPr>
              <w:t>/19941 (решение Благовещенского городского суда Амурской области от 28.03.2016);</w:t>
            </w:r>
          </w:p>
        </w:tc>
        <w:tc>
          <w:tcPr>
            <w:tcW w:w="2880" w:type="dxa"/>
          </w:tcPr>
          <w:p w:rsidR="006F7457" w:rsidRPr="00332DB8" w:rsidRDefault="006F7457">
            <w:pPr>
              <w:rPr>
                <w:lang w:val="ru-RU"/>
              </w:rPr>
            </w:pPr>
          </w:p>
        </w:tc>
      </w:tr>
      <w:tr w:rsidR="006F7457" w:rsidRPr="005A424D">
        <w:tc>
          <w:tcPr>
            <w:tcW w:w="2880" w:type="dxa"/>
          </w:tcPr>
          <w:p w:rsidR="006F7457" w:rsidRDefault="00332DB8">
            <w:r>
              <w:t>3637.</w:t>
            </w:r>
          </w:p>
        </w:tc>
        <w:tc>
          <w:tcPr>
            <w:tcW w:w="2880" w:type="dxa"/>
          </w:tcPr>
          <w:p w:rsidR="006F7457" w:rsidRPr="00332DB8" w:rsidRDefault="00332DB8">
            <w:pPr>
              <w:rPr>
                <w:lang w:val="ru-RU"/>
              </w:rPr>
            </w:pPr>
            <w:r w:rsidRPr="00332DB8">
              <w:rPr>
                <w:lang w:val="ru-RU"/>
              </w:rPr>
              <w:t xml:space="preserve">Материал, размещенный в информационно-телекоммуникационной сети «Интернет» по адресу: </w:t>
            </w:r>
            <w:r>
              <w:t>http</w:t>
            </w:r>
            <w:r w:rsidRPr="00332DB8">
              <w:rPr>
                <w:lang w:val="ru-RU"/>
              </w:rPr>
              <w:t>://</w:t>
            </w:r>
            <w:r>
              <w:t>alexzavodyuk</w:t>
            </w:r>
            <w:r w:rsidRPr="00332DB8">
              <w:rPr>
                <w:lang w:val="ru-RU"/>
              </w:rPr>
              <w:t>.</w:t>
            </w:r>
            <w:r>
              <w:t>livejournal</w:t>
            </w:r>
            <w:r w:rsidRPr="00332DB8">
              <w:rPr>
                <w:lang w:val="ru-RU"/>
              </w:rPr>
              <w:t>.</w:t>
            </w:r>
            <w:r>
              <w:t>com</w:t>
            </w:r>
            <w:r w:rsidRPr="00332DB8">
              <w:rPr>
                <w:lang w:val="ru-RU"/>
              </w:rPr>
              <w:t>/50020.</w:t>
            </w:r>
            <w:r>
              <w:t>html</w:t>
            </w:r>
            <w:r w:rsidRPr="00332DB8">
              <w:rPr>
                <w:lang w:val="ru-RU"/>
              </w:rPr>
              <w:t xml:space="preserve"> (решение Благовещенского городского суда Амурской области от 28.03.2016);</w:t>
            </w:r>
          </w:p>
        </w:tc>
        <w:tc>
          <w:tcPr>
            <w:tcW w:w="2880" w:type="dxa"/>
          </w:tcPr>
          <w:p w:rsidR="006F7457" w:rsidRPr="00332DB8" w:rsidRDefault="006F7457">
            <w:pPr>
              <w:rPr>
                <w:lang w:val="ru-RU"/>
              </w:rPr>
            </w:pPr>
          </w:p>
        </w:tc>
      </w:tr>
      <w:tr w:rsidR="006F7457" w:rsidRPr="005A424D">
        <w:tc>
          <w:tcPr>
            <w:tcW w:w="2880" w:type="dxa"/>
          </w:tcPr>
          <w:p w:rsidR="006F7457" w:rsidRDefault="00332DB8">
            <w:r>
              <w:t>3638.</w:t>
            </w:r>
          </w:p>
        </w:tc>
        <w:tc>
          <w:tcPr>
            <w:tcW w:w="2880" w:type="dxa"/>
          </w:tcPr>
          <w:p w:rsidR="006F7457" w:rsidRPr="00332DB8" w:rsidRDefault="00332DB8">
            <w:pPr>
              <w:rPr>
                <w:lang w:val="ru-RU"/>
              </w:rPr>
            </w:pPr>
            <w:r w:rsidRPr="00332DB8">
              <w:rPr>
                <w:lang w:val="ru-RU"/>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2880" w:type="dxa"/>
          </w:tcPr>
          <w:p w:rsidR="006F7457" w:rsidRPr="00332DB8" w:rsidRDefault="006F7457">
            <w:pPr>
              <w:rPr>
                <w:lang w:val="ru-RU"/>
              </w:rPr>
            </w:pPr>
          </w:p>
        </w:tc>
      </w:tr>
      <w:tr w:rsidR="006F7457">
        <w:tc>
          <w:tcPr>
            <w:tcW w:w="2880" w:type="dxa"/>
          </w:tcPr>
          <w:p w:rsidR="006F7457" w:rsidRDefault="00332DB8">
            <w:r>
              <w:t>3639.</w:t>
            </w:r>
          </w:p>
        </w:tc>
        <w:tc>
          <w:tcPr>
            <w:tcW w:w="2880" w:type="dxa"/>
          </w:tcPr>
          <w:p w:rsidR="006F7457" w:rsidRDefault="00332DB8">
            <w:r w:rsidRPr="00332DB8">
              <w:rPr>
                <w:lang w:val="ru-RU"/>
              </w:rPr>
              <w:t xml:space="preserve">Размещенный Ворожцовым А.И. на интернет-странице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186777674 интернет-сайта </w:t>
            </w:r>
            <w:r>
              <w:t>www</w:t>
            </w:r>
            <w:r w:rsidRPr="00332DB8">
              <w:rPr>
                <w:lang w:val="ru-RU"/>
              </w:rPr>
              <w:t>.</w:t>
            </w:r>
            <w:r>
              <w:t>vk</w:t>
            </w:r>
            <w:r w:rsidRPr="00332DB8">
              <w:rPr>
                <w:lang w:val="ru-RU"/>
              </w:rPr>
              <w:t>.</w:t>
            </w:r>
            <w:r>
              <w:t>com</w:t>
            </w:r>
            <w:r w:rsidRPr="00332DB8">
              <w:rPr>
                <w:lang w:val="ru-RU"/>
              </w:rPr>
              <w:t xml:space="preserve">, видеофайл «Русь» под музыку 14&amp;#33;88 - Россия для русских. </w:t>
            </w:r>
            <w:r>
              <w:t>Picrolla» (решение Железнодорожного районного суда г. Орла от 25.04.2016);</w:t>
            </w:r>
          </w:p>
        </w:tc>
        <w:tc>
          <w:tcPr>
            <w:tcW w:w="2880" w:type="dxa"/>
          </w:tcPr>
          <w:p w:rsidR="006F7457" w:rsidRDefault="006F7457"/>
        </w:tc>
      </w:tr>
      <w:tr w:rsidR="006F7457" w:rsidRPr="005A424D">
        <w:tc>
          <w:tcPr>
            <w:tcW w:w="2880" w:type="dxa"/>
          </w:tcPr>
          <w:p w:rsidR="006F7457" w:rsidRDefault="00332DB8">
            <w:r>
              <w:t>3640.</w:t>
            </w:r>
          </w:p>
        </w:tc>
        <w:tc>
          <w:tcPr>
            <w:tcW w:w="2880" w:type="dxa"/>
          </w:tcPr>
          <w:p w:rsidR="006F7457" w:rsidRPr="00332DB8" w:rsidRDefault="00332DB8">
            <w:pPr>
              <w:rPr>
                <w:lang w:val="ru-RU"/>
              </w:rPr>
            </w:pPr>
            <w:r w:rsidRPr="00332DB8">
              <w:rPr>
                <w:lang w:val="ru-RU"/>
              </w:rPr>
              <w:t>Видеоролик: «</w:t>
            </w:r>
            <w:r>
              <w:t>Russkij</w:t>
            </w:r>
            <w:r w:rsidRPr="00332DB8">
              <w:rPr>
                <w:lang w:val="ru-RU"/>
              </w:rPr>
              <w:t xml:space="preserve">, </w:t>
            </w:r>
            <w:r>
              <w:t>ochnis</w:t>
            </w:r>
            <w:r w:rsidRPr="00332DB8">
              <w:rPr>
                <w:lang w:val="ru-RU"/>
              </w:rPr>
              <w:t xml:space="preserve">ʼ! </w:t>
            </w:r>
            <w:r>
              <w:t>Protiv</w:t>
            </w:r>
            <w:r w:rsidRPr="00332DB8">
              <w:rPr>
                <w:lang w:val="ru-RU"/>
              </w:rPr>
              <w:t xml:space="preserve"> </w:t>
            </w:r>
            <w:r>
              <w:t>tebya</w:t>
            </w:r>
            <w:r w:rsidRPr="00332DB8">
              <w:rPr>
                <w:lang w:val="ru-RU"/>
              </w:rPr>
              <w:t xml:space="preserve"> </w:t>
            </w:r>
            <w:r>
              <w:t>idet</w:t>
            </w:r>
            <w:r w:rsidRPr="00332DB8">
              <w:rPr>
                <w:lang w:val="ru-RU"/>
              </w:rPr>
              <w:t xml:space="preserve"> </w:t>
            </w:r>
            <w:r>
              <w:t>vojna</w:t>
            </w:r>
            <w:r w:rsidRPr="00332DB8">
              <w:rPr>
                <w:lang w:val="ru-RU"/>
              </w:rPr>
              <w:t>!.</w:t>
            </w:r>
            <w:r>
              <w:t>flv</w:t>
            </w:r>
            <w:r w:rsidRPr="00332DB8">
              <w:rPr>
                <w:lang w:val="ru-RU"/>
              </w:rPr>
              <w:t xml:space="preserve">», размещенный в социальной сети «Вконтакте» глобальной информационной сети «Интернет» под именем «Денис Медня», электронный адрес: </w:t>
            </w:r>
            <w:r>
              <w:t>https</w:t>
            </w:r>
            <w:r w:rsidRPr="00332DB8">
              <w:rPr>
                <w:lang w:val="ru-RU"/>
              </w:rPr>
              <w:t>:/</w:t>
            </w:r>
            <w:r>
              <w:t>m</w:t>
            </w:r>
            <w:r w:rsidRPr="00332DB8">
              <w:rPr>
                <w:lang w:val="ru-RU"/>
              </w:rPr>
              <w:t>.</w:t>
            </w:r>
            <w:r>
              <w:t>vk</w:t>
            </w:r>
            <w:r w:rsidRPr="00332DB8">
              <w:rPr>
                <w:lang w:val="ru-RU"/>
              </w:rPr>
              <w:t>.</w:t>
            </w:r>
            <w:r>
              <w:t>com</w:t>
            </w:r>
            <w:r w:rsidRPr="00332DB8">
              <w:rPr>
                <w:lang w:val="ru-RU"/>
              </w:rPr>
              <w:t>/</w:t>
            </w:r>
            <w:r>
              <w:t>id</w:t>
            </w:r>
            <w:r w:rsidRPr="00332DB8">
              <w:rPr>
                <w:lang w:val="ru-RU"/>
              </w:rPr>
              <w:t>21498127 (решение Ужурского районного суда Красноярского края от 30.03.2016).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3641.</w:t>
            </w:r>
          </w:p>
        </w:tc>
        <w:tc>
          <w:tcPr>
            <w:tcW w:w="2880" w:type="dxa"/>
          </w:tcPr>
          <w:p w:rsidR="006F7457" w:rsidRPr="00332DB8" w:rsidRDefault="00332DB8">
            <w:pPr>
              <w:rPr>
                <w:lang w:val="ru-RU"/>
              </w:rPr>
            </w:pPr>
            <w:r w:rsidRPr="00332DB8">
              <w:rPr>
                <w:lang w:val="ru-RU"/>
              </w:rPr>
              <w:t xml:space="preserve">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w:t>
            </w:r>
            <w:r>
              <w:t>https</w:t>
            </w:r>
            <w:r w:rsidRPr="00332DB8">
              <w:rPr>
                <w:lang w:val="ru-RU"/>
              </w:rPr>
              <w:t>://</w:t>
            </w:r>
            <w:r>
              <w:t>vk</w:t>
            </w:r>
            <w:r w:rsidRPr="00332DB8">
              <w:rPr>
                <w:lang w:val="ru-RU"/>
              </w:rPr>
              <w:t>.</w:t>
            </w:r>
            <w:r>
              <w:t>com</w:t>
            </w:r>
            <w:r w:rsidRPr="00332DB8">
              <w:rPr>
                <w:lang w:val="ru-RU"/>
              </w:rPr>
              <w:t>/</w:t>
            </w:r>
            <w:r>
              <w:t>audios</w:t>
            </w:r>
            <w:r w:rsidRPr="00332DB8">
              <w:rPr>
                <w:lang w:val="ru-RU"/>
              </w:rPr>
              <w:t xml:space="preserve">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w:t>
            </w:r>
            <w:r>
              <w:t>https</w:t>
            </w:r>
            <w:r w:rsidRPr="00332DB8">
              <w:rPr>
                <w:lang w:val="ru-RU"/>
              </w:rPr>
              <w:t>://</w:t>
            </w:r>
            <w:r>
              <w:t>vk</w:t>
            </w:r>
            <w:r w:rsidRPr="00332DB8">
              <w:rPr>
                <w:lang w:val="ru-RU"/>
              </w:rPr>
              <w:t>.</w:t>
            </w:r>
            <w:r>
              <w:t>com</w:t>
            </w:r>
            <w:r w:rsidRPr="00332DB8">
              <w:rPr>
                <w:lang w:val="ru-RU"/>
              </w:rPr>
              <w:t>/</w:t>
            </w:r>
            <w:r>
              <w:t>search</w:t>
            </w:r>
            <w:r w:rsidRPr="00332DB8">
              <w:rPr>
                <w:lang w:val="ru-RU"/>
              </w:rPr>
              <w:t>?</w:t>
            </w:r>
            <w:r>
              <w:t>c</w:t>
            </w:r>
            <w:r w:rsidRPr="00332DB8">
              <w:rPr>
                <w:lang w:val="ru-RU"/>
              </w:rPr>
              <w:t>[</w:t>
            </w:r>
            <w:r>
              <w:t>q</w:t>
            </w:r>
            <w:r w:rsidRPr="00332DB8">
              <w:rPr>
                <w:lang w:val="ru-RU"/>
              </w:rPr>
              <w:t>]=Александр Непомнящий и Кранты Убей янки!&amp;</w:t>
            </w:r>
            <w:r>
              <w:t>c</w:t>
            </w:r>
            <w:r w:rsidRPr="00332DB8">
              <w:rPr>
                <w:lang w:val="ru-RU"/>
              </w:rPr>
              <w:t>[</w:t>
            </w:r>
            <w:r>
              <w:t>section</w:t>
            </w:r>
            <w:r w:rsidRPr="00332DB8">
              <w:rPr>
                <w:lang w:val="ru-RU"/>
              </w:rPr>
              <w:t>] =</w:t>
            </w:r>
            <w:r>
              <w:t>audio</w:t>
            </w:r>
            <w:r w:rsidRPr="00332DB8">
              <w:rPr>
                <w:lang w:val="ru-RU"/>
              </w:rPr>
              <w:t xml:space="preserve"> (решение Кировского районного суда г. Санкт-Петербурга от 04.02.2016);</w:t>
            </w:r>
          </w:p>
        </w:tc>
        <w:tc>
          <w:tcPr>
            <w:tcW w:w="2880" w:type="dxa"/>
          </w:tcPr>
          <w:p w:rsidR="006F7457" w:rsidRPr="00332DB8" w:rsidRDefault="006F7457">
            <w:pPr>
              <w:rPr>
                <w:lang w:val="ru-RU"/>
              </w:rPr>
            </w:pPr>
          </w:p>
        </w:tc>
      </w:tr>
      <w:tr w:rsidR="006F7457">
        <w:tc>
          <w:tcPr>
            <w:tcW w:w="2880" w:type="dxa"/>
          </w:tcPr>
          <w:p w:rsidR="006F7457" w:rsidRDefault="00332DB8">
            <w:r>
              <w:t>3642.</w:t>
            </w:r>
          </w:p>
        </w:tc>
        <w:tc>
          <w:tcPr>
            <w:tcW w:w="2880" w:type="dxa"/>
          </w:tcPr>
          <w:p w:rsidR="006F7457" w:rsidRDefault="00332DB8">
            <w:r w:rsidRPr="00332DB8">
              <w:rPr>
                <w:lang w:val="ru-RU"/>
              </w:rPr>
              <w:t xml:space="preserve">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w:t>
            </w:r>
            <w:r w:rsidRPr="00332DB8">
              <w:rPr>
                <w:lang w:val="ru-RU"/>
              </w:rPr>
              <w:lastRenderedPageBreak/>
              <w:t>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w:t>
            </w:r>
            <w:r>
              <w:t>Z</w:t>
            </w:r>
            <w:r w:rsidRPr="00332DB8">
              <w:rPr>
                <w:lang w:val="ru-RU"/>
              </w:rPr>
              <w:t>…..», «</w:t>
            </w:r>
            <w:r>
              <w:t>z</w:t>
            </w:r>
            <w:r w:rsidRPr="00332DB8">
              <w:rPr>
                <w:lang w:val="ru-RU"/>
              </w:rPr>
              <w:t>…. ….. …..</w:t>
            </w:r>
            <w:r>
              <w:t>t</w:t>
            </w:r>
            <w:r w:rsidRPr="00332DB8">
              <w:rPr>
                <w:lang w:val="ru-RU"/>
              </w:rPr>
              <w:t xml:space="preserve">»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w:t>
            </w:r>
            <w:r>
              <w:t>s</w:t>
            </w:r>
            <w:r w:rsidRPr="00332DB8">
              <w:rPr>
                <w:lang w:val="ru-RU"/>
              </w:rPr>
              <w:t>… …</w:t>
            </w:r>
            <w:r>
              <w:t>d</w:t>
            </w:r>
            <w:r w:rsidRPr="00332DB8">
              <w:rPr>
                <w:lang w:val="ru-RU"/>
              </w:rPr>
              <w:t xml:space="preserve">…»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w:t>
            </w:r>
            <w:r>
              <w:t>они о…….» (решение Ингодинского районного суда г. Читы от 16.03.2016).</w:t>
            </w:r>
          </w:p>
        </w:tc>
        <w:tc>
          <w:tcPr>
            <w:tcW w:w="2880" w:type="dxa"/>
          </w:tcPr>
          <w:p w:rsidR="006F7457" w:rsidRDefault="006F7457"/>
        </w:tc>
      </w:tr>
      <w:tr w:rsidR="006F7457" w:rsidRPr="005A424D">
        <w:tc>
          <w:tcPr>
            <w:tcW w:w="2880" w:type="dxa"/>
          </w:tcPr>
          <w:p w:rsidR="006F7457" w:rsidRDefault="00332DB8">
            <w:r>
              <w:lastRenderedPageBreak/>
              <w:t>3643.</w:t>
            </w:r>
          </w:p>
        </w:tc>
        <w:tc>
          <w:tcPr>
            <w:tcW w:w="2880" w:type="dxa"/>
          </w:tcPr>
          <w:p w:rsidR="006F7457" w:rsidRPr="00332DB8" w:rsidRDefault="00332DB8">
            <w:pPr>
              <w:rPr>
                <w:lang w:val="ru-RU"/>
              </w:rPr>
            </w:pPr>
            <w:r w:rsidRPr="00332DB8">
              <w:rPr>
                <w:lang w:val="ru-RU"/>
              </w:rPr>
              <w:t>Видеоролик «Скинхед против цыганка» (</w:t>
            </w:r>
            <w:r>
              <w:t>http</w:t>
            </w:r>
            <w:r w:rsidRPr="00332DB8">
              <w:rPr>
                <w:lang w:val="ru-RU"/>
              </w:rPr>
              <w:t>://</w:t>
            </w:r>
            <w:r>
              <w:t>vk</w:t>
            </w:r>
            <w:r w:rsidRPr="00332DB8">
              <w:rPr>
                <w:lang w:val="ru-RU"/>
              </w:rPr>
              <w:t>.</w:t>
            </w:r>
            <w:r>
              <w:t>com</w:t>
            </w:r>
            <w:r w:rsidRPr="00332DB8">
              <w:rPr>
                <w:lang w:val="ru-RU"/>
              </w:rPr>
              <w:t>/</w:t>
            </w:r>
            <w:r>
              <w:t>video</w:t>
            </w:r>
            <w:r w:rsidRPr="00332DB8">
              <w:rPr>
                <w:lang w:val="ru-RU"/>
              </w:rPr>
              <w:t>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3644.</w:t>
            </w:r>
          </w:p>
        </w:tc>
        <w:tc>
          <w:tcPr>
            <w:tcW w:w="2880" w:type="dxa"/>
          </w:tcPr>
          <w:p w:rsidR="006F7457" w:rsidRPr="00332DB8" w:rsidRDefault="00332DB8">
            <w:pPr>
              <w:rPr>
                <w:lang w:val="ru-RU"/>
              </w:rPr>
            </w:pPr>
            <w:r w:rsidRPr="00332DB8">
              <w:rPr>
                <w:lang w:val="ru-RU"/>
              </w:rPr>
              <w:t>Видеоролик «Те, кто против скинхедов, смотрите!» (</w:t>
            </w:r>
            <w:r>
              <w:t>http</w:t>
            </w:r>
            <w:r w:rsidRPr="00332DB8">
              <w:rPr>
                <w:lang w:val="ru-RU"/>
              </w:rPr>
              <w:t>://</w:t>
            </w:r>
            <w:r>
              <w:t>vk</w:t>
            </w:r>
            <w:r w:rsidRPr="00332DB8">
              <w:rPr>
                <w:lang w:val="ru-RU"/>
              </w:rPr>
              <w:t>.</w:t>
            </w:r>
            <w:r>
              <w:t>com</w:t>
            </w:r>
            <w:r w:rsidRPr="00332DB8">
              <w:rPr>
                <w:lang w:val="ru-RU"/>
              </w:rPr>
              <w:t>/</w:t>
            </w:r>
            <w:r>
              <w:t>video</w:t>
            </w:r>
            <w:r w:rsidRPr="00332DB8">
              <w:rPr>
                <w:lang w:val="ru-RU"/>
              </w:rPr>
              <w:t>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2880" w:type="dxa"/>
          </w:tcPr>
          <w:p w:rsidR="006F7457" w:rsidRPr="00332DB8" w:rsidRDefault="006F7457">
            <w:pPr>
              <w:rPr>
                <w:lang w:val="ru-RU"/>
              </w:rPr>
            </w:pPr>
          </w:p>
        </w:tc>
      </w:tr>
      <w:tr w:rsidR="006F7457" w:rsidRPr="005A424D">
        <w:tc>
          <w:tcPr>
            <w:tcW w:w="2880" w:type="dxa"/>
          </w:tcPr>
          <w:p w:rsidR="006F7457" w:rsidRDefault="00332DB8">
            <w:r>
              <w:t>3645.</w:t>
            </w:r>
          </w:p>
        </w:tc>
        <w:tc>
          <w:tcPr>
            <w:tcW w:w="2880" w:type="dxa"/>
          </w:tcPr>
          <w:p w:rsidR="006F7457" w:rsidRPr="00332DB8" w:rsidRDefault="00332DB8">
            <w:pPr>
              <w:rPr>
                <w:lang w:val="ru-RU"/>
              </w:rPr>
            </w:pPr>
            <w:r w:rsidRPr="00332DB8">
              <w:rPr>
                <w:lang w:val="ru-RU"/>
              </w:rPr>
              <w:t>Видеоролик «Национал-социалистическая партия Руси»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2880" w:type="dxa"/>
          </w:tcPr>
          <w:p w:rsidR="006F7457" w:rsidRPr="00332DB8" w:rsidRDefault="006F7457">
            <w:pPr>
              <w:rPr>
                <w:lang w:val="ru-RU"/>
              </w:rPr>
            </w:pPr>
          </w:p>
        </w:tc>
      </w:tr>
      <w:tr w:rsidR="006F7457" w:rsidRPr="005A424D">
        <w:tc>
          <w:tcPr>
            <w:tcW w:w="2880" w:type="dxa"/>
          </w:tcPr>
          <w:p w:rsidR="006F7457" w:rsidRDefault="00332DB8">
            <w:r>
              <w:t>3646.</w:t>
            </w:r>
          </w:p>
        </w:tc>
        <w:tc>
          <w:tcPr>
            <w:tcW w:w="2880" w:type="dxa"/>
          </w:tcPr>
          <w:p w:rsidR="006F7457" w:rsidRPr="00332DB8" w:rsidRDefault="00332DB8">
            <w:pPr>
              <w:rPr>
                <w:lang w:val="ru-RU"/>
              </w:rPr>
            </w:pPr>
            <w:r w:rsidRPr="00332DB8">
              <w:rPr>
                <w:lang w:val="ru-RU"/>
              </w:rPr>
              <w:t>Видеоролик «Чмошника бьют» (</w:t>
            </w:r>
            <w:r>
              <w:t>http</w:t>
            </w:r>
            <w:r w:rsidRPr="00332DB8">
              <w:rPr>
                <w:lang w:val="ru-RU"/>
              </w:rPr>
              <w:t>://</w:t>
            </w:r>
            <w:r>
              <w:t>vk</w:t>
            </w:r>
            <w:r w:rsidRPr="00332DB8">
              <w:rPr>
                <w:lang w:val="ru-RU"/>
              </w:rPr>
              <w:t>.</w:t>
            </w:r>
            <w:r>
              <w:t>com</w:t>
            </w:r>
            <w:r w:rsidRPr="00332DB8">
              <w:rPr>
                <w:lang w:val="ru-RU"/>
              </w:rPr>
              <w:t>/</w:t>
            </w:r>
            <w:r>
              <w:t>video</w:t>
            </w:r>
            <w:r w:rsidRPr="00332DB8">
              <w:rPr>
                <w:lang w:val="ru-RU"/>
              </w:rPr>
              <w:t>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2880" w:type="dxa"/>
          </w:tcPr>
          <w:p w:rsidR="006F7457" w:rsidRPr="00332DB8" w:rsidRDefault="006F7457">
            <w:pPr>
              <w:rPr>
                <w:lang w:val="ru-RU"/>
              </w:rPr>
            </w:pPr>
          </w:p>
        </w:tc>
      </w:tr>
      <w:tr w:rsidR="006F7457" w:rsidRPr="005A424D">
        <w:tc>
          <w:tcPr>
            <w:tcW w:w="2880" w:type="dxa"/>
          </w:tcPr>
          <w:p w:rsidR="006F7457" w:rsidRDefault="00332DB8">
            <w:r>
              <w:t>3647.</w:t>
            </w:r>
          </w:p>
        </w:tc>
        <w:tc>
          <w:tcPr>
            <w:tcW w:w="2880" w:type="dxa"/>
          </w:tcPr>
          <w:p w:rsidR="006F7457" w:rsidRPr="00332DB8" w:rsidRDefault="00332DB8">
            <w:pPr>
              <w:rPr>
                <w:lang w:val="ru-RU"/>
              </w:rPr>
            </w:pPr>
            <w:r w:rsidRPr="00332DB8">
              <w:rPr>
                <w:lang w:val="ru-RU"/>
              </w:rPr>
              <w:t>Видеоролик «Скинхеды против дага» (</w:t>
            </w:r>
            <w:r>
              <w:t>http</w:t>
            </w:r>
            <w:r w:rsidRPr="00332DB8">
              <w:rPr>
                <w:lang w:val="ru-RU"/>
              </w:rPr>
              <w:t>://</w:t>
            </w:r>
            <w:r>
              <w:t>vk</w:t>
            </w:r>
            <w:r w:rsidRPr="00332DB8">
              <w:rPr>
                <w:lang w:val="ru-RU"/>
              </w:rPr>
              <w:t>.</w:t>
            </w:r>
            <w:r>
              <w:t>com</w:t>
            </w:r>
            <w:r w:rsidRPr="00332DB8">
              <w:rPr>
                <w:lang w:val="ru-RU"/>
              </w:rPr>
              <w:t>/</w:t>
            </w:r>
            <w:r>
              <w:t>video</w:t>
            </w:r>
            <w:r w:rsidRPr="00332DB8">
              <w:rPr>
                <w:lang w:val="ru-RU"/>
              </w:rPr>
              <w:t>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2880" w:type="dxa"/>
          </w:tcPr>
          <w:p w:rsidR="006F7457" w:rsidRPr="00332DB8" w:rsidRDefault="006F7457">
            <w:pPr>
              <w:rPr>
                <w:lang w:val="ru-RU"/>
              </w:rPr>
            </w:pPr>
          </w:p>
        </w:tc>
      </w:tr>
      <w:tr w:rsidR="006F7457" w:rsidRPr="005A424D">
        <w:tc>
          <w:tcPr>
            <w:tcW w:w="2880" w:type="dxa"/>
          </w:tcPr>
          <w:p w:rsidR="006F7457" w:rsidRDefault="00332DB8">
            <w:r>
              <w:t>3648.</w:t>
            </w:r>
          </w:p>
        </w:tc>
        <w:tc>
          <w:tcPr>
            <w:tcW w:w="2880" w:type="dxa"/>
          </w:tcPr>
          <w:p w:rsidR="006F7457" w:rsidRPr="00332DB8" w:rsidRDefault="00332DB8">
            <w:pPr>
              <w:rPr>
                <w:lang w:val="ru-RU"/>
              </w:rPr>
            </w:pPr>
            <w:r w:rsidRPr="00332DB8">
              <w:rPr>
                <w:lang w:val="ru-RU"/>
              </w:rPr>
              <w:t>Видеоролик «</w:t>
            </w:r>
            <w:r>
              <w:t>Antifa</w:t>
            </w:r>
            <w:r w:rsidRPr="00332DB8">
              <w:rPr>
                <w:lang w:val="ru-RU"/>
              </w:rPr>
              <w:t xml:space="preserve"> против Скинов» (</w:t>
            </w:r>
            <w:r>
              <w:t>http</w:t>
            </w:r>
            <w:r w:rsidRPr="00332DB8">
              <w:rPr>
                <w:lang w:val="ru-RU"/>
              </w:rPr>
              <w:t>://</w:t>
            </w:r>
            <w:r>
              <w:t>vk</w:t>
            </w:r>
            <w:r w:rsidRPr="00332DB8">
              <w:rPr>
                <w:lang w:val="ru-RU"/>
              </w:rPr>
              <w:t>.</w:t>
            </w:r>
            <w:r>
              <w:t>com</w:t>
            </w:r>
            <w:r w:rsidRPr="00332DB8">
              <w:rPr>
                <w:lang w:val="ru-RU"/>
              </w:rPr>
              <w:t>/</w:t>
            </w:r>
            <w:r>
              <w:t>video</w:t>
            </w:r>
            <w:r w:rsidRPr="00332DB8">
              <w:rPr>
                <w:lang w:val="ru-RU"/>
              </w:rPr>
              <w:t>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2880" w:type="dxa"/>
          </w:tcPr>
          <w:p w:rsidR="006F7457" w:rsidRPr="00332DB8" w:rsidRDefault="006F7457">
            <w:pPr>
              <w:rPr>
                <w:lang w:val="ru-RU"/>
              </w:rPr>
            </w:pPr>
          </w:p>
        </w:tc>
      </w:tr>
      <w:tr w:rsidR="006F7457" w:rsidRPr="005A424D">
        <w:tc>
          <w:tcPr>
            <w:tcW w:w="2880" w:type="dxa"/>
          </w:tcPr>
          <w:p w:rsidR="006F7457" w:rsidRDefault="00332DB8">
            <w:r>
              <w:t>364</w:t>
            </w:r>
            <w:r>
              <w:lastRenderedPageBreak/>
              <w:t>9.</w:t>
            </w:r>
          </w:p>
        </w:tc>
        <w:tc>
          <w:tcPr>
            <w:tcW w:w="2880" w:type="dxa"/>
          </w:tcPr>
          <w:p w:rsidR="006F7457" w:rsidRPr="00332DB8" w:rsidRDefault="00332DB8">
            <w:pPr>
              <w:rPr>
                <w:lang w:val="ru-RU"/>
              </w:rPr>
            </w:pPr>
            <w:r w:rsidRPr="00332DB8">
              <w:rPr>
                <w:lang w:val="ru-RU"/>
              </w:rPr>
              <w:lastRenderedPageBreak/>
              <w:t>Видеоролик «Надписи скинхедов»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w:t>
            </w:r>
            <w:r w:rsidRPr="00332DB8">
              <w:rPr>
                <w:lang w:val="ru-RU"/>
              </w:rPr>
              <w:lastRenderedPageBreak/>
              <w:t>области от 19.04.2016);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3650.</w:t>
            </w:r>
          </w:p>
        </w:tc>
        <w:tc>
          <w:tcPr>
            <w:tcW w:w="2880" w:type="dxa"/>
          </w:tcPr>
          <w:p w:rsidR="006F7457" w:rsidRPr="00332DB8" w:rsidRDefault="00332DB8">
            <w:pPr>
              <w:rPr>
                <w:lang w:val="ru-RU"/>
              </w:rPr>
            </w:pPr>
            <w:r w:rsidRPr="00332DB8">
              <w:rPr>
                <w:lang w:val="ru-RU"/>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2880" w:type="dxa"/>
          </w:tcPr>
          <w:p w:rsidR="006F7457" w:rsidRPr="00332DB8" w:rsidRDefault="006F7457">
            <w:pPr>
              <w:rPr>
                <w:lang w:val="ru-RU"/>
              </w:rPr>
            </w:pPr>
          </w:p>
        </w:tc>
      </w:tr>
      <w:tr w:rsidR="006F7457" w:rsidRPr="005A424D">
        <w:tc>
          <w:tcPr>
            <w:tcW w:w="2880" w:type="dxa"/>
          </w:tcPr>
          <w:p w:rsidR="006F7457" w:rsidRDefault="00332DB8">
            <w:r>
              <w:t>3651.</w:t>
            </w:r>
          </w:p>
        </w:tc>
        <w:tc>
          <w:tcPr>
            <w:tcW w:w="2880" w:type="dxa"/>
          </w:tcPr>
          <w:p w:rsidR="006F7457" w:rsidRPr="00332DB8" w:rsidRDefault="00332DB8">
            <w:pPr>
              <w:rPr>
                <w:lang w:val="ru-RU"/>
              </w:rPr>
            </w:pPr>
            <w:r w:rsidRPr="00332DB8">
              <w:rPr>
                <w:lang w:val="ru-RU"/>
              </w:rPr>
              <w:t>Рисунок с изображением сжатого кулака и текстом черного цвета на белом фоне «Бей ж....ов» (решение Ингодинского районного суда г. Читы от 23.03.2016);</w:t>
            </w:r>
          </w:p>
        </w:tc>
        <w:tc>
          <w:tcPr>
            <w:tcW w:w="2880" w:type="dxa"/>
          </w:tcPr>
          <w:p w:rsidR="006F7457" w:rsidRPr="00332DB8" w:rsidRDefault="006F7457">
            <w:pPr>
              <w:rPr>
                <w:lang w:val="ru-RU"/>
              </w:rPr>
            </w:pPr>
          </w:p>
        </w:tc>
      </w:tr>
      <w:tr w:rsidR="006F7457">
        <w:tc>
          <w:tcPr>
            <w:tcW w:w="2880" w:type="dxa"/>
          </w:tcPr>
          <w:p w:rsidR="006F7457" w:rsidRDefault="00332DB8">
            <w:r>
              <w:t>3652.</w:t>
            </w:r>
          </w:p>
        </w:tc>
        <w:tc>
          <w:tcPr>
            <w:tcW w:w="2880" w:type="dxa"/>
          </w:tcPr>
          <w:p w:rsidR="006F7457" w:rsidRDefault="00332DB8">
            <w:r w:rsidRPr="00332DB8">
              <w:rPr>
                <w:lang w:val="ru-RU"/>
              </w:rPr>
              <w:t xml:space="preserve">Изображение с фотографией толпы мужчин - мусульман, один из которых кричит и указывает на страницу Корана, и белым текстом на черном фоне: «Обезьянам .... </w:t>
            </w:r>
            <w:r>
              <w:t>«Коран»!!!» (решение Ингодинского районного суда г. Читы от 23.03.2016);</w:t>
            </w:r>
          </w:p>
        </w:tc>
        <w:tc>
          <w:tcPr>
            <w:tcW w:w="2880" w:type="dxa"/>
          </w:tcPr>
          <w:p w:rsidR="006F7457" w:rsidRDefault="006F7457"/>
        </w:tc>
      </w:tr>
      <w:tr w:rsidR="006F7457">
        <w:tc>
          <w:tcPr>
            <w:tcW w:w="2880" w:type="dxa"/>
          </w:tcPr>
          <w:p w:rsidR="006F7457" w:rsidRDefault="00332DB8">
            <w:r>
              <w:t>3653.</w:t>
            </w:r>
          </w:p>
        </w:tc>
        <w:tc>
          <w:tcPr>
            <w:tcW w:w="2880" w:type="dxa"/>
          </w:tcPr>
          <w:p w:rsidR="006F7457" w:rsidRDefault="00332DB8">
            <w:r w:rsidRPr="00332DB8">
              <w:rPr>
                <w:lang w:val="ru-RU"/>
              </w:rPr>
              <w:t xml:space="preserve">Рисунок с изображением символики РНЕ, сопровождающийся текстом: «Россия ... п...с!» </w:t>
            </w:r>
            <w:r>
              <w:t>(решение Ингодинского районного суда г. Читы от 23.03.2016);</w:t>
            </w:r>
          </w:p>
        </w:tc>
        <w:tc>
          <w:tcPr>
            <w:tcW w:w="2880" w:type="dxa"/>
          </w:tcPr>
          <w:p w:rsidR="006F7457" w:rsidRDefault="006F7457"/>
        </w:tc>
      </w:tr>
      <w:tr w:rsidR="006F7457" w:rsidRPr="005A424D">
        <w:tc>
          <w:tcPr>
            <w:tcW w:w="2880" w:type="dxa"/>
          </w:tcPr>
          <w:p w:rsidR="006F7457" w:rsidRDefault="00332DB8">
            <w:r>
              <w:t>3654.</w:t>
            </w:r>
          </w:p>
        </w:tc>
        <w:tc>
          <w:tcPr>
            <w:tcW w:w="2880" w:type="dxa"/>
          </w:tcPr>
          <w:p w:rsidR="006F7457" w:rsidRPr="00332DB8" w:rsidRDefault="00332DB8">
            <w:pPr>
              <w:rPr>
                <w:lang w:val="ru-RU"/>
              </w:rPr>
            </w:pPr>
            <w:r w:rsidRPr="00332DB8">
              <w:rPr>
                <w:lang w:val="ru-RU"/>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3655.</w:t>
            </w:r>
          </w:p>
        </w:tc>
        <w:tc>
          <w:tcPr>
            <w:tcW w:w="2880" w:type="dxa"/>
          </w:tcPr>
          <w:p w:rsidR="006F7457" w:rsidRPr="00332DB8" w:rsidRDefault="00332DB8">
            <w:pPr>
              <w:rPr>
                <w:lang w:val="ru-RU"/>
              </w:rPr>
            </w:pPr>
            <w:r w:rsidRPr="00332DB8">
              <w:rPr>
                <w:lang w:val="ru-RU"/>
              </w:rPr>
              <w:t xml:space="preserve">Изображение бритоголового мужчины на фоне красных букв </w:t>
            </w:r>
            <w:r>
              <w:t>SIN</w:t>
            </w:r>
            <w:r w:rsidRPr="00332DB8">
              <w:rPr>
                <w:lang w:val="ru-RU"/>
              </w:rPr>
              <w:t>,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2880" w:type="dxa"/>
          </w:tcPr>
          <w:p w:rsidR="006F7457" w:rsidRPr="00332DB8" w:rsidRDefault="006F7457">
            <w:pPr>
              <w:rPr>
                <w:lang w:val="ru-RU"/>
              </w:rPr>
            </w:pPr>
          </w:p>
        </w:tc>
      </w:tr>
      <w:tr w:rsidR="006F7457">
        <w:tc>
          <w:tcPr>
            <w:tcW w:w="2880" w:type="dxa"/>
          </w:tcPr>
          <w:p w:rsidR="006F7457" w:rsidRDefault="00332DB8">
            <w:r>
              <w:t>3656.</w:t>
            </w:r>
          </w:p>
        </w:tc>
        <w:tc>
          <w:tcPr>
            <w:tcW w:w="2880" w:type="dxa"/>
          </w:tcPr>
          <w:p w:rsidR="006F7457" w:rsidRDefault="00332DB8">
            <w:r w:rsidRPr="00332DB8">
              <w:rPr>
                <w:lang w:val="ru-RU"/>
              </w:rPr>
              <w:t xml:space="preserve">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w:t>
            </w:r>
            <w:r>
              <w:t>(решение Ингодинского районного суда г. Читы от 23.03.2016);</w:t>
            </w:r>
          </w:p>
        </w:tc>
        <w:tc>
          <w:tcPr>
            <w:tcW w:w="2880" w:type="dxa"/>
          </w:tcPr>
          <w:p w:rsidR="006F7457" w:rsidRDefault="006F7457"/>
        </w:tc>
      </w:tr>
      <w:tr w:rsidR="006F7457">
        <w:tc>
          <w:tcPr>
            <w:tcW w:w="2880" w:type="dxa"/>
          </w:tcPr>
          <w:p w:rsidR="006F7457" w:rsidRDefault="00332DB8">
            <w:r>
              <w:t>3657.</w:t>
            </w:r>
          </w:p>
        </w:tc>
        <w:tc>
          <w:tcPr>
            <w:tcW w:w="2880" w:type="dxa"/>
          </w:tcPr>
          <w:p w:rsidR="006F7457" w:rsidRDefault="00332DB8">
            <w:r w:rsidRPr="00332DB8">
              <w:rPr>
                <w:lang w:val="ru-RU"/>
              </w:rPr>
              <w:t xml:space="preserve">Изображение концентрационного лагеря Освенцим и текстом следующего содержания: «Это Освенцим.... </w:t>
            </w:r>
            <w:r>
              <w:t>евреев» (решение Ингодинского районного суда г. Читы от 23.03.2016);</w:t>
            </w:r>
          </w:p>
        </w:tc>
        <w:tc>
          <w:tcPr>
            <w:tcW w:w="2880" w:type="dxa"/>
          </w:tcPr>
          <w:p w:rsidR="006F7457" w:rsidRDefault="006F7457"/>
        </w:tc>
      </w:tr>
      <w:tr w:rsidR="006F7457">
        <w:tc>
          <w:tcPr>
            <w:tcW w:w="2880" w:type="dxa"/>
          </w:tcPr>
          <w:p w:rsidR="006F7457" w:rsidRDefault="00332DB8">
            <w:r>
              <w:t>3658.</w:t>
            </w:r>
          </w:p>
        </w:tc>
        <w:tc>
          <w:tcPr>
            <w:tcW w:w="2880" w:type="dxa"/>
          </w:tcPr>
          <w:p w:rsidR="006F7457" w:rsidRDefault="00332DB8">
            <w:r w:rsidRPr="00332DB8">
              <w:rPr>
                <w:lang w:val="ru-RU"/>
              </w:rPr>
              <w:t xml:space="preserve">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w:t>
            </w:r>
            <w:r>
              <w:t>(решение Ингодинского районного суда г. Читы от 23.03.2016);</w:t>
            </w:r>
          </w:p>
        </w:tc>
        <w:tc>
          <w:tcPr>
            <w:tcW w:w="2880" w:type="dxa"/>
          </w:tcPr>
          <w:p w:rsidR="006F7457" w:rsidRDefault="006F7457"/>
        </w:tc>
      </w:tr>
      <w:tr w:rsidR="006F7457" w:rsidRPr="005A424D">
        <w:tc>
          <w:tcPr>
            <w:tcW w:w="2880" w:type="dxa"/>
          </w:tcPr>
          <w:p w:rsidR="006F7457" w:rsidRDefault="00332DB8">
            <w:r>
              <w:t>3659.</w:t>
            </w:r>
          </w:p>
        </w:tc>
        <w:tc>
          <w:tcPr>
            <w:tcW w:w="2880" w:type="dxa"/>
          </w:tcPr>
          <w:p w:rsidR="006F7457" w:rsidRPr="00332DB8" w:rsidRDefault="00332DB8">
            <w:pPr>
              <w:rPr>
                <w:lang w:val="ru-RU"/>
              </w:rPr>
            </w:pPr>
            <w:r w:rsidRPr="00332DB8">
              <w:rPr>
                <w:lang w:val="ru-RU"/>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2880" w:type="dxa"/>
          </w:tcPr>
          <w:p w:rsidR="006F7457" w:rsidRPr="00332DB8" w:rsidRDefault="006F7457">
            <w:pPr>
              <w:rPr>
                <w:lang w:val="ru-RU"/>
              </w:rPr>
            </w:pPr>
          </w:p>
        </w:tc>
      </w:tr>
      <w:tr w:rsidR="006F7457">
        <w:tc>
          <w:tcPr>
            <w:tcW w:w="2880" w:type="dxa"/>
          </w:tcPr>
          <w:p w:rsidR="006F7457" w:rsidRDefault="00332DB8">
            <w:r>
              <w:t>36</w:t>
            </w:r>
            <w:r>
              <w:lastRenderedPageBreak/>
              <w:t>60.</w:t>
            </w:r>
          </w:p>
        </w:tc>
        <w:tc>
          <w:tcPr>
            <w:tcW w:w="2880" w:type="dxa"/>
          </w:tcPr>
          <w:p w:rsidR="006F7457" w:rsidRDefault="00332DB8">
            <w:r w:rsidRPr="00332DB8">
              <w:rPr>
                <w:lang w:val="ru-RU"/>
              </w:rPr>
              <w:lastRenderedPageBreak/>
              <w:t xml:space="preserve">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w:t>
            </w:r>
            <w:r w:rsidRPr="00332DB8">
              <w:rPr>
                <w:lang w:val="ru-RU"/>
              </w:rPr>
              <w:lastRenderedPageBreak/>
              <w:t xml:space="preserve">символов, сопровождающегося текстом: «Убей ….. </w:t>
            </w:r>
            <w:r>
              <w:t>14/88» (решение Ингодинского районного суда г. Читы от 23.03.2016);</w:t>
            </w:r>
          </w:p>
        </w:tc>
        <w:tc>
          <w:tcPr>
            <w:tcW w:w="2880" w:type="dxa"/>
          </w:tcPr>
          <w:p w:rsidR="006F7457" w:rsidRDefault="006F7457"/>
        </w:tc>
      </w:tr>
      <w:tr w:rsidR="006F7457">
        <w:tc>
          <w:tcPr>
            <w:tcW w:w="2880" w:type="dxa"/>
          </w:tcPr>
          <w:p w:rsidR="006F7457" w:rsidRDefault="00332DB8">
            <w:r>
              <w:lastRenderedPageBreak/>
              <w:t>3661.</w:t>
            </w:r>
          </w:p>
        </w:tc>
        <w:tc>
          <w:tcPr>
            <w:tcW w:w="2880" w:type="dxa"/>
          </w:tcPr>
          <w:p w:rsidR="006F7457" w:rsidRDefault="00332DB8">
            <w:r w:rsidRPr="00332DB8">
              <w:rPr>
                <w:lang w:val="ru-RU"/>
              </w:rPr>
              <w:t xml:space="preserve">Изображение четырех фотографий М. Горбачева, Б. Ельцина, Д. Медведева и В. Путина, сопровождающегося текстом следующего содержания: «Там, где .... </w:t>
            </w:r>
            <w:r>
              <w:t>Русская мудрость» (решение Ингодинского районного суда г. Читы от 23.03.2016);</w:t>
            </w:r>
          </w:p>
        </w:tc>
        <w:tc>
          <w:tcPr>
            <w:tcW w:w="2880" w:type="dxa"/>
          </w:tcPr>
          <w:p w:rsidR="006F7457" w:rsidRDefault="006F7457"/>
        </w:tc>
      </w:tr>
      <w:tr w:rsidR="006F7457">
        <w:tc>
          <w:tcPr>
            <w:tcW w:w="2880" w:type="dxa"/>
          </w:tcPr>
          <w:p w:rsidR="006F7457" w:rsidRDefault="00332DB8">
            <w:r>
              <w:t>3662.</w:t>
            </w:r>
          </w:p>
        </w:tc>
        <w:tc>
          <w:tcPr>
            <w:tcW w:w="2880" w:type="dxa"/>
          </w:tcPr>
          <w:p w:rsidR="006F7457" w:rsidRDefault="00332DB8">
            <w:r w:rsidRPr="00332DB8">
              <w:rPr>
                <w:lang w:val="ru-RU"/>
              </w:rPr>
              <w:t xml:space="preserve">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w:t>
            </w:r>
            <w:r>
              <w:t>(решение Ингодинского районного суда г. Читы от 23.03.2016);</w:t>
            </w:r>
          </w:p>
        </w:tc>
        <w:tc>
          <w:tcPr>
            <w:tcW w:w="2880" w:type="dxa"/>
          </w:tcPr>
          <w:p w:rsidR="006F7457" w:rsidRDefault="006F7457"/>
        </w:tc>
      </w:tr>
      <w:tr w:rsidR="006F7457" w:rsidRPr="005A424D">
        <w:tc>
          <w:tcPr>
            <w:tcW w:w="2880" w:type="dxa"/>
          </w:tcPr>
          <w:p w:rsidR="006F7457" w:rsidRDefault="00332DB8">
            <w:r>
              <w:t>3663.</w:t>
            </w:r>
          </w:p>
        </w:tc>
        <w:tc>
          <w:tcPr>
            <w:tcW w:w="2880" w:type="dxa"/>
          </w:tcPr>
          <w:p w:rsidR="006F7457" w:rsidRPr="00332DB8" w:rsidRDefault="00332DB8">
            <w:pPr>
              <w:rPr>
                <w:lang w:val="ru-RU"/>
              </w:rPr>
            </w:pPr>
            <w:r w:rsidRPr="00332DB8">
              <w:rPr>
                <w:lang w:val="ru-RU"/>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2880" w:type="dxa"/>
          </w:tcPr>
          <w:p w:rsidR="006F7457" w:rsidRPr="00332DB8" w:rsidRDefault="006F7457">
            <w:pPr>
              <w:rPr>
                <w:lang w:val="ru-RU"/>
              </w:rPr>
            </w:pPr>
          </w:p>
        </w:tc>
      </w:tr>
      <w:tr w:rsidR="006F7457" w:rsidRPr="005A424D">
        <w:tc>
          <w:tcPr>
            <w:tcW w:w="2880" w:type="dxa"/>
          </w:tcPr>
          <w:p w:rsidR="006F7457" w:rsidRDefault="00332DB8">
            <w:r>
              <w:t>3664.</w:t>
            </w:r>
          </w:p>
        </w:tc>
        <w:tc>
          <w:tcPr>
            <w:tcW w:w="2880" w:type="dxa"/>
          </w:tcPr>
          <w:p w:rsidR="006F7457" w:rsidRPr="00332DB8" w:rsidRDefault="00332DB8">
            <w:pPr>
              <w:rPr>
                <w:lang w:val="ru-RU"/>
              </w:rPr>
            </w:pPr>
            <w:r w:rsidRPr="00332DB8">
              <w:rPr>
                <w:lang w:val="ru-RU"/>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2880" w:type="dxa"/>
          </w:tcPr>
          <w:p w:rsidR="006F7457" w:rsidRPr="00332DB8" w:rsidRDefault="006F7457">
            <w:pPr>
              <w:rPr>
                <w:lang w:val="ru-RU"/>
              </w:rPr>
            </w:pPr>
          </w:p>
        </w:tc>
      </w:tr>
      <w:tr w:rsidR="006F7457">
        <w:tc>
          <w:tcPr>
            <w:tcW w:w="2880" w:type="dxa"/>
          </w:tcPr>
          <w:p w:rsidR="006F7457" w:rsidRDefault="00332DB8">
            <w:r>
              <w:t>3665.</w:t>
            </w:r>
          </w:p>
        </w:tc>
        <w:tc>
          <w:tcPr>
            <w:tcW w:w="2880" w:type="dxa"/>
          </w:tcPr>
          <w:p w:rsidR="006F7457" w:rsidRDefault="00332DB8">
            <w:r w:rsidRPr="00332DB8">
              <w:rPr>
                <w:lang w:val="ru-RU"/>
              </w:rPr>
              <w:t xml:space="preserve">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w:t>
            </w:r>
            <w:r>
              <w:t>(решение Ингодинского районного суда г. Читы от 23.03.2016);</w:t>
            </w:r>
          </w:p>
        </w:tc>
        <w:tc>
          <w:tcPr>
            <w:tcW w:w="2880" w:type="dxa"/>
          </w:tcPr>
          <w:p w:rsidR="006F7457" w:rsidRDefault="006F7457"/>
        </w:tc>
      </w:tr>
      <w:tr w:rsidR="006F7457" w:rsidRPr="005A424D">
        <w:tc>
          <w:tcPr>
            <w:tcW w:w="2880" w:type="dxa"/>
          </w:tcPr>
          <w:p w:rsidR="006F7457" w:rsidRDefault="00332DB8">
            <w:r>
              <w:lastRenderedPageBreak/>
              <w:t>3666.</w:t>
            </w:r>
          </w:p>
        </w:tc>
        <w:tc>
          <w:tcPr>
            <w:tcW w:w="2880" w:type="dxa"/>
          </w:tcPr>
          <w:p w:rsidR="006F7457" w:rsidRPr="00332DB8" w:rsidRDefault="00332DB8">
            <w:pPr>
              <w:rPr>
                <w:lang w:val="ru-RU"/>
              </w:rPr>
            </w:pPr>
            <w:r w:rsidRPr="00332DB8">
              <w:rPr>
                <w:lang w:val="ru-RU"/>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2880" w:type="dxa"/>
          </w:tcPr>
          <w:p w:rsidR="006F7457" w:rsidRPr="00332DB8" w:rsidRDefault="006F7457">
            <w:pPr>
              <w:rPr>
                <w:lang w:val="ru-RU"/>
              </w:rPr>
            </w:pPr>
          </w:p>
        </w:tc>
      </w:tr>
      <w:tr w:rsidR="006F7457">
        <w:tc>
          <w:tcPr>
            <w:tcW w:w="2880" w:type="dxa"/>
          </w:tcPr>
          <w:p w:rsidR="006F7457" w:rsidRDefault="00332DB8">
            <w:r>
              <w:t>3667.</w:t>
            </w:r>
          </w:p>
        </w:tc>
        <w:tc>
          <w:tcPr>
            <w:tcW w:w="2880" w:type="dxa"/>
          </w:tcPr>
          <w:p w:rsidR="006F7457" w:rsidRDefault="00332DB8">
            <w:r w:rsidRPr="00332DB8">
              <w:rPr>
                <w:lang w:val="ru-RU"/>
              </w:rPr>
              <w:t xml:space="preserve">Рисунок с изображением черепа со скрещенными костями (эмблемы СС) и кельтского креста на фоне черно-желто-белого флага и текстом красного цвета: «Вали х....ей!» </w:t>
            </w:r>
            <w:r>
              <w:t>(решение Ингодинского районного суда г. Читы от 23.03.2016);</w:t>
            </w:r>
          </w:p>
        </w:tc>
        <w:tc>
          <w:tcPr>
            <w:tcW w:w="2880" w:type="dxa"/>
          </w:tcPr>
          <w:p w:rsidR="006F7457" w:rsidRDefault="006F7457"/>
        </w:tc>
      </w:tr>
      <w:tr w:rsidR="006F7457">
        <w:tc>
          <w:tcPr>
            <w:tcW w:w="2880" w:type="dxa"/>
          </w:tcPr>
          <w:p w:rsidR="006F7457" w:rsidRDefault="00332DB8">
            <w:r>
              <w:t>3668.</w:t>
            </w:r>
          </w:p>
        </w:tc>
        <w:tc>
          <w:tcPr>
            <w:tcW w:w="2880" w:type="dxa"/>
          </w:tcPr>
          <w:p w:rsidR="006F7457" w:rsidRDefault="00332DB8">
            <w:r w:rsidRPr="00332DB8">
              <w:rPr>
                <w:lang w:val="ru-RU"/>
              </w:rPr>
              <w:t xml:space="preserve">Изображение в виде схематического рисунка лежащих людей и танков, проезжающих по ним, и текстом: «Танки едут ...чам!» </w:t>
            </w:r>
            <w:r>
              <w:t>(решение Ингодинского районного суда г. Читы от 23.03.2016);</w:t>
            </w:r>
          </w:p>
        </w:tc>
        <w:tc>
          <w:tcPr>
            <w:tcW w:w="2880" w:type="dxa"/>
          </w:tcPr>
          <w:p w:rsidR="006F7457" w:rsidRDefault="006F7457"/>
        </w:tc>
      </w:tr>
      <w:tr w:rsidR="006F7457" w:rsidRPr="005A424D">
        <w:tc>
          <w:tcPr>
            <w:tcW w:w="2880" w:type="dxa"/>
          </w:tcPr>
          <w:p w:rsidR="006F7457" w:rsidRDefault="00332DB8">
            <w:r>
              <w:t>3669.</w:t>
            </w:r>
          </w:p>
        </w:tc>
        <w:tc>
          <w:tcPr>
            <w:tcW w:w="2880" w:type="dxa"/>
          </w:tcPr>
          <w:p w:rsidR="006F7457" w:rsidRPr="00332DB8" w:rsidRDefault="00332DB8">
            <w:pPr>
              <w:rPr>
                <w:lang w:val="ru-RU"/>
              </w:rPr>
            </w:pPr>
            <w:r w:rsidRPr="00332DB8">
              <w:rPr>
                <w:lang w:val="ru-RU"/>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2880" w:type="dxa"/>
          </w:tcPr>
          <w:p w:rsidR="006F7457" w:rsidRPr="00332DB8" w:rsidRDefault="006F7457">
            <w:pPr>
              <w:rPr>
                <w:lang w:val="ru-RU"/>
              </w:rPr>
            </w:pPr>
          </w:p>
        </w:tc>
      </w:tr>
      <w:tr w:rsidR="006F7457" w:rsidRPr="005A424D">
        <w:tc>
          <w:tcPr>
            <w:tcW w:w="2880" w:type="dxa"/>
          </w:tcPr>
          <w:p w:rsidR="006F7457" w:rsidRDefault="00332DB8">
            <w:r>
              <w:t>3670.</w:t>
            </w:r>
          </w:p>
        </w:tc>
        <w:tc>
          <w:tcPr>
            <w:tcW w:w="2880" w:type="dxa"/>
          </w:tcPr>
          <w:p w:rsidR="006F7457" w:rsidRPr="00332DB8" w:rsidRDefault="00332DB8">
            <w:pPr>
              <w:rPr>
                <w:lang w:val="ru-RU"/>
              </w:rPr>
            </w:pPr>
            <w:r w:rsidRPr="00332DB8">
              <w:rPr>
                <w:lang w:val="ru-RU"/>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2880" w:type="dxa"/>
          </w:tcPr>
          <w:p w:rsidR="006F7457" w:rsidRPr="00332DB8" w:rsidRDefault="006F7457">
            <w:pPr>
              <w:rPr>
                <w:lang w:val="ru-RU"/>
              </w:rPr>
            </w:pPr>
          </w:p>
        </w:tc>
      </w:tr>
      <w:tr w:rsidR="006F7457" w:rsidRPr="005A424D">
        <w:tc>
          <w:tcPr>
            <w:tcW w:w="2880" w:type="dxa"/>
          </w:tcPr>
          <w:p w:rsidR="006F7457" w:rsidRDefault="00332DB8">
            <w:r>
              <w:t>367</w:t>
            </w:r>
            <w:r>
              <w:lastRenderedPageBreak/>
              <w:t>1.</w:t>
            </w:r>
          </w:p>
        </w:tc>
        <w:tc>
          <w:tcPr>
            <w:tcW w:w="2880" w:type="dxa"/>
          </w:tcPr>
          <w:p w:rsidR="006F7457" w:rsidRPr="00332DB8" w:rsidRDefault="00332DB8">
            <w:pPr>
              <w:rPr>
                <w:lang w:val="ru-RU"/>
              </w:rPr>
            </w:pPr>
            <w:r w:rsidRPr="00332DB8">
              <w:rPr>
                <w:lang w:val="ru-RU"/>
              </w:rPr>
              <w:lastRenderedPageBreak/>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3672.</w:t>
            </w:r>
          </w:p>
        </w:tc>
        <w:tc>
          <w:tcPr>
            <w:tcW w:w="2880" w:type="dxa"/>
          </w:tcPr>
          <w:p w:rsidR="006F7457" w:rsidRPr="00332DB8" w:rsidRDefault="00332DB8">
            <w:pPr>
              <w:rPr>
                <w:lang w:val="ru-RU"/>
              </w:rPr>
            </w:pPr>
            <w:r w:rsidRPr="00332DB8">
              <w:rPr>
                <w:lang w:val="ru-RU"/>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w:t>
            </w:r>
            <w:r>
              <w:t>FBI</w:t>
            </w:r>
            <w:r w:rsidRPr="00332DB8">
              <w:rPr>
                <w:lang w:val="ru-RU"/>
              </w:rPr>
              <w:t>», рисунок сопровождается текстом белого цвета по черному круговому контуру: «П...й .... е...ый» (решение Ингодинского районного суда г. Читы от 23.03.2016);</w:t>
            </w:r>
          </w:p>
        </w:tc>
        <w:tc>
          <w:tcPr>
            <w:tcW w:w="2880" w:type="dxa"/>
          </w:tcPr>
          <w:p w:rsidR="006F7457" w:rsidRPr="00332DB8" w:rsidRDefault="006F7457">
            <w:pPr>
              <w:rPr>
                <w:lang w:val="ru-RU"/>
              </w:rPr>
            </w:pPr>
          </w:p>
        </w:tc>
      </w:tr>
      <w:tr w:rsidR="006F7457" w:rsidRPr="005A424D">
        <w:tc>
          <w:tcPr>
            <w:tcW w:w="2880" w:type="dxa"/>
          </w:tcPr>
          <w:p w:rsidR="006F7457" w:rsidRDefault="00332DB8">
            <w:r>
              <w:t>3673.</w:t>
            </w:r>
          </w:p>
        </w:tc>
        <w:tc>
          <w:tcPr>
            <w:tcW w:w="2880" w:type="dxa"/>
          </w:tcPr>
          <w:p w:rsidR="006F7457" w:rsidRPr="00332DB8" w:rsidRDefault="00332DB8">
            <w:pPr>
              <w:rPr>
                <w:lang w:val="ru-RU"/>
              </w:rPr>
            </w:pPr>
            <w:r w:rsidRPr="00332DB8">
              <w:rPr>
                <w:lang w:val="ru-RU"/>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2880" w:type="dxa"/>
          </w:tcPr>
          <w:p w:rsidR="006F7457" w:rsidRPr="00332DB8" w:rsidRDefault="006F7457">
            <w:pPr>
              <w:rPr>
                <w:lang w:val="ru-RU"/>
              </w:rPr>
            </w:pPr>
          </w:p>
        </w:tc>
      </w:tr>
      <w:tr w:rsidR="006F7457">
        <w:tc>
          <w:tcPr>
            <w:tcW w:w="2880" w:type="dxa"/>
          </w:tcPr>
          <w:p w:rsidR="006F7457" w:rsidRDefault="00332DB8">
            <w:r>
              <w:t>3674.</w:t>
            </w:r>
          </w:p>
        </w:tc>
        <w:tc>
          <w:tcPr>
            <w:tcW w:w="2880" w:type="dxa"/>
          </w:tcPr>
          <w:p w:rsidR="006F7457" w:rsidRDefault="00332DB8">
            <w:r w:rsidRPr="00332DB8">
              <w:rPr>
                <w:lang w:val="ru-RU"/>
              </w:rPr>
              <w:t xml:space="preserve">Рисунок с изображением мужчины в футболке с кельтским крестом, с поднятой вверх правой рукой, сопровождающегося текстом следующего содержания: «Долой! ….. </w:t>
            </w:r>
            <w:r>
              <w:t>«HEIL!» (решение Ингодинского районного суда г. Читы от 23.03.2016);</w:t>
            </w:r>
          </w:p>
        </w:tc>
        <w:tc>
          <w:tcPr>
            <w:tcW w:w="2880" w:type="dxa"/>
          </w:tcPr>
          <w:p w:rsidR="006F7457" w:rsidRDefault="006F7457"/>
        </w:tc>
      </w:tr>
      <w:tr w:rsidR="006F7457" w:rsidRPr="005A424D">
        <w:tc>
          <w:tcPr>
            <w:tcW w:w="2880" w:type="dxa"/>
          </w:tcPr>
          <w:p w:rsidR="006F7457" w:rsidRDefault="00332DB8">
            <w:r>
              <w:t>3675.</w:t>
            </w:r>
          </w:p>
        </w:tc>
        <w:tc>
          <w:tcPr>
            <w:tcW w:w="2880" w:type="dxa"/>
          </w:tcPr>
          <w:p w:rsidR="006F7457" w:rsidRPr="00332DB8" w:rsidRDefault="00332DB8">
            <w:pPr>
              <w:rPr>
                <w:lang w:val="ru-RU"/>
              </w:rPr>
            </w:pPr>
            <w:r w:rsidRPr="00332DB8">
              <w:rPr>
                <w:lang w:val="ru-RU"/>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2880" w:type="dxa"/>
          </w:tcPr>
          <w:p w:rsidR="006F7457" w:rsidRPr="00332DB8" w:rsidRDefault="006F7457">
            <w:pPr>
              <w:rPr>
                <w:lang w:val="ru-RU"/>
              </w:rPr>
            </w:pPr>
          </w:p>
        </w:tc>
      </w:tr>
      <w:tr w:rsidR="006F7457" w:rsidRPr="005A424D">
        <w:tc>
          <w:tcPr>
            <w:tcW w:w="2880" w:type="dxa"/>
          </w:tcPr>
          <w:p w:rsidR="006F7457" w:rsidRDefault="00332DB8">
            <w:r>
              <w:t>3676.</w:t>
            </w:r>
          </w:p>
        </w:tc>
        <w:tc>
          <w:tcPr>
            <w:tcW w:w="2880" w:type="dxa"/>
          </w:tcPr>
          <w:p w:rsidR="006F7457" w:rsidRPr="00332DB8" w:rsidRDefault="00332DB8">
            <w:pPr>
              <w:rPr>
                <w:lang w:val="ru-RU"/>
              </w:rPr>
            </w:pPr>
            <w:r w:rsidRPr="00332DB8">
              <w:rPr>
                <w:lang w:val="ru-RU"/>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3677.</w:t>
            </w:r>
          </w:p>
        </w:tc>
        <w:tc>
          <w:tcPr>
            <w:tcW w:w="2880" w:type="dxa"/>
          </w:tcPr>
          <w:p w:rsidR="006F7457" w:rsidRPr="00332DB8" w:rsidRDefault="00332DB8">
            <w:pPr>
              <w:rPr>
                <w:lang w:val="ru-RU"/>
              </w:rPr>
            </w:pPr>
            <w:r w:rsidRPr="00332DB8">
              <w:rPr>
                <w:lang w:val="ru-RU"/>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2880" w:type="dxa"/>
          </w:tcPr>
          <w:p w:rsidR="006F7457" w:rsidRPr="00332DB8" w:rsidRDefault="006F7457">
            <w:pPr>
              <w:rPr>
                <w:lang w:val="ru-RU"/>
              </w:rPr>
            </w:pPr>
          </w:p>
        </w:tc>
      </w:tr>
      <w:tr w:rsidR="006F7457" w:rsidRPr="005A424D">
        <w:tc>
          <w:tcPr>
            <w:tcW w:w="2880" w:type="dxa"/>
          </w:tcPr>
          <w:p w:rsidR="006F7457" w:rsidRDefault="00332DB8">
            <w:r>
              <w:t>3678.</w:t>
            </w:r>
          </w:p>
        </w:tc>
        <w:tc>
          <w:tcPr>
            <w:tcW w:w="2880" w:type="dxa"/>
          </w:tcPr>
          <w:p w:rsidR="006F7457" w:rsidRPr="00332DB8" w:rsidRDefault="00332DB8">
            <w:pPr>
              <w:rPr>
                <w:lang w:val="ru-RU"/>
              </w:rPr>
            </w:pPr>
            <w:r w:rsidRPr="00332DB8">
              <w:rPr>
                <w:lang w:val="ru-RU"/>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2880" w:type="dxa"/>
          </w:tcPr>
          <w:p w:rsidR="006F7457" w:rsidRPr="00332DB8" w:rsidRDefault="006F7457">
            <w:pPr>
              <w:rPr>
                <w:lang w:val="ru-RU"/>
              </w:rPr>
            </w:pPr>
          </w:p>
        </w:tc>
      </w:tr>
      <w:tr w:rsidR="006F7457" w:rsidRPr="005A424D">
        <w:tc>
          <w:tcPr>
            <w:tcW w:w="2880" w:type="dxa"/>
          </w:tcPr>
          <w:p w:rsidR="006F7457" w:rsidRDefault="00332DB8">
            <w:r>
              <w:t>3679.</w:t>
            </w:r>
          </w:p>
        </w:tc>
        <w:tc>
          <w:tcPr>
            <w:tcW w:w="2880" w:type="dxa"/>
          </w:tcPr>
          <w:p w:rsidR="006F7457" w:rsidRPr="00332DB8" w:rsidRDefault="00332DB8">
            <w:pPr>
              <w:rPr>
                <w:lang w:val="ru-RU"/>
              </w:rPr>
            </w:pPr>
            <w:r w:rsidRPr="00332DB8">
              <w:rPr>
                <w:lang w:val="ru-RU"/>
              </w:rP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2880" w:type="dxa"/>
          </w:tcPr>
          <w:p w:rsidR="006F7457" w:rsidRPr="00332DB8" w:rsidRDefault="006F7457">
            <w:pPr>
              <w:rPr>
                <w:lang w:val="ru-RU"/>
              </w:rPr>
            </w:pPr>
          </w:p>
        </w:tc>
      </w:tr>
      <w:tr w:rsidR="006F7457">
        <w:tc>
          <w:tcPr>
            <w:tcW w:w="2880" w:type="dxa"/>
          </w:tcPr>
          <w:p w:rsidR="006F7457" w:rsidRDefault="00332DB8">
            <w:r>
              <w:t>3680.</w:t>
            </w:r>
          </w:p>
        </w:tc>
        <w:tc>
          <w:tcPr>
            <w:tcW w:w="2880" w:type="dxa"/>
          </w:tcPr>
          <w:p w:rsidR="006F7457" w:rsidRDefault="00332DB8">
            <w:r w:rsidRPr="00332DB8">
              <w:rPr>
                <w:lang w:val="ru-RU"/>
              </w:rPr>
              <w:t xml:space="preserve">Текст, начинающийся словами: «Русские, плюньте в телевизор!...» и заканчивающегося словами: «...Обратного пути у нас больше нет …..у...ки.» </w:t>
            </w:r>
            <w:r>
              <w:t>(решение Ингодинского районного суда г. Читы от 23.03.2016);</w:t>
            </w:r>
          </w:p>
        </w:tc>
        <w:tc>
          <w:tcPr>
            <w:tcW w:w="2880" w:type="dxa"/>
          </w:tcPr>
          <w:p w:rsidR="006F7457" w:rsidRDefault="006F7457"/>
        </w:tc>
      </w:tr>
      <w:tr w:rsidR="006F7457">
        <w:tc>
          <w:tcPr>
            <w:tcW w:w="2880" w:type="dxa"/>
          </w:tcPr>
          <w:p w:rsidR="006F7457" w:rsidRDefault="00332DB8">
            <w:r>
              <w:t>3681.</w:t>
            </w:r>
          </w:p>
        </w:tc>
        <w:tc>
          <w:tcPr>
            <w:tcW w:w="2880" w:type="dxa"/>
          </w:tcPr>
          <w:p w:rsidR="006F7457" w:rsidRDefault="00332DB8">
            <w:r w:rsidRPr="00332DB8">
              <w:rPr>
                <w:lang w:val="ru-RU"/>
              </w:rPr>
              <w:t xml:space="preserve">Текса, начинающийся словами: «Мы ведем эту войну... предприниматели...» и заканчивающегося словами: «...Нет и не может быть никаких оснований, ... как раба!» </w:t>
            </w:r>
            <w:r>
              <w:t>(решение Ингодинского районного суда г. Читы от 23.03.2016);</w:t>
            </w:r>
          </w:p>
        </w:tc>
        <w:tc>
          <w:tcPr>
            <w:tcW w:w="2880" w:type="dxa"/>
          </w:tcPr>
          <w:p w:rsidR="006F7457" w:rsidRDefault="006F7457"/>
        </w:tc>
      </w:tr>
      <w:tr w:rsidR="006F7457">
        <w:tc>
          <w:tcPr>
            <w:tcW w:w="2880" w:type="dxa"/>
          </w:tcPr>
          <w:p w:rsidR="006F7457" w:rsidRDefault="00332DB8">
            <w:r>
              <w:t>368</w:t>
            </w:r>
            <w:r>
              <w:lastRenderedPageBreak/>
              <w:t>2.</w:t>
            </w:r>
          </w:p>
        </w:tc>
        <w:tc>
          <w:tcPr>
            <w:tcW w:w="2880" w:type="dxa"/>
          </w:tcPr>
          <w:p w:rsidR="006F7457" w:rsidRDefault="00332DB8">
            <w:r w:rsidRPr="00332DB8">
              <w:rPr>
                <w:lang w:val="ru-RU"/>
              </w:rPr>
              <w:lastRenderedPageBreak/>
              <w:t xml:space="preserve">Текст, начинающийся словами: «Оружие – вот наш инструмент... заканчивающегося словами: «….. </w:t>
            </w:r>
            <w:r>
              <w:t>Sieg Heil!» (решение Ингодинского районного суда г. Читы от 23.03.2016);</w:t>
            </w:r>
          </w:p>
        </w:tc>
        <w:tc>
          <w:tcPr>
            <w:tcW w:w="2880" w:type="dxa"/>
          </w:tcPr>
          <w:p w:rsidR="006F7457" w:rsidRDefault="006F7457"/>
        </w:tc>
      </w:tr>
      <w:tr w:rsidR="006F7457">
        <w:tc>
          <w:tcPr>
            <w:tcW w:w="2880" w:type="dxa"/>
          </w:tcPr>
          <w:p w:rsidR="006F7457" w:rsidRDefault="00332DB8">
            <w:r>
              <w:lastRenderedPageBreak/>
              <w:t>3683.</w:t>
            </w:r>
          </w:p>
        </w:tc>
        <w:tc>
          <w:tcPr>
            <w:tcW w:w="2880" w:type="dxa"/>
          </w:tcPr>
          <w:p w:rsidR="006F7457" w:rsidRDefault="00332DB8">
            <w:r w:rsidRPr="00332DB8">
              <w:rPr>
                <w:lang w:val="ru-RU"/>
              </w:rPr>
              <w:t xml:space="preserve">Текст, начинающийся словами: «Партизанская война... века...» и заканчивающегося словами: «.... </w:t>
            </w:r>
            <w:r>
              <w:t>Давыдову» (решение Ингодинского районного суда г. Читы от 23.03.2016);</w:t>
            </w:r>
          </w:p>
        </w:tc>
        <w:tc>
          <w:tcPr>
            <w:tcW w:w="2880" w:type="dxa"/>
          </w:tcPr>
          <w:p w:rsidR="006F7457" w:rsidRDefault="006F7457"/>
        </w:tc>
      </w:tr>
      <w:tr w:rsidR="006F7457" w:rsidRPr="005A424D">
        <w:tc>
          <w:tcPr>
            <w:tcW w:w="2880" w:type="dxa"/>
          </w:tcPr>
          <w:p w:rsidR="006F7457" w:rsidRDefault="00332DB8">
            <w:r>
              <w:t>3684.</w:t>
            </w:r>
          </w:p>
        </w:tc>
        <w:tc>
          <w:tcPr>
            <w:tcW w:w="2880" w:type="dxa"/>
          </w:tcPr>
          <w:p w:rsidR="006F7457" w:rsidRPr="00332DB8" w:rsidRDefault="00332DB8">
            <w:pPr>
              <w:rPr>
                <w:lang w:val="ru-RU"/>
              </w:rPr>
            </w:pPr>
            <w:r w:rsidRPr="00332DB8">
              <w:rPr>
                <w:lang w:val="ru-RU"/>
              </w:rPr>
              <w:t xml:space="preserve">Группа «Дрозд зигует из гнезда!!!Зная что хачам...!!!», созданная в сети «Вконтакте» по адресу </w:t>
            </w:r>
            <w:r>
              <w:t>http</w:t>
            </w:r>
            <w:r w:rsidRPr="00332DB8">
              <w:rPr>
                <w:lang w:val="ru-RU"/>
              </w:rPr>
              <w:t>://</w:t>
            </w:r>
            <w:r>
              <w:t>vk</w:t>
            </w:r>
            <w:r w:rsidRPr="00332DB8">
              <w:rPr>
                <w:lang w:val="ru-RU"/>
              </w:rPr>
              <w:t>.</w:t>
            </w:r>
            <w:r>
              <w:t>com</w:t>
            </w:r>
            <w:r w:rsidRPr="00332DB8">
              <w:rPr>
                <w:lang w:val="ru-RU"/>
              </w:rPr>
              <w:t>/</w:t>
            </w:r>
            <w:r>
              <w:t>club</w:t>
            </w:r>
            <w:r w:rsidRPr="00332DB8">
              <w:rPr>
                <w:lang w:val="ru-RU"/>
              </w:rPr>
              <w:t>48711054 (решение Сунженского районного суда Республики Ингушетия от 29.04.2016);</w:t>
            </w:r>
          </w:p>
        </w:tc>
        <w:tc>
          <w:tcPr>
            <w:tcW w:w="2880" w:type="dxa"/>
          </w:tcPr>
          <w:p w:rsidR="006F7457" w:rsidRPr="00332DB8" w:rsidRDefault="006F7457">
            <w:pPr>
              <w:rPr>
                <w:lang w:val="ru-RU"/>
              </w:rPr>
            </w:pPr>
          </w:p>
        </w:tc>
      </w:tr>
      <w:tr w:rsidR="006F7457" w:rsidRPr="005A424D">
        <w:tc>
          <w:tcPr>
            <w:tcW w:w="2880" w:type="dxa"/>
          </w:tcPr>
          <w:p w:rsidR="006F7457" w:rsidRDefault="00332DB8">
            <w:r>
              <w:t>3685.</w:t>
            </w:r>
          </w:p>
        </w:tc>
        <w:tc>
          <w:tcPr>
            <w:tcW w:w="2880" w:type="dxa"/>
          </w:tcPr>
          <w:p w:rsidR="006F7457" w:rsidRPr="00332DB8" w:rsidRDefault="00332DB8">
            <w:pPr>
              <w:rPr>
                <w:lang w:val="ru-RU"/>
              </w:rPr>
            </w:pPr>
            <w:r w:rsidRPr="00332DB8">
              <w:rPr>
                <w:lang w:val="ru-RU"/>
              </w:rPr>
              <w:t xml:space="preserve">Информация, размещенная на Интернет - странице </w:t>
            </w:r>
            <w:r>
              <w:t>http</w:t>
            </w:r>
            <w:r w:rsidRPr="00332DB8">
              <w:rPr>
                <w:lang w:val="ru-RU"/>
              </w:rPr>
              <w:t>://</w:t>
            </w:r>
            <w:r>
              <w:t>ok</w:t>
            </w:r>
            <w:r w:rsidRPr="00332DB8">
              <w:rPr>
                <w:lang w:val="ru-RU"/>
              </w:rPr>
              <w:t>.</w:t>
            </w:r>
            <w:r>
              <w:t>ru</w:t>
            </w:r>
            <w:r w:rsidRPr="00332DB8">
              <w:rPr>
                <w:lang w:val="ru-RU"/>
              </w:rPr>
              <w:t>/</w:t>
            </w:r>
            <w:r>
              <w:t>profile</w:t>
            </w:r>
            <w:r w:rsidRPr="00332DB8">
              <w:rPr>
                <w:lang w:val="ru-RU"/>
              </w:rPr>
              <w:t>/376483713587 сайта «Одноклассники» (решение Магасского районного суда Республики Ингушетия от 31.03.2016);</w:t>
            </w:r>
          </w:p>
        </w:tc>
        <w:tc>
          <w:tcPr>
            <w:tcW w:w="2880" w:type="dxa"/>
          </w:tcPr>
          <w:p w:rsidR="006F7457" w:rsidRPr="00332DB8" w:rsidRDefault="006F7457">
            <w:pPr>
              <w:rPr>
                <w:lang w:val="ru-RU"/>
              </w:rPr>
            </w:pPr>
          </w:p>
        </w:tc>
      </w:tr>
      <w:tr w:rsidR="006F7457" w:rsidRPr="005A424D">
        <w:tc>
          <w:tcPr>
            <w:tcW w:w="2880" w:type="dxa"/>
          </w:tcPr>
          <w:p w:rsidR="006F7457" w:rsidRDefault="00332DB8">
            <w:r>
              <w:t>3686.</w:t>
            </w:r>
          </w:p>
        </w:tc>
        <w:tc>
          <w:tcPr>
            <w:tcW w:w="2880" w:type="dxa"/>
          </w:tcPr>
          <w:p w:rsidR="006F7457" w:rsidRPr="00332DB8" w:rsidRDefault="00332DB8">
            <w:pPr>
              <w:rPr>
                <w:lang w:val="ru-RU"/>
              </w:rPr>
            </w:pPr>
            <w:r w:rsidRPr="00332DB8">
              <w:rPr>
                <w:lang w:val="ru-RU"/>
              </w:rPr>
              <w:t xml:space="preserve">Видеоматериал «ПРАВДА о Гитлере и </w:t>
            </w:r>
            <w:r>
              <w:t>III</w:t>
            </w:r>
            <w:r w:rsidRPr="00332DB8">
              <w:rPr>
                <w:lang w:val="ru-RU"/>
              </w:rPr>
              <w:t xml:space="preserve">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2880" w:type="dxa"/>
          </w:tcPr>
          <w:p w:rsidR="006F7457" w:rsidRPr="00332DB8" w:rsidRDefault="006F7457">
            <w:pPr>
              <w:rPr>
                <w:lang w:val="ru-RU"/>
              </w:rPr>
            </w:pPr>
          </w:p>
        </w:tc>
      </w:tr>
      <w:tr w:rsidR="006F7457" w:rsidRPr="005A424D">
        <w:tc>
          <w:tcPr>
            <w:tcW w:w="2880" w:type="dxa"/>
          </w:tcPr>
          <w:p w:rsidR="006F7457" w:rsidRDefault="00332DB8">
            <w:r>
              <w:t>368</w:t>
            </w:r>
            <w:r>
              <w:lastRenderedPageBreak/>
              <w:t>7.</w:t>
            </w:r>
          </w:p>
        </w:tc>
        <w:tc>
          <w:tcPr>
            <w:tcW w:w="2880" w:type="dxa"/>
          </w:tcPr>
          <w:p w:rsidR="006F7457" w:rsidRPr="00332DB8" w:rsidRDefault="00332DB8">
            <w:pPr>
              <w:rPr>
                <w:lang w:val="ru-RU"/>
              </w:rPr>
            </w:pPr>
            <w:r w:rsidRPr="00332DB8">
              <w:rPr>
                <w:lang w:val="ru-RU"/>
              </w:rPr>
              <w:lastRenderedPageBreak/>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3688.</w:t>
            </w:r>
          </w:p>
        </w:tc>
        <w:tc>
          <w:tcPr>
            <w:tcW w:w="2880" w:type="dxa"/>
          </w:tcPr>
          <w:p w:rsidR="006F7457" w:rsidRPr="00332DB8" w:rsidRDefault="00332DB8">
            <w:pPr>
              <w:rPr>
                <w:lang w:val="ru-RU"/>
              </w:rPr>
            </w:pPr>
            <w:r w:rsidRPr="00332DB8">
              <w:rPr>
                <w:lang w:val="ru-RU"/>
              </w:rPr>
              <w:t>Видеофайл «</w:t>
            </w:r>
            <w:r>
              <w:t>KA</w:t>
            </w:r>
            <w:r w:rsidRPr="00332DB8">
              <w:rPr>
                <w:lang w:val="ru-RU"/>
              </w:rPr>
              <w:t>З</w:t>
            </w:r>
            <w:r>
              <w:t>H</w:t>
            </w:r>
            <w:r w:rsidRPr="00332DB8">
              <w:rPr>
                <w:lang w:val="ru-RU"/>
              </w:rPr>
              <w:t>Ь.</w:t>
            </w:r>
            <w:r>
              <w:t>MPEG</w:t>
            </w:r>
            <w:r w:rsidRPr="00332DB8">
              <w:rPr>
                <w:lang w:val="ru-RU"/>
              </w:rPr>
              <w:t>-4», размещенный в социальной сети «В контакте» (решение Тейковского районного суда Ивановской области от 25.04.2016);</w:t>
            </w:r>
          </w:p>
        </w:tc>
        <w:tc>
          <w:tcPr>
            <w:tcW w:w="2880" w:type="dxa"/>
          </w:tcPr>
          <w:p w:rsidR="006F7457" w:rsidRPr="00332DB8" w:rsidRDefault="006F7457">
            <w:pPr>
              <w:rPr>
                <w:lang w:val="ru-RU"/>
              </w:rPr>
            </w:pPr>
          </w:p>
        </w:tc>
      </w:tr>
      <w:tr w:rsidR="006F7457" w:rsidRPr="005A424D">
        <w:tc>
          <w:tcPr>
            <w:tcW w:w="2880" w:type="dxa"/>
          </w:tcPr>
          <w:p w:rsidR="006F7457" w:rsidRDefault="00332DB8">
            <w:r>
              <w:t>3689.</w:t>
            </w:r>
          </w:p>
        </w:tc>
        <w:tc>
          <w:tcPr>
            <w:tcW w:w="2880" w:type="dxa"/>
          </w:tcPr>
          <w:p w:rsidR="006F7457" w:rsidRPr="00332DB8" w:rsidRDefault="00332DB8">
            <w:pPr>
              <w:rPr>
                <w:lang w:val="ru-RU"/>
              </w:rPr>
            </w:pPr>
            <w:r>
              <w:t>Видеофайл «Vorony – chernaya sarancha..Plemya satany. Tvari</w:t>
            </w:r>
            <w:r w:rsidRPr="00332DB8">
              <w:rPr>
                <w:lang w:val="ru-RU"/>
              </w:rPr>
              <w:t xml:space="preserve"> </w:t>
            </w:r>
            <w:r>
              <w:t>paraziti</w:t>
            </w:r>
            <w:r w:rsidRPr="00332DB8">
              <w:rPr>
                <w:lang w:val="ru-RU"/>
              </w:rPr>
              <w:t>_</w:t>
            </w:r>
            <w:r>
              <w:t>zhel</w:t>
            </w:r>
            <w:r w:rsidRPr="00332DB8">
              <w:rPr>
                <w:lang w:val="ru-RU"/>
              </w:rPr>
              <w:t>-</w:t>
            </w:r>
            <w:r>
              <w:t>dor</w:t>
            </w:r>
            <w:r w:rsidRPr="00332DB8">
              <w:rPr>
                <w:lang w:val="ru-RU"/>
              </w:rPr>
              <w:t xml:space="preserve"> 7520.240 (</w:t>
            </w:r>
            <w:r>
              <w:t>l</w:t>
            </w:r>
            <w:r w:rsidRPr="00332DB8">
              <w:rPr>
                <w:lang w:val="ru-RU"/>
              </w:rPr>
              <w:t>).</w:t>
            </w:r>
            <w:r>
              <w:t>MPEG</w:t>
            </w:r>
            <w:r w:rsidRPr="00332DB8">
              <w:rPr>
                <w:lang w:val="ru-RU"/>
              </w:rPr>
              <w:t>-4», размещенный в социальной сети «В контакте» (решение Тейковского районного суда Ивановской области от 25.04.2016);</w:t>
            </w:r>
          </w:p>
        </w:tc>
        <w:tc>
          <w:tcPr>
            <w:tcW w:w="2880" w:type="dxa"/>
          </w:tcPr>
          <w:p w:rsidR="006F7457" w:rsidRPr="00332DB8" w:rsidRDefault="006F7457">
            <w:pPr>
              <w:rPr>
                <w:lang w:val="ru-RU"/>
              </w:rPr>
            </w:pPr>
          </w:p>
        </w:tc>
      </w:tr>
      <w:tr w:rsidR="006F7457" w:rsidRPr="005A424D">
        <w:tc>
          <w:tcPr>
            <w:tcW w:w="2880" w:type="dxa"/>
          </w:tcPr>
          <w:p w:rsidR="006F7457" w:rsidRDefault="00332DB8">
            <w:r>
              <w:t>3690.</w:t>
            </w:r>
          </w:p>
        </w:tc>
        <w:tc>
          <w:tcPr>
            <w:tcW w:w="2880" w:type="dxa"/>
          </w:tcPr>
          <w:p w:rsidR="006F7457" w:rsidRPr="00332DB8" w:rsidRDefault="00332DB8">
            <w:pPr>
              <w:rPr>
                <w:lang w:val="ru-RU"/>
              </w:rPr>
            </w:pPr>
            <w:r w:rsidRPr="00332DB8">
              <w:rPr>
                <w:lang w:val="ru-RU"/>
              </w:rPr>
              <w:t>Видеофайл «задумайся.</w:t>
            </w:r>
            <w:r>
              <w:t>FLV</w:t>
            </w:r>
            <w:r w:rsidRPr="00332DB8">
              <w:rPr>
                <w:lang w:val="ru-RU"/>
              </w:rPr>
              <w:t>», размещенный в социальной сети «В контакте» (решение Тейковского районного суда Ивановской области от 25.04.2016);</w:t>
            </w:r>
          </w:p>
        </w:tc>
        <w:tc>
          <w:tcPr>
            <w:tcW w:w="2880" w:type="dxa"/>
          </w:tcPr>
          <w:p w:rsidR="006F7457" w:rsidRPr="00332DB8" w:rsidRDefault="006F7457">
            <w:pPr>
              <w:rPr>
                <w:lang w:val="ru-RU"/>
              </w:rPr>
            </w:pPr>
          </w:p>
        </w:tc>
      </w:tr>
      <w:tr w:rsidR="006F7457" w:rsidRPr="005A424D">
        <w:tc>
          <w:tcPr>
            <w:tcW w:w="2880" w:type="dxa"/>
          </w:tcPr>
          <w:p w:rsidR="006F7457" w:rsidRDefault="00332DB8">
            <w:r>
              <w:t>3691.</w:t>
            </w:r>
          </w:p>
        </w:tc>
        <w:tc>
          <w:tcPr>
            <w:tcW w:w="2880" w:type="dxa"/>
          </w:tcPr>
          <w:p w:rsidR="006F7457" w:rsidRPr="00332DB8" w:rsidRDefault="00332DB8">
            <w:pPr>
              <w:rPr>
                <w:lang w:val="ru-RU"/>
              </w:rPr>
            </w:pPr>
            <w:r w:rsidRPr="00332DB8">
              <w:rPr>
                <w:lang w:val="ru-RU"/>
              </w:rPr>
              <w:t>Аудиозапись «С.П.Р.О.Т. – Расист.</w:t>
            </w:r>
            <w:r>
              <w:t>mp</w:t>
            </w:r>
            <w:r w:rsidRPr="00332DB8">
              <w:rPr>
                <w:lang w:val="ru-RU"/>
              </w:rPr>
              <w:t>3», размещенный в социальной сети «В контакте» (решение Тейковского районного суда Ивановской области от 25.04.2016);</w:t>
            </w:r>
          </w:p>
        </w:tc>
        <w:tc>
          <w:tcPr>
            <w:tcW w:w="2880" w:type="dxa"/>
          </w:tcPr>
          <w:p w:rsidR="006F7457" w:rsidRPr="00332DB8" w:rsidRDefault="006F7457">
            <w:pPr>
              <w:rPr>
                <w:lang w:val="ru-RU"/>
              </w:rPr>
            </w:pPr>
          </w:p>
        </w:tc>
      </w:tr>
      <w:tr w:rsidR="006F7457" w:rsidRPr="005A424D">
        <w:tc>
          <w:tcPr>
            <w:tcW w:w="2880" w:type="dxa"/>
          </w:tcPr>
          <w:p w:rsidR="006F7457" w:rsidRDefault="00332DB8">
            <w:r>
              <w:t>3692.</w:t>
            </w:r>
          </w:p>
        </w:tc>
        <w:tc>
          <w:tcPr>
            <w:tcW w:w="2880" w:type="dxa"/>
          </w:tcPr>
          <w:p w:rsidR="006F7457" w:rsidRPr="00332DB8" w:rsidRDefault="00332DB8">
            <w:pPr>
              <w:rPr>
                <w:lang w:val="ru-RU"/>
              </w:rPr>
            </w:pPr>
            <w:r w:rsidRPr="00332DB8">
              <w:rPr>
                <w:lang w:val="ru-RU"/>
              </w:rPr>
              <w:t xml:space="preserve">Информационные видеоматериалы, размещенные в информационно-телекоммуникационной сети «Интернет» на интернет-сайте: </w:t>
            </w:r>
            <w:r>
              <w:t>https</w:t>
            </w:r>
            <w:r w:rsidRPr="00332DB8">
              <w:rPr>
                <w:lang w:val="ru-RU"/>
              </w:rPr>
              <w:t>://</w:t>
            </w:r>
            <w:r>
              <w:t>youtu</w:t>
            </w:r>
            <w:r w:rsidRPr="00332DB8">
              <w:rPr>
                <w:lang w:val="ru-RU"/>
              </w:rPr>
              <w:t>.</w:t>
            </w:r>
            <w:r>
              <w:t>be</w:t>
            </w:r>
            <w:r w:rsidRPr="00332DB8">
              <w:rPr>
                <w:lang w:val="ru-RU"/>
              </w:rPr>
              <w:t>/</w:t>
            </w:r>
            <w:r>
              <w:t>CSalxYTf</w:t>
            </w:r>
            <w:r w:rsidRPr="00332DB8">
              <w:rPr>
                <w:lang w:val="ru-RU"/>
              </w:rPr>
              <w:t>31</w:t>
            </w:r>
            <w:r>
              <w:t>M</w:t>
            </w:r>
            <w:r w:rsidRPr="00332DB8">
              <w:rPr>
                <w:lang w:val="ru-RU"/>
              </w:rPr>
              <w:t xml:space="preserve"> (решение Ноябрьского городского суда Ямало-Ненецкого автономного округа от 04.05.2016);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3693.</w:t>
            </w:r>
          </w:p>
        </w:tc>
        <w:tc>
          <w:tcPr>
            <w:tcW w:w="2880" w:type="dxa"/>
          </w:tcPr>
          <w:p w:rsidR="006F7457" w:rsidRPr="00332DB8" w:rsidRDefault="00332DB8">
            <w:pPr>
              <w:rPr>
                <w:lang w:val="ru-RU"/>
              </w:rPr>
            </w:pPr>
            <w:r w:rsidRPr="00332DB8">
              <w:rPr>
                <w:lang w:val="ru-RU"/>
              </w:rPr>
              <w:t xml:space="preserve">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w:t>
            </w:r>
            <w:r>
              <w:t>https</w:t>
            </w:r>
            <w:r w:rsidRPr="00332DB8">
              <w:rPr>
                <w:lang w:val="ru-RU"/>
              </w:rPr>
              <w:t>://</w:t>
            </w:r>
            <w:r>
              <w:t>vk</w:t>
            </w:r>
            <w:r w:rsidRPr="00332DB8">
              <w:rPr>
                <w:lang w:val="ru-RU"/>
              </w:rPr>
              <w:t>.</w:t>
            </w:r>
            <w:r>
              <w:t>com</w:t>
            </w:r>
            <w:r w:rsidRPr="00332DB8">
              <w:rPr>
                <w:lang w:val="ru-RU"/>
              </w:rPr>
              <w:t>/</w:t>
            </w:r>
            <w:r>
              <w:t>patriot</w:t>
            </w:r>
            <w:r w:rsidRPr="00332DB8">
              <w:rPr>
                <w:lang w:val="ru-RU"/>
              </w:rPr>
              <w:t>_183 (решение Майкопского районного суда Республики Адыгея от 05.02.2016);</w:t>
            </w:r>
          </w:p>
        </w:tc>
        <w:tc>
          <w:tcPr>
            <w:tcW w:w="2880" w:type="dxa"/>
          </w:tcPr>
          <w:p w:rsidR="006F7457" w:rsidRPr="00332DB8" w:rsidRDefault="006F7457">
            <w:pPr>
              <w:rPr>
                <w:lang w:val="ru-RU"/>
              </w:rPr>
            </w:pPr>
          </w:p>
        </w:tc>
      </w:tr>
      <w:tr w:rsidR="006F7457" w:rsidRPr="005A424D">
        <w:tc>
          <w:tcPr>
            <w:tcW w:w="2880" w:type="dxa"/>
          </w:tcPr>
          <w:p w:rsidR="006F7457" w:rsidRDefault="00332DB8">
            <w:r>
              <w:t>3694.</w:t>
            </w:r>
          </w:p>
        </w:tc>
        <w:tc>
          <w:tcPr>
            <w:tcW w:w="2880" w:type="dxa"/>
          </w:tcPr>
          <w:p w:rsidR="006F7457" w:rsidRPr="00332DB8" w:rsidRDefault="00332DB8">
            <w:pPr>
              <w:rPr>
                <w:lang w:val="ru-RU"/>
              </w:rPr>
            </w:pPr>
            <w:r w:rsidRPr="00332DB8">
              <w:rPr>
                <w:lang w:val="ru-RU"/>
              </w:rPr>
              <w:t>Материал, размещенный на Интернет-ресурсе по электронному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bte</w:t>
            </w:r>
            <w:r w:rsidRPr="00332DB8">
              <w:rPr>
                <w:lang w:val="ru-RU"/>
              </w:rPr>
              <w:t>9</w:t>
            </w:r>
            <w:r>
              <w:t>dgohhek</w:t>
            </w:r>
            <w:r w:rsidRPr="00332DB8">
              <w:rPr>
                <w:lang w:val="ru-RU"/>
              </w:rPr>
              <w:t>» (решение Московского районного суда г. Казани Республики Татарстан от 29.02.2016);</w:t>
            </w:r>
          </w:p>
        </w:tc>
        <w:tc>
          <w:tcPr>
            <w:tcW w:w="2880" w:type="dxa"/>
          </w:tcPr>
          <w:p w:rsidR="006F7457" w:rsidRPr="00332DB8" w:rsidRDefault="006F7457">
            <w:pPr>
              <w:rPr>
                <w:lang w:val="ru-RU"/>
              </w:rPr>
            </w:pPr>
          </w:p>
        </w:tc>
      </w:tr>
      <w:tr w:rsidR="006F7457" w:rsidRPr="005A424D">
        <w:tc>
          <w:tcPr>
            <w:tcW w:w="2880" w:type="dxa"/>
          </w:tcPr>
          <w:p w:rsidR="006F7457" w:rsidRDefault="00332DB8">
            <w:r>
              <w:t>3695.</w:t>
            </w:r>
          </w:p>
        </w:tc>
        <w:tc>
          <w:tcPr>
            <w:tcW w:w="2880" w:type="dxa"/>
          </w:tcPr>
          <w:p w:rsidR="006F7457" w:rsidRPr="00332DB8" w:rsidRDefault="00332DB8">
            <w:pPr>
              <w:rPr>
                <w:lang w:val="ru-RU"/>
              </w:rPr>
            </w:pPr>
            <w:r w:rsidRPr="00332DB8">
              <w:rPr>
                <w:lang w:val="ru-RU"/>
              </w:rPr>
              <w:t xml:space="preserve">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193099966 (решение Армавирского городского суда Краснодарского края от 19.04.2016);</w:t>
            </w:r>
          </w:p>
        </w:tc>
        <w:tc>
          <w:tcPr>
            <w:tcW w:w="2880" w:type="dxa"/>
          </w:tcPr>
          <w:p w:rsidR="006F7457" w:rsidRPr="00332DB8" w:rsidRDefault="006F7457">
            <w:pPr>
              <w:rPr>
                <w:lang w:val="ru-RU"/>
              </w:rPr>
            </w:pPr>
          </w:p>
        </w:tc>
      </w:tr>
      <w:tr w:rsidR="006F7457">
        <w:tc>
          <w:tcPr>
            <w:tcW w:w="2880" w:type="dxa"/>
          </w:tcPr>
          <w:p w:rsidR="006F7457" w:rsidRDefault="00332DB8">
            <w:r>
              <w:t>3696.</w:t>
            </w:r>
          </w:p>
        </w:tc>
        <w:tc>
          <w:tcPr>
            <w:tcW w:w="2880" w:type="dxa"/>
          </w:tcPr>
          <w:p w:rsidR="006F7457" w:rsidRDefault="00332DB8">
            <w:r>
              <w:t xml:space="preserve">Информационные материалы – аудиофайл «Бей хачей-...бать Кавказ» на сайтах: http://mp3prima.com/mp3poisk/%D0%91%D0%B5%D0%B9%20%D1%85%D0%B0%D1%87%D0%B5%D0%B9 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w:t>
            </w:r>
            <w:r>
              <w:lastRenderedPageBreak/>
              <w:t>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2880" w:type="dxa"/>
          </w:tcPr>
          <w:p w:rsidR="006F7457" w:rsidRDefault="006F7457"/>
        </w:tc>
      </w:tr>
      <w:tr w:rsidR="006F7457">
        <w:tc>
          <w:tcPr>
            <w:tcW w:w="2880" w:type="dxa"/>
          </w:tcPr>
          <w:p w:rsidR="006F7457" w:rsidRDefault="00332DB8">
            <w:r>
              <w:lastRenderedPageBreak/>
              <w:t>3697.</w:t>
            </w:r>
          </w:p>
        </w:tc>
        <w:tc>
          <w:tcPr>
            <w:tcW w:w="2880" w:type="dxa"/>
          </w:tcPr>
          <w:p w:rsidR="006F7457" w:rsidRDefault="00332DB8">
            <w:r>
              <w:t xml:space="preserve">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7. 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w:t>
            </w:r>
            <w:r>
              <w:lastRenderedPageBreak/>
              <w:t>20.04.2016 и определение Фроловского городского суда Волгоградской области от 15.07.2016);</w:t>
            </w:r>
          </w:p>
        </w:tc>
        <w:tc>
          <w:tcPr>
            <w:tcW w:w="2880" w:type="dxa"/>
          </w:tcPr>
          <w:p w:rsidR="006F7457" w:rsidRDefault="006F7457"/>
        </w:tc>
      </w:tr>
      <w:tr w:rsidR="006F7457" w:rsidRPr="005A424D">
        <w:tc>
          <w:tcPr>
            <w:tcW w:w="2880" w:type="dxa"/>
          </w:tcPr>
          <w:p w:rsidR="006F7457" w:rsidRDefault="00332DB8">
            <w:r>
              <w:lastRenderedPageBreak/>
              <w:t>3698.</w:t>
            </w:r>
          </w:p>
        </w:tc>
        <w:tc>
          <w:tcPr>
            <w:tcW w:w="2880" w:type="dxa"/>
          </w:tcPr>
          <w:p w:rsidR="006F7457" w:rsidRPr="00332DB8" w:rsidRDefault="00332DB8">
            <w:pPr>
              <w:rPr>
                <w:lang w:val="ru-RU"/>
              </w:rPr>
            </w:pPr>
            <w:r w:rsidRPr="00332DB8">
              <w:rPr>
                <w:lang w:val="ru-RU"/>
              </w:rPr>
              <w:t xml:space="preserve">Аудиозапись «Русские чурки» на сайтах: </w:t>
            </w:r>
            <w:r>
              <w:t>http</w:t>
            </w:r>
            <w:r w:rsidRPr="00332DB8">
              <w:rPr>
                <w:lang w:val="ru-RU"/>
              </w:rPr>
              <w:t>://</w:t>
            </w:r>
            <w:r>
              <w:t>plus</w:t>
            </w:r>
            <w:r w:rsidRPr="00332DB8">
              <w:rPr>
                <w:lang w:val="ru-RU"/>
              </w:rPr>
              <w:t>-</w:t>
            </w:r>
            <w:r>
              <w:t>music</w:t>
            </w:r>
            <w:r w:rsidRPr="00332DB8">
              <w:rPr>
                <w:lang w:val="ru-RU"/>
              </w:rPr>
              <w:t>.</w:t>
            </w:r>
            <w:r>
              <w:t>org</w:t>
            </w:r>
            <w:r w:rsidRPr="00332DB8">
              <w:rPr>
                <w:lang w:val="ru-RU"/>
              </w:rPr>
              <w:t>/%</w:t>
            </w:r>
            <w:r>
              <w:t>D</w:t>
            </w:r>
            <w:r w:rsidRPr="00332DB8">
              <w:rPr>
                <w:lang w:val="ru-RU"/>
              </w:rPr>
              <w:t>1%80%</w:t>
            </w:r>
            <w:r>
              <w:t>D</w:t>
            </w:r>
            <w:r w:rsidRPr="00332DB8">
              <w:rPr>
                <w:lang w:val="ru-RU"/>
              </w:rPr>
              <w:t>1%83%</w:t>
            </w:r>
            <w:r>
              <w:t>D</w:t>
            </w:r>
            <w:r w:rsidRPr="00332DB8">
              <w:rPr>
                <w:lang w:val="ru-RU"/>
              </w:rPr>
              <w:t>1%81%</w:t>
            </w:r>
            <w:r>
              <w:t>D</w:t>
            </w:r>
            <w:r w:rsidRPr="00332DB8">
              <w:rPr>
                <w:lang w:val="ru-RU"/>
              </w:rPr>
              <w:t>1%81%</w:t>
            </w:r>
            <w:r>
              <w:t>D</w:t>
            </w:r>
            <w:r w:rsidRPr="00332DB8">
              <w:rPr>
                <w:lang w:val="ru-RU"/>
              </w:rPr>
              <w:t>0%</w:t>
            </w:r>
            <w:r>
              <w:t>BA</w:t>
            </w:r>
            <w:r w:rsidRPr="00332DB8">
              <w:rPr>
                <w:lang w:val="ru-RU"/>
              </w:rPr>
              <w:t>%</w:t>
            </w:r>
            <w:r>
              <w:t>D</w:t>
            </w:r>
            <w:r w:rsidRPr="00332DB8">
              <w:rPr>
                <w:lang w:val="ru-RU"/>
              </w:rPr>
              <w:t>0%</w:t>
            </w:r>
            <w:r>
              <w:t>B</w:t>
            </w:r>
            <w:r w:rsidRPr="00332DB8">
              <w:rPr>
                <w:lang w:val="ru-RU"/>
              </w:rPr>
              <w:t xml:space="preserve">8% </w:t>
            </w:r>
            <w:r>
              <w:t>D</w:t>
            </w:r>
            <w:r w:rsidRPr="00332DB8">
              <w:rPr>
                <w:lang w:val="ru-RU"/>
              </w:rPr>
              <w:t>0%</w:t>
            </w:r>
            <w:r>
              <w:t>B</w:t>
            </w:r>
            <w:r w:rsidRPr="00332DB8">
              <w:rPr>
                <w:lang w:val="ru-RU"/>
              </w:rPr>
              <w:t>5-%</w:t>
            </w:r>
            <w:r>
              <w:t>D</w:t>
            </w:r>
            <w:r w:rsidRPr="00332DB8">
              <w:rPr>
                <w:lang w:val="ru-RU"/>
              </w:rPr>
              <w:t>1%87%</w:t>
            </w:r>
            <w:r>
              <w:t>D</w:t>
            </w:r>
            <w:r w:rsidRPr="00332DB8">
              <w:rPr>
                <w:lang w:val="ru-RU"/>
              </w:rPr>
              <w:t>1%83%</w:t>
            </w:r>
            <w:r>
              <w:t>D</w:t>
            </w:r>
            <w:r w:rsidRPr="00332DB8">
              <w:rPr>
                <w:lang w:val="ru-RU"/>
              </w:rPr>
              <w:t>1%80%</w:t>
            </w:r>
            <w:r>
              <w:t>D</w:t>
            </w:r>
            <w:r w:rsidRPr="00332DB8">
              <w:rPr>
                <w:lang w:val="ru-RU"/>
              </w:rPr>
              <w:t>0%</w:t>
            </w:r>
            <w:r>
              <w:t>BA</w:t>
            </w:r>
            <w:r w:rsidRPr="00332DB8">
              <w:rPr>
                <w:lang w:val="ru-RU"/>
              </w:rPr>
              <w:t>%</w:t>
            </w:r>
            <w:r>
              <w:t>D</w:t>
            </w:r>
            <w:r w:rsidRPr="00332DB8">
              <w:rPr>
                <w:lang w:val="ru-RU"/>
              </w:rPr>
              <w:t>0%</w:t>
            </w:r>
            <w:r>
              <w:t>B</w:t>
            </w:r>
            <w:r w:rsidRPr="00332DB8">
              <w:rPr>
                <w:lang w:val="ru-RU"/>
              </w:rPr>
              <w:t>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rsidR="006F7457" w:rsidRPr="00332DB8" w:rsidRDefault="006F7457">
            <w:pPr>
              <w:rPr>
                <w:lang w:val="ru-RU"/>
              </w:rPr>
            </w:pPr>
          </w:p>
        </w:tc>
      </w:tr>
      <w:tr w:rsidR="006F7457">
        <w:tc>
          <w:tcPr>
            <w:tcW w:w="2880" w:type="dxa"/>
          </w:tcPr>
          <w:p w:rsidR="006F7457" w:rsidRDefault="00332DB8">
            <w:r>
              <w:t>3699.</w:t>
            </w:r>
          </w:p>
        </w:tc>
        <w:tc>
          <w:tcPr>
            <w:tcW w:w="2880" w:type="dxa"/>
          </w:tcPr>
          <w:p w:rsidR="006F7457" w:rsidRDefault="00332DB8">
            <w:r>
              <w:t>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w:t>
            </w:r>
            <w:r>
              <w:lastRenderedPageBreak/>
              <w:t>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rsidR="006F7457" w:rsidRDefault="006F7457"/>
        </w:tc>
      </w:tr>
      <w:tr w:rsidR="006F7457">
        <w:tc>
          <w:tcPr>
            <w:tcW w:w="2880" w:type="dxa"/>
          </w:tcPr>
          <w:p w:rsidR="006F7457" w:rsidRDefault="00332DB8">
            <w:r>
              <w:lastRenderedPageBreak/>
              <w:t>3700.</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3701.</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3702.</w:t>
            </w:r>
          </w:p>
        </w:tc>
        <w:tc>
          <w:tcPr>
            <w:tcW w:w="2880" w:type="dxa"/>
          </w:tcPr>
          <w:p w:rsidR="006F7457" w:rsidRDefault="00332DB8">
            <w:r>
              <w:t>Исключен;</w:t>
            </w:r>
          </w:p>
        </w:tc>
        <w:tc>
          <w:tcPr>
            <w:tcW w:w="2880" w:type="dxa"/>
          </w:tcPr>
          <w:p w:rsidR="006F7457" w:rsidRDefault="006F7457"/>
        </w:tc>
      </w:tr>
      <w:tr w:rsidR="006F7457" w:rsidRPr="005A424D">
        <w:tc>
          <w:tcPr>
            <w:tcW w:w="2880" w:type="dxa"/>
          </w:tcPr>
          <w:p w:rsidR="006F7457" w:rsidRDefault="00332DB8">
            <w:r>
              <w:t>3703.</w:t>
            </w:r>
          </w:p>
        </w:tc>
        <w:tc>
          <w:tcPr>
            <w:tcW w:w="2880" w:type="dxa"/>
          </w:tcPr>
          <w:p w:rsidR="006F7457" w:rsidRPr="00332DB8" w:rsidRDefault="00332DB8">
            <w:pPr>
              <w:rPr>
                <w:lang w:val="ru-RU"/>
              </w:rPr>
            </w:pPr>
            <w:r>
              <w:t>http</w:t>
            </w:r>
            <w:r w:rsidRPr="00332DB8">
              <w:rPr>
                <w:lang w:val="ru-RU"/>
              </w:rPr>
              <w:t>://</w:t>
            </w:r>
            <w:r>
              <w:t>www</w:t>
            </w:r>
            <w:r w:rsidRPr="00332DB8">
              <w:rPr>
                <w:lang w:val="ru-RU"/>
              </w:rPr>
              <w:t>.</w:t>
            </w:r>
            <w:r>
              <w:t>musezone</w:t>
            </w:r>
            <w:r w:rsidRPr="00332DB8">
              <w:rPr>
                <w:lang w:val="ru-RU"/>
              </w:rPr>
              <w:t>.</w:t>
            </w:r>
            <w:r>
              <w:t>ru</w:t>
            </w:r>
            <w:r w:rsidRPr="00332DB8">
              <w:rPr>
                <w:lang w:val="ru-RU"/>
              </w:rPr>
              <w:t>/</w:t>
            </w:r>
            <w:r>
              <w:t>music</w:t>
            </w:r>
            <w:r w:rsidRPr="00332DB8">
              <w:rPr>
                <w:lang w:val="ru-RU"/>
              </w:rPr>
              <w:t>/%</w:t>
            </w:r>
            <w:r>
              <w:t>CE</w:t>
            </w:r>
            <w:r w:rsidRPr="00332DB8">
              <w:rPr>
                <w:lang w:val="ru-RU"/>
              </w:rPr>
              <w:t>%</w:t>
            </w:r>
            <w:r>
              <w:t>EA</w:t>
            </w:r>
            <w:r w:rsidRPr="00332DB8">
              <w:rPr>
                <w:lang w:val="ru-RU"/>
              </w:rPr>
              <w:t>%</w:t>
            </w:r>
            <w:r>
              <w:t>EE</w:t>
            </w:r>
            <w:r w:rsidRPr="00332DB8">
              <w:rPr>
                <w:lang w:val="ru-RU"/>
              </w:rPr>
              <w:t>%</w:t>
            </w:r>
            <w:r>
              <w:t>EB</w:t>
            </w:r>
            <w:r w:rsidRPr="00332DB8">
              <w:rPr>
                <w:lang w:val="ru-RU"/>
              </w:rPr>
              <w:t>%</w:t>
            </w:r>
            <w:r>
              <w:t>EE</w:t>
            </w:r>
            <w:r w:rsidRPr="00332DB8">
              <w:rPr>
                <w:lang w:val="ru-RU"/>
              </w:rPr>
              <w:t>%</w:t>
            </w:r>
            <w:r>
              <w:t>F</w:t>
            </w:r>
            <w:r w:rsidRPr="00332DB8">
              <w:rPr>
                <w:lang w:val="ru-RU"/>
              </w:rPr>
              <w:t>0%</w:t>
            </w:r>
            <w:r>
              <w:t>E</w:t>
            </w:r>
            <w:r w:rsidRPr="00332DB8">
              <w:rPr>
                <w:lang w:val="ru-RU"/>
              </w:rPr>
              <w:t>5%</w:t>
            </w:r>
            <w:r>
              <w:t>EF</w:t>
            </w:r>
            <w:r w:rsidRPr="00332DB8">
              <w:rPr>
                <w:lang w:val="ru-RU"/>
              </w:rPr>
              <w:t>+%</w:t>
            </w:r>
            <w:r>
              <w:t>F</w:t>
            </w:r>
            <w:r w:rsidRPr="00332DB8">
              <w:rPr>
                <w:lang w:val="ru-RU"/>
              </w:rPr>
              <w:t>0%</w:t>
            </w:r>
            <w:r>
              <w:t>F</w:t>
            </w:r>
            <w:r w:rsidRPr="00332DB8">
              <w:rPr>
                <w:lang w:val="ru-RU"/>
              </w:rPr>
              <w:t>3%</w:t>
            </w:r>
            <w:r>
              <w:t>F</w:t>
            </w:r>
            <w:r w:rsidRPr="00332DB8">
              <w:rPr>
                <w:lang w:val="ru-RU"/>
              </w:rPr>
              <w:t>1%</w:t>
            </w:r>
            <w:r>
              <w:t>F</w:t>
            </w:r>
            <w:r w:rsidRPr="00332DB8">
              <w:rPr>
                <w:lang w:val="ru-RU"/>
              </w:rPr>
              <w:t>1%</w:t>
            </w:r>
            <w:r>
              <w:t>EA</w:t>
            </w:r>
            <w:r w:rsidRPr="00332DB8">
              <w:rPr>
                <w:lang w:val="ru-RU"/>
              </w:rPr>
              <w:t>%</w:t>
            </w:r>
            <w:r>
              <w:t>E</w:t>
            </w:r>
            <w:r w:rsidRPr="00332DB8">
              <w:rPr>
                <w:lang w:val="ru-RU"/>
              </w:rPr>
              <w:t>8%</w:t>
            </w:r>
            <w:r>
              <w:t>E</w:t>
            </w:r>
            <w:r w:rsidRPr="00332DB8">
              <w:rPr>
                <w:lang w:val="ru-RU"/>
              </w:rPr>
              <w:t>5+%</w:t>
            </w:r>
            <w:r>
              <w:t>E</w:t>
            </w:r>
            <w:r w:rsidRPr="00332DB8">
              <w:rPr>
                <w:lang w:val="ru-RU"/>
              </w:rPr>
              <w:t>4%</w:t>
            </w:r>
            <w:r>
              <w:t>EB</w:t>
            </w:r>
            <w:r w:rsidRPr="00332DB8">
              <w:rPr>
                <w:lang w:val="ru-RU"/>
              </w:rPr>
              <w:t>%</w:t>
            </w:r>
            <w:r>
              <w:t>FF</w:t>
            </w:r>
            <w:r w:rsidRPr="00332DB8">
              <w:rPr>
                <w:lang w:val="ru-RU"/>
              </w:rPr>
              <w:t>+%</w:t>
            </w:r>
            <w:r>
              <w:t>F</w:t>
            </w:r>
            <w:r w:rsidRPr="00332DB8">
              <w:rPr>
                <w:lang w:val="ru-RU"/>
              </w:rPr>
              <w:t>0%</w:t>
            </w:r>
            <w:r>
              <w:t>F</w:t>
            </w:r>
            <w:r w:rsidRPr="00332DB8">
              <w:rPr>
                <w:lang w:val="ru-RU"/>
              </w:rPr>
              <w:t>3%</w:t>
            </w:r>
            <w:r>
              <w:t>F</w:t>
            </w:r>
            <w:r w:rsidRPr="00332DB8">
              <w:rPr>
                <w:lang w:val="ru-RU"/>
              </w:rPr>
              <w:t>1%</w:t>
            </w:r>
            <w:r>
              <w:t>F</w:t>
            </w:r>
            <w:r w:rsidRPr="00332DB8">
              <w:rPr>
                <w:lang w:val="ru-RU"/>
              </w:rPr>
              <w:t>1%</w:t>
            </w:r>
            <w:r>
              <w:t>EA</w:t>
            </w:r>
            <w:r w:rsidRPr="00332DB8">
              <w:rPr>
                <w:lang w:val="ru-RU"/>
              </w:rPr>
              <w:t>%</w:t>
            </w:r>
            <w:r>
              <w:t>E</w:t>
            </w:r>
            <w:r w:rsidRPr="00332DB8">
              <w:rPr>
                <w:lang w:val="ru-RU"/>
              </w:rPr>
              <w:t>8%</w:t>
            </w:r>
            <w:r>
              <w:t>F</w:t>
            </w:r>
            <w:r w:rsidRPr="00332DB8">
              <w:rPr>
                <w:lang w:val="ru-RU"/>
              </w:rPr>
              <w:t>5 (решение Фроловского городского суда Волгоградской области от 20.04.2016);</w:t>
            </w:r>
          </w:p>
        </w:tc>
        <w:tc>
          <w:tcPr>
            <w:tcW w:w="2880" w:type="dxa"/>
          </w:tcPr>
          <w:p w:rsidR="006F7457" w:rsidRPr="00332DB8" w:rsidRDefault="006F7457">
            <w:pPr>
              <w:rPr>
                <w:lang w:val="ru-RU"/>
              </w:rPr>
            </w:pPr>
          </w:p>
        </w:tc>
      </w:tr>
      <w:tr w:rsidR="006F7457" w:rsidRPr="005A424D">
        <w:tc>
          <w:tcPr>
            <w:tcW w:w="2880" w:type="dxa"/>
          </w:tcPr>
          <w:p w:rsidR="006F7457" w:rsidRDefault="00332DB8">
            <w:r>
              <w:t>370</w:t>
            </w:r>
            <w:r>
              <w:lastRenderedPageBreak/>
              <w:t>4.</w:t>
            </w:r>
          </w:p>
        </w:tc>
        <w:tc>
          <w:tcPr>
            <w:tcW w:w="2880" w:type="dxa"/>
          </w:tcPr>
          <w:p w:rsidR="006F7457" w:rsidRPr="00332DB8" w:rsidRDefault="00332DB8">
            <w:pPr>
              <w:rPr>
                <w:lang w:val="ru-RU"/>
              </w:rPr>
            </w:pPr>
            <w:r w:rsidRPr="00332DB8">
              <w:rPr>
                <w:lang w:val="ru-RU"/>
              </w:rPr>
              <w:lastRenderedPageBreak/>
              <w:t xml:space="preserve">Изображение четырех лиц с надписью «Чурки вон из России», размещенном в сети Интернет для свободного доступа неопределенного круга лиц на сайте: </w:t>
            </w:r>
            <w:r>
              <w:t>http</w:t>
            </w:r>
            <w:r w:rsidRPr="00332DB8">
              <w:rPr>
                <w:lang w:val="ru-RU"/>
              </w:rPr>
              <w:t>://</w:t>
            </w:r>
            <w:r>
              <w:t>i</w:t>
            </w:r>
            <w:r w:rsidRPr="00332DB8">
              <w:rPr>
                <w:lang w:val="ru-RU"/>
              </w:rPr>
              <w:t>037.</w:t>
            </w:r>
            <w:r>
              <w:t>radikal</w:t>
            </w:r>
            <w:r w:rsidRPr="00332DB8">
              <w:rPr>
                <w:lang w:val="ru-RU"/>
              </w:rPr>
              <w:t>.</w:t>
            </w:r>
            <w:r>
              <w:t>ru</w:t>
            </w:r>
            <w:r w:rsidRPr="00332DB8">
              <w:rPr>
                <w:lang w:val="ru-RU"/>
              </w:rPr>
              <w:t>/1003/79/2</w:t>
            </w:r>
            <w:r>
              <w:t>c</w:t>
            </w:r>
            <w:r w:rsidRPr="00332DB8">
              <w:rPr>
                <w:lang w:val="ru-RU"/>
              </w:rPr>
              <w:t>0</w:t>
            </w:r>
            <w:r>
              <w:t>fa</w:t>
            </w:r>
            <w:r w:rsidRPr="00332DB8">
              <w:rPr>
                <w:lang w:val="ru-RU"/>
              </w:rPr>
              <w:t>7</w:t>
            </w:r>
            <w:r>
              <w:t>a</w:t>
            </w:r>
            <w:r w:rsidRPr="00332DB8">
              <w:rPr>
                <w:lang w:val="ru-RU"/>
              </w:rPr>
              <w:t>0</w:t>
            </w:r>
            <w:r>
              <w:t>cdcf</w:t>
            </w:r>
            <w:r w:rsidRPr="00332DB8">
              <w:rPr>
                <w:lang w:val="ru-RU"/>
              </w:rPr>
              <w:t>.</w:t>
            </w:r>
            <w:r>
              <w:t>jpg</w:t>
            </w:r>
            <w:r w:rsidRPr="00332DB8">
              <w:rPr>
                <w:lang w:val="ru-RU"/>
              </w:rPr>
              <w:t xml:space="preserve"> (решение Ахтубинского районного суда Астраханской области от 13.05.2016);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3705.</w:t>
            </w:r>
          </w:p>
        </w:tc>
        <w:tc>
          <w:tcPr>
            <w:tcW w:w="2880" w:type="dxa"/>
          </w:tcPr>
          <w:p w:rsidR="006F7457" w:rsidRPr="00332DB8" w:rsidRDefault="00332DB8">
            <w:pPr>
              <w:rPr>
                <w:lang w:val="ru-RU"/>
              </w:rPr>
            </w:pPr>
            <w:r w:rsidRPr="00332DB8">
              <w:rPr>
                <w:lang w:val="ru-RU"/>
              </w:rPr>
              <w:t>Видеоролик «ЕВРЕЙСКИЙ НАЦИЗМ В РОССИИ» (решение Заводского районного суда г. Орла от 04.05.2016);</w:t>
            </w:r>
          </w:p>
        </w:tc>
        <w:tc>
          <w:tcPr>
            <w:tcW w:w="2880" w:type="dxa"/>
          </w:tcPr>
          <w:p w:rsidR="006F7457" w:rsidRPr="00332DB8" w:rsidRDefault="006F7457">
            <w:pPr>
              <w:rPr>
                <w:lang w:val="ru-RU"/>
              </w:rPr>
            </w:pPr>
          </w:p>
        </w:tc>
      </w:tr>
      <w:tr w:rsidR="006F7457" w:rsidRPr="005A424D">
        <w:tc>
          <w:tcPr>
            <w:tcW w:w="2880" w:type="dxa"/>
          </w:tcPr>
          <w:p w:rsidR="006F7457" w:rsidRDefault="00332DB8">
            <w:r>
              <w:t>3706.</w:t>
            </w:r>
          </w:p>
        </w:tc>
        <w:tc>
          <w:tcPr>
            <w:tcW w:w="2880" w:type="dxa"/>
          </w:tcPr>
          <w:p w:rsidR="006F7457" w:rsidRPr="00332DB8" w:rsidRDefault="00332DB8">
            <w:pPr>
              <w:rPr>
                <w:lang w:val="ru-RU"/>
              </w:rPr>
            </w:pPr>
            <w:r w:rsidRPr="00332DB8">
              <w:rPr>
                <w:lang w:val="ru-RU"/>
              </w:rPr>
              <w:t xml:space="preserve">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w:t>
            </w:r>
            <w:r>
              <w:t>https</w:t>
            </w:r>
            <w:r w:rsidRPr="00332DB8">
              <w:rPr>
                <w:lang w:val="ru-RU"/>
              </w:rPr>
              <w:t>://</w:t>
            </w:r>
            <w:r>
              <w:t>vk</w:t>
            </w:r>
            <w:r w:rsidRPr="00332DB8">
              <w:rPr>
                <w:lang w:val="ru-RU"/>
              </w:rPr>
              <w:t>/</w:t>
            </w:r>
            <w:r>
              <w:t>com</w:t>
            </w:r>
            <w:r w:rsidRPr="00332DB8">
              <w:rPr>
                <w:lang w:val="ru-RU"/>
              </w:rPr>
              <w:t>/</w:t>
            </w:r>
            <w:r>
              <w:t>reigning</w:t>
            </w:r>
            <w:r w:rsidRPr="00332DB8">
              <w:rPr>
                <w:lang w:val="ru-RU"/>
              </w:rPr>
              <w:t>_</w:t>
            </w:r>
            <w:r>
              <w:t>in</w:t>
            </w:r>
            <w:r w:rsidRPr="00332DB8">
              <w:rPr>
                <w:lang w:val="ru-RU"/>
              </w:rPr>
              <w:t>_</w:t>
            </w:r>
            <w:r>
              <w:t>hell</w:t>
            </w:r>
            <w:r w:rsidRPr="00332DB8">
              <w:rPr>
                <w:lang w:val="ru-RU"/>
              </w:rPr>
              <w:t xml:space="preserve"> (решение Петроградского районного суда города Санкт-Петербурга от 13.04.2015).</w:t>
            </w:r>
          </w:p>
        </w:tc>
        <w:tc>
          <w:tcPr>
            <w:tcW w:w="2880" w:type="dxa"/>
          </w:tcPr>
          <w:p w:rsidR="006F7457" w:rsidRPr="00332DB8" w:rsidRDefault="006F7457">
            <w:pPr>
              <w:rPr>
                <w:lang w:val="ru-RU"/>
              </w:rPr>
            </w:pPr>
          </w:p>
        </w:tc>
      </w:tr>
      <w:tr w:rsidR="006F7457" w:rsidRPr="005A424D">
        <w:tc>
          <w:tcPr>
            <w:tcW w:w="2880" w:type="dxa"/>
          </w:tcPr>
          <w:p w:rsidR="006F7457" w:rsidRDefault="00332DB8">
            <w:r>
              <w:t>3707.</w:t>
            </w:r>
          </w:p>
        </w:tc>
        <w:tc>
          <w:tcPr>
            <w:tcW w:w="2880" w:type="dxa"/>
          </w:tcPr>
          <w:p w:rsidR="006F7457" w:rsidRPr="00332DB8" w:rsidRDefault="00332DB8">
            <w:pPr>
              <w:rPr>
                <w:lang w:val="ru-RU"/>
              </w:rPr>
            </w:pPr>
            <w:r w:rsidRPr="00332DB8">
              <w:rPr>
                <w:lang w:val="ru-RU"/>
              </w:rPr>
              <w:t xml:space="preserve">Информационный материал: «Чувашия будет Белой, или безлюдной» - текст интервью с лидером Чувашских национал-социалистов, размещенный пользователем с ником </w:t>
            </w:r>
            <w:r>
              <w:t>vitalik</w:t>
            </w:r>
            <w:r w:rsidRPr="00332DB8">
              <w:rPr>
                <w:lang w:val="ru-RU"/>
              </w:rPr>
              <w:t xml:space="preserve">12007 в 01ч.21 мин 10.12.2014 по адресу </w:t>
            </w:r>
            <w:r>
              <w:t>www</w:t>
            </w:r>
            <w:r w:rsidRPr="00332DB8">
              <w:rPr>
                <w:lang w:val="ru-RU"/>
              </w:rPr>
              <w:t>.</w:t>
            </w:r>
            <w:r>
              <w:t>stroidom</w:t>
            </w:r>
            <w:r w:rsidRPr="00332DB8">
              <w:rPr>
                <w:lang w:val="ru-RU"/>
              </w:rPr>
              <w:t>.</w:t>
            </w:r>
            <w:r>
              <w:t>com</w:t>
            </w:r>
            <w:r w:rsidRPr="00332DB8">
              <w:rPr>
                <w:lang w:val="ru-RU"/>
              </w:rPr>
              <w:t>.</w:t>
            </w:r>
            <w:r>
              <w:t>ua</w:t>
            </w:r>
            <w:r w:rsidRPr="00332DB8">
              <w:rPr>
                <w:lang w:val="ru-RU"/>
              </w:rPr>
              <w:t xml:space="preserve">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2880" w:type="dxa"/>
          </w:tcPr>
          <w:p w:rsidR="006F7457" w:rsidRPr="00332DB8" w:rsidRDefault="006F7457">
            <w:pPr>
              <w:rPr>
                <w:lang w:val="ru-RU"/>
              </w:rPr>
            </w:pPr>
          </w:p>
        </w:tc>
      </w:tr>
      <w:tr w:rsidR="006F7457" w:rsidRPr="005A424D">
        <w:tc>
          <w:tcPr>
            <w:tcW w:w="2880" w:type="dxa"/>
          </w:tcPr>
          <w:p w:rsidR="006F7457" w:rsidRDefault="00332DB8">
            <w:r>
              <w:t>3708.</w:t>
            </w:r>
          </w:p>
        </w:tc>
        <w:tc>
          <w:tcPr>
            <w:tcW w:w="2880" w:type="dxa"/>
          </w:tcPr>
          <w:p w:rsidR="006F7457" w:rsidRPr="00332DB8" w:rsidRDefault="00332DB8">
            <w:pPr>
              <w:rPr>
                <w:lang w:val="ru-RU"/>
              </w:rPr>
            </w:pPr>
            <w:r w:rsidRPr="00332DB8">
              <w:rPr>
                <w:lang w:val="ru-RU"/>
              </w:rPr>
              <w:t>Публикация под названием «88 заповедей Дэвида Лэйна», размещенная в социальной сети «Вконтакте» (</w:t>
            </w:r>
            <w:r>
              <w:t>http</w:t>
            </w:r>
            <w:r w:rsidRPr="00332DB8">
              <w:rPr>
                <w:lang w:val="ru-RU"/>
              </w:rPr>
              <w:t>://</w:t>
            </w:r>
            <w:r>
              <w:t>vk</w:t>
            </w:r>
            <w:r w:rsidRPr="00332DB8">
              <w:rPr>
                <w:lang w:val="ru-RU"/>
              </w:rPr>
              <w:t>.</w:t>
            </w:r>
            <w:r>
              <w:t>com</w:t>
            </w:r>
            <w:r w:rsidRPr="00332DB8">
              <w:rPr>
                <w:lang w:val="ru-RU"/>
              </w:rPr>
              <w:t>/) информационно-телекоммуникационной сети Интернет на странице группы «</w:t>
            </w:r>
            <w:r>
              <w:t>RaHoWa</w:t>
            </w:r>
            <w:r w:rsidRPr="00332DB8">
              <w:rPr>
                <w:lang w:val="ru-RU"/>
              </w:rPr>
              <w:t>» по адресу: «</w:t>
            </w:r>
            <w:r>
              <w:t>https</w:t>
            </w:r>
            <w:r w:rsidRPr="00332DB8">
              <w:rPr>
                <w:lang w:val="ru-RU"/>
              </w:rPr>
              <w:t>://</w:t>
            </w:r>
            <w:r>
              <w:t>vk</w:t>
            </w:r>
            <w:r w:rsidRPr="00332DB8">
              <w:rPr>
                <w:lang w:val="ru-RU"/>
              </w:rPr>
              <w:t>.</w:t>
            </w:r>
            <w:r>
              <w:t>com</w:t>
            </w:r>
            <w:r w:rsidRPr="00332DB8">
              <w:rPr>
                <w:lang w:val="ru-RU"/>
              </w:rPr>
              <w:t>./</w:t>
            </w:r>
            <w:r>
              <w:t>racialholywar</w:t>
            </w:r>
            <w:r w:rsidRPr="00332DB8">
              <w:rPr>
                <w:lang w:val="ru-RU"/>
              </w:rPr>
              <w:t>88» (решение Октябрьского районного суда города Мурманска от 19.04.2016);</w:t>
            </w:r>
          </w:p>
        </w:tc>
        <w:tc>
          <w:tcPr>
            <w:tcW w:w="2880" w:type="dxa"/>
          </w:tcPr>
          <w:p w:rsidR="006F7457" w:rsidRPr="00332DB8" w:rsidRDefault="006F7457">
            <w:pPr>
              <w:rPr>
                <w:lang w:val="ru-RU"/>
              </w:rPr>
            </w:pPr>
          </w:p>
        </w:tc>
      </w:tr>
      <w:tr w:rsidR="006F7457" w:rsidRPr="005A424D">
        <w:tc>
          <w:tcPr>
            <w:tcW w:w="2880" w:type="dxa"/>
          </w:tcPr>
          <w:p w:rsidR="006F7457" w:rsidRDefault="00332DB8">
            <w:r>
              <w:t>3709.</w:t>
            </w:r>
          </w:p>
        </w:tc>
        <w:tc>
          <w:tcPr>
            <w:tcW w:w="2880" w:type="dxa"/>
          </w:tcPr>
          <w:p w:rsidR="006F7457" w:rsidRPr="00332DB8" w:rsidRDefault="00332DB8">
            <w:pPr>
              <w:rPr>
                <w:lang w:val="ru-RU"/>
              </w:rPr>
            </w:pPr>
            <w:r w:rsidRPr="00332DB8">
              <w:rPr>
                <w:lang w:val="ru-RU"/>
              </w:rPr>
              <w:t xml:space="preserve">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w:t>
            </w:r>
            <w:r>
              <w:t>https</w:t>
            </w:r>
            <w:r w:rsidRPr="00332DB8">
              <w:rPr>
                <w:lang w:val="ru-RU"/>
              </w:rPr>
              <w:t>://</w:t>
            </w:r>
            <w:r>
              <w:t>via</w:t>
            </w:r>
            <w:r w:rsidRPr="00332DB8">
              <w:rPr>
                <w:lang w:val="ru-RU"/>
              </w:rPr>
              <w:t>-</w:t>
            </w:r>
            <w:r>
              <w:t>midgard</w:t>
            </w:r>
            <w:r w:rsidRPr="00332DB8">
              <w:rPr>
                <w:lang w:val="ru-RU"/>
              </w:rPr>
              <w:t>.</w:t>
            </w:r>
            <w:r>
              <w:t>info</w:t>
            </w:r>
            <w:r w:rsidRPr="00332DB8">
              <w:rPr>
                <w:lang w:val="ru-RU"/>
              </w:rPr>
              <w:t>/</w:t>
            </w:r>
            <w:r>
              <w:t>news</w:t>
            </w:r>
            <w:r w:rsidRPr="00332DB8">
              <w:rPr>
                <w:lang w:val="ru-RU"/>
              </w:rPr>
              <w:t>/</w:t>
            </w:r>
            <w:r>
              <w:t>analitika</w:t>
            </w:r>
            <w:r w:rsidRPr="00332DB8">
              <w:rPr>
                <w:lang w:val="ru-RU"/>
              </w:rPr>
              <w:t>/</w:t>
            </w:r>
            <w:r>
              <w:t>kak</w:t>
            </w:r>
            <w:r w:rsidRPr="00332DB8">
              <w:rPr>
                <w:lang w:val="ru-RU"/>
              </w:rPr>
              <w:t>-</w:t>
            </w:r>
            <w:r>
              <w:t>vychislit</w:t>
            </w:r>
            <w:r w:rsidRPr="00332DB8">
              <w:rPr>
                <w:lang w:val="ru-RU"/>
              </w:rPr>
              <w:t>-</w:t>
            </w:r>
            <w:r>
              <w:t>evreya</w:t>
            </w:r>
            <w:r w:rsidRPr="00332DB8">
              <w:rPr>
                <w:lang w:val="ru-RU"/>
              </w:rPr>
              <w:t>-</w:t>
            </w:r>
            <w:r>
              <w:t>zida</w:t>
            </w:r>
            <w:r w:rsidRPr="00332DB8">
              <w:rPr>
                <w:lang w:val="ru-RU"/>
              </w:rPr>
              <w:t>-</w:t>
            </w:r>
            <w:r>
              <w:t>kurs</w:t>
            </w:r>
            <w:r w:rsidRPr="00332DB8">
              <w:rPr>
                <w:lang w:val="ru-RU"/>
              </w:rPr>
              <w:t>-</w:t>
            </w:r>
            <w:r>
              <w:t>molodogo</w:t>
            </w:r>
            <w:r w:rsidRPr="00332DB8">
              <w:rPr>
                <w:lang w:val="ru-RU"/>
              </w:rPr>
              <w:t>.</w:t>
            </w:r>
            <w:r>
              <w:t>htm</w:t>
            </w:r>
            <w:r w:rsidRPr="00332DB8">
              <w:rPr>
                <w:lang w:val="ru-RU"/>
              </w:rPr>
              <w:t xml:space="preserve"> (решение Петроградского районного суда города Санкт-Петербурга от 14.09.2015);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3710.</w:t>
            </w:r>
          </w:p>
        </w:tc>
        <w:tc>
          <w:tcPr>
            <w:tcW w:w="2880" w:type="dxa"/>
          </w:tcPr>
          <w:p w:rsidR="006F7457" w:rsidRPr="00332DB8" w:rsidRDefault="00332DB8">
            <w:pPr>
              <w:rPr>
                <w:lang w:val="ru-RU"/>
              </w:rPr>
            </w:pPr>
            <w:r w:rsidRPr="00332DB8">
              <w:rPr>
                <w:lang w:val="ru-RU"/>
              </w:rPr>
              <w:t xml:space="preserve">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w:t>
            </w:r>
            <w:r>
              <w:t>http</w:t>
            </w:r>
            <w:r w:rsidRPr="00332DB8">
              <w:rPr>
                <w:lang w:val="ru-RU"/>
              </w:rPr>
              <w:t>://</w:t>
            </w:r>
            <w:r>
              <w:t>kobakbogoder</w:t>
            </w:r>
            <w:r w:rsidRPr="00332DB8">
              <w:rPr>
                <w:lang w:val="ru-RU"/>
              </w:rPr>
              <w:t>.</w:t>
            </w:r>
            <w:r>
              <w:t>blogspot</w:t>
            </w:r>
            <w:r w:rsidRPr="00332DB8">
              <w:rPr>
                <w:lang w:val="ru-RU"/>
              </w:rPr>
              <w:t>.</w:t>
            </w:r>
            <w:r>
              <w:t>ru</w:t>
            </w:r>
            <w:r w:rsidRPr="00332DB8">
              <w:rPr>
                <w:lang w:val="ru-RU"/>
              </w:rPr>
              <w:t xml:space="preserve"> (решение Прикубанского районного суда города Краснодара от 17.03.2016);</w:t>
            </w:r>
          </w:p>
        </w:tc>
        <w:tc>
          <w:tcPr>
            <w:tcW w:w="2880" w:type="dxa"/>
          </w:tcPr>
          <w:p w:rsidR="006F7457" w:rsidRPr="00332DB8" w:rsidRDefault="006F7457">
            <w:pPr>
              <w:rPr>
                <w:lang w:val="ru-RU"/>
              </w:rPr>
            </w:pPr>
          </w:p>
        </w:tc>
      </w:tr>
      <w:tr w:rsidR="006F7457" w:rsidRPr="005A424D">
        <w:tc>
          <w:tcPr>
            <w:tcW w:w="2880" w:type="dxa"/>
          </w:tcPr>
          <w:p w:rsidR="006F7457" w:rsidRDefault="00332DB8">
            <w:r>
              <w:t>3711.</w:t>
            </w:r>
          </w:p>
        </w:tc>
        <w:tc>
          <w:tcPr>
            <w:tcW w:w="2880" w:type="dxa"/>
          </w:tcPr>
          <w:p w:rsidR="006F7457" w:rsidRPr="00332DB8" w:rsidRDefault="00332DB8">
            <w:pPr>
              <w:rPr>
                <w:lang w:val="ru-RU"/>
              </w:rPr>
            </w:pPr>
            <w:r w:rsidRPr="00332DB8">
              <w:rPr>
                <w:lang w:val="ru-RU"/>
              </w:rPr>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2880" w:type="dxa"/>
          </w:tcPr>
          <w:p w:rsidR="006F7457" w:rsidRPr="00332DB8" w:rsidRDefault="006F7457">
            <w:pPr>
              <w:rPr>
                <w:lang w:val="ru-RU"/>
              </w:rPr>
            </w:pPr>
          </w:p>
        </w:tc>
      </w:tr>
      <w:tr w:rsidR="006F7457">
        <w:tc>
          <w:tcPr>
            <w:tcW w:w="2880" w:type="dxa"/>
          </w:tcPr>
          <w:p w:rsidR="006F7457" w:rsidRDefault="00332DB8">
            <w:r>
              <w:t>3712.</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3713.</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3714.</w:t>
            </w:r>
          </w:p>
        </w:tc>
        <w:tc>
          <w:tcPr>
            <w:tcW w:w="2880" w:type="dxa"/>
          </w:tcPr>
          <w:p w:rsidR="006F7457" w:rsidRDefault="00332DB8">
            <w:r>
              <w:t>Исключен;</w:t>
            </w:r>
          </w:p>
        </w:tc>
        <w:tc>
          <w:tcPr>
            <w:tcW w:w="2880" w:type="dxa"/>
          </w:tcPr>
          <w:p w:rsidR="006F7457" w:rsidRDefault="006F7457"/>
        </w:tc>
      </w:tr>
      <w:tr w:rsidR="006F7457" w:rsidRPr="005A424D">
        <w:tc>
          <w:tcPr>
            <w:tcW w:w="2880" w:type="dxa"/>
          </w:tcPr>
          <w:p w:rsidR="006F7457" w:rsidRDefault="00332DB8">
            <w:r>
              <w:t>371</w:t>
            </w:r>
            <w:r>
              <w:lastRenderedPageBreak/>
              <w:t>5.</w:t>
            </w:r>
          </w:p>
        </w:tc>
        <w:tc>
          <w:tcPr>
            <w:tcW w:w="2880" w:type="dxa"/>
          </w:tcPr>
          <w:p w:rsidR="006F7457" w:rsidRPr="00332DB8" w:rsidRDefault="00332DB8">
            <w:pPr>
              <w:rPr>
                <w:lang w:val="ru-RU"/>
              </w:rPr>
            </w:pPr>
            <w:r w:rsidRPr="00332DB8">
              <w:rPr>
                <w:lang w:val="ru-RU"/>
              </w:rPr>
              <w:lastRenderedPageBreak/>
              <w:t xml:space="preserve">Размещенный Сенькиной В.С. в сети «Интернет» на сайте </w:t>
            </w:r>
            <w:r>
              <w:t>www</w:t>
            </w:r>
            <w:r w:rsidRPr="00332DB8">
              <w:rPr>
                <w:lang w:val="ru-RU"/>
              </w:rPr>
              <w:t>.</w:t>
            </w:r>
            <w:r>
              <w:t>vkontakte</w:t>
            </w:r>
            <w:r w:rsidRPr="00332DB8">
              <w:rPr>
                <w:lang w:val="ru-RU"/>
              </w:rPr>
              <w:t>.</w:t>
            </w:r>
            <w:r>
              <w:t>ru</w:t>
            </w:r>
            <w:r w:rsidRPr="00332DB8">
              <w:rPr>
                <w:lang w:val="ru-RU"/>
              </w:rPr>
              <w:t xml:space="preserve"> материал - аудиозапись «Русский стяг-РОА» (решение Псковского городского суда Псковской области от 05.05.2016);</w:t>
            </w:r>
          </w:p>
        </w:tc>
        <w:tc>
          <w:tcPr>
            <w:tcW w:w="2880" w:type="dxa"/>
          </w:tcPr>
          <w:p w:rsidR="006F7457" w:rsidRPr="00332DB8" w:rsidRDefault="006F7457">
            <w:pPr>
              <w:rPr>
                <w:lang w:val="ru-RU"/>
              </w:rPr>
            </w:pPr>
          </w:p>
        </w:tc>
      </w:tr>
      <w:tr w:rsidR="006F7457">
        <w:tc>
          <w:tcPr>
            <w:tcW w:w="2880" w:type="dxa"/>
          </w:tcPr>
          <w:p w:rsidR="006F7457" w:rsidRDefault="00332DB8">
            <w:r>
              <w:lastRenderedPageBreak/>
              <w:t>3716.</w:t>
            </w:r>
          </w:p>
        </w:tc>
        <w:tc>
          <w:tcPr>
            <w:tcW w:w="2880" w:type="dxa"/>
          </w:tcPr>
          <w:p w:rsidR="006F7457" w:rsidRDefault="00332DB8">
            <w:r w:rsidRPr="00332DB8">
              <w:rPr>
                <w:lang w:val="ru-RU"/>
              </w:rPr>
              <w:t xml:space="preserve">Размещенный Сенькиной В.С. в сети «Интернет» на сайте </w:t>
            </w:r>
            <w:r>
              <w:t>www</w:t>
            </w:r>
            <w:r w:rsidRPr="00332DB8">
              <w:rPr>
                <w:lang w:val="ru-RU"/>
              </w:rPr>
              <w:t>.</w:t>
            </w:r>
            <w:r>
              <w:t>vkontakte</w:t>
            </w:r>
            <w:r w:rsidRPr="00332DB8">
              <w:rPr>
                <w:lang w:val="ru-RU"/>
              </w:rPr>
              <w:t>.</w:t>
            </w:r>
            <w:r>
              <w:t>ru</w:t>
            </w:r>
            <w:r w:rsidRPr="00332DB8">
              <w:rPr>
                <w:lang w:val="ru-RU"/>
              </w:rPr>
              <w:t xml:space="preserve"> материал - видеозапись «96-летний фронтовик: Русский, очисти Родину от нечисти!» </w:t>
            </w:r>
            <w:r>
              <w:t>(решение Псковского городского суда Псковской области от 05.05.2016);</w:t>
            </w:r>
          </w:p>
        </w:tc>
        <w:tc>
          <w:tcPr>
            <w:tcW w:w="2880" w:type="dxa"/>
          </w:tcPr>
          <w:p w:rsidR="006F7457" w:rsidRDefault="006F7457"/>
        </w:tc>
      </w:tr>
      <w:tr w:rsidR="006F7457" w:rsidRPr="005A424D">
        <w:tc>
          <w:tcPr>
            <w:tcW w:w="2880" w:type="dxa"/>
          </w:tcPr>
          <w:p w:rsidR="006F7457" w:rsidRDefault="00332DB8">
            <w:r>
              <w:t>3717.</w:t>
            </w:r>
          </w:p>
        </w:tc>
        <w:tc>
          <w:tcPr>
            <w:tcW w:w="2880" w:type="dxa"/>
          </w:tcPr>
          <w:p w:rsidR="006F7457" w:rsidRPr="00332DB8" w:rsidRDefault="00332DB8">
            <w:pPr>
              <w:rPr>
                <w:lang w:val="ru-RU"/>
              </w:rPr>
            </w:pPr>
            <w:r w:rsidRPr="00332DB8">
              <w:rPr>
                <w:lang w:val="ru-RU"/>
              </w:rPr>
              <w:t>Видеоролик «Слава России. Вандал – Судьба моей расы!!!», размещенный в социальной сети «В Контакте» (</w:t>
            </w:r>
            <w:r>
              <w:t>http</w:t>
            </w:r>
            <w:r w:rsidRPr="00332DB8">
              <w:rPr>
                <w:lang w:val="ru-RU"/>
              </w:rPr>
              <w:t>://</w:t>
            </w:r>
            <w:r>
              <w:t>vk</w:t>
            </w:r>
            <w:r w:rsidRPr="00332DB8">
              <w:rPr>
                <w:lang w:val="ru-RU"/>
              </w:rPr>
              <w:t>.</w:t>
            </w:r>
            <w:r>
              <w:t>com</w:t>
            </w:r>
            <w:r w:rsidRPr="00332DB8">
              <w:rPr>
                <w:lang w:val="ru-RU"/>
              </w:rPr>
              <w:t>/</w:t>
            </w:r>
            <w:r>
              <w:t>videos</w:t>
            </w:r>
            <w:r w:rsidRPr="00332DB8">
              <w:rPr>
                <w:lang w:val="ru-RU"/>
              </w:rPr>
              <w:t>235059886?</w:t>
            </w:r>
            <w:r>
              <w:t>section</w:t>
            </w:r>
            <w:r w:rsidRPr="00332DB8">
              <w:rPr>
                <w:lang w:val="ru-RU"/>
              </w:rPr>
              <w:t>=</w:t>
            </w:r>
            <w:r>
              <w:t>all</w:t>
            </w:r>
            <w:r w:rsidRPr="00332DB8">
              <w:rPr>
                <w:lang w:val="ru-RU"/>
              </w:rPr>
              <w:t>&amp;</w:t>
            </w:r>
            <w:r>
              <w:t>z</w:t>
            </w:r>
            <w:r w:rsidRPr="00332DB8">
              <w:rPr>
                <w:lang w:val="ru-RU"/>
              </w:rPr>
              <w:t xml:space="preserve">= </w:t>
            </w:r>
            <w:r>
              <w:t>video</w:t>
            </w:r>
            <w:r w:rsidRPr="00332DB8">
              <w:rPr>
                <w:lang w:val="ru-RU"/>
              </w:rPr>
              <w:t>235059886_166855385%2</w:t>
            </w:r>
            <w:r>
              <w:t>Falbum</w:t>
            </w:r>
            <w:r w:rsidRPr="00332DB8">
              <w:rPr>
                <w:lang w:val="ru-RU"/>
              </w:rPr>
              <w:t>235059886%2</w:t>
            </w:r>
            <w:r>
              <w:t>Fpl</w:t>
            </w:r>
            <w:r w:rsidRPr="00332DB8">
              <w:rPr>
                <w:lang w:val="ru-RU"/>
              </w:rPr>
              <w:t>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2880" w:type="dxa"/>
          </w:tcPr>
          <w:p w:rsidR="006F7457" w:rsidRPr="00332DB8" w:rsidRDefault="006F7457">
            <w:pPr>
              <w:rPr>
                <w:lang w:val="ru-RU"/>
              </w:rPr>
            </w:pPr>
          </w:p>
        </w:tc>
      </w:tr>
      <w:tr w:rsidR="006F7457" w:rsidRPr="005A424D">
        <w:tc>
          <w:tcPr>
            <w:tcW w:w="2880" w:type="dxa"/>
          </w:tcPr>
          <w:p w:rsidR="006F7457" w:rsidRDefault="00332DB8">
            <w:r>
              <w:t>3718.</w:t>
            </w:r>
          </w:p>
        </w:tc>
        <w:tc>
          <w:tcPr>
            <w:tcW w:w="2880" w:type="dxa"/>
          </w:tcPr>
          <w:p w:rsidR="006F7457" w:rsidRPr="00332DB8" w:rsidRDefault="00332DB8">
            <w:pPr>
              <w:rPr>
                <w:lang w:val="ru-RU"/>
              </w:rPr>
            </w:pPr>
            <w:r w:rsidRPr="00332DB8">
              <w:rPr>
                <w:lang w:val="ru-RU"/>
              </w:rPr>
              <w:t xml:space="preserve">Информационный ресурс – сайт в сети «Интернет», имеющий электронный адрес </w:t>
            </w:r>
            <w:r>
              <w:t>http</w:t>
            </w:r>
            <w:r w:rsidRPr="00332DB8">
              <w:rPr>
                <w:lang w:val="ru-RU"/>
              </w:rPr>
              <w:t>://</w:t>
            </w:r>
            <w:r>
              <w:t>www</w:t>
            </w:r>
            <w:r w:rsidRPr="00332DB8">
              <w:rPr>
                <w:lang w:val="ru-RU"/>
              </w:rPr>
              <w:t>.</w:t>
            </w:r>
            <w:r>
              <w:t>wol</w:t>
            </w:r>
            <w:r w:rsidRPr="00332DB8">
              <w:rPr>
                <w:lang w:val="ru-RU"/>
              </w:rPr>
              <w:t>.</w:t>
            </w:r>
            <w:r>
              <w:t>ps</w:t>
            </w:r>
            <w:r w:rsidRPr="00332DB8">
              <w:rPr>
                <w:lang w:val="ru-RU"/>
              </w:rPr>
              <w:t>8318.</w:t>
            </w:r>
            <w:r>
              <w:t>com</w:t>
            </w:r>
            <w:r w:rsidRPr="00332DB8">
              <w:rPr>
                <w:lang w:val="ru-RU"/>
              </w:rPr>
              <w:t xml:space="preserve"> (решение Фрунзенского районного суда г. Иваново от 31.05.2016).</w:t>
            </w:r>
          </w:p>
        </w:tc>
        <w:tc>
          <w:tcPr>
            <w:tcW w:w="2880" w:type="dxa"/>
          </w:tcPr>
          <w:p w:rsidR="006F7457" w:rsidRPr="00332DB8" w:rsidRDefault="006F7457">
            <w:pPr>
              <w:rPr>
                <w:lang w:val="ru-RU"/>
              </w:rPr>
            </w:pPr>
          </w:p>
        </w:tc>
      </w:tr>
      <w:tr w:rsidR="006F7457">
        <w:tc>
          <w:tcPr>
            <w:tcW w:w="2880" w:type="dxa"/>
          </w:tcPr>
          <w:p w:rsidR="006F7457" w:rsidRDefault="00332DB8">
            <w:r>
              <w:t>3719.</w:t>
            </w:r>
          </w:p>
        </w:tc>
        <w:tc>
          <w:tcPr>
            <w:tcW w:w="2880" w:type="dxa"/>
          </w:tcPr>
          <w:p w:rsidR="006F7457" w:rsidRDefault="00332DB8">
            <w:r>
              <w:t>Исключен</w:t>
            </w:r>
          </w:p>
        </w:tc>
        <w:tc>
          <w:tcPr>
            <w:tcW w:w="2880" w:type="dxa"/>
          </w:tcPr>
          <w:p w:rsidR="006F7457" w:rsidRDefault="006F7457"/>
        </w:tc>
      </w:tr>
      <w:tr w:rsidR="006F7457" w:rsidRPr="005A424D">
        <w:tc>
          <w:tcPr>
            <w:tcW w:w="2880" w:type="dxa"/>
          </w:tcPr>
          <w:p w:rsidR="006F7457" w:rsidRDefault="00332DB8">
            <w:r>
              <w:t>3720.</w:t>
            </w:r>
          </w:p>
        </w:tc>
        <w:tc>
          <w:tcPr>
            <w:tcW w:w="2880" w:type="dxa"/>
          </w:tcPr>
          <w:p w:rsidR="006F7457" w:rsidRPr="00332DB8" w:rsidRDefault="00332DB8">
            <w:pPr>
              <w:rPr>
                <w:lang w:val="ru-RU"/>
              </w:rPr>
            </w:pPr>
            <w:r w:rsidRPr="00332DB8">
              <w:rPr>
                <w:lang w:val="ru-RU"/>
              </w:rPr>
              <w:t xml:space="preserve">Информационный материал: «Твой выбор», размещенный в социальной сети «ВКонтакте» по адресу: </w:t>
            </w:r>
            <w:r>
              <w:t>vk</w:t>
            </w:r>
            <w:r w:rsidRPr="00332DB8">
              <w:rPr>
                <w:lang w:val="ru-RU"/>
              </w:rPr>
              <w:t>.</w:t>
            </w:r>
            <w:r>
              <w:t>com</w:t>
            </w:r>
            <w:r w:rsidRPr="00332DB8">
              <w:rPr>
                <w:lang w:val="ru-RU"/>
              </w:rPr>
              <w:t>/</w:t>
            </w:r>
            <w:r>
              <w:t>wall</w:t>
            </w:r>
            <w:r w:rsidRPr="00332DB8">
              <w:rPr>
                <w:lang w:val="ru-RU"/>
              </w:rPr>
              <w:t>-70221596?</w:t>
            </w:r>
            <w:r>
              <w:t>offset</w:t>
            </w:r>
            <w:r w:rsidRPr="00332DB8">
              <w:rPr>
                <w:lang w:val="ru-RU"/>
              </w:rPr>
              <w:t xml:space="preserve">=140, а также по адресу: </w:t>
            </w:r>
            <w:r>
              <w:t>mybiblioteka</w:t>
            </w:r>
            <w:r w:rsidRPr="00332DB8">
              <w:rPr>
                <w:lang w:val="ru-RU"/>
              </w:rPr>
              <w:t>.</w:t>
            </w:r>
            <w:r>
              <w:t>su</w:t>
            </w:r>
            <w:r w:rsidRPr="00332DB8">
              <w:rPr>
                <w:lang w:val="ru-RU"/>
              </w:rPr>
              <w:t xml:space="preserve"> (решение Октябрьского районного суда города Мурманска от 22.04.2016);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3721.</w:t>
            </w:r>
          </w:p>
        </w:tc>
        <w:tc>
          <w:tcPr>
            <w:tcW w:w="2880" w:type="dxa"/>
          </w:tcPr>
          <w:p w:rsidR="006F7457" w:rsidRPr="00332DB8" w:rsidRDefault="00332DB8">
            <w:pPr>
              <w:rPr>
                <w:lang w:val="ru-RU"/>
              </w:rPr>
            </w:pPr>
            <w:r w:rsidRPr="00332DB8">
              <w:rPr>
                <w:lang w:val="ru-RU"/>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2880" w:type="dxa"/>
          </w:tcPr>
          <w:p w:rsidR="006F7457" w:rsidRPr="00332DB8" w:rsidRDefault="006F7457">
            <w:pPr>
              <w:rPr>
                <w:lang w:val="ru-RU"/>
              </w:rPr>
            </w:pPr>
          </w:p>
        </w:tc>
      </w:tr>
      <w:tr w:rsidR="006F7457">
        <w:tc>
          <w:tcPr>
            <w:tcW w:w="2880" w:type="dxa"/>
          </w:tcPr>
          <w:p w:rsidR="006F7457" w:rsidRDefault="00332DB8">
            <w:r>
              <w:t>3722.</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3723.</w:t>
            </w:r>
          </w:p>
        </w:tc>
        <w:tc>
          <w:tcPr>
            <w:tcW w:w="2880" w:type="dxa"/>
          </w:tcPr>
          <w:p w:rsidR="006F7457" w:rsidRDefault="00332DB8">
            <w:r>
              <w:t>Исключен</w:t>
            </w:r>
          </w:p>
        </w:tc>
        <w:tc>
          <w:tcPr>
            <w:tcW w:w="2880" w:type="dxa"/>
          </w:tcPr>
          <w:p w:rsidR="006F7457" w:rsidRDefault="006F7457"/>
        </w:tc>
      </w:tr>
      <w:tr w:rsidR="006F7457" w:rsidRPr="005A424D">
        <w:tc>
          <w:tcPr>
            <w:tcW w:w="2880" w:type="dxa"/>
          </w:tcPr>
          <w:p w:rsidR="006F7457" w:rsidRDefault="00332DB8">
            <w:r>
              <w:t>3724.</w:t>
            </w:r>
          </w:p>
        </w:tc>
        <w:tc>
          <w:tcPr>
            <w:tcW w:w="2880" w:type="dxa"/>
          </w:tcPr>
          <w:p w:rsidR="006F7457" w:rsidRPr="00332DB8" w:rsidRDefault="00332DB8">
            <w:pPr>
              <w:rPr>
                <w:lang w:val="ru-RU"/>
              </w:rPr>
            </w:pPr>
            <w:r w:rsidRPr="00332DB8">
              <w:rPr>
                <w:lang w:val="ru-RU"/>
              </w:rPr>
              <w:t xml:space="preserve">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адресам: </w:t>
            </w:r>
            <w:r>
              <w:t>http</w:t>
            </w:r>
            <w:r w:rsidRPr="00332DB8">
              <w:rPr>
                <w:lang w:val="ru-RU"/>
              </w:rPr>
              <w:t>://</w:t>
            </w:r>
            <w:r>
              <w:t>vk</w:t>
            </w:r>
            <w:r w:rsidRPr="00332DB8">
              <w:rPr>
                <w:lang w:val="ru-RU"/>
              </w:rPr>
              <w:t>.</w:t>
            </w:r>
            <w:r>
              <w:t>com</w:t>
            </w:r>
            <w:r w:rsidRPr="00332DB8">
              <w:rPr>
                <w:lang w:val="ru-RU"/>
              </w:rPr>
              <w:t>/</w:t>
            </w:r>
            <w:r>
              <w:t>club</w:t>
            </w:r>
            <w:r w:rsidRPr="00332DB8">
              <w:rPr>
                <w:lang w:val="ru-RU"/>
              </w:rPr>
              <w:t>93110911?</w:t>
            </w:r>
            <w:r>
              <w:t>z</w:t>
            </w:r>
            <w:r w:rsidRPr="00332DB8">
              <w:rPr>
                <w:lang w:val="ru-RU"/>
              </w:rPr>
              <w:t>=</w:t>
            </w:r>
            <w:r>
              <w:t>photo</w:t>
            </w:r>
            <w:r w:rsidRPr="00332DB8">
              <w:rPr>
                <w:lang w:val="ru-RU"/>
              </w:rPr>
              <w:t>-93110911_364686308%2</w:t>
            </w:r>
            <w:r>
              <w:t>Falbum</w:t>
            </w:r>
            <w:r w:rsidRPr="00332DB8">
              <w:rPr>
                <w:lang w:val="ru-RU"/>
              </w:rPr>
              <w:t>-93110911_ 0%2</w:t>
            </w:r>
            <w:r>
              <w:t>Frev</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club</w:t>
            </w:r>
            <w:r w:rsidRPr="00332DB8">
              <w:rPr>
                <w:lang w:val="ru-RU"/>
              </w:rPr>
              <w:t>93110911?</w:t>
            </w:r>
            <w:r>
              <w:t>z</w:t>
            </w:r>
            <w:r w:rsidRPr="00332DB8">
              <w:rPr>
                <w:lang w:val="ru-RU"/>
              </w:rPr>
              <w:t>=</w:t>
            </w:r>
            <w:r>
              <w:t>photo</w:t>
            </w:r>
            <w:r w:rsidRPr="00332DB8">
              <w:rPr>
                <w:lang w:val="ru-RU"/>
              </w:rPr>
              <w:t>-93110911_364572646%2</w:t>
            </w:r>
            <w:r>
              <w:t>Falbum</w:t>
            </w:r>
            <w:r w:rsidRPr="00332DB8">
              <w:rPr>
                <w:lang w:val="ru-RU"/>
              </w:rPr>
              <w:t>-93110911_ 0%2</w:t>
            </w:r>
            <w:r>
              <w:t>Frev</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club</w:t>
            </w:r>
            <w:r w:rsidRPr="00332DB8">
              <w:rPr>
                <w:lang w:val="ru-RU"/>
              </w:rPr>
              <w:t>93110911?</w:t>
            </w:r>
            <w:r>
              <w:t>z</w:t>
            </w:r>
            <w:r w:rsidRPr="00332DB8">
              <w:rPr>
                <w:lang w:val="ru-RU"/>
              </w:rPr>
              <w:t>=</w:t>
            </w:r>
            <w:r>
              <w:t>photo</w:t>
            </w:r>
            <w:r w:rsidRPr="00332DB8">
              <w:rPr>
                <w:lang w:val="ru-RU"/>
              </w:rPr>
              <w:t>-93110911_364572486%2</w:t>
            </w:r>
            <w:r>
              <w:t>Falbum</w:t>
            </w:r>
            <w:r w:rsidRPr="00332DB8">
              <w:rPr>
                <w:lang w:val="ru-RU"/>
              </w:rPr>
              <w:t>-93110911_ 0%2</w:t>
            </w:r>
            <w:r>
              <w:t>Frev</w:t>
            </w:r>
            <w:r w:rsidRPr="00332DB8">
              <w:rPr>
                <w:lang w:val="ru-RU"/>
              </w:rPr>
              <w:t xml:space="preserve"> (решение Советского районного суда г. Брянска от 23.05.2016);</w:t>
            </w:r>
          </w:p>
        </w:tc>
        <w:tc>
          <w:tcPr>
            <w:tcW w:w="2880" w:type="dxa"/>
          </w:tcPr>
          <w:p w:rsidR="006F7457" w:rsidRPr="00332DB8" w:rsidRDefault="006F7457">
            <w:pPr>
              <w:rPr>
                <w:lang w:val="ru-RU"/>
              </w:rPr>
            </w:pPr>
          </w:p>
        </w:tc>
      </w:tr>
      <w:tr w:rsidR="006F7457" w:rsidRPr="005A424D">
        <w:tc>
          <w:tcPr>
            <w:tcW w:w="2880" w:type="dxa"/>
          </w:tcPr>
          <w:p w:rsidR="006F7457" w:rsidRDefault="00332DB8">
            <w:r>
              <w:t>3725.</w:t>
            </w:r>
          </w:p>
        </w:tc>
        <w:tc>
          <w:tcPr>
            <w:tcW w:w="2880" w:type="dxa"/>
          </w:tcPr>
          <w:p w:rsidR="006F7457" w:rsidRPr="00332DB8" w:rsidRDefault="00332DB8">
            <w:pPr>
              <w:rPr>
                <w:lang w:val="ru-RU"/>
              </w:rPr>
            </w:pPr>
            <w:r w:rsidRPr="00332DB8">
              <w:rPr>
                <w:lang w:val="ru-RU"/>
              </w:rPr>
              <w:t>Размещенный в сети «Интернет» в социальной сети «Вконтакте» на странице общества «партия РОДноверов» (</w:t>
            </w:r>
            <w:r>
              <w:t>http</w:t>
            </w:r>
            <w:r w:rsidRPr="00332DB8">
              <w:rPr>
                <w:lang w:val="ru-RU"/>
              </w:rPr>
              <w:t>://</w:t>
            </w:r>
            <w:r>
              <w:t>vk</w:t>
            </w:r>
            <w:r w:rsidRPr="00332DB8">
              <w:rPr>
                <w:lang w:val="ru-RU"/>
              </w:rPr>
              <w:t>.</w:t>
            </w:r>
            <w:r>
              <w:t>com</w:t>
            </w:r>
            <w:r w:rsidRPr="00332DB8">
              <w:rPr>
                <w:lang w:val="ru-RU"/>
              </w:rPr>
              <w:t>/</w:t>
            </w:r>
            <w:r>
              <w:t>club</w:t>
            </w:r>
            <w:r w:rsidRPr="00332DB8">
              <w:rPr>
                <w:lang w:val="ru-RU"/>
              </w:rPr>
              <w:t>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2880" w:type="dxa"/>
          </w:tcPr>
          <w:p w:rsidR="006F7457" w:rsidRPr="00332DB8" w:rsidRDefault="006F7457">
            <w:pPr>
              <w:rPr>
                <w:lang w:val="ru-RU"/>
              </w:rPr>
            </w:pPr>
          </w:p>
        </w:tc>
      </w:tr>
      <w:tr w:rsidR="006F7457">
        <w:tc>
          <w:tcPr>
            <w:tcW w:w="2880" w:type="dxa"/>
          </w:tcPr>
          <w:p w:rsidR="006F7457" w:rsidRDefault="00332DB8">
            <w:r>
              <w:lastRenderedPageBreak/>
              <w:t>3726.</w:t>
            </w:r>
          </w:p>
        </w:tc>
        <w:tc>
          <w:tcPr>
            <w:tcW w:w="2880" w:type="dxa"/>
          </w:tcPr>
          <w:p w:rsidR="006F7457" w:rsidRDefault="00332DB8">
            <w:r w:rsidRPr="00332DB8">
              <w:rPr>
                <w:lang w:val="ru-RU"/>
              </w:rPr>
              <w:t>Размещенное в сети «Интернет» в социальной сети «Вконтакте» на странице общества «партия РОДноверов»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60288920) изображение, представляющее собой запрещающий знак, в который заключен символ «полумесяц со звездой» и надписью </w:t>
            </w:r>
            <w:r>
              <w:t>«NO ISLAM» (решение Устиновского районного суда г. Ижевска от 26.04.2016);</w:t>
            </w:r>
          </w:p>
        </w:tc>
        <w:tc>
          <w:tcPr>
            <w:tcW w:w="2880" w:type="dxa"/>
          </w:tcPr>
          <w:p w:rsidR="006F7457" w:rsidRDefault="006F7457"/>
        </w:tc>
      </w:tr>
      <w:tr w:rsidR="006F7457" w:rsidRPr="005A424D">
        <w:tc>
          <w:tcPr>
            <w:tcW w:w="2880" w:type="dxa"/>
          </w:tcPr>
          <w:p w:rsidR="006F7457" w:rsidRDefault="00332DB8">
            <w:r>
              <w:t>3727.</w:t>
            </w:r>
          </w:p>
        </w:tc>
        <w:tc>
          <w:tcPr>
            <w:tcW w:w="2880" w:type="dxa"/>
          </w:tcPr>
          <w:p w:rsidR="006F7457" w:rsidRPr="00332DB8" w:rsidRDefault="00332DB8">
            <w:pPr>
              <w:rPr>
                <w:lang w:val="ru-RU"/>
              </w:rPr>
            </w:pPr>
            <w:r w:rsidRPr="00332DB8">
              <w:rPr>
                <w:lang w:val="ru-RU"/>
              </w:rPr>
              <w:t>Размещенное в сети «Интернет» в социальной сети «Вконтакте» на странице общества «партия РОДноверов» (</w:t>
            </w:r>
            <w:r>
              <w:t>http</w:t>
            </w:r>
            <w:r w:rsidRPr="00332DB8">
              <w:rPr>
                <w:lang w:val="ru-RU"/>
              </w:rPr>
              <w:t>://</w:t>
            </w:r>
            <w:r>
              <w:t>vk</w:t>
            </w:r>
            <w:r w:rsidRPr="00332DB8">
              <w:rPr>
                <w:lang w:val="ru-RU"/>
              </w:rPr>
              <w:t>.</w:t>
            </w:r>
            <w:r>
              <w:t>com</w:t>
            </w:r>
            <w:r w:rsidRPr="00332DB8">
              <w:rPr>
                <w:lang w:val="ru-RU"/>
              </w:rPr>
              <w:t>/</w:t>
            </w:r>
            <w:r>
              <w:t>club</w:t>
            </w:r>
            <w:r w:rsidRPr="00332DB8">
              <w:rPr>
                <w:lang w:val="ru-RU"/>
              </w:rPr>
              <w:t>60288920) изображение обезьяны с надписью «Огонь в глазах В душе Аллах» (решение Устиновского районного суда г. Ижевска от 26.04.2016);</w:t>
            </w:r>
          </w:p>
        </w:tc>
        <w:tc>
          <w:tcPr>
            <w:tcW w:w="2880" w:type="dxa"/>
          </w:tcPr>
          <w:p w:rsidR="006F7457" w:rsidRPr="00332DB8" w:rsidRDefault="006F7457">
            <w:pPr>
              <w:rPr>
                <w:lang w:val="ru-RU"/>
              </w:rPr>
            </w:pPr>
          </w:p>
        </w:tc>
      </w:tr>
      <w:tr w:rsidR="006F7457" w:rsidRPr="005A424D">
        <w:tc>
          <w:tcPr>
            <w:tcW w:w="2880" w:type="dxa"/>
          </w:tcPr>
          <w:p w:rsidR="006F7457" w:rsidRDefault="00332DB8">
            <w:r>
              <w:t>3728.</w:t>
            </w:r>
          </w:p>
        </w:tc>
        <w:tc>
          <w:tcPr>
            <w:tcW w:w="2880" w:type="dxa"/>
          </w:tcPr>
          <w:p w:rsidR="006F7457" w:rsidRPr="00332DB8" w:rsidRDefault="00332DB8">
            <w:pPr>
              <w:rPr>
                <w:lang w:val="ru-RU"/>
              </w:rPr>
            </w:pPr>
            <w:r w:rsidRPr="00332DB8">
              <w:rPr>
                <w:lang w:val="ru-RU"/>
              </w:rPr>
              <w:t>Размещенный в сети «Интернет» в социальной сети «Вконтакте» на странице общества «партия РОДноверов» (</w:t>
            </w:r>
            <w:r>
              <w:t>http</w:t>
            </w:r>
            <w:r w:rsidRPr="00332DB8">
              <w:rPr>
                <w:lang w:val="ru-RU"/>
              </w:rPr>
              <w:t>://</w:t>
            </w:r>
            <w:r>
              <w:t>vk</w:t>
            </w:r>
            <w:r w:rsidRPr="00332DB8">
              <w:rPr>
                <w:lang w:val="ru-RU"/>
              </w:rPr>
              <w:t>.</w:t>
            </w:r>
            <w:r>
              <w:t>com</w:t>
            </w:r>
            <w:r w:rsidRPr="00332DB8">
              <w:rPr>
                <w:lang w:val="ru-RU"/>
              </w:rPr>
              <w:t>/</w:t>
            </w:r>
            <w:r>
              <w:t>club</w:t>
            </w:r>
            <w:r w:rsidRPr="00332DB8">
              <w:rPr>
                <w:lang w:val="ru-RU"/>
              </w:rPr>
              <w:t>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c>
          <w:tcPr>
            <w:tcW w:w="2880" w:type="dxa"/>
          </w:tcPr>
          <w:p w:rsidR="006F7457" w:rsidRPr="00332DB8" w:rsidRDefault="006F7457">
            <w:pPr>
              <w:rPr>
                <w:lang w:val="ru-RU"/>
              </w:rPr>
            </w:pPr>
          </w:p>
        </w:tc>
      </w:tr>
      <w:tr w:rsidR="006F7457">
        <w:tc>
          <w:tcPr>
            <w:tcW w:w="2880" w:type="dxa"/>
          </w:tcPr>
          <w:p w:rsidR="006F7457" w:rsidRDefault="00332DB8">
            <w:r>
              <w:t>3729.</w:t>
            </w:r>
          </w:p>
        </w:tc>
        <w:tc>
          <w:tcPr>
            <w:tcW w:w="2880" w:type="dxa"/>
          </w:tcPr>
          <w:p w:rsidR="006F7457" w:rsidRDefault="00332DB8">
            <w:r w:rsidRPr="00332DB8">
              <w:rPr>
                <w:lang w:val="ru-RU"/>
              </w:rPr>
              <w:t>Размещенный в сети «Интернет» в социальной сети «Вконтакте» на странице общества «партия РОДноверов»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w:t>
            </w:r>
            <w:r>
              <w:t>(решение Устиновского районного суда г. Ижевска от 26.04.2016);</w:t>
            </w:r>
          </w:p>
        </w:tc>
        <w:tc>
          <w:tcPr>
            <w:tcW w:w="2880" w:type="dxa"/>
          </w:tcPr>
          <w:p w:rsidR="006F7457" w:rsidRDefault="006F7457"/>
        </w:tc>
      </w:tr>
      <w:tr w:rsidR="006F7457" w:rsidRPr="005A424D">
        <w:tc>
          <w:tcPr>
            <w:tcW w:w="2880" w:type="dxa"/>
          </w:tcPr>
          <w:p w:rsidR="006F7457" w:rsidRDefault="00332DB8">
            <w:r>
              <w:t>3730.</w:t>
            </w:r>
          </w:p>
        </w:tc>
        <w:tc>
          <w:tcPr>
            <w:tcW w:w="2880" w:type="dxa"/>
          </w:tcPr>
          <w:p w:rsidR="006F7457" w:rsidRPr="00332DB8" w:rsidRDefault="00332DB8">
            <w:pPr>
              <w:rPr>
                <w:lang w:val="ru-RU"/>
              </w:rPr>
            </w:pPr>
            <w:r w:rsidRPr="00332DB8">
              <w:rPr>
                <w:lang w:val="ru-RU"/>
              </w:rPr>
              <w:t>Размещенное в сети «Интернет» в социальной сети «Вконтакте» на странице общества «партия РОДноверов» (</w:t>
            </w:r>
            <w:r>
              <w:t>http</w:t>
            </w:r>
            <w:r w:rsidRPr="00332DB8">
              <w:rPr>
                <w:lang w:val="ru-RU"/>
              </w:rPr>
              <w:t>://</w:t>
            </w:r>
            <w:r>
              <w:t>vk</w:t>
            </w:r>
            <w:r w:rsidRPr="00332DB8">
              <w:rPr>
                <w:lang w:val="ru-RU"/>
              </w:rPr>
              <w:t>.</w:t>
            </w:r>
            <w:r>
              <w:t>com</w:t>
            </w:r>
            <w:r w:rsidRPr="00332DB8">
              <w:rPr>
                <w:lang w:val="ru-RU"/>
              </w:rPr>
              <w:t>/</w:t>
            </w:r>
            <w:r>
              <w:t>club</w:t>
            </w:r>
            <w:r w:rsidRPr="00332DB8">
              <w:rPr>
                <w:lang w:val="ru-RU"/>
              </w:rPr>
              <w:t>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2880" w:type="dxa"/>
          </w:tcPr>
          <w:p w:rsidR="006F7457" w:rsidRPr="00332DB8" w:rsidRDefault="006F7457">
            <w:pPr>
              <w:rPr>
                <w:lang w:val="ru-RU"/>
              </w:rPr>
            </w:pPr>
          </w:p>
        </w:tc>
      </w:tr>
      <w:tr w:rsidR="006F7457" w:rsidRPr="005A424D">
        <w:tc>
          <w:tcPr>
            <w:tcW w:w="2880" w:type="dxa"/>
          </w:tcPr>
          <w:p w:rsidR="006F7457" w:rsidRDefault="00332DB8">
            <w:r>
              <w:t>373</w:t>
            </w:r>
            <w:r>
              <w:lastRenderedPageBreak/>
              <w:t>1.</w:t>
            </w:r>
          </w:p>
        </w:tc>
        <w:tc>
          <w:tcPr>
            <w:tcW w:w="2880" w:type="dxa"/>
          </w:tcPr>
          <w:p w:rsidR="006F7457" w:rsidRPr="00332DB8" w:rsidRDefault="00332DB8">
            <w:pPr>
              <w:rPr>
                <w:lang w:val="ru-RU"/>
              </w:rPr>
            </w:pPr>
            <w:r w:rsidRPr="00332DB8">
              <w:rPr>
                <w:lang w:val="ru-RU"/>
              </w:rPr>
              <w:lastRenderedPageBreak/>
              <w:t>Размещенный в сети «Интернет» в социальной сети «Вконтакте» на странице общества «партия РОДноверов»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w:t>
            </w:r>
            <w:r w:rsidRPr="00332DB8">
              <w:rPr>
                <w:lang w:val="ru-RU"/>
              </w:rPr>
              <w:lastRenderedPageBreak/>
              <w:t>Ижевска от 26.04.2016);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3732.</w:t>
            </w:r>
          </w:p>
        </w:tc>
        <w:tc>
          <w:tcPr>
            <w:tcW w:w="2880" w:type="dxa"/>
          </w:tcPr>
          <w:p w:rsidR="006F7457" w:rsidRPr="00332DB8" w:rsidRDefault="00332DB8">
            <w:pPr>
              <w:rPr>
                <w:lang w:val="ru-RU"/>
              </w:rPr>
            </w:pPr>
            <w:r w:rsidRPr="00332DB8">
              <w:rPr>
                <w:lang w:val="ru-RU"/>
              </w:rPr>
              <w:t>Размещенный в сети «Интернет» в социальной сети «Вконтакте» на странице общества «партия РОДноверов» (</w:t>
            </w:r>
            <w:r>
              <w:t>http</w:t>
            </w:r>
            <w:r w:rsidRPr="00332DB8">
              <w:rPr>
                <w:lang w:val="ru-RU"/>
              </w:rPr>
              <w:t>://</w:t>
            </w:r>
            <w:r>
              <w:t>vk</w:t>
            </w:r>
            <w:r w:rsidRPr="00332DB8">
              <w:rPr>
                <w:lang w:val="ru-RU"/>
              </w:rPr>
              <w:t>.</w:t>
            </w:r>
            <w:r>
              <w:t>com</w:t>
            </w:r>
            <w:r w:rsidRPr="00332DB8">
              <w:rPr>
                <w:lang w:val="ru-RU"/>
              </w:rPr>
              <w:t>/</w:t>
            </w:r>
            <w:r>
              <w:t>club</w:t>
            </w:r>
            <w:r w:rsidRPr="00332DB8">
              <w:rPr>
                <w:lang w:val="ru-RU"/>
              </w:rPr>
              <w:t>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2880" w:type="dxa"/>
          </w:tcPr>
          <w:p w:rsidR="006F7457" w:rsidRPr="00332DB8" w:rsidRDefault="006F7457">
            <w:pPr>
              <w:rPr>
                <w:lang w:val="ru-RU"/>
              </w:rPr>
            </w:pPr>
          </w:p>
        </w:tc>
      </w:tr>
      <w:tr w:rsidR="006F7457" w:rsidRPr="005A424D">
        <w:tc>
          <w:tcPr>
            <w:tcW w:w="2880" w:type="dxa"/>
          </w:tcPr>
          <w:p w:rsidR="006F7457" w:rsidRDefault="00332DB8">
            <w:r>
              <w:t>3733.</w:t>
            </w:r>
          </w:p>
        </w:tc>
        <w:tc>
          <w:tcPr>
            <w:tcW w:w="2880" w:type="dxa"/>
          </w:tcPr>
          <w:p w:rsidR="006F7457" w:rsidRPr="00332DB8" w:rsidRDefault="00332DB8">
            <w:pPr>
              <w:rPr>
                <w:lang w:val="ru-RU"/>
              </w:rPr>
            </w:pPr>
            <w:r w:rsidRPr="00332DB8">
              <w:rPr>
                <w:lang w:val="ru-RU"/>
              </w:rPr>
              <w:t>Размещенный в сети «Интернет» в социальной сети «Вконтакте» на странице общества «партия РОДноверов» (</w:t>
            </w:r>
            <w:r>
              <w:t>http</w:t>
            </w:r>
            <w:r w:rsidRPr="00332DB8">
              <w:rPr>
                <w:lang w:val="ru-RU"/>
              </w:rPr>
              <w:t>://</w:t>
            </w:r>
            <w:r>
              <w:t>vk</w:t>
            </w:r>
            <w:r w:rsidRPr="00332DB8">
              <w:rPr>
                <w:lang w:val="ru-RU"/>
              </w:rPr>
              <w:t>.</w:t>
            </w:r>
            <w:r>
              <w:t>com</w:t>
            </w:r>
            <w:r w:rsidRPr="00332DB8">
              <w:rPr>
                <w:lang w:val="ru-RU"/>
              </w:rPr>
              <w:t>/</w:t>
            </w:r>
            <w:r>
              <w:t>club</w:t>
            </w:r>
            <w:r w:rsidRPr="00332DB8">
              <w:rPr>
                <w:lang w:val="ru-RU"/>
              </w:rPr>
              <w:t>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2880" w:type="dxa"/>
          </w:tcPr>
          <w:p w:rsidR="006F7457" w:rsidRPr="00332DB8" w:rsidRDefault="006F7457">
            <w:pPr>
              <w:rPr>
                <w:lang w:val="ru-RU"/>
              </w:rPr>
            </w:pPr>
          </w:p>
        </w:tc>
      </w:tr>
      <w:tr w:rsidR="006F7457" w:rsidRPr="005A424D">
        <w:tc>
          <w:tcPr>
            <w:tcW w:w="2880" w:type="dxa"/>
          </w:tcPr>
          <w:p w:rsidR="006F7457" w:rsidRDefault="00332DB8">
            <w:r>
              <w:t>3734.</w:t>
            </w:r>
          </w:p>
        </w:tc>
        <w:tc>
          <w:tcPr>
            <w:tcW w:w="2880" w:type="dxa"/>
          </w:tcPr>
          <w:p w:rsidR="006F7457" w:rsidRPr="00332DB8" w:rsidRDefault="00332DB8">
            <w:pPr>
              <w:rPr>
                <w:lang w:val="ru-RU"/>
              </w:rPr>
            </w:pPr>
            <w:r w:rsidRPr="00332DB8">
              <w:rPr>
                <w:lang w:val="ru-RU"/>
              </w:rPr>
              <w:t>Размещенный в сети «Интернет» в социальной сети «Вконтакте» на странице общества «партия РОДноверов» (</w:t>
            </w:r>
            <w:r>
              <w:t>http</w:t>
            </w:r>
            <w:r w:rsidRPr="00332DB8">
              <w:rPr>
                <w:lang w:val="ru-RU"/>
              </w:rPr>
              <w:t>://</w:t>
            </w:r>
            <w:r>
              <w:t>vk</w:t>
            </w:r>
            <w:r w:rsidRPr="00332DB8">
              <w:rPr>
                <w:lang w:val="ru-RU"/>
              </w:rPr>
              <w:t>.</w:t>
            </w:r>
            <w:r>
              <w:t>com</w:t>
            </w:r>
            <w:r w:rsidRPr="00332DB8">
              <w:rPr>
                <w:lang w:val="ru-RU"/>
              </w:rPr>
              <w:t>/</w:t>
            </w:r>
            <w:r>
              <w:t>club</w:t>
            </w:r>
            <w:r w:rsidRPr="00332DB8">
              <w:rPr>
                <w:lang w:val="ru-RU"/>
              </w:rPr>
              <w:t>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2880" w:type="dxa"/>
          </w:tcPr>
          <w:p w:rsidR="006F7457" w:rsidRPr="00332DB8" w:rsidRDefault="006F7457">
            <w:pPr>
              <w:rPr>
                <w:lang w:val="ru-RU"/>
              </w:rPr>
            </w:pPr>
          </w:p>
        </w:tc>
      </w:tr>
      <w:tr w:rsidR="006F7457" w:rsidRPr="005A424D">
        <w:tc>
          <w:tcPr>
            <w:tcW w:w="2880" w:type="dxa"/>
          </w:tcPr>
          <w:p w:rsidR="006F7457" w:rsidRDefault="00332DB8">
            <w:r>
              <w:t>3735.</w:t>
            </w:r>
          </w:p>
        </w:tc>
        <w:tc>
          <w:tcPr>
            <w:tcW w:w="2880" w:type="dxa"/>
          </w:tcPr>
          <w:p w:rsidR="006F7457" w:rsidRPr="00332DB8" w:rsidRDefault="00332DB8">
            <w:pPr>
              <w:rPr>
                <w:lang w:val="ru-RU"/>
              </w:rPr>
            </w:pPr>
            <w:r w:rsidRPr="00332DB8">
              <w:rPr>
                <w:lang w:val="ru-RU"/>
              </w:rPr>
              <w:t>Размещенный в сети «Интернет» в социальной сети «Вконтакте» на странице общества «партия РОДноверов» (</w:t>
            </w:r>
            <w:r>
              <w:t>http</w:t>
            </w:r>
            <w:r w:rsidRPr="00332DB8">
              <w:rPr>
                <w:lang w:val="ru-RU"/>
              </w:rPr>
              <w:t>://</w:t>
            </w:r>
            <w:r>
              <w:t>vk</w:t>
            </w:r>
            <w:r w:rsidRPr="00332DB8">
              <w:rPr>
                <w:lang w:val="ru-RU"/>
              </w:rPr>
              <w:t>.</w:t>
            </w:r>
            <w:r>
              <w:t>com</w:t>
            </w:r>
            <w:r w:rsidRPr="00332DB8">
              <w:rPr>
                <w:lang w:val="ru-RU"/>
              </w:rPr>
              <w:t>/</w:t>
            </w:r>
            <w:r>
              <w:t>club</w:t>
            </w:r>
            <w:r w:rsidRPr="00332DB8">
              <w:rPr>
                <w:lang w:val="ru-RU"/>
              </w:rPr>
              <w:t>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2880" w:type="dxa"/>
          </w:tcPr>
          <w:p w:rsidR="006F7457" w:rsidRPr="00332DB8" w:rsidRDefault="006F7457">
            <w:pPr>
              <w:rPr>
                <w:lang w:val="ru-RU"/>
              </w:rPr>
            </w:pPr>
          </w:p>
        </w:tc>
      </w:tr>
      <w:tr w:rsidR="006F7457" w:rsidRPr="005A424D">
        <w:tc>
          <w:tcPr>
            <w:tcW w:w="2880" w:type="dxa"/>
          </w:tcPr>
          <w:p w:rsidR="006F7457" w:rsidRDefault="00332DB8">
            <w:r>
              <w:t>3736.</w:t>
            </w:r>
          </w:p>
        </w:tc>
        <w:tc>
          <w:tcPr>
            <w:tcW w:w="2880" w:type="dxa"/>
          </w:tcPr>
          <w:p w:rsidR="006F7457" w:rsidRPr="00332DB8" w:rsidRDefault="00332DB8">
            <w:pPr>
              <w:rPr>
                <w:lang w:val="ru-RU"/>
              </w:rPr>
            </w:pPr>
            <w:r w:rsidRPr="00332DB8">
              <w:rPr>
                <w:lang w:val="ru-RU"/>
              </w:rPr>
              <w:t>Размещенные в сети «Интернет» в социальной сети «Вконтакте» на странице общества «партия РОДноверов» (</w:t>
            </w:r>
            <w:r>
              <w:t>http</w:t>
            </w:r>
            <w:r w:rsidRPr="00332DB8">
              <w:rPr>
                <w:lang w:val="ru-RU"/>
              </w:rPr>
              <w:t>://</w:t>
            </w:r>
            <w:r>
              <w:t>vk</w:t>
            </w:r>
            <w:r w:rsidRPr="00332DB8">
              <w:rPr>
                <w:lang w:val="ru-RU"/>
              </w:rPr>
              <w:t>.</w:t>
            </w:r>
            <w:r>
              <w:t>com</w:t>
            </w:r>
            <w:r w:rsidRPr="00332DB8">
              <w:rPr>
                <w:lang w:val="ru-RU"/>
              </w:rPr>
              <w:t>/</w:t>
            </w:r>
            <w:r>
              <w:t>club</w:t>
            </w:r>
            <w:r w:rsidRPr="00332DB8">
              <w:rPr>
                <w:lang w:val="ru-RU"/>
              </w:rPr>
              <w:t>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3737.</w:t>
            </w:r>
          </w:p>
        </w:tc>
        <w:tc>
          <w:tcPr>
            <w:tcW w:w="2880" w:type="dxa"/>
          </w:tcPr>
          <w:p w:rsidR="006F7457" w:rsidRPr="00332DB8" w:rsidRDefault="00332DB8">
            <w:pPr>
              <w:rPr>
                <w:lang w:val="ru-RU"/>
              </w:rPr>
            </w:pPr>
            <w:r w:rsidRPr="00332DB8">
              <w:rPr>
                <w:lang w:val="ru-RU"/>
              </w:rPr>
              <w:t>Размещенное в сети «Интернет» в социальной сети «Вконтакте» на странице общества «партия РОДноверов»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w:t>
            </w:r>
            <w:r>
              <w:t>ocTaHOBHM</w:t>
            </w:r>
            <w:r w:rsidRPr="00332DB8">
              <w:rPr>
                <w:lang w:val="ru-RU"/>
              </w:rPr>
              <w:t>.</w:t>
            </w:r>
            <w:r>
              <w:t>www</w:t>
            </w:r>
            <w:r w:rsidRPr="00332DB8">
              <w:rPr>
                <w:lang w:val="ru-RU"/>
              </w:rPr>
              <w:t>.</w:t>
            </w:r>
            <w:r>
              <w:t>nso</w:t>
            </w:r>
            <w:r w:rsidRPr="00332DB8">
              <w:rPr>
                <w:lang w:val="ru-RU"/>
              </w:rPr>
              <w:t>-</w:t>
            </w:r>
            <w:r>
              <w:t>korpus</w:t>
            </w:r>
            <w:r w:rsidRPr="00332DB8">
              <w:rPr>
                <w:lang w:val="ru-RU"/>
              </w:rPr>
              <w:t>.</w:t>
            </w:r>
            <w:r>
              <w:t>info</w:t>
            </w:r>
            <w:r w:rsidRPr="00332DB8">
              <w:rPr>
                <w:lang w:val="ru-RU"/>
              </w:rPr>
              <w:t xml:space="preserve"> </w:t>
            </w:r>
            <w:r>
              <w:t>www</w:t>
            </w:r>
            <w:r w:rsidRPr="00332DB8">
              <w:rPr>
                <w:lang w:val="ru-RU"/>
              </w:rPr>
              <w:t>.</w:t>
            </w:r>
            <w:r>
              <w:t>ari</w:t>
            </w:r>
            <w:r w:rsidRPr="00332DB8">
              <w:rPr>
                <w:lang w:val="ru-RU"/>
              </w:rPr>
              <w:t>.</w:t>
            </w:r>
            <w:r>
              <w:t>ru</w:t>
            </w:r>
            <w:r w:rsidRPr="00332DB8">
              <w:rPr>
                <w:lang w:val="ru-RU"/>
              </w:rPr>
              <w:t>» (решение Устиновского районного суда г. Ижевска от 26.04.2016);</w:t>
            </w:r>
          </w:p>
        </w:tc>
        <w:tc>
          <w:tcPr>
            <w:tcW w:w="2880" w:type="dxa"/>
          </w:tcPr>
          <w:p w:rsidR="006F7457" w:rsidRPr="00332DB8" w:rsidRDefault="006F7457">
            <w:pPr>
              <w:rPr>
                <w:lang w:val="ru-RU"/>
              </w:rPr>
            </w:pPr>
          </w:p>
        </w:tc>
      </w:tr>
      <w:tr w:rsidR="006F7457">
        <w:tc>
          <w:tcPr>
            <w:tcW w:w="2880" w:type="dxa"/>
          </w:tcPr>
          <w:p w:rsidR="006F7457" w:rsidRDefault="00332DB8">
            <w:r>
              <w:t>3738.</w:t>
            </w:r>
          </w:p>
        </w:tc>
        <w:tc>
          <w:tcPr>
            <w:tcW w:w="2880" w:type="dxa"/>
          </w:tcPr>
          <w:p w:rsidR="006F7457" w:rsidRDefault="00332DB8">
            <w:r w:rsidRPr="00332DB8">
              <w:rPr>
                <w:lang w:val="ru-RU"/>
              </w:rPr>
              <w:t>Размещенный в сети «Интернет» в социальной сети «Вконтакте» на странице общества «партия РОДноверов» (</w:t>
            </w:r>
            <w:r>
              <w:t>http</w:t>
            </w:r>
            <w:r w:rsidRPr="00332DB8">
              <w:rPr>
                <w:lang w:val="ru-RU"/>
              </w:rPr>
              <w:t>://</w:t>
            </w:r>
            <w:r>
              <w:t>vk</w:t>
            </w:r>
            <w:r w:rsidRPr="00332DB8">
              <w:rPr>
                <w:lang w:val="ru-RU"/>
              </w:rPr>
              <w:t>.</w:t>
            </w:r>
            <w:r>
              <w:t>com</w:t>
            </w:r>
            <w:r w:rsidRPr="00332DB8">
              <w:rPr>
                <w:lang w:val="ru-RU"/>
              </w:rPr>
              <w:t>/</w:t>
            </w:r>
            <w:r>
              <w:t>club</w:t>
            </w:r>
            <w:r w:rsidRPr="00332DB8">
              <w:rPr>
                <w:lang w:val="ru-RU"/>
              </w:rPr>
              <w:t xml:space="preserve">60288920) текст «Иммигранты, убирайтесь вон из нашей страны!» </w:t>
            </w:r>
            <w:r>
              <w:t>(решение Устиновского районного суда г. Ижевска от 26.04.2016);</w:t>
            </w:r>
          </w:p>
        </w:tc>
        <w:tc>
          <w:tcPr>
            <w:tcW w:w="2880" w:type="dxa"/>
          </w:tcPr>
          <w:p w:rsidR="006F7457" w:rsidRDefault="006F7457"/>
        </w:tc>
      </w:tr>
      <w:tr w:rsidR="006F7457">
        <w:tc>
          <w:tcPr>
            <w:tcW w:w="2880" w:type="dxa"/>
          </w:tcPr>
          <w:p w:rsidR="006F7457" w:rsidRDefault="00332DB8">
            <w:r>
              <w:t>3739.</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3740.</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3741.</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lastRenderedPageBreak/>
              <w:t>3742.</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3743.</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3744.</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3745.</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3746.</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374</w:t>
            </w:r>
            <w:r>
              <w:lastRenderedPageBreak/>
              <w:t>7.</w:t>
            </w:r>
          </w:p>
        </w:tc>
        <w:tc>
          <w:tcPr>
            <w:tcW w:w="2880" w:type="dxa"/>
          </w:tcPr>
          <w:p w:rsidR="006F7457" w:rsidRDefault="00332DB8">
            <w:r>
              <w:lastRenderedPageBreak/>
              <w:t>Исключен</w:t>
            </w:r>
          </w:p>
        </w:tc>
        <w:tc>
          <w:tcPr>
            <w:tcW w:w="2880" w:type="dxa"/>
          </w:tcPr>
          <w:p w:rsidR="006F7457" w:rsidRDefault="006F7457"/>
        </w:tc>
      </w:tr>
      <w:tr w:rsidR="006F7457">
        <w:tc>
          <w:tcPr>
            <w:tcW w:w="2880" w:type="dxa"/>
          </w:tcPr>
          <w:p w:rsidR="006F7457" w:rsidRDefault="00332DB8">
            <w:r>
              <w:lastRenderedPageBreak/>
              <w:t>3748.</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3749.</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3750.</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3751.</w:t>
            </w:r>
          </w:p>
        </w:tc>
        <w:tc>
          <w:tcPr>
            <w:tcW w:w="2880" w:type="dxa"/>
          </w:tcPr>
          <w:p w:rsidR="006F7457" w:rsidRDefault="00332DB8">
            <w:r>
              <w:t>Исключен</w:t>
            </w:r>
          </w:p>
        </w:tc>
        <w:tc>
          <w:tcPr>
            <w:tcW w:w="2880" w:type="dxa"/>
          </w:tcPr>
          <w:p w:rsidR="006F7457" w:rsidRDefault="006F7457"/>
        </w:tc>
      </w:tr>
      <w:tr w:rsidR="006F7457">
        <w:tc>
          <w:tcPr>
            <w:tcW w:w="2880" w:type="dxa"/>
          </w:tcPr>
          <w:p w:rsidR="006F7457" w:rsidRDefault="00332DB8">
            <w:r>
              <w:t>3752.</w:t>
            </w:r>
          </w:p>
        </w:tc>
        <w:tc>
          <w:tcPr>
            <w:tcW w:w="2880" w:type="dxa"/>
          </w:tcPr>
          <w:p w:rsidR="006F7457" w:rsidRDefault="00332DB8">
            <w:r>
              <w:t>Исключен</w:t>
            </w:r>
          </w:p>
        </w:tc>
        <w:tc>
          <w:tcPr>
            <w:tcW w:w="2880" w:type="dxa"/>
          </w:tcPr>
          <w:p w:rsidR="006F7457" w:rsidRDefault="006F7457"/>
        </w:tc>
      </w:tr>
      <w:tr w:rsidR="006F7457" w:rsidRPr="005A424D">
        <w:tc>
          <w:tcPr>
            <w:tcW w:w="2880" w:type="dxa"/>
          </w:tcPr>
          <w:p w:rsidR="006F7457" w:rsidRDefault="00332DB8">
            <w:r>
              <w:lastRenderedPageBreak/>
              <w:t>3753.</w:t>
            </w:r>
          </w:p>
        </w:tc>
        <w:tc>
          <w:tcPr>
            <w:tcW w:w="2880" w:type="dxa"/>
          </w:tcPr>
          <w:p w:rsidR="006F7457" w:rsidRPr="00332DB8" w:rsidRDefault="00332DB8">
            <w:pPr>
              <w:rPr>
                <w:lang w:val="ru-RU"/>
              </w:rPr>
            </w:pPr>
            <w:r w:rsidRPr="00332DB8">
              <w:rPr>
                <w:lang w:val="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2880" w:type="dxa"/>
          </w:tcPr>
          <w:p w:rsidR="006F7457" w:rsidRPr="00332DB8" w:rsidRDefault="006F7457">
            <w:pPr>
              <w:rPr>
                <w:lang w:val="ru-RU"/>
              </w:rPr>
            </w:pPr>
          </w:p>
        </w:tc>
      </w:tr>
      <w:tr w:rsidR="006F7457" w:rsidRPr="005A424D">
        <w:tc>
          <w:tcPr>
            <w:tcW w:w="2880" w:type="dxa"/>
          </w:tcPr>
          <w:p w:rsidR="006F7457" w:rsidRDefault="00332DB8">
            <w:r>
              <w:t>3754.</w:t>
            </w:r>
          </w:p>
        </w:tc>
        <w:tc>
          <w:tcPr>
            <w:tcW w:w="2880" w:type="dxa"/>
          </w:tcPr>
          <w:p w:rsidR="006F7457" w:rsidRPr="00332DB8" w:rsidRDefault="00332DB8">
            <w:pPr>
              <w:rPr>
                <w:lang w:val="ru-RU"/>
              </w:rPr>
            </w:pPr>
            <w:r w:rsidRPr="00332DB8">
              <w:rPr>
                <w:lang w:val="ru-RU"/>
              </w:rPr>
              <w:t xml:space="preserve">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w:t>
            </w:r>
            <w:r>
              <w:t>POCC</w:t>
            </w:r>
            <w:r w:rsidRPr="00332DB8">
              <w:rPr>
                <w:lang w:val="ru-RU"/>
              </w:rPr>
              <w:t>ИЮ - УБЕЙ ХАЧА» (решение Советского районного суда г. Тулы от 29.02.2016);</w:t>
            </w:r>
          </w:p>
        </w:tc>
        <w:tc>
          <w:tcPr>
            <w:tcW w:w="2880" w:type="dxa"/>
          </w:tcPr>
          <w:p w:rsidR="006F7457" w:rsidRPr="00332DB8" w:rsidRDefault="006F7457">
            <w:pPr>
              <w:rPr>
                <w:lang w:val="ru-RU"/>
              </w:rPr>
            </w:pPr>
          </w:p>
        </w:tc>
      </w:tr>
      <w:tr w:rsidR="006F7457" w:rsidRPr="005A424D">
        <w:tc>
          <w:tcPr>
            <w:tcW w:w="2880" w:type="dxa"/>
          </w:tcPr>
          <w:p w:rsidR="006F7457" w:rsidRDefault="00332DB8">
            <w:r>
              <w:t>3755.</w:t>
            </w:r>
          </w:p>
        </w:tc>
        <w:tc>
          <w:tcPr>
            <w:tcW w:w="2880" w:type="dxa"/>
          </w:tcPr>
          <w:p w:rsidR="006F7457" w:rsidRPr="00332DB8" w:rsidRDefault="00332DB8">
            <w:pPr>
              <w:rPr>
                <w:lang w:val="ru-RU"/>
              </w:rPr>
            </w:pPr>
            <w:r w:rsidRPr="00332DB8">
              <w:rPr>
                <w:lang w:val="ru-RU"/>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2880" w:type="dxa"/>
          </w:tcPr>
          <w:p w:rsidR="006F7457" w:rsidRPr="00332DB8" w:rsidRDefault="006F7457">
            <w:pPr>
              <w:rPr>
                <w:lang w:val="ru-RU"/>
              </w:rPr>
            </w:pPr>
          </w:p>
        </w:tc>
      </w:tr>
      <w:tr w:rsidR="006F7457" w:rsidRPr="005A424D">
        <w:tc>
          <w:tcPr>
            <w:tcW w:w="2880" w:type="dxa"/>
          </w:tcPr>
          <w:p w:rsidR="006F7457" w:rsidRDefault="00332DB8">
            <w:r>
              <w:t>3756.</w:t>
            </w:r>
          </w:p>
        </w:tc>
        <w:tc>
          <w:tcPr>
            <w:tcW w:w="2880" w:type="dxa"/>
          </w:tcPr>
          <w:p w:rsidR="006F7457" w:rsidRPr="00332DB8" w:rsidRDefault="00332DB8">
            <w:pPr>
              <w:rPr>
                <w:lang w:val="ru-RU"/>
              </w:rPr>
            </w:pPr>
            <w:r w:rsidRPr="00332DB8">
              <w:rPr>
                <w:lang w:val="ru-RU"/>
              </w:rPr>
              <w:t>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2880" w:type="dxa"/>
          </w:tcPr>
          <w:p w:rsidR="006F7457" w:rsidRPr="00332DB8" w:rsidRDefault="006F7457">
            <w:pPr>
              <w:rPr>
                <w:lang w:val="ru-RU"/>
              </w:rPr>
            </w:pPr>
          </w:p>
        </w:tc>
      </w:tr>
      <w:tr w:rsidR="006F7457" w:rsidRPr="005A424D">
        <w:tc>
          <w:tcPr>
            <w:tcW w:w="2880" w:type="dxa"/>
          </w:tcPr>
          <w:p w:rsidR="006F7457" w:rsidRDefault="00332DB8">
            <w:r>
              <w:t>3757.</w:t>
            </w:r>
          </w:p>
        </w:tc>
        <w:tc>
          <w:tcPr>
            <w:tcW w:w="2880" w:type="dxa"/>
          </w:tcPr>
          <w:p w:rsidR="006F7457" w:rsidRPr="00332DB8" w:rsidRDefault="00332DB8">
            <w:pPr>
              <w:rPr>
                <w:lang w:val="ru-RU"/>
              </w:rPr>
            </w:pPr>
            <w:r w:rsidRPr="00332DB8">
              <w:rPr>
                <w:lang w:val="ru-RU"/>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2880" w:type="dxa"/>
          </w:tcPr>
          <w:p w:rsidR="006F7457" w:rsidRPr="00332DB8" w:rsidRDefault="006F7457">
            <w:pPr>
              <w:rPr>
                <w:lang w:val="ru-RU"/>
              </w:rPr>
            </w:pPr>
          </w:p>
        </w:tc>
      </w:tr>
      <w:tr w:rsidR="006F7457" w:rsidRPr="005A424D">
        <w:tc>
          <w:tcPr>
            <w:tcW w:w="2880" w:type="dxa"/>
          </w:tcPr>
          <w:p w:rsidR="006F7457" w:rsidRDefault="00332DB8">
            <w:r>
              <w:t>375</w:t>
            </w:r>
            <w:r>
              <w:lastRenderedPageBreak/>
              <w:t>8.</w:t>
            </w:r>
          </w:p>
        </w:tc>
        <w:tc>
          <w:tcPr>
            <w:tcW w:w="2880" w:type="dxa"/>
          </w:tcPr>
          <w:p w:rsidR="006F7457" w:rsidRPr="00332DB8" w:rsidRDefault="00332DB8">
            <w:pPr>
              <w:rPr>
                <w:lang w:val="ru-RU"/>
              </w:rPr>
            </w:pPr>
            <w:r w:rsidRPr="00332DB8">
              <w:rPr>
                <w:lang w:val="ru-RU"/>
              </w:rPr>
              <w:lastRenderedPageBreak/>
              <w:t xml:space="preserve">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w:t>
            </w:r>
            <w:r w:rsidRPr="00332DB8">
              <w:rPr>
                <w:lang w:val="ru-RU"/>
              </w:rPr>
              <w:lastRenderedPageBreak/>
              <w:t>политики» (решение Первомайского районного суда г. Владивостока от 07.04.2016);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3759.</w:t>
            </w:r>
          </w:p>
        </w:tc>
        <w:tc>
          <w:tcPr>
            <w:tcW w:w="2880" w:type="dxa"/>
          </w:tcPr>
          <w:p w:rsidR="006F7457" w:rsidRPr="00332DB8" w:rsidRDefault="00332DB8">
            <w:pPr>
              <w:rPr>
                <w:lang w:val="ru-RU"/>
              </w:rPr>
            </w:pPr>
            <w:r w:rsidRPr="00332DB8">
              <w:rPr>
                <w:lang w:val="ru-RU"/>
              </w:rPr>
              <w:t>Текст организационного документа общественного объединения «Реванш»: «Цели реванша», начинающегося со слов «</w:t>
            </w:r>
            <w:r>
              <w:t>I</w:t>
            </w:r>
            <w:r w:rsidRPr="00332DB8">
              <w:rPr>
                <w:lang w:val="ru-RU"/>
              </w:rPr>
              <w:t xml:space="preserve"> этап ...» и заканчивающегося словами «... Исполнение приказов Центра» (решение Первомайского районного суда г. Владивостока от 07.04.2016);</w:t>
            </w:r>
          </w:p>
        </w:tc>
        <w:tc>
          <w:tcPr>
            <w:tcW w:w="2880" w:type="dxa"/>
          </w:tcPr>
          <w:p w:rsidR="006F7457" w:rsidRPr="00332DB8" w:rsidRDefault="006F7457">
            <w:pPr>
              <w:rPr>
                <w:lang w:val="ru-RU"/>
              </w:rPr>
            </w:pPr>
          </w:p>
        </w:tc>
      </w:tr>
      <w:tr w:rsidR="006F7457" w:rsidRPr="005A424D">
        <w:tc>
          <w:tcPr>
            <w:tcW w:w="2880" w:type="dxa"/>
          </w:tcPr>
          <w:p w:rsidR="006F7457" w:rsidRDefault="00332DB8">
            <w:r>
              <w:t>3760.</w:t>
            </w:r>
          </w:p>
        </w:tc>
        <w:tc>
          <w:tcPr>
            <w:tcW w:w="2880" w:type="dxa"/>
          </w:tcPr>
          <w:p w:rsidR="006F7457" w:rsidRPr="00332DB8" w:rsidRDefault="00332DB8">
            <w:pPr>
              <w:rPr>
                <w:lang w:val="ru-RU"/>
              </w:rPr>
            </w:pPr>
            <w:r w:rsidRPr="00332DB8">
              <w:rPr>
                <w:lang w:val="ru-RU"/>
              </w:rPr>
              <w:t xml:space="preserve">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w:t>
            </w:r>
            <w:r>
              <w:t>song</w:t>
            </w:r>
            <w:r w:rsidRPr="00332DB8">
              <w:rPr>
                <w:lang w:val="ru-RU"/>
              </w:rPr>
              <w:t>5.</w:t>
            </w:r>
            <w:r>
              <w:t>ru</w:t>
            </w:r>
            <w:r w:rsidRPr="00332DB8">
              <w:rPr>
                <w:lang w:val="ru-RU"/>
              </w:rPr>
              <w:t xml:space="preserve"> по электронному адресу: </w:t>
            </w:r>
            <w:r>
              <w:t>http</w:t>
            </w:r>
            <w:r w:rsidRPr="00332DB8">
              <w:rPr>
                <w:lang w:val="ru-RU"/>
              </w:rPr>
              <w:t>:</w:t>
            </w:r>
            <w:r>
              <w:t>song</w:t>
            </w:r>
            <w:r w:rsidRPr="00332DB8">
              <w:rPr>
                <w:lang w:val="ru-RU"/>
              </w:rPr>
              <w:t>5.</w:t>
            </w:r>
            <w:r>
              <w:t>ru</w:t>
            </w:r>
            <w:r w:rsidRPr="00332DB8">
              <w:rPr>
                <w:lang w:val="ru-RU"/>
              </w:rPr>
              <w:t>/</w:t>
            </w:r>
            <w:r>
              <w:t>text</w:t>
            </w:r>
            <w:r w:rsidRPr="00332DB8">
              <w:rPr>
                <w:lang w:val="ru-RU"/>
              </w:rPr>
              <w:t xml:space="preserve"> /коловрат-белая-власть (решение Калининского районного суда города Санкт-Петербурга от 25.02.2016);</w:t>
            </w:r>
          </w:p>
        </w:tc>
        <w:tc>
          <w:tcPr>
            <w:tcW w:w="2880" w:type="dxa"/>
          </w:tcPr>
          <w:p w:rsidR="006F7457" w:rsidRPr="00332DB8" w:rsidRDefault="006F7457">
            <w:pPr>
              <w:rPr>
                <w:lang w:val="ru-RU"/>
              </w:rPr>
            </w:pPr>
          </w:p>
        </w:tc>
      </w:tr>
      <w:tr w:rsidR="006F7457" w:rsidRPr="005A424D">
        <w:tc>
          <w:tcPr>
            <w:tcW w:w="2880" w:type="dxa"/>
          </w:tcPr>
          <w:p w:rsidR="006F7457" w:rsidRDefault="00332DB8">
            <w:r>
              <w:t>3761.</w:t>
            </w:r>
          </w:p>
        </w:tc>
        <w:tc>
          <w:tcPr>
            <w:tcW w:w="2880" w:type="dxa"/>
          </w:tcPr>
          <w:p w:rsidR="006F7457" w:rsidRPr="00332DB8" w:rsidRDefault="00332DB8">
            <w:pPr>
              <w:rPr>
                <w:lang w:val="ru-RU"/>
              </w:rPr>
            </w:pPr>
            <w:r w:rsidRPr="00332DB8">
              <w:rPr>
                <w:lang w:val="ru-RU"/>
              </w:rPr>
              <w:t xml:space="preserve">Размещенные Кирилловым А.П. в сети Интернет на 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139785654 видеозапись «Цитаты из Талмуда» (заочное решение Новочебоксарского городского суда Чувашской Республики – Чувашии от 29.04.2016);</w:t>
            </w:r>
          </w:p>
        </w:tc>
        <w:tc>
          <w:tcPr>
            <w:tcW w:w="2880" w:type="dxa"/>
          </w:tcPr>
          <w:p w:rsidR="006F7457" w:rsidRPr="00332DB8" w:rsidRDefault="006F7457">
            <w:pPr>
              <w:rPr>
                <w:lang w:val="ru-RU"/>
              </w:rPr>
            </w:pPr>
          </w:p>
        </w:tc>
      </w:tr>
      <w:tr w:rsidR="006F7457" w:rsidRPr="005A424D">
        <w:tc>
          <w:tcPr>
            <w:tcW w:w="2880" w:type="dxa"/>
          </w:tcPr>
          <w:p w:rsidR="006F7457" w:rsidRDefault="00332DB8">
            <w:r>
              <w:t>3762.</w:t>
            </w:r>
          </w:p>
        </w:tc>
        <w:tc>
          <w:tcPr>
            <w:tcW w:w="2880" w:type="dxa"/>
          </w:tcPr>
          <w:p w:rsidR="006F7457" w:rsidRPr="00332DB8" w:rsidRDefault="00332DB8">
            <w:pPr>
              <w:rPr>
                <w:lang w:val="ru-RU"/>
              </w:rPr>
            </w:pPr>
            <w:r w:rsidRPr="00332DB8">
              <w:rPr>
                <w:lang w:val="ru-RU"/>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2880" w:type="dxa"/>
          </w:tcPr>
          <w:p w:rsidR="006F7457" w:rsidRPr="00332DB8" w:rsidRDefault="006F7457">
            <w:pPr>
              <w:rPr>
                <w:lang w:val="ru-RU"/>
              </w:rPr>
            </w:pPr>
          </w:p>
        </w:tc>
      </w:tr>
      <w:tr w:rsidR="006F7457" w:rsidRPr="005A424D">
        <w:tc>
          <w:tcPr>
            <w:tcW w:w="2880" w:type="dxa"/>
          </w:tcPr>
          <w:p w:rsidR="006F7457" w:rsidRDefault="00332DB8">
            <w:r>
              <w:t>3763.</w:t>
            </w:r>
          </w:p>
        </w:tc>
        <w:tc>
          <w:tcPr>
            <w:tcW w:w="2880" w:type="dxa"/>
          </w:tcPr>
          <w:p w:rsidR="006F7457" w:rsidRPr="00332DB8" w:rsidRDefault="00332DB8">
            <w:pPr>
              <w:rPr>
                <w:lang w:val="ru-RU"/>
              </w:rPr>
            </w:pPr>
            <w:r w:rsidRPr="00332DB8">
              <w:rPr>
                <w:lang w:val="ru-RU"/>
              </w:rPr>
              <w:t>Видео-файл: «</w:t>
            </w:r>
            <w:r>
              <w:t>NSWP</w:t>
            </w:r>
            <w:r w:rsidRPr="00332DB8">
              <w:rPr>
                <w:lang w:val="ru-RU"/>
              </w:rPr>
              <w:t>_</w:t>
            </w:r>
            <w:r>
              <w:t>NEWYEAR</w:t>
            </w:r>
            <w:r w:rsidRPr="00332DB8">
              <w:rPr>
                <w:lang w:val="ru-RU"/>
              </w:rPr>
              <w:t>_</w:t>
            </w:r>
            <w:r>
              <w:t>LOW</w:t>
            </w:r>
            <w:r w:rsidRPr="00332DB8">
              <w:rPr>
                <w:lang w:val="ru-RU"/>
              </w:rPr>
              <w:t>» продолжительностью 01 минута 45 секунд (решение Пушкинского районного суда города Санкт-Петербурга от 17.05.2016);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3764.</w:t>
            </w:r>
          </w:p>
        </w:tc>
        <w:tc>
          <w:tcPr>
            <w:tcW w:w="2880" w:type="dxa"/>
          </w:tcPr>
          <w:p w:rsidR="006F7457" w:rsidRPr="00332DB8" w:rsidRDefault="00332DB8">
            <w:pPr>
              <w:rPr>
                <w:lang w:val="ru-RU"/>
              </w:rPr>
            </w:pPr>
            <w:r w:rsidRPr="00332DB8">
              <w:rPr>
                <w:lang w:val="ru-RU"/>
              </w:rPr>
              <w:t xml:space="preserve">Материалы, размещенные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2796924 социальной сети «ВКонтакте» сети Интернет: изображение под названием </w:t>
            </w:r>
            <w:r>
              <w:t>vk</w:t>
            </w:r>
            <w:r w:rsidRPr="00332DB8">
              <w:rPr>
                <w:lang w:val="ru-RU"/>
              </w:rPr>
              <w:t>.</w:t>
            </w:r>
            <w:r>
              <w:t>com</w:t>
            </w:r>
            <w:r w:rsidRPr="00332DB8">
              <w:rPr>
                <w:lang w:val="ru-RU"/>
              </w:rPr>
              <w:t>/</w:t>
            </w:r>
            <w:r>
              <w:t>photo</w:t>
            </w:r>
            <w:r w:rsidRPr="00332DB8">
              <w:rPr>
                <w:lang w:val="ru-RU"/>
              </w:rPr>
              <w:t>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2880" w:type="dxa"/>
          </w:tcPr>
          <w:p w:rsidR="006F7457" w:rsidRPr="00332DB8" w:rsidRDefault="006F7457">
            <w:pPr>
              <w:rPr>
                <w:lang w:val="ru-RU"/>
              </w:rPr>
            </w:pPr>
          </w:p>
        </w:tc>
      </w:tr>
      <w:tr w:rsidR="006F7457">
        <w:tc>
          <w:tcPr>
            <w:tcW w:w="2880" w:type="dxa"/>
          </w:tcPr>
          <w:p w:rsidR="006F7457" w:rsidRDefault="00332DB8">
            <w:r>
              <w:t>3765.</w:t>
            </w:r>
          </w:p>
        </w:tc>
        <w:tc>
          <w:tcPr>
            <w:tcW w:w="2880" w:type="dxa"/>
          </w:tcPr>
          <w:p w:rsidR="006F7457" w:rsidRDefault="00332DB8">
            <w:r w:rsidRPr="00332DB8">
              <w:rPr>
                <w:lang w:val="ru-RU"/>
              </w:rPr>
              <w:t xml:space="preserve">Материалы, размещенные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2796924 социальной сети «ВКонтакте» сети Интернет: изображение под названием </w:t>
            </w:r>
            <w:r>
              <w:t>vk</w:t>
            </w:r>
            <w:r w:rsidRPr="00332DB8">
              <w:rPr>
                <w:lang w:val="ru-RU"/>
              </w:rPr>
              <w:t>.</w:t>
            </w:r>
            <w:r>
              <w:t>com</w:t>
            </w:r>
            <w:r w:rsidRPr="00332DB8">
              <w:rPr>
                <w:lang w:val="ru-RU"/>
              </w:rPr>
              <w:t>/</w:t>
            </w:r>
            <w:r>
              <w:t>photo</w:t>
            </w:r>
            <w:r w:rsidRPr="00332DB8">
              <w:rPr>
                <w:lang w:val="ru-RU"/>
              </w:rPr>
              <w:t xml:space="preserve">2796924_34131948 с текстом, начинающимся словами «Украинские шлюхи хоронят...» </w:t>
            </w:r>
            <w:r>
              <w:t>(решение Сыктывкарского городского суда Республики Коми от 14.06.2016);</w:t>
            </w:r>
          </w:p>
        </w:tc>
        <w:tc>
          <w:tcPr>
            <w:tcW w:w="2880" w:type="dxa"/>
          </w:tcPr>
          <w:p w:rsidR="006F7457" w:rsidRDefault="006F7457"/>
        </w:tc>
      </w:tr>
      <w:tr w:rsidR="006F7457" w:rsidRPr="005A424D">
        <w:tc>
          <w:tcPr>
            <w:tcW w:w="2880" w:type="dxa"/>
          </w:tcPr>
          <w:p w:rsidR="006F7457" w:rsidRDefault="00332DB8">
            <w:r>
              <w:t>3766.</w:t>
            </w:r>
          </w:p>
        </w:tc>
        <w:tc>
          <w:tcPr>
            <w:tcW w:w="2880" w:type="dxa"/>
          </w:tcPr>
          <w:p w:rsidR="006F7457" w:rsidRPr="00332DB8" w:rsidRDefault="00332DB8">
            <w:pPr>
              <w:rPr>
                <w:lang w:val="ru-RU"/>
              </w:rPr>
            </w:pPr>
            <w:r w:rsidRPr="00332DB8">
              <w:rPr>
                <w:lang w:val="ru-RU"/>
              </w:rPr>
              <w:t xml:space="preserve">Материалы, размещенные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2796924 социальной сети «ВКонтакте» сети Интернет: изображение под названием </w:t>
            </w:r>
            <w:r>
              <w:t>vk</w:t>
            </w:r>
            <w:r w:rsidRPr="00332DB8">
              <w:rPr>
                <w:lang w:val="ru-RU"/>
              </w:rPr>
              <w:t>.</w:t>
            </w:r>
            <w:r>
              <w:t>com</w:t>
            </w:r>
            <w:r w:rsidRPr="00332DB8">
              <w:rPr>
                <w:lang w:val="ru-RU"/>
              </w:rPr>
              <w:t>/</w:t>
            </w:r>
            <w:r>
              <w:t>photo</w:t>
            </w:r>
            <w:r w:rsidRPr="00332DB8">
              <w:rPr>
                <w:lang w:val="ru-RU"/>
              </w:rPr>
              <w:t>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2880" w:type="dxa"/>
          </w:tcPr>
          <w:p w:rsidR="006F7457" w:rsidRPr="00332DB8" w:rsidRDefault="006F7457">
            <w:pPr>
              <w:rPr>
                <w:lang w:val="ru-RU"/>
              </w:rPr>
            </w:pPr>
          </w:p>
        </w:tc>
      </w:tr>
      <w:tr w:rsidR="006F7457">
        <w:tc>
          <w:tcPr>
            <w:tcW w:w="2880" w:type="dxa"/>
          </w:tcPr>
          <w:p w:rsidR="006F7457" w:rsidRDefault="00332DB8">
            <w:r>
              <w:t>3767.</w:t>
            </w:r>
          </w:p>
        </w:tc>
        <w:tc>
          <w:tcPr>
            <w:tcW w:w="2880" w:type="dxa"/>
          </w:tcPr>
          <w:p w:rsidR="006F7457" w:rsidRDefault="00332DB8">
            <w:r w:rsidRPr="00332DB8">
              <w:rPr>
                <w:lang w:val="ru-RU"/>
              </w:rPr>
              <w:t xml:space="preserve">Материалы, размещенные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2796924 социальной сети «ВКонтакте» сети Интернет: изображение под названием </w:t>
            </w:r>
            <w:r>
              <w:t>vk</w:t>
            </w:r>
            <w:r w:rsidRPr="00332DB8">
              <w:rPr>
                <w:lang w:val="ru-RU"/>
              </w:rPr>
              <w:t>.</w:t>
            </w:r>
            <w:r>
              <w:t>com</w:t>
            </w:r>
            <w:r w:rsidRPr="00332DB8">
              <w:rPr>
                <w:lang w:val="ru-RU"/>
              </w:rPr>
              <w:t>/</w:t>
            </w:r>
            <w:r>
              <w:t>photo</w:t>
            </w:r>
            <w:r w:rsidRPr="00332DB8">
              <w:rPr>
                <w:lang w:val="ru-RU"/>
              </w:rPr>
              <w:t xml:space="preserve">2796924_341667296 с текстом, начинающимся словами «Господи, спасибо, что родился...» </w:t>
            </w:r>
            <w:r>
              <w:t>(решение Сыктывкарского городского суда Республики Коми от 14.06.2016);</w:t>
            </w:r>
          </w:p>
        </w:tc>
        <w:tc>
          <w:tcPr>
            <w:tcW w:w="2880" w:type="dxa"/>
          </w:tcPr>
          <w:p w:rsidR="006F7457" w:rsidRDefault="006F7457"/>
        </w:tc>
      </w:tr>
      <w:tr w:rsidR="006F7457" w:rsidRPr="005A424D">
        <w:tc>
          <w:tcPr>
            <w:tcW w:w="2880" w:type="dxa"/>
          </w:tcPr>
          <w:p w:rsidR="006F7457" w:rsidRDefault="00332DB8">
            <w:r>
              <w:t>3768.</w:t>
            </w:r>
          </w:p>
        </w:tc>
        <w:tc>
          <w:tcPr>
            <w:tcW w:w="2880" w:type="dxa"/>
          </w:tcPr>
          <w:p w:rsidR="006F7457" w:rsidRPr="00332DB8" w:rsidRDefault="00332DB8">
            <w:pPr>
              <w:rPr>
                <w:lang w:val="ru-RU"/>
              </w:rPr>
            </w:pPr>
            <w:r w:rsidRPr="00332DB8">
              <w:rPr>
                <w:lang w:val="ru-RU"/>
              </w:rPr>
              <w:t xml:space="preserve">Материалы, размещенные в сети Интернет на странице </w:t>
            </w:r>
            <w:r>
              <w:t>www</w:t>
            </w:r>
            <w:r w:rsidRPr="00332DB8">
              <w:rPr>
                <w:lang w:val="ru-RU"/>
              </w:rPr>
              <w:t>.</w:t>
            </w:r>
            <w:r>
              <w:t>bnkomi</w:t>
            </w:r>
            <w:r w:rsidRPr="00332DB8">
              <w:rPr>
                <w:lang w:val="ru-RU"/>
              </w:rPr>
              <w:t>.</w:t>
            </w:r>
            <w:r>
              <w:t>ru</w:t>
            </w:r>
            <w:r w:rsidRPr="00332DB8">
              <w:rPr>
                <w:lang w:val="ru-RU"/>
              </w:rPr>
              <w:t>/</w:t>
            </w:r>
            <w:r>
              <w:t>data</w:t>
            </w:r>
            <w:r w:rsidRPr="00332DB8">
              <w:rPr>
                <w:lang w:val="ru-RU"/>
              </w:rPr>
              <w:t>/</w:t>
            </w:r>
            <w:r>
              <w:t>news</w:t>
            </w:r>
            <w:r w:rsidRPr="00332DB8">
              <w:rPr>
                <w:lang w:val="ru-RU"/>
              </w:rPr>
              <w:t>/32145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2880" w:type="dxa"/>
          </w:tcPr>
          <w:p w:rsidR="006F7457" w:rsidRPr="00332DB8" w:rsidRDefault="006F7457">
            <w:pPr>
              <w:rPr>
                <w:lang w:val="ru-RU"/>
              </w:rPr>
            </w:pPr>
          </w:p>
        </w:tc>
      </w:tr>
      <w:tr w:rsidR="006F7457" w:rsidRPr="005A424D">
        <w:tc>
          <w:tcPr>
            <w:tcW w:w="2880" w:type="dxa"/>
          </w:tcPr>
          <w:p w:rsidR="006F7457" w:rsidRDefault="00332DB8">
            <w:r>
              <w:t>37</w:t>
            </w:r>
            <w:r>
              <w:lastRenderedPageBreak/>
              <w:t>69.</w:t>
            </w:r>
          </w:p>
        </w:tc>
        <w:tc>
          <w:tcPr>
            <w:tcW w:w="2880" w:type="dxa"/>
          </w:tcPr>
          <w:p w:rsidR="006F7457" w:rsidRPr="00332DB8" w:rsidRDefault="00332DB8">
            <w:pPr>
              <w:rPr>
                <w:lang w:val="ru-RU"/>
              </w:rPr>
            </w:pPr>
            <w:r w:rsidRPr="00332DB8">
              <w:rPr>
                <w:lang w:val="ru-RU"/>
              </w:rPr>
              <w:lastRenderedPageBreak/>
              <w:t xml:space="preserve">Материалы, размещенные в сети Интернет на странице </w:t>
            </w:r>
            <w:r>
              <w:t>www</w:t>
            </w:r>
            <w:r w:rsidRPr="00332DB8">
              <w:rPr>
                <w:lang w:val="ru-RU"/>
              </w:rPr>
              <w:t>.</w:t>
            </w:r>
            <w:r>
              <w:t>bnkomi</w:t>
            </w:r>
            <w:r w:rsidRPr="00332DB8">
              <w:rPr>
                <w:lang w:val="ru-RU"/>
              </w:rPr>
              <w:t>.</w:t>
            </w:r>
            <w:r>
              <w:t>ru</w:t>
            </w:r>
            <w:r w:rsidRPr="00332DB8">
              <w:rPr>
                <w:lang w:val="ru-RU"/>
              </w:rPr>
              <w:t>/</w:t>
            </w:r>
            <w:r>
              <w:t>data</w:t>
            </w:r>
            <w:r w:rsidRPr="00332DB8">
              <w:rPr>
                <w:lang w:val="ru-RU"/>
              </w:rPr>
              <w:t>/</w:t>
            </w:r>
            <w:r>
              <w:t>news</w:t>
            </w:r>
            <w:r w:rsidRPr="00332DB8">
              <w:rPr>
                <w:lang w:val="ru-RU"/>
              </w:rPr>
              <w:t xml:space="preserve">/32145 сайта информационного агентства «БНК» к новости от 26.09.2014 «Еврейская община Сыктывкара встретила Новый </w:t>
            </w:r>
            <w:r w:rsidRPr="00332DB8">
              <w:rPr>
                <w:lang w:val="ru-RU"/>
              </w:rPr>
              <w:lastRenderedPageBreak/>
              <w:t>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3770.</w:t>
            </w:r>
          </w:p>
        </w:tc>
        <w:tc>
          <w:tcPr>
            <w:tcW w:w="2880" w:type="dxa"/>
          </w:tcPr>
          <w:p w:rsidR="006F7457" w:rsidRPr="00332DB8" w:rsidRDefault="00332DB8">
            <w:pPr>
              <w:rPr>
                <w:lang w:val="ru-RU"/>
              </w:rPr>
            </w:pPr>
            <w:r w:rsidRPr="00332DB8">
              <w:rPr>
                <w:lang w:val="ru-RU"/>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2880" w:type="dxa"/>
          </w:tcPr>
          <w:p w:rsidR="006F7457" w:rsidRPr="00332DB8" w:rsidRDefault="006F7457">
            <w:pPr>
              <w:rPr>
                <w:lang w:val="ru-RU"/>
              </w:rPr>
            </w:pPr>
          </w:p>
        </w:tc>
      </w:tr>
      <w:tr w:rsidR="006F7457">
        <w:tc>
          <w:tcPr>
            <w:tcW w:w="2880" w:type="dxa"/>
          </w:tcPr>
          <w:p w:rsidR="006F7457" w:rsidRDefault="00332DB8">
            <w:r>
              <w:t>3771.</w:t>
            </w:r>
          </w:p>
        </w:tc>
        <w:tc>
          <w:tcPr>
            <w:tcW w:w="2880" w:type="dxa"/>
          </w:tcPr>
          <w:p w:rsidR="006F7457" w:rsidRDefault="00332DB8">
            <w:r w:rsidRPr="00332DB8">
              <w:rPr>
                <w:lang w:val="ru-RU"/>
              </w:rPr>
              <w:t>Файл «Скинхед щемит мусора» с расширением .</w:t>
            </w:r>
            <w:r>
              <w:t>m</w:t>
            </w:r>
            <w:r w:rsidRPr="00332DB8">
              <w:rPr>
                <w:lang w:val="ru-RU"/>
              </w:rPr>
              <w:t xml:space="preserve">р4 размером 2,63 МБ продолжительностью </w:t>
            </w:r>
            <w:r>
              <w:t>00,41 мин. (решение Моршанского районного суда Тамбовской области от 23.05.2016);</w:t>
            </w:r>
          </w:p>
        </w:tc>
        <w:tc>
          <w:tcPr>
            <w:tcW w:w="2880" w:type="dxa"/>
          </w:tcPr>
          <w:p w:rsidR="006F7457" w:rsidRDefault="006F7457"/>
        </w:tc>
      </w:tr>
      <w:tr w:rsidR="006F7457" w:rsidRPr="005A424D">
        <w:tc>
          <w:tcPr>
            <w:tcW w:w="2880" w:type="dxa"/>
          </w:tcPr>
          <w:p w:rsidR="006F7457" w:rsidRDefault="00332DB8">
            <w:r>
              <w:t>3772.</w:t>
            </w:r>
          </w:p>
        </w:tc>
        <w:tc>
          <w:tcPr>
            <w:tcW w:w="2880" w:type="dxa"/>
          </w:tcPr>
          <w:p w:rsidR="006F7457" w:rsidRPr="00332DB8" w:rsidRDefault="00332DB8">
            <w:pPr>
              <w:rPr>
                <w:lang w:val="ru-RU"/>
              </w:rPr>
            </w:pPr>
            <w:r w:rsidRPr="00332DB8">
              <w:rPr>
                <w:lang w:val="ru-RU"/>
              </w:rPr>
              <w:t xml:space="preserve">Информационный материал – интернет-страница </w:t>
            </w:r>
            <w:r>
              <w:t>http</w:t>
            </w:r>
            <w:r w:rsidRPr="00332DB8">
              <w:rPr>
                <w:lang w:val="ru-RU"/>
              </w:rPr>
              <w:t>:/</w:t>
            </w:r>
            <w:r>
              <w:t>vk</w:t>
            </w:r>
            <w:r w:rsidRPr="00332DB8">
              <w:rPr>
                <w:lang w:val="ru-RU"/>
              </w:rPr>
              <w:t>.</w:t>
            </w:r>
            <w:r>
              <w:t>com</w:t>
            </w:r>
            <w:r w:rsidRPr="00332DB8">
              <w:rPr>
                <w:lang w:val="ru-RU"/>
              </w:rPr>
              <w:t>/</w:t>
            </w:r>
            <w:r>
              <w:t>id</w:t>
            </w:r>
            <w:r w:rsidRPr="00332DB8">
              <w:rPr>
                <w:lang w:val="ru-RU"/>
              </w:rPr>
              <w:t>245620010 с находящимися на ней фотоизображениями (решение Моршанского районного суда Тамбовской области от 23.05.2016);</w:t>
            </w:r>
          </w:p>
        </w:tc>
        <w:tc>
          <w:tcPr>
            <w:tcW w:w="2880" w:type="dxa"/>
          </w:tcPr>
          <w:p w:rsidR="006F7457" w:rsidRPr="00332DB8" w:rsidRDefault="006F7457">
            <w:pPr>
              <w:rPr>
                <w:lang w:val="ru-RU"/>
              </w:rPr>
            </w:pPr>
          </w:p>
        </w:tc>
      </w:tr>
      <w:tr w:rsidR="006F7457" w:rsidRPr="005A424D">
        <w:tc>
          <w:tcPr>
            <w:tcW w:w="2880" w:type="dxa"/>
          </w:tcPr>
          <w:p w:rsidR="006F7457" w:rsidRDefault="00332DB8">
            <w:r>
              <w:t>3773.</w:t>
            </w:r>
          </w:p>
        </w:tc>
        <w:tc>
          <w:tcPr>
            <w:tcW w:w="2880" w:type="dxa"/>
          </w:tcPr>
          <w:p w:rsidR="006F7457" w:rsidRPr="00332DB8" w:rsidRDefault="00332DB8">
            <w:pPr>
              <w:rPr>
                <w:lang w:val="ru-RU"/>
              </w:rPr>
            </w:pPr>
            <w:r w:rsidRPr="00332DB8">
              <w:rPr>
                <w:lang w:val="ru-RU"/>
              </w:rP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t>3774.</w:t>
            </w:r>
          </w:p>
        </w:tc>
        <w:tc>
          <w:tcPr>
            <w:tcW w:w="2880" w:type="dxa"/>
          </w:tcPr>
          <w:p w:rsidR="006F7457" w:rsidRPr="00332DB8" w:rsidRDefault="00332DB8">
            <w:pPr>
              <w:rPr>
                <w:lang w:val="ru-RU"/>
              </w:rPr>
            </w:pPr>
            <w:r w:rsidRPr="00332DB8">
              <w:rPr>
                <w:lang w:val="ru-RU"/>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3775.</w:t>
            </w:r>
          </w:p>
        </w:tc>
        <w:tc>
          <w:tcPr>
            <w:tcW w:w="2880" w:type="dxa"/>
          </w:tcPr>
          <w:p w:rsidR="006F7457" w:rsidRPr="00332DB8" w:rsidRDefault="00332DB8">
            <w:pPr>
              <w:rPr>
                <w:lang w:val="ru-RU"/>
              </w:rPr>
            </w:pPr>
            <w:r w:rsidRPr="00332DB8">
              <w:rPr>
                <w:lang w:val="ru-RU"/>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t>3776.</w:t>
            </w:r>
          </w:p>
        </w:tc>
        <w:tc>
          <w:tcPr>
            <w:tcW w:w="2880" w:type="dxa"/>
          </w:tcPr>
          <w:p w:rsidR="006F7457" w:rsidRPr="00332DB8" w:rsidRDefault="00332DB8">
            <w:pPr>
              <w:rPr>
                <w:lang w:val="ru-RU"/>
              </w:rPr>
            </w:pPr>
            <w:r w:rsidRPr="00332DB8">
              <w:rPr>
                <w:lang w:val="ru-RU"/>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t>3777.</w:t>
            </w:r>
          </w:p>
        </w:tc>
        <w:tc>
          <w:tcPr>
            <w:tcW w:w="2880" w:type="dxa"/>
          </w:tcPr>
          <w:p w:rsidR="006F7457" w:rsidRPr="00332DB8" w:rsidRDefault="00332DB8">
            <w:pPr>
              <w:rPr>
                <w:lang w:val="ru-RU"/>
              </w:rPr>
            </w:pPr>
            <w:r w:rsidRPr="00332DB8">
              <w:rPr>
                <w:lang w:val="ru-RU"/>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t>3778.</w:t>
            </w:r>
          </w:p>
        </w:tc>
        <w:tc>
          <w:tcPr>
            <w:tcW w:w="2880" w:type="dxa"/>
          </w:tcPr>
          <w:p w:rsidR="006F7457" w:rsidRPr="00332DB8" w:rsidRDefault="00332DB8">
            <w:pPr>
              <w:rPr>
                <w:lang w:val="ru-RU"/>
              </w:rPr>
            </w:pPr>
            <w:r w:rsidRPr="00332DB8">
              <w:rPr>
                <w:lang w:val="ru-RU"/>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t>3779.</w:t>
            </w:r>
          </w:p>
        </w:tc>
        <w:tc>
          <w:tcPr>
            <w:tcW w:w="2880" w:type="dxa"/>
          </w:tcPr>
          <w:p w:rsidR="006F7457" w:rsidRPr="00332DB8" w:rsidRDefault="00332DB8">
            <w:pPr>
              <w:rPr>
                <w:lang w:val="ru-RU"/>
              </w:rPr>
            </w:pPr>
            <w:r w:rsidRPr="00332DB8">
              <w:rPr>
                <w:lang w:val="ru-RU"/>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t>378</w:t>
            </w:r>
            <w:r>
              <w:lastRenderedPageBreak/>
              <w:t>0.</w:t>
            </w:r>
          </w:p>
        </w:tc>
        <w:tc>
          <w:tcPr>
            <w:tcW w:w="2880" w:type="dxa"/>
          </w:tcPr>
          <w:p w:rsidR="006F7457" w:rsidRPr="00332DB8" w:rsidRDefault="00332DB8">
            <w:pPr>
              <w:rPr>
                <w:lang w:val="ru-RU"/>
              </w:rPr>
            </w:pPr>
            <w:r w:rsidRPr="00332DB8">
              <w:rPr>
                <w:lang w:val="ru-RU"/>
              </w:rPr>
              <w:lastRenderedPageBreak/>
              <w:t xml:space="preserve">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w:t>
            </w:r>
            <w:r w:rsidRPr="00332DB8">
              <w:rPr>
                <w:lang w:val="ru-RU"/>
              </w:rPr>
              <w:lastRenderedPageBreak/>
              <w:t>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3781.</w:t>
            </w:r>
          </w:p>
        </w:tc>
        <w:tc>
          <w:tcPr>
            <w:tcW w:w="2880" w:type="dxa"/>
          </w:tcPr>
          <w:p w:rsidR="006F7457" w:rsidRPr="00332DB8" w:rsidRDefault="00332DB8">
            <w:pPr>
              <w:rPr>
                <w:lang w:val="ru-RU"/>
              </w:rPr>
            </w:pPr>
            <w:r w:rsidRPr="00332DB8">
              <w:rPr>
                <w:lang w:val="ru-RU"/>
              </w:rPr>
              <w:t>Аудиоматериал «</w:t>
            </w:r>
            <w:r>
              <w:t>P</w:t>
            </w:r>
            <w:r w:rsidRPr="00332DB8">
              <w:rPr>
                <w:lang w:val="ru-RU"/>
              </w:rPr>
              <w:t>.</w:t>
            </w:r>
            <w:r>
              <w:t>S</w:t>
            </w:r>
            <w:r w:rsidRPr="00332DB8">
              <w:rPr>
                <w:lang w:val="ru-RU"/>
              </w:rPr>
              <w:t>.7.62 -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t>3782.</w:t>
            </w:r>
          </w:p>
        </w:tc>
        <w:tc>
          <w:tcPr>
            <w:tcW w:w="2880" w:type="dxa"/>
          </w:tcPr>
          <w:p w:rsidR="006F7457" w:rsidRPr="00332DB8" w:rsidRDefault="00332DB8">
            <w:pPr>
              <w:rPr>
                <w:lang w:val="ru-RU"/>
              </w:rPr>
            </w:pPr>
            <w:r w:rsidRPr="00332DB8">
              <w:rPr>
                <w:lang w:val="ru-RU"/>
              </w:rPr>
              <w:t>Аудиоматериал «</w:t>
            </w:r>
            <w:r>
              <w:t>P</w:t>
            </w:r>
            <w:r w:rsidRPr="00332DB8">
              <w:rPr>
                <w:lang w:val="ru-RU"/>
              </w:rPr>
              <w:t>.</w:t>
            </w:r>
            <w:r>
              <w:t>S</w:t>
            </w:r>
            <w:r w:rsidRPr="00332DB8">
              <w:rPr>
                <w:lang w:val="ru-RU"/>
              </w:rPr>
              <w:t>.7.62 -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t>3783.</w:t>
            </w:r>
          </w:p>
        </w:tc>
        <w:tc>
          <w:tcPr>
            <w:tcW w:w="2880" w:type="dxa"/>
          </w:tcPr>
          <w:p w:rsidR="006F7457" w:rsidRPr="00332DB8" w:rsidRDefault="00332DB8">
            <w:pPr>
              <w:rPr>
                <w:lang w:val="ru-RU"/>
              </w:rPr>
            </w:pPr>
            <w:r w:rsidRPr="00332DB8">
              <w:rPr>
                <w:lang w:val="ru-RU"/>
              </w:rPr>
              <w:t>Аудиоматериал «Р.</w:t>
            </w:r>
            <w:r>
              <w:t>S</w:t>
            </w:r>
            <w:r w:rsidRPr="00332DB8">
              <w:rPr>
                <w:lang w:val="ru-RU"/>
              </w:rPr>
              <w:t>.7.62 -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t>3784.</w:t>
            </w:r>
          </w:p>
        </w:tc>
        <w:tc>
          <w:tcPr>
            <w:tcW w:w="2880" w:type="dxa"/>
          </w:tcPr>
          <w:p w:rsidR="006F7457" w:rsidRPr="00332DB8" w:rsidRDefault="00332DB8">
            <w:pPr>
              <w:rPr>
                <w:lang w:val="ru-RU"/>
              </w:rPr>
            </w:pPr>
            <w:r w:rsidRPr="00332DB8">
              <w:rPr>
                <w:lang w:val="ru-RU"/>
              </w:rPr>
              <w:t>Аудиоматериал «</w:t>
            </w:r>
            <w:r>
              <w:t>P</w:t>
            </w:r>
            <w:r w:rsidRPr="00332DB8">
              <w:rPr>
                <w:lang w:val="ru-RU"/>
              </w:rPr>
              <w:t>.</w:t>
            </w:r>
            <w:r>
              <w:t>S</w:t>
            </w:r>
            <w:r w:rsidRPr="00332DB8">
              <w:rPr>
                <w:lang w:val="ru-RU"/>
              </w:rPr>
              <w:t>.7.62 -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t>3785.</w:t>
            </w:r>
          </w:p>
        </w:tc>
        <w:tc>
          <w:tcPr>
            <w:tcW w:w="2880" w:type="dxa"/>
          </w:tcPr>
          <w:p w:rsidR="006F7457" w:rsidRPr="00332DB8" w:rsidRDefault="00332DB8">
            <w:pPr>
              <w:rPr>
                <w:lang w:val="ru-RU"/>
              </w:rPr>
            </w:pPr>
            <w:r w:rsidRPr="00332DB8">
              <w:rPr>
                <w:lang w:val="ru-RU"/>
              </w:rPr>
              <w:t>Аудиоматериал «</w:t>
            </w:r>
            <w:r>
              <w:t>P</w:t>
            </w:r>
            <w:r w:rsidRPr="00332DB8">
              <w:rPr>
                <w:lang w:val="ru-RU"/>
              </w:rPr>
              <w:t>.</w:t>
            </w:r>
            <w:r>
              <w:t>S</w:t>
            </w:r>
            <w:r w:rsidRPr="00332DB8">
              <w:rPr>
                <w:lang w:val="ru-RU"/>
              </w:rPr>
              <w:t>.7.62 -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3786.</w:t>
            </w:r>
          </w:p>
        </w:tc>
        <w:tc>
          <w:tcPr>
            <w:tcW w:w="2880" w:type="dxa"/>
          </w:tcPr>
          <w:p w:rsidR="006F7457" w:rsidRPr="00332DB8" w:rsidRDefault="00332DB8">
            <w:pPr>
              <w:rPr>
                <w:lang w:val="ru-RU"/>
              </w:rPr>
            </w:pPr>
            <w:r w:rsidRPr="00332DB8">
              <w:rPr>
                <w:lang w:val="ru-RU"/>
              </w:rPr>
              <w:t>Аудиоматериал «</w:t>
            </w:r>
            <w:r>
              <w:t>P</w:t>
            </w:r>
            <w:r w:rsidRPr="00332DB8">
              <w:rPr>
                <w:lang w:val="ru-RU"/>
              </w:rPr>
              <w:t>.</w:t>
            </w:r>
            <w:r>
              <w:t>S</w:t>
            </w:r>
            <w:r w:rsidRPr="00332DB8">
              <w:rPr>
                <w:lang w:val="ru-RU"/>
              </w:rPr>
              <w:t>.7.62 -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t>3787.</w:t>
            </w:r>
          </w:p>
        </w:tc>
        <w:tc>
          <w:tcPr>
            <w:tcW w:w="2880" w:type="dxa"/>
          </w:tcPr>
          <w:p w:rsidR="006F7457" w:rsidRPr="00332DB8" w:rsidRDefault="00332DB8">
            <w:pPr>
              <w:rPr>
                <w:lang w:val="ru-RU"/>
              </w:rPr>
            </w:pPr>
            <w:r w:rsidRPr="00332DB8">
              <w:rPr>
                <w:lang w:val="ru-RU"/>
              </w:rPr>
              <w:t>Аудиоматериал «</w:t>
            </w:r>
            <w:r>
              <w:t>P</w:t>
            </w:r>
            <w:r w:rsidRPr="00332DB8">
              <w:rPr>
                <w:lang w:val="ru-RU"/>
              </w:rPr>
              <w:t>.</w:t>
            </w:r>
            <w:r>
              <w:t>S</w:t>
            </w:r>
            <w:r w:rsidRPr="00332DB8">
              <w:rPr>
                <w:lang w:val="ru-RU"/>
              </w:rPr>
              <w:t>.7.62 -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w:t>
            </w:r>
            <w:r>
              <w:t>vk</w:t>
            </w:r>
            <w:r w:rsidRPr="00332DB8">
              <w:rPr>
                <w:lang w:val="ru-RU"/>
              </w:rPr>
              <w:t>.</w:t>
            </w:r>
            <w:r>
              <w:t>com</w:t>
            </w:r>
            <w:r w:rsidRPr="00332DB8">
              <w:rPr>
                <w:lang w:val="ru-RU"/>
              </w:rPr>
              <w:t>»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t>3788.</w:t>
            </w:r>
          </w:p>
        </w:tc>
        <w:tc>
          <w:tcPr>
            <w:tcW w:w="2880" w:type="dxa"/>
          </w:tcPr>
          <w:p w:rsidR="006F7457" w:rsidRPr="00332DB8" w:rsidRDefault="00332DB8">
            <w:pPr>
              <w:rPr>
                <w:lang w:val="ru-RU"/>
              </w:rPr>
            </w:pPr>
            <w:r w:rsidRPr="00332DB8">
              <w:rPr>
                <w:lang w:val="ru-RU"/>
              </w:rPr>
              <w:t>Аудиоматериал «</w:t>
            </w:r>
            <w:r>
              <w:t>W</w:t>
            </w:r>
            <w:r w:rsidRPr="00332DB8">
              <w:rPr>
                <w:lang w:val="ru-RU"/>
              </w:rPr>
              <w:t>.</w:t>
            </w:r>
            <w:r>
              <w:t>C</w:t>
            </w:r>
            <w:r w:rsidRPr="00332DB8">
              <w:rPr>
                <w:lang w:val="ru-RU"/>
              </w:rPr>
              <w:t>.</w:t>
            </w:r>
            <w:r>
              <w:t>D</w:t>
            </w:r>
            <w:r w:rsidRPr="00332DB8">
              <w:rPr>
                <w:lang w:val="ru-RU"/>
              </w:rPr>
              <w:t>.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w:t>
            </w:r>
            <w:r>
              <w:t>vk</w:t>
            </w:r>
            <w:r w:rsidRPr="00332DB8">
              <w:rPr>
                <w:lang w:val="ru-RU"/>
              </w:rPr>
              <w:t>.</w:t>
            </w:r>
            <w:r>
              <w:t>com</w:t>
            </w:r>
            <w:r w:rsidRPr="00332DB8">
              <w:rPr>
                <w:lang w:val="ru-RU"/>
              </w:rPr>
              <w:t xml:space="preserve">» и расположенный по адресу </w:t>
            </w:r>
            <w:r>
              <w:t>http</w:t>
            </w:r>
            <w:r w:rsidRPr="00332DB8">
              <w:rPr>
                <w:lang w:val="ru-RU"/>
              </w:rPr>
              <w:t>://</w:t>
            </w:r>
            <w:r>
              <w:t>cs</w:t>
            </w:r>
            <w:r w:rsidRPr="00332DB8">
              <w:rPr>
                <w:lang w:val="ru-RU"/>
              </w:rPr>
              <w:t>5-2</w:t>
            </w:r>
            <w:r>
              <w:t>v</w:t>
            </w:r>
            <w:r w:rsidRPr="00332DB8">
              <w:rPr>
                <w:lang w:val="ru-RU"/>
              </w:rPr>
              <w:t>4.</w:t>
            </w:r>
            <w:r>
              <w:t>vk</w:t>
            </w:r>
            <w:r w:rsidRPr="00332DB8">
              <w:rPr>
                <w:lang w:val="ru-RU"/>
              </w:rPr>
              <w:t>.</w:t>
            </w:r>
            <w:r>
              <w:t>me</w:t>
            </w:r>
            <w:r w:rsidRPr="00332DB8">
              <w:rPr>
                <w:lang w:val="ru-RU"/>
              </w:rPr>
              <w:t>/</w:t>
            </w:r>
            <w:r>
              <w:t>p</w:t>
            </w:r>
            <w:r w:rsidRPr="00332DB8">
              <w:rPr>
                <w:lang w:val="ru-RU"/>
              </w:rPr>
              <w:t>26/4</w:t>
            </w:r>
            <w:r>
              <w:t>ca</w:t>
            </w:r>
            <w:r w:rsidRPr="00332DB8">
              <w:rPr>
                <w:lang w:val="ru-RU"/>
              </w:rPr>
              <w:t>776</w:t>
            </w:r>
            <w:r>
              <w:t>f</w:t>
            </w:r>
            <w:r w:rsidRPr="00332DB8">
              <w:rPr>
                <w:lang w:val="ru-RU"/>
              </w:rPr>
              <w:t>25</w:t>
            </w:r>
            <w:r>
              <w:t>d</w:t>
            </w:r>
            <w:r w:rsidRPr="00332DB8">
              <w:rPr>
                <w:lang w:val="ru-RU"/>
              </w:rPr>
              <w:t>0</w:t>
            </w:r>
            <w:r>
              <w:t>d</w:t>
            </w:r>
            <w:r w:rsidRPr="00332DB8">
              <w:rPr>
                <w:lang w:val="ru-RU"/>
              </w:rPr>
              <w:t>93.</w:t>
            </w:r>
            <w:r>
              <w:t>mp</w:t>
            </w:r>
            <w:r w:rsidRPr="00332DB8">
              <w:rPr>
                <w:lang w:val="ru-RU"/>
              </w:rPr>
              <w:t>3 (решение Благовещенского городского суда от 24.05.2016);</w:t>
            </w:r>
          </w:p>
        </w:tc>
        <w:tc>
          <w:tcPr>
            <w:tcW w:w="2880" w:type="dxa"/>
          </w:tcPr>
          <w:p w:rsidR="006F7457" w:rsidRPr="00332DB8" w:rsidRDefault="006F7457">
            <w:pPr>
              <w:rPr>
                <w:lang w:val="ru-RU"/>
              </w:rPr>
            </w:pPr>
          </w:p>
        </w:tc>
      </w:tr>
      <w:tr w:rsidR="006F7457" w:rsidRPr="005A424D">
        <w:tc>
          <w:tcPr>
            <w:tcW w:w="2880" w:type="dxa"/>
          </w:tcPr>
          <w:p w:rsidR="006F7457" w:rsidRDefault="00332DB8">
            <w:r>
              <w:t>3789.</w:t>
            </w:r>
          </w:p>
        </w:tc>
        <w:tc>
          <w:tcPr>
            <w:tcW w:w="2880" w:type="dxa"/>
          </w:tcPr>
          <w:p w:rsidR="006F7457" w:rsidRPr="00332DB8" w:rsidRDefault="00332DB8">
            <w:pPr>
              <w:rPr>
                <w:lang w:val="ru-RU"/>
              </w:rPr>
            </w:pPr>
            <w:r w:rsidRPr="00332DB8">
              <w:rPr>
                <w:lang w:val="ru-RU"/>
              </w:rPr>
              <w:t xml:space="preserve">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w:t>
            </w:r>
            <w:r>
              <w:t>https</w:t>
            </w:r>
            <w:r w:rsidRPr="00332DB8">
              <w:rPr>
                <w:lang w:val="ru-RU"/>
              </w:rPr>
              <w:t>://</w:t>
            </w:r>
            <w:r>
              <w:t>m</w:t>
            </w:r>
            <w:r w:rsidRPr="00332DB8">
              <w:rPr>
                <w:lang w:val="ru-RU"/>
              </w:rPr>
              <w:t>.</w:t>
            </w:r>
            <w:r>
              <w:t>vk</w:t>
            </w:r>
            <w:r w:rsidRPr="00332DB8">
              <w:rPr>
                <w:lang w:val="ru-RU"/>
              </w:rPr>
              <w:t>.</w:t>
            </w:r>
            <w:r>
              <w:t>com</w:t>
            </w:r>
            <w:r w:rsidRPr="00332DB8">
              <w:rPr>
                <w:lang w:val="ru-RU"/>
              </w:rPr>
              <w:t>/</w:t>
            </w:r>
            <w:r>
              <w:t>rusnazi</w:t>
            </w:r>
            <w:r w:rsidRPr="00332DB8">
              <w:rPr>
                <w:lang w:val="ru-RU"/>
              </w:rPr>
              <w:t xml:space="preserve"> (решение Чамзинского районного суда Республики Мордовия от 20.06.2016).</w:t>
            </w:r>
          </w:p>
        </w:tc>
        <w:tc>
          <w:tcPr>
            <w:tcW w:w="2880" w:type="dxa"/>
          </w:tcPr>
          <w:p w:rsidR="006F7457" w:rsidRPr="00332DB8" w:rsidRDefault="006F7457">
            <w:pPr>
              <w:rPr>
                <w:lang w:val="ru-RU"/>
              </w:rPr>
            </w:pPr>
          </w:p>
        </w:tc>
      </w:tr>
      <w:tr w:rsidR="006F7457">
        <w:tc>
          <w:tcPr>
            <w:tcW w:w="2880" w:type="dxa"/>
          </w:tcPr>
          <w:p w:rsidR="006F7457" w:rsidRDefault="00332DB8">
            <w:r>
              <w:t>3790.</w:t>
            </w:r>
          </w:p>
        </w:tc>
        <w:tc>
          <w:tcPr>
            <w:tcW w:w="2880" w:type="dxa"/>
          </w:tcPr>
          <w:p w:rsidR="006F7457" w:rsidRDefault="00332DB8">
            <w:r w:rsidRPr="00332DB8">
              <w:rPr>
                <w:lang w:val="ru-RU"/>
              </w:rPr>
              <w:t xml:space="preserve">Книга «Комментарии к трем основам» М. С. аль-Усаймин; перевод с арабского, под редакцией А.У.С. аль-Газзи, второе русское издание Свет-Ислама; Каир, 2014, 227 стр. </w:t>
            </w:r>
            <w:r>
              <w:t>(решение Альметьевского городского суда Республики Татарстан от 19.05.2016);</w:t>
            </w:r>
          </w:p>
        </w:tc>
        <w:tc>
          <w:tcPr>
            <w:tcW w:w="2880" w:type="dxa"/>
          </w:tcPr>
          <w:p w:rsidR="006F7457" w:rsidRDefault="006F7457"/>
        </w:tc>
      </w:tr>
      <w:tr w:rsidR="006F7457" w:rsidRPr="005A424D">
        <w:tc>
          <w:tcPr>
            <w:tcW w:w="2880" w:type="dxa"/>
          </w:tcPr>
          <w:p w:rsidR="006F7457" w:rsidRDefault="00332DB8">
            <w:r>
              <w:t>37</w:t>
            </w:r>
            <w:r>
              <w:lastRenderedPageBreak/>
              <w:t>91.</w:t>
            </w:r>
          </w:p>
        </w:tc>
        <w:tc>
          <w:tcPr>
            <w:tcW w:w="2880" w:type="dxa"/>
          </w:tcPr>
          <w:p w:rsidR="006F7457" w:rsidRPr="00332DB8" w:rsidRDefault="00332DB8">
            <w:pPr>
              <w:rPr>
                <w:lang w:val="ru-RU"/>
              </w:rPr>
            </w:pPr>
            <w:r w:rsidRPr="00332DB8">
              <w:rPr>
                <w:lang w:val="ru-RU"/>
              </w:rPr>
              <w:lastRenderedPageBreak/>
              <w:t xml:space="preserve">Материалы, расположенные по ссылке </w:t>
            </w:r>
            <w:r>
              <w:t>https</w:t>
            </w:r>
            <w:r w:rsidRPr="00332DB8">
              <w:rPr>
                <w:lang w:val="ru-RU"/>
              </w:rPr>
              <w:t>://</w:t>
            </w:r>
            <w:r>
              <w:t>vk</w:t>
            </w:r>
            <w:r w:rsidRPr="00332DB8">
              <w:rPr>
                <w:lang w:val="ru-RU"/>
              </w:rPr>
              <w:t>.</w:t>
            </w:r>
            <w:r>
              <w:t>com</w:t>
            </w:r>
            <w:r w:rsidRPr="00332DB8">
              <w:rPr>
                <w:lang w:val="ru-RU"/>
              </w:rPr>
              <w:t>/</w:t>
            </w:r>
            <w:r>
              <w:t>club</w:t>
            </w:r>
            <w:r w:rsidRPr="00332DB8">
              <w:rPr>
                <w:lang w:val="ru-RU"/>
              </w:rPr>
              <w:t>69588938?</w:t>
            </w:r>
            <w:r>
              <w:t>w</w:t>
            </w:r>
            <w:r w:rsidRPr="00332DB8">
              <w:rPr>
                <w:lang w:val="ru-RU"/>
              </w:rPr>
              <w:t>=</w:t>
            </w:r>
            <w:r>
              <w:t>wall</w:t>
            </w:r>
            <w:r w:rsidRPr="00332DB8">
              <w:rPr>
                <w:lang w:val="ru-RU"/>
              </w:rPr>
              <w:t>-69588938_148%2</w:t>
            </w:r>
            <w:r>
              <w:t>Fall</w:t>
            </w:r>
            <w:r w:rsidRPr="00332DB8">
              <w:rPr>
                <w:lang w:val="ru-RU"/>
              </w:rPr>
              <w:t xml:space="preserve"> (решение </w:t>
            </w:r>
            <w:r w:rsidRPr="00332DB8">
              <w:rPr>
                <w:lang w:val="ru-RU"/>
              </w:rPr>
              <w:lastRenderedPageBreak/>
              <w:t>Советского районного суда г. Брянска от 30.05.2016);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3792.</w:t>
            </w:r>
          </w:p>
        </w:tc>
        <w:tc>
          <w:tcPr>
            <w:tcW w:w="2880" w:type="dxa"/>
          </w:tcPr>
          <w:p w:rsidR="006F7457" w:rsidRPr="00332DB8" w:rsidRDefault="00332DB8">
            <w:pPr>
              <w:rPr>
                <w:lang w:val="ru-RU"/>
              </w:rPr>
            </w:pPr>
            <w:r w:rsidRPr="00332DB8">
              <w:rPr>
                <w:lang w:val="ru-RU"/>
              </w:rPr>
              <w:t xml:space="preserve">Материалы, расположенные по ссылке </w:t>
            </w:r>
            <w:r>
              <w:t>https</w:t>
            </w:r>
            <w:r w:rsidRPr="00332DB8">
              <w:rPr>
                <w:lang w:val="ru-RU"/>
              </w:rPr>
              <w:t>://</w:t>
            </w:r>
            <w:r>
              <w:t>vk</w:t>
            </w:r>
            <w:r w:rsidRPr="00332DB8">
              <w:rPr>
                <w:lang w:val="ru-RU"/>
              </w:rPr>
              <w:t>.</w:t>
            </w:r>
            <w:r>
              <w:t>com</w:t>
            </w:r>
            <w:r w:rsidRPr="00332DB8">
              <w:rPr>
                <w:lang w:val="ru-RU"/>
              </w:rPr>
              <w:t>/</w:t>
            </w:r>
            <w:r>
              <w:t>club</w:t>
            </w:r>
            <w:r w:rsidRPr="00332DB8">
              <w:rPr>
                <w:lang w:val="ru-RU"/>
              </w:rPr>
              <w:t>69588938?</w:t>
            </w:r>
            <w:r>
              <w:t>w</w:t>
            </w:r>
            <w:r w:rsidRPr="00332DB8">
              <w:rPr>
                <w:lang w:val="ru-RU"/>
              </w:rPr>
              <w:t>=</w:t>
            </w:r>
            <w:r>
              <w:t>wall</w:t>
            </w:r>
            <w:r w:rsidRPr="00332DB8">
              <w:rPr>
                <w:lang w:val="ru-RU"/>
              </w:rPr>
              <w:t>-69588938_151%2</w:t>
            </w:r>
            <w:r>
              <w:t>Fall</w:t>
            </w:r>
            <w:r w:rsidRPr="00332DB8">
              <w:rPr>
                <w:lang w:val="ru-RU"/>
              </w:rPr>
              <w:t xml:space="preserve"> (решение Советского районного суда г. Брянска от 30.05.2016);</w:t>
            </w:r>
          </w:p>
        </w:tc>
        <w:tc>
          <w:tcPr>
            <w:tcW w:w="2880" w:type="dxa"/>
          </w:tcPr>
          <w:p w:rsidR="006F7457" w:rsidRPr="00332DB8" w:rsidRDefault="006F7457">
            <w:pPr>
              <w:rPr>
                <w:lang w:val="ru-RU"/>
              </w:rPr>
            </w:pPr>
          </w:p>
        </w:tc>
      </w:tr>
      <w:tr w:rsidR="006F7457" w:rsidRPr="005A424D">
        <w:tc>
          <w:tcPr>
            <w:tcW w:w="2880" w:type="dxa"/>
          </w:tcPr>
          <w:p w:rsidR="006F7457" w:rsidRDefault="00332DB8">
            <w:r>
              <w:t>3793.</w:t>
            </w:r>
          </w:p>
        </w:tc>
        <w:tc>
          <w:tcPr>
            <w:tcW w:w="2880" w:type="dxa"/>
          </w:tcPr>
          <w:p w:rsidR="006F7457" w:rsidRPr="00332DB8" w:rsidRDefault="00332DB8">
            <w:pPr>
              <w:rPr>
                <w:lang w:val="ru-RU"/>
              </w:rPr>
            </w:pPr>
            <w:r w:rsidRPr="00332DB8">
              <w:rPr>
                <w:lang w:val="ru-RU"/>
              </w:rPr>
              <w:t xml:space="preserve">Видеозапись «Правда о скинхедах – ВСЕМ кто сомневается смотреть!», продолжительностью 07 мин.42 сек., размещенная на странице </w:t>
            </w:r>
            <w:r>
              <w:t>http</w:t>
            </w:r>
            <w:r w:rsidRPr="00332DB8">
              <w:rPr>
                <w:lang w:val="ru-RU"/>
              </w:rPr>
              <w:t>://</w:t>
            </w:r>
            <w:r>
              <w:t>vk</w:t>
            </w:r>
            <w:r w:rsidRPr="00332DB8">
              <w:rPr>
                <w:lang w:val="ru-RU"/>
              </w:rPr>
              <w:t>/</w:t>
            </w:r>
            <w:r>
              <w:t>com</w:t>
            </w:r>
            <w:r w:rsidRPr="00332DB8">
              <w:rPr>
                <w:lang w:val="ru-RU"/>
              </w:rPr>
              <w:t>/</w:t>
            </w:r>
            <w:r>
              <w:t>jd</w:t>
            </w:r>
            <w:r w:rsidRPr="00332DB8">
              <w:rPr>
                <w:lang w:val="ru-RU"/>
              </w:rPr>
              <w:t>31189746 социальной сети «ВКонтакте» сети интернет (решение Воркутинского городского суда Республики Коми от 14.04.2016);</w:t>
            </w:r>
          </w:p>
        </w:tc>
        <w:tc>
          <w:tcPr>
            <w:tcW w:w="2880" w:type="dxa"/>
          </w:tcPr>
          <w:p w:rsidR="006F7457" w:rsidRPr="00332DB8" w:rsidRDefault="006F7457">
            <w:pPr>
              <w:rPr>
                <w:lang w:val="ru-RU"/>
              </w:rPr>
            </w:pPr>
          </w:p>
        </w:tc>
      </w:tr>
      <w:tr w:rsidR="006F7457" w:rsidRPr="005A424D">
        <w:tc>
          <w:tcPr>
            <w:tcW w:w="2880" w:type="dxa"/>
          </w:tcPr>
          <w:p w:rsidR="006F7457" w:rsidRDefault="00332DB8">
            <w:r>
              <w:t>3794.</w:t>
            </w:r>
          </w:p>
        </w:tc>
        <w:tc>
          <w:tcPr>
            <w:tcW w:w="2880" w:type="dxa"/>
          </w:tcPr>
          <w:p w:rsidR="006F7457" w:rsidRPr="00332DB8" w:rsidRDefault="00332DB8">
            <w:pPr>
              <w:rPr>
                <w:lang w:val="ru-RU"/>
              </w:rPr>
            </w:pPr>
            <w:r w:rsidRPr="00332DB8">
              <w:rPr>
                <w:lang w:val="ru-RU"/>
              </w:rPr>
              <w:t>Видеоролик «Акыда Исламского Государства со слов Абу Умара аль-Багдадий-</w:t>
            </w:r>
            <w:r>
              <w:t>Mp</w:t>
            </w:r>
            <w:r w:rsidRPr="00332DB8">
              <w:rPr>
                <w:lang w:val="ru-RU"/>
              </w:rPr>
              <w:t>4-360</w:t>
            </w:r>
            <w:r>
              <w:t>p</w:t>
            </w:r>
            <w:r w:rsidRPr="00332DB8">
              <w:rPr>
                <w:lang w:val="ru-RU"/>
              </w:rPr>
              <w:t>», размещенный в сети Интернет в социальной сети «ВКонтакте» на Интернет-странице по электронному адресу:.</w:t>
            </w:r>
            <w:r>
              <w:t>www</w:t>
            </w:r>
            <w:r w:rsidRPr="00332DB8">
              <w:rPr>
                <w:lang w:val="ru-RU"/>
              </w:rPr>
              <w:t>.</w:t>
            </w:r>
            <w:r>
              <w:t>vk</w:t>
            </w:r>
            <w:r w:rsidRPr="00332DB8">
              <w:rPr>
                <w:lang w:val="ru-RU"/>
              </w:rPr>
              <w:t>.</w:t>
            </w:r>
            <w:r>
              <w:t>com</w:t>
            </w:r>
            <w:r w:rsidRPr="00332DB8">
              <w:rPr>
                <w:lang w:val="ru-RU"/>
              </w:rPr>
              <w:t>/319062955 (решение Центрального районного суда г. Тюмени от 21.03.2016);</w:t>
            </w:r>
          </w:p>
        </w:tc>
        <w:tc>
          <w:tcPr>
            <w:tcW w:w="2880" w:type="dxa"/>
          </w:tcPr>
          <w:p w:rsidR="006F7457" w:rsidRPr="00332DB8" w:rsidRDefault="006F7457">
            <w:pPr>
              <w:rPr>
                <w:lang w:val="ru-RU"/>
              </w:rPr>
            </w:pPr>
          </w:p>
        </w:tc>
      </w:tr>
      <w:tr w:rsidR="006F7457">
        <w:tc>
          <w:tcPr>
            <w:tcW w:w="2880" w:type="dxa"/>
          </w:tcPr>
          <w:p w:rsidR="006F7457" w:rsidRDefault="00332DB8">
            <w:r>
              <w:t>3795.</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3796.</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lastRenderedPageBreak/>
              <w:t>3797.</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3798.</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3799.</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3800.</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3801.</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380</w:t>
            </w:r>
            <w:r>
              <w:lastRenderedPageBreak/>
              <w:t>2.</w:t>
            </w:r>
          </w:p>
        </w:tc>
        <w:tc>
          <w:tcPr>
            <w:tcW w:w="2880" w:type="dxa"/>
          </w:tcPr>
          <w:p w:rsidR="006F7457" w:rsidRDefault="00332DB8">
            <w:r>
              <w:lastRenderedPageBreak/>
              <w:t>Исключён</w:t>
            </w:r>
          </w:p>
        </w:tc>
        <w:tc>
          <w:tcPr>
            <w:tcW w:w="2880" w:type="dxa"/>
          </w:tcPr>
          <w:p w:rsidR="006F7457" w:rsidRDefault="006F7457"/>
        </w:tc>
      </w:tr>
      <w:tr w:rsidR="006F7457">
        <w:tc>
          <w:tcPr>
            <w:tcW w:w="2880" w:type="dxa"/>
          </w:tcPr>
          <w:p w:rsidR="006F7457" w:rsidRDefault="00332DB8">
            <w:r>
              <w:lastRenderedPageBreak/>
              <w:t>3803.</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3804.</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3805.</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3806.</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3807.</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lastRenderedPageBreak/>
              <w:t>3808.</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3809.</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3810.</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3811.</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3812.</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381</w:t>
            </w:r>
            <w:r>
              <w:lastRenderedPageBreak/>
              <w:t>3.</w:t>
            </w:r>
          </w:p>
        </w:tc>
        <w:tc>
          <w:tcPr>
            <w:tcW w:w="2880" w:type="dxa"/>
          </w:tcPr>
          <w:p w:rsidR="006F7457" w:rsidRDefault="00332DB8">
            <w:r>
              <w:lastRenderedPageBreak/>
              <w:t>Исключён</w:t>
            </w:r>
          </w:p>
        </w:tc>
        <w:tc>
          <w:tcPr>
            <w:tcW w:w="2880" w:type="dxa"/>
          </w:tcPr>
          <w:p w:rsidR="006F7457" w:rsidRDefault="006F7457"/>
        </w:tc>
      </w:tr>
      <w:tr w:rsidR="006F7457">
        <w:tc>
          <w:tcPr>
            <w:tcW w:w="2880" w:type="dxa"/>
          </w:tcPr>
          <w:p w:rsidR="006F7457" w:rsidRDefault="00332DB8">
            <w:r>
              <w:lastRenderedPageBreak/>
              <w:t>3814.</w:t>
            </w:r>
          </w:p>
        </w:tc>
        <w:tc>
          <w:tcPr>
            <w:tcW w:w="2880" w:type="dxa"/>
          </w:tcPr>
          <w:p w:rsidR="006F7457" w:rsidRDefault="00332DB8">
            <w:r>
              <w:t>Исключён</w:t>
            </w:r>
          </w:p>
        </w:tc>
        <w:tc>
          <w:tcPr>
            <w:tcW w:w="2880" w:type="dxa"/>
          </w:tcPr>
          <w:p w:rsidR="006F7457" w:rsidRDefault="006F7457"/>
        </w:tc>
      </w:tr>
      <w:tr w:rsidR="006F7457" w:rsidRPr="005A424D">
        <w:tc>
          <w:tcPr>
            <w:tcW w:w="2880" w:type="dxa"/>
          </w:tcPr>
          <w:p w:rsidR="006F7457" w:rsidRDefault="00332DB8">
            <w:r>
              <w:t>3815.</w:t>
            </w:r>
          </w:p>
        </w:tc>
        <w:tc>
          <w:tcPr>
            <w:tcW w:w="2880" w:type="dxa"/>
          </w:tcPr>
          <w:p w:rsidR="006F7457" w:rsidRPr="00332DB8" w:rsidRDefault="00332DB8">
            <w:pPr>
              <w:rPr>
                <w:lang w:val="ru-RU"/>
              </w:rPr>
            </w:pPr>
            <w:r w:rsidRPr="00332DB8">
              <w:rPr>
                <w:lang w:val="ru-RU"/>
              </w:rPr>
              <w:t xml:space="preserve">Аудио и видеофайлы под наименованием «Речь Максима Базылева – Россия будет русской или безлюдной, попробуйте ее отнять у меня!» информацию Интернет-сайта в сети «Интернет» на странице с </w:t>
            </w:r>
            <w:r>
              <w:t>URL</w:t>
            </w:r>
            <w:r w:rsidRPr="00332DB8">
              <w:rPr>
                <w:lang w:val="ru-RU"/>
              </w:rPr>
              <w:t xml:space="preserve">-адресу: видеозапись: </w:t>
            </w:r>
            <w:r>
              <w:t>https</w:t>
            </w:r>
            <w:r w:rsidRPr="00332DB8">
              <w:rPr>
                <w:lang w:val="ru-RU"/>
              </w:rPr>
              <w:t>://</w:t>
            </w:r>
            <w:r>
              <w:t>vk</w:t>
            </w:r>
            <w:r w:rsidRPr="00332DB8">
              <w:rPr>
                <w:lang w:val="ru-RU"/>
              </w:rPr>
              <w:t>.</w:t>
            </w:r>
            <w:r>
              <w:t>com</w:t>
            </w:r>
            <w:r w:rsidRPr="00332DB8">
              <w:rPr>
                <w:lang w:val="ru-RU"/>
              </w:rPr>
              <w:t>/</w:t>
            </w:r>
            <w:r>
              <w:t>video</w:t>
            </w:r>
            <w:r w:rsidRPr="00332DB8">
              <w:rPr>
                <w:lang w:val="ru-RU"/>
              </w:rPr>
              <w:t>260059_170761832;</w:t>
            </w:r>
            <w:r>
              <w:t>https</w:t>
            </w:r>
            <w:r w:rsidRPr="00332DB8">
              <w:rPr>
                <w:lang w:val="ru-RU"/>
              </w:rPr>
              <w:t>://</w:t>
            </w:r>
            <w:r>
              <w:t>vk</w:t>
            </w:r>
            <w:r w:rsidRPr="00332DB8">
              <w:rPr>
                <w:lang w:val="ru-RU"/>
              </w:rPr>
              <w:t>.</w:t>
            </w:r>
            <w:r>
              <w:t>com</w:t>
            </w:r>
            <w:r w:rsidRPr="00332DB8">
              <w:rPr>
                <w:lang w:val="ru-RU"/>
              </w:rPr>
              <w:t>/</w:t>
            </w:r>
            <w:r>
              <w:t>search</w:t>
            </w:r>
            <w:r w:rsidRPr="00332DB8">
              <w:rPr>
                <w:lang w:val="ru-RU"/>
              </w:rPr>
              <w:t>?</w:t>
            </w:r>
            <w:r>
              <w:t>c</w:t>
            </w:r>
            <w:r w:rsidRPr="00332DB8">
              <w:rPr>
                <w:lang w:val="ru-RU"/>
              </w:rPr>
              <w:t>%5</w:t>
            </w:r>
            <w:r>
              <w:t>Bq</w:t>
            </w:r>
            <w:r w:rsidRPr="00332DB8">
              <w:rPr>
                <w:lang w:val="ru-RU"/>
              </w:rPr>
              <w:t>%5</w:t>
            </w:r>
            <w:r>
              <w:t>D</w:t>
            </w:r>
            <w:r w:rsidRPr="00332DB8">
              <w:rPr>
                <w:lang w:val="ru-RU"/>
              </w:rPr>
              <w:t>=%</w:t>
            </w:r>
            <w:r>
              <w:t>D</w:t>
            </w:r>
            <w:r w:rsidRPr="00332DB8">
              <w:rPr>
                <w:lang w:val="ru-RU"/>
              </w:rPr>
              <w:t>1%80%</w:t>
            </w:r>
            <w:r>
              <w:t>D</w:t>
            </w:r>
            <w:r w:rsidRPr="00332DB8">
              <w:rPr>
                <w:lang w:val="ru-RU"/>
              </w:rPr>
              <w:t>0%</w:t>
            </w:r>
            <w:r>
              <w:t>B</w:t>
            </w:r>
            <w:r w:rsidRPr="00332DB8">
              <w:rPr>
                <w:lang w:val="ru-RU"/>
              </w:rPr>
              <w:t>5%</w:t>
            </w:r>
            <w:r>
              <w:t>D</w:t>
            </w:r>
            <w:r w:rsidRPr="00332DB8">
              <w:rPr>
                <w:lang w:val="ru-RU"/>
              </w:rPr>
              <w:t>1%87%</w:t>
            </w:r>
            <w:r>
              <w:t>D</w:t>
            </w:r>
            <w:r w:rsidRPr="00332DB8">
              <w:rPr>
                <w:lang w:val="ru-RU"/>
              </w:rPr>
              <w:t>1%8</w:t>
            </w:r>
            <w:r>
              <w:t>C</w:t>
            </w:r>
            <w:r w:rsidRPr="00332DB8">
              <w:rPr>
                <w:lang w:val="ru-RU"/>
              </w:rPr>
              <w:t>%20%</w:t>
            </w:r>
            <w:r>
              <w:t>D</w:t>
            </w:r>
            <w:r w:rsidRPr="00332DB8">
              <w:rPr>
                <w:lang w:val="ru-RU"/>
              </w:rPr>
              <w:t>0%</w:t>
            </w:r>
            <w:r>
              <w:t>BC</w:t>
            </w:r>
            <w:r w:rsidRPr="00332DB8">
              <w:rPr>
                <w:lang w:val="ru-RU"/>
              </w:rPr>
              <w:t>%</w:t>
            </w:r>
            <w:r>
              <w:t>D</w:t>
            </w:r>
            <w:r w:rsidRPr="00332DB8">
              <w:rPr>
                <w:lang w:val="ru-RU"/>
              </w:rPr>
              <w:t>0%</w:t>
            </w:r>
            <w:r>
              <w:t>B</w:t>
            </w:r>
            <w:r w:rsidRPr="00332DB8">
              <w:rPr>
                <w:lang w:val="ru-RU"/>
              </w:rPr>
              <w:t>0%</w:t>
            </w:r>
            <w:r>
              <w:t>D</w:t>
            </w:r>
            <w:r w:rsidRPr="00332DB8">
              <w:rPr>
                <w:lang w:val="ru-RU"/>
              </w:rPr>
              <w:t>0%</w:t>
            </w:r>
            <w:r>
              <w:t>BA</w:t>
            </w:r>
            <w:r w:rsidRPr="00332DB8">
              <w:rPr>
                <w:lang w:val="ru-RU"/>
              </w:rPr>
              <w:t>%</w:t>
            </w:r>
            <w:r>
              <w:t>D</w:t>
            </w:r>
            <w:r w:rsidRPr="00332DB8">
              <w:rPr>
                <w:lang w:val="ru-RU"/>
              </w:rPr>
              <w:t>1%81%</w:t>
            </w:r>
            <w:r>
              <w:t>D</w:t>
            </w:r>
            <w:r w:rsidRPr="00332DB8">
              <w:rPr>
                <w:lang w:val="ru-RU"/>
              </w:rPr>
              <w:t>0%</w:t>
            </w:r>
            <w:r>
              <w:t>B</w:t>
            </w:r>
            <w:r w:rsidRPr="00332DB8">
              <w:rPr>
                <w:lang w:val="ru-RU"/>
              </w:rPr>
              <w:t>8%</w:t>
            </w:r>
            <w:r>
              <w:t>D</w:t>
            </w:r>
            <w:r w:rsidRPr="00332DB8">
              <w:rPr>
                <w:lang w:val="ru-RU"/>
              </w:rPr>
              <w:t>0%</w:t>
            </w:r>
            <w:r>
              <w:t>BC</w:t>
            </w:r>
            <w:r w:rsidRPr="00332DB8">
              <w:rPr>
                <w:lang w:val="ru-RU"/>
              </w:rPr>
              <w:t>%</w:t>
            </w:r>
            <w:r>
              <w:t>D</w:t>
            </w:r>
            <w:r w:rsidRPr="00332DB8">
              <w:rPr>
                <w:lang w:val="ru-RU"/>
              </w:rPr>
              <w:t>0%</w:t>
            </w:r>
            <w:r>
              <w:t>B</w:t>
            </w:r>
            <w:r w:rsidRPr="00332DB8">
              <w:rPr>
                <w:lang w:val="ru-RU"/>
              </w:rPr>
              <w:t>0%20%</w:t>
            </w:r>
            <w:r>
              <w:t>D</w:t>
            </w:r>
            <w:r w:rsidRPr="00332DB8">
              <w:rPr>
                <w:lang w:val="ru-RU"/>
              </w:rPr>
              <w:t>0%</w:t>
            </w:r>
            <w:r>
              <w:t>B</w:t>
            </w:r>
            <w:r w:rsidRPr="00332DB8">
              <w:rPr>
                <w:lang w:val="ru-RU"/>
              </w:rPr>
              <w:t>1%</w:t>
            </w:r>
            <w:r>
              <w:t>D</w:t>
            </w:r>
            <w:r w:rsidRPr="00332DB8">
              <w:rPr>
                <w:lang w:val="ru-RU"/>
              </w:rPr>
              <w:t>0%</w:t>
            </w:r>
            <w:r>
              <w:t>B</w:t>
            </w:r>
            <w:r w:rsidRPr="00332DB8">
              <w:rPr>
                <w:lang w:val="ru-RU"/>
              </w:rPr>
              <w:t>0%</w:t>
            </w:r>
            <w:r>
              <w:t>D</w:t>
            </w:r>
            <w:r w:rsidRPr="00332DB8">
              <w:rPr>
                <w:lang w:val="ru-RU"/>
              </w:rPr>
              <w:t>0%</w:t>
            </w:r>
            <w:r>
              <w:t>B</w:t>
            </w:r>
            <w:r w:rsidRPr="00332DB8">
              <w:rPr>
                <w:lang w:val="ru-RU"/>
              </w:rPr>
              <w:t>7%</w:t>
            </w:r>
            <w:r>
              <w:t>D</w:t>
            </w:r>
            <w:r w:rsidRPr="00332DB8">
              <w:rPr>
                <w:lang w:val="ru-RU"/>
              </w:rPr>
              <w:t>1%8</w:t>
            </w:r>
            <w:r>
              <w:t>B</w:t>
            </w:r>
            <w:r w:rsidRPr="00332DB8">
              <w:rPr>
                <w:lang w:val="ru-RU"/>
              </w:rPr>
              <w:t>%</w:t>
            </w:r>
            <w:r>
              <w:t>D</w:t>
            </w:r>
            <w:r w:rsidRPr="00332DB8">
              <w:rPr>
                <w:lang w:val="ru-RU"/>
              </w:rPr>
              <w:t>0%</w:t>
            </w:r>
            <w:r>
              <w:t>BB</w:t>
            </w:r>
            <w:r w:rsidRPr="00332DB8">
              <w:rPr>
                <w:lang w:val="ru-RU"/>
              </w:rPr>
              <w:t>%</w:t>
            </w:r>
            <w:r>
              <w:t>D</w:t>
            </w:r>
            <w:r w:rsidRPr="00332DB8">
              <w:rPr>
                <w:lang w:val="ru-RU"/>
              </w:rPr>
              <w:t>0%</w:t>
            </w:r>
            <w:r>
              <w:t>B</w:t>
            </w:r>
            <w:r w:rsidRPr="00332DB8">
              <w:rPr>
                <w:lang w:val="ru-RU"/>
              </w:rPr>
              <w:t>5%</w:t>
            </w:r>
            <w:r>
              <w:t>D</w:t>
            </w:r>
            <w:r w:rsidRPr="00332DB8">
              <w:rPr>
                <w:lang w:val="ru-RU"/>
              </w:rPr>
              <w:t xml:space="preserve">0% </w:t>
            </w:r>
            <w:r>
              <w:t>B</w:t>
            </w:r>
            <w:r w:rsidRPr="00332DB8">
              <w:rPr>
                <w:lang w:val="ru-RU"/>
              </w:rPr>
              <w:t>2%</w:t>
            </w:r>
            <w:r>
              <w:t>D</w:t>
            </w:r>
            <w:r w:rsidRPr="00332DB8">
              <w:rPr>
                <w:lang w:val="ru-RU"/>
              </w:rPr>
              <w:t>0%</w:t>
            </w:r>
            <w:r>
              <w:t>B</w:t>
            </w:r>
            <w:r w:rsidRPr="00332DB8">
              <w:rPr>
                <w:lang w:val="ru-RU"/>
              </w:rPr>
              <w:t>0&amp;</w:t>
            </w:r>
            <w:r>
              <w:t>c</w:t>
            </w:r>
            <w:r w:rsidRPr="00332DB8">
              <w:rPr>
                <w:lang w:val="ru-RU"/>
              </w:rPr>
              <w:t>%5</w:t>
            </w:r>
            <w:r>
              <w:t>Bsection</w:t>
            </w:r>
            <w:r w:rsidRPr="00332DB8">
              <w:rPr>
                <w:lang w:val="ru-RU"/>
              </w:rPr>
              <w:t>%5</w:t>
            </w:r>
            <w:r>
              <w:t>D</w:t>
            </w:r>
            <w:r w:rsidRPr="00332DB8">
              <w:rPr>
                <w:lang w:val="ru-RU"/>
              </w:rPr>
              <w:t>=</w:t>
            </w:r>
            <w:r>
              <w:t>video</w:t>
            </w:r>
            <w:r w:rsidRPr="00332DB8">
              <w:rPr>
                <w:lang w:val="ru-RU"/>
              </w:rPr>
              <w:t>&amp;</w:t>
            </w:r>
            <w:r>
              <w:t>z</w:t>
            </w:r>
            <w:r w:rsidRPr="00332DB8">
              <w:rPr>
                <w:lang w:val="ru-RU"/>
              </w:rPr>
              <w:t>=</w:t>
            </w:r>
            <w:r>
              <w:t>videol</w:t>
            </w:r>
            <w:r w:rsidRPr="00332DB8">
              <w:rPr>
                <w:lang w:val="ru-RU"/>
              </w:rPr>
              <w:t xml:space="preserve">52613099_170999633;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=7</w:t>
            </w:r>
            <w:r>
              <w:t>ArrcwsS</w:t>
            </w:r>
            <w:r w:rsidRPr="00332DB8">
              <w:rPr>
                <w:lang w:val="ru-RU"/>
              </w:rPr>
              <w:t>8</w:t>
            </w:r>
            <w:r>
              <w:t>p</w:t>
            </w:r>
            <w:r w:rsidRPr="00332DB8">
              <w:rPr>
                <w:lang w:val="ru-RU"/>
              </w:rPr>
              <w:t>4 (решение Ворошиловского районного суда г. Волгограда от 27.06.2016);</w:t>
            </w:r>
          </w:p>
        </w:tc>
        <w:tc>
          <w:tcPr>
            <w:tcW w:w="2880" w:type="dxa"/>
          </w:tcPr>
          <w:p w:rsidR="006F7457" w:rsidRPr="00332DB8" w:rsidRDefault="006F7457">
            <w:pPr>
              <w:rPr>
                <w:lang w:val="ru-RU"/>
              </w:rPr>
            </w:pPr>
          </w:p>
        </w:tc>
      </w:tr>
      <w:tr w:rsidR="006F7457">
        <w:tc>
          <w:tcPr>
            <w:tcW w:w="2880" w:type="dxa"/>
          </w:tcPr>
          <w:p w:rsidR="006F7457" w:rsidRDefault="00332DB8">
            <w:r>
              <w:t>3816.</w:t>
            </w:r>
          </w:p>
        </w:tc>
        <w:tc>
          <w:tcPr>
            <w:tcW w:w="2880" w:type="dxa"/>
          </w:tcPr>
          <w:p w:rsidR="006F7457" w:rsidRDefault="00332DB8">
            <w:r>
              <w:t xml:space="preserve">Аудиозапись: http://muzofon.com/search/%D0%A0%D0%B5%D1%87%D1%8C%20%D0%9C%D0%B0%D0%BA%D1%81%D0%B8%D0%BC%D0%B0%20%D0%91%D0%B0%D0%B7%D1%8B%D0%BB%D0%B5%D0%B2%D0%B0;http://stop- mp3.com/play_online.php?eq=eyJhIjoiXHUwNDIwXHUwNDE1XHUwNDI3XHUwN DJjLVx1MDQxYtx1MDQxMFx1MDQxYVx1MDQyMVx1MDQxOFx1MDQxY1x1M DQxMC1cdTA0MTFcdTA0MTBcdTA0MTdcdTA0MmJcdTA0MWJcdTA0MTVcdTA0 MTJcdTA0MTAiLCJjcyI6IjUzNjQwNHY0IiwiaXBwcm90X2EiOiI1NDJkZGUy YjcyZGM3N2UwOTYxYjY0NzI0N2E4YTNmMyIsImlwcHJvdF9xIjoxNDYwNDQ3O Dc0LCJrIjoiODQxNjIwODAiLCJuIjoiZDQwZmFiZDU2YzlkIiwibm4iOiJcdT A0MjBcdTA0MWVcdTA0MjFcdTA0MjFcdTA0MThcdTA0MmYtXHUwNDExXH UwNDIzXHUwNDE0XHUwNDE1XHUwNDIyLVx1MDQyMFx1MDQyM1x1MDQy MVx1MDQyMVx1MDQxYVx1MDQxZVx1MDQxOS1cdTA0MThcdTA0MWJcdTA 0MTgtXHUwNDExXHUwNDE1XHUwNDE3XHUwNDFiXHUwNDJlXHUwNDE0X HUwNDFkXHUwNDFlXHUwNDE5LC1cdTA0MWZcdTA0MWVcdTA0MWZcdTA </w:t>
            </w:r>
            <w:r>
              <w:lastRenderedPageBreak/>
              <w:t>0MjBcdTA0MWVcdTA0MTFcdTA0MjNcdTA0MTlcdTA0MjJcdTA0MTUtXHUw NDFlXHUwNDIyXHUwNDFkXHUwNDJmXHUwNDIyXHUwNDJjLVx1MDQxNVx 1MDQwMS1cdTA0MjMtXHUwNDFjXHUwNDE1XHUwNDFkXHUwNDJmJiMzMz siLCJzaCI6IjIwZThmY2NmNGYzZThiZTEyZWVhMzJhZjNiOWRhMzFkIiwidSI6Ijg0 MTYyMDgwIn0%3D;http://vmusice.net/mp3/%El%E0%E7%FB%EB%E5%E2%E0; https://vk.com/search?c%5Bq%5D=%D1%80%D0%B5%D1%87%D1%8C%20%D0%BC%D0%B0%D0%BA%D1%81%D0%B8%D0%BC%D0%B0%20%D0%В1%D0% B0%D0%B7%D1%8B%D0%BB%D0%B5%D0%B2%D0%B0&amp;c%5Bsection% 5D=audio (решение Ворошиловского районного суда г. Волгограда от 27.06.2016);</w:t>
            </w:r>
          </w:p>
        </w:tc>
        <w:tc>
          <w:tcPr>
            <w:tcW w:w="2880" w:type="dxa"/>
          </w:tcPr>
          <w:p w:rsidR="006F7457" w:rsidRDefault="006F7457"/>
        </w:tc>
      </w:tr>
      <w:tr w:rsidR="006F7457" w:rsidRPr="005A424D">
        <w:tc>
          <w:tcPr>
            <w:tcW w:w="2880" w:type="dxa"/>
          </w:tcPr>
          <w:p w:rsidR="006F7457" w:rsidRDefault="00332DB8">
            <w:r>
              <w:lastRenderedPageBreak/>
              <w:t>3817.</w:t>
            </w:r>
          </w:p>
        </w:tc>
        <w:tc>
          <w:tcPr>
            <w:tcW w:w="2880" w:type="dxa"/>
          </w:tcPr>
          <w:p w:rsidR="006F7457" w:rsidRPr="00332DB8" w:rsidRDefault="00332DB8">
            <w:pPr>
              <w:rPr>
                <w:lang w:val="ru-RU"/>
              </w:rPr>
            </w:pPr>
            <w:r w:rsidRPr="00332DB8">
              <w:rPr>
                <w:lang w:val="ru-RU"/>
              </w:rPr>
              <w:t xml:space="preserve">Видеофайл «Максим Базылев – Скромный герой» размещенный в сети Интернет по следующим электронным адресам: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fSqq</w:t>
            </w:r>
            <w:r w:rsidRPr="00332DB8">
              <w:rPr>
                <w:lang w:val="ru-RU"/>
              </w:rPr>
              <w:t>5</w:t>
            </w:r>
            <w:r>
              <w:t>UMgVTc</w:t>
            </w:r>
            <w:r w:rsidRPr="00332DB8">
              <w:rPr>
                <w:lang w:val="ru-RU"/>
              </w:rPr>
              <w:t xml:space="preserve">;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=_</w:t>
            </w:r>
            <w:r>
              <w:t>noUA</w:t>
            </w:r>
            <w:r w:rsidRPr="00332DB8">
              <w:rPr>
                <w:lang w:val="ru-RU"/>
              </w:rPr>
              <w:t>6</w:t>
            </w:r>
            <w:r>
              <w:t>Y</w:t>
            </w:r>
            <w:r w:rsidRPr="00332DB8">
              <w:rPr>
                <w:lang w:val="ru-RU"/>
              </w:rPr>
              <w:t>52</w:t>
            </w:r>
            <w:r>
              <w:t>Fk</w:t>
            </w:r>
            <w:r w:rsidRPr="00332DB8">
              <w:rPr>
                <w:lang w:val="ru-RU"/>
              </w:rPr>
              <w:t xml:space="preserve">; </w:t>
            </w:r>
            <w:r>
              <w:t>http</w:t>
            </w:r>
            <w:r w:rsidRPr="00332DB8">
              <w:rPr>
                <w:lang w:val="ru-RU"/>
              </w:rPr>
              <w:t>://</w:t>
            </w:r>
            <w:r>
              <w:t>fans</w:t>
            </w:r>
            <w:r w:rsidRPr="00332DB8">
              <w:rPr>
                <w:lang w:val="ru-RU"/>
              </w:rPr>
              <w:t>-</w:t>
            </w:r>
            <w:r>
              <w:t>edge</w:t>
            </w:r>
            <w:r w:rsidRPr="00332DB8">
              <w:rPr>
                <w:lang w:val="ru-RU"/>
              </w:rPr>
              <w:t>.</w:t>
            </w:r>
            <w:r>
              <w:t>info</w:t>
            </w:r>
            <w:r w:rsidRPr="00332DB8">
              <w:rPr>
                <w:lang w:val="ru-RU"/>
              </w:rPr>
              <w:t>/</w:t>
            </w:r>
            <w:r>
              <w:t>dokumentalnyj</w:t>
            </w:r>
            <w:r w:rsidRPr="00332DB8">
              <w:rPr>
                <w:lang w:val="ru-RU"/>
              </w:rPr>
              <w:t>-</w:t>
            </w:r>
            <w:r>
              <w:t>film</w:t>
            </w:r>
            <w:r w:rsidRPr="00332DB8">
              <w:rPr>
                <w:lang w:val="ru-RU"/>
              </w:rPr>
              <w:t>-</w:t>
            </w:r>
            <w:r>
              <w:t>maksim</w:t>
            </w:r>
            <w:r w:rsidRPr="00332DB8">
              <w:rPr>
                <w:lang w:val="ru-RU"/>
              </w:rPr>
              <w:t>-</w:t>
            </w:r>
            <w:r>
              <w:t>bazylev</w:t>
            </w:r>
            <w:r w:rsidRPr="00332DB8">
              <w:rPr>
                <w:lang w:val="ru-RU"/>
              </w:rPr>
              <w:t>-</w:t>
            </w:r>
            <w:r>
              <w:t>skromnyj</w:t>
            </w:r>
            <w:r w:rsidRPr="00332DB8">
              <w:rPr>
                <w:lang w:val="ru-RU"/>
              </w:rPr>
              <w:t>-</w:t>
            </w:r>
            <w:r>
              <w:t>geroj</w:t>
            </w:r>
            <w:r w:rsidRPr="00332DB8">
              <w:rPr>
                <w:lang w:val="ru-RU"/>
              </w:rPr>
              <w:t xml:space="preserve">/; </w:t>
            </w:r>
            <w:r>
              <w:t>http</w:t>
            </w:r>
            <w:r w:rsidRPr="00332DB8">
              <w:rPr>
                <w:lang w:val="ru-RU"/>
              </w:rPr>
              <w:t>://</w:t>
            </w:r>
            <w:r>
              <w:t>penza</w:t>
            </w:r>
            <w:r w:rsidRPr="00332DB8">
              <w:rPr>
                <w:lang w:val="ru-RU"/>
              </w:rPr>
              <w:t>-</w:t>
            </w:r>
            <w:r>
              <w:t>city</w:t>
            </w:r>
            <w:r w:rsidRPr="00332DB8">
              <w:rPr>
                <w:lang w:val="ru-RU"/>
              </w:rPr>
              <w:t>-</w:t>
            </w:r>
            <w:r>
              <w:t>com</w:t>
            </w:r>
            <w:r w:rsidRPr="00332DB8">
              <w:rPr>
                <w:lang w:val="ru-RU"/>
              </w:rPr>
              <w:t>.</w:t>
            </w:r>
            <w:r>
              <w:t>livejournal</w:t>
            </w:r>
            <w:r w:rsidRPr="00332DB8">
              <w:rPr>
                <w:lang w:val="ru-RU"/>
              </w:rPr>
              <w:t>.</w:t>
            </w:r>
            <w:r>
              <w:t>com</w:t>
            </w:r>
            <w:r w:rsidRPr="00332DB8">
              <w:rPr>
                <w:lang w:val="ru-RU"/>
              </w:rPr>
              <w:t>/510042.</w:t>
            </w:r>
            <w:r>
              <w:t>html</w:t>
            </w:r>
            <w:r w:rsidRPr="00332DB8">
              <w:rPr>
                <w:lang w:val="ru-RU"/>
              </w:rPr>
              <w:t xml:space="preserve"> (решение Ворошиловского районного суда г. Волгограда от 27.06.2016);</w:t>
            </w:r>
          </w:p>
        </w:tc>
        <w:tc>
          <w:tcPr>
            <w:tcW w:w="2880" w:type="dxa"/>
          </w:tcPr>
          <w:p w:rsidR="006F7457" w:rsidRPr="00332DB8" w:rsidRDefault="006F7457">
            <w:pPr>
              <w:rPr>
                <w:lang w:val="ru-RU"/>
              </w:rPr>
            </w:pPr>
          </w:p>
        </w:tc>
      </w:tr>
      <w:tr w:rsidR="006F7457" w:rsidRPr="005A424D">
        <w:tc>
          <w:tcPr>
            <w:tcW w:w="2880" w:type="dxa"/>
          </w:tcPr>
          <w:p w:rsidR="006F7457" w:rsidRDefault="00332DB8">
            <w:r>
              <w:t>3818.</w:t>
            </w:r>
          </w:p>
        </w:tc>
        <w:tc>
          <w:tcPr>
            <w:tcW w:w="2880" w:type="dxa"/>
          </w:tcPr>
          <w:p w:rsidR="006F7457" w:rsidRPr="00332DB8" w:rsidRDefault="00332DB8">
            <w:pPr>
              <w:rPr>
                <w:lang w:val="ru-RU"/>
              </w:rPr>
            </w:pPr>
            <w:r w:rsidRPr="00332DB8">
              <w:rPr>
                <w:lang w:val="ru-RU"/>
              </w:rPr>
              <w:t xml:space="preserve">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w:t>
            </w:r>
            <w:r>
              <w:t>http</w:t>
            </w:r>
            <w:r w:rsidRPr="00332DB8">
              <w:rPr>
                <w:lang w:val="ru-RU"/>
              </w:rPr>
              <w:t>://</w:t>
            </w:r>
            <w:r>
              <w:t>www</w:t>
            </w:r>
            <w:r w:rsidRPr="00332DB8">
              <w:rPr>
                <w:lang w:val="ru-RU"/>
              </w:rPr>
              <w:t>.</w:t>
            </w:r>
            <w:r>
              <w:t>odnoklassniki</w:t>
            </w:r>
            <w:r w:rsidRPr="00332DB8">
              <w:rPr>
                <w:lang w:val="ru-RU"/>
              </w:rPr>
              <w:t>.</w:t>
            </w:r>
            <w:r>
              <w:t>ru</w:t>
            </w:r>
            <w:r w:rsidRPr="00332DB8">
              <w:rPr>
                <w:lang w:val="ru-RU"/>
              </w:rPr>
              <w:t>/</w:t>
            </w:r>
            <w:r>
              <w:t>profile</w:t>
            </w:r>
            <w:r w:rsidRPr="00332DB8">
              <w:rPr>
                <w:lang w:val="ru-RU"/>
              </w:rPr>
              <w:t>/560911816303, зарегистрированной под названием (ником) «по законам шариата» (решение Лазаревского районного суда г. Сочи от 20.04.2016);</w:t>
            </w:r>
          </w:p>
        </w:tc>
        <w:tc>
          <w:tcPr>
            <w:tcW w:w="2880" w:type="dxa"/>
          </w:tcPr>
          <w:p w:rsidR="006F7457" w:rsidRPr="00332DB8" w:rsidRDefault="006F7457">
            <w:pPr>
              <w:rPr>
                <w:lang w:val="ru-RU"/>
              </w:rPr>
            </w:pPr>
          </w:p>
        </w:tc>
      </w:tr>
      <w:tr w:rsidR="006F7457" w:rsidRPr="005A424D">
        <w:tc>
          <w:tcPr>
            <w:tcW w:w="2880" w:type="dxa"/>
          </w:tcPr>
          <w:p w:rsidR="006F7457" w:rsidRDefault="00332DB8">
            <w:r>
              <w:t>3819.</w:t>
            </w:r>
          </w:p>
        </w:tc>
        <w:tc>
          <w:tcPr>
            <w:tcW w:w="2880" w:type="dxa"/>
          </w:tcPr>
          <w:p w:rsidR="006F7457" w:rsidRPr="00332DB8" w:rsidRDefault="00332DB8">
            <w:pPr>
              <w:rPr>
                <w:lang w:val="ru-RU"/>
              </w:rPr>
            </w:pPr>
            <w:r w:rsidRPr="00332DB8">
              <w:rPr>
                <w:lang w:val="ru-RU"/>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2880" w:type="dxa"/>
          </w:tcPr>
          <w:p w:rsidR="006F7457" w:rsidRPr="00332DB8" w:rsidRDefault="006F7457">
            <w:pPr>
              <w:rPr>
                <w:lang w:val="ru-RU"/>
              </w:rPr>
            </w:pPr>
          </w:p>
        </w:tc>
      </w:tr>
      <w:tr w:rsidR="006F7457" w:rsidRPr="005A424D">
        <w:tc>
          <w:tcPr>
            <w:tcW w:w="2880" w:type="dxa"/>
          </w:tcPr>
          <w:p w:rsidR="006F7457" w:rsidRDefault="00332DB8">
            <w:r>
              <w:t>382</w:t>
            </w:r>
            <w:r>
              <w:lastRenderedPageBreak/>
              <w:t>0.</w:t>
            </w:r>
          </w:p>
        </w:tc>
        <w:tc>
          <w:tcPr>
            <w:tcW w:w="2880" w:type="dxa"/>
          </w:tcPr>
          <w:p w:rsidR="006F7457" w:rsidRPr="00332DB8" w:rsidRDefault="00332DB8">
            <w:pPr>
              <w:rPr>
                <w:lang w:val="ru-RU"/>
              </w:rPr>
            </w:pPr>
            <w:r w:rsidRPr="00332DB8">
              <w:rPr>
                <w:lang w:val="ru-RU"/>
              </w:rPr>
              <w:lastRenderedPageBreak/>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3821.</w:t>
            </w:r>
          </w:p>
        </w:tc>
        <w:tc>
          <w:tcPr>
            <w:tcW w:w="2880" w:type="dxa"/>
          </w:tcPr>
          <w:p w:rsidR="006F7457" w:rsidRPr="00332DB8" w:rsidRDefault="00332DB8">
            <w:pPr>
              <w:rPr>
                <w:lang w:val="ru-RU"/>
              </w:rPr>
            </w:pPr>
            <w:r w:rsidRPr="00332DB8">
              <w:rPr>
                <w:lang w:val="ru-RU"/>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2880" w:type="dxa"/>
          </w:tcPr>
          <w:p w:rsidR="006F7457" w:rsidRPr="00332DB8" w:rsidRDefault="006F7457">
            <w:pPr>
              <w:rPr>
                <w:lang w:val="ru-RU"/>
              </w:rPr>
            </w:pPr>
          </w:p>
        </w:tc>
      </w:tr>
      <w:tr w:rsidR="006F7457" w:rsidRPr="005A424D">
        <w:tc>
          <w:tcPr>
            <w:tcW w:w="2880" w:type="dxa"/>
          </w:tcPr>
          <w:p w:rsidR="006F7457" w:rsidRDefault="00332DB8">
            <w:r>
              <w:t>3822.</w:t>
            </w:r>
          </w:p>
        </w:tc>
        <w:tc>
          <w:tcPr>
            <w:tcW w:w="2880" w:type="dxa"/>
          </w:tcPr>
          <w:p w:rsidR="006F7457" w:rsidRPr="00332DB8" w:rsidRDefault="00332DB8">
            <w:pPr>
              <w:rPr>
                <w:lang w:val="ru-RU"/>
              </w:rPr>
            </w:pPr>
            <w:r w:rsidRPr="00332DB8">
              <w:rPr>
                <w:lang w:val="ru-RU"/>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2880" w:type="dxa"/>
          </w:tcPr>
          <w:p w:rsidR="006F7457" w:rsidRPr="00332DB8" w:rsidRDefault="006F7457">
            <w:pPr>
              <w:rPr>
                <w:lang w:val="ru-RU"/>
              </w:rPr>
            </w:pPr>
          </w:p>
        </w:tc>
      </w:tr>
      <w:tr w:rsidR="006F7457" w:rsidRPr="005A424D">
        <w:tc>
          <w:tcPr>
            <w:tcW w:w="2880" w:type="dxa"/>
          </w:tcPr>
          <w:p w:rsidR="006F7457" w:rsidRDefault="00332DB8">
            <w:r>
              <w:t>3823.</w:t>
            </w:r>
          </w:p>
        </w:tc>
        <w:tc>
          <w:tcPr>
            <w:tcW w:w="2880" w:type="dxa"/>
          </w:tcPr>
          <w:p w:rsidR="006F7457" w:rsidRPr="00332DB8" w:rsidRDefault="00332DB8">
            <w:pPr>
              <w:rPr>
                <w:lang w:val="ru-RU"/>
              </w:rPr>
            </w:pPr>
            <w:r w:rsidRPr="00332DB8">
              <w:rPr>
                <w:lang w:val="ru-RU"/>
              </w:rPr>
              <w:t xml:space="preserve">Видеоролик «Революция 1917», размещенный на интернет-странице </w:t>
            </w:r>
            <w:r>
              <w:t>id</w:t>
            </w:r>
            <w:r w:rsidRPr="00332DB8">
              <w:rPr>
                <w:lang w:val="ru-RU"/>
              </w:rPr>
              <w:t xml:space="preserve">70272149 интернет-сайта </w:t>
            </w:r>
            <w:r>
              <w:t>www</w:t>
            </w:r>
            <w:r w:rsidRPr="00332DB8">
              <w:rPr>
                <w:lang w:val="ru-RU"/>
              </w:rPr>
              <w:t>.</w:t>
            </w:r>
            <w:r>
              <w:t>vkontakte</w:t>
            </w:r>
            <w:r w:rsidRPr="00332DB8">
              <w:rPr>
                <w:lang w:val="ru-RU"/>
              </w:rPr>
              <w:t>.</w:t>
            </w:r>
            <w:r>
              <w:t>ru</w:t>
            </w:r>
            <w:r w:rsidRPr="00332DB8">
              <w:rPr>
                <w:lang w:val="ru-RU"/>
              </w:rPr>
              <w:t xml:space="preserve"> (решение Заводского районного суда г. Орла от 08.10.2012);</w:t>
            </w:r>
          </w:p>
        </w:tc>
        <w:tc>
          <w:tcPr>
            <w:tcW w:w="2880" w:type="dxa"/>
          </w:tcPr>
          <w:p w:rsidR="006F7457" w:rsidRPr="00332DB8" w:rsidRDefault="006F7457">
            <w:pPr>
              <w:rPr>
                <w:lang w:val="ru-RU"/>
              </w:rPr>
            </w:pPr>
          </w:p>
        </w:tc>
      </w:tr>
      <w:tr w:rsidR="006F7457" w:rsidRPr="005A424D">
        <w:tc>
          <w:tcPr>
            <w:tcW w:w="2880" w:type="dxa"/>
          </w:tcPr>
          <w:p w:rsidR="006F7457" w:rsidRDefault="00332DB8">
            <w:r>
              <w:t>3824.</w:t>
            </w:r>
          </w:p>
        </w:tc>
        <w:tc>
          <w:tcPr>
            <w:tcW w:w="2880" w:type="dxa"/>
          </w:tcPr>
          <w:p w:rsidR="006F7457" w:rsidRPr="00332DB8" w:rsidRDefault="00332DB8">
            <w:pPr>
              <w:rPr>
                <w:lang w:val="ru-RU"/>
              </w:rPr>
            </w:pPr>
            <w:r w:rsidRPr="00332DB8">
              <w:rPr>
                <w:lang w:val="ru-RU"/>
              </w:rPr>
              <w:t xml:space="preserve">Видеоролик «Слава России! Или страшные Русские Скинхеды!», размещенный на интернет-странице </w:t>
            </w:r>
            <w:r>
              <w:t>id</w:t>
            </w:r>
            <w:r w:rsidRPr="00332DB8">
              <w:rPr>
                <w:lang w:val="ru-RU"/>
              </w:rPr>
              <w:t xml:space="preserve">96615872 интернет-сайта </w:t>
            </w:r>
            <w:r>
              <w:t>www</w:t>
            </w:r>
            <w:r w:rsidRPr="00332DB8">
              <w:rPr>
                <w:lang w:val="ru-RU"/>
              </w:rPr>
              <w:t>.</w:t>
            </w:r>
            <w:r>
              <w:t>vkontakte</w:t>
            </w:r>
            <w:r w:rsidRPr="00332DB8">
              <w:rPr>
                <w:lang w:val="ru-RU"/>
              </w:rPr>
              <w:t>.</w:t>
            </w:r>
            <w:r>
              <w:t>ru</w:t>
            </w:r>
            <w:r w:rsidRPr="00332DB8">
              <w:rPr>
                <w:lang w:val="ru-RU"/>
              </w:rPr>
              <w:t xml:space="preserve"> (решение Заводского районного суда г. Орла от 08.10.2012);</w:t>
            </w:r>
          </w:p>
        </w:tc>
        <w:tc>
          <w:tcPr>
            <w:tcW w:w="2880" w:type="dxa"/>
          </w:tcPr>
          <w:p w:rsidR="006F7457" w:rsidRPr="00332DB8" w:rsidRDefault="006F7457">
            <w:pPr>
              <w:rPr>
                <w:lang w:val="ru-RU"/>
              </w:rPr>
            </w:pPr>
          </w:p>
        </w:tc>
      </w:tr>
      <w:tr w:rsidR="006F7457" w:rsidRPr="005A424D">
        <w:tc>
          <w:tcPr>
            <w:tcW w:w="2880" w:type="dxa"/>
          </w:tcPr>
          <w:p w:rsidR="006F7457" w:rsidRDefault="00332DB8">
            <w:r>
              <w:t>3825.</w:t>
            </w:r>
          </w:p>
        </w:tc>
        <w:tc>
          <w:tcPr>
            <w:tcW w:w="2880" w:type="dxa"/>
          </w:tcPr>
          <w:p w:rsidR="006F7457" w:rsidRPr="00332DB8" w:rsidRDefault="00332DB8">
            <w:pPr>
              <w:rPr>
                <w:lang w:val="ru-RU"/>
              </w:rPr>
            </w:pPr>
            <w:r w:rsidRPr="00332DB8">
              <w:rPr>
                <w:lang w:val="ru-RU"/>
              </w:rPr>
              <w:t xml:space="preserve">Видеоролик под названием «Единство муджахидов Кавказа», расположенный в глобальной телекоммуникационной сети «Интернет» по электронному адресу </w:t>
            </w:r>
            <w:r>
              <w:t>http</w:t>
            </w:r>
            <w:r w:rsidRPr="00332DB8">
              <w:rPr>
                <w:lang w:val="ru-RU"/>
              </w:rPr>
              <w:t>://</w:t>
            </w:r>
            <w:r>
              <w:t>vk</w:t>
            </w:r>
            <w:r w:rsidRPr="00332DB8">
              <w:rPr>
                <w:lang w:val="ru-RU"/>
              </w:rPr>
              <w:t>.</w:t>
            </w:r>
            <w:r>
              <w:t>com</w:t>
            </w:r>
            <w:r w:rsidRPr="00332DB8">
              <w:rPr>
                <w:lang w:val="ru-RU"/>
              </w:rPr>
              <w:t>/</w:t>
            </w:r>
            <w:r>
              <w:t>zurav</w:t>
            </w:r>
            <w:r w:rsidRPr="00332DB8">
              <w:rPr>
                <w:lang w:val="ru-RU"/>
              </w:rPr>
              <w:t>?</w:t>
            </w:r>
            <w:r>
              <w:t>z</w:t>
            </w:r>
            <w:r w:rsidRPr="00332DB8">
              <w:rPr>
                <w:lang w:val="ru-RU"/>
              </w:rPr>
              <w:t>=</w:t>
            </w:r>
            <w:r>
              <w:t>video</w:t>
            </w:r>
            <w:r w:rsidRPr="00332DB8">
              <w:rPr>
                <w:lang w:val="ru-RU"/>
              </w:rPr>
              <w:t>296575480 1711947336%2</w:t>
            </w:r>
            <w:r>
              <w:t>Fvideos</w:t>
            </w:r>
            <w:r w:rsidRPr="00332DB8">
              <w:rPr>
                <w:lang w:val="ru-RU"/>
              </w:rPr>
              <w:t xml:space="preserve"> 296575480 в социальной сети «В контакте» (решение Черкесского городского суда Карачаево-Черкесской Республики от 29.04.2016).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3826.</w:t>
            </w:r>
          </w:p>
        </w:tc>
        <w:tc>
          <w:tcPr>
            <w:tcW w:w="2880" w:type="dxa"/>
          </w:tcPr>
          <w:p w:rsidR="006F7457" w:rsidRPr="00332DB8" w:rsidRDefault="00332DB8">
            <w:pPr>
              <w:rPr>
                <w:lang w:val="ru-RU"/>
              </w:rPr>
            </w:pPr>
            <w:r w:rsidRPr="00332DB8">
              <w:rPr>
                <w:lang w:val="ru-RU"/>
              </w:rPr>
              <w:t xml:space="preserve">Видео «Нашид-Зов к Исламской Умме» (видео </w:t>
            </w:r>
            <w:r>
              <w:t>vk</w:t>
            </w:r>
            <w:r w:rsidRPr="00332DB8">
              <w:rPr>
                <w:lang w:val="ru-RU"/>
              </w:rPr>
              <w:t>.</w:t>
            </w:r>
            <w:r>
              <w:t>com</w:t>
            </w:r>
            <w:r w:rsidRPr="00332DB8">
              <w:rPr>
                <w:lang w:val="ru-RU"/>
              </w:rPr>
              <w:t>/</w:t>
            </w:r>
            <w:r>
              <w:t>video</w:t>
            </w:r>
            <w:r w:rsidRPr="00332DB8">
              <w:rPr>
                <w:lang w:val="ru-RU"/>
              </w:rPr>
              <w:t>305749532_171687871) (решение Белогорского городского суда Амурской области от 17.06.2016);</w:t>
            </w:r>
          </w:p>
        </w:tc>
        <w:tc>
          <w:tcPr>
            <w:tcW w:w="2880" w:type="dxa"/>
          </w:tcPr>
          <w:p w:rsidR="006F7457" w:rsidRPr="00332DB8" w:rsidRDefault="006F7457">
            <w:pPr>
              <w:rPr>
                <w:lang w:val="ru-RU"/>
              </w:rPr>
            </w:pPr>
          </w:p>
        </w:tc>
      </w:tr>
      <w:tr w:rsidR="006F7457" w:rsidRPr="005A424D">
        <w:tc>
          <w:tcPr>
            <w:tcW w:w="2880" w:type="dxa"/>
          </w:tcPr>
          <w:p w:rsidR="006F7457" w:rsidRDefault="00332DB8">
            <w:r>
              <w:t>3827.</w:t>
            </w:r>
          </w:p>
        </w:tc>
        <w:tc>
          <w:tcPr>
            <w:tcW w:w="2880" w:type="dxa"/>
          </w:tcPr>
          <w:p w:rsidR="006F7457" w:rsidRPr="00332DB8" w:rsidRDefault="00332DB8">
            <w:pPr>
              <w:rPr>
                <w:lang w:val="ru-RU"/>
              </w:rPr>
            </w:pPr>
            <w:r w:rsidRPr="00332DB8">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2880" w:type="dxa"/>
          </w:tcPr>
          <w:p w:rsidR="006F7457" w:rsidRPr="00332DB8" w:rsidRDefault="006F7457">
            <w:pPr>
              <w:rPr>
                <w:lang w:val="ru-RU"/>
              </w:rPr>
            </w:pPr>
          </w:p>
        </w:tc>
      </w:tr>
      <w:tr w:rsidR="006F7457" w:rsidRPr="005A424D">
        <w:tc>
          <w:tcPr>
            <w:tcW w:w="2880" w:type="dxa"/>
          </w:tcPr>
          <w:p w:rsidR="006F7457" w:rsidRDefault="00332DB8">
            <w:r>
              <w:t>3828.</w:t>
            </w:r>
          </w:p>
        </w:tc>
        <w:tc>
          <w:tcPr>
            <w:tcW w:w="2880" w:type="dxa"/>
          </w:tcPr>
          <w:p w:rsidR="006F7457" w:rsidRPr="00332DB8" w:rsidRDefault="00332DB8">
            <w:pPr>
              <w:rPr>
                <w:lang w:val="ru-RU"/>
              </w:rPr>
            </w:pPr>
            <w:r w:rsidRPr="00332DB8">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179152792), – иллюстрация, на которой изображена девушка с висящим через плечо автоматом и гранатой в руке, и текст «Я БАНДЕР</w:t>
            </w:r>
            <w:r>
              <w:t>I</w:t>
            </w:r>
            <w:r w:rsidRPr="00332DB8">
              <w:rPr>
                <w:lang w:val="ru-RU"/>
              </w:rPr>
              <w:t>ВКА Я УКРА</w:t>
            </w:r>
            <w:r>
              <w:t>I</w:t>
            </w:r>
            <w:r w:rsidRPr="00332DB8">
              <w:rPr>
                <w:lang w:val="ru-RU"/>
              </w:rPr>
              <w:t>НКА! СМЕРТЬ МОСКОВСК</w:t>
            </w:r>
            <w:r>
              <w:t>I</w:t>
            </w:r>
            <w:r w:rsidRPr="00332DB8">
              <w:rPr>
                <w:lang w:val="ru-RU"/>
              </w:rPr>
              <w:t>М ОКУПАНТАМ» (решение Железнодорожного районного суда г. Екатеринбурга Свердловской области от 16.03.2016);</w:t>
            </w:r>
          </w:p>
        </w:tc>
        <w:tc>
          <w:tcPr>
            <w:tcW w:w="2880" w:type="dxa"/>
          </w:tcPr>
          <w:p w:rsidR="006F7457" w:rsidRPr="00332DB8" w:rsidRDefault="006F7457">
            <w:pPr>
              <w:rPr>
                <w:lang w:val="ru-RU"/>
              </w:rPr>
            </w:pPr>
          </w:p>
        </w:tc>
      </w:tr>
      <w:tr w:rsidR="006F7457" w:rsidRPr="005A424D">
        <w:tc>
          <w:tcPr>
            <w:tcW w:w="2880" w:type="dxa"/>
          </w:tcPr>
          <w:p w:rsidR="006F7457" w:rsidRDefault="00332DB8">
            <w:r>
              <w:t>3829.</w:t>
            </w:r>
          </w:p>
        </w:tc>
        <w:tc>
          <w:tcPr>
            <w:tcW w:w="2880" w:type="dxa"/>
          </w:tcPr>
          <w:p w:rsidR="006F7457" w:rsidRPr="00332DB8" w:rsidRDefault="00332DB8">
            <w:pPr>
              <w:rPr>
                <w:lang w:val="ru-RU"/>
              </w:rPr>
            </w:pPr>
            <w:r w:rsidRPr="00332DB8">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w:t>
            </w:r>
            <w:r>
              <w:t>i</w:t>
            </w:r>
            <w:r w:rsidRPr="00332DB8">
              <w:rPr>
                <w:lang w:val="ru-RU"/>
              </w:rPr>
              <w:t>на понад усе!» (решение Железнодорожного районного суда г. Екатеринбурга Свердловской области от 16.03.2016);</w:t>
            </w:r>
          </w:p>
        </w:tc>
        <w:tc>
          <w:tcPr>
            <w:tcW w:w="2880" w:type="dxa"/>
          </w:tcPr>
          <w:p w:rsidR="006F7457" w:rsidRPr="00332DB8" w:rsidRDefault="006F7457">
            <w:pPr>
              <w:rPr>
                <w:lang w:val="ru-RU"/>
              </w:rPr>
            </w:pPr>
          </w:p>
        </w:tc>
      </w:tr>
      <w:tr w:rsidR="006F7457" w:rsidRPr="005A424D">
        <w:tc>
          <w:tcPr>
            <w:tcW w:w="2880" w:type="dxa"/>
          </w:tcPr>
          <w:p w:rsidR="006F7457" w:rsidRDefault="00332DB8">
            <w:r>
              <w:t>3830.</w:t>
            </w:r>
          </w:p>
        </w:tc>
        <w:tc>
          <w:tcPr>
            <w:tcW w:w="2880" w:type="dxa"/>
          </w:tcPr>
          <w:p w:rsidR="006F7457" w:rsidRPr="00332DB8" w:rsidRDefault="00332DB8">
            <w:pPr>
              <w:rPr>
                <w:lang w:val="ru-RU"/>
              </w:rPr>
            </w:pPr>
            <w:r w:rsidRPr="00332DB8">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w:t>
            </w:r>
            <w:r w:rsidRPr="00332DB8">
              <w:rPr>
                <w:lang w:val="ru-RU"/>
              </w:rPr>
              <w:lastRenderedPageBreak/>
              <w:t>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w:t>
            </w:r>
            <w:r>
              <w:t>i</w:t>
            </w:r>
            <w:r w:rsidRPr="00332DB8">
              <w:rPr>
                <w:lang w:val="ru-RU"/>
              </w:rPr>
              <w:t>на» (решение Железнодорожного районного суда г. Екатеринбурга Свердловской области от 16.03.2016);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3831.</w:t>
            </w:r>
          </w:p>
        </w:tc>
        <w:tc>
          <w:tcPr>
            <w:tcW w:w="2880" w:type="dxa"/>
          </w:tcPr>
          <w:p w:rsidR="006F7457" w:rsidRPr="00332DB8" w:rsidRDefault="00332DB8">
            <w:pPr>
              <w:rPr>
                <w:lang w:val="ru-RU"/>
              </w:rPr>
            </w:pPr>
            <w:r w:rsidRPr="00332DB8">
              <w:rPr>
                <w:lang w:val="ru-RU"/>
              </w:rPr>
              <w:t xml:space="preserve">Материал, размещенный в сети «Интернет» на сайте социальной сети «ВКонтакте» на странице под псевдонимом «Екатерина Вологженинова»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p>
        </w:tc>
        <w:tc>
          <w:tcPr>
            <w:tcW w:w="2880" w:type="dxa"/>
          </w:tcPr>
          <w:p w:rsidR="006F7457" w:rsidRPr="00332DB8" w:rsidRDefault="006F7457">
            <w:pPr>
              <w:rPr>
                <w:lang w:val="ru-RU"/>
              </w:rPr>
            </w:pPr>
          </w:p>
        </w:tc>
      </w:tr>
      <w:tr w:rsidR="006F7457" w:rsidRPr="005A424D">
        <w:tc>
          <w:tcPr>
            <w:tcW w:w="2880" w:type="dxa"/>
          </w:tcPr>
          <w:p w:rsidR="006F7457" w:rsidRDefault="00332DB8">
            <w:r>
              <w:t>3832.</w:t>
            </w:r>
          </w:p>
        </w:tc>
        <w:tc>
          <w:tcPr>
            <w:tcW w:w="2880" w:type="dxa"/>
          </w:tcPr>
          <w:p w:rsidR="006F7457" w:rsidRPr="00332DB8" w:rsidRDefault="00332DB8">
            <w:pPr>
              <w:rPr>
                <w:lang w:val="ru-RU"/>
              </w:rPr>
            </w:pPr>
            <w:r w:rsidRPr="00332DB8">
              <w:rPr>
                <w:lang w:val="ru-RU"/>
              </w:rPr>
              <w:t xml:space="preserve">Видеоматериал «Контрреволюция – Быть русским, </w:t>
            </w:r>
            <w:r>
              <w:t>wmv</w:t>
            </w:r>
            <w:r w:rsidRPr="00332DB8">
              <w:rPr>
                <w:lang w:val="ru-RU"/>
              </w:rPr>
              <w:t xml:space="preserve">», «Очнитесь славяне», размещенный в сети «Интернет» на сайте социальной сети «ВКонтакте» (адрес </w:t>
            </w:r>
            <w:r>
              <w:t>http</w:t>
            </w:r>
            <w:r w:rsidRPr="00332DB8">
              <w:rPr>
                <w:lang w:val="ru-RU"/>
              </w:rPr>
              <w:t>://</w:t>
            </w:r>
            <w:r>
              <w:t>vk</w:t>
            </w:r>
            <w:r w:rsidRPr="00332DB8">
              <w:rPr>
                <w:lang w:val="ru-RU"/>
              </w:rPr>
              <w:t>.</w:t>
            </w:r>
            <w:r>
              <w:t>com</w:t>
            </w:r>
            <w:r w:rsidRPr="00332DB8">
              <w:rPr>
                <w:lang w:val="ru-RU"/>
              </w:rPr>
              <w:t>) (решение Железнодорожного районного суда г. Екатеринбурга Свердловской области от 16.03.2016);</w:t>
            </w:r>
          </w:p>
        </w:tc>
        <w:tc>
          <w:tcPr>
            <w:tcW w:w="2880" w:type="dxa"/>
          </w:tcPr>
          <w:p w:rsidR="006F7457" w:rsidRPr="00332DB8" w:rsidRDefault="006F7457">
            <w:pPr>
              <w:rPr>
                <w:lang w:val="ru-RU"/>
              </w:rPr>
            </w:pPr>
          </w:p>
        </w:tc>
      </w:tr>
      <w:tr w:rsidR="006F7457" w:rsidRPr="005A424D">
        <w:tc>
          <w:tcPr>
            <w:tcW w:w="2880" w:type="dxa"/>
          </w:tcPr>
          <w:p w:rsidR="006F7457" w:rsidRDefault="00332DB8">
            <w:r>
              <w:t>3833.</w:t>
            </w:r>
          </w:p>
        </w:tc>
        <w:tc>
          <w:tcPr>
            <w:tcW w:w="2880" w:type="dxa"/>
          </w:tcPr>
          <w:p w:rsidR="006F7457" w:rsidRPr="00332DB8" w:rsidRDefault="00332DB8">
            <w:pPr>
              <w:rPr>
                <w:lang w:val="ru-RU"/>
              </w:rPr>
            </w:pPr>
            <w:r w:rsidRPr="00332DB8">
              <w:rPr>
                <w:lang w:val="ru-RU"/>
              </w:rPr>
              <w:t xml:space="preserve">Статья Владимира Воронова «Интернационализм» по-карачаевски», расположенная по адресу: </w:t>
            </w:r>
            <w:r>
              <w:t>http</w:t>
            </w:r>
            <w:r w:rsidRPr="00332DB8">
              <w:rPr>
                <w:lang w:val="ru-RU"/>
              </w:rPr>
              <w:t>://</w:t>
            </w:r>
            <w:r>
              <w:t>sovsekretno</w:t>
            </w:r>
            <w:r w:rsidRPr="00332DB8">
              <w:rPr>
                <w:lang w:val="ru-RU"/>
              </w:rPr>
              <w:t>.</w:t>
            </w:r>
            <w:r>
              <w:t>ru</w:t>
            </w:r>
            <w:r w:rsidRPr="00332DB8">
              <w:rPr>
                <w:lang w:val="ru-RU"/>
              </w:rPr>
              <w:t>/</w:t>
            </w:r>
            <w:r>
              <w:t>articles</w:t>
            </w:r>
            <w:r w:rsidRPr="00332DB8">
              <w:rPr>
                <w:lang w:val="ru-RU"/>
              </w:rPr>
              <w:t>/</w:t>
            </w:r>
            <w:r>
              <w:t>id</w:t>
            </w:r>
            <w:r w:rsidRPr="00332DB8">
              <w:rPr>
                <w:lang w:val="ru-RU"/>
              </w:rPr>
              <w:t>/4691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2880" w:type="dxa"/>
          </w:tcPr>
          <w:p w:rsidR="006F7457" w:rsidRPr="00332DB8" w:rsidRDefault="006F7457">
            <w:pPr>
              <w:rPr>
                <w:lang w:val="ru-RU"/>
              </w:rPr>
            </w:pPr>
          </w:p>
        </w:tc>
      </w:tr>
      <w:tr w:rsidR="006F7457">
        <w:tc>
          <w:tcPr>
            <w:tcW w:w="2880" w:type="dxa"/>
          </w:tcPr>
          <w:p w:rsidR="006F7457" w:rsidRDefault="00332DB8">
            <w:r>
              <w:t>3834.</w:t>
            </w:r>
          </w:p>
        </w:tc>
        <w:tc>
          <w:tcPr>
            <w:tcW w:w="2880" w:type="dxa"/>
          </w:tcPr>
          <w:p w:rsidR="006F7457" w:rsidRDefault="00332DB8">
            <w:r w:rsidRPr="00332DB8">
              <w:rPr>
                <w:lang w:val="ru-RU"/>
              </w:rPr>
              <w:t xml:space="preserve">Книга Онищука В.Е. «Манифест русского патриотизма» (- М.: «Витязь», 2001. – 160 с.) </w:t>
            </w:r>
            <w:r>
              <w:t>(решение Нагатинского районного суда города Москвы от 30.05.2016);</w:t>
            </w:r>
          </w:p>
        </w:tc>
        <w:tc>
          <w:tcPr>
            <w:tcW w:w="2880" w:type="dxa"/>
          </w:tcPr>
          <w:p w:rsidR="006F7457" w:rsidRDefault="006F7457"/>
        </w:tc>
      </w:tr>
      <w:tr w:rsidR="006F7457" w:rsidRPr="005A424D">
        <w:tc>
          <w:tcPr>
            <w:tcW w:w="2880" w:type="dxa"/>
          </w:tcPr>
          <w:p w:rsidR="006F7457" w:rsidRDefault="00332DB8">
            <w:r>
              <w:t>383</w:t>
            </w:r>
            <w:r>
              <w:lastRenderedPageBreak/>
              <w:t>5.</w:t>
            </w:r>
          </w:p>
        </w:tc>
        <w:tc>
          <w:tcPr>
            <w:tcW w:w="2880" w:type="dxa"/>
          </w:tcPr>
          <w:p w:rsidR="006F7457" w:rsidRPr="00332DB8" w:rsidRDefault="00332DB8">
            <w:pPr>
              <w:rPr>
                <w:lang w:val="ru-RU"/>
              </w:rPr>
            </w:pPr>
            <w:r w:rsidRPr="00332DB8">
              <w:rPr>
                <w:lang w:val="ru-RU"/>
              </w:rPr>
              <w:lastRenderedPageBreak/>
              <w:t>Журнал «Русич» № 1 «Еврейская оккупация России» (1999. - № 1.- 208 с, изд. «Витязь») (решение Нагатинского районного суда города Москвы от 30.05.2016);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3836.</w:t>
            </w:r>
          </w:p>
        </w:tc>
        <w:tc>
          <w:tcPr>
            <w:tcW w:w="2880" w:type="dxa"/>
          </w:tcPr>
          <w:p w:rsidR="006F7457" w:rsidRPr="00332DB8" w:rsidRDefault="00332DB8">
            <w:pPr>
              <w:rPr>
                <w:lang w:val="ru-RU"/>
              </w:rPr>
            </w:pPr>
            <w:r w:rsidRPr="00332DB8">
              <w:rPr>
                <w:lang w:val="ru-RU"/>
              </w:rPr>
              <w:t xml:space="preserve">Видеоматериал (видеофильм) «Пламя войны» ( </w:t>
            </w:r>
            <w:r>
              <w:t>Flames</w:t>
            </w:r>
            <w:r w:rsidRPr="00332DB8">
              <w:rPr>
                <w:lang w:val="ru-RU"/>
              </w:rPr>
              <w:t xml:space="preserve"> </w:t>
            </w:r>
            <w:r>
              <w:t>of</w:t>
            </w:r>
            <w:r w:rsidRPr="00332DB8">
              <w:rPr>
                <w:lang w:val="ru-RU"/>
              </w:rPr>
              <w:t xml:space="preserve"> </w:t>
            </w:r>
            <w:r>
              <w:t>War</w:t>
            </w:r>
            <w:r w:rsidRPr="00332DB8">
              <w:rPr>
                <w:lang w:val="ru-RU"/>
              </w:rPr>
              <w:t xml:space="preserve">) организации «Исламское государство», размещенный в сети интернет по адресу: </w:t>
            </w:r>
            <w:r>
              <w:t>https</w:t>
            </w:r>
            <w:r w:rsidRPr="00332DB8">
              <w:rPr>
                <w:lang w:val="ru-RU"/>
              </w:rPr>
              <w:t>://</w:t>
            </w:r>
            <w:r>
              <w:t>vk</w:t>
            </w:r>
            <w:r w:rsidRPr="00332DB8">
              <w:rPr>
                <w:lang w:val="ru-RU"/>
              </w:rPr>
              <w:t xml:space="preserve">. </w:t>
            </w:r>
            <w:r>
              <w:t>com</w:t>
            </w:r>
            <w:r w:rsidRPr="00332DB8">
              <w:rPr>
                <w:lang w:val="ru-RU"/>
              </w:rPr>
              <w:t xml:space="preserve">/ </w:t>
            </w:r>
            <w:r>
              <w:t>video</w:t>
            </w:r>
            <w:r w:rsidRPr="00332DB8">
              <w:rPr>
                <w:lang w:val="ru-RU"/>
              </w:rPr>
              <w:t>250927415_170459486 (решение Тверского районного суда города Москвы от 24.02.2015);</w:t>
            </w:r>
          </w:p>
        </w:tc>
        <w:tc>
          <w:tcPr>
            <w:tcW w:w="2880" w:type="dxa"/>
          </w:tcPr>
          <w:p w:rsidR="006F7457" w:rsidRPr="00332DB8" w:rsidRDefault="006F7457">
            <w:pPr>
              <w:rPr>
                <w:lang w:val="ru-RU"/>
              </w:rPr>
            </w:pPr>
          </w:p>
        </w:tc>
      </w:tr>
      <w:tr w:rsidR="006F7457" w:rsidRPr="005A424D">
        <w:tc>
          <w:tcPr>
            <w:tcW w:w="2880" w:type="dxa"/>
          </w:tcPr>
          <w:p w:rsidR="006F7457" w:rsidRDefault="00332DB8">
            <w:r>
              <w:t>3837.</w:t>
            </w:r>
          </w:p>
        </w:tc>
        <w:tc>
          <w:tcPr>
            <w:tcW w:w="2880" w:type="dxa"/>
          </w:tcPr>
          <w:p w:rsidR="006F7457" w:rsidRPr="00332DB8" w:rsidRDefault="00332DB8">
            <w:pPr>
              <w:rPr>
                <w:lang w:val="ru-RU"/>
              </w:rPr>
            </w:pPr>
            <w:r w:rsidRPr="00332DB8">
              <w:rPr>
                <w:lang w:val="ru-RU"/>
              </w:rPr>
              <w:t xml:space="preserve">Изображение лиц с надписью «Россия для чурок», размещенном в сети Интернет для свободного доступа неопределенного круга лиц на сайте: </w:t>
            </w:r>
            <w:r>
              <w:t>http</w:t>
            </w:r>
            <w:r w:rsidRPr="00332DB8">
              <w:rPr>
                <w:lang w:val="ru-RU"/>
              </w:rPr>
              <w:t>://</w:t>
            </w:r>
            <w:r>
              <w:t>s</w:t>
            </w:r>
            <w:r w:rsidRPr="00332DB8">
              <w:rPr>
                <w:lang w:val="ru-RU"/>
              </w:rPr>
              <w:t>00.</w:t>
            </w:r>
            <w:r>
              <w:t>yaplakal</w:t>
            </w:r>
            <w:r w:rsidRPr="00332DB8">
              <w:rPr>
                <w:lang w:val="ru-RU"/>
              </w:rPr>
              <w:t>.</w:t>
            </w:r>
            <w:r>
              <w:t>com</w:t>
            </w:r>
            <w:r w:rsidRPr="00332DB8">
              <w:rPr>
                <w:lang w:val="ru-RU"/>
              </w:rPr>
              <w:t>/</w:t>
            </w:r>
            <w:r>
              <w:t>pics</w:t>
            </w:r>
            <w:r w:rsidRPr="00332DB8">
              <w:rPr>
                <w:lang w:val="ru-RU"/>
              </w:rPr>
              <w:t>/</w:t>
            </w:r>
            <w:r>
              <w:t>pics</w:t>
            </w:r>
            <w:r w:rsidRPr="00332DB8">
              <w:rPr>
                <w:lang w:val="ru-RU"/>
              </w:rPr>
              <w:t xml:space="preserve"> </w:t>
            </w:r>
            <w:r>
              <w:t>original</w:t>
            </w:r>
            <w:r w:rsidRPr="00332DB8">
              <w:rPr>
                <w:lang w:val="ru-RU"/>
              </w:rPr>
              <w:t>/2/9/8/3835892/</w:t>
            </w:r>
            <w:r>
              <w:t>jpg</w:t>
            </w:r>
            <w:r w:rsidRPr="00332DB8">
              <w:rPr>
                <w:lang w:val="ru-RU"/>
              </w:rPr>
              <w:t xml:space="preserve"> (решение Ахтубинского районного суда Астраханской области от 02.06.2016);</w:t>
            </w:r>
          </w:p>
        </w:tc>
        <w:tc>
          <w:tcPr>
            <w:tcW w:w="2880" w:type="dxa"/>
          </w:tcPr>
          <w:p w:rsidR="006F7457" w:rsidRPr="00332DB8" w:rsidRDefault="006F7457">
            <w:pPr>
              <w:rPr>
                <w:lang w:val="ru-RU"/>
              </w:rPr>
            </w:pPr>
          </w:p>
        </w:tc>
      </w:tr>
      <w:tr w:rsidR="006F7457" w:rsidRPr="005A424D">
        <w:tc>
          <w:tcPr>
            <w:tcW w:w="2880" w:type="dxa"/>
          </w:tcPr>
          <w:p w:rsidR="006F7457" w:rsidRDefault="00332DB8">
            <w:r>
              <w:t>3838.</w:t>
            </w:r>
          </w:p>
        </w:tc>
        <w:tc>
          <w:tcPr>
            <w:tcW w:w="2880" w:type="dxa"/>
          </w:tcPr>
          <w:p w:rsidR="006F7457" w:rsidRPr="00332DB8" w:rsidRDefault="00332DB8">
            <w:pPr>
              <w:rPr>
                <w:lang w:val="ru-RU"/>
              </w:rPr>
            </w:pPr>
            <w:r w:rsidRPr="00332DB8">
              <w:rPr>
                <w:lang w:val="ru-RU"/>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3839.</w:t>
            </w:r>
          </w:p>
        </w:tc>
        <w:tc>
          <w:tcPr>
            <w:tcW w:w="2880" w:type="dxa"/>
          </w:tcPr>
          <w:p w:rsidR="006F7457" w:rsidRPr="00332DB8" w:rsidRDefault="00332DB8">
            <w:pPr>
              <w:rPr>
                <w:lang w:val="ru-RU"/>
              </w:rPr>
            </w:pPr>
            <w:r w:rsidRPr="00332DB8">
              <w:rPr>
                <w:lang w:val="ru-RU"/>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3840.</w:t>
            </w:r>
          </w:p>
        </w:tc>
        <w:tc>
          <w:tcPr>
            <w:tcW w:w="2880" w:type="dxa"/>
          </w:tcPr>
          <w:p w:rsidR="006F7457" w:rsidRPr="00332DB8" w:rsidRDefault="00332DB8">
            <w:pPr>
              <w:rPr>
                <w:lang w:val="ru-RU"/>
              </w:rPr>
            </w:pPr>
            <w:r w:rsidRPr="00332DB8">
              <w:rPr>
                <w:lang w:val="ru-RU"/>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3841.</w:t>
            </w:r>
          </w:p>
        </w:tc>
        <w:tc>
          <w:tcPr>
            <w:tcW w:w="2880" w:type="dxa"/>
          </w:tcPr>
          <w:p w:rsidR="006F7457" w:rsidRPr="00332DB8" w:rsidRDefault="00332DB8">
            <w:pPr>
              <w:rPr>
                <w:lang w:val="ru-RU"/>
              </w:rPr>
            </w:pPr>
            <w:r w:rsidRPr="00332DB8">
              <w:rPr>
                <w:lang w:val="ru-RU"/>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3842.</w:t>
            </w:r>
          </w:p>
        </w:tc>
        <w:tc>
          <w:tcPr>
            <w:tcW w:w="2880" w:type="dxa"/>
          </w:tcPr>
          <w:p w:rsidR="006F7457" w:rsidRPr="00332DB8" w:rsidRDefault="00332DB8">
            <w:pPr>
              <w:rPr>
                <w:lang w:val="ru-RU"/>
              </w:rPr>
            </w:pPr>
            <w:r w:rsidRPr="00332DB8">
              <w:rPr>
                <w:lang w:val="ru-RU"/>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3843.</w:t>
            </w:r>
          </w:p>
        </w:tc>
        <w:tc>
          <w:tcPr>
            <w:tcW w:w="2880" w:type="dxa"/>
          </w:tcPr>
          <w:p w:rsidR="006F7457" w:rsidRPr="00332DB8" w:rsidRDefault="00332DB8">
            <w:pPr>
              <w:rPr>
                <w:lang w:val="ru-RU"/>
              </w:rPr>
            </w:pPr>
            <w:r w:rsidRPr="00332DB8">
              <w:rPr>
                <w:lang w:val="ru-RU"/>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3844.</w:t>
            </w:r>
          </w:p>
        </w:tc>
        <w:tc>
          <w:tcPr>
            <w:tcW w:w="2880" w:type="dxa"/>
          </w:tcPr>
          <w:p w:rsidR="006F7457" w:rsidRPr="00332DB8" w:rsidRDefault="00332DB8">
            <w:pPr>
              <w:rPr>
                <w:lang w:val="ru-RU"/>
              </w:rPr>
            </w:pPr>
            <w:r w:rsidRPr="00332DB8">
              <w:rPr>
                <w:lang w:val="ru-RU"/>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3845.</w:t>
            </w:r>
          </w:p>
        </w:tc>
        <w:tc>
          <w:tcPr>
            <w:tcW w:w="2880" w:type="dxa"/>
          </w:tcPr>
          <w:p w:rsidR="006F7457" w:rsidRPr="00332DB8" w:rsidRDefault="00332DB8">
            <w:pPr>
              <w:rPr>
                <w:lang w:val="ru-RU"/>
              </w:rPr>
            </w:pPr>
            <w:r w:rsidRPr="00332DB8">
              <w:rPr>
                <w:lang w:val="ru-RU"/>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384</w:t>
            </w:r>
            <w:r>
              <w:lastRenderedPageBreak/>
              <w:t>6.</w:t>
            </w:r>
          </w:p>
        </w:tc>
        <w:tc>
          <w:tcPr>
            <w:tcW w:w="2880" w:type="dxa"/>
          </w:tcPr>
          <w:p w:rsidR="006F7457" w:rsidRPr="00332DB8" w:rsidRDefault="00332DB8">
            <w:pPr>
              <w:rPr>
                <w:lang w:val="ru-RU"/>
              </w:rPr>
            </w:pPr>
            <w:r w:rsidRPr="00332DB8">
              <w:rPr>
                <w:lang w:val="ru-RU"/>
              </w:rPr>
              <w:lastRenderedPageBreak/>
              <w:t xml:space="preserve">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w:t>
            </w:r>
            <w:r w:rsidRPr="00332DB8">
              <w:rPr>
                <w:lang w:val="ru-RU"/>
              </w:rPr>
              <w:lastRenderedPageBreak/>
              <w:t>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3847.</w:t>
            </w:r>
          </w:p>
        </w:tc>
        <w:tc>
          <w:tcPr>
            <w:tcW w:w="2880" w:type="dxa"/>
          </w:tcPr>
          <w:p w:rsidR="006F7457" w:rsidRPr="00332DB8" w:rsidRDefault="00332DB8">
            <w:pPr>
              <w:rPr>
                <w:lang w:val="ru-RU"/>
              </w:rPr>
            </w:pPr>
            <w:r w:rsidRPr="00332DB8">
              <w:rPr>
                <w:lang w:val="ru-RU"/>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3848.</w:t>
            </w:r>
          </w:p>
        </w:tc>
        <w:tc>
          <w:tcPr>
            <w:tcW w:w="2880" w:type="dxa"/>
          </w:tcPr>
          <w:p w:rsidR="006F7457" w:rsidRPr="00332DB8" w:rsidRDefault="00332DB8">
            <w:pPr>
              <w:rPr>
                <w:lang w:val="ru-RU"/>
              </w:rPr>
            </w:pPr>
            <w:r w:rsidRPr="00332DB8">
              <w:rPr>
                <w:lang w:val="ru-RU"/>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3849.</w:t>
            </w:r>
          </w:p>
        </w:tc>
        <w:tc>
          <w:tcPr>
            <w:tcW w:w="2880" w:type="dxa"/>
          </w:tcPr>
          <w:p w:rsidR="006F7457" w:rsidRPr="00332DB8" w:rsidRDefault="00332DB8">
            <w:pPr>
              <w:rPr>
                <w:lang w:val="ru-RU"/>
              </w:rPr>
            </w:pPr>
            <w:r w:rsidRPr="00332DB8">
              <w:rPr>
                <w:lang w:val="ru-RU"/>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3850.</w:t>
            </w:r>
          </w:p>
        </w:tc>
        <w:tc>
          <w:tcPr>
            <w:tcW w:w="2880" w:type="dxa"/>
          </w:tcPr>
          <w:p w:rsidR="006F7457" w:rsidRPr="00332DB8" w:rsidRDefault="00332DB8">
            <w:pPr>
              <w:rPr>
                <w:lang w:val="ru-RU"/>
              </w:rPr>
            </w:pPr>
            <w:r w:rsidRPr="00332DB8">
              <w:rPr>
                <w:lang w:val="ru-RU"/>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3851.</w:t>
            </w:r>
          </w:p>
        </w:tc>
        <w:tc>
          <w:tcPr>
            <w:tcW w:w="2880" w:type="dxa"/>
          </w:tcPr>
          <w:p w:rsidR="006F7457" w:rsidRPr="00332DB8" w:rsidRDefault="00332DB8">
            <w:pPr>
              <w:rPr>
                <w:lang w:val="ru-RU"/>
              </w:rPr>
            </w:pPr>
            <w:r w:rsidRPr="00332DB8">
              <w:rPr>
                <w:lang w:val="ru-RU"/>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3852.</w:t>
            </w:r>
          </w:p>
        </w:tc>
        <w:tc>
          <w:tcPr>
            <w:tcW w:w="2880" w:type="dxa"/>
          </w:tcPr>
          <w:p w:rsidR="006F7457" w:rsidRPr="00332DB8" w:rsidRDefault="00332DB8">
            <w:pPr>
              <w:rPr>
                <w:lang w:val="ru-RU"/>
              </w:rPr>
            </w:pPr>
            <w:r w:rsidRPr="00332DB8">
              <w:rPr>
                <w:lang w:val="ru-RU"/>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3853.</w:t>
            </w:r>
          </w:p>
        </w:tc>
        <w:tc>
          <w:tcPr>
            <w:tcW w:w="2880" w:type="dxa"/>
          </w:tcPr>
          <w:p w:rsidR="006F7457" w:rsidRPr="00332DB8" w:rsidRDefault="00332DB8">
            <w:pPr>
              <w:rPr>
                <w:lang w:val="ru-RU"/>
              </w:rPr>
            </w:pPr>
            <w:r w:rsidRPr="00332DB8">
              <w:rPr>
                <w:lang w:val="ru-RU"/>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3854.</w:t>
            </w:r>
          </w:p>
        </w:tc>
        <w:tc>
          <w:tcPr>
            <w:tcW w:w="2880" w:type="dxa"/>
          </w:tcPr>
          <w:p w:rsidR="006F7457" w:rsidRPr="00332DB8" w:rsidRDefault="00332DB8">
            <w:pPr>
              <w:rPr>
                <w:lang w:val="ru-RU"/>
              </w:rPr>
            </w:pPr>
            <w:r w:rsidRPr="00332DB8">
              <w:rPr>
                <w:lang w:val="ru-RU"/>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3855.</w:t>
            </w:r>
          </w:p>
        </w:tc>
        <w:tc>
          <w:tcPr>
            <w:tcW w:w="2880" w:type="dxa"/>
          </w:tcPr>
          <w:p w:rsidR="006F7457" w:rsidRPr="00332DB8" w:rsidRDefault="00332DB8">
            <w:pPr>
              <w:rPr>
                <w:lang w:val="ru-RU"/>
              </w:rPr>
            </w:pPr>
            <w:r w:rsidRPr="00332DB8">
              <w:rPr>
                <w:lang w:val="ru-RU"/>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3856.</w:t>
            </w:r>
          </w:p>
        </w:tc>
        <w:tc>
          <w:tcPr>
            <w:tcW w:w="2880" w:type="dxa"/>
          </w:tcPr>
          <w:p w:rsidR="006F7457" w:rsidRPr="00332DB8" w:rsidRDefault="00332DB8">
            <w:pPr>
              <w:rPr>
                <w:lang w:val="ru-RU"/>
              </w:rPr>
            </w:pPr>
            <w:r w:rsidRPr="00332DB8">
              <w:rPr>
                <w:lang w:val="ru-RU"/>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385</w:t>
            </w:r>
            <w:r>
              <w:lastRenderedPageBreak/>
              <w:t>7.</w:t>
            </w:r>
          </w:p>
        </w:tc>
        <w:tc>
          <w:tcPr>
            <w:tcW w:w="2880" w:type="dxa"/>
          </w:tcPr>
          <w:p w:rsidR="006F7457" w:rsidRPr="00332DB8" w:rsidRDefault="00332DB8">
            <w:pPr>
              <w:rPr>
                <w:lang w:val="ru-RU"/>
              </w:rPr>
            </w:pPr>
            <w:r w:rsidRPr="00332DB8">
              <w:rPr>
                <w:lang w:val="ru-RU"/>
              </w:rPr>
              <w:lastRenderedPageBreak/>
              <w:t xml:space="preserve">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w:t>
            </w:r>
            <w:r w:rsidRPr="00332DB8">
              <w:rPr>
                <w:lang w:val="ru-RU"/>
              </w:rPr>
              <w:lastRenderedPageBreak/>
              <w:t>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3858.</w:t>
            </w:r>
          </w:p>
        </w:tc>
        <w:tc>
          <w:tcPr>
            <w:tcW w:w="2880" w:type="dxa"/>
          </w:tcPr>
          <w:p w:rsidR="006F7457" w:rsidRPr="00332DB8" w:rsidRDefault="00332DB8">
            <w:pPr>
              <w:rPr>
                <w:lang w:val="ru-RU"/>
              </w:rPr>
            </w:pPr>
            <w:r w:rsidRPr="00332DB8">
              <w:rPr>
                <w:lang w:val="ru-RU"/>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3859.</w:t>
            </w:r>
          </w:p>
        </w:tc>
        <w:tc>
          <w:tcPr>
            <w:tcW w:w="2880" w:type="dxa"/>
          </w:tcPr>
          <w:p w:rsidR="006F7457" w:rsidRPr="00332DB8" w:rsidRDefault="00332DB8">
            <w:pPr>
              <w:rPr>
                <w:lang w:val="ru-RU"/>
              </w:rPr>
            </w:pPr>
            <w:r w:rsidRPr="00332DB8">
              <w:rPr>
                <w:lang w:val="ru-RU"/>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3860.</w:t>
            </w:r>
          </w:p>
        </w:tc>
        <w:tc>
          <w:tcPr>
            <w:tcW w:w="2880" w:type="dxa"/>
          </w:tcPr>
          <w:p w:rsidR="006F7457" w:rsidRPr="00332DB8" w:rsidRDefault="00332DB8">
            <w:pPr>
              <w:rPr>
                <w:lang w:val="ru-RU"/>
              </w:rPr>
            </w:pPr>
            <w:r w:rsidRPr="00332DB8">
              <w:rPr>
                <w:lang w:val="ru-RU"/>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3861.</w:t>
            </w:r>
          </w:p>
        </w:tc>
        <w:tc>
          <w:tcPr>
            <w:tcW w:w="2880" w:type="dxa"/>
          </w:tcPr>
          <w:p w:rsidR="006F7457" w:rsidRPr="00332DB8" w:rsidRDefault="00332DB8">
            <w:pPr>
              <w:rPr>
                <w:lang w:val="ru-RU"/>
              </w:rPr>
            </w:pPr>
            <w:r w:rsidRPr="00332DB8">
              <w:rPr>
                <w:lang w:val="ru-RU"/>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3862.</w:t>
            </w:r>
          </w:p>
        </w:tc>
        <w:tc>
          <w:tcPr>
            <w:tcW w:w="2880" w:type="dxa"/>
          </w:tcPr>
          <w:p w:rsidR="006F7457" w:rsidRPr="00332DB8" w:rsidRDefault="00332DB8">
            <w:pPr>
              <w:rPr>
                <w:lang w:val="ru-RU"/>
              </w:rPr>
            </w:pPr>
            <w:r w:rsidRPr="00332DB8">
              <w:rPr>
                <w:lang w:val="ru-RU"/>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3863.</w:t>
            </w:r>
          </w:p>
        </w:tc>
        <w:tc>
          <w:tcPr>
            <w:tcW w:w="2880" w:type="dxa"/>
          </w:tcPr>
          <w:p w:rsidR="006F7457" w:rsidRPr="00332DB8" w:rsidRDefault="00332DB8">
            <w:pPr>
              <w:rPr>
                <w:lang w:val="ru-RU"/>
              </w:rPr>
            </w:pPr>
            <w:r w:rsidRPr="00332DB8">
              <w:rPr>
                <w:lang w:val="ru-RU"/>
              </w:rP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6F7457" w:rsidRPr="00332DB8" w:rsidRDefault="006F7457">
            <w:pPr>
              <w:rPr>
                <w:lang w:val="ru-RU"/>
              </w:rPr>
            </w:pPr>
          </w:p>
        </w:tc>
      </w:tr>
      <w:tr w:rsidR="006F7457" w:rsidRPr="005A424D">
        <w:tc>
          <w:tcPr>
            <w:tcW w:w="2880" w:type="dxa"/>
          </w:tcPr>
          <w:p w:rsidR="006F7457" w:rsidRDefault="00332DB8">
            <w:r>
              <w:t>3864.</w:t>
            </w:r>
          </w:p>
        </w:tc>
        <w:tc>
          <w:tcPr>
            <w:tcW w:w="2880" w:type="dxa"/>
          </w:tcPr>
          <w:p w:rsidR="006F7457" w:rsidRPr="00332DB8" w:rsidRDefault="00332DB8">
            <w:pPr>
              <w:rPr>
                <w:lang w:val="ru-RU"/>
              </w:rPr>
            </w:pPr>
            <w:r w:rsidRPr="00332DB8">
              <w:rPr>
                <w:lang w:val="ru-RU"/>
              </w:rPr>
              <w:t>Видеоролик «Правда» (решение Заводского районного суда г. Орла от 04.08.2016);</w:t>
            </w:r>
          </w:p>
        </w:tc>
        <w:tc>
          <w:tcPr>
            <w:tcW w:w="2880" w:type="dxa"/>
          </w:tcPr>
          <w:p w:rsidR="006F7457" w:rsidRPr="00332DB8" w:rsidRDefault="006F7457">
            <w:pPr>
              <w:rPr>
                <w:lang w:val="ru-RU"/>
              </w:rPr>
            </w:pPr>
          </w:p>
        </w:tc>
      </w:tr>
      <w:tr w:rsidR="006F7457" w:rsidRPr="005A424D">
        <w:tc>
          <w:tcPr>
            <w:tcW w:w="2880" w:type="dxa"/>
          </w:tcPr>
          <w:p w:rsidR="006F7457" w:rsidRDefault="00332DB8">
            <w:r>
              <w:t>3865.</w:t>
            </w:r>
          </w:p>
        </w:tc>
        <w:tc>
          <w:tcPr>
            <w:tcW w:w="2880" w:type="dxa"/>
          </w:tcPr>
          <w:p w:rsidR="006F7457" w:rsidRPr="00332DB8" w:rsidRDefault="00332DB8">
            <w:pPr>
              <w:rPr>
                <w:lang w:val="ru-RU"/>
              </w:rPr>
            </w:pPr>
            <w:r w:rsidRPr="00332DB8">
              <w:rPr>
                <w:lang w:val="ru-RU"/>
              </w:rPr>
              <w:t>Видеоролик «</w:t>
            </w:r>
            <w:r>
              <w:t>RGD</w:t>
            </w:r>
            <w:r w:rsidRPr="00332DB8">
              <w:rPr>
                <w:lang w:val="ru-RU"/>
              </w:rPr>
              <w:t xml:space="preserve"> 88 – кто, если не Мы» (интернет-адрес: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tIyBuIkoJ</w:t>
            </w:r>
            <w:r w:rsidRPr="00332DB8">
              <w:rPr>
                <w:lang w:val="ru-RU"/>
              </w:rPr>
              <w:t>2</w:t>
            </w:r>
            <w:r>
              <w:t>M</w:t>
            </w:r>
            <w:r w:rsidRPr="00332DB8">
              <w:rPr>
                <w:lang w:val="ru-RU"/>
              </w:rPr>
              <w:t>) (решение Заводского районного суда г. Орла от 04.08.2016);</w:t>
            </w:r>
          </w:p>
        </w:tc>
        <w:tc>
          <w:tcPr>
            <w:tcW w:w="2880" w:type="dxa"/>
          </w:tcPr>
          <w:p w:rsidR="006F7457" w:rsidRPr="00332DB8" w:rsidRDefault="006F7457">
            <w:pPr>
              <w:rPr>
                <w:lang w:val="ru-RU"/>
              </w:rPr>
            </w:pPr>
          </w:p>
        </w:tc>
      </w:tr>
      <w:tr w:rsidR="006F7457" w:rsidRPr="005A424D">
        <w:tc>
          <w:tcPr>
            <w:tcW w:w="2880" w:type="dxa"/>
          </w:tcPr>
          <w:p w:rsidR="006F7457" w:rsidRDefault="00332DB8">
            <w:r>
              <w:t>3866.</w:t>
            </w:r>
          </w:p>
        </w:tc>
        <w:tc>
          <w:tcPr>
            <w:tcW w:w="2880" w:type="dxa"/>
          </w:tcPr>
          <w:p w:rsidR="006F7457" w:rsidRPr="00332DB8" w:rsidRDefault="00332DB8">
            <w:pPr>
              <w:rPr>
                <w:lang w:val="ru-RU"/>
              </w:rPr>
            </w:pPr>
            <w:r w:rsidRPr="00332DB8">
              <w:rPr>
                <w:lang w:val="ru-RU"/>
              </w:rPr>
              <w:t xml:space="preserve">Информационный материал - текст, размещенный в режиме свободного доступа в сети «Интернет» на страницах </w:t>
            </w:r>
            <w:r>
              <w:t>http</w:t>
            </w:r>
            <w:r w:rsidRPr="00332DB8">
              <w:rPr>
                <w:lang w:val="ru-RU"/>
              </w:rPr>
              <w:t>://</w:t>
            </w:r>
            <w:r>
              <w:t>vk</w:t>
            </w:r>
            <w:r w:rsidRPr="00332DB8">
              <w:rPr>
                <w:lang w:val="ru-RU"/>
              </w:rPr>
              <w:t>.</w:t>
            </w:r>
            <w:r>
              <w:t>com</w:t>
            </w:r>
            <w:r w:rsidRPr="00332DB8">
              <w:rPr>
                <w:lang w:val="ru-RU"/>
              </w:rPr>
              <w:t>/</w:t>
            </w:r>
            <w:r>
              <w:t>id</w:t>
            </w:r>
            <w:r w:rsidRPr="00332DB8">
              <w:rPr>
                <w:lang w:val="ru-RU"/>
              </w:rPr>
              <w:t>95924425?</w:t>
            </w:r>
            <w:r>
              <w:t>z</w:t>
            </w:r>
            <w:r w:rsidRPr="00332DB8">
              <w:rPr>
                <w:lang w:val="ru-RU"/>
              </w:rPr>
              <w:t>=</w:t>
            </w:r>
            <w:r>
              <w:t>photo</w:t>
            </w:r>
            <w:r w:rsidRPr="00332DB8">
              <w:rPr>
                <w:lang w:val="ru-RU"/>
              </w:rPr>
              <w:t>-34179194_378420471%2</w:t>
            </w:r>
            <w:r>
              <w:t>Fwall</w:t>
            </w:r>
            <w:r w:rsidRPr="00332DB8">
              <w:rPr>
                <w:lang w:val="ru-RU"/>
              </w:rPr>
              <w:t xml:space="preserve">95924425_8857, </w:t>
            </w:r>
            <w:r>
              <w:t>http</w:t>
            </w:r>
            <w:r w:rsidRPr="00332DB8">
              <w:rPr>
                <w:lang w:val="ru-RU"/>
              </w:rPr>
              <w:t>://</w:t>
            </w:r>
            <w:r>
              <w:t>chechnyatoday</w:t>
            </w:r>
            <w:r w:rsidRPr="00332DB8">
              <w:rPr>
                <w:lang w:val="ru-RU"/>
              </w:rPr>
              <w:t>.</w:t>
            </w:r>
            <w:r>
              <w:t>com</w:t>
            </w:r>
            <w:r w:rsidRPr="00332DB8">
              <w:rPr>
                <w:lang w:val="ru-RU"/>
              </w:rPr>
              <w:t>/</w:t>
            </w:r>
            <w:r>
              <w:t>content</w:t>
            </w:r>
            <w:r w:rsidRPr="00332DB8">
              <w:rPr>
                <w:lang w:val="ru-RU"/>
              </w:rPr>
              <w:t>/</w:t>
            </w:r>
            <w:r>
              <w:t>view</w:t>
            </w:r>
            <w:r w:rsidRPr="00332DB8">
              <w:rPr>
                <w:lang w:val="ru-RU"/>
              </w:rPr>
              <w:t xml:space="preserve">/23578 и </w:t>
            </w:r>
            <w:r>
              <w:t>http</w:t>
            </w:r>
            <w:r w:rsidRPr="00332DB8">
              <w:rPr>
                <w:lang w:val="ru-RU"/>
              </w:rPr>
              <w:t>://</w:t>
            </w:r>
            <w:r>
              <w:t>nstarikov</w:t>
            </w:r>
            <w:r w:rsidRPr="00332DB8">
              <w:rPr>
                <w:lang w:val="ru-RU"/>
              </w:rPr>
              <w:t>.</w:t>
            </w:r>
            <w:r>
              <w:t>ru</w:t>
            </w:r>
            <w:r w:rsidRPr="00332DB8">
              <w:rPr>
                <w:lang w:val="ru-RU"/>
              </w:rPr>
              <w:t>/</w:t>
            </w:r>
            <w:r>
              <w:t>blog</w:t>
            </w:r>
            <w:r w:rsidRPr="00332DB8">
              <w:rPr>
                <w:lang w:val="ru-RU"/>
              </w:rPr>
              <w:t>/14528,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2880" w:type="dxa"/>
          </w:tcPr>
          <w:p w:rsidR="006F7457" w:rsidRPr="00332DB8" w:rsidRDefault="006F7457">
            <w:pPr>
              <w:rPr>
                <w:lang w:val="ru-RU"/>
              </w:rPr>
            </w:pPr>
          </w:p>
        </w:tc>
      </w:tr>
      <w:tr w:rsidR="006F7457" w:rsidRPr="005A424D">
        <w:tc>
          <w:tcPr>
            <w:tcW w:w="2880" w:type="dxa"/>
          </w:tcPr>
          <w:p w:rsidR="006F7457" w:rsidRDefault="00332DB8">
            <w:r>
              <w:t>386</w:t>
            </w:r>
            <w:r>
              <w:lastRenderedPageBreak/>
              <w:t>7.</w:t>
            </w:r>
          </w:p>
        </w:tc>
        <w:tc>
          <w:tcPr>
            <w:tcW w:w="2880" w:type="dxa"/>
          </w:tcPr>
          <w:p w:rsidR="006F7457" w:rsidRPr="00332DB8" w:rsidRDefault="00332DB8">
            <w:pPr>
              <w:rPr>
                <w:lang w:val="ru-RU"/>
              </w:rPr>
            </w:pPr>
            <w:r w:rsidRPr="00332DB8">
              <w:rPr>
                <w:lang w:val="ru-RU"/>
              </w:rPr>
              <w:lastRenderedPageBreak/>
              <w:t xml:space="preserve">Информационный материал - текст, размещенный в режиме свободного доступа в сети «Интернет» на страницах </w:t>
            </w:r>
            <w:r>
              <w:t>http</w:t>
            </w:r>
            <w:r w:rsidRPr="00332DB8">
              <w:rPr>
                <w:lang w:val="ru-RU"/>
              </w:rPr>
              <w:t>://</w:t>
            </w:r>
            <w:r>
              <w:t>pikabu</w:t>
            </w:r>
            <w:r w:rsidRPr="00332DB8">
              <w:rPr>
                <w:lang w:val="ru-RU"/>
              </w:rPr>
              <w:t>.</w:t>
            </w:r>
            <w:r>
              <w:t>ru</w:t>
            </w:r>
            <w:r w:rsidRPr="00332DB8">
              <w:rPr>
                <w:lang w:val="ru-RU"/>
              </w:rPr>
              <w:t>/</w:t>
            </w:r>
            <w:r>
              <w:t>story</w:t>
            </w:r>
            <w:r w:rsidRPr="00332DB8">
              <w:rPr>
                <w:lang w:val="ru-RU"/>
              </w:rPr>
              <w:t>/</w:t>
            </w:r>
            <w:r>
              <w:t>taras</w:t>
            </w:r>
            <w:r w:rsidRPr="00332DB8">
              <w:rPr>
                <w:lang w:val="ru-RU"/>
              </w:rPr>
              <w:t>_</w:t>
            </w:r>
            <w:r>
              <w:t>grigorevich</w:t>
            </w:r>
            <w:r w:rsidRPr="00332DB8">
              <w:rPr>
                <w:lang w:val="ru-RU"/>
              </w:rPr>
              <w:t>_</w:t>
            </w:r>
            <w:r>
              <w:t>shevchenko</w:t>
            </w:r>
            <w:r w:rsidRPr="00332DB8">
              <w:rPr>
                <w:lang w:val="ru-RU"/>
              </w:rPr>
              <w:t>_</w:t>
            </w:r>
            <w:r>
              <w:t>o</w:t>
            </w:r>
            <w:r w:rsidRPr="00332DB8">
              <w:rPr>
                <w:lang w:val="ru-RU"/>
              </w:rPr>
              <w:t>_</w:t>
            </w:r>
            <w:r>
              <w:t>quotkhokhlakhquot</w:t>
            </w:r>
            <w:r w:rsidRPr="00332DB8">
              <w:rPr>
                <w:lang w:val="ru-RU"/>
              </w:rPr>
              <w:t xml:space="preserve">_2058481 и </w:t>
            </w:r>
            <w:r>
              <w:t>http</w:t>
            </w:r>
            <w:r w:rsidRPr="00332DB8">
              <w:rPr>
                <w:lang w:val="ru-RU"/>
              </w:rPr>
              <w:t>://</w:t>
            </w:r>
            <w:r>
              <w:t>elemental</w:t>
            </w:r>
            <w:r w:rsidRPr="00332DB8">
              <w:rPr>
                <w:lang w:val="ru-RU"/>
              </w:rPr>
              <w:t>1111.</w:t>
            </w:r>
            <w:r>
              <w:t>livejournal</w:t>
            </w:r>
            <w:r w:rsidRPr="00332DB8">
              <w:rPr>
                <w:lang w:val="ru-RU"/>
              </w:rPr>
              <w:t>.</w:t>
            </w:r>
            <w:r>
              <w:t>com</w:t>
            </w:r>
            <w:r w:rsidRPr="00332DB8">
              <w:rPr>
                <w:lang w:val="ru-RU"/>
              </w:rPr>
              <w:t>/31022.</w:t>
            </w:r>
            <w:r>
              <w:t>htm</w:t>
            </w:r>
            <w:r w:rsidRPr="00332DB8">
              <w:rPr>
                <w:lang w:val="ru-RU"/>
              </w:rPr>
              <w:t xml:space="preserve">, начинающегося словами: «Хохол останется хохлом...» и </w:t>
            </w:r>
            <w:r w:rsidRPr="00332DB8">
              <w:rPr>
                <w:lang w:val="ru-RU"/>
              </w:rPr>
              <w:lastRenderedPageBreak/>
              <w:t>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3868.</w:t>
            </w:r>
          </w:p>
        </w:tc>
        <w:tc>
          <w:tcPr>
            <w:tcW w:w="2880" w:type="dxa"/>
          </w:tcPr>
          <w:p w:rsidR="006F7457" w:rsidRPr="00332DB8" w:rsidRDefault="00332DB8">
            <w:pPr>
              <w:rPr>
                <w:lang w:val="ru-RU"/>
              </w:rPr>
            </w:pPr>
            <w:r w:rsidRPr="00332DB8">
              <w:rPr>
                <w:lang w:val="ru-RU"/>
              </w:rPr>
              <w:t xml:space="preserve">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w:t>
            </w:r>
            <w:r>
              <w:t>http</w:t>
            </w:r>
            <w:r w:rsidRPr="00332DB8">
              <w:rPr>
                <w:lang w:val="ru-RU"/>
              </w:rPr>
              <w:t xml:space="preserve">:// </w:t>
            </w:r>
            <w:r>
              <w:t>vk</w:t>
            </w:r>
            <w:r w:rsidRPr="00332DB8">
              <w:rPr>
                <w:lang w:val="ru-RU"/>
              </w:rPr>
              <w:t>.</w:t>
            </w:r>
            <w:r>
              <w:t>com</w:t>
            </w:r>
            <w:r w:rsidRPr="00332DB8">
              <w:rPr>
                <w:lang w:val="ru-RU"/>
              </w:rPr>
              <w:t>/</w:t>
            </w:r>
            <w:r>
              <w:t>kraru</w:t>
            </w:r>
            <w:r w:rsidRPr="00332DB8">
              <w:rPr>
                <w:lang w:val="ru-RU"/>
              </w:rPr>
              <w:t xml:space="preserve"> (заочное решение Советского районного суда г. Краснодара от 27.04.2016 и определение Советского районного суда г. Краснодара от 01.06.2016);</w:t>
            </w:r>
          </w:p>
        </w:tc>
        <w:tc>
          <w:tcPr>
            <w:tcW w:w="2880" w:type="dxa"/>
          </w:tcPr>
          <w:p w:rsidR="006F7457" w:rsidRPr="00332DB8" w:rsidRDefault="006F7457">
            <w:pPr>
              <w:rPr>
                <w:lang w:val="ru-RU"/>
              </w:rPr>
            </w:pPr>
          </w:p>
        </w:tc>
      </w:tr>
      <w:tr w:rsidR="006F7457" w:rsidRPr="005A424D">
        <w:tc>
          <w:tcPr>
            <w:tcW w:w="2880" w:type="dxa"/>
          </w:tcPr>
          <w:p w:rsidR="006F7457" w:rsidRDefault="00332DB8">
            <w:r>
              <w:t>3869.</w:t>
            </w:r>
          </w:p>
        </w:tc>
        <w:tc>
          <w:tcPr>
            <w:tcW w:w="2880" w:type="dxa"/>
          </w:tcPr>
          <w:p w:rsidR="006F7457" w:rsidRPr="00332DB8" w:rsidRDefault="00332DB8">
            <w:pPr>
              <w:rPr>
                <w:lang w:val="ru-RU"/>
              </w:rPr>
            </w:pPr>
            <w:r w:rsidRPr="00332DB8">
              <w:rPr>
                <w:lang w:val="ru-RU"/>
              </w:rPr>
              <w:t xml:space="preserve">Аудиофайл под названием «Я рисую на асфальте – хватит чурок», размещенный в сети «Интернет» по адресу: </w:t>
            </w:r>
            <w:r>
              <w:t>http</w:t>
            </w:r>
            <w:r w:rsidRPr="00332DB8">
              <w:rPr>
                <w:lang w:val="ru-RU"/>
              </w:rPr>
              <w:t>://</w:t>
            </w:r>
            <w:r>
              <w:t>vk</w:t>
            </w:r>
            <w:r w:rsidRPr="00332DB8">
              <w:rPr>
                <w:lang w:val="ru-RU"/>
              </w:rPr>
              <w:t>.</w:t>
            </w:r>
            <w:r>
              <w:t>com</w:t>
            </w:r>
            <w:r w:rsidRPr="00332DB8">
              <w:rPr>
                <w:lang w:val="ru-RU"/>
              </w:rPr>
              <w:t>/</w:t>
            </w:r>
            <w:r>
              <w:t>audios</w:t>
            </w:r>
            <w:r w:rsidRPr="00332DB8">
              <w:rPr>
                <w:lang w:val="ru-RU"/>
              </w:rPr>
              <w:t>105481419 (решение Воркутинского городского суда Республики Коми от 12.07.2016);</w:t>
            </w:r>
          </w:p>
        </w:tc>
        <w:tc>
          <w:tcPr>
            <w:tcW w:w="2880" w:type="dxa"/>
          </w:tcPr>
          <w:p w:rsidR="006F7457" w:rsidRPr="00332DB8" w:rsidRDefault="006F7457">
            <w:pPr>
              <w:rPr>
                <w:lang w:val="ru-RU"/>
              </w:rPr>
            </w:pPr>
          </w:p>
        </w:tc>
      </w:tr>
      <w:tr w:rsidR="006F7457">
        <w:tc>
          <w:tcPr>
            <w:tcW w:w="2880" w:type="dxa"/>
          </w:tcPr>
          <w:p w:rsidR="006F7457" w:rsidRDefault="00332DB8">
            <w:r>
              <w:t>3870.</w:t>
            </w:r>
          </w:p>
        </w:tc>
        <w:tc>
          <w:tcPr>
            <w:tcW w:w="2880" w:type="dxa"/>
          </w:tcPr>
          <w:p w:rsidR="006F7457" w:rsidRDefault="00332DB8">
            <w:r w:rsidRPr="00332DB8">
              <w:rPr>
                <w:lang w:val="ru-RU"/>
              </w:rPr>
              <w:t xml:space="preserve">Видеоролик:«О, наш шейх, разреши нам сражаться против сыновей нашего племени (рус) ИГ Халифат. </w:t>
            </w:r>
            <w:r>
              <w:t>30.04.2015. (3)» (решение Московского районного суда г. Казани от 03.03.2016);</w:t>
            </w:r>
          </w:p>
        </w:tc>
        <w:tc>
          <w:tcPr>
            <w:tcW w:w="2880" w:type="dxa"/>
          </w:tcPr>
          <w:p w:rsidR="006F7457" w:rsidRDefault="006F7457"/>
        </w:tc>
      </w:tr>
      <w:tr w:rsidR="006F7457" w:rsidRPr="005A424D">
        <w:tc>
          <w:tcPr>
            <w:tcW w:w="2880" w:type="dxa"/>
          </w:tcPr>
          <w:p w:rsidR="006F7457" w:rsidRDefault="00332DB8">
            <w:r>
              <w:t>3871.</w:t>
            </w:r>
          </w:p>
        </w:tc>
        <w:tc>
          <w:tcPr>
            <w:tcW w:w="2880" w:type="dxa"/>
          </w:tcPr>
          <w:p w:rsidR="006F7457" w:rsidRPr="00332DB8" w:rsidRDefault="00332DB8">
            <w:pPr>
              <w:rPr>
                <w:lang w:val="ru-RU"/>
              </w:rPr>
            </w:pPr>
            <w:r w:rsidRPr="00332DB8">
              <w:rPr>
                <w:lang w:val="ru-RU"/>
              </w:rPr>
              <w:t>Видеоролик: «Обращение к мусульманам Камиля абу Султана. ИГ Халифат. «03.06.2015» (решение Московского районного суда г. Казани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38</w:t>
            </w:r>
            <w:r>
              <w:lastRenderedPageBreak/>
              <w:t>72.</w:t>
            </w:r>
          </w:p>
        </w:tc>
        <w:tc>
          <w:tcPr>
            <w:tcW w:w="2880" w:type="dxa"/>
          </w:tcPr>
          <w:p w:rsidR="006F7457" w:rsidRPr="00332DB8" w:rsidRDefault="00332DB8">
            <w:pPr>
              <w:rPr>
                <w:lang w:val="ru-RU"/>
              </w:rPr>
            </w:pPr>
            <w:r w:rsidRPr="00332DB8">
              <w:rPr>
                <w:lang w:val="ru-RU"/>
              </w:rPr>
              <w:lastRenderedPageBreak/>
              <w:t xml:space="preserve">Видеоролик: «Обращение мухаджира из ИГ Халифат (рус). 13.06.2015» (решение Московского районного суда г. </w:t>
            </w:r>
            <w:r w:rsidRPr="00332DB8">
              <w:rPr>
                <w:lang w:val="ru-RU"/>
              </w:rPr>
              <w:lastRenderedPageBreak/>
              <w:t>Казани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3873.</w:t>
            </w:r>
          </w:p>
        </w:tc>
        <w:tc>
          <w:tcPr>
            <w:tcW w:w="2880" w:type="dxa"/>
          </w:tcPr>
          <w:p w:rsidR="006F7457" w:rsidRPr="00332DB8" w:rsidRDefault="00332DB8">
            <w:pPr>
              <w:rPr>
                <w:lang w:val="ru-RU"/>
              </w:rPr>
            </w:pPr>
            <w:r w:rsidRPr="00332DB8">
              <w:rPr>
                <w:lang w:val="ru-RU"/>
              </w:rPr>
              <w:t xml:space="preserve">Текст «Иудейское иго над Россией в 1917-1937 годах», размещенный на электронном адресе: </w:t>
            </w:r>
            <w:r>
              <w:t>http</w:t>
            </w:r>
            <w:r w:rsidRPr="00332DB8">
              <w:rPr>
                <w:lang w:val="ru-RU"/>
              </w:rPr>
              <w:t>://</w:t>
            </w:r>
            <w:r>
              <w:t>vk</w:t>
            </w:r>
            <w:r w:rsidRPr="00332DB8">
              <w:rPr>
                <w:lang w:val="ru-RU"/>
              </w:rPr>
              <w:t>.</w:t>
            </w:r>
            <w:r>
              <w:t>com</w:t>
            </w:r>
            <w:r w:rsidRPr="00332DB8">
              <w:rPr>
                <w:lang w:val="ru-RU"/>
              </w:rPr>
              <w:t>/</w:t>
            </w:r>
            <w:r>
              <w:t>zanravsvennost</w:t>
            </w:r>
            <w:r w:rsidRPr="00332DB8">
              <w:rPr>
                <w:lang w:val="ru-RU"/>
              </w:rPr>
              <w:t>?</w:t>
            </w:r>
            <w:r>
              <w:t>w</w:t>
            </w:r>
            <w:r w:rsidRPr="00332DB8">
              <w:rPr>
                <w:lang w:val="ru-RU"/>
              </w:rPr>
              <w:t>=</w:t>
            </w:r>
            <w:r>
              <w:t>wall</w:t>
            </w:r>
            <w:r w:rsidRPr="00332DB8">
              <w:rPr>
                <w:lang w:val="ru-RU"/>
              </w:rPr>
              <w:t>-34957800_35510 (решение Бабушкинского районного суда города Москвы от 25.05.2016);</w:t>
            </w:r>
          </w:p>
        </w:tc>
        <w:tc>
          <w:tcPr>
            <w:tcW w:w="2880" w:type="dxa"/>
          </w:tcPr>
          <w:p w:rsidR="006F7457" w:rsidRPr="00332DB8" w:rsidRDefault="006F7457">
            <w:pPr>
              <w:rPr>
                <w:lang w:val="ru-RU"/>
              </w:rPr>
            </w:pPr>
          </w:p>
        </w:tc>
      </w:tr>
      <w:tr w:rsidR="006F7457" w:rsidRPr="005A424D">
        <w:tc>
          <w:tcPr>
            <w:tcW w:w="2880" w:type="dxa"/>
          </w:tcPr>
          <w:p w:rsidR="006F7457" w:rsidRDefault="00332DB8">
            <w:r>
              <w:t>3874.</w:t>
            </w:r>
          </w:p>
        </w:tc>
        <w:tc>
          <w:tcPr>
            <w:tcW w:w="2880" w:type="dxa"/>
          </w:tcPr>
          <w:p w:rsidR="006F7457" w:rsidRPr="00332DB8" w:rsidRDefault="00332DB8">
            <w:pPr>
              <w:rPr>
                <w:lang w:val="ru-RU"/>
              </w:rPr>
            </w:pPr>
            <w:r w:rsidRPr="00332DB8">
              <w:rPr>
                <w:lang w:val="ru-RU"/>
              </w:rPr>
              <w:t xml:space="preserve">Текст «Иудейское иго над Россией в 1917-1937 годах», размещенный на электронном адресе: </w:t>
            </w:r>
            <w:r>
              <w:t>http</w:t>
            </w:r>
            <w:r w:rsidRPr="00332DB8">
              <w:rPr>
                <w:lang w:val="ru-RU"/>
              </w:rPr>
              <w:t>:/</w:t>
            </w:r>
            <w:r>
              <w:t>ru</w:t>
            </w:r>
            <w:r w:rsidRPr="00332DB8">
              <w:rPr>
                <w:lang w:val="ru-RU"/>
              </w:rPr>
              <w:t>-</w:t>
            </w:r>
            <w:r>
              <w:t>an</w:t>
            </w:r>
            <w:r w:rsidRPr="00332DB8">
              <w:rPr>
                <w:lang w:val="ru-RU"/>
              </w:rPr>
              <w:t>.</w:t>
            </w:r>
            <w:r>
              <w:t>info</w:t>
            </w:r>
            <w:r w:rsidRPr="00332DB8">
              <w:rPr>
                <w:lang w:val="ru-RU"/>
              </w:rPr>
              <w:t>/новости/иудейское-иго-над-россией-в-1917-1937-годах (решение Бабушкинского районного суда г. Москвы от 25.05.2016);</w:t>
            </w:r>
          </w:p>
        </w:tc>
        <w:tc>
          <w:tcPr>
            <w:tcW w:w="2880" w:type="dxa"/>
          </w:tcPr>
          <w:p w:rsidR="006F7457" w:rsidRPr="00332DB8" w:rsidRDefault="006F7457">
            <w:pPr>
              <w:rPr>
                <w:lang w:val="ru-RU"/>
              </w:rPr>
            </w:pPr>
          </w:p>
        </w:tc>
      </w:tr>
      <w:tr w:rsidR="006F7457" w:rsidRPr="005A424D">
        <w:tc>
          <w:tcPr>
            <w:tcW w:w="2880" w:type="dxa"/>
          </w:tcPr>
          <w:p w:rsidR="006F7457" w:rsidRDefault="00332DB8">
            <w:r>
              <w:t>3875.</w:t>
            </w:r>
          </w:p>
        </w:tc>
        <w:tc>
          <w:tcPr>
            <w:tcW w:w="2880" w:type="dxa"/>
          </w:tcPr>
          <w:p w:rsidR="006F7457" w:rsidRPr="00332DB8" w:rsidRDefault="00332DB8">
            <w:pPr>
              <w:rPr>
                <w:lang w:val="ru-RU"/>
              </w:rPr>
            </w:pPr>
            <w:r w:rsidRPr="00332DB8">
              <w:rPr>
                <w:lang w:val="ru-RU"/>
              </w:rPr>
              <w:t xml:space="preserve">Информация, размещенная на интернет-странице по адресу: </w:t>
            </w:r>
            <w:r>
              <w:t>http</w:t>
            </w:r>
            <w:r w:rsidRPr="00332DB8">
              <w:rPr>
                <w:lang w:val="ru-RU"/>
              </w:rPr>
              <w:t>://</w:t>
            </w:r>
            <w:r>
              <w:t>forum</w:t>
            </w:r>
            <w:r w:rsidRPr="00332DB8">
              <w:rPr>
                <w:lang w:val="ru-RU"/>
              </w:rPr>
              <w:t>.</w:t>
            </w:r>
            <w:r>
              <w:t>dpni</w:t>
            </w:r>
            <w:r w:rsidRPr="00332DB8">
              <w:rPr>
                <w:lang w:val="ru-RU"/>
              </w:rPr>
              <w:t>.</w:t>
            </w:r>
            <w:r>
              <w:t>org</w:t>
            </w:r>
            <w:r w:rsidRPr="00332DB8">
              <w:rPr>
                <w:lang w:val="ru-RU"/>
              </w:rPr>
              <w:t>/</w:t>
            </w:r>
            <w:r>
              <w:t>showthread</w:t>
            </w:r>
            <w:r w:rsidRPr="00332DB8">
              <w:rPr>
                <w:lang w:val="ru-RU"/>
              </w:rPr>
              <w:t>.</w:t>
            </w:r>
            <w:r>
              <w:t>php</w:t>
            </w:r>
            <w:r w:rsidRPr="00332DB8">
              <w:rPr>
                <w:lang w:val="ru-RU"/>
              </w:rPr>
              <w:t>?</w:t>
            </w:r>
            <w:r>
              <w:t>t</w:t>
            </w:r>
            <w:r w:rsidRPr="00332DB8">
              <w:rPr>
                <w:lang w:val="ru-RU"/>
              </w:rPr>
              <w:t>=40961 (решение Бабушкинского районного суда г. Москвы от 14.03.2016);</w:t>
            </w:r>
          </w:p>
        </w:tc>
        <w:tc>
          <w:tcPr>
            <w:tcW w:w="2880" w:type="dxa"/>
          </w:tcPr>
          <w:p w:rsidR="006F7457" w:rsidRPr="00332DB8" w:rsidRDefault="006F7457">
            <w:pPr>
              <w:rPr>
                <w:lang w:val="ru-RU"/>
              </w:rPr>
            </w:pPr>
          </w:p>
        </w:tc>
      </w:tr>
      <w:tr w:rsidR="006F7457" w:rsidRPr="005A424D">
        <w:tc>
          <w:tcPr>
            <w:tcW w:w="2880" w:type="dxa"/>
          </w:tcPr>
          <w:p w:rsidR="006F7457" w:rsidRDefault="00332DB8">
            <w:r>
              <w:t>3876.</w:t>
            </w:r>
          </w:p>
        </w:tc>
        <w:tc>
          <w:tcPr>
            <w:tcW w:w="2880" w:type="dxa"/>
          </w:tcPr>
          <w:p w:rsidR="006F7457" w:rsidRPr="00332DB8" w:rsidRDefault="00332DB8">
            <w:pPr>
              <w:rPr>
                <w:lang w:val="ru-RU"/>
              </w:rPr>
            </w:pPr>
            <w:r w:rsidRPr="00332DB8">
              <w:rPr>
                <w:lang w:val="ru-RU"/>
              </w:rPr>
              <w:t xml:space="preserve">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t>
            </w:r>
            <w:r>
              <w:t>www</w:t>
            </w:r>
            <w:r w:rsidRPr="00332DB8">
              <w:rPr>
                <w:lang w:val="ru-RU"/>
              </w:rPr>
              <w:t>.</w:t>
            </w:r>
            <w:r>
              <w:t>vkontakte</w:t>
            </w:r>
            <w:r w:rsidRPr="00332DB8">
              <w:rPr>
                <w:lang w:val="ru-RU"/>
              </w:rPr>
              <w:t>.</w:t>
            </w:r>
            <w:r>
              <w:t>ru</w:t>
            </w:r>
            <w:r w:rsidRPr="00332DB8">
              <w:rPr>
                <w:lang w:val="ru-RU"/>
              </w:rPr>
              <w:t xml:space="preserve"> на Интернет-странице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34452725 (решение Промышленного районного суда г. Курска от 12.07.2016);</w:t>
            </w:r>
          </w:p>
        </w:tc>
        <w:tc>
          <w:tcPr>
            <w:tcW w:w="2880" w:type="dxa"/>
          </w:tcPr>
          <w:p w:rsidR="006F7457" w:rsidRPr="00332DB8" w:rsidRDefault="006F7457">
            <w:pPr>
              <w:rPr>
                <w:lang w:val="ru-RU"/>
              </w:rPr>
            </w:pPr>
          </w:p>
        </w:tc>
      </w:tr>
      <w:tr w:rsidR="006F7457" w:rsidRPr="005A424D">
        <w:tc>
          <w:tcPr>
            <w:tcW w:w="2880" w:type="dxa"/>
          </w:tcPr>
          <w:p w:rsidR="006F7457" w:rsidRDefault="00332DB8">
            <w:r>
              <w:t>3877.</w:t>
            </w:r>
          </w:p>
        </w:tc>
        <w:tc>
          <w:tcPr>
            <w:tcW w:w="2880" w:type="dxa"/>
          </w:tcPr>
          <w:p w:rsidR="006F7457" w:rsidRPr="00332DB8" w:rsidRDefault="00332DB8">
            <w:pPr>
              <w:rPr>
                <w:lang w:val="ru-RU"/>
              </w:rPr>
            </w:pPr>
            <w:r w:rsidRPr="00332DB8">
              <w:rPr>
                <w:lang w:val="ru-RU"/>
              </w:rPr>
              <w:t>Информация, размещенная на сайте«</w:t>
            </w:r>
            <w:r>
              <w:t>demotivation</w:t>
            </w:r>
            <w:r w:rsidRPr="00332DB8">
              <w:rPr>
                <w:lang w:val="ru-RU"/>
              </w:rPr>
              <w:t xml:space="preserve">. </w:t>
            </w:r>
            <w:r>
              <w:t>ru</w:t>
            </w:r>
            <w:r w:rsidRPr="00332DB8">
              <w:rPr>
                <w:lang w:val="ru-RU"/>
              </w:rPr>
              <w:t>\</w:t>
            </w:r>
            <w:r>
              <w:t>hyq</w:t>
            </w:r>
            <w:r w:rsidRPr="00332DB8">
              <w:rPr>
                <w:lang w:val="ru-RU"/>
              </w:rPr>
              <w:t>37</w:t>
            </w:r>
            <w:r>
              <w:t>s</w:t>
            </w:r>
            <w:r w:rsidRPr="00332DB8">
              <w:rPr>
                <w:lang w:val="ru-RU"/>
              </w:rPr>
              <w:t>3</w:t>
            </w:r>
            <w:r>
              <w:t>hb</w:t>
            </w:r>
            <w:r w:rsidRPr="00332DB8">
              <w:rPr>
                <w:lang w:val="ru-RU"/>
              </w:rPr>
              <w:t>451</w:t>
            </w:r>
            <w:r>
              <w:t>pic</w:t>
            </w:r>
            <w:r w:rsidRPr="00332DB8">
              <w:rPr>
                <w:lang w:val="ru-RU"/>
              </w:rPr>
              <w:t>.</w:t>
            </w:r>
            <w:r>
              <w:t>htmI</w:t>
            </w:r>
            <w:r w:rsidRPr="00332DB8">
              <w:rPr>
                <w:lang w:val="ru-RU"/>
              </w:rPr>
              <w:t>»,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3878.</w:t>
            </w:r>
          </w:p>
        </w:tc>
        <w:tc>
          <w:tcPr>
            <w:tcW w:w="2880" w:type="dxa"/>
          </w:tcPr>
          <w:p w:rsidR="006F7457" w:rsidRPr="00332DB8" w:rsidRDefault="00332DB8">
            <w:pPr>
              <w:rPr>
                <w:lang w:val="ru-RU"/>
              </w:rPr>
            </w:pPr>
            <w:r w:rsidRPr="00332DB8">
              <w:rPr>
                <w:lang w:val="ru-RU"/>
              </w:rPr>
              <w:t>Графическое изображение, размещенное в социальной сети «ВКонтакте» на Интернет странице «</w:t>
            </w:r>
            <w:r>
              <w:t>http</w:t>
            </w:r>
            <w:r w:rsidRPr="00332DB8">
              <w:rPr>
                <w:lang w:val="ru-RU"/>
              </w:rPr>
              <w:t xml:space="preserve">:// </w:t>
            </w:r>
            <w:r>
              <w:t>vk</w:t>
            </w:r>
            <w:r w:rsidRPr="00332DB8">
              <w:rPr>
                <w:lang w:val="ru-RU"/>
              </w:rPr>
              <w:t>.</w:t>
            </w:r>
            <w:r>
              <w:t>com</w:t>
            </w:r>
            <w:r w:rsidRPr="00332DB8">
              <w:rPr>
                <w:lang w:val="ru-RU"/>
              </w:rPr>
              <w:t>/</w:t>
            </w:r>
            <w:r>
              <w:t>id</w:t>
            </w:r>
            <w:r w:rsidRPr="00332DB8">
              <w:rPr>
                <w:lang w:val="ru-RU"/>
              </w:rPr>
              <w:t>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2880" w:type="dxa"/>
          </w:tcPr>
          <w:p w:rsidR="006F7457" w:rsidRPr="00332DB8" w:rsidRDefault="006F7457">
            <w:pPr>
              <w:rPr>
                <w:lang w:val="ru-RU"/>
              </w:rPr>
            </w:pPr>
          </w:p>
        </w:tc>
      </w:tr>
      <w:tr w:rsidR="006F7457" w:rsidRPr="005A424D">
        <w:tc>
          <w:tcPr>
            <w:tcW w:w="2880" w:type="dxa"/>
          </w:tcPr>
          <w:p w:rsidR="006F7457" w:rsidRDefault="00332DB8">
            <w:r>
              <w:t>3879.</w:t>
            </w:r>
          </w:p>
        </w:tc>
        <w:tc>
          <w:tcPr>
            <w:tcW w:w="2880" w:type="dxa"/>
          </w:tcPr>
          <w:p w:rsidR="006F7457" w:rsidRPr="00332DB8" w:rsidRDefault="00332DB8">
            <w:pPr>
              <w:rPr>
                <w:lang w:val="ru-RU"/>
              </w:rPr>
            </w:pPr>
            <w:r w:rsidRPr="00332DB8">
              <w:rPr>
                <w:lang w:val="ru-RU"/>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2880" w:type="dxa"/>
          </w:tcPr>
          <w:p w:rsidR="006F7457" w:rsidRPr="00332DB8" w:rsidRDefault="006F7457">
            <w:pPr>
              <w:rPr>
                <w:lang w:val="ru-RU"/>
              </w:rPr>
            </w:pPr>
          </w:p>
        </w:tc>
      </w:tr>
      <w:tr w:rsidR="006F7457" w:rsidRPr="005A424D">
        <w:tc>
          <w:tcPr>
            <w:tcW w:w="2880" w:type="dxa"/>
          </w:tcPr>
          <w:p w:rsidR="006F7457" w:rsidRDefault="00332DB8">
            <w:r>
              <w:t>3880.</w:t>
            </w:r>
          </w:p>
        </w:tc>
        <w:tc>
          <w:tcPr>
            <w:tcW w:w="2880" w:type="dxa"/>
          </w:tcPr>
          <w:p w:rsidR="006F7457" w:rsidRPr="00332DB8" w:rsidRDefault="00332DB8">
            <w:pPr>
              <w:rPr>
                <w:lang w:val="ru-RU"/>
              </w:rPr>
            </w:pPr>
            <w:r w:rsidRPr="00332DB8">
              <w:rPr>
                <w:lang w:val="ru-RU"/>
              </w:rPr>
              <w:t xml:space="preserve">Видеофайл «2517 - нам некуда деваться сестры и братья. </w:t>
            </w:r>
            <w:r>
              <w:t>mp</w:t>
            </w:r>
            <w:r w:rsidRPr="00332DB8">
              <w:rPr>
                <w:lang w:val="ru-RU"/>
              </w:rPr>
              <w:t>4» (решение Энгельсского районного суда Саратовской области от 09.08.2016);</w:t>
            </w:r>
          </w:p>
        </w:tc>
        <w:tc>
          <w:tcPr>
            <w:tcW w:w="2880" w:type="dxa"/>
          </w:tcPr>
          <w:p w:rsidR="006F7457" w:rsidRPr="00332DB8" w:rsidRDefault="006F7457">
            <w:pPr>
              <w:rPr>
                <w:lang w:val="ru-RU"/>
              </w:rPr>
            </w:pPr>
          </w:p>
        </w:tc>
      </w:tr>
      <w:tr w:rsidR="006F7457" w:rsidRPr="005A424D">
        <w:tc>
          <w:tcPr>
            <w:tcW w:w="2880" w:type="dxa"/>
          </w:tcPr>
          <w:p w:rsidR="006F7457" w:rsidRDefault="00332DB8">
            <w:r>
              <w:t>3881.</w:t>
            </w:r>
          </w:p>
        </w:tc>
        <w:tc>
          <w:tcPr>
            <w:tcW w:w="2880" w:type="dxa"/>
          </w:tcPr>
          <w:p w:rsidR="006F7457" w:rsidRPr="00332DB8" w:rsidRDefault="00332DB8">
            <w:pPr>
              <w:rPr>
                <w:lang w:val="ru-RU"/>
              </w:rPr>
            </w:pPr>
            <w:r w:rsidRPr="00332DB8">
              <w:rPr>
                <w:lang w:val="ru-RU"/>
              </w:rPr>
              <w:t>Аудиофайл «</w:t>
            </w:r>
            <w:r>
              <w:t>NordWai</w:t>
            </w:r>
            <w:r w:rsidRPr="00332DB8">
              <w:rPr>
                <w:lang w:val="ru-RU"/>
              </w:rPr>
              <w:t xml:space="preserve">- </w:t>
            </w:r>
            <w:r>
              <w:t>Polit</w:t>
            </w:r>
            <w:r w:rsidRPr="00332DB8">
              <w:rPr>
                <w:lang w:val="ru-RU"/>
              </w:rPr>
              <w:t>.</w:t>
            </w:r>
            <w:r>
              <w:t>Zaklyuchennyn</w:t>
            </w:r>
            <w:r w:rsidRPr="00332DB8">
              <w:rPr>
                <w:lang w:val="ru-RU"/>
              </w:rPr>
              <w:t xml:space="preserve">. </w:t>
            </w:r>
            <w:r>
              <w:t>mp</w:t>
            </w:r>
            <w:r w:rsidRPr="00332DB8">
              <w:rPr>
                <w:lang w:val="ru-RU"/>
              </w:rPr>
              <w:t>3» (решение Энгельсского районного суда Саратовской области от 09.08.2016);</w:t>
            </w:r>
          </w:p>
        </w:tc>
        <w:tc>
          <w:tcPr>
            <w:tcW w:w="2880" w:type="dxa"/>
          </w:tcPr>
          <w:p w:rsidR="006F7457" w:rsidRPr="00332DB8" w:rsidRDefault="006F7457">
            <w:pPr>
              <w:rPr>
                <w:lang w:val="ru-RU"/>
              </w:rPr>
            </w:pPr>
          </w:p>
        </w:tc>
      </w:tr>
      <w:tr w:rsidR="006F7457" w:rsidRPr="005A424D">
        <w:tc>
          <w:tcPr>
            <w:tcW w:w="2880" w:type="dxa"/>
          </w:tcPr>
          <w:p w:rsidR="006F7457" w:rsidRDefault="00332DB8">
            <w:r>
              <w:t>3882.</w:t>
            </w:r>
          </w:p>
        </w:tc>
        <w:tc>
          <w:tcPr>
            <w:tcW w:w="2880" w:type="dxa"/>
          </w:tcPr>
          <w:p w:rsidR="006F7457" w:rsidRPr="00332DB8" w:rsidRDefault="00332DB8">
            <w:pPr>
              <w:rPr>
                <w:lang w:val="ru-RU"/>
              </w:rPr>
            </w:pPr>
            <w:r w:rsidRPr="00332DB8">
              <w:rPr>
                <w:lang w:val="ru-RU"/>
              </w:rPr>
              <w:t>Аудиозапись «АргентинА» - Русский бунт (</w:t>
            </w:r>
            <w:r>
              <w:t>DeFroizprod</w:t>
            </w:r>
            <w:r w:rsidRPr="00332DB8">
              <w:rPr>
                <w:lang w:val="ru-RU"/>
              </w:rPr>
              <w:t>).</w:t>
            </w:r>
            <w:r>
              <w:t>mp</w:t>
            </w:r>
            <w:r w:rsidRPr="00332DB8">
              <w:rPr>
                <w:lang w:val="ru-RU"/>
              </w:rPr>
              <w:t>3» (решение Энгельсского районного суда Саратовской области от 09.08.2016);</w:t>
            </w:r>
          </w:p>
        </w:tc>
        <w:tc>
          <w:tcPr>
            <w:tcW w:w="2880" w:type="dxa"/>
          </w:tcPr>
          <w:p w:rsidR="006F7457" w:rsidRPr="00332DB8" w:rsidRDefault="006F7457">
            <w:pPr>
              <w:rPr>
                <w:lang w:val="ru-RU"/>
              </w:rPr>
            </w:pPr>
          </w:p>
        </w:tc>
      </w:tr>
      <w:tr w:rsidR="006F7457" w:rsidRPr="005A424D">
        <w:tc>
          <w:tcPr>
            <w:tcW w:w="2880" w:type="dxa"/>
          </w:tcPr>
          <w:p w:rsidR="006F7457" w:rsidRDefault="00332DB8">
            <w:r>
              <w:t>38</w:t>
            </w:r>
            <w:r>
              <w:lastRenderedPageBreak/>
              <w:t>83.</w:t>
            </w:r>
          </w:p>
        </w:tc>
        <w:tc>
          <w:tcPr>
            <w:tcW w:w="2880" w:type="dxa"/>
          </w:tcPr>
          <w:p w:rsidR="006F7457" w:rsidRPr="00332DB8" w:rsidRDefault="00332DB8">
            <w:pPr>
              <w:rPr>
                <w:lang w:val="ru-RU"/>
              </w:rPr>
            </w:pPr>
            <w:r w:rsidRPr="00332DB8">
              <w:rPr>
                <w:lang w:val="ru-RU"/>
              </w:rPr>
              <w:lastRenderedPageBreak/>
              <w:t>Аудиозапись «Бухенвальд Флава» - Бей жидов - спасай Россию! (п.</w:t>
            </w:r>
            <w:r>
              <w:t>y</w:t>
            </w:r>
            <w:r w:rsidRPr="00332DB8">
              <w:rPr>
                <w:lang w:val="ru-RU"/>
              </w:rPr>
              <w:t xml:space="preserve">. </w:t>
            </w:r>
            <w:r>
              <w:t>Execut</w:t>
            </w:r>
            <w:r w:rsidRPr="00332DB8">
              <w:rPr>
                <w:lang w:val="ru-RU"/>
              </w:rPr>
              <w:t>).</w:t>
            </w:r>
            <w:r>
              <w:t>mp</w:t>
            </w:r>
            <w:r w:rsidRPr="00332DB8">
              <w:rPr>
                <w:lang w:val="ru-RU"/>
              </w:rPr>
              <w:t xml:space="preserve">3» (решение Энгельсского </w:t>
            </w:r>
            <w:r w:rsidRPr="00332DB8">
              <w:rPr>
                <w:lang w:val="ru-RU"/>
              </w:rPr>
              <w:lastRenderedPageBreak/>
              <w:t>районного суда Саратовской области от 09.08.2016);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3884.</w:t>
            </w:r>
          </w:p>
        </w:tc>
        <w:tc>
          <w:tcPr>
            <w:tcW w:w="2880" w:type="dxa"/>
          </w:tcPr>
          <w:p w:rsidR="006F7457" w:rsidRPr="00332DB8" w:rsidRDefault="00332DB8">
            <w:pPr>
              <w:rPr>
                <w:lang w:val="ru-RU"/>
              </w:rPr>
            </w:pPr>
            <w:r w:rsidRPr="00332DB8">
              <w:rPr>
                <w:lang w:val="ru-RU"/>
              </w:rPr>
              <w:t>Видеоролик «_Покарай их сурово, дабы рассеять тех, кто позади них_Часть 2. Аэропорт Табка. Русские субтитры.</w:t>
            </w:r>
            <w:r>
              <w:t>mp</w:t>
            </w:r>
            <w:r w:rsidRPr="00332DB8">
              <w:rPr>
                <w:lang w:val="ru-RU"/>
              </w:rPr>
              <w:t>4», размещенный в социальной сети «</w:t>
            </w:r>
            <w:r>
              <w:t>B</w:t>
            </w:r>
            <w:r w:rsidRPr="00332DB8">
              <w:rPr>
                <w:lang w:val="ru-RU"/>
              </w:rPr>
              <w:t xml:space="preserve"> Контакте» на персональной странице пользователя «</w:t>
            </w:r>
            <w:r>
              <w:t>Abu</w:t>
            </w:r>
            <w:r w:rsidRPr="00332DB8">
              <w:rPr>
                <w:lang w:val="ru-RU"/>
              </w:rPr>
              <w:t>-</w:t>
            </w:r>
            <w:r>
              <w:t>Huraira</w:t>
            </w:r>
            <w:r w:rsidRPr="00332DB8">
              <w:rPr>
                <w:lang w:val="ru-RU"/>
              </w:rPr>
              <w:t xml:space="preserve"> </w:t>
            </w:r>
            <w:r>
              <w:t>Al</w:t>
            </w:r>
            <w:r w:rsidRPr="00332DB8">
              <w:rPr>
                <w:lang w:val="ru-RU"/>
              </w:rPr>
              <w:t>-</w:t>
            </w:r>
            <w:r>
              <w:t>Horasan</w:t>
            </w:r>
            <w:r w:rsidRPr="00332DB8">
              <w:rPr>
                <w:lang w:val="ru-RU"/>
              </w:rPr>
              <w:t>»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278210497» (решение Бабушкинского районного суда города Москвы от 01.09.2015);</w:t>
            </w:r>
          </w:p>
        </w:tc>
        <w:tc>
          <w:tcPr>
            <w:tcW w:w="2880" w:type="dxa"/>
          </w:tcPr>
          <w:p w:rsidR="006F7457" w:rsidRPr="00332DB8" w:rsidRDefault="006F7457">
            <w:pPr>
              <w:rPr>
                <w:lang w:val="ru-RU"/>
              </w:rPr>
            </w:pPr>
          </w:p>
        </w:tc>
      </w:tr>
      <w:tr w:rsidR="006F7457">
        <w:tc>
          <w:tcPr>
            <w:tcW w:w="2880" w:type="dxa"/>
          </w:tcPr>
          <w:p w:rsidR="006F7457" w:rsidRDefault="00332DB8">
            <w:r>
              <w:t>3885.</w:t>
            </w:r>
          </w:p>
        </w:tc>
        <w:tc>
          <w:tcPr>
            <w:tcW w:w="2880" w:type="dxa"/>
          </w:tcPr>
          <w:p w:rsidR="006F7457" w:rsidRDefault="00332DB8">
            <w:r w:rsidRPr="00332DB8">
              <w:rPr>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332DB8">
              <w:rPr>
                <w:lang w:val="ru-RU"/>
              </w:rPr>
              <w:t>: //</w:t>
            </w:r>
            <w:r>
              <w:t>vk</w:t>
            </w:r>
            <w:r w:rsidRPr="00332DB8">
              <w:rPr>
                <w:lang w:val="ru-RU"/>
              </w:rPr>
              <w:t>.</w:t>
            </w:r>
            <w:r>
              <w:t>com</w:t>
            </w:r>
            <w:r w:rsidRPr="00332DB8">
              <w:rPr>
                <w:lang w:val="ru-RU"/>
              </w:rPr>
              <w:t>/</w:t>
            </w:r>
            <w:r>
              <w:t>id</w:t>
            </w:r>
            <w:r w:rsidRPr="00332DB8">
              <w:rPr>
                <w:lang w:val="ru-RU"/>
              </w:rPr>
              <w:t>293452020 в разделе «Аудиозаписи» (</w:t>
            </w:r>
            <w:r>
              <w:t>https</w:t>
            </w:r>
            <w:r w:rsidRPr="00332DB8">
              <w:rPr>
                <w:lang w:val="ru-RU"/>
              </w:rPr>
              <w:t>: //</w:t>
            </w:r>
            <w:r>
              <w:t>vk</w:t>
            </w:r>
            <w:r w:rsidRPr="00332DB8">
              <w:rPr>
                <w:lang w:val="ru-RU"/>
              </w:rPr>
              <w:t>.</w:t>
            </w:r>
            <w:r>
              <w:t>com</w:t>
            </w:r>
            <w:r w:rsidRPr="00332DB8">
              <w:rPr>
                <w:lang w:val="ru-RU"/>
              </w:rPr>
              <w:t>/</w:t>
            </w:r>
            <w:r>
              <w:t>audios</w:t>
            </w:r>
            <w:r w:rsidRPr="00332DB8">
              <w:rPr>
                <w:lang w:val="ru-RU"/>
              </w:rPr>
              <w:t xml:space="preserve">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w:t>
            </w:r>
            <w:r>
              <w:t>(решение Фрунзенского районного суда г. Ярославля от 05.08.2016);</w:t>
            </w:r>
          </w:p>
        </w:tc>
        <w:tc>
          <w:tcPr>
            <w:tcW w:w="2880" w:type="dxa"/>
          </w:tcPr>
          <w:p w:rsidR="006F7457" w:rsidRDefault="006F7457"/>
        </w:tc>
      </w:tr>
      <w:tr w:rsidR="006F7457">
        <w:tc>
          <w:tcPr>
            <w:tcW w:w="2880" w:type="dxa"/>
          </w:tcPr>
          <w:p w:rsidR="006F7457" w:rsidRDefault="00332DB8">
            <w:r>
              <w:t>3886.</w:t>
            </w:r>
          </w:p>
        </w:tc>
        <w:tc>
          <w:tcPr>
            <w:tcW w:w="2880" w:type="dxa"/>
          </w:tcPr>
          <w:p w:rsidR="006F7457" w:rsidRDefault="00332DB8">
            <w:r w:rsidRPr="00332DB8">
              <w:rPr>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332DB8">
              <w:rPr>
                <w:lang w:val="ru-RU"/>
              </w:rPr>
              <w:t>: //</w:t>
            </w:r>
            <w:r>
              <w:t>vk</w:t>
            </w:r>
            <w:r w:rsidRPr="00332DB8">
              <w:rPr>
                <w:lang w:val="ru-RU"/>
              </w:rPr>
              <w:t>.</w:t>
            </w:r>
            <w:r>
              <w:t>com</w:t>
            </w:r>
            <w:r w:rsidRPr="00332DB8">
              <w:rPr>
                <w:lang w:val="ru-RU"/>
              </w:rPr>
              <w:t>/</w:t>
            </w:r>
            <w:r>
              <w:t>id</w:t>
            </w:r>
            <w:r w:rsidRPr="00332DB8">
              <w:rPr>
                <w:lang w:val="ru-RU"/>
              </w:rPr>
              <w:t>293452020 в разделе «Аудиозаписи» (</w:t>
            </w:r>
            <w:r>
              <w:t>https</w:t>
            </w:r>
            <w:r w:rsidRPr="00332DB8">
              <w:rPr>
                <w:lang w:val="ru-RU"/>
              </w:rPr>
              <w:t>: //</w:t>
            </w:r>
            <w:r>
              <w:t>vk</w:t>
            </w:r>
            <w:r w:rsidRPr="00332DB8">
              <w:rPr>
                <w:lang w:val="ru-RU"/>
              </w:rPr>
              <w:t>.</w:t>
            </w:r>
            <w:r>
              <w:t>com</w:t>
            </w:r>
            <w:r w:rsidRPr="00332DB8">
              <w:rPr>
                <w:lang w:val="ru-RU"/>
              </w:rPr>
              <w:t>/</w:t>
            </w:r>
            <w:r>
              <w:t>audios</w:t>
            </w:r>
            <w:r w:rsidRPr="00332DB8">
              <w:rPr>
                <w:lang w:val="ru-RU"/>
              </w:rPr>
              <w:t xml:space="preserve">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w:t>
            </w:r>
            <w:r>
              <w:t>(решение Фрунзенского районного суда г. Ярославля от 05.08.2016);</w:t>
            </w:r>
          </w:p>
        </w:tc>
        <w:tc>
          <w:tcPr>
            <w:tcW w:w="2880" w:type="dxa"/>
          </w:tcPr>
          <w:p w:rsidR="006F7457" w:rsidRDefault="006F7457"/>
        </w:tc>
      </w:tr>
      <w:tr w:rsidR="006F7457">
        <w:tc>
          <w:tcPr>
            <w:tcW w:w="2880" w:type="dxa"/>
          </w:tcPr>
          <w:p w:rsidR="006F7457" w:rsidRDefault="00332DB8">
            <w:r>
              <w:t>3887.</w:t>
            </w:r>
          </w:p>
        </w:tc>
        <w:tc>
          <w:tcPr>
            <w:tcW w:w="2880" w:type="dxa"/>
          </w:tcPr>
          <w:p w:rsidR="006F7457" w:rsidRDefault="00332DB8">
            <w:r w:rsidRPr="00332DB8">
              <w:rPr>
                <w:lang w:val="ru-RU"/>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332DB8">
              <w:rPr>
                <w:lang w:val="ru-RU"/>
              </w:rPr>
              <w:t>: //</w:t>
            </w:r>
            <w:r>
              <w:t>vk</w:t>
            </w:r>
            <w:r w:rsidRPr="00332DB8">
              <w:rPr>
                <w:lang w:val="ru-RU"/>
              </w:rPr>
              <w:t>.</w:t>
            </w:r>
            <w:r>
              <w:t>com</w:t>
            </w:r>
            <w:r w:rsidRPr="00332DB8">
              <w:rPr>
                <w:lang w:val="ru-RU"/>
              </w:rPr>
              <w:t>/</w:t>
            </w:r>
            <w:r>
              <w:t>id</w:t>
            </w:r>
            <w:r w:rsidRPr="00332DB8">
              <w:rPr>
                <w:lang w:val="ru-RU"/>
              </w:rPr>
              <w:t>293452020 в разделе «Аудиозаписи» (</w:t>
            </w:r>
            <w:r>
              <w:t>https</w:t>
            </w:r>
            <w:r w:rsidRPr="00332DB8">
              <w:rPr>
                <w:lang w:val="ru-RU"/>
              </w:rPr>
              <w:t>: //</w:t>
            </w:r>
            <w:r>
              <w:t>vk</w:t>
            </w:r>
            <w:r w:rsidRPr="00332DB8">
              <w:rPr>
                <w:lang w:val="ru-RU"/>
              </w:rPr>
              <w:t>.</w:t>
            </w:r>
            <w:r>
              <w:t>com</w:t>
            </w:r>
            <w:r w:rsidRPr="00332DB8">
              <w:rPr>
                <w:lang w:val="ru-RU"/>
              </w:rPr>
              <w:t>/</w:t>
            </w:r>
            <w:r>
              <w:t>audios</w:t>
            </w:r>
            <w:r w:rsidRPr="00332DB8">
              <w:rPr>
                <w:lang w:val="ru-RU"/>
              </w:rPr>
              <w:t xml:space="preserve">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w:t>
            </w:r>
            <w:r>
              <w:t>(решение Фрунзенского районного суда г. Ярославля от 05.08.2016);</w:t>
            </w:r>
          </w:p>
        </w:tc>
        <w:tc>
          <w:tcPr>
            <w:tcW w:w="2880" w:type="dxa"/>
          </w:tcPr>
          <w:p w:rsidR="006F7457" w:rsidRDefault="006F7457"/>
        </w:tc>
      </w:tr>
      <w:tr w:rsidR="006F7457" w:rsidRPr="005A424D">
        <w:tc>
          <w:tcPr>
            <w:tcW w:w="2880" w:type="dxa"/>
          </w:tcPr>
          <w:p w:rsidR="006F7457" w:rsidRDefault="00332DB8">
            <w:r>
              <w:t>38</w:t>
            </w:r>
            <w:r>
              <w:lastRenderedPageBreak/>
              <w:t>88.</w:t>
            </w:r>
          </w:p>
        </w:tc>
        <w:tc>
          <w:tcPr>
            <w:tcW w:w="2880" w:type="dxa"/>
          </w:tcPr>
          <w:p w:rsidR="006F7457" w:rsidRPr="00332DB8" w:rsidRDefault="00332DB8">
            <w:pPr>
              <w:rPr>
                <w:lang w:val="ru-RU"/>
              </w:rPr>
            </w:pPr>
            <w:r w:rsidRPr="00332DB8">
              <w:rPr>
                <w:lang w:val="ru-RU"/>
              </w:rPr>
              <w:lastRenderedPageBreak/>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w:t>
            </w:r>
            <w:r>
              <w:t>https</w:t>
            </w:r>
            <w:r w:rsidRPr="00332DB8">
              <w:rPr>
                <w:lang w:val="ru-RU"/>
              </w:rPr>
              <w:t>: //</w:t>
            </w:r>
            <w:r>
              <w:t>vk</w:t>
            </w:r>
            <w:r w:rsidRPr="00332DB8">
              <w:rPr>
                <w:lang w:val="ru-RU"/>
              </w:rPr>
              <w:t>.</w:t>
            </w:r>
            <w:r>
              <w:t>com</w:t>
            </w:r>
            <w:r w:rsidRPr="00332DB8">
              <w:rPr>
                <w:lang w:val="ru-RU"/>
              </w:rPr>
              <w:t>/</w:t>
            </w:r>
            <w:r>
              <w:t>id</w:t>
            </w:r>
            <w:r w:rsidRPr="00332DB8">
              <w:rPr>
                <w:lang w:val="ru-RU"/>
              </w:rPr>
              <w:t xml:space="preserve">293452020 в разделе </w:t>
            </w:r>
            <w:r w:rsidRPr="00332DB8">
              <w:rPr>
                <w:lang w:val="ru-RU"/>
              </w:rPr>
              <w:lastRenderedPageBreak/>
              <w:t>«Аудиозаписи» (</w:t>
            </w:r>
            <w:r>
              <w:t>https</w:t>
            </w:r>
            <w:r w:rsidRPr="00332DB8">
              <w:rPr>
                <w:lang w:val="ru-RU"/>
              </w:rPr>
              <w:t>: //</w:t>
            </w:r>
            <w:r>
              <w:t>vk</w:t>
            </w:r>
            <w:r w:rsidRPr="00332DB8">
              <w:rPr>
                <w:lang w:val="ru-RU"/>
              </w:rPr>
              <w:t>.</w:t>
            </w:r>
            <w:r>
              <w:t>com</w:t>
            </w:r>
            <w:r w:rsidRPr="00332DB8">
              <w:rPr>
                <w:lang w:val="ru-RU"/>
              </w:rPr>
              <w:t>/</w:t>
            </w:r>
            <w:r>
              <w:t>audios</w:t>
            </w:r>
            <w:r w:rsidRPr="00332DB8">
              <w:rPr>
                <w:lang w:val="ru-RU"/>
              </w:rPr>
              <w:t>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3889.</w:t>
            </w:r>
          </w:p>
        </w:tc>
        <w:tc>
          <w:tcPr>
            <w:tcW w:w="2880" w:type="dxa"/>
          </w:tcPr>
          <w:p w:rsidR="006F7457" w:rsidRPr="00332DB8" w:rsidRDefault="00332DB8">
            <w:pPr>
              <w:rPr>
                <w:lang w:val="ru-RU"/>
              </w:rPr>
            </w:pPr>
            <w:r w:rsidRPr="00332DB8">
              <w:rPr>
                <w:lang w:val="ru-RU"/>
              </w:rPr>
              <w:t xml:space="preserve">Видеоролик «как чеченцы воспитывают своих детей размещенный в информационно-телекоммуникационной сети «Интернет» </w:t>
            </w:r>
            <w:r>
              <w:t>http</w:t>
            </w:r>
            <w:r w:rsidRPr="00332DB8">
              <w:rPr>
                <w:lang w:val="ru-RU"/>
              </w:rPr>
              <w:t>://</w:t>
            </w:r>
            <w:r>
              <w:t>video</w:t>
            </w:r>
            <w:r w:rsidRPr="00332DB8">
              <w:rPr>
                <w:lang w:val="ru-RU"/>
              </w:rPr>
              <w:t>.</w:t>
            </w:r>
            <w:r>
              <w:t>mail</w:t>
            </w:r>
            <w:r w:rsidRPr="00332DB8">
              <w:rPr>
                <w:lang w:val="ru-RU"/>
              </w:rPr>
              <w:t>.</w:t>
            </w:r>
            <w:r>
              <w:t>ru</w:t>
            </w:r>
            <w:r w:rsidRPr="00332DB8">
              <w:rPr>
                <w:lang w:val="ru-RU"/>
              </w:rPr>
              <w:t>/</w:t>
            </w:r>
            <w:r>
              <w:t>mail</w:t>
            </w:r>
            <w:r w:rsidRPr="00332DB8">
              <w:rPr>
                <w:lang w:val="ru-RU"/>
              </w:rPr>
              <w:t>/</w:t>
            </w:r>
            <w:r>
              <w:t>mini</w:t>
            </w:r>
            <w:r w:rsidRPr="00332DB8">
              <w:rPr>
                <w:lang w:val="ru-RU"/>
              </w:rPr>
              <w:t>.</w:t>
            </w:r>
            <w:r>
              <w:t>boi</w:t>
            </w:r>
            <w:r w:rsidRPr="00332DB8">
              <w:rPr>
                <w:lang w:val="ru-RU"/>
              </w:rPr>
              <w:t>/_</w:t>
            </w:r>
            <w:r>
              <w:t>myvideo</w:t>
            </w:r>
            <w:r w:rsidRPr="00332DB8">
              <w:rPr>
                <w:lang w:val="ru-RU"/>
              </w:rPr>
              <w:t>/33.</w:t>
            </w:r>
            <w:r>
              <w:t>html</w:t>
            </w:r>
            <w:r w:rsidRPr="00332DB8">
              <w:rPr>
                <w:lang w:val="ru-RU"/>
              </w:rPr>
              <w:t>#</w:t>
            </w:r>
            <w:r>
              <w:t>page</w:t>
            </w:r>
            <w:r w:rsidRPr="00332DB8">
              <w:rPr>
                <w:lang w:val="ru-RU"/>
              </w:rPr>
              <w:t>=/</w:t>
            </w:r>
            <w:r>
              <w:t>mail</w:t>
            </w:r>
            <w:r w:rsidRPr="00332DB8">
              <w:rPr>
                <w:lang w:val="ru-RU"/>
              </w:rPr>
              <w:t>/</w:t>
            </w:r>
            <w:r>
              <w:t>mini</w:t>
            </w:r>
            <w:r w:rsidRPr="00332DB8">
              <w:rPr>
                <w:lang w:val="ru-RU"/>
              </w:rPr>
              <w:t>_</w:t>
            </w:r>
            <w:r>
              <w:t>boi</w:t>
            </w:r>
            <w:r w:rsidRPr="00332DB8">
              <w:rPr>
                <w:lang w:val="ru-RU"/>
              </w:rPr>
              <w:t>/_</w:t>
            </w:r>
            <w:r>
              <w:t>myvideo</w:t>
            </w:r>
            <w:r w:rsidRPr="00332DB8">
              <w:rPr>
                <w:lang w:val="ru-RU"/>
              </w:rPr>
              <w:t xml:space="preserve"> /33.</w:t>
            </w:r>
            <w:r>
              <w:t>html</w:t>
            </w:r>
            <w:r w:rsidRPr="00332DB8">
              <w:rPr>
                <w:lang w:val="ru-RU"/>
              </w:rPr>
              <w:t xml:space="preserve"> (решение Зюзинского районного суда города Москвы от 18.02.2015);</w:t>
            </w:r>
          </w:p>
        </w:tc>
        <w:tc>
          <w:tcPr>
            <w:tcW w:w="2880" w:type="dxa"/>
          </w:tcPr>
          <w:p w:rsidR="006F7457" w:rsidRPr="00332DB8" w:rsidRDefault="006F7457">
            <w:pPr>
              <w:rPr>
                <w:lang w:val="ru-RU"/>
              </w:rPr>
            </w:pPr>
          </w:p>
        </w:tc>
      </w:tr>
      <w:tr w:rsidR="006F7457" w:rsidRPr="005A424D">
        <w:tc>
          <w:tcPr>
            <w:tcW w:w="2880" w:type="dxa"/>
          </w:tcPr>
          <w:p w:rsidR="006F7457" w:rsidRDefault="00332DB8">
            <w:r>
              <w:t>3890.</w:t>
            </w:r>
          </w:p>
        </w:tc>
        <w:tc>
          <w:tcPr>
            <w:tcW w:w="2880" w:type="dxa"/>
          </w:tcPr>
          <w:p w:rsidR="006F7457" w:rsidRPr="00332DB8" w:rsidRDefault="00332DB8">
            <w:pPr>
              <w:rPr>
                <w:lang w:val="ru-RU"/>
              </w:rPr>
            </w:pPr>
            <w:r w:rsidRPr="00332DB8">
              <w:rPr>
                <w:lang w:val="ru-RU"/>
              </w:rPr>
              <w:t xml:space="preserve">Видеоролик «как чеченцы воспитывают своих детей размещенный в информационно-телекоммуникационной сети «Интернет»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feature</w:t>
            </w:r>
            <w:r w:rsidRPr="00332DB8">
              <w:rPr>
                <w:lang w:val="ru-RU"/>
              </w:rPr>
              <w:t xml:space="preserve"> =</w:t>
            </w:r>
            <w:r>
              <w:t>player</w:t>
            </w:r>
            <w:r w:rsidRPr="00332DB8">
              <w:rPr>
                <w:lang w:val="ru-RU"/>
              </w:rPr>
              <w:t>_</w:t>
            </w:r>
            <w:r>
              <w:t>embedded</w:t>
            </w:r>
            <w:r w:rsidRPr="00332DB8">
              <w:rPr>
                <w:lang w:val="ru-RU"/>
              </w:rPr>
              <w:t>&amp;</w:t>
            </w:r>
            <w:r>
              <w:t>v</w:t>
            </w:r>
            <w:r w:rsidRPr="00332DB8">
              <w:rPr>
                <w:lang w:val="ru-RU"/>
              </w:rPr>
              <w:t>=</w:t>
            </w:r>
            <w:r>
              <w:t>uTIXG</w:t>
            </w:r>
            <w:r w:rsidRPr="00332DB8">
              <w:rPr>
                <w:lang w:val="ru-RU"/>
              </w:rPr>
              <w:t>0</w:t>
            </w:r>
            <w:r>
              <w:t>DKId</w:t>
            </w:r>
            <w:r w:rsidRPr="00332DB8">
              <w:rPr>
                <w:lang w:val="ru-RU"/>
              </w:rPr>
              <w:t>8 (решение Зюзинского районного суда города Москвы от 18.02.2015);</w:t>
            </w:r>
          </w:p>
        </w:tc>
        <w:tc>
          <w:tcPr>
            <w:tcW w:w="2880" w:type="dxa"/>
          </w:tcPr>
          <w:p w:rsidR="006F7457" w:rsidRPr="00332DB8" w:rsidRDefault="006F7457">
            <w:pPr>
              <w:rPr>
                <w:lang w:val="ru-RU"/>
              </w:rPr>
            </w:pPr>
          </w:p>
        </w:tc>
      </w:tr>
      <w:tr w:rsidR="006F7457" w:rsidRPr="005A424D">
        <w:tc>
          <w:tcPr>
            <w:tcW w:w="2880" w:type="dxa"/>
          </w:tcPr>
          <w:p w:rsidR="006F7457" w:rsidRDefault="00332DB8">
            <w:r>
              <w:t>3891.</w:t>
            </w:r>
          </w:p>
        </w:tc>
        <w:tc>
          <w:tcPr>
            <w:tcW w:w="2880" w:type="dxa"/>
          </w:tcPr>
          <w:p w:rsidR="006F7457" w:rsidRPr="00332DB8" w:rsidRDefault="00332DB8">
            <w:pPr>
              <w:rPr>
                <w:lang w:val="ru-RU"/>
              </w:rPr>
            </w:pPr>
            <w:r w:rsidRPr="00332DB8">
              <w:rPr>
                <w:lang w:val="ru-RU"/>
              </w:rPr>
              <w:t xml:space="preserve">Видеоролик «Русское Лото 18 из 1488», размещенный в информационно - коммуникационной сети «Интернет» на Интернет-странице </w:t>
            </w:r>
            <w:r>
              <w:t>https</w:t>
            </w:r>
            <w:r w:rsidRPr="00332DB8">
              <w:rPr>
                <w:lang w:val="ru-RU"/>
              </w:rPr>
              <w:t>//</w:t>
            </w:r>
            <w:r>
              <w:t>vk</w:t>
            </w:r>
            <w:r w:rsidRPr="00332DB8">
              <w:rPr>
                <w:lang w:val="ru-RU"/>
              </w:rPr>
              <w:t>.</w:t>
            </w:r>
            <w:r>
              <w:t>com</w:t>
            </w:r>
            <w:r w:rsidRPr="00332DB8">
              <w:rPr>
                <w:lang w:val="ru-RU"/>
              </w:rPr>
              <w:t>/</w:t>
            </w:r>
            <w:r>
              <w:t>id</w:t>
            </w:r>
            <w:r w:rsidRPr="00332DB8">
              <w:rPr>
                <w:lang w:val="ru-RU"/>
              </w:rPr>
              <w:t>10845495 (решение Чкаловского районного суда г. Екатеринбурга Свердловской области от 17.03.2016);</w:t>
            </w:r>
          </w:p>
        </w:tc>
        <w:tc>
          <w:tcPr>
            <w:tcW w:w="2880" w:type="dxa"/>
          </w:tcPr>
          <w:p w:rsidR="006F7457" w:rsidRPr="00332DB8" w:rsidRDefault="006F7457">
            <w:pPr>
              <w:rPr>
                <w:lang w:val="ru-RU"/>
              </w:rPr>
            </w:pPr>
          </w:p>
        </w:tc>
      </w:tr>
      <w:tr w:rsidR="006F7457" w:rsidRPr="005A424D">
        <w:tc>
          <w:tcPr>
            <w:tcW w:w="2880" w:type="dxa"/>
          </w:tcPr>
          <w:p w:rsidR="006F7457" w:rsidRDefault="00332DB8">
            <w:r>
              <w:t>3892.</w:t>
            </w:r>
          </w:p>
        </w:tc>
        <w:tc>
          <w:tcPr>
            <w:tcW w:w="2880" w:type="dxa"/>
          </w:tcPr>
          <w:p w:rsidR="006F7457" w:rsidRPr="00332DB8" w:rsidRDefault="00332DB8">
            <w:pPr>
              <w:rPr>
                <w:lang w:val="ru-RU"/>
              </w:rPr>
            </w:pPr>
            <w:r w:rsidRPr="00332DB8">
              <w:rPr>
                <w:lang w:val="ru-RU"/>
              </w:rPr>
              <w:t xml:space="preserve">Видеоролик «Ф. Волков - Бритоголовые идут», размещенный в информационно - коммуникационной сети «Интернет» на Интернет-странице </w:t>
            </w:r>
            <w:r>
              <w:t>https</w:t>
            </w:r>
            <w:r w:rsidRPr="00332DB8">
              <w:rPr>
                <w:lang w:val="ru-RU"/>
              </w:rPr>
              <w:t>//</w:t>
            </w:r>
            <w:r>
              <w:t>vk</w:t>
            </w:r>
            <w:r w:rsidRPr="00332DB8">
              <w:rPr>
                <w:lang w:val="ru-RU"/>
              </w:rPr>
              <w:t>.</w:t>
            </w:r>
            <w:r>
              <w:t>com</w:t>
            </w:r>
            <w:r w:rsidRPr="00332DB8">
              <w:rPr>
                <w:lang w:val="ru-RU"/>
              </w:rPr>
              <w:t>/</w:t>
            </w:r>
            <w:r>
              <w:t>id</w:t>
            </w:r>
            <w:r w:rsidRPr="00332DB8">
              <w:rPr>
                <w:lang w:val="ru-RU"/>
              </w:rPr>
              <w:t>10845495 (решение Чкаловского районного суда г. Екатеринбурга Свердловской области от 17.03.2016);</w:t>
            </w:r>
          </w:p>
        </w:tc>
        <w:tc>
          <w:tcPr>
            <w:tcW w:w="2880" w:type="dxa"/>
          </w:tcPr>
          <w:p w:rsidR="006F7457" w:rsidRPr="00332DB8" w:rsidRDefault="006F7457">
            <w:pPr>
              <w:rPr>
                <w:lang w:val="ru-RU"/>
              </w:rPr>
            </w:pPr>
          </w:p>
        </w:tc>
      </w:tr>
      <w:tr w:rsidR="006F7457" w:rsidRPr="005A424D">
        <w:tc>
          <w:tcPr>
            <w:tcW w:w="2880" w:type="dxa"/>
          </w:tcPr>
          <w:p w:rsidR="006F7457" w:rsidRDefault="00332DB8">
            <w:r>
              <w:t>3893.</w:t>
            </w:r>
          </w:p>
        </w:tc>
        <w:tc>
          <w:tcPr>
            <w:tcW w:w="2880" w:type="dxa"/>
          </w:tcPr>
          <w:p w:rsidR="006F7457" w:rsidRPr="00332DB8" w:rsidRDefault="00332DB8">
            <w:pPr>
              <w:rPr>
                <w:lang w:val="ru-RU"/>
              </w:rPr>
            </w:pPr>
            <w:r w:rsidRPr="00332DB8">
              <w:rPr>
                <w:lang w:val="ru-RU"/>
              </w:rPr>
              <w:t xml:space="preserve">Запись, размещенная на странице в сети Интернет на «Форуме свободных Русских» в теме «Багиров о Русских» по адресу </w:t>
            </w:r>
            <w:r>
              <w:t>http</w:t>
            </w:r>
            <w:r w:rsidRPr="00332DB8">
              <w:rPr>
                <w:lang w:val="ru-RU"/>
              </w:rPr>
              <w:t>://</w:t>
            </w:r>
            <w:r>
              <w:t>forum</w:t>
            </w:r>
            <w:r w:rsidRPr="00332DB8">
              <w:rPr>
                <w:lang w:val="ru-RU"/>
              </w:rPr>
              <w:t>.</w:t>
            </w:r>
            <w:r>
              <w:t>dpni</w:t>
            </w:r>
            <w:r w:rsidRPr="00332DB8">
              <w:rPr>
                <w:lang w:val="ru-RU"/>
              </w:rPr>
              <w:t>.</w:t>
            </w:r>
            <w:r>
              <w:t>org</w:t>
            </w:r>
            <w:r w:rsidRPr="00332DB8">
              <w:rPr>
                <w:lang w:val="ru-RU"/>
              </w:rPr>
              <w:t>/</w:t>
            </w:r>
            <w:r>
              <w:t>showthread</w:t>
            </w:r>
            <w:r w:rsidRPr="00332DB8">
              <w:rPr>
                <w:lang w:val="ru-RU"/>
              </w:rPr>
              <w:t>.</w:t>
            </w:r>
            <w:r>
              <w:t>php</w:t>
            </w:r>
            <w:r w:rsidRPr="00332DB8">
              <w:rPr>
                <w:lang w:val="ru-RU"/>
              </w:rPr>
              <w:t>?</w:t>
            </w:r>
            <w:r>
              <w:t>t</w:t>
            </w:r>
            <w:r w:rsidRPr="00332DB8">
              <w:rPr>
                <w:lang w:val="ru-RU"/>
              </w:rPr>
              <w:t>=40961 (решение Бабушкинского районного суда города Москвы от 01.09.2015);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3894.</w:t>
            </w:r>
          </w:p>
        </w:tc>
        <w:tc>
          <w:tcPr>
            <w:tcW w:w="2880" w:type="dxa"/>
          </w:tcPr>
          <w:p w:rsidR="006F7457" w:rsidRPr="00332DB8" w:rsidRDefault="00332DB8">
            <w:pPr>
              <w:rPr>
                <w:lang w:val="ru-RU"/>
              </w:rPr>
            </w:pPr>
            <w:r w:rsidRPr="00332DB8">
              <w:rPr>
                <w:lang w:val="ru-RU"/>
              </w:rPr>
              <w:t>Аудиозапись «Аргентина – Секс драка (полная версия) 3:54» (решение Октябрьского районного суда г. Владимира от 10.08.2016);</w:t>
            </w:r>
          </w:p>
        </w:tc>
        <w:tc>
          <w:tcPr>
            <w:tcW w:w="2880" w:type="dxa"/>
          </w:tcPr>
          <w:p w:rsidR="006F7457" w:rsidRPr="00332DB8" w:rsidRDefault="006F7457">
            <w:pPr>
              <w:rPr>
                <w:lang w:val="ru-RU"/>
              </w:rPr>
            </w:pPr>
          </w:p>
        </w:tc>
      </w:tr>
      <w:tr w:rsidR="006F7457" w:rsidRPr="005A424D">
        <w:tc>
          <w:tcPr>
            <w:tcW w:w="2880" w:type="dxa"/>
          </w:tcPr>
          <w:p w:rsidR="006F7457" w:rsidRDefault="00332DB8">
            <w:r>
              <w:t>3895.</w:t>
            </w:r>
          </w:p>
        </w:tc>
        <w:tc>
          <w:tcPr>
            <w:tcW w:w="2880" w:type="dxa"/>
          </w:tcPr>
          <w:p w:rsidR="006F7457" w:rsidRPr="00332DB8" w:rsidRDefault="00332DB8">
            <w:pPr>
              <w:rPr>
                <w:lang w:val="ru-RU"/>
              </w:rPr>
            </w:pPr>
            <w:r w:rsidRPr="00332DB8">
              <w:rPr>
                <w:lang w:val="ru-RU"/>
              </w:rPr>
              <w:t xml:space="preserve">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w:t>
            </w:r>
            <w:r>
              <w:t>YouTube</w:t>
            </w:r>
            <w:r w:rsidRPr="00332DB8">
              <w:rPr>
                <w:lang w:val="ru-RU"/>
              </w:rPr>
              <w:t xml:space="preserve">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ygGlxOCUgrU</w:t>
            </w:r>
            <w:r w:rsidRPr="00332DB8">
              <w:rPr>
                <w:lang w:val="ru-RU"/>
              </w:rPr>
              <w:t>) (решение Свердловского районного суда г. Иркутска от 23.08.2016).</w:t>
            </w:r>
          </w:p>
        </w:tc>
        <w:tc>
          <w:tcPr>
            <w:tcW w:w="2880" w:type="dxa"/>
          </w:tcPr>
          <w:p w:rsidR="006F7457" w:rsidRPr="00332DB8" w:rsidRDefault="006F7457">
            <w:pPr>
              <w:rPr>
                <w:lang w:val="ru-RU"/>
              </w:rPr>
            </w:pPr>
          </w:p>
        </w:tc>
      </w:tr>
      <w:tr w:rsidR="006F7457" w:rsidRPr="005A424D">
        <w:tc>
          <w:tcPr>
            <w:tcW w:w="2880" w:type="dxa"/>
          </w:tcPr>
          <w:p w:rsidR="006F7457" w:rsidRDefault="00332DB8">
            <w:r>
              <w:t>3896.</w:t>
            </w:r>
          </w:p>
        </w:tc>
        <w:tc>
          <w:tcPr>
            <w:tcW w:w="2880" w:type="dxa"/>
          </w:tcPr>
          <w:p w:rsidR="006F7457" w:rsidRPr="00332DB8" w:rsidRDefault="00332DB8">
            <w:pPr>
              <w:rPr>
                <w:lang w:val="ru-RU"/>
              </w:rPr>
            </w:pPr>
            <w:r w:rsidRPr="00332DB8">
              <w:rPr>
                <w:lang w:val="ru-RU"/>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2880" w:type="dxa"/>
          </w:tcPr>
          <w:p w:rsidR="006F7457" w:rsidRPr="00332DB8" w:rsidRDefault="006F7457">
            <w:pPr>
              <w:rPr>
                <w:lang w:val="ru-RU"/>
              </w:rPr>
            </w:pPr>
          </w:p>
        </w:tc>
      </w:tr>
      <w:tr w:rsidR="006F7457" w:rsidRPr="005A424D">
        <w:tc>
          <w:tcPr>
            <w:tcW w:w="2880" w:type="dxa"/>
          </w:tcPr>
          <w:p w:rsidR="006F7457" w:rsidRDefault="00332DB8">
            <w:r>
              <w:t>3897.</w:t>
            </w:r>
          </w:p>
        </w:tc>
        <w:tc>
          <w:tcPr>
            <w:tcW w:w="2880" w:type="dxa"/>
          </w:tcPr>
          <w:p w:rsidR="006F7457" w:rsidRPr="00332DB8" w:rsidRDefault="00332DB8">
            <w:pPr>
              <w:rPr>
                <w:lang w:val="ru-RU"/>
              </w:rPr>
            </w:pPr>
            <w:r w:rsidRPr="00332DB8">
              <w:rPr>
                <w:lang w:val="ru-RU"/>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2880" w:type="dxa"/>
          </w:tcPr>
          <w:p w:rsidR="006F7457" w:rsidRPr="00332DB8" w:rsidRDefault="006F7457">
            <w:pPr>
              <w:rPr>
                <w:lang w:val="ru-RU"/>
              </w:rPr>
            </w:pPr>
          </w:p>
        </w:tc>
      </w:tr>
      <w:tr w:rsidR="006F7457" w:rsidRPr="005A424D">
        <w:tc>
          <w:tcPr>
            <w:tcW w:w="2880" w:type="dxa"/>
          </w:tcPr>
          <w:p w:rsidR="006F7457" w:rsidRDefault="00332DB8">
            <w:r>
              <w:t>3898.</w:t>
            </w:r>
          </w:p>
        </w:tc>
        <w:tc>
          <w:tcPr>
            <w:tcW w:w="2880" w:type="dxa"/>
          </w:tcPr>
          <w:p w:rsidR="006F7457" w:rsidRPr="00332DB8" w:rsidRDefault="00332DB8">
            <w:pPr>
              <w:rPr>
                <w:lang w:val="ru-RU"/>
              </w:rPr>
            </w:pPr>
            <w:r w:rsidRPr="00332DB8">
              <w:rPr>
                <w:lang w:val="ru-RU"/>
              </w:rPr>
              <w:t>Страница пользователя «Кузьма Булаев» (</w:t>
            </w:r>
            <w:r>
              <w:t>http</w:t>
            </w:r>
            <w:r w:rsidRPr="00332DB8">
              <w:rPr>
                <w:lang w:val="ru-RU"/>
              </w:rPr>
              <w:t>://</w:t>
            </w:r>
            <w:r>
              <w:t>vk</w:t>
            </w:r>
            <w:r w:rsidRPr="00332DB8">
              <w:rPr>
                <w:lang w:val="ru-RU"/>
              </w:rPr>
              <w:t>.</w:t>
            </w:r>
            <w:r>
              <w:t>com</w:t>
            </w:r>
            <w:r w:rsidRPr="00332DB8">
              <w:rPr>
                <w:lang w:val="ru-RU"/>
              </w:rPr>
              <w:t>/</w:t>
            </w:r>
            <w:r>
              <w:t>id</w:t>
            </w:r>
            <w:r w:rsidRPr="00332DB8">
              <w:rPr>
                <w:lang w:val="ru-RU"/>
              </w:rPr>
              <w:t>248897420) на веб-сервисе «</w:t>
            </w:r>
            <w:r>
              <w:t>vk</w:t>
            </w:r>
            <w:r w:rsidRPr="00332DB8">
              <w:rPr>
                <w:lang w:val="ru-RU"/>
              </w:rPr>
              <w:t>.</w:t>
            </w:r>
            <w:r>
              <w:t>com</w:t>
            </w:r>
            <w:r w:rsidRPr="00332DB8">
              <w:rPr>
                <w:lang w:val="ru-RU"/>
              </w:rPr>
              <w:t>» (решение Благовещенского городского суда от 30.03.2015)</w:t>
            </w:r>
          </w:p>
        </w:tc>
        <w:tc>
          <w:tcPr>
            <w:tcW w:w="2880" w:type="dxa"/>
          </w:tcPr>
          <w:p w:rsidR="006F7457" w:rsidRPr="00332DB8" w:rsidRDefault="006F7457">
            <w:pPr>
              <w:rPr>
                <w:lang w:val="ru-RU"/>
              </w:rPr>
            </w:pPr>
          </w:p>
        </w:tc>
      </w:tr>
      <w:tr w:rsidR="006F7457" w:rsidRPr="005A424D">
        <w:tc>
          <w:tcPr>
            <w:tcW w:w="2880" w:type="dxa"/>
          </w:tcPr>
          <w:p w:rsidR="006F7457" w:rsidRDefault="00332DB8">
            <w:r>
              <w:t>38</w:t>
            </w:r>
            <w:r>
              <w:lastRenderedPageBreak/>
              <w:t>99.</w:t>
            </w:r>
          </w:p>
        </w:tc>
        <w:tc>
          <w:tcPr>
            <w:tcW w:w="2880" w:type="dxa"/>
          </w:tcPr>
          <w:p w:rsidR="006F7457" w:rsidRPr="00332DB8" w:rsidRDefault="00332DB8">
            <w:pPr>
              <w:rPr>
                <w:lang w:val="ru-RU"/>
              </w:rPr>
            </w:pPr>
            <w:r w:rsidRPr="00332DB8">
              <w:rPr>
                <w:lang w:val="ru-RU"/>
              </w:rPr>
              <w:lastRenderedPageBreak/>
              <w:t xml:space="preserve">Интернет-страница пользователя «Надя Богданова» </w:t>
            </w:r>
            <w:r>
              <w:t>http</w:t>
            </w:r>
            <w:r w:rsidRPr="00332DB8">
              <w:rPr>
                <w:lang w:val="ru-RU"/>
              </w:rPr>
              <w:t>://</w:t>
            </w:r>
            <w:r>
              <w:t>www</w:t>
            </w:r>
            <w:r w:rsidRPr="00332DB8">
              <w:rPr>
                <w:lang w:val="ru-RU"/>
              </w:rPr>
              <w:t>/</w:t>
            </w:r>
            <w:r>
              <w:t>odnoklassniki</w:t>
            </w:r>
            <w:r w:rsidRPr="00332DB8">
              <w:rPr>
                <w:lang w:val="ru-RU"/>
              </w:rPr>
              <w:t>/</w:t>
            </w:r>
            <w:r>
              <w:t>ru</w:t>
            </w:r>
            <w:r w:rsidRPr="00332DB8">
              <w:rPr>
                <w:lang w:val="ru-RU"/>
              </w:rPr>
              <w:t xml:space="preserve">/ </w:t>
            </w:r>
            <w:r>
              <w:t>profile</w:t>
            </w:r>
            <w:r w:rsidRPr="00332DB8">
              <w:rPr>
                <w:lang w:val="ru-RU"/>
              </w:rPr>
              <w:t xml:space="preserve">/557437117818, расположенная на веб-сервисе «Одноклассники» </w:t>
            </w:r>
            <w:r>
              <w:t>http</w:t>
            </w:r>
            <w:r w:rsidRPr="00332DB8">
              <w:rPr>
                <w:lang w:val="ru-RU"/>
              </w:rPr>
              <w:t>://</w:t>
            </w:r>
            <w:r>
              <w:t>odnoklassniki</w:t>
            </w:r>
            <w:r w:rsidRPr="00332DB8">
              <w:rPr>
                <w:lang w:val="ru-RU"/>
              </w:rPr>
              <w:t>.</w:t>
            </w:r>
            <w:r>
              <w:t>ru</w:t>
            </w:r>
            <w:r w:rsidRPr="00332DB8">
              <w:rPr>
                <w:lang w:val="ru-RU"/>
              </w:rPr>
              <w:t xml:space="preserve">/ (решение Благовещенского </w:t>
            </w:r>
            <w:r w:rsidRPr="00332DB8">
              <w:rPr>
                <w:lang w:val="ru-RU"/>
              </w:rPr>
              <w:lastRenderedPageBreak/>
              <w:t>городского суда от 19.02.2015)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3900.</w:t>
            </w:r>
          </w:p>
        </w:tc>
        <w:tc>
          <w:tcPr>
            <w:tcW w:w="2880" w:type="dxa"/>
          </w:tcPr>
          <w:p w:rsidR="006F7457" w:rsidRPr="00332DB8" w:rsidRDefault="00332DB8">
            <w:pPr>
              <w:rPr>
                <w:lang w:val="ru-RU"/>
              </w:rPr>
            </w:pPr>
            <w:r w:rsidRPr="00332DB8">
              <w:rPr>
                <w:lang w:val="ru-RU"/>
              </w:rPr>
              <w:t xml:space="preserve">Интернет-страница пользователя «Злой Бандеровец» </w:t>
            </w:r>
            <w:r>
              <w:t>http</w:t>
            </w:r>
            <w:r w:rsidRPr="00332DB8">
              <w:rPr>
                <w:lang w:val="ru-RU"/>
              </w:rPr>
              <w:t>://</w:t>
            </w:r>
            <w:r>
              <w:t>www</w:t>
            </w:r>
            <w:r w:rsidRPr="00332DB8">
              <w:rPr>
                <w:lang w:val="ru-RU"/>
              </w:rPr>
              <w:t>/</w:t>
            </w:r>
            <w:r>
              <w:t>odnoklassniki</w:t>
            </w:r>
            <w:r w:rsidRPr="00332DB8">
              <w:rPr>
                <w:lang w:val="ru-RU"/>
              </w:rPr>
              <w:t xml:space="preserve">/ </w:t>
            </w:r>
            <w:r>
              <w:t>ru</w:t>
            </w:r>
            <w:r w:rsidRPr="00332DB8">
              <w:rPr>
                <w:lang w:val="ru-RU"/>
              </w:rPr>
              <w:t>/</w:t>
            </w:r>
            <w:r>
              <w:t>profile</w:t>
            </w:r>
            <w:r w:rsidRPr="00332DB8">
              <w:rPr>
                <w:lang w:val="ru-RU"/>
              </w:rPr>
              <w:t xml:space="preserve">/550377907192, расположенная на веб-сервисе «Одноклассники» </w:t>
            </w:r>
            <w:r>
              <w:t>http</w:t>
            </w:r>
            <w:r w:rsidRPr="00332DB8">
              <w:rPr>
                <w:lang w:val="ru-RU"/>
              </w:rPr>
              <w:t>://</w:t>
            </w:r>
            <w:r>
              <w:t>odnoklassniki</w:t>
            </w:r>
            <w:r w:rsidRPr="00332DB8">
              <w:rPr>
                <w:lang w:val="ru-RU"/>
              </w:rPr>
              <w:t>.</w:t>
            </w:r>
            <w:r>
              <w:t>ru</w:t>
            </w:r>
            <w:r w:rsidRPr="00332DB8">
              <w:rPr>
                <w:lang w:val="ru-RU"/>
              </w:rPr>
              <w:t>/ (решение Благовещенского городского суда от 19.02.2015)</w:t>
            </w:r>
          </w:p>
        </w:tc>
        <w:tc>
          <w:tcPr>
            <w:tcW w:w="2880" w:type="dxa"/>
          </w:tcPr>
          <w:p w:rsidR="006F7457" w:rsidRPr="00332DB8" w:rsidRDefault="006F7457">
            <w:pPr>
              <w:rPr>
                <w:lang w:val="ru-RU"/>
              </w:rPr>
            </w:pPr>
          </w:p>
        </w:tc>
      </w:tr>
      <w:tr w:rsidR="006F7457" w:rsidRPr="005A424D">
        <w:tc>
          <w:tcPr>
            <w:tcW w:w="2880" w:type="dxa"/>
          </w:tcPr>
          <w:p w:rsidR="006F7457" w:rsidRDefault="00332DB8">
            <w:r>
              <w:t>3901.</w:t>
            </w:r>
          </w:p>
        </w:tc>
        <w:tc>
          <w:tcPr>
            <w:tcW w:w="2880" w:type="dxa"/>
          </w:tcPr>
          <w:p w:rsidR="006F7457" w:rsidRPr="00332DB8" w:rsidRDefault="00332DB8">
            <w:pPr>
              <w:rPr>
                <w:lang w:val="ru-RU"/>
              </w:rPr>
            </w:pPr>
            <w:r>
              <w:t xml:space="preserve">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w:t>
            </w:r>
            <w:r w:rsidRPr="00332DB8">
              <w:rPr>
                <w:lang w:val="ru-RU"/>
              </w:rPr>
              <w:t xml:space="preserve">04 минуты 37 секунд, </w:t>
            </w:r>
            <w:r>
              <w:t>a</w:t>
            </w:r>
            <w:r w:rsidRPr="00332DB8">
              <w:rPr>
                <w:lang w:val="ru-RU"/>
              </w:rPr>
              <w:t xml:space="preserve"> также текст, содержащийся в данной видеозаписи (решение Кировского районного суда города Саратова от 16.08.2016)</w:t>
            </w:r>
          </w:p>
        </w:tc>
        <w:tc>
          <w:tcPr>
            <w:tcW w:w="2880" w:type="dxa"/>
          </w:tcPr>
          <w:p w:rsidR="006F7457" w:rsidRPr="00332DB8" w:rsidRDefault="006F7457">
            <w:pPr>
              <w:rPr>
                <w:lang w:val="ru-RU"/>
              </w:rPr>
            </w:pPr>
          </w:p>
        </w:tc>
      </w:tr>
      <w:tr w:rsidR="006F7457" w:rsidRPr="005A424D">
        <w:tc>
          <w:tcPr>
            <w:tcW w:w="2880" w:type="dxa"/>
          </w:tcPr>
          <w:p w:rsidR="006F7457" w:rsidRDefault="00332DB8">
            <w:r>
              <w:t>3902.</w:t>
            </w:r>
          </w:p>
        </w:tc>
        <w:tc>
          <w:tcPr>
            <w:tcW w:w="2880" w:type="dxa"/>
          </w:tcPr>
          <w:p w:rsidR="006F7457" w:rsidRPr="00332DB8" w:rsidRDefault="00332DB8">
            <w:pPr>
              <w:rPr>
                <w:lang w:val="ru-RU"/>
              </w:rPr>
            </w:pPr>
            <w:r w:rsidRPr="00332DB8">
              <w:rPr>
                <w:lang w:val="ru-RU"/>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3903.</w:t>
            </w:r>
          </w:p>
        </w:tc>
        <w:tc>
          <w:tcPr>
            <w:tcW w:w="2880" w:type="dxa"/>
          </w:tcPr>
          <w:p w:rsidR="006F7457" w:rsidRPr="00332DB8" w:rsidRDefault="00332DB8">
            <w:pPr>
              <w:rPr>
                <w:lang w:val="ru-RU"/>
              </w:rPr>
            </w:pPr>
            <w:r w:rsidRPr="00332DB8">
              <w:rPr>
                <w:lang w:val="ru-RU"/>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390</w:t>
            </w:r>
            <w:r>
              <w:lastRenderedPageBreak/>
              <w:t>4.</w:t>
            </w:r>
          </w:p>
        </w:tc>
        <w:tc>
          <w:tcPr>
            <w:tcW w:w="2880" w:type="dxa"/>
          </w:tcPr>
          <w:p w:rsidR="006F7457" w:rsidRPr="00332DB8" w:rsidRDefault="00332DB8">
            <w:pPr>
              <w:rPr>
                <w:lang w:val="ru-RU"/>
              </w:rPr>
            </w:pPr>
            <w:r w:rsidRPr="00332DB8">
              <w:rPr>
                <w:lang w:val="ru-RU"/>
              </w:rPr>
              <w:lastRenderedPageBreak/>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3905.</w:t>
            </w:r>
          </w:p>
        </w:tc>
        <w:tc>
          <w:tcPr>
            <w:tcW w:w="2880" w:type="dxa"/>
          </w:tcPr>
          <w:p w:rsidR="006F7457" w:rsidRPr="00332DB8" w:rsidRDefault="00332DB8">
            <w:pPr>
              <w:rPr>
                <w:lang w:val="ru-RU"/>
              </w:rPr>
            </w:pPr>
            <w:r w:rsidRPr="00332DB8">
              <w:rPr>
                <w:lang w:val="ru-RU"/>
              </w:rP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3906.</w:t>
            </w:r>
          </w:p>
        </w:tc>
        <w:tc>
          <w:tcPr>
            <w:tcW w:w="2880" w:type="dxa"/>
          </w:tcPr>
          <w:p w:rsidR="006F7457" w:rsidRPr="00332DB8" w:rsidRDefault="00332DB8">
            <w:pPr>
              <w:rPr>
                <w:lang w:val="ru-RU"/>
              </w:rPr>
            </w:pPr>
            <w:r w:rsidRPr="00332DB8">
              <w:rPr>
                <w:lang w:val="ru-RU"/>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3907.</w:t>
            </w:r>
          </w:p>
        </w:tc>
        <w:tc>
          <w:tcPr>
            <w:tcW w:w="2880" w:type="dxa"/>
          </w:tcPr>
          <w:p w:rsidR="006F7457" w:rsidRPr="00332DB8" w:rsidRDefault="00332DB8">
            <w:pPr>
              <w:rPr>
                <w:lang w:val="ru-RU"/>
              </w:rPr>
            </w:pPr>
            <w:r w:rsidRPr="00332DB8">
              <w:rPr>
                <w:lang w:val="ru-RU"/>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3908.</w:t>
            </w:r>
          </w:p>
        </w:tc>
        <w:tc>
          <w:tcPr>
            <w:tcW w:w="2880" w:type="dxa"/>
          </w:tcPr>
          <w:p w:rsidR="006F7457" w:rsidRPr="00332DB8" w:rsidRDefault="00332DB8">
            <w:pPr>
              <w:rPr>
                <w:lang w:val="ru-RU"/>
              </w:rPr>
            </w:pPr>
            <w:r w:rsidRPr="00332DB8">
              <w:rPr>
                <w:lang w:val="ru-RU"/>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3909.</w:t>
            </w:r>
          </w:p>
        </w:tc>
        <w:tc>
          <w:tcPr>
            <w:tcW w:w="2880" w:type="dxa"/>
          </w:tcPr>
          <w:p w:rsidR="006F7457" w:rsidRPr="00332DB8" w:rsidRDefault="00332DB8">
            <w:pPr>
              <w:rPr>
                <w:lang w:val="ru-RU"/>
              </w:rPr>
            </w:pPr>
            <w:r w:rsidRPr="00332DB8">
              <w:rPr>
                <w:lang w:val="ru-RU"/>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3910.</w:t>
            </w:r>
          </w:p>
        </w:tc>
        <w:tc>
          <w:tcPr>
            <w:tcW w:w="2880" w:type="dxa"/>
          </w:tcPr>
          <w:p w:rsidR="006F7457" w:rsidRPr="00332DB8" w:rsidRDefault="00332DB8">
            <w:pPr>
              <w:rPr>
                <w:lang w:val="ru-RU"/>
              </w:rPr>
            </w:pPr>
            <w:r w:rsidRPr="00332DB8">
              <w:rPr>
                <w:lang w:val="ru-RU"/>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3911.</w:t>
            </w:r>
          </w:p>
        </w:tc>
        <w:tc>
          <w:tcPr>
            <w:tcW w:w="2880" w:type="dxa"/>
          </w:tcPr>
          <w:p w:rsidR="006F7457" w:rsidRPr="00332DB8" w:rsidRDefault="00332DB8">
            <w:pPr>
              <w:rPr>
                <w:lang w:val="ru-RU"/>
              </w:rPr>
            </w:pPr>
            <w:r w:rsidRPr="00332DB8">
              <w:rPr>
                <w:lang w:val="ru-RU"/>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3912.</w:t>
            </w:r>
          </w:p>
        </w:tc>
        <w:tc>
          <w:tcPr>
            <w:tcW w:w="2880" w:type="dxa"/>
          </w:tcPr>
          <w:p w:rsidR="006F7457" w:rsidRPr="00332DB8" w:rsidRDefault="00332DB8">
            <w:pPr>
              <w:rPr>
                <w:lang w:val="ru-RU"/>
              </w:rPr>
            </w:pPr>
            <w:r w:rsidRPr="00332DB8">
              <w:rPr>
                <w:lang w:val="ru-RU"/>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3913.</w:t>
            </w:r>
          </w:p>
        </w:tc>
        <w:tc>
          <w:tcPr>
            <w:tcW w:w="2880" w:type="dxa"/>
          </w:tcPr>
          <w:p w:rsidR="006F7457" w:rsidRPr="00332DB8" w:rsidRDefault="00332DB8">
            <w:pPr>
              <w:rPr>
                <w:lang w:val="ru-RU"/>
              </w:rPr>
            </w:pPr>
            <w:r w:rsidRPr="00332DB8">
              <w:rPr>
                <w:lang w:val="ru-RU"/>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3914.</w:t>
            </w:r>
          </w:p>
        </w:tc>
        <w:tc>
          <w:tcPr>
            <w:tcW w:w="2880" w:type="dxa"/>
          </w:tcPr>
          <w:p w:rsidR="006F7457" w:rsidRPr="00332DB8" w:rsidRDefault="00332DB8">
            <w:pPr>
              <w:rPr>
                <w:lang w:val="ru-RU"/>
              </w:rPr>
            </w:pPr>
            <w:r w:rsidRPr="00332DB8">
              <w:rPr>
                <w:lang w:val="ru-RU"/>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391</w:t>
            </w:r>
            <w:r>
              <w:lastRenderedPageBreak/>
              <w:t>5.</w:t>
            </w:r>
          </w:p>
        </w:tc>
        <w:tc>
          <w:tcPr>
            <w:tcW w:w="2880" w:type="dxa"/>
          </w:tcPr>
          <w:p w:rsidR="006F7457" w:rsidRPr="00332DB8" w:rsidRDefault="00332DB8">
            <w:pPr>
              <w:rPr>
                <w:lang w:val="ru-RU"/>
              </w:rPr>
            </w:pPr>
            <w:r w:rsidRPr="00332DB8">
              <w:rPr>
                <w:lang w:val="ru-RU"/>
              </w:rPr>
              <w:lastRenderedPageBreak/>
              <w:t xml:space="preserve">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w:t>
            </w:r>
            <w:r w:rsidRPr="00332DB8">
              <w:rPr>
                <w:lang w:val="ru-RU"/>
              </w:rPr>
              <w:lastRenderedPageBreak/>
              <w:t>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3916.</w:t>
            </w:r>
          </w:p>
        </w:tc>
        <w:tc>
          <w:tcPr>
            <w:tcW w:w="2880" w:type="dxa"/>
          </w:tcPr>
          <w:p w:rsidR="006F7457" w:rsidRPr="00332DB8" w:rsidRDefault="00332DB8">
            <w:pPr>
              <w:rPr>
                <w:lang w:val="ru-RU"/>
              </w:rPr>
            </w:pPr>
            <w:r w:rsidRPr="00332DB8">
              <w:rPr>
                <w:lang w:val="ru-RU"/>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3917.</w:t>
            </w:r>
          </w:p>
        </w:tc>
        <w:tc>
          <w:tcPr>
            <w:tcW w:w="2880" w:type="dxa"/>
          </w:tcPr>
          <w:p w:rsidR="006F7457" w:rsidRPr="00332DB8" w:rsidRDefault="00332DB8">
            <w:pPr>
              <w:rPr>
                <w:lang w:val="ru-RU"/>
              </w:rPr>
            </w:pPr>
            <w:r w:rsidRPr="00332DB8">
              <w:rPr>
                <w:lang w:val="ru-RU"/>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3918.</w:t>
            </w:r>
          </w:p>
        </w:tc>
        <w:tc>
          <w:tcPr>
            <w:tcW w:w="2880" w:type="dxa"/>
          </w:tcPr>
          <w:p w:rsidR="006F7457" w:rsidRPr="00332DB8" w:rsidRDefault="00332DB8">
            <w:pPr>
              <w:rPr>
                <w:lang w:val="ru-RU"/>
              </w:rPr>
            </w:pPr>
            <w:r w:rsidRPr="00332DB8">
              <w:rPr>
                <w:lang w:val="ru-RU"/>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3919.</w:t>
            </w:r>
          </w:p>
        </w:tc>
        <w:tc>
          <w:tcPr>
            <w:tcW w:w="2880" w:type="dxa"/>
          </w:tcPr>
          <w:p w:rsidR="006F7457" w:rsidRPr="00332DB8" w:rsidRDefault="00332DB8">
            <w:pPr>
              <w:rPr>
                <w:lang w:val="ru-RU"/>
              </w:rPr>
            </w:pPr>
            <w:r w:rsidRPr="00332DB8">
              <w:rPr>
                <w:lang w:val="ru-RU"/>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2880" w:type="dxa"/>
          </w:tcPr>
          <w:p w:rsidR="006F7457" w:rsidRPr="00332DB8" w:rsidRDefault="006F7457">
            <w:pPr>
              <w:rPr>
                <w:lang w:val="ru-RU"/>
              </w:rPr>
            </w:pPr>
          </w:p>
        </w:tc>
      </w:tr>
      <w:tr w:rsidR="006F7457" w:rsidRPr="005A424D">
        <w:tc>
          <w:tcPr>
            <w:tcW w:w="2880" w:type="dxa"/>
          </w:tcPr>
          <w:p w:rsidR="006F7457" w:rsidRDefault="00332DB8">
            <w:r>
              <w:t>3920.</w:t>
            </w:r>
          </w:p>
        </w:tc>
        <w:tc>
          <w:tcPr>
            <w:tcW w:w="2880" w:type="dxa"/>
          </w:tcPr>
          <w:p w:rsidR="006F7457" w:rsidRPr="00332DB8" w:rsidRDefault="00332DB8">
            <w:pPr>
              <w:rPr>
                <w:lang w:val="ru-RU"/>
              </w:rPr>
            </w:pPr>
            <w:r w:rsidRPr="00332DB8">
              <w:rPr>
                <w:lang w:val="ru-RU"/>
              </w:rPr>
              <w:t xml:space="preserve">Сведения об Интернет-странице пользователя социальной сети «ВКонтакте» под именем « </w:t>
            </w:r>
            <w:r>
              <w:t>Antonie</w:t>
            </w:r>
            <w:r w:rsidRPr="00332DB8">
              <w:rPr>
                <w:lang w:val="ru-RU"/>
              </w:rPr>
              <w:t xml:space="preserve"> </w:t>
            </w:r>
            <w:r>
              <w:t>Vagabondul</w:t>
            </w:r>
            <w:r w:rsidRPr="00332DB8">
              <w:rPr>
                <w:lang w:val="ru-RU"/>
              </w:rPr>
              <w:t xml:space="preserve">», имеющей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t>
            </w:r>
            <w:r>
              <w:t>WHITE</w:t>
            </w:r>
            <w:r w:rsidRPr="00332DB8">
              <w:rPr>
                <w:lang w:val="ru-RU"/>
              </w:rPr>
              <w:t xml:space="preserve"> </w:t>
            </w:r>
            <w:r>
              <w:t>PRIDE</w:t>
            </w:r>
            <w:r w:rsidRPr="00332DB8">
              <w:rPr>
                <w:lang w:val="ru-RU"/>
              </w:rPr>
              <w:t xml:space="preserve"> / </w:t>
            </w:r>
            <w:r>
              <w:t>WORLD</w:t>
            </w:r>
            <w:r w:rsidRPr="00332DB8">
              <w:rPr>
                <w:lang w:val="ru-RU"/>
              </w:rPr>
              <w:t xml:space="preserve"> </w:t>
            </w:r>
            <w:r>
              <w:t>WIDE</w:t>
            </w:r>
            <w:r w:rsidRPr="00332DB8">
              <w:rPr>
                <w:lang w:val="ru-RU"/>
              </w:rPr>
              <w:t>») (решение Дзержинского районного суда города Санкт-Петербурга от 12.09.2016)</w:t>
            </w:r>
          </w:p>
        </w:tc>
        <w:tc>
          <w:tcPr>
            <w:tcW w:w="2880" w:type="dxa"/>
          </w:tcPr>
          <w:p w:rsidR="006F7457" w:rsidRPr="00332DB8" w:rsidRDefault="006F7457">
            <w:pPr>
              <w:rPr>
                <w:lang w:val="ru-RU"/>
              </w:rPr>
            </w:pPr>
          </w:p>
        </w:tc>
      </w:tr>
      <w:tr w:rsidR="006F7457">
        <w:tc>
          <w:tcPr>
            <w:tcW w:w="2880" w:type="dxa"/>
          </w:tcPr>
          <w:p w:rsidR="006F7457" w:rsidRDefault="00332DB8">
            <w:r>
              <w:lastRenderedPageBreak/>
              <w:t>3921.</w:t>
            </w:r>
          </w:p>
        </w:tc>
        <w:tc>
          <w:tcPr>
            <w:tcW w:w="2880" w:type="dxa"/>
          </w:tcPr>
          <w:p w:rsidR="006F7457" w:rsidRDefault="00332DB8">
            <w:r w:rsidRPr="00332DB8">
              <w:rPr>
                <w:lang w:val="ru-RU"/>
              </w:rPr>
              <w:t xml:space="preserve">Сведения об Интернет-странице пользователя социальной сети «ВКонтакте» под именем « </w:t>
            </w:r>
            <w:r>
              <w:t>Antonie</w:t>
            </w:r>
            <w:r w:rsidRPr="00332DB8">
              <w:rPr>
                <w:lang w:val="ru-RU"/>
              </w:rPr>
              <w:t xml:space="preserve"> </w:t>
            </w:r>
            <w:r>
              <w:t>Vagabondul</w:t>
            </w:r>
            <w:r w:rsidRPr="00332DB8">
              <w:rPr>
                <w:lang w:val="ru-RU"/>
              </w:rPr>
              <w:t xml:space="preserve">», имеющей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w:t>
            </w:r>
            <w:r>
              <w:t>(решение Дзержинского районного суда города Санкт-Петербурга от 12.09.2016)</w:t>
            </w:r>
          </w:p>
        </w:tc>
        <w:tc>
          <w:tcPr>
            <w:tcW w:w="2880" w:type="dxa"/>
          </w:tcPr>
          <w:p w:rsidR="006F7457" w:rsidRDefault="006F7457"/>
        </w:tc>
      </w:tr>
      <w:tr w:rsidR="006F7457" w:rsidRPr="005A424D">
        <w:tc>
          <w:tcPr>
            <w:tcW w:w="2880" w:type="dxa"/>
          </w:tcPr>
          <w:p w:rsidR="006F7457" w:rsidRDefault="00332DB8">
            <w:r>
              <w:t>3922.</w:t>
            </w:r>
          </w:p>
        </w:tc>
        <w:tc>
          <w:tcPr>
            <w:tcW w:w="2880" w:type="dxa"/>
          </w:tcPr>
          <w:p w:rsidR="006F7457" w:rsidRPr="00332DB8" w:rsidRDefault="00332DB8">
            <w:pPr>
              <w:rPr>
                <w:lang w:val="ru-RU"/>
              </w:rPr>
            </w:pPr>
            <w:r w:rsidRPr="00332DB8">
              <w:rPr>
                <w:lang w:val="ru-RU"/>
              </w:rPr>
              <w:t xml:space="preserve">Сведения об Интернет-странице пользователя социальной сети «ВКонтакте» под именем « </w:t>
            </w:r>
            <w:r>
              <w:t>Antonie</w:t>
            </w:r>
            <w:r w:rsidRPr="00332DB8">
              <w:rPr>
                <w:lang w:val="ru-RU"/>
              </w:rPr>
              <w:t xml:space="preserve"> </w:t>
            </w:r>
            <w:r>
              <w:t>Vagabondul</w:t>
            </w:r>
            <w:r w:rsidRPr="00332DB8">
              <w:rPr>
                <w:lang w:val="ru-RU"/>
              </w:rPr>
              <w:t xml:space="preserve">», имеющей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2880" w:type="dxa"/>
          </w:tcPr>
          <w:p w:rsidR="006F7457" w:rsidRPr="00332DB8" w:rsidRDefault="006F7457">
            <w:pPr>
              <w:rPr>
                <w:lang w:val="ru-RU"/>
              </w:rPr>
            </w:pPr>
          </w:p>
        </w:tc>
      </w:tr>
      <w:tr w:rsidR="006F7457" w:rsidRPr="005A424D">
        <w:tc>
          <w:tcPr>
            <w:tcW w:w="2880" w:type="dxa"/>
          </w:tcPr>
          <w:p w:rsidR="006F7457" w:rsidRDefault="00332DB8">
            <w:r>
              <w:t>3923.</w:t>
            </w:r>
          </w:p>
        </w:tc>
        <w:tc>
          <w:tcPr>
            <w:tcW w:w="2880" w:type="dxa"/>
          </w:tcPr>
          <w:p w:rsidR="006F7457" w:rsidRPr="00332DB8" w:rsidRDefault="00332DB8">
            <w:pPr>
              <w:rPr>
                <w:lang w:val="ru-RU"/>
              </w:rPr>
            </w:pPr>
            <w:r w:rsidRPr="00332DB8">
              <w:rPr>
                <w:lang w:val="ru-RU"/>
              </w:rPr>
              <w:t xml:space="preserve">Сведения об Интернет-странице пользователя социальной сети «ВКонтакте» под именем « </w:t>
            </w:r>
            <w:r>
              <w:t>Antonie</w:t>
            </w:r>
            <w:r w:rsidRPr="00332DB8">
              <w:rPr>
                <w:lang w:val="ru-RU"/>
              </w:rPr>
              <w:t xml:space="preserve"> </w:t>
            </w:r>
            <w:r>
              <w:t>Vagabondul</w:t>
            </w:r>
            <w:r w:rsidRPr="00332DB8">
              <w:rPr>
                <w:lang w:val="ru-RU"/>
              </w:rPr>
              <w:t xml:space="preserve">», имеющей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w:t>
            </w:r>
            <w:r>
              <w:t>NATIONAL</w:t>
            </w:r>
            <w:r w:rsidRPr="00332DB8">
              <w:rPr>
                <w:lang w:val="ru-RU"/>
              </w:rPr>
              <w:t>-</w:t>
            </w:r>
            <w:r>
              <w:t>SOZIALISTISCHE</w:t>
            </w:r>
            <w:r w:rsidRPr="00332DB8">
              <w:rPr>
                <w:lang w:val="ru-RU"/>
              </w:rPr>
              <w:t>/</w:t>
            </w:r>
            <w:r>
              <w:t>D</w:t>
            </w:r>
            <w:r w:rsidRPr="00332DB8">
              <w:rPr>
                <w:lang w:val="ru-RU"/>
              </w:rPr>
              <w:t>.</w:t>
            </w:r>
            <w:r>
              <w:t>A</w:t>
            </w:r>
            <w:r w:rsidRPr="00332DB8">
              <w:rPr>
                <w:lang w:val="ru-RU"/>
              </w:rPr>
              <w:t>.</w:t>
            </w:r>
            <w:r>
              <w:t>P</w:t>
            </w:r>
            <w:r w:rsidRPr="00332DB8">
              <w:rPr>
                <w:lang w:val="ru-RU"/>
              </w:rPr>
              <w:t>.»,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2880" w:type="dxa"/>
          </w:tcPr>
          <w:p w:rsidR="006F7457" w:rsidRPr="00332DB8" w:rsidRDefault="006F7457">
            <w:pPr>
              <w:rPr>
                <w:lang w:val="ru-RU"/>
              </w:rPr>
            </w:pPr>
          </w:p>
        </w:tc>
      </w:tr>
      <w:tr w:rsidR="006F7457" w:rsidRPr="005A424D">
        <w:tc>
          <w:tcPr>
            <w:tcW w:w="2880" w:type="dxa"/>
          </w:tcPr>
          <w:p w:rsidR="006F7457" w:rsidRDefault="00332DB8">
            <w:r>
              <w:t>3924.</w:t>
            </w:r>
          </w:p>
        </w:tc>
        <w:tc>
          <w:tcPr>
            <w:tcW w:w="2880" w:type="dxa"/>
          </w:tcPr>
          <w:p w:rsidR="006F7457" w:rsidRPr="00332DB8" w:rsidRDefault="00332DB8">
            <w:pPr>
              <w:rPr>
                <w:lang w:val="ru-RU"/>
              </w:rPr>
            </w:pPr>
            <w:r w:rsidRPr="00332DB8">
              <w:rPr>
                <w:lang w:val="ru-RU"/>
              </w:rPr>
              <w:t xml:space="preserve">Сведения об Интернет-странице пользователя социальной сети «ВКонтакте» под именем « </w:t>
            </w:r>
            <w:r>
              <w:t>Antonie</w:t>
            </w:r>
            <w:r w:rsidRPr="00332DB8">
              <w:rPr>
                <w:lang w:val="ru-RU"/>
              </w:rPr>
              <w:t xml:space="preserve"> </w:t>
            </w:r>
            <w:r>
              <w:t>Vagabondul</w:t>
            </w:r>
            <w:r w:rsidRPr="00332DB8">
              <w:rPr>
                <w:lang w:val="ru-RU"/>
              </w:rPr>
              <w:t xml:space="preserve">», имеющей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2880" w:type="dxa"/>
          </w:tcPr>
          <w:p w:rsidR="006F7457" w:rsidRPr="00332DB8" w:rsidRDefault="006F7457">
            <w:pPr>
              <w:rPr>
                <w:lang w:val="ru-RU"/>
              </w:rPr>
            </w:pPr>
          </w:p>
        </w:tc>
      </w:tr>
      <w:tr w:rsidR="006F7457" w:rsidRPr="005A424D">
        <w:tc>
          <w:tcPr>
            <w:tcW w:w="2880" w:type="dxa"/>
          </w:tcPr>
          <w:p w:rsidR="006F7457" w:rsidRDefault="00332DB8">
            <w:r>
              <w:t>3925.</w:t>
            </w:r>
          </w:p>
        </w:tc>
        <w:tc>
          <w:tcPr>
            <w:tcW w:w="2880" w:type="dxa"/>
          </w:tcPr>
          <w:p w:rsidR="006F7457" w:rsidRPr="00332DB8" w:rsidRDefault="00332DB8">
            <w:pPr>
              <w:rPr>
                <w:lang w:val="ru-RU"/>
              </w:rPr>
            </w:pPr>
            <w:r w:rsidRPr="00332DB8">
              <w:rPr>
                <w:lang w:val="ru-RU"/>
              </w:rPr>
              <w:t xml:space="preserve">Сведения об Интернет-странице пользователя социальной сети «ВКонтакте» под именем « </w:t>
            </w:r>
            <w:r>
              <w:t>Antonie</w:t>
            </w:r>
            <w:r w:rsidRPr="00332DB8">
              <w:rPr>
                <w:lang w:val="ru-RU"/>
              </w:rPr>
              <w:t xml:space="preserve"> </w:t>
            </w:r>
            <w:r>
              <w:t>Vagabondul</w:t>
            </w:r>
            <w:r w:rsidRPr="00332DB8">
              <w:rPr>
                <w:lang w:val="ru-RU"/>
              </w:rPr>
              <w:t xml:space="preserve">», имеющей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3926.</w:t>
            </w:r>
          </w:p>
        </w:tc>
        <w:tc>
          <w:tcPr>
            <w:tcW w:w="2880" w:type="dxa"/>
          </w:tcPr>
          <w:p w:rsidR="006F7457" w:rsidRPr="00332DB8" w:rsidRDefault="00332DB8">
            <w:pPr>
              <w:rPr>
                <w:lang w:val="ru-RU"/>
              </w:rPr>
            </w:pPr>
            <w:r w:rsidRPr="00332DB8">
              <w:rPr>
                <w:lang w:val="ru-RU"/>
              </w:rPr>
              <w:t xml:space="preserve">Информационный материал Интернет-сайта </w:t>
            </w:r>
            <w:r>
              <w:t>http</w:t>
            </w:r>
            <w:r w:rsidRPr="00332DB8">
              <w:rPr>
                <w:lang w:val="ru-RU"/>
              </w:rPr>
              <w:t>://</w:t>
            </w:r>
            <w:r>
              <w:t>strannik</w:t>
            </w:r>
            <w:r w:rsidRPr="00332DB8">
              <w:rPr>
                <w:lang w:val="ru-RU"/>
              </w:rPr>
              <w:t>-</w:t>
            </w:r>
            <w:r>
              <w:t>sb</w:t>
            </w:r>
            <w:r w:rsidRPr="00332DB8">
              <w:rPr>
                <w:lang w:val="ru-RU"/>
              </w:rPr>
              <w:t>.</w:t>
            </w:r>
            <w:r>
              <w:t>livejournal</w:t>
            </w:r>
            <w:r w:rsidRPr="00332DB8">
              <w:rPr>
                <w:lang w:val="ru-RU"/>
              </w:rPr>
              <w:t>.</w:t>
            </w:r>
            <w:r>
              <w:t>com</w:t>
            </w:r>
            <w:r w:rsidRPr="00332DB8">
              <w:rPr>
                <w:lang w:val="ru-RU"/>
              </w:rPr>
              <w:t xml:space="preserve">/ под названием «Всех таджиков - в тюрьму», размещенный по электронному адресу </w:t>
            </w:r>
            <w:r>
              <w:t>http</w:t>
            </w:r>
            <w:r w:rsidRPr="00332DB8">
              <w:rPr>
                <w:lang w:val="ru-RU"/>
              </w:rPr>
              <w:t>://</w:t>
            </w:r>
            <w:r>
              <w:t>strannik</w:t>
            </w:r>
            <w:r w:rsidRPr="00332DB8">
              <w:rPr>
                <w:lang w:val="ru-RU"/>
              </w:rPr>
              <w:t>-</w:t>
            </w:r>
            <w:r>
              <w:t>sb</w:t>
            </w:r>
            <w:r w:rsidRPr="00332DB8">
              <w:rPr>
                <w:lang w:val="ru-RU"/>
              </w:rPr>
              <w:t>.</w:t>
            </w:r>
            <w:r>
              <w:t>livejournal</w:t>
            </w:r>
            <w:r w:rsidRPr="00332DB8">
              <w:rPr>
                <w:lang w:val="ru-RU"/>
              </w:rPr>
              <w:t>.</w:t>
            </w:r>
            <w:r>
              <w:t>com</w:t>
            </w:r>
            <w:r w:rsidRPr="00332DB8">
              <w:rPr>
                <w:lang w:val="ru-RU"/>
              </w:rPr>
              <w:t>/ (решение Басманного районного суда города Москвы от 18.05.2016)</w:t>
            </w:r>
          </w:p>
        </w:tc>
        <w:tc>
          <w:tcPr>
            <w:tcW w:w="2880" w:type="dxa"/>
          </w:tcPr>
          <w:p w:rsidR="006F7457" w:rsidRPr="00332DB8" w:rsidRDefault="006F7457">
            <w:pPr>
              <w:rPr>
                <w:lang w:val="ru-RU"/>
              </w:rPr>
            </w:pPr>
          </w:p>
        </w:tc>
      </w:tr>
      <w:tr w:rsidR="006F7457" w:rsidRPr="005A424D">
        <w:tc>
          <w:tcPr>
            <w:tcW w:w="2880" w:type="dxa"/>
          </w:tcPr>
          <w:p w:rsidR="006F7457" w:rsidRDefault="00332DB8">
            <w:r>
              <w:t>3927.</w:t>
            </w:r>
          </w:p>
        </w:tc>
        <w:tc>
          <w:tcPr>
            <w:tcW w:w="2880" w:type="dxa"/>
          </w:tcPr>
          <w:p w:rsidR="006F7457" w:rsidRPr="00332DB8" w:rsidRDefault="00332DB8">
            <w:pPr>
              <w:rPr>
                <w:lang w:val="ru-RU"/>
              </w:rPr>
            </w:pPr>
            <w:r w:rsidRPr="00332DB8">
              <w:rPr>
                <w:lang w:val="ru-RU"/>
              </w:rPr>
              <w:t xml:space="preserve">Информационный материал Интернет-сайта </w:t>
            </w:r>
            <w:r>
              <w:t>http</w:t>
            </w:r>
            <w:r w:rsidRPr="00332DB8">
              <w:rPr>
                <w:lang w:val="ru-RU"/>
              </w:rPr>
              <w:t>://</w:t>
            </w:r>
            <w:r>
              <w:t>kapitan</w:t>
            </w:r>
            <w:r w:rsidRPr="00332DB8">
              <w:rPr>
                <w:lang w:val="ru-RU"/>
              </w:rPr>
              <w:t>-282-</w:t>
            </w:r>
            <w:r>
              <w:t>sb</w:t>
            </w:r>
            <w:r w:rsidRPr="00332DB8">
              <w:rPr>
                <w:lang w:val="ru-RU"/>
              </w:rPr>
              <w:t>.</w:t>
            </w:r>
            <w:r>
              <w:t>livejournal</w:t>
            </w:r>
            <w:r w:rsidRPr="00332DB8">
              <w:rPr>
                <w:lang w:val="ru-RU"/>
              </w:rPr>
              <w:t>.</w:t>
            </w:r>
            <w:r>
              <w:t>com</w:t>
            </w:r>
            <w:r w:rsidRPr="00332DB8">
              <w:rPr>
                <w:lang w:val="ru-RU"/>
              </w:rPr>
              <w:t xml:space="preserve">/ под названием «Религия терпил или Вера Воинов», размещенный по электронному адресу </w:t>
            </w:r>
            <w:r>
              <w:t>http</w:t>
            </w:r>
            <w:r w:rsidRPr="00332DB8">
              <w:rPr>
                <w:lang w:val="ru-RU"/>
              </w:rPr>
              <w:t>://</w:t>
            </w:r>
            <w:r>
              <w:t>strannik</w:t>
            </w:r>
            <w:r w:rsidRPr="00332DB8">
              <w:rPr>
                <w:lang w:val="ru-RU"/>
              </w:rPr>
              <w:t>-</w:t>
            </w:r>
            <w:r>
              <w:t>sb</w:t>
            </w:r>
            <w:r w:rsidRPr="00332DB8">
              <w:rPr>
                <w:lang w:val="ru-RU"/>
              </w:rPr>
              <w:t>.</w:t>
            </w:r>
            <w:r>
              <w:t>livejournal</w:t>
            </w:r>
            <w:r w:rsidRPr="00332DB8">
              <w:rPr>
                <w:lang w:val="ru-RU"/>
              </w:rPr>
              <w:t>.</w:t>
            </w:r>
            <w:r>
              <w:t>com</w:t>
            </w:r>
            <w:r w:rsidRPr="00332DB8">
              <w:rPr>
                <w:lang w:val="ru-RU"/>
              </w:rPr>
              <w:t>/ (решение Басманного районного суда города Москвы от 18.05.2016)</w:t>
            </w:r>
          </w:p>
        </w:tc>
        <w:tc>
          <w:tcPr>
            <w:tcW w:w="2880" w:type="dxa"/>
          </w:tcPr>
          <w:p w:rsidR="006F7457" w:rsidRPr="00332DB8" w:rsidRDefault="006F7457">
            <w:pPr>
              <w:rPr>
                <w:lang w:val="ru-RU"/>
              </w:rPr>
            </w:pPr>
          </w:p>
        </w:tc>
      </w:tr>
      <w:tr w:rsidR="006F7457" w:rsidRPr="005A424D">
        <w:tc>
          <w:tcPr>
            <w:tcW w:w="2880" w:type="dxa"/>
          </w:tcPr>
          <w:p w:rsidR="006F7457" w:rsidRDefault="00332DB8">
            <w:r>
              <w:t>3928.</w:t>
            </w:r>
          </w:p>
        </w:tc>
        <w:tc>
          <w:tcPr>
            <w:tcW w:w="2880" w:type="dxa"/>
          </w:tcPr>
          <w:p w:rsidR="006F7457" w:rsidRPr="00332DB8" w:rsidRDefault="00332DB8">
            <w:pPr>
              <w:rPr>
                <w:lang w:val="ru-RU"/>
              </w:rPr>
            </w:pPr>
            <w:r w:rsidRPr="00332DB8">
              <w:rPr>
                <w:lang w:val="ru-RU"/>
              </w:rPr>
              <w:t xml:space="preserve">Информационный материал Интернет-сайта </w:t>
            </w:r>
            <w:r>
              <w:t>http</w:t>
            </w:r>
            <w:r w:rsidRPr="00332DB8">
              <w:rPr>
                <w:lang w:val="ru-RU"/>
              </w:rPr>
              <w:t>://</w:t>
            </w:r>
            <w:r>
              <w:t>judastruth</w:t>
            </w:r>
            <w:r w:rsidRPr="00332DB8">
              <w:rPr>
                <w:lang w:val="ru-RU"/>
              </w:rPr>
              <w:t>.</w:t>
            </w:r>
            <w:r>
              <w:t>livejournal</w:t>
            </w:r>
            <w:r w:rsidRPr="00332DB8">
              <w:rPr>
                <w:lang w:val="ru-RU"/>
              </w:rPr>
              <w:t>/</w:t>
            </w:r>
            <w:r>
              <w:t>com</w:t>
            </w:r>
            <w:r w:rsidRPr="00332DB8">
              <w:rPr>
                <w:lang w:val="ru-RU"/>
              </w:rPr>
              <w:t xml:space="preserve">/ под названием «Вся правда о «богоизбранном народе», размещенный по электронному адресу </w:t>
            </w:r>
            <w:r>
              <w:t>http</w:t>
            </w:r>
            <w:r w:rsidRPr="00332DB8">
              <w:rPr>
                <w:lang w:val="ru-RU"/>
              </w:rPr>
              <w:t>://</w:t>
            </w:r>
            <w:r>
              <w:t>judastruth</w:t>
            </w:r>
            <w:r w:rsidRPr="00332DB8">
              <w:rPr>
                <w:lang w:val="ru-RU"/>
              </w:rPr>
              <w:t>.</w:t>
            </w:r>
            <w:r>
              <w:t>livejournal</w:t>
            </w:r>
            <w:r w:rsidRPr="00332DB8">
              <w:rPr>
                <w:lang w:val="ru-RU"/>
              </w:rPr>
              <w:t>/</w:t>
            </w:r>
            <w:r>
              <w:t>com</w:t>
            </w:r>
            <w:r w:rsidRPr="00332DB8">
              <w:rPr>
                <w:lang w:val="ru-RU"/>
              </w:rPr>
              <w:t>/ (решение Басманного районного суда города Москвы от 18.05.2016)</w:t>
            </w:r>
          </w:p>
        </w:tc>
        <w:tc>
          <w:tcPr>
            <w:tcW w:w="2880" w:type="dxa"/>
          </w:tcPr>
          <w:p w:rsidR="006F7457" w:rsidRPr="00332DB8" w:rsidRDefault="006F7457">
            <w:pPr>
              <w:rPr>
                <w:lang w:val="ru-RU"/>
              </w:rPr>
            </w:pPr>
          </w:p>
        </w:tc>
      </w:tr>
      <w:tr w:rsidR="006F7457">
        <w:tc>
          <w:tcPr>
            <w:tcW w:w="2880" w:type="dxa"/>
          </w:tcPr>
          <w:p w:rsidR="006F7457" w:rsidRDefault="00332DB8">
            <w:r>
              <w:t>3929.</w:t>
            </w:r>
          </w:p>
        </w:tc>
        <w:tc>
          <w:tcPr>
            <w:tcW w:w="2880" w:type="dxa"/>
          </w:tcPr>
          <w:p w:rsidR="006F7457" w:rsidRDefault="00332DB8">
            <w: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2880" w:type="dxa"/>
          </w:tcPr>
          <w:p w:rsidR="006F7457" w:rsidRDefault="006F7457"/>
        </w:tc>
      </w:tr>
      <w:tr w:rsidR="006F7457" w:rsidRPr="005A424D">
        <w:tc>
          <w:tcPr>
            <w:tcW w:w="2880" w:type="dxa"/>
          </w:tcPr>
          <w:p w:rsidR="006F7457" w:rsidRDefault="00332DB8">
            <w:r>
              <w:t>3930.</w:t>
            </w:r>
          </w:p>
        </w:tc>
        <w:tc>
          <w:tcPr>
            <w:tcW w:w="2880" w:type="dxa"/>
          </w:tcPr>
          <w:p w:rsidR="006F7457" w:rsidRPr="00332DB8" w:rsidRDefault="00332DB8">
            <w:pPr>
              <w:rPr>
                <w:lang w:val="ru-RU"/>
              </w:rPr>
            </w:pPr>
            <w:r w:rsidRPr="00332DB8">
              <w:rPr>
                <w:lang w:val="ru-RU"/>
              </w:rPr>
              <w:t>Размещенные Куликовым Д. А. материалы в форме видеозаписей в сети «Интернет», обнаруженные на сайте «</w:t>
            </w:r>
            <w:r>
              <w:t>http</w:t>
            </w:r>
            <w:r w:rsidRPr="00332DB8">
              <w:rPr>
                <w:lang w:val="ru-RU"/>
              </w:rPr>
              <w:t>://</w:t>
            </w:r>
            <w:r>
              <w:t>www</w:t>
            </w:r>
            <w:r w:rsidRPr="00332DB8">
              <w:rPr>
                <w:lang w:val="ru-RU"/>
              </w:rPr>
              <w:t>.</w:t>
            </w:r>
            <w:r>
              <w:t>vk</w:t>
            </w:r>
            <w:r w:rsidRPr="00332DB8">
              <w:rPr>
                <w:lang w:val="ru-RU"/>
              </w:rPr>
              <w:t>.</w:t>
            </w:r>
            <w:r>
              <w:t>com</w:t>
            </w:r>
            <w:r w:rsidRPr="00332DB8">
              <w:rPr>
                <w:lang w:val="ru-RU"/>
              </w:rPr>
              <w:t>», в учетной записи пользователя «Денис Куликов-Гурбатов»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id</w:t>
            </w:r>
            <w:r w:rsidRPr="00332DB8">
              <w:rPr>
                <w:lang w:val="ru-RU"/>
              </w:rPr>
              <w:t>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3931.</w:t>
            </w:r>
          </w:p>
        </w:tc>
        <w:tc>
          <w:tcPr>
            <w:tcW w:w="2880" w:type="dxa"/>
          </w:tcPr>
          <w:p w:rsidR="006F7457" w:rsidRPr="00332DB8" w:rsidRDefault="00332DB8">
            <w:pPr>
              <w:rPr>
                <w:lang w:val="ru-RU"/>
              </w:rPr>
            </w:pPr>
            <w:r w:rsidRPr="00332DB8">
              <w:rPr>
                <w:lang w:val="ru-RU"/>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2880" w:type="dxa"/>
          </w:tcPr>
          <w:p w:rsidR="006F7457" w:rsidRPr="00332DB8" w:rsidRDefault="006F7457">
            <w:pPr>
              <w:rPr>
                <w:lang w:val="ru-RU"/>
              </w:rPr>
            </w:pPr>
          </w:p>
        </w:tc>
      </w:tr>
      <w:tr w:rsidR="006F7457" w:rsidRPr="005A424D">
        <w:tc>
          <w:tcPr>
            <w:tcW w:w="2880" w:type="dxa"/>
          </w:tcPr>
          <w:p w:rsidR="006F7457" w:rsidRDefault="00332DB8">
            <w:r>
              <w:t>3932.</w:t>
            </w:r>
          </w:p>
        </w:tc>
        <w:tc>
          <w:tcPr>
            <w:tcW w:w="2880" w:type="dxa"/>
          </w:tcPr>
          <w:p w:rsidR="006F7457" w:rsidRPr="00332DB8" w:rsidRDefault="00332DB8">
            <w:pPr>
              <w:rPr>
                <w:lang w:val="ru-RU"/>
              </w:rPr>
            </w:pPr>
            <w:r w:rsidRPr="00332DB8">
              <w:rPr>
                <w:lang w:val="ru-RU"/>
              </w:rPr>
              <w:t>Текст «План Даллеса по уничтожению СССР (России)» (решение Асбестовского городского суда Свердловской области от 07.04.2015)</w:t>
            </w:r>
          </w:p>
        </w:tc>
        <w:tc>
          <w:tcPr>
            <w:tcW w:w="2880" w:type="dxa"/>
          </w:tcPr>
          <w:p w:rsidR="006F7457" w:rsidRPr="00332DB8" w:rsidRDefault="006F7457">
            <w:pPr>
              <w:rPr>
                <w:lang w:val="ru-RU"/>
              </w:rPr>
            </w:pPr>
          </w:p>
        </w:tc>
      </w:tr>
      <w:tr w:rsidR="006F7457" w:rsidRPr="005A424D">
        <w:tc>
          <w:tcPr>
            <w:tcW w:w="2880" w:type="dxa"/>
          </w:tcPr>
          <w:p w:rsidR="006F7457" w:rsidRDefault="00332DB8">
            <w:r>
              <w:t>3933.</w:t>
            </w:r>
          </w:p>
        </w:tc>
        <w:tc>
          <w:tcPr>
            <w:tcW w:w="2880" w:type="dxa"/>
          </w:tcPr>
          <w:p w:rsidR="006F7457" w:rsidRPr="00332DB8" w:rsidRDefault="00332DB8">
            <w:pPr>
              <w:rPr>
                <w:lang w:val="ru-RU"/>
              </w:rPr>
            </w:pPr>
            <w:r w:rsidRPr="00332DB8">
              <w:rPr>
                <w:lang w:val="ru-RU"/>
              </w:rPr>
              <w:t xml:space="preserve">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t>
            </w:r>
            <w:r>
              <w:t>www</w:t>
            </w:r>
            <w:r w:rsidRPr="00332DB8">
              <w:rPr>
                <w:lang w:val="ru-RU"/>
              </w:rPr>
              <w:t>.</w:t>
            </w:r>
            <w:r>
              <w:t>jooov</w:t>
            </w:r>
            <w:r w:rsidRPr="00332DB8">
              <w:rPr>
                <w:lang w:val="ru-RU"/>
              </w:rPr>
              <w:t>.</w:t>
            </w:r>
            <w:r>
              <w:t>net</w:t>
            </w:r>
            <w:r w:rsidRPr="00332DB8">
              <w:rPr>
                <w:lang w:val="ru-RU"/>
              </w:rPr>
              <w:t xml:space="preserve"> по электронному адресу: </w:t>
            </w:r>
            <w:r>
              <w:t>http</w:t>
            </w:r>
            <w:r w:rsidRPr="00332DB8">
              <w:rPr>
                <w:lang w:val="ru-RU"/>
              </w:rPr>
              <w:t>://</w:t>
            </w:r>
            <w:r>
              <w:t>www</w:t>
            </w:r>
            <w:r w:rsidRPr="00332DB8">
              <w:rPr>
                <w:lang w:val="ru-RU"/>
              </w:rPr>
              <w:t>.</w:t>
            </w:r>
            <w:r>
              <w:t>jooov</w:t>
            </w:r>
            <w:r w:rsidRPr="00332DB8">
              <w:rPr>
                <w:lang w:val="ru-RU"/>
              </w:rPr>
              <w:t>.</w:t>
            </w:r>
            <w:r>
              <w:t>net</w:t>
            </w:r>
            <w:r w:rsidRPr="00332DB8">
              <w:rPr>
                <w:lang w:val="ru-RU"/>
              </w:rPr>
              <w:t>/</w:t>
            </w:r>
            <w:r>
              <w:t>text</w:t>
            </w:r>
            <w:r w:rsidRPr="00332DB8">
              <w:rPr>
                <w:lang w:val="ru-RU"/>
              </w:rPr>
              <w:t>/1163935/</w:t>
            </w:r>
            <w:r>
              <w:t>korroziya</w:t>
            </w:r>
            <w:r w:rsidRPr="00332DB8">
              <w:rPr>
                <w:lang w:val="ru-RU"/>
              </w:rPr>
              <w:t>_</w:t>
            </w:r>
            <w:r>
              <w:t>metalla</w:t>
            </w:r>
            <w:r w:rsidRPr="00332DB8">
              <w:rPr>
                <w:lang w:val="ru-RU"/>
              </w:rPr>
              <w:t>-</w:t>
            </w:r>
            <w:r>
              <w:t>rep</w:t>
            </w:r>
            <w:r w:rsidRPr="00332DB8">
              <w:rPr>
                <w:lang w:val="ru-RU"/>
              </w:rPr>
              <w:t>_-_</w:t>
            </w:r>
            <w:r>
              <w:t>eto</w:t>
            </w:r>
            <w:r w:rsidRPr="00332DB8">
              <w:rPr>
                <w:lang w:val="ru-RU"/>
              </w:rPr>
              <w:t xml:space="preserve"> </w:t>
            </w:r>
            <w:r>
              <w:t>kal</w:t>
            </w:r>
            <w:r w:rsidRPr="00332DB8">
              <w:rPr>
                <w:lang w:val="ru-RU"/>
              </w:rPr>
              <w:t>.</w:t>
            </w:r>
            <w:r>
              <w:t>htmls</w:t>
            </w:r>
            <w:r w:rsidRPr="00332DB8">
              <w:rPr>
                <w:lang w:val="ru-RU"/>
              </w:rPr>
              <w:t xml:space="preserve"> (решение Калининского районного суда города Санкт-Петербурга от 20.07.2016)</w:t>
            </w:r>
          </w:p>
        </w:tc>
        <w:tc>
          <w:tcPr>
            <w:tcW w:w="2880" w:type="dxa"/>
          </w:tcPr>
          <w:p w:rsidR="006F7457" w:rsidRPr="00332DB8" w:rsidRDefault="006F7457">
            <w:pPr>
              <w:rPr>
                <w:lang w:val="ru-RU"/>
              </w:rPr>
            </w:pPr>
          </w:p>
        </w:tc>
      </w:tr>
      <w:tr w:rsidR="006F7457" w:rsidRPr="005A424D">
        <w:tc>
          <w:tcPr>
            <w:tcW w:w="2880" w:type="dxa"/>
          </w:tcPr>
          <w:p w:rsidR="006F7457" w:rsidRDefault="00332DB8">
            <w:r>
              <w:t>3934.</w:t>
            </w:r>
          </w:p>
        </w:tc>
        <w:tc>
          <w:tcPr>
            <w:tcW w:w="2880" w:type="dxa"/>
          </w:tcPr>
          <w:p w:rsidR="006F7457" w:rsidRPr="00332DB8" w:rsidRDefault="00332DB8">
            <w:pPr>
              <w:rPr>
                <w:lang w:val="ru-RU"/>
              </w:rPr>
            </w:pPr>
            <w:r w:rsidRPr="00332DB8">
              <w:rPr>
                <w:lang w:val="ru-RU"/>
              </w:rPr>
              <w:t xml:space="preserve">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t>
            </w:r>
            <w:r>
              <w:t>www</w:t>
            </w:r>
            <w:r w:rsidRPr="00332DB8">
              <w:rPr>
                <w:lang w:val="ru-RU"/>
              </w:rPr>
              <w:t>.</w:t>
            </w:r>
            <w:r>
              <w:t>jooov</w:t>
            </w:r>
            <w:r w:rsidRPr="00332DB8">
              <w:rPr>
                <w:lang w:val="ru-RU"/>
              </w:rPr>
              <w:t>.</w:t>
            </w:r>
            <w:r>
              <w:t>net</w:t>
            </w:r>
            <w:r w:rsidRPr="00332DB8">
              <w:rPr>
                <w:lang w:val="ru-RU"/>
              </w:rPr>
              <w:t xml:space="preserve"> по электронному адресу: </w:t>
            </w:r>
            <w:r>
              <w:t>http</w:t>
            </w:r>
            <w:r w:rsidRPr="00332DB8">
              <w:rPr>
                <w:lang w:val="ru-RU"/>
              </w:rPr>
              <w:t>://</w:t>
            </w:r>
            <w:r>
              <w:t>www</w:t>
            </w:r>
            <w:r w:rsidRPr="00332DB8">
              <w:rPr>
                <w:lang w:val="ru-RU"/>
              </w:rPr>
              <w:t>.</w:t>
            </w:r>
            <w:r>
              <w:t>jooov</w:t>
            </w:r>
            <w:r w:rsidRPr="00332DB8">
              <w:rPr>
                <w:lang w:val="ru-RU"/>
              </w:rPr>
              <w:t>.</w:t>
            </w:r>
            <w:r>
              <w:t>net</w:t>
            </w:r>
            <w:r w:rsidRPr="00332DB8">
              <w:rPr>
                <w:lang w:val="ru-RU"/>
              </w:rPr>
              <w:t>/</w:t>
            </w:r>
            <w:r>
              <w:t>text</w:t>
            </w:r>
            <w:r w:rsidRPr="00332DB8">
              <w:rPr>
                <w:lang w:val="ru-RU"/>
              </w:rPr>
              <w:t>/170785599/</w:t>
            </w:r>
            <w:r>
              <w:t>korroziya</w:t>
            </w:r>
            <w:r w:rsidRPr="00332DB8">
              <w:rPr>
                <w:lang w:val="ru-RU"/>
              </w:rPr>
              <w:t>_</w:t>
            </w:r>
            <w:r>
              <w:t>metalla</w:t>
            </w:r>
            <w:r w:rsidRPr="00332DB8">
              <w:rPr>
                <w:lang w:val="ru-RU"/>
              </w:rPr>
              <w:t>-</w:t>
            </w:r>
            <w:r>
              <w:t>govori</w:t>
            </w:r>
            <w:r w:rsidRPr="00332DB8">
              <w:rPr>
                <w:lang w:val="ru-RU"/>
              </w:rPr>
              <w:t>_ро-</w:t>
            </w:r>
            <w:r>
              <w:t>russki</w:t>
            </w:r>
            <w:r w:rsidRPr="00332DB8">
              <w:rPr>
                <w:lang w:val="ru-RU"/>
              </w:rPr>
              <w:t>.</w:t>
            </w:r>
            <w:r>
              <w:t>htmls</w:t>
            </w:r>
            <w:r w:rsidRPr="00332DB8">
              <w:rPr>
                <w:lang w:val="ru-RU"/>
              </w:rPr>
              <w:t xml:space="preserve"> (решение Калининского районного суда города Санкт-Петербурга от 20.07.2016)</w:t>
            </w:r>
          </w:p>
        </w:tc>
        <w:tc>
          <w:tcPr>
            <w:tcW w:w="2880" w:type="dxa"/>
          </w:tcPr>
          <w:p w:rsidR="006F7457" w:rsidRPr="00332DB8" w:rsidRDefault="006F7457">
            <w:pPr>
              <w:rPr>
                <w:lang w:val="ru-RU"/>
              </w:rPr>
            </w:pPr>
          </w:p>
        </w:tc>
      </w:tr>
      <w:tr w:rsidR="006F7457" w:rsidRPr="005A424D">
        <w:tc>
          <w:tcPr>
            <w:tcW w:w="2880" w:type="dxa"/>
          </w:tcPr>
          <w:p w:rsidR="006F7457" w:rsidRDefault="00332DB8">
            <w:r>
              <w:t>3935.</w:t>
            </w:r>
          </w:p>
        </w:tc>
        <w:tc>
          <w:tcPr>
            <w:tcW w:w="2880" w:type="dxa"/>
          </w:tcPr>
          <w:p w:rsidR="006F7457" w:rsidRPr="00332DB8" w:rsidRDefault="00332DB8">
            <w:pPr>
              <w:rPr>
                <w:lang w:val="ru-RU"/>
              </w:rPr>
            </w:pPr>
            <w:r w:rsidRPr="00332DB8">
              <w:rPr>
                <w:lang w:val="ru-RU"/>
              </w:rPr>
              <w:t xml:space="preserve">Аудиофайл «Банда Москвы - Формат 18», размещенный Бедаревым А.А. в сети «Интернет» на сайте «Вконтакте» электронный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262258 (решение Гурьевского городского суда Кемеровской области от 19.09.2016)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3936.</w:t>
            </w:r>
          </w:p>
        </w:tc>
        <w:tc>
          <w:tcPr>
            <w:tcW w:w="2880" w:type="dxa"/>
          </w:tcPr>
          <w:p w:rsidR="006F7457" w:rsidRPr="00332DB8" w:rsidRDefault="00332DB8">
            <w:pPr>
              <w:rPr>
                <w:lang w:val="ru-RU"/>
              </w:rPr>
            </w:pPr>
            <w:r w:rsidRPr="00332DB8">
              <w:rPr>
                <w:lang w:val="ru-RU"/>
              </w:rPr>
              <w:t xml:space="preserve">Репост поста группы «Русский ФрØнт», размещенный Бедаревым А.А. в сети «Интернет» на сайте «Вконтакте» электронный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262258 (решение Гурьевского городского суда Кемеровской области от 19.09.2016)</w:t>
            </w:r>
          </w:p>
        </w:tc>
        <w:tc>
          <w:tcPr>
            <w:tcW w:w="2880" w:type="dxa"/>
          </w:tcPr>
          <w:p w:rsidR="006F7457" w:rsidRPr="00332DB8" w:rsidRDefault="006F7457">
            <w:pPr>
              <w:rPr>
                <w:lang w:val="ru-RU"/>
              </w:rPr>
            </w:pPr>
          </w:p>
        </w:tc>
      </w:tr>
      <w:tr w:rsidR="006F7457" w:rsidRPr="005A424D">
        <w:tc>
          <w:tcPr>
            <w:tcW w:w="2880" w:type="dxa"/>
          </w:tcPr>
          <w:p w:rsidR="006F7457" w:rsidRDefault="00332DB8">
            <w:r>
              <w:t>3937.</w:t>
            </w:r>
          </w:p>
        </w:tc>
        <w:tc>
          <w:tcPr>
            <w:tcW w:w="2880" w:type="dxa"/>
          </w:tcPr>
          <w:p w:rsidR="006F7457" w:rsidRPr="00332DB8" w:rsidRDefault="00332DB8">
            <w:pPr>
              <w:rPr>
                <w:lang w:val="ru-RU"/>
              </w:rPr>
            </w:pPr>
            <w:r w:rsidRPr="00332DB8">
              <w:rPr>
                <w:lang w:val="ru-RU"/>
              </w:rPr>
              <w:t xml:space="preserve">Аудиозапись «ДевидЛейн - Открытое письмо мертвой расе», размещенный Бедаревым А.А. в сети «Интернет» на сайте «Вконтакте» электронный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262258 (решение Гурьевского городского суда Кемеровской области от 19.09.2016)</w:t>
            </w:r>
          </w:p>
        </w:tc>
        <w:tc>
          <w:tcPr>
            <w:tcW w:w="2880" w:type="dxa"/>
          </w:tcPr>
          <w:p w:rsidR="006F7457" w:rsidRPr="00332DB8" w:rsidRDefault="006F7457">
            <w:pPr>
              <w:rPr>
                <w:lang w:val="ru-RU"/>
              </w:rPr>
            </w:pPr>
          </w:p>
        </w:tc>
      </w:tr>
      <w:tr w:rsidR="006F7457" w:rsidRPr="005A424D">
        <w:tc>
          <w:tcPr>
            <w:tcW w:w="2880" w:type="dxa"/>
          </w:tcPr>
          <w:p w:rsidR="006F7457" w:rsidRDefault="00332DB8">
            <w:r>
              <w:t>3939.</w:t>
            </w:r>
          </w:p>
        </w:tc>
        <w:tc>
          <w:tcPr>
            <w:tcW w:w="2880" w:type="dxa"/>
          </w:tcPr>
          <w:p w:rsidR="006F7457" w:rsidRPr="00332DB8" w:rsidRDefault="00332DB8">
            <w:pPr>
              <w:rPr>
                <w:lang w:val="ru-RU"/>
              </w:rPr>
            </w:pPr>
            <w:r w:rsidRPr="00332DB8">
              <w:rPr>
                <w:lang w:val="ru-RU"/>
              </w:rPr>
              <w:t xml:space="preserve">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262258 (решение Гурьевского городского суда Кемеровской области от 19.09.2016)</w:t>
            </w:r>
          </w:p>
        </w:tc>
        <w:tc>
          <w:tcPr>
            <w:tcW w:w="2880" w:type="dxa"/>
          </w:tcPr>
          <w:p w:rsidR="006F7457" w:rsidRPr="00332DB8" w:rsidRDefault="006F7457">
            <w:pPr>
              <w:rPr>
                <w:lang w:val="ru-RU"/>
              </w:rPr>
            </w:pPr>
          </w:p>
        </w:tc>
      </w:tr>
      <w:tr w:rsidR="006F7457" w:rsidRPr="005A424D">
        <w:tc>
          <w:tcPr>
            <w:tcW w:w="2880" w:type="dxa"/>
          </w:tcPr>
          <w:p w:rsidR="006F7457" w:rsidRDefault="00332DB8">
            <w:r>
              <w:t>3940.</w:t>
            </w:r>
          </w:p>
        </w:tc>
        <w:tc>
          <w:tcPr>
            <w:tcW w:w="2880" w:type="dxa"/>
          </w:tcPr>
          <w:p w:rsidR="006F7457" w:rsidRPr="00332DB8" w:rsidRDefault="00332DB8">
            <w:pPr>
              <w:rPr>
                <w:lang w:val="ru-RU"/>
              </w:rPr>
            </w:pPr>
            <w:r w:rsidRPr="00332DB8">
              <w:rPr>
                <w:lang w:val="ru-RU"/>
              </w:rPr>
              <w:t xml:space="preserve">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262258 (решение Гурьевского городского суда Кемеровской области от 19.09.2016)</w:t>
            </w:r>
          </w:p>
        </w:tc>
        <w:tc>
          <w:tcPr>
            <w:tcW w:w="2880" w:type="dxa"/>
          </w:tcPr>
          <w:p w:rsidR="006F7457" w:rsidRPr="00332DB8" w:rsidRDefault="006F7457">
            <w:pPr>
              <w:rPr>
                <w:lang w:val="ru-RU"/>
              </w:rPr>
            </w:pPr>
          </w:p>
        </w:tc>
      </w:tr>
      <w:tr w:rsidR="006F7457" w:rsidRPr="005A424D">
        <w:tc>
          <w:tcPr>
            <w:tcW w:w="2880" w:type="dxa"/>
          </w:tcPr>
          <w:p w:rsidR="006F7457" w:rsidRDefault="00332DB8">
            <w:r>
              <w:t>3941.</w:t>
            </w:r>
          </w:p>
        </w:tc>
        <w:tc>
          <w:tcPr>
            <w:tcW w:w="2880" w:type="dxa"/>
          </w:tcPr>
          <w:p w:rsidR="006F7457" w:rsidRPr="00332DB8" w:rsidRDefault="00332DB8">
            <w:pPr>
              <w:rPr>
                <w:lang w:val="ru-RU"/>
              </w:rPr>
            </w:pPr>
            <w:r w:rsidRPr="00332DB8">
              <w:rPr>
                <w:lang w:val="ru-RU"/>
              </w:rPr>
              <w:t xml:space="preserve">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262258 (решение Гурьевского городского суда Кемеровской области от 19.09.2016)</w:t>
            </w:r>
          </w:p>
        </w:tc>
        <w:tc>
          <w:tcPr>
            <w:tcW w:w="2880" w:type="dxa"/>
          </w:tcPr>
          <w:p w:rsidR="006F7457" w:rsidRPr="00332DB8" w:rsidRDefault="006F7457">
            <w:pPr>
              <w:rPr>
                <w:lang w:val="ru-RU"/>
              </w:rPr>
            </w:pPr>
          </w:p>
        </w:tc>
      </w:tr>
      <w:tr w:rsidR="006F7457">
        <w:tc>
          <w:tcPr>
            <w:tcW w:w="2880" w:type="dxa"/>
          </w:tcPr>
          <w:p w:rsidR="006F7457" w:rsidRDefault="00332DB8">
            <w:r>
              <w:t>394</w:t>
            </w:r>
            <w:r>
              <w:lastRenderedPageBreak/>
              <w:t>2.</w:t>
            </w:r>
          </w:p>
        </w:tc>
        <w:tc>
          <w:tcPr>
            <w:tcW w:w="2880" w:type="dxa"/>
          </w:tcPr>
          <w:p w:rsidR="006F7457" w:rsidRDefault="00332DB8">
            <w:r w:rsidRPr="00332DB8">
              <w:rPr>
                <w:lang w:val="ru-RU"/>
              </w:rPr>
              <w:lastRenderedPageBreak/>
              <w:t xml:space="preserve">Аудиозапись «ТВ-18 - Ночной патруль», продолжительностью 2 мин. 49 сек. </w:t>
            </w:r>
            <w:r>
              <w:t>(решение Курганского городского суда от 12.08.2016)</w:t>
            </w:r>
          </w:p>
        </w:tc>
        <w:tc>
          <w:tcPr>
            <w:tcW w:w="2880" w:type="dxa"/>
          </w:tcPr>
          <w:p w:rsidR="006F7457" w:rsidRDefault="006F7457"/>
        </w:tc>
      </w:tr>
      <w:tr w:rsidR="006F7457" w:rsidRPr="005A424D">
        <w:tc>
          <w:tcPr>
            <w:tcW w:w="2880" w:type="dxa"/>
          </w:tcPr>
          <w:p w:rsidR="006F7457" w:rsidRDefault="00332DB8">
            <w:r>
              <w:lastRenderedPageBreak/>
              <w:t>3943.</w:t>
            </w:r>
          </w:p>
        </w:tc>
        <w:tc>
          <w:tcPr>
            <w:tcW w:w="2880" w:type="dxa"/>
          </w:tcPr>
          <w:p w:rsidR="006F7457" w:rsidRPr="00332DB8" w:rsidRDefault="00332DB8">
            <w:pPr>
              <w:rPr>
                <w:lang w:val="ru-RU"/>
              </w:rPr>
            </w:pPr>
            <w:r w:rsidRPr="00332DB8">
              <w:rPr>
                <w:lang w:val="ru-RU"/>
              </w:rPr>
              <w:t>Аудиозапись «Штурм - Россия для русских», продолжительностью 3 мин. 02 сек. (решение Курганского городского суда от 12.08.2016)</w:t>
            </w:r>
          </w:p>
        </w:tc>
        <w:tc>
          <w:tcPr>
            <w:tcW w:w="2880" w:type="dxa"/>
          </w:tcPr>
          <w:p w:rsidR="006F7457" w:rsidRPr="00332DB8" w:rsidRDefault="006F7457">
            <w:pPr>
              <w:rPr>
                <w:lang w:val="ru-RU"/>
              </w:rPr>
            </w:pPr>
          </w:p>
        </w:tc>
      </w:tr>
      <w:tr w:rsidR="006F7457" w:rsidRPr="005A424D">
        <w:tc>
          <w:tcPr>
            <w:tcW w:w="2880" w:type="dxa"/>
          </w:tcPr>
          <w:p w:rsidR="006F7457" w:rsidRDefault="00332DB8">
            <w:r>
              <w:t>3944.</w:t>
            </w:r>
          </w:p>
        </w:tc>
        <w:tc>
          <w:tcPr>
            <w:tcW w:w="2880" w:type="dxa"/>
          </w:tcPr>
          <w:p w:rsidR="006F7457" w:rsidRPr="00332DB8" w:rsidRDefault="00332DB8">
            <w:pPr>
              <w:rPr>
                <w:lang w:val="ru-RU"/>
              </w:rPr>
            </w:pPr>
            <w:r w:rsidRPr="00332DB8">
              <w:rPr>
                <w:lang w:val="ru-RU"/>
              </w:rPr>
              <w:t>Аудиозапись «</w:t>
            </w:r>
            <w:r>
              <w:t>DJ</w:t>
            </w:r>
            <w:r w:rsidRPr="00332DB8">
              <w:rPr>
                <w:lang w:val="ru-RU"/>
              </w:rPr>
              <w:t xml:space="preserve"> </w:t>
            </w:r>
            <w:r>
              <w:t>Holocost</w:t>
            </w:r>
            <w:r w:rsidRPr="00332DB8">
              <w:rPr>
                <w:lang w:val="ru-RU"/>
              </w:rPr>
              <w:t xml:space="preserve"> – Последнее право», продолжительностью 4 мин. 11 сек. (решение Курганского городского суда от 12.08.2016)</w:t>
            </w:r>
          </w:p>
        </w:tc>
        <w:tc>
          <w:tcPr>
            <w:tcW w:w="2880" w:type="dxa"/>
          </w:tcPr>
          <w:p w:rsidR="006F7457" w:rsidRPr="00332DB8" w:rsidRDefault="006F7457">
            <w:pPr>
              <w:rPr>
                <w:lang w:val="ru-RU"/>
              </w:rPr>
            </w:pPr>
          </w:p>
        </w:tc>
      </w:tr>
      <w:tr w:rsidR="006F7457">
        <w:tc>
          <w:tcPr>
            <w:tcW w:w="2880" w:type="dxa"/>
          </w:tcPr>
          <w:p w:rsidR="006F7457" w:rsidRDefault="00332DB8">
            <w:r>
              <w:t>3945.</w:t>
            </w:r>
          </w:p>
        </w:tc>
        <w:tc>
          <w:tcPr>
            <w:tcW w:w="2880" w:type="dxa"/>
          </w:tcPr>
          <w:p w:rsidR="006F7457" w:rsidRDefault="00332DB8">
            <w:r w:rsidRPr="00332DB8">
              <w:rPr>
                <w:lang w:val="ru-RU"/>
              </w:rPr>
              <w:t xml:space="preserve">Аудиозапись «Аргентина - Шаффки», продолжительностью 2 мин. 25 сек. </w:t>
            </w:r>
            <w:r>
              <w:t>(решение Курганского городского суда от 12.08.2016)</w:t>
            </w:r>
          </w:p>
        </w:tc>
        <w:tc>
          <w:tcPr>
            <w:tcW w:w="2880" w:type="dxa"/>
          </w:tcPr>
          <w:p w:rsidR="006F7457" w:rsidRDefault="006F7457"/>
        </w:tc>
      </w:tr>
      <w:tr w:rsidR="006F7457">
        <w:tc>
          <w:tcPr>
            <w:tcW w:w="2880" w:type="dxa"/>
          </w:tcPr>
          <w:p w:rsidR="006F7457" w:rsidRDefault="00332DB8">
            <w:r>
              <w:t>3946.</w:t>
            </w:r>
          </w:p>
        </w:tc>
        <w:tc>
          <w:tcPr>
            <w:tcW w:w="2880" w:type="dxa"/>
          </w:tcPr>
          <w:p w:rsidR="006F7457" w:rsidRDefault="00332DB8">
            <w:r w:rsidRPr="00332DB8">
              <w:rPr>
                <w:lang w:val="ru-RU"/>
              </w:rPr>
              <w:t xml:space="preserve">Аудиозапись «Бухенвальд Флава – Гуманизм и толерантность», продолжительностью </w:t>
            </w:r>
            <w:r>
              <w:t>2 мин. 18 сек. (решение Курганского городского суда от 12.08.2016)</w:t>
            </w:r>
          </w:p>
        </w:tc>
        <w:tc>
          <w:tcPr>
            <w:tcW w:w="2880" w:type="dxa"/>
          </w:tcPr>
          <w:p w:rsidR="006F7457" w:rsidRDefault="006F7457"/>
        </w:tc>
      </w:tr>
      <w:tr w:rsidR="006F7457" w:rsidRPr="005A424D">
        <w:tc>
          <w:tcPr>
            <w:tcW w:w="2880" w:type="dxa"/>
          </w:tcPr>
          <w:p w:rsidR="006F7457" w:rsidRDefault="00332DB8">
            <w:r>
              <w:t>3947.</w:t>
            </w:r>
          </w:p>
        </w:tc>
        <w:tc>
          <w:tcPr>
            <w:tcW w:w="2880" w:type="dxa"/>
          </w:tcPr>
          <w:p w:rsidR="006F7457" w:rsidRPr="00332DB8" w:rsidRDefault="00332DB8">
            <w:pPr>
              <w:rPr>
                <w:lang w:val="ru-RU"/>
              </w:rPr>
            </w:pPr>
            <w:r w:rsidRPr="00332DB8">
              <w:rPr>
                <w:lang w:val="ru-RU"/>
              </w:rPr>
              <w:t>Аудиозапись «Циклон Б – Время идет», продолжительностью 3 мин. 59 сек (решение Курганского городского суда от 12.08.2016)</w:t>
            </w:r>
          </w:p>
        </w:tc>
        <w:tc>
          <w:tcPr>
            <w:tcW w:w="2880" w:type="dxa"/>
          </w:tcPr>
          <w:p w:rsidR="006F7457" w:rsidRPr="00332DB8" w:rsidRDefault="006F7457">
            <w:pPr>
              <w:rPr>
                <w:lang w:val="ru-RU"/>
              </w:rPr>
            </w:pPr>
          </w:p>
        </w:tc>
      </w:tr>
      <w:tr w:rsidR="006F7457">
        <w:tc>
          <w:tcPr>
            <w:tcW w:w="2880" w:type="dxa"/>
          </w:tcPr>
          <w:p w:rsidR="006F7457" w:rsidRDefault="00332DB8">
            <w:r>
              <w:lastRenderedPageBreak/>
              <w:t>3948.</w:t>
            </w:r>
          </w:p>
        </w:tc>
        <w:tc>
          <w:tcPr>
            <w:tcW w:w="2880" w:type="dxa"/>
          </w:tcPr>
          <w:p w:rsidR="006F7457" w:rsidRDefault="00332DB8">
            <w:r w:rsidRPr="00332DB8">
              <w:rPr>
                <w:lang w:val="ru-RU"/>
              </w:rPr>
              <w:t>Видеоматериал «</w:t>
            </w:r>
            <w:r>
              <w:t>Zloroznanie</w:t>
            </w:r>
            <w:r w:rsidRPr="00332DB8">
              <w:rPr>
                <w:lang w:val="ru-RU"/>
              </w:rPr>
              <w:t xml:space="preserve">- Вешать Врагов», размещенный на интернет-странице </w:t>
            </w:r>
            <w:r>
              <w:t>http</w:t>
            </w:r>
            <w:r w:rsidRPr="00332DB8">
              <w:rPr>
                <w:lang w:val="ru-RU"/>
              </w:rPr>
              <w:t>:/</w:t>
            </w:r>
            <w:r>
              <w:t>vk</w:t>
            </w:r>
            <w:r w:rsidRPr="00332DB8">
              <w:rPr>
                <w:lang w:val="ru-RU"/>
              </w:rPr>
              <w:t>.</w:t>
            </w:r>
            <w:r>
              <w:t>com</w:t>
            </w:r>
            <w:r w:rsidRPr="00332DB8">
              <w:rPr>
                <w:lang w:val="ru-RU"/>
              </w:rPr>
              <w:t>/</w:t>
            </w:r>
            <w:r>
              <w:t>video</w:t>
            </w:r>
            <w:r w:rsidRPr="00332DB8">
              <w:rPr>
                <w:lang w:val="ru-RU"/>
              </w:rPr>
              <w:t>164768594_166722951 интернет-сайта «</w:t>
            </w:r>
            <w:r>
              <w:t>http</w:t>
            </w:r>
            <w:r w:rsidRPr="00332DB8">
              <w:rPr>
                <w:lang w:val="ru-RU"/>
              </w:rPr>
              <w:t>:/</w:t>
            </w:r>
            <w:r>
              <w:t>vk</w:t>
            </w:r>
            <w:r w:rsidRPr="00332DB8">
              <w:rPr>
                <w:lang w:val="ru-RU"/>
              </w:rPr>
              <w:t>.</w:t>
            </w:r>
            <w:r>
              <w:t>com</w:t>
            </w:r>
            <w:r w:rsidRPr="00332DB8">
              <w:rPr>
                <w:lang w:val="ru-RU"/>
              </w:rPr>
              <w:t xml:space="preserve">.» </w:t>
            </w:r>
            <w:r>
              <w:t>(решение Советского районного суда г. Орла от 07.09.2016)</w:t>
            </w:r>
          </w:p>
        </w:tc>
        <w:tc>
          <w:tcPr>
            <w:tcW w:w="2880" w:type="dxa"/>
          </w:tcPr>
          <w:p w:rsidR="006F7457" w:rsidRDefault="006F7457"/>
        </w:tc>
      </w:tr>
      <w:tr w:rsidR="006F7457" w:rsidRPr="005A424D">
        <w:tc>
          <w:tcPr>
            <w:tcW w:w="2880" w:type="dxa"/>
          </w:tcPr>
          <w:p w:rsidR="006F7457" w:rsidRDefault="00332DB8">
            <w:r>
              <w:t>3949.</w:t>
            </w:r>
          </w:p>
        </w:tc>
        <w:tc>
          <w:tcPr>
            <w:tcW w:w="2880" w:type="dxa"/>
          </w:tcPr>
          <w:p w:rsidR="006F7457" w:rsidRPr="00332DB8" w:rsidRDefault="00332DB8">
            <w:pPr>
              <w:rPr>
                <w:lang w:val="ru-RU"/>
              </w:rPr>
            </w:pPr>
            <w:r w:rsidRPr="00332DB8">
              <w:rPr>
                <w:lang w:val="ru-RU"/>
              </w:rPr>
              <w:t xml:space="preserve">Сайт </w:t>
            </w:r>
            <w:r>
              <w:t>http</w:t>
            </w:r>
            <w:r w:rsidRPr="00332DB8">
              <w:rPr>
                <w:lang w:val="ru-RU"/>
              </w:rPr>
              <w:t>://</w:t>
            </w:r>
            <w:r>
              <w:t>ssdv</w:t>
            </w:r>
            <w:r w:rsidRPr="00332DB8">
              <w:rPr>
                <w:lang w:val="ru-RU"/>
              </w:rPr>
              <w:t>.</w:t>
            </w:r>
            <w:r>
              <w:t>ru</w:t>
            </w:r>
            <w:r w:rsidRPr="00332DB8">
              <w:rPr>
                <w:lang w:val="ru-RU"/>
              </w:rPr>
              <w:t>/ и размещенные на нем информационные материалы (решение Ленинского районного суда г. Владивостока Приморского края от 30.07.2010)</w:t>
            </w:r>
          </w:p>
        </w:tc>
        <w:tc>
          <w:tcPr>
            <w:tcW w:w="2880" w:type="dxa"/>
          </w:tcPr>
          <w:p w:rsidR="006F7457" w:rsidRPr="00332DB8" w:rsidRDefault="006F7457">
            <w:pPr>
              <w:rPr>
                <w:lang w:val="ru-RU"/>
              </w:rPr>
            </w:pPr>
          </w:p>
        </w:tc>
      </w:tr>
      <w:tr w:rsidR="006F7457" w:rsidRPr="005A424D">
        <w:tc>
          <w:tcPr>
            <w:tcW w:w="2880" w:type="dxa"/>
          </w:tcPr>
          <w:p w:rsidR="006F7457" w:rsidRDefault="00332DB8">
            <w:r>
              <w:t>3950.</w:t>
            </w:r>
          </w:p>
        </w:tc>
        <w:tc>
          <w:tcPr>
            <w:tcW w:w="2880" w:type="dxa"/>
          </w:tcPr>
          <w:p w:rsidR="006F7457" w:rsidRPr="00332DB8" w:rsidRDefault="00332DB8">
            <w:pPr>
              <w:rPr>
                <w:lang w:val="ru-RU"/>
              </w:rPr>
            </w:pPr>
            <w:r w:rsidRPr="00332DB8">
              <w:rPr>
                <w:lang w:val="ru-RU"/>
              </w:rPr>
              <w:t xml:space="preserve">Сайт-зеркало </w:t>
            </w:r>
            <w:r>
              <w:t>http</w:t>
            </w:r>
            <w:r w:rsidRPr="00332DB8">
              <w:rPr>
                <w:lang w:val="ru-RU"/>
              </w:rPr>
              <w:t>://</w:t>
            </w:r>
            <w:r>
              <w:t>ssdv</w:t>
            </w:r>
            <w:r w:rsidRPr="00332DB8">
              <w:rPr>
                <w:lang w:val="ru-RU"/>
              </w:rPr>
              <w:t>.</w:t>
            </w:r>
            <w:r>
              <w:t>cc</w:t>
            </w:r>
            <w:r w:rsidRPr="00332DB8">
              <w:rPr>
                <w:lang w:val="ru-RU"/>
              </w:rPr>
              <w:t>/ и размещенные на нем информационные материалы (решение Ленинского районного суда г. Владивостока Приморского края от 30.07.2010)</w:t>
            </w:r>
          </w:p>
        </w:tc>
        <w:tc>
          <w:tcPr>
            <w:tcW w:w="2880" w:type="dxa"/>
          </w:tcPr>
          <w:p w:rsidR="006F7457" w:rsidRPr="00332DB8" w:rsidRDefault="006F7457">
            <w:pPr>
              <w:rPr>
                <w:lang w:val="ru-RU"/>
              </w:rPr>
            </w:pPr>
          </w:p>
        </w:tc>
      </w:tr>
      <w:tr w:rsidR="006F7457" w:rsidRPr="005A424D">
        <w:tc>
          <w:tcPr>
            <w:tcW w:w="2880" w:type="dxa"/>
          </w:tcPr>
          <w:p w:rsidR="006F7457" w:rsidRDefault="00332DB8">
            <w:r>
              <w:t>3951.</w:t>
            </w:r>
          </w:p>
        </w:tc>
        <w:tc>
          <w:tcPr>
            <w:tcW w:w="2880" w:type="dxa"/>
          </w:tcPr>
          <w:p w:rsidR="006F7457" w:rsidRPr="00332DB8" w:rsidRDefault="00332DB8">
            <w:pPr>
              <w:rPr>
                <w:lang w:val="ru-RU"/>
              </w:rPr>
            </w:pPr>
            <w:r w:rsidRPr="00332DB8">
              <w:rPr>
                <w:lang w:val="ru-RU"/>
              </w:rPr>
              <w:t>Текст песни «Народный Легион» музыкальной группы «25 регион» (решение Ленинского районного суда г. Владивостока Приморского края от 30.07.2010)</w:t>
            </w:r>
          </w:p>
        </w:tc>
        <w:tc>
          <w:tcPr>
            <w:tcW w:w="2880" w:type="dxa"/>
          </w:tcPr>
          <w:p w:rsidR="006F7457" w:rsidRPr="00332DB8" w:rsidRDefault="006F7457">
            <w:pPr>
              <w:rPr>
                <w:lang w:val="ru-RU"/>
              </w:rPr>
            </w:pPr>
          </w:p>
        </w:tc>
      </w:tr>
      <w:tr w:rsidR="006F7457" w:rsidRPr="005A424D">
        <w:tc>
          <w:tcPr>
            <w:tcW w:w="2880" w:type="dxa"/>
          </w:tcPr>
          <w:p w:rsidR="006F7457" w:rsidRDefault="00332DB8">
            <w:r>
              <w:t>3952.</w:t>
            </w:r>
          </w:p>
        </w:tc>
        <w:tc>
          <w:tcPr>
            <w:tcW w:w="2880" w:type="dxa"/>
          </w:tcPr>
          <w:p w:rsidR="006F7457" w:rsidRPr="00332DB8" w:rsidRDefault="00332DB8">
            <w:pPr>
              <w:rPr>
                <w:lang w:val="ru-RU"/>
              </w:rPr>
            </w:pPr>
            <w:r w:rsidRPr="00332DB8">
              <w:rPr>
                <w:lang w:val="ru-RU"/>
              </w:rPr>
              <w:t>Текст песни «Мать Россия» музыкальной труппы «25 регион» (решение Ленинского районного суда г. Владивостока Приморского края от 30.07.2010)</w:t>
            </w:r>
          </w:p>
        </w:tc>
        <w:tc>
          <w:tcPr>
            <w:tcW w:w="2880" w:type="dxa"/>
          </w:tcPr>
          <w:p w:rsidR="006F7457" w:rsidRPr="00332DB8" w:rsidRDefault="006F7457">
            <w:pPr>
              <w:rPr>
                <w:lang w:val="ru-RU"/>
              </w:rPr>
            </w:pPr>
          </w:p>
        </w:tc>
      </w:tr>
      <w:tr w:rsidR="006F7457" w:rsidRPr="005A424D">
        <w:tc>
          <w:tcPr>
            <w:tcW w:w="2880" w:type="dxa"/>
          </w:tcPr>
          <w:p w:rsidR="006F7457" w:rsidRDefault="00332DB8">
            <w:r>
              <w:t>395</w:t>
            </w:r>
            <w:r>
              <w:lastRenderedPageBreak/>
              <w:t>3.</w:t>
            </w:r>
          </w:p>
        </w:tc>
        <w:tc>
          <w:tcPr>
            <w:tcW w:w="2880" w:type="dxa"/>
          </w:tcPr>
          <w:p w:rsidR="006F7457" w:rsidRPr="00332DB8" w:rsidRDefault="00332DB8">
            <w:pPr>
              <w:rPr>
                <w:lang w:val="ru-RU"/>
              </w:rPr>
            </w:pPr>
            <w:r w:rsidRPr="00332DB8">
              <w:rPr>
                <w:lang w:val="ru-RU"/>
              </w:rPr>
              <w:lastRenderedPageBreak/>
              <w:t>Текст песни «Волчья Стая» музыкальной группы «25 регион» (решение Ленинского районного суда г. Владивостока Приморского края от 30.07.2010)</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3954.</w:t>
            </w:r>
          </w:p>
        </w:tc>
        <w:tc>
          <w:tcPr>
            <w:tcW w:w="2880" w:type="dxa"/>
          </w:tcPr>
          <w:p w:rsidR="006F7457" w:rsidRPr="00332DB8" w:rsidRDefault="00332DB8">
            <w:pPr>
              <w:rPr>
                <w:lang w:val="ru-RU"/>
              </w:rPr>
            </w:pPr>
            <w:r w:rsidRPr="00332DB8">
              <w:rPr>
                <w:lang w:val="ru-RU"/>
              </w:rPr>
              <w:t>Текст песни «Больная Мода» музыкальной группы «25 регион» (решение Ленинского районного суда г. Владивостока Приморского края от 30.07.2010)</w:t>
            </w:r>
          </w:p>
        </w:tc>
        <w:tc>
          <w:tcPr>
            <w:tcW w:w="2880" w:type="dxa"/>
          </w:tcPr>
          <w:p w:rsidR="006F7457" w:rsidRPr="00332DB8" w:rsidRDefault="006F7457">
            <w:pPr>
              <w:rPr>
                <w:lang w:val="ru-RU"/>
              </w:rPr>
            </w:pPr>
          </w:p>
        </w:tc>
      </w:tr>
      <w:tr w:rsidR="006F7457" w:rsidRPr="005A424D">
        <w:tc>
          <w:tcPr>
            <w:tcW w:w="2880" w:type="dxa"/>
          </w:tcPr>
          <w:p w:rsidR="006F7457" w:rsidRDefault="00332DB8">
            <w:r>
              <w:t>3955.</w:t>
            </w:r>
          </w:p>
        </w:tc>
        <w:tc>
          <w:tcPr>
            <w:tcW w:w="2880" w:type="dxa"/>
          </w:tcPr>
          <w:p w:rsidR="006F7457" w:rsidRPr="00332DB8" w:rsidRDefault="00332DB8">
            <w:pPr>
              <w:rPr>
                <w:lang w:val="ru-RU"/>
              </w:rPr>
            </w:pPr>
            <w:r w:rsidRPr="00332DB8">
              <w:rPr>
                <w:lang w:val="ru-RU"/>
              </w:rPr>
              <w:t>Аудиозапись «Коловрат - Расовая верность 4:59» (решение Фрунзенского районного суда г. Владимира от 06.10.2016)</w:t>
            </w:r>
          </w:p>
        </w:tc>
        <w:tc>
          <w:tcPr>
            <w:tcW w:w="2880" w:type="dxa"/>
          </w:tcPr>
          <w:p w:rsidR="006F7457" w:rsidRPr="00332DB8" w:rsidRDefault="006F7457">
            <w:pPr>
              <w:rPr>
                <w:lang w:val="ru-RU"/>
              </w:rPr>
            </w:pPr>
          </w:p>
        </w:tc>
      </w:tr>
      <w:tr w:rsidR="006F7457">
        <w:tc>
          <w:tcPr>
            <w:tcW w:w="2880" w:type="dxa"/>
          </w:tcPr>
          <w:p w:rsidR="006F7457" w:rsidRDefault="00332DB8">
            <w:r>
              <w:t>3956.</w:t>
            </w:r>
          </w:p>
        </w:tc>
        <w:tc>
          <w:tcPr>
            <w:tcW w:w="2880" w:type="dxa"/>
          </w:tcPr>
          <w:p w:rsidR="006F7457" w:rsidRDefault="00332DB8">
            <w:r w:rsidRPr="00332DB8">
              <w:rPr>
                <w:lang w:val="ru-RU"/>
              </w:rPr>
              <w:t xml:space="preserve">Размещенный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248706803 социальной сети «ВКонтакт» сети «Интернет» видеофайл с названием «Уничтожение Сайкса-Пико» продолжительностью </w:t>
            </w:r>
            <w:r>
              <w:t>12 мин. 24 сек. (решение Княжпогостского районного суда Республики Коми от 28.09.2016);</w:t>
            </w:r>
          </w:p>
        </w:tc>
        <w:tc>
          <w:tcPr>
            <w:tcW w:w="2880" w:type="dxa"/>
          </w:tcPr>
          <w:p w:rsidR="006F7457" w:rsidRDefault="006F7457"/>
        </w:tc>
      </w:tr>
      <w:tr w:rsidR="006F7457">
        <w:tc>
          <w:tcPr>
            <w:tcW w:w="2880" w:type="dxa"/>
          </w:tcPr>
          <w:p w:rsidR="006F7457" w:rsidRDefault="00332DB8">
            <w:r>
              <w:t>3957.</w:t>
            </w:r>
          </w:p>
        </w:tc>
        <w:tc>
          <w:tcPr>
            <w:tcW w:w="2880" w:type="dxa"/>
          </w:tcPr>
          <w:p w:rsidR="006F7457" w:rsidRDefault="00332DB8">
            <w:r w:rsidRPr="00332DB8">
              <w:rPr>
                <w:lang w:val="ru-RU"/>
              </w:rPr>
              <w:t xml:space="preserve">Размещенный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248706803 социальной сети «ВКонтакт» сети «Интернет» видеофайл с названием «Сильнейший даават (Новая Версия)» продолжительностью </w:t>
            </w:r>
            <w:r>
              <w:t>05 мин. 20 сек. (решение Княжпогостского районного суда Республики Коми от 28.09.2016);</w:t>
            </w:r>
          </w:p>
        </w:tc>
        <w:tc>
          <w:tcPr>
            <w:tcW w:w="2880" w:type="dxa"/>
          </w:tcPr>
          <w:p w:rsidR="006F7457" w:rsidRDefault="006F7457"/>
        </w:tc>
      </w:tr>
      <w:tr w:rsidR="006F7457">
        <w:tc>
          <w:tcPr>
            <w:tcW w:w="2880" w:type="dxa"/>
          </w:tcPr>
          <w:p w:rsidR="006F7457" w:rsidRDefault="00332DB8">
            <w:r>
              <w:t>3958.</w:t>
            </w:r>
          </w:p>
        </w:tc>
        <w:tc>
          <w:tcPr>
            <w:tcW w:w="2880" w:type="dxa"/>
          </w:tcPr>
          <w:p w:rsidR="006F7457" w:rsidRDefault="00332DB8">
            <w:r w:rsidRPr="00332DB8">
              <w:rPr>
                <w:lang w:val="ru-RU"/>
              </w:rPr>
              <w:t xml:space="preserve">Размещенный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248706803 социальной сети «ВКонтакт» сети «Интернет» видеофайл с названием «Абу Мухаммад шахид ИншАллах» продолжительностью </w:t>
            </w:r>
            <w:r>
              <w:t>09 мин. 34 сек. (решение Княжпогостского районного суда Республики Коми от 28.09.2016);</w:t>
            </w:r>
          </w:p>
        </w:tc>
        <w:tc>
          <w:tcPr>
            <w:tcW w:w="2880" w:type="dxa"/>
          </w:tcPr>
          <w:p w:rsidR="006F7457" w:rsidRDefault="006F7457"/>
        </w:tc>
      </w:tr>
      <w:tr w:rsidR="006F7457">
        <w:tc>
          <w:tcPr>
            <w:tcW w:w="2880" w:type="dxa"/>
          </w:tcPr>
          <w:p w:rsidR="006F7457" w:rsidRDefault="00332DB8">
            <w:r>
              <w:lastRenderedPageBreak/>
              <w:t>3959.</w:t>
            </w:r>
          </w:p>
        </w:tc>
        <w:tc>
          <w:tcPr>
            <w:tcW w:w="2880" w:type="dxa"/>
          </w:tcPr>
          <w:p w:rsidR="006F7457" w:rsidRDefault="00332DB8">
            <w:r w:rsidRPr="00332DB8">
              <w:rPr>
                <w:lang w:val="ru-RU"/>
              </w:rPr>
              <w:t xml:space="preserve">Размещенный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248706803 социальной сети «ВКонтакт» сети «Интернет» видеофайл с названием «Шейх Баррак о фильме, оскорбившем пророка: Кровь Кафиро...» продолжительностью </w:t>
            </w:r>
            <w:r>
              <w:t>1 мин. 29 сек. (решение Княжпогостского районного суда Республики Коми от 28.09.2016);</w:t>
            </w:r>
          </w:p>
        </w:tc>
        <w:tc>
          <w:tcPr>
            <w:tcW w:w="2880" w:type="dxa"/>
          </w:tcPr>
          <w:p w:rsidR="006F7457" w:rsidRDefault="006F7457"/>
        </w:tc>
      </w:tr>
      <w:tr w:rsidR="006F7457" w:rsidRPr="005A424D">
        <w:tc>
          <w:tcPr>
            <w:tcW w:w="2880" w:type="dxa"/>
          </w:tcPr>
          <w:p w:rsidR="006F7457" w:rsidRDefault="00332DB8">
            <w:r>
              <w:t>3960.</w:t>
            </w:r>
          </w:p>
        </w:tc>
        <w:tc>
          <w:tcPr>
            <w:tcW w:w="2880" w:type="dxa"/>
          </w:tcPr>
          <w:p w:rsidR="006F7457" w:rsidRPr="00332DB8" w:rsidRDefault="00332DB8">
            <w:pPr>
              <w:rPr>
                <w:lang w:val="ru-RU"/>
              </w:rPr>
            </w:pPr>
            <w:r w:rsidRPr="00332DB8">
              <w:rPr>
                <w:lang w:val="ru-RU"/>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2880" w:type="dxa"/>
          </w:tcPr>
          <w:p w:rsidR="006F7457" w:rsidRPr="00332DB8" w:rsidRDefault="006F7457">
            <w:pPr>
              <w:rPr>
                <w:lang w:val="ru-RU"/>
              </w:rPr>
            </w:pPr>
          </w:p>
        </w:tc>
      </w:tr>
      <w:tr w:rsidR="006F7457" w:rsidRPr="005A424D">
        <w:tc>
          <w:tcPr>
            <w:tcW w:w="2880" w:type="dxa"/>
          </w:tcPr>
          <w:p w:rsidR="006F7457" w:rsidRDefault="00332DB8">
            <w:r>
              <w:t>3961.</w:t>
            </w:r>
          </w:p>
        </w:tc>
        <w:tc>
          <w:tcPr>
            <w:tcW w:w="2880" w:type="dxa"/>
          </w:tcPr>
          <w:p w:rsidR="006F7457" w:rsidRPr="00332DB8" w:rsidRDefault="00332DB8">
            <w:pPr>
              <w:rPr>
                <w:lang w:val="ru-RU"/>
              </w:rPr>
            </w:pPr>
            <w:r w:rsidRPr="00332DB8">
              <w:rPr>
                <w:lang w:val="ru-RU"/>
              </w:rPr>
              <w:t xml:space="preserve">Информационный материал – текст «Новые руны-Актуальность классики: Убей хохла!», размещенный в сети Интернет по адресу: </w:t>
            </w:r>
            <w:r>
              <w:t>http</w:t>
            </w:r>
            <w:r w:rsidRPr="00332DB8">
              <w:rPr>
                <w:lang w:val="ru-RU"/>
              </w:rPr>
              <w:t>:/</w:t>
            </w:r>
            <w:r>
              <w:t>runo</w:t>
            </w:r>
            <w:r w:rsidRPr="00332DB8">
              <w:rPr>
                <w:lang w:val="ru-RU"/>
              </w:rPr>
              <w:t>-</w:t>
            </w:r>
            <w:r>
              <w:t>lj</w:t>
            </w:r>
            <w:r w:rsidRPr="00332DB8">
              <w:rPr>
                <w:lang w:val="ru-RU"/>
              </w:rPr>
              <w:t>.</w:t>
            </w:r>
            <w:r>
              <w:t>livejournai</w:t>
            </w:r>
            <w:r w:rsidRPr="00332DB8">
              <w:rPr>
                <w:lang w:val="ru-RU"/>
              </w:rPr>
              <w:t>.</w:t>
            </w:r>
            <w:r>
              <w:t>com</w:t>
            </w:r>
            <w:r w:rsidRPr="00332DB8">
              <w:rPr>
                <w:lang w:val="ru-RU"/>
              </w:rPr>
              <w:t>/1810664.</w:t>
            </w:r>
            <w:r>
              <w:t>html</w:t>
            </w:r>
            <w:r w:rsidRPr="00332DB8">
              <w:rPr>
                <w:lang w:val="ru-RU"/>
              </w:rPr>
              <w:t xml:space="preserve"> (решение Красносельского районного суда города Санкт-Петербурга от 29.06.2016);</w:t>
            </w:r>
          </w:p>
        </w:tc>
        <w:tc>
          <w:tcPr>
            <w:tcW w:w="2880" w:type="dxa"/>
          </w:tcPr>
          <w:p w:rsidR="006F7457" w:rsidRPr="00332DB8" w:rsidRDefault="006F7457">
            <w:pPr>
              <w:rPr>
                <w:lang w:val="ru-RU"/>
              </w:rPr>
            </w:pPr>
          </w:p>
        </w:tc>
      </w:tr>
      <w:tr w:rsidR="006F7457">
        <w:tc>
          <w:tcPr>
            <w:tcW w:w="2880" w:type="dxa"/>
          </w:tcPr>
          <w:p w:rsidR="006F7457" w:rsidRDefault="00332DB8">
            <w:r>
              <w:t>3962.</w:t>
            </w:r>
          </w:p>
        </w:tc>
        <w:tc>
          <w:tcPr>
            <w:tcW w:w="2880" w:type="dxa"/>
          </w:tcPr>
          <w:p w:rsidR="006F7457" w:rsidRDefault="00332DB8">
            <w:r w:rsidRPr="00332DB8">
              <w:rPr>
                <w:lang w:val="ru-RU"/>
              </w:rPr>
              <w:t>Произведение «На независимость Украины», размещенное на интернет-странице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135029238» интернет-сайта «</w:t>
            </w:r>
            <w:r>
              <w:t>http</w:t>
            </w:r>
            <w:r w:rsidRPr="00332DB8">
              <w:rPr>
                <w:lang w:val="ru-RU"/>
              </w:rPr>
              <w:t>:/</w:t>
            </w:r>
            <w:r>
              <w:t>vk</w:t>
            </w:r>
            <w:r w:rsidRPr="00332DB8">
              <w:rPr>
                <w:lang w:val="ru-RU"/>
              </w:rPr>
              <w:t>.</w:t>
            </w:r>
            <w:r>
              <w:t>com</w:t>
            </w:r>
            <w:r w:rsidRPr="00332DB8">
              <w:rPr>
                <w:lang w:val="ru-RU"/>
              </w:rPr>
              <w:t xml:space="preserve">.» </w:t>
            </w:r>
            <w:r>
              <w:t>(решения Советского районного суда г. Орла от 07.09.2016 и от 15.05.2018);</w:t>
            </w:r>
          </w:p>
        </w:tc>
        <w:tc>
          <w:tcPr>
            <w:tcW w:w="2880" w:type="dxa"/>
          </w:tcPr>
          <w:p w:rsidR="006F7457" w:rsidRDefault="006F7457"/>
        </w:tc>
      </w:tr>
      <w:tr w:rsidR="006F7457" w:rsidRPr="005A424D">
        <w:tc>
          <w:tcPr>
            <w:tcW w:w="2880" w:type="dxa"/>
          </w:tcPr>
          <w:p w:rsidR="006F7457" w:rsidRDefault="00332DB8">
            <w:r>
              <w:t>3963.</w:t>
            </w:r>
          </w:p>
        </w:tc>
        <w:tc>
          <w:tcPr>
            <w:tcW w:w="2880" w:type="dxa"/>
          </w:tcPr>
          <w:p w:rsidR="006F7457" w:rsidRPr="00332DB8" w:rsidRDefault="00332DB8">
            <w:pPr>
              <w:rPr>
                <w:lang w:val="ru-RU"/>
              </w:rPr>
            </w:pPr>
            <w:r w:rsidRPr="00332DB8">
              <w:rPr>
                <w:lang w:val="ru-RU"/>
              </w:rPr>
              <w:t xml:space="preserve">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w:t>
            </w:r>
            <w:r>
              <w:t>https</w:t>
            </w:r>
            <w:r w:rsidRPr="00332DB8">
              <w:rPr>
                <w:lang w:val="ru-RU"/>
              </w:rPr>
              <w:t>://</w:t>
            </w:r>
            <w:r>
              <w:t>vk</w:t>
            </w:r>
            <w:r w:rsidRPr="00332DB8">
              <w:rPr>
                <w:lang w:val="ru-RU"/>
              </w:rPr>
              <w:t>.</w:t>
            </w:r>
            <w:r>
              <w:t>com</w:t>
            </w:r>
            <w:r w:rsidRPr="00332DB8">
              <w:rPr>
                <w:lang w:val="ru-RU"/>
              </w:rPr>
              <w:t>/</w:t>
            </w:r>
            <w:r>
              <w:t>videos</w:t>
            </w:r>
            <w:r w:rsidRPr="00332DB8">
              <w:rPr>
                <w:lang w:val="ru-RU"/>
              </w:rPr>
              <w:t xml:space="preserve">206915226 (решение </w:t>
            </w:r>
            <w:r w:rsidRPr="00332DB8">
              <w:rPr>
                <w:lang w:val="ru-RU"/>
              </w:rPr>
              <w:lastRenderedPageBreak/>
              <w:t>Октябрьского районного суда города Санкт-Петербурга от 02.08.2016);</w:t>
            </w:r>
          </w:p>
        </w:tc>
        <w:tc>
          <w:tcPr>
            <w:tcW w:w="2880" w:type="dxa"/>
          </w:tcPr>
          <w:p w:rsidR="006F7457" w:rsidRPr="00332DB8" w:rsidRDefault="006F7457">
            <w:pPr>
              <w:rPr>
                <w:lang w:val="ru-RU"/>
              </w:rPr>
            </w:pPr>
          </w:p>
        </w:tc>
      </w:tr>
      <w:tr w:rsidR="006F7457">
        <w:tc>
          <w:tcPr>
            <w:tcW w:w="2880" w:type="dxa"/>
          </w:tcPr>
          <w:p w:rsidR="006F7457" w:rsidRDefault="00332DB8">
            <w:r>
              <w:lastRenderedPageBreak/>
              <w:t>3964.</w:t>
            </w:r>
          </w:p>
        </w:tc>
        <w:tc>
          <w:tcPr>
            <w:tcW w:w="2880" w:type="dxa"/>
          </w:tcPr>
          <w:p w:rsidR="006F7457" w:rsidRDefault="00332DB8">
            <w:r w:rsidRPr="00332DB8">
              <w:rPr>
                <w:lang w:val="ru-RU"/>
              </w:rPr>
              <w:t xml:space="preserve">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w:t>
            </w:r>
            <w:r>
              <w:t>http</w:t>
            </w:r>
            <w:r w:rsidRPr="00332DB8">
              <w:rPr>
                <w:lang w:val="ru-RU"/>
              </w:rPr>
              <w:t>://</w:t>
            </w:r>
            <w:r>
              <w:t>vk</w:t>
            </w:r>
            <w:r w:rsidRPr="00332DB8">
              <w:rPr>
                <w:lang w:val="ru-RU"/>
              </w:rPr>
              <w:t>.</w:t>
            </w:r>
            <w:r>
              <w:t>com</w:t>
            </w:r>
            <w:r w:rsidRPr="00332DB8">
              <w:rPr>
                <w:lang w:val="ru-RU"/>
              </w:rPr>
              <w:t>/</w:t>
            </w:r>
            <w:r>
              <w:t>videosl</w:t>
            </w:r>
            <w:r w:rsidRPr="00332DB8">
              <w:rPr>
                <w:lang w:val="ru-RU"/>
              </w:rPr>
              <w:t>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w:t>
            </w:r>
            <w:r>
              <w:t>Nokia</w:t>
            </w:r>
            <w:r w:rsidRPr="00332DB8">
              <w:rPr>
                <w:lang w:val="ru-RU"/>
              </w:rPr>
              <w:t>», на которых отображены тексты сообщений между абонентами и кадр с изображением Интернет-страницы пользователя под именем «</w:t>
            </w:r>
            <w:r>
              <w:t>Maksim</w:t>
            </w:r>
            <w:r w:rsidRPr="00332DB8">
              <w:rPr>
                <w:lang w:val="ru-RU"/>
              </w:rPr>
              <w:t>», после чего следуют кадры, отражающие переписку двух пользователей «</w:t>
            </w:r>
            <w:r>
              <w:t>Maksim</w:t>
            </w:r>
            <w:r w:rsidRPr="00332DB8">
              <w:rPr>
                <w:lang w:val="ru-RU"/>
              </w:rPr>
              <w:t xml:space="preserve">»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w:t>
            </w:r>
            <w:r>
              <w:t>(решение Октябрьского районного суда города Санкт-Петербурга от 02.08.2016);</w:t>
            </w:r>
          </w:p>
        </w:tc>
        <w:tc>
          <w:tcPr>
            <w:tcW w:w="2880" w:type="dxa"/>
          </w:tcPr>
          <w:p w:rsidR="006F7457" w:rsidRDefault="006F7457"/>
        </w:tc>
      </w:tr>
      <w:tr w:rsidR="006F7457">
        <w:tc>
          <w:tcPr>
            <w:tcW w:w="2880" w:type="dxa"/>
          </w:tcPr>
          <w:p w:rsidR="006F7457" w:rsidRDefault="00332DB8">
            <w:r>
              <w:t>3965.</w:t>
            </w:r>
          </w:p>
        </w:tc>
        <w:tc>
          <w:tcPr>
            <w:tcW w:w="2880" w:type="dxa"/>
          </w:tcPr>
          <w:p w:rsidR="006F7457" w:rsidRDefault="00332DB8">
            <w:r>
              <w:t>Исключён</w:t>
            </w:r>
          </w:p>
        </w:tc>
        <w:tc>
          <w:tcPr>
            <w:tcW w:w="2880" w:type="dxa"/>
          </w:tcPr>
          <w:p w:rsidR="006F7457" w:rsidRDefault="006F7457"/>
        </w:tc>
      </w:tr>
      <w:tr w:rsidR="006F7457">
        <w:tc>
          <w:tcPr>
            <w:tcW w:w="2880" w:type="dxa"/>
          </w:tcPr>
          <w:p w:rsidR="006F7457" w:rsidRDefault="00332DB8">
            <w:r>
              <w:t>396</w:t>
            </w:r>
            <w:r>
              <w:lastRenderedPageBreak/>
              <w:t>6.</w:t>
            </w:r>
          </w:p>
        </w:tc>
        <w:tc>
          <w:tcPr>
            <w:tcW w:w="2880" w:type="dxa"/>
          </w:tcPr>
          <w:p w:rsidR="006F7457" w:rsidRDefault="00332DB8">
            <w:r>
              <w:lastRenderedPageBreak/>
              <w:t>Исключён</w:t>
            </w:r>
          </w:p>
        </w:tc>
        <w:tc>
          <w:tcPr>
            <w:tcW w:w="2880" w:type="dxa"/>
          </w:tcPr>
          <w:p w:rsidR="006F7457" w:rsidRDefault="006F7457"/>
        </w:tc>
      </w:tr>
      <w:tr w:rsidR="006F7457" w:rsidRPr="005A424D">
        <w:tc>
          <w:tcPr>
            <w:tcW w:w="2880" w:type="dxa"/>
          </w:tcPr>
          <w:p w:rsidR="006F7457" w:rsidRDefault="00332DB8">
            <w:r>
              <w:lastRenderedPageBreak/>
              <w:t>3967.</w:t>
            </w:r>
          </w:p>
        </w:tc>
        <w:tc>
          <w:tcPr>
            <w:tcW w:w="2880" w:type="dxa"/>
          </w:tcPr>
          <w:p w:rsidR="006F7457" w:rsidRPr="00332DB8" w:rsidRDefault="00332DB8">
            <w:pPr>
              <w:rPr>
                <w:lang w:val="ru-RU"/>
              </w:rPr>
            </w:pPr>
            <w:r w:rsidRPr="00332DB8">
              <w:rPr>
                <w:lang w:val="ru-RU"/>
              </w:rPr>
              <w:t xml:space="preserve">Информационный (фото, текст) материал - статья «СМЕРТЬ УКРАИНЕ», размещенная на момент предъявления заявления в суд в сети Интернет по адресу: </w:t>
            </w:r>
            <w:r>
              <w:t>http</w:t>
            </w:r>
            <w:r w:rsidRPr="00332DB8">
              <w:rPr>
                <w:lang w:val="ru-RU"/>
              </w:rPr>
              <w:t>:/</w:t>
            </w:r>
            <w:r>
              <w:t>arguendo</w:t>
            </w:r>
            <w:r w:rsidRPr="00332DB8">
              <w:rPr>
                <w:lang w:val="ru-RU"/>
              </w:rPr>
              <w:t>.</w:t>
            </w:r>
            <w:r>
              <w:t>livejournal</w:t>
            </w:r>
            <w:r w:rsidRPr="00332DB8">
              <w:rPr>
                <w:lang w:val="ru-RU"/>
              </w:rPr>
              <w:t>.сот/909176.</w:t>
            </w:r>
            <w:r>
              <w:t>html</w:t>
            </w:r>
            <w:r w:rsidRPr="00332DB8">
              <w:rPr>
                <w:lang w:val="ru-RU"/>
              </w:rPr>
              <w:t xml:space="preserve"> (решение Красносельского районного суда города Санкт-Петербурга от 05.09.2016);</w:t>
            </w:r>
          </w:p>
        </w:tc>
        <w:tc>
          <w:tcPr>
            <w:tcW w:w="2880" w:type="dxa"/>
          </w:tcPr>
          <w:p w:rsidR="006F7457" w:rsidRPr="00332DB8" w:rsidRDefault="006F7457">
            <w:pPr>
              <w:rPr>
                <w:lang w:val="ru-RU"/>
              </w:rPr>
            </w:pPr>
          </w:p>
        </w:tc>
      </w:tr>
      <w:tr w:rsidR="006F7457" w:rsidRPr="005A424D">
        <w:tc>
          <w:tcPr>
            <w:tcW w:w="2880" w:type="dxa"/>
          </w:tcPr>
          <w:p w:rsidR="006F7457" w:rsidRDefault="00332DB8">
            <w:r>
              <w:t>3968.</w:t>
            </w:r>
          </w:p>
        </w:tc>
        <w:tc>
          <w:tcPr>
            <w:tcW w:w="2880" w:type="dxa"/>
          </w:tcPr>
          <w:p w:rsidR="006F7457" w:rsidRPr="00332DB8" w:rsidRDefault="00332DB8">
            <w:pPr>
              <w:rPr>
                <w:lang w:val="ru-RU"/>
              </w:rPr>
            </w:pPr>
            <w:r w:rsidRPr="00332DB8">
              <w:rPr>
                <w:lang w:val="ru-RU"/>
              </w:rPr>
              <w:t>Текст аудиозаписей музыкальной группы «</w:t>
            </w:r>
            <w:r>
              <w:t>Warriors</w:t>
            </w:r>
            <w:r w:rsidRPr="00332DB8">
              <w:rPr>
                <w:lang w:val="ru-RU"/>
              </w:rPr>
              <w:t xml:space="preserve"> </w:t>
            </w:r>
            <w:r>
              <w:t>of</w:t>
            </w:r>
            <w:r w:rsidRPr="00332DB8">
              <w:rPr>
                <w:lang w:val="ru-RU"/>
              </w:rPr>
              <w:t xml:space="preserve"> </w:t>
            </w:r>
            <w:r>
              <w:t>Zion</w:t>
            </w:r>
            <w:r w:rsidRPr="00332DB8">
              <w:rPr>
                <w:lang w:val="ru-RU"/>
              </w:rPr>
              <w:t>» («Войны Сиона») под названием «Лезгинка» (</w:t>
            </w:r>
            <w:r>
              <w:t>Calvados</w:t>
            </w:r>
            <w:r w:rsidRPr="00332DB8">
              <w:rPr>
                <w:lang w:val="ru-RU"/>
              </w:rPr>
              <w:t>) - Лезгинка», «</w:t>
            </w:r>
            <w:r>
              <w:t>Warriors</w:t>
            </w:r>
            <w:r w:rsidRPr="00332DB8">
              <w:rPr>
                <w:lang w:val="ru-RU"/>
              </w:rPr>
              <w:t xml:space="preserve"> </w:t>
            </w:r>
            <w:r>
              <w:t>of</w:t>
            </w:r>
            <w:r w:rsidRPr="00332DB8">
              <w:rPr>
                <w:lang w:val="ru-RU"/>
              </w:rPr>
              <w:t xml:space="preserve"> </w:t>
            </w:r>
            <w:r>
              <w:t>Zion</w:t>
            </w:r>
            <w:r w:rsidRPr="00332DB8">
              <w:rPr>
                <w:lang w:val="ru-RU"/>
              </w:rPr>
              <w:t xml:space="preserve"> - Лесгинка (Р*** русский башка)», «</w:t>
            </w:r>
            <w:r>
              <w:t>Warriors</w:t>
            </w:r>
            <w:r w:rsidRPr="00332DB8">
              <w:rPr>
                <w:lang w:val="ru-RU"/>
              </w:rPr>
              <w:t xml:space="preserve"> </w:t>
            </w:r>
            <w:r>
              <w:t>of</w:t>
            </w:r>
            <w:r w:rsidRPr="00332DB8">
              <w:rPr>
                <w:lang w:val="ru-RU"/>
              </w:rPr>
              <w:t xml:space="preserve"> </w:t>
            </w:r>
            <w:r>
              <w:t>Zion</w:t>
            </w:r>
            <w:r w:rsidRPr="00332DB8">
              <w:rPr>
                <w:lang w:val="ru-RU"/>
              </w:rPr>
              <w:t xml:space="preserve"> - Лесгинка», «</w:t>
            </w:r>
            <w:r>
              <w:t>Warriors</w:t>
            </w:r>
            <w:r w:rsidRPr="00332DB8">
              <w:rPr>
                <w:lang w:val="ru-RU"/>
              </w:rPr>
              <w:t xml:space="preserve"> </w:t>
            </w:r>
            <w:r>
              <w:t>of</w:t>
            </w:r>
            <w:r w:rsidRPr="00332DB8">
              <w:rPr>
                <w:lang w:val="ru-RU"/>
              </w:rPr>
              <w:t xml:space="preserve"> </w:t>
            </w:r>
            <w:r>
              <w:t>Zion</w:t>
            </w:r>
            <w:r w:rsidRPr="00332DB8">
              <w:rPr>
                <w:lang w:val="ru-RU"/>
              </w:rPr>
              <w:t xml:space="preserve"> - Лезгинка», «</w:t>
            </w:r>
            <w:r>
              <w:t>Warriors</w:t>
            </w:r>
            <w:r w:rsidRPr="00332DB8">
              <w:rPr>
                <w:lang w:val="ru-RU"/>
              </w:rPr>
              <w:t xml:space="preserve"> </w:t>
            </w:r>
            <w:r>
              <w:t>Of</w:t>
            </w:r>
            <w:r w:rsidRPr="00332DB8">
              <w:rPr>
                <w:lang w:val="ru-RU"/>
              </w:rPr>
              <w:t xml:space="preserve"> </w:t>
            </w:r>
            <w:r>
              <w:t>Zion</w:t>
            </w:r>
            <w:r w:rsidRPr="00332DB8">
              <w:rPr>
                <w:lang w:val="ru-RU"/>
              </w:rPr>
              <w:t xml:space="preserve">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oK</w:t>
            </w:r>
            <w:r w:rsidRPr="00332DB8">
              <w:rPr>
                <w:lang w:val="ru-RU"/>
              </w:rPr>
              <w:t xml:space="preserve">_- </w:t>
            </w:r>
            <w:r>
              <w:t>x</w:t>
            </w:r>
            <w:r w:rsidRPr="00332DB8">
              <w:rPr>
                <w:lang w:val="ru-RU"/>
              </w:rPr>
              <w:t>4</w:t>
            </w:r>
            <w:r>
              <w:t>ItGcs</w:t>
            </w:r>
            <w:r w:rsidRPr="00332DB8">
              <w:rPr>
                <w:lang w:val="ru-RU"/>
              </w:rPr>
              <w:t>,</w:t>
            </w:r>
            <w:r>
              <w:t>http</w:t>
            </w:r>
            <w:r w:rsidRPr="00332DB8">
              <w:rPr>
                <w:lang w:val="ru-RU"/>
              </w:rPr>
              <w:t>://</w:t>
            </w:r>
            <w:r>
              <w:t>muzofon</w:t>
            </w:r>
            <w:r w:rsidRPr="00332DB8">
              <w:rPr>
                <w:lang w:val="ru-RU"/>
              </w:rPr>
              <w:t>.</w:t>
            </w:r>
            <w:r>
              <w:t>com</w:t>
            </w:r>
            <w:r w:rsidRPr="00332DB8">
              <w:rPr>
                <w:lang w:val="ru-RU"/>
              </w:rPr>
              <w:t>/</w:t>
            </w:r>
            <w:r>
              <w:t>search</w:t>
            </w:r>
            <w:r w:rsidRPr="00332DB8">
              <w:rPr>
                <w:lang w:val="ru-RU"/>
              </w:rPr>
              <w:t>/</w:t>
            </w:r>
            <w:r>
              <w:t>Warriors</w:t>
            </w:r>
            <w:r w:rsidRPr="00332DB8">
              <w:rPr>
                <w:lang w:val="ru-RU"/>
              </w:rPr>
              <w:t xml:space="preserve"> </w:t>
            </w:r>
            <w:r>
              <w:t>of</w:t>
            </w:r>
            <w:r w:rsidRPr="00332DB8">
              <w:rPr>
                <w:lang w:val="ru-RU"/>
              </w:rPr>
              <w:t xml:space="preserve"> </w:t>
            </w:r>
            <w:r>
              <w:t>Zion</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audios</w:t>
            </w:r>
            <w:r w:rsidRPr="00332DB8">
              <w:rPr>
                <w:lang w:val="ru-RU"/>
              </w:rPr>
              <w:t xml:space="preserve">5320118, </w:t>
            </w:r>
            <w:r>
              <w:t>http</w:t>
            </w:r>
            <w:r w:rsidRPr="00332DB8">
              <w:rPr>
                <w:lang w:val="ru-RU"/>
              </w:rPr>
              <w:t>://</w:t>
            </w:r>
            <w:r>
              <w:t>vk</w:t>
            </w:r>
            <w:r w:rsidRPr="00332DB8">
              <w:rPr>
                <w:lang w:val="ru-RU"/>
              </w:rPr>
              <w:t>.</w:t>
            </w:r>
            <w:r>
              <w:t>com</w:t>
            </w:r>
            <w:r w:rsidRPr="00332DB8">
              <w:rPr>
                <w:lang w:val="ru-RU"/>
              </w:rPr>
              <w:t>/</w:t>
            </w:r>
            <w:r>
              <w:t>audios</w:t>
            </w:r>
            <w:r w:rsidRPr="00332DB8">
              <w:rPr>
                <w:lang w:val="ru-RU"/>
              </w:rPr>
              <w:t xml:space="preserve">26311517, </w:t>
            </w:r>
            <w:r>
              <w:t>http</w:t>
            </w:r>
            <w:r w:rsidRPr="00332DB8">
              <w:rPr>
                <w:lang w:val="ru-RU"/>
              </w:rPr>
              <w:t>://</w:t>
            </w:r>
            <w:r>
              <w:t>vk</w:t>
            </w:r>
            <w:r w:rsidRPr="00332DB8">
              <w:rPr>
                <w:lang w:val="ru-RU"/>
              </w:rPr>
              <w:t>.</w:t>
            </w:r>
            <w:r>
              <w:t>com</w:t>
            </w:r>
            <w:r w:rsidRPr="00332DB8">
              <w:rPr>
                <w:lang w:val="ru-RU"/>
              </w:rPr>
              <w:t xml:space="preserve">/ </w:t>
            </w:r>
            <w:r>
              <w:t>audios</w:t>
            </w:r>
            <w:r w:rsidRPr="00332DB8">
              <w:rPr>
                <w:lang w:val="ru-RU"/>
              </w:rPr>
              <w:t xml:space="preserve">4193728, </w:t>
            </w:r>
            <w:r>
              <w:t>http</w:t>
            </w:r>
            <w:r w:rsidRPr="00332DB8">
              <w:rPr>
                <w:lang w:val="ru-RU"/>
              </w:rPr>
              <w:t>://</w:t>
            </w:r>
            <w:r>
              <w:t>vk</w:t>
            </w:r>
            <w:r w:rsidRPr="00332DB8">
              <w:rPr>
                <w:lang w:val="ru-RU"/>
              </w:rPr>
              <w:t>.</w:t>
            </w:r>
            <w:r>
              <w:t>com</w:t>
            </w:r>
            <w:r w:rsidRPr="00332DB8">
              <w:rPr>
                <w:lang w:val="ru-RU"/>
              </w:rPr>
              <w:t>/</w:t>
            </w:r>
            <w:r>
              <w:t>audiosl</w:t>
            </w:r>
            <w:r w:rsidRPr="00332DB8">
              <w:rPr>
                <w:lang w:val="ru-RU"/>
              </w:rPr>
              <w:t>04173948 (решение Октябрьского районного суда города Санкт-Петербурга от 02.08.2016);</w:t>
            </w:r>
          </w:p>
        </w:tc>
        <w:tc>
          <w:tcPr>
            <w:tcW w:w="2880" w:type="dxa"/>
          </w:tcPr>
          <w:p w:rsidR="006F7457" w:rsidRPr="00332DB8" w:rsidRDefault="006F7457">
            <w:pPr>
              <w:rPr>
                <w:lang w:val="ru-RU"/>
              </w:rPr>
            </w:pPr>
          </w:p>
        </w:tc>
      </w:tr>
      <w:tr w:rsidR="006F7457" w:rsidRPr="005A424D">
        <w:tc>
          <w:tcPr>
            <w:tcW w:w="2880" w:type="dxa"/>
          </w:tcPr>
          <w:p w:rsidR="006F7457" w:rsidRDefault="00332DB8">
            <w:r>
              <w:t>3969.</w:t>
            </w:r>
          </w:p>
        </w:tc>
        <w:tc>
          <w:tcPr>
            <w:tcW w:w="2880" w:type="dxa"/>
          </w:tcPr>
          <w:p w:rsidR="006F7457" w:rsidRPr="00332DB8" w:rsidRDefault="00332DB8">
            <w:pPr>
              <w:rPr>
                <w:lang w:val="ru-RU"/>
              </w:rPr>
            </w:pPr>
            <w:r w:rsidRPr="00332DB8">
              <w:rPr>
                <w:lang w:val="ru-RU"/>
              </w:rPr>
              <w:t>Текст видеозаписи под названием «</w:t>
            </w:r>
            <w:r>
              <w:t>Warriors</w:t>
            </w:r>
            <w:r w:rsidRPr="00332DB8">
              <w:rPr>
                <w:lang w:val="ru-RU"/>
              </w:rPr>
              <w:t xml:space="preserve"> </w:t>
            </w:r>
            <w:r>
              <w:t>of</w:t>
            </w:r>
            <w:r w:rsidRPr="00332DB8">
              <w:rPr>
                <w:lang w:val="ru-RU"/>
              </w:rPr>
              <w:t xml:space="preserve"> </w:t>
            </w:r>
            <w:r>
              <w:t>Zion</w:t>
            </w:r>
            <w:r w:rsidRPr="00332DB8">
              <w:rPr>
                <w:lang w:val="ru-RU"/>
              </w:rPr>
              <w:t xml:space="preserve">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oK</w:t>
            </w:r>
            <w:r w:rsidRPr="00332DB8">
              <w:rPr>
                <w:lang w:val="ru-RU"/>
              </w:rPr>
              <w:t xml:space="preserve">_- </w:t>
            </w:r>
            <w:r>
              <w:t>x</w:t>
            </w:r>
            <w:r w:rsidRPr="00332DB8">
              <w:rPr>
                <w:lang w:val="ru-RU"/>
              </w:rPr>
              <w:t>4</w:t>
            </w:r>
            <w:r>
              <w:t>ItGcs</w:t>
            </w:r>
            <w:r w:rsidRPr="00332DB8">
              <w:rPr>
                <w:lang w:val="ru-RU"/>
              </w:rPr>
              <w:t>,</w:t>
            </w:r>
            <w:r>
              <w:t>http</w:t>
            </w:r>
            <w:r w:rsidRPr="00332DB8">
              <w:rPr>
                <w:lang w:val="ru-RU"/>
              </w:rPr>
              <w:t>://</w:t>
            </w:r>
            <w:r>
              <w:t>muzofon</w:t>
            </w:r>
            <w:r w:rsidRPr="00332DB8">
              <w:rPr>
                <w:lang w:val="ru-RU"/>
              </w:rPr>
              <w:t>.</w:t>
            </w:r>
            <w:r>
              <w:t>com</w:t>
            </w:r>
            <w:r w:rsidRPr="00332DB8">
              <w:rPr>
                <w:lang w:val="ru-RU"/>
              </w:rPr>
              <w:t>/</w:t>
            </w:r>
            <w:r>
              <w:t>search</w:t>
            </w:r>
            <w:r w:rsidRPr="00332DB8">
              <w:rPr>
                <w:lang w:val="ru-RU"/>
              </w:rPr>
              <w:t>/</w:t>
            </w:r>
            <w:r>
              <w:t>Warriors</w:t>
            </w:r>
            <w:r w:rsidRPr="00332DB8">
              <w:rPr>
                <w:lang w:val="ru-RU"/>
              </w:rPr>
              <w:t xml:space="preserve"> </w:t>
            </w:r>
            <w:r>
              <w:t>of</w:t>
            </w:r>
            <w:r w:rsidRPr="00332DB8">
              <w:rPr>
                <w:lang w:val="ru-RU"/>
              </w:rPr>
              <w:t xml:space="preserve"> </w:t>
            </w:r>
            <w:r>
              <w:t>Zion</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audios</w:t>
            </w:r>
            <w:r w:rsidRPr="00332DB8">
              <w:rPr>
                <w:lang w:val="ru-RU"/>
              </w:rPr>
              <w:t xml:space="preserve">5320118, </w:t>
            </w:r>
            <w:r>
              <w:t>http</w:t>
            </w:r>
            <w:r w:rsidRPr="00332DB8">
              <w:rPr>
                <w:lang w:val="ru-RU"/>
              </w:rPr>
              <w:t>://</w:t>
            </w:r>
            <w:r>
              <w:t>vk</w:t>
            </w:r>
            <w:r w:rsidRPr="00332DB8">
              <w:rPr>
                <w:lang w:val="ru-RU"/>
              </w:rPr>
              <w:t>.</w:t>
            </w:r>
            <w:r>
              <w:t>com</w:t>
            </w:r>
            <w:r w:rsidRPr="00332DB8">
              <w:rPr>
                <w:lang w:val="ru-RU"/>
              </w:rPr>
              <w:t>/</w:t>
            </w:r>
            <w:r>
              <w:t>audios</w:t>
            </w:r>
            <w:r w:rsidRPr="00332DB8">
              <w:rPr>
                <w:lang w:val="ru-RU"/>
              </w:rPr>
              <w:t xml:space="preserve">26311517, </w:t>
            </w:r>
            <w:r>
              <w:t>http</w:t>
            </w:r>
            <w:r w:rsidRPr="00332DB8">
              <w:rPr>
                <w:lang w:val="ru-RU"/>
              </w:rPr>
              <w:t>://</w:t>
            </w:r>
            <w:r>
              <w:t>vk</w:t>
            </w:r>
            <w:r w:rsidRPr="00332DB8">
              <w:rPr>
                <w:lang w:val="ru-RU"/>
              </w:rPr>
              <w:t>.</w:t>
            </w:r>
            <w:r>
              <w:t>com</w:t>
            </w:r>
            <w:r w:rsidRPr="00332DB8">
              <w:rPr>
                <w:lang w:val="ru-RU"/>
              </w:rPr>
              <w:t>/</w:t>
            </w:r>
            <w:r>
              <w:t>audios</w:t>
            </w:r>
            <w:r w:rsidRPr="00332DB8">
              <w:rPr>
                <w:lang w:val="ru-RU"/>
              </w:rPr>
              <w:t xml:space="preserve">4193728, </w:t>
            </w:r>
            <w:r>
              <w:t>http</w:t>
            </w:r>
            <w:r w:rsidRPr="00332DB8">
              <w:rPr>
                <w:lang w:val="ru-RU"/>
              </w:rPr>
              <w:t>://</w:t>
            </w:r>
            <w:r>
              <w:t>vk</w:t>
            </w:r>
            <w:r w:rsidRPr="00332DB8">
              <w:rPr>
                <w:lang w:val="ru-RU"/>
              </w:rPr>
              <w:t>.</w:t>
            </w:r>
            <w:r>
              <w:t>com</w:t>
            </w:r>
            <w:r w:rsidRPr="00332DB8">
              <w:rPr>
                <w:lang w:val="ru-RU"/>
              </w:rPr>
              <w:t>/</w:t>
            </w:r>
            <w:r>
              <w:t>audios</w:t>
            </w:r>
            <w:r w:rsidRPr="00332DB8">
              <w:rPr>
                <w:lang w:val="ru-RU"/>
              </w:rPr>
              <w:t xml:space="preserve"> </w:t>
            </w:r>
            <w:r>
              <w:t>l</w:t>
            </w:r>
            <w:r w:rsidRPr="00332DB8">
              <w:rPr>
                <w:lang w:val="ru-RU"/>
              </w:rPr>
              <w:t>04173948 (решение Октябрьского районного суда города Санкт-Петербурга от 02.08.2016);</w:t>
            </w:r>
          </w:p>
        </w:tc>
        <w:tc>
          <w:tcPr>
            <w:tcW w:w="2880" w:type="dxa"/>
          </w:tcPr>
          <w:p w:rsidR="006F7457" w:rsidRPr="00332DB8" w:rsidRDefault="006F7457">
            <w:pPr>
              <w:rPr>
                <w:lang w:val="ru-RU"/>
              </w:rPr>
            </w:pPr>
          </w:p>
        </w:tc>
      </w:tr>
      <w:tr w:rsidR="006F7457">
        <w:tc>
          <w:tcPr>
            <w:tcW w:w="2880" w:type="dxa"/>
          </w:tcPr>
          <w:p w:rsidR="006F7457" w:rsidRDefault="00332DB8">
            <w:r>
              <w:t>3970.</w:t>
            </w:r>
          </w:p>
        </w:tc>
        <w:tc>
          <w:tcPr>
            <w:tcW w:w="2880" w:type="dxa"/>
          </w:tcPr>
          <w:p w:rsidR="006F7457" w:rsidRDefault="00332DB8">
            <w:r>
              <w:t xml:space="preserve">Тексты, аудио-и видеозаписи песен группы «РОНА» «Сохранить кровь»,«Расовое смешение», «Правда о войне», «Совесть», «Тяжелый век», «За немцев», размещенные на интернет-страницах: vk.com/audios175679021;vk.com/audios-7289484; youtube.com/watch?v=3IvMUi4HS68; youtube.com/watch?v=zKeV-2L_juQ; huntereight.gdtoss.ru/hunter-audio/rona_pravda-o-vojne; musico.cc/album/РОНА/ Правда+о+войне; myzuka.fm/Album/287070/Rona-Pravda-O-Voine-2005 (решение </w:t>
            </w:r>
            <w:r>
              <w:lastRenderedPageBreak/>
              <w:t>Центрального районного суда г. Хабаровска от 12.08.2016 и определение Центрального районного суда г. Хабаровска от 01.03.2017);</w:t>
            </w:r>
          </w:p>
        </w:tc>
        <w:tc>
          <w:tcPr>
            <w:tcW w:w="2880" w:type="dxa"/>
          </w:tcPr>
          <w:p w:rsidR="006F7457" w:rsidRDefault="006F7457"/>
        </w:tc>
      </w:tr>
      <w:tr w:rsidR="006F7457" w:rsidRPr="005A424D">
        <w:tc>
          <w:tcPr>
            <w:tcW w:w="2880" w:type="dxa"/>
          </w:tcPr>
          <w:p w:rsidR="006F7457" w:rsidRDefault="00332DB8">
            <w:r>
              <w:lastRenderedPageBreak/>
              <w:t>3971.</w:t>
            </w:r>
          </w:p>
        </w:tc>
        <w:tc>
          <w:tcPr>
            <w:tcW w:w="2880" w:type="dxa"/>
          </w:tcPr>
          <w:p w:rsidR="006F7457" w:rsidRPr="00332DB8" w:rsidRDefault="00332DB8">
            <w:pPr>
              <w:rPr>
                <w:lang w:val="ru-RU"/>
              </w:rPr>
            </w:pPr>
            <w:r w:rsidRPr="00332DB8">
              <w:rPr>
                <w:lang w:val="ru-RU"/>
              </w:rPr>
              <w:t>Аудиозапись «По правому», продолжительностью 2 мин. 48 сек. (решение Курганского городского суда от 08.08.2016);</w:t>
            </w:r>
          </w:p>
        </w:tc>
        <w:tc>
          <w:tcPr>
            <w:tcW w:w="2880" w:type="dxa"/>
          </w:tcPr>
          <w:p w:rsidR="006F7457" w:rsidRPr="00332DB8" w:rsidRDefault="006F7457">
            <w:pPr>
              <w:rPr>
                <w:lang w:val="ru-RU"/>
              </w:rPr>
            </w:pPr>
          </w:p>
        </w:tc>
      </w:tr>
      <w:tr w:rsidR="006F7457" w:rsidRPr="005A424D">
        <w:tc>
          <w:tcPr>
            <w:tcW w:w="2880" w:type="dxa"/>
          </w:tcPr>
          <w:p w:rsidR="006F7457" w:rsidRDefault="00332DB8">
            <w:r>
              <w:t>3972.</w:t>
            </w:r>
          </w:p>
        </w:tc>
        <w:tc>
          <w:tcPr>
            <w:tcW w:w="2880" w:type="dxa"/>
          </w:tcPr>
          <w:p w:rsidR="006F7457" w:rsidRPr="00332DB8" w:rsidRDefault="00332DB8">
            <w:pPr>
              <w:rPr>
                <w:lang w:val="ru-RU"/>
              </w:rPr>
            </w:pPr>
            <w:r w:rsidRPr="00332DB8">
              <w:rPr>
                <w:lang w:val="ru-RU"/>
              </w:rPr>
              <w:t>Аудиозапись «СССР 2.0», продолжительностью 2 мин. 07 сек. (решение Курганского городского суда от 08.08.2016);</w:t>
            </w:r>
          </w:p>
        </w:tc>
        <w:tc>
          <w:tcPr>
            <w:tcW w:w="2880" w:type="dxa"/>
          </w:tcPr>
          <w:p w:rsidR="006F7457" w:rsidRPr="00332DB8" w:rsidRDefault="006F7457">
            <w:pPr>
              <w:rPr>
                <w:lang w:val="ru-RU"/>
              </w:rPr>
            </w:pPr>
          </w:p>
        </w:tc>
      </w:tr>
      <w:tr w:rsidR="006F7457">
        <w:tc>
          <w:tcPr>
            <w:tcW w:w="2880" w:type="dxa"/>
          </w:tcPr>
          <w:p w:rsidR="006F7457" w:rsidRDefault="00332DB8">
            <w:r>
              <w:t>3973.</w:t>
            </w:r>
          </w:p>
        </w:tc>
        <w:tc>
          <w:tcPr>
            <w:tcW w:w="2880" w:type="dxa"/>
          </w:tcPr>
          <w:p w:rsidR="006F7457" w:rsidRDefault="00332DB8">
            <w:r w:rsidRPr="00332DB8">
              <w:rPr>
                <w:lang w:val="ru-RU"/>
              </w:rPr>
              <w:t xml:space="preserve">Аудиозапись «Таковы наши порядки», продолжительностью 3 мин. 40 сек. </w:t>
            </w:r>
            <w:r>
              <w:t>(решение Курганского городского суда от 08.08.2016);</w:t>
            </w:r>
          </w:p>
        </w:tc>
        <w:tc>
          <w:tcPr>
            <w:tcW w:w="2880" w:type="dxa"/>
          </w:tcPr>
          <w:p w:rsidR="006F7457" w:rsidRDefault="006F7457"/>
        </w:tc>
      </w:tr>
      <w:tr w:rsidR="006F7457">
        <w:tc>
          <w:tcPr>
            <w:tcW w:w="2880" w:type="dxa"/>
          </w:tcPr>
          <w:p w:rsidR="006F7457" w:rsidRDefault="00332DB8">
            <w:r>
              <w:t>3974.</w:t>
            </w:r>
          </w:p>
        </w:tc>
        <w:tc>
          <w:tcPr>
            <w:tcW w:w="2880" w:type="dxa"/>
          </w:tcPr>
          <w:p w:rsidR="006F7457" w:rsidRDefault="00332DB8">
            <w:r w:rsidRPr="00332DB8">
              <w:rPr>
                <w:lang w:val="ru-RU"/>
              </w:rPr>
              <w:t xml:space="preserve">Аудиозапись «Только русский рэп», продолжительностью 1 мин. 21 сек. </w:t>
            </w:r>
            <w:r>
              <w:t>(решение Курганского городского суда от 08.08.2016);</w:t>
            </w:r>
          </w:p>
        </w:tc>
        <w:tc>
          <w:tcPr>
            <w:tcW w:w="2880" w:type="dxa"/>
          </w:tcPr>
          <w:p w:rsidR="006F7457" w:rsidRDefault="006F7457"/>
        </w:tc>
      </w:tr>
      <w:tr w:rsidR="006F7457" w:rsidRPr="005A424D">
        <w:tc>
          <w:tcPr>
            <w:tcW w:w="2880" w:type="dxa"/>
          </w:tcPr>
          <w:p w:rsidR="006F7457" w:rsidRDefault="00332DB8">
            <w:r>
              <w:t>3975.</w:t>
            </w:r>
          </w:p>
        </w:tc>
        <w:tc>
          <w:tcPr>
            <w:tcW w:w="2880" w:type="dxa"/>
          </w:tcPr>
          <w:p w:rsidR="006F7457" w:rsidRPr="00332DB8" w:rsidRDefault="00332DB8">
            <w:pPr>
              <w:rPr>
                <w:lang w:val="ru-RU"/>
              </w:rPr>
            </w:pPr>
            <w:r w:rsidRPr="00332DB8">
              <w:rPr>
                <w:lang w:val="ru-RU"/>
              </w:rPr>
              <w:t>Аудиозапись «Пи**а-пи**р Тимати», продолжительностью 6 мин. 58 сек. (решение Курганского городского суда от 08.08.2016);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3976.</w:t>
            </w:r>
          </w:p>
        </w:tc>
        <w:tc>
          <w:tcPr>
            <w:tcW w:w="2880" w:type="dxa"/>
          </w:tcPr>
          <w:p w:rsidR="006F7457" w:rsidRPr="00332DB8" w:rsidRDefault="00332DB8">
            <w:pPr>
              <w:rPr>
                <w:lang w:val="ru-RU"/>
              </w:rPr>
            </w:pPr>
            <w:r w:rsidRPr="00332DB8">
              <w:rPr>
                <w:lang w:val="ru-RU"/>
              </w:rPr>
              <w:t>Аудиозапись «Дима Пряхин – новая религия», продолжительностью 2 мин. 50 сек. (решение Курганского городского суда от 08.08.2016);</w:t>
            </w:r>
          </w:p>
        </w:tc>
        <w:tc>
          <w:tcPr>
            <w:tcW w:w="2880" w:type="dxa"/>
          </w:tcPr>
          <w:p w:rsidR="006F7457" w:rsidRPr="00332DB8" w:rsidRDefault="006F7457">
            <w:pPr>
              <w:rPr>
                <w:lang w:val="ru-RU"/>
              </w:rPr>
            </w:pPr>
          </w:p>
        </w:tc>
      </w:tr>
      <w:tr w:rsidR="006F7457">
        <w:tc>
          <w:tcPr>
            <w:tcW w:w="2880" w:type="dxa"/>
          </w:tcPr>
          <w:p w:rsidR="006F7457" w:rsidRDefault="00332DB8">
            <w:r>
              <w:t>3977.</w:t>
            </w:r>
          </w:p>
        </w:tc>
        <w:tc>
          <w:tcPr>
            <w:tcW w:w="2880" w:type="dxa"/>
          </w:tcPr>
          <w:p w:rsidR="006F7457" w:rsidRDefault="00332DB8">
            <w:r w:rsidRPr="00332DB8">
              <w:rPr>
                <w:lang w:val="ru-RU"/>
              </w:rPr>
              <w:t xml:space="preserve">Аудиозапись «Алёша </w:t>
            </w:r>
            <w:r>
              <w:t>Lacoste</w:t>
            </w:r>
            <w:r w:rsidRPr="00332DB8">
              <w:rPr>
                <w:lang w:val="ru-RU"/>
              </w:rPr>
              <w:t xml:space="preserve"> – Территория Войны», продолжительностью </w:t>
            </w:r>
            <w:r>
              <w:t>2 мин. 49 сек. (решение Курганского городского суда от 08.08.2016);</w:t>
            </w:r>
          </w:p>
        </w:tc>
        <w:tc>
          <w:tcPr>
            <w:tcW w:w="2880" w:type="dxa"/>
          </w:tcPr>
          <w:p w:rsidR="006F7457" w:rsidRDefault="006F7457"/>
        </w:tc>
      </w:tr>
      <w:tr w:rsidR="006F7457">
        <w:tc>
          <w:tcPr>
            <w:tcW w:w="2880" w:type="dxa"/>
          </w:tcPr>
          <w:p w:rsidR="006F7457" w:rsidRDefault="00332DB8">
            <w:r>
              <w:t>3978.</w:t>
            </w:r>
          </w:p>
        </w:tc>
        <w:tc>
          <w:tcPr>
            <w:tcW w:w="2880" w:type="dxa"/>
          </w:tcPr>
          <w:p w:rsidR="006F7457" w:rsidRDefault="00332DB8">
            <w:r w:rsidRPr="00332DB8">
              <w:rPr>
                <w:lang w:val="ru-RU"/>
              </w:rPr>
              <w:t xml:space="preserve">Аудиозапись «Крепость - Неприязнь», продолжительностью 3 мин. 27 сек. </w:t>
            </w:r>
            <w:r>
              <w:t>(решение Курганского городского суда от 08.08.2016);</w:t>
            </w:r>
          </w:p>
        </w:tc>
        <w:tc>
          <w:tcPr>
            <w:tcW w:w="2880" w:type="dxa"/>
          </w:tcPr>
          <w:p w:rsidR="006F7457" w:rsidRDefault="006F7457"/>
        </w:tc>
      </w:tr>
      <w:tr w:rsidR="006F7457" w:rsidRPr="005A424D">
        <w:tc>
          <w:tcPr>
            <w:tcW w:w="2880" w:type="dxa"/>
          </w:tcPr>
          <w:p w:rsidR="006F7457" w:rsidRDefault="00332DB8">
            <w:r>
              <w:t>3979.</w:t>
            </w:r>
          </w:p>
        </w:tc>
        <w:tc>
          <w:tcPr>
            <w:tcW w:w="2880" w:type="dxa"/>
          </w:tcPr>
          <w:p w:rsidR="006F7457" w:rsidRPr="00332DB8" w:rsidRDefault="00332DB8">
            <w:pPr>
              <w:rPr>
                <w:lang w:val="ru-RU"/>
              </w:rPr>
            </w:pPr>
            <w:r w:rsidRPr="00332DB8">
              <w:rPr>
                <w:lang w:val="ru-RU"/>
              </w:rPr>
              <w:t>Аудиозапись «Крепость -Бей», продолжительностью 2 мин. 46 сек. (решение Курганского городского суда от 08.08.2016);</w:t>
            </w:r>
          </w:p>
        </w:tc>
        <w:tc>
          <w:tcPr>
            <w:tcW w:w="2880" w:type="dxa"/>
          </w:tcPr>
          <w:p w:rsidR="006F7457" w:rsidRPr="00332DB8" w:rsidRDefault="006F7457">
            <w:pPr>
              <w:rPr>
                <w:lang w:val="ru-RU"/>
              </w:rPr>
            </w:pPr>
          </w:p>
        </w:tc>
      </w:tr>
      <w:tr w:rsidR="006F7457">
        <w:tc>
          <w:tcPr>
            <w:tcW w:w="2880" w:type="dxa"/>
          </w:tcPr>
          <w:p w:rsidR="006F7457" w:rsidRDefault="00332DB8">
            <w:r>
              <w:t>3980.</w:t>
            </w:r>
          </w:p>
        </w:tc>
        <w:tc>
          <w:tcPr>
            <w:tcW w:w="2880" w:type="dxa"/>
          </w:tcPr>
          <w:p w:rsidR="006F7457" w:rsidRDefault="00332DB8">
            <w:r w:rsidRPr="00332DB8">
              <w:rPr>
                <w:lang w:val="ru-RU"/>
              </w:rPr>
              <w:t xml:space="preserve">Аудиозапись «Я русский – не расист и не нацист!», продолжительностью </w:t>
            </w:r>
            <w:r>
              <w:t>5 мин. 00 сек. (решение Курганского городского суда от 08.08.2016);</w:t>
            </w:r>
          </w:p>
        </w:tc>
        <w:tc>
          <w:tcPr>
            <w:tcW w:w="2880" w:type="dxa"/>
          </w:tcPr>
          <w:p w:rsidR="006F7457" w:rsidRDefault="006F7457"/>
        </w:tc>
      </w:tr>
      <w:tr w:rsidR="006F7457">
        <w:tc>
          <w:tcPr>
            <w:tcW w:w="2880" w:type="dxa"/>
          </w:tcPr>
          <w:p w:rsidR="006F7457" w:rsidRDefault="00332DB8">
            <w:r>
              <w:t>398</w:t>
            </w:r>
            <w:r>
              <w:lastRenderedPageBreak/>
              <w:t>1.</w:t>
            </w:r>
          </w:p>
        </w:tc>
        <w:tc>
          <w:tcPr>
            <w:tcW w:w="2880" w:type="dxa"/>
          </w:tcPr>
          <w:p w:rsidR="006F7457" w:rsidRDefault="00332DB8">
            <w:r w:rsidRPr="00332DB8">
              <w:rPr>
                <w:lang w:val="ru-RU"/>
              </w:rPr>
              <w:lastRenderedPageBreak/>
              <w:t xml:space="preserve">Видеозапись «Секта – это мы! Всем врагам дадим пи...ды!», продолжительностью </w:t>
            </w:r>
            <w:r>
              <w:t>1 мин. 07 сек. (решение Курганского городского суда от 08.08.2016);</w:t>
            </w:r>
          </w:p>
        </w:tc>
        <w:tc>
          <w:tcPr>
            <w:tcW w:w="2880" w:type="dxa"/>
          </w:tcPr>
          <w:p w:rsidR="006F7457" w:rsidRDefault="006F7457"/>
        </w:tc>
      </w:tr>
      <w:tr w:rsidR="006F7457">
        <w:tc>
          <w:tcPr>
            <w:tcW w:w="2880" w:type="dxa"/>
          </w:tcPr>
          <w:p w:rsidR="006F7457" w:rsidRDefault="00332DB8">
            <w:r>
              <w:lastRenderedPageBreak/>
              <w:t>3982.</w:t>
            </w:r>
          </w:p>
        </w:tc>
        <w:tc>
          <w:tcPr>
            <w:tcW w:w="2880" w:type="dxa"/>
          </w:tcPr>
          <w:p w:rsidR="006F7457" w:rsidRDefault="00332DB8">
            <w:r w:rsidRPr="00332DB8">
              <w:rPr>
                <w:lang w:val="ru-RU"/>
              </w:rPr>
              <w:t xml:space="preserve">Видеозапись «Одесской противостояние нечестии хабад», продолжительностью </w:t>
            </w:r>
            <w:r>
              <w:t>3 мин. 00 сек. (решение Курганского городского суда от 08.08.2016);</w:t>
            </w:r>
          </w:p>
        </w:tc>
        <w:tc>
          <w:tcPr>
            <w:tcW w:w="2880" w:type="dxa"/>
          </w:tcPr>
          <w:p w:rsidR="006F7457" w:rsidRDefault="006F7457"/>
        </w:tc>
      </w:tr>
      <w:tr w:rsidR="006F7457">
        <w:tc>
          <w:tcPr>
            <w:tcW w:w="2880" w:type="dxa"/>
          </w:tcPr>
          <w:p w:rsidR="006F7457" w:rsidRDefault="00332DB8">
            <w:r>
              <w:t>3983.</w:t>
            </w:r>
          </w:p>
        </w:tc>
        <w:tc>
          <w:tcPr>
            <w:tcW w:w="2880" w:type="dxa"/>
          </w:tcPr>
          <w:p w:rsidR="006F7457" w:rsidRDefault="00332DB8">
            <w:r w:rsidRPr="00332DB8">
              <w:rPr>
                <w:lang w:val="ru-RU"/>
              </w:rPr>
              <w:t xml:space="preserve">Видеозапись «Дима Пряхин – Новая Религия | </w:t>
            </w:r>
            <w:r>
              <w:t>CAFFEINE</w:t>
            </w:r>
            <w:r w:rsidRPr="00332DB8">
              <w:rPr>
                <w:lang w:val="ru-RU"/>
              </w:rPr>
              <w:t xml:space="preserve"> </w:t>
            </w:r>
            <w:r>
              <w:t>CREATED</w:t>
            </w:r>
            <w:r w:rsidRPr="00332DB8">
              <w:rPr>
                <w:lang w:val="ru-RU"/>
              </w:rPr>
              <w:t xml:space="preserve">», продолжительностью </w:t>
            </w:r>
            <w:r>
              <w:t>2 мин. 53 сек. (решение Курганского городского суда от 08.08.2016);</w:t>
            </w:r>
          </w:p>
        </w:tc>
        <w:tc>
          <w:tcPr>
            <w:tcW w:w="2880" w:type="dxa"/>
          </w:tcPr>
          <w:p w:rsidR="006F7457" w:rsidRDefault="006F7457"/>
        </w:tc>
      </w:tr>
      <w:tr w:rsidR="006F7457" w:rsidRPr="005A424D">
        <w:tc>
          <w:tcPr>
            <w:tcW w:w="2880" w:type="dxa"/>
          </w:tcPr>
          <w:p w:rsidR="006F7457" w:rsidRDefault="00332DB8">
            <w:r>
              <w:t>3984.</w:t>
            </w:r>
          </w:p>
        </w:tc>
        <w:tc>
          <w:tcPr>
            <w:tcW w:w="2880" w:type="dxa"/>
          </w:tcPr>
          <w:p w:rsidR="006F7457" w:rsidRPr="00332DB8" w:rsidRDefault="00332DB8">
            <w:pPr>
              <w:rPr>
                <w:lang w:val="ru-RU"/>
              </w:rPr>
            </w:pPr>
            <w:r w:rsidRPr="00332DB8">
              <w:rPr>
                <w:lang w:val="ru-RU"/>
              </w:rPr>
              <w:t>Информация, распространенная в сети «Интернет» по адресу: «</w:t>
            </w:r>
            <w:r>
              <w:t>http</w:t>
            </w:r>
            <w:r w:rsidRPr="00332DB8">
              <w:rPr>
                <w:lang w:val="ru-RU"/>
              </w:rPr>
              <w:t>://</w:t>
            </w:r>
            <w:r>
              <w:t>demotivation</w:t>
            </w:r>
            <w:r w:rsidRPr="00332DB8">
              <w:rPr>
                <w:lang w:val="ru-RU"/>
              </w:rPr>
              <w:t>.</w:t>
            </w:r>
            <w:r>
              <w:t>me</w:t>
            </w:r>
            <w:r w:rsidRPr="00332DB8">
              <w:rPr>
                <w:lang w:val="ru-RU"/>
              </w:rPr>
              <w:t>/</w:t>
            </w:r>
            <w:r>
              <w:t>ujoojt</w:t>
            </w:r>
            <w:r w:rsidRPr="00332DB8">
              <w:rPr>
                <w:lang w:val="ru-RU"/>
              </w:rPr>
              <w:t>6</w:t>
            </w:r>
            <w:r>
              <w:t>f</w:t>
            </w:r>
            <w:r w:rsidRPr="00332DB8">
              <w:rPr>
                <w:lang w:val="ru-RU"/>
              </w:rPr>
              <w:t>8</w:t>
            </w:r>
            <w:r>
              <w:t>fxfpic</w:t>
            </w:r>
            <w:r w:rsidRPr="00332DB8">
              <w:rPr>
                <w:lang w:val="ru-RU"/>
              </w:rPr>
              <w:t>.</w:t>
            </w:r>
            <w:r>
              <w:t>html</w:t>
            </w:r>
            <w:r w:rsidRPr="00332DB8">
              <w:rPr>
                <w:lang w:val="ru-RU"/>
              </w:rPr>
              <w:t>» (решение Трусовского районного суда г. Астрахани от 30.09.2016).</w:t>
            </w:r>
          </w:p>
        </w:tc>
        <w:tc>
          <w:tcPr>
            <w:tcW w:w="2880" w:type="dxa"/>
          </w:tcPr>
          <w:p w:rsidR="006F7457" w:rsidRPr="00332DB8" w:rsidRDefault="006F7457">
            <w:pPr>
              <w:rPr>
                <w:lang w:val="ru-RU"/>
              </w:rPr>
            </w:pPr>
          </w:p>
        </w:tc>
      </w:tr>
      <w:tr w:rsidR="006F7457" w:rsidRPr="005A424D">
        <w:tc>
          <w:tcPr>
            <w:tcW w:w="2880" w:type="dxa"/>
          </w:tcPr>
          <w:p w:rsidR="006F7457" w:rsidRDefault="00332DB8">
            <w:r>
              <w:t>3985.</w:t>
            </w:r>
          </w:p>
        </w:tc>
        <w:tc>
          <w:tcPr>
            <w:tcW w:w="2880" w:type="dxa"/>
          </w:tcPr>
          <w:p w:rsidR="006F7457" w:rsidRPr="00332DB8" w:rsidRDefault="00332DB8">
            <w:pPr>
              <w:rPr>
                <w:lang w:val="ru-RU"/>
              </w:rPr>
            </w:pPr>
            <w:r w:rsidRPr="00332DB8">
              <w:rPr>
                <w:lang w:val="ru-RU"/>
              </w:rPr>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w:t>
            </w:r>
            <w:r>
              <w:t>http</w:t>
            </w:r>
            <w:r w:rsidRPr="00332DB8">
              <w:rPr>
                <w:lang w:val="ru-RU"/>
              </w:rPr>
              <w:t>://</w:t>
            </w:r>
            <w:r>
              <w:t>go</w:t>
            </w:r>
            <w:r w:rsidRPr="00332DB8">
              <w:rPr>
                <w:lang w:val="ru-RU"/>
              </w:rPr>
              <w:t>2</w:t>
            </w:r>
            <w:r>
              <w:t>films</w:t>
            </w:r>
            <w:r w:rsidRPr="00332DB8">
              <w:rPr>
                <w:lang w:val="ru-RU"/>
              </w:rPr>
              <w:t>.</w:t>
            </w:r>
            <w:r>
              <w:t>ru</w:t>
            </w:r>
            <w:r w:rsidRPr="00332DB8">
              <w:rPr>
                <w:lang w:val="ru-RU"/>
              </w:rPr>
              <w:t>/</w:t>
            </w:r>
            <w:r>
              <w:t>video</w:t>
            </w:r>
            <w:r w:rsidRPr="00332DB8">
              <w:rPr>
                <w:lang w:val="ru-RU"/>
              </w:rPr>
              <w:t>/</w:t>
            </w:r>
            <w:r>
              <w:t>dWlkPTEl</w:t>
            </w:r>
            <w:r w:rsidRPr="00332DB8">
              <w:rPr>
                <w:lang w:val="ru-RU"/>
              </w:rPr>
              <w:t xml:space="preserve"> </w:t>
            </w:r>
            <w:r>
              <w:t>MzAyNTU</w:t>
            </w:r>
            <w:r w:rsidRPr="00332DB8">
              <w:rPr>
                <w:lang w:val="ru-RU"/>
              </w:rPr>
              <w:t>3</w:t>
            </w:r>
            <w:r>
              <w:t>NyZnaWQ</w:t>
            </w:r>
            <w:r w:rsidRPr="00332DB8">
              <w:rPr>
                <w:lang w:val="ru-RU"/>
              </w:rPr>
              <w:t>9</w:t>
            </w:r>
            <w:r>
              <w:t>MTY</w:t>
            </w:r>
            <w:r w:rsidRPr="00332DB8">
              <w:rPr>
                <w:lang w:val="ru-RU"/>
              </w:rPr>
              <w:t>2</w:t>
            </w:r>
            <w:r>
              <w:t>NTgwNzAz</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videosl</w:t>
            </w:r>
            <w:r w:rsidRPr="00332DB8">
              <w:rPr>
                <w:lang w:val="ru-RU"/>
              </w:rPr>
              <w:t xml:space="preserve"> 14747674?</w:t>
            </w:r>
            <w:r>
              <w:t>q</w:t>
            </w:r>
            <w:r w:rsidRPr="00332DB8">
              <w:rPr>
                <w:lang w:val="ru-RU"/>
              </w:rPr>
              <w:t>=</w:t>
            </w:r>
            <w:r>
              <w:t>pyccKHH</w:t>
            </w:r>
            <w:r w:rsidRPr="00332DB8">
              <w:rPr>
                <w:lang w:val="ru-RU"/>
              </w:rPr>
              <w:t>&amp;</w:t>
            </w:r>
            <w:r>
              <w:t>section</w:t>
            </w:r>
            <w:r w:rsidRPr="00332DB8">
              <w:rPr>
                <w:lang w:val="ru-RU"/>
              </w:rPr>
              <w:t>=</w:t>
            </w:r>
            <w:r>
              <w:t>search</w:t>
            </w:r>
            <w:r w:rsidRPr="00332DB8">
              <w:rPr>
                <w:lang w:val="ru-RU"/>
              </w:rPr>
              <w:t>&amp;</w:t>
            </w:r>
            <w:r>
              <w:t>z</w:t>
            </w:r>
            <w:r w:rsidRPr="00332DB8">
              <w:rPr>
                <w:lang w:val="ru-RU"/>
              </w:rPr>
              <w:t>=</w:t>
            </w:r>
            <w:r>
              <w:t>video</w:t>
            </w:r>
            <w:r w:rsidRPr="00332DB8">
              <w:rPr>
                <w:lang w:val="ru-RU"/>
              </w:rPr>
              <w:t xml:space="preserve">1 14747674_ 169177344 (странице пользователя, позиционирующего себя как «Олег Лорд», размещенной по электронному адресу: </w:t>
            </w:r>
            <w:r>
              <w:t>http</w:t>
            </w:r>
            <w:r w:rsidRPr="00332DB8">
              <w:rPr>
                <w:lang w:val="ru-RU"/>
              </w:rPr>
              <w:t>://</w:t>
            </w:r>
            <w:r>
              <w:t>vk</w:t>
            </w:r>
            <w:r w:rsidRPr="00332DB8">
              <w:rPr>
                <w:lang w:val="ru-RU"/>
              </w:rPr>
              <w:t>.</w:t>
            </w:r>
            <w:r>
              <w:t>com</w:t>
            </w:r>
            <w:r w:rsidRPr="00332DB8">
              <w:rPr>
                <w:lang w:val="ru-RU"/>
              </w:rPr>
              <w:t>/</w:t>
            </w:r>
            <w:r>
              <w:t>dlordb</w:t>
            </w:r>
            <w:r w:rsidRPr="00332DB8">
              <w:rPr>
                <w:lang w:val="ru-RU"/>
              </w:rPr>
              <w:t xml:space="preserve">, в разделе «Видеозаписи» по электронному адресу: </w:t>
            </w:r>
            <w:r>
              <w:t>http</w:t>
            </w:r>
            <w:r w:rsidRPr="00332DB8">
              <w:rPr>
                <w:lang w:val="ru-RU"/>
              </w:rPr>
              <w:t>://</w:t>
            </w:r>
            <w:r>
              <w:t>vk</w:t>
            </w:r>
            <w:r w:rsidRPr="00332DB8">
              <w:rPr>
                <w:lang w:val="ru-RU"/>
              </w:rPr>
              <w:t>.</w:t>
            </w:r>
            <w:r>
              <w:t>com</w:t>
            </w:r>
            <w:r w:rsidRPr="00332DB8">
              <w:rPr>
                <w:lang w:val="ru-RU"/>
              </w:rPr>
              <w:t>/</w:t>
            </w:r>
            <w:r>
              <w:t>videosl</w:t>
            </w:r>
            <w:r w:rsidRPr="00332DB8">
              <w:rPr>
                <w:lang w:val="ru-RU"/>
              </w:rPr>
              <w:t>14747674?</w:t>
            </w:r>
            <w:r>
              <w:t>section</w:t>
            </w:r>
            <w:r w:rsidRPr="00332DB8">
              <w:rPr>
                <w:lang w:val="ru-RU"/>
              </w:rPr>
              <w:t>=</w:t>
            </w:r>
            <w:r>
              <w:t>all</w:t>
            </w:r>
            <w:r w:rsidRPr="00332DB8">
              <w:rPr>
                <w:lang w:val="ru-RU"/>
              </w:rPr>
              <w:t>), (решение Октябрьского районного суда города Санкт-Петербурга от 02.08.2016);</w:t>
            </w:r>
          </w:p>
        </w:tc>
        <w:tc>
          <w:tcPr>
            <w:tcW w:w="2880" w:type="dxa"/>
          </w:tcPr>
          <w:p w:rsidR="006F7457" w:rsidRPr="00332DB8" w:rsidRDefault="006F7457">
            <w:pPr>
              <w:rPr>
                <w:lang w:val="ru-RU"/>
              </w:rPr>
            </w:pPr>
          </w:p>
        </w:tc>
      </w:tr>
      <w:tr w:rsidR="006F7457" w:rsidRPr="005A424D">
        <w:tc>
          <w:tcPr>
            <w:tcW w:w="2880" w:type="dxa"/>
          </w:tcPr>
          <w:p w:rsidR="006F7457" w:rsidRDefault="00332DB8">
            <w:r>
              <w:t>39</w:t>
            </w:r>
            <w:r>
              <w:lastRenderedPageBreak/>
              <w:t>86.</w:t>
            </w:r>
          </w:p>
        </w:tc>
        <w:tc>
          <w:tcPr>
            <w:tcW w:w="2880" w:type="dxa"/>
          </w:tcPr>
          <w:p w:rsidR="006F7457" w:rsidRPr="00332DB8" w:rsidRDefault="00332DB8">
            <w:pPr>
              <w:rPr>
                <w:lang w:val="ru-RU"/>
              </w:rPr>
            </w:pPr>
            <w:r w:rsidRPr="00332DB8">
              <w:rPr>
                <w:lang w:val="ru-RU"/>
              </w:rPr>
              <w:lastRenderedPageBreak/>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w:t>
            </w:r>
            <w:r w:rsidRPr="00332DB8">
              <w:rPr>
                <w:lang w:val="ru-RU"/>
              </w:rPr>
              <w:lastRenderedPageBreak/>
              <w:t xml:space="preserve">убивать чурок) один за всех и все за одного», «Русских людей убивают чурки, а ты будь толерантным...», размещенных в сети Интернет по электронным адресам: </w:t>
            </w:r>
            <w:r>
              <w:t>http</w:t>
            </w:r>
            <w:r w:rsidRPr="00332DB8">
              <w:rPr>
                <w:lang w:val="ru-RU"/>
              </w:rPr>
              <w:t>://</w:t>
            </w:r>
            <w:r>
              <w:t>go</w:t>
            </w:r>
            <w:r w:rsidRPr="00332DB8">
              <w:rPr>
                <w:lang w:val="ru-RU"/>
              </w:rPr>
              <w:t>2</w:t>
            </w:r>
            <w:r>
              <w:t>films</w:t>
            </w:r>
            <w:r w:rsidRPr="00332DB8">
              <w:rPr>
                <w:lang w:val="ru-RU"/>
              </w:rPr>
              <w:t>.</w:t>
            </w:r>
            <w:r>
              <w:t>ru</w:t>
            </w:r>
            <w:r w:rsidRPr="00332DB8">
              <w:rPr>
                <w:lang w:val="ru-RU"/>
              </w:rPr>
              <w:t>/</w:t>
            </w:r>
            <w:r>
              <w:t>video</w:t>
            </w:r>
            <w:r w:rsidRPr="00332DB8">
              <w:rPr>
                <w:lang w:val="ru-RU"/>
              </w:rPr>
              <w:t>/</w:t>
            </w:r>
            <w:r>
              <w:t>dWlkPTEl</w:t>
            </w:r>
            <w:r w:rsidRPr="00332DB8">
              <w:rPr>
                <w:lang w:val="ru-RU"/>
              </w:rPr>
              <w:t xml:space="preserve"> </w:t>
            </w:r>
            <w:r>
              <w:t>MzAyNTU</w:t>
            </w:r>
            <w:r w:rsidRPr="00332DB8">
              <w:rPr>
                <w:lang w:val="ru-RU"/>
              </w:rPr>
              <w:t>3</w:t>
            </w:r>
            <w:r>
              <w:t>NyZnaWQ</w:t>
            </w:r>
            <w:r w:rsidRPr="00332DB8">
              <w:rPr>
                <w:lang w:val="ru-RU"/>
              </w:rPr>
              <w:t>9</w:t>
            </w:r>
            <w:r>
              <w:t>MTY</w:t>
            </w:r>
            <w:r w:rsidRPr="00332DB8">
              <w:rPr>
                <w:lang w:val="ru-RU"/>
              </w:rPr>
              <w:t>2</w:t>
            </w:r>
            <w:r>
              <w:t>NTgwNzAz</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videosl</w:t>
            </w:r>
            <w:r w:rsidRPr="00332DB8">
              <w:rPr>
                <w:lang w:val="ru-RU"/>
              </w:rPr>
              <w:t xml:space="preserve"> 14747674?</w:t>
            </w:r>
            <w:r>
              <w:t>q</w:t>
            </w:r>
            <w:r w:rsidRPr="00332DB8">
              <w:rPr>
                <w:lang w:val="ru-RU"/>
              </w:rPr>
              <w:t>=</w:t>
            </w:r>
            <w:r>
              <w:t>pyccKHH</w:t>
            </w:r>
            <w:r w:rsidRPr="00332DB8">
              <w:rPr>
                <w:lang w:val="ru-RU"/>
              </w:rPr>
              <w:t>&amp;</w:t>
            </w:r>
            <w:r>
              <w:t>section</w:t>
            </w:r>
            <w:r w:rsidRPr="00332DB8">
              <w:rPr>
                <w:lang w:val="ru-RU"/>
              </w:rPr>
              <w:t>=</w:t>
            </w:r>
            <w:r>
              <w:t>search</w:t>
            </w:r>
            <w:r w:rsidRPr="00332DB8">
              <w:rPr>
                <w:lang w:val="ru-RU"/>
              </w:rPr>
              <w:t>&amp;</w:t>
            </w:r>
            <w:r>
              <w:t>z</w:t>
            </w:r>
            <w:r w:rsidRPr="00332DB8">
              <w:rPr>
                <w:lang w:val="ru-RU"/>
              </w:rPr>
              <w:t>=</w:t>
            </w:r>
            <w:r>
              <w:t>video</w:t>
            </w:r>
            <w:r w:rsidRPr="00332DB8">
              <w:rPr>
                <w:lang w:val="ru-RU"/>
              </w:rPr>
              <w:t xml:space="preserve">1 14747674_ 169177344, </w:t>
            </w:r>
            <w:r>
              <w:t>http</w:t>
            </w:r>
            <w:r w:rsidRPr="00332DB8">
              <w:rPr>
                <w:lang w:val="ru-RU"/>
              </w:rPr>
              <w:t>://</w:t>
            </w:r>
            <w:r>
              <w:t>vk</w:t>
            </w:r>
            <w:r w:rsidRPr="00332DB8">
              <w:rPr>
                <w:lang w:val="ru-RU"/>
              </w:rPr>
              <w:t>.</w:t>
            </w:r>
            <w:r>
              <w:t>com</w:t>
            </w:r>
            <w:r w:rsidRPr="00332DB8">
              <w:rPr>
                <w:lang w:val="ru-RU"/>
              </w:rPr>
              <w:t>/</w:t>
            </w:r>
            <w:r>
              <w:t>videos</w:t>
            </w:r>
            <w:r w:rsidRPr="00332DB8">
              <w:rPr>
                <w:lang w:val="ru-RU"/>
              </w:rPr>
              <w:t>3827705?</w:t>
            </w:r>
            <w:r>
              <w:t>q</w:t>
            </w:r>
            <w:r w:rsidRPr="00332DB8">
              <w:rPr>
                <w:lang w:val="ru-RU"/>
              </w:rPr>
              <w:t>=</w:t>
            </w:r>
            <w:r>
              <w:t>p</w:t>
            </w:r>
            <w:r w:rsidRPr="00332DB8">
              <w:rPr>
                <w:lang w:val="ru-RU"/>
              </w:rPr>
              <w:t>у</w:t>
            </w:r>
            <w:r>
              <w:t>cc</w:t>
            </w:r>
            <w:r w:rsidRPr="00332DB8">
              <w:rPr>
                <w:lang w:val="ru-RU"/>
              </w:rPr>
              <w:t>&amp;</w:t>
            </w:r>
            <w:r>
              <w:t>section</w:t>
            </w:r>
            <w:r w:rsidRPr="00332DB8">
              <w:rPr>
                <w:lang w:val="ru-RU"/>
              </w:rPr>
              <w:t>=</w:t>
            </w:r>
            <w:r>
              <w:t>search</w:t>
            </w:r>
            <w:r w:rsidRPr="00332DB8">
              <w:rPr>
                <w:lang w:val="ru-RU"/>
              </w:rPr>
              <w:t>&amp;</w:t>
            </w:r>
            <w:r>
              <w:t>z</w:t>
            </w:r>
            <w:r w:rsidRPr="00332DB8">
              <w:rPr>
                <w:lang w:val="ru-RU"/>
              </w:rPr>
              <w:t>=</w:t>
            </w:r>
            <w:r>
              <w:t>video</w:t>
            </w:r>
            <w:r w:rsidRPr="00332DB8">
              <w:rPr>
                <w:lang w:val="ru-RU"/>
              </w:rPr>
              <w:t xml:space="preserve">3827705_15 6901029 (странице пользователя, позиционирующего себя как «Андрей Цыпа Кошелев», размещенной по электронному адресу: </w:t>
            </w:r>
            <w:r>
              <w:t>http</w:t>
            </w:r>
            <w:r w:rsidRPr="00332DB8">
              <w:rPr>
                <w:lang w:val="ru-RU"/>
              </w:rPr>
              <w:t>://</w:t>
            </w:r>
            <w:r>
              <w:t>vk</w:t>
            </w:r>
            <w:r w:rsidRPr="00332DB8">
              <w:rPr>
                <w:lang w:val="ru-RU"/>
              </w:rPr>
              <w:t>.</w:t>
            </w:r>
            <w:r>
              <w:t>com</w:t>
            </w:r>
            <w:r w:rsidRPr="00332DB8">
              <w:rPr>
                <w:lang w:val="ru-RU"/>
              </w:rPr>
              <w:t>/</w:t>
            </w:r>
            <w:r>
              <w:t>clpa</w:t>
            </w:r>
            <w:r w:rsidRPr="00332DB8">
              <w:rPr>
                <w:lang w:val="ru-RU"/>
              </w:rPr>
              <w:t xml:space="preserve">90, в разделе «Видеозаписи» по электронному адресу: </w:t>
            </w:r>
            <w:r>
              <w:t>http</w:t>
            </w:r>
            <w:r w:rsidRPr="00332DB8">
              <w:rPr>
                <w:lang w:val="ru-RU"/>
              </w:rPr>
              <w:t>://</w:t>
            </w:r>
            <w:r>
              <w:t>vk</w:t>
            </w:r>
            <w:r w:rsidRPr="00332DB8">
              <w:rPr>
                <w:lang w:val="ru-RU"/>
              </w:rPr>
              <w:t>.</w:t>
            </w:r>
            <w:r>
              <w:t>com</w:t>
            </w:r>
            <w:r w:rsidRPr="00332DB8">
              <w:rPr>
                <w:lang w:val="ru-RU"/>
              </w:rPr>
              <w:t>/</w:t>
            </w:r>
            <w:r>
              <w:t>videos</w:t>
            </w:r>
            <w:r w:rsidRPr="00332DB8">
              <w:rPr>
                <w:lang w:val="ru-RU"/>
              </w:rPr>
              <w:t xml:space="preserve">3827705? </w:t>
            </w:r>
            <w:r>
              <w:t>section</w:t>
            </w:r>
            <w:r w:rsidRPr="00332DB8">
              <w:rPr>
                <w:lang w:val="ru-RU"/>
              </w:rPr>
              <w:t>=</w:t>
            </w:r>
            <w:r>
              <w:t>all</w:t>
            </w:r>
            <w:r w:rsidRPr="00332DB8">
              <w:rPr>
                <w:lang w:val="ru-RU"/>
              </w:rPr>
              <w:t>) (решение Октябрьского районного суда города Санкт-Петербурга от 02.08.2016);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3987.</w:t>
            </w:r>
          </w:p>
        </w:tc>
        <w:tc>
          <w:tcPr>
            <w:tcW w:w="2880" w:type="dxa"/>
          </w:tcPr>
          <w:p w:rsidR="006F7457" w:rsidRPr="00332DB8" w:rsidRDefault="00332DB8">
            <w:pPr>
              <w:rPr>
                <w:lang w:val="ru-RU"/>
              </w:rPr>
            </w:pPr>
            <w:r w:rsidRPr="00332DB8">
              <w:rPr>
                <w:lang w:val="ru-RU"/>
              </w:rPr>
              <w:t xml:space="preserve">Материалы, размещенные в социальной сети «ВКонтакте» на Интернет-странице,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239876589, а именно: видеофайл Скинхеды. Скин-герлы :).</w:t>
            </w:r>
            <w:r>
              <w:t>m</w:t>
            </w:r>
            <w:r w:rsidRPr="00332DB8">
              <w:rPr>
                <w:lang w:val="ru-RU"/>
              </w:rPr>
              <w:t xml:space="preserve">р4 (электронный адрес: </w:t>
            </w:r>
            <w:r>
              <w:t>https</w:t>
            </w:r>
            <w:r w:rsidRPr="00332DB8">
              <w:rPr>
                <w:lang w:val="ru-RU"/>
              </w:rPr>
              <w:t>://</w:t>
            </w:r>
            <w:r>
              <w:t>vk</w:t>
            </w:r>
            <w:r w:rsidRPr="00332DB8">
              <w:rPr>
                <w:lang w:val="ru-RU"/>
              </w:rPr>
              <w:t>.</w:t>
            </w:r>
            <w:r>
              <w:t>com</w:t>
            </w:r>
            <w:r w:rsidRPr="00332DB8">
              <w:rPr>
                <w:lang w:val="ru-RU"/>
              </w:rPr>
              <w:t>/</w:t>
            </w:r>
            <w:r>
              <w:t>videos</w:t>
            </w:r>
            <w:r w:rsidRPr="00332DB8">
              <w:rPr>
                <w:lang w:val="ru-RU"/>
              </w:rPr>
              <w:t>239876589?</w:t>
            </w:r>
            <w:r>
              <w:t>q</w:t>
            </w:r>
            <w:r w:rsidRPr="00332DB8">
              <w:rPr>
                <w:lang w:val="ru-RU"/>
              </w:rPr>
              <w:t>=%</w:t>
            </w:r>
            <w:r>
              <w:t>D</w:t>
            </w:r>
            <w:r w:rsidRPr="00332DB8">
              <w:rPr>
                <w:lang w:val="ru-RU"/>
              </w:rPr>
              <w:t>1% 81%</w:t>
            </w:r>
            <w:r>
              <w:t>D</w:t>
            </w:r>
            <w:r w:rsidRPr="00332DB8">
              <w:rPr>
                <w:lang w:val="ru-RU"/>
              </w:rPr>
              <w:t>0%</w:t>
            </w:r>
            <w:r>
              <w:t>BA</w:t>
            </w:r>
            <w:r w:rsidRPr="00332DB8">
              <w:rPr>
                <w:lang w:val="ru-RU"/>
              </w:rPr>
              <w:t>%</w:t>
            </w:r>
            <w:r>
              <w:t>D</w:t>
            </w:r>
            <w:r w:rsidRPr="00332DB8">
              <w:rPr>
                <w:lang w:val="ru-RU"/>
              </w:rPr>
              <w:t>0%</w:t>
            </w:r>
            <w:r>
              <w:t>B</w:t>
            </w:r>
            <w:r w:rsidRPr="00332DB8">
              <w:rPr>
                <w:lang w:val="ru-RU"/>
              </w:rPr>
              <w:t>8%</w:t>
            </w:r>
            <w:r>
              <w:t>D</w:t>
            </w:r>
            <w:r w:rsidRPr="00332DB8">
              <w:rPr>
                <w:lang w:val="ru-RU"/>
              </w:rPr>
              <w:t>0%</w:t>
            </w:r>
            <w:r>
              <w:t>BD</w:t>
            </w:r>
            <w:r w:rsidRPr="00332DB8">
              <w:rPr>
                <w:lang w:val="ru-RU"/>
              </w:rPr>
              <w:t>%</w:t>
            </w:r>
            <w:r>
              <w:t>D</w:t>
            </w:r>
            <w:r w:rsidRPr="00332DB8">
              <w:rPr>
                <w:lang w:val="ru-RU"/>
              </w:rPr>
              <w:t>1%85%</w:t>
            </w:r>
            <w:r>
              <w:t>D</w:t>
            </w:r>
            <w:r w:rsidRPr="00332DB8">
              <w:rPr>
                <w:lang w:val="ru-RU"/>
              </w:rPr>
              <w:t>0%</w:t>
            </w:r>
            <w:r>
              <w:t>B</w:t>
            </w:r>
            <w:r w:rsidRPr="00332DB8">
              <w:rPr>
                <w:lang w:val="ru-RU"/>
              </w:rPr>
              <w:t>5%</w:t>
            </w:r>
            <w:r>
              <w:t>D</w:t>
            </w:r>
            <w:r w:rsidRPr="00332DB8">
              <w:rPr>
                <w:lang w:val="ru-RU"/>
              </w:rPr>
              <w:t>0%</w:t>
            </w:r>
            <w:r>
              <w:t>B</w:t>
            </w:r>
            <w:r w:rsidRPr="00332DB8">
              <w:rPr>
                <w:lang w:val="ru-RU"/>
              </w:rPr>
              <w:t>4&amp;</w:t>
            </w:r>
            <w:r>
              <w:t>section</w:t>
            </w:r>
            <w:r w:rsidRPr="00332DB8">
              <w:rPr>
                <w:lang w:val="ru-RU"/>
              </w:rPr>
              <w:t>=</w:t>
            </w:r>
            <w:r>
              <w:t>search</w:t>
            </w:r>
            <w:r w:rsidRPr="00332DB8">
              <w:rPr>
                <w:lang w:val="ru-RU"/>
              </w:rPr>
              <w:t>&amp;</w:t>
            </w:r>
            <w:r>
              <w:t>z</w:t>
            </w:r>
            <w:r w:rsidRPr="00332DB8">
              <w:rPr>
                <w:lang w:val="ru-RU"/>
              </w:rPr>
              <w:t xml:space="preserve">= </w:t>
            </w:r>
            <w:r>
              <w:t>video</w:t>
            </w:r>
            <w:r w:rsidRPr="00332DB8">
              <w:rPr>
                <w:lang w:val="ru-RU"/>
              </w:rPr>
              <w:t>239876589_167710978) (решение Советского районного суда г. Брянска от 25.05.2016);</w:t>
            </w:r>
          </w:p>
        </w:tc>
        <w:tc>
          <w:tcPr>
            <w:tcW w:w="2880" w:type="dxa"/>
          </w:tcPr>
          <w:p w:rsidR="006F7457" w:rsidRPr="00332DB8" w:rsidRDefault="006F7457">
            <w:pPr>
              <w:rPr>
                <w:lang w:val="ru-RU"/>
              </w:rPr>
            </w:pPr>
          </w:p>
        </w:tc>
      </w:tr>
      <w:tr w:rsidR="006F7457" w:rsidRPr="005A424D">
        <w:tc>
          <w:tcPr>
            <w:tcW w:w="2880" w:type="dxa"/>
          </w:tcPr>
          <w:p w:rsidR="006F7457" w:rsidRDefault="00332DB8">
            <w:r>
              <w:t>3988.</w:t>
            </w:r>
          </w:p>
        </w:tc>
        <w:tc>
          <w:tcPr>
            <w:tcW w:w="2880" w:type="dxa"/>
          </w:tcPr>
          <w:p w:rsidR="006F7457" w:rsidRPr="00332DB8" w:rsidRDefault="00332DB8">
            <w:pPr>
              <w:rPr>
                <w:lang w:val="ru-RU"/>
              </w:rPr>
            </w:pPr>
            <w:r w:rsidRPr="00332DB8">
              <w:rPr>
                <w:lang w:val="ru-RU"/>
              </w:rPr>
              <w:t xml:space="preserve">Материалы, размещенные в социальной сети «ВКонтакте» на Интернет-странице,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239876589, а именно: графическое изображение с надписью «тебя овцы заждались» (электронный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239876589?</w:t>
            </w:r>
            <w:r>
              <w:t>z</w:t>
            </w:r>
            <w:r w:rsidRPr="00332DB8">
              <w:rPr>
                <w:lang w:val="ru-RU"/>
              </w:rPr>
              <w:t>=</w:t>
            </w:r>
            <w:r>
              <w:t>photo</w:t>
            </w:r>
            <w:r w:rsidRPr="00332DB8">
              <w:rPr>
                <w:lang w:val="ru-RU"/>
              </w:rPr>
              <w:t>-40564798_397797121%2</w:t>
            </w:r>
            <w:r>
              <w:t>Fwall</w:t>
            </w:r>
            <w:r w:rsidRPr="00332DB8">
              <w:rPr>
                <w:lang w:val="ru-RU"/>
              </w:rPr>
              <w:t>239876589_ 489) (решение Советского районного суда г. Брянска от 25.05.2016);</w:t>
            </w:r>
          </w:p>
        </w:tc>
        <w:tc>
          <w:tcPr>
            <w:tcW w:w="2880" w:type="dxa"/>
          </w:tcPr>
          <w:p w:rsidR="006F7457" w:rsidRPr="00332DB8" w:rsidRDefault="006F7457">
            <w:pPr>
              <w:rPr>
                <w:lang w:val="ru-RU"/>
              </w:rPr>
            </w:pPr>
          </w:p>
        </w:tc>
      </w:tr>
      <w:tr w:rsidR="006F7457" w:rsidRPr="005A424D">
        <w:tc>
          <w:tcPr>
            <w:tcW w:w="2880" w:type="dxa"/>
          </w:tcPr>
          <w:p w:rsidR="006F7457" w:rsidRDefault="00332DB8">
            <w:r>
              <w:t>3989.</w:t>
            </w:r>
          </w:p>
        </w:tc>
        <w:tc>
          <w:tcPr>
            <w:tcW w:w="2880" w:type="dxa"/>
          </w:tcPr>
          <w:p w:rsidR="006F7457" w:rsidRPr="00332DB8" w:rsidRDefault="00332DB8">
            <w:pPr>
              <w:rPr>
                <w:lang w:val="ru-RU"/>
              </w:rPr>
            </w:pPr>
            <w:r w:rsidRPr="00332DB8">
              <w:rPr>
                <w:lang w:val="ru-RU"/>
              </w:rPr>
              <w:t xml:space="preserve">Материалы, размещенные в социальной сети «ВКонтакте» на Интернет-странице,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239876589, а именно: графическое изображение с надписью «каждой чурке место в печурке» (электронный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239876589?</w:t>
            </w:r>
            <w:r>
              <w:t>z</w:t>
            </w:r>
            <w:r w:rsidRPr="00332DB8">
              <w:rPr>
                <w:lang w:val="ru-RU"/>
              </w:rPr>
              <w:t>=</w:t>
            </w:r>
            <w:r>
              <w:t>photo</w:t>
            </w:r>
            <w:r w:rsidRPr="00332DB8">
              <w:rPr>
                <w:lang w:val="ru-RU"/>
              </w:rPr>
              <w:t>-40564798_398111719% 2</w:t>
            </w:r>
            <w:r>
              <w:t>Fwall</w:t>
            </w:r>
            <w:r w:rsidRPr="00332DB8">
              <w:rPr>
                <w:lang w:val="ru-RU"/>
              </w:rPr>
              <w:t xml:space="preserve"> 239876589_ 506) (решение Советского районного суда г. Брянска от 25.05.2016);</w:t>
            </w:r>
          </w:p>
        </w:tc>
        <w:tc>
          <w:tcPr>
            <w:tcW w:w="2880" w:type="dxa"/>
          </w:tcPr>
          <w:p w:rsidR="006F7457" w:rsidRPr="00332DB8" w:rsidRDefault="006F7457">
            <w:pPr>
              <w:rPr>
                <w:lang w:val="ru-RU"/>
              </w:rPr>
            </w:pPr>
          </w:p>
        </w:tc>
      </w:tr>
      <w:tr w:rsidR="006F7457" w:rsidRPr="005A424D">
        <w:tc>
          <w:tcPr>
            <w:tcW w:w="2880" w:type="dxa"/>
          </w:tcPr>
          <w:p w:rsidR="006F7457" w:rsidRDefault="00332DB8">
            <w:r>
              <w:t>3990.</w:t>
            </w:r>
          </w:p>
        </w:tc>
        <w:tc>
          <w:tcPr>
            <w:tcW w:w="2880" w:type="dxa"/>
          </w:tcPr>
          <w:p w:rsidR="006F7457" w:rsidRPr="00332DB8" w:rsidRDefault="00332DB8">
            <w:pPr>
              <w:rPr>
                <w:lang w:val="ru-RU"/>
              </w:rPr>
            </w:pPr>
            <w:r w:rsidRPr="00332DB8">
              <w:rPr>
                <w:lang w:val="ru-RU"/>
              </w:rPr>
              <w:t>Материалы (аудио-файл «Алёша Лакост – Зига Зага»), размещенные в сети «Интернет» на сайте «</w:t>
            </w:r>
            <w:r>
              <w:t>vkontakte</w:t>
            </w:r>
            <w:r w:rsidRPr="00332DB8">
              <w:rPr>
                <w:lang w:val="ru-RU"/>
              </w:rPr>
              <w:t>.</w:t>
            </w:r>
            <w:r>
              <w:t>ru</w:t>
            </w:r>
            <w:r w:rsidRPr="00332DB8">
              <w:rPr>
                <w:lang w:val="ru-RU"/>
              </w:rPr>
              <w:t xml:space="preserve">» по именем «Александр Ковалев» по сетевому адресу </w:t>
            </w:r>
            <w:r>
              <w:t>http</w:t>
            </w:r>
            <w:r w:rsidRPr="00332DB8">
              <w:rPr>
                <w:lang w:val="ru-RU"/>
              </w:rPr>
              <w:t>://</w:t>
            </w:r>
            <w:r>
              <w:t>vk</w:t>
            </w:r>
            <w:r w:rsidRPr="00332DB8">
              <w:rPr>
                <w:lang w:val="ru-RU"/>
              </w:rPr>
              <w:t>.</w:t>
            </w:r>
            <w:r>
              <w:t>com</w:t>
            </w:r>
            <w:r w:rsidRPr="00332DB8">
              <w:rPr>
                <w:lang w:val="ru-RU"/>
              </w:rPr>
              <w:t>/</w:t>
            </w:r>
            <w:r>
              <w:t>pa</w:t>
            </w:r>
            <w:r w:rsidRPr="00332DB8">
              <w:rPr>
                <w:lang w:val="ru-RU"/>
              </w:rPr>
              <w:t>_</w:t>
            </w:r>
            <w:r>
              <w:t>rus</w:t>
            </w:r>
            <w:r w:rsidRPr="00332DB8">
              <w:rPr>
                <w:lang w:val="ru-RU"/>
              </w:rPr>
              <w:t>96 (решение Находкинского городского суда Приморского края от 18.01.2016);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3991.</w:t>
            </w:r>
          </w:p>
        </w:tc>
        <w:tc>
          <w:tcPr>
            <w:tcW w:w="2880" w:type="dxa"/>
          </w:tcPr>
          <w:p w:rsidR="006F7457" w:rsidRPr="00332DB8" w:rsidRDefault="00332DB8">
            <w:pPr>
              <w:rPr>
                <w:lang w:val="ru-RU"/>
              </w:rPr>
            </w:pPr>
            <w:r w:rsidRPr="00332DB8">
              <w:rPr>
                <w:lang w:val="ru-RU"/>
              </w:rPr>
              <w:t xml:space="preserve">Страница сайта в сети Интернет- </w:t>
            </w:r>
            <w:r>
              <w:t>http</w:t>
            </w:r>
            <w:r w:rsidRPr="00332DB8">
              <w:rPr>
                <w:lang w:val="ru-RU"/>
              </w:rPr>
              <w:t>://</w:t>
            </w:r>
            <w:r>
              <w:t>rko</w:t>
            </w:r>
            <w:r w:rsidRPr="00332DB8">
              <w:rPr>
                <w:lang w:val="ru-RU"/>
              </w:rPr>
              <w:t>.</w:t>
            </w:r>
            <w:r>
              <w:t>marsho</w:t>
            </w:r>
            <w:r w:rsidRPr="00332DB8">
              <w:rPr>
                <w:lang w:val="ru-RU"/>
              </w:rPr>
              <w:t>.</w:t>
            </w:r>
            <w:r>
              <w:t>net</w:t>
            </w:r>
            <w:r w:rsidRPr="00332DB8">
              <w:rPr>
                <w:lang w:val="ru-RU"/>
              </w:rPr>
              <w:t>/5</w:t>
            </w:r>
            <w:r>
              <w:t>fr</w:t>
            </w:r>
            <w:r w:rsidRPr="00332DB8">
              <w:rPr>
                <w:lang w:val="ru-RU"/>
              </w:rPr>
              <w:t>.</w:t>
            </w:r>
            <w:r>
              <w:t>htm</w:t>
            </w:r>
            <w:r w:rsidRPr="00332DB8">
              <w:rPr>
                <w:lang w:val="ru-RU"/>
              </w:rPr>
              <w:t xml:space="preserve"> (решение Моршанского районного суда Тамбовской области от 19.04.2016).</w:t>
            </w:r>
          </w:p>
        </w:tc>
        <w:tc>
          <w:tcPr>
            <w:tcW w:w="2880" w:type="dxa"/>
          </w:tcPr>
          <w:p w:rsidR="006F7457" w:rsidRPr="00332DB8" w:rsidRDefault="006F7457">
            <w:pPr>
              <w:rPr>
                <w:lang w:val="ru-RU"/>
              </w:rPr>
            </w:pPr>
          </w:p>
        </w:tc>
      </w:tr>
      <w:tr w:rsidR="006F7457" w:rsidRPr="005A424D">
        <w:tc>
          <w:tcPr>
            <w:tcW w:w="2880" w:type="dxa"/>
          </w:tcPr>
          <w:p w:rsidR="006F7457" w:rsidRDefault="00332DB8">
            <w:r>
              <w:t>3992.</w:t>
            </w:r>
          </w:p>
        </w:tc>
        <w:tc>
          <w:tcPr>
            <w:tcW w:w="2880" w:type="dxa"/>
          </w:tcPr>
          <w:p w:rsidR="006F7457" w:rsidRPr="00332DB8" w:rsidRDefault="00332DB8">
            <w:pPr>
              <w:rPr>
                <w:lang w:val="ru-RU"/>
              </w:rPr>
            </w:pPr>
            <w:r w:rsidRPr="00332DB8">
              <w:rPr>
                <w:lang w:val="ru-RU"/>
              </w:rPr>
              <w:t>Видеоролик пропагандистского характера под названием «Достойно себя вел! Земля пухом», размещенный в компьютерной сети «Интернет» на странице «</w:t>
            </w:r>
            <w:r>
              <w:t>Pit</w:t>
            </w:r>
            <w:r w:rsidRPr="00332DB8">
              <w:rPr>
                <w:lang w:val="ru-RU"/>
              </w:rPr>
              <w:t xml:space="preserve"> ВАЗ (КЛАССИКА) </w:t>
            </w:r>
            <w:r>
              <w:t>Bull</w:t>
            </w:r>
            <w:r w:rsidRPr="00332DB8">
              <w:rPr>
                <w:lang w:val="ru-RU"/>
              </w:rPr>
              <w:t>» (</w:t>
            </w:r>
            <w:r>
              <w:t>idl</w:t>
            </w:r>
            <w:r w:rsidRPr="00332DB8">
              <w:rPr>
                <w:lang w:val="ru-RU"/>
              </w:rPr>
              <w:t>3790765) на сайте «</w:t>
            </w:r>
            <w:r>
              <w:t>WWW</w:t>
            </w:r>
            <w:r w:rsidRPr="00332DB8">
              <w:rPr>
                <w:lang w:val="ru-RU"/>
              </w:rPr>
              <w:t>.</w:t>
            </w:r>
            <w:r>
              <w:t>VKONTAKTE</w:t>
            </w:r>
            <w:r w:rsidRPr="00332DB8">
              <w:rPr>
                <w:lang w:val="ru-RU"/>
              </w:rPr>
              <w:t>» (решение Когалымского городского суда Ханты-Мансийского автономного округа – Югры от 21.11.2011);</w:t>
            </w:r>
          </w:p>
        </w:tc>
        <w:tc>
          <w:tcPr>
            <w:tcW w:w="2880" w:type="dxa"/>
          </w:tcPr>
          <w:p w:rsidR="006F7457" w:rsidRPr="00332DB8" w:rsidRDefault="006F7457">
            <w:pPr>
              <w:rPr>
                <w:lang w:val="ru-RU"/>
              </w:rPr>
            </w:pPr>
          </w:p>
        </w:tc>
      </w:tr>
      <w:tr w:rsidR="006F7457" w:rsidRPr="005A424D">
        <w:tc>
          <w:tcPr>
            <w:tcW w:w="2880" w:type="dxa"/>
          </w:tcPr>
          <w:p w:rsidR="006F7457" w:rsidRDefault="00332DB8">
            <w:r>
              <w:t>3993.</w:t>
            </w:r>
          </w:p>
        </w:tc>
        <w:tc>
          <w:tcPr>
            <w:tcW w:w="2880" w:type="dxa"/>
          </w:tcPr>
          <w:p w:rsidR="006F7457" w:rsidRPr="00332DB8" w:rsidRDefault="00332DB8">
            <w:pPr>
              <w:rPr>
                <w:lang w:val="ru-RU"/>
              </w:rPr>
            </w:pPr>
            <w:r w:rsidRPr="00332DB8">
              <w:rPr>
                <w:lang w:val="ru-RU"/>
              </w:rPr>
              <w:t>Видеоролик пропагандистского характера под названием «Кавказские акции», размещенный в компьютерной сети «Интернет» на странице «</w:t>
            </w:r>
            <w:r>
              <w:t>Pit</w:t>
            </w:r>
            <w:r w:rsidRPr="00332DB8">
              <w:rPr>
                <w:lang w:val="ru-RU"/>
              </w:rPr>
              <w:t xml:space="preserve"> ВАЗ (КЛАССИКА) </w:t>
            </w:r>
            <w:r>
              <w:t>Bull</w:t>
            </w:r>
            <w:r w:rsidRPr="00332DB8">
              <w:rPr>
                <w:lang w:val="ru-RU"/>
              </w:rPr>
              <w:t>» (</w:t>
            </w:r>
            <w:r>
              <w:t>idl</w:t>
            </w:r>
            <w:r w:rsidRPr="00332DB8">
              <w:rPr>
                <w:lang w:val="ru-RU"/>
              </w:rPr>
              <w:t>3790765) на сайте «</w:t>
            </w:r>
            <w:r>
              <w:t>WWW</w:t>
            </w:r>
            <w:r w:rsidRPr="00332DB8">
              <w:rPr>
                <w:lang w:val="ru-RU"/>
              </w:rPr>
              <w:t>.</w:t>
            </w:r>
            <w:r>
              <w:t>VKONTAKTE</w:t>
            </w:r>
            <w:r w:rsidRPr="00332DB8">
              <w:rPr>
                <w:lang w:val="ru-RU"/>
              </w:rPr>
              <w:t>» (решение Когалымского городского суда Ханты-Мансийского автономного округа – Югры от 18.11.2011);</w:t>
            </w:r>
          </w:p>
        </w:tc>
        <w:tc>
          <w:tcPr>
            <w:tcW w:w="2880" w:type="dxa"/>
          </w:tcPr>
          <w:p w:rsidR="006F7457" w:rsidRPr="00332DB8" w:rsidRDefault="006F7457">
            <w:pPr>
              <w:rPr>
                <w:lang w:val="ru-RU"/>
              </w:rPr>
            </w:pPr>
          </w:p>
        </w:tc>
      </w:tr>
      <w:tr w:rsidR="006F7457" w:rsidRPr="005A424D">
        <w:tc>
          <w:tcPr>
            <w:tcW w:w="2880" w:type="dxa"/>
          </w:tcPr>
          <w:p w:rsidR="006F7457" w:rsidRDefault="00332DB8">
            <w:r>
              <w:t>3994.</w:t>
            </w:r>
          </w:p>
        </w:tc>
        <w:tc>
          <w:tcPr>
            <w:tcW w:w="2880" w:type="dxa"/>
          </w:tcPr>
          <w:p w:rsidR="006F7457" w:rsidRPr="00332DB8" w:rsidRDefault="00332DB8">
            <w:pPr>
              <w:rPr>
                <w:lang w:val="ru-RU"/>
              </w:rPr>
            </w:pPr>
            <w:r w:rsidRPr="00332DB8">
              <w:rPr>
                <w:lang w:val="ru-RU"/>
              </w:rPr>
              <w:t xml:space="preserve">Видеофайл «Церковь под взглядом истины Часть 1», изъятый в сети «Интернет» на странице пользователя Шута А.В., по адресу: </w:t>
            </w:r>
            <w:r>
              <w:t>vk</w:t>
            </w:r>
            <w:r w:rsidRPr="00332DB8">
              <w:rPr>
                <w:lang w:val="ru-RU"/>
              </w:rPr>
              <w:t xml:space="preserve"> </w:t>
            </w:r>
            <w:r>
              <w:t>com</w:t>
            </w:r>
            <w:r w:rsidRPr="00332DB8">
              <w:rPr>
                <w:lang w:val="ru-RU"/>
              </w:rPr>
              <w:t>/</w:t>
            </w:r>
            <w:r>
              <w:t>idl</w:t>
            </w:r>
            <w:r w:rsidRPr="00332DB8">
              <w:rPr>
                <w:lang w:val="ru-RU"/>
              </w:rPr>
              <w:t>62082354 (решение Промышленного районного суда г. Смоленска от 27.09.2016);</w:t>
            </w:r>
          </w:p>
        </w:tc>
        <w:tc>
          <w:tcPr>
            <w:tcW w:w="2880" w:type="dxa"/>
          </w:tcPr>
          <w:p w:rsidR="006F7457" w:rsidRPr="00332DB8" w:rsidRDefault="006F7457">
            <w:pPr>
              <w:rPr>
                <w:lang w:val="ru-RU"/>
              </w:rPr>
            </w:pPr>
          </w:p>
        </w:tc>
      </w:tr>
      <w:tr w:rsidR="006F7457" w:rsidRPr="005A424D">
        <w:tc>
          <w:tcPr>
            <w:tcW w:w="2880" w:type="dxa"/>
          </w:tcPr>
          <w:p w:rsidR="006F7457" w:rsidRDefault="00332DB8">
            <w:r>
              <w:t>3995.</w:t>
            </w:r>
          </w:p>
        </w:tc>
        <w:tc>
          <w:tcPr>
            <w:tcW w:w="2880" w:type="dxa"/>
          </w:tcPr>
          <w:p w:rsidR="006F7457" w:rsidRPr="00332DB8" w:rsidRDefault="00332DB8">
            <w:pPr>
              <w:rPr>
                <w:lang w:val="ru-RU"/>
              </w:rPr>
            </w:pPr>
            <w:r w:rsidRPr="00332DB8">
              <w:rPr>
                <w:lang w:val="ru-RU"/>
              </w:rPr>
              <w:t xml:space="preserve">Видеофайл «Православие по-Дьявольски», изъятый в сети «Интернет» на странице пользователя Шута А.В., по адресу: </w:t>
            </w:r>
            <w:r>
              <w:t>vk</w:t>
            </w:r>
            <w:r w:rsidRPr="00332DB8">
              <w:rPr>
                <w:lang w:val="ru-RU"/>
              </w:rPr>
              <w:t xml:space="preserve"> </w:t>
            </w:r>
            <w:r>
              <w:t>com</w:t>
            </w:r>
            <w:r w:rsidRPr="00332DB8">
              <w:rPr>
                <w:lang w:val="ru-RU"/>
              </w:rPr>
              <w:t>/</w:t>
            </w:r>
            <w:r>
              <w:t>idl</w:t>
            </w:r>
            <w:r w:rsidRPr="00332DB8">
              <w:rPr>
                <w:lang w:val="ru-RU"/>
              </w:rPr>
              <w:t>62082354 (решение Промышленного районного суда г. Смоленска от 27.09.2016);</w:t>
            </w:r>
          </w:p>
        </w:tc>
        <w:tc>
          <w:tcPr>
            <w:tcW w:w="2880" w:type="dxa"/>
          </w:tcPr>
          <w:p w:rsidR="006F7457" w:rsidRPr="00332DB8" w:rsidRDefault="006F7457">
            <w:pPr>
              <w:rPr>
                <w:lang w:val="ru-RU"/>
              </w:rPr>
            </w:pPr>
          </w:p>
        </w:tc>
      </w:tr>
      <w:tr w:rsidR="006F7457">
        <w:tc>
          <w:tcPr>
            <w:tcW w:w="2880" w:type="dxa"/>
          </w:tcPr>
          <w:p w:rsidR="006F7457" w:rsidRDefault="00332DB8">
            <w:r>
              <w:t>399</w:t>
            </w:r>
            <w:r>
              <w:lastRenderedPageBreak/>
              <w:t>6.</w:t>
            </w:r>
          </w:p>
        </w:tc>
        <w:tc>
          <w:tcPr>
            <w:tcW w:w="2880" w:type="dxa"/>
          </w:tcPr>
          <w:p w:rsidR="006F7457" w:rsidRDefault="00332DB8">
            <w:r w:rsidRPr="00332DB8">
              <w:rPr>
                <w:lang w:val="ru-RU"/>
              </w:rPr>
              <w:lastRenderedPageBreak/>
              <w:t xml:space="preserve">Музыкальная композиция исполнителя «Двойной Федр» под названием «Убей хача!» продолжительностью </w:t>
            </w:r>
            <w:r>
              <w:t>2 минуты 18 секунд (решение Центрального районного суда г. Омска от 18.10.2016);</w:t>
            </w:r>
          </w:p>
        </w:tc>
        <w:tc>
          <w:tcPr>
            <w:tcW w:w="2880" w:type="dxa"/>
          </w:tcPr>
          <w:p w:rsidR="006F7457" w:rsidRDefault="006F7457"/>
        </w:tc>
      </w:tr>
      <w:tr w:rsidR="006F7457" w:rsidRPr="005A424D">
        <w:tc>
          <w:tcPr>
            <w:tcW w:w="2880" w:type="dxa"/>
          </w:tcPr>
          <w:p w:rsidR="006F7457" w:rsidRDefault="00332DB8">
            <w:r>
              <w:lastRenderedPageBreak/>
              <w:t>3997.</w:t>
            </w:r>
          </w:p>
        </w:tc>
        <w:tc>
          <w:tcPr>
            <w:tcW w:w="2880" w:type="dxa"/>
          </w:tcPr>
          <w:p w:rsidR="006F7457" w:rsidRPr="00332DB8" w:rsidRDefault="00332DB8">
            <w:pPr>
              <w:rPr>
                <w:lang w:val="ru-RU"/>
              </w:rPr>
            </w:pPr>
            <w:r w:rsidRPr="00332DB8">
              <w:rPr>
                <w:lang w:val="ru-RU"/>
              </w:rPr>
              <w:t>Журналы «Аль-Ваъй» № 318-319-320 за май, июнь, июль 2013 года на 220 страницах (решение Калининского районного суда г. Челябинска от 04.08.2016);</w:t>
            </w:r>
          </w:p>
        </w:tc>
        <w:tc>
          <w:tcPr>
            <w:tcW w:w="2880" w:type="dxa"/>
          </w:tcPr>
          <w:p w:rsidR="006F7457" w:rsidRPr="00332DB8" w:rsidRDefault="006F7457">
            <w:pPr>
              <w:rPr>
                <w:lang w:val="ru-RU"/>
              </w:rPr>
            </w:pPr>
          </w:p>
        </w:tc>
      </w:tr>
      <w:tr w:rsidR="006F7457" w:rsidRPr="005A424D">
        <w:tc>
          <w:tcPr>
            <w:tcW w:w="2880" w:type="dxa"/>
          </w:tcPr>
          <w:p w:rsidR="006F7457" w:rsidRDefault="00332DB8">
            <w:r>
              <w:t>3998.</w:t>
            </w:r>
          </w:p>
        </w:tc>
        <w:tc>
          <w:tcPr>
            <w:tcW w:w="2880" w:type="dxa"/>
          </w:tcPr>
          <w:p w:rsidR="006F7457" w:rsidRPr="00332DB8" w:rsidRDefault="00332DB8">
            <w:pPr>
              <w:rPr>
                <w:lang w:val="ru-RU"/>
              </w:rPr>
            </w:pPr>
            <w:r w:rsidRPr="00332DB8">
              <w:rPr>
                <w:lang w:val="ru-RU"/>
              </w:rPr>
              <w:t>Журнал «Аль-Ваъй» № 326 за январь 2014 года на 80 страницах (решение Калининского районного суда г. Челябинска от 04.08.2016);</w:t>
            </w:r>
          </w:p>
        </w:tc>
        <w:tc>
          <w:tcPr>
            <w:tcW w:w="2880" w:type="dxa"/>
          </w:tcPr>
          <w:p w:rsidR="006F7457" w:rsidRPr="00332DB8" w:rsidRDefault="006F7457">
            <w:pPr>
              <w:rPr>
                <w:lang w:val="ru-RU"/>
              </w:rPr>
            </w:pPr>
          </w:p>
        </w:tc>
      </w:tr>
      <w:tr w:rsidR="006F7457" w:rsidRPr="005A424D">
        <w:tc>
          <w:tcPr>
            <w:tcW w:w="2880" w:type="dxa"/>
          </w:tcPr>
          <w:p w:rsidR="006F7457" w:rsidRDefault="00332DB8">
            <w:r>
              <w:t>3999.</w:t>
            </w:r>
          </w:p>
        </w:tc>
        <w:tc>
          <w:tcPr>
            <w:tcW w:w="2880" w:type="dxa"/>
          </w:tcPr>
          <w:p w:rsidR="006F7457" w:rsidRPr="00332DB8" w:rsidRDefault="00332DB8">
            <w:pPr>
              <w:rPr>
                <w:lang w:val="ru-RU"/>
              </w:rPr>
            </w:pPr>
            <w:r w:rsidRPr="00332DB8">
              <w:rPr>
                <w:lang w:val="ru-RU"/>
              </w:rPr>
              <w:t>Журнал «Аль-Ваъй» № 327 за февраль 2014 года на 96 страницах (решение Калининского районного суда г. Челябинска от 04.08.2016);</w:t>
            </w:r>
          </w:p>
        </w:tc>
        <w:tc>
          <w:tcPr>
            <w:tcW w:w="2880" w:type="dxa"/>
          </w:tcPr>
          <w:p w:rsidR="006F7457" w:rsidRPr="00332DB8" w:rsidRDefault="006F7457">
            <w:pPr>
              <w:rPr>
                <w:lang w:val="ru-RU"/>
              </w:rPr>
            </w:pPr>
          </w:p>
        </w:tc>
      </w:tr>
      <w:tr w:rsidR="006F7457" w:rsidRPr="005A424D">
        <w:tc>
          <w:tcPr>
            <w:tcW w:w="2880" w:type="dxa"/>
          </w:tcPr>
          <w:p w:rsidR="006F7457" w:rsidRDefault="00332DB8">
            <w:r>
              <w:t>4000.</w:t>
            </w:r>
          </w:p>
        </w:tc>
        <w:tc>
          <w:tcPr>
            <w:tcW w:w="2880" w:type="dxa"/>
          </w:tcPr>
          <w:p w:rsidR="006F7457" w:rsidRPr="00332DB8" w:rsidRDefault="00332DB8">
            <w:pPr>
              <w:rPr>
                <w:lang w:val="ru-RU"/>
              </w:rPr>
            </w:pPr>
            <w:r w:rsidRPr="00332DB8">
              <w:rPr>
                <w:lang w:val="ru-RU"/>
              </w:rPr>
              <w:t xml:space="preserve">Статья Б. Стомахина «Программа национальной революции»,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города Москвы от 08.06.2015);</w:t>
            </w:r>
          </w:p>
        </w:tc>
        <w:tc>
          <w:tcPr>
            <w:tcW w:w="2880" w:type="dxa"/>
          </w:tcPr>
          <w:p w:rsidR="006F7457" w:rsidRPr="00332DB8" w:rsidRDefault="006F7457">
            <w:pPr>
              <w:rPr>
                <w:lang w:val="ru-RU"/>
              </w:rPr>
            </w:pPr>
          </w:p>
        </w:tc>
      </w:tr>
      <w:tr w:rsidR="006F7457" w:rsidRPr="005A424D">
        <w:tc>
          <w:tcPr>
            <w:tcW w:w="2880" w:type="dxa"/>
          </w:tcPr>
          <w:p w:rsidR="006F7457" w:rsidRDefault="00332DB8">
            <w:r>
              <w:t>4001.</w:t>
            </w:r>
          </w:p>
        </w:tc>
        <w:tc>
          <w:tcPr>
            <w:tcW w:w="2880" w:type="dxa"/>
          </w:tcPr>
          <w:p w:rsidR="006F7457" w:rsidRPr="00332DB8" w:rsidRDefault="00332DB8">
            <w:pPr>
              <w:rPr>
                <w:lang w:val="ru-RU"/>
              </w:rPr>
            </w:pPr>
            <w:r w:rsidRPr="00332DB8">
              <w:rPr>
                <w:lang w:val="ru-RU"/>
              </w:rPr>
              <w:t xml:space="preserve">Статья Б. Стомахина «Шанс покончить с империей»,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города Москвы от 08.06.2015);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4002.</w:t>
            </w:r>
          </w:p>
        </w:tc>
        <w:tc>
          <w:tcPr>
            <w:tcW w:w="2880" w:type="dxa"/>
          </w:tcPr>
          <w:p w:rsidR="006F7457" w:rsidRPr="00332DB8" w:rsidRDefault="00332DB8">
            <w:pPr>
              <w:rPr>
                <w:lang w:val="ru-RU"/>
              </w:rPr>
            </w:pPr>
            <w:r w:rsidRPr="00332DB8">
              <w:rPr>
                <w:lang w:val="ru-RU"/>
              </w:rPr>
              <w:t xml:space="preserve">Статья Б. Стомахина «Империя Зла вылезает из гроба»,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города Москвы от 08.06.2015);</w:t>
            </w:r>
          </w:p>
        </w:tc>
        <w:tc>
          <w:tcPr>
            <w:tcW w:w="2880" w:type="dxa"/>
          </w:tcPr>
          <w:p w:rsidR="006F7457" w:rsidRPr="00332DB8" w:rsidRDefault="006F7457">
            <w:pPr>
              <w:rPr>
                <w:lang w:val="ru-RU"/>
              </w:rPr>
            </w:pPr>
          </w:p>
        </w:tc>
      </w:tr>
      <w:tr w:rsidR="006F7457" w:rsidRPr="005A424D">
        <w:tc>
          <w:tcPr>
            <w:tcW w:w="2880" w:type="dxa"/>
          </w:tcPr>
          <w:p w:rsidR="006F7457" w:rsidRDefault="00332DB8">
            <w:r>
              <w:t>4003.</w:t>
            </w:r>
          </w:p>
        </w:tc>
        <w:tc>
          <w:tcPr>
            <w:tcW w:w="2880" w:type="dxa"/>
          </w:tcPr>
          <w:p w:rsidR="006F7457" w:rsidRPr="00332DB8" w:rsidRDefault="00332DB8">
            <w:pPr>
              <w:rPr>
                <w:lang w:val="ru-RU"/>
              </w:rPr>
            </w:pPr>
            <w:r w:rsidRPr="00332DB8">
              <w:rPr>
                <w:lang w:val="ru-RU"/>
              </w:rPr>
              <w:t>Информационные материалы под заголовками «Саид абу Саад: «Наставление тем, кто хочет присоединиться к муджахедам…</w:t>
            </w:r>
            <w:r>
              <w:t>flv</w:t>
            </w:r>
            <w:r w:rsidRPr="00332DB8">
              <w:rPr>
                <w:lang w:val="ru-RU"/>
              </w:rPr>
              <w:t>»; «Обращение толибуль-ильма Халида Абу Усамы Ад-Дагестани, присоединившегося…</w:t>
            </w:r>
            <w:r>
              <w:t>flv</w:t>
            </w:r>
            <w:r w:rsidRPr="00332DB8">
              <w:rPr>
                <w:lang w:val="ru-RU"/>
              </w:rPr>
              <w:t>»; «Амир Докка Абу-Усман и Шейх Саид Бурятский обратились к мусульманам.</w:t>
            </w:r>
            <w:r>
              <w:t>flv</w:t>
            </w:r>
            <w:r w:rsidRPr="00332DB8">
              <w:rPr>
                <w:lang w:val="ru-RU"/>
              </w:rPr>
              <w:t>»; «Саид Бурятский шахид иншаАллах.</w:t>
            </w:r>
            <w:r>
              <w:t>dlv</w:t>
            </w:r>
            <w:r w:rsidRPr="00332DB8">
              <w:rPr>
                <w:lang w:val="ru-RU"/>
              </w:rPr>
              <w:t xml:space="preserve">», размещенные на сайте </w:t>
            </w:r>
            <w:r>
              <w:t>http</w:t>
            </w:r>
            <w:r w:rsidRPr="00332DB8">
              <w:rPr>
                <w:lang w:val="ru-RU"/>
              </w:rPr>
              <w:t>://</w:t>
            </w:r>
            <w:r>
              <w:t>vk</w:t>
            </w:r>
            <w:r w:rsidRPr="00332DB8">
              <w:rPr>
                <w:lang w:val="ru-RU"/>
              </w:rPr>
              <w:t>.</w:t>
            </w:r>
            <w:r>
              <w:t>com</w:t>
            </w:r>
            <w:r w:rsidRPr="00332DB8">
              <w:rPr>
                <w:lang w:val="ru-RU"/>
              </w:rPr>
              <w:t>/ (решение Ленинского районного суда г. Краснодара от 28.11.2013);</w:t>
            </w:r>
          </w:p>
        </w:tc>
        <w:tc>
          <w:tcPr>
            <w:tcW w:w="2880" w:type="dxa"/>
          </w:tcPr>
          <w:p w:rsidR="006F7457" w:rsidRPr="00332DB8" w:rsidRDefault="006F7457">
            <w:pPr>
              <w:rPr>
                <w:lang w:val="ru-RU"/>
              </w:rPr>
            </w:pPr>
          </w:p>
        </w:tc>
      </w:tr>
      <w:tr w:rsidR="006F7457" w:rsidRPr="005A424D">
        <w:tc>
          <w:tcPr>
            <w:tcW w:w="2880" w:type="dxa"/>
          </w:tcPr>
          <w:p w:rsidR="006F7457" w:rsidRDefault="00332DB8">
            <w:r>
              <w:t>4004.</w:t>
            </w:r>
          </w:p>
        </w:tc>
        <w:tc>
          <w:tcPr>
            <w:tcW w:w="2880" w:type="dxa"/>
          </w:tcPr>
          <w:p w:rsidR="006F7457" w:rsidRPr="00332DB8" w:rsidRDefault="00332DB8">
            <w:pPr>
              <w:rPr>
                <w:lang w:val="ru-RU"/>
              </w:rPr>
            </w:pPr>
            <w:r w:rsidRPr="00332DB8">
              <w:rPr>
                <w:lang w:val="ru-RU"/>
              </w:rPr>
              <w:t xml:space="preserve">Статья «Сумчатый крот Путина – Ходорковский в действии», размещенная в сети Интернет по адресу: </w:t>
            </w:r>
            <w:r>
              <w:t>http</w:t>
            </w:r>
            <w:r w:rsidRPr="00332DB8">
              <w:rPr>
                <w:lang w:val="ru-RU"/>
              </w:rPr>
              <w:t>://</w:t>
            </w:r>
            <w:r>
              <w:t>www</w:t>
            </w:r>
            <w:r w:rsidRPr="00332DB8">
              <w:rPr>
                <w:lang w:val="ru-RU"/>
              </w:rPr>
              <w:t>.</w:t>
            </w:r>
            <w:r>
              <w:t>chechenews</w:t>
            </w:r>
            <w:r w:rsidRPr="00332DB8">
              <w:rPr>
                <w:lang w:val="ru-RU"/>
              </w:rPr>
              <w:t>.</w:t>
            </w:r>
            <w:r>
              <w:t>com</w:t>
            </w:r>
            <w:r w:rsidRPr="00332DB8">
              <w:rPr>
                <w:lang w:val="ru-RU"/>
              </w:rPr>
              <w:t>/</w:t>
            </w:r>
            <w:r>
              <w:t>world</w:t>
            </w:r>
            <w:r w:rsidRPr="00332DB8">
              <w:rPr>
                <w:lang w:val="ru-RU"/>
              </w:rPr>
              <w:t>-</w:t>
            </w:r>
            <w:r>
              <w:t>news</w:t>
            </w:r>
            <w:r w:rsidRPr="00332DB8">
              <w:rPr>
                <w:lang w:val="ru-RU"/>
              </w:rPr>
              <w:t>/</w:t>
            </w:r>
            <w:r>
              <w:t>breaking</w:t>
            </w:r>
            <w:r w:rsidRPr="00332DB8">
              <w:rPr>
                <w:lang w:val="ru-RU"/>
              </w:rPr>
              <w:t>/15554-1.</w:t>
            </w:r>
            <w:r>
              <w:t>html</w:t>
            </w:r>
            <w:r w:rsidRPr="00332DB8">
              <w:rPr>
                <w:lang w:val="ru-RU"/>
              </w:rPr>
              <w:t xml:space="preserve">; статья «А разве нет войны?», размещенная в сети Интернет по адресу: </w:t>
            </w:r>
            <w:r>
              <w:t>http</w:t>
            </w:r>
            <w:r w:rsidRPr="00332DB8">
              <w:rPr>
                <w:lang w:val="ru-RU"/>
              </w:rPr>
              <w:t>://</w:t>
            </w:r>
            <w:r>
              <w:t>www</w:t>
            </w:r>
            <w:r w:rsidRPr="00332DB8">
              <w:rPr>
                <w:lang w:val="ru-RU"/>
              </w:rPr>
              <w:t>.</w:t>
            </w:r>
            <w:r>
              <w:t>chechenews</w:t>
            </w:r>
            <w:r w:rsidRPr="00332DB8">
              <w:rPr>
                <w:lang w:val="ru-RU"/>
              </w:rPr>
              <w:t>.</w:t>
            </w:r>
            <w:r>
              <w:t>com</w:t>
            </w:r>
            <w:r w:rsidRPr="00332DB8">
              <w:rPr>
                <w:lang w:val="ru-RU"/>
              </w:rPr>
              <w:t>/</w:t>
            </w:r>
            <w:r>
              <w:t>world</w:t>
            </w:r>
            <w:r w:rsidRPr="00332DB8">
              <w:rPr>
                <w:lang w:val="ru-RU"/>
              </w:rPr>
              <w:t>-</w:t>
            </w:r>
            <w:r>
              <w:t>news</w:t>
            </w:r>
            <w:r w:rsidRPr="00332DB8">
              <w:rPr>
                <w:lang w:val="ru-RU"/>
              </w:rPr>
              <w:t>/</w:t>
            </w:r>
            <w:r>
              <w:t>breaking</w:t>
            </w:r>
            <w:r w:rsidRPr="00332DB8">
              <w:rPr>
                <w:lang w:val="ru-RU"/>
              </w:rPr>
              <w:t>/15578-1.</w:t>
            </w:r>
            <w:r>
              <w:t>html</w:t>
            </w:r>
            <w:r w:rsidRPr="00332DB8">
              <w:rPr>
                <w:lang w:val="ru-RU"/>
              </w:rPr>
              <w:t xml:space="preserve">; статья «Что отобьет у русских охоту от Кавказа», размещенная в сети Интернет по адресу: </w:t>
            </w:r>
            <w:r>
              <w:t>http</w:t>
            </w:r>
            <w:r w:rsidRPr="00332DB8">
              <w:rPr>
                <w:lang w:val="ru-RU"/>
              </w:rPr>
              <w:t>://</w:t>
            </w:r>
            <w:r>
              <w:t>www</w:t>
            </w:r>
            <w:r w:rsidRPr="00332DB8">
              <w:rPr>
                <w:lang w:val="ru-RU"/>
              </w:rPr>
              <w:t>.</w:t>
            </w:r>
            <w:r>
              <w:t>chechenews</w:t>
            </w:r>
            <w:r w:rsidRPr="00332DB8">
              <w:rPr>
                <w:lang w:val="ru-RU"/>
              </w:rPr>
              <w:t>.</w:t>
            </w:r>
            <w:r>
              <w:t>com</w:t>
            </w:r>
            <w:r w:rsidRPr="00332DB8">
              <w:rPr>
                <w:lang w:val="ru-RU"/>
              </w:rPr>
              <w:t>/</w:t>
            </w:r>
            <w:r>
              <w:t>world</w:t>
            </w:r>
            <w:r w:rsidRPr="00332DB8">
              <w:rPr>
                <w:lang w:val="ru-RU"/>
              </w:rPr>
              <w:t>-</w:t>
            </w:r>
            <w:r>
              <w:t>news</w:t>
            </w:r>
            <w:r w:rsidRPr="00332DB8">
              <w:rPr>
                <w:lang w:val="ru-RU"/>
              </w:rPr>
              <w:t>/</w:t>
            </w:r>
            <w:r>
              <w:t>breaking</w:t>
            </w:r>
            <w:r w:rsidRPr="00332DB8">
              <w:rPr>
                <w:lang w:val="ru-RU"/>
              </w:rPr>
              <w:t>/15594-1.</w:t>
            </w:r>
            <w:r>
              <w:t>html</w:t>
            </w:r>
            <w:r w:rsidRPr="00332DB8">
              <w:rPr>
                <w:lang w:val="ru-RU"/>
              </w:rPr>
              <w:t xml:space="preserve"> (решение Тверского районного суда г. Москвы от 27.06.2014);</w:t>
            </w:r>
          </w:p>
        </w:tc>
        <w:tc>
          <w:tcPr>
            <w:tcW w:w="2880" w:type="dxa"/>
          </w:tcPr>
          <w:p w:rsidR="006F7457" w:rsidRPr="00332DB8" w:rsidRDefault="006F7457">
            <w:pPr>
              <w:rPr>
                <w:lang w:val="ru-RU"/>
              </w:rPr>
            </w:pPr>
          </w:p>
        </w:tc>
      </w:tr>
      <w:tr w:rsidR="006F7457" w:rsidRPr="005A424D">
        <w:tc>
          <w:tcPr>
            <w:tcW w:w="2880" w:type="dxa"/>
          </w:tcPr>
          <w:p w:rsidR="006F7457" w:rsidRDefault="00332DB8">
            <w:r>
              <w:t>4005.</w:t>
            </w:r>
          </w:p>
        </w:tc>
        <w:tc>
          <w:tcPr>
            <w:tcW w:w="2880" w:type="dxa"/>
          </w:tcPr>
          <w:p w:rsidR="006F7457" w:rsidRPr="00332DB8" w:rsidRDefault="00332DB8">
            <w:pPr>
              <w:rPr>
                <w:lang w:val="ru-RU"/>
              </w:rPr>
            </w:pPr>
            <w:r w:rsidRPr="00332DB8">
              <w:rPr>
                <w:lang w:val="ru-RU"/>
              </w:rP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2880" w:type="dxa"/>
          </w:tcPr>
          <w:p w:rsidR="006F7457" w:rsidRPr="00332DB8" w:rsidRDefault="006F7457">
            <w:pPr>
              <w:rPr>
                <w:lang w:val="ru-RU"/>
              </w:rPr>
            </w:pPr>
          </w:p>
        </w:tc>
      </w:tr>
      <w:tr w:rsidR="006F7457" w:rsidRPr="005A424D">
        <w:tc>
          <w:tcPr>
            <w:tcW w:w="2880" w:type="dxa"/>
          </w:tcPr>
          <w:p w:rsidR="006F7457" w:rsidRDefault="00332DB8">
            <w:r>
              <w:t>4</w:t>
            </w:r>
            <w:r>
              <w:lastRenderedPageBreak/>
              <w:t>006.</w:t>
            </w:r>
          </w:p>
        </w:tc>
        <w:tc>
          <w:tcPr>
            <w:tcW w:w="2880" w:type="dxa"/>
          </w:tcPr>
          <w:p w:rsidR="006F7457" w:rsidRPr="00332DB8" w:rsidRDefault="00332DB8">
            <w:pPr>
              <w:rPr>
                <w:lang w:val="ru-RU"/>
              </w:rPr>
            </w:pPr>
            <w:r w:rsidRPr="00332DB8">
              <w:rPr>
                <w:lang w:val="ru-RU"/>
              </w:rPr>
              <w:lastRenderedPageBreak/>
              <w:t xml:space="preserve">Статья Стомахина Б. В. «Хирургия и терапия по-французски», размещенная на интернет-сайте </w:t>
            </w:r>
            <w:r>
              <w:lastRenderedPageBreak/>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города Москвы от 02.06.2015);</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4007.</w:t>
            </w:r>
          </w:p>
        </w:tc>
        <w:tc>
          <w:tcPr>
            <w:tcW w:w="2880" w:type="dxa"/>
          </w:tcPr>
          <w:p w:rsidR="006F7457" w:rsidRPr="00332DB8" w:rsidRDefault="00332DB8">
            <w:pPr>
              <w:rPr>
                <w:lang w:val="ru-RU"/>
              </w:rPr>
            </w:pPr>
            <w:r w:rsidRPr="00332DB8">
              <w:rPr>
                <w:lang w:val="ru-RU"/>
              </w:rPr>
              <w:t xml:space="preserve">Статья Б. Стомахина «Раскачка»,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города Москвы от 02.06.2015);</w:t>
            </w:r>
          </w:p>
        </w:tc>
        <w:tc>
          <w:tcPr>
            <w:tcW w:w="2880" w:type="dxa"/>
          </w:tcPr>
          <w:p w:rsidR="006F7457" w:rsidRPr="00332DB8" w:rsidRDefault="006F7457">
            <w:pPr>
              <w:rPr>
                <w:lang w:val="ru-RU"/>
              </w:rPr>
            </w:pPr>
          </w:p>
        </w:tc>
      </w:tr>
      <w:tr w:rsidR="006F7457" w:rsidRPr="005A424D">
        <w:tc>
          <w:tcPr>
            <w:tcW w:w="2880" w:type="dxa"/>
          </w:tcPr>
          <w:p w:rsidR="006F7457" w:rsidRDefault="00332DB8">
            <w:r>
              <w:t>4008.</w:t>
            </w:r>
          </w:p>
        </w:tc>
        <w:tc>
          <w:tcPr>
            <w:tcW w:w="2880" w:type="dxa"/>
          </w:tcPr>
          <w:p w:rsidR="006F7457" w:rsidRPr="00332DB8" w:rsidRDefault="00332DB8">
            <w:pPr>
              <w:rPr>
                <w:lang w:val="ru-RU"/>
              </w:rPr>
            </w:pPr>
            <w:r w:rsidRPr="00332DB8">
              <w:rPr>
                <w:lang w:val="ru-RU"/>
              </w:rPr>
              <w:t xml:space="preserve">Статья Стомахина Б. В. «Снявши голову по волосам не плачут...»,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города Москвы от 02.06.2015);</w:t>
            </w:r>
          </w:p>
        </w:tc>
        <w:tc>
          <w:tcPr>
            <w:tcW w:w="2880" w:type="dxa"/>
          </w:tcPr>
          <w:p w:rsidR="006F7457" w:rsidRPr="00332DB8" w:rsidRDefault="006F7457">
            <w:pPr>
              <w:rPr>
                <w:lang w:val="ru-RU"/>
              </w:rPr>
            </w:pPr>
          </w:p>
        </w:tc>
      </w:tr>
      <w:tr w:rsidR="006F7457" w:rsidRPr="005A424D">
        <w:tc>
          <w:tcPr>
            <w:tcW w:w="2880" w:type="dxa"/>
          </w:tcPr>
          <w:p w:rsidR="006F7457" w:rsidRDefault="00332DB8">
            <w:r>
              <w:t>4009.</w:t>
            </w:r>
          </w:p>
        </w:tc>
        <w:tc>
          <w:tcPr>
            <w:tcW w:w="2880" w:type="dxa"/>
          </w:tcPr>
          <w:p w:rsidR="006F7457" w:rsidRPr="00332DB8" w:rsidRDefault="00332DB8">
            <w:pPr>
              <w:rPr>
                <w:lang w:val="ru-RU"/>
              </w:rPr>
            </w:pPr>
            <w:r w:rsidRPr="00332DB8">
              <w:rPr>
                <w:lang w:val="ru-RU"/>
              </w:rPr>
              <w:t xml:space="preserve">Статья Б. Стомахина «Из искры возгорится пламя»,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города Москвы от 02.06.2015);</w:t>
            </w:r>
          </w:p>
        </w:tc>
        <w:tc>
          <w:tcPr>
            <w:tcW w:w="2880" w:type="dxa"/>
          </w:tcPr>
          <w:p w:rsidR="006F7457" w:rsidRPr="00332DB8" w:rsidRDefault="006F7457">
            <w:pPr>
              <w:rPr>
                <w:lang w:val="ru-RU"/>
              </w:rPr>
            </w:pPr>
          </w:p>
        </w:tc>
      </w:tr>
      <w:tr w:rsidR="006F7457" w:rsidRPr="005A424D">
        <w:tc>
          <w:tcPr>
            <w:tcW w:w="2880" w:type="dxa"/>
          </w:tcPr>
          <w:p w:rsidR="006F7457" w:rsidRDefault="00332DB8">
            <w:r>
              <w:t>4010.</w:t>
            </w:r>
          </w:p>
        </w:tc>
        <w:tc>
          <w:tcPr>
            <w:tcW w:w="2880" w:type="dxa"/>
          </w:tcPr>
          <w:p w:rsidR="006F7457" w:rsidRPr="00332DB8" w:rsidRDefault="00332DB8">
            <w:pPr>
              <w:rPr>
                <w:lang w:val="ru-RU"/>
              </w:rPr>
            </w:pPr>
            <w:r w:rsidRPr="00332DB8">
              <w:rPr>
                <w:lang w:val="ru-RU"/>
              </w:rPr>
              <w:t xml:space="preserve">Статья Б. Стомахина «Любителям великой России на заметку», размещенная на интернет-сайте </w:t>
            </w:r>
            <w:r>
              <w:t>http</w:t>
            </w:r>
            <w:r w:rsidRPr="00332DB8">
              <w:rPr>
                <w:lang w:val="ru-RU"/>
              </w:rPr>
              <w:t>://</w:t>
            </w:r>
            <w:r>
              <w:t>sopritivlenie</w:t>
            </w:r>
            <w:r w:rsidRPr="00332DB8">
              <w:rPr>
                <w:lang w:val="ru-RU"/>
              </w:rPr>
              <w:t>.</w:t>
            </w:r>
            <w:r>
              <w:t>marsho</w:t>
            </w:r>
            <w:r w:rsidRPr="00332DB8">
              <w:rPr>
                <w:lang w:val="ru-RU"/>
              </w:rPr>
              <w:t>.</w:t>
            </w:r>
            <w:r>
              <w:t>net</w:t>
            </w:r>
            <w:r w:rsidRPr="00332DB8">
              <w:rPr>
                <w:lang w:val="ru-RU"/>
              </w:rPr>
              <w:t xml:space="preserve"> (решение Останкинского районного суда города Москвы от 02.06.2015).</w:t>
            </w:r>
          </w:p>
        </w:tc>
        <w:tc>
          <w:tcPr>
            <w:tcW w:w="2880" w:type="dxa"/>
          </w:tcPr>
          <w:p w:rsidR="006F7457" w:rsidRPr="00332DB8" w:rsidRDefault="006F7457">
            <w:pPr>
              <w:rPr>
                <w:lang w:val="ru-RU"/>
              </w:rPr>
            </w:pPr>
          </w:p>
        </w:tc>
      </w:tr>
      <w:tr w:rsidR="006F7457" w:rsidRPr="005A424D">
        <w:tc>
          <w:tcPr>
            <w:tcW w:w="2880" w:type="dxa"/>
          </w:tcPr>
          <w:p w:rsidR="006F7457" w:rsidRDefault="00332DB8">
            <w:r>
              <w:t>4011.</w:t>
            </w:r>
          </w:p>
        </w:tc>
        <w:tc>
          <w:tcPr>
            <w:tcW w:w="2880" w:type="dxa"/>
          </w:tcPr>
          <w:p w:rsidR="006F7457" w:rsidRPr="00332DB8" w:rsidRDefault="00332DB8">
            <w:pPr>
              <w:rPr>
                <w:lang w:val="ru-RU"/>
              </w:rPr>
            </w:pPr>
            <w:r w:rsidRPr="00332DB8">
              <w:rPr>
                <w:lang w:val="ru-RU"/>
              </w:rPr>
              <w:t xml:space="preserve">Видеозапись «Национал-социалистический арт» под музыку Рамштаин - Солнце. </w:t>
            </w:r>
            <w:r>
              <w:t>Picrolla</w:t>
            </w:r>
            <w:r w:rsidRPr="00332DB8">
              <w:rPr>
                <w:lang w:val="ru-RU"/>
              </w:rPr>
              <w:t xml:space="preserve">»,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w:t>
            </w:r>
            <w:r w:rsidRPr="00332DB8">
              <w:rPr>
                <w:lang w:val="ru-RU"/>
              </w:rPr>
              <w:lastRenderedPageBreak/>
              <w:t xml:space="preserve">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w:t>
            </w:r>
            <w:r>
              <w:t>q</w:t>
            </w:r>
            <w:r w:rsidRPr="00332DB8">
              <w:rPr>
                <w:lang w:val="ru-RU"/>
              </w:rPr>
              <w:t>=национал&amp;</w:t>
            </w:r>
            <w:r>
              <w:t>section</w:t>
            </w:r>
            <w:r w:rsidRPr="00332DB8">
              <w:rPr>
                <w:lang w:val="ru-RU"/>
              </w:rPr>
              <w:t>=</w:t>
            </w:r>
            <w:r>
              <w:t>search</w:t>
            </w:r>
            <w:r w:rsidRPr="00332DB8">
              <w:rPr>
                <w:lang w:val="ru-RU"/>
              </w:rPr>
              <w:t>&amp;</w:t>
            </w:r>
            <w:r>
              <w:t>z</w:t>
            </w:r>
            <w:r w:rsidRPr="00332DB8">
              <w:rPr>
                <w:lang w:val="ru-RU"/>
              </w:rPr>
              <w:t>=</w:t>
            </w:r>
            <w:r>
              <w:t>video</w:t>
            </w:r>
            <w:r w:rsidRPr="00332DB8">
              <w:rPr>
                <w:lang w:val="ru-RU"/>
              </w:rPr>
              <w:t>239411028_1701045 (решение Пушкинского районного суда города Санкт-Петербурга от 19.09.2016);</w:t>
            </w:r>
          </w:p>
        </w:tc>
        <w:tc>
          <w:tcPr>
            <w:tcW w:w="2880" w:type="dxa"/>
          </w:tcPr>
          <w:p w:rsidR="006F7457" w:rsidRPr="00332DB8" w:rsidRDefault="006F7457">
            <w:pPr>
              <w:rPr>
                <w:lang w:val="ru-RU"/>
              </w:rPr>
            </w:pPr>
          </w:p>
        </w:tc>
      </w:tr>
      <w:tr w:rsidR="006F7457" w:rsidRPr="005A424D">
        <w:tc>
          <w:tcPr>
            <w:tcW w:w="2880" w:type="dxa"/>
          </w:tcPr>
          <w:p w:rsidR="006F7457" w:rsidRDefault="00332DB8">
            <w:r>
              <w:lastRenderedPageBreak/>
              <w:t>4012.</w:t>
            </w:r>
          </w:p>
        </w:tc>
        <w:tc>
          <w:tcPr>
            <w:tcW w:w="2880" w:type="dxa"/>
          </w:tcPr>
          <w:p w:rsidR="006F7457" w:rsidRPr="00332DB8" w:rsidRDefault="00332DB8">
            <w:pPr>
              <w:rPr>
                <w:lang w:val="ru-RU"/>
              </w:rPr>
            </w:pPr>
            <w:r w:rsidRPr="00332DB8">
              <w:rPr>
                <w:lang w:val="ru-RU"/>
              </w:rPr>
              <w:t xml:space="preserve">Публикации на интернет-ресурсе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175801824#/</w:t>
            </w:r>
            <w:r>
              <w:t>delistrat</w:t>
            </w:r>
            <w:r w:rsidRPr="00332DB8">
              <w:rPr>
                <w:lang w:val="ru-RU"/>
              </w:rPr>
              <w:t xml:space="preserve"> (решение Асбестовского городского суда Свердловской области от 02.03.2015);</w:t>
            </w:r>
          </w:p>
        </w:tc>
        <w:tc>
          <w:tcPr>
            <w:tcW w:w="2880" w:type="dxa"/>
          </w:tcPr>
          <w:p w:rsidR="006F7457" w:rsidRPr="00332DB8" w:rsidRDefault="006F7457">
            <w:pPr>
              <w:rPr>
                <w:lang w:val="ru-RU"/>
              </w:rPr>
            </w:pPr>
          </w:p>
        </w:tc>
      </w:tr>
      <w:tr w:rsidR="006F7457" w:rsidRPr="005A424D">
        <w:tc>
          <w:tcPr>
            <w:tcW w:w="2880" w:type="dxa"/>
          </w:tcPr>
          <w:p w:rsidR="006F7457" w:rsidRDefault="00332DB8">
            <w:r>
              <w:t>4013.</w:t>
            </w:r>
          </w:p>
        </w:tc>
        <w:tc>
          <w:tcPr>
            <w:tcW w:w="2880" w:type="dxa"/>
          </w:tcPr>
          <w:p w:rsidR="006F7457" w:rsidRPr="00332DB8" w:rsidRDefault="00332DB8">
            <w:pPr>
              <w:rPr>
                <w:lang w:val="ru-RU"/>
              </w:rPr>
            </w:pPr>
            <w:r w:rsidRPr="00332DB8">
              <w:rPr>
                <w:lang w:val="ru-RU"/>
              </w:rPr>
              <w:t>Текст песни музыкальной группы «Радикальный голос» «Едет Ермолов» (решение Нагатинского районного суда города Москвы от 04.10.2016);</w:t>
            </w:r>
          </w:p>
        </w:tc>
        <w:tc>
          <w:tcPr>
            <w:tcW w:w="2880" w:type="dxa"/>
          </w:tcPr>
          <w:p w:rsidR="006F7457" w:rsidRPr="00332DB8" w:rsidRDefault="006F7457">
            <w:pPr>
              <w:rPr>
                <w:lang w:val="ru-RU"/>
              </w:rPr>
            </w:pPr>
          </w:p>
        </w:tc>
      </w:tr>
      <w:tr w:rsidR="006F7457" w:rsidRPr="005A424D">
        <w:tc>
          <w:tcPr>
            <w:tcW w:w="2880" w:type="dxa"/>
          </w:tcPr>
          <w:p w:rsidR="006F7457" w:rsidRDefault="00332DB8">
            <w:r>
              <w:t>4014.</w:t>
            </w:r>
          </w:p>
        </w:tc>
        <w:tc>
          <w:tcPr>
            <w:tcW w:w="2880" w:type="dxa"/>
          </w:tcPr>
          <w:p w:rsidR="006F7457" w:rsidRPr="00332DB8" w:rsidRDefault="00332DB8">
            <w:pPr>
              <w:rPr>
                <w:lang w:val="ru-RU"/>
              </w:rPr>
            </w:pPr>
            <w:r w:rsidRPr="00332DB8">
              <w:rPr>
                <w:lang w:val="ru-RU"/>
              </w:rPr>
              <w:t>Текст песни музыкальной группы «Радикальный голос» «Россия без дерьма» (решение Нагатинского районного суда города Москвы от 04.10.2016);</w:t>
            </w:r>
          </w:p>
        </w:tc>
        <w:tc>
          <w:tcPr>
            <w:tcW w:w="2880" w:type="dxa"/>
          </w:tcPr>
          <w:p w:rsidR="006F7457" w:rsidRPr="00332DB8" w:rsidRDefault="006F7457">
            <w:pPr>
              <w:rPr>
                <w:lang w:val="ru-RU"/>
              </w:rPr>
            </w:pPr>
          </w:p>
        </w:tc>
      </w:tr>
      <w:tr w:rsidR="006F7457" w:rsidRPr="005A424D">
        <w:tc>
          <w:tcPr>
            <w:tcW w:w="2880" w:type="dxa"/>
          </w:tcPr>
          <w:p w:rsidR="006F7457" w:rsidRDefault="00332DB8">
            <w:r>
              <w:t>4015.</w:t>
            </w:r>
          </w:p>
        </w:tc>
        <w:tc>
          <w:tcPr>
            <w:tcW w:w="2880" w:type="dxa"/>
          </w:tcPr>
          <w:p w:rsidR="006F7457" w:rsidRPr="00332DB8" w:rsidRDefault="00332DB8">
            <w:pPr>
              <w:rPr>
                <w:lang w:val="ru-RU"/>
              </w:rPr>
            </w:pPr>
            <w:r w:rsidRPr="00332DB8">
              <w:rPr>
                <w:lang w:val="ru-RU"/>
              </w:rPr>
              <w:t xml:space="preserve">Информационные видеоматериалы, размещенные в информационно-телекоммуникационной сети «Интернет» на страницах сайтов: </w:t>
            </w:r>
            <w:r>
              <w:t>http</w:t>
            </w:r>
            <w:r w:rsidRPr="00332DB8">
              <w:rPr>
                <w:lang w:val="ru-RU"/>
              </w:rPr>
              <w:t>://</w:t>
            </w:r>
            <w:r>
              <w:t>unasmuz</w:t>
            </w:r>
            <w:r w:rsidRPr="00332DB8">
              <w:rPr>
                <w:lang w:val="ru-RU"/>
              </w:rPr>
              <w:t>.</w:t>
            </w:r>
            <w:r>
              <w:t>ru</w:t>
            </w:r>
            <w:r w:rsidRPr="00332DB8">
              <w:rPr>
                <w:lang w:val="ru-RU"/>
              </w:rPr>
              <w:t>/</w:t>
            </w:r>
            <w:r>
              <w:t>acor</w:t>
            </w:r>
            <w:r w:rsidRPr="00332DB8">
              <w:rPr>
                <w:lang w:val="ru-RU"/>
              </w:rPr>
              <w:t>-</w:t>
            </w:r>
            <w:r>
              <w:t>muz</w:t>
            </w:r>
            <w:r w:rsidRPr="00332DB8">
              <w:rPr>
                <w:lang w:val="ru-RU"/>
              </w:rPr>
              <w:t>/14-88_</w:t>
            </w:r>
            <w:r>
              <w:t>trus</w:t>
            </w:r>
            <w:r w:rsidRPr="00332DB8">
              <w:rPr>
                <w:lang w:val="ru-RU"/>
              </w:rPr>
              <w:t>-</w:t>
            </w:r>
            <w:r>
              <w:t>ne</w:t>
            </w:r>
            <w:r w:rsidRPr="00332DB8">
              <w:rPr>
                <w:lang w:val="ru-RU"/>
              </w:rPr>
              <w:t>-</w:t>
            </w:r>
            <w:r>
              <w:t>ebashit</w:t>
            </w:r>
            <w:r w:rsidRPr="00332DB8">
              <w:rPr>
                <w:lang w:val="ru-RU"/>
              </w:rPr>
              <w:t>-</w:t>
            </w:r>
            <w:r>
              <w:t>hachej</w:t>
            </w:r>
            <w:r w:rsidRPr="00332DB8">
              <w:rPr>
                <w:lang w:val="ru-RU"/>
              </w:rPr>
              <w:t xml:space="preserve"> - «Трус не е***ит хачей хаха )))» (***-баш), - </w:t>
            </w:r>
            <w:r>
              <w:t>http</w:t>
            </w:r>
            <w:r w:rsidRPr="00332DB8">
              <w:rPr>
                <w:lang w:val="ru-RU"/>
              </w:rPr>
              <w:t>://</w:t>
            </w:r>
            <w:r>
              <w:t>talantrack</w:t>
            </w:r>
            <w:r w:rsidRPr="00332DB8">
              <w:rPr>
                <w:lang w:val="ru-RU"/>
              </w:rPr>
              <w:t>.</w:t>
            </w:r>
            <w:r>
              <w:t>ru</w:t>
            </w:r>
            <w:r w:rsidRPr="00332DB8">
              <w:rPr>
                <w:lang w:val="ru-RU"/>
              </w:rPr>
              <w:t>/</w:t>
            </w:r>
            <w:r>
              <w:t>pesn</w:t>
            </w:r>
            <w:r w:rsidRPr="00332DB8">
              <w:rPr>
                <w:lang w:val="ru-RU"/>
              </w:rPr>
              <w:t>-</w:t>
            </w:r>
            <w:r>
              <w:t>ntrack</w:t>
            </w:r>
            <w:r w:rsidRPr="00332DB8">
              <w:rPr>
                <w:lang w:val="ru-RU"/>
              </w:rPr>
              <w:t>/14-88_</w:t>
            </w:r>
            <w:r>
              <w:t>trus</w:t>
            </w:r>
            <w:r w:rsidRPr="00332DB8">
              <w:rPr>
                <w:lang w:val="ru-RU"/>
              </w:rPr>
              <w:t>-</w:t>
            </w:r>
            <w:r>
              <w:t>ne</w:t>
            </w:r>
            <w:r w:rsidRPr="00332DB8">
              <w:rPr>
                <w:lang w:val="ru-RU"/>
              </w:rPr>
              <w:t>-</w:t>
            </w:r>
            <w:r>
              <w:t>ebashit</w:t>
            </w:r>
            <w:r w:rsidRPr="00332DB8">
              <w:rPr>
                <w:lang w:val="ru-RU"/>
              </w:rPr>
              <w:t>-</w:t>
            </w:r>
            <w:r>
              <w:t>hachej</w:t>
            </w:r>
            <w:r w:rsidRPr="00332DB8">
              <w:rPr>
                <w:lang w:val="ru-RU"/>
              </w:rPr>
              <w:t xml:space="preserve"> - «Трус не е***ит хачей хаха )))» (***-баш) (решение Ноябрьского городского суда Ямало-Ненецкого автономного округа от 07.07.2015);</w:t>
            </w:r>
          </w:p>
        </w:tc>
        <w:tc>
          <w:tcPr>
            <w:tcW w:w="2880" w:type="dxa"/>
          </w:tcPr>
          <w:p w:rsidR="006F7457" w:rsidRPr="00332DB8" w:rsidRDefault="006F7457">
            <w:pPr>
              <w:rPr>
                <w:lang w:val="ru-RU"/>
              </w:rPr>
            </w:pPr>
          </w:p>
        </w:tc>
      </w:tr>
      <w:tr w:rsidR="006F7457">
        <w:tc>
          <w:tcPr>
            <w:tcW w:w="2880" w:type="dxa"/>
          </w:tcPr>
          <w:p w:rsidR="006F7457" w:rsidRDefault="00332DB8">
            <w:r>
              <w:t>401</w:t>
            </w:r>
            <w:r>
              <w:lastRenderedPageBreak/>
              <w:t>6.</w:t>
            </w:r>
          </w:p>
        </w:tc>
        <w:tc>
          <w:tcPr>
            <w:tcW w:w="2880" w:type="dxa"/>
          </w:tcPr>
          <w:p w:rsidR="006F7457" w:rsidRPr="00332DB8" w:rsidRDefault="00332DB8">
            <w:pPr>
              <w:rPr>
                <w:lang w:val="ru-RU"/>
              </w:rPr>
            </w:pPr>
            <w:r w:rsidRPr="00332DB8">
              <w:rPr>
                <w:lang w:val="ru-RU"/>
              </w:rPr>
              <w:lastRenderedPageBreak/>
              <w:t>Аудиоматериал под названием «Хачи» исполнителя «1488» (решение Центрального районного суда г. Калининграда от 25.10.2016);</w:t>
            </w:r>
          </w:p>
        </w:tc>
        <w:tc>
          <w:tcPr>
            <w:tcW w:w="2880" w:type="dxa"/>
          </w:tcPr>
          <w:p w:rsidR="006F7457" w:rsidRDefault="00332DB8">
            <w:r>
              <w:t>25.01.201</w:t>
            </w:r>
            <w:r>
              <w:lastRenderedPageBreak/>
              <w:t>7</w:t>
            </w:r>
          </w:p>
        </w:tc>
      </w:tr>
      <w:tr w:rsidR="006F7457">
        <w:tc>
          <w:tcPr>
            <w:tcW w:w="2880" w:type="dxa"/>
          </w:tcPr>
          <w:p w:rsidR="006F7457" w:rsidRDefault="00332DB8">
            <w:r>
              <w:lastRenderedPageBreak/>
              <w:t>4017.</w:t>
            </w:r>
          </w:p>
        </w:tc>
        <w:tc>
          <w:tcPr>
            <w:tcW w:w="2880" w:type="dxa"/>
          </w:tcPr>
          <w:p w:rsidR="006F7457" w:rsidRPr="00332DB8" w:rsidRDefault="00332DB8">
            <w:pPr>
              <w:rPr>
                <w:lang w:val="ru-RU"/>
              </w:rPr>
            </w:pPr>
            <w:r w:rsidRPr="00332DB8">
              <w:rPr>
                <w:lang w:val="ru-RU"/>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2880" w:type="dxa"/>
          </w:tcPr>
          <w:p w:rsidR="006F7457" w:rsidRDefault="00332DB8">
            <w:r>
              <w:t>25.01.2017</w:t>
            </w:r>
          </w:p>
        </w:tc>
      </w:tr>
      <w:tr w:rsidR="006F7457">
        <w:tc>
          <w:tcPr>
            <w:tcW w:w="2880" w:type="dxa"/>
          </w:tcPr>
          <w:p w:rsidR="006F7457" w:rsidRDefault="00332DB8">
            <w:r>
              <w:t>4018.</w:t>
            </w:r>
          </w:p>
        </w:tc>
        <w:tc>
          <w:tcPr>
            <w:tcW w:w="2880" w:type="dxa"/>
          </w:tcPr>
          <w:p w:rsidR="006F7457" w:rsidRPr="00332DB8" w:rsidRDefault="00332DB8">
            <w:pPr>
              <w:rPr>
                <w:lang w:val="ru-RU"/>
              </w:rPr>
            </w:pPr>
            <w:r w:rsidRPr="00332DB8">
              <w:rPr>
                <w:lang w:val="ru-RU"/>
              </w:rPr>
              <w:t xml:space="preserve">Видеофайл на указателе страницы пользователя под именем «Александр Андриянов», расположенной по адресу </w:t>
            </w:r>
            <w:r>
              <w:t>https</w:t>
            </w:r>
            <w:r w:rsidRPr="00332DB8">
              <w:rPr>
                <w:lang w:val="ru-RU"/>
              </w:rPr>
              <w:t>://</w:t>
            </w:r>
            <w:r>
              <w:t>vk</w:t>
            </w:r>
            <w:r w:rsidRPr="00332DB8">
              <w:rPr>
                <w:lang w:val="ru-RU"/>
              </w:rPr>
              <w:t>.</w:t>
            </w:r>
            <w:r>
              <w:t>com</w:t>
            </w:r>
            <w:r w:rsidRPr="00332DB8">
              <w:rPr>
                <w:lang w:val="ru-RU"/>
              </w:rPr>
              <w:t>/</w:t>
            </w:r>
            <w:r>
              <w:t>id</w:t>
            </w:r>
            <w:r w:rsidRPr="00332DB8">
              <w:rPr>
                <w:lang w:val="ru-RU"/>
              </w:rPr>
              <w:t>153435364, в разделе «Мои аудиозаписи» размещена аудиозапись текста песни под названием: «А Харчиков - ребята Русские» продолжительностью 3 мин. 30 сек. (</w:t>
            </w:r>
            <w:r>
              <w:t>https</w:t>
            </w:r>
            <w:r w:rsidRPr="00332DB8">
              <w:rPr>
                <w:lang w:val="ru-RU"/>
              </w:rPr>
              <w:t>:с</w:t>
            </w:r>
            <w:r>
              <w:t>s</w:t>
            </w:r>
            <w:r w:rsidRPr="00332DB8">
              <w:rPr>
                <w:lang w:val="ru-RU"/>
              </w:rPr>
              <w:t>1-17</w:t>
            </w:r>
            <w:r>
              <w:t>v</w:t>
            </w:r>
            <w:r w:rsidRPr="00332DB8">
              <w:rPr>
                <w:lang w:val="ru-RU"/>
              </w:rPr>
              <w:t>4.</w:t>
            </w:r>
            <w:r>
              <w:t>vk</w:t>
            </w:r>
            <w:r w:rsidRPr="00332DB8">
              <w:rPr>
                <w:lang w:val="ru-RU"/>
              </w:rPr>
              <w:t>-</w:t>
            </w:r>
            <w:r>
              <w:t>cdn</w:t>
            </w:r>
            <w:r w:rsidRPr="00332DB8">
              <w:rPr>
                <w:lang w:val="ru-RU"/>
              </w:rPr>
              <w:t>.</w:t>
            </w:r>
            <w:r>
              <w:t>net</w:t>
            </w:r>
            <w:r w:rsidRPr="00332DB8">
              <w:rPr>
                <w:lang w:val="ru-RU"/>
              </w:rPr>
              <w:t>/</w:t>
            </w:r>
            <w:r>
              <w:t>p</w:t>
            </w:r>
            <w:r w:rsidRPr="00332DB8">
              <w:rPr>
                <w:lang w:val="ru-RU"/>
              </w:rPr>
              <w:t>2/986</w:t>
            </w:r>
            <w:r>
              <w:t>a</w:t>
            </w:r>
            <w:r w:rsidRPr="00332DB8">
              <w:rPr>
                <w:lang w:val="ru-RU"/>
              </w:rPr>
              <w:t>6872012</w:t>
            </w:r>
            <w:r>
              <w:t>c</w:t>
            </w:r>
            <w:r w:rsidRPr="00332DB8">
              <w:rPr>
                <w:lang w:val="ru-RU"/>
              </w:rPr>
              <w:t>83.</w:t>
            </w:r>
            <w:r>
              <w:t>mp</w:t>
            </w:r>
            <w:r w:rsidRPr="00332DB8">
              <w:rPr>
                <w:lang w:val="ru-RU"/>
              </w:rPr>
              <w:t>3) (решение Энгельсского районного суда Саратовской области от 26.10.2016);</w:t>
            </w:r>
          </w:p>
        </w:tc>
        <w:tc>
          <w:tcPr>
            <w:tcW w:w="2880" w:type="dxa"/>
          </w:tcPr>
          <w:p w:rsidR="006F7457" w:rsidRDefault="00332DB8">
            <w:r>
              <w:t>25.01.2017</w:t>
            </w:r>
          </w:p>
        </w:tc>
      </w:tr>
      <w:tr w:rsidR="006F7457">
        <w:tc>
          <w:tcPr>
            <w:tcW w:w="2880" w:type="dxa"/>
          </w:tcPr>
          <w:p w:rsidR="006F7457" w:rsidRDefault="00332DB8">
            <w:r>
              <w:t>4019.</w:t>
            </w:r>
          </w:p>
        </w:tc>
        <w:tc>
          <w:tcPr>
            <w:tcW w:w="2880" w:type="dxa"/>
          </w:tcPr>
          <w:p w:rsidR="006F7457" w:rsidRPr="00332DB8" w:rsidRDefault="00332DB8">
            <w:pPr>
              <w:rPr>
                <w:lang w:val="ru-RU"/>
              </w:rPr>
            </w:pPr>
            <w:r w:rsidRPr="00332DB8">
              <w:rPr>
                <w:lang w:val="ru-RU"/>
              </w:rPr>
              <w:t xml:space="preserve">Видеофайл на указателе страницы пользователя под именем «Александр Андриянов», расположенной по адресу </w:t>
            </w:r>
            <w:r>
              <w:t>https</w:t>
            </w:r>
            <w:r w:rsidRPr="00332DB8">
              <w:rPr>
                <w:lang w:val="ru-RU"/>
              </w:rPr>
              <w:t>://</w:t>
            </w:r>
            <w:r>
              <w:t>vk</w:t>
            </w:r>
            <w:r w:rsidRPr="00332DB8">
              <w:rPr>
                <w:lang w:val="ru-RU"/>
              </w:rPr>
              <w:t>.</w:t>
            </w:r>
            <w:r>
              <w:t>com</w:t>
            </w:r>
            <w:r w:rsidRPr="00332DB8">
              <w:rPr>
                <w:lang w:val="ru-RU"/>
              </w:rPr>
              <w:t>/</w:t>
            </w:r>
            <w:r>
              <w:t>id</w:t>
            </w:r>
            <w:r w:rsidRPr="00332DB8">
              <w:rPr>
                <w:lang w:val="ru-RU"/>
              </w:rPr>
              <w:t>153435364, в разделе «Мои аудиозаписи» размещена аудиозапись текста песни под названием: «Симаргл - Слава России» продолжительностью 1 мин. 01 сек. (</w:t>
            </w:r>
            <w:r>
              <w:t>http</w:t>
            </w:r>
            <w:r w:rsidRPr="00332DB8">
              <w:rPr>
                <w:lang w:val="ru-RU"/>
              </w:rPr>
              <w:t>://</w:t>
            </w:r>
            <w:r>
              <w:t>cs</w:t>
            </w:r>
            <w:r w:rsidRPr="00332DB8">
              <w:rPr>
                <w:lang w:val="ru-RU"/>
              </w:rPr>
              <w:t>1-26</w:t>
            </w:r>
            <w:r>
              <w:t>v</w:t>
            </w:r>
            <w:r w:rsidRPr="00332DB8">
              <w:rPr>
                <w:lang w:val="ru-RU"/>
              </w:rPr>
              <w:t>4.</w:t>
            </w:r>
            <w:r>
              <w:t>vk</w:t>
            </w:r>
            <w:r w:rsidRPr="00332DB8">
              <w:rPr>
                <w:lang w:val="ru-RU"/>
              </w:rPr>
              <w:t>-</w:t>
            </w:r>
            <w:r>
              <w:t>cdn</w:t>
            </w:r>
            <w:r w:rsidRPr="00332DB8">
              <w:rPr>
                <w:lang w:val="ru-RU"/>
              </w:rPr>
              <w:t>.</w:t>
            </w:r>
            <w:r>
              <w:t>net</w:t>
            </w:r>
            <w:r w:rsidRPr="00332DB8">
              <w:rPr>
                <w:lang w:val="ru-RU"/>
              </w:rPr>
              <w:t>/</w:t>
            </w:r>
            <w:r>
              <w:t>p</w:t>
            </w:r>
            <w:r w:rsidRPr="00332DB8">
              <w:rPr>
                <w:lang w:val="ru-RU"/>
              </w:rPr>
              <w:t>27/7</w:t>
            </w:r>
            <w:r>
              <w:t>b</w:t>
            </w:r>
            <w:r w:rsidRPr="00332DB8">
              <w:rPr>
                <w:lang w:val="ru-RU"/>
              </w:rPr>
              <w:t>97</w:t>
            </w:r>
            <w:r>
              <w:t>afde</w:t>
            </w:r>
            <w:r w:rsidRPr="00332DB8">
              <w:rPr>
                <w:lang w:val="ru-RU"/>
              </w:rPr>
              <w:t>429</w:t>
            </w:r>
            <w:r>
              <w:t>ea</w:t>
            </w:r>
            <w:r w:rsidRPr="00332DB8">
              <w:rPr>
                <w:lang w:val="ru-RU"/>
              </w:rPr>
              <w:t>8.</w:t>
            </w:r>
            <w:r>
              <w:t>mp</w:t>
            </w:r>
            <w:r w:rsidRPr="00332DB8">
              <w:rPr>
                <w:lang w:val="ru-RU"/>
              </w:rPr>
              <w:t>3) (решение Энгельсского районного суда Саратовской области от 26.10.2016);</w:t>
            </w:r>
          </w:p>
        </w:tc>
        <w:tc>
          <w:tcPr>
            <w:tcW w:w="2880" w:type="dxa"/>
          </w:tcPr>
          <w:p w:rsidR="006F7457" w:rsidRDefault="00332DB8">
            <w:r>
              <w:t>25.01.2017</w:t>
            </w:r>
          </w:p>
        </w:tc>
      </w:tr>
      <w:tr w:rsidR="006F7457">
        <w:tc>
          <w:tcPr>
            <w:tcW w:w="2880" w:type="dxa"/>
          </w:tcPr>
          <w:p w:rsidR="006F7457" w:rsidRDefault="00332DB8">
            <w:r>
              <w:t>4020.</w:t>
            </w:r>
          </w:p>
        </w:tc>
        <w:tc>
          <w:tcPr>
            <w:tcW w:w="2880" w:type="dxa"/>
          </w:tcPr>
          <w:p w:rsidR="006F7457" w:rsidRPr="00332DB8" w:rsidRDefault="00332DB8">
            <w:pPr>
              <w:rPr>
                <w:lang w:val="ru-RU"/>
              </w:rPr>
            </w:pPr>
            <w:r w:rsidRPr="00332DB8">
              <w:rPr>
                <w:lang w:val="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w:t>
            </w:r>
            <w:r>
              <w:t>poiskpravdy</w:t>
            </w:r>
            <w:r w:rsidRPr="00332DB8">
              <w:rPr>
                <w:lang w:val="ru-RU"/>
              </w:rPr>
              <w:t>.</w:t>
            </w:r>
            <w:r>
              <w:t>com</w:t>
            </w:r>
            <w:r w:rsidRPr="00332DB8">
              <w:rPr>
                <w:lang w:val="ru-RU"/>
              </w:rPr>
              <w:t xml:space="preserve">» «Поиск Правды – только корнями живы ветви» по электронному адресу: </w:t>
            </w:r>
            <w:r>
              <w:t>http</w:t>
            </w:r>
            <w:r w:rsidRPr="00332DB8">
              <w:rPr>
                <w:lang w:val="ru-RU"/>
              </w:rPr>
              <w:t>://</w:t>
            </w:r>
            <w:r>
              <w:t>poiskpravdy</w:t>
            </w:r>
            <w:r w:rsidRPr="00332DB8">
              <w:rPr>
                <w:lang w:val="ru-RU"/>
              </w:rPr>
              <w:t>.</w:t>
            </w:r>
            <w:r>
              <w:t>com</w:t>
            </w:r>
            <w:r w:rsidRPr="00332DB8">
              <w:rPr>
                <w:lang w:val="ru-RU"/>
              </w:rPr>
              <w:t>/</w:t>
            </w:r>
            <w:r>
              <w:t>agrsavtonomnye</w:t>
            </w:r>
            <w:r w:rsidRPr="00332DB8">
              <w:rPr>
                <w:lang w:val="ru-RU"/>
              </w:rPr>
              <w:t>-</w:t>
            </w:r>
            <w:r>
              <w:t>gruppy</w:t>
            </w:r>
            <w:r w:rsidRPr="00332DB8">
              <w:rPr>
                <w:lang w:val="ru-RU"/>
              </w:rPr>
              <w:t>-</w:t>
            </w:r>
            <w:r>
              <w:t>russkogo</w:t>
            </w:r>
            <w:r w:rsidRPr="00332DB8">
              <w:rPr>
                <w:lang w:val="ru-RU"/>
              </w:rPr>
              <w:t>-</w:t>
            </w:r>
            <w:r>
              <w:t>soprotivleniya</w:t>
            </w:r>
            <w:r w:rsidRPr="00332DB8">
              <w:rPr>
                <w:lang w:val="ru-RU"/>
              </w:rPr>
              <w:t>/#</w:t>
            </w:r>
            <w:r>
              <w:t>more</w:t>
            </w:r>
            <w:r w:rsidRPr="00332DB8">
              <w:rPr>
                <w:lang w:val="ru-RU"/>
              </w:rPr>
              <w:t>3830 (решение Кронштадтского районного суда города Санкт-Петербурга от 15.02.2016);</w:t>
            </w:r>
          </w:p>
        </w:tc>
        <w:tc>
          <w:tcPr>
            <w:tcW w:w="2880" w:type="dxa"/>
          </w:tcPr>
          <w:p w:rsidR="006F7457" w:rsidRDefault="00332DB8">
            <w:r>
              <w:t>25.01.2017</w:t>
            </w:r>
          </w:p>
        </w:tc>
      </w:tr>
      <w:tr w:rsidR="006F7457">
        <w:tc>
          <w:tcPr>
            <w:tcW w:w="2880" w:type="dxa"/>
          </w:tcPr>
          <w:p w:rsidR="006F7457" w:rsidRDefault="00332DB8">
            <w:r>
              <w:t>4021.</w:t>
            </w:r>
          </w:p>
        </w:tc>
        <w:tc>
          <w:tcPr>
            <w:tcW w:w="2880" w:type="dxa"/>
          </w:tcPr>
          <w:p w:rsidR="006F7457" w:rsidRPr="00332DB8" w:rsidRDefault="00332DB8">
            <w:pPr>
              <w:rPr>
                <w:lang w:val="ru-RU"/>
              </w:rPr>
            </w:pPr>
            <w:r w:rsidRPr="00332DB8">
              <w:rPr>
                <w:lang w:val="ru-RU"/>
              </w:rPr>
              <w:t xml:space="preserve">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w:t>
            </w:r>
            <w:r w:rsidRPr="00332DB8">
              <w:rPr>
                <w:lang w:val="ru-RU"/>
              </w:rPr>
              <w:lastRenderedPageBreak/>
              <w:t xml:space="preserve">я сидел на зоне, бл*ь, мотал срок десять лет, всех вырежу нах*й бл*ь, я топтал это г*о об вас ... », распространяемая посредством сети «Интернет» на странице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-42851 705165918024 на Интернет-сайте </w:t>
            </w:r>
            <w:r>
              <w:t>http</w:t>
            </w:r>
            <w:r w:rsidRPr="00332DB8">
              <w:rPr>
                <w:lang w:val="ru-RU"/>
              </w:rPr>
              <w:t>://</w:t>
            </w:r>
            <w:r>
              <w:t>vk</w:t>
            </w:r>
            <w:r w:rsidRPr="00332DB8">
              <w:rPr>
                <w:lang w:val="ru-RU"/>
              </w:rPr>
              <w:t>.</w:t>
            </w:r>
            <w:r>
              <w:t>com</w:t>
            </w:r>
            <w:r w:rsidRPr="00332DB8">
              <w:rPr>
                <w:lang w:val="ru-RU"/>
              </w:rPr>
              <w:t>/ (решение Пушкинского районного суда города Санкт-Петербурга от 31.05.2016);</w:t>
            </w:r>
          </w:p>
        </w:tc>
        <w:tc>
          <w:tcPr>
            <w:tcW w:w="2880" w:type="dxa"/>
          </w:tcPr>
          <w:p w:rsidR="006F7457" w:rsidRDefault="00332DB8">
            <w:r>
              <w:lastRenderedPageBreak/>
              <w:t>25.01.2017</w:t>
            </w:r>
          </w:p>
        </w:tc>
      </w:tr>
      <w:tr w:rsidR="006F7457">
        <w:tc>
          <w:tcPr>
            <w:tcW w:w="2880" w:type="dxa"/>
          </w:tcPr>
          <w:p w:rsidR="006F7457" w:rsidRDefault="00332DB8">
            <w:r>
              <w:lastRenderedPageBreak/>
              <w:t>4022.</w:t>
            </w:r>
          </w:p>
        </w:tc>
        <w:tc>
          <w:tcPr>
            <w:tcW w:w="2880" w:type="dxa"/>
          </w:tcPr>
          <w:p w:rsidR="006F7457" w:rsidRPr="00332DB8" w:rsidRDefault="00332DB8">
            <w:pPr>
              <w:rPr>
                <w:lang w:val="ru-RU"/>
              </w:rPr>
            </w:pPr>
            <w:r w:rsidRPr="00332DB8">
              <w:rPr>
                <w:lang w:val="ru-RU"/>
              </w:rPr>
              <w:t xml:space="preserve">Размещенные Гурьевым А. С. в сети «Интернет» на созданной им общедоступной странице «Алексей Дикий» в социальной сети «Вконтакте»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2880" w:type="dxa"/>
          </w:tcPr>
          <w:p w:rsidR="006F7457" w:rsidRDefault="00332DB8">
            <w:r>
              <w:t>25.01.2017</w:t>
            </w:r>
          </w:p>
        </w:tc>
      </w:tr>
      <w:tr w:rsidR="006F7457">
        <w:tc>
          <w:tcPr>
            <w:tcW w:w="2880" w:type="dxa"/>
          </w:tcPr>
          <w:p w:rsidR="006F7457" w:rsidRDefault="00332DB8">
            <w:r>
              <w:t>4023.</w:t>
            </w:r>
          </w:p>
        </w:tc>
        <w:tc>
          <w:tcPr>
            <w:tcW w:w="2880" w:type="dxa"/>
          </w:tcPr>
          <w:p w:rsidR="006F7457" w:rsidRPr="00332DB8" w:rsidRDefault="00332DB8">
            <w:pPr>
              <w:rPr>
                <w:lang w:val="ru-RU"/>
              </w:rPr>
            </w:pPr>
            <w:r w:rsidRPr="00332DB8">
              <w:rPr>
                <w:lang w:val="ru-RU"/>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2880" w:type="dxa"/>
          </w:tcPr>
          <w:p w:rsidR="006F7457" w:rsidRDefault="00332DB8">
            <w:r>
              <w:t>16.02.2017</w:t>
            </w:r>
          </w:p>
        </w:tc>
      </w:tr>
      <w:tr w:rsidR="006F7457">
        <w:tc>
          <w:tcPr>
            <w:tcW w:w="2880" w:type="dxa"/>
          </w:tcPr>
          <w:p w:rsidR="006F7457" w:rsidRDefault="00332DB8">
            <w:r>
              <w:t>4024.</w:t>
            </w:r>
          </w:p>
        </w:tc>
        <w:tc>
          <w:tcPr>
            <w:tcW w:w="2880" w:type="dxa"/>
          </w:tcPr>
          <w:p w:rsidR="006F7457" w:rsidRDefault="00332DB8">
            <w:r>
              <w:t>Исключён</w:t>
            </w:r>
          </w:p>
        </w:tc>
        <w:tc>
          <w:tcPr>
            <w:tcW w:w="2880" w:type="dxa"/>
          </w:tcPr>
          <w:p w:rsidR="006F7457" w:rsidRDefault="00332DB8">
            <w:r>
              <w:t>16.02.2017</w:t>
            </w:r>
          </w:p>
        </w:tc>
      </w:tr>
      <w:tr w:rsidR="006F7457">
        <w:tc>
          <w:tcPr>
            <w:tcW w:w="2880" w:type="dxa"/>
          </w:tcPr>
          <w:p w:rsidR="006F7457" w:rsidRDefault="00332DB8">
            <w:r>
              <w:t>4025.</w:t>
            </w:r>
          </w:p>
        </w:tc>
        <w:tc>
          <w:tcPr>
            <w:tcW w:w="2880" w:type="dxa"/>
          </w:tcPr>
          <w:p w:rsidR="006F7457" w:rsidRDefault="00332DB8">
            <w:r>
              <w:t>Исключён</w:t>
            </w:r>
          </w:p>
        </w:tc>
        <w:tc>
          <w:tcPr>
            <w:tcW w:w="2880" w:type="dxa"/>
          </w:tcPr>
          <w:p w:rsidR="006F7457" w:rsidRDefault="00332DB8">
            <w:r>
              <w:t>16.02.2017</w:t>
            </w:r>
          </w:p>
        </w:tc>
      </w:tr>
      <w:tr w:rsidR="006F7457">
        <w:tc>
          <w:tcPr>
            <w:tcW w:w="2880" w:type="dxa"/>
          </w:tcPr>
          <w:p w:rsidR="006F7457" w:rsidRDefault="00332DB8">
            <w:r>
              <w:t>40</w:t>
            </w:r>
            <w:r>
              <w:lastRenderedPageBreak/>
              <w:t>26.</w:t>
            </w:r>
          </w:p>
        </w:tc>
        <w:tc>
          <w:tcPr>
            <w:tcW w:w="2880" w:type="dxa"/>
          </w:tcPr>
          <w:p w:rsidR="006F7457" w:rsidRPr="00332DB8" w:rsidRDefault="00332DB8">
            <w:pPr>
              <w:rPr>
                <w:lang w:val="ru-RU"/>
              </w:rPr>
            </w:pPr>
            <w:r w:rsidRPr="00332DB8">
              <w:rPr>
                <w:lang w:val="ru-RU"/>
              </w:rPr>
              <w:lastRenderedPageBreak/>
              <w:t xml:space="preserve">Информационные материалы - книга «Тео-био-логия. Сборник. - Псков, Опричное Братство во имя Св. Преп. Иосифа Волоцкого/Русская ариософская библиотека, вып. </w:t>
            </w:r>
            <w:r>
              <w:t>XXIV</w:t>
            </w:r>
            <w:r w:rsidRPr="00332DB8">
              <w:rPr>
                <w:lang w:val="ru-RU"/>
              </w:rPr>
              <w:t xml:space="preserve">, 2011 на 112 с., ООО «Русские узоры», автор – </w:t>
            </w:r>
            <w:r w:rsidRPr="00332DB8">
              <w:rPr>
                <w:lang w:val="ru-RU"/>
              </w:rPr>
              <w:lastRenderedPageBreak/>
              <w:t>иерей Роман Бычков» (решение Смольнинского районного суда города Санкт-Петербурга от 10.05.2016);</w:t>
            </w:r>
          </w:p>
        </w:tc>
        <w:tc>
          <w:tcPr>
            <w:tcW w:w="2880" w:type="dxa"/>
          </w:tcPr>
          <w:p w:rsidR="006F7457" w:rsidRDefault="00332DB8">
            <w:r>
              <w:lastRenderedPageBreak/>
              <w:t>16.02.</w:t>
            </w:r>
            <w:r>
              <w:lastRenderedPageBreak/>
              <w:t>2017</w:t>
            </w:r>
          </w:p>
        </w:tc>
      </w:tr>
      <w:tr w:rsidR="006F7457">
        <w:tc>
          <w:tcPr>
            <w:tcW w:w="2880" w:type="dxa"/>
          </w:tcPr>
          <w:p w:rsidR="006F7457" w:rsidRDefault="00332DB8">
            <w:r>
              <w:lastRenderedPageBreak/>
              <w:t>4027.</w:t>
            </w:r>
          </w:p>
        </w:tc>
        <w:tc>
          <w:tcPr>
            <w:tcW w:w="2880" w:type="dxa"/>
          </w:tcPr>
          <w:p w:rsidR="006F7457" w:rsidRPr="00332DB8" w:rsidRDefault="00332DB8">
            <w:pPr>
              <w:rPr>
                <w:lang w:val="ru-RU"/>
              </w:rPr>
            </w:pPr>
            <w:r w:rsidRPr="00332DB8">
              <w:rPr>
                <w:lang w:val="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w:t>
            </w:r>
            <w:r>
              <w:t>https</w:t>
            </w:r>
            <w:r w:rsidRPr="00332DB8">
              <w:rPr>
                <w:lang w:val="ru-RU"/>
              </w:rPr>
              <w:t>://</w:t>
            </w:r>
            <w:r>
              <w:t>vk</w:t>
            </w:r>
            <w:r w:rsidRPr="00332DB8">
              <w:rPr>
                <w:lang w:val="ru-RU"/>
              </w:rPr>
              <w:t>.</w:t>
            </w:r>
            <w:r>
              <w:t>com</w:t>
            </w:r>
            <w:r w:rsidRPr="00332DB8">
              <w:rPr>
                <w:lang w:val="ru-RU"/>
              </w:rPr>
              <w:t>/</w:t>
            </w:r>
            <w:r>
              <w:t>club</w:t>
            </w:r>
            <w:r w:rsidRPr="00332DB8">
              <w:rPr>
                <w:lang w:val="ru-RU"/>
              </w:rPr>
              <w:t>42485380» в социальной сети «Вконтакте» и других указателях страниц сайтов (решение Заводского районного суда города Саратова от 30.11.2016);</w:t>
            </w:r>
          </w:p>
        </w:tc>
        <w:tc>
          <w:tcPr>
            <w:tcW w:w="2880" w:type="dxa"/>
          </w:tcPr>
          <w:p w:rsidR="006F7457" w:rsidRDefault="00332DB8">
            <w:r>
              <w:t>16.02.2017</w:t>
            </w:r>
          </w:p>
        </w:tc>
      </w:tr>
      <w:tr w:rsidR="006F7457">
        <w:tc>
          <w:tcPr>
            <w:tcW w:w="2880" w:type="dxa"/>
          </w:tcPr>
          <w:p w:rsidR="006F7457" w:rsidRDefault="00332DB8">
            <w:r>
              <w:t>4028.</w:t>
            </w:r>
          </w:p>
        </w:tc>
        <w:tc>
          <w:tcPr>
            <w:tcW w:w="2880" w:type="dxa"/>
          </w:tcPr>
          <w:p w:rsidR="006F7457" w:rsidRPr="00332DB8" w:rsidRDefault="00332DB8">
            <w:pPr>
              <w:rPr>
                <w:lang w:val="ru-RU"/>
              </w:rPr>
            </w:pPr>
            <w:r w:rsidRPr="00332DB8">
              <w:rPr>
                <w:lang w:val="ru-RU"/>
              </w:rPr>
              <w:t>Аудиоматериал под названием «МОЧИ ЧУРОК!!!» исполнителя «Суровый Мс» (решение Центрального районного суда г. Калининграда от 03.11.2016);</w:t>
            </w:r>
          </w:p>
        </w:tc>
        <w:tc>
          <w:tcPr>
            <w:tcW w:w="2880" w:type="dxa"/>
          </w:tcPr>
          <w:p w:rsidR="006F7457" w:rsidRDefault="00332DB8">
            <w:r>
              <w:t>16.02.2017</w:t>
            </w:r>
          </w:p>
        </w:tc>
      </w:tr>
      <w:tr w:rsidR="006F7457">
        <w:tc>
          <w:tcPr>
            <w:tcW w:w="2880" w:type="dxa"/>
          </w:tcPr>
          <w:p w:rsidR="006F7457" w:rsidRDefault="00332DB8">
            <w:r>
              <w:t>4029.</w:t>
            </w:r>
          </w:p>
        </w:tc>
        <w:tc>
          <w:tcPr>
            <w:tcW w:w="2880" w:type="dxa"/>
          </w:tcPr>
          <w:p w:rsidR="006F7457" w:rsidRPr="00332DB8" w:rsidRDefault="00332DB8">
            <w:pPr>
              <w:rPr>
                <w:lang w:val="ru-RU"/>
              </w:rPr>
            </w:pPr>
            <w:r w:rsidRPr="00332DB8">
              <w:rPr>
                <w:lang w:val="ru-RU"/>
              </w:rPr>
              <w:t xml:space="preserve">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w:t>
            </w:r>
            <w:r>
              <w:t>http</w:t>
            </w:r>
            <w:r w:rsidRPr="00332DB8">
              <w:rPr>
                <w:lang w:val="ru-RU"/>
              </w:rPr>
              <w:t>://</w:t>
            </w:r>
            <w:r>
              <w:t>politikum</w:t>
            </w:r>
            <w:r w:rsidRPr="00332DB8">
              <w:rPr>
                <w:lang w:val="ru-RU"/>
              </w:rPr>
              <w:t>.</w:t>
            </w:r>
            <w:r>
              <w:t>in</w:t>
            </w:r>
            <w:r w:rsidRPr="00332DB8">
              <w:rPr>
                <w:lang w:val="ru-RU"/>
              </w:rPr>
              <w:t>.</w:t>
            </w:r>
            <w:r>
              <w:t>ua</w:t>
            </w:r>
            <w:r w:rsidRPr="00332DB8">
              <w:rPr>
                <w:lang w:val="ru-RU"/>
              </w:rPr>
              <w:t>/.../60-</w:t>
            </w:r>
            <w:r>
              <w:t>rossiyskaya</w:t>
            </w:r>
            <w:r w:rsidRPr="00332DB8">
              <w:rPr>
                <w:lang w:val="ru-RU"/>
              </w:rPr>
              <w:t>-</w:t>
            </w:r>
            <w:r>
              <w:t>armiya</w:t>
            </w:r>
            <w:r w:rsidRPr="00332DB8">
              <w:rPr>
                <w:lang w:val="ru-RU"/>
              </w:rPr>
              <w:t>-</w:t>
            </w:r>
            <w:r>
              <w:t>samaya</w:t>
            </w:r>
            <w:r w:rsidRPr="00332DB8">
              <w:rPr>
                <w:lang w:val="ru-RU"/>
              </w:rPr>
              <w:t>-</w:t>
            </w:r>
            <w:r>
              <w:t>stras</w:t>
            </w:r>
            <w:r w:rsidRPr="00332DB8">
              <w:rPr>
                <w:lang w:val="ru-RU"/>
              </w:rPr>
              <w:t xml:space="preserve">...», размещенной в сети Интернет по электронному адресу: </w:t>
            </w:r>
            <w:r>
              <w:t>http</w:t>
            </w:r>
            <w:r w:rsidRPr="00332DB8">
              <w:rPr>
                <w:lang w:val="ru-RU"/>
              </w:rPr>
              <w:t>://</w:t>
            </w:r>
            <w:r>
              <w:t>vnmazurenko</w:t>
            </w:r>
            <w:r w:rsidRPr="00332DB8">
              <w:rPr>
                <w:lang w:val="ru-RU"/>
              </w:rPr>
              <w:t>.</w:t>
            </w:r>
            <w:r>
              <w:t>bIogspot</w:t>
            </w:r>
            <w:r w:rsidRPr="00332DB8">
              <w:rPr>
                <w:lang w:val="ru-RU"/>
              </w:rPr>
              <w:t>.</w:t>
            </w:r>
            <w:r>
              <w:t>ru</w:t>
            </w:r>
            <w:r w:rsidRPr="00332DB8">
              <w:rPr>
                <w:lang w:val="ru-RU"/>
              </w:rPr>
              <w:t>/2015/01/</w:t>
            </w:r>
            <w:r>
              <w:t>blog</w:t>
            </w:r>
            <w:r w:rsidRPr="00332DB8">
              <w:rPr>
                <w:lang w:val="ru-RU"/>
              </w:rPr>
              <w:t>-</w:t>
            </w:r>
            <w:r>
              <w:t>post</w:t>
            </w:r>
            <w:r w:rsidRPr="00332DB8">
              <w:rPr>
                <w:lang w:val="ru-RU"/>
              </w:rPr>
              <w:t>_666.</w:t>
            </w:r>
            <w:r>
              <w:t>html</w:t>
            </w:r>
            <w:r w:rsidRPr="00332DB8">
              <w:rPr>
                <w:lang w:val="ru-RU"/>
              </w:rPr>
              <w:t xml:space="preserve"> (решение Ленинского районного суда города Санкт-Петербурга от 15.11.2016);</w:t>
            </w:r>
          </w:p>
        </w:tc>
        <w:tc>
          <w:tcPr>
            <w:tcW w:w="2880" w:type="dxa"/>
          </w:tcPr>
          <w:p w:rsidR="006F7457" w:rsidRDefault="00332DB8">
            <w:r>
              <w:t>16.02.2017</w:t>
            </w:r>
          </w:p>
        </w:tc>
      </w:tr>
      <w:tr w:rsidR="006F7457">
        <w:tc>
          <w:tcPr>
            <w:tcW w:w="2880" w:type="dxa"/>
          </w:tcPr>
          <w:p w:rsidR="006F7457" w:rsidRDefault="00332DB8">
            <w:r>
              <w:t>4030.</w:t>
            </w:r>
          </w:p>
        </w:tc>
        <w:tc>
          <w:tcPr>
            <w:tcW w:w="2880" w:type="dxa"/>
          </w:tcPr>
          <w:p w:rsidR="006F7457" w:rsidRPr="00332DB8" w:rsidRDefault="00332DB8">
            <w:pPr>
              <w:rPr>
                <w:lang w:val="ru-RU"/>
              </w:rPr>
            </w:pPr>
            <w:r w:rsidRPr="00332DB8">
              <w:rPr>
                <w:lang w:val="ru-RU"/>
              </w:rPr>
              <w:t>Видеозапись «</w:t>
            </w:r>
            <w:r>
              <w:t>NSWP</w:t>
            </w:r>
            <w:r w:rsidRPr="00332DB8">
              <w:rPr>
                <w:lang w:val="ru-RU"/>
              </w:rPr>
              <w:t>-подольск.- хачам пи*дец» продолжительностью 01 минута 03 секунды, начинающаяся с демонстрации слайда с текстом «</w:t>
            </w:r>
            <w:r>
              <w:t>NSWP</w:t>
            </w:r>
            <w:r w:rsidRPr="00332DB8">
              <w:rPr>
                <w:lang w:val="ru-RU"/>
              </w:rPr>
              <w:t>-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2880" w:type="dxa"/>
          </w:tcPr>
          <w:p w:rsidR="006F7457" w:rsidRDefault="00332DB8">
            <w:r>
              <w:t>16.02.2017</w:t>
            </w:r>
          </w:p>
        </w:tc>
      </w:tr>
      <w:tr w:rsidR="006F7457">
        <w:tc>
          <w:tcPr>
            <w:tcW w:w="2880" w:type="dxa"/>
          </w:tcPr>
          <w:p w:rsidR="006F7457" w:rsidRDefault="00332DB8">
            <w:r>
              <w:t>40</w:t>
            </w:r>
            <w:r>
              <w:lastRenderedPageBreak/>
              <w:t>31.</w:t>
            </w:r>
          </w:p>
        </w:tc>
        <w:tc>
          <w:tcPr>
            <w:tcW w:w="2880" w:type="dxa"/>
          </w:tcPr>
          <w:p w:rsidR="006F7457" w:rsidRPr="00332DB8" w:rsidRDefault="00332DB8">
            <w:pPr>
              <w:rPr>
                <w:lang w:val="ru-RU"/>
              </w:rPr>
            </w:pPr>
            <w:r w:rsidRPr="00332DB8">
              <w:rPr>
                <w:lang w:val="ru-RU"/>
              </w:rPr>
              <w:lastRenderedPageBreak/>
              <w:t>Интернет сообщество «</w:t>
            </w:r>
            <w:r>
              <w:t>xWhite</w:t>
            </w:r>
            <w:r w:rsidRPr="00332DB8">
              <w:rPr>
                <w:lang w:val="ru-RU"/>
              </w:rPr>
              <w:t xml:space="preserve"> </w:t>
            </w:r>
            <w:r>
              <w:t>Brothersx</w:t>
            </w:r>
            <w:r w:rsidRPr="00332DB8">
              <w:rPr>
                <w:lang w:val="ru-RU"/>
              </w:rPr>
              <w:t xml:space="preserve">» </w:t>
            </w:r>
            <w:r>
              <w:t>vk</w:t>
            </w:r>
            <w:r w:rsidRPr="00332DB8">
              <w:rPr>
                <w:lang w:val="ru-RU"/>
              </w:rPr>
              <w:t>.</w:t>
            </w:r>
            <w:r>
              <w:t>com</w:t>
            </w:r>
            <w:r w:rsidRPr="00332DB8">
              <w:rPr>
                <w:lang w:val="ru-RU"/>
              </w:rPr>
              <w:t>/</w:t>
            </w:r>
            <w:r>
              <w:t>public</w:t>
            </w:r>
            <w:r w:rsidRPr="00332DB8">
              <w:rPr>
                <w:lang w:val="ru-RU"/>
              </w:rPr>
              <w:t xml:space="preserve">47394883 (решение Октябрьского районного суда г. </w:t>
            </w:r>
            <w:r w:rsidRPr="00332DB8">
              <w:rPr>
                <w:lang w:val="ru-RU"/>
              </w:rPr>
              <w:lastRenderedPageBreak/>
              <w:t>Владимира от 16.03.2016);</w:t>
            </w:r>
          </w:p>
        </w:tc>
        <w:tc>
          <w:tcPr>
            <w:tcW w:w="2880" w:type="dxa"/>
          </w:tcPr>
          <w:p w:rsidR="006F7457" w:rsidRDefault="00332DB8">
            <w:r>
              <w:lastRenderedPageBreak/>
              <w:t>02.03.</w:t>
            </w:r>
            <w:r>
              <w:lastRenderedPageBreak/>
              <w:t>2017</w:t>
            </w:r>
          </w:p>
        </w:tc>
      </w:tr>
      <w:tr w:rsidR="006F7457">
        <w:tc>
          <w:tcPr>
            <w:tcW w:w="2880" w:type="dxa"/>
          </w:tcPr>
          <w:p w:rsidR="006F7457" w:rsidRDefault="00332DB8">
            <w:r>
              <w:lastRenderedPageBreak/>
              <w:t>4032.</w:t>
            </w:r>
          </w:p>
        </w:tc>
        <w:tc>
          <w:tcPr>
            <w:tcW w:w="2880" w:type="dxa"/>
          </w:tcPr>
          <w:p w:rsidR="006F7457" w:rsidRPr="00332DB8" w:rsidRDefault="00332DB8">
            <w:pPr>
              <w:rPr>
                <w:lang w:val="ru-RU"/>
              </w:rPr>
            </w:pPr>
            <w:r w:rsidRPr="00332DB8">
              <w:rPr>
                <w:lang w:val="ru-RU"/>
              </w:rPr>
              <w:t xml:space="preserve">Интернет сообщество «Рореуе </w:t>
            </w:r>
            <w:r>
              <w:t>Mosh</w:t>
            </w:r>
            <w:r w:rsidRPr="00332DB8">
              <w:rPr>
                <w:lang w:val="ru-RU"/>
              </w:rPr>
              <w:t xml:space="preserve"> </w:t>
            </w:r>
            <w:r>
              <w:t>Crew</w:t>
            </w:r>
            <w:r w:rsidRPr="00332DB8">
              <w:rPr>
                <w:lang w:val="ru-RU"/>
              </w:rPr>
              <w:t xml:space="preserve">» </w:t>
            </w:r>
            <w:r>
              <w:t>vk</w:t>
            </w:r>
            <w:r w:rsidRPr="00332DB8">
              <w:rPr>
                <w:lang w:val="ru-RU"/>
              </w:rPr>
              <w:t>.</w:t>
            </w:r>
            <w:r>
              <w:t>com</w:t>
            </w:r>
            <w:r w:rsidRPr="00332DB8">
              <w:rPr>
                <w:lang w:val="ru-RU"/>
              </w:rPr>
              <w:t>/</w:t>
            </w:r>
            <w:r>
              <w:t>xvladiniirwhitecrewx</w:t>
            </w:r>
            <w:r w:rsidRPr="00332DB8">
              <w:rPr>
                <w:lang w:val="ru-RU"/>
              </w:rPr>
              <w:t xml:space="preserve"> (решение Октябрьского районного суда г. Владимира от 17.03.2016);</w:t>
            </w:r>
          </w:p>
        </w:tc>
        <w:tc>
          <w:tcPr>
            <w:tcW w:w="2880" w:type="dxa"/>
          </w:tcPr>
          <w:p w:rsidR="006F7457" w:rsidRDefault="00332DB8">
            <w:r>
              <w:t>02.03.2017</w:t>
            </w:r>
          </w:p>
        </w:tc>
      </w:tr>
      <w:tr w:rsidR="006F7457">
        <w:tc>
          <w:tcPr>
            <w:tcW w:w="2880" w:type="dxa"/>
          </w:tcPr>
          <w:p w:rsidR="006F7457" w:rsidRDefault="00332DB8">
            <w:r>
              <w:t>4033.</w:t>
            </w:r>
          </w:p>
        </w:tc>
        <w:tc>
          <w:tcPr>
            <w:tcW w:w="2880" w:type="dxa"/>
          </w:tcPr>
          <w:p w:rsidR="006F7457" w:rsidRPr="00332DB8" w:rsidRDefault="00332DB8">
            <w:pPr>
              <w:rPr>
                <w:lang w:val="ru-RU"/>
              </w:rPr>
            </w:pPr>
            <w:r w:rsidRPr="00332DB8">
              <w:rPr>
                <w:lang w:val="ru-RU"/>
              </w:rPr>
              <w:t xml:space="preserve">Интернет сообщество «О, Умма! Проснись!» по электронному адресу: </w:t>
            </w:r>
            <w:r>
              <w:t>http</w:t>
            </w:r>
            <w:r w:rsidRPr="00332DB8">
              <w:rPr>
                <w:lang w:val="ru-RU"/>
              </w:rPr>
              <w:t>://</w:t>
            </w:r>
            <w:r>
              <w:t>vk</w:t>
            </w:r>
            <w:r w:rsidRPr="00332DB8">
              <w:rPr>
                <w:lang w:val="ru-RU"/>
              </w:rPr>
              <w:t>.</w:t>
            </w:r>
            <w:r>
              <w:t>com</w:t>
            </w:r>
            <w:r w:rsidRPr="00332DB8">
              <w:rPr>
                <w:lang w:val="ru-RU"/>
              </w:rPr>
              <w:t>/</w:t>
            </w:r>
            <w:r>
              <w:t>club</w:t>
            </w:r>
            <w:r w:rsidRPr="00332DB8">
              <w:rPr>
                <w:lang w:val="ru-RU"/>
              </w:rPr>
              <w:t>89433252 (решение Октябрьского районного суда г. Владимира от 23.03.2016);</w:t>
            </w:r>
          </w:p>
        </w:tc>
        <w:tc>
          <w:tcPr>
            <w:tcW w:w="2880" w:type="dxa"/>
          </w:tcPr>
          <w:p w:rsidR="006F7457" w:rsidRDefault="00332DB8">
            <w:r>
              <w:t>02.03.2017</w:t>
            </w:r>
          </w:p>
        </w:tc>
      </w:tr>
      <w:tr w:rsidR="006F7457">
        <w:tc>
          <w:tcPr>
            <w:tcW w:w="2880" w:type="dxa"/>
          </w:tcPr>
          <w:p w:rsidR="006F7457" w:rsidRDefault="00332DB8">
            <w:r>
              <w:t>4034.</w:t>
            </w:r>
          </w:p>
        </w:tc>
        <w:tc>
          <w:tcPr>
            <w:tcW w:w="2880" w:type="dxa"/>
          </w:tcPr>
          <w:p w:rsidR="006F7457" w:rsidRPr="00332DB8" w:rsidRDefault="00332DB8">
            <w:pPr>
              <w:rPr>
                <w:lang w:val="ru-RU"/>
              </w:rPr>
            </w:pPr>
            <w:r w:rsidRPr="00332DB8">
              <w:rPr>
                <w:lang w:val="ru-RU"/>
              </w:rPr>
              <w:t>Видеозапись Сирия Халифат.Победа Близка» (решение Октябрьского районного суда г. Владимира от 29.03.2016);</w:t>
            </w:r>
          </w:p>
        </w:tc>
        <w:tc>
          <w:tcPr>
            <w:tcW w:w="2880" w:type="dxa"/>
          </w:tcPr>
          <w:p w:rsidR="006F7457" w:rsidRDefault="00332DB8">
            <w:r>
              <w:t>02.03.2017</w:t>
            </w:r>
          </w:p>
        </w:tc>
      </w:tr>
      <w:tr w:rsidR="006F7457">
        <w:tc>
          <w:tcPr>
            <w:tcW w:w="2880" w:type="dxa"/>
          </w:tcPr>
          <w:p w:rsidR="006F7457" w:rsidRDefault="00332DB8">
            <w:r>
              <w:t>4035.</w:t>
            </w:r>
          </w:p>
        </w:tc>
        <w:tc>
          <w:tcPr>
            <w:tcW w:w="2880" w:type="dxa"/>
          </w:tcPr>
          <w:p w:rsidR="006F7457" w:rsidRDefault="00332DB8">
            <w:r w:rsidRPr="00332DB8">
              <w:rPr>
                <w:lang w:val="ru-RU"/>
              </w:rPr>
              <w:t xml:space="preserve">Аудиозапись, распространенная Жуком А.П. в социальной сети «Вконтаке» в сети Интернет под псевдонимом «Антон Жук» по адресу: </w:t>
            </w:r>
            <w:r>
              <w:t>https</w:t>
            </w:r>
            <w:r w:rsidRPr="00332DB8">
              <w:rPr>
                <w:lang w:val="ru-RU"/>
              </w:rPr>
              <w:t>://</w:t>
            </w:r>
            <w:r>
              <w:t>vk</w:t>
            </w:r>
            <w:r w:rsidRPr="00332DB8">
              <w:rPr>
                <w:lang w:val="ru-RU"/>
              </w:rPr>
              <w:t>.</w:t>
            </w:r>
            <w:r>
              <w:t>com</w:t>
            </w:r>
            <w:r w:rsidRPr="00332DB8">
              <w:rPr>
                <w:lang w:val="ru-RU"/>
              </w:rPr>
              <w:t>/</w:t>
            </w:r>
            <w:r>
              <w:t>anton</w:t>
            </w:r>
            <w:r w:rsidRPr="00332DB8">
              <w:rPr>
                <w:lang w:val="ru-RU"/>
              </w:rPr>
              <w:t>.</w:t>
            </w:r>
            <w:r>
              <w:t>zhuk</w:t>
            </w:r>
            <w:r w:rsidRPr="00332DB8">
              <w:rPr>
                <w:lang w:val="ru-RU"/>
              </w:rPr>
              <w:t xml:space="preserve">86 под названием: «ДИВ-Русский мороз» начинающаяся словами: «Красный снег, черный лед» и заканчивающаяся словами: «Меньше крови русских солдат!» </w:t>
            </w:r>
            <w:r>
              <w:t>(решение Ленинского районного суда г. Ярославля от 02.12.2016);</w:t>
            </w:r>
          </w:p>
        </w:tc>
        <w:tc>
          <w:tcPr>
            <w:tcW w:w="2880" w:type="dxa"/>
          </w:tcPr>
          <w:p w:rsidR="006F7457" w:rsidRDefault="00332DB8">
            <w:r>
              <w:t>02.03.2017</w:t>
            </w:r>
          </w:p>
        </w:tc>
      </w:tr>
      <w:tr w:rsidR="006F7457">
        <w:tc>
          <w:tcPr>
            <w:tcW w:w="2880" w:type="dxa"/>
          </w:tcPr>
          <w:p w:rsidR="006F7457" w:rsidRDefault="00332DB8">
            <w:r>
              <w:t>4036.</w:t>
            </w:r>
          </w:p>
        </w:tc>
        <w:tc>
          <w:tcPr>
            <w:tcW w:w="2880" w:type="dxa"/>
          </w:tcPr>
          <w:p w:rsidR="006F7457" w:rsidRPr="00332DB8" w:rsidRDefault="00332DB8">
            <w:pPr>
              <w:rPr>
                <w:lang w:val="ru-RU"/>
              </w:rPr>
            </w:pPr>
            <w:r w:rsidRPr="00332DB8">
              <w:rPr>
                <w:lang w:val="ru-RU"/>
              </w:rPr>
              <w:t xml:space="preserve">Аудиозапись, распространенная Жуком А.П. в социальной сети «Вконтаке» в сети Интернет под псевдонимом «Антон Жук» по адресу: </w:t>
            </w:r>
            <w:r>
              <w:t>https</w:t>
            </w:r>
            <w:r w:rsidRPr="00332DB8">
              <w:rPr>
                <w:lang w:val="ru-RU"/>
              </w:rPr>
              <w:t>://</w:t>
            </w:r>
            <w:r>
              <w:t>vk</w:t>
            </w:r>
            <w:r w:rsidRPr="00332DB8">
              <w:rPr>
                <w:lang w:val="ru-RU"/>
              </w:rPr>
              <w:t>.</w:t>
            </w:r>
            <w:r>
              <w:t>com</w:t>
            </w:r>
            <w:r w:rsidRPr="00332DB8">
              <w:rPr>
                <w:lang w:val="ru-RU"/>
              </w:rPr>
              <w:t>/</w:t>
            </w:r>
            <w:r>
              <w:t>anton</w:t>
            </w:r>
            <w:r w:rsidRPr="00332DB8">
              <w:rPr>
                <w:lang w:val="ru-RU"/>
              </w:rPr>
              <w:t>.</w:t>
            </w:r>
            <w:r>
              <w:t>zhuk</w:t>
            </w:r>
            <w:r w:rsidRPr="00332DB8">
              <w:rPr>
                <w:lang w:val="ru-RU"/>
              </w:rPr>
              <w:t>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2880" w:type="dxa"/>
          </w:tcPr>
          <w:p w:rsidR="006F7457" w:rsidRDefault="00332DB8">
            <w:r>
              <w:t>02.03.2017</w:t>
            </w:r>
          </w:p>
        </w:tc>
      </w:tr>
      <w:tr w:rsidR="006F7457">
        <w:tc>
          <w:tcPr>
            <w:tcW w:w="2880" w:type="dxa"/>
          </w:tcPr>
          <w:p w:rsidR="006F7457" w:rsidRDefault="00332DB8">
            <w:r>
              <w:lastRenderedPageBreak/>
              <w:t>4037.</w:t>
            </w:r>
          </w:p>
        </w:tc>
        <w:tc>
          <w:tcPr>
            <w:tcW w:w="2880" w:type="dxa"/>
          </w:tcPr>
          <w:p w:rsidR="006F7457" w:rsidRPr="00332DB8" w:rsidRDefault="00332DB8">
            <w:pPr>
              <w:rPr>
                <w:lang w:val="ru-RU"/>
              </w:rPr>
            </w:pPr>
            <w:r w:rsidRPr="00332DB8">
              <w:rPr>
                <w:lang w:val="ru-RU"/>
              </w:rPr>
              <w:t xml:space="preserve">Видеоролик: «Правила поведения евреев с гоями», продолжительностью 14 мин 54 сек, размещенный на сайте «ВКонтакте» по адресу: </w:t>
            </w:r>
            <w:r>
              <w:t>https</w:t>
            </w:r>
            <w:r w:rsidRPr="00332DB8">
              <w:rPr>
                <w:lang w:val="ru-RU"/>
              </w:rPr>
              <w:t>://</w:t>
            </w:r>
            <w:r>
              <w:t>vk</w:t>
            </w:r>
            <w:r w:rsidRPr="00332DB8">
              <w:rPr>
                <w:lang w:val="ru-RU"/>
              </w:rPr>
              <w:t>.</w:t>
            </w:r>
            <w:r>
              <w:t>com</w:t>
            </w:r>
            <w:r w:rsidRPr="00332DB8">
              <w:rPr>
                <w:lang w:val="ru-RU"/>
              </w:rPr>
              <w:t>/</w:t>
            </w:r>
            <w:r>
              <w:t>adolf</w:t>
            </w:r>
            <w:r w:rsidRPr="00332DB8">
              <w:rPr>
                <w:lang w:val="ru-RU"/>
              </w:rPr>
              <w:t>.</w:t>
            </w:r>
            <w:r>
              <w:t>gromov</w:t>
            </w:r>
            <w:r w:rsidRPr="00332DB8">
              <w:rPr>
                <w:lang w:val="ru-RU"/>
              </w:rPr>
              <w:t xml:space="preserve"> (решение Ленинского районного суда г. Владивостока от 21.12.2016);</w:t>
            </w:r>
          </w:p>
        </w:tc>
        <w:tc>
          <w:tcPr>
            <w:tcW w:w="2880" w:type="dxa"/>
          </w:tcPr>
          <w:p w:rsidR="006F7457" w:rsidRDefault="00332DB8">
            <w:r>
              <w:t>02.03.2017</w:t>
            </w:r>
          </w:p>
        </w:tc>
      </w:tr>
      <w:tr w:rsidR="006F7457">
        <w:tc>
          <w:tcPr>
            <w:tcW w:w="2880" w:type="dxa"/>
          </w:tcPr>
          <w:p w:rsidR="006F7457" w:rsidRDefault="00332DB8">
            <w:r>
              <w:t>4038.</w:t>
            </w:r>
          </w:p>
        </w:tc>
        <w:tc>
          <w:tcPr>
            <w:tcW w:w="2880" w:type="dxa"/>
          </w:tcPr>
          <w:p w:rsidR="006F7457" w:rsidRPr="00332DB8" w:rsidRDefault="00332DB8">
            <w:pPr>
              <w:rPr>
                <w:lang w:val="ru-RU"/>
              </w:rPr>
            </w:pPr>
            <w:r w:rsidRPr="00332DB8">
              <w:rPr>
                <w:lang w:val="ru-RU"/>
              </w:rPr>
              <w:t xml:space="preserve">Видеоролик: «Почему евреи правят миром?», продолжительностью 05 мин 24 сек, размещенный на сайте «ВКонтакте» по адресу: </w:t>
            </w:r>
            <w:r>
              <w:t>https</w:t>
            </w:r>
            <w:r w:rsidRPr="00332DB8">
              <w:rPr>
                <w:lang w:val="ru-RU"/>
              </w:rPr>
              <w:t>://</w:t>
            </w:r>
            <w:r>
              <w:t>vk</w:t>
            </w:r>
            <w:r w:rsidRPr="00332DB8">
              <w:rPr>
                <w:lang w:val="ru-RU"/>
              </w:rPr>
              <w:t>.</w:t>
            </w:r>
            <w:r>
              <w:t>com</w:t>
            </w:r>
            <w:r w:rsidRPr="00332DB8">
              <w:rPr>
                <w:lang w:val="ru-RU"/>
              </w:rPr>
              <w:t>/</w:t>
            </w:r>
            <w:r>
              <w:t>adolf</w:t>
            </w:r>
            <w:r w:rsidRPr="00332DB8">
              <w:rPr>
                <w:lang w:val="ru-RU"/>
              </w:rPr>
              <w:t>.</w:t>
            </w:r>
            <w:r>
              <w:t>gromov</w:t>
            </w:r>
            <w:r w:rsidRPr="00332DB8">
              <w:rPr>
                <w:lang w:val="ru-RU"/>
              </w:rPr>
              <w:t xml:space="preserve"> (решение Ленинского районного суда г. Владивостока от 21.12.2016);</w:t>
            </w:r>
          </w:p>
        </w:tc>
        <w:tc>
          <w:tcPr>
            <w:tcW w:w="2880" w:type="dxa"/>
          </w:tcPr>
          <w:p w:rsidR="006F7457" w:rsidRDefault="00332DB8">
            <w:r>
              <w:t>02.03.2017</w:t>
            </w:r>
          </w:p>
        </w:tc>
      </w:tr>
      <w:tr w:rsidR="006F7457">
        <w:tc>
          <w:tcPr>
            <w:tcW w:w="2880" w:type="dxa"/>
          </w:tcPr>
          <w:p w:rsidR="006F7457" w:rsidRDefault="00332DB8">
            <w:r>
              <w:t>4039.</w:t>
            </w:r>
          </w:p>
        </w:tc>
        <w:tc>
          <w:tcPr>
            <w:tcW w:w="2880" w:type="dxa"/>
          </w:tcPr>
          <w:p w:rsidR="006F7457" w:rsidRPr="00332DB8" w:rsidRDefault="00332DB8">
            <w:pPr>
              <w:rPr>
                <w:lang w:val="ru-RU"/>
              </w:rPr>
            </w:pPr>
            <w:r w:rsidRPr="00332DB8">
              <w:rPr>
                <w:lang w:val="ru-RU"/>
              </w:rPr>
              <w:t>Текст песни музыкальной группы «Радикальный голос» «Убей Янки» (решение Нагатинского районного суда города Москвы от 04.10.2016);</w:t>
            </w:r>
          </w:p>
        </w:tc>
        <w:tc>
          <w:tcPr>
            <w:tcW w:w="2880" w:type="dxa"/>
          </w:tcPr>
          <w:p w:rsidR="006F7457" w:rsidRDefault="00332DB8">
            <w:r>
              <w:t>02.03.2017</w:t>
            </w:r>
          </w:p>
        </w:tc>
      </w:tr>
      <w:tr w:rsidR="006F7457">
        <w:tc>
          <w:tcPr>
            <w:tcW w:w="2880" w:type="dxa"/>
          </w:tcPr>
          <w:p w:rsidR="006F7457" w:rsidRDefault="00332DB8">
            <w:r>
              <w:t>4040.</w:t>
            </w:r>
          </w:p>
        </w:tc>
        <w:tc>
          <w:tcPr>
            <w:tcW w:w="2880" w:type="dxa"/>
          </w:tcPr>
          <w:p w:rsidR="006F7457" w:rsidRPr="00332DB8" w:rsidRDefault="00332DB8">
            <w:pPr>
              <w:rPr>
                <w:lang w:val="ru-RU"/>
              </w:rPr>
            </w:pPr>
            <w:r w:rsidRPr="00332DB8">
              <w:rPr>
                <w:lang w:val="ru-RU"/>
              </w:rPr>
              <w:t>Текст песни музыкальной группы «Радикальный голос» «Круши все нах…й» (решение Нагатинского районного суда города Москвы от 04.10.2016);</w:t>
            </w:r>
          </w:p>
        </w:tc>
        <w:tc>
          <w:tcPr>
            <w:tcW w:w="2880" w:type="dxa"/>
          </w:tcPr>
          <w:p w:rsidR="006F7457" w:rsidRDefault="00332DB8">
            <w:r>
              <w:t>02.03.2017</w:t>
            </w:r>
          </w:p>
        </w:tc>
      </w:tr>
      <w:tr w:rsidR="006F7457">
        <w:tc>
          <w:tcPr>
            <w:tcW w:w="2880" w:type="dxa"/>
          </w:tcPr>
          <w:p w:rsidR="006F7457" w:rsidRDefault="00332DB8">
            <w:r>
              <w:t>4041.</w:t>
            </w:r>
          </w:p>
        </w:tc>
        <w:tc>
          <w:tcPr>
            <w:tcW w:w="2880" w:type="dxa"/>
          </w:tcPr>
          <w:p w:rsidR="006F7457" w:rsidRDefault="00332DB8">
            <w:r w:rsidRPr="00332DB8">
              <w:rPr>
                <w:lang w:val="ru-RU"/>
              </w:rPr>
              <w:t xml:space="preserve">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w:t>
            </w:r>
            <w:r>
              <w:t>03 минуты 46 секунд (решение Ленинского районного суда г. Иваново от 23.12.2016);</w:t>
            </w:r>
          </w:p>
        </w:tc>
        <w:tc>
          <w:tcPr>
            <w:tcW w:w="2880" w:type="dxa"/>
          </w:tcPr>
          <w:p w:rsidR="006F7457" w:rsidRDefault="00332DB8">
            <w:r>
              <w:t>02.03.2017</w:t>
            </w:r>
          </w:p>
        </w:tc>
      </w:tr>
      <w:tr w:rsidR="006F7457">
        <w:tc>
          <w:tcPr>
            <w:tcW w:w="2880" w:type="dxa"/>
          </w:tcPr>
          <w:p w:rsidR="006F7457" w:rsidRDefault="00332DB8">
            <w:r>
              <w:t>404</w:t>
            </w:r>
            <w:r>
              <w:lastRenderedPageBreak/>
              <w:t>2.</w:t>
            </w:r>
          </w:p>
        </w:tc>
        <w:tc>
          <w:tcPr>
            <w:tcW w:w="2880" w:type="dxa"/>
          </w:tcPr>
          <w:p w:rsidR="006F7457" w:rsidRPr="00332DB8" w:rsidRDefault="00332DB8">
            <w:pPr>
              <w:rPr>
                <w:lang w:val="ru-RU"/>
              </w:rPr>
            </w:pPr>
            <w:r w:rsidRPr="00332DB8">
              <w:rPr>
                <w:lang w:val="ru-RU"/>
              </w:rPr>
              <w:lastRenderedPageBreak/>
              <w:t xml:space="preserve">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w:t>
            </w:r>
            <w:r w:rsidRPr="00332DB8">
              <w:rPr>
                <w:lang w:val="ru-RU"/>
              </w:rPr>
              <w:lastRenderedPageBreak/>
              <w:t>секунд (решение Ленинского районного суда г. Иваново от 23.12.2016);</w:t>
            </w:r>
          </w:p>
        </w:tc>
        <w:tc>
          <w:tcPr>
            <w:tcW w:w="2880" w:type="dxa"/>
          </w:tcPr>
          <w:p w:rsidR="006F7457" w:rsidRDefault="00332DB8">
            <w:r>
              <w:lastRenderedPageBreak/>
              <w:t>02.03.201</w:t>
            </w:r>
            <w:r>
              <w:lastRenderedPageBreak/>
              <w:t>7</w:t>
            </w:r>
          </w:p>
        </w:tc>
      </w:tr>
      <w:tr w:rsidR="006F7457">
        <w:tc>
          <w:tcPr>
            <w:tcW w:w="2880" w:type="dxa"/>
          </w:tcPr>
          <w:p w:rsidR="006F7457" w:rsidRDefault="00332DB8">
            <w:r>
              <w:lastRenderedPageBreak/>
              <w:t>4043.</w:t>
            </w:r>
          </w:p>
        </w:tc>
        <w:tc>
          <w:tcPr>
            <w:tcW w:w="2880" w:type="dxa"/>
          </w:tcPr>
          <w:p w:rsidR="006F7457" w:rsidRDefault="00332DB8">
            <w:r w:rsidRPr="00332DB8">
              <w:rPr>
                <w:lang w:val="ru-RU"/>
              </w:rPr>
              <w:t xml:space="preserve">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w:t>
            </w:r>
            <w:r>
              <w:t>04 минуты 37 секунд (решение Ленинского районного суда г. Иваново от 23.12.2016);</w:t>
            </w:r>
          </w:p>
        </w:tc>
        <w:tc>
          <w:tcPr>
            <w:tcW w:w="2880" w:type="dxa"/>
          </w:tcPr>
          <w:p w:rsidR="006F7457" w:rsidRDefault="00332DB8">
            <w:r>
              <w:t>02.03.2017</w:t>
            </w:r>
          </w:p>
        </w:tc>
      </w:tr>
      <w:tr w:rsidR="006F7457">
        <w:tc>
          <w:tcPr>
            <w:tcW w:w="2880" w:type="dxa"/>
          </w:tcPr>
          <w:p w:rsidR="006F7457" w:rsidRDefault="00332DB8">
            <w:r>
              <w:t>4044.</w:t>
            </w:r>
          </w:p>
        </w:tc>
        <w:tc>
          <w:tcPr>
            <w:tcW w:w="2880" w:type="dxa"/>
          </w:tcPr>
          <w:p w:rsidR="006F7457" w:rsidRPr="00332DB8" w:rsidRDefault="00332DB8">
            <w:pPr>
              <w:rPr>
                <w:lang w:val="ru-RU"/>
              </w:rPr>
            </w:pPr>
            <w:r w:rsidRPr="00332DB8">
              <w:rPr>
                <w:lang w:val="ru-RU"/>
              </w:rPr>
              <w:t xml:space="preserve">Изображение: коллаж, состоящий из трех частей (первая часть представлена изображением надписи </w:t>
            </w:r>
            <w:r>
              <w:t>I</w:t>
            </w:r>
            <w:r w:rsidRPr="00332DB8">
              <w:rPr>
                <w:lang w:val="ru-RU"/>
              </w:rPr>
              <w:t xml:space="preserve"> </w:t>
            </w:r>
            <w:r>
              <w:t>LOVE</w:t>
            </w:r>
            <w:r w:rsidRPr="00332DB8">
              <w:rPr>
                <w:lang w:val="ru-RU"/>
              </w:rPr>
              <w:t xml:space="preserve"> (изображение в виде сердца) </w:t>
            </w:r>
            <w:r>
              <w:t>m</w:t>
            </w:r>
            <w:r w:rsidRPr="00332DB8">
              <w:rPr>
                <w:lang w:val="ru-RU"/>
              </w:rPr>
              <w:t xml:space="preserve">у </w:t>
            </w:r>
            <w:r>
              <w:t>Turkish</w:t>
            </w:r>
            <w:r w:rsidRPr="00332DB8">
              <w:rPr>
                <w:lang w:val="ru-RU"/>
              </w:rPr>
              <w:t xml:space="preserve"> </w:t>
            </w:r>
            <w:r>
              <w:t>boyfriend</w:t>
            </w:r>
            <w:r w:rsidRPr="00332DB8">
              <w:rPr>
                <w:lang w:val="ru-RU"/>
              </w:rPr>
              <w:t xml:space="preserve">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2880" w:type="dxa"/>
          </w:tcPr>
          <w:p w:rsidR="006F7457" w:rsidRDefault="00332DB8">
            <w:r>
              <w:t>02.03.2017</w:t>
            </w:r>
          </w:p>
        </w:tc>
      </w:tr>
      <w:tr w:rsidR="006F7457">
        <w:tc>
          <w:tcPr>
            <w:tcW w:w="2880" w:type="dxa"/>
          </w:tcPr>
          <w:p w:rsidR="006F7457" w:rsidRDefault="00332DB8">
            <w:r>
              <w:t>4045.</w:t>
            </w:r>
          </w:p>
        </w:tc>
        <w:tc>
          <w:tcPr>
            <w:tcW w:w="2880" w:type="dxa"/>
          </w:tcPr>
          <w:p w:rsidR="006F7457" w:rsidRPr="00332DB8" w:rsidRDefault="00332DB8">
            <w:pPr>
              <w:rPr>
                <w:lang w:val="ru-RU"/>
              </w:rPr>
            </w:pPr>
            <w:r w:rsidRPr="00332DB8">
              <w:rPr>
                <w:lang w:val="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2880" w:type="dxa"/>
          </w:tcPr>
          <w:p w:rsidR="006F7457" w:rsidRDefault="00332DB8">
            <w:r>
              <w:t>02.03.2017</w:t>
            </w:r>
          </w:p>
        </w:tc>
      </w:tr>
      <w:tr w:rsidR="006F7457">
        <w:tc>
          <w:tcPr>
            <w:tcW w:w="2880" w:type="dxa"/>
          </w:tcPr>
          <w:p w:rsidR="006F7457" w:rsidRDefault="00332DB8">
            <w:r>
              <w:t>4046.</w:t>
            </w:r>
          </w:p>
        </w:tc>
        <w:tc>
          <w:tcPr>
            <w:tcW w:w="2880" w:type="dxa"/>
          </w:tcPr>
          <w:p w:rsidR="006F7457" w:rsidRPr="00332DB8" w:rsidRDefault="00332DB8">
            <w:pPr>
              <w:rPr>
                <w:lang w:val="ru-RU"/>
              </w:rPr>
            </w:pPr>
            <w:r w:rsidRPr="00332DB8">
              <w:rPr>
                <w:lang w:val="ru-RU"/>
              </w:rPr>
              <w:t xml:space="preserve">Видеозапись «Мощное дуа Мухаммада Люхайдана за муджахидов», распространяемая в сети «Интернет» по электронному адресу: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224972850 (решение Октябрьского районного суда г. Владимира от 31.03.2016 и определение Октябрьского районного суда г. Владимира от 14.02.2019);</w:t>
            </w:r>
          </w:p>
        </w:tc>
        <w:tc>
          <w:tcPr>
            <w:tcW w:w="2880" w:type="dxa"/>
          </w:tcPr>
          <w:p w:rsidR="006F7457" w:rsidRDefault="00332DB8">
            <w:r>
              <w:t>02.03.2017</w:t>
            </w:r>
          </w:p>
        </w:tc>
      </w:tr>
      <w:tr w:rsidR="006F7457">
        <w:tc>
          <w:tcPr>
            <w:tcW w:w="2880" w:type="dxa"/>
          </w:tcPr>
          <w:p w:rsidR="006F7457" w:rsidRDefault="00332DB8">
            <w:r>
              <w:t>404</w:t>
            </w:r>
            <w:r>
              <w:lastRenderedPageBreak/>
              <w:t>7.</w:t>
            </w:r>
          </w:p>
        </w:tc>
        <w:tc>
          <w:tcPr>
            <w:tcW w:w="2880" w:type="dxa"/>
          </w:tcPr>
          <w:p w:rsidR="006F7457" w:rsidRPr="00332DB8" w:rsidRDefault="00332DB8">
            <w:pPr>
              <w:rPr>
                <w:lang w:val="ru-RU"/>
              </w:rPr>
            </w:pPr>
            <w:r w:rsidRPr="00332DB8">
              <w:rPr>
                <w:lang w:val="ru-RU"/>
              </w:rPr>
              <w:lastRenderedPageBreak/>
              <w:t xml:space="preserve">Видеозапись «Камандир амон Таджикистан», расположенная по адресам: </w:t>
            </w:r>
            <w:r>
              <w:t>http</w:t>
            </w:r>
            <w:r w:rsidRPr="00332DB8">
              <w:rPr>
                <w:lang w:val="ru-RU"/>
              </w:rPr>
              <w:t>://</w:t>
            </w:r>
            <w:r>
              <w:t>ok</w:t>
            </w:r>
            <w:r w:rsidRPr="00332DB8">
              <w:rPr>
                <w:lang w:val="ru-RU"/>
              </w:rPr>
              <w:t>.</w:t>
            </w:r>
            <w:r>
              <w:t>ru</w:t>
            </w:r>
            <w:r w:rsidRPr="00332DB8">
              <w:rPr>
                <w:lang w:val="ru-RU"/>
              </w:rPr>
              <w:t>/</w:t>
            </w:r>
            <w:r>
              <w:t>profile</w:t>
            </w:r>
            <w:r w:rsidRPr="00332DB8">
              <w:rPr>
                <w:lang w:val="ru-RU"/>
              </w:rPr>
              <w:t xml:space="preserve">/566662892073, </w:t>
            </w:r>
            <w:r>
              <w:t>http</w:t>
            </w:r>
            <w:r w:rsidRPr="00332DB8">
              <w:rPr>
                <w:lang w:val="ru-RU"/>
              </w:rPr>
              <w:t>://</w:t>
            </w:r>
            <w:r>
              <w:t>ok</w:t>
            </w:r>
            <w:r w:rsidRPr="00332DB8">
              <w:rPr>
                <w:lang w:val="ru-RU"/>
              </w:rPr>
              <w:t>.</w:t>
            </w:r>
            <w:r>
              <w:t>ru</w:t>
            </w:r>
            <w:r w:rsidRPr="00332DB8">
              <w:rPr>
                <w:lang w:val="ru-RU"/>
              </w:rPr>
              <w:t>/</w:t>
            </w:r>
            <w:r>
              <w:t>profile</w:t>
            </w:r>
            <w:r w:rsidRPr="00332DB8">
              <w:rPr>
                <w:lang w:val="ru-RU"/>
              </w:rPr>
              <w:t xml:space="preserve">/555464725087, </w:t>
            </w:r>
            <w:r>
              <w:t>http</w:t>
            </w:r>
            <w:r w:rsidRPr="00332DB8">
              <w:rPr>
                <w:lang w:val="ru-RU"/>
              </w:rPr>
              <w:t>://</w:t>
            </w:r>
            <w:r>
              <w:t>ok</w:t>
            </w:r>
            <w:r w:rsidRPr="00332DB8">
              <w:rPr>
                <w:lang w:val="ru-RU"/>
              </w:rPr>
              <w:t>.</w:t>
            </w:r>
            <w:r>
              <w:t>ru</w:t>
            </w:r>
            <w:r w:rsidRPr="00332DB8">
              <w:rPr>
                <w:lang w:val="ru-RU"/>
              </w:rPr>
              <w:t>/</w:t>
            </w:r>
            <w:r>
              <w:t>profile</w:t>
            </w:r>
            <w:r w:rsidRPr="00332DB8">
              <w:rPr>
                <w:lang w:val="ru-RU"/>
              </w:rPr>
              <w:t xml:space="preserve">/ 542954022732 (решение Октябрьского районного суда </w:t>
            </w:r>
            <w:r w:rsidRPr="00332DB8">
              <w:rPr>
                <w:lang w:val="ru-RU"/>
              </w:rPr>
              <w:lastRenderedPageBreak/>
              <w:t>г. Владимира от 18.03.2016);</w:t>
            </w:r>
          </w:p>
        </w:tc>
        <w:tc>
          <w:tcPr>
            <w:tcW w:w="2880" w:type="dxa"/>
          </w:tcPr>
          <w:p w:rsidR="006F7457" w:rsidRDefault="00332DB8">
            <w:r>
              <w:lastRenderedPageBreak/>
              <w:t>02.03.201</w:t>
            </w:r>
            <w:r>
              <w:lastRenderedPageBreak/>
              <w:t>7</w:t>
            </w:r>
          </w:p>
        </w:tc>
      </w:tr>
      <w:tr w:rsidR="006F7457">
        <w:tc>
          <w:tcPr>
            <w:tcW w:w="2880" w:type="dxa"/>
          </w:tcPr>
          <w:p w:rsidR="006F7457" w:rsidRDefault="00332DB8">
            <w:r>
              <w:lastRenderedPageBreak/>
              <w:t>4048.</w:t>
            </w:r>
          </w:p>
        </w:tc>
        <w:tc>
          <w:tcPr>
            <w:tcW w:w="2880" w:type="dxa"/>
          </w:tcPr>
          <w:p w:rsidR="006F7457" w:rsidRPr="00332DB8" w:rsidRDefault="00332DB8">
            <w:pPr>
              <w:rPr>
                <w:lang w:val="ru-RU"/>
              </w:rPr>
            </w:pPr>
            <w:r w:rsidRPr="00332DB8">
              <w:rPr>
                <w:lang w:val="ru-RU"/>
              </w:rPr>
              <w:t xml:space="preserve">Видеозапись «Точики мучохидин», расположенная по адресам: </w:t>
            </w:r>
            <w:r>
              <w:t>http</w:t>
            </w:r>
            <w:r w:rsidRPr="00332DB8">
              <w:rPr>
                <w:lang w:val="ru-RU"/>
              </w:rPr>
              <w:t>://</w:t>
            </w:r>
            <w:r>
              <w:t>ok</w:t>
            </w:r>
            <w:r w:rsidRPr="00332DB8">
              <w:rPr>
                <w:lang w:val="ru-RU"/>
              </w:rPr>
              <w:t>.</w:t>
            </w:r>
            <w:r>
              <w:t>ru</w:t>
            </w:r>
            <w:r w:rsidRPr="00332DB8">
              <w:rPr>
                <w:lang w:val="ru-RU"/>
              </w:rPr>
              <w:t>/</w:t>
            </w:r>
            <w:r>
              <w:t>profile</w:t>
            </w:r>
            <w:r w:rsidRPr="00332DB8">
              <w:rPr>
                <w:lang w:val="ru-RU"/>
              </w:rPr>
              <w:t xml:space="preserve">/566662892073, </w:t>
            </w:r>
            <w:r>
              <w:t>http</w:t>
            </w:r>
            <w:r w:rsidRPr="00332DB8">
              <w:rPr>
                <w:lang w:val="ru-RU"/>
              </w:rPr>
              <w:t>://</w:t>
            </w:r>
            <w:r>
              <w:t>ok</w:t>
            </w:r>
            <w:r w:rsidRPr="00332DB8">
              <w:rPr>
                <w:lang w:val="ru-RU"/>
              </w:rPr>
              <w:t>.</w:t>
            </w:r>
            <w:r>
              <w:t>ru</w:t>
            </w:r>
            <w:r w:rsidRPr="00332DB8">
              <w:rPr>
                <w:lang w:val="ru-RU"/>
              </w:rPr>
              <w:t>/</w:t>
            </w:r>
            <w:r>
              <w:t>profile</w:t>
            </w:r>
            <w:r w:rsidRPr="00332DB8">
              <w:rPr>
                <w:lang w:val="ru-RU"/>
              </w:rPr>
              <w:t xml:space="preserve">/555464725087, </w:t>
            </w:r>
            <w:r>
              <w:t>http</w:t>
            </w:r>
            <w:r w:rsidRPr="00332DB8">
              <w:rPr>
                <w:lang w:val="ru-RU"/>
              </w:rPr>
              <w:t>://</w:t>
            </w:r>
            <w:r>
              <w:t>ok</w:t>
            </w:r>
            <w:r w:rsidRPr="00332DB8">
              <w:rPr>
                <w:lang w:val="ru-RU"/>
              </w:rPr>
              <w:t>.</w:t>
            </w:r>
            <w:r>
              <w:t>ru</w:t>
            </w:r>
            <w:r w:rsidRPr="00332DB8">
              <w:rPr>
                <w:lang w:val="ru-RU"/>
              </w:rPr>
              <w:t xml:space="preserve">/ </w:t>
            </w:r>
            <w:r>
              <w:t>profile</w:t>
            </w:r>
            <w:r w:rsidRPr="00332DB8">
              <w:rPr>
                <w:lang w:val="ru-RU"/>
              </w:rPr>
              <w:t>/542954022732 (решение Октябрьского районного суда г. Владимира от 18.03.2016);</w:t>
            </w:r>
          </w:p>
        </w:tc>
        <w:tc>
          <w:tcPr>
            <w:tcW w:w="2880" w:type="dxa"/>
          </w:tcPr>
          <w:p w:rsidR="006F7457" w:rsidRDefault="00332DB8">
            <w:r>
              <w:t>02.03.2017</w:t>
            </w:r>
          </w:p>
        </w:tc>
      </w:tr>
      <w:tr w:rsidR="006F7457">
        <w:tc>
          <w:tcPr>
            <w:tcW w:w="2880" w:type="dxa"/>
          </w:tcPr>
          <w:p w:rsidR="006F7457" w:rsidRDefault="00332DB8">
            <w:r>
              <w:t>4049.</w:t>
            </w:r>
          </w:p>
        </w:tc>
        <w:tc>
          <w:tcPr>
            <w:tcW w:w="2880" w:type="dxa"/>
          </w:tcPr>
          <w:p w:rsidR="006F7457" w:rsidRPr="00332DB8" w:rsidRDefault="00332DB8">
            <w:pPr>
              <w:rPr>
                <w:lang w:val="ru-RU"/>
              </w:rPr>
            </w:pPr>
            <w:r w:rsidRPr="00332DB8">
              <w:rPr>
                <w:lang w:val="ru-RU"/>
              </w:rPr>
              <w:t xml:space="preserve">Видеозапись «Истинный мусульманин генерал», расположенная по адресам: </w:t>
            </w:r>
            <w:r>
              <w:t>http</w:t>
            </w:r>
            <w:r w:rsidRPr="00332DB8">
              <w:rPr>
                <w:lang w:val="ru-RU"/>
              </w:rPr>
              <w:t>://</w:t>
            </w:r>
            <w:r>
              <w:t>ok</w:t>
            </w:r>
            <w:r w:rsidRPr="00332DB8">
              <w:rPr>
                <w:lang w:val="ru-RU"/>
              </w:rPr>
              <w:t>.</w:t>
            </w:r>
            <w:r>
              <w:t>ru</w:t>
            </w:r>
            <w:r w:rsidRPr="00332DB8">
              <w:rPr>
                <w:lang w:val="ru-RU"/>
              </w:rPr>
              <w:t>/</w:t>
            </w:r>
            <w:r>
              <w:t>profile</w:t>
            </w:r>
            <w:r w:rsidRPr="00332DB8">
              <w:rPr>
                <w:lang w:val="ru-RU"/>
              </w:rPr>
              <w:t xml:space="preserve">/566662892073, </w:t>
            </w:r>
            <w:r>
              <w:t>http</w:t>
            </w:r>
            <w:r w:rsidRPr="00332DB8">
              <w:rPr>
                <w:lang w:val="ru-RU"/>
              </w:rPr>
              <w:t>://</w:t>
            </w:r>
            <w:r>
              <w:t>ok</w:t>
            </w:r>
            <w:r w:rsidRPr="00332DB8">
              <w:rPr>
                <w:lang w:val="ru-RU"/>
              </w:rPr>
              <w:t>.</w:t>
            </w:r>
            <w:r>
              <w:t>ru</w:t>
            </w:r>
            <w:r w:rsidRPr="00332DB8">
              <w:rPr>
                <w:lang w:val="ru-RU"/>
              </w:rPr>
              <w:t>/</w:t>
            </w:r>
            <w:r>
              <w:t>profile</w:t>
            </w:r>
            <w:r w:rsidRPr="00332DB8">
              <w:rPr>
                <w:lang w:val="ru-RU"/>
              </w:rPr>
              <w:t xml:space="preserve">/555464725087, </w:t>
            </w:r>
            <w:r>
              <w:t>http</w:t>
            </w:r>
            <w:r w:rsidRPr="00332DB8">
              <w:rPr>
                <w:lang w:val="ru-RU"/>
              </w:rPr>
              <w:t>://</w:t>
            </w:r>
            <w:r>
              <w:t>ok</w:t>
            </w:r>
            <w:r w:rsidRPr="00332DB8">
              <w:rPr>
                <w:lang w:val="ru-RU"/>
              </w:rPr>
              <w:t>.</w:t>
            </w:r>
            <w:r>
              <w:t>ru</w:t>
            </w:r>
            <w:r w:rsidRPr="00332DB8">
              <w:rPr>
                <w:lang w:val="ru-RU"/>
              </w:rPr>
              <w:t>/</w:t>
            </w:r>
            <w:r>
              <w:t>profile</w:t>
            </w:r>
            <w:r w:rsidRPr="00332DB8">
              <w:rPr>
                <w:lang w:val="ru-RU"/>
              </w:rPr>
              <w:t>/542954022732 (решение Октябрьского районного суда г. Владимира от 18.03.2016);</w:t>
            </w:r>
          </w:p>
        </w:tc>
        <w:tc>
          <w:tcPr>
            <w:tcW w:w="2880" w:type="dxa"/>
          </w:tcPr>
          <w:p w:rsidR="006F7457" w:rsidRDefault="00332DB8">
            <w:r>
              <w:t>02.03.2017</w:t>
            </w:r>
          </w:p>
        </w:tc>
      </w:tr>
      <w:tr w:rsidR="006F7457">
        <w:tc>
          <w:tcPr>
            <w:tcW w:w="2880" w:type="dxa"/>
          </w:tcPr>
          <w:p w:rsidR="006F7457" w:rsidRDefault="00332DB8">
            <w:r>
              <w:t>4050.</w:t>
            </w:r>
          </w:p>
        </w:tc>
        <w:tc>
          <w:tcPr>
            <w:tcW w:w="2880" w:type="dxa"/>
          </w:tcPr>
          <w:p w:rsidR="006F7457" w:rsidRPr="00332DB8" w:rsidRDefault="00332DB8">
            <w:pPr>
              <w:rPr>
                <w:lang w:val="ru-RU"/>
              </w:rPr>
            </w:pPr>
            <w:r w:rsidRPr="00332DB8">
              <w:rPr>
                <w:lang w:val="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2880" w:type="dxa"/>
          </w:tcPr>
          <w:p w:rsidR="006F7457" w:rsidRDefault="00332DB8">
            <w:r>
              <w:t>02.03.2017</w:t>
            </w:r>
          </w:p>
        </w:tc>
      </w:tr>
      <w:tr w:rsidR="006F7457">
        <w:tc>
          <w:tcPr>
            <w:tcW w:w="2880" w:type="dxa"/>
          </w:tcPr>
          <w:p w:rsidR="006F7457" w:rsidRDefault="00332DB8">
            <w:r>
              <w:t>4051.</w:t>
            </w:r>
          </w:p>
        </w:tc>
        <w:tc>
          <w:tcPr>
            <w:tcW w:w="2880" w:type="dxa"/>
          </w:tcPr>
          <w:p w:rsidR="006F7457" w:rsidRPr="00332DB8" w:rsidRDefault="00332DB8">
            <w:pPr>
              <w:rPr>
                <w:lang w:val="ru-RU"/>
              </w:rPr>
            </w:pPr>
            <w:r w:rsidRPr="00332DB8">
              <w:rPr>
                <w:lang w:val="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2880" w:type="dxa"/>
          </w:tcPr>
          <w:p w:rsidR="006F7457" w:rsidRDefault="00332DB8">
            <w:r>
              <w:t>02.03.2017</w:t>
            </w:r>
          </w:p>
        </w:tc>
      </w:tr>
      <w:tr w:rsidR="006F7457">
        <w:tc>
          <w:tcPr>
            <w:tcW w:w="2880" w:type="dxa"/>
          </w:tcPr>
          <w:p w:rsidR="006F7457" w:rsidRDefault="00332DB8">
            <w:r>
              <w:t>4052.</w:t>
            </w:r>
          </w:p>
        </w:tc>
        <w:tc>
          <w:tcPr>
            <w:tcW w:w="2880" w:type="dxa"/>
          </w:tcPr>
          <w:p w:rsidR="006F7457" w:rsidRPr="00332DB8" w:rsidRDefault="00332DB8">
            <w:pPr>
              <w:rPr>
                <w:lang w:val="ru-RU"/>
              </w:rPr>
            </w:pPr>
            <w:r w:rsidRPr="00332DB8">
              <w:rPr>
                <w:lang w:val="ru-RU"/>
              </w:rPr>
              <w:t>Видеофайл «</w:t>
            </w:r>
            <w:r>
              <w:t>RHS</w:t>
            </w:r>
            <w:r w:rsidRPr="00332DB8">
              <w:rPr>
                <w:lang w:val="ru-RU"/>
              </w:rPr>
              <w:t xml:space="preserve"> Герои РОА (2006) (</w:t>
            </w:r>
            <w:r>
              <w:t>mp</w:t>
            </w:r>
            <w:r w:rsidRPr="00332DB8">
              <w:rPr>
                <w:lang w:val="ru-RU"/>
              </w:rPr>
              <w:t xml:space="preserve">4)», продолжительностью 7 мин. 12 сек., объемом 18 403 кб., размещенный в компьютерной сети Интернет в социальной сети «ВКонтакте» на странице по адресу: </w:t>
            </w:r>
            <w:r>
              <w:t>http</w:t>
            </w:r>
            <w:r w:rsidRPr="00332DB8">
              <w:rPr>
                <w:lang w:val="ru-RU"/>
              </w:rPr>
              <w:t>//</w:t>
            </w:r>
            <w:r>
              <w:t>vk</w:t>
            </w:r>
            <w:r w:rsidRPr="00332DB8">
              <w:rPr>
                <w:lang w:val="ru-RU"/>
              </w:rPr>
              <w:t>.</w:t>
            </w:r>
            <w:r>
              <w:t>com</w:t>
            </w:r>
            <w:r w:rsidRPr="00332DB8">
              <w:rPr>
                <w:lang w:val="ru-RU"/>
              </w:rPr>
              <w:t>/</w:t>
            </w:r>
            <w:r>
              <w:t>kolovrat</w:t>
            </w:r>
            <w:r w:rsidRPr="00332DB8">
              <w:rPr>
                <w:lang w:val="ru-RU"/>
              </w:rPr>
              <w:t>_</w:t>
            </w:r>
            <w:r>
              <w:t>band</w:t>
            </w:r>
            <w:r w:rsidRPr="00332DB8">
              <w:rPr>
                <w:lang w:val="ru-RU"/>
              </w:rPr>
              <w:t xml:space="preserve"> (решение Полярного районного суда Мурманской области от 26.12.2016);</w:t>
            </w:r>
          </w:p>
        </w:tc>
        <w:tc>
          <w:tcPr>
            <w:tcW w:w="2880" w:type="dxa"/>
          </w:tcPr>
          <w:p w:rsidR="006F7457" w:rsidRDefault="00332DB8">
            <w:r>
              <w:t>02.03.2017</w:t>
            </w:r>
          </w:p>
        </w:tc>
      </w:tr>
      <w:tr w:rsidR="006F7457">
        <w:tc>
          <w:tcPr>
            <w:tcW w:w="2880" w:type="dxa"/>
          </w:tcPr>
          <w:p w:rsidR="006F7457" w:rsidRDefault="00332DB8">
            <w:r>
              <w:lastRenderedPageBreak/>
              <w:t>4053.</w:t>
            </w:r>
          </w:p>
        </w:tc>
        <w:tc>
          <w:tcPr>
            <w:tcW w:w="2880" w:type="dxa"/>
          </w:tcPr>
          <w:p w:rsidR="006F7457" w:rsidRPr="00332DB8" w:rsidRDefault="00332DB8">
            <w:pPr>
              <w:rPr>
                <w:lang w:val="ru-RU"/>
              </w:rPr>
            </w:pPr>
            <w:r w:rsidRPr="00332DB8">
              <w:rPr>
                <w:lang w:val="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w:t>
            </w:r>
            <w:r>
              <w:t>Fasebook</w:t>
            </w:r>
            <w:r w:rsidRPr="00332DB8">
              <w:rPr>
                <w:lang w:val="ru-RU"/>
              </w:rPr>
              <w:t xml:space="preserve">», имеющая адрес статьи в сети Интернет </w:t>
            </w:r>
            <w:r>
              <w:t>https</w:t>
            </w:r>
            <w:r w:rsidRPr="00332DB8">
              <w:rPr>
                <w:lang w:val="ru-RU"/>
              </w:rPr>
              <w:t>://</w:t>
            </w:r>
            <w:r>
              <w:t>www</w:t>
            </w:r>
            <w:r w:rsidRPr="00332DB8">
              <w:rPr>
                <w:lang w:val="ru-RU"/>
              </w:rPr>
              <w:t>.</w:t>
            </w:r>
            <w:r>
              <w:t>fasebook</w:t>
            </w:r>
            <w:r w:rsidRPr="00332DB8">
              <w:rPr>
                <w:lang w:val="ru-RU"/>
              </w:rPr>
              <w:t>.</w:t>
            </w:r>
            <w:r>
              <w:t>com</w:t>
            </w:r>
            <w:r w:rsidRPr="00332DB8">
              <w:rPr>
                <w:lang w:val="ru-RU"/>
              </w:rPr>
              <w:t>/</w:t>
            </w:r>
            <w:r>
              <w:t>pravo</w:t>
            </w:r>
            <w:r w:rsidRPr="00332DB8">
              <w:rPr>
                <w:lang w:val="ru-RU"/>
              </w:rPr>
              <w:t>2016/</w:t>
            </w:r>
            <w:r>
              <w:t>posts</w:t>
            </w:r>
            <w:r w:rsidRPr="00332DB8">
              <w:rPr>
                <w:lang w:val="ru-RU"/>
              </w:rPr>
              <w:t>/1387427084605442) (решение Советского районного суда г. Астрахани от 23.01.2017);</w:t>
            </w:r>
          </w:p>
        </w:tc>
        <w:tc>
          <w:tcPr>
            <w:tcW w:w="2880" w:type="dxa"/>
          </w:tcPr>
          <w:p w:rsidR="006F7457" w:rsidRDefault="00332DB8">
            <w:r>
              <w:t>02.03.2017</w:t>
            </w:r>
          </w:p>
        </w:tc>
      </w:tr>
      <w:tr w:rsidR="006F7457">
        <w:tc>
          <w:tcPr>
            <w:tcW w:w="2880" w:type="dxa"/>
          </w:tcPr>
          <w:p w:rsidR="006F7457" w:rsidRDefault="00332DB8">
            <w:r>
              <w:t>4054.</w:t>
            </w:r>
          </w:p>
        </w:tc>
        <w:tc>
          <w:tcPr>
            <w:tcW w:w="2880" w:type="dxa"/>
          </w:tcPr>
          <w:p w:rsidR="006F7457" w:rsidRPr="00332DB8" w:rsidRDefault="00332DB8">
            <w:pPr>
              <w:rPr>
                <w:lang w:val="ru-RU"/>
              </w:rPr>
            </w:pPr>
            <w:r w:rsidRPr="00332DB8">
              <w:rPr>
                <w:lang w:val="ru-RU"/>
              </w:rPr>
              <w:t xml:space="preserve">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w:t>
            </w:r>
            <w:r>
              <w:t>proza</w:t>
            </w:r>
            <w:r w:rsidRPr="00332DB8">
              <w:rPr>
                <w:lang w:val="ru-RU"/>
              </w:rPr>
              <w:t>.</w:t>
            </w:r>
            <w:r>
              <w:t>ru</w:t>
            </w:r>
            <w:r w:rsidRPr="00332DB8">
              <w:rPr>
                <w:lang w:val="ru-RU"/>
              </w:rPr>
              <w:t xml:space="preserve">, имеющая адрес в сети Интернет </w:t>
            </w:r>
            <w:r>
              <w:t>https</w:t>
            </w:r>
            <w:r w:rsidRPr="00332DB8">
              <w:rPr>
                <w:lang w:val="ru-RU"/>
              </w:rPr>
              <w:t>://</w:t>
            </w:r>
            <w:r>
              <w:t>www</w:t>
            </w:r>
            <w:r w:rsidRPr="00332DB8">
              <w:rPr>
                <w:lang w:val="ru-RU"/>
              </w:rPr>
              <w:t>.</w:t>
            </w:r>
            <w:r>
              <w:t>proza</w:t>
            </w:r>
            <w:r w:rsidRPr="00332DB8">
              <w:rPr>
                <w:lang w:val="ru-RU"/>
              </w:rPr>
              <w:t>.</w:t>
            </w:r>
            <w:r>
              <w:t>ru</w:t>
            </w:r>
            <w:r w:rsidRPr="00332DB8">
              <w:rPr>
                <w:lang w:val="ru-RU"/>
              </w:rPr>
              <w:t>/2016/08/26/944 (решение Советского районного суда г. Астрахани от 23.01.2017);</w:t>
            </w:r>
          </w:p>
        </w:tc>
        <w:tc>
          <w:tcPr>
            <w:tcW w:w="2880" w:type="dxa"/>
          </w:tcPr>
          <w:p w:rsidR="006F7457" w:rsidRDefault="00332DB8">
            <w:r>
              <w:t>02.03.2017</w:t>
            </w:r>
          </w:p>
        </w:tc>
      </w:tr>
      <w:tr w:rsidR="006F7457">
        <w:tc>
          <w:tcPr>
            <w:tcW w:w="2880" w:type="dxa"/>
          </w:tcPr>
          <w:p w:rsidR="006F7457" w:rsidRDefault="00332DB8">
            <w:r>
              <w:t>4055.</w:t>
            </w:r>
          </w:p>
        </w:tc>
        <w:tc>
          <w:tcPr>
            <w:tcW w:w="2880" w:type="dxa"/>
          </w:tcPr>
          <w:p w:rsidR="006F7457" w:rsidRDefault="00332DB8">
            <w:r>
              <w:t>Исключён</w:t>
            </w:r>
          </w:p>
        </w:tc>
        <w:tc>
          <w:tcPr>
            <w:tcW w:w="2880" w:type="dxa"/>
          </w:tcPr>
          <w:p w:rsidR="006F7457" w:rsidRDefault="00332DB8">
            <w:r>
              <w:t>02.03.2017</w:t>
            </w:r>
          </w:p>
        </w:tc>
      </w:tr>
      <w:tr w:rsidR="006F7457">
        <w:tc>
          <w:tcPr>
            <w:tcW w:w="2880" w:type="dxa"/>
          </w:tcPr>
          <w:p w:rsidR="006F7457" w:rsidRDefault="00332DB8">
            <w:r>
              <w:t>4056.</w:t>
            </w:r>
          </w:p>
        </w:tc>
        <w:tc>
          <w:tcPr>
            <w:tcW w:w="2880" w:type="dxa"/>
          </w:tcPr>
          <w:p w:rsidR="006F7457" w:rsidRDefault="00332DB8">
            <w:r>
              <w:t>Исключён</w:t>
            </w:r>
          </w:p>
        </w:tc>
        <w:tc>
          <w:tcPr>
            <w:tcW w:w="2880" w:type="dxa"/>
          </w:tcPr>
          <w:p w:rsidR="006F7457" w:rsidRDefault="00332DB8">
            <w:r>
              <w:t>02.03.2017</w:t>
            </w:r>
          </w:p>
        </w:tc>
      </w:tr>
      <w:tr w:rsidR="006F7457">
        <w:tc>
          <w:tcPr>
            <w:tcW w:w="2880" w:type="dxa"/>
          </w:tcPr>
          <w:p w:rsidR="006F7457" w:rsidRDefault="00332DB8">
            <w:r>
              <w:lastRenderedPageBreak/>
              <w:t>4057.</w:t>
            </w:r>
          </w:p>
        </w:tc>
        <w:tc>
          <w:tcPr>
            <w:tcW w:w="2880" w:type="dxa"/>
          </w:tcPr>
          <w:p w:rsidR="006F7457" w:rsidRDefault="00332DB8">
            <w:r>
              <w:t>Исключён</w:t>
            </w:r>
          </w:p>
        </w:tc>
        <w:tc>
          <w:tcPr>
            <w:tcW w:w="2880" w:type="dxa"/>
          </w:tcPr>
          <w:p w:rsidR="006F7457" w:rsidRDefault="00332DB8">
            <w:r>
              <w:t>02.03.2017</w:t>
            </w:r>
          </w:p>
        </w:tc>
      </w:tr>
      <w:tr w:rsidR="006F7457">
        <w:tc>
          <w:tcPr>
            <w:tcW w:w="2880" w:type="dxa"/>
          </w:tcPr>
          <w:p w:rsidR="006F7457" w:rsidRDefault="00332DB8">
            <w:r>
              <w:t>4058.</w:t>
            </w:r>
          </w:p>
        </w:tc>
        <w:tc>
          <w:tcPr>
            <w:tcW w:w="2880" w:type="dxa"/>
          </w:tcPr>
          <w:p w:rsidR="006F7457" w:rsidRPr="00332DB8" w:rsidRDefault="00332DB8">
            <w:pPr>
              <w:rPr>
                <w:lang w:val="ru-RU"/>
              </w:rPr>
            </w:pPr>
            <w:r w:rsidRPr="00332DB8">
              <w:rPr>
                <w:lang w:val="ru-RU"/>
              </w:rPr>
              <w:t xml:space="preserve">Размещенный в информационно-телекоммуникационной сети «Интернет» в социальной сети «ВКонтакте» на странице «Евгений Вольнов»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206291137) видеофайл под названием «Русские самые опущенные» (решение Калининского районного суда г. Чебоксары от 12.01.2017);</w:t>
            </w:r>
          </w:p>
        </w:tc>
        <w:tc>
          <w:tcPr>
            <w:tcW w:w="2880" w:type="dxa"/>
          </w:tcPr>
          <w:p w:rsidR="006F7457" w:rsidRDefault="00332DB8">
            <w:r>
              <w:t>02.03.2017</w:t>
            </w:r>
          </w:p>
        </w:tc>
      </w:tr>
      <w:tr w:rsidR="006F7457">
        <w:tc>
          <w:tcPr>
            <w:tcW w:w="2880" w:type="dxa"/>
          </w:tcPr>
          <w:p w:rsidR="006F7457" w:rsidRDefault="00332DB8">
            <w:r>
              <w:t>4059.</w:t>
            </w:r>
          </w:p>
        </w:tc>
        <w:tc>
          <w:tcPr>
            <w:tcW w:w="2880" w:type="dxa"/>
          </w:tcPr>
          <w:p w:rsidR="006F7457" w:rsidRPr="00332DB8" w:rsidRDefault="00332DB8">
            <w:pPr>
              <w:rPr>
                <w:lang w:val="ru-RU"/>
              </w:rPr>
            </w:pPr>
            <w:r w:rsidRPr="00332DB8">
              <w:rPr>
                <w:lang w:val="ru-RU"/>
              </w:rPr>
              <w:t xml:space="preserve">Размещенный в информационно-телекоммуникационной сети «Интернет» в социальной сети «ВКонтакте» на странице «Евгений Вольнов» (электронный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206291137) видеофайл под названием «Что делать русским» (решение Калининского районного суда г. Чебоксары от 12.01.2017);</w:t>
            </w:r>
          </w:p>
        </w:tc>
        <w:tc>
          <w:tcPr>
            <w:tcW w:w="2880" w:type="dxa"/>
          </w:tcPr>
          <w:p w:rsidR="006F7457" w:rsidRDefault="00332DB8">
            <w:r>
              <w:t>02.03.2017</w:t>
            </w:r>
          </w:p>
        </w:tc>
      </w:tr>
      <w:tr w:rsidR="006F7457">
        <w:tc>
          <w:tcPr>
            <w:tcW w:w="2880" w:type="dxa"/>
          </w:tcPr>
          <w:p w:rsidR="006F7457" w:rsidRDefault="00332DB8">
            <w:r>
              <w:t>4060.</w:t>
            </w:r>
          </w:p>
        </w:tc>
        <w:tc>
          <w:tcPr>
            <w:tcW w:w="2880" w:type="dxa"/>
          </w:tcPr>
          <w:p w:rsidR="006F7457" w:rsidRPr="00332DB8" w:rsidRDefault="00332DB8">
            <w:pPr>
              <w:rPr>
                <w:lang w:val="ru-RU"/>
              </w:rPr>
            </w:pPr>
            <w:r w:rsidRPr="00332DB8">
              <w:rPr>
                <w:lang w:val="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w:t>
            </w:r>
            <w:r>
              <w:t>http</w:t>
            </w:r>
            <w:r w:rsidRPr="00332DB8">
              <w:rPr>
                <w:lang w:val="ru-RU"/>
              </w:rPr>
              <w:t>://</w:t>
            </w:r>
            <w:r>
              <w:t>muznew</w:t>
            </w:r>
            <w:r w:rsidRPr="00332DB8">
              <w:rPr>
                <w:lang w:val="ru-RU"/>
              </w:rPr>
              <w:t>.</w:t>
            </w:r>
            <w:r>
              <w:t>net</w:t>
            </w:r>
            <w:r w:rsidRPr="00332DB8">
              <w:rPr>
                <w:lang w:val="ru-RU"/>
              </w:rPr>
              <w:t>/</w:t>
            </w:r>
            <w:r>
              <w:t>mp</w:t>
            </w:r>
            <w:r w:rsidRPr="00332DB8">
              <w:rPr>
                <w:lang w:val="ru-RU"/>
              </w:rPr>
              <w:t>3/</w:t>
            </w:r>
            <w:r>
              <w:t>l</w:t>
            </w:r>
            <w:r w:rsidRPr="00332DB8">
              <w:rPr>
                <w:lang w:val="ru-RU"/>
              </w:rPr>
              <w:t>-16</w:t>
            </w:r>
            <w:r>
              <w:t>v</w:t>
            </w:r>
            <w:r w:rsidRPr="00332DB8">
              <w:rPr>
                <w:lang w:val="ru-RU"/>
              </w:rPr>
              <w:t>4/4</w:t>
            </w:r>
            <w:r>
              <w:t>b</w:t>
            </w:r>
            <w:r w:rsidRPr="00332DB8">
              <w:rPr>
                <w:lang w:val="ru-RU"/>
              </w:rPr>
              <w:t>22</w:t>
            </w:r>
            <w:r>
              <w:t>dfcba</w:t>
            </w:r>
            <w:r w:rsidRPr="00332DB8">
              <w:rPr>
                <w:lang w:val="ru-RU"/>
              </w:rPr>
              <w:t>33</w:t>
            </w:r>
            <w:r>
              <w:t>a</w:t>
            </w:r>
            <w:r w:rsidRPr="00332DB8">
              <w:rPr>
                <w:lang w:val="ru-RU"/>
              </w:rPr>
              <w:t>11/</w:t>
            </w:r>
            <w:r>
              <w:t>p</w:t>
            </w:r>
            <w:r w:rsidRPr="00332DB8">
              <w:rPr>
                <w:lang w:val="ru-RU"/>
              </w:rPr>
              <w:t>1/%</w:t>
            </w:r>
            <w:r>
              <w:t>CF</w:t>
            </w:r>
            <w:r w:rsidRPr="00332DB8">
              <w:rPr>
                <w:lang w:val="ru-RU"/>
              </w:rPr>
              <w:t>%</w:t>
            </w:r>
            <w:r>
              <w:t>EE</w:t>
            </w:r>
            <w:r w:rsidRPr="00332DB8">
              <w:rPr>
                <w:lang w:val="ru-RU"/>
              </w:rPr>
              <w:t>%</w:t>
            </w:r>
            <w:r>
              <w:t>E</w:t>
            </w:r>
            <w:r w:rsidRPr="00332DB8">
              <w:rPr>
                <w:lang w:val="ru-RU"/>
              </w:rPr>
              <w:t>4%</w:t>
            </w:r>
            <w:r>
              <w:t>E</w:t>
            </w:r>
            <w:r w:rsidRPr="00332DB8">
              <w:rPr>
                <w:lang w:val="ru-RU"/>
              </w:rPr>
              <w:t>7%</w:t>
            </w:r>
            <w:r>
              <w:t>E</w:t>
            </w:r>
            <w:r w:rsidRPr="00332DB8">
              <w:rPr>
                <w:lang w:val="ru-RU"/>
              </w:rPr>
              <w:t>5%</w:t>
            </w:r>
            <w:r>
              <w:t>EC</w:t>
            </w:r>
            <w:r w:rsidRPr="00332DB8">
              <w:rPr>
                <w:lang w:val="ru-RU"/>
              </w:rPr>
              <w:t>%</w:t>
            </w:r>
            <w:r>
              <w:t>EA</w:t>
            </w:r>
            <w:r w:rsidRPr="00332DB8">
              <w:rPr>
                <w:lang w:val="ru-RU"/>
              </w:rPr>
              <w:t>%</w:t>
            </w:r>
            <w:r>
              <w:t>E</w:t>
            </w:r>
            <w:r w:rsidRPr="00332DB8">
              <w:rPr>
                <w:lang w:val="ru-RU"/>
              </w:rPr>
              <w:t>072+%96+%</w:t>
            </w:r>
            <w:r>
              <w:t>C</w:t>
            </w:r>
            <w:r w:rsidRPr="00332DB8">
              <w:rPr>
                <w:lang w:val="ru-RU"/>
              </w:rPr>
              <w:t>2%</w:t>
            </w:r>
            <w:r>
              <w:t>F</w:t>
            </w:r>
            <w:r w:rsidRPr="00332DB8">
              <w:rPr>
                <w:lang w:val="ru-RU"/>
              </w:rPr>
              <w:t xml:space="preserve">0% </w:t>
            </w:r>
            <w:r>
              <w:t>E</w:t>
            </w:r>
            <w:r w:rsidRPr="00332DB8">
              <w:rPr>
                <w:lang w:val="ru-RU"/>
              </w:rPr>
              <w:t>0%</w:t>
            </w:r>
            <w:r>
              <w:t>E</w:t>
            </w:r>
            <w:r w:rsidRPr="00332DB8">
              <w:rPr>
                <w:lang w:val="ru-RU"/>
              </w:rPr>
              <w:t>3+%</w:t>
            </w:r>
            <w:r>
              <w:t>E</w:t>
            </w:r>
            <w:r w:rsidRPr="00332DB8">
              <w:rPr>
                <w:lang w:val="ru-RU"/>
              </w:rPr>
              <w:t>3%</w:t>
            </w:r>
            <w:r>
              <w:t>EE</w:t>
            </w:r>
            <w:r w:rsidRPr="00332DB8">
              <w:rPr>
                <w:lang w:val="ru-RU"/>
              </w:rPr>
              <w:t>%</w:t>
            </w:r>
            <w:r>
              <w:t>F</w:t>
            </w:r>
            <w:r w:rsidRPr="00332DB8">
              <w:rPr>
                <w:lang w:val="ru-RU"/>
              </w:rPr>
              <w:t>1%</w:t>
            </w:r>
            <w:r>
              <w:t>F</w:t>
            </w:r>
            <w:r w:rsidRPr="00332DB8">
              <w:rPr>
                <w:lang w:val="ru-RU"/>
              </w:rPr>
              <w:t>3%Е4%</w:t>
            </w:r>
            <w:r>
              <w:t>E</w:t>
            </w:r>
            <w:r w:rsidRPr="00332DB8">
              <w:rPr>
                <w:lang w:val="ru-RU"/>
              </w:rPr>
              <w:t>0%</w:t>
            </w:r>
            <w:r>
              <w:t>F</w:t>
            </w:r>
            <w:r w:rsidRPr="00332DB8">
              <w:rPr>
                <w:lang w:val="ru-RU"/>
              </w:rPr>
              <w:t>0%</w:t>
            </w:r>
            <w:r>
              <w:t>F</w:t>
            </w:r>
            <w:r w:rsidRPr="00332DB8">
              <w:rPr>
                <w:lang w:val="ru-RU"/>
              </w:rPr>
              <w:t>1%</w:t>
            </w:r>
            <w:r>
              <w:t>F</w:t>
            </w:r>
            <w:r w:rsidRPr="00332DB8">
              <w:rPr>
                <w:lang w:val="ru-RU"/>
              </w:rPr>
              <w:t>2%</w:t>
            </w:r>
            <w:r>
              <w:t>E</w:t>
            </w:r>
            <w:r w:rsidRPr="00332DB8">
              <w:rPr>
                <w:lang w:val="ru-RU"/>
              </w:rPr>
              <w:t>2%</w:t>
            </w:r>
            <w:r>
              <w:t>E</w:t>
            </w:r>
            <w:r w:rsidRPr="00332DB8">
              <w:rPr>
                <w:lang w:val="ru-RU"/>
              </w:rPr>
              <w:t>0+%28%</w:t>
            </w:r>
            <w:r>
              <w:t>CF</w:t>
            </w:r>
            <w:r w:rsidRPr="00332DB8">
              <w:rPr>
                <w:lang w:val="ru-RU"/>
              </w:rPr>
              <w:t>%</w:t>
            </w:r>
            <w:r>
              <w:t>CF</w:t>
            </w:r>
            <w:r w:rsidRPr="00332DB8">
              <w:rPr>
                <w:lang w:val="ru-RU"/>
              </w:rPr>
              <w:t>%</w:t>
            </w:r>
            <w:r>
              <w:t>D</w:t>
            </w:r>
            <w:r w:rsidRPr="00332DB8">
              <w:rPr>
                <w:lang w:val="ru-RU"/>
              </w:rPr>
              <w:t>0%</w:t>
            </w:r>
            <w:r>
              <w:t>C</w:t>
            </w:r>
            <w:r w:rsidRPr="00332DB8">
              <w:rPr>
                <w:lang w:val="ru-RU"/>
              </w:rPr>
              <w:t>1-1+%</w:t>
            </w:r>
            <w:r>
              <w:t>F</w:t>
            </w:r>
            <w:r w:rsidRPr="00332DB8">
              <w:rPr>
                <w:lang w:val="ru-RU"/>
              </w:rPr>
              <w:t>0%</w:t>
            </w:r>
            <w:r>
              <w:t>E</w:t>
            </w:r>
            <w:r w:rsidRPr="00332DB8">
              <w:rPr>
                <w:lang w:val="ru-RU"/>
              </w:rPr>
              <w:t>0%</w:t>
            </w:r>
            <w:r>
              <w:t>F</w:t>
            </w:r>
            <w:r w:rsidRPr="00332DB8">
              <w:rPr>
                <w:lang w:val="ru-RU"/>
              </w:rPr>
              <w:t>3%</w:t>
            </w:r>
            <w:r>
              <w:t>ED</w:t>
            </w:r>
            <w:r w:rsidRPr="00332DB8">
              <w:rPr>
                <w:lang w:val="ru-RU"/>
              </w:rPr>
              <w:t>%</w:t>
            </w:r>
            <w:r>
              <w:t>E</w:t>
            </w:r>
            <w:r w:rsidRPr="00332DB8">
              <w:rPr>
                <w:lang w:val="ru-RU"/>
              </w:rPr>
              <w:t>4%29.</w:t>
            </w:r>
            <w:r>
              <w:t>mp</w:t>
            </w:r>
            <w:r w:rsidRPr="00332DB8">
              <w:rPr>
                <w:lang w:val="ru-RU"/>
              </w:rPr>
              <w:t>3- -</w:t>
            </w:r>
            <w:r>
              <w:t>http</w:t>
            </w:r>
            <w:r w:rsidRPr="00332DB8">
              <w:rPr>
                <w:lang w:val="ru-RU"/>
              </w:rPr>
              <w:t>://</w:t>
            </w:r>
            <w:r>
              <w:t>music</w:t>
            </w:r>
            <w:r w:rsidRPr="00332DB8">
              <w:rPr>
                <w:lang w:val="ru-RU"/>
              </w:rPr>
              <w:t xml:space="preserve">- </w:t>
            </w:r>
            <w:r>
              <w:t>mobi</w:t>
            </w:r>
            <w:r w:rsidRPr="00332DB8">
              <w:rPr>
                <w:lang w:val="ru-RU"/>
              </w:rPr>
              <w:t>.</w:t>
            </w:r>
            <w:r>
              <w:t>ru</w:t>
            </w:r>
            <w:r w:rsidRPr="00332DB8">
              <w:rPr>
                <w:lang w:val="ru-RU"/>
              </w:rPr>
              <w:t>/</w:t>
            </w:r>
            <w:r>
              <w:t>d</w:t>
            </w:r>
            <w:r w:rsidRPr="00332DB8">
              <w:rPr>
                <w:lang w:val="ru-RU"/>
              </w:rPr>
              <w:t>.</w:t>
            </w:r>
            <w:r>
              <w:t>php</w:t>
            </w:r>
            <w:r w:rsidRPr="00332DB8">
              <w:rPr>
                <w:lang w:val="ru-RU"/>
              </w:rPr>
              <w:t>?</w:t>
            </w:r>
            <w:r>
              <w:t>song</w:t>
            </w:r>
            <w:r w:rsidRPr="00332DB8">
              <w:rPr>
                <w:lang w:val="ru-RU"/>
              </w:rPr>
              <w:t>_</w:t>
            </w:r>
            <w:r>
              <w:t>mp</w:t>
            </w:r>
            <w:r w:rsidRPr="00332DB8">
              <w:rPr>
                <w:lang w:val="ru-RU"/>
              </w:rPr>
              <w:t>3=</w:t>
            </w:r>
            <w:r>
              <w:t>aHR</w:t>
            </w:r>
            <w:r w:rsidRPr="00332DB8">
              <w:rPr>
                <w:lang w:val="ru-RU"/>
              </w:rPr>
              <w:t>0</w:t>
            </w:r>
            <w:r>
              <w:t>cDovL</w:t>
            </w:r>
            <w:r w:rsidRPr="00332DB8">
              <w:rPr>
                <w:lang w:val="ru-RU"/>
              </w:rPr>
              <w:t>2</w:t>
            </w:r>
            <w:r>
              <w:t>NzNTQ</w:t>
            </w:r>
            <w:r w:rsidRPr="00332DB8">
              <w:rPr>
                <w:lang w:val="ru-RU"/>
              </w:rPr>
              <w:t>3</w:t>
            </w:r>
            <w:r>
              <w:t>MC</w:t>
            </w:r>
            <w:r w:rsidRPr="00332DB8">
              <w:rPr>
                <w:lang w:val="ru-RU"/>
              </w:rPr>
              <w:t>52</w:t>
            </w:r>
            <w:r>
              <w:t>ay</w:t>
            </w:r>
            <w:r w:rsidRPr="00332DB8">
              <w:rPr>
                <w:lang w:val="ru-RU"/>
              </w:rPr>
              <w:t>5</w:t>
            </w:r>
            <w:r>
              <w:t>tZS</w:t>
            </w:r>
            <w:r w:rsidRPr="00332DB8">
              <w:rPr>
                <w:lang w:val="ru-RU"/>
              </w:rPr>
              <w:t>91</w:t>
            </w:r>
            <w:r>
              <w:t>MTUzNzQxNzI</w:t>
            </w:r>
            <w:r w:rsidRPr="00332DB8">
              <w:rPr>
                <w:lang w:val="ru-RU"/>
              </w:rPr>
              <w:t>2</w:t>
            </w:r>
            <w:r>
              <w:t>L</w:t>
            </w:r>
            <w:r w:rsidRPr="00332DB8">
              <w:rPr>
                <w:lang w:val="ru-RU"/>
              </w:rPr>
              <w:t>2</w:t>
            </w:r>
            <w:r>
              <w:t>FlZGlvcy</w:t>
            </w:r>
            <w:r w:rsidRPr="00332DB8">
              <w:rPr>
                <w:lang w:val="ru-RU"/>
              </w:rPr>
              <w:t>8</w:t>
            </w:r>
            <w:r>
              <w:t>wOTZlNzg</w:t>
            </w:r>
            <w:r w:rsidRPr="00332DB8">
              <w:rPr>
                <w:lang w:val="ru-RU"/>
              </w:rPr>
              <w:t>3</w:t>
            </w:r>
            <w:r>
              <w:t>MmVmMTkubXAzP</w:t>
            </w:r>
            <w:r w:rsidRPr="00332DB8">
              <w:rPr>
                <w:lang w:val="ru-RU"/>
              </w:rPr>
              <w:t>2</w:t>
            </w:r>
            <w:r>
              <w:t>V</w:t>
            </w:r>
            <w:r w:rsidRPr="00332DB8">
              <w:rPr>
                <w:lang w:val="ru-RU"/>
              </w:rPr>
              <w:t>4</w:t>
            </w:r>
            <w:r>
              <w:t>dHJhXBjLUxlODhYbFJ</w:t>
            </w:r>
            <w:r w:rsidRPr="00332DB8">
              <w:rPr>
                <w:lang w:val="ru-RU"/>
              </w:rPr>
              <w:t>5</w:t>
            </w:r>
            <w:r>
              <w:t>elVuNzE</w:t>
            </w:r>
            <w:r w:rsidRPr="00332DB8">
              <w:rPr>
                <w:lang w:val="ru-RU"/>
              </w:rPr>
              <w:t>3</w:t>
            </w:r>
            <w:r>
              <w:t>ZjBBR</w:t>
            </w:r>
            <w:r w:rsidRPr="00332DB8">
              <w:rPr>
                <w:lang w:val="ru-RU"/>
              </w:rPr>
              <w:t>3</w:t>
            </w:r>
            <w:r>
              <w:t>VHQlRISTMzZU</w:t>
            </w:r>
            <w:r w:rsidRPr="00332DB8">
              <w:rPr>
                <w:lang w:val="ru-RU"/>
              </w:rPr>
              <w:t>03</w:t>
            </w:r>
            <w:r>
              <w:t>LXZCUVBnUzJKcXIZR</w:t>
            </w:r>
            <w:r w:rsidRPr="00332DB8">
              <w:rPr>
                <w:lang w:val="ru-RU"/>
              </w:rPr>
              <w:t>0</w:t>
            </w:r>
            <w:r>
              <w:t>p</w:t>
            </w:r>
            <w:r w:rsidRPr="00332DB8">
              <w:rPr>
                <w:lang w:val="ru-RU"/>
              </w:rPr>
              <w:t>4</w:t>
            </w:r>
            <w:r>
              <w:t>ME</w:t>
            </w:r>
            <w:r w:rsidRPr="00332DB8">
              <w:rPr>
                <w:lang w:val="ru-RU"/>
              </w:rPr>
              <w:t>55</w:t>
            </w:r>
            <w:r>
              <w:t>eWNWdnN</w:t>
            </w:r>
            <w:r w:rsidRPr="00332DB8">
              <w:rPr>
                <w:lang w:val="ru-RU"/>
              </w:rPr>
              <w:t>5</w:t>
            </w:r>
            <w:r>
              <w:t>U</w:t>
            </w:r>
            <w:r w:rsidRPr="00332DB8">
              <w:rPr>
                <w:lang w:val="ru-RU"/>
              </w:rPr>
              <w:t>19</w:t>
            </w:r>
            <w:r>
              <w:t>Me</w:t>
            </w:r>
            <w:r>
              <w:lastRenderedPageBreak/>
              <w:t>mtlOG</w:t>
            </w:r>
            <w:r w:rsidRPr="00332DB8">
              <w:rPr>
                <w:lang w:val="ru-RU"/>
              </w:rPr>
              <w:t>5</w:t>
            </w:r>
            <w:r>
              <w:t>md</w:t>
            </w:r>
            <w:r w:rsidRPr="00332DB8">
              <w:rPr>
                <w:lang w:val="ru-RU"/>
              </w:rPr>
              <w:t>3</w:t>
            </w:r>
            <w:r>
              <w:t>ZySEJJc</w:t>
            </w:r>
            <w:r w:rsidRPr="00332DB8">
              <w:rPr>
                <w:lang w:val="ru-RU"/>
              </w:rPr>
              <w:t>2</w:t>
            </w:r>
            <w:r>
              <w:t>JRS</w:t>
            </w:r>
            <w:r w:rsidRPr="00332DB8">
              <w:rPr>
                <w:lang w:val="ru-RU"/>
              </w:rPr>
              <w:t>0</w:t>
            </w:r>
            <w:r>
              <w:t>NVRXZhZmk</w:t>
            </w:r>
            <w:r w:rsidRPr="00332DB8">
              <w:rPr>
                <w:lang w:val="ru-RU"/>
              </w:rPr>
              <w:t>3</w:t>
            </w:r>
            <w:r>
              <w:t>dHo</w:t>
            </w:r>
            <w:r w:rsidRPr="00332DB8">
              <w:rPr>
                <w:lang w:val="ru-RU"/>
              </w:rPr>
              <w:t>1</w:t>
            </w:r>
            <w:r>
              <w:t>Q</w:t>
            </w:r>
            <w:r w:rsidRPr="00332DB8">
              <w:rPr>
                <w:lang w:val="ru-RU"/>
              </w:rPr>
              <w:t>0</w:t>
            </w:r>
            <w:r>
              <w:t>ZHQkR</w:t>
            </w:r>
            <w:r w:rsidRPr="00332DB8">
              <w:rPr>
                <w:lang w:val="ru-RU"/>
              </w:rPr>
              <w:t>0</w:t>
            </w:r>
            <w:r>
              <w:t>ZmltZXNUVmlqQ</w:t>
            </w:r>
            <w:r w:rsidRPr="00332DB8">
              <w:rPr>
                <w:lang w:val="ru-RU"/>
              </w:rPr>
              <w:t>21</w:t>
            </w:r>
            <w:r>
              <w:t>aVE</w:t>
            </w:r>
            <w:r w:rsidRPr="00332DB8">
              <w:rPr>
                <w:lang w:val="ru-RU"/>
              </w:rPr>
              <w:t>1</w:t>
            </w:r>
            <w:r>
              <w:t>RalBCdDczRWRjTDM</w:t>
            </w:r>
            <w:r w:rsidRPr="00332DB8">
              <w:rPr>
                <w:lang w:val="ru-RU"/>
              </w:rPr>
              <w:t>1</w:t>
            </w:r>
            <w:r>
              <w:t>RXczTENnVlFNMDd</w:t>
            </w:r>
            <w:r w:rsidRPr="00332DB8">
              <w:rPr>
                <w:lang w:val="ru-RU"/>
              </w:rPr>
              <w:t>0</w:t>
            </w:r>
            <w:r>
              <w:t>TjZyNW</w:t>
            </w:r>
            <w:r w:rsidRPr="00332DB8">
              <w:rPr>
                <w:lang w:val="ru-RU"/>
              </w:rPr>
              <w:t>5</w:t>
            </w:r>
            <w:r>
              <w:t>ZeUk</w:t>
            </w:r>
            <w:r w:rsidRPr="00332DB8">
              <w:rPr>
                <w:lang w:val="ru-RU"/>
              </w:rPr>
              <w:t>=&amp;</w:t>
            </w:r>
            <w:r>
              <w:t>song</w:t>
            </w:r>
            <w:r w:rsidRPr="00332DB8">
              <w:rPr>
                <w:lang w:val="ru-RU"/>
              </w:rPr>
              <w:t>_</w:t>
            </w:r>
            <w:r>
              <w:t>artist</w:t>
            </w:r>
            <w:r w:rsidRPr="00332DB8">
              <w:rPr>
                <w:lang w:val="ru-RU"/>
              </w:rPr>
              <w:t>=%</w:t>
            </w:r>
            <w:r>
              <w:t>D</w:t>
            </w:r>
            <w:r w:rsidRPr="00332DB8">
              <w:rPr>
                <w:lang w:val="ru-RU"/>
              </w:rPr>
              <w:t>0%9</w:t>
            </w:r>
            <w:r>
              <w:t>F</w:t>
            </w:r>
            <w:r w:rsidRPr="00332DB8">
              <w:rPr>
                <w:lang w:val="ru-RU"/>
              </w:rPr>
              <w:t>%</w:t>
            </w:r>
            <w:r>
              <w:t>D</w:t>
            </w:r>
            <w:r w:rsidRPr="00332DB8">
              <w:rPr>
                <w:lang w:val="ru-RU"/>
              </w:rPr>
              <w:t>0%</w:t>
            </w:r>
            <w:r>
              <w:t>BE</w:t>
            </w:r>
            <w:r w:rsidRPr="00332DB8">
              <w:rPr>
                <w:lang w:val="ru-RU"/>
              </w:rPr>
              <w:t>%</w:t>
            </w:r>
            <w:r>
              <w:t>D</w:t>
            </w:r>
            <w:r w:rsidRPr="00332DB8">
              <w:rPr>
                <w:lang w:val="ru-RU"/>
              </w:rPr>
              <w:t>0%</w:t>
            </w:r>
            <w:r>
              <w:t>B</w:t>
            </w:r>
            <w:r w:rsidRPr="00332DB8">
              <w:rPr>
                <w:lang w:val="ru-RU"/>
              </w:rPr>
              <w:t>4%</w:t>
            </w:r>
            <w:r>
              <w:t>D</w:t>
            </w:r>
            <w:r w:rsidRPr="00332DB8">
              <w:rPr>
                <w:lang w:val="ru-RU"/>
              </w:rPr>
              <w:t>0%</w:t>
            </w:r>
            <w:r>
              <w:t>B</w:t>
            </w:r>
            <w:r w:rsidRPr="00332DB8">
              <w:rPr>
                <w:lang w:val="ru-RU"/>
              </w:rPr>
              <w:t>7%</w:t>
            </w:r>
            <w:r>
              <w:t>D</w:t>
            </w:r>
            <w:r w:rsidRPr="00332DB8">
              <w:rPr>
                <w:lang w:val="ru-RU"/>
              </w:rPr>
              <w:t>0%</w:t>
            </w:r>
            <w:r>
              <w:t>B</w:t>
            </w:r>
            <w:r w:rsidRPr="00332DB8">
              <w:rPr>
                <w:lang w:val="ru-RU"/>
              </w:rPr>
              <w:t>5%</w:t>
            </w:r>
            <w:r>
              <w:t>D</w:t>
            </w:r>
            <w:r w:rsidRPr="00332DB8">
              <w:rPr>
                <w:lang w:val="ru-RU"/>
              </w:rPr>
              <w:t>0%</w:t>
            </w:r>
            <w:r>
              <w:t>BC</w:t>
            </w:r>
            <w:r w:rsidRPr="00332DB8">
              <w:rPr>
                <w:lang w:val="ru-RU"/>
              </w:rPr>
              <w:t>%</w:t>
            </w:r>
            <w:r>
              <w:t>D</w:t>
            </w:r>
            <w:r w:rsidRPr="00332DB8">
              <w:rPr>
                <w:lang w:val="ru-RU"/>
              </w:rPr>
              <w:t>0%</w:t>
            </w:r>
            <w:r>
              <w:t>BA</w:t>
            </w:r>
            <w:r w:rsidRPr="00332DB8">
              <w:rPr>
                <w:lang w:val="ru-RU"/>
              </w:rPr>
              <w:t>%</w:t>
            </w:r>
            <w:r>
              <w:t>D</w:t>
            </w:r>
            <w:r w:rsidRPr="00332DB8">
              <w:rPr>
                <w:lang w:val="ru-RU"/>
              </w:rPr>
              <w:t>0%</w:t>
            </w:r>
            <w:r>
              <w:t>B</w:t>
            </w:r>
            <w:r w:rsidRPr="00332DB8">
              <w:rPr>
                <w:lang w:val="ru-RU"/>
              </w:rPr>
              <w:t>072&amp;</w:t>
            </w:r>
            <w:r>
              <w:t>song</w:t>
            </w:r>
            <w:r w:rsidRPr="00332DB8">
              <w:rPr>
                <w:lang w:val="ru-RU"/>
              </w:rPr>
              <w:t>_</w:t>
            </w:r>
            <w:r>
              <w:t>name</w:t>
            </w:r>
            <w:r w:rsidRPr="00332DB8">
              <w:rPr>
                <w:lang w:val="ru-RU"/>
              </w:rPr>
              <w:t>=%20%</w:t>
            </w:r>
            <w:r>
              <w:t>D</w:t>
            </w:r>
            <w:r w:rsidRPr="00332DB8">
              <w:rPr>
                <w:lang w:val="ru-RU"/>
              </w:rPr>
              <w:t>0%92%</w:t>
            </w:r>
            <w:r>
              <w:t>D</w:t>
            </w:r>
            <w:r w:rsidRPr="00332DB8">
              <w:rPr>
                <w:lang w:val="ru-RU"/>
              </w:rPr>
              <w:t>1%80%</w:t>
            </w:r>
            <w:r>
              <w:t>D</w:t>
            </w:r>
            <w:r w:rsidRPr="00332DB8">
              <w:rPr>
                <w:lang w:val="ru-RU"/>
              </w:rPr>
              <w:t>0%</w:t>
            </w:r>
            <w:r>
              <w:t>B</w:t>
            </w:r>
            <w:r w:rsidRPr="00332DB8">
              <w:rPr>
                <w:lang w:val="ru-RU"/>
              </w:rPr>
              <w:t>0%</w:t>
            </w:r>
            <w:r>
              <w:t>D</w:t>
            </w:r>
            <w:r w:rsidRPr="00332DB8">
              <w:rPr>
                <w:lang w:val="ru-RU"/>
              </w:rPr>
              <w:t>0%</w:t>
            </w:r>
            <w:r>
              <w:t>B</w:t>
            </w:r>
            <w:r w:rsidRPr="00332DB8">
              <w:rPr>
                <w:lang w:val="ru-RU"/>
              </w:rPr>
              <w:t>3%20%</w:t>
            </w:r>
            <w:r>
              <w:t>D</w:t>
            </w:r>
            <w:r w:rsidRPr="00332DB8">
              <w:rPr>
                <w:lang w:val="ru-RU"/>
              </w:rPr>
              <w:t>0%</w:t>
            </w:r>
            <w:r>
              <w:t>B</w:t>
            </w:r>
            <w:r w:rsidRPr="00332DB8">
              <w:rPr>
                <w:lang w:val="ru-RU"/>
              </w:rPr>
              <w:t>3%</w:t>
            </w:r>
            <w:r>
              <w:t>D</w:t>
            </w:r>
            <w:r w:rsidRPr="00332DB8">
              <w:rPr>
                <w:lang w:val="ru-RU"/>
              </w:rPr>
              <w:t>0%</w:t>
            </w:r>
            <w:r>
              <w:t>BE</w:t>
            </w:r>
            <w:r w:rsidRPr="00332DB8">
              <w:rPr>
                <w:lang w:val="ru-RU"/>
              </w:rPr>
              <w:t>%</w:t>
            </w:r>
            <w:r>
              <w:t>D</w:t>
            </w:r>
            <w:r w:rsidRPr="00332DB8">
              <w:rPr>
                <w:lang w:val="ru-RU"/>
              </w:rPr>
              <w:t>1%81%</w:t>
            </w:r>
            <w:r>
              <w:t>D</w:t>
            </w:r>
            <w:r w:rsidRPr="00332DB8">
              <w:rPr>
                <w:lang w:val="ru-RU"/>
              </w:rPr>
              <w:t>1%83%</w:t>
            </w:r>
            <w:r>
              <w:t>D</w:t>
            </w:r>
            <w:r w:rsidRPr="00332DB8">
              <w:rPr>
                <w:lang w:val="ru-RU"/>
              </w:rPr>
              <w:t>0%</w:t>
            </w:r>
            <w:r>
              <w:t>B</w:t>
            </w:r>
            <w:r w:rsidRPr="00332DB8">
              <w:rPr>
                <w:lang w:val="ru-RU"/>
              </w:rPr>
              <w:t>4%</w:t>
            </w:r>
            <w:r>
              <w:t>D</w:t>
            </w:r>
            <w:r w:rsidRPr="00332DB8">
              <w:rPr>
                <w:lang w:val="ru-RU"/>
              </w:rPr>
              <w:t>0%</w:t>
            </w:r>
            <w:r>
              <w:t>B</w:t>
            </w:r>
            <w:r w:rsidRPr="00332DB8">
              <w:rPr>
                <w:lang w:val="ru-RU"/>
              </w:rPr>
              <w:t>0%</w:t>
            </w:r>
            <w:r>
              <w:t>D</w:t>
            </w:r>
            <w:r w:rsidRPr="00332DB8">
              <w:rPr>
                <w:lang w:val="ru-RU"/>
              </w:rPr>
              <w:t>1%80%</w:t>
            </w:r>
            <w:r>
              <w:t>D</w:t>
            </w:r>
            <w:r w:rsidRPr="00332DB8">
              <w:rPr>
                <w:lang w:val="ru-RU"/>
              </w:rPr>
              <w:t>1%81%</w:t>
            </w:r>
            <w:r>
              <w:t>D</w:t>
            </w:r>
            <w:r w:rsidRPr="00332DB8">
              <w:rPr>
                <w:lang w:val="ru-RU"/>
              </w:rPr>
              <w:t>1%82</w:t>
            </w:r>
            <w:r>
              <w:t>D</w:t>
            </w:r>
            <w:r w:rsidRPr="00332DB8">
              <w:rPr>
                <w:lang w:val="ru-RU"/>
              </w:rPr>
              <w:t>0%</w:t>
            </w:r>
            <w:r>
              <w:t>B</w:t>
            </w:r>
            <w:r w:rsidRPr="00332DB8">
              <w:rPr>
                <w:lang w:val="ru-RU"/>
              </w:rPr>
              <w:t>2%</w:t>
            </w:r>
            <w:r>
              <w:t>D</w:t>
            </w:r>
            <w:r w:rsidRPr="00332DB8">
              <w:rPr>
                <w:lang w:val="ru-RU"/>
              </w:rPr>
              <w:t>0%</w:t>
            </w:r>
            <w:r>
              <w:t>B</w:t>
            </w:r>
            <w:r w:rsidRPr="00332DB8">
              <w:rPr>
                <w:lang w:val="ru-RU"/>
              </w:rPr>
              <w:t>0%20(%</w:t>
            </w:r>
            <w:r>
              <w:t>D</w:t>
            </w:r>
            <w:r w:rsidRPr="00332DB8">
              <w:rPr>
                <w:lang w:val="ru-RU"/>
              </w:rPr>
              <w:t>0%9</w:t>
            </w:r>
            <w:r>
              <w:t>F</w:t>
            </w:r>
            <w:r w:rsidRPr="00332DB8">
              <w:rPr>
                <w:lang w:val="ru-RU"/>
              </w:rPr>
              <w:t>%</w:t>
            </w:r>
            <w:r>
              <w:t>D</w:t>
            </w:r>
            <w:r w:rsidRPr="00332DB8">
              <w:rPr>
                <w:lang w:val="ru-RU"/>
              </w:rPr>
              <w:t>0%9</w:t>
            </w:r>
            <w:r>
              <w:t>F</w:t>
            </w:r>
            <w:r w:rsidRPr="00332DB8">
              <w:rPr>
                <w:lang w:val="ru-RU"/>
              </w:rPr>
              <w:t>%</w:t>
            </w:r>
            <w:r>
              <w:t>D</w:t>
            </w:r>
            <w:r w:rsidRPr="00332DB8">
              <w:rPr>
                <w:lang w:val="ru-RU"/>
              </w:rPr>
              <w:t>0%</w:t>
            </w:r>
            <w:r>
              <w:t>A</w:t>
            </w:r>
            <w:r w:rsidRPr="00332DB8">
              <w:rPr>
                <w:lang w:val="ru-RU"/>
              </w:rPr>
              <w:t>0%</w:t>
            </w:r>
            <w:r>
              <w:t>D</w:t>
            </w:r>
            <w:r w:rsidRPr="00332DB8">
              <w:rPr>
                <w:lang w:val="ru-RU"/>
              </w:rPr>
              <w:t>0%91- 1%20%</w:t>
            </w:r>
            <w:r>
              <w:t>D</w:t>
            </w:r>
            <w:r w:rsidRPr="00332DB8">
              <w:rPr>
                <w:lang w:val="ru-RU"/>
              </w:rPr>
              <w:t>1%80%</w:t>
            </w:r>
            <w:r>
              <w:t>D</w:t>
            </w:r>
            <w:r w:rsidRPr="00332DB8">
              <w:rPr>
                <w:lang w:val="ru-RU"/>
              </w:rPr>
              <w:t>0%</w:t>
            </w:r>
            <w:r>
              <w:t>B</w:t>
            </w:r>
            <w:r w:rsidRPr="00332DB8">
              <w:rPr>
                <w:lang w:val="ru-RU"/>
              </w:rPr>
              <w:t>0%</w:t>
            </w:r>
            <w:r>
              <w:t>D</w:t>
            </w:r>
            <w:r w:rsidRPr="00332DB8">
              <w:rPr>
                <w:lang w:val="ru-RU"/>
              </w:rPr>
              <w:t>1%83%</w:t>
            </w:r>
            <w:r>
              <w:t>D</w:t>
            </w:r>
            <w:r w:rsidRPr="00332DB8">
              <w:rPr>
                <w:lang w:val="ru-RU"/>
              </w:rPr>
              <w:t>0%</w:t>
            </w:r>
            <w:r>
              <w:t>BD</w:t>
            </w:r>
            <w:r w:rsidRPr="00332DB8">
              <w:rPr>
                <w:lang w:val="ru-RU"/>
              </w:rPr>
              <w:t>%</w:t>
            </w:r>
            <w:r>
              <w:t>D</w:t>
            </w:r>
            <w:r w:rsidRPr="00332DB8">
              <w:rPr>
                <w:lang w:val="ru-RU"/>
              </w:rPr>
              <w:t>0%</w:t>
            </w:r>
            <w:r>
              <w:t>B</w:t>
            </w:r>
            <w:r w:rsidRPr="00332DB8">
              <w:rPr>
                <w:lang w:val="ru-RU"/>
              </w:rPr>
              <w:t>4%)%20&amp;</w:t>
            </w:r>
            <w:r>
              <w:t>sec</w:t>
            </w:r>
            <w:r w:rsidRPr="00332DB8">
              <w:rPr>
                <w:lang w:val="ru-RU"/>
              </w:rPr>
              <w:t>=</w:t>
            </w:r>
            <w:r>
              <w:t>I</w:t>
            </w:r>
            <w:r w:rsidRPr="00332DB8">
              <w:rPr>
                <w:lang w:val="ru-RU"/>
              </w:rPr>
              <w:t>; -</w:t>
            </w:r>
            <w:r>
              <w:t>http</w:t>
            </w:r>
            <w:r w:rsidRPr="00332DB8">
              <w:rPr>
                <w:lang w:val="ru-RU"/>
              </w:rPr>
              <w:t>://</w:t>
            </w:r>
            <w:r>
              <w:t>mp</w:t>
            </w:r>
            <w:r w:rsidRPr="00332DB8">
              <w:rPr>
                <w:lang w:val="ru-RU"/>
              </w:rPr>
              <w:t>3</w:t>
            </w:r>
            <w:r>
              <w:t>club</w:t>
            </w:r>
            <w:r w:rsidRPr="00332DB8">
              <w:rPr>
                <w:lang w:val="ru-RU"/>
              </w:rPr>
              <w:t>24.</w:t>
            </w:r>
            <w:r>
              <w:t>ru</w:t>
            </w:r>
            <w:r w:rsidRPr="00332DB8">
              <w:rPr>
                <w:lang w:val="ru-RU"/>
              </w:rPr>
              <w:t>/</w:t>
            </w:r>
            <w:r>
              <w:t>music</w:t>
            </w:r>
            <w:r w:rsidRPr="00332DB8">
              <w:rPr>
                <w:lang w:val="ru-RU"/>
              </w:rPr>
              <w:t xml:space="preserve">/подземка%2072%20-%20враг%20государства; </w:t>
            </w:r>
            <w:r>
              <w:t>http</w:t>
            </w:r>
            <w:r w:rsidRPr="00332DB8">
              <w:rPr>
                <w:lang w:val="ru-RU"/>
              </w:rPr>
              <w:t>://</w:t>
            </w:r>
            <w:r>
              <w:t>dl</w:t>
            </w:r>
            <w:r w:rsidRPr="00332DB8">
              <w:rPr>
                <w:lang w:val="ru-RU"/>
              </w:rPr>
              <w:t>3.</w:t>
            </w:r>
            <w:r>
              <w:t>vkmusic</w:t>
            </w:r>
            <w:r w:rsidRPr="00332DB8">
              <w:rPr>
                <w:lang w:val="ru-RU"/>
              </w:rPr>
              <w:t>.</w:t>
            </w:r>
            <w:r>
              <w:t>ru</w:t>
            </w:r>
            <w:r w:rsidRPr="00332DB8">
              <w:rPr>
                <w:lang w:val="ru-RU"/>
              </w:rPr>
              <w:t>/</w:t>
            </w:r>
            <w:r>
              <w:t>aHR</w:t>
            </w:r>
            <w:r w:rsidRPr="00332DB8">
              <w:rPr>
                <w:lang w:val="ru-RU"/>
              </w:rPr>
              <w:t>0</w:t>
            </w:r>
            <w:r>
              <w:t>cDovL</w:t>
            </w:r>
            <w:r w:rsidRPr="00332DB8">
              <w:rPr>
                <w:lang w:val="ru-RU"/>
              </w:rPr>
              <w:t>2</w:t>
            </w:r>
            <w:r>
              <w:t>NzMS</w:t>
            </w:r>
            <w:r w:rsidRPr="00332DB8">
              <w:rPr>
                <w:lang w:val="ru-RU"/>
              </w:rPr>
              <w:t>0</w:t>
            </w:r>
            <w:r>
              <w:t>xNnY</w:t>
            </w:r>
            <w:r w:rsidRPr="00332DB8">
              <w:rPr>
                <w:lang w:val="ru-RU"/>
              </w:rPr>
              <w:t>0</w:t>
            </w:r>
            <w:r>
              <w:t>LnZrLWNkbi</w:t>
            </w:r>
            <w:r w:rsidRPr="00332DB8">
              <w:rPr>
                <w:lang w:val="ru-RU"/>
              </w:rPr>
              <w:t>5</w:t>
            </w:r>
            <w:r>
              <w:t>uZXQvcDEvODRkZGM</w:t>
            </w:r>
            <w:r w:rsidRPr="00332DB8">
              <w:rPr>
                <w:lang w:val="ru-RU"/>
              </w:rPr>
              <w:t>4</w:t>
            </w:r>
            <w:r>
              <w:t>Y</w:t>
            </w:r>
            <w:r w:rsidRPr="00332DB8">
              <w:rPr>
                <w:lang w:val="ru-RU"/>
              </w:rPr>
              <w:t>2</w:t>
            </w:r>
            <w:r>
              <w:t>M</w:t>
            </w:r>
            <w:r w:rsidRPr="00332DB8">
              <w:rPr>
                <w:lang w:val="ru-RU"/>
              </w:rPr>
              <w:t>0</w:t>
            </w:r>
            <w:r>
              <w:t>MmE</w:t>
            </w:r>
            <w:r w:rsidRPr="00332DB8">
              <w:rPr>
                <w:lang w:val="ru-RU"/>
              </w:rPr>
              <w:t>3</w:t>
            </w:r>
            <w:r>
              <w:t>YmIubXAzP</w:t>
            </w:r>
            <w:r w:rsidRPr="00332DB8">
              <w:rPr>
                <w:lang w:val="ru-RU"/>
              </w:rPr>
              <w:t>2</w:t>
            </w:r>
            <w:r>
              <w:t>V</w:t>
            </w:r>
            <w:r w:rsidRPr="00332DB8">
              <w:rPr>
                <w:lang w:val="ru-RU"/>
              </w:rPr>
              <w:t>4</w:t>
            </w:r>
            <w:r>
              <w:t>dHJhPWJlTzBLeFMtNDB</w:t>
            </w:r>
            <w:r w:rsidRPr="00332DB8">
              <w:rPr>
                <w:lang w:val="ru-RU"/>
              </w:rPr>
              <w:t>4</w:t>
            </w:r>
            <w:r>
              <w:t>X</w:t>
            </w:r>
            <w:r w:rsidRPr="00332DB8">
              <w:rPr>
                <w:lang w:val="ru-RU"/>
              </w:rPr>
              <w:t>2</w:t>
            </w:r>
            <w:r>
              <w:t>pYd</w:t>
            </w:r>
            <w:r w:rsidRPr="00332DB8">
              <w:rPr>
                <w:lang w:val="ru-RU"/>
              </w:rPr>
              <w:t>2</w:t>
            </w:r>
            <w:r>
              <w:t>k</w:t>
            </w:r>
            <w:r w:rsidRPr="00332DB8">
              <w:rPr>
                <w:lang w:val="ru-RU"/>
              </w:rPr>
              <w:t>4</w:t>
            </w:r>
            <w:r>
              <w:t>SUJUV</w:t>
            </w:r>
            <w:r w:rsidRPr="00332DB8">
              <w:rPr>
                <w:lang w:val="ru-RU"/>
              </w:rPr>
              <w:t>3</w:t>
            </w:r>
            <w:r>
              <w:t>ZmTk</w:t>
            </w:r>
            <w:r w:rsidRPr="00332DB8">
              <w:rPr>
                <w:lang w:val="ru-RU"/>
              </w:rPr>
              <w:t>5</w:t>
            </w:r>
            <w:r>
              <w:t>lUFBGVkk</w:t>
            </w:r>
            <w:r w:rsidRPr="00332DB8">
              <w:rPr>
                <w:lang w:val="ru-RU"/>
              </w:rPr>
              <w:t>1</w:t>
            </w:r>
            <w:r>
              <w:t>Tmx</w:t>
            </w:r>
            <w:r w:rsidRPr="00332DB8">
              <w:rPr>
                <w:lang w:val="ru-RU"/>
              </w:rPr>
              <w:t>1</w:t>
            </w:r>
            <w:r>
              <w:t>MTg</w:t>
            </w:r>
            <w:r w:rsidRPr="00332DB8">
              <w:rPr>
                <w:lang w:val="ru-RU"/>
              </w:rPr>
              <w:t>4</w:t>
            </w:r>
            <w:r>
              <w:t>QTV</w:t>
            </w:r>
            <w:r w:rsidRPr="00332DB8">
              <w:rPr>
                <w:lang w:val="ru-RU"/>
              </w:rPr>
              <w:t>6</w:t>
            </w:r>
            <w:r>
              <w:t>S</w:t>
            </w:r>
            <w:r w:rsidRPr="00332DB8">
              <w:rPr>
                <w:lang w:val="ru-RU"/>
              </w:rPr>
              <w:t>2</w:t>
            </w:r>
            <w:r>
              <w:t>VDRDVORXVlcWx</w:t>
            </w:r>
            <w:r w:rsidRPr="00332DB8">
              <w:rPr>
                <w:lang w:val="ru-RU"/>
              </w:rPr>
              <w:t>5</w:t>
            </w:r>
            <w:r>
              <w:t>V</w:t>
            </w:r>
            <w:r w:rsidRPr="00332DB8">
              <w:rPr>
                <w:lang w:val="ru-RU"/>
              </w:rPr>
              <w:t>3</w:t>
            </w:r>
            <w:r>
              <w:t>RSZEROQXFlMzlfVkY</w:t>
            </w:r>
            <w:r w:rsidRPr="00332DB8">
              <w:rPr>
                <w:lang w:val="ru-RU"/>
              </w:rPr>
              <w:t>1</w:t>
            </w:r>
            <w:r>
              <w:t>Y</w:t>
            </w:r>
            <w:r w:rsidRPr="00332DB8">
              <w:rPr>
                <w:lang w:val="ru-RU"/>
              </w:rPr>
              <w:t>0</w:t>
            </w:r>
            <w:r>
              <w:t>tObDNWM</w:t>
            </w:r>
            <w:r w:rsidRPr="00332DB8">
              <w:rPr>
                <w:lang w:val="ru-RU"/>
              </w:rPr>
              <w:t>2</w:t>
            </w:r>
            <w:r>
              <w:t>RvYk</w:t>
            </w:r>
            <w:r w:rsidRPr="00332DB8">
              <w:rPr>
                <w:lang w:val="ru-RU"/>
              </w:rPr>
              <w:t>91</w:t>
            </w:r>
            <w:r>
              <w:t>dHA</w:t>
            </w:r>
            <w:r w:rsidRPr="00332DB8">
              <w:rPr>
                <w:lang w:val="ru-RU"/>
              </w:rPr>
              <w:t>1</w:t>
            </w:r>
            <w:r>
              <w:t>aEtTckRTRkR</w:t>
            </w:r>
            <w:r w:rsidRPr="00332DB8">
              <w:rPr>
                <w:lang w:val="ru-RU"/>
              </w:rPr>
              <w:t>6</w:t>
            </w:r>
            <w:r>
              <w:t>TmxIVElCci</w:t>
            </w:r>
            <w:r w:rsidRPr="00332DB8">
              <w:rPr>
                <w:lang w:val="ru-RU"/>
              </w:rPr>
              <w:t>1</w:t>
            </w:r>
            <w:r>
              <w:t>ic</w:t>
            </w:r>
            <w:r w:rsidRPr="00332DB8">
              <w:rPr>
                <w:lang w:val="ru-RU"/>
              </w:rPr>
              <w:t>0</w:t>
            </w:r>
            <w:r>
              <w:t>pTVmtwU</w:t>
            </w:r>
            <w:r w:rsidRPr="00332DB8">
              <w:rPr>
                <w:lang w:val="ru-RU"/>
              </w:rPr>
              <w:t>0</w:t>
            </w:r>
            <w:r>
              <w:t>VEdzVpQUVfRjdXZWhLYllmTVBQSTJrTDFhRktTW</w:t>
            </w:r>
            <w:r w:rsidRPr="00332DB8">
              <w:rPr>
                <w:lang w:val="ru-RU"/>
              </w:rPr>
              <w:t>1</w:t>
            </w:r>
            <w:r>
              <w:t>VyeF</w:t>
            </w:r>
            <w:r w:rsidRPr="00332DB8">
              <w:rPr>
                <w:lang w:val="ru-RU"/>
              </w:rPr>
              <w:t>9</w:t>
            </w:r>
            <w:r>
              <w:t>zeCZpZD</w:t>
            </w:r>
            <w:r w:rsidRPr="00332DB8">
              <w:rPr>
                <w:lang w:val="ru-RU"/>
              </w:rPr>
              <w:t>0</w:t>
            </w:r>
            <w:r>
              <w:t>lMjUlMjFzJTI</w:t>
            </w:r>
            <w:r w:rsidRPr="00332DB8">
              <w:rPr>
                <w:lang w:val="ru-RU"/>
              </w:rPr>
              <w:t>4</w:t>
            </w:r>
            <w:r>
              <w:t>ZmxvYXQ</w:t>
            </w:r>
            <w:r w:rsidRPr="00332DB8">
              <w:rPr>
                <w:lang w:val="ru-RU"/>
              </w:rPr>
              <w:t>2</w:t>
            </w:r>
            <w:r>
              <w:t>NCUzRDEuNDE</w:t>
            </w:r>
            <w:r w:rsidRPr="00332DB8">
              <w:rPr>
                <w:lang w:val="ru-RU"/>
              </w:rPr>
              <w:t>5</w:t>
            </w:r>
            <w:r>
              <w:t>MTgyNzZlJTJCMDglMjlfJTI</w:t>
            </w:r>
            <w:r w:rsidRPr="00332DB8">
              <w:rPr>
                <w:lang w:val="ru-RU"/>
              </w:rPr>
              <w:t>1</w:t>
            </w:r>
            <w:r>
              <w:t>JT</w:t>
            </w:r>
            <w:r w:rsidRPr="00332DB8">
              <w:rPr>
                <w:lang w:val="ru-RU"/>
              </w:rPr>
              <w:t>1</w:t>
            </w:r>
            <w:r>
              <w:t>xcyUyOGZsb</w:t>
            </w:r>
            <w:r w:rsidRPr="00332DB8">
              <w:rPr>
                <w:lang w:val="ru-RU"/>
              </w:rPr>
              <w:t>2</w:t>
            </w:r>
            <w:r>
              <w:t>F</w:t>
            </w:r>
            <w:r w:rsidRPr="00332DB8">
              <w:rPr>
                <w:lang w:val="ru-RU"/>
              </w:rPr>
              <w:t>0</w:t>
            </w:r>
            <w:r>
              <w:t>NjQ</w:t>
            </w:r>
            <w:r w:rsidRPr="00332DB8">
              <w:rPr>
                <w:lang w:val="ru-RU"/>
              </w:rPr>
              <w:t>1</w:t>
            </w:r>
            <w:r>
              <w:t>M</w:t>
            </w:r>
            <w:r w:rsidRPr="00332DB8">
              <w:rPr>
                <w:lang w:val="ru-RU"/>
              </w:rPr>
              <w:t>0</w:t>
            </w:r>
            <w:r>
              <w:t>QyLjMxMTUwOTE</w:t>
            </w:r>
            <w:r w:rsidRPr="00332DB8">
              <w:rPr>
                <w:lang w:val="ru-RU"/>
              </w:rPr>
              <w:t>4</w:t>
            </w:r>
            <w:r>
              <w:t>ZSUyQjA</w:t>
            </w:r>
            <w:r w:rsidRPr="00332DB8">
              <w:rPr>
                <w:lang w:val="ru-RU"/>
              </w:rPr>
              <w:t>4</w:t>
            </w:r>
            <w:r>
              <w:t>JTI</w:t>
            </w:r>
            <w:r w:rsidRPr="00332DB8">
              <w:rPr>
                <w:lang w:val="ru-RU"/>
              </w:rPr>
              <w:t>5</w:t>
            </w:r>
            <w:r>
              <w:t>JnRpdGx</w:t>
            </w:r>
            <w:r w:rsidRPr="00332DB8">
              <w:rPr>
                <w:lang w:val="ru-RU"/>
              </w:rPr>
              <w:t>1</w:t>
            </w:r>
            <w:r>
              <w:t>PSVEMCU</w:t>
            </w:r>
            <w:r w:rsidRPr="00332DB8">
              <w:rPr>
                <w:lang w:val="ru-RU"/>
              </w:rPr>
              <w:t>5</w:t>
            </w:r>
            <w:r>
              <w:t>RiVEMCVCRSVEMCVCNCVEMCVCNyVEMCVCNSVEMCVCQyVEMCVCQSVEMCVCMCs</w:t>
            </w:r>
            <w:r w:rsidRPr="00332DB8">
              <w:rPr>
                <w:lang w:val="ru-RU"/>
              </w:rPr>
              <w:t>3</w:t>
            </w:r>
            <w:r>
              <w:t>MistKyslRDAlOTIlRDElODAlRDAlQjAlRDAlQjMrJUQwJUIzJUQwJUJFJUQxJTgxJUQxJTgzJUQwJU</w:t>
            </w:r>
            <w:r w:rsidRPr="00332DB8">
              <w:rPr>
                <w:lang w:val="ru-RU"/>
              </w:rPr>
              <w:t>10</w:t>
            </w:r>
            <w:r>
              <w:t>JUQwJUlwJUQxJTgwJUQxJTgxJUQxJTgyJUQwJUlyJUQwJUlwKyUyOCVEMCU</w:t>
            </w:r>
            <w:r w:rsidRPr="00332DB8">
              <w:rPr>
                <w:lang w:val="ru-RU"/>
              </w:rPr>
              <w:t>5</w:t>
            </w:r>
            <w:r>
              <w:t>RiVEMCU</w:t>
            </w:r>
            <w:r w:rsidRPr="00332DB8">
              <w:rPr>
                <w:lang w:val="ru-RU"/>
              </w:rPr>
              <w:t>5</w:t>
            </w:r>
            <w:r>
              <w:t>RiVEMCVBMCVEMCU</w:t>
            </w:r>
            <w:r w:rsidRPr="00332DB8">
              <w:rPr>
                <w:lang w:val="ru-RU"/>
              </w:rPr>
              <w:t>5</w:t>
            </w:r>
            <w:r>
              <w:t>MSUyOSs</w:t>
            </w:r>
            <w:r w:rsidRPr="00332DB8">
              <w:rPr>
                <w:lang w:val="ru-RU"/>
              </w:rPr>
              <w:t xml:space="preserve">=- </w:t>
            </w:r>
            <w:r>
              <w:t>http</w:t>
            </w:r>
            <w:r w:rsidRPr="00332DB8">
              <w:rPr>
                <w:lang w:val="ru-RU"/>
              </w:rPr>
              <w:t>://</w:t>
            </w:r>
            <w:r>
              <w:t>muzikabesplatno</w:t>
            </w:r>
            <w:r w:rsidRPr="00332DB8">
              <w:rPr>
                <w:lang w:val="ru-RU"/>
              </w:rPr>
              <w:t>.</w:t>
            </w:r>
            <w:r>
              <w:t>ru</w:t>
            </w:r>
            <w:r w:rsidRPr="00332DB8">
              <w:rPr>
                <w:lang w:val="ru-RU"/>
              </w:rPr>
              <w:t>/</w:t>
            </w:r>
            <w:r>
              <w:t>files</w:t>
            </w:r>
            <w:r w:rsidRPr="00332DB8">
              <w:rPr>
                <w:lang w:val="ru-RU"/>
              </w:rPr>
              <w:t>/1578574956181</w:t>
            </w:r>
            <w:r>
              <w:t>e</w:t>
            </w:r>
            <w:r w:rsidRPr="00332DB8">
              <w:rPr>
                <w:lang w:val="ru-RU"/>
              </w:rPr>
              <w:t>/</w:t>
            </w:r>
            <w:r>
              <w:t>Podzemka</w:t>
            </w:r>
            <w:r w:rsidRPr="00332DB8">
              <w:rPr>
                <w:lang w:val="ru-RU"/>
              </w:rPr>
              <w:t>72+</w:t>
            </w:r>
            <w:r>
              <w:t>Vrag</w:t>
            </w:r>
            <w:r w:rsidRPr="00332DB8">
              <w:rPr>
                <w:lang w:val="ru-RU"/>
              </w:rPr>
              <w:t>+</w:t>
            </w:r>
            <w:r>
              <w:t>gosudarstva</w:t>
            </w:r>
            <w:r w:rsidRPr="00332DB8">
              <w:rPr>
                <w:lang w:val="ru-RU"/>
              </w:rPr>
              <w:t>+</w:t>
            </w:r>
            <w:r>
              <w:t>PPRB</w:t>
            </w:r>
            <w:r w:rsidRPr="00332DB8">
              <w:rPr>
                <w:lang w:val="ru-RU"/>
              </w:rPr>
              <w:t>+1+</w:t>
            </w:r>
            <w:r>
              <w:t>raund</w:t>
            </w:r>
            <w:r w:rsidRPr="00332DB8">
              <w:rPr>
                <w:lang w:val="ru-RU"/>
              </w:rPr>
              <w:t>.</w:t>
            </w:r>
            <w:r>
              <w:t>mp</w:t>
            </w:r>
            <w:r w:rsidRPr="00332DB8">
              <w:rPr>
                <w:lang w:val="ru-RU"/>
              </w:rPr>
              <w:t>3 (решение Центрального районного суда г. Хабаровска от 15.12.2016);</w:t>
            </w:r>
          </w:p>
        </w:tc>
        <w:tc>
          <w:tcPr>
            <w:tcW w:w="2880" w:type="dxa"/>
          </w:tcPr>
          <w:p w:rsidR="006F7457" w:rsidRDefault="00332DB8">
            <w:r>
              <w:lastRenderedPageBreak/>
              <w:t>07.03.2017</w:t>
            </w:r>
          </w:p>
        </w:tc>
      </w:tr>
      <w:tr w:rsidR="006F7457">
        <w:tc>
          <w:tcPr>
            <w:tcW w:w="2880" w:type="dxa"/>
          </w:tcPr>
          <w:p w:rsidR="006F7457" w:rsidRDefault="00332DB8">
            <w:r>
              <w:lastRenderedPageBreak/>
              <w:t>4061.</w:t>
            </w:r>
          </w:p>
        </w:tc>
        <w:tc>
          <w:tcPr>
            <w:tcW w:w="2880" w:type="dxa"/>
          </w:tcPr>
          <w:p w:rsidR="006F7457" w:rsidRPr="00332DB8" w:rsidRDefault="00332DB8">
            <w:pPr>
              <w:rPr>
                <w:lang w:val="ru-RU"/>
              </w:rPr>
            </w:pPr>
            <w:r w:rsidRPr="00332DB8">
              <w:rPr>
                <w:lang w:val="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w:t>
            </w:r>
            <w:r>
              <w:t>C</w:t>
            </w:r>
            <w:r w:rsidRPr="00332DB8">
              <w:rPr>
                <w:lang w:val="ru-RU"/>
              </w:rPr>
              <w:t xml:space="preserve">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w:t>
            </w:r>
            <w:r>
              <w:t>http</w:t>
            </w:r>
            <w:r w:rsidRPr="00332DB8">
              <w:rPr>
                <w:lang w:val="ru-RU"/>
              </w:rPr>
              <w:t>://</w:t>
            </w:r>
            <w:r>
              <w:t>dl</w:t>
            </w:r>
            <w:r w:rsidRPr="00332DB8">
              <w:rPr>
                <w:lang w:val="ru-RU"/>
              </w:rPr>
              <w:t>3.</w:t>
            </w:r>
            <w:r>
              <w:t>vkmusic</w:t>
            </w:r>
            <w:r w:rsidRPr="00332DB8">
              <w:rPr>
                <w:lang w:val="ru-RU"/>
              </w:rPr>
              <w:t>.</w:t>
            </w:r>
            <w:r>
              <w:t>ru</w:t>
            </w:r>
            <w:r w:rsidRPr="00332DB8">
              <w:rPr>
                <w:lang w:val="ru-RU"/>
              </w:rPr>
              <w:t>/</w:t>
            </w:r>
            <w:r>
              <w:t>aHR</w:t>
            </w:r>
            <w:r w:rsidRPr="00332DB8">
              <w:rPr>
                <w:lang w:val="ru-RU"/>
              </w:rPr>
              <w:t>0</w:t>
            </w:r>
            <w:r>
              <w:t>cDovL</w:t>
            </w:r>
            <w:r w:rsidRPr="00332DB8">
              <w:rPr>
                <w:lang w:val="ru-RU"/>
              </w:rPr>
              <w:t>2</w:t>
            </w:r>
            <w:r>
              <w:t>NzNDgxOC</w:t>
            </w:r>
            <w:r w:rsidRPr="00332DB8">
              <w:rPr>
                <w:lang w:val="ru-RU"/>
              </w:rPr>
              <w:t>52</w:t>
            </w:r>
            <w:r>
              <w:t>ay</w:t>
            </w:r>
            <w:r w:rsidRPr="00332DB8">
              <w:rPr>
                <w:lang w:val="ru-RU"/>
              </w:rPr>
              <w:t>5</w:t>
            </w:r>
            <w:r>
              <w:t>tZS</w:t>
            </w:r>
            <w:r w:rsidRPr="00332DB8">
              <w:rPr>
                <w:lang w:val="ru-RU"/>
              </w:rPr>
              <w:t>91</w:t>
            </w:r>
            <w:r>
              <w:t>MTc</w:t>
            </w:r>
            <w:r w:rsidRPr="00332DB8">
              <w:rPr>
                <w:lang w:val="ru-RU"/>
              </w:rPr>
              <w:t>0</w:t>
            </w:r>
            <w:r>
              <w:t>OTU</w:t>
            </w:r>
            <w:r w:rsidRPr="00332DB8">
              <w:rPr>
                <w:lang w:val="ru-RU"/>
              </w:rPr>
              <w:t>2</w:t>
            </w:r>
            <w:r>
              <w:t>NjUvYX</w:t>
            </w:r>
            <w:r w:rsidRPr="00332DB8">
              <w:rPr>
                <w:lang w:val="ru-RU"/>
              </w:rPr>
              <w:t xml:space="preserve"> </w:t>
            </w:r>
            <w:r>
              <w:t>VkaW</w:t>
            </w:r>
            <w:r w:rsidRPr="00332DB8">
              <w:rPr>
                <w:lang w:val="ru-RU"/>
              </w:rPr>
              <w:t>9</w:t>
            </w:r>
            <w:r>
              <w:t>zL</w:t>
            </w:r>
            <w:r w:rsidRPr="00332DB8">
              <w:rPr>
                <w:lang w:val="ru-RU"/>
              </w:rPr>
              <w:t>2</w:t>
            </w:r>
            <w:r>
              <w:t>EzZGVmYzgyOTBlYi</w:t>
            </w:r>
            <w:r w:rsidRPr="00332DB8">
              <w:rPr>
                <w:lang w:val="ru-RU"/>
              </w:rPr>
              <w:t>5</w:t>
            </w:r>
            <w:r>
              <w:t>tcDM</w:t>
            </w:r>
            <w:r w:rsidRPr="00332DB8">
              <w:rPr>
                <w:lang w:val="ru-RU"/>
              </w:rPr>
              <w:t>/</w:t>
            </w:r>
            <w:r>
              <w:t>ZXh</w:t>
            </w:r>
            <w:r w:rsidRPr="00332DB8">
              <w:rPr>
                <w:lang w:val="ru-RU"/>
              </w:rPr>
              <w:t>0</w:t>
            </w:r>
            <w:r>
              <w:t>cmE</w:t>
            </w:r>
            <w:r w:rsidRPr="00332DB8">
              <w:rPr>
                <w:lang w:val="ru-RU"/>
              </w:rPr>
              <w:t>9</w:t>
            </w:r>
            <w:r>
              <w:t>TVVUeW</w:t>
            </w:r>
            <w:r w:rsidRPr="00332DB8">
              <w:rPr>
                <w:lang w:val="ru-RU"/>
              </w:rPr>
              <w:t>1</w:t>
            </w:r>
            <w:r>
              <w:t>YcHNtMXVrbmE</w:t>
            </w:r>
            <w:r w:rsidRPr="00332DB8">
              <w:rPr>
                <w:lang w:val="ru-RU"/>
              </w:rPr>
              <w:t>0</w:t>
            </w:r>
            <w:r>
              <w:t>SkNjaHN</w:t>
            </w:r>
            <w:r w:rsidRPr="00332DB8">
              <w:rPr>
                <w:lang w:val="ru-RU"/>
              </w:rPr>
              <w:t>1</w:t>
            </w:r>
            <w:r>
              <w:t>Z</w:t>
            </w:r>
            <w:r w:rsidRPr="00332DB8">
              <w:rPr>
                <w:lang w:val="ru-RU"/>
              </w:rPr>
              <w:t>3</w:t>
            </w:r>
            <w:r>
              <w:t>ZVRFZpdFlIeU</w:t>
            </w:r>
            <w:r w:rsidRPr="00332DB8">
              <w:rPr>
                <w:lang w:val="ru-RU"/>
              </w:rPr>
              <w:t>8</w:t>
            </w:r>
            <w:r>
              <w:t>zeEJTTWJfSDVDa</w:t>
            </w:r>
            <w:r w:rsidRPr="00332DB8">
              <w:rPr>
                <w:lang w:val="ru-RU"/>
              </w:rPr>
              <w:t>3</w:t>
            </w:r>
            <w:r>
              <w:t>Q</w:t>
            </w:r>
            <w:r w:rsidRPr="00332DB8">
              <w:rPr>
                <w:lang w:val="ru-RU"/>
              </w:rPr>
              <w:t>1</w:t>
            </w:r>
            <w:r>
              <w:t>S</w:t>
            </w:r>
            <w:r w:rsidRPr="00332DB8">
              <w:rPr>
                <w:lang w:val="ru-RU"/>
              </w:rPr>
              <w:t>3</w:t>
            </w:r>
            <w:r>
              <w:t>RXSl</w:t>
            </w:r>
            <w:r w:rsidRPr="00332DB8">
              <w:rPr>
                <w:lang w:val="ru-RU"/>
              </w:rPr>
              <w:t>8</w:t>
            </w:r>
            <w:r>
              <w:t>xSnhqMmN</w:t>
            </w:r>
            <w:r w:rsidRPr="00332DB8">
              <w:rPr>
                <w:lang w:val="ru-RU"/>
              </w:rPr>
              <w:t>1</w:t>
            </w:r>
            <w:r>
              <w:t>QkdxelRMUnRGOS</w:t>
            </w:r>
            <w:r w:rsidRPr="00332DB8">
              <w:rPr>
                <w:lang w:val="ru-RU"/>
              </w:rPr>
              <w:t>05</w:t>
            </w:r>
            <w:r>
              <w:t>c</w:t>
            </w:r>
            <w:r w:rsidRPr="00332DB8">
              <w:rPr>
                <w:lang w:val="ru-RU"/>
              </w:rPr>
              <w:t>0</w:t>
            </w:r>
            <w:r>
              <w:t>ZjbmVqZm</w:t>
            </w:r>
            <w:r w:rsidRPr="00332DB8">
              <w:rPr>
                <w:lang w:val="ru-RU"/>
              </w:rPr>
              <w:t>5</w:t>
            </w:r>
            <w:r>
              <w:t>OTnF</w:t>
            </w:r>
            <w:r w:rsidRPr="00332DB8">
              <w:rPr>
                <w:lang w:val="ru-RU"/>
              </w:rPr>
              <w:t>1</w:t>
            </w:r>
            <w:r>
              <w:t>YjRCN</w:t>
            </w:r>
            <w:r w:rsidRPr="00332DB8">
              <w:rPr>
                <w:lang w:val="ru-RU"/>
              </w:rPr>
              <w:t>0</w:t>
            </w:r>
            <w:r>
              <w:t>dEcXVKU</w:t>
            </w:r>
            <w:r w:rsidRPr="00332DB8">
              <w:rPr>
                <w:lang w:val="ru-RU"/>
              </w:rPr>
              <w:t>0</w:t>
            </w:r>
            <w:r>
              <w:t>JRbzVCV</w:t>
            </w:r>
            <w:r w:rsidRPr="00332DB8">
              <w:rPr>
                <w:lang w:val="ru-RU"/>
              </w:rPr>
              <w:t>0</w:t>
            </w:r>
            <w:r>
              <w:t>NzWFJtcHRLVmZkcTdtZWNSbDdlY</w:t>
            </w:r>
            <w:r w:rsidRPr="00332DB8">
              <w:rPr>
                <w:lang w:val="ru-RU"/>
              </w:rPr>
              <w:t>1</w:t>
            </w:r>
            <w:r>
              <w:t>k</w:t>
            </w:r>
            <w:r w:rsidRPr="00332DB8">
              <w:rPr>
                <w:lang w:val="ru-RU"/>
              </w:rPr>
              <w:t>3</w:t>
            </w:r>
            <w:r>
              <w:t>MFgxc</w:t>
            </w:r>
            <w:r w:rsidRPr="00332DB8">
              <w:rPr>
                <w:lang w:val="ru-RU"/>
              </w:rPr>
              <w:t>1</w:t>
            </w:r>
            <w:r>
              <w:t>ZhN</w:t>
            </w:r>
            <w:r w:rsidRPr="00332DB8">
              <w:rPr>
                <w:lang w:val="ru-RU"/>
              </w:rPr>
              <w:t>19</w:t>
            </w:r>
            <w:r>
              <w:t>tXzVkdWNLajFJcFJcFJHNUEmaWQ</w:t>
            </w:r>
            <w:r w:rsidRPr="00332DB8">
              <w:rPr>
                <w:lang w:val="ru-RU"/>
              </w:rPr>
              <w:t>9</w:t>
            </w:r>
            <w:r>
              <w:t>JTI</w:t>
            </w:r>
            <w:r w:rsidRPr="00332DB8">
              <w:rPr>
                <w:lang w:val="ru-RU"/>
              </w:rPr>
              <w:t>1</w:t>
            </w:r>
            <w:r>
              <w:t>JTIxcyUyOGZsb</w:t>
            </w:r>
            <w:r w:rsidRPr="00332DB8">
              <w:rPr>
                <w:lang w:val="ru-RU"/>
              </w:rPr>
              <w:t>2</w:t>
            </w:r>
            <w:r>
              <w:t>F</w:t>
            </w:r>
            <w:r w:rsidRPr="00332DB8">
              <w:rPr>
                <w:lang w:val="ru-RU"/>
              </w:rPr>
              <w:t>0</w:t>
            </w:r>
            <w:r>
              <w:t>NjQ</w:t>
            </w:r>
            <w:r w:rsidRPr="00332DB8">
              <w:rPr>
                <w:lang w:val="ru-RU"/>
              </w:rPr>
              <w:t>1</w:t>
            </w:r>
            <w:r>
              <w:t>M</w:t>
            </w:r>
            <w:r w:rsidRPr="00332DB8">
              <w:rPr>
                <w:lang w:val="ru-RU"/>
              </w:rPr>
              <w:t>0</w:t>
            </w:r>
            <w:r>
              <w:t>Q</w:t>
            </w:r>
            <w:r w:rsidRPr="00332DB8">
              <w:rPr>
                <w:lang w:val="ru-RU"/>
              </w:rPr>
              <w:t>1</w:t>
            </w:r>
            <w:r>
              <w:t>LjAxNjM</w:t>
            </w:r>
            <w:r w:rsidRPr="00332DB8">
              <w:rPr>
                <w:lang w:val="ru-RU"/>
              </w:rPr>
              <w:t>5</w:t>
            </w:r>
            <w:r>
              <w:t>NDllJTJCMDclMjlfJTI</w:t>
            </w:r>
            <w:r w:rsidRPr="00332DB8">
              <w:rPr>
                <w:lang w:val="ru-RU"/>
              </w:rPr>
              <w:t>1</w:t>
            </w:r>
            <w:r>
              <w:t>JTIxcyUyOGZsb</w:t>
            </w:r>
            <w:r w:rsidRPr="00332DB8">
              <w:rPr>
                <w:lang w:val="ru-RU"/>
              </w:rPr>
              <w:t>2</w:t>
            </w:r>
            <w:r>
              <w:t>F</w:t>
            </w:r>
            <w:r w:rsidRPr="00332DB8">
              <w:rPr>
                <w:lang w:val="ru-RU"/>
              </w:rPr>
              <w:t>0</w:t>
            </w:r>
            <w:r>
              <w:t>NjQlM</w:t>
            </w:r>
            <w:r w:rsidRPr="00332DB8">
              <w:rPr>
                <w:lang w:val="ru-RU"/>
              </w:rPr>
              <w:t>0</w:t>
            </w:r>
            <w:r>
              <w:t>QxLjQ</w:t>
            </w:r>
            <w:r w:rsidRPr="00332DB8">
              <w:rPr>
                <w:lang w:val="ru-RU"/>
              </w:rPr>
              <w:t>4</w:t>
            </w:r>
            <w:r>
              <w:t>NTMwMjg</w:t>
            </w:r>
            <w:r w:rsidRPr="00332DB8">
              <w:rPr>
                <w:lang w:val="ru-RU"/>
              </w:rPr>
              <w:t>5</w:t>
            </w:r>
            <w:r>
              <w:t>ZSUyQjA</w:t>
            </w:r>
            <w:r w:rsidRPr="00332DB8">
              <w:rPr>
                <w:lang w:val="ru-RU"/>
              </w:rPr>
              <w:t>4</w:t>
            </w:r>
            <w:r>
              <w:t>JTI</w:t>
            </w:r>
            <w:r w:rsidRPr="00332DB8">
              <w:rPr>
                <w:lang w:val="ru-RU"/>
              </w:rPr>
              <w:t>5</w:t>
            </w:r>
            <w:r>
              <w:t>JnRpdGxlPSVEMCVBMCVEMSU</w:t>
            </w:r>
            <w:r w:rsidRPr="00332DB8">
              <w:rPr>
                <w:lang w:val="ru-RU"/>
              </w:rPr>
              <w:t>4</w:t>
            </w:r>
            <w:r>
              <w:t>RiVEMCVCNCVEMSU</w:t>
            </w:r>
            <w:r w:rsidRPr="00332DB8">
              <w:rPr>
                <w:lang w:val="ru-RU"/>
              </w:rPr>
              <w:t>4</w:t>
            </w:r>
            <w:r>
              <w:t>QislRDAlQTElRDAlQkUlRDAlQkYlRDElODAlRDAlQkUlRDElODllRDAlQjglRDAlQjIlRDAlQkIlRDAlQjUlRDAlQkQlRDAlQjglRDAlQkrJUQwJUJGLiVEMSU</w:t>
            </w:r>
            <w:r w:rsidRPr="00332DB8">
              <w:rPr>
                <w:lang w:val="ru-RU"/>
              </w:rPr>
              <w:t>4</w:t>
            </w:r>
            <w:r>
              <w:t>My</w:t>
            </w:r>
            <w:r w:rsidRPr="00332DB8">
              <w:rPr>
                <w:lang w:val="ru-RU"/>
              </w:rPr>
              <w:t>4</w:t>
            </w:r>
            <w:r>
              <w:t>rJUQwJTkzJUQxJTgwJUQwJUJFJUQxJTgyJTJDKyVEMCVBMSVEMCVCOCVEMCVCMSVEMCVCOCVEMSU</w:t>
            </w:r>
            <w:r w:rsidRPr="00332DB8">
              <w:rPr>
                <w:lang w:val="ru-RU"/>
              </w:rPr>
              <w:t>4</w:t>
            </w:r>
            <w:r>
              <w:t>MCVEMSU</w:t>
            </w:r>
            <w:r w:rsidRPr="00332DB8">
              <w:rPr>
                <w:lang w:val="ru-RU"/>
              </w:rPr>
              <w:t>4</w:t>
            </w:r>
            <w:r>
              <w:t>MSVEMCVCQSVEMCVCOCVEMCVCOSslRDAlQTElRDAlQjglRDAlQkQlRDA</w:t>
            </w:r>
            <w:r>
              <w:lastRenderedPageBreak/>
              <w:t>lQjQlRDAlQjglRDAlQkElRDAlQjAlRDElODIrLSslRDAlQTAlRDAlQjAlRDElODElRDAlQjglRDElODElRDElODIrJUUyJTgwJUEyJUUyJTgwJUEyMDguMDkuMTAlRTIlODAlQTIlRTIlODAlQTIrKyUyOCVEMSU</w:t>
            </w:r>
            <w:r w:rsidRPr="00332DB8">
              <w:rPr>
                <w:lang w:val="ru-RU"/>
              </w:rPr>
              <w:t>4</w:t>
            </w:r>
            <w:r>
              <w:t>MSVEMSU</w:t>
            </w:r>
            <w:r w:rsidRPr="00332DB8">
              <w:rPr>
                <w:lang w:val="ru-RU"/>
              </w:rPr>
              <w:t>4</w:t>
            </w:r>
            <w:r>
              <w:t>MyVEMCVCRiVEMCVCNSVEMSU</w:t>
            </w:r>
            <w:r w:rsidRPr="00332DB8">
              <w:rPr>
                <w:lang w:val="ru-RU"/>
              </w:rPr>
              <w:t>4</w:t>
            </w:r>
            <w:r>
              <w:t>MCslRDElODAlRDElODMlRDElODElRDElODElRDAlQkElRDAlQjAlRDElOEYrJUQxJTgyJUQwJUIlJUQwJUJDJUQwJUIwJTI</w:t>
            </w:r>
            <w:r w:rsidRPr="00332DB8">
              <w:rPr>
                <w:lang w:val="ru-RU"/>
              </w:rPr>
              <w:t xml:space="preserve">5- – </w:t>
            </w:r>
            <w:r>
              <w:t>http</w:t>
            </w:r>
            <w:r w:rsidRPr="00332DB8">
              <w:rPr>
                <w:lang w:val="ru-RU"/>
              </w:rPr>
              <w:t>://</w:t>
            </w:r>
            <w:r>
              <w:t>mc</w:t>
            </w:r>
            <w:r w:rsidRPr="00332DB8">
              <w:rPr>
                <w:lang w:val="ru-RU"/>
              </w:rPr>
              <w:t>01.</w:t>
            </w:r>
            <w:r>
              <w:t>usersfiles</w:t>
            </w:r>
            <w:r w:rsidRPr="00332DB8">
              <w:rPr>
                <w:lang w:val="ru-RU"/>
              </w:rPr>
              <w:t>.</w:t>
            </w:r>
            <w:r>
              <w:t>me</w:t>
            </w:r>
            <w:r w:rsidRPr="00332DB8">
              <w:rPr>
                <w:lang w:val="ru-RU"/>
              </w:rPr>
              <w:t>/</w:t>
            </w:r>
            <w:r>
              <w:t>m</w:t>
            </w:r>
            <w:r w:rsidRPr="00332DB8">
              <w:rPr>
                <w:lang w:val="ru-RU"/>
              </w:rPr>
              <w:t>/0/1472619865/5110014/32/</w:t>
            </w:r>
            <w:r>
              <w:t>acacb</w:t>
            </w:r>
            <w:r w:rsidRPr="00332DB8">
              <w:rPr>
                <w:lang w:val="ru-RU"/>
              </w:rPr>
              <w:t>69</w:t>
            </w:r>
            <w:r>
              <w:t>b</w:t>
            </w:r>
            <w:r w:rsidRPr="00332DB8">
              <w:rPr>
                <w:lang w:val="ru-RU"/>
              </w:rPr>
              <w:t>017</w:t>
            </w:r>
            <w:r>
              <w:t>a</w:t>
            </w:r>
            <w:r w:rsidRPr="00332DB8">
              <w:rPr>
                <w:lang w:val="ru-RU"/>
              </w:rPr>
              <w:t>68739</w:t>
            </w:r>
            <w:r>
              <w:t>c</w:t>
            </w:r>
            <w:r w:rsidRPr="00332DB8">
              <w:rPr>
                <w:lang w:val="ru-RU"/>
              </w:rPr>
              <w:t>980</w:t>
            </w:r>
            <w:r>
              <w:t>fcd</w:t>
            </w:r>
            <w:r w:rsidRPr="00332DB8">
              <w:rPr>
                <w:lang w:val="ru-RU"/>
              </w:rPr>
              <w:t>414</w:t>
            </w:r>
            <w:r>
              <w:t>dc</w:t>
            </w:r>
            <w:r w:rsidRPr="00332DB8">
              <w:rPr>
                <w:lang w:val="ru-RU"/>
              </w:rPr>
              <w:t xml:space="preserve"> </w:t>
            </w:r>
            <w:r>
              <w:t>l</w:t>
            </w:r>
            <w:r w:rsidRPr="00332DB8">
              <w:rPr>
                <w:lang w:val="ru-RU"/>
              </w:rPr>
              <w:t xml:space="preserve"> </w:t>
            </w:r>
            <w:r>
              <w:t>df</w:t>
            </w:r>
            <w:r w:rsidRPr="00332DB8">
              <w:rPr>
                <w:lang w:val="ru-RU"/>
              </w:rPr>
              <w:t>/</w:t>
            </w:r>
            <w:r>
              <w:t>sibirskij</w:t>
            </w:r>
            <w:r w:rsidRPr="00332DB8">
              <w:rPr>
                <w:lang w:val="ru-RU"/>
              </w:rPr>
              <w:t>_</w:t>
            </w:r>
            <w:r>
              <w:t>sindikat</w:t>
            </w:r>
            <w:r w:rsidRPr="00332DB8">
              <w:rPr>
                <w:lang w:val="ru-RU"/>
              </w:rPr>
              <w:t>-</w:t>
            </w:r>
            <w:r>
              <w:t>rasist</w:t>
            </w:r>
            <w:r w:rsidRPr="00332DB8">
              <w:rPr>
                <w:lang w:val="ru-RU"/>
              </w:rPr>
              <w:t>-</w:t>
            </w:r>
            <w:r>
              <w:t>spaces</w:t>
            </w:r>
            <w:r w:rsidRPr="00332DB8">
              <w:rPr>
                <w:lang w:val="ru-RU"/>
              </w:rPr>
              <w:t>.</w:t>
            </w:r>
            <w:r>
              <w:t>ru</w:t>
            </w:r>
            <w:r w:rsidRPr="00332DB8">
              <w:rPr>
                <w:lang w:val="ru-RU"/>
              </w:rPr>
              <w:t>.</w:t>
            </w:r>
            <w:r>
              <w:t>mp</w:t>
            </w:r>
            <w:r w:rsidRPr="00332DB8">
              <w:rPr>
                <w:lang w:val="ru-RU"/>
              </w:rPr>
              <w:t xml:space="preserve">3- – </w:t>
            </w:r>
            <w:r>
              <w:t>http</w:t>
            </w:r>
            <w:r w:rsidRPr="00332DB8">
              <w:rPr>
                <w:lang w:val="ru-RU"/>
              </w:rPr>
              <w:t>://</w:t>
            </w:r>
            <w:r>
              <w:t>mc</w:t>
            </w:r>
            <w:r w:rsidRPr="00332DB8">
              <w:rPr>
                <w:lang w:val="ru-RU"/>
              </w:rPr>
              <w:t>01.</w:t>
            </w:r>
            <w:r>
              <w:t>userfiles</w:t>
            </w:r>
            <w:r w:rsidRPr="00332DB8">
              <w:rPr>
                <w:lang w:val="ru-RU"/>
              </w:rPr>
              <w:t>.</w:t>
            </w:r>
            <w:r>
              <w:t>me</w:t>
            </w:r>
            <w:r w:rsidRPr="00332DB8">
              <w:rPr>
                <w:lang w:val="ru-RU"/>
              </w:rPr>
              <w:t>/</w:t>
            </w:r>
            <w:r>
              <w:t>m</w:t>
            </w:r>
            <w:r w:rsidRPr="00332DB8">
              <w:rPr>
                <w:lang w:val="ru-RU"/>
              </w:rPr>
              <w:t>/0/1472619865/5110014/64/</w:t>
            </w:r>
            <w:r>
              <w:t>acacb</w:t>
            </w:r>
            <w:r w:rsidRPr="00332DB8">
              <w:rPr>
                <w:lang w:val="ru-RU"/>
              </w:rPr>
              <w:t>69</w:t>
            </w:r>
            <w:r>
              <w:t>b</w:t>
            </w:r>
            <w:r w:rsidRPr="00332DB8">
              <w:rPr>
                <w:lang w:val="ru-RU"/>
              </w:rPr>
              <w:t>017</w:t>
            </w:r>
            <w:r>
              <w:t>a</w:t>
            </w:r>
            <w:r w:rsidRPr="00332DB8">
              <w:rPr>
                <w:lang w:val="ru-RU"/>
              </w:rPr>
              <w:t>68739</w:t>
            </w:r>
            <w:r>
              <w:t>c</w:t>
            </w:r>
            <w:r w:rsidRPr="00332DB8">
              <w:rPr>
                <w:lang w:val="ru-RU"/>
              </w:rPr>
              <w:t xml:space="preserve">980 </w:t>
            </w:r>
            <w:r>
              <w:t>fcd</w:t>
            </w:r>
            <w:r w:rsidRPr="00332DB8">
              <w:rPr>
                <w:lang w:val="ru-RU"/>
              </w:rPr>
              <w:t>414</w:t>
            </w:r>
            <w:r>
              <w:t>dc</w:t>
            </w:r>
            <w:r w:rsidRPr="00332DB8">
              <w:rPr>
                <w:lang w:val="ru-RU"/>
              </w:rPr>
              <w:t xml:space="preserve"> </w:t>
            </w:r>
            <w:r>
              <w:t>l</w:t>
            </w:r>
            <w:r w:rsidRPr="00332DB8">
              <w:rPr>
                <w:lang w:val="ru-RU"/>
              </w:rPr>
              <w:t xml:space="preserve"> </w:t>
            </w:r>
            <w:r>
              <w:t>df</w:t>
            </w:r>
            <w:r w:rsidRPr="00332DB8">
              <w:rPr>
                <w:lang w:val="ru-RU"/>
              </w:rPr>
              <w:t>/</w:t>
            </w:r>
            <w:r>
              <w:t>sibirskij</w:t>
            </w:r>
            <w:r w:rsidRPr="00332DB8">
              <w:rPr>
                <w:lang w:val="ru-RU"/>
              </w:rPr>
              <w:t>_</w:t>
            </w:r>
            <w:r>
              <w:t>sindikat</w:t>
            </w:r>
            <w:r w:rsidRPr="00332DB8">
              <w:rPr>
                <w:lang w:val="ru-RU"/>
              </w:rPr>
              <w:t>-</w:t>
            </w:r>
            <w:r>
              <w:t>rasist</w:t>
            </w:r>
            <w:r w:rsidRPr="00332DB8">
              <w:rPr>
                <w:lang w:val="ru-RU"/>
              </w:rPr>
              <w:t>-</w:t>
            </w:r>
            <w:r>
              <w:t>spaces</w:t>
            </w:r>
            <w:r w:rsidRPr="00332DB8">
              <w:rPr>
                <w:lang w:val="ru-RU"/>
              </w:rPr>
              <w:t>.</w:t>
            </w:r>
            <w:r>
              <w:t>ru</w:t>
            </w:r>
            <w:r w:rsidRPr="00332DB8">
              <w:rPr>
                <w:lang w:val="ru-RU"/>
              </w:rPr>
              <w:t>.</w:t>
            </w:r>
            <w:r>
              <w:t>mp</w:t>
            </w:r>
            <w:r w:rsidRPr="00332DB8">
              <w:rPr>
                <w:lang w:val="ru-RU"/>
              </w:rPr>
              <w:t xml:space="preserve">3 – </w:t>
            </w:r>
            <w:r>
              <w:t>http</w:t>
            </w:r>
            <w:r w:rsidRPr="00332DB8">
              <w:rPr>
                <w:lang w:val="ru-RU"/>
              </w:rPr>
              <w:t>://</w:t>
            </w:r>
            <w:r>
              <w:t>mc</w:t>
            </w:r>
            <w:r w:rsidRPr="00332DB8">
              <w:rPr>
                <w:lang w:val="ru-RU"/>
              </w:rPr>
              <w:t>01.</w:t>
            </w:r>
            <w:r>
              <w:t>userfiles</w:t>
            </w:r>
            <w:r w:rsidRPr="00332DB8">
              <w:rPr>
                <w:lang w:val="ru-RU"/>
              </w:rPr>
              <w:t>.</w:t>
            </w:r>
            <w:r>
              <w:t>me</w:t>
            </w:r>
            <w:r w:rsidRPr="00332DB8">
              <w:rPr>
                <w:lang w:val="ru-RU"/>
              </w:rPr>
              <w:t>/</w:t>
            </w:r>
            <w:r>
              <w:t>m</w:t>
            </w:r>
            <w:r w:rsidRPr="00332DB8">
              <w:rPr>
                <w:lang w:val="ru-RU"/>
              </w:rPr>
              <w:t>/0/1472619865/5110014/128/</w:t>
            </w:r>
            <w:r>
              <w:t>acacb</w:t>
            </w:r>
            <w:r w:rsidRPr="00332DB8">
              <w:rPr>
                <w:lang w:val="ru-RU"/>
              </w:rPr>
              <w:t>69</w:t>
            </w:r>
            <w:r>
              <w:t>b</w:t>
            </w:r>
            <w:r w:rsidRPr="00332DB8">
              <w:rPr>
                <w:lang w:val="ru-RU"/>
              </w:rPr>
              <w:t>017</w:t>
            </w:r>
            <w:r>
              <w:t>a</w:t>
            </w:r>
            <w:r w:rsidRPr="00332DB8">
              <w:rPr>
                <w:lang w:val="ru-RU"/>
              </w:rPr>
              <w:t>68739</w:t>
            </w:r>
            <w:r>
              <w:t>c</w:t>
            </w:r>
            <w:r w:rsidRPr="00332DB8">
              <w:rPr>
                <w:lang w:val="ru-RU"/>
              </w:rPr>
              <w:t>980</w:t>
            </w:r>
            <w:r>
              <w:t>fcd</w:t>
            </w:r>
            <w:r w:rsidRPr="00332DB8">
              <w:rPr>
                <w:lang w:val="ru-RU"/>
              </w:rPr>
              <w:t>414</w:t>
            </w:r>
            <w:r>
              <w:t>dc</w:t>
            </w:r>
            <w:r w:rsidRPr="00332DB8">
              <w:rPr>
                <w:lang w:val="ru-RU"/>
              </w:rPr>
              <w:t xml:space="preserve"> </w:t>
            </w:r>
            <w:r>
              <w:t>l</w:t>
            </w:r>
            <w:r w:rsidRPr="00332DB8">
              <w:rPr>
                <w:lang w:val="ru-RU"/>
              </w:rPr>
              <w:t xml:space="preserve"> </w:t>
            </w:r>
            <w:r>
              <w:t>df</w:t>
            </w:r>
            <w:r w:rsidRPr="00332DB8">
              <w:rPr>
                <w:lang w:val="ru-RU"/>
              </w:rPr>
              <w:t>/</w:t>
            </w:r>
            <w:r>
              <w:t>sibirskij</w:t>
            </w:r>
            <w:r w:rsidRPr="00332DB8">
              <w:rPr>
                <w:lang w:val="ru-RU"/>
              </w:rPr>
              <w:t>_</w:t>
            </w:r>
            <w:r>
              <w:t>sindikat</w:t>
            </w:r>
            <w:r w:rsidRPr="00332DB8">
              <w:rPr>
                <w:lang w:val="ru-RU"/>
              </w:rPr>
              <w:t>-</w:t>
            </w:r>
            <w:r>
              <w:t>rasist</w:t>
            </w:r>
            <w:r w:rsidRPr="00332DB8">
              <w:rPr>
                <w:lang w:val="ru-RU"/>
              </w:rPr>
              <w:t>-</w:t>
            </w:r>
            <w:r>
              <w:t>spaces</w:t>
            </w:r>
            <w:r w:rsidRPr="00332DB8">
              <w:rPr>
                <w:lang w:val="ru-RU"/>
              </w:rPr>
              <w:t>.</w:t>
            </w:r>
            <w:r>
              <w:t>ru</w:t>
            </w:r>
            <w:r w:rsidRPr="00332DB8">
              <w:rPr>
                <w:lang w:val="ru-RU"/>
              </w:rPr>
              <w:t>.</w:t>
            </w:r>
            <w:r>
              <w:t>mp</w:t>
            </w:r>
            <w:r w:rsidRPr="00332DB8">
              <w:rPr>
                <w:lang w:val="ru-RU"/>
              </w:rPr>
              <w:t xml:space="preserve">3 – </w:t>
            </w:r>
            <w:r>
              <w:t>http</w:t>
            </w:r>
            <w:r w:rsidRPr="00332DB8">
              <w:rPr>
                <w:lang w:val="ru-RU"/>
              </w:rPr>
              <w:t>://</w:t>
            </w:r>
            <w:r>
              <w:t>msxc</w:t>
            </w:r>
            <w:r w:rsidRPr="00332DB8">
              <w:rPr>
                <w:lang w:val="ru-RU"/>
              </w:rPr>
              <w:t>.</w:t>
            </w:r>
            <w:r>
              <w:t>userfiles</w:t>
            </w:r>
            <w:r w:rsidRPr="00332DB8">
              <w:rPr>
                <w:lang w:val="ru-RU"/>
              </w:rPr>
              <w:t>.</w:t>
            </w:r>
            <w:r>
              <w:t>me</w:t>
            </w:r>
            <w:r w:rsidRPr="00332DB8">
              <w:rPr>
                <w:lang w:val="ru-RU"/>
              </w:rPr>
              <w:t>/</w:t>
            </w:r>
            <w:r>
              <w:t>m</w:t>
            </w:r>
            <w:r w:rsidRPr="00332DB8">
              <w:rPr>
                <w:lang w:val="ru-RU"/>
              </w:rPr>
              <w:t>/0/1472619865/5110014/0/</w:t>
            </w:r>
            <w:r>
              <w:t>acacb</w:t>
            </w:r>
            <w:r w:rsidRPr="00332DB8">
              <w:rPr>
                <w:lang w:val="ru-RU"/>
              </w:rPr>
              <w:t>69</w:t>
            </w:r>
            <w:r>
              <w:t>b</w:t>
            </w:r>
            <w:r w:rsidRPr="00332DB8">
              <w:rPr>
                <w:lang w:val="ru-RU"/>
              </w:rPr>
              <w:t>017</w:t>
            </w:r>
            <w:r>
              <w:t>a</w:t>
            </w:r>
            <w:r w:rsidRPr="00332DB8">
              <w:rPr>
                <w:lang w:val="ru-RU"/>
              </w:rPr>
              <w:t>68739</w:t>
            </w:r>
            <w:r>
              <w:t>c</w:t>
            </w:r>
            <w:r w:rsidRPr="00332DB8">
              <w:rPr>
                <w:lang w:val="ru-RU"/>
              </w:rPr>
              <w:t>980</w:t>
            </w:r>
            <w:r>
              <w:t>fcd</w:t>
            </w:r>
            <w:r w:rsidRPr="00332DB8">
              <w:rPr>
                <w:lang w:val="ru-RU"/>
              </w:rPr>
              <w:t>414</w:t>
            </w:r>
            <w:r>
              <w:t>dc</w:t>
            </w:r>
            <w:r w:rsidRPr="00332DB8">
              <w:rPr>
                <w:lang w:val="ru-RU"/>
              </w:rPr>
              <w:t xml:space="preserve"> </w:t>
            </w:r>
            <w:r>
              <w:t>l</w:t>
            </w:r>
            <w:r w:rsidRPr="00332DB8">
              <w:rPr>
                <w:lang w:val="ru-RU"/>
              </w:rPr>
              <w:t xml:space="preserve"> </w:t>
            </w:r>
            <w:r>
              <w:t>df</w:t>
            </w:r>
            <w:r w:rsidRPr="00332DB8">
              <w:rPr>
                <w:lang w:val="ru-RU"/>
              </w:rPr>
              <w:t>/</w:t>
            </w:r>
            <w:r>
              <w:t>sibirskij</w:t>
            </w:r>
            <w:r w:rsidRPr="00332DB8">
              <w:rPr>
                <w:lang w:val="ru-RU"/>
              </w:rPr>
              <w:t>_</w:t>
            </w:r>
            <w:r>
              <w:t>sindikat</w:t>
            </w:r>
            <w:r w:rsidRPr="00332DB8">
              <w:rPr>
                <w:lang w:val="ru-RU"/>
              </w:rPr>
              <w:t>-</w:t>
            </w:r>
            <w:r>
              <w:t>rasist</w:t>
            </w:r>
            <w:r w:rsidRPr="00332DB8">
              <w:rPr>
                <w:lang w:val="ru-RU"/>
              </w:rPr>
              <w:t>-</w:t>
            </w:r>
            <w:r>
              <w:t>spaces</w:t>
            </w:r>
            <w:r w:rsidRPr="00332DB8">
              <w:rPr>
                <w:lang w:val="ru-RU"/>
              </w:rPr>
              <w:t>.</w:t>
            </w:r>
            <w:r>
              <w:t>ru</w:t>
            </w:r>
            <w:r w:rsidRPr="00332DB8">
              <w:rPr>
                <w:lang w:val="ru-RU"/>
              </w:rPr>
              <w:t>.</w:t>
            </w:r>
            <w:r>
              <w:t>mp</w:t>
            </w:r>
            <w:r w:rsidRPr="00332DB8">
              <w:rPr>
                <w:lang w:val="ru-RU"/>
              </w:rPr>
              <w:t xml:space="preserve">3 – </w:t>
            </w:r>
            <w:r>
              <w:t>https</w:t>
            </w:r>
            <w:r w:rsidRPr="00332DB8">
              <w:rPr>
                <w:lang w:val="ru-RU"/>
              </w:rPr>
              <w:t>://</w:t>
            </w:r>
            <w:r>
              <w:t>iomedia</w:t>
            </w:r>
            <w:r w:rsidRPr="00332DB8">
              <w:rPr>
                <w:lang w:val="ru-RU"/>
              </w:rPr>
              <w:t>.</w:t>
            </w:r>
            <w:r>
              <w:t>ru</w:t>
            </w:r>
            <w:r w:rsidRPr="00332DB8">
              <w:rPr>
                <w:lang w:val="ru-RU"/>
              </w:rPr>
              <w:t xml:space="preserve">/синдикат/расист/ текст песни «Синдикат-Расист»; – </w:t>
            </w:r>
            <w:r>
              <w:t>http</w:t>
            </w:r>
            <w:r w:rsidRPr="00332DB8">
              <w:rPr>
                <w:lang w:val="ru-RU"/>
              </w:rPr>
              <w:t>://</w:t>
            </w:r>
            <w:r>
              <w:t>www</w:t>
            </w:r>
            <w:r w:rsidRPr="00332DB8">
              <w:rPr>
                <w:lang w:val="ru-RU"/>
              </w:rPr>
              <w:t>.</w:t>
            </w:r>
            <w:r>
              <w:t>bisound</w:t>
            </w:r>
            <w:r w:rsidRPr="00332DB8">
              <w:rPr>
                <w:lang w:val="ru-RU"/>
              </w:rPr>
              <w:t>.</w:t>
            </w:r>
            <w:r>
              <w:t>com</w:t>
            </w:r>
            <w:r w:rsidRPr="00332DB8">
              <w:rPr>
                <w:lang w:val="ru-RU"/>
              </w:rPr>
              <w:t>/</w:t>
            </w:r>
            <w:r>
              <w:t>index</w:t>
            </w:r>
            <w:r w:rsidRPr="00332DB8">
              <w:rPr>
                <w:lang w:val="ru-RU"/>
              </w:rPr>
              <w:t>.</w:t>
            </w:r>
            <w:r>
              <w:t>php</w:t>
            </w:r>
            <w:r w:rsidRPr="00332DB8">
              <w:rPr>
                <w:lang w:val="ru-RU"/>
              </w:rPr>
              <w:t>?</w:t>
            </w:r>
            <w:r>
              <w:t>name</w:t>
            </w:r>
            <w:r w:rsidRPr="00332DB8">
              <w:rPr>
                <w:lang w:val="ru-RU"/>
              </w:rPr>
              <w:t>=</w:t>
            </w:r>
            <w:r>
              <w:t>Files</w:t>
            </w:r>
            <w:r w:rsidRPr="00332DB8">
              <w:rPr>
                <w:lang w:val="ru-RU"/>
              </w:rPr>
              <w:t>&amp;</w:t>
            </w:r>
            <w:r>
              <w:t>op</w:t>
            </w:r>
            <w:r w:rsidRPr="00332DB8">
              <w:rPr>
                <w:lang w:val="ru-RU"/>
              </w:rPr>
              <w:t>=</w:t>
            </w:r>
            <w:r>
              <w:t>view</w:t>
            </w:r>
            <w:r w:rsidRPr="00332DB8">
              <w:rPr>
                <w:lang w:val="ru-RU"/>
              </w:rPr>
              <w:t>_</w:t>
            </w:r>
            <w:r>
              <w:t>file</w:t>
            </w:r>
            <w:r w:rsidRPr="00332DB8">
              <w:rPr>
                <w:lang w:val="ru-RU"/>
              </w:rPr>
              <w:t>&amp;</w:t>
            </w:r>
            <w:r>
              <w:t>id</w:t>
            </w:r>
            <w:r w:rsidRPr="00332DB8">
              <w:rPr>
                <w:lang w:val="ru-RU"/>
              </w:rPr>
              <w:t xml:space="preserve">=9902603 – </w:t>
            </w:r>
            <w:r>
              <w:t>http</w:t>
            </w:r>
            <w:r w:rsidRPr="00332DB8">
              <w:rPr>
                <w:lang w:val="ru-RU"/>
              </w:rPr>
              <w:t>://</w:t>
            </w:r>
            <w:r>
              <w:t>cs</w:t>
            </w:r>
            <w:r w:rsidRPr="00332DB8">
              <w:rPr>
                <w:lang w:val="ru-RU"/>
              </w:rPr>
              <w:t>4624.</w:t>
            </w:r>
            <w:r>
              <w:t>vk</w:t>
            </w:r>
            <w:r w:rsidRPr="00332DB8">
              <w:rPr>
                <w:lang w:val="ru-RU"/>
              </w:rPr>
              <w:t>.</w:t>
            </w:r>
            <w:r>
              <w:t>me</w:t>
            </w:r>
            <w:r w:rsidRPr="00332DB8">
              <w:rPr>
                <w:lang w:val="ru-RU"/>
              </w:rPr>
              <w:t>/</w:t>
            </w:r>
            <w:r>
              <w:t>u</w:t>
            </w:r>
            <w:r w:rsidRPr="00332DB8">
              <w:rPr>
                <w:lang w:val="ru-RU"/>
              </w:rPr>
              <w:t>13361326/</w:t>
            </w:r>
            <w:r>
              <w:t>audios</w:t>
            </w:r>
            <w:r w:rsidRPr="00332DB8">
              <w:rPr>
                <w:lang w:val="ru-RU"/>
              </w:rPr>
              <w:t>/9842</w:t>
            </w:r>
            <w:r>
              <w:t>ab</w:t>
            </w:r>
            <w:r w:rsidRPr="00332DB8">
              <w:rPr>
                <w:lang w:val="ru-RU"/>
              </w:rPr>
              <w:t>00</w:t>
            </w:r>
            <w:r>
              <w:t>aa</w:t>
            </w:r>
            <w:r w:rsidRPr="00332DB8">
              <w:rPr>
                <w:lang w:val="ru-RU"/>
              </w:rPr>
              <w:t>29.</w:t>
            </w:r>
            <w:r>
              <w:t>mp</w:t>
            </w:r>
            <w:r w:rsidRPr="00332DB8">
              <w:rPr>
                <w:lang w:val="ru-RU"/>
              </w:rPr>
              <w:t>3 (решение Центрального районного суда г. Хабаровска от 15.12.2016);</w:t>
            </w:r>
          </w:p>
        </w:tc>
        <w:tc>
          <w:tcPr>
            <w:tcW w:w="2880" w:type="dxa"/>
          </w:tcPr>
          <w:p w:rsidR="006F7457" w:rsidRDefault="00332DB8">
            <w:r>
              <w:lastRenderedPageBreak/>
              <w:t>07.03.2017</w:t>
            </w:r>
          </w:p>
        </w:tc>
      </w:tr>
      <w:tr w:rsidR="006F7457">
        <w:tc>
          <w:tcPr>
            <w:tcW w:w="2880" w:type="dxa"/>
          </w:tcPr>
          <w:p w:rsidR="006F7457" w:rsidRDefault="00332DB8">
            <w:r>
              <w:lastRenderedPageBreak/>
              <w:t>4062.</w:t>
            </w:r>
          </w:p>
        </w:tc>
        <w:tc>
          <w:tcPr>
            <w:tcW w:w="2880" w:type="dxa"/>
          </w:tcPr>
          <w:p w:rsidR="006F7457" w:rsidRPr="00332DB8" w:rsidRDefault="00332DB8">
            <w:pPr>
              <w:rPr>
                <w:lang w:val="ru-RU"/>
              </w:rPr>
            </w:pPr>
            <w:r w:rsidRPr="00332DB8">
              <w:rPr>
                <w:lang w:val="ru-RU"/>
              </w:rPr>
              <w:t>Аудиозапись «</w:t>
            </w:r>
            <w:r>
              <w:t>SturmRise</w:t>
            </w:r>
            <w:r w:rsidRPr="00332DB8">
              <w:rPr>
                <w:lang w:val="ru-RU"/>
              </w:rPr>
              <w:t xml:space="preserve"> - русская правда!» (решение Йошкар-Олинского городского суда Республики Марий Эл от 01.09.2016);</w:t>
            </w:r>
          </w:p>
        </w:tc>
        <w:tc>
          <w:tcPr>
            <w:tcW w:w="2880" w:type="dxa"/>
          </w:tcPr>
          <w:p w:rsidR="006F7457" w:rsidRDefault="00332DB8">
            <w:r>
              <w:t>16.03.2017</w:t>
            </w:r>
          </w:p>
        </w:tc>
      </w:tr>
      <w:tr w:rsidR="006F7457">
        <w:tc>
          <w:tcPr>
            <w:tcW w:w="2880" w:type="dxa"/>
          </w:tcPr>
          <w:p w:rsidR="006F7457" w:rsidRDefault="00332DB8">
            <w:r>
              <w:t>4063.</w:t>
            </w:r>
          </w:p>
        </w:tc>
        <w:tc>
          <w:tcPr>
            <w:tcW w:w="2880" w:type="dxa"/>
          </w:tcPr>
          <w:p w:rsidR="006F7457" w:rsidRPr="00332DB8" w:rsidRDefault="00332DB8">
            <w:pPr>
              <w:rPr>
                <w:lang w:val="ru-RU"/>
              </w:rPr>
            </w:pPr>
            <w:r w:rsidRPr="00332DB8">
              <w:rPr>
                <w:lang w:val="ru-RU"/>
              </w:rPr>
              <w:t xml:space="preserve">Материал аудиозаписи «14/88 - я скинхед кавказцами убит», размещенную в социальной сети «В контакте» по сетевому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 118636528 (решение Ленинского районного суда г. Оренбурга от 21.12.2016);</w:t>
            </w:r>
          </w:p>
        </w:tc>
        <w:tc>
          <w:tcPr>
            <w:tcW w:w="2880" w:type="dxa"/>
          </w:tcPr>
          <w:p w:rsidR="006F7457" w:rsidRDefault="00332DB8">
            <w:r>
              <w:t>16.03.2017</w:t>
            </w:r>
          </w:p>
        </w:tc>
      </w:tr>
      <w:tr w:rsidR="006F7457">
        <w:tc>
          <w:tcPr>
            <w:tcW w:w="2880" w:type="dxa"/>
          </w:tcPr>
          <w:p w:rsidR="006F7457" w:rsidRDefault="00332DB8">
            <w:r>
              <w:t>4064.</w:t>
            </w:r>
          </w:p>
        </w:tc>
        <w:tc>
          <w:tcPr>
            <w:tcW w:w="2880" w:type="dxa"/>
          </w:tcPr>
          <w:p w:rsidR="006F7457" w:rsidRPr="00332DB8" w:rsidRDefault="00332DB8">
            <w:pPr>
              <w:rPr>
                <w:lang w:val="ru-RU"/>
              </w:rPr>
            </w:pPr>
            <w:r w:rsidRPr="00332DB8">
              <w:rPr>
                <w:lang w:val="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w:t>
            </w:r>
            <w:r>
              <w:t>http</w:t>
            </w:r>
            <w:r w:rsidRPr="00332DB8">
              <w:rPr>
                <w:lang w:val="ru-RU"/>
              </w:rPr>
              <w:t>//</w:t>
            </w:r>
            <w:r>
              <w:t>vk</w:t>
            </w:r>
            <w:r w:rsidRPr="00332DB8">
              <w:rPr>
                <w:lang w:val="ru-RU"/>
              </w:rPr>
              <w:t>.</w:t>
            </w:r>
            <w:r>
              <w:t>com</w:t>
            </w:r>
            <w:r w:rsidRPr="00332DB8">
              <w:rPr>
                <w:lang w:val="ru-RU"/>
              </w:rPr>
              <w:t>/</w:t>
            </w:r>
            <w:r>
              <w:t>id</w:t>
            </w:r>
            <w:r w:rsidRPr="00332DB8">
              <w:rPr>
                <w:lang w:val="ru-RU"/>
              </w:rPr>
              <w:t>90025897) (решение Заволжского районного суда г. Твери от 25.03.2016);</w:t>
            </w:r>
          </w:p>
        </w:tc>
        <w:tc>
          <w:tcPr>
            <w:tcW w:w="2880" w:type="dxa"/>
          </w:tcPr>
          <w:p w:rsidR="006F7457" w:rsidRDefault="00332DB8">
            <w:r>
              <w:t>16.03.2017</w:t>
            </w:r>
          </w:p>
        </w:tc>
      </w:tr>
      <w:tr w:rsidR="006F7457">
        <w:tc>
          <w:tcPr>
            <w:tcW w:w="2880" w:type="dxa"/>
          </w:tcPr>
          <w:p w:rsidR="006F7457" w:rsidRDefault="00332DB8">
            <w:r>
              <w:lastRenderedPageBreak/>
              <w:t>4065.</w:t>
            </w:r>
          </w:p>
        </w:tc>
        <w:tc>
          <w:tcPr>
            <w:tcW w:w="2880" w:type="dxa"/>
          </w:tcPr>
          <w:p w:rsidR="006F7457" w:rsidRPr="00332DB8" w:rsidRDefault="00332DB8">
            <w:pPr>
              <w:rPr>
                <w:lang w:val="ru-RU"/>
              </w:rPr>
            </w:pPr>
            <w:r w:rsidRPr="00332DB8">
              <w:rPr>
                <w:lang w:val="ru-RU"/>
              </w:rPr>
              <w:t xml:space="preserve">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w:t>
            </w:r>
            <w:r>
              <w:t>http</w:t>
            </w:r>
            <w:r w:rsidRPr="00332DB8">
              <w:rPr>
                <w:lang w:val="ru-RU"/>
              </w:rPr>
              <w:t>://</w:t>
            </w:r>
            <w:r>
              <w:t>vk</w:t>
            </w:r>
            <w:r w:rsidRPr="00332DB8">
              <w:rPr>
                <w:lang w:val="ru-RU"/>
              </w:rPr>
              <w:t>.</w:t>
            </w:r>
            <w:r>
              <w:t>com</w:t>
            </w:r>
            <w:r w:rsidRPr="00332DB8">
              <w:rPr>
                <w:lang w:val="ru-RU"/>
              </w:rPr>
              <w:t>/</w:t>
            </w:r>
            <w:r>
              <w:t>id</w:t>
            </w:r>
            <w:r w:rsidRPr="00332DB8">
              <w:rPr>
                <w:lang w:val="ru-RU"/>
              </w:rPr>
              <w:t>161877484 с ник-неймом «Александр Цветков» (решение Центрального районного суда г. Твери от 11.05.2016);</w:t>
            </w:r>
          </w:p>
        </w:tc>
        <w:tc>
          <w:tcPr>
            <w:tcW w:w="2880" w:type="dxa"/>
          </w:tcPr>
          <w:p w:rsidR="006F7457" w:rsidRDefault="00332DB8">
            <w:r>
              <w:t>30.03.2017</w:t>
            </w:r>
          </w:p>
        </w:tc>
      </w:tr>
      <w:tr w:rsidR="006F7457">
        <w:tc>
          <w:tcPr>
            <w:tcW w:w="2880" w:type="dxa"/>
          </w:tcPr>
          <w:p w:rsidR="006F7457" w:rsidRDefault="00332DB8">
            <w:r>
              <w:t>4066.</w:t>
            </w:r>
          </w:p>
        </w:tc>
        <w:tc>
          <w:tcPr>
            <w:tcW w:w="2880" w:type="dxa"/>
          </w:tcPr>
          <w:p w:rsidR="006F7457" w:rsidRPr="00332DB8" w:rsidRDefault="00332DB8">
            <w:pPr>
              <w:rPr>
                <w:lang w:val="ru-RU"/>
              </w:rPr>
            </w:pPr>
            <w:r w:rsidRPr="00332DB8">
              <w:rPr>
                <w:lang w:val="ru-RU"/>
              </w:rPr>
              <w:t xml:space="preserve">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w:t>
            </w:r>
            <w:r>
              <w:t>http</w:t>
            </w:r>
            <w:r w:rsidRPr="00332DB8">
              <w:rPr>
                <w:lang w:val="ru-RU"/>
              </w:rPr>
              <w:t>://</w:t>
            </w:r>
            <w:r>
              <w:t>vk</w:t>
            </w:r>
            <w:r w:rsidRPr="00332DB8">
              <w:rPr>
                <w:lang w:val="ru-RU"/>
              </w:rPr>
              <w:t>.</w:t>
            </w:r>
            <w:r>
              <w:t>com</w:t>
            </w:r>
            <w:r w:rsidRPr="00332DB8">
              <w:rPr>
                <w:lang w:val="ru-RU"/>
              </w:rPr>
              <w:t>/</w:t>
            </w:r>
            <w:r>
              <w:t>id</w:t>
            </w:r>
            <w:r w:rsidRPr="00332DB8">
              <w:rPr>
                <w:lang w:val="ru-RU"/>
              </w:rPr>
              <w:t>161877484 с ник-неймом «Александр Цветков» (решение Центрального районного суда г. Твери от 11.05.2016);</w:t>
            </w:r>
          </w:p>
        </w:tc>
        <w:tc>
          <w:tcPr>
            <w:tcW w:w="2880" w:type="dxa"/>
          </w:tcPr>
          <w:p w:rsidR="006F7457" w:rsidRDefault="00332DB8">
            <w:r>
              <w:t>30.03.2017</w:t>
            </w:r>
          </w:p>
        </w:tc>
      </w:tr>
      <w:tr w:rsidR="006F7457">
        <w:tc>
          <w:tcPr>
            <w:tcW w:w="2880" w:type="dxa"/>
          </w:tcPr>
          <w:p w:rsidR="006F7457" w:rsidRDefault="00332DB8">
            <w:r>
              <w:t>4067.</w:t>
            </w:r>
          </w:p>
        </w:tc>
        <w:tc>
          <w:tcPr>
            <w:tcW w:w="2880" w:type="dxa"/>
          </w:tcPr>
          <w:p w:rsidR="006F7457" w:rsidRPr="00332DB8" w:rsidRDefault="00332DB8">
            <w:pPr>
              <w:rPr>
                <w:lang w:val="ru-RU"/>
              </w:rPr>
            </w:pPr>
            <w:r w:rsidRPr="00332DB8">
              <w:rPr>
                <w:lang w:val="ru-RU"/>
              </w:rPr>
              <w:t xml:space="preserve">Плакат – «демотиватор» с надписью «Привыкли к иммигрантам – привыкнете к терактам», размещенный 10 октября 2014 года в социальной сети «Вконтакте» на аккаунте </w:t>
            </w:r>
            <w:r>
              <w:t>http</w:t>
            </w:r>
            <w:r w:rsidRPr="00332DB8">
              <w:rPr>
                <w:lang w:val="ru-RU"/>
              </w:rPr>
              <w:t>://</w:t>
            </w:r>
            <w:r>
              <w:t>vk</w:t>
            </w:r>
            <w:r w:rsidRPr="00332DB8">
              <w:rPr>
                <w:lang w:val="ru-RU"/>
              </w:rPr>
              <w:t>.</w:t>
            </w:r>
            <w:r>
              <w:t>com</w:t>
            </w:r>
            <w:r w:rsidRPr="00332DB8">
              <w:rPr>
                <w:lang w:val="ru-RU"/>
              </w:rPr>
              <w:t>/</w:t>
            </w:r>
            <w:r>
              <w:t>id</w:t>
            </w:r>
            <w:r w:rsidRPr="00332DB8">
              <w:rPr>
                <w:lang w:val="ru-RU"/>
              </w:rPr>
              <w:t>161877484 с ник-неймом «Александр Цветков» (решение Центрального районного суда г. Твери от 11.05.2016);</w:t>
            </w:r>
          </w:p>
        </w:tc>
        <w:tc>
          <w:tcPr>
            <w:tcW w:w="2880" w:type="dxa"/>
          </w:tcPr>
          <w:p w:rsidR="006F7457" w:rsidRDefault="00332DB8">
            <w:r>
              <w:t>30.03.2017</w:t>
            </w:r>
          </w:p>
        </w:tc>
      </w:tr>
      <w:tr w:rsidR="006F7457">
        <w:tc>
          <w:tcPr>
            <w:tcW w:w="2880" w:type="dxa"/>
          </w:tcPr>
          <w:p w:rsidR="006F7457" w:rsidRDefault="00332DB8">
            <w:r>
              <w:t>4068.</w:t>
            </w:r>
          </w:p>
        </w:tc>
        <w:tc>
          <w:tcPr>
            <w:tcW w:w="2880" w:type="dxa"/>
          </w:tcPr>
          <w:p w:rsidR="006F7457" w:rsidRPr="00332DB8" w:rsidRDefault="00332DB8">
            <w:pPr>
              <w:rPr>
                <w:lang w:val="ru-RU"/>
              </w:rPr>
            </w:pPr>
            <w:r w:rsidRPr="00332DB8">
              <w:rPr>
                <w:lang w:val="ru-RU"/>
              </w:rPr>
              <w:t xml:space="preserve">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w:t>
            </w:r>
            <w:r>
              <w:t>http</w:t>
            </w:r>
            <w:r w:rsidRPr="00332DB8">
              <w:rPr>
                <w:lang w:val="ru-RU"/>
              </w:rPr>
              <w:t>://</w:t>
            </w:r>
            <w:r>
              <w:t>vk</w:t>
            </w:r>
            <w:r w:rsidRPr="00332DB8">
              <w:rPr>
                <w:lang w:val="ru-RU"/>
              </w:rPr>
              <w:t>.</w:t>
            </w:r>
            <w:r>
              <w:t>com</w:t>
            </w:r>
            <w:r w:rsidRPr="00332DB8">
              <w:rPr>
                <w:lang w:val="ru-RU"/>
              </w:rPr>
              <w:t>/</w:t>
            </w:r>
            <w:r>
              <w:t>id</w:t>
            </w:r>
            <w:r w:rsidRPr="00332DB8">
              <w:rPr>
                <w:lang w:val="ru-RU"/>
              </w:rPr>
              <w:t>161877484 с ник-неймом «Александр Цветков» (решение Центрального районного суда г. Твери от 11.05.2016);</w:t>
            </w:r>
          </w:p>
        </w:tc>
        <w:tc>
          <w:tcPr>
            <w:tcW w:w="2880" w:type="dxa"/>
          </w:tcPr>
          <w:p w:rsidR="006F7457" w:rsidRDefault="00332DB8">
            <w:r>
              <w:t>30.03.2017</w:t>
            </w:r>
          </w:p>
        </w:tc>
      </w:tr>
      <w:tr w:rsidR="006F7457">
        <w:tc>
          <w:tcPr>
            <w:tcW w:w="2880" w:type="dxa"/>
          </w:tcPr>
          <w:p w:rsidR="006F7457" w:rsidRDefault="00332DB8">
            <w:r>
              <w:t>4069.</w:t>
            </w:r>
          </w:p>
        </w:tc>
        <w:tc>
          <w:tcPr>
            <w:tcW w:w="2880" w:type="dxa"/>
          </w:tcPr>
          <w:p w:rsidR="006F7457" w:rsidRPr="00332DB8" w:rsidRDefault="00332DB8">
            <w:pPr>
              <w:rPr>
                <w:lang w:val="ru-RU"/>
              </w:rPr>
            </w:pPr>
            <w:r w:rsidRPr="00332DB8">
              <w:rPr>
                <w:lang w:val="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t>
            </w:r>
            <w:r>
              <w:t>Waffen</w:t>
            </w:r>
            <w:r w:rsidRPr="00332DB8">
              <w:rPr>
                <w:lang w:val="ru-RU"/>
              </w:rPr>
              <w:t xml:space="preserve"> </w:t>
            </w:r>
            <w:r>
              <w:t>SS</w:t>
            </w:r>
            <w:r w:rsidRPr="00332DB8">
              <w:rPr>
                <w:lang w:val="ru-RU"/>
              </w:rPr>
              <w:t xml:space="preserve">»: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t>
            </w:r>
            <w:r>
              <w:t>Waffen</w:t>
            </w:r>
            <w:r w:rsidRPr="00332DB8">
              <w:rPr>
                <w:lang w:val="ru-RU"/>
              </w:rPr>
              <w:t xml:space="preserve"> </w:t>
            </w:r>
            <w:r>
              <w:t>SS</w:t>
            </w:r>
            <w:r w:rsidRPr="00332DB8">
              <w:rPr>
                <w:lang w:val="ru-RU"/>
              </w:rPr>
              <w:t xml:space="preserve">!», размещенный 28 августа 2014 года в </w:t>
            </w:r>
            <w:r w:rsidRPr="00332DB8">
              <w:rPr>
                <w:lang w:val="ru-RU"/>
              </w:rPr>
              <w:lastRenderedPageBreak/>
              <w:t xml:space="preserve">социальной сети «Вконтакте» на аккаунте </w:t>
            </w:r>
            <w:r>
              <w:t>http</w:t>
            </w:r>
            <w:r w:rsidRPr="00332DB8">
              <w:rPr>
                <w:lang w:val="ru-RU"/>
              </w:rPr>
              <w:t>://</w:t>
            </w:r>
            <w:r>
              <w:t>vk</w:t>
            </w:r>
            <w:r w:rsidRPr="00332DB8">
              <w:rPr>
                <w:lang w:val="ru-RU"/>
              </w:rPr>
              <w:t>.</w:t>
            </w:r>
            <w:r>
              <w:t>com</w:t>
            </w:r>
            <w:r w:rsidRPr="00332DB8">
              <w:rPr>
                <w:lang w:val="ru-RU"/>
              </w:rPr>
              <w:t>/</w:t>
            </w:r>
            <w:r>
              <w:t>id</w:t>
            </w:r>
            <w:r w:rsidRPr="00332DB8">
              <w:rPr>
                <w:lang w:val="ru-RU"/>
              </w:rPr>
              <w:t>161877484 с ник-неймом «Александр Цветков» (решение Центрального районного суда г. Твери от 11.05.2016);</w:t>
            </w:r>
          </w:p>
        </w:tc>
        <w:tc>
          <w:tcPr>
            <w:tcW w:w="2880" w:type="dxa"/>
          </w:tcPr>
          <w:p w:rsidR="006F7457" w:rsidRDefault="00332DB8">
            <w:r>
              <w:lastRenderedPageBreak/>
              <w:t>30.03.2017</w:t>
            </w:r>
          </w:p>
        </w:tc>
      </w:tr>
      <w:tr w:rsidR="006F7457">
        <w:tc>
          <w:tcPr>
            <w:tcW w:w="2880" w:type="dxa"/>
          </w:tcPr>
          <w:p w:rsidR="006F7457" w:rsidRDefault="00332DB8">
            <w:r>
              <w:lastRenderedPageBreak/>
              <w:t>4070.</w:t>
            </w:r>
          </w:p>
        </w:tc>
        <w:tc>
          <w:tcPr>
            <w:tcW w:w="2880" w:type="dxa"/>
          </w:tcPr>
          <w:p w:rsidR="006F7457" w:rsidRPr="00332DB8" w:rsidRDefault="00332DB8">
            <w:pPr>
              <w:rPr>
                <w:lang w:val="ru-RU"/>
              </w:rPr>
            </w:pPr>
            <w:r w:rsidRPr="00332DB8">
              <w:rPr>
                <w:lang w:val="ru-RU"/>
              </w:rPr>
              <w:t xml:space="preserve">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w:t>
            </w:r>
            <w:r>
              <w:t>http</w:t>
            </w:r>
            <w:r w:rsidRPr="00332DB8">
              <w:rPr>
                <w:lang w:val="ru-RU"/>
              </w:rPr>
              <w:t>://</w:t>
            </w:r>
            <w:r>
              <w:t>vk</w:t>
            </w:r>
            <w:r w:rsidRPr="00332DB8">
              <w:rPr>
                <w:lang w:val="ru-RU"/>
              </w:rPr>
              <w:t>.</w:t>
            </w:r>
            <w:r>
              <w:t>com</w:t>
            </w:r>
            <w:r w:rsidRPr="00332DB8">
              <w:rPr>
                <w:lang w:val="ru-RU"/>
              </w:rPr>
              <w:t>/</w:t>
            </w:r>
            <w:r>
              <w:t>id</w:t>
            </w:r>
            <w:r w:rsidRPr="00332DB8">
              <w:rPr>
                <w:lang w:val="ru-RU"/>
              </w:rPr>
              <w:t>161877484 с ник-неймом «Александр Цветков» (решение Центрального районного суда г. Твери от 11.05.2016);</w:t>
            </w:r>
          </w:p>
        </w:tc>
        <w:tc>
          <w:tcPr>
            <w:tcW w:w="2880" w:type="dxa"/>
          </w:tcPr>
          <w:p w:rsidR="006F7457" w:rsidRDefault="00332DB8">
            <w:r>
              <w:t>30.03.2017</w:t>
            </w:r>
          </w:p>
        </w:tc>
      </w:tr>
      <w:tr w:rsidR="006F7457">
        <w:tc>
          <w:tcPr>
            <w:tcW w:w="2880" w:type="dxa"/>
          </w:tcPr>
          <w:p w:rsidR="006F7457" w:rsidRDefault="00332DB8">
            <w:r>
              <w:t>4071.</w:t>
            </w:r>
          </w:p>
        </w:tc>
        <w:tc>
          <w:tcPr>
            <w:tcW w:w="2880" w:type="dxa"/>
          </w:tcPr>
          <w:p w:rsidR="006F7457" w:rsidRPr="00332DB8" w:rsidRDefault="00332DB8">
            <w:pPr>
              <w:rPr>
                <w:lang w:val="ru-RU"/>
              </w:rPr>
            </w:pPr>
            <w:r w:rsidRPr="00332DB8">
              <w:rPr>
                <w:lang w:val="ru-RU"/>
              </w:rPr>
              <w:t xml:space="preserve">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w:t>
            </w:r>
            <w:r>
              <w:t>http</w:t>
            </w:r>
            <w:r w:rsidRPr="00332DB8">
              <w:rPr>
                <w:lang w:val="ru-RU"/>
              </w:rPr>
              <w:t>://</w:t>
            </w:r>
            <w:r>
              <w:t>vk</w:t>
            </w:r>
            <w:r w:rsidRPr="00332DB8">
              <w:rPr>
                <w:lang w:val="ru-RU"/>
              </w:rPr>
              <w:t>.</w:t>
            </w:r>
            <w:r>
              <w:t>com</w:t>
            </w:r>
            <w:r w:rsidRPr="00332DB8">
              <w:rPr>
                <w:lang w:val="ru-RU"/>
              </w:rPr>
              <w:t>/</w:t>
            </w:r>
            <w:r>
              <w:t>id</w:t>
            </w:r>
            <w:r w:rsidRPr="00332DB8">
              <w:rPr>
                <w:lang w:val="ru-RU"/>
              </w:rPr>
              <w:t>161877484 с ник-неймом «Александр Цветков» (решение Центрального районного суда г. Твери от 11.05.2016);</w:t>
            </w:r>
          </w:p>
        </w:tc>
        <w:tc>
          <w:tcPr>
            <w:tcW w:w="2880" w:type="dxa"/>
          </w:tcPr>
          <w:p w:rsidR="006F7457" w:rsidRDefault="00332DB8">
            <w:r>
              <w:t>30.03.2017</w:t>
            </w:r>
          </w:p>
        </w:tc>
      </w:tr>
      <w:tr w:rsidR="006F7457">
        <w:tc>
          <w:tcPr>
            <w:tcW w:w="2880" w:type="dxa"/>
          </w:tcPr>
          <w:p w:rsidR="006F7457" w:rsidRDefault="00332DB8">
            <w:r>
              <w:t>4072.</w:t>
            </w:r>
          </w:p>
        </w:tc>
        <w:tc>
          <w:tcPr>
            <w:tcW w:w="2880" w:type="dxa"/>
          </w:tcPr>
          <w:p w:rsidR="006F7457" w:rsidRPr="00332DB8" w:rsidRDefault="00332DB8">
            <w:pPr>
              <w:rPr>
                <w:lang w:val="ru-RU"/>
              </w:rPr>
            </w:pPr>
            <w:r w:rsidRPr="00332DB8">
              <w:rPr>
                <w:lang w:val="ru-RU"/>
              </w:rPr>
              <w:t xml:space="preserve">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w:t>
            </w:r>
            <w:r>
              <w:t>http</w:t>
            </w:r>
            <w:r w:rsidRPr="00332DB8">
              <w:rPr>
                <w:lang w:val="ru-RU"/>
              </w:rPr>
              <w:t>://</w:t>
            </w:r>
            <w:r>
              <w:t>vk</w:t>
            </w:r>
            <w:r w:rsidRPr="00332DB8">
              <w:rPr>
                <w:lang w:val="ru-RU"/>
              </w:rPr>
              <w:t>.</w:t>
            </w:r>
            <w:r>
              <w:t>com</w:t>
            </w:r>
            <w:r w:rsidRPr="00332DB8">
              <w:rPr>
                <w:lang w:val="ru-RU"/>
              </w:rPr>
              <w:t>/</w:t>
            </w:r>
            <w:r>
              <w:t>id</w:t>
            </w:r>
            <w:r w:rsidRPr="00332DB8">
              <w:rPr>
                <w:lang w:val="ru-RU"/>
              </w:rPr>
              <w:t>161877484 с ник-неймом «Александр Цветков» (решение Центрального районного суда г. Твери от 11.05.2016);</w:t>
            </w:r>
          </w:p>
        </w:tc>
        <w:tc>
          <w:tcPr>
            <w:tcW w:w="2880" w:type="dxa"/>
          </w:tcPr>
          <w:p w:rsidR="006F7457" w:rsidRDefault="00332DB8">
            <w:r>
              <w:t>30.03.2017</w:t>
            </w:r>
          </w:p>
        </w:tc>
      </w:tr>
      <w:tr w:rsidR="006F7457">
        <w:tc>
          <w:tcPr>
            <w:tcW w:w="2880" w:type="dxa"/>
          </w:tcPr>
          <w:p w:rsidR="006F7457" w:rsidRDefault="00332DB8">
            <w:r>
              <w:t>407</w:t>
            </w:r>
            <w:r>
              <w:lastRenderedPageBreak/>
              <w:t>3.</w:t>
            </w:r>
          </w:p>
        </w:tc>
        <w:tc>
          <w:tcPr>
            <w:tcW w:w="2880" w:type="dxa"/>
          </w:tcPr>
          <w:p w:rsidR="006F7457" w:rsidRPr="00332DB8" w:rsidRDefault="00332DB8">
            <w:pPr>
              <w:rPr>
                <w:lang w:val="ru-RU"/>
              </w:rPr>
            </w:pPr>
            <w:r w:rsidRPr="00332DB8">
              <w:rPr>
                <w:lang w:val="ru-RU"/>
              </w:rPr>
              <w:lastRenderedPageBreak/>
              <w:t xml:space="preserve">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w:t>
            </w:r>
            <w:r w:rsidRPr="00332DB8">
              <w:rPr>
                <w:lang w:val="ru-RU"/>
              </w:rPr>
              <w:lastRenderedPageBreak/>
              <w:t xml:space="preserve">станет героем. Вместе победим!», подпись под текстом: «Мент! Одумайся пока не поздно», размещенный 04 марта 2014 года в социальной сети «Вконтакте» на аккаунте </w:t>
            </w:r>
            <w:r>
              <w:t>http</w:t>
            </w:r>
            <w:r w:rsidRPr="00332DB8">
              <w:rPr>
                <w:lang w:val="ru-RU"/>
              </w:rPr>
              <w:t>://</w:t>
            </w:r>
            <w:r>
              <w:t>vk</w:t>
            </w:r>
            <w:r w:rsidRPr="00332DB8">
              <w:rPr>
                <w:lang w:val="ru-RU"/>
              </w:rPr>
              <w:t>.</w:t>
            </w:r>
            <w:r>
              <w:t>com</w:t>
            </w:r>
            <w:r w:rsidRPr="00332DB8">
              <w:rPr>
                <w:lang w:val="ru-RU"/>
              </w:rPr>
              <w:t>/</w:t>
            </w:r>
            <w:r>
              <w:t>id</w:t>
            </w:r>
            <w:r w:rsidRPr="00332DB8">
              <w:rPr>
                <w:lang w:val="ru-RU"/>
              </w:rPr>
              <w:t>161877484 с ник-неймом «Александр Цветков» (решение Центрального районного суда г. Твери от 11.05.2016);</w:t>
            </w:r>
          </w:p>
        </w:tc>
        <w:tc>
          <w:tcPr>
            <w:tcW w:w="2880" w:type="dxa"/>
          </w:tcPr>
          <w:p w:rsidR="006F7457" w:rsidRDefault="00332DB8">
            <w:r>
              <w:lastRenderedPageBreak/>
              <w:t>30.03.201</w:t>
            </w:r>
            <w:r>
              <w:lastRenderedPageBreak/>
              <w:t>7</w:t>
            </w:r>
          </w:p>
        </w:tc>
      </w:tr>
      <w:tr w:rsidR="006F7457">
        <w:tc>
          <w:tcPr>
            <w:tcW w:w="2880" w:type="dxa"/>
          </w:tcPr>
          <w:p w:rsidR="006F7457" w:rsidRDefault="00332DB8">
            <w:r>
              <w:lastRenderedPageBreak/>
              <w:t>4074.</w:t>
            </w:r>
          </w:p>
        </w:tc>
        <w:tc>
          <w:tcPr>
            <w:tcW w:w="2880" w:type="dxa"/>
          </w:tcPr>
          <w:p w:rsidR="006F7457" w:rsidRPr="00332DB8" w:rsidRDefault="00332DB8">
            <w:pPr>
              <w:rPr>
                <w:lang w:val="ru-RU"/>
              </w:rPr>
            </w:pPr>
            <w:r w:rsidRPr="00332DB8">
              <w:rPr>
                <w:lang w:val="ru-RU"/>
              </w:rPr>
              <w:t xml:space="preserve">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w:t>
            </w:r>
            <w:r>
              <w:t>http</w:t>
            </w:r>
            <w:r w:rsidRPr="00332DB8">
              <w:rPr>
                <w:lang w:val="ru-RU"/>
              </w:rPr>
              <w:t>://</w:t>
            </w:r>
            <w:r>
              <w:t>vk</w:t>
            </w:r>
            <w:r w:rsidRPr="00332DB8">
              <w:rPr>
                <w:lang w:val="ru-RU"/>
              </w:rPr>
              <w:t>.</w:t>
            </w:r>
            <w:r>
              <w:t>com</w:t>
            </w:r>
            <w:r w:rsidRPr="00332DB8">
              <w:rPr>
                <w:lang w:val="ru-RU"/>
              </w:rPr>
              <w:t>/</w:t>
            </w:r>
            <w:r>
              <w:t>id</w:t>
            </w:r>
            <w:r w:rsidRPr="00332DB8">
              <w:rPr>
                <w:lang w:val="ru-RU"/>
              </w:rPr>
              <w:t>161877484 с ник-неймом «Александр Цветков» (решение Центрального районного суда г. Твери от 11.05.2016);</w:t>
            </w:r>
          </w:p>
        </w:tc>
        <w:tc>
          <w:tcPr>
            <w:tcW w:w="2880" w:type="dxa"/>
          </w:tcPr>
          <w:p w:rsidR="006F7457" w:rsidRDefault="00332DB8">
            <w:r>
              <w:t>30.03.2017</w:t>
            </w:r>
          </w:p>
        </w:tc>
      </w:tr>
      <w:tr w:rsidR="006F7457">
        <w:tc>
          <w:tcPr>
            <w:tcW w:w="2880" w:type="dxa"/>
          </w:tcPr>
          <w:p w:rsidR="006F7457" w:rsidRDefault="00332DB8">
            <w:r>
              <w:t>4075.</w:t>
            </w:r>
          </w:p>
        </w:tc>
        <w:tc>
          <w:tcPr>
            <w:tcW w:w="2880" w:type="dxa"/>
          </w:tcPr>
          <w:p w:rsidR="006F7457" w:rsidRPr="00332DB8" w:rsidRDefault="00332DB8">
            <w:pPr>
              <w:rPr>
                <w:lang w:val="ru-RU"/>
              </w:rPr>
            </w:pPr>
            <w:r w:rsidRPr="00332DB8">
              <w:rPr>
                <w:lang w:val="ru-RU"/>
              </w:rPr>
              <w:t>Видеофайл «</w:t>
            </w:r>
            <w:r>
              <w:t>RTM</w:t>
            </w:r>
            <w:r w:rsidRPr="00332DB8">
              <w:rPr>
                <w:lang w:val="ru-RU"/>
              </w:rPr>
              <w:t xml:space="preserve"> </w:t>
            </w:r>
            <w:r>
              <w:t>r</w:t>
            </w:r>
            <w:r w:rsidRPr="00332DB8">
              <w:rPr>
                <w:lang w:val="ru-RU"/>
              </w:rPr>
              <w:t>ар.</w:t>
            </w:r>
            <w:r>
              <w:t>m</w:t>
            </w:r>
            <w:r w:rsidRPr="00332DB8">
              <w:rPr>
                <w:lang w:val="ru-RU"/>
              </w:rPr>
              <w:t xml:space="preserve">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w:t>
            </w:r>
            <w:r>
              <w:t>EL</w:t>
            </w:r>
            <w:r w:rsidRPr="00332DB8">
              <w:rPr>
                <w:lang w:val="ru-RU"/>
              </w:rPr>
              <w:t xml:space="preserve"> </w:t>
            </w:r>
            <w:r>
              <w:t>GENERAL</w:t>
            </w:r>
            <w:r w:rsidRPr="00332DB8">
              <w:rPr>
                <w:lang w:val="ru-RU"/>
              </w:rPr>
              <w:t xml:space="preserve"> </w:t>
            </w:r>
            <w:r>
              <w:t>FEAT</w:t>
            </w:r>
            <w:r w:rsidRPr="00332DB8">
              <w:rPr>
                <w:lang w:val="ru-RU"/>
              </w:rPr>
              <w:t xml:space="preserve"> </w:t>
            </w:r>
            <w:r>
              <w:t>RTM</w:t>
            </w:r>
            <w:r w:rsidRPr="00332DB8">
              <w:rPr>
                <w:lang w:val="ru-RU"/>
              </w:rPr>
              <w:t xml:space="preserve">»), размещенный в информационно-телекоммуникационной сети «Интернет» на сайте «ВКонтакте» по электронному адресу: </w:t>
            </w:r>
            <w:r>
              <w:t>https</w:t>
            </w:r>
            <w:r w:rsidRPr="00332DB8">
              <w:rPr>
                <w:lang w:val="ru-RU"/>
              </w:rPr>
              <w:t>://</w:t>
            </w:r>
            <w:r>
              <w:t>vk</w:t>
            </w:r>
            <w:r w:rsidRPr="00332DB8">
              <w:rPr>
                <w:lang w:val="ru-RU"/>
              </w:rPr>
              <w:t>.</w:t>
            </w:r>
            <w:r>
              <w:t>com</w:t>
            </w:r>
            <w:r w:rsidRPr="00332DB8">
              <w:rPr>
                <w:lang w:val="ru-RU"/>
              </w:rPr>
              <w:t xml:space="preserve">/ </w:t>
            </w:r>
            <w:r>
              <w:t>videos</w:t>
            </w:r>
            <w:r w:rsidRPr="00332DB8">
              <w:rPr>
                <w:lang w:val="ru-RU"/>
              </w:rPr>
              <w:t>250547606?</w:t>
            </w:r>
            <w:r>
              <w:t>q</w:t>
            </w:r>
            <w:r w:rsidRPr="00332DB8">
              <w:rPr>
                <w:lang w:val="ru-RU"/>
              </w:rPr>
              <w:t>=</w:t>
            </w:r>
            <w:r>
              <w:t>RT</w:t>
            </w:r>
            <w:r w:rsidRPr="00332DB8">
              <w:rPr>
                <w:lang w:val="ru-RU"/>
              </w:rPr>
              <w:t xml:space="preserve"> (решение Гусевского городского суда Калининградской области от 30.01.2017);</w:t>
            </w:r>
          </w:p>
        </w:tc>
        <w:tc>
          <w:tcPr>
            <w:tcW w:w="2880" w:type="dxa"/>
          </w:tcPr>
          <w:p w:rsidR="006F7457" w:rsidRDefault="00332DB8">
            <w:r>
              <w:t>20.04.2017</w:t>
            </w:r>
          </w:p>
        </w:tc>
      </w:tr>
      <w:tr w:rsidR="006F7457">
        <w:tc>
          <w:tcPr>
            <w:tcW w:w="2880" w:type="dxa"/>
          </w:tcPr>
          <w:p w:rsidR="006F7457" w:rsidRDefault="00332DB8">
            <w:r>
              <w:t>4076.</w:t>
            </w:r>
          </w:p>
        </w:tc>
        <w:tc>
          <w:tcPr>
            <w:tcW w:w="2880" w:type="dxa"/>
          </w:tcPr>
          <w:p w:rsidR="006F7457" w:rsidRPr="00332DB8" w:rsidRDefault="00332DB8">
            <w:pPr>
              <w:rPr>
                <w:lang w:val="ru-RU"/>
              </w:rPr>
            </w:pPr>
            <w:r w:rsidRPr="00332DB8">
              <w:rPr>
                <w:lang w:val="ru-RU"/>
              </w:rPr>
              <w:t xml:space="preserve">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w:t>
            </w:r>
            <w:r>
              <w:t>https</w:t>
            </w:r>
            <w:r w:rsidRPr="00332DB8">
              <w:rPr>
                <w:lang w:val="ru-RU"/>
              </w:rPr>
              <w:t>://</w:t>
            </w:r>
            <w:r>
              <w:t>vk</w:t>
            </w:r>
            <w:r w:rsidRPr="00332DB8">
              <w:rPr>
                <w:lang w:val="ru-RU"/>
              </w:rPr>
              <w:t>.</w:t>
            </w:r>
            <w:r>
              <w:t>com</w:t>
            </w:r>
            <w:r w:rsidRPr="00332DB8">
              <w:rPr>
                <w:lang w:val="ru-RU"/>
              </w:rPr>
              <w:t>/</w:t>
            </w:r>
            <w:r>
              <w:t>videos</w:t>
            </w:r>
            <w:r w:rsidRPr="00332DB8">
              <w:rPr>
                <w:lang w:val="ru-RU"/>
              </w:rPr>
              <w:t>250547606?</w:t>
            </w:r>
            <w:r>
              <w:t>q</w:t>
            </w:r>
            <w:r w:rsidRPr="00332DB8">
              <w:rPr>
                <w:lang w:val="ru-RU"/>
              </w:rPr>
              <w:t>=</w:t>
            </w:r>
            <w:r>
              <w:t>RT</w:t>
            </w:r>
            <w:r w:rsidRPr="00332DB8">
              <w:rPr>
                <w:lang w:val="ru-RU"/>
              </w:rPr>
              <w:t xml:space="preserve"> (решение Гусевского городского суда Калининградской области от 30.01.2017);</w:t>
            </w:r>
          </w:p>
        </w:tc>
        <w:tc>
          <w:tcPr>
            <w:tcW w:w="2880" w:type="dxa"/>
          </w:tcPr>
          <w:p w:rsidR="006F7457" w:rsidRDefault="00332DB8">
            <w:r>
              <w:t>20.04.2017</w:t>
            </w:r>
          </w:p>
        </w:tc>
      </w:tr>
      <w:tr w:rsidR="006F7457">
        <w:tc>
          <w:tcPr>
            <w:tcW w:w="2880" w:type="dxa"/>
          </w:tcPr>
          <w:p w:rsidR="006F7457" w:rsidRDefault="00332DB8">
            <w:r>
              <w:t>4077.</w:t>
            </w:r>
          </w:p>
        </w:tc>
        <w:tc>
          <w:tcPr>
            <w:tcW w:w="2880" w:type="dxa"/>
          </w:tcPr>
          <w:p w:rsidR="006F7457" w:rsidRPr="00332DB8" w:rsidRDefault="00332DB8">
            <w:pPr>
              <w:rPr>
                <w:lang w:val="ru-RU"/>
              </w:rPr>
            </w:pPr>
            <w:r w:rsidRPr="00332DB8">
              <w:rPr>
                <w:lang w:val="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2880" w:type="dxa"/>
          </w:tcPr>
          <w:p w:rsidR="006F7457" w:rsidRDefault="00332DB8">
            <w:r>
              <w:t>20.04.2017</w:t>
            </w:r>
          </w:p>
        </w:tc>
      </w:tr>
      <w:tr w:rsidR="006F7457">
        <w:tc>
          <w:tcPr>
            <w:tcW w:w="2880" w:type="dxa"/>
          </w:tcPr>
          <w:p w:rsidR="006F7457" w:rsidRDefault="00332DB8">
            <w:r>
              <w:t>407</w:t>
            </w:r>
            <w:r>
              <w:lastRenderedPageBreak/>
              <w:t>8.</w:t>
            </w:r>
          </w:p>
        </w:tc>
        <w:tc>
          <w:tcPr>
            <w:tcW w:w="2880" w:type="dxa"/>
          </w:tcPr>
          <w:p w:rsidR="006F7457" w:rsidRPr="00332DB8" w:rsidRDefault="00332DB8">
            <w:pPr>
              <w:rPr>
                <w:lang w:val="ru-RU"/>
              </w:rPr>
            </w:pPr>
            <w:r w:rsidRPr="00332DB8">
              <w:rPr>
                <w:lang w:val="ru-RU"/>
              </w:rPr>
              <w:lastRenderedPageBreak/>
              <w:t xml:space="preserve">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w:t>
            </w:r>
            <w:r w:rsidRPr="00332DB8">
              <w:rPr>
                <w:lang w:val="ru-RU"/>
              </w:rPr>
              <w:lastRenderedPageBreak/>
              <w:t xml:space="preserve">заканчивающийся произнесением лицом неславянской внешности фразы: «Кавказцы вместе», размещенный на странице с адресом </w:t>
            </w:r>
            <w:r>
              <w:t>http</w:t>
            </w:r>
            <w:r w:rsidRPr="00332DB8">
              <w:rPr>
                <w:lang w:val="ru-RU"/>
              </w:rPr>
              <w:t>://</w:t>
            </w:r>
            <w:r>
              <w:t>portalpermi</w:t>
            </w:r>
            <w:r w:rsidRPr="00332DB8">
              <w:rPr>
                <w:lang w:val="ru-RU"/>
              </w:rPr>
              <w:t>.</w:t>
            </w:r>
            <w:r>
              <w:t>ru</w:t>
            </w:r>
            <w:r w:rsidRPr="00332DB8">
              <w:rPr>
                <w:lang w:val="ru-RU"/>
              </w:rPr>
              <w:t>/</w:t>
            </w:r>
            <w:r>
              <w:t>video</w:t>
            </w:r>
            <w:r w:rsidRPr="00332DB8">
              <w:rPr>
                <w:lang w:val="ru-RU"/>
              </w:rPr>
              <w:t>/</w:t>
            </w:r>
            <w:r>
              <w:t>dtp</w:t>
            </w:r>
            <w:r w:rsidRPr="00332DB8">
              <w:rPr>
                <w:lang w:val="ru-RU"/>
              </w:rPr>
              <w:t>/</w:t>
            </w:r>
            <w:r>
              <w:t>smotret</w:t>
            </w:r>
            <w:r w:rsidRPr="00332DB8">
              <w:rPr>
                <w:lang w:val="ru-RU"/>
              </w:rPr>
              <w:t>-</w:t>
            </w:r>
            <w:r>
              <w:t>onlajn</w:t>
            </w:r>
            <w:r w:rsidRPr="00332DB8">
              <w:rPr>
                <w:lang w:val="ru-RU"/>
              </w:rPr>
              <w:t>-</w:t>
            </w:r>
            <w:r>
              <w:t>horoshego</w:t>
            </w:r>
            <w:r w:rsidRPr="00332DB8">
              <w:rPr>
                <w:lang w:val="ru-RU"/>
              </w:rPr>
              <w:t>-</w:t>
            </w:r>
            <w:r>
              <w:t>kachestva</w:t>
            </w:r>
            <w:r w:rsidRPr="00332DB8">
              <w:rPr>
                <w:lang w:val="ru-RU"/>
              </w:rPr>
              <w:t>-</w:t>
            </w:r>
            <w:r>
              <w:t>besplatno</w:t>
            </w:r>
            <w:r w:rsidRPr="00332DB8">
              <w:rPr>
                <w:lang w:val="ru-RU"/>
              </w:rPr>
              <w:t>-</w:t>
            </w:r>
            <w:r>
              <w:t>kavkaztsi</w:t>
            </w:r>
            <w:r w:rsidRPr="00332DB8">
              <w:rPr>
                <w:lang w:val="ru-RU"/>
              </w:rPr>
              <w:t>-</w:t>
            </w:r>
            <w:r>
              <w:t>i</w:t>
            </w:r>
            <w:r w:rsidRPr="00332DB8">
              <w:rPr>
                <w:lang w:val="ru-RU"/>
              </w:rPr>
              <w:t>-</w:t>
            </w:r>
            <w:r>
              <w:t>evrei</w:t>
            </w:r>
            <w:r w:rsidRPr="00332DB8">
              <w:rPr>
                <w:lang w:val="ru-RU"/>
              </w:rPr>
              <w:t>-</w:t>
            </w:r>
            <w:r>
              <w:t>izbivaut</w:t>
            </w:r>
            <w:r w:rsidRPr="00332DB8">
              <w:rPr>
                <w:lang w:val="ru-RU"/>
              </w:rPr>
              <w:t>-</w:t>
            </w:r>
            <w:r>
              <w:t>podrostkov</w:t>
            </w:r>
            <w:r w:rsidRPr="00332DB8">
              <w:rPr>
                <w:lang w:val="ru-RU"/>
              </w:rPr>
              <w:t>-</w:t>
            </w:r>
            <w:r>
              <w:t>so</w:t>
            </w:r>
            <w:r w:rsidRPr="00332DB8">
              <w:rPr>
                <w:lang w:val="ru-RU"/>
              </w:rPr>
              <w:t>-</w:t>
            </w:r>
            <w:r>
              <w:t>slovami</w:t>
            </w:r>
            <w:r w:rsidRPr="00332DB8">
              <w:rPr>
                <w:lang w:val="ru-RU"/>
              </w:rPr>
              <w:t>-</w:t>
            </w:r>
            <w:r>
              <w:t>habarovsk</w:t>
            </w:r>
            <w:r w:rsidRPr="00332DB8">
              <w:rPr>
                <w:lang w:val="ru-RU"/>
              </w:rPr>
              <w:t>-</w:t>
            </w:r>
            <w:r>
              <w:t>dlja</w:t>
            </w:r>
            <w:r w:rsidRPr="00332DB8">
              <w:rPr>
                <w:lang w:val="ru-RU"/>
              </w:rPr>
              <w:t>-</w:t>
            </w:r>
            <w:r>
              <w:t>kavkaztsev</w:t>
            </w:r>
            <w:r w:rsidRPr="00332DB8">
              <w:rPr>
                <w:lang w:val="ru-RU"/>
              </w:rPr>
              <w:t>-</w:t>
            </w:r>
            <w:r>
              <w:t>i</w:t>
            </w:r>
            <w:r w:rsidRPr="00332DB8">
              <w:rPr>
                <w:lang w:val="ru-RU"/>
              </w:rPr>
              <w:t>-</w:t>
            </w:r>
            <w:r>
              <w:t>izrailja</w:t>
            </w:r>
            <w:r w:rsidRPr="00332DB8">
              <w:rPr>
                <w:lang w:val="ru-RU"/>
              </w:rPr>
              <w:t>-</w:t>
            </w:r>
            <w:r>
              <w:t>full</w:t>
            </w:r>
            <w:r w:rsidRPr="00332DB8">
              <w:rPr>
                <w:lang w:val="ru-RU"/>
              </w:rPr>
              <w:t>-</w:t>
            </w:r>
            <w:r>
              <w:t>hd</w:t>
            </w:r>
            <w:r w:rsidRPr="00332DB8">
              <w:rPr>
                <w:lang w:val="ru-RU"/>
              </w:rPr>
              <w:t>-</w:t>
            </w:r>
            <w:r>
              <w:t>habarovsk</w:t>
            </w:r>
            <w:r w:rsidRPr="00332DB8">
              <w:rPr>
                <w:lang w:val="ru-RU"/>
              </w:rPr>
              <w:t>.</w:t>
            </w:r>
            <w:r>
              <w:t>html</w:t>
            </w:r>
            <w:r w:rsidRPr="00332DB8">
              <w:rPr>
                <w:lang w:val="ru-RU"/>
              </w:rPr>
              <w:t xml:space="preserve"> (решение Невского районного суда города Санкт-Петербурга от 15.09.2016);</w:t>
            </w:r>
          </w:p>
        </w:tc>
        <w:tc>
          <w:tcPr>
            <w:tcW w:w="2880" w:type="dxa"/>
          </w:tcPr>
          <w:p w:rsidR="006F7457" w:rsidRDefault="00332DB8">
            <w:r>
              <w:lastRenderedPageBreak/>
              <w:t>20.04.201</w:t>
            </w:r>
            <w:r>
              <w:lastRenderedPageBreak/>
              <w:t>7</w:t>
            </w:r>
          </w:p>
        </w:tc>
      </w:tr>
      <w:tr w:rsidR="006F7457">
        <w:tc>
          <w:tcPr>
            <w:tcW w:w="2880" w:type="dxa"/>
          </w:tcPr>
          <w:p w:rsidR="006F7457" w:rsidRDefault="00332DB8">
            <w:r>
              <w:lastRenderedPageBreak/>
              <w:t>4079.</w:t>
            </w:r>
          </w:p>
        </w:tc>
        <w:tc>
          <w:tcPr>
            <w:tcW w:w="2880" w:type="dxa"/>
          </w:tcPr>
          <w:p w:rsidR="006F7457" w:rsidRPr="00332DB8" w:rsidRDefault="00332DB8">
            <w:pPr>
              <w:rPr>
                <w:lang w:val="ru-RU"/>
              </w:rPr>
            </w:pPr>
            <w:r w:rsidRPr="00332DB8">
              <w:rPr>
                <w:lang w:val="ru-RU"/>
              </w:rPr>
              <w:t xml:space="preserve">Информационный материал, размещенный в сети Интернет на сайте </w:t>
            </w:r>
            <w:r>
              <w:t>http</w:t>
            </w:r>
            <w:r w:rsidRPr="00332DB8">
              <w:rPr>
                <w:lang w:val="ru-RU"/>
              </w:rPr>
              <w:t>://</w:t>
            </w:r>
            <w:r>
              <w:t>pikabu</w:t>
            </w:r>
            <w:r w:rsidRPr="00332DB8">
              <w:rPr>
                <w:lang w:val="ru-RU"/>
              </w:rPr>
              <w:t>.</w:t>
            </w:r>
            <w:r>
              <w:t>ru</w:t>
            </w:r>
            <w:r w:rsidRPr="00332DB8">
              <w:rPr>
                <w:lang w:val="ru-RU"/>
              </w:rPr>
              <w:t>/</w:t>
            </w:r>
            <w:r>
              <w:t>story</w:t>
            </w:r>
            <w:r w:rsidRPr="00332DB8">
              <w:rPr>
                <w:lang w:val="ru-RU"/>
              </w:rPr>
              <w:t>/</w:t>
            </w:r>
            <w:r>
              <w:t>svobodu</w:t>
            </w:r>
            <w:r w:rsidRPr="00332DB8">
              <w:rPr>
                <w:lang w:val="ru-RU"/>
              </w:rPr>
              <w:t>_</w:t>
            </w:r>
            <w:r>
              <w:t>severnomu</w:t>
            </w:r>
            <w:r w:rsidRPr="00332DB8">
              <w:rPr>
                <w:lang w:val="ru-RU"/>
              </w:rPr>
              <w:t>_</w:t>
            </w:r>
            <w:r>
              <w:t>kavkasu</w:t>
            </w:r>
            <w:r w:rsidRPr="00332DB8">
              <w:rPr>
                <w:lang w:val="ru-RU"/>
              </w:rPr>
              <w:t>_</w:t>
            </w:r>
            <w:r>
              <w:t>ili</w:t>
            </w:r>
            <w:r w:rsidRPr="00332DB8">
              <w:rPr>
                <w:lang w:val="ru-RU"/>
              </w:rPr>
              <w:t>_</w:t>
            </w:r>
            <w:r>
              <w:t>myi</w:t>
            </w:r>
            <w:r w:rsidRPr="00332DB8">
              <w:rPr>
                <w:lang w:val="ru-RU"/>
              </w:rPr>
              <w:t>_</w:t>
            </w:r>
            <w:r>
              <w:t>vsegda</w:t>
            </w:r>
            <w:r w:rsidRPr="00332DB8">
              <w:rPr>
                <w:lang w:val="ru-RU"/>
              </w:rPr>
              <w:t>_</w:t>
            </w:r>
            <w:r>
              <w:t>budem</w:t>
            </w:r>
            <w:r w:rsidRPr="00332DB8">
              <w:rPr>
                <w:lang w:val="ru-RU"/>
              </w:rPr>
              <w:t xml:space="preserve">_ </w:t>
            </w:r>
            <w:r>
              <w:t>vas</w:t>
            </w:r>
            <w:r w:rsidRPr="00332DB8">
              <w:rPr>
                <w:lang w:val="ru-RU"/>
              </w:rPr>
              <w:t>_</w:t>
            </w:r>
            <w:r>
              <w:t>russkikh</w:t>
            </w:r>
            <w:r w:rsidRPr="00332DB8">
              <w:rPr>
                <w:lang w:val="ru-RU"/>
              </w:rPr>
              <w:t>_</w:t>
            </w:r>
            <w:r>
              <w:t>sviney</w:t>
            </w:r>
            <w:r w:rsidRPr="00332DB8">
              <w:rPr>
                <w:lang w:val="ru-RU"/>
              </w:rPr>
              <w:t>_</w:t>
            </w:r>
            <w:r>
              <w:t>okkupantov</w:t>
            </w:r>
            <w:r w:rsidRPr="00332DB8">
              <w:rPr>
                <w:lang w:val="ru-RU"/>
              </w:rPr>
              <w:t>_</w:t>
            </w:r>
            <w:r>
              <w:t>rezat</w:t>
            </w:r>
            <w:r w:rsidRPr="00332DB8">
              <w:rPr>
                <w:lang w:val="ru-RU"/>
              </w:rPr>
              <w:t>_</w:t>
            </w:r>
            <w:r>
              <w:t>i</w:t>
            </w:r>
            <w:r w:rsidRPr="00332DB8">
              <w:rPr>
                <w:lang w:val="ru-RU"/>
              </w:rPr>
              <w:t>_</w:t>
            </w:r>
            <w:r>
              <w:t>unizhat</w:t>
            </w:r>
            <w:r w:rsidRPr="00332DB8">
              <w:rPr>
                <w:lang w:val="ru-RU"/>
              </w:rPr>
              <w:t>_1450613 (решение Красноярского районного суда Астраханской области от 03.08.2016);</w:t>
            </w:r>
          </w:p>
        </w:tc>
        <w:tc>
          <w:tcPr>
            <w:tcW w:w="2880" w:type="dxa"/>
          </w:tcPr>
          <w:p w:rsidR="006F7457" w:rsidRDefault="00332DB8">
            <w:r>
              <w:t>20.04.2017</w:t>
            </w:r>
          </w:p>
        </w:tc>
      </w:tr>
      <w:tr w:rsidR="006F7457">
        <w:tc>
          <w:tcPr>
            <w:tcW w:w="2880" w:type="dxa"/>
          </w:tcPr>
          <w:p w:rsidR="006F7457" w:rsidRDefault="00332DB8">
            <w:r>
              <w:t>4080.</w:t>
            </w:r>
          </w:p>
        </w:tc>
        <w:tc>
          <w:tcPr>
            <w:tcW w:w="2880" w:type="dxa"/>
          </w:tcPr>
          <w:p w:rsidR="006F7457" w:rsidRPr="00332DB8" w:rsidRDefault="00332DB8">
            <w:pPr>
              <w:rPr>
                <w:lang w:val="ru-RU"/>
              </w:rPr>
            </w:pPr>
            <w:r w:rsidRPr="00332DB8">
              <w:rPr>
                <w:lang w:val="ru-RU"/>
              </w:rPr>
              <w:t xml:space="preserve">Информационный материал, размещенный в сети Интернет на сайте </w:t>
            </w:r>
            <w:r>
              <w:t>http</w:t>
            </w:r>
            <w:r w:rsidRPr="00332DB8">
              <w:rPr>
                <w:lang w:val="ru-RU"/>
              </w:rPr>
              <w:t>://</w:t>
            </w:r>
            <w:r>
              <w:t>apachan</w:t>
            </w:r>
            <w:r w:rsidRPr="00332DB8">
              <w:rPr>
                <w:lang w:val="ru-RU"/>
              </w:rPr>
              <w:t>.</w:t>
            </w:r>
            <w:r>
              <w:t>net</w:t>
            </w:r>
            <w:r w:rsidRPr="00332DB8">
              <w:rPr>
                <w:lang w:val="ru-RU"/>
              </w:rPr>
              <w:t>/2267861.</w:t>
            </w:r>
            <w:r>
              <w:t>html</w:t>
            </w:r>
            <w:r w:rsidRPr="00332DB8">
              <w:rPr>
                <w:lang w:val="ru-RU"/>
              </w:rPr>
              <w:t xml:space="preserve"> (решение Красноярского районного суда Астраханской области от 03.08.2016);</w:t>
            </w:r>
          </w:p>
        </w:tc>
        <w:tc>
          <w:tcPr>
            <w:tcW w:w="2880" w:type="dxa"/>
          </w:tcPr>
          <w:p w:rsidR="006F7457" w:rsidRDefault="00332DB8">
            <w:r>
              <w:t>20.04.2017</w:t>
            </w:r>
          </w:p>
        </w:tc>
      </w:tr>
      <w:tr w:rsidR="006F7457">
        <w:tc>
          <w:tcPr>
            <w:tcW w:w="2880" w:type="dxa"/>
          </w:tcPr>
          <w:p w:rsidR="006F7457" w:rsidRDefault="00332DB8">
            <w:r>
              <w:t>4081.</w:t>
            </w:r>
          </w:p>
        </w:tc>
        <w:tc>
          <w:tcPr>
            <w:tcW w:w="2880" w:type="dxa"/>
          </w:tcPr>
          <w:p w:rsidR="006F7457" w:rsidRPr="00332DB8" w:rsidRDefault="00332DB8">
            <w:pPr>
              <w:rPr>
                <w:lang w:val="ru-RU"/>
              </w:rPr>
            </w:pPr>
            <w:r w:rsidRPr="00332DB8">
              <w:rPr>
                <w:lang w:val="ru-RU"/>
              </w:rPr>
              <w:t xml:space="preserve">Информационный материал, размещенный в сети Интернет на сайте </w:t>
            </w:r>
            <w:r>
              <w:t>http</w:t>
            </w:r>
            <w:r w:rsidRPr="00332DB8">
              <w:rPr>
                <w:lang w:val="ru-RU"/>
              </w:rPr>
              <w:t>://</w:t>
            </w:r>
            <w:r>
              <w:t>bol</w:t>
            </w:r>
            <w:r w:rsidRPr="00332DB8">
              <w:rPr>
                <w:lang w:val="ru-RU"/>
              </w:rPr>
              <w:t>-</w:t>
            </w:r>
            <w:r>
              <w:t>shoy</w:t>
            </w:r>
            <w:r w:rsidRPr="00332DB8">
              <w:rPr>
                <w:lang w:val="ru-RU"/>
              </w:rPr>
              <w:t>.</w:t>
            </w:r>
            <w:r>
              <w:t>livejournal</w:t>
            </w:r>
            <w:r w:rsidRPr="00332DB8">
              <w:rPr>
                <w:lang w:val="ru-RU"/>
              </w:rPr>
              <w:t>.</w:t>
            </w:r>
            <w:r>
              <w:t>com</w:t>
            </w:r>
            <w:r w:rsidRPr="00332DB8">
              <w:rPr>
                <w:lang w:val="ru-RU"/>
              </w:rPr>
              <w:t>/23405.</w:t>
            </w:r>
            <w:r>
              <w:t>html</w:t>
            </w:r>
            <w:r w:rsidRPr="00332DB8">
              <w:rPr>
                <w:lang w:val="ru-RU"/>
              </w:rPr>
              <w:t>?</w:t>
            </w:r>
            <w:r>
              <w:t>thread</w:t>
            </w:r>
            <w:r w:rsidRPr="00332DB8">
              <w:rPr>
                <w:lang w:val="ru-RU"/>
              </w:rPr>
              <w:t>=129389 (решение Красноярского районного суда Астраханской области от 03.08.2016);</w:t>
            </w:r>
          </w:p>
        </w:tc>
        <w:tc>
          <w:tcPr>
            <w:tcW w:w="2880" w:type="dxa"/>
          </w:tcPr>
          <w:p w:rsidR="006F7457" w:rsidRDefault="00332DB8">
            <w:r>
              <w:t>20.04.2017</w:t>
            </w:r>
          </w:p>
        </w:tc>
      </w:tr>
      <w:tr w:rsidR="006F7457">
        <w:tc>
          <w:tcPr>
            <w:tcW w:w="2880" w:type="dxa"/>
          </w:tcPr>
          <w:p w:rsidR="006F7457" w:rsidRDefault="00332DB8">
            <w:r>
              <w:t>4082.</w:t>
            </w:r>
          </w:p>
        </w:tc>
        <w:tc>
          <w:tcPr>
            <w:tcW w:w="2880" w:type="dxa"/>
          </w:tcPr>
          <w:p w:rsidR="006F7457" w:rsidRPr="00332DB8" w:rsidRDefault="00332DB8">
            <w:pPr>
              <w:rPr>
                <w:lang w:val="ru-RU"/>
              </w:rPr>
            </w:pPr>
            <w:r w:rsidRPr="00332DB8">
              <w:rPr>
                <w:lang w:val="ru-RU"/>
              </w:rPr>
              <w:t xml:space="preserve">Информационный материал, размещенный в сети Интернет на сайте </w:t>
            </w:r>
            <w:r>
              <w:t>http</w:t>
            </w:r>
            <w:r w:rsidRPr="00332DB8">
              <w:rPr>
                <w:lang w:val="ru-RU"/>
              </w:rPr>
              <w:t>://</w:t>
            </w:r>
            <w:r>
              <w:t>goldnike</w:t>
            </w:r>
            <w:r w:rsidRPr="00332DB8">
              <w:rPr>
                <w:lang w:val="ru-RU"/>
              </w:rPr>
              <w:t>-777.</w:t>
            </w:r>
            <w:r>
              <w:t>blogspot</w:t>
            </w:r>
            <w:r w:rsidRPr="00332DB8">
              <w:rPr>
                <w:lang w:val="ru-RU"/>
              </w:rPr>
              <w:t>.</w:t>
            </w:r>
            <w:r>
              <w:t>ru</w:t>
            </w:r>
            <w:r w:rsidRPr="00332DB8">
              <w:rPr>
                <w:lang w:val="ru-RU"/>
              </w:rPr>
              <w:t>/2013/10/</w:t>
            </w:r>
            <w:r>
              <w:t>blog</w:t>
            </w:r>
            <w:r w:rsidRPr="00332DB8">
              <w:rPr>
                <w:lang w:val="ru-RU"/>
              </w:rPr>
              <w:t>-</w:t>
            </w:r>
            <w:r>
              <w:t>post</w:t>
            </w:r>
            <w:r w:rsidRPr="00332DB8">
              <w:rPr>
                <w:lang w:val="ru-RU"/>
              </w:rPr>
              <w:t>_14.</w:t>
            </w:r>
            <w:r>
              <w:t>html</w:t>
            </w:r>
            <w:r w:rsidRPr="00332DB8">
              <w:rPr>
                <w:lang w:val="ru-RU"/>
              </w:rPr>
              <w:t xml:space="preserve"> (решение Красноярского районного суда Астраханской области от 03.08.2016);</w:t>
            </w:r>
          </w:p>
        </w:tc>
        <w:tc>
          <w:tcPr>
            <w:tcW w:w="2880" w:type="dxa"/>
          </w:tcPr>
          <w:p w:rsidR="006F7457" w:rsidRDefault="00332DB8">
            <w:r>
              <w:t>20.04.2017</w:t>
            </w:r>
          </w:p>
        </w:tc>
      </w:tr>
      <w:tr w:rsidR="006F7457">
        <w:tc>
          <w:tcPr>
            <w:tcW w:w="2880" w:type="dxa"/>
          </w:tcPr>
          <w:p w:rsidR="006F7457" w:rsidRDefault="00332DB8">
            <w:r>
              <w:t>408</w:t>
            </w:r>
            <w:r>
              <w:lastRenderedPageBreak/>
              <w:t>3.</w:t>
            </w:r>
          </w:p>
        </w:tc>
        <w:tc>
          <w:tcPr>
            <w:tcW w:w="2880" w:type="dxa"/>
          </w:tcPr>
          <w:p w:rsidR="006F7457" w:rsidRPr="00332DB8" w:rsidRDefault="00332DB8">
            <w:pPr>
              <w:rPr>
                <w:lang w:val="ru-RU"/>
              </w:rPr>
            </w:pPr>
            <w:r w:rsidRPr="00332DB8">
              <w:rPr>
                <w:lang w:val="ru-RU"/>
              </w:rPr>
              <w:lastRenderedPageBreak/>
              <w:t>Аудиозапись под наименованием «</w:t>
            </w:r>
            <w:r>
              <w:t>Holdaar</w:t>
            </w:r>
            <w:r w:rsidRPr="00332DB8">
              <w:rPr>
                <w:lang w:val="ru-RU"/>
              </w:rPr>
              <w:t xml:space="preserve"> – Памяти бойцов Р.О.Н.А» продолжительностью 03 минуты 42 секунды (</w:t>
            </w:r>
            <w:r>
              <w:t>URL</w:t>
            </w:r>
            <w:r w:rsidRPr="00332DB8">
              <w:rPr>
                <w:lang w:val="ru-RU"/>
              </w:rPr>
              <w:t xml:space="preserve">-адрес: </w:t>
            </w:r>
            <w:r>
              <w:t>http</w:t>
            </w:r>
            <w:r w:rsidRPr="00332DB8">
              <w:rPr>
                <w:lang w:val="ru-RU"/>
              </w:rPr>
              <w:t>//</w:t>
            </w:r>
            <w:r>
              <w:t>playvk</w:t>
            </w:r>
            <w:r w:rsidRPr="00332DB8">
              <w:rPr>
                <w:lang w:val="ru-RU"/>
              </w:rPr>
              <w:t>.</w:t>
            </w:r>
            <w:r>
              <w:t>com</w:t>
            </w:r>
            <w:r w:rsidRPr="00332DB8">
              <w:rPr>
                <w:lang w:val="ru-RU"/>
              </w:rPr>
              <w:t>/</w:t>
            </w:r>
            <w:r>
              <w:t>song</w:t>
            </w:r>
            <w:r w:rsidRPr="00332DB8">
              <w:rPr>
                <w:lang w:val="ru-RU"/>
              </w:rPr>
              <w:t xml:space="preserve">/ </w:t>
            </w:r>
            <w:r>
              <w:t>Holdaar</w:t>
            </w:r>
            <w:r w:rsidRPr="00332DB8">
              <w:rPr>
                <w:lang w:val="ru-RU"/>
              </w:rPr>
              <w:t>/Памяти%20Бойцов%20</w:t>
            </w:r>
            <w:r>
              <w:t>P</w:t>
            </w:r>
            <w:r w:rsidRPr="00332DB8">
              <w:rPr>
                <w:lang w:val="ru-RU"/>
              </w:rPr>
              <w:t>.</w:t>
            </w:r>
            <w:r>
              <w:t>O</w:t>
            </w:r>
            <w:r w:rsidRPr="00332DB8">
              <w:rPr>
                <w:lang w:val="ru-RU"/>
              </w:rPr>
              <w:t>.Н.</w:t>
            </w:r>
            <w:r>
              <w:t>A</w:t>
            </w:r>
            <w:r w:rsidRPr="00332DB8">
              <w:rPr>
                <w:lang w:val="ru-RU"/>
              </w:rPr>
              <w:t>./ (решение Никулинского районного суда города Москвы от 02.02.2017);</w:t>
            </w:r>
          </w:p>
        </w:tc>
        <w:tc>
          <w:tcPr>
            <w:tcW w:w="2880" w:type="dxa"/>
          </w:tcPr>
          <w:p w:rsidR="006F7457" w:rsidRDefault="00332DB8">
            <w:r>
              <w:t>20.04.201</w:t>
            </w:r>
            <w:r>
              <w:lastRenderedPageBreak/>
              <w:t>7</w:t>
            </w:r>
          </w:p>
        </w:tc>
      </w:tr>
      <w:tr w:rsidR="006F7457">
        <w:tc>
          <w:tcPr>
            <w:tcW w:w="2880" w:type="dxa"/>
          </w:tcPr>
          <w:p w:rsidR="006F7457" w:rsidRDefault="00332DB8">
            <w:r>
              <w:lastRenderedPageBreak/>
              <w:t>4084.</w:t>
            </w:r>
          </w:p>
        </w:tc>
        <w:tc>
          <w:tcPr>
            <w:tcW w:w="2880" w:type="dxa"/>
          </w:tcPr>
          <w:p w:rsidR="006F7457" w:rsidRPr="00332DB8" w:rsidRDefault="00332DB8">
            <w:pPr>
              <w:rPr>
                <w:lang w:val="ru-RU"/>
              </w:rPr>
            </w:pPr>
            <w:r w:rsidRPr="00332DB8">
              <w:rPr>
                <w:lang w:val="ru-RU"/>
              </w:rPr>
              <w:t xml:space="preserve">Книга Михаэля Лайтмана «Каббала. Тайное еврейское учение. Часть </w:t>
            </w:r>
            <w:r>
              <w:t>X</w:t>
            </w:r>
            <w:r w:rsidRPr="00332DB8">
              <w:rPr>
                <w:lang w:val="ru-RU"/>
              </w:rPr>
              <w:t>. Плоды мудрости», изданная на русском языке в Израиле в 1997 году (решение Кировского районного суда г. Екатеринбурга от 01.10.2015);</w:t>
            </w:r>
          </w:p>
        </w:tc>
        <w:tc>
          <w:tcPr>
            <w:tcW w:w="2880" w:type="dxa"/>
          </w:tcPr>
          <w:p w:rsidR="006F7457" w:rsidRDefault="00332DB8">
            <w:r>
              <w:t>20.04.2017</w:t>
            </w:r>
          </w:p>
        </w:tc>
      </w:tr>
      <w:tr w:rsidR="006F7457">
        <w:tc>
          <w:tcPr>
            <w:tcW w:w="2880" w:type="dxa"/>
          </w:tcPr>
          <w:p w:rsidR="006F7457" w:rsidRDefault="00332DB8">
            <w:r>
              <w:t>4085.</w:t>
            </w:r>
          </w:p>
        </w:tc>
        <w:tc>
          <w:tcPr>
            <w:tcW w:w="2880" w:type="dxa"/>
          </w:tcPr>
          <w:p w:rsidR="006F7457" w:rsidRPr="00332DB8" w:rsidRDefault="00332DB8">
            <w:pPr>
              <w:rPr>
                <w:lang w:val="ru-RU"/>
              </w:rPr>
            </w:pPr>
            <w:r w:rsidRPr="00332DB8">
              <w:rPr>
                <w:lang w:val="ru-RU"/>
              </w:rPr>
              <w:t xml:space="preserve">Брошюра «Призыв всех смертных людей к бессмертию», состоящая из 20 глав (пронумерованных от </w:t>
            </w:r>
            <w:r>
              <w:t>I</w:t>
            </w:r>
            <w:r w:rsidRPr="00332DB8">
              <w:rPr>
                <w:lang w:val="ru-RU"/>
              </w:rPr>
              <w:t xml:space="preserve"> до </w:t>
            </w:r>
            <w:r>
              <w:t>XX</w:t>
            </w:r>
            <w:r w:rsidRPr="00332DB8">
              <w:rPr>
                <w:lang w:val="ru-RU"/>
              </w:rPr>
              <w:t>), начинающаяся словами «ПРИЗЫВЪ всҌхъ смертныхъ людей къ безсмерт</w:t>
            </w:r>
            <w:r>
              <w:t>i</w:t>
            </w:r>
            <w:r w:rsidRPr="00332DB8">
              <w:rPr>
                <w:lang w:val="ru-RU"/>
              </w:rPr>
              <w:t>ю» и заканчивающаяся словами «Ей, ей истинно! Аминь», на 16 страницах, распространенная у центрального входа в здание железнодорожного вокзала Ярославль-Главный (решение Кировского районного суда г. Ярославля от 08.02.2017);</w:t>
            </w:r>
          </w:p>
        </w:tc>
        <w:tc>
          <w:tcPr>
            <w:tcW w:w="2880" w:type="dxa"/>
          </w:tcPr>
          <w:p w:rsidR="006F7457" w:rsidRDefault="00332DB8">
            <w:r>
              <w:t>20.04.2017</w:t>
            </w:r>
          </w:p>
        </w:tc>
      </w:tr>
      <w:tr w:rsidR="006F7457">
        <w:tc>
          <w:tcPr>
            <w:tcW w:w="2880" w:type="dxa"/>
          </w:tcPr>
          <w:p w:rsidR="006F7457" w:rsidRDefault="00332DB8">
            <w:r>
              <w:t>4086.</w:t>
            </w:r>
          </w:p>
        </w:tc>
        <w:tc>
          <w:tcPr>
            <w:tcW w:w="2880" w:type="dxa"/>
          </w:tcPr>
          <w:p w:rsidR="006F7457" w:rsidRDefault="00332DB8">
            <w:r w:rsidRPr="00332DB8">
              <w:rPr>
                <w:lang w:val="ru-RU"/>
              </w:rPr>
              <w:t xml:space="preserve">Видеоматериал «Шутка про Коран», начинающийся со слов мужчины стоящим на сцене «Ксюха меня подставила» на фоне плаката </w:t>
            </w:r>
            <w:r>
              <w:t>SQUAT</w:t>
            </w:r>
            <w:r w:rsidRPr="00332DB8">
              <w:rPr>
                <w:lang w:val="ru-RU"/>
              </w:rPr>
              <w:t xml:space="preserve"> </w:t>
            </w:r>
            <w:r>
              <w:t>Cafe</w:t>
            </w:r>
            <w:r w:rsidRPr="00332DB8">
              <w:rPr>
                <w:lang w:val="ru-RU"/>
              </w:rPr>
              <w:t xml:space="preserve"> и заканчивающийся словами того же мужчины «не надо меня расстреливать, это Библия», общей продолжительностью </w:t>
            </w:r>
            <w:r>
              <w:t>2 минуты 14 секунд (решение Заводского районного суда г. Грозного от 22.02.2017);</w:t>
            </w:r>
          </w:p>
        </w:tc>
        <w:tc>
          <w:tcPr>
            <w:tcW w:w="2880" w:type="dxa"/>
          </w:tcPr>
          <w:p w:rsidR="006F7457" w:rsidRDefault="00332DB8">
            <w:r>
              <w:t>20.04.2017</w:t>
            </w:r>
          </w:p>
        </w:tc>
      </w:tr>
      <w:tr w:rsidR="006F7457">
        <w:tc>
          <w:tcPr>
            <w:tcW w:w="2880" w:type="dxa"/>
          </w:tcPr>
          <w:p w:rsidR="006F7457" w:rsidRDefault="00332DB8">
            <w:r>
              <w:t>4087.</w:t>
            </w:r>
          </w:p>
        </w:tc>
        <w:tc>
          <w:tcPr>
            <w:tcW w:w="2880" w:type="dxa"/>
          </w:tcPr>
          <w:p w:rsidR="006F7457" w:rsidRPr="00332DB8" w:rsidRDefault="00332DB8">
            <w:pPr>
              <w:rPr>
                <w:lang w:val="ru-RU"/>
              </w:rPr>
            </w:pPr>
            <w:r w:rsidRPr="00332DB8">
              <w:rPr>
                <w:lang w:val="ru-RU"/>
              </w:rPr>
              <w:t xml:space="preserve">Интернет-страница сообщества «Плохой Парень Иисус ™» по электронному адресу: </w:t>
            </w:r>
            <w:r>
              <w:t>http</w:t>
            </w:r>
            <w:r w:rsidRPr="00332DB8">
              <w:rPr>
                <w:lang w:val="ru-RU"/>
              </w:rPr>
              <w:t>://</w:t>
            </w:r>
            <w:r>
              <w:t>vk</w:t>
            </w:r>
            <w:r w:rsidRPr="00332DB8">
              <w:rPr>
                <w:lang w:val="ru-RU"/>
              </w:rPr>
              <w:t>.</w:t>
            </w:r>
            <w:r>
              <w:t>com</w:t>
            </w:r>
            <w:r w:rsidRPr="00332DB8">
              <w:rPr>
                <w:lang w:val="ru-RU"/>
              </w:rPr>
              <w:t>/</w:t>
            </w:r>
            <w:r>
              <w:t>jesus</w:t>
            </w:r>
            <w:r w:rsidRPr="00332DB8">
              <w:rPr>
                <w:lang w:val="ru-RU"/>
              </w:rPr>
              <w:t>_</w:t>
            </w:r>
            <w:r>
              <w:t>bad</w:t>
            </w:r>
            <w:r w:rsidRPr="00332DB8">
              <w:rPr>
                <w:lang w:val="ru-RU"/>
              </w:rPr>
              <w:t xml:space="preserve"> и размещенные на ней информационные материалы (решение Октябрьского районного суда города Санкт-Петербурга от 07.02.2017);</w:t>
            </w:r>
          </w:p>
        </w:tc>
        <w:tc>
          <w:tcPr>
            <w:tcW w:w="2880" w:type="dxa"/>
          </w:tcPr>
          <w:p w:rsidR="006F7457" w:rsidRDefault="00332DB8">
            <w:r>
              <w:t>27.04.2017</w:t>
            </w:r>
          </w:p>
        </w:tc>
      </w:tr>
      <w:tr w:rsidR="006F7457">
        <w:tc>
          <w:tcPr>
            <w:tcW w:w="2880" w:type="dxa"/>
          </w:tcPr>
          <w:p w:rsidR="006F7457" w:rsidRDefault="00332DB8">
            <w:r>
              <w:t>4088.</w:t>
            </w:r>
          </w:p>
        </w:tc>
        <w:tc>
          <w:tcPr>
            <w:tcW w:w="2880" w:type="dxa"/>
          </w:tcPr>
          <w:p w:rsidR="006F7457" w:rsidRPr="00332DB8" w:rsidRDefault="00332DB8">
            <w:pPr>
              <w:rPr>
                <w:lang w:val="ru-RU"/>
              </w:rPr>
            </w:pPr>
            <w:r w:rsidRPr="00332DB8">
              <w:rPr>
                <w:lang w:val="ru-RU"/>
              </w:rPr>
              <w:t xml:space="preserve">Интернет-страница сообщества «Плохой Парень Иисус </w:t>
            </w:r>
            <w:r>
              <w:t>v</w:t>
            </w:r>
            <w:r w:rsidRPr="00332DB8">
              <w:rPr>
                <w:lang w:val="ru-RU"/>
              </w:rPr>
              <w:t xml:space="preserve">2.0» по электронному адресу: </w:t>
            </w:r>
            <w:r>
              <w:t>http</w:t>
            </w:r>
            <w:r w:rsidRPr="00332DB8">
              <w:rPr>
                <w:lang w:val="ru-RU"/>
              </w:rPr>
              <w:t>://</w:t>
            </w:r>
            <w:r>
              <w:t>vk</w:t>
            </w:r>
            <w:r w:rsidRPr="00332DB8">
              <w:rPr>
                <w:lang w:val="ru-RU"/>
              </w:rPr>
              <w:t>.</w:t>
            </w:r>
            <w:r>
              <w:t>com</w:t>
            </w:r>
            <w:r w:rsidRPr="00332DB8">
              <w:rPr>
                <w:lang w:val="ru-RU"/>
              </w:rPr>
              <w:t>/</w:t>
            </w:r>
            <w:r>
              <w:t>badboyjesus</w:t>
            </w:r>
            <w:r w:rsidRPr="00332DB8">
              <w:rPr>
                <w:lang w:val="ru-RU"/>
              </w:rPr>
              <w:t xml:space="preserve"> и размещенные на ней информационные материалы (решение Октябрьского районного суда города Санкт-Петербурга от 07.02.2017);</w:t>
            </w:r>
          </w:p>
        </w:tc>
        <w:tc>
          <w:tcPr>
            <w:tcW w:w="2880" w:type="dxa"/>
          </w:tcPr>
          <w:p w:rsidR="006F7457" w:rsidRDefault="00332DB8">
            <w:r>
              <w:t>27.04.2017</w:t>
            </w:r>
          </w:p>
        </w:tc>
      </w:tr>
      <w:tr w:rsidR="006F7457">
        <w:tc>
          <w:tcPr>
            <w:tcW w:w="2880" w:type="dxa"/>
          </w:tcPr>
          <w:p w:rsidR="006F7457" w:rsidRDefault="00332DB8">
            <w:r>
              <w:t>4</w:t>
            </w:r>
            <w:r>
              <w:lastRenderedPageBreak/>
              <w:t>089.</w:t>
            </w:r>
          </w:p>
        </w:tc>
        <w:tc>
          <w:tcPr>
            <w:tcW w:w="2880" w:type="dxa"/>
          </w:tcPr>
          <w:p w:rsidR="006F7457" w:rsidRPr="00332DB8" w:rsidRDefault="00332DB8">
            <w:pPr>
              <w:rPr>
                <w:lang w:val="ru-RU"/>
              </w:rPr>
            </w:pPr>
            <w:r w:rsidRPr="00332DB8">
              <w:rPr>
                <w:lang w:val="ru-RU"/>
              </w:rPr>
              <w:lastRenderedPageBreak/>
              <w:t xml:space="preserve">Интернет-страница сообщества «ТВОРЦУХА» по электронному адресу: </w:t>
            </w:r>
            <w:r>
              <w:t>https</w:t>
            </w:r>
            <w:r w:rsidRPr="00332DB8">
              <w:rPr>
                <w:lang w:val="ru-RU"/>
              </w:rPr>
              <w:t>://</w:t>
            </w:r>
            <w:r>
              <w:t>vk</w:t>
            </w:r>
            <w:r w:rsidRPr="00332DB8">
              <w:rPr>
                <w:lang w:val="ru-RU"/>
              </w:rPr>
              <w:t>.</w:t>
            </w:r>
            <w:r>
              <w:t>com</w:t>
            </w:r>
            <w:r w:rsidRPr="00332DB8">
              <w:rPr>
                <w:lang w:val="ru-RU"/>
              </w:rPr>
              <w:t>/</w:t>
            </w:r>
            <w:r>
              <w:t>tvorec</w:t>
            </w:r>
            <w:r w:rsidRPr="00332DB8">
              <w:rPr>
                <w:lang w:val="ru-RU"/>
              </w:rPr>
              <w:t>_</w:t>
            </w:r>
            <w:r>
              <w:t>nax</w:t>
            </w:r>
            <w:r w:rsidRPr="00332DB8">
              <w:rPr>
                <w:lang w:val="ru-RU"/>
              </w:rPr>
              <w:t xml:space="preserve"> и </w:t>
            </w:r>
            <w:r w:rsidRPr="00332DB8">
              <w:rPr>
                <w:lang w:val="ru-RU"/>
              </w:rPr>
              <w:lastRenderedPageBreak/>
              <w:t>размещенные на ней информационные материалы (решение Октябрьского районного суда города Санкт-Петербурга от 07.02.2017);</w:t>
            </w:r>
          </w:p>
        </w:tc>
        <w:tc>
          <w:tcPr>
            <w:tcW w:w="2880" w:type="dxa"/>
          </w:tcPr>
          <w:p w:rsidR="006F7457" w:rsidRDefault="00332DB8">
            <w:r>
              <w:lastRenderedPageBreak/>
              <w:t>27.</w:t>
            </w:r>
            <w:r>
              <w:lastRenderedPageBreak/>
              <w:t>04.2017</w:t>
            </w:r>
          </w:p>
        </w:tc>
      </w:tr>
      <w:tr w:rsidR="006F7457">
        <w:tc>
          <w:tcPr>
            <w:tcW w:w="2880" w:type="dxa"/>
          </w:tcPr>
          <w:p w:rsidR="006F7457" w:rsidRDefault="00332DB8">
            <w:r>
              <w:lastRenderedPageBreak/>
              <w:t>4090.</w:t>
            </w:r>
          </w:p>
        </w:tc>
        <w:tc>
          <w:tcPr>
            <w:tcW w:w="2880" w:type="dxa"/>
          </w:tcPr>
          <w:p w:rsidR="006F7457" w:rsidRPr="00332DB8" w:rsidRDefault="00332DB8">
            <w:pPr>
              <w:rPr>
                <w:lang w:val="ru-RU"/>
              </w:rPr>
            </w:pPr>
            <w:r w:rsidRPr="00332DB8">
              <w:rPr>
                <w:lang w:val="ru-RU"/>
              </w:rPr>
              <w:t xml:space="preserve">Интернет-страница пользователя сайта «ВКонтакте» «Иисус Христос» по электронному адресу: </w:t>
            </w:r>
            <w:r>
              <w:t>http</w:t>
            </w:r>
            <w:r w:rsidRPr="00332DB8">
              <w:rPr>
                <w:lang w:val="ru-RU"/>
              </w:rPr>
              <w:t>://</w:t>
            </w:r>
            <w:r>
              <w:t>vk</w:t>
            </w:r>
            <w:r w:rsidRPr="00332DB8">
              <w:rPr>
                <w:lang w:val="ru-RU"/>
              </w:rPr>
              <w:t>.</w:t>
            </w:r>
            <w:r>
              <w:t>com</w:t>
            </w:r>
            <w:r w:rsidRPr="00332DB8">
              <w:rPr>
                <w:lang w:val="ru-RU"/>
              </w:rPr>
              <w:t>/</w:t>
            </w:r>
            <w:r>
              <w:t>mazafakerjesus</w:t>
            </w:r>
            <w:r w:rsidRPr="00332DB8">
              <w:rPr>
                <w:lang w:val="ru-RU"/>
              </w:rPr>
              <w:t xml:space="preserve"> и размещенные на ней информационные материалы (решение Октябрьского районного суда города Санкт-Петербурга от 07.02.2017);</w:t>
            </w:r>
          </w:p>
        </w:tc>
        <w:tc>
          <w:tcPr>
            <w:tcW w:w="2880" w:type="dxa"/>
          </w:tcPr>
          <w:p w:rsidR="006F7457" w:rsidRDefault="00332DB8">
            <w:r>
              <w:t>27.04.2017</w:t>
            </w:r>
          </w:p>
        </w:tc>
      </w:tr>
      <w:tr w:rsidR="006F7457">
        <w:tc>
          <w:tcPr>
            <w:tcW w:w="2880" w:type="dxa"/>
          </w:tcPr>
          <w:p w:rsidR="006F7457" w:rsidRDefault="00332DB8">
            <w:r>
              <w:t>4091.</w:t>
            </w:r>
          </w:p>
        </w:tc>
        <w:tc>
          <w:tcPr>
            <w:tcW w:w="2880" w:type="dxa"/>
          </w:tcPr>
          <w:p w:rsidR="006F7457" w:rsidRPr="00332DB8" w:rsidRDefault="00332DB8">
            <w:pPr>
              <w:rPr>
                <w:lang w:val="ru-RU"/>
              </w:rPr>
            </w:pPr>
            <w:r w:rsidRPr="00332DB8">
              <w:rPr>
                <w:lang w:val="ru-RU"/>
              </w:rPr>
              <w:t xml:space="preserve">Интернет-страница пользователя сайта «ВКонтакте» «Сын Божий» по электронному адресу: </w:t>
            </w:r>
            <w:r>
              <w:t>http</w:t>
            </w:r>
            <w:r w:rsidRPr="00332DB8">
              <w:rPr>
                <w:lang w:val="ru-RU"/>
              </w:rPr>
              <w:t>://</w:t>
            </w:r>
            <w:r>
              <w:t>vk</w:t>
            </w:r>
            <w:r w:rsidRPr="00332DB8">
              <w:rPr>
                <w:lang w:val="ru-RU"/>
              </w:rPr>
              <w:t>.</w:t>
            </w:r>
            <w:r>
              <w:t>com</w:t>
            </w:r>
            <w:r w:rsidRPr="00332DB8">
              <w:rPr>
                <w:lang w:val="ru-RU"/>
              </w:rPr>
              <w:t>/</w:t>
            </w:r>
            <w:r>
              <w:t>jesusonline</w:t>
            </w:r>
            <w:r w:rsidRPr="00332DB8">
              <w:rPr>
                <w:lang w:val="ru-RU"/>
              </w:rPr>
              <w:t>666 и размещенные на ней информационные материалы (решение Октябрьского районного суда города Санкт-Петербурга от 07.02.2017);</w:t>
            </w:r>
          </w:p>
        </w:tc>
        <w:tc>
          <w:tcPr>
            <w:tcW w:w="2880" w:type="dxa"/>
          </w:tcPr>
          <w:p w:rsidR="006F7457" w:rsidRDefault="00332DB8">
            <w:r>
              <w:t>27.04.2017</w:t>
            </w:r>
          </w:p>
        </w:tc>
      </w:tr>
      <w:tr w:rsidR="006F7457">
        <w:tc>
          <w:tcPr>
            <w:tcW w:w="2880" w:type="dxa"/>
          </w:tcPr>
          <w:p w:rsidR="006F7457" w:rsidRDefault="00332DB8">
            <w:r>
              <w:t>4092.</w:t>
            </w:r>
          </w:p>
        </w:tc>
        <w:tc>
          <w:tcPr>
            <w:tcW w:w="2880" w:type="dxa"/>
          </w:tcPr>
          <w:p w:rsidR="006F7457" w:rsidRPr="00332DB8" w:rsidRDefault="00332DB8">
            <w:pPr>
              <w:rPr>
                <w:lang w:val="ru-RU"/>
              </w:rPr>
            </w:pPr>
            <w:r w:rsidRPr="00332DB8">
              <w:rPr>
                <w:lang w:val="ru-RU"/>
              </w:rPr>
              <w:t xml:space="preserve">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w:t>
            </w:r>
            <w:r>
              <w:t>http</w:t>
            </w:r>
            <w:r w:rsidRPr="00332DB8">
              <w:rPr>
                <w:lang w:val="ru-RU"/>
              </w:rPr>
              <w:t>://</w:t>
            </w:r>
            <w:r>
              <w:t>palbit</w:t>
            </w:r>
            <w:r w:rsidRPr="00332DB8">
              <w:rPr>
                <w:lang w:val="ru-RU"/>
              </w:rPr>
              <w:t>.</w:t>
            </w:r>
            <w:r>
              <w:t>ru</w:t>
            </w:r>
            <w:r w:rsidRPr="00332DB8">
              <w:rPr>
                <w:lang w:val="ru-RU"/>
              </w:rPr>
              <w:t>/</w:t>
            </w:r>
            <w:r>
              <w:t>ayda</w:t>
            </w:r>
            <w:r w:rsidRPr="00332DB8">
              <w:rPr>
                <w:lang w:val="ru-RU"/>
              </w:rPr>
              <w:t>-</w:t>
            </w:r>
            <w:r>
              <w:t>prikoli</w:t>
            </w:r>
            <w:r w:rsidRPr="00332DB8">
              <w:rPr>
                <w:lang w:val="ru-RU"/>
              </w:rPr>
              <w:t>-</w:t>
            </w:r>
            <w:r>
              <w:t>novie</w:t>
            </w:r>
            <w:r w:rsidRPr="00332DB8">
              <w:rPr>
                <w:lang w:val="ru-RU"/>
              </w:rPr>
              <w:t>.</w:t>
            </w:r>
            <w:r>
              <w:t>php</w:t>
            </w:r>
            <w:r w:rsidRPr="00332DB8">
              <w:rPr>
                <w:lang w:val="ru-RU"/>
              </w:rPr>
              <w:t xml:space="preserve">, </w:t>
            </w:r>
            <w:r>
              <w:t>http</w:t>
            </w:r>
            <w:r w:rsidRPr="00332DB8">
              <w:rPr>
                <w:lang w:val="ru-RU"/>
              </w:rPr>
              <w:t>://</w:t>
            </w:r>
            <w:r>
              <w:t>demotivation</w:t>
            </w:r>
            <w:r w:rsidRPr="00332DB8">
              <w:rPr>
                <w:lang w:val="ru-RU"/>
              </w:rPr>
              <w:t>.</w:t>
            </w:r>
            <w:r>
              <w:t>me</w:t>
            </w:r>
            <w:r w:rsidRPr="00332DB8">
              <w:rPr>
                <w:lang w:val="ru-RU"/>
              </w:rPr>
              <w:t>/94</w:t>
            </w:r>
            <w:r>
              <w:t>ooqcq</w:t>
            </w:r>
            <w:r w:rsidRPr="00332DB8">
              <w:rPr>
                <w:lang w:val="ru-RU"/>
              </w:rPr>
              <w:t>4</w:t>
            </w:r>
            <w:r>
              <w:t>m</w:t>
            </w:r>
            <w:r w:rsidRPr="00332DB8">
              <w:rPr>
                <w:lang w:val="ru-RU"/>
              </w:rPr>
              <w:t>0</w:t>
            </w:r>
            <w:r>
              <w:t>nepic</w:t>
            </w:r>
            <w:r w:rsidRPr="00332DB8">
              <w:rPr>
                <w:lang w:val="ru-RU"/>
              </w:rPr>
              <w:t>.</w:t>
            </w:r>
            <w:r>
              <w:t>html</w:t>
            </w:r>
            <w:r w:rsidRPr="00332DB8">
              <w:rPr>
                <w:lang w:val="ru-RU"/>
              </w:rPr>
              <w:t xml:space="preserve"> (решение Октябрьского районного суда города Санкт-Петербурга от 07.02.2017);</w:t>
            </w:r>
          </w:p>
        </w:tc>
        <w:tc>
          <w:tcPr>
            <w:tcW w:w="2880" w:type="dxa"/>
          </w:tcPr>
          <w:p w:rsidR="006F7457" w:rsidRDefault="00332DB8">
            <w:r>
              <w:t>27.04.2017</w:t>
            </w:r>
          </w:p>
        </w:tc>
      </w:tr>
      <w:tr w:rsidR="006F7457">
        <w:tc>
          <w:tcPr>
            <w:tcW w:w="2880" w:type="dxa"/>
          </w:tcPr>
          <w:p w:rsidR="006F7457" w:rsidRDefault="00332DB8">
            <w:r>
              <w:t>4093.</w:t>
            </w:r>
          </w:p>
        </w:tc>
        <w:tc>
          <w:tcPr>
            <w:tcW w:w="2880" w:type="dxa"/>
          </w:tcPr>
          <w:p w:rsidR="006F7457" w:rsidRPr="00332DB8" w:rsidRDefault="00332DB8">
            <w:pPr>
              <w:rPr>
                <w:lang w:val="ru-RU"/>
              </w:rPr>
            </w:pPr>
            <w:r w:rsidRPr="00332DB8">
              <w:rPr>
                <w:lang w:val="ru-RU"/>
              </w:rPr>
              <w:t xml:space="preserve">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w:t>
            </w:r>
            <w:r>
              <w:t>http</w:t>
            </w:r>
            <w:r w:rsidRPr="00332DB8">
              <w:rPr>
                <w:lang w:val="ru-RU"/>
              </w:rPr>
              <w:t>://</w:t>
            </w:r>
            <w:r>
              <w:t>pikabu</w:t>
            </w:r>
            <w:r w:rsidRPr="00332DB8">
              <w:rPr>
                <w:lang w:val="ru-RU"/>
              </w:rPr>
              <w:t>.</w:t>
            </w:r>
            <w:r>
              <w:t>ru</w:t>
            </w:r>
            <w:r w:rsidRPr="00332DB8">
              <w:rPr>
                <w:lang w:val="ru-RU"/>
              </w:rPr>
              <w:t>/</w:t>
            </w:r>
            <w:r>
              <w:t>story</w:t>
            </w:r>
            <w:r w:rsidRPr="00332DB8">
              <w:rPr>
                <w:lang w:val="ru-RU"/>
              </w:rPr>
              <w:t>/</w:t>
            </w:r>
            <w:r>
              <w:t>lyublyu</w:t>
            </w:r>
            <w:r w:rsidRPr="00332DB8">
              <w:rPr>
                <w:lang w:val="ru-RU"/>
              </w:rPr>
              <w:t>_</w:t>
            </w:r>
            <w:r>
              <w:t>khyeppiyendi</w:t>
            </w:r>
            <w:r w:rsidRPr="00332DB8">
              <w:rPr>
                <w:lang w:val="ru-RU"/>
              </w:rPr>
              <w:t>_</w:t>
            </w:r>
            <w:r>
              <w:t>s</w:t>
            </w:r>
            <w:r w:rsidRPr="00332DB8">
              <w:rPr>
                <w:lang w:val="ru-RU"/>
              </w:rPr>
              <w:t>_</w:t>
            </w:r>
            <w:r>
              <w:t>prostorov</w:t>
            </w:r>
            <w:r w:rsidRPr="00332DB8">
              <w:rPr>
                <w:lang w:val="ru-RU"/>
              </w:rPr>
              <w:t xml:space="preserve">_2173437, </w:t>
            </w:r>
            <w:r>
              <w:t>http</w:t>
            </w:r>
            <w:r w:rsidRPr="00332DB8">
              <w:rPr>
                <w:lang w:val="ru-RU"/>
              </w:rPr>
              <w:t>://</w:t>
            </w:r>
            <w:r>
              <w:t>nibler</w:t>
            </w:r>
            <w:r w:rsidRPr="00332DB8">
              <w:rPr>
                <w:lang w:val="ru-RU"/>
              </w:rPr>
              <w:t>.</w:t>
            </w:r>
            <w:r>
              <w:t>ru</w:t>
            </w:r>
            <w:r w:rsidRPr="00332DB8">
              <w:rPr>
                <w:lang w:val="ru-RU"/>
              </w:rPr>
              <w:t>/</w:t>
            </w:r>
            <w:r>
              <w:t>pics</w:t>
            </w:r>
            <w:r w:rsidRPr="00332DB8">
              <w:rPr>
                <w:lang w:val="ru-RU"/>
              </w:rPr>
              <w:t>/16225-</w:t>
            </w:r>
            <w:r>
              <w:t>veselye</w:t>
            </w:r>
            <w:r w:rsidRPr="00332DB8">
              <w:rPr>
                <w:lang w:val="ru-RU"/>
              </w:rPr>
              <w:t>-</w:t>
            </w:r>
            <w:r>
              <w:t>kartinki</w:t>
            </w:r>
            <w:r w:rsidRPr="00332DB8">
              <w:rPr>
                <w:lang w:val="ru-RU"/>
              </w:rPr>
              <w:t>-</w:t>
            </w:r>
            <w:r>
              <w:t>za</w:t>
            </w:r>
            <w:r w:rsidRPr="00332DB8">
              <w:rPr>
                <w:lang w:val="ru-RU"/>
              </w:rPr>
              <w:t>-</w:t>
            </w:r>
            <w:r>
              <w:t>kadrom</w:t>
            </w:r>
            <w:r w:rsidRPr="00332DB8">
              <w:rPr>
                <w:lang w:val="ru-RU"/>
              </w:rPr>
              <w:t>-3.</w:t>
            </w:r>
            <w:r>
              <w:t>html</w:t>
            </w:r>
            <w:r w:rsidRPr="00332DB8">
              <w:rPr>
                <w:lang w:val="ru-RU"/>
              </w:rPr>
              <w:t xml:space="preserve">, </w:t>
            </w:r>
            <w:r>
              <w:t>http</w:t>
            </w:r>
            <w:r w:rsidRPr="00332DB8">
              <w:rPr>
                <w:lang w:val="ru-RU"/>
              </w:rPr>
              <w:t>://</w:t>
            </w:r>
            <w:r>
              <w:t>ucrazy</w:t>
            </w:r>
            <w:r w:rsidRPr="00332DB8">
              <w:rPr>
                <w:lang w:val="ru-RU"/>
              </w:rPr>
              <w:t>.</w:t>
            </w:r>
            <w:r>
              <w:t>ru</w:t>
            </w:r>
            <w:r w:rsidRPr="00332DB8">
              <w:rPr>
                <w:lang w:val="ru-RU"/>
              </w:rPr>
              <w:t>/</w:t>
            </w:r>
            <w:r>
              <w:t>pictures</w:t>
            </w:r>
            <w:r w:rsidRPr="00332DB8">
              <w:rPr>
                <w:lang w:val="ru-RU"/>
              </w:rPr>
              <w:t>/1370605326-</w:t>
            </w:r>
            <w:r>
              <w:t>raznoobraznaya</w:t>
            </w:r>
            <w:r w:rsidRPr="00332DB8">
              <w:rPr>
                <w:lang w:val="ru-RU"/>
              </w:rPr>
              <w:t>-</w:t>
            </w:r>
            <w:r>
              <w:t>podborka</w:t>
            </w:r>
            <w:r w:rsidRPr="00332DB8">
              <w:rPr>
                <w:lang w:val="ru-RU"/>
              </w:rPr>
              <w:t>-.</w:t>
            </w:r>
            <w:r>
              <w:t>html</w:t>
            </w:r>
            <w:r w:rsidRPr="00332DB8">
              <w:rPr>
                <w:lang w:val="ru-RU"/>
              </w:rPr>
              <w:t xml:space="preserve">, </w:t>
            </w:r>
            <w:r>
              <w:t>http</w:t>
            </w:r>
            <w:r w:rsidRPr="00332DB8">
              <w:rPr>
                <w:lang w:val="ru-RU"/>
              </w:rPr>
              <w:t>://</w:t>
            </w:r>
            <w:r>
              <w:t>uboyno</w:t>
            </w:r>
            <w:r w:rsidRPr="00332DB8">
              <w:rPr>
                <w:lang w:val="ru-RU"/>
              </w:rPr>
              <w:t>.</w:t>
            </w:r>
            <w:r>
              <w:t>ru</w:t>
            </w:r>
            <w:r w:rsidRPr="00332DB8">
              <w:rPr>
                <w:lang w:val="ru-RU"/>
              </w:rPr>
              <w:t>/</w:t>
            </w:r>
            <w:r>
              <w:t>news</w:t>
            </w:r>
            <w:r w:rsidRPr="00332DB8">
              <w:rPr>
                <w:lang w:val="ru-RU"/>
              </w:rPr>
              <w:t>/</w:t>
            </w:r>
            <w:r>
              <w:t>ubojnye</w:t>
            </w:r>
            <w:r w:rsidRPr="00332DB8">
              <w:rPr>
                <w:lang w:val="ru-RU"/>
              </w:rPr>
              <w:t>_</w:t>
            </w:r>
            <w:r>
              <w:t>kartinki</w:t>
            </w:r>
            <w:r w:rsidRPr="00332DB8">
              <w:rPr>
                <w:lang w:val="ru-RU"/>
              </w:rPr>
              <w:t>_147_</w:t>
            </w:r>
            <w:r>
              <w:t>foto</w:t>
            </w:r>
            <w:r w:rsidRPr="00332DB8">
              <w:rPr>
                <w:lang w:val="ru-RU"/>
              </w:rPr>
              <w:t xml:space="preserve">/2013-06-09-16926, </w:t>
            </w:r>
            <w:r>
              <w:t>http</w:t>
            </w:r>
            <w:r w:rsidRPr="00332DB8">
              <w:rPr>
                <w:lang w:val="ru-RU"/>
              </w:rPr>
              <w:t>://</w:t>
            </w:r>
            <w:r>
              <w:t>bazurka</w:t>
            </w:r>
            <w:r w:rsidRPr="00332DB8">
              <w:rPr>
                <w:lang w:val="ru-RU"/>
              </w:rPr>
              <w:t>.</w:t>
            </w:r>
            <w:r>
              <w:t>net</w:t>
            </w:r>
            <w:r w:rsidRPr="00332DB8">
              <w:rPr>
                <w:lang w:val="ru-RU"/>
              </w:rPr>
              <w:t>/</w:t>
            </w:r>
            <w:r>
              <w:t>chernyy</w:t>
            </w:r>
            <w:r w:rsidRPr="00332DB8">
              <w:rPr>
                <w:lang w:val="ru-RU"/>
              </w:rPr>
              <w:t>-</w:t>
            </w:r>
            <w:r>
              <w:t>yumor</w:t>
            </w:r>
            <w:r w:rsidRPr="00332DB8">
              <w:rPr>
                <w:lang w:val="ru-RU"/>
              </w:rPr>
              <w:t>/1931-</w:t>
            </w:r>
            <w:r>
              <w:t>chernyy</w:t>
            </w:r>
            <w:r w:rsidRPr="00332DB8">
              <w:rPr>
                <w:lang w:val="ru-RU"/>
              </w:rPr>
              <w:t>-</w:t>
            </w:r>
            <w:r>
              <w:t>yumor</w:t>
            </w:r>
            <w:r w:rsidRPr="00332DB8">
              <w:rPr>
                <w:lang w:val="ru-RU"/>
              </w:rPr>
              <w:t>-</w:t>
            </w:r>
            <w:r>
              <w:t>kartinki</w:t>
            </w:r>
            <w:r w:rsidRPr="00332DB8">
              <w:rPr>
                <w:lang w:val="ru-RU"/>
              </w:rPr>
              <w:t>-</w:t>
            </w:r>
            <w:r>
              <w:t>i</w:t>
            </w:r>
            <w:r w:rsidRPr="00332DB8">
              <w:rPr>
                <w:lang w:val="ru-RU"/>
              </w:rPr>
              <w:t>-</w:t>
            </w:r>
            <w:r>
              <w:t>zarisovki</w:t>
            </w:r>
            <w:r w:rsidRPr="00332DB8">
              <w:rPr>
                <w:lang w:val="ru-RU"/>
              </w:rPr>
              <w:t>..</w:t>
            </w:r>
            <w:r>
              <w:t>html</w:t>
            </w:r>
            <w:r w:rsidRPr="00332DB8">
              <w:rPr>
                <w:lang w:val="ru-RU"/>
              </w:rPr>
              <w:t xml:space="preserve">, </w:t>
            </w:r>
            <w:r>
              <w:t>http</w:t>
            </w:r>
            <w:r w:rsidRPr="00332DB8">
              <w:rPr>
                <w:lang w:val="ru-RU"/>
              </w:rPr>
              <w:t>://</w:t>
            </w:r>
            <w:r>
              <w:t>www</w:t>
            </w:r>
            <w:r w:rsidRPr="00332DB8">
              <w:rPr>
                <w:lang w:val="ru-RU"/>
              </w:rPr>
              <w:t>.</w:t>
            </w:r>
            <w:r>
              <w:t>yaplakal</w:t>
            </w:r>
            <w:r w:rsidRPr="00332DB8">
              <w:rPr>
                <w:lang w:val="ru-RU"/>
              </w:rPr>
              <w:t>.</w:t>
            </w:r>
            <w:r>
              <w:t>com</w:t>
            </w:r>
            <w:r w:rsidRPr="00332DB8">
              <w:rPr>
                <w:lang w:val="ru-RU"/>
              </w:rPr>
              <w:t>/</w:t>
            </w:r>
            <w:r>
              <w:t>forum</w:t>
            </w:r>
            <w:r w:rsidRPr="00332DB8">
              <w:rPr>
                <w:lang w:val="ru-RU"/>
              </w:rPr>
              <w:t>1/</w:t>
            </w:r>
            <w:r>
              <w:t>st</w:t>
            </w:r>
            <w:r w:rsidRPr="00332DB8">
              <w:rPr>
                <w:lang w:val="ru-RU"/>
              </w:rPr>
              <w:t>/50/</w:t>
            </w:r>
            <w:r>
              <w:t>topic</w:t>
            </w:r>
            <w:r w:rsidRPr="00332DB8">
              <w:rPr>
                <w:lang w:val="ru-RU"/>
              </w:rPr>
              <w:t>690568.</w:t>
            </w:r>
            <w:r>
              <w:t>html</w:t>
            </w:r>
            <w:r w:rsidRPr="00332DB8">
              <w:rPr>
                <w:lang w:val="ru-RU"/>
              </w:rPr>
              <w:t xml:space="preserve">, </w:t>
            </w:r>
            <w:r>
              <w:lastRenderedPageBreak/>
              <w:t>http</w:t>
            </w:r>
            <w:r w:rsidRPr="00332DB8">
              <w:rPr>
                <w:lang w:val="ru-RU"/>
              </w:rPr>
              <w:t>://</w:t>
            </w:r>
            <w:r>
              <w:t>gigamir</w:t>
            </w:r>
            <w:r w:rsidRPr="00332DB8">
              <w:rPr>
                <w:lang w:val="ru-RU"/>
              </w:rPr>
              <w:t>.</w:t>
            </w:r>
            <w:r>
              <w:t>net</w:t>
            </w:r>
            <w:r w:rsidRPr="00332DB8">
              <w:rPr>
                <w:lang w:val="ru-RU"/>
              </w:rPr>
              <w:t>/</w:t>
            </w:r>
            <w:r>
              <w:t>agenda</w:t>
            </w:r>
            <w:r w:rsidRPr="00332DB8">
              <w:rPr>
                <w:lang w:val="ru-RU"/>
              </w:rPr>
              <w:t>/</w:t>
            </w:r>
            <w:r>
              <w:t>internet</w:t>
            </w:r>
            <w:r w:rsidRPr="00332DB8">
              <w:rPr>
                <w:lang w:val="ru-RU"/>
              </w:rPr>
              <w:t>/</w:t>
            </w:r>
            <w:r>
              <w:t>pub</w:t>
            </w:r>
            <w:r w:rsidRPr="00332DB8">
              <w:rPr>
                <w:lang w:val="ru-RU"/>
              </w:rPr>
              <w:t xml:space="preserve">790131, </w:t>
            </w:r>
            <w:r>
              <w:t>http</w:t>
            </w:r>
            <w:r w:rsidRPr="00332DB8">
              <w:rPr>
                <w:lang w:val="ru-RU"/>
              </w:rPr>
              <w:t>://</w:t>
            </w:r>
            <w:r>
              <w:t>jadaymisha</w:t>
            </w:r>
            <w:r w:rsidRPr="00332DB8">
              <w:rPr>
                <w:lang w:val="ru-RU"/>
              </w:rPr>
              <w:t>.</w:t>
            </w:r>
            <w:r>
              <w:t>livejournal</w:t>
            </w:r>
            <w:r w:rsidRPr="00332DB8">
              <w:rPr>
                <w:lang w:val="ru-RU"/>
              </w:rPr>
              <w:t>.</w:t>
            </w:r>
            <w:r>
              <w:t>com</w:t>
            </w:r>
            <w:r w:rsidRPr="00332DB8">
              <w:rPr>
                <w:lang w:val="ru-RU"/>
              </w:rPr>
              <w:t>/70571.</w:t>
            </w:r>
            <w:r>
              <w:t>html</w:t>
            </w:r>
            <w:r w:rsidRPr="00332DB8">
              <w:rPr>
                <w:lang w:val="ru-RU"/>
              </w:rPr>
              <w:t xml:space="preserve">, </w:t>
            </w:r>
            <w:r>
              <w:t>http</w:t>
            </w:r>
            <w:r w:rsidRPr="00332DB8">
              <w:rPr>
                <w:lang w:val="ru-RU"/>
              </w:rPr>
              <w:t>://</w:t>
            </w:r>
            <w:r>
              <w:t>gigamir</w:t>
            </w:r>
            <w:r w:rsidRPr="00332DB8">
              <w:rPr>
                <w:lang w:val="ru-RU"/>
              </w:rPr>
              <w:t>.</w:t>
            </w:r>
            <w:r>
              <w:t>net</w:t>
            </w:r>
            <w:r w:rsidRPr="00332DB8">
              <w:rPr>
                <w:lang w:val="ru-RU"/>
              </w:rPr>
              <w:t>/</w:t>
            </w:r>
            <w:r>
              <w:t>agenda</w:t>
            </w:r>
            <w:r w:rsidRPr="00332DB8">
              <w:rPr>
                <w:lang w:val="ru-RU"/>
              </w:rPr>
              <w:t>/</w:t>
            </w:r>
            <w:r>
              <w:t>internet</w:t>
            </w:r>
            <w:r w:rsidRPr="00332DB8">
              <w:rPr>
                <w:lang w:val="ru-RU"/>
              </w:rPr>
              <w:t>/</w:t>
            </w:r>
            <w:r>
              <w:t>pub</w:t>
            </w:r>
            <w:r w:rsidRPr="00332DB8">
              <w:rPr>
                <w:lang w:val="ru-RU"/>
              </w:rPr>
              <w:t>576659 (решение Октябрьского районного суда города Санкт-Петербурга от 07.02.2017);</w:t>
            </w:r>
          </w:p>
        </w:tc>
        <w:tc>
          <w:tcPr>
            <w:tcW w:w="2880" w:type="dxa"/>
          </w:tcPr>
          <w:p w:rsidR="006F7457" w:rsidRDefault="00332DB8">
            <w:r>
              <w:lastRenderedPageBreak/>
              <w:t>27.04.2017</w:t>
            </w:r>
          </w:p>
        </w:tc>
      </w:tr>
      <w:tr w:rsidR="006F7457">
        <w:tc>
          <w:tcPr>
            <w:tcW w:w="2880" w:type="dxa"/>
          </w:tcPr>
          <w:p w:rsidR="006F7457" w:rsidRDefault="00332DB8">
            <w:r>
              <w:lastRenderedPageBreak/>
              <w:t>4094.</w:t>
            </w:r>
          </w:p>
        </w:tc>
        <w:tc>
          <w:tcPr>
            <w:tcW w:w="2880" w:type="dxa"/>
          </w:tcPr>
          <w:p w:rsidR="006F7457" w:rsidRPr="00332DB8" w:rsidRDefault="00332DB8">
            <w:pPr>
              <w:rPr>
                <w:lang w:val="ru-RU"/>
              </w:rPr>
            </w:pPr>
            <w:r w:rsidRPr="00332DB8">
              <w:rPr>
                <w:lang w:val="ru-RU"/>
              </w:rPr>
              <w:t xml:space="preserve">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w:t>
            </w:r>
            <w:r>
              <w:t>http</w:t>
            </w:r>
            <w:r w:rsidRPr="00332DB8">
              <w:rPr>
                <w:lang w:val="ru-RU"/>
              </w:rPr>
              <w:t>://</w:t>
            </w:r>
            <w:r>
              <w:t>demotivators</w:t>
            </w:r>
            <w:r w:rsidRPr="00332DB8">
              <w:rPr>
                <w:lang w:val="ru-RU"/>
              </w:rPr>
              <w:t>.</w:t>
            </w:r>
            <w:r>
              <w:t>to</w:t>
            </w:r>
            <w:r w:rsidRPr="00332DB8">
              <w:rPr>
                <w:lang w:val="ru-RU"/>
              </w:rPr>
              <w:t>/</w:t>
            </w:r>
            <w:r>
              <w:t>p</w:t>
            </w:r>
            <w:r w:rsidRPr="00332DB8">
              <w:rPr>
                <w:lang w:val="ru-RU"/>
              </w:rPr>
              <w:t>/977432/</w:t>
            </w:r>
            <w:r>
              <w:t>shalom</w:t>
            </w:r>
            <w:r w:rsidRPr="00332DB8">
              <w:rPr>
                <w:lang w:val="ru-RU"/>
              </w:rPr>
              <w:t>-</w:t>
            </w:r>
            <w:r>
              <w:t>alejhem</w:t>
            </w:r>
            <w:r w:rsidRPr="00332DB8">
              <w:rPr>
                <w:lang w:val="ru-RU"/>
              </w:rPr>
              <w:t>-</w:t>
            </w:r>
            <w:r>
              <w:t>bratya</w:t>
            </w:r>
            <w:r w:rsidRPr="00332DB8">
              <w:rPr>
                <w:lang w:val="ru-RU"/>
              </w:rPr>
              <w:t>-</w:t>
            </w:r>
            <w:r>
              <w:t>myi</w:t>
            </w:r>
            <w:r w:rsidRPr="00332DB8">
              <w:rPr>
                <w:lang w:val="ru-RU"/>
              </w:rPr>
              <w:t>-</w:t>
            </w:r>
            <w:r>
              <w:t>glumimsya</w:t>
            </w:r>
            <w:r w:rsidRPr="00332DB8">
              <w:rPr>
                <w:lang w:val="ru-RU"/>
              </w:rPr>
              <w:t>-</w:t>
            </w:r>
            <w:r>
              <w:t>nad</w:t>
            </w:r>
            <w:r w:rsidRPr="00332DB8">
              <w:rPr>
                <w:lang w:val="ru-RU"/>
              </w:rPr>
              <w:t>-</w:t>
            </w:r>
            <w:r>
              <w:t>hristom</w:t>
            </w:r>
            <w:r w:rsidRPr="00332DB8">
              <w:rPr>
                <w:lang w:val="ru-RU"/>
              </w:rPr>
              <w:t>-</w:t>
            </w:r>
            <w:r>
              <w:t>i</w:t>
            </w:r>
            <w:r w:rsidRPr="00332DB8">
              <w:rPr>
                <w:lang w:val="ru-RU"/>
              </w:rPr>
              <w:t>-</w:t>
            </w:r>
            <w:r>
              <w:t>hristianami</w:t>
            </w:r>
            <w:r w:rsidRPr="00332DB8">
              <w:rPr>
                <w:lang w:val="ru-RU"/>
              </w:rPr>
              <w:t>.</w:t>
            </w:r>
            <w:r>
              <w:t>htm</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albums</w:t>
            </w:r>
            <w:r w:rsidRPr="00332DB8">
              <w:rPr>
                <w:lang w:val="ru-RU"/>
              </w:rPr>
              <w:t>-62924747?</w:t>
            </w:r>
            <w:r>
              <w:t>z</w:t>
            </w:r>
            <w:r w:rsidRPr="00332DB8">
              <w:rPr>
                <w:lang w:val="ru-RU"/>
              </w:rPr>
              <w:t>=</w:t>
            </w:r>
            <w:r>
              <w:t>photo</w:t>
            </w:r>
            <w:r w:rsidRPr="00332DB8">
              <w:rPr>
                <w:lang w:val="ru-RU"/>
              </w:rPr>
              <w:t>-62924747_332525330%2</w:t>
            </w:r>
            <w:r>
              <w:t>Fphotos</w:t>
            </w:r>
            <w:r w:rsidRPr="00332DB8">
              <w:rPr>
                <w:lang w:val="ru-RU"/>
              </w:rPr>
              <w:t>-62924 747 (решение Октябрьского районного суда города Санкт-Петербурга от 07.02.2017);</w:t>
            </w:r>
          </w:p>
        </w:tc>
        <w:tc>
          <w:tcPr>
            <w:tcW w:w="2880" w:type="dxa"/>
          </w:tcPr>
          <w:p w:rsidR="006F7457" w:rsidRDefault="00332DB8">
            <w:r>
              <w:t>27.04.2017</w:t>
            </w:r>
          </w:p>
        </w:tc>
      </w:tr>
      <w:tr w:rsidR="006F7457">
        <w:tc>
          <w:tcPr>
            <w:tcW w:w="2880" w:type="dxa"/>
          </w:tcPr>
          <w:p w:rsidR="006F7457" w:rsidRDefault="00332DB8">
            <w:r>
              <w:t>4095.</w:t>
            </w:r>
          </w:p>
        </w:tc>
        <w:tc>
          <w:tcPr>
            <w:tcW w:w="2880" w:type="dxa"/>
          </w:tcPr>
          <w:p w:rsidR="006F7457" w:rsidRPr="00332DB8" w:rsidRDefault="00332DB8">
            <w:pPr>
              <w:rPr>
                <w:lang w:val="ru-RU"/>
              </w:rPr>
            </w:pPr>
            <w:r w:rsidRPr="00332DB8">
              <w:rPr>
                <w:lang w:val="ru-RU"/>
              </w:rPr>
              <w:t>Видеоматериал под названием «Обращение ИГИЛ к Президенту Владимиру Путину», размещенный на видеохостинге «</w:t>
            </w:r>
            <w:r>
              <w:t>You</w:t>
            </w:r>
            <w:r w:rsidRPr="00332DB8">
              <w:rPr>
                <w:lang w:val="ru-RU"/>
              </w:rPr>
              <w:t xml:space="preserve"> </w:t>
            </w:r>
            <w:r>
              <w:t>Tube</w:t>
            </w:r>
            <w:r w:rsidRPr="00332DB8">
              <w:rPr>
                <w:lang w:val="ru-RU"/>
              </w:rPr>
              <w:t xml:space="preserve">», имеющий сетевой адрес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=0</w:t>
            </w:r>
            <w:r>
              <w:t>Pwhg</w:t>
            </w:r>
            <w:r w:rsidRPr="00332DB8">
              <w:rPr>
                <w:lang w:val="ru-RU"/>
              </w:rPr>
              <w:t>-</w:t>
            </w:r>
            <w:r>
              <w:t>Pug</w:t>
            </w:r>
            <w:r w:rsidRPr="00332DB8">
              <w:rPr>
                <w:lang w:val="ru-RU"/>
              </w:rPr>
              <w:t>51 (решение Калужского районного суда Калужской области от 01.03.2017);</w:t>
            </w:r>
          </w:p>
        </w:tc>
        <w:tc>
          <w:tcPr>
            <w:tcW w:w="2880" w:type="dxa"/>
          </w:tcPr>
          <w:p w:rsidR="006F7457" w:rsidRDefault="00332DB8">
            <w:r>
              <w:t>19.05.2017</w:t>
            </w:r>
          </w:p>
        </w:tc>
      </w:tr>
      <w:tr w:rsidR="006F7457">
        <w:tc>
          <w:tcPr>
            <w:tcW w:w="2880" w:type="dxa"/>
          </w:tcPr>
          <w:p w:rsidR="006F7457" w:rsidRDefault="00332DB8">
            <w:r>
              <w:t>4096.</w:t>
            </w:r>
          </w:p>
        </w:tc>
        <w:tc>
          <w:tcPr>
            <w:tcW w:w="2880" w:type="dxa"/>
          </w:tcPr>
          <w:p w:rsidR="006F7457" w:rsidRPr="00332DB8" w:rsidRDefault="00332DB8">
            <w:pPr>
              <w:rPr>
                <w:lang w:val="ru-RU"/>
              </w:rPr>
            </w:pPr>
            <w:r w:rsidRPr="00332DB8">
              <w:rPr>
                <w:lang w:val="ru-RU"/>
              </w:rPr>
              <w:t xml:space="preserve">Видеоролик под названием «скин-герлы», размещенный в социальной сети «ВКонтакте» сети Интернет, имеющий сетевой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214998889 (решение Калужского районного суда Калужской области от 20.12.2016);</w:t>
            </w:r>
          </w:p>
        </w:tc>
        <w:tc>
          <w:tcPr>
            <w:tcW w:w="2880" w:type="dxa"/>
          </w:tcPr>
          <w:p w:rsidR="006F7457" w:rsidRDefault="00332DB8">
            <w:r>
              <w:t>19.05.2017</w:t>
            </w:r>
          </w:p>
        </w:tc>
      </w:tr>
      <w:tr w:rsidR="006F7457">
        <w:tc>
          <w:tcPr>
            <w:tcW w:w="2880" w:type="dxa"/>
          </w:tcPr>
          <w:p w:rsidR="006F7457" w:rsidRDefault="00332DB8">
            <w:r>
              <w:t>4097.</w:t>
            </w:r>
          </w:p>
        </w:tc>
        <w:tc>
          <w:tcPr>
            <w:tcW w:w="2880" w:type="dxa"/>
          </w:tcPr>
          <w:p w:rsidR="006F7457" w:rsidRPr="00332DB8" w:rsidRDefault="00332DB8">
            <w:pPr>
              <w:rPr>
                <w:lang w:val="ru-RU"/>
              </w:rPr>
            </w:pPr>
            <w:r w:rsidRPr="00332DB8">
              <w:rPr>
                <w:lang w:val="ru-RU"/>
              </w:rPr>
              <w:t>Видеоматериал под названием «</w:t>
            </w:r>
            <w:r>
              <w:t>NSWP</w:t>
            </w:r>
            <w:r w:rsidRPr="00332DB8">
              <w:rPr>
                <w:lang w:val="ru-RU"/>
              </w:rPr>
              <w:t xml:space="preserve">», размещенный в социальной сети «ВКонтакте» сети Интернет, имеющий сетевой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214998889 (решение Калужского районного суда Калужской области от 20.12.2016);</w:t>
            </w:r>
          </w:p>
        </w:tc>
        <w:tc>
          <w:tcPr>
            <w:tcW w:w="2880" w:type="dxa"/>
          </w:tcPr>
          <w:p w:rsidR="006F7457" w:rsidRDefault="00332DB8">
            <w:r>
              <w:t>19.05.2017</w:t>
            </w:r>
          </w:p>
        </w:tc>
      </w:tr>
      <w:tr w:rsidR="006F7457">
        <w:tc>
          <w:tcPr>
            <w:tcW w:w="2880" w:type="dxa"/>
          </w:tcPr>
          <w:p w:rsidR="006F7457" w:rsidRDefault="00332DB8">
            <w:r>
              <w:t>409</w:t>
            </w:r>
            <w:r>
              <w:lastRenderedPageBreak/>
              <w:t>8.</w:t>
            </w:r>
          </w:p>
        </w:tc>
        <w:tc>
          <w:tcPr>
            <w:tcW w:w="2880" w:type="dxa"/>
          </w:tcPr>
          <w:p w:rsidR="006F7457" w:rsidRPr="00332DB8" w:rsidRDefault="00332DB8">
            <w:pPr>
              <w:rPr>
                <w:lang w:val="ru-RU"/>
              </w:rPr>
            </w:pPr>
            <w:r w:rsidRPr="00332DB8">
              <w:rPr>
                <w:lang w:val="ru-RU"/>
              </w:rPr>
              <w:lastRenderedPageBreak/>
              <w:t>Видеоролик под названием «</w:t>
            </w:r>
            <w:r>
              <w:t>RGN</w:t>
            </w:r>
            <w:r w:rsidRPr="00332DB8">
              <w:rPr>
                <w:lang w:val="ru-RU"/>
              </w:rPr>
              <w:t xml:space="preserve">-Убей мента», размещенный в социальной сети «ВКонтакте» сети Интернет, имеющий сетевой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258015379 (решение Калужского районного суда Калужской области от 14.03.2017);</w:t>
            </w:r>
          </w:p>
        </w:tc>
        <w:tc>
          <w:tcPr>
            <w:tcW w:w="2880" w:type="dxa"/>
          </w:tcPr>
          <w:p w:rsidR="006F7457" w:rsidRDefault="00332DB8">
            <w:r>
              <w:t>19.05.201</w:t>
            </w:r>
            <w:r>
              <w:lastRenderedPageBreak/>
              <w:t>7</w:t>
            </w:r>
          </w:p>
        </w:tc>
      </w:tr>
      <w:tr w:rsidR="006F7457">
        <w:tc>
          <w:tcPr>
            <w:tcW w:w="2880" w:type="dxa"/>
          </w:tcPr>
          <w:p w:rsidR="006F7457" w:rsidRDefault="00332DB8">
            <w:r>
              <w:lastRenderedPageBreak/>
              <w:t>4099.</w:t>
            </w:r>
          </w:p>
        </w:tc>
        <w:tc>
          <w:tcPr>
            <w:tcW w:w="2880" w:type="dxa"/>
          </w:tcPr>
          <w:p w:rsidR="006F7457" w:rsidRPr="00332DB8" w:rsidRDefault="00332DB8">
            <w:pPr>
              <w:rPr>
                <w:lang w:val="ru-RU"/>
              </w:rPr>
            </w:pPr>
            <w:r w:rsidRPr="00332DB8">
              <w:rPr>
                <w:lang w:val="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2880" w:type="dxa"/>
          </w:tcPr>
          <w:p w:rsidR="006F7457" w:rsidRDefault="00332DB8">
            <w:r>
              <w:t>19.05.2017</w:t>
            </w:r>
          </w:p>
        </w:tc>
      </w:tr>
      <w:tr w:rsidR="006F7457">
        <w:tc>
          <w:tcPr>
            <w:tcW w:w="2880" w:type="dxa"/>
          </w:tcPr>
          <w:p w:rsidR="006F7457" w:rsidRDefault="00332DB8">
            <w:r>
              <w:t>4100.</w:t>
            </w:r>
          </w:p>
        </w:tc>
        <w:tc>
          <w:tcPr>
            <w:tcW w:w="2880" w:type="dxa"/>
          </w:tcPr>
          <w:p w:rsidR="006F7457" w:rsidRPr="00332DB8" w:rsidRDefault="00332DB8">
            <w:pPr>
              <w:rPr>
                <w:lang w:val="ru-RU"/>
              </w:rPr>
            </w:pPr>
            <w:r w:rsidRPr="00332DB8">
              <w:rPr>
                <w:lang w:val="ru-RU"/>
              </w:rPr>
              <w:t>Аудиозапись под названием «</w:t>
            </w:r>
            <w:r>
              <w:t>Ziga</w:t>
            </w:r>
            <w:r w:rsidRPr="00332DB8">
              <w:rPr>
                <w:lang w:val="ru-RU"/>
              </w:rPr>
              <w:t>-</w:t>
            </w:r>
            <w:r>
              <w:t>Zaga</w:t>
            </w:r>
            <w:r w:rsidRPr="00332DB8">
              <w:rPr>
                <w:lang w:val="ru-RU"/>
              </w:rPr>
              <w:t>-</w:t>
            </w:r>
            <w:r>
              <w:t>Oj</w:t>
            </w:r>
            <w:r w:rsidRPr="00332DB8">
              <w:rPr>
                <w:lang w:val="ru-RU"/>
              </w:rPr>
              <w:t>» (решение Йошкар-Олинского городского суда Республики Марий Эл от 28.02.2017);</w:t>
            </w:r>
          </w:p>
        </w:tc>
        <w:tc>
          <w:tcPr>
            <w:tcW w:w="2880" w:type="dxa"/>
          </w:tcPr>
          <w:p w:rsidR="006F7457" w:rsidRDefault="00332DB8">
            <w:r>
              <w:t>19.05.2017</w:t>
            </w:r>
          </w:p>
        </w:tc>
      </w:tr>
      <w:tr w:rsidR="006F7457">
        <w:tc>
          <w:tcPr>
            <w:tcW w:w="2880" w:type="dxa"/>
          </w:tcPr>
          <w:p w:rsidR="006F7457" w:rsidRDefault="00332DB8">
            <w:r>
              <w:t>4101.</w:t>
            </w:r>
          </w:p>
        </w:tc>
        <w:tc>
          <w:tcPr>
            <w:tcW w:w="2880" w:type="dxa"/>
          </w:tcPr>
          <w:p w:rsidR="006F7457" w:rsidRPr="00332DB8" w:rsidRDefault="00332DB8">
            <w:pPr>
              <w:rPr>
                <w:lang w:val="ru-RU"/>
              </w:rPr>
            </w:pPr>
            <w:r w:rsidRPr="00332DB8">
              <w:rPr>
                <w:lang w:val="ru-RU"/>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2880" w:type="dxa"/>
          </w:tcPr>
          <w:p w:rsidR="006F7457" w:rsidRDefault="00332DB8">
            <w:r>
              <w:t>19.05.2017</w:t>
            </w:r>
          </w:p>
        </w:tc>
      </w:tr>
      <w:tr w:rsidR="006F7457">
        <w:tc>
          <w:tcPr>
            <w:tcW w:w="2880" w:type="dxa"/>
          </w:tcPr>
          <w:p w:rsidR="006F7457" w:rsidRDefault="00332DB8">
            <w:r>
              <w:t>4102.</w:t>
            </w:r>
          </w:p>
        </w:tc>
        <w:tc>
          <w:tcPr>
            <w:tcW w:w="2880" w:type="dxa"/>
          </w:tcPr>
          <w:p w:rsidR="006F7457" w:rsidRPr="00332DB8" w:rsidRDefault="00332DB8">
            <w:pPr>
              <w:rPr>
                <w:lang w:val="ru-RU"/>
              </w:rPr>
            </w:pPr>
            <w:r w:rsidRPr="00332DB8">
              <w:rPr>
                <w:lang w:val="ru-RU"/>
              </w:rP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w:t>
            </w:r>
            <w:r>
              <w:t>idel</w:t>
            </w:r>
            <w:r w:rsidRPr="00332DB8">
              <w:rPr>
                <w:lang w:val="ru-RU"/>
              </w:rPr>
              <w:t>-</w:t>
            </w:r>
            <w:r>
              <w:t>ural</w:t>
            </w:r>
            <w:r w:rsidRPr="00332DB8">
              <w:rPr>
                <w:lang w:val="ru-RU"/>
              </w:rPr>
              <w:t>2015.</w:t>
            </w:r>
            <w:r>
              <w:t>livejournal</w:t>
            </w:r>
            <w:r w:rsidRPr="00332DB8">
              <w:rPr>
                <w:lang w:val="ru-RU"/>
              </w:rPr>
              <w:t>0-0.</w:t>
            </w:r>
            <w:r>
              <w:t>com</w:t>
            </w:r>
            <w:r w:rsidRPr="00332DB8">
              <w:rPr>
                <w:lang w:val="ru-RU"/>
              </w:rPr>
              <w:t>.</w:t>
            </w:r>
            <w:r>
              <w:t>m</w:t>
            </w:r>
            <w:r w:rsidRPr="00332DB8">
              <w:rPr>
                <w:lang w:val="ru-RU"/>
              </w:rPr>
              <w:t>81.</w:t>
            </w:r>
            <w:r>
              <w:t>ru</w:t>
            </w:r>
            <w:r w:rsidRPr="00332DB8">
              <w:rPr>
                <w:lang w:val="ru-RU"/>
              </w:rPr>
              <w:t>/609.</w:t>
            </w:r>
            <w:r>
              <w:t>html</w:t>
            </w:r>
            <w:r w:rsidRPr="00332DB8">
              <w:rPr>
                <w:lang w:val="ru-RU"/>
              </w:rPr>
              <w:t>; -</w:t>
            </w:r>
            <w:r>
              <w:t>https</w:t>
            </w:r>
            <w:r w:rsidRPr="00332DB8">
              <w:rPr>
                <w:lang w:val="ru-RU"/>
              </w:rPr>
              <w:t>://</w:t>
            </w:r>
            <w:r>
              <w:t>o</w:t>
            </w:r>
            <w:r w:rsidRPr="00332DB8">
              <w:rPr>
                <w:lang w:val="ru-RU"/>
              </w:rPr>
              <w:t>-</w:t>
            </w:r>
            <w:r>
              <w:t>leusenko</w:t>
            </w:r>
            <w:r w:rsidRPr="00332DB8">
              <w:rPr>
                <w:lang w:val="ru-RU"/>
              </w:rPr>
              <w:t>-</w:t>
            </w:r>
            <w:r>
              <w:t>politolog</w:t>
            </w:r>
            <w:r w:rsidRPr="00332DB8">
              <w:rPr>
                <w:lang w:val="ru-RU"/>
              </w:rPr>
              <w:t>.</w:t>
            </w:r>
            <w:r>
              <w:t>blogspot</w:t>
            </w:r>
            <w:r w:rsidRPr="00332DB8">
              <w:rPr>
                <w:lang w:val="ru-RU"/>
              </w:rPr>
              <w:t>.</w:t>
            </w:r>
            <w:r>
              <w:t>ru</w:t>
            </w:r>
            <w:r w:rsidRPr="00332DB8">
              <w:rPr>
                <w:lang w:val="ru-RU"/>
              </w:rPr>
              <w:t>/2015/09/</w:t>
            </w:r>
            <w:r>
              <w:t>blog</w:t>
            </w:r>
            <w:r w:rsidRPr="00332DB8">
              <w:rPr>
                <w:lang w:val="ru-RU"/>
              </w:rPr>
              <w:t xml:space="preserve">- </w:t>
            </w:r>
            <w:r>
              <w:t>post</w:t>
            </w:r>
            <w:r w:rsidRPr="00332DB8">
              <w:rPr>
                <w:lang w:val="ru-RU"/>
              </w:rPr>
              <w:t>_920.</w:t>
            </w:r>
            <w:r>
              <w:t>html</w:t>
            </w:r>
            <w:r w:rsidRPr="00332DB8">
              <w:rPr>
                <w:lang w:val="ru-RU"/>
              </w:rPr>
              <w:t>?</w:t>
            </w:r>
            <w:r>
              <w:t>zx</w:t>
            </w:r>
            <w:r w:rsidRPr="00332DB8">
              <w:rPr>
                <w:lang w:val="ru-RU"/>
              </w:rPr>
              <w:t>=</w:t>
            </w:r>
            <w:r>
              <w:t>d</w:t>
            </w:r>
            <w:r w:rsidRPr="00332DB8">
              <w:rPr>
                <w:lang w:val="ru-RU"/>
              </w:rPr>
              <w:t>6912289с1947575; -</w:t>
            </w:r>
            <w:r>
              <w:t>http</w:t>
            </w:r>
            <w:r w:rsidRPr="00332DB8">
              <w:rPr>
                <w:lang w:val="ru-RU"/>
              </w:rPr>
              <w:t>://</w:t>
            </w:r>
            <w:r>
              <w:t>svobodu</w:t>
            </w:r>
            <w:r w:rsidRPr="00332DB8">
              <w:rPr>
                <w:lang w:val="ru-RU"/>
              </w:rPr>
              <w:t>-</w:t>
            </w:r>
            <w:r>
              <w:t>narodam</w:t>
            </w:r>
            <w:r w:rsidRPr="00332DB8">
              <w:rPr>
                <w:lang w:val="ru-RU"/>
              </w:rPr>
              <w:t>.</w:t>
            </w:r>
            <w:r>
              <w:t>livejournal</w:t>
            </w:r>
            <w:r w:rsidRPr="00332DB8">
              <w:rPr>
                <w:lang w:val="ru-RU"/>
              </w:rPr>
              <w:t>.</w:t>
            </w:r>
            <w:r>
              <w:t>com</w:t>
            </w:r>
            <w:r w:rsidRPr="00332DB8">
              <w:rPr>
                <w:lang w:val="ru-RU"/>
              </w:rPr>
              <w:t>/1348916.</w:t>
            </w:r>
            <w:r>
              <w:t>html</w:t>
            </w:r>
            <w:r w:rsidRPr="00332DB8">
              <w:rPr>
                <w:lang w:val="ru-RU"/>
              </w:rPr>
              <w:t>; -</w:t>
            </w:r>
            <w:r>
              <w:t>http</w:t>
            </w:r>
            <w:r w:rsidRPr="00332DB8">
              <w:rPr>
                <w:lang w:val="ru-RU"/>
              </w:rPr>
              <w:t>://</w:t>
            </w:r>
            <w:r>
              <w:t>ljrate</w:t>
            </w:r>
            <w:r w:rsidRPr="00332DB8">
              <w:rPr>
                <w:lang w:val="ru-RU"/>
              </w:rPr>
              <w:t>.</w:t>
            </w:r>
            <w:r>
              <w:t>ru</w:t>
            </w:r>
            <w:r w:rsidRPr="00332DB8">
              <w:rPr>
                <w:lang w:val="ru-RU"/>
              </w:rPr>
              <w:t>/</w:t>
            </w:r>
            <w:r>
              <w:t>post</w:t>
            </w:r>
            <w:r w:rsidRPr="00332DB8">
              <w:rPr>
                <w:lang w:val="ru-RU"/>
              </w:rPr>
              <w:t>/125529/609; -</w:t>
            </w:r>
            <w:r>
              <w:t>http</w:t>
            </w:r>
            <w:r w:rsidRPr="00332DB8">
              <w:rPr>
                <w:lang w:val="ru-RU"/>
              </w:rPr>
              <w:t>://</w:t>
            </w:r>
            <w:r>
              <w:t>izbral</w:t>
            </w:r>
            <w:r w:rsidRPr="00332DB8">
              <w:rPr>
                <w:lang w:val="ru-RU"/>
              </w:rPr>
              <w:t>-</w:t>
            </w:r>
            <w:r>
              <w:t>sudi</w:t>
            </w:r>
            <w:r w:rsidRPr="00332DB8">
              <w:rPr>
                <w:lang w:val="ru-RU"/>
              </w:rPr>
              <w:t>.</w:t>
            </w:r>
            <w:r>
              <w:t>ru</w:t>
            </w:r>
            <w:r w:rsidRPr="00332DB8">
              <w:rPr>
                <w:lang w:val="ru-RU"/>
              </w:rPr>
              <w:t>; -</w:t>
            </w:r>
            <w:r>
              <w:t>http</w:t>
            </w:r>
            <w:r w:rsidRPr="00332DB8">
              <w:rPr>
                <w:lang w:val="ru-RU"/>
              </w:rPr>
              <w:t>://</w:t>
            </w:r>
            <w:r>
              <w:t>skurlatov</w:t>
            </w:r>
            <w:r w:rsidRPr="00332DB8">
              <w:rPr>
                <w:lang w:val="ru-RU"/>
              </w:rPr>
              <w:t>.</w:t>
            </w:r>
            <w:r>
              <w:t>livejournal</w:t>
            </w:r>
            <w:r w:rsidRPr="00332DB8">
              <w:rPr>
                <w:lang w:val="ru-RU"/>
              </w:rPr>
              <w:t>.</w:t>
            </w:r>
            <w:r>
              <w:t>com</w:t>
            </w:r>
            <w:r w:rsidRPr="00332DB8">
              <w:rPr>
                <w:lang w:val="ru-RU"/>
              </w:rPr>
              <w:t>/4136832.</w:t>
            </w:r>
            <w:r>
              <w:t>html</w:t>
            </w:r>
            <w:r w:rsidRPr="00332DB8">
              <w:rPr>
                <w:lang w:val="ru-RU"/>
              </w:rPr>
              <w:t xml:space="preserve"> (решение Лихославльского районного суда Тверской области от 16.03.2017);</w:t>
            </w:r>
          </w:p>
        </w:tc>
        <w:tc>
          <w:tcPr>
            <w:tcW w:w="2880" w:type="dxa"/>
          </w:tcPr>
          <w:p w:rsidR="006F7457" w:rsidRDefault="00332DB8">
            <w:r>
              <w:t>19.05.2017</w:t>
            </w:r>
          </w:p>
        </w:tc>
      </w:tr>
      <w:tr w:rsidR="006F7457">
        <w:tc>
          <w:tcPr>
            <w:tcW w:w="2880" w:type="dxa"/>
          </w:tcPr>
          <w:p w:rsidR="006F7457" w:rsidRDefault="00332DB8">
            <w:r>
              <w:t>41</w:t>
            </w:r>
            <w:r>
              <w:lastRenderedPageBreak/>
              <w:t>03.</w:t>
            </w:r>
          </w:p>
        </w:tc>
        <w:tc>
          <w:tcPr>
            <w:tcW w:w="2880" w:type="dxa"/>
          </w:tcPr>
          <w:p w:rsidR="006F7457" w:rsidRPr="00332DB8" w:rsidRDefault="00332DB8">
            <w:pPr>
              <w:rPr>
                <w:lang w:val="ru-RU"/>
              </w:rPr>
            </w:pPr>
            <w:r w:rsidRPr="00332DB8">
              <w:rPr>
                <w:lang w:val="ru-RU"/>
              </w:rPr>
              <w:lastRenderedPageBreak/>
              <w:t xml:space="preserve">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w:t>
            </w:r>
            <w:r w:rsidRPr="00332DB8">
              <w:rPr>
                <w:lang w:val="ru-RU"/>
              </w:rPr>
              <w:lastRenderedPageBreak/>
              <w:t>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2880" w:type="dxa"/>
          </w:tcPr>
          <w:p w:rsidR="006F7457" w:rsidRDefault="00332DB8">
            <w:r>
              <w:lastRenderedPageBreak/>
              <w:t>19.05.</w:t>
            </w:r>
            <w:r>
              <w:lastRenderedPageBreak/>
              <w:t>2017</w:t>
            </w:r>
          </w:p>
        </w:tc>
      </w:tr>
      <w:tr w:rsidR="006F7457">
        <w:tc>
          <w:tcPr>
            <w:tcW w:w="2880" w:type="dxa"/>
          </w:tcPr>
          <w:p w:rsidR="006F7457" w:rsidRDefault="00332DB8">
            <w:r>
              <w:lastRenderedPageBreak/>
              <w:t>4104.</w:t>
            </w:r>
          </w:p>
        </w:tc>
        <w:tc>
          <w:tcPr>
            <w:tcW w:w="2880" w:type="dxa"/>
          </w:tcPr>
          <w:p w:rsidR="006F7457" w:rsidRDefault="00332DB8">
            <w: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2880" w:type="dxa"/>
          </w:tcPr>
          <w:p w:rsidR="006F7457" w:rsidRDefault="00332DB8">
            <w:r>
              <w:t>19.05.2017</w:t>
            </w:r>
          </w:p>
        </w:tc>
      </w:tr>
      <w:tr w:rsidR="006F7457">
        <w:tc>
          <w:tcPr>
            <w:tcW w:w="2880" w:type="dxa"/>
          </w:tcPr>
          <w:p w:rsidR="006F7457" w:rsidRDefault="00332DB8">
            <w:r>
              <w:t>4105.</w:t>
            </w:r>
          </w:p>
        </w:tc>
        <w:tc>
          <w:tcPr>
            <w:tcW w:w="2880" w:type="dxa"/>
          </w:tcPr>
          <w:p w:rsidR="006F7457" w:rsidRDefault="00332DB8">
            <w: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2880" w:type="dxa"/>
          </w:tcPr>
          <w:p w:rsidR="006F7457" w:rsidRDefault="00332DB8">
            <w:r>
              <w:t>19.05.2017</w:t>
            </w:r>
          </w:p>
        </w:tc>
      </w:tr>
      <w:tr w:rsidR="006F7457">
        <w:tc>
          <w:tcPr>
            <w:tcW w:w="2880" w:type="dxa"/>
          </w:tcPr>
          <w:p w:rsidR="006F7457" w:rsidRDefault="00332DB8">
            <w:r>
              <w:t>4</w:t>
            </w:r>
            <w:r>
              <w:lastRenderedPageBreak/>
              <w:t>106.</w:t>
            </w:r>
          </w:p>
        </w:tc>
        <w:tc>
          <w:tcPr>
            <w:tcW w:w="2880" w:type="dxa"/>
          </w:tcPr>
          <w:p w:rsidR="006F7457" w:rsidRPr="00332DB8" w:rsidRDefault="00332DB8">
            <w:pPr>
              <w:rPr>
                <w:lang w:val="ru-RU"/>
              </w:rPr>
            </w:pPr>
            <w:r w:rsidRPr="00332DB8">
              <w:rPr>
                <w:lang w:val="ru-RU"/>
              </w:rPr>
              <w:lastRenderedPageBreak/>
              <w:t xml:space="preserve">Музыкальное произведение (аудиофайл) и текст песни группы «М.Д.П» («Моя Дерзкая Правда») автора </w:t>
            </w:r>
            <w:r w:rsidRPr="00332DB8">
              <w:rPr>
                <w:lang w:val="ru-RU"/>
              </w:rPr>
              <w:lastRenderedPageBreak/>
              <w:t xml:space="preserve">Решетняка Я.А. под наименованием «Евразийка», размещенные в сети Интернет по следующим электронным адресам: - </w:t>
            </w:r>
            <w:r>
              <w:t>http</w:t>
            </w:r>
            <w:r w:rsidRPr="00332DB8">
              <w:rPr>
                <w:lang w:val="ru-RU"/>
              </w:rPr>
              <w:t>://</w:t>
            </w:r>
            <w:r>
              <w:t>vkmp</w:t>
            </w:r>
            <w:r w:rsidRPr="00332DB8">
              <w:rPr>
                <w:lang w:val="ru-RU"/>
              </w:rPr>
              <w:t>3.</w:t>
            </w:r>
            <w:r>
              <w:t>org</w:t>
            </w:r>
            <w:r w:rsidRPr="00332DB8">
              <w:rPr>
                <w:lang w:val="ru-RU"/>
              </w:rPr>
              <w:t>/</w:t>
            </w:r>
            <w:r>
              <w:t>download</w:t>
            </w:r>
            <w:r w:rsidRPr="00332DB8">
              <w:rPr>
                <w:lang w:val="ru-RU"/>
              </w:rPr>
              <w:t>/158771356_377102103/</w:t>
            </w:r>
            <w:r>
              <w:t>MDP</w:t>
            </w:r>
            <w:r w:rsidRPr="00332DB8">
              <w:rPr>
                <w:lang w:val="ru-RU"/>
              </w:rPr>
              <w:t>-</w:t>
            </w:r>
            <w:r>
              <w:t>Evraziyka</w:t>
            </w:r>
            <w:r w:rsidRPr="00332DB8">
              <w:rPr>
                <w:lang w:val="ru-RU"/>
              </w:rPr>
              <w:t>.</w:t>
            </w:r>
            <w:r>
              <w:t>html</w:t>
            </w:r>
            <w:r w:rsidRPr="00332DB8">
              <w:rPr>
                <w:lang w:val="ru-RU"/>
              </w:rPr>
              <w:t xml:space="preserve">; - </w:t>
            </w:r>
            <w:r>
              <w:t>http</w:t>
            </w:r>
            <w:r w:rsidRPr="00332DB8">
              <w:rPr>
                <w:lang w:val="ru-RU"/>
              </w:rPr>
              <w:t>://</w:t>
            </w:r>
            <w:r>
              <w:t>muzatop</w:t>
            </w:r>
            <w:r w:rsidRPr="00332DB8">
              <w:rPr>
                <w:lang w:val="ru-RU"/>
              </w:rPr>
              <w:t>.</w:t>
            </w:r>
            <w:r>
              <w:t>ru</w:t>
            </w:r>
            <w:r w:rsidRPr="00332DB8">
              <w:rPr>
                <w:lang w:val="ru-RU"/>
              </w:rPr>
              <w:t>/</w:t>
            </w:r>
            <w:r>
              <w:t>muzatop</w:t>
            </w:r>
            <w:r w:rsidRPr="00332DB8">
              <w:rPr>
                <w:lang w:val="ru-RU"/>
              </w:rPr>
              <w:t>_</w:t>
            </w:r>
            <w:r>
              <w:t>song</w:t>
            </w:r>
            <w:r w:rsidRPr="00332DB8">
              <w:rPr>
                <w:lang w:val="ru-RU"/>
              </w:rPr>
              <w:t>/</w:t>
            </w:r>
            <w:r>
              <w:t>mdp</w:t>
            </w:r>
            <w:r w:rsidRPr="00332DB8">
              <w:rPr>
                <w:lang w:val="ru-RU"/>
              </w:rPr>
              <w:t>_</w:t>
            </w:r>
            <w:r>
              <w:t>evrazijka</w:t>
            </w:r>
            <w:r w:rsidRPr="00332DB8">
              <w:rPr>
                <w:lang w:val="ru-RU"/>
              </w:rPr>
              <w:t>.</w:t>
            </w:r>
            <w:r>
              <w:t>html</w:t>
            </w:r>
            <w:r w:rsidRPr="00332DB8">
              <w:rPr>
                <w:lang w:val="ru-RU"/>
              </w:rPr>
              <w:t xml:space="preserve">; - </w:t>
            </w:r>
            <w:r>
              <w:t>http</w:t>
            </w:r>
            <w:r w:rsidRPr="00332DB8">
              <w:rPr>
                <w:lang w:val="ru-RU"/>
              </w:rPr>
              <w:t>://</w:t>
            </w:r>
            <w:r>
              <w:t>laudios</w:t>
            </w:r>
            <w:r w:rsidRPr="00332DB8">
              <w:rPr>
                <w:lang w:val="ru-RU"/>
              </w:rPr>
              <w:t>.</w:t>
            </w:r>
            <w:r>
              <w:t>ru</w:t>
            </w:r>
            <w:r w:rsidRPr="00332DB8">
              <w:rPr>
                <w:lang w:val="ru-RU"/>
              </w:rPr>
              <w:t>/</w:t>
            </w:r>
            <w:r>
              <w:t>search</w:t>
            </w:r>
            <w:r w:rsidRPr="00332DB8">
              <w:rPr>
                <w:lang w:val="ru-RU"/>
              </w:rPr>
              <w:t>/%</w:t>
            </w:r>
            <w:r>
              <w:t>D</w:t>
            </w:r>
            <w:r w:rsidRPr="00332DB8">
              <w:rPr>
                <w:lang w:val="ru-RU"/>
              </w:rPr>
              <w:t>0%9</w:t>
            </w:r>
            <w:r>
              <w:t>C</w:t>
            </w:r>
            <w:r w:rsidRPr="00332DB8">
              <w:rPr>
                <w:lang w:val="ru-RU"/>
              </w:rPr>
              <w:t>%</w:t>
            </w:r>
            <w:r>
              <w:t>D</w:t>
            </w:r>
            <w:r w:rsidRPr="00332DB8">
              <w:rPr>
                <w:lang w:val="ru-RU"/>
              </w:rPr>
              <w:t>0%</w:t>
            </w:r>
            <w:r>
              <w:t>B</w:t>
            </w:r>
            <w:r w:rsidRPr="00332DB8">
              <w:rPr>
                <w:lang w:val="ru-RU"/>
              </w:rPr>
              <w:t>4%</w:t>
            </w:r>
            <w:r>
              <w:t>D</w:t>
            </w:r>
            <w:r w:rsidRPr="00332DB8">
              <w:rPr>
                <w:lang w:val="ru-RU"/>
              </w:rPr>
              <w:t>0%</w:t>
            </w:r>
            <w:r>
              <w:t>BF</w:t>
            </w:r>
            <w:r w:rsidRPr="00332DB8">
              <w:rPr>
                <w:lang w:val="ru-RU"/>
              </w:rPr>
              <w:t>+++%</w:t>
            </w:r>
            <w:r>
              <w:t>D</w:t>
            </w:r>
            <w:r w:rsidRPr="00332DB8">
              <w:rPr>
                <w:lang w:val="ru-RU"/>
              </w:rPr>
              <w:t>0%95%</w:t>
            </w:r>
            <w:r>
              <w:t>D</w:t>
            </w:r>
            <w:r w:rsidRPr="00332DB8">
              <w:rPr>
                <w:lang w:val="ru-RU"/>
              </w:rPr>
              <w:t>0%</w:t>
            </w:r>
            <w:r>
              <w:t>B</w:t>
            </w:r>
            <w:r w:rsidRPr="00332DB8">
              <w:rPr>
                <w:lang w:val="ru-RU"/>
              </w:rPr>
              <w:t xml:space="preserve">2% </w:t>
            </w:r>
            <w:r>
              <w:t>D</w:t>
            </w:r>
            <w:r w:rsidRPr="00332DB8">
              <w:rPr>
                <w:lang w:val="ru-RU"/>
              </w:rPr>
              <w:t>1%80%</w:t>
            </w:r>
            <w:r>
              <w:t>D</w:t>
            </w:r>
            <w:r w:rsidRPr="00332DB8">
              <w:rPr>
                <w:lang w:val="ru-RU"/>
              </w:rPr>
              <w:t>0%</w:t>
            </w:r>
            <w:r>
              <w:t>B</w:t>
            </w:r>
            <w:r w:rsidRPr="00332DB8">
              <w:rPr>
                <w:lang w:val="ru-RU"/>
              </w:rPr>
              <w:t>0%</w:t>
            </w:r>
            <w:r>
              <w:t>D</w:t>
            </w:r>
            <w:r w:rsidRPr="00332DB8">
              <w:rPr>
                <w:lang w:val="ru-RU"/>
              </w:rPr>
              <w:t>0%</w:t>
            </w:r>
            <w:r>
              <w:t>B</w:t>
            </w:r>
            <w:r w:rsidRPr="00332DB8">
              <w:rPr>
                <w:lang w:val="ru-RU"/>
              </w:rPr>
              <w:t>7%</w:t>
            </w:r>
            <w:r>
              <w:t>D</w:t>
            </w:r>
            <w:r w:rsidRPr="00332DB8">
              <w:rPr>
                <w:lang w:val="ru-RU"/>
              </w:rPr>
              <w:t>0%</w:t>
            </w:r>
            <w:r>
              <w:t>B</w:t>
            </w:r>
            <w:r w:rsidRPr="00332DB8">
              <w:rPr>
                <w:lang w:val="ru-RU"/>
              </w:rPr>
              <w:t>8%</w:t>
            </w:r>
            <w:r>
              <w:t>D</w:t>
            </w:r>
            <w:r w:rsidRPr="00332DB8">
              <w:rPr>
                <w:lang w:val="ru-RU"/>
              </w:rPr>
              <w:t>0%</w:t>
            </w:r>
            <w:r>
              <w:t>B</w:t>
            </w:r>
            <w:r w:rsidRPr="00332DB8">
              <w:rPr>
                <w:lang w:val="ru-RU"/>
              </w:rPr>
              <w:t>9%</w:t>
            </w:r>
            <w:r>
              <w:t>D</w:t>
            </w:r>
            <w:r w:rsidRPr="00332DB8">
              <w:rPr>
                <w:lang w:val="ru-RU"/>
              </w:rPr>
              <w:t>0%</w:t>
            </w:r>
            <w:r>
              <w:t>BA</w:t>
            </w:r>
            <w:r w:rsidRPr="00332DB8">
              <w:rPr>
                <w:lang w:val="ru-RU"/>
              </w:rPr>
              <w:t>%</w:t>
            </w:r>
            <w:r>
              <w:t>D</w:t>
            </w:r>
            <w:r w:rsidRPr="00332DB8">
              <w:rPr>
                <w:lang w:val="ru-RU"/>
              </w:rPr>
              <w:t>0%</w:t>
            </w:r>
            <w:r>
              <w:t>B</w:t>
            </w:r>
            <w:r w:rsidRPr="00332DB8">
              <w:rPr>
                <w:lang w:val="ru-RU"/>
              </w:rPr>
              <w:t>0 (решение Дзержинского районного суда г. Волгограда от 16.02.2017);</w:t>
            </w:r>
          </w:p>
        </w:tc>
        <w:tc>
          <w:tcPr>
            <w:tcW w:w="2880" w:type="dxa"/>
          </w:tcPr>
          <w:p w:rsidR="006F7457" w:rsidRDefault="00332DB8">
            <w:r>
              <w:lastRenderedPageBreak/>
              <w:t>19.</w:t>
            </w:r>
            <w:r>
              <w:lastRenderedPageBreak/>
              <w:t>05.2017</w:t>
            </w:r>
          </w:p>
        </w:tc>
      </w:tr>
      <w:tr w:rsidR="006F7457">
        <w:tc>
          <w:tcPr>
            <w:tcW w:w="2880" w:type="dxa"/>
          </w:tcPr>
          <w:p w:rsidR="006F7457" w:rsidRDefault="00332DB8">
            <w:r>
              <w:lastRenderedPageBreak/>
              <w:t>4107.</w:t>
            </w:r>
          </w:p>
        </w:tc>
        <w:tc>
          <w:tcPr>
            <w:tcW w:w="2880" w:type="dxa"/>
          </w:tcPr>
          <w:p w:rsidR="006F7457" w:rsidRPr="00332DB8" w:rsidRDefault="00332DB8">
            <w:pPr>
              <w:rPr>
                <w:lang w:val="ru-RU"/>
              </w:rPr>
            </w:pPr>
            <w:r w:rsidRPr="00332DB8">
              <w:rPr>
                <w:lang w:val="ru-RU"/>
              </w:rPr>
              <w:t xml:space="preserve">Материал, размещенный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2880" w:type="dxa"/>
          </w:tcPr>
          <w:p w:rsidR="006F7457" w:rsidRDefault="00332DB8">
            <w:r>
              <w:t>26.05.2017</w:t>
            </w:r>
          </w:p>
        </w:tc>
      </w:tr>
      <w:tr w:rsidR="006F7457">
        <w:tc>
          <w:tcPr>
            <w:tcW w:w="2880" w:type="dxa"/>
          </w:tcPr>
          <w:p w:rsidR="006F7457" w:rsidRDefault="00332DB8">
            <w:r>
              <w:t>4108.</w:t>
            </w:r>
          </w:p>
        </w:tc>
        <w:tc>
          <w:tcPr>
            <w:tcW w:w="2880" w:type="dxa"/>
          </w:tcPr>
          <w:p w:rsidR="006F7457" w:rsidRPr="00332DB8" w:rsidRDefault="00332DB8">
            <w:pPr>
              <w:rPr>
                <w:lang w:val="ru-RU"/>
              </w:rPr>
            </w:pPr>
            <w:r w:rsidRPr="00332DB8">
              <w:rPr>
                <w:lang w:val="ru-RU"/>
              </w:rPr>
              <w:t xml:space="preserve">Материал, размещенный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p>
        </w:tc>
        <w:tc>
          <w:tcPr>
            <w:tcW w:w="2880" w:type="dxa"/>
          </w:tcPr>
          <w:p w:rsidR="006F7457" w:rsidRDefault="00332DB8">
            <w:r>
              <w:t>26.05.2017</w:t>
            </w:r>
          </w:p>
        </w:tc>
      </w:tr>
      <w:tr w:rsidR="006F7457">
        <w:tc>
          <w:tcPr>
            <w:tcW w:w="2880" w:type="dxa"/>
          </w:tcPr>
          <w:p w:rsidR="006F7457" w:rsidRDefault="00332DB8">
            <w:r>
              <w:t>4109.</w:t>
            </w:r>
          </w:p>
        </w:tc>
        <w:tc>
          <w:tcPr>
            <w:tcW w:w="2880" w:type="dxa"/>
          </w:tcPr>
          <w:p w:rsidR="006F7457" w:rsidRPr="00332DB8" w:rsidRDefault="00332DB8">
            <w:pPr>
              <w:rPr>
                <w:lang w:val="ru-RU"/>
              </w:rPr>
            </w:pPr>
            <w:r w:rsidRPr="00332DB8">
              <w:rPr>
                <w:lang w:val="ru-RU"/>
              </w:rPr>
              <w:t xml:space="preserve">Материал, размещенный на 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2880" w:type="dxa"/>
          </w:tcPr>
          <w:p w:rsidR="006F7457" w:rsidRDefault="00332DB8">
            <w:r>
              <w:t>26.05.2017</w:t>
            </w:r>
          </w:p>
        </w:tc>
      </w:tr>
      <w:tr w:rsidR="006F7457">
        <w:tc>
          <w:tcPr>
            <w:tcW w:w="2880" w:type="dxa"/>
          </w:tcPr>
          <w:p w:rsidR="006F7457" w:rsidRDefault="00332DB8">
            <w:r>
              <w:t>411</w:t>
            </w:r>
            <w:r>
              <w:lastRenderedPageBreak/>
              <w:t>0.</w:t>
            </w:r>
          </w:p>
        </w:tc>
        <w:tc>
          <w:tcPr>
            <w:tcW w:w="2880" w:type="dxa"/>
          </w:tcPr>
          <w:p w:rsidR="006F7457" w:rsidRPr="00332DB8" w:rsidRDefault="00332DB8">
            <w:pPr>
              <w:rPr>
                <w:lang w:val="ru-RU"/>
              </w:rPr>
            </w:pPr>
            <w:r w:rsidRPr="00332DB8">
              <w:rPr>
                <w:lang w:val="ru-RU"/>
              </w:rPr>
              <w:lastRenderedPageBreak/>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125845501- изображение группы людей с подписью «они еще встретят твою дочь, когда она пойдет из школы», размещенное 01.02.15 </w:t>
            </w:r>
            <w:r w:rsidRPr="00332DB8">
              <w:rPr>
                <w:lang w:val="ru-RU"/>
              </w:rPr>
              <w:lastRenderedPageBreak/>
              <w:t>(решение Ломоносовского районного суда г. Архангельска от 10.02.2017);</w:t>
            </w:r>
          </w:p>
        </w:tc>
        <w:tc>
          <w:tcPr>
            <w:tcW w:w="2880" w:type="dxa"/>
          </w:tcPr>
          <w:p w:rsidR="006F7457" w:rsidRDefault="00332DB8">
            <w:r>
              <w:lastRenderedPageBreak/>
              <w:t>26.05.201</w:t>
            </w:r>
            <w:r>
              <w:lastRenderedPageBreak/>
              <w:t>7</w:t>
            </w:r>
          </w:p>
        </w:tc>
      </w:tr>
      <w:tr w:rsidR="006F7457">
        <w:tc>
          <w:tcPr>
            <w:tcW w:w="2880" w:type="dxa"/>
          </w:tcPr>
          <w:p w:rsidR="006F7457" w:rsidRDefault="00332DB8">
            <w:r>
              <w:lastRenderedPageBreak/>
              <w:t>4111.</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4112.</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4113.</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4114.</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4115.</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lastRenderedPageBreak/>
              <w:t>4116.</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4117.</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4118.</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4119.</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4120.</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дверей вагона метро с надписью «Жри к....», размещенное 7.03.2015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w:t>
            </w:r>
            <w:r>
              <w:lastRenderedPageBreak/>
              <w:t>121.</w:t>
            </w:r>
          </w:p>
        </w:tc>
        <w:tc>
          <w:tcPr>
            <w:tcW w:w="2880" w:type="dxa"/>
          </w:tcPr>
          <w:p w:rsidR="006F7457" w:rsidRPr="00332DB8" w:rsidRDefault="00332DB8">
            <w:pPr>
              <w:rPr>
                <w:lang w:val="ru-RU"/>
              </w:rPr>
            </w:pPr>
            <w:r w:rsidRPr="00332DB8">
              <w:rPr>
                <w:lang w:val="ru-RU"/>
              </w:rPr>
              <w:lastRenderedPageBreak/>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w:t>
            </w:r>
            <w:r w:rsidRPr="00332DB8">
              <w:rPr>
                <w:lang w:val="ru-RU"/>
              </w:rPr>
              <w:lastRenderedPageBreak/>
              <w:t xml:space="preserve">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2880" w:type="dxa"/>
          </w:tcPr>
          <w:p w:rsidR="006F7457" w:rsidRDefault="00332DB8">
            <w:r>
              <w:lastRenderedPageBreak/>
              <w:t>26.</w:t>
            </w:r>
            <w:r>
              <w:lastRenderedPageBreak/>
              <w:t>05.2017</w:t>
            </w:r>
          </w:p>
        </w:tc>
      </w:tr>
      <w:tr w:rsidR="006F7457">
        <w:tc>
          <w:tcPr>
            <w:tcW w:w="2880" w:type="dxa"/>
          </w:tcPr>
          <w:p w:rsidR="006F7457" w:rsidRDefault="00332DB8">
            <w:r>
              <w:lastRenderedPageBreak/>
              <w:t>4122.</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4123.</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4124.</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4125.</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412</w:t>
            </w:r>
            <w:r>
              <w:lastRenderedPageBreak/>
              <w:t>6.</w:t>
            </w:r>
          </w:p>
        </w:tc>
        <w:tc>
          <w:tcPr>
            <w:tcW w:w="2880" w:type="dxa"/>
          </w:tcPr>
          <w:p w:rsidR="006F7457" w:rsidRPr="00332DB8" w:rsidRDefault="00332DB8">
            <w:pPr>
              <w:rPr>
                <w:lang w:val="ru-RU"/>
              </w:rPr>
            </w:pPr>
            <w:r w:rsidRPr="00332DB8">
              <w:rPr>
                <w:lang w:val="ru-RU"/>
              </w:rPr>
              <w:lastRenderedPageBreak/>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125845501 - изображение женщины строителя на фоне российского флага с подписью «Это Россия, а не кишлак .. на родину ...», </w:t>
            </w:r>
            <w:r w:rsidRPr="00332DB8">
              <w:rPr>
                <w:lang w:val="ru-RU"/>
              </w:rPr>
              <w:lastRenderedPageBreak/>
              <w:t>размещенное 26.03.15 (решение Ломоносовского районного суда г. Архангельска от 10.02.2017);</w:t>
            </w:r>
          </w:p>
        </w:tc>
        <w:tc>
          <w:tcPr>
            <w:tcW w:w="2880" w:type="dxa"/>
          </w:tcPr>
          <w:p w:rsidR="006F7457" w:rsidRDefault="00332DB8">
            <w:r>
              <w:lastRenderedPageBreak/>
              <w:t>26.05.201</w:t>
            </w:r>
            <w:r>
              <w:lastRenderedPageBreak/>
              <w:t>7</w:t>
            </w:r>
          </w:p>
        </w:tc>
      </w:tr>
      <w:tr w:rsidR="006F7457">
        <w:tc>
          <w:tcPr>
            <w:tcW w:w="2880" w:type="dxa"/>
          </w:tcPr>
          <w:p w:rsidR="006F7457" w:rsidRDefault="00332DB8">
            <w:r>
              <w:lastRenderedPageBreak/>
              <w:t>4127.</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4128.</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4129.</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4130.</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413</w:t>
            </w:r>
            <w:r>
              <w:lastRenderedPageBreak/>
              <w:t>1.</w:t>
            </w:r>
          </w:p>
        </w:tc>
        <w:tc>
          <w:tcPr>
            <w:tcW w:w="2880" w:type="dxa"/>
          </w:tcPr>
          <w:p w:rsidR="006F7457" w:rsidRPr="00332DB8" w:rsidRDefault="00332DB8">
            <w:pPr>
              <w:rPr>
                <w:lang w:val="ru-RU"/>
              </w:rPr>
            </w:pPr>
            <w:r w:rsidRPr="00332DB8">
              <w:rPr>
                <w:lang w:val="ru-RU"/>
              </w:rPr>
              <w:lastRenderedPageBreak/>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w:t>
            </w:r>
            <w:r w:rsidRPr="00332DB8">
              <w:rPr>
                <w:lang w:val="ru-RU"/>
              </w:rPr>
              <w:lastRenderedPageBreak/>
              <w:t>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2880" w:type="dxa"/>
          </w:tcPr>
          <w:p w:rsidR="006F7457" w:rsidRDefault="00332DB8">
            <w:r>
              <w:lastRenderedPageBreak/>
              <w:t>26.05.201</w:t>
            </w:r>
            <w:r>
              <w:lastRenderedPageBreak/>
              <w:t>7</w:t>
            </w:r>
          </w:p>
        </w:tc>
      </w:tr>
      <w:tr w:rsidR="006F7457">
        <w:tc>
          <w:tcPr>
            <w:tcW w:w="2880" w:type="dxa"/>
          </w:tcPr>
          <w:p w:rsidR="006F7457" w:rsidRDefault="00332DB8">
            <w:r>
              <w:lastRenderedPageBreak/>
              <w:t>4132.</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4133.</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4134.</w:t>
            </w:r>
          </w:p>
        </w:tc>
        <w:tc>
          <w:tcPr>
            <w:tcW w:w="2880" w:type="dxa"/>
          </w:tcPr>
          <w:p w:rsidR="006F7457" w:rsidRDefault="00332DB8">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125845501 - изображение семи картинок из мультфильмов с подписями «Кто мы? ....!! Что мы хотим? Жить в России ...когда мы это хотим? </w:t>
            </w:r>
            <w:r>
              <w:t>Всегда!!», размещенное 14.02.15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4135.</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413</w:t>
            </w:r>
            <w:r>
              <w:lastRenderedPageBreak/>
              <w:t>6.</w:t>
            </w:r>
          </w:p>
        </w:tc>
        <w:tc>
          <w:tcPr>
            <w:tcW w:w="2880" w:type="dxa"/>
          </w:tcPr>
          <w:p w:rsidR="006F7457" w:rsidRPr="00332DB8" w:rsidRDefault="00332DB8">
            <w:pPr>
              <w:rPr>
                <w:lang w:val="ru-RU"/>
              </w:rPr>
            </w:pPr>
            <w:r w:rsidRPr="00332DB8">
              <w:rPr>
                <w:lang w:val="ru-RU"/>
              </w:rPr>
              <w:lastRenderedPageBreak/>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125845501- изображение из десяти фотографий с изображением людей (предположительно заложников) с подписью «ИСЛАМ РЕЛИГИЯ </w:t>
            </w:r>
            <w:r w:rsidRPr="00332DB8">
              <w:rPr>
                <w:lang w:val="ru-RU"/>
              </w:rPr>
              <w:lastRenderedPageBreak/>
              <w:t>МИРА И ДОБРА соглашайтесь, а то мы расстреляем заложников», размещенное 10.02.15 (решение Ломоносовского районного суда г. Архангельска от 10.02.2017);</w:t>
            </w:r>
          </w:p>
        </w:tc>
        <w:tc>
          <w:tcPr>
            <w:tcW w:w="2880" w:type="dxa"/>
          </w:tcPr>
          <w:p w:rsidR="006F7457" w:rsidRDefault="00332DB8">
            <w:r>
              <w:lastRenderedPageBreak/>
              <w:t>26.05.201</w:t>
            </w:r>
            <w:r>
              <w:lastRenderedPageBreak/>
              <w:t>7</w:t>
            </w:r>
          </w:p>
        </w:tc>
      </w:tr>
      <w:tr w:rsidR="006F7457">
        <w:tc>
          <w:tcPr>
            <w:tcW w:w="2880" w:type="dxa"/>
          </w:tcPr>
          <w:p w:rsidR="006F7457" w:rsidRDefault="00332DB8">
            <w:r>
              <w:lastRenderedPageBreak/>
              <w:t>4137.</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4138.</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4139.</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4140.</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w:t>
            </w:r>
            <w:r>
              <w:lastRenderedPageBreak/>
              <w:t>41.</w:t>
            </w:r>
          </w:p>
        </w:tc>
        <w:tc>
          <w:tcPr>
            <w:tcW w:w="2880" w:type="dxa"/>
          </w:tcPr>
          <w:p w:rsidR="006F7457" w:rsidRPr="00332DB8" w:rsidRDefault="00332DB8">
            <w:pPr>
              <w:rPr>
                <w:lang w:val="ru-RU"/>
              </w:rPr>
            </w:pPr>
            <w:r w:rsidRPr="00332DB8">
              <w:rPr>
                <w:lang w:val="ru-RU"/>
              </w:rPr>
              <w:lastRenderedPageBreak/>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125845501- изображение </w:t>
            </w:r>
            <w:r w:rsidRPr="00332DB8">
              <w:rPr>
                <w:lang w:val="ru-RU"/>
              </w:rPr>
              <w:lastRenderedPageBreak/>
              <w:t>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2880" w:type="dxa"/>
          </w:tcPr>
          <w:p w:rsidR="006F7457" w:rsidRDefault="00332DB8">
            <w:r>
              <w:lastRenderedPageBreak/>
              <w:t>26.05.</w:t>
            </w:r>
            <w:r>
              <w:lastRenderedPageBreak/>
              <w:t>2017</w:t>
            </w:r>
          </w:p>
        </w:tc>
      </w:tr>
      <w:tr w:rsidR="006F7457">
        <w:tc>
          <w:tcPr>
            <w:tcW w:w="2880" w:type="dxa"/>
          </w:tcPr>
          <w:p w:rsidR="006F7457" w:rsidRDefault="00332DB8">
            <w:r>
              <w:lastRenderedPageBreak/>
              <w:t>4142.</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4143.</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4144.</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4145.</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t>4146.</w:t>
            </w:r>
          </w:p>
        </w:tc>
        <w:tc>
          <w:tcPr>
            <w:tcW w:w="2880" w:type="dxa"/>
          </w:tcPr>
          <w:p w:rsidR="006F7457" w:rsidRPr="00332DB8" w:rsidRDefault="00332DB8">
            <w:pPr>
              <w:rPr>
                <w:lang w:val="ru-RU"/>
              </w:rPr>
            </w:pPr>
            <w:r w:rsidRPr="00332DB8">
              <w:rPr>
                <w:lang w:val="ru-RU"/>
              </w:rPr>
              <w:t xml:space="preserve">Материал, размещенный на Интернет-сайте </w:t>
            </w:r>
            <w:r>
              <w:t>http</w:t>
            </w:r>
            <w:r w:rsidRPr="00332DB8">
              <w:rPr>
                <w:lang w:val="ru-RU"/>
              </w:rPr>
              <w:t>://</w:t>
            </w:r>
            <w:r>
              <w:t>vk</w:t>
            </w:r>
            <w:r w:rsidRPr="00332DB8">
              <w:rPr>
                <w:lang w:val="ru-RU"/>
              </w:rPr>
              <w:t>.</w:t>
            </w:r>
            <w:r>
              <w:t>com</w:t>
            </w:r>
            <w:r w:rsidRPr="00332DB8">
              <w:rPr>
                <w:lang w:val="ru-RU"/>
              </w:rPr>
              <w:t xml:space="preserve"> социальной сети «ВКонтакте» на персональной странице пользователя с именем «Максим Бондарев»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2880" w:type="dxa"/>
          </w:tcPr>
          <w:p w:rsidR="006F7457" w:rsidRDefault="00332DB8">
            <w:r>
              <w:t>26.05.2017</w:t>
            </w:r>
          </w:p>
        </w:tc>
      </w:tr>
      <w:tr w:rsidR="006F7457">
        <w:tc>
          <w:tcPr>
            <w:tcW w:w="2880" w:type="dxa"/>
          </w:tcPr>
          <w:p w:rsidR="006F7457" w:rsidRDefault="00332DB8">
            <w:r>
              <w:lastRenderedPageBreak/>
              <w:t>4147.</w:t>
            </w:r>
          </w:p>
        </w:tc>
        <w:tc>
          <w:tcPr>
            <w:tcW w:w="2880" w:type="dxa"/>
          </w:tcPr>
          <w:p w:rsidR="006F7457" w:rsidRPr="00332DB8" w:rsidRDefault="00332DB8">
            <w:pPr>
              <w:rPr>
                <w:lang w:val="ru-RU"/>
              </w:rPr>
            </w:pPr>
            <w:r w:rsidRPr="00332DB8">
              <w:rPr>
                <w:lang w:val="ru-RU"/>
              </w:rPr>
              <w:t>Видеоматериал «</w:t>
            </w:r>
            <w:r>
              <w:t>Maddyson</w:t>
            </w:r>
            <w:r w:rsidRPr="00332DB8">
              <w:rPr>
                <w:lang w:val="ru-RU"/>
              </w:rPr>
              <w:t xml:space="preserve">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2880" w:type="dxa"/>
          </w:tcPr>
          <w:p w:rsidR="006F7457" w:rsidRDefault="00332DB8">
            <w:r>
              <w:t>26.05.2017</w:t>
            </w:r>
          </w:p>
        </w:tc>
      </w:tr>
      <w:tr w:rsidR="006F7457">
        <w:tc>
          <w:tcPr>
            <w:tcW w:w="2880" w:type="dxa"/>
          </w:tcPr>
          <w:p w:rsidR="006F7457" w:rsidRDefault="00332DB8">
            <w:r>
              <w:t>4148.</w:t>
            </w:r>
          </w:p>
        </w:tc>
        <w:tc>
          <w:tcPr>
            <w:tcW w:w="2880" w:type="dxa"/>
          </w:tcPr>
          <w:p w:rsidR="006F7457" w:rsidRPr="00332DB8" w:rsidRDefault="00332DB8">
            <w:pPr>
              <w:rPr>
                <w:lang w:val="ru-RU"/>
              </w:rPr>
            </w:pPr>
            <w:r w:rsidRPr="00332DB8">
              <w:rPr>
                <w:lang w:val="ru-RU"/>
              </w:rPr>
              <w:t>Видеоролик под названием «</w:t>
            </w:r>
            <w:r>
              <w:t>Vlazz</w:t>
            </w:r>
            <w:r w:rsidRPr="00332DB8">
              <w:rPr>
                <w:lang w:val="ru-RU"/>
              </w:rPr>
              <w:t xml:space="preserve"> Йорш-А.С.А.В.», размещенный в социальной сети «ВКонтакте» сети Интернет, имеющий сетевой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147996056 (решение Калужского районного суда Калужской области от 16.03.2017);</w:t>
            </w:r>
          </w:p>
        </w:tc>
        <w:tc>
          <w:tcPr>
            <w:tcW w:w="2880" w:type="dxa"/>
          </w:tcPr>
          <w:p w:rsidR="006F7457" w:rsidRDefault="00332DB8">
            <w:r>
              <w:t>26.05.2017</w:t>
            </w:r>
          </w:p>
        </w:tc>
      </w:tr>
      <w:tr w:rsidR="006F7457">
        <w:tc>
          <w:tcPr>
            <w:tcW w:w="2880" w:type="dxa"/>
          </w:tcPr>
          <w:p w:rsidR="006F7457" w:rsidRDefault="00332DB8">
            <w:r>
              <w:t>4149.</w:t>
            </w:r>
          </w:p>
        </w:tc>
        <w:tc>
          <w:tcPr>
            <w:tcW w:w="2880" w:type="dxa"/>
          </w:tcPr>
          <w:p w:rsidR="006F7457" w:rsidRPr="00332DB8" w:rsidRDefault="00332DB8">
            <w:pPr>
              <w:rPr>
                <w:lang w:val="ru-RU"/>
              </w:rPr>
            </w:pPr>
            <w:r w:rsidRPr="00332DB8">
              <w:rPr>
                <w:lang w:val="ru-RU"/>
              </w:rPr>
              <w:t xml:space="preserve">Видеоролик под названием «Я РУССКИЙ 14/88», размещенный в социальной сети «ВКонтакте» сети Интернет, имеющий сетевой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194183251 (решение Калужского районного суда Калужской области от 16.03.2017);</w:t>
            </w:r>
          </w:p>
        </w:tc>
        <w:tc>
          <w:tcPr>
            <w:tcW w:w="2880" w:type="dxa"/>
          </w:tcPr>
          <w:p w:rsidR="006F7457" w:rsidRDefault="00332DB8">
            <w:r>
              <w:t>26.05.2017</w:t>
            </w:r>
          </w:p>
        </w:tc>
      </w:tr>
      <w:tr w:rsidR="006F7457">
        <w:tc>
          <w:tcPr>
            <w:tcW w:w="2880" w:type="dxa"/>
          </w:tcPr>
          <w:p w:rsidR="006F7457" w:rsidRDefault="00332DB8">
            <w:r>
              <w:t>4150.</w:t>
            </w:r>
          </w:p>
        </w:tc>
        <w:tc>
          <w:tcPr>
            <w:tcW w:w="2880" w:type="dxa"/>
          </w:tcPr>
          <w:p w:rsidR="006F7457" w:rsidRDefault="00332DB8">
            <w:r w:rsidRPr="00332DB8">
              <w:rPr>
                <w:lang w:val="ru-RU"/>
              </w:rPr>
              <w:t>Материал – видеофайл «Сражение с ассадитами в «Шейх Наджар.</w:t>
            </w:r>
            <w:r>
              <w:t>mp</w:t>
            </w:r>
            <w:r w:rsidRPr="00332DB8">
              <w:rPr>
                <w:lang w:val="ru-RU"/>
              </w:rPr>
              <w:t xml:space="preserve">4», продолжительностью </w:t>
            </w:r>
            <w:r>
              <w:t>6 минут 28 секунд (решение Курганского городского суда от 28.03.2017);</w:t>
            </w:r>
          </w:p>
        </w:tc>
        <w:tc>
          <w:tcPr>
            <w:tcW w:w="2880" w:type="dxa"/>
          </w:tcPr>
          <w:p w:rsidR="006F7457" w:rsidRDefault="00332DB8">
            <w:r>
              <w:t>26.05.2017</w:t>
            </w:r>
          </w:p>
        </w:tc>
      </w:tr>
      <w:tr w:rsidR="006F7457">
        <w:tc>
          <w:tcPr>
            <w:tcW w:w="2880" w:type="dxa"/>
          </w:tcPr>
          <w:p w:rsidR="006F7457" w:rsidRDefault="00332DB8">
            <w:r>
              <w:t>4151.</w:t>
            </w:r>
          </w:p>
        </w:tc>
        <w:tc>
          <w:tcPr>
            <w:tcW w:w="2880" w:type="dxa"/>
          </w:tcPr>
          <w:p w:rsidR="006F7457" w:rsidRDefault="00332DB8">
            <w:r w:rsidRPr="00332DB8">
              <w:rPr>
                <w:lang w:val="ru-RU"/>
              </w:rPr>
              <w:t xml:space="preserve">Книга Гулия В.В. «Подножие российского Олимпа. Штрихи к портрету современного чиновника» (-М.: ООО «Издательство Алгоритм», 2015 г.) </w:t>
            </w:r>
            <w:r>
              <w:t>(решение Хорошевского районного суда города Москвы от 29.03.2017).</w:t>
            </w:r>
          </w:p>
        </w:tc>
        <w:tc>
          <w:tcPr>
            <w:tcW w:w="2880" w:type="dxa"/>
          </w:tcPr>
          <w:p w:rsidR="006F7457" w:rsidRDefault="00332DB8">
            <w:r>
              <w:t>26.05.2017</w:t>
            </w:r>
          </w:p>
        </w:tc>
      </w:tr>
      <w:tr w:rsidR="006F7457">
        <w:tc>
          <w:tcPr>
            <w:tcW w:w="2880" w:type="dxa"/>
          </w:tcPr>
          <w:p w:rsidR="006F7457" w:rsidRDefault="00332DB8">
            <w:r>
              <w:t>415</w:t>
            </w:r>
            <w:r>
              <w:lastRenderedPageBreak/>
              <w:t>2.</w:t>
            </w:r>
          </w:p>
        </w:tc>
        <w:tc>
          <w:tcPr>
            <w:tcW w:w="2880" w:type="dxa"/>
          </w:tcPr>
          <w:p w:rsidR="006F7457" w:rsidRPr="00332DB8" w:rsidRDefault="00332DB8">
            <w:pPr>
              <w:rPr>
                <w:lang w:val="ru-RU"/>
              </w:rPr>
            </w:pPr>
            <w:r w:rsidRPr="00332DB8">
              <w:rPr>
                <w:lang w:val="ru-RU"/>
              </w:rPr>
              <w:lastRenderedPageBreak/>
              <w:t xml:space="preserve">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w:t>
            </w:r>
            <w:r w:rsidRPr="00332DB8">
              <w:rPr>
                <w:lang w:val="ru-RU"/>
              </w:rPr>
              <w:lastRenderedPageBreak/>
              <w:t>Башкортостан от 12.04.2017);</w:t>
            </w:r>
          </w:p>
        </w:tc>
        <w:tc>
          <w:tcPr>
            <w:tcW w:w="2880" w:type="dxa"/>
          </w:tcPr>
          <w:p w:rsidR="006F7457" w:rsidRDefault="00332DB8">
            <w:r>
              <w:lastRenderedPageBreak/>
              <w:t>07.06.201</w:t>
            </w:r>
            <w:r>
              <w:lastRenderedPageBreak/>
              <w:t>7</w:t>
            </w:r>
          </w:p>
        </w:tc>
      </w:tr>
      <w:tr w:rsidR="006F7457">
        <w:tc>
          <w:tcPr>
            <w:tcW w:w="2880" w:type="dxa"/>
          </w:tcPr>
          <w:p w:rsidR="006F7457" w:rsidRDefault="00332DB8">
            <w:r>
              <w:lastRenderedPageBreak/>
              <w:t>4153.</w:t>
            </w:r>
          </w:p>
        </w:tc>
        <w:tc>
          <w:tcPr>
            <w:tcW w:w="2880" w:type="dxa"/>
          </w:tcPr>
          <w:p w:rsidR="006F7457" w:rsidRDefault="00332DB8">
            <w:r w:rsidRPr="00332DB8">
              <w:rPr>
                <w:lang w:val="ru-RU"/>
              </w:rPr>
              <w:t xml:space="preserve">Книга «Мухаммад Закария Кандехлави. Благочестие и богобоязненность» - Казань, Издательство «Дом печати». -2003. -248. </w:t>
            </w:r>
            <w:r>
              <w:t>(решения Кировского районного суда г. Уфы Республики Башкортостан от 01.02.2017);</w:t>
            </w:r>
          </w:p>
        </w:tc>
        <w:tc>
          <w:tcPr>
            <w:tcW w:w="2880" w:type="dxa"/>
          </w:tcPr>
          <w:p w:rsidR="006F7457" w:rsidRDefault="00332DB8">
            <w:r>
              <w:t>07.06.2017</w:t>
            </w:r>
          </w:p>
        </w:tc>
      </w:tr>
      <w:tr w:rsidR="006F7457">
        <w:tc>
          <w:tcPr>
            <w:tcW w:w="2880" w:type="dxa"/>
          </w:tcPr>
          <w:p w:rsidR="006F7457" w:rsidRDefault="00332DB8">
            <w:r>
              <w:t>4154.</w:t>
            </w:r>
          </w:p>
        </w:tc>
        <w:tc>
          <w:tcPr>
            <w:tcW w:w="2880" w:type="dxa"/>
          </w:tcPr>
          <w:p w:rsidR="006F7457" w:rsidRPr="00332DB8" w:rsidRDefault="00332DB8">
            <w:pPr>
              <w:rPr>
                <w:lang w:val="ru-RU"/>
              </w:rPr>
            </w:pPr>
            <w:r w:rsidRPr="00332DB8">
              <w:rPr>
                <w:lang w:val="ru-RU"/>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2880" w:type="dxa"/>
          </w:tcPr>
          <w:p w:rsidR="006F7457" w:rsidRDefault="00332DB8">
            <w:r>
              <w:t>07.06.2017</w:t>
            </w:r>
          </w:p>
        </w:tc>
      </w:tr>
      <w:tr w:rsidR="006F7457">
        <w:tc>
          <w:tcPr>
            <w:tcW w:w="2880" w:type="dxa"/>
          </w:tcPr>
          <w:p w:rsidR="006F7457" w:rsidRDefault="00332DB8">
            <w:r>
              <w:t>4155.</w:t>
            </w:r>
          </w:p>
        </w:tc>
        <w:tc>
          <w:tcPr>
            <w:tcW w:w="2880" w:type="dxa"/>
          </w:tcPr>
          <w:p w:rsidR="006F7457" w:rsidRPr="00332DB8" w:rsidRDefault="00332DB8">
            <w:pPr>
              <w:rPr>
                <w:lang w:val="ru-RU"/>
              </w:rPr>
            </w:pPr>
            <w:r w:rsidRPr="00332DB8">
              <w:rPr>
                <w:lang w:val="ru-RU"/>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2880" w:type="dxa"/>
          </w:tcPr>
          <w:p w:rsidR="006F7457" w:rsidRDefault="00332DB8">
            <w:r>
              <w:t>07.06.2017</w:t>
            </w:r>
          </w:p>
        </w:tc>
      </w:tr>
      <w:tr w:rsidR="006F7457">
        <w:tc>
          <w:tcPr>
            <w:tcW w:w="2880" w:type="dxa"/>
          </w:tcPr>
          <w:p w:rsidR="006F7457" w:rsidRDefault="00332DB8">
            <w:r>
              <w:t>4156.</w:t>
            </w:r>
          </w:p>
        </w:tc>
        <w:tc>
          <w:tcPr>
            <w:tcW w:w="2880" w:type="dxa"/>
          </w:tcPr>
          <w:p w:rsidR="006F7457" w:rsidRPr="00332DB8" w:rsidRDefault="00332DB8">
            <w:pPr>
              <w:rPr>
                <w:lang w:val="ru-RU"/>
              </w:rPr>
            </w:pPr>
            <w:r w:rsidRPr="00332DB8">
              <w:rPr>
                <w:lang w:val="ru-RU"/>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2880" w:type="dxa"/>
          </w:tcPr>
          <w:p w:rsidR="006F7457" w:rsidRDefault="00332DB8">
            <w:r>
              <w:t>07.06.2017</w:t>
            </w:r>
          </w:p>
        </w:tc>
      </w:tr>
      <w:tr w:rsidR="006F7457">
        <w:tc>
          <w:tcPr>
            <w:tcW w:w="2880" w:type="dxa"/>
          </w:tcPr>
          <w:p w:rsidR="006F7457" w:rsidRDefault="00332DB8">
            <w:r>
              <w:t>4157.</w:t>
            </w:r>
          </w:p>
        </w:tc>
        <w:tc>
          <w:tcPr>
            <w:tcW w:w="2880" w:type="dxa"/>
          </w:tcPr>
          <w:p w:rsidR="006F7457" w:rsidRPr="00332DB8" w:rsidRDefault="00332DB8">
            <w:pPr>
              <w:rPr>
                <w:lang w:val="ru-RU"/>
              </w:rPr>
            </w:pPr>
            <w:r w:rsidRPr="00332DB8">
              <w:rPr>
                <w:lang w:val="ru-RU"/>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2880" w:type="dxa"/>
          </w:tcPr>
          <w:p w:rsidR="006F7457" w:rsidRDefault="00332DB8">
            <w:r>
              <w:t>07.06.2017</w:t>
            </w:r>
          </w:p>
        </w:tc>
      </w:tr>
      <w:tr w:rsidR="006F7457">
        <w:tc>
          <w:tcPr>
            <w:tcW w:w="2880" w:type="dxa"/>
          </w:tcPr>
          <w:p w:rsidR="006F7457" w:rsidRDefault="00332DB8">
            <w:r>
              <w:t>4</w:t>
            </w:r>
            <w:r>
              <w:lastRenderedPageBreak/>
              <w:t>158.</w:t>
            </w:r>
          </w:p>
        </w:tc>
        <w:tc>
          <w:tcPr>
            <w:tcW w:w="2880" w:type="dxa"/>
          </w:tcPr>
          <w:p w:rsidR="006F7457" w:rsidRPr="00332DB8" w:rsidRDefault="00332DB8">
            <w:pPr>
              <w:rPr>
                <w:lang w:val="ru-RU"/>
              </w:rPr>
            </w:pPr>
            <w:r w:rsidRPr="00332DB8">
              <w:rPr>
                <w:lang w:val="ru-RU"/>
              </w:rPr>
              <w:lastRenderedPageBreak/>
              <w:t xml:space="preserve">Видеозапись «Шейх Аль-Муджахид АбдуЛлах Аззам (рахимухуЛлах)», продолжительностью 07 минут 39 </w:t>
            </w:r>
            <w:r w:rsidRPr="00332DB8">
              <w:rPr>
                <w:lang w:val="ru-RU"/>
              </w:rPr>
              <w:lastRenderedPageBreak/>
              <w:t>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2880" w:type="dxa"/>
          </w:tcPr>
          <w:p w:rsidR="006F7457" w:rsidRDefault="00332DB8">
            <w:r>
              <w:lastRenderedPageBreak/>
              <w:t>07.</w:t>
            </w:r>
            <w:r>
              <w:lastRenderedPageBreak/>
              <w:t>06.2017</w:t>
            </w:r>
          </w:p>
        </w:tc>
      </w:tr>
      <w:tr w:rsidR="006F7457">
        <w:tc>
          <w:tcPr>
            <w:tcW w:w="2880" w:type="dxa"/>
          </w:tcPr>
          <w:p w:rsidR="006F7457" w:rsidRDefault="00332DB8">
            <w:r>
              <w:lastRenderedPageBreak/>
              <w:t>4159.</w:t>
            </w:r>
          </w:p>
        </w:tc>
        <w:tc>
          <w:tcPr>
            <w:tcW w:w="2880" w:type="dxa"/>
          </w:tcPr>
          <w:p w:rsidR="006F7457" w:rsidRPr="00332DB8" w:rsidRDefault="00332DB8">
            <w:pPr>
              <w:rPr>
                <w:lang w:val="ru-RU"/>
              </w:rPr>
            </w:pPr>
            <w:r w:rsidRPr="00332DB8">
              <w:rPr>
                <w:lang w:val="ru-RU"/>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2880" w:type="dxa"/>
          </w:tcPr>
          <w:p w:rsidR="006F7457" w:rsidRDefault="00332DB8">
            <w:r>
              <w:t>07.06.2017</w:t>
            </w:r>
          </w:p>
        </w:tc>
      </w:tr>
      <w:tr w:rsidR="006F7457">
        <w:tc>
          <w:tcPr>
            <w:tcW w:w="2880" w:type="dxa"/>
          </w:tcPr>
          <w:p w:rsidR="006F7457" w:rsidRDefault="00332DB8">
            <w:r>
              <w:t>4160.</w:t>
            </w:r>
          </w:p>
        </w:tc>
        <w:tc>
          <w:tcPr>
            <w:tcW w:w="2880" w:type="dxa"/>
          </w:tcPr>
          <w:p w:rsidR="006F7457" w:rsidRPr="00332DB8" w:rsidRDefault="00332DB8">
            <w:pPr>
              <w:rPr>
                <w:lang w:val="ru-RU"/>
              </w:rPr>
            </w:pPr>
            <w:r w:rsidRPr="00332DB8">
              <w:rPr>
                <w:lang w:val="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2880" w:type="dxa"/>
          </w:tcPr>
          <w:p w:rsidR="006F7457" w:rsidRDefault="00332DB8">
            <w:r>
              <w:t>07.06.2017</w:t>
            </w:r>
          </w:p>
        </w:tc>
      </w:tr>
      <w:tr w:rsidR="006F7457">
        <w:tc>
          <w:tcPr>
            <w:tcW w:w="2880" w:type="dxa"/>
          </w:tcPr>
          <w:p w:rsidR="006F7457" w:rsidRDefault="00332DB8">
            <w:r>
              <w:t>4161.</w:t>
            </w:r>
          </w:p>
        </w:tc>
        <w:tc>
          <w:tcPr>
            <w:tcW w:w="2880" w:type="dxa"/>
          </w:tcPr>
          <w:p w:rsidR="006F7457" w:rsidRPr="00332DB8" w:rsidRDefault="00332DB8">
            <w:pPr>
              <w:rPr>
                <w:lang w:val="ru-RU"/>
              </w:rPr>
            </w:pPr>
            <w:r w:rsidRPr="00332DB8">
              <w:rPr>
                <w:lang w:val="ru-RU"/>
              </w:rPr>
              <w:t>Видеозапись «ИГИШ-_ЖжундуЛЛах_(</w:t>
            </w:r>
            <w:r>
              <w:t>O</w:t>
            </w:r>
            <w:r w:rsidRPr="00332DB8">
              <w:rPr>
                <w:lang w:val="ru-RU"/>
              </w:rPr>
              <w:t>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w:t>
            </w:r>
            <w:r>
              <w:t>Islamic</w:t>
            </w:r>
            <w:r w:rsidRPr="00332DB8">
              <w:rPr>
                <w:lang w:val="ru-RU"/>
              </w:rPr>
              <w:t xml:space="preserve"> </w:t>
            </w:r>
            <w:r>
              <w:t>State</w:t>
            </w:r>
            <w:r w:rsidRPr="00332DB8">
              <w:rPr>
                <w:lang w:val="ru-RU"/>
              </w:rPr>
              <w:t xml:space="preserve"> </w:t>
            </w:r>
            <w:r>
              <w:t>Of</w:t>
            </w:r>
            <w:r w:rsidRPr="00332DB8">
              <w:rPr>
                <w:lang w:val="ru-RU"/>
              </w:rPr>
              <w:t xml:space="preserve"> </w:t>
            </w:r>
            <w:r>
              <w:t>Iraq</w:t>
            </w:r>
            <w:r w:rsidRPr="00332DB8">
              <w:rPr>
                <w:lang w:val="ru-RU"/>
              </w:rPr>
              <w:t xml:space="preserve"> </w:t>
            </w:r>
            <w:r>
              <w:t>and</w:t>
            </w:r>
            <w:r w:rsidRPr="00332DB8">
              <w:rPr>
                <w:lang w:val="ru-RU"/>
              </w:rPr>
              <w:t xml:space="preserve"> </w:t>
            </w:r>
            <w:r>
              <w:t>Sham</w:t>
            </w:r>
            <w:r w:rsidRPr="00332DB8">
              <w:rPr>
                <w:lang w:val="ru-RU"/>
              </w:rPr>
              <w:t>», содержащая музыкальную композицию «</w:t>
            </w:r>
            <w:r>
              <w:t>Jundallah</w:t>
            </w:r>
            <w:r w:rsidRPr="00332DB8">
              <w:rPr>
                <w:lang w:val="ru-RU"/>
              </w:rPr>
              <w:t>»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2880" w:type="dxa"/>
          </w:tcPr>
          <w:p w:rsidR="006F7457" w:rsidRDefault="00332DB8">
            <w:r>
              <w:t>07.06.2017</w:t>
            </w:r>
          </w:p>
        </w:tc>
      </w:tr>
      <w:tr w:rsidR="006F7457">
        <w:tc>
          <w:tcPr>
            <w:tcW w:w="2880" w:type="dxa"/>
          </w:tcPr>
          <w:p w:rsidR="006F7457" w:rsidRDefault="00332DB8">
            <w:r>
              <w:t>4162.</w:t>
            </w:r>
          </w:p>
        </w:tc>
        <w:tc>
          <w:tcPr>
            <w:tcW w:w="2880" w:type="dxa"/>
          </w:tcPr>
          <w:p w:rsidR="006F7457" w:rsidRDefault="00332DB8">
            <w:r w:rsidRPr="00332DB8">
              <w:rPr>
                <w:lang w:val="ru-RU"/>
              </w:rPr>
              <w:t>Аудиозапись «</w:t>
            </w:r>
            <w:r>
              <w:t>Lil</w:t>
            </w:r>
            <w:r w:rsidRPr="00332DB8">
              <w:rPr>
                <w:lang w:val="ru-RU"/>
              </w:rPr>
              <w:t xml:space="preserve"> </w:t>
            </w:r>
            <w:r>
              <w:t>kirya</w:t>
            </w:r>
            <w:r w:rsidRPr="00332DB8">
              <w:rPr>
                <w:lang w:val="ru-RU"/>
              </w:rPr>
              <w:t xml:space="preserve"> - скоро очень скоро кровь кешбоя прольется морем», продолжительностью 03 минуты 40 секунд, начинающаяся словами «Скоро, очень скоро кровь прольется морем...» </w:t>
            </w:r>
            <w:r>
              <w:t>(решение Курганского городского суда от 20.03.2017);</w:t>
            </w:r>
          </w:p>
        </w:tc>
        <w:tc>
          <w:tcPr>
            <w:tcW w:w="2880" w:type="dxa"/>
          </w:tcPr>
          <w:p w:rsidR="006F7457" w:rsidRDefault="00332DB8">
            <w:r>
              <w:t>07.06.2017</w:t>
            </w:r>
          </w:p>
        </w:tc>
      </w:tr>
      <w:tr w:rsidR="006F7457">
        <w:tc>
          <w:tcPr>
            <w:tcW w:w="2880" w:type="dxa"/>
          </w:tcPr>
          <w:p w:rsidR="006F7457" w:rsidRDefault="00332DB8">
            <w:r>
              <w:t>416</w:t>
            </w:r>
            <w:r>
              <w:lastRenderedPageBreak/>
              <w:t>3.</w:t>
            </w:r>
          </w:p>
        </w:tc>
        <w:tc>
          <w:tcPr>
            <w:tcW w:w="2880" w:type="dxa"/>
          </w:tcPr>
          <w:p w:rsidR="006F7457" w:rsidRPr="00332DB8" w:rsidRDefault="00332DB8">
            <w:pPr>
              <w:rPr>
                <w:lang w:val="ru-RU"/>
              </w:rPr>
            </w:pPr>
            <w:r w:rsidRPr="00332DB8">
              <w:rPr>
                <w:lang w:val="ru-RU"/>
              </w:rPr>
              <w:lastRenderedPageBreak/>
              <w:t xml:space="preserve">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w:t>
            </w:r>
            <w:r w:rsidRPr="00332DB8">
              <w:rPr>
                <w:lang w:val="ru-RU"/>
              </w:rPr>
              <w:lastRenderedPageBreak/>
              <w:t>всей планете» (решение Курганского городского суда от 20.03.2017);</w:t>
            </w:r>
          </w:p>
        </w:tc>
        <w:tc>
          <w:tcPr>
            <w:tcW w:w="2880" w:type="dxa"/>
          </w:tcPr>
          <w:p w:rsidR="006F7457" w:rsidRDefault="00332DB8">
            <w:r>
              <w:lastRenderedPageBreak/>
              <w:t>07.06.201</w:t>
            </w:r>
            <w:r>
              <w:lastRenderedPageBreak/>
              <w:t>7</w:t>
            </w:r>
          </w:p>
        </w:tc>
      </w:tr>
      <w:tr w:rsidR="006F7457">
        <w:tc>
          <w:tcPr>
            <w:tcW w:w="2880" w:type="dxa"/>
          </w:tcPr>
          <w:p w:rsidR="006F7457" w:rsidRDefault="00332DB8">
            <w:r>
              <w:lastRenderedPageBreak/>
              <w:t>4164.</w:t>
            </w:r>
          </w:p>
        </w:tc>
        <w:tc>
          <w:tcPr>
            <w:tcW w:w="2880" w:type="dxa"/>
          </w:tcPr>
          <w:p w:rsidR="006F7457" w:rsidRPr="00332DB8" w:rsidRDefault="00332DB8">
            <w:pPr>
              <w:rPr>
                <w:lang w:val="ru-RU"/>
              </w:rPr>
            </w:pPr>
            <w:r w:rsidRPr="00332DB8">
              <w:rPr>
                <w:lang w:val="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2880" w:type="dxa"/>
          </w:tcPr>
          <w:p w:rsidR="006F7457" w:rsidRDefault="00332DB8">
            <w:r>
              <w:t>07.06.2017</w:t>
            </w:r>
          </w:p>
        </w:tc>
      </w:tr>
      <w:tr w:rsidR="006F7457">
        <w:tc>
          <w:tcPr>
            <w:tcW w:w="2880" w:type="dxa"/>
          </w:tcPr>
          <w:p w:rsidR="006F7457" w:rsidRDefault="00332DB8">
            <w:r>
              <w:t>4165.</w:t>
            </w:r>
          </w:p>
        </w:tc>
        <w:tc>
          <w:tcPr>
            <w:tcW w:w="2880" w:type="dxa"/>
          </w:tcPr>
          <w:p w:rsidR="006F7457" w:rsidRPr="00332DB8" w:rsidRDefault="00332DB8">
            <w:pPr>
              <w:rPr>
                <w:lang w:val="ru-RU"/>
              </w:rPr>
            </w:pPr>
            <w:r w:rsidRPr="00332DB8">
              <w:rPr>
                <w:lang w:val="ru-RU"/>
              </w:rPr>
              <w:t>Аудиозапись «</w:t>
            </w:r>
            <w:r>
              <w:t>Apraxia</w:t>
            </w:r>
            <w:r w:rsidRPr="00332DB8">
              <w:rPr>
                <w:lang w:val="ru-RU"/>
              </w:rPr>
              <w:t xml:space="preserve"> - Народ и Раса» в сети Интернет в разделе «Аудиозаписи» (</w:t>
            </w:r>
            <w:r>
              <w:t>https</w:t>
            </w:r>
            <w:r w:rsidRPr="00332DB8">
              <w:rPr>
                <w:lang w:val="ru-RU"/>
              </w:rPr>
              <w:t>://</w:t>
            </w:r>
            <w:r>
              <w:t>vk</w:t>
            </w:r>
            <w:r w:rsidRPr="00332DB8">
              <w:rPr>
                <w:lang w:val="ru-RU"/>
              </w:rPr>
              <w:t>.</w:t>
            </w:r>
            <w:r>
              <w:t>com</w:t>
            </w:r>
            <w:r w:rsidRPr="00332DB8">
              <w:rPr>
                <w:lang w:val="ru-RU"/>
              </w:rPr>
              <w:t>/</w:t>
            </w:r>
            <w:r>
              <w:t>audios</w:t>
            </w:r>
            <w:r w:rsidRPr="00332DB8">
              <w:rPr>
                <w:lang w:val="ru-RU"/>
              </w:rPr>
              <w:t>-390587) «страницы» электронного сообщества «</w:t>
            </w:r>
            <w:r>
              <w:t>R</w:t>
            </w:r>
            <w:r w:rsidRPr="00332DB8">
              <w:rPr>
                <w:lang w:val="ru-RU"/>
              </w:rPr>
              <w:t>-</w:t>
            </w:r>
            <w:r>
              <w:t>RADIO</w:t>
            </w:r>
            <w:r w:rsidRPr="00332DB8">
              <w:rPr>
                <w:lang w:val="ru-RU"/>
              </w:rPr>
              <w:t>» (</w:t>
            </w:r>
            <w:r>
              <w:t>https</w:t>
            </w:r>
            <w:r w:rsidRPr="00332DB8">
              <w:rPr>
                <w:lang w:val="ru-RU"/>
              </w:rPr>
              <w:t>://</w:t>
            </w:r>
            <w:r>
              <w:t>vk</w:t>
            </w:r>
            <w:r w:rsidRPr="00332DB8">
              <w:rPr>
                <w:lang w:val="ru-RU"/>
              </w:rPr>
              <w:t>.</w:t>
            </w:r>
            <w:r>
              <w:t>com</w:t>
            </w:r>
            <w:r w:rsidRPr="00332DB8">
              <w:rPr>
                <w:lang w:val="ru-RU"/>
              </w:rPr>
              <w:t>/</w:t>
            </w:r>
            <w:r>
              <w:t>r</w:t>
            </w:r>
            <w:r w:rsidRPr="00332DB8">
              <w:rPr>
                <w:lang w:val="ru-RU"/>
              </w:rPr>
              <w:t>_</w:t>
            </w:r>
            <w:r>
              <w:t>radio</w:t>
            </w:r>
            <w:r w:rsidRPr="00332DB8">
              <w:rPr>
                <w:lang w:val="ru-RU"/>
              </w:rPr>
              <w:t>) на веб-сервисе «</w:t>
            </w:r>
            <w:r>
              <w:t>vk</w:t>
            </w:r>
            <w:r w:rsidRPr="00332DB8">
              <w:rPr>
                <w:lang w:val="ru-RU"/>
              </w:rPr>
              <w:t>.</w:t>
            </w:r>
            <w:r>
              <w:t>com</w:t>
            </w:r>
            <w:r w:rsidRPr="00332DB8">
              <w:rPr>
                <w:lang w:val="ru-RU"/>
              </w:rPr>
              <w:t>» (</w:t>
            </w:r>
            <w:r>
              <w:t>https</w:t>
            </w:r>
            <w:r w:rsidRPr="00332DB8">
              <w:rPr>
                <w:lang w:val="ru-RU"/>
              </w:rPr>
              <w:t>://</w:t>
            </w:r>
            <w:r>
              <w:t>vk</w:t>
            </w:r>
            <w:r w:rsidRPr="00332DB8">
              <w:rPr>
                <w:lang w:val="ru-RU"/>
              </w:rPr>
              <w:t>.</w:t>
            </w:r>
            <w:r>
              <w:t>com</w:t>
            </w:r>
            <w:r w:rsidRPr="00332DB8">
              <w:rPr>
                <w:lang w:val="ru-RU"/>
              </w:rPr>
              <w:t>) (решение Благовещенского городского суда от 06.04.2017);</w:t>
            </w:r>
          </w:p>
        </w:tc>
        <w:tc>
          <w:tcPr>
            <w:tcW w:w="2880" w:type="dxa"/>
          </w:tcPr>
          <w:p w:rsidR="006F7457" w:rsidRDefault="00332DB8">
            <w:r>
              <w:t>15.06.2017</w:t>
            </w:r>
          </w:p>
        </w:tc>
      </w:tr>
      <w:tr w:rsidR="006F7457">
        <w:tc>
          <w:tcPr>
            <w:tcW w:w="2880" w:type="dxa"/>
          </w:tcPr>
          <w:p w:rsidR="006F7457" w:rsidRDefault="00332DB8">
            <w:r>
              <w:t>4166.</w:t>
            </w:r>
          </w:p>
        </w:tc>
        <w:tc>
          <w:tcPr>
            <w:tcW w:w="2880" w:type="dxa"/>
          </w:tcPr>
          <w:p w:rsidR="006F7457" w:rsidRPr="00332DB8" w:rsidRDefault="00332DB8">
            <w:pPr>
              <w:rPr>
                <w:lang w:val="ru-RU"/>
              </w:rPr>
            </w:pPr>
            <w:r w:rsidRPr="00332DB8">
              <w:rPr>
                <w:lang w:val="ru-RU"/>
              </w:rPr>
              <w:t>Аудиозапись «Белый ОрелЪ - Моя Борьба» в сети Интернет в разделе «Аудиозаписи» (</w:t>
            </w:r>
            <w:r>
              <w:t>https</w:t>
            </w:r>
            <w:r w:rsidRPr="00332DB8">
              <w:rPr>
                <w:lang w:val="ru-RU"/>
              </w:rPr>
              <w:t>://</w:t>
            </w:r>
            <w:r>
              <w:t>vk</w:t>
            </w:r>
            <w:r w:rsidRPr="00332DB8">
              <w:rPr>
                <w:lang w:val="ru-RU"/>
              </w:rPr>
              <w:t>.</w:t>
            </w:r>
            <w:r>
              <w:t>com</w:t>
            </w:r>
            <w:r w:rsidRPr="00332DB8">
              <w:rPr>
                <w:lang w:val="ru-RU"/>
              </w:rPr>
              <w:t>/</w:t>
            </w:r>
            <w:r>
              <w:t>audios</w:t>
            </w:r>
            <w:r w:rsidRPr="00332DB8">
              <w:rPr>
                <w:lang w:val="ru-RU"/>
              </w:rPr>
              <w:t>-390587) «страницы» электронного сообщества «</w:t>
            </w:r>
            <w:r>
              <w:t>R</w:t>
            </w:r>
            <w:r w:rsidRPr="00332DB8">
              <w:rPr>
                <w:lang w:val="ru-RU"/>
              </w:rPr>
              <w:t>-</w:t>
            </w:r>
            <w:r>
              <w:t>RADIO</w:t>
            </w:r>
            <w:r w:rsidRPr="00332DB8">
              <w:rPr>
                <w:lang w:val="ru-RU"/>
              </w:rPr>
              <w:t>» (</w:t>
            </w:r>
            <w:r>
              <w:t>https</w:t>
            </w:r>
            <w:r w:rsidRPr="00332DB8">
              <w:rPr>
                <w:lang w:val="ru-RU"/>
              </w:rPr>
              <w:t>://</w:t>
            </w:r>
            <w:r>
              <w:t>vk</w:t>
            </w:r>
            <w:r w:rsidRPr="00332DB8">
              <w:rPr>
                <w:lang w:val="ru-RU"/>
              </w:rPr>
              <w:t>.</w:t>
            </w:r>
            <w:r>
              <w:t>com</w:t>
            </w:r>
            <w:r w:rsidRPr="00332DB8">
              <w:rPr>
                <w:lang w:val="ru-RU"/>
              </w:rPr>
              <w:t>/</w:t>
            </w:r>
            <w:r>
              <w:t>r</w:t>
            </w:r>
            <w:r w:rsidRPr="00332DB8">
              <w:rPr>
                <w:lang w:val="ru-RU"/>
              </w:rPr>
              <w:t>_</w:t>
            </w:r>
            <w:r>
              <w:t>radio</w:t>
            </w:r>
            <w:r w:rsidRPr="00332DB8">
              <w:rPr>
                <w:lang w:val="ru-RU"/>
              </w:rPr>
              <w:t>) на веб-сервисе «</w:t>
            </w:r>
            <w:r>
              <w:t>vk</w:t>
            </w:r>
            <w:r w:rsidRPr="00332DB8">
              <w:rPr>
                <w:lang w:val="ru-RU"/>
              </w:rPr>
              <w:t>.</w:t>
            </w:r>
            <w:r>
              <w:t>com</w:t>
            </w:r>
            <w:r w:rsidRPr="00332DB8">
              <w:rPr>
                <w:lang w:val="ru-RU"/>
              </w:rPr>
              <w:t>» (</w:t>
            </w:r>
            <w:r>
              <w:t>https</w:t>
            </w:r>
            <w:r w:rsidRPr="00332DB8">
              <w:rPr>
                <w:lang w:val="ru-RU"/>
              </w:rPr>
              <w:t>://</w:t>
            </w:r>
            <w:r>
              <w:t>vk</w:t>
            </w:r>
            <w:r w:rsidRPr="00332DB8">
              <w:rPr>
                <w:lang w:val="ru-RU"/>
              </w:rPr>
              <w:t>.</w:t>
            </w:r>
            <w:r>
              <w:t>com</w:t>
            </w:r>
            <w:r w:rsidRPr="00332DB8">
              <w:rPr>
                <w:lang w:val="ru-RU"/>
              </w:rPr>
              <w:t>) (решение Благовещенского городского суда от 06.04.2017);</w:t>
            </w:r>
          </w:p>
        </w:tc>
        <w:tc>
          <w:tcPr>
            <w:tcW w:w="2880" w:type="dxa"/>
          </w:tcPr>
          <w:p w:rsidR="006F7457" w:rsidRDefault="00332DB8">
            <w:r>
              <w:t>15.06.2017</w:t>
            </w:r>
          </w:p>
        </w:tc>
      </w:tr>
      <w:tr w:rsidR="006F7457">
        <w:tc>
          <w:tcPr>
            <w:tcW w:w="2880" w:type="dxa"/>
          </w:tcPr>
          <w:p w:rsidR="006F7457" w:rsidRDefault="00332DB8">
            <w:r>
              <w:t>4167.</w:t>
            </w:r>
          </w:p>
        </w:tc>
        <w:tc>
          <w:tcPr>
            <w:tcW w:w="2880" w:type="dxa"/>
          </w:tcPr>
          <w:p w:rsidR="006F7457" w:rsidRPr="00332DB8" w:rsidRDefault="00332DB8">
            <w:pPr>
              <w:rPr>
                <w:lang w:val="ru-RU"/>
              </w:rPr>
            </w:pPr>
            <w:r w:rsidRPr="00332DB8">
              <w:rPr>
                <w:lang w:val="ru-RU"/>
              </w:rPr>
              <w:t>Аудиозапись «ССД - Русский парень патриот» в сети Интернет в разделе «Аудиозаписи» (</w:t>
            </w:r>
            <w:r>
              <w:t>https</w:t>
            </w:r>
            <w:r w:rsidRPr="00332DB8">
              <w:rPr>
                <w:lang w:val="ru-RU"/>
              </w:rPr>
              <w:t>://</w:t>
            </w:r>
            <w:r>
              <w:t>vk</w:t>
            </w:r>
            <w:r w:rsidRPr="00332DB8">
              <w:rPr>
                <w:lang w:val="ru-RU"/>
              </w:rPr>
              <w:t>.</w:t>
            </w:r>
            <w:r>
              <w:t>com</w:t>
            </w:r>
            <w:r w:rsidRPr="00332DB8">
              <w:rPr>
                <w:lang w:val="ru-RU"/>
              </w:rPr>
              <w:t>/</w:t>
            </w:r>
            <w:r>
              <w:t>audios</w:t>
            </w:r>
            <w:r w:rsidRPr="00332DB8">
              <w:rPr>
                <w:lang w:val="ru-RU"/>
              </w:rPr>
              <w:t>-390587) «страницы» электронного сообщества «</w:t>
            </w:r>
            <w:r>
              <w:t>R</w:t>
            </w:r>
            <w:r w:rsidRPr="00332DB8">
              <w:rPr>
                <w:lang w:val="ru-RU"/>
              </w:rPr>
              <w:t>-</w:t>
            </w:r>
            <w:r>
              <w:t>RADIO</w:t>
            </w:r>
            <w:r w:rsidRPr="00332DB8">
              <w:rPr>
                <w:lang w:val="ru-RU"/>
              </w:rPr>
              <w:t>» (</w:t>
            </w:r>
            <w:r>
              <w:t>https</w:t>
            </w:r>
            <w:r w:rsidRPr="00332DB8">
              <w:rPr>
                <w:lang w:val="ru-RU"/>
              </w:rPr>
              <w:t>://</w:t>
            </w:r>
            <w:r>
              <w:t>vk</w:t>
            </w:r>
            <w:r w:rsidRPr="00332DB8">
              <w:rPr>
                <w:lang w:val="ru-RU"/>
              </w:rPr>
              <w:t>.</w:t>
            </w:r>
            <w:r>
              <w:t>com</w:t>
            </w:r>
            <w:r w:rsidRPr="00332DB8">
              <w:rPr>
                <w:lang w:val="ru-RU"/>
              </w:rPr>
              <w:t>/</w:t>
            </w:r>
            <w:r>
              <w:t>r</w:t>
            </w:r>
            <w:r w:rsidRPr="00332DB8">
              <w:rPr>
                <w:lang w:val="ru-RU"/>
              </w:rPr>
              <w:t>_</w:t>
            </w:r>
            <w:r>
              <w:t>radio</w:t>
            </w:r>
            <w:r w:rsidRPr="00332DB8">
              <w:rPr>
                <w:lang w:val="ru-RU"/>
              </w:rPr>
              <w:t>) на веб-сервисе «</w:t>
            </w:r>
            <w:r>
              <w:t>vk</w:t>
            </w:r>
            <w:r w:rsidRPr="00332DB8">
              <w:rPr>
                <w:lang w:val="ru-RU"/>
              </w:rPr>
              <w:t>.</w:t>
            </w:r>
            <w:r>
              <w:t>com</w:t>
            </w:r>
            <w:r w:rsidRPr="00332DB8">
              <w:rPr>
                <w:lang w:val="ru-RU"/>
              </w:rPr>
              <w:t>» (</w:t>
            </w:r>
            <w:r>
              <w:t>https</w:t>
            </w:r>
            <w:r w:rsidRPr="00332DB8">
              <w:rPr>
                <w:lang w:val="ru-RU"/>
              </w:rPr>
              <w:t>://</w:t>
            </w:r>
            <w:r>
              <w:t>vk</w:t>
            </w:r>
            <w:r w:rsidRPr="00332DB8">
              <w:rPr>
                <w:lang w:val="ru-RU"/>
              </w:rPr>
              <w:t>.</w:t>
            </w:r>
            <w:r>
              <w:t>com</w:t>
            </w:r>
            <w:r w:rsidRPr="00332DB8">
              <w:rPr>
                <w:lang w:val="ru-RU"/>
              </w:rPr>
              <w:t>) (решение Благовещенского городского суда от 06.04.2017);</w:t>
            </w:r>
          </w:p>
        </w:tc>
        <w:tc>
          <w:tcPr>
            <w:tcW w:w="2880" w:type="dxa"/>
          </w:tcPr>
          <w:p w:rsidR="006F7457" w:rsidRDefault="00332DB8">
            <w:r>
              <w:t>15.06.2017</w:t>
            </w:r>
          </w:p>
        </w:tc>
      </w:tr>
      <w:tr w:rsidR="006F7457">
        <w:tc>
          <w:tcPr>
            <w:tcW w:w="2880" w:type="dxa"/>
          </w:tcPr>
          <w:p w:rsidR="006F7457" w:rsidRDefault="00332DB8">
            <w:r>
              <w:t>4168.</w:t>
            </w:r>
          </w:p>
        </w:tc>
        <w:tc>
          <w:tcPr>
            <w:tcW w:w="2880" w:type="dxa"/>
          </w:tcPr>
          <w:p w:rsidR="006F7457" w:rsidRDefault="00332DB8">
            <w:r>
              <w:t>Исключён</w:t>
            </w:r>
          </w:p>
        </w:tc>
        <w:tc>
          <w:tcPr>
            <w:tcW w:w="2880" w:type="dxa"/>
          </w:tcPr>
          <w:p w:rsidR="006F7457" w:rsidRDefault="00332DB8">
            <w:r>
              <w:t>15.06.2017</w:t>
            </w:r>
          </w:p>
        </w:tc>
      </w:tr>
      <w:tr w:rsidR="006F7457">
        <w:tc>
          <w:tcPr>
            <w:tcW w:w="2880" w:type="dxa"/>
          </w:tcPr>
          <w:p w:rsidR="006F7457" w:rsidRDefault="00332DB8">
            <w:r>
              <w:lastRenderedPageBreak/>
              <w:t>4169.</w:t>
            </w:r>
          </w:p>
        </w:tc>
        <w:tc>
          <w:tcPr>
            <w:tcW w:w="2880" w:type="dxa"/>
          </w:tcPr>
          <w:p w:rsidR="006F7457" w:rsidRDefault="00332DB8">
            <w:r>
              <w:t>Исключён</w:t>
            </w:r>
          </w:p>
        </w:tc>
        <w:tc>
          <w:tcPr>
            <w:tcW w:w="2880" w:type="dxa"/>
          </w:tcPr>
          <w:p w:rsidR="006F7457" w:rsidRDefault="00332DB8">
            <w:r>
              <w:t>15.06.2017</w:t>
            </w:r>
          </w:p>
        </w:tc>
      </w:tr>
      <w:tr w:rsidR="006F7457">
        <w:tc>
          <w:tcPr>
            <w:tcW w:w="2880" w:type="dxa"/>
          </w:tcPr>
          <w:p w:rsidR="006F7457" w:rsidRDefault="00332DB8">
            <w:r>
              <w:t>4170.</w:t>
            </w:r>
          </w:p>
        </w:tc>
        <w:tc>
          <w:tcPr>
            <w:tcW w:w="2880" w:type="dxa"/>
          </w:tcPr>
          <w:p w:rsidR="006F7457" w:rsidRDefault="00332DB8">
            <w:r>
              <w:t>Исключён</w:t>
            </w:r>
          </w:p>
        </w:tc>
        <w:tc>
          <w:tcPr>
            <w:tcW w:w="2880" w:type="dxa"/>
          </w:tcPr>
          <w:p w:rsidR="006F7457" w:rsidRDefault="00332DB8">
            <w:r>
              <w:t>15.06.2017</w:t>
            </w:r>
          </w:p>
        </w:tc>
      </w:tr>
      <w:tr w:rsidR="006F7457">
        <w:tc>
          <w:tcPr>
            <w:tcW w:w="2880" w:type="dxa"/>
          </w:tcPr>
          <w:p w:rsidR="006F7457" w:rsidRDefault="00332DB8">
            <w:r>
              <w:t>4171.</w:t>
            </w:r>
          </w:p>
        </w:tc>
        <w:tc>
          <w:tcPr>
            <w:tcW w:w="2880" w:type="dxa"/>
          </w:tcPr>
          <w:p w:rsidR="006F7457" w:rsidRDefault="00332DB8">
            <w:r>
              <w:t>Исключён</w:t>
            </w:r>
          </w:p>
        </w:tc>
        <w:tc>
          <w:tcPr>
            <w:tcW w:w="2880" w:type="dxa"/>
          </w:tcPr>
          <w:p w:rsidR="006F7457" w:rsidRDefault="00332DB8">
            <w:r>
              <w:t>15.06.2017</w:t>
            </w:r>
          </w:p>
        </w:tc>
      </w:tr>
      <w:tr w:rsidR="006F7457">
        <w:tc>
          <w:tcPr>
            <w:tcW w:w="2880" w:type="dxa"/>
          </w:tcPr>
          <w:p w:rsidR="006F7457" w:rsidRDefault="00332DB8">
            <w:r>
              <w:t>4172.</w:t>
            </w:r>
          </w:p>
        </w:tc>
        <w:tc>
          <w:tcPr>
            <w:tcW w:w="2880" w:type="dxa"/>
          </w:tcPr>
          <w:p w:rsidR="006F7457" w:rsidRPr="00332DB8" w:rsidRDefault="00332DB8">
            <w:pPr>
              <w:rPr>
                <w:lang w:val="ru-RU"/>
              </w:rPr>
            </w:pPr>
            <w:r w:rsidRPr="00332DB8">
              <w:rPr>
                <w:lang w:val="ru-RU"/>
              </w:rPr>
              <w:t xml:space="preserve">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следующим адресам: </w:t>
            </w:r>
            <w:r>
              <w:t>http</w:t>
            </w:r>
            <w:r w:rsidRPr="00332DB8">
              <w:rPr>
                <w:lang w:val="ru-RU"/>
              </w:rPr>
              <w:t>://</w:t>
            </w:r>
            <w:r>
              <w:t>vk</w:t>
            </w:r>
            <w:r w:rsidRPr="00332DB8">
              <w:rPr>
                <w:lang w:val="ru-RU"/>
              </w:rPr>
              <w:t>.</w:t>
            </w:r>
            <w:r>
              <w:t>com</w:t>
            </w:r>
            <w:r w:rsidRPr="00332DB8">
              <w:rPr>
                <w:lang w:val="ru-RU"/>
              </w:rPr>
              <w:t>/</w:t>
            </w:r>
            <w:r>
              <w:t>l</w:t>
            </w:r>
            <w:r w:rsidRPr="00332DB8">
              <w:rPr>
                <w:lang w:val="ru-RU"/>
              </w:rPr>
              <w:t>.</w:t>
            </w:r>
            <w:r>
              <w:t>s</w:t>
            </w:r>
            <w:r w:rsidRPr="00332DB8">
              <w:rPr>
                <w:lang w:val="ru-RU"/>
              </w:rPr>
              <w:t>.</w:t>
            </w:r>
            <w:r>
              <w:t>d</w:t>
            </w:r>
            <w:r w:rsidRPr="00332DB8">
              <w:rPr>
                <w:lang w:val="ru-RU"/>
              </w:rPr>
              <w:t xml:space="preserve">_777,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X</w:t>
            </w:r>
            <w:r w:rsidRPr="00332DB8">
              <w:rPr>
                <w:lang w:val="ru-RU"/>
              </w:rPr>
              <w:t>9</w:t>
            </w:r>
            <w:r>
              <w:t>P</w:t>
            </w:r>
            <w:r w:rsidRPr="00332DB8">
              <w:rPr>
                <w:lang w:val="ru-RU"/>
              </w:rPr>
              <w:t>66</w:t>
            </w:r>
            <w:r>
              <w:t>tLp</w:t>
            </w:r>
            <w:r w:rsidRPr="00332DB8">
              <w:rPr>
                <w:lang w:val="ru-RU"/>
              </w:rPr>
              <w:t xml:space="preserve">6_0, </w:t>
            </w:r>
            <w:r>
              <w:t>https</w:t>
            </w:r>
            <w:r w:rsidRPr="00332DB8">
              <w:rPr>
                <w:lang w:val="ru-RU"/>
              </w:rPr>
              <w:t>://</w:t>
            </w:r>
            <w:r>
              <w:t>ok</w:t>
            </w:r>
            <w:r w:rsidRPr="00332DB8">
              <w:rPr>
                <w:lang w:val="ru-RU"/>
              </w:rPr>
              <w:t>.</w:t>
            </w:r>
            <w:r>
              <w:t>ru</w:t>
            </w:r>
            <w:r w:rsidRPr="00332DB8">
              <w:rPr>
                <w:lang w:val="ru-RU"/>
              </w:rPr>
              <w:t>/</w:t>
            </w:r>
            <w:r>
              <w:t>video</w:t>
            </w:r>
            <w:r w:rsidRPr="00332DB8">
              <w:rPr>
                <w:lang w:val="ru-RU"/>
              </w:rPr>
              <w:t xml:space="preserve">/2680949438,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vjiHk</w:t>
            </w:r>
            <w:r w:rsidRPr="00332DB8">
              <w:rPr>
                <w:lang w:val="ru-RU"/>
              </w:rPr>
              <w:t>9</w:t>
            </w:r>
            <w:r>
              <w:t>Cg</w:t>
            </w:r>
            <w:r w:rsidRPr="00332DB8">
              <w:rPr>
                <w:lang w:val="ru-RU"/>
              </w:rPr>
              <w:t>6</w:t>
            </w:r>
            <w:r>
              <w:t>Zq</w:t>
            </w:r>
            <w:r w:rsidRPr="00332DB8">
              <w:rPr>
                <w:lang w:val="ru-RU"/>
              </w:rPr>
              <w:t xml:space="preserve">0, </w:t>
            </w:r>
            <w:r>
              <w:t>https</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i</w:t>
            </w:r>
            <w:r w:rsidRPr="00332DB8">
              <w:rPr>
                <w:lang w:val="ru-RU"/>
              </w:rPr>
              <w:t>7</w:t>
            </w:r>
            <w:r>
              <w:t>pa</w:t>
            </w:r>
            <w:r w:rsidRPr="00332DB8">
              <w:rPr>
                <w:lang w:val="ru-RU"/>
              </w:rPr>
              <w:t>6-90/</w:t>
            </w:r>
            <w:r>
              <w:t>video</w:t>
            </w:r>
            <w:r w:rsidRPr="00332DB8">
              <w:rPr>
                <w:lang w:val="ru-RU"/>
              </w:rPr>
              <w:t>/_</w:t>
            </w:r>
            <w:r>
              <w:t>myvideo</w:t>
            </w:r>
            <w:r w:rsidRPr="00332DB8">
              <w:rPr>
                <w:lang w:val="ru-RU"/>
              </w:rPr>
              <w:t>/29.</w:t>
            </w:r>
            <w:r>
              <w:t>html</w:t>
            </w:r>
            <w:r w:rsidRPr="00332DB8">
              <w:rPr>
                <w:lang w:val="ru-RU"/>
              </w:rPr>
              <w:t xml:space="preserve"> (решение Ленинского районного суда г. Ульяновска от 31.03.2017);</w:t>
            </w:r>
          </w:p>
        </w:tc>
        <w:tc>
          <w:tcPr>
            <w:tcW w:w="2880" w:type="dxa"/>
          </w:tcPr>
          <w:p w:rsidR="006F7457" w:rsidRDefault="00332DB8">
            <w:r>
              <w:t>15.06.2017</w:t>
            </w:r>
          </w:p>
        </w:tc>
      </w:tr>
      <w:tr w:rsidR="006F7457">
        <w:tc>
          <w:tcPr>
            <w:tcW w:w="2880" w:type="dxa"/>
          </w:tcPr>
          <w:p w:rsidR="006F7457" w:rsidRDefault="00332DB8">
            <w:r>
              <w:t>4173.</w:t>
            </w:r>
          </w:p>
        </w:tc>
        <w:tc>
          <w:tcPr>
            <w:tcW w:w="2880" w:type="dxa"/>
          </w:tcPr>
          <w:p w:rsidR="006F7457" w:rsidRPr="00332DB8" w:rsidRDefault="00332DB8">
            <w:pPr>
              <w:rPr>
                <w:lang w:val="ru-RU"/>
              </w:rPr>
            </w:pPr>
            <w:r w:rsidRPr="00332DB8">
              <w:rPr>
                <w:lang w:val="ru-RU"/>
              </w:rPr>
              <w:t xml:space="preserve">Книга «Вопросы молодежи. Практические советы. Том 2», </w:t>
            </w:r>
            <w:r>
              <w:t>WATCHTOWER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OP</w:t>
            </w:r>
            <w:r w:rsidRPr="00332DB8">
              <w:rPr>
                <w:lang w:val="ru-RU"/>
              </w:rPr>
              <w:t xml:space="preserve"> </w:t>
            </w:r>
            <w:r>
              <w:t>NEW</w:t>
            </w:r>
            <w:r w:rsidRPr="00332DB8">
              <w:rPr>
                <w:lang w:val="ru-RU"/>
              </w:rPr>
              <w:t xml:space="preserve"> </w:t>
            </w:r>
            <w:r>
              <w:t>YORK</w:t>
            </w:r>
            <w:r w:rsidRPr="00332DB8">
              <w:rPr>
                <w:lang w:val="ru-RU"/>
              </w:rPr>
              <w:t xml:space="preserve">, </w:t>
            </w:r>
            <w:r>
              <w:t>INC</w:t>
            </w:r>
            <w:r w:rsidRPr="00332DB8">
              <w:rPr>
                <w:lang w:val="ru-RU"/>
              </w:rPr>
              <w:t xml:space="preserve"> </w:t>
            </w:r>
            <w:r>
              <w:t>Brooklyn</w:t>
            </w:r>
            <w:r w:rsidRPr="00332DB8">
              <w:rPr>
                <w:lang w:val="ru-RU"/>
              </w:rPr>
              <w:t xml:space="preserve">, </w:t>
            </w:r>
            <w:r>
              <w:t>New</w:t>
            </w:r>
            <w:r w:rsidRPr="00332DB8">
              <w:rPr>
                <w:lang w:val="ru-RU"/>
              </w:rPr>
              <w:t xml:space="preserve"> У</w:t>
            </w:r>
            <w:r>
              <w:t>ork</w:t>
            </w:r>
            <w:r w:rsidRPr="00332DB8">
              <w:rPr>
                <w:lang w:val="ru-RU"/>
              </w:rPr>
              <w:t xml:space="preserve">, </w:t>
            </w:r>
            <w:r>
              <w:t>USA</w:t>
            </w:r>
            <w:r w:rsidRPr="00332DB8">
              <w:rPr>
                <w:lang w:val="ru-RU"/>
              </w:rPr>
              <w:t>, 2008 г. (решение Пролетарского районного суда г. Ростова-на-Дону от 24.03.2017);</w:t>
            </w:r>
          </w:p>
        </w:tc>
        <w:tc>
          <w:tcPr>
            <w:tcW w:w="2880" w:type="dxa"/>
          </w:tcPr>
          <w:p w:rsidR="006F7457" w:rsidRDefault="00332DB8">
            <w:r>
              <w:t>15.06.2017</w:t>
            </w:r>
          </w:p>
        </w:tc>
      </w:tr>
      <w:tr w:rsidR="006F7457">
        <w:tc>
          <w:tcPr>
            <w:tcW w:w="2880" w:type="dxa"/>
          </w:tcPr>
          <w:p w:rsidR="006F7457" w:rsidRDefault="00332DB8">
            <w:r>
              <w:lastRenderedPageBreak/>
              <w:t>4174.</w:t>
            </w:r>
          </w:p>
        </w:tc>
        <w:tc>
          <w:tcPr>
            <w:tcW w:w="2880" w:type="dxa"/>
          </w:tcPr>
          <w:p w:rsidR="006F7457" w:rsidRPr="00332DB8" w:rsidRDefault="00332DB8">
            <w:pPr>
              <w:rPr>
                <w:lang w:val="ru-RU"/>
              </w:rPr>
            </w:pPr>
            <w:r w:rsidRPr="00332DB8">
              <w:rPr>
                <w:lang w:val="ru-RU"/>
              </w:rPr>
              <w:t>Пост вербальной и визуальной информации, опубликованный пользователем блог-платформы «Живой журнал» (</w:t>
            </w:r>
            <w:r>
              <w:t>Livejournal</w:t>
            </w:r>
            <w:r w:rsidRPr="00332DB8">
              <w:rPr>
                <w:lang w:val="ru-RU"/>
              </w:rPr>
              <w:t>.</w:t>
            </w:r>
            <w:r>
              <w:t>com</w:t>
            </w:r>
            <w:r w:rsidRPr="00332DB8">
              <w:rPr>
                <w:lang w:val="ru-RU"/>
              </w:rPr>
              <w:t>) «</w:t>
            </w:r>
            <w:r>
              <w:t>archerss</w:t>
            </w:r>
            <w:r w:rsidRPr="00332DB8">
              <w:rPr>
                <w:lang w:val="ru-RU"/>
              </w:rPr>
              <w:t>» (</w:t>
            </w:r>
            <w:r>
              <w:t>http</w:t>
            </w:r>
            <w:r w:rsidRPr="00332DB8">
              <w:rPr>
                <w:lang w:val="ru-RU"/>
              </w:rPr>
              <w:t>://</w:t>
            </w:r>
            <w:r>
              <w:t>archerss</w:t>
            </w:r>
            <w:r w:rsidRPr="00332DB8">
              <w:rPr>
                <w:lang w:val="ru-RU"/>
              </w:rPr>
              <w:t>.</w:t>
            </w:r>
            <w:r>
              <w:t>livejournal</w:t>
            </w:r>
            <w:r w:rsidRPr="00332DB8">
              <w:rPr>
                <w:lang w:val="ru-RU"/>
              </w:rPr>
              <w:t>.</w:t>
            </w:r>
            <w:r>
              <w:t>com</w:t>
            </w:r>
            <w:r w:rsidRPr="00332DB8">
              <w:rPr>
                <w:lang w:val="ru-RU"/>
              </w:rPr>
              <w:t>») (решение Таганского районного суда города Москвы от 03.10.2016);</w:t>
            </w:r>
          </w:p>
        </w:tc>
        <w:tc>
          <w:tcPr>
            <w:tcW w:w="2880" w:type="dxa"/>
          </w:tcPr>
          <w:p w:rsidR="006F7457" w:rsidRDefault="00332DB8">
            <w:r>
              <w:t>29.06.2017</w:t>
            </w:r>
          </w:p>
        </w:tc>
      </w:tr>
      <w:tr w:rsidR="006F7457">
        <w:tc>
          <w:tcPr>
            <w:tcW w:w="2880" w:type="dxa"/>
          </w:tcPr>
          <w:p w:rsidR="006F7457" w:rsidRDefault="00332DB8">
            <w:r>
              <w:t>4175.</w:t>
            </w:r>
          </w:p>
        </w:tc>
        <w:tc>
          <w:tcPr>
            <w:tcW w:w="2880" w:type="dxa"/>
          </w:tcPr>
          <w:p w:rsidR="006F7457" w:rsidRDefault="00332DB8">
            <w:r>
              <w:t>Исключен</w:t>
            </w:r>
          </w:p>
        </w:tc>
        <w:tc>
          <w:tcPr>
            <w:tcW w:w="2880" w:type="dxa"/>
          </w:tcPr>
          <w:p w:rsidR="006F7457" w:rsidRDefault="00332DB8">
            <w:r>
              <w:t>14.07.2017</w:t>
            </w:r>
          </w:p>
        </w:tc>
      </w:tr>
      <w:tr w:rsidR="006F7457">
        <w:tc>
          <w:tcPr>
            <w:tcW w:w="2880" w:type="dxa"/>
          </w:tcPr>
          <w:p w:rsidR="006F7457" w:rsidRDefault="00332DB8">
            <w:r>
              <w:t>4176.</w:t>
            </w:r>
          </w:p>
        </w:tc>
        <w:tc>
          <w:tcPr>
            <w:tcW w:w="2880" w:type="dxa"/>
          </w:tcPr>
          <w:p w:rsidR="006F7457" w:rsidRPr="00332DB8" w:rsidRDefault="00332DB8">
            <w:pPr>
              <w:rPr>
                <w:lang w:val="ru-RU"/>
              </w:rPr>
            </w:pPr>
            <w:r w:rsidRPr="00332DB8">
              <w:rPr>
                <w:lang w:val="ru-RU"/>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2880" w:type="dxa"/>
          </w:tcPr>
          <w:p w:rsidR="006F7457" w:rsidRDefault="00332DB8">
            <w:r>
              <w:t>14.07.2017</w:t>
            </w:r>
          </w:p>
        </w:tc>
      </w:tr>
      <w:tr w:rsidR="006F7457">
        <w:tc>
          <w:tcPr>
            <w:tcW w:w="2880" w:type="dxa"/>
          </w:tcPr>
          <w:p w:rsidR="006F7457" w:rsidRDefault="00332DB8">
            <w:r>
              <w:t>4177.</w:t>
            </w:r>
          </w:p>
        </w:tc>
        <w:tc>
          <w:tcPr>
            <w:tcW w:w="2880" w:type="dxa"/>
          </w:tcPr>
          <w:p w:rsidR="006F7457" w:rsidRPr="00332DB8" w:rsidRDefault="00332DB8">
            <w:pPr>
              <w:rPr>
                <w:lang w:val="ru-RU"/>
              </w:rPr>
            </w:pPr>
            <w:r w:rsidRPr="00332DB8">
              <w:rPr>
                <w:lang w:val="ru-RU"/>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2880" w:type="dxa"/>
          </w:tcPr>
          <w:p w:rsidR="006F7457" w:rsidRDefault="00332DB8">
            <w:r>
              <w:t>14.07.2017</w:t>
            </w:r>
          </w:p>
        </w:tc>
      </w:tr>
      <w:tr w:rsidR="006F7457">
        <w:tc>
          <w:tcPr>
            <w:tcW w:w="2880" w:type="dxa"/>
          </w:tcPr>
          <w:p w:rsidR="006F7457" w:rsidRDefault="00332DB8">
            <w:r>
              <w:t>4178.</w:t>
            </w:r>
          </w:p>
        </w:tc>
        <w:tc>
          <w:tcPr>
            <w:tcW w:w="2880" w:type="dxa"/>
          </w:tcPr>
          <w:p w:rsidR="006F7457" w:rsidRPr="00332DB8" w:rsidRDefault="00332DB8">
            <w:pPr>
              <w:rPr>
                <w:lang w:val="ru-RU"/>
              </w:rPr>
            </w:pPr>
            <w:r w:rsidRPr="00332DB8">
              <w:rPr>
                <w:lang w:val="ru-RU"/>
              </w:rPr>
              <w:t xml:space="preserve">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w:t>
            </w:r>
            <w:r>
              <w:t>opium</w:t>
            </w:r>
            <w:r w:rsidRPr="00332DB8">
              <w:rPr>
                <w:lang w:val="ru-RU"/>
              </w:rPr>
              <w:t>.2</w:t>
            </w:r>
            <w:r>
              <w:t>bb</w:t>
            </w:r>
            <w:r w:rsidRPr="00332DB8">
              <w:rPr>
                <w:lang w:val="ru-RU"/>
              </w:rPr>
              <w:t>.</w:t>
            </w:r>
            <w:r>
              <w:t>m</w:t>
            </w:r>
            <w:r w:rsidRPr="00332DB8">
              <w:rPr>
                <w:lang w:val="ru-RU"/>
              </w:rPr>
              <w:t>/</w:t>
            </w:r>
            <w:r>
              <w:t>viewtopic</w:t>
            </w:r>
            <w:r w:rsidRPr="00332DB8">
              <w:rPr>
                <w:lang w:val="ru-RU"/>
              </w:rPr>
              <w:t>.</w:t>
            </w:r>
            <w:r>
              <w:t>php</w:t>
            </w:r>
            <w:r w:rsidRPr="00332DB8">
              <w:rPr>
                <w:lang w:val="ru-RU"/>
              </w:rPr>
              <w:t>?</w:t>
            </w:r>
            <w:r>
              <w:t>id</w:t>
            </w:r>
            <w:r w:rsidRPr="00332DB8">
              <w:rPr>
                <w:lang w:val="ru-RU"/>
              </w:rPr>
              <w:t>=58&amp;</w:t>
            </w:r>
            <w:r>
              <w:t>p</w:t>
            </w:r>
            <w:r w:rsidRPr="00332DB8">
              <w:rPr>
                <w:lang w:val="ru-RU"/>
              </w:rPr>
              <w:t>=14#</w:t>
            </w:r>
            <w:r>
              <w:t>p</w:t>
            </w:r>
            <w:r w:rsidRPr="00332DB8">
              <w:rPr>
                <w:lang w:val="ru-RU"/>
              </w:rPr>
              <w:t xml:space="preserve">4290 - </w:t>
            </w:r>
            <w:r>
              <w:t>anime</w:t>
            </w:r>
            <w:r w:rsidRPr="00332DB8">
              <w:rPr>
                <w:lang w:val="ru-RU"/>
              </w:rPr>
              <w:t>.</w:t>
            </w:r>
            <w:r>
              <w:t>old</w:t>
            </w:r>
            <w:r w:rsidRPr="00332DB8">
              <w:rPr>
                <w:lang w:val="ru-RU"/>
              </w:rPr>
              <w:t>.</w:t>
            </w:r>
            <w:r>
              <w:t>reactor</w:t>
            </w:r>
            <w:r w:rsidRPr="00332DB8">
              <w:rPr>
                <w:lang w:val="ru-RU"/>
              </w:rPr>
              <w:t>.</w:t>
            </w:r>
            <w:r>
              <w:t>cc</w:t>
            </w:r>
            <w:r w:rsidRPr="00332DB8">
              <w:rPr>
                <w:lang w:val="ru-RU"/>
              </w:rPr>
              <w:t>/</w:t>
            </w:r>
            <w:r>
              <w:t>post</w:t>
            </w:r>
            <w:r w:rsidRPr="00332DB8">
              <w:rPr>
                <w:lang w:val="ru-RU"/>
              </w:rPr>
              <w:t xml:space="preserve">/213999 - </w:t>
            </w:r>
            <w:r>
              <w:t>nibler</w:t>
            </w:r>
            <w:r w:rsidRPr="00332DB8">
              <w:rPr>
                <w:lang w:val="ru-RU"/>
              </w:rPr>
              <w:t>.</w:t>
            </w:r>
            <w:r>
              <w:t>ru</w:t>
            </w:r>
            <w:r w:rsidRPr="00332DB8">
              <w:rPr>
                <w:lang w:val="ru-RU"/>
              </w:rPr>
              <w:t>/6671-</w:t>
            </w:r>
            <w:r>
              <w:t>na</w:t>
            </w:r>
            <w:r w:rsidRPr="00332DB8">
              <w:rPr>
                <w:lang w:val="ru-RU"/>
              </w:rPr>
              <w:t>-</w:t>
            </w:r>
            <w:r>
              <w:t>zlobu</w:t>
            </w:r>
            <w:r w:rsidRPr="00332DB8">
              <w:rPr>
                <w:lang w:val="ru-RU"/>
              </w:rPr>
              <w:t>-</w:t>
            </w:r>
            <w:r>
              <w:t>dnya</w:t>
            </w:r>
            <w:r w:rsidRPr="00332DB8">
              <w:rPr>
                <w:lang w:val="ru-RU"/>
              </w:rPr>
              <w:t>.</w:t>
            </w:r>
            <w:r>
              <w:t>html</w:t>
            </w:r>
            <w:r w:rsidRPr="00332DB8">
              <w:rPr>
                <w:lang w:val="ru-RU"/>
              </w:rPr>
              <w:t xml:space="preserve">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2880" w:type="dxa"/>
          </w:tcPr>
          <w:p w:rsidR="006F7457" w:rsidRDefault="00332DB8">
            <w:r>
              <w:t>25.07.2017</w:t>
            </w:r>
          </w:p>
        </w:tc>
      </w:tr>
      <w:tr w:rsidR="006F7457">
        <w:tc>
          <w:tcPr>
            <w:tcW w:w="2880" w:type="dxa"/>
          </w:tcPr>
          <w:p w:rsidR="006F7457" w:rsidRDefault="00332DB8">
            <w:r>
              <w:t>4</w:t>
            </w:r>
            <w:r>
              <w:lastRenderedPageBreak/>
              <w:t>179.</w:t>
            </w:r>
          </w:p>
        </w:tc>
        <w:tc>
          <w:tcPr>
            <w:tcW w:w="2880" w:type="dxa"/>
          </w:tcPr>
          <w:p w:rsidR="006F7457" w:rsidRPr="00332DB8" w:rsidRDefault="00332DB8">
            <w:pPr>
              <w:rPr>
                <w:lang w:val="ru-RU"/>
              </w:rPr>
            </w:pPr>
            <w:r w:rsidRPr="00332DB8">
              <w:rPr>
                <w:lang w:val="ru-RU"/>
              </w:rPr>
              <w:lastRenderedPageBreak/>
              <w:t xml:space="preserve">Аудиокомпозиция «Чурки – «нецензурная лексика» – «Все мы атифашисты», начинающаяся словами «Всэ мы </w:t>
            </w:r>
            <w:r w:rsidRPr="00332DB8">
              <w:rPr>
                <w:lang w:val="ru-RU"/>
              </w:rPr>
              <w:lastRenderedPageBreak/>
              <w:t xml:space="preserve">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w:t>
            </w:r>
            <w:r>
              <w:t>http</w:t>
            </w:r>
            <w:r w:rsidRPr="00332DB8">
              <w:rPr>
                <w:lang w:val="ru-RU"/>
              </w:rPr>
              <w:t>:</w:t>
            </w:r>
            <w:r>
              <w:t>mixpromo</w:t>
            </w:r>
            <w:r w:rsidRPr="00332DB8">
              <w:rPr>
                <w:lang w:val="ru-RU"/>
              </w:rPr>
              <w:t>.</w:t>
            </w:r>
            <w:r>
              <w:t>net</w:t>
            </w:r>
            <w:r w:rsidRPr="00332DB8">
              <w:rPr>
                <w:lang w:val="ru-RU"/>
              </w:rPr>
              <w:t>/</w:t>
            </w:r>
            <w:r>
              <w:t>track</w:t>
            </w:r>
            <w:r w:rsidRPr="00332DB8">
              <w:rPr>
                <w:lang w:val="ru-RU"/>
              </w:rPr>
              <w:t xml:space="preserve">/160696416_207173011; </w:t>
            </w:r>
            <w:r>
              <w:t>http</w:t>
            </w:r>
            <w:r w:rsidRPr="00332DB8">
              <w:rPr>
                <w:lang w:val="ru-RU"/>
              </w:rPr>
              <w:t>://</w:t>
            </w:r>
            <w:r>
              <w:t>mixpromo</w:t>
            </w:r>
            <w:r w:rsidRPr="00332DB8">
              <w:rPr>
                <w:lang w:val="ru-RU"/>
              </w:rPr>
              <w:t>.</w:t>
            </w:r>
            <w:r>
              <w:t>net</w:t>
            </w:r>
            <w:r w:rsidRPr="00332DB8">
              <w:rPr>
                <w:lang w:val="ru-RU"/>
              </w:rPr>
              <w:t>/</w:t>
            </w:r>
            <w:r>
              <w:t>track</w:t>
            </w:r>
            <w:r w:rsidRPr="00332DB8">
              <w:rPr>
                <w:lang w:val="ru-RU"/>
              </w:rPr>
              <w:t xml:space="preserve">/6594394_76572862; </w:t>
            </w:r>
            <w:r>
              <w:t>http</w:t>
            </w:r>
            <w:r w:rsidRPr="00332DB8">
              <w:rPr>
                <w:lang w:val="ru-RU"/>
              </w:rPr>
              <w:t>://</w:t>
            </w:r>
            <w:r>
              <w:t>mixpromo</w:t>
            </w:r>
            <w:r w:rsidRPr="00332DB8">
              <w:rPr>
                <w:lang w:val="ru-RU"/>
              </w:rPr>
              <w:t>.</w:t>
            </w:r>
            <w:r>
              <w:t>net</w:t>
            </w:r>
            <w:r w:rsidRPr="00332DB8">
              <w:rPr>
                <w:lang w:val="ru-RU"/>
              </w:rPr>
              <w:t>/</w:t>
            </w:r>
            <w:r>
              <w:t>track</w:t>
            </w:r>
            <w:r w:rsidRPr="00332DB8">
              <w:rPr>
                <w:lang w:val="ru-RU"/>
              </w:rPr>
              <w:t xml:space="preserve">/3808522_151880607; </w:t>
            </w:r>
            <w:r>
              <w:t>http</w:t>
            </w:r>
            <w:r w:rsidRPr="00332DB8">
              <w:rPr>
                <w:lang w:val="ru-RU"/>
              </w:rPr>
              <w:t>://</w:t>
            </w:r>
            <w:r>
              <w:t>mixpromo</w:t>
            </w:r>
            <w:r w:rsidRPr="00332DB8">
              <w:rPr>
                <w:lang w:val="ru-RU"/>
              </w:rPr>
              <w:t>.</w:t>
            </w:r>
            <w:r>
              <w:t>net</w:t>
            </w:r>
            <w:r w:rsidRPr="00332DB8">
              <w:rPr>
                <w:lang w:val="ru-RU"/>
              </w:rPr>
              <w:t>/</w:t>
            </w:r>
            <w:r>
              <w:t>track</w:t>
            </w:r>
            <w:r w:rsidRPr="00332DB8">
              <w:rPr>
                <w:lang w:val="ru-RU"/>
              </w:rPr>
              <w:t xml:space="preserve">/271690010_341346590; </w:t>
            </w:r>
            <w:r>
              <w:t>http</w:t>
            </w:r>
            <w:r w:rsidRPr="00332DB8">
              <w:rPr>
                <w:lang w:val="ru-RU"/>
              </w:rPr>
              <w:t>://</w:t>
            </w:r>
            <w:r>
              <w:t>mixpromo</w:t>
            </w:r>
            <w:r w:rsidRPr="00332DB8">
              <w:rPr>
                <w:lang w:val="ru-RU"/>
              </w:rPr>
              <w:t>.</w:t>
            </w:r>
            <w:r>
              <w:t>net</w:t>
            </w:r>
            <w:r w:rsidRPr="00332DB8">
              <w:rPr>
                <w:lang w:val="ru-RU"/>
              </w:rPr>
              <w:t>/</w:t>
            </w:r>
            <w:r>
              <w:t>track</w:t>
            </w:r>
            <w:r w:rsidRPr="00332DB8">
              <w:rPr>
                <w:lang w:val="ru-RU"/>
              </w:rPr>
              <w:t xml:space="preserve">/1593068_152234952; </w:t>
            </w:r>
            <w:r>
              <w:t>http</w:t>
            </w:r>
            <w:r w:rsidRPr="00332DB8">
              <w:rPr>
                <w:lang w:val="ru-RU"/>
              </w:rPr>
              <w:t>://</w:t>
            </w:r>
            <w:r>
              <w:t>mixpromo</w:t>
            </w:r>
            <w:r w:rsidRPr="00332DB8">
              <w:rPr>
                <w:lang w:val="ru-RU"/>
              </w:rPr>
              <w:t>.</w:t>
            </w:r>
            <w:r>
              <w:t>net</w:t>
            </w:r>
            <w:r w:rsidRPr="00332DB8">
              <w:rPr>
                <w:lang w:val="ru-RU"/>
              </w:rPr>
              <w:t>/</w:t>
            </w:r>
            <w:r>
              <w:t>track</w:t>
            </w:r>
            <w:r w:rsidRPr="00332DB8">
              <w:rPr>
                <w:lang w:val="ru-RU"/>
              </w:rPr>
              <w:t xml:space="preserve">/65373225_203993958; </w:t>
            </w:r>
            <w:r>
              <w:t>http</w:t>
            </w:r>
            <w:r w:rsidRPr="00332DB8">
              <w:rPr>
                <w:lang w:val="ru-RU"/>
              </w:rPr>
              <w:t>://</w:t>
            </w:r>
            <w:r>
              <w:t>mixpromo</w:t>
            </w:r>
            <w:r w:rsidRPr="00332DB8">
              <w:rPr>
                <w:lang w:val="ru-RU"/>
              </w:rPr>
              <w:t>.</w:t>
            </w:r>
            <w:r>
              <w:t>net</w:t>
            </w:r>
            <w:r w:rsidRPr="00332DB8">
              <w:rPr>
                <w:lang w:val="ru-RU"/>
              </w:rPr>
              <w:t>/</w:t>
            </w:r>
            <w:r>
              <w:t>track</w:t>
            </w:r>
            <w:r w:rsidRPr="00332DB8">
              <w:rPr>
                <w:lang w:val="ru-RU"/>
              </w:rPr>
              <w:t xml:space="preserve">/1779952_277057098; </w:t>
            </w:r>
            <w:r>
              <w:t>http</w:t>
            </w:r>
            <w:r w:rsidRPr="00332DB8">
              <w:rPr>
                <w:lang w:val="ru-RU"/>
              </w:rPr>
              <w:t>://</w:t>
            </w:r>
            <w:r>
              <w:t>mixpromo</w:t>
            </w:r>
            <w:r w:rsidRPr="00332DB8">
              <w:rPr>
                <w:lang w:val="ru-RU"/>
              </w:rPr>
              <w:t>.</w:t>
            </w:r>
            <w:r>
              <w:t>net</w:t>
            </w:r>
            <w:r w:rsidRPr="00332DB8">
              <w:rPr>
                <w:lang w:val="ru-RU"/>
              </w:rPr>
              <w:t>/</w:t>
            </w:r>
            <w:r>
              <w:t>track</w:t>
            </w:r>
            <w:r w:rsidRPr="00332DB8">
              <w:rPr>
                <w:lang w:val="ru-RU"/>
              </w:rPr>
              <w:t xml:space="preserve">/83295226_89385719; </w:t>
            </w:r>
            <w:r>
              <w:t>http</w:t>
            </w:r>
            <w:r w:rsidRPr="00332DB8">
              <w:rPr>
                <w:lang w:val="ru-RU"/>
              </w:rPr>
              <w:t>://</w:t>
            </w:r>
            <w:r>
              <w:t>muzozo</w:t>
            </w:r>
            <w:r w:rsidRPr="00332DB8">
              <w:rPr>
                <w:lang w:val="ru-RU"/>
              </w:rPr>
              <w:t>.</w:t>
            </w:r>
            <w:r>
              <w:t>ru</w:t>
            </w:r>
            <w:r w:rsidRPr="00332DB8">
              <w:rPr>
                <w:lang w:val="ru-RU"/>
              </w:rPr>
              <w:t>/</w:t>
            </w:r>
            <w:r>
              <w:t>tex</w:t>
            </w:r>
            <w:r w:rsidRPr="00332DB8">
              <w:rPr>
                <w:lang w:val="ru-RU"/>
              </w:rPr>
              <w:t>-</w:t>
            </w:r>
            <w:r>
              <w:t>pesni</w:t>
            </w:r>
            <w:r w:rsidRPr="00332DB8">
              <w:rPr>
                <w:lang w:val="ru-RU"/>
              </w:rPr>
              <w:t>-</w:t>
            </w:r>
            <w:r>
              <w:t>churki</w:t>
            </w:r>
            <w:r w:rsidRPr="00332DB8">
              <w:rPr>
                <w:lang w:val="ru-RU"/>
              </w:rPr>
              <w:t>-</w:t>
            </w:r>
            <w:r>
              <w:t>vse</w:t>
            </w:r>
            <w:r w:rsidRPr="00332DB8">
              <w:rPr>
                <w:lang w:val="ru-RU"/>
              </w:rPr>
              <w:t>-</w:t>
            </w:r>
            <w:r>
              <w:t>my</w:t>
            </w:r>
            <w:r w:rsidRPr="00332DB8">
              <w:rPr>
                <w:lang w:val="ru-RU"/>
              </w:rPr>
              <w:t>-</w:t>
            </w:r>
            <w:r>
              <w:t>antifashisty</w:t>
            </w:r>
            <w:r w:rsidRPr="00332DB8">
              <w:rPr>
                <w:lang w:val="ru-RU"/>
              </w:rPr>
              <w:t>-</w:t>
            </w:r>
            <w:r>
              <w:t>antifa</w:t>
            </w:r>
            <w:r w:rsidRPr="00332DB8">
              <w:rPr>
                <w:lang w:val="ru-RU"/>
              </w:rPr>
              <w:t>-</w:t>
            </w:r>
            <w:r>
              <w:t>vot</w:t>
            </w:r>
            <w:r w:rsidRPr="00332DB8">
              <w:rPr>
                <w:lang w:val="ru-RU"/>
              </w:rPr>
              <w:t>-</w:t>
            </w:r>
            <w:r>
              <w:t>kogo</w:t>
            </w:r>
            <w:r w:rsidRPr="00332DB8">
              <w:rPr>
                <w:lang w:val="ru-RU"/>
              </w:rPr>
              <w:t>-</w:t>
            </w:r>
            <w:r>
              <w:t>vy</w:t>
            </w:r>
            <w:r w:rsidRPr="00332DB8">
              <w:rPr>
                <w:lang w:val="ru-RU"/>
              </w:rPr>
              <w:t>-</w:t>
            </w:r>
            <w:r>
              <w:t>zaschischaete</w:t>
            </w:r>
            <w:r w:rsidRPr="00332DB8">
              <w:rPr>
                <w:lang w:val="ru-RU"/>
              </w:rPr>
              <w:t xml:space="preserve"> _160696416_207173011; </w:t>
            </w:r>
            <w:r>
              <w:t>http</w:t>
            </w:r>
            <w:r w:rsidRPr="00332DB8">
              <w:rPr>
                <w:lang w:val="ru-RU"/>
              </w:rPr>
              <w:t>://</w:t>
            </w:r>
            <w:r>
              <w:t>zvuk</w:t>
            </w:r>
            <w:r w:rsidRPr="00332DB8">
              <w:rPr>
                <w:lang w:val="ru-RU"/>
              </w:rPr>
              <w:t>.</w:t>
            </w:r>
            <w:r>
              <w:t>me</w:t>
            </w:r>
            <w:r w:rsidRPr="00332DB8">
              <w:rPr>
                <w:lang w:val="ru-RU"/>
              </w:rPr>
              <w:t>/</w:t>
            </w:r>
            <w:r>
              <w:t>track</w:t>
            </w:r>
            <w:r w:rsidRPr="00332DB8">
              <w:rPr>
                <w:lang w:val="ru-RU"/>
              </w:rPr>
              <w:t xml:space="preserve">/160696416_207173011; </w:t>
            </w:r>
            <w:r>
              <w:t>http</w:t>
            </w:r>
            <w:r w:rsidRPr="00332DB8">
              <w:rPr>
                <w:lang w:val="ru-RU"/>
              </w:rPr>
              <w:t>://</w:t>
            </w:r>
            <w:r>
              <w:t>saving</w:t>
            </w:r>
            <w:r w:rsidRPr="00332DB8">
              <w:rPr>
                <w:lang w:val="ru-RU"/>
              </w:rPr>
              <w:t>-</w:t>
            </w:r>
            <w:r>
              <w:t>musik</w:t>
            </w:r>
            <w:r w:rsidRPr="00332DB8">
              <w:rPr>
                <w:lang w:val="ru-RU"/>
              </w:rPr>
              <w:t>.</w:t>
            </w:r>
            <w:r>
              <w:t>ru</w:t>
            </w:r>
            <w:r w:rsidRPr="00332DB8">
              <w:rPr>
                <w:lang w:val="ru-RU"/>
              </w:rPr>
              <w:t xml:space="preserve">/160696416_207173011; </w:t>
            </w:r>
            <w:r>
              <w:t>http</w:t>
            </w:r>
            <w:r w:rsidRPr="00332DB8">
              <w:rPr>
                <w:lang w:val="ru-RU"/>
              </w:rPr>
              <w:t>://</w:t>
            </w:r>
            <w:r>
              <w:t>iplayer</w:t>
            </w:r>
            <w:r w:rsidRPr="00332DB8">
              <w:rPr>
                <w:lang w:val="ru-RU"/>
              </w:rPr>
              <w:t>.</w:t>
            </w:r>
            <w:r>
              <w:t>fm</w:t>
            </w:r>
            <w:r w:rsidRPr="00332DB8">
              <w:rPr>
                <w:lang w:val="ru-RU"/>
              </w:rPr>
              <w:t>/</w:t>
            </w:r>
            <w:r>
              <w:t>song</w:t>
            </w:r>
            <w:r w:rsidRPr="00332DB8">
              <w:rPr>
                <w:lang w:val="ru-RU"/>
              </w:rPr>
              <w:t>/31367430/</w:t>
            </w:r>
            <w:r>
              <w:t>chyrki</w:t>
            </w:r>
            <w:r w:rsidRPr="00332DB8">
              <w:rPr>
                <w:lang w:val="ru-RU"/>
              </w:rPr>
              <w:t>-</w:t>
            </w:r>
            <w:r>
              <w:t>suki</w:t>
            </w:r>
            <w:r w:rsidRPr="00332DB8">
              <w:rPr>
                <w:lang w:val="ru-RU"/>
              </w:rPr>
              <w:t>_-</w:t>
            </w:r>
            <w:r>
              <w:t>Vse</w:t>
            </w:r>
            <w:r w:rsidRPr="00332DB8">
              <w:rPr>
                <w:lang w:val="ru-RU"/>
              </w:rPr>
              <w:t>_</w:t>
            </w:r>
            <w:r>
              <w:t>my</w:t>
            </w:r>
            <w:r w:rsidRPr="00332DB8">
              <w:rPr>
                <w:lang w:val="ru-RU"/>
              </w:rPr>
              <w:t>_</w:t>
            </w:r>
            <w:r>
              <w:t>antifashisty</w:t>
            </w:r>
            <w:r w:rsidRPr="00332DB8">
              <w:rPr>
                <w:lang w:val="ru-RU"/>
              </w:rPr>
              <w:t>_</w:t>
            </w:r>
            <w:r>
              <w:t>Antifa</w:t>
            </w:r>
            <w:r w:rsidRPr="00332DB8">
              <w:rPr>
                <w:lang w:val="ru-RU"/>
              </w:rPr>
              <w:t>_</w:t>
            </w:r>
            <w:r>
              <w:t>vot</w:t>
            </w:r>
            <w:r w:rsidRPr="00332DB8">
              <w:rPr>
                <w:lang w:val="ru-RU"/>
              </w:rPr>
              <w:t>_</w:t>
            </w:r>
            <w:r>
              <w:t>kogo</w:t>
            </w:r>
            <w:r w:rsidRPr="00332DB8">
              <w:rPr>
                <w:lang w:val="ru-RU"/>
              </w:rPr>
              <w:t>_</w:t>
            </w:r>
            <w:r>
              <w:t>vy</w:t>
            </w:r>
            <w:r w:rsidRPr="00332DB8">
              <w:rPr>
                <w:lang w:val="ru-RU"/>
              </w:rPr>
              <w:t xml:space="preserve"> _ </w:t>
            </w:r>
            <w:r>
              <w:t>zacshicshaete</w:t>
            </w:r>
            <w:r w:rsidRPr="00332DB8">
              <w:rPr>
                <w:lang w:val="ru-RU"/>
              </w:rPr>
              <w:t xml:space="preserve">/; </w:t>
            </w:r>
            <w:r>
              <w:t>https</w:t>
            </w:r>
            <w:r w:rsidRPr="00332DB8">
              <w:rPr>
                <w:lang w:val="ru-RU"/>
              </w:rPr>
              <w:t>://</w:t>
            </w:r>
            <w:r>
              <w:t>music</w:t>
            </w:r>
            <w:r w:rsidRPr="00332DB8">
              <w:rPr>
                <w:lang w:val="ru-RU"/>
              </w:rPr>
              <w:t>7</w:t>
            </w:r>
            <w:r>
              <w:t>s</w:t>
            </w:r>
            <w:r w:rsidRPr="00332DB8">
              <w:rPr>
                <w:lang w:val="ru-RU"/>
              </w:rPr>
              <w:t>.</w:t>
            </w:r>
            <w:r>
              <w:t>org</w:t>
            </w:r>
            <w:r w:rsidRPr="00332DB8">
              <w:rPr>
                <w:lang w:val="ru-RU"/>
              </w:rPr>
              <w:t>/</w:t>
            </w:r>
            <w:r>
              <w:t>item</w:t>
            </w:r>
            <w:r w:rsidRPr="00332DB8">
              <w:rPr>
                <w:lang w:val="ru-RU"/>
              </w:rPr>
              <w:t>.</w:t>
            </w:r>
            <w:r>
              <w:t>php</w:t>
            </w:r>
            <w:r w:rsidRPr="00332DB8">
              <w:rPr>
                <w:lang w:val="ru-RU"/>
              </w:rPr>
              <w:t>?</w:t>
            </w:r>
            <w:r>
              <w:t>id</w:t>
            </w:r>
            <w:r w:rsidRPr="00332DB8">
              <w:rPr>
                <w:lang w:val="ru-RU"/>
              </w:rPr>
              <w:t>=160696416_207173011 (решение Советского районного суда города Липецка от 28.03.2017);</w:t>
            </w:r>
          </w:p>
        </w:tc>
        <w:tc>
          <w:tcPr>
            <w:tcW w:w="2880" w:type="dxa"/>
          </w:tcPr>
          <w:p w:rsidR="006F7457" w:rsidRDefault="00332DB8">
            <w:r>
              <w:lastRenderedPageBreak/>
              <w:t>25.</w:t>
            </w:r>
            <w:r>
              <w:lastRenderedPageBreak/>
              <w:t>07.2017</w:t>
            </w:r>
          </w:p>
        </w:tc>
      </w:tr>
      <w:tr w:rsidR="006F7457">
        <w:tc>
          <w:tcPr>
            <w:tcW w:w="2880" w:type="dxa"/>
          </w:tcPr>
          <w:p w:rsidR="006F7457" w:rsidRDefault="00332DB8">
            <w:r>
              <w:lastRenderedPageBreak/>
              <w:t>4180.</w:t>
            </w:r>
          </w:p>
        </w:tc>
        <w:tc>
          <w:tcPr>
            <w:tcW w:w="2880" w:type="dxa"/>
          </w:tcPr>
          <w:p w:rsidR="006F7457" w:rsidRPr="00332DB8" w:rsidRDefault="00332DB8">
            <w:pPr>
              <w:rPr>
                <w:lang w:val="ru-RU"/>
              </w:rPr>
            </w:pPr>
            <w:r w:rsidRPr="00332DB8">
              <w:rPr>
                <w:lang w:val="ru-RU"/>
              </w:rPr>
              <w:t xml:space="preserve">Аудиокомпозиция «Андеграунд кома» – «Чурки «нецензурная лексика», начинающаяся словами «Пока ты качаешь мага 40-го уровня в </w:t>
            </w:r>
            <w:r>
              <w:t>World</w:t>
            </w:r>
            <w:r w:rsidRPr="00332DB8">
              <w:rPr>
                <w:lang w:val="ru-RU"/>
              </w:rPr>
              <w:t xml:space="preserve"> </w:t>
            </w:r>
            <w:r>
              <w:t>of</w:t>
            </w:r>
            <w:r w:rsidRPr="00332DB8">
              <w:rPr>
                <w:lang w:val="ru-RU"/>
              </w:rPr>
              <w:t xml:space="preserve"> </w:t>
            </w:r>
            <w:r>
              <w:t>Warcraft</w:t>
            </w:r>
            <w:r w:rsidRPr="00332DB8">
              <w:rPr>
                <w:lang w:val="ru-RU"/>
              </w:rPr>
              <w:t>-</w:t>
            </w:r>
            <w:r>
              <w:t>e</w:t>
            </w:r>
            <w:r w:rsidRPr="00332DB8">
              <w:rPr>
                <w:lang w:val="ru-RU"/>
              </w:rPr>
              <w:t xml:space="preserv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w:t>
            </w:r>
            <w:r>
              <w:t>http</w:t>
            </w:r>
            <w:r w:rsidRPr="00332DB8">
              <w:rPr>
                <w:lang w:val="ru-RU"/>
              </w:rPr>
              <w:t>://</w:t>
            </w:r>
            <w:r>
              <w:t>muz</w:t>
            </w:r>
            <w:r w:rsidRPr="00332DB8">
              <w:rPr>
                <w:lang w:val="ru-RU"/>
              </w:rPr>
              <w:t>4</w:t>
            </w:r>
            <w:r>
              <w:t>me</w:t>
            </w:r>
            <w:r w:rsidRPr="00332DB8">
              <w:rPr>
                <w:lang w:val="ru-RU"/>
              </w:rPr>
              <w:t>.</w:t>
            </w:r>
            <w:r>
              <w:t>space</w:t>
            </w:r>
            <w:r w:rsidRPr="00332DB8">
              <w:rPr>
                <w:lang w:val="ru-RU"/>
              </w:rPr>
              <w:t>/</w:t>
            </w:r>
            <w:r>
              <w:t>show</w:t>
            </w:r>
            <w:r w:rsidRPr="00332DB8">
              <w:rPr>
                <w:lang w:val="ru-RU"/>
              </w:rPr>
              <w:t>_</w:t>
            </w:r>
            <w:r>
              <w:t>song</w:t>
            </w:r>
            <w:r w:rsidRPr="00332DB8">
              <w:rPr>
                <w:lang w:val="ru-RU"/>
              </w:rPr>
              <w:t>_</w:t>
            </w:r>
            <w:r>
              <w:t>F</w:t>
            </w:r>
            <w:r w:rsidRPr="00332DB8">
              <w:rPr>
                <w:lang w:val="ru-RU"/>
              </w:rPr>
              <w:t>%21%3</w:t>
            </w:r>
            <w:r>
              <w:t>A</w:t>
            </w:r>
            <w:r w:rsidRPr="00332DB8">
              <w:rPr>
                <w:lang w:val="ru-RU"/>
              </w:rPr>
              <w:t>47</w:t>
            </w:r>
            <w:r>
              <w:t>Y</w:t>
            </w:r>
            <w:r w:rsidRPr="00332DB8">
              <w:rPr>
                <w:lang w:val="ru-RU"/>
              </w:rPr>
              <w:t>5</w:t>
            </w:r>
            <w:r>
              <w:t>ycUKFi</w:t>
            </w:r>
            <w:r w:rsidRPr="00332DB8">
              <w:rPr>
                <w:lang w:val="ru-RU"/>
              </w:rPr>
              <w:t>6</w:t>
            </w:r>
            <w:r>
              <w:t>u</w:t>
            </w:r>
            <w:r w:rsidRPr="00332DB8">
              <w:rPr>
                <w:lang w:val="ru-RU"/>
              </w:rPr>
              <w:t>+</w:t>
            </w:r>
            <w:r>
              <w:t>bF</w:t>
            </w:r>
            <w:r w:rsidRPr="00332DB8">
              <w:rPr>
                <w:lang w:val="ru-RU"/>
              </w:rPr>
              <w:t>5</w:t>
            </w:r>
            <w:r>
              <w:t>M</w:t>
            </w:r>
            <w:r w:rsidRPr="00332DB8">
              <w:rPr>
                <w:lang w:val="ru-RU"/>
              </w:rPr>
              <w:t>3</w:t>
            </w:r>
            <w:r>
              <w:t>G</w:t>
            </w:r>
            <w:r w:rsidRPr="00332DB8">
              <w:rPr>
                <w:lang w:val="ru-RU"/>
              </w:rPr>
              <w:t>7</w:t>
            </w:r>
            <w:r>
              <w:t>cwNhKL</w:t>
            </w:r>
            <w:r w:rsidRPr="00332DB8">
              <w:rPr>
                <w:lang w:val="ru-RU"/>
              </w:rPr>
              <w:t>161+69</w:t>
            </w:r>
            <w:r>
              <w:t>MOOsrKitg</w:t>
            </w:r>
            <w:r w:rsidRPr="00332DB8">
              <w:rPr>
                <w:lang w:val="ru-RU"/>
              </w:rPr>
              <w:t>=.</w:t>
            </w:r>
            <w:r>
              <w:t>html</w:t>
            </w:r>
            <w:r w:rsidRPr="00332DB8">
              <w:rPr>
                <w:lang w:val="ru-RU"/>
              </w:rPr>
              <w:t xml:space="preserve">; </w:t>
            </w:r>
            <w:r>
              <w:t>https</w:t>
            </w:r>
            <w:r w:rsidRPr="00332DB8">
              <w:rPr>
                <w:lang w:val="ru-RU"/>
              </w:rPr>
              <w:t>://</w:t>
            </w:r>
            <w:r>
              <w:t>zvuk</w:t>
            </w:r>
            <w:r w:rsidRPr="00332DB8">
              <w:rPr>
                <w:lang w:val="ru-RU"/>
              </w:rPr>
              <w:t>.</w:t>
            </w:r>
            <w:r>
              <w:t>me</w:t>
            </w:r>
            <w:r w:rsidRPr="00332DB8">
              <w:rPr>
                <w:lang w:val="ru-RU"/>
              </w:rPr>
              <w:t>/</w:t>
            </w:r>
            <w:r>
              <w:t>track</w:t>
            </w:r>
            <w:r w:rsidRPr="00332DB8">
              <w:rPr>
                <w:lang w:val="ru-RU"/>
              </w:rPr>
              <w:t xml:space="preserve">/147910873_244431225; </w:t>
            </w:r>
            <w:r>
              <w:t>http</w:t>
            </w:r>
            <w:r w:rsidRPr="00332DB8">
              <w:rPr>
                <w:lang w:val="ru-RU"/>
              </w:rPr>
              <w:t>://</w:t>
            </w:r>
            <w:r>
              <w:t>saving</w:t>
            </w:r>
            <w:r w:rsidRPr="00332DB8">
              <w:rPr>
                <w:lang w:val="ru-RU"/>
              </w:rPr>
              <w:t>-</w:t>
            </w:r>
            <w:r>
              <w:t>music</w:t>
            </w:r>
            <w:r w:rsidRPr="00332DB8">
              <w:rPr>
                <w:lang w:val="ru-RU"/>
              </w:rPr>
              <w:t>.</w:t>
            </w:r>
            <w:r>
              <w:t>ru</w:t>
            </w:r>
            <w:r w:rsidRPr="00332DB8">
              <w:rPr>
                <w:lang w:val="ru-RU"/>
              </w:rPr>
              <w:t>/</w:t>
            </w:r>
            <w:r>
              <w:t>track</w:t>
            </w:r>
            <w:r w:rsidRPr="00332DB8">
              <w:rPr>
                <w:lang w:val="ru-RU"/>
              </w:rPr>
              <w:t xml:space="preserve">/147910873_244431225; </w:t>
            </w:r>
            <w:r>
              <w:t>http</w:t>
            </w:r>
            <w:r w:rsidRPr="00332DB8">
              <w:rPr>
                <w:lang w:val="ru-RU"/>
              </w:rPr>
              <w:t>://</w:t>
            </w:r>
            <w:r>
              <w:t>muzozo</w:t>
            </w:r>
            <w:r w:rsidRPr="00332DB8">
              <w:rPr>
                <w:lang w:val="ru-RU"/>
              </w:rPr>
              <w:t>.</w:t>
            </w:r>
            <w:r>
              <w:t>ru</w:t>
            </w:r>
            <w:r w:rsidRPr="00332DB8">
              <w:rPr>
                <w:lang w:val="ru-RU"/>
              </w:rPr>
              <w:t>/</w:t>
            </w:r>
            <w:r>
              <w:t>text</w:t>
            </w:r>
            <w:r w:rsidRPr="00332DB8">
              <w:rPr>
                <w:lang w:val="ru-RU"/>
              </w:rPr>
              <w:t>-</w:t>
            </w:r>
            <w:r>
              <w:t>pesni</w:t>
            </w:r>
            <w:r w:rsidRPr="00332DB8">
              <w:rPr>
                <w:lang w:val="ru-RU"/>
              </w:rPr>
              <w:t>-</w:t>
            </w:r>
            <w:r>
              <w:t>andegraund</w:t>
            </w:r>
            <w:r w:rsidRPr="00332DB8">
              <w:rPr>
                <w:lang w:val="ru-RU"/>
              </w:rPr>
              <w:t>-</w:t>
            </w:r>
            <w:r>
              <w:t>koma</w:t>
            </w:r>
            <w:r w:rsidRPr="00332DB8">
              <w:rPr>
                <w:lang w:val="ru-RU"/>
              </w:rPr>
              <w:t>-</w:t>
            </w:r>
            <w:r>
              <w:t>pidarasy</w:t>
            </w:r>
            <w:r w:rsidRPr="00332DB8">
              <w:rPr>
                <w:lang w:val="ru-RU"/>
              </w:rPr>
              <w:t xml:space="preserve">_147910873_244431225; </w:t>
            </w:r>
            <w:r>
              <w:t>http</w:t>
            </w:r>
            <w:r w:rsidRPr="00332DB8">
              <w:rPr>
                <w:lang w:val="ru-RU"/>
              </w:rPr>
              <w:t>://</w:t>
            </w:r>
            <w:r>
              <w:t>iplayer</w:t>
            </w:r>
            <w:r w:rsidRPr="00332DB8">
              <w:rPr>
                <w:lang w:val="ru-RU"/>
              </w:rPr>
              <w:t>.</w:t>
            </w:r>
            <w:r>
              <w:t>fm</w:t>
            </w:r>
            <w:r w:rsidRPr="00332DB8">
              <w:rPr>
                <w:lang w:val="ru-RU"/>
              </w:rPr>
              <w:t>/</w:t>
            </w:r>
            <w:r>
              <w:t>song</w:t>
            </w:r>
            <w:r w:rsidRPr="00332DB8">
              <w:rPr>
                <w:lang w:val="ru-RU"/>
              </w:rPr>
              <w:t>/33054072/</w:t>
            </w:r>
            <w:r>
              <w:t>o</w:t>
            </w:r>
            <w:r w:rsidRPr="00332DB8">
              <w:rPr>
                <w:lang w:val="ru-RU"/>
              </w:rPr>
              <w:t>-</w:t>
            </w:r>
            <w:r>
              <w:t>CHurki</w:t>
            </w:r>
            <w:r w:rsidRPr="00332DB8">
              <w:rPr>
                <w:lang w:val="ru-RU"/>
              </w:rPr>
              <w:t>_</w:t>
            </w:r>
            <w:r>
              <w:t>pidarasy</w:t>
            </w:r>
            <w:r w:rsidRPr="00332DB8">
              <w:rPr>
                <w:lang w:val="ru-RU"/>
              </w:rPr>
              <w:t xml:space="preserve">/; </w:t>
            </w:r>
            <w:r>
              <w:t>http</w:t>
            </w:r>
            <w:r w:rsidRPr="00332DB8">
              <w:rPr>
                <w:lang w:val="ru-RU"/>
              </w:rPr>
              <w:t>://</w:t>
            </w:r>
            <w:r>
              <w:t>vklyrics</w:t>
            </w:r>
            <w:r w:rsidRPr="00332DB8">
              <w:rPr>
                <w:lang w:val="ru-RU"/>
              </w:rPr>
              <w:t>.</w:t>
            </w:r>
            <w:r>
              <w:t>ru</w:t>
            </w:r>
            <w:r w:rsidRPr="00332DB8">
              <w:rPr>
                <w:lang w:val="ru-RU"/>
              </w:rPr>
              <w:t>/</w:t>
            </w:r>
            <w:r>
              <w:t>lyrics</w:t>
            </w:r>
            <w:r w:rsidRPr="00332DB8">
              <w:rPr>
                <w:lang w:val="ru-RU"/>
              </w:rPr>
              <w:t>/</w:t>
            </w:r>
            <w:r>
              <w:t>show</w:t>
            </w:r>
            <w:r w:rsidRPr="00332DB8">
              <w:rPr>
                <w:lang w:val="ru-RU"/>
              </w:rPr>
              <w:t>/131919274 (решение Советского районного суда города Липецка от 28.03.2017);</w:t>
            </w:r>
          </w:p>
        </w:tc>
        <w:tc>
          <w:tcPr>
            <w:tcW w:w="2880" w:type="dxa"/>
          </w:tcPr>
          <w:p w:rsidR="006F7457" w:rsidRDefault="00332DB8">
            <w:r>
              <w:t>25.07.2017</w:t>
            </w:r>
          </w:p>
        </w:tc>
      </w:tr>
      <w:tr w:rsidR="006F7457">
        <w:tc>
          <w:tcPr>
            <w:tcW w:w="2880" w:type="dxa"/>
          </w:tcPr>
          <w:p w:rsidR="006F7457" w:rsidRDefault="00332DB8">
            <w:r>
              <w:t>4181.</w:t>
            </w:r>
          </w:p>
        </w:tc>
        <w:tc>
          <w:tcPr>
            <w:tcW w:w="2880" w:type="dxa"/>
          </w:tcPr>
          <w:p w:rsidR="006F7457" w:rsidRPr="00332DB8" w:rsidRDefault="00332DB8">
            <w:pPr>
              <w:rPr>
                <w:lang w:val="ru-RU"/>
              </w:rPr>
            </w:pPr>
            <w:r w:rsidRPr="00332DB8">
              <w:rPr>
                <w:lang w:val="ru-RU"/>
              </w:rPr>
              <w:t xml:space="preserve">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w:t>
            </w:r>
            <w:r>
              <w:t>http</w:t>
            </w:r>
            <w:r w:rsidRPr="00332DB8">
              <w:rPr>
                <w:lang w:val="ru-RU"/>
              </w:rPr>
              <w:t>://</w:t>
            </w:r>
            <w:r>
              <w:t>kavkaznews</w:t>
            </w:r>
            <w:r w:rsidRPr="00332DB8">
              <w:rPr>
                <w:lang w:val="ru-RU"/>
              </w:rPr>
              <w:t>.</w:t>
            </w:r>
            <w:r>
              <w:t>az</w:t>
            </w:r>
            <w:r w:rsidRPr="00332DB8">
              <w:rPr>
                <w:lang w:val="ru-RU"/>
              </w:rPr>
              <w:t>/2015/07/</w:t>
            </w:r>
            <w:r>
              <w:t>velikij</w:t>
            </w:r>
            <w:r w:rsidRPr="00332DB8">
              <w:rPr>
                <w:lang w:val="ru-RU"/>
              </w:rPr>
              <w:t>-</w:t>
            </w:r>
            <w:r>
              <w:t>poe</w:t>
            </w:r>
            <w:r w:rsidRPr="00332DB8">
              <w:rPr>
                <w:lang w:val="ru-RU"/>
              </w:rPr>
              <w:t>-</w:t>
            </w:r>
            <w:r>
              <w:t>t</w:t>
            </w:r>
            <w:r w:rsidRPr="00332DB8">
              <w:rPr>
                <w:lang w:val="ru-RU"/>
              </w:rPr>
              <w:t>-</w:t>
            </w:r>
            <w:r>
              <w:t>okazalsya</w:t>
            </w:r>
            <w:r w:rsidRPr="00332DB8">
              <w:rPr>
                <w:lang w:val="ru-RU"/>
              </w:rPr>
              <w:t>-</w:t>
            </w:r>
            <w:r>
              <w:t>prav</w:t>
            </w:r>
            <w:r w:rsidRPr="00332DB8">
              <w:rPr>
                <w:lang w:val="ru-RU"/>
              </w:rPr>
              <w:t xml:space="preserve">/ - </w:t>
            </w:r>
            <w:r>
              <w:t>http</w:t>
            </w:r>
            <w:r w:rsidRPr="00332DB8">
              <w:rPr>
                <w:lang w:val="ru-RU"/>
              </w:rPr>
              <w:t>://</w:t>
            </w:r>
            <w:r>
              <w:t>novostink</w:t>
            </w:r>
            <w:r w:rsidRPr="00332DB8">
              <w:rPr>
                <w:lang w:val="ru-RU"/>
              </w:rPr>
              <w:t>.</w:t>
            </w:r>
            <w:r>
              <w:t>ru</w:t>
            </w:r>
            <w:r w:rsidRPr="00332DB8">
              <w:rPr>
                <w:lang w:val="ru-RU"/>
              </w:rPr>
              <w:t>/</w:t>
            </w:r>
            <w:r>
              <w:t>politics</w:t>
            </w:r>
            <w:r w:rsidRPr="00332DB8">
              <w:rPr>
                <w:lang w:val="ru-RU"/>
              </w:rPr>
              <w:t>/36864-</w:t>
            </w:r>
            <w:r>
              <w:t>pup</w:t>
            </w:r>
            <w:r w:rsidRPr="00332DB8">
              <w:rPr>
                <w:lang w:val="ru-RU"/>
              </w:rPr>
              <w:t>-</w:t>
            </w:r>
            <w:r>
              <w:t>zemli</w:t>
            </w:r>
            <w:r w:rsidRPr="00332DB8">
              <w:rPr>
                <w:lang w:val="ru-RU"/>
              </w:rPr>
              <w:t>-</w:t>
            </w:r>
            <w:r>
              <w:t>azerbaydzhan</w:t>
            </w:r>
            <w:r w:rsidRPr="00332DB8">
              <w:rPr>
                <w:lang w:val="ru-RU"/>
              </w:rPr>
              <w:t>-</w:t>
            </w:r>
            <w:r>
              <w:t>vpechatleniya</w:t>
            </w:r>
            <w:r w:rsidRPr="00332DB8">
              <w:rPr>
                <w:lang w:val="ru-RU"/>
              </w:rPr>
              <w:t>-</w:t>
            </w:r>
            <w:r>
              <w:t>rossiyskogo</w:t>
            </w:r>
            <w:r w:rsidRPr="00332DB8">
              <w:rPr>
                <w:lang w:val="ru-RU"/>
              </w:rPr>
              <w:t>-</w:t>
            </w:r>
            <w:r>
              <w:t>turista</w:t>
            </w:r>
            <w:r w:rsidRPr="00332DB8">
              <w:rPr>
                <w:lang w:val="ru-RU"/>
              </w:rPr>
              <w:t>.</w:t>
            </w:r>
            <w:r>
              <w:t>html</w:t>
            </w:r>
            <w:r w:rsidRPr="00332DB8">
              <w:rPr>
                <w:lang w:val="ru-RU"/>
              </w:rPr>
              <w:t xml:space="preserve"> - </w:t>
            </w:r>
            <w:r>
              <w:t>http</w:t>
            </w:r>
            <w:r w:rsidRPr="00332DB8">
              <w:rPr>
                <w:lang w:val="ru-RU"/>
              </w:rPr>
              <w:t>://</w:t>
            </w:r>
            <w:r>
              <w:t>vk</w:t>
            </w:r>
            <w:r w:rsidRPr="00332DB8">
              <w:rPr>
                <w:lang w:val="ru-RU"/>
              </w:rPr>
              <w:t>.</w:t>
            </w:r>
            <w:r>
              <w:t>com</w:t>
            </w:r>
            <w:r w:rsidRPr="00332DB8">
              <w:rPr>
                <w:lang w:val="ru-RU"/>
              </w:rPr>
              <w:t>/</w:t>
            </w:r>
            <w:r>
              <w:t>wall</w:t>
            </w:r>
            <w:r w:rsidRPr="00332DB8">
              <w:rPr>
                <w:lang w:val="ru-RU"/>
              </w:rPr>
              <w:t xml:space="preserve">-18057490 256069 - </w:t>
            </w:r>
            <w:r>
              <w:t>http</w:t>
            </w:r>
            <w:r w:rsidRPr="00332DB8">
              <w:rPr>
                <w:lang w:val="ru-RU"/>
              </w:rPr>
              <w:t>://</w:t>
            </w:r>
            <w:r>
              <w:t>maxpark</w:t>
            </w:r>
            <w:r w:rsidRPr="00332DB8">
              <w:rPr>
                <w:lang w:val="ru-RU"/>
              </w:rPr>
              <w:t>.</w:t>
            </w:r>
            <w:r>
              <w:t>com</w:t>
            </w:r>
            <w:r w:rsidRPr="00332DB8">
              <w:rPr>
                <w:lang w:val="ru-RU"/>
              </w:rPr>
              <w:t>/</w:t>
            </w:r>
            <w:r>
              <w:t>community</w:t>
            </w:r>
            <w:r w:rsidRPr="00332DB8">
              <w:rPr>
                <w:lang w:val="ru-RU"/>
              </w:rPr>
              <w:t>/1051/</w:t>
            </w:r>
            <w:r>
              <w:t>content</w:t>
            </w:r>
            <w:r w:rsidRPr="00332DB8">
              <w:rPr>
                <w:lang w:val="ru-RU"/>
              </w:rPr>
              <w:t xml:space="preserve">/2709326 - </w:t>
            </w:r>
            <w:r>
              <w:t>http</w:t>
            </w:r>
            <w:r w:rsidRPr="00332DB8">
              <w:rPr>
                <w:lang w:val="ru-RU"/>
              </w:rPr>
              <w:t>://</w:t>
            </w:r>
            <w:r>
              <w:t>military</w:t>
            </w:r>
            <w:r w:rsidRPr="00332DB8">
              <w:rPr>
                <w:lang w:val="ru-RU"/>
              </w:rPr>
              <w:t>-</w:t>
            </w:r>
            <w:r>
              <w:t>az</w:t>
            </w:r>
            <w:r w:rsidRPr="00332DB8">
              <w:rPr>
                <w:lang w:val="ru-RU"/>
              </w:rPr>
              <w:t>.</w:t>
            </w:r>
            <w:r>
              <w:t>com</w:t>
            </w:r>
            <w:r w:rsidRPr="00332DB8">
              <w:rPr>
                <w:lang w:val="ru-RU"/>
              </w:rPr>
              <w:t>/</w:t>
            </w:r>
            <w:r>
              <w:t>forum</w:t>
            </w:r>
            <w:r w:rsidRPr="00332DB8">
              <w:rPr>
                <w:lang w:val="ru-RU"/>
              </w:rPr>
              <w:t>/</w:t>
            </w:r>
            <w:r>
              <w:t>viewtopic</w:t>
            </w:r>
            <w:r w:rsidRPr="00332DB8">
              <w:rPr>
                <w:lang w:val="ru-RU"/>
              </w:rPr>
              <w:t>/</w:t>
            </w:r>
            <w:r>
              <w:t>php</w:t>
            </w:r>
            <w:r w:rsidRPr="00332DB8">
              <w:rPr>
                <w:lang w:val="ru-RU"/>
              </w:rPr>
              <w:t>?=858&amp;</w:t>
            </w:r>
            <w:r>
              <w:t>start</w:t>
            </w:r>
            <w:r w:rsidRPr="00332DB8">
              <w:rPr>
                <w:lang w:val="ru-RU"/>
              </w:rPr>
              <w:t xml:space="preserve">=10 - </w:t>
            </w:r>
            <w:r>
              <w:t>http</w:t>
            </w:r>
            <w:r w:rsidRPr="00332DB8">
              <w:rPr>
                <w:lang w:val="ru-RU"/>
              </w:rPr>
              <w:t>://</w:t>
            </w:r>
            <w:r>
              <w:t>forum</w:t>
            </w:r>
            <w:r w:rsidRPr="00332DB8">
              <w:rPr>
                <w:lang w:val="ru-RU"/>
              </w:rPr>
              <w:t>.</w:t>
            </w:r>
            <w:r>
              <w:t>bakililar</w:t>
            </w:r>
            <w:r w:rsidRPr="00332DB8">
              <w:rPr>
                <w:lang w:val="ru-RU"/>
              </w:rPr>
              <w:t>.</w:t>
            </w:r>
            <w:r>
              <w:t>az</w:t>
            </w:r>
            <w:r w:rsidRPr="00332DB8">
              <w:rPr>
                <w:lang w:val="ru-RU"/>
              </w:rPr>
              <w:t>/</w:t>
            </w:r>
            <w:r>
              <w:t>index</w:t>
            </w:r>
            <w:r w:rsidRPr="00332DB8">
              <w:rPr>
                <w:lang w:val="ru-RU"/>
              </w:rPr>
              <w:t>.</w:t>
            </w:r>
            <w:r>
              <w:t>php</w:t>
            </w:r>
            <w:r w:rsidRPr="00332DB8">
              <w:rPr>
                <w:lang w:val="ru-RU"/>
              </w:rPr>
              <w:t>?</w:t>
            </w:r>
            <w:r>
              <w:t>showtopic</w:t>
            </w:r>
            <w:r w:rsidRPr="00332DB8">
              <w:rPr>
                <w:lang w:val="ru-RU"/>
              </w:rPr>
              <w:t>=76429&amp;</w:t>
            </w:r>
            <w:r>
              <w:t>page</w:t>
            </w:r>
            <w:r w:rsidRPr="00332DB8">
              <w:rPr>
                <w:lang w:val="ru-RU"/>
              </w:rPr>
              <w:t xml:space="preserve">=7 </w:t>
            </w:r>
            <w:r w:rsidRPr="00332DB8">
              <w:rPr>
                <w:lang w:val="ru-RU"/>
              </w:rPr>
              <w:lastRenderedPageBreak/>
              <w:t>(решение Советского районного суда г. Астрахани от 29.03.2017);</w:t>
            </w:r>
          </w:p>
        </w:tc>
        <w:tc>
          <w:tcPr>
            <w:tcW w:w="2880" w:type="dxa"/>
          </w:tcPr>
          <w:p w:rsidR="006F7457" w:rsidRDefault="00332DB8">
            <w:r>
              <w:lastRenderedPageBreak/>
              <w:t>25.07.2017</w:t>
            </w:r>
          </w:p>
        </w:tc>
      </w:tr>
      <w:tr w:rsidR="006F7457">
        <w:tc>
          <w:tcPr>
            <w:tcW w:w="2880" w:type="dxa"/>
          </w:tcPr>
          <w:p w:rsidR="006F7457" w:rsidRDefault="00332DB8">
            <w:r>
              <w:lastRenderedPageBreak/>
              <w:t>4182.</w:t>
            </w:r>
          </w:p>
        </w:tc>
        <w:tc>
          <w:tcPr>
            <w:tcW w:w="2880" w:type="dxa"/>
          </w:tcPr>
          <w:p w:rsidR="006F7457" w:rsidRPr="00332DB8" w:rsidRDefault="00332DB8">
            <w:pPr>
              <w:rPr>
                <w:lang w:val="ru-RU"/>
              </w:rPr>
            </w:pPr>
            <w:r w:rsidRPr="00332DB8">
              <w:rPr>
                <w:lang w:val="ru-RU"/>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2880" w:type="dxa"/>
          </w:tcPr>
          <w:p w:rsidR="006F7457" w:rsidRDefault="00332DB8">
            <w:r>
              <w:t>25.07.2017</w:t>
            </w:r>
          </w:p>
        </w:tc>
      </w:tr>
      <w:tr w:rsidR="006F7457">
        <w:tc>
          <w:tcPr>
            <w:tcW w:w="2880" w:type="dxa"/>
          </w:tcPr>
          <w:p w:rsidR="006F7457" w:rsidRDefault="00332DB8">
            <w:r>
              <w:t>4183.</w:t>
            </w:r>
          </w:p>
        </w:tc>
        <w:tc>
          <w:tcPr>
            <w:tcW w:w="2880" w:type="dxa"/>
          </w:tcPr>
          <w:p w:rsidR="006F7457" w:rsidRPr="00332DB8" w:rsidRDefault="00332DB8">
            <w:pPr>
              <w:rPr>
                <w:lang w:val="ru-RU"/>
              </w:rPr>
            </w:pPr>
            <w:r w:rsidRPr="00332DB8">
              <w:rPr>
                <w:lang w:val="ru-RU"/>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2880" w:type="dxa"/>
          </w:tcPr>
          <w:p w:rsidR="006F7457" w:rsidRDefault="00332DB8">
            <w:r>
              <w:t>25.07.2017</w:t>
            </w:r>
          </w:p>
        </w:tc>
      </w:tr>
      <w:tr w:rsidR="006F7457">
        <w:tc>
          <w:tcPr>
            <w:tcW w:w="2880" w:type="dxa"/>
          </w:tcPr>
          <w:p w:rsidR="006F7457" w:rsidRDefault="00332DB8">
            <w:r>
              <w:t>4184.</w:t>
            </w:r>
          </w:p>
        </w:tc>
        <w:tc>
          <w:tcPr>
            <w:tcW w:w="2880" w:type="dxa"/>
          </w:tcPr>
          <w:p w:rsidR="006F7457" w:rsidRPr="00332DB8" w:rsidRDefault="00332DB8">
            <w:pPr>
              <w:rPr>
                <w:lang w:val="ru-RU"/>
              </w:rPr>
            </w:pPr>
            <w:r w:rsidRPr="00332DB8">
              <w:rPr>
                <w:lang w:val="ru-RU"/>
              </w:rPr>
              <w:t xml:space="preserve">Видеоролик под названием «Бей антифу...пока они не забили тебя», размещенный в социальной сети «Вконтакте» сети Интернет, имеющий сетевой адрес </w:t>
            </w:r>
            <w:r>
              <w:t>https</w:t>
            </w:r>
            <w:r w:rsidRPr="00332DB8">
              <w:rPr>
                <w:lang w:val="ru-RU"/>
              </w:rPr>
              <w:t>://</w:t>
            </w:r>
            <w:r>
              <w:t>vk</w:t>
            </w:r>
            <w:r w:rsidRPr="00332DB8">
              <w:rPr>
                <w:lang w:val="ru-RU"/>
              </w:rPr>
              <w:t>.</w:t>
            </w:r>
            <w:r>
              <w:t>com</w:t>
            </w:r>
            <w:r w:rsidRPr="00332DB8">
              <w:rPr>
                <w:lang w:val="ru-RU"/>
              </w:rPr>
              <w:t>/</w:t>
            </w:r>
            <w:r>
              <w:t>id</w:t>
            </w:r>
            <w:r w:rsidRPr="00332DB8">
              <w:rPr>
                <w:lang w:val="ru-RU"/>
              </w:rPr>
              <w:t>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2880" w:type="dxa"/>
          </w:tcPr>
          <w:p w:rsidR="006F7457" w:rsidRDefault="00332DB8">
            <w:r>
              <w:t>25.07.2017</w:t>
            </w:r>
          </w:p>
        </w:tc>
      </w:tr>
      <w:tr w:rsidR="006F7457">
        <w:tc>
          <w:tcPr>
            <w:tcW w:w="2880" w:type="dxa"/>
          </w:tcPr>
          <w:p w:rsidR="006F7457" w:rsidRDefault="00332DB8">
            <w:r>
              <w:t>4185.</w:t>
            </w:r>
          </w:p>
        </w:tc>
        <w:tc>
          <w:tcPr>
            <w:tcW w:w="2880" w:type="dxa"/>
          </w:tcPr>
          <w:p w:rsidR="006F7457" w:rsidRPr="00332DB8" w:rsidRDefault="00332DB8">
            <w:pPr>
              <w:rPr>
                <w:lang w:val="ru-RU"/>
              </w:rPr>
            </w:pPr>
            <w:r w:rsidRPr="00332DB8">
              <w:rPr>
                <w:lang w:val="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2880" w:type="dxa"/>
          </w:tcPr>
          <w:p w:rsidR="006F7457" w:rsidRDefault="00332DB8">
            <w:r>
              <w:t>25.07.2017</w:t>
            </w:r>
          </w:p>
        </w:tc>
      </w:tr>
      <w:tr w:rsidR="006F7457">
        <w:tc>
          <w:tcPr>
            <w:tcW w:w="2880" w:type="dxa"/>
          </w:tcPr>
          <w:p w:rsidR="006F7457" w:rsidRDefault="00332DB8">
            <w:r>
              <w:t>4186.</w:t>
            </w:r>
          </w:p>
        </w:tc>
        <w:tc>
          <w:tcPr>
            <w:tcW w:w="2880" w:type="dxa"/>
          </w:tcPr>
          <w:p w:rsidR="006F7457" w:rsidRPr="00332DB8" w:rsidRDefault="00332DB8">
            <w:pPr>
              <w:rPr>
                <w:lang w:val="ru-RU"/>
              </w:rPr>
            </w:pPr>
            <w:r w:rsidRPr="00332DB8">
              <w:rPr>
                <w:lang w:val="ru-RU"/>
              </w:rPr>
              <w:t xml:space="preserve">Статья под названием «Бурут (Бурят) </w:t>
            </w:r>
            <w:r>
              <w:t>j</w:t>
            </w:r>
            <w:r w:rsidRPr="00332DB8">
              <w:rPr>
                <w:lang w:val="ru-RU"/>
              </w:rPr>
              <w:t xml:space="preserve">ерине айылдап </w:t>
            </w:r>
            <w:r>
              <w:t>j</w:t>
            </w:r>
            <w:r w:rsidRPr="00332DB8">
              <w:rPr>
                <w:lang w:val="ru-RU"/>
              </w:rPr>
              <w:t xml:space="preserve">урдис» «Алтай </w:t>
            </w:r>
            <w:r>
              <w:t>J</w:t>
            </w:r>
            <w:r w:rsidRPr="00332DB8">
              <w:rPr>
                <w:lang w:val="ru-RU"/>
              </w:rPr>
              <w:t xml:space="preserve">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w:t>
            </w:r>
            <w:r>
              <w:t>https</w:t>
            </w:r>
            <w:r w:rsidRPr="00332DB8">
              <w:rPr>
                <w:lang w:val="ru-RU"/>
              </w:rPr>
              <w:t>://</w:t>
            </w:r>
            <w:r>
              <w:t>vk</w:t>
            </w:r>
            <w:r w:rsidRPr="00332DB8">
              <w:rPr>
                <w:lang w:val="ru-RU"/>
              </w:rPr>
              <w:t>.</w:t>
            </w:r>
            <w:r>
              <w:t>com</w:t>
            </w:r>
            <w:r w:rsidRPr="00332DB8">
              <w:rPr>
                <w:lang w:val="ru-RU"/>
              </w:rPr>
              <w:t xml:space="preserve">/ </w:t>
            </w:r>
            <w:r>
              <w:t>docs</w:t>
            </w:r>
            <w:r w:rsidRPr="00332DB8">
              <w:rPr>
                <w:lang w:val="ru-RU"/>
              </w:rPr>
              <w:t>-47031643 (решение Онгудайского районного суда Республики Алтай от 11.05.2017);</w:t>
            </w:r>
          </w:p>
        </w:tc>
        <w:tc>
          <w:tcPr>
            <w:tcW w:w="2880" w:type="dxa"/>
          </w:tcPr>
          <w:p w:rsidR="006F7457" w:rsidRDefault="00332DB8">
            <w:r>
              <w:t>28.07.2017</w:t>
            </w:r>
          </w:p>
        </w:tc>
      </w:tr>
      <w:tr w:rsidR="006F7457">
        <w:tc>
          <w:tcPr>
            <w:tcW w:w="2880" w:type="dxa"/>
          </w:tcPr>
          <w:p w:rsidR="006F7457" w:rsidRDefault="00332DB8">
            <w:r>
              <w:lastRenderedPageBreak/>
              <w:t>4187.</w:t>
            </w:r>
          </w:p>
        </w:tc>
        <w:tc>
          <w:tcPr>
            <w:tcW w:w="2880" w:type="dxa"/>
          </w:tcPr>
          <w:p w:rsidR="006F7457" w:rsidRDefault="00332DB8">
            <w:r>
              <w:t>Исключен</w:t>
            </w:r>
          </w:p>
        </w:tc>
        <w:tc>
          <w:tcPr>
            <w:tcW w:w="2880" w:type="dxa"/>
          </w:tcPr>
          <w:p w:rsidR="006F7457" w:rsidRDefault="00332DB8">
            <w:r>
              <w:t>09.08.2017</w:t>
            </w:r>
          </w:p>
        </w:tc>
      </w:tr>
      <w:tr w:rsidR="006F7457">
        <w:tc>
          <w:tcPr>
            <w:tcW w:w="2880" w:type="dxa"/>
          </w:tcPr>
          <w:p w:rsidR="006F7457" w:rsidRDefault="00332DB8">
            <w:r>
              <w:t>4188.</w:t>
            </w:r>
          </w:p>
        </w:tc>
        <w:tc>
          <w:tcPr>
            <w:tcW w:w="2880" w:type="dxa"/>
          </w:tcPr>
          <w:p w:rsidR="006F7457" w:rsidRDefault="00332DB8">
            <w:r>
              <w:t>Исключен</w:t>
            </w:r>
          </w:p>
        </w:tc>
        <w:tc>
          <w:tcPr>
            <w:tcW w:w="2880" w:type="dxa"/>
          </w:tcPr>
          <w:p w:rsidR="006F7457" w:rsidRDefault="00332DB8">
            <w:r>
              <w:t>09.08.2017</w:t>
            </w:r>
          </w:p>
        </w:tc>
      </w:tr>
      <w:tr w:rsidR="006F7457">
        <w:tc>
          <w:tcPr>
            <w:tcW w:w="2880" w:type="dxa"/>
          </w:tcPr>
          <w:p w:rsidR="006F7457" w:rsidRDefault="00332DB8">
            <w:r>
              <w:t>4189.</w:t>
            </w:r>
          </w:p>
        </w:tc>
        <w:tc>
          <w:tcPr>
            <w:tcW w:w="2880" w:type="dxa"/>
          </w:tcPr>
          <w:p w:rsidR="006F7457" w:rsidRDefault="00332DB8">
            <w:r>
              <w:t>Исключен</w:t>
            </w:r>
          </w:p>
        </w:tc>
        <w:tc>
          <w:tcPr>
            <w:tcW w:w="2880" w:type="dxa"/>
          </w:tcPr>
          <w:p w:rsidR="006F7457" w:rsidRDefault="00332DB8">
            <w:r>
              <w:t>09.08.2017</w:t>
            </w:r>
          </w:p>
        </w:tc>
      </w:tr>
      <w:tr w:rsidR="006F7457">
        <w:tc>
          <w:tcPr>
            <w:tcW w:w="2880" w:type="dxa"/>
          </w:tcPr>
          <w:p w:rsidR="006F7457" w:rsidRDefault="00332DB8">
            <w:r>
              <w:t>4190.</w:t>
            </w:r>
          </w:p>
        </w:tc>
        <w:tc>
          <w:tcPr>
            <w:tcW w:w="2880" w:type="dxa"/>
          </w:tcPr>
          <w:p w:rsidR="006F7457" w:rsidRDefault="00332DB8">
            <w:r>
              <w:t>Исключен</w:t>
            </w:r>
          </w:p>
        </w:tc>
        <w:tc>
          <w:tcPr>
            <w:tcW w:w="2880" w:type="dxa"/>
          </w:tcPr>
          <w:p w:rsidR="006F7457" w:rsidRDefault="00332DB8">
            <w:r>
              <w:t>09.08.2017</w:t>
            </w:r>
          </w:p>
        </w:tc>
      </w:tr>
      <w:tr w:rsidR="006F7457">
        <w:tc>
          <w:tcPr>
            <w:tcW w:w="2880" w:type="dxa"/>
          </w:tcPr>
          <w:p w:rsidR="006F7457" w:rsidRDefault="00332DB8">
            <w:r>
              <w:t>4191.</w:t>
            </w:r>
          </w:p>
        </w:tc>
        <w:tc>
          <w:tcPr>
            <w:tcW w:w="2880" w:type="dxa"/>
          </w:tcPr>
          <w:p w:rsidR="006F7457" w:rsidRDefault="00332DB8">
            <w:r>
              <w:t>Исключен</w:t>
            </w:r>
          </w:p>
        </w:tc>
        <w:tc>
          <w:tcPr>
            <w:tcW w:w="2880" w:type="dxa"/>
          </w:tcPr>
          <w:p w:rsidR="006F7457" w:rsidRDefault="00332DB8">
            <w:r>
              <w:t>09.08.2017</w:t>
            </w:r>
          </w:p>
        </w:tc>
      </w:tr>
      <w:tr w:rsidR="006F7457">
        <w:tc>
          <w:tcPr>
            <w:tcW w:w="2880" w:type="dxa"/>
          </w:tcPr>
          <w:p w:rsidR="006F7457" w:rsidRDefault="00332DB8">
            <w:r>
              <w:t>419</w:t>
            </w:r>
            <w:r>
              <w:lastRenderedPageBreak/>
              <w:t>2.</w:t>
            </w:r>
          </w:p>
        </w:tc>
        <w:tc>
          <w:tcPr>
            <w:tcW w:w="2880" w:type="dxa"/>
          </w:tcPr>
          <w:p w:rsidR="006F7457" w:rsidRPr="00332DB8" w:rsidRDefault="00332DB8">
            <w:pPr>
              <w:rPr>
                <w:lang w:val="ru-RU"/>
              </w:rPr>
            </w:pPr>
            <w:r w:rsidRPr="00332DB8">
              <w:rPr>
                <w:lang w:val="ru-RU"/>
              </w:rPr>
              <w:lastRenderedPageBreak/>
              <w:t>Видеофайл с названиями «Красный Сион_</w:t>
            </w:r>
            <w:r>
              <w:t>Red</w:t>
            </w:r>
            <w:r w:rsidRPr="00332DB8">
              <w:rPr>
                <w:lang w:val="ru-RU"/>
              </w:rPr>
              <w:t xml:space="preserve"> </w:t>
            </w:r>
            <w:r>
              <w:t>Zion</w:t>
            </w:r>
            <w:r w:rsidRPr="00332DB8">
              <w:rPr>
                <w:lang w:val="ru-RU"/>
              </w:rPr>
              <w:t xml:space="preserve"> – </w:t>
            </w:r>
            <w:r>
              <w:t>YouTube</w:t>
            </w:r>
            <w:r w:rsidRPr="00332DB8">
              <w:rPr>
                <w:lang w:val="ru-RU"/>
              </w:rPr>
              <w:t xml:space="preserve"> [360</w:t>
            </w:r>
            <w:r>
              <w:t>p</w:t>
            </w:r>
            <w:r w:rsidRPr="00332DB8">
              <w:rPr>
                <w:lang w:val="ru-RU"/>
              </w:rPr>
              <w:t>].</w:t>
            </w:r>
            <w:r>
              <w:t>webm</w:t>
            </w:r>
            <w:r w:rsidRPr="00332DB8">
              <w:rPr>
                <w:lang w:val="ru-RU"/>
              </w:rPr>
              <w:t xml:space="preserve">», «Красный СИОН / </w:t>
            </w:r>
            <w:r>
              <w:t>Red</w:t>
            </w:r>
            <w:r w:rsidRPr="00332DB8">
              <w:rPr>
                <w:lang w:val="ru-RU"/>
              </w:rPr>
              <w:t xml:space="preserve"> </w:t>
            </w:r>
            <w:r>
              <w:t>ZION</w:t>
            </w:r>
            <w:r w:rsidRPr="00332DB8">
              <w:rPr>
                <w:lang w:val="ru-RU"/>
              </w:rPr>
              <w:t xml:space="preserve">», «Геноцид славянских народов проводят евреи! Красный Сион - </w:t>
            </w:r>
            <w:r>
              <w:t>Red</w:t>
            </w:r>
            <w:r w:rsidRPr="00332DB8">
              <w:rPr>
                <w:lang w:val="ru-RU"/>
              </w:rPr>
              <w:t xml:space="preserve"> </w:t>
            </w:r>
            <w:r>
              <w:t>Zion</w:t>
            </w:r>
            <w:r w:rsidRPr="00332DB8">
              <w:rPr>
                <w:lang w:val="ru-RU"/>
              </w:rPr>
              <w:t>», «Злодеяния жидов в России. Красный Сион (</w:t>
            </w:r>
            <w:r>
              <w:t>Red</w:t>
            </w:r>
            <w:r w:rsidRPr="00332DB8">
              <w:rPr>
                <w:lang w:val="ru-RU"/>
              </w:rPr>
              <w:t xml:space="preserve"> </w:t>
            </w:r>
            <w:r>
              <w:t>Zion</w:t>
            </w:r>
            <w:r w:rsidRPr="00332DB8">
              <w:rPr>
                <w:lang w:val="ru-RU"/>
              </w:rPr>
              <w:t xml:space="preserve">)» продолжительностью 5 минут 51 секунда, начинающийся слайдом, на котором на черном </w:t>
            </w:r>
            <w:r w:rsidRPr="00332DB8">
              <w:rPr>
                <w:lang w:val="ru-RU"/>
              </w:rPr>
              <w:lastRenderedPageBreak/>
              <w:t xml:space="preserve">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интернет-страницах: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HRRZ</w:t>
            </w:r>
            <w:r w:rsidRPr="00332DB8">
              <w:rPr>
                <w:lang w:val="ru-RU"/>
              </w:rPr>
              <w:t>6</w:t>
            </w:r>
            <w:r>
              <w:t>XPwkg</w:t>
            </w:r>
            <w:r w:rsidRPr="00332DB8">
              <w:rPr>
                <w:lang w:val="ru-RU"/>
              </w:rPr>
              <w:t xml:space="preserve">4; </w:t>
            </w:r>
            <w:r>
              <w:t>https</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s</w:t>
            </w:r>
            <w:r w:rsidRPr="00332DB8">
              <w:rPr>
                <w:lang w:val="ru-RU"/>
              </w:rPr>
              <w:t>1</w:t>
            </w:r>
            <w:r>
              <w:t>part</w:t>
            </w:r>
            <w:r w:rsidRPr="00332DB8">
              <w:rPr>
                <w:lang w:val="ru-RU"/>
              </w:rPr>
              <w:t>1</w:t>
            </w:r>
            <w:r>
              <w:t>a</w:t>
            </w:r>
            <w:r w:rsidRPr="00332DB8">
              <w:rPr>
                <w:lang w:val="ru-RU"/>
              </w:rPr>
              <w:t>/</w:t>
            </w:r>
            <w:r>
              <w:t>video</w:t>
            </w:r>
            <w:r w:rsidRPr="00332DB8">
              <w:rPr>
                <w:lang w:val="ru-RU"/>
              </w:rPr>
              <w:t>/50/2463.</w:t>
            </w:r>
            <w:r>
              <w:t>html</w:t>
            </w:r>
            <w:r w:rsidRPr="00332DB8">
              <w:rPr>
                <w:lang w:val="ru-RU"/>
              </w:rPr>
              <w:t xml:space="preserve">; </w:t>
            </w:r>
            <w:r>
              <w:t>https</w:t>
            </w:r>
            <w:r w:rsidRPr="00332DB8">
              <w:rPr>
                <w:lang w:val="ru-RU"/>
              </w:rPr>
              <w:t>://</w:t>
            </w:r>
            <w:r>
              <w:t>ok</w:t>
            </w:r>
            <w:r w:rsidRPr="00332DB8">
              <w:rPr>
                <w:lang w:val="ru-RU"/>
              </w:rPr>
              <w:t>.</w:t>
            </w:r>
            <w:r>
              <w:t>ru</w:t>
            </w:r>
            <w:r w:rsidRPr="00332DB8">
              <w:rPr>
                <w:lang w:val="ru-RU"/>
              </w:rPr>
              <w:t>/</w:t>
            </w:r>
            <w:r>
              <w:t>video</w:t>
            </w:r>
            <w:r w:rsidRPr="00332DB8">
              <w:rPr>
                <w:lang w:val="ru-RU"/>
              </w:rPr>
              <w:t xml:space="preserve">/4738647523; </w:t>
            </w:r>
            <w:r>
              <w:t>http</w:t>
            </w:r>
            <w:r w:rsidRPr="00332DB8">
              <w:rPr>
                <w:lang w:val="ru-RU"/>
              </w:rPr>
              <w:t>://</w:t>
            </w:r>
            <w:r>
              <w:t>ukr</w:t>
            </w:r>
            <w:r w:rsidRPr="00332DB8">
              <w:rPr>
                <w:lang w:val="ru-RU"/>
              </w:rPr>
              <w:t>-</w:t>
            </w:r>
            <w:r>
              <w:t>net</w:t>
            </w:r>
            <w:r w:rsidRPr="00332DB8">
              <w:rPr>
                <w:lang w:val="ru-RU"/>
              </w:rPr>
              <w:t>-</w:t>
            </w:r>
            <w:r>
              <w:t>news</w:t>
            </w:r>
            <w:r w:rsidRPr="00332DB8">
              <w:rPr>
                <w:lang w:val="ru-RU"/>
              </w:rPr>
              <w:t>.</w:t>
            </w:r>
            <w:r>
              <w:t>ru</w:t>
            </w:r>
            <w:r w:rsidRPr="00332DB8">
              <w:rPr>
                <w:lang w:val="ru-RU"/>
              </w:rPr>
              <w:t>/</w:t>
            </w:r>
            <w:r>
              <w:t>watch</w:t>
            </w:r>
            <w:r w:rsidRPr="00332DB8">
              <w:rPr>
                <w:lang w:val="ru-RU"/>
              </w:rPr>
              <w:t>/</w:t>
            </w:r>
            <w:r>
              <w:t>baLtG</w:t>
            </w:r>
            <w:r w:rsidRPr="00332DB8">
              <w:rPr>
                <w:lang w:val="ru-RU"/>
              </w:rPr>
              <w:t>_</w:t>
            </w:r>
            <w:r>
              <w:t>FhHMA</w:t>
            </w:r>
            <w:r w:rsidRPr="00332DB8">
              <w:rPr>
                <w:lang w:val="ru-RU"/>
              </w:rPr>
              <w:t>/%</w:t>
            </w:r>
            <w:r>
              <w:t>D</w:t>
            </w:r>
            <w:r w:rsidRPr="00332DB8">
              <w:rPr>
                <w:lang w:val="ru-RU"/>
              </w:rPr>
              <w:t>0%97%</w:t>
            </w:r>
            <w:r>
              <w:t>D</w:t>
            </w:r>
            <w:r w:rsidRPr="00332DB8">
              <w:rPr>
                <w:lang w:val="ru-RU"/>
              </w:rPr>
              <w:t>0%</w:t>
            </w:r>
            <w:r>
              <w:t>BB</w:t>
            </w:r>
            <w:r w:rsidRPr="00332DB8">
              <w:rPr>
                <w:lang w:val="ru-RU"/>
              </w:rPr>
              <w:t>%-</w:t>
            </w:r>
            <w:r>
              <w:t>D</w:t>
            </w:r>
            <w:r w:rsidRPr="00332DB8">
              <w:rPr>
                <w:lang w:val="ru-RU"/>
              </w:rPr>
              <w:t>0%</w:t>
            </w:r>
            <w:r>
              <w:t>B</w:t>
            </w:r>
            <w:r w:rsidRPr="00332DB8">
              <w:rPr>
                <w:lang w:val="ru-RU"/>
              </w:rPr>
              <w:t>-</w:t>
            </w:r>
            <w:r>
              <w:t>E</w:t>
            </w:r>
            <w:r w:rsidRPr="00332DB8">
              <w:rPr>
                <w:lang w:val="ru-RU"/>
              </w:rPr>
              <w:t xml:space="preserve">% </w:t>
            </w:r>
            <w:r>
              <w:t>D</w:t>
            </w:r>
            <w:r w:rsidRPr="00332DB8">
              <w:rPr>
                <w:lang w:val="ru-RU"/>
              </w:rPr>
              <w:t>0%</w:t>
            </w:r>
            <w:r>
              <w:t>B</w:t>
            </w:r>
            <w:r w:rsidRPr="00332DB8">
              <w:rPr>
                <w:lang w:val="ru-RU"/>
              </w:rPr>
              <w:t>4%</w:t>
            </w:r>
            <w:r>
              <w:t>D</w:t>
            </w:r>
            <w:r w:rsidRPr="00332DB8">
              <w:rPr>
                <w:lang w:val="ru-RU"/>
              </w:rPr>
              <w:t>0%</w:t>
            </w:r>
            <w:r>
              <w:t>B</w:t>
            </w:r>
            <w:r w:rsidRPr="00332DB8">
              <w:rPr>
                <w:lang w:val="ru-RU"/>
              </w:rPr>
              <w:t>5%</w:t>
            </w:r>
            <w:r>
              <w:t>D</w:t>
            </w:r>
            <w:r w:rsidRPr="00332DB8">
              <w:rPr>
                <w:lang w:val="ru-RU"/>
              </w:rPr>
              <w:t>1%8</w:t>
            </w:r>
            <w:r>
              <w:t>F</w:t>
            </w:r>
            <w:r w:rsidRPr="00332DB8">
              <w:rPr>
                <w:lang w:val="ru-RU"/>
              </w:rPr>
              <w:t>%</w:t>
            </w:r>
            <w:r>
              <w:t>D</w:t>
            </w:r>
            <w:r w:rsidRPr="00332DB8">
              <w:rPr>
                <w:lang w:val="ru-RU"/>
              </w:rPr>
              <w:t>0%</w:t>
            </w:r>
            <w:r>
              <w:t>BD</w:t>
            </w:r>
            <w:r w:rsidRPr="00332DB8">
              <w:rPr>
                <w:lang w:val="ru-RU"/>
              </w:rPr>
              <w:t>%</w:t>
            </w:r>
            <w:r>
              <w:t>D</w:t>
            </w:r>
            <w:r w:rsidRPr="00332DB8">
              <w:rPr>
                <w:lang w:val="ru-RU"/>
              </w:rPr>
              <w:t>0%</w:t>
            </w:r>
            <w:r>
              <w:t>B</w:t>
            </w:r>
            <w:r w:rsidRPr="00332DB8">
              <w:rPr>
                <w:lang w:val="ru-RU"/>
              </w:rPr>
              <w:t>8%</w:t>
            </w:r>
            <w:r>
              <w:t>D</w:t>
            </w:r>
            <w:r w:rsidRPr="00332DB8">
              <w:rPr>
                <w:lang w:val="ru-RU"/>
              </w:rPr>
              <w:t>1%8</w:t>
            </w:r>
            <w:r>
              <w:t>F</w:t>
            </w:r>
            <w:r w:rsidRPr="00332DB8">
              <w:rPr>
                <w:lang w:val="ru-RU"/>
              </w:rPr>
              <w:t>+%</w:t>
            </w:r>
            <w:r>
              <w:t>D</w:t>
            </w:r>
            <w:r w:rsidRPr="00332DB8">
              <w:rPr>
                <w:lang w:val="ru-RU"/>
              </w:rPr>
              <w:t>0%</w:t>
            </w:r>
            <w:r>
              <w:t>B</w:t>
            </w:r>
            <w:r w:rsidRPr="00332DB8">
              <w:rPr>
                <w:lang w:val="ru-RU"/>
              </w:rPr>
              <w:t>6%</w:t>
            </w:r>
            <w:r>
              <w:t>D</w:t>
            </w:r>
            <w:r w:rsidRPr="00332DB8">
              <w:rPr>
                <w:lang w:val="ru-RU"/>
              </w:rPr>
              <w:t>0%</w:t>
            </w:r>
            <w:r>
              <w:t>B</w:t>
            </w:r>
            <w:r w:rsidRPr="00332DB8">
              <w:rPr>
                <w:lang w:val="ru-RU"/>
              </w:rPr>
              <w:t>8%</w:t>
            </w:r>
            <w:r>
              <w:t>D</w:t>
            </w:r>
            <w:r w:rsidRPr="00332DB8">
              <w:rPr>
                <w:lang w:val="ru-RU"/>
              </w:rPr>
              <w:t>0%</w:t>
            </w:r>
            <w:r>
              <w:t>B</w:t>
            </w:r>
            <w:r w:rsidRPr="00332DB8">
              <w:rPr>
                <w:lang w:val="ru-RU"/>
              </w:rPr>
              <w:t>4%</w:t>
            </w:r>
            <w:r>
              <w:t>D</w:t>
            </w:r>
            <w:r w:rsidRPr="00332DB8">
              <w:rPr>
                <w:lang w:val="ru-RU"/>
              </w:rPr>
              <w:t>0%</w:t>
            </w:r>
            <w:r>
              <w:t>BE</w:t>
            </w:r>
            <w:r w:rsidRPr="00332DB8">
              <w:rPr>
                <w:lang w:val="ru-RU"/>
              </w:rPr>
              <w:t>%</w:t>
            </w:r>
            <w:r>
              <w:t>D</w:t>
            </w:r>
            <w:r w:rsidRPr="00332DB8">
              <w:rPr>
                <w:lang w:val="ru-RU"/>
              </w:rPr>
              <w:t>0%</w:t>
            </w:r>
            <w:r>
              <w:t>B</w:t>
            </w:r>
            <w:r w:rsidRPr="00332DB8">
              <w:rPr>
                <w:lang w:val="ru-RU"/>
              </w:rPr>
              <w:t>2+%</w:t>
            </w:r>
            <w:r>
              <w:t>D</w:t>
            </w:r>
            <w:r w:rsidRPr="00332DB8">
              <w:rPr>
                <w:lang w:val="ru-RU"/>
              </w:rPr>
              <w:t>0%</w:t>
            </w:r>
            <w:r>
              <w:t>B</w:t>
            </w:r>
            <w:r w:rsidRPr="00332DB8">
              <w:rPr>
                <w:lang w:val="ru-RU"/>
              </w:rPr>
              <w:t>2+%</w:t>
            </w:r>
            <w:r>
              <w:t>D</w:t>
            </w:r>
            <w:r w:rsidRPr="00332DB8">
              <w:rPr>
                <w:lang w:val="ru-RU"/>
              </w:rPr>
              <w:t>0%</w:t>
            </w:r>
            <w:r>
              <w:t>A</w:t>
            </w:r>
            <w:r w:rsidRPr="00332DB8">
              <w:rPr>
                <w:lang w:val="ru-RU"/>
              </w:rPr>
              <w:t>0%</w:t>
            </w:r>
            <w:r>
              <w:t>D</w:t>
            </w:r>
            <w:r w:rsidRPr="00332DB8">
              <w:rPr>
                <w:lang w:val="ru-RU"/>
              </w:rPr>
              <w:t>0%</w:t>
            </w:r>
            <w:r>
              <w:t>BE</w:t>
            </w:r>
            <w:r w:rsidRPr="00332DB8">
              <w:rPr>
                <w:lang w:val="ru-RU"/>
              </w:rPr>
              <w:t>%</w:t>
            </w:r>
            <w:r>
              <w:t>D</w:t>
            </w:r>
            <w:r w:rsidRPr="00332DB8">
              <w:rPr>
                <w:lang w:val="ru-RU"/>
              </w:rPr>
              <w:t>1%81%</w:t>
            </w:r>
            <w:r>
              <w:t>D</w:t>
            </w:r>
            <w:r w:rsidRPr="00332DB8">
              <w:rPr>
                <w:lang w:val="ru-RU"/>
              </w:rPr>
              <w:t>1%81%</w:t>
            </w:r>
            <w:r>
              <w:t>D</w:t>
            </w:r>
            <w:r w:rsidRPr="00332DB8">
              <w:rPr>
                <w:lang w:val="ru-RU"/>
              </w:rPr>
              <w:t>0%</w:t>
            </w:r>
            <w:r>
              <w:t>B</w:t>
            </w:r>
            <w:r w:rsidRPr="00332DB8">
              <w:rPr>
                <w:lang w:val="ru-RU"/>
              </w:rPr>
              <w:t>8%</w:t>
            </w:r>
            <w:r>
              <w:t>D</w:t>
            </w:r>
            <w:r w:rsidRPr="00332DB8">
              <w:rPr>
                <w:lang w:val="ru-RU"/>
              </w:rPr>
              <w:t>0%</w:t>
            </w:r>
            <w:r>
              <w:t>B</w:t>
            </w:r>
            <w:r w:rsidRPr="00332DB8">
              <w:rPr>
                <w:lang w:val="ru-RU"/>
              </w:rPr>
              <w:t>8+%</w:t>
            </w:r>
            <w:r>
              <w:t>D</w:t>
            </w:r>
            <w:r w:rsidRPr="00332DB8">
              <w:rPr>
                <w:lang w:val="ru-RU"/>
              </w:rPr>
              <w:t>0%9</w:t>
            </w:r>
            <w:r>
              <w:t>A</w:t>
            </w:r>
            <w:r w:rsidRPr="00332DB8">
              <w:rPr>
                <w:lang w:val="ru-RU"/>
              </w:rPr>
              <w:t>%</w:t>
            </w:r>
            <w:r>
              <w:t>D</w:t>
            </w:r>
            <w:r w:rsidRPr="00332DB8">
              <w:rPr>
                <w:lang w:val="ru-RU"/>
              </w:rPr>
              <w:t>1%80%</w:t>
            </w:r>
            <w:r>
              <w:t>D</w:t>
            </w:r>
            <w:r w:rsidRPr="00332DB8">
              <w:rPr>
                <w:lang w:val="ru-RU"/>
              </w:rPr>
              <w:t>0%</w:t>
            </w:r>
            <w:r>
              <w:t>B</w:t>
            </w:r>
            <w:r w:rsidRPr="00332DB8">
              <w:rPr>
                <w:lang w:val="ru-RU"/>
              </w:rPr>
              <w:t>0%</w:t>
            </w:r>
            <w:r>
              <w:t>D</w:t>
            </w:r>
            <w:r w:rsidRPr="00332DB8">
              <w:rPr>
                <w:lang w:val="ru-RU"/>
              </w:rPr>
              <w:t>1%81%</w:t>
            </w:r>
            <w:r>
              <w:t>D</w:t>
            </w:r>
            <w:r w:rsidRPr="00332DB8">
              <w:rPr>
                <w:lang w:val="ru-RU"/>
              </w:rPr>
              <w:t>0%</w:t>
            </w:r>
            <w:r>
              <w:t>BD</w:t>
            </w:r>
            <w:r w:rsidRPr="00332DB8">
              <w:rPr>
                <w:lang w:val="ru-RU"/>
              </w:rPr>
              <w:t>%</w:t>
            </w:r>
            <w:r>
              <w:t>D</w:t>
            </w:r>
            <w:r w:rsidRPr="00332DB8">
              <w:rPr>
                <w:lang w:val="ru-RU"/>
              </w:rPr>
              <w:t>1%8</w:t>
            </w:r>
            <w:r>
              <w:t>B</w:t>
            </w:r>
            <w:r w:rsidRPr="00332DB8">
              <w:rPr>
                <w:lang w:val="ru-RU"/>
              </w:rPr>
              <w:t>%</w:t>
            </w:r>
            <w:r>
              <w:t>D</w:t>
            </w:r>
            <w:r w:rsidRPr="00332DB8">
              <w:rPr>
                <w:lang w:val="ru-RU"/>
              </w:rPr>
              <w:t>0%</w:t>
            </w:r>
            <w:r>
              <w:t>B</w:t>
            </w:r>
            <w:r w:rsidRPr="00332DB8">
              <w:rPr>
                <w:lang w:val="ru-RU"/>
              </w:rPr>
              <w:t>9+%</w:t>
            </w:r>
            <w:r>
              <w:t>D</w:t>
            </w:r>
            <w:r w:rsidRPr="00332DB8">
              <w:rPr>
                <w:lang w:val="ru-RU"/>
              </w:rPr>
              <w:t>0%</w:t>
            </w:r>
            <w:r>
              <w:t>A</w:t>
            </w:r>
            <w:r w:rsidRPr="00332DB8">
              <w:rPr>
                <w:lang w:val="ru-RU"/>
              </w:rPr>
              <w:t>1 %</w:t>
            </w:r>
            <w:r>
              <w:t>D</w:t>
            </w:r>
            <w:r w:rsidRPr="00332DB8">
              <w:rPr>
                <w:lang w:val="ru-RU"/>
              </w:rPr>
              <w:t>0%</w:t>
            </w:r>
            <w:r>
              <w:t>B</w:t>
            </w:r>
            <w:r w:rsidRPr="00332DB8">
              <w:rPr>
                <w:lang w:val="ru-RU"/>
              </w:rPr>
              <w:t>8%</w:t>
            </w:r>
            <w:r>
              <w:t>D</w:t>
            </w:r>
            <w:r w:rsidRPr="00332DB8">
              <w:rPr>
                <w:lang w:val="ru-RU"/>
              </w:rPr>
              <w:t>0%</w:t>
            </w:r>
            <w:r>
              <w:t>BE</w:t>
            </w:r>
            <w:r w:rsidRPr="00332DB8">
              <w:rPr>
                <w:lang w:val="ru-RU"/>
              </w:rPr>
              <w:t>%</w:t>
            </w:r>
            <w:r>
              <w:t>D</w:t>
            </w:r>
            <w:r w:rsidRPr="00332DB8">
              <w:rPr>
                <w:lang w:val="ru-RU"/>
              </w:rPr>
              <w:t>0%</w:t>
            </w:r>
            <w:r>
              <w:t>BD</w:t>
            </w:r>
            <w:r w:rsidRPr="00332DB8">
              <w:rPr>
                <w:lang w:val="ru-RU"/>
              </w:rPr>
              <w:t>+</w:t>
            </w:r>
            <w:r>
              <w:t>Red</w:t>
            </w:r>
            <w:r w:rsidRPr="00332DB8">
              <w:rPr>
                <w:lang w:val="ru-RU"/>
              </w:rPr>
              <w:t>+</w:t>
            </w:r>
            <w:r>
              <w:t>Zion</w:t>
            </w:r>
            <w:r w:rsidRPr="00332DB8">
              <w:rPr>
                <w:lang w:val="ru-RU"/>
              </w:rPr>
              <w:t>.</w:t>
            </w:r>
            <w:r>
              <w:t>html</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video</w:t>
            </w:r>
            <w:r w:rsidRPr="00332DB8">
              <w:rPr>
                <w:lang w:val="ru-RU"/>
              </w:rPr>
              <w:t>?</w:t>
            </w:r>
            <w:r>
              <w:t>q</w:t>
            </w:r>
            <w:r w:rsidRPr="00332DB8">
              <w:rPr>
                <w:lang w:val="ru-RU"/>
              </w:rPr>
              <w:t>=%</w:t>
            </w:r>
            <w:r>
              <w:t>D</w:t>
            </w:r>
            <w:r w:rsidRPr="00332DB8">
              <w:rPr>
                <w:lang w:val="ru-RU"/>
              </w:rPr>
              <w:t>0%9</w:t>
            </w:r>
            <w:r>
              <w:t>A</w:t>
            </w:r>
            <w:r w:rsidRPr="00332DB8">
              <w:rPr>
                <w:lang w:val="ru-RU"/>
              </w:rPr>
              <w:t>%</w:t>
            </w:r>
            <w:r>
              <w:t>D</w:t>
            </w:r>
            <w:r w:rsidRPr="00332DB8">
              <w:rPr>
                <w:lang w:val="ru-RU"/>
              </w:rPr>
              <w:t>1%80%</w:t>
            </w:r>
            <w:r>
              <w:t>D</w:t>
            </w:r>
            <w:r w:rsidRPr="00332DB8">
              <w:rPr>
                <w:lang w:val="ru-RU"/>
              </w:rPr>
              <w:t>0%</w:t>
            </w:r>
            <w:r>
              <w:t>B</w:t>
            </w:r>
            <w:r w:rsidRPr="00332DB8">
              <w:rPr>
                <w:lang w:val="ru-RU"/>
              </w:rPr>
              <w:t>0%</w:t>
            </w:r>
            <w:r>
              <w:t>D</w:t>
            </w:r>
            <w:r w:rsidRPr="00332DB8">
              <w:rPr>
                <w:lang w:val="ru-RU"/>
              </w:rPr>
              <w:t>1%81%</w:t>
            </w:r>
            <w:r>
              <w:t>D</w:t>
            </w:r>
            <w:r w:rsidRPr="00332DB8">
              <w:rPr>
                <w:lang w:val="ru-RU"/>
              </w:rPr>
              <w:t>0%</w:t>
            </w:r>
            <w:r>
              <w:t>BD</w:t>
            </w:r>
            <w:r w:rsidRPr="00332DB8">
              <w:rPr>
                <w:lang w:val="ru-RU"/>
              </w:rPr>
              <w:t>%-</w:t>
            </w:r>
            <w:r>
              <w:t>D</w:t>
            </w:r>
            <w:r w:rsidRPr="00332DB8">
              <w:rPr>
                <w:lang w:val="ru-RU"/>
              </w:rPr>
              <w:t>-1% 8</w:t>
            </w:r>
            <w:r>
              <w:t>B</w:t>
            </w:r>
            <w:r w:rsidRPr="00332DB8">
              <w:rPr>
                <w:lang w:val="ru-RU"/>
              </w:rPr>
              <w:t>%</w:t>
            </w:r>
            <w:r>
              <w:t>D</w:t>
            </w:r>
            <w:r w:rsidRPr="00332DB8">
              <w:rPr>
                <w:lang w:val="ru-RU"/>
              </w:rPr>
              <w:t>0%</w:t>
            </w:r>
            <w:r>
              <w:t>B</w:t>
            </w:r>
            <w:r w:rsidRPr="00332DB8">
              <w:rPr>
                <w:lang w:val="ru-RU"/>
              </w:rPr>
              <w:t>9%20%</w:t>
            </w:r>
            <w:r>
              <w:t>D</w:t>
            </w:r>
            <w:r w:rsidRPr="00332DB8">
              <w:rPr>
                <w:lang w:val="ru-RU"/>
              </w:rPr>
              <w:t>0%</w:t>
            </w:r>
            <w:r>
              <w:t>A</w:t>
            </w:r>
            <w:r w:rsidRPr="00332DB8">
              <w:rPr>
                <w:lang w:val="ru-RU"/>
              </w:rPr>
              <w:t>1%</w:t>
            </w:r>
            <w:r>
              <w:t>D</w:t>
            </w:r>
            <w:r w:rsidRPr="00332DB8">
              <w:rPr>
                <w:lang w:val="ru-RU"/>
              </w:rPr>
              <w:t>0%</w:t>
            </w:r>
            <w:r>
              <w:t>B</w:t>
            </w:r>
            <w:r w:rsidRPr="00332DB8">
              <w:rPr>
                <w:lang w:val="ru-RU"/>
              </w:rPr>
              <w:t>8%</w:t>
            </w:r>
            <w:r>
              <w:t>D</w:t>
            </w:r>
            <w:r w:rsidRPr="00332DB8">
              <w:rPr>
                <w:lang w:val="ru-RU"/>
              </w:rPr>
              <w:t>0%</w:t>
            </w:r>
            <w:r>
              <w:t>BE</w:t>
            </w:r>
            <w:r w:rsidRPr="00332DB8">
              <w:rPr>
                <w:lang w:val="ru-RU"/>
              </w:rPr>
              <w:t>%</w:t>
            </w:r>
            <w:r>
              <w:t>D</w:t>
            </w:r>
            <w:r w:rsidRPr="00332DB8">
              <w:rPr>
                <w:lang w:val="ru-RU"/>
              </w:rPr>
              <w:t>0%</w:t>
            </w:r>
            <w:r>
              <w:t>BD</w:t>
            </w:r>
            <w:r w:rsidRPr="00332DB8">
              <w:rPr>
                <w:lang w:val="ru-RU"/>
              </w:rPr>
              <w:t>&amp;</w:t>
            </w:r>
            <w:r>
              <w:t>z</w:t>
            </w:r>
            <w:r w:rsidRPr="00332DB8">
              <w:rPr>
                <w:lang w:val="ru-RU"/>
              </w:rPr>
              <w:t>=</w:t>
            </w:r>
            <w:r>
              <w:t>video</w:t>
            </w:r>
            <w:r w:rsidRPr="00332DB8">
              <w:rPr>
                <w:lang w:val="ru-RU"/>
              </w:rPr>
              <w:t xml:space="preserve">-6197608_16-8775004; </w:t>
            </w:r>
            <w:r>
              <w:t>https</w:t>
            </w:r>
            <w:r w:rsidRPr="00332DB8">
              <w:rPr>
                <w:lang w:val="ru-RU"/>
              </w:rPr>
              <w:t>://</w:t>
            </w:r>
            <w:r>
              <w:t>vk</w:t>
            </w:r>
            <w:r w:rsidRPr="00332DB8">
              <w:rPr>
                <w:lang w:val="ru-RU"/>
              </w:rPr>
              <w:t>.</w:t>
            </w:r>
            <w:r>
              <w:t>com</w:t>
            </w:r>
            <w:r w:rsidRPr="00332DB8">
              <w:rPr>
                <w:lang w:val="ru-RU"/>
              </w:rPr>
              <w:t>/</w:t>
            </w:r>
            <w:r>
              <w:t>video</w:t>
            </w:r>
            <w:r w:rsidRPr="00332DB8">
              <w:rPr>
                <w:lang w:val="ru-RU"/>
              </w:rPr>
              <w:t>?</w:t>
            </w:r>
            <w:r>
              <w:t>q</w:t>
            </w:r>
            <w:r w:rsidRPr="00332DB8">
              <w:rPr>
                <w:lang w:val="ru-RU"/>
              </w:rPr>
              <w:t>=%</w:t>
            </w:r>
            <w:r>
              <w:t>D</w:t>
            </w:r>
            <w:r w:rsidRPr="00332DB8">
              <w:rPr>
                <w:lang w:val="ru-RU"/>
              </w:rPr>
              <w:t>0%9</w:t>
            </w:r>
            <w:r>
              <w:t>A</w:t>
            </w:r>
            <w:r w:rsidRPr="00332DB8">
              <w:rPr>
                <w:lang w:val="ru-RU"/>
              </w:rPr>
              <w:t>%</w:t>
            </w:r>
            <w:r>
              <w:t>D</w:t>
            </w:r>
            <w:r w:rsidRPr="00332DB8">
              <w:rPr>
                <w:lang w:val="ru-RU"/>
              </w:rPr>
              <w:t>1%80%</w:t>
            </w:r>
            <w:r>
              <w:t>D</w:t>
            </w:r>
            <w:r w:rsidRPr="00332DB8">
              <w:rPr>
                <w:lang w:val="ru-RU"/>
              </w:rPr>
              <w:t>0%</w:t>
            </w:r>
            <w:r>
              <w:t>B</w:t>
            </w:r>
            <w:r w:rsidRPr="00332DB8">
              <w:rPr>
                <w:lang w:val="ru-RU"/>
              </w:rPr>
              <w:t>0%</w:t>
            </w:r>
            <w:r>
              <w:t>D</w:t>
            </w:r>
            <w:r w:rsidRPr="00332DB8">
              <w:rPr>
                <w:lang w:val="ru-RU"/>
              </w:rPr>
              <w:t>1%81%</w:t>
            </w:r>
            <w:r>
              <w:t>D</w:t>
            </w:r>
            <w:r w:rsidRPr="00332DB8">
              <w:rPr>
                <w:lang w:val="ru-RU"/>
              </w:rPr>
              <w:t>0%</w:t>
            </w:r>
            <w:r>
              <w:t>BD</w:t>
            </w:r>
            <w:r w:rsidRPr="00332DB8">
              <w:rPr>
                <w:lang w:val="ru-RU"/>
              </w:rPr>
              <w:t>%</w:t>
            </w:r>
            <w:r>
              <w:t>D</w:t>
            </w:r>
            <w:r w:rsidRPr="00332DB8">
              <w:rPr>
                <w:lang w:val="ru-RU"/>
              </w:rPr>
              <w:t>1%8</w:t>
            </w:r>
            <w:r>
              <w:t>B</w:t>
            </w:r>
            <w:r w:rsidRPr="00332DB8">
              <w:rPr>
                <w:lang w:val="ru-RU"/>
              </w:rPr>
              <w:t>%</w:t>
            </w:r>
            <w:r>
              <w:t>D</w:t>
            </w:r>
            <w:r w:rsidRPr="00332DB8">
              <w:rPr>
                <w:lang w:val="ru-RU"/>
              </w:rPr>
              <w:t>0%</w:t>
            </w:r>
            <w:r>
              <w:t>B</w:t>
            </w:r>
            <w:r w:rsidRPr="00332DB8">
              <w:rPr>
                <w:lang w:val="ru-RU"/>
              </w:rPr>
              <w:t>9%20%</w:t>
            </w:r>
            <w:r>
              <w:t>D</w:t>
            </w:r>
            <w:r w:rsidRPr="00332DB8">
              <w:rPr>
                <w:lang w:val="ru-RU"/>
              </w:rPr>
              <w:t>0%</w:t>
            </w:r>
            <w:r>
              <w:t>A</w:t>
            </w:r>
            <w:r w:rsidRPr="00332DB8">
              <w:rPr>
                <w:lang w:val="ru-RU"/>
              </w:rPr>
              <w:t>1%</w:t>
            </w:r>
            <w:r>
              <w:t>D</w:t>
            </w:r>
            <w:r w:rsidRPr="00332DB8">
              <w:rPr>
                <w:lang w:val="ru-RU"/>
              </w:rPr>
              <w:t>0%</w:t>
            </w:r>
            <w:r>
              <w:t>B</w:t>
            </w:r>
            <w:r w:rsidRPr="00332DB8">
              <w:rPr>
                <w:lang w:val="ru-RU"/>
              </w:rPr>
              <w:t>8%</w:t>
            </w:r>
            <w:r>
              <w:t>D</w:t>
            </w:r>
            <w:r w:rsidRPr="00332DB8">
              <w:rPr>
                <w:lang w:val="ru-RU"/>
              </w:rPr>
              <w:t>0%</w:t>
            </w:r>
            <w:r>
              <w:t>BE</w:t>
            </w:r>
            <w:r w:rsidRPr="00332DB8">
              <w:rPr>
                <w:lang w:val="ru-RU"/>
              </w:rPr>
              <w:t>%</w:t>
            </w:r>
            <w:r>
              <w:t>D</w:t>
            </w:r>
            <w:r w:rsidRPr="00332DB8">
              <w:rPr>
                <w:lang w:val="ru-RU"/>
              </w:rPr>
              <w:t>0%</w:t>
            </w:r>
            <w:r>
              <w:t>BD</w:t>
            </w:r>
            <w:r w:rsidRPr="00332DB8">
              <w:rPr>
                <w:lang w:val="ru-RU"/>
              </w:rPr>
              <w:t>&amp;</w:t>
            </w:r>
            <w:r>
              <w:t>z</w:t>
            </w:r>
            <w:r w:rsidRPr="00332DB8">
              <w:rPr>
                <w:lang w:val="ru-RU"/>
              </w:rPr>
              <w:t>=</w:t>
            </w:r>
            <w:r>
              <w:t>video</w:t>
            </w:r>
            <w:r w:rsidRPr="00332DB8">
              <w:rPr>
                <w:lang w:val="ru-RU"/>
              </w:rPr>
              <w:t>175226080_165558633 (решение Октябрьского районного суда г. Архангельска от 05.04.2017);</w:t>
            </w:r>
          </w:p>
        </w:tc>
        <w:tc>
          <w:tcPr>
            <w:tcW w:w="2880" w:type="dxa"/>
          </w:tcPr>
          <w:p w:rsidR="006F7457" w:rsidRDefault="00332DB8">
            <w:r>
              <w:lastRenderedPageBreak/>
              <w:t>09.08.201</w:t>
            </w:r>
            <w:r>
              <w:lastRenderedPageBreak/>
              <w:t>7</w:t>
            </w:r>
          </w:p>
        </w:tc>
      </w:tr>
      <w:tr w:rsidR="006F7457">
        <w:tc>
          <w:tcPr>
            <w:tcW w:w="2880" w:type="dxa"/>
          </w:tcPr>
          <w:p w:rsidR="006F7457" w:rsidRDefault="00332DB8">
            <w:r>
              <w:lastRenderedPageBreak/>
              <w:t>4193.</w:t>
            </w:r>
          </w:p>
        </w:tc>
        <w:tc>
          <w:tcPr>
            <w:tcW w:w="2880" w:type="dxa"/>
          </w:tcPr>
          <w:p w:rsidR="006F7457" w:rsidRDefault="00332DB8">
            <w:r w:rsidRPr="00332DB8">
              <w:rPr>
                <w:lang w:val="ru-RU"/>
              </w:rPr>
              <w:t xml:space="preserve">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адресам: </w:t>
            </w:r>
            <w:r>
              <w:t>https</w:t>
            </w:r>
            <w:r w:rsidRPr="00332DB8">
              <w:rPr>
                <w:lang w:val="ru-RU"/>
              </w:rPr>
              <w:t>://</w:t>
            </w:r>
            <w:r>
              <w:t>xmusik</w:t>
            </w:r>
            <w:r w:rsidRPr="00332DB8">
              <w:rPr>
                <w:lang w:val="ru-RU"/>
              </w:rPr>
              <w:t>.</w:t>
            </w:r>
            <w:r>
              <w:t>me</w:t>
            </w:r>
            <w:r w:rsidRPr="00332DB8">
              <w:rPr>
                <w:lang w:val="ru-RU"/>
              </w:rPr>
              <w:t>/</w:t>
            </w:r>
            <w:r>
              <w:t>s</w:t>
            </w:r>
            <w:r w:rsidRPr="00332DB8">
              <w:rPr>
                <w:lang w:val="ru-RU"/>
              </w:rPr>
              <w:t>/55502871-</w:t>
            </w:r>
            <w:r>
              <w:t>Zeg</w:t>
            </w:r>
            <w:r w:rsidRPr="00332DB8">
              <w:rPr>
                <w:lang w:val="ru-RU"/>
              </w:rPr>
              <w:t>_</w:t>
            </w:r>
            <w:r>
              <w:t>Dallas</w:t>
            </w:r>
            <w:r w:rsidRPr="00332DB8">
              <w:rPr>
                <w:lang w:val="ru-RU"/>
              </w:rPr>
              <w:t>_-_</w:t>
            </w:r>
            <w:r>
              <w:t>YA</w:t>
            </w:r>
            <w:r w:rsidRPr="00332DB8">
              <w:rPr>
                <w:lang w:val="ru-RU"/>
              </w:rPr>
              <w:t>_</w:t>
            </w:r>
            <w:r>
              <w:t>ne</w:t>
            </w:r>
            <w:r w:rsidRPr="00332DB8">
              <w:rPr>
                <w:lang w:val="ru-RU"/>
              </w:rPr>
              <w:t>_</w:t>
            </w:r>
            <w:r>
              <w:t>fashist</w:t>
            </w:r>
            <w:r w:rsidRPr="00332DB8">
              <w:rPr>
                <w:lang w:val="ru-RU"/>
              </w:rPr>
              <w:t>_</w:t>
            </w:r>
            <w:r>
              <w:t>ya</w:t>
            </w:r>
            <w:r w:rsidRPr="00332DB8">
              <w:rPr>
                <w:lang w:val="ru-RU"/>
              </w:rPr>
              <w:t>_</w:t>
            </w:r>
            <w:r>
              <w:t>prosto</w:t>
            </w:r>
            <w:r w:rsidRPr="00332DB8">
              <w:rPr>
                <w:lang w:val="ru-RU"/>
              </w:rPr>
              <w:t>_</w:t>
            </w:r>
            <w:r>
              <w:t>belyj</w:t>
            </w:r>
            <w:r w:rsidRPr="00332DB8">
              <w:rPr>
                <w:lang w:val="ru-RU"/>
              </w:rPr>
              <w:t>_</w:t>
            </w:r>
            <w:r>
              <w:t>i</w:t>
            </w:r>
            <w:r w:rsidRPr="00332DB8">
              <w:rPr>
                <w:lang w:val="ru-RU"/>
              </w:rPr>
              <w:t>_</w:t>
            </w:r>
            <w:r>
              <w:t>za</w:t>
            </w:r>
            <w:r w:rsidRPr="00332DB8">
              <w:rPr>
                <w:lang w:val="ru-RU"/>
              </w:rPr>
              <w:t>_</w:t>
            </w:r>
            <w:r>
              <w:t>chistuyu</w:t>
            </w:r>
            <w:r w:rsidRPr="00332DB8">
              <w:rPr>
                <w:lang w:val="ru-RU"/>
              </w:rPr>
              <w:t>_</w:t>
            </w:r>
            <w:r>
              <w:t>naciyu</w:t>
            </w:r>
            <w:r w:rsidRPr="00332DB8">
              <w:rPr>
                <w:lang w:val="ru-RU"/>
              </w:rPr>
              <w:t>/ под названием «</w:t>
            </w:r>
            <w:r>
              <w:t>Z</w:t>
            </w:r>
            <w:r w:rsidRPr="00332DB8">
              <w:rPr>
                <w:lang w:val="ru-RU"/>
              </w:rPr>
              <w:t>е</w:t>
            </w:r>
            <w:r>
              <w:t>g</w:t>
            </w:r>
            <w:r w:rsidRPr="00332DB8">
              <w:rPr>
                <w:lang w:val="ru-RU"/>
              </w:rPr>
              <w:t xml:space="preserve"> </w:t>
            </w:r>
            <w:r>
              <w:t>Dallas</w:t>
            </w:r>
            <w:r w:rsidRPr="00332DB8">
              <w:rPr>
                <w:lang w:val="ru-RU"/>
              </w:rPr>
              <w:t xml:space="preserve"> - Я не фашист, я просто белый и за чистую нацию», </w:t>
            </w:r>
            <w:r>
              <w:t>http</w:t>
            </w:r>
            <w:r w:rsidRPr="00332DB8">
              <w:rPr>
                <w:lang w:val="ru-RU"/>
              </w:rPr>
              <w:t>://</w:t>
            </w:r>
            <w:r>
              <w:t>pleer</w:t>
            </w:r>
            <w:r w:rsidRPr="00332DB8">
              <w:rPr>
                <w:lang w:val="ru-RU"/>
              </w:rPr>
              <w:t>.</w:t>
            </w:r>
            <w:r>
              <w:t>net</w:t>
            </w:r>
            <w:r w:rsidRPr="00332DB8">
              <w:rPr>
                <w:lang w:val="ru-RU"/>
              </w:rPr>
              <w:t>/</w:t>
            </w:r>
            <w:r>
              <w:t>tracks</w:t>
            </w:r>
            <w:r w:rsidRPr="00332DB8">
              <w:rPr>
                <w:lang w:val="ru-RU"/>
              </w:rPr>
              <w:t>/11602954</w:t>
            </w:r>
            <w:r>
              <w:t>yenJ</w:t>
            </w:r>
            <w:r w:rsidRPr="00332DB8">
              <w:rPr>
                <w:lang w:val="ru-RU"/>
              </w:rPr>
              <w:t xml:space="preserve"> под названием «Хз – Антифа, я не фашист, я просто белый и за чистую нацию», </w:t>
            </w:r>
            <w:r>
              <w:t>https</w:t>
            </w:r>
            <w:r w:rsidRPr="00332DB8">
              <w:rPr>
                <w:lang w:val="ru-RU"/>
              </w:rPr>
              <w:t>://</w:t>
            </w:r>
            <w:r>
              <w:t>muzofond</w:t>
            </w:r>
            <w:r w:rsidRPr="00332DB8">
              <w:rPr>
                <w:lang w:val="ru-RU"/>
              </w:rPr>
              <w:t>.</w:t>
            </w:r>
            <w:r>
              <w:t>com</w:t>
            </w:r>
            <w:r w:rsidRPr="00332DB8">
              <w:rPr>
                <w:lang w:val="ru-RU"/>
              </w:rPr>
              <w:t>/</w:t>
            </w:r>
            <w:r>
              <w:t>search</w:t>
            </w:r>
            <w:r w:rsidRPr="00332DB8">
              <w:rPr>
                <w:lang w:val="ru-RU"/>
              </w:rPr>
              <w:t>/%</w:t>
            </w:r>
            <w:r>
              <w:t>D</w:t>
            </w:r>
            <w:r w:rsidRPr="00332DB8">
              <w:rPr>
                <w:lang w:val="ru-RU"/>
              </w:rPr>
              <w:t>0%</w:t>
            </w:r>
            <w:r>
              <w:t>BB</w:t>
            </w:r>
            <w:r w:rsidRPr="00332DB8">
              <w:rPr>
                <w:lang w:val="ru-RU"/>
              </w:rPr>
              <w:t>%</w:t>
            </w:r>
            <w:r>
              <w:t>D</w:t>
            </w:r>
            <w:r w:rsidRPr="00332DB8">
              <w:rPr>
                <w:lang w:val="ru-RU"/>
              </w:rPr>
              <w:t>0%</w:t>
            </w:r>
            <w:r>
              <w:t>BE</w:t>
            </w:r>
            <w:r w:rsidRPr="00332DB8">
              <w:rPr>
                <w:lang w:val="ru-RU"/>
              </w:rPr>
              <w:t>%</w:t>
            </w:r>
            <w:r>
              <w:t>D</w:t>
            </w:r>
            <w:r w:rsidRPr="00332DB8">
              <w:rPr>
                <w:lang w:val="ru-RU"/>
              </w:rPr>
              <w:t>0%</w:t>
            </w:r>
            <w:r>
              <w:t>B</w:t>
            </w:r>
            <w:r w:rsidRPr="00332DB8">
              <w:rPr>
                <w:lang w:val="ru-RU"/>
              </w:rPr>
              <w:t>2%</w:t>
            </w:r>
            <w:r>
              <w:t>D</w:t>
            </w:r>
            <w:r w:rsidRPr="00332DB8">
              <w:rPr>
                <w:lang w:val="ru-RU"/>
              </w:rPr>
              <w:t>0%</w:t>
            </w:r>
            <w:r>
              <w:t>B</w:t>
            </w:r>
            <w:r w:rsidRPr="00332DB8">
              <w:rPr>
                <w:lang w:val="ru-RU"/>
              </w:rPr>
              <w:t>8%20%</w:t>
            </w:r>
            <w:r>
              <w:t>D</w:t>
            </w:r>
            <w:r w:rsidRPr="00332DB8">
              <w:rPr>
                <w:lang w:val="ru-RU"/>
              </w:rPr>
              <w:t>1%85%</w:t>
            </w:r>
            <w:r>
              <w:t>D</w:t>
            </w:r>
            <w:r w:rsidRPr="00332DB8">
              <w:rPr>
                <w:lang w:val="ru-RU"/>
              </w:rPr>
              <w:t>0%В2%</w:t>
            </w:r>
            <w:r>
              <w:t>D</w:t>
            </w:r>
            <w:r w:rsidRPr="00332DB8">
              <w:rPr>
                <w:lang w:val="ru-RU"/>
              </w:rPr>
              <w:t>0%В</w:t>
            </w:r>
            <w:r>
              <w:t>E</w:t>
            </w:r>
            <w:r w:rsidRPr="00332DB8">
              <w:rPr>
                <w:lang w:val="ru-RU"/>
              </w:rPr>
              <w:t>%</w:t>
            </w:r>
            <w:r>
              <w:t>D</w:t>
            </w:r>
            <w:r w:rsidRPr="00332DB8">
              <w:rPr>
                <w:lang w:val="ru-RU"/>
              </w:rPr>
              <w:t>1%81%</w:t>
            </w:r>
            <w:r>
              <w:t>D</w:t>
            </w:r>
            <w:r w:rsidRPr="00332DB8">
              <w:rPr>
                <w:lang w:val="ru-RU"/>
              </w:rPr>
              <w:t>1%82%</w:t>
            </w:r>
            <w:r>
              <w:t>D</w:t>
            </w:r>
            <w:r w:rsidRPr="00332DB8">
              <w:rPr>
                <w:lang w:val="ru-RU"/>
              </w:rPr>
              <w:t>0%</w:t>
            </w:r>
            <w:r>
              <w:t>B</w:t>
            </w:r>
            <w:r w:rsidRPr="00332DB8">
              <w:rPr>
                <w:lang w:val="ru-RU"/>
              </w:rPr>
              <w:t>0%</w:t>
            </w:r>
            <w:r>
              <w:t>D</w:t>
            </w:r>
            <w:r w:rsidRPr="00332DB8">
              <w:rPr>
                <w:lang w:val="ru-RU"/>
              </w:rPr>
              <w:t>1%82%</w:t>
            </w:r>
            <w:r>
              <w:t>D</w:t>
            </w:r>
            <w:r w:rsidRPr="00332DB8">
              <w:rPr>
                <w:lang w:val="ru-RU"/>
              </w:rPr>
              <w:t>1%8</w:t>
            </w:r>
            <w:r>
              <w:t>B</w:t>
            </w:r>
            <w:r w:rsidRPr="00332DB8">
              <w:rPr>
                <w:lang w:val="ru-RU"/>
              </w:rPr>
              <w:t>%</w:t>
            </w:r>
            <w:r>
              <w:t>D</w:t>
            </w:r>
            <w:r w:rsidRPr="00332DB8">
              <w:rPr>
                <w:lang w:val="ru-RU"/>
              </w:rPr>
              <w:t>0%</w:t>
            </w:r>
            <w:r>
              <w:t>B</w:t>
            </w:r>
            <w:r w:rsidRPr="00332DB8">
              <w:rPr>
                <w:lang w:val="ru-RU"/>
              </w:rPr>
              <w:t>9%20%</w:t>
            </w:r>
            <w:r>
              <w:t>D</w:t>
            </w:r>
            <w:r w:rsidRPr="00332DB8">
              <w:rPr>
                <w:lang w:val="ru-RU"/>
              </w:rPr>
              <w:t>0%</w:t>
            </w:r>
            <w:r>
              <w:t>BD</w:t>
            </w:r>
            <w:r w:rsidRPr="00332DB8">
              <w:rPr>
                <w:lang w:val="ru-RU"/>
              </w:rPr>
              <w:t>%</w:t>
            </w:r>
            <w:r>
              <w:t>D</w:t>
            </w:r>
            <w:r w:rsidRPr="00332DB8">
              <w:rPr>
                <w:lang w:val="ru-RU"/>
              </w:rPr>
              <w:t>0%</w:t>
            </w:r>
            <w:r>
              <w:t>B</w:t>
            </w:r>
            <w:r w:rsidRPr="00332DB8">
              <w:rPr>
                <w:lang w:val="ru-RU"/>
              </w:rPr>
              <w:t>5%20%</w:t>
            </w:r>
            <w:r>
              <w:t>D</w:t>
            </w:r>
            <w:r w:rsidRPr="00332DB8">
              <w:rPr>
                <w:lang w:val="ru-RU"/>
              </w:rPr>
              <w:t>0%</w:t>
            </w:r>
            <w:r>
              <w:t>B</w:t>
            </w:r>
            <w:r w:rsidRPr="00332DB8">
              <w:rPr>
                <w:lang w:val="ru-RU"/>
              </w:rPr>
              <w:t>2%20%</w:t>
            </w:r>
            <w:r>
              <w:t>D</w:t>
            </w:r>
            <w:r w:rsidRPr="00332DB8">
              <w:rPr>
                <w:lang w:val="ru-RU"/>
              </w:rPr>
              <w:t>0%</w:t>
            </w:r>
            <w:r>
              <w:t>BA</w:t>
            </w:r>
            <w:r w:rsidRPr="00332DB8">
              <w:rPr>
                <w:lang w:val="ru-RU"/>
              </w:rPr>
              <w:t>%</w:t>
            </w:r>
            <w:r>
              <w:t>D</w:t>
            </w:r>
            <w:r w:rsidRPr="00332DB8">
              <w:rPr>
                <w:lang w:val="ru-RU"/>
              </w:rPr>
              <w:t>1%83%</w:t>
            </w:r>
            <w:r>
              <w:t>D</w:t>
            </w:r>
            <w:r w:rsidRPr="00332DB8">
              <w:rPr>
                <w:lang w:val="ru-RU"/>
              </w:rPr>
              <w:t>1%80%</w:t>
            </w:r>
            <w:r>
              <w:t>D</w:t>
            </w:r>
            <w:r w:rsidRPr="00332DB8">
              <w:rPr>
                <w:lang w:val="ru-RU"/>
              </w:rPr>
              <w:t>1%81%</w:t>
            </w:r>
            <w:r>
              <w:t>D</w:t>
            </w:r>
            <w:r w:rsidRPr="00332DB8">
              <w:rPr>
                <w:lang w:val="ru-RU"/>
              </w:rPr>
              <w:t>0%</w:t>
            </w:r>
            <w:r>
              <w:t>B</w:t>
            </w:r>
            <w:r w:rsidRPr="00332DB8">
              <w:rPr>
                <w:lang w:val="ru-RU"/>
              </w:rPr>
              <w:t>5%20%</w:t>
            </w:r>
            <w:r>
              <w:t>D</w:t>
            </w:r>
            <w:r w:rsidRPr="00332DB8">
              <w:rPr>
                <w:lang w:val="ru-RU"/>
              </w:rPr>
              <w:t>0%</w:t>
            </w:r>
            <w:r>
              <w:t>BC</w:t>
            </w:r>
            <w:r w:rsidRPr="00332DB8">
              <w:rPr>
                <w:lang w:val="ru-RU"/>
              </w:rPr>
              <w:t>%</w:t>
            </w:r>
            <w:r>
              <w:t>D</w:t>
            </w:r>
            <w:r w:rsidRPr="00332DB8">
              <w:rPr>
                <w:lang w:val="ru-RU"/>
              </w:rPr>
              <w:t>1%80%</w:t>
            </w:r>
            <w:r>
              <w:t>D</w:t>
            </w:r>
            <w:r w:rsidRPr="00332DB8">
              <w:rPr>
                <w:lang w:val="ru-RU"/>
              </w:rPr>
              <w:t>0%</w:t>
            </w:r>
            <w:r>
              <w:t>B</w:t>
            </w:r>
            <w:r w:rsidRPr="00332DB8">
              <w:rPr>
                <w:lang w:val="ru-RU"/>
              </w:rPr>
              <w:t>0%</w:t>
            </w:r>
            <w:r>
              <w:t>D</w:t>
            </w:r>
            <w:r w:rsidRPr="00332DB8">
              <w:rPr>
                <w:lang w:val="ru-RU"/>
              </w:rPr>
              <w:t>0%</w:t>
            </w:r>
            <w:r>
              <w:t>B</w:t>
            </w:r>
            <w:r w:rsidRPr="00332DB8">
              <w:rPr>
                <w:lang w:val="ru-RU"/>
              </w:rPr>
              <w:t>7%</w:t>
            </w:r>
            <w:r>
              <w:t>D</w:t>
            </w:r>
            <w:r w:rsidRPr="00332DB8">
              <w:rPr>
                <w:lang w:val="ru-RU"/>
              </w:rPr>
              <w:t>0%</w:t>
            </w:r>
            <w:r>
              <w:t>B</w:t>
            </w:r>
            <w:r w:rsidRPr="00332DB8">
              <w:rPr>
                <w:lang w:val="ru-RU"/>
              </w:rPr>
              <w:t>8%20%</w:t>
            </w:r>
            <w:r>
              <w:t>D</w:t>
            </w:r>
            <w:r w:rsidRPr="00332DB8">
              <w:rPr>
                <w:lang w:val="ru-RU"/>
              </w:rPr>
              <w:t>0%</w:t>
            </w:r>
            <w:r>
              <w:t>B</w:t>
            </w:r>
            <w:r w:rsidRPr="00332DB8">
              <w:rPr>
                <w:lang w:val="ru-RU"/>
              </w:rPr>
              <w:t>0%</w:t>
            </w:r>
            <w:r>
              <w:t>D</w:t>
            </w:r>
            <w:r w:rsidRPr="00332DB8">
              <w:rPr>
                <w:lang w:val="ru-RU"/>
              </w:rPr>
              <w:t>0%</w:t>
            </w:r>
            <w:r>
              <w:t>BD</w:t>
            </w:r>
            <w:r w:rsidRPr="00332DB8">
              <w:rPr>
                <w:lang w:val="ru-RU"/>
              </w:rPr>
              <w:t>%</w:t>
            </w:r>
            <w:r>
              <w:t>D</w:t>
            </w:r>
            <w:r w:rsidRPr="00332DB8">
              <w:rPr>
                <w:lang w:val="ru-RU"/>
              </w:rPr>
              <w:t>1%82%</w:t>
            </w:r>
            <w:r>
              <w:t>D</w:t>
            </w:r>
            <w:r w:rsidRPr="00332DB8">
              <w:rPr>
                <w:lang w:val="ru-RU"/>
              </w:rPr>
              <w:t>0%</w:t>
            </w:r>
            <w:r>
              <w:t>B</w:t>
            </w:r>
            <w:r w:rsidRPr="00332DB8">
              <w:rPr>
                <w:lang w:val="ru-RU"/>
              </w:rPr>
              <w:t>8%</w:t>
            </w:r>
            <w:r>
              <w:t>D</w:t>
            </w:r>
            <w:r w:rsidRPr="00332DB8">
              <w:rPr>
                <w:lang w:val="ru-RU"/>
              </w:rPr>
              <w:t>1%84%</w:t>
            </w:r>
            <w:r>
              <w:t>D</w:t>
            </w:r>
            <w:r w:rsidRPr="00332DB8">
              <w:rPr>
                <w:lang w:val="ru-RU"/>
              </w:rPr>
              <w:t>0%</w:t>
            </w:r>
            <w:r>
              <w:t>B</w:t>
            </w:r>
            <w:r w:rsidRPr="00332DB8">
              <w:rPr>
                <w:lang w:val="ru-RU"/>
              </w:rPr>
              <w:t>0%20%</w:t>
            </w:r>
            <w:r>
              <w:t>D</w:t>
            </w:r>
            <w:r w:rsidRPr="00332DB8">
              <w:rPr>
                <w:lang w:val="ru-RU"/>
              </w:rPr>
              <w:t>0%</w:t>
            </w:r>
            <w:r>
              <w:t>BD</w:t>
            </w:r>
            <w:r w:rsidRPr="00332DB8">
              <w:rPr>
                <w:lang w:val="ru-RU"/>
              </w:rPr>
              <w:t>%</w:t>
            </w:r>
            <w:r>
              <w:t>D</w:t>
            </w:r>
            <w:r w:rsidRPr="00332DB8">
              <w:rPr>
                <w:lang w:val="ru-RU"/>
              </w:rPr>
              <w:t>0%</w:t>
            </w:r>
            <w:r>
              <w:t>B</w:t>
            </w:r>
            <w:r w:rsidRPr="00332DB8">
              <w:rPr>
                <w:lang w:val="ru-RU"/>
              </w:rPr>
              <w:t>5%20%</w:t>
            </w:r>
            <w:r>
              <w:t>D</w:t>
            </w:r>
            <w:r w:rsidRPr="00332DB8">
              <w:rPr>
                <w:lang w:val="ru-RU"/>
              </w:rPr>
              <w:t>0%</w:t>
            </w:r>
            <w:r>
              <w:t>BD</w:t>
            </w:r>
            <w:r w:rsidRPr="00332DB8">
              <w:rPr>
                <w:lang w:val="ru-RU"/>
              </w:rPr>
              <w:t>%</w:t>
            </w:r>
            <w:r>
              <w:t>D</w:t>
            </w:r>
            <w:r w:rsidRPr="00332DB8">
              <w:rPr>
                <w:lang w:val="ru-RU"/>
              </w:rPr>
              <w:t>0%</w:t>
            </w:r>
            <w:r>
              <w:t>B</w:t>
            </w:r>
            <w:r w:rsidRPr="00332DB8">
              <w:rPr>
                <w:lang w:val="ru-RU"/>
              </w:rPr>
              <w:t>0%</w:t>
            </w:r>
            <w:r>
              <w:t>D</w:t>
            </w:r>
            <w:r w:rsidRPr="00332DB8">
              <w:rPr>
                <w:lang w:val="ru-RU"/>
              </w:rPr>
              <w:t>0%</w:t>
            </w:r>
            <w:r>
              <w:t>B</w:t>
            </w:r>
            <w:r w:rsidRPr="00332DB8">
              <w:rPr>
                <w:lang w:val="ru-RU"/>
              </w:rPr>
              <w:t>4%</w:t>
            </w:r>
            <w:r>
              <w:t>D</w:t>
            </w:r>
            <w:r w:rsidRPr="00332DB8">
              <w:rPr>
                <w:lang w:val="ru-RU"/>
              </w:rPr>
              <w:t>0%</w:t>
            </w:r>
            <w:r>
              <w:t>BE</w:t>
            </w:r>
            <w:r w:rsidRPr="00332DB8">
              <w:rPr>
                <w:lang w:val="ru-RU"/>
              </w:rPr>
              <w:t>%20%</w:t>
            </w:r>
            <w:r>
              <w:t>D</w:t>
            </w:r>
            <w:r w:rsidRPr="00332DB8">
              <w:rPr>
                <w:lang w:val="ru-RU"/>
              </w:rPr>
              <w:t>0%</w:t>
            </w:r>
            <w:r>
              <w:t>B</w:t>
            </w:r>
            <w:r w:rsidRPr="00332DB8">
              <w:rPr>
                <w:lang w:val="ru-RU"/>
              </w:rPr>
              <w:t>2%</w:t>
            </w:r>
            <w:r>
              <w:t>D</w:t>
            </w:r>
            <w:r w:rsidRPr="00332DB8">
              <w:rPr>
                <w:lang w:val="ru-RU"/>
              </w:rPr>
              <w:t>1%81%</w:t>
            </w:r>
            <w:r>
              <w:t>D</w:t>
            </w:r>
            <w:r w:rsidRPr="00332DB8">
              <w:rPr>
                <w:lang w:val="ru-RU"/>
              </w:rPr>
              <w:t>1%91%20%</w:t>
            </w:r>
            <w:r>
              <w:t>D</w:t>
            </w:r>
            <w:r w:rsidRPr="00332DB8">
              <w:rPr>
                <w:lang w:val="ru-RU"/>
              </w:rPr>
              <w:t>0%</w:t>
            </w:r>
            <w:r>
              <w:t>B</w:t>
            </w:r>
            <w:r w:rsidRPr="00332DB8">
              <w:rPr>
                <w:lang w:val="ru-RU"/>
              </w:rPr>
              <w:t>7%</w:t>
            </w:r>
            <w:r>
              <w:t>D</w:t>
            </w:r>
            <w:r w:rsidRPr="00332DB8">
              <w:rPr>
                <w:lang w:val="ru-RU"/>
              </w:rPr>
              <w:t>0%</w:t>
            </w:r>
            <w:r>
              <w:t>B</w:t>
            </w:r>
            <w:r w:rsidRPr="00332DB8">
              <w:rPr>
                <w:lang w:val="ru-RU"/>
              </w:rPr>
              <w:t>0%</w:t>
            </w:r>
            <w:r>
              <w:t>D</w:t>
            </w:r>
            <w:r w:rsidRPr="00332DB8">
              <w:rPr>
                <w:lang w:val="ru-RU"/>
              </w:rPr>
              <w:t>0%</w:t>
            </w:r>
            <w:r>
              <w:t>B</w:t>
            </w:r>
            <w:r w:rsidRPr="00332DB8">
              <w:rPr>
                <w:lang w:val="ru-RU"/>
              </w:rPr>
              <w:t>1%</w:t>
            </w:r>
            <w:r>
              <w:t>D</w:t>
            </w:r>
            <w:r w:rsidRPr="00332DB8">
              <w:rPr>
                <w:lang w:val="ru-RU"/>
              </w:rPr>
              <w:t>0%</w:t>
            </w:r>
            <w:r>
              <w:t>BB</w:t>
            </w:r>
            <w:r w:rsidRPr="00332DB8">
              <w:rPr>
                <w:lang w:val="ru-RU"/>
              </w:rPr>
              <w:t>%</w:t>
            </w:r>
            <w:r>
              <w:t>D</w:t>
            </w:r>
            <w:r w:rsidRPr="00332DB8">
              <w:rPr>
                <w:lang w:val="ru-RU"/>
              </w:rPr>
              <w:t>1%83%</w:t>
            </w:r>
            <w:r>
              <w:t>D</w:t>
            </w:r>
            <w:r w:rsidRPr="00332DB8">
              <w:rPr>
                <w:lang w:val="ru-RU"/>
              </w:rPr>
              <w:t>0%</w:t>
            </w:r>
            <w:r>
              <w:t>B</w:t>
            </w:r>
            <w:r w:rsidRPr="00332DB8">
              <w:rPr>
                <w:lang w:val="ru-RU"/>
              </w:rPr>
              <w:t>6%</w:t>
            </w:r>
            <w:r>
              <w:t>D</w:t>
            </w:r>
            <w:r w:rsidRPr="00332DB8">
              <w:rPr>
                <w:lang w:val="ru-RU"/>
              </w:rPr>
              <w:t>0%</w:t>
            </w:r>
            <w:r>
              <w:t>B</w:t>
            </w:r>
            <w:r w:rsidRPr="00332DB8">
              <w:rPr>
                <w:lang w:val="ru-RU"/>
              </w:rPr>
              <w:t>4%</w:t>
            </w:r>
            <w:r>
              <w:t>D</w:t>
            </w:r>
            <w:r w:rsidRPr="00332DB8">
              <w:rPr>
                <w:lang w:val="ru-RU"/>
              </w:rPr>
              <w:t>0%</w:t>
            </w:r>
            <w:r>
              <w:t>B</w:t>
            </w:r>
            <w:r w:rsidRPr="00332DB8">
              <w:rPr>
                <w:lang w:val="ru-RU"/>
              </w:rPr>
              <w:t>0%</w:t>
            </w:r>
            <w:r>
              <w:t>D</w:t>
            </w:r>
            <w:r w:rsidRPr="00332DB8">
              <w:rPr>
                <w:lang w:val="ru-RU"/>
              </w:rPr>
              <w:t>1%82%</w:t>
            </w:r>
            <w:r>
              <w:t>D</w:t>
            </w:r>
            <w:r w:rsidRPr="00332DB8">
              <w:rPr>
                <w:lang w:val="ru-RU"/>
              </w:rPr>
              <w:t>1%8</w:t>
            </w:r>
            <w:r>
              <w:t>C</w:t>
            </w:r>
            <w:r w:rsidRPr="00332DB8">
              <w:rPr>
                <w:lang w:val="ru-RU"/>
              </w:rPr>
              <w:t>%20%</w:t>
            </w:r>
            <w:r>
              <w:t>D</w:t>
            </w:r>
            <w:r w:rsidRPr="00332DB8">
              <w:rPr>
                <w:lang w:val="ru-RU"/>
              </w:rPr>
              <w:t>1%8</w:t>
            </w:r>
            <w:r>
              <w:t>F</w:t>
            </w:r>
            <w:r w:rsidRPr="00332DB8">
              <w:rPr>
                <w:lang w:val="ru-RU"/>
              </w:rPr>
              <w:t>%20%</w:t>
            </w:r>
            <w:r>
              <w:t>D</w:t>
            </w:r>
            <w:r w:rsidRPr="00332DB8">
              <w:rPr>
                <w:lang w:val="ru-RU"/>
              </w:rPr>
              <w:t>0%В</w:t>
            </w:r>
            <w:r>
              <w:t>D</w:t>
            </w:r>
            <w:r w:rsidRPr="00332DB8">
              <w:rPr>
                <w:lang w:val="ru-RU"/>
              </w:rPr>
              <w:t>%</w:t>
            </w:r>
            <w:r>
              <w:t>D</w:t>
            </w:r>
            <w:r w:rsidRPr="00332DB8">
              <w:rPr>
                <w:lang w:val="ru-RU"/>
              </w:rPr>
              <w:t>0%В5%20%</w:t>
            </w:r>
            <w:r>
              <w:t>D</w:t>
            </w:r>
            <w:r w:rsidRPr="00332DB8">
              <w:rPr>
                <w:lang w:val="ru-RU"/>
              </w:rPr>
              <w:t>1%84%</w:t>
            </w:r>
            <w:r>
              <w:t>D</w:t>
            </w:r>
            <w:r w:rsidRPr="00332DB8">
              <w:rPr>
                <w:lang w:val="ru-RU"/>
              </w:rPr>
              <w:t>0%</w:t>
            </w:r>
            <w:r>
              <w:t>B</w:t>
            </w:r>
            <w:r w:rsidRPr="00332DB8">
              <w:rPr>
                <w:lang w:val="ru-RU"/>
              </w:rPr>
              <w:t>0%</w:t>
            </w:r>
            <w:r>
              <w:t>D</w:t>
            </w:r>
            <w:r w:rsidRPr="00332DB8">
              <w:rPr>
                <w:lang w:val="ru-RU"/>
              </w:rPr>
              <w:t>1%88%</w:t>
            </w:r>
            <w:r>
              <w:t>D</w:t>
            </w:r>
            <w:r w:rsidRPr="00332DB8">
              <w:rPr>
                <w:lang w:val="ru-RU"/>
              </w:rPr>
              <w:t>0%</w:t>
            </w:r>
            <w:r>
              <w:t>B</w:t>
            </w:r>
            <w:r w:rsidRPr="00332DB8">
              <w:rPr>
                <w:lang w:val="ru-RU"/>
              </w:rPr>
              <w:t>8%</w:t>
            </w:r>
            <w:r>
              <w:t>D</w:t>
            </w:r>
            <w:r w:rsidRPr="00332DB8">
              <w:rPr>
                <w:lang w:val="ru-RU"/>
              </w:rPr>
              <w:t>1%81%</w:t>
            </w:r>
            <w:r>
              <w:t>D</w:t>
            </w:r>
            <w:r w:rsidRPr="00332DB8">
              <w:rPr>
                <w:lang w:val="ru-RU"/>
              </w:rPr>
              <w:t>1%82%20%</w:t>
            </w:r>
            <w:r>
              <w:t>D</w:t>
            </w:r>
            <w:r w:rsidRPr="00332DB8">
              <w:rPr>
                <w:lang w:val="ru-RU"/>
              </w:rPr>
              <w:t>1%8</w:t>
            </w:r>
            <w:r>
              <w:t>F</w:t>
            </w:r>
            <w:r w:rsidRPr="00332DB8">
              <w:rPr>
                <w:lang w:val="ru-RU"/>
              </w:rPr>
              <w:t>%20%</w:t>
            </w:r>
            <w:r>
              <w:t>D</w:t>
            </w:r>
            <w:r w:rsidRPr="00332DB8">
              <w:rPr>
                <w:lang w:val="ru-RU"/>
              </w:rPr>
              <w:t>0%</w:t>
            </w:r>
            <w:r>
              <w:t>BF</w:t>
            </w:r>
            <w:r w:rsidRPr="00332DB8">
              <w:rPr>
                <w:lang w:val="ru-RU"/>
              </w:rPr>
              <w:t>%</w:t>
            </w:r>
            <w:r>
              <w:t>D</w:t>
            </w:r>
            <w:r w:rsidRPr="00332DB8">
              <w:rPr>
                <w:lang w:val="ru-RU"/>
              </w:rPr>
              <w:t>1%80%</w:t>
            </w:r>
            <w:r>
              <w:t>D</w:t>
            </w:r>
            <w:r w:rsidRPr="00332DB8">
              <w:rPr>
                <w:lang w:val="ru-RU"/>
              </w:rPr>
              <w:t>0%</w:t>
            </w:r>
            <w:r>
              <w:t>BE</w:t>
            </w:r>
            <w:r w:rsidRPr="00332DB8">
              <w:rPr>
                <w:lang w:val="ru-RU"/>
              </w:rPr>
              <w:t>%</w:t>
            </w:r>
            <w:r>
              <w:t>D</w:t>
            </w:r>
            <w:r w:rsidRPr="00332DB8">
              <w:rPr>
                <w:lang w:val="ru-RU"/>
              </w:rPr>
              <w:t>1%81%</w:t>
            </w:r>
            <w:r>
              <w:t>D</w:t>
            </w:r>
            <w:r w:rsidRPr="00332DB8">
              <w:rPr>
                <w:lang w:val="ru-RU"/>
              </w:rPr>
              <w:t>1%82%</w:t>
            </w:r>
            <w:r>
              <w:t>D</w:t>
            </w:r>
            <w:r w:rsidRPr="00332DB8">
              <w:rPr>
                <w:lang w:val="ru-RU"/>
              </w:rPr>
              <w:t>0%</w:t>
            </w:r>
            <w:r>
              <w:t>BE</w:t>
            </w:r>
            <w:r w:rsidRPr="00332DB8">
              <w:rPr>
                <w:lang w:val="ru-RU"/>
              </w:rPr>
              <w:t>%20%</w:t>
            </w:r>
            <w:r>
              <w:t>D</w:t>
            </w:r>
            <w:r w:rsidRPr="00332DB8">
              <w:rPr>
                <w:lang w:val="ru-RU"/>
              </w:rPr>
              <w:t>0%</w:t>
            </w:r>
            <w:r>
              <w:t>B</w:t>
            </w:r>
            <w:r w:rsidRPr="00332DB8">
              <w:rPr>
                <w:lang w:val="ru-RU"/>
              </w:rPr>
              <w:t>1%</w:t>
            </w:r>
            <w:r>
              <w:t>D</w:t>
            </w:r>
            <w:r w:rsidRPr="00332DB8">
              <w:rPr>
                <w:lang w:val="ru-RU"/>
              </w:rPr>
              <w:t>0%</w:t>
            </w:r>
            <w:r>
              <w:t>B</w:t>
            </w:r>
            <w:r w:rsidRPr="00332DB8">
              <w:rPr>
                <w:lang w:val="ru-RU"/>
              </w:rPr>
              <w:t>5%</w:t>
            </w:r>
            <w:r>
              <w:t>D</w:t>
            </w:r>
            <w:r w:rsidRPr="00332DB8">
              <w:rPr>
                <w:lang w:val="ru-RU"/>
              </w:rPr>
              <w:t>0%</w:t>
            </w:r>
            <w:r>
              <w:t>BB</w:t>
            </w:r>
            <w:r w:rsidRPr="00332DB8">
              <w:rPr>
                <w:lang w:val="ru-RU"/>
              </w:rPr>
              <w:t>%</w:t>
            </w:r>
            <w:r>
              <w:t>D</w:t>
            </w:r>
            <w:r w:rsidRPr="00332DB8">
              <w:rPr>
                <w:lang w:val="ru-RU"/>
              </w:rPr>
              <w:t>1%8</w:t>
            </w:r>
            <w:r>
              <w:t>B</w:t>
            </w:r>
            <w:r w:rsidRPr="00332DB8">
              <w:rPr>
                <w:lang w:val="ru-RU"/>
              </w:rPr>
              <w:t>%</w:t>
            </w:r>
            <w:r>
              <w:t>D</w:t>
            </w:r>
            <w:r w:rsidRPr="00332DB8">
              <w:rPr>
                <w:lang w:val="ru-RU"/>
              </w:rPr>
              <w:t>0%В9%20%</w:t>
            </w:r>
            <w:r>
              <w:t>D</w:t>
            </w:r>
            <w:r w:rsidRPr="00332DB8">
              <w:rPr>
                <w:lang w:val="ru-RU"/>
              </w:rPr>
              <w:t>0%В7%</w:t>
            </w:r>
            <w:r>
              <w:t>D</w:t>
            </w:r>
            <w:r w:rsidRPr="00332DB8">
              <w:rPr>
                <w:lang w:val="ru-RU"/>
              </w:rPr>
              <w:t>0%В0%20%</w:t>
            </w:r>
            <w:r>
              <w:t>D</w:t>
            </w:r>
            <w:r w:rsidRPr="00332DB8">
              <w:rPr>
                <w:lang w:val="ru-RU"/>
              </w:rPr>
              <w:t>1%87%</w:t>
            </w:r>
            <w:r>
              <w:t>D</w:t>
            </w:r>
            <w:r w:rsidRPr="00332DB8">
              <w:rPr>
                <w:lang w:val="ru-RU"/>
              </w:rPr>
              <w:t>0%</w:t>
            </w:r>
            <w:r>
              <w:t>B</w:t>
            </w:r>
            <w:r w:rsidRPr="00332DB8">
              <w:rPr>
                <w:lang w:val="ru-RU"/>
              </w:rPr>
              <w:t>8%</w:t>
            </w:r>
            <w:r>
              <w:t>D</w:t>
            </w:r>
            <w:r w:rsidRPr="00332DB8">
              <w:rPr>
                <w:lang w:val="ru-RU"/>
              </w:rPr>
              <w:t>1%81%</w:t>
            </w:r>
            <w:r>
              <w:t>D</w:t>
            </w:r>
            <w:r w:rsidRPr="00332DB8">
              <w:rPr>
                <w:lang w:val="ru-RU"/>
              </w:rPr>
              <w:t>1%82%</w:t>
            </w:r>
            <w:r>
              <w:t>D</w:t>
            </w:r>
            <w:r w:rsidRPr="00332DB8">
              <w:rPr>
                <w:lang w:val="ru-RU"/>
              </w:rPr>
              <w:t>1%83%</w:t>
            </w:r>
            <w:r>
              <w:t>D</w:t>
            </w:r>
            <w:r w:rsidRPr="00332DB8">
              <w:rPr>
                <w:lang w:val="ru-RU"/>
              </w:rPr>
              <w:t>1%8</w:t>
            </w:r>
            <w:r>
              <w:t>E</w:t>
            </w:r>
            <w:r w:rsidRPr="00332DB8">
              <w:rPr>
                <w:lang w:val="ru-RU"/>
              </w:rPr>
              <w:t>%20%</w:t>
            </w:r>
            <w:r>
              <w:t>D</w:t>
            </w:r>
            <w:r w:rsidRPr="00332DB8">
              <w:rPr>
                <w:lang w:val="ru-RU"/>
              </w:rPr>
              <w:t>0%</w:t>
            </w:r>
            <w:r>
              <w:t>BD</w:t>
            </w:r>
            <w:r w:rsidRPr="00332DB8">
              <w:rPr>
                <w:lang w:val="ru-RU"/>
              </w:rPr>
              <w:t>%</w:t>
            </w:r>
            <w:r>
              <w:t>D</w:t>
            </w:r>
            <w:r w:rsidRPr="00332DB8">
              <w:rPr>
                <w:lang w:val="ru-RU"/>
              </w:rPr>
              <w:t>0%</w:t>
            </w:r>
            <w:r>
              <w:t>B</w:t>
            </w:r>
            <w:r w:rsidRPr="00332DB8">
              <w:rPr>
                <w:lang w:val="ru-RU"/>
              </w:rPr>
              <w:t>0%</w:t>
            </w:r>
            <w:r>
              <w:t>D</w:t>
            </w:r>
            <w:r w:rsidRPr="00332DB8">
              <w:rPr>
                <w:lang w:val="ru-RU"/>
              </w:rPr>
              <w:t>1%86%</w:t>
            </w:r>
            <w:r>
              <w:t>D</w:t>
            </w:r>
            <w:r w:rsidRPr="00332DB8">
              <w:rPr>
                <w:lang w:val="ru-RU"/>
              </w:rPr>
              <w:t>0%</w:t>
            </w:r>
            <w:r>
              <w:t>B</w:t>
            </w:r>
            <w:r w:rsidRPr="00332DB8">
              <w:rPr>
                <w:lang w:val="ru-RU"/>
              </w:rPr>
              <w:t>8%</w:t>
            </w:r>
            <w:r>
              <w:t>D</w:t>
            </w:r>
            <w:r w:rsidRPr="00332DB8">
              <w:rPr>
                <w:lang w:val="ru-RU"/>
              </w:rPr>
              <w:t>1%8</w:t>
            </w:r>
            <w:r>
              <w:t>E</w:t>
            </w:r>
            <w:r w:rsidRPr="00332DB8">
              <w:rPr>
                <w:lang w:val="ru-RU"/>
              </w:rPr>
              <w:t>%20%</w:t>
            </w:r>
            <w:r>
              <w:t>D</w:t>
            </w:r>
            <w:r w:rsidRPr="00332DB8">
              <w:rPr>
                <w:lang w:val="ru-RU"/>
              </w:rPr>
              <w:t>0%</w:t>
            </w:r>
            <w:r>
              <w:t>B</w:t>
            </w:r>
            <w:r w:rsidRPr="00332DB8">
              <w:rPr>
                <w:lang w:val="ru-RU"/>
              </w:rPr>
              <w:t>2%</w:t>
            </w:r>
            <w:r>
              <w:t>D</w:t>
            </w:r>
            <w:r w:rsidRPr="00332DB8">
              <w:rPr>
                <w:lang w:val="ru-RU"/>
              </w:rPr>
              <w:t>1%81%</w:t>
            </w:r>
            <w:r>
              <w:t>D</w:t>
            </w:r>
            <w:r w:rsidRPr="00332DB8">
              <w:rPr>
                <w:lang w:val="ru-RU"/>
              </w:rPr>
              <w:t>0%</w:t>
            </w:r>
            <w:r>
              <w:t>B</w:t>
            </w:r>
            <w:r w:rsidRPr="00332DB8">
              <w:rPr>
                <w:lang w:val="ru-RU"/>
              </w:rPr>
              <w:t>5%</w:t>
            </w:r>
            <w:r>
              <w:t>D</w:t>
            </w:r>
            <w:r w:rsidRPr="00332DB8">
              <w:rPr>
                <w:lang w:val="ru-RU"/>
              </w:rPr>
              <w:t>0%</w:t>
            </w:r>
            <w:r>
              <w:t>BC</w:t>
            </w:r>
            <w:r w:rsidRPr="00332DB8">
              <w:rPr>
                <w:lang w:val="ru-RU"/>
              </w:rPr>
              <w:t>%20%</w:t>
            </w:r>
            <w:r>
              <w:t>D</w:t>
            </w:r>
            <w:r w:rsidRPr="00332DB8">
              <w:rPr>
                <w:lang w:val="ru-RU"/>
              </w:rPr>
              <w:t>0%</w:t>
            </w:r>
            <w:r>
              <w:t>BF</w:t>
            </w:r>
            <w:r w:rsidRPr="00332DB8">
              <w:rPr>
                <w:lang w:val="ru-RU"/>
              </w:rPr>
              <w:t>%</w:t>
            </w:r>
            <w:r>
              <w:t>D</w:t>
            </w:r>
            <w:r w:rsidRPr="00332DB8">
              <w:rPr>
                <w:lang w:val="ru-RU"/>
              </w:rPr>
              <w:t>0%</w:t>
            </w:r>
            <w:r>
              <w:t>B</w:t>
            </w:r>
            <w:r w:rsidRPr="00332DB8">
              <w:rPr>
                <w:lang w:val="ru-RU"/>
              </w:rPr>
              <w:t>8%</w:t>
            </w:r>
            <w:r>
              <w:t>D</w:t>
            </w:r>
            <w:r w:rsidRPr="00332DB8">
              <w:rPr>
                <w:lang w:val="ru-RU"/>
              </w:rPr>
              <w:t>0%</w:t>
            </w:r>
            <w:r>
              <w:t>B</w:t>
            </w:r>
            <w:r w:rsidRPr="00332DB8">
              <w:rPr>
                <w:lang w:val="ru-RU"/>
              </w:rPr>
              <w:t>4%</w:t>
            </w:r>
            <w:r>
              <w:t>D</w:t>
            </w:r>
            <w:r w:rsidRPr="00332DB8">
              <w:rPr>
                <w:lang w:val="ru-RU"/>
              </w:rPr>
              <w:t>0%</w:t>
            </w:r>
            <w:r>
              <w:t>B</w:t>
            </w:r>
            <w:r w:rsidRPr="00332DB8">
              <w:rPr>
                <w:lang w:val="ru-RU"/>
              </w:rPr>
              <w:t>0%</w:t>
            </w:r>
            <w:r>
              <w:t>D</w:t>
            </w:r>
            <w:r w:rsidRPr="00332DB8">
              <w:rPr>
                <w:lang w:val="ru-RU"/>
              </w:rPr>
              <w:t>1%80%</w:t>
            </w:r>
            <w:r>
              <w:t>D</w:t>
            </w:r>
            <w:r w:rsidRPr="00332DB8">
              <w:rPr>
                <w:lang w:val="ru-RU"/>
              </w:rPr>
              <w:t>0%</w:t>
            </w:r>
            <w:r>
              <w:t>B</w:t>
            </w:r>
            <w:r w:rsidRPr="00332DB8">
              <w:rPr>
                <w:lang w:val="ru-RU"/>
              </w:rPr>
              <w:t>0%</w:t>
            </w:r>
            <w:r>
              <w:t>D</w:t>
            </w:r>
            <w:r w:rsidRPr="00332DB8">
              <w:rPr>
                <w:lang w:val="ru-RU"/>
              </w:rPr>
              <w:t>0%</w:t>
            </w:r>
            <w:r>
              <w:t>BC</w:t>
            </w:r>
            <w:r w:rsidRPr="00332DB8">
              <w:rPr>
                <w:lang w:val="ru-RU"/>
              </w:rPr>
              <w:t>%20%</w:t>
            </w:r>
            <w:r>
              <w:t>D</w:t>
            </w:r>
            <w:r w:rsidRPr="00332DB8">
              <w:rPr>
                <w:lang w:val="ru-RU"/>
              </w:rPr>
              <w:t>0%</w:t>
            </w:r>
            <w:r>
              <w:t>BA</w:t>
            </w:r>
            <w:r w:rsidRPr="00332DB8">
              <w:rPr>
                <w:lang w:val="ru-RU"/>
              </w:rPr>
              <w:t>%</w:t>
            </w:r>
            <w:r>
              <w:t>D</w:t>
            </w:r>
            <w:r w:rsidRPr="00332DB8">
              <w:rPr>
                <w:lang w:val="ru-RU"/>
              </w:rPr>
              <w:t>0%</w:t>
            </w:r>
            <w:r>
              <w:t>BE</w:t>
            </w:r>
            <w:r w:rsidRPr="00332DB8">
              <w:rPr>
                <w:lang w:val="ru-RU"/>
              </w:rPr>
              <w:t>%</w:t>
            </w:r>
            <w:r>
              <w:t>D</w:t>
            </w:r>
            <w:r w:rsidRPr="00332DB8">
              <w:rPr>
                <w:lang w:val="ru-RU"/>
              </w:rPr>
              <w:t>1%82%</w:t>
            </w:r>
            <w:r>
              <w:t>D</w:t>
            </w:r>
            <w:r w:rsidRPr="00332DB8">
              <w:rPr>
                <w:lang w:val="ru-RU"/>
              </w:rPr>
              <w:t>0%</w:t>
            </w:r>
            <w:r>
              <w:t>BE</w:t>
            </w:r>
            <w:r w:rsidRPr="00332DB8">
              <w:rPr>
                <w:lang w:val="ru-RU"/>
              </w:rPr>
              <w:t>%</w:t>
            </w:r>
            <w:r>
              <w:t>D</w:t>
            </w:r>
            <w:r w:rsidRPr="00332DB8">
              <w:rPr>
                <w:lang w:val="ru-RU"/>
              </w:rPr>
              <w:t>1%80%</w:t>
            </w:r>
            <w:r>
              <w:t>D</w:t>
            </w:r>
            <w:r w:rsidRPr="00332DB8">
              <w:rPr>
                <w:lang w:val="ru-RU"/>
              </w:rPr>
              <w:t>1%8</w:t>
            </w:r>
            <w:r>
              <w:t>B</w:t>
            </w:r>
            <w:r w:rsidRPr="00332DB8">
              <w:rPr>
                <w:lang w:val="ru-RU"/>
              </w:rPr>
              <w:t>%</w:t>
            </w:r>
            <w:r>
              <w:t>D</w:t>
            </w:r>
            <w:r w:rsidRPr="00332DB8">
              <w:rPr>
                <w:lang w:val="ru-RU"/>
              </w:rPr>
              <w:t>0%</w:t>
            </w:r>
            <w:r>
              <w:t>B</w:t>
            </w:r>
            <w:r w:rsidRPr="00332DB8">
              <w:rPr>
                <w:lang w:val="ru-RU"/>
              </w:rPr>
              <w:t>5%20%</w:t>
            </w:r>
            <w:r>
              <w:t>D</w:t>
            </w:r>
            <w:r w:rsidRPr="00332DB8">
              <w:rPr>
                <w:lang w:val="ru-RU"/>
              </w:rPr>
              <w:t>1%81%</w:t>
            </w:r>
            <w:r>
              <w:t>D</w:t>
            </w:r>
            <w:r w:rsidRPr="00332DB8">
              <w:rPr>
                <w:lang w:val="ru-RU"/>
              </w:rPr>
              <w:t>1%87%</w:t>
            </w:r>
            <w:r>
              <w:t>D</w:t>
            </w:r>
            <w:r w:rsidRPr="00332DB8">
              <w:rPr>
                <w:lang w:val="ru-RU"/>
              </w:rPr>
              <w:t>0%</w:t>
            </w:r>
            <w:r>
              <w:t>B</w:t>
            </w:r>
            <w:r w:rsidRPr="00332DB8">
              <w:rPr>
                <w:lang w:val="ru-RU"/>
              </w:rPr>
              <w:t>8%</w:t>
            </w:r>
            <w:r>
              <w:t>D</w:t>
            </w:r>
            <w:r w:rsidRPr="00332DB8">
              <w:rPr>
                <w:lang w:val="ru-RU"/>
              </w:rPr>
              <w:t>1%82%</w:t>
            </w:r>
            <w:r>
              <w:t>D</w:t>
            </w:r>
            <w:r w:rsidRPr="00332DB8">
              <w:rPr>
                <w:lang w:val="ru-RU"/>
              </w:rPr>
              <w:t>0%</w:t>
            </w:r>
            <w:r>
              <w:lastRenderedPageBreak/>
              <w:t>B</w:t>
            </w:r>
            <w:r w:rsidRPr="00332DB8">
              <w:rPr>
                <w:lang w:val="ru-RU"/>
              </w:rPr>
              <w:t>0%</w:t>
            </w:r>
            <w:r>
              <w:t>D</w:t>
            </w:r>
            <w:r w:rsidRPr="00332DB8">
              <w:rPr>
                <w:lang w:val="ru-RU"/>
              </w:rPr>
              <w:t>1%8</w:t>
            </w:r>
            <w:r>
              <w:t>E</w:t>
            </w:r>
            <w:r w:rsidRPr="00332DB8">
              <w:rPr>
                <w:lang w:val="ru-RU"/>
              </w:rPr>
              <w:t>%</w:t>
            </w:r>
            <w:r>
              <w:t>D</w:t>
            </w:r>
            <w:r w:rsidRPr="00332DB8">
              <w:rPr>
                <w:lang w:val="ru-RU"/>
              </w:rPr>
              <w:t xml:space="preserve">1%82 под названием «Клим –лови хвостатый. Антифа, я не фашист, я просто белый и за чистую нацию» </w:t>
            </w:r>
            <w:r>
              <w:t>(решение Первомайского районного суда г. Кирова от 29.05.2017);</w:t>
            </w:r>
          </w:p>
        </w:tc>
        <w:tc>
          <w:tcPr>
            <w:tcW w:w="2880" w:type="dxa"/>
          </w:tcPr>
          <w:p w:rsidR="006F7457" w:rsidRDefault="00332DB8">
            <w:r>
              <w:lastRenderedPageBreak/>
              <w:t>02.11.2018</w:t>
            </w:r>
          </w:p>
        </w:tc>
      </w:tr>
      <w:tr w:rsidR="006F7457">
        <w:tc>
          <w:tcPr>
            <w:tcW w:w="2880" w:type="dxa"/>
          </w:tcPr>
          <w:p w:rsidR="006F7457" w:rsidRDefault="00332DB8">
            <w:r>
              <w:lastRenderedPageBreak/>
              <w:t>4194.</w:t>
            </w:r>
          </w:p>
        </w:tc>
        <w:tc>
          <w:tcPr>
            <w:tcW w:w="2880" w:type="dxa"/>
          </w:tcPr>
          <w:p w:rsidR="006F7457" w:rsidRDefault="00332DB8">
            <w:r>
              <w:t>Исключен;</w:t>
            </w:r>
          </w:p>
        </w:tc>
        <w:tc>
          <w:tcPr>
            <w:tcW w:w="2880" w:type="dxa"/>
          </w:tcPr>
          <w:p w:rsidR="006F7457" w:rsidRDefault="00332DB8">
            <w:r>
              <w:t>02.11.2018</w:t>
            </w:r>
          </w:p>
        </w:tc>
      </w:tr>
      <w:tr w:rsidR="006F7457">
        <w:tc>
          <w:tcPr>
            <w:tcW w:w="2880" w:type="dxa"/>
          </w:tcPr>
          <w:p w:rsidR="006F7457" w:rsidRDefault="00332DB8">
            <w:r>
              <w:t>4195.</w:t>
            </w:r>
          </w:p>
        </w:tc>
        <w:tc>
          <w:tcPr>
            <w:tcW w:w="2880" w:type="dxa"/>
          </w:tcPr>
          <w:p w:rsidR="006F7457" w:rsidRDefault="00332DB8">
            <w:r>
              <w:t>Исключен;</w:t>
            </w:r>
          </w:p>
        </w:tc>
        <w:tc>
          <w:tcPr>
            <w:tcW w:w="2880" w:type="dxa"/>
          </w:tcPr>
          <w:p w:rsidR="006F7457" w:rsidRDefault="00332DB8">
            <w:r>
              <w:t>02.11.2018</w:t>
            </w:r>
          </w:p>
        </w:tc>
      </w:tr>
      <w:tr w:rsidR="006F7457">
        <w:tc>
          <w:tcPr>
            <w:tcW w:w="2880" w:type="dxa"/>
          </w:tcPr>
          <w:p w:rsidR="006F7457" w:rsidRDefault="00332DB8">
            <w:r>
              <w:t>4196.</w:t>
            </w:r>
          </w:p>
        </w:tc>
        <w:tc>
          <w:tcPr>
            <w:tcW w:w="2880" w:type="dxa"/>
          </w:tcPr>
          <w:p w:rsidR="006F7457" w:rsidRPr="00332DB8" w:rsidRDefault="00332DB8">
            <w:pPr>
              <w:rPr>
                <w:lang w:val="ru-RU"/>
              </w:rPr>
            </w:pPr>
            <w:r w:rsidRPr="00332DB8">
              <w:rPr>
                <w:lang w:val="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2880" w:type="dxa"/>
          </w:tcPr>
          <w:p w:rsidR="006F7457" w:rsidRDefault="00332DB8">
            <w:r>
              <w:t>11.08.2017</w:t>
            </w:r>
          </w:p>
        </w:tc>
      </w:tr>
      <w:tr w:rsidR="006F7457">
        <w:tc>
          <w:tcPr>
            <w:tcW w:w="2880" w:type="dxa"/>
          </w:tcPr>
          <w:p w:rsidR="006F7457" w:rsidRDefault="00332DB8">
            <w:r>
              <w:t>4197.</w:t>
            </w:r>
          </w:p>
        </w:tc>
        <w:tc>
          <w:tcPr>
            <w:tcW w:w="2880" w:type="dxa"/>
          </w:tcPr>
          <w:p w:rsidR="006F7457" w:rsidRPr="00332DB8" w:rsidRDefault="00332DB8">
            <w:pPr>
              <w:rPr>
                <w:lang w:val="ru-RU"/>
              </w:rPr>
            </w:pPr>
            <w:r w:rsidRPr="00332DB8">
              <w:rPr>
                <w:lang w:val="ru-RU"/>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2880" w:type="dxa"/>
          </w:tcPr>
          <w:p w:rsidR="006F7457" w:rsidRDefault="00332DB8">
            <w:r>
              <w:t>16.08.2017</w:t>
            </w:r>
          </w:p>
        </w:tc>
      </w:tr>
      <w:tr w:rsidR="006F7457">
        <w:tc>
          <w:tcPr>
            <w:tcW w:w="2880" w:type="dxa"/>
          </w:tcPr>
          <w:p w:rsidR="006F7457" w:rsidRDefault="00332DB8">
            <w:r>
              <w:t>4198.</w:t>
            </w:r>
          </w:p>
        </w:tc>
        <w:tc>
          <w:tcPr>
            <w:tcW w:w="2880" w:type="dxa"/>
          </w:tcPr>
          <w:p w:rsidR="006F7457" w:rsidRPr="00332DB8" w:rsidRDefault="00332DB8">
            <w:pPr>
              <w:rPr>
                <w:lang w:val="ru-RU"/>
              </w:rPr>
            </w:pPr>
            <w:r w:rsidRPr="00332DB8">
              <w:rPr>
                <w:lang w:val="ru-RU"/>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2880" w:type="dxa"/>
          </w:tcPr>
          <w:p w:rsidR="006F7457" w:rsidRDefault="00332DB8">
            <w:r>
              <w:t>16.08.2017</w:t>
            </w:r>
          </w:p>
        </w:tc>
      </w:tr>
      <w:tr w:rsidR="006F7457">
        <w:tc>
          <w:tcPr>
            <w:tcW w:w="2880" w:type="dxa"/>
          </w:tcPr>
          <w:p w:rsidR="006F7457" w:rsidRDefault="00332DB8">
            <w:r>
              <w:lastRenderedPageBreak/>
              <w:t>4199.</w:t>
            </w:r>
          </w:p>
        </w:tc>
        <w:tc>
          <w:tcPr>
            <w:tcW w:w="2880" w:type="dxa"/>
          </w:tcPr>
          <w:p w:rsidR="006F7457" w:rsidRPr="00332DB8" w:rsidRDefault="00332DB8">
            <w:pPr>
              <w:rPr>
                <w:lang w:val="ru-RU"/>
              </w:rPr>
            </w:pPr>
            <w:r w:rsidRPr="00332DB8">
              <w:rPr>
                <w:lang w:val="ru-RU"/>
              </w:rPr>
              <w:t xml:space="preserve">Изображение, с надписью: «Таджики и узбеки и прочие вредители уехать из России домой вы не хотите ли?», размещенное в сети Интернет на электронной странице </w:t>
            </w:r>
            <w:r>
              <w:t>http</w:t>
            </w:r>
            <w:r w:rsidRPr="00332DB8">
              <w:rPr>
                <w:lang w:val="ru-RU"/>
              </w:rPr>
              <w:t>://</w:t>
            </w:r>
            <w:r>
              <w:t>vk</w:t>
            </w:r>
            <w:r w:rsidRPr="00332DB8">
              <w:rPr>
                <w:lang w:val="ru-RU"/>
              </w:rPr>
              <w:t>.</w:t>
            </w:r>
            <w:r>
              <w:t>com</w:t>
            </w:r>
            <w:r w:rsidRPr="00332DB8">
              <w:rPr>
                <w:lang w:val="ru-RU"/>
              </w:rPr>
              <w:t>/</w:t>
            </w:r>
            <w:r>
              <w:t>photo</w:t>
            </w:r>
            <w:r w:rsidRPr="00332DB8">
              <w:rPr>
                <w:lang w:val="ru-RU"/>
              </w:rPr>
              <w:t>271794704_356936770 (решение Центрального районного суда г. Калининграда от 16.11.2016).</w:t>
            </w:r>
          </w:p>
        </w:tc>
        <w:tc>
          <w:tcPr>
            <w:tcW w:w="2880" w:type="dxa"/>
          </w:tcPr>
          <w:p w:rsidR="006F7457" w:rsidRDefault="00332DB8">
            <w:r>
              <w:t>16.08.2017</w:t>
            </w:r>
          </w:p>
        </w:tc>
      </w:tr>
      <w:tr w:rsidR="006F7457">
        <w:tc>
          <w:tcPr>
            <w:tcW w:w="2880" w:type="dxa"/>
          </w:tcPr>
          <w:p w:rsidR="006F7457" w:rsidRDefault="00332DB8">
            <w:r>
              <w:t>4200.</w:t>
            </w:r>
          </w:p>
        </w:tc>
        <w:tc>
          <w:tcPr>
            <w:tcW w:w="2880" w:type="dxa"/>
          </w:tcPr>
          <w:p w:rsidR="006F7457" w:rsidRPr="00332DB8" w:rsidRDefault="00332DB8">
            <w:pPr>
              <w:rPr>
                <w:lang w:val="ru-RU"/>
              </w:rPr>
            </w:pPr>
            <w:r w:rsidRPr="00332DB8">
              <w:rPr>
                <w:lang w:val="ru-RU"/>
              </w:rPr>
              <w:t xml:space="preserve">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241662027 (решение Сафоновского районного суда Смоленской области от 15.06.2017);</w:t>
            </w:r>
          </w:p>
        </w:tc>
        <w:tc>
          <w:tcPr>
            <w:tcW w:w="2880" w:type="dxa"/>
          </w:tcPr>
          <w:p w:rsidR="006F7457" w:rsidRDefault="00332DB8">
            <w:r>
              <w:t>21.08.2017</w:t>
            </w:r>
          </w:p>
        </w:tc>
      </w:tr>
      <w:tr w:rsidR="006F7457">
        <w:tc>
          <w:tcPr>
            <w:tcW w:w="2880" w:type="dxa"/>
          </w:tcPr>
          <w:p w:rsidR="006F7457" w:rsidRDefault="00332DB8">
            <w:r>
              <w:t>4201.</w:t>
            </w:r>
          </w:p>
        </w:tc>
        <w:tc>
          <w:tcPr>
            <w:tcW w:w="2880" w:type="dxa"/>
          </w:tcPr>
          <w:p w:rsidR="006F7457" w:rsidRPr="00332DB8" w:rsidRDefault="00332DB8">
            <w:pPr>
              <w:rPr>
                <w:lang w:val="ru-RU"/>
              </w:rPr>
            </w:pPr>
            <w:r w:rsidRPr="00332DB8">
              <w:rPr>
                <w:lang w:val="ru-RU"/>
              </w:rPr>
              <w:t xml:space="preserve">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241662027 (решение Сафоновского районного суда Смоленской области от 15.06.2017).</w:t>
            </w:r>
          </w:p>
        </w:tc>
        <w:tc>
          <w:tcPr>
            <w:tcW w:w="2880" w:type="dxa"/>
          </w:tcPr>
          <w:p w:rsidR="006F7457" w:rsidRDefault="00332DB8">
            <w:r>
              <w:t>21.08.2017</w:t>
            </w:r>
          </w:p>
        </w:tc>
      </w:tr>
      <w:tr w:rsidR="006F7457">
        <w:tc>
          <w:tcPr>
            <w:tcW w:w="2880" w:type="dxa"/>
          </w:tcPr>
          <w:p w:rsidR="006F7457" w:rsidRDefault="00332DB8">
            <w:r>
              <w:t>4202.</w:t>
            </w:r>
          </w:p>
        </w:tc>
        <w:tc>
          <w:tcPr>
            <w:tcW w:w="2880" w:type="dxa"/>
          </w:tcPr>
          <w:p w:rsidR="006F7457" w:rsidRDefault="00332DB8">
            <w:r w:rsidRPr="00332DB8">
              <w:rPr>
                <w:lang w:val="ru-RU"/>
              </w:rPr>
              <w:t xml:space="preserve">Аудиозапись «Печки-лавочки» исполнитель Чех, размещенная в сети Интернет на указателе страницы сайта </w:t>
            </w:r>
            <w:r>
              <w:t>https</w:t>
            </w:r>
            <w:r w:rsidRPr="00332DB8">
              <w:rPr>
                <w:lang w:val="ru-RU"/>
              </w:rPr>
              <w:t>://</w:t>
            </w:r>
            <w:r>
              <w:t>zf</w:t>
            </w:r>
            <w:r w:rsidRPr="00332DB8">
              <w:rPr>
                <w:lang w:val="ru-RU"/>
              </w:rPr>
              <w:t>.</w:t>
            </w:r>
            <w:r>
              <w:t>fm</w:t>
            </w:r>
            <w:r w:rsidRPr="00332DB8">
              <w:rPr>
                <w:lang w:val="ru-RU"/>
              </w:rPr>
              <w:t>/</w:t>
            </w:r>
            <w:r>
              <w:t>song</w:t>
            </w:r>
            <w:r w:rsidRPr="00332DB8">
              <w:rPr>
                <w:lang w:val="ru-RU"/>
              </w:rPr>
              <w:t xml:space="preserve">/4989674, продолжительностью </w:t>
            </w:r>
            <w:r>
              <w:t>03 минуты 49 секунд (решение Ртищевского районного суда Саратовской области от 22.06.2017).</w:t>
            </w:r>
          </w:p>
        </w:tc>
        <w:tc>
          <w:tcPr>
            <w:tcW w:w="2880" w:type="dxa"/>
          </w:tcPr>
          <w:p w:rsidR="006F7457" w:rsidRDefault="00332DB8">
            <w:r>
              <w:t>25.08.2017</w:t>
            </w:r>
          </w:p>
        </w:tc>
      </w:tr>
      <w:tr w:rsidR="006F7457">
        <w:tc>
          <w:tcPr>
            <w:tcW w:w="2880" w:type="dxa"/>
          </w:tcPr>
          <w:p w:rsidR="006F7457" w:rsidRDefault="00332DB8">
            <w:r>
              <w:t>4203.</w:t>
            </w:r>
          </w:p>
        </w:tc>
        <w:tc>
          <w:tcPr>
            <w:tcW w:w="2880" w:type="dxa"/>
          </w:tcPr>
          <w:p w:rsidR="006F7457" w:rsidRDefault="00332DB8">
            <w:r>
              <w:t>Исключен</w:t>
            </w:r>
          </w:p>
        </w:tc>
        <w:tc>
          <w:tcPr>
            <w:tcW w:w="2880" w:type="dxa"/>
          </w:tcPr>
          <w:p w:rsidR="006F7457" w:rsidRDefault="00332DB8">
            <w:r>
              <w:t>08.09.2017</w:t>
            </w:r>
          </w:p>
        </w:tc>
      </w:tr>
      <w:tr w:rsidR="006F7457">
        <w:tc>
          <w:tcPr>
            <w:tcW w:w="2880" w:type="dxa"/>
          </w:tcPr>
          <w:p w:rsidR="006F7457" w:rsidRDefault="00332DB8">
            <w:r>
              <w:lastRenderedPageBreak/>
              <w:t>4204.</w:t>
            </w:r>
          </w:p>
        </w:tc>
        <w:tc>
          <w:tcPr>
            <w:tcW w:w="2880" w:type="dxa"/>
          </w:tcPr>
          <w:p w:rsidR="006F7457" w:rsidRDefault="00332DB8">
            <w:r>
              <w:t>Исключен</w:t>
            </w:r>
          </w:p>
        </w:tc>
        <w:tc>
          <w:tcPr>
            <w:tcW w:w="2880" w:type="dxa"/>
          </w:tcPr>
          <w:p w:rsidR="006F7457" w:rsidRDefault="00332DB8">
            <w:r>
              <w:t>08.09.2017</w:t>
            </w:r>
          </w:p>
        </w:tc>
      </w:tr>
      <w:tr w:rsidR="006F7457">
        <w:tc>
          <w:tcPr>
            <w:tcW w:w="2880" w:type="dxa"/>
          </w:tcPr>
          <w:p w:rsidR="006F7457" w:rsidRDefault="00332DB8">
            <w:r>
              <w:t>4205.</w:t>
            </w:r>
          </w:p>
        </w:tc>
        <w:tc>
          <w:tcPr>
            <w:tcW w:w="2880" w:type="dxa"/>
          </w:tcPr>
          <w:p w:rsidR="006F7457" w:rsidRDefault="00332DB8">
            <w:r>
              <w:t>Исключен</w:t>
            </w:r>
          </w:p>
        </w:tc>
        <w:tc>
          <w:tcPr>
            <w:tcW w:w="2880" w:type="dxa"/>
          </w:tcPr>
          <w:p w:rsidR="006F7457" w:rsidRDefault="00332DB8">
            <w:r>
              <w:t>08.09.2017</w:t>
            </w:r>
          </w:p>
        </w:tc>
      </w:tr>
      <w:tr w:rsidR="006F7457">
        <w:tc>
          <w:tcPr>
            <w:tcW w:w="2880" w:type="dxa"/>
          </w:tcPr>
          <w:p w:rsidR="006F7457" w:rsidRDefault="00332DB8">
            <w:r>
              <w:t>4206.</w:t>
            </w:r>
          </w:p>
        </w:tc>
        <w:tc>
          <w:tcPr>
            <w:tcW w:w="2880" w:type="dxa"/>
          </w:tcPr>
          <w:p w:rsidR="006F7457" w:rsidRPr="00332DB8" w:rsidRDefault="00332DB8">
            <w:pPr>
              <w:rPr>
                <w:lang w:val="ru-RU"/>
              </w:rPr>
            </w:pPr>
            <w:r w:rsidRPr="00332DB8">
              <w:rPr>
                <w:lang w:val="ru-RU"/>
              </w:rPr>
              <w:t>Информационный материал - видеозапись «Настоящее лицо ЕВРЕЕВ!», продолжительностью 9 мин. 40 сек., начинающуюся с изображения марширующего по телам нацистского солдата на фоне флага с рисунком «звезды Давида» и буквой «</w:t>
            </w:r>
            <w:r>
              <w:t>Z</w:t>
            </w:r>
            <w:r w:rsidRPr="00332DB8">
              <w:rPr>
                <w:lang w:val="ru-RU"/>
              </w:rPr>
              <w:t xml:space="preserve">» в центре, завершающуюся изображением орла с венком и «звездой Давида», которая размещена в информационно-телекоммуникационной сети Интернет по адресам: -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TVBmGExqHfA</w:t>
            </w:r>
            <w:r w:rsidRPr="00332DB8">
              <w:rPr>
                <w:lang w:val="ru-RU"/>
              </w:rPr>
              <w:t xml:space="preserve">; -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-82162403_171142385; -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-52341473_456239092; - </w:t>
            </w:r>
            <w:r>
              <w:t>https</w:t>
            </w:r>
            <w:r w:rsidRPr="00332DB8">
              <w:rPr>
                <w:lang w:val="ru-RU"/>
              </w:rPr>
              <w:t>://</w:t>
            </w:r>
            <w:r>
              <w:t>ok</w:t>
            </w:r>
            <w:r w:rsidRPr="00332DB8">
              <w:rPr>
                <w:lang w:val="ru-RU"/>
              </w:rPr>
              <w:t>.</w:t>
            </w:r>
            <w:r>
              <w:t>ru</w:t>
            </w:r>
            <w:r w:rsidRPr="00332DB8">
              <w:rPr>
                <w:lang w:val="ru-RU"/>
              </w:rPr>
              <w:t>/</w:t>
            </w:r>
            <w:r>
              <w:t>video</w:t>
            </w:r>
            <w:r w:rsidRPr="00332DB8">
              <w:rPr>
                <w:lang w:val="ru-RU"/>
              </w:rPr>
              <w:t>/41387428473 (решение Первомайского районного суда г. Кирова от 27.06.2017);</w:t>
            </w:r>
          </w:p>
        </w:tc>
        <w:tc>
          <w:tcPr>
            <w:tcW w:w="2880" w:type="dxa"/>
          </w:tcPr>
          <w:p w:rsidR="006F7457" w:rsidRDefault="00332DB8">
            <w:r>
              <w:t>08.09.2017</w:t>
            </w:r>
          </w:p>
        </w:tc>
      </w:tr>
      <w:tr w:rsidR="006F7457">
        <w:tc>
          <w:tcPr>
            <w:tcW w:w="2880" w:type="dxa"/>
          </w:tcPr>
          <w:p w:rsidR="006F7457" w:rsidRDefault="00332DB8">
            <w:r>
              <w:t>4207.</w:t>
            </w:r>
          </w:p>
        </w:tc>
        <w:tc>
          <w:tcPr>
            <w:tcW w:w="2880" w:type="dxa"/>
          </w:tcPr>
          <w:p w:rsidR="006F7457" w:rsidRPr="00332DB8" w:rsidRDefault="00332DB8">
            <w:pPr>
              <w:rPr>
                <w:lang w:val="ru-RU"/>
              </w:rPr>
            </w:pPr>
            <w:r>
              <w:t xml:space="preserve">Видеофайл «Чеченцы и Ингуши наводят порядок в метро» («Chechency i Ingushi navodyat poryadokv metro.flv») длительностью </w:t>
            </w:r>
            <w:r w:rsidRPr="00332DB8">
              <w:rPr>
                <w:lang w:val="ru-RU"/>
              </w:rPr>
              <w:t>1 мин. 30 сек., объемом 5 217 кб. (решение Ужурского районного суда Красноярского края от 30.06.2017);</w:t>
            </w:r>
          </w:p>
        </w:tc>
        <w:tc>
          <w:tcPr>
            <w:tcW w:w="2880" w:type="dxa"/>
          </w:tcPr>
          <w:p w:rsidR="006F7457" w:rsidRDefault="00332DB8">
            <w:r>
              <w:t>08.09.2017</w:t>
            </w:r>
          </w:p>
        </w:tc>
      </w:tr>
      <w:tr w:rsidR="006F7457">
        <w:tc>
          <w:tcPr>
            <w:tcW w:w="2880" w:type="dxa"/>
          </w:tcPr>
          <w:p w:rsidR="006F7457" w:rsidRDefault="00332DB8">
            <w:r>
              <w:t>4208.</w:t>
            </w:r>
          </w:p>
        </w:tc>
        <w:tc>
          <w:tcPr>
            <w:tcW w:w="2880" w:type="dxa"/>
          </w:tcPr>
          <w:p w:rsidR="006F7457" w:rsidRPr="00332DB8" w:rsidRDefault="00332DB8">
            <w:pPr>
              <w:rPr>
                <w:lang w:val="ru-RU"/>
              </w:rPr>
            </w:pPr>
            <w:r>
              <w:t xml:space="preserve">Видеофайл «Дети гор дети КАВКАЗА !!!!(Азери и Даги)слава КАВКАЗУ» («Deti gor deti KAVKAZA!!!!(Azeri i Dagi) slava KAVKAZU.240.mp4») длительностью </w:t>
            </w:r>
            <w:r w:rsidRPr="00332DB8">
              <w:rPr>
                <w:lang w:val="ru-RU"/>
              </w:rPr>
              <w:t>2 мин. 42 сек., объемом 3 705 кб. (решение Ужурского районного суда Красноярского края от 30.06.2017);</w:t>
            </w:r>
          </w:p>
        </w:tc>
        <w:tc>
          <w:tcPr>
            <w:tcW w:w="2880" w:type="dxa"/>
          </w:tcPr>
          <w:p w:rsidR="006F7457" w:rsidRDefault="00332DB8">
            <w:r>
              <w:t>08.09.2017</w:t>
            </w:r>
          </w:p>
        </w:tc>
      </w:tr>
      <w:tr w:rsidR="006F7457">
        <w:tc>
          <w:tcPr>
            <w:tcW w:w="2880" w:type="dxa"/>
          </w:tcPr>
          <w:p w:rsidR="006F7457" w:rsidRDefault="00332DB8">
            <w:r>
              <w:lastRenderedPageBreak/>
              <w:t>4209.</w:t>
            </w:r>
          </w:p>
        </w:tc>
        <w:tc>
          <w:tcPr>
            <w:tcW w:w="2880" w:type="dxa"/>
          </w:tcPr>
          <w:p w:rsidR="006F7457" w:rsidRPr="00332DB8" w:rsidRDefault="00332DB8">
            <w:pPr>
              <w:rPr>
                <w:lang w:val="ru-RU"/>
              </w:rPr>
            </w:pPr>
            <w:r>
              <w:t xml:space="preserve">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w:t>
            </w:r>
            <w:r w:rsidRPr="00332DB8">
              <w:rPr>
                <w:lang w:val="ru-RU"/>
              </w:rPr>
              <w:t>3 мин. 07 сек., объемом 1 851 кб. (решение Ужурского районного суда Красноярского края от 30.06.2017);</w:t>
            </w:r>
          </w:p>
        </w:tc>
        <w:tc>
          <w:tcPr>
            <w:tcW w:w="2880" w:type="dxa"/>
          </w:tcPr>
          <w:p w:rsidR="006F7457" w:rsidRDefault="00332DB8">
            <w:r>
              <w:t>08.09.2017</w:t>
            </w:r>
          </w:p>
        </w:tc>
      </w:tr>
      <w:tr w:rsidR="006F7457">
        <w:tc>
          <w:tcPr>
            <w:tcW w:w="2880" w:type="dxa"/>
          </w:tcPr>
          <w:p w:rsidR="006F7457" w:rsidRDefault="00332DB8">
            <w:r>
              <w:t>4210.</w:t>
            </w:r>
          </w:p>
        </w:tc>
        <w:tc>
          <w:tcPr>
            <w:tcW w:w="2880" w:type="dxa"/>
          </w:tcPr>
          <w:p w:rsidR="006F7457" w:rsidRPr="00332DB8" w:rsidRDefault="00332DB8">
            <w:pPr>
              <w:rPr>
                <w:lang w:val="ru-RU"/>
              </w:rPr>
            </w:pPr>
            <w:r w:rsidRPr="00332DB8">
              <w:rPr>
                <w:lang w:val="ru-RU"/>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2880" w:type="dxa"/>
          </w:tcPr>
          <w:p w:rsidR="006F7457" w:rsidRDefault="00332DB8">
            <w:r>
              <w:t>08.09.2017</w:t>
            </w:r>
          </w:p>
        </w:tc>
      </w:tr>
      <w:tr w:rsidR="006F7457">
        <w:tc>
          <w:tcPr>
            <w:tcW w:w="2880" w:type="dxa"/>
          </w:tcPr>
          <w:p w:rsidR="006F7457" w:rsidRDefault="00332DB8">
            <w:r>
              <w:t>4211.</w:t>
            </w:r>
          </w:p>
        </w:tc>
        <w:tc>
          <w:tcPr>
            <w:tcW w:w="2880" w:type="dxa"/>
          </w:tcPr>
          <w:p w:rsidR="006F7457" w:rsidRPr="00332DB8" w:rsidRDefault="00332DB8">
            <w:pPr>
              <w:rPr>
                <w:lang w:val="ru-RU"/>
              </w:rPr>
            </w:pPr>
            <w:r w:rsidRPr="00332DB8">
              <w:rPr>
                <w:lang w:val="ru-RU"/>
              </w:rP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2880" w:type="dxa"/>
          </w:tcPr>
          <w:p w:rsidR="006F7457" w:rsidRDefault="00332DB8">
            <w:r>
              <w:t>08.09.2017</w:t>
            </w:r>
          </w:p>
        </w:tc>
      </w:tr>
      <w:tr w:rsidR="006F7457">
        <w:tc>
          <w:tcPr>
            <w:tcW w:w="2880" w:type="dxa"/>
          </w:tcPr>
          <w:p w:rsidR="006F7457" w:rsidRDefault="00332DB8">
            <w:r>
              <w:t>4212.</w:t>
            </w:r>
          </w:p>
        </w:tc>
        <w:tc>
          <w:tcPr>
            <w:tcW w:w="2880" w:type="dxa"/>
          </w:tcPr>
          <w:p w:rsidR="006F7457" w:rsidRDefault="00332DB8">
            <w:r w:rsidRPr="00332DB8">
              <w:rPr>
                <w:lang w:val="ru-RU"/>
              </w:rPr>
              <w:t>Видеоролик исполнителя «</w:t>
            </w:r>
            <w:r>
              <w:t>Holdaar</w:t>
            </w:r>
            <w:r w:rsidRPr="00332DB8">
              <w:rPr>
                <w:lang w:val="ru-RU"/>
              </w:rPr>
              <w:t xml:space="preserve">»,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w:t>
            </w:r>
            <w:r>
              <w:t>03 минуты 21 секунда (решение Ленинского районного суда г. Костромы от 07.07.2017);</w:t>
            </w:r>
          </w:p>
        </w:tc>
        <w:tc>
          <w:tcPr>
            <w:tcW w:w="2880" w:type="dxa"/>
          </w:tcPr>
          <w:p w:rsidR="006F7457" w:rsidRDefault="00332DB8">
            <w:r>
              <w:t>11.09.2017</w:t>
            </w:r>
          </w:p>
        </w:tc>
      </w:tr>
      <w:tr w:rsidR="006F7457">
        <w:tc>
          <w:tcPr>
            <w:tcW w:w="2880" w:type="dxa"/>
          </w:tcPr>
          <w:p w:rsidR="006F7457" w:rsidRDefault="00332DB8">
            <w:r>
              <w:t>4213.</w:t>
            </w:r>
          </w:p>
        </w:tc>
        <w:tc>
          <w:tcPr>
            <w:tcW w:w="2880" w:type="dxa"/>
          </w:tcPr>
          <w:p w:rsidR="006F7457" w:rsidRDefault="00332DB8">
            <w:r w:rsidRPr="00332DB8">
              <w:rPr>
                <w:lang w:val="ru-RU"/>
              </w:rPr>
              <w:t>Видеоролик исполнителя - «</w:t>
            </w:r>
            <w:r>
              <w:t>TNF</w:t>
            </w:r>
            <w:r w:rsidRPr="00332DB8">
              <w:rPr>
                <w:lang w:val="ru-RU"/>
              </w:rPr>
              <w:t xml:space="preserve">»,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w:t>
            </w:r>
            <w:r>
              <w:t>04 минуты 32 секунды (решение Ленинского районного суда г. Костромы от 07.07.2017);</w:t>
            </w:r>
          </w:p>
        </w:tc>
        <w:tc>
          <w:tcPr>
            <w:tcW w:w="2880" w:type="dxa"/>
          </w:tcPr>
          <w:p w:rsidR="006F7457" w:rsidRDefault="00332DB8">
            <w:r>
              <w:t>11.09.2017</w:t>
            </w:r>
          </w:p>
        </w:tc>
      </w:tr>
      <w:tr w:rsidR="006F7457">
        <w:tc>
          <w:tcPr>
            <w:tcW w:w="2880" w:type="dxa"/>
          </w:tcPr>
          <w:p w:rsidR="006F7457" w:rsidRDefault="00332DB8">
            <w:r>
              <w:t>42</w:t>
            </w:r>
            <w:r>
              <w:lastRenderedPageBreak/>
              <w:t>14.</w:t>
            </w:r>
          </w:p>
        </w:tc>
        <w:tc>
          <w:tcPr>
            <w:tcW w:w="2880" w:type="dxa"/>
          </w:tcPr>
          <w:p w:rsidR="006F7457" w:rsidRDefault="00332DB8">
            <w:r w:rsidRPr="00332DB8">
              <w:rPr>
                <w:lang w:val="ru-RU"/>
              </w:rPr>
              <w:lastRenderedPageBreak/>
              <w:t xml:space="preserve">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w:t>
            </w:r>
            <w:r w:rsidRPr="00332DB8">
              <w:rPr>
                <w:lang w:val="ru-RU"/>
              </w:rPr>
              <w:lastRenderedPageBreak/>
              <w:t xml:space="preserve">объявили войну» длительностью </w:t>
            </w:r>
            <w:r>
              <w:t>04 минуты 04 секунды (решение Ленинского районного суда г. Костромы от 07.07.2017);</w:t>
            </w:r>
          </w:p>
        </w:tc>
        <w:tc>
          <w:tcPr>
            <w:tcW w:w="2880" w:type="dxa"/>
          </w:tcPr>
          <w:p w:rsidR="006F7457" w:rsidRDefault="00332DB8">
            <w:r>
              <w:lastRenderedPageBreak/>
              <w:t>11.09.</w:t>
            </w:r>
            <w:r>
              <w:lastRenderedPageBreak/>
              <w:t>2017</w:t>
            </w:r>
          </w:p>
        </w:tc>
      </w:tr>
      <w:tr w:rsidR="006F7457">
        <w:tc>
          <w:tcPr>
            <w:tcW w:w="2880" w:type="dxa"/>
          </w:tcPr>
          <w:p w:rsidR="006F7457" w:rsidRDefault="00332DB8">
            <w:r>
              <w:lastRenderedPageBreak/>
              <w:t>4215.</w:t>
            </w:r>
          </w:p>
        </w:tc>
        <w:tc>
          <w:tcPr>
            <w:tcW w:w="2880" w:type="dxa"/>
          </w:tcPr>
          <w:p w:rsidR="006F7457" w:rsidRDefault="00332DB8">
            <w:r>
              <w:t>Исключён</w:t>
            </w:r>
          </w:p>
        </w:tc>
        <w:tc>
          <w:tcPr>
            <w:tcW w:w="2880" w:type="dxa"/>
          </w:tcPr>
          <w:p w:rsidR="006F7457" w:rsidRDefault="00332DB8">
            <w:r>
              <w:t>11.09.2017</w:t>
            </w:r>
          </w:p>
        </w:tc>
      </w:tr>
      <w:tr w:rsidR="006F7457">
        <w:tc>
          <w:tcPr>
            <w:tcW w:w="2880" w:type="dxa"/>
          </w:tcPr>
          <w:p w:rsidR="006F7457" w:rsidRDefault="00332DB8">
            <w:r>
              <w:t>4216.</w:t>
            </w:r>
          </w:p>
        </w:tc>
        <w:tc>
          <w:tcPr>
            <w:tcW w:w="2880" w:type="dxa"/>
          </w:tcPr>
          <w:p w:rsidR="006F7457" w:rsidRDefault="00332DB8">
            <w:r>
              <w:t>Исключён</w:t>
            </w:r>
          </w:p>
        </w:tc>
        <w:tc>
          <w:tcPr>
            <w:tcW w:w="2880" w:type="dxa"/>
          </w:tcPr>
          <w:p w:rsidR="006F7457" w:rsidRDefault="00332DB8">
            <w:r>
              <w:t>11.09.2017</w:t>
            </w:r>
          </w:p>
        </w:tc>
      </w:tr>
      <w:tr w:rsidR="006F7457">
        <w:tc>
          <w:tcPr>
            <w:tcW w:w="2880" w:type="dxa"/>
          </w:tcPr>
          <w:p w:rsidR="006F7457" w:rsidRDefault="00332DB8">
            <w:r>
              <w:t>4217.</w:t>
            </w:r>
          </w:p>
        </w:tc>
        <w:tc>
          <w:tcPr>
            <w:tcW w:w="2880" w:type="dxa"/>
          </w:tcPr>
          <w:p w:rsidR="006F7457" w:rsidRDefault="00332DB8">
            <w:r>
              <w:t>Исключён</w:t>
            </w:r>
          </w:p>
        </w:tc>
        <w:tc>
          <w:tcPr>
            <w:tcW w:w="2880" w:type="dxa"/>
          </w:tcPr>
          <w:p w:rsidR="006F7457" w:rsidRDefault="00332DB8">
            <w:r>
              <w:t>11.09.2017</w:t>
            </w:r>
          </w:p>
        </w:tc>
      </w:tr>
      <w:tr w:rsidR="006F7457">
        <w:tc>
          <w:tcPr>
            <w:tcW w:w="2880" w:type="dxa"/>
          </w:tcPr>
          <w:p w:rsidR="006F7457" w:rsidRDefault="00332DB8">
            <w:r>
              <w:t>4218.</w:t>
            </w:r>
          </w:p>
        </w:tc>
        <w:tc>
          <w:tcPr>
            <w:tcW w:w="2880" w:type="dxa"/>
          </w:tcPr>
          <w:p w:rsidR="006F7457" w:rsidRDefault="00332DB8">
            <w:r>
              <w:t>Исключён</w:t>
            </w:r>
          </w:p>
        </w:tc>
        <w:tc>
          <w:tcPr>
            <w:tcW w:w="2880" w:type="dxa"/>
          </w:tcPr>
          <w:p w:rsidR="006F7457" w:rsidRDefault="00332DB8">
            <w:r>
              <w:t>11.09.2017</w:t>
            </w:r>
          </w:p>
        </w:tc>
      </w:tr>
      <w:tr w:rsidR="006F7457">
        <w:tc>
          <w:tcPr>
            <w:tcW w:w="2880" w:type="dxa"/>
          </w:tcPr>
          <w:p w:rsidR="006F7457" w:rsidRDefault="00332DB8">
            <w:r>
              <w:t>4219.</w:t>
            </w:r>
          </w:p>
        </w:tc>
        <w:tc>
          <w:tcPr>
            <w:tcW w:w="2880" w:type="dxa"/>
          </w:tcPr>
          <w:p w:rsidR="006F7457" w:rsidRDefault="00332DB8">
            <w:r>
              <w:t>Исключён</w:t>
            </w:r>
          </w:p>
        </w:tc>
        <w:tc>
          <w:tcPr>
            <w:tcW w:w="2880" w:type="dxa"/>
          </w:tcPr>
          <w:p w:rsidR="006F7457" w:rsidRDefault="00332DB8">
            <w:r>
              <w:t>11.09.2017</w:t>
            </w:r>
          </w:p>
        </w:tc>
      </w:tr>
      <w:tr w:rsidR="006F7457">
        <w:tc>
          <w:tcPr>
            <w:tcW w:w="2880" w:type="dxa"/>
          </w:tcPr>
          <w:p w:rsidR="006F7457" w:rsidRDefault="00332DB8">
            <w:r>
              <w:lastRenderedPageBreak/>
              <w:t>4220.</w:t>
            </w:r>
          </w:p>
        </w:tc>
        <w:tc>
          <w:tcPr>
            <w:tcW w:w="2880" w:type="dxa"/>
          </w:tcPr>
          <w:p w:rsidR="006F7457" w:rsidRDefault="00332DB8">
            <w:r>
              <w:t>Исключён</w:t>
            </w:r>
          </w:p>
        </w:tc>
        <w:tc>
          <w:tcPr>
            <w:tcW w:w="2880" w:type="dxa"/>
          </w:tcPr>
          <w:p w:rsidR="006F7457" w:rsidRDefault="00332DB8">
            <w:r>
              <w:t>11.09.2017</w:t>
            </w:r>
          </w:p>
        </w:tc>
      </w:tr>
      <w:tr w:rsidR="006F7457">
        <w:tc>
          <w:tcPr>
            <w:tcW w:w="2880" w:type="dxa"/>
          </w:tcPr>
          <w:p w:rsidR="006F7457" w:rsidRDefault="00332DB8">
            <w:r>
              <w:t>4221.</w:t>
            </w:r>
          </w:p>
        </w:tc>
        <w:tc>
          <w:tcPr>
            <w:tcW w:w="2880" w:type="dxa"/>
          </w:tcPr>
          <w:p w:rsidR="006F7457" w:rsidRPr="00332DB8" w:rsidRDefault="00332DB8">
            <w:pPr>
              <w:rPr>
                <w:lang w:val="ru-RU"/>
              </w:rPr>
            </w:pPr>
            <w:r w:rsidRPr="00332DB8">
              <w:rPr>
                <w:lang w:val="ru-RU"/>
              </w:rPr>
              <w:t>Листовка «Русская перекличка. (Для тех, кто достоин называться русским (русом)» (решение Советского районного суда г. Уфы от 27.06.2017);</w:t>
            </w:r>
          </w:p>
        </w:tc>
        <w:tc>
          <w:tcPr>
            <w:tcW w:w="2880" w:type="dxa"/>
          </w:tcPr>
          <w:p w:rsidR="006F7457" w:rsidRDefault="00332DB8">
            <w:r>
              <w:t>15.09.2017</w:t>
            </w:r>
          </w:p>
        </w:tc>
      </w:tr>
      <w:tr w:rsidR="006F7457">
        <w:tc>
          <w:tcPr>
            <w:tcW w:w="2880" w:type="dxa"/>
          </w:tcPr>
          <w:p w:rsidR="006F7457" w:rsidRDefault="00332DB8">
            <w:r>
              <w:t>4222.</w:t>
            </w:r>
          </w:p>
        </w:tc>
        <w:tc>
          <w:tcPr>
            <w:tcW w:w="2880" w:type="dxa"/>
          </w:tcPr>
          <w:p w:rsidR="006F7457" w:rsidRDefault="00332DB8">
            <w:r>
              <w:t>Исключён</w:t>
            </w:r>
          </w:p>
        </w:tc>
        <w:tc>
          <w:tcPr>
            <w:tcW w:w="2880" w:type="dxa"/>
          </w:tcPr>
          <w:p w:rsidR="006F7457" w:rsidRDefault="00332DB8">
            <w:r>
              <w:t>25.09.2017</w:t>
            </w:r>
          </w:p>
        </w:tc>
      </w:tr>
      <w:tr w:rsidR="006F7457">
        <w:tc>
          <w:tcPr>
            <w:tcW w:w="2880" w:type="dxa"/>
          </w:tcPr>
          <w:p w:rsidR="006F7457" w:rsidRDefault="00332DB8">
            <w:r>
              <w:t>4223.</w:t>
            </w:r>
          </w:p>
        </w:tc>
        <w:tc>
          <w:tcPr>
            <w:tcW w:w="2880" w:type="dxa"/>
          </w:tcPr>
          <w:p w:rsidR="006F7457" w:rsidRDefault="00332DB8">
            <w:r>
              <w:t>Исключён</w:t>
            </w:r>
          </w:p>
        </w:tc>
        <w:tc>
          <w:tcPr>
            <w:tcW w:w="2880" w:type="dxa"/>
          </w:tcPr>
          <w:p w:rsidR="006F7457" w:rsidRDefault="00332DB8">
            <w:r>
              <w:t>25.09.2017</w:t>
            </w:r>
          </w:p>
        </w:tc>
      </w:tr>
      <w:tr w:rsidR="006F7457">
        <w:tc>
          <w:tcPr>
            <w:tcW w:w="2880" w:type="dxa"/>
          </w:tcPr>
          <w:p w:rsidR="006F7457" w:rsidRDefault="00332DB8">
            <w:r>
              <w:t>4224.</w:t>
            </w:r>
          </w:p>
        </w:tc>
        <w:tc>
          <w:tcPr>
            <w:tcW w:w="2880" w:type="dxa"/>
          </w:tcPr>
          <w:p w:rsidR="006F7457" w:rsidRDefault="00332DB8">
            <w:r>
              <w:t>Исключён</w:t>
            </w:r>
          </w:p>
        </w:tc>
        <w:tc>
          <w:tcPr>
            <w:tcW w:w="2880" w:type="dxa"/>
          </w:tcPr>
          <w:p w:rsidR="006F7457" w:rsidRDefault="00332DB8">
            <w:r>
              <w:t>25.09.2017</w:t>
            </w:r>
          </w:p>
        </w:tc>
      </w:tr>
      <w:tr w:rsidR="006F7457">
        <w:tc>
          <w:tcPr>
            <w:tcW w:w="2880" w:type="dxa"/>
          </w:tcPr>
          <w:p w:rsidR="006F7457" w:rsidRDefault="00332DB8">
            <w:r>
              <w:t>422</w:t>
            </w:r>
            <w:r>
              <w:lastRenderedPageBreak/>
              <w:t>5.</w:t>
            </w:r>
          </w:p>
        </w:tc>
        <w:tc>
          <w:tcPr>
            <w:tcW w:w="2880" w:type="dxa"/>
          </w:tcPr>
          <w:p w:rsidR="006F7457" w:rsidRPr="00332DB8" w:rsidRDefault="00332DB8">
            <w:pPr>
              <w:rPr>
                <w:lang w:val="ru-RU"/>
              </w:rPr>
            </w:pPr>
            <w:r w:rsidRPr="00332DB8">
              <w:rPr>
                <w:lang w:val="ru-RU"/>
              </w:rPr>
              <w:lastRenderedPageBreak/>
              <w:t xml:space="preserve">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адресам: </w:t>
            </w:r>
            <w:r>
              <w:t>http</w:t>
            </w:r>
            <w:r w:rsidRPr="00332DB8">
              <w:rPr>
                <w:lang w:val="ru-RU"/>
              </w:rPr>
              <w:t>://</w:t>
            </w:r>
            <w:r>
              <w:t>vk</w:t>
            </w:r>
            <w:r w:rsidRPr="00332DB8">
              <w:rPr>
                <w:lang w:val="ru-RU"/>
              </w:rPr>
              <w:t>.</w:t>
            </w:r>
            <w:r>
              <w:t>com</w:t>
            </w:r>
            <w:r w:rsidRPr="00332DB8">
              <w:rPr>
                <w:lang w:val="ru-RU"/>
              </w:rPr>
              <w:t>/</w:t>
            </w:r>
            <w:r>
              <w:t>idl</w:t>
            </w:r>
            <w:r w:rsidRPr="00332DB8">
              <w:rPr>
                <w:lang w:val="ru-RU"/>
              </w:rPr>
              <w:t xml:space="preserve">61891612: </w:t>
            </w:r>
            <w:r>
              <w:lastRenderedPageBreak/>
              <w:t>http</w:t>
            </w:r>
            <w:r w:rsidRPr="00332DB8">
              <w:rPr>
                <w:lang w:val="ru-RU"/>
              </w:rPr>
              <w:t>://</w:t>
            </w:r>
            <w:r>
              <w:t>mixpromo</w:t>
            </w:r>
            <w:r w:rsidRPr="00332DB8">
              <w:rPr>
                <w:lang w:val="ru-RU"/>
              </w:rPr>
              <w:t>.</w:t>
            </w:r>
            <w:r>
              <w:t>net</w:t>
            </w:r>
            <w:r w:rsidRPr="00332DB8">
              <w:rPr>
                <w:lang w:val="ru-RU"/>
              </w:rPr>
              <w:t>/</w:t>
            </w:r>
            <w:r>
              <w:t>search</w:t>
            </w:r>
            <w:r w:rsidRPr="00332DB8">
              <w:rPr>
                <w:lang w:val="ru-RU"/>
              </w:rPr>
              <w:t>/%</w:t>
            </w:r>
            <w:r>
              <w:t>D</w:t>
            </w:r>
            <w:r w:rsidRPr="00332DB8">
              <w:rPr>
                <w:lang w:val="ru-RU"/>
              </w:rPr>
              <w:t>0%94%</w:t>
            </w:r>
            <w:r>
              <w:t>D</w:t>
            </w:r>
            <w:r w:rsidRPr="00332DB8">
              <w:rPr>
                <w:lang w:val="ru-RU"/>
              </w:rPr>
              <w:t>0%</w:t>
            </w:r>
            <w:r>
              <w:t>B</w:t>
            </w:r>
            <w:r w:rsidRPr="00332DB8">
              <w:rPr>
                <w:lang w:val="ru-RU"/>
              </w:rPr>
              <w:t>8%</w:t>
            </w:r>
            <w:r>
              <w:t>D</w:t>
            </w:r>
            <w:r w:rsidRPr="00332DB8">
              <w:rPr>
                <w:lang w:val="ru-RU"/>
              </w:rPr>
              <w:t>0%9</w:t>
            </w:r>
            <w:r>
              <w:t>C</w:t>
            </w:r>
            <w:r w:rsidRPr="00332DB8">
              <w:rPr>
                <w:lang w:val="ru-RU"/>
              </w:rPr>
              <w:t>%</w:t>
            </w:r>
            <w:r>
              <w:t>D</w:t>
            </w:r>
            <w:r w:rsidRPr="00332DB8">
              <w:rPr>
                <w:lang w:val="ru-RU"/>
              </w:rPr>
              <w:t>0%</w:t>
            </w:r>
            <w:r>
              <w:t>B</w:t>
            </w:r>
            <w:r w:rsidRPr="00332DB8">
              <w:rPr>
                <w:lang w:val="ru-RU"/>
              </w:rPr>
              <w:t>0%</w:t>
            </w:r>
            <w:r>
              <w:t>D</w:t>
            </w:r>
            <w:r w:rsidRPr="00332DB8">
              <w:rPr>
                <w:lang w:val="ru-RU"/>
              </w:rPr>
              <w:t>0 %В9+%</w:t>
            </w:r>
            <w:r>
              <w:t>D</w:t>
            </w:r>
            <w:r w:rsidRPr="00332DB8">
              <w:rPr>
                <w:lang w:val="ru-RU"/>
              </w:rPr>
              <w:t>0%</w:t>
            </w:r>
            <w:r>
              <w:t>B</w:t>
            </w:r>
            <w:r w:rsidRPr="00332DB8">
              <w:rPr>
                <w:lang w:val="ru-RU"/>
              </w:rPr>
              <w:t>8+%</w:t>
            </w:r>
            <w:r>
              <w:t>D</w:t>
            </w:r>
            <w:r w:rsidRPr="00332DB8">
              <w:rPr>
                <w:lang w:val="ru-RU"/>
              </w:rPr>
              <w:t>0%96%</w:t>
            </w:r>
            <w:r>
              <w:t>D</w:t>
            </w:r>
            <w:r w:rsidRPr="00332DB8">
              <w:rPr>
                <w:lang w:val="ru-RU"/>
              </w:rPr>
              <w:t>0%</w:t>
            </w:r>
            <w:r>
              <w:t>B</w:t>
            </w:r>
            <w:r w:rsidRPr="00332DB8">
              <w:rPr>
                <w:lang w:val="ru-RU"/>
              </w:rPr>
              <w:t>5%</w:t>
            </w:r>
            <w:r>
              <w:t>D</w:t>
            </w:r>
            <w:r w:rsidRPr="00332DB8">
              <w:rPr>
                <w:lang w:val="ru-RU"/>
              </w:rPr>
              <w:t>0%</w:t>
            </w:r>
            <w:r>
              <w:t>BA</w:t>
            </w:r>
            <w:r w:rsidRPr="00332DB8">
              <w:rPr>
                <w:lang w:val="ru-RU"/>
              </w:rPr>
              <w:t>%</w:t>
            </w:r>
            <w:r>
              <w:t>D</w:t>
            </w:r>
            <w:r w:rsidRPr="00332DB8">
              <w:rPr>
                <w:lang w:val="ru-RU"/>
              </w:rPr>
              <w:t>0%</w:t>
            </w:r>
            <w:r>
              <w:t>B</w:t>
            </w:r>
            <w:r w:rsidRPr="00332DB8">
              <w:rPr>
                <w:lang w:val="ru-RU"/>
              </w:rPr>
              <w:t>0+%</w:t>
            </w:r>
            <w:r>
              <w:t>D</w:t>
            </w:r>
            <w:r w:rsidRPr="00332DB8">
              <w:rPr>
                <w:lang w:val="ru-RU"/>
              </w:rPr>
              <w:t>0%9</w:t>
            </w:r>
            <w:r>
              <w:t>F</w:t>
            </w:r>
            <w:r w:rsidRPr="00332DB8">
              <w:rPr>
                <w:lang w:val="ru-RU"/>
              </w:rPr>
              <w:t>%</w:t>
            </w:r>
            <w:r>
              <w:t>D</w:t>
            </w:r>
            <w:r w:rsidRPr="00332DB8">
              <w:rPr>
                <w:lang w:val="ru-RU"/>
              </w:rPr>
              <w:t xml:space="preserve">1%80% </w:t>
            </w:r>
            <w:r>
              <w:t>D</w:t>
            </w:r>
            <w:r w:rsidRPr="00332DB8">
              <w:rPr>
                <w:lang w:val="ru-RU"/>
              </w:rPr>
              <w:t>0%</w:t>
            </w:r>
            <w:r>
              <w:t>B</w:t>
            </w:r>
            <w:r w:rsidRPr="00332DB8">
              <w:rPr>
                <w:lang w:val="ru-RU"/>
              </w:rPr>
              <w:t>0%</w:t>
            </w:r>
            <w:r>
              <w:t>D</w:t>
            </w:r>
            <w:r w:rsidRPr="00332DB8">
              <w:rPr>
                <w:lang w:val="ru-RU"/>
              </w:rPr>
              <w:t>0%</w:t>
            </w:r>
            <w:r>
              <w:t>B</w:t>
            </w:r>
            <w:r w:rsidRPr="00332DB8">
              <w:rPr>
                <w:lang w:val="ru-RU"/>
              </w:rPr>
              <w:t>2%</w:t>
            </w:r>
            <w:r>
              <w:t>D</w:t>
            </w:r>
            <w:r w:rsidRPr="00332DB8">
              <w:rPr>
                <w:lang w:val="ru-RU"/>
              </w:rPr>
              <w:t>0%</w:t>
            </w:r>
            <w:r>
              <w:t>BE</w:t>
            </w:r>
            <w:r w:rsidRPr="00332DB8">
              <w:rPr>
                <w:lang w:val="ru-RU"/>
              </w:rPr>
              <w:t>%</w:t>
            </w:r>
            <w:r>
              <w:t>D</w:t>
            </w:r>
            <w:r w:rsidRPr="00332DB8">
              <w:rPr>
                <w:lang w:val="ru-RU"/>
              </w:rPr>
              <w:t>0%</w:t>
            </w:r>
            <w:r>
              <w:t>B</w:t>
            </w:r>
            <w:r w:rsidRPr="00332DB8">
              <w:rPr>
                <w:lang w:val="ru-RU"/>
              </w:rPr>
              <w:t xml:space="preserve">2: </w:t>
            </w:r>
            <w:r>
              <w:t>https</w:t>
            </w:r>
            <w:r w:rsidRPr="00332DB8">
              <w:rPr>
                <w:lang w:val="ru-RU"/>
              </w:rPr>
              <w:t>://</w:t>
            </w:r>
            <w:r>
              <w:t>petamusic</w:t>
            </w:r>
            <w:r w:rsidRPr="00332DB8">
              <w:rPr>
                <w:lang w:val="ru-RU"/>
              </w:rPr>
              <w:t>.</w:t>
            </w:r>
            <w:r>
              <w:t>ru</w:t>
            </w:r>
            <w:r w:rsidRPr="00332DB8">
              <w:rPr>
                <w:lang w:val="ru-RU"/>
              </w:rPr>
              <w:t>/?</w:t>
            </w:r>
            <w:r>
              <w:t>string</w:t>
            </w:r>
            <w:r w:rsidRPr="00332DB8">
              <w:rPr>
                <w:lang w:val="ru-RU"/>
              </w:rPr>
              <w:t>=%</w:t>
            </w:r>
            <w:r>
              <w:t>C</w:t>
            </w:r>
            <w:r w:rsidRPr="00332DB8">
              <w:rPr>
                <w:lang w:val="ru-RU"/>
              </w:rPr>
              <w:t>6%</w:t>
            </w:r>
            <w:r>
              <w:t>E</w:t>
            </w:r>
            <w:r w:rsidRPr="00332DB8">
              <w:rPr>
                <w:lang w:val="ru-RU"/>
              </w:rPr>
              <w:t>5%</w:t>
            </w:r>
            <w:r>
              <w:t>EA</w:t>
            </w:r>
            <w:r w:rsidRPr="00332DB8">
              <w:rPr>
                <w:lang w:val="ru-RU"/>
              </w:rPr>
              <w:t>%</w:t>
            </w:r>
            <w:r>
              <w:t>E</w:t>
            </w:r>
            <w:r w:rsidRPr="00332DB8">
              <w:rPr>
                <w:lang w:val="ru-RU"/>
              </w:rPr>
              <w:t>0+%</w:t>
            </w:r>
            <w:r>
              <w:t>CF</w:t>
            </w:r>
            <w:r w:rsidRPr="00332DB8">
              <w:rPr>
                <w:lang w:val="ru-RU"/>
              </w:rPr>
              <w:t>%</w:t>
            </w:r>
            <w:r>
              <w:t>F</w:t>
            </w:r>
            <w:r w:rsidRPr="00332DB8">
              <w:rPr>
                <w:lang w:val="ru-RU"/>
              </w:rPr>
              <w:t>0%</w:t>
            </w:r>
            <w:r>
              <w:t>E</w:t>
            </w:r>
            <w:r w:rsidRPr="00332DB8">
              <w:rPr>
                <w:lang w:val="ru-RU"/>
              </w:rPr>
              <w:t>0%</w:t>
            </w:r>
            <w:r>
              <w:t>E</w:t>
            </w:r>
            <w:r w:rsidRPr="00332DB8">
              <w:rPr>
                <w:lang w:val="ru-RU"/>
              </w:rPr>
              <w:t>2 %</w:t>
            </w:r>
            <w:r>
              <w:t>EE</w:t>
            </w:r>
            <w:r w:rsidRPr="00332DB8">
              <w:rPr>
                <w:lang w:val="ru-RU"/>
              </w:rPr>
              <w:t>%</w:t>
            </w:r>
            <w:r>
              <w:t>E</w:t>
            </w:r>
            <w:r w:rsidRPr="00332DB8">
              <w:rPr>
                <w:lang w:val="ru-RU"/>
              </w:rPr>
              <w:t>2&amp;</w:t>
            </w:r>
            <w:r>
              <w:t>sort</w:t>
            </w:r>
            <w:r w:rsidRPr="00332DB8">
              <w:rPr>
                <w:lang w:val="ru-RU"/>
              </w:rPr>
              <w:t>=</w:t>
            </w:r>
            <w:r>
              <w:t>artist</w:t>
            </w:r>
            <w:r w:rsidRPr="00332DB8">
              <w:rPr>
                <w:lang w:val="ru-RU"/>
              </w:rPr>
              <w:t xml:space="preserve">; </w:t>
            </w:r>
            <w:r>
              <w:t>https</w:t>
            </w:r>
            <w:r w:rsidRPr="00332DB8">
              <w:rPr>
                <w:lang w:val="ru-RU"/>
              </w:rPr>
              <w:t>://</w:t>
            </w:r>
            <w:r>
              <w:t>muzofond</w:t>
            </w:r>
            <w:r w:rsidRPr="00332DB8">
              <w:rPr>
                <w:lang w:val="ru-RU"/>
              </w:rPr>
              <w:t>.</w:t>
            </w:r>
            <w:r>
              <w:t>com</w:t>
            </w:r>
            <w:r w:rsidRPr="00332DB8">
              <w:rPr>
                <w:lang w:val="ru-RU"/>
              </w:rPr>
              <w:t>/</w:t>
            </w:r>
            <w:r>
              <w:t>search</w:t>
            </w:r>
            <w:r w:rsidRPr="00332DB8">
              <w:rPr>
                <w:lang w:val="ru-RU"/>
              </w:rPr>
              <w:t>/%</w:t>
            </w:r>
            <w:r>
              <w:t>D</w:t>
            </w:r>
            <w:r w:rsidRPr="00332DB8">
              <w:rPr>
                <w:lang w:val="ru-RU"/>
              </w:rPr>
              <w:t>0%</w:t>
            </w:r>
            <w:r>
              <w:t>B</w:t>
            </w:r>
            <w:r w:rsidRPr="00332DB8">
              <w:rPr>
                <w:lang w:val="ru-RU"/>
              </w:rPr>
              <w:t>4%</w:t>
            </w:r>
            <w:r>
              <w:t>D</w:t>
            </w:r>
            <w:r w:rsidRPr="00332DB8">
              <w:rPr>
                <w:lang w:val="ru-RU"/>
              </w:rPr>
              <w:t>0%</w:t>
            </w:r>
            <w:r>
              <w:t>B</w:t>
            </w:r>
            <w:r w:rsidRPr="00332DB8">
              <w:rPr>
                <w:lang w:val="ru-RU"/>
              </w:rPr>
              <w:t>8%</w:t>
            </w:r>
            <w:r>
              <w:t>D</w:t>
            </w:r>
            <w:r w:rsidRPr="00332DB8">
              <w:rPr>
                <w:lang w:val="ru-RU"/>
              </w:rPr>
              <w:t>0%</w:t>
            </w:r>
            <w:r>
              <w:t>BC</w:t>
            </w:r>
            <w:r w:rsidRPr="00332DB8">
              <w:rPr>
                <w:lang w:val="ru-RU"/>
              </w:rPr>
              <w:t>%</w:t>
            </w:r>
            <w:r>
              <w:t>D</w:t>
            </w:r>
            <w:r w:rsidRPr="00332DB8">
              <w:rPr>
                <w:lang w:val="ru-RU"/>
              </w:rPr>
              <w:t>0%</w:t>
            </w:r>
            <w:r>
              <w:t>B</w:t>
            </w:r>
            <w:r w:rsidRPr="00332DB8">
              <w:rPr>
                <w:lang w:val="ru-RU"/>
              </w:rPr>
              <w:t>0%</w:t>
            </w:r>
            <w:r>
              <w:t>D</w:t>
            </w:r>
            <w:r w:rsidRPr="00332DB8">
              <w:rPr>
                <w:lang w:val="ru-RU"/>
              </w:rPr>
              <w:t>0%</w:t>
            </w:r>
            <w:r>
              <w:t>B</w:t>
            </w:r>
            <w:r w:rsidRPr="00332DB8">
              <w:rPr>
                <w:lang w:val="ru-RU"/>
              </w:rPr>
              <w:t>9 (решение Железнодорожного районного суда г. Пензы от 06.07.2017);</w:t>
            </w:r>
          </w:p>
        </w:tc>
        <w:tc>
          <w:tcPr>
            <w:tcW w:w="2880" w:type="dxa"/>
          </w:tcPr>
          <w:p w:rsidR="006F7457" w:rsidRDefault="00332DB8">
            <w:r>
              <w:lastRenderedPageBreak/>
              <w:t>25.09.201</w:t>
            </w:r>
            <w:r>
              <w:lastRenderedPageBreak/>
              <w:t>7</w:t>
            </w:r>
          </w:p>
        </w:tc>
      </w:tr>
      <w:tr w:rsidR="006F7457">
        <w:tc>
          <w:tcPr>
            <w:tcW w:w="2880" w:type="dxa"/>
          </w:tcPr>
          <w:p w:rsidR="006F7457" w:rsidRDefault="00332DB8">
            <w:r>
              <w:lastRenderedPageBreak/>
              <w:t>4226.</w:t>
            </w:r>
          </w:p>
        </w:tc>
        <w:tc>
          <w:tcPr>
            <w:tcW w:w="2880" w:type="dxa"/>
          </w:tcPr>
          <w:p w:rsidR="006F7457" w:rsidRPr="00332DB8" w:rsidRDefault="00332DB8">
            <w:pPr>
              <w:rPr>
                <w:lang w:val="ru-RU"/>
              </w:rPr>
            </w:pPr>
            <w:r w:rsidRPr="00332DB8">
              <w:rPr>
                <w:lang w:val="ru-RU"/>
              </w:rPr>
              <w:t>Информационная статья «Саид Абу Саад. Взгляд на Джихад изнутри: Герои истины и лжи», размещенная в сети Интернет на сайте «</w:t>
            </w:r>
            <w:r>
              <w:t>vb</w:t>
            </w:r>
            <w:r w:rsidRPr="00332DB8">
              <w:rPr>
                <w:lang w:val="ru-RU"/>
              </w:rPr>
              <w:t>.</w:t>
            </w:r>
            <w:r>
              <w:t>userdocs</w:t>
            </w:r>
            <w:r w:rsidRPr="00332DB8">
              <w:rPr>
                <w:lang w:val="ru-RU"/>
              </w:rPr>
              <w:t>.</w:t>
            </w:r>
            <w:r>
              <w:t>ru</w:t>
            </w:r>
            <w:r w:rsidRPr="00332DB8">
              <w:rPr>
                <w:lang w:val="ru-RU"/>
              </w:rPr>
              <w:t>/</w:t>
            </w:r>
            <w:r>
              <w:t>istoriya</w:t>
            </w:r>
            <w:r w:rsidRPr="00332DB8">
              <w:rPr>
                <w:lang w:val="ru-RU"/>
              </w:rPr>
              <w:t>/175588/</w:t>
            </w:r>
            <w:r>
              <w:t>index</w:t>
            </w:r>
            <w:r w:rsidRPr="00332DB8">
              <w:rPr>
                <w:lang w:val="ru-RU"/>
              </w:rPr>
              <w:t>.</w:t>
            </w:r>
            <w:r>
              <w:t>html</w:t>
            </w:r>
            <w:r w:rsidRPr="00332DB8">
              <w:rPr>
                <w:lang w:val="ru-RU"/>
              </w:rPr>
              <w:t>» (апелляционное определение Судебной коллегии по гражданским делам Новосибирского областного суда от 20.08.2015);</w:t>
            </w:r>
          </w:p>
        </w:tc>
        <w:tc>
          <w:tcPr>
            <w:tcW w:w="2880" w:type="dxa"/>
          </w:tcPr>
          <w:p w:rsidR="006F7457" w:rsidRDefault="00332DB8">
            <w:r>
              <w:t>25.09.2017</w:t>
            </w:r>
          </w:p>
        </w:tc>
      </w:tr>
      <w:tr w:rsidR="006F7457">
        <w:tc>
          <w:tcPr>
            <w:tcW w:w="2880" w:type="dxa"/>
          </w:tcPr>
          <w:p w:rsidR="006F7457" w:rsidRDefault="00332DB8">
            <w:r>
              <w:t>4227.</w:t>
            </w:r>
          </w:p>
        </w:tc>
        <w:tc>
          <w:tcPr>
            <w:tcW w:w="2880" w:type="dxa"/>
          </w:tcPr>
          <w:p w:rsidR="006F7457" w:rsidRDefault="00332DB8">
            <w:r w:rsidRPr="00332DB8">
              <w:rPr>
                <w:lang w:val="ru-RU"/>
              </w:rPr>
              <w:t xml:space="preserve">Ранее размещенная на сайте </w:t>
            </w:r>
            <w:r>
              <w:t>http</w:t>
            </w:r>
            <w:r w:rsidRPr="00332DB8">
              <w:rPr>
                <w:lang w:val="ru-RU"/>
              </w:rPr>
              <w:t>://</w:t>
            </w:r>
            <w:r>
              <w:t>vk</w:t>
            </w:r>
            <w:r w:rsidRPr="00332DB8">
              <w:rPr>
                <w:lang w:val="ru-RU"/>
              </w:rPr>
              <w:t>.</w:t>
            </w:r>
            <w:r>
              <w:t>com</w:t>
            </w:r>
            <w:r w:rsidRPr="00332DB8">
              <w:rPr>
                <w:lang w:val="ru-RU"/>
              </w:rPr>
              <w:t xml:space="preserve"> на личной странице пользователя с данными «Андрей Дуньков» (</w:t>
            </w:r>
            <w:r>
              <w:t>https</w:t>
            </w:r>
            <w:r w:rsidRPr="00332DB8">
              <w:rPr>
                <w:lang w:val="ru-RU"/>
              </w:rPr>
              <w:t>://</w:t>
            </w:r>
            <w:r>
              <w:t>vk</w:t>
            </w:r>
            <w:r w:rsidRPr="00332DB8">
              <w:rPr>
                <w:lang w:val="ru-RU"/>
              </w:rPr>
              <w:t>.</w:t>
            </w:r>
            <w:r>
              <w:t>com</w:t>
            </w:r>
            <w:r w:rsidRPr="00332DB8">
              <w:rPr>
                <w:lang w:val="ru-RU"/>
              </w:rPr>
              <w:t>/</w:t>
            </w:r>
            <w:r>
              <w:t>dunkovv</w:t>
            </w:r>
            <w:r w:rsidRPr="00332DB8">
              <w:rPr>
                <w:lang w:val="ru-RU"/>
              </w:rPr>
              <w:t xml:space="preserve">)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w:t>
            </w:r>
            <w:r>
              <w:t>09:00 мин. (решение Советского районного суда г. Орла от 01.08.2017);</w:t>
            </w:r>
          </w:p>
        </w:tc>
        <w:tc>
          <w:tcPr>
            <w:tcW w:w="2880" w:type="dxa"/>
          </w:tcPr>
          <w:p w:rsidR="006F7457" w:rsidRDefault="00332DB8">
            <w:r>
              <w:t>06.10.2017</w:t>
            </w:r>
          </w:p>
        </w:tc>
      </w:tr>
      <w:tr w:rsidR="006F7457">
        <w:tc>
          <w:tcPr>
            <w:tcW w:w="2880" w:type="dxa"/>
          </w:tcPr>
          <w:p w:rsidR="006F7457" w:rsidRDefault="00332DB8">
            <w:r>
              <w:t>4228.</w:t>
            </w:r>
          </w:p>
        </w:tc>
        <w:tc>
          <w:tcPr>
            <w:tcW w:w="2880" w:type="dxa"/>
          </w:tcPr>
          <w:p w:rsidR="006F7457" w:rsidRDefault="00332DB8">
            <w:r>
              <w:t>Исключен</w:t>
            </w:r>
          </w:p>
        </w:tc>
        <w:tc>
          <w:tcPr>
            <w:tcW w:w="2880" w:type="dxa"/>
          </w:tcPr>
          <w:p w:rsidR="006F7457" w:rsidRDefault="00332DB8">
            <w:r>
              <w:t>06.10.2017</w:t>
            </w:r>
          </w:p>
        </w:tc>
      </w:tr>
      <w:tr w:rsidR="006F7457">
        <w:tc>
          <w:tcPr>
            <w:tcW w:w="2880" w:type="dxa"/>
          </w:tcPr>
          <w:p w:rsidR="006F7457" w:rsidRDefault="00332DB8">
            <w:r>
              <w:t>4229.</w:t>
            </w:r>
          </w:p>
        </w:tc>
        <w:tc>
          <w:tcPr>
            <w:tcW w:w="2880" w:type="dxa"/>
          </w:tcPr>
          <w:p w:rsidR="006F7457" w:rsidRDefault="00332DB8">
            <w:r>
              <w:t>Исключен</w:t>
            </w:r>
          </w:p>
        </w:tc>
        <w:tc>
          <w:tcPr>
            <w:tcW w:w="2880" w:type="dxa"/>
          </w:tcPr>
          <w:p w:rsidR="006F7457" w:rsidRDefault="00332DB8">
            <w:r>
              <w:t>06.10.2017</w:t>
            </w:r>
          </w:p>
        </w:tc>
      </w:tr>
      <w:tr w:rsidR="006F7457">
        <w:tc>
          <w:tcPr>
            <w:tcW w:w="2880" w:type="dxa"/>
          </w:tcPr>
          <w:p w:rsidR="006F7457" w:rsidRDefault="00332DB8">
            <w:r>
              <w:t>423</w:t>
            </w:r>
            <w:r>
              <w:lastRenderedPageBreak/>
              <w:t>0.</w:t>
            </w:r>
          </w:p>
        </w:tc>
        <w:tc>
          <w:tcPr>
            <w:tcW w:w="2880" w:type="dxa"/>
          </w:tcPr>
          <w:p w:rsidR="006F7457" w:rsidRDefault="00332DB8">
            <w:r>
              <w:lastRenderedPageBreak/>
              <w:t>Исключен</w:t>
            </w:r>
          </w:p>
        </w:tc>
        <w:tc>
          <w:tcPr>
            <w:tcW w:w="2880" w:type="dxa"/>
          </w:tcPr>
          <w:p w:rsidR="006F7457" w:rsidRDefault="00332DB8">
            <w:r>
              <w:t>06.10.201</w:t>
            </w:r>
            <w:r>
              <w:lastRenderedPageBreak/>
              <w:t>7</w:t>
            </w:r>
          </w:p>
        </w:tc>
      </w:tr>
      <w:tr w:rsidR="006F7457">
        <w:tc>
          <w:tcPr>
            <w:tcW w:w="2880" w:type="dxa"/>
          </w:tcPr>
          <w:p w:rsidR="006F7457" w:rsidRDefault="00332DB8">
            <w:r>
              <w:lastRenderedPageBreak/>
              <w:t>4231.</w:t>
            </w:r>
          </w:p>
        </w:tc>
        <w:tc>
          <w:tcPr>
            <w:tcW w:w="2880" w:type="dxa"/>
          </w:tcPr>
          <w:p w:rsidR="006F7457" w:rsidRDefault="00332DB8">
            <w:r>
              <w:t>Исключен</w:t>
            </w:r>
          </w:p>
        </w:tc>
        <w:tc>
          <w:tcPr>
            <w:tcW w:w="2880" w:type="dxa"/>
          </w:tcPr>
          <w:p w:rsidR="006F7457" w:rsidRDefault="00332DB8">
            <w:r>
              <w:t>06.10.2017</w:t>
            </w:r>
          </w:p>
        </w:tc>
      </w:tr>
      <w:tr w:rsidR="006F7457">
        <w:tc>
          <w:tcPr>
            <w:tcW w:w="2880" w:type="dxa"/>
          </w:tcPr>
          <w:p w:rsidR="006F7457" w:rsidRDefault="00332DB8">
            <w:r>
              <w:t>4232.</w:t>
            </w:r>
          </w:p>
        </w:tc>
        <w:tc>
          <w:tcPr>
            <w:tcW w:w="2880" w:type="dxa"/>
          </w:tcPr>
          <w:p w:rsidR="006F7457" w:rsidRPr="00332DB8" w:rsidRDefault="00332DB8">
            <w:pPr>
              <w:rPr>
                <w:lang w:val="ru-RU"/>
              </w:rPr>
            </w:pPr>
            <w:r w:rsidRPr="00332DB8">
              <w:rPr>
                <w:lang w:val="ru-RU"/>
              </w:rPr>
              <w:t xml:space="preserve">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w:t>
            </w:r>
            <w:r>
              <w:t>https</w:t>
            </w:r>
            <w:r w:rsidRPr="00332DB8">
              <w:rPr>
                <w:lang w:val="ru-RU"/>
              </w:rPr>
              <w:t>://</w:t>
            </w:r>
            <w:r>
              <w:t>file</w:t>
            </w:r>
            <w:r w:rsidRPr="00332DB8">
              <w:rPr>
                <w:lang w:val="ru-RU"/>
              </w:rPr>
              <w:t>-</w:t>
            </w:r>
            <w:r>
              <w:t>up</w:t>
            </w:r>
            <w:r w:rsidRPr="00332DB8">
              <w:rPr>
                <w:lang w:val="ru-RU"/>
              </w:rPr>
              <w:t>.</w:t>
            </w:r>
            <w:r>
              <w:t>net</w:t>
            </w:r>
            <w:r w:rsidRPr="00332DB8">
              <w:rPr>
                <w:lang w:val="ru-RU"/>
              </w:rPr>
              <w:t>/</w:t>
            </w:r>
            <w:r>
              <w:t>big</w:t>
            </w:r>
            <w:r w:rsidRPr="00332DB8">
              <w:rPr>
                <w:lang w:val="ru-RU"/>
              </w:rPr>
              <w:t>_83443</w:t>
            </w:r>
            <w:r>
              <w:t>d</w:t>
            </w:r>
            <w:r w:rsidRPr="00332DB8">
              <w:rPr>
                <w:lang w:val="ru-RU"/>
              </w:rPr>
              <w:t>0</w:t>
            </w:r>
            <w:r>
              <w:t>ee</w:t>
            </w:r>
            <w:r w:rsidRPr="00332DB8">
              <w:rPr>
                <w:lang w:val="ru-RU"/>
              </w:rPr>
              <w:t>55</w:t>
            </w:r>
            <w:r>
              <w:t>decf</w:t>
            </w:r>
            <w:r w:rsidRPr="00332DB8">
              <w:rPr>
                <w:lang w:val="ru-RU"/>
              </w:rPr>
              <w:t>67120170331085749.</w:t>
            </w:r>
            <w:r>
              <w:t>html</w:t>
            </w:r>
            <w:r w:rsidRPr="00332DB8">
              <w:rPr>
                <w:lang w:val="ru-RU"/>
              </w:rPr>
              <w:t xml:space="preserve"> </w:t>
            </w:r>
            <w:r>
              <w:t>https</w:t>
            </w:r>
            <w:r w:rsidRPr="00332DB8">
              <w:rPr>
                <w:lang w:val="ru-RU"/>
              </w:rPr>
              <w:t>://</w:t>
            </w:r>
            <w:r>
              <w:t>file</w:t>
            </w:r>
            <w:r w:rsidRPr="00332DB8">
              <w:rPr>
                <w:lang w:val="ru-RU"/>
              </w:rPr>
              <w:t>-</w:t>
            </w:r>
            <w:r>
              <w:t>up</w:t>
            </w:r>
            <w:r w:rsidRPr="00332DB8">
              <w:rPr>
                <w:lang w:val="ru-RU"/>
              </w:rPr>
              <w:t>.</w:t>
            </w:r>
            <w:r>
              <w:t>net</w:t>
            </w:r>
            <w:r w:rsidRPr="00332DB8">
              <w:rPr>
                <w:lang w:val="ru-RU"/>
              </w:rPr>
              <w:t>/</w:t>
            </w:r>
            <w:r>
              <w:t>big</w:t>
            </w:r>
            <w:r w:rsidRPr="00332DB8">
              <w:rPr>
                <w:lang w:val="ru-RU"/>
              </w:rPr>
              <w:t>/83/83443</w:t>
            </w:r>
            <w:r>
              <w:t>d</w:t>
            </w:r>
            <w:r w:rsidRPr="00332DB8">
              <w:rPr>
                <w:lang w:val="ru-RU"/>
              </w:rPr>
              <w:t>0</w:t>
            </w:r>
            <w:r>
              <w:t>ee</w:t>
            </w:r>
            <w:r w:rsidRPr="00332DB8">
              <w:rPr>
                <w:lang w:val="ru-RU"/>
              </w:rPr>
              <w:t>55</w:t>
            </w:r>
            <w:r>
              <w:t>decf</w:t>
            </w:r>
            <w:r w:rsidRPr="00332DB8">
              <w:rPr>
                <w:lang w:val="ru-RU"/>
              </w:rPr>
              <w:t>67120170331085749.</w:t>
            </w:r>
            <w:r>
              <w:t>jpg</w:t>
            </w:r>
            <w:r w:rsidRPr="00332DB8">
              <w:rPr>
                <w:lang w:val="ru-RU"/>
              </w:rPr>
              <w:t xml:space="preserve"> </w:t>
            </w:r>
            <w:r>
              <w:t>http</w:t>
            </w:r>
            <w:r w:rsidRPr="00332DB8">
              <w:rPr>
                <w:lang w:val="ru-RU"/>
              </w:rPr>
              <w:t>://</w:t>
            </w:r>
            <w:r>
              <w:t>keep</w:t>
            </w:r>
            <w:r w:rsidRPr="00332DB8">
              <w:rPr>
                <w:lang w:val="ru-RU"/>
              </w:rPr>
              <w:t>4</w:t>
            </w:r>
            <w:r>
              <w:t>u</w:t>
            </w:r>
            <w:r w:rsidRPr="00332DB8">
              <w:rPr>
                <w:lang w:val="ru-RU"/>
              </w:rPr>
              <w:t>.</w:t>
            </w:r>
            <w:r>
              <w:t>ru</w:t>
            </w:r>
            <w:r w:rsidRPr="00332DB8">
              <w:rPr>
                <w:lang w:val="ru-RU"/>
              </w:rPr>
              <w:t>/</w:t>
            </w:r>
            <w:r>
              <w:t>image</w:t>
            </w:r>
            <w:r w:rsidRPr="00332DB8">
              <w:rPr>
                <w:lang w:val="ru-RU"/>
              </w:rPr>
              <w:t>/</w:t>
            </w:r>
            <w:r>
              <w:t>SQlvo</w:t>
            </w:r>
            <w:r w:rsidRPr="00332DB8">
              <w:rPr>
                <w:lang w:val="ru-RU"/>
              </w:rPr>
              <w:t xml:space="preserve"> </w:t>
            </w:r>
            <w:r>
              <w:t>https</w:t>
            </w:r>
            <w:r w:rsidRPr="00332DB8">
              <w:rPr>
                <w:lang w:val="ru-RU"/>
              </w:rPr>
              <w:t>://</w:t>
            </w:r>
            <w:r>
              <w:t>s</w:t>
            </w:r>
            <w:r w:rsidRPr="00332DB8">
              <w:rPr>
                <w:lang w:val="ru-RU"/>
              </w:rPr>
              <w:t>2.</w:t>
            </w:r>
            <w:r>
              <w:t>postimg</w:t>
            </w:r>
            <w:r w:rsidRPr="00332DB8">
              <w:rPr>
                <w:lang w:val="ru-RU"/>
              </w:rPr>
              <w:t>.</w:t>
            </w:r>
            <w:r>
              <w:t>org</w:t>
            </w:r>
            <w:r w:rsidRPr="00332DB8">
              <w:rPr>
                <w:lang w:val="ru-RU"/>
              </w:rPr>
              <w:t>/7</w:t>
            </w:r>
            <w:r>
              <w:t>evbz</w:t>
            </w:r>
            <w:r w:rsidRPr="00332DB8">
              <w:rPr>
                <w:lang w:val="ru-RU"/>
              </w:rPr>
              <w:t>45</w:t>
            </w:r>
            <w:r>
              <w:t>d</w:t>
            </w:r>
            <w:r w:rsidRPr="00332DB8">
              <w:rPr>
                <w:lang w:val="ru-RU"/>
              </w:rPr>
              <w:t>5/</w:t>
            </w:r>
            <w:r>
              <w:t>y</w:t>
            </w:r>
            <w:r w:rsidRPr="00332DB8">
              <w:rPr>
                <w:lang w:val="ru-RU"/>
              </w:rPr>
              <w:t>_</w:t>
            </w:r>
            <w:r>
              <w:t>YNc</w:t>
            </w:r>
            <w:r w:rsidRPr="00332DB8">
              <w:rPr>
                <w:lang w:val="ru-RU"/>
              </w:rPr>
              <w:t>_</w:t>
            </w:r>
            <w:r>
              <w:t>D</w:t>
            </w:r>
            <w:r w:rsidRPr="00332DB8">
              <w:rPr>
                <w:lang w:val="ru-RU"/>
              </w:rPr>
              <w:t>_</w:t>
            </w:r>
            <w:r>
              <w:t>r</w:t>
            </w:r>
            <w:r w:rsidRPr="00332DB8">
              <w:rPr>
                <w:lang w:val="ru-RU"/>
              </w:rPr>
              <w:t>_</w:t>
            </w:r>
            <w:r>
              <w:t>Qs</w:t>
            </w:r>
            <w:r w:rsidRPr="00332DB8">
              <w:rPr>
                <w:lang w:val="ru-RU"/>
              </w:rPr>
              <w:t>_</w:t>
            </w:r>
            <w:r>
              <w:t>Q</w:t>
            </w:r>
            <w:r w:rsidRPr="00332DB8">
              <w:rPr>
                <w:lang w:val="ru-RU"/>
              </w:rPr>
              <w:t>.</w:t>
            </w:r>
            <w:r>
              <w:t>jpg</w:t>
            </w:r>
            <w:r w:rsidRPr="00332DB8">
              <w:rPr>
                <w:lang w:val="ru-RU"/>
              </w:rPr>
              <w:t xml:space="preserve"> </w:t>
            </w:r>
            <w:r>
              <w:t>http</w:t>
            </w:r>
            <w:r w:rsidRPr="00332DB8">
              <w:rPr>
                <w:lang w:val="ru-RU"/>
              </w:rPr>
              <w:t>://</w:t>
            </w:r>
            <w:r>
              <w:t>simplest</w:t>
            </w:r>
            <w:r w:rsidRPr="00332DB8">
              <w:rPr>
                <w:lang w:val="ru-RU"/>
              </w:rPr>
              <w:t>-</w:t>
            </w:r>
            <w:r>
              <w:t>image</w:t>
            </w:r>
            <w:r w:rsidRPr="00332DB8">
              <w:rPr>
                <w:lang w:val="ru-RU"/>
              </w:rPr>
              <w:t>-</w:t>
            </w:r>
            <w:r>
              <w:t>hosting</w:t>
            </w:r>
            <w:r w:rsidRPr="00332DB8">
              <w:rPr>
                <w:lang w:val="ru-RU"/>
              </w:rPr>
              <w:t>.</w:t>
            </w:r>
            <w:r>
              <w:t>net</w:t>
            </w:r>
            <w:r w:rsidRPr="00332DB8">
              <w:rPr>
                <w:lang w:val="ru-RU"/>
              </w:rPr>
              <w:t>/</w:t>
            </w:r>
            <w:r>
              <w:t>jpg</w:t>
            </w:r>
            <w:r w:rsidRPr="00332DB8">
              <w:rPr>
                <w:lang w:val="ru-RU"/>
              </w:rPr>
              <w:t>-2-</w:t>
            </w:r>
            <w:r>
              <w:t>vync</w:t>
            </w:r>
            <w:r w:rsidRPr="00332DB8">
              <w:rPr>
                <w:lang w:val="ru-RU"/>
              </w:rPr>
              <w:t>-</w:t>
            </w:r>
            <w:r>
              <w:t>d</w:t>
            </w:r>
            <w:r w:rsidRPr="00332DB8">
              <w:rPr>
                <w:lang w:val="ru-RU"/>
              </w:rPr>
              <w:t>-</w:t>
            </w:r>
            <w:r>
              <w:t>rqsq</w:t>
            </w:r>
            <w:r w:rsidRPr="00332DB8">
              <w:rPr>
                <w:lang w:val="ru-RU"/>
              </w:rPr>
              <w:t xml:space="preserve"> (решение Мелекесского районного суда Ульяновской области от 26.07.2017);</w:t>
            </w:r>
          </w:p>
        </w:tc>
        <w:tc>
          <w:tcPr>
            <w:tcW w:w="2880" w:type="dxa"/>
          </w:tcPr>
          <w:p w:rsidR="006F7457" w:rsidRDefault="00332DB8">
            <w:r>
              <w:t>06.10.2017</w:t>
            </w:r>
          </w:p>
        </w:tc>
      </w:tr>
      <w:tr w:rsidR="006F7457">
        <w:tc>
          <w:tcPr>
            <w:tcW w:w="2880" w:type="dxa"/>
          </w:tcPr>
          <w:p w:rsidR="006F7457" w:rsidRDefault="00332DB8">
            <w:r>
              <w:t>4233.</w:t>
            </w:r>
          </w:p>
        </w:tc>
        <w:tc>
          <w:tcPr>
            <w:tcW w:w="2880" w:type="dxa"/>
          </w:tcPr>
          <w:p w:rsidR="006F7457" w:rsidRDefault="00332DB8">
            <w:r>
              <w:t>Исключён</w:t>
            </w:r>
          </w:p>
        </w:tc>
        <w:tc>
          <w:tcPr>
            <w:tcW w:w="2880" w:type="dxa"/>
          </w:tcPr>
          <w:p w:rsidR="006F7457" w:rsidRDefault="00332DB8">
            <w:r>
              <w:t>19.10.2017</w:t>
            </w:r>
          </w:p>
        </w:tc>
      </w:tr>
      <w:tr w:rsidR="006F7457">
        <w:tc>
          <w:tcPr>
            <w:tcW w:w="2880" w:type="dxa"/>
          </w:tcPr>
          <w:p w:rsidR="006F7457" w:rsidRDefault="00332DB8">
            <w:r>
              <w:t>4234.</w:t>
            </w:r>
          </w:p>
        </w:tc>
        <w:tc>
          <w:tcPr>
            <w:tcW w:w="2880" w:type="dxa"/>
          </w:tcPr>
          <w:p w:rsidR="006F7457" w:rsidRDefault="00332DB8">
            <w:r>
              <w:t>Исключён</w:t>
            </w:r>
          </w:p>
        </w:tc>
        <w:tc>
          <w:tcPr>
            <w:tcW w:w="2880" w:type="dxa"/>
          </w:tcPr>
          <w:p w:rsidR="006F7457" w:rsidRDefault="00332DB8">
            <w:r>
              <w:t>19.10.2018</w:t>
            </w:r>
          </w:p>
        </w:tc>
      </w:tr>
      <w:tr w:rsidR="006F7457">
        <w:tc>
          <w:tcPr>
            <w:tcW w:w="2880" w:type="dxa"/>
          </w:tcPr>
          <w:p w:rsidR="006F7457" w:rsidRDefault="00332DB8">
            <w:r>
              <w:t>423</w:t>
            </w:r>
            <w:r>
              <w:lastRenderedPageBreak/>
              <w:t>5.</w:t>
            </w:r>
          </w:p>
        </w:tc>
        <w:tc>
          <w:tcPr>
            <w:tcW w:w="2880" w:type="dxa"/>
          </w:tcPr>
          <w:p w:rsidR="006F7457" w:rsidRDefault="00332DB8">
            <w:r>
              <w:lastRenderedPageBreak/>
              <w:t>Исключён</w:t>
            </w:r>
          </w:p>
        </w:tc>
        <w:tc>
          <w:tcPr>
            <w:tcW w:w="2880" w:type="dxa"/>
          </w:tcPr>
          <w:p w:rsidR="006F7457" w:rsidRDefault="00332DB8">
            <w:r>
              <w:t>19.10.201</w:t>
            </w:r>
            <w:r>
              <w:lastRenderedPageBreak/>
              <w:t>7</w:t>
            </w:r>
          </w:p>
        </w:tc>
      </w:tr>
      <w:tr w:rsidR="006F7457">
        <w:tc>
          <w:tcPr>
            <w:tcW w:w="2880" w:type="dxa"/>
          </w:tcPr>
          <w:p w:rsidR="006F7457" w:rsidRDefault="00332DB8">
            <w:r>
              <w:lastRenderedPageBreak/>
              <w:t>4236.</w:t>
            </w:r>
          </w:p>
        </w:tc>
        <w:tc>
          <w:tcPr>
            <w:tcW w:w="2880" w:type="dxa"/>
          </w:tcPr>
          <w:p w:rsidR="006F7457" w:rsidRPr="00332DB8" w:rsidRDefault="00332DB8">
            <w:pPr>
              <w:rPr>
                <w:lang w:val="ru-RU"/>
              </w:rPr>
            </w:pPr>
            <w:r w:rsidRPr="00332DB8">
              <w:rPr>
                <w:lang w:val="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w:t>
            </w:r>
            <w:r>
              <w:t>R</w:t>
            </w:r>
            <w:r w:rsidRPr="00332DB8">
              <w:rPr>
                <w:lang w:val="ru-RU"/>
              </w:rPr>
              <w:t>» и «</w:t>
            </w:r>
            <w:r>
              <w:t>S</w:t>
            </w:r>
            <w:r w:rsidRPr="00332DB8">
              <w:rPr>
                <w:lang w:val="ru-RU"/>
              </w:rPr>
              <w:t xml:space="preserve">», и заканчивающаяся идентичным изображением женщины с ребенком, размещенная в информационно- телекоммуникационной сети Интернет по электронным адресам: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178451703_171158325,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278042402_171377875, </w:t>
            </w:r>
            <w:r>
              <w:t>https</w:t>
            </w:r>
            <w:r w:rsidRPr="00332DB8">
              <w:rPr>
                <w:lang w:val="ru-RU"/>
              </w:rPr>
              <w:t xml:space="preserve">://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GJPITXNJrF</w:t>
            </w:r>
            <w:r w:rsidRPr="00332DB8">
              <w:rPr>
                <w:lang w:val="ru-RU"/>
              </w:rPr>
              <w:t xml:space="preserve">А, </w:t>
            </w:r>
            <w:r>
              <w:t>https</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artem</w:t>
            </w:r>
            <w:r w:rsidRPr="00332DB8">
              <w:rPr>
                <w:lang w:val="ru-RU"/>
              </w:rPr>
              <w:t>.</w:t>
            </w:r>
            <w:r>
              <w:t>bonov</w:t>
            </w:r>
            <w:r w:rsidRPr="00332DB8">
              <w:rPr>
                <w:lang w:val="ru-RU"/>
              </w:rPr>
              <w:t>/</w:t>
            </w:r>
            <w:r>
              <w:t>video</w:t>
            </w:r>
            <w:r w:rsidRPr="00332DB8">
              <w:rPr>
                <w:lang w:val="ru-RU"/>
              </w:rPr>
              <w:t>/_</w:t>
            </w:r>
            <w:r>
              <w:t>myvideo</w:t>
            </w:r>
            <w:r w:rsidRPr="00332DB8">
              <w:rPr>
                <w:lang w:val="ru-RU"/>
              </w:rPr>
              <w:t>/150.</w:t>
            </w:r>
            <w:r>
              <w:t>html</w:t>
            </w:r>
            <w:r w:rsidRPr="00332DB8">
              <w:rPr>
                <w:lang w:val="ru-RU"/>
              </w:rPr>
              <w:t xml:space="preserve"> (решение Бердского городского суда Новосибирской области от 25.07.2017)</w:t>
            </w:r>
          </w:p>
        </w:tc>
        <w:tc>
          <w:tcPr>
            <w:tcW w:w="2880" w:type="dxa"/>
          </w:tcPr>
          <w:p w:rsidR="006F7457" w:rsidRDefault="00332DB8">
            <w:r>
              <w:t>19.10.2017</w:t>
            </w:r>
          </w:p>
        </w:tc>
      </w:tr>
      <w:tr w:rsidR="006F7457">
        <w:tc>
          <w:tcPr>
            <w:tcW w:w="2880" w:type="dxa"/>
          </w:tcPr>
          <w:p w:rsidR="006F7457" w:rsidRDefault="00332DB8">
            <w:r>
              <w:t>4237.</w:t>
            </w:r>
          </w:p>
        </w:tc>
        <w:tc>
          <w:tcPr>
            <w:tcW w:w="2880" w:type="dxa"/>
          </w:tcPr>
          <w:p w:rsidR="006F7457" w:rsidRPr="00332DB8" w:rsidRDefault="00332DB8">
            <w:pPr>
              <w:rPr>
                <w:lang w:val="ru-RU"/>
              </w:rPr>
            </w:pPr>
            <w:r w:rsidRPr="00332DB8">
              <w:rPr>
                <w:lang w:val="ru-RU"/>
              </w:rPr>
              <w:t xml:space="preserve">Аудиозапись «Неизвестен 88 – </w:t>
            </w:r>
            <w:r>
              <w:t>White</w:t>
            </w:r>
            <w:r w:rsidRPr="00332DB8">
              <w:rPr>
                <w:lang w:val="ru-RU"/>
              </w:rPr>
              <w:t xml:space="preserve"> </w:t>
            </w:r>
            <w:r>
              <w:t>Power</w:t>
            </w:r>
            <w:r w:rsidRPr="00332DB8">
              <w:rPr>
                <w:lang w:val="ru-RU"/>
              </w:rPr>
              <w:t xml:space="preserve">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w:t>
            </w:r>
            <w:r>
              <w:t>https</w:t>
            </w:r>
            <w:r w:rsidRPr="00332DB8">
              <w:rPr>
                <w:lang w:val="ru-RU"/>
              </w:rPr>
              <w:t>://</w:t>
            </w:r>
            <w:r>
              <w:t>cs</w:t>
            </w:r>
            <w:r w:rsidRPr="00332DB8">
              <w:rPr>
                <w:lang w:val="ru-RU"/>
              </w:rPr>
              <w:t>1-34</w:t>
            </w:r>
            <w:r>
              <w:t>v</w:t>
            </w:r>
            <w:r w:rsidRPr="00332DB8">
              <w:rPr>
                <w:lang w:val="ru-RU"/>
              </w:rPr>
              <w:t>4.</w:t>
            </w:r>
            <w:r>
              <w:t>vk</w:t>
            </w:r>
            <w:r w:rsidRPr="00332DB8">
              <w:rPr>
                <w:lang w:val="ru-RU"/>
              </w:rPr>
              <w:t>-</w:t>
            </w:r>
            <w:r>
              <w:t>cdn</w:t>
            </w:r>
            <w:r w:rsidRPr="00332DB8">
              <w:rPr>
                <w:lang w:val="ru-RU"/>
              </w:rPr>
              <w:t>.</w:t>
            </w:r>
            <w:r>
              <w:t>net</w:t>
            </w:r>
            <w:r w:rsidRPr="00332DB8">
              <w:rPr>
                <w:lang w:val="ru-RU"/>
              </w:rPr>
              <w:t>/</w:t>
            </w:r>
            <w:r>
              <w:t>p</w:t>
            </w:r>
            <w:r w:rsidRPr="00332DB8">
              <w:rPr>
                <w:lang w:val="ru-RU"/>
              </w:rPr>
              <w:t>10/2171а735</w:t>
            </w:r>
            <w:r>
              <w:t>b</w:t>
            </w:r>
            <w:r w:rsidRPr="00332DB8">
              <w:rPr>
                <w:lang w:val="ru-RU"/>
              </w:rPr>
              <w:t>977</w:t>
            </w:r>
            <w:r>
              <w:t>b</w:t>
            </w:r>
            <w:r w:rsidRPr="00332DB8">
              <w:rPr>
                <w:lang w:val="ru-RU"/>
              </w:rPr>
              <w:t>5.</w:t>
            </w:r>
            <w:r>
              <w:t>mp</w:t>
            </w:r>
            <w:r w:rsidRPr="00332DB8">
              <w:rPr>
                <w:lang w:val="ru-RU"/>
              </w:rPr>
              <w:t xml:space="preserve">3? </w:t>
            </w:r>
            <w:r>
              <w:t>extra</w:t>
            </w:r>
            <w:r w:rsidRPr="00332DB8">
              <w:rPr>
                <w:lang w:val="ru-RU"/>
              </w:rPr>
              <w:t>=</w:t>
            </w:r>
            <w:r>
              <w:t>g</w:t>
            </w:r>
            <w:r w:rsidRPr="00332DB8">
              <w:rPr>
                <w:lang w:val="ru-RU"/>
              </w:rPr>
              <w:t>5</w:t>
            </w:r>
            <w:r>
              <w:t>uSVT</w:t>
            </w:r>
            <w:r w:rsidRPr="00332DB8">
              <w:rPr>
                <w:lang w:val="ru-RU"/>
              </w:rPr>
              <w:t>_</w:t>
            </w:r>
            <w:r>
              <w:t>PNLMJh</w:t>
            </w:r>
            <w:r w:rsidRPr="00332DB8">
              <w:rPr>
                <w:lang w:val="ru-RU"/>
              </w:rPr>
              <w:t>4</w:t>
            </w:r>
            <w:r>
              <w:t>f</w:t>
            </w:r>
            <w:r w:rsidRPr="00332DB8">
              <w:rPr>
                <w:lang w:val="ru-RU"/>
              </w:rPr>
              <w:t>8</w:t>
            </w:r>
            <w:r>
              <w:t>vEsvN</w:t>
            </w:r>
            <w:r w:rsidRPr="00332DB8">
              <w:rPr>
                <w:lang w:val="ru-RU"/>
              </w:rPr>
              <w:t>4</w:t>
            </w:r>
            <w:r>
              <w:t>R</w:t>
            </w:r>
            <w:r w:rsidRPr="00332DB8">
              <w:rPr>
                <w:lang w:val="ru-RU"/>
              </w:rPr>
              <w:t>4</w:t>
            </w:r>
            <w:r>
              <w:t>j</w:t>
            </w:r>
            <w:r w:rsidRPr="00332DB8">
              <w:rPr>
                <w:lang w:val="ru-RU"/>
              </w:rPr>
              <w:t>_</w:t>
            </w:r>
            <w:r>
              <w:t>KY</w:t>
            </w:r>
            <w:r w:rsidRPr="00332DB8">
              <w:rPr>
                <w:lang w:val="ru-RU"/>
              </w:rPr>
              <w:t>2</w:t>
            </w:r>
            <w:r>
              <w:t>ymcAvKtQ</w:t>
            </w:r>
            <w:r w:rsidRPr="00332DB8">
              <w:rPr>
                <w:lang w:val="ru-RU"/>
              </w:rPr>
              <w:t>0</w:t>
            </w:r>
            <w:r>
              <w:t>a</w:t>
            </w:r>
            <w:r w:rsidRPr="00332DB8">
              <w:rPr>
                <w:lang w:val="ru-RU"/>
              </w:rPr>
              <w:t>36</w:t>
            </w:r>
            <w:r>
              <w:t>u</w:t>
            </w:r>
            <w:r w:rsidRPr="00332DB8">
              <w:rPr>
                <w:lang w:val="ru-RU"/>
              </w:rPr>
              <w:t>1</w:t>
            </w:r>
            <w:r>
              <w:t>dpYtYbL</w:t>
            </w:r>
            <w:r w:rsidRPr="00332DB8">
              <w:rPr>
                <w:lang w:val="ru-RU"/>
              </w:rPr>
              <w:t>-</w:t>
            </w:r>
            <w:r>
              <w:t>WEv</w:t>
            </w:r>
            <w:r w:rsidRPr="00332DB8">
              <w:rPr>
                <w:lang w:val="ru-RU"/>
              </w:rPr>
              <w:t>1</w:t>
            </w:r>
            <w:r>
              <w:t>Tni</w:t>
            </w:r>
            <w:r w:rsidRPr="00332DB8">
              <w:rPr>
                <w:lang w:val="ru-RU"/>
              </w:rPr>
              <w:t>-</w:t>
            </w:r>
            <w:r>
              <w:t>M</w:t>
            </w:r>
            <w:r w:rsidRPr="00332DB8">
              <w:rPr>
                <w:lang w:val="ru-RU"/>
              </w:rPr>
              <w:t xml:space="preserve">5 </w:t>
            </w:r>
            <w:r>
              <w:t>evNsF</w:t>
            </w:r>
            <w:r w:rsidRPr="00332DB8">
              <w:rPr>
                <w:lang w:val="ru-RU"/>
              </w:rPr>
              <w:t>6</w:t>
            </w:r>
            <w:r>
              <w:t>ybVOWI</w:t>
            </w:r>
            <w:r w:rsidRPr="00332DB8">
              <w:rPr>
                <w:lang w:val="ru-RU"/>
              </w:rPr>
              <w:t>6</w:t>
            </w:r>
            <w:r>
              <w:t>zoEJiH</w:t>
            </w:r>
            <w:r w:rsidRPr="00332DB8">
              <w:rPr>
                <w:lang w:val="ru-RU"/>
              </w:rPr>
              <w:t>7</w:t>
            </w:r>
            <w:r>
              <w:t>uTsy</w:t>
            </w:r>
            <w:r w:rsidRPr="00332DB8">
              <w:rPr>
                <w:lang w:val="ru-RU"/>
              </w:rPr>
              <w:t>_</w:t>
            </w:r>
            <w:r>
              <w:t>JCb</w:t>
            </w:r>
            <w:r w:rsidRPr="00332DB8">
              <w:rPr>
                <w:lang w:val="ru-RU"/>
              </w:rPr>
              <w:t>8</w:t>
            </w:r>
            <w:r>
              <w:t>B</w:t>
            </w:r>
            <w:r w:rsidRPr="00332DB8">
              <w:rPr>
                <w:lang w:val="ru-RU"/>
              </w:rPr>
              <w:t>8</w:t>
            </w:r>
            <w:r>
              <w:t>WBYMvajMst</w:t>
            </w:r>
            <w:r w:rsidRPr="00332DB8">
              <w:rPr>
                <w:lang w:val="ru-RU"/>
              </w:rPr>
              <w:t>0</w:t>
            </w:r>
            <w:r>
              <w:t>DN</w:t>
            </w:r>
            <w:r w:rsidRPr="00332DB8">
              <w:rPr>
                <w:lang w:val="ru-RU"/>
              </w:rPr>
              <w:t>_-</w:t>
            </w:r>
            <w:r>
              <w:t>jf</w:t>
            </w:r>
            <w:r w:rsidRPr="00332DB8">
              <w:rPr>
                <w:lang w:val="ru-RU"/>
              </w:rPr>
              <w:t>81</w:t>
            </w:r>
            <w:r>
              <w:t>frDaI</w:t>
            </w:r>
            <w:r w:rsidRPr="00332DB8">
              <w:rPr>
                <w:lang w:val="ru-RU"/>
              </w:rPr>
              <w:t>95</w:t>
            </w:r>
            <w:r>
              <w:t>ImwcouF</w:t>
            </w:r>
            <w:r w:rsidRPr="00332DB8">
              <w:rPr>
                <w:lang w:val="ru-RU"/>
              </w:rPr>
              <w:t>5</w:t>
            </w:r>
            <w:r>
              <w:t>qB</w:t>
            </w:r>
            <w:r w:rsidRPr="00332DB8">
              <w:rPr>
                <w:lang w:val="ru-RU"/>
              </w:rPr>
              <w:t xml:space="preserve"> </w:t>
            </w:r>
            <w:r>
              <w:t>oGTPZviz</w:t>
            </w:r>
            <w:r w:rsidRPr="00332DB8">
              <w:rPr>
                <w:lang w:val="ru-RU"/>
              </w:rPr>
              <w:t>43</w:t>
            </w:r>
            <w:r>
              <w:t>kHpw</w:t>
            </w:r>
            <w:r w:rsidRPr="00332DB8">
              <w:rPr>
                <w:lang w:val="ru-RU"/>
              </w:rPr>
              <w:t>&amp;</w:t>
            </w:r>
            <w:r>
              <w:t>no</w:t>
            </w:r>
            <w:r w:rsidRPr="00332DB8">
              <w:rPr>
                <w:lang w:val="ru-RU"/>
              </w:rPr>
              <w:t>_</w:t>
            </w:r>
            <w:r>
              <w:t>cover</w:t>
            </w:r>
            <w:r w:rsidRPr="00332DB8">
              <w:rPr>
                <w:lang w:val="ru-RU"/>
              </w:rPr>
              <w:t>=</w:t>
            </w:r>
            <w:r>
              <w:t>l</w:t>
            </w:r>
            <w:r w:rsidRPr="00332DB8">
              <w:rPr>
                <w:lang w:val="ru-RU"/>
              </w:rPr>
              <w:t>» (решение Бердского городского суда Новосибирской области от 25.07.2017);</w:t>
            </w:r>
          </w:p>
        </w:tc>
        <w:tc>
          <w:tcPr>
            <w:tcW w:w="2880" w:type="dxa"/>
          </w:tcPr>
          <w:p w:rsidR="006F7457" w:rsidRDefault="00332DB8">
            <w:r>
              <w:t>19.10.2017</w:t>
            </w:r>
          </w:p>
        </w:tc>
      </w:tr>
      <w:tr w:rsidR="006F7457">
        <w:tc>
          <w:tcPr>
            <w:tcW w:w="2880" w:type="dxa"/>
          </w:tcPr>
          <w:p w:rsidR="006F7457" w:rsidRDefault="00332DB8">
            <w:r>
              <w:t>4238.</w:t>
            </w:r>
          </w:p>
        </w:tc>
        <w:tc>
          <w:tcPr>
            <w:tcW w:w="2880" w:type="dxa"/>
          </w:tcPr>
          <w:p w:rsidR="006F7457" w:rsidRPr="00332DB8" w:rsidRDefault="00332DB8">
            <w:pPr>
              <w:rPr>
                <w:lang w:val="ru-RU"/>
              </w:rPr>
            </w:pPr>
            <w:r w:rsidRPr="00332DB8">
              <w:rPr>
                <w:lang w:val="ru-RU"/>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w:t>
            </w:r>
            <w:r>
              <w:t>Nadezhda</w:t>
            </w:r>
            <w:r w:rsidRPr="00332DB8">
              <w:rPr>
                <w:lang w:val="ru-RU"/>
              </w:rPr>
              <w:t xml:space="preserve"> </w:t>
            </w:r>
            <w:r>
              <w:t>Chibisova</w:t>
            </w:r>
            <w:r w:rsidRPr="00332DB8">
              <w:rPr>
                <w:lang w:val="ru-RU"/>
              </w:rPr>
              <w:t xml:space="preserve">» с веб-адресом </w:t>
            </w:r>
            <w:r>
              <w:t>https</w:t>
            </w:r>
            <w:r w:rsidRPr="00332DB8">
              <w:rPr>
                <w:lang w:val="ru-RU"/>
              </w:rPr>
              <w:t>://</w:t>
            </w:r>
            <w:r>
              <w:t>vk</w:t>
            </w:r>
            <w:r w:rsidRPr="00332DB8">
              <w:rPr>
                <w:lang w:val="ru-RU"/>
              </w:rPr>
              <w:t>.</w:t>
            </w:r>
            <w:r>
              <w:t>com</w:t>
            </w:r>
            <w:r w:rsidRPr="00332DB8">
              <w:rPr>
                <w:lang w:val="ru-RU"/>
              </w:rPr>
              <w:t>/</w:t>
            </w:r>
            <w:r>
              <w:t>id</w:t>
            </w:r>
            <w:r w:rsidRPr="00332DB8">
              <w:rPr>
                <w:lang w:val="ru-RU"/>
              </w:rPr>
              <w:t>152987026 (решение Успенского районного суда Краснодарского края от 26.07.2017);</w:t>
            </w:r>
          </w:p>
        </w:tc>
        <w:tc>
          <w:tcPr>
            <w:tcW w:w="2880" w:type="dxa"/>
          </w:tcPr>
          <w:p w:rsidR="006F7457" w:rsidRDefault="00332DB8">
            <w:r>
              <w:t>19.10.2017</w:t>
            </w:r>
          </w:p>
        </w:tc>
      </w:tr>
      <w:tr w:rsidR="006F7457">
        <w:tc>
          <w:tcPr>
            <w:tcW w:w="2880" w:type="dxa"/>
          </w:tcPr>
          <w:p w:rsidR="006F7457" w:rsidRDefault="00332DB8">
            <w:r>
              <w:t>423</w:t>
            </w:r>
            <w:r>
              <w:lastRenderedPageBreak/>
              <w:t>9.</w:t>
            </w:r>
          </w:p>
        </w:tc>
        <w:tc>
          <w:tcPr>
            <w:tcW w:w="2880" w:type="dxa"/>
          </w:tcPr>
          <w:p w:rsidR="006F7457" w:rsidRPr="00332DB8" w:rsidRDefault="00332DB8">
            <w:pPr>
              <w:rPr>
                <w:lang w:val="ru-RU"/>
              </w:rPr>
            </w:pPr>
            <w:r w:rsidRPr="00332DB8">
              <w:rPr>
                <w:lang w:val="ru-RU"/>
              </w:rPr>
              <w:lastRenderedPageBreak/>
              <w:t xml:space="preserve">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w:t>
            </w:r>
            <w:r>
              <w:lastRenderedPageBreak/>
              <w:t>https</w:t>
            </w:r>
            <w:r w:rsidRPr="00332DB8">
              <w:rPr>
                <w:lang w:val="ru-RU"/>
              </w:rPr>
              <w:t>://</w:t>
            </w:r>
            <w:r>
              <w:t>vk</w:t>
            </w:r>
            <w:r w:rsidRPr="00332DB8">
              <w:rPr>
                <w:lang w:val="ru-RU"/>
              </w:rPr>
              <w:t>.</w:t>
            </w:r>
            <w:r>
              <w:t>com</w:t>
            </w:r>
            <w:r w:rsidRPr="00332DB8">
              <w:rPr>
                <w:lang w:val="ru-RU"/>
              </w:rPr>
              <w:t>/</w:t>
            </w:r>
            <w:r>
              <w:t>ivanovmaxim</w:t>
            </w:r>
            <w:r w:rsidRPr="00332DB8">
              <w:rPr>
                <w:lang w:val="ru-RU"/>
              </w:rPr>
              <w:t>1993 (решение Успенского районного суда Краснодарского края от 26.07.2017);</w:t>
            </w:r>
          </w:p>
        </w:tc>
        <w:tc>
          <w:tcPr>
            <w:tcW w:w="2880" w:type="dxa"/>
          </w:tcPr>
          <w:p w:rsidR="006F7457" w:rsidRDefault="00332DB8">
            <w:r>
              <w:lastRenderedPageBreak/>
              <w:t>19.10.201</w:t>
            </w:r>
            <w:r>
              <w:lastRenderedPageBreak/>
              <w:t>7</w:t>
            </w:r>
          </w:p>
        </w:tc>
      </w:tr>
      <w:tr w:rsidR="006F7457">
        <w:tc>
          <w:tcPr>
            <w:tcW w:w="2880" w:type="dxa"/>
          </w:tcPr>
          <w:p w:rsidR="006F7457" w:rsidRDefault="00332DB8">
            <w:r>
              <w:lastRenderedPageBreak/>
              <w:t>4240.</w:t>
            </w:r>
          </w:p>
        </w:tc>
        <w:tc>
          <w:tcPr>
            <w:tcW w:w="2880" w:type="dxa"/>
          </w:tcPr>
          <w:p w:rsidR="006F7457" w:rsidRPr="00332DB8" w:rsidRDefault="00332DB8">
            <w:pPr>
              <w:rPr>
                <w:lang w:val="ru-RU"/>
              </w:rPr>
            </w:pPr>
            <w:r w:rsidRPr="00332DB8">
              <w:rPr>
                <w:lang w:val="ru-RU"/>
              </w:rPr>
              <w:t>Текст аудиозаписи «Коловрат – Свободу узникам (2010).</w:t>
            </w:r>
            <w:r>
              <w:t>m</w:t>
            </w:r>
            <w:r w:rsidRPr="00332DB8">
              <w:rPr>
                <w:lang w:val="ru-RU"/>
              </w:rPr>
              <w:t xml:space="preserve">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w:t>
            </w:r>
            <w:r>
              <w:t>https</w:t>
            </w:r>
            <w:r w:rsidRPr="00332DB8">
              <w:rPr>
                <w:lang w:val="ru-RU"/>
              </w:rPr>
              <w:t>://</w:t>
            </w:r>
            <w:r>
              <w:t>vk</w:t>
            </w:r>
            <w:r w:rsidRPr="00332DB8">
              <w:rPr>
                <w:lang w:val="ru-RU"/>
              </w:rPr>
              <w:t>.</w:t>
            </w:r>
            <w:r>
              <w:t>com</w:t>
            </w:r>
            <w:r w:rsidRPr="00332DB8">
              <w:rPr>
                <w:lang w:val="ru-RU"/>
              </w:rPr>
              <w:t>/</w:t>
            </w:r>
            <w:r>
              <w:t>id</w:t>
            </w:r>
            <w:r w:rsidRPr="00332DB8">
              <w:rPr>
                <w:lang w:val="ru-RU"/>
              </w:rPr>
              <w:t>380393483 (решение Успенского районного суда Краснодарского края от 26.07.2017);</w:t>
            </w:r>
          </w:p>
        </w:tc>
        <w:tc>
          <w:tcPr>
            <w:tcW w:w="2880" w:type="dxa"/>
          </w:tcPr>
          <w:p w:rsidR="006F7457" w:rsidRDefault="00332DB8">
            <w:r>
              <w:t>19.10.2017</w:t>
            </w:r>
          </w:p>
        </w:tc>
      </w:tr>
      <w:tr w:rsidR="006F7457">
        <w:tc>
          <w:tcPr>
            <w:tcW w:w="2880" w:type="dxa"/>
          </w:tcPr>
          <w:p w:rsidR="006F7457" w:rsidRDefault="00332DB8">
            <w:r>
              <w:t>4241.</w:t>
            </w:r>
          </w:p>
        </w:tc>
        <w:tc>
          <w:tcPr>
            <w:tcW w:w="2880" w:type="dxa"/>
          </w:tcPr>
          <w:p w:rsidR="006F7457" w:rsidRPr="00332DB8" w:rsidRDefault="00332DB8">
            <w:pPr>
              <w:rPr>
                <w:lang w:val="ru-RU"/>
              </w:rPr>
            </w:pPr>
            <w:r w:rsidRPr="00332DB8">
              <w:rPr>
                <w:lang w:val="ru-RU"/>
              </w:rPr>
              <w:t>Текст видеозаписи «Славянский союз [480]</w:t>
            </w:r>
            <w:r>
              <w:t>m</w:t>
            </w:r>
            <w:r w:rsidRPr="00332DB8">
              <w:rPr>
                <w:lang w:val="ru-RU"/>
              </w:rPr>
              <w:t xml:space="preserve">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w:t>
            </w:r>
            <w:r>
              <w:t>https</w:t>
            </w:r>
            <w:r w:rsidRPr="00332DB8">
              <w:rPr>
                <w:lang w:val="ru-RU"/>
              </w:rPr>
              <w:t>://</w:t>
            </w:r>
            <w:r>
              <w:t>vk</w:t>
            </w:r>
            <w:r w:rsidRPr="00332DB8">
              <w:rPr>
                <w:lang w:val="ru-RU"/>
              </w:rPr>
              <w:t>.</w:t>
            </w:r>
            <w:r>
              <w:t>com</w:t>
            </w:r>
            <w:r w:rsidRPr="00332DB8">
              <w:rPr>
                <w:lang w:val="ru-RU"/>
              </w:rPr>
              <w:t>/</w:t>
            </w:r>
            <w:r>
              <w:t>id</w:t>
            </w:r>
            <w:r w:rsidRPr="00332DB8">
              <w:rPr>
                <w:lang w:val="ru-RU"/>
              </w:rPr>
              <w:t>193350162 (решение Успенского районного суда Краснодарского края от 26.07.2017);</w:t>
            </w:r>
          </w:p>
        </w:tc>
        <w:tc>
          <w:tcPr>
            <w:tcW w:w="2880" w:type="dxa"/>
          </w:tcPr>
          <w:p w:rsidR="006F7457" w:rsidRDefault="00332DB8">
            <w:r>
              <w:t>19.10.2017</w:t>
            </w:r>
          </w:p>
        </w:tc>
      </w:tr>
      <w:tr w:rsidR="006F7457">
        <w:tc>
          <w:tcPr>
            <w:tcW w:w="2880" w:type="dxa"/>
          </w:tcPr>
          <w:p w:rsidR="006F7457" w:rsidRDefault="00332DB8">
            <w:r>
              <w:t>4242.</w:t>
            </w:r>
          </w:p>
        </w:tc>
        <w:tc>
          <w:tcPr>
            <w:tcW w:w="2880" w:type="dxa"/>
          </w:tcPr>
          <w:p w:rsidR="006F7457" w:rsidRPr="00332DB8" w:rsidRDefault="00332DB8">
            <w:pPr>
              <w:rPr>
                <w:lang w:val="ru-RU"/>
              </w:rPr>
            </w:pPr>
            <w:r w:rsidRPr="00332DB8">
              <w:rPr>
                <w:lang w:val="ru-RU"/>
              </w:rPr>
              <w:t xml:space="preserve">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w:t>
            </w:r>
            <w:r>
              <w:t>http</w:t>
            </w:r>
            <w:r w:rsidRPr="00332DB8">
              <w:rPr>
                <w:lang w:val="ru-RU"/>
              </w:rPr>
              <w:t>://</w:t>
            </w:r>
            <w:r>
              <w:t>nktv</w:t>
            </w:r>
            <w:r w:rsidRPr="00332DB8">
              <w:rPr>
                <w:lang w:val="ru-RU"/>
              </w:rPr>
              <w:t xml:space="preserve"> 1</w:t>
            </w:r>
            <w:r>
              <w:t>tl</w:t>
            </w:r>
            <w:r w:rsidRPr="00332DB8">
              <w:rPr>
                <w:lang w:val="ru-RU"/>
              </w:rPr>
              <w:t>.</w:t>
            </w:r>
            <w:r>
              <w:t>livejournal</w:t>
            </w:r>
            <w:r w:rsidRPr="00332DB8">
              <w:rPr>
                <w:lang w:val="ru-RU"/>
              </w:rPr>
              <w:t>.</w:t>
            </w:r>
            <w:r>
              <w:t>com</w:t>
            </w:r>
            <w:r w:rsidRPr="00332DB8">
              <w:rPr>
                <w:lang w:val="ru-RU"/>
              </w:rPr>
              <w:t>/4966228.</w:t>
            </w:r>
            <w:r>
              <w:t>html</w:t>
            </w:r>
            <w:r w:rsidRPr="00332DB8">
              <w:rPr>
                <w:lang w:val="ru-RU"/>
              </w:rPr>
              <w:t xml:space="preserve"> (решение Успенского районного суда Краснодарского края от 26.07.2017);</w:t>
            </w:r>
          </w:p>
        </w:tc>
        <w:tc>
          <w:tcPr>
            <w:tcW w:w="2880" w:type="dxa"/>
          </w:tcPr>
          <w:p w:rsidR="006F7457" w:rsidRDefault="00332DB8">
            <w:r>
              <w:t>19.10.2017</w:t>
            </w:r>
          </w:p>
        </w:tc>
      </w:tr>
      <w:tr w:rsidR="006F7457">
        <w:tc>
          <w:tcPr>
            <w:tcW w:w="2880" w:type="dxa"/>
          </w:tcPr>
          <w:p w:rsidR="006F7457" w:rsidRDefault="00332DB8">
            <w:r>
              <w:t>4243.</w:t>
            </w:r>
          </w:p>
        </w:tc>
        <w:tc>
          <w:tcPr>
            <w:tcW w:w="2880" w:type="dxa"/>
          </w:tcPr>
          <w:p w:rsidR="006F7457" w:rsidRPr="00332DB8" w:rsidRDefault="00332DB8">
            <w:pPr>
              <w:rPr>
                <w:lang w:val="ru-RU"/>
              </w:rPr>
            </w:pPr>
            <w:r w:rsidRPr="00332DB8">
              <w:rPr>
                <w:lang w:val="ru-RU"/>
              </w:rPr>
              <w:t xml:space="preserve">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w:t>
            </w:r>
            <w:r>
              <w:t>https</w:t>
            </w:r>
            <w:r w:rsidRPr="00332DB8">
              <w:rPr>
                <w:lang w:val="ru-RU"/>
              </w:rPr>
              <w:t>://</w:t>
            </w:r>
            <w:r>
              <w:t>vk</w:t>
            </w:r>
            <w:r w:rsidRPr="00332DB8">
              <w:rPr>
                <w:lang w:val="ru-RU"/>
              </w:rPr>
              <w:t>.</w:t>
            </w:r>
            <w:r>
              <w:t>com</w:t>
            </w:r>
            <w:r w:rsidRPr="00332DB8">
              <w:rPr>
                <w:lang w:val="ru-RU"/>
              </w:rPr>
              <w:t>/</w:t>
            </w:r>
            <w:r>
              <w:t>slavyanskiy</w:t>
            </w:r>
            <w:r w:rsidRPr="00332DB8">
              <w:rPr>
                <w:lang w:val="ru-RU"/>
              </w:rPr>
              <w:t>_</w:t>
            </w:r>
            <w:r>
              <w:t>dukh</w:t>
            </w:r>
            <w:r w:rsidRPr="00332DB8">
              <w:rPr>
                <w:lang w:val="ru-RU"/>
              </w:rPr>
              <w:t xml:space="preserve"> (решение Успенского районного суда Краснодарского края от 26.07.2017);</w:t>
            </w:r>
          </w:p>
        </w:tc>
        <w:tc>
          <w:tcPr>
            <w:tcW w:w="2880" w:type="dxa"/>
          </w:tcPr>
          <w:p w:rsidR="006F7457" w:rsidRDefault="00332DB8">
            <w:r>
              <w:t>19.10.2017</w:t>
            </w:r>
          </w:p>
        </w:tc>
      </w:tr>
      <w:tr w:rsidR="006F7457">
        <w:tc>
          <w:tcPr>
            <w:tcW w:w="2880" w:type="dxa"/>
          </w:tcPr>
          <w:p w:rsidR="006F7457" w:rsidRDefault="00332DB8">
            <w:r>
              <w:t>424</w:t>
            </w:r>
            <w:r>
              <w:lastRenderedPageBreak/>
              <w:t>4.</w:t>
            </w:r>
          </w:p>
        </w:tc>
        <w:tc>
          <w:tcPr>
            <w:tcW w:w="2880" w:type="dxa"/>
          </w:tcPr>
          <w:p w:rsidR="006F7457" w:rsidRPr="00332DB8" w:rsidRDefault="00332DB8">
            <w:pPr>
              <w:rPr>
                <w:lang w:val="ru-RU"/>
              </w:rPr>
            </w:pPr>
            <w:r w:rsidRPr="00332DB8">
              <w:rPr>
                <w:lang w:val="ru-RU"/>
              </w:rPr>
              <w:lastRenderedPageBreak/>
              <w:t xml:space="preserve">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w:t>
            </w:r>
            <w:r>
              <w:t>https</w:t>
            </w:r>
            <w:r w:rsidRPr="00332DB8">
              <w:rPr>
                <w:lang w:val="ru-RU"/>
              </w:rPr>
              <w:t>://</w:t>
            </w:r>
            <w:r>
              <w:t>vk</w:t>
            </w:r>
            <w:r w:rsidRPr="00332DB8">
              <w:rPr>
                <w:lang w:val="ru-RU"/>
              </w:rPr>
              <w:t>.</w:t>
            </w:r>
            <w:r>
              <w:t>com</w:t>
            </w:r>
            <w:r w:rsidRPr="00332DB8">
              <w:rPr>
                <w:lang w:val="ru-RU"/>
              </w:rPr>
              <w:t xml:space="preserve">/ </w:t>
            </w:r>
            <w:r>
              <w:lastRenderedPageBreak/>
              <w:t>club</w:t>
            </w:r>
            <w:r w:rsidRPr="00332DB8">
              <w:rPr>
                <w:lang w:val="ru-RU"/>
              </w:rPr>
              <w:t>22316113 (решение Успенского районного суда Краснодарского края от 26.07.2017);</w:t>
            </w:r>
          </w:p>
        </w:tc>
        <w:tc>
          <w:tcPr>
            <w:tcW w:w="2880" w:type="dxa"/>
          </w:tcPr>
          <w:p w:rsidR="006F7457" w:rsidRDefault="00332DB8">
            <w:r>
              <w:lastRenderedPageBreak/>
              <w:t>19.10.201</w:t>
            </w:r>
            <w:r>
              <w:lastRenderedPageBreak/>
              <w:t>7</w:t>
            </w:r>
          </w:p>
        </w:tc>
      </w:tr>
      <w:tr w:rsidR="006F7457">
        <w:tc>
          <w:tcPr>
            <w:tcW w:w="2880" w:type="dxa"/>
          </w:tcPr>
          <w:p w:rsidR="006F7457" w:rsidRDefault="00332DB8">
            <w:r>
              <w:lastRenderedPageBreak/>
              <w:t>4245.</w:t>
            </w:r>
          </w:p>
        </w:tc>
        <w:tc>
          <w:tcPr>
            <w:tcW w:w="2880" w:type="dxa"/>
          </w:tcPr>
          <w:p w:rsidR="006F7457" w:rsidRPr="00332DB8" w:rsidRDefault="00332DB8">
            <w:pPr>
              <w:rPr>
                <w:lang w:val="ru-RU"/>
              </w:rPr>
            </w:pPr>
            <w:r w:rsidRPr="00332DB8">
              <w:rPr>
                <w:lang w:val="ru-RU"/>
              </w:rPr>
              <w:t>Текст видеозаписи «Видеопоздравление от русских добровольцев АТО соратников движение русских эмигрантов Силы Добра.</w:t>
            </w:r>
            <w:r>
              <w:t>m</w:t>
            </w:r>
            <w:r w:rsidRPr="00332DB8">
              <w:rPr>
                <w:lang w:val="ru-RU"/>
              </w:rPr>
              <w:t xml:space="preserve">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w:t>
            </w:r>
            <w:r>
              <w:t>https</w:t>
            </w:r>
            <w:r w:rsidRPr="00332DB8">
              <w:rPr>
                <w:lang w:val="ru-RU"/>
              </w:rPr>
              <w:t>://</w:t>
            </w:r>
            <w:r>
              <w:t>vk</w:t>
            </w:r>
            <w:r w:rsidRPr="00332DB8">
              <w:rPr>
                <w:lang w:val="ru-RU"/>
              </w:rPr>
              <w:t>.</w:t>
            </w:r>
            <w:r>
              <w:t>com</w:t>
            </w:r>
            <w:r w:rsidRPr="00332DB8">
              <w:rPr>
                <w:lang w:val="ru-RU"/>
              </w:rPr>
              <w:t xml:space="preserve">/ </w:t>
            </w:r>
            <w:r>
              <w:t>rus</w:t>
            </w:r>
            <w:r w:rsidRPr="00332DB8">
              <w:rPr>
                <w:lang w:val="ru-RU"/>
              </w:rPr>
              <w:t>_</w:t>
            </w:r>
            <w:r>
              <w:t>dobr</w:t>
            </w:r>
            <w:r w:rsidRPr="00332DB8">
              <w:rPr>
                <w:lang w:val="ru-RU"/>
              </w:rPr>
              <w:t xml:space="preserve"> (решение Успенского районного суда Краснодарского края от 26.07.2017);</w:t>
            </w:r>
          </w:p>
        </w:tc>
        <w:tc>
          <w:tcPr>
            <w:tcW w:w="2880" w:type="dxa"/>
          </w:tcPr>
          <w:p w:rsidR="006F7457" w:rsidRDefault="00332DB8">
            <w:r>
              <w:t>19.10.2017</w:t>
            </w:r>
          </w:p>
        </w:tc>
      </w:tr>
      <w:tr w:rsidR="006F7457">
        <w:tc>
          <w:tcPr>
            <w:tcW w:w="2880" w:type="dxa"/>
          </w:tcPr>
          <w:p w:rsidR="006F7457" w:rsidRDefault="00332DB8">
            <w:r>
              <w:t>4246.</w:t>
            </w:r>
          </w:p>
        </w:tc>
        <w:tc>
          <w:tcPr>
            <w:tcW w:w="2880" w:type="dxa"/>
          </w:tcPr>
          <w:p w:rsidR="006F7457" w:rsidRPr="00332DB8" w:rsidRDefault="00332DB8">
            <w:pPr>
              <w:rPr>
                <w:lang w:val="ru-RU"/>
              </w:rPr>
            </w:pPr>
            <w:r w:rsidRPr="00332DB8">
              <w:rPr>
                <w:lang w:val="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w:t>
            </w:r>
            <w:r>
              <w:t>Defend</w:t>
            </w:r>
            <w:r w:rsidRPr="00332DB8">
              <w:rPr>
                <w:lang w:val="ru-RU"/>
              </w:rPr>
              <w:t xml:space="preserve"> </w:t>
            </w:r>
            <w:r>
              <w:t>Nation</w:t>
            </w:r>
            <w:r w:rsidRPr="00332DB8">
              <w:rPr>
                <w:lang w:val="ru-RU"/>
              </w:rPr>
              <w:t xml:space="preserve">» с веб-адресом </w:t>
            </w:r>
            <w:r>
              <w:t>https</w:t>
            </w:r>
            <w:r w:rsidRPr="00332DB8">
              <w:rPr>
                <w:lang w:val="ru-RU"/>
              </w:rPr>
              <w:t>://</w:t>
            </w:r>
            <w:r>
              <w:t>vk</w:t>
            </w:r>
            <w:r w:rsidRPr="00332DB8">
              <w:rPr>
                <w:lang w:val="ru-RU"/>
              </w:rPr>
              <w:t>.</w:t>
            </w:r>
            <w:r>
              <w:t>com</w:t>
            </w:r>
            <w:r w:rsidRPr="00332DB8">
              <w:rPr>
                <w:lang w:val="ru-RU"/>
              </w:rPr>
              <w:t>/</w:t>
            </w:r>
            <w:r>
              <w:t>youth</w:t>
            </w:r>
            <w:r w:rsidRPr="00332DB8">
              <w:rPr>
                <w:lang w:val="ru-RU"/>
              </w:rPr>
              <w:t>_</w:t>
            </w:r>
            <w:r>
              <w:t>ofukraine</w:t>
            </w:r>
            <w:r w:rsidRPr="00332DB8">
              <w:rPr>
                <w:lang w:val="ru-RU"/>
              </w:rPr>
              <w:t xml:space="preserve"> (решение Успенского районного суда Краснодарского края от 26.07.2017);</w:t>
            </w:r>
          </w:p>
        </w:tc>
        <w:tc>
          <w:tcPr>
            <w:tcW w:w="2880" w:type="dxa"/>
          </w:tcPr>
          <w:p w:rsidR="006F7457" w:rsidRDefault="00332DB8">
            <w:r>
              <w:t>19.10.2017</w:t>
            </w:r>
          </w:p>
        </w:tc>
      </w:tr>
      <w:tr w:rsidR="006F7457">
        <w:tc>
          <w:tcPr>
            <w:tcW w:w="2880" w:type="dxa"/>
          </w:tcPr>
          <w:p w:rsidR="006F7457" w:rsidRDefault="00332DB8">
            <w:r>
              <w:t>4247.</w:t>
            </w:r>
          </w:p>
        </w:tc>
        <w:tc>
          <w:tcPr>
            <w:tcW w:w="2880" w:type="dxa"/>
          </w:tcPr>
          <w:p w:rsidR="006F7457" w:rsidRPr="00332DB8" w:rsidRDefault="00332DB8">
            <w:pPr>
              <w:rPr>
                <w:lang w:val="ru-RU"/>
              </w:rPr>
            </w:pPr>
            <w:r w:rsidRPr="00332DB8">
              <w:rPr>
                <w:lang w:val="ru-RU"/>
              </w:rPr>
              <w:t xml:space="preserve">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w:t>
            </w:r>
            <w:r>
              <w:t>http</w:t>
            </w:r>
            <w:r w:rsidRPr="00332DB8">
              <w:rPr>
                <w:lang w:val="ru-RU"/>
              </w:rPr>
              <w:t>://</w:t>
            </w:r>
            <w:r>
              <w:t>geroivoli</w:t>
            </w:r>
            <w:r w:rsidRPr="00332DB8">
              <w:rPr>
                <w:lang w:val="ru-RU"/>
              </w:rPr>
              <w:t>.</w:t>
            </w:r>
            <w:r>
              <w:t>com</w:t>
            </w:r>
            <w:r w:rsidRPr="00332DB8">
              <w:rPr>
                <w:lang w:val="ru-RU"/>
              </w:rPr>
              <w:t>/</w:t>
            </w:r>
            <w:r>
              <w:t>cvod</w:t>
            </w:r>
            <w:r w:rsidRPr="00332DB8">
              <w:rPr>
                <w:lang w:val="ru-RU"/>
              </w:rPr>
              <w:t>-</w:t>
            </w:r>
            <w:r>
              <w:t>natsional</w:t>
            </w:r>
            <w:r w:rsidRPr="00332DB8">
              <w:rPr>
                <w:lang w:val="ru-RU"/>
              </w:rPr>
              <w:t>-</w:t>
            </w:r>
            <w:r>
              <w:t>sotsialista</w:t>
            </w:r>
            <w:r w:rsidRPr="00332DB8">
              <w:rPr>
                <w:lang w:val="ru-RU"/>
              </w:rPr>
              <w:t xml:space="preserve"> (решение Успенского районного суда Краснодарского края от 26.07.2017);</w:t>
            </w:r>
          </w:p>
        </w:tc>
        <w:tc>
          <w:tcPr>
            <w:tcW w:w="2880" w:type="dxa"/>
          </w:tcPr>
          <w:p w:rsidR="006F7457" w:rsidRDefault="00332DB8">
            <w:r>
              <w:t>19.10.2017</w:t>
            </w:r>
          </w:p>
        </w:tc>
      </w:tr>
      <w:tr w:rsidR="006F7457">
        <w:tc>
          <w:tcPr>
            <w:tcW w:w="2880" w:type="dxa"/>
          </w:tcPr>
          <w:p w:rsidR="006F7457" w:rsidRDefault="00332DB8">
            <w:r>
              <w:t>4248.</w:t>
            </w:r>
          </w:p>
        </w:tc>
        <w:tc>
          <w:tcPr>
            <w:tcW w:w="2880" w:type="dxa"/>
          </w:tcPr>
          <w:p w:rsidR="006F7457" w:rsidRPr="00332DB8" w:rsidRDefault="00332DB8">
            <w:pPr>
              <w:rPr>
                <w:lang w:val="ru-RU"/>
              </w:rPr>
            </w:pPr>
            <w:r w:rsidRPr="00332DB8">
              <w:rPr>
                <w:lang w:val="ru-RU"/>
              </w:rPr>
              <w:t xml:space="preserve">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w:t>
            </w:r>
            <w:r>
              <w:t>https</w:t>
            </w:r>
            <w:r w:rsidRPr="00332DB8">
              <w:rPr>
                <w:lang w:val="ru-RU"/>
              </w:rPr>
              <w:t>://</w:t>
            </w:r>
            <w:r>
              <w:t>vk</w:t>
            </w:r>
            <w:r w:rsidRPr="00332DB8">
              <w:rPr>
                <w:lang w:val="ru-RU"/>
              </w:rPr>
              <w:t>.</w:t>
            </w:r>
            <w:r>
              <w:t>com</w:t>
            </w:r>
            <w:r w:rsidRPr="00332DB8">
              <w:rPr>
                <w:lang w:val="ru-RU"/>
              </w:rPr>
              <w:t>/</w:t>
            </w:r>
            <w:r>
              <w:t>club</w:t>
            </w:r>
            <w:r w:rsidRPr="00332DB8">
              <w:rPr>
                <w:lang w:val="ru-RU"/>
              </w:rPr>
              <w:t>55731820 (решение Успенского районного суда Краснодарского края от 26.07.2017);</w:t>
            </w:r>
          </w:p>
        </w:tc>
        <w:tc>
          <w:tcPr>
            <w:tcW w:w="2880" w:type="dxa"/>
          </w:tcPr>
          <w:p w:rsidR="006F7457" w:rsidRDefault="00332DB8">
            <w:r>
              <w:t>19.10.2017</w:t>
            </w:r>
          </w:p>
        </w:tc>
      </w:tr>
      <w:tr w:rsidR="006F7457">
        <w:tc>
          <w:tcPr>
            <w:tcW w:w="2880" w:type="dxa"/>
          </w:tcPr>
          <w:p w:rsidR="006F7457" w:rsidRDefault="00332DB8">
            <w:r>
              <w:t>424</w:t>
            </w:r>
            <w:r>
              <w:lastRenderedPageBreak/>
              <w:t>9.</w:t>
            </w:r>
          </w:p>
        </w:tc>
        <w:tc>
          <w:tcPr>
            <w:tcW w:w="2880" w:type="dxa"/>
          </w:tcPr>
          <w:p w:rsidR="006F7457" w:rsidRPr="00332DB8" w:rsidRDefault="00332DB8">
            <w:pPr>
              <w:rPr>
                <w:lang w:val="ru-RU"/>
              </w:rPr>
            </w:pPr>
            <w:r w:rsidRPr="00332DB8">
              <w:rPr>
                <w:lang w:val="ru-RU"/>
              </w:rPr>
              <w:lastRenderedPageBreak/>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w:t>
            </w:r>
            <w:r w:rsidRPr="00332DB8">
              <w:rPr>
                <w:lang w:val="ru-RU"/>
              </w:rPr>
              <w:lastRenderedPageBreak/>
              <w:t xml:space="preserve">телекоммуникационной сети «Интернет» на личной странице «Юра Жура» с веб-адресом </w:t>
            </w:r>
            <w:r>
              <w:t>https</w:t>
            </w:r>
            <w:r w:rsidRPr="00332DB8">
              <w:rPr>
                <w:lang w:val="ru-RU"/>
              </w:rPr>
              <w:t>://</w:t>
            </w:r>
            <w:r>
              <w:t>vk</w:t>
            </w:r>
            <w:r w:rsidRPr="00332DB8">
              <w:rPr>
                <w:lang w:val="ru-RU"/>
              </w:rPr>
              <w:t>.</w:t>
            </w:r>
            <w:r>
              <w:t>com</w:t>
            </w:r>
            <w:r w:rsidRPr="00332DB8">
              <w:rPr>
                <w:lang w:val="ru-RU"/>
              </w:rPr>
              <w:t>/</w:t>
            </w:r>
            <w:r>
              <w:t>id</w:t>
            </w:r>
            <w:r w:rsidRPr="00332DB8">
              <w:rPr>
                <w:lang w:val="ru-RU"/>
              </w:rPr>
              <w:t>150877601 (решение Успенского районного суда Краснодарского края от 26.07.2017);</w:t>
            </w:r>
          </w:p>
        </w:tc>
        <w:tc>
          <w:tcPr>
            <w:tcW w:w="2880" w:type="dxa"/>
          </w:tcPr>
          <w:p w:rsidR="006F7457" w:rsidRDefault="00332DB8">
            <w:r>
              <w:lastRenderedPageBreak/>
              <w:t>19.10.201</w:t>
            </w:r>
            <w:r>
              <w:lastRenderedPageBreak/>
              <w:t>7</w:t>
            </w:r>
          </w:p>
        </w:tc>
      </w:tr>
      <w:tr w:rsidR="006F7457">
        <w:tc>
          <w:tcPr>
            <w:tcW w:w="2880" w:type="dxa"/>
          </w:tcPr>
          <w:p w:rsidR="006F7457" w:rsidRDefault="00332DB8">
            <w:r>
              <w:lastRenderedPageBreak/>
              <w:t>4250.</w:t>
            </w:r>
          </w:p>
        </w:tc>
        <w:tc>
          <w:tcPr>
            <w:tcW w:w="2880" w:type="dxa"/>
          </w:tcPr>
          <w:p w:rsidR="006F7457" w:rsidRPr="00332DB8" w:rsidRDefault="00332DB8">
            <w:pPr>
              <w:rPr>
                <w:lang w:val="ru-RU"/>
              </w:rPr>
            </w:pPr>
            <w:r w:rsidRPr="00332DB8">
              <w:rPr>
                <w:lang w:val="ru-RU"/>
              </w:rPr>
              <w:t>Текст видеозаписи «Сборы Славянского союза 20.12.2009 [240].</w:t>
            </w:r>
            <w:r>
              <w:t>m</w:t>
            </w:r>
            <w:r w:rsidRPr="00332DB8">
              <w:rPr>
                <w:lang w:val="ru-RU"/>
              </w:rPr>
              <w:t xml:space="preserve">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w:t>
            </w:r>
            <w:r>
              <w:t>https</w:t>
            </w:r>
            <w:r w:rsidRPr="00332DB8">
              <w:rPr>
                <w:lang w:val="ru-RU"/>
              </w:rPr>
              <w:t>://</w:t>
            </w:r>
            <w:r>
              <w:t>vk</w:t>
            </w:r>
            <w:r w:rsidRPr="00332DB8">
              <w:rPr>
                <w:lang w:val="ru-RU"/>
              </w:rPr>
              <w:t>.</w:t>
            </w:r>
            <w:r>
              <w:t>com</w:t>
            </w:r>
            <w:r w:rsidRPr="00332DB8">
              <w:rPr>
                <w:lang w:val="ru-RU"/>
              </w:rPr>
              <w:t>/</w:t>
            </w:r>
            <w:r>
              <w:t>id</w:t>
            </w:r>
            <w:r w:rsidRPr="00332DB8">
              <w:rPr>
                <w:lang w:val="ru-RU"/>
              </w:rPr>
              <w:t>14119556 (решение Успенского районного суда Краснодарского края от 26.07.2017);</w:t>
            </w:r>
          </w:p>
        </w:tc>
        <w:tc>
          <w:tcPr>
            <w:tcW w:w="2880" w:type="dxa"/>
          </w:tcPr>
          <w:p w:rsidR="006F7457" w:rsidRDefault="00332DB8">
            <w:r>
              <w:t>19.10.2017</w:t>
            </w:r>
          </w:p>
        </w:tc>
      </w:tr>
      <w:tr w:rsidR="006F7457">
        <w:tc>
          <w:tcPr>
            <w:tcW w:w="2880" w:type="dxa"/>
          </w:tcPr>
          <w:p w:rsidR="006F7457" w:rsidRDefault="00332DB8">
            <w:r>
              <w:t>4251.</w:t>
            </w:r>
          </w:p>
        </w:tc>
        <w:tc>
          <w:tcPr>
            <w:tcW w:w="2880" w:type="dxa"/>
          </w:tcPr>
          <w:p w:rsidR="006F7457" w:rsidRPr="00332DB8" w:rsidRDefault="00332DB8">
            <w:pPr>
              <w:rPr>
                <w:lang w:val="ru-RU"/>
              </w:rPr>
            </w:pPr>
            <w:r w:rsidRPr="00332DB8">
              <w:rPr>
                <w:lang w:val="ru-RU"/>
              </w:rPr>
              <w:t>Текст видеозаписи «Славянский союз и бойцовский клуб Спас [360].</w:t>
            </w:r>
            <w:r>
              <w:t>m</w:t>
            </w:r>
            <w:r w:rsidRPr="00332DB8">
              <w:rPr>
                <w:lang w:val="ru-RU"/>
              </w:rPr>
              <w:t xml:space="preserve">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w:t>
            </w:r>
            <w:r>
              <w:t>https</w:t>
            </w:r>
            <w:r w:rsidRPr="00332DB8">
              <w:rPr>
                <w:lang w:val="ru-RU"/>
              </w:rPr>
              <w:t>://</w:t>
            </w:r>
            <w:r>
              <w:t>vk</w:t>
            </w:r>
            <w:r w:rsidRPr="00332DB8">
              <w:rPr>
                <w:lang w:val="ru-RU"/>
              </w:rPr>
              <w:t>.</w:t>
            </w:r>
            <w:r>
              <w:t>com</w:t>
            </w:r>
            <w:r w:rsidRPr="00332DB8">
              <w:rPr>
                <w:lang w:val="ru-RU"/>
              </w:rPr>
              <w:t>/</w:t>
            </w:r>
            <w:r>
              <w:t>id</w:t>
            </w:r>
            <w:r w:rsidRPr="00332DB8">
              <w:rPr>
                <w:lang w:val="ru-RU"/>
              </w:rPr>
              <w:t>4840106 (решение Успенского районного суда Краснодарского края от 26.07.2017);</w:t>
            </w:r>
          </w:p>
        </w:tc>
        <w:tc>
          <w:tcPr>
            <w:tcW w:w="2880" w:type="dxa"/>
          </w:tcPr>
          <w:p w:rsidR="006F7457" w:rsidRDefault="00332DB8">
            <w:r>
              <w:t>19.10.2017</w:t>
            </w:r>
          </w:p>
        </w:tc>
      </w:tr>
      <w:tr w:rsidR="006F7457">
        <w:tc>
          <w:tcPr>
            <w:tcW w:w="2880" w:type="dxa"/>
          </w:tcPr>
          <w:p w:rsidR="006F7457" w:rsidRDefault="00332DB8">
            <w:r>
              <w:t>4252.</w:t>
            </w:r>
          </w:p>
        </w:tc>
        <w:tc>
          <w:tcPr>
            <w:tcW w:w="2880" w:type="dxa"/>
          </w:tcPr>
          <w:p w:rsidR="006F7457" w:rsidRPr="00332DB8" w:rsidRDefault="00332DB8">
            <w:pPr>
              <w:rPr>
                <w:lang w:val="ru-RU"/>
              </w:rPr>
            </w:pPr>
            <w:r w:rsidRPr="00332DB8">
              <w:rPr>
                <w:lang w:val="ru-RU"/>
              </w:rPr>
              <w:t>Текст видеозаписи «Лесные братья Славянский союз [360].</w:t>
            </w:r>
            <w:r>
              <w:t>m</w:t>
            </w:r>
            <w:r w:rsidRPr="00332DB8">
              <w:rPr>
                <w:lang w:val="ru-RU"/>
              </w:rPr>
              <w:t xml:space="preserve">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w:t>
            </w:r>
            <w:r>
              <w:t>https</w:t>
            </w:r>
            <w:r w:rsidRPr="00332DB8">
              <w:rPr>
                <w:lang w:val="ru-RU"/>
              </w:rPr>
              <w:t>://</w:t>
            </w:r>
            <w:r>
              <w:t>vk</w:t>
            </w:r>
            <w:r w:rsidRPr="00332DB8">
              <w:rPr>
                <w:lang w:val="ru-RU"/>
              </w:rPr>
              <w:t>.</w:t>
            </w:r>
            <w:r>
              <w:t>com</w:t>
            </w:r>
            <w:r w:rsidRPr="00332DB8">
              <w:rPr>
                <w:lang w:val="ru-RU"/>
              </w:rPr>
              <w:t>/</w:t>
            </w:r>
            <w:r>
              <w:t>id</w:t>
            </w:r>
            <w:r w:rsidRPr="00332DB8">
              <w:rPr>
                <w:lang w:val="ru-RU"/>
              </w:rPr>
              <w:t>31338339 (решение Успенского районного суда Краснодарского края от 26.07.2017);</w:t>
            </w:r>
          </w:p>
        </w:tc>
        <w:tc>
          <w:tcPr>
            <w:tcW w:w="2880" w:type="dxa"/>
          </w:tcPr>
          <w:p w:rsidR="006F7457" w:rsidRDefault="00332DB8">
            <w:r>
              <w:t>19.10.2017</w:t>
            </w:r>
          </w:p>
        </w:tc>
      </w:tr>
      <w:tr w:rsidR="006F7457">
        <w:tc>
          <w:tcPr>
            <w:tcW w:w="2880" w:type="dxa"/>
          </w:tcPr>
          <w:p w:rsidR="006F7457" w:rsidRDefault="00332DB8">
            <w:r>
              <w:t>4253.</w:t>
            </w:r>
          </w:p>
        </w:tc>
        <w:tc>
          <w:tcPr>
            <w:tcW w:w="2880" w:type="dxa"/>
          </w:tcPr>
          <w:p w:rsidR="006F7457" w:rsidRPr="00332DB8" w:rsidRDefault="00332DB8">
            <w:pPr>
              <w:rPr>
                <w:lang w:val="ru-RU"/>
              </w:rPr>
            </w:pPr>
            <w:r w:rsidRPr="00332DB8">
              <w:rPr>
                <w:lang w:val="ru-RU"/>
              </w:rPr>
              <w:t>Текст видеозаписи «Бойцовский клуб Славянского союза.</w:t>
            </w:r>
            <w:r>
              <w:t>m</w:t>
            </w:r>
            <w:r w:rsidRPr="00332DB8">
              <w:rPr>
                <w:lang w:val="ru-RU"/>
              </w:rPr>
              <w:t xml:space="preserve">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w:t>
            </w:r>
            <w:r>
              <w:lastRenderedPageBreak/>
              <w:t>https</w:t>
            </w:r>
            <w:r w:rsidRPr="00332DB8">
              <w:rPr>
                <w:lang w:val="ru-RU"/>
              </w:rPr>
              <w:t>://</w:t>
            </w:r>
            <w:r>
              <w:t>vk</w:t>
            </w:r>
            <w:r w:rsidRPr="00332DB8">
              <w:rPr>
                <w:lang w:val="ru-RU"/>
              </w:rPr>
              <w:t>.</w:t>
            </w:r>
            <w:r>
              <w:t>com</w:t>
            </w:r>
            <w:r w:rsidRPr="00332DB8">
              <w:rPr>
                <w:lang w:val="ru-RU"/>
              </w:rPr>
              <w:t xml:space="preserve">/ </w:t>
            </w:r>
            <w:r>
              <w:t>id</w:t>
            </w:r>
            <w:r w:rsidRPr="00332DB8">
              <w:rPr>
                <w:lang w:val="ru-RU"/>
              </w:rPr>
              <w:t>78130185 (решение Успенского районного суда Краснодарского края от 26.07.2017);</w:t>
            </w:r>
          </w:p>
        </w:tc>
        <w:tc>
          <w:tcPr>
            <w:tcW w:w="2880" w:type="dxa"/>
          </w:tcPr>
          <w:p w:rsidR="006F7457" w:rsidRDefault="00332DB8">
            <w:r>
              <w:lastRenderedPageBreak/>
              <w:t>19.10.2017</w:t>
            </w:r>
          </w:p>
        </w:tc>
      </w:tr>
      <w:tr w:rsidR="006F7457">
        <w:tc>
          <w:tcPr>
            <w:tcW w:w="2880" w:type="dxa"/>
          </w:tcPr>
          <w:p w:rsidR="006F7457" w:rsidRDefault="00332DB8">
            <w:r>
              <w:lastRenderedPageBreak/>
              <w:t>4254.</w:t>
            </w:r>
          </w:p>
        </w:tc>
        <w:tc>
          <w:tcPr>
            <w:tcW w:w="2880" w:type="dxa"/>
          </w:tcPr>
          <w:p w:rsidR="006F7457" w:rsidRDefault="00332DB8">
            <w:r w:rsidRPr="00332DB8">
              <w:rPr>
                <w:lang w:val="ru-RU"/>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w:t>
            </w:r>
            <w:r>
              <w:t>Muslims</w:t>
            </w:r>
            <w:r w:rsidRPr="00332DB8">
              <w:rPr>
                <w:lang w:val="ru-RU"/>
              </w:rPr>
              <w:t xml:space="preserve"> </w:t>
            </w:r>
            <w:r>
              <w:t>of</w:t>
            </w:r>
            <w:r w:rsidRPr="00332DB8">
              <w:rPr>
                <w:lang w:val="ru-RU"/>
              </w:rPr>
              <w:t xml:space="preserve"> </w:t>
            </w:r>
            <w:r>
              <w:t>Dagestan</w:t>
            </w:r>
            <w:r w:rsidRPr="00332DB8">
              <w:rPr>
                <w:lang w:val="ru-RU"/>
              </w:rPr>
              <w:t xml:space="preserve">, </w:t>
            </w:r>
            <w:r>
              <w:t>Russia</w:t>
            </w:r>
            <w:r w:rsidRPr="00332DB8">
              <w:rPr>
                <w:lang w:val="ru-RU"/>
              </w:rPr>
              <w:t xml:space="preserve">: </w:t>
            </w:r>
            <w:r>
              <w:t>support</w:t>
            </w:r>
            <w:r w:rsidRPr="00332DB8">
              <w:rPr>
                <w:lang w:val="ru-RU"/>
              </w:rPr>
              <w:t xml:space="preserve"> </w:t>
            </w:r>
            <w:r>
              <w:t>to</w:t>
            </w:r>
            <w:r w:rsidRPr="00332DB8">
              <w:rPr>
                <w:lang w:val="ru-RU"/>
              </w:rPr>
              <w:t xml:space="preserve"> </w:t>
            </w:r>
            <w:r>
              <w:t>Syria</w:t>
            </w:r>
            <w:r w:rsidRPr="00332DB8">
              <w:rPr>
                <w:lang w:val="ru-RU"/>
              </w:rPr>
              <w:t xml:space="preserve"> </w:t>
            </w:r>
            <w:r>
              <w:t>revolution</w:t>
            </w:r>
            <w:r w:rsidRPr="00332DB8">
              <w:rPr>
                <w:lang w:val="ru-RU"/>
              </w:rPr>
              <w:t xml:space="preserve">!...» </w:t>
            </w:r>
            <w:r>
              <w:t>и заканчивающимися словами «... We see their sincerity, they sacrifice by everything on their way, not playing attention to the brutal torture and murder of their children, their wives.», выявленный по адресу: https://vk.com/zuba95 (решение Уссурийского районного суда Приморского края от 25.07.2017);</w:t>
            </w:r>
          </w:p>
        </w:tc>
        <w:tc>
          <w:tcPr>
            <w:tcW w:w="2880" w:type="dxa"/>
          </w:tcPr>
          <w:p w:rsidR="006F7457" w:rsidRDefault="00332DB8">
            <w:r>
              <w:t>19.10.2017</w:t>
            </w:r>
          </w:p>
        </w:tc>
      </w:tr>
      <w:tr w:rsidR="006F7457">
        <w:tc>
          <w:tcPr>
            <w:tcW w:w="2880" w:type="dxa"/>
          </w:tcPr>
          <w:p w:rsidR="006F7457" w:rsidRDefault="00332DB8">
            <w:r>
              <w:t>4255.</w:t>
            </w:r>
          </w:p>
        </w:tc>
        <w:tc>
          <w:tcPr>
            <w:tcW w:w="2880" w:type="dxa"/>
          </w:tcPr>
          <w:p w:rsidR="006F7457" w:rsidRPr="00332DB8" w:rsidRDefault="00332DB8">
            <w:pPr>
              <w:rPr>
                <w:lang w:val="ru-RU"/>
              </w:rPr>
            </w:pPr>
            <w:r w:rsidRPr="00332DB8">
              <w:rPr>
                <w:lang w:val="ru-RU"/>
              </w:rPr>
              <w:t xml:space="preserve">Видеоролик под названием «Хачи огребают в Дисбате», продолжительностью 25 мин. 07 сек., тип файла: </w:t>
            </w:r>
            <w:r>
              <w:t>FLV</w:t>
            </w:r>
            <w:r w:rsidRPr="00332DB8">
              <w:rPr>
                <w:lang w:val="ru-RU"/>
              </w:rPr>
              <w:t xml:space="preserve">, размер 71 993 646 байт, начинающийся со слов «Палку не перегнуть...» и заканчивающийся словами «... нам дадут посмотреть потом?», выявленный по адресу: </w:t>
            </w:r>
            <w:r>
              <w:t>https</w:t>
            </w:r>
            <w:r w:rsidRPr="00332DB8">
              <w:rPr>
                <w:lang w:val="ru-RU"/>
              </w:rPr>
              <w:t>://</w:t>
            </w:r>
            <w:r>
              <w:t>vk</w:t>
            </w:r>
            <w:r w:rsidRPr="00332DB8">
              <w:rPr>
                <w:lang w:val="ru-RU"/>
              </w:rPr>
              <w:t>.</w:t>
            </w:r>
            <w:r>
              <w:t>com</w:t>
            </w:r>
            <w:r w:rsidRPr="00332DB8">
              <w:rPr>
                <w:lang w:val="ru-RU"/>
              </w:rPr>
              <w:t>/</w:t>
            </w:r>
            <w:r>
              <w:t>id</w:t>
            </w:r>
            <w:r w:rsidRPr="00332DB8">
              <w:rPr>
                <w:lang w:val="ru-RU"/>
              </w:rPr>
              <w:t>666_13р_4</w:t>
            </w:r>
            <w:r>
              <w:t>s</w:t>
            </w:r>
            <w:r w:rsidRPr="00332DB8">
              <w:rPr>
                <w:lang w:val="ru-RU"/>
              </w:rPr>
              <w:t xml:space="preserve"> (решение Уссурийского районного суда Приморского края от 25.07.2017);</w:t>
            </w:r>
          </w:p>
        </w:tc>
        <w:tc>
          <w:tcPr>
            <w:tcW w:w="2880" w:type="dxa"/>
          </w:tcPr>
          <w:p w:rsidR="006F7457" w:rsidRDefault="00332DB8">
            <w:r>
              <w:t>19.10.2017</w:t>
            </w:r>
          </w:p>
        </w:tc>
      </w:tr>
      <w:tr w:rsidR="006F7457">
        <w:tc>
          <w:tcPr>
            <w:tcW w:w="2880" w:type="dxa"/>
          </w:tcPr>
          <w:p w:rsidR="006F7457" w:rsidRDefault="00332DB8">
            <w:r>
              <w:t>4256.</w:t>
            </w:r>
          </w:p>
        </w:tc>
        <w:tc>
          <w:tcPr>
            <w:tcW w:w="2880" w:type="dxa"/>
          </w:tcPr>
          <w:p w:rsidR="006F7457" w:rsidRPr="00332DB8" w:rsidRDefault="00332DB8">
            <w:pPr>
              <w:rPr>
                <w:lang w:val="ru-RU"/>
              </w:rPr>
            </w:pPr>
            <w:r w:rsidRPr="00332DB8">
              <w:rPr>
                <w:lang w:val="ru-RU"/>
              </w:rPr>
              <w:t xml:space="preserve">Видеоролик под названием «Русские «нецензурная лексика» хачей (стенка на стенку)», продолжительностью 2 мин. 21 сек., тип файла: </w:t>
            </w:r>
            <w:r>
              <w:t>FLV</w:t>
            </w:r>
            <w:r w:rsidRPr="00332DB8">
              <w:rPr>
                <w:lang w:val="ru-RU"/>
              </w:rPr>
              <w:t xml:space="preserve">,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w:t>
            </w:r>
            <w:r>
              <w:t>https</w:t>
            </w:r>
            <w:r w:rsidRPr="00332DB8">
              <w:rPr>
                <w:lang w:val="ru-RU"/>
              </w:rPr>
              <w:t>://</w:t>
            </w:r>
            <w:r>
              <w:t>vk</w:t>
            </w:r>
            <w:r w:rsidRPr="00332DB8">
              <w:rPr>
                <w:lang w:val="ru-RU"/>
              </w:rPr>
              <w:t>.</w:t>
            </w:r>
            <w:r>
              <w:t>com</w:t>
            </w:r>
            <w:r w:rsidRPr="00332DB8">
              <w:rPr>
                <w:lang w:val="ru-RU"/>
              </w:rPr>
              <w:t>/</w:t>
            </w:r>
            <w:r>
              <w:t>id</w:t>
            </w:r>
            <w:r w:rsidRPr="00332DB8">
              <w:rPr>
                <w:lang w:val="ru-RU"/>
              </w:rPr>
              <w:t>666_13</w:t>
            </w:r>
            <w:r>
              <w:t>p</w:t>
            </w:r>
            <w:r w:rsidRPr="00332DB8">
              <w:rPr>
                <w:lang w:val="ru-RU"/>
              </w:rPr>
              <w:t>_4</w:t>
            </w:r>
            <w:r>
              <w:t>s</w:t>
            </w:r>
            <w:r w:rsidRPr="00332DB8">
              <w:rPr>
                <w:lang w:val="ru-RU"/>
              </w:rPr>
              <w:t xml:space="preserve"> (решение Уссурийского районного суда Приморского края от 25.07.2017);</w:t>
            </w:r>
          </w:p>
        </w:tc>
        <w:tc>
          <w:tcPr>
            <w:tcW w:w="2880" w:type="dxa"/>
          </w:tcPr>
          <w:p w:rsidR="006F7457" w:rsidRDefault="00332DB8">
            <w:r>
              <w:t>19.10.2017</w:t>
            </w:r>
          </w:p>
        </w:tc>
      </w:tr>
      <w:tr w:rsidR="006F7457">
        <w:tc>
          <w:tcPr>
            <w:tcW w:w="2880" w:type="dxa"/>
          </w:tcPr>
          <w:p w:rsidR="006F7457" w:rsidRDefault="00332DB8">
            <w:r>
              <w:t>4257.</w:t>
            </w:r>
          </w:p>
        </w:tc>
        <w:tc>
          <w:tcPr>
            <w:tcW w:w="2880" w:type="dxa"/>
          </w:tcPr>
          <w:p w:rsidR="006F7457" w:rsidRPr="00332DB8" w:rsidRDefault="00332DB8">
            <w:pPr>
              <w:rPr>
                <w:lang w:val="ru-RU"/>
              </w:rPr>
            </w:pPr>
            <w:r w:rsidRPr="00332DB8">
              <w:rPr>
                <w:lang w:val="ru-RU"/>
              </w:rP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t>
            </w:r>
            <w:r>
              <w:t>Whatsapp</w:t>
            </w:r>
            <w:r w:rsidRPr="00332DB8">
              <w:rPr>
                <w:lang w:val="ru-RU"/>
              </w:rPr>
              <w:t>» (решение Анадырского городского суда Чукотского автономного округа от 08.08.2017);</w:t>
            </w:r>
          </w:p>
        </w:tc>
        <w:tc>
          <w:tcPr>
            <w:tcW w:w="2880" w:type="dxa"/>
          </w:tcPr>
          <w:p w:rsidR="006F7457" w:rsidRDefault="00332DB8">
            <w:r>
              <w:t>19.10.2017</w:t>
            </w:r>
          </w:p>
        </w:tc>
      </w:tr>
      <w:tr w:rsidR="006F7457">
        <w:tc>
          <w:tcPr>
            <w:tcW w:w="2880" w:type="dxa"/>
          </w:tcPr>
          <w:p w:rsidR="006F7457" w:rsidRDefault="00332DB8">
            <w:r>
              <w:t>42</w:t>
            </w:r>
            <w:r>
              <w:lastRenderedPageBreak/>
              <w:t>58.</w:t>
            </w:r>
          </w:p>
        </w:tc>
        <w:tc>
          <w:tcPr>
            <w:tcW w:w="2880" w:type="dxa"/>
          </w:tcPr>
          <w:p w:rsidR="006F7457" w:rsidRDefault="00332DB8">
            <w:r>
              <w:lastRenderedPageBreak/>
              <w:t>Исключён</w:t>
            </w:r>
          </w:p>
        </w:tc>
        <w:tc>
          <w:tcPr>
            <w:tcW w:w="2880" w:type="dxa"/>
          </w:tcPr>
          <w:p w:rsidR="006F7457" w:rsidRDefault="00332DB8">
            <w:r>
              <w:t>19.10.</w:t>
            </w:r>
            <w:r>
              <w:lastRenderedPageBreak/>
              <w:t>2017</w:t>
            </w:r>
          </w:p>
        </w:tc>
      </w:tr>
      <w:tr w:rsidR="006F7457">
        <w:tc>
          <w:tcPr>
            <w:tcW w:w="2880" w:type="dxa"/>
          </w:tcPr>
          <w:p w:rsidR="006F7457" w:rsidRDefault="00332DB8">
            <w:r>
              <w:lastRenderedPageBreak/>
              <w:t>4259.</w:t>
            </w:r>
          </w:p>
        </w:tc>
        <w:tc>
          <w:tcPr>
            <w:tcW w:w="2880" w:type="dxa"/>
          </w:tcPr>
          <w:p w:rsidR="006F7457" w:rsidRDefault="00332DB8">
            <w:r>
              <w:t>Исключён</w:t>
            </w:r>
          </w:p>
        </w:tc>
        <w:tc>
          <w:tcPr>
            <w:tcW w:w="2880" w:type="dxa"/>
          </w:tcPr>
          <w:p w:rsidR="006F7457" w:rsidRDefault="00332DB8">
            <w:r>
              <w:t>19.10.2017</w:t>
            </w:r>
          </w:p>
        </w:tc>
      </w:tr>
      <w:tr w:rsidR="006F7457">
        <w:tc>
          <w:tcPr>
            <w:tcW w:w="2880" w:type="dxa"/>
          </w:tcPr>
          <w:p w:rsidR="006F7457" w:rsidRDefault="00332DB8">
            <w:r>
              <w:t>4260.</w:t>
            </w:r>
          </w:p>
        </w:tc>
        <w:tc>
          <w:tcPr>
            <w:tcW w:w="2880" w:type="dxa"/>
          </w:tcPr>
          <w:p w:rsidR="006F7457" w:rsidRDefault="00332DB8">
            <w:r>
              <w:t>Исключён</w:t>
            </w:r>
          </w:p>
        </w:tc>
        <w:tc>
          <w:tcPr>
            <w:tcW w:w="2880" w:type="dxa"/>
          </w:tcPr>
          <w:p w:rsidR="006F7457" w:rsidRDefault="00332DB8">
            <w:r>
              <w:t>19.10.2017</w:t>
            </w:r>
          </w:p>
        </w:tc>
      </w:tr>
      <w:tr w:rsidR="006F7457">
        <w:tc>
          <w:tcPr>
            <w:tcW w:w="2880" w:type="dxa"/>
          </w:tcPr>
          <w:p w:rsidR="006F7457" w:rsidRDefault="00332DB8">
            <w:r>
              <w:t>4261.</w:t>
            </w:r>
          </w:p>
        </w:tc>
        <w:tc>
          <w:tcPr>
            <w:tcW w:w="2880" w:type="dxa"/>
          </w:tcPr>
          <w:p w:rsidR="006F7457" w:rsidRDefault="00332DB8">
            <w:r>
              <w:t>Исключён</w:t>
            </w:r>
          </w:p>
        </w:tc>
        <w:tc>
          <w:tcPr>
            <w:tcW w:w="2880" w:type="dxa"/>
          </w:tcPr>
          <w:p w:rsidR="006F7457" w:rsidRDefault="00332DB8">
            <w:r>
              <w:t>19.10.2017</w:t>
            </w:r>
          </w:p>
        </w:tc>
      </w:tr>
      <w:tr w:rsidR="006F7457">
        <w:tc>
          <w:tcPr>
            <w:tcW w:w="2880" w:type="dxa"/>
          </w:tcPr>
          <w:p w:rsidR="006F7457" w:rsidRDefault="00332DB8">
            <w:r>
              <w:t>4262.</w:t>
            </w:r>
          </w:p>
        </w:tc>
        <w:tc>
          <w:tcPr>
            <w:tcW w:w="2880" w:type="dxa"/>
          </w:tcPr>
          <w:p w:rsidR="006F7457" w:rsidRDefault="00332DB8">
            <w:r>
              <w:t>Исключён</w:t>
            </w:r>
          </w:p>
        </w:tc>
        <w:tc>
          <w:tcPr>
            <w:tcW w:w="2880" w:type="dxa"/>
          </w:tcPr>
          <w:p w:rsidR="006F7457" w:rsidRDefault="00332DB8">
            <w:r>
              <w:t>19.10.2017</w:t>
            </w:r>
          </w:p>
        </w:tc>
      </w:tr>
      <w:tr w:rsidR="006F7457">
        <w:tc>
          <w:tcPr>
            <w:tcW w:w="2880" w:type="dxa"/>
          </w:tcPr>
          <w:p w:rsidR="006F7457" w:rsidRDefault="00332DB8">
            <w:r>
              <w:t>4263.</w:t>
            </w:r>
          </w:p>
        </w:tc>
        <w:tc>
          <w:tcPr>
            <w:tcW w:w="2880" w:type="dxa"/>
          </w:tcPr>
          <w:p w:rsidR="006F7457" w:rsidRDefault="00332DB8">
            <w:r>
              <w:t>Исключён</w:t>
            </w:r>
          </w:p>
        </w:tc>
        <w:tc>
          <w:tcPr>
            <w:tcW w:w="2880" w:type="dxa"/>
          </w:tcPr>
          <w:p w:rsidR="006F7457" w:rsidRDefault="00332DB8">
            <w:r>
              <w:t>19.10.2017</w:t>
            </w:r>
          </w:p>
        </w:tc>
      </w:tr>
      <w:tr w:rsidR="006F7457">
        <w:tc>
          <w:tcPr>
            <w:tcW w:w="2880" w:type="dxa"/>
          </w:tcPr>
          <w:p w:rsidR="006F7457" w:rsidRDefault="00332DB8">
            <w:r>
              <w:lastRenderedPageBreak/>
              <w:t>4264.</w:t>
            </w:r>
          </w:p>
        </w:tc>
        <w:tc>
          <w:tcPr>
            <w:tcW w:w="2880" w:type="dxa"/>
          </w:tcPr>
          <w:p w:rsidR="006F7457" w:rsidRDefault="00332DB8">
            <w:r>
              <w:t>Исключён</w:t>
            </w:r>
          </w:p>
        </w:tc>
        <w:tc>
          <w:tcPr>
            <w:tcW w:w="2880" w:type="dxa"/>
          </w:tcPr>
          <w:p w:rsidR="006F7457" w:rsidRDefault="00332DB8">
            <w:r>
              <w:t>19.10.2017</w:t>
            </w:r>
          </w:p>
        </w:tc>
      </w:tr>
      <w:tr w:rsidR="006F7457">
        <w:tc>
          <w:tcPr>
            <w:tcW w:w="2880" w:type="dxa"/>
          </w:tcPr>
          <w:p w:rsidR="006F7457" w:rsidRDefault="00332DB8">
            <w:r>
              <w:t>4265.</w:t>
            </w:r>
          </w:p>
        </w:tc>
        <w:tc>
          <w:tcPr>
            <w:tcW w:w="2880" w:type="dxa"/>
          </w:tcPr>
          <w:p w:rsidR="006F7457" w:rsidRDefault="00332DB8">
            <w:r>
              <w:t>Исключён</w:t>
            </w:r>
          </w:p>
        </w:tc>
        <w:tc>
          <w:tcPr>
            <w:tcW w:w="2880" w:type="dxa"/>
          </w:tcPr>
          <w:p w:rsidR="006F7457" w:rsidRDefault="00332DB8">
            <w:r>
              <w:t>19.10.2017</w:t>
            </w:r>
          </w:p>
        </w:tc>
      </w:tr>
      <w:tr w:rsidR="006F7457">
        <w:tc>
          <w:tcPr>
            <w:tcW w:w="2880" w:type="dxa"/>
          </w:tcPr>
          <w:p w:rsidR="006F7457" w:rsidRDefault="00332DB8">
            <w:r>
              <w:t>4266.</w:t>
            </w:r>
          </w:p>
        </w:tc>
        <w:tc>
          <w:tcPr>
            <w:tcW w:w="2880" w:type="dxa"/>
          </w:tcPr>
          <w:p w:rsidR="006F7457" w:rsidRDefault="00332DB8">
            <w:r>
              <w:t>Исключён</w:t>
            </w:r>
          </w:p>
        </w:tc>
        <w:tc>
          <w:tcPr>
            <w:tcW w:w="2880" w:type="dxa"/>
          </w:tcPr>
          <w:p w:rsidR="006F7457" w:rsidRDefault="00332DB8">
            <w:r>
              <w:t>19.10.2017</w:t>
            </w:r>
          </w:p>
        </w:tc>
      </w:tr>
      <w:tr w:rsidR="006F7457">
        <w:tc>
          <w:tcPr>
            <w:tcW w:w="2880" w:type="dxa"/>
          </w:tcPr>
          <w:p w:rsidR="006F7457" w:rsidRDefault="00332DB8">
            <w:r>
              <w:t>4267.</w:t>
            </w:r>
          </w:p>
        </w:tc>
        <w:tc>
          <w:tcPr>
            <w:tcW w:w="2880" w:type="dxa"/>
          </w:tcPr>
          <w:p w:rsidR="006F7457" w:rsidRDefault="00332DB8">
            <w:r>
              <w:t>Исключён</w:t>
            </w:r>
          </w:p>
        </w:tc>
        <w:tc>
          <w:tcPr>
            <w:tcW w:w="2880" w:type="dxa"/>
          </w:tcPr>
          <w:p w:rsidR="006F7457" w:rsidRDefault="00332DB8">
            <w:r>
              <w:t>19.10.2017</w:t>
            </w:r>
          </w:p>
        </w:tc>
      </w:tr>
      <w:tr w:rsidR="006F7457">
        <w:tc>
          <w:tcPr>
            <w:tcW w:w="2880" w:type="dxa"/>
          </w:tcPr>
          <w:p w:rsidR="006F7457" w:rsidRDefault="00332DB8">
            <w:r>
              <w:t>4268.</w:t>
            </w:r>
          </w:p>
        </w:tc>
        <w:tc>
          <w:tcPr>
            <w:tcW w:w="2880" w:type="dxa"/>
          </w:tcPr>
          <w:p w:rsidR="006F7457" w:rsidRDefault="00332DB8">
            <w:r>
              <w:t>Исключён</w:t>
            </w:r>
          </w:p>
        </w:tc>
        <w:tc>
          <w:tcPr>
            <w:tcW w:w="2880" w:type="dxa"/>
          </w:tcPr>
          <w:p w:rsidR="006F7457" w:rsidRDefault="00332DB8">
            <w:r>
              <w:t>19.10.2017</w:t>
            </w:r>
          </w:p>
        </w:tc>
      </w:tr>
      <w:tr w:rsidR="006F7457">
        <w:tc>
          <w:tcPr>
            <w:tcW w:w="2880" w:type="dxa"/>
          </w:tcPr>
          <w:p w:rsidR="006F7457" w:rsidRDefault="00332DB8">
            <w:r>
              <w:t>426</w:t>
            </w:r>
            <w:r>
              <w:lastRenderedPageBreak/>
              <w:t>9.</w:t>
            </w:r>
          </w:p>
        </w:tc>
        <w:tc>
          <w:tcPr>
            <w:tcW w:w="2880" w:type="dxa"/>
          </w:tcPr>
          <w:p w:rsidR="006F7457" w:rsidRDefault="00332DB8">
            <w:r>
              <w:lastRenderedPageBreak/>
              <w:t>Исключён</w:t>
            </w:r>
          </w:p>
        </w:tc>
        <w:tc>
          <w:tcPr>
            <w:tcW w:w="2880" w:type="dxa"/>
          </w:tcPr>
          <w:p w:rsidR="006F7457" w:rsidRDefault="00332DB8">
            <w:r>
              <w:t>19.10.201</w:t>
            </w:r>
            <w:r>
              <w:lastRenderedPageBreak/>
              <w:t>7</w:t>
            </w:r>
          </w:p>
        </w:tc>
      </w:tr>
      <w:tr w:rsidR="006F7457">
        <w:tc>
          <w:tcPr>
            <w:tcW w:w="2880" w:type="dxa"/>
          </w:tcPr>
          <w:p w:rsidR="006F7457" w:rsidRDefault="00332DB8">
            <w:r>
              <w:lastRenderedPageBreak/>
              <w:t>4270.</w:t>
            </w:r>
          </w:p>
        </w:tc>
        <w:tc>
          <w:tcPr>
            <w:tcW w:w="2880" w:type="dxa"/>
          </w:tcPr>
          <w:p w:rsidR="006F7457" w:rsidRDefault="00332DB8">
            <w:r>
              <w:t>Исключён</w:t>
            </w:r>
          </w:p>
        </w:tc>
        <w:tc>
          <w:tcPr>
            <w:tcW w:w="2880" w:type="dxa"/>
          </w:tcPr>
          <w:p w:rsidR="006F7457" w:rsidRDefault="00332DB8">
            <w:r>
              <w:t>19.10.2017</w:t>
            </w:r>
          </w:p>
        </w:tc>
      </w:tr>
      <w:tr w:rsidR="006F7457">
        <w:tc>
          <w:tcPr>
            <w:tcW w:w="2880" w:type="dxa"/>
          </w:tcPr>
          <w:p w:rsidR="006F7457" w:rsidRDefault="00332DB8">
            <w:r>
              <w:t>4271.</w:t>
            </w:r>
          </w:p>
        </w:tc>
        <w:tc>
          <w:tcPr>
            <w:tcW w:w="2880" w:type="dxa"/>
          </w:tcPr>
          <w:p w:rsidR="006F7457" w:rsidRPr="00332DB8" w:rsidRDefault="00332DB8">
            <w:pPr>
              <w:rPr>
                <w:lang w:val="ru-RU"/>
              </w:rPr>
            </w:pPr>
            <w:r w:rsidRPr="00332DB8">
              <w:rPr>
                <w:lang w:val="ru-RU"/>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2880" w:type="dxa"/>
          </w:tcPr>
          <w:p w:rsidR="006F7457" w:rsidRDefault="00332DB8">
            <w:r>
              <w:t>19.10.2017</w:t>
            </w:r>
          </w:p>
        </w:tc>
      </w:tr>
      <w:tr w:rsidR="006F7457">
        <w:tc>
          <w:tcPr>
            <w:tcW w:w="2880" w:type="dxa"/>
          </w:tcPr>
          <w:p w:rsidR="006F7457" w:rsidRDefault="00332DB8">
            <w:r>
              <w:t>4272.</w:t>
            </w:r>
          </w:p>
        </w:tc>
        <w:tc>
          <w:tcPr>
            <w:tcW w:w="2880" w:type="dxa"/>
          </w:tcPr>
          <w:p w:rsidR="006F7457" w:rsidRPr="00332DB8" w:rsidRDefault="00332DB8">
            <w:pPr>
              <w:rPr>
                <w:lang w:val="ru-RU"/>
              </w:rPr>
            </w:pPr>
            <w:r w:rsidRPr="00332DB8">
              <w:rPr>
                <w:lang w:val="ru-RU"/>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2880" w:type="dxa"/>
          </w:tcPr>
          <w:p w:rsidR="006F7457" w:rsidRDefault="00332DB8">
            <w:r>
              <w:t>19.10.2017</w:t>
            </w:r>
          </w:p>
        </w:tc>
      </w:tr>
      <w:tr w:rsidR="006F7457">
        <w:tc>
          <w:tcPr>
            <w:tcW w:w="2880" w:type="dxa"/>
          </w:tcPr>
          <w:p w:rsidR="006F7457" w:rsidRDefault="00332DB8">
            <w:r>
              <w:t>4273.</w:t>
            </w:r>
          </w:p>
        </w:tc>
        <w:tc>
          <w:tcPr>
            <w:tcW w:w="2880" w:type="dxa"/>
          </w:tcPr>
          <w:p w:rsidR="006F7457" w:rsidRPr="00332DB8" w:rsidRDefault="00332DB8">
            <w:pPr>
              <w:rPr>
                <w:lang w:val="ru-RU"/>
              </w:rPr>
            </w:pPr>
            <w:r w:rsidRPr="00332DB8">
              <w:rPr>
                <w:lang w:val="ru-RU"/>
              </w:rPr>
              <w:t xml:space="preserve">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w:t>
            </w:r>
            <w:r>
              <w:t>https</w:t>
            </w:r>
            <w:r w:rsidRPr="00332DB8">
              <w:rPr>
                <w:lang w:val="ru-RU"/>
              </w:rPr>
              <w:t>://</w:t>
            </w:r>
            <w:r>
              <w:t>vk</w:t>
            </w:r>
            <w:r w:rsidRPr="00332DB8">
              <w:rPr>
                <w:lang w:val="ru-RU"/>
              </w:rPr>
              <w:t>.</w:t>
            </w:r>
            <w:r>
              <w:t>com</w:t>
            </w:r>
            <w:r w:rsidRPr="00332DB8">
              <w:rPr>
                <w:lang w:val="ru-RU"/>
              </w:rPr>
              <w:t>/</w:t>
            </w:r>
            <w:r>
              <w:t>id</w:t>
            </w:r>
            <w:r w:rsidRPr="00332DB8">
              <w:rPr>
                <w:lang w:val="ru-RU"/>
              </w:rPr>
              <w:t>239086263 (решение Октябрьского районного суда г. Краснодара от 15.08.2017);</w:t>
            </w:r>
          </w:p>
        </w:tc>
        <w:tc>
          <w:tcPr>
            <w:tcW w:w="2880" w:type="dxa"/>
          </w:tcPr>
          <w:p w:rsidR="006F7457" w:rsidRDefault="00332DB8">
            <w:r>
              <w:t>10.11.2017</w:t>
            </w:r>
          </w:p>
        </w:tc>
      </w:tr>
      <w:tr w:rsidR="006F7457">
        <w:tc>
          <w:tcPr>
            <w:tcW w:w="2880" w:type="dxa"/>
          </w:tcPr>
          <w:p w:rsidR="006F7457" w:rsidRDefault="00332DB8">
            <w:r>
              <w:t>4274.</w:t>
            </w:r>
          </w:p>
        </w:tc>
        <w:tc>
          <w:tcPr>
            <w:tcW w:w="2880" w:type="dxa"/>
          </w:tcPr>
          <w:p w:rsidR="006F7457" w:rsidRPr="00332DB8" w:rsidRDefault="00332DB8">
            <w:pPr>
              <w:rPr>
                <w:lang w:val="ru-RU"/>
              </w:rPr>
            </w:pPr>
            <w:r w:rsidRPr="00332DB8">
              <w:rPr>
                <w:lang w:val="ru-RU"/>
              </w:rPr>
              <w:t>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2880" w:type="dxa"/>
          </w:tcPr>
          <w:p w:rsidR="006F7457" w:rsidRDefault="00332DB8">
            <w:r>
              <w:t>10.11.2017</w:t>
            </w:r>
          </w:p>
        </w:tc>
      </w:tr>
      <w:tr w:rsidR="006F7457">
        <w:tc>
          <w:tcPr>
            <w:tcW w:w="2880" w:type="dxa"/>
          </w:tcPr>
          <w:p w:rsidR="006F7457" w:rsidRDefault="00332DB8">
            <w:r>
              <w:t>4</w:t>
            </w:r>
            <w:r>
              <w:lastRenderedPageBreak/>
              <w:t>275.</w:t>
            </w:r>
          </w:p>
        </w:tc>
        <w:tc>
          <w:tcPr>
            <w:tcW w:w="2880" w:type="dxa"/>
          </w:tcPr>
          <w:p w:rsidR="006F7457" w:rsidRPr="00332DB8" w:rsidRDefault="00332DB8">
            <w:pPr>
              <w:rPr>
                <w:lang w:val="ru-RU"/>
              </w:rPr>
            </w:pPr>
            <w:r w:rsidRPr="00332DB8">
              <w:rPr>
                <w:lang w:val="ru-RU"/>
              </w:rPr>
              <w:lastRenderedPageBreak/>
              <w:t xml:space="preserve">Информационный видеоматериал (видеозапись) «Шейх Анвар аль-Авляки (рахимахуЛлах). Положение </w:t>
            </w:r>
            <w:r w:rsidRPr="00332DB8">
              <w:rPr>
                <w:lang w:val="ru-RU"/>
              </w:rPr>
              <w:lastRenderedPageBreak/>
              <w:t>нынешних уче.</w:t>
            </w:r>
            <w:r>
              <w:t>m</w:t>
            </w:r>
            <w:r w:rsidRPr="00332DB8">
              <w:rPr>
                <w:lang w:val="ru-RU"/>
              </w:rPr>
              <w:t xml:space="preserve">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250979272 (решение Таганского районного суда города Москвы от 30.05.2017);</w:t>
            </w:r>
          </w:p>
        </w:tc>
        <w:tc>
          <w:tcPr>
            <w:tcW w:w="2880" w:type="dxa"/>
          </w:tcPr>
          <w:p w:rsidR="006F7457" w:rsidRDefault="00332DB8">
            <w:r>
              <w:lastRenderedPageBreak/>
              <w:t>10.</w:t>
            </w:r>
            <w:r>
              <w:lastRenderedPageBreak/>
              <w:t>11.2017</w:t>
            </w:r>
          </w:p>
        </w:tc>
      </w:tr>
      <w:tr w:rsidR="006F7457">
        <w:tc>
          <w:tcPr>
            <w:tcW w:w="2880" w:type="dxa"/>
          </w:tcPr>
          <w:p w:rsidR="006F7457" w:rsidRDefault="00332DB8">
            <w:r>
              <w:lastRenderedPageBreak/>
              <w:t>4276.</w:t>
            </w:r>
          </w:p>
        </w:tc>
        <w:tc>
          <w:tcPr>
            <w:tcW w:w="2880" w:type="dxa"/>
          </w:tcPr>
          <w:p w:rsidR="006F7457" w:rsidRPr="00332DB8" w:rsidRDefault="00332DB8">
            <w:pPr>
              <w:rPr>
                <w:lang w:val="ru-RU"/>
              </w:rPr>
            </w:pPr>
            <w:r w:rsidRPr="00332DB8">
              <w:rPr>
                <w:lang w:val="ru-RU"/>
              </w:rPr>
              <w:t>Информационный видеоматериал (видеозапись) «Шахада Амира СайфуЛЛаха Шишани.</w:t>
            </w:r>
            <w:r>
              <w:t>m</w:t>
            </w:r>
            <w:r w:rsidRPr="00332DB8">
              <w:rPr>
                <w:lang w:val="ru-RU"/>
              </w:rPr>
              <w:t xml:space="preserve">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250979272 (решение Таганского районного суда города Москвы от 30.05.2017);</w:t>
            </w:r>
          </w:p>
        </w:tc>
        <w:tc>
          <w:tcPr>
            <w:tcW w:w="2880" w:type="dxa"/>
          </w:tcPr>
          <w:p w:rsidR="006F7457" w:rsidRDefault="00332DB8">
            <w:r>
              <w:t>10.11.2017</w:t>
            </w:r>
          </w:p>
        </w:tc>
      </w:tr>
      <w:tr w:rsidR="006F7457" w:rsidRPr="005A424D">
        <w:tc>
          <w:tcPr>
            <w:tcW w:w="2880" w:type="dxa"/>
          </w:tcPr>
          <w:p w:rsidR="006F7457" w:rsidRDefault="00332DB8">
            <w:r>
              <w:t>4277.</w:t>
            </w:r>
          </w:p>
        </w:tc>
        <w:tc>
          <w:tcPr>
            <w:tcW w:w="2880" w:type="dxa"/>
          </w:tcPr>
          <w:p w:rsidR="006F7457" w:rsidRPr="00332DB8" w:rsidRDefault="00332DB8">
            <w:pPr>
              <w:rPr>
                <w:lang w:val="ru-RU"/>
              </w:rPr>
            </w:pPr>
            <w:r w:rsidRPr="00332DB8">
              <w:rPr>
                <w:lang w:val="ru-RU"/>
              </w:rPr>
              <w:t xml:space="preserve">Информационный видеоматериал (видеозапись) «Халифат. </w:t>
            </w:r>
            <w:r>
              <w:t>m</w:t>
            </w:r>
            <w:r w:rsidRPr="00332DB8">
              <w:rPr>
                <w:lang w:val="ru-RU"/>
              </w:rPr>
              <w:t xml:space="preserve">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250979272 (решение Таганского районного суда города Москвы от 30.05.2017);</w:t>
            </w:r>
          </w:p>
        </w:tc>
        <w:tc>
          <w:tcPr>
            <w:tcW w:w="2880" w:type="dxa"/>
          </w:tcPr>
          <w:p w:rsidR="006F7457" w:rsidRPr="00332DB8" w:rsidRDefault="006F7457">
            <w:pPr>
              <w:rPr>
                <w:lang w:val="ru-RU"/>
              </w:rPr>
            </w:pPr>
          </w:p>
        </w:tc>
      </w:tr>
      <w:tr w:rsidR="006F7457">
        <w:tc>
          <w:tcPr>
            <w:tcW w:w="2880" w:type="dxa"/>
          </w:tcPr>
          <w:p w:rsidR="006F7457" w:rsidRDefault="00332DB8">
            <w:r>
              <w:t>4278.</w:t>
            </w:r>
          </w:p>
        </w:tc>
        <w:tc>
          <w:tcPr>
            <w:tcW w:w="2880" w:type="dxa"/>
          </w:tcPr>
          <w:p w:rsidR="006F7457" w:rsidRPr="00332DB8" w:rsidRDefault="00332DB8">
            <w:pPr>
              <w:rPr>
                <w:lang w:val="ru-RU"/>
              </w:rPr>
            </w:pPr>
            <w:r w:rsidRPr="00332DB8">
              <w:rPr>
                <w:lang w:val="ru-RU"/>
              </w:rPr>
              <w:t xml:space="preserve">Информационный видеоматериал (видеозапись) «Рассказ брата с земель Халифата. </w:t>
            </w:r>
            <w:r>
              <w:t>m</w:t>
            </w:r>
            <w:r w:rsidRPr="00332DB8">
              <w:rPr>
                <w:lang w:val="ru-RU"/>
              </w:rPr>
              <w:t xml:space="preserve">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250979272 (решение Таганского районного суда города Москвы от 30.05.2017);</w:t>
            </w:r>
          </w:p>
        </w:tc>
        <w:tc>
          <w:tcPr>
            <w:tcW w:w="2880" w:type="dxa"/>
          </w:tcPr>
          <w:p w:rsidR="006F7457" w:rsidRDefault="00332DB8">
            <w:r>
              <w:t>10.11.2017</w:t>
            </w:r>
          </w:p>
        </w:tc>
      </w:tr>
      <w:tr w:rsidR="006F7457">
        <w:tc>
          <w:tcPr>
            <w:tcW w:w="2880" w:type="dxa"/>
          </w:tcPr>
          <w:p w:rsidR="006F7457" w:rsidRDefault="00332DB8">
            <w:r>
              <w:t>4279.</w:t>
            </w:r>
          </w:p>
        </w:tc>
        <w:tc>
          <w:tcPr>
            <w:tcW w:w="2880" w:type="dxa"/>
          </w:tcPr>
          <w:p w:rsidR="006F7457" w:rsidRPr="00332DB8" w:rsidRDefault="00332DB8">
            <w:pPr>
              <w:rPr>
                <w:lang w:val="ru-RU"/>
              </w:rPr>
            </w:pPr>
            <w:r w:rsidRPr="00332DB8">
              <w:rPr>
                <w:lang w:val="ru-RU"/>
              </w:rPr>
              <w:t xml:space="preserve">Информационный видеоматериал (видеозапись) «Обращение амира ИГИШ Абу Бакра аль-Багдади. </w:t>
            </w:r>
            <w:r>
              <w:t>m</w:t>
            </w:r>
            <w:r w:rsidRPr="00332DB8">
              <w:rPr>
                <w:lang w:val="ru-RU"/>
              </w:rPr>
              <w:t xml:space="preserve">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250979272 (решение Таганского районного суда города Москвы от 30.05.2017);</w:t>
            </w:r>
          </w:p>
        </w:tc>
        <w:tc>
          <w:tcPr>
            <w:tcW w:w="2880" w:type="dxa"/>
          </w:tcPr>
          <w:p w:rsidR="006F7457" w:rsidRDefault="00332DB8">
            <w:r>
              <w:t>10.11.2017</w:t>
            </w:r>
          </w:p>
        </w:tc>
      </w:tr>
      <w:tr w:rsidR="006F7457">
        <w:tc>
          <w:tcPr>
            <w:tcW w:w="2880" w:type="dxa"/>
          </w:tcPr>
          <w:p w:rsidR="006F7457" w:rsidRDefault="00332DB8">
            <w:r>
              <w:t>4280.</w:t>
            </w:r>
          </w:p>
        </w:tc>
        <w:tc>
          <w:tcPr>
            <w:tcW w:w="2880" w:type="dxa"/>
          </w:tcPr>
          <w:p w:rsidR="006F7457" w:rsidRPr="00332DB8" w:rsidRDefault="00332DB8">
            <w:pPr>
              <w:rPr>
                <w:lang w:val="ru-RU"/>
              </w:rPr>
            </w:pPr>
            <w:r w:rsidRPr="00332DB8">
              <w:rPr>
                <w:lang w:val="ru-RU"/>
              </w:rPr>
              <w:t xml:space="preserve">Информационный видеоматериал (видеозапись) «Надыр Абу Халид – Кого постигает проклятие Аллаха. </w:t>
            </w:r>
            <w:r>
              <w:t>m</w:t>
            </w:r>
            <w:r w:rsidRPr="00332DB8">
              <w:rPr>
                <w:lang w:val="ru-RU"/>
              </w:rPr>
              <w:t xml:space="preserve">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250979272 (решение Таганского районного суда города Москвы от 30.05.2017);</w:t>
            </w:r>
          </w:p>
        </w:tc>
        <w:tc>
          <w:tcPr>
            <w:tcW w:w="2880" w:type="dxa"/>
          </w:tcPr>
          <w:p w:rsidR="006F7457" w:rsidRDefault="00332DB8">
            <w:r>
              <w:t>10.11.2017</w:t>
            </w:r>
          </w:p>
        </w:tc>
      </w:tr>
      <w:tr w:rsidR="006F7457">
        <w:tc>
          <w:tcPr>
            <w:tcW w:w="2880" w:type="dxa"/>
          </w:tcPr>
          <w:p w:rsidR="006F7457" w:rsidRDefault="00332DB8">
            <w:r>
              <w:lastRenderedPageBreak/>
              <w:t>4281.</w:t>
            </w:r>
          </w:p>
        </w:tc>
        <w:tc>
          <w:tcPr>
            <w:tcW w:w="2880" w:type="dxa"/>
          </w:tcPr>
          <w:p w:rsidR="006F7457" w:rsidRPr="00332DB8" w:rsidRDefault="00332DB8">
            <w:pPr>
              <w:rPr>
                <w:lang w:val="ru-RU"/>
              </w:rPr>
            </w:pPr>
            <w:r w:rsidRPr="00332DB8">
              <w:rPr>
                <w:lang w:val="ru-RU"/>
              </w:rPr>
              <w:t xml:space="preserve">Информационный видеоматериал (видеозапись) «Камиль абу Султан обращение из ХАЛИФАТА. </w:t>
            </w:r>
            <w:r>
              <w:t>m</w:t>
            </w:r>
            <w:r w:rsidRPr="00332DB8">
              <w:rPr>
                <w:lang w:val="ru-RU"/>
              </w:rPr>
              <w:t xml:space="preserve">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250979272 (решение Таганского районного суда города Москвы от 30.05.2017);</w:t>
            </w:r>
          </w:p>
        </w:tc>
        <w:tc>
          <w:tcPr>
            <w:tcW w:w="2880" w:type="dxa"/>
          </w:tcPr>
          <w:p w:rsidR="006F7457" w:rsidRDefault="00332DB8">
            <w:r>
              <w:t>10.11.2017</w:t>
            </w:r>
          </w:p>
        </w:tc>
      </w:tr>
      <w:tr w:rsidR="006F7457">
        <w:tc>
          <w:tcPr>
            <w:tcW w:w="2880" w:type="dxa"/>
          </w:tcPr>
          <w:p w:rsidR="006F7457" w:rsidRDefault="00332DB8">
            <w:r>
              <w:t>4282.</w:t>
            </w:r>
          </w:p>
        </w:tc>
        <w:tc>
          <w:tcPr>
            <w:tcW w:w="2880" w:type="dxa"/>
          </w:tcPr>
          <w:p w:rsidR="006F7457" w:rsidRPr="00332DB8" w:rsidRDefault="00332DB8">
            <w:pPr>
              <w:rPr>
                <w:lang w:val="ru-RU"/>
              </w:rPr>
            </w:pPr>
            <w:r w:rsidRPr="00332DB8">
              <w:rPr>
                <w:lang w:val="ru-RU"/>
              </w:rPr>
              <w:t xml:space="preserve">Информационный видеоматериал (видеозапись) «Исламское государство о Халифате 2016. </w:t>
            </w:r>
            <w:r>
              <w:t>m</w:t>
            </w:r>
            <w:r w:rsidRPr="00332DB8">
              <w:rPr>
                <w:lang w:val="ru-RU"/>
              </w:rPr>
              <w:t xml:space="preserve">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250979272 (решение Таганского районного суда города Москвы от 30.05.2017);</w:t>
            </w:r>
          </w:p>
        </w:tc>
        <w:tc>
          <w:tcPr>
            <w:tcW w:w="2880" w:type="dxa"/>
          </w:tcPr>
          <w:p w:rsidR="006F7457" w:rsidRDefault="00332DB8">
            <w:r>
              <w:t>10.11.2017</w:t>
            </w:r>
          </w:p>
        </w:tc>
      </w:tr>
      <w:tr w:rsidR="006F7457">
        <w:tc>
          <w:tcPr>
            <w:tcW w:w="2880" w:type="dxa"/>
          </w:tcPr>
          <w:p w:rsidR="006F7457" w:rsidRDefault="00332DB8">
            <w:r>
              <w:t>4283.</w:t>
            </w:r>
          </w:p>
        </w:tc>
        <w:tc>
          <w:tcPr>
            <w:tcW w:w="2880" w:type="dxa"/>
          </w:tcPr>
          <w:p w:rsidR="006F7457" w:rsidRPr="00332DB8" w:rsidRDefault="00332DB8">
            <w:pPr>
              <w:rPr>
                <w:lang w:val="ru-RU"/>
              </w:rPr>
            </w:pPr>
            <w:r w:rsidRPr="00332DB8">
              <w:rPr>
                <w:lang w:val="ru-RU"/>
              </w:rPr>
              <w:t xml:space="preserve">Информационный видеоматериал (видеозапись) «Закон Аллаха в Исламском Халифате. </w:t>
            </w:r>
            <w:r>
              <w:t>m</w:t>
            </w:r>
            <w:r w:rsidRPr="00332DB8">
              <w:rPr>
                <w:lang w:val="ru-RU"/>
              </w:rPr>
              <w:t xml:space="preserve">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250979272 (решение Таганского районного суда города Москвы от 30.05.2017);</w:t>
            </w:r>
          </w:p>
        </w:tc>
        <w:tc>
          <w:tcPr>
            <w:tcW w:w="2880" w:type="dxa"/>
          </w:tcPr>
          <w:p w:rsidR="006F7457" w:rsidRDefault="00332DB8">
            <w:r>
              <w:t>10.11.2017</w:t>
            </w:r>
          </w:p>
        </w:tc>
      </w:tr>
      <w:tr w:rsidR="006F7457">
        <w:tc>
          <w:tcPr>
            <w:tcW w:w="2880" w:type="dxa"/>
          </w:tcPr>
          <w:p w:rsidR="006F7457" w:rsidRDefault="00332DB8">
            <w:r>
              <w:t>4284.</w:t>
            </w:r>
          </w:p>
        </w:tc>
        <w:tc>
          <w:tcPr>
            <w:tcW w:w="2880" w:type="dxa"/>
          </w:tcPr>
          <w:p w:rsidR="006F7457" w:rsidRPr="00332DB8" w:rsidRDefault="00332DB8">
            <w:pPr>
              <w:rPr>
                <w:lang w:val="ru-RU"/>
              </w:rPr>
            </w:pPr>
            <w:r w:rsidRPr="00332DB8">
              <w:rPr>
                <w:lang w:val="ru-RU"/>
              </w:rPr>
              <w:t xml:space="preserve">Информационный видеоматериал (видеозапись) «Душераздирающее дуа имамом в Восточной мечети. </w:t>
            </w:r>
            <w:r>
              <w:t>m</w:t>
            </w:r>
            <w:r w:rsidRPr="00332DB8">
              <w:rPr>
                <w:lang w:val="ru-RU"/>
              </w:rPr>
              <w:t xml:space="preserve">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250979272 (решение Таганского районного суда города Москвы от 30.05.2017);</w:t>
            </w:r>
          </w:p>
        </w:tc>
        <w:tc>
          <w:tcPr>
            <w:tcW w:w="2880" w:type="dxa"/>
          </w:tcPr>
          <w:p w:rsidR="006F7457" w:rsidRDefault="00332DB8">
            <w:r>
              <w:t>10.11.2017</w:t>
            </w:r>
          </w:p>
        </w:tc>
      </w:tr>
      <w:tr w:rsidR="006F7457">
        <w:tc>
          <w:tcPr>
            <w:tcW w:w="2880" w:type="dxa"/>
          </w:tcPr>
          <w:p w:rsidR="006F7457" w:rsidRDefault="00332DB8">
            <w:r>
              <w:t>4285.</w:t>
            </w:r>
          </w:p>
        </w:tc>
        <w:tc>
          <w:tcPr>
            <w:tcW w:w="2880" w:type="dxa"/>
          </w:tcPr>
          <w:p w:rsidR="006F7457" w:rsidRPr="00332DB8" w:rsidRDefault="00332DB8">
            <w:pPr>
              <w:rPr>
                <w:lang w:val="ru-RU"/>
              </w:rPr>
            </w:pPr>
            <w:r w:rsidRPr="00332DB8">
              <w:rPr>
                <w:lang w:val="ru-RU"/>
              </w:rPr>
              <w:t xml:space="preserve">Информационный видеоматериал (видеозапись) «Дети муджахидов в Халифате. </w:t>
            </w:r>
            <w:r>
              <w:t>m</w:t>
            </w:r>
            <w:r w:rsidRPr="00332DB8">
              <w:rPr>
                <w:lang w:val="ru-RU"/>
              </w:rPr>
              <w:t xml:space="preserve">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250979272 (решение Таганского районного суда города Москвы от 30.05.2017);</w:t>
            </w:r>
          </w:p>
        </w:tc>
        <w:tc>
          <w:tcPr>
            <w:tcW w:w="2880" w:type="dxa"/>
          </w:tcPr>
          <w:p w:rsidR="006F7457" w:rsidRDefault="00332DB8">
            <w:r>
              <w:t>10.11.2017</w:t>
            </w:r>
          </w:p>
        </w:tc>
      </w:tr>
      <w:tr w:rsidR="006F7457">
        <w:tc>
          <w:tcPr>
            <w:tcW w:w="2880" w:type="dxa"/>
          </w:tcPr>
          <w:p w:rsidR="006F7457" w:rsidRDefault="00332DB8">
            <w:r>
              <w:t>428</w:t>
            </w:r>
            <w:r>
              <w:lastRenderedPageBreak/>
              <w:t>6.</w:t>
            </w:r>
          </w:p>
        </w:tc>
        <w:tc>
          <w:tcPr>
            <w:tcW w:w="2880" w:type="dxa"/>
          </w:tcPr>
          <w:p w:rsidR="006F7457" w:rsidRPr="00332DB8" w:rsidRDefault="00332DB8">
            <w:pPr>
              <w:rPr>
                <w:lang w:val="ru-RU"/>
              </w:rPr>
            </w:pPr>
            <w:r w:rsidRPr="00332DB8">
              <w:rPr>
                <w:lang w:val="ru-RU"/>
              </w:rPr>
              <w:lastRenderedPageBreak/>
              <w:t xml:space="preserve">Информационный видеоматериал (видеозапись) «Ахмад Медицинский О Аллах, вот я перед Тобой!. </w:t>
            </w:r>
            <w:r>
              <w:t>m</w:t>
            </w:r>
            <w:r w:rsidRPr="00332DB8">
              <w:rPr>
                <w:lang w:val="ru-RU"/>
              </w:rPr>
              <w:t xml:space="preserve">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w:t>
            </w:r>
            <w:r>
              <w:lastRenderedPageBreak/>
              <w:t>http</w:t>
            </w:r>
            <w:r w:rsidRPr="00332DB8">
              <w:rPr>
                <w:lang w:val="ru-RU"/>
              </w:rPr>
              <w:t>://</w:t>
            </w:r>
            <w:r>
              <w:t>vk</w:t>
            </w:r>
            <w:r w:rsidRPr="00332DB8">
              <w:rPr>
                <w:lang w:val="ru-RU"/>
              </w:rPr>
              <w:t>.</w:t>
            </w:r>
            <w:r>
              <w:t>com</w:t>
            </w:r>
            <w:r w:rsidRPr="00332DB8">
              <w:rPr>
                <w:lang w:val="ru-RU"/>
              </w:rPr>
              <w:t>/</w:t>
            </w:r>
            <w:r>
              <w:t>id</w:t>
            </w:r>
            <w:r w:rsidRPr="00332DB8">
              <w:rPr>
                <w:lang w:val="ru-RU"/>
              </w:rPr>
              <w:t>250979272 (решение Таганского районного суда города Москвы от 30.05.2017);</w:t>
            </w:r>
          </w:p>
        </w:tc>
        <w:tc>
          <w:tcPr>
            <w:tcW w:w="2880" w:type="dxa"/>
          </w:tcPr>
          <w:p w:rsidR="006F7457" w:rsidRDefault="00332DB8">
            <w:r>
              <w:lastRenderedPageBreak/>
              <w:t>10.11.201</w:t>
            </w:r>
            <w:r>
              <w:lastRenderedPageBreak/>
              <w:t>7</w:t>
            </w:r>
          </w:p>
        </w:tc>
      </w:tr>
      <w:tr w:rsidR="006F7457">
        <w:tc>
          <w:tcPr>
            <w:tcW w:w="2880" w:type="dxa"/>
          </w:tcPr>
          <w:p w:rsidR="006F7457" w:rsidRDefault="00332DB8">
            <w:r>
              <w:lastRenderedPageBreak/>
              <w:t>4287.</w:t>
            </w:r>
          </w:p>
        </w:tc>
        <w:tc>
          <w:tcPr>
            <w:tcW w:w="2880" w:type="dxa"/>
          </w:tcPr>
          <w:p w:rsidR="006F7457" w:rsidRPr="00332DB8" w:rsidRDefault="00332DB8">
            <w:pPr>
              <w:rPr>
                <w:lang w:val="ru-RU"/>
              </w:rPr>
            </w:pPr>
            <w:r w:rsidRPr="00332DB8">
              <w:rPr>
                <w:lang w:val="ru-RU"/>
              </w:rPr>
              <w:t xml:space="preserve">Информационный видеоматериал (видеозапись) «Ахмад Медицинский и Муххаммад Абу Зейд наставление!. </w:t>
            </w:r>
            <w:r>
              <w:t>m</w:t>
            </w:r>
            <w:r w:rsidRPr="00332DB8">
              <w:rPr>
                <w:lang w:val="ru-RU"/>
              </w:rPr>
              <w:t xml:space="preserve">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250979272 (решение Таганского районного суда города Москвы от 30.05.2017);</w:t>
            </w:r>
          </w:p>
        </w:tc>
        <w:tc>
          <w:tcPr>
            <w:tcW w:w="2880" w:type="dxa"/>
          </w:tcPr>
          <w:p w:rsidR="006F7457" w:rsidRDefault="00332DB8">
            <w:r>
              <w:t>10.11.2017</w:t>
            </w:r>
          </w:p>
        </w:tc>
      </w:tr>
      <w:tr w:rsidR="006F7457">
        <w:tc>
          <w:tcPr>
            <w:tcW w:w="2880" w:type="dxa"/>
          </w:tcPr>
          <w:p w:rsidR="006F7457" w:rsidRDefault="00332DB8">
            <w:r>
              <w:t>4288.</w:t>
            </w:r>
          </w:p>
        </w:tc>
        <w:tc>
          <w:tcPr>
            <w:tcW w:w="2880" w:type="dxa"/>
          </w:tcPr>
          <w:p w:rsidR="006F7457" w:rsidRPr="00332DB8" w:rsidRDefault="00332DB8">
            <w:pPr>
              <w:rPr>
                <w:lang w:val="ru-RU"/>
              </w:rPr>
            </w:pPr>
            <w:r w:rsidRPr="00332DB8">
              <w:rPr>
                <w:lang w:val="ru-RU"/>
              </w:rPr>
              <w:t xml:space="preserve">Информационный видеоматериал (видеозапись) «Аллах помогает Своему, пока тот помогает брату по вере. </w:t>
            </w:r>
            <w:r>
              <w:t>m</w:t>
            </w:r>
            <w:r w:rsidRPr="00332DB8">
              <w:rPr>
                <w:lang w:val="ru-RU"/>
              </w:rPr>
              <w:t xml:space="preserve">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250979272 (решение Таганского районного суда города Москвы от 30.05.2017);</w:t>
            </w:r>
          </w:p>
        </w:tc>
        <w:tc>
          <w:tcPr>
            <w:tcW w:w="2880" w:type="dxa"/>
          </w:tcPr>
          <w:p w:rsidR="006F7457" w:rsidRDefault="00332DB8">
            <w:r>
              <w:t>10.11.2017</w:t>
            </w:r>
          </w:p>
        </w:tc>
      </w:tr>
      <w:tr w:rsidR="006F7457">
        <w:tc>
          <w:tcPr>
            <w:tcW w:w="2880" w:type="dxa"/>
          </w:tcPr>
          <w:p w:rsidR="006F7457" w:rsidRDefault="00332DB8">
            <w:r>
              <w:t>4289.</w:t>
            </w:r>
          </w:p>
        </w:tc>
        <w:tc>
          <w:tcPr>
            <w:tcW w:w="2880" w:type="dxa"/>
          </w:tcPr>
          <w:p w:rsidR="006F7457" w:rsidRPr="00332DB8" w:rsidRDefault="00332DB8">
            <w:pPr>
              <w:rPr>
                <w:lang w:val="ru-RU"/>
              </w:rPr>
            </w:pPr>
            <w:r w:rsidRPr="00332DB8">
              <w:rPr>
                <w:lang w:val="ru-RU"/>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2880" w:type="dxa"/>
          </w:tcPr>
          <w:p w:rsidR="006F7457" w:rsidRDefault="00332DB8">
            <w:r>
              <w:t>10.11.2017</w:t>
            </w:r>
          </w:p>
        </w:tc>
      </w:tr>
      <w:tr w:rsidR="006F7457">
        <w:tc>
          <w:tcPr>
            <w:tcW w:w="2880" w:type="dxa"/>
          </w:tcPr>
          <w:p w:rsidR="006F7457" w:rsidRDefault="00332DB8">
            <w:r>
              <w:t>4290.</w:t>
            </w:r>
          </w:p>
        </w:tc>
        <w:tc>
          <w:tcPr>
            <w:tcW w:w="2880" w:type="dxa"/>
          </w:tcPr>
          <w:p w:rsidR="006F7457" w:rsidRPr="00332DB8" w:rsidRDefault="00332DB8">
            <w:pPr>
              <w:rPr>
                <w:lang w:val="ru-RU"/>
              </w:rPr>
            </w:pPr>
            <w:r w:rsidRPr="00332DB8">
              <w:rPr>
                <w:lang w:val="ru-RU"/>
              </w:rPr>
              <w:t>Видеозапись «В стиле группы Кровосток - Зига (</w:t>
            </w:r>
            <w:r>
              <w:t>RAP</w:t>
            </w:r>
            <w:r w:rsidRPr="00332DB8">
              <w:rPr>
                <w:lang w:val="ru-RU"/>
              </w:rPr>
              <w:t>)»,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2880" w:type="dxa"/>
          </w:tcPr>
          <w:p w:rsidR="006F7457" w:rsidRDefault="00332DB8">
            <w:r>
              <w:t>10.11.2017</w:t>
            </w:r>
          </w:p>
        </w:tc>
      </w:tr>
      <w:tr w:rsidR="006F7457">
        <w:tc>
          <w:tcPr>
            <w:tcW w:w="2880" w:type="dxa"/>
          </w:tcPr>
          <w:p w:rsidR="006F7457" w:rsidRDefault="00332DB8">
            <w:r>
              <w:t>4291.</w:t>
            </w:r>
          </w:p>
        </w:tc>
        <w:tc>
          <w:tcPr>
            <w:tcW w:w="2880" w:type="dxa"/>
          </w:tcPr>
          <w:p w:rsidR="006F7457" w:rsidRPr="00332DB8" w:rsidRDefault="00332DB8">
            <w:pPr>
              <w:rPr>
                <w:lang w:val="ru-RU"/>
              </w:rPr>
            </w:pPr>
            <w:r w:rsidRPr="00332DB8">
              <w:rPr>
                <w:lang w:val="ru-RU"/>
              </w:rPr>
              <w:t>Бюллетень «Как Иегова общается с людьми» издание август 2015г. (решение Арсеньевского городского суда Приморского края от 25.08.2017);</w:t>
            </w:r>
          </w:p>
        </w:tc>
        <w:tc>
          <w:tcPr>
            <w:tcW w:w="2880" w:type="dxa"/>
          </w:tcPr>
          <w:p w:rsidR="006F7457" w:rsidRDefault="00332DB8">
            <w:r>
              <w:t>10.11.2017</w:t>
            </w:r>
          </w:p>
        </w:tc>
      </w:tr>
      <w:tr w:rsidR="006F7457">
        <w:tc>
          <w:tcPr>
            <w:tcW w:w="2880" w:type="dxa"/>
          </w:tcPr>
          <w:p w:rsidR="006F7457" w:rsidRDefault="00332DB8">
            <w:r>
              <w:t>4</w:t>
            </w:r>
            <w:r>
              <w:lastRenderedPageBreak/>
              <w:t>292.</w:t>
            </w:r>
          </w:p>
        </w:tc>
        <w:tc>
          <w:tcPr>
            <w:tcW w:w="2880" w:type="dxa"/>
          </w:tcPr>
          <w:p w:rsidR="006F7457" w:rsidRDefault="00332DB8">
            <w:r w:rsidRPr="00332DB8">
              <w:rPr>
                <w:lang w:val="ru-RU"/>
              </w:rPr>
              <w:lastRenderedPageBreak/>
              <w:t xml:space="preserve">Бюллетень «Старейшины, стараетесь ли вы обучать братьев?» издание декабрь 2014г. </w:t>
            </w:r>
            <w:r>
              <w:t xml:space="preserve">(решение Арсеньевского </w:t>
            </w:r>
            <w:r>
              <w:lastRenderedPageBreak/>
              <w:t>городского суда Приморского края от 25.08.2017);</w:t>
            </w:r>
          </w:p>
        </w:tc>
        <w:tc>
          <w:tcPr>
            <w:tcW w:w="2880" w:type="dxa"/>
          </w:tcPr>
          <w:p w:rsidR="006F7457" w:rsidRDefault="00332DB8">
            <w:r>
              <w:lastRenderedPageBreak/>
              <w:t>10.</w:t>
            </w:r>
            <w:r>
              <w:lastRenderedPageBreak/>
              <w:t>11.2017</w:t>
            </w:r>
          </w:p>
        </w:tc>
      </w:tr>
      <w:tr w:rsidR="006F7457">
        <w:tc>
          <w:tcPr>
            <w:tcW w:w="2880" w:type="dxa"/>
          </w:tcPr>
          <w:p w:rsidR="006F7457" w:rsidRDefault="00332DB8">
            <w:r>
              <w:lastRenderedPageBreak/>
              <w:t>4293.</w:t>
            </w:r>
          </w:p>
        </w:tc>
        <w:tc>
          <w:tcPr>
            <w:tcW w:w="2880" w:type="dxa"/>
          </w:tcPr>
          <w:p w:rsidR="006F7457" w:rsidRDefault="00332DB8">
            <w:r w:rsidRPr="00332DB8">
              <w:rPr>
                <w:lang w:val="ru-RU"/>
              </w:rPr>
              <w:t xml:space="preserve">Брошюра «Как я отношусь к фракциям крови и медицинским процедурам с использованием собственной крови?» издание ноябрь 2006г. </w:t>
            </w:r>
            <w:r>
              <w:t>(решение Арсеньевского городского суда Приморского края от 25.08.2017);</w:t>
            </w:r>
          </w:p>
        </w:tc>
        <w:tc>
          <w:tcPr>
            <w:tcW w:w="2880" w:type="dxa"/>
          </w:tcPr>
          <w:p w:rsidR="006F7457" w:rsidRDefault="00332DB8">
            <w:r>
              <w:t>10.11.2017</w:t>
            </w:r>
          </w:p>
        </w:tc>
      </w:tr>
      <w:tr w:rsidR="006F7457">
        <w:tc>
          <w:tcPr>
            <w:tcW w:w="2880" w:type="dxa"/>
          </w:tcPr>
          <w:p w:rsidR="006F7457" w:rsidRDefault="00332DB8">
            <w:r>
              <w:t>4294.</w:t>
            </w:r>
          </w:p>
        </w:tc>
        <w:tc>
          <w:tcPr>
            <w:tcW w:w="2880" w:type="dxa"/>
          </w:tcPr>
          <w:p w:rsidR="006F7457" w:rsidRPr="00332DB8" w:rsidRDefault="00332DB8">
            <w:pPr>
              <w:rPr>
                <w:lang w:val="ru-RU"/>
              </w:rPr>
            </w:pPr>
            <w:r w:rsidRPr="00332DB8">
              <w:rPr>
                <w:lang w:val="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2880" w:type="dxa"/>
          </w:tcPr>
          <w:p w:rsidR="006F7457" w:rsidRDefault="00332DB8">
            <w:r>
              <w:t>10.11.2017</w:t>
            </w:r>
          </w:p>
        </w:tc>
      </w:tr>
      <w:tr w:rsidR="006F7457">
        <w:tc>
          <w:tcPr>
            <w:tcW w:w="2880" w:type="dxa"/>
          </w:tcPr>
          <w:p w:rsidR="006F7457" w:rsidRDefault="00332DB8">
            <w:r>
              <w:t>4295.</w:t>
            </w:r>
          </w:p>
        </w:tc>
        <w:tc>
          <w:tcPr>
            <w:tcW w:w="2880" w:type="dxa"/>
          </w:tcPr>
          <w:p w:rsidR="006F7457" w:rsidRPr="00332DB8" w:rsidRDefault="00332DB8">
            <w:pPr>
              <w:rPr>
                <w:lang w:val="ru-RU"/>
              </w:rPr>
            </w:pPr>
            <w:r w:rsidRPr="00332DB8">
              <w:rPr>
                <w:lang w:val="ru-RU"/>
              </w:rPr>
              <w:t xml:space="preserve">Видеофайл «За Великую Русь!. </w:t>
            </w:r>
            <w:r>
              <w:t>m</w:t>
            </w:r>
            <w:r w:rsidRPr="00332DB8">
              <w:rPr>
                <w:lang w:val="ru-RU"/>
              </w:rPr>
              <w:t>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w:t>
            </w:r>
            <w:r>
              <w:t>YouTube</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video</w:t>
            </w:r>
            <w:r w:rsidRPr="00332DB8">
              <w:rPr>
                <w:lang w:val="ru-RU"/>
              </w:rPr>
              <w:t>?</w:t>
            </w:r>
            <w:r>
              <w:t>q</w:t>
            </w:r>
            <w:r w:rsidRPr="00332DB8">
              <w:rPr>
                <w:lang w:val="ru-RU"/>
              </w:rPr>
              <w:t>=%</w:t>
            </w:r>
            <w:r>
              <w:t>D</w:t>
            </w:r>
            <w:r w:rsidRPr="00332DB8">
              <w:rPr>
                <w:lang w:val="ru-RU"/>
              </w:rPr>
              <w:t>0%97%</w:t>
            </w:r>
            <w:r>
              <w:t>D</w:t>
            </w:r>
            <w:r w:rsidRPr="00332DB8">
              <w:rPr>
                <w:lang w:val="ru-RU"/>
              </w:rPr>
              <w:t>0%</w:t>
            </w:r>
            <w:r>
              <w:t>B</w:t>
            </w:r>
            <w:r w:rsidRPr="00332DB8">
              <w:rPr>
                <w:lang w:val="ru-RU"/>
              </w:rPr>
              <w:t>0%20%</w:t>
            </w:r>
            <w:r>
              <w:t>D</w:t>
            </w:r>
            <w:r w:rsidRPr="00332DB8">
              <w:rPr>
                <w:lang w:val="ru-RU"/>
              </w:rPr>
              <w:t>0%92%</w:t>
            </w:r>
            <w:r>
              <w:t>D</w:t>
            </w:r>
            <w:r w:rsidRPr="00332DB8">
              <w:rPr>
                <w:lang w:val="ru-RU"/>
              </w:rPr>
              <w:t>0%</w:t>
            </w:r>
            <w:r>
              <w:t>B</w:t>
            </w:r>
            <w:r w:rsidRPr="00332DB8">
              <w:rPr>
                <w:lang w:val="ru-RU"/>
              </w:rPr>
              <w:t>5%</w:t>
            </w:r>
            <w:r>
              <w:t>D</w:t>
            </w:r>
            <w:r w:rsidRPr="00332DB8">
              <w:rPr>
                <w:lang w:val="ru-RU"/>
              </w:rPr>
              <w:t>0%</w:t>
            </w:r>
            <w:r>
              <w:t>BB</w:t>
            </w:r>
            <w:r w:rsidRPr="00332DB8">
              <w:rPr>
                <w:lang w:val="ru-RU"/>
              </w:rPr>
              <w:t>% 0%</w:t>
            </w:r>
            <w:r>
              <w:t>B</w:t>
            </w:r>
            <w:r w:rsidRPr="00332DB8">
              <w:rPr>
                <w:lang w:val="ru-RU"/>
              </w:rPr>
              <w:t>8%</w:t>
            </w:r>
            <w:r>
              <w:t>D</w:t>
            </w:r>
            <w:r w:rsidRPr="00332DB8">
              <w:rPr>
                <w:lang w:val="ru-RU"/>
              </w:rPr>
              <w:t>0%</w:t>
            </w:r>
            <w:r>
              <w:t>BA</w:t>
            </w:r>
            <w:r w:rsidRPr="00332DB8">
              <w:rPr>
                <w:lang w:val="ru-RU"/>
              </w:rPr>
              <w:t>%</w:t>
            </w:r>
            <w:r>
              <w:t>D</w:t>
            </w:r>
            <w:r w:rsidRPr="00332DB8">
              <w:rPr>
                <w:lang w:val="ru-RU"/>
              </w:rPr>
              <w:t>1%83%</w:t>
            </w:r>
            <w:r>
              <w:t>D</w:t>
            </w:r>
            <w:r w:rsidRPr="00332DB8">
              <w:rPr>
                <w:lang w:val="ru-RU"/>
              </w:rPr>
              <w:t>1%8</w:t>
            </w:r>
            <w:r>
              <w:t>E</w:t>
            </w:r>
            <w:r w:rsidRPr="00332DB8">
              <w:rPr>
                <w:lang w:val="ru-RU"/>
              </w:rPr>
              <w:t>%20%</w:t>
            </w:r>
            <w:r>
              <w:t>D</w:t>
            </w:r>
            <w:r w:rsidRPr="00332DB8">
              <w:rPr>
                <w:lang w:val="ru-RU"/>
              </w:rPr>
              <w:t>0%</w:t>
            </w:r>
            <w:r>
              <w:t>A</w:t>
            </w:r>
            <w:r w:rsidRPr="00332DB8">
              <w:rPr>
                <w:lang w:val="ru-RU"/>
              </w:rPr>
              <w:t>0%</w:t>
            </w:r>
            <w:r>
              <w:t>D</w:t>
            </w:r>
            <w:r w:rsidRPr="00332DB8">
              <w:rPr>
                <w:lang w:val="ru-RU"/>
              </w:rPr>
              <w:t>1%83%</w:t>
            </w:r>
            <w:r>
              <w:t>D</w:t>
            </w:r>
            <w:r w:rsidRPr="00332DB8">
              <w:rPr>
                <w:lang w:val="ru-RU"/>
              </w:rPr>
              <w:t>1%81%</w:t>
            </w:r>
            <w:r>
              <w:t>D</w:t>
            </w:r>
            <w:r w:rsidRPr="00332DB8">
              <w:rPr>
                <w:lang w:val="ru-RU"/>
              </w:rPr>
              <w:t>1%8</w:t>
            </w:r>
            <w:r>
              <w:t>C</w:t>
            </w:r>
            <w:r w:rsidRPr="00332DB8">
              <w:rPr>
                <w:lang w:val="ru-RU"/>
              </w:rPr>
              <w:t>%&amp;</w:t>
            </w:r>
            <w:r>
              <w:t>z</w:t>
            </w:r>
            <w:r w:rsidRPr="00332DB8">
              <w:rPr>
                <w:lang w:val="ru-RU"/>
              </w:rPr>
              <w:t xml:space="preserve">= </w:t>
            </w:r>
            <w:r>
              <w:t>video</w:t>
            </w:r>
            <w:r w:rsidRPr="00332DB8">
              <w:rPr>
                <w:lang w:val="ru-RU"/>
              </w:rPr>
              <w:t xml:space="preserve">7134874_158829380; </w:t>
            </w:r>
            <w:r>
              <w:t>https</w:t>
            </w:r>
            <w:r w:rsidRPr="00332DB8">
              <w:rPr>
                <w:lang w:val="ru-RU"/>
              </w:rPr>
              <w:t>://</w:t>
            </w:r>
            <w:r>
              <w:t>vk</w:t>
            </w:r>
            <w:r w:rsidRPr="00332DB8">
              <w:rPr>
                <w:lang w:val="ru-RU"/>
              </w:rPr>
              <w:t>.</w:t>
            </w:r>
            <w:r>
              <w:t>com</w:t>
            </w:r>
            <w:r w:rsidRPr="00332DB8">
              <w:rPr>
                <w:lang w:val="ru-RU"/>
              </w:rPr>
              <w:t>/</w:t>
            </w:r>
            <w:r>
              <w:t>video</w:t>
            </w:r>
            <w:r w:rsidRPr="00332DB8">
              <w:rPr>
                <w:lang w:val="ru-RU"/>
              </w:rPr>
              <w:t>?</w:t>
            </w:r>
            <w:r>
              <w:t>q</w:t>
            </w:r>
            <w:r w:rsidRPr="00332DB8">
              <w:rPr>
                <w:lang w:val="ru-RU"/>
              </w:rPr>
              <w:t>=%</w:t>
            </w:r>
            <w:r>
              <w:t>D</w:t>
            </w:r>
            <w:r w:rsidRPr="00332DB8">
              <w:rPr>
                <w:lang w:val="ru-RU"/>
              </w:rPr>
              <w:t>0%97%</w:t>
            </w:r>
            <w:r>
              <w:t>D</w:t>
            </w:r>
            <w:r w:rsidRPr="00332DB8">
              <w:rPr>
                <w:lang w:val="ru-RU"/>
              </w:rPr>
              <w:t>0%</w:t>
            </w:r>
            <w:r>
              <w:t>B</w:t>
            </w:r>
            <w:r w:rsidRPr="00332DB8">
              <w:rPr>
                <w:lang w:val="ru-RU"/>
              </w:rPr>
              <w:t>0%20%</w:t>
            </w:r>
            <w:r>
              <w:t>D</w:t>
            </w:r>
            <w:r w:rsidRPr="00332DB8">
              <w:rPr>
                <w:lang w:val="ru-RU"/>
              </w:rPr>
              <w:t>0%92%</w:t>
            </w:r>
            <w:r>
              <w:t>D</w:t>
            </w:r>
            <w:r w:rsidRPr="00332DB8">
              <w:rPr>
                <w:lang w:val="ru-RU"/>
              </w:rPr>
              <w:t>0%</w:t>
            </w:r>
            <w:r>
              <w:t>B</w:t>
            </w:r>
            <w:r w:rsidRPr="00332DB8">
              <w:rPr>
                <w:lang w:val="ru-RU"/>
              </w:rPr>
              <w:t>5%</w:t>
            </w:r>
            <w:r>
              <w:t>D</w:t>
            </w:r>
            <w:r w:rsidRPr="00332DB8">
              <w:rPr>
                <w:lang w:val="ru-RU"/>
              </w:rPr>
              <w:t>0%</w:t>
            </w:r>
            <w:r>
              <w:t>BB</w:t>
            </w:r>
            <w:r w:rsidRPr="00332DB8">
              <w:rPr>
                <w:lang w:val="ru-RU"/>
              </w:rPr>
              <w:t>% 0%</w:t>
            </w:r>
            <w:r>
              <w:t>B</w:t>
            </w:r>
            <w:r w:rsidRPr="00332DB8">
              <w:rPr>
                <w:lang w:val="ru-RU"/>
              </w:rPr>
              <w:t>8%</w:t>
            </w:r>
            <w:r>
              <w:t>D</w:t>
            </w:r>
            <w:r w:rsidRPr="00332DB8">
              <w:rPr>
                <w:lang w:val="ru-RU"/>
              </w:rPr>
              <w:t>0%</w:t>
            </w:r>
            <w:r>
              <w:t>BA</w:t>
            </w:r>
            <w:r w:rsidRPr="00332DB8">
              <w:rPr>
                <w:lang w:val="ru-RU"/>
              </w:rPr>
              <w:t>%</w:t>
            </w:r>
            <w:r>
              <w:t>D</w:t>
            </w:r>
            <w:r w:rsidRPr="00332DB8">
              <w:rPr>
                <w:lang w:val="ru-RU"/>
              </w:rPr>
              <w:t>1%83%</w:t>
            </w:r>
            <w:r>
              <w:t>D</w:t>
            </w:r>
            <w:r w:rsidRPr="00332DB8">
              <w:rPr>
                <w:lang w:val="ru-RU"/>
              </w:rPr>
              <w:t>1%8</w:t>
            </w:r>
            <w:r>
              <w:t>E</w:t>
            </w:r>
            <w:r w:rsidRPr="00332DB8">
              <w:rPr>
                <w:lang w:val="ru-RU"/>
              </w:rPr>
              <w:t>%20%</w:t>
            </w:r>
            <w:r>
              <w:t>D</w:t>
            </w:r>
            <w:r w:rsidRPr="00332DB8">
              <w:rPr>
                <w:lang w:val="ru-RU"/>
              </w:rPr>
              <w:t>0%</w:t>
            </w:r>
            <w:r>
              <w:t>A</w:t>
            </w:r>
            <w:r w:rsidRPr="00332DB8">
              <w:rPr>
                <w:lang w:val="ru-RU"/>
              </w:rPr>
              <w:t>0%</w:t>
            </w:r>
            <w:r>
              <w:t>D</w:t>
            </w:r>
            <w:r w:rsidRPr="00332DB8">
              <w:rPr>
                <w:lang w:val="ru-RU"/>
              </w:rPr>
              <w:t>1%83%</w:t>
            </w:r>
            <w:r>
              <w:t>D</w:t>
            </w:r>
            <w:r w:rsidRPr="00332DB8">
              <w:rPr>
                <w:lang w:val="ru-RU"/>
              </w:rPr>
              <w:t>1%81%</w:t>
            </w:r>
            <w:r>
              <w:t>D</w:t>
            </w:r>
            <w:r w:rsidRPr="00332DB8">
              <w:rPr>
                <w:lang w:val="ru-RU"/>
              </w:rPr>
              <w:t>1%8</w:t>
            </w:r>
            <w:r>
              <w:t>C</w:t>
            </w:r>
            <w:r w:rsidRPr="00332DB8">
              <w:rPr>
                <w:lang w:val="ru-RU"/>
              </w:rPr>
              <w:t>%&amp;</w:t>
            </w:r>
            <w:r>
              <w:t>z</w:t>
            </w:r>
            <w:r w:rsidRPr="00332DB8">
              <w:rPr>
                <w:lang w:val="ru-RU"/>
              </w:rPr>
              <w:t xml:space="preserve">= </w:t>
            </w:r>
            <w:r>
              <w:t>video</w:t>
            </w:r>
            <w:r w:rsidRPr="00332DB8">
              <w:rPr>
                <w:lang w:val="ru-RU"/>
              </w:rPr>
              <w:t xml:space="preserve">142514494_171471408; </w:t>
            </w:r>
            <w:r>
              <w:t>https</w:t>
            </w:r>
            <w:r w:rsidRPr="00332DB8">
              <w:rPr>
                <w:lang w:val="ru-RU"/>
              </w:rPr>
              <w:t>://</w:t>
            </w:r>
            <w:r>
              <w:t>ok</w:t>
            </w:r>
            <w:r w:rsidRPr="00332DB8">
              <w:rPr>
                <w:lang w:val="ru-RU"/>
              </w:rPr>
              <w:t>.</w:t>
            </w:r>
            <w:r>
              <w:t>ru</w:t>
            </w:r>
            <w:r w:rsidRPr="00332DB8">
              <w:rPr>
                <w:lang w:val="ru-RU"/>
              </w:rPr>
              <w:t>/</w:t>
            </w:r>
            <w:r>
              <w:t>video</w:t>
            </w:r>
            <w:r w:rsidRPr="00332DB8">
              <w:rPr>
                <w:lang w:val="ru-RU"/>
              </w:rPr>
              <w:t xml:space="preserve">/2520910498;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uI</w:t>
            </w:r>
            <w:r w:rsidRPr="00332DB8">
              <w:rPr>
                <w:lang w:val="ru-RU"/>
              </w:rPr>
              <w:t>4</w:t>
            </w:r>
            <w:r>
              <w:t>IXSSw</w:t>
            </w:r>
            <w:r w:rsidRPr="00332DB8">
              <w:rPr>
                <w:lang w:val="ru-RU"/>
              </w:rPr>
              <w:t>7</w:t>
            </w:r>
            <w:r>
              <w:t>dY</w:t>
            </w:r>
            <w:r w:rsidRPr="00332DB8">
              <w:rPr>
                <w:lang w:val="ru-RU"/>
              </w:rPr>
              <w:t xml:space="preserve"> (решение Первомайского районного суда г. Мурманска от 12.07.2017);</w:t>
            </w:r>
          </w:p>
        </w:tc>
        <w:tc>
          <w:tcPr>
            <w:tcW w:w="2880" w:type="dxa"/>
          </w:tcPr>
          <w:p w:rsidR="006F7457" w:rsidRDefault="00332DB8">
            <w:r>
              <w:t>28.11.2017</w:t>
            </w:r>
          </w:p>
        </w:tc>
      </w:tr>
      <w:tr w:rsidR="006F7457">
        <w:tc>
          <w:tcPr>
            <w:tcW w:w="2880" w:type="dxa"/>
          </w:tcPr>
          <w:p w:rsidR="006F7457" w:rsidRDefault="00332DB8">
            <w:r>
              <w:t>4296.</w:t>
            </w:r>
          </w:p>
        </w:tc>
        <w:tc>
          <w:tcPr>
            <w:tcW w:w="2880" w:type="dxa"/>
          </w:tcPr>
          <w:p w:rsidR="006F7457" w:rsidRPr="00332DB8" w:rsidRDefault="00332DB8">
            <w:pPr>
              <w:rPr>
                <w:lang w:val="ru-RU"/>
              </w:rPr>
            </w:pPr>
            <w:r w:rsidRPr="00332DB8">
              <w:rPr>
                <w:lang w:val="ru-RU"/>
              </w:rPr>
              <w:t xml:space="preserve">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w:t>
            </w:r>
            <w:r>
              <w:t>https</w:t>
            </w:r>
            <w:r w:rsidRPr="00332DB8">
              <w:rPr>
                <w:lang w:val="ru-RU"/>
              </w:rPr>
              <w:t>://</w:t>
            </w:r>
            <w:r>
              <w:t>myzuka</w:t>
            </w:r>
            <w:r w:rsidRPr="00332DB8">
              <w:rPr>
                <w:lang w:val="ru-RU"/>
              </w:rPr>
              <w:t>.</w:t>
            </w:r>
            <w:r>
              <w:t>me</w:t>
            </w:r>
            <w:r w:rsidRPr="00332DB8">
              <w:rPr>
                <w:lang w:val="ru-RU"/>
              </w:rPr>
              <w:t>/</w:t>
            </w:r>
            <w:r>
              <w:t>Song</w:t>
            </w:r>
            <w:r w:rsidRPr="00332DB8">
              <w:rPr>
                <w:lang w:val="ru-RU"/>
              </w:rPr>
              <w:t xml:space="preserve">/830895/25- </w:t>
            </w:r>
            <w:r>
              <w:t>Region</w:t>
            </w:r>
            <w:r w:rsidRPr="00332DB8">
              <w:rPr>
                <w:lang w:val="ru-RU"/>
              </w:rPr>
              <w:t xml:space="preserve"> -</w:t>
            </w:r>
            <w:r>
              <w:t>Tolko</w:t>
            </w:r>
            <w:r w:rsidRPr="00332DB8">
              <w:rPr>
                <w:lang w:val="ru-RU"/>
              </w:rPr>
              <w:t>-</w:t>
            </w:r>
            <w:r>
              <w:t>Terror</w:t>
            </w:r>
            <w:r w:rsidRPr="00332DB8">
              <w:rPr>
                <w:lang w:val="ru-RU"/>
              </w:rPr>
              <w:t xml:space="preserve">, </w:t>
            </w:r>
            <w:r>
              <w:t>http</w:t>
            </w:r>
            <w:r w:rsidRPr="00332DB8">
              <w:rPr>
                <w:lang w:val="ru-RU"/>
              </w:rPr>
              <w:t>://</w:t>
            </w:r>
            <w:r>
              <w:t>mpp</w:t>
            </w:r>
            <w:r w:rsidRPr="00332DB8">
              <w:rPr>
                <w:lang w:val="ru-RU"/>
              </w:rPr>
              <w:t>3.</w:t>
            </w:r>
            <w:r>
              <w:t>me</w:t>
            </w:r>
            <w:r w:rsidRPr="00332DB8">
              <w:rPr>
                <w:lang w:val="ru-RU"/>
              </w:rPr>
              <w:t>/?</w:t>
            </w:r>
            <w:r>
              <w:t>s</w:t>
            </w:r>
            <w:r w:rsidRPr="00332DB8">
              <w:rPr>
                <w:lang w:val="ru-RU"/>
              </w:rPr>
              <w:t xml:space="preserve">=63+Регион+Только+Террор, </w:t>
            </w:r>
            <w:r>
              <w:t>https</w:t>
            </w:r>
            <w:r w:rsidRPr="00332DB8">
              <w:rPr>
                <w:lang w:val="ru-RU"/>
              </w:rPr>
              <w:t>://</w:t>
            </w:r>
            <w:r>
              <w:t>musico</w:t>
            </w:r>
            <w:r w:rsidRPr="00332DB8">
              <w:rPr>
                <w:lang w:val="ru-RU"/>
              </w:rPr>
              <w:t>.</w:t>
            </w:r>
            <w:r>
              <w:t>su</w:t>
            </w:r>
            <w:r w:rsidRPr="00332DB8">
              <w:rPr>
                <w:lang w:val="ru-RU"/>
              </w:rPr>
              <w:t>/?</w:t>
            </w:r>
            <w:r>
              <w:t>string</w:t>
            </w:r>
            <w:r w:rsidRPr="00332DB8">
              <w:rPr>
                <w:lang w:val="ru-RU"/>
              </w:rPr>
              <w:t xml:space="preserve">=63+Регион+-+Только+Террор, </w:t>
            </w:r>
            <w:r>
              <w:t>http</w:t>
            </w:r>
            <w:r w:rsidRPr="00332DB8">
              <w:rPr>
                <w:lang w:val="ru-RU"/>
              </w:rPr>
              <w:t>://</w:t>
            </w:r>
            <w:r>
              <w:t>poiskm</w:t>
            </w:r>
            <w:r w:rsidRPr="00332DB8">
              <w:rPr>
                <w:lang w:val="ru-RU"/>
              </w:rPr>
              <w:t>.</w:t>
            </w:r>
            <w:r>
              <w:t>net</w:t>
            </w:r>
            <w:r w:rsidRPr="00332DB8">
              <w:rPr>
                <w:lang w:val="ru-RU"/>
              </w:rPr>
              <w:t>/</w:t>
            </w:r>
            <w:r>
              <w:t>show</w:t>
            </w:r>
            <w:r w:rsidRPr="00332DB8">
              <w:rPr>
                <w:lang w:val="ru-RU"/>
              </w:rPr>
              <w:t xml:space="preserve">/цирюльня-им-котовского/негры-и-хачи, </w:t>
            </w:r>
            <w:r>
              <w:t>http</w:t>
            </w:r>
            <w:r w:rsidRPr="00332DB8">
              <w:rPr>
                <w:lang w:val="ru-RU"/>
              </w:rPr>
              <w:t>://</w:t>
            </w:r>
            <w:r>
              <w:t>mp</w:t>
            </w:r>
            <w:r w:rsidRPr="00332DB8">
              <w:rPr>
                <w:lang w:val="ru-RU"/>
              </w:rPr>
              <w:t>3</w:t>
            </w:r>
            <w:r>
              <w:t>start</w:t>
            </w:r>
            <w:r w:rsidRPr="00332DB8">
              <w:rPr>
                <w:lang w:val="ru-RU"/>
              </w:rPr>
              <w:t>.</w:t>
            </w:r>
            <w:r>
              <w:t>ru</w:t>
            </w:r>
            <w:r w:rsidRPr="00332DB8">
              <w:rPr>
                <w:lang w:val="ru-RU"/>
              </w:rPr>
              <w:t>/</w:t>
            </w:r>
            <w:r>
              <w:t>liric</w:t>
            </w:r>
            <w:r w:rsidRPr="00332DB8">
              <w:rPr>
                <w:lang w:val="ru-RU"/>
              </w:rPr>
              <w:t xml:space="preserve">/цирюльня+им.+котовского+негры+и+хачи, </w:t>
            </w:r>
            <w:r>
              <w:lastRenderedPageBreak/>
              <w:t>https</w:t>
            </w:r>
            <w:r w:rsidRPr="00332DB8">
              <w:rPr>
                <w:lang w:val="ru-RU"/>
              </w:rPr>
              <w:t>://</w:t>
            </w:r>
            <w:r>
              <w:t>www</w:t>
            </w:r>
            <w:r w:rsidRPr="00332DB8">
              <w:rPr>
                <w:lang w:val="ru-RU"/>
              </w:rPr>
              <w:t>.</w:t>
            </w:r>
            <w:r>
              <w:t>last</w:t>
            </w:r>
            <w:r w:rsidRPr="00332DB8">
              <w:rPr>
                <w:lang w:val="ru-RU"/>
              </w:rPr>
              <w:t>.</w:t>
            </w:r>
            <w:r>
              <w:t>fm</w:t>
            </w:r>
            <w:r w:rsidRPr="00332DB8">
              <w:rPr>
                <w:lang w:val="ru-RU"/>
              </w:rPr>
              <w:t>/</w:t>
            </w:r>
            <w:r>
              <w:t>ru</w:t>
            </w:r>
            <w:r w:rsidRPr="00332DB8">
              <w:rPr>
                <w:lang w:val="ru-RU"/>
              </w:rPr>
              <w:t>/</w:t>
            </w:r>
            <w:r>
              <w:t>music</w:t>
            </w:r>
            <w:r w:rsidRPr="00332DB8">
              <w:rPr>
                <w:lang w:val="ru-RU"/>
              </w:rPr>
              <w:t xml:space="preserve">/Цирюльня+Им.+Котовского/_/Негры+и+Хачи, </w:t>
            </w:r>
            <w:r>
              <w:t>http</w:t>
            </w:r>
            <w:r w:rsidRPr="00332DB8">
              <w:rPr>
                <w:lang w:val="ru-RU"/>
              </w:rPr>
              <w:t>://</w:t>
            </w:r>
            <w:r>
              <w:t>ladious</w:t>
            </w:r>
            <w:r w:rsidRPr="00332DB8">
              <w:rPr>
                <w:lang w:val="ru-RU"/>
              </w:rPr>
              <w:t>.</w:t>
            </w:r>
            <w:r>
              <w:t>ru</w:t>
            </w:r>
            <w:r w:rsidRPr="00332DB8">
              <w:rPr>
                <w:lang w:val="ru-RU"/>
              </w:rPr>
              <w:t>/</w:t>
            </w:r>
            <w:r>
              <w:t>search</w:t>
            </w:r>
            <w:r w:rsidRPr="00332DB8">
              <w:rPr>
                <w:lang w:val="ru-RU"/>
              </w:rPr>
              <w:t xml:space="preserve">/Цирюльня+им+Котовского+Негры+и+Хачи, </w:t>
            </w:r>
            <w:r>
              <w:t>https</w:t>
            </w:r>
            <w:r w:rsidRPr="00332DB8">
              <w:rPr>
                <w:lang w:val="ru-RU"/>
              </w:rPr>
              <w:t>://</w:t>
            </w:r>
            <w:r>
              <w:t>western</w:t>
            </w:r>
            <w:r w:rsidRPr="00332DB8">
              <w:rPr>
                <w:lang w:val="ru-RU"/>
              </w:rPr>
              <w:t>-138.</w:t>
            </w:r>
            <w:r>
              <w:t>ru</w:t>
            </w:r>
            <w:r w:rsidRPr="00332DB8">
              <w:rPr>
                <w:lang w:val="ru-RU"/>
              </w:rPr>
              <w:t>/</w:t>
            </w:r>
            <w:r>
              <w:t>ciryul</w:t>
            </w:r>
            <w:r w:rsidRPr="00332DB8">
              <w:rPr>
                <w:lang w:val="ru-RU"/>
              </w:rPr>
              <w:t>-</w:t>
            </w:r>
            <w:r>
              <w:t>nya</w:t>
            </w:r>
            <w:r w:rsidRPr="00332DB8">
              <w:rPr>
                <w:lang w:val="ru-RU"/>
              </w:rPr>
              <w:t>-</w:t>
            </w:r>
            <w:r>
              <w:t>im</w:t>
            </w:r>
            <w:r w:rsidRPr="00332DB8">
              <w:rPr>
                <w:lang w:val="ru-RU"/>
              </w:rPr>
              <w:t>-</w:t>
            </w:r>
            <w:r>
              <w:t>kotovskogo</w:t>
            </w:r>
            <w:r w:rsidRPr="00332DB8">
              <w:rPr>
                <w:lang w:val="ru-RU"/>
              </w:rPr>
              <w:t>/ (решение Центрального районного суда г. Хабаровска от 19.09.2017);</w:t>
            </w:r>
          </w:p>
        </w:tc>
        <w:tc>
          <w:tcPr>
            <w:tcW w:w="2880" w:type="dxa"/>
          </w:tcPr>
          <w:p w:rsidR="006F7457" w:rsidRDefault="00332DB8">
            <w:r>
              <w:lastRenderedPageBreak/>
              <w:t>28.11.2017</w:t>
            </w:r>
          </w:p>
        </w:tc>
      </w:tr>
      <w:tr w:rsidR="006F7457">
        <w:tc>
          <w:tcPr>
            <w:tcW w:w="2880" w:type="dxa"/>
          </w:tcPr>
          <w:p w:rsidR="006F7457" w:rsidRDefault="00332DB8">
            <w:r>
              <w:lastRenderedPageBreak/>
              <w:t>4297.</w:t>
            </w:r>
          </w:p>
        </w:tc>
        <w:tc>
          <w:tcPr>
            <w:tcW w:w="2880" w:type="dxa"/>
          </w:tcPr>
          <w:p w:rsidR="006F7457" w:rsidRPr="00332DB8" w:rsidRDefault="00332DB8">
            <w:pPr>
              <w:rPr>
                <w:lang w:val="ru-RU"/>
              </w:rPr>
            </w:pPr>
            <w:r w:rsidRPr="00332DB8">
              <w:rPr>
                <w:lang w:val="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2880" w:type="dxa"/>
          </w:tcPr>
          <w:p w:rsidR="006F7457" w:rsidRDefault="00332DB8">
            <w:r>
              <w:t>28.11.2017</w:t>
            </w:r>
          </w:p>
        </w:tc>
      </w:tr>
      <w:tr w:rsidR="006F7457">
        <w:tc>
          <w:tcPr>
            <w:tcW w:w="2880" w:type="dxa"/>
          </w:tcPr>
          <w:p w:rsidR="006F7457" w:rsidRDefault="00332DB8">
            <w:r>
              <w:t>4298.</w:t>
            </w:r>
          </w:p>
        </w:tc>
        <w:tc>
          <w:tcPr>
            <w:tcW w:w="2880" w:type="dxa"/>
          </w:tcPr>
          <w:p w:rsidR="006F7457" w:rsidRPr="00332DB8" w:rsidRDefault="00332DB8">
            <w:pPr>
              <w:rPr>
                <w:lang w:val="ru-RU"/>
              </w:rPr>
            </w:pPr>
            <w:r w:rsidRPr="00332DB8">
              <w:rPr>
                <w:lang w:val="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2880" w:type="dxa"/>
          </w:tcPr>
          <w:p w:rsidR="006F7457" w:rsidRDefault="00332DB8">
            <w:r>
              <w:t>28.11.2017</w:t>
            </w:r>
          </w:p>
        </w:tc>
      </w:tr>
      <w:tr w:rsidR="006F7457">
        <w:tc>
          <w:tcPr>
            <w:tcW w:w="2880" w:type="dxa"/>
          </w:tcPr>
          <w:p w:rsidR="006F7457" w:rsidRDefault="00332DB8">
            <w:r>
              <w:t>4299.</w:t>
            </w:r>
          </w:p>
        </w:tc>
        <w:tc>
          <w:tcPr>
            <w:tcW w:w="2880" w:type="dxa"/>
          </w:tcPr>
          <w:p w:rsidR="006F7457" w:rsidRPr="00332DB8" w:rsidRDefault="00332DB8">
            <w:pPr>
              <w:rPr>
                <w:lang w:val="ru-RU"/>
              </w:rPr>
            </w:pPr>
            <w:r w:rsidRPr="00332DB8">
              <w:rPr>
                <w:lang w:val="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2880" w:type="dxa"/>
          </w:tcPr>
          <w:p w:rsidR="006F7457" w:rsidRDefault="00332DB8">
            <w:r>
              <w:t>28.11.2017</w:t>
            </w:r>
          </w:p>
        </w:tc>
      </w:tr>
      <w:tr w:rsidR="006F7457">
        <w:tc>
          <w:tcPr>
            <w:tcW w:w="2880" w:type="dxa"/>
          </w:tcPr>
          <w:p w:rsidR="006F7457" w:rsidRDefault="00332DB8">
            <w:r>
              <w:t>4300.</w:t>
            </w:r>
          </w:p>
        </w:tc>
        <w:tc>
          <w:tcPr>
            <w:tcW w:w="2880" w:type="dxa"/>
          </w:tcPr>
          <w:p w:rsidR="006F7457" w:rsidRPr="00332DB8" w:rsidRDefault="00332DB8">
            <w:pPr>
              <w:rPr>
                <w:lang w:val="ru-RU"/>
              </w:rPr>
            </w:pPr>
            <w:r w:rsidRPr="00332DB8">
              <w:rPr>
                <w:lang w:val="ru-RU"/>
              </w:rPr>
              <w:t xml:space="preserve">Текстовый материал, начинающийся со слов «Коротко и лаконично» и заканчивающийся словами «Для них это естественно», размещенный в сети «Интернет» по адресам: </w:t>
            </w:r>
            <w:r>
              <w:t>https</w:t>
            </w:r>
            <w:r w:rsidRPr="00332DB8">
              <w:rPr>
                <w:lang w:val="ru-RU"/>
              </w:rPr>
              <w:t>://</w:t>
            </w:r>
            <w:r>
              <w:t>vk</w:t>
            </w:r>
            <w:r w:rsidRPr="00332DB8">
              <w:rPr>
                <w:lang w:val="ru-RU"/>
              </w:rPr>
              <w:t>.</w:t>
            </w:r>
            <w:r>
              <w:t>com</w:t>
            </w:r>
            <w:r w:rsidRPr="00332DB8">
              <w:rPr>
                <w:lang w:val="ru-RU"/>
              </w:rPr>
              <w:t>/</w:t>
            </w:r>
            <w:r>
              <w:t>id</w:t>
            </w:r>
            <w:r w:rsidRPr="00332DB8">
              <w:rPr>
                <w:lang w:val="ru-RU"/>
              </w:rPr>
              <w:t>211828567?</w:t>
            </w:r>
            <w:r>
              <w:t>w</w:t>
            </w:r>
            <w:r w:rsidRPr="00332DB8">
              <w:rPr>
                <w:lang w:val="ru-RU"/>
              </w:rPr>
              <w:t>=</w:t>
            </w:r>
            <w:r>
              <w:t>wall</w:t>
            </w:r>
            <w:r w:rsidRPr="00332DB8">
              <w:rPr>
                <w:lang w:val="ru-RU"/>
              </w:rPr>
              <w:t xml:space="preserve">211828567_1274, </w:t>
            </w:r>
            <w:r>
              <w:t>https</w:t>
            </w:r>
            <w:r w:rsidRPr="00332DB8">
              <w:rPr>
                <w:lang w:val="ru-RU"/>
              </w:rPr>
              <w:t>://</w:t>
            </w:r>
            <w:r>
              <w:t>vk</w:t>
            </w:r>
            <w:r w:rsidRPr="00332DB8">
              <w:rPr>
                <w:lang w:val="ru-RU"/>
              </w:rPr>
              <w:t>.</w:t>
            </w:r>
            <w:r>
              <w:t>com</w:t>
            </w:r>
            <w:r w:rsidRPr="00332DB8">
              <w:rPr>
                <w:lang w:val="ru-RU"/>
              </w:rPr>
              <w:t>/</w:t>
            </w:r>
            <w:r>
              <w:t>history</w:t>
            </w:r>
            <w:r w:rsidRPr="00332DB8">
              <w:rPr>
                <w:lang w:val="ru-RU"/>
              </w:rPr>
              <w:t>_</w:t>
            </w:r>
            <w:r>
              <w:t>mystery</w:t>
            </w:r>
            <w:r w:rsidRPr="00332DB8">
              <w:rPr>
                <w:lang w:val="ru-RU"/>
              </w:rPr>
              <w:t>?</w:t>
            </w:r>
            <w:r>
              <w:t>w</w:t>
            </w:r>
            <w:r w:rsidRPr="00332DB8">
              <w:rPr>
                <w:lang w:val="ru-RU"/>
              </w:rPr>
              <w:t>=</w:t>
            </w:r>
            <w:r>
              <w:t>wal</w:t>
            </w:r>
            <w:r w:rsidRPr="00332DB8">
              <w:rPr>
                <w:lang w:val="ru-RU"/>
              </w:rPr>
              <w:t xml:space="preserve">1-58010960_180693, </w:t>
            </w:r>
            <w:r>
              <w:t>https</w:t>
            </w:r>
            <w:r w:rsidRPr="00332DB8">
              <w:rPr>
                <w:lang w:val="ru-RU"/>
              </w:rPr>
              <w:t>://</w:t>
            </w:r>
            <w:r>
              <w:t>ok</w:t>
            </w:r>
            <w:r w:rsidRPr="00332DB8">
              <w:rPr>
                <w:lang w:val="ru-RU"/>
              </w:rPr>
              <w:t>.</w:t>
            </w:r>
            <w:r>
              <w:t>ru</w:t>
            </w:r>
            <w:r w:rsidRPr="00332DB8">
              <w:rPr>
                <w:lang w:val="ru-RU"/>
              </w:rPr>
              <w:t>/</w:t>
            </w:r>
            <w:r>
              <w:t>group</w:t>
            </w:r>
            <w:r w:rsidRPr="00332DB8">
              <w:rPr>
                <w:lang w:val="ru-RU"/>
              </w:rPr>
              <w:t>53700199448672/</w:t>
            </w:r>
            <w:r>
              <w:t>topic</w:t>
            </w:r>
            <w:r w:rsidRPr="00332DB8">
              <w:rPr>
                <w:lang w:val="ru-RU"/>
              </w:rPr>
              <w:t xml:space="preserve">/66003834798176, </w:t>
            </w:r>
            <w:r>
              <w:t>https</w:t>
            </w:r>
            <w:r w:rsidRPr="00332DB8">
              <w:rPr>
                <w:lang w:val="ru-RU"/>
              </w:rPr>
              <w:t>://</w:t>
            </w:r>
            <w:r>
              <w:t>otvetmail</w:t>
            </w:r>
            <w:r w:rsidRPr="00332DB8">
              <w:rPr>
                <w:lang w:val="ru-RU"/>
              </w:rPr>
              <w:t>.</w:t>
            </w:r>
            <w:r>
              <w:t>ru</w:t>
            </w:r>
            <w:r w:rsidRPr="00332DB8">
              <w:rPr>
                <w:lang w:val="ru-RU"/>
              </w:rPr>
              <w:t>/</w:t>
            </w:r>
            <w:r>
              <w:t>question</w:t>
            </w:r>
            <w:r w:rsidRPr="00332DB8">
              <w:rPr>
                <w:lang w:val="ru-RU"/>
              </w:rPr>
              <w:t xml:space="preserve">/190556850, </w:t>
            </w:r>
            <w:r>
              <w:t>https</w:t>
            </w:r>
            <w:r w:rsidRPr="00332DB8">
              <w:rPr>
                <w:lang w:val="ru-RU"/>
              </w:rPr>
              <w:t>://</w:t>
            </w:r>
            <w:r>
              <w:t>plus</w:t>
            </w:r>
            <w:r w:rsidRPr="00332DB8">
              <w:rPr>
                <w:lang w:val="ru-RU"/>
              </w:rPr>
              <w:t>.</w:t>
            </w:r>
            <w:r>
              <w:t>google</w:t>
            </w:r>
            <w:r w:rsidRPr="00332DB8">
              <w:rPr>
                <w:lang w:val="ru-RU"/>
              </w:rPr>
              <w:t>.</w:t>
            </w:r>
            <w:r>
              <w:t>com</w:t>
            </w:r>
            <w:r w:rsidRPr="00332DB8">
              <w:rPr>
                <w:lang w:val="ru-RU"/>
              </w:rPr>
              <w:t>/113885850836230672114/</w:t>
            </w:r>
            <w:r>
              <w:t>posts</w:t>
            </w:r>
            <w:r w:rsidRPr="00332DB8">
              <w:rPr>
                <w:lang w:val="ru-RU"/>
              </w:rPr>
              <w:t>/</w:t>
            </w:r>
            <w:r>
              <w:t>YAxP</w:t>
            </w:r>
            <w:r w:rsidRPr="00332DB8">
              <w:rPr>
                <w:lang w:val="ru-RU"/>
              </w:rPr>
              <w:t>8</w:t>
            </w:r>
            <w:r>
              <w:t>KnMxWS</w:t>
            </w:r>
            <w:r w:rsidRPr="00332DB8">
              <w:rPr>
                <w:lang w:val="ru-RU"/>
              </w:rPr>
              <w:t xml:space="preserve">, </w:t>
            </w:r>
            <w:r>
              <w:t>https</w:t>
            </w:r>
            <w:r w:rsidRPr="00332DB8">
              <w:rPr>
                <w:lang w:val="ru-RU"/>
              </w:rPr>
              <w:t>://</w:t>
            </w:r>
            <w:r>
              <w:t>ok</w:t>
            </w:r>
            <w:r w:rsidRPr="00332DB8">
              <w:rPr>
                <w:lang w:val="ru-RU"/>
              </w:rPr>
              <w:t>.</w:t>
            </w:r>
            <w:r>
              <w:t>ru</w:t>
            </w:r>
            <w:r w:rsidRPr="00332DB8">
              <w:rPr>
                <w:lang w:val="ru-RU"/>
              </w:rPr>
              <w:t>/</w:t>
            </w:r>
            <w:r>
              <w:t>rusyedina</w:t>
            </w:r>
            <w:r w:rsidRPr="00332DB8">
              <w:rPr>
                <w:lang w:val="ru-RU"/>
              </w:rPr>
              <w:t>/</w:t>
            </w:r>
            <w:r>
              <w:t>topic</w:t>
            </w:r>
            <w:r w:rsidRPr="00332DB8">
              <w:rPr>
                <w:lang w:val="ru-RU"/>
              </w:rPr>
              <w:t xml:space="preserve">/64315055997177, </w:t>
            </w:r>
            <w:r>
              <w:t>http</w:t>
            </w:r>
            <w:r w:rsidRPr="00332DB8">
              <w:rPr>
                <w:lang w:val="ru-RU"/>
              </w:rPr>
              <w:t>://</w:t>
            </w:r>
            <w:r>
              <w:t>www</w:t>
            </w:r>
            <w:r w:rsidRPr="00332DB8">
              <w:rPr>
                <w:lang w:val="ru-RU"/>
              </w:rPr>
              <w:t>.</w:t>
            </w:r>
            <w:r>
              <w:t>anews</w:t>
            </w:r>
            <w:r w:rsidRPr="00332DB8">
              <w:rPr>
                <w:lang w:val="ru-RU"/>
              </w:rPr>
              <w:t>.</w:t>
            </w:r>
            <w:r>
              <w:t>com</w:t>
            </w:r>
            <w:r w:rsidRPr="00332DB8">
              <w:rPr>
                <w:lang w:val="ru-RU"/>
              </w:rPr>
              <w:t>/</w:t>
            </w:r>
            <w:r>
              <w:t>p</w:t>
            </w:r>
            <w:r w:rsidRPr="00332DB8">
              <w:rPr>
                <w:lang w:val="ru-RU"/>
              </w:rPr>
              <w:t xml:space="preserve">/31474877/, </w:t>
            </w:r>
            <w:r>
              <w:t>http</w:t>
            </w:r>
            <w:r w:rsidRPr="00332DB8">
              <w:rPr>
                <w:lang w:val="ru-RU"/>
              </w:rPr>
              <w:t>://</w:t>
            </w:r>
            <w:r>
              <w:t>wowavostok</w:t>
            </w:r>
            <w:r w:rsidRPr="00332DB8">
              <w:rPr>
                <w:lang w:val="ru-RU"/>
              </w:rPr>
              <w:t>.</w:t>
            </w:r>
            <w:r>
              <w:t>livejournal</w:t>
            </w:r>
            <w:r w:rsidRPr="00332DB8">
              <w:rPr>
                <w:lang w:val="ru-RU"/>
              </w:rPr>
              <w:t>.</w:t>
            </w:r>
            <w:r>
              <w:t>com</w:t>
            </w:r>
            <w:r w:rsidRPr="00332DB8">
              <w:rPr>
                <w:lang w:val="ru-RU"/>
              </w:rPr>
              <w:t>/2542972.</w:t>
            </w:r>
            <w:r>
              <w:t>html</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wall</w:t>
            </w:r>
            <w:r w:rsidRPr="00332DB8">
              <w:rPr>
                <w:lang w:val="ru-RU"/>
              </w:rPr>
              <w:t xml:space="preserve">15682967_6943, </w:t>
            </w:r>
            <w:r>
              <w:t>https</w:t>
            </w:r>
            <w:r w:rsidRPr="00332DB8">
              <w:rPr>
                <w:lang w:val="ru-RU"/>
              </w:rPr>
              <w:t>://</w:t>
            </w:r>
            <w:r>
              <w:t>vk</w:t>
            </w:r>
            <w:r w:rsidRPr="00332DB8">
              <w:rPr>
                <w:lang w:val="ru-RU"/>
              </w:rPr>
              <w:t>.</w:t>
            </w:r>
            <w:r>
              <w:t>com</w:t>
            </w:r>
            <w:r w:rsidRPr="00332DB8">
              <w:rPr>
                <w:lang w:val="ru-RU"/>
              </w:rPr>
              <w:t>/</w:t>
            </w:r>
            <w:r>
              <w:t>dzenpub</w:t>
            </w:r>
            <w:r w:rsidRPr="00332DB8">
              <w:rPr>
                <w:lang w:val="ru-RU"/>
              </w:rPr>
              <w:t>?</w:t>
            </w:r>
            <w:r>
              <w:t>w</w:t>
            </w:r>
            <w:r w:rsidRPr="00332DB8">
              <w:rPr>
                <w:lang w:val="ru-RU"/>
              </w:rPr>
              <w:t>=</w:t>
            </w:r>
            <w:r>
              <w:t>wall</w:t>
            </w:r>
            <w:r w:rsidRPr="00332DB8">
              <w:rPr>
                <w:lang w:val="ru-RU"/>
              </w:rPr>
              <w:t xml:space="preserve">-23213239_90949, </w:t>
            </w:r>
            <w:r>
              <w:t>http</w:t>
            </w:r>
            <w:r w:rsidRPr="00332DB8">
              <w:rPr>
                <w:lang w:val="ru-RU"/>
              </w:rPr>
              <w:t>://</w:t>
            </w:r>
            <w:r>
              <w:t>humaninside</w:t>
            </w:r>
            <w:r w:rsidRPr="00332DB8">
              <w:rPr>
                <w:lang w:val="ru-RU"/>
              </w:rPr>
              <w:t>.</w:t>
            </w:r>
            <w:r>
              <w:t>ru</w:t>
            </w:r>
            <w:r w:rsidRPr="00332DB8">
              <w:rPr>
                <w:lang w:val="ru-RU"/>
              </w:rPr>
              <w:t>/</w:t>
            </w:r>
            <w:r>
              <w:t>vokrug</w:t>
            </w:r>
            <w:r w:rsidRPr="00332DB8">
              <w:rPr>
                <w:lang w:val="ru-RU"/>
              </w:rPr>
              <w:t>-</w:t>
            </w:r>
            <w:r>
              <w:t>nas</w:t>
            </w:r>
            <w:r w:rsidRPr="00332DB8">
              <w:rPr>
                <w:lang w:val="ru-RU"/>
              </w:rPr>
              <w:t>/269-</w:t>
            </w:r>
            <w:r>
              <w:t>korotko</w:t>
            </w:r>
            <w:r w:rsidRPr="00332DB8">
              <w:rPr>
                <w:lang w:val="ru-RU"/>
              </w:rPr>
              <w:t>-</w:t>
            </w:r>
            <w:r>
              <w:t>i</w:t>
            </w:r>
            <w:r w:rsidRPr="00332DB8">
              <w:rPr>
                <w:lang w:val="ru-RU"/>
              </w:rPr>
              <w:t>-</w:t>
            </w:r>
            <w:r>
              <w:t>lakonichno</w:t>
            </w:r>
            <w:r w:rsidRPr="00332DB8">
              <w:rPr>
                <w:lang w:val="ru-RU"/>
              </w:rPr>
              <w:t>.</w:t>
            </w:r>
            <w:r>
              <w:t>html</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wall</w:t>
            </w:r>
            <w:r w:rsidRPr="00332DB8">
              <w:rPr>
                <w:lang w:val="ru-RU"/>
              </w:rPr>
              <w:t>-63683472_47409?</w:t>
            </w:r>
            <w:r>
              <w:t>reply</w:t>
            </w:r>
            <w:r w:rsidRPr="00332DB8">
              <w:rPr>
                <w:lang w:val="ru-RU"/>
              </w:rPr>
              <w:t xml:space="preserve">=47410, </w:t>
            </w:r>
            <w:r>
              <w:t>https</w:t>
            </w:r>
            <w:r w:rsidRPr="00332DB8">
              <w:rPr>
                <w:lang w:val="ru-RU"/>
              </w:rPr>
              <w:t>://</w:t>
            </w:r>
            <w:r>
              <w:t>vk</w:t>
            </w:r>
            <w:r w:rsidRPr="00332DB8">
              <w:rPr>
                <w:lang w:val="ru-RU"/>
              </w:rPr>
              <w:t>.</w:t>
            </w:r>
            <w:r>
              <w:t>com</w:t>
            </w:r>
            <w:r w:rsidRPr="00332DB8">
              <w:rPr>
                <w:lang w:val="ru-RU"/>
              </w:rPr>
              <w:t>/</w:t>
            </w:r>
            <w:r>
              <w:t>wall</w:t>
            </w:r>
            <w:r w:rsidRPr="00332DB8">
              <w:rPr>
                <w:lang w:val="ru-RU"/>
              </w:rPr>
              <w:t xml:space="preserve">-30022666_160573, </w:t>
            </w:r>
            <w:r>
              <w:lastRenderedPageBreak/>
              <w:t>https</w:t>
            </w:r>
            <w:r w:rsidRPr="00332DB8">
              <w:rPr>
                <w:lang w:val="ru-RU"/>
              </w:rPr>
              <w:t>://</w:t>
            </w:r>
            <w:r>
              <w:t>vk</w:t>
            </w:r>
            <w:r w:rsidRPr="00332DB8">
              <w:rPr>
                <w:lang w:val="ru-RU"/>
              </w:rPr>
              <w:t>.</w:t>
            </w:r>
            <w:r>
              <w:t>com</w:t>
            </w:r>
            <w:r w:rsidRPr="00332DB8">
              <w:rPr>
                <w:lang w:val="ru-RU"/>
              </w:rPr>
              <w:t>/</w:t>
            </w:r>
            <w:r>
              <w:t>wall</w:t>
            </w:r>
            <w:r w:rsidRPr="00332DB8">
              <w:rPr>
                <w:lang w:val="ru-RU"/>
              </w:rPr>
              <w:t>-100157872_80531 (решение Центрального районного суда г. Воронежа от 04.09.2017);</w:t>
            </w:r>
          </w:p>
        </w:tc>
        <w:tc>
          <w:tcPr>
            <w:tcW w:w="2880" w:type="dxa"/>
          </w:tcPr>
          <w:p w:rsidR="006F7457" w:rsidRDefault="00332DB8">
            <w:r>
              <w:lastRenderedPageBreak/>
              <w:t>08.12.2017</w:t>
            </w:r>
          </w:p>
        </w:tc>
      </w:tr>
      <w:tr w:rsidR="006F7457">
        <w:tc>
          <w:tcPr>
            <w:tcW w:w="2880" w:type="dxa"/>
          </w:tcPr>
          <w:p w:rsidR="006F7457" w:rsidRDefault="00332DB8">
            <w:r>
              <w:lastRenderedPageBreak/>
              <w:t>4301.</w:t>
            </w:r>
          </w:p>
        </w:tc>
        <w:tc>
          <w:tcPr>
            <w:tcW w:w="2880" w:type="dxa"/>
          </w:tcPr>
          <w:p w:rsidR="006F7457" w:rsidRPr="00332DB8" w:rsidRDefault="00332DB8">
            <w:pPr>
              <w:rPr>
                <w:lang w:val="ru-RU"/>
              </w:rPr>
            </w:pPr>
            <w:r w:rsidRPr="00332DB8">
              <w:rPr>
                <w:lang w:val="ru-RU"/>
              </w:rPr>
              <w:t xml:space="preserve">Видеоматериал «АЛЛАХУ АКБАР исламское государство мочит кяфиров» продолжительностью 03 мин. 01 сек., размещенный в сети «Интернет» по адресам: </w:t>
            </w:r>
            <w:r>
              <w:t>https</w:t>
            </w:r>
            <w:r w:rsidRPr="00332DB8">
              <w:rPr>
                <w:lang w:val="ru-RU"/>
              </w:rPr>
              <w:t>://</w:t>
            </w:r>
            <w:r>
              <w:t>vk</w:t>
            </w:r>
            <w:r w:rsidRPr="00332DB8">
              <w:rPr>
                <w:lang w:val="ru-RU"/>
              </w:rPr>
              <w:t>.</w:t>
            </w:r>
            <w:r>
              <w:t>com</w:t>
            </w:r>
            <w:r w:rsidRPr="00332DB8">
              <w:rPr>
                <w:lang w:val="ru-RU"/>
              </w:rPr>
              <w:t>/</w:t>
            </w:r>
            <w:r>
              <w:t>videos</w:t>
            </w:r>
            <w:r w:rsidRPr="00332DB8">
              <w:rPr>
                <w:lang w:val="ru-RU"/>
              </w:rPr>
              <w:t>211828567?</w:t>
            </w:r>
            <w:r>
              <w:t>q</w:t>
            </w:r>
            <w:r w:rsidRPr="00332DB8">
              <w:rPr>
                <w:lang w:val="ru-RU"/>
              </w:rPr>
              <w:t>=аллах&amp;</w:t>
            </w:r>
            <w:r>
              <w:t>z</w:t>
            </w:r>
            <w:r w:rsidRPr="00332DB8">
              <w:rPr>
                <w:lang w:val="ru-RU"/>
              </w:rPr>
              <w:t>=</w:t>
            </w:r>
            <w:r>
              <w:t>video</w:t>
            </w:r>
            <w:r w:rsidRPr="00332DB8">
              <w:rPr>
                <w:lang w:val="ru-RU"/>
              </w:rPr>
              <w:t xml:space="preserve">211828567_171173889, </w:t>
            </w:r>
            <w:r>
              <w:t>https</w:t>
            </w:r>
            <w:r w:rsidRPr="00332DB8">
              <w:rPr>
                <w:lang w:val="ru-RU"/>
              </w:rPr>
              <w:t>://</w:t>
            </w:r>
            <w:r>
              <w:t>vk</w:t>
            </w:r>
            <w:r w:rsidRPr="00332DB8">
              <w:rPr>
                <w:lang w:val="ru-RU"/>
              </w:rPr>
              <w:t>.</w:t>
            </w:r>
            <w:r>
              <w:t>com</w:t>
            </w:r>
            <w:r w:rsidRPr="00332DB8">
              <w:rPr>
                <w:lang w:val="ru-RU"/>
              </w:rPr>
              <w:t>/</w:t>
            </w:r>
            <w:r>
              <w:t>videos</w:t>
            </w:r>
            <w:r w:rsidRPr="00332DB8">
              <w:rPr>
                <w:lang w:val="ru-RU"/>
              </w:rPr>
              <w:t>331018064?</w:t>
            </w:r>
            <w:r>
              <w:t>z</w:t>
            </w:r>
            <w:r w:rsidRPr="00332DB8">
              <w:rPr>
                <w:lang w:val="ru-RU"/>
              </w:rPr>
              <w:t>=</w:t>
            </w:r>
            <w:r>
              <w:t>video</w:t>
            </w:r>
            <w:r w:rsidRPr="00332DB8">
              <w:rPr>
                <w:lang w:val="ru-RU"/>
              </w:rPr>
              <w:t>331018064_171124788%2</w:t>
            </w:r>
            <w:r>
              <w:t>Fpl</w:t>
            </w:r>
            <w:r w:rsidRPr="00332DB8">
              <w:rPr>
                <w:lang w:val="ru-RU"/>
              </w:rPr>
              <w:t>_331018064_-2 (решение Центрального районного суда г. Воронежа от 04.09.2017);</w:t>
            </w:r>
          </w:p>
        </w:tc>
        <w:tc>
          <w:tcPr>
            <w:tcW w:w="2880" w:type="dxa"/>
          </w:tcPr>
          <w:p w:rsidR="006F7457" w:rsidRDefault="00332DB8">
            <w:r>
              <w:t>08.12.2017</w:t>
            </w:r>
          </w:p>
        </w:tc>
      </w:tr>
      <w:tr w:rsidR="006F7457">
        <w:tc>
          <w:tcPr>
            <w:tcW w:w="2880" w:type="dxa"/>
          </w:tcPr>
          <w:p w:rsidR="006F7457" w:rsidRDefault="00332DB8">
            <w:r>
              <w:t>4302.</w:t>
            </w:r>
          </w:p>
        </w:tc>
        <w:tc>
          <w:tcPr>
            <w:tcW w:w="2880" w:type="dxa"/>
          </w:tcPr>
          <w:p w:rsidR="006F7457" w:rsidRPr="00332DB8" w:rsidRDefault="00332DB8">
            <w:pPr>
              <w:rPr>
                <w:lang w:val="ru-RU"/>
              </w:rPr>
            </w:pPr>
            <w:r w:rsidRPr="00332DB8">
              <w:rPr>
                <w:lang w:val="ru-RU"/>
              </w:rPr>
              <w:t xml:space="preserve">Информационный материал - видеозапись под названием «Обещают убивать и взрывать Мирных жителей, размещенная на интернет- странице: -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ul</w:t>
            </w:r>
            <w:r w:rsidRPr="00332DB8">
              <w:rPr>
                <w:lang w:val="ru-RU"/>
              </w:rPr>
              <w:t>_</w:t>
            </w:r>
            <w:r>
              <w:t>F</w:t>
            </w:r>
            <w:r w:rsidRPr="00332DB8">
              <w:rPr>
                <w:lang w:val="ru-RU"/>
              </w:rPr>
              <w:t>2</w:t>
            </w:r>
            <w:r>
              <w:t>jBqbqE</w:t>
            </w:r>
            <w:r w:rsidRPr="00332DB8">
              <w:rPr>
                <w:lang w:val="ru-RU"/>
              </w:rPr>
              <w:t xml:space="preserve">; -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qRquY</w:t>
            </w:r>
            <w:r w:rsidRPr="00332DB8">
              <w:rPr>
                <w:lang w:val="ru-RU"/>
              </w:rPr>
              <w:t>_</w:t>
            </w:r>
            <w:r>
              <w:t>v</w:t>
            </w:r>
            <w:r w:rsidRPr="00332DB8">
              <w:rPr>
                <w:lang w:val="ru-RU"/>
              </w:rPr>
              <w:t>3</w:t>
            </w:r>
            <w:r>
              <w:t>P</w:t>
            </w:r>
            <w:r w:rsidRPr="00332DB8">
              <w:rPr>
                <w:lang w:val="ru-RU"/>
              </w:rPr>
              <w:t>2</w:t>
            </w:r>
            <w:r>
              <w:t>k</w:t>
            </w:r>
            <w:r w:rsidRPr="00332DB8">
              <w:rPr>
                <w:lang w:val="ru-RU"/>
              </w:rPr>
              <w:t xml:space="preserve">; - </w:t>
            </w:r>
            <w:r>
              <w:t>https</w:t>
            </w:r>
            <w:r w:rsidRPr="00332DB8">
              <w:rPr>
                <w:lang w:val="ru-RU"/>
              </w:rPr>
              <w:t>://</w:t>
            </w:r>
            <w:r>
              <w:t>vk</w:t>
            </w:r>
            <w:r w:rsidRPr="00332DB8">
              <w:rPr>
                <w:lang w:val="ru-RU"/>
              </w:rPr>
              <w:t>.</w:t>
            </w:r>
            <w:r>
              <w:t>com</w:t>
            </w:r>
            <w:r w:rsidRPr="00332DB8">
              <w:rPr>
                <w:lang w:val="ru-RU"/>
              </w:rPr>
              <w:t>/</w:t>
            </w:r>
            <w:r>
              <w:t>ghost</w:t>
            </w:r>
            <w:r w:rsidRPr="00332DB8">
              <w:rPr>
                <w:lang w:val="ru-RU"/>
              </w:rPr>
              <w:t xml:space="preserve">000001; - </w:t>
            </w:r>
            <w:r>
              <w:t>https</w:t>
            </w:r>
            <w:r w:rsidRPr="00332DB8">
              <w:rPr>
                <w:lang w:val="ru-RU"/>
              </w:rPr>
              <w:t>://</w:t>
            </w:r>
            <w:r>
              <w:t>vk</w:t>
            </w:r>
            <w:r w:rsidRPr="00332DB8">
              <w:rPr>
                <w:lang w:val="ru-RU"/>
              </w:rPr>
              <w:t>.</w:t>
            </w:r>
            <w:r>
              <w:t>com</w:t>
            </w:r>
            <w:r w:rsidRPr="00332DB8">
              <w:rPr>
                <w:lang w:val="ru-RU"/>
              </w:rPr>
              <w:t>/</w:t>
            </w:r>
            <w:r>
              <w:t>romanova</w:t>
            </w:r>
            <w:r w:rsidRPr="00332DB8">
              <w:rPr>
                <w:lang w:val="ru-RU"/>
              </w:rPr>
              <w:t>у</w:t>
            </w:r>
            <w:r>
              <w:t>ulyass</w:t>
            </w:r>
            <w:r w:rsidRPr="00332DB8">
              <w:rPr>
                <w:lang w:val="ru-RU"/>
              </w:rPr>
              <w:t xml:space="preserve">; - </w:t>
            </w:r>
            <w:r>
              <w:t>https</w:t>
            </w:r>
            <w:r w:rsidRPr="00332DB8">
              <w:rPr>
                <w:lang w:val="ru-RU"/>
              </w:rPr>
              <w:t>://</w:t>
            </w:r>
            <w:r>
              <w:t>vk</w:t>
            </w:r>
            <w:r w:rsidRPr="00332DB8">
              <w:rPr>
                <w:lang w:val="ru-RU"/>
              </w:rPr>
              <w:t>.</w:t>
            </w:r>
            <w:r>
              <w:t>com</w:t>
            </w:r>
            <w:r w:rsidRPr="00332DB8">
              <w:rPr>
                <w:lang w:val="ru-RU"/>
              </w:rPr>
              <w:t>/</w:t>
            </w:r>
            <w:r>
              <w:t>id</w:t>
            </w:r>
            <w:r w:rsidRPr="00332DB8">
              <w:rPr>
                <w:lang w:val="ru-RU"/>
              </w:rPr>
              <w:t>250061128 (решение Октябрьского районного суда г. Ставрополя от 03.07.2017);</w:t>
            </w:r>
          </w:p>
        </w:tc>
        <w:tc>
          <w:tcPr>
            <w:tcW w:w="2880" w:type="dxa"/>
          </w:tcPr>
          <w:p w:rsidR="006F7457" w:rsidRDefault="00332DB8">
            <w:r>
              <w:t>08.12.2017</w:t>
            </w:r>
          </w:p>
        </w:tc>
      </w:tr>
      <w:tr w:rsidR="006F7457">
        <w:tc>
          <w:tcPr>
            <w:tcW w:w="2880" w:type="dxa"/>
          </w:tcPr>
          <w:p w:rsidR="006F7457" w:rsidRDefault="00332DB8">
            <w:r>
              <w:t>4303.</w:t>
            </w:r>
          </w:p>
        </w:tc>
        <w:tc>
          <w:tcPr>
            <w:tcW w:w="2880" w:type="dxa"/>
          </w:tcPr>
          <w:p w:rsidR="006F7457" w:rsidRPr="00332DB8" w:rsidRDefault="00332DB8">
            <w:pPr>
              <w:rPr>
                <w:lang w:val="ru-RU"/>
              </w:rPr>
            </w:pPr>
            <w:r w:rsidRPr="00332DB8">
              <w:rPr>
                <w:lang w:val="ru-RU"/>
              </w:rPr>
              <w:t>Текст статьи «Путин и теракты - неразлучные друзья. ФСБ-</w:t>
            </w:r>
            <w:r>
              <w:t>style</w:t>
            </w:r>
            <w:r w:rsidRPr="00332DB8">
              <w:rPr>
                <w:lang w:val="ru-RU"/>
              </w:rPr>
              <w:t xml:space="preserv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w:t>
            </w:r>
            <w:r>
              <w:t>http</w:t>
            </w:r>
            <w:r w:rsidRPr="00332DB8">
              <w:rPr>
                <w:lang w:val="ru-RU"/>
              </w:rPr>
              <w:t>://</w:t>
            </w:r>
            <w:r>
              <w:t>ex</w:t>
            </w:r>
            <w:r w:rsidRPr="00332DB8">
              <w:rPr>
                <w:lang w:val="ru-RU"/>
              </w:rPr>
              <w:t>-</w:t>
            </w:r>
            <w:r>
              <w:t>news</w:t>
            </w:r>
            <w:r w:rsidRPr="00332DB8">
              <w:rPr>
                <w:lang w:val="ru-RU"/>
              </w:rPr>
              <w:t>.</w:t>
            </w:r>
            <w:r>
              <w:t>com</w:t>
            </w:r>
            <w:r w:rsidRPr="00332DB8">
              <w:rPr>
                <w:lang w:val="ru-RU"/>
              </w:rPr>
              <w:t>/</w:t>
            </w:r>
            <w:r>
              <w:t>putin</w:t>
            </w:r>
            <w:r w:rsidRPr="00332DB8">
              <w:rPr>
                <w:lang w:val="ru-RU"/>
              </w:rPr>
              <w:t>-</w:t>
            </w:r>
            <w:r>
              <w:t>terakti</w:t>
            </w:r>
            <w:r w:rsidRPr="00332DB8">
              <w:rPr>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6F7457" w:rsidRDefault="00332DB8">
            <w:r>
              <w:t>08.12.2017</w:t>
            </w:r>
          </w:p>
        </w:tc>
      </w:tr>
      <w:tr w:rsidR="006F7457">
        <w:tc>
          <w:tcPr>
            <w:tcW w:w="2880" w:type="dxa"/>
          </w:tcPr>
          <w:p w:rsidR="006F7457" w:rsidRDefault="00332DB8">
            <w:r>
              <w:t>4304.</w:t>
            </w:r>
          </w:p>
        </w:tc>
        <w:tc>
          <w:tcPr>
            <w:tcW w:w="2880" w:type="dxa"/>
          </w:tcPr>
          <w:p w:rsidR="006F7457" w:rsidRPr="00332DB8" w:rsidRDefault="00332DB8">
            <w:pPr>
              <w:rPr>
                <w:lang w:val="ru-RU"/>
              </w:rPr>
            </w:pPr>
            <w:r w:rsidRPr="00332DB8">
              <w:rPr>
                <w:lang w:val="ru-RU"/>
              </w:rPr>
              <w:t xml:space="preserve">Видеозапись «Путин и теракты (взрыв высоток, Норд-Ост. Методы ФСБ)» длительностью 8 мин. 3 сек., размещенная в сети Интернет по электронному адресу: </w:t>
            </w:r>
            <w:r>
              <w:t>http</w:t>
            </w:r>
            <w:r w:rsidRPr="00332DB8">
              <w:rPr>
                <w:lang w:val="ru-RU"/>
              </w:rPr>
              <w:t>://</w:t>
            </w:r>
            <w:r>
              <w:t>ex</w:t>
            </w:r>
            <w:r w:rsidRPr="00332DB8">
              <w:rPr>
                <w:lang w:val="ru-RU"/>
              </w:rPr>
              <w:t>-</w:t>
            </w:r>
            <w:r>
              <w:t>news</w:t>
            </w:r>
            <w:r w:rsidRPr="00332DB8">
              <w:rPr>
                <w:lang w:val="ru-RU"/>
              </w:rPr>
              <w:t>.</w:t>
            </w:r>
            <w:r>
              <w:t>com</w:t>
            </w:r>
            <w:r w:rsidRPr="00332DB8">
              <w:rPr>
                <w:lang w:val="ru-RU"/>
              </w:rPr>
              <w:t>/</w:t>
            </w:r>
            <w:r>
              <w:t>putin</w:t>
            </w:r>
            <w:r w:rsidRPr="00332DB8">
              <w:rPr>
                <w:lang w:val="ru-RU"/>
              </w:rPr>
              <w:t>-</w:t>
            </w:r>
            <w:r>
              <w:t>terakti</w:t>
            </w:r>
            <w:r w:rsidRPr="00332DB8">
              <w:rPr>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6F7457" w:rsidRDefault="00332DB8">
            <w:r>
              <w:t>08.12.2017</w:t>
            </w:r>
          </w:p>
        </w:tc>
      </w:tr>
      <w:tr w:rsidR="006F7457">
        <w:tc>
          <w:tcPr>
            <w:tcW w:w="2880" w:type="dxa"/>
          </w:tcPr>
          <w:p w:rsidR="006F7457" w:rsidRDefault="00332DB8">
            <w:r>
              <w:t>430</w:t>
            </w:r>
            <w:r>
              <w:lastRenderedPageBreak/>
              <w:t>5.</w:t>
            </w:r>
          </w:p>
        </w:tc>
        <w:tc>
          <w:tcPr>
            <w:tcW w:w="2880" w:type="dxa"/>
          </w:tcPr>
          <w:p w:rsidR="006F7457" w:rsidRPr="00332DB8" w:rsidRDefault="00332DB8">
            <w:pPr>
              <w:rPr>
                <w:lang w:val="ru-RU"/>
              </w:rPr>
            </w:pPr>
            <w:r w:rsidRPr="00332DB8">
              <w:rPr>
                <w:lang w:val="ru-RU"/>
              </w:rPr>
              <w:lastRenderedPageBreak/>
              <w:t xml:space="preserve">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w:t>
            </w:r>
            <w:r w:rsidRPr="00332DB8">
              <w:rPr>
                <w:lang w:val="ru-RU"/>
              </w:rPr>
              <w:lastRenderedPageBreak/>
              <w:t>городского суда от 04.10.2017);</w:t>
            </w:r>
          </w:p>
        </w:tc>
        <w:tc>
          <w:tcPr>
            <w:tcW w:w="2880" w:type="dxa"/>
          </w:tcPr>
          <w:p w:rsidR="006F7457" w:rsidRDefault="00332DB8">
            <w:r>
              <w:lastRenderedPageBreak/>
              <w:t>08.12.201</w:t>
            </w:r>
            <w:r>
              <w:lastRenderedPageBreak/>
              <w:t>7</w:t>
            </w:r>
          </w:p>
        </w:tc>
      </w:tr>
      <w:tr w:rsidR="006F7457">
        <w:tc>
          <w:tcPr>
            <w:tcW w:w="2880" w:type="dxa"/>
          </w:tcPr>
          <w:p w:rsidR="006F7457" w:rsidRDefault="00332DB8">
            <w:r>
              <w:lastRenderedPageBreak/>
              <w:t>4306.</w:t>
            </w:r>
          </w:p>
        </w:tc>
        <w:tc>
          <w:tcPr>
            <w:tcW w:w="2880" w:type="dxa"/>
          </w:tcPr>
          <w:p w:rsidR="006F7457" w:rsidRPr="00332DB8" w:rsidRDefault="00332DB8">
            <w:pPr>
              <w:rPr>
                <w:lang w:val="ru-RU"/>
              </w:rPr>
            </w:pPr>
            <w:r w:rsidRPr="00332DB8">
              <w:rPr>
                <w:lang w:val="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2880" w:type="dxa"/>
          </w:tcPr>
          <w:p w:rsidR="006F7457" w:rsidRDefault="00332DB8">
            <w:r>
              <w:t>08.12.2017</w:t>
            </w:r>
          </w:p>
        </w:tc>
      </w:tr>
      <w:tr w:rsidR="006F7457">
        <w:tc>
          <w:tcPr>
            <w:tcW w:w="2880" w:type="dxa"/>
          </w:tcPr>
          <w:p w:rsidR="006F7457" w:rsidRDefault="00332DB8">
            <w:r>
              <w:t>4307.</w:t>
            </w:r>
          </w:p>
        </w:tc>
        <w:tc>
          <w:tcPr>
            <w:tcW w:w="2880" w:type="dxa"/>
          </w:tcPr>
          <w:p w:rsidR="006F7457" w:rsidRPr="00332DB8" w:rsidRDefault="00332DB8">
            <w:pPr>
              <w:rPr>
                <w:lang w:val="ru-RU"/>
              </w:rPr>
            </w:pPr>
            <w:r w:rsidRPr="00332DB8">
              <w:rPr>
                <w:lang w:val="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2880" w:type="dxa"/>
          </w:tcPr>
          <w:p w:rsidR="006F7457" w:rsidRDefault="00332DB8">
            <w:r>
              <w:t>08.12.2017</w:t>
            </w:r>
          </w:p>
        </w:tc>
      </w:tr>
      <w:tr w:rsidR="006F7457">
        <w:tc>
          <w:tcPr>
            <w:tcW w:w="2880" w:type="dxa"/>
          </w:tcPr>
          <w:p w:rsidR="006F7457" w:rsidRDefault="00332DB8">
            <w:r>
              <w:t>4308.</w:t>
            </w:r>
          </w:p>
        </w:tc>
        <w:tc>
          <w:tcPr>
            <w:tcW w:w="2880" w:type="dxa"/>
          </w:tcPr>
          <w:p w:rsidR="006F7457" w:rsidRPr="00332DB8" w:rsidRDefault="00332DB8">
            <w:pPr>
              <w:rPr>
                <w:lang w:val="ru-RU"/>
              </w:rPr>
            </w:pPr>
            <w:r w:rsidRPr="00332DB8">
              <w:rPr>
                <w:lang w:val="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2880" w:type="dxa"/>
          </w:tcPr>
          <w:p w:rsidR="006F7457" w:rsidRDefault="00332DB8">
            <w:r>
              <w:t>08.12.2017</w:t>
            </w:r>
          </w:p>
        </w:tc>
      </w:tr>
      <w:tr w:rsidR="006F7457">
        <w:tc>
          <w:tcPr>
            <w:tcW w:w="2880" w:type="dxa"/>
          </w:tcPr>
          <w:p w:rsidR="006F7457" w:rsidRDefault="00332DB8">
            <w:r>
              <w:t>4309.</w:t>
            </w:r>
          </w:p>
        </w:tc>
        <w:tc>
          <w:tcPr>
            <w:tcW w:w="2880" w:type="dxa"/>
          </w:tcPr>
          <w:p w:rsidR="006F7457" w:rsidRPr="00332DB8" w:rsidRDefault="00332DB8">
            <w:pPr>
              <w:rPr>
                <w:lang w:val="ru-RU"/>
              </w:rPr>
            </w:pPr>
            <w:r w:rsidRPr="00332DB8">
              <w:rPr>
                <w:lang w:val="ru-RU"/>
              </w:rPr>
              <w:t>Аудиозапись «</w:t>
            </w:r>
            <w:r>
              <w:t>W</w:t>
            </w:r>
            <w:r w:rsidRPr="00332DB8">
              <w:rPr>
                <w:lang w:val="ru-RU"/>
              </w:rPr>
              <w:t>.</w:t>
            </w:r>
            <w:r>
              <w:t>C</w:t>
            </w:r>
            <w:r w:rsidRPr="00332DB8">
              <w:rPr>
                <w:lang w:val="ru-RU"/>
              </w:rPr>
              <w:t>.</w:t>
            </w:r>
            <w:r>
              <w:t>D</w:t>
            </w:r>
            <w:r w:rsidRPr="00332DB8">
              <w:rPr>
                <w:lang w:val="ru-RU"/>
              </w:rPr>
              <w:t xml:space="preserve">. и Аргентина - Чернильница (Буратино </w:t>
            </w:r>
            <w:r>
              <w:t>cover</w:t>
            </w:r>
            <w:r w:rsidRPr="00332DB8">
              <w:rPr>
                <w:lang w:val="ru-RU"/>
              </w:rPr>
              <w:t>)»,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2880" w:type="dxa"/>
          </w:tcPr>
          <w:p w:rsidR="006F7457" w:rsidRDefault="00332DB8">
            <w:r>
              <w:t>08.12.2017</w:t>
            </w:r>
          </w:p>
        </w:tc>
      </w:tr>
      <w:tr w:rsidR="006F7457">
        <w:tc>
          <w:tcPr>
            <w:tcW w:w="2880" w:type="dxa"/>
          </w:tcPr>
          <w:p w:rsidR="006F7457" w:rsidRDefault="00332DB8">
            <w:r>
              <w:t>4310.</w:t>
            </w:r>
          </w:p>
        </w:tc>
        <w:tc>
          <w:tcPr>
            <w:tcW w:w="2880" w:type="dxa"/>
          </w:tcPr>
          <w:p w:rsidR="006F7457" w:rsidRPr="00332DB8" w:rsidRDefault="00332DB8">
            <w:pPr>
              <w:rPr>
                <w:lang w:val="ru-RU"/>
              </w:rPr>
            </w:pPr>
            <w:r w:rsidRPr="00332DB8">
              <w:rPr>
                <w:lang w:val="ru-RU"/>
              </w:rPr>
              <w:t xml:space="preserve">Личная страница пользователя социальной сети «ВКонтакте» - аккаунт «Евгений Пашинин»» с адресом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wes</w:t>
            </w:r>
            <w:r w:rsidRPr="00332DB8">
              <w:rPr>
                <w:lang w:val="ru-RU"/>
              </w:rPr>
              <w:t>88 (</w:t>
            </w:r>
            <w:r>
              <w:t>id</w:t>
            </w:r>
            <w:r w:rsidRPr="00332DB8">
              <w:rPr>
                <w:lang w:val="ru-RU"/>
              </w:rPr>
              <w:t xml:space="preserve"> 8622250), принадлежащим Пашинскому Е.Н. (решение Армавирского городского суда Краснодарского края от 19.04.2016);</w:t>
            </w:r>
          </w:p>
        </w:tc>
        <w:tc>
          <w:tcPr>
            <w:tcW w:w="2880" w:type="dxa"/>
          </w:tcPr>
          <w:p w:rsidR="006F7457" w:rsidRDefault="00332DB8">
            <w:r>
              <w:t>15.12.2017</w:t>
            </w:r>
          </w:p>
        </w:tc>
      </w:tr>
      <w:tr w:rsidR="006F7457">
        <w:tc>
          <w:tcPr>
            <w:tcW w:w="2880" w:type="dxa"/>
          </w:tcPr>
          <w:p w:rsidR="006F7457" w:rsidRDefault="00332DB8">
            <w:r>
              <w:t>4</w:t>
            </w:r>
            <w:r>
              <w:lastRenderedPageBreak/>
              <w:t>311.</w:t>
            </w:r>
          </w:p>
        </w:tc>
        <w:tc>
          <w:tcPr>
            <w:tcW w:w="2880" w:type="dxa"/>
          </w:tcPr>
          <w:p w:rsidR="006F7457" w:rsidRPr="00332DB8" w:rsidRDefault="00332DB8">
            <w:pPr>
              <w:rPr>
                <w:lang w:val="ru-RU"/>
              </w:rPr>
            </w:pPr>
            <w:r w:rsidRPr="00332DB8">
              <w:rPr>
                <w:lang w:val="ru-RU"/>
              </w:rPr>
              <w:lastRenderedPageBreak/>
              <w:t xml:space="preserve">Книга: Послание о народе Нохчи» [Текст]/ Р. Ибрагимов. - Элиста: ЗАОр «НПП Джангар», 2014.-236 с.: илл. </w:t>
            </w:r>
            <w:r w:rsidRPr="00332DB8">
              <w:rPr>
                <w:lang w:val="ru-RU"/>
              </w:rPr>
              <w:lastRenderedPageBreak/>
              <w:t>(апелляционное определение Судебной коллегии по гражданским делам Верховного Суда Чеченской Республики от 12.10.2017);</w:t>
            </w:r>
          </w:p>
        </w:tc>
        <w:tc>
          <w:tcPr>
            <w:tcW w:w="2880" w:type="dxa"/>
          </w:tcPr>
          <w:p w:rsidR="006F7457" w:rsidRDefault="00332DB8">
            <w:r>
              <w:lastRenderedPageBreak/>
              <w:t>15.</w:t>
            </w:r>
            <w:r>
              <w:lastRenderedPageBreak/>
              <w:t>12.2017</w:t>
            </w:r>
          </w:p>
        </w:tc>
      </w:tr>
      <w:tr w:rsidR="006F7457">
        <w:tc>
          <w:tcPr>
            <w:tcW w:w="2880" w:type="dxa"/>
          </w:tcPr>
          <w:p w:rsidR="006F7457" w:rsidRDefault="00332DB8">
            <w:r>
              <w:lastRenderedPageBreak/>
              <w:t>4312.</w:t>
            </w:r>
          </w:p>
        </w:tc>
        <w:tc>
          <w:tcPr>
            <w:tcW w:w="2880" w:type="dxa"/>
          </w:tcPr>
          <w:p w:rsidR="006F7457" w:rsidRPr="00332DB8" w:rsidRDefault="00332DB8">
            <w:pPr>
              <w:rPr>
                <w:lang w:val="ru-RU"/>
              </w:rPr>
            </w:pPr>
            <w:r w:rsidRPr="00332DB8">
              <w:rPr>
                <w:lang w:val="ru-RU"/>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2880" w:type="dxa"/>
          </w:tcPr>
          <w:p w:rsidR="006F7457" w:rsidRDefault="00332DB8">
            <w:r>
              <w:t>15.12.2017</w:t>
            </w:r>
          </w:p>
        </w:tc>
      </w:tr>
      <w:tr w:rsidR="006F7457">
        <w:tc>
          <w:tcPr>
            <w:tcW w:w="2880" w:type="dxa"/>
          </w:tcPr>
          <w:p w:rsidR="006F7457" w:rsidRDefault="00332DB8">
            <w:r>
              <w:t>4313.</w:t>
            </w:r>
          </w:p>
        </w:tc>
        <w:tc>
          <w:tcPr>
            <w:tcW w:w="2880" w:type="dxa"/>
          </w:tcPr>
          <w:p w:rsidR="006F7457" w:rsidRPr="00332DB8" w:rsidRDefault="00332DB8">
            <w:pPr>
              <w:rPr>
                <w:lang w:val="ru-RU"/>
              </w:rPr>
            </w:pPr>
            <w:r w:rsidRPr="00332DB8">
              <w:rPr>
                <w:lang w:val="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2880" w:type="dxa"/>
          </w:tcPr>
          <w:p w:rsidR="006F7457" w:rsidRDefault="00332DB8">
            <w:r>
              <w:t>15.12.2017</w:t>
            </w:r>
          </w:p>
        </w:tc>
      </w:tr>
      <w:tr w:rsidR="006F7457">
        <w:tc>
          <w:tcPr>
            <w:tcW w:w="2880" w:type="dxa"/>
          </w:tcPr>
          <w:p w:rsidR="006F7457" w:rsidRDefault="00332DB8">
            <w:r>
              <w:t>4314.</w:t>
            </w:r>
          </w:p>
        </w:tc>
        <w:tc>
          <w:tcPr>
            <w:tcW w:w="2880" w:type="dxa"/>
          </w:tcPr>
          <w:p w:rsidR="006F7457" w:rsidRPr="00332DB8" w:rsidRDefault="00332DB8">
            <w:pPr>
              <w:rPr>
                <w:lang w:val="ru-RU"/>
              </w:rPr>
            </w:pPr>
            <w:r w:rsidRPr="00332DB8">
              <w:rPr>
                <w:lang w:val="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2880" w:type="dxa"/>
          </w:tcPr>
          <w:p w:rsidR="006F7457" w:rsidRDefault="00332DB8">
            <w:r>
              <w:t>15.12.2017</w:t>
            </w:r>
          </w:p>
        </w:tc>
      </w:tr>
      <w:tr w:rsidR="006F7457">
        <w:tc>
          <w:tcPr>
            <w:tcW w:w="2880" w:type="dxa"/>
          </w:tcPr>
          <w:p w:rsidR="006F7457" w:rsidRDefault="00332DB8">
            <w:r>
              <w:t>4315.</w:t>
            </w:r>
          </w:p>
        </w:tc>
        <w:tc>
          <w:tcPr>
            <w:tcW w:w="2880" w:type="dxa"/>
          </w:tcPr>
          <w:p w:rsidR="006F7457" w:rsidRPr="00332DB8" w:rsidRDefault="00332DB8">
            <w:pPr>
              <w:rPr>
                <w:lang w:val="ru-RU"/>
              </w:rPr>
            </w:pPr>
            <w:r w:rsidRPr="00332DB8">
              <w:rPr>
                <w:lang w:val="ru-RU"/>
              </w:rPr>
              <w:t xml:space="preserve">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w:t>
            </w:r>
            <w:r>
              <w:t>http</w:t>
            </w:r>
            <w:r w:rsidRPr="00332DB8">
              <w:rPr>
                <w:lang w:val="ru-RU"/>
              </w:rPr>
              <w:t>://</w:t>
            </w:r>
            <w:r>
              <w:t>censoru</w:t>
            </w:r>
            <w:r w:rsidRPr="00332DB8">
              <w:rPr>
                <w:lang w:val="ru-RU"/>
              </w:rPr>
              <w:t>.</w:t>
            </w:r>
            <w:r>
              <w:t>net</w:t>
            </w:r>
            <w:r w:rsidRPr="00332DB8">
              <w:rPr>
                <w:lang w:val="ru-RU"/>
              </w:rPr>
              <w:t>/17801-</w:t>
            </w:r>
            <w:r>
              <w:t>zachem</w:t>
            </w:r>
            <w:r w:rsidRPr="00332DB8">
              <w:rPr>
                <w:lang w:val="ru-RU"/>
              </w:rPr>
              <w:t>-</w:t>
            </w:r>
            <w:r>
              <w:t>putinu</w:t>
            </w:r>
            <w:r w:rsidRPr="00332DB8">
              <w:rPr>
                <w:lang w:val="ru-RU"/>
              </w:rPr>
              <w:t>-</w:t>
            </w:r>
            <w:r>
              <w:t>ponadobilis</w:t>
            </w:r>
            <w:r w:rsidRPr="00332DB8">
              <w:rPr>
                <w:lang w:val="ru-RU"/>
              </w:rPr>
              <w:t>-</w:t>
            </w:r>
            <w:r>
              <w:t>terakty</w:t>
            </w:r>
            <w:r w:rsidRPr="00332DB8">
              <w:rPr>
                <w:lang w:val="ru-RU"/>
              </w:rPr>
              <w:t>-</w:t>
            </w:r>
            <w:r>
              <w:t>v</w:t>
            </w:r>
            <w:r w:rsidRPr="00332DB8">
              <w:rPr>
                <w:lang w:val="ru-RU"/>
              </w:rPr>
              <w:t>-</w:t>
            </w:r>
            <w:r>
              <w:t>pitere</w:t>
            </w:r>
            <w:r w:rsidRPr="00332DB8">
              <w:rPr>
                <w:lang w:val="ru-RU"/>
              </w:rPr>
              <w:t>.</w:t>
            </w:r>
            <w:r>
              <w:t>html</w:t>
            </w:r>
            <w:r w:rsidRPr="00332DB8">
              <w:rPr>
                <w:lang w:val="ru-RU"/>
              </w:rPr>
              <w:t xml:space="preserve">, </w:t>
            </w:r>
            <w:r>
              <w:t>http</w:t>
            </w:r>
            <w:r w:rsidRPr="00332DB8">
              <w:rPr>
                <w:lang w:val="ru-RU"/>
              </w:rPr>
              <w:t>://</w:t>
            </w:r>
            <w:r>
              <w:t>giperboloid</w:t>
            </w:r>
            <w:r w:rsidRPr="00332DB8">
              <w:rPr>
                <w:lang w:val="ru-RU"/>
              </w:rPr>
              <w:t>.</w:t>
            </w:r>
            <w:r>
              <w:t>info</w:t>
            </w:r>
            <w:r w:rsidRPr="00332DB8">
              <w:rPr>
                <w:lang w:val="ru-RU"/>
              </w:rPr>
              <w:t>/</w:t>
            </w:r>
            <w:r>
              <w:t>zachem</w:t>
            </w:r>
            <w:r w:rsidRPr="00332DB8">
              <w:rPr>
                <w:lang w:val="ru-RU"/>
              </w:rPr>
              <w:t>-</w:t>
            </w:r>
            <w:r>
              <w:t>putinu</w:t>
            </w:r>
            <w:r w:rsidRPr="00332DB8">
              <w:rPr>
                <w:lang w:val="ru-RU"/>
              </w:rPr>
              <w:t>-</w:t>
            </w:r>
            <w:r>
              <w:t>ponadobilis</w:t>
            </w:r>
            <w:r w:rsidRPr="00332DB8">
              <w:rPr>
                <w:lang w:val="ru-RU"/>
              </w:rPr>
              <w:t>-</w:t>
            </w:r>
            <w:r>
              <w:t>terakty</w:t>
            </w:r>
            <w:r w:rsidRPr="00332DB8">
              <w:rPr>
                <w:lang w:val="ru-RU"/>
              </w:rPr>
              <w:t>-</w:t>
            </w:r>
            <w:r>
              <w:t>v</w:t>
            </w:r>
            <w:r w:rsidRPr="00332DB8">
              <w:rPr>
                <w:lang w:val="ru-RU"/>
              </w:rPr>
              <w:t>-</w:t>
            </w:r>
            <w:r>
              <w:t>pitere</w:t>
            </w:r>
            <w:r w:rsidRPr="00332DB8">
              <w:rPr>
                <w:lang w:val="ru-RU"/>
              </w:rPr>
              <w:t xml:space="preserve">/, </w:t>
            </w:r>
            <w:r>
              <w:t>http</w:t>
            </w:r>
            <w:r w:rsidRPr="00332DB8">
              <w:rPr>
                <w:lang w:val="ru-RU"/>
              </w:rPr>
              <w:t>://</w:t>
            </w:r>
            <w:r>
              <w:t>vchaspik</w:t>
            </w:r>
            <w:r w:rsidRPr="00332DB8">
              <w:rPr>
                <w:lang w:val="ru-RU"/>
              </w:rPr>
              <w:t>.</w:t>
            </w:r>
            <w:r>
              <w:t>ua</w:t>
            </w:r>
            <w:r w:rsidRPr="00332DB8">
              <w:rPr>
                <w:lang w:val="ru-RU"/>
              </w:rPr>
              <w:t>/</w:t>
            </w:r>
            <w:r>
              <w:t>v</w:t>
            </w:r>
            <w:r w:rsidRPr="00332DB8">
              <w:rPr>
                <w:lang w:val="ru-RU"/>
              </w:rPr>
              <w:t>-</w:t>
            </w:r>
            <w:r>
              <w:t>mire</w:t>
            </w:r>
            <w:r w:rsidRPr="00332DB8">
              <w:rPr>
                <w:lang w:val="ru-RU"/>
              </w:rPr>
              <w:t>/423351-</w:t>
            </w:r>
            <w:r>
              <w:t>zachem</w:t>
            </w:r>
            <w:r w:rsidRPr="00332DB8">
              <w:rPr>
                <w:lang w:val="ru-RU"/>
              </w:rPr>
              <w:t>-</w:t>
            </w:r>
            <w:r>
              <w:t>putinu</w:t>
            </w:r>
            <w:r w:rsidRPr="00332DB8">
              <w:rPr>
                <w:lang w:val="ru-RU"/>
              </w:rPr>
              <w:t>-</w:t>
            </w:r>
            <w:r>
              <w:t>ponadobilis</w:t>
            </w:r>
            <w:r w:rsidRPr="00332DB8">
              <w:rPr>
                <w:lang w:val="ru-RU"/>
              </w:rPr>
              <w:t>-</w:t>
            </w:r>
            <w:r>
              <w:t>terakty</w:t>
            </w:r>
            <w:r w:rsidRPr="00332DB8">
              <w:rPr>
                <w:lang w:val="ru-RU"/>
              </w:rPr>
              <w:t>-</w:t>
            </w:r>
            <w:r>
              <w:t>v</w:t>
            </w:r>
            <w:r w:rsidRPr="00332DB8">
              <w:rPr>
                <w:lang w:val="ru-RU"/>
              </w:rPr>
              <w:t>-</w:t>
            </w:r>
            <w:r>
              <w:t>pitere</w:t>
            </w:r>
            <w:r w:rsidRPr="00332DB8">
              <w:rPr>
                <w:lang w:val="ru-RU"/>
              </w:rPr>
              <w:t>-</w:t>
            </w:r>
            <w:r>
              <w:t>mnenie</w:t>
            </w:r>
            <w:r w:rsidRPr="00332DB8">
              <w:rPr>
                <w:lang w:val="ru-RU"/>
              </w:rPr>
              <w:t xml:space="preserv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2880" w:type="dxa"/>
          </w:tcPr>
          <w:p w:rsidR="006F7457" w:rsidRDefault="00332DB8">
            <w:r>
              <w:t>15.12.2017</w:t>
            </w:r>
          </w:p>
        </w:tc>
      </w:tr>
      <w:tr w:rsidR="006F7457">
        <w:tc>
          <w:tcPr>
            <w:tcW w:w="2880" w:type="dxa"/>
          </w:tcPr>
          <w:p w:rsidR="006F7457" w:rsidRDefault="00332DB8">
            <w:r>
              <w:t>4</w:t>
            </w:r>
            <w:r>
              <w:lastRenderedPageBreak/>
              <w:t>316.</w:t>
            </w:r>
          </w:p>
        </w:tc>
        <w:tc>
          <w:tcPr>
            <w:tcW w:w="2880" w:type="dxa"/>
          </w:tcPr>
          <w:p w:rsidR="006F7457" w:rsidRPr="00332DB8" w:rsidRDefault="00332DB8">
            <w:pPr>
              <w:rPr>
                <w:lang w:val="ru-RU"/>
              </w:rPr>
            </w:pPr>
            <w:r w:rsidRPr="00332DB8">
              <w:rPr>
                <w:lang w:val="ru-RU"/>
              </w:rPr>
              <w:lastRenderedPageBreak/>
              <w:t xml:space="preserve">Текстовая часть графического материала «Граждане России будьте бдительны! Падает рейтинг - Ждите </w:t>
            </w:r>
            <w:r w:rsidRPr="00332DB8">
              <w:rPr>
                <w:lang w:val="ru-RU"/>
              </w:rPr>
              <w:lastRenderedPageBreak/>
              <w:t xml:space="preserve">террактов!», размещенного по электронному адресу: </w:t>
            </w:r>
            <w:r>
              <w:t>http</w:t>
            </w:r>
            <w:r w:rsidRPr="00332DB8">
              <w:rPr>
                <w:lang w:val="ru-RU"/>
              </w:rPr>
              <w:t>://</w:t>
            </w:r>
            <w:r>
              <w:t>censoru</w:t>
            </w:r>
            <w:r w:rsidRPr="00332DB8">
              <w:rPr>
                <w:lang w:val="ru-RU"/>
              </w:rPr>
              <w:t>.</w:t>
            </w:r>
            <w:r>
              <w:t>net</w:t>
            </w:r>
            <w:r w:rsidRPr="00332DB8">
              <w:rPr>
                <w:lang w:val="ru-RU"/>
              </w:rPr>
              <w:t>/17801-</w:t>
            </w:r>
            <w:r>
              <w:t>zachem</w:t>
            </w:r>
            <w:r w:rsidRPr="00332DB8">
              <w:rPr>
                <w:lang w:val="ru-RU"/>
              </w:rPr>
              <w:t>-</w:t>
            </w:r>
            <w:r>
              <w:t>putinu</w:t>
            </w:r>
            <w:r w:rsidRPr="00332DB8">
              <w:rPr>
                <w:lang w:val="ru-RU"/>
              </w:rPr>
              <w:t>-</w:t>
            </w:r>
            <w:r>
              <w:t>ponadobilis</w:t>
            </w:r>
            <w:r w:rsidRPr="00332DB8">
              <w:rPr>
                <w:lang w:val="ru-RU"/>
              </w:rPr>
              <w:t>-</w:t>
            </w:r>
            <w:r>
              <w:t>terakty</w:t>
            </w:r>
            <w:r w:rsidRPr="00332DB8">
              <w:rPr>
                <w:lang w:val="ru-RU"/>
              </w:rPr>
              <w:t>-</w:t>
            </w:r>
            <w:r>
              <w:t>v</w:t>
            </w:r>
            <w:r w:rsidRPr="00332DB8">
              <w:rPr>
                <w:lang w:val="ru-RU"/>
              </w:rPr>
              <w:t>-</w:t>
            </w:r>
            <w:r>
              <w:t>pitere</w:t>
            </w:r>
            <w:r w:rsidRPr="00332DB8">
              <w:rPr>
                <w:lang w:val="ru-RU"/>
              </w:rPr>
              <w:t>.</w:t>
            </w:r>
            <w:r>
              <w:t>html</w:t>
            </w:r>
            <w:r w:rsidRPr="00332DB8">
              <w:rPr>
                <w:lang w:val="ru-RU"/>
              </w:rPr>
              <w:t xml:space="preserv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2880" w:type="dxa"/>
          </w:tcPr>
          <w:p w:rsidR="006F7457" w:rsidRDefault="00332DB8">
            <w:r>
              <w:lastRenderedPageBreak/>
              <w:t>15.</w:t>
            </w:r>
            <w:r>
              <w:lastRenderedPageBreak/>
              <w:t>12.2017</w:t>
            </w:r>
          </w:p>
        </w:tc>
      </w:tr>
      <w:tr w:rsidR="006F7457">
        <w:tc>
          <w:tcPr>
            <w:tcW w:w="2880" w:type="dxa"/>
          </w:tcPr>
          <w:p w:rsidR="006F7457" w:rsidRDefault="00332DB8">
            <w:r>
              <w:lastRenderedPageBreak/>
              <w:t>4317.</w:t>
            </w:r>
          </w:p>
        </w:tc>
        <w:tc>
          <w:tcPr>
            <w:tcW w:w="2880" w:type="dxa"/>
          </w:tcPr>
          <w:p w:rsidR="006F7457" w:rsidRPr="00332DB8" w:rsidRDefault="00332DB8">
            <w:pPr>
              <w:rPr>
                <w:lang w:val="ru-RU"/>
              </w:rPr>
            </w:pPr>
            <w:r w:rsidRPr="00332DB8">
              <w:rPr>
                <w:lang w:val="ru-RU"/>
              </w:rPr>
              <w:t>Видеограмма «</w:t>
            </w:r>
            <w:r>
              <w:t>CG</w:t>
            </w:r>
            <w:r w:rsidRPr="00332DB8">
              <w:rPr>
                <w:lang w:val="ru-RU"/>
              </w:rPr>
              <w:t xml:space="preserve"> </w:t>
            </w:r>
            <w:r>
              <w:t>Bros</w:t>
            </w:r>
            <w:r w:rsidRPr="00332DB8">
              <w:rPr>
                <w:lang w:val="ru-RU"/>
              </w:rPr>
              <w:t xml:space="preserve">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2880" w:type="dxa"/>
          </w:tcPr>
          <w:p w:rsidR="006F7457" w:rsidRDefault="00332DB8">
            <w:r>
              <w:t>15.12.2017</w:t>
            </w:r>
          </w:p>
        </w:tc>
      </w:tr>
      <w:tr w:rsidR="006F7457">
        <w:tc>
          <w:tcPr>
            <w:tcW w:w="2880" w:type="dxa"/>
          </w:tcPr>
          <w:p w:rsidR="006F7457" w:rsidRDefault="00332DB8">
            <w:r>
              <w:t>4318.</w:t>
            </w:r>
          </w:p>
        </w:tc>
        <w:tc>
          <w:tcPr>
            <w:tcW w:w="2880" w:type="dxa"/>
          </w:tcPr>
          <w:p w:rsidR="006F7457" w:rsidRPr="00332DB8" w:rsidRDefault="00332DB8">
            <w:pPr>
              <w:rPr>
                <w:lang w:val="ru-RU"/>
              </w:rPr>
            </w:pPr>
            <w:r>
              <w:t xml:space="preserve">Видеограмма «Сионизм Haoбopoт_Zionism Upside Down» длительностью </w:t>
            </w:r>
            <w:r w:rsidRPr="00332DB8">
              <w:rPr>
                <w:lang w:val="ru-RU"/>
              </w:rPr>
              <w:t>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t>
            </w:r>
            <w:r>
              <w:t>www</w:t>
            </w:r>
            <w:r w:rsidRPr="00332DB8">
              <w:rPr>
                <w:lang w:val="ru-RU"/>
              </w:rPr>
              <w:t>.</w:t>
            </w:r>
            <w:r>
              <w:t>svatorus</w:t>
            </w:r>
            <w:r w:rsidRPr="00332DB8">
              <w:rPr>
                <w:lang w:val="ru-RU"/>
              </w:rPr>
              <w:t>.</w:t>
            </w:r>
            <w:r>
              <w:t>com</w:t>
            </w:r>
            <w:r w:rsidRPr="00332DB8">
              <w:rPr>
                <w:lang w:val="ru-RU"/>
              </w:rPr>
              <w:t>» (решение Бийского городского суда Алтайского края от 05.10.2017);</w:t>
            </w:r>
          </w:p>
        </w:tc>
        <w:tc>
          <w:tcPr>
            <w:tcW w:w="2880" w:type="dxa"/>
          </w:tcPr>
          <w:p w:rsidR="006F7457" w:rsidRDefault="00332DB8">
            <w:r>
              <w:t>15.12.2017</w:t>
            </w:r>
          </w:p>
        </w:tc>
      </w:tr>
      <w:tr w:rsidR="006F7457">
        <w:tc>
          <w:tcPr>
            <w:tcW w:w="2880" w:type="dxa"/>
          </w:tcPr>
          <w:p w:rsidR="006F7457" w:rsidRDefault="00332DB8">
            <w:r>
              <w:t>4319.</w:t>
            </w:r>
          </w:p>
        </w:tc>
        <w:tc>
          <w:tcPr>
            <w:tcW w:w="2880" w:type="dxa"/>
          </w:tcPr>
          <w:p w:rsidR="006F7457" w:rsidRPr="00332DB8" w:rsidRDefault="00332DB8">
            <w:pPr>
              <w:rPr>
                <w:lang w:val="ru-RU"/>
              </w:rPr>
            </w:pPr>
            <w:r w:rsidRPr="00332DB8">
              <w:rPr>
                <w:lang w:val="ru-RU"/>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2880" w:type="dxa"/>
          </w:tcPr>
          <w:p w:rsidR="006F7457" w:rsidRDefault="00332DB8">
            <w:r>
              <w:t>15.12.2017</w:t>
            </w:r>
          </w:p>
        </w:tc>
      </w:tr>
      <w:tr w:rsidR="006F7457">
        <w:tc>
          <w:tcPr>
            <w:tcW w:w="2880" w:type="dxa"/>
          </w:tcPr>
          <w:p w:rsidR="006F7457" w:rsidRDefault="00332DB8">
            <w:r>
              <w:t>4320.</w:t>
            </w:r>
          </w:p>
        </w:tc>
        <w:tc>
          <w:tcPr>
            <w:tcW w:w="2880" w:type="dxa"/>
          </w:tcPr>
          <w:p w:rsidR="006F7457" w:rsidRPr="00332DB8" w:rsidRDefault="00332DB8">
            <w:pPr>
              <w:rPr>
                <w:lang w:val="ru-RU"/>
              </w:rPr>
            </w:pPr>
            <w:r w:rsidRPr="00332DB8">
              <w:rPr>
                <w:lang w:val="ru-RU"/>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w:t>
            </w:r>
            <w:r>
              <w:t>vk</w:t>
            </w:r>
            <w:r w:rsidRPr="00332DB8">
              <w:rPr>
                <w:lang w:val="ru-RU"/>
              </w:rPr>
              <w:t>.</w:t>
            </w:r>
            <w:r>
              <w:t>com</w:t>
            </w:r>
            <w:r w:rsidRPr="00332DB8">
              <w:rPr>
                <w:lang w:val="ru-RU"/>
              </w:rPr>
              <w:t>» (решение Благовещенского городского суда от 14.09.2017);</w:t>
            </w:r>
          </w:p>
        </w:tc>
        <w:tc>
          <w:tcPr>
            <w:tcW w:w="2880" w:type="dxa"/>
          </w:tcPr>
          <w:p w:rsidR="006F7457" w:rsidRDefault="00332DB8">
            <w:r>
              <w:t>15.12.2017</w:t>
            </w:r>
          </w:p>
        </w:tc>
      </w:tr>
      <w:tr w:rsidR="006F7457">
        <w:tc>
          <w:tcPr>
            <w:tcW w:w="2880" w:type="dxa"/>
          </w:tcPr>
          <w:p w:rsidR="006F7457" w:rsidRDefault="00332DB8">
            <w:r>
              <w:t>432</w:t>
            </w:r>
            <w:r>
              <w:lastRenderedPageBreak/>
              <w:t>1.</w:t>
            </w:r>
          </w:p>
        </w:tc>
        <w:tc>
          <w:tcPr>
            <w:tcW w:w="2880" w:type="dxa"/>
          </w:tcPr>
          <w:p w:rsidR="006F7457" w:rsidRPr="00332DB8" w:rsidRDefault="00332DB8">
            <w:pPr>
              <w:rPr>
                <w:lang w:val="ru-RU"/>
              </w:rPr>
            </w:pPr>
            <w:r w:rsidRPr="00332DB8">
              <w:rPr>
                <w:lang w:val="ru-RU"/>
              </w:rPr>
              <w:lastRenderedPageBreak/>
              <w:t xml:space="preserve">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w:t>
            </w:r>
            <w:r w:rsidRPr="00332DB8">
              <w:rPr>
                <w:lang w:val="ru-RU"/>
              </w:rPr>
              <w:lastRenderedPageBreak/>
              <w:t>сообществе «Группа ХорСС» на Интернет-сайте «</w:t>
            </w:r>
            <w:r>
              <w:t>vk</w:t>
            </w:r>
            <w:r w:rsidRPr="00332DB8">
              <w:rPr>
                <w:lang w:val="ru-RU"/>
              </w:rPr>
              <w:t>.</w:t>
            </w:r>
            <w:r>
              <w:t>com</w:t>
            </w:r>
            <w:r w:rsidRPr="00332DB8">
              <w:rPr>
                <w:lang w:val="ru-RU"/>
              </w:rPr>
              <w:t>» (решение Благовещенского городского суда от 14.09.2017);</w:t>
            </w:r>
          </w:p>
        </w:tc>
        <w:tc>
          <w:tcPr>
            <w:tcW w:w="2880" w:type="dxa"/>
          </w:tcPr>
          <w:p w:rsidR="006F7457" w:rsidRDefault="00332DB8">
            <w:r>
              <w:lastRenderedPageBreak/>
              <w:t>15.12.201</w:t>
            </w:r>
            <w:r>
              <w:lastRenderedPageBreak/>
              <w:t>7</w:t>
            </w:r>
          </w:p>
        </w:tc>
      </w:tr>
      <w:tr w:rsidR="006F7457">
        <w:tc>
          <w:tcPr>
            <w:tcW w:w="2880" w:type="dxa"/>
          </w:tcPr>
          <w:p w:rsidR="006F7457" w:rsidRDefault="00332DB8">
            <w:r>
              <w:lastRenderedPageBreak/>
              <w:t>4322.</w:t>
            </w:r>
          </w:p>
        </w:tc>
        <w:tc>
          <w:tcPr>
            <w:tcW w:w="2880" w:type="dxa"/>
          </w:tcPr>
          <w:p w:rsidR="006F7457" w:rsidRPr="00332DB8" w:rsidRDefault="00332DB8">
            <w:pPr>
              <w:rPr>
                <w:lang w:val="ru-RU"/>
              </w:rPr>
            </w:pPr>
            <w:r w:rsidRPr="00332DB8">
              <w:rPr>
                <w:lang w:val="ru-RU"/>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w:t>
            </w:r>
            <w:r>
              <w:t>vk</w:t>
            </w:r>
            <w:r w:rsidRPr="00332DB8">
              <w:rPr>
                <w:lang w:val="ru-RU"/>
              </w:rPr>
              <w:t>.</w:t>
            </w:r>
            <w:r>
              <w:t>com</w:t>
            </w:r>
            <w:r w:rsidRPr="00332DB8">
              <w:rPr>
                <w:lang w:val="ru-RU"/>
              </w:rPr>
              <w:t>» (решение Благовещенского городского суда от 14.09.2017);</w:t>
            </w:r>
          </w:p>
        </w:tc>
        <w:tc>
          <w:tcPr>
            <w:tcW w:w="2880" w:type="dxa"/>
          </w:tcPr>
          <w:p w:rsidR="006F7457" w:rsidRDefault="00332DB8">
            <w:r>
              <w:t>15.12.2017</w:t>
            </w:r>
          </w:p>
        </w:tc>
      </w:tr>
      <w:tr w:rsidR="006F7457">
        <w:tc>
          <w:tcPr>
            <w:tcW w:w="2880" w:type="dxa"/>
          </w:tcPr>
          <w:p w:rsidR="006F7457" w:rsidRDefault="00332DB8">
            <w:r>
              <w:t>4323.</w:t>
            </w:r>
          </w:p>
        </w:tc>
        <w:tc>
          <w:tcPr>
            <w:tcW w:w="2880" w:type="dxa"/>
          </w:tcPr>
          <w:p w:rsidR="006F7457" w:rsidRPr="00332DB8" w:rsidRDefault="00332DB8">
            <w:pPr>
              <w:rPr>
                <w:lang w:val="ru-RU"/>
              </w:rPr>
            </w:pPr>
            <w:r w:rsidRPr="00332DB8">
              <w:rPr>
                <w:lang w:val="ru-RU"/>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w:t>
            </w:r>
            <w:r>
              <w:t>vk</w:t>
            </w:r>
            <w:r w:rsidRPr="00332DB8">
              <w:rPr>
                <w:lang w:val="ru-RU"/>
              </w:rPr>
              <w:t>.</w:t>
            </w:r>
            <w:r>
              <w:t>com</w:t>
            </w:r>
            <w:r w:rsidRPr="00332DB8">
              <w:rPr>
                <w:lang w:val="ru-RU"/>
              </w:rPr>
              <w:t>» (решение Благовещенского городского суда от 14.09.2017);</w:t>
            </w:r>
          </w:p>
        </w:tc>
        <w:tc>
          <w:tcPr>
            <w:tcW w:w="2880" w:type="dxa"/>
          </w:tcPr>
          <w:p w:rsidR="006F7457" w:rsidRDefault="00332DB8">
            <w:r>
              <w:t>15.12.2017</w:t>
            </w:r>
          </w:p>
        </w:tc>
      </w:tr>
      <w:tr w:rsidR="006F7457">
        <w:tc>
          <w:tcPr>
            <w:tcW w:w="2880" w:type="dxa"/>
          </w:tcPr>
          <w:p w:rsidR="006F7457" w:rsidRDefault="00332DB8">
            <w:r>
              <w:t>4324.</w:t>
            </w:r>
          </w:p>
        </w:tc>
        <w:tc>
          <w:tcPr>
            <w:tcW w:w="2880" w:type="dxa"/>
          </w:tcPr>
          <w:p w:rsidR="006F7457" w:rsidRPr="00332DB8" w:rsidRDefault="00332DB8">
            <w:pPr>
              <w:rPr>
                <w:lang w:val="ru-RU"/>
              </w:rPr>
            </w:pPr>
            <w:r w:rsidRPr="00332DB8">
              <w:rPr>
                <w:lang w:val="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w:t>
            </w:r>
            <w:r>
              <w:t>vk</w:t>
            </w:r>
            <w:r w:rsidRPr="00332DB8">
              <w:rPr>
                <w:lang w:val="ru-RU"/>
              </w:rPr>
              <w:t>.</w:t>
            </w:r>
            <w:r>
              <w:t>com</w:t>
            </w:r>
            <w:r w:rsidRPr="00332DB8">
              <w:rPr>
                <w:lang w:val="ru-RU"/>
              </w:rPr>
              <w:t>» (решение Благовещенского городского суда от 14.09.2017);</w:t>
            </w:r>
          </w:p>
        </w:tc>
        <w:tc>
          <w:tcPr>
            <w:tcW w:w="2880" w:type="dxa"/>
          </w:tcPr>
          <w:p w:rsidR="006F7457" w:rsidRDefault="00332DB8">
            <w:r>
              <w:t>15.12.2017</w:t>
            </w:r>
          </w:p>
        </w:tc>
      </w:tr>
      <w:tr w:rsidR="006F7457">
        <w:tc>
          <w:tcPr>
            <w:tcW w:w="2880" w:type="dxa"/>
          </w:tcPr>
          <w:p w:rsidR="006F7457" w:rsidRDefault="00332DB8">
            <w:r>
              <w:t>4325.</w:t>
            </w:r>
          </w:p>
        </w:tc>
        <w:tc>
          <w:tcPr>
            <w:tcW w:w="2880" w:type="dxa"/>
          </w:tcPr>
          <w:p w:rsidR="006F7457" w:rsidRPr="00332DB8" w:rsidRDefault="00332DB8">
            <w:pPr>
              <w:rPr>
                <w:lang w:val="ru-RU"/>
              </w:rPr>
            </w:pPr>
            <w:r w:rsidRPr="00332DB8">
              <w:rPr>
                <w:lang w:val="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w:t>
            </w:r>
            <w:r>
              <w:t>vk</w:t>
            </w:r>
            <w:r w:rsidRPr="00332DB8">
              <w:rPr>
                <w:lang w:val="ru-RU"/>
              </w:rPr>
              <w:t>.</w:t>
            </w:r>
            <w:r>
              <w:t>com</w:t>
            </w:r>
            <w:r w:rsidRPr="00332DB8">
              <w:rPr>
                <w:lang w:val="ru-RU"/>
              </w:rPr>
              <w:t>» (решение Благовещенского городского суда от 14.09.2017);</w:t>
            </w:r>
          </w:p>
        </w:tc>
        <w:tc>
          <w:tcPr>
            <w:tcW w:w="2880" w:type="dxa"/>
          </w:tcPr>
          <w:p w:rsidR="006F7457" w:rsidRDefault="00332DB8">
            <w:r>
              <w:t>15.12.2017</w:t>
            </w:r>
          </w:p>
        </w:tc>
      </w:tr>
      <w:tr w:rsidR="006F7457">
        <w:tc>
          <w:tcPr>
            <w:tcW w:w="2880" w:type="dxa"/>
          </w:tcPr>
          <w:p w:rsidR="006F7457" w:rsidRDefault="00332DB8">
            <w:r>
              <w:t>432</w:t>
            </w:r>
            <w:r>
              <w:lastRenderedPageBreak/>
              <w:t>6.</w:t>
            </w:r>
          </w:p>
        </w:tc>
        <w:tc>
          <w:tcPr>
            <w:tcW w:w="2880" w:type="dxa"/>
          </w:tcPr>
          <w:p w:rsidR="006F7457" w:rsidRPr="00332DB8" w:rsidRDefault="00332DB8">
            <w:pPr>
              <w:rPr>
                <w:lang w:val="ru-RU"/>
              </w:rPr>
            </w:pPr>
            <w:r w:rsidRPr="00332DB8">
              <w:rPr>
                <w:lang w:val="ru-RU"/>
              </w:rPr>
              <w:lastRenderedPageBreak/>
              <w:t xml:space="preserve">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w:t>
            </w:r>
            <w:r w:rsidRPr="00332DB8">
              <w:rPr>
                <w:lang w:val="ru-RU"/>
              </w:rPr>
              <w:lastRenderedPageBreak/>
              <w:t>«Группа ХорСС» на Интернет-сайте «</w:t>
            </w:r>
            <w:r>
              <w:t>vk</w:t>
            </w:r>
            <w:r w:rsidRPr="00332DB8">
              <w:rPr>
                <w:lang w:val="ru-RU"/>
              </w:rPr>
              <w:t>.</w:t>
            </w:r>
            <w:r>
              <w:t>com</w:t>
            </w:r>
            <w:r w:rsidRPr="00332DB8">
              <w:rPr>
                <w:lang w:val="ru-RU"/>
              </w:rPr>
              <w:t>» (решение Благовещенского городского суда от 14.09.2017);</w:t>
            </w:r>
          </w:p>
        </w:tc>
        <w:tc>
          <w:tcPr>
            <w:tcW w:w="2880" w:type="dxa"/>
          </w:tcPr>
          <w:p w:rsidR="006F7457" w:rsidRDefault="00332DB8">
            <w:r>
              <w:lastRenderedPageBreak/>
              <w:t>15.12.201</w:t>
            </w:r>
            <w:r>
              <w:lastRenderedPageBreak/>
              <w:t>7</w:t>
            </w:r>
          </w:p>
        </w:tc>
      </w:tr>
      <w:tr w:rsidR="006F7457">
        <w:tc>
          <w:tcPr>
            <w:tcW w:w="2880" w:type="dxa"/>
          </w:tcPr>
          <w:p w:rsidR="006F7457" w:rsidRDefault="00332DB8">
            <w:r>
              <w:lastRenderedPageBreak/>
              <w:t>4327.</w:t>
            </w:r>
          </w:p>
        </w:tc>
        <w:tc>
          <w:tcPr>
            <w:tcW w:w="2880" w:type="dxa"/>
          </w:tcPr>
          <w:p w:rsidR="006F7457" w:rsidRPr="00332DB8" w:rsidRDefault="00332DB8">
            <w:pPr>
              <w:rPr>
                <w:lang w:val="ru-RU"/>
              </w:rPr>
            </w:pPr>
            <w:r w:rsidRPr="00332DB8">
              <w:rPr>
                <w:lang w:val="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w:t>
            </w:r>
            <w:r>
              <w:t>vk</w:t>
            </w:r>
            <w:r w:rsidRPr="00332DB8">
              <w:rPr>
                <w:lang w:val="ru-RU"/>
              </w:rPr>
              <w:t>.</w:t>
            </w:r>
            <w:r>
              <w:t>com</w:t>
            </w:r>
            <w:r w:rsidRPr="00332DB8">
              <w:rPr>
                <w:lang w:val="ru-RU"/>
              </w:rPr>
              <w:t>» (решение Благовещенского городского суда от 14.09.2017);</w:t>
            </w:r>
          </w:p>
        </w:tc>
        <w:tc>
          <w:tcPr>
            <w:tcW w:w="2880" w:type="dxa"/>
          </w:tcPr>
          <w:p w:rsidR="006F7457" w:rsidRDefault="00332DB8">
            <w:r>
              <w:t>15.12.2017</w:t>
            </w:r>
          </w:p>
        </w:tc>
      </w:tr>
      <w:tr w:rsidR="006F7457">
        <w:tc>
          <w:tcPr>
            <w:tcW w:w="2880" w:type="dxa"/>
          </w:tcPr>
          <w:p w:rsidR="006F7457" w:rsidRDefault="00332DB8">
            <w:r>
              <w:t>4328.</w:t>
            </w:r>
          </w:p>
        </w:tc>
        <w:tc>
          <w:tcPr>
            <w:tcW w:w="2880" w:type="dxa"/>
          </w:tcPr>
          <w:p w:rsidR="006F7457" w:rsidRPr="00332DB8" w:rsidRDefault="00332DB8">
            <w:pPr>
              <w:rPr>
                <w:lang w:val="ru-RU"/>
              </w:rPr>
            </w:pPr>
            <w:r w:rsidRPr="00332DB8">
              <w:rPr>
                <w:lang w:val="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w:t>
            </w:r>
            <w:r>
              <w:t>vk</w:t>
            </w:r>
            <w:r w:rsidRPr="00332DB8">
              <w:rPr>
                <w:lang w:val="ru-RU"/>
              </w:rPr>
              <w:t>.</w:t>
            </w:r>
            <w:r>
              <w:t>com</w:t>
            </w:r>
            <w:r w:rsidRPr="00332DB8">
              <w:rPr>
                <w:lang w:val="ru-RU"/>
              </w:rPr>
              <w:t>» (решение Благовещенского городского суда от 14.09.2017);</w:t>
            </w:r>
          </w:p>
        </w:tc>
        <w:tc>
          <w:tcPr>
            <w:tcW w:w="2880" w:type="dxa"/>
          </w:tcPr>
          <w:p w:rsidR="006F7457" w:rsidRDefault="00332DB8">
            <w:r>
              <w:t>15.12.2017</w:t>
            </w:r>
          </w:p>
        </w:tc>
      </w:tr>
      <w:tr w:rsidR="006F7457">
        <w:tc>
          <w:tcPr>
            <w:tcW w:w="2880" w:type="dxa"/>
          </w:tcPr>
          <w:p w:rsidR="006F7457" w:rsidRDefault="00332DB8">
            <w:r>
              <w:t>4329.</w:t>
            </w:r>
          </w:p>
        </w:tc>
        <w:tc>
          <w:tcPr>
            <w:tcW w:w="2880" w:type="dxa"/>
          </w:tcPr>
          <w:p w:rsidR="006F7457" w:rsidRPr="00332DB8" w:rsidRDefault="00332DB8">
            <w:pPr>
              <w:rPr>
                <w:lang w:val="ru-RU"/>
              </w:rPr>
            </w:pPr>
            <w:r w:rsidRPr="00332DB8">
              <w:rPr>
                <w:lang w:val="ru-RU"/>
              </w:rPr>
              <w:t>Видеозапись «ХорСС - Слава победе!», длительностью 02 минуты 46 секунд, размещенная в сообществе «Группа ХорСС» на Интернет-сайте «</w:t>
            </w:r>
            <w:r>
              <w:t>vk</w:t>
            </w:r>
            <w:r w:rsidRPr="00332DB8">
              <w:rPr>
                <w:lang w:val="ru-RU"/>
              </w:rPr>
              <w:t>.</w:t>
            </w:r>
            <w:r>
              <w:t>com</w:t>
            </w:r>
            <w:r w:rsidRPr="00332DB8">
              <w:rPr>
                <w:lang w:val="ru-RU"/>
              </w:rPr>
              <w:t>» (решение Благовещенского городского суда от 14.09.2017);</w:t>
            </w:r>
          </w:p>
        </w:tc>
        <w:tc>
          <w:tcPr>
            <w:tcW w:w="2880" w:type="dxa"/>
          </w:tcPr>
          <w:p w:rsidR="006F7457" w:rsidRDefault="00332DB8">
            <w:r>
              <w:t>15.12.2017</w:t>
            </w:r>
          </w:p>
        </w:tc>
      </w:tr>
      <w:tr w:rsidR="006F7457">
        <w:tc>
          <w:tcPr>
            <w:tcW w:w="2880" w:type="dxa"/>
          </w:tcPr>
          <w:p w:rsidR="006F7457" w:rsidRDefault="00332DB8">
            <w:r>
              <w:t>4330.</w:t>
            </w:r>
          </w:p>
        </w:tc>
        <w:tc>
          <w:tcPr>
            <w:tcW w:w="2880" w:type="dxa"/>
          </w:tcPr>
          <w:p w:rsidR="006F7457" w:rsidRPr="00332DB8" w:rsidRDefault="00332DB8">
            <w:pPr>
              <w:rPr>
                <w:lang w:val="ru-RU"/>
              </w:rPr>
            </w:pPr>
            <w:r w:rsidRPr="00332DB8">
              <w:rPr>
                <w:lang w:val="ru-RU"/>
              </w:rPr>
              <w:t xml:space="preserve">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w:t>
            </w:r>
            <w:r>
              <w:t>http</w:t>
            </w:r>
            <w:r w:rsidRPr="00332DB8">
              <w:rPr>
                <w:lang w:val="ru-RU"/>
              </w:rPr>
              <w:t>://</w:t>
            </w:r>
            <w:r>
              <w:t>iplayer</w:t>
            </w:r>
            <w:r w:rsidRPr="00332DB8">
              <w:rPr>
                <w:lang w:val="ru-RU"/>
              </w:rPr>
              <w:t>.</w:t>
            </w:r>
            <w:r>
              <w:t>fm</w:t>
            </w:r>
            <w:r w:rsidRPr="00332DB8">
              <w:rPr>
                <w:lang w:val="ru-RU"/>
              </w:rPr>
              <w:t>/</w:t>
            </w:r>
            <w:r>
              <w:t>song</w:t>
            </w:r>
            <w:r w:rsidRPr="00332DB8">
              <w:rPr>
                <w:lang w:val="ru-RU"/>
              </w:rPr>
              <w:t>/27529055/</w:t>
            </w:r>
            <w:r>
              <w:t>Russkie</w:t>
            </w:r>
            <w:r w:rsidRPr="00332DB8">
              <w:rPr>
                <w:lang w:val="ru-RU"/>
              </w:rPr>
              <w:t>_</w:t>
            </w:r>
            <w:r>
              <w:t>Vperyod</w:t>
            </w:r>
            <w:r w:rsidRPr="00332DB8">
              <w:rPr>
                <w:lang w:val="ru-RU"/>
              </w:rPr>
              <w:t>_- _</w:t>
            </w:r>
            <w:r>
              <w:t>Oni</w:t>
            </w:r>
            <w:r w:rsidRPr="00332DB8">
              <w:rPr>
                <w:lang w:val="ru-RU"/>
              </w:rPr>
              <w:t>_</w:t>
            </w:r>
            <w:r>
              <w:t>hoteli</w:t>
            </w:r>
            <w:r w:rsidRPr="00332DB8">
              <w:rPr>
                <w:lang w:val="ru-RU"/>
              </w:rPr>
              <w:t>_</w:t>
            </w:r>
            <w:r>
              <w:t>vojny</w:t>
            </w:r>
            <w:r w:rsidRPr="00332DB8">
              <w:rPr>
                <w:lang w:val="ru-RU"/>
              </w:rPr>
              <w:t>_</w:t>
            </w:r>
            <w:r>
              <w:t>oni</w:t>
            </w:r>
            <w:r w:rsidRPr="00332DB8">
              <w:rPr>
                <w:lang w:val="ru-RU"/>
              </w:rPr>
              <w:t>_еуо_</w:t>
            </w:r>
            <w:r>
              <w:t>poluchat</w:t>
            </w:r>
            <w:r w:rsidRPr="00332DB8">
              <w:rPr>
                <w:lang w:val="ru-RU"/>
              </w:rPr>
              <w:t xml:space="preserve">/ 2) </w:t>
            </w:r>
            <w:r>
              <w:t>https</w:t>
            </w:r>
            <w:r w:rsidRPr="00332DB8">
              <w:rPr>
                <w:lang w:val="ru-RU"/>
              </w:rPr>
              <w:t>: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=_</w:t>
            </w:r>
            <w:r>
              <w:t>Fu</w:t>
            </w:r>
            <w:r w:rsidRPr="00332DB8">
              <w:rPr>
                <w:lang w:val="ru-RU"/>
              </w:rPr>
              <w:t>65</w:t>
            </w:r>
            <w:r>
              <w:t>fol</w:t>
            </w:r>
            <w:r w:rsidRPr="00332DB8">
              <w:rPr>
                <w:lang w:val="ru-RU"/>
              </w:rPr>
              <w:t>_</w:t>
            </w:r>
            <w:r>
              <w:t>Wg</w:t>
            </w:r>
            <w:r w:rsidRPr="00332DB8">
              <w:rPr>
                <w:lang w:val="ru-RU"/>
              </w:rPr>
              <w:t xml:space="preserve"> 3) </w:t>
            </w:r>
            <w:r>
              <w:t>http</w:t>
            </w:r>
            <w:r w:rsidRPr="00332DB8">
              <w:rPr>
                <w:lang w:val="ru-RU"/>
              </w:rPr>
              <w:t>://</w:t>
            </w:r>
            <w:r>
              <w:t>poiskm</w:t>
            </w:r>
            <w:r w:rsidRPr="00332DB8">
              <w:rPr>
                <w:lang w:val="ru-RU"/>
              </w:rPr>
              <w:t>.</w:t>
            </w:r>
            <w:r>
              <w:t>net</w:t>
            </w:r>
            <w:r w:rsidRPr="00332DB8">
              <w:rPr>
                <w:lang w:val="ru-RU"/>
              </w:rPr>
              <w:t>/</w:t>
            </w:r>
            <w:r>
              <w:t>show</w:t>
            </w:r>
            <w:r w:rsidRPr="00332DB8">
              <w:rPr>
                <w:lang w:val="ru-RU"/>
              </w:rPr>
              <w:t xml:space="preserve">/ они-хотели-войны 4) </w:t>
            </w:r>
            <w:r>
              <w:t>http</w:t>
            </w:r>
            <w:r w:rsidRPr="00332DB8">
              <w:rPr>
                <w:lang w:val="ru-RU"/>
              </w:rPr>
              <w:t>://</w:t>
            </w:r>
            <w:r>
              <w:t>vmuzice</w:t>
            </w:r>
            <w:r w:rsidRPr="00332DB8">
              <w:rPr>
                <w:lang w:val="ru-RU"/>
              </w:rPr>
              <w:t>.</w:t>
            </w:r>
            <w:r>
              <w:t>com</w:t>
            </w:r>
            <w:r w:rsidRPr="00332DB8">
              <w:rPr>
                <w:lang w:val="ru-RU"/>
              </w:rPr>
              <w:t>/</w:t>
            </w:r>
            <w:r>
              <w:t>mp</w:t>
            </w:r>
            <w:r w:rsidRPr="00332DB8">
              <w:rPr>
                <w:lang w:val="ru-RU"/>
              </w:rPr>
              <w:t>3/%</w:t>
            </w:r>
            <w:r>
              <w:t>EE</w:t>
            </w:r>
            <w:r w:rsidRPr="00332DB8">
              <w:rPr>
                <w:lang w:val="ru-RU"/>
              </w:rPr>
              <w:t>%</w:t>
            </w:r>
            <w:r>
              <w:t>ED</w:t>
            </w:r>
            <w:r w:rsidRPr="00332DB8">
              <w:rPr>
                <w:lang w:val="ru-RU"/>
              </w:rPr>
              <w:t>%</w:t>
            </w:r>
            <w:r>
              <w:t>E</w:t>
            </w:r>
            <w:r w:rsidRPr="00332DB8">
              <w:rPr>
                <w:lang w:val="ru-RU"/>
              </w:rPr>
              <w:t>8+%</w:t>
            </w:r>
            <w:r>
              <w:t>F</w:t>
            </w:r>
            <w:r w:rsidRPr="00332DB8">
              <w:rPr>
                <w:lang w:val="ru-RU"/>
              </w:rPr>
              <w:t>5%</w:t>
            </w:r>
            <w:r>
              <w:t>EE</w:t>
            </w:r>
            <w:r w:rsidRPr="00332DB8">
              <w:rPr>
                <w:lang w:val="ru-RU"/>
              </w:rPr>
              <w:t>%</w:t>
            </w:r>
            <w:r>
              <w:t>F</w:t>
            </w:r>
            <w:r w:rsidRPr="00332DB8">
              <w:rPr>
                <w:lang w:val="ru-RU"/>
              </w:rPr>
              <w:t>2%</w:t>
            </w:r>
            <w:r>
              <w:t>E</w:t>
            </w:r>
            <w:r w:rsidRPr="00332DB8">
              <w:rPr>
                <w:lang w:val="ru-RU"/>
              </w:rPr>
              <w:t>5%</w:t>
            </w:r>
            <w:r>
              <w:t>EB</w:t>
            </w:r>
            <w:r w:rsidRPr="00332DB8">
              <w:rPr>
                <w:lang w:val="ru-RU"/>
              </w:rPr>
              <w:t>%</w:t>
            </w:r>
            <w:r>
              <w:t>E</w:t>
            </w:r>
            <w:r w:rsidRPr="00332DB8">
              <w:rPr>
                <w:lang w:val="ru-RU"/>
              </w:rPr>
              <w:t>8+%</w:t>
            </w:r>
            <w:r>
              <w:t>E</w:t>
            </w:r>
            <w:r w:rsidRPr="00332DB8">
              <w:rPr>
                <w:lang w:val="ru-RU"/>
              </w:rPr>
              <w:t>2 %</w:t>
            </w:r>
            <w:r>
              <w:t>EE</w:t>
            </w:r>
            <w:r w:rsidRPr="00332DB8">
              <w:rPr>
                <w:lang w:val="ru-RU"/>
              </w:rPr>
              <w:t>%</w:t>
            </w:r>
            <w:r>
              <w:t>E</w:t>
            </w:r>
            <w:r w:rsidRPr="00332DB8">
              <w:rPr>
                <w:lang w:val="ru-RU"/>
              </w:rPr>
              <w:t>9%</w:t>
            </w:r>
            <w:r>
              <w:t>ED</w:t>
            </w:r>
            <w:r w:rsidRPr="00332DB8">
              <w:rPr>
                <w:lang w:val="ru-RU"/>
              </w:rPr>
              <w:t>%</w:t>
            </w:r>
            <w:r>
              <w:t>FB</w:t>
            </w:r>
            <w:r w:rsidRPr="00332DB8">
              <w:rPr>
                <w:lang w:val="ru-RU"/>
              </w:rPr>
              <w:t xml:space="preserve"> 5) </w:t>
            </w:r>
            <w:r>
              <w:t>http</w:t>
            </w:r>
            <w:r w:rsidRPr="00332DB8">
              <w:rPr>
                <w:lang w:val="ru-RU"/>
              </w:rPr>
              <w:t>://</w:t>
            </w:r>
            <w:r>
              <w:t>textpesni</w:t>
            </w:r>
            <w:r w:rsidRPr="00332DB8">
              <w:rPr>
                <w:lang w:val="ru-RU"/>
              </w:rPr>
              <w:t>2.</w:t>
            </w:r>
            <w:r>
              <w:t>ru</w:t>
            </w:r>
            <w:r w:rsidRPr="00332DB8">
              <w:rPr>
                <w:lang w:val="ru-RU"/>
              </w:rPr>
              <w:t xml:space="preserve">/ </w:t>
            </w:r>
            <w:r>
              <w:t>textpesni</w:t>
            </w:r>
            <w:r w:rsidRPr="00332DB8">
              <w:rPr>
                <w:lang w:val="ru-RU"/>
              </w:rPr>
              <w:t>.</w:t>
            </w:r>
            <w:r>
              <w:t>php</w:t>
            </w:r>
            <w:r w:rsidRPr="00332DB8">
              <w:rPr>
                <w:lang w:val="ru-RU"/>
              </w:rPr>
              <w:t>?</w:t>
            </w:r>
            <w:r>
              <w:t>songlyrics</w:t>
            </w:r>
            <w:r w:rsidRPr="00332DB8">
              <w:rPr>
                <w:lang w:val="ru-RU"/>
              </w:rPr>
              <w:t xml:space="preserve">=15174923 6) </w:t>
            </w:r>
            <w:r>
              <w:t>http</w:t>
            </w:r>
            <w:r w:rsidRPr="00332DB8">
              <w:rPr>
                <w:lang w:val="ru-RU"/>
              </w:rPr>
              <w:t>://</w:t>
            </w:r>
            <w:r>
              <w:t>webkind</w:t>
            </w:r>
            <w:r w:rsidRPr="00332DB8">
              <w:rPr>
                <w:lang w:val="ru-RU"/>
              </w:rPr>
              <w:t>.</w:t>
            </w:r>
            <w:r>
              <w:t>ru</w:t>
            </w:r>
            <w:r w:rsidRPr="00332DB8">
              <w:rPr>
                <w:lang w:val="ru-RU"/>
              </w:rPr>
              <w:t>/</w:t>
            </w:r>
            <w:r>
              <w:t>text</w:t>
            </w:r>
            <w:r w:rsidRPr="00332DB8">
              <w:rPr>
                <w:lang w:val="ru-RU"/>
              </w:rPr>
              <w:t>/8145285_64640795</w:t>
            </w:r>
            <w:r>
              <w:t>p</w:t>
            </w:r>
            <w:r w:rsidRPr="00332DB8">
              <w:rPr>
                <w:lang w:val="ru-RU"/>
              </w:rPr>
              <w:t>12017360_</w:t>
            </w:r>
            <w:r>
              <w:t>text</w:t>
            </w:r>
            <w:r w:rsidRPr="00332DB8">
              <w:rPr>
                <w:lang w:val="ru-RU"/>
              </w:rPr>
              <w:t>_</w:t>
            </w:r>
            <w:r>
              <w:t>pesni</w:t>
            </w:r>
            <w:r w:rsidRPr="00332DB8">
              <w:rPr>
                <w:lang w:val="ru-RU"/>
              </w:rPr>
              <w:t>_</w:t>
            </w:r>
            <w:r>
              <w:t>oni</w:t>
            </w:r>
            <w:r w:rsidRPr="00332DB8">
              <w:rPr>
                <w:lang w:val="ru-RU"/>
              </w:rPr>
              <w:t>-</w:t>
            </w:r>
            <w:r>
              <w:t>hoteli</w:t>
            </w:r>
            <w:r w:rsidRPr="00332DB8">
              <w:rPr>
                <w:lang w:val="ru-RU"/>
              </w:rPr>
              <w:t xml:space="preserve">- </w:t>
            </w:r>
            <w:r>
              <w:t>vojny</w:t>
            </w:r>
            <w:r w:rsidRPr="00332DB8">
              <w:rPr>
                <w:lang w:val="ru-RU"/>
              </w:rPr>
              <w:t>-</w:t>
            </w:r>
            <w:r>
              <w:t>oni</w:t>
            </w:r>
            <w:r w:rsidRPr="00332DB8">
              <w:rPr>
                <w:lang w:val="ru-RU"/>
              </w:rPr>
              <w:t>-</w:t>
            </w:r>
            <w:r>
              <w:t>eyo</w:t>
            </w:r>
            <w:r w:rsidRPr="00332DB8">
              <w:rPr>
                <w:lang w:val="ru-RU"/>
              </w:rPr>
              <w:t>-</w:t>
            </w:r>
            <w:r>
              <w:t>poluchat</w:t>
            </w:r>
            <w:r w:rsidRPr="00332DB8">
              <w:rPr>
                <w:lang w:val="ru-RU"/>
              </w:rPr>
              <w:t>.</w:t>
            </w:r>
            <w:r>
              <w:t>html</w:t>
            </w:r>
            <w:r w:rsidRPr="00332DB8">
              <w:rPr>
                <w:lang w:val="ru-RU"/>
              </w:rPr>
              <w:t xml:space="preserve"> 7) </w:t>
            </w:r>
            <w:r>
              <w:t>http</w:t>
            </w:r>
            <w:r w:rsidRPr="00332DB8">
              <w:rPr>
                <w:lang w:val="ru-RU"/>
              </w:rPr>
              <w:t xml:space="preserve">:// </w:t>
            </w:r>
            <w:r>
              <w:t>webkind</w:t>
            </w:r>
            <w:r w:rsidRPr="00332DB8">
              <w:rPr>
                <w:lang w:val="ru-RU"/>
              </w:rPr>
              <w:t>.</w:t>
            </w:r>
            <w:r>
              <w:t>ru</w:t>
            </w:r>
            <w:r w:rsidRPr="00332DB8">
              <w:rPr>
                <w:lang w:val="ru-RU"/>
              </w:rPr>
              <w:t>/</w:t>
            </w:r>
            <w:r>
              <w:t>text</w:t>
            </w:r>
            <w:r w:rsidRPr="00332DB8">
              <w:rPr>
                <w:lang w:val="ru-RU"/>
              </w:rPr>
              <w:t>/8145285_64640795</w:t>
            </w:r>
            <w:r>
              <w:t>p</w:t>
            </w:r>
            <w:r w:rsidRPr="00332DB8">
              <w:rPr>
                <w:lang w:val="ru-RU"/>
              </w:rPr>
              <w:t>12017360 _</w:t>
            </w:r>
            <w:r>
              <w:t>text</w:t>
            </w:r>
            <w:r w:rsidRPr="00332DB8">
              <w:rPr>
                <w:lang w:val="ru-RU"/>
              </w:rPr>
              <w:t>_</w:t>
            </w:r>
            <w:r>
              <w:t>pesni</w:t>
            </w:r>
            <w:r w:rsidRPr="00332DB8">
              <w:rPr>
                <w:lang w:val="ru-RU"/>
              </w:rPr>
              <w:t>_</w:t>
            </w:r>
            <w:r>
              <w:t>oni</w:t>
            </w:r>
            <w:r w:rsidRPr="00332DB8">
              <w:rPr>
                <w:lang w:val="ru-RU"/>
              </w:rPr>
              <w:t>-</w:t>
            </w:r>
            <w:r>
              <w:t>hoteli</w:t>
            </w:r>
            <w:r w:rsidRPr="00332DB8">
              <w:rPr>
                <w:lang w:val="ru-RU"/>
              </w:rPr>
              <w:t xml:space="preserve">- </w:t>
            </w:r>
            <w:r>
              <w:t>vojny</w:t>
            </w:r>
            <w:r w:rsidRPr="00332DB8">
              <w:rPr>
                <w:lang w:val="ru-RU"/>
              </w:rPr>
              <w:t>-</w:t>
            </w:r>
            <w:r>
              <w:t>oni</w:t>
            </w:r>
            <w:r w:rsidRPr="00332DB8">
              <w:rPr>
                <w:lang w:val="ru-RU"/>
              </w:rPr>
              <w:t>-</w:t>
            </w:r>
            <w:r>
              <w:t>eyo</w:t>
            </w:r>
            <w:r w:rsidRPr="00332DB8">
              <w:rPr>
                <w:lang w:val="ru-RU"/>
              </w:rPr>
              <w:t>-</w:t>
            </w:r>
            <w:r>
              <w:t>poluchat</w:t>
            </w:r>
            <w:r w:rsidRPr="00332DB8">
              <w:rPr>
                <w:lang w:val="ru-RU"/>
              </w:rPr>
              <w:t>.</w:t>
            </w:r>
            <w:r>
              <w:t>html</w:t>
            </w:r>
            <w:r w:rsidRPr="00332DB8">
              <w:rPr>
                <w:lang w:val="ru-RU"/>
              </w:rPr>
              <w:t xml:space="preserve"> 8) </w:t>
            </w:r>
            <w:r>
              <w:t>http</w:t>
            </w:r>
            <w:r w:rsidRPr="00332DB8">
              <w:rPr>
                <w:lang w:val="ru-RU"/>
              </w:rPr>
              <w:t>://</w:t>
            </w:r>
            <w:r>
              <w:t>zaycev</w:t>
            </w:r>
            <w:r w:rsidRPr="00332DB8">
              <w:rPr>
                <w:lang w:val="ru-RU"/>
              </w:rPr>
              <w:t>.</w:t>
            </w:r>
            <w:r>
              <w:t>net</w:t>
            </w:r>
            <w:r w:rsidRPr="00332DB8">
              <w:rPr>
                <w:lang w:val="ru-RU"/>
              </w:rPr>
              <w:t>/</w:t>
            </w:r>
            <w:r>
              <w:t>pages</w:t>
            </w:r>
            <w:r w:rsidRPr="00332DB8">
              <w:rPr>
                <w:lang w:val="ru-RU"/>
              </w:rPr>
              <w:t>/24496/2449605.</w:t>
            </w:r>
            <w:r>
              <w:t>shtml</w:t>
            </w:r>
            <w:r w:rsidRPr="00332DB8">
              <w:rPr>
                <w:lang w:val="ru-RU"/>
              </w:rPr>
              <w:t xml:space="preserve"> продолжительностью не менее 2 минут 43 секунд (решение </w:t>
            </w:r>
            <w:r w:rsidRPr="00332DB8">
              <w:rPr>
                <w:lang w:val="ru-RU"/>
              </w:rPr>
              <w:lastRenderedPageBreak/>
              <w:t>Дзержинского городского суда Нижегородской области от 22.09.2017);</w:t>
            </w:r>
          </w:p>
        </w:tc>
        <w:tc>
          <w:tcPr>
            <w:tcW w:w="2880" w:type="dxa"/>
          </w:tcPr>
          <w:p w:rsidR="006F7457" w:rsidRDefault="00332DB8">
            <w:r>
              <w:lastRenderedPageBreak/>
              <w:t>15.12.2017</w:t>
            </w:r>
          </w:p>
        </w:tc>
      </w:tr>
      <w:tr w:rsidR="006F7457">
        <w:tc>
          <w:tcPr>
            <w:tcW w:w="2880" w:type="dxa"/>
          </w:tcPr>
          <w:p w:rsidR="006F7457" w:rsidRDefault="00332DB8">
            <w:r>
              <w:lastRenderedPageBreak/>
              <w:t>4331.</w:t>
            </w:r>
          </w:p>
        </w:tc>
        <w:tc>
          <w:tcPr>
            <w:tcW w:w="2880" w:type="dxa"/>
          </w:tcPr>
          <w:p w:rsidR="006F7457" w:rsidRPr="00332DB8" w:rsidRDefault="00332DB8">
            <w:pPr>
              <w:rPr>
                <w:lang w:val="ru-RU"/>
              </w:rPr>
            </w:pPr>
            <w:r w:rsidRPr="00332DB8">
              <w:rPr>
                <w:lang w:val="ru-RU"/>
              </w:rPr>
              <w:t xml:space="preserve">Текст статьи «Андрей Швец: терактом в Питере Путин развязал себе руки окончательно», начинающийся со слов «Как передает </w:t>
            </w:r>
            <w:r>
              <w:t>replyua</w:t>
            </w:r>
            <w:r w:rsidRPr="00332DB8">
              <w:rPr>
                <w:lang w:val="ru-RU"/>
              </w:rPr>
              <w:t>.</w:t>
            </w:r>
            <w:r>
              <w:t>net</w:t>
            </w:r>
            <w:r w:rsidRPr="00332DB8">
              <w:rPr>
                <w:lang w:val="ru-RU"/>
              </w:rPr>
              <w:t xml:space="preserve">, украинский блогер Анрей Швец на своей странице» и заканчивающийся словами «ждите новый теракт», размещенный в сети Интернет по электронным </w:t>
            </w:r>
            <w:r>
              <w:t>a</w:t>
            </w:r>
            <w:r w:rsidRPr="00332DB8">
              <w:rPr>
                <w:lang w:val="ru-RU"/>
              </w:rPr>
              <w:t>д</w:t>
            </w:r>
            <w:r>
              <w:t>peca</w:t>
            </w:r>
            <w:r w:rsidRPr="00332DB8">
              <w:rPr>
                <w:lang w:val="ru-RU"/>
              </w:rPr>
              <w:t xml:space="preserve">м: </w:t>
            </w:r>
            <w:r>
              <w:t>http</w:t>
            </w:r>
            <w:r w:rsidRPr="00332DB8">
              <w:rPr>
                <w:lang w:val="ru-RU"/>
              </w:rPr>
              <w:t>://</w:t>
            </w:r>
            <w:r>
              <w:t>replyua</w:t>
            </w:r>
            <w:r w:rsidRPr="00332DB8">
              <w:rPr>
                <w:lang w:val="ru-RU"/>
              </w:rPr>
              <w:t>.</w:t>
            </w:r>
            <w:r>
              <w:t>net</w:t>
            </w:r>
            <w:r w:rsidRPr="00332DB8">
              <w:rPr>
                <w:lang w:val="ru-RU"/>
              </w:rPr>
              <w:t>/</w:t>
            </w:r>
            <w:r>
              <w:t>putin</w:t>
            </w:r>
            <w:r w:rsidRPr="00332DB8">
              <w:rPr>
                <w:lang w:val="ru-RU"/>
              </w:rPr>
              <w:t>/60545-</w:t>
            </w:r>
            <w:r>
              <w:t>andrey</w:t>
            </w:r>
            <w:r w:rsidRPr="00332DB8">
              <w:rPr>
                <w:lang w:val="ru-RU"/>
              </w:rPr>
              <w:t>-</w:t>
            </w:r>
            <w:r>
              <w:t>shvec</w:t>
            </w:r>
            <w:r w:rsidRPr="00332DB8">
              <w:rPr>
                <w:lang w:val="ru-RU"/>
              </w:rPr>
              <w:t>-</w:t>
            </w:r>
            <w:r>
              <w:t>teraktom</w:t>
            </w:r>
            <w:r w:rsidRPr="00332DB8">
              <w:rPr>
                <w:lang w:val="ru-RU"/>
              </w:rPr>
              <w:t>-</w:t>
            </w:r>
            <w:r>
              <w:t>v</w:t>
            </w:r>
            <w:r w:rsidRPr="00332DB8">
              <w:rPr>
                <w:lang w:val="ru-RU"/>
              </w:rPr>
              <w:t>-</w:t>
            </w:r>
            <w:r>
              <w:t>pitere</w:t>
            </w:r>
            <w:r w:rsidRPr="00332DB8">
              <w:rPr>
                <w:lang w:val="ru-RU"/>
              </w:rPr>
              <w:t>-</w:t>
            </w:r>
            <w:r>
              <w:t>putin</w:t>
            </w:r>
            <w:r w:rsidRPr="00332DB8">
              <w:rPr>
                <w:lang w:val="ru-RU"/>
              </w:rPr>
              <w:t>-</w:t>
            </w:r>
            <w:r>
              <w:t>razvyazal</w:t>
            </w:r>
            <w:r w:rsidRPr="00332DB8">
              <w:rPr>
                <w:lang w:val="ru-RU"/>
              </w:rPr>
              <w:t>-</w:t>
            </w:r>
            <w:r>
              <w:t>sebe</w:t>
            </w:r>
            <w:r w:rsidRPr="00332DB8">
              <w:rPr>
                <w:lang w:val="ru-RU"/>
              </w:rPr>
              <w:t>-</w:t>
            </w:r>
            <w:r>
              <w:t>ruki</w:t>
            </w:r>
            <w:r w:rsidRPr="00332DB8">
              <w:rPr>
                <w:lang w:val="ru-RU"/>
              </w:rPr>
              <w:t>-</w:t>
            </w:r>
            <w:r>
              <w:t>okonchatelno</w:t>
            </w:r>
            <w:r w:rsidRPr="00332DB8">
              <w:rPr>
                <w:lang w:val="ru-RU"/>
              </w:rPr>
              <w:t>.</w:t>
            </w:r>
            <w:r>
              <w:t>html</w:t>
            </w:r>
            <w:r w:rsidRPr="00332DB8">
              <w:rPr>
                <w:lang w:val="ru-RU"/>
              </w:rPr>
              <w:t xml:space="preserve"> </w:t>
            </w:r>
            <w:r>
              <w:t>http</w:t>
            </w:r>
            <w:r w:rsidRPr="00332DB8">
              <w:rPr>
                <w:lang w:val="ru-RU"/>
              </w:rPr>
              <w:t>://</w:t>
            </w:r>
            <w:r>
              <w:t>wvw</w:t>
            </w:r>
            <w:r w:rsidRPr="00332DB8">
              <w:rPr>
                <w:lang w:val="ru-RU"/>
              </w:rPr>
              <w:t>.</w:t>
            </w:r>
            <w:r>
              <w:t>amn</w:t>
            </w:r>
            <w:r w:rsidRPr="00332DB8">
              <w:rPr>
                <w:lang w:val="ru-RU"/>
              </w:rPr>
              <w:t>.</w:t>
            </w:r>
            <w:r>
              <w:t>com</w:t>
            </w:r>
            <w:r w:rsidRPr="00332DB8">
              <w:rPr>
                <w:lang w:val="ru-RU"/>
              </w:rPr>
              <w:t>.</w:t>
            </w:r>
            <w:r>
              <w:t>ua</w:t>
            </w:r>
            <w:r w:rsidRPr="00332DB8">
              <w:rPr>
                <w:lang w:val="ru-RU"/>
              </w:rPr>
              <w:t>/</w:t>
            </w:r>
            <w:r>
              <w:t>blogy</w:t>
            </w:r>
            <w:r w:rsidRPr="00332DB8">
              <w:rPr>
                <w:lang w:val="ru-RU"/>
              </w:rPr>
              <w:t>/</w:t>
            </w:r>
            <w:r>
              <w:t>aridrej</w:t>
            </w:r>
            <w:r w:rsidRPr="00332DB8">
              <w:rPr>
                <w:lang w:val="ru-RU"/>
              </w:rPr>
              <w:t>-</w:t>
            </w:r>
            <w:r>
              <w:t>shvets</w:t>
            </w:r>
            <w:r w:rsidRPr="00332DB8">
              <w:rPr>
                <w:lang w:val="ru-RU"/>
              </w:rPr>
              <w:t>-</w:t>
            </w:r>
            <w:r>
              <w:t>teraktom</w:t>
            </w:r>
            <w:r w:rsidRPr="00332DB8">
              <w:rPr>
                <w:lang w:val="ru-RU"/>
              </w:rPr>
              <w:t>-</w:t>
            </w:r>
            <w:r>
              <w:t>v</w:t>
            </w:r>
            <w:r w:rsidRPr="00332DB8">
              <w:rPr>
                <w:lang w:val="ru-RU"/>
              </w:rPr>
              <w:t>-</w:t>
            </w:r>
            <w:r>
              <w:t>pytere</w:t>
            </w:r>
            <w:r w:rsidRPr="00332DB8">
              <w:rPr>
                <w:lang w:val="ru-RU"/>
              </w:rPr>
              <w:t>-</w:t>
            </w:r>
            <w:r>
              <w:t>putyn</w:t>
            </w:r>
            <w:r w:rsidRPr="00332DB8">
              <w:rPr>
                <w:lang w:val="ru-RU"/>
              </w:rPr>
              <w:t>-</w:t>
            </w:r>
            <w:r>
              <w:t>razvyazal</w:t>
            </w:r>
            <w:r w:rsidRPr="00332DB8">
              <w:rPr>
                <w:lang w:val="ru-RU"/>
              </w:rPr>
              <w:t>-</w:t>
            </w:r>
            <w:r>
              <w:t>sebe</w:t>
            </w:r>
            <w:r w:rsidRPr="00332DB8">
              <w:rPr>
                <w:lang w:val="ru-RU"/>
              </w:rPr>
              <w:t>-</w:t>
            </w:r>
            <w:r>
              <w:t>ruky</w:t>
            </w:r>
            <w:r w:rsidRPr="00332DB8">
              <w:rPr>
                <w:lang w:val="ru-RU"/>
              </w:rPr>
              <w:t>-</w:t>
            </w:r>
            <w:r>
              <w:t>okonchatelno</w:t>
            </w:r>
            <w:r w:rsidRPr="00332DB8">
              <w:rPr>
                <w:lang w:val="ru-RU"/>
              </w:rPr>
              <w:t xml:space="preserve">/ </w:t>
            </w:r>
            <w:r>
              <w:t>http</w:t>
            </w:r>
            <w:r w:rsidRPr="00332DB8">
              <w:rPr>
                <w:lang w:val="ru-RU"/>
              </w:rPr>
              <w:t>://</w:t>
            </w:r>
            <w:r>
              <w:t>glavk</w:t>
            </w:r>
            <w:r w:rsidRPr="00332DB8">
              <w:rPr>
                <w:lang w:val="ru-RU"/>
              </w:rPr>
              <w:t>.</w:t>
            </w:r>
            <w:r>
              <w:t>info</w:t>
            </w:r>
            <w:r w:rsidRPr="00332DB8">
              <w:rPr>
                <w:lang w:val="ru-RU"/>
              </w:rPr>
              <w:t>/</w:t>
            </w:r>
            <w:r>
              <w:t>news</w:t>
            </w:r>
            <w:r w:rsidRPr="00332DB8">
              <w:rPr>
                <w:lang w:val="ru-RU"/>
              </w:rPr>
              <w:t>/216325-</w:t>
            </w:r>
            <w:r>
              <w:t>andrej</w:t>
            </w:r>
            <w:r w:rsidRPr="00332DB8">
              <w:rPr>
                <w:lang w:val="ru-RU"/>
              </w:rPr>
              <w:t>_</w:t>
            </w:r>
            <w:r>
              <w:t>shvets</w:t>
            </w:r>
            <w:r w:rsidRPr="00332DB8">
              <w:rPr>
                <w:lang w:val="ru-RU"/>
              </w:rPr>
              <w:t>_</w:t>
            </w:r>
            <w:r>
              <w:t>teraktom</w:t>
            </w:r>
            <w:r w:rsidRPr="00332DB8">
              <w:rPr>
                <w:lang w:val="ru-RU"/>
              </w:rPr>
              <w:t>_</w:t>
            </w:r>
            <w:r>
              <w:t>v</w:t>
            </w:r>
            <w:r w:rsidRPr="00332DB8">
              <w:rPr>
                <w:lang w:val="ru-RU"/>
              </w:rPr>
              <w:t>_</w:t>
            </w:r>
            <w:r>
              <w:t>pitere</w:t>
            </w:r>
            <w:r w:rsidRPr="00332DB8">
              <w:rPr>
                <w:lang w:val="ru-RU"/>
              </w:rPr>
              <w:t>_</w:t>
            </w:r>
            <w:r>
              <w:t>putin</w:t>
            </w:r>
            <w:r w:rsidRPr="00332DB8">
              <w:rPr>
                <w:lang w:val="ru-RU"/>
              </w:rPr>
              <w:t>_</w:t>
            </w:r>
            <w:r>
              <w:t>razvjazal</w:t>
            </w:r>
            <w:r w:rsidRPr="00332DB8">
              <w:rPr>
                <w:lang w:val="ru-RU"/>
              </w:rPr>
              <w:t xml:space="preserve">_ </w:t>
            </w:r>
            <w:r>
              <w:t>sebe</w:t>
            </w:r>
            <w:r w:rsidRPr="00332DB8">
              <w:rPr>
                <w:lang w:val="ru-RU"/>
              </w:rPr>
              <w:t>_</w:t>
            </w:r>
            <w:r>
              <w:t>ruki</w:t>
            </w:r>
            <w:r w:rsidRPr="00332DB8">
              <w:rPr>
                <w:lang w:val="ru-RU"/>
              </w:rPr>
              <w:t>_</w:t>
            </w:r>
            <w:r>
              <w:t>okonchateljno</w:t>
            </w:r>
            <w:r w:rsidRPr="00332DB8">
              <w:rPr>
                <w:lang w:val="ru-RU"/>
              </w:rPr>
              <w:t xml:space="preserve"> </w:t>
            </w:r>
            <w:r>
              <w:t>http</w:t>
            </w:r>
            <w:r w:rsidRPr="00332DB8">
              <w:rPr>
                <w:lang w:val="ru-RU"/>
              </w:rPr>
              <w:t>://</w:t>
            </w:r>
            <w:r>
              <w:t>www</w:t>
            </w:r>
            <w:r w:rsidRPr="00332DB8">
              <w:rPr>
                <w:lang w:val="ru-RU"/>
              </w:rPr>
              <w:t>.</w:t>
            </w:r>
            <w:r>
              <w:t>ban</w:t>
            </w:r>
            <w:r w:rsidRPr="00332DB8">
              <w:rPr>
                <w:lang w:val="ru-RU"/>
              </w:rPr>
              <w:t>.</w:t>
            </w:r>
            <w:r>
              <w:t>net</w:t>
            </w:r>
            <w:r w:rsidRPr="00332DB8">
              <w:rPr>
                <w:lang w:val="ru-RU"/>
              </w:rPr>
              <w:t>.</w:t>
            </w:r>
            <w:r>
              <w:t>ua</w:t>
            </w:r>
            <w:r w:rsidRPr="00332DB8">
              <w:rPr>
                <w:lang w:val="ru-RU"/>
              </w:rPr>
              <w:t>/2017/04/андрей-швец-терактом-в-питере-путин-ра/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6F7457" w:rsidRDefault="00332DB8">
            <w:r>
              <w:t>15.12.2017</w:t>
            </w:r>
          </w:p>
        </w:tc>
      </w:tr>
      <w:tr w:rsidR="006F7457">
        <w:tc>
          <w:tcPr>
            <w:tcW w:w="2880" w:type="dxa"/>
          </w:tcPr>
          <w:p w:rsidR="006F7457" w:rsidRDefault="00332DB8">
            <w:r>
              <w:t>4332.</w:t>
            </w:r>
          </w:p>
        </w:tc>
        <w:tc>
          <w:tcPr>
            <w:tcW w:w="2880" w:type="dxa"/>
          </w:tcPr>
          <w:p w:rsidR="006F7457" w:rsidRPr="00332DB8" w:rsidRDefault="00332DB8">
            <w:pPr>
              <w:rPr>
                <w:lang w:val="ru-RU"/>
              </w:rPr>
            </w:pPr>
            <w:r w:rsidRPr="00332DB8">
              <w:rPr>
                <w:lang w:val="ru-RU"/>
              </w:rPr>
              <w:t>Текст и визуальный ряд видеозаписи «Крошка Енот (</w:t>
            </w:r>
            <w:r>
              <w:t>W</w:t>
            </w:r>
            <w:r w:rsidRPr="00332DB8">
              <w:rPr>
                <w:lang w:val="ru-RU"/>
              </w:rPr>
              <w:t>.</w:t>
            </w:r>
            <w:r>
              <w:t>C</w:t>
            </w:r>
            <w:r w:rsidRPr="00332DB8">
              <w:rPr>
                <w:lang w:val="ru-RU"/>
              </w:rPr>
              <w:t>.</w:t>
            </w:r>
            <w:r>
              <w:t>D</w:t>
            </w:r>
            <w:r w:rsidRPr="00332DB8">
              <w:rPr>
                <w:lang w:val="ru-RU"/>
              </w:rPr>
              <w:t xml:space="preserve">.) - Дедушка» длительностью 3 мин. 47 сек., размещенной в сети Интернет по электронному адресу: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CZlBEm</w:t>
            </w:r>
            <w:r w:rsidRPr="00332DB8">
              <w:rPr>
                <w:lang w:val="ru-RU"/>
              </w:rPr>
              <w:t>_</w:t>
            </w:r>
            <w:r>
              <w:t>ZV</w:t>
            </w:r>
            <w:r w:rsidRPr="00332DB8">
              <w:rPr>
                <w:lang w:val="ru-RU"/>
              </w:rPr>
              <w:t>-</w:t>
            </w:r>
            <w:r>
              <w:t>U</w:t>
            </w:r>
            <w:r w:rsidRPr="00332DB8">
              <w:rPr>
                <w:lang w:val="ru-RU"/>
              </w:rPr>
              <w:t>&amp;</w:t>
            </w:r>
            <w:r>
              <w:t>feature</w:t>
            </w:r>
            <w:r w:rsidRPr="00332DB8">
              <w:rPr>
                <w:lang w:val="ru-RU"/>
              </w:rPr>
              <w:t>=</w:t>
            </w:r>
            <w:r>
              <w:t>youtu</w:t>
            </w:r>
            <w:r w:rsidRPr="00332DB8">
              <w:rPr>
                <w:lang w:val="ru-RU"/>
              </w:rPr>
              <w:t>.</w:t>
            </w:r>
            <w:r>
              <w:t>be</w:t>
            </w:r>
            <w:r w:rsidRPr="00332DB8">
              <w:rPr>
                <w:lang w:val="ru-RU"/>
              </w:rPr>
              <w:t>&amp;</w:t>
            </w:r>
            <w:r>
              <w:t>bpctr</w:t>
            </w:r>
            <w:r w:rsidRPr="00332DB8">
              <w:rPr>
                <w:lang w:val="ru-RU"/>
              </w:rPr>
              <w:t>=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6F7457" w:rsidRDefault="00332DB8">
            <w:r>
              <w:t>15.12.2017</w:t>
            </w:r>
          </w:p>
        </w:tc>
      </w:tr>
      <w:tr w:rsidR="006F7457">
        <w:tc>
          <w:tcPr>
            <w:tcW w:w="2880" w:type="dxa"/>
          </w:tcPr>
          <w:p w:rsidR="006F7457" w:rsidRDefault="00332DB8">
            <w:r>
              <w:t>4333.</w:t>
            </w:r>
          </w:p>
        </w:tc>
        <w:tc>
          <w:tcPr>
            <w:tcW w:w="2880" w:type="dxa"/>
          </w:tcPr>
          <w:p w:rsidR="006F7457" w:rsidRPr="00332DB8" w:rsidRDefault="00332DB8">
            <w:pPr>
              <w:rPr>
                <w:lang w:val="ru-RU"/>
              </w:rPr>
            </w:pPr>
            <w:r w:rsidRPr="00332DB8">
              <w:rPr>
                <w:lang w:val="ru-RU"/>
              </w:rPr>
              <w:t>Текст и визуальный ряд видеозаписи «Крошка Енот (</w:t>
            </w:r>
            <w:r>
              <w:t>WCD</w:t>
            </w:r>
            <w:r w:rsidRPr="00332DB8">
              <w:rPr>
                <w:lang w:val="ru-RU"/>
              </w:rPr>
              <w:t xml:space="preserve">) -Дедушка» длительностью 3 мин. 47 сек. размещенной в сети Интернет по электронному адресу: </w:t>
            </w:r>
            <w:r>
              <w:t>https</w:t>
            </w:r>
            <w:r w:rsidRPr="00332DB8">
              <w:rPr>
                <w:lang w:val="ru-RU"/>
              </w:rPr>
              <w:t>://</w:t>
            </w:r>
            <w:r>
              <w:t>loys</w:t>
            </w:r>
            <w:r w:rsidRPr="00332DB8">
              <w:rPr>
                <w:lang w:val="ru-RU"/>
              </w:rPr>
              <w:t>.</w:t>
            </w:r>
            <w:r>
              <w:t>life</w:t>
            </w:r>
            <w:r w:rsidRPr="00332DB8">
              <w:rPr>
                <w:lang w:val="ru-RU"/>
              </w:rPr>
              <w:t>/</w:t>
            </w:r>
            <w:r>
              <w:t>watch</w:t>
            </w:r>
            <w:r w:rsidRPr="00332DB8">
              <w:rPr>
                <w:lang w:val="ru-RU"/>
              </w:rPr>
              <w:t>/03338303330303731312438353933323635343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6F7457" w:rsidRDefault="00332DB8">
            <w:r>
              <w:t>15.12.2017</w:t>
            </w:r>
          </w:p>
        </w:tc>
      </w:tr>
      <w:tr w:rsidR="006F7457">
        <w:tc>
          <w:tcPr>
            <w:tcW w:w="2880" w:type="dxa"/>
          </w:tcPr>
          <w:p w:rsidR="006F7457" w:rsidRDefault="00332DB8">
            <w:r>
              <w:t>4334.</w:t>
            </w:r>
          </w:p>
        </w:tc>
        <w:tc>
          <w:tcPr>
            <w:tcW w:w="2880" w:type="dxa"/>
          </w:tcPr>
          <w:p w:rsidR="006F7457" w:rsidRPr="00332DB8" w:rsidRDefault="00332DB8">
            <w:pPr>
              <w:rPr>
                <w:lang w:val="ru-RU"/>
              </w:rPr>
            </w:pPr>
            <w:r w:rsidRPr="00332DB8">
              <w:rPr>
                <w:lang w:val="ru-RU"/>
              </w:rPr>
              <w:t>Текст аудиозаписи «Крошка Енот (</w:t>
            </w:r>
            <w:r>
              <w:t>W</w:t>
            </w:r>
            <w:r w:rsidRPr="00332DB8">
              <w:rPr>
                <w:lang w:val="ru-RU"/>
              </w:rPr>
              <w:t>.</w:t>
            </w:r>
            <w:r>
              <w:t>C</w:t>
            </w:r>
            <w:r w:rsidRPr="00332DB8">
              <w:rPr>
                <w:lang w:val="ru-RU"/>
              </w:rPr>
              <w:t>.</w:t>
            </w:r>
            <w:r>
              <w:t>D</w:t>
            </w:r>
            <w:r w:rsidRPr="00332DB8">
              <w:rPr>
                <w:lang w:val="ru-RU"/>
              </w:rPr>
              <w:t xml:space="preserve">.)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w:t>
            </w:r>
            <w:r>
              <w:t>https</w:t>
            </w:r>
            <w:r w:rsidRPr="00332DB8">
              <w:rPr>
                <w:lang w:val="ru-RU"/>
              </w:rPr>
              <w:t>://</w:t>
            </w:r>
            <w:r>
              <w:t>zf</w:t>
            </w:r>
            <w:r w:rsidRPr="00332DB8">
              <w:rPr>
                <w:lang w:val="ru-RU"/>
              </w:rPr>
              <w:t>.</w:t>
            </w:r>
            <w:r>
              <w:t>fm</w:t>
            </w:r>
            <w:r w:rsidRPr="00332DB8">
              <w:rPr>
                <w:lang w:val="ru-RU"/>
              </w:rPr>
              <w:t>/</w:t>
            </w:r>
            <w:r>
              <w:t>song</w:t>
            </w:r>
            <w:r w:rsidRPr="00332DB8">
              <w:rPr>
                <w:lang w:val="ru-RU"/>
              </w:rPr>
              <w:t>/4867085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6F7457" w:rsidRDefault="00332DB8">
            <w:r>
              <w:t>15.12.2017</w:t>
            </w:r>
          </w:p>
        </w:tc>
      </w:tr>
      <w:tr w:rsidR="006F7457">
        <w:tc>
          <w:tcPr>
            <w:tcW w:w="2880" w:type="dxa"/>
          </w:tcPr>
          <w:p w:rsidR="006F7457" w:rsidRDefault="00332DB8">
            <w:r>
              <w:lastRenderedPageBreak/>
              <w:t>4335.</w:t>
            </w:r>
          </w:p>
        </w:tc>
        <w:tc>
          <w:tcPr>
            <w:tcW w:w="2880" w:type="dxa"/>
          </w:tcPr>
          <w:p w:rsidR="006F7457" w:rsidRPr="00332DB8" w:rsidRDefault="00332DB8">
            <w:pPr>
              <w:rPr>
                <w:lang w:val="ru-RU"/>
              </w:rPr>
            </w:pPr>
            <w:r w:rsidRPr="00332DB8">
              <w:rPr>
                <w:lang w:val="ru-RU"/>
              </w:rPr>
              <w:t xml:space="preserve">Текст и визуальный ряд видеозаписи «Крошка Енот - Восемнадцать» длительностью 3 мин. 10 сек., размещенной в сети Интернет по электронному адресу: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xvPUGk</w:t>
            </w:r>
            <w:r w:rsidRPr="00332DB8">
              <w:rPr>
                <w:lang w:val="ru-RU"/>
              </w:rPr>
              <w:t>8</w:t>
            </w:r>
            <w:r>
              <w:t>PmG</w:t>
            </w:r>
            <w:r w:rsidRPr="00332DB8">
              <w:rPr>
                <w:lang w:val="ru-RU"/>
              </w:rPr>
              <w:t>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6F7457" w:rsidRDefault="00332DB8">
            <w:r>
              <w:t>15.12.2017</w:t>
            </w:r>
          </w:p>
        </w:tc>
      </w:tr>
      <w:tr w:rsidR="006F7457">
        <w:tc>
          <w:tcPr>
            <w:tcW w:w="2880" w:type="dxa"/>
          </w:tcPr>
          <w:p w:rsidR="006F7457" w:rsidRDefault="00332DB8">
            <w:r>
              <w:t>4336.</w:t>
            </w:r>
          </w:p>
        </w:tc>
        <w:tc>
          <w:tcPr>
            <w:tcW w:w="2880" w:type="dxa"/>
          </w:tcPr>
          <w:p w:rsidR="006F7457" w:rsidRPr="00332DB8" w:rsidRDefault="00332DB8">
            <w:pPr>
              <w:rPr>
                <w:lang w:val="ru-RU"/>
              </w:rPr>
            </w:pPr>
            <w:r w:rsidRPr="00332DB8">
              <w:rPr>
                <w:lang w:val="ru-RU"/>
              </w:rPr>
              <w:t xml:space="preserve">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w:t>
            </w:r>
            <w:r>
              <w:t>https</w:t>
            </w:r>
            <w:r w:rsidRPr="00332DB8">
              <w:rPr>
                <w:lang w:val="ru-RU"/>
              </w:rPr>
              <w:t>://</w:t>
            </w:r>
            <w:r>
              <w:t>zf</w:t>
            </w:r>
            <w:r w:rsidRPr="00332DB8">
              <w:rPr>
                <w:lang w:val="ru-RU"/>
              </w:rPr>
              <w:t>.</w:t>
            </w:r>
            <w:r>
              <w:t>fm</w:t>
            </w:r>
            <w:r w:rsidRPr="00332DB8">
              <w:rPr>
                <w:lang w:val="ru-RU"/>
              </w:rPr>
              <w:t>/</w:t>
            </w:r>
            <w:r>
              <w:t>song</w:t>
            </w:r>
            <w:r w:rsidRPr="00332DB8">
              <w:rPr>
                <w:lang w:val="ru-RU"/>
              </w:rPr>
              <w:t xml:space="preserve">/4867085, </w:t>
            </w:r>
            <w:r>
              <w:t>https</w:t>
            </w:r>
            <w:r w:rsidRPr="00332DB8">
              <w:rPr>
                <w:lang w:val="ru-RU"/>
              </w:rPr>
              <w:t>://</w:t>
            </w:r>
            <w:r>
              <w:t>zf</w:t>
            </w:r>
            <w:r w:rsidRPr="00332DB8">
              <w:rPr>
                <w:lang w:val="ru-RU"/>
              </w:rPr>
              <w:t xml:space="preserve">. </w:t>
            </w:r>
            <w:r>
              <w:t>fm</w:t>
            </w:r>
            <w:r w:rsidRPr="00332DB8">
              <w:rPr>
                <w:lang w:val="ru-RU"/>
              </w:rPr>
              <w:t>/</w:t>
            </w:r>
            <w:r>
              <w:t>artist</w:t>
            </w:r>
            <w:r w:rsidRPr="00332DB8">
              <w:rPr>
                <w:lang w:val="ru-RU"/>
              </w:rPr>
              <w: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6F7457" w:rsidRDefault="00332DB8">
            <w:r>
              <w:t>15.12.2017</w:t>
            </w:r>
          </w:p>
        </w:tc>
      </w:tr>
      <w:tr w:rsidR="006F7457">
        <w:tc>
          <w:tcPr>
            <w:tcW w:w="2880" w:type="dxa"/>
          </w:tcPr>
          <w:p w:rsidR="006F7457" w:rsidRDefault="00332DB8">
            <w:r>
              <w:t>4337.</w:t>
            </w:r>
          </w:p>
        </w:tc>
        <w:tc>
          <w:tcPr>
            <w:tcW w:w="2880" w:type="dxa"/>
          </w:tcPr>
          <w:p w:rsidR="006F7457" w:rsidRPr="00332DB8" w:rsidRDefault="00332DB8">
            <w:pPr>
              <w:rPr>
                <w:lang w:val="ru-RU"/>
              </w:rPr>
            </w:pPr>
            <w:r w:rsidRPr="00332DB8">
              <w:rPr>
                <w:lang w:val="ru-RU"/>
              </w:rPr>
              <w:t xml:space="preserve">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w:t>
            </w:r>
            <w:r>
              <w:t>http</w:t>
            </w:r>
            <w:r w:rsidRPr="00332DB8">
              <w:rPr>
                <w:lang w:val="ru-RU"/>
              </w:rPr>
              <w:t xml:space="preserve">:// </w:t>
            </w:r>
            <w:r>
              <w:t>onesong</w:t>
            </w:r>
            <w:r w:rsidRPr="00332DB8">
              <w:rPr>
                <w:lang w:val="ru-RU"/>
              </w:rPr>
              <w:t>.</w:t>
            </w:r>
            <w:r>
              <w:t>ru</w:t>
            </w:r>
            <w:r w:rsidRPr="00332DB8">
              <w:rPr>
                <w:lang w:val="ru-RU"/>
              </w:rPr>
              <w:t>/10/</w:t>
            </w:r>
            <w:r>
              <w:t>Kroshka</w:t>
            </w:r>
            <w:r w:rsidRPr="00332DB8">
              <w:rPr>
                <w:lang w:val="ru-RU"/>
              </w:rPr>
              <w:t>-</w:t>
            </w:r>
            <w:r>
              <w:t>Enot</w:t>
            </w:r>
            <w:r w:rsidRPr="00332DB8">
              <w:rPr>
                <w:lang w:val="ru-RU"/>
              </w:rPr>
              <w:t>/</w:t>
            </w:r>
            <w:r>
              <w:t>tekst</w:t>
            </w:r>
            <w:r w:rsidRPr="00332DB8">
              <w:rPr>
                <w:lang w:val="ru-RU"/>
              </w:rPr>
              <w:t>-</w:t>
            </w:r>
            <w:r>
              <w:t>pesni</w:t>
            </w:r>
            <w:r w:rsidRPr="00332DB8">
              <w:rPr>
                <w:lang w:val="ru-RU"/>
              </w:rPr>
              <w:t>-</w:t>
            </w:r>
            <w:r>
              <w:t>Ya</w:t>
            </w:r>
            <w:r w:rsidRPr="00332DB8">
              <w:rPr>
                <w:lang w:val="ru-RU"/>
              </w:rPr>
              <w:t>-</w:t>
            </w:r>
            <w:r>
              <w:t>lyvibiyu</w:t>
            </w:r>
            <w:r w:rsidRPr="00332DB8">
              <w:rPr>
                <w:lang w:val="ru-RU"/>
              </w:rPr>
              <w:t>-</w:t>
            </w:r>
            <w:r>
              <w:t>Gitlera</w:t>
            </w:r>
            <w:r w:rsidRPr="00332DB8">
              <w:rPr>
                <w:lang w:val="ru-RU"/>
              </w:rPr>
              <w:t xml:space="preserve">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6F7457" w:rsidRDefault="00332DB8">
            <w:r>
              <w:t>15.12.2017</w:t>
            </w:r>
          </w:p>
        </w:tc>
      </w:tr>
      <w:tr w:rsidR="006F7457">
        <w:tc>
          <w:tcPr>
            <w:tcW w:w="2880" w:type="dxa"/>
          </w:tcPr>
          <w:p w:rsidR="006F7457" w:rsidRDefault="00332DB8">
            <w:r>
              <w:t>4338.</w:t>
            </w:r>
          </w:p>
        </w:tc>
        <w:tc>
          <w:tcPr>
            <w:tcW w:w="2880" w:type="dxa"/>
          </w:tcPr>
          <w:p w:rsidR="006F7457" w:rsidRPr="00332DB8" w:rsidRDefault="00332DB8">
            <w:pPr>
              <w:rPr>
                <w:lang w:val="ru-RU"/>
              </w:rPr>
            </w:pPr>
            <w:r w:rsidRPr="00332DB8">
              <w:rPr>
                <w:lang w:val="ru-RU"/>
              </w:rPr>
              <w:t xml:space="preserve">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w:t>
            </w:r>
            <w:r>
              <w:t>http</w:t>
            </w:r>
            <w:r w:rsidRPr="00332DB8">
              <w:rPr>
                <w:lang w:val="ru-RU"/>
              </w:rPr>
              <w:t>://</w:t>
            </w:r>
            <w:r>
              <w:t>mp</w:t>
            </w:r>
            <w:r w:rsidRPr="00332DB8">
              <w:rPr>
                <w:lang w:val="ru-RU"/>
              </w:rPr>
              <w:t>3</w:t>
            </w:r>
            <w:r>
              <w:t>cc</w:t>
            </w:r>
            <w:r w:rsidRPr="00332DB8">
              <w:rPr>
                <w:lang w:val="ru-RU"/>
              </w:rPr>
              <w:t>.</w:t>
            </w:r>
            <w:r>
              <w:t>com</w:t>
            </w:r>
            <w:r w:rsidRPr="00332DB8">
              <w:rPr>
                <w:lang w:val="ru-RU"/>
              </w:rPr>
              <w:t>/</w:t>
            </w:r>
            <w:r>
              <w:t>ffl</w:t>
            </w:r>
            <w:r w:rsidRPr="00332DB8">
              <w:rPr>
                <w:lang w:val="ru-RU"/>
              </w:rPr>
              <w:t>/249541-</w:t>
            </w:r>
            <w:r>
              <w:t>kroshka</w:t>
            </w:r>
            <w:r w:rsidRPr="00332DB8">
              <w:rPr>
                <w:lang w:val="ru-RU"/>
              </w:rPr>
              <w:t>-</w:t>
            </w:r>
            <w:r>
              <w:t>enot</w:t>
            </w:r>
            <w:r w:rsidRPr="00332DB8">
              <w:rPr>
                <w:lang w:val="ru-RU"/>
              </w:rPr>
              <w:t>/35796097-</w:t>
            </w:r>
            <w:r>
              <w:t>ya</w:t>
            </w:r>
            <w:r w:rsidRPr="00332DB8">
              <w:rPr>
                <w:lang w:val="ru-RU"/>
              </w:rPr>
              <w:t xml:space="preserve">- </w:t>
            </w:r>
            <w:r>
              <w:t>lyublyu</w:t>
            </w:r>
            <w:r w:rsidRPr="00332DB8">
              <w:rPr>
                <w:lang w:val="ru-RU"/>
              </w:rPr>
              <w:t>-</w:t>
            </w:r>
            <w:r>
              <w:t>gitlera</w:t>
            </w:r>
            <w:r w:rsidRPr="00332DB8">
              <w:rPr>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6F7457" w:rsidRDefault="00332DB8">
            <w:r>
              <w:t>15.12.2017</w:t>
            </w:r>
          </w:p>
        </w:tc>
      </w:tr>
      <w:tr w:rsidR="006F7457">
        <w:tc>
          <w:tcPr>
            <w:tcW w:w="2880" w:type="dxa"/>
          </w:tcPr>
          <w:p w:rsidR="006F7457" w:rsidRDefault="00332DB8">
            <w:r>
              <w:t>4339.</w:t>
            </w:r>
          </w:p>
        </w:tc>
        <w:tc>
          <w:tcPr>
            <w:tcW w:w="2880" w:type="dxa"/>
          </w:tcPr>
          <w:p w:rsidR="006F7457" w:rsidRPr="00332DB8" w:rsidRDefault="00332DB8">
            <w:pPr>
              <w:rPr>
                <w:lang w:val="ru-RU"/>
              </w:rPr>
            </w:pPr>
            <w:r w:rsidRPr="00332DB8">
              <w:rPr>
                <w:lang w:val="ru-RU"/>
              </w:rPr>
              <w:t>Текст аудиозаписи «Крошка Енот (</w:t>
            </w:r>
            <w:r>
              <w:t>W</w:t>
            </w:r>
            <w:r w:rsidRPr="00332DB8">
              <w:rPr>
                <w:lang w:val="ru-RU"/>
              </w:rPr>
              <w:t>.</w:t>
            </w:r>
            <w:r>
              <w:t>C</w:t>
            </w:r>
            <w:r w:rsidRPr="00332DB8">
              <w:rPr>
                <w:lang w:val="ru-RU"/>
              </w:rPr>
              <w:t>.</w:t>
            </w:r>
            <w:r>
              <w:t>D</w:t>
            </w:r>
            <w:r w:rsidRPr="00332DB8">
              <w:rPr>
                <w:lang w:val="ru-RU"/>
              </w:rPr>
              <w:t xml:space="preserve">.)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w:t>
            </w:r>
            <w:r>
              <w:t>https</w:t>
            </w:r>
            <w:r w:rsidRPr="00332DB8">
              <w:rPr>
                <w:lang w:val="ru-RU"/>
              </w:rPr>
              <w:t>://</w:t>
            </w:r>
            <w:r>
              <w:t>eeefm</w:t>
            </w:r>
            <w:r w:rsidRPr="00332DB8">
              <w:rPr>
                <w:lang w:val="ru-RU"/>
              </w:rPr>
              <w:t>.</w:t>
            </w:r>
            <w:r>
              <w:t>eom</w:t>
            </w:r>
            <w:r w:rsidRPr="00332DB8">
              <w:rPr>
                <w:lang w:val="ru-RU"/>
              </w:rPr>
              <w:t>/</w:t>
            </w:r>
            <w:r>
              <w:t>song</w:t>
            </w:r>
            <w:r w:rsidRPr="00332DB8">
              <w:rPr>
                <w:lang w:val="ru-RU"/>
              </w:rPr>
              <w:t>/42896395/</w:t>
            </w:r>
            <w:r>
              <w:t>kroshka</w:t>
            </w:r>
            <w:r w:rsidRPr="00332DB8">
              <w:rPr>
                <w:lang w:val="ru-RU"/>
              </w:rPr>
              <w:t>-</w:t>
            </w:r>
            <w:r>
              <w:t>enot</w:t>
            </w:r>
            <w:r w:rsidRPr="00332DB8">
              <w:rPr>
                <w:lang w:val="ru-RU"/>
              </w:rPr>
              <w:t>-</w:t>
            </w:r>
            <w:r>
              <w:t>w</w:t>
            </w:r>
            <w:r w:rsidRPr="00332DB8">
              <w:rPr>
                <w:lang w:val="ru-RU"/>
              </w:rPr>
              <w:t>.</w:t>
            </w:r>
            <w:r>
              <w:t>c</w:t>
            </w:r>
            <w:r w:rsidRPr="00332DB8">
              <w:rPr>
                <w:lang w:val="ru-RU"/>
              </w:rPr>
              <w:t>.</w:t>
            </w:r>
            <w:r>
              <w:t>d</w:t>
            </w:r>
            <w:r w:rsidRPr="00332DB8">
              <w:rPr>
                <w:lang w:val="ru-RU"/>
              </w:rPr>
              <w:t>_-_</w:t>
            </w:r>
            <w:r>
              <w:t>ya</w:t>
            </w:r>
            <w:r w:rsidRPr="00332DB8">
              <w:rPr>
                <w:lang w:val="ru-RU"/>
              </w:rPr>
              <w:t>-</w:t>
            </w:r>
            <w:r>
              <w:t>lyublyu</w:t>
            </w:r>
            <w:r w:rsidRPr="00332DB8">
              <w:rPr>
                <w:lang w:val="ru-RU"/>
              </w:rPr>
              <w:t>-</w:t>
            </w:r>
            <w:r>
              <w:t>gitlera</w:t>
            </w:r>
            <w:r w:rsidRPr="00332DB8">
              <w:rPr>
                <w:lang w:val="ru-RU"/>
              </w:rPr>
              <w:t>/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6F7457" w:rsidRDefault="00332DB8">
            <w:r>
              <w:t>15.12.2017</w:t>
            </w:r>
          </w:p>
        </w:tc>
      </w:tr>
      <w:tr w:rsidR="006F7457">
        <w:tc>
          <w:tcPr>
            <w:tcW w:w="2880" w:type="dxa"/>
          </w:tcPr>
          <w:p w:rsidR="006F7457" w:rsidRDefault="00332DB8">
            <w:r>
              <w:lastRenderedPageBreak/>
              <w:t>4340.</w:t>
            </w:r>
          </w:p>
        </w:tc>
        <w:tc>
          <w:tcPr>
            <w:tcW w:w="2880" w:type="dxa"/>
          </w:tcPr>
          <w:p w:rsidR="006F7457" w:rsidRPr="00332DB8" w:rsidRDefault="00332DB8">
            <w:pPr>
              <w:rPr>
                <w:lang w:val="ru-RU"/>
              </w:rPr>
            </w:pPr>
            <w:r w:rsidRPr="00332DB8">
              <w:rPr>
                <w:lang w:val="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w:t>
            </w:r>
            <w:r>
              <w:t>http</w:t>
            </w:r>
            <w:r w:rsidRPr="00332DB8">
              <w:rPr>
                <w:lang w:val="ru-RU"/>
              </w:rPr>
              <w:t>://</w:t>
            </w:r>
            <w:r>
              <w:t>www</w:t>
            </w:r>
            <w:r w:rsidRPr="00332DB8">
              <w:rPr>
                <w:lang w:val="ru-RU"/>
              </w:rPr>
              <w:t>.</w:t>
            </w:r>
            <w:r>
              <w:t>vk</w:t>
            </w:r>
            <w:r w:rsidRPr="00332DB8">
              <w:rPr>
                <w:lang w:val="ru-RU"/>
              </w:rPr>
              <w:t>.</w:t>
            </w:r>
            <w:r>
              <w:t>com</w:t>
            </w:r>
            <w:r w:rsidRPr="00332DB8">
              <w:rPr>
                <w:lang w:val="ru-RU"/>
              </w:rPr>
              <w:t>» в учетной записи пользователя «Роман Константинов» (</w:t>
            </w:r>
            <w:r>
              <w:t>http</w:t>
            </w:r>
            <w:r w:rsidRPr="00332DB8">
              <w:rPr>
                <w:lang w:val="ru-RU"/>
              </w:rPr>
              <w:t>://</w:t>
            </w:r>
            <w:r>
              <w:t>vk</w:t>
            </w:r>
            <w:r w:rsidRPr="00332DB8">
              <w:rPr>
                <w:lang w:val="ru-RU"/>
              </w:rPr>
              <w:t>/</w:t>
            </w:r>
            <w:r>
              <w:t>com</w:t>
            </w:r>
            <w:r w:rsidRPr="00332DB8">
              <w:rPr>
                <w:lang w:val="ru-RU"/>
              </w:rPr>
              <w:t>/</w:t>
            </w:r>
            <w:r>
              <w:t>r</w:t>
            </w:r>
            <w:r w:rsidRPr="00332DB8">
              <w:rPr>
                <w:lang w:val="ru-RU"/>
              </w:rPr>
              <w:t>.</w:t>
            </w:r>
            <w:r>
              <w:t>konstantinov</w:t>
            </w:r>
            <w:r w:rsidRPr="00332DB8">
              <w:rPr>
                <w:lang w:val="ru-RU"/>
              </w:rPr>
              <w:t>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2880" w:type="dxa"/>
          </w:tcPr>
          <w:p w:rsidR="006F7457" w:rsidRDefault="00332DB8">
            <w:r>
              <w:t>21.12.2017</w:t>
            </w:r>
          </w:p>
        </w:tc>
      </w:tr>
      <w:tr w:rsidR="006F7457">
        <w:tc>
          <w:tcPr>
            <w:tcW w:w="2880" w:type="dxa"/>
          </w:tcPr>
          <w:p w:rsidR="006F7457" w:rsidRDefault="00332DB8">
            <w:r>
              <w:t>4341.</w:t>
            </w:r>
          </w:p>
        </w:tc>
        <w:tc>
          <w:tcPr>
            <w:tcW w:w="2880" w:type="dxa"/>
          </w:tcPr>
          <w:p w:rsidR="006F7457" w:rsidRPr="00332DB8" w:rsidRDefault="00332DB8">
            <w:pPr>
              <w:rPr>
                <w:lang w:val="ru-RU"/>
              </w:rPr>
            </w:pPr>
            <w:r w:rsidRPr="00332DB8">
              <w:rPr>
                <w:lang w:val="ru-RU"/>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w:t>
            </w:r>
            <w:r>
              <w:t>http</w:t>
            </w:r>
            <w:r w:rsidRPr="00332DB8">
              <w:rPr>
                <w:lang w:val="ru-RU"/>
              </w:rPr>
              <w:t>://</w:t>
            </w:r>
            <w:r>
              <w:t>www</w:t>
            </w:r>
            <w:r w:rsidRPr="00332DB8">
              <w:rPr>
                <w:lang w:val="ru-RU"/>
              </w:rPr>
              <w:t>.</w:t>
            </w:r>
            <w:r>
              <w:t>vk</w:t>
            </w:r>
            <w:r w:rsidRPr="00332DB8">
              <w:rPr>
                <w:lang w:val="ru-RU"/>
              </w:rPr>
              <w:t>.</w:t>
            </w:r>
            <w:r>
              <w:t>com</w:t>
            </w:r>
            <w:r w:rsidRPr="00332DB8">
              <w:rPr>
                <w:lang w:val="ru-RU"/>
              </w:rPr>
              <w:t>» в учетной записи пользователя «Роман Константинов» (</w:t>
            </w:r>
            <w:r>
              <w:t>http</w:t>
            </w:r>
            <w:r w:rsidRPr="00332DB8">
              <w:rPr>
                <w:lang w:val="ru-RU"/>
              </w:rPr>
              <w:t>://</w:t>
            </w:r>
            <w:r>
              <w:t>vk</w:t>
            </w:r>
            <w:r w:rsidRPr="00332DB8">
              <w:rPr>
                <w:lang w:val="ru-RU"/>
              </w:rPr>
              <w:t>/</w:t>
            </w:r>
            <w:r>
              <w:t>com</w:t>
            </w:r>
            <w:r w:rsidRPr="00332DB8">
              <w:rPr>
                <w:lang w:val="ru-RU"/>
              </w:rPr>
              <w:t>/</w:t>
            </w:r>
            <w:r>
              <w:t>r</w:t>
            </w:r>
            <w:r w:rsidRPr="00332DB8">
              <w:rPr>
                <w:lang w:val="ru-RU"/>
              </w:rPr>
              <w:t>.</w:t>
            </w:r>
            <w:r>
              <w:t>konstantinov</w:t>
            </w:r>
            <w:r w:rsidRPr="00332DB8">
              <w:rPr>
                <w:lang w:val="ru-RU"/>
              </w:rPr>
              <w:t>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2880" w:type="dxa"/>
          </w:tcPr>
          <w:p w:rsidR="006F7457" w:rsidRDefault="00332DB8">
            <w:r>
              <w:t>21.12.2017</w:t>
            </w:r>
          </w:p>
        </w:tc>
      </w:tr>
      <w:tr w:rsidR="006F7457">
        <w:tc>
          <w:tcPr>
            <w:tcW w:w="2880" w:type="dxa"/>
          </w:tcPr>
          <w:p w:rsidR="006F7457" w:rsidRDefault="00332DB8">
            <w:r>
              <w:t>4342.</w:t>
            </w:r>
          </w:p>
        </w:tc>
        <w:tc>
          <w:tcPr>
            <w:tcW w:w="2880" w:type="dxa"/>
          </w:tcPr>
          <w:p w:rsidR="006F7457" w:rsidRPr="00332DB8" w:rsidRDefault="00332DB8">
            <w:pPr>
              <w:rPr>
                <w:lang w:val="ru-RU"/>
              </w:rPr>
            </w:pPr>
            <w:r w:rsidRPr="00332DB8">
              <w:rPr>
                <w:lang w:val="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w:t>
            </w:r>
            <w:r>
              <w:t>https</w:t>
            </w:r>
            <w:r w:rsidRPr="00332DB8">
              <w:rPr>
                <w:lang w:val="ru-RU"/>
              </w:rPr>
              <w:t>://</w:t>
            </w:r>
            <w:r>
              <w:t>vk</w:t>
            </w:r>
            <w:r w:rsidRPr="00332DB8">
              <w:rPr>
                <w:lang w:val="ru-RU"/>
              </w:rPr>
              <w:t>.</w:t>
            </w:r>
            <w:r>
              <w:t>com</w:t>
            </w:r>
            <w:r w:rsidRPr="00332DB8">
              <w:rPr>
                <w:lang w:val="ru-RU"/>
              </w:rPr>
              <w:t>/</w:t>
            </w:r>
            <w:r>
              <w:t>audios</w:t>
            </w:r>
            <w:r w:rsidRPr="00332DB8">
              <w:rPr>
                <w:lang w:val="ru-RU"/>
              </w:rPr>
              <w:t>180231004) на Интернет-сайте «</w:t>
            </w:r>
            <w:r>
              <w:t>vk</w:t>
            </w:r>
            <w:r w:rsidRPr="00332DB8">
              <w:rPr>
                <w:lang w:val="ru-RU"/>
              </w:rPr>
              <w:t>.</w:t>
            </w:r>
            <w:r>
              <w:t>com</w:t>
            </w:r>
            <w:r w:rsidRPr="00332DB8">
              <w:rPr>
                <w:lang w:val="ru-RU"/>
              </w:rPr>
              <w:t>» (решение Благовещенского городского суда от 16.10.2017);</w:t>
            </w:r>
          </w:p>
        </w:tc>
        <w:tc>
          <w:tcPr>
            <w:tcW w:w="2880" w:type="dxa"/>
          </w:tcPr>
          <w:p w:rsidR="006F7457" w:rsidRDefault="00332DB8">
            <w:r>
              <w:t>29.12.2017</w:t>
            </w:r>
          </w:p>
        </w:tc>
      </w:tr>
      <w:tr w:rsidR="006F7457">
        <w:tc>
          <w:tcPr>
            <w:tcW w:w="2880" w:type="dxa"/>
          </w:tcPr>
          <w:p w:rsidR="006F7457" w:rsidRDefault="00332DB8">
            <w:r>
              <w:t>4343.</w:t>
            </w:r>
          </w:p>
        </w:tc>
        <w:tc>
          <w:tcPr>
            <w:tcW w:w="2880" w:type="dxa"/>
          </w:tcPr>
          <w:p w:rsidR="006F7457" w:rsidRPr="00332DB8" w:rsidRDefault="00332DB8">
            <w:pPr>
              <w:rPr>
                <w:lang w:val="ru-RU"/>
              </w:rPr>
            </w:pPr>
            <w:r w:rsidRPr="00332DB8">
              <w:rPr>
                <w:lang w:val="ru-RU"/>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w:t>
            </w:r>
            <w:r>
              <w:t>https</w:t>
            </w:r>
            <w:r w:rsidRPr="00332DB8">
              <w:rPr>
                <w:lang w:val="ru-RU"/>
              </w:rPr>
              <w:t>://</w:t>
            </w:r>
            <w:r>
              <w:t>zaycev</w:t>
            </w:r>
            <w:r w:rsidRPr="00332DB8">
              <w:rPr>
                <w:lang w:val="ru-RU"/>
              </w:rPr>
              <w:t>.</w:t>
            </w:r>
            <w:r>
              <w:t>online</w:t>
            </w:r>
            <w:r w:rsidRPr="00332DB8">
              <w:rPr>
                <w:lang w:val="ru-RU"/>
              </w:rPr>
              <w:t>/</w:t>
            </w:r>
            <w:r>
              <w:t>tracks</w:t>
            </w:r>
            <w:r w:rsidRPr="00332DB8">
              <w:rPr>
                <w:lang w:val="ru-RU"/>
              </w:rPr>
              <w:t>/джамаат-булгар-вставай-на-джихад»; «</w:t>
            </w:r>
            <w:r>
              <w:t>http</w:t>
            </w:r>
            <w:r w:rsidRPr="00332DB8">
              <w:rPr>
                <w:lang w:val="ru-RU"/>
              </w:rPr>
              <w:t>://</w:t>
            </w:r>
            <w:r>
              <w:t>mp</w:t>
            </w:r>
            <w:r w:rsidRPr="00332DB8">
              <w:rPr>
                <w:lang w:val="ru-RU"/>
              </w:rPr>
              <w:t>3-</w:t>
            </w:r>
            <w:r>
              <w:t>pesnii</w:t>
            </w:r>
            <w:r w:rsidRPr="00332DB8">
              <w:rPr>
                <w:lang w:val="ru-RU"/>
              </w:rPr>
              <w:t>.</w:t>
            </w:r>
            <w:r>
              <w:t>ru</w:t>
            </w:r>
            <w:r w:rsidRPr="00332DB8">
              <w:rPr>
                <w:lang w:val="ru-RU"/>
              </w:rPr>
              <w:t>/</w:t>
            </w:r>
            <w:r>
              <w:t>skachat</w:t>
            </w:r>
            <w:r w:rsidRPr="00332DB8">
              <w:rPr>
                <w:lang w:val="ru-RU"/>
              </w:rPr>
              <w:t>-</w:t>
            </w:r>
            <w:r>
              <w:t>besplatno</w:t>
            </w:r>
            <w:r w:rsidRPr="00332DB8">
              <w:rPr>
                <w:lang w:val="ru-RU"/>
              </w:rPr>
              <w:t>/джамаат+булгар+вставайте+на+ джихад»; «</w:t>
            </w:r>
            <w:r>
              <w:t>https</w:t>
            </w:r>
            <w:r w:rsidRPr="00332DB8">
              <w:rPr>
                <w:lang w:val="ru-RU"/>
              </w:rPr>
              <w:t>://</w:t>
            </w:r>
            <w:r>
              <w:t>my</w:t>
            </w:r>
            <w:r w:rsidRPr="00332DB8">
              <w:rPr>
                <w:lang w:val="ru-RU"/>
              </w:rPr>
              <w:t>-</w:t>
            </w:r>
            <w:r>
              <w:t>zaycev</w:t>
            </w:r>
            <w:r w:rsidRPr="00332DB8">
              <w:rPr>
                <w:lang w:val="ru-RU"/>
              </w:rPr>
              <w:t>.</w:t>
            </w:r>
            <w:r>
              <w:t>net</w:t>
            </w:r>
            <w:r w:rsidRPr="00332DB8">
              <w:rPr>
                <w:lang w:val="ru-RU"/>
              </w:rPr>
              <w:t>/</w:t>
            </w:r>
            <w:r>
              <w:t>poisk</w:t>
            </w:r>
            <w:r w:rsidRPr="00332DB8">
              <w:rPr>
                <w:lang w:val="ru-RU"/>
              </w:rPr>
              <w:t>/джамаат-булгар-вставай-на-джихад»; «</w:t>
            </w:r>
            <w:r>
              <w:t>http</w:t>
            </w:r>
            <w:r w:rsidRPr="00332DB8">
              <w:rPr>
                <w:lang w:val="ru-RU"/>
              </w:rPr>
              <w:t>://</w:t>
            </w:r>
            <w:r>
              <w:t>best</w:t>
            </w:r>
            <w:r w:rsidRPr="00332DB8">
              <w:rPr>
                <w:lang w:val="ru-RU"/>
              </w:rPr>
              <w:t>-</w:t>
            </w:r>
            <w:r>
              <w:t>muzon</w:t>
            </w:r>
            <w:r w:rsidRPr="00332DB8">
              <w:rPr>
                <w:lang w:val="ru-RU"/>
              </w:rPr>
              <w:t>.</w:t>
            </w:r>
            <w:r>
              <w:t>net</w:t>
            </w:r>
            <w:r w:rsidRPr="00332DB8">
              <w:rPr>
                <w:lang w:val="ru-RU"/>
              </w:rPr>
              <w:t>/</w:t>
            </w:r>
            <w:r>
              <w:t>music</w:t>
            </w:r>
            <w:r w:rsidRPr="00332DB8">
              <w:rPr>
                <w:lang w:val="ru-RU"/>
              </w:rPr>
              <w:t>/174355-</w:t>
            </w:r>
            <w:r>
              <w:t>dzhamaat</w:t>
            </w:r>
            <w:r w:rsidRPr="00332DB8">
              <w:rPr>
                <w:lang w:val="ru-RU"/>
              </w:rPr>
              <w:t>-</w:t>
            </w:r>
            <w:r>
              <w:t>bulgar</w:t>
            </w:r>
            <w:r w:rsidRPr="00332DB8">
              <w:rPr>
                <w:lang w:val="ru-RU"/>
              </w:rPr>
              <w:t>-</w:t>
            </w:r>
            <w:r>
              <w:t>vstavay</w:t>
            </w:r>
            <w:r w:rsidRPr="00332DB8">
              <w:rPr>
                <w:lang w:val="ru-RU"/>
              </w:rPr>
              <w:t>-</w:t>
            </w:r>
            <w:r>
              <w:t>na</w:t>
            </w:r>
            <w:r w:rsidRPr="00332DB8">
              <w:rPr>
                <w:lang w:val="ru-RU"/>
              </w:rPr>
              <w:t>-</w:t>
            </w:r>
            <w:r>
              <w:t>dzhihad</w:t>
            </w:r>
            <w:r w:rsidRPr="00332DB8">
              <w:rPr>
                <w:lang w:val="ru-RU"/>
              </w:rPr>
              <w:t>»; «</w:t>
            </w:r>
            <w:r>
              <w:t>https</w:t>
            </w:r>
            <w:r w:rsidRPr="00332DB8">
              <w:rPr>
                <w:lang w:val="ru-RU"/>
              </w:rPr>
              <w:t>://</w:t>
            </w:r>
            <w:r>
              <w:t>muzofond</w:t>
            </w:r>
            <w:r w:rsidRPr="00332DB8">
              <w:rPr>
                <w:lang w:val="ru-RU"/>
              </w:rPr>
              <w:t>.</w:t>
            </w:r>
            <w:r>
              <w:t>com</w:t>
            </w:r>
            <w:r w:rsidRPr="00332DB8">
              <w:rPr>
                <w:lang w:val="ru-RU"/>
              </w:rPr>
              <w:t>/</w:t>
            </w:r>
            <w:r>
              <w:t>search</w:t>
            </w:r>
            <w:r w:rsidRPr="00332DB8">
              <w:rPr>
                <w:lang w:val="ru-RU"/>
              </w:rPr>
              <w:t>/дж</w:t>
            </w:r>
            <w:r>
              <w:t>a</w:t>
            </w:r>
            <w:r w:rsidRPr="00332DB8">
              <w:rPr>
                <w:lang w:val="ru-RU"/>
              </w:rPr>
              <w:t>м</w:t>
            </w:r>
            <w:r>
              <w:t>aa</w:t>
            </w:r>
            <w:r w:rsidRPr="00332DB8">
              <w:rPr>
                <w:lang w:val="ru-RU"/>
              </w:rPr>
              <w:t>т%20б</w:t>
            </w:r>
            <w:r>
              <w:t>y</w:t>
            </w:r>
            <w:r w:rsidRPr="00332DB8">
              <w:rPr>
                <w:lang w:val="ru-RU"/>
              </w:rPr>
              <w:t>лг</w:t>
            </w:r>
            <w:r>
              <w:t>ap</w:t>
            </w:r>
            <w:r w:rsidRPr="00332DB8">
              <w:rPr>
                <w:lang w:val="ru-RU"/>
              </w:rPr>
              <w:t>»; «</w:t>
            </w:r>
            <w:r>
              <w:t>http</w:t>
            </w:r>
            <w:r w:rsidRPr="00332DB8">
              <w:rPr>
                <w:lang w:val="ru-RU"/>
              </w:rPr>
              <w:t>://</w:t>
            </w:r>
            <w:r>
              <w:t>mp</w:t>
            </w:r>
            <w:r w:rsidRPr="00332DB8">
              <w:rPr>
                <w:lang w:val="ru-RU"/>
              </w:rPr>
              <w:t>3</w:t>
            </w:r>
            <w:r>
              <w:t>shka</w:t>
            </w:r>
            <w:r w:rsidRPr="00332DB8">
              <w:rPr>
                <w:lang w:val="ru-RU"/>
              </w:rPr>
              <w:t>.</w:t>
            </w:r>
            <w:r>
              <w:t>me</w:t>
            </w:r>
            <w:r w:rsidRPr="00332DB8">
              <w:rPr>
                <w:lang w:val="ru-RU"/>
              </w:rPr>
              <w:t>/</w:t>
            </w:r>
            <w:r>
              <w:t>dzamaat</w:t>
            </w:r>
            <w:r w:rsidRPr="00332DB8">
              <w:rPr>
                <w:lang w:val="ru-RU"/>
              </w:rPr>
              <w:t>-</w:t>
            </w:r>
            <w:r>
              <w:t>bulgar</w:t>
            </w:r>
            <w:r w:rsidRPr="00332DB8">
              <w:rPr>
                <w:lang w:val="ru-RU"/>
              </w:rPr>
              <w:t>-</w:t>
            </w:r>
            <w:r>
              <w:t>vstavaite</w:t>
            </w:r>
            <w:r w:rsidRPr="00332DB8">
              <w:rPr>
                <w:lang w:val="ru-RU"/>
              </w:rPr>
              <w:t>-</w:t>
            </w:r>
            <w:r>
              <w:t>na</w:t>
            </w:r>
            <w:r w:rsidRPr="00332DB8">
              <w:rPr>
                <w:lang w:val="ru-RU"/>
              </w:rPr>
              <w:t>-</w:t>
            </w:r>
            <w:r>
              <w:t>dzihad</w:t>
            </w:r>
            <w:r w:rsidRPr="00332DB8">
              <w:rPr>
                <w:lang w:val="ru-RU"/>
              </w:rPr>
              <w:t>-</w:t>
            </w:r>
            <w:r>
              <w:t>nasid</w:t>
            </w:r>
            <w:r w:rsidRPr="00332DB8">
              <w:rPr>
                <w:lang w:val="ru-RU"/>
              </w:rPr>
              <w:t>»; «</w:t>
            </w:r>
            <w:r>
              <w:t>http</w:t>
            </w:r>
            <w:r w:rsidRPr="00332DB8">
              <w:rPr>
                <w:lang w:val="ru-RU"/>
              </w:rPr>
              <w:t>://</w:t>
            </w:r>
            <w:r>
              <w:t>audio</w:t>
            </w:r>
            <w:r w:rsidRPr="00332DB8">
              <w:rPr>
                <w:lang w:val="ru-RU"/>
              </w:rPr>
              <w:t>.</w:t>
            </w:r>
            <w:r>
              <w:t>nur</w:t>
            </w:r>
            <w:r w:rsidRPr="00332DB8">
              <w:rPr>
                <w:lang w:val="ru-RU"/>
              </w:rPr>
              <w:t>.</w:t>
            </w:r>
            <w:r>
              <w:t>kz</w:t>
            </w:r>
            <w:r w:rsidRPr="00332DB8">
              <w:rPr>
                <w:lang w:val="ru-RU"/>
              </w:rPr>
              <w:t>/1146745-</w:t>
            </w:r>
            <w:r>
              <w:t>dzhamaat</w:t>
            </w:r>
            <w:r w:rsidRPr="00332DB8">
              <w:rPr>
                <w:lang w:val="ru-RU"/>
              </w:rPr>
              <w:t>-</w:t>
            </w:r>
            <w:r>
              <w:t>bulgar</w:t>
            </w:r>
            <w:r w:rsidRPr="00332DB8">
              <w:rPr>
                <w:lang w:val="ru-RU"/>
              </w:rPr>
              <w:t>-</w:t>
            </w:r>
            <w:r>
              <w:t>vstavajte</w:t>
            </w:r>
            <w:r w:rsidRPr="00332DB8">
              <w:rPr>
                <w:lang w:val="ru-RU"/>
              </w:rPr>
              <w:t>-</w:t>
            </w:r>
            <w:r>
              <w:t>na</w:t>
            </w:r>
            <w:r w:rsidRPr="00332DB8">
              <w:rPr>
                <w:lang w:val="ru-RU"/>
              </w:rPr>
              <w:t>-</w:t>
            </w:r>
            <w:r>
              <w:t>dzhihad</w:t>
            </w:r>
            <w:r w:rsidRPr="00332DB8">
              <w:rPr>
                <w:lang w:val="ru-RU"/>
              </w:rPr>
              <w:t>-(</w:t>
            </w:r>
            <w:r>
              <w:t>nashid</w:t>
            </w:r>
            <w:r w:rsidRPr="00332DB8">
              <w:rPr>
                <w:lang w:val="ru-RU"/>
              </w:rPr>
              <w:t>)»; «</w:t>
            </w:r>
            <w:r>
              <w:t>https</w:t>
            </w:r>
            <w:r w:rsidRPr="00332DB8">
              <w:rPr>
                <w:lang w:val="ru-RU"/>
              </w:rPr>
              <w:t>://</w:t>
            </w:r>
            <w:r>
              <w:t>vkmusic</w:t>
            </w:r>
            <w:r w:rsidRPr="00332DB8">
              <w:rPr>
                <w:lang w:val="ru-RU"/>
              </w:rPr>
              <w:t>.</w:t>
            </w:r>
            <w:r>
              <w:t>ru</w:t>
            </w:r>
            <w:r w:rsidRPr="00332DB8">
              <w:rPr>
                <w:lang w:val="ru-RU"/>
              </w:rPr>
              <w:t>/%</w:t>
            </w:r>
            <w:r>
              <w:t>D</w:t>
            </w:r>
            <w:r w:rsidRPr="00332DB8">
              <w:rPr>
                <w:lang w:val="ru-RU"/>
              </w:rPr>
              <w:t>0%</w:t>
            </w:r>
            <w:r>
              <w:t>B</w:t>
            </w:r>
            <w:r w:rsidRPr="00332DB8">
              <w:rPr>
                <w:lang w:val="ru-RU"/>
              </w:rPr>
              <w:t>4%</w:t>
            </w:r>
            <w:r>
              <w:t>D</w:t>
            </w:r>
            <w:r w:rsidRPr="00332DB8">
              <w:rPr>
                <w:lang w:val="ru-RU"/>
              </w:rPr>
              <w:t>0%</w:t>
            </w:r>
            <w:r>
              <w:t>B</w:t>
            </w:r>
            <w:r w:rsidRPr="00332DB8">
              <w:rPr>
                <w:lang w:val="ru-RU"/>
              </w:rPr>
              <w:t>6%</w:t>
            </w:r>
            <w:r>
              <w:t>D</w:t>
            </w:r>
            <w:r w:rsidRPr="00332DB8">
              <w:rPr>
                <w:lang w:val="ru-RU"/>
              </w:rPr>
              <w:t>0%</w:t>
            </w:r>
            <w:r>
              <w:t>B</w:t>
            </w:r>
            <w:r w:rsidRPr="00332DB8">
              <w:rPr>
                <w:lang w:val="ru-RU"/>
              </w:rPr>
              <w:t>0%</w:t>
            </w:r>
            <w:r>
              <w:t>D</w:t>
            </w:r>
            <w:r w:rsidRPr="00332DB8">
              <w:rPr>
                <w:lang w:val="ru-RU"/>
              </w:rPr>
              <w:t>0%</w:t>
            </w:r>
            <w:r>
              <w:t>BC</w:t>
            </w:r>
            <w:r w:rsidRPr="00332DB8">
              <w:rPr>
                <w:lang w:val="ru-RU"/>
              </w:rPr>
              <w:t>%</w:t>
            </w:r>
            <w:r>
              <w:t>D</w:t>
            </w:r>
            <w:r w:rsidRPr="00332DB8">
              <w:rPr>
                <w:lang w:val="ru-RU"/>
              </w:rPr>
              <w:t>0%</w:t>
            </w:r>
            <w:r>
              <w:t>B</w:t>
            </w:r>
            <w:r w:rsidRPr="00332DB8">
              <w:rPr>
                <w:lang w:val="ru-RU"/>
              </w:rPr>
              <w:t>0%</w:t>
            </w:r>
            <w:r>
              <w:t>D</w:t>
            </w:r>
            <w:r w:rsidRPr="00332DB8">
              <w:rPr>
                <w:lang w:val="ru-RU"/>
              </w:rPr>
              <w:t>0%</w:t>
            </w:r>
            <w:r>
              <w:t>B</w:t>
            </w:r>
            <w:r w:rsidRPr="00332DB8">
              <w:rPr>
                <w:lang w:val="ru-RU"/>
              </w:rPr>
              <w:t>0 %</w:t>
            </w:r>
            <w:r>
              <w:t>D</w:t>
            </w:r>
            <w:r w:rsidRPr="00332DB8">
              <w:rPr>
                <w:lang w:val="ru-RU"/>
              </w:rPr>
              <w:t>1%82-</w:t>
            </w:r>
            <w:r w:rsidRPr="00332DB8">
              <w:rPr>
                <w:lang w:val="ru-RU"/>
              </w:rPr>
              <w:lastRenderedPageBreak/>
              <w:t>%</w:t>
            </w:r>
            <w:r>
              <w:t>D</w:t>
            </w:r>
            <w:r w:rsidRPr="00332DB8">
              <w:rPr>
                <w:lang w:val="ru-RU"/>
              </w:rPr>
              <w:t>0%</w:t>
            </w:r>
            <w:r>
              <w:t>B</w:t>
            </w:r>
            <w:r w:rsidRPr="00332DB8">
              <w:rPr>
                <w:lang w:val="ru-RU"/>
              </w:rPr>
              <w:t>1%</w:t>
            </w:r>
            <w:r>
              <w:t>D</w:t>
            </w:r>
            <w:r w:rsidRPr="00332DB8">
              <w:rPr>
                <w:lang w:val="ru-RU"/>
              </w:rPr>
              <w:t>1%83%</w:t>
            </w:r>
            <w:r>
              <w:t>D</w:t>
            </w:r>
            <w:r w:rsidRPr="00332DB8">
              <w:rPr>
                <w:lang w:val="ru-RU"/>
              </w:rPr>
              <w:t>0%</w:t>
            </w:r>
            <w:r>
              <w:t>BB</w:t>
            </w:r>
            <w:r w:rsidRPr="00332DB8">
              <w:rPr>
                <w:lang w:val="ru-RU"/>
              </w:rPr>
              <w:t>%</w:t>
            </w:r>
            <w:r>
              <w:t>D</w:t>
            </w:r>
            <w:r w:rsidRPr="00332DB8">
              <w:rPr>
                <w:lang w:val="ru-RU"/>
              </w:rPr>
              <w:t>0%</w:t>
            </w:r>
            <w:r>
              <w:t>B</w:t>
            </w:r>
            <w:r w:rsidRPr="00332DB8">
              <w:rPr>
                <w:lang w:val="ru-RU"/>
              </w:rPr>
              <w:t>3%</w:t>
            </w:r>
            <w:r>
              <w:t>D</w:t>
            </w:r>
            <w:r w:rsidRPr="00332DB8">
              <w:rPr>
                <w:lang w:val="ru-RU"/>
              </w:rPr>
              <w:t>0%</w:t>
            </w:r>
            <w:r>
              <w:t>B</w:t>
            </w:r>
            <w:r w:rsidRPr="00332DB8">
              <w:rPr>
                <w:lang w:val="ru-RU"/>
              </w:rPr>
              <w:t>0%</w:t>
            </w:r>
            <w:r>
              <w:t>D</w:t>
            </w:r>
            <w:r w:rsidRPr="00332DB8">
              <w:rPr>
                <w:lang w:val="ru-RU"/>
              </w:rPr>
              <w:t>1%80» (решение Железнодорожного районного суда г. Пензы от 17.10.2017);</w:t>
            </w:r>
          </w:p>
        </w:tc>
        <w:tc>
          <w:tcPr>
            <w:tcW w:w="2880" w:type="dxa"/>
          </w:tcPr>
          <w:p w:rsidR="006F7457" w:rsidRDefault="00332DB8">
            <w:r>
              <w:lastRenderedPageBreak/>
              <w:t>29.12.2017</w:t>
            </w:r>
          </w:p>
        </w:tc>
      </w:tr>
      <w:tr w:rsidR="006F7457">
        <w:tc>
          <w:tcPr>
            <w:tcW w:w="2880" w:type="dxa"/>
          </w:tcPr>
          <w:p w:rsidR="006F7457" w:rsidRDefault="00332DB8">
            <w:r>
              <w:lastRenderedPageBreak/>
              <w:t>4344.</w:t>
            </w:r>
          </w:p>
        </w:tc>
        <w:tc>
          <w:tcPr>
            <w:tcW w:w="2880" w:type="dxa"/>
          </w:tcPr>
          <w:p w:rsidR="006F7457" w:rsidRPr="00332DB8" w:rsidRDefault="00332DB8">
            <w:pPr>
              <w:rPr>
                <w:lang w:val="ru-RU"/>
              </w:rPr>
            </w:pPr>
            <w:r w:rsidRPr="00332DB8">
              <w:rPr>
                <w:lang w:val="ru-RU"/>
              </w:rPr>
              <w:t xml:space="preserve">Информационный материал, размещенный на странице в сети Интернет: </w:t>
            </w:r>
            <w:r>
              <w:t>vk</w:t>
            </w:r>
            <w:r w:rsidRPr="00332DB8">
              <w:rPr>
                <w:lang w:val="ru-RU"/>
              </w:rPr>
              <w:t>.</w:t>
            </w:r>
            <w:r>
              <w:t>com</w:t>
            </w:r>
            <w:r w:rsidRPr="00332DB8">
              <w:rPr>
                <w:lang w:val="ru-RU"/>
              </w:rPr>
              <w:t>/</w:t>
            </w:r>
            <w:r>
              <w:t>russtudent</w:t>
            </w:r>
            <w:r w:rsidRPr="00332DB8">
              <w:rPr>
                <w:lang w:val="ru-RU"/>
              </w:rPr>
              <w:t>, в виде текстов, графических изображений, аудио-видео записей (решение Басманного районного суда города Москвы от 18.05.2016);</w:t>
            </w:r>
          </w:p>
        </w:tc>
        <w:tc>
          <w:tcPr>
            <w:tcW w:w="2880" w:type="dxa"/>
          </w:tcPr>
          <w:p w:rsidR="006F7457" w:rsidRDefault="00332DB8">
            <w:r>
              <w:t>29.12.2017</w:t>
            </w:r>
          </w:p>
        </w:tc>
      </w:tr>
      <w:tr w:rsidR="006F7457">
        <w:tc>
          <w:tcPr>
            <w:tcW w:w="2880" w:type="dxa"/>
          </w:tcPr>
          <w:p w:rsidR="006F7457" w:rsidRDefault="00332DB8">
            <w:r>
              <w:t>4345.</w:t>
            </w:r>
          </w:p>
        </w:tc>
        <w:tc>
          <w:tcPr>
            <w:tcW w:w="2880" w:type="dxa"/>
          </w:tcPr>
          <w:p w:rsidR="006F7457" w:rsidRPr="00332DB8" w:rsidRDefault="00332DB8">
            <w:pPr>
              <w:rPr>
                <w:lang w:val="ru-RU"/>
              </w:rPr>
            </w:pPr>
            <w:r w:rsidRPr="00332DB8">
              <w:rPr>
                <w:lang w:val="ru-RU"/>
              </w:rP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t>
            </w:r>
            <w:r>
              <w:t>Warriors</w:t>
            </w:r>
            <w:r w:rsidRPr="00332DB8">
              <w:rPr>
                <w:lang w:val="ru-RU"/>
              </w:rPr>
              <w:t xml:space="preserve"> </w:t>
            </w:r>
            <w:r>
              <w:t>of</w:t>
            </w:r>
            <w:r w:rsidRPr="00332DB8">
              <w:rPr>
                <w:lang w:val="ru-RU"/>
              </w:rPr>
              <w:t xml:space="preserve"> </w:t>
            </w:r>
            <w:r>
              <w:t>Zion</w:t>
            </w:r>
            <w:r w:rsidRPr="00332DB8">
              <w:rPr>
                <w:lang w:val="ru-RU"/>
              </w:rPr>
              <w:t xml:space="preserve">» продолжительностью 03 мин. 16 сек., расположенной на указателях интернет-страниц: </w:t>
            </w:r>
            <w:r>
              <w:t>https</w:t>
            </w:r>
            <w:r w:rsidRPr="00332DB8">
              <w:rPr>
                <w:lang w:val="ru-RU"/>
              </w:rPr>
              <w:t>://</w:t>
            </w:r>
            <w:r>
              <w:t>playvk</w:t>
            </w:r>
            <w:r w:rsidRPr="00332DB8">
              <w:rPr>
                <w:lang w:val="ru-RU"/>
              </w:rPr>
              <w:t>.</w:t>
            </w:r>
            <w:r>
              <w:t>com</w:t>
            </w:r>
            <w:r w:rsidRPr="00332DB8">
              <w:rPr>
                <w:lang w:val="ru-RU"/>
              </w:rPr>
              <w:t>/</w:t>
            </w:r>
            <w:r>
              <w:t>song</w:t>
            </w:r>
            <w:r w:rsidRPr="00332DB8">
              <w:rPr>
                <w:lang w:val="ru-RU"/>
              </w:rPr>
              <w:t>/</w:t>
            </w:r>
            <w:r>
              <w:t>Warriors</w:t>
            </w:r>
            <w:r w:rsidRPr="00332DB8">
              <w:rPr>
                <w:lang w:val="ru-RU"/>
              </w:rPr>
              <w:t>+</w:t>
            </w:r>
            <w:r>
              <w:t>of</w:t>
            </w:r>
            <w:r w:rsidRPr="00332DB8">
              <w:rPr>
                <w:lang w:val="ru-RU"/>
              </w:rPr>
              <w:t>+</w:t>
            </w:r>
            <w:r>
              <w:t>Zion</w:t>
            </w:r>
            <w:r w:rsidRPr="00332DB8">
              <w:rPr>
                <w:lang w:val="ru-RU"/>
              </w:rPr>
              <w:t>/%</w:t>
            </w:r>
            <w:r>
              <w:t>D</w:t>
            </w:r>
            <w:r w:rsidRPr="00332DB8">
              <w:rPr>
                <w:lang w:val="ru-RU"/>
              </w:rPr>
              <w:t>0%9</w:t>
            </w:r>
            <w:r>
              <w:t>C</w:t>
            </w:r>
            <w:r w:rsidRPr="00332DB8">
              <w:rPr>
                <w:lang w:val="ru-RU"/>
              </w:rPr>
              <w:t>%</w:t>
            </w:r>
            <w:r>
              <w:t>Dl</w:t>
            </w:r>
            <w:r w:rsidRPr="00332DB8">
              <w:rPr>
                <w:lang w:val="ru-RU"/>
              </w:rPr>
              <w:t>%8</w:t>
            </w:r>
            <w:r>
              <w:t>B</w:t>
            </w:r>
            <w:r w:rsidRPr="00332DB8">
              <w:rPr>
                <w:lang w:val="ru-RU"/>
              </w:rPr>
              <w:t>+%</w:t>
            </w:r>
            <w:r>
              <w:t>D</w:t>
            </w:r>
            <w:r w:rsidRPr="00332DB8">
              <w:rPr>
                <w:lang w:val="ru-RU"/>
              </w:rPr>
              <w:t>0%</w:t>
            </w:r>
            <w:r>
              <w:t>BF</w:t>
            </w:r>
            <w:r w:rsidRPr="00332DB8">
              <w:rPr>
                <w:lang w:val="ru-RU"/>
              </w:rPr>
              <w:t>%</w:t>
            </w:r>
            <w:r>
              <w:t>D</w:t>
            </w:r>
            <w:r w:rsidRPr="00332DB8">
              <w:rPr>
                <w:lang w:val="ru-RU"/>
              </w:rPr>
              <w:t>0%</w:t>
            </w:r>
            <w:r>
              <w:t>BE</w:t>
            </w:r>
            <w:r w:rsidRPr="00332DB8">
              <w:rPr>
                <w:lang w:val="ru-RU"/>
              </w:rPr>
              <w:t>%</w:t>
            </w:r>
            <w:r>
              <w:t>D</w:t>
            </w:r>
            <w:r w:rsidRPr="00332DB8">
              <w:rPr>
                <w:lang w:val="ru-RU"/>
              </w:rPr>
              <w:t>0%</w:t>
            </w:r>
            <w:r>
              <w:t>BC</w:t>
            </w:r>
            <w:r w:rsidRPr="00332DB8">
              <w:rPr>
                <w:lang w:val="ru-RU"/>
              </w:rPr>
              <w:t>%</w:t>
            </w:r>
            <w:r>
              <w:t>D</w:t>
            </w:r>
            <w:r w:rsidRPr="00332DB8">
              <w:rPr>
                <w:lang w:val="ru-RU"/>
              </w:rPr>
              <w:t>0%</w:t>
            </w:r>
            <w:r>
              <w:t>BD</w:t>
            </w:r>
            <w:r w:rsidRPr="00332DB8">
              <w:rPr>
                <w:lang w:val="ru-RU"/>
              </w:rPr>
              <w:t>%</w:t>
            </w:r>
            <w:r>
              <w:t>D</w:t>
            </w:r>
            <w:r w:rsidRPr="00332DB8">
              <w:rPr>
                <w:lang w:val="ru-RU"/>
              </w:rPr>
              <w:t>0%</w:t>
            </w:r>
            <w:r>
              <w:t>B</w:t>
            </w:r>
            <w:r w:rsidRPr="00332DB8">
              <w:rPr>
                <w:lang w:val="ru-RU"/>
              </w:rPr>
              <w:t>8%</w:t>
            </w:r>
            <w:r>
              <w:t>D</w:t>
            </w:r>
            <w:r w:rsidRPr="00332DB8">
              <w:rPr>
                <w:lang w:val="ru-RU"/>
              </w:rPr>
              <w:t>0%</w:t>
            </w:r>
            <w:r>
              <w:t>BC</w:t>
            </w:r>
            <w:r w:rsidRPr="00332DB8">
              <w:rPr>
                <w:lang w:val="ru-RU"/>
              </w:rPr>
              <w:t>+%</w:t>
            </w:r>
            <w:r>
              <w:t>D</w:t>
            </w:r>
            <w:r w:rsidRPr="00332DB8">
              <w:rPr>
                <w:lang w:val="ru-RU"/>
              </w:rPr>
              <w:t>1%82%</w:t>
            </w:r>
            <w:r>
              <w:t>D</w:t>
            </w:r>
            <w:r w:rsidRPr="00332DB8">
              <w:rPr>
                <w:lang w:val="ru-RU"/>
              </w:rPr>
              <w:t>0%</w:t>
            </w:r>
            <w:r>
              <w:t>B</w:t>
            </w:r>
            <w:r w:rsidRPr="00332DB8">
              <w:rPr>
                <w:lang w:val="ru-RU"/>
              </w:rPr>
              <w:t>5%</w:t>
            </w:r>
            <w:r>
              <w:t>D</w:t>
            </w:r>
            <w:r w:rsidRPr="00332DB8">
              <w:rPr>
                <w:lang w:val="ru-RU"/>
              </w:rPr>
              <w:t>0%</w:t>
            </w:r>
            <w:r>
              <w:t>B</w:t>
            </w:r>
            <w:r w:rsidRPr="00332DB8">
              <w:rPr>
                <w:lang w:val="ru-RU"/>
              </w:rPr>
              <w:t>1%</w:t>
            </w:r>
            <w:r>
              <w:t>D</w:t>
            </w:r>
            <w:r w:rsidRPr="00332DB8">
              <w:rPr>
                <w:lang w:val="ru-RU"/>
              </w:rPr>
              <w:t>1%8</w:t>
            </w:r>
            <w:r>
              <w:t>F</w:t>
            </w:r>
            <w:r w:rsidRPr="00332DB8">
              <w:rPr>
                <w:lang w:val="ru-RU"/>
              </w:rPr>
              <w:t>+%</w:t>
            </w:r>
            <w:r>
              <w:t>D</w:t>
            </w:r>
            <w:r w:rsidRPr="00332DB8">
              <w:rPr>
                <w:lang w:val="ru-RU"/>
              </w:rPr>
              <w:t>0%</w:t>
            </w:r>
            <w:r>
              <w:t>A</w:t>
            </w:r>
            <w:r w:rsidRPr="00332DB8">
              <w:rPr>
                <w:lang w:val="ru-RU"/>
              </w:rPr>
              <w:t>0%</w:t>
            </w:r>
            <w:r>
              <w:t>D</w:t>
            </w:r>
            <w:r w:rsidRPr="00332DB8">
              <w:rPr>
                <w:lang w:val="ru-RU"/>
              </w:rPr>
              <w:t>0%</w:t>
            </w:r>
            <w:r>
              <w:t>B</w:t>
            </w:r>
            <w:r w:rsidRPr="00332DB8">
              <w:rPr>
                <w:lang w:val="ru-RU"/>
              </w:rPr>
              <w:t>0%</w:t>
            </w:r>
            <w:r>
              <w:t>D</w:t>
            </w:r>
            <w:r w:rsidRPr="00332DB8">
              <w:rPr>
                <w:lang w:val="ru-RU"/>
              </w:rPr>
              <w:t>1%81%</w:t>
            </w:r>
            <w:r>
              <w:t>D</w:t>
            </w:r>
            <w:r w:rsidRPr="00332DB8">
              <w:rPr>
                <w:lang w:val="ru-RU"/>
              </w:rPr>
              <w:t>1%83%</w:t>
            </w:r>
            <w:r>
              <w:t>D</w:t>
            </w:r>
            <w:r w:rsidRPr="00332DB8">
              <w:rPr>
                <w:lang w:val="ru-RU"/>
              </w:rPr>
              <w:t>0%</w:t>
            </w:r>
            <w:r>
              <w:t>BB</w:t>
            </w:r>
            <w:r w:rsidRPr="00332DB8">
              <w:rPr>
                <w:lang w:val="ru-RU"/>
              </w:rPr>
              <w:t xml:space="preserve">/ </w:t>
            </w:r>
            <w:r>
              <w:t>http</w:t>
            </w:r>
            <w:r w:rsidRPr="00332DB8">
              <w:rPr>
                <w:lang w:val="ru-RU"/>
              </w:rPr>
              <w:t>://</w:t>
            </w:r>
            <w:r>
              <w:t>iplayer</w:t>
            </w:r>
            <w:r w:rsidRPr="00332DB8">
              <w:rPr>
                <w:lang w:val="ru-RU"/>
              </w:rPr>
              <w:t>.</w:t>
            </w:r>
            <w:r>
              <w:t>fm</w:t>
            </w:r>
            <w:r w:rsidRPr="00332DB8">
              <w:rPr>
                <w:lang w:val="ru-RU"/>
              </w:rPr>
              <w:t>/</w:t>
            </w:r>
            <w:r>
              <w:t>song</w:t>
            </w:r>
            <w:r w:rsidRPr="00332DB8">
              <w:rPr>
                <w:lang w:val="ru-RU"/>
              </w:rPr>
              <w:t>/30357439/</w:t>
            </w:r>
            <w:r>
              <w:t>WARRIORS</w:t>
            </w:r>
            <w:r w:rsidRPr="00332DB8">
              <w:rPr>
                <w:lang w:val="ru-RU"/>
              </w:rPr>
              <w:t>_</w:t>
            </w:r>
            <w:r>
              <w:t>OF</w:t>
            </w:r>
            <w:r w:rsidRPr="00332DB8">
              <w:rPr>
                <w:lang w:val="ru-RU"/>
              </w:rPr>
              <w:t>_</w:t>
            </w:r>
            <w:r>
              <w:t>ISRAEL</w:t>
            </w:r>
            <w:r w:rsidRPr="00332DB8">
              <w:rPr>
                <w:lang w:val="ru-RU"/>
              </w:rPr>
              <w:t>_- _</w:t>
            </w:r>
            <w:r>
              <w:t>My</w:t>
            </w:r>
            <w:r w:rsidRPr="00332DB8">
              <w:rPr>
                <w:lang w:val="ru-RU"/>
              </w:rPr>
              <w:t>_</w:t>
            </w:r>
            <w:r>
              <w:t>pomnim</w:t>
            </w:r>
            <w:r w:rsidRPr="00332DB8">
              <w:rPr>
                <w:lang w:val="ru-RU"/>
              </w:rPr>
              <w:t>_</w:t>
            </w:r>
            <w:r>
              <w:t>tebya</w:t>
            </w:r>
            <w:r w:rsidRPr="00332DB8">
              <w:rPr>
                <w:lang w:val="ru-RU"/>
              </w:rPr>
              <w:t>_</w:t>
            </w:r>
            <w:r>
              <w:t>Rasul</w:t>
            </w:r>
            <w:r w:rsidRPr="00332DB8">
              <w:rPr>
                <w:lang w:val="ru-RU"/>
              </w:rPr>
              <w:t>...</w:t>
            </w:r>
            <w:r>
              <w:t>ahahaha</w:t>
            </w:r>
            <w:r w:rsidRPr="00332DB8">
              <w:rPr>
                <w:lang w:val="ru-RU"/>
              </w:rPr>
              <w:t xml:space="preserve">/ </w:t>
            </w:r>
            <w:r>
              <w:t>http</w:t>
            </w:r>
            <w:r w:rsidRPr="00332DB8">
              <w:rPr>
                <w:lang w:val="ru-RU"/>
              </w:rPr>
              <w:t>://</w:t>
            </w:r>
            <w:r>
              <w:t>mp</w:t>
            </w:r>
            <w:r w:rsidRPr="00332DB8">
              <w:rPr>
                <w:lang w:val="ru-RU"/>
              </w:rPr>
              <w:t>3-</w:t>
            </w:r>
            <w:r>
              <w:t>pesnja</w:t>
            </w:r>
            <w:r w:rsidRPr="00332DB8">
              <w:rPr>
                <w:lang w:val="ru-RU"/>
              </w:rPr>
              <w:t>.</w:t>
            </w:r>
            <w:r>
              <w:t>com</w:t>
            </w:r>
            <w:r w:rsidRPr="00332DB8">
              <w:rPr>
                <w:lang w:val="ru-RU"/>
              </w:rPr>
              <w:t>/</w:t>
            </w:r>
            <w:r>
              <w:t>mp</w:t>
            </w:r>
            <w:r w:rsidRPr="00332DB8">
              <w:rPr>
                <w:lang w:val="ru-RU"/>
              </w:rPr>
              <w:t xml:space="preserve">3- </w:t>
            </w:r>
            <w:r>
              <w:t>music</w:t>
            </w:r>
            <w:r w:rsidRPr="00332DB8">
              <w:rPr>
                <w:lang w:val="ru-RU"/>
              </w:rPr>
              <w:t>/%</w:t>
            </w:r>
            <w:r>
              <w:t>D</w:t>
            </w:r>
            <w:r w:rsidRPr="00332DB8">
              <w:rPr>
                <w:lang w:val="ru-RU"/>
              </w:rPr>
              <w:t>0%</w:t>
            </w:r>
            <w:r>
              <w:t>BC</w:t>
            </w:r>
            <w:r w:rsidRPr="00332DB8">
              <w:rPr>
                <w:lang w:val="ru-RU"/>
              </w:rPr>
              <w:t>%</w:t>
            </w:r>
            <w:r>
              <w:t>D</w:t>
            </w:r>
            <w:r w:rsidRPr="00332DB8">
              <w:rPr>
                <w:lang w:val="ru-RU"/>
              </w:rPr>
              <w:t>1%8</w:t>
            </w:r>
            <w:r>
              <w:t>B</w:t>
            </w:r>
            <w:r w:rsidRPr="00332DB8">
              <w:rPr>
                <w:lang w:val="ru-RU"/>
              </w:rPr>
              <w:t>+%</w:t>
            </w:r>
            <w:r>
              <w:t>D</w:t>
            </w:r>
            <w:r w:rsidRPr="00332DB8">
              <w:rPr>
                <w:lang w:val="ru-RU"/>
              </w:rPr>
              <w:t>0%</w:t>
            </w:r>
            <w:r>
              <w:t>BF</w:t>
            </w:r>
            <w:r w:rsidRPr="00332DB8">
              <w:rPr>
                <w:lang w:val="ru-RU"/>
              </w:rPr>
              <w:t>%</w:t>
            </w:r>
            <w:r>
              <w:t>D</w:t>
            </w:r>
            <w:r w:rsidRPr="00332DB8">
              <w:rPr>
                <w:lang w:val="ru-RU"/>
              </w:rPr>
              <w:t>0%</w:t>
            </w:r>
            <w:r>
              <w:t>BE</w:t>
            </w:r>
            <w:r w:rsidRPr="00332DB8">
              <w:rPr>
                <w:lang w:val="ru-RU"/>
              </w:rPr>
              <w:t>%</w:t>
            </w:r>
            <w:r>
              <w:t>D</w:t>
            </w:r>
            <w:r w:rsidRPr="00332DB8">
              <w:rPr>
                <w:lang w:val="ru-RU"/>
              </w:rPr>
              <w:t>0%</w:t>
            </w:r>
            <w:r>
              <w:t>BC</w:t>
            </w:r>
            <w:r w:rsidRPr="00332DB8">
              <w:rPr>
                <w:lang w:val="ru-RU"/>
              </w:rPr>
              <w:t>%</w:t>
            </w:r>
            <w:r>
              <w:t>D</w:t>
            </w:r>
            <w:r w:rsidRPr="00332DB8">
              <w:rPr>
                <w:lang w:val="ru-RU"/>
              </w:rPr>
              <w:t>0%</w:t>
            </w:r>
            <w:r>
              <w:t>BD</w:t>
            </w:r>
            <w:r w:rsidRPr="00332DB8">
              <w:rPr>
                <w:lang w:val="ru-RU"/>
              </w:rPr>
              <w:t>%</w:t>
            </w:r>
            <w:r>
              <w:t>D</w:t>
            </w:r>
            <w:r w:rsidRPr="00332DB8">
              <w:rPr>
                <w:lang w:val="ru-RU"/>
              </w:rPr>
              <w:t>0%</w:t>
            </w:r>
            <w:r>
              <w:t>B</w:t>
            </w:r>
            <w:r w:rsidRPr="00332DB8">
              <w:rPr>
                <w:lang w:val="ru-RU"/>
              </w:rPr>
              <w:t>8%</w:t>
            </w:r>
            <w:r>
              <w:t>D</w:t>
            </w:r>
            <w:r w:rsidRPr="00332DB8">
              <w:rPr>
                <w:lang w:val="ru-RU"/>
              </w:rPr>
              <w:t>0%</w:t>
            </w:r>
            <w:r>
              <w:t>BC</w:t>
            </w:r>
            <w:r w:rsidRPr="00332DB8">
              <w:rPr>
                <w:lang w:val="ru-RU"/>
              </w:rPr>
              <w:t>+%</w:t>
            </w:r>
            <w:r>
              <w:t>D</w:t>
            </w:r>
            <w:r w:rsidRPr="00332DB8">
              <w:rPr>
                <w:lang w:val="ru-RU"/>
              </w:rPr>
              <w:t>1%82%</w:t>
            </w:r>
            <w:r>
              <w:t>D</w:t>
            </w:r>
            <w:r w:rsidRPr="00332DB8">
              <w:rPr>
                <w:lang w:val="ru-RU"/>
              </w:rPr>
              <w:t>0%</w:t>
            </w:r>
            <w:r>
              <w:t>B</w:t>
            </w:r>
            <w:r w:rsidRPr="00332DB8">
              <w:rPr>
                <w:lang w:val="ru-RU"/>
              </w:rPr>
              <w:t>5%</w:t>
            </w:r>
            <w:r>
              <w:t>D</w:t>
            </w:r>
            <w:r w:rsidRPr="00332DB8">
              <w:rPr>
                <w:lang w:val="ru-RU"/>
              </w:rPr>
              <w:t>0%</w:t>
            </w:r>
            <w:r>
              <w:t>B</w:t>
            </w:r>
            <w:r w:rsidRPr="00332DB8">
              <w:rPr>
                <w:lang w:val="ru-RU"/>
              </w:rPr>
              <w:t>1%</w:t>
            </w:r>
            <w:r>
              <w:t>D</w:t>
            </w:r>
            <w:r w:rsidRPr="00332DB8">
              <w:rPr>
                <w:lang w:val="ru-RU"/>
              </w:rPr>
              <w:t>1%8</w:t>
            </w:r>
            <w:r>
              <w:t>F</w:t>
            </w:r>
            <w:r w:rsidRPr="00332DB8">
              <w:rPr>
                <w:lang w:val="ru-RU"/>
              </w:rPr>
              <w:t>+%</w:t>
            </w:r>
            <w:r>
              <w:t>D</w:t>
            </w:r>
            <w:r w:rsidRPr="00332DB8">
              <w:rPr>
                <w:lang w:val="ru-RU"/>
              </w:rPr>
              <w:t>1%80%</w:t>
            </w:r>
            <w:r>
              <w:t>D</w:t>
            </w:r>
            <w:r w:rsidRPr="00332DB8">
              <w:rPr>
                <w:lang w:val="ru-RU"/>
              </w:rPr>
              <w:t>0%</w:t>
            </w:r>
            <w:r>
              <w:t>B</w:t>
            </w:r>
            <w:r w:rsidRPr="00332DB8">
              <w:rPr>
                <w:lang w:val="ru-RU"/>
              </w:rPr>
              <w:t>0%</w:t>
            </w:r>
            <w:r>
              <w:t>D</w:t>
            </w:r>
            <w:r w:rsidRPr="00332DB8">
              <w:rPr>
                <w:lang w:val="ru-RU"/>
              </w:rPr>
              <w:t>1%81%</w:t>
            </w:r>
            <w:r>
              <w:t>D</w:t>
            </w:r>
            <w:r w:rsidRPr="00332DB8">
              <w:rPr>
                <w:lang w:val="ru-RU"/>
              </w:rPr>
              <w:t>1%83%</w:t>
            </w:r>
            <w:r>
              <w:t>D</w:t>
            </w:r>
            <w:r w:rsidRPr="00332DB8">
              <w:rPr>
                <w:lang w:val="ru-RU"/>
              </w:rPr>
              <w:t>0%</w:t>
            </w:r>
            <w:r>
              <w:t>BB</w:t>
            </w:r>
            <w:r w:rsidRPr="00332DB8">
              <w:rPr>
                <w:lang w:val="ru-RU"/>
              </w:rPr>
              <w:t>...%</w:t>
            </w:r>
            <w:r>
              <w:t>D</w:t>
            </w:r>
            <w:r w:rsidRPr="00332DB8">
              <w:rPr>
                <w:lang w:val="ru-RU"/>
              </w:rPr>
              <w:t>0%</w:t>
            </w:r>
            <w:r>
              <w:t>B</w:t>
            </w:r>
            <w:r w:rsidRPr="00332DB8">
              <w:rPr>
                <w:lang w:val="ru-RU"/>
              </w:rPr>
              <w:t>0%</w:t>
            </w:r>
            <w:r>
              <w:t>D</w:t>
            </w:r>
            <w:r w:rsidRPr="00332DB8">
              <w:rPr>
                <w:lang w:val="ru-RU"/>
              </w:rPr>
              <w:t>1%85%</w:t>
            </w:r>
            <w:r>
              <w:t>D</w:t>
            </w:r>
            <w:r w:rsidRPr="00332DB8">
              <w:rPr>
                <w:lang w:val="ru-RU"/>
              </w:rPr>
              <w:t>0%</w:t>
            </w:r>
            <w:r>
              <w:t>B</w:t>
            </w:r>
            <w:r w:rsidRPr="00332DB8">
              <w:rPr>
                <w:lang w:val="ru-RU"/>
              </w:rPr>
              <w:t>0%</w:t>
            </w:r>
            <w:r>
              <w:t>D</w:t>
            </w:r>
            <w:r w:rsidRPr="00332DB8">
              <w:rPr>
                <w:lang w:val="ru-RU"/>
              </w:rPr>
              <w:t>1%85%</w:t>
            </w:r>
            <w:r>
              <w:t>D</w:t>
            </w:r>
            <w:r w:rsidRPr="00332DB8">
              <w:rPr>
                <w:lang w:val="ru-RU"/>
              </w:rPr>
              <w:t>0%</w:t>
            </w:r>
            <w:r>
              <w:t>B</w:t>
            </w:r>
            <w:r w:rsidRPr="00332DB8">
              <w:rPr>
                <w:lang w:val="ru-RU"/>
              </w:rPr>
              <w:t>0%</w:t>
            </w:r>
            <w:r>
              <w:t>D</w:t>
            </w:r>
            <w:r w:rsidRPr="00332DB8">
              <w:rPr>
                <w:lang w:val="ru-RU"/>
              </w:rPr>
              <w:t>1%85%</w:t>
            </w:r>
            <w:r>
              <w:t>D</w:t>
            </w:r>
            <w:r w:rsidRPr="00332DB8">
              <w:rPr>
                <w:lang w:val="ru-RU"/>
              </w:rPr>
              <w:t>0%</w:t>
            </w:r>
            <w:r>
              <w:t>B</w:t>
            </w:r>
            <w:r w:rsidRPr="00332DB8">
              <w:rPr>
                <w:lang w:val="ru-RU"/>
              </w:rPr>
              <w:t xml:space="preserve">0%29%29%29 </w:t>
            </w:r>
            <w:r>
              <w:t>http</w:t>
            </w:r>
            <w:r w:rsidRPr="00332DB8">
              <w:rPr>
                <w:lang w:val="ru-RU"/>
              </w:rPr>
              <w:t>://</w:t>
            </w:r>
            <w:r>
              <w:t>muz</w:t>
            </w:r>
            <w:r w:rsidRPr="00332DB8">
              <w:rPr>
                <w:lang w:val="ru-RU"/>
              </w:rPr>
              <w:t xml:space="preserve">- </w:t>
            </w:r>
            <w:r>
              <w:t>muz</w:t>
            </w:r>
            <w:r w:rsidRPr="00332DB8">
              <w:rPr>
                <w:lang w:val="ru-RU"/>
              </w:rPr>
              <w:t>.</w:t>
            </w:r>
            <w:r>
              <w:t>net</w:t>
            </w:r>
            <w:r w:rsidRPr="00332DB8">
              <w:rPr>
                <w:lang w:val="ru-RU"/>
              </w:rPr>
              <w:t>/</w:t>
            </w:r>
            <w:r>
              <w:t>storage</w:t>
            </w:r>
            <w:r w:rsidRPr="00332DB8">
              <w:rPr>
                <w:lang w:val="ru-RU"/>
              </w:rPr>
              <w:t>/%</w:t>
            </w:r>
            <w:r>
              <w:t>D</w:t>
            </w:r>
            <w:r w:rsidRPr="00332DB8">
              <w:rPr>
                <w:lang w:val="ru-RU"/>
              </w:rPr>
              <w:t>0%9</w:t>
            </w:r>
            <w:r>
              <w:t>C</w:t>
            </w:r>
            <w:r w:rsidRPr="00332DB8">
              <w:rPr>
                <w:lang w:val="ru-RU"/>
              </w:rPr>
              <w:t>%</w:t>
            </w:r>
            <w:r>
              <w:t>D</w:t>
            </w:r>
            <w:r w:rsidRPr="00332DB8">
              <w:rPr>
                <w:lang w:val="ru-RU"/>
              </w:rPr>
              <w:t>1%8</w:t>
            </w:r>
            <w:r>
              <w:t>B</w:t>
            </w:r>
            <w:r w:rsidRPr="00332DB8">
              <w:rPr>
                <w:lang w:val="ru-RU"/>
              </w:rPr>
              <w:t>%20%</w:t>
            </w:r>
            <w:r>
              <w:t>D</w:t>
            </w:r>
            <w:r w:rsidRPr="00332DB8">
              <w:rPr>
                <w:lang w:val="ru-RU"/>
              </w:rPr>
              <w:t>0%</w:t>
            </w:r>
            <w:r>
              <w:t>BF</w:t>
            </w:r>
            <w:r w:rsidRPr="00332DB8">
              <w:rPr>
                <w:lang w:val="ru-RU"/>
              </w:rPr>
              <w:t>%</w:t>
            </w:r>
            <w:r>
              <w:t>D</w:t>
            </w:r>
            <w:r w:rsidRPr="00332DB8">
              <w:rPr>
                <w:lang w:val="ru-RU"/>
              </w:rPr>
              <w:t>0%</w:t>
            </w:r>
            <w:r>
              <w:t>BE</w:t>
            </w:r>
            <w:r w:rsidRPr="00332DB8">
              <w:rPr>
                <w:lang w:val="ru-RU"/>
              </w:rPr>
              <w:t>%</w:t>
            </w:r>
            <w:r>
              <w:t>D</w:t>
            </w:r>
            <w:r w:rsidRPr="00332DB8">
              <w:rPr>
                <w:lang w:val="ru-RU"/>
              </w:rPr>
              <w:t>0%</w:t>
            </w:r>
            <w:r>
              <w:t>BC</w:t>
            </w:r>
            <w:r w:rsidRPr="00332DB8">
              <w:rPr>
                <w:lang w:val="ru-RU"/>
              </w:rPr>
              <w:t>%</w:t>
            </w:r>
            <w:r>
              <w:t>D</w:t>
            </w:r>
            <w:r w:rsidRPr="00332DB8">
              <w:rPr>
                <w:lang w:val="ru-RU"/>
              </w:rPr>
              <w:t>0%</w:t>
            </w:r>
            <w:r>
              <w:t>BD</w:t>
            </w:r>
            <w:r w:rsidRPr="00332DB8">
              <w:rPr>
                <w:lang w:val="ru-RU"/>
              </w:rPr>
              <w:t>%</w:t>
            </w:r>
            <w:r>
              <w:t>D</w:t>
            </w:r>
            <w:r w:rsidRPr="00332DB8">
              <w:rPr>
                <w:lang w:val="ru-RU"/>
              </w:rPr>
              <w:t>0%</w:t>
            </w:r>
            <w:r>
              <w:t>B</w:t>
            </w:r>
            <w:r w:rsidRPr="00332DB8">
              <w:rPr>
                <w:lang w:val="ru-RU"/>
              </w:rPr>
              <w:t>8%</w:t>
            </w:r>
            <w:r>
              <w:t>D</w:t>
            </w:r>
            <w:r w:rsidRPr="00332DB8">
              <w:rPr>
                <w:lang w:val="ru-RU"/>
              </w:rPr>
              <w:t>0%</w:t>
            </w:r>
            <w:r>
              <w:t>BC</w:t>
            </w:r>
            <w:r w:rsidRPr="00332DB8">
              <w:rPr>
                <w:lang w:val="ru-RU"/>
              </w:rPr>
              <w:t>%20%</w:t>
            </w:r>
            <w:r>
              <w:t>D</w:t>
            </w:r>
            <w:r w:rsidRPr="00332DB8">
              <w:rPr>
                <w:lang w:val="ru-RU"/>
              </w:rPr>
              <w:t>1%82%</w:t>
            </w:r>
            <w:r>
              <w:t>D</w:t>
            </w:r>
            <w:r w:rsidRPr="00332DB8">
              <w:rPr>
                <w:lang w:val="ru-RU"/>
              </w:rPr>
              <w:t>0%</w:t>
            </w:r>
            <w:r>
              <w:t>B</w:t>
            </w:r>
            <w:r w:rsidRPr="00332DB8">
              <w:rPr>
                <w:lang w:val="ru-RU"/>
              </w:rPr>
              <w:t>5%</w:t>
            </w:r>
            <w:r>
              <w:t>D</w:t>
            </w:r>
            <w:r w:rsidRPr="00332DB8">
              <w:rPr>
                <w:lang w:val="ru-RU"/>
              </w:rPr>
              <w:t>0%</w:t>
            </w:r>
            <w:r>
              <w:t>B</w:t>
            </w:r>
            <w:r w:rsidRPr="00332DB8">
              <w:rPr>
                <w:lang w:val="ru-RU"/>
              </w:rPr>
              <w:t>1%</w:t>
            </w:r>
            <w:r>
              <w:t>D</w:t>
            </w:r>
            <w:r w:rsidRPr="00332DB8">
              <w:rPr>
                <w:lang w:val="ru-RU"/>
              </w:rPr>
              <w:t>1%8</w:t>
            </w:r>
            <w:r>
              <w:t>F</w:t>
            </w:r>
            <w:r w:rsidRPr="00332DB8">
              <w:rPr>
                <w:lang w:val="ru-RU"/>
              </w:rPr>
              <w:t>%20%</w:t>
            </w:r>
            <w:r>
              <w:t>D</w:t>
            </w:r>
            <w:r w:rsidRPr="00332DB8">
              <w:rPr>
                <w:lang w:val="ru-RU"/>
              </w:rPr>
              <w:t>0%</w:t>
            </w:r>
            <w:r>
              <w:t>A</w:t>
            </w:r>
            <w:r w:rsidRPr="00332DB8">
              <w:rPr>
                <w:lang w:val="ru-RU"/>
              </w:rPr>
              <w:t>0%</w:t>
            </w:r>
            <w:r>
              <w:t>D</w:t>
            </w:r>
            <w:r w:rsidRPr="00332DB8">
              <w:rPr>
                <w:lang w:val="ru-RU"/>
              </w:rPr>
              <w:t>0%</w:t>
            </w:r>
            <w:r>
              <w:t>B</w:t>
            </w:r>
            <w:r w:rsidRPr="00332DB8">
              <w:rPr>
                <w:lang w:val="ru-RU"/>
              </w:rPr>
              <w:t>0%</w:t>
            </w:r>
            <w:r>
              <w:t>D</w:t>
            </w:r>
            <w:r w:rsidRPr="00332DB8">
              <w:rPr>
                <w:lang w:val="ru-RU"/>
              </w:rPr>
              <w:t>1%81%</w:t>
            </w:r>
            <w:r>
              <w:t>D</w:t>
            </w:r>
            <w:r w:rsidRPr="00332DB8">
              <w:rPr>
                <w:lang w:val="ru-RU"/>
              </w:rPr>
              <w:t>1%83%</w:t>
            </w:r>
            <w:r>
              <w:t>D</w:t>
            </w:r>
            <w:r w:rsidRPr="00332DB8">
              <w:rPr>
                <w:lang w:val="ru-RU"/>
              </w:rPr>
              <w:t>0%</w:t>
            </w:r>
            <w:r>
              <w:t>BB</w:t>
            </w:r>
            <w:r w:rsidRPr="00332DB8">
              <w:rPr>
                <w:lang w:val="ru-RU"/>
              </w:rPr>
              <w:t xml:space="preserve"> </w:t>
            </w:r>
            <w:r>
              <w:t>http</w:t>
            </w:r>
            <w:r w:rsidRPr="00332DB8">
              <w:rPr>
                <w:lang w:val="ru-RU"/>
              </w:rPr>
              <w:t>://</w:t>
            </w:r>
            <w:r>
              <w:t>mp</w:t>
            </w:r>
            <w:r w:rsidRPr="00332DB8">
              <w:rPr>
                <w:lang w:val="ru-RU"/>
              </w:rPr>
              <w:t>3</w:t>
            </w:r>
            <w:r>
              <w:t>shka</w:t>
            </w:r>
            <w:r w:rsidRPr="00332DB8">
              <w:rPr>
                <w:lang w:val="ru-RU"/>
              </w:rPr>
              <w:t>.</w:t>
            </w:r>
            <w:r>
              <w:t>mobi</w:t>
            </w:r>
            <w:r w:rsidRPr="00332DB8">
              <w:rPr>
                <w:lang w:val="ru-RU"/>
              </w:rPr>
              <w:t>/</w:t>
            </w:r>
            <w:r>
              <w:t>t</w:t>
            </w:r>
            <w:r w:rsidRPr="00332DB8">
              <w:rPr>
                <w:lang w:val="ru-RU"/>
              </w:rPr>
              <w:t>/16682007/</w:t>
            </w:r>
            <w:r>
              <w:t>warriors</w:t>
            </w:r>
            <w:r w:rsidRPr="00332DB8">
              <w:rPr>
                <w:lang w:val="ru-RU"/>
              </w:rPr>
              <w:t>-</w:t>
            </w:r>
            <w:r>
              <w:t>of</w:t>
            </w:r>
            <w:r w:rsidRPr="00332DB8">
              <w:rPr>
                <w:lang w:val="ru-RU"/>
              </w:rPr>
              <w:t>-</w:t>
            </w:r>
            <w:r>
              <w:t>zion</w:t>
            </w:r>
            <w:r w:rsidRPr="00332DB8">
              <w:rPr>
                <w:lang w:val="ru-RU"/>
              </w:rPr>
              <w:t>-</w:t>
            </w:r>
            <w:r>
              <w:t>my</w:t>
            </w:r>
            <w:r w:rsidRPr="00332DB8">
              <w:rPr>
                <w:lang w:val="ru-RU"/>
              </w:rPr>
              <w:t>-</w:t>
            </w:r>
            <w:r>
              <w:t>pomnim</w:t>
            </w:r>
            <w:r w:rsidRPr="00332DB8">
              <w:rPr>
                <w:lang w:val="ru-RU"/>
              </w:rPr>
              <w:t>-</w:t>
            </w:r>
            <w:r>
              <w:t>teba</w:t>
            </w:r>
            <w:r w:rsidRPr="00332DB8">
              <w:rPr>
                <w:lang w:val="ru-RU"/>
              </w:rPr>
              <w:t>-</w:t>
            </w:r>
            <w:r>
              <w:t>svetloj</w:t>
            </w:r>
            <w:r w:rsidRPr="00332DB8">
              <w:rPr>
                <w:lang w:val="ru-RU"/>
              </w:rPr>
              <w:t>-</w:t>
            </w:r>
            <w:r>
              <w:t>pamati</w:t>
            </w:r>
            <w:r w:rsidRPr="00332DB8">
              <w:rPr>
                <w:lang w:val="ru-RU"/>
              </w:rPr>
              <w:t xml:space="preserve">- </w:t>
            </w:r>
            <w:r>
              <w:t>rasula</w:t>
            </w:r>
            <w:r w:rsidRPr="00332DB8">
              <w:rPr>
                <w:lang w:val="ru-RU"/>
              </w:rPr>
              <w:t>-</w:t>
            </w:r>
            <w:r>
              <w:t>halilova</w:t>
            </w:r>
            <w:r w:rsidRPr="00332DB8">
              <w:rPr>
                <w:lang w:val="ru-RU"/>
              </w:rPr>
              <w:t xml:space="preserve"> </w:t>
            </w:r>
            <w:r>
              <w:t>https</w:t>
            </w:r>
            <w:r w:rsidRPr="00332DB8">
              <w:rPr>
                <w:lang w:val="ru-RU"/>
              </w:rPr>
              <w:t>://</w:t>
            </w:r>
            <w:r>
              <w:t>zvonko</w:t>
            </w:r>
            <w:r w:rsidRPr="00332DB8">
              <w:rPr>
                <w:lang w:val="ru-RU"/>
              </w:rPr>
              <w:t>.</w:t>
            </w:r>
            <w:r>
              <w:t>me</w:t>
            </w:r>
            <w:r w:rsidRPr="00332DB8">
              <w:rPr>
                <w:lang w:val="ru-RU"/>
              </w:rPr>
              <w:t>/</w:t>
            </w:r>
            <w:r>
              <w:t>poisk</w:t>
            </w:r>
            <w:r w:rsidRPr="00332DB8">
              <w:rPr>
                <w:lang w:val="ru-RU"/>
              </w:rPr>
              <w:t>/%</w:t>
            </w:r>
            <w:r>
              <w:t>D</w:t>
            </w:r>
            <w:r w:rsidRPr="00332DB8">
              <w:rPr>
                <w:lang w:val="ru-RU"/>
              </w:rPr>
              <w:t>0%</w:t>
            </w:r>
            <w:r>
              <w:t>BC</w:t>
            </w:r>
            <w:r w:rsidRPr="00332DB8">
              <w:rPr>
                <w:lang w:val="ru-RU"/>
              </w:rPr>
              <w:t>%</w:t>
            </w:r>
            <w:r>
              <w:t>D</w:t>
            </w:r>
            <w:r w:rsidRPr="00332DB8">
              <w:rPr>
                <w:lang w:val="ru-RU"/>
              </w:rPr>
              <w:t>1%8</w:t>
            </w:r>
            <w:r>
              <w:t>B</w:t>
            </w:r>
            <w:r w:rsidRPr="00332DB8">
              <w:rPr>
                <w:lang w:val="ru-RU"/>
              </w:rPr>
              <w:t>- %</w:t>
            </w:r>
            <w:r>
              <w:t>D</w:t>
            </w:r>
            <w:r w:rsidRPr="00332DB8">
              <w:rPr>
                <w:lang w:val="ru-RU"/>
              </w:rPr>
              <w:t>0%</w:t>
            </w:r>
            <w:r>
              <w:t>BF</w:t>
            </w:r>
            <w:r w:rsidRPr="00332DB8">
              <w:rPr>
                <w:lang w:val="ru-RU"/>
              </w:rPr>
              <w:t>%</w:t>
            </w:r>
            <w:r>
              <w:t>D</w:t>
            </w:r>
            <w:r w:rsidRPr="00332DB8">
              <w:rPr>
                <w:lang w:val="ru-RU"/>
              </w:rPr>
              <w:t>0%</w:t>
            </w:r>
            <w:r>
              <w:t>BE</w:t>
            </w:r>
            <w:r w:rsidRPr="00332DB8">
              <w:rPr>
                <w:lang w:val="ru-RU"/>
              </w:rPr>
              <w:t>%</w:t>
            </w:r>
            <w:r>
              <w:t>D</w:t>
            </w:r>
            <w:r w:rsidRPr="00332DB8">
              <w:rPr>
                <w:lang w:val="ru-RU"/>
              </w:rPr>
              <w:t>0%</w:t>
            </w:r>
            <w:r>
              <w:t>BC</w:t>
            </w:r>
            <w:r w:rsidRPr="00332DB8">
              <w:rPr>
                <w:lang w:val="ru-RU"/>
              </w:rPr>
              <w:t>%</w:t>
            </w:r>
            <w:r>
              <w:t>D</w:t>
            </w:r>
            <w:r w:rsidRPr="00332DB8">
              <w:rPr>
                <w:lang w:val="ru-RU"/>
              </w:rPr>
              <w:t>0%</w:t>
            </w:r>
            <w:r>
              <w:t>BD</w:t>
            </w:r>
            <w:r w:rsidRPr="00332DB8">
              <w:rPr>
                <w:lang w:val="ru-RU"/>
              </w:rPr>
              <w:t>%</w:t>
            </w:r>
            <w:r>
              <w:t>D</w:t>
            </w:r>
            <w:r w:rsidRPr="00332DB8">
              <w:rPr>
                <w:lang w:val="ru-RU"/>
              </w:rPr>
              <w:t>0%</w:t>
            </w:r>
            <w:r>
              <w:t>B</w:t>
            </w:r>
            <w:r w:rsidRPr="00332DB8">
              <w:rPr>
                <w:lang w:val="ru-RU"/>
              </w:rPr>
              <w:t>8%</w:t>
            </w:r>
            <w:r>
              <w:t>D</w:t>
            </w:r>
            <w:r w:rsidRPr="00332DB8">
              <w:rPr>
                <w:lang w:val="ru-RU"/>
              </w:rPr>
              <w:t>0%</w:t>
            </w:r>
            <w:r>
              <w:t>BC</w:t>
            </w:r>
            <w:r w:rsidRPr="00332DB8">
              <w:rPr>
                <w:lang w:val="ru-RU"/>
              </w:rPr>
              <w:t>-%</w:t>
            </w:r>
            <w:r>
              <w:t>D</w:t>
            </w:r>
            <w:r w:rsidRPr="00332DB8">
              <w:rPr>
                <w:lang w:val="ru-RU"/>
              </w:rPr>
              <w:t>1%82%</w:t>
            </w:r>
            <w:r>
              <w:t>D</w:t>
            </w:r>
            <w:r w:rsidRPr="00332DB8">
              <w:rPr>
                <w:lang w:val="ru-RU"/>
              </w:rPr>
              <w:t>0%</w:t>
            </w:r>
            <w:r>
              <w:t>B</w:t>
            </w:r>
            <w:r w:rsidRPr="00332DB8">
              <w:rPr>
                <w:lang w:val="ru-RU"/>
              </w:rPr>
              <w:t>5%</w:t>
            </w:r>
            <w:r>
              <w:t>D</w:t>
            </w:r>
            <w:r w:rsidRPr="00332DB8">
              <w:rPr>
                <w:lang w:val="ru-RU"/>
              </w:rPr>
              <w:t>0%</w:t>
            </w:r>
            <w:r>
              <w:t>B</w:t>
            </w:r>
            <w:r w:rsidRPr="00332DB8">
              <w:rPr>
                <w:lang w:val="ru-RU"/>
              </w:rPr>
              <w:t>1%</w:t>
            </w:r>
            <w:r>
              <w:t>D</w:t>
            </w:r>
            <w:r w:rsidRPr="00332DB8">
              <w:rPr>
                <w:lang w:val="ru-RU"/>
              </w:rPr>
              <w:t>1%8</w:t>
            </w:r>
            <w:r>
              <w:t>F</w:t>
            </w:r>
            <w:r w:rsidRPr="00332DB8">
              <w:rPr>
                <w:lang w:val="ru-RU"/>
              </w:rPr>
              <w:t>-%</w:t>
            </w:r>
            <w:r>
              <w:t>D</w:t>
            </w:r>
            <w:r w:rsidRPr="00332DB8">
              <w:rPr>
                <w:lang w:val="ru-RU"/>
              </w:rPr>
              <w:t>1%80%</w:t>
            </w:r>
            <w:r>
              <w:t>D</w:t>
            </w:r>
            <w:r w:rsidRPr="00332DB8">
              <w:rPr>
                <w:lang w:val="ru-RU"/>
              </w:rPr>
              <w:t>0%</w:t>
            </w:r>
            <w:r>
              <w:t>B</w:t>
            </w:r>
            <w:r w:rsidRPr="00332DB8">
              <w:rPr>
                <w:lang w:val="ru-RU"/>
              </w:rPr>
              <w:t>0%</w:t>
            </w:r>
            <w:r>
              <w:t>D</w:t>
            </w:r>
            <w:r w:rsidRPr="00332DB8">
              <w:rPr>
                <w:lang w:val="ru-RU"/>
              </w:rPr>
              <w:t>1%81%</w:t>
            </w:r>
            <w:r>
              <w:t>D</w:t>
            </w:r>
            <w:r w:rsidRPr="00332DB8">
              <w:rPr>
                <w:lang w:val="ru-RU"/>
              </w:rPr>
              <w:t>1%83%</w:t>
            </w:r>
            <w:r>
              <w:t>D</w:t>
            </w:r>
            <w:r w:rsidRPr="00332DB8">
              <w:rPr>
                <w:lang w:val="ru-RU"/>
              </w:rPr>
              <w:t>0%</w:t>
            </w:r>
            <w:r>
              <w:t>BB</w:t>
            </w:r>
            <w:r w:rsidRPr="00332DB8">
              <w:rPr>
                <w:lang w:val="ru-RU"/>
              </w:rPr>
              <w:t xml:space="preserve"> </w:t>
            </w:r>
            <w:r>
              <w:t>http</w:t>
            </w:r>
            <w:r w:rsidRPr="00332DB8">
              <w:rPr>
                <w:lang w:val="ru-RU"/>
              </w:rPr>
              <w:t>://</w:t>
            </w:r>
            <w:r>
              <w:t>muz</w:t>
            </w:r>
            <w:r w:rsidRPr="00332DB8">
              <w:rPr>
                <w:lang w:val="ru-RU"/>
              </w:rPr>
              <w:t xml:space="preserve">- </w:t>
            </w:r>
            <w:r>
              <w:t>color</w:t>
            </w:r>
            <w:r w:rsidRPr="00332DB8">
              <w:rPr>
                <w:lang w:val="ru-RU"/>
              </w:rPr>
              <w:t>.</w:t>
            </w:r>
            <w:r>
              <w:t>ru</w:t>
            </w:r>
            <w:r w:rsidRPr="00332DB8">
              <w:rPr>
                <w:lang w:val="ru-RU"/>
              </w:rPr>
              <w:t>/?</w:t>
            </w:r>
            <w:r>
              <w:t>s</w:t>
            </w:r>
            <w:r w:rsidRPr="00332DB8">
              <w:rPr>
                <w:lang w:val="ru-RU"/>
              </w:rPr>
              <w:t>=%</w:t>
            </w:r>
            <w:r>
              <w:t>D</w:t>
            </w:r>
            <w:r w:rsidRPr="00332DB8">
              <w:rPr>
                <w:lang w:val="ru-RU"/>
              </w:rPr>
              <w:t>0%9</w:t>
            </w:r>
            <w:r>
              <w:t>C</w:t>
            </w:r>
            <w:r w:rsidRPr="00332DB8">
              <w:rPr>
                <w:lang w:val="ru-RU"/>
              </w:rPr>
              <w:t>%</w:t>
            </w:r>
            <w:r>
              <w:t>D</w:t>
            </w:r>
            <w:r w:rsidRPr="00332DB8">
              <w:rPr>
                <w:lang w:val="ru-RU"/>
              </w:rPr>
              <w:t>1%8</w:t>
            </w:r>
            <w:r>
              <w:t>B</w:t>
            </w:r>
            <w:r w:rsidRPr="00332DB8">
              <w:rPr>
                <w:lang w:val="ru-RU"/>
              </w:rPr>
              <w:t>+%</w:t>
            </w:r>
            <w:r>
              <w:t>D</w:t>
            </w:r>
            <w:r w:rsidRPr="00332DB8">
              <w:rPr>
                <w:lang w:val="ru-RU"/>
              </w:rPr>
              <w:t>0%</w:t>
            </w:r>
            <w:r>
              <w:t>BF</w:t>
            </w:r>
            <w:r w:rsidRPr="00332DB8">
              <w:rPr>
                <w:lang w:val="ru-RU"/>
              </w:rPr>
              <w:t>%</w:t>
            </w:r>
            <w:r>
              <w:t>D</w:t>
            </w:r>
            <w:r w:rsidRPr="00332DB8">
              <w:rPr>
                <w:lang w:val="ru-RU"/>
              </w:rPr>
              <w:t>0%</w:t>
            </w:r>
            <w:r>
              <w:t>BE</w:t>
            </w:r>
            <w:r w:rsidRPr="00332DB8">
              <w:rPr>
                <w:lang w:val="ru-RU"/>
              </w:rPr>
              <w:t>%</w:t>
            </w:r>
            <w:r>
              <w:t>D</w:t>
            </w:r>
            <w:r w:rsidRPr="00332DB8">
              <w:rPr>
                <w:lang w:val="ru-RU"/>
              </w:rPr>
              <w:t>0%</w:t>
            </w:r>
            <w:r>
              <w:t>BC</w:t>
            </w:r>
            <w:r w:rsidRPr="00332DB8">
              <w:rPr>
                <w:lang w:val="ru-RU"/>
              </w:rPr>
              <w:t>%</w:t>
            </w:r>
            <w:r>
              <w:t>D</w:t>
            </w:r>
            <w:r w:rsidRPr="00332DB8">
              <w:rPr>
                <w:lang w:val="ru-RU"/>
              </w:rPr>
              <w:t>0%</w:t>
            </w:r>
            <w:r>
              <w:t>BD</w:t>
            </w:r>
            <w:r w:rsidRPr="00332DB8">
              <w:rPr>
                <w:lang w:val="ru-RU"/>
              </w:rPr>
              <w:t>%</w:t>
            </w:r>
            <w:r>
              <w:t>D</w:t>
            </w:r>
            <w:r w:rsidRPr="00332DB8">
              <w:rPr>
                <w:lang w:val="ru-RU"/>
              </w:rPr>
              <w:t>0%</w:t>
            </w:r>
            <w:r>
              <w:t>B</w:t>
            </w:r>
            <w:r w:rsidRPr="00332DB8">
              <w:rPr>
                <w:lang w:val="ru-RU"/>
              </w:rPr>
              <w:t>8%</w:t>
            </w:r>
            <w:r>
              <w:t>D</w:t>
            </w:r>
            <w:r w:rsidRPr="00332DB8">
              <w:rPr>
                <w:lang w:val="ru-RU"/>
              </w:rPr>
              <w:t>0%</w:t>
            </w:r>
            <w:r>
              <w:t>BC</w:t>
            </w:r>
            <w:r w:rsidRPr="00332DB8">
              <w:rPr>
                <w:lang w:val="ru-RU"/>
              </w:rPr>
              <w:t>+%</w:t>
            </w:r>
            <w:r>
              <w:t>D</w:t>
            </w:r>
            <w:r w:rsidRPr="00332DB8">
              <w:rPr>
                <w:lang w:val="ru-RU"/>
              </w:rPr>
              <w:t>1%82%</w:t>
            </w:r>
            <w:r>
              <w:t>D</w:t>
            </w:r>
            <w:r w:rsidRPr="00332DB8">
              <w:rPr>
                <w:lang w:val="ru-RU"/>
              </w:rPr>
              <w:t>0%</w:t>
            </w:r>
            <w:r>
              <w:t>B</w:t>
            </w:r>
            <w:r w:rsidRPr="00332DB8">
              <w:rPr>
                <w:lang w:val="ru-RU"/>
              </w:rPr>
              <w:t>5%</w:t>
            </w:r>
            <w:r>
              <w:t>D</w:t>
            </w:r>
            <w:r w:rsidRPr="00332DB8">
              <w:rPr>
                <w:lang w:val="ru-RU"/>
              </w:rPr>
              <w:t>0%</w:t>
            </w:r>
            <w:r>
              <w:t>B</w:t>
            </w:r>
            <w:r w:rsidRPr="00332DB8">
              <w:rPr>
                <w:lang w:val="ru-RU"/>
              </w:rPr>
              <w:t>1%</w:t>
            </w:r>
            <w:r>
              <w:t>D</w:t>
            </w:r>
            <w:r w:rsidRPr="00332DB8">
              <w:rPr>
                <w:lang w:val="ru-RU"/>
              </w:rPr>
              <w:t>1%8</w:t>
            </w:r>
            <w:r>
              <w:t>F</w:t>
            </w:r>
            <w:r w:rsidRPr="00332DB8">
              <w:rPr>
                <w:lang w:val="ru-RU"/>
              </w:rPr>
              <w:t xml:space="preserve"> </w:t>
            </w:r>
            <w:r>
              <w:t>http</w:t>
            </w:r>
            <w:r w:rsidRPr="00332DB8">
              <w:rPr>
                <w:lang w:val="ru-RU"/>
              </w:rPr>
              <w:t>://</w:t>
            </w:r>
            <w:r>
              <w:t>vozmimp</w:t>
            </w:r>
            <w:r w:rsidRPr="00332DB8">
              <w:rPr>
                <w:lang w:val="ru-RU"/>
              </w:rPr>
              <w:t>3.</w:t>
            </w:r>
            <w:r>
              <w:t>com</w:t>
            </w:r>
            <w:r w:rsidRPr="00332DB8">
              <w:rPr>
                <w:lang w:val="ru-RU"/>
              </w:rPr>
              <w:t>/?</w:t>
            </w:r>
            <w:r>
              <w:t>string</w:t>
            </w:r>
            <w:r w:rsidRPr="00332DB8">
              <w:rPr>
                <w:lang w:val="ru-RU"/>
              </w:rPr>
              <w:t>=%</w:t>
            </w:r>
            <w:r>
              <w:t>D</w:t>
            </w:r>
            <w:r w:rsidRPr="00332DB8">
              <w:rPr>
                <w:lang w:val="ru-RU"/>
              </w:rPr>
              <w:t>0%9</w:t>
            </w:r>
            <w:r>
              <w:t>C</w:t>
            </w:r>
            <w:r w:rsidRPr="00332DB8">
              <w:rPr>
                <w:lang w:val="ru-RU"/>
              </w:rPr>
              <w:t>%</w:t>
            </w:r>
            <w:r>
              <w:t>D</w:t>
            </w:r>
            <w:r w:rsidRPr="00332DB8">
              <w:rPr>
                <w:lang w:val="ru-RU"/>
              </w:rPr>
              <w:t>1%8</w:t>
            </w:r>
            <w:r>
              <w:t>B</w:t>
            </w:r>
            <w:r w:rsidRPr="00332DB8">
              <w:rPr>
                <w:lang w:val="ru-RU"/>
              </w:rPr>
              <w:t>+%</w:t>
            </w:r>
            <w:r>
              <w:t>D</w:t>
            </w:r>
            <w:r w:rsidRPr="00332DB8">
              <w:rPr>
                <w:lang w:val="ru-RU"/>
              </w:rPr>
              <w:t>0%</w:t>
            </w:r>
            <w:r>
              <w:t>BF</w:t>
            </w:r>
            <w:r w:rsidRPr="00332DB8">
              <w:rPr>
                <w:lang w:val="ru-RU"/>
              </w:rPr>
              <w:t>%</w:t>
            </w:r>
            <w:r>
              <w:t>D</w:t>
            </w:r>
            <w:r w:rsidRPr="00332DB8">
              <w:rPr>
                <w:lang w:val="ru-RU"/>
              </w:rPr>
              <w:t>0%</w:t>
            </w:r>
            <w:r>
              <w:t>BE</w:t>
            </w:r>
            <w:r w:rsidRPr="00332DB8">
              <w:rPr>
                <w:lang w:val="ru-RU"/>
              </w:rPr>
              <w:t>%</w:t>
            </w:r>
            <w:r>
              <w:t>D</w:t>
            </w:r>
            <w:r w:rsidRPr="00332DB8">
              <w:rPr>
                <w:lang w:val="ru-RU"/>
              </w:rPr>
              <w:t>0%</w:t>
            </w:r>
            <w:r>
              <w:t>BC</w:t>
            </w:r>
            <w:r w:rsidRPr="00332DB8">
              <w:rPr>
                <w:lang w:val="ru-RU"/>
              </w:rPr>
              <w:t>%</w:t>
            </w:r>
            <w:r>
              <w:t>D</w:t>
            </w:r>
            <w:r w:rsidRPr="00332DB8">
              <w:rPr>
                <w:lang w:val="ru-RU"/>
              </w:rPr>
              <w:t>0%</w:t>
            </w:r>
            <w:r>
              <w:t>BD</w:t>
            </w:r>
            <w:r w:rsidRPr="00332DB8">
              <w:rPr>
                <w:lang w:val="ru-RU"/>
              </w:rPr>
              <w:t>%</w:t>
            </w:r>
            <w:r>
              <w:t>D</w:t>
            </w:r>
            <w:r w:rsidRPr="00332DB8">
              <w:rPr>
                <w:lang w:val="ru-RU"/>
              </w:rPr>
              <w:t>0%</w:t>
            </w:r>
            <w:r>
              <w:t>B</w:t>
            </w:r>
            <w:r w:rsidRPr="00332DB8">
              <w:rPr>
                <w:lang w:val="ru-RU"/>
              </w:rPr>
              <w:t>8%</w:t>
            </w:r>
            <w:r>
              <w:t>D</w:t>
            </w:r>
            <w:r w:rsidRPr="00332DB8">
              <w:rPr>
                <w:lang w:val="ru-RU"/>
              </w:rPr>
              <w:t>0%</w:t>
            </w:r>
            <w:r>
              <w:t>BC</w:t>
            </w:r>
            <w:r w:rsidRPr="00332DB8">
              <w:rPr>
                <w:lang w:val="ru-RU"/>
              </w:rPr>
              <w:t>+%</w:t>
            </w:r>
            <w:r>
              <w:t>D</w:t>
            </w:r>
            <w:r w:rsidRPr="00332DB8">
              <w:rPr>
                <w:lang w:val="ru-RU"/>
              </w:rPr>
              <w:t>1%82%</w:t>
            </w:r>
            <w:r>
              <w:t>D</w:t>
            </w:r>
            <w:r w:rsidRPr="00332DB8">
              <w:rPr>
                <w:lang w:val="ru-RU"/>
              </w:rPr>
              <w:t>0%</w:t>
            </w:r>
            <w:r>
              <w:t>B</w:t>
            </w:r>
            <w:r w:rsidRPr="00332DB8">
              <w:rPr>
                <w:lang w:val="ru-RU"/>
              </w:rPr>
              <w:t>5%</w:t>
            </w:r>
            <w:r>
              <w:t>D</w:t>
            </w:r>
            <w:r w:rsidRPr="00332DB8">
              <w:rPr>
                <w:lang w:val="ru-RU"/>
              </w:rPr>
              <w:t>0%</w:t>
            </w:r>
            <w:r>
              <w:t>B</w:t>
            </w:r>
            <w:r w:rsidRPr="00332DB8">
              <w:rPr>
                <w:lang w:val="ru-RU"/>
              </w:rPr>
              <w:t>1%</w:t>
            </w:r>
            <w:r>
              <w:t>D</w:t>
            </w:r>
            <w:r w:rsidRPr="00332DB8">
              <w:rPr>
                <w:lang w:val="ru-RU"/>
              </w:rPr>
              <w:t>1%8</w:t>
            </w:r>
            <w:r>
              <w:t>F</w:t>
            </w:r>
            <w:r w:rsidRPr="00332DB8">
              <w:rPr>
                <w:lang w:val="ru-RU"/>
              </w:rPr>
              <w:t xml:space="preserve"> </w:t>
            </w:r>
            <w:r>
              <w:t>http</w:t>
            </w:r>
            <w:r w:rsidRPr="00332DB8">
              <w:rPr>
                <w:lang w:val="ru-RU"/>
              </w:rPr>
              <w:t>://</w:t>
            </w:r>
            <w:r>
              <w:t>muzfm</w:t>
            </w:r>
            <w:r w:rsidRPr="00332DB8">
              <w:rPr>
                <w:lang w:val="ru-RU"/>
              </w:rPr>
              <w:t>.</w:t>
            </w:r>
            <w:r>
              <w:t>wm</w:t>
            </w:r>
            <w:r w:rsidRPr="00332DB8">
              <w:rPr>
                <w:lang w:val="ru-RU"/>
              </w:rPr>
              <w:t>-</w:t>
            </w:r>
            <w:r>
              <w:t>scripts</w:t>
            </w:r>
            <w:r w:rsidRPr="00332DB8">
              <w:rPr>
                <w:lang w:val="ru-RU"/>
              </w:rPr>
              <w:t>.</w:t>
            </w:r>
            <w:r>
              <w:t>ru</w:t>
            </w:r>
            <w:r w:rsidRPr="00332DB8">
              <w:rPr>
                <w:lang w:val="ru-RU"/>
              </w:rPr>
              <w:t>/</w:t>
            </w:r>
            <w:r>
              <w:t>Warriors</w:t>
            </w:r>
            <w:r w:rsidRPr="00332DB8">
              <w:rPr>
                <w:lang w:val="ru-RU"/>
              </w:rPr>
              <w:t>%200</w:t>
            </w:r>
            <w:r>
              <w:t>f</w:t>
            </w:r>
            <w:r w:rsidRPr="00332DB8">
              <w:rPr>
                <w:lang w:val="ru-RU"/>
              </w:rPr>
              <w:t>%20</w:t>
            </w:r>
            <w:r>
              <w:t>Zion</w:t>
            </w:r>
            <w:r w:rsidRPr="00332DB8">
              <w:rPr>
                <w:lang w:val="ru-RU"/>
              </w:rPr>
              <w:t>/ и других указателях страниц сайтов (решение Волжского районного суда города Саратова от 23.10.2017);</w:t>
            </w:r>
          </w:p>
        </w:tc>
        <w:tc>
          <w:tcPr>
            <w:tcW w:w="2880" w:type="dxa"/>
          </w:tcPr>
          <w:p w:rsidR="006F7457" w:rsidRDefault="00332DB8">
            <w:r>
              <w:t>29.12.2017</w:t>
            </w:r>
          </w:p>
        </w:tc>
      </w:tr>
      <w:tr w:rsidR="006F7457">
        <w:tc>
          <w:tcPr>
            <w:tcW w:w="2880" w:type="dxa"/>
          </w:tcPr>
          <w:p w:rsidR="006F7457" w:rsidRDefault="00332DB8">
            <w:r>
              <w:lastRenderedPageBreak/>
              <w:t>4346.</w:t>
            </w:r>
          </w:p>
        </w:tc>
        <w:tc>
          <w:tcPr>
            <w:tcW w:w="2880" w:type="dxa"/>
          </w:tcPr>
          <w:p w:rsidR="006F7457" w:rsidRPr="00332DB8" w:rsidRDefault="00332DB8">
            <w:pPr>
              <w:rPr>
                <w:lang w:val="ru-RU"/>
              </w:rPr>
            </w:pPr>
            <w:r w:rsidRPr="00332DB8">
              <w:rPr>
                <w:lang w:val="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2880" w:type="dxa"/>
          </w:tcPr>
          <w:p w:rsidR="006F7457" w:rsidRDefault="00332DB8">
            <w:r>
              <w:t>19.01.2018</w:t>
            </w:r>
          </w:p>
        </w:tc>
      </w:tr>
      <w:tr w:rsidR="006F7457">
        <w:tc>
          <w:tcPr>
            <w:tcW w:w="2880" w:type="dxa"/>
          </w:tcPr>
          <w:p w:rsidR="006F7457" w:rsidRDefault="00332DB8">
            <w:r>
              <w:t>4347.</w:t>
            </w:r>
          </w:p>
        </w:tc>
        <w:tc>
          <w:tcPr>
            <w:tcW w:w="2880" w:type="dxa"/>
          </w:tcPr>
          <w:p w:rsidR="006F7457" w:rsidRPr="00332DB8" w:rsidRDefault="00332DB8">
            <w:pPr>
              <w:rPr>
                <w:lang w:val="ru-RU"/>
              </w:rPr>
            </w:pPr>
            <w:r w:rsidRPr="00332DB8">
              <w:rPr>
                <w:lang w:val="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2880" w:type="dxa"/>
          </w:tcPr>
          <w:p w:rsidR="006F7457" w:rsidRDefault="00332DB8">
            <w:r>
              <w:t>19.01.2018</w:t>
            </w:r>
          </w:p>
        </w:tc>
      </w:tr>
      <w:tr w:rsidR="006F7457">
        <w:tc>
          <w:tcPr>
            <w:tcW w:w="2880" w:type="dxa"/>
          </w:tcPr>
          <w:p w:rsidR="006F7457" w:rsidRDefault="00332DB8">
            <w:r>
              <w:t>4348.</w:t>
            </w:r>
          </w:p>
        </w:tc>
        <w:tc>
          <w:tcPr>
            <w:tcW w:w="2880" w:type="dxa"/>
          </w:tcPr>
          <w:p w:rsidR="006F7457" w:rsidRPr="00332DB8" w:rsidRDefault="00332DB8">
            <w:pPr>
              <w:rPr>
                <w:lang w:val="ru-RU"/>
              </w:rPr>
            </w:pPr>
            <w:r w:rsidRPr="00332DB8">
              <w:rPr>
                <w:lang w:val="ru-RU"/>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2880" w:type="dxa"/>
          </w:tcPr>
          <w:p w:rsidR="006F7457" w:rsidRDefault="00332DB8">
            <w:r>
              <w:t>19.01.2018</w:t>
            </w:r>
          </w:p>
        </w:tc>
      </w:tr>
      <w:tr w:rsidR="006F7457">
        <w:tc>
          <w:tcPr>
            <w:tcW w:w="2880" w:type="dxa"/>
          </w:tcPr>
          <w:p w:rsidR="006F7457" w:rsidRDefault="00332DB8">
            <w:r>
              <w:t>4349.</w:t>
            </w:r>
          </w:p>
        </w:tc>
        <w:tc>
          <w:tcPr>
            <w:tcW w:w="2880" w:type="dxa"/>
          </w:tcPr>
          <w:p w:rsidR="006F7457" w:rsidRPr="00332DB8" w:rsidRDefault="00332DB8">
            <w:pPr>
              <w:rPr>
                <w:lang w:val="ru-RU"/>
              </w:rPr>
            </w:pPr>
            <w:r w:rsidRPr="00332DB8">
              <w:rPr>
                <w:lang w:val="ru-RU"/>
              </w:rPr>
              <w:t>Высказывание (лозунг) «РОССИИ-РУССКУЮ ВЛАСТЬ» (решение Нагатинского районного суда города Москвы от 13.11.2017);</w:t>
            </w:r>
          </w:p>
        </w:tc>
        <w:tc>
          <w:tcPr>
            <w:tcW w:w="2880" w:type="dxa"/>
          </w:tcPr>
          <w:p w:rsidR="006F7457" w:rsidRDefault="00332DB8">
            <w:r>
              <w:t>19.01.2018</w:t>
            </w:r>
          </w:p>
        </w:tc>
      </w:tr>
      <w:tr w:rsidR="006F7457">
        <w:tc>
          <w:tcPr>
            <w:tcW w:w="2880" w:type="dxa"/>
          </w:tcPr>
          <w:p w:rsidR="006F7457" w:rsidRDefault="00332DB8">
            <w:r>
              <w:t>4350.</w:t>
            </w:r>
          </w:p>
        </w:tc>
        <w:tc>
          <w:tcPr>
            <w:tcW w:w="2880" w:type="dxa"/>
          </w:tcPr>
          <w:p w:rsidR="006F7457" w:rsidRPr="00332DB8" w:rsidRDefault="00332DB8">
            <w:pPr>
              <w:rPr>
                <w:lang w:val="ru-RU"/>
              </w:rPr>
            </w:pPr>
            <w:r w:rsidRPr="00332DB8">
              <w:rPr>
                <w:lang w:val="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w:t>
            </w:r>
            <w:r>
              <w:t>h</w:t>
            </w:r>
            <w:r w:rsidRPr="00332DB8">
              <w:rPr>
                <w:lang w:val="ru-RU"/>
              </w:rPr>
              <w:t>а», Милостивого, Милосердного. Спасшаяся группа. 1 Сказал Всевышний:» и заканчивающаяся словами: «И в заключение воздадим хвалу Алла</w:t>
            </w:r>
            <w:r>
              <w:t>h</w:t>
            </w:r>
            <w:r w:rsidRPr="00332DB8">
              <w:rPr>
                <w:lang w:val="ru-RU"/>
              </w:rPr>
              <w:t>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2880" w:type="dxa"/>
          </w:tcPr>
          <w:p w:rsidR="006F7457" w:rsidRDefault="00332DB8">
            <w:r>
              <w:t>07.02.2018</w:t>
            </w:r>
          </w:p>
        </w:tc>
      </w:tr>
      <w:tr w:rsidR="006F7457">
        <w:tc>
          <w:tcPr>
            <w:tcW w:w="2880" w:type="dxa"/>
          </w:tcPr>
          <w:p w:rsidR="006F7457" w:rsidRDefault="00332DB8">
            <w:r>
              <w:t>43</w:t>
            </w:r>
            <w:r>
              <w:lastRenderedPageBreak/>
              <w:t>51.</w:t>
            </w:r>
          </w:p>
        </w:tc>
        <w:tc>
          <w:tcPr>
            <w:tcW w:w="2880" w:type="dxa"/>
          </w:tcPr>
          <w:p w:rsidR="006F7457" w:rsidRPr="00332DB8" w:rsidRDefault="00332DB8">
            <w:pPr>
              <w:rPr>
                <w:lang w:val="ru-RU"/>
              </w:rPr>
            </w:pPr>
            <w:r w:rsidRPr="00332DB8">
              <w:rPr>
                <w:lang w:val="ru-RU"/>
              </w:rPr>
              <w:lastRenderedPageBreak/>
              <w:t xml:space="preserve">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w:t>
            </w:r>
            <w:r w:rsidRPr="00332DB8">
              <w:rPr>
                <w:lang w:val="ru-RU"/>
              </w:rPr>
              <w:lastRenderedPageBreak/>
              <w:t xml:space="preserve">аль аш - Шейх», издательский дом </w:t>
            </w:r>
            <w:r>
              <w:t>HIKMA</w:t>
            </w:r>
            <w:r w:rsidRPr="00332DB8">
              <w:rPr>
                <w:lang w:val="ru-RU"/>
              </w:rPr>
              <w:t>, 398 с, за исключением сур, аятов и цитат из Корана (решение Вахитовского районного суда г. Казани от 10.11.2017);</w:t>
            </w:r>
          </w:p>
        </w:tc>
        <w:tc>
          <w:tcPr>
            <w:tcW w:w="2880" w:type="dxa"/>
          </w:tcPr>
          <w:p w:rsidR="006F7457" w:rsidRDefault="00332DB8">
            <w:r>
              <w:lastRenderedPageBreak/>
              <w:t>07.02.</w:t>
            </w:r>
            <w:r>
              <w:lastRenderedPageBreak/>
              <w:t>2018</w:t>
            </w:r>
          </w:p>
        </w:tc>
      </w:tr>
      <w:tr w:rsidR="006F7457">
        <w:tc>
          <w:tcPr>
            <w:tcW w:w="2880" w:type="dxa"/>
          </w:tcPr>
          <w:p w:rsidR="006F7457" w:rsidRDefault="00332DB8">
            <w:r>
              <w:lastRenderedPageBreak/>
              <w:t>4352.</w:t>
            </w:r>
          </w:p>
        </w:tc>
        <w:tc>
          <w:tcPr>
            <w:tcW w:w="2880" w:type="dxa"/>
          </w:tcPr>
          <w:p w:rsidR="006F7457" w:rsidRPr="00332DB8" w:rsidRDefault="00332DB8">
            <w:pPr>
              <w:rPr>
                <w:lang w:val="ru-RU"/>
              </w:rPr>
            </w:pPr>
            <w:r w:rsidRPr="00332DB8">
              <w:rPr>
                <w:lang w:val="ru-RU"/>
              </w:rPr>
              <w:t>Текстовая часть аудиозаписи «Стольный ГрадЪ (Железный дровосек 2014) Русь моя» (</w:t>
            </w:r>
            <w:r>
              <w:t>prod</w:t>
            </w:r>
            <w:r w:rsidRPr="00332DB8">
              <w:rPr>
                <w:lang w:val="ru-RU"/>
              </w:rPr>
              <w:t xml:space="preserve">. </w:t>
            </w:r>
            <w:r>
              <w:t>Lonz</w:t>
            </w:r>
            <w:r w:rsidRPr="00332DB8">
              <w:rPr>
                <w:lang w:val="ru-RU"/>
              </w:rPr>
              <w:t>-</w:t>
            </w:r>
            <w:r>
              <w:t>KidMusic</w:t>
            </w:r>
            <w:r w:rsidRPr="00332DB8">
              <w:rPr>
                <w:lang w:val="ru-RU"/>
              </w:rPr>
              <w:t>»),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2880" w:type="dxa"/>
          </w:tcPr>
          <w:p w:rsidR="006F7457" w:rsidRDefault="00332DB8">
            <w:r>
              <w:t>07.02.2018</w:t>
            </w:r>
          </w:p>
        </w:tc>
      </w:tr>
      <w:tr w:rsidR="006F7457">
        <w:tc>
          <w:tcPr>
            <w:tcW w:w="2880" w:type="dxa"/>
          </w:tcPr>
          <w:p w:rsidR="006F7457" w:rsidRDefault="00332DB8">
            <w:r>
              <w:t>4353.</w:t>
            </w:r>
          </w:p>
        </w:tc>
        <w:tc>
          <w:tcPr>
            <w:tcW w:w="2880" w:type="dxa"/>
          </w:tcPr>
          <w:p w:rsidR="006F7457" w:rsidRPr="00332DB8" w:rsidRDefault="00332DB8">
            <w:pPr>
              <w:rPr>
                <w:lang w:val="ru-RU"/>
              </w:rPr>
            </w:pPr>
            <w:r w:rsidRPr="00332DB8">
              <w:rPr>
                <w:lang w:val="ru-RU"/>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2880" w:type="dxa"/>
          </w:tcPr>
          <w:p w:rsidR="006F7457" w:rsidRDefault="00332DB8">
            <w:r>
              <w:t>07.02.2018</w:t>
            </w:r>
          </w:p>
        </w:tc>
      </w:tr>
      <w:tr w:rsidR="006F7457">
        <w:tc>
          <w:tcPr>
            <w:tcW w:w="2880" w:type="dxa"/>
          </w:tcPr>
          <w:p w:rsidR="006F7457" w:rsidRDefault="00332DB8">
            <w:r>
              <w:t>4354.</w:t>
            </w:r>
          </w:p>
        </w:tc>
        <w:tc>
          <w:tcPr>
            <w:tcW w:w="2880" w:type="dxa"/>
          </w:tcPr>
          <w:p w:rsidR="006F7457" w:rsidRPr="00332DB8" w:rsidRDefault="00332DB8">
            <w:pPr>
              <w:rPr>
                <w:lang w:val="ru-RU"/>
              </w:rPr>
            </w:pPr>
            <w:r w:rsidRPr="00332DB8">
              <w:rPr>
                <w:lang w:val="ru-RU"/>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2880" w:type="dxa"/>
          </w:tcPr>
          <w:p w:rsidR="006F7457" w:rsidRDefault="00332DB8">
            <w:r>
              <w:t>07.02.2018</w:t>
            </w:r>
          </w:p>
        </w:tc>
      </w:tr>
      <w:tr w:rsidR="006F7457">
        <w:tc>
          <w:tcPr>
            <w:tcW w:w="2880" w:type="dxa"/>
          </w:tcPr>
          <w:p w:rsidR="006F7457" w:rsidRDefault="00332DB8">
            <w:r>
              <w:t>4355.</w:t>
            </w:r>
          </w:p>
        </w:tc>
        <w:tc>
          <w:tcPr>
            <w:tcW w:w="2880" w:type="dxa"/>
          </w:tcPr>
          <w:p w:rsidR="006F7457" w:rsidRPr="00332DB8" w:rsidRDefault="00332DB8">
            <w:pPr>
              <w:rPr>
                <w:lang w:val="ru-RU"/>
              </w:rPr>
            </w:pPr>
            <w:r w:rsidRPr="00332DB8">
              <w:rPr>
                <w:lang w:val="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2880" w:type="dxa"/>
          </w:tcPr>
          <w:p w:rsidR="006F7457" w:rsidRDefault="00332DB8">
            <w:r>
              <w:t>07.02.2018</w:t>
            </w:r>
          </w:p>
        </w:tc>
      </w:tr>
      <w:tr w:rsidR="006F7457">
        <w:tc>
          <w:tcPr>
            <w:tcW w:w="2880" w:type="dxa"/>
          </w:tcPr>
          <w:p w:rsidR="006F7457" w:rsidRDefault="00332DB8">
            <w:r>
              <w:t>435</w:t>
            </w:r>
            <w:r>
              <w:lastRenderedPageBreak/>
              <w:t>6.</w:t>
            </w:r>
          </w:p>
        </w:tc>
        <w:tc>
          <w:tcPr>
            <w:tcW w:w="2880" w:type="dxa"/>
          </w:tcPr>
          <w:p w:rsidR="006F7457" w:rsidRPr="00332DB8" w:rsidRDefault="00332DB8">
            <w:pPr>
              <w:rPr>
                <w:lang w:val="ru-RU"/>
              </w:rPr>
            </w:pPr>
            <w:r w:rsidRPr="00332DB8">
              <w:rPr>
                <w:lang w:val="ru-RU"/>
              </w:rPr>
              <w:lastRenderedPageBreak/>
              <w:t xml:space="preserve">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w:t>
            </w:r>
            <w:r w:rsidRPr="00332DB8">
              <w:rPr>
                <w:lang w:val="ru-RU"/>
              </w:rPr>
              <w:lastRenderedPageBreak/>
              <w:t>ши!», размещенная в сети Интернет (решение Благовещенского городского суда от 13.11.2017);</w:t>
            </w:r>
          </w:p>
        </w:tc>
        <w:tc>
          <w:tcPr>
            <w:tcW w:w="2880" w:type="dxa"/>
          </w:tcPr>
          <w:p w:rsidR="006F7457" w:rsidRDefault="00332DB8">
            <w:r>
              <w:lastRenderedPageBreak/>
              <w:t>07.02.201</w:t>
            </w:r>
            <w:r>
              <w:lastRenderedPageBreak/>
              <w:t>8</w:t>
            </w:r>
          </w:p>
        </w:tc>
      </w:tr>
      <w:tr w:rsidR="006F7457">
        <w:tc>
          <w:tcPr>
            <w:tcW w:w="2880" w:type="dxa"/>
          </w:tcPr>
          <w:p w:rsidR="006F7457" w:rsidRDefault="00332DB8">
            <w:r>
              <w:lastRenderedPageBreak/>
              <w:t>4357.</w:t>
            </w:r>
          </w:p>
        </w:tc>
        <w:tc>
          <w:tcPr>
            <w:tcW w:w="2880" w:type="dxa"/>
          </w:tcPr>
          <w:p w:rsidR="006F7457" w:rsidRPr="00332DB8" w:rsidRDefault="00332DB8">
            <w:pPr>
              <w:rPr>
                <w:lang w:val="ru-RU"/>
              </w:rPr>
            </w:pPr>
            <w:r w:rsidRPr="00332DB8">
              <w:rPr>
                <w:lang w:val="ru-RU"/>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2880" w:type="dxa"/>
          </w:tcPr>
          <w:p w:rsidR="006F7457" w:rsidRDefault="00332DB8">
            <w:r>
              <w:t>07.02.2018</w:t>
            </w:r>
          </w:p>
        </w:tc>
      </w:tr>
      <w:tr w:rsidR="006F7457">
        <w:tc>
          <w:tcPr>
            <w:tcW w:w="2880" w:type="dxa"/>
          </w:tcPr>
          <w:p w:rsidR="006F7457" w:rsidRDefault="00332DB8">
            <w:r>
              <w:t>4358.</w:t>
            </w:r>
          </w:p>
        </w:tc>
        <w:tc>
          <w:tcPr>
            <w:tcW w:w="2880" w:type="dxa"/>
          </w:tcPr>
          <w:p w:rsidR="006F7457" w:rsidRPr="00332DB8" w:rsidRDefault="00332DB8">
            <w:pPr>
              <w:rPr>
                <w:lang w:val="ru-RU"/>
              </w:rPr>
            </w:pPr>
            <w:r w:rsidRPr="00332DB8">
              <w:rPr>
                <w:lang w:val="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2880" w:type="dxa"/>
          </w:tcPr>
          <w:p w:rsidR="006F7457" w:rsidRDefault="00332DB8">
            <w:r>
              <w:t>07.02.2018</w:t>
            </w:r>
          </w:p>
        </w:tc>
      </w:tr>
      <w:tr w:rsidR="006F7457">
        <w:tc>
          <w:tcPr>
            <w:tcW w:w="2880" w:type="dxa"/>
          </w:tcPr>
          <w:p w:rsidR="006F7457" w:rsidRDefault="00332DB8">
            <w:r>
              <w:t>4359.</w:t>
            </w:r>
          </w:p>
        </w:tc>
        <w:tc>
          <w:tcPr>
            <w:tcW w:w="2880" w:type="dxa"/>
          </w:tcPr>
          <w:p w:rsidR="006F7457" w:rsidRPr="00332DB8" w:rsidRDefault="00332DB8">
            <w:pPr>
              <w:rPr>
                <w:lang w:val="ru-RU"/>
              </w:rPr>
            </w:pPr>
            <w:r w:rsidRPr="00332DB8">
              <w:rPr>
                <w:lang w:val="ru-RU"/>
              </w:rPr>
              <w:t>Текстовая часть аудиозаписи «Стольный ГрадЪ &amp; Витек [Страждущие] - Русский Синдром (</w:t>
            </w:r>
            <w:r>
              <w:t>prod</w:t>
            </w:r>
            <w:r w:rsidRPr="00332DB8">
              <w:rPr>
                <w:lang w:val="ru-RU"/>
              </w:rPr>
              <w:t>.</w:t>
            </w:r>
            <w:r>
              <w:t>Noname</w:t>
            </w:r>
            <w:r w:rsidRPr="00332DB8">
              <w:rPr>
                <w:lang w:val="ru-RU"/>
              </w:rPr>
              <w:t>)»,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2880" w:type="dxa"/>
          </w:tcPr>
          <w:p w:rsidR="006F7457" w:rsidRDefault="00332DB8">
            <w:r>
              <w:t>07.02.2018</w:t>
            </w:r>
          </w:p>
        </w:tc>
      </w:tr>
      <w:tr w:rsidR="006F7457">
        <w:tc>
          <w:tcPr>
            <w:tcW w:w="2880" w:type="dxa"/>
          </w:tcPr>
          <w:p w:rsidR="006F7457" w:rsidRDefault="00332DB8">
            <w:r>
              <w:t>4360.</w:t>
            </w:r>
          </w:p>
        </w:tc>
        <w:tc>
          <w:tcPr>
            <w:tcW w:w="2880" w:type="dxa"/>
          </w:tcPr>
          <w:p w:rsidR="006F7457" w:rsidRPr="00332DB8" w:rsidRDefault="00332DB8">
            <w:pPr>
              <w:rPr>
                <w:lang w:val="ru-RU"/>
              </w:rPr>
            </w:pPr>
            <w:r w:rsidRPr="00332DB8">
              <w:rPr>
                <w:lang w:val="ru-RU"/>
              </w:rPr>
              <w:t>Текстовая часть аудиозаписи «Стольный ГрадЪ - Просыпайся (</w:t>
            </w:r>
            <w:r>
              <w:t>prod</w:t>
            </w:r>
            <w:r w:rsidRPr="00332DB8">
              <w:rPr>
                <w:lang w:val="ru-RU"/>
              </w:rPr>
              <w:t>.</w:t>
            </w:r>
            <w:r>
              <w:t>Lonz</w:t>
            </w:r>
            <w:r w:rsidRPr="00332DB8">
              <w:rPr>
                <w:lang w:val="ru-RU"/>
              </w:rPr>
              <w:t xml:space="preserve">- </w:t>
            </w:r>
            <w:r>
              <w:t>KidMusic</w:t>
            </w:r>
            <w:r w:rsidRPr="00332DB8">
              <w:rPr>
                <w:lang w:val="ru-RU"/>
              </w:rPr>
              <w:t>)»,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2880" w:type="dxa"/>
          </w:tcPr>
          <w:p w:rsidR="006F7457" w:rsidRDefault="00332DB8">
            <w:r>
              <w:t>07.02.2018</w:t>
            </w:r>
          </w:p>
        </w:tc>
      </w:tr>
      <w:tr w:rsidR="006F7457">
        <w:tc>
          <w:tcPr>
            <w:tcW w:w="2880" w:type="dxa"/>
          </w:tcPr>
          <w:p w:rsidR="006F7457" w:rsidRDefault="00332DB8">
            <w:r>
              <w:t>4361.</w:t>
            </w:r>
          </w:p>
        </w:tc>
        <w:tc>
          <w:tcPr>
            <w:tcW w:w="2880" w:type="dxa"/>
          </w:tcPr>
          <w:p w:rsidR="006F7457" w:rsidRPr="00332DB8" w:rsidRDefault="00332DB8">
            <w:pPr>
              <w:rPr>
                <w:lang w:val="ru-RU"/>
              </w:rPr>
            </w:pPr>
            <w:r w:rsidRPr="00332DB8">
              <w:rPr>
                <w:lang w:val="ru-RU"/>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2880" w:type="dxa"/>
          </w:tcPr>
          <w:p w:rsidR="006F7457" w:rsidRDefault="00332DB8">
            <w:r>
              <w:t>07.02.2018</w:t>
            </w:r>
          </w:p>
        </w:tc>
      </w:tr>
      <w:tr w:rsidR="006F7457">
        <w:tc>
          <w:tcPr>
            <w:tcW w:w="2880" w:type="dxa"/>
          </w:tcPr>
          <w:p w:rsidR="006F7457" w:rsidRDefault="00332DB8">
            <w:r>
              <w:t>4</w:t>
            </w:r>
            <w:r>
              <w:lastRenderedPageBreak/>
              <w:t>362.</w:t>
            </w:r>
          </w:p>
        </w:tc>
        <w:tc>
          <w:tcPr>
            <w:tcW w:w="2880" w:type="dxa"/>
          </w:tcPr>
          <w:p w:rsidR="006F7457" w:rsidRPr="00332DB8" w:rsidRDefault="00332DB8">
            <w:pPr>
              <w:rPr>
                <w:lang w:val="ru-RU"/>
              </w:rPr>
            </w:pPr>
            <w:r w:rsidRPr="00332DB8">
              <w:rPr>
                <w:lang w:val="ru-RU"/>
              </w:rPr>
              <w:lastRenderedPageBreak/>
              <w:t xml:space="preserve">Текстовая часть аудиозаписи «отРаявленный - Мы-Русские!! - </w:t>
            </w:r>
            <w:r>
              <w:t>vk</w:t>
            </w:r>
            <w:r w:rsidRPr="00332DB8">
              <w:rPr>
                <w:lang w:val="ru-RU"/>
              </w:rPr>
              <w:t>.</w:t>
            </w:r>
            <w:r>
              <w:t>com</w:t>
            </w:r>
            <w:r w:rsidRPr="00332DB8">
              <w:rPr>
                <w:lang w:val="ru-RU"/>
              </w:rPr>
              <w:t xml:space="preserve">/ </w:t>
            </w:r>
            <w:r>
              <w:t>rarecordmusic</w:t>
            </w:r>
            <w:r w:rsidRPr="00332DB8">
              <w:rPr>
                <w:lang w:val="ru-RU"/>
              </w:rPr>
              <w:t xml:space="preserve">», длительностью 02 </w:t>
            </w:r>
            <w:r w:rsidRPr="00332DB8">
              <w:rPr>
                <w:lang w:val="ru-RU"/>
              </w:rPr>
              <w:lastRenderedPageBreak/>
              <w:t>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2880" w:type="dxa"/>
          </w:tcPr>
          <w:p w:rsidR="006F7457" w:rsidRDefault="00332DB8">
            <w:r>
              <w:lastRenderedPageBreak/>
              <w:t>07.</w:t>
            </w:r>
            <w:r>
              <w:lastRenderedPageBreak/>
              <w:t>02.2018</w:t>
            </w:r>
          </w:p>
        </w:tc>
      </w:tr>
      <w:tr w:rsidR="006F7457">
        <w:tc>
          <w:tcPr>
            <w:tcW w:w="2880" w:type="dxa"/>
          </w:tcPr>
          <w:p w:rsidR="006F7457" w:rsidRDefault="00332DB8">
            <w:r>
              <w:lastRenderedPageBreak/>
              <w:t>4363.</w:t>
            </w:r>
          </w:p>
        </w:tc>
        <w:tc>
          <w:tcPr>
            <w:tcW w:w="2880" w:type="dxa"/>
          </w:tcPr>
          <w:p w:rsidR="006F7457" w:rsidRPr="00332DB8" w:rsidRDefault="00332DB8">
            <w:pPr>
              <w:rPr>
                <w:lang w:val="ru-RU"/>
              </w:rPr>
            </w:pPr>
            <w:r w:rsidRPr="00332DB8">
              <w:rPr>
                <w:lang w:val="ru-RU"/>
              </w:rPr>
              <w:t xml:space="preserve">Текстовая часть аудиозаписи «отРаявленный - Моя Борьба - </w:t>
            </w:r>
            <w:r>
              <w:t>vk</w:t>
            </w:r>
            <w:r w:rsidRPr="00332DB8">
              <w:rPr>
                <w:lang w:val="ru-RU"/>
              </w:rPr>
              <w:t>.</w:t>
            </w:r>
            <w:r>
              <w:t>com</w:t>
            </w:r>
            <w:r w:rsidRPr="00332DB8">
              <w:rPr>
                <w:lang w:val="ru-RU"/>
              </w:rPr>
              <w:t xml:space="preserve">/ </w:t>
            </w:r>
            <w:r>
              <w:t>rarecordmusic</w:t>
            </w:r>
            <w:r w:rsidRPr="00332DB8">
              <w:rPr>
                <w:lang w:val="ru-RU"/>
              </w:rPr>
              <w:t>»,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2880" w:type="dxa"/>
          </w:tcPr>
          <w:p w:rsidR="006F7457" w:rsidRDefault="00332DB8">
            <w:r>
              <w:t>07.02.2018</w:t>
            </w:r>
          </w:p>
        </w:tc>
      </w:tr>
      <w:tr w:rsidR="006F7457">
        <w:tc>
          <w:tcPr>
            <w:tcW w:w="2880" w:type="dxa"/>
          </w:tcPr>
          <w:p w:rsidR="006F7457" w:rsidRDefault="00332DB8">
            <w:r>
              <w:t>4364.</w:t>
            </w:r>
          </w:p>
        </w:tc>
        <w:tc>
          <w:tcPr>
            <w:tcW w:w="2880" w:type="dxa"/>
          </w:tcPr>
          <w:p w:rsidR="006F7457" w:rsidRPr="00332DB8" w:rsidRDefault="00332DB8">
            <w:pPr>
              <w:rPr>
                <w:lang w:val="ru-RU"/>
              </w:rPr>
            </w:pPr>
            <w:r>
              <w:t xml:space="preserve">Текстовая часть аудиозаписи «отРаявленныйfeat. Брунсвиг - Русский Удар (albumversion) - vk.com/rarecordmusic», длительностью </w:t>
            </w:r>
            <w:r w:rsidRPr="00332DB8">
              <w:rPr>
                <w:lang w:val="ru-RU"/>
              </w:rPr>
              <w:t>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2880" w:type="dxa"/>
          </w:tcPr>
          <w:p w:rsidR="006F7457" w:rsidRDefault="00332DB8">
            <w:r>
              <w:t>07.02.2018</w:t>
            </w:r>
          </w:p>
        </w:tc>
      </w:tr>
      <w:tr w:rsidR="006F7457">
        <w:tc>
          <w:tcPr>
            <w:tcW w:w="2880" w:type="dxa"/>
          </w:tcPr>
          <w:p w:rsidR="006F7457" w:rsidRDefault="00332DB8">
            <w:r>
              <w:t>4365.</w:t>
            </w:r>
          </w:p>
        </w:tc>
        <w:tc>
          <w:tcPr>
            <w:tcW w:w="2880" w:type="dxa"/>
          </w:tcPr>
          <w:p w:rsidR="006F7457" w:rsidRPr="00332DB8" w:rsidRDefault="00332DB8">
            <w:pPr>
              <w:rPr>
                <w:lang w:val="ru-RU"/>
              </w:rPr>
            </w:pPr>
            <w:r w:rsidRPr="00332DB8">
              <w:rPr>
                <w:lang w:val="ru-RU"/>
              </w:rPr>
              <w:t xml:space="preserve">Текстовая часть аудиозаписи «отРаявленный - Самурай - </w:t>
            </w:r>
            <w:r>
              <w:t>vk</w:t>
            </w:r>
            <w:r w:rsidRPr="00332DB8">
              <w:rPr>
                <w:lang w:val="ru-RU"/>
              </w:rPr>
              <w:t>.</w:t>
            </w:r>
            <w:r>
              <w:t>com</w:t>
            </w:r>
            <w:r w:rsidRPr="00332DB8">
              <w:rPr>
                <w:lang w:val="ru-RU"/>
              </w:rPr>
              <w:t xml:space="preserve">/ </w:t>
            </w:r>
            <w:r>
              <w:t>rarecordmusic</w:t>
            </w:r>
            <w:r w:rsidRPr="00332DB8">
              <w:rPr>
                <w:lang w:val="ru-RU"/>
              </w:rPr>
              <w:t>,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2880" w:type="dxa"/>
          </w:tcPr>
          <w:p w:rsidR="006F7457" w:rsidRDefault="00332DB8">
            <w:r>
              <w:t>07.02.2018</w:t>
            </w:r>
          </w:p>
        </w:tc>
      </w:tr>
      <w:tr w:rsidR="006F7457">
        <w:tc>
          <w:tcPr>
            <w:tcW w:w="2880" w:type="dxa"/>
          </w:tcPr>
          <w:p w:rsidR="006F7457" w:rsidRDefault="00332DB8">
            <w:r>
              <w:t>4366.</w:t>
            </w:r>
          </w:p>
        </w:tc>
        <w:tc>
          <w:tcPr>
            <w:tcW w:w="2880" w:type="dxa"/>
          </w:tcPr>
          <w:p w:rsidR="006F7457" w:rsidRPr="00332DB8" w:rsidRDefault="00332DB8">
            <w:pPr>
              <w:rPr>
                <w:lang w:val="ru-RU"/>
              </w:rPr>
            </w:pPr>
            <w:r w:rsidRPr="00332DB8">
              <w:rPr>
                <w:lang w:val="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2880" w:type="dxa"/>
          </w:tcPr>
          <w:p w:rsidR="006F7457" w:rsidRDefault="00332DB8">
            <w:r>
              <w:t>07.02.2018</w:t>
            </w:r>
          </w:p>
        </w:tc>
      </w:tr>
      <w:tr w:rsidR="006F7457">
        <w:tc>
          <w:tcPr>
            <w:tcW w:w="2880" w:type="dxa"/>
          </w:tcPr>
          <w:p w:rsidR="006F7457" w:rsidRDefault="00332DB8">
            <w:r>
              <w:t>4</w:t>
            </w:r>
            <w:r>
              <w:lastRenderedPageBreak/>
              <w:t>367.</w:t>
            </w:r>
          </w:p>
        </w:tc>
        <w:tc>
          <w:tcPr>
            <w:tcW w:w="2880" w:type="dxa"/>
          </w:tcPr>
          <w:p w:rsidR="006F7457" w:rsidRPr="00332DB8" w:rsidRDefault="00332DB8">
            <w:pPr>
              <w:rPr>
                <w:lang w:val="ru-RU"/>
              </w:rPr>
            </w:pPr>
            <w:r w:rsidRPr="00332DB8">
              <w:rPr>
                <w:lang w:val="ru-RU"/>
              </w:rPr>
              <w:lastRenderedPageBreak/>
              <w:t xml:space="preserve">Текстовая часть аудиозаписи «Стольный ГрадЪ - Мы поднимаем стяг», длительностью 03 минуты 03 секунды, </w:t>
            </w:r>
            <w:r w:rsidRPr="00332DB8">
              <w:rPr>
                <w:lang w:val="ru-RU"/>
              </w:rPr>
              <w:lastRenderedPageBreak/>
              <w:t>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2880" w:type="dxa"/>
          </w:tcPr>
          <w:p w:rsidR="006F7457" w:rsidRDefault="00332DB8">
            <w:r>
              <w:lastRenderedPageBreak/>
              <w:t>07.</w:t>
            </w:r>
            <w:r>
              <w:lastRenderedPageBreak/>
              <w:t>02.2018</w:t>
            </w:r>
          </w:p>
        </w:tc>
      </w:tr>
      <w:tr w:rsidR="006F7457">
        <w:tc>
          <w:tcPr>
            <w:tcW w:w="2880" w:type="dxa"/>
          </w:tcPr>
          <w:p w:rsidR="006F7457" w:rsidRDefault="00332DB8">
            <w:r>
              <w:lastRenderedPageBreak/>
              <w:t>4368.</w:t>
            </w:r>
          </w:p>
        </w:tc>
        <w:tc>
          <w:tcPr>
            <w:tcW w:w="2880" w:type="dxa"/>
          </w:tcPr>
          <w:p w:rsidR="006F7457" w:rsidRPr="00332DB8" w:rsidRDefault="00332DB8">
            <w:pPr>
              <w:rPr>
                <w:lang w:val="ru-RU"/>
              </w:rPr>
            </w:pPr>
            <w:r w:rsidRPr="00332DB8">
              <w:rPr>
                <w:lang w:val="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2880" w:type="dxa"/>
          </w:tcPr>
          <w:p w:rsidR="006F7457" w:rsidRDefault="00332DB8">
            <w:r>
              <w:t>07.02.2018</w:t>
            </w:r>
          </w:p>
        </w:tc>
      </w:tr>
      <w:tr w:rsidR="006F7457">
        <w:tc>
          <w:tcPr>
            <w:tcW w:w="2880" w:type="dxa"/>
          </w:tcPr>
          <w:p w:rsidR="006F7457" w:rsidRDefault="00332DB8">
            <w:r>
              <w:t>4369.</w:t>
            </w:r>
          </w:p>
        </w:tc>
        <w:tc>
          <w:tcPr>
            <w:tcW w:w="2880" w:type="dxa"/>
          </w:tcPr>
          <w:p w:rsidR="006F7457" w:rsidRPr="00332DB8" w:rsidRDefault="00332DB8">
            <w:pPr>
              <w:rPr>
                <w:lang w:val="ru-RU"/>
              </w:rPr>
            </w:pPr>
            <w:r w:rsidRPr="00332DB8">
              <w:rPr>
                <w:lang w:val="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2880" w:type="dxa"/>
          </w:tcPr>
          <w:p w:rsidR="006F7457" w:rsidRDefault="00332DB8">
            <w:r>
              <w:t>07.02.2018</w:t>
            </w:r>
          </w:p>
        </w:tc>
      </w:tr>
      <w:tr w:rsidR="006F7457">
        <w:tc>
          <w:tcPr>
            <w:tcW w:w="2880" w:type="dxa"/>
          </w:tcPr>
          <w:p w:rsidR="006F7457" w:rsidRDefault="00332DB8">
            <w:r>
              <w:t>4370.</w:t>
            </w:r>
          </w:p>
        </w:tc>
        <w:tc>
          <w:tcPr>
            <w:tcW w:w="2880" w:type="dxa"/>
          </w:tcPr>
          <w:p w:rsidR="006F7457" w:rsidRPr="00332DB8" w:rsidRDefault="00332DB8">
            <w:pPr>
              <w:rPr>
                <w:lang w:val="ru-RU"/>
              </w:rPr>
            </w:pPr>
            <w:r w:rsidRPr="00332DB8">
              <w:rPr>
                <w:lang w:val="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2880" w:type="dxa"/>
          </w:tcPr>
          <w:p w:rsidR="006F7457" w:rsidRDefault="00332DB8">
            <w:r>
              <w:t>07.02.2018</w:t>
            </w:r>
          </w:p>
        </w:tc>
      </w:tr>
      <w:tr w:rsidR="006F7457">
        <w:tc>
          <w:tcPr>
            <w:tcW w:w="2880" w:type="dxa"/>
          </w:tcPr>
          <w:p w:rsidR="006F7457" w:rsidRDefault="00332DB8">
            <w:r>
              <w:t>4371.</w:t>
            </w:r>
          </w:p>
        </w:tc>
        <w:tc>
          <w:tcPr>
            <w:tcW w:w="2880" w:type="dxa"/>
          </w:tcPr>
          <w:p w:rsidR="006F7457" w:rsidRPr="00332DB8" w:rsidRDefault="00332DB8">
            <w:pPr>
              <w:rPr>
                <w:lang w:val="ru-RU"/>
              </w:rPr>
            </w:pPr>
            <w:r w:rsidRPr="00332DB8">
              <w:rPr>
                <w:lang w:val="ru-RU"/>
              </w:rPr>
              <w:t>Музыкальное произведение «Русь и Кавказ» исполнителя «</w:t>
            </w:r>
            <w:r>
              <w:t>Holdaar</w:t>
            </w:r>
            <w:r w:rsidRPr="00332DB8">
              <w:rPr>
                <w:lang w:val="ru-RU"/>
              </w:rPr>
              <w:t>» (решение Лесосибирского городского суда Красноярского края от 29.09.2017);</w:t>
            </w:r>
          </w:p>
        </w:tc>
        <w:tc>
          <w:tcPr>
            <w:tcW w:w="2880" w:type="dxa"/>
          </w:tcPr>
          <w:p w:rsidR="006F7457" w:rsidRDefault="00332DB8">
            <w:r>
              <w:t>07.02.2018</w:t>
            </w:r>
          </w:p>
        </w:tc>
      </w:tr>
      <w:tr w:rsidR="006F7457">
        <w:tc>
          <w:tcPr>
            <w:tcW w:w="2880" w:type="dxa"/>
          </w:tcPr>
          <w:p w:rsidR="006F7457" w:rsidRDefault="00332DB8">
            <w:r>
              <w:t>4372.</w:t>
            </w:r>
          </w:p>
        </w:tc>
        <w:tc>
          <w:tcPr>
            <w:tcW w:w="2880" w:type="dxa"/>
          </w:tcPr>
          <w:p w:rsidR="006F7457" w:rsidRPr="00332DB8" w:rsidRDefault="00332DB8">
            <w:pPr>
              <w:rPr>
                <w:lang w:val="ru-RU"/>
              </w:rPr>
            </w:pPr>
            <w:r w:rsidRPr="00332DB8">
              <w:rPr>
                <w:lang w:val="ru-RU"/>
              </w:rPr>
              <w:t>Музыкальное произведение «Новое утро», исполнителя «РоССия» (решение Лесосибирского городского суда Красноярского края от 29.09.2017);</w:t>
            </w:r>
          </w:p>
        </w:tc>
        <w:tc>
          <w:tcPr>
            <w:tcW w:w="2880" w:type="dxa"/>
          </w:tcPr>
          <w:p w:rsidR="006F7457" w:rsidRDefault="00332DB8">
            <w:r>
              <w:t>07.02.2018</w:t>
            </w:r>
          </w:p>
        </w:tc>
      </w:tr>
      <w:tr w:rsidR="006F7457">
        <w:tc>
          <w:tcPr>
            <w:tcW w:w="2880" w:type="dxa"/>
          </w:tcPr>
          <w:p w:rsidR="006F7457" w:rsidRDefault="00332DB8">
            <w:r>
              <w:lastRenderedPageBreak/>
              <w:t>4373.</w:t>
            </w:r>
          </w:p>
        </w:tc>
        <w:tc>
          <w:tcPr>
            <w:tcW w:w="2880" w:type="dxa"/>
          </w:tcPr>
          <w:p w:rsidR="006F7457" w:rsidRPr="00332DB8" w:rsidRDefault="00332DB8">
            <w:pPr>
              <w:rPr>
                <w:lang w:val="ru-RU"/>
              </w:rPr>
            </w:pPr>
            <w:r w:rsidRPr="00332DB8">
              <w:rPr>
                <w:lang w:val="ru-RU"/>
              </w:rPr>
              <w:t>Музыкальное произведение «Жиды»/«Погром», исполнителя «</w:t>
            </w:r>
            <w:r>
              <w:t>Calvados</w:t>
            </w:r>
            <w:r w:rsidRPr="00332DB8">
              <w:rPr>
                <w:lang w:val="ru-RU"/>
              </w:rPr>
              <w:t>» (решение Лесосибирского городского суда Красноярского края от 29.09.2017);</w:t>
            </w:r>
          </w:p>
        </w:tc>
        <w:tc>
          <w:tcPr>
            <w:tcW w:w="2880" w:type="dxa"/>
          </w:tcPr>
          <w:p w:rsidR="006F7457" w:rsidRDefault="00332DB8">
            <w:r>
              <w:t>07.02.2018</w:t>
            </w:r>
          </w:p>
        </w:tc>
      </w:tr>
      <w:tr w:rsidR="006F7457">
        <w:tc>
          <w:tcPr>
            <w:tcW w:w="2880" w:type="dxa"/>
          </w:tcPr>
          <w:p w:rsidR="006F7457" w:rsidRDefault="00332DB8">
            <w:r>
              <w:t>4374.</w:t>
            </w:r>
          </w:p>
        </w:tc>
        <w:tc>
          <w:tcPr>
            <w:tcW w:w="2880" w:type="dxa"/>
          </w:tcPr>
          <w:p w:rsidR="006F7457" w:rsidRPr="00332DB8" w:rsidRDefault="00332DB8">
            <w:pPr>
              <w:rPr>
                <w:lang w:val="ru-RU"/>
              </w:rPr>
            </w:pPr>
            <w:r w:rsidRPr="00332DB8">
              <w:rPr>
                <w:lang w:val="ru-RU"/>
              </w:rPr>
              <w:t>Материалы видеозаписей, изъятых в сети «Интернет», среди которых видеозапись «Час расплаты настал (</w:t>
            </w:r>
            <w:r>
              <w:t>Russian</w:t>
            </w:r>
            <w:r w:rsidRPr="00332DB8">
              <w:rPr>
                <w:lang w:val="ru-RU"/>
              </w:rPr>
              <w:t xml:space="preserve"> </w:t>
            </w:r>
            <w:r>
              <w:t>White</w:t>
            </w:r>
            <w:r w:rsidRPr="00332DB8">
              <w:rPr>
                <w:lang w:val="ru-RU"/>
              </w:rPr>
              <w:t xml:space="preserve"> </w:t>
            </w:r>
            <w:r>
              <w:t>Sector</w:t>
            </w:r>
            <w:r w:rsidRPr="00332DB8">
              <w:rPr>
                <w:lang w:val="ru-RU"/>
              </w:rPr>
              <w:t>)», длительностью 4 мин. 55 сек., начинающаяся текстом «</w:t>
            </w:r>
            <w:r>
              <w:t>Russian</w:t>
            </w:r>
            <w:r w:rsidRPr="00332DB8">
              <w:rPr>
                <w:lang w:val="ru-RU"/>
              </w:rPr>
              <w:t xml:space="preserve"> </w:t>
            </w:r>
            <w:r>
              <w:t>White</w:t>
            </w:r>
            <w:r w:rsidRPr="00332DB8">
              <w:rPr>
                <w:lang w:val="ru-RU"/>
              </w:rPr>
              <w:t xml:space="preserve"> </w:t>
            </w:r>
            <w:r>
              <w:t>Sector</w:t>
            </w:r>
            <w:r w:rsidRPr="00332DB8">
              <w:rPr>
                <w:lang w:val="ru-RU"/>
              </w:rPr>
              <w:t xml:space="preserve"> представляет», заканчивающаяся текстом «Слава России </w:t>
            </w:r>
            <w:r>
              <w:t>Russian</w:t>
            </w:r>
            <w:r w:rsidRPr="00332DB8">
              <w:rPr>
                <w:lang w:val="ru-RU"/>
              </w:rPr>
              <w:t xml:space="preserve"> </w:t>
            </w:r>
            <w:r>
              <w:t>White</w:t>
            </w:r>
            <w:r w:rsidRPr="00332DB8">
              <w:rPr>
                <w:lang w:val="ru-RU"/>
              </w:rPr>
              <w:t xml:space="preserve"> </w:t>
            </w:r>
            <w:r>
              <w:t>Sector</w:t>
            </w:r>
            <w:r w:rsidRPr="00332DB8">
              <w:rPr>
                <w:lang w:val="ru-RU"/>
              </w:rPr>
              <w:t>» (решение Ленинского районного суда г. Смоленска от 20.11.2017);</w:t>
            </w:r>
          </w:p>
        </w:tc>
        <w:tc>
          <w:tcPr>
            <w:tcW w:w="2880" w:type="dxa"/>
          </w:tcPr>
          <w:p w:rsidR="006F7457" w:rsidRDefault="00332DB8">
            <w:r>
              <w:t>07.02.2018</w:t>
            </w:r>
          </w:p>
        </w:tc>
      </w:tr>
      <w:tr w:rsidR="006F7457">
        <w:tc>
          <w:tcPr>
            <w:tcW w:w="2880" w:type="dxa"/>
          </w:tcPr>
          <w:p w:rsidR="006F7457" w:rsidRDefault="00332DB8">
            <w:r>
              <w:t>4375.</w:t>
            </w:r>
          </w:p>
        </w:tc>
        <w:tc>
          <w:tcPr>
            <w:tcW w:w="2880" w:type="dxa"/>
          </w:tcPr>
          <w:p w:rsidR="006F7457" w:rsidRDefault="00332DB8">
            <w:r w:rsidRPr="00332DB8">
              <w:rPr>
                <w:lang w:val="ru-RU"/>
              </w:rPr>
              <w:t xml:space="preserve">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w:t>
            </w:r>
            <w:r>
              <w:t>Просыпайтесь!» (решение Ленинского районного суда г. Смоленска от 20.11.2017);</w:t>
            </w:r>
          </w:p>
        </w:tc>
        <w:tc>
          <w:tcPr>
            <w:tcW w:w="2880" w:type="dxa"/>
          </w:tcPr>
          <w:p w:rsidR="006F7457" w:rsidRDefault="00332DB8">
            <w:r>
              <w:t>07.02.2018</w:t>
            </w:r>
          </w:p>
        </w:tc>
      </w:tr>
      <w:tr w:rsidR="006F7457">
        <w:tc>
          <w:tcPr>
            <w:tcW w:w="2880" w:type="dxa"/>
          </w:tcPr>
          <w:p w:rsidR="006F7457" w:rsidRDefault="00332DB8">
            <w:r>
              <w:t>4376.</w:t>
            </w:r>
          </w:p>
        </w:tc>
        <w:tc>
          <w:tcPr>
            <w:tcW w:w="2880" w:type="dxa"/>
          </w:tcPr>
          <w:p w:rsidR="006F7457" w:rsidRPr="00332DB8" w:rsidRDefault="00332DB8">
            <w:pPr>
              <w:rPr>
                <w:lang w:val="ru-RU"/>
              </w:rPr>
            </w:pPr>
            <w:r w:rsidRPr="00332DB8">
              <w:rPr>
                <w:lang w:val="ru-RU"/>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2880" w:type="dxa"/>
          </w:tcPr>
          <w:p w:rsidR="006F7457" w:rsidRDefault="00332DB8">
            <w:r>
              <w:t>07.02.2018</w:t>
            </w:r>
          </w:p>
        </w:tc>
      </w:tr>
      <w:tr w:rsidR="006F7457">
        <w:tc>
          <w:tcPr>
            <w:tcW w:w="2880" w:type="dxa"/>
          </w:tcPr>
          <w:p w:rsidR="006F7457" w:rsidRDefault="00332DB8">
            <w:r>
              <w:t>4377.</w:t>
            </w:r>
          </w:p>
        </w:tc>
        <w:tc>
          <w:tcPr>
            <w:tcW w:w="2880" w:type="dxa"/>
          </w:tcPr>
          <w:p w:rsidR="006F7457" w:rsidRDefault="00332DB8">
            <w:r w:rsidRPr="00332DB8">
              <w:rPr>
                <w:lang w:val="ru-RU"/>
              </w:rPr>
              <w:t xml:space="preserve">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w:t>
            </w:r>
            <w:r>
              <w:t>3 мин. 28 сек. (решение Ленинского районного суда г. Смоленска от 20.11.2017);</w:t>
            </w:r>
          </w:p>
        </w:tc>
        <w:tc>
          <w:tcPr>
            <w:tcW w:w="2880" w:type="dxa"/>
          </w:tcPr>
          <w:p w:rsidR="006F7457" w:rsidRDefault="00332DB8">
            <w:r>
              <w:t>07.02.2018</w:t>
            </w:r>
          </w:p>
        </w:tc>
      </w:tr>
      <w:tr w:rsidR="006F7457">
        <w:tc>
          <w:tcPr>
            <w:tcW w:w="2880" w:type="dxa"/>
          </w:tcPr>
          <w:p w:rsidR="006F7457" w:rsidRDefault="00332DB8">
            <w:r>
              <w:t>437</w:t>
            </w:r>
            <w:r>
              <w:lastRenderedPageBreak/>
              <w:t>8.</w:t>
            </w:r>
          </w:p>
        </w:tc>
        <w:tc>
          <w:tcPr>
            <w:tcW w:w="2880" w:type="dxa"/>
          </w:tcPr>
          <w:p w:rsidR="006F7457" w:rsidRPr="00332DB8" w:rsidRDefault="00332DB8">
            <w:pPr>
              <w:rPr>
                <w:lang w:val="ru-RU"/>
              </w:rPr>
            </w:pPr>
            <w:r w:rsidRPr="00332DB8">
              <w:rPr>
                <w:lang w:val="ru-RU"/>
              </w:rPr>
              <w:lastRenderedPageBreak/>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2880" w:type="dxa"/>
          </w:tcPr>
          <w:p w:rsidR="006F7457" w:rsidRDefault="00332DB8">
            <w:r>
              <w:t>15.02.201</w:t>
            </w:r>
            <w:r>
              <w:lastRenderedPageBreak/>
              <w:t>8</w:t>
            </w:r>
          </w:p>
        </w:tc>
      </w:tr>
      <w:tr w:rsidR="006F7457">
        <w:tc>
          <w:tcPr>
            <w:tcW w:w="2880" w:type="dxa"/>
          </w:tcPr>
          <w:p w:rsidR="006F7457" w:rsidRDefault="00332DB8">
            <w:r>
              <w:lastRenderedPageBreak/>
              <w:t>4379.</w:t>
            </w:r>
          </w:p>
        </w:tc>
        <w:tc>
          <w:tcPr>
            <w:tcW w:w="2880" w:type="dxa"/>
          </w:tcPr>
          <w:p w:rsidR="006F7457" w:rsidRPr="00332DB8" w:rsidRDefault="00332DB8">
            <w:pPr>
              <w:rPr>
                <w:lang w:val="ru-RU"/>
              </w:rPr>
            </w:pPr>
            <w:r w:rsidRPr="00332DB8">
              <w:rPr>
                <w:lang w:val="ru-RU"/>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2880" w:type="dxa"/>
          </w:tcPr>
          <w:p w:rsidR="006F7457" w:rsidRDefault="00332DB8">
            <w:r>
              <w:t>15.02.2018</w:t>
            </w:r>
          </w:p>
        </w:tc>
      </w:tr>
      <w:tr w:rsidR="006F7457">
        <w:tc>
          <w:tcPr>
            <w:tcW w:w="2880" w:type="dxa"/>
          </w:tcPr>
          <w:p w:rsidR="006F7457" w:rsidRDefault="00332DB8">
            <w:r>
              <w:t>4380.</w:t>
            </w:r>
          </w:p>
        </w:tc>
        <w:tc>
          <w:tcPr>
            <w:tcW w:w="2880" w:type="dxa"/>
          </w:tcPr>
          <w:p w:rsidR="006F7457" w:rsidRPr="00332DB8" w:rsidRDefault="00332DB8">
            <w:pPr>
              <w:rPr>
                <w:lang w:val="ru-RU"/>
              </w:rPr>
            </w:pPr>
            <w:r w:rsidRPr="00332DB8">
              <w:rPr>
                <w:lang w:val="ru-RU"/>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2880" w:type="dxa"/>
          </w:tcPr>
          <w:p w:rsidR="006F7457" w:rsidRDefault="00332DB8">
            <w:r>
              <w:t>15.02.2018</w:t>
            </w:r>
          </w:p>
        </w:tc>
      </w:tr>
      <w:tr w:rsidR="006F7457">
        <w:tc>
          <w:tcPr>
            <w:tcW w:w="2880" w:type="dxa"/>
          </w:tcPr>
          <w:p w:rsidR="006F7457" w:rsidRDefault="00332DB8">
            <w:r>
              <w:t>4381.</w:t>
            </w:r>
          </w:p>
        </w:tc>
        <w:tc>
          <w:tcPr>
            <w:tcW w:w="2880" w:type="dxa"/>
          </w:tcPr>
          <w:p w:rsidR="006F7457" w:rsidRPr="00332DB8" w:rsidRDefault="00332DB8">
            <w:pPr>
              <w:rPr>
                <w:lang w:val="ru-RU"/>
              </w:rPr>
            </w:pPr>
            <w:r w:rsidRPr="00332DB8">
              <w:rPr>
                <w:lang w:val="ru-RU"/>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2880" w:type="dxa"/>
          </w:tcPr>
          <w:p w:rsidR="006F7457" w:rsidRDefault="00332DB8">
            <w:r>
              <w:t>15.02.2018</w:t>
            </w:r>
          </w:p>
        </w:tc>
      </w:tr>
      <w:tr w:rsidR="006F7457">
        <w:tc>
          <w:tcPr>
            <w:tcW w:w="2880" w:type="dxa"/>
          </w:tcPr>
          <w:p w:rsidR="006F7457" w:rsidRDefault="00332DB8">
            <w:r>
              <w:t>4382.</w:t>
            </w:r>
          </w:p>
        </w:tc>
        <w:tc>
          <w:tcPr>
            <w:tcW w:w="2880" w:type="dxa"/>
          </w:tcPr>
          <w:p w:rsidR="006F7457" w:rsidRPr="00332DB8" w:rsidRDefault="00332DB8">
            <w:pPr>
              <w:rPr>
                <w:lang w:val="ru-RU"/>
              </w:rPr>
            </w:pPr>
            <w:r w:rsidRPr="00332DB8">
              <w:rPr>
                <w:lang w:val="ru-RU"/>
              </w:rPr>
              <w:t xml:space="preserve">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w:t>
            </w:r>
            <w:r>
              <w:t>http</w:t>
            </w:r>
            <w:r w:rsidRPr="00332DB8">
              <w:rPr>
                <w:lang w:val="ru-RU"/>
              </w:rPr>
              <w:t>://</w:t>
            </w:r>
            <w:r>
              <w:t>www</w:t>
            </w:r>
            <w:r w:rsidRPr="00332DB8">
              <w:rPr>
                <w:lang w:val="ru-RU"/>
              </w:rPr>
              <w:t>.</w:t>
            </w:r>
            <w:r>
              <w:t>novaya</w:t>
            </w:r>
            <w:r w:rsidRPr="00332DB8">
              <w:rPr>
                <w:lang w:val="ru-RU"/>
              </w:rPr>
              <w:t xml:space="preserve"> </w:t>
            </w:r>
            <w:r>
              <w:t>gazeta</w:t>
            </w:r>
            <w:r w:rsidRPr="00332DB8">
              <w:rPr>
                <w:lang w:val="ru-RU"/>
              </w:rPr>
              <w:t>.</w:t>
            </w:r>
            <w:r>
              <w:t>ru</w:t>
            </w:r>
            <w:r w:rsidRPr="00332DB8">
              <w:rPr>
                <w:lang w:val="ru-RU"/>
              </w:rPr>
              <w:t>/</w:t>
            </w:r>
            <w:r>
              <w:t>comments</w:t>
            </w:r>
            <w:r w:rsidRPr="00332DB8">
              <w:rPr>
                <w:lang w:val="ru-RU"/>
              </w:rPr>
              <w:t>/65231 .</w:t>
            </w:r>
            <w:r>
              <w:t>html</w:t>
            </w:r>
            <w:r w:rsidRPr="00332DB8">
              <w:rPr>
                <w:lang w:val="ru-RU"/>
              </w:rPr>
              <w:t xml:space="preserve"> (апелляционное определение судебной коллегии по гражданским делам Санкт-Петербургского городского суда от 14.12.2017);</w:t>
            </w:r>
          </w:p>
        </w:tc>
        <w:tc>
          <w:tcPr>
            <w:tcW w:w="2880" w:type="dxa"/>
          </w:tcPr>
          <w:p w:rsidR="006F7457" w:rsidRDefault="00332DB8">
            <w:r>
              <w:t>15.02.2018</w:t>
            </w:r>
          </w:p>
        </w:tc>
      </w:tr>
      <w:tr w:rsidR="006F7457">
        <w:tc>
          <w:tcPr>
            <w:tcW w:w="2880" w:type="dxa"/>
          </w:tcPr>
          <w:p w:rsidR="006F7457" w:rsidRDefault="00332DB8">
            <w:r>
              <w:t>4383.</w:t>
            </w:r>
          </w:p>
        </w:tc>
        <w:tc>
          <w:tcPr>
            <w:tcW w:w="2880" w:type="dxa"/>
          </w:tcPr>
          <w:p w:rsidR="006F7457" w:rsidRPr="00332DB8" w:rsidRDefault="00332DB8">
            <w:pPr>
              <w:rPr>
                <w:lang w:val="ru-RU"/>
              </w:rPr>
            </w:pPr>
            <w:r w:rsidRPr="00332DB8">
              <w:rPr>
                <w:lang w:val="ru-RU"/>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2880" w:type="dxa"/>
          </w:tcPr>
          <w:p w:rsidR="006F7457" w:rsidRDefault="00332DB8">
            <w:r>
              <w:t>22.02.2018</w:t>
            </w:r>
          </w:p>
        </w:tc>
      </w:tr>
      <w:tr w:rsidR="006F7457">
        <w:tc>
          <w:tcPr>
            <w:tcW w:w="2880" w:type="dxa"/>
          </w:tcPr>
          <w:p w:rsidR="006F7457" w:rsidRDefault="00332DB8">
            <w:r>
              <w:lastRenderedPageBreak/>
              <w:t>4384.</w:t>
            </w:r>
          </w:p>
        </w:tc>
        <w:tc>
          <w:tcPr>
            <w:tcW w:w="2880" w:type="dxa"/>
          </w:tcPr>
          <w:p w:rsidR="006F7457" w:rsidRPr="00332DB8" w:rsidRDefault="00332DB8">
            <w:pPr>
              <w:rPr>
                <w:lang w:val="ru-RU"/>
              </w:rPr>
            </w:pPr>
            <w:r w:rsidRPr="00332DB8">
              <w:rPr>
                <w:lang w:val="ru-RU"/>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2880" w:type="dxa"/>
          </w:tcPr>
          <w:p w:rsidR="006F7457" w:rsidRDefault="00332DB8">
            <w:r>
              <w:t>22.02.2018</w:t>
            </w:r>
          </w:p>
        </w:tc>
      </w:tr>
      <w:tr w:rsidR="006F7457">
        <w:tc>
          <w:tcPr>
            <w:tcW w:w="2880" w:type="dxa"/>
          </w:tcPr>
          <w:p w:rsidR="006F7457" w:rsidRDefault="00332DB8">
            <w:r>
              <w:t>4385.</w:t>
            </w:r>
          </w:p>
        </w:tc>
        <w:tc>
          <w:tcPr>
            <w:tcW w:w="2880" w:type="dxa"/>
          </w:tcPr>
          <w:p w:rsidR="006F7457" w:rsidRPr="00332DB8" w:rsidRDefault="00332DB8">
            <w:pPr>
              <w:rPr>
                <w:lang w:val="ru-RU"/>
              </w:rPr>
            </w:pPr>
            <w:r w:rsidRPr="00332DB8">
              <w:rPr>
                <w:lang w:val="ru-RU"/>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2880" w:type="dxa"/>
          </w:tcPr>
          <w:p w:rsidR="006F7457" w:rsidRDefault="00332DB8">
            <w:r>
              <w:t>22.02.2018</w:t>
            </w:r>
          </w:p>
        </w:tc>
      </w:tr>
      <w:tr w:rsidR="006F7457">
        <w:tc>
          <w:tcPr>
            <w:tcW w:w="2880" w:type="dxa"/>
          </w:tcPr>
          <w:p w:rsidR="006F7457" w:rsidRDefault="00332DB8">
            <w:r>
              <w:t>4386.</w:t>
            </w:r>
          </w:p>
        </w:tc>
        <w:tc>
          <w:tcPr>
            <w:tcW w:w="2880" w:type="dxa"/>
          </w:tcPr>
          <w:p w:rsidR="006F7457" w:rsidRDefault="00332DB8">
            <w:r w:rsidRPr="00332DB8">
              <w:rPr>
                <w:lang w:val="ru-RU"/>
              </w:rPr>
              <w:t xml:space="preserve">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w:t>
            </w:r>
            <w:r>
              <w:t>(решение Йошкар-Олинского городского суда Республики Марий Эл от 28.11.2017);</w:t>
            </w:r>
          </w:p>
        </w:tc>
        <w:tc>
          <w:tcPr>
            <w:tcW w:w="2880" w:type="dxa"/>
          </w:tcPr>
          <w:p w:rsidR="006F7457" w:rsidRDefault="00332DB8">
            <w:r>
              <w:t>22.02.2018</w:t>
            </w:r>
          </w:p>
        </w:tc>
      </w:tr>
      <w:tr w:rsidR="006F7457">
        <w:tc>
          <w:tcPr>
            <w:tcW w:w="2880" w:type="dxa"/>
          </w:tcPr>
          <w:p w:rsidR="006F7457" w:rsidRDefault="00332DB8">
            <w:r>
              <w:t>4387.</w:t>
            </w:r>
          </w:p>
        </w:tc>
        <w:tc>
          <w:tcPr>
            <w:tcW w:w="2880" w:type="dxa"/>
          </w:tcPr>
          <w:p w:rsidR="006F7457" w:rsidRPr="00332DB8" w:rsidRDefault="00332DB8">
            <w:pPr>
              <w:rPr>
                <w:lang w:val="ru-RU"/>
              </w:rPr>
            </w:pPr>
            <w:r w:rsidRPr="00332DB8">
              <w:rPr>
                <w:lang w:val="ru-RU"/>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2880" w:type="dxa"/>
          </w:tcPr>
          <w:p w:rsidR="006F7457" w:rsidRDefault="00332DB8">
            <w:r>
              <w:t>22.02.2018</w:t>
            </w:r>
          </w:p>
        </w:tc>
      </w:tr>
      <w:tr w:rsidR="006F7457">
        <w:tc>
          <w:tcPr>
            <w:tcW w:w="2880" w:type="dxa"/>
          </w:tcPr>
          <w:p w:rsidR="006F7457" w:rsidRDefault="00332DB8">
            <w:r>
              <w:t>4388.</w:t>
            </w:r>
          </w:p>
        </w:tc>
        <w:tc>
          <w:tcPr>
            <w:tcW w:w="2880" w:type="dxa"/>
          </w:tcPr>
          <w:p w:rsidR="006F7457" w:rsidRPr="00332DB8" w:rsidRDefault="00332DB8">
            <w:pPr>
              <w:rPr>
                <w:lang w:val="ru-RU"/>
              </w:rPr>
            </w:pPr>
            <w:r w:rsidRPr="00332DB8">
              <w:rPr>
                <w:lang w:val="ru-RU"/>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2880" w:type="dxa"/>
          </w:tcPr>
          <w:p w:rsidR="006F7457" w:rsidRDefault="00332DB8">
            <w:r>
              <w:t>22.02.2018</w:t>
            </w:r>
          </w:p>
        </w:tc>
      </w:tr>
      <w:tr w:rsidR="006F7457">
        <w:tc>
          <w:tcPr>
            <w:tcW w:w="2880" w:type="dxa"/>
          </w:tcPr>
          <w:p w:rsidR="006F7457" w:rsidRDefault="00332DB8">
            <w:r>
              <w:t>4</w:t>
            </w:r>
            <w:r>
              <w:lastRenderedPageBreak/>
              <w:t>389.</w:t>
            </w:r>
          </w:p>
        </w:tc>
        <w:tc>
          <w:tcPr>
            <w:tcW w:w="2880" w:type="dxa"/>
          </w:tcPr>
          <w:p w:rsidR="006F7457" w:rsidRPr="00332DB8" w:rsidRDefault="00332DB8">
            <w:pPr>
              <w:rPr>
                <w:lang w:val="ru-RU"/>
              </w:rPr>
            </w:pPr>
            <w:r w:rsidRPr="00332DB8">
              <w:rPr>
                <w:lang w:val="ru-RU"/>
              </w:rPr>
              <w:lastRenderedPageBreak/>
              <w:t>Аудиозапись и ее текст под названием «</w:t>
            </w:r>
            <w:r>
              <w:t>Nokturnal</w:t>
            </w:r>
            <w:r w:rsidRPr="00332DB8">
              <w:rPr>
                <w:lang w:val="ru-RU"/>
              </w:rPr>
              <w:t xml:space="preserve"> </w:t>
            </w:r>
            <w:r>
              <w:t>Mortum</w:t>
            </w:r>
            <w:r w:rsidRPr="00332DB8">
              <w:rPr>
                <w:lang w:val="ru-RU"/>
              </w:rPr>
              <w:t xml:space="preserve"> - В огне деревянных церквей», продолжительностью </w:t>
            </w:r>
            <w:r w:rsidRPr="00332DB8">
              <w:rPr>
                <w:lang w:val="ru-RU"/>
              </w:rPr>
              <w:lastRenderedPageBreak/>
              <w:t xml:space="preserve">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w:t>
            </w:r>
            <w:r>
              <w:t>http</w:t>
            </w:r>
            <w:r w:rsidRPr="00332DB8">
              <w:rPr>
                <w:lang w:val="ru-RU"/>
              </w:rPr>
              <w:t>://</w:t>
            </w:r>
            <w:r>
              <w:t>zaycev</w:t>
            </w:r>
            <w:r w:rsidRPr="00332DB8">
              <w:rPr>
                <w:lang w:val="ru-RU"/>
              </w:rPr>
              <w:t>.</w:t>
            </w:r>
            <w:r>
              <w:t>net</w:t>
            </w:r>
            <w:r w:rsidRPr="00332DB8">
              <w:rPr>
                <w:lang w:val="ru-RU"/>
              </w:rPr>
              <w:t>/</w:t>
            </w:r>
            <w:r>
              <w:t>pages</w:t>
            </w:r>
            <w:r w:rsidRPr="00332DB8">
              <w:rPr>
                <w:lang w:val="ru-RU"/>
              </w:rPr>
              <w:t>/3139/313960.</w:t>
            </w:r>
            <w:r>
              <w:t>shtml</w:t>
            </w:r>
            <w:r w:rsidRPr="00332DB8">
              <w:rPr>
                <w:lang w:val="ru-RU"/>
              </w:rPr>
              <w:t xml:space="preserve"> </w:t>
            </w:r>
            <w:r>
              <w:t>http</w:t>
            </w:r>
            <w:r w:rsidRPr="00332DB8">
              <w:rPr>
                <w:lang w:val="ru-RU"/>
              </w:rPr>
              <w:t>://</w:t>
            </w:r>
            <w:r>
              <w:t>lyricsworld</w:t>
            </w:r>
            <w:r w:rsidRPr="00332DB8">
              <w:rPr>
                <w:lang w:val="ru-RU"/>
              </w:rPr>
              <w:t>.</w:t>
            </w:r>
            <w:r>
              <w:t>ru</w:t>
            </w:r>
            <w:r w:rsidRPr="00332DB8">
              <w:rPr>
                <w:lang w:val="ru-RU"/>
              </w:rPr>
              <w:t>/</w:t>
            </w:r>
            <w:r>
              <w:t>lyrics</w:t>
            </w:r>
            <w:r w:rsidRPr="00332DB8">
              <w:rPr>
                <w:lang w:val="ru-RU"/>
              </w:rPr>
              <w:t>/</w:t>
            </w:r>
            <w:r>
              <w:t>Nokturnal</w:t>
            </w:r>
            <w:r w:rsidRPr="00332DB8">
              <w:rPr>
                <w:lang w:val="ru-RU"/>
              </w:rPr>
              <w:t>-</w:t>
            </w:r>
            <w:r>
              <w:t>Mortum</w:t>
            </w:r>
            <w:r w:rsidRPr="00332DB8">
              <w:rPr>
                <w:lang w:val="ru-RU"/>
              </w:rPr>
              <w:t>/</w:t>
            </w:r>
            <w:r>
              <w:t>V</w:t>
            </w:r>
            <w:r w:rsidRPr="00332DB8">
              <w:rPr>
                <w:lang w:val="ru-RU"/>
              </w:rPr>
              <w:t>-</w:t>
            </w:r>
            <w:r>
              <w:t>ogne</w:t>
            </w:r>
            <w:r w:rsidRPr="00332DB8">
              <w:rPr>
                <w:lang w:val="ru-RU"/>
              </w:rPr>
              <w:t>-</w:t>
            </w:r>
            <w:r>
              <w:t>derevyannyih</w:t>
            </w:r>
            <w:r w:rsidRPr="00332DB8">
              <w:rPr>
                <w:lang w:val="ru-RU"/>
              </w:rPr>
              <w:t>-</w:t>
            </w:r>
            <w:r>
              <w:t>cerkvey</w:t>
            </w:r>
            <w:r w:rsidRPr="00332DB8">
              <w:rPr>
                <w:lang w:val="ru-RU"/>
              </w:rPr>
              <w:t>-15489.</w:t>
            </w:r>
            <w:r>
              <w:t>html</w:t>
            </w:r>
            <w:r w:rsidRPr="00332DB8">
              <w:rPr>
                <w:lang w:val="ru-RU"/>
              </w:rPr>
              <w:t xml:space="preserve"> </w:t>
            </w:r>
            <w:r>
              <w:t>https</w:t>
            </w:r>
            <w:r w:rsidRPr="00332DB8">
              <w:rPr>
                <w:lang w:val="ru-RU"/>
              </w:rPr>
              <w:t>://</w:t>
            </w:r>
            <w:r>
              <w:t>xmuzic</w:t>
            </w:r>
            <w:r w:rsidRPr="00332DB8">
              <w:rPr>
                <w:lang w:val="ru-RU"/>
              </w:rPr>
              <w:t>.</w:t>
            </w:r>
            <w:r>
              <w:t>me</w:t>
            </w:r>
            <w:r w:rsidRPr="00332DB8">
              <w:rPr>
                <w:lang w:val="ru-RU"/>
              </w:rPr>
              <w:t>/</w:t>
            </w:r>
            <w:r>
              <w:t>s</w:t>
            </w:r>
            <w:r w:rsidRPr="00332DB8">
              <w:rPr>
                <w:lang w:val="ru-RU"/>
              </w:rPr>
              <w:t>/1179339-</w:t>
            </w:r>
            <w:r>
              <w:t>Nokturnal</w:t>
            </w:r>
            <w:r w:rsidRPr="00332DB8">
              <w:rPr>
                <w:lang w:val="ru-RU"/>
              </w:rPr>
              <w:t>_</w:t>
            </w:r>
            <w:r>
              <w:t>Mortum</w:t>
            </w:r>
            <w:r w:rsidRPr="00332DB8">
              <w:rPr>
                <w:lang w:val="ru-RU"/>
              </w:rPr>
              <w:t>_-_</w:t>
            </w:r>
            <w:r>
              <w:t>V</w:t>
            </w:r>
            <w:r w:rsidRPr="00332DB8">
              <w:rPr>
                <w:lang w:val="ru-RU"/>
              </w:rPr>
              <w:t>_</w:t>
            </w:r>
            <w:r>
              <w:t>Ogne</w:t>
            </w:r>
            <w:r w:rsidRPr="00332DB8">
              <w:rPr>
                <w:lang w:val="ru-RU"/>
              </w:rPr>
              <w:t>_</w:t>
            </w:r>
            <w:r>
              <w:t>Derevyannyh</w:t>
            </w:r>
            <w:r w:rsidRPr="00332DB8">
              <w:rPr>
                <w:lang w:val="ru-RU"/>
              </w:rPr>
              <w:t xml:space="preserve">_ </w:t>
            </w:r>
            <w:r>
              <w:t>Cerkvej</w:t>
            </w:r>
            <w:r w:rsidRPr="00332DB8">
              <w:rPr>
                <w:lang w:val="ru-RU"/>
              </w:rPr>
              <w:t xml:space="preserve">/ </w:t>
            </w:r>
            <w:r>
              <w:t>http</w:t>
            </w:r>
            <w:r w:rsidRPr="00332DB8">
              <w:rPr>
                <w:lang w:val="ru-RU"/>
              </w:rPr>
              <w:t>://</w:t>
            </w:r>
            <w:r>
              <w:t>mp</w:t>
            </w:r>
            <w:r w:rsidRPr="00332DB8">
              <w:rPr>
                <w:lang w:val="ru-RU"/>
              </w:rPr>
              <w:t>3</w:t>
            </w:r>
            <w:r>
              <w:t>cc</w:t>
            </w:r>
            <w:r w:rsidRPr="00332DB8">
              <w:rPr>
                <w:lang w:val="ru-RU"/>
              </w:rPr>
              <w:t>.</w:t>
            </w:r>
            <w:r>
              <w:t>com</w:t>
            </w:r>
            <w:r w:rsidRPr="00332DB8">
              <w:rPr>
                <w:lang w:val="ru-RU"/>
              </w:rPr>
              <w:t>/</w:t>
            </w:r>
            <w:r>
              <w:t>m</w:t>
            </w:r>
            <w:r w:rsidRPr="00332DB8">
              <w:rPr>
                <w:lang w:val="ru-RU"/>
              </w:rPr>
              <w:t>/92354-</w:t>
            </w:r>
            <w:r>
              <w:t>nokturnal</w:t>
            </w:r>
            <w:r w:rsidRPr="00332DB8">
              <w:rPr>
                <w:lang w:val="ru-RU"/>
              </w:rPr>
              <w:t>-</w:t>
            </w:r>
            <w:r>
              <w:t>mortum</w:t>
            </w:r>
            <w:r w:rsidRPr="00332DB8">
              <w:rPr>
                <w:lang w:val="ru-RU"/>
              </w:rPr>
              <w:t>/7757590-</w:t>
            </w:r>
            <w:r>
              <w:t>v</w:t>
            </w:r>
            <w:r w:rsidRPr="00332DB8">
              <w:rPr>
                <w:lang w:val="ru-RU"/>
              </w:rPr>
              <w:t>-</w:t>
            </w:r>
            <w:r>
              <w:t>ogne</w:t>
            </w:r>
            <w:r w:rsidRPr="00332DB8">
              <w:rPr>
                <w:lang w:val="ru-RU"/>
              </w:rPr>
              <w:t>-</w:t>
            </w:r>
            <w:r>
              <w:t>derevyannyh</w:t>
            </w:r>
            <w:r w:rsidRPr="00332DB8">
              <w:rPr>
                <w:lang w:val="ru-RU"/>
              </w:rPr>
              <w:t>-</w:t>
            </w:r>
            <w:r>
              <w:t>cerkvej</w:t>
            </w:r>
            <w:r w:rsidRPr="00332DB8">
              <w:rPr>
                <w:lang w:val="ru-RU"/>
              </w:rPr>
              <w:t xml:space="preserve">/ </w:t>
            </w:r>
            <w:r>
              <w:t>http</w:t>
            </w:r>
            <w:r w:rsidRPr="00332DB8">
              <w:rPr>
                <w:lang w:val="ru-RU"/>
              </w:rPr>
              <w:t>://</w:t>
            </w:r>
            <w:r>
              <w:t>perevod</w:t>
            </w:r>
            <w:r w:rsidRPr="00332DB8">
              <w:rPr>
                <w:lang w:val="ru-RU"/>
              </w:rPr>
              <w:t>-</w:t>
            </w:r>
            <w:r>
              <w:t>tekst</w:t>
            </w:r>
            <w:r w:rsidRPr="00332DB8">
              <w:rPr>
                <w:lang w:val="ru-RU"/>
              </w:rPr>
              <w:t>-</w:t>
            </w:r>
            <w:r>
              <w:t>pesni</w:t>
            </w:r>
            <w:r w:rsidRPr="00332DB8">
              <w:rPr>
                <w:lang w:val="ru-RU"/>
              </w:rPr>
              <w:t>.</w:t>
            </w:r>
            <w:r>
              <w:t>ru</w:t>
            </w:r>
            <w:r w:rsidRPr="00332DB8">
              <w:rPr>
                <w:lang w:val="ru-RU"/>
              </w:rPr>
              <w:t>/</w:t>
            </w:r>
            <w:r>
              <w:t>nokturnal</w:t>
            </w:r>
            <w:r w:rsidRPr="00332DB8">
              <w:rPr>
                <w:lang w:val="ru-RU"/>
              </w:rPr>
              <w:t>-</w:t>
            </w:r>
            <w:r>
              <w:t>mortum</w:t>
            </w:r>
            <w:r w:rsidRPr="00332DB8">
              <w:rPr>
                <w:lang w:val="ru-RU"/>
              </w:rPr>
              <w:t>/</w:t>
            </w:r>
            <w:r>
              <w:t>tekst</w:t>
            </w:r>
            <w:r w:rsidRPr="00332DB8">
              <w:rPr>
                <w:lang w:val="ru-RU"/>
              </w:rPr>
              <w:t>-</w:t>
            </w:r>
            <w:r>
              <w:t>pesni</w:t>
            </w:r>
            <w:r w:rsidRPr="00332DB8">
              <w:rPr>
                <w:lang w:val="ru-RU"/>
              </w:rPr>
              <w:t>_</w:t>
            </w:r>
            <w:r>
              <w:t>v</w:t>
            </w:r>
            <w:r w:rsidRPr="00332DB8">
              <w:rPr>
                <w:lang w:val="ru-RU"/>
              </w:rPr>
              <w:t>-</w:t>
            </w:r>
            <w:r>
              <w:t>ogne</w:t>
            </w:r>
            <w:r w:rsidRPr="00332DB8">
              <w:rPr>
                <w:lang w:val="ru-RU"/>
              </w:rPr>
              <w:t>-</w:t>
            </w:r>
            <w:r>
              <w:t>derevyannih</w:t>
            </w:r>
            <w:r w:rsidRPr="00332DB8">
              <w:rPr>
                <w:lang w:val="ru-RU"/>
              </w:rPr>
              <w:t>-</w:t>
            </w:r>
            <w:r>
              <w:t>cerkvei</w:t>
            </w:r>
            <w:r w:rsidRPr="00332DB8">
              <w:rPr>
                <w:lang w:val="ru-RU"/>
              </w:rPr>
              <w:t>.</w:t>
            </w:r>
            <w:r>
              <w:t>htm</w:t>
            </w:r>
            <w:r w:rsidRPr="00332DB8">
              <w:rPr>
                <w:lang w:val="ru-RU"/>
              </w:rPr>
              <w:t xml:space="preserve"> </w:t>
            </w:r>
            <w:r>
              <w:t>http</w:t>
            </w:r>
            <w:r w:rsidRPr="00332DB8">
              <w:rPr>
                <w:lang w:val="ru-RU"/>
              </w:rPr>
              <w:t>://</w:t>
            </w:r>
            <w:r>
              <w:t>teksty</w:t>
            </w:r>
            <w:r w:rsidRPr="00332DB8">
              <w:rPr>
                <w:lang w:val="ru-RU"/>
              </w:rPr>
              <w:t>-</w:t>
            </w:r>
            <w:r>
              <w:t>pesenok</w:t>
            </w:r>
            <w:r w:rsidRPr="00332DB8">
              <w:rPr>
                <w:lang w:val="ru-RU"/>
              </w:rPr>
              <w:t>.</w:t>
            </w:r>
            <w:r>
              <w:t>ru</w:t>
            </w:r>
            <w:r w:rsidRPr="00332DB8">
              <w:rPr>
                <w:lang w:val="ru-RU"/>
              </w:rPr>
              <w:t>/</w:t>
            </w:r>
            <w:r>
              <w:t>nokturnal</w:t>
            </w:r>
            <w:r w:rsidRPr="00332DB8">
              <w:rPr>
                <w:lang w:val="ru-RU"/>
              </w:rPr>
              <w:t>-</w:t>
            </w:r>
            <w:r>
              <w:t>mortum</w:t>
            </w:r>
            <w:r w:rsidRPr="00332DB8">
              <w:rPr>
                <w:lang w:val="ru-RU"/>
              </w:rPr>
              <w:t>/</w:t>
            </w:r>
            <w:r>
              <w:t>tekst</w:t>
            </w:r>
            <w:r w:rsidRPr="00332DB8">
              <w:rPr>
                <w:lang w:val="ru-RU"/>
              </w:rPr>
              <w:t>-</w:t>
            </w:r>
            <w:r>
              <w:t>pesni</w:t>
            </w:r>
            <w:r w:rsidRPr="00332DB8">
              <w:rPr>
                <w:lang w:val="ru-RU"/>
              </w:rPr>
              <w:t>-</w:t>
            </w:r>
            <w:r>
              <w:t>v</w:t>
            </w:r>
            <w:r w:rsidRPr="00332DB8">
              <w:rPr>
                <w:lang w:val="ru-RU"/>
              </w:rPr>
              <w:t>-</w:t>
            </w:r>
            <w:r>
              <w:t>ogne</w:t>
            </w:r>
            <w:r w:rsidRPr="00332DB8">
              <w:rPr>
                <w:lang w:val="ru-RU"/>
              </w:rPr>
              <w:t>-</w:t>
            </w:r>
            <w:r>
              <w:t>derevyannyh</w:t>
            </w:r>
            <w:r w:rsidRPr="00332DB8">
              <w:rPr>
                <w:lang w:val="ru-RU"/>
              </w:rPr>
              <w:t>-</w:t>
            </w:r>
            <w:r>
              <w:t>cerkvej</w:t>
            </w:r>
            <w:r w:rsidRPr="00332DB8">
              <w:rPr>
                <w:lang w:val="ru-RU"/>
              </w:rPr>
              <w:t xml:space="preserve">/1117934/ </w:t>
            </w:r>
            <w:r>
              <w:t>http</w:t>
            </w:r>
            <w:r w:rsidRPr="00332DB8">
              <w:rPr>
                <w:lang w:val="ru-RU"/>
              </w:rPr>
              <w:t>://</w:t>
            </w:r>
            <w:r>
              <w:t>www</w:t>
            </w:r>
            <w:r w:rsidRPr="00332DB8">
              <w:rPr>
                <w:lang w:val="ru-RU"/>
              </w:rPr>
              <w:t>.</w:t>
            </w:r>
            <w:r>
              <w:t>megalyrics</w:t>
            </w:r>
            <w:r w:rsidRPr="00332DB8">
              <w:rPr>
                <w:lang w:val="ru-RU"/>
              </w:rPr>
              <w:t>.</w:t>
            </w:r>
            <w:r>
              <w:t>ru</w:t>
            </w:r>
            <w:r w:rsidRPr="00332DB8">
              <w:rPr>
                <w:lang w:val="ru-RU"/>
              </w:rPr>
              <w:t>/</w:t>
            </w:r>
            <w:r>
              <w:t>lyric</w:t>
            </w:r>
            <w:r w:rsidRPr="00332DB8">
              <w:rPr>
                <w:lang w:val="ru-RU"/>
              </w:rPr>
              <w:t>/</w:t>
            </w:r>
            <w:r>
              <w:t>nokturnal</w:t>
            </w:r>
            <w:r w:rsidRPr="00332DB8">
              <w:rPr>
                <w:lang w:val="ru-RU"/>
              </w:rPr>
              <w:t>-</w:t>
            </w:r>
            <w:r>
              <w:t>mortum</w:t>
            </w:r>
            <w:r w:rsidRPr="00332DB8">
              <w:rPr>
                <w:lang w:val="ru-RU"/>
              </w:rPr>
              <w:t>/</w:t>
            </w:r>
            <w:r>
              <w:t>v</w:t>
            </w:r>
            <w:r w:rsidRPr="00332DB8">
              <w:rPr>
                <w:lang w:val="ru-RU"/>
              </w:rPr>
              <w:t>-</w:t>
            </w:r>
            <w:r>
              <w:t>oghnie</w:t>
            </w:r>
            <w:r w:rsidRPr="00332DB8">
              <w:rPr>
                <w:lang w:val="ru-RU"/>
              </w:rPr>
              <w:t>-</w:t>
            </w:r>
            <w:r>
              <w:t>dierieviannykh</w:t>
            </w:r>
            <w:r w:rsidRPr="00332DB8">
              <w:rPr>
                <w:lang w:val="ru-RU"/>
              </w:rPr>
              <w:t>-</w:t>
            </w:r>
            <w:r>
              <w:t>tsierkviei</w:t>
            </w:r>
            <w:r w:rsidRPr="00332DB8">
              <w:rPr>
                <w:lang w:val="ru-RU"/>
              </w:rPr>
              <w:t>.</w:t>
            </w:r>
            <w:r>
              <w:t>htm</w:t>
            </w:r>
            <w:r w:rsidRPr="00332DB8">
              <w:rPr>
                <w:lang w:val="ru-RU"/>
              </w:rPr>
              <w:t xml:space="preserve"> (решение Заволжского районного суда г. Ярославля от 15.12.2017);</w:t>
            </w:r>
          </w:p>
        </w:tc>
        <w:tc>
          <w:tcPr>
            <w:tcW w:w="2880" w:type="dxa"/>
          </w:tcPr>
          <w:p w:rsidR="006F7457" w:rsidRDefault="00332DB8">
            <w:r>
              <w:lastRenderedPageBreak/>
              <w:t>28.</w:t>
            </w:r>
            <w:r>
              <w:lastRenderedPageBreak/>
              <w:t>02.2018</w:t>
            </w:r>
          </w:p>
        </w:tc>
      </w:tr>
      <w:tr w:rsidR="006F7457">
        <w:tc>
          <w:tcPr>
            <w:tcW w:w="2880" w:type="dxa"/>
          </w:tcPr>
          <w:p w:rsidR="006F7457" w:rsidRDefault="00332DB8">
            <w:r>
              <w:lastRenderedPageBreak/>
              <w:t>4390.</w:t>
            </w:r>
          </w:p>
        </w:tc>
        <w:tc>
          <w:tcPr>
            <w:tcW w:w="2880" w:type="dxa"/>
          </w:tcPr>
          <w:p w:rsidR="006F7457" w:rsidRPr="00332DB8" w:rsidRDefault="00332DB8">
            <w:pPr>
              <w:rPr>
                <w:lang w:val="ru-RU"/>
              </w:rPr>
            </w:pPr>
            <w:r w:rsidRPr="00332DB8">
              <w:rPr>
                <w:lang w:val="ru-RU"/>
              </w:rPr>
              <w:t>Аудиозапись и ее текст под названием «</w:t>
            </w:r>
            <w:r>
              <w:t>Warriors</w:t>
            </w:r>
            <w:r w:rsidRPr="00332DB8">
              <w:rPr>
                <w:lang w:val="ru-RU"/>
              </w:rPr>
              <w:t>_</w:t>
            </w:r>
            <w:r>
              <w:t>of</w:t>
            </w:r>
            <w:r w:rsidRPr="00332DB8">
              <w:rPr>
                <w:lang w:val="ru-RU"/>
              </w:rPr>
              <w:t>_</w:t>
            </w:r>
            <w:r>
              <w:t>Zion</w:t>
            </w:r>
            <w:r w:rsidRPr="00332DB8">
              <w:rPr>
                <w:lang w:val="ru-RU"/>
              </w:rPr>
              <w:t xml:space="preserve">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pByKqNXtax</w:t>
            </w:r>
            <w:r w:rsidRPr="00332DB8">
              <w:rPr>
                <w:lang w:val="ru-RU"/>
              </w:rPr>
              <w:t xml:space="preserve">4 </w:t>
            </w:r>
            <w:r>
              <w:t>http</w:t>
            </w:r>
            <w:r w:rsidRPr="00332DB8">
              <w:rPr>
                <w:lang w:val="ru-RU"/>
              </w:rPr>
              <w:t>:/</w:t>
            </w:r>
            <w:r>
              <w:t>rutracker</w:t>
            </w:r>
            <w:r w:rsidRPr="00332DB8">
              <w:rPr>
                <w:lang w:val="ru-RU"/>
              </w:rPr>
              <w:t>.</w:t>
            </w:r>
            <w:r>
              <w:t>org</w:t>
            </w:r>
            <w:r w:rsidRPr="00332DB8">
              <w:rPr>
                <w:lang w:val="ru-RU"/>
              </w:rPr>
              <w:t>/</w:t>
            </w:r>
            <w:r>
              <w:t>forum</w:t>
            </w:r>
            <w:r w:rsidRPr="00332DB8">
              <w:rPr>
                <w:lang w:val="ru-RU"/>
              </w:rPr>
              <w:t>/</w:t>
            </w:r>
            <w:r>
              <w:t>viewtopic</w:t>
            </w:r>
            <w:r w:rsidRPr="00332DB8">
              <w:rPr>
                <w:lang w:val="ru-RU"/>
              </w:rPr>
              <w:t>.</w:t>
            </w:r>
            <w:r>
              <w:t>php</w:t>
            </w:r>
            <w:r w:rsidRPr="00332DB8">
              <w:rPr>
                <w:lang w:val="ru-RU"/>
              </w:rPr>
              <w:t>?</w:t>
            </w:r>
            <w:r>
              <w:t>t</w:t>
            </w:r>
            <w:r w:rsidRPr="00332DB8">
              <w:rPr>
                <w:lang w:val="ru-RU"/>
              </w:rPr>
              <w:t xml:space="preserve">=5400687 </w:t>
            </w:r>
            <w:r>
              <w:t>https</w:t>
            </w:r>
            <w:r w:rsidRPr="00332DB8">
              <w:rPr>
                <w:lang w:val="ru-RU"/>
              </w:rPr>
              <w:t>://</w:t>
            </w:r>
            <w:r>
              <w:t>warriorsofzion</w:t>
            </w:r>
            <w:r w:rsidRPr="00332DB8">
              <w:rPr>
                <w:lang w:val="ru-RU"/>
              </w:rPr>
              <w:t>.</w:t>
            </w:r>
            <w:r>
              <w:t>bandcamp</w:t>
            </w:r>
            <w:r w:rsidRPr="00332DB8">
              <w:rPr>
                <w:lang w:val="ru-RU"/>
              </w:rPr>
              <w:t>.</w:t>
            </w:r>
            <w:r>
              <w:t>com</w:t>
            </w:r>
            <w:r w:rsidRPr="00332DB8">
              <w:rPr>
                <w:lang w:val="ru-RU"/>
              </w:rPr>
              <w:t>/</w:t>
            </w:r>
            <w:r>
              <w:t>track</w:t>
            </w:r>
            <w:r w:rsidRPr="00332DB8">
              <w:rPr>
                <w:lang w:val="ru-RU"/>
              </w:rPr>
              <w:t>/--8 (решение Заволжского районного суда г. Ярославля от 15.12.2017);</w:t>
            </w:r>
          </w:p>
        </w:tc>
        <w:tc>
          <w:tcPr>
            <w:tcW w:w="2880" w:type="dxa"/>
          </w:tcPr>
          <w:p w:rsidR="006F7457" w:rsidRDefault="00332DB8">
            <w:r>
              <w:t>28.02.2018</w:t>
            </w:r>
          </w:p>
        </w:tc>
      </w:tr>
      <w:tr w:rsidR="006F7457">
        <w:tc>
          <w:tcPr>
            <w:tcW w:w="2880" w:type="dxa"/>
          </w:tcPr>
          <w:p w:rsidR="006F7457" w:rsidRDefault="00332DB8">
            <w:r>
              <w:t>4391.</w:t>
            </w:r>
          </w:p>
        </w:tc>
        <w:tc>
          <w:tcPr>
            <w:tcW w:w="2880" w:type="dxa"/>
          </w:tcPr>
          <w:p w:rsidR="006F7457" w:rsidRPr="00332DB8" w:rsidRDefault="00332DB8">
            <w:pPr>
              <w:rPr>
                <w:lang w:val="ru-RU"/>
              </w:rPr>
            </w:pPr>
            <w:r w:rsidRPr="00332DB8">
              <w:rPr>
                <w:lang w:val="ru-RU"/>
              </w:rPr>
              <w:t>Аудиозапись и ее текст под названием «</w:t>
            </w:r>
            <w:r>
              <w:t>Warriors</w:t>
            </w:r>
            <w:r w:rsidRPr="00332DB8">
              <w:rPr>
                <w:lang w:val="ru-RU"/>
              </w:rPr>
              <w:t>_</w:t>
            </w:r>
            <w:r>
              <w:t>Of</w:t>
            </w:r>
            <w:r w:rsidRPr="00332DB8">
              <w:rPr>
                <w:lang w:val="ru-RU"/>
              </w:rPr>
              <w:t>_</w:t>
            </w:r>
            <w:r>
              <w:t>Zion</w:t>
            </w:r>
            <w:r w:rsidRPr="00332DB8">
              <w:rPr>
                <w:lang w:val="ru-RU"/>
              </w:rPr>
              <w:t xml:space="preserve">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=9</w:t>
            </w:r>
            <w:r>
              <w:t>g</w:t>
            </w:r>
            <w:r w:rsidRPr="00332DB8">
              <w:rPr>
                <w:lang w:val="ru-RU"/>
              </w:rPr>
              <w:t>-</w:t>
            </w:r>
            <w:r>
              <w:t>SNOWHQgw</w:t>
            </w:r>
            <w:r w:rsidRPr="00332DB8">
              <w:rPr>
                <w:lang w:val="ru-RU"/>
              </w:rPr>
              <w:t xml:space="preserve"> </w:t>
            </w:r>
            <w:r>
              <w:t>https</w:t>
            </w:r>
            <w:r w:rsidRPr="00332DB8">
              <w:rPr>
                <w:lang w:val="ru-RU"/>
              </w:rPr>
              <w:t>://</w:t>
            </w:r>
            <w:r>
              <w:t>warriorsofzion</w:t>
            </w:r>
            <w:r w:rsidRPr="00332DB8">
              <w:rPr>
                <w:lang w:val="ru-RU"/>
              </w:rPr>
              <w:t>.</w:t>
            </w:r>
            <w:r>
              <w:t>bandcamp</w:t>
            </w:r>
            <w:r w:rsidRPr="00332DB8">
              <w:rPr>
                <w:lang w:val="ru-RU"/>
              </w:rPr>
              <w:t>.</w:t>
            </w:r>
            <w:r>
              <w:t>com</w:t>
            </w:r>
            <w:r w:rsidRPr="00332DB8">
              <w:rPr>
                <w:lang w:val="ru-RU"/>
              </w:rPr>
              <w:t>/</w:t>
            </w:r>
            <w:r>
              <w:t>track</w:t>
            </w:r>
            <w:r w:rsidRPr="00332DB8">
              <w:rPr>
                <w:lang w:val="ru-RU"/>
              </w:rPr>
              <w:t>/--5 (решение Заволжского районного суда г. Ярославля от 15.12.2017);</w:t>
            </w:r>
          </w:p>
        </w:tc>
        <w:tc>
          <w:tcPr>
            <w:tcW w:w="2880" w:type="dxa"/>
          </w:tcPr>
          <w:p w:rsidR="006F7457" w:rsidRDefault="00332DB8">
            <w:r>
              <w:t>28.02.2018</w:t>
            </w:r>
          </w:p>
        </w:tc>
      </w:tr>
      <w:tr w:rsidR="006F7457">
        <w:tc>
          <w:tcPr>
            <w:tcW w:w="2880" w:type="dxa"/>
          </w:tcPr>
          <w:p w:rsidR="006F7457" w:rsidRDefault="00332DB8">
            <w:r>
              <w:t>4392.</w:t>
            </w:r>
          </w:p>
        </w:tc>
        <w:tc>
          <w:tcPr>
            <w:tcW w:w="2880" w:type="dxa"/>
          </w:tcPr>
          <w:p w:rsidR="006F7457" w:rsidRPr="00332DB8" w:rsidRDefault="00332DB8">
            <w:pPr>
              <w:rPr>
                <w:lang w:val="ru-RU"/>
              </w:rPr>
            </w:pPr>
            <w:r w:rsidRPr="00332DB8">
              <w:rPr>
                <w:lang w:val="ru-RU"/>
              </w:rPr>
              <w:t xml:space="preserve">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w:t>
            </w:r>
            <w:r>
              <w:t>http</w:t>
            </w:r>
            <w:r w:rsidRPr="00332DB8">
              <w:rPr>
                <w:lang w:val="ru-RU"/>
              </w:rPr>
              <w:t>://</w:t>
            </w:r>
            <w:r>
              <w:t>onesong</w:t>
            </w:r>
            <w:r w:rsidRPr="00332DB8">
              <w:rPr>
                <w:lang w:val="ru-RU"/>
              </w:rPr>
              <w:t>.</w:t>
            </w:r>
            <w:r>
              <w:t>ru</w:t>
            </w:r>
            <w:r w:rsidRPr="00332DB8">
              <w:rPr>
                <w:lang w:val="ru-RU"/>
              </w:rPr>
              <w:t>/3/</w:t>
            </w:r>
            <w:r>
              <w:t>Velimor</w:t>
            </w:r>
            <w:r w:rsidRPr="00332DB8">
              <w:rPr>
                <w:lang w:val="ru-RU"/>
              </w:rPr>
              <w:t>/</w:t>
            </w:r>
            <w:r>
              <w:t>tekst</w:t>
            </w:r>
            <w:r w:rsidRPr="00332DB8">
              <w:rPr>
                <w:lang w:val="ru-RU"/>
              </w:rPr>
              <w:t>-</w:t>
            </w:r>
            <w:r>
              <w:t>pesni</w:t>
            </w:r>
            <w:r w:rsidRPr="00332DB8">
              <w:rPr>
                <w:lang w:val="ru-RU"/>
              </w:rPr>
              <w:t>-</w:t>
            </w:r>
            <w:r>
              <w:t>Yahveblud</w:t>
            </w:r>
            <w:r w:rsidRPr="00332DB8">
              <w:rPr>
                <w:lang w:val="ru-RU"/>
              </w:rPr>
              <w:t xml:space="preserve"> </w:t>
            </w:r>
            <w:r>
              <w:t>https</w:t>
            </w:r>
            <w:r w:rsidRPr="00332DB8">
              <w:rPr>
                <w:lang w:val="ru-RU"/>
              </w:rPr>
              <w:t>://</w:t>
            </w:r>
            <w:r>
              <w:t>playvk</w:t>
            </w:r>
            <w:r w:rsidRPr="00332DB8">
              <w:rPr>
                <w:lang w:val="ru-RU"/>
              </w:rPr>
              <w:t>.</w:t>
            </w:r>
            <w:r>
              <w:t>com</w:t>
            </w:r>
            <w:r w:rsidRPr="00332DB8">
              <w:rPr>
                <w:lang w:val="ru-RU"/>
              </w:rPr>
              <w:t>/</w:t>
            </w:r>
            <w:r>
              <w:t>song</w:t>
            </w:r>
            <w:r w:rsidRPr="00332DB8">
              <w:rPr>
                <w:lang w:val="ru-RU"/>
              </w:rPr>
              <w:t>/</w:t>
            </w:r>
            <w:r>
              <w:t>Be</w:t>
            </w:r>
            <w:r w:rsidRPr="00332DB8">
              <w:rPr>
                <w:lang w:val="ru-RU"/>
              </w:rPr>
              <w:t>лим</w:t>
            </w:r>
            <w:r>
              <w:t>op</w:t>
            </w:r>
            <w:r w:rsidRPr="00332DB8">
              <w:rPr>
                <w:lang w:val="ru-RU"/>
              </w:rPr>
              <w:t>/Я</w:t>
            </w:r>
            <w:r>
              <w:t>x</w:t>
            </w:r>
            <w:r w:rsidRPr="00332DB8">
              <w:rPr>
                <w:lang w:val="ru-RU"/>
              </w:rPr>
              <w:t>в</w:t>
            </w:r>
            <w:r>
              <w:t>e</w:t>
            </w:r>
            <w:r w:rsidRPr="00332DB8">
              <w:rPr>
                <w:lang w:val="ru-RU"/>
              </w:rPr>
              <w:t>бл</w:t>
            </w:r>
            <w:r>
              <w:t>y</w:t>
            </w:r>
            <w:r w:rsidRPr="00332DB8">
              <w:rPr>
                <w:lang w:val="ru-RU"/>
              </w:rPr>
              <w:t xml:space="preserve">д/ </w:t>
            </w:r>
            <w:r>
              <w:t>https</w:t>
            </w:r>
            <w:r w:rsidRPr="00332DB8">
              <w:rPr>
                <w:lang w:val="ru-RU"/>
              </w:rPr>
              <w:t>://</w:t>
            </w:r>
            <w:r>
              <w:t>zf</w:t>
            </w:r>
            <w:r w:rsidRPr="00332DB8">
              <w:rPr>
                <w:lang w:val="ru-RU"/>
              </w:rPr>
              <w:t>.</w:t>
            </w:r>
            <w:r>
              <w:t>fm</w:t>
            </w:r>
            <w:r w:rsidRPr="00332DB8">
              <w:rPr>
                <w:lang w:val="ru-RU"/>
              </w:rPr>
              <w:t>/</w:t>
            </w:r>
            <w:r>
              <w:t>song</w:t>
            </w:r>
            <w:r w:rsidRPr="00332DB8">
              <w:rPr>
                <w:lang w:val="ru-RU"/>
              </w:rPr>
              <w:t xml:space="preserve">/5484651 </w:t>
            </w:r>
            <w:r>
              <w:t>https</w:t>
            </w:r>
            <w:r w:rsidRPr="00332DB8">
              <w:rPr>
                <w:lang w:val="ru-RU"/>
              </w:rPr>
              <w:t>://</w:t>
            </w:r>
            <w:r>
              <w:t>webkind</w:t>
            </w:r>
            <w:r w:rsidRPr="00332DB8">
              <w:rPr>
                <w:lang w:val="ru-RU"/>
              </w:rPr>
              <w:t>.</w:t>
            </w:r>
            <w:r>
              <w:t>ru</w:t>
            </w:r>
            <w:r w:rsidRPr="00332DB8">
              <w:rPr>
                <w:lang w:val="ru-RU"/>
              </w:rPr>
              <w:t>/</w:t>
            </w:r>
            <w:r>
              <w:t>text</w:t>
            </w:r>
            <w:r w:rsidRPr="00332DB8">
              <w:rPr>
                <w:lang w:val="ru-RU"/>
              </w:rPr>
              <w:t>/502528894_60617567</w:t>
            </w:r>
            <w:r>
              <w:t>p</w:t>
            </w:r>
            <w:r w:rsidRPr="00332DB8">
              <w:rPr>
                <w:lang w:val="ru-RU"/>
              </w:rPr>
              <w:t>628294703_</w:t>
            </w:r>
            <w:r>
              <w:t>text</w:t>
            </w:r>
            <w:r w:rsidRPr="00332DB8">
              <w:rPr>
                <w:lang w:val="ru-RU"/>
              </w:rPr>
              <w:t>_</w:t>
            </w:r>
            <w:r>
              <w:t>pesni</w:t>
            </w:r>
            <w:r w:rsidRPr="00332DB8">
              <w:rPr>
                <w:lang w:val="ru-RU"/>
              </w:rPr>
              <w:t>_</w:t>
            </w:r>
            <w:r>
              <w:t>yahveblud</w:t>
            </w:r>
            <w:r w:rsidRPr="00332DB8">
              <w:rPr>
                <w:lang w:val="ru-RU"/>
              </w:rPr>
              <w:t>.</w:t>
            </w:r>
            <w:r>
              <w:t>html</w:t>
            </w:r>
            <w:r w:rsidRPr="00332DB8">
              <w:rPr>
                <w:lang w:val="ru-RU"/>
              </w:rPr>
              <w:t xml:space="preserve"> (решение Заволжского районного суда г. Ярославля от 15.12.2017);</w:t>
            </w:r>
          </w:p>
        </w:tc>
        <w:tc>
          <w:tcPr>
            <w:tcW w:w="2880" w:type="dxa"/>
          </w:tcPr>
          <w:p w:rsidR="006F7457" w:rsidRDefault="00332DB8">
            <w:r>
              <w:t>28.02.2018</w:t>
            </w:r>
          </w:p>
        </w:tc>
      </w:tr>
      <w:tr w:rsidR="006F7457">
        <w:tc>
          <w:tcPr>
            <w:tcW w:w="2880" w:type="dxa"/>
          </w:tcPr>
          <w:p w:rsidR="006F7457" w:rsidRDefault="00332DB8">
            <w:r>
              <w:lastRenderedPageBreak/>
              <w:t>4393.</w:t>
            </w:r>
          </w:p>
        </w:tc>
        <w:tc>
          <w:tcPr>
            <w:tcW w:w="2880" w:type="dxa"/>
          </w:tcPr>
          <w:p w:rsidR="006F7457" w:rsidRPr="00332DB8" w:rsidRDefault="00332DB8">
            <w:pPr>
              <w:rPr>
                <w:lang w:val="ru-RU"/>
              </w:rPr>
            </w:pPr>
            <w:r w:rsidRPr="00332DB8">
              <w:rPr>
                <w:lang w:val="ru-RU"/>
              </w:rPr>
              <w:t xml:space="preserve">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w:t>
            </w:r>
            <w:r>
              <w:t>http</w:t>
            </w:r>
            <w:r w:rsidRPr="00332DB8">
              <w:rPr>
                <w:lang w:val="ru-RU"/>
              </w:rPr>
              <w:t>://</w:t>
            </w:r>
            <w:r>
              <w:t>zaycev</w:t>
            </w:r>
            <w:r w:rsidRPr="00332DB8">
              <w:rPr>
                <w:lang w:val="ru-RU"/>
              </w:rPr>
              <w:t>.</w:t>
            </w:r>
            <w:r>
              <w:t>net</w:t>
            </w:r>
            <w:r w:rsidRPr="00332DB8">
              <w:rPr>
                <w:lang w:val="ru-RU"/>
              </w:rPr>
              <w:t>/</w:t>
            </w:r>
            <w:r>
              <w:t>pages</w:t>
            </w:r>
            <w:r w:rsidRPr="00332DB8">
              <w:rPr>
                <w:lang w:val="ru-RU"/>
              </w:rPr>
              <w:t>/23203/2320365.</w:t>
            </w:r>
            <w:r>
              <w:t>shtml</w:t>
            </w:r>
            <w:r w:rsidRPr="00332DB8">
              <w:rPr>
                <w:lang w:val="ru-RU"/>
              </w:rPr>
              <w:t xml:space="preserve"> </w:t>
            </w:r>
            <w:r>
              <w:t>http</w:t>
            </w:r>
            <w:r w:rsidRPr="00332DB8">
              <w:rPr>
                <w:lang w:val="ru-RU"/>
              </w:rPr>
              <w:t>://</w:t>
            </w:r>
            <w:r>
              <w:t>www</w:t>
            </w:r>
            <w:r w:rsidRPr="00332DB8">
              <w:rPr>
                <w:lang w:val="ru-RU"/>
              </w:rPr>
              <w:t>.</w:t>
            </w:r>
            <w:r>
              <w:t>jooov</w:t>
            </w:r>
            <w:r w:rsidRPr="00332DB8">
              <w:rPr>
                <w:lang w:val="ru-RU"/>
              </w:rPr>
              <w:t>.</w:t>
            </w:r>
            <w:r>
              <w:t>net</w:t>
            </w:r>
            <w:r w:rsidRPr="00332DB8">
              <w:rPr>
                <w:lang w:val="ru-RU"/>
              </w:rPr>
              <w:t>/</w:t>
            </w:r>
            <w:r>
              <w:t>text</w:t>
            </w:r>
            <w:r w:rsidRPr="00332DB8">
              <w:rPr>
                <w:lang w:val="ru-RU"/>
              </w:rPr>
              <w:t>/1390332/</w:t>
            </w:r>
            <w:r>
              <w:t>izmoroz</w:t>
            </w:r>
            <w:r w:rsidRPr="00332DB8">
              <w:rPr>
                <w:lang w:val="ru-RU"/>
              </w:rPr>
              <w:t>-</w:t>
            </w:r>
            <w:r>
              <w:t>tserkov</w:t>
            </w:r>
            <w:r w:rsidRPr="00332DB8">
              <w:rPr>
                <w:lang w:val="ru-RU"/>
              </w:rPr>
              <w:t>_</w:t>
            </w:r>
            <w:r>
              <w:t>chto</w:t>
            </w:r>
            <w:r w:rsidRPr="00332DB8">
              <w:rPr>
                <w:lang w:val="ru-RU"/>
              </w:rPr>
              <w:t>_</w:t>
            </w:r>
            <w:r>
              <w:t>gorit</w:t>
            </w:r>
            <w:r w:rsidRPr="00332DB8">
              <w:rPr>
                <w:lang w:val="ru-RU"/>
              </w:rPr>
              <w:t>_</w:t>
            </w:r>
            <w:r>
              <w:t>pod</w:t>
            </w:r>
            <w:r w:rsidRPr="00332DB8">
              <w:rPr>
                <w:lang w:val="ru-RU"/>
              </w:rPr>
              <w:t>_</w:t>
            </w:r>
            <w:r>
              <w:t>goroy</w:t>
            </w:r>
            <w:r w:rsidRPr="00332DB8">
              <w:rPr>
                <w:lang w:val="ru-RU"/>
              </w:rPr>
              <w:t>.</w:t>
            </w:r>
            <w:r>
              <w:t>htmls</w:t>
            </w:r>
            <w:r w:rsidRPr="00332DB8">
              <w:rPr>
                <w:lang w:val="ru-RU"/>
              </w:rPr>
              <w:t xml:space="preserve"> </w:t>
            </w:r>
            <w:r>
              <w:t>https</w:t>
            </w:r>
            <w:r w:rsidRPr="00332DB8">
              <w:rPr>
                <w:lang w:val="ru-RU"/>
              </w:rPr>
              <w:t>://</w:t>
            </w:r>
            <w:r>
              <w:t>music</w:t>
            </w:r>
            <w:r w:rsidRPr="00332DB8">
              <w:rPr>
                <w:lang w:val="ru-RU"/>
              </w:rPr>
              <w:t>.</w:t>
            </w:r>
            <w:r>
              <w:t>yandex</w:t>
            </w:r>
            <w:r w:rsidRPr="00332DB8">
              <w:rPr>
                <w:lang w:val="ru-RU"/>
              </w:rPr>
              <w:t>.</w:t>
            </w:r>
            <w:r>
              <w:t>ru</w:t>
            </w:r>
            <w:r w:rsidRPr="00332DB8">
              <w:rPr>
                <w:lang w:val="ru-RU"/>
              </w:rPr>
              <w:t>/</w:t>
            </w:r>
            <w:r>
              <w:t>album</w:t>
            </w:r>
            <w:r w:rsidRPr="00332DB8">
              <w:rPr>
                <w:lang w:val="ru-RU"/>
              </w:rPr>
              <w:t>/4071782/</w:t>
            </w:r>
            <w:r>
              <w:t>track</w:t>
            </w:r>
            <w:r w:rsidRPr="00332DB8">
              <w:rPr>
                <w:lang w:val="ru-RU"/>
              </w:rPr>
              <w:t>/33306522?</w:t>
            </w:r>
            <w:r>
              <w:t>from</w:t>
            </w:r>
            <w:r w:rsidRPr="00332DB8">
              <w:rPr>
                <w:lang w:val="ru-RU"/>
              </w:rPr>
              <w:t>=</w:t>
            </w:r>
            <w:r>
              <w:t>serp</w:t>
            </w:r>
            <w:r w:rsidRPr="00332DB8">
              <w:rPr>
                <w:lang w:val="ru-RU"/>
              </w:rPr>
              <w:t xml:space="preserve">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QDZCWZFL</w:t>
            </w:r>
            <w:r w:rsidRPr="00332DB8">
              <w:rPr>
                <w:lang w:val="ru-RU"/>
              </w:rPr>
              <w:t>-</w:t>
            </w:r>
            <w:r>
              <w:t>IM</w:t>
            </w:r>
            <w:r w:rsidRPr="00332DB8">
              <w:rPr>
                <w:lang w:val="ru-RU"/>
              </w:rPr>
              <w:t xml:space="preserve"> </w:t>
            </w:r>
            <w:r>
              <w:t>http</w:t>
            </w:r>
            <w:r w:rsidRPr="00332DB8">
              <w:rPr>
                <w:lang w:val="ru-RU"/>
              </w:rPr>
              <w:t>://</w:t>
            </w:r>
            <w:r>
              <w:t>altwall</w:t>
            </w:r>
            <w:r w:rsidRPr="00332DB8">
              <w:rPr>
                <w:lang w:val="ru-RU"/>
              </w:rPr>
              <w:t>.</w:t>
            </w:r>
            <w:r>
              <w:t>net</w:t>
            </w:r>
            <w:r w:rsidRPr="00332DB8">
              <w:rPr>
                <w:lang w:val="ru-RU"/>
              </w:rPr>
              <w:t>/</w:t>
            </w:r>
            <w:r>
              <w:t>texts</w:t>
            </w:r>
            <w:r w:rsidRPr="00332DB8">
              <w:rPr>
                <w:lang w:val="ru-RU"/>
              </w:rPr>
              <w:t>.</w:t>
            </w:r>
            <w:r>
              <w:t>php</w:t>
            </w:r>
            <w:r w:rsidRPr="00332DB8">
              <w:rPr>
                <w:lang w:val="ru-RU"/>
              </w:rPr>
              <w:t>?</w:t>
            </w:r>
            <w:r>
              <w:t>show</w:t>
            </w:r>
            <w:r w:rsidRPr="00332DB8">
              <w:rPr>
                <w:lang w:val="ru-RU"/>
              </w:rPr>
              <w:t>=</w:t>
            </w:r>
            <w:r>
              <w:t>izmoroz</w:t>
            </w:r>
            <w:r w:rsidRPr="00332DB8">
              <w:rPr>
                <w:lang w:val="ru-RU"/>
              </w:rPr>
              <w:t>&amp;</w:t>
            </w:r>
            <w:r>
              <w:t>number</w:t>
            </w:r>
            <w:r w:rsidRPr="00332DB8">
              <w:rPr>
                <w:lang w:val="ru-RU"/>
              </w:rPr>
              <w:t xml:space="preserve">=140844 </w:t>
            </w:r>
            <w:r>
              <w:t>https</w:t>
            </w:r>
            <w:r w:rsidRPr="00332DB8">
              <w:rPr>
                <w:lang w:val="ru-RU"/>
              </w:rPr>
              <w:t>://</w:t>
            </w:r>
            <w:r>
              <w:t>xmuzic</w:t>
            </w:r>
            <w:r w:rsidRPr="00332DB8">
              <w:rPr>
                <w:lang w:val="ru-RU"/>
              </w:rPr>
              <w:t>.</w:t>
            </w:r>
            <w:r>
              <w:t>me</w:t>
            </w:r>
            <w:r w:rsidRPr="00332DB8">
              <w:rPr>
                <w:lang w:val="ru-RU"/>
              </w:rPr>
              <w:t>/</w:t>
            </w:r>
            <w:r>
              <w:t>s</w:t>
            </w:r>
            <w:r w:rsidRPr="00332DB8">
              <w:rPr>
                <w:lang w:val="ru-RU"/>
              </w:rPr>
              <w:t>/48792065-</w:t>
            </w:r>
            <w:r>
              <w:t>Izmoroz</w:t>
            </w:r>
            <w:r w:rsidRPr="00332DB8">
              <w:rPr>
                <w:lang w:val="ru-RU"/>
              </w:rPr>
              <w:t>_-_</w:t>
            </w:r>
            <w:r>
              <w:t>Cerkov</w:t>
            </w:r>
            <w:r w:rsidRPr="00332DB8">
              <w:rPr>
                <w:lang w:val="ru-RU"/>
              </w:rPr>
              <w:t>_</w:t>
            </w:r>
            <w:r>
              <w:t>CHto</w:t>
            </w:r>
            <w:r w:rsidRPr="00332DB8">
              <w:rPr>
                <w:lang w:val="ru-RU"/>
              </w:rPr>
              <w:t>_</w:t>
            </w:r>
            <w:r>
              <w:t>Gorit</w:t>
            </w:r>
            <w:r w:rsidRPr="00332DB8">
              <w:rPr>
                <w:lang w:val="ru-RU"/>
              </w:rPr>
              <w:t>_</w:t>
            </w:r>
            <w:r>
              <w:t>Pod</w:t>
            </w:r>
            <w:r w:rsidRPr="00332DB8">
              <w:rPr>
                <w:lang w:val="ru-RU"/>
              </w:rPr>
              <w:t>_</w:t>
            </w:r>
            <w:r>
              <w:t>Goroj</w:t>
            </w:r>
            <w:r w:rsidRPr="00332DB8">
              <w:rPr>
                <w:lang w:val="ru-RU"/>
              </w:rPr>
              <w:t>/ (решение Заволжского районного суда г. Ярославля от 15.12.2017);</w:t>
            </w:r>
          </w:p>
        </w:tc>
        <w:tc>
          <w:tcPr>
            <w:tcW w:w="2880" w:type="dxa"/>
          </w:tcPr>
          <w:p w:rsidR="006F7457" w:rsidRDefault="00332DB8">
            <w:r>
              <w:t>28.02.2018</w:t>
            </w:r>
          </w:p>
        </w:tc>
      </w:tr>
      <w:tr w:rsidR="006F7457">
        <w:tc>
          <w:tcPr>
            <w:tcW w:w="2880" w:type="dxa"/>
          </w:tcPr>
          <w:p w:rsidR="006F7457" w:rsidRDefault="00332DB8">
            <w:r>
              <w:t>4394.</w:t>
            </w:r>
          </w:p>
        </w:tc>
        <w:tc>
          <w:tcPr>
            <w:tcW w:w="2880" w:type="dxa"/>
          </w:tcPr>
          <w:p w:rsidR="006F7457" w:rsidRPr="00332DB8" w:rsidRDefault="00332DB8">
            <w:pPr>
              <w:rPr>
                <w:lang w:val="ru-RU"/>
              </w:rPr>
            </w:pPr>
            <w:r w:rsidRPr="00332DB8">
              <w:rPr>
                <w:lang w:val="ru-RU"/>
              </w:rPr>
              <w:t xml:space="preserve">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=6</w:t>
            </w:r>
            <w:r>
              <w:t>m</w:t>
            </w:r>
            <w:r w:rsidRPr="00332DB8">
              <w:rPr>
                <w:lang w:val="ru-RU"/>
              </w:rPr>
              <w:t>5</w:t>
            </w:r>
            <w:r>
              <w:t>S</w:t>
            </w:r>
            <w:r w:rsidRPr="00332DB8">
              <w:rPr>
                <w:lang w:val="ru-RU"/>
              </w:rPr>
              <w:t>3</w:t>
            </w:r>
            <w:r>
              <w:t>F</w:t>
            </w:r>
            <w:r w:rsidRPr="00332DB8">
              <w:rPr>
                <w:lang w:val="ru-RU"/>
              </w:rPr>
              <w:t>0</w:t>
            </w:r>
            <w:r>
              <w:t>ydw</w:t>
            </w:r>
            <w:r w:rsidRPr="00332DB8">
              <w:rPr>
                <w:lang w:val="ru-RU"/>
              </w:rPr>
              <w:t xml:space="preserve">8 </w:t>
            </w:r>
            <w:r>
              <w:t>http</w:t>
            </w:r>
            <w:r w:rsidRPr="00332DB8">
              <w:rPr>
                <w:lang w:val="ru-RU"/>
              </w:rPr>
              <w:t>://</w:t>
            </w:r>
            <w:r>
              <w:t>tekstanet</w:t>
            </w:r>
            <w:r w:rsidRPr="00332DB8">
              <w:rPr>
                <w:lang w:val="ru-RU"/>
              </w:rPr>
              <w:t>.</w:t>
            </w:r>
            <w:r>
              <w:t>ru</w:t>
            </w:r>
            <w:r w:rsidRPr="00332DB8">
              <w:rPr>
                <w:lang w:val="ru-RU"/>
              </w:rPr>
              <w:t>/10/</w:t>
            </w:r>
            <w:r>
              <w:t>Korroziya</w:t>
            </w:r>
            <w:r w:rsidRPr="00332DB8">
              <w:rPr>
                <w:lang w:val="ru-RU"/>
              </w:rPr>
              <w:t>-</w:t>
            </w:r>
            <w:r>
              <w:t>Metalla</w:t>
            </w:r>
            <w:r w:rsidRPr="00332DB8">
              <w:rPr>
                <w:lang w:val="ru-RU"/>
              </w:rPr>
              <w:t>/</w:t>
            </w:r>
            <w:r>
              <w:t>tekst</w:t>
            </w:r>
            <w:r w:rsidRPr="00332DB8">
              <w:rPr>
                <w:lang w:val="ru-RU"/>
              </w:rPr>
              <w:t>-</w:t>
            </w:r>
            <w:r>
              <w:t>pesni</w:t>
            </w:r>
            <w:r w:rsidRPr="00332DB8">
              <w:rPr>
                <w:lang w:val="ru-RU"/>
              </w:rPr>
              <w:t>-</w:t>
            </w:r>
            <w:r>
              <w:t>Antitsunar</w:t>
            </w:r>
            <w:r w:rsidRPr="00332DB8">
              <w:rPr>
                <w:lang w:val="ru-RU"/>
              </w:rPr>
              <w:t>---</w:t>
            </w:r>
            <w:r>
              <w:t>Antizog</w:t>
            </w:r>
            <w:r w:rsidRPr="00332DB8">
              <w:rPr>
                <w:lang w:val="ru-RU"/>
              </w:rPr>
              <w:t xml:space="preserve"> </w:t>
            </w:r>
            <w:r>
              <w:t>http</w:t>
            </w:r>
            <w:r w:rsidRPr="00332DB8">
              <w:rPr>
                <w:lang w:val="ru-RU"/>
              </w:rPr>
              <w:t>://</w:t>
            </w:r>
            <w:r>
              <w:t>pesenok</w:t>
            </w:r>
            <w:r w:rsidRPr="00332DB8">
              <w:rPr>
                <w:lang w:val="ru-RU"/>
              </w:rPr>
              <w:t>.</w:t>
            </w:r>
            <w:r>
              <w:t>ru</w:t>
            </w:r>
            <w:r w:rsidRPr="00332DB8">
              <w:rPr>
                <w:lang w:val="ru-RU"/>
              </w:rPr>
              <w:t>/</w:t>
            </w:r>
            <w:r>
              <w:t>l</w:t>
            </w:r>
            <w:r w:rsidRPr="00332DB8">
              <w:rPr>
                <w:lang w:val="ru-RU"/>
              </w:rPr>
              <w:t>0/</w:t>
            </w:r>
            <w:r>
              <w:t>Korroziya</w:t>
            </w:r>
            <w:r w:rsidRPr="00332DB8">
              <w:rPr>
                <w:lang w:val="ru-RU"/>
              </w:rPr>
              <w:t>-</w:t>
            </w:r>
            <w:r>
              <w:t>Metalla</w:t>
            </w:r>
            <w:r w:rsidRPr="00332DB8">
              <w:rPr>
                <w:lang w:val="ru-RU"/>
              </w:rPr>
              <w:t>/</w:t>
            </w:r>
            <w:r>
              <w:t>tekst</w:t>
            </w:r>
            <w:r w:rsidRPr="00332DB8">
              <w:rPr>
                <w:lang w:val="ru-RU"/>
              </w:rPr>
              <w:t>-</w:t>
            </w:r>
            <w:r>
              <w:t>pesni</w:t>
            </w:r>
            <w:r w:rsidRPr="00332DB8">
              <w:rPr>
                <w:lang w:val="ru-RU"/>
              </w:rPr>
              <w:t>-</w:t>
            </w:r>
            <w:r>
              <w:t>Antitsunar</w:t>
            </w:r>
            <w:r w:rsidRPr="00332DB8">
              <w:rPr>
                <w:lang w:val="ru-RU"/>
              </w:rPr>
              <w:t>---</w:t>
            </w:r>
            <w:r>
              <w:t>Antizog</w:t>
            </w:r>
            <w:r w:rsidRPr="00332DB8">
              <w:rPr>
                <w:lang w:val="ru-RU"/>
              </w:rPr>
              <w:t xml:space="preserve"> </w:t>
            </w:r>
            <w:r>
              <w:t>http</w:t>
            </w:r>
            <w:r w:rsidRPr="00332DB8">
              <w:rPr>
                <w:lang w:val="ru-RU"/>
              </w:rPr>
              <w:t>://</w:t>
            </w:r>
            <w:r>
              <w:t>kinopesenki</w:t>
            </w:r>
            <w:r w:rsidRPr="00332DB8">
              <w:rPr>
                <w:lang w:val="ru-RU"/>
              </w:rPr>
              <w:t>.</w:t>
            </w:r>
            <w:r>
              <w:t>ru</w:t>
            </w:r>
            <w:r w:rsidRPr="00332DB8">
              <w:rPr>
                <w:lang w:val="ru-RU"/>
              </w:rPr>
              <w:t>/</w:t>
            </w:r>
            <w:r>
              <w:t>pecenka</w:t>
            </w:r>
            <w:r w:rsidRPr="00332DB8">
              <w:rPr>
                <w:lang w:val="ru-RU"/>
              </w:rPr>
              <w:t>/</w:t>
            </w:r>
            <w:r>
              <w:t>korrozija</w:t>
            </w:r>
            <w:r w:rsidRPr="00332DB8">
              <w:rPr>
                <w:lang w:val="ru-RU"/>
              </w:rPr>
              <w:t>-</w:t>
            </w:r>
            <w:r>
              <w:t>metalla</w:t>
            </w:r>
            <w:r w:rsidRPr="00332DB8">
              <w:rPr>
                <w:lang w:val="ru-RU"/>
              </w:rPr>
              <w:t>_</w:t>
            </w:r>
            <w:r>
              <w:t>antitsunar</w:t>
            </w:r>
            <w:r w:rsidRPr="00332DB8">
              <w:rPr>
                <w:lang w:val="ru-RU"/>
              </w:rPr>
              <w:t>-</w:t>
            </w:r>
            <w:r>
              <w:t>antizog</w:t>
            </w:r>
            <w:r w:rsidRPr="00332DB8">
              <w:rPr>
                <w:lang w:val="ru-RU"/>
              </w:rPr>
              <w:t xml:space="preserve"> (решение Заволжского районного суда г. Ярославля от 15.12.2017);</w:t>
            </w:r>
          </w:p>
        </w:tc>
        <w:tc>
          <w:tcPr>
            <w:tcW w:w="2880" w:type="dxa"/>
          </w:tcPr>
          <w:p w:rsidR="006F7457" w:rsidRDefault="00332DB8">
            <w:r>
              <w:t>28.02.2018</w:t>
            </w:r>
          </w:p>
        </w:tc>
      </w:tr>
      <w:tr w:rsidR="006F7457">
        <w:tc>
          <w:tcPr>
            <w:tcW w:w="2880" w:type="dxa"/>
          </w:tcPr>
          <w:p w:rsidR="006F7457" w:rsidRDefault="00332DB8">
            <w:r>
              <w:t>4395.</w:t>
            </w:r>
          </w:p>
        </w:tc>
        <w:tc>
          <w:tcPr>
            <w:tcW w:w="2880" w:type="dxa"/>
          </w:tcPr>
          <w:p w:rsidR="006F7457" w:rsidRPr="00332DB8" w:rsidRDefault="00332DB8">
            <w:pPr>
              <w:rPr>
                <w:lang w:val="ru-RU"/>
              </w:rPr>
            </w:pPr>
            <w:r w:rsidRPr="00332DB8">
              <w:rPr>
                <w:lang w:val="ru-RU"/>
              </w:rPr>
              <w:t xml:space="preserve">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=_</w:t>
            </w:r>
            <w:r>
              <w:t>zh</w:t>
            </w:r>
            <w:r w:rsidRPr="00332DB8">
              <w:rPr>
                <w:lang w:val="ru-RU"/>
              </w:rPr>
              <w:t>33</w:t>
            </w:r>
            <w:r>
              <w:t>OUdEY</w:t>
            </w:r>
            <w:r w:rsidRPr="00332DB8">
              <w:rPr>
                <w:lang w:val="ru-RU"/>
              </w:rPr>
              <w:t xml:space="preserve">8 </w:t>
            </w:r>
            <w:r>
              <w:t>https</w:t>
            </w:r>
            <w:r w:rsidRPr="00332DB8">
              <w:rPr>
                <w:lang w:val="ru-RU"/>
              </w:rPr>
              <w:t>://</w:t>
            </w:r>
            <w:r>
              <w:t>xmuzic</w:t>
            </w:r>
            <w:r w:rsidRPr="00332DB8">
              <w:rPr>
                <w:lang w:val="ru-RU"/>
              </w:rPr>
              <w:t>.</w:t>
            </w:r>
            <w:r>
              <w:t>me</w:t>
            </w:r>
            <w:r w:rsidRPr="00332DB8">
              <w:rPr>
                <w:lang w:val="ru-RU"/>
              </w:rPr>
              <w:t>/</w:t>
            </w:r>
            <w:r>
              <w:t>s</w:t>
            </w:r>
            <w:r w:rsidRPr="00332DB8">
              <w:rPr>
                <w:lang w:val="ru-RU"/>
              </w:rPr>
              <w:t>/52044168-</w:t>
            </w:r>
            <w:r>
              <w:t>Arya</w:t>
            </w:r>
            <w:r w:rsidRPr="00332DB8">
              <w:rPr>
                <w:lang w:val="ru-RU"/>
              </w:rPr>
              <w:t>_</w:t>
            </w:r>
            <w:r>
              <w:t>Varta</w:t>
            </w:r>
            <w:r w:rsidRPr="00332DB8">
              <w:rPr>
                <w:lang w:val="ru-RU"/>
              </w:rPr>
              <w:t>_</w:t>
            </w:r>
            <w:r>
              <w:t>Ar</w:t>
            </w:r>
            <w:r w:rsidRPr="00332DB8">
              <w:rPr>
                <w:lang w:val="ru-RU"/>
              </w:rPr>
              <w:t>_</w:t>
            </w:r>
            <w:r>
              <w:t>ya</w:t>
            </w:r>
            <w:r w:rsidRPr="00332DB8">
              <w:rPr>
                <w:lang w:val="ru-RU"/>
              </w:rPr>
              <w:t>_</w:t>
            </w:r>
            <w:r>
              <w:t>Varta</w:t>
            </w:r>
            <w:r w:rsidRPr="00332DB8">
              <w:rPr>
                <w:lang w:val="ru-RU"/>
              </w:rPr>
              <w:t>_-_</w:t>
            </w:r>
            <w:r>
              <w:t>Belaya</w:t>
            </w:r>
            <w:r w:rsidRPr="00332DB8">
              <w:rPr>
                <w:lang w:val="ru-RU"/>
              </w:rPr>
              <w:t>_</w:t>
            </w:r>
            <w:r>
              <w:t>strana</w:t>
            </w:r>
            <w:r w:rsidRPr="00332DB8">
              <w:rPr>
                <w:lang w:val="ru-RU"/>
              </w:rPr>
              <w:t xml:space="preserve">/ </w:t>
            </w:r>
            <w:r>
              <w:t>http</w:t>
            </w:r>
            <w:r w:rsidRPr="00332DB8">
              <w:rPr>
                <w:lang w:val="ru-RU"/>
              </w:rPr>
              <w:t>://</w:t>
            </w:r>
            <w:r>
              <w:t>berimus</w:t>
            </w:r>
            <w:r w:rsidRPr="00332DB8">
              <w:rPr>
                <w:lang w:val="ru-RU"/>
              </w:rPr>
              <w:t>.</w:t>
            </w:r>
            <w:r>
              <w:t>ru</w:t>
            </w:r>
            <w:r w:rsidRPr="00332DB8">
              <w:rPr>
                <w:lang w:val="ru-RU"/>
              </w:rPr>
              <w:t>/</w:t>
            </w:r>
            <w:r>
              <w:t>pecnia</w:t>
            </w:r>
            <w:r w:rsidRPr="00332DB8">
              <w:rPr>
                <w:lang w:val="ru-RU"/>
              </w:rPr>
              <w:t>/</w:t>
            </w:r>
            <w:r>
              <w:t>arja</w:t>
            </w:r>
            <w:r w:rsidRPr="00332DB8">
              <w:rPr>
                <w:lang w:val="ru-RU"/>
              </w:rPr>
              <w:t>-</w:t>
            </w:r>
            <w:r>
              <w:t>varta</w:t>
            </w:r>
            <w:r w:rsidRPr="00332DB8">
              <w:rPr>
                <w:lang w:val="ru-RU"/>
              </w:rPr>
              <w:t>-</w:t>
            </w:r>
            <w:r>
              <w:t>ar</w:t>
            </w:r>
            <w:r w:rsidRPr="00332DB8">
              <w:rPr>
                <w:lang w:val="ru-RU"/>
              </w:rPr>
              <w:t>-</w:t>
            </w:r>
            <w:r>
              <w:t>ja</w:t>
            </w:r>
            <w:r w:rsidRPr="00332DB8">
              <w:rPr>
                <w:lang w:val="ru-RU"/>
              </w:rPr>
              <w:t>-</w:t>
            </w:r>
            <w:r>
              <w:t>varta</w:t>
            </w:r>
            <w:r w:rsidRPr="00332DB8">
              <w:rPr>
                <w:lang w:val="ru-RU"/>
              </w:rPr>
              <w:t>_</w:t>
            </w:r>
            <w:r>
              <w:t>belaja</w:t>
            </w:r>
            <w:r w:rsidRPr="00332DB8">
              <w:rPr>
                <w:lang w:val="ru-RU"/>
              </w:rPr>
              <w:t>-</w:t>
            </w:r>
            <w:r>
              <w:t>strana</w:t>
            </w:r>
            <w:r w:rsidRPr="00332DB8">
              <w:rPr>
                <w:lang w:val="ru-RU"/>
              </w:rPr>
              <w:t xml:space="preserve"> (решение Заволжского районного суда г. Ярославля от 15.12.2017);</w:t>
            </w:r>
          </w:p>
        </w:tc>
        <w:tc>
          <w:tcPr>
            <w:tcW w:w="2880" w:type="dxa"/>
          </w:tcPr>
          <w:p w:rsidR="006F7457" w:rsidRDefault="00332DB8">
            <w:r>
              <w:t>28.02.2018</w:t>
            </w:r>
          </w:p>
        </w:tc>
      </w:tr>
      <w:tr w:rsidR="006F7457">
        <w:tc>
          <w:tcPr>
            <w:tcW w:w="2880" w:type="dxa"/>
          </w:tcPr>
          <w:p w:rsidR="006F7457" w:rsidRDefault="00332DB8">
            <w:r>
              <w:t>4396.</w:t>
            </w:r>
          </w:p>
        </w:tc>
        <w:tc>
          <w:tcPr>
            <w:tcW w:w="2880" w:type="dxa"/>
          </w:tcPr>
          <w:p w:rsidR="006F7457" w:rsidRPr="00332DB8" w:rsidRDefault="00332DB8">
            <w:pPr>
              <w:rPr>
                <w:lang w:val="ru-RU"/>
              </w:rPr>
            </w:pPr>
            <w:r w:rsidRPr="00332DB8">
              <w:rPr>
                <w:lang w:val="ru-RU"/>
              </w:rPr>
              <w:t xml:space="preserve">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w:t>
            </w:r>
            <w:r>
              <w:t>http</w:t>
            </w:r>
            <w:r w:rsidRPr="00332DB8">
              <w:rPr>
                <w:lang w:val="ru-RU"/>
              </w:rPr>
              <w:t>://</w:t>
            </w:r>
            <w:r>
              <w:t>zaycev</w:t>
            </w:r>
            <w:r w:rsidRPr="00332DB8">
              <w:rPr>
                <w:lang w:val="ru-RU"/>
              </w:rPr>
              <w:t>.</w:t>
            </w:r>
            <w:r>
              <w:t>net</w:t>
            </w:r>
            <w:r w:rsidRPr="00332DB8">
              <w:rPr>
                <w:lang w:val="ru-RU"/>
              </w:rPr>
              <w:t>/</w:t>
            </w:r>
            <w:r>
              <w:t>pages</w:t>
            </w:r>
            <w:r w:rsidRPr="00332DB8">
              <w:rPr>
                <w:lang w:val="ru-RU"/>
              </w:rPr>
              <w:t>/24076/2407639.</w:t>
            </w:r>
            <w:r>
              <w:t>shtml</w:t>
            </w:r>
            <w:r w:rsidRPr="00332DB8">
              <w:rPr>
                <w:lang w:val="ru-RU"/>
              </w:rPr>
              <w:t xml:space="preserve"> </w:t>
            </w:r>
            <w:r>
              <w:t>https</w:t>
            </w:r>
            <w:r w:rsidRPr="00332DB8">
              <w:rPr>
                <w:lang w:val="ru-RU"/>
              </w:rPr>
              <w:t>://</w:t>
            </w:r>
            <w:r>
              <w:t>xmuzic</w:t>
            </w:r>
            <w:r w:rsidRPr="00332DB8">
              <w:rPr>
                <w:lang w:val="ru-RU"/>
              </w:rPr>
              <w:t>.</w:t>
            </w:r>
            <w:r>
              <w:t>me</w:t>
            </w:r>
            <w:r w:rsidRPr="00332DB8">
              <w:rPr>
                <w:lang w:val="ru-RU"/>
              </w:rPr>
              <w:t>/</w:t>
            </w:r>
            <w:r>
              <w:t>s</w:t>
            </w:r>
            <w:r w:rsidRPr="00332DB8">
              <w:rPr>
                <w:lang w:val="ru-RU"/>
              </w:rPr>
              <w:t>/12513905-</w:t>
            </w:r>
            <w:r>
              <w:t>PitBul</w:t>
            </w:r>
            <w:r w:rsidRPr="00332DB8">
              <w:rPr>
                <w:lang w:val="ru-RU"/>
              </w:rPr>
              <w:t>_-_</w:t>
            </w:r>
            <w:r>
              <w:t>Pit</w:t>
            </w:r>
            <w:r w:rsidRPr="00332DB8">
              <w:rPr>
                <w:lang w:val="ru-RU"/>
              </w:rPr>
              <w:t>_</w:t>
            </w:r>
            <w:r>
              <w:t>Bul</w:t>
            </w:r>
            <w:r w:rsidRPr="00332DB8">
              <w:rPr>
                <w:lang w:val="ru-RU"/>
              </w:rPr>
              <w:t>_-_</w:t>
            </w:r>
            <w:r>
              <w:t>Tushinskij</w:t>
            </w:r>
            <w:r w:rsidRPr="00332DB8">
              <w:rPr>
                <w:lang w:val="ru-RU"/>
              </w:rPr>
              <w:t>_</w:t>
            </w:r>
            <w:r>
              <w:t>topor</w:t>
            </w:r>
            <w:r w:rsidRPr="00332DB8">
              <w:rPr>
                <w:lang w:val="ru-RU"/>
              </w:rPr>
              <w:t xml:space="preserve">/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=77</w:t>
            </w:r>
            <w:r>
              <w:t>nIvyI</w:t>
            </w:r>
            <w:r w:rsidRPr="00332DB8">
              <w:rPr>
                <w:lang w:val="ru-RU"/>
              </w:rPr>
              <w:t>0</w:t>
            </w:r>
            <w:r>
              <w:t>Axw</w:t>
            </w:r>
            <w:r w:rsidRPr="00332DB8">
              <w:rPr>
                <w:lang w:val="ru-RU"/>
              </w:rPr>
              <w:t xml:space="preserve"> (решение Заволжского районного суда г. Ярославля от </w:t>
            </w:r>
            <w:r w:rsidRPr="00332DB8">
              <w:rPr>
                <w:lang w:val="ru-RU"/>
              </w:rPr>
              <w:lastRenderedPageBreak/>
              <w:t>15.12.2017);</w:t>
            </w:r>
          </w:p>
        </w:tc>
        <w:tc>
          <w:tcPr>
            <w:tcW w:w="2880" w:type="dxa"/>
          </w:tcPr>
          <w:p w:rsidR="006F7457" w:rsidRDefault="00332DB8">
            <w:r>
              <w:lastRenderedPageBreak/>
              <w:t>28.02.2018</w:t>
            </w:r>
          </w:p>
        </w:tc>
      </w:tr>
      <w:tr w:rsidR="006F7457">
        <w:tc>
          <w:tcPr>
            <w:tcW w:w="2880" w:type="dxa"/>
          </w:tcPr>
          <w:p w:rsidR="006F7457" w:rsidRDefault="00332DB8">
            <w:r>
              <w:lastRenderedPageBreak/>
              <w:t>4397.</w:t>
            </w:r>
          </w:p>
        </w:tc>
        <w:tc>
          <w:tcPr>
            <w:tcW w:w="2880" w:type="dxa"/>
          </w:tcPr>
          <w:p w:rsidR="006F7457" w:rsidRPr="00332DB8" w:rsidRDefault="00332DB8">
            <w:pPr>
              <w:rPr>
                <w:lang w:val="ru-RU"/>
              </w:rPr>
            </w:pPr>
            <w:r w:rsidRPr="00332DB8">
              <w:rPr>
                <w:lang w:val="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w:t>
            </w:r>
            <w:r>
              <w:t>Armenian</w:t>
            </w:r>
            <w:r w:rsidRPr="00332DB8">
              <w:rPr>
                <w:lang w:val="ru-RU"/>
              </w:rPr>
              <w:t xml:space="preserve"> </w:t>
            </w:r>
            <w:r>
              <w:t>fascism</w:t>
            </w:r>
            <w:r w:rsidRPr="00332DB8">
              <w:rPr>
                <w:lang w:val="ru-RU"/>
              </w:rPr>
              <w:t xml:space="preserve"> </w:t>
            </w:r>
            <w:r>
              <w:t>part</w:t>
            </w:r>
            <w:r w:rsidRPr="00332DB8">
              <w:rPr>
                <w:lang w:val="ru-RU"/>
              </w:rPr>
              <w:t xml:space="preserve"> 1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De</w:t>
            </w:r>
            <w:r w:rsidRPr="00332DB8">
              <w:rPr>
                <w:lang w:val="ru-RU"/>
              </w:rPr>
              <w:t>-</w:t>
            </w:r>
            <w:r>
              <w:t>F</w:t>
            </w:r>
            <w:r w:rsidRPr="00332DB8">
              <w:rPr>
                <w:lang w:val="ru-RU"/>
              </w:rPr>
              <w:t>3</w:t>
            </w:r>
            <w:r>
              <w:t>OFq</w:t>
            </w:r>
            <w:r w:rsidRPr="00332DB8">
              <w:rPr>
                <w:lang w:val="ru-RU"/>
              </w:rPr>
              <w:t>2-8) -</w:t>
            </w:r>
            <w:r>
              <w:t>Armenian</w:t>
            </w:r>
            <w:r w:rsidRPr="00332DB8">
              <w:rPr>
                <w:lang w:val="ru-RU"/>
              </w:rPr>
              <w:t xml:space="preserve"> </w:t>
            </w:r>
            <w:r>
              <w:t>fascism</w:t>
            </w:r>
            <w:r w:rsidRPr="00332DB8">
              <w:rPr>
                <w:lang w:val="ru-RU"/>
              </w:rPr>
              <w:t xml:space="preserve"> </w:t>
            </w:r>
            <w:r>
              <w:t>part</w:t>
            </w:r>
            <w:r w:rsidRPr="00332DB8">
              <w:rPr>
                <w:lang w:val="ru-RU"/>
              </w:rPr>
              <w:t xml:space="preserve"> 2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hBbuM</w:t>
            </w:r>
            <w:r w:rsidRPr="00332DB8">
              <w:rPr>
                <w:lang w:val="ru-RU"/>
              </w:rPr>
              <w:t>7</w:t>
            </w:r>
            <w:r>
              <w:t>Gq</w:t>
            </w:r>
            <w:r w:rsidRPr="00332DB8">
              <w:rPr>
                <w:lang w:val="ru-RU"/>
              </w:rPr>
              <w:t>4</w:t>
            </w:r>
            <w:r>
              <w:t>xY</w:t>
            </w:r>
            <w:r w:rsidRPr="00332DB8">
              <w:rPr>
                <w:lang w:val="ru-RU"/>
              </w:rPr>
              <w:t>) -</w:t>
            </w:r>
            <w:r>
              <w:t>Armenian</w:t>
            </w:r>
            <w:r w:rsidRPr="00332DB8">
              <w:rPr>
                <w:lang w:val="ru-RU"/>
              </w:rPr>
              <w:t xml:space="preserve"> </w:t>
            </w:r>
            <w:r>
              <w:t>fascism</w:t>
            </w:r>
            <w:r w:rsidRPr="00332DB8">
              <w:rPr>
                <w:lang w:val="ru-RU"/>
              </w:rPr>
              <w:t xml:space="preserve"> </w:t>
            </w:r>
            <w:r>
              <w:t>part</w:t>
            </w:r>
            <w:r w:rsidRPr="00332DB8">
              <w:rPr>
                <w:lang w:val="ru-RU"/>
              </w:rPr>
              <w:t xml:space="preserve"> 3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BLejC</w:t>
            </w:r>
            <w:r w:rsidRPr="00332DB8">
              <w:rPr>
                <w:lang w:val="ru-RU"/>
              </w:rPr>
              <w:t>3</w:t>
            </w:r>
            <w:r>
              <w:t>OYdNk</w:t>
            </w:r>
            <w:r w:rsidRPr="00332DB8">
              <w:rPr>
                <w:lang w:val="ru-RU"/>
              </w:rPr>
              <w:t>) -</w:t>
            </w:r>
            <w:r>
              <w:t>Armenian</w:t>
            </w:r>
            <w:r w:rsidRPr="00332DB8">
              <w:rPr>
                <w:lang w:val="ru-RU"/>
              </w:rPr>
              <w:t xml:space="preserve"> </w:t>
            </w:r>
            <w:r>
              <w:t>fascism</w:t>
            </w:r>
            <w:r w:rsidRPr="00332DB8">
              <w:rPr>
                <w:lang w:val="ru-RU"/>
              </w:rPr>
              <w:t xml:space="preserve"> </w:t>
            </w:r>
            <w:r>
              <w:t>part</w:t>
            </w:r>
            <w:r w:rsidRPr="00332DB8">
              <w:rPr>
                <w:lang w:val="ru-RU"/>
              </w:rPr>
              <w:t xml:space="preserve"> 4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Wanle</w:t>
            </w:r>
            <w:r w:rsidRPr="00332DB8">
              <w:rPr>
                <w:lang w:val="ru-RU"/>
              </w:rPr>
              <w:t>_</w:t>
            </w:r>
            <w:r>
              <w:t>EHEPA</w:t>
            </w:r>
            <w:r w:rsidRPr="00332DB8">
              <w:rPr>
                <w:lang w:val="ru-RU"/>
              </w:rPr>
              <w:t>) -</w:t>
            </w:r>
            <w:r>
              <w:t>Armenian</w:t>
            </w:r>
            <w:r w:rsidRPr="00332DB8">
              <w:rPr>
                <w:lang w:val="ru-RU"/>
              </w:rPr>
              <w:t xml:space="preserve"> </w:t>
            </w:r>
            <w:r>
              <w:t>fascism</w:t>
            </w:r>
            <w:r w:rsidRPr="00332DB8">
              <w:rPr>
                <w:lang w:val="ru-RU"/>
              </w:rPr>
              <w:t xml:space="preserve"> </w:t>
            </w:r>
            <w:r>
              <w:t>part</w:t>
            </w:r>
            <w:r w:rsidRPr="00332DB8">
              <w:rPr>
                <w:lang w:val="ru-RU"/>
              </w:rPr>
              <w:t xml:space="preserve"> 5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TgqU</w:t>
            </w:r>
            <w:r w:rsidRPr="00332DB8">
              <w:rPr>
                <w:lang w:val="ru-RU"/>
              </w:rPr>
              <w:t>_</w:t>
            </w:r>
            <w:r>
              <w:t>pEp</w:t>
            </w:r>
            <w:r w:rsidRPr="00332DB8">
              <w:rPr>
                <w:lang w:val="ru-RU"/>
              </w:rPr>
              <w:t>32</w:t>
            </w:r>
            <w:r>
              <w:t>o</w:t>
            </w:r>
            <w:r w:rsidRPr="00332DB8">
              <w:rPr>
                <w:lang w:val="ru-RU"/>
              </w:rPr>
              <w:t>) -</w:t>
            </w:r>
            <w:r>
              <w:t>Armenian</w:t>
            </w:r>
            <w:r w:rsidRPr="00332DB8">
              <w:rPr>
                <w:lang w:val="ru-RU"/>
              </w:rPr>
              <w:t xml:space="preserve"> </w:t>
            </w:r>
            <w:r>
              <w:t>fascism</w:t>
            </w:r>
            <w:r w:rsidRPr="00332DB8">
              <w:rPr>
                <w:lang w:val="ru-RU"/>
              </w:rPr>
              <w:t xml:space="preserve"> </w:t>
            </w:r>
            <w:r>
              <w:t>part</w:t>
            </w:r>
            <w:r w:rsidRPr="00332DB8">
              <w:rPr>
                <w:lang w:val="ru-RU"/>
              </w:rPr>
              <w:t xml:space="preserve"> 6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QM</w:t>
            </w:r>
            <w:r w:rsidRPr="00332DB8">
              <w:rPr>
                <w:lang w:val="ru-RU"/>
              </w:rPr>
              <w:t>_</w:t>
            </w:r>
            <w:r>
              <w:t>eBO</w:t>
            </w:r>
            <w:r w:rsidRPr="00332DB8">
              <w:rPr>
                <w:lang w:val="ru-RU"/>
              </w:rPr>
              <w:t>8</w:t>
            </w:r>
            <w:r>
              <w:t>Fcuo</w:t>
            </w:r>
            <w:r w:rsidRPr="00332DB8">
              <w:rPr>
                <w:lang w:val="ru-RU"/>
              </w:rPr>
              <w:t>) -</w:t>
            </w:r>
            <w:r>
              <w:t>Armenian</w:t>
            </w:r>
            <w:r w:rsidRPr="00332DB8">
              <w:rPr>
                <w:lang w:val="ru-RU"/>
              </w:rPr>
              <w:t xml:space="preserve"> </w:t>
            </w:r>
            <w:r>
              <w:t>fascism</w:t>
            </w:r>
            <w:r w:rsidRPr="00332DB8">
              <w:rPr>
                <w:lang w:val="ru-RU"/>
              </w:rPr>
              <w:t xml:space="preserve"> </w:t>
            </w:r>
            <w:r>
              <w:t>part</w:t>
            </w:r>
            <w:r w:rsidRPr="00332DB8">
              <w:rPr>
                <w:lang w:val="ru-RU"/>
              </w:rPr>
              <w:t xml:space="preserve"> 7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aF</w:t>
            </w:r>
            <w:r w:rsidRPr="00332DB8">
              <w:rPr>
                <w:lang w:val="ru-RU"/>
              </w:rPr>
              <w:t>9</w:t>
            </w:r>
            <w:r>
              <w:t>mzFtGgsY</w:t>
            </w:r>
            <w:r w:rsidRPr="00332DB8">
              <w:rPr>
                <w:lang w:val="ru-RU"/>
              </w:rPr>
              <w:t>)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=8</w:t>
            </w:r>
            <w:r>
              <w:t>tfKKdakwsl</w:t>
            </w:r>
            <w:r w:rsidRPr="00332DB8">
              <w:rPr>
                <w:lang w:val="ru-RU"/>
              </w:rPr>
              <w:t>&amp;</w:t>
            </w:r>
            <w:r>
              <w:t>t</w:t>
            </w:r>
            <w:r w:rsidRPr="00332DB8">
              <w:rPr>
                <w:lang w:val="ru-RU"/>
              </w:rPr>
              <w:t>=75</w:t>
            </w:r>
            <w:r>
              <w:t>s</w:t>
            </w:r>
            <w:r w:rsidRPr="00332DB8">
              <w:rPr>
                <w:lang w:val="ru-RU"/>
              </w:rPr>
              <w:t xml:space="preserve"> -</w:t>
            </w:r>
            <w:r>
              <w:t>https</w:t>
            </w:r>
            <w:r w:rsidRPr="00332DB8">
              <w:rPr>
                <w:lang w:val="ru-RU"/>
              </w:rPr>
              <w:t>://</w:t>
            </w:r>
            <w:r>
              <w:t>ok</w:t>
            </w:r>
            <w:r w:rsidRPr="00332DB8">
              <w:rPr>
                <w:lang w:val="ru-RU"/>
              </w:rPr>
              <w:t>.</w:t>
            </w:r>
            <w:r>
              <w:t>ru</w:t>
            </w:r>
            <w:r w:rsidRPr="00332DB8">
              <w:rPr>
                <w:lang w:val="ru-RU"/>
              </w:rPr>
              <w:t>/</w:t>
            </w:r>
            <w:r>
              <w:t>video</w:t>
            </w:r>
            <w:r w:rsidRPr="00332DB8">
              <w:rPr>
                <w:lang w:val="ru-RU"/>
              </w:rPr>
              <w:t>/30400581935 -</w:t>
            </w:r>
            <w:r>
              <w:t>https</w:t>
            </w:r>
            <w:r w:rsidRPr="00332DB8">
              <w:rPr>
                <w:lang w:val="ru-RU"/>
              </w:rPr>
              <w:t>://</w:t>
            </w:r>
            <w:r>
              <w:t>ok</w:t>
            </w:r>
            <w:r w:rsidRPr="00332DB8">
              <w:rPr>
                <w:lang w:val="ru-RU"/>
              </w:rPr>
              <w:t>.</w:t>
            </w:r>
            <w:r>
              <w:t>ru</w:t>
            </w:r>
            <w:r w:rsidRPr="00332DB8">
              <w:rPr>
                <w:lang w:val="ru-RU"/>
              </w:rPr>
              <w:t>/</w:t>
            </w:r>
            <w:r>
              <w:t>video</w:t>
            </w:r>
            <w:r w:rsidRPr="00332DB8">
              <w:rPr>
                <w:lang w:val="ru-RU"/>
              </w:rPr>
              <w:t>/200705970628 -</w:t>
            </w:r>
            <w:r>
              <w:t>https</w:t>
            </w:r>
            <w:r w:rsidRPr="00332DB8">
              <w:rPr>
                <w:lang w:val="ru-RU"/>
              </w:rPr>
              <w:t>://</w:t>
            </w:r>
            <w:r>
              <w:t>ok</w:t>
            </w:r>
            <w:r w:rsidRPr="00332DB8">
              <w:rPr>
                <w:lang w:val="ru-RU"/>
              </w:rPr>
              <w:t>.</w:t>
            </w:r>
            <w:r>
              <w:t>ru</w:t>
            </w:r>
            <w:r w:rsidRPr="00332DB8">
              <w:rPr>
                <w:lang w:val="ru-RU"/>
              </w:rPr>
              <w:t>/</w:t>
            </w:r>
            <w:r>
              <w:t>video</w:t>
            </w:r>
            <w:r w:rsidRPr="00332DB8">
              <w:rPr>
                <w:lang w:val="ru-RU"/>
              </w:rPr>
              <w:t>/10415706568 -</w:t>
            </w:r>
            <w:r>
              <w:t>https</w:t>
            </w:r>
            <w:r w:rsidRPr="00332DB8">
              <w:rPr>
                <w:lang w:val="ru-RU"/>
              </w:rPr>
              <w:t>://</w:t>
            </w:r>
            <w:r>
              <w:t>ok</w:t>
            </w:r>
            <w:r w:rsidRPr="00332DB8">
              <w:rPr>
                <w:lang w:val="ru-RU"/>
              </w:rPr>
              <w:t>.</w:t>
            </w:r>
            <w:r>
              <w:t>ru</w:t>
            </w:r>
            <w:r w:rsidRPr="00332DB8">
              <w:rPr>
                <w:lang w:val="ru-RU"/>
              </w:rPr>
              <w:t>/</w:t>
            </w:r>
            <w:r>
              <w:t>video</w:t>
            </w:r>
            <w:r w:rsidRPr="00332DB8">
              <w:rPr>
                <w:lang w:val="ru-RU"/>
              </w:rPr>
              <w:t>/238546260311 -</w:t>
            </w:r>
            <w:r>
              <w:t>https</w:t>
            </w:r>
            <w:r w:rsidRPr="00332DB8">
              <w:rPr>
                <w:lang w:val="ru-RU"/>
              </w:rPr>
              <w:t>://</w:t>
            </w:r>
            <w:r>
              <w:t>ok</w:t>
            </w:r>
            <w:r w:rsidRPr="00332DB8">
              <w:rPr>
                <w:lang w:val="ru-RU"/>
              </w:rPr>
              <w:t>.</w:t>
            </w:r>
            <w:r>
              <w:t>ru</w:t>
            </w:r>
            <w:r w:rsidRPr="00332DB8">
              <w:rPr>
                <w:lang w:val="ru-RU"/>
              </w:rPr>
              <w:t>/</w:t>
            </w:r>
            <w:r>
              <w:t>video</w:t>
            </w:r>
            <w:r w:rsidRPr="00332DB8">
              <w:rPr>
                <w:lang w:val="ru-RU"/>
              </w:rPr>
              <w:t>/19333911013 (решение Ленинского районного суда г. Ярославля от 08.08.2017);</w:t>
            </w:r>
          </w:p>
        </w:tc>
        <w:tc>
          <w:tcPr>
            <w:tcW w:w="2880" w:type="dxa"/>
          </w:tcPr>
          <w:p w:rsidR="006F7457" w:rsidRDefault="00332DB8">
            <w:r>
              <w:t>28.02.2018</w:t>
            </w:r>
          </w:p>
        </w:tc>
      </w:tr>
      <w:tr w:rsidR="006F7457">
        <w:tc>
          <w:tcPr>
            <w:tcW w:w="2880" w:type="dxa"/>
          </w:tcPr>
          <w:p w:rsidR="006F7457" w:rsidRDefault="00332DB8">
            <w:r>
              <w:t>4398.</w:t>
            </w:r>
          </w:p>
        </w:tc>
        <w:tc>
          <w:tcPr>
            <w:tcW w:w="2880" w:type="dxa"/>
          </w:tcPr>
          <w:p w:rsidR="006F7457" w:rsidRPr="00332DB8" w:rsidRDefault="00332DB8">
            <w:pPr>
              <w:rPr>
                <w:lang w:val="ru-RU"/>
              </w:rPr>
            </w:pPr>
            <w:r w:rsidRPr="00332DB8">
              <w:rPr>
                <w:lang w:val="ru-RU"/>
              </w:rPr>
              <w:t xml:space="preserve">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w:t>
            </w:r>
            <w:r>
              <w:t>http</w:t>
            </w:r>
            <w:r w:rsidRPr="00332DB8">
              <w:rPr>
                <w:lang w:val="ru-RU"/>
              </w:rPr>
              <w:t>://</w:t>
            </w:r>
            <w:r>
              <w:t>zaycev</w:t>
            </w:r>
            <w:r w:rsidRPr="00332DB8">
              <w:rPr>
                <w:lang w:val="ru-RU"/>
              </w:rPr>
              <w:t>.</w:t>
            </w:r>
            <w:r>
              <w:t>net</w:t>
            </w:r>
            <w:r w:rsidRPr="00332DB8">
              <w:rPr>
                <w:lang w:val="ru-RU"/>
              </w:rPr>
              <w:t>/</w:t>
            </w:r>
            <w:r>
              <w:t>pages</w:t>
            </w:r>
            <w:r w:rsidRPr="00332DB8">
              <w:rPr>
                <w:lang w:val="ru-RU"/>
              </w:rPr>
              <w:t>/25897/2589716.</w:t>
            </w:r>
            <w:r>
              <w:t>shtml</w:t>
            </w:r>
            <w:r w:rsidRPr="00332DB8">
              <w:rPr>
                <w:lang w:val="ru-RU"/>
              </w:rPr>
              <w:t xml:space="preserve">, </w:t>
            </w:r>
            <w:r>
              <w:t>http</w:t>
            </w:r>
            <w:r w:rsidRPr="00332DB8">
              <w:rPr>
                <w:lang w:val="ru-RU"/>
              </w:rPr>
              <w:t>://</w:t>
            </w:r>
            <w:r>
              <w:t>vk</w:t>
            </w:r>
            <w:r w:rsidRPr="00332DB8">
              <w:rPr>
                <w:lang w:val="ru-RU"/>
              </w:rPr>
              <w:t>.</w:t>
            </w:r>
            <w:r>
              <w:t>com</w:t>
            </w:r>
            <w:r w:rsidRPr="00332DB8">
              <w:rPr>
                <w:lang w:val="ru-RU"/>
              </w:rPr>
              <w:t xml:space="preserve">/ </w:t>
            </w:r>
            <w:r>
              <w:t>audios</w:t>
            </w:r>
            <w:r w:rsidRPr="00332DB8">
              <w:rPr>
                <w:lang w:val="ru-RU"/>
              </w:rPr>
              <w:t>262332858 (решение Октябрьского районного суда города Санкт-Петербурга от 02.08.2016);</w:t>
            </w:r>
          </w:p>
        </w:tc>
        <w:tc>
          <w:tcPr>
            <w:tcW w:w="2880" w:type="dxa"/>
          </w:tcPr>
          <w:p w:rsidR="006F7457" w:rsidRDefault="00332DB8">
            <w:r>
              <w:t>28.02.2018</w:t>
            </w:r>
          </w:p>
        </w:tc>
      </w:tr>
      <w:tr w:rsidR="006F7457">
        <w:tc>
          <w:tcPr>
            <w:tcW w:w="2880" w:type="dxa"/>
          </w:tcPr>
          <w:p w:rsidR="006F7457" w:rsidRDefault="00332DB8">
            <w:r>
              <w:t>4399.</w:t>
            </w:r>
          </w:p>
        </w:tc>
        <w:tc>
          <w:tcPr>
            <w:tcW w:w="2880" w:type="dxa"/>
          </w:tcPr>
          <w:p w:rsidR="006F7457" w:rsidRPr="00332DB8" w:rsidRDefault="00332DB8">
            <w:pPr>
              <w:rPr>
                <w:lang w:val="ru-RU"/>
              </w:rPr>
            </w:pPr>
            <w:r w:rsidRPr="00332DB8">
              <w:rPr>
                <w:lang w:val="ru-RU"/>
              </w:rPr>
              <w:t xml:space="preserve">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-65708007_169250456 - </w:t>
            </w:r>
            <w:r>
              <w:t>https</w:t>
            </w:r>
            <w:r w:rsidRPr="00332DB8">
              <w:rPr>
                <w:lang w:val="ru-RU"/>
              </w:rPr>
              <w:t>://</w:t>
            </w:r>
            <w:r>
              <w:t>vk</w:t>
            </w:r>
            <w:r w:rsidRPr="00332DB8">
              <w:rPr>
                <w:lang w:val="ru-RU"/>
              </w:rPr>
              <w:t>/</w:t>
            </w:r>
            <w:r>
              <w:t>com</w:t>
            </w:r>
            <w:r w:rsidRPr="00332DB8">
              <w:rPr>
                <w:lang w:val="ru-RU"/>
              </w:rPr>
              <w:t>/</w:t>
            </w:r>
            <w:r>
              <w:t>video</w:t>
            </w:r>
            <w:r w:rsidRPr="00332DB8">
              <w:rPr>
                <w:lang w:val="ru-RU"/>
              </w:rPr>
              <w:t>-69729471_169589787 (решение Центрального районного суда г. Хабаровска от 16.11.2016);</w:t>
            </w:r>
          </w:p>
        </w:tc>
        <w:tc>
          <w:tcPr>
            <w:tcW w:w="2880" w:type="dxa"/>
          </w:tcPr>
          <w:p w:rsidR="006F7457" w:rsidRDefault="00332DB8">
            <w:r>
              <w:t>28.02.2018</w:t>
            </w:r>
          </w:p>
        </w:tc>
      </w:tr>
      <w:tr w:rsidR="006F7457">
        <w:tc>
          <w:tcPr>
            <w:tcW w:w="2880" w:type="dxa"/>
          </w:tcPr>
          <w:p w:rsidR="006F7457" w:rsidRDefault="00332DB8">
            <w:r>
              <w:lastRenderedPageBreak/>
              <w:t>4400.</w:t>
            </w:r>
          </w:p>
        </w:tc>
        <w:tc>
          <w:tcPr>
            <w:tcW w:w="2880" w:type="dxa"/>
          </w:tcPr>
          <w:p w:rsidR="006F7457" w:rsidRDefault="00332DB8">
            <w: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2880" w:type="dxa"/>
          </w:tcPr>
          <w:p w:rsidR="006F7457" w:rsidRDefault="00332DB8">
            <w:r>
              <w:t>28.02.2018</w:t>
            </w:r>
          </w:p>
        </w:tc>
      </w:tr>
      <w:tr w:rsidR="006F7457">
        <w:tc>
          <w:tcPr>
            <w:tcW w:w="2880" w:type="dxa"/>
          </w:tcPr>
          <w:p w:rsidR="006F7457" w:rsidRDefault="00332DB8">
            <w:r>
              <w:t>4401.</w:t>
            </w:r>
          </w:p>
        </w:tc>
        <w:tc>
          <w:tcPr>
            <w:tcW w:w="2880" w:type="dxa"/>
          </w:tcPr>
          <w:p w:rsidR="006F7457" w:rsidRPr="00332DB8" w:rsidRDefault="00332DB8">
            <w:pPr>
              <w:rPr>
                <w:lang w:val="ru-RU"/>
              </w:rPr>
            </w:pPr>
            <w:r w:rsidRPr="00332DB8">
              <w:rPr>
                <w:lang w:val="ru-RU"/>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73661458_168439466; видеозапись «Проект увечье - Маршрутка» длительностью 3 минуты 23 секунды, размещенная на интернет-странице «Александр Шанти» по сетевому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36724989_170596932; видеозапись «Проект увечье - Маршрутка» длительностью 3 минуты 23 секунды, размещенная на интернет-странице «Дмитрий Фёдоров» по сетевому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222017142_167644478; видеозапись «Проект увечье - Маршрутка» длительностью 3 минуты 23 секунды, размещенная на интернет-странице «Денис Павлович» по сетевому адресу </w:t>
            </w:r>
            <w:r>
              <w:t>http</w:t>
            </w:r>
            <w:r w:rsidRPr="00332DB8">
              <w:rPr>
                <w:lang w:val="ru-RU"/>
              </w:rPr>
              <w:t>://</w:t>
            </w:r>
            <w:r>
              <w:t>vk</w:t>
            </w:r>
            <w:r w:rsidRPr="00332DB8">
              <w:rPr>
                <w:lang w:val="ru-RU"/>
              </w:rPr>
              <w:t>.</w:t>
            </w:r>
            <w:r>
              <w:t>com</w:t>
            </w:r>
            <w:r w:rsidRPr="00332DB8">
              <w:rPr>
                <w:lang w:val="ru-RU"/>
              </w:rPr>
              <w:t>/</w:t>
            </w:r>
            <w:r>
              <w:t>videol</w:t>
            </w:r>
            <w:r w:rsidRPr="00332DB8">
              <w:rPr>
                <w:lang w:val="ru-RU"/>
              </w:rPr>
              <w:t xml:space="preserve">924006_165972484; видеозапись «Проект увечье - Маршрутка» длительностью 3 минуты 23 секунды, размещенная на интернет-странице «Никита Соколов» по сетевому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96800951_169382195; видеозапись «Проект увечье - Маршрутка» длительностью 3 минуты 23 секунды, размещенная на интернет-странице «Данил Лаврентьев» по сетевому адресу </w:t>
            </w:r>
            <w:r>
              <w:t>http</w:t>
            </w:r>
            <w:r w:rsidRPr="00332DB8">
              <w:rPr>
                <w:lang w:val="ru-RU"/>
              </w:rPr>
              <w:t>://</w:t>
            </w:r>
            <w:r>
              <w:t>vk</w:t>
            </w:r>
            <w:r w:rsidRPr="00332DB8">
              <w:rPr>
                <w:lang w:val="ru-RU"/>
              </w:rPr>
              <w:t>.</w:t>
            </w:r>
            <w:r>
              <w:t>com</w:t>
            </w:r>
            <w:r w:rsidRPr="00332DB8">
              <w:rPr>
                <w:lang w:val="ru-RU"/>
              </w:rPr>
              <w:t>/</w:t>
            </w:r>
            <w:r>
              <w:t>videol</w:t>
            </w:r>
            <w:r w:rsidRPr="00332DB8">
              <w:rPr>
                <w:lang w:val="ru-RU"/>
              </w:rPr>
              <w:t xml:space="preserve">82233041_168391547; видеозапись «Проект увечье - Маршрутка» длительностью 3 минуты 23 секунды, размещенная на интернет-странице «Иван Трубанов» по сетевому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72034306_165648286; видеозапись «Проект увечье - Маршрутка» длительностью 3 минуты 23 секунды, размещенная на интернет-странице «Алексей Котов» по сетевому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52798344_168917046; видеозапись «Проект увечье - Маршрутка» длительностью 3 минуты 23 секунды, размещенная на интернет-странице «Анатолий Демченко» по сетевому адресу </w:t>
            </w:r>
            <w:r>
              <w:t>https</w:t>
            </w:r>
            <w:r w:rsidRPr="00332DB8">
              <w:rPr>
                <w:lang w:val="ru-RU"/>
              </w:rPr>
              <w:t>://</w:t>
            </w:r>
            <w:r>
              <w:t>vk</w:t>
            </w:r>
            <w:r w:rsidRPr="00332DB8">
              <w:rPr>
                <w:lang w:val="ru-RU"/>
              </w:rPr>
              <w:t>.</w:t>
            </w:r>
            <w:r>
              <w:t>com</w:t>
            </w:r>
            <w:r w:rsidRPr="00332DB8">
              <w:rPr>
                <w:lang w:val="ru-RU"/>
              </w:rPr>
              <w:t>/</w:t>
            </w:r>
            <w:r>
              <w:t>videol</w:t>
            </w:r>
            <w:r w:rsidRPr="00332DB8">
              <w:rPr>
                <w:lang w:val="ru-RU"/>
              </w:rPr>
              <w:t xml:space="preserve">76542603_166497150; видеозапись «Проект увечье - Маршрутка» длительностью 3 минуты 23 секунды, размещенная на интернет-странице «Слава Дядя» по сетевому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64451614_167643926; видеозапись «Проект увечье - Маршрутка» длительностью 3 минуты 23 секунды, размещенная на интернет-странице «Улыбин Илья» по сетевому адресу </w:t>
            </w:r>
            <w:r>
              <w:t>http</w:t>
            </w:r>
            <w:r w:rsidRPr="00332DB8">
              <w:rPr>
                <w:lang w:val="ru-RU"/>
              </w:rPr>
              <w:t>://</w:t>
            </w:r>
            <w:r>
              <w:t>vk</w:t>
            </w:r>
            <w:r w:rsidRPr="00332DB8">
              <w:rPr>
                <w:lang w:val="ru-RU"/>
              </w:rPr>
              <w:t>.</w:t>
            </w:r>
            <w:r>
              <w:t>com</w:t>
            </w:r>
            <w:r w:rsidRPr="00332DB8">
              <w:rPr>
                <w:lang w:val="ru-RU"/>
              </w:rPr>
              <w:t>/</w:t>
            </w:r>
            <w:r>
              <w:t>videol</w:t>
            </w:r>
            <w:r w:rsidRPr="00332DB8">
              <w:rPr>
                <w:lang w:val="ru-RU"/>
              </w:rPr>
              <w:t xml:space="preserve">93301862_167843569; видеозапись «Проект увечье - Маршрутка» длительностью 3 минуты 23 секунды, размещенная на интернет-странице «Сергей Костионов» по сетевому адресу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44321144_169979657; видеозапись «Проект увечье - Маршрутка» длительностью 3 </w:t>
            </w:r>
            <w:r w:rsidRPr="00332DB8">
              <w:rPr>
                <w:lang w:val="ru-RU"/>
              </w:rPr>
              <w:lastRenderedPageBreak/>
              <w:t xml:space="preserve">минуты 23 секунды, размещенная на интернет-странице «Леша Козловский» по сетевому адресу </w:t>
            </w:r>
            <w:r>
              <w:t>http</w:t>
            </w:r>
            <w:r w:rsidRPr="00332DB8">
              <w:rPr>
                <w:lang w:val="ru-RU"/>
              </w:rPr>
              <w:t>://</w:t>
            </w:r>
            <w:r>
              <w:t>vk</w:t>
            </w:r>
            <w:r w:rsidRPr="00332DB8">
              <w:rPr>
                <w:lang w:val="ru-RU"/>
              </w:rPr>
              <w:t>.</w:t>
            </w:r>
            <w:r>
              <w:t>com</w:t>
            </w:r>
            <w:r w:rsidRPr="00332DB8">
              <w:rPr>
                <w:lang w:val="ru-RU"/>
              </w:rPr>
              <w:t>/</w:t>
            </w:r>
            <w:r>
              <w:t>videol</w:t>
            </w:r>
            <w:r w:rsidRPr="00332DB8">
              <w:rPr>
                <w:lang w:val="ru-RU"/>
              </w:rPr>
              <w:t xml:space="preserve">32539409_166833077; видеозапись «Проект увечье - Маршрутка» длительностью 3 минуты 23 секунды, размещенная на интернет-странице «Игорян Богомолов» по сетевому адресу </w:t>
            </w:r>
            <w:r>
              <w:t>http</w:t>
            </w:r>
            <w:r w:rsidRPr="00332DB8">
              <w:rPr>
                <w:lang w:val="ru-RU"/>
              </w:rPr>
              <w:t>://</w:t>
            </w:r>
            <w:r>
              <w:t>vk</w:t>
            </w:r>
            <w:r w:rsidRPr="00332DB8">
              <w:rPr>
                <w:lang w:val="ru-RU"/>
              </w:rPr>
              <w:t>.</w:t>
            </w:r>
            <w:r>
              <w:t>com</w:t>
            </w:r>
            <w:r w:rsidRPr="00332DB8">
              <w:rPr>
                <w:lang w:val="ru-RU"/>
              </w:rPr>
              <w:t>/</w:t>
            </w:r>
            <w:r>
              <w:t>videol</w:t>
            </w:r>
            <w:r w:rsidRPr="00332DB8">
              <w:rPr>
                <w:lang w:val="ru-RU"/>
              </w:rPr>
              <w:t xml:space="preserve">9133445_170766284; видеозапись «Проект увечье - Маршрутка» длительностью 3 минуты 23 секунды, размещенная на интернет-странице «Борис Бухаров» по сетевому адресу </w:t>
            </w:r>
            <w:r>
              <w:t>http</w:t>
            </w:r>
            <w:r w:rsidRPr="00332DB8">
              <w:rPr>
                <w:lang w:val="ru-RU"/>
              </w:rPr>
              <w:t>://</w:t>
            </w:r>
            <w:r>
              <w:t>vk</w:t>
            </w:r>
            <w:r w:rsidRPr="00332DB8">
              <w:rPr>
                <w:lang w:val="ru-RU"/>
              </w:rPr>
              <w:t>.</w:t>
            </w:r>
            <w:r>
              <w:t>com</w:t>
            </w:r>
            <w:r w:rsidRPr="00332DB8">
              <w:rPr>
                <w:lang w:val="ru-RU"/>
              </w:rPr>
              <w:t>/</w:t>
            </w:r>
            <w:r>
              <w:t>videol</w:t>
            </w:r>
            <w:r w:rsidRPr="00332DB8">
              <w:rPr>
                <w:lang w:val="ru-RU"/>
              </w:rPr>
              <w:t xml:space="preserve">54006473_165799253; видеозапись «Проект увечье - Маршрутка» длительностью 3 минуты 23 секунды, размещенная на интернет-странице «Димка Богодухов» по сетевому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64758520_165450877; видеозапись «Проект увечье - Маршрутка» длительностью 3 минуты 23 секунды, размещенная на интернет-странице «Сергей Гречихин» по сетевому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48704910_165054048; видеозапись «Проект увечье - Маршрутка» длительностью 3 минуты 23 секунды, размещенная на интернет-странице «Андрей Дулепов» по сетевому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 xml:space="preserve">64193552_169934695; видеозапись «Проект увечье - Маршрутка» длительностью 3 минуты 23 секунды, размещенная на интернет-странице «Михаил Яничев» по сетевому адресу </w:t>
            </w:r>
            <w:r>
              <w:t>http</w:t>
            </w:r>
            <w:r w:rsidRPr="00332DB8">
              <w:rPr>
                <w:lang w:val="ru-RU"/>
              </w:rPr>
              <w:t>://</w:t>
            </w:r>
            <w:r>
              <w:t>vk</w:t>
            </w:r>
            <w:r w:rsidRPr="00332DB8">
              <w:rPr>
                <w:lang w:val="ru-RU"/>
              </w:rPr>
              <w:t>.</w:t>
            </w:r>
            <w:r>
              <w:t>com</w:t>
            </w:r>
            <w:r w:rsidRPr="00332DB8">
              <w:rPr>
                <w:lang w:val="ru-RU"/>
              </w:rPr>
              <w:t>/</w:t>
            </w:r>
            <w:r>
              <w:t>videol</w:t>
            </w:r>
            <w:r w:rsidRPr="00332DB8">
              <w:rPr>
                <w:lang w:val="ru-RU"/>
              </w:rPr>
              <w:t>37520852_169733217 (решение Вахитовского районного суда г. Казани от 08.04.2016);</w:t>
            </w:r>
          </w:p>
        </w:tc>
        <w:tc>
          <w:tcPr>
            <w:tcW w:w="2880" w:type="dxa"/>
          </w:tcPr>
          <w:p w:rsidR="006F7457" w:rsidRDefault="00332DB8">
            <w:r>
              <w:lastRenderedPageBreak/>
              <w:t>28.02.2018</w:t>
            </w:r>
          </w:p>
        </w:tc>
      </w:tr>
      <w:tr w:rsidR="006F7457">
        <w:tc>
          <w:tcPr>
            <w:tcW w:w="2880" w:type="dxa"/>
          </w:tcPr>
          <w:p w:rsidR="006F7457" w:rsidRDefault="00332DB8">
            <w:r>
              <w:lastRenderedPageBreak/>
              <w:t>4402.</w:t>
            </w:r>
          </w:p>
        </w:tc>
        <w:tc>
          <w:tcPr>
            <w:tcW w:w="2880" w:type="dxa"/>
          </w:tcPr>
          <w:p w:rsidR="006F7457" w:rsidRPr="00332DB8" w:rsidRDefault="00332DB8">
            <w:pPr>
              <w:rPr>
                <w:lang w:val="ru-RU"/>
              </w:rPr>
            </w:pPr>
            <w:r w:rsidRPr="00332DB8">
              <w:rPr>
                <w:lang w:val="ru-RU"/>
              </w:rPr>
              <w:t>Видеоролик: «Ф.Волков – Хоронят скина.</w:t>
            </w:r>
            <w:r>
              <w:t>m</w:t>
            </w:r>
            <w:r w:rsidRPr="00332DB8">
              <w:rPr>
                <w:lang w:val="ru-RU"/>
              </w:rPr>
              <w:t xml:space="preserve">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w:t>
            </w:r>
            <w:r>
              <w:t>URL</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id</w:t>
            </w:r>
            <w:r w:rsidRPr="00332DB8">
              <w:rPr>
                <w:lang w:val="ru-RU"/>
              </w:rPr>
              <w:t>-</w:t>
            </w:r>
            <w:r>
              <w:t>igor</w:t>
            </w:r>
            <w:r w:rsidRPr="00332DB8">
              <w:rPr>
                <w:lang w:val="ru-RU"/>
              </w:rPr>
              <w:t>_</w:t>
            </w:r>
            <w:r>
              <w:t>akimov</w:t>
            </w:r>
            <w:r w:rsidRPr="00332DB8">
              <w:rPr>
                <w:lang w:val="ru-RU"/>
              </w:rPr>
              <w:t xml:space="preserve">, </w:t>
            </w:r>
            <w:r>
              <w:t>https</w:t>
            </w:r>
            <w:r w:rsidRPr="00332DB8">
              <w:rPr>
                <w:lang w:val="ru-RU"/>
              </w:rPr>
              <w:t xml:space="preserve">: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 1</w:t>
            </w:r>
            <w:r>
              <w:t>A</w:t>
            </w:r>
            <w:r w:rsidRPr="00332DB8">
              <w:rPr>
                <w:lang w:val="ru-RU"/>
              </w:rPr>
              <w:t>2</w:t>
            </w:r>
            <w:r>
              <w:t>CP</w:t>
            </w:r>
            <w:r w:rsidRPr="00332DB8">
              <w:rPr>
                <w:lang w:val="ru-RU"/>
              </w:rPr>
              <w:t>06</w:t>
            </w:r>
            <w:r>
              <w:t>Np</w:t>
            </w:r>
            <w:r w:rsidRPr="00332DB8">
              <w:rPr>
                <w:lang w:val="ru-RU"/>
              </w:rPr>
              <w:t xml:space="preserve">1М, </w:t>
            </w:r>
            <w:r>
              <w:t>https</w:t>
            </w:r>
            <w:r w:rsidRPr="00332DB8">
              <w:rPr>
                <w:lang w:val="ru-RU"/>
              </w:rPr>
              <w:t>://</w:t>
            </w:r>
            <w:r>
              <w:t>vk</w:t>
            </w:r>
            <w:r w:rsidRPr="00332DB8">
              <w:rPr>
                <w:lang w:val="ru-RU"/>
              </w:rPr>
              <w:t>.</w:t>
            </w:r>
            <w:r>
              <w:t>com</w:t>
            </w:r>
            <w:r w:rsidRPr="00332DB8">
              <w:rPr>
                <w:lang w:val="ru-RU"/>
              </w:rPr>
              <w:t>/</w:t>
            </w:r>
            <w:r>
              <w:t>videosl</w:t>
            </w:r>
            <w:r w:rsidRPr="00332DB8">
              <w:rPr>
                <w:lang w:val="ru-RU"/>
              </w:rPr>
              <w:t>29495677?</w:t>
            </w:r>
            <w:r>
              <w:t>z</w:t>
            </w:r>
            <w:r w:rsidRPr="00332DB8">
              <w:rPr>
                <w:lang w:val="ru-RU"/>
              </w:rPr>
              <w:t>=</w:t>
            </w:r>
            <w:r>
              <w:t>video</w:t>
            </w:r>
            <w:r w:rsidRPr="00332DB8">
              <w:rPr>
                <w:lang w:val="ru-RU"/>
              </w:rPr>
              <w:t>129495677_165685851%2</w:t>
            </w:r>
            <w:r>
              <w:t>Fpl</w:t>
            </w:r>
            <w:r w:rsidRPr="00332DB8">
              <w:rPr>
                <w:lang w:val="ru-RU"/>
              </w:rPr>
              <w:t>_129495677_-2 (решение Железнодорожного районного суда г. Ульяновска от 11.05.2017);</w:t>
            </w:r>
          </w:p>
        </w:tc>
        <w:tc>
          <w:tcPr>
            <w:tcW w:w="2880" w:type="dxa"/>
          </w:tcPr>
          <w:p w:rsidR="006F7457" w:rsidRDefault="00332DB8">
            <w:r>
              <w:t>28.02.2018</w:t>
            </w:r>
          </w:p>
        </w:tc>
      </w:tr>
      <w:tr w:rsidR="006F7457">
        <w:tc>
          <w:tcPr>
            <w:tcW w:w="2880" w:type="dxa"/>
          </w:tcPr>
          <w:p w:rsidR="006F7457" w:rsidRDefault="00332DB8">
            <w:r>
              <w:t>4403.</w:t>
            </w:r>
          </w:p>
        </w:tc>
        <w:tc>
          <w:tcPr>
            <w:tcW w:w="2880" w:type="dxa"/>
          </w:tcPr>
          <w:p w:rsidR="006F7457" w:rsidRPr="00332DB8" w:rsidRDefault="00332DB8">
            <w:pPr>
              <w:rPr>
                <w:lang w:val="ru-RU"/>
              </w:rPr>
            </w:pPr>
            <w:r w:rsidRPr="00332DB8">
              <w:rPr>
                <w:lang w:val="ru-RU"/>
              </w:rPr>
              <w:t>Видеоролик «Барыга Узбек Чурка С.ка Хач Мразь Убивай Хачей 14_88 Еб..шь Черножопых.</w:t>
            </w:r>
            <w:r>
              <w:t>m</w:t>
            </w:r>
            <w:r w:rsidRPr="00332DB8">
              <w:rPr>
                <w:lang w:val="ru-RU"/>
              </w:rPr>
              <w:t xml:space="preserve">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w:t>
            </w:r>
            <w:r>
              <w:t>http</w:t>
            </w:r>
            <w:r w:rsidRPr="00332DB8">
              <w:rPr>
                <w:lang w:val="ru-RU"/>
              </w:rPr>
              <w:t>://</w:t>
            </w:r>
            <w:r>
              <w:t>vk</w:t>
            </w:r>
            <w:r w:rsidRPr="00332DB8">
              <w:rPr>
                <w:lang w:val="ru-RU"/>
              </w:rPr>
              <w:t>.</w:t>
            </w:r>
            <w:r>
              <w:t>com</w:t>
            </w:r>
            <w:r w:rsidRPr="00332DB8">
              <w:rPr>
                <w:lang w:val="ru-RU"/>
              </w:rPr>
              <w:t>/</w:t>
            </w:r>
            <w:r>
              <w:t>id</w:t>
            </w:r>
            <w:r w:rsidRPr="00332DB8">
              <w:rPr>
                <w:lang w:val="ru-RU"/>
              </w:rPr>
              <w:t>-</w:t>
            </w:r>
            <w:r>
              <w:t>igor</w:t>
            </w:r>
            <w:r w:rsidRPr="00332DB8">
              <w:rPr>
                <w:lang w:val="ru-RU"/>
              </w:rPr>
              <w:t xml:space="preserve">_ </w:t>
            </w:r>
            <w:r>
              <w:t>akimov</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videos</w:t>
            </w:r>
            <w:r w:rsidRPr="00332DB8">
              <w:rPr>
                <w:lang w:val="ru-RU"/>
              </w:rPr>
              <w:t>-63661266?</w:t>
            </w:r>
            <w:r>
              <w:t>z</w:t>
            </w:r>
            <w:r w:rsidRPr="00332DB8">
              <w:rPr>
                <w:lang w:val="ru-RU"/>
              </w:rPr>
              <w:t>=</w:t>
            </w:r>
            <w:r>
              <w:t>video</w:t>
            </w:r>
            <w:r w:rsidRPr="00332DB8">
              <w:rPr>
                <w:lang w:val="ru-RU"/>
              </w:rPr>
              <w:t>-</w:t>
            </w:r>
            <w:r w:rsidRPr="00332DB8">
              <w:rPr>
                <w:lang w:val="ru-RU"/>
              </w:rPr>
              <w:lastRenderedPageBreak/>
              <w:t>63661266_166816310%2</w:t>
            </w:r>
            <w:r>
              <w:t>Fclub</w:t>
            </w:r>
            <w:r w:rsidRPr="00332DB8">
              <w:rPr>
                <w:lang w:val="ru-RU"/>
              </w:rPr>
              <w:t xml:space="preserve"> 63661266 %2</w:t>
            </w:r>
            <w:r>
              <w:t>Fp</w:t>
            </w:r>
            <w:r w:rsidRPr="00332DB8">
              <w:rPr>
                <w:lang w:val="ru-RU"/>
              </w:rPr>
              <w:t xml:space="preserve">1_-63661266 _-2, </w:t>
            </w:r>
            <w:r>
              <w:t>https</w:t>
            </w:r>
            <w:r w:rsidRPr="00332DB8">
              <w:rPr>
                <w:lang w:val="ru-RU"/>
              </w:rPr>
              <w:t>://</w:t>
            </w:r>
            <w:r>
              <w:t>vk</w:t>
            </w:r>
            <w:r w:rsidRPr="00332DB8">
              <w:rPr>
                <w:lang w:val="ru-RU"/>
              </w:rPr>
              <w:t>.</w:t>
            </w:r>
            <w:r>
              <w:t>com</w:t>
            </w:r>
            <w:r w:rsidRPr="00332DB8">
              <w:rPr>
                <w:lang w:val="ru-RU"/>
              </w:rPr>
              <w:t>/</w:t>
            </w:r>
            <w:r>
              <w:t>videosl</w:t>
            </w:r>
            <w:r w:rsidRPr="00332DB8">
              <w:rPr>
                <w:lang w:val="ru-RU"/>
              </w:rPr>
              <w:t>15294931?</w:t>
            </w:r>
            <w:r>
              <w:t>z</w:t>
            </w:r>
            <w:r w:rsidRPr="00332DB8">
              <w:rPr>
                <w:lang w:val="ru-RU"/>
              </w:rPr>
              <w:t>=</w:t>
            </w:r>
            <w:r>
              <w:t>video</w:t>
            </w:r>
            <w:r w:rsidRPr="00332DB8">
              <w:rPr>
                <w:lang w:val="ru-RU"/>
              </w:rPr>
              <w:t>5379633_167665487%2</w:t>
            </w:r>
            <w:r>
              <w:t>Fpl</w:t>
            </w:r>
            <w:r w:rsidRPr="00332DB8">
              <w:rPr>
                <w:lang w:val="ru-RU"/>
              </w:rPr>
              <w:t>_ 115294931_ -2 (решение Железнодорожного районного суда г. Ульяновска от 11.05.2017);</w:t>
            </w:r>
          </w:p>
        </w:tc>
        <w:tc>
          <w:tcPr>
            <w:tcW w:w="2880" w:type="dxa"/>
          </w:tcPr>
          <w:p w:rsidR="006F7457" w:rsidRDefault="00332DB8">
            <w:r>
              <w:lastRenderedPageBreak/>
              <w:t>28.02.2018</w:t>
            </w:r>
          </w:p>
        </w:tc>
      </w:tr>
      <w:tr w:rsidR="006F7457">
        <w:tc>
          <w:tcPr>
            <w:tcW w:w="2880" w:type="dxa"/>
          </w:tcPr>
          <w:p w:rsidR="006F7457" w:rsidRDefault="00332DB8">
            <w:r>
              <w:lastRenderedPageBreak/>
              <w:t>4404.</w:t>
            </w:r>
          </w:p>
        </w:tc>
        <w:tc>
          <w:tcPr>
            <w:tcW w:w="2880" w:type="dxa"/>
          </w:tcPr>
          <w:p w:rsidR="006F7457" w:rsidRPr="00332DB8" w:rsidRDefault="00332DB8">
            <w:pPr>
              <w:rPr>
                <w:lang w:val="ru-RU"/>
              </w:rPr>
            </w:pPr>
            <w:r w:rsidRPr="00332DB8">
              <w:rPr>
                <w:lang w:val="ru-RU"/>
              </w:rPr>
              <w:t>Видеозапись, под названием «Бабушка – скинхед.</w:t>
            </w:r>
            <w:r>
              <w:t>mp</w:t>
            </w:r>
            <w:r w:rsidRPr="00332DB8">
              <w:rPr>
                <w:lang w:val="ru-RU"/>
              </w:rPr>
              <w:t xml:space="preserve">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w:t>
            </w:r>
            <w:r>
              <w:t>https</w:t>
            </w:r>
            <w:r w:rsidRPr="00332DB8">
              <w:rPr>
                <w:lang w:val="ru-RU"/>
              </w:rPr>
              <w:t>://</w:t>
            </w:r>
            <w:r>
              <w:t>vk</w:t>
            </w:r>
            <w:r w:rsidRPr="00332DB8">
              <w:rPr>
                <w:lang w:val="ru-RU"/>
              </w:rPr>
              <w:t>.</w:t>
            </w:r>
            <w:r>
              <w:t>com</w:t>
            </w:r>
            <w:r w:rsidRPr="00332DB8">
              <w:rPr>
                <w:lang w:val="ru-RU"/>
              </w:rPr>
              <w:t>/</w:t>
            </w:r>
            <w:r>
              <w:t>videos</w:t>
            </w:r>
            <w:r w:rsidRPr="00332DB8">
              <w:rPr>
                <w:lang w:val="ru-RU"/>
              </w:rPr>
              <w:t>165103565?</w:t>
            </w:r>
            <w:r>
              <w:t>q</w:t>
            </w:r>
            <w:r w:rsidRPr="00332DB8">
              <w:rPr>
                <w:lang w:val="ru-RU"/>
              </w:rPr>
              <w:t>=%</w:t>
            </w:r>
            <w:r>
              <w:t>D</w:t>
            </w:r>
            <w:r w:rsidRPr="00332DB8">
              <w:rPr>
                <w:lang w:val="ru-RU"/>
              </w:rPr>
              <w:t>0%</w:t>
            </w:r>
            <w:r>
              <w:t>B</w:t>
            </w:r>
            <w:r w:rsidRPr="00332DB8">
              <w:rPr>
                <w:lang w:val="ru-RU"/>
              </w:rPr>
              <w:t>1%</w:t>
            </w:r>
            <w:r>
              <w:t>D</w:t>
            </w:r>
            <w:r w:rsidRPr="00332DB8">
              <w:rPr>
                <w:lang w:val="ru-RU"/>
              </w:rPr>
              <w:t>0%</w:t>
            </w:r>
            <w:r>
              <w:t>B</w:t>
            </w:r>
            <w:r w:rsidRPr="00332DB8">
              <w:rPr>
                <w:lang w:val="ru-RU"/>
              </w:rPr>
              <w:t>0%</w:t>
            </w:r>
            <w:r>
              <w:t>D</w:t>
            </w:r>
            <w:r w:rsidRPr="00332DB8">
              <w:rPr>
                <w:lang w:val="ru-RU"/>
              </w:rPr>
              <w:t>0%</w:t>
            </w:r>
            <w:r>
              <w:t>B</w:t>
            </w:r>
            <w:r w:rsidRPr="00332DB8">
              <w:rPr>
                <w:lang w:val="ru-RU"/>
              </w:rPr>
              <w:t>1%</w:t>
            </w:r>
            <w:r>
              <w:t>D</w:t>
            </w:r>
            <w:r w:rsidRPr="00332DB8">
              <w:rPr>
                <w:lang w:val="ru-RU"/>
              </w:rPr>
              <w:t>1%83%</w:t>
            </w:r>
            <w:r>
              <w:t>D</w:t>
            </w:r>
            <w:r w:rsidRPr="00332DB8">
              <w:rPr>
                <w:lang w:val="ru-RU"/>
              </w:rPr>
              <w:t>1%88%</w:t>
            </w:r>
            <w:r>
              <w:t>D</w:t>
            </w:r>
            <w:r w:rsidRPr="00332DB8">
              <w:rPr>
                <w:lang w:val="ru-RU"/>
              </w:rPr>
              <w:t>0%</w:t>
            </w:r>
            <w:r>
              <w:t>BA</w:t>
            </w:r>
            <w:r w:rsidRPr="00332DB8">
              <w:rPr>
                <w:lang w:val="ru-RU"/>
              </w:rPr>
              <w:t>%</w:t>
            </w:r>
            <w:r>
              <w:t>D</w:t>
            </w:r>
            <w:r w:rsidRPr="00332DB8">
              <w:rPr>
                <w:lang w:val="ru-RU"/>
              </w:rPr>
              <w:t>0%</w:t>
            </w:r>
            <w:r>
              <w:t>B</w:t>
            </w:r>
            <w:r w:rsidRPr="00332DB8">
              <w:rPr>
                <w:lang w:val="ru-RU"/>
              </w:rPr>
              <w:t>0%20%</w:t>
            </w:r>
            <w:r>
              <w:t>D</w:t>
            </w:r>
            <w:r w:rsidRPr="00332DB8">
              <w:rPr>
                <w:lang w:val="ru-RU"/>
              </w:rPr>
              <w:t>1%81%</w:t>
            </w:r>
            <w:r>
              <w:t>D</w:t>
            </w:r>
            <w:r w:rsidRPr="00332DB8">
              <w:rPr>
                <w:lang w:val="ru-RU"/>
              </w:rPr>
              <w:t>0%</w:t>
            </w:r>
            <w:r>
              <w:t>BA</w:t>
            </w:r>
            <w:r w:rsidRPr="00332DB8">
              <w:rPr>
                <w:lang w:val="ru-RU"/>
              </w:rPr>
              <w:t>%</w:t>
            </w:r>
            <w:r>
              <w:t>D</w:t>
            </w:r>
            <w:r w:rsidRPr="00332DB8">
              <w:rPr>
                <w:lang w:val="ru-RU"/>
              </w:rPr>
              <w:t>0%</w:t>
            </w:r>
            <w:r>
              <w:t>B</w:t>
            </w:r>
            <w:r w:rsidRPr="00332DB8">
              <w:rPr>
                <w:lang w:val="ru-RU"/>
              </w:rPr>
              <w:t>8%</w:t>
            </w:r>
            <w:r>
              <w:t>D</w:t>
            </w:r>
            <w:r w:rsidRPr="00332DB8">
              <w:rPr>
                <w:lang w:val="ru-RU"/>
              </w:rPr>
              <w:t>0%</w:t>
            </w:r>
            <w:r>
              <w:t>BD</w:t>
            </w:r>
            <w:r w:rsidRPr="00332DB8">
              <w:rPr>
                <w:lang w:val="ru-RU"/>
              </w:rPr>
              <w:t>%</w:t>
            </w:r>
            <w:r>
              <w:t>D</w:t>
            </w:r>
            <w:r w:rsidRPr="00332DB8">
              <w:rPr>
                <w:lang w:val="ru-RU"/>
              </w:rPr>
              <w:t>1%85%</w:t>
            </w:r>
            <w:r>
              <w:t>D</w:t>
            </w:r>
            <w:r w:rsidRPr="00332DB8">
              <w:rPr>
                <w:lang w:val="ru-RU"/>
              </w:rPr>
              <w:t>0%</w:t>
            </w:r>
            <w:r>
              <w:t>B</w:t>
            </w:r>
            <w:r w:rsidRPr="00332DB8">
              <w:rPr>
                <w:lang w:val="ru-RU"/>
              </w:rPr>
              <w:t xml:space="preserve">5% </w:t>
            </w:r>
            <w:r>
              <w:t>D</w:t>
            </w:r>
            <w:r w:rsidRPr="00332DB8">
              <w:rPr>
                <w:lang w:val="ru-RU"/>
              </w:rPr>
              <w:t>0%</w:t>
            </w:r>
            <w:r>
              <w:t>B</w:t>
            </w:r>
            <w:r w:rsidRPr="00332DB8">
              <w:rPr>
                <w:lang w:val="ru-RU"/>
              </w:rPr>
              <w:t>4&amp;</w:t>
            </w:r>
            <w:r>
              <w:t>z</w:t>
            </w:r>
            <w:r w:rsidRPr="00332DB8">
              <w:rPr>
                <w:lang w:val="ru-RU"/>
              </w:rPr>
              <w:t>=</w:t>
            </w:r>
            <w:r>
              <w:t>video</w:t>
            </w:r>
            <w:r w:rsidRPr="00332DB8">
              <w:rPr>
                <w:lang w:val="ru-RU"/>
              </w:rPr>
              <w:t>165103565_170922862;</w:t>
            </w:r>
            <w:r>
              <w:t>https</w:t>
            </w:r>
            <w:r w:rsidRPr="00332DB8">
              <w:rPr>
                <w:lang w:val="ru-RU"/>
              </w:rPr>
              <w:t>://</w:t>
            </w:r>
            <w:r>
              <w:t>vk</w:t>
            </w:r>
            <w:r w:rsidRPr="00332DB8">
              <w:rPr>
                <w:lang w:val="ru-RU"/>
              </w:rPr>
              <w:t>.</w:t>
            </w:r>
            <w:r>
              <w:t>com</w:t>
            </w:r>
            <w:r w:rsidRPr="00332DB8">
              <w:rPr>
                <w:lang w:val="ru-RU"/>
              </w:rPr>
              <w:t>/</w:t>
            </w:r>
            <w:r>
              <w:t>videos</w:t>
            </w:r>
            <w:r w:rsidRPr="00332DB8">
              <w:rPr>
                <w:lang w:val="ru-RU"/>
              </w:rPr>
              <w:t>165103565?</w:t>
            </w:r>
            <w:r>
              <w:t>q</w:t>
            </w:r>
            <w:r w:rsidRPr="00332DB8">
              <w:rPr>
                <w:lang w:val="ru-RU"/>
              </w:rPr>
              <w:t>=%</w:t>
            </w:r>
            <w:r>
              <w:t>D</w:t>
            </w:r>
            <w:r w:rsidRPr="00332DB8">
              <w:rPr>
                <w:lang w:val="ru-RU"/>
              </w:rPr>
              <w:t xml:space="preserve">0% </w:t>
            </w:r>
            <w:r>
              <w:t>B</w:t>
            </w:r>
            <w:r w:rsidRPr="00332DB8">
              <w:rPr>
                <w:lang w:val="ru-RU"/>
              </w:rPr>
              <w:t>1%</w:t>
            </w:r>
            <w:r>
              <w:t>D</w:t>
            </w:r>
            <w:r w:rsidRPr="00332DB8">
              <w:rPr>
                <w:lang w:val="ru-RU"/>
              </w:rPr>
              <w:t>0%</w:t>
            </w:r>
            <w:r>
              <w:t>B</w:t>
            </w:r>
            <w:r w:rsidRPr="00332DB8">
              <w:rPr>
                <w:lang w:val="ru-RU"/>
              </w:rPr>
              <w:t>0%</w:t>
            </w:r>
            <w:r>
              <w:t>D</w:t>
            </w:r>
            <w:r w:rsidRPr="00332DB8">
              <w:rPr>
                <w:lang w:val="ru-RU"/>
              </w:rPr>
              <w:t>0%</w:t>
            </w:r>
            <w:r>
              <w:t>B</w:t>
            </w:r>
            <w:r w:rsidRPr="00332DB8">
              <w:rPr>
                <w:lang w:val="ru-RU"/>
              </w:rPr>
              <w:t>1%</w:t>
            </w:r>
            <w:r>
              <w:t>D</w:t>
            </w:r>
            <w:r w:rsidRPr="00332DB8">
              <w:rPr>
                <w:lang w:val="ru-RU"/>
              </w:rPr>
              <w:t>1%83%</w:t>
            </w:r>
            <w:r>
              <w:t>D</w:t>
            </w:r>
            <w:r w:rsidRPr="00332DB8">
              <w:rPr>
                <w:lang w:val="ru-RU"/>
              </w:rPr>
              <w:t>1%88%</w:t>
            </w:r>
            <w:r>
              <w:t>D</w:t>
            </w:r>
            <w:r w:rsidRPr="00332DB8">
              <w:rPr>
                <w:lang w:val="ru-RU"/>
              </w:rPr>
              <w:t>0%</w:t>
            </w:r>
            <w:r>
              <w:t>BA</w:t>
            </w:r>
            <w:r w:rsidRPr="00332DB8">
              <w:rPr>
                <w:lang w:val="ru-RU"/>
              </w:rPr>
              <w:t>%</w:t>
            </w:r>
            <w:r>
              <w:t>D</w:t>
            </w:r>
            <w:r w:rsidRPr="00332DB8">
              <w:rPr>
                <w:lang w:val="ru-RU"/>
              </w:rPr>
              <w:t>0%</w:t>
            </w:r>
            <w:r>
              <w:t>B</w:t>
            </w:r>
            <w:r w:rsidRPr="00332DB8">
              <w:rPr>
                <w:lang w:val="ru-RU"/>
              </w:rPr>
              <w:t>0%20%</w:t>
            </w:r>
            <w:r>
              <w:t>D</w:t>
            </w:r>
            <w:r w:rsidRPr="00332DB8">
              <w:rPr>
                <w:lang w:val="ru-RU"/>
              </w:rPr>
              <w:t>1%81%</w:t>
            </w:r>
            <w:r>
              <w:t>D</w:t>
            </w:r>
            <w:r w:rsidRPr="00332DB8">
              <w:rPr>
                <w:lang w:val="ru-RU"/>
              </w:rPr>
              <w:t xml:space="preserve">0% </w:t>
            </w:r>
            <w:r>
              <w:t>BA</w:t>
            </w:r>
            <w:r w:rsidRPr="00332DB8">
              <w:rPr>
                <w:lang w:val="ru-RU"/>
              </w:rPr>
              <w:t>%</w:t>
            </w:r>
            <w:r>
              <w:t>D</w:t>
            </w:r>
            <w:r w:rsidRPr="00332DB8">
              <w:rPr>
                <w:lang w:val="ru-RU"/>
              </w:rPr>
              <w:t>0%</w:t>
            </w:r>
            <w:r>
              <w:t>B</w:t>
            </w:r>
            <w:r w:rsidRPr="00332DB8">
              <w:rPr>
                <w:lang w:val="ru-RU"/>
              </w:rPr>
              <w:t>8%</w:t>
            </w:r>
            <w:r>
              <w:t>D</w:t>
            </w:r>
            <w:r w:rsidRPr="00332DB8">
              <w:rPr>
                <w:lang w:val="ru-RU"/>
              </w:rPr>
              <w:t>0%</w:t>
            </w:r>
            <w:r>
              <w:t>BD</w:t>
            </w:r>
            <w:r w:rsidRPr="00332DB8">
              <w:rPr>
                <w:lang w:val="ru-RU"/>
              </w:rPr>
              <w:t>%</w:t>
            </w:r>
            <w:r>
              <w:t>D</w:t>
            </w:r>
            <w:r w:rsidRPr="00332DB8">
              <w:rPr>
                <w:lang w:val="ru-RU"/>
              </w:rPr>
              <w:t>1%85%</w:t>
            </w:r>
            <w:r>
              <w:t>D</w:t>
            </w:r>
            <w:r w:rsidRPr="00332DB8">
              <w:rPr>
                <w:lang w:val="ru-RU"/>
              </w:rPr>
              <w:t>0%</w:t>
            </w:r>
            <w:r>
              <w:t>B</w:t>
            </w:r>
            <w:r w:rsidRPr="00332DB8">
              <w:rPr>
                <w:lang w:val="ru-RU"/>
              </w:rPr>
              <w:t>5%</w:t>
            </w:r>
            <w:r>
              <w:t>D</w:t>
            </w:r>
            <w:r w:rsidRPr="00332DB8">
              <w:rPr>
                <w:lang w:val="ru-RU"/>
              </w:rPr>
              <w:t>0%</w:t>
            </w:r>
            <w:r>
              <w:t>B</w:t>
            </w:r>
            <w:r w:rsidRPr="00332DB8">
              <w:rPr>
                <w:lang w:val="ru-RU"/>
              </w:rPr>
              <w:t>4&amp;</w:t>
            </w:r>
            <w:r>
              <w:t>z</w:t>
            </w:r>
            <w:r w:rsidRPr="00332DB8">
              <w:rPr>
                <w:lang w:val="ru-RU"/>
              </w:rPr>
              <w:t>=</w:t>
            </w:r>
            <w:r>
              <w:t>video</w:t>
            </w:r>
            <w:r w:rsidRPr="00332DB8">
              <w:rPr>
                <w:lang w:val="ru-RU"/>
              </w:rPr>
              <w:t xml:space="preserve">114973751_162556337;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FLyamT</w:t>
            </w:r>
            <w:r w:rsidRPr="00332DB8">
              <w:rPr>
                <w:lang w:val="ru-RU"/>
              </w:rPr>
              <w:t>3</w:t>
            </w:r>
            <w:r>
              <w:t>oPkk</w:t>
            </w:r>
            <w:r w:rsidRPr="00332DB8">
              <w:rPr>
                <w:lang w:val="ru-RU"/>
              </w:rPr>
              <w:t>;</w:t>
            </w:r>
            <w:r>
              <w:t>https</w:t>
            </w:r>
            <w:r w:rsidRPr="00332DB8">
              <w:rPr>
                <w:lang w:val="ru-RU"/>
              </w:rPr>
              <w:t>://</w:t>
            </w:r>
            <w:r>
              <w:t>ok</w:t>
            </w:r>
            <w:r w:rsidRPr="00332DB8">
              <w:rPr>
                <w:lang w:val="ru-RU"/>
              </w:rPr>
              <w:t>.</w:t>
            </w:r>
            <w:r>
              <w:t>ru</w:t>
            </w:r>
            <w:r w:rsidRPr="00332DB8">
              <w:rPr>
                <w:lang w:val="ru-RU"/>
              </w:rPr>
              <w:t>/</w:t>
            </w:r>
            <w:r>
              <w:t>video</w:t>
            </w:r>
            <w:r w:rsidRPr="00332DB8">
              <w:rPr>
                <w:lang w:val="ru-RU"/>
              </w:rPr>
              <w:t>/2376731257 (решение Центрального районного суда г. Воронежа от 23.11.2017 и определение Центрального районного суда г. Воронежа от 20.12.2017);</w:t>
            </w:r>
          </w:p>
        </w:tc>
        <w:tc>
          <w:tcPr>
            <w:tcW w:w="2880" w:type="dxa"/>
          </w:tcPr>
          <w:p w:rsidR="006F7457" w:rsidRDefault="00332DB8">
            <w:r>
              <w:t>28.02.2018</w:t>
            </w:r>
          </w:p>
        </w:tc>
      </w:tr>
      <w:tr w:rsidR="006F7457">
        <w:tc>
          <w:tcPr>
            <w:tcW w:w="2880" w:type="dxa"/>
          </w:tcPr>
          <w:p w:rsidR="006F7457" w:rsidRDefault="00332DB8">
            <w:r>
              <w:t>4405.</w:t>
            </w:r>
          </w:p>
        </w:tc>
        <w:tc>
          <w:tcPr>
            <w:tcW w:w="2880" w:type="dxa"/>
          </w:tcPr>
          <w:p w:rsidR="006F7457" w:rsidRPr="00332DB8" w:rsidRDefault="00332DB8">
            <w:pPr>
              <w:rPr>
                <w:lang w:val="ru-RU"/>
              </w:rPr>
            </w:pPr>
            <w:r w:rsidRPr="00332DB8">
              <w:rPr>
                <w:lang w:val="ru-RU"/>
              </w:rPr>
              <w:t xml:space="preserve">Информационные материалы - видеофайлы, содержащие музыкальное произведение (нашид) «Вперед на джихад» (Науа </w:t>
            </w:r>
            <w:r>
              <w:t>alal</w:t>
            </w:r>
            <w:r w:rsidRPr="00332DB8">
              <w:rPr>
                <w:lang w:val="ru-RU"/>
              </w:rPr>
              <w:t xml:space="preserve"> </w:t>
            </w:r>
            <w:r>
              <w:t>Jihad</w:t>
            </w:r>
            <w:r w:rsidRPr="00332DB8">
              <w:rPr>
                <w:lang w:val="ru-RU"/>
              </w:rPr>
              <w:t xml:space="preserve">) в исполнении Абу Тальхи аль Алмани, опубликованные в телекоммуникационной сети Интернет по адресам: 1) </w:t>
            </w:r>
            <w:r>
              <w:t>http</w:t>
            </w:r>
            <w:r w:rsidRPr="00332DB8">
              <w:rPr>
                <w:lang w:val="ru-RU"/>
              </w:rPr>
              <w:t>://</w:t>
            </w:r>
            <w:r>
              <w:t>vk</w:t>
            </w:r>
            <w:r w:rsidRPr="00332DB8">
              <w:rPr>
                <w:lang w:val="ru-RU"/>
              </w:rPr>
              <w:t>.</w:t>
            </w:r>
            <w:r>
              <w:t>com</w:t>
            </w:r>
            <w:r w:rsidRPr="00332DB8">
              <w:rPr>
                <w:lang w:val="ru-RU"/>
              </w:rPr>
              <w:t>/</w:t>
            </w:r>
            <w:r>
              <w:t>video</w:t>
            </w:r>
            <w:r w:rsidRPr="00332DB8">
              <w:rPr>
                <w:lang w:val="ru-RU"/>
              </w:rPr>
              <w:t>53258816_170656020?</w:t>
            </w:r>
            <w:r>
              <w:t>hash</w:t>
            </w:r>
            <w:r w:rsidRPr="00332DB8">
              <w:rPr>
                <w:lang w:val="ru-RU"/>
              </w:rPr>
              <w:t>=618375</w:t>
            </w:r>
            <w:r>
              <w:t>a</w:t>
            </w:r>
            <w:r w:rsidRPr="00332DB8">
              <w:rPr>
                <w:lang w:val="ru-RU"/>
              </w:rPr>
              <w:t>3</w:t>
            </w:r>
            <w:r>
              <w:t>db</w:t>
            </w:r>
            <w:r w:rsidRPr="00332DB8">
              <w:rPr>
                <w:lang w:val="ru-RU"/>
              </w:rPr>
              <w:t>58</w:t>
            </w:r>
            <w:r>
              <w:t>ac</w:t>
            </w:r>
            <w:r w:rsidRPr="00332DB8">
              <w:rPr>
                <w:lang w:val="ru-RU"/>
              </w:rPr>
              <w:t>7</w:t>
            </w:r>
            <w:r>
              <w:t>f</w:t>
            </w:r>
            <w:r w:rsidRPr="00332DB8">
              <w:rPr>
                <w:lang w:val="ru-RU"/>
              </w:rPr>
              <w:t xml:space="preserve"> 2) </w:t>
            </w:r>
            <w:r>
              <w:t>http</w:t>
            </w:r>
            <w:r w:rsidRPr="00332DB8">
              <w:rPr>
                <w:lang w:val="ru-RU"/>
              </w:rPr>
              <w:t>://</w:t>
            </w:r>
            <w:r>
              <w:t>vk</w:t>
            </w:r>
            <w:r w:rsidRPr="00332DB8">
              <w:rPr>
                <w:lang w:val="ru-RU"/>
              </w:rPr>
              <w:t>.</w:t>
            </w:r>
            <w:r>
              <w:t>com</w:t>
            </w:r>
            <w:r w:rsidRPr="00332DB8">
              <w:rPr>
                <w:lang w:val="ru-RU"/>
              </w:rPr>
              <w:t>/</w:t>
            </w:r>
            <w:r>
              <w:t>video</w:t>
            </w:r>
            <w:r w:rsidRPr="00332DB8">
              <w:rPr>
                <w:lang w:val="ru-RU"/>
              </w:rPr>
              <w:t>32964742_ 169813359?</w:t>
            </w:r>
            <w:r>
              <w:t>hash</w:t>
            </w:r>
            <w:r w:rsidRPr="00332DB8">
              <w:rPr>
                <w:lang w:val="ru-RU"/>
              </w:rPr>
              <w:t>=</w:t>
            </w:r>
            <w:r>
              <w:t>cc</w:t>
            </w:r>
            <w:r w:rsidRPr="00332DB8">
              <w:rPr>
                <w:lang w:val="ru-RU"/>
              </w:rPr>
              <w:t>6</w:t>
            </w:r>
            <w:r>
              <w:t>b</w:t>
            </w:r>
            <w:r w:rsidRPr="00332DB8">
              <w:rPr>
                <w:lang w:val="ru-RU"/>
              </w:rPr>
              <w:t>929</w:t>
            </w:r>
            <w:r>
              <w:t>bd</w:t>
            </w:r>
            <w:r w:rsidRPr="00332DB8">
              <w:rPr>
                <w:lang w:val="ru-RU"/>
              </w:rPr>
              <w:t>24</w:t>
            </w:r>
            <w:r>
              <w:t>d</w:t>
            </w:r>
            <w:r w:rsidRPr="00332DB8">
              <w:rPr>
                <w:lang w:val="ru-RU"/>
              </w:rPr>
              <w:t>5</w:t>
            </w:r>
            <w:r>
              <w:t>fac</w:t>
            </w:r>
            <w:r w:rsidRPr="00332DB8">
              <w:rPr>
                <w:lang w:val="ru-RU"/>
              </w:rPr>
              <w:t xml:space="preserve"> 3) </w:t>
            </w:r>
            <w:r>
              <w:t>http</w:t>
            </w:r>
            <w:r w:rsidRPr="00332DB8">
              <w:rPr>
                <w:lang w:val="ru-RU"/>
              </w:rPr>
              <w:t>://</w:t>
            </w:r>
            <w:r>
              <w:t>vk</w:t>
            </w:r>
            <w:r w:rsidRPr="00332DB8">
              <w:rPr>
                <w:lang w:val="ru-RU"/>
              </w:rPr>
              <w:t>.</w:t>
            </w:r>
            <w:r>
              <w:t>com</w:t>
            </w:r>
            <w:r w:rsidRPr="00332DB8">
              <w:rPr>
                <w:lang w:val="ru-RU"/>
              </w:rPr>
              <w:t>/</w:t>
            </w:r>
            <w:r>
              <w:t>video</w:t>
            </w:r>
            <w:r w:rsidRPr="00332DB8">
              <w:rPr>
                <w:lang w:val="ru-RU"/>
              </w:rPr>
              <w:t>233755954_171593731 ?</w:t>
            </w:r>
            <w:r>
              <w:t>hash</w:t>
            </w:r>
            <w:r w:rsidRPr="00332DB8">
              <w:rPr>
                <w:lang w:val="ru-RU"/>
              </w:rPr>
              <w:t>=4</w:t>
            </w:r>
            <w:r>
              <w:t>d</w:t>
            </w:r>
            <w:r w:rsidRPr="00332DB8">
              <w:rPr>
                <w:lang w:val="ru-RU"/>
              </w:rPr>
              <w:t>2</w:t>
            </w:r>
            <w:r>
              <w:t>d</w:t>
            </w:r>
            <w:r w:rsidRPr="00332DB8">
              <w:rPr>
                <w:lang w:val="ru-RU"/>
              </w:rPr>
              <w:t>9</w:t>
            </w:r>
            <w:r>
              <w:t>f</w:t>
            </w:r>
            <w:r w:rsidRPr="00332DB8">
              <w:rPr>
                <w:lang w:val="ru-RU"/>
              </w:rPr>
              <w:t>60309</w:t>
            </w:r>
            <w:r>
              <w:t>f</w:t>
            </w:r>
            <w:r w:rsidRPr="00332DB8">
              <w:rPr>
                <w:lang w:val="ru-RU"/>
              </w:rPr>
              <w:t>17</w:t>
            </w:r>
            <w:r>
              <w:t>b</w:t>
            </w:r>
            <w:r w:rsidRPr="00332DB8">
              <w:rPr>
                <w:lang w:val="ru-RU"/>
              </w:rPr>
              <w:t>7 (решение Первомайского районного суда г. Кирова от 25.05.2016);</w:t>
            </w:r>
          </w:p>
        </w:tc>
        <w:tc>
          <w:tcPr>
            <w:tcW w:w="2880" w:type="dxa"/>
          </w:tcPr>
          <w:p w:rsidR="006F7457" w:rsidRDefault="00332DB8">
            <w:r>
              <w:t>28.02.2018</w:t>
            </w:r>
          </w:p>
        </w:tc>
      </w:tr>
      <w:tr w:rsidR="006F7457">
        <w:tc>
          <w:tcPr>
            <w:tcW w:w="2880" w:type="dxa"/>
          </w:tcPr>
          <w:p w:rsidR="006F7457" w:rsidRDefault="00332DB8">
            <w:r>
              <w:t>4406.</w:t>
            </w:r>
          </w:p>
        </w:tc>
        <w:tc>
          <w:tcPr>
            <w:tcW w:w="2880" w:type="dxa"/>
          </w:tcPr>
          <w:p w:rsidR="006F7457" w:rsidRPr="00332DB8" w:rsidRDefault="00332DB8">
            <w:pPr>
              <w:rPr>
                <w:lang w:val="ru-RU"/>
              </w:rPr>
            </w:pPr>
            <w:r w:rsidRPr="00332DB8">
              <w:rPr>
                <w:lang w:val="ru-RU"/>
              </w:rPr>
              <w:t>Информационный материал - видеофайл «</w:t>
            </w:r>
            <w:r>
              <w:t>Russkie</w:t>
            </w:r>
            <w:r w:rsidRPr="00332DB8">
              <w:rPr>
                <w:lang w:val="ru-RU"/>
              </w:rPr>
              <w:t xml:space="preserve"> </w:t>
            </w:r>
            <w:r>
              <w:t>vpered</w:t>
            </w:r>
            <w:r w:rsidRPr="00332DB8">
              <w:rPr>
                <w:lang w:val="ru-RU"/>
              </w:rPr>
              <w:t xml:space="preserve"> 14-88.360.</w:t>
            </w:r>
            <w:r>
              <w:t>m</w:t>
            </w:r>
            <w:r w:rsidRPr="00332DB8">
              <w:rPr>
                <w:lang w:val="ru-RU"/>
              </w:rPr>
              <w:t>р4», содержащий музыкальное произведение «Русские вперед» исполнителя «</w:t>
            </w:r>
            <w:r>
              <w:t>Mastiv</w:t>
            </w:r>
            <w:r w:rsidRPr="00332DB8">
              <w:rPr>
                <w:lang w:val="ru-RU"/>
              </w:rPr>
              <w:t xml:space="preserve">», сопровождающееся видеорядом, опубликованный в телекоммуникационной сети Интернет продолжительностью 5 мин. 15 сек. по адресам: </w:t>
            </w:r>
            <w:r>
              <w:t>http</w:t>
            </w:r>
            <w:r w:rsidRPr="00332DB8">
              <w:rPr>
                <w:lang w:val="ru-RU"/>
              </w:rPr>
              <w:t>://</w:t>
            </w:r>
            <w:r>
              <w:t>vk</w:t>
            </w:r>
            <w:r w:rsidRPr="00332DB8">
              <w:rPr>
                <w:lang w:val="ru-RU"/>
              </w:rPr>
              <w:t>.</w:t>
            </w:r>
            <w:r>
              <w:t>com</w:t>
            </w:r>
            <w:r w:rsidRPr="00332DB8">
              <w:rPr>
                <w:lang w:val="ru-RU"/>
              </w:rPr>
              <w:t>/</w:t>
            </w:r>
            <w:r>
              <w:t>video</w:t>
            </w:r>
            <w:r w:rsidRPr="00332DB8">
              <w:rPr>
                <w:lang w:val="ru-RU"/>
              </w:rPr>
              <w:t>259391127_170677373?</w:t>
            </w:r>
            <w:r>
              <w:t>hash</w:t>
            </w:r>
            <w:r w:rsidRPr="00332DB8">
              <w:rPr>
                <w:lang w:val="ru-RU"/>
              </w:rPr>
              <w:t>= 19819</w:t>
            </w:r>
            <w:r>
              <w:t>ae</w:t>
            </w:r>
            <w:r w:rsidRPr="00332DB8">
              <w:rPr>
                <w:lang w:val="ru-RU"/>
              </w:rPr>
              <w:t>78</w:t>
            </w:r>
            <w:r>
              <w:t>a</w:t>
            </w:r>
            <w:r w:rsidRPr="00332DB8">
              <w:rPr>
                <w:lang w:val="ru-RU"/>
              </w:rPr>
              <w:t>267</w:t>
            </w:r>
            <w:r>
              <w:t>fb</w:t>
            </w:r>
            <w:r w:rsidRPr="00332DB8">
              <w:rPr>
                <w:lang w:val="ru-RU"/>
              </w:rPr>
              <w:t xml:space="preserve">6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jUFxxkImZis</w:t>
            </w:r>
            <w:r w:rsidRPr="00332DB8">
              <w:rPr>
                <w:lang w:val="ru-RU"/>
              </w:rPr>
              <w:t xml:space="preserve"> (решение Первомайского районного суда г. Кирова от 25.05.2016);</w:t>
            </w:r>
          </w:p>
        </w:tc>
        <w:tc>
          <w:tcPr>
            <w:tcW w:w="2880" w:type="dxa"/>
          </w:tcPr>
          <w:p w:rsidR="006F7457" w:rsidRDefault="00332DB8">
            <w:r>
              <w:t>28.02.2018</w:t>
            </w:r>
          </w:p>
        </w:tc>
      </w:tr>
      <w:tr w:rsidR="006F7457">
        <w:tc>
          <w:tcPr>
            <w:tcW w:w="2880" w:type="dxa"/>
          </w:tcPr>
          <w:p w:rsidR="006F7457" w:rsidRDefault="00332DB8">
            <w:r>
              <w:lastRenderedPageBreak/>
              <w:t>4407.</w:t>
            </w:r>
          </w:p>
        </w:tc>
        <w:tc>
          <w:tcPr>
            <w:tcW w:w="2880" w:type="dxa"/>
          </w:tcPr>
          <w:p w:rsidR="006F7457" w:rsidRPr="00332DB8" w:rsidRDefault="00332DB8">
            <w:pPr>
              <w:rPr>
                <w:lang w:val="ru-RU"/>
              </w:rPr>
            </w:pPr>
            <w:r w:rsidRPr="00332DB8">
              <w:rPr>
                <w:lang w:val="ru-RU"/>
              </w:rPr>
              <w:t>Информационный материал - видеофайл «</w:t>
            </w:r>
            <w:r>
              <w:t>Bej</w:t>
            </w:r>
            <w:r w:rsidRPr="00332DB8">
              <w:rPr>
                <w:lang w:val="ru-RU"/>
              </w:rPr>
              <w:t xml:space="preserve"> </w:t>
            </w:r>
            <w:r>
              <w:t>chur</w:t>
            </w:r>
            <w:r w:rsidRPr="00332DB8">
              <w:rPr>
                <w:lang w:val="ru-RU"/>
              </w:rPr>
              <w:t xml:space="preserve">... </w:t>
            </w:r>
            <w:r>
              <w:t>spasai</w:t>
            </w:r>
            <w:r w:rsidRPr="00332DB8">
              <w:rPr>
                <w:lang w:val="ru-RU"/>
              </w:rPr>
              <w:t xml:space="preserve"> </w:t>
            </w:r>
            <w:r>
              <w:t>otchiznu</w:t>
            </w:r>
            <w:r w:rsidRPr="00332DB8">
              <w:rPr>
                <w:lang w:val="ru-RU"/>
              </w:rPr>
              <w:t>!.360.</w:t>
            </w:r>
            <w:r>
              <w:t>mp</w:t>
            </w:r>
            <w:r w:rsidRPr="00332DB8">
              <w:rPr>
                <w:lang w:val="ru-RU"/>
              </w:rPr>
              <w:t xml:space="preserve">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w:t>
            </w:r>
            <w:r>
              <w:t>http</w:t>
            </w:r>
            <w:r w:rsidRPr="00332DB8">
              <w:rPr>
                <w:lang w:val="ru-RU"/>
              </w:rPr>
              <w:t>://</w:t>
            </w:r>
            <w:r>
              <w:t>vk</w:t>
            </w:r>
            <w:r w:rsidRPr="00332DB8">
              <w:rPr>
                <w:lang w:val="ru-RU"/>
              </w:rPr>
              <w:t>.</w:t>
            </w:r>
            <w:r>
              <w:t>com</w:t>
            </w:r>
            <w:r w:rsidRPr="00332DB8">
              <w:rPr>
                <w:lang w:val="ru-RU"/>
              </w:rPr>
              <w:t>/</w:t>
            </w:r>
            <w:r>
              <w:t>video</w:t>
            </w:r>
            <w:r w:rsidRPr="00332DB8">
              <w:rPr>
                <w:lang w:val="ru-RU"/>
              </w:rPr>
              <w:t>155149593_170998931?</w:t>
            </w:r>
            <w:r>
              <w:t>hash</w:t>
            </w:r>
            <w:r w:rsidRPr="00332DB8">
              <w:rPr>
                <w:lang w:val="ru-RU"/>
              </w:rPr>
              <w:t>=</w:t>
            </w:r>
            <w:r>
              <w:t>a</w:t>
            </w:r>
            <w:r w:rsidRPr="00332DB8">
              <w:rPr>
                <w:lang w:val="ru-RU"/>
              </w:rPr>
              <w:t>2</w:t>
            </w:r>
            <w:r>
              <w:t>d</w:t>
            </w:r>
            <w:r w:rsidRPr="00332DB8">
              <w:rPr>
                <w:lang w:val="ru-RU"/>
              </w:rPr>
              <w:t>90483</w:t>
            </w:r>
            <w:r>
              <w:t>ce</w:t>
            </w:r>
            <w:r w:rsidRPr="00332DB8">
              <w:rPr>
                <w:lang w:val="ru-RU"/>
              </w:rPr>
              <w:t>1</w:t>
            </w:r>
            <w:r>
              <w:t>c</w:t>
            </w:r>
            <w:r w:rsidRPr="00332DB8">
              <w:rPr>
                <w:lang w:val="ru-RU"/>
              </w:rPr>
              <w:t>06</w:t>
            </w:r>
            <w:r>
              <w:t>al</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56433219_164892169 </w:t>
            </w:r>
            <w:r>
              <w:t>https</w:t>
            </w:r>
            <w:r w:rsidRPr="00332DB8">
              <w:rPr>
                <w:lang w:val="ru-RU"/>
              </w:rPr>
              <w:t>://</w:t>
            </w:r>
            <w:r>
              <w:t>vk</w:t>
            </w:r>
            <w:r w:rsidRPr="00332DB8">
              <w:rPr>
                <w:lang w:val="ru-RU"/>
              </w:rPr>
              <w:t>.</w:t>
            </w:r>
            <w:r>
              <w:t>com</w:t>
            </w:r>
            <w:r w:rsidRPr="00332DB8">
              <w:rPr>
                <w:lang w:val="ru-RU"/>
              </w:rPr>
              <w:t>/</w:t>
            </w:r>
            <w:r>
              <w:t>video</w:t>
            </w:r>
            <w:r w:rsidRPr="00332DB8">
              <w:rPr>
                <w:lang w:val="ru-RU"/>
              </w:rPr>
              <w:t>-35265376_168263720 (решение Первомайского районного суда г. Кирова от 25.05.2016);</w:t>
            </w:r>
          </w:p>
        </w:tc>
        <w:tc>
          <w:tcPr>
            <w:tcW w:w="2880" w:type="dxa"/>
          </w:tcPr>
          <w:p w:rsidR="006F7457" w:rsidRDefault="00332DB8">
            <w:r>
              <w:t>28.02.2018</w:t>
            </w:r>
          </w:p>
        </w:tc>
      </w:tr>
      <w:tr w:rsidR="006F7457">
        <w:tc>
          <w:tcPr>
            <w:tcW w:w="2880" w:type="dxa"/>
          </w:tcPr>
          <w:p w:rsidR="006F7457" w:rsidRDefault="00332DB8">
            <w:r>
              <w:t>4408.</w:t>
            </w:r>
          </w:p>
        </w:tc>
        <w:tc>
          <w:tcPr>
            <w:tcW w:w="2880" w:type="dxa"/>
          </w:tcPr>
          <w:p w:rsidR="006F7457" w:rsidRPr="00332DB8" w:rsidRDefault="00332DB8">
            <w:pPr>
              <w:rPr>
                <w:lang w:val="ru-RU"/>
              </w:rPr>
            </w:pPr>
            <w:r w:rsidRPr="00332DB8">
              <w:rPr>
                <w:lang w:val="ru-RU"/>
              </w:rPr>
              <w:t>Информационный материал - видеофайл «</w:t>
            </w:r>
            <w:r>
              <w:t>Slava</w:t>
            </w:r>
            <w:r w:rsidRPr="00332DB8">
              <w:rPr>
                <w:lang w:val="ru-RU"/>
              </w:rPr>
              <w:t xml:space="preserve"> </w:t>
            </w:r>
            <w:r>
              <w:t>ROSSII</w:t>
            </w:r>
            <w:r w:rsidRPr="00332DB8">
              <w:rPr>
                <w:lang w:val="ru-RU"/>
              </w:rPr>
              <w:t xml:space="preserve"> !!!.</w:t>
            </w:r>
            <w:r>
              <w:t>flv</w:t>
            </w:r>
            <w:r w:rsidRPr="00332DB8">
              <w:rPr>
                <w:lang w:val="ru-RU"/>
              </w:rPr>
              <w:t xml:space="preserve">»,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202437115_165965610?</w:t>
            </w:r>
            <w:r>
              <w:t>hash</w:t>
            </w:r>
            <w:r w:rsidRPr="00332DB8">
              <w:rPr>
                <w:lang w:val="ru-RU"/>
              </w:rPr>
              <w:t>=80</w:t>
            </w:r>
            <w:r>
              <w:t>f</w:t>
            </w:r>
            <w:r w:rsidRPr="00332DB8">
              <w:rPr>
                <w:lang w:val="ru-RU"/>
              </w:rPr>
              <w:t>978</w:t>
            </w:r>
            <w:r>
              <w:t>ea</w:t>
            </w:r>
            <w:r w:rsidRPr="00332DB8">
              <w:rPr>
                <w:lang w:val="ru-RU"/>
              </w:rPr>
              <w:t>2</w:t>
            </w:r>
            <w:r>
              <w:t>e</w:t>
            </w:r>
            <w:r w:rsidRPr="00332DB8">
              <w:rPr>
                <w:lang w:val="ru-RU"/>
              </w:rPr>
              <w:t>69</w:t>
            </w:r>
            <w:r>
              <w:t>b</w:t>
            </w:r>
            <w:r w:rsidRPr="00332DB8">
              <w:rPr>
                <w:lang w:val="ru-RU"/>
              </w:rPr>
              <w:t xml:space="preserve">234 </w:t>
            </w:r>
            <w:r>
              <w:t>https</w:t>
            </w:r>
            <w:r w:rsidRPr="00332DB8">
              <w:rPr>
                <w:lang w:val="ru-RU"/>
              </w:rPr>
              <w:t xml:space="preserve"> ://</w:t>
            </w:r>
            <w:r>
              <w:t>www</w:t>
            </w:r>
            <w:r w:rsidRPr="00332DB8">
              <w:rPr>
                <w:lang w:val="ru-RU"/>
              </w:rPr>
              <w:t>.</w:t>
            </w:r>
            <w:r>
              <w:t>youtube</w:t>
            </w:r>
            <w:r w:rsidRPr="00332DB8">
              <w:rPr>
                <w:lang w:val="ru-RU"/>
              </w:rPr>
              <w:t>.</w:t>
            </w:r>
            <w:r>
              <w:t>com</w:t>
            </w:r>
            <w:r w:rsidRPr="00332DB8">
              <w:rPr>
                <w:lang w:val="ru-RU"/>
              </w:rPr>
              <w:t>/</w:t>
            </w:r>
            <w:r>
              <w:t>watch</w:t>
            </w:r>
            <w:r w:rsidRPr="00332DB8">
              <w:rPr>
                <w:lang w:val="ru-RU"/>
              </w:rPr>
              <w:t xml:space="preserve">? </w:t>
            </w:r>
            <w:r>
              <w:t>v</w:t>
            </w:r>
            <w:r w:rsidRPr="00332DB8">
              <w:rPr>
                <w:lang w:val="ru-RU"/>
              </w:rPr>
              <w:t>=</w:t>
            </w:r>
            <w:r>
              <w:t>jg</w:t>
            </w:r>
            <w:r w:rsidRPr="00332DB8">
              <w:rPr>
                <w:lang w:val="ru-RU"/>
              </w:rPr>
              <w:t>6</w:t>
            </w:r>
            <w:r>
              <w:t>t</w:t>
            </w:r>
            <w:r w:rsidRPr="00332DB8">
              <w:rPr>
                <w:lang w:val="ru-RU"/>
              </w:rPr>
              <w:t>6</w:t>
            </w:r>
            <w:r>
              <w:t>TCN</w:t>
            </w:r>
            <w:r w:rsidRPr="00332DB8">
              <w:rPr>
                <w:lang w:val="ru-RU"/>
              </w:rPr>
              <w:t>5</w:t>
            </w:r>
            <w:r>
              <w:t>UU</w:t>
            </w:r>
            <w:r w:rsidRPr="00332DB8">
              <w:rPr>
                <w:lang w:val="ru-RU"/>
              </w:rPr>
              <w:t xml:space="preserve"> (решение Первомайского районного суда г. Кирова от 25.05.2016);</w:t>
            </w:r>
          </w:p>
        </w:tc>
        <w:tc>
          <w:tcPr>
            <w:tcW w:w="2880" w:type="dxa"/>
          </w:tcPr>
          <w:p w:rsidR="006F7457" w:rsidRDefault="00332DB8">
            <w:r>
              <w:t>28.02.2018</w:t>
            </w:r>
          </w:p>
        </w:tc>
      </w:tr>
      <w:tr w:rsidR="006F7457">
        <w:tc>
          <w:tcPr>
            <w:tcW w:w="2880" w:type="dxa"/>
          </w:tcPr>
          <w:p w:rsidR="006F7457" w:rsidRDefault="00332DB8">
            <w:r>
              <w:t>4409.</w:t>
            </w:r>
          </w:p>
        </w:tc>
        <w:tc>
          <w:tcPr>
            <w:tcW w:w="2880" w:type="dxa"/>
          </w:tcPr>
          <w:p w:rsidR="006F7457" w:rsidRPr="00332DB8" w:rsidRDefault="00332DB8">
            <w:pPr>
              <w:rPr>
                <w:lang w:val="ru-RU"/>
              </w:rPr>
            </w:pPr>
            <w:r w:rsidRPr="00332DB8">
              <w:rPr>
                <w:lang w:val="ru-RU"/>
              </w:rPr>
              <w:t>Информационный материал - аудиозапись музыкального произведения «Печи Дахао просят огня» (</w:t>
            </w:r>
            <w:r>
              <w:t>Pechi</w:t>
            </w:r>
            <w:r w:rsidRPr="00332DB8">
              <w:rPr>
                <w:lang w:val="ru-RU"/>
              </w:rPr>
              <w:t xml:space="preserve"> </w:t>
            </w:r>
            <w:r>
              <w:t>dahao</w:t>
            </w:r>
            <w:r w:rsidRPr="00332DB8">
              <w:rPr>
                <w:lang w:val="ru-RU"/>
              </w:rPr>
              <w:t xml:space="preserve"> </w:t>
            </w:r>
            <w:r>
              <w:t>prosyat</w:t>
            </w:r>
            <w:r w:rsidRPr="00332DB8">
              <w:rPr>
                <w:lang w:val="ru-RU"/>
              </w:rPr>
              <w:t xml:space="preserve"> </w:t>
            </w:r>
            <w:r>
              <w:t>ognya</w:t>
            </w:r>
            <w:r w:rsidRPr="00332DB8">
              <w:rPr>
                <w:lang w:val="ru-RU"/>
              </w:rPr>
              <w:t>.</w:t>
            </w:r>
            <w:r>
              <w:t>mp</w:t>
            </w:r>
            <w:r w:rsidRPr="00332DB8">
              <w:rPr>
                <w:lang w:val="ru-RU"/>
              </w:rPr>
              <w:t>3) исполнителя «Крайний Юг» (</w:t>
            </w:r>
            <w:r>
              <w:t>Krainij</w:t>
            </w:r>
            <w:r w:rsidRPr="00332DB8">
              <w:rPr>
                <w:lang w:val="ru-RU"/>
              </w:rPr>
              <w:t xml:space="preserve"> </w:t>
            </w:r>
            <w:r>
              <w:t>yug</w:t>
            </w:r>
            <w:r w:rsidRPr="00332DB8">
              <w:rPr>
                <w:lang w:val="ru-RU"/>
              </w:rPr>
              <w:t xml:space="preserve">) продолжительностью 3 мин. 46 сек. по адресам </w:t>
            </w:r>
            <w:r>
              <w:t>http</w:t>
            </w:r>
            <w:r w:rsidRPr="00332DB8">
              <w:rPr>
                <w:lang w:val="ru-RU"/>
              </w:rPr>
              <w:t>://</w:t>
            </w:r>
            <w:r>
              <w:t>vmuzike</w:t>
            </w:r>
            <w:r w:rsidRPr="00332DB8">
              <w:rPr>
                <w:lang w:val="ru-RU"/>
              </w:rPr>
              <w:t>.</w:t>
            </w:r>
            <w:r>
              <w:t>net</w:t>
            </w:r>
            <w:r w:rsidRPr="00332DB8">
              <w:rPr>
                <w:lang w:val="ru-RU"/>
              </w:rPr>
              <w:t>/</w:t>
            </w:r>
            <w:r>
              <w:t>song</w:t>
            </w:r>
            <w:r w:rsidRPr="00332DB8">
              <w:rPr>
                <w:lang w:val="ru-RU"/>
              </w:rPr>
              <w:t>/%</w:t>
            </w:r>
            <w:r>
              <w:t>D</w:t>
            </w:r>
            <w:r w:rsidRPr="00332DB8">
              <w:rPr>
                <w:lang w:val="ru-RU"/>
              </w:rPr>
              <w:t>0%</w:t>
            </w:r>
            <w:r>
              <w:t>BA</w:t>
            </w:r>
            <w:r w:rsidRPr="00332DB8">
              <w:rPr>
                <w:lang w:val="ru-RU"/>
              </w:rPr>
              <w:t>%</w:t>
            </w:r>
            <w:r>
              <w:t>D</w:t>
            </w:r>
            <w:r w:rsidRPr="00332DB8">
              <w:rPr>
                <w:lang w:val="ru-RU"/>
              </w:rPr>
              <w:t>%180%</w:t>
            </w:r>
            <w:r>
              <w:t>D</w:t>
            </w:r>
            <w:r w:rsidRPr="00332DB8">
              <w:rPr>
                <w:lang w:val="ru-RU"/>
              </w:rPr>
              <w:t>0%</w:t>
            </w:r>
            <w:r>
              <w:t>B</w:t>
            </w:r>
            <w:r w:rsidRPr="00332DB8">
              <w:rPr>
                <w:lang w:val="ru-RU"/>
              </w:rPr>
              <w:t>0%</w:t>
            </w:r>
            <w:r>
              <w:t>D</w:t>
            </w:r>
            <w:r w:rsidRPr="00332DB8">
              <w:rPr>
                <w:lang w:val="ru-RU"/>
              </w:rPr>
              <w:t>0%</w:t>
            </w:r>
            <w:r>
              <w:t>B</w:t>
            </w:r>
            <w:r w:rsidRPr="00332DB8">
              <w:rPr>
                <w:lang w:val="ru-RU"/>
              </w:rPr>
              <w:t>9%</w:t>
            </w:r>
            <w:r>
              <w:t>D</w:t>
            </w:r>
            <w:r w:rsidRPr="00332DB8">
              <w:rPr>
                <w:lang w:val="ru-RU"/>
              </w:rPr>
              <w:t>0%</w:t>
            </w:r>
            <w:r>
              <w:t>BD</w:t>
            </w:r>
            <w:r w:rsidRPr="00332DB8">
              <w:rPr>
                <w:lang w:val="ru-RU"/>
              </w:rPr>
              <w:t>%</w:t>
            </w:r>
            <w:r>
              <w:t>D</w:t>
            </w:r>
            <w:r w:rsidRPr="00332DB8">
              <w:rPr>
                <w:lang w:val="ru-RU"/>
              </w:rPr>
              <w:t>0%</w:t>
            </w:r>
            <w:r>
              <w:t>B</w:t>
            </w:r>
            <w:r w:rsidRPr="00332DB8">
              <w:rPr>
                <w:lang w:val="ru-RU"/>
              </w:rPr>
              <w:t>8%</w:t>
            </w:r>
            <w:r>
              <w:t>D</w:t>
            </w:r>
            <w:r w:rsidRPr="00332DB8">
              <w:rPr>
                <w:lang w:val="ru-RU"/>
              </w:rPr>
              <w:t>0%</w:t>
            </w:r>
            <w:r>
              <w:t>B</w:t>
            </w:r>
            <w:r w:rsidRPr="00332DB8">
              <w:rPr>
                <w:lang w:val="ru-RU"/>
              </w:rPr>
              <w:t>9_%</w:t>
            </w:r>
            <w:r>
              <w:t>D</w:t>
            </w:r>
            <w:r w:rsidRPr="00332DB8">
              <w:rPr>
                <w:lang w:val="ru-RU"/>
              </w:rPr>
              <w:t>1%8</w:t>
            </w:r>
            <w:r>
              <w:t>E</w:t>
            </w:r>
            <w:r w:rsidRPr="00332DB8">
              <w:rPr>
                <w:lang w:val="ru-RU"/>
              </w:rPr>
              <w:t>%</w:t>
            </w:r>
            <w:r>
              <w:t>D</w:t>
            </w:r>
            <w:r w:rsidRPr="00332DB8">
              <w:rPr>
                <w:lang w:val="ru-RU"/>
              </w:rPr>
              <w:t>0%</w:t>
            </w:r>
            <w:r>
              <w:t>B</w:t>
            </w:r>
            <w:r w:rsidRPr="00332DB8">
              <w:rPr>
                <w:lang w:val="ru-RU"/>
              </w:rPr>
              <w:t>3/</w:t>
            </w:r>
            <w:r>
              <w:t>pechi</w:t>
            </w:r>
            <w:r w:rsidRPr="00332DB8">
              <w:rPr>
                <w:lang w:val="ru-RU"/>
              </w:rPr>
              <w:t>_</w:t>
            </w:r>
            <w:r>
              <w:t>dahau</w:t>
            </w:r>
            <w:r w:rsidRPr="00332DB8">
              <w:rPr>
                <w:lang w:val="ru-RU"/>
              </w:rPr>
              <w:t>_</w:t>
            </w:r>
            <w:r>
              <w:t>prosyat</w:t>
            </w:r>
            <w:r w:rsidRPr="00332DB8">
              <w:rPr>
                <w:lang w:val="ru-RU"/>
              </w:rPr>
              <w:t>_</w:t>
            </w:r>
            <w:r>
              <w:t>ognya</w:t>
            </w:r>
            <w:r w:rsidRPr="00332DB8">
              <w:rPr>
                <w:lang w:val="ru-RU"/>
              </w:rPr>
              <w:t xml:space="preserve">; </w:t>
            </w:r>
            <w:r>
              <w:t>http</w:t>
            </w:r>
            <w:r w:rsidRPr="00332DB8">
              <w:rPr>
                <w:lang w:val="ru-RU"/>
              </w:rPr>
              <w:t>://</w:t>
            </w:r>
            <w:r>
              <w:t>musicov</w:t>
            </w:r>
            <w:r w:rsidRPr="00332DB8">
              <w:rPr>
                <w:lang w:val="ru-RU"/>
              </w:rPr>
              <w:t>.</w:t>
            </w:r>
            <w:r>
              <w:t>me</w:t>
            </w:r>
            <w:r w:rsidRPr="00332DB8">
              <w:rPr>
                <w:lang w:val="ru-RU"/>
              </w:rPr>
              <w:t>/?</w:t>
            </w:r>
            <w:r>
              <w:t>song</w:t>
            </w:r>
            <w:r w:rsidRPr="00332DB8">
              <w:rPr>
                <w:lang w:val="ru-RU"/>
              </w:rPr>
              <w:t>=%</w:t>
            </w:r>
            <w:r>
              <w:t>CA</w:t>
            </w:r>
            <w:r w:rsidRPr="00332DB8">
              <w:rPr>
                <w:lang w:val="ru-RU"/>
              </w:rPr>
              <w:t>%</w:t>
            </w:r>
            <w:r>
              <w:t>F</w:t>
            </w:r>
            <w:r w:rsidRPr="00332DB8">
              <w:rPr>
                <w:lang w:val="ru-RU"/>
              </w:rPr>
              <w:t>0%</w:t>
            </w:r>
            <w:r>
              <w:t>E</w:t>
            </w:r>
            <w:r w:rsidRPr="00332DB8">
              <w:rPr>
                <w:lang w:val="ru-RU"/>
              </w:rPr>
              <w:t>0%</w:t>
            </w:r>
            <w:r>
              <w:t>E</w:t>
            </w:r>
            <w:r w:rsidRPr="00332DB8">
              <w:rPr>
                <w:lang w:val="ru-RU"/>
              </w:rPr>
              <w:t>9%</w:t>
            </w:r>
            <w:r>
              <w:t>ED</w:t>
            </w:r>
            <w:r w:rsidRPr="00332DB8">
              <w:rPr>
                <w:lang w:val="ru-RU"/>
              </w:rPr>
              <w:t>%</w:t>
            </w:r>
            <w:r>
              <w:t>E</w:t>
            </w:r>
            <w:r w:rsidRPr="00332DB8">
              <w:rPr>
                <w:lang w:val="ru-RU"/>
              </w:rPr>
              <w:t>8%</w:t>
            </w:r>
            <w:r>
              <w:t>E</w:t>
            </w:r>
            <w:r w:rsidRPr="00332DB8">
              <w:rPr>
                <w:lang w:val="ru-RU"/>
              </w:rPr>
              <w:t>9+%</w:t>
            </w:r>
            <w:r>
              <w:t>FE</w:t>
            </w:r>
            <w:r w:rsidRPr="00332DB8">
              <w:rPr>
                <w:lang w:val="ru-RU"/>
              </w:rPr>
              <w:t>%</w:t>
            </w:r>
            <w:r>
              <w:t>E</w:t>
            </w:r>
            <w:r w:rsidRPr="00332DB8">
              <w:rPr>
                <w:lang w:val="ru-RU"/>
              </w:rPr>
              <w:t>3 (решение Первомайского районного суда г. Кирова от 25.05.2016);</w:t>
            </w:r>
          </w:p>
        </w:tc>
        <w:tc>
          <w:tcPr>
            <w:tcW w:w="2880" w:type="dxa"/>
          </w:tcPr>
          <w:p w:rsidR="006F7457" w:rsidRDefault="00332DB8">
            <w:r>
              <w:t>28.02.2018</w:t>
            </w:r>
          </w:p>
        </w:tc>
      </w:tr>
      <w:tr w:rsidR="006F7457">
        <w:tc>
          <w:tcPr>
            <w:tcW w:w="2880" w:type="dxa"/>
          </w:tcPr>
          <w:p w:rsidR="006F7457" w:rsidRDefault="00332DB8">
            <w:r>
              <w:t>4410.</w:t>
            </w:r>
          </w:p>
        </w:tc>
        <w:tc>
          <w:tcPr>
            <w:tcW w:w="2880" w:type="dxa"/>
          </w:tcPr>
          <w:p w:rsidR="006F7457" w:rsidRPr="00332DB8" w:rsidRDefault="00332DB8">
            <w:pPr>
              <w:rPr>
                <w:lang w:val="ru-RU"/>
              </w:rPr>
            </w:pPr>
            <w:r w:rsidRPr="00332DB8">
              <w:rPr>
                <w:lang w:val="ru-RU"/>
              </w:rPr>
              <w:t>Видеоролик, продолжительностью 4 минуты 8 секунд, под названием «Науа», начинающийся заставкой «</w:t>
            </w:r>
            <w:r>
              <w:t>Alhayat</w:t>
            </w:r>
            <w:r w:rsidRPr="00332DB8">
              <w:rPr>
                <w:lang w:val="ru-RU"/>
              </w:rPr>
              <w:t xml:space="preserve"> </w:t>
            </w:r>
            <w:r>
              <w:t>Media</w:t>
            </w:r>
            <w:r w:rsidRPr="00332DB8">
              <w:rPr>
                <w:lang w:val="ru-RU"/>
              </w:rPr>
              <w:t xml:space="preserve"> </w:t>
            </w:r>
            <w:r>
              <w:t>center</w:t>
            </w:r>
            <w:r w:rsidRPr="00332DB8">
              <w:rPr>
                <w:lang w:val="ru-RU"/>
              </w:rPr>
              <w:t>» (решение Всеволожского городского суда Ленинградской области от 20.04.2017);</w:t>
            </w:r>
          </w:p>
        </w:tc>
        <w:tc>
          <w:tcPr>
            <w:tcW w:w="2880" w:type="dxa"/>
          </w:tcPr>
          <w:p w:rsidR="006F7457" w:rsidRDefault="00332DB8">
            <w:r>
              <w:t>20.03.2018</w:t>
            </w:r>
          </w:p>
        </w:tc>
      </w:tr>
      <w:tr w:rsidR="006F7457">
        <w:tc>
          <w:tcPr>
            <w:tcW w:w="2880" w:type="dxa"/>
          </w:tcPr>
          <w:p w:rsidR="006F7457" w:rsidRDefault="00332DB8">
            <w:r>
              <w:t>4411.</w:t>
            </w:r>
          </w:p>
        </w:tc>
        <w:tc>
          <w:tcPr>
            <w:tcW w:w="2880" w:type="dxa"/>
          </w:tcPr>
          <w:p w:rsidR="006F7457" w:rsidRPr="00332DB8" w:rsidRDefault="00332DB8">
            <w:pPr>
              <w:rPr>
                <w:lang w:val="ru-RU"/>
              </w:rPr>
            </w:pPr>
            <w:r w:rsidRPr="00332DB8">
              <w:rPr>
                <w:lang w:val="ru-RU"/>
              </w:rPr>
              <w:t xml:space="preserve">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w:t>
            </w:r>
            <w:r>
              <w:t>http</w:t>
            </w:r>
            <w:r w:rsidRPr="00332DB8">
              <w:rPr>
                <w:lang w:val="ru-RU"/>
              </w:rPr>
              <w:t>://</w:t>
            </w:r>
            <w:r>
              <w:t>vkmp</w:t>
            </w:r>
            <w:r w:rsidRPr="00332DB8">
              <w:rPr>
                <w:lang w:val="ru-RU"/>
              </w:rPr>
              <w:t>3.</w:t>
            </w:r>
            <w:r>
              <w:t>org</w:t>
            </w:r>
            <w:r w:rsidRPr="00332DB8">
              <w:rPr>
                <w:lang w:val="ru-RU"/>
              </w:rPr>
              <w:t>/</w:t>
            </w:r>
            <w:r>
              <w:t>mp</w:t>
            </w:r>
            <w:r w:rsidRPr="00332DB8">
              <w:rPr>
                <w:lang w:val="ru-RU"/>
              </w:rPr>
              <w:t>3/%</w:t>
            </w:r>
            <w:r>
              <w:t>D</w:t>
            </w:r>
            <w:r w:rsidRPr="00332DB8">
              <w:rPr>
                <w:lang w:val="ru-RU"/>
              </w:rPr>
              <w:t>0%</w:t>
            </w:r>
            <w:r>
              <w:t>A</w:t>
            </w:r>
            <w:r w:rsidRPr="00332DB8">
              <w:rPr>
                <w:lang w:val="ru-RU"/>
              </w:rPr>
              <w:t>1%</w:t>
            </w:r>
            <w:r>
              <w:t>D</w:t>
            </w:r>
            <w:r w:rsidRPr="00332DB8">
              <w:rPr>
                <w:lang w:val="ru-RU"/>
              </w:rPr>
              <w:t>0%9</w:t>
            </w:r>
            <w:r>
              <w:t>A</w:t>
            </w:r>
            <w:r w:rsidRPr="00332DB8">
              <w:rPr>
                <w:lang w:val="ru-RU"/>
              </w:rPr>
              <w:t>%</w:t>
            </w:r>
            <w:r>
              <w:t>D</w:t>
            </w:r>
            <w:r w:rsidRPr="00332DB8">
              <w:rPr>
                <w:lang w:val="ru-RU"/>
              </w:rPr>
              <w:t>0%98%</w:t>
            </w:r>
            <w:r>
              <w:t>D</w:t>
            </w:r>
            <w:r w:rsidRPr="00332DB8">
              <w:rPr>
                <w:lang w:val="ru-RU"/>
              </w:rPr>
              <w:t>0%9</w:t>
            </w:r>
            <w:r>
              <w:t>D</w:t>
            </w:r>
            <w:r w:rsidRPr="00332DB8">
              <w:rPr>
                <w:lang w:val="ru-RU"/>
              </w:rPr>
              <w:t>%</w:t>
            </w:r>
            <w:r>
              <w:t>D</w:t>
            </w:r>
            <w:r w:rsidRPr="00332DB8">
              <w:rPr>
                <w:lang w:val="ru-RU"/>
              </w:rPr>
              <w:t>0%</w:t>
            </w:r>
            <w:r>
              <w:t>AB</w:t>
            </w:r>
            <w:r w:rsidRPr="00332DB8">
              <w:rPr>
                <w:lang w:val="ru-RU"/>
              </w:rPr>
              <w:t xml:space="preserve">%20% </w:t>
            </w:r>
            <w:r>
              <w:t>D</w:t>
            </w:r>
            <w:r w:rsidRPr="00332DB8">
              <w:rPr>
                <w:lang w:val="ru-RU"/>
              </w:rPr>
              <w:t>0%</w:t>
            </w:r>
            <w:r>
              <w:t>A</w:t>
            </w:r>
            <w:r w:rsidRPr="00332DB8">
              <w:rPr>
                <w:lang w:val="ru-RU"/>
              </w:rPr>
              <w:t xml:space="preserve">0% </w:t>
            </w:r>
            <w:r>
              <w:t>D</w:t>
            </w:r>
            <w:r w:rsidRPr="00332DB8">
              <w:rPr>
                <w:lang w:val="ru-RU"/>
              </w:rPr>
              <w:t>0%9</w:t>
            </w:r>
            <w:r>
              <w:t>E</w:t>
            </w:r>
            <w:r w:rsidRPr="00332DB8">
              <w:rPr>
                <w:lang w:val="ru-RU"/>
              </w:rPr>
              <w:t>%</w:t>
            </w:r>
            <w:r>
              <w:t>D</w:t>
            </w:r>
            <w:r w:rsidRPr="00332DB8">
              <w:rPr>
                <w:lang w:val="ru-RU"/>
              </w:rPr>
              <w:t>0%</w:t>
            </w:r>
            <w:r>
              <w:t>A</w:t>
            </w:r>
            <w:r w:rsidRPr="00332DB8">
              <w:rPr>
                <w:lang w:val="ru-RU"/>
              </w:rPr>
              <w:t>1%</w:t>
            </w:r>
            <w:r>
              <w:t>D</w:t>
            </w:r>
            <w:r w:rsidRPr="00332DB8">
              <w:rPr>
                <w:lang w:val="ru-RU"/>
              </w:rPr>
              <w:t>0%</w:t>
            </w:r>
            <w:r>
              <w:t>A</w:t>
            </w:r>
            <w:r w:rsidRPr="00332DB8">
              <w:rPr>
                <w:lang w:val="ru-RU"/>
              </w:rPr>
              <w:t>1%</w:t>
            </w:r>
            <w:r>
              <w:t>D</w:t>
            </w:r>
            <w:r w:rsidRPr="00332DB8">
              <w:rPr>
                <w:lang w:val="ru-RU"/>
              </w:rPr>
              <w:t>0%98%</w:t>
            </w:r>
            <w:r>
              <w:t>D</w:t>
            </w:r>
            <w:r w:rsidRPr="00332DB8">
              <w:rPr>
                <w:lang w:val="ru-RU"/>
              </w:rPr>
              <w:t xml:space="preserve">0%98/; – </w:t>
            </w:r>
            <w:r>
              <w:t>http</w:t>
            </w:r>
            <w:r w:rsidRPr="00332DB8">
              <w:rPr>
                <w:lang w:val="ru-RU"/>
              </w:rPr>
              <w:t>://</w:t>
            </w:r>
            <w:r>
              <w:t>iplayer</w:t>
            </w:r>
            <w:r w:rsidRPr="00332DB8">
              <w:rPr>
                <w:lang w:val="ru-RU"/>
              </w:rPr>
              <w:t>.</w:t>
            </w:r>
            <w:r>
              <w:t>fm</w:t>
            </w:r>
            <w:r w:rsidRPr="00332DB8">
              <w:rPr>
                <w:lang w:val="ru-RU"/>
              </w:rPr>
              <w:t>/</w:t>
            </w:r>
            <w:r>
              <w:t>song</w:t>
            </w:r>
            <w:r w:rsidRPr="00332DB8">
              <w:rPr>
                <w:lang w:val="ru-RU"/>
              </w:rPr>
              <w:t>/8389242/</w:t>
            </w:r>
            <w:r>
              <w:t>skiny</w:t>
            </w:r>
            <w:r w:rsidRPr="00332DB8">
              <w:rPr>
                <w:lang w:val="ru-RU"/>
              </w:rPr>
              <w:t>_-_</w:t>
            </w:r>
            <w:r>
              <w:t>Slava</w:t>
            </w:r>
            <w:r w:rsidRPr="00332DB8">
              <w:rPr>
                <w:lang w:val="ru-RU"/>
              </w:rPr>
              <w:t>_</w:t>
            </w:r>
            <w:r>
              <w:t>Rossii</w:t>
            </w:r>
            <w:r w:rsidRPr="00332DB8">
              <w:rPr>
                <w:lang w:val="ru-RU"/>
              </w:rPr>
              <w:t xml:space="preserve">/; – </w:t>
            </w:r>
            <w:r>
              <w:t>https</w:t>
            </w:r>
            <w:r w:rsidRPr="00332DB8">
              <w:rPr>
                <w:lang w:val="ru-RU"/>
              </w:rPr>
              <w:t>://</w:t>
            </w:r>
            <w:r>
              <w:t>xmuzic</w:t>
            </w:r>
            <w:r w:rsidRPr="00332DB8">
              <w:rPr>
                <w:lang w:val="ru-RU"/>
              </w:rPr>
              <w:t>.</w:t>
            </w:r>
            <w:r>
              <w:t>me</w:t>
            </w:r>
            <w:r w:rsidRPr="00332DB8">
              <w:rPr>
                <w:lang w:val="ru-RU"/>
              </w:rPr>
              <w:t>/</w:t>
            </w:r>
            <w:r>
              <w:t>s</w:t>
            </w:r>
            <w:r w:rsidRPr="00332DB8">
              <w:rPr>
                <w:lang w:val="ru-RU"/>
              </w:rPr>
              <w:t>/3324391-</w:t>
            </w:r>
            <w:r>
              <w:t>Skiny</w:t>
            </w:r>
            <w:r w:rsidRPr="00332DB8">
              <w:rPr>
                <w:lang w:val="ru-RU"/>
              </w:rPr>
              <w:t>_-_</w:t>
            </w:r>
            <w:r>
              <w:t>Slava</w:t>
            </w:r>
            <w:r w:rsidRPr="00332DB8">
              <w:rPr>
                <w:lang w:val="ru-RU"/>
              </w:rPr>
              <w:t>_</w:t>
            </w:r>
            <w:r>
              <w:t>Rossii</w:t>
            </w:r>
            <w:r w:rsidRPr="00332DB8">
              <w:rPr>
                <w:lang w:val="ru-RU"/>
              </w:rPr>
              <w:t xml:space="preserve">/; </w:t>
            </w:r>
            <w:r>
              <w:lastRenderedPageBreak/>
              <w:t>https</w:t>
            </w:r>
            <w:r w:rsidRPr="00332DB8">
              <w:rPr>
                <w:lang w:val="ru-RU"/>
              </w:rPr>
              <w:t>://</w:t>
            </w:r>
            <w:r>
              <w:t>vk</w:t>
            </w:r>
            <w:r w:rsidRPr="00332DB8">
              <w:rPr>
                <w:lang w:val="ru-RU"/>
              </w:rPr>
              <w:t>.</w:t>
            </w:r>
            <w:r>
              <w:t>com</w:t>
            </w:r>
            <w:r w:rsidRPr="00332DB8">
              <w:rPr>
                <w:lang w:val="ru-RU"/>
              </w:rPr>
              <w:t>/</w:t>
            </w:r>
            <w:r>
              <w:t>audios</w:t>
            </w:r>
            <w:r w:rsidRPr="00332DB8">
              <w:rPr>
                <w:lang w:val="ru-RU"/>
              </w:rPr>
              <w:t>143411610?</w:t>
            </w:r>
            <w:r>
              <w:t>q</w:t>
            </w:r>
            <w:r w:rsidRPr="00332DB8">
              <w:rPr>
                <w:lang w:val="ru-RU"/>
              </w:rPr>
              <w:t>=%</w:t>
            </w:r>
            <w:r>
              <w:t>D</w:t>
            </w:r>
            <w:r w:rsidRPr="00332DB8">
              <w:rPr>
                <w:lang w:val="ru-RU"/>
              </w:rPr>
              <w:t>1%81%</w:t>
            </w:r>
            <w:r>
              <w:t>D</w:t>
            </w:r>
            <w:r w:rsidRPr="00332DB8">
              <w:rPr>
                <w:lang w:val="ru-RU"/>
              </w:rPr>
              <w:t>0%</w:t>
            </w:r>
            <w:r>
              <w:t>BA</w:t>
            </w:r>
            <w:r w:rsidRPr="00332DB8">
              <w:rPr>
                <w:lang w:val="ru-RU"/>
              </w:rPr>
              <w:t>%</w:t>
            </w:r>
            <w:r>
              <w:t>D</w:t>
            </w:r>
            <w:r w:rsidRPr="00332DB8">
              <w:rPr>
                <w:lang w:val="ru-RU"/>
              </w:rPr>
              <w:t>0%</w:t>
            </w:r>
            <w:r>
              <w:t>B</w:t>
            </w:r>
            <w:r w:rsidRPr="00332DB8">
              <w:rPr>
                <w:lang w:val="ru-RU"/>
              </w:rPr>
              <w:t>8%</w:t>
            </w:r>
            <w:r>
              <w:t>D</w:t>
            </w:r>
            <w:r w:rsidRPr="00332DB8">
              <w:rPr>
                <w:lang w:val="ru-RU"/>
              </w:rPr>
              <w:t>0%</w:t>
            </w:r>
            <w:r>
              <w:t>BD</w:t>
            </w:r>
            <w:r w:rsidRPr="00332DB8">
              <w:rPr>
                <w:lang w:val="ru-RU"/>
              </w:rPr>
              <w:t>%</w:t>
            </w:r>
            <w:r>
              <w:t>D</w:t>
            </w:r>
            <w:r w:rsidRPr="00332DB8">
              <w:rPr>
                <w:lang w:val="ru-RU"/>
              </w:rPr>
              <w:t>1% 8</w:t>
            </w:r>
            <w:r>
              <w:t>B</w:t>
            </w:r>
            <w:r w:rsidRPr="00332DB8">
              <w:rPr>
                <w:lang w:val="ru-RU"/>
              </w:rPr>
              <w:t>%20%</w:t>
            </w:r>
            <w:r>
              <w:t>D</w:t>
            </w:r>
            <w:r w:rsidRPr="00332DB8">
              <w:rPr>
                <w:lang w:val="ru-RU"/>
              </w:rPr>
              <w:t>1%81%</w:t>
            </w:r>
            <w:r>
              <w:t>D</w:t>
            </w:r>
            <w:r w:rsidRPr="00332DB8">
              <w:rPr>
                <w:lang w:val="ru-RU"/>
              </w:rPr>
              <w:t>0%</w:t>
            </w:r>
            <w:r>
              <w:t>BB</w:t>
            </w:r>
            <w:r w:rsidRPr="00332DB8">
              <w:rPr>
                <w:lang w:val="ru-RU"/>
              </w:rPr>
              <w:t>%</w:t>
            </w:r>
            <w:r>
              <w:t>D</w:t>
            </w:r>
            <w:r w:rsidRPr="00332DB8">
              <w:rPr>
                <w:lang w:val="ru-RU"/>
              </w:rPr>
              <w:t>0%</w:t>
            </w:r>
            <w:r>
              <w:t>B</w:t>
            </w:r>
            <w:r w:rsidRPr="00332DB8">
              <w:rPr>
                <w:lang w:val="ru-RU"/>
              </w:rPr>
              <w:t>0%</w:t>
            </w:r>
            <w:r>
              <w:t>D</w:t>
            </w:r>
            <w:r w:rsidRPr="00332DB8">
              <w:rPr>
                <w:lang w:val="ru-RU"/>
              </w:rPr>
              <w:t>0%</w:t>
            </w:r>
            <w:r>
              <w:t>B</w:t>
            </w:r>
            <w:r w:rsidRPr="00332DB8">
              <w:rPr>
                <w:lang w:val="ru-RU"/>
              </w:rPr>
              <w:t>2%</w:t>
            </w:r>
            <w:r>
              <w:t>D</w:t>
            </w:r>
            <w:r w:rsidRPr="00332DB8">
              <w:rPr>
                <w:lang w:val="ru-RU"/>
              </w:rPr>
              <w:t>0%</w:t>
            </w:r>
            <w:r>
              <w:t>B</w:t>
            </w:r>
            <w:r w:rsidRPr="00332DB8">
              <w:rPr>
                <w:lang w:val="ru-RU"/>
              </w:rPr>
              <w:t>0%20%</w:t>
            </w:r>
            <w:r>
              <w:t>D</w:t>
            </w:r>
            <w:r w:rsidRPr="00332DB8">
              <w:rPr>
                <w:lang w:val="ru-RU"/>
              </w:rPr>
              <w:t>1%80%</w:t>
            </w:r>
            <w:r>
              <w:t>D</w:t>
            </w:r>
            <w:r w:rsidRPr="00332DB8">
              <w:rPr>
                <w:lang w:val="ru-RU"/>
              </w:rPr>
              <w:t>0%</w:t>
            </w:r>
            <w:r>
              <w:t>BE</w:t>
            </w:r>
            <w:r w:rsidRPr="00332DB8">
              <w:rPr>
                <w:lang w:val="ru-RU"/>
              </w:rPr>
              <w:t>%</w:t>
            </w:r>
            <w:r>
              <w:t>D</w:t>
            </w:r>
            <w:r w:rsidRPr="00332DB8">
              <w:rPr>
                <w:lang w:val="ru-RU"/>
              </w:rPr>
              <w:t>1%81%</w:t>
            </w:r>
            <w:r>
              <w:t>D</w:t>
            </w:r>
            <w:r w:rsidRPr="00332DB8">
              <w:rPr>
                <w:lang w:val="ru-RU"/>
              </w:rPr>
              <w:t>1%81%</w:t>
            </w:r>
            <w:r>
              <w:t>D</w:t>
            </w:r>
            <w:r w:rsidRPr="00332DB8">
              <w:rPr>
                <w:lang w:val="ru-RU"/>
              </w:rPr>
              <w:t>0%</w:t>
            </w:r>
            <w:r>
              <w:t>B</w:t>
            </w:r>
            <w:r w:rsidRPr="00332DB8">
              <w:rPr>
                <w:lang w:val="ru-RU"/>
              </w:rPr>
              <w:t>8%</w:t>
            </w:r>
            <w:r>
              <w:t>D</w:t>
            </w:r>
            <w:r w:rsidRPr="00332DB8">
              <w:rPr>
                <w:lang w:val="ru-RU"/>
              </w:rPr>
              <w:t>0%</w:t>
            </w:r>
            <w:r>
              <w:t>B</w:t>
            </w:r>
            <w:r w:rsidRPr="00332DB8">
              <w:rPr>
                <w:lang w:val="ru-RU"/>
              </w:rPr>
              <w:t>8 (решение Шадринского районного суда Курганской области от 25.12.2017);</w:t>
            </w:r>
          </w:p>
        </w:tc>
        <w:tc>
          <w:tcPr>
            <w:tcW w:w="2880" w:type="dxa"/>
          </w:tcPr>
          <w:p w:rsidR="006F7457" w:rsidRDefault="00332DB8">
            <w:r>
              <w:lastRenderedPageBreak/>
              <w:t>20.03.2018</w:t>
            </w:r>
          </w:p>
        </w:tc>
      </w:tr>
      <w:tr w:rsidR="006F7457">
        <w:tc>
          <w:tcPr>
            <w:tcW w:w="2880" w:type="dxa"/>
          </w:tcPr>
          <w:p w:rsidR="006F7457" w:rsidRDefault="00332DB8">
            <w:r>
              <w:lastRenderedPageBreak/>
              <w:t>4412.</w:t>
            </w:r>
          </w:p>
        </w:tc>
        <w:tc>
          <w:tcPr>
            <w:tcW w:w="2880" w:type="dxa"/>
          </w:tcPr>
          <w:p w:rsidR="006F7457" w:rsidRPr="00332DB8" w:rsidRDefault="00332DB8">
            <w:pPr>
              <w:rPr>
                <w:lang w:val="ru-RU"/>
              </w:rPr>
            </w:pPr>
            <w:r w:rsidRPr="00332DB8">
              <w:rPr>
                <w:lang w:val="ru-RU"/>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w:t>
            </w:r>
            <w:r>
              <w:t>http</w:t>
            </w:r>
            <w:r w:rsidRPr="00332DB8">
              <w:rPr>
                <w:lang w:val="ru-RU"/>
              </w:rPr>
              <w:t>://</w:t>
            </w:r>
            <w:r>
              <w:t>lukomore</w:t>
            </w:r>
            <w:r w:rsidRPr="00332DB8">
              <w:rPr>
                <w:lang w:val="ru-RU"/>
              </w:rPr>
              <w:t>.</w:t>
            </w:r>
            <w:r>
              <w:t>org</w:t>
            </w:r>
            <w:r w:rsidRPr="00332DB8">
              <w:rPr>
                <w:lang w:val="ru-RU"/>
              </w:rPr>
              <w:t>/</w:t>
            </w:r>
            <w:r>
              <w:t>lurk</w:t>
            </w:r>
            <w:r w:rsidRPr="00332DB8">
              <w:rPr>
                <w:lang w:val="ru-RU"/>
              </w:rPr>
              <w:t>/%</w:t>
            </w:r>
            <w:r>
              <w:t>D</w:t>
            </w:r>
            <w:r w:rsidRPr="00332DB8">
              <w:rPr>
                <w:lang w:val="ru-RU"/>
              </w:rPr>
              <w:t>0%92%</w:t>
            </w:r>
            <w:r>
              <w:t>D</w:t>
            </w:r>
            <w:r w:rsidRPr="00332DB8">
              <w:rPr>
                <w:lang w:val="ru-RU"/>
              </w:rPr>
              <w:t>1% 8</w:t>
            </w:r>
            <w:r>
              <w:t>B</w:t>
            </w:r>
            <w:r w:rsidRPr="00332DB8">
              <w:rPr>
                <w:lang w:val="ru-RU"/>
              </w:rPr>
              <w:t>%</w:t>
            </w:r>
            <w:r>
              <w:t>D</w:t>
            </w:r>
            <w:r w:rsidRPr="00332DB8">
              <w:rPr>
                <w:lang w:val="ru-RU"/>
              </w:rPr>
              <w:t>1%82%</w:t>
            </w:r>
            <w:r>
              <w:t>D</w:t>
            </w:r>
            <w:r w:rsidRPr="00332DB8">
              <w:rPr>
                <w:lang w:val="ru-RU"/>
              </w:rPr>
              <w:t>0%</w:t>
            </w:r>
            <w:r>
              <w:t>B</w:t>
            </w:r>
            <w:r w:rsidRPr="00332DB8">
              <w:rPr>
                <w:lang w:val="ru-RU"/>
              </w:rPr>
              <w:t>8%</w:t>
            </w:r>
            <w:r>
              <w:t>D</w:t>
            </w:r>
            <w:r w:rsidRPr="00332DB8">
              <w:rPr>
                <w:lang w:val="ru-RU"/>
              </w:rPr>
              <w:t>1%80%</w:t>
            </w:r>
            <w:r>
              <w:t>D</w:t>
            </w:r>
            <w:r w:rsidRPr="00332DB8">
              <w:rPr>
                <w:lang w:val="ru-RU"/>
              </w:rPr>
              <w:t>0%</w:t>
            </w:r>
            <w:r>
              <w:t>B</w:t>
            </w:r>
            <w:r w:rsidRPr="00332DB8">
              <w:rPr>
                <w:lang w:val="ru-RU"/>
              </w:rPr>
              <w:t>0%</w:t>
            </w:r>
            <w:r>
              <w:t>D</w:t>
            </w:r>
            <w:r w:rsidRPr="00332DB8">
              <w:rPr>
                <w:lang w:val="ru-RU"/>
              </w:rPr>
              <w:t>0%</w:t>
            </w:r>
            <w:r>
              <w:t>BD</w:t>
            </w:r>
            <w:r w:rsidRPr="00332DB8">
              <w:rPr>
                <w:lang w:val="ru-RU"/>
              </w:rPr>
              <w:t>%</w:t>
            </w:r>
            <w:r>
              <w:t>D</w:t>
            </w:r>
            <w:r w:rsidRPr="00332DB8">
              <w:rPr>
                <w:lang w:val="ru-RU"/>
              </w:rPr>
              <w:t>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2880" w:type="dxa"/>
          </w:tcPr>
          <w:p w:rsidR="006F7457" w:rsidRDefault="00332DB8">
            <w:r>
              <w:t>20.03.2018</w:t>
            </w:r>
          </w:p>
        </w:tc>
      </w:tr>
      <w:tr w:rsidR="006F7457">
        <w:tc>
          <w:tcPr>
            <w:tcW w:w="2880" w:type="dxa"/>
          </w:tcPr>
          <w:p w:rsidR="006F7457" w:rsidRDefault="00332DB8">
            <w:r>
              <w:t>4413.</w:t>
            </w:r>
          </w:p>
        </w:tc>
        <w:tc>
          <w:tcPr>
            <w:tcW w:w="2880" w:type="dxa"/>
          </w:tcPr>
          <w:p w:rsidR="006F7457" w:rsidRPr="00332DB8" w:rsidRDefault="00332DB8">
            <w:pPr>
              <w:rPr>
                <w:lang w:val="ru-RU"/>
              </w:rPr>
            </w:pPr>
            <w:r w:rsidRPr="00332DB8">
              <w:rPr>
                <w:lang w:val="ru-RU"/>
              </w:rPr>
              <w:t xml:space="preserve">Книга Платонова О.А. «Сионские протоколы в мировой политике» (- М.: «Родная страна», 2015. – 368 с.; </w:t>
            </w:r>
            <w:r>
              <w:t>ISBN</w:t>
            </w:r>
            <w:r w:rsidRPr="00332DB8">
              <w:rPr>
                <w:lang w:val="ru-RU"/>
              </w:rPr>
              <w:t xml:space="preserve"> 978-5-903942-34-3) (решение Басманного районного суда города Москвы от 28.02.2017);</w:t>
            </w:r>
          </w:p>
        </w:tc>
        <w:tc>
          <w:tcPr>
            <w:tcW w:w="2880" w:type="dxa"/>
          </w:tcPr>
          <w:p w:rsidR="006F7457" w:rsidRDefault="00332DB8">
            <w:r>
              <w:t>20.03.2018</w:t>
            </w:r>
          </w:p>
        </w:tc>
      </w:tr>
      <w:tr w:rsidR="006F7457">
        <w:tc>
          <w:tcPr>
            <w:tcW w:w="2880" w:type="dxa"/>
          </w:tcPr>
          <w:p w:rsidR="006F7457" w:rsidRDefault="00332DB8">
            <w:r>
              <w:t>4414.</w:t>
            </w:r>
          </w:p>
        </w:tc>
        <w:tc>
          <w:tcPr>
            <w:tcW w:w="2880" w:type="dxa"/>
          </w:tcPr>
          <w:p w:rsidR="006F7457" w:rsidRPr="00332DB8" w:rsidRDefault="00332DB8">
            <w:pPr>
              <w:rPr>
                <w:lang w:val="ru-RU"/>
              </w:rPr>
            </w:pPr>
            <w:r w:rsidRPr="00332DB8">
              <w:rPr>
                <w:lang w:val="ru-RU"/>
              </w:rPr>
              <w:t xml:space="preserve">Фильм «Покушение на </w:t>
            </w:r>
            <w:r>
              <w:t>Pocc</w:t>
            </w:r>
            <w:r w:rsidRPr="00332DB8">
              <w:rPr>
                <w:lang w:val="ru-RU"/>
              </w:rPr>
              <w:t>ию»</w:t>
            </w:r>
            <w:r>
              <w:t>HQ</w:t>
            </w:r>
            <w:r w:rsidRPr="00332DB8">
              <w:rPr>
                <w:lang w:val="ru-RU"/>
              </w:rPr>
              <w:t xml:space="preserve">»,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REy</w:t>
            </w:r>
            <w:r w:rsidRPr="00332DB8">
              <w:rPr>
                <w:lang w:val="ru-RU"/>
              </w:rPr>
              <w:t>-</w:t>
            </w:r>
            <w:r>
              <w:t>oTEAxHk</w:t>
            </w:r>
            <w:r w:rsidRPr="00332DB8">
              <w:rPr>
                <w:lang w:val="ru-RU"/>
              </w:rPr>
              <w:t xml:space="preserve">; </w:t>
            </w:r>
            <w:r>
              <w:t>http</w:t>
            </w:r>
            <w:r w:rsidRPr="00332DB8">
              <w:rPr>
                <w:lang w:val="ru-RU"/>
              </w:rPr>
              <w:t>://</w:t>
            </w:r>
            <w:r>
              <w:t>yeleskin</w:t>
            </w:r>
            <w:r w:rsidRPr="00332DB8">
              <w:rPr>
                <w:lang w:val="ru-RU"/>
              </w:rPr>
              <w:t>.</w:t>
            </w:r>
            <w:r>
              <w:t>livejournal</w:t>
            </w:r>
            <w:r w:rsidRPr="00332DB8">
              <w:rPr>
                <w:lang w:val="ru-RU"/>
              </w:rPr>
              <w:t>.</w:t>
            </w:r>
            <w:r>
              <w:t>com</w:t>
            </w:r>
            <w:r w:rsidRPr="00332DB8">
              <w:rPr>
                <w:lang w:val="ru-RU"/>
              </w:rPr>
              <w:t>/34327.</w:t>
            </w:r>
            <w:r>
              <w:t>html</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assassinationofrussia</w:t>
            </w:r>
            <w:r w:rsidRPr="00332DB8">
              <w:rPr>
                <w:lang w:val="ru-RU"/>
              </w:rPr>
              <w:t>?</w:t>
            </w:r>
            <w:r>
              <w:t>z</w:t>
            </w:r>
            <w:r w:rsidRPr="00332DB8">
              <w:rPr>
                <w:lang w:val="ru-RU"/>
              </w:rPr>
              <w:t>=</w:t>
            </w:r>
            <w:r>
              <w:t>video</w:t>
            </w:r>
            <w:r w:rsidRPr="00332DB8">
              <w:rPr>
                <w:lang w:val="ru-RU"/>
              </w:rPr>
              <w:t>- 36610579_162147333%2</w:t>
            </w:r>
            <w:r>
              <w:t>F</w:t>
            </w:r>
            <w:r w:rsidRPr="00332DB8">
              <w:rPr>
                <w:lang w:val="ru-RU"/>
              </w:rPr>
              <w:t>943</w:t>
            </w:r>
            <w:r>
              <w:t>c</w:t>
            </w:r>
            <w:r w:rsidRPr="00332DB8">
              <w:rPr>
                <w:lang w:val="ru-RU"/>
              </w:rPr>
              <w:t>55</w:t>
            </w:r>
            <w:r>
              <w:t>a</w:t>
            </w:r>
            <w:r w:rsidRPr="00332DB8">
              <w:rPr>
                <w:lang w:val="ru-RU"/>
              </w:rPr>
              <w:t>908</w:t>
            </w:r>
            <w:r>
              <w:t>a</w:t>
            </w:r>
            <w:r w:rsidRPr="00332DB8">
              <w:rPr>
                <w:lang w:val="ru-RU"/>
              </w:rPr>
              <w:t>3</w:t>
            </w:r>
            <w:r>
              <w:t>e</w:t>
            </w:r>
            <w:r w:rsidRPr="00332DB8">
              <w:rPr>
                <w:lang w:val="ru-RU"/>
              </w:rPr>
              <w:t>8</w:t>
            </w:r>
            <w:r>
              <w:t>c</w:t>
            </w:r>
            <w:r w:rsidRPr="00332DB8">
              <w:rPr>
                <w:lang w:val="ru-RU"/>
              </w:rPr>
              <w:t>2</w:t>
            </w:r>
            <w:r>
              <w:t>e</w:t>
            </w:r>
            <w:r w:rsidRPr="00332DB8">
              <w:rPr>
                <w:lang w:val="ru-RU"/>
              </w:rPr>
              <w:t>0%2</w:t>
            </w:r>
            <w:r>
              <w:t>Fpl</w:t>
            </w:r>
            <w:r w:rsidRPr="00332DB8">
              <w:rPr>
                <w:lang w:val="ru-RU"/>
              </w:rPr>
              <w:t>_</w:t>
            </w:r>
            <w:r>
              <w:t>wall</w:t>
            </w:r>
            <w:r w:rsidRPr="00332DB8">
              <w:rPr>
                <w:lang w:val="ru-RU"/>
              </w:rPr>
              <w:t xml:space="preserve">_-36610579; </w:t>
            </w:r>
            <w:r>
              <w:t>http</w:t>
            </w:r>
            <w:r w:rsidRPr="00332DB8">
              <w:rPr>
                <w:lang w:val="ru-RU"/>
              </w:rPr>
              <w:t>://</w:t>
            </w:r>
            <w:r>
              <w:t>nnm</w:t>
            </w:r>
            <w:r w:rsidRPr="00332DB8">
              <w:rPr>
                <w:lang w:val="ru-RU"/>
              </w:rPr>
              <w:t>.</w:t>
            </w:r>
            <w:r>
              <w:t>me</w:t>
            </w:r>
            <w:r w:rsidRPr="00332DB8">
              <w:rPr>
                <w:lang w:val="ru-RU"/>
              </w:rPr>
              <w:t>/</w:t>
            </w:r>
            <w:r>
              <w:t>blogs</w:t>
            </w:r>
            <w:r w:rsidRPr="00332DB8">
              <w:rPr>
                <w:lang w:val="ru-RU"/>
              </w:rPr>
              <w:t>/</w:t>
            </w:r>
            <w:r>
              <w:t>ariskveda</w:t>
            </w:r>
            <w:r w:rsidRPr="00332DB8">
              <w:rPr>
                <w:lang w:val="ru-RU"/>
              </w:rPr>
              <w:t>/</w:t>
            </w:r>
            <w:r>
              <w:t>pokushenie</w:t>
            </w:r>
            <w:r w:rsidRPr="00332DB8">
              <w:rPr>
                <w:lang w:val="ru-RU"/>
              </w:rPr>
              <w:t>-</w:t>
            </w:r>
            <w:r>
              <w:t>na</w:t>
            </w:r>
            <w:r w:rsidRPr="00332DB8">
              <w:rPr>
                <w:lang w:val="ru-RU"/>
              </w:rPr>
              <w:t>-</w:t>
            </w:r>
            <w:r>
              <w:t>rossiyu</w:t>
            </w:r>
            <w:r w:rsidRPr="00332DB8">
              <w:rPr>
                <w:lang w:val="ru-RU"/>
              </w:rPr>
              <w:t xml:space="preserve">/; </w:t>
            </w:r>
            <w:r>
              <w:t>http</w:t>
            </w:r>
            <w:r w:rsidRPr="00332DB8">
              <w:rPr>
                <w:lang w:val="ru-RU"/>
              </w:rPr>
              <w:t>://</w:t>
            </w:r>
            <w:r>
              <w:t>adonaris</w:t>
            </w:r>
            <w:r w:rsidRPr="00332DB8">
              <w:rPr>
                <w:lang w:val="ru-RU"/>
              </w:rPr>
              <w:t>.</w:t>
            </w:r>
            <w:r>
              <w:t>livejournal</w:t>
            </w:r>
            <w:r w:rsidRPr="00332DB8">
              <w:rPr>
                <w:lang w:val="ru-RU"/>
              </w:rPr>
              <w:t>.</w:t>
            </w:r>
            <w:r>
              <w:t>com</w:t>
            </w:r>
            <w:r w:rsidRPr="00332DB8">
              <w:rPr>
                <w:lang w:val="ru-RU"/>
              </w:rPr>
              <w:t>/463656.</w:t>
            </w:r>
            <w:r>
              <w:t>html</w:t>
            </w:r>
            <w:r w:rsidRPr="00332DB8">
              <w:rPr>
                <w:lang w:val="ru-RU"/>
              </w:rPr>
              <w:t xml:space="preserve">; </w:t>
            </w:r>
            <w:r>
              <w:t>http</w:t>
            </w:r>
            <w:r w:rsidRPr="00332DB8">
              <w:rPr>
                <w:lang w:val="ru-RU"/>
              </w:rPr>
              <w:t>://</w:t>
            </w:r>
            <w:r>
              <w:t>www</w:t>
            </w:r>
            <w:r w:rsidRPr="00332DB8">
              <w:rPr>
                <w:lang w:val="ru-RU"/>
              </w:rPr>
              <w:t>.</w:t>
            </w:r>
            <w:r>
              <w:t>runyweb</w:t>
            </w:r>
            <w:r w:rsidRPr="00332DB8">
              <w:rPr>
                <w:lang w:val="ru-RU"/>
              </w:rPr>
              <w:t>.</w:t>
            </w:r>
            <w:r>
              <w:t>com</w:t>
            </w:r>
            <w:r w:rsidRPr="00332DB8">
              <w:rPr>
                <w:lang w:val="ru-RU"/>
              </w:rPr>
              <w:t>/</w:t>
            </w:r>
            <w:r>
              <w:t>articles</w:t>
            </w:r>
            <w:r w:rsidRPr="00332DB8">
              <w:rPr>
                <w:lang w:val="ru-RU"/>
              </w:rPr>
              <w:t>/</w:t>
            </w:r>
            <w:r>
              <w:t>culture</w:t>
            </w:r>
            <w:r w:rsidRPr="00332DB8">
              <w:rPr>
                <w:lang w:val="ru-RU"/>
              </w:rPr>
              <w:t>/</w:t>
            </w:r>
            <w:r>
              <w:t>cinema</w:t>
            </w:r>
            <w:r w:rsidRPr="00332DB8">
              <w:rPr>
                <w:lang w:val="ru-RU"/>
              </w:rPr>
              <w:t>/</w:t>
            </w:r>
            <w:r>
              <w:t>blowing</w:t>
            </w:r>
            <w:r w:rsidRPr="00332DB8">
              <w:rPr>
                <w:lang w:val="ru-RU"/>
              </w:rPr>
              <w:t>-</w:t>
            </w:r>
            <w:r>
              <w:t>up</w:t>
            </w:r>
            <w:r w:rsidRPr="00332DB8">
              <w:rPr>
                <w:lang w:val="ru-RU"/>
              </w:rPr>
              <w:t>-</w:t>
            </w:r>
            <w:r>
              <w:t>russia</w:t>
            </w:r>
            <w:r w:rsidRPr="00332DB8">
              <w:rPr>
                <w:lang w:val="ru-RU"/>
              </w:rPr>
              <w:t>-</w:t>
            </w:r>
            <w:r>
              <w:t>movie</w:t>
            </w:r>
            <w:r w:rsidRPr="00332DB8">
              <w:rPr>
                <w:lang w:val="ru-RU"/>
              </w:rPr>
              <w:t>-</w:t>
            </w:r>
            <w:r>
              <w:t>online</w:t>
            </w:r>
            <w:r w:rsidRPr="00332DB8">
              <w:rPr>
                <w:lang w:val="ru-RU"/>
              </w:rPr>
              <w:t>.</w:t>
            </w:r>
            <w:r>
              <w:t>html</w:t>
            </w:r>
            <w:r w:rsidRPr="00332DB8">
              <w:rPr>
                <w:lang w:val="ru-RU"/>
              </w:rPr>
              <w:t xml:space="preserve">; </w:t>
            </w:r>
            <w:r>
              <w:t>https</w:t>
            </w:r>
            <w:r w:rsidRPr="00332DB8">
              <w:rPr>
                <w:lang w:val="ru-RU"/>
              </w:rPr>
              <w:t>://</w:t>
            </w:r>
            <w:r>
              <w:t>via</w:t>
            </w:r>
            <w:r w:rsidRPr="00332DB8">
              <w:rPr>
                <w:lang w:val="ru-RU"/>
              </w:rPr>
              <w:t>-</w:t>
            </w:r>
            <w:r>
              <w:t>midgard</w:t>
            </w:r>
            <w:r w:rsidRPr="00332DB8">
              <w:rPr>
                <w:lang w:val="ru-RU"/>
              </w:rPr>
              <w:t>.</w:t>
            </w:r>
            <w:r>
              <w:t>com</w:t>
            </w:r>
            <w:r w:rsidRPr="00332DB8">
              <w:rPr>
                <w:lang w:val="ru-RU"/>
              </w:rPr>
              <w:t>/</w:t>
            </w:r>
            <w:r>
              <w:t>news</w:t>
            </w:r>
            <w:r w:rsidRPr="00332DB8">
              <w:rPr>
                <w:lang w:val="ru-RU"/>
              </w:rPr>
              <w:t>/19581-</w:t>
            </w:r>
            <w:r>
              <w:t>zapreshhennyj</w:t>
            </w:r>
            <w:r w:rsidRPr="00332DB8">
              <w:rPr>
                <w:lang w:val="ru-RU"/>
              </w:rPr>
              <w:t>-</w:t>
            </w:r>
            <w:r>
              <w:t>film</w:t>
            </w:r>
            <w:r w:rsidRPr="00332DB8">
              <w:rPr>
                <w:lang w:val="ru-RU"/>
              </w:rPr>
              <w:t>-</w:t>
            </w:r>
            <w:r>
              <w:t>pokushenie</w:t>
            </w:r>
            <w:r w:rsidRPr="00332DB8">
              <w:rPr>
                <w:lang w:val="ru-RU"/>
              </w:rPr>
              <w:t>-</w:t>
            </w:r>
            <w:r>
              <w:t>na</w:t>
            </w:r>
            <w:r w:rsidRPr="00332DB8">
              <w:rPr>
                <w:lang w:val="ru-RU"/>
              </w:rPr>
              <w:t>-</w:t>
            </w:r>
            <w:r>
              <w:t>rossiyu</w:t>
            </w:r>
            <w:r w:rsidRPr="00332DB8">
              <w:rPr>
                <w:lang w:val="ru-RU"/>
              </w:rPr>
              <w:t>.</w:t>
            </w:r>
            <w:r>
              <w:t>html</w:t>
            </w:r>
            <w:r w:rsidRPr="00332DB8">
              <w:rPr>
                <w:lang w:val="ru-RU"/>
              </w:rPr>
              <w:t xml:space="preserve"> (решение Советского районного суда г. Астрахани от 12.12.2017);</w:t>
            </w:r>
          </w:p>
        </w:tc>
        <w:tc>
          <w:tcPr>
            <w:tcW w:w="2880" w:type="dxa"/>
          </w:tcPr>
          <w:p w:rsidR="006F7457" w:rsidRDefault="00332DB8">
            <w:r>
              <w:t>20.03.2018</w:t>
            </w:r>
          </w:p>
        </w:tc>
      </w:tr>
      <w:tr w:rsidR="006F7457">
        <w:tc>
          <w:tcPr>
            <w:tcW w:w="2880" w:type="dxa"/>
          </w:tcPr>
          <w:p w:rsidR="006F7457" w:rsidRDefault="00332DB8">
            <w:r>
              <w:t>4</w:t>
            </w:r>
            <w:r>
              <w:lastRenderedPageBreak/>
              <w:t>415.</w:t>
            </w:r>
          </w:p>
        </w:tc>
        <w:tc>
          <w:tcPr>
            <w:tcW w:w="2880" w:type="dxa"/>
          </w:tcPr>
          <w:p w:rsidR="006F7457" w:rsidRDefault="00332DB8">
            <w:r w:rsidRPr="00332DB8">
              <w:rPr>
                <w:lang w:val="ru-RU"/>
              </w:rPr>
              <w:lastRenderedPageBreak/>
              <w:t>Аудиофайл «</w:t>
            </w:r>
            <w:r>
              <w:t>Dagaz</w:t>
            </w:r>
            <w:r w:rsidRPr="00332DB8">
              <w:rPr>
                <w:lang w:val="ru-RU"/>
              </w:rPr>
              <w:t xml:space="preserve"> – Белая Семья.</w:t>
            </w:r>
            <w:r>
              <w:t>mp</w:t>
            </w:r>
            <w:r w:rsidRPr="00332DB8">
              <w:rPr>
                <w:lang w:val="ru-RU"/>
              </w:rPr>
              <w:t xml:space="preserve">3», продолжительностью 4 мин. 48 сек. и размером 11,0 мб. </w:t>
            </w:r>
            <w:r>
              <w:t xml:space="preserve">(11 538 432 </w:t>
            </w:r>
            <w:r>
              <w:lastRenderedPageBreak/>
              <w:t>байта) (решение Долгопрудненского городского суда Московской области от 20.06.2017);</w:t>
            </w:r>
          </w:p>
        </w:tc>
        <w:tc>
          <w:tcPr>
            <w:tcW w:w="2880" w:type="dxa"/>
          </w:tcPr>
          <w:p w:rsidR="006F7457" w:rsidRDefault="00332DB8">
            <w:r>
              <w:lastRenderedPageBreak/>
              <w:t>28.</w:t>
            </w:r>
            <w:r>
              <w:lastRenderedPageBreak/>
              <w:t>03.2018</w:t>
            </w:r>
          </w:p>
        </w:tc>
      </w:tr>
      <w:tr w:rsidR="006F7457">
        <w:tc>
          <w:tcPr>
            <w:tcW w:w="2880" w:type="dxa"/>
          </w:tcPr>
          <w:p w:rsidR="006F7457" w:rsidRDefault="00332DB8">
            <w:r>
              <w:lastRenderedPageBreak/>
              <w:t>4416.</w:t>
            </w:r>
          </w:p>
        </w:tc>
        <w:tc>
          <w:tcPr>
            <w:tcW w:w="2880" w:type="dxa"/>
          </w:tcPr>
          <w:p w:rsidR="006F7457" w:rsidRPr="00332DB8" w:rsidRDefault="00332DB8">
            <w:pPr>
              <w:rPr>
                <w:lang w:val="ru-RU"/>
              </w:rPr>
            </w:pPr>
            <w:r w:rsidRPr="00332DB8">
              <w:rPr>
                <w:lang w:val="ru-RU"/>
              </w:rPr>
              <w:t>Аудиофайл – «Русский стяг – Я не хочу быть толерантным (</w:t>
            </w:r>
            <w:r>
              <w:t>Short</w:t>
            </w:r>
            <w:r w:rsidRPr="00332DB8">
              <w:rPr>
                <w:lang w:val="ru-RU"/>
              </w:rPr>
              <w:t>).</w:t>
            </w:r>
            <w:r>
              <w:t>mp</w:t>
            </w:r>
            <w:r w:rsidRPr="00332DB8">
              <w:rPr>
                <w:lang w:val="ru-RU"/>
              </w:rPr>
              <w:t>3», продолжительностью 3 мин. 25 сек. и размером 5,49 мб. (5 764 283 байта) (решение Долгопрудненского городского суда Московской области от 20.06.2017);</w:t>
            </w:r>
          </w:p>
        </w:tc>
        <w:tc>
          <w:tcPr>
            <w:tcW w:w="2880" w:type="dxa"/>
          </w:tcPr>
          <w:p w:rsidR="006F7457" w:rsidRDefault="00332DB8">
            <w:r>
              <w:t>28.03.2018</w:t>
            </w:r>
          </w:p>
        </w:tc>
      </w:tr>
      <w:tr w:rsidR="006F7457">
        <w:tc>
          <w:tcPr>
            <w:tcW w:w="2880" w:type="dxa"/>
          </w:tcPr>
          <w:p w:rsidR="006F7457" w:rsidRDefault="00332DB8">
            <w:r>
              <w:t>4417.</w:t>
            </w:r>
          </w:p>
        </w:tc>
        <w:tc>
          <w:tcPr>
            <w:tcW w:w="2880" w:type="dxa"/>
          </w:tcPr>
          <w:p w:rsidR="006F7457" w:rsidRPr="00332DB8" w:rsidRDefault="00332DB8">
            <w:pPr>
              <w:rPr>
                <w:lang w:val="ru-RU"/>
              </w:rPr>
            </w:pPr>
            <w:r w:rsidRPr="00332DB8">
              <w:rPr>
                <w:lang w:val="ru-RU"/>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2880" w:type="dxa"/>
          </w:tcPr>
          <w:p w:rsidR="006F7457" w:rsidRDefault="00332DB8">
            <w:r>
              <w:t>28.03.2018</w:t>
            </w:r>
          </w:p>
        </w:tc>
      </w:tr>
      <w:tr w:rsidR="006F7457">
        <w:tc>
          <w:tcPr>
            <w:tcW w:w="2880" w:type="dxa"/>
          </w:tcPr>
          <w:p w:rsidR="006F7457" w:rsidRDefault="00332DB8">
            <w:r>
              <w:t>4418.</w:t>
            </w:r>
          </w:p>
        </w:tc>
        <w:tc>
          <w:tcPr>
            <w:tcW w:w="2880" w:type="dxa"/>
          </w:tcPr>
          <w:p w:rsidR="006F7457" w:rsidRPr="00332DB8" w:rsidRDefault="00332DB8">
            <w:pPr>
              <w:rPr>
                <w:lang w:val="ru-RU"/>
              </w:rPr>
            </w:pPr>
            <w:r w:rsidRPr="00332DB8">
              <w:rPr>
                <w:lang w:val="ru-RU"/>
              </w:rPr>
              <w:t xml:space="preserve">«Видеоролик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w:t>
            </w:r>
            <w:r>
              <w:t>https</w:t>
            </w:r>
            <w:r w:rsidRPr="00332DB8">
              <w:rPr>
                <w:lang w:val="ru-RU"/>
              </w:rPr>
              <w:t>://</w:t>
            </w:r>
            <w:r>
              <w:t>vk</w:t>
            </w:r>
            <w:r w:rsidRPr="00332DB8">
              <w:rPr>
                <w:lang w:val="ru-RU"/>
              </w:rPr>
              <w:t>.</w:t>
            </w:r>
            <w:r>
              <w:t>com</w:t>
            </w:r>
            <w:r w:rsidRPr="00332DB8">
              <w:rPr>
                <w:lang w:val="ru-RU"/>
              </w:rPr>
              <w:t>/</w:t>
            </w:r>
            <w:r>
              <w:t>idl</w:t>
            </w:r>
            <w:r w:rsidRPr="00332DB8">
              <w:rPr>
                <w:lang w:val="ru-RU"/>
              </w:rPr>
              <w:t xml:space="preserve">88683825 - </w:t>
            </w:r>
            <w:r>
              <w:t>https</w:t>
            </w:r>
            <w:r w:rsidRPr="00332DB8">
              <w:rPr>
                <w:lang w:val="ru-RU"/>
              </w:rPr>
              <w:t>://</w:t>
            </w:r>
            <w:r>
              <w:t>www</w:t>
            </w:r>
            <w:r w:rsidRPr="00332DB8">
              <w:rPr>
                <w:lang w:val="ru-RU"/>
              </w:rPr>
              <w:t>.</w:t>
            </w:r>
            <w:r>
              <w:t>ok</w:t>
            </w:r>
            <w:r w:rsidRPr="00332DB8">
              <w:rPr>
                <w:lang w:val="ru-RU"/>
              </w:rPr>
              <w:t>.</w:t>
            </w:r>
            <w:r>
              <w:t>ru</w:t>
            </w:r>
            <w:r w:rsidRPr="00332DB8">
              <w:rPr>
                <w:lang w:val="ru-RU"/>
              </w:rPr>
              <w:t>/</w:t>
            </w:r>
            <w:r>
              <w:t>video</w:t>
            </w:r>
            <w:r w:rsidRPr="00332DB8">
              <w:rPr>
                <w:lang w:val="ru-RU"/>
              </w:rPr>
              <w:t xml:space="preserve">/9820702060 -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jzUboCyHPWQ</w:t>
            </w:r>
            <w:r w:rsidRPr="00332DB8">
              <w:rPr>
                <w:lang w:val="ru-RU"/>
              </w:rPr>
              <w:t xml:space="preserve">, -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vTQCsgitPVg</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video</w:t>
            </w:r>
            <w:r w:rsidRPr="00332DB8">
              <w:rPr>
                <w:lang w:val="ru-RU"/>
              </w:rPr>
              <w:t>304000382_171736778 (решение Уссурийского районного суда Приморского края от 23.01.2018);</w:t>
            </w:r>
          </w:p>
        </w:tc>
        <w:tc>
          <w:tcPr>
            <w:tcW w:w="2880" w:type="dxa"/>
          </w:tcPr>
          <w:p w:rsidR="006F7457" w:rsidRDefault="00332DB8">
            <w:r>
              <w:t>12.04.2018</w:t>
            </w:r>
          </w:p>
        </w:tc>
      </w:tr>
      <w:tr w:rsidR="006F7457">
        <w:tc>
          <w:tcPr>
            <w:tcW w:w="2880" w:type="dxa"/>
          </w:tcPr>
          <w:p w:rsidR="006F7457" w:rsidRDefault="00332DB8">
            <w:r>
              <w:t>44</w:t>
            </w:r>
            <w:r>
              <w:lastRenderedPageBreak/>
              <w:t>19.</w:t>
            </w:r>
          </w:p>
        </w:tc>
        <w:tc>
          <w:tcPr>
            <w:tcW w:w="2880" w:type="dxa"/>
          </w:tcPr>
          <w:p w:rsidR="006F7457" w:rsidRPr="00332DB8" w:rsidRDefault="00332DB8">
            <w:pPr>
              <w:rPr>
                <w:lang w:val="ru-RU"/>
              </w:rPr>
            </w:pPr>
            <w:r w:rsidRPr="00332DB8">
              <w:rPr>
                <w:lang w:val="ru-RU"/>
              </w:rPr>
              <w:lastRenderedPageBreak/>
              <w:t>Аудиозапись «Коловрат – Белый легион.</w:t>
            </w:r>
            <w:r>
              <w:t>mp</w:t>
            </w:r>
            <w:r w:rsidRPr="00332DB8">
              <w:rPr>
                <w:lang w:val="ru-RU"/>
              </w:rPr>
              <w:t xml:space="preserve">3», продолжительностью 4 мин. 52 сек., объемом 4672170 байт, которая начинается словами «Мы – это белый легион» и оканчивается словами «Вперед идет наш легион» </w:t>
            </w:r>
            <w:r w:rsidRPr="00332DB8">
              <w:rPr>
                <w:lang w:val="ru-RU"/>
              </w:rPr>
              <w:lastRenderedPageBreak/>
              <w:t>(решение Тейковского районного суда Ивановской области от 26.02.2018);</w:t>
            </w:r>
          </w:p>
        </w:tc>
        <w:tc>
          <w:tcPr>
            <w:tcW w:w="2880" w:type="dxa"/>
          </w:tcPr>
          <w:p w:rsidR="006F7457" w:rsidRDefault="00332DB8">
            <w:r>
              <w:lastRenderedPageBreak/>
              <w:t>27.04.</w:t>
            </w:r>
            <w:r>
              <w:lastRenderedPageBreak/>
              <w:t>2018</w:t>
            </w:r>
          </w:p>
        </w:tc>
      </w:tr>
      <w:tr w:rsidR="006F7457">
        <w:tc>
          <w:tcPr>
            <w:tcW w:w="2880" w:type="dxa"/>
          </w:tcPr>
          <w:p w:rsidR="006F7457" w:rsidRDefault="00332DB8">
            <w:r>
              <w:lastRenderedPageBreak/>
              <w:t>4420.</w:t>
            </w:r>
          </w:p>
        </w:tc>
        <w:tc>
          <w:tcPr>
            <w:tcW w:w="2880" w:type="dxa"/>
          </w:tcPr>
          <w:p w:rsidR="006F7457" w:rsidRDefault="00332DB8">
            <w:r w:rsidRPr="00332DB8">
              <w:rPr>
                <w:lang w:val="ru-RU"/>
              </w:rPr>
              <w:t xml:space="preserve">Видеозапись продолжительностью 4 минуты 3 секунды под названием «ПРОГРАММА УНИЧТОЖЕНИЯ РУССКОЙ НАЦИИ...» </w:t>
            </w:r>
            <w:r>
              <w:t>(решение Йошкар-Олинского городского суда Республики Марий Эл от 01.03.2018);</w:t>
            </w:r>
          </w:p>
        </w:tc>
        <w:tc>
          <w:tcPr>
            <w:tcW w:w="2880" w:type="dxa"/>
          </w:tcPr>
          <w:p w:rsidR="006F7457" w:rsidRDefault="00332DB8">
            <w:r>
              <w:t>27.04.2018</w:t>
            </w:r>
          </w:p>
        </w:tc>
      </w:tr>
      <w:tr w:rsidR="006F7457">
        <w:tc>
          <w:tcPr>
            <w:tcW w:w="2880" w:type="dxa"/>
          </w:tcPr>
          <w:p w:rsidR="006F7457" w:rsidRDefault="00332DB8">
            <w:r>
              <w:t>4421.</w:t>
            </w:r>
          </w:p>
        </w:tc>
        <w:tc>
          <w:tcPr>
            <w:tcW w:w="2880" w:type="dxa"/>
          </w:tcPr>
          <w:p w:rsidR="006F7457" w:rsidRPr="00332DB8" w:rsidRDefault="00332DB8">
            <w:pPr>
              <w:rPr>
                <w:lang w:val="ru-RU"/>
              </w:rPr>
            </w:pPr>
            <w:r w:rsidRPr="00332DB8">
              <w:rPr>
                <w:lang w:val="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2880" w:type="dxa"/>
          </w:tcPr>
          <w:p w:rsidR="006F7457" w:rsidRDefault="00332DB8">
            <w:r>
              <w:t>27.04.2018</w:t>
            </w:r>
          </w:p>
        </w:tc>
      </w:tr>
      <w:tr w:rsidR="006F7457">
        <w:tc>
          <w:tcPr>
            <w:tcW w:w="2880" w:type="dxa"/>
          </w:tcPr>
          <w:p w:rsidR="006F7457" w:rsidRDefault="00332DB8">
            <w:r>
              <w:t>4422.</w:t>
            </w:r>
          </w:p>
        </w:tc>
        <w:tc>
          <w:tcPr>
            <w:tcW w:w="2880" w:type="dxa"/>
          </w:tcPr>
          <w:p w:rsidR="006F7457" w:rsidRPr="00332DB8" w:rsidRDefault="00332DB8">
            <w:pPr>
              <w:rPr>
                <w:lang w:val="ru-RU"/>
              </w:rPr>
            </w:pPr>
            <w:r w:rsidRPr="00332DB8">
              <w:rPr>
                <w:lang w:val="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2880" w:type="dxa"/>
          </w:tcPr>
          <w:p w:rsidR="006F7457" w:rsidRDefault="00332DB8">
            <w:r>
              <w:t>27.04.2018</w:t>
            </w:r>
          </w:p>
        </w:tc>
      </w:tr>
      <w:tr w:rsidR="006F7457">
        <w:tc>
          <w:tcPr>
            <w:tcW w:w="2880" w:type="dxa"/>
          </w:tcPr>
          <w:p w:rsidR="006F7457" w:rsidRDefault="00332DB8">
            <w:r>
              <w:t>4423.</w:t>
            </w:r>
          </w:p>
        </w:tc>
        <w:tc>
          <w:tcPr>
            <w:tcW w:w="2880" w:type="dxa"/>
          </w:tcPr>
          <w:p w:rsidR="006F7457" w:rsidRDefault="00332DB8">
            <w:r w:rsidRPr="00332DB8">
              <w:rPr>
                <w:lang w:val="ru-RU"/>
              </w:rPr>
              <w:t xml:space="preserve">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w:t>
            </w:r>
            <w:r>
              <w:t>(решение Ленинского районного суда г. Курска от 01.03.2018);</w:t>
            </w:r>
          </w:p>
        </w:tc>
        <w:tc>
          <w:tcPr>
            <w:tcW w:w="2880" w:type="dxa"/>
          </w:tcPr>
          <w:p w:rsidR="006F7457" w:rsidRDefault="00332DB8">
            <w:r>
              <w:t>27.04.2018</w:t>
            </w:r>
          </w:p>
        </w:tc>
      </w:tr>
      <w:tr w:rsidR="006F7457">
        <w:tc>
          <w:tcPr>
            <w:tcW w:w="2880" w:type="dxa"/>
          </w:tcPr>
          <w:p w:rsidR="006F7457" w:rsidRDefault="00332DB8">
            <w:r>
              <w:t>4424.</w:t>
            </w:r>
          </w:p>
        </w:tc>
        <w:tc>
          <w:tcPr>
            <w:tcW w:w="2880" w:type="dxa"/>
          </w:tcPr>
          <w:p w:rsidR="006F7457" w:rsidRPr="00332DB8" w:rsidRDefault="00332DB8">
            <w:pPr>
              <w:rPr>
                <w:lang w:val="ru-RU"/>
              </w:rPr>
            </w:pPr>
            <w:r w:rsidRPr="00332DB8">
              <w:rPr>
                <w:lang w:val="ru-RU"/>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2880" w:type="dxa"/>
          </w:tcPr>
          <w:p w:rsidR="006F7457" w:rsidRDefault="00332DB8">
            <w:r>
              <w:t>11.05.2018</w:t>
            </w:r>
          </w:p>
        </w:tc>
      </w:tr>
      <w:tr w:rsidR="006F7457">
        <w:tc>
          <w:tcPr>
            <w:tcW w:w="2880" w:type="dxa"/>
          </w:tcPr>
          <w:p w:rsidR="006F7457" w:rsidRDefault="00332DB8">
            <w:r>
              <w:lastRenderedPageBreak/>
              <w:t>4425.</w:t>
            </w:r>
          </w:p>
        </w:tc>
        <w:tc>
          <w:tcPr>
            <w:tcW w:w="2880" w:type="dxa"/>
          </w:tcPr>
          <w:p w:rsidR="006F7457" w:rsidRPr="00332DB8" w:rsidRDefault="00332DB8">
            <w:pPr>
              <w:rPr>
                <w:lang w:val="ru-RU"/>
              </w:rPr>
            </w:pPr>
            <w:r w:rsidRPr="00332DB8">
              <w:rPr>
                <w:lang w:val="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2880" w:type="dxa"/>
          </w:tcPr>
          <w:p w:rsidR="006F7457" w:rsidRDefault="00332DB8">
            <w:r>
              <w:t>11.05.2018</w:t>
            </w:r>
          </w:p>
        </w:tc>
      </w:tr>
      <w:tr w:rsidR="006F7457">
        <w:tc>
          <w:tcPr>
            <w:tcW w:w="2880" w:type="dxa"/>
          </w:tcPr>
          <w:p w:rsidR="006F7457" w:rsidRDefault="00332DB8">
            <w:r>
              <w:t>4426.</w:t>
            </w:r>
          </w:p>
        </w:tc>
        <w:tc>
          <w:tcPr>
            <w:tcW w:w="2880" w:type="dxa"/>
          </w:tcPr>
          <w:p w:rsidR="006F7457" w:rsidRPr="00332DB8" w:rsidRDefault="00332DB8">
            <w:pPr>
              <w:rPr>
                <w:lang w:val="ru-RU"/>
              </w:rPr>
            </w:pPr>
            <w:r w:rsidRPr="00332DB8">
              <w:rPr>
                <w:lang w:val="ru-RU"/>
              </w:rPr>
              <w:t>Аудиофайл «</w:t>
            </w:r>
            <w:r>
              <w:t>WCD</w:t>
            </w:r>
            <w:r w:rsidRPr="00332DB8">
              <w:rPr>
                <w:lang w:val="ru-RU"/>
              </w:rPr>
              <w:t xml:space="preserve">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2880" w:type="dxa"/>
          </w:tcPr>
          <w:p w:rsidR="006F7457" w:rsidRDefault="00332DB8">
            <w:r>
              <w:t>11.05.2018</w:t>
            </w:r>
          </w:p>
        </w:tc>
      </w:tr>
      <w:tr w:rsidR="006F7457">
        <w:tc>
          <w:tcPr>
            <w:tcW w:w="2880" w:type="dxa"/>
          </w:tcPr>
          <w:p w:rsidR="006F7457" w:rsidRDefault="00332DB8">
            <w:r>
              <w:t>4427.</w:t>
            </w:r>
          </w:p>
        </w:tc>
        <w:tc>
          <w:tcPr>
            <w:tcW w:w="2880" w:type="dxa"/>
          </w:tcPr>
          <w:p w:rsidR="006F7457" w:rsidRPr="00332DB8" w:rsidRDefault="00332DB8">
            <w:pPr>
              <w:rPr>
                <w:lang w:val="ru-RU"/>
              </w:rPr>
            </w:pPr>
            <w:r w:rsidRPr="00332DB8">
              <w:rPr>
                <w:lang w:val="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247978970), а также по электронным адресам: </w:t>
            </w:r>
            <w:r>
              <w:t>https</w:t>
            </w:r>
            <w:r w:rsidRPr="00332DB8">
              <w:rPr>
                <w:lang w:val="ru-RU"/>
              </w:rPr>
              <w:t>://</w:t>
            </w:r>
            <w:r>
              <w:t>ipleer</w:t>
            </w:r>
            <w:r w:rsidRPr="00332DB8">
              <w:rPr>
                <w:lang w:val="ru-RU"/>
              </w:rPr>
              <w:t>.</w:t>
            </w:r>
            <w:r>
              <w:t>fm</w:t>
            </w:r>
            <w:r w:rsidRPr="00332DB8">
              <w:rPr>
                <w:lang w:val="ru-RU"/>
              </w:rPr>
              <w:t>/</w:t>
            </w:r>
            <w:r>
              <w:t>song</w:t>
            </w:r>
            <w:r w:rsidRPr="00332DB8">
              <w:rPr>
                <w:lang w:val="ru-RU"/>
              </w:rPr>
              <w:t>/74143611/</w:t>
            </w:r>
            <w:r>
              <w:t>Russkij</w:t>
            </w:r>
            <w:r w:rsidRPr="00332DB8">
              <w:rPr>
                <w:lang w:val="ru-RU"/>
              </w:rPr>
              <w:t>_</w:t>
            </w:r>
            <w:r>
              <w:t>styag</w:t>
            </w:r>
            <w:r w:rsidRPr="00332DB8">
              <w:rPr>
                <w:lang w:val="ru-RU"/>
              </w:rPr>
              <w:t>_</w:t>
            </w:r>
            <w:r>
              <w:t>Gibel</w:t>
            </w:r>
            <w:r w:rsidRPr="00332DB8">
              <w:rPr>
                <w:lang w:val="ru-RU"/>
              </w:rPr>
              <w:t>_</w:t>
            </w:r>
            <w:r>
              <w:t>bogov</w:t>
            </w:r>
            <w:r w:rsidRPr="00332DB8">
              <w:rPr>
                <w:lang w:val="ru-RU"/>
              </w:rPr>
              <w:t>_</w:t>
            </w:r>
            <w:r>
              <w:t>ili</w:t>
            </w:r>
            <w:r w:rsidRPr="00332DB8">
              <w:rPr>
                <w:lang w:val="ru-RU"/>
              </w:rPr>
              <w:t>_</w:t>
            </w:r>
            <w:r>
              <w:t>pirujte</w:t>
            </w:r>
            <w:r w:rsidRPr="00332DB8">
              <w:rPr>
                <w:lang w:val="ru-RU"/>
              </w:rPr>
              <w:t>__</w:t>
            </w:r>
            <w:r>
              <w:t>gady</w:t>
            </w:r>
            <w:r w:rsidRPr="00332DB8">
              <w:rPr>
                <w:lang w:val="ru-RU"/>
              </w:rPr>
              <w:t xml:space="preserve">/, </w:t>
            </w:r>
            <w:r>
              <w:t>https</w:t>
            </w:r>
            <w:r w:rsidRPr="00332DB8">
              <w:rPr>
                <w:lang w:val="ru-RU"/>
              </w:rPr>
              <w:t>://</w:t>
            </w:r>
            <w:r>
              <w:t>xmuzic</w:t>
            </w:r>
            <w:r w:rsidRPr="00332DB8">
              <w:rPr>
                <w:lang w:val="ru-RU"/>
              </w:rPr>
              <w:t>.</w:t>
            </w:r>
            <w:r>
              <w:t>me</w:t>
            </w:r>
            <w:r w:rsidRPr="00332DB8">
              <w:rPr>
                <w:lang w:val="ru-RU"/>
              </w:rPr>
              <w:t>/</w:t>
            </w:r>
            <w:r>
              <w:t>s</w:t>
            </w:r>
            <w:r w:rsidRPr="00332DB8">
              <w:rPr>
                <w:lang w:val="ru-RU"/>
              </w:rPr>
              <w:t>/2696213</w:t>
            </w:r>
            <w:r>
              <w:t>RUSSKIJ</w:t>
            </w:r>
            <w:r w:rsidRPr="00332DB8">
              <w:rPr>
                <w:lang w:val="ru-RU"/>
              </w:rPr>
              <w:t>_</w:t>
            </w:r>
            <w:r>
              <w:t>STYAG</w:t>
            </w:r>
            <w:r w:rsidRPr="00332DB8">
              <w:rPr>
                <w:lang w:val="ru-RU"/>
              </w:rPr>
              <w:t>_</w:t>
            </w:r>
            <w:r>
              <w:t>Gibel</w:t>
            </w:r>
            <w:r w:rsidRPr="00332DB8">
              <w:rPr>
                <w:lang w:val="ru-RU"/>
              </w:rPr>
              <w:t>_</w:t>
            </w:r>
            <w:r>
              <w:t>Bogov</w:t>
            </w:r>
            <w:r w:rsidRPr="00332DB8">
              <w:rPr>
                <w:lang w:val="ru-RU"/>
              </w:rPr>
              <w:t>_</w:t>
            </w:r>
            <w:r>
              <w:t>ili</w:t>
            </w:r>
            <w:r w:rsidRPr="00332DB8">
              <w:rPr>
                <w:lang w:val="ru-RU"/>
              </w:rPr>
              <w:t>_</w:t>
            </w:r>
            <w:r>
              <w:t>pirujte</w:t>
            </w:r>
            <w:r w:rsidRPr="00332DB8">
              <w:rPr>
                <w:lang w:val="ru-RU"/>
              </w:rPr>
              <w:t>_</w:t>
            </w:r>
            <w:r>
              <w:t>gady</w:t>
            </w:r>
            <w:r w:rsidRPr="00332DB8">
              <w:rPr>
                <w:lang w:val="ru-RU"/>
              </w:rPr>
              <w:t xml:space="preserve">/, </w:t>
            </w:r>
            <w:r>
              <w:t>http</w:t>
            </w:r>
            <w:r w:rsidRPr="00332DB8">
              <w:rPr>
                <w:lang w:val="ru-RU"/>
              </w:rPr>
              <w:t>://</w:t>
            </w:r>
            <w:r>
              <w:t>nemp</w:t>
            </w:r>
            <w:r w:rsidRPr="00332DB8">
              <w:rPr>
                <w:lang w:val="ru-RU"/>
              </w:rPr>
              <w:t>.</w:t>
            </w:r>
            <w:r>
              <w:t>ru</w:t>
            </w:r>
            <w:r w:rsidRPr="00332DB8">
              <w:rPr>
                <w:lang w:val="ru-RU"/>
              </w:rPr>
              <w:t>/Русский%20Стяг/Гибель%20Богов%20или%20Пируйте%20гады/694975,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2880" w:type="dxa"/>
          </w:tcPr>
          <w:p w:rsidR="006F7457" w:rsidRDefault="00332DB8">
            <w:r>
              <w:t>11.05.2018</w:t>
            </w:r>
          </w:p>
        </w:tc>
      </w:tr>
      <w:tr w:rsidR="006F7457">
        <w:tc>
          <w:tcPr>
            <w:tcW w:w="2880" w:type="dxa"/>
          </w:tcPr>
          <w:p w:rsidR="006F7457" w:rsidRDefault="00332DB8">
            <w:r>
              <w:t>4428.</w:t>
            </w:r>
          </w:p>
        </w:tc>
        <w:tc>
          <w:tcPr>
            <w:tcW w:w="2880" w:type="dxa"/>
          </w:tcPr>
          <w:p w:rsidR="006F7457" w:rsidRPr="00332DB8" w:rsidRDefault="00332DB8">
            <w:pPr>
              <w:rPr>
                <w:lang w:val="ru-RU"/>
              </w:rPr>
            </w:pPr>
            <w:r w:rsidRPr="00332DB8">
              <w:rPr>
                <w:lang w:val="ru-RU"/>
              </w:rP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247978970), а также по электронным адресам: </w:t>
            </w:r>
            <w:r>
              <w:t>https</w:t>
            </w:r>
            <w:r w:rsidRPr="00332DB8">
              <w:rPr>
                <w:lang w:val="ru-RU"/>
              </w:rPr>
              <w:t>://</w:t>
            </w:r>
            <w:r>
              <w:t>ipleer</w:t>
            </w:r>
            <w:r w:rsidRPr="00332DB8">
              <w:rPr>
                <w:lang w:val="ru-RU"/>
              </w:rPr>
              <w:t>.</w:t>
            </w:r>
            <w:r>
              <w:t>fm</w:t>
            </w:r>
            <w:r w:rsidRPr="00332DB8">
              <w:rPr>
                <w:lang w:val="ru-RU"/>
              </w:rPr>
              <w:t>/</w:t>
            </w:r>
            <w:r>
              <w:t>q</w:t>
            </w:r>
            <w:r w:rsidRPr="00332DB8">
              <w:rPr>
                <w:lang w:val="ru-RU"/>
              </w:rPr>
              <w:t xml:space="preserve">/русский+стяг+посвящается+дмитрию+боровиков/, </w:t>
            </w:r>
            <w:r>
              <w:t>http</w:t>
            </w:r>
            <w:r w:rsidRPr="00332DB8">
              <w:rPr>
                <w:lang w:val="ru-RU"/>
              </w:rPr>
              <w:t>://</w:t>
            </w:r>
            <w:r>
              <w:t>nemp</w:t>
            </w:r>
            <w:r w:rsidRPr="00332DB8">
              <w:rPr>
                <w:lang w:val="ru-RU"/>
              </w:rPr>
              <w:t>3.</w:t>
            </w:r>
            <w:r>
              <w:t>ru</w:t>
            </w:r>
            <w:r w:rsidRPr="00332DB8">
              <w:rPr>
                <w:lang w:val="ru-RU"/>
              </w:rPr>
              <w:t xml:space="preserve">/Русский%20Стяг/Дмитрию%20Боровикову%20посвящается/834330, </w:t>
            </w:r>
            <w:r>
              <w:t>http</w:t>
            </w:r>
            <w:r w:rsidRPr="00332DB8">
              <w:rPr>
                <w:lang w:val="ru-RU"/>
              </w:rPr>
              <w:t>:/</w:t>
            </w:r>
            <w:r>
              <w:t>run</w:t>
            </w:r>
            <w:r w:rsidRPr="00332DB8">
              <w:rPr>
                <w:lang w:val="ru-RU"/>
              </w:rPr>
              <w:t>-</w:t>
            </w:r>
            <w:r>
              <w:t>mp</w:t>
            </w:r>
            <w:r w:rsidRPr="00332DB8">
              <w:rPr>
                <w:lang w:val="ru-RU"/>
              </w:rPr>
              <w:t>3.</w:t>
            </w:r>
            <w:r>
              <w:t>ru</w:t>
            </w:r>
            <w:r w:rsidRPr="00332DB8">
              <w:rPr>
                <w:lang w:val="ru-RU"/>
              </w:rPr>
              <w:t>/</w:t>
            </w:r>
            <w:r>
              <w:t>go</w:t>
            </w:r>
            <w:r w:rsidRPr="00332DB8">
              <w:rPr>
                <w:lang w:val="ru-RU"/>
              </w:rPr>
              <w:t>-</w:t>
            </w:r>
            <w:r>
              <w:t>song</w:t>
            </w:r>
            <w:r w:rsidRPr="00332DB8">
              <w:rPr>
                <w:lang w:val="ru-RU"/>
              </w:rPr>
              <w:t>/</w:t>
            </w:r>
            <w:r>
              <w:t>russkij</w:t>
            </w:r>
            <w:r w:rsidRPr="00332DB8">
              <w:rPr>
                <w:lang w:val="ru-RU"/>
              </w:rPr>
              <w:t>-</w:t>
            </w:r>
            <w:r>
              <w:t>stjag</w:t>
            </w:r>
            <w:r w:rsidRPr="00332DB8">
              <w:rPr>
                <w:lang w:val="ru-RU"/>
              </w:rPr>
              <w:t>_</w:t>
            </w:r>
            <w:r>
              <w:t>dmitriu</w:t>
            </w:r>
            <w:r w:rsidRPr="00332DB8">
              <w:rPr>
                <w:lang w:val="ru-RU"/>
              </w:rPr>
              <w:t>-</w:t>
            </w:r>
            <w:r>
              <w:t>borovikovu</w:t>
            </w:r>
            <w:r w:rsidRPr="00332DB8">
              <w:rPr>
                <w:lang w:val="ru-RU"/>
              </w:rPr>
              <w:t>-</w:t>
            </w:r>
            <w:r>
              <w:t>posvjashaetsja</w:t>
            </w:r>
            <w:r w:rsidRPr="00332DB8">
              <w:rPr>
                <w:lang w:val="ru-RU"/>
              </w:rPr>
              <w:t>, а равно по иным интернет-адресам (решение Фокинского городского суда Приморского края от 27.02.2018);</w:t>
            </w:r>
          </w:p>
        </w:tc>
        <w:tc>
          <w:tcPr>
            <w:tcW w:w="2880" w:type="dxa"/>
          </w:tcPr>
          <w:p w:rsidR="006F7457" w:rsidRDefault="00332DB8">
            <w:r>
              <w:t>11.05.2018</w:t>
            </w:r>
          </w:p>
        </w:tc>
      </w:tr>
      <w:tr w:rsidR="006F7457">
        <w:tc>
          <w:tcPr>
            <w:tcW w:w="2880" w:type="dxa"/>
          </w:tcPr>
          <w:p w:rsidR="006F7457" w:rsidRDefault="00332DB8">
            <w:r>
              <w:lastRenderedPageBreak/>
              <w:t>4429.</w:t>
            </w:r>
          </w:p>
        </w:tc>
        <w:tc>
          <w:tcPr>
            <w:tcW w:w="2880" w:type="dxa"/>
          </w:tcPr>
          <w:p w:rsidR="006F7457" w:rsidRPr="00332DB8" w:rsidRDefault="00332DB8">
            <w:pPr>
              <w:rPr>
                <w:lang w:val="ru-RU"/>
              </w:rPr>
            </w:pPr>
            <w:r w:rsidRPr="00332DB8">
              <w:rPr>
                <w:lang w:val="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2880" w:type="dxa"/>
          </w:tcPr>
          <w:p w:rsidR="006F7457" w:rsidRDefault="00332DB8">
            <w:r>
              <w:t>24.05.2018</w:t>
            </w:r>
          </w:p>
        </w:tc>
      </w:tr>
      <w:tr w:rsidR="006F7457">
        <w:tc>
          <w:tcPr>
            <w:tcW w:w="2880" w:type="dxa"/>
          </w:tcPr>
          <w:p w:rsidR="006F7457" w:rsidRDefault="00332DB8">
            <w:r>
              <w:t>4430.</w:t>
            </w:r>
          </w:p>
        </w:tc>
        <w:tc>
          <w:tcPr>
            <w:tcW w:w="2880" w:type="dxa"/>
          </w:tcPr>
          <w:p w:rsidR="006F7457" w:rsidRPr="00332DB8" w:rsidRDefault="00332DB8">
            <w:pPr>
              <w:rPr>
                <w:lang w:val="ru-RU"/>
              </w:rPr>
            </w:pPr>
            <w:r w:rsidRPr="00332DB8">
              <w:rPr>
                <w:lang w:val="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2880" w:type="dxa"/>
          </w:tcPr>
          <w:p w:rsidR="006F7457" w:rsidRDefault="00332DB8">
            <w:r>
              <w:t>24.05.2018</w:t>
            </w:r>
          </w:p>
        </w:tc>
      </w:tr>
      <w:tr w:rsidR="006F7457">
        <w:tc>
          <w:tcPr>
            <w:tcW w:w="2880" w:type="dxa"/>
          </w:tcPr>
          <w:p w:rsidR="006F7457" w:rsidRDefault="00332DB8">
            <w:r>
              <w:t>4431.</w:t>
            </w:r>
          </w:p>
        </w:tc>
        <w:tc>
          <w:tcPr>
            <w:tcW w:w="2880" w:type="dxa"/>
          </w:tcPr>
          <w:p w:rsidR="006F7457" w:rsidRPr="00332DB8" w:rsidRDefault="00332DB8">
            <w:pPr>
              <w:rPr>
                <w:lang w:val="ru-RU"/>
              </w:rPr>
            </w:pPr>
            <w:r w:rsidRPr="00332DB8">
              <w:rPr>
                <w:lang w:val="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2880" w:type="dxa"/>
          </w:tcPr>
          <w:p w:rsidR="006F7457" w:rsidRDefault="00332DB8">
            <w:r>
              <w:t>24.05.2018</w:t>
            </w:r>
          </w:p>
        </w:tc>
      </w:tr>
      <w:tr w:rsidR="006F7457">
        <w:tc>
          <w:tcPr>
            <w:tcW w:w="2880" w:type="dxa"/>
          </w:tcPr>
          <w:p w:rsidR="006F7457" w:rsidRDefault="00332DB8">
            <w:r>
              <w:t>4432.</w:t>
            </w:r>
          </w:p>
        </w:tc>
        <w:tc>
          <w:tcPr>
            <w:tcW w:w="2880" w:type="dxa"/>
          </w:tcPr>
          <w:p w:rsidR="006F7457" w:rsidRDefault="00332DB8">
            <w:r w:rsidRPr="00332DB8">
              <w:rPr>
                <w:lang w:val="ru-RU"/>
              </w:rPr>
              <w:t xml:space="preserve">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w:t>
            </w:r>
            <w:r>
              <w:t>(решение Свердловского районного суда г. Перми от 05.03.2018);</w:t>
            </w:r>
          </w:p>
        </w:tc>
        <w:tc>
          <w:tcPr>
            <w:tcW w:w="2880" w:type="dxa"/>
          </w:tcPr>
          <w:p w:rsidR="006F7457" w:rsidRDefault="00332DB8">
            <w:r>
              <w:t>24.05.2018</w:t>
            </w:r>
          </w:p>
        </w:tc>
      </w:tr>
      <w:tr w:rsidR="006F7457">
        <w:tc>
          <w:tcPr>
            <w:tcW w:w="2880" w:type="dxa"/>
          </w:tcPr>
          <w:p w:rsidR="006F7457" w:rsidRDefault="00332DB8">
            <w:r>
              <w:t>4433.</w:t>
            </w:r>
          </w:p>
        </w:tc>
        <w:tc>
          <w:tcPr>
            <w:tcW w:w="2880" w:type="dxa"/>
          </w:tcPr>
          <w:p w:rsidR="006F7457" w:rsidRPr="00332DB8" w:rsidRDefault="00332DB8">
            <w:pPr>
              <w:rPr>
                <w:lang w:val="ru-RU"/>
              </w:rPr>
            </w:pPr>
            <w:r w:rsidRPr="00332DB8">
              <w:rPr>
                <w:lang w:val="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2880" w:type="dxa"/>
          </w:tcPr>
          <w:p w:rsidR="006F7457" w:rsidRDefault="00332DB8">
            <w:r>
              <w:t>24.05.2018</w:t>
            </w:r>
          </w:p>
        </w:tc>
      </w:tr>
      <w:tr w:rsidR="006F7457">
        <w:tc>
          <w:tcPr>
            <w:tcW w:w="2880" w:type="dxa"/>
          </w:tcPr>
          <w:p w:rsidR="006F7457" w:rsidRDefault="00332DB8">
            <w:r>
              <w:t>443</w:t>
            </w:r>
            <w:r>
              <w:lastRenderedPageBreak/>
              <w:t>4.</w:t>
            </w:r>
          </w:p>
        </w:tc>
        <w:tc>
          <w:tcPr>
            <w:tcW w:w="2880" w:type="dxa"/>
          </w:tcPr>
          <w:p w:rsidR="006F7457" w:rsidRPr="00332DB8" w:rsidRDefault="00332DB8">
            <w:pPr>
              <w:rPr>
                <w:lang w:val="ru-RU"/>
              </w:rPr>
            </w:pPr>
            <w:r w:rsidRPr="00332DB8">
              <w:rPr>
                <w:lang w:val="ru-RU"/>
              </w:rPr>
              <w:lastRenderedPageBreak/>
              <w:t xml:space="preserve">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w:t>
            </w:r>
            <w:r w:rsidRPr="00332DB8">
              <w:rPr>
                <w:lang w:val="ru-RU"/>
              </w:rPr>
              <w:lastRenderedPageBreak/>
              <w:t>суда г. Перми от 05.03.2018);</w:t>
            </w:r>
          </w:p>
        </w:tc>
        <w:tc>
          <w:tcPr>
            <w:tcW w:w="2880" w:type="dxa"/>
          </w:tcPr>
          <w:p w:rsidR="006F7457" w:rsidRDefault="00332DB8">
            <w:r>
              <w:lastRenderedPageBreak/>
              <w:t>24.05.201</w:t>
            </w:r>
            <w:r>
              <w:lastRenderedPageBreak/>
              <w:t>8</w:t>
            </w:r>
          </w:p>
        </w:tc>
      </w:tr>
      <w:tr w:rsidR="006F7457">
        <w:tc>
          <w:tcPr>
            <w:tcW w:w="2880" w:type="dxa"/>
          </w:tcPr>
          <w:p w:rsidR="006F7457" w:rsidRDefault="00332DB8">
            <w:r>
              <w:lastRenderedPageBreak/>
              <w:t>4435.</w:t>
            </w:r>
          </w:p>
        </w:tc>
        <w:tc>
          <w:tcPr>
            <w:tcW w:w="2880" w:type="dxa"/>
          </w:tcPr>
          <w:p w:rsidR="006F7457" w:rsidRPr="00332DB8" w:rsidRDefault="00332DB8">
            <w:pPr>
              <w:rPr>
                <w:lang w:val="ru-RU"/>
              </w:rPr>
            </w:pPr>
            <w:r w:rsidRPr="00332DB8">
              <w:rPr>
                <w:lang w:val="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2880" w:type="dxa"/>
          </w:tcPr>
          <w:p w:rsidR="006F7457" w:rsidRDefault="00332DB8">
            <w:r>
              <w:t>24.05.2018</w:t>
            </w:r>
          </w:p>
        </w:tc>
      </w:tr>
      <w:tr w:rsidR="006F7457">
        <w:tc>
          <w:tcPr>
            <w:tcW w:w="2880" w:type="dxa"/>
          </w:tcPr>
          <w:p w:rsidR="006F7457" w:rsidRDefault="00332DB8">
            <w:r>
              <w:t>4436.</w:t>
            </w:r>
          </w:p>
        </w:tc>
        <w:tc>
          <w:tcPr>
            <w:tcW w:w="2880" w:type="dxa"/>
          </w:tcPr>
          <w:p w:rsidR="006F7457" w:rsidRPr="00332DB8" w:rsidRDefault="00332DB8">
            <w:pPr>
              <w:rPr>
                <w:lang w:val="ru-RU"/>
              </w:rPr>
            </w:pPr>
            <w:r w:rsidRPr="00332DB8">
              <w:rPr>
                <w:lang w:val="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2880" w:type="dxa"/>
          </w:tcPr>
          <w:p w:rsidR="006F7457" w:rsidRDefault="00332DB8">
            <w:r>
              <w:t>24.05.2018</w:t>
            </w:r>
          </w:p>
        </w:tc>
      </w:tr>
      <w:tr w:rsidR="006F7457">
        <w:tc>
          <w:tcPr>
            <w:tcW w:w="2880" w:type="dxa"/>
          </w:tcPr>
          <w:p w:rsidR="006F7457" w:rsidRDefault="00332DB8">
            <w:r>
              <w:t>4437.</w:t>
            </w:r>
          </w:p>
        </w:tc>
        <w:tc>
          <w:tcPr>
            <w:tcW w:w="2880" w:type="dxa"/>
          </w:tcPr>
          <w:p w:rsidR="006F7457" w:rsidRPr="00332DB8" w:rsidRDefault="00332DB8">
            <w:pPr>
              <w:rPr>
                <w:lang w:val="ru-RU"/>
              </w:rPr>
            </w:pPr>
            <w:r w:rsidRPr="00332DB8">
              <w:rPr>
                <w:lang w:val="ru-RU"/>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2880" w:type="dxa"/>
          </w:tcPr>
          <w:p w:rsidR="006F7457" w:rsidRDefault="00332DB8">
            <w:r>
              <w:t>24.05.2018</w:t>
            </w:r>
          </w:p>
        </w:tc>
      </w:tr>
      <w:tr w:rsidR="006F7457">
        <w:tc>
          <w:tcPr>
            <w:tcW w:w="2880" w:type="dxa"/>
          </w:tcPr>
          <w:p w:rsidR="006F7457" w:rsidRDefault="00332DB8">
            <w:r>
              <w:t>4438.</w:t>
            </w:r>
          </w:p>
        </w:tc>
        <w:tc>
          <w:tcPr>
            <w:tcW w:w="2880" w:type="dxa"/>
          </w:tcPr>
          <w:p w:rsidR="006F7457" w:rsidRPr="00332DB8" w:rsidRDefault="00332DB8">
            <w:pPr>
              <w:rPr>
                <w:lang w:val="ru-RU"/>
              </w:rPr>
            </w:pPr>
            <w:r w:rsidRPr="00332DB8">
              <w:rPr>
                <w:lang w:val="ru-RU"/>
              </w:rPr>
              <w:t>Музыкальное произведение – аудиозапись группы «</w:t>
            </w:r>
            <w:r>
              <w:t>Zig</w:t>
            </w:r>
            <w:r w:rsidRPr="00332DB8">
              <w:rPr>
                <w:lang w:val="ru-RU"/>
              </w:rPr>
              <w:t>-</w:t>
            </w:r>
            <w:r>
              <w:t>Zag</w:t>
            </w:r>
            <w:r w:rsidRPr="00332DB8">
              <w:rPr>
                <w:lang w:val="ru-RU"/>
              </w:rPr>
              <w:t>»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2880" w:type="dxa"/>
          </w:tcPr>
          <w:p w:rsidR="006F7457" w:rsidRDefault="00332DB8">
            <w:r>
              <w:t>24.05.2018</w:t>
            </w:r>
          </w:p>
        </w:tc>
      </w:tr>
      <w:tr w:rsidR="006F7457">
        <w:tc>
          <w:tcPr>
            <w:tcW w:w="2880" w:type="dxa"/>
          </w:tcPr>
          <w:p w:rsidR="006F7457" w:rsidRDefault="00332DB8">
            <w:r>
              <w:t>4439.</w:t>
            </w:r>
          </w:p>
        </w:tc>
        <w:tc>
          <w:tcPr>
            <w:tcW w:w="2880" w:type="dxa"/>
          </w:tcPr>
          <w:p w:rsidR="006F7457" w:rsidRPr="00332DB8" w:rsidRDefault="00332DB8">
            <w:pPr>
              <w:rPr>
                <w:lang w:val="ru-RU"/>
              </w:rPr>
            </w:pPr>
            <w:r w:rsidRPr="00332DB8">
              <w:rPr>
                <w:lang w:val="ru-RU"/>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2880" w:type="dxa"/>
          </w:tcPr>
          <w:p w:rsidR="006F7457" w:rsidRDefault="00332DB8">
            <w:r>
              <w:t>24.05.2018</w:t>
            </w:r>
          </w:p>
        </w:tc>
      </w:tr>
      <w:tr w:rsidR="006F7457">
        <w:tc>
          <w:tcPr>
            <w:tcW w:w="2880" w:type="dxa"/>
          </w:tcPr>
          <w:p w:rsidR="006F7457" w:rsidRDefault="00332DB8">
            <w:r>
              <w:lastRenderedPageBreak/>
              <w:t>4440.</w:t>
            </w:r>
          </w:p>
        </w:tc>
        <w:tc>
          <w:tcPr>
            <w:tcW w:w="2880" w:type="dxa"/>
          </w:tcPr>
          <w:p w:rsidR="006F7457" w:rsidRPr="00332DB8" w:rsidRDefault="00332DB8">
            <w:pPr>
              <w:rPr>
                <w:lang w:val="ru-RU"/>
              </w:rPr>
            </w:pPr>
            <w:r w:rsidRPr="00332DB8">
              <w:rPr>
                <w:lang w:val="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2880" w:type="dxa"/>
          </w:tcPr>
          <w:p w:rsidR="006F7457" w:rsidRDefault="00332DB8">
            <w:r>
              <w:t>24.05.2018</w:t>
            </w:r>
          </w:p>
        </w:tc>
      </w:tr>
      <w:tr w:rsidR="006F7457">
        <w:tc>
          <w:tcPr>
            <w:tcW w:w="2880" w:type="dxa"/>
          </w:tcPr>
          <w:p w:rsidR="006F7457" w:rsidRDefault="00332DB8">
            <w:r>
              <w:t>4441.</w:t>
            </w:r>
          </w:p>
        </w:tc>
        <w:tc>
          <w:tcPr>
            <w:tcW w:w="2880" w:type="dxa"/>
          </w:tcPr>
          <w:p w:rsidR="006F7457" w:rsidRPr="00332DB8" w:rsidRDefault="00332DB8">
            <w:pPr>
              <w:rPr>
                <w:lang w:val="ru-RU"/>
              </w:rPr>
            </w:pPr>
            <w:r w:rsidRPr="00332DB8">
              <w:rPr>
                <w:lang w:val="ru-RU"/>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w:t>
            </w:r>
            <w:r>
              <w:t>http</w:t>
            </w:r>
            <w:r w:rsidRPr="00332DB8">
              <w:rPr>
                <w:lang w:val="ru-RU"/>
              </w:rPr>
              <w:t>://</w:t>
            </w:r>
            <w:r>
              <w:t>vk</w:t>
            </w:r>
            <w:r w:rsidRPr="00332DB8">
              <w:rPr>
                <w:lang w:val="ru-RU"/>
              </w:rPr>
              <w:t>.</w:t>
            </w:r>
            <w:r>
              <w:t>com</w:t>
            </w:r>
            <w:r w:rsidRPr="00332DB8">
              <w:rPr>
                <w:lang w:val="ru-RU"/>
              </w:rPr>
              <w:t>/</w:t>
            </w:r>
            <w:r>
              <w:t>videos</w:t>
            </w:r>
            <w:r w:rsidRPr="00332DB8">
              <w:rPr>
                <w:lang w:val="ru-RU"/>
              </w:rPr>
              <w:t>44609335?</w:t>
            </w:r>
            <w:r>
              <w:t>q</w:t>
            </w:r>
            <w:r w:rsidRPr="00332DB8">
              <w:rPr>
                <w:lang w:val="ru-RU"/>
              </w:rPr>
              <w:t>=б</w:t>
            </w:r>
            <w:r>
              <w:t>e</w:t>
            </w:r>
            <w:r w:rsidRPr="00332DB8">
              <w:rPr>
                <w:lang w:val="ru-RU"/>
              </w:rPr>
              <w:t>лый&amp;</w:t>
            </w:r>
            <w:r>
              <w:t>section</w:t>
            </w:r>
            <w:r w:rsidRPr="00332DB8">
              <w:rPr>
                <w:lang w:val="ru-RU"/>
              </w:rPr>
              <w:t xml:space="preserve">= </w:t>
            </w:r>
            <w:r>
              <w:t>search</w:t>
            </w:r>
            <w:r w:rsidRPr="00332DB8">
              <w:rPr>
                <w:lang w:val="ru-RU"/>
              </w:rPr>
              <w:t>,</w:t>
            </w:r>
            <w:r>
              <w:t>http</w:t>
            </w:r>
            <w:r w:rsidRPr="00332DB8">
              <w:rPr>
                <w:lang w:val="ru-RU"/>
              </w:rPr>
              <w:t>://</w:t>
            </w:r>
            <w:r>
              <w:t>vk</w:t>
            </w:r>
            <w:r w:rsidRPr="00332DB8">
              <w:rPr>
                <w:lang w:val="ru-RU"/>
              </w:rPr>
              <w:t>.</w:t>
            </w:r>
            <w:r>
              <w:t>com</w:t>
            </w:r>
            <w:r w:rsidRPr="00332DB8">
              <w:rPr>
                <w:lang w:val="ru-RU"/>
              </w:rPr>
              <w:t>/</w:t>
            </w:r>
            <w:r>
              <w:t>videos</w:t>
            </w:r>
            <w:r w:rsidRPr="00332DB8">
              <w:rPr>
                <w:lang w:val="ru-RU"/>
              </w:rPr>
              <w:t>44609335?</w:t>
            </w:r>
            <w:r>
              <w:t>q</w:t>
            </w:r>
            <w:r w:rsidRPr="00332DB8">
              <w:rPr>
                <w:lang w:val="ru-RU"/>
              </w:rPr>
              <w:t>=б</w:t>
            </w:r>
            <w:r>
              <w:t>e</w:t>
            </w:r>
            <w:r w:rsidRPr="00332DB8">
              <w:rPr>
                <w:lang w:val="ru-RU"/>
              </w:rPr>
              <w:t>лый&amp;</w:t>
            </w:r>
            <w:r>
              <w:t>section</w:t>
            </w:r>
            <w:r w:rsidRPr="00332DB8">
              <w:rPr>
                <w:lang w:val="ru-RU"/>
              </w:rPr>
              <w:t>=</w:t>
            </w:r>
            <w:r>
              <w:t>search</w:t>
            </w:r>
            <w:r w:rsidRPr="00332DB8">
              <w:rPr>
                <w:lang w:val="ru-RU"/>
              </w:rPr>
              <w:t>&amp;</w:t>
            </w:r>
            <w:r>
              <w:t>z</w:t>
            </w:r>
            <w:r w:rsidRPr="00332DB8">
              <w:rPr>
                <w:lang w:val="ru-RU"/>
              </w:rPr>
              <w:t>=</w:t>
            </w:r>
            <w:r>
              <w:t>video</w:t>
            </w:r>
            <w:r w:rsidRPr="00332DB8">
              <w:rPr>
                <w:lang w:val="ru-RU"/>
              </w:rPr>
              <w:t>44609335_150840290), на персональной странице пользователя под ником Алена Невская (</w:t>
            </w:r>
            <w:r>
              <w:t>https</w:t>
            </w:r>
            <w:r w:rsidRPr="00332DB8">
              <w:rPr>
                <w:lang w:val="ru-RU"/>
              </w:rPr>
              <w:t>://</w:t>
            </w:r>
            <w:r>
              <w:t>vk</w:t>
            </w:r>
            <w:r w:rsidRPr="00332DB8">
              <w:rPr>
                <w:lang w:val="ru-RU"/>
              </w:rPr>
              <w:t>.</w:t>
            </w:r>
            <w:r>
              <w:t>com</w:t>
            </w:r>
            <w:r w:rsidRPr="00332DB8">
              <w:rPr>
                <w:lang w:val="ru-RU"/>
              </w:rPr>
              <w:t>/</w:t>
            </w:r>
            <w:r>
              <w:t>id</w:t>
            </w:r>
            <w:r w:rsidRPr="00332DB8">
              <w:rPr>
                <w:lang w:val="ru-RU"/>
              </w:rPr>
              <w:t xml:space="preserve">131567042), а также по электронному адресу: </w:t>
            </w:r>
            <w:r>
              <w:t>https</w:t>
            </w:r>
            <w:r w:rsidRPr="00332DB8">
              <w:rPr>
                <w:lang w:val="ru-RU"/>
              </w:rPr>
              <w:t>://</w:t>
            </w:r>
            <w:r>
              <w:t>vk</w:t>
            </w:r>
            <w:r w:rsidRPr="00332DB8">
              <w:rPr>
                <w:lang w:val="ru-RU"/>
              </w:rPr>
              <w:t>.</w:t>
            </w:r>
            <w:r>
              <w:t>com</w:t>
            </w:r>
            <w:r w:rsidRPr="00332DB8">
              <w:rPr>
                <w:lang w:val="ru-RU"/>
              </w:rPr>
              <w:t xml:space="preserve">/ </w:t>
            </w:r>
            <w:r>
              <w:t>search</w:t>
            </w:r>
            <w:r w:rsidRPr="00332DB8">
              <w:rPr>
                <w:lang w:val="ru-RU"/>
              </w:rPr>
              <w:t>?</w:t>
            </w:r>
            <w:r>
              <w:t>c</w:t>
            </w:r>
            <w:r w:rsidRPr="00332DB8">
              <w:rPr>
                <w:lang w:val="ru-RU"/>
              </w:rPr>
              <w:t>%5</w:t>
            </w:r>
            <w:r>
              <w:t>Bq</w:t>
            </w:r>
            <w:r w:rsidRPr="00332DB8">
              <w:rPr>
                <w:lang w:val="ru-RU"/>
              </w:rPr>
              <w:t>%5</w:t>
            </w:r>
            <w:r>
              <w:t>D</w:t>
            </w:r>
            <w:r w:rsidRPr="00332DB8">
              <w:rPr>
                <w:lang w:val="ru-RU"/>
              </w:rPr>
              <w:t>=б</w:t>
            </w:r>
            <w:r>
              <w:t>e</w:t>
            </w:r>
            <w:r w:rsidRPr="00332DB8">
              <w:rPr>
                <w:lang w:val="ru-RU"/>
              </w:rPr>
              <w:t>лый%20к</w:t>
            </w:r>
            <w:r>
              <w:t>pec</w:t>
            </w:r>
            <w:r w:rsidRPr="00332DB8">
              <w:rPr>
                <w:lang w:val="ru-RU"/>
              </w:rPr>
              <w:t>т.%20П</w:t>
            </w:r>
            <w:r>
              <w:t>ec</w:t>
            </w:r>
            <w:r w:rsidRPr="00332DB8">
              <w:rPr>
                <w:lang w:val="ru-RU"/>
              </w:rPr>
              <w:t>ня&amp;</w:t>
            </w:r>
            <w:r>
              <w:t>c</w:t>
            </w:r>
            <w:r w:rsidRPr="00332DB8">
              <w:rPr>
                <w:lang w:val="ru-RU"/>
              </w:rPr>
              <w:t>%5</w:t>
            </w:r>
            <w:r>
              <w:t>Bsection</w:t>
            </w:r>
            <w:r w:rsidRPr="00332DB8">
              <w:rPr>
                <w:lang w:val="ru-RU"/>
              </w:rPr>
              <w:t>%5</w:t>
            </w:r>
            <w:r>
              <w:t>D</w:t>
            </w:r>
            <w:r w:rsidRPr="00332DB8">
              <w:rPr>
                <w:lang w:val="ru-RU"/>
              </w:rPr>
              <w:t>=</w:t>
            </w:r>
            <w:r>
              <w:t>auto</w:t>
            </w:r>
            <w:r w:rsidRPr="00332DB8">
              <w:rPr>
                <w:lang w:val="ru-RU"/>
              </w:rPr>
              <w:t>&amp;</w:t>
            </w:r>
            <w:r>
              <w:t>z</w:t>
            </w:r>
            <w:r w:rsidRPr="00332DB8">
              <w:rPr>
                <w:lang w:val="ru-RU"/>
              </w:rPr>
              <w:t>=</w:t>
            </w:r>
            <w:r>
              <w:t>video</w:t>
            </w:r>
            <w:r w:rsidRPr="00332DB8">
              <w:rPr>
                <w:lang w:val="ru-RU"/>
              </w:rPr>
              <w:t>131567042_159277748 (решение Первореченского районного суда г. Владивостока от 31.01.2018);</w:t>
            </w:r>
          </w:p>
        </w:tc>
        <w:tc>
          <w:tcPr>
            <w:tcW w:w="2880" w:type="dxa"/>
          </w:tcPr>
          <w:p w:rsidR="006F7457" w:rsidRDefault="00332DB8">
            <w:r>
              <w:t>24.05.2018</w:t>
            </w:r>
          </w:p>
        </w:tc>
      </w:tr>
      <w:tr w:rsidR="006F7457">
        <w:tc>
          <w:tcPr>
            <w:tcW w:w="2880" w:type="dxa"/>
          </w:tcPr>
          <w:p w:rsidR="006F7457" w:rsidRDefault="00332DB8">
            <w:r>
              <w:t>4442.</w:t>
            </w:r>
          </w:p>
        </w:tc>
        <w:tc>
          <w:tcPr>
            <w:tcW w:w="2880" w:type="dxa"/>
          </w:tcPr>
          <w:p w:rsidR="006F7457" w:rsidRPr="00332DB8" w:rsidRDefault="00332DB8">
            <w:pPr>
              <w:rPr>
                <w:lang w:val="ru-RU"/>
              </w:rPr>
            </w:pPr>
            <w:r w:rsidRPr="00332DB8">
              <w:rPr>
                <w:lang w:val="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w:t>
            </w:r>
            <w:r>
              <w:t>http</w:t>
            </w:r>
            <w:r w:rsidRPr="00332DB8">
              <w:rPr>
                <w:lang w:val="ru-RU"/>
              </w:rPr>
              <w:t>://</w:t>
            </w:r>
            <w:r>
              <w:t>vk</w:t>
            </w:r>
            <w:r w:rsidRPr="00332DB8">
              <w:rPr>
                <w:lang w:val="ru-RU"/>
              </w:rPr>
              <w:t>.</w:t>
            </w:r>
            <w:r>
              <w:t>com</w:t>
            </w:r>
            <w:r w:rsidRPr="00332DB8">
              <w:rPr>
                <w:lang w:val="ru-RU"/>
              </w:rPr>
              <w:t>/</w:t>
            </w:r>
            <w:r>
              <w:t>audios</w:t>
            </w:r>
            <w:r w:rsidRPr="00332DB8">
              <w:rPr>
                <w:lang w:val="ru-RU"/>
              </w:rPr>
              <w:t>44609335?</w:t>
            </w:r>
            <w:r>
              <w:t>q</w:t>
            </w:r>
            <w:r w:rsidRPr="00332DB8">
              <w:rPr>
                <w:lang w:val="ru-RU"/>
              </w:rPr>
              <w:t xml:space="preserve">=вандал), а также по электронным адресам: </w:t>
            </w:r>
            <w:r>
              <w:t>http</w:t>
            </w:r>
            <w:r w:rsidRPr="00332DB8">
              <w:rPr>
                <w:lang w:val="ru-RU"/>
              </w:rPr>
              <w:t>://</w:t>
            </w:r>
            <w:r>
              <w:t>vmuzice</w:t>
            </w:r>
            <w:r w:rsidRPr="00332DB8">
              <w:rPr>
                <w:lang w:val="ru-RU"/>
              </w:rPr>
              <w:t>.</w:t>
            </w:r>
            <w:r>
              <w:t>me</w:t>
            </w:r>
            <w:r w:rsidRPr="00332DB8">
              <w:rPr>
                <w:lang w:val="ru-RU"/>
              </w:rPr>
              <w:t>/</w:t>
            </w:r>
            <w:r>
              <w:t>choice</w:t>
            </w:r>
            <w:r w:rsidRPr="00332DB8">
              <w:rPr>
                <w:lang w:val="ru-RU"/>
              </w:rPr>
              <w:t>/-1911336071.1306010047-</w:t>
            </w:r>
            <w:r>
              <w:t>vandal</w:t>
            </w:r>
            <w:r w:rsidRPr="00332DB8">
              <w:rPr>
                <w:lang w:val="ru-RU"/>
              </w:rPr>
              <w:t>-</w:t>
            </w:r>
            <w:r>
              <w:t>nashe</w:t>
            </w:r>
            <w:r w:rsidRPr="00332DB8">
              <w:rPr>
                <w:lang w:val="ru-RU"/>
              </w:rPr>
              <w:t>-</w:t>
            </w:r>
            <w:r>
              <w:t>buduschee</w:t>
            </w:r>
            <w:r w:rsidRPr="00332DB8">
              <w:rPr>
                <w:lang w:val="ru-RU"/>
              </w:rPr>
              <w:t xml:space="preserve">, </w:t>
            </w:r>
            <w:r>
              <w:t>https</w:t>
            </w:r>
            <w:r w:rsidRPr="00332DB8">
              <w:rPr>
                <w:lang w:val="ru-RU"/>
              </w:rPr>
              <w:t>://</w:t>
            </w:r>
            <w:r>
              <w:t>myzuka</w:t>
            </w:r>
            <w:r w:rsidRPr="00332DB8">
              <w:rPr>
                <w:lang w:val="ru-RU"/>
              </w:rPr>
              <w:t>.</w:t>
            </w:r>
            <w:r>
              <w:t>me</w:t>
            </w:r>
            <w:r w:rsidRPr="00332DB8">
              <w:rPr>
                <w:lang w:val="ru-RU"/>
              </w:rPr>
              <w:t>/</w:t>
            </w:r>
            <w:r>
              <w:t>Song</w:t>
            </w:r>
            <w:r w:rsidRPr="00332DB8">
              <w:rPr>
                <w:lang w:val="ru-RU"/>
              </w:rPr>
              <w:t xml:space="preserve">/2238434/ </w:t>
            </w:r>
            <w:r>
              <w:t>Vandal</w:t>
            </w:r>
            <w:r w:rsidRPr="00332DB8">
              <w:rPr>
                <w:lang w:val="ru-RU"/>
              </w:rPr>
              <w:t xml:space="preserve">- </w:t>
            </w:r>
            <w:r>
              <w:t>Nashe</w:t>
            </w:r>
            <w:r w:rsidRPr="00332DB8">
              <w:rPr>
                <w:lang w:val="ru-RU"/>
              </w:rPr>
              <w:t>-</w:t>
            </w:r>
            <w:r>
              <w:t>Budushee</w:t>
            </w:r>
            <w:r w:rsidRPr="00332DB8">
              <w:rPr>
                <w:lang w:val="ru-RU"/>
              </w:rPr>
              <w:t xml:space="preserve"> (решение Первореченского районного суда г. Владивостока от 31.01.2018);</w:t>
            </w:r>
          </w:p>
        </w:tc>
        <w:tc>
          <w:tcPr>
            <w:tcW w:w="2880" w:type="dxa"/>
          </w:tcPr>
          <w:p w:rsidR="006F7457" w:rsidRDefault="00332DB8">
            <w:r>
              <w:t>24.05.2018</w:t>
            </w:r>
          </w:p>
        </w:tc>
      </w:tr>
      <w:tr w:rsidR="006F7457">
        <w:tc>
          <w:tcPr>
            <w:tcW w:w="2880" w:type="dxa"/>
          </w:tcPr>
          <w:p w:rsidR="006F7457" w:rsidRDefault="00332DB8">
            <w:r>
              <w:t>4443.</w:t>
            </w:r>
          </w:p>
        </w:tc>
        <w:tc>
          <w:tcPr>
            <w:tcW w:w="2880" w:type="dxa"/>
          </w:tcPr>
          <w:p w:rsidR="006F7457" w:rsidRPr="00332DB8" w:rsidRDefault="00332DB8">
            <w:pPr>
              <w:rPr>
                <w:lang w:val="ru-RU"/>
              </w:rPr>
            </w:pPr>
            <w:r w:rsidRPr="00332DB8">
              <w:rPr>
                <w:lang w:val="ru-RU"/>
              </w:rPr>
              <w:t xml:space="preserve">Аудиофайл «****88-ой****- </w:t>
            </w:r>
            <w:r>
              <w:t>WhitePower</w:t>
            </w:r>
            <w:r w:rsidRPr="00332DB8">
              <w:rPr>
                <w:lang w:val="ru-RU"/>
              </w:rPr>
              <w:t xml:space="preserve">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w:t>
            </w:r>
            <w:r>
              <w:t>http</w:t>
            </w:r>
            <w:r w:rsidRPr="00332DB8">
              <w:rPr>
                <w:lang w:val="ru-RU"/>
              </w:rPr>
              <w:t>://</w:t>
            </w:r>
            <w:r>
              <w:t>vk</w:t>
            </w:r>
            <w:r w:rsidRPr="00332DB8">
              <w:rPr>
                <w:lang w:val="ru-RU"/>
              </w:rPr>
              <w:t>.</w:t>
            </w:r>
            <w:r>
              <w:t>com</w:t>
            </w:r>
            <w:r w:rsidRPr="00332DB8">
              <w:rPr>
                <w:lang w:val="ru-RU"/>
              </w:rPr>
              <w:t>/</w:t>
            </w:r>
            <w:r>
              <w:t>audios</w:t>
            </w:r>
            <w:r w:rsidRPr="00332DB8">
              <w:rPr>
                <w:lang w:val="ru-RU"/>
              </w:rPr>
              <w:t>44609335?</w:t>
            </w:r>
            <w:r>
              <w:t>q</w:t>
            </w:r>
            <w:r w:rsidRPr="00332DB8">
              <w:rPr>
                <w:lang w:val="ru-RU"/>
              </w:rPr>
              <w:t>=</w:t>
            </w:r>
            <w:r>
              <w:t>white</w:t>
            </w:r>
            <w:r w:rsidRPr="00332DB8">
              <w:rPr>
                <w:lang w:val="ru-RU"/>
              </w:rPr>
              <w:t>), а также по эл</w:t>
            </w:r>
            <w:r>
              <w:t>e</w:t>
            </w:r>
            <w:r w:rsidRPr="00332DB8">
              <w:rPr>
                <w:lang w:val="ru-RU"/>
              </w:rPr>
              <w:t>кт</w:t>
            </w:r>
            <w:r>
              <w:t>po</w:t>
            </w:r>
            <w:r w:rsidRPr="00332DB8">
              <w:rPr>
                <w:lang w:val="ru-RU"/>
              </w:rPr>
              <w:t>нн</w:t>
            </w:r>
            <w:r>
              <w:t>o</w:t>
            </w:r>
            <w:r w:rsidRPr="00332DB8">
              <w:rPr>
                <w:lang w:val="ru-RU"/>
              </w:rPr>
              <w:t>м</w:t>
            </w:r>
            <w:r>
              <w:t>y</w:t>
            </w:r>
            <w:r w:rsidRPr="00332DB8">
              <w:rPr>
                <w:lang w:val="ru-RU"/>
              </w:rPr>
              <w:t xml:space="preserve"> ад</w:t>
            </w:r>
            <w:r>
              <w:t>pecy</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search</w:t>
            </w:r>
            <w:r w:rsidRPr="00332DB8">
              <w:rPr>
                <w:lang w:val="ru-RU"/>
              </w:rPr>
              <w:t>?</w:t>
            </w:r>
            <w:r>
              <w:t>c</w:t>
            </w:r>
            <w:r w:rsidRPr="00332DB8">
              <w:rPr>
                <w:lang w:val="ru-RU"/>
              </w:rPr>
              <w:t>%5</w:t>
            </w:r>
            <w:r>
              <w:t>Bq</w:t>
            </w:r>
            <w:r w:rsidRPr="00332DB8">
              <w:rPr>
                <w:lang w:val="ru-RU"/>
              </w:rPr>
              <w:t>%5</w:t>
            </w:r>
            <w:r>
              <w:t>D</w:t>
            </w:r>
            <w:r w:rsidRPr="00332DB8">
              <w:rPr>
                <w:lang w:val="ru-RU"/>
              </w:rPr>
              <w:t>=</w:t>
            </w:r>
            <w:r>
              <w:t>WhitePower</w:t>
            </w:r>
            <w:r w:rsidRPr="00332DB8">
              <w:rPr>
                <w:lang w:val="ru-RU"/>
              </w:rPr>
              <w:t>%20Скинхед&amp;</w:t>
            </w:r>
            <w:r>
              <w:t>c</w:t>
            </w:r>
            <w:r w:rsidRPr="00332DB8">
              <w:rPr>
                <w:lang w:val="ru-RU"/>
              </w:rPr>
              <w:t>%5</w:t>
            </w:r>
            <w:r>
              <w:t>Bsection</w:t>
            </w:r>
            <w:r w:rsidRPr="00332DB8">
              <w:rPr>
                <w:lang w:val="ru-RU"/>
              </w:rPr>
              <w:t>%5</w:t>
            </w:r>
            <w:r>
              <w:t>D</w:t>
            </w:r>
            <w:r w:rsidRPr="00332DB8">
              <w:rPr>
                <w:lang w:val="ru-RU"/>
              </w:rPr>
              <w:t>=</w:t>
            </w:r>
            <w:r>
              <w:t>auto</w:t>
            </w:r>
            <w:r w:rsidRPr="00332DB8">
              <w:rPr>
                <w:lang w:val="ru-RU"/>
              </w:rPr>
              <w:t xml:space="preserve"> (решение Первореченского районного суда г. Владивостока от 31.01.2018);</w:t>
            </w:r>
          </w:p>
        </w:tc>
        <w:tc>
          <w:tcPr>
            <w:tcW w:w="2880" w:type="dxa"/>
          </w:tcPr>
          <w:p w:rsidR="006F7457" w:rsidRDefault="00332DB8">
            <w:r>
              <w:t>24.05.2018</w:t>
            </w:r>
          </w:p>
        </w:tc>
      </w:tr>
      <w:tr w:rsidR="006F7457">
        <w:tc>
          <w:tcPr>
            <w:tcW w:w="2880" w:type="dxa"/>
          </w:tcPr>
          <w:p w:rsidR="006F7457" w:rsidRDefault="00332DB8">
            <w:r>
              <w:lastRenderedPageBreak/>
              <w:t>4444.</w:t>
            </w:r>
          </w:p>
        </w:tc>
        <w:tc>
          <w:tcPr>
            <w:tcW w:w="2880" w:type="dxa"/>
          </w:tcPr>
          <w:p w:rsidR="006F7457" w:rsidRPr="00332DB8" w:rsidRDefault="00332DB8">
            <w:pPr>
              <w:rPr>
                <w:lang w:val="ru-RU"/>
              </w:rPr>
            </w:pPr>
            <w:r w:rsidRPr="00332DB8">
              <w:rPr>
                <w:lang w:val="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w:t>
            </w:r>
            <w:r>
              <w:t>http</w:t>
            </w:r>
            <w:r w:rsidRPr="00332DB8">
              <w:rPr>
                <w:lang w:val="ru-RU"/>
              </w:rPr>
              <w:t>://</w:t>
            </w:r>
            <w:r>
              <w:t>vk</w:t>
            </w:r>
            <w:r w:rsidRPr="00332DB8">
              <w:rPr>
                <w:lang w:val="ru-RU"/>
              </w:rPr>
              <w:t>.</w:t>
            </w:r>
            <w:r>
              <w:t>com</w:t>
            </w:r>
            <w:r w:rsidRPr="00332DB8">
              <w:rPr>
                <w:lang w:val="ru-RU"/>
              </w:rPr>
              <w:t>/</w:t>
            </w:r>
            <w:r>
              <w:t>videos</w:t>
            </w:r>
            <w:r w:rsidRPr="00332DB8">
              <w:rPr>
                <w:lang w:val="ru-RU"/>
              </w:rPr>
              <w:t>44609335?</w:t>
            </w:r>
            <w:r>
              <w:t>q</w:t>
            </w:r>
            <w:r w:rsidRPr="00332DB8">
              <w:rPr>
                <w:lang w:val="ru-RU"/>
              </w:rPr>
              <w:t>=</w:t>
            </w:r>
            <w:r>
              <w:t>pocc</w:t>
            </w:r>
            <w:r w:rsidRPr="00332DB8">
              <w:rPr>
                <w:lang w:val="ru-RU"/>
              </w:rPr>
              <w:t>ия%20для&amp;</w:t>
            </w:r>
            <w:r>
              <w:t>section</w:t>
            </w:r>
            <w:r w:rsidRPr="00332DB8">
              <w:rPr>
                <w:lang w:val="ru-RU"/>
              </w:rPr>
              <w:t>=</w:t>
            </w:r>
            <w:r>
              <w:t>search</w:t>
            </w:r>
            <w:r w:rsidRPr="00332DB8">
              <w:rPr>
                <w:lang w:val="ru-RU"/>
              </w:rPr>
              <w:t xml:space="preserve">, </w:t>
            </w:r>
            <w:r>
              <w:t>http</w:t>
            </w:r>
            <w:r w:rsidRPr="00332DB8">
              <w:rPr>
                <w:lang w:val="ru-RU"/>
              </w:rPr>
              <w:t>://</w:t>
            </w:r>
            <w:r>
              <w:t>vk</w:t>
            </w:r>
            <w:r w:rsidRPr="00332DB8">
              <w:rPr>
                <w:lang w:val="ru-RU"/>
              </w:rPr>
              <w:t>.</w:t>
            </w:r>
            <w:r>
              <w:t>com</w:t>
            </w:r>
            <w:r w:rsidRPr="00332DB8">
              <w:rPr>
                <w:lang w:val="ru-RU"/>
              </w:rPr>
              <w:t>/</w:t>
            </w:r>
            <w:r>
              <w:t>videos</w:t>
            </w:r>
            <w:r w:rsidRPr="00332DB8">
              <w:rPr>
                <w:lang w:val="ru-RU"/>
              </w:rPr>
              <w:t>44609335?</w:t>
            </w:r>
            <w:r>
              <w:t>q</w:t>
            </w:r>
            <w:r w:rsidRPr="00332DB8">
              <w:rPr>
                <w:lang w:val="ru-RU"/>
              </w:rPr>
              <w:t>=</w:t>
            </w:r>
            <w:r>
              <w:t>pocc</w:t>
            </w:r>
            <w:r w:rsidRPr="00332DB8">
              <w:rPr>
                <w:lang w:val="ru-RU"/>
              </w:rPr>
              <w:t>ия%20для&amp;</w:t>
            </w:r>
            <w:r>
              <w:t>section</w:t>
            </w:r>
            <w:r w:rsidRPr="00332DB8">
              <w:rPr>
                <w:lang w:val="ru-RU"/>
              </w:rPr>
              <w:t>=</w:t>
            </w:r>
            <w:r>
              <w:t>search</w:t>
            </w:r>
            <w:r w:rsidRPr="00332DB8">
              <w:rPr>
                <w:lang w:val="ru-RU"/>
              </w:rPr>
              <w:t>&amp;</w:t>
            </w:r>
            <w:r>
              <w:t>z</w:t>
            </w:r>
            <w:r w:rsidRPr="00332DB8">
              <w:rPr>
                <w:lang w:val="ru-RU"/>
              </w:rPr>
              <w:t>=</w:t>
            </w:r>
            <w:r>
              <w:t>video</w:t>
            </w:r>
            <w:r w:rsidRPr="00332DB8">
              <w:rPr>
                <w:lang w:val="ru-RU"/>
              </w:rPr>
              <w:t xml:space="preserve">44609335_158239953), а также по электронному адресу: </w:t>
            </w:r>
            <w:r>
              <w:t>http</w:t>
            </w:r>
            <w:r w:rsidRPr="00332DB8">
              <w:rPr>
                <w:lang w:val="ru-RU"/>
              </w:rPr>
              <w:t>://</w:t>
            </w:r>
            <w:r>
              <w:t>hlamer</w:t>
            </w:r>
            <w:r w:rsidRPr="00332DB8">
              <w:rPr>
                <w:lang w:val="ru-RU"/>
              </w:rPr>
              <w:t>.</w:t>
            </w:r>
            <w:r>
              <w:t>ru</w:t>
            </w:r>
            <w:r w:rsidRPr="00332DB8">
              <w:rPr>
                <w:lang w:val="ru-RU"/>
              </w:rPr>
              <w:t>/</w:t>
            </w:r>
            <w:r>
              <w:t>video</w:t>
            </w:r>
            <w:r w:rsidRPr="00332DB8">
              <w:rPr>
                <w:lang w:val="ru-RU"/>
              </w:rPr>
              <w:t>/189422-</w:t>
            </w:r>
            <w:r>
              <w:t>My</w:t>
            </w:r>
            <w:r w:rsidRPr="00332DB8">
              <w:rPr>
                <w:lang w:val="ru-RU"/>
              </w:rPr>
              <w:t>_</w:t>
            </w:r>
            <w:r>
              <w:t>pobedim</w:t>
            </w:r>
            <w:r w:rsidRPr="00332DB8">
              <w:rPr>
                <w:lang w:val="ru-RU"/>
              </w:rPr>
              <w:t>_</w:t>
            </w:r>
            <w:r>
              <w:t>Rossiya</w:t>
            </w:r>
            <w:r w:rsidRPr="00332DB8">
              <w:rPr>
                <w:lang w:val="ru-RU"/>
              </w:rPr>
              <w:t>_</w:t>
            </w:r>
            <w:r>
              <w:t>dlya</w:t>
            </w:r>
            <w:r w:rsidRPr="00332DB8">
              <w:rPr>
                <w:lang w:val="ru-RU"/>
              </w:rPr>
              <w:t>_</w:t>
            </w:r>
            <w:r>
              <w:t>russkih</w:t>
            </w:r>
            <w:r w:rsidRPr="00332DB8">
              <w:rPr>
                <w:lang w:val="ru-RU"/>
              </w:rPr>
              <w:t xml:space="preserve"> (решение Первореченского районного суда г. Владивостока от 31.01.2018);</w:t>
            </w:r>
          </w:p>
        </w:tc>
        <w:tc>
          <w:tcPr>
            <w:tcW w:w="2880" w:type="dxa"/>
          </w:tcPr>
          <w:p w:rsidR="006F7457" w:rsidRDefault="00332DB8">
            <w:r>
              <w:t>24.05.2018</w:t>
            </w:r>
          </w:p>
        </w:tc>
      </w:tr>
      <w:tr w:rsidR="006F7457">
        <w:tc>
          <w:tcPr>
            <w:tcW w:w="2880" w:type="dxa"/>
          </w:tcPr>
          <w:p w:rsidR="006F7457" w:rsidRDefault="00332DB8">
            <w:r>
              <w:t>4445.</w:t>
            </w:r>
          </w:p>
        </w:tc>
        <w:tc>
          <w:tcPr>
            <w:tcW w:w="2880" w:type="dxa"/>
          </w:tcPr>
          <w:p w:rsidR="006F7457" w:rsidRPr="00332DB8" w:rsidRDefault="00332DB8">
            <w:pPr>
              <w:rPr>
                <w:lang w:val="ru-RU"/>
              </w:rPr>
            </w:pPr>
            <w:r w:rsidRPr="00332DB8">
              <w:rPr>
                <w:lang w:val="ru-RU"/>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w:t>
            </w:r>
            <w:r>
              <w:t>http</w:t>
            </w:r>
            <w:r w:rsidRPr="00332DB8">
              <w:rPr>
                <w:lang w:val="ru-RU"/>
              </w:rPr>
              <w:t>://</w:t>
            </w:r>
            <w:r>
              <w:t>vk</w:t>
            </w:r>
            <w:r w:rsidRPr="00332DB8">
              <w:rPr>
                <w:lang w:val="ru-RU"/>
              </w:rPr>
              <w:t>.</w:t>
            </w:r>
            <w:r>
              <w:t>com</w:t>
            </w:r>
            <w:r w:rsidRPr="00332DB8">
              <w:rPr>
                <w:lang w:val="ru-RU"/>
              </w:rPr>
              <w:t>/</w:t>
            </w:r>
            <w:r>
              <w:t>audios</w:t>
            </w:r>
            <w:r w:rsidRPr="00332DB8">
              <w:rPr>
                <w:lang w:val="ru-RU"/>
              </w:rPr>
              <w:t>44609335?</w:t>
            </w:r>
            <w:r>
              <w:t>q</w:t>
            </w:r>
            <w:r w:rsidRPr="00332DB8">
              <w:rPr>
                <w:lang w:val="ru-RU"/>
              </w:rPr>
              <w:t xml:space="preserve">=з), а также по электронным адресам: </w:t>
            </w:r>
            <w:r>
              <w:t>http</w:t>
            </w:r>
            <w:r w:rsidRPr="00332DB8">
              <w:rPr>
                <w:lang w:val="ru-RU"/>
              </w:rPr>
              <w:t>://</w:t>
            </w:r>
            <w:r>
              <w:t>mp</w:t>
            </w:r>
            <w:r w:rsidRPr="00332DB8">
              <w:rPr>
                <w:lang w:val="ru-RU"/>
              </w:rPr>
              <w:t>3.</w:t>
            </w:r>
            <w:r>
              <w:t>co</w:t>
            </w:r>
            <w:r w:rsidRPr="00332DB8">
              <w:rPr>
                <w:lang w:val="ru-RU"/>
              </w:rPr>
              <w:t>/</w:t>
            </w:r>
            <w:r>
              <w:t>song</w:t>
            </w:r>
            <w:r w:rsidRPr="00332DB8">
              <w:rPr>
                <w:lang w:val="ru-RU"/>
              </w:rPr>
              <w:t>/9156513/</w:t>
            </w:r>
            <w:r>
              <w:t>Onarkheya</w:t>
            </w:r>
            <w:r w:rsidRPr="00332DB8">
              <w:rPr>
                <w:lang w:val="ru-RU"/>
              </w:rPr>
              <w:t>_88_</w:t>
            </w:r>
            <w:r>
              <w:t>Zig</w:t>
            </w:r>
            <w:r w:rsidRPr="00332DB8">
              <w:rPr>
                <w:lang w:val="ru-RU"/>
              </w:rPr>
              <w:t>_</w:t>
            </w:r>
            <w:r>
              <w:t>Cojl</w:t>
            </w:r>
            <w:r w:rsidRPr="00332DB8">
              <w:rPr>
                <w:lang w:val="ru-RU"/>
              </w:rPr>
              <w:t>_1488/,</w:t>
            </w:r>
            <w:r>
              <w:t>http</w:t>
            </w:r>
            <w:r w:rsidRPr="00332DB8">
              <w:rPr>
                <w:lang w:val="ru-RU"/>
              </w:rPr>
              <w:t>://</w:t>
            </w:r>
            <w:r>
              <w:t>music</w:t>
            </w:r>
            <w:r w:rsidRPr="00332DB8">
              <w:rPr>
                <w:lang w:val="ru-RU"/>
              </w:rPr>
              <w:t>4</w:t>
            </w:r>
            <w:r>
              <w:t>love</w:t>
            </w:r>
            <w:r w:rsidRPr="00332DB8">
              <w:rPr>
                <w:lang w:val="ru-RU"/>
              </w:rPr>
              <w:t>.</w:t>
            </w:r>
            <w:r>
              <w:t>net</w:t>
            </w:r>
            <w:r w:rsidRPr="00332DB8">
              <w:rPr>
                <w:lang w:val="ru-RU"/>
              </w:rPr>
              <w:t>/?</w:t>
            </w:r>
            <w:r>
              <w:t>song</w:t>
            </w:r>
            <w:r w:rsidRPr="00332DB8">
              <w:rPr>
                <w:lang w:val="ru-RU"/>
              </w:rPr>
              <w:t>=%</w:t>
            </w:r>
            <w:r>
              <w:t>CE</w:t>
            </w:r>
            <w:r w:rsidRPr="00332DB8">
              <w:rPr>
                <w:lang w:val="ru-RU"/>
              </w:rPr>
              <w:t>%</w:t>
            </w:r>
            <w:r>
              <w:t>ED</w:t>
            </w:r>
            <w:r w:rsidRPr="00332DB8">
              <w:rPr>
                <w:lang w:val="ru-RU"/>
              </w:rPr>
              <w:t>%</w:t>
            </w:r>
            <w:r>
              <w:t>E</w:t>
            </w:r>
            <w:r w:rsidRPr="00332DB8">
              <w:rPr>
                <w:lang w:val="ru-RU"/>
              </w:rPr>
              <w:t>0%</w:t>
            </w:r>
            <w:r>
              <w:t>F</w:t>
            </w:r>
            <w:r w:rsidRPr="00332DB8">
              <w:rPr>
                <w:lang w:val="ru-RU"/>
              </w:rPr>
              <w:t>0%</w:t>
            </w:r>
            <w:r>
              <w:t>F</w:t>
            </w:r>
            <w:r w:rsidRPr="00332DB8">
              <w:rPr>
                <w:lang w:val="ru-RU"/>
              </w:rPr>
              <w:t>5%</w:t>
            </w:r>
            <w:r>
              <w:t>E</w:t>
            </w:r>
            <w:r w:rsidRPr="00332DB8">
              <w:rPr>
                <w:lang w:val="ru-RU"/>
              </w:rPr>
              <w:t>5%</w:t>
            </w:r>
            <w:r>
              <w:t>FF</w:t>
            </w:r>
            <w:r w:rsidRPr="00332DB8">
              <w:rPr>
                <w:lang w:val="ru-RU"/>
              </w:rPr>
              <w:t xml:space="preserve">+88, </w:t>
            </w:r>
            <w:r>
              <w:t>http</w:t>
            </w:r>
            <w:r w:rsidRPr="00332DB8">
              <w:rPr>
                <w:lang w:val="ru-RU"/>
              </w:rPr>
              <w:t>://</w:t>
            </w:r>
            <w:r>
              <w:t>mp</w:t>
            </w:r>
            <w:r w:rsidRPr="00332DB8">
              <w:rPr>
                <w:lang w:val="ru-RU"/>
              </w:rPr>
              <w:t>3.</w:t>
            </w:r>
            <w:r>
              <w:t>uz</w:t>
            </w:r>
            <w:r w:rsidRPr="00332DB8">
              <w:rPr>
                <w:lang w:val="ru-RU"/>
              </w:rPr>
              <w:t>.</w:t>
            </w:r>
            <w:r>
              <w:t>cx</w:t>
            </w:r>
            <w:r w:rsidRPr="00332DB8">
              <w:rPr>
                <w:lang w:val="ru-RU"/>
              </w:rPr>
              <w:t>/</w:t>
            </w:r>
            <w:r>
              <w:t>o</w:t>
            </w:r>
            <w:r w:rsidRPr="00332DB8">
              <w:rPr>
                <w:lang w:val="ru-RU"/>
              </w:rPr>
              <w:t>нархея-88/ (решение Первореченского районного суда г. Владивостока от 31.01.2018);</w:t>
            </w:r>
          </w:p>
        </w:tc>
        <w:tc>
          <w:tcPr>
            <w:tcW w:w="2880" w:type="dxa"/>
          </w:tcPr>
          <w:p w:rsidR="006F7457" w:rsidRDefault="00332DB8">
            <w:r>
              <w:t>24.05.2018</w:t>
            </w:r>
          </w:p>
        </w:tc>
      </w:tr>
      <w:tr w:rsidR="006F7457">
        <w:tc>
          <w:tcPr>
            <w:tcW w:w="2880" w:type="dxa"/>
          </w:tcPr>
          <w:p w:rsidR="006F7457" w:rsidRDefault="00332DB8">
            <w:r>
              <w:t>4446.</w:t>
            </w:r>
          </w:p>
        </w:tc>
        <w:tc>
          <w:tcPr>
            <w:tcW w:w="2880" w:type="dxa"/>
          </w:tcPr>
          <w:p w:rsidR="006F7457" w:rsidRPr="00332DB8" w:rsidRDefault="00332DB8">
            <w:pPr>
              <w:rPr>
                <w:lang w:val="ru-RU"/>
              </w:rPr>
            </w:pPr>
            <w:r w:rsidRPr="00332DB8">
              <w:rPr>
                <w:lang w:val="ru-RU"/>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rsidR="006F7457" w:rsidRDefault="00332DB8">
            <w:r>
              <w:t>24.05.2018</w:t>
            </w:r>
          </w:p>
        </w:tc>
      </w:tr>
      <w:tr w:rsidR="006F7457">
        <w:tc>
          <w:tcPr>
            <w:tcW w:w="2880" w:type="dxa"/>
          </w:tcPr>
          <w:p w:rsidR="006F7457" w:rsidRDefault="00332DB8">
            <w:r>
              <w:t>444</w:t>
            </w:r>
            <w:r>
              <w:lastRenderedPageBreak/>
              <w:t>7.</w:t>
            </w:r>
          </w:p>
        </w:tc>
        <w:tc>
          <w:tcPr>
            <w:tcW w:w="2880" w:type="dxa"/>
          </w:tcPr>
          <w:p w:rsidR="006F7457" w:rsidRPr="00332DB8" w:rsidRDefault="00332DB8">
            <w:pPr>
              <w:rPr>
                <w:lang w:val="ru-RU"/>
              </w:rPr>
            </w:pPr>
            <w:r w:rsidRPr="00332DB8">
              <w:rPr>
                <w:lang w:val="ru-RU"/>
              </w:rPr>
              <w:lastRenderedPageBreak/>
              <w:t xml:space="preserve">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w:t>
            </w:r>
            <w:r w:rsidRPr="00332DB8">
              <w:rPr>
                <w:lang w:val="ru-RU"/>
              </w:rPr>
              <w:lastRenderedPageBreak/>
              <w:t>определение об исправлении описки Новочеркасского городского суда Ростовской области от 28.12.2017);</w:t>
            </w:r>
          </w:p>
        </w:tc>
        <w:tc>
          <w:tcPr>
            <w:tcW w:w="2880" w:type="dxa"/>
          </w:tcPr>
          <w:p w:rsidR="006F7457" w:rsidRDefault="00332DB8">
            <w:r>
              <w:lastRenderedPageBreak/>
              <w:t>24.05.201</w:t>
            </w:r>
            <w:r>
              <w:lastRenderedPageBreak/>
              <w:t>8</w:t>
            </w:r>
          </w:p>
        </w:tc>
      </w:tr>
      <w:tr w:rsidR="006F7457">
        <w:tc>
          <w:tcPr>
            <w:tcW w:w="2880" w:type="dxa"/>
          </w:tcPr>
          <w:p w:rsidR="006F7457" w:rsidRDefault="00332DB8">
            <w:r>
              <w:lastRenderedPageBreak/>
              <w:t>4448.</w:t>
            </w:r>
          </w:p>
        </w:tc>
        <w:tc>
          <w:tcPr>
            <w:tcW w:w="2880" w:type="dxa"/>
          </w:tcPr>
          <w:p w:rsidR="006F7457" w:rsidRPr="00332DB8" w:rsidRDefault="00332DB8">
            <w:pPr>
              <w:rPr>
                <w:lang w:val="ru-RU"/>
              </w:rPr>
            </w:pPr>
            <w:r w:rsidRPr="00332DB8">
              <w:rPr>
                <w:lang w:val="ru-RU"/>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rsidR="006F7457" w:rsidRDefault="00332DB8">
            <w:r>
              <w:t>24.05.2018</w:t>
            </w:r>
          </w:p>
        </w:tc>
      </w:tr>
      <w:tr w:rsidR="006F7457">
        <w:tc>
          <w:tcPr>
            <w:tcW w:w="2880" w:type="dxa"/>
          </w:tcPr>
          <w:p w:rsidR="006F7457" w:rsidRDefault="00332DB8">
            <w:r>
              <w:t>4449.</w:t>
            </w:r>
          </w:p>
        </w:tc>
        <w:tc>
          <w:tcPr>
            <w:tcW w:w="2880" w:type="dxa"/>
          </w:tcPr>
          <w:p w:rsidR="006F7457" w:rsidRPr="00332DB8" w:rsidRDefault="00332DB8">
            <w:pPr>
              <w:rPr>
                <w:lang w:val="ru-RU"/>
              </w:rPr>
            </w:pPr>
            <w:r w:rsidRPr="00332DB8">
              <w:rPr>
                <w:lang w:val="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rsidR="006F7457" w:rsidRDefault="00332DB8">
            <w:r>
              <w:t>24.05.2018</w:t>
            </w:r>
          </w:p>
        </w:tc>
      </w:tr>
      <w:tr w:rsidR="006F7457">
        <w:tc>
          <w:tcPr>
            <w:tcW w:w="2880" w:type="dxa"/>
          </w:tcPr>
          <w:p w:rsidR="006F7457" w:rsidRDefault="00332DB8">
            <w:r>
              <w:t>4450.</w:t>
            </w:r>
          </w:p>
        </w:tc>
        <w:tc>
          <w:tcPr>
            <w:tcW w:w="2880" w:type="dxa"/>
          </w:tcPr>
          <w:p w:rsidR="006F7457" w:rsidRPr="00332DB8" w:rsidRDefault="00332DB8">
            <w:pPr>
              <w:rPr>
                <w:lang w:val="ru-RU"/>
              </w:rPr>
            </w:pPr>
            <w:r w:rsidRPr="00332DB8">
              <w:rPr>
                <w:lang w:val="ru-RU"/>
              </w:rPr>
              <w:t xml:space="preserve">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w:t>
            </w:r>
            <w:r>
              <w:t>https</w:t>
            </w:r>
            <w:r w:rsidRPr="00332DB8">
              <w:rPr>
                <w:lang w:val="ru-RU"/>
              </w:rPr>
              <w:t>://</w:t>
            </w:r>
            <w:r>
              <w:t>my</w:t>
            </w:r>
            <w:r w:rsidRPr="00332DB8">
              <w:rPr>
                <w:lang w:val="ru-RU"/>
              </w:rPr>
              <w:t>.</w:t>
            </w:r>
            <w:r>
              <w:t>mail</w:t>
            </w:r>
            <w:r w:rsidRPr="00332DB8">
              <w:rPr>
                <w:lang w:val="ru-RU"/>
              </w:rPr>
              <w:t>.</w:t>
            </w:r>
            <w:r>
              <w:t>ru</w:t>
            </w:r>
            <w:r w:rsidRPr="00332DB8">
              <w:rPr>
                <w:lang w:val="ru-RU"/>
              </w:rPr>
              <w:t>/</w:t>
            </w:r>
            <w:r>
              <w:t>music</w:t>
            </w:r>
            <w:r w:rsidRPr="00332DB8">
              <w:rPr>
                <w:lang w:val="ru-RU"/>
              </w:rPr>
              <w:t>/</w:t>
            </w:r>
            <w:r>
              <w:t>songs</w:t>
            </w:r>
            <w:r w:rsidRPr="00332DB8">
              <w:rPr>
                <w:lang w:val="ru-RU"/>
              </w:rPr>
              <w:t>/ п_п-резать-чурку-</w:t>
            </w:r>
            <w:r>
              <w:t>da</w:t>
            </w:r>
            <w:r w:rsidRPr="00332DB8">
              <w:rPr>
                <w:lang w:val="ru-RU"/>
              </w:rPr>
              <w:t>812323</w:t>
            </w:r>
            <w:r>
              <w:t>a</w:t>
            </w:r>
            <w:r w:rsidRPr="00332DB8">
              <w:rPr>
                <w:lang w:val="ru-RU"/>
              </w:rPr>
              <w:t>614808390а19</w:t>
            </w:r>
            <w:r>
              <w:t>d</w:t>
            </w:r>
            <w:r w:rsidRPr="00332DB8">
              <w:rPr>
                <w:lang w:val="ru-RU"/>
              </w:rPr>
              <w:t>7</w:t>
            </w:r>
            <w:r>
              <w:t>f</w:t>
            </w:r>
            <w:r w:rsidRPr="00332DB8">
              <w:rPr>
                <w:lang w:val="ru-RU"/>
              </w:rPr>
              <w:t>09336</w:t>
            </w:r>
            <w:r>
              <w:t>fcb</w:t>
            </w:r>
            <w:r w:rsidRPr="00332DB8">
              <w:rPr>
                <w:lang w:val="ru-RU"/>
              </w:rPr>
              <w:t>,</w:t>
            </w:r>
            <w:r>
              <w:t>https</w:t>
            </w:r>
            <w:r w:rsidRPr="00332DB8">
              <w:rPr>
                <w:lang w:val="ru-RU"/>
              </w:rPr>
              <w:t>://</w:t>
            </w:r>
            <w:r>
              <w:t>tekstovoi</w:t>
            </w:r>
            <w:r w:rsidRPr="00332DB8">
              <w:rPr>
                <w:lang w:val="ru-RU"/>
              </w:rPr>
              <w:t>.</w:t>
            </w:r>
            <w:r>
              <w:t>ru</w:t>
            </w:r>
            <w:r w:rsidRPr="00332DB8">
              <w:rPr>
                <w:lang w:val="ru-RU"/>
              </w:rPr>
              <w:t>/</w:t>
            </w:r>
            <w:r>
              <w:t>text</w:t>
            </w:r>
            <w:r w:rsidRPr="00332DB8">
              <w:rPr>
                <w:lang w:val="ru-RU"/>
              </w:rPr>
              <w:t>/094149 21_</w:t>
            </w:r>
            <w:r>
              <w:t>m</w:t>
            </w:r>
            <w:r w:rsidRPr="00332DB8">
              <w:rPr>
                <w:lang w:val="ru-RU"/>
              </w:rPr>
              <w:t>06138560</w:t>
            </w:r>
            <w:r>
              <w:t>p</w:t>
            </w:r>
            <w:r w:rsidRPr="00332DB8">
              <w:rPr>
                <w:lang w:val="ru-RU"/>
              </w:rPr>
              <w:t>985579963_</w:t>
            </w:r>
            <w:r>
              <w:t>text</w:t>
            </w:r>
            <w:r w:rsidRPr="00332DB8">
              <w:rPr>
                <w:lang w:val="ru-RU"/>
              </w:rPr>
              <w:t>_</w:t>
            </w:r>
            <w:r>
              <w:t>pesni</w:t>
            </w:r>
            <w:r w:rsidRPr="00332DB8">
              <w:rPr>
                <w:lang w:val="ru-RU"/>
              </w:rPr>
              <w:t>_</w:t>
            </w:r>
            <w:r>
              <w:t>rezat</w:t>
            </w:r>
            <w:r w:rsidRPr="00332DB8">
              <w:rPr>
                <w:lang w:val="ru-RU"/>
              </w:rPr>
              <w:t>_</w:t>
            </w:r>
            <w:r>
              <w:t>churku</w:t>
            </w:r>
            <w:r w:rsidRPr="00332DB8">
              <w:rPr>
                <w:lang w:val="ru-RU"/>
              </w:rPr>
              <w:t>.</w:t>
            </w:r>
            <w:r>
              <w:t>html</w:t>
            </w:r>
            <w:r w:rsidRPr="00332DB8">
              <w:rPr>
                <w:lang w:val="ru-RU"/>
              </w:rPr>
              <w:t xml:space="preserve">, </w:t>
            </w:r>
            <w:r>
              <w:t>poisk</w:t>
            </w:r>
            <w:r w:rsidRPr="00332DB8">
              <w:rPr>
                <w:lang w:val="ru-RU"/>
              </w:rPr>
              <w:t>738.</w:t>
            </w:r>
            <w:r>
              <w:t>mp</w:t>
            </w:r>
            <w:r w:rsidRPr="00332DB8">
              <w:rPr>
                <w:lang w:val="ru-RU"/>
              </w:rPr>
              <w:t>3</w:t>
            </w:r>
            <w:r>
              <w:t>sklad</w:t>
            </w:r>
            <w:r w:rsidRPr="00332DB8">
              <w:rPr>
                <w:lang w:val="ru-RU"/>
              </w:rPr>
              <w:t>.</w:t>
            </w:r>
            <w:r>
              <w:t>ru</w:t>
            </w:r>
            <w:r w:rsidRPr="00332DB8">
              <w:rPr>
                <w:lang w:val="ru-RU"/>
              </w:rPr>
              <w:t xml:space="preserve">/ </w:t>
            </w:r>
            <w:r>
              <w:t>music</w:t>
            </w:r>
            <w:r w:rsidRPr="00332DB8">
              <w:rPr>
                <w:lang w:val="ru-RU"/>
              </w:rPr>
              <w:t>/П-П++</w:t>
            </w:r>
            <w:r>
              <w:t>P</w:t>
            </w:r>
            <w:r w:rsidRPr="00332DB8">
              <w:rPr>
                <w:lang w:val="ru-RU"/>
              </w:rPr>
              <w:t xml:space="preserve">езать+чурку/, </w:t>
            </w:r>
            <w:r>
              <w:t>https</w:t>
            </w:r>
            <w:r w:rsidRPr="00332DB8">
              <w:rPr>
                <w:lang w:val="ru-RU"/>
              </w:rPr>
              <w:t>://</w:t>
            </w:r>
            <w:r>
              <w:t>mp</w:t>
            </w:r>
            <w:r w:rsidRPr="00332DB8">
              <w:rPr>
                <w:lang w:val="ru-RU"/>
              </w:rPr>
              <w:t>3</w:t>
            </w:r>
            <w:r>
              <w:t>co</w:t>
            </w:r>
            <w:r w:rsidRPr="00332DB8">
              <w:rPr>
                <w:lang w:val="ru-RU"/>
              </w:rPr>
              <w:t>.</w:t>
            </w:r>
            <w:r>
              <w:t>ooo</w:t>
            </w:r>
            <w:r w:rsidRPr="00332DB8">
              <w:rPr>
                <w:lang w:val="ru-RU"/>
              </w:rPr>
              <w:t>/</w:t>
            </w:r>
            <w:r>
              <w:t>artist</w:t>
            </w:r>
            <w:r w:rsidRPr="00332DB8">
              <w:rPr>
                <w:lang w:val="ru-RU"/>
              </w:rPr>
              <w:t xml:space="preserve">/30828677119/Р-Р/, </w:t>
            </w:r>
            <w:r>
              <w:t>https</w:t>
            </w:r>
            <w:r w:rsidRPr="00332DB8">
              <w:rPr>
                <w:lang w:val="ru-RU"/>
              </w:rPr>
              <w:t>://</w:t>
            </w:r>
            <w:r>
              <w:t>mp</w:t>
            </w:r>
            <w:r w:rsidRPr="00332DB8">
              <w:rPr>
                <w:lang w:val="ru-RU"/>
              </w:rPr>
              <w:t>3</w:t>
            </w:r>
            <w:r>
              <w:t>co</w:t>
            </w:r>
            <w:r w:rsidRPr="00332DB8">
              <w:rPr>
                <w:lang w:val="ru-RU"/>
              </w:rPr>
              <w:t>.</w:t>
            </w:r>
            <w:r>
              <w:t>ooo</w:t>
            </w:r>
            <w:r w:rsidRPr="00332DB8">
              <w:rPr>
                <w:lang w:val="ru-RU"/>
              </w:rPr>
              <w:t>/</w:t>
            </w:r>
            <w:r>
              <w:t>song</w:t>
            </w:r>
            <w:r w:rsidRPr="00332DB8">
              <w:rPr>
                <w:lang w:val="ru-RU"/>
              </w:rPr>
              <w:t>/50747417/</w:t>
            </w:r>
            <w:r>
              <w:t>P</w:t>
            </w:r>
            <w:r w:rsidRPr="00332DB8">
              <w:rPr>
                <w:lang w:val="ru-RU"/>
              </w:rPr>
              <w:t>-</w:t>
            </w:r>
            <w:r>
              <w:t>P</w:t>
            </w:r>
            <w:r w:rsidRPr="00332DB8">
              <w:rPr>
                <w:lang w:val="ru-RU"/>
              </w:rPr>
              <w:t>_</w:t>
            </w:r>
            <w:r>
              <w:t>Rezat</w:t>
            </w:r>
            <w:r w:rsidRPr="00332DB8">
              <w:rPr>
                <w:lang w:val="ru-RU"/>
              </w:rPr>
              <w:t>_</w:t>
            </w:r>
            <w:r>
              <w:t>churku</w:t>
            </w:r>
            <w:r w:rsidRPr="00332DB8">
              <w:rPr>
                <w:lang w:val="ru-RU"/>
              </w:rPr>
              <w:t>/ (решение Центрального районного суда г. Барнаула от 16.03.2018);</w:t>
            </w:r>
          </w:p>
        </w:tc>
        <w:tc>
          <w:tcPr>
            <w:tcW w:w="2880" w:type="dxa"/>
          </w:tcPr>
          <w:p w:rsidR="006F7457" w:rsidRDefault="00332DB8">
            <w:r>
              <w:t>24.05.2018</w:t>
            </w:r>
          </w:p>
        </w:tc>
      </w:tr>
      <w:tr w:rsidR="006F7457">
        <w:tc>
          <w:tcPr>
            <w:tcW w:w="2880" w:type="dxa"/>
          </w:tcPr>
          <w:p w:rsidR="006F7457" w:rsidRDefault="00332DB8">
            <w:r>
              <w:t>4451.</w:t>
            </w:r>
          </w:p>
        </w:tc>
        <w:tc>
          <w:tcPr>
            <w:tcW w:w="2880" w:type="dxa"/>
          </w:tcPr>
          <w:p w:rsidR="006F7457" w:rsidRPr="00332DB8" w:rsidRDefault="00332DB8">
            <w:pPr>
              <w:rPr>
                <w:lang w:val="ru-RU"/>
              </w:rPr>
            </w:pPr>
            <w:r w:rsidRPr="00332DB8">
              <w:rPr>
                <w:lang w:val="ru-RU"/>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2880" w:type="dxa"/>
          </w:tcPr>
          <w:p w:rsidR="006F7457" w:rsidRDefault="00332DB8">
            <w:r>
              <w:t>13.06.2018</w:t>
            </w:r>
          </w:p>
        </w:tc>
      </w:tr>
      <w:tr w:rsidR="006F7457">
        <w:tc>
          <w:tcPr>
            <w:tcW w:w="2880" w:type="dxa"/>
          </w:tcPr>
          <w:p w:rsidR="006F7457" w:rsidRDefault="00332DB8">
            <w:r>
              <w:t>4</w:t>
            </w:r>
            <w:r>
              <w:lastRenderedPageBreak/>
              <w:t>452.</w:t>
            </w:r>
          </w:p>
        </w:tc>
        <w:tc>
          <w:tcPr>
            <w:tcW w:w="2880" w:type="dxa"/>
          </w:tcPr>
          <w:p w:rsidR="006F7457" w:rsidRPr="00332DB8" w:rsidRDefault="00332DB8">
            <w:pPr>
              <w:rPr>
                <w:lang w:val="ru-RU"/>
              </w:rPr>
            </w:pPr>
            <w:r w:rsidRPr="00332DB8">
              <w:rPr>
                <w:lang w:val="ru-RU"/>
              </w:rPr>
              <w:lastRenderedPageBreak/>
              <w:t>Видеоролик «Тигран Парсегян. Пякин вылизывает дорогу на гей-курорты в Тур.</w:t>
            </w:r>
            <w:r>
              <w:t>m</w:t>
            </w:r>
            <w:r w:rsidRPr="00332DB8">
              <w:rPr>
                <w:lang w:val="ru-RU"/>
              </w:rPr>
              <w:t xml:space="preserve">р4» (начинается текстом </w:t>
            </w:r>
            <w:r w:rsidRPr="00332DB8">
              <w:rPr>
                <w:lang w:val="ru-RU"/>
              </w:rPr>
              <w:lastRenderedPageBreak/>
              <w:t xml:space="preserve">«Гость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w:t>
            </w:r>
            <w:r>
              <w:t>https</w:t>
            </w:r>
            <w:r w:rsidRPr="00332DB8">
              <w:rPr>
                <w:lang w:val="ru-RU"/>
              </w:rPr>
              <w:t>://</w:t>
            </w:r>
            <w:r>
              <w:t>www</w:t>
            </w:r>
            <w:r w:rsidRPr="00332DB8">
              <w:rPr>
                <w:lang w:val="ru-RU"/>
              </w:rPr>
              <w:t>.</w:t>
            </w:r>
            <w:r>
              <w:t>yotube</w:t>
            </w:r>
            <w:r w:rsidRPr="00332DB8">
              <w:rPr>
                <w:lang w:val="ru-RU"/>
              </w:rPr>
              <w:t>.</w:t>
            </w:r>
            <w:r>
              <w:t>com</w:t>
            </w:r>
            <w:r w:rsidRPr="00332DB8">
              <w:rPr>
                <w:lang w:val="ru-RU"/>
              </w:rPr>
              <w:t>/</w:t>
            </w:r>
            <w:r>
              <w:t>watch</w:t>
            </w:r>
            <w:r w:rsidRPr="00332DB8">
              <w:rPr>
                <w:lang w:val="ru-RU"/>
              </w:rPr>
              <w:t>?</w:t>
            </w:r>
            <w:r>
              <w:t>v</w:t>
            </w:r>
            <w:r w:rsidRPr="00332DB8">
              <w:rPr>
                <w:lang w:val="ru-RU"/>
              </w:rPr>
              <w:t>=</w:t>
            </w:r>
            <w:r>
              <w:t>v</w:t>
            </w:r>
            <w:r w:rsidRPr="00332DB8">
              <w:rPr>
                <w:lang w:val="ru-RU"/>
              </w:rPr>
              <w:t>-</w:t>
            </w:r>
            <w:r>
              <w:t>hoVKgd</w:t>
            </w:r>
            <w:r w:rsidRPr="00332DB8">
              <w:rPr>
                <w:lang w:val="ru-RU"/>
              </w:rPr>
              <w:t>-</w:t>
            </w:r>
            <w:r>
              <w:t>Eg</w:t>
            </w:r>
            <w:r w:rsidRPr="00332DB8">
              <w:rPr>
                <w:lang w:val="ru-RU"/>
              </w:rPr>
              <w:t xml:space="preserve">, </w:t>
            </w:r>
            <w:r>
              <w:t>https</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larii</w:t>
            </w:r>
            <w:r w:rsidRPr="00332DB8">
              <w:rPr>
                <w:lang w:val="ru-RU"/>
              </w:rPr>
              <w:t>44/</w:t>
            </w:r>
            <w:r>
              <w:t>video</w:t>
            </w:r>
            <w:r w:rsidRPr="00332DB8">
              <w:rPr>
                <w:lang w:val="ru-RU"/>
              </w:rPr>
              <w:t>/6/1894.</w:t>
            </w:r>
            <w:r>
              <w:t>html</w:t>
            </w:r>
            <w:r w:rsidRPr="00332DB8">
              <w:rPr>
                <w:lang w:val="ru-RU"/>
              </w:rPr>
              <w:t xml:space="preserve">, </w:t>
            </w:r>
            <w:r>
              <w:t>ytube</w:t>
            </w:r>
            <w:r w:rsidRPr="00332DB8">
              <w:rPr>
                <w:lang w:val="ru-RU"/>
              </w:rPr>
              <w:t>.</w:t>
            </w:r>
            <w:r>
              <w:t>com</w:t>
            </w:r>
            <w:r w:rsidRPr="00332DB8">
              <w:rPr>
                <w:lang w:val="ru-RU"/>
              </w:rPr>
              <w:t>.</w:t>
            </w:r>
            <w:r>
              <w:t>ua</w:t>
            </w:r>
            <w:r w:rsidRPr="00332DB8">
              <w:rPr>
                <w:lang w:val="ru-RU"/>
              </w:rPr>
              <w:t>/</w:t>
            </w:r>
            <w:r>
              <w:t>watch</w:t>
            </w:r>
            <w:r w:rsidRPr="00332DB8">
              <w:rPr>
                <w:lang w:val="ru-RU"/>
              </w:rPr>
              <w:t>/</w:t>
            </w:r>
            <w:r>
              <w:t>v</w:t>
            </w:r>
            <w:r w:rsidRPr="00332DB8">
              <w:rPr>
                <w:lang w:val="ru-RU"/>
              </w:rPr>
              <w:t>-</w:t>
            </w:r>
            <w:r>
              <w:t>hoVKgd</w:t>
            </w:r>
            <w:r w:rsidRPr="00332DB8">
              <w:rPr>
                <w:lang w:val="ru-RU"/>
              </w:rPr>
              <w:t>-</w:t>
            </w:r>
            <w:r>
              <w:t>Eg</w:t>
            </w:r>
            <w:r w:rsidRPr="00332DB8">
              <w:rPr>
                <w:lang w:val="ru-RU"/>
              </w:rPr>
              <w:t>/</w:t>
            </w:r>
            <w:r>
              <w:t>tigran</w:t>
            </w:r>
            <w:r w:rsidRPr="00332DB8">
              <w:rPr>
                <w:lang w:val="ru-RU"/>
              </w:rPr>
              <w:t>-</w:t>
            </w:r>
            <w:r>
              <w:t>parsegyan</w:t>
            </w:r>
            <w:r w:rsidRPr="00332DB8">
              <w:rPr>
                <w:lang w:val="ru-RU"/>
              </w:rPr>
              <w:t>-</w:t>
            </w:r>
            <w:r>
              <w:t>pyakin</w:t>
            </w:r>
            <w:r w:rsidRPr="00332DB8">
              <w:rPr>
                <w:lang w:val="ru-RU"/>
              </w:rPr>
              <w:t>-</w:t>
            </w:r>
            <w:r>
              <w:t>vylizyvaet</w:t>
            </w:r>
            <w:r w:rsidRPr="00332DB8">
              <w:rPr>
                <w:lang w:val="ru-RU"/>
              </w:rPr>
              <w:t>-</w:t>
            </w:r>
            <w:r>
              <w:t>dorogu</w:t>
            </w:r>
            <w:r w:rsidRPr="00332DB8">
              <w:rPr>
                <w:lang w:val="ru-RU"/>
              </w:rPr>
              <w:t>-</w:t>
            </w:r>
            <w:r>
              <w:t>na</w:t>
            </w:r>
            <w:r w:rsidRPr="00332DB8">
              <w:rPr>
                <w:lang w:val="ru-RU"/>
              </w:rPr>
              <w:t>-</w:t>
            </w:r>
            <w:r>
              <w:t>gejjkurorty</w:t>
            </w:r>
            <w:r w:rsidRPr="00332DB8">
              <w:rPr>
                <w:lang w:val="ru-RU"/>
              </w:rPr>
              <w:t>-</w:t>
            </w:r>
            <w:r>
              <w:t>v</w:t>
            </w:r>
            <w:r w:rsidRPr="00332DB8">
              <w:rPr>
                <w:lang w:val="ru-RU"/>
              </w:rPr>
              <w:t>-</w:t>
            </w:r>
            <w:r>
              <w:t>turciyu</w:t>
            </w:r>
            <w:r w:rsidRPr="00332DB8">
              <w:rPr>
                <w:lang w:val="ru-RU"/>
              </w:rPr>
              <w:t>-</w:t>
            </w:r>
            <w:r>
              <w:t>a</w:t>
            </w:r>
            <w:r w:rsidRPr="00332DB8">
              <w:rPr>
                <w:lang w:val="ru-RU"/>
              </w:rPr>
              <w:t>-</w:t>
            </w:r>
            <w:r>
              <w:t>putin</w:t>
            </w:r>
            <w:r w:rsidRPr="00332DB8">
              <w:rPr>
                <w:lang w:val="ru-RU"/>
              </w:rPr>
              <w:t>-</w:t>
            </w:r>
            <w:r>
              <w:t>slep</w:t>
            </w:r>
            <w:r w:rsidRPr="00332DB8">
              <w:rPr>
                <w:lang w:val="ru-RU"/>
              </w:rPr>
              <w:t>-</w:t>
            </w:r>
            <w:r>
              <w:t>k</w:t>
            </w:r>
            <w:r w:rsidRPr="00332DB8">
              <w:rPr>
                <w:lang w:val="ru-RU"/>
              </w:rPr>
              <w:t>-6-</w:t>
            </w:r>
            <w:r>
              <w:t>jj</w:t>
            </w:r>
            <w:r w:rsidRPr="00332DB8">
              <w:rPr>
                <w:lang w:val="ru-RU"/>
              </w:rPr>
              <w:t>-</w:t>
            </w:r>
            <w:r>
              <w:t>kolonne</w:t>
            </w:r>
            <w:r w:rsidRPr="00332DB8">
              <w:rPr>
                <w:lang w:val="ru-RU"/>
              </w:rPr>
              <w:t>.</w:t>
            </w:r>
            <w:r>
              <w:t>html</w:t>
            </w:r>
            <w:r w:rsidRPr="00332DB8">
              <w:rPr>
                <w:lang w:val="ru-RU"/>
              </w:rPr>
              <w:t xml:space="preserve"> (решение Октябрьского районного суда г. Барнаула от 27.03.2018);</w:t>
            </w:r>
          </w:p>
        </w:tc>
        <w:tc>
          <w:tcPr>
            <w:tcW w:w="2880" w:type="dxa"/>
          </w:tcPr>
          <w:p w:rsidR="006F7457" w:rsidRDefault="00332DB8">
            <w:r>
              <w:lastRenderedPageBreak/>
              <w:t>13.</w:t>
            </w:r>
            <w:r>
              <w:lastRenderedPageBreak/>
              <w:t>06.2018</w:t>
            </w:r>
          </w:p>
        </w:tc>
      </w:tr>
      <w:tr w:rsidR="006F7457">
        <w:tc>
          <w:tcPr>
            <w:tcW w:w="2880" w:type="dxa"/>
          </w:tcPr>
          <w:p w:rsidR="006F7457" w:rsidRDefault="00332DB8">
            <w:r>
              <w:lastRenderedPageBreak/>
              <w:t>4453.</w:t>
            </w:r>
          </w:p>
        </w:tc>
        <w:tc>
          <w:tcPr>
            <w:tcW w:w="2880" w:type="dxa"/>
          </w:tcPr>
          <w:p w:rsidR="006F7457" w:rsidRPr="00332DB8" w:rsidRDefault="00332DB8">
            <w:pPr>
              <w:rPr>
                <w:lang w:val="ru-RU"/>
              </w:rPr>
            </w:pPr>
            <w:r w:rsidRPr="00332DB8">
              <w:rPr>
                <w:lang w:val="ru-RU"/>
              </w:rPr>
              <w:t>Видеоролик «Тигран Парсегян. Парнас или Порно Асы-Евроклопы для Народ.</w:t>
            </w:r>
            <w:r>
              <w:t>m</w:t>
            </w:r>
            <w:r w:rsidRPr="00332DB8">
              <w:rPr>
                <w:lang w:val="ru-RU"/>
              </w:rPr>
              <w:t xml:space="preserve">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w:t>
            </w:r>
            <w:r>
              <w:t>https</w:t>
            </w:r>
            <w:r w:rsidRPr="00332DB8">
              <w:rPr>
                <w:lang w:val="ru-RU"/>
              </w:rPr>
              <w:t>://</w:t>
            </w:r>
            <w:r>
              <w:t>radonvideo</w:t>
            </w:r>
            <w:r w:rsidRPr="00332DB8">
              <w:rPr>
                <w:lang w:val="ru-RU"/>
              </w:rPr>
              <w:t>.</w:t>
            </w:r>
            <w:r>
              <w:t>ru</w:t>
            </w:r>
            <w:r w:rsidRPr="00332DB8">
              <w:rPr>
                <w:lang w:val="ru-RU"/>
              </w:rPr>
              <w:t>/</w:t>
            </w:r>
            <w:r>
              <w:t>watch</w:t>
            </w:r>
            <w:r w:rsidRPr="00332DB8">
              <w:rPr>
                <w:lang w:val="ru-RU"/>
              </w:rPr>
              <w:t>/</w:t>
            </w:r>
            <w:r>
              <w:t>JiXr</w:t>
            </w:r>
            <w:r w:rsidRPr="00332DB8">
              <w:rPr>
                <w:lang w:val="ru-RU"/>
              </w:rPr>
              <w:t>6</w:t>
            </w:r>
            <w:r>
              <w:t>GOYnWc</w:t>
            </w:r>
            <w:r w:rsidRPr="00332DB8">
              <w:rPr>
                <w:lang w:val="ru-RU"/>
              </w:rPr>
              <w:t xml:space="preserve"> (решение Октябрьского районного суда г. Барнаула от 27.03.2018);</w:t>
            </w:r>
          </w:p>
        </w:tc>
        <w:tc>
          <w:tcPr>
            <w:tcW w:w="2880" w:type="dxa"/>
          </w:tcPr>
          <w:p w:rsidR="006F7457" w:rsidRDefault="00332DB8">
            <w:r>
              <w:t>13.06.2018</w:t>
            </w:r>
          </w:p>
        </w:tc>
      </w:tr>
      <w:tr w:rsidR="006F7457">
        <w:tc>
          <w:tcPr>
            <w:tcW w:w="2880" w:type="dxa"/>
          </w:tcPr>
          <w:p w:rsidR="006F7457" w:rsidRDefault="00332DB8">
            <w:r>
              <w:t>4454.</w:t>
            </w:r>
          </w:p>
        </w:tc>
        <w:tc>
          <w:tcPr>
            <w:tcW w:w="2880" w:type="dxa"/>
          </w:tcPr>
          <w:p w:rsidR="006F7457" w:rsidRPr="00332DB8" w:rsidRDefault="00332DB8">
            <w:pPr>
              <w:rPr>
                <w:lang w:val="ru-RU"/>
              </w:rPr>
            </w:pPr>
            <w:r w:rsidRPr="00332DB8">
              <w:rPr>
                <w:lang w:val="ru-RU"/>
              </w:rPr>
              <w:t>Видеоролик Тигран Парсегян. Обращение к народам Армении, России, Азерба.</w:t>
            </w:r>
            <w:r>
              <w:t>m</w:t>
            </w:r>
            <w:r w:rsidRPr="00332DB8">
              <w:rPr>
                <w:lang w:val="ru-RU"/>
              </w:rPr>
              <w:t xml:space="preserve">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w:t>
            </w:r>
            <w:r>
              <w:t>https</w:t>
            </w:r>
            <w:r w:rsidRPr="00332DB8">
              <w:rPr>
                <w:lang w:val="ru-RU"/>
              </w:rPr>
              <w:t>://</w:t>
            </w:r>
            <w:r>
              <w:t>ok</w:t>
            </w:r>
            <w:r w:rsidRPr="00332DB8">
              <w:rPr>
                <w:lang w:val="ru-RU"/>
              </w:rPr>
              <w:t>.</w:t>
            </w:r>
            <w:r>
              <w:t>ru</w:t>
            </w:r>
            <w:r w:rsidRPr="00332DB8">
              <w:rPr>
                <w:lang w:val="ru-RU"/>
              </w:rPr>
              <w:t>/</w:t>
            </w:r>
            <w:r>
              <w:t>video</w:t>
            </w:r>
            <w:r w:rsidRPr="00332DB8">
              <w:rPr>
                <w:lang w:val="ru-RU"/>
              </w:rPr>
              <w:t xml:space="preserve">/11828790669,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kaZQrJ</w:t>
            </w:r>
            <w:r w:rsidRPr="00332DB8">
              <w:rPr>
                <w:lang w:val="ru-RU"/>
              </w:rPr>
              <w:t>7</w:t>
            </w:r>
            <w:r>
              <w:t>f</w:t>
            </w:r>
            <w:r w:rsidRPr="00332DB8">
              <w:rPr>
                <w:lang w:val="ru-RU"/>
              </w:rPr>
              <w:t>5</w:t>
            </w:r>
            <w:r>
              <w:t>hA</w:t>
            </w:r>
            <w:r w:rsidRPr="00332DB8">
              <w:rPr>
                <w:lang w:val="ru-RU"/>
              </w:rPr>
              <w:t xml:space="preserve">, </w:t>
            </w:r>
            <w:r>
              <w:t>ytube</w:t>
            </w:r>
            <w:r w:rsidRPr="00332DB8">
              <w:rPr>
                <w:lang w:val="ru-RU"/>
              </w:rPr>
              <w:t>.</w:t>
            </w:r>
            <w:r>
              <w:t>com</w:t>
            </w:r>
            <w:r w:rsidRPr="00332DB8">
              <w:rPr>
                <w:lang w:val="ru-RU"/>
              </w:rPr>
              <w:t>.</w:t>
            </w:r>
            <w:r>
              <w:t>ua</w:t>
            </w:r>
            <w:r w:rsidRPr="00332DB8">
              <w:rPr>
                <w:lang w:val="ru-RU"/>
              </w:rPr>
              <w:t>/</w:t>
            </w:r>
            <w:r>
              <w:t>watch</w:t>
            </w:r>
            <w:r w:rsidRPr="00332DB8">
              <w:rPr>
                <w:lang w:val="ru-RU"/>
              </w:rPr>
              <w:t>/</w:t>
            </w:r>
            <w:r>
              <w:t>kaZQrJ</w:t>
            </w:r>
            <w:r w:rsidRPr="00332DB8">
              <w:rPr>
                <w:lang w:val="ru-RU"/>
              </w:rPr>
              <w:t>7</w:t>
            </w:r>
            <w:r>
              <w:t>f</w:t>
            </w:r>
            <w:r w:rsidRPr="00332DB8">
              <w:rPr>
                <w:lang w:val="ru-RU"/>
              </w:rPr>
              <w:t>5</w:t>
            </w:r>
            <w:r>
              <w:t>hA</w:t>
            </w:r>
            <w:r w:rsidRPr="00332DB8">
              <w:rPr>
                <w:lang w:val="ru-RU"/>
              </w:rPr>
              <w:t>/</w:t>
            </w:r>
            <w:r>
              <w:t>tigran</w:t>
            </w:r>
            <w:r w:rsidRPr="00332DB8">
              <w:rPr>
                <w:lang w:val="ru-RU"/>
              </w:rPr>
              <w:t>-</w:t>
            </w:r>
            <w:r>
              <w:t>parsegyan</w:t>
            </w:r>
            <w:r w:rsidRPr="00332DB8">
              <w:rPr>
                <w:lang w:val="ru-RU"/>
              </w:rPr>
              <w:t>-</w:t>
            </w:r>
            <w:r>
              <w:t>obrashhenie</w:t>
            </w:r>
            <w:r w:rsidRPr="00332DB8">
              <w:rPr>
                <w:lang w:val="ru-RU"/>
              </w:rPr>
              <w:t>-</w:t>
            </w:r>
            <w:r>
              <w:t>k</w:t>
            </w:r>
            <w:r w:rsidRPr="00332DB8">
              <w:rPr>
                <w:lang w:val="ru-RU"/>
              </w:rPr>
              <w:t>-</w:t>
            </w:r>
            <w:r>
              <w:t>narodam</w:t>
            </w:r>
            <w:r w:rsidRPr="00332DB8">
              <w:rPr>
                <w:lang w:val="ru-RU"/>
              </w:rPr>
              <w:t>-</w:t>
            </w:r>
            <w:r>
              <w:t>armenii</w:t>
            </w:r>
            <w:r w:rsidRPr="00332DB8">
              <w:rPr>
                <w:lang w:val="ru-RU"/>
              </w:rPr>
              <w:t>-</w:t>
            </w:r>
            <w:r>
              <w:t>rossii</w:t>
            </w:r>
            <w:r w:rsidRPr="00332DB8">
              <w:rPr>
                <w:lang w:val="ru-RU"/>
              </w:rPr>
              <w:t>-</w:t>
            </w:r>
            <w:r>
              <w:t>azerbajjdzhana</w:t>
            </w:r>
            <w:r w:rsidRPr="00332DB8">
              <w:rPr>
                <w:lang w:val="ru-RU"/>
              </w:rPr>
              <w:t>-</w:t>
            </w:r>
            <w:r>
              <w:t>i</w:t>
            </w:r>
            <w:r w:rsidRPr="00332DB8">
              <w:rPr>
                <w:lang w:val="ru-RU"/>
              </w:rPr>
              <w:t>-</w:t>
            </w:r>
            <w:r>
              <w:t>mirotvorcu</w:t>
            </w:r>
            <w:r w:rsidRPr="00332DB8">
              <w:rPr>
                <w:lang w:val="ru-RU"/>
              </w:rPr>
              <w:t>-</w:t>
            </w:r>
            <w:r>
              <w:t>putinu</w:t>
            </w:r>
            <w:r w:rsidRPr="00332DB8">
              <w:rPr>
                <w:lang w:val="ru-RU"/>
              </w:rPr>
              <w:t>-</w:t>
            </w:r>
            <w:r>
              <w:t>vv</w:t>
            </w:r>
            <w:r w:rsidRPr="00332DB8">
              <w:rPr>
                <w:lang w:val="ru-RU"/>
              </w:rPr>
              <w:t>.</w:t>
            </w:r>
            <w:r>
              <w:t>html</w:t>
            </w:r>
            <w:r w:rsidRPr="00332DB8">
              <w:rPr>
                <w:lang w:val="ru-RU"/>
              </w:rPr>
              <w:t xml:space="preserve">, </w:t>
            </w:r>
            <w:r>
              <w:t>https</w:t>
            </w:r>
            <w:r w:rsidRPr="00332DB8">
              <w:rPr>
                <w:lang w:val="ru-RU"/>
              </w:rPr>
              <w:t>://</w:t>
            </w:r>
            <w:r>
              <w:t>yandex</w:t>
            </w:r>
            <w:r w:rsidRPr="00332DB8">
              <w:rPr>
                <w:lang w:val="ru-RU"/>
              </w:rPr>
              <w:t>.</w:t>
            </w:r>
            <w:r>
              <w:t>ru</w:t>
            </w:r>
            <w:r w:rsidRPr="00332DB8">
              <w:rPr>
                <w:lang w:val="ru-RU"/>
              </w:rPr>
              <w:t>/</w:t>
            </w:r>
            <w:r>
              <w:t>video</w:t>
            </w:r>
            <w:r w:rsidRPr="00332DB8">
              <w:rPr>
                <w:lang w:val="ru-RU"/>
              </w:rPr>
              <w:t>/</w:t>
            </w:r>
            <w:r>
              <w:t>search</w:t>
            </w:r>
            <w:r w:rsidRPr="00332DB8">
              <w:rPr>
                <w:lang w:val="ru-RU"/>
              </w:rPr>
              <w:t>?</w:t>
            </w:r>
            <w:r>
              <w:t>text</w:t>
            </w:r>
            <w:r w:rsidRPr="00332DB8">
              <w:rPr>
                <w:lang w:val="ru-RU"/>
              </w:rPr>
              <w:t>=тигран парсегян Обращение к народам Армении. России%2С Азерба роликсмотреть&amp;</w:t>
            </w:r>
            <w:r>
              <w:t>path</w:t>
            </w:r>
            <w:r w:rsidRPr="00332DB8">
              <w:rPr>
                <w:lang w:val="ru-RU"/>
              </w:rPr>
              <w:t>=</w:t>
            </w:r>
            <w:r>
              <w:t>wizard</w:t>
            </w:r>
            <w:r w:rsidRPr="00332DB8">
              <w:rPr>
                <w:lang w:val="ru-RU"/>
              </w:rPr>
              <w:t>&amp;</w:t>
            </w:r>
            <w:r>
              <w:t>noreask</w:t>
            </w:r>
            <w:r w:rsidRPr="00332DB8">
              <w:rPr>
                <w:lang w:val="ru-RU"/>
              </w:rPr>
              <w:t>=1&amp;</w:t>
            </w:r>
            <w:r>
              <w:t>regid</w:t>
            </w:r>
            <w:r w:rsidRPr="00332DB8">
              <w:rPr>
                <w:lang w:val="ru-RU"/>
              </w:rPr>
              <w:t>= 1522032890012905-318101168600171170837082-</w:t>
            </w:r>
            <w:r>
              <w:t>sasl</w:t>
            </w:r>
            <w:r w:rsidRPr="00332DB8">
              <w:rPr>
                <w:lang w:val="ru-RU"/>
              </w:rPr>
              <w:t>-0554-</w:t>
            </w:r>
            <w:r>
              <w:t>V</w:t>
            </w:r>
            <w:r w:rsidRPr="00332DB8">
              <w:rPr>
                <w:lang w:val="ru-RU"/>
              </w:rPr>
              <w:t xml:space="preserve"> (решение Октябрьского районного суда г. Барнаула от 27.03.2018);</w:t>
            </w:r>
          </w:p>
        </w:tc>
        <w:tc>
          <w:tcPr>
            <w:tcW w:w="2880" w:type="dxa"/>
          </w:tcPr>
          <w:p w:rsidR="006F7457" w:rsidRDefault="00332DB8">
            <w:r>
              <w:t>13.06.2018</w:t>
            </w:r>
          </w:p>
        </w:tc>
      </w:tr>
      <w:tr w:rsidR="006F7457">
        <w:tc>
          <w:tcPr>
            <w:tcW w:w="2880" w:type="dxa"/>
          </w:tcPr>
          <w:p w:rsidR="006F7457" w:rsidRDefault="00332DB8">
            <w:r>
              <w:t>4455.</w:t>
            </w:r>
          </w:p>
        </w:tc>
        <w:tc>
          <w:tcPr>
            <w:tcW w:w="2880" w:type="dxa"/>
          </w:tcPr>
          <w:p w:rsidR="006F7457" w:rsidRPr="00332DB8" w:rsidRDefault="00332DB8">
            <w:pPr>
              <w:rPr>
                <w:lang w:val="ru-RU"/>
              </w:rPr>
            </w:pPr>
            <w:r w:rsidRPr="00332DB8">
              <w:rPr>
                <w:lang w:val="ru-RU"/>
              </w:rPr>
              <w:t>Видеоролик «Кто услышит Тиграна - монтаж азера Гумбатова Гахрамана.</w:t>
            </w:r>
            <w:r>
              <w:t>m</w:t>
            </w:r>
            <w:r w:rsidRPr="00332DB8">
              <w:rPr>
                <w:lang w:val="ru-RU"/>
              </w:rPr>
              <w:t xml:space="preserve">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w:t>
            </w:r>
            <w:r>
              <w:t>https</w:t>
            </w:r>
            <w:r w:rsidRPr="00332DB8">
              <w:rPr>
                <w:lang w:val="ru-RU"/>
              </w:rPr>
              <w:t>:/ /</w:t>
            </w:r>
            <w:r>
              <w:t>www</w:t>
            </w:r>
            <w:r w:rsidRPr="00332DB8">
              <w:rPr>
                <w:lang w:val="ru-RU"/>
              </w:rPr>
              <w:t xml:space="preserve">. </w:t>
            </w:r>
            <w:r>
              <w:t>youtube</w:t>
            </w:r>
            <w:r w:rsidRPr="00332DB8">
              <w:rPr>
                <w:lang w:val="ru-RU"/>
              </w:rPr>
              <w:t>.</w:t>
            </w:r>
            <w:r>
              <w:t>com</w:t>
            </w:r>
            <w:r w:rsidRPr="00332DB8">
              <w:rPr>
                <w:lang w:val="ru-RU"/>
              </w:rPr>
              <w:t>/</w:t>
            </w:r>
            <w:r>
              <w:t>watch</w:t>
            </w:r>
            <w:r w:rsidRPr="00332DB8">
              <w:rPr>
                <w:lang w:val="ru-RU"/>
              </w:rPr>
              <w:t>?</w:t>
            </w:r>
            <w:r>
              <w:t>v</w:t>
            </w:r>
            <w:r w:rsidRPr="00332DB8">
              <w:rPr>
                <w:lang w:val="ru-RU"/>
              </w:rPr>
              <w:t>=9</w:t>
            </w:r>
            <w:r>
              <w:t>CrcYnLOGs</w:t>
            </w:r>
            <w:r w:rsidRPr="00332DB8">
              <w:rPr>
                <w:lang w:val="ru-RU"/>
              </w:rPr>
              <w:t xml:space="preserve">0, </w:t>
            </w:r>
            <w:r>
              <w:t>https</w:t>
            </w:r>
            <w:r w:rsidRPr="00332DB8">
              <w:rPr>
                <w:lang w:val="ru-RU"/>
              </w:rPr>
              <w:t>://</w:t>
            </w:r>
            <w:r>
              <w:t>yandex</w:t>
            </w:r>
            <w:r w:rsidRPr="00332DB8">
              <w:rPr>
                <w:lang w:val="ru-RU"/>
              </w:rPr>
              <w:t>.</w:t>
            </w:r>
            <w:r>
              <w:t>ru</w:t>
            </w:r>
            <w:r w:rsidRPr="00332DB8">
              <w:rPr>
                <w:lang w:val="ru-RU"/>
              </w:rPr>
              <w:t>/</w:t>
            </w:r>
            <w:r>
              <w:t>video</w:t>
            </w:r>
            <w:r w:rsidRPr="00332DB8">
              <w:rPr>
                <w:lang w:val="ru-RU"/>
              </w:rPr>
              <w:t>/</w:t>
            </w:r>
            <w:r>
              <w:t>search</w:t>
            </w:r>
            <w:r w:rsidRPr="00332DB8">
              <w:rPr>
                <w:lang w:val="ru-RU"/>
              </w:rPr>
              <w:t>?</w:t>
            </w:r>
            <w:r>
              <w:t>text</w:t>
            </w:r>
            <w:r w:rsidRPr="00332DB8">
              <w:rPr>
                <w:lang w:val="ru-RU"/>
              </w:rPr>
              <w:t>=тигран парсегян кто услышит тиграна-монтажазераГумбатовароликсмотреть&amp;</w:t>
            </w:r>
            <w:r>
              <w:t>path</w:t>
            </w:r>
            <w:r w:rsidRPr="00332DB8">
              <w:rPr>
                <w:lang w:val="ru-RU"/>
              </w:rPr>
              <w:t>=</w:t>
            </w:r>
            <w:r>
              <w:t>wizard</w:t>
            </w:r>
            <w:r w:rsidRPr="00332DB8">
              <w:rPr>
                <w:lang w:val="ru-RU"/>
              </w:rPr>
              <w:t>&amp;</w:t>
            </w:r>
            <w:r>
              <w:t>noreask</w:t>
            </w:r>
            <w:r w:rsidRPr="00332DB8">
              <w:rPr>
                <w:lang w:val="ru-RU"/>
              </w:rPr>
              <w:t>=18</w:t>
            </w:r>
            <w:r>
              <w:t>regid</w:t>
            </w:r>
            <w:r w:rsidRPr="00332DB8">
              <w:rPr>
                <w:lang w:val="ru-RU"/>
              </w:rPr>
              <w:t>=1522033899995091- 1417725905984360117542995-</w:t>
            </w:r>
            <w:r>
              <w:t>sas</w:t>
            </w:r>
            <w:r w:rsidRPr="00332DB8">
              <w:rPr>
                <w:lang w:val="ru-RU"/>
              </w:rPr>
              <w:t>1-0582-</w:t>
            </w:r>
            <w:r>
              <w:t>V</w:t>
            </w:r>
            <w:r w:rsidRPr="00332DB8">
              <w:rPr>
                <w:lang w:val="ru-RU"/>
              </w:rPr>
              <w:t xml:space="preserve">, </w:t>
            </w:r>
            <w:r>
              <w:t>smotrovik</w:t>
            </w:r>
            <w:r w:rsidRPr="00332DB8">
              <w:rPr>
                <w:lang w:val="ru-RU"/>
              </w:rPr>
              <w:t>.</w:t>
            </w:r>
            <w:r>
              <w:t>me</w:t>
            </w:r>
            <w:r w:rsidRPr="00332DB8">
              <w:rPr>
                <w:lang w:val="ru-RU"/>
              </w:rPr>
              <w:t>/</w:t>
            </w:r>
            <w:r>
              <w:t>video</w:t>
            </w:r>
            <w:r w:rsidRPr="00332DB8">
              <w:rPr>
                <w:lang w:val="ru-RU"/>
              </w:rPr>
              <w:t>/9</w:t>
            </w:r>
            <w:r>
              <w:t>CrcYnLOGs</w:t>
            </w:r>
            <w:r w:rsidRPr="00332DB8">
              <w:rPr>
                <w:lang w:val="ru-RU"/>
              </w:rPr>
              <w:t xml:space="preserve">0, </w:t>
            </w:r>
            <w:r>
              <w:t>master</w:t>
            </w:r>
            <w:r w:rsidRPr="00332DB8">
              <w:rPr>
                <w:lang w:val="ru-RU"/>
              </w:rPr>
              <w:t>-</w:t>
            </w:r>
            <w:r>
              <w:t>of</w:t>
            </w:r>
            <w:r w:rsidRPr="00332DB8">
              <w:rPr>
                <w:lang w:val="ru-RU"/>
              </w:rPr>
              <w:t>-</w:t>
            </w:r>
            <w:r>
              <w:t>life</w:t>
            </w:r>
            <w:r w:rsidRPr="00332DB8">
              <w:rPr>
                <w:lang w:val="ru-RU"/>
              </w:rPr>
              <w:t>.</w:t>
            </w:r>
            <w:r>
              <w:t>ru</w:t>
            </w:r>
            <w:r w:rsidRPr="00332DB8">
              <w:rPr>
                <w:lang w:val="ru-RU"/>
              </w:rPr>
              <w:t>/</w:t>
            </w:r>
            <w:r>
              <w:t>video</w:t>
            </w:r>
            <w:r w:rsidRPr="00332DB8">
              <w:rPr>
                <w:lang w:val="ru-RU"/>
              </w:rPr>
              <w:t>/9</w:t>
            </w:r>
            <w:r>
              <w:t>CrcYnLOGs</w:t>
            </w:r>
            <w:r w:rsidRPr="00332DB8">
              <w:rPr>
                <w:lang w:val="ru-RU"/>
              </w:rPr>
              <w:t>0 (решение Октябрьского районного суда г. Барнаула от 27.03.2018);</w:t>
            </w:r>
          </w:p>
        </w:tc>
        <w:tc>
          <w:tcPr>
            <w:tcW w:w="2880" w:type="dxa"/>
          </w:tcPr>
          <w:p w:rsidR="006F7457" w:rsidRDefault="00332DB8">
            <w:r>
              <w:t>13.06.2018</w:t>
            </w:r>
          </w:p>
        </w:tc>
      </w:tr>
      <w:tr w:rsidR="006F7457">
        <w:tc>
          <w:tcPr>
            <w:tcW w:w="2880" w:type="dxa"/>
          </w:tcPr>
          <w:p w:rsidR="006F7457" w:rsidRDefault="00332DB8">
            <w:r>
              <w:lastRenderedPageBreak/>
              <w:t>4456.</w:t>
            </w:r>
          </w:p>
        </w:tc>
        <w:tc>
          <w:tcPr>
            <w:tcW w:w="2880" w:type="dxa"/>
          </w:tcPr>
          <w:p w:rsidR="006F7457" w:rsidRPr="00332DB8" w:rsidRDefault="00332DB8">
            <w:pPr>
              <w:rPr>
                <w:lang w:val="ru-RU"/>
              </w:rPr>
            </w:pPr>
            <w:r w:rsidRPr="00332DB8">
              <w:rPr>
                <w:lang w:val="ru-RU"/>
              </w:rPr>
              <w:t>Видеоролик «Тигран Парсегян. Обращение к президенту, работающему как раб.</w:t>
            </w:r>
            <w:r>
              <w:t>m</w:t>
            </w:r>
            <w:r w:rsidRPr="00332DB8">
              <w:rPr>
                <w:lang w:val="ru-RU"/>
              </w:rPr>
              <w:t xml:space="preserve">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t>
            </w:r>
            <w:r>
              <w:t>www</w:t>
            </w:r>
            <w:r w:rsidRPr="00332DB8">
              <w:rPr>
                <w:lang w:val="ru-RU"/>
              </w:rPr>
              <w:t>.</w:t>
            </w:r>
            <w:r>
              <w:t>nofollow</w:t>
            </w:r>
            <w:r w:rsidRPr="00332DB8">
              <w:rPr>
                <w:lang w:val="ru-RU"/>
              </w:rPr>
              <w:t>.</w:t>
            </w:r>
            <w:r>
              <w:t>ru</w:t>
            </w:r>
            <w:r w:rsidRPr="00332DB8">
              <w:rPr>
                <w:lang w:val="ru-RU"/>
              </w:rPr>
              <w:t>/</w:t>
            </w:r>
            <w:r>
              <w:t>video</w:t>
            </w:r>
            <w:r w:rsidRPr="00332DB8">
              <w:rPr>
                <w:lang w:val="ru-RU"/>
              </w:rPr>
              <w:t>.</w:t>
            </w:r>
            <w:r>
              <w:t>php</w:t>
            </w:r>
            <w:r w:rsidRPr="00332DB8">
              <w:rPr>
                <w:lang w:val="ru-RU"/>
              </w:rPr>
              <w:t>?</w:t>
            </w:r>
            <w:r>
              <w:t>c</w:t>
            </w:r>
            <w:r w:rsidRPr="00332DB8">
              <w:rPr>
                <w:lang w:val="ru-RU"/>
              </w:rPr>
              <w:t>=</w:t>
            </w:r>
            <w:r>
              <w:t>H</w:t>
            </w:r>
            <w:r w:rsidRPr="00332DB8">
              <w:rPr>
                <w:lang w:val="ru-RU"/>
              </w:rPr>
              <w:t>5</w:t>
            </w:r>
            <w:r>
              <w:t>DgzltXKZI</w:t>
            </w:r>
            <w:r w:rsidRPr="00332DB8">
              <w:rPr>
                <w:lang w:val="ru-RU"/>
              </w:rPr>
              <w:t xml:space="preserve">, </w:t>
            </w:r>
            <w:r>
              <w:t>https</w:t>
            </w:r>
            <w:r w:rsidRPr="00332DB8">
              <w:rPr>
                <w:lang w:val="ru-RU"/>
              </w:rPr>
              <w:t>://</w:t>
            </w:r>
            <w:r>
              <w:t>www</w:t>
            </w:r>
            <w:r w:rsidRPr="00332DB8">
              <w:rPr>
                <w:lang w:val="ru-RU"/>
              </w:rPr>
              <w:t>.у</w:t>
            </w:r>
            <w:r>
              <w:t>outube</w:t>
            </w:r>
            <w:r w:rsidRPr="00332DB8">
              <w:rPr>
                <w:lang w:val="ru-RU"/>
              </w:rPr>
              <w:t>.</w:t>
            </w:r>
            <w:r>
              <w:t>com</w:t>
            </w:r>
            <w:r w:rsidRPr="00332DB8">
              <w:rPr>
                <w:lang w:val="ru-RU"/>
              </w:rPr>
              <w:t>/</w:t>
            </w:r>
            <w:r>
              <w:t>watch</w:t>
            </w:r>
            <w:r w:rsidRPr="00332DB8">
              <w:rPr>
                <w:lang w:val="ru-RU"/>
              </w:rPr>
              <w:t>?</w:t>
            </w:r>
            <w:r>
              <w:t>v</w:t>
            </w:r>
            <w:r w:rsidRPr="00332DB8">
              <w:rPr>
                <w:lang w:val="ru-RU"/>
              </w:rPr>
              <w:t>-</w:t>
            </w:r>
            <w:r>
              <w:t>H</w:t>
            </w:r>
            <w:r w:rsidRPr="00332DB8">
              <w:rPr>
                <w:lang w:val="ru-RU"/>
              </w:rPr>
              <w:t>5</w:t>
            </w:r>
            <w:r>
              <w:t>DgzltXKZI</w:t>
            </w:r>
            <w:r w:rsidRPr="00332DB8">
              <w:rPr>
                <w:lang w:val="ru-RU"/>
              </w:rPr>
              <w:t xml:space="preserve">, </w:t>
            </w:r>
            <w:r>
              <w:t>https</w:t>
            </w:r>
            <w:r w:rsidRPr="00332DB8">
              <w:rPr>
                <w:lang w:val="ru-RU"/>
              </w:rPr>
              <w:t>://</w:t>
            </w:r>
            <w:r>
              <w:t>yandex</w:t>
            </w:r>
            <w:r w:rsidRPr="00332DB8">
              <w:rPr>
                <w:lang w:val="ru-RU"/>
              </w:rPr>
              <w:t>.</w:t>
            </w:r>
            <w:r>
              <w:t>ru</w:t>
            </w:r>
            <w:r w:rsidRPr="00332DB8">
              <w:rPr>
                <w:lang w:val="ru-RU"/>
              </w:rPr>
              <w:t>/</w:t>
            </w:r>
            <w:r>
              <w:t>video</w:t>
            </w:r>
            <w:r w:rsidRPr="00332DB8">
              <w:rPr>
                <w:lang w:val="ru-RU"/>
              </w:rPr>
              <w:t>/</w:t>
            </w:r>
            <w:r>
              <w:t>search</w:t>
            </w:r>
            <w:r w:rsidRPr="00332DB8">
              <w:rPr>
                <w:lang w:val="ru-RU"/>
              </w:rPr>
              <w:t>?</w:t>
            </w:r>
            <w:r>
              <w:t>text</w:t>
            </w:r>
            <w:r w:rsidRPr="00332DB8">
              <w:rPr>
                <w:lang w:val="ru-RU"/>
              </w:rPr>
              <w:t>=тигран парсегян обращение к президенту %2С работающему как раб ролик смотреть&amp;</w:t>
            </w:r>
            <w:r>
              <w:t>noreask</w:t>
            </w:r>
            <w:r w:rsidRPr="00332DB8">
              <w:rPr>
                <w:lang w:val="ru-RU"/>
              </w:rPr>
              <w:t>=</w:t>
            </w:r>
            <w:r>
              <w:t>l</w:t>
            </w:r>
            <w:r w:rsidRPr="00332DB8">
              <w:rPr>
                <w:lang w:val="ru-RU"/>
              </w:rPr>
              <w:t>&amp;</w:t>
            </w:r>
            <w:r>
              <w:t>regid</w:t>
            </w:r>
            <w:r w:rsidRPr="00332DB8">
              <w:rPr>
                <w:lang w:val="ru-RU"/>
              </w:rPr>
              <w:t>=1522035072919518- 1127859048760690907034396-</w:t>
            </w:r>
            <w:r>
              <w:t>sasl</w:t>
            </w:r>
            <w:r w:rsidRPr="00332DB8">
              <w:rPr>
                <w:lang w:val="ru-RU"/>
              </w:rPr>
              <w:t>-1979-</w:t>
            </w:r>
            <w:r>
              <w:t>V</w:t>
            </w:r>
            <w:r w:rsidRPr="00332DB8">
              <w:rPr>
                <w:lang w:val="ru-RU"/>
              </w:rPr>
              <w:t xml:space="preserve">, </w:t>
            </w:r>
            <w:r>
              <w:t>https</w:t>
            </w:r>
            <w:r w:rsidRPr="00332DB8">
              <w:rPr>
                <w:lang w:val="ru-RU"/>
              </w:rPr>
              <w:t>://</w:t>
            </w:r>
            <w:r>
              <w:t>my</w:t>
            </w:r>
            <w:r w:rsidRPr="00332DB8">
              <w:rPr>
                <w:lang w:val="ru-RU"/>
              </w:rPr>
              <w:t>.</w:t>
            </w:r>
            <w:r>
              <w:t>mail</w:t>
            </w:r>
            <w:r w:rsidRPr="00332DB8">
              <w:rPr>
                <w:lang w:val="ru-RU"/>
              </w:rPr>
              <w:t>.</w:t>
            </w:r>
            <w:r>
              <w:t>ru</w:t>
            </w:r>
            <w:r w:rsidRPr="00332DB8">
              <w:rPr>
                <w:lang w:val="ru-RU"/>
              </w:rPr>
              <w:t>/</w:t>
            </w:r>
            <w:r>
              <w:t>mail</w:t>
            </w:r>
            <w:r w:rsidRPr="00332DB8">
              <w:rPr>
                <w:lang w:val="ru-RU"/>
              </w:rPr>
              <w:t>/</w:t>
            </w:r>
            <w:r>
              <w:t>sagun</w:t>
            </w:r>
            <w:r w:rsidRPr="00332DB8">
              <w:rPr>
                <w:lang w:val="ru-RU"/>
              </w:rPr>
              <w:t>.</w:t>
            </w:r>
            <w:r>
              <w:t>ra</w:t>
            </w:r>
            <w:r w:rsidRPr="00332DB8">
              <w:rPr>
                <w:lang w:val="ru-RU"/>
              </w:rPr>
              <w:t>-</w:t>
            </w:r>
            <w:r>
              <w:t>lyubov</w:t>
            </w:r>
            <w:r w:rsidRPr="00332DB8">
              <w:rPr>
                <w:lang w:val="ru-RU"/>
              </w:rPr>
              <w:t>/</w:t>
            </w:r>
            <w:r>
              <w:t>video</w:t>
            </w:r>
            <w:r w:rsidRPr="00332DB8">
              <w:rPr>
                <w:lang w:val="ru-RU"/>
              </w:rPr>
              <w:t>/16/780.</w:t>
            </w:r>
            <w:r>
              <w:t>html</w:t>
            </w:r>
            <w:r w:rsidRPr="00332DB8">
              <w:rPr>
                <w:lang w:val="ru-RU"/>
              </w:rPr>
              <w:t>, (решение Октябрьского районного суда г. Барнаула от 27.03.2018);</w:t>
            </w:r>
          </w:p>
        </w:tc>
        <w:tc>
          <w:tcPr>
            <w:tcW w:w="2880" w:type="dxa"/>
          </w:tcPr>
          <w:p w:rsidR="006F7457" w:rsidRDefault="00332DB8">
            <w:r>
              <w:t>13.06.2018</w:t>
            </w:r>
          </w:p>
        </w:tc>
      </w:tr>
      <w:tr w:rsidR="006F7457">
        <w:tc>
          <w:tcPr>
            <w:tcW w:w="2880" w:type="dxa"/>
          </w:tcPr>
          <w:p w:rsidR="006F7457" w:rsidRDefault="00332DB8">
            <w:r>
              <w:t>4457.</w:t>
            </w:r>
          </w:p>
        </w:tc>
        <w:tc>
          <w:tcPr>
            <w:tcW w:w="2880" w:type="dxa"/>
          </w:tcPr>
          <w:p w:rsidR="006F7457" w:rsidRPr="00332DB8" w:rsidRDefault="00332DB8">
            <w:pPr>
              <w:rPr>
                <w:lang w:val="ru-RU"/>
              </w:rPr>
            </w:pPr>
            <w:r w:rsidRPr="00332DB8">
              <w:rPr>
                <w:lang w:val="ru-RU"/>
              </w:rPr>
              <w:t xml:space="preserve">Размещенные в сети «Интернет» на электронных ресурсах, расположенных по адресам: </w:t>
            </w:r>
            <w:r>
              <w:t>https</w:t>
            </w:r>
            <w:r w:rsidRPr="00332DB8">
              <w:rPr>
                <w:lang w:val="ru-RU"/>
              </w:rPr>
              <w:t>://</w:t>
            </w:r>
            <w:r>
              <w:t>cloud</w:t>
            </w:r>
            <w:r w:rsidRPr="00332DB8">
              <w:rPr>
                <w:lang w:val="ru-RU"/>
              </w:rPr>
              <w:t>.</w:t>
            </w:r>
            <w:r>
              <w:t>mail</w:t>
            </w:r>
            <w:r w:rsidRPr="00332DB8">
              <w:rPr>
                <w:lang w:val="ru-RU"/>
              </w:rPr>
              <w:t>.</w:t>
            </w:r>
            <w:r>
              <w:t>ru</w:t>
            </w:r>
            <w:r w:rsidRPr="00332DB8">
              <w:rPr>
                <w:lang w:val="ru-RU"/>
              </w:rPr>
              <w:t>/</w:t>
            </w:r>
            <w:r>
              <w:t>public</w:t>
            </w:r>
            <w:r w:rsidRPr="00332DB8">
              <w:rPr>
                <w:lang w:val="ru-RU"/>
              </w:rPr>
              <w:t>/357</w:t>
            </w:r>
            <w:r>
              <w:t>S</w:t>
            </w:r>
            <w:r w:rsidRPr="00332DB8">
              <w:rPr>
                <w:lang w:val="ru-RU"/>
              </w:rPr>
              <w:t>/</w:t>
            </w:r>
            <w:r>
              <w:t>NEbN</w:t>
            </w:r>
            <w:r w:rsidRPr="00332DB8">
              <w:rPr>
                <w:lang w:val="ru-RU"/>
              </w:rPr>
              <w:t>32</w:t>
            </w:r>
            <w:r>
              <w:t>R</w:t>
            </w:r>
            <w:r w:rsidRPr="00332DB8">
              <w:rPr>
                <w:lang w:val="ru-RU"/>
              </w:rPr>
              <w:t>8</w:t>
            </w:r>
            <w:r>
              <w:t>E</w:t>
            </w:r>
            <w:r w:rsidRPr="00332DB8">
              <w:rPr>
                <w:lang w:val="ru-RU"/>
              </w:rPr>
              <w:t xml:space="preserve">, </w:t>
            </w:r>
            <w:r>
              <w:t>http</w:t>
            </w:r>
            <w:r w:rsidRPr="00332DB8">
              <w:rPr>
                <w:lang w:val="ru-RU"/>
              </w:rPr>
              <w:t>://</w:t>
            </w:r>
            <w:r>
              <w:t>stomfaq</w:t>
            </w:r>
            <w:r w:rsidRPr="00332DB8">
              <w:rPr>
                <w:lang w:val="ru-RU"/>
              </w:rPr>
              <w:t>.</w:t>
            </w:r>
            <w:r>
              <w:t>ru</w:t>
            </w:r>
            <w:r w:rsidRPr="00332DB8">
              <w:rPr>
                <w:lang w:val="ru-RU"/>
              </w:rPr>
              <w:t>/</w:t>
            </w:r>
            <w:r>
              <w:t>vera</w:t>
            </w:r>
            <w:r w:rsidRPr="00332DB8">
              <w:rPr>
                <w:lang w:val="ru-RU"/>
              </w:rPr>
              <w:t>-</w:t>
            </w:r>
            <w:r>
              <w:t>i</w:t>
            </w:r>
            <w:r w:rsidRPr="00332DB8">
              <w:rPr>
                <w:lang w:val="ru-RU"/>
              </w:rPr>
              <w:t>-</w:t>
            </w:r>
            <w:r>
              <w:t>dejstvie</w:t>
            </w:r>
            <w:r w:rsidRPr="00332DB8">
              <w:rPr>
                <w:lang w:val="ru-RU"/>
              </w:rPr>
              <w:t>-</w:t>
            </w:r>
            <w:r>
              <w:t>dlya</w:t>
            </w:r>
            <w:r w:rsidRPr="00332DB8">
              <w:rPr>
                <w:lang w:val="ru-RU"/>
              </w:rPr>
              <w:t>-</w:t>
            </w:r>
            <w:r>
              <w:t>gitleryugend</w:t>
            </w:r>
            <w:r w:rsidRPr="00332DB8">
              <w:rPr>
                <w:lang w:val="ru-RU"/>
              </w:rPr>
              <w:t>/</w:t>
            </w:r>
            <w:r>
              <w:t>index</w:t>
            </w:r>
            <w:r w:rsidRPr="00332DB8">
              <w:rPr>
                <w:lang w:val="ru-RU"/>
              </w:rPr>
              <w:t>.</w:t>
            </w:r>
            <w:r>
              <w:t>html</w:t>
            </w:r>
            <w:r w:rsidRPr="00332DB8">
              <w:rPr>
                <w:lang w:val="ru-RU"/>
              </w:rPr>
              <w:t xml:space="preserve">, </w:t>
            </w:r>
            <w:r>
              <w:t>https</w:t>
            </w:r>
            <w:r w:rsidRPr="00332DB8">
              <w:rPr>
                <w:lang w:val="ru-RU"/>
              </w:rPr>
              <w:t>://</w:t>
            </w:r>
            <w:r>
              <w:t>poiskru</w:t>
            </w:r>
            <w:r w:rsidRPr="00332DB8">
              <w:rPr>
                <w:lang w:val="ru-RU"/>
              </w:rPr>
              <w:t>.</w:t>
            </w:r>
            <w:r>
              <w:t>ru</w:t>
            </w:r>
            <w:r w:rsidRPr="00332DB8">
              <w:rPr>
                <w:lang w:val="ru-RU"/>
              </w:rPr>
              <w:t>/</w:t>
            </w:r>
            <w:r>
              <w:t>s</w:t>
            </w:r>
            <w:r w:rsidRPr="00332DB8">
              <w:rPr>
                <w:lang w:val="ru-RU"/>
              </w:rPr>
              <w:t>167 44</w:t>
            </w:r>
            <w:r>
              <w:t>t</w:t>
            </w:r>
            <w:r w:rsidRPr="00332DB8">
              <w:rPr>
                <w:lang w:val="ru-RU"/>
              </w:rPr>
              <w:t>4.</w:t>
            </w:r>
            <w:r>
              <w:t>html</w:t>
            </w:r>
            <w:r w:rsidRPr="00332DB8">
              <w:rPr>
                <w:lang w:val="ru-RU"/>
              </w:rPr>
              <w:t xml:space="preserve">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определения Вологодского городского суда Вологодской области от 19.06.2018 и от 04.12.2018).</w:t>
            </w:r>
          </w:p>
        </w:tc>
        <w:tc>
          <w:tcPr>
            <w:tcW w:w="2880" w:type="dxa"/>
          </w:tcPr>
          <w:p w:rsidR="006F7457" w:rsidRDefault="00332DB8">
            <w:r>
              <w:t>13.06.2018</w:t>
            </w:r>
          </w:p>
        </w:tc>
      </w:tr>
      <w:tr w:rsidR="006F7457">
        <w:tc>
          <w:tcPr>
            <w:tcW w:w="2880" w:type="dxa"/>
          </w:tcPr>
          <w:p w:rsidR="006F7457" w:rsidRDefault="00332DB8">
            <w:r>
              <w:t>4458.</w:t>
            </w:r>
          </w:p>
        </w:tc>
        <w:tc>
          <w:tcPr>
            <w:tcW w:w="2880" w:type="dxa"/>
          </w:tcPr>
          <w:p w:rsidR="006F7457" w:rsidRPr="00332DB8" w:rsidRDefault="00332DB8">
            <w:pPr>
              <w:rPr>
                <w:lang w:val="ru-RU"/>
              </w:rPr>
            </w:pPr>
            <w:r w:rsidRPr="00332DB8">
              <w:rPr>
                <w:lang w:val="ru-RU"/>
              </w:rPr>
              <w:t xml:space="preserve">Размещенные в сети «Интернет» на электронных ресурсах, по адресам: </w:t>
            </w:r>
            <w:r>
              <w:t>https</w:t>
            </w:r>
            <w:r w:rsidRPr="00332DB8">
              <w:rPr>
                <w:lang w:val="ru-RU"/>
              </w:rPr>
              <w:t>://</w:t>
            </w:r>
            <w:r>
              <w:t>cloud</w:t>
            </w:r>
            <w:r w:rsidRPr="00332DB8">
              <w:rPr>
                <w:lang w:val="ru-RU"/>
              </w:rPr>
              <w:t>.</w:t>
            </w:r>
            <w:r>
              <w:t>mail</w:t>
            </w:r>
            <w:r w:rsidRPr="00332DB8">
              <w:rPr>
                <w:lang w:val="ru-RU"/>
              </w:rPr>
              <w:t>.</w:t>
            </w:r>
            <w:r>
              <w:t>ru</w:t>
            </w:r>
            <w:r w:rsidRPr="00332DB8">
              <w:rPr>
                <w:lang w:val="ru-RU"/>
              </w:rPr>
              <w:t>/</w:t>
            </w:r>
            <w:r>
              <w:t>public</w:t>
            </w:r>
            <w:r w:rsidRPr="00332DB8">
              <w:rPr>
                <w:lang w:val="ru-RU"/>
              </w:rPr>
              <w:t>/</w:t>
            </w:r>
            <w:r>
              <w:t>DUQi</w:t>
            </w:r>
            <w:r w:rsidRPr="00332DB8">
              <w:rPr>
                <w:lang w:val="ru-RU"/>
              </w:rPr>
              <w:t>/</w:t>
            </w:r>
            <w:r>
              <w:t>PedCy</w:t>
            </w:r>
            <w:r w:rsidRPr="00332DB8">
              <w:rPr>
                <w:lang w:val="ru-RU"/>
              </w:rPr>
              <w:t>92</w:t>
            </w:r>
            <w:r>
              <w:t>g</w:t>
            </w:r>
            <w:r w:rsidRPr="00332DB8">
              <w:rPr>
                <w:lang w:val="ru-RU"/>
              </w:rPr>
              <w:t xml:space="preserve">2, </w:t>
            </w:r>
            <w:r>
              <w:t>https</w:t>
            </w:r>
            <w:r w:rsidRPr="00332DB8">
              <w:rPr>
                <w:lang w:val="ru-RU"/>
              </w:rPr>
              <w:t>://</w:t>
            </w:r>
            <w:r>
              <w:t>infopcdia</w:t>
            </w:r>
            <w:r w:rsidRPr="00332DB8">
              <w:rPr>
                <w:lang w:val="ru-RU"/>
              </w:rPr>
              <w:t>.</w:t>
            </w:r>
            <w:r>
              <w:t>su</w:t>
            </w:r>
            <w:r w:rsidRPr="00332DB8">
              <w:rPr>
                <w:lang w:val="ru-RU"/>
              </w:rPr>
              <w:t>/10</w:t>
            </w:r>
            <w:r>
              <w:t>x</w:t>
            </w:r>
            <w:r w:rsidRPr="00332DB8">
              <w:rPr>
                <w:lang w:val="ru-RU"/>
              </w:rPr>
              <w:t>4</w:t>
            </w:r>
            <w:r>
              <w:t>fe</w:t>
            </w:r>
            <w:r w:rsidRPr="00332DB8">
              <w:rPr>
                <w:lang w:val="ru-RU"/>
              </w:rPr>
              <w:t>0.</w:t>
            </w:r>
            <w:r>
              <w:t>html</w:t>
            </w:r>
            <w:r w:rsidRPr="00332DB8">
              <w:rPr>
                <w:lang w:val="ru-RU"/>
              </w:rPr>
              <w:t xml:space="preserve">, </w:t>
            </w:r>
            <w:r>
              <w:t>https</w:t>
            </w:r>
            <w:r w:rsidRPr="00332DB8">
              <w:rPr>
                <w:lang w:val="ru-RU"/>
              </w:rPr>
              <w:t>://</w:t>
            </w:r>
            <w:r>
              <w:t>infopcdia</w:t>
            </w:r>
            <w:r w:rsidRPr="00332DB8">
              <w:rPr>
                <w:lang w:val="ru-RU"/>
              </w:rPr>
              <w:t>.</w:t>
            </w:r>
            <w:r>
              <w:t>su</w:t>
            </w:r>
            <w:r w:rsidRPr="00332DB8">
              <w:rPr>
                <w:lang w:val="ru-RU"/>
              </w:rPr>
              <w:t>/10</w:t>
            </w:r>
            <w:r>
              <w:t>x</w:t>
            </w:r>
            <w:r w:rsidRPr="00332DB8">
              <w:rPr>
                <w:lang w:val="ru-RU"/>
              </w:rPr>
              <w:t>4</w:t>
            </w:r>
            <w:r>
              <w:t>fc</w:t>
            </w:r>
            <w:r w:rsidRPr="00332DB8">
              <w:rPr>
                <w:lang w:val="ru-RU"/>
              </w:rPr>
              <w:t>3.</w:t>
            </w:r>
            <w:r>
              <w:t>html</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wall</w:t>
            </w:r>
            <w:r w:rsidRPr="00332DB8">
              <w:rPr>
                <w:lang w:val="ru-RU"/>
              </w:rPr>
              <w:t xml:space="preserve">-120407071_551, </w:t>
            </w:r>
            <w:r>
              <w:t>kiborgl</w:t>
            </w:r>
            <w:r w:rsidRPr="00332DB8">
              <w:rPr>
                <w:lang w:val="ru-RU"/>
              </w:rPr>
              <w:t xml:space="preserve">4. </w:t>
            </w:r>
            <w:r>
              <w:t>livejournal</w:t>
            </w:r>
            <w:r w:rsidRPr="00332DB8">
              <w:rPr>
                <w:lang w:val="ru-RU"/>
              </w:rPr>
              <w:t>.</w:t>
            </w:r>
            <w:r>
              <w:t>com</w:t>
            </w:r>
            <w:r w:rsidRPr="00332DB8">
              <w:rPr>
                <w:lang w:val="ru-RU"/>
              </w:rPr>
              <w:t>/14752/</w:t>
            </w:r>
            <w:r>
              <w:t>html</w:t>
            </w:r>
            <w:r w:rsidRPr="00332DB8">
              <w:rPr>
                <w:lang w:val="ru-RU"/>
              </w:rPr>
              <w:t xml:space="preserve">, </w:t>
            </w:r>
            <w:r>
              <w:t>clashroyaledeckbuilder</w:t>
            </w:r>
            <w:r w:rsidRPr="00332DB8">
              <w:rPr>
                <w:lang w:val="ru-RU"/>
              </w:rPr>
              <w:t>.</w:t>
            </w:r>
            <w:r>
              <w:t>com</w:t>
            </w:r>
            <w:r w:rsidRPr="00332DB8">
              <w:rPr>
                <w:lang w:val="ru-RU"/>
              </w:rPr>
              <w:t>/</w:t>
            </w:r>
            <w:r>
              <w:t>viewDeck</w:t>
            </w:r>
            <w:r w:rsidRPr="00332DB8">
              <w:rPr>
                <w:lang w:val="ru-RU"/>
              </w:rPr>
              <w:t>/665974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2880" w:type="dxa"/>
          </w:tcPr>
          <w:p w:rsidR="006F7457" w:rsidRDefault="00332DB8">
            <w:r>
              <w:t>13.06.2018</w:t>
            </w:r>
          </w:p>
        </w:tc>
      </w:tr>
      <w:tr w:rsidR="006F7457">
        <w:tc>
          <w:tcPr>
            <w:tcW w:w="2880" w:type="dxa"/>
          </w:tcPr>
          <w:p w:rsidR="006F7457" w:rsidRDefault="00332DB8">
            <w:r>
              <w:t>4</w:t>
            </w:r>
            <w:r>
              <w:lastRenderedPageBreak/>
              <w:t>459.</w:t>
            </w:r>
          </w:p>
        </w:tc>
        <w:tc>
          <w:tcPr>
            <w:tcW w:w="2880" w:type="dxa"/>
          </w:tcPr>
          <w:p w:rsidR="006F7457" w:rsidRPr="00332DB8" w:rsidRDefault="00332DB8">
            <w:pPr>
              <w:rPr>
                <w:lang w:val="ru-RU"/>
              </w:rPr>
            </w:pPr>
            <w:r w:rsidRPr="00332DB8">
              <w:rPr>
                <w:lang w:val="ru-RU"/>
              </w:rPr>
              <w:lastRenderedPageBreak/>
              <w:t>Музыкальная композиция исполнителя «</w:t>
            </w:r>
            <w:r>
              <w:t>Dagaz</w:t>
            </w:r>
            <w:r w:rsidRPr="00332DB8">
              <w:rPr>
                <w:lang w:val="ru-RU"/>
              </w:rPr>
              <w:t xml:space="preserve">» под названием «Национал-социалист», начинающаяся словами </w:t>
            </w:r>
            <w:r w:rsidRPr="00332DB8">
              <w:rPr>
                <w:lang w:val="ru-RU"/>
              </w:rPr>
              <w:lastRenderedPageBreak/>
              <w:t>«...На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2880" w:type="dxa"/>
          </w:tcPr>
          <w:p w:rsidR="006F7457" w:rsidRDefault="00332DB8">
            <w:r>
              <w:lastRenderedPageBreak/>
              <w:t>13.</w:t>
            </w:r>
            <w:r>
              <w:lastRenderedPageBreak/>
              <w:t>06.2018</w:t>
            </w:r>
          </w:p>
        </w:tc>
      </w:tr>
      <w:tr w:rsidR="006F7457">
        <w:tc>
          <w:tcPr>
            <w:tcW w:w="2880" w:type="dxa"/>
          </w:tcPr>
          <w:p w:rsidR="006F7457" w:rsidRDefault="00332DB8">
            <w:r>
              <w:lastRenderedPageBreak/>
              <w:t>4460.</w:t>
            </w:r>
          </w:p>
        </w:tc>
        <w:tc>
          <w:tcPr>
            <w:tcW w:w="2880" w:type="dxa"/>
          </w:tcPr>
          <w:p w:rsidR="006F7457" w:rsidRDefault="00332DB8">
            <w:r w:rsidRPr="00332DB8">
              <w:rPr>
                <w:lang w:val="ru-RU"/>
              </w:rPr>
              <w:t xml:space="preserve">Музыкальная композиция исполнителя </w:t>
            </w:r>
            <w:r>
              <w:t>Dagaz</w:t>
            </w:r>
            <w:r w:rsidRPr="00332DB8">
              <w:rPr>
                <w:lang w:val="ru-RU"/>
              </w:rPr>
              <w:t xml:space="preserve">»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w:t>
            </w:r>
            <w:r>
              <w:t>4 минуты 48 секунд (решение Куйбышевского районного суда г. Омска от 10.04.2018);</w:t>
            </w:r>
          </w:p>
        </w:tc>
        <w:tc>
          <w:tcPr>
            <w:tcW w:w="2880" w:type="dxa"/>
          </w:tcPr>
          <w:p w:rsidR="006F7457" w:rsidRDefault="00332DB8">
            <w:r>
              <w:t>13.06.2018</w:t>
            </w:r>
          </w:p>
        </w:tc>
      </w:tr>
      <w:tr w:rsidR="006F7457">
        <w:tc>
          <w:tcPr>
            <w:tcW w:w="2880" w:type="dxa"/>
          </w:tcPr>
          <w:p w:rsidR="006F7457" w:rsidRDefault="00332DB8">
            <w:r>
              <w:t>4461.</w:t>
            </w:r>
          </w:p>
        </w:tc>
        <w:tc>
          <w:tcPr>
            <w:tcW w:w="2880" w:type="dxa"/>
          </w:tcPr>
          <w:p w:rsidR="006F7457" w:rsidRDefault="00332DB8">
            <w:r w:rsidRPr="00332DB8">
              <w:rPr>
                <w:lang w:val="ru-RU"/>
              </w:rPr>
              <w:t>Музыкальная композиция исполнителя «</w:t>
            </w:r>
            <w:r>
              <w:t>M</w:t>
            </w:r>
            <w:r w:rsidRPr="00332DB8">
              <w:rPr>
                <w:lang w:val="ru-RU"/>
              </w:rPr>
              <w:t>8</w:t>
            </w:r>
            <w:r>
              <w:t>l</w:t>
            </w:r>
            <w:r w:rsidRPr="00332DB8">
              <w:rPr>
                <w:lang w:val="ru-RU"/>
              </w:rPr>
              <w:t>8</w:t>
            </w:r>
            <w:r>
              <w:t>th</w:t>
            </w:r>
            <w:r w:rsidRPr="00332DB8">
              <w:rPr>
                <w:lang w:val="ru-RU"/>
              </w:rPr>
              <w:t xml:space="preserve">»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w:t>
            </w:r>
            <w:r>
              <w:t>7 минут 10 секунд (решение Куйбышевского районного суда г. Омска от 10.04.2018);</w:t>
            </w:r>
          </w:p>
        </w:tc>
        <w:tc>
          <w:tcPr>
            <w:tcW w:w="2880" w:type="dxa"/>
          </w:tcPr>
          <w:p w:rsidR="006F7457" w:rsidRDefault="00332DB8">
            <w:r>
              <w:t>13.06.2018</w:t>
            </w:r>
          </w:p>
        </w:tc>
      </w:tr>
      <w:tr w:rsidR="006F7457">
        <w:tc>
          <w:tcPr>
            <w:tcW w:w="2880" w:type="dxa"/>
          </w:tcPr>
          <w:p w:rsidR="006F7457" w:rsidRDefault="00332DB8">
            <w:r>
              <w:t>4462.</w:t>
            </w:r>
          </w:p>
        </w:tc>
        <w:tc>
          <w:tcPr>
            <w:tcW w:w="2880" w:type="dxa"/>
          </w:tcPr>
          <w:p w:rsidR="006F7457" w:rsidRDefault="00332DB8">
            <w:r w:rsidRPr="00332DB8">
              <w:rPr>
                <w:lang w:val="ru-RU"/>
              </w:rPr>
              <w:t xml:space="preserve">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w:t>
            </w:r>
            <w:r>
              <w:t>04 мин. 04 сек. (решение Петровского городского суда Саратовской области от 16.04.2018);</w:t>
            </w:r>
          </w:p>
        </w:tc>
        <w:tc>
          <w:tcPr>
            <w:tcW w:w="2880" w:type="dxa"/>
          </w:tcPr>
          <w:p w:rsidR="006F7457" w:rsidRDefault="00332DB8">
            <w:r>
              <w:t>25.06.2018</w:t>
            </w:r>
          </w:p>
        </w:tc>
      </w:tr>
      <w:tr w:rsidR="006F7457">
        <w:tc>
          <w:tcPr>
            <w:tcW w:w="2880" w:type="dxa"/>
          </w:tcPr>
          <w:p w:rsidR="006F7457" w:rsidRDefault="00332DB8">
            <w:r>
              <w:t>4463.</w:t>
            </w:r>
          </w:p>
        </w:tc>
        <w:tc>
          <w:tcPr>
            <w:tcW w:w="2880" w:type="dxa"/>
          </w:tcPr>
          <w:p w:rsidR="006F7457" w:rsidRPr="00332DB8" w:rsidRDefault="00332DB8">
            <w:pPr>
              <w:rPr>
                <w:lang w:val="ru-RU"/>
              </w:rPr>
            </w:pPr>
            <w:r w:rsidRPr="00332DB8">
              <w:rPr>
                <w:lang w:val="ru-RU"/>
              </w:rPr>
              <w:t>Брошюра Шериф Абдэль Азым «Женщина в Исламе и в иудео-христианском мире (мифы и реальность)», издательство «</w:t>
            </w:r>
            <w:r>
              <w:t>Engineering</w:t>
            </w:r>
            <w:r w:rsidRPr="00332DB8">
              <w:rPr>
                <w:lang w:val="ru-RU"/>
              </w:rPr>
              <w:t xml:space="preserve"> </w:t>
            </w:r>
            <w:r>
              <w:t>House</w:t>
            </w:r>
            <w:r w:rsidRPr="00332DB8">
              <w:rPr>
                <w:lang w:val="ru-RU"/>
              </w:rPr>
              <w:t xml:space="preserve"> </w:t>
            </w:r>
            <w:r>
              <w:t>Press</w:t>
            </w:r>
            <w:r w:rsidRPr="00332DB8">
              <w:rPr>
                <w:lang w:val="ru-RU"/>
              </w:rPr>
              <w:t>», учрежденное «</w:t>
            </w:r>
            <w:r>
              <w:t>Conveying</w:t>
            </w:r>
            <w:r w:rsidRPr="00332DB8">
              <w:rPr>
                <w:lang w:val="ru-RU"/>
              </w:rPr>
              <w:t xml:space="preserve"> </w:t>
            </w:r>
            <w:r>
              <w:t>Islamic</w:t>
            </w:r>
            <w:r w:rsidRPr="00332DB8">
              <w:rPr>
                <w:lang w:val="ru-RU"/>
              </w:rPr>
              <w:t xml:space="preserve"> </w:t>
            </w:r>
            <w:r>
              <w:t>Message</w:t>
            </w:r>
            <w:r w:rsidRPr="00332DB8">
              <w:rPr>
                <w:lang w:val="ru-RU"/>
              </w:rPr>
              <w:t xml:space="preserve"> </w:t>
            </w:r>
            <w:r>
              <w:t>Society</w:t>
            </w:r>
            <w:r w:rsidRPr="00332DB8">
              <w:rPr>
                <w:lang w:val="ru-RU"/>
              </w:rPr>
              <w:t>», 37 страниц, за исключением цитат из Библии, Корана, Танаха (решение Альменевского районного суда Курганской области от 18.04.2018);</w:t>
            </w:r>
          </w:p>
        </w:tc>
        <w:tc>
          <w:tcPr>
            <w:tcW w:w="2880" w:type="dxa"/>
          </w:tcPr>
          <w:p w:rsidR="006F7457" w:rsidRDefault="00332DB8">
            <w:r>
              <w:t>25.06.2018</w:t>
            </w:r>
          </w:p>
        </w:tc>
      </w:tr>
      <w:tr w:rsidR="006F7457">
        <w:tc>
          <w:tcPr>
            <w:tcW w:w="2880" w:type="dxa"/>
          </w:tcPr>
          <w:p w:rsidR="006F7457" w:rsidRDefault="00332DB8">
            <w:r>
              <w:t>446</w:t>
            </w:r>
            <w:r>
              <w:lastRenderedPageBreak/>
              <w:t>4.</w:t>
            </w:r>
          </w:p>
        </w:tc>
        <w:tc>
          <w:tcPr>
            <w:tcW w:w="2880" w:type="dxa"/>
          </w:tcPr>
          <w:p w:rsidR="006F7457" w:rsidRPr="00332DB8" w:rsidRDefault="00332DB8">
            <w:pPr>
              <w:rPr>
                <w:lang w:val="ru-RU"/>
              </w:rPr>
            </w:pPr>
            <w:r w:rsidRPr="00332DB8">
              <w:rPr>
                <w:lang w:val="ru-RU"/>
              </w:rPr>
              <w:lastRenderedPageBreak/>
              <w:t>Аудиозапись «</w:t>
            </w:r>
            <w:r>
              <w:t>W</w:t>
            </w:r>
            <w:r w:rsidRPr="00332DB8">
              <w:rPr>
                <w:lang w:val="ru-RU"/>
              </w:rPr>
              <w:t>.</w:t>
            </w:r>
            <w:r>
              <w:t>S</w:t>
            </w:r>
            <w:r w:rsidRPr="00332DB8">
              <w:rPr>
                <w:lang w:val="ru-RU"/>
              </w:rPr>
              <w:t>.</w:t>
            </w:r>
            <w:r>
              <w:t>D</w:t>
            </w:r>
            <w:r w:rsidRPr="00332DB8">
              <w:rPr>
                <w:lang w:val="ru-RU"/>
              </w:rPr>
              <w:t>\</w:t>
            </w:r>
            <w:r>
              <w:t>PROJECT</w:t>
            </w:r>
            <w:r w:rsidRPr="00332DB8">
              <w:rPr>
                <w:lang w:val="ru-RU"/>
              </w:rPr>
              <w:t xml:space="preserve">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w:t>
            </w:r>
            <w:r>
              <w:lastRenderedPageBreak/>
              <w:t>https</w:t>
            </w:r>
            <w:r w:rsidRPr="00332DB8">
              <w:rPr>
                <w:lang w:val="ru-RU"/>
              </w:rPr>
              <w:t>://</w:t>
            </w:r>
            <w:r>
              <w:t>my</w:t>
            </w:r>
            <w:r w:rsidRPr="00332DB8">
              <w:rPr>
                <w:lang w:val="ru-RU"/>
              </w:rPr>
              <w:t>.</w:t>
            </w:r>
            <w:r>
              <w:t>mail</w:t>
            </w:r>
            <w:r w:rsidRPr="00332DB8">
              <w:rPr>
                <w:lang w:val="ru-RU"/>
              </w:rPr>
              <w:t>.</w:t>
            </w:r>
            <w:r>
              <w:t>ru</w:t>
            </w:r>
            <w:r w:rsidRPr="00332DB8">
              <w:rPr>
                <w:lang w:val="ru-RU"/>
              </w:rPr>
              <w:t>\</w:t>
            </w:r>
            <w:r>
              <w:t>music</w:t>
            </w:r>
            <w:r w:rsidRPr="00332DB8">
              <w:rPr>
                <w:lang w:val="ru-RU"/>
              </w:rPr>
              <w:t>\</w:t>
            </w:r>
            <w:r>
              <w:t>songs</w:t>
            </w:r>
            <w:r w:rsidRPr="00332DB8">
              <w:rPr>
                <w:lang w:val="ru-RU"/>
              </w:rPr>
              <w:t>\</w:t>
            </w:r>
            <w:r>
              <w:t>w</w:t>
            </w:r>
            <w:r w:rsidRPr="00332DB8">
              <w:rPr>
                <w:lang w:val="ru-RU"/>
              </w:rPr>
              <w:t>-</w:t>
            </w:r>
            <w:r>
              <w:t>c</w:t>
            </w:r>
            <w:r w:rsidRPr="00332DB8">
              <w:rPr>
                <w:lang w:val="ru-RU"/>
              </w:rPr>
              <w:t>-</w:t>
            </w:r>
            <w:r>
              <w:t>d</w:t>
            </w:r>
            <w:r w:rsidRPr="00332DB8">
              <w:rPr>
                <w:lang w:val="ru-RU"/>
              </w:rPr>
              <w:t>-</w:t>
            </w:r>
            <w:r>
              <w:t>project</w:t>
            </w:r>
            <w:r w:rsidRPr="00332DB8">
              <w:rPr>
                <w:lang w:val="ru-RU"/>
              </w:rPr>
              <w:t>-%</w:t>
            </w:r>
            <w:r>
              <w:t>D</w:t>
            </w:r>
            <w:r w:rsidRPr="00332DB8">
              <w:rPr>
                <w:lang w:val="ru-RU"/>
              </w:rPr>
              <w:t>1%85%</w:t>
            </w:r>
            <w:r>
              <w:t>D</w:t>
            </w:r>
            <w:r w:rsidRPr="00332DB8">
              <w:rPr>
                <w:lang w:val="ru-RU"/>
              </w:rPr>
              <w:t>0%</w:t>
            </w:r>
            <w:r>
              <w:t>B</w:t>
            </w:r>
            <w:r w:rsidRPr="00332DB8">
              <w:rPr>
                <w:lang w:val="ru-RU"/>
              </w:rPr>
              <w:t>0%</w:t>
            </w:r>
            <w:r>
              <w:t>D</w:t>
            </w:r>
            <w:r w:rsidRPr="00332DB8">
              <w:rPr>
                <w:lang w:val="ru-RU"/>
              </w:rPr>
              <w:t>1%87%</w:t>
            </w:r>
            <w:r>
              <w:t>D</w:t>
            </w:r>
            <w:r w:rsidRPr="00332DB8">
              <w:rPr>
                <w:lang w:val="ru-RU"/>
              </w:rPr>
              <w:t>0 %</w:t>
            </w:r>
            <w:r>
              <w:t>B</w:t>
            </w:r>
            <w:r w:rsidRPr="00332DB8">
              <w:rPr>
                <w:lang w:val="ru-RU"/>
              </w:rPr>
              <w:t>8-%</w:t>
            </w:r>
            <w:r>
              <w:t>D</w:t>
            </w:r>
            <w:r w:rsidRPr="00332DB8">
              <w:rPr>
                <w:lang w:val="ru-RU"/>
              </w:rPr>
              <w:t>0%</w:t>
            </w:r>
            <w:r>
              <w:t>B</w:t>
            </w:r>
            <w:r w:rsidRPr="00332DB8">
              <w:rPr>
                <w:lang w:val="ru-RU"/>
              </w:rPr>
              <w:t>2-%</w:t>
            </w:r>
            <w:r>
              <w:t>D</w:t>
            </w:r>
            <w:r w:rsidRPr="00332DB8">
              <w:rPr>
                <w:lang w:val="ru-RU"/>
              </w:rPr>
              <w:t>0%</w:t>
            </w:r>
            <w:r>
              <w:t>BF</w:t>
            </w:r>
            <w:r w:rsidRPr="00332DB8">
              <w:rPr>
                <w:lang w:val="ru-RU"/>
              </w:rPr>
              <w:t>%</w:t>
            </w:r>
            <w:r>
              <w:t>D</w:t>
            </w:r>
            <w:r w:rsidRPr="00332DB8">
              <w:rPr>
                <w:lang w:val="ru-RU"/>
              </w:rPr>
              <w:t>0%</w:t>
            </w:r>
            <w:r>
              <w:t>B</w:t>
            </w:r>
            <w:r w:rsidRPr="00332DB8">
              <w:rPr>
                <w:lang w:val="ru-RU"/>
              </w:rPr>
              <w:t>5%</w:t>
            </w:r>
            <w:r>
              <w:t>D</w:t>
            </w:r>
            <w:r w:rsidRPr="00332DB8">
              <w:rPr>
                <w:lang w:val="ru-RU"/>
              </w:rPr>
              <w:t>1%87%</w:t>
            </w:r>
            <w:r>
              <w:t>D</w:t>
            </w:r>
            <w:r w:rsidRPr="00332DB8">
              <w:rPr>
                <w:lang w:val="ru-RU"/>
              </w:rPr>
              <w:t>0%</w:t>
            </w:r>
            <w:r>
              <w:t>B</w:t>
            </w:r>
            <w:r w:rsidRPr="00332DB8">
              <w:rPr>
                <w:lang w:val="ru-RU"/>
              </w:rPr>
              <w:t>8-</w:t>
            </w:r>
            <w:r>
              <w:t>e</w:t>
            </w:r>
            <w:r w:rsidRPr="00332DB8">
              <w:rPr>
                <w:lang w:val="ru-RU"/>
              </w:rPr>
              <w:t>14088</w:t>
            </w:r>
            <w:r>
              <w:t>c</w:t>
            </w:r>
            <w:r w:rsidRPr="00332DB8">
              <w:rPr>
                <w:lang w:val="ru-RU"/>
              </w:rPr>
              <w:t>57</w:t>
            </w:r>
            <w:r>
              <w:t>fe</w:t>
            </w:r>
            <w:r w:rsidRPr="00332DB8">
              <w:rPr>
                <w:lang w:val="ru-RU"/>
              </w:rPr>
              <w:t>3</w:t>
            </w:r>
            <w:r>
              <w:t>f</w:t>
            </w:r>
            <w:r w:rsidRPr="00332DB8">
              <w:rPr>
                <w:lang w:val="ru-RU"/>
              </w:rPr>
              <w:t>2</w:t>
            </w:r>
            <w:r>
              <w:t>a</w:t>
            </w:r>
            <w:r w:rsidRPr="00332DB8">
              <w:rPr>
                <w:lang w:val="ru-RU"/>
              </w:rPr>
              <w:t>4</w:t>
            </w:r>
            <w:r>
              <w:t>d</w:t>
            </w:r>
            <w:r w:rsidRPr="00332DB8">
              <w:rPr>
                <w:lang w:val="ru-RU"/>
              </w:rPr>
              <w:t>2</w:t>
            </w:r>
            <w:r>
              <w:t>e</w:t>
            </w:r>
            <w:r w:rsidRPr="00332DB8">
              <w:rPr>
                <w:lang w:val="ru-RU"/>
              </w:rPr>
              <w:t>93</w:t>
            </w:r>
            <w:r>
              <w:t>ce</w:t>
            </w:r>
            <w:r w:rsidRPr="00332DB8">
              <w:rPr>
                <w:lang w:val="ru-RU"/>
              </w:rPr>
              <w:t xml:space="preserve">0385 </w:t>
            </w:r>
            <w:r>
              <w:t>d</w:t>
            </w:r>
            <w:r w:rsidRPr="00332DB8">
              <w:rPr>
                <w:lang w:val="ru-RU"/>
              </w:rPr>
              <w:t>2</w:t>
            </w:r>
            <w:r>
              <w:t>d</w:t>
            </w:r>
            <w:r w:rsidRPr="00332DB8">
              <w:rPr>
                <w:lang w:val="ru-RU"/>
              </w:rPr>
              <w:t>42; -</w:t>
            </w:r>
            <w:r>
              <w:t>https</w:t>
            </w:r>
            <w:r w:rsidRPr="00332DB8">
              <w:rPr>
                <w:lang w:val="ru-RU"/>
              </w:rPr>
              <w:t>://</w:t>
            </w:r>
            <w:r>
              <w:t>carshsmpoo</w:t>
            </w:r>
            <w:r w:rsidRPr="00332DB8">
              <w:rPr>
                <w:lang w:val="ru-RU"/>
              </w:rPr>
              <w:t>.</w:t>
            </w:r>
            <w:r>
              <w:t>ru</w:t>
            </w:r>
            <w:r w:rsidRPr="00332DB8">
              <w:rPr>
                <w:lang w:val="ru-RU"/>
              </w:rPr>
              <w:t>\</w:t>
            </w:r>
            <w:r>
              <w:t>w</w:t>
            </w:r>
            <w:r w:rsidRPr="00332DB8">
              <w:rPr>
                <w:lang w:val="ru-RU"/>
              </w:rPr>
              <w:t>-</w:t>
            </w:r>
            <w:r>
              <w:t>c</w:t>
            </w:r>
            <w:r w:rsidRPr="00332DB8">
              <w:rPr>
                <w:lang w:val="ru-RU"/>
              </w:rPr>
              <w:t>-</w:t>
            </w:r>
            <w:r>
              <w:t>d</w:t>
            </w:r>
            <w:r w:rsidRPr="00332DB8">
              <w:rPr>
                <w:lang w:val="ru-RU"/>
              </w:rPr>
              <w:t>-</w:t>
            </w:r>
            <w:r>
              <w:t>project</w:t>
            </w:r>
            <w:r w:rsidRPr="00332DB8">
              <w:rPr>
                <w:lang w:val="ru-RU"/>
              </w:rPr>
              <w:t>\</w:t>
            </w:r>
            <w:r>
              <w:t>hachi</w:t>
            </w:r>
            <w:r w:rsidRPr="00332DB8">
              <w:rPr>
                <w:lang w:val="ru-RU"/>
              </w:rPr>
              <w:t>-</w:t>
            </w:r>
            <w:r>
              <w:t>v</w:t>
            </w:r>
            <w:r w:rsidRPr="00332DB8">
              <w:rPr>
                <w:lang w:val="ru-RU"/>
              </w:rPr>
              <w:t>-</w:t>
            </w:r>
            <w:r>
              <w:t>pechi</w:t>
            </w:r>
            <w:r w:rsidRPr="00332DB8">
              <w:rPr>
                <w:lang w:val="ru-RU"/>
              </w:rPr>
              <w:t>; -</w:t>
            </w:r>
            <w:r>
              <w:t>https</w:t>
            </w:r>
            <w:r w:rsidRPr="00332DB8">
              <w:rPr>
                <w:lang w:val="ru-RU"/>
              </w:rPr>
              <w:t>://</w:t>
            </w:r>
            <w:r>
              <w:t>music</w:t>
            </w:r>
            <w:r w:rsidRPr="00332DB8">
              <w:rPr>
                <w:lang w:val="ru-RU"/>
              </w:rPr>
              <w:t>7</w:t>
            </w:r>
            <w:r>
              <w:t>s</w:t>
            </w:r>
            <w:r w:rsidRPr="00332DB8">
              <w:rPr>
                <w:lang w:val="ru-RU"/>
              </w:rPr>
              <w:t>.</w:t>
            </w:r>
            <w:r>
              <w:t>me</w:t>
            </w:r>
            <w:r w:rsidRPr="00332DB8">
              <w:rPr>
                <w:lang w:val="ru-RU"/>
              </w:rPr>
              <w:t>\</w:t>
            </w:r>
            <w:r>
              <w:t>song</w:t>
            </w:r>
            <w:r w:rsidRPr="00332DB8">
              <w:rPr>
                <w:lang w:val="ru-RU"/>
              </w:rPr>
              <w:t>\26564515_359109217\; -</w:t>
            </w:r>
            <w:r>
              <w:t>https</w:t>
            </w:r>
            <w:r w:rsidRPr="00332DB8">
              <w:rPr>
                <w:lang w:val="ru-RU"/>
              </w:rPr>
              <w:t>://</w:t>
            </w:r>
            <w:r>
              <w:t>poiskm</w:t>
            </w:r>
            <w:r w:rsidRPr="00332DB8">
              <w:rPr>
                <w:lang w:val="ru-RU"/>
              </w:rPr>
              <w:t>.</w:t>
            </w:r>
            <w:r>
              <w:t>co</w:t>
            </w:r>
            <w:r w:rsidRPr="00332DB8">
              <w:rPr>
                <w:lang w:val="ru-RU"/>
              </w:rPr>
              <w:t>\</w:t>
            </w:r>
            <w:r>
              <w:t>show</w:t>
            </w:r>
            <w:r w:rsidRPr="00332DB8">
              <w:rPr>
                <w:lang w:val="ru-RU"/>
              </w:rPr>
              <w:t>\%</w:t>
            </w:r>
            <w:r>
              <w:t>D</w:t>
            </w:r>
            <w:r w:rsidRPr="00332DB8">
              <w:rPr>
                <w:lang w:val="ru-RU"/>
              </w:rPr>
              <w:t>1%85%</w:t>
            </w:r>
            <w:r>
              <w:t>D</w:t>
            </w:r>
            <w:r w:rsidRPr="00332DB8">
              <w:rPr>
                <w:lang w:val="ru-RU"/>
              </w:rPr>
              <w:t>0%</w:t>
            </w:r>
            <w:r>
              <w:t>B</w:t>
            </w:r>
            <w:r w:rsidRPr="00332DB8">
              <w:rPr>
                <w:lang w:val="ru-RU"/>
              </w:rPr>
              <w:t>0%</w:t>
            </w:r>
            <w:r>
              <w:t>D</w:t>
            </w:r>
            <w:r w:rsidRPr="00332DB8">
              <w:rPr>
                <w:lang w:val="ru-RU"/>
              </w:rPr>
              <w:t>1%87%</w:t>
            </w:r>
            <w:r>
              <w:t>D</w:t>
            </w:r>
            <w:r w:rsidRPr="00332DB8">
              <w:rPr>
                <w:lang w:val="ru-RU"/>
              </w:rPr>
              <w:t>0%</w:t>
            </w:r>
            <w:r>
              <w:t>B</w:t>
            </w:r>
            <w:r w:rsidRPr="00332DB8">
              <w:rPr>
                <w:lang w:val="ru-RU"/>
              </w:rPr>
              <w:t>8-%</w:t>
            </w:r>
            <w:r>
              <w:t>D</w:t>
            </w:r>
            <w:r w:rsidRPr="00332DB8">
              <w:rPr>
                <w:lang w:val="ru-RU"/>
              </w:rPr>
              <w:t>0%</w:t>
            </w:r>
            <w:r>
              <w:t>B</w:t>
            </w:r>
            <w:r w:rsidRPr="00332DB8">
              <w:rPr>
                <w:lang w:val="ru-RU"/>
              </w:rPr>
              <w:t>2-%</w:t>
            </w:r>
            <w:r>
              <w:t>D</w:t>
            </w:r>
            <w:r w:rsidRPr="00332DB8">
              <w:rPr>
                <w:lang w:val="ru-RU"/>
              </w:rPr>
              <w:t xml:space="preserve">0% </w:t>
            </w:r>
            <w:r>
              <w:t>BF</w:t>
            </w:r>
            <w:r w:rsidRPr="00332DB8">
              <w:rPr>
                <w:lang w:val="ru-RU"/>
              </w:rPr>
              <w:t>%</w:t>
            </w:r>
            <w:r>
              <w:t>D</w:t>
            </w:r>
            <w:r w:rsidRPr="00332DB8">
              <w:rPr>
                <w:lang w:val="ru-RU"/>
              </w:rPr>
              <w:t>0%</w:t>
            </w:r>
            <w:r>
              <w:t>B</w:t>
            </w:r>
            <w:r w:rsidRPr="00332DB8">
              <w:rPr>
                <w:lang w:val="ru-RU"/>
              </w:rPr>
              <w:t>5%</w:t>
            </w:r>
            <w:r>
              <w:t>D</w:t>
            </w:r>
            <w:r w:rsidRPr="00332DB8">
              <w:rPr>
                <w:lang w:val="ru-RU"/>
              </w:rPr>
              <w:t>1%87%</w:t>
            </w:r>
            <w:r>
              <w:t>D</w:t>
            </w:r>
            <w:r w:rsidRPr="00332DB8">
              <w:rPr>
                <w:lang w:val="ru-RU"/>
              </w:rPr>
              <w:t>0%</w:t>
            </w:r>
            <w:r>
              <w:t>B</w:t>
            </w:r>
            <w:r w:rsidRPr="00332DB8">
              <w:rPr>
                <w:lang w:val="ru-RU"/>
              </w:rPr>
              <w:t>8- (решение Курганского городского суда от 27.03.2018);</w:t>
            </w:r>
          </w:p>
        </w:tc>
        <w:tc>
          <w:tcPr>
            <w:tcW w:w="2880" w:type="dxa"/>
          </w:tcPr>
          <w:p w:rsidR="006F7457" w:rsidRDefault="00332DB8">
            <w:r>
              <w:lastRenderedPageBreak/>
              <w:t>25.06.201</w:t>
            </w:r>
            <w:r>
              <w:lastRenderedPageBreak/>
              <w:t>8</w:t>
            </w:r>
          </w:p>
        </w:tc>
      </w:tr>
      <w:tr w:rsidR="006F7457">
        <w:tc>
          <w:tcPr>
            <w:tcW w:w="2880" w:type="dxa"/>
          </w:tcPr>
          <w:p w:rsidR="006F7457" w:rsidRDefault="00332DB8">
            <w:r>
              <w:lastRenderedPageBreak/>
              <w:t>4465.</w:t>
            </w:r>
          </w:p>
        </w:tc>
        <w:tc>
          <w:tcPr>
            <w:tcW w:w="2880" w:type="dxa"/>
          </w:tcPr>
          <w:p w:rsidR="006F7457" w:rsidRDefault="00332DB8">
            <w:r w:rsidRPr="00332DB8">
              <w:rPr>
                <w:lang w:val="ru-RU"/>
              </w:rPr>
              <w:t xml:space="preserve">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w:t>
            </w:r>
            <w:r>
              <w:t>(решение Советского районного суда г. Астрахани от 26.03.2018);</w:t>
            </w:r>
          </w:p>
        </w:tc>
        <w:tc>
          <w:tcPr>
            <w:tcW w:w="2880" w:type="dxa"/>
          </w:tcPr>
          <w:p w:rsidR="006F7457" w:rsidRDefault="00332DB8">
            <w:r>
              <w:t>04.07.2018</w:t>
            </w:r>
          </w:p>
        </w:tc>
      </w:tr>
      <w:tr w:rsidR="006F7457">
        <w:tc>
          <w:tcPr>
            <w:tcW w:w="2880" w:type="dxa"/>
          </w:tcPr>
          <w:p w:rsidR="006F7457" w:rsidRDefault="00332DB8">
            <w:r>
              <w:t>4466.</w:t>
            </w:r>
          </w:p>
        </w:tc>
        <w:tc>
          <w:tcPr>
            <w:tcW w:w="2880" w:type="dxa"/>
          </w:tcPr>
          <w:p w:rsidR="006F7457" w:rsidRDefault="00332DB8">
            <w:r w:rsidRPr="00332DB8">
              <w:rPr>
                <w:lang w:val="ru-RU"/>
              </w:rPr>
              <w:t xml:space="preserve">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w:t>
            </w:r>
            <w:r>
              <w:t>(решение Советского районного суда г. Астрахани от 26.03.2018);</w:t>
            </w:r>
          </w:p>
        </w:tc>
        <w:tc>
          <w:tcPr>
            <w:tcW w:w="2880" w:type="dxa"/>
          </w:tcPr>
          <w:p w:rsidR="006F7457" w:rsidRDefault="00332DB8">
            <w:r>
              <w:t>04.07.2018</w:t>
            </w:r>
          </w:p>
        </w:tc>
      </w:tr>
      <w:tr w:rsidR="006F7457">
        <w:tc>
          <w:tcPr>
            <w:tcW w:w="2880" w:type="dxa"/>
          </w:tcPr>
          <w:p w:rsidR="006F7457" w:rsidRDefault="00332DB8">
            <w:r>
              <w:t>4467.</w:t>
            </w:r>
          </w:p>
        </w:tc>
        <w:tc>
          <w:tcPr>
            <w:tcW w:w="2880" w:type="dxa"/>
          </w:tcPr>
          <w:p w:rsidR="006F7457" w:rsidRDefault="00332DB8">
            <w:r w:rsidRPr="00332DB8">
              <w:rPr>
                <w:lang w:val="ru-RU"/>
              </w:rPr>
              <w:t xml:space="preserve">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w:t>
            </w:r>
            <w:r>
              <w:t>(решение Советского районного суда г. Астрахани от 26.03.2018);</w:t>
            </w:r>
          </w:p>
        </w:tc>
        <w:tc>
          <w:tcPr>
            <w:tcW w:w="2880" w:type="dxa"/>
          </w:tcPr>
          <w:p w:rsidR="006F7457" w:rsidRDefault="00332DB8">
            <w:r>
              <w:t>04.07.2018</w:t>
            </w:r>
          </w:p>
        </w:tc>
      </w:tr>
      <w:tr w:rsidR="006F7457">
        <w:tc>
          <w:tcPr>
            <w:tcW w:w="2880" w:type="dxa"/>
          </w:tcPr>
          <w:p w:rsidR="006F7457" w:rsidRDefault="00332DB8">
            <w:r>
              <w:t>4468.</w:t>
            </w:r>
          </w:p>
        </w:tc>
        <w:tc>
          <w:tcPr>
            <w:tcW w:w="2880" w:type="dxa"/>
          </w:tcPr>
          <w:p w:rsidR="006F7457" w:rsidRDefault="00332DB8">
            <w:r w:rsidRPr="00332DB8">
              <w:rPr>
                <w:lang w:val="ru-RU"/>
              </w:rPr>
              <w:t xml:space="preserve">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w:t>
            </w:r>
            <w:r>
              <w:t>(решение Советского районного суда г. Астрахани от 26.03.2018);</w:t>
            </w:r>
          </w:p>
        </w:tc>
        <w:tc>
          <w:tcPr>
            <w:tcW w:w="2880" w:type="dxa"/>
          </w:tcPr>
          <w:p w:rsidR="006F7457" w:rsidRDefault="00332DB8">
            <w:r>
              <w:t>04.07.2018</w:t>
            </w:r>
          </w:p>
        </w:tc>
      </w:tr>
      <w:tr w:rsidR="006F7457">
        <w:tc>
          <w:tcPr>
            <w:tcW w:w="2880" w:type="dxa"/>
          </w:tcPr>
          <w:p w:rsidR="006F7457" w:rsidRDefault="00332DB8">
            <w:r>
              <w:t>4</w:t>
            </w:r>
            <w:r>
              <w:lastRenderedPageBreak/>
              <w:t>469.</w:t>
            </w:r>
          </w:p>
        </w:tc>
        <w:tc>
          <w:tcPr>
            <w:tcW w:w="2880" w:type="dxa"/>
          </w:tcPr>
          <w:p w:rsidR="006F7457" w:rsidRPr="00332DB8" w:rsidRDefault="00332DB8">
            <w:pPr>
              <w:rPr>
                <w:lang w:val="ru-RU"/>
              </w:rPr>
            </w:pPr>
            <w:r w:rsidRPr="00332DB8">
              <w:rPr>
                <w:lang w:val="ru-RU"/>
              </w:rPr>
              <w:lastRenderedPageBreak/>
              <w:t xml:space="preserve">Брошюра «Библия и ее главная тема © 2009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xml:space="preserve">, 32 страницы, </w:t>
            </w:r>
            <w:r w:rsidRPr="00332DB8">
              <w:rPr>
                <w:lang w:val="ru-RU"/>
              </w:rPr>
              <w:lastRenderedPageBreak/>
              <w:t>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6F7457" w:rsidRDefault="00332DB8">
            <w:r>
              <w:lastRenderedPageBreak/>
              <w:t>05.</w:t>
            </w:r>
            <w:r>
              <w:lastRenderedPageBreak/>
              <w:t>07.2018</w:t>
            </w:r>
          </w:p>
        </w:tc>
      </w:tr>
      <w:tr w:rsidR="006F7457">
        <w:tc>
          <w:tcPr>
            <w:tcW w:w="2880" w:type="dxa"/>
          </w:tcPr>
          <w:p w:rsidR="006F7457" w:rsidRDefault="00332DB8">
            <w:r>
              <w:lastRenderedPageBreak/>
              <w:t>4470.</w:t>
            </w:r>
          </w:p>
        </w:tc>
        <w:tc>
          <w:tcPr>
            <w:tcW w:w="2880" w:type="dxa"/>
          </w:tcPr>
          <w:p w:rsidR="006F7457" w:rsidRPr="00332DB8" w:rsidRDefault="00332DB8">
            <w:pPr>
              <w:rPr>
                <w:lang w:val="ru-RU"/>
              </w:rPr>
            </w:pPr>
            <w:r w:rsidRPr="00332DB8">
              <w:rPr>
                <w:lang w:val="ru-RU"/>
              </w:rPr>
              <w:t xml:space="preserve">Брошюра «Библия и ее главная тема © 2009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6F7457" w:rsidRDefault="00332DB8">
            <w:r>
              <w:t>05.07.2018</w:t>
            </w:r>
          </w:p>
        </w:tc>
      </w:tr>
      <w:tr w:rsidR="006F7457">
        <w:tc>
          <w:tcPr>
            <w:tcW w:w="2880" w:type="dxa"/>
          </w:tcPr>
          <w:p w:rsidR="006F7457" w:rsidRDefault="00332DB8">
            <w:r>
              <w:t>4471.</w:t>
            </w:r>
          </w:p>
        </w:tc>
        <w:tc>
          <w:tcPr>
            <w:tcW w:w="2880" w:type="dxa"/>
          </w:tcPr>
          <w:p w:rsidR="006F7457" w:rsidRPr="00332DB8" w:rsidRDefault="00332DB8">
            <w:pPr>
              <w:rPr>
                <w:lang w:val="ru-RU"/>
              </w:rPr>
            </w:pPr>
            <w:r w:rsidRPr="00332DB8">
              <w:rPr>
                <w:lang w:val="ru-RU"/>
              </w:rPr>
              <w:t xml:space="preserve">Брошюра «Свидетели Иеговы и образование», © 1995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6F7457" w:rsidRDefault="00332DB8">
            <w:r>
              <w:t>05.07.2018</w:t>
            </w:r>
          </w:p>
        </w:tc>
      </w:tr>
      <w:tr w:rsidR="006F7457">
        <w:tc>
          <w:tcPr>
            <w:tcW w:w="2880" w:type="dxa"/>
          </w:tcPr>
          <w:p w:rsidR="006F7457" w:rsidRDefault="00332DB8">
            <w:r>
              <w:t>4472.</w:t>
            </w:r>
          </w:p>
        </w:tc>
        <w:tc>
          <w:tcPr>
            <w:tcW w:w="2880" w:type="dxa"/>
          </w:tcPr>
          <w:p w:rsidR="006F7457" w:rsidRPr="00332DB8" w:rsidRDefault="00332DB8">
            <w:pPr>
              <w:rPr>
                <w:lang w:val="ru-RU"/>
              </w:rPr>
            </w:pPr>
            <w:r w:rsidRPr="00332DB8">
              <w:rPr>
                <w:lang w:val="ru-RU"/>
              </w:rPr>
              <w:t xml:space="preserve">Брошюра «Свидетели Иеговы и образование», © 1995, 2003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6F7457" w:rsidRDefault="00332DB8">
            <w:r>
              <w:t>05.07.2018</w:t>
            </w:r>
          </w:p>
        </w:tc>
      </w:tr>
      <w:tr w:rsidR="006F7457">
        <w:tc>
          <w:tcPr>
            <w:tcW w:w="2880" w:type="dxa"/>
          </w:tcPr>
          <w:p w:rsidR="006F7457" w:rsidRDefault="00332DB8">
            <w:r>
              <w:t>4473.</w:t>
            </w:r>
          </w:p>
        </w:tc>
        <w:tc>
          <w:tcPr>
            <w:tcW w:w="2880" w:type="dxa"/>
          </w:tcPr>
          <w:p w:rsidR="006F7457" w:rsidRPr="00332DB8" w:rsidRDefault="00332DB8">
            <w:pPr>
              <w:rPr>
                <w:lang w:val="ru-RU"/>
              </w:rPr>
            </w:pPr>
            <w:r w:rsidRPr="00332DB8">
              <w:rPr>
                <w:lang w:val="ru-RU"/>
              </w:rPr>
              <w:t xml:space="preserve">Буклет «Что такое Царство Бога?», © 2014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6F7457" w:rsidRDefault="00332DB8">
            <w:r>
              <w:t>05.07.2018</w:t>
            </w:r>
          </w:p>
        </w:tc>
      </w:tr>
      <w:tr w:rsidR="006F7457">
        <w:tc>
          <w:tcPr>
            <w:tcW w:w="2880" w:type="dxa"/>
          </w:tcPr>
          <w:p w:rsidR="006F7457" w:rsidRDefault="00332DB8">
            <w:r>
              <w:t>4474.</w:t>
            </w:r>
          </w:p>
        </w:tc>
        <w:tc>
          <w:tcPr>
            <w:tcW w:w="2880" w:type="dxa"/>
          </w:tcPr>
          <w:p w:rsidR="006F7457" w:rsidRPr="00332DB8" w:rsidRDefault="00332DB8">
            <w:pPr>
              <w:rPr>
                <w:lang w:val="ru-RU"/>
              </w:rPr>
            </w:pPr>
            <w:r w:rsidRPr="00332DB8">
              <w:rPr>
                <w:lang w:val="ru-RU"/>
              </w:rPr>
              <w:t xml:space="preserve">Книга «Самый великий человек, который когда-либо жил» © 1991, 1999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6F7457" w:rsidRDefault="00332DB8">
            <w:r>
              <w:t>05.07.2018</w:t>
            </w:r>
          </w:p>
        </w:tc>
      </w:tr>
      <w:tr w:rsidR="006F7457">
        <w:tc>
          <w:tcPr>
            <w:tcW w:w="2880" w:type="dxa"/>
          </w:tcPr>
          <w:p w:rsidR="006F7457" w:rsidRDefault="00332DB8">
            <w:r>
              <w:lastRenderedPageBreak/>
              <w:t>4475.</w:t>
            </w:r>
          </w:p>
        </w:tc>
        <w:tc>
          <w:tcPr>
            <w:tcW w:w="2880" w:type="dxa"/>
          </w:tcPr>
          <w:p w:rsidR="006F7457" w:rsidRPr="00332DB8" w:rsidRDefault="00332DB8">
            <w:pPr>
              <w:rPr>
                <w:lang w:val="ru-RU"/>
              </w:rPr>
            </w:pPr>
            <w:r w:rsidRPr="00332DB8">
              <w:rPr>
                <w:lang w:val="ru-RU"/>
              </w:rPr>
              <w:t xml:space="preserve">Книга «Секрет семейного счастья», © 1996,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6F7457" w:rsidRDefault="00332DB8">
            <w:r>
              <w:t>05.07.2018</w:t>
            </w:r>
          </w:p>
        </w:tc>
      </w:tr>
      <w:tr w:rsidR="006F7457">
        <w:tc>
          <w:tcPr>
            <w:tcW w:w="2880" w:type="dxa"/>
          </w:tcPr>
          <w:p w:rsidR="006F7457" w:rsidRDefault="00332DB8">
            <w:r>
              <w:t>4476.</w:t>
            </w:r>
          </w:p>
        </w:tc>
        <w:tc>
          <w:tcPr>
            <w:tcW w:w="2880" w:type="dxa"/>
          </w:tcPr>
          <w:p w:rsidR="006F7457" w:rsidRPr="00332DB8" w:rsidRDefault="00332DB8">
            <w:pPr>
              <w:rPr>
                <w:lang w:val="ru-RU"/>
              </w:rPr>
            </w:pPr>
            <w:r w:rsidRPr="00332DB8">
              <w:rPr>
                <w:lang w:val="ru-RU"/>
              </w:rPr>
              <w:t xml:space="preserve">Книга «Сохраняйте себя в божьей любви», © 2008,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6F7457" w:rsidRDefault="00332DB8">
            <w:r>
              <w:t>05.07.2018</w:t>
            </w:r>
          </w:p>
        </w:tc>
      </w:tr>
      <w:tr w:rsidR="006F7457">
        <w:tc>
          <w:tcPr>
            <w:tcW w:w="2880" w:type="dxa"/>
          </w:tcPr>
          <w:p w:rsidR="006F7457" w:rsidRDefault="00332DB8">
            <w:r>
              <w:t>4477.</w:t>
            </w:r>
          </w:p>
        </w:tc>
        <w:tc>
          <w:tcPr>
            <w:tcW w:w="2880" w:type="dxa"/>
          </w:tcPr>
          <w:p w:rsidR="006F7457" w:rsidRPr="00332DB8" w:rsidRDefault="00332DB8">
            <w:pPr>
              <w:rPr>
                <w:lang w:val="ru-RU"/>
              </w:rPr>
            </w:pPr>
            <w:r w:rsidRPr="00332DB8">
              <w:rPr>
                <w:lang w:val="ru-RU"/>
              </w:rPr>
              <w:t xml:space="preserve">Брошюра «На самом ли деле Бог заботится о нас, © 1992, 2001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6F7457" w:rsidRDefault="00332DB8">
            <w:r>
              <w:t>05.07.2018</w:t>
            </w:r>
          </w:p>
        </w:tc>
      </w:tr>
      <w:tr w:rsidR="006F7457">
        <w:tc>
          <w:tcPr>
            <w:tcW w:w="2880" w:type="dxa"/>
          </w:tcPr>
          <w:p w:rsidR="006F7457" w:rsidRDefault="00332DB8">
            <w:r>
              <w:t>4478.</w:t>
            </w:r>
          </w:p>
        </w:tc>
        <w:tc>
          <w:tcPr>
            <w:tcW w:w="2880" w:type="dxa"/>
          </w:tcPr>
          <w:p w:rsidR="006F7457" w:rsidRPr="00332DB8" w:rsidRDefault="00332DB8">
            <w:pPr>
              <w:rPr>
                <w:lang w:val="ru-RU"/>
              </w:rPr>
            </w:pPr>
            <w:r w:rsidRPr="00332DB8">
              <w:rPr>
                <w:lang w:val="ru-RU"/>
              </w:rPr>
              <w:t xml:space="preserve">Брошюра «Как найти удовлетворение в жизни», © 2011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6F7457" w:rsidRDefault="00332DB8">
            <w:r>
              <w:t>05.07.2018</w:t>
            </w:r>
          </w:p>
        </w:tc>
      </w:tr>
      <w:tr w:rsidR="006F7457">
        <w:tc>
          <w:tcPr>
            <w:tcW w:w="2880" w:type="dxa"/>
          </w:tcPr>
          <w:p w:rsidR="006F7457" w:rsidRDefault="00332DB8">
            <w:r>
              <w:t>4479.</w:t>
            </w:r>
          </w:p>
        </w:tc>
        <w:tc>
          <w:tcPr>
            <w:tcW w:w="2880" w:type="dxa"/>
          </w:tcPr>
          <w:p w:rsidR="006F7457" w:rsidRPr="00332DB8" w:rsidRDefault="00332DB8">
            <w:pPr>
              <w:rPr>
                <w:lang w:val="ru-RU"/>
              </w:rPr>
            </w:pPr>
            <w:r w:rsidRPr="00332DB8">
              <w:rPr>
                <w:lang w:val="ru-RU"/>
              </w:rPr>
              <w:t xml:space="preserve">Брошюра «Когда умер близкий тебе человек», © 1994, 2000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6F7457" w:rsidRDefault="00332DB8">
            <w:r>
              <w:t>05.07.2018</w:t>
            </w:r>
          </w:p>
        </w:tc>
      </w:tr>
      <w:tr w:rsidR="006F7457">
        <w:tc>
          <w:tcPr>
            <w:tcW w:w="2880" w:type="dxa"/>
          </w:tcPr>
          <w:p w:rsidR="006F7457" w:rsidRDefault="00332DB8">
            <w:r>
              <w:t>448</w:t>
            </w:r>
            <w:r>
              <w:lastRenderedPageBreak/>
              <w:t>0.</w:t>
            </w:r>
          </w:p>
        </w:tc>
        <w:tc>
          <w:tcPr>
            <w:tcW w:w="2880" w:type="dxa"/>
          </w:tcPr>
          <w:p w:rsidR="006F7457" w:rsidRPr="00332DB8" w:rsidRDefault="00332DB8">
            <w:pPr>
              <w:rPr>
                <w:lang w:val="ru-RU"/>
              </w:rPr>
            </w:pPr>
            <w:r w:rsidRPr="00332DB8">
              <w:rPr>
                <w:lang w:val="ru-RU"/>
              </w:rPr>
              <w:lastRenderedPageBreak/>
              <w:t xml:space="preserve">Буклет «Будут ли умершие жить снова?» © 2013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xml:space="preserve">, напечатано в Германии (решение Одинцовского городского суда Московской области от 23.06.2016 и апелляционное </w:t>
            </w:r>
            <w:r w:rsidRPr="00332DB8">
              <w:rPr>
                <w:lang w:val="ru-RU"/>
              </w:rPr>
              <w:lastRenderedPageBreak/>
              <w:t>определение судебной коллегии по гражданским делам Московского областного суда от 17.01.2018);</w:t>
            </w:r>
          </w:p>
        </w:tc>
        <w:tc>
          <w:tcPr>
            <w:tcW w:w="2880" w:type="dxa"/>
          </w:tcPr>
          <w:p w:rsidR="006F7457" w:rsidRDefault="00332DB8">
            <w:r>
              <w:lastRenderedPageBreak/>
              <w:t>05.07.201</w:t>
            </w:r>
            <w:r>
              <w:lastRenderedPageBreak/>
              <w:t>8</w:t>
            </w:r>
          </w:p>
        </w:tc>
      </w:tr>
      <w:tr w:rsidR="006F7457">
        <w:tc>
          <w:tcPr>
            <w:tcW w:w="2880" w:type="dxa"/>
          </w:tcPr>
          <w:p w:rsidR="006F7457" w:rsidRDefault="00332DB8">
            <w:r>
              <w:lastRenderedPageBreak/>
              <w:t>4481.</w:t>
            </w:r>
          </w:p>
        </w:tc>
        <w:tc>
          <w:tcPr>
            <w:tcW w:w="2880" w:type="dxa"/>
          </w:tcPr>
          <w:p w:rsidR="006F7457" w:rsidRPr="00332DB8" w:rsidRDefault="00332DB8">
            <w:pPr>
              <w:rPr>
                <w:lang w:val="ru-RU"/>
              </w:rPr>
            </w:pPr>
            <w:r w:rsidRPr="00332DB8">
              <w:rPr>
                <w:lang w:val="ru-RU"/>
              </w:rPr>
              <w:t xml:space="preserve">Брошюра «Хотели бы вы знать истину» на 2 листах, © 2008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xml:space="preserve">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6F7457" w:rsidRDefault="00332DB8">
            <w:r>
              <w:t>05.07.2018</w:t>
            </w:r>
          </w:p>
        </w:tc>
      </w:tr>
      <w:tr w:rsidR="006F7457">
        <w:tc>
          <w:tcPr>
            <w:tcW w:w="2880" w:type="dxa"/>
          </w:tcPr>
          <w:p w:rsidR="006F7457" w:rsidRDefault="00332DB8">
            <w:r>
              <w:t>4482.</w:t>
            </w:r>
          </w:p>
        </w:tc>
        <w:tc>
          <w:tcPr>
            <w:tcW w:w="2880" w:type="dxa"/>
          </w:tcPr>
          <w:p w:rsidR="006F7457" w:rsidRPr="00332DB8" w:rsidRDefault="00332DB8">
            <w:pPr>
              <w:rPr>
                <w:lang w:val="ru-RU"/>
              </w:rPr>
            </w:pPr>
            <w:r w:rsidRPr="00332DB8">
              <w:rPr>
                <w:lang w:val="ru-RU"/>
              </w:rPr>
              <w:t xml:space="preserve">Брошюра «Библия для самых маленьких», © 2013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6F7457" w:rsidRDefault="00332DB8">
            <w:r>
              <w:t>05.07.2018</w:t>
            </w:r>
          </w:p>
        </w:tc>
      </w:tr>
      <w:tr w:rsidR="006F7457">
        <w:tc>
          <w:tcPr>
            <w:tcW w:w="2880" w:type="dxa"/>
          </w:tcPr>
          <w:p w:rsidR="006F7457" w:rsidRDefault="00332DB8">
            <w:r>
              <w:t>4483.</w:t>
            </w:r>
          </w:p>
        </w:tc>
        <w:tc>
          <w:tcPr>
            <w:tcW w:w="2880" w:type="dxa"/>
          </w:tcPr>
          <w:p w:rsidR="006F7457" w:rsidRPr="00332DB8" w:rsidRDefault="00332DB8">
            <w:pPr>
              <w:rPr>
                <w:lang w:val="ru-RU"/>
              </w:rPr>
            </w:pPr>
            <w:r w:rsidRPr="00332DB8">
              <w:rPr>
                <w:lang w:val="ru-RU"/>
              </w:rPr>
              <w:t xml:space="preserve">Брошюра «Есть ли Бог? Почему важно знать ответ?», © 2015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6F7457" w:rsidRDefault="00332DB8">
            <w:r>
              <w:t>05.07.2018</w:t>
            </w:r>
          </w:p>
        </w:tc>
      </w:tr>
      <w:tr w:rsidR="006F7457">
        <w:tc>
          <w:tcPr>
            <w:tcW w:w="2880" w:type="dxa"/>
          </w:tcPr>
          <w:p w:rsidR="006F7457" w:rsidRDefault="00332DB8">
            <w:r>
              <w:t>4484.</w:t>
            </w:r>
          </w:p>
        </w:tc>
        <w:tc>
          <w:tcPr>
            <w:tcW w:w="2880" w:type="dxa"/>
          </w:tcPr>
          <w:p w:rsidR="006F7457" w:rsidRPr="00332DB8" w:rsidRDefault="00332DB8">
            <w:pPr>
              <w:rPr>
                <w:lang w:val="ru-RU"/>
              </w:rPr>
            </w:pPr>
            <w:r w:rsidRPr="00332DB8">
              <w:rPr>
                <w:lang w:val="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2880" w:type="dxa"/>
          </w:tcPr>
          <w:p w:rsidR="006F7457" w:rsidRDefault="00332DB8">
            <w:r>
              <w:t>05.07.2018</w:t>
            </w:r>
          </w:p>
        </w:tc>
      </w:tr>
      <w:tr w:rsidR="006F7457">
        <w:tc>
          <w:tcPr>
            <w:tcW w:w="2880" w:type="dxa"/>
          </w:tcPr>
          <w:p w:rsidR="006F7457" w:rsidRDefault="00332DB8">
            <w:r>
              <w:t>4485.</w:t>
            </w:r>
          </w:p>
        </w:tc>
        <w:tc>
          <w:tcPr>
            <w:tcW w:w="2880" w:type="dxa"/>
          </w:tcPr>
          <w:p w:rsidR="006F7457" w:rsidRPr="00332DB8" w:rsidRDefault="00332DB8">
            <w:pPr>
              <w:rPr>
                <w:lang w:val="ru-RU"/>
              </w:rPr>
            </w:pPr>
            <w:r w:rsidRPr="00332DB8">
              <w:rPr>
                <w:lang w:val="ru-RU"/>
              </w:rPr>
              <w:t xml:space="preserve">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t>Made</w:t>
            </w:r>
            <w:r w:rsidRPr="00332DB8">
              <w:rPr>
                <w:lang w:val="ru-RU"/>
              </w:rPr>
              <w:t xml:space="preserve"> </w:t>
            </w:r>
            <w:r>
              <w:t>in</w:t>
            </w:r>
            <w:r w:rsidRPr="00332DB8">
              <w:rPr>
                <w:lang w:val="ru-RU"/>
              </w:rPr>
              <w:t xml:space="preserve"> </w:t>
            </w:r>
            <w:r>
              <w:t>Britain</w:t>
            </w:r>
            <w:r w:rsidRPr="00332DB8">
              <w:rPr>
                <w:lang w:val="ru-RU"/>
              </w:rPr>
              <w:t xml:space="preserve"> </w:t>
            </w:r>
            <w:r>
              <w:t>by</w:t>
            </w:r>
            <w:r w:rsidRPr="00332DB8">
              <w:rPr>
                <w:lang w:val="ru-RU"/>
              </w:rPr>
              <w:t xml:space="preserve">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Britain</w:t>
            </w:r>
            <w:r w:rsidRPr="00332DB8">
              <w:rPr>
                <w:lang w:val="ru-RU"/>
              </w:rPr>
              <w:t xml:space="preserve"> / Сделано в Великобритании, всего 83638 брошюр (решение Выборгского городского суда </w:t>
            </w:r>
            <w:r w:rsidRPr="00332DB8">
              <w:rPr>
                <w:lang w:val="ru-RU"/>
              </w:rPr>
              <w:lastRenderedPageBreak/>
              <w:t>Ленинградской области от 17.08.2017);</w:t>
            </w:r>
          </w:p>
        </w:tc>
        <w:tc>
          <w:tcPr>
            <w:tcW w:w="2880" w:type="dxa"/>
          </w:tcPr>
          <w:p w:rsidR="006F7457" w:rsidRDefault="00332DB8">
            <w:r>
              <w:lastRenderedPageBreak/>
              <w:t>05.07.2018</w:t>
            </w:r>
          </w:p>
        </w:tc>
      </w:tr>
      <w:tr w:rsidR="006F7457">
        <w:tc>
          <w:tcPr>
            <w:tcW w:w="2880" w:type="dxa"/>
          </w:tcPr>
          <w:p w:rsidR="006F7457" w:rsidRDefault="00332DB8">
            <w:r>
              <w:lastRenderedPageBreak/>
              <w:t>4486.</w:t>
            </w:r>
          </w:p>
        </w:tc>
        <w:tc>
          <w:tcPr>
            <w:tcW w:w="2880" w:type="dxa"/>
          </w:tcPr>
          <w:p w:rsidR="006F7457" w:rsidRDefault="00332DB8">
            <w:r>
              <w:t xml:space="preserve">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w:t>
            </w:r>
            <w:r w:rsidRPr="00332DB8">
              <w:rPr>
                <w:lang w:val="ru-RU"/>
              </w:rPr>
              <w:t xml:space="preserve">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t>Has</w:t>
            </w:r>
            <w:r w:rsidRPr="00332DB8">
              <w:rPr>
                <w:lang w:val="ru-RU"/>
              </w:rPr>
              <w:t xml:space="preserve"> </w:t>
            </w:r>
            <w:r>
              <w:t>Science</w:t>
            </w:r>
            <w:r w:rsidRPr="00332DB8">
              <w:rPr>
                <w:lang w:val="ru-RU"/>
              </w:rPr>
              <w:t xml:space="preserve"> </w:t>
            </w:r>
            <w:r>
              <w:t>Replaced</w:t>
            </w:r>
            <w:r w:rsidRPr="00332DB8">
              <w:rPr>
                <w:lang w:val="ru-RU"/>
              </w:rPr>
              <w:t xml:space="preserve"> </w:t>
            </w:r>
            <w:r>
              <w:t>the</w:t>
            </w:r>
            <w:r w:rsidRPr="00332DB8">
              <w:rPr>
                <w:lang w:val="ru-RU"/>
              </w:rPr>
              <w:t xml:space="preserve"> </w:t>
            </w:r>
            <w:r>
              <w:t>Bible</w:t>
            </w:r>
            <w:r w:rsidRPr="00332DB8">
              <w:rPr>
                <w:lang w:val="ru-RU"/>
              </w:rPr>
              <w:t xml:space="preserve">? / </w:t>
            </w:r>
            <w:r>
              <w:t>Russian</w:t>
            </w:r>
            <w:r w:rsidRPr="00332DB8">
              <w:rPr>
                <w:lang w:val="ru-RU"/>
              </w:rPr>
              <w:t xml:space="preserve"> (</w:t>
            </w:r>
            <w:r>
              <w:t>bp</w:t>
            </w:r>
            <w:r w:rsidRPr="00332DB8">
              <w:rPr>
                <w:lang w:val="ru-RU"/>
              </w:rPr>
              <w:t xml:space="preserve"> 159-</w:t>
            </w:r>
            <w:r>
              <w:t>U</w:t>
            </w:r>
            <w:r w:rsidRPr="00332DB8">
              <w:rPr>
                <w:lang w:val="ru-RU"/>
              </w:rPr>
              <w:t xml:space="preserve">) / </w:t>
            </w:r>
            <w:r>
              <w:t>Made</w:t>
            </w:r>
            <w:r w:rsidRPr="00332DB8">
              <w:rPr>
                <w:lang w:val="ru-RU"/>
              </w:rPr>
              <w:t xml:space="preserve"> </w:t>
            </w:r>
            <w:r>
              <w:t>in</w:t>
            </w:r>
            <w:r w:rsidRPr="00332DB8">
              <w:rPr>
                <w:lang w:val="ru-RU"/>
              </w:rPr>
              <w:t xml:space="preserve"> </w:t>
            </w:r>
            <w:r>
              <w:t>Germany</w:t>
            </w:r>
            <w:r w:rsidRPr="00332DB8">
              <w:rPr>
                <w:lang w:val="ru-RU"/>
              </w:rPr>
              <w:t xml:space="preserve"> Сделано в Германии </w:t>
            </w:r>
            <w:r>
              <w:t>Druck</w:t>
            </w:r>
            <w:r w:rsidRPr="00332DB8">
              <w:rPr>
                <w:lang w:val="ru-RU"/>
              </w:rPr>
              <w:t xml:space="preserve"> </w:t>
            </w:r>
            <w:r>
              <w:t>und</w:t>
            </w:r>
            <w:r w:rsidRPr="00332DB8">
              <w:rPr>
                <w:lang w:val="ru-RU"/>
              </w:rPr>
              <w:t xml:space="preserve"> </w:t>
            </w:r>
            <w:r>
              <w:t>Verlag</w:t>
            </w:r>
            <w:r w:rsidRPr="00332DB8">
              <w:rPr>
                <w:lang w:val="ru-RU"/>
              </w:rPr>
              <w:t xml:space="preserve">: </w:t>
            </w:r>
            <w:r>
              <w:t>Wachtturm</w:t>
            </w:r>
            <w:r w:rsidRPr="00332DB8">
              <w:rPr>
                <w:lang w:val="ru-RU"/>
              </w:rPr>
              <w:t>-</w:t>
            </w:r>
            <w:r>
              <w:t>Gesellschaft</w:t>
            </w:r>
            <w:r w:rsidRPr="00332DB8">
              <w:rPr>
                <w:lang w:val="ru-RU"/>
              </w:rPr>
              <w:t xml:space="preserve">, </w:t>
            </w:r>
            <w:r>
              <w:t>Selters</w:t>
            </w:r>
            <w:r w:rsidRPr="00332DB8">
              <w:rPr>
                <w:lang w:val="ru-RU"/>
              </w:rPr>
              <w:t>/</w:t>
            </w:r>
            <w:r>
              <w:t>Taunus</w:t>
            </w:r>
            <w:r w:rsidRPr="00332DB8">
              <w:rPr>
                <w:lang w:val="ru-RU"/>
              </w:rPr>
              <w:t xml:space="preserve">, всего 1 113 770 шт. </w:t>
            </w:r>
            <w:r>
              <w:t>(решение Выборгского городского суда Ленинградской области от 17.08.2017);</w:t>
            </w:r>
          </w:p>
        </w:tc>
        <w:tc>
          <w:tcPr>
            <w:tcW w:w="2880" w:type="dxa"/>
          </w:tcPr>
          <w:p w:rsidR="006F7457" w:rsidRDefault="00332DB8">
            <w:r>
              <w:t>05.07.2018</w:t>
            </w:r>
          </w:p>
        </w:tc>
      </w:tr>
      <w:tr w:rsidR="006F7457">
        <w:tc>
          <w:tcPr>
            <w:tcW w:w="2880" w:type="dxa"/>
          </w:tcPr>
          <w:p w:rsidR="006F7457" w:rsidRDefault="00332DB8">
            <w:r>
              <w:t>4487.</w:t>
            </w:r>
          </w:p>
        </w:tc>
        <w:tc>
          <w:tcPr>
            <w:tcW w:w="2880" w:type="dxa"/>
          </w:tcPr>
          <w:p w:rsidR="006F7457" w:rsidRDefault="00332DB8">
            <w:r w:rsidRPr="00332DB8">
              <w:rPr>
                <w:lang w:val="ru-RU"/>
              </w:rPr>
              <w:t xml:space="preserve">Брошюры на 16 страницах печатного текста на русском языке и с рисунками с маркировками «Как улучшить здоровье. </w:t>
            </w:r>
            <w:r>
              <w:t xml:space="preserve">5 простых правил» / 2015 WATCH TOWER BIBLE AND TRACT SOCIETY OF PENNSYLVANIA Ways to Improve Your Health / 2015 Wachtturm Bible-und Traktat-Gesellschaft der Zeugen Jehovas, e.V., Selters/Taunus Золотые правила здоровья/ Издание: март 2015 года. </w:t>
            </w:r>
            <w:r w:rsidRPr="00332DB8">
              <w:rPr>
                <w:lang w:val="ru-RU"/>
              </w:rPr>
              <w:t xml:space="preserve">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t>
            </w:r>
            <w:r>
              <w:t>Ways</w:t>
            </w:r>
            <w:r w:rsidRPr="00332DB8">
              <w:rPr>
                <w:lang w:val="ru-RU"/>
              </w:rPr>
              <w:t xml:space="preserve"> </w:t>
            </w:r>
            <w:r>
              <w:t>to</w:t>
            </w:r>
            <w:r w:rsidRPr="00332DB8">
              <w:rPr>
                <w:lang w:val="ru-RU"/>
              </w:rPr>
              <w:t xml:space="preserve"> </w:t>
            </w:r>
            <w:r>
              <w:t>Improve</w:t>
            </w:r>
            <w:r w:rsidRPr="00332DB8">
              <w:rPr>
                <w:lang w:val="ru-RU"/>
              </w:rPr>
              <w:t xml:space="preserve"> </w:t>
            </w:r>
            <w:r>
              <w:t>Your</w:t>
            </w:r>
            <w:r w:rsidRPr="00332DB8">
              <w:rPr>
                <w:lang w:val="ru-RU"/>
              </w:rPr>
              <w:t xml:space="preserve"> </w:t>
            </w:r>
            <w:r>
              <w:t>Health</w:t>
            </w:r>
            <w:r w:rsidRPr="00332DB8">
              <w:rPr>
                <w:lang w:val="ru-RU"/>
              </w:rPr>
              <w:t xml:space="preserve"> </w:t>
            </w:r>
            <w:r>
              <w:t>Russian</w:t>
            </w:r>
            <w:r w:rsidRPr="00332DB8">
              <w:rPr>
                <w:lang w:val="ru-RU"/>
              </w:rPr>
              <w:t xml:space="preserve"> (</w:t>
            </w:r>
            <w:r>
              <w:t>ba</w:t>
            </w:r>
            <w:r w:rsidRPr="00332DB8">
              <w:rPr>
                <w:lang w:val="ru-RU"/>
              </w:rPr>
              <w:t xml:space="preserve"> 859-</w:t>
            </w:r>
            <w:r>
              <w:t>U</w:t>
            </w:r>
            <w:r w:rsidRPr="00332DB8">
              <w:rPr>
                <w:lang w:val="ru-RU"/>
              </w:rPr>
              <w:t xml:space="preserve">)/ </w:t>
            </w:r>
            <w:r>
              <w:t>Made</w:t>
            </w:r>
            <w:r w:rsidRPr="00332DB8">
              <w:rPr>
                <w:lang w:val="ru-RU"/>
              </w:rPr>
              <w:t xml:space="preserve"> </w:t>
            </w:r>
            <w:r>
              <w:t>in</w:t>
            </w:r>
            <w:r w:rsidRPr="00332DB8">
              <w:rPr>
                <w:lang w:val="ru-RU"/>
              </w:rPr>
              <w:t xml:space="preserve"> </w:t>
            </w:r>
            <w:r>
              <w:t>Germany</w:t>
            </w:r>
            <w:r w:rsidRPr="00332DB8">
              <w:rPr>
                <w:lang w:val="ru-RU"/>
              </w:rPr>
              <w:t xml:space="preserve"> Сделано в Германии </w:t>
            </w:r>
            <w:r>
              <w:t>Druck</w:t>
            </w:r>
            <w:r w:rsidRPr="00332DB8">
              <w:rPr>
                <w:lang w:val="ru-RU"/>
              </w:rPr>
              <w:t xml:space="preserve"> </w:t>
            </w:r>
            <w:r>
              <w:t>und</w:t>
            </w:r>
            <w:r w:rsidRPr="00332DB8">
              <w:rPr>
                <w:lang w:val="ru-RU"/>
              </w:rPr>
              <w:t xml:space="preserve"> </w:t>
            </w:r>
            <w:r>
              <w:t>Verlag</w:t>
            </w:r>
            <w:r w:rsidRPr="00332DB8">
              <w:rPr>
                <w:lang w:val="ru-RU"/>
              </w:rPr>
              <w:t xml:space="preserve">: </w:t>
            </w:r>
            <w:r>
              <w:t>Wachtturm</w:t>
            </w:r>
            <w:r w:rsidRPr="00332DB8">
              <w:rPr>
                <w:lang w:val="ru-RU"/>
              </w:rPr>
              <w:t>-</w:t>
            </w:r>
            <w:r>
              <w:t>Gesellschaft</w:t>
            </w:r>
            <w:r w:rsidRPr="00332DB8">
              <w:rPr>
                <w:lang w:val="ru-RU"/>
              </w:rPr>
              <w:t xml:space="preserve">, </w:t>
            </w:r>
            <w:r>
              <w:t>Selters</w:t>
            </w:r>
            <w:r w:rsidRPr="00332DB8">
              <w:rPr>
                <w:lang w:val="ru-RU"/>
              </w:rPr>
              <w:t>/</w:t>
            </w:r>
            <w:r>
              <w:t>Taunus</w:t>
            </w:r>
            <w:r w:rsidRPr="00332DB8">
              <w:rPr>
                <w:lang w:val="ru-RU"/>
              </w:rPr>
              <w:t xml:space="preserve">, всего 1 113 770 шт. </w:t>
            </w:r>
            <w:r>
              <w:t>(решение Выборгского городского суда Ленинградской области от 17.08.2017);</w:t>
            </w:r>
          </w:p>
        </w:tc>
        <w:tc>
          <w:tcPr>
            <w:tcW w:w="2880" w:type="dxa"/>
          </w:tcPr>
          <w:p w:rsidR="006F7457" w:rsidRDefault="00332DB8">
            <w:r>
              <w:t>05.07.2018</w:t>
            </w:r>
          </w:p>
        </w:tc>
      </w:tr>
      <w:tr w:rsidR="006F7457">
        <w:tc>
          <w:tcPr>
            <w:tcW w:w="2880" w:type="dxa"/>
          </w:tcPr>
          <w:p w:rsidR="006F7457" w:rsidRDefault="00332DB8">
            <w:r>
              <w:t>4488.</w:t>
            </w:r>
          </w:p>
        </w:tc>
        <w:tc>
          <w:tcPr>
            <w:tcW w:w="2880" w:type="dxa"/>
          </w:tcPr>
          <w:p w:rsidR="006F7457" w:rsidRDefault="00332DB8">
            <w:r w:rsidRPr="00332DB8">
              <w:rPr>
                <w:lang w:val="ru-RU"/>
              </w:rPr>
              <w:t xml:space="preserve">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w:t>
            </w:r>
            <w:r>
              <w:t>New</w:t>
            </w:r>
            <w:r w:rsidRPr="00332DB8">
              <w:rPr>
                <w:lang w:val="ru-RU"/>
              </w:rPr>
              <w:t xml:space="preserve"> </w:t>
            </w:r>
            <w:r>
              <w:t>World</w:t>
            </w:r>
            <w:r w:rsidRPr="00332DB8">
              <w:rPr>
                <w:lang w:val="ru-RU"/>
              </w:rPr>
              <w:t xml:space="preserve"> </w:t>
            </w:r>
            <w:r>
              <w:t>Translation</w:t>
            </w:r>
            <w:r w:rsidRPr="00332DB8">
              <w:rPr>
                <w:lang w:val="ru-RU"/>
              </w:rPr>
              <w:t xml:space="preserve"> </w:t>
            </w:r>
            <w:r>
              <w:t>of</w:t>
            </w:r>
            <w:r w:rsidRPr="00332DB8">
              <w:rPr>
                <w:lang w:val="ru-RU"/>
              </w:rPr>
              <w:t xml:space="preserve"> </w:t>
            </w:r>
            <w:r>
              <w:t>the</w:t>
            </w:r>
            <w:r w:rsidRPr="00332DB8">
              <w:rPr>
                <w:lang w:val="ru-RU"/>
              </w:rPr>
              <w:t xml:space="preserve"> </w:t>
            </w:r>
            <w:r>
              <w:t>Holy</w:t>
            </w:r>
            <w:r w:rsidRPr="00332DB8">
              <w:rPr>
                <w:lang w:val="ru-RU"/>
              </w:rPr>
              <w:t xml:space="preserve"> </w:t>
            </w:r>
            <w:r>
              <w:t>Scriptures</w:t>
            </w:r>
            <w:r w:rsidRPr="00332DB8">
              <w:rPr>
                <w:lang w:val="ru-RU"/>
              </w:rPr>
              <w:t xml:space="preserve"> | </w:t>
            </w:r>
            <w:r>
              <w:t>Russian</w:t>
            </w:r>
            <w:r w:rsidRPr="00332DB8">
              <w:rPr>
                <w:lang w:val="ru-RU"/>
              </w:rPr>
              <w:t xml:space="preserve"> (</w:t>
            </w:r>
            <w:r>
              <w:t>bi</w:t>
            </w:r>
            <w:r w:rsidRPr="00332DB8">
              <w:rPr>
                <w:lang w:val="ru-RU"/>
              </w:rPr>
              <w:t>12-</w:t>
            </w:r>
            <w:r>
              <w:t>U</w:t>
            </w:r>
            <w:r w:rsidRPr="00332DB8">
              <w:rPr>
                <w:lang w:val="ru-RU"/>
              </w:rPr>
              <w:t xml:space="preserve"> </w:t>
            </w:r>
            <w:r>
              <w:t>Ru</w:t>
            </w:r>
            <w:r w:rsidRPr="00332DB8">
              <w:rPr>
                <w:lang w:val="ru-RU"/>
              </w:rPr>
              <w:t xml:space="preserve">) </w:t>
            </w:r>
            <w:r>
              <w:t>Made</w:t>
            </w:r>
            <w:r w:rsidRPr="00332DB8">
              <w:rPr>
                <w:lang w:val="ru-RU"/>
              </w:rPr>
              <w:t xml:space="preserve"> </w:t>
            </w:r>
            <w:r>
              <w:t>in</w:t>
            </w:r>
            <w:r w:rsidRPr="00332DB8">
              <w:rPr>
                <w:lang w:val="ru-RU"/>
              </w:rPr>
              <w:t xml:space="preserve"> </w:t>
            </w:r>
            <w:r>
              <w:t>the</w:t>
            </w:r>
            <w:r w:rsidRPr="00332DB8">
              <w:rPr>
                <w:lang w:val="ru-RU"/>
              </w:rPr>
              <w:t xml:space="preserve"> </w:t>
            </w:r>
            <w:r>
              <w:t>United</w:t>
            </w:r>
            <w:r w:rsidRPr="00332DB8">
              <w:rPr>
                <w:lang w:val="ru-RU"/>
              </w:rPr>
              <w:t xml:space="preserve"> </w:t>
            </w:r>
            <w:r>
              <w:t>States</w:t>
            </w:r>
            <w:r w:rsidRPr="00332DB8">
              <w:rPr>
                <w:lang w:val="ru-RU"/>
              </w:rPr>
              <w:t xml:space="preserve"> </w:t>
            </w:r>
            <w:r>
              <w:t>of</w:t>
            </w:r>
            <w:r w:rsidRPr="00332DB8">
              <w:rPr>
                <w:lang w:val="ru-RU"/>
              </w:rPr>
              <w:t xml:space="preserve"> </w:t>
            </w:r>
            <w:r>
              <w:t>America</w:t>
            </w:r>
            <w:r w:rsidRPr="00332DB8">
              <w:rPr>
                <w:lang w:val="ru-RU"/>
              </w:rPr>
              <w:t xml:space="preserve"> / Сделано в Соединенных Штатах Америки / в каждой книге 1787 страниц – 2013 шт. </w:t>
            </w:r>
            <w:r>
              <w:t xml:space="preserve">(решение Выборгского городского </w:t>
            </w:r>
            <w:r>
              <w:lastRenderedPageBreak/>
              <w:t>суда Ленинградской области от 17.08.2017);</w:t>
            </w:r>
          </w:p>
        </w:tc>
        <w:tc>
          <w:tcPr>
            <w:tcW w:w="2880" w:type="dxa"/>
          </w:tcPr>
          <w:p w:rsidR="006F7457" w:rsidRDefault="00332DB8">
            <w:r>
              <w:lastRenderedPageBreak/>
              <w:t>05.07.2018</w:t>
            </w:r>
          </w:p>
        </w:tc>
      </w:tr>
      <w:tr w:rsidR="006F7457">
        <w:tc>
          <w:tcPr>
            <w:tcW w:w="2880" w:type="dxa"/>
          </w:tcPr>
          <w:p w:rsidR="006F7457" w:rsidRDefault="00332DB8">
            <w:r>
              <w:lastRenderedPageBreak/>
              <w:t>4489.</w:t>
            </w:r>
          </w:p>
        </w:tc>
        <w:tc>
          <w:tcPr>
            <w:tcW w:w="2880" w:type="dxa"/>
          </w:tcPr>
          <w:p w:rsidR="006F7457" w:rsidRPr="00332DB8" w:rsidRDefault="00332DB8">
            <w:pPr>
              <w:rPr>
                <w:lang w:val="ru-RU"/>
              </w:rPr>
            </w:pPr>
            <w:r w:rsidRPr="00332DB8">
              <w:rPr>
                <w:lang w:val="ru-RU"/>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2880" w:type="dxa"/>
          </w:tcPr>
          <w:p w:rsidR="006F7457" w:rsidRDefault="00332DB8">
            <w:r>
              <w:t>05.07.2018</w:t>
            </w:r>
          </w:p>
        </w:tc>
      </w:tr>
      <w:tr w:rsidR="006F7457">
        <w:tc>
          <w:tcPr>
            <w:tcW w:w="2880" w:type="dxa"/>
          </w:tcPr>
          <w:p w:rsidR="006F7457" w:rsidRDefault="00332DB8">
            <w:r>
              <w:t>4490.</w:t>
            </w:r>
          </w:p>
        </w:tc>
        <w:tc>
          <w:tcPr>
            <w:tcW w:w="2880" w:type="dxa"/>
          </w:tcPr>
          <w:p w:rsidR="006F7457" w:rsidRPr="00332DB8" w:rsidRDefault="00332DB8">
            <w:pPr>
              <w:rPr>
                <w:lang w:val="ru-RU"/>
              </w:rPr>
            </w:pPr>
            <w:r w:rsidRPr="00332DB8">
              <w:rPr>
                <w:lang w:val="ru-RU"/>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2880" w:type="dxa"/>
          </w:tcPr>
          <w:p w:rsidR="006F7457" w:rsidRDefault="00332DB8">
            <w:r>
              <w:t>07.08.2018</w:t>
            </w:r>
          </w:p>
        </w:tc>
      </w:tr>
      <w:tr w:rsidR="006F7457">
        <w:tc>
          <w:tcPr>
            <w:tcW w:w="2880" w:type="dxa"/>
          </w:tcPr>
          <w:p w:rsidR="006F7457" w:rsidRDefault="00332DB8">
            <w:r>
              <w:t>4491.</w:t>
            </w:r>
          </w:p>
        </w:tc>
        <w:tc>
          <w:tcPr>
            <w:tcW w:w="2880" w:type="dxa"/>
          </w:tcPr>
          <w:p w:rsidR="006F7457" w:rsidRPr="00332DB8" w:rsidRDefault="00332DB8">
            <w:pPr>
              <w:rPr>
                <w:lang w:val="ru-RU"/>
              </w:rPr>
            </w:pPr>
            <w:r w:rsidRPr="00332DB8">
              <w:rPr>
                <w:lang w:val="ru-RU"/>
              </w:rPr>
              <w:t>Музыкальное произведение «Белый рассвет» исполнителя «</w:t>
            </w:r>
            <w:r>
              <w:t>P</w:t>
            </w:r>
            <w:r w:rsidRPr="00332DB8">
              <w:rPr>
                <w:lang w:val="ru-RU"/>
              </w:rPr>
              <w:t>.</w:t>
            </w:r>
            <w:r>
              <w:t>S</w:t>
            </w:r>
            <w:r w:rsidRPr="00332DB8">
              <w:rPr>
                <w:lang w:val="ru-RU"/>
              </w:rPr>
              <w:t>.7.62»,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2880" w:type="dxa"/>
          </w:tcPr>
          <w:p w:rsidR="006F7457" w:rsidRDefault="00332DB8">
            <w:r>
              <w:t>07.08.2018</w:t>
            </w:r>
          </w:p>
        </w:tc>
      </w:tr>
      <w:tr w:rsidR="006F7457">
        <w:tc>
          <w:tcPr>
            <w:tcW w:w="2880" w:type="dxa"/>
          </w:tcPr>
          <w:p w:rsidR="006F7457" w:rsidRDefault="00332DB8">
            <w:r>
              <w:t>4492.</w:t>
            </w:r>
          </w:p>
        </w:tc>
        <w:tc>
          <w:tcPr>
            <w:tcW w:w="2880" w:type="dxa"/>
          </w:tcPr>
          <w:p w:rsidR="006F7457" w:rsidRPr="00332DB8" w:rsidRDefault="00332DB8">
            <w:pPr>
              <w:rPr>
                <w:lang w:val="ru-RU"/>
              </w:rPr>
            </w:pPr>
            <w:r w:rsidRPr="00332DB8">
              <w:rPr>
                <w:lang w:val="ru-RU"/>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2880" w:type="dxa"/>
          </w:tcPr>
          <w:p w:rsidR="006F7457" w:rsidRDefault="00332DB8">
            <w:r>
              <w:t>07.08.2018</w:t>
            </w:r>
          </w:p>
        </w:tc>
      </w:tr>
      <w:tr w:rsidR="006F7457">
        <w:tc>
          <w:tcPr>
            <w:tcW w:w="2880" w:type="dxa"/>
          </w:tcPr>
          <w:p w:rsidR="006F7457" w:rsidRDefault="00332DB8">
            <w:r>
              <w:t>449</w:t>
            </w:r>
            <w:r>
              <w:lastRenderedPageBreak/>
              <w:t>3.</w:t>
            </w:r>
          </w:p>
        </w:tc>
        <w:tc>
          <w:tcPr>
            <w:tcW w:w="2880" w:type="dxa"/>
          </w:tcPr>
          <w:p w:rsidR="006F7457" w:rsidRPr="00332DB8" w:rsidRDefault="00332DB8">
            <w:pPr>
              <w:rPr>
                <w:lang w:val="ru-RU"/>
              </w:rPr>
            </w:pPr>
            <w:r w:rsidRPr="00332DB8">
              <w:rPr>
                <w:lang w:val="ru-RU"/>
              </w:rPr>
              <w:lastRenderedPageBreak/>
              <w:t xml:space="preserve">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w:t>
            </w:r>
            <w:r w:rsidRPr="00332DB8">
              <w:rPr>
                <w:lang w:val="ru-RU"/>
              </w:rPr>
              <w:lastRenderedPageBreak/>
              <w:t>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2880" w:type="dxa"/>
          </w:tcPr>
          <w:p w:rsidR="006F7457" w:rsidRDefault="00332DB8">
            <w:r>
              <w:lastRenderedPageBreak/>
              <w:t>07.08.201</w:t>
            </w:r>
            <w:r>
              <w:lastRenderedPageBreak/>
              <w:t>8</w:t>
            </w:r>
          </w:p>
        </w:tc>
      </w:tr>
      <w:tr w:rsidR="006F7457">
        <w:tc>
          <w:tcPr>
            <w:tcW w:w="2880" w:type="dxa"/>
          </w:tcPr>
          <w:p w:rsidR="006F7457" w:rsidRDefault="00332DB8">
            <w:r>
              <w:lastRenderedPageBreak/>
              <w:t>4494.</w:t>
            </w:r>
          </w:p>
        </w:tc>
        <w:tc>
          <w:tcPr>
            <w:tcW w:w="2880" w:type="dxa"/>
          </w:tcPr>
          <w:p w:rsidR="006F7457" w:rsidRDefault="00332DB8">
            <w:r w:rsidRPr="00332DB8">
              <w:rPr>
                <w:lang w:val="ru-RU"/>
              </w:rPr>
              <w:t>Информационный материал: аудиозапись группы «</w:t>
            </w:r>
            <w:r>
              <w:t>W</w:t>
            </w:r>
            <w:r w:rsidRPr="00332DB8">
              <w:rPr>
                <w:lang w:val="ru-RU"/>
              </w:rPr>
              <w:t>.</w:t>
            </w:r>
            <w:r>
              <w:t>C</w:t>
            </w:r>
            <w:r w:rsidRPr="00332DB8">
              <w:rPr>
                <w:lang w:val="ru-RU"/>
              </w:rPr>
              <w:t>.</w:t>
            </w:r>
            <w:r>
              <w:t>D</w:t>
            </w:r>
            <w:r w:rsidRPr="00332DB8">
              <w:rPr>
                <w:lang w:val="ru-RU"/>
              </w:rPr>
              <w:t xml:space="preserve">. </w:t>
            </w:r>
            <w:r>
              <w:t>PROJECT</w:t>
            </w:r>
            <w:r w:rsidRPr="00332DB8">
              <w:rPr>
                <w:lang w:val="ru-RU"/>
              </w:rPr>
              <w:t xml:space="preserve">»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w:t>
            </w:r>
            <w:r>
              <w:t>(решение Железнодорожного районного суда г. Пензы от 31.05.2018);</w:t>
            </w:r>
          </w:p>
        </w:tc>
        <w:tc>
          <w:tcPr>
            <w:tcW w:w="2880" w:type="dxa"/>
          </w:tcPr>
          <w:p w:rsidR="006F7457" w:rsidRDefault="00332DB8">
            <w:r>
              <w:t>07.08.2018</w:t>
            </w:r>
          </w:p>
        </w:tc>
      </w:tr>
      <w:tr w:rsidR="006F7457">
        <w:tc>
          <w:tcPr>
            <w:tcW w:w="2880" w:type="dxa"/>
          </w:tcPr>
          <w:p w:rsidR="006F7457" w:rsidRDefault="00332DB8">
            <w:r>
              <w:t>4495.</w:t>
            </w:r>
          </w:p>
        </w:tc>
        <w:tc>
          <w:tcPr>
            <w:tcW w:w="2880" w:type="dxa"/>
          </w:tcPr>
          <w:p w:rsidR="006F7457" w:rsidRDefault="00332DB8">
            <w:r w:rsidRPr="00332DB8">
              <w:rPr>
                <w:lang w:val="ru-RU"/>
              </w:rPr>
              <w:t xml:space="preserve">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w:t>
            </w:r>
            <w:r>
              <w:t>(решение Железнодорожного районного суда г. Пензы от 31.05.2018);</w:t>
            </w:r>
          </w:p>
        </w:tc>
        <w:tc>
          <w:tcPr>
            <w:tcW w:w="2880" w:type="dxa"/>
          </w:tcPr>
          <w:p w:rsidR="006F7457" w:rsidRDefault="00332DB8">
            <w:r>
              <w:t>07.08.2018</w:t>
            </w:r>
          </w:p>
        </w:tc>
      </w:tr>
      <w:tr w:rsidR="006F7457">
        <w:tc>
          <w:tcPr>
            <w:tcW w:w="2880" w:type="dxa"/>
          </w:tcPr>
          <w:p w:rsidR="006F7457" w:rsidRDefault="00332DB8">
            <w:r>
              <w:t>4496.</w:t>
            </w:r>
          </w:p>
        </w:tc>
        <w:tc>
          <w:tcPr>
            <w:tcW w:w="2880" w:type="dxa"/>
          </w:tcPr>
          <w:p w:rsidR="006F7457" w:rsidRPr="00332DB8" w:rsidRDefault="00332DB8">
            <w:pPr>
              <w:rPr>
                <w:lang w:val="ru-RU"/>
              </w:rPr>
            </w:pPr>
            <w:r w:rsidRPr="00332DB8">
              <w:rPr>
                <w:lang w:val="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2880" w:type="dxa"/>
          </w:tcPr>
          <w:p w:rsidR="006F7457" w:rsidRDefault="00332DB8">
            <w:r>
              <w:t>07.08.2018</w:t>
            </w:r>
          </w:p>
        </w:tc>
      </w:tr>
      <w:tr w:rsidR="006F7457">
        <w:tc>
          <w:tcPr>
            <w:tcW w:w="2880" w:type="dxa"/>
          </w:tcPr>
          <w:p w:rsidR="006F7457" w:rsidRDefault="00332DB8">
            <w:r>
              <w:t>4497.</w:t>
            </w:r>
          </w:p>
        </w:tc>
        <w:tc>
          <w:tcPr>
            <w:tcW w:w="2880" w:type="dxa"/>
          </w:tcPr>
          <w:p w:rsidR="006F7457" w:rsidRPr="00332DB8" w:rsidRDefault="00332DB8">
            <w:pPr>
              <w:rPr>
                <w:lang w:val="ru-RU"/>
              </w:rPr>
            </w:pPr>
            <w:r w:rsidRPr="00332DB8">
              <w:rPr>
                <w:lang w:val="ru-RU"/>
              </w:rP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2880" w:type="dxa"/>
          </w:tcPr>
          <w:p w:rsidR="006F7457" w:rsidRDefault="00332DB8">
            <w:r>
              <w:t>07.08.2018</w:t>
            </w:r>
          </w:p>
        </w:tc>
      </w:tr>
      <w:tr w:rsidR="006F7457">
        <w:tc>
          <w:tcPr>
            <w:tcW w:w="2880" w:type="dxa"/>
          </w:tcPr>
          <w:p w:rsidR="006F7457" w:rsidRDefault="00332DB8">
            <w:r>
              <w:t>4498.</w:t>
            </w:r>
          </w:p>
        </w:tc>
        <w:tc>
          <w:tcPr>
            <w:tcW w:w="2880" w:type="dxa"/>
          </w:tcPr>
          <w:p w:rsidR="006F7457" w:rsidRPr="00332DB8" w:rsidRDefault="00332DB8">
            <w:pPr>
              <w:rPr>
                <w:lang w:val="ru-RU"/>
              </w:rPr>
            </w:pPr>
            <w:r w:rsidRPr="00332DB8">
              <w:rPr>
                <w:lang w:val="ru-RU"/>
              </w:rPr>
              <w:t xml:space="preserve">Печатное издание: книга Бадиуззамана Саида Нурси «Наставление душе» из собрания сочинений «Рисале-и Нур», издательства </w:t>
            </w:r>
            <w:r>
              <w:t>Sozler</w:t>
            </w:r>
            <w:r w:rsidRPr="00332DB8">
              <w:rPr>
                <w:lang w:val="ru-RU"/>
              </w:rPr>
              <w:t xml:space="preserve"> </w:t>
            </w:r>
            <w:r>
              <w:t>Nesriat</w:t>
            </w:r>
            <w:r w:rsidRPr="00332DB8">
              <w:rPr>
                <w:lang w:val="ru-RU"/>
              </w:rPr>
              <w:t xml:space="preserve"> </w:t>
            </w:r>
            <w:r>
              <w:t>Tic</w:t>
            </w:r>
            <w:r w:rsidRPr="00332DB8">
              <w:rPr>
                <w:lang w:val="ru-RU"/>
              </w:rPr>
              <w:t xml:space="preserve">. </w:t>
            </w:r>
            <w:r>
              <w:t>ve</w:t>
            </w:r>
            <w:r w:rsidRPr="00332DB8">
              <w:rPr>
                <w:lang w:val="ru-RU"/>
              </w:rPr>
              <w:t xml:space="preserve"> </w:t>
            </w:r>
            <w:r>
              <w:t>San</w:t>
            </w:r>
            <w:r w:rsidRPr="00332DB8">
              <w:rPr>
                <w:lang w:val="ru-RU"/>
              </w:rPr>
              <w:t xml:space="preserve">. </w:t>
            </w:r>
            <w:r>
              <w:t>A</w:t>
            </w:r>
            <w:r w:rsidRPr="00332DB8">
              <w:rPr>
                <w:lang w:val="ru-RU"/>
              </w:rPr>
              <w:t>.</w:t>
            </w:r>
            <w:r>
              <w:t>S</w:t>
            </w:r>
            <w:r w:rsidRPr="00332DB8">
              <w:rPr>
                <w:lang w:val="ru-RU"/>
              </w:rPr>
              <w:t xml:space="preserve">.,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w:t>
            </w:r>
            <w:r w:rsidRPr="00332DB8">
              <w:rPr>
                <w:lang w:val="ru-RU"/>
              </w:rPr>
              <w:lastRenderedPageBreak/>
              <w:t>(строки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rsidR="006F7457" w:rsidRDefault="00332DB8">
            <w:r>
              <w:lastRenderedPageBreak/>
              <w:t>07.08.2018</w:t>
            </w:r>
          </w:p>
        </w:tc>
      </w:tr>
      <w:tr w:rsidR="006F7457">
        <w:tc>
          <w:tcPr>
            <w:tcW w:w="2880" w:type="dxa"/>
          </w:tcPr>
          <w:p w:rsidR="006F7457" w:rsidRDefault="00332DB8">
            <w:r>
              <w:lastRenderedPageBreak/>
              <w:t>4499.</w:t>
            </w:r>
          </w:p>
        </w:tc>
        <w:tc>
          <w:tcPr>
            <w:tcW w:w="2880" w:type="dxa"/>
          </w:tcPr>
          <w:p w:rsidR="006F7457" w:rsidRPr="00332DB8" w:rsidRDefault="00332DB8">
            <w:pPr>
              <w:rPr>
                <w:lang w:val="ru-RU"/>
              </w:rPr>
            </w:pPr>
            <w:r>
              <w:t>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w:t>
            </w:r>
            <w:r w:rsidRPr="00332DB8">
              <w:rPr>
                <w:lang w:val="ru-RU"/>
              </w:rPr>
              <w:t xml:space="preserve">. </w:t>
            </w:r>
            <w:r>
              <w:t>A</w:t>
            </w:r>
            <w:r w:rsidRPr="00332DB8">
              <w:rPr>
                <w:lang w:val="ru-RU"/>
              </w:rPr>
              <w:t>.</w:t>
            </w:r>
            <w:r>
              <w:t>S</w:t>
            </w:r>
            <w:r w:rsidRPr="00332DB8">
              <w:rPr>
                <w:lang w:val="ru-RU"/>
              </w:rPr>
              <w:t xml:space="preserve">.,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w:t>
            </w:r>
            <w:r w:rsidRPr="00332DB8">
              <w:rPr>
                <w:lang w:val="ru-RU"/>
              </w:rPr>
              <w:lastRenderedPageBreak/>
              <w:t>(строка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rsidR="006F7457" w:rsidRDefault="00332DB8">
            <w:r>
              <w:lastRenderedPageBreak/>
              <w:t>07.08.2018</w:t>
            </w:r>
          </w:p>
        </w:tc>
      </w:tr>
      <w:tr w:rsidR="006F7457">
        <w:tc>
          <w:tcPr>
            <w:tcW w:w="2880" w:type="dxa"/>
          </w:tcPr>
          <w:p w:rsidR="006F7457" w:rsidRDefault="00332DB8">
            <w:r>
              <w:lastRenderedPageBreak/>
              <w:t>4500.</w:t>
            </w:r>
          </w:p>
        </w:tc>
        <w:tc>
          <w:tcPr>
            <w:tcW w:w="2880" w:type="dxa"/>
          </w:tcPr>
          <w:p w:rsidR="006F7457" w:rsidRPr="00332DB8" w:rsidRDefault="00332DB8">
            <w:pPr>
              <w:rPr>
                <w:lang w:val="ru-RU"/>
              </w:rPr>
            </w:pPr>
            <w:r w:rsidRPr="00332DB8">
              <w:rPr>
                <w:lang w:val="ru-RU"/>
              </w:rPr>
              <w:t>Печатное издание: книга Бадиуззамана Саида Нурси «Месневи Нурие» из собрания сочинений «Рисале-и Нур» (перевод осуществлен с оригинала «</w:t>
            </w:r>
            <w:r>
              <w:t>Mesnevi</w:t>
            </w:r>
            <w:r w:rsidRPr="00332DB8">
              <w:rPr>
                <w:lang w:val="ru-RU"/>
              </w:rPr>
              <w:t>-</w:t>
            </w:r>
            <w:r>
              <w:t>iNuriye</w:t>
            </w:r>
            <w:r w:rsidRPr="00332DB8">
              <w:rPr>
                <w:lang w:val="ru-RU"/>
              </w:rPr>
              <w:t xml:space="preserve"> </w:t>
            </w:r>
            <w:r>
              <w:t>Bediuzzaman</w:t>
            </w:r>
            <w:r w:rsidRPr="00332DB8">
              <w:rPr>
                <w:lang w:val="ru-RU"/>
              </w:rPr>
              <w:t xml:space="preserve"> </w:t>
            </w:r>
            <w:r>
              <w:t>Said</w:t>
            </w:r>
            <w:r w:rsidRPr="00332DB8">
              <w:rPr>
                <w:lang w:val="ru-RU"/>
              </w:rPr>
              <w:t xml:space="preserve"> </w:t>
            </w:r>
            <w:r>
              <w:t>Nursi</w:t>
            </w:r>
            <w:r w:rsidRPr="00332DB8">
              <w:rPr>
                <w:lang w:val="ru-RU"/>
              </w:rPr>
              <w:t xml:space="preserve">», издательства </w:t>
            </w:r>
            <w:r>
              <w:t>Sozler</w:t>
            </w:r>
            <w:r w:rsidRPr="00332DB8">
              <w:rPr>
                <w:lang w:val="ru-RU"/>
              </w:rPr>
              <w:t xml:space="preserve"> </w:t>
            </w:r>
            <w:r>
              <w:t>Nesriat</w:t>
            </w:r>
            <w:r w:rsidRPr="00332DB8">
              <w:rPr>
                <w:lang w:val="ru-RU"/>
              </w:rPr>
              <w:t xml:space="preserve"> </w:t>
            </w:r>
            <w:r>
              <w:t>San</w:t>
            </w:r>
            <w:r w:rsidRPr="00332DB8">
              <w:rPr>
                <w:lang w:val="ru-RU"/>
              </w:rPr>
              <w:t xml:space="preserve">. </w:t>
            </w:r>
            <w:r>
              <w:t>Ve</w:t>
            </w:r>
            <w:r w:rsidRPr="00332DB8">
              <w:rPr>
                <w:lang w:val="ru-RU"/>
              </w:rPr>
              <w:t xml:space="preserve">. </w:t>
            </w:r>
            <w:r>
              <w:t>Tic</w:t>
            </w:r>
            <w:r w:rsidRPr="00332DB8">
              <w:rPr>
                <w:lang w:val="ru-RU"/>
              </w:rPr>
              <w:t xml:space="preserve">. </w:t>
            </w:r>
            <w:r>
              <w:t>A</w:t>
            </w:r>
            <w:r w:rsidRPr="00332DB8">
              <w:rPr>
                <w:lang w:val="ru-RU"/>
              </w:rPr>
              <w:t>.</w:t>
            </w:r>
            <w:r>
              <w:t>S</w:t>
            </w:r>
            <w:r w:rsidRPr="00332DB8">
              <w:rPr>
                <w:lang w:val="ru-RU"/>
              </w:rPr>
              <w:t>.,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rsidR="006F7457" w:rsidRDefault="00332DB8">
            <w:r>
              <w:t>07.08.2018</w:t>
            </w:r>
          </w:p>
        </w:tc>
      </w:tr>
      <w:tr w:rsidR="006F7457">
        <w:tc>
          <w:tcPr>
            <w:tcW w:w="2880" w:type="dxa"/>
          </w:tcPr>
          <w:p w:rsidR="006F7457" w:rsidRDefault="00332DB8">
            <w:r>
              <w:t>4501.</w:t>
            </w:r>
          </w:p>
        </w:tc>
        <w:tc>
          <w:tcPr>
            <w:tcW w:w="2880" w:type="dxa"/>
          </w:tcPr>
          <w:p w:rsidR="006F7457" w:rsidRPr="00332DB8" w:rsidRDefault="00332DB8">
            <w:pPr>
              <w:rPr>
                <w:lang w:val="ru-RU"/>
              </w:rPr>
            </w:pPr>
            <w:r w:rsidRPr="00332DB8">
              <w:rPr>
                <w:lang w:val="ru-RU"/>
              </w:rPr>
              <w:t xml:space="preserve">Печатное издание: книга Бадиуззамана Саида Нурси «Путь позитивного служения (12- 13-14 Лучи)» из собрания сочинений «Рисале-и Нур», издательство </w:t>
            </w:r>
            <w:r>
              <w:t>Sozler</w:t>
            </w:r>
            <w:r w:rsidRPr="00332DB8">
              <w:rPr>
                <w:lang w:val="ru-RU"/>
              </w:rPr>
              <w:t xml:space="preserve"> </w:t>
            </w:r>
            <w:r>
              <w:t>Nesriat</w:t>
            </w:r>
            <w:r w:rsidRPr="00332DB8">
              <w:rPr>
                <w:lang w:val="ru-RU"/>
              </w:rPr>
              <w:t xml:space="preserve"> </w:t>
            </w:r>
            <w:r>
              <w:t>San</w:t>
            </w:r>
            <w:r w:rsidRPr="00332DB8">
              <w:rPr>
                <w:lang w:val="ru-RU"/>
              </w:rPr>
              <w:t xml:space="preserve">. </w:t>
            </w:r>
            <w:r>
              <w:t>Ve</w:t>
            </w:r>
            <w:r w:rsidRPr="00332DB8">
              <w:rPr>
                <w:lang w:val="ru-RU"/>
              </w:rPr>
              <w:t xml:space="preserve">. </w:t>
            </w:r>
            <w:r>
              <w:t>Tic</w:t>
            </w:r>
            <w:r w:rsidRPr="00332DB8">
              <w:rPr>
                <w:lang w:val="ru-RU"/>
              </w:rPr>
              <w:t xml:space="preserve">. </w:t>
            </w:r>
            <w:r>
              <w:t>A</w:t>
            </w:r>
            <w:r w:rsidRPr="00332DB8">
              <w:rPr>
                <w:lang w:val="ru-RU"/>
              </w:rPr>
              <w:t>.</w:t>
            </w:r>
            <w:r>
              <w:t>S</w:t>
            </w:r>
            <w:r w:rsidRPr="00332DB8">
              <w:rPr>
                <w:lang w:val="ru-RU"/>
              </w:rPr>
              <w:t xml:space="preserve">.,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w:t>
            </w:r>
            <w:r w:rsidRPr="00332DB8">
              <w:rPr>
                <w:lang w:val="ru-RU"/>
              </w:rPr>
              <w:lastRenderedPageBreak/>
              <w:t>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rsidR="006F7457" w:rsidRDefault="00332DB8">
            <w:r>
              <w:lastRenderedPageBreak/>
              <w:t>07.08.2018</w:t>
            </w:r>
          </w:p>
        </w:tc>
      </w:tr>
      <w:tr w:rsidR="006F7457">
        <w:tc>
          <w:tcPr>
            <w:tcW w:w="2880" w:type="dxa"/>
          </w:tcPr>
          <w:p w:rsidR="006F7457" w:rsidRDefault="00332DB8">
            <w:r>
              <w:lastRenderedPageBreak/>
              <w:t>4502.</w:t>
            </w:r>
          </w:p>
        </w:tc>
        <w:tc>
          <w:tcPr>
            <w:tcW w:w="2880" w:type="dxa"/>
          </w:tcPr>
          <w:p w:rsidR="006F7457" w:rsidRPr="00332DB8" w:rsidRDefault="00332DB8">
            <w:pPr>
              <w:rPr>
                <w:lang w:val="ru-RU"/>
              </w:rPr>
            </w:pPr>
            <w:r w:rsidRPr="00332DB8">
              <w:rPr>
                <w:lang w:val="ru-RU"/>
              </w:rPr>
              <w:t>Журнал «Пробудитесь!» от 08.09.2004, издательство «</w:t>
            </w:r>
            <w:r>
              <w:t>Watch</w:t>
            </w:r>
            <w:r w:rsidRPr="00332DB8">
              <w:rPr>
                <w:lang w:val="ru-RU"/>
              </w:rPr>
              <w:t xml:space="preserve"> </w:t>
            </w:r>
            <w:r>
              <w:t>tower</w:t>
            </w:r>
            <w:r w:rsidRPr="00332DB8">
              <w:rPr>
                <w:lang w:val="ru-RU"/>
              </w:rPr>
              <w:t xml:space="preserve"> </w:t>
            </w:r>
            <w:r>
              <w:t>Bible</w:t>
            </w:r>
            <w:r w:rsidRPr="00332DB8">
              <w:rPr>
                <w:lang w:val="ru-RU"/>
              </w:rPr>
              <w:t xml:space="preserve"> </w:t>
            </w:r>
            <w:r>
              <w:t>and</w:t>
            </w:r>
            <w:r w:rsidRPr="00332DB8">
              <w:rPr>
                <w:lang w:val="ru-RU"/>
              </w:rPr>
              <w:t xml:space="preserve"> </w:t>
            </w:r>
            <w:r>
              <w:t>Tract</w:t>
            </w:r>
            <w:r w:rsidRPr="00332DB8">
              <w:rPr>
                <w:lang w:val="ru-RU"/>
              </w:rPr>
              <w:t xml:space="preserve"> </w:t>
            </w:r>
            <w:r>
              <w:t>Society</w:t>
            </w:r>
            <w:r w:rsidRPr="00332DB8">
              <w:rPr>
                <w:lang w:val="ru-RU"/>
              </w:rPr>
              <w:t xml:space="preserve"> </w:t>
            </w:r>
            <w:r>
              <w:t>of</w:t>
            </w:r>
            <w:r w:rsidRPr="00332DB8">
              <w:rPr>
                <w:lang w:val="ru-RU"/>
              </w:rPr>
              <w:t xml:space="preserve"> </w:t>
            </w:r>
            <w:r>
              <w:t>Pennsylvania</w:t>
            </w:r>
            <w:r w:rsidRPr="00332DB8">
              <w:rPr>
                <w:lang w:val="ru-RU"/>
              </w:rPr>
              <w:t>», 31 с., являющийся печатным изданием Свидетелей Иеговы (решение Елабужского городского суда Республики Татарстан от 25.06.2018);</w:t>
            </w:r>
          </w:p>
        </w:tc>
        <w:tc>
          <w:tcPr>
            <w:tcW w:w="2880" w:type="dxa"/>
          </w:tcPr>
          <w:p w:rsidR="006F7457" w:rsidRDefault="00332DB8">
            <w:r>
              <w:t>31.08.2018</w:t>
            </w:r>
          </w:p>
        </w:tc>
      </w:tr>
      <w:tr w:rsidR="006F7457">
        <w:tc>
          <w:tcPr>
            <w:tcW w:w="2880" w:type="dxa"/>
          </w:tcPr>
          <w:p w:rsidR="006F7457" w:rsidRDefault="00332DB8">
            <w:r>
              <w:t>4503.</w:t>
            </w:r>
          </w:p>
        </w:tc>
        <w:tc>
          <w:tcPr>
            <w:tcW w:w="2880" w:type="dxa"/>
          </w:tcPr>
          <w:p w:rsidR="006F7457" w:rsidRPr="00332DB8" w:rsidRDefault="00332DB8">
            <w:pPr>
              <w:rPr>
                <w:lang w:val="ru-RU"/>
              </w:rPr>
            </w:pPr>
            <w:r w:rsidRPr="00332DB8">
              <w:rPr>
                <w:lang w:val="ru-RU"/>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2880" w:type="dxa"/>
          </w:tcPr>
          <w:p w:rsidR="006F7457" w:rsidRDefault="00332DB8">
            <w:r>
              <w:t>31.08.2018</w:t>
            </w:r>
          </w:p>
        </w:tc>
      </w:tr>
      <w:tr w:rsidR="006F7457">
        <w:tc>
          <w:tcPr>
            <w:tcW w:w="2880" w:type="dxa"/>
          </w:tcPr>
          <w:p w:rsidR="006F7457" w:rsidRDefault="00332DB8">
            <w:r>
              <w:t>4504.</w:t>
            </w:r>
          </w:p>
        </w:tc>
        <w:tc>
          <w:tcPr>
            <w:tcW w:w="2880" w:type="dxa"/>
          </w:tcPr>
          <w:p w:rsidR="006F7457" w:rsidRPr="00332DB8" w:rsidRDefault="00332DB8">
            <w:pPr>
              <w:rPr>
                <w:lang w:val="ru-RU"/>
              </w:rPr>
            </w:pPr>
            <w:r w:rsidRPr="00332DB8">
              <w:rPr>
                <w:lang w:val="ru-RU"/>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w:t>
            </w:r>
            <w:r>
              <w:t>http</w:t>
            </w:r>
            <w:r w:rsidRPr="00332DB8">
              <w:rPr>
                <w:lang w:val="ru-RU"/>
              </w:rPr>
              <w:t>://</w:t>
            </w:r>
            <w:r>
              <w:t>vk</w:t>
            </w:r>
            <w:r w:rsidRPr="00332DB8">
              <w:rPr>
                <w:lang w:val="ru-RU"/>
              </w:rPr>
              <w:t>.</w:t>
            </w:r>
            <w:r>
              <w:t>com</w:t>
            </w:r>
            <w:r w:rsidRPr="00332DB8">
              <w:rPr>
                <w:lang w:val="ru-RU"/>
              </w:rPr>
              <w:t>/</w:t>
            </w:r>
            <w:r>
              <w:t>id</w:t>
            </w:r>
            <w:r w:rsidRPr="00332DB8">
              <w:rPr>
                <w:lang w:val="ru-RU"/>
              </w:rPr>
              <w:t>215240269) (решение Сыктывкарского городского суда Республики Коми от 09.07.2018);</w:t>
            </w:r>
          </w:p>
        </w:tc>
        <w:tc>
          <w:tcPr>
            <w:tcW w:w="2880" w:type="dxa"/>
          </w:tcPr>
          <w:p w:rsidR="006F7457" w:rsidRDefault="00332DB8">
            <w:r>
              <w:t>11.09.2018</w:t>
            </w:r>
          </w:p>
        </w:tc>
      </w:tr>
      <w:tr w:rsidR="006F7457">
        <w:tc>
          <w:tcPr>
            <w:tcW w:w="2880" w:type="dxa"/>
          </w:tcPr>
          <w:p w:rsidR="006F7457" w:rsidRDefault="00332DB8">
            <w:r>
              <w:t>4505.</w:t>
            </w:r>
          </w:p>
        </w:tc>
        <w:tc>
          <w:tcPr>
            <w:tcW w:w="2880" w:type="dxa"/>
          </w:tcPr>
          <w:p w:rsidR="006F7457" w:rsidRPr="00332DB8" w:rsidRDefault="00332DB8">
            <w:pPr>
              <w:rPr>
                <w:lang w:val="ru-RU"/>
              </w:rPr>
            </w:pPr>
            <w:r w:rsidRPr="00332DB8">
              <w:rPr>
                <w:lang w:val="ru-RU"/>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w:t>
            </w:r>
            <w:r>
              <w:t>i</w:t>
            </w:r>
            <w:r w:rsidRPr="00332DB8">
              <w:rPr>
                <w:lang w:val="ru-RU"/>
              </w:rPr>
              <w:t>й Ревиз</w:t>
            </w:r>
            <w:r>
              <w:t>i</w:t>
            </w:r>
            <w:r w:rsidRPr="00332DB8">
              <w:rPr>
                <w:lang w:val="ru-RU"/>
              </w:rPr>
              <w:t>онстъ», 2007 (решение Фрунзенского районного суда г. Владивостока от 14.06.2018);</w:t>
            </w:r>
          </w:p>
        </w:tc>
        <w:tc>
          <w:tcPr>
            <w:tcW w:w="2880" w:type="dxa"/>
          </w:tcPr>
          <w:p w:rsidR="006F7457" w:rsidRDefault="00332DB8">
            <w:r>
              <w:t>11.09.2018</w:t>
            </w:r>
          </w:p>
        </w:tc>
      </w:tr>
      <w:tr w:rsidR="006F7457">
        <w:tc>
          <w:tcPr>
            <w:tcW w:w="2880" w:type="dxa"/>
          </w:tcPr>
          <w:p w:rsidR="006F7457" w:rsidRDefault="00332DB8">
            <w:r>
              <w:t>45</w:t>
            </w:r>
            <w:r>
              <w:lastRenderedPageBreak/>
              <w:t>06.</w:t>
            </w:r>
          </w:p>
        </w:tc>
        <w:tc>
          <w:tcPr>
            <w:tcW w:w="2880" w:type="dxa"/>
          </w:tcPr>
          <w:p w:rsidR="006F7457" w:rsidRPr="00332DB8" w:rsidRDefault="00332DB8">
            <w:pPr>
              <w:rPr>
                <w:lang w:val="ru-RU"/>
              </w:rPr>
            </w:pPr>
            <w:r w:rsidRPr="00332DB8">
              <w:rPr>
                <w:lang w:val="ru-RU"/>
              </w:rPr>
              <w:lastRenderedPageBreak/>
              <w:t xml:space="preserve">Печатные материалы «Другой Череповец» (решение Череповецкого городского суда Вологодской области от </w:t>
            </w:r>
            <w:r w:rsidRPr="00332DB8">
              <w:rPr>
                <w:lang w:val="ru-RU"/>
              </w:rPr>
              <w:lastRenderedPageBreak/>
              <w:t>01.10.2009);</w:t>
            </w:r>
          </w:p>
        </w:tc>
        <w:tc>
          <w:tcPr>
            <w:tcW w:w="2880" w:type="dxa"/>
          </w:tcPr>
          <w:p w:rsidR="006F7457" w:rsidRDefault="00332DB8">
            <w:r>
              <w:lastRenderedPageBreak/>
              <w:t>11.09.</w:t>
            </w:r>
            <w:r>
              <w:lastRenderedPageBreak/>
              <w:t>2018</w:t>
            </w:r>
          </w:p>
        </w:tc>
      </w:tr>
      <w:tr w:rsidR="006F7457">
        <w:tc>
          <w:tcPr>
            <w:tcW w:w="2880" w:type="dxa"/>
          </w:tcPr>
          <w:p w:rsidR="006F7457" w:rsidRDefault="00332DB8">
            <w:r>
              <w:lastRenderedPageBreak/>
              <w:t>4507.</w:t>
            </w:r>
          </w:p>
        </w:tc>
        <w:tc>
          <w:tcPr>
            <w:tcW w:w="2880" w:type="dxa"/>
          </w:tcPr>
          <w:p w:rsidR="006F7457" w:rsidRPr="00332DB8" w:rsidRDefault="00332DB8">
            <w:pPr>
              <w:rPr>
                <w:lang w:val="ru-RU"/>
              </w:rPr>
            </w:pPr>
            <w:r w:rsidRPr="00332DB8">
              <w:rPr>
                <w:lang w:val="ru-RU"/>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2880" w:type="dxa"/>
          </w:tcPr>
          <w:p w:rsidR="006F7457" w:rsidRDefault="00332DB8">
            <w:r>
              <w:t>11.09.2018</w:t>
            </w:r>
          </w:p>
        </w:tc>
      </w:tr>
      <w:tr w:rsidR="006F7457">
        <w:tc>
          <w:tcPr>
            <w:tcW w:w="2880" w:type="dxa"/>
          </w:tcPr>
          <w:p w:rsidR="006F7457" w:rsidRDefault="00332DB8">
            <w:r>
              <w:t>4508.</w:t>
            </w:r>
          </w:p>
        </w:tc>
        <w:tc>
          <w:tcPr>
            <w:tcW w:w="2880" w:type="dxa"/>
          </w:tcPr>
          <w:p w:rsidR="006F7457" w:rsidRPr="00332DB8" w:rsidRDefault="00332DB8">
            <w:pPr>
              <w:rPr>
                <w:lang w:val="ru-RU"/>
              </w:rPr>
            </w:pPr>
            <w:r w:rsidRPr="00332DB8">
              <w:rPr>
                <w:lang w:val="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w:t>
            </w:r>
            <w:r>
              <w:t>Kill</w:t>
            </w:r>
            <w:r w:rsidRPr="00332DB8">
              <w:rPr>
                <w:lang w:val="ru-RU"/>
              </w:rPr>
              <w:t xml:space="preserve"> </w:t>
            </w:r>
            <w:r>
              <w:t>you</w:t>
            </w:r>
            <w:r w:rsidRPr="00332DB8">
              <w:rPr>
                <w:lang w:val="ru-RU"/>
              </w:rPr>
              <w:t xml:space="preserve"> </w:t>
            </w:r>
            <w:r>
              <w:t>generation</w:t>
            </w:r>
            <w:r w:rsidRPr="00332DB8">
              <w:rPr>
                <w:lang w:val="ru-RU"/>
              </w:rPr>
              <w:t xml:space="preserve"> </w:t>
            </w:r>
            <w:r>
              <w:t>next</w:t>
            </w:r>
            <w:r w:rsidRPr="00332DB8">
              <w:rPr>
                <w:lang w:val="ru-RU"/>
              </w:rPr>
              <w:t xml:space="preserve">, </w:t>
            </w:r>
            <w:r>
              <w:t>next</w:t>
            </w:r>
            <w:r w:rsidRPr="00332DB8">
              <w:rPr>
                <w:lang w:val="ru-RU"/>
              </w:rPr>
              <w:t xml:space="preserve">!!!», припев : «Убей, убей тинейджера, Репо-ролик-пейджера. </w:t>
            </w:r>
            <w:r>
              <w:t xml:space="preserve">Сотвори ему (над ним) п… Kill you generation next , next!!! </w:t>
            </w:r>
            <w:r w:rsidRPr="00332DB8">
              <w:rPr>
                <w:lang w:val="ru-RU"/>
              </w:rPr>
              <w:t>Убей тинейджера! », размещенное в открытом доступе в сети интернет (решение Железнодорожного районного суда г. Красноярска от 09.07.2018)</w:t>
            </w:r>
          </w:p>
        </w:tc>
        <w:tc>
          <w:tcPr>
            <w:tcW w:w="2880" w:type="dxa"/>
          </w:tcPr>
          <w:p w:rsidR="006F7457" w:rsidRDefault="00332DB8">
            <w:r>
              <w:t>21.09.2018</w:t>
            </w:r>
          </w:p>
        </w:tc>
      </w:tr>
      <w:tr w:rsidR="006F7457">
        <w:tc>
          <w:tcPr>
            <w:tcW w:w="2880" w:type="dxa"/>
          </w:tcPr>
          <w:p w:rsidR="006F7457" w:rsidRDefault="00332DB8">
            <w:r>
              <w:t>4509.</w:t>
            </w:r>
          </w:p>
        </w:tc>
        <w:tc>
          <w:tcPr>
            <w:tcW w:w="2880" w:type="dxa"/>
          </w:tcPr>
          <w:p w:rsidR="006F7457" w:rsidRPr="00332DB8" w:rsidRDefault="00332DB8">
            <w:pPr>
              <w:rPr>
                <w:lang w:val="ru-RU"/>
              </w:rPr>
            </w:pPr>
            <w:r>
              <w:t xml:space="preserve">Статья под названием «2018, jаҥар ай Кудайдыҥ бергенин бичип алган кижи Л.Енчинова», начинающаяся словами «Айландыра кӧргӧмдӧ Агаш – ташту Тууларым…», заканчивающаяся словами «…Ӧбӧкӧлӧр jаҥы Алтай Ак Jаҥ – Алтайыска jайылзын 2018, jаҥар ай. </w:t>
            </w:r>
            <w:r w:rsidRPr="00332DB8">
              <w:rPr>
                <w:lang w:val="ru-RU"/>
              </w:rPr>
              <w:t>Кудайдыҥ бергенин бичип алган кижи Л.Енчинова», размещенная на Интернет-странице группы «</w:t>
            </w:r>
            <w:r>
              <w:t>JAH</w:t>
            </w:r>
            <w:r w:rsidRPr="00332DB8">
              <w:rPr>
                <w:lang w:val="ru-RU"/>
              </w:rPr>
              <w:t xml:space="preserve">Ы АЛТАЙ»-ДВИЖЕНИЕ» по </w:t>
            </w:r>
            <w:r>
              <w:t>URL</w:t>
            </w:r>
            <w:r w:rsidRPr="00332DB8">
              <w:rPr>
                <w:lang w:val="ru-RU"/>
              </w:rPr>
              <w:t xml:space="preserve">-адресу: </w:t>
            </w:r>
            <w:r>
              <w:t>https</w:t>
            </w:r>
            <w:r w:rsidRPr="00332DB8">
              <w:rPr>
                <w:lang w:val="ru-RU"/>
              </w:rPr>
              <w:t>://</w:t>
            </w:r>
            <w:r>
              <w:t>vk</w:t>
            </w:r>
            <w:r w:rsidRPr="00332DB8">
              <w:rPr>
                <w:lang w:val="ru-RU"/>
              </w:rPr>
              <w:t>.</w:t>
            </w:r>
            <w:r>
              <w:t>com</w:t>
            </w:r>
            <w:r w:rsidRPr="00332DB8">
              <w:rPr>
                <w:lang w:val="ru-RU"/>
              </w:rPr>
              <w:t>/</w:t>
            </w:r>
            <w:r>
              <w:t>club</w:t>
            </w:r>
            <w:r w:rsidRPr="00332DB8">
              <w:rPr>
                <w:lang w:val="ru-RU"/>
              </w:rPr>
              <w:t xml:space="preserve">47031643 Интернет–сайта «ВКонтакте» ( </w:t>
            </w:r>
            <w:r>
              <w:t>https</w:t>
            </w:r>
            <w:r w:rsidRPr="00332DB8">
              <w:rPr>
                <w:lang w:val="ru-RU"/>
              </w:rPr>
              <w:t>://</w:t>
            </w:r>
            <w:r>
              <w:t>vk</w:t>
            </w:r>
            <w:r w:rsidRPr="00332DB8">
              <w:rPr>
                <w:lang w:val="ru-RU"/>
              </w:rPr>
              <w:t>.</w:t>
            </w:r>
            <w:r>
              <w:t>com</w:t>
            </w:r>
            <w:r w:rsidRPr="00332DB8">
              <w:rPr>
                <w:lang w:val="ru-RU"/>
              </w:rPr>
              <w:t>), а также на страницах 6-10 газеты «Амаду Алтай» (без номера и даты выпуска) (решение Онгудайского районного суда Республики Алтай от 16.07.2018)</w:t>
            </w:r>
          </w:p>
        </w:tc>
        <w:tc>
          <w:tcPr>
            <w:tcW w:w="2880" w:type="dxa"/>
          </w:tcPr>
          <w:p w:rsidR="006F7457" w:rsidRDefault="00332DB8">
            <w:r>
              <w:t>21.09.2018</w:t>
            </w:r>
          </w:p>
        </w:tc>
      </w:tr>
      <w:tr w:rsidR="006F7457">
        <w:tc>
          <w:tcPr>
            <w:tcW w:w="2880" w:type="dxa"/>
          </w:tcPr>
          <w:p w:rsidR="006F7457" w:rsidRDefault="00332DB8">
            <w:r>
              <w:t>4510.</w:t>
            </w:r>
          </w:p>
        </w:tc>
        <w:tc>
          <w:tcPr>
            <w:tcW w:w="2880" w:type="dxa"/>
          </w:tcPr>
          <w:p w:rsidR="006F7457" w:rsidRPr="00332DB8" w:rsidRDefault="00332DB8">
            <w:pPr>
              <w:rPr>
                <w:lang w:val="ru-RU"/>
              </w:rPr>
            </w:pPr>
            <w:r w:rsidRPr="00332DB8">
              <w:rPr>
                <w:lang w:val="ru-RU"/>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2880" w:type="dxa"/>
          </w:tcPr>
          <w:p w:rsidR="006F7457" w:rsidRDefault="00332DB8">
            <w:r>
              <w:t>21.09.2018</w:t>
            </w:r>
          </w:p>
        </w:tc>
      </w:tr>
      <w:tr w:rsidR="006F7457">
        <w:tc>
          <w:tcPr>
            <w:tcW w:w="2880" w:type="dxa"/>
          </w:tcPr>
          <w:p w:rsidR="006F7457" w:rsidRDefault="00332DB8">
            <w:r>
              <w:t>451</w:t>
            </w:r>
            <w:r>
              <w:lastRenderedPageBreak/>
              <w:t>1.</w:t>
            </w:r>
          </w:p>
        </w:tc>
        <w:tc>
          <w:tcPr>
            <w:tcW w:w="2880" w:type="dxa"/>
          </w:tcPr>
          <w:p w:rsidR="006F7457" w:rsidRDefault="00332DB8">
            <w:r w:rsidRPr="00332DB8">
              <w:rPr>
                <w:lang w:val="ru-RU"/>
              </w:rPr>
              <w:lastRenderedPageBreak/>
              <w:t xml:space="preserve">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w:t>
            </w:r>
            <w:r w:rsidRPr="00332DB8">
              <w:rPr>
                <w:lang w:val="ru-RU"/>
              </w:rPr>
              <w:lastRenderedPageBreak/>
              <w:t xml:space="preserve">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w:t>
            </w:r>
            <w:r>
              <w:t>1 м. 35 сек. (решение Заводского районного суда г. Грозного от 26.07.2018);</w:t>
            </w:r>
          </w:p>
        </w:tc>
        <w:tc>
          <w:tcPr>
            <w:tcW w:w="2880" w:type="dxa"/>
          </w:tcPr>
          <w:p w:rsidR="006F7457" w:rsidRDefault="00332DB8">
            <w:r>
              <w:lastRenderedPageBreak/>
              <w:t>05.10.201</w:t>
            </w:r>
            <w:r>
              <w:lastRenderedPageBreak/>
              <w:t>8</w:t>
            </w:r>
          </w:p>
        </w:tc>
      </w:tr>
      <w:tr w:rsidR="006F7457">
        <w:tc>
          <w:tcPr>
            <w:tcW w:w="2880" w:type="dxa"/>
          </w:tcPr>
          <w:p w:rsidR="006F7457" w:rsidRDefault="00332DB8">
            <w:r>
              <w:lastRenderedPageBreak/>
              <w:t>4512.</w:t>
            </w:r>
          </w:p>
        </w:tc>
        <w:tc>
          <w:tcPr>
            <w:tcW w:w="2880" w:type="dxa"/>
          </w:tcPr>
          <w:p w:rsidR="006F7457" w:rsidRPr="00332DB8" w:rsidRDefault="00332DB8">
            <w:pPr>
              <w:rPr>
                <w:lang w:val="ru-RU"/>
              </w:rPr>
            </w:pPr>
            <w:r w:rsidRPr="00332DB8">
              <w:rPr>
                <w:lang w:val="ru-RU"/>
              </w:rPr>
              <w:t xml:space="preserve">Статья под названием «Курч сурактар. Алтайга буддизм канайып кирип </w:t>
            </w:r>
            <w:r>
              <w:t>j</w:t>
            </w:r>
            <w:r w:rsidRPr="00332DB8">
              <w:rPr>
                <w:lang w:val="ru-RU"/>
              </w:rPr>
              <w:t xml:space="preserve">атканы керегинде </w:t>
            </w:r>
            <w:r>
              <w:t>j</w:t>
            </w:r>
            <w:r w:rsidRPr="00332DB8">
              <w:rPr>
                <w:lang w:val="ru-RU"/>
              </w:rPr>
              <w:t>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2880" w:type="dxa"/>
          </w:tcPr>
          <w:p w:rsidR="006F7457" w:rsidRDefault="00332DB8">
            <w:r>
              <w:t>05.10.2018</w:t>
            </w:r>
          </w:p>
        </w:tc>
      </w:tr>
      <w:tr w:rsidR="006F7457">
        <w:tc>
          <w:tcPr>
            <w:tcW w:w="2880" w:type="dxa"/>
          </w:tcPr>
          <w:p w:rsidR="006F7457" w:rsidRDefault="00332DB8">
            <w:r>
              <w:t>4513.</w:t>
            </w:r>
          </w:p>
        </w:tc>
        <w:tc>
          <w:tcPr>
            <w:tcW w:w="2880" w:type="dxa"/>
          </w:tcPr>
          <w:p w:rsidR="006F7457" w:rsidRDefault="00332DB8">
            <w:r w:rsidRPr="00332DB8">
              <w:rPr>
                <w:lang w:val="ru-RU"/>
              </w:rPr>
              <w:t xml:space="preserve">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w:t>
            </w:r>
            <w:r>
              <w:t>88» (решение Йошкар-Олинского городского суда Республики Марий Эл от 08.08.2018);</w:t>
            </w:r>
          </w:p>
        </w:tc>
        <w:tc>
          <w:tcPr>
            <w:tcW w:w="2880" w:type="dxa"/>
          </w:tcPr>
          <w:p w:rsidR="006F7457" w:rsidRDefault="00332DB8">
            <w:r>
              <w:t>11.10.2018</w:t>
            </w:r>
          </w:p>
        </w:tc>
      </w:tr>
      <w:tr w:rsidR="006F7457">
        <w:tc>
          <w:tcPr>
            <w:tcW w:w="2880" w:type="dxa"/>
          </w:tcPr>
          <w:p w:rsidR="006F7457" w:rsidRDefault="00332DB8">
            <w:r>
              <w:t>4514.</w:t>
            </w:r>
          </w:p>
        </w:tc>
        <w:tc>
          <w:tcPr>
            <w:tcW w:w="2880" w:type="dxa"/>
          </w:tcPr>
          <w:p w:rsidR="006F7457" w:rsidRPr="00332DB8" w:rsidRDefault="00332DB8">
            <w:pPr>
              <w:rPr>
                <w:lang w:val="ru-RU"/>
              </w:rPr>
            </w:pPr>
            <w:r w:rsidRPr="00332DB8">
              <w:rPr>
                <w:lang w:val="ru-RU"/>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2880" w:type="dxa"/>
          </w:tcPr>
          <w:p w:rsidR="006F7457" w:rsidRDefault="00332DB8">
            <w:r>
              <w:t>11.10.2018</w:t>
            </w:r>
          </w:p>
        </w:tc>
      </w:tr>
      <w:tr w:rsidR="006F7457">
        <w:tc>
          <w:tcPr>
            <w:tcW w:w="2880" w:type="dxa"/>
          </w:tcPr>
          <w:p w:rsidR="006F7457" w:rsidRDefault="00332DB8">
            <w:r>
              <w:t>4515.</w:t>
            </w:r>
          </w:p>
        </w:tc>
        <w:tc>
          <w:tcPr>
            <w:tcW w:w="2880" w:type="dxa"/>
          </w:tcPr>
          <w:p w:rsidR="006F7457" w:rsidRPr="00332DB8" w:rsidRDefault="00332DB8">
            <w:pPr>
              <w:rPr>
                <w:lang w:val="ru-RU"/>
              </w:rPr>
            </w:pPr>
            <w:r w:rsidRPr="00332DB8">
              <w:rPr>
                <w:lang w:val="ru-RU"/>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2880" w:type="dxa"/>
          </w:tcPr>
          <w:p w:rsidR="006F7457" w:rsidRDefault="00332DB8">
            <w:r>
              <w:t>18.10.2018</w:t>
            </w:r>
          </w:p>
        </w:tc>
      </w:tr>
      <w:tr w:rsidR="006F7457">
        <w:tc>
          <w:tcPr>
            <w:tcW w:w="2880" w:type="dxa"/>
          </w:tcPr>
          <w:p w:rsidR="006F7457" w:rsidRDefault="00332DB8">
            <w:r>
              <w:t>45</w:t>
            </w:r>
            <w:r>
              <w:lastRenderedPageBreak/>
              <w:t>16.</w:t>
            </w:r>
          </w:p>
        </w:tc>
        <w:tc>
          <w:tcPr>
            <w:tcW w:w="2880" w:type="dxa"/>
          </w:tcPr>
          <w:p w:rsidR="006F7457" w:rsidRPr="00332DB8" w:rsidRDefault="00332DB8">
            <w:pPr>
              <w:rPr>
                <w:lang w:val="ru-RU"/>
              </w:rPr>
            </w:pPr>
            <w:r w:rsidRPr="00332DB8">
              <w:rPr>
                <w:lang w:val="ru-RU"/>
              </w:rPr>
              <w:lastRenderedPageBreak/>
              <w:t xml:space="preserve">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w:t>
            </w:r>
            <w:r w:rsidRPr="00332DB8">
              <w:rPr>
                <w:lang w:val="ru-RU"/>
              </w:rPr>
              <w:lastRenderedPageBreak/>
              <w:t>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w:t>
            </w:r>
            <w:r>
              <w:t>http</w:t>
            </w:r>
            <w:r w:rsidRPr="00332DB8">
              <w:rPr>
                <w:lang w:val="ru-RU"/>
              </w:rPr>
              <w:t>:\\</w:t>
            </w:r>
            <w:r>
              <w:t>www</w:t>
            </w:r>
            <w:r w:rsidRPr="00332DB8">
              <w:rPr>
                <w:lang w:val="ru-RU"/>
              </w:rPr>
              <w:t>.</w:t>
            </w:r>
            <w:r>
              <w:t>ruskolan</w:t>
            </w:r>
            <w:r w:rsidRPr="00332DB8">
              <w:rPr>
                <w:lang w:val="ru-RU"/>
              </w:rPr>
              <w:t>.</w:t>
            </w:r>
            <w:r>
              <w:t>com</w:t>
            </w:r>
            <w:r w:rsidRPr="00332DB8">
              <w:rPr>
                <w:lang w:val="ru-RU"/>
              </w:rPr>
              <w:t>/</w:t>
            </w:r>
            <w:r>
              <w:t>rasa</w:t>
            </w:r>
            <w:r w:rsidRPr="00332DB8">
              <w:rPr>
                <w:lang w:val="ru-RU"/>
              </w:rPr>
              <w:t>/_</w:t>
            </w:r>
            <w:r>
              <w:t>gen</w:t>
            </w:r>
            <w:r w:rsidRPr="00332DB8">
              <w:rPr>
                <w:lang w:val="ru-RU"/>
              </w:rPr>
              <w:t>9.</w:t>
            </w:r>
            <w:r>
              <w:t>htm</w:t>
            </w:r>
            <w:r w:rsidRPr="00332DB8">
              <w:rPr>
                <w:lang w:val="ru-RU"/>
              </w:rPr>
              <w:t xml:space="preserve"> 2.</w:t>
            </w:r>
            <w:r>
              <w:t>http</w:t>
            </w:r>
            <w:r w:rsidRPr="00332DB8">
              <w:rPr>
                <w:lang w:val="ru-RU"/>
              </w:rPr>
              <w:t>:\\</w:t>
            </w:r>
            <w:r>
              <w:t>www</w:t>
            </w:r>
            <w:r w:rsidRPr="00332DB8">
              <w:rPr>
                <w:lang w:val="ru-RU"/>
              </w:rPr>
              <w:t>.</w:t>
            </w:r>
            <w:r>
              <w:t>velesova</w:t>
            </w:r>
            <w:r w:rsidRPr="00332DB8">
              <w:rPr>
                <w:lang w:val="ru-RU"/>
              </w:rPr>
              <w:t>-</w:t>
            </w:r>
            <w:r>
              <w:t>sloboda</w:t>
            </w:r>
            <w:r w:rsidRPr="00332DB8">
              <w:rPr>
                <w:lang w:val="ru-RU"/>
              </w:rPr>
              <w:t>.</w:t>
            </w:r>
            <w:r>
              <w:t>info</w:t>
            </w:r>
            <w:r w:rsidRPr="00332DB8">
              <w:rPr>
                <w:lang w:val="ru-RU"/>
              </w:rPr>
              <w:t>/</w:t>
            </w:r>
            <w:r>
              <w:t>antrop</w:t>
            </w:r>
            <w:r w:rsidRPr="00332DB8">
              <w:rPr>
                <w:lang w:val="ru-RU"/>
              </w:rPr>
              <w:t>/</w:t>
            </w:r>
            <w:r>
              <w:t>snegov</w:t>
            </w:r>
            <w:r w:rsidRPr="00332DB8">
              <w:rPr>
                <w:lang w:val="ru-RU"/>
              </w:rPr>
              <w:t>-</w:t>
            </w:r>
            <w:r>
              <w:t>russkie</w:t>
            </w:r>
            <w:r w:rsidRPr="00332DB8">
              <w:rPr>
                <w:lang w:val="ru-RU"/>
              </w:rPr>
              <w:t>-</w:t>
            </w:r>
            <w:r>
              <w:t>s</w:t>
            </w:r>
            <w:r w:rsidRPr="00332DB8">
              <w:rPr>
                <w:lang w:val="ru-RU"/>
              </w:rPr>
              <w:t>-</w:t>
            </w:r>
            <w:r>
              <w:t>tochki</w:t>
            </w:r>
            <w:r w:rsidRPr="00332DB8">
              <w:rPr>
                <w:lang w:val="ru-RU"/>
              </w:rPr>
              <w:t>-</w:t>
            </w:r>
            <w:r>
              <w:t>zreniya</w:t>
            </w:r>
            <w:r w:rsidRPr="00332DB8">
              <w:rPr>
                <w:lang w:val="ru-RU"/>
              </w:rPr>
              <w:t>-</w:t>
            </w:r>
            <w:r>
              <w:t>rassy</w:t>
            </w:r>
            <w:r w:rsidRPr="00332DB8">
              <w:rPr>
                <w:lang w:val="ru-RU"/>
              </w:rPr>
              <w:t>.</w:t>
            </w:r>
            <w:r>
              <w:t>html</w:t>
            </w:r>
            <w:r w:rsidRPr="00332DB8">
              <w:rPr>
                <w:lang w:val="ru-RU"/>
              </w:rPr>
              <w:t xml:space="preserve"> 3.</w:t>
            </w:r>
            <w:r>
              <w:t>http</w:t>
            </w:r>
            <w:r w:rsidRPr="00332DB8">
              <w:rPr>
                <w:lang w:val="ru-RU"/>
              </w:rPr>
              <w:t>:\\</w:t>
            </w:r>
            <w:r>
              <w:t>www</w:t>
            </w:r>
            <w:r w:rsidRPr="00332DB8">
              <w:rPr>
                <w:lang w:val="ru-RU"/>
              </w:rPr>
              <w:t>.</w:t>
            </w:r>
            <w:r>
              <w:t>forum</w:t>
            </w:r>
            <w:r w:rsidRPr="00332DB8">
              <w:rPr>
                <w:lang w:val="ru-RU"/>
              </w:rPr>
              <w:t>.</w:t>
            </w:r>
            <w:r>
              <w:t>dpni</w:t>
            </w:r>
            <w:r w:rsidRPr="00332DB8">
              <w:rPr>
                <w:lang w:val="ru-RU"/>
              </w:rPr>
              <w:t>.</w:t>
            </w:r>
            <w:r>
              <w:t>org</w:t>
            </w:r>
            <w:r w:rsidRPr="00332DB8">
              <w:rPr>
                <w:lang w:val="ru-RU"/>
              </w:rPr>
              <w:t>/</w:t>
            </w:r>
            <w:r>
              <w:t>showthread</w:t>
            </w:r>
            <w:r w:rsidRPr="00332DB8">
              <w:rPr>
                <w:lang w:val="ru-RU"/>
              </w:rPr>
              <w:t>.</w:t>
            </w:r>
            <w:r>
              <w:t>php</w:t>
            </w:r>
            <w:r w:rsidRPr="00332DB8">
              <w:rPr>
                <w:lang w:val="ru-RU"/>
              </w:rPr>
              <w:t>?</w:t>
            </w:r>
            <w:r>
              <w:t>t</w:t>
            </w:r>
            <w:r w:rsidRPr="00332DB8">
              <w:rPr>
                <w:lang w:val="ru-RU"/>
              </w:rPr>
              <w:t>=7304 4.</w:t>
            </w:r>
            <w:r>
              <w:t>http</w:t>
            </w:r>
            <w:r w:rsidRPr="00332DB8">
              <w:rPr>
                <w:lang w:val="ru-RU"/>
              </w:rPr>
              <w:t>:\\</w:t>
            </w:r>
            <w:r>
              <w:t>www</w:t>
            </w:r>
            <w:r w:rsidRPr="00332DB8">
              <w:rPr>
                <w:lang w:val="ru-RU"/>
              </w:rPr>
              <w:t>.</w:t>
            </w:r>
            <w:r>
              <w:t>pandia</w:t>
            </w:r>
            <w:r w:rsidRPr="00332DB8">
              <w:rPr>
                <w:lang w:val="ru-RU"/>
              </w:rPr>
              <w:t>.</w:t>
            </w:r>
            <w:r>
              <w:t>ru</w:t>
            </w:r>
            <w:r w:rsidRPr="00332DB8">
              <w:rPr>
                <w:lang w:val="ru-RU"/>
              </w:rPr>
              <w:t>/</w:t>
            </w:r>
            <w:r>
              <w:t>text</w:t>
            </w:r>
            <w:r w:rsidRPr="00332DB8">
              <w:rPr>
                <w:lang w:val="ru-RU"/>
              </w:rPr>
              <w:t>/78/248/24490/</w:t>
            </w:r>
            <w:r>
              <w:t>php</w:t>
            </w:r>
            <w:r w:rsidRPr="00332DB8">
              <w:rPr>
                <w:lang w:val="ru-RU"/>
              </w:rPr>
              <w:t xml:space="preserve"> 5.</w:t>
            </w:r>
            <w:r>
              <w:t>http</w:t>
            </w:r>
            <w:r w:rsidRPr="00332DB8">
              <w:rPr>
                <w:lang w:val="ru-RU"/>
              </w:rPr>
              <w:t>:\\</w:t>
            </w:r>
            <w:r>
              <w:t>www</w:t>
            </w:r>
            <w:r w:rsidRPr="00332DB8">
              <w:rPr>
                <w:lang w:val="ru-RU"/>
              </w:rPr>
              <w:t>.</w:t>
            </w:r>
            <w:r>
              <w:t>uchebana</w:t>
            </w:r>
            <w:r w:rsidRPr="00332DB8">
              <w:rPr>
                <w:lang w:val="ru-RU"/>
              </w:rPr>
              <w:t>5.</w:t>
            </w:r>
            <w:r>
              <w:t>ru</w:t>
            </w:r>
            <w:r w:rsidRPr="00332DB8">
              <w:rPr>
                <w:lang w:val="ru-RU"/>
              </w:rPr>
              <w:t>/</w:t>
            </w:r>
            <w:r>
              <w:t>cont</w:t>
            </w:r>
            <w:r w:rsidRPr="00332DB8">
              <w:rPr>
                <w:lang w:val="ru-RU"/>
              </w:rPr>
              <w:t>/1130870/</w:t>
            </w:r>
            <w:r>
              <w:t>html</w:t>
            </w:r>
            <w:r w:rsidRPr="00332DB8">
              <w:rPr>
                <w:lang w:val="ru-RU"/>
              </w:rPr>
              <w:t xml:space="preserve"> 6.</w:t>
            </w:r>
            <w:r>
              <w:t>http</w:t>
            </w:r>
            <w:r w:rsidRPr="00332DB8">
              <w:rPr>
                <w:lang w:val="ru-RU"/>
              </w:rPr>
              <w:t>:\\</w:t>
            </w:r>
            <w:r>
              <w:t>www</w:t>
            </w:r>
            <w:r w:rsidRPr="00332DB8">
              <w:rPr>
                <w:lang w:val="ru-RU"/>
              </w:rPr>
              <w:t>.</w:t>
            </w:r>
            <w:r>
              <w:t>pdf</w:t>
            </w:r>
            <w:r w:rsidRPr="00332DB8">
              <w:rPr>
                <w:lang w:val="ru-RU"/>
              </w:rPr>
              <w:t>.</w:t>
            </w:r>
            <w:r>
              <w:t>knigi</w:t>
            </w:r>
            <w:r w:rsidRPr="00332DB8">
              <w:rPr>
                <w:lang w:val="ru-RU"/>
              </w:rPr>
              <w:t>-</w:t>
            </w:r>
            <w:r>
              <w:t>x</w:t>
            </w:r>
            <w:r w:rsidRPr="00332DB8">
              <w:rPr>
                <w:lang w:val="ru-RU"/>
              </w:rPr>
              <w:t>.</w:t>
            </w:r>
            <w:r>
              <w:t>ru</w:t>
            </w:r>
            <w:r w:rsidRPr="00332DB8">
              <w:rPr>
                <w:lang w:val="ru-RU"/>
              </w:rPr>
              <w:t>/21</w:t>
            </w:r>
            <w:r>
              <w:t>biologiya</w:t>
            </w:r>
            <w:r w:rsidRPr="00332DB8">
              <w:rPr>
                <w:lang w:val="ru-RU"/>
              </w:rPr>
              <w:t>/407003-1-</w:t>
            </w:r>
            <w:r>
              <w:t>artem</w:t>
            </w:r>
            <w:r w:rsidRPr="00332DB8">
              <w:rPr>
                <w:lang w:val="ru-RU"/>
              </w:rPr>
              <w:t>-</w:t>
            </w:r>
            <w:r>
              <w:t>snegov</w:t>
            </w:r>
            <w:r w:rsidRPr="00332DB8">
              <w:rPr>
                <w:lang w:val="ru-RU"/>
              </w:rPr>
              <w:t>-</w:t>
            </w:r>
            <w:r>
              <w:t>biologicheskaya</w:t>
            </w:r>
            <w:r w:rsidRPr="00332DB8">
              <w:rPr>
                <w:lang w:val="ru-RU"/>
              </w:rPr>
              <w:t>-</w:t>
            </w:r>
            <w:r>
              <w:t>istoriya</w:t>
            </w:r>
            <w:r w:rsidRPr="00332DB8">
              <w:rPr>
                <w:lang w:val="ru-RU"/>
              </w:rPr>
              <w:t>-</w:t>
            </w:r>
            <w:r>
              <w:t>cheovecheskih</w:t>
            </w:r>
            <w:r w:rsidRPr="00332DB8">
              <w:rPr>
                <w:lang w:val="ru-RU"/>
              </w:rPr>
              <w:t>-</w:t>
            </w:r>
            <w:r>
              <w:t>ras</w:t>
            </w:r>
            <w:r w:rsidRPr="00332DB8">
              <w:rPr>
                <w:lang w:val="ru-RU"/>
              </w:rPr>
              <w:t>-</w:t>
            </w:r>
            <w:r>
              <w:t>est</w:t>
            </w:r>
            <w:r w:rsidRPr="00332DB8">
              <w:rPr>
                <w:lang w:val="ru-RU"/>
              </w:rPr>
              <w:t>-</w:t>
            </w:r>
            <w:r>
              <w:t>isinnaya</w:t>
            </w:r>
            <w:r w:rsidRPr="00332DB8">
              <w:rPr>
                <w:lang w:val="ru-RU"/>
              </w:rPr>
              <w:t>-</w:t>
            </w:r>
            <w:r>
              <w:t>osnovnaya</w:t>
            </w:r>
            <w:r w:rsidRPr="00332DB8">
              <w:rPr>
                <w:lang w:val="ru-RU"/>
              </w:rPr>
              <w:t>-</w:t>
            </w:r>
            <w:r>
              <w:t>istoriya</w:t>
            </w:r>
            <w:r w:rsidRPr="00332DB8">
              <w:rPr>
                <w:lang w:val="ru-RU"/>
              </w:rPr>
              <w:t>.</w:t>
            </w:r>
            <w:r>
              <w:t>php</w:t>
            </w:r>
            <w:r w:rsidRPr="00332DB8">
              <w:rPr>
                <w:lang w:val="ru-RU"/>
              </w:rPr>
              <w:t xml:space="preserve"> 7.</w:t>
            </w:r>
            <w:r>
              <w:t>http</w:t>
            </w:r>
            <w:r w:rsidRPr="00332DB8">
              <w:rPr>
                <w:lang w:val="ru-RU"/>
              </w:rPr>
              <w:t>:\\</w:t>
            </w:r>
            <w:r>
              <w:t>www</w:t>
            </w:r>
            <w:r w:rsidRPr="00332DB8">
              <w:rPr>
                <w:lang w:val="ru-RU"/>
              </w:rPr>
              <w:t>.</w:t>
            </w:r>
            <w:r>
              <w:t>yablor</w:t>
            </w:r>
            <w:r w:rsidRPr="00332DB8">
              <w:rPr>
                <w:lang w:val="ru-RU"/>
              </w:rPr>
              <w:t>.</w:t>
            </w:r>
            <w:r>
              <w:t>ru</w:t>
            </w:r>
            <w:r w:rsidRPr="00332DB8">
              <w:rPr>
                <w:lang w:val="ru-RU"/>
              </w:rPr>
              <w:t>/</w:t>
            </w:r>
            <w:r>
              <w:t>blogers</w:t>
            </w:r>
            <w:r w:rsidRPr="00332DB8">
              <w:rPr>
                <w:lang w:val="ru-RU"/>
              </w:rPr>
              <w:t>/</w:t>
            </w:r>
            <w:r>
              <w:t>russkie</w:t>
            </w:r>
            <w:r w:rsidRPr="00332DB8">
              <w:rPr>
                <w:lang w:val="ru-RU"/>
              </w:rPr>
              <w:t>-</w:t>
            </w:r>
            <w:r>
              <w:t>s</w:t>
            </w:r>
            <w:r w:rsidRPr="00332DB8">
              <w:rPr>
                <w:lang w:val="ru-RU"/>
              </w:rPr>
              <w:t>-</w:t>
            </w:r>
            <w:r>
              <w:t>tochki</w:t>
            </w:r>
            <w:r w:rsidRPr="00332DB8">
              <w:rPr>
                <w:lang w:val="ru-RU"/>
              </w:rPr>
              <w:t>-</w:t>
            </w:r>
            <w:r>
              <w:t>rassi</w:t>
            </w:r>
            <w:r w:rsidRPr="00332DB8">
              <w:rPr>
                <w:lang w:val="ru-RU"/>
              </w:rPr>
              <w:t>/244606 8.</w:t>
            </w:r>
            <w:r>
              <w:t>http</w:t>
            </w:r>
            <w:r w:rsidRPr="00332DB8">
              <w:rPr>
                <w:lang w:val="ru-RU"/>
              </w:rPr>
              <w:t>:\\</w:t>
            </w:r>
            <w:r>
              <w:t>www</w:t>
            </w:r>
            <w:r w:rsidRPr="00332DB8">
              <w:rPr>
                <w:lang w:val="ru-RU"/>
              </w:rPr>
              <w:t>.</w:t>
            </w:r>
            <w:r>
              <w:t>docplayer</w:t>
            </w:r>
            <w:r w:rsidRPr="00332DB8">
              <w:rPr>
                <w:lang w:val="ru-RU"/>
              </w:rPr>
              <w:t>.</w:t>
            </w:r>
            <w:r>
              <w:t>ru</w:t>
            </w:r>
            <w:r w:rsidRPr="00332DB8">
              <w:rPr>
                <w:lang w:val="ru-RU"/>
              </w:rPr>
              <w:t>/27523962-</w:t>
            </w:r>
            <w:r>
              <w:t>russkie</w:t>
            </w:r>
            <w:r w:rsidRPr="00332DB8">
              <w:rPr>
                <w:lang w:val="ru-RU"/>
              </w:rPr>
              <w:t>-</w:t>
            </w:r>
            <w:r>
              <w:t>s</w:t>
            </w:r>
            <w:r w:rsidRPr="00332DB8">
              <w:rPr>
                <w:lang w:val="ru-RU"/>
              </w:rPr>
              <w:t>-</w:t>
            </w:r>
            <w:r>
              <w:t>zreniya</w:t>
            </w:r>
            <w:r w:rsidRPr="00332DB8">
              <w:rPr>
                <w:lang w:val="ru-RU"/>
              </w:rPr>
              <w:t>-</w:t>
            </w:r>
            <w:r>
              <w:t>rassy</w:t>
            </w:r>
            <w:r w:rsidRPr="00332DB8">
              <w:rPr>
                <w:lang w:val="ru-RU"/>
              </w:rPr>
              <w:t>.</w:t>
            </w:r>
            <w:r>
              <w:t>html</w:t>
            </w:r>
            <w:r w:rsidRPr="00332DB8">
              <w:rPr>
                <w:lang w:val="ru-RU"/>
              </w:rPr>
              <w:t xml:space="preserve"> (решение Салехардского городского суда Ямало-Ненецкого автономного округа от 24.07.2018);</w:t>
            </w:r>
          </w:p>
        </w:tc>
        <w:tc>
          <w:tcPr>
            <w:tcW w:w="2880" w:type="dxa"/>
          </w:tcPr>
          <w:p w:rsidR="006F7457" w:rsidRDefault="00332DB8">
            <w:r>
              <w:lastRenderedPageBreak/>
              <w:t>18.10.</w:t>
            </w:r>
            <w:r>
              <w:lastRenderedPageBreak/>
              <w:t>2018</w:t>
            </w:r>
          </w:p>
        </w:tc>
      </w:tr>
      <w:tr w:rsidR="006F7457">
        <w:tc>
          <w:tcPr>
            <w:tcW w:w="2880" w:type="dxa"/>
          </w:tcPr>
          <w:p w:rsidR="006F7457" w:rsidRDefault="00332DB8">
            <w:r>
              <w:lastRenderedPageBreak/>
              <w:t>4517.</w:t>
            </w:r>
          </w:p>
        </w:tc>
        <w:tc>
          <w:tcPr>
            <w:tcW w:w="2880" w:type="dxa"/>
          </w:tcPr>
          <w:p w:rsidR="006F7457" w:rsidRDefault="00332DB8">
            <w:r w:rsidRPr="00332DB8">
              <w:rPr>
                <w:lang w:val="ru-RU"/>
              </w:rPr>
              <w:t>Видеоматериал «С моей стены под музыку Коловрат – Скинхед.</w:t>
            </w:r>
            <w:r>
              <w:t>Pikrolla</w:t>
            </w:r>
            <w:r w:rsidRPr="00332DB8">
              <w:rPr>
                <w:lang w:val="ru-RU"/>
              </w:rPr>
              <w:t xml:space="preserve">»,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w:t>
            </w:r>
            <w:r>
              <w:t>Скинхед!» (решение Ленинского районного суда г. Курска от 23.07.2018);</w:t>
            </w:r>
          </w:p>
        </w:tc>
        <w:tc>
          <w:tcPr>
            <w:tcW w:w="2880" w:type="dxa"/>
          </w:tcPr>
          <w:p w:rsidR="006F7457" w:rsidRDefault="00332DB8">
            <w:r>
              <w:t>18.10.2018</w:t>
            </w:r>
          </w:p>
        </w:tc>
      </w:tr>
      <w:tr w:rsidR="006F7457">
        <w:tc>
          <w:tcPr>
            <w:tcW w:w="2880" w:type="dxa"/>
          </w:tcPr>
          <w:p w:rsidR="006F7457" w:rsidRDefault="00332DB8">
            <w:r>
              <w:t>4518.</w:t>
            </w:r>
          </w:p>
        </w:tc>
        <w:tc>
          <w:tcPr>
            <w:tcW w:w="2880" w:type="dxa"/>
          </w:tcPr>
          <w:p w:rsidR="006F7457" w:rsidRPr="00332DB8" w:rsidRDefault="00332DB8">
            <w:pPr>
              <w:rPr>
                <w:lang w:val="ru-RU"/>
              </w:rPr>
            </w:pPr>
            <w:r w:rsidRPr="00332DB8">
              <w:rPr>
                <w:lang w:val="ru-RU"/>
              </w:rPr>
              <w:t>Аудиозапись «</w:t>
            </w:r>
            <w:r>
              <w:t>Nord</w:t>
            </w:r>
            <w:r w:rsidRPr="00332DB8">
              <w:rPr>
                <w:lang w:val="ru-RU"/>
              </w:rPr>
              <w:t xml:space="preserve"> </w:t>
            </w:r>
            <w:r>
              <w:t>Wolf</w:t>
            </w:r>
            <w:r w:rsidRPr="00332DB8">
              <w:rPr>
                <w:lang w:val="ru-RU"/>
              </w:rPr>
              <w:t xml:space="preserve">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2880" w:type="dxa"/>
          </w:tcPr>
          <w:p w:rsidR="006F7457" w:rsidRDefault="00332DB8">
            <w:r>
              <w:t>18.10.2018</w:t>
            </w:r>
          </w:p>
        </w:tc>
      </w:tr>
      <w:tr w:rsidR="006F7457">
        <w:tc>
          <w:tcPr>
            <w:tcW w:w="2880" w:type="dxa"/>
          </w:tcPr>
          <w:p w:rsidR="006F7457" w:rsidRDefault="00332DB8">
            <w:r>
              <w:t>45</w:t>
            </w:r>
            <w:r>
              <w:lastRenderedPageBreak/>
              <w:t>19.</w:t>
            </w:r>
          </w:p>
        </w:tc>
        <w:tc>
          <w:tcPr>
            <w:tcW w:w="2880" w:type="dxa"/>
          </w:tcPr>
          <w:p w:rsidR="006F7457" w:rsidRPr="00332DB8" w:rsidRDefault="00332DB8">
            <w:pPr>
              <w:rPr>
                <w:lang w:val="ru-RU"/>
              </w:rPr>
            </w:pPr>
            <w:r w:rsidRPr="00332DB8">
              <w:rPr>
                <w:lang w:val="ru-RU"/>
              </w:rPr>
              <w:lastRenderedPageBreak/>
              <w:t>Видеоматериал «</w:t>
            </w:r>
            <w:r>
              <w:t>Format</w:t>
            </w:r>
            <w:r w:rsidRPr="00332DB8">
              <w:rPr>
                <w:lang w:val="ru-RU"/>
              </w:rPr>
              <w:t xml:space="preserve">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w:t>
            </w:r>
            <w:r w:rsidRPr="00332DB8">
              <w:rPr>
                <w:lang w:val="ru-RU"/>
              </w:rPr>
              <w:lastRenderedPageBreak/>
              <w:t>автономного округа – Югры от 25.11.2014);</w:t>
            </w:r>
          </w:p>
        </w:tc>
        <w:tc>
          <w:tcPr>
            <w:tcW w:w="2880" w:type="dxa"/>
          </w:tcPr>
          <w:p w:rsidR="006F7457" w:rsidRDefault="00332DB8">
            <w:r>
              <w:lastRenderedPageBreak/>
              <w:t>30.10.</w:t>
            </w:r>
            <w:r>
              <w:lastRenderedPageBreak/>
              <w:t>2018</w:t>
            </w:r>
          </w:p>
        </w:tc>
      </w:tr>
      <w:tr w:rsidR="006F7457">
        <w:tc>
          <w:tcPr>
            <w:tcW w:w="2880" w:type="dxa"/>
          </w:tcPr>
          <w:p w:rsidR="006F7457" w:rsidRDefault="00332DB8">
            <w:r>
              <w:lastRenderedPageBreak/>
              <w:t>4520.</w:t>
            </w:r>
          </w:p>
        </w:tc>
        <w:tc>
          <w:tcPr>
            <w:tcW w:w="2880" w:type="dxa"/>
          </w:tcPr>
          <w:p w:rsidR="006F7457" w:rsidRPr="00332DB8" w:rsidRDefault="00332DB8">
            <w:pPr>
              <w:rPr>
                <w:lang w:val="ru-RU"/>
              </w:rPr>
            </w:pPr>
            <w:r w:rsidRPr="00332DB8">
              <w:rPr>
                <w:lang w:val="ru-RU"/>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6F7457" w:rsidRDefault="00332DB8">
            <w:r>
              <w:t>30.10.2018</w:t>
            </w:r>
          </w:p>
        </w:tc>
      </w:tr>
      <w:tr w:rsidR="006F7457">
        <w:tc>
          <w:tcPr>
            <w:tcW w:w="2880" w:type="dxa"/>
          </w:tcPr>
          <w:p w:rsidR="006F7457" w:rsidRDefault="00332DB8">
            <w:r>
              <w:t>4521.</w:t>
            </w:r>
          </w:p>
        </w:tc>
        <w:tc>
          <w:tcPr>
            <w:tcW w:w="2880" w:type="dxa"/>
          </w:tcPr>
          <w:p w:rsidR="006F7457" w:rsidRPr="00332DB8" w:rsidRDefault="00332DB8">
            <w:pPr>
              <w:rPr>
                <w:lang w:val="ru-RU"/>
              </w:rPr>
            </w:pPr>
            <w:r w:rsidRPr="00332DB8">
              <w:rPr>
                <w:lang w:val="ru-RU"/>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6F7457" w:rsidRDefault="00332DB8">
            <w:r>
              <w:t>30.10.2018</w:t>
            </w:r>
          </w:p>
        </w:tc>
      </w:tr>
      <w:tr w:rsidR="006F7457">
        <w:tc>
          <w:tcPr>
            <w:tcW w:w="2880" w:type="dxa"/>
          </w:tcPr>
          <w:p w:rsidR="006F7457" w:rsidRDefault="00332DB8">
            <w:r>
              <w:t>4522.</w:t>
            </w:r>
          </w:p>
        </w:tc>
        <w:tc>
          <w:tcPr>
            <w:tcW w:w="2880" w:type="dxa"/>
          </w:tcPr>
          <w:p w:rsidR="006F7457" w:rsidRPr="00332DB8" w:rsidRDefault="00332DB8">
            <w:pPr>
              <w:rPr>
                <w:lang w:val="ru-RU"/>
              </w:rPr>
            </w:pPr>
            <w:r w:rsidRPr="00332DB8">
              <w:rPr>
                <w:lang w:val="ru-RU"/>
              </w:rPr>
              <w:t>Видеоматериал «РоиССЯ 88</w:t>
            </w:r>
            <w:r>
              <w:t>OST</w:t>
            </w:r>
            <w:r w:rsidRPr="00332DB8">
              <w:rPr>
                <w:lang w:val="ru-RU"/>
              </w:rPr>
              <w:t xml:space="preserve"> [</w:t>
            </w:r>
            <w:r>
              <w:t>HD</w:t>
            </w:r>
            <w:r w:rsidRPr="00332DB8">
              <w:rPr>
                <w:lang w:val="ru-RU"/>
              </w:rPr>
              <w:t xml:space="preserve">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6F7457" w:rsidRDefault="00332DB8">
            <w:r>
              <w:t>30.10.2018</w:t>
            </w:r>
          </w:p>
        </w:tc>
      </w:tr>
      <w:tr w:rsidR="006F7457">
        <w:tc>
          <w:tcPr>
            <w:tcW w:w="2880" w:type="dxa"/>
          </w:tcPr>
          <w:p w:rsidR="006F7457" w:rsidRDefault="00332DB8">
            <w:r>
              <w:t>4523.</w:t>
            </w:r>
          </w:p>
        </w:tc>
        <w:tc>
          <w:tcPr>
            <w:tcW w:w="2880" w:type="dxa"/>
          </w:tcPr>
          <w:p w:rsidR="006F7457" w:rsidRPr="00332DB8" w:rsidRDefault="00332DB8">
            <w:pPr>
              <w:rPr>
                <w:lang w:val="ru-RU"/>
              </w:rPr>
            </w:pPr>
            <w:r w:rsidRPr="00332DB8">
              <w:rPr>
                <w:lang w:val="ru-RU"/>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6F7457" w:rsidRDefault="00332DB8">
            <w:r>
              <w:t>30.10.2018</w:t>
            </w:r>
          </w:p>
        </w:tc>
      </w:tr>
      <w:tr w:rsidR="006F7457">
        <w:tc>
          <w:tcPr>
            <w:tcW w:w="2880" w:type="dxa"/>
          </w:tcPr>
          <w:p w:rsidR="006F7457" w:rsidRDefault="00332DB8">
            <w:r>
              <w:t>4524.</w:t>
            </w:r>
          </w:p>
        </w:tc>
        <w:tc>
          <w:tcPr>
            <w:tcW w:w="2880" w:type="dxa"/>
          </w:tcPr>
          <w:p w:rsidR="006F7457" w:rsidRPr="00332DB8" w:rsidRDefault="00332DB8">
            <w:pPr>
              <w:rPr>
                <w:lang w:val="ru-RU"/>
              </w:rPr>
            </w:pPr>
            <w:r w:rsidRPr="00332DB8">
              <w:rPr>
                <w:lang w:val="ru-RU"/>
              </w:rPr>
              <w:t>Видеоматериал «</w:t>
            </w:r>
            <w:r>
              <w:t>NSWP</w:t>
            </w:r>
            <w:r w:rsidRPr="00332DB8">
              <w:rPr>
                <w:lang w:val="ru-RU"/>
              </w:rPr>
              <w:t xml:space="preserve"> &amp; </w:t>
            </w:r>
            <w:r>
              <w:t>F</w:t>
            </w:r>
            <w:r w:rsidRPr="00332DB8">
              <w:rPr>
                <w:lang w:val="ru-RU"/>
              </w:rPr>
              <w:t>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6F7457" w:rsidRDefault="00332DB8">
            <w:r>
              <w:t>30.10.2018</w:t>
            </w:r>
          </w:p>
        </w:tc>
      </w:tr>
      <w:tr w:rsidR="006F7457">
        <w:tc>
          <w:tcPr>
            <w:tcW w:w="2880" w:type="dxa"/>
          </w:tcPr>
          <w:p w:rsidR="006F7457" w:rsidRDefault="00332DB8">
            <w:r>
              <w:lastRenderedPageBreak/>
              <w:t>4525.</w:t>
            </w:r>
          </w:p>
        </w:tc>
        <w:tc>
          <w:tcPr>
            <w:tcW w:w="2880" w:type="dxa"/>
          </w:tcPr>
          <w:p w:rsidR="006F7457" w:rsidRPr="00332DB8" w:rsidRDefault="00332DB8">
            <w:pPr>
              <w:rPr>
                <w:lang w:val="ru-RU"/>
              </w:rPr>
            </w:pPr>
            <w:r w:rsidRPr="00332DB8">
              <w:rPr>
                <w:lang w:val="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6F7457" w:rsidRDefault="00332DB8">
            <w:r>
              <w:t>30.10.2018</w:t>
            </w:r>
          </w:p>
        </w:tc>
      </w:tr>
      <w:tr w:rsidR="006F7457">
        <w:tc>
          <w:tcPr>
            <w:tcW w:w="2880" w:type="dxa"/>
          </w:tcPr>
          <w:p w:rsidR="006F7457" w:rsidRDefault="00332DB8">
            <w:r>
              <w:t>4526.</w:t>
            </w:r>
          </w:p>
        </w:tc>
        <w:tc>
          <w:tcPr>
            <w:tcW w:w="2880" w:type="dxa"/>
          </w:tcPr>
          <w:p w:rsidR="006F7457" w:rsidRPr="00332DB8" w:rsidRDefault="00332DB8">
            <w:pPr>
              <w:rPr>
                <w:lang w:val="ru-RU"/>
              </w:rPr>
            </w:pPr>
            <w:r w:rsidRPr="00332DB8">
              <w:rPr>
                <w:lang w:val="ru-RU"/>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6F7457" w:rsidRDefault="00332DB8">
            <w:r>
              <w:t>30.10.2018</w:t>
            </w:r>
          </w:p>
        </w:tc>
      </w:tr>
      <w:tr w:rsidR="006F7457">
        <w:tc>
          <w:tcPr>
            <w:tcW w:w="2880" w:type="dxa"/>
          </w:tcPr>
          <w:p w:rsidR="006F7457" w:rsidRDefault="00332DB8">
            <w:r>
              <w:t>4527.</w:t>
            </w:r>
          </w:p>
        </w:tc>
        <w:tc>
          <w:tcPr>
            <w:tcW w:w="2880" w:type="dxa"/>
          </w:tcPr>
          <w:p w:rsidR="006F7457" w:rsidRPr="00332DB8" w:rsidRDefault="00332DB8">
            <w:pPr>
              <w:rPr>
                <w:lang w:val="ru-RU"/>
              </w:rPr>
            </w:pPr>
            <w:r w:rsidRPr="00332DB8">
              <w:rPr>
                <w:lang w:val="ru-RU"/>
              </w:rP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6F7457" w:rsidRDefault="00332DB8">
            <w:r>
              <w:t>30.10.2018</w:t>
            </w:r>
          </w:p>
        </w:tc>
      </w:tr>
      <w:tr w:rsidR="006F7457">
        <w:tc>
          <w:tcPr>
            <w:tcW w:w="2880" w:type="dxa"/>
          </w:tcPr>
          <w:p w:rsidR="006F7457" w:rsidRDefault="00332DB8">
            <w:r>
              <w:t>4528.</w:t>
            </w:r>
          </w:p>
        </w:tc>
        <w:tc>
          <w:tcPr>
            <w:tcW w:w="2880" w:type="dxa"/>
          </w:tcPr>
          <w:p w:rsidR="006F7457" w:rsidRPr="00332DB8" w:rsidRDefault="00332DB8">
            <w:pPr>
              <w:rPr>
                <w:lang w:val="ru-RU"/>
              </w:rPr>
            </w:pPr>
            <w:r w:rsidRPr="00332DB8">
              <w:rPr>
                <w:lang w:val="ru-RU"/>
              </w:rPr>
              <w:t xml:space="preserve">Видеофайл «Застрахуй братуху», размещенный в сети Интернет на странице в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30535773 (решение Мегионского городского суда Ханты-Мансийского автономного округа – Югры от 13.03.2015);</w:t>
            </w:r>
          </w:p>
        </w:tc>
        <w:tc>
          <w:tcPr>
            <w:tcW w:w="2880" w:type="dxa"/>
          </w:tcPr>
          <w:p w:rsidR="006F7457" w:rsidRDefault="00332DB8">
            <w:r>
              <w:t>30.10.2018</w:t>
            </w:r>
          </w:p>
        </w:tc>
      </w:tr>
      <w:tr w:rsidR="006F7457">
        <w:tc>
          <w:tcPr>
            <w:tcW w:w="2880" w:type="dxa"/>
          </w:tcPr>
          <w:p w:rsidR="006F7457" w:rsidRDefault="00332DB8">
            <w:r>
              <w:t>4529.</w:t>
            </w:r>
          </w:p>
        </w:tc>
        <w:tc>
          <w:tcPr>
            <w:tcW w:w="2880" w:type="dxa"/>
          </w:tcPr>
          <w:p w:rsidR="006F7457" w:rsidRPr="00332DB8" w:rsidRDefault="00332DB8">
            <w:pPr>
              <w:rPr>
                <w:lang w:val="ru-RU"/>
              </w:rPr>
            </w:pPr>
            <w:r w:rsidRPr="00332DB8">
              <w:rPr>
                <w:lang w:val="ru-RU"/>
              </w:rPr>
              <w:t xml:space="preserve">Видеофайл «Уроки скинхеда», размещенный в сети Интернет на странице в социальной сети «Вконтакте» по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30535773 (решение Мегионского городского суда Ханты-Мансийского автономного округа – Югры от 13.03.2015);</w:t>
            </w:r>
          </w:p>
        </w:tc>
        <w:tc>
          <w:tcPr>
            <w:tcW w:w="2880" w:type="dxa"/>
          </w:tcPr>
          <w:p w:rsidR="006F7457" w:rsidRDefault="00332DB8">
            <w:r>
              <w:t>30.10.2018</w:t>
            </w:r>
          </w:p>
        </w:tc>
      </w:tr>
      <w:tr w:rsidR="006F7457">
        <w:tc>
          <w:tcPr>
            <w:tcW w:w="2880" w:type="dxa"/>
          </w:tcPr>
          <w:p w:rsidR="006F7457" w:rsidRDefault="00332DB8">
            <w:r>
              <w:t>453</w:t>
            </w:r>
            <w:r>
              <w:lastRenderedPageBreak/>
              <w:t>0.</w:t>
            </w:r>
          </w:p>
        </w:tc>
        <w:tc>
          <w:tcPr>
            <w:tcW w:w="2880" w:type="dxa"/>
          </w:tcPr>
          <w:p w:rsidR="006F7457" w:rsidRPr="00332DB8" w:rsidRDefault="00332DB8">
            <w:pPr>
              <w:rPr>
                <w:lang w:val="ru-RU"/>
              </w:rPr>
            </w:pPr>
            <w:r w:rsidRPr="00332DB8">
              <w:rPr>
                <w:lang w:val="ru-RU"/>
              </w:rPr>
              <w:lastRenderedPageBreak/>
              <w:t xml:space="preserve">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w:t>
            </w:r>
            <w:r>
              <w:lastRenderedPageBreak/>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=8</w:t>
            </w:r>
            <w:r>
              <w:t>cw</w:t>
            </w:r>
            <w:r w:rsidRPr="00332DB8">
              <w:rPr>
                <w:lang w:val="ru-RU"/>
              </w:rPr>
              <w:t>26</w:t>
            </w:r>
            <w:r>
              <w:t>SV</w:t>
            </w:r>
            <w:r w:rsidRPr="00332DB8">
              <w:rPr>
                <w:lang w:val="ru-RU"/>
              </w:rPr>
              <w:t>115</w:t>
            </w:r>
            <w:r>
              <w:t>Y</w:t>
            </w:r>
            <w:r w:rsidRPr="00332DB8">
              <w:rPr>
                <w:lang w:val="ru-RU"/>
              </w:rPr>
              <w:t xml:space="preserve">; </w:t>
            </w:r>
            <w:r>
              <w:t>http</w:t>
            </w:r>
            <w:r w:rsidRPr="00332DB8">
              <w:rPr>
                <w:lang w:val="ru-RU"/>
              </w:rPr>
              <w:t>://</w:t>
            </w:r>
            <w:r>
              <w:t>hlamer</w:t>
            </w:r>
            <w:r w:rsidRPr="00332DB8">
              <w:rPr>
                <w:lang w:val="ru-RU"/>
              </w:rPr>
              <w:t>.</w:t>
            </w:r>
            <w:r>
              <w:t>ru</w:t>
            </w:r>
            <w:r w:rsidRPr="00332DB8">
              <w:rPr>
                <w:lang w:val="ru-RU"/>
              </w:rPr>
              <w:t>/</w:t>
            </w:r>
            <w:r>
              <w:t>video</w:t>
            </w:r>
            <w:r w:rsidRPr="00332DB8">
              <w:rPr>
                <w:lang w:val="ru-RU"/>
              </w:rPr>
              <w:t>/189422-</w:t>
            </w:r>
            <w:r>
              <w:t>My</w:t>
            </w:r>
            <w:r w:rsidRPr="00332DB8">
              <w:rPr>
                <w:lang w:val="ru-RU"/>
              </w:rPr>
              <w:t>_</w:t>
            </w:r>
            <w:r>
              <w:t>pobedim</w:t>
            </w:r>
            <w:r w:rsidRPr="00332DB8">
              <w:rPr>
                <w:lang w:val="ru-RU"/>
              </w:rPr>
              <w:t>_</w:t>
            </w:r>
            <w:r>
              <w:t>Rossiya</w:t>
            </w:r>
            <w:r w:rsidRPr="00332DB8">
              <w:rPr>
                <w:lang w:val="ru-RU"/>
              </w:rPr>
              <w:t>_</w:t>
            </w:r>
            <w:r>
              <w:t>dlya</w:t>
            </w:r>
            <w:r w:rsidRPr="00332DB8">
              <w:rPr>
                <w:lang w:val="ru-RU"/>
              </w:rPr>
              <w:t>_</w:t>
            </w:r>
            <w:r>
              <w:t>russkih</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688165_171858213; </w:t>
            </w:r>
            <w:r>
              <w:t>http</w:t>
            </w:r>
            <w:r w:rsidRPr="00332DB8">
              <w:rPr>
                <w:lang w:val="ru-RU"/>
              </w:rPr>
              <w:t>://</w:t>
            </w:r>
            <w:r>
              <w:t>portall</w:t>
            </w:r>
            <w:r w:rsidRPr="00332DB8">
              <w:rPr>
                <w:lang w:val="ru-RU"/>
              </w:rPr>
              <w:t>.</w:t>
            </w:r>
            <w:r>
              <w:t>zp</w:t>
            </w:r>
            <w:r w:rsidRPr="00332DB8">
              <w:rPr>
                <w:lang w:val="ru-RU"/>
              </w:rPr>
              <w:t>.</w:t>
            </w:r>
            <w:r>
              <w:t>ua</w:t>
            </w:r>
            <w:r w:rsidRPr="00332DB8">
              <w:rPr>
                <w:lang w:val="ru-RU"/>
              </w:rPr>
              <w:t>/</w:t>
            </w:r>
            <w:r>
              <w:t>video</w:t>
            </w:r>
            <w:r w:rsidRPr="00332DB8">
              <w:rPr>
                <w:lang w:val="ru-RU"/>
              </w:rPr>
              <w:t>/</w:t>
            </w:r>
            <w:r>
              <w:t>my</w:t>
            </w:r>
            <w:r w:rsidRPr="00332DB8">
              <w:rPr>
                <w:lang w:val="ru-RU"/>
              </w:rPr>
              <w:t>-</w:t>
            </w:r>
            <w:r>
              <w:t>pobedim</w:t>
            </w:r>
            <w:r w:rsidRPr="00332DB8">
              <w:rPr>
                <w:lang w:val="ru-RU"/>
              </w:rPr>
              <w:t>-</w:t>
            </w:r>
            <w:r>
              <w:t>rossija</w:t>
            </w:r>
            <w:r w:rsidRPr="00332DB8">
              <w:rPr>
                <w:lang w:val="ru-RU"/>
              </w:rPr>
              <w:t>-</w:t>
            </w:r>
            <w:r>
              <w:t>dlja</w:t>
            </w:r>
            <w:r w:rsidRPr="00332DB8">
              <w:rPr>
                <w:lang w:val="ru-RU"/>
              </w:rPr>
              <w:t>-</w:t>
            </w:r>
            <w:r>
              <w:t>russkikh</w:t>
            </w:r>
            <w:r w:rsidRPr="00332DB8">
              <w:rPr>
                <w:lang w:val="ru-RU"/>
              </w:rPr>
              <w:t>/</w:t>
            </w:r>
            <w:r>
              <w:t>id</w:t>
            </w:r>
            <w:r w:rsidRPr="00332DB8">
              <w:rPr>
                <w:lang w:val="ru-RU"/>
              </w:rPr>
              <w:t>-</w:t>
            </w:r>
            <w:r>
              <w:t>pj</w:t>
            </w:r>
            <w:r w:rsidRPr="00332DB8">
              <w:rPr>
                <w:lang w:val="ru-RU"/>
              </w:rPr>
              <w:t>26</w:t>
            </w:r>
            <w:r>
              <w:t>FI</w:t>
            </w:r>
            <w:r w:rsidRPr="00332DB8">
              <w:rPr>
                <w:lang w:val="ru-RU"/>
              </w:rPr>
              <w:t>1</w:t>
            </w:r>
            <w:r>
              <w:t>y</w:t>
            </w:r>
            <w:r w:rsidRPr="00332DB8">
              <w:rPr>
                <w:lang w:val="ru-RU"/>
              </w:rPr>
              <w:t>5</w:t>
            </w:r>
            <w:r>
              <w:t>L</w:t>
            </w:r>
            <w:r w:rsidRPr="00332DB8">
              <w:rPr>
                <w:lang w:val="ru-RU"/>
              </w:rPr>
              <w:t>.</w:t>
            </w:r>
            <w:r>
              <w:t>html</w:t>
            </w:r>
            <w:r w:rsidRPr="00332DB8">
              <w:rPr>
                <w:lang w:val="ru-RU"/>
              </w:rPr>
              <w:t xml:space="preserve"> (решение Ленинского районного суда г. Костромы от 05.12.2017);</w:t>
            </w:r>
          </w:p>
        </w:tc>
        <w:tc>
          <w:tcPr>
            <w:tcW w:w="2880" w:type="dxa"/>
          </w:tcPr>
          <w:p w:rsidR="006F7457" w:rsidRDefault="00332DB8">
            <w:r>
              <w:lastRenderedPageBreak/>
              <w:t>31.10.201</w:t>
            </w:r>
            <w:r>
              <w:lastRenderedPageBreak/>
              <w:t>8</w:t>
            </w:r>
          </w:p>
        </w:tc>
      </w:tr>
      <w:tr w:rsidR="006F7457">
        <w:tc>
          <w:tcPr>
            <w:tcW w:w="2880" w:type="dxa"/>
          </w:tcPr>
          <w:p w:rsidR="006F7457" w:rsidRDefault="00332DB8">
            <w:r>
              <w:lastRenderedPageBreak/>
              <w:t>4531.</w:t>
            </w:r>
          </w:p>
        </w:tc>
        <w:tc>
          <w:tcPr>
            <w:tcW w:w="2880" w:type="dxa"/>
          </w:tcPr>
          <w:p w:rsidR="006F7457" w:rsidRPr="00332DB8" w:rsidRDefault="00332DB8">
            <w:pPr>
              <w:rPr>
                <w:lang w:val="ru-RU"/>
              </w:rPr>
            </w:pPr>
            <w:r w:rsidRPr="00332DB8">
              <w:rPr>
                <w:lang w:val="ru-RU"/>
              </w:rPr>
              <w:t xml:space="preserve">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82262785_162264738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=5</w:t>
            </w:r>
            <w:r>
              <w:t>hXfFfhTJu</w:t>
            </w:r>
            <w:r w:rsidRPr="00332DB8">
              <w:rPr>
                <w:lang w:val="ru-RU"/>
              </w:rPr>
              <w:t xml:space="preserve">0 </w:t>
            </w:r>
            <w:r>
              <w:t>http</w:t>
            </w:r>
            <w:r w:rsidRPr="00332DB8">
              <w:rPr>
                <w:lang w:val="ru-RU"/>
              </w:rPr>
              <w:t>://</w:t>
            </w:r>
            <w:r>
              <w:t>mp</w:t>
            </w:r>
            <w:r w:rsidRPr="00332DB8">
              <w:rPr>
                <w:lang w:val="ru-RU"/>
              </w:rPr>
              <w:t>3</w:t>
            </w:r>
            <w:r>
              <w:t>real</w:t>
            </w:r>
            <w:r w:rsidRPr="00332DB8">
              <w:rPr>
                <w:lang w:val="ru-RU"/>
              </w:rPr>
              <w:t>.</w:t>
            </w:r>
            <w:r>
              <w:t>ru</w:t>
            </w:r>
            <w:r w:rsidRPr="00332DB8">
              <w:rPr>
                <w:lang w:val="ru-RU"/>
              </w:rPr>
              <w:t>/</w:t>
            </w:r>
            <w:r>
              <w:t>video</w:t>
            </w:r>
            <w:r w:rsidRPr="00332DB8">
              <w:rPr>
                <w:lang w:val="ru-RU"/>
              </w:rPr>
              <w:t>/5</w:t>
            </w:r>
            <w:r>
              <w:t>hXfFfhTJu</w:t>
            </w:r>
            <w:r w:rsidRPr="00332DB8">
              <w:rPr>
                <w:lang w:val="ru-RU"/>
              </w:rPr>
              <w:t xml:space="preserve">0 </w:t>
            </w:r>
            <w:r>
              <w:t>http</w:t>
            </w:r>
            <w:r w:rsidRPr="00332DB8">
              <w:rPr>
                <w:lang w:val="ru-RU"/>
              </w:rPr>
              <w:t>://</w:t>
            </w:r>
            <w:r>
              <w:t>portall</w:t>
            </w:r>
            <w:r w:rsidRPr="00332DB8">
              <w:rPr>
                <w:lang w:val="ru-RU"/>
              </w:rPr>
              <w:t>.</w:t>
            </w:r>
            <w:r>
              <w:t>zp</w:t>
            </w:r>
            <w:r w:rsidRPr="00332DB8">
              <w:rPr>
                <w:lang w:val="ru-RU"/>
              </w:rPr>
              <w:t>.</w:t>
            </w:r>
            <w:r>
              <w:t>ua</w:t>
            </w:r>
            <w:r w:rsidRPr="00332DB8">
              <w:rPr>
                <w:lang w:val="ru-RU"/>
              </w:rPr>
              <w:t>/</w:t>
            </w:r>
            <w:r>
              <w:t>video</w:t>
            </w:r>
            <w:r w:rsidRPr="00332DB8">
              <w:rPr>
                <w:lang w:val="ru-RU"/>
              </w:rPr>
              <w:t>/</w:t>
            </w:r>
            <w:r>
              <w:t>maksim</w:t>
            </w:r>
            <w:r w:rsidRPr="00332DB8">
              <w:rPr>
                <w:lang w:val="ru-RU"/>
              </w:rPr>
              <w:t>-</w:t>
            </w:r>
            <w:r>
              <w:t>bazylev</w:t>
            </w:r>
            <w:r w:rsidRPr="00332DB8">
              <w:rPr>
                <w:lang w:val="ru-RU"/>
              </w:rPr>
              <w:t>-</w:t>
            </w:r>
            <w:r>
              <w:t>o</w:t>
            </w:r>
            <w:r w:rsidRPr="00332DB8">
              <w:rPr>
                <w:lang w:val="ru-RU"/>
              </w:rPr>
              <w:t>-</w:t>
            </w:r>
            <w:r>
              <w:t>soprotivlenii</w:t>
            </w:r>
            <w:r w:rsidRPr="00332DB8">
              <w:rPr>
                <w:lang w:val="ru-RU"/>
              </w:rPr>
              <w:t>/</w:t>
            </w:r>
            <w:r>
              <w:t>id</w:t>
            </w:r>
            <w:r w:rsidRPr="00332DB8">
              <w:rPr>
                <w:lang w:val="ru-RU"/>
              </w:rPr>
              <w:t>-5</w:t>
            </w:r>
            <w:r>
              <w:t>uKsSsuGWh</w:t>
            </w:r>
            <w:r w:rsidRPr="00332DB8">
              <w:rPr>
                <w:lang w:val="ru-RU"/>
              </w:rPr>
              <w:t>0.</w:t>
            </w:r>
            <w:r>
              <w:t>html</w:t>
            </w:r>
            <w:r w:rsidRPr="00332DB8">
              <w:rPr>
                <w:lang w:val="ru-RU"/>
              </w:rPr>
              <w:t xml:space="preserve"> (решение Ленинского районного суда г. Костромы от 05.12.2017);</w:t>
            </w:r>
          </w:p>
        </w:tc>
        <w:tc>
          <w:tcPr>
            <w:tcW w:w="2880" w:type="dxa"/>
          </w:tcPr>
          <w:p w:rsidR="006F7457" w:rsidRDefault="00332DB8">
            <w:r>
              <w:t>31.10.2018</w:t>
            </w:r>
          </w:p>
        </w:tc>
      </w:tr>
      <w:tr w:rsidR="006F7457">
        <w:tc>
          <w:tcPr>
            <w:tcW w:w="2880" w:type="dxa"/>
          </w:tcPr>
          <w:p w:rsidR="006F7457" w:rsidRDefault="00332DB8">
            <w:r>
              <w:t>4532.</w:t>
            </w:r>
          </w:p>
        </w:tc>
        <w:tc>
          <w:tcPr>
            <w:tcW w:w="2880" w:type="dxa"/>
          </w:tcPr>
          <w:p w:rsidR="006F7457" w:rsidRPr="00332DB8" w:rsidRDefault="00332DB8">
            <w:pPr>
              <w:rPr>
                <w:lang w:val="ru-RU"/>
              </w:rPr>
            </w:pPr>
            <w:r w:rsidRPr="00332DB8">
              <w:rPr>
                <w:lang w:val="ru-RU"/>
              </w:rPr>
              <w:t xml:space="preserve">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w:t>
            </w:r>
            <w:r>
              <w:t>https</w:t>
            </w:r>
            <w:r w:rsidRPr="00332DB8">
              <w:rPr>
                <w:lang w:val="ru-RU"/>
              </w:rPr>
              <w:t>://</w:t>
            </w:r>
            <w:r>
              <w:t>vk</w:t>
            </w:r>
            <w:r w:rsidRPr="00332DB8">
              <w:rPr>
                <w:lang w:val="ru-RU"/>
              </w:rPr>
              <w:t>.</w:t>
            </w:r>
            <w:r>
              <w:t>com</w:t>
            </w:r>
            <w:r w:rsidRPr="00332DB8">
              <w:rPr>
                <w:lang w:val="ru-RU"/>
              </w:rPr>
              <w:t>/</w:t>
            </w:r>
            <w:r>
              <w:t>videos</w:t>
            </w:r>
            <w:r w:rsidRPr="00332DB8">
              <w:rPr>
                <w:lang w:val="ru-RU"/>
              </w:rPr>
              <w:t>12343584?</w:t>
            </w:r>
            <w:r>
              <w:t>q</w:t>
            </w:r>
            <w:r w:rsidRPr="00332DB8">
              <w:rPr>
                <w:lang w:val="ru-RU"/>
              </w:rPr>
              <w:t>=%</w:t>
            </w:r>
            <w:r>
              <w:t>D</w:t>
            </w:r>
            <w:r w:rsidRPr="00332DB8">
              <w:rPr>
                <w:lang w:val="ru-RU"/>
              </w:rPr>
              <w:t>0%</w:t>
            </w:r>
            <w:r>
              <w:t>B</w:t>
            </w:r>
            <w:r w:rsidRPr="00332DB8">
              <w:rPr>
                <w:lang w:val="ru-RU"/>
              </w:rPr>
              <w:t>4%</w:t>
            </w:r>
            <w:r>
              <w:t>D</w:t>
            </w:r>
            <w:r w:rsidRPr="00332DB8">
              <w:rPr>
                <w:lang w:val="ru-RU"/>
              </w:rPr>
              <w:t>0%</w:t>
            </w:r>
            <w:r>
              <w:t>BC</w:t>
            </w:r>
            <w:r w:rsidRPr="00332DB8">
              <w:rPr>
                <w:lang w:val="ru-RU"/>
              </w:rPr>
              <w:t>%</w:t>
            </w:r>
            <w:r>
              <w:t>D</w:t>
            </w:r>
            <w:r w:rsidRPr="00332DB8">
              <w:rPr>
                <w:lang w:val="ru-RU"/>
              </w:rPr>
              <w:t>0%</w:t>
            </w:r>
            <w:r>
              <w:t>B</w:t>
            </w:r>
            <w:r w:rsidRPr="00332DB8">
              <w:rPr>
                <w:lang w:val="ru-RU"/>
              </w:rPr>
              <w:t>8%</w:t>
            </w:r>
            <w:r>
              <w:t>D</w:t>
            </w:r>
            <w:r w:rsidRPr="00332DB8">
              <w:rPr>
                <w:lang w:val="ru-RU"/>
              </w:rPr>
              <w:t>1%82%</w:t>
            </w:r>
            <w:r>
              <w:t>D</w:t>
            </w:r>
            <w:r w:rsidRPr="00332DB8">
              <w:rPr>
                <w:lang w:val="ru-RU"/>
              </w:rPr>
              <w:t>1%80%</w:t>
            </w:r>
            <w:r>
              <w:t>D</w:t>
            </w:r>
            <w:r w:rsidRPr="00332DB8">
              <w:rPr>
                <w:lang w:val="ru-RU"/>
              </w:rPr>
              <w:t>0%</w:t>
            </w:r>
            <w:r>
              <w:t>B</w:t>
            </w:r>
            <w:r w:rsidRPr="00332DB8">
              <w:rPr>
                <w:lang w:val="ru-RU"/>
              </w:rPr>
              <w:t>8%</w:t>
            </w:r>
            <w:r>
              <w:t>D</w:t>
            </w:r>
            <w:r w:rsidRPr="00332DB8">
              <w:rPr>
                <w:lang w:val="ru-RU"/>
              </w:rPr>
              <w:t>0%</w:t>
            </w:r>
            <w:r>
              <w:t>B</w:t>
            </w:r>
            <w:r w:rsidRPr="00332DB8">
              <w:rPr>
                <w:lang w:val="ru-RU"/>
              </w:rPr>
              <w:t>9%20%</w:t>
            </w:r>
            <w:r>
              <w:t>D</w:t>
            </w:r>
            <w:r w:rsidRPr="00332DB8">
              <w:rPr>
                <w:lang w:val="ru-RU"/>
              </w:rPr>
              <w:t>0%</w:t>
            </w:r>
            <w:r>
              <w:t>B</w:t>
            </w:r>
            <w:r w:rsidRPr="00332DB8">
              <w:rPr>
                <w:lang w:val="ru-RU"/>
              </w:rPr>
              <w:t>1%</w:t>
            </w:r>
            <w:r>
              <w:t>D</w:t>
            </w:r>
            <w:r w:rsidRPr="00332DB8">
              <w:rPr>
                <w:lang w:val="ru-RU"/>
              </w:rPr>
              <w:t>0%</w:t>
            </w:r>
            <w:r>
              <w:t>BE</w:t>
            </w:r>
            <w:r w:rsidRPr="00332DB8">
              <w:rPr>
                <w:lang w:val="ru-RU"/>
              </w:rPr>
              <w:t>%</w:t>
            </w:r>
            <w:r>
              <w:t>D</w:t>
            </w:r>
            <w:r w:rsidRPr="00332DB8">
              <w:rPr>
                <w:lang w:val="ru-RU"/>
              </w:rPr>
              <w:t>1%80%</w:t>
            </w:r>
            <w:r>
              <w:t>D</w:t>
            </w:r>
            <w:r w:rsidRPr="00332DB8">
              <w:rPr>
                <w:lang w:val="ru-RU"/>
              </w:rPr>
              <w:t>0%</w:t>
            </w:r>
            <w:r>
              <w:t>BE</w:t>
            </w:r>
            <w:r w:rsidRPr="00332DB8">
              <w:rPr>
                <w:lang w:val="ru-RU"/>
              </w:rPr>
              <w:t>%</w:t>
            </w:r>
            <w:r>
              <w:t>D</w:t>
            </w:r>
            <w:r w:rsidRPr="00332DB8">
              <w:rPr>
                <w:lang w:val="ru-RU"/>
              </w:rPr>
              <w:t>0%</w:t>
            </w:r>
            <w:r>
              <w:t>B</w:t>
            </w:r>
            <w:r w:rsidRPr="00332DB8">
              <w:rPr>
                <w:lang w:val="ru-RU"/>
              </w:rPr>
              <w:t>2%</w:t>
            </w:r>
            <w:r>
              <w:t>D</w:t>
            </w:r>
            <w:r w:rsidRPr="00332DB8">
              <w:rPr>
                <w:lang w:val="ru-RU"/>
              </w:rPr>
              <w:t>0%</w:t>
            </w:r>
            <w:r>
              <w:t>B</w:t>
            </w:r>
            <w:r w:rsidRPr="00332DB8">
              <w:rPr>
                <w:lang w:val="ru-RU"/>
              </w:rPr>
              <w:t>8%</w:t>
            </w:r>
            <w:r>
              <w:t>D</w:t>
            </w:r>
            <w:r w:rsidRPr="00332DB8">
              <w:rPr>
                <w:lang w:val="ru-RU"/>
              </w:rPr>
              <w:t>0%</w:t>
            </w:r>
            <w:r>
              <w:t>BA</w:t>
            </w:r>
            <w:r w:rsidRPr="00332DB8">
              <w:rPr>
                <w:lang w:val="ru-RU"/>
              </w:rPr>
              <w:t>%</w:t>
            </w:r>
            <w:r>
              <w:t>D</w:t>
            </w:r>
            <w:r w:rsidRPr="00332DB8">
              <w:rPr>
                <w:lang w:val="ru-RU"/>
              </w:rPr>
              <w:t>0%</w:t>
            </w:r>
            <w:r>
              <w:t>BE</w:t>
            </w:r>
            <w:r w:rsidRPr="00332DB8">
              <w:rPr>
                <w:lang w:val="ru-RU"/>
              </w:rPr>
              <w:t>%</w:t>
            </w:r>
            <w:r>
              <w:t>D</w:t>
            </w:r>
            <w:r w:rsidRPr="00332DB8">
              <w:rPr>
                <w:lang w:val="ru-RU"/>
              </w:rPr>
              <w:t>0%</w:t>
            </w:r>
            <w:r>
              <w:t>B</w:t>
            </w:r>
            <w:r w:rsidRPr="00332DB8">
              <w:rPr>
                <w:lang w:val="ru-RU"/>
              </w:rPr>
              <w:t>2&amp;</w:t>
            </w:r>
            <w:r>
              <w:t>z</w:t>
            </w:r>
            <w:r w:rsidRPr="00332DB8">
              <w:rPr>
                <w:lang w:val="ru-RU"/>
              </w:rPr>
              <w:t>=</w:t>
            </w:r>
            <w:r>
              <w:t>video</w:t>
            </w:r>
            <w:r w:rsidRPr="00332DB8">
              <w:rPr>
                <w:lang w:val="ru-RU"/>
              </w:rPr>
              <w:t xml:space="preserve">-136607837_456239022 (упрощенная запись данной страницы: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-136607837_456239022) </w:t>
            </w:r>
            <w:r>
              <w:t>https</w:t>
            </w:r>
            <w:r w:rsidRPr="00332DB8">
              <w:rPr>
                <w:lang w:val="ru-RU"/>
              </w:rPr>
              <w:t>://</w:t>
            </w:r>
            <w:r>
              <w:t>vk</w:t>
            </w:r>
            <w:r w:rsidRPr="00332DB8">
              <w:rPr>
                <w:lang w:val="ru-RU"/>
              </w:rPr>
              <w:t>.</w:t>
            </w:r>
            <w:r>
              <w:t>com</w:t>
            </w:r>
            <w:r w:rsidRPr="00332DB8">
              <w:rPr>
                <w:lang w:val="ru-RU"/>
              </w:rPr>
              <w:t>/</w:t>
            </w:r>
            <w:r>
              <w:t>videos</w:t>
            </w:r>
            <w:r w:rsidRPr="00332DB8">
              <w:rPr>
                <w:lang w:val="ru-RU"/>
              </w:rPr>
              <w:t>12343584?</w:t>
            </w:r>
            <w:r>
              <w:t>q</w:t>
            </w:r>
            <w:r w:rsidRPr="00332DB8">
              <w:rPr>
                <w:lang w:val="ru-RU"/>
              </w:rPr>
              <w:t>=%</w:t>
            </w:r>
            <w:r>
              <w:t>D</w:t>
            </w:r>
            <w:r w:rsidRPr="00332DB8">
              <w:rPr>
                <w:lang w:val="ru-RU"/>
              </w:rPr>
              <w:t>0%</w:t>
            </w:r>
            <w:r>
              <w:t>B</w:t>
            </w:r>
            <w:r w:rsidRPr="00332DB8">
              <w:rPr>
                <w:lang w:val="ru-RU"/>
              </w:rPr>
              <w:t>4%</w:t>
            </w:r>
            <w:r>
              <w:t>D</w:t>
            </w:r>
            <w:r w:rsidRPr="00332DB8">
              <w:rPr>
                <w:lang w:val="ru-RU"/>
              </w:rPr>
              <w:t>0%</w:t>
            </w:r>
            <w:r>
              <w:t>BC</w:t>
            </w:r>
            <w:r w:rsidRPr="00332DB8">
              <w:rPr>
                <w:lang w:val="ru-RU"/>
              </w:rPr>
              <w:t>%</w:t>
            </w:r>
            <w:r>
              <w:t>D</w:t>
            </w:r>
            <w:r w:rsidRPr="00332DB8">
              <w:rPr>
                <w:lang w:val="ru-RU"/>
              </w:rPr>
              <w:t>0%</w:t>
            </w:r>
            <w:r>
              <w:t>B</w:t>
            </w:r>
            <w:r w:rsidRPr="00332DB8">
              <w:rPr>
                <w:lang w:val="ru-RU"/>
              </w:rPr>
              <w:t>8%</w:t>
            </w:r>
            <w:r>
              <w:t>D</w:t>
            </w:r>
            <w:r w:rsidRPr="00332DB8">
              <w:rPr>
                <w:lang w:val="ru-RU"/>
              </w:rPr>
              <w:t>1%82%</w:t>
            </w:r>
            <w:r>
              <w:t>D</w:t>
            </w:r>
            <w:r w:rsidRPr="00332DB8">
              <w:rPr>
                <w:lang w:val="ru-RU"/>
              </w:rPr>
              <w:t>1%80%</w:t>
            </w:r>
            <w:r>
              <w:t>D</w:t>
            </w:r>
            <w:r w:rsidRPr="00332DB8">
              <w:rPr>
                <w:lang w:val="ru-RU"/>
              </w:rPr>
              <w:t>0%</w:t>
            </w:r>
            <w:r>
              <w:t>B</w:t>
            </w:r>
            <w:r w:rsidRPr="00332DB8">
              <w:rPr>
                <w:lang w:val="ru-RU"/>
              </w:rPr>
              <w:t>8%</w:t>
            </w:r>
            <w:r>
              <w:t>D</w:t>
            </w:r>
            <w:r w:rsidRPr="00332DB8">
              <w:rPr>
                <w:lang w:val="ru-RU"/>
              </w:rPr>
              <w:t>0%</w:t>
            </w:r>
            <w:r>
              <w:t>B</w:t>
            </w:r>
            <w:r w:rsidRPr="00332DB8">
              <w:rPr>
                <w:lang w:val="ru-RU"/>
              </w:rPr>
              <w:t>9%20%</w:t>
            </w:r>
            <w:r>
              <w:t>D</w:t>
            </w:r>
            <w:r w:rsidRPr="00332DB8">
              <w:rPr>
                <w:lang w:val="ru-RU"/>
              </w:rPr>
              <w:t>0%</w:t>
            </w:r>
            <w:r>
              <w:t>B</w:t>
            </w:r>
            <w:r w:rsidRPr="00332DB8">
              <w:rPr>
                <w:lang w:val="ru-RU"/>
              </w:rPr>
              <w:t>1%</w:t>
            </w:r>
            <w:r>
              <w:t>D</w:t>
            </w:r>
            <w:r w:rsidRPr="00332DB8">
              <w:rPr>
                <w:lang w:val="ru-RU"/>
              </w:rPr>
              <w:t>0%</w:t>
            </w:r>
            <w:r>
              <w:t>BE</w:t>
            </w:r>
            <w:r w:rsidRPr="00332DB8">
              <w:rPr>
                <w:lang w:val="ru-RU"/>
              </w:rPr>
              <w:t>%</w:t>
            </w:r>
            <w:r>
              <w:t>D</w:t>
            </w:r>
            <w:r w:rsidRPr="00332DB8">
              <w:rPr>
                <w:lang w:val="ru-RU"/>
              </w:rPr>
              <w:t>1%80%</w:t>
            </w:r>
            <w:r>
              <w:t>D</w:t>
            </w:r>
            <w:r w:rsidRPr="00332DB8">
              <w:rPr>
                <w:lang w:val="ru-RU"/>
              </w:rPr>
              <w:t>0%</w:t>
            </w:r>
            <w:r>
              <w:t>BE</w:t>
            </w:r>
            <w:r w:rsidRPr="00332DB8">
              <w:rPr>
                <w:lang w:val="ru-RU"/>
              </w:rPr>
              <w:t>%</w:t>
            </w:r>
            <w:r>
              <w:t>D</w:t>
            </w:r>
            <w:r w:rsidRPr="00332DB8">
              <w:rPr>
                <w:lang w:val="ru-RU"/>
              </w:rPr>
              <w:t>0%</w:t>
            </w:r>
            <w:r>
              <w:t>B</w:t>
            </w:r>
            <w:r w:rsidRPr="00332DB8">
              <w:rPr>
                <w:lang w:val="ru-RU"/>
              </w:rPr>
              <w:t>2%</w:t>
            </w:r>
            <w:r>
              <w:t>D</w:t>
            </w:r>
            <w:r w:rsidRPr="00332DB8">
              <w:rPr>
                <w:lang w:val="ru-RU"/>
              </w:rPr>
              <w:t>0%</w:t>
            </w:r>
            <w:r>
              <w:t>B</w:t>
            </w:r>
            <w:r w:rsidRPr="00332DB8">
              <w:rPr>
                <w:lang w:val="ru-RU"/>
              </w:rPr>
              <w:t>8%</w:t>
            </w:r>
            <w:r>
              <w:t>D</w:t>
            </w:r>
            <w:r w:rsidRPr="00332DB8">
              <w:rPr>
                <w:lang w:val="ru-RU"/>
              </w:rPr>
              <w:t>0%</w:t>
            </w:r>
            <w:r>
              <w:t>BA</w:t>
            </w:r>
            <w:r w:rsidRPr="00332DB8">
              <w:rPr>
                <w:lang w:val="ru-RU"/>
              </w:rPr>
              <w:t>%</w:t>
            </w:r>
            <w:r>
              <w:t>D</w:t>
            </w:r>
            <w:r w:rsidRPr="00332DB8">
              <w:rPr>
                <w:lang w:val="ru-RU"/>
              </w:rPr>
              <w:t>0%</w:t>
            </w:r>
            <w:r>
              <w:t>BE</w:t>
            </w:r>
            <w:r w:rsidRPr="00332DB8">
              <w:rPr>
                <w:lang w:val="ru-RU"/>
              </w:rPr>
              <w:t>%</w:t>
            </w:r>
            <w:r>
              <w:t>D</w:t>
            </w:r>
            <w:r w:rsidRPr="00332DB8">
              <w:rPr>
                <w:lang w:val="ru-RU"/>
              </w:rPr>
              <w:t>0%</w:t>
            </w:r>
            <w:r>
              <w:t>B</w:t>
            </w:r>
            <w:r w:rsidRPr="00332DB8">
              <w:rPr>
                <w:lang w:val="ru-RU"/>
              </w:rPr>
              <w:t>2&amp;</w:t>
            </w:r>
            <w:r>
              <w:t>z</w:t>
            </w:r>
            <w:r w:rsidRPr="00332DB8">
              <w:rPr>
                <w:lang w:val="ru-RU"/>
              </w:rPr>
              <w:t>=</w:t>
            </w:r>
            <w:r>
              <w:t>video</w:t>
            </w:r>
            <w:r w:rsidRPr="00332DB8">
              <w:rPr>
                <w:lang w:val="ru-RU"/>
              </w:rPr>
              <w:t xml:space="preserve">161358685_171651298 (упрощенная запись данной страницы: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161358685_171651298);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time</w:t>
            </w:r>
            <w:r w:rsidRPr="00332DB8">
              <w:rPr>
                <w:lang w:val="ru-RU"/>
              </w:rPr>
              <w:t>_</w:t>
            </w:r>
            <w:r>
              <w:t>continue</w:t>
            </w:r>
            <w:r w:rsidRPr="00332DB8">
              <w:rPr>
                <w:lang w:val="ru-RU"/>
              </w:rPr>
              <w:t>=5&amp;</w:t>
            </w:r>
            <w:r>
              <w:t>v</w:t>
            </w:r>
            <w:r w:rsidRPr="00332DB8">
              <w:rPr>
                <w:lang w:val="ru-RU"/>
              </w:rPr>
              <w:t>=</w:t>
            </w:r>
            <w:r>
              <w:t>GJPITXNJrFA</w:t>
            </w:r>
            <w:r w:rsidRPr="00332DB8">
              <w:rPr>
                <w:lang w:val="ru-RU"/>
              </w:rPr>
              <w:t xml:space="preserve"> (решение Ленинского районного суда г. Костромы от 05.12.2017);</w:t>
            </w:r>
          </w:p>
        </w:tc>
        <w:tc>
          <w:tcPr>
            <w:tcW w:w="2880" w:type="dxa"/>
          </w:tcPr>
          <w:p w:rsidR="006F7457" w:rsidRDefault="00332DB8">
            <w:r>
              <w:t>31.10.2018</w:t>
            </w:r>
          </w:p>
        </w:tc>
      </w:tr>
      <w:tr w:rsidR="006F7457">
        <w:tc>
          <w:tcPr>
            <w:tcW w:w="2880" w:type="dxa"/>
          </w:tcPr>
          <w:p w:rsidR="006F7457" w:rsidRDefault="00332DB8">
            <w:r>
              <w:t>4533.</w:t>
            </w:r>
          </w:p>
        </w:tc>
        <w:tc>
          <w:tcPr>
            <w:tcW w:w="2880" w:type="dxa"/>
          </w:tcPr>
          <w:p w:rsidR="006F7457" w:rsidRPr="00332DB8" w:rsidRDefault="00332DB8">
            <w:pPr>
              <w:rPr>
                <w:lang w:val="ru-RU"/>
              </w:rPr>
            </w:pPr>
            <w:r w:rsidRPr="00332DB8">
              <w:rPr>
                <w:lang w:val="ru-RU"/>
              </w:rPr>
              <w:t xml:space="preserve">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w:t>
            </w:r>
            <w:r>
              <w:t>https</w:t>
            </w:r>
            <w:r w:rsidRPr="00332DB8">
              <w:rPr>
                <w:lang w:val="ru-RU"/>
              </w:rPr>
              <w:t>://</w:t>
            </w:r>
            <w:r>
              <w:t>vk</w:t>
            </w:r>
            <w:r w:rsidRPr="00332DB8">
              <w:rPr>
                <w:lang w:val="ru-RU"/>
              </w:rPr>
              <w:t>.</w:t>
            </w:r>
            <w:r>
              <w:t>com</w:t>
            </w:r>
            <w:r w:rsidRPr="00332DB8">
              <w:rPr>
                <w:lang w:val="ru-RU"/>
              </w:rPr>
              <w:t>/</w:t>
            </w:r>
            <w:r>
              <w:t>videos</w:t>
            </w:r>
            <w:r w:rsidRPr="00332DB8">
              <w:rPr>
                <w:lang w:val="ru-RU"/>
              </w:rPr>
              <w:t>12343584?</w:t>
            </w:r>
            <w:r>
              <w:t>q</w:t>
            </w:r>
            <w:r w:rsidRPr="00332DB8">
              <w:rPr>
                <w:lang w:val="ru-RU"/>
              </w:rPr>
              <w:t>=%</w:t>
            </w:r>
            <w:r>
              <w:t>D</w:t>
            </w:r>
            <w:r w:rsidRPr="00332DB8">
              <w:rPr>
                <w:lang w:val="ru-RU"/>
              </w:rPr>
              <w:t>0%</w:t>
            </w:r>
            <w:r>
              <w:t>B</w:t>
            </w:r>
            <w:r w:rsidRPr="00332DB8">
              <w:rPr>
                <w:lang w:val="ru-RU"/>
              </w:rPr>
              <w:t>4%</w:t>
            </w:r>
            <w:r>
              <w:t>D</w:t>
            </w:r>
            <w:r w:rsidRPr="00332DB8">
              <w:rPr>
                <w:lang w:val="ru-RU"/>
              </w:rPr>
              <w:t>0%</w:t>
            </w:r>
            <w:r>
              <w:t>BC</w:t>
            </w:r>
            <w:r w:rsidRPr="00332DB8">
              <w:rPr>
                <w:lang w:val="ru-RU"/>
              </w:rPr>
              <w:t>%</w:t>
            </w:r>
            <w:r>
              <w:t>D</w:t>
            </w:r>
            <w:r w:rsidRPr="00332DB8">
              <w:rPr>
                <w:lang w:val="ru-RU"/>
              </w:rPr>
              <w:t>0%</w:t>
            </w:r>
            <w:r>
              <w:t>B</w:t>
            </w:r>
            <w:r w:rsidRPr="00332DB8">
              <w:rPr>
                <w:lang w:val="ru-RU"/>
              </w:rPr>
              <w:t>8%</w:t>
            </w:r>
            <w:r>
              <w:t>D</w:t>
            </w:r>
            <w:r w:rsidRPr="00332DB8">
              <w:rPr>
                <w:lang w:val="ru-RU"/>
              </w:rPr>
              <w:t>1%82%</w:t>
            </w:r>
            <w:r>
              <w:t>D</w:t>
            </w:r>
            <w:r w:rsidRPr="00332DB8">
              <w:rPr>
                <w:lang w:val="ru-RU"/>
              </w:rPr>
              <w:t>1%80%</w:t>
            </w:r>
            <w:r>
              <w:t>D</w:t>
            </w:r>
            <w:r w:rsidRPr="00332DB8">
              <w:rPr>
                <w:lang w:val="ru-RU"/>
              </w:rPr>
              <w:t>0%</w:t>
            </w:r>
            <w:r>
              <w:t>B</w:t>
            </w:r>
            <w:r w:rsidRPr="00332DB8">
              <w:rPr>
                <w:lang w:val="ru-RU"/>
              </w:rPr>
              <w:t>8%</w:t>
            </w:r>
            <w:r>
              <w:t>D</w:t>
            </w:r>
            <w:r w:rsidRPr="00332DB8">
              <w:rPr>
                <w:lang w:val="ru-RU"/>
              </w:rPr>
              <w:t>0%</w:t>
            </w:r>
            <w:r>
              <w:t>B</w:t>
            </w:r>
            <w:r w:rsidRPr="00332DB8">
              <w:rPr>
                <w:lang w:val="ru-RU"/>
              </w:rPr>
              <w:t>9%20%</w:t>
            </w:r>
            <w:r>
              <w:t>D</w:t>
            </w:r>
            <w:r w:rsidRPr="00332DB8">
              <w:rPr>
                <w:lang w:val="ru-RU"/>
              </w:rPr>
              <w:t>0%</w:t>
            </w:r>
            <w:r>
              <w:t>B</w:t>
            </w:r>
            <w:r w:rsidRPr="00332DB8">
              <w:rPr>
                <w:lang w:val="ru-RU"/>
              </w:rPr>
              <w:t>1</w:t>
            </w:r>
            <w:r w:rsidRPr="00332DB8">
              <w:rPr>
                <w:lang w:val="ru-RU"/>
              </w:rPr>
              <w:lastRenderedPageBreak/>
              <w:t>%</w:t>
            </w:r>
            <w:r>
              <w:t>D</w:t>
            </w:r>
            <w:r w:rsidRPr="00332DB8">
              <w:rPr>
                <w:lang w:val="ru-RU"/>
              </w:rPr>
              <w:t>0%</w:t>
            </w:r>
            <w:r>
              <w:t>BE</w:t>
            </w:r>
            <w:r w:rsidRPr="00332DB8">
              <w:rPr>
                <w:lang w:val="ru-RU"/>
              </w:rPr>
              <w:t>%</w:t>
            </w:r>
            <w:r>
              <w:t>D</w:t>
            </w:r>
            <w:r w:rsidRPr="00332DB8">
              <w:rPr>
                <w:lang w:val="ru-RU"/>
              </w:rPr>
              <w:t>1%80%</w:t>
            </w:r>
            <w:r>
              <w:t>D</w:t>
            </w:r>
            <w:r w:rsidRPr="00332DB8">
              <w:rPr>
                <w:lang w:val="ru-RU"/>
              </w:rPr>
              <w:t>0%</w:t>
            </w:r>
            <w:r>
              <w:t>BE</w:t>
            </w:r>
            <w:r w:rsidRPr="00332DB8">
              <w:rPr>
                <w:lang w:val="ru-RU"/>
              </w:rPr>
              <w:t>%</w:t>
            </w:r>
            <w:r>
              <w:t>D</w:t>
            </w:r>
            <w:r w:rsidRPr="00332DB8">
              <w:rPr>
                <w:lang w:val="ru-RU"/>
              </w:rPr>
              <w:t>0%</w:t>
            </w:r>
            <w:r>
              <w:t>B</w:t>
            </w:r>
            <w:r w:rsidRPr="00332DB8">
              <w:rPr>
                <w:lang w:val="ru-RU"/>
              </w:rPr>
              <w:t>2%</w:t>
            </w:r>
            <w:r>
              <w:t>D</w:t>
            </w:r>
            <w:r w:rsidRPr="00332DB8">
              <w:rPr>
                <w:lang w:val="ru-RU"/>
              </w:rPr>
              <w:t>0%</w:t>
            </w:r>
            <w:r>
              <w:t>B</w:t>
            </w:r>
            <w:r w:rsidRPr="00332DB8">
              <w:rPr>
                <w:lang w:val="ru-RU"/>
              </w:rPr>
              <w:t>8%</w:t>
            </w:r>
            <w:r>
              <w:t>D</w:t>
            </w:r>
            <w:r w:rsidRPr="00332DB8">
              <w:rPr>
                <w:lang w:val="ru-RU"/>
              </w:rPr>
              <w:t>0%</w:t>
            </w:r>
            <w:r>
              <w:t>BA</w:t>
            </w:r>
            <w:r w:rsidRPr="00332DB8">
              <w:rPr>
                <w:lang w:val="ru-RU"/>
              </w:rPr>
              <w:t>%</w:t>
            </w:r>
            <w:r>
              <w:t>D</w:t>
            </w:r>
            <w:r w:rsidRPr="00332DB8">
              <w:rPr>
                <w:lang w:val="ru-RU"/>
              </w:rPr>
              <w:t>0%</w:t>
            </w:r>
            <w:r>
              <w:t>BE</w:t>
            </w:r>
            <w:r w:rsidRPr="00332DB8">
              <w:rPr>
                <w:lang w:val="ru-RU"/>
              </w:rPr>
              <w:t>%</w:t>
            </w:r>
            <w:r>
              <w:t>D</w:t>
            </w:r>
            <w:r w:rsidRPr="00332DB8">
              <w:rPr>
                <w:lang w:val="ru-RU"/>
              </w:rPr>
              <w:t>0%</w:t>
            </w:r>
            <w:r>
              <w:t>B</w:t>
            </w:r>
            <w:r w:rsidRPr="00332DB8">
              <w:rPr>
                <w:lang w:val="ru-RU"/>
              </w:rPr>
              <w:t>2&amp;</w:t>
            </w:r>
            <w:r>
              <w:t>z</w:t>
            </w:r>
            <w:r w:rsidRPr="00332DB8">
              <w:rPr>
                <w:lang w:val="ru-RU"/>
              </w:rPr>
              <w:t>=</w:t>
            </w:r>
            <w:r>
              <w:t>video</w:t>
            </w:r>
            <w:r w:rsidRPr="00332DB8">
              <w:rPr>
                <w:lang w:val="ru-RU"/>
              </w:rPr>
              <w:t xml:space="preserve">-136607837_456239022 (упрощенная запись данной страницы: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-136607837_456239022) </w:t>
            </w:r>
            <w:r>
              <w:t>https</w:t>
            </w:r>
            <w:r w:rsidRPr="00332DB8">
              <w:rPr>
                <w:lang w:val="ru-RU"/>
              </w:rPr>
              <w:t>://</w:t>
            </w:r>
            <w:r>
              <w:t>vk</w:t>
            </w:r>
            <w:r w:rsidRPr="00332DB8">
              <w:rPr>
                <w:lang w:val="ru-RU"/>
              </w:rPr>
              <w:t>.</w:t>
            </w:r>
            <w:r>
              <w:t>com</w:t>
            </w:r>
            <w:r w:rsidRPr="00332DB8">
              <w:rPr>
                <w:lang w:val="ru-RU"/>
              </w:rPr>
              <w:t>/</w:t>
            </w:r>
            <w:r>
              <w:t>videos</w:t>
            </w:r>
            <w:r w:rsidRPr="00332DB8">
              <w:rPr>
                <w:lang w:val="ru-RU"/>
              </w:rPr>
              <w:t>12343584?</w:t>
            </w:r>
            <w:r>
              <w:t>q</w:t>
            </w:r>
            <w:r w:rsidRPr="00332DB8">
              <w:rPr>
                <w:lang w:val="ru-RU"/>
              </w:rPr>
              <w:t>=%</w:t>
            </w:r>
            <w:r>
              <w:t>D</w:t>
            </w:r>
            <w:r w:rsidRPr="00332DB8">
              <w:rPr>
                <w:lang w:val="ru-RU"/>
              </w:rPr>
              <w:t>0%</w:t>
            </w:r>
            <w:r>
              <w:t>B</w:t>
            </w:r>
            <w:r w:rsidRPr="00332DB8">
              <w:rPr>
                <w:lang w:val="ru-RU"/>
              </w:rPr>
              <w:t>4%</w:t>
            </w:r>
            <w:r>
              <w:t>D</w:t>
            </w:r>
            <w:r w:rsidRPr="00332DB8">
              <w:rPr>
                <w:lang w:val="ru-RU"/>
              </w:rPr>
              <w:t>0%</w:t>
            </w:r>
            <w:r>
              <w:t>BC</w:t>
            </w:r>
            <w:r w:rsidRPr="00332DB8">
              <w:rPr>
                <w:lang w:val="ru-RU"/>
              </w:rPr>
              <w:t>%</w:t>
            </w:r>
            <w:r>
              <w:t>D</w:t>
            </w:r>
            <w:r w:rsidRPr="00332DB8">
              <w:rPr>
                <w:lang w:val="ru-RU"/>
              </w:rPr>
              <w:t>0%</w:t>
            </w:r>
            <w:r>
              <w:t>B</w:t>
            </w:r>
            <w:r w:rsidRPr="00332DB8">
              <w:rPr>
                <w:lang w:val="ru-RU"/>
              </w:rPr>
              <w:t>8%</w:t>
            </w:r>
            <w:r>
              <w:t>D</w:t>
            </w:r>
            <w:r w:rsidRPr="00332DB8">
              <w:rPr>
                <w:lang w:val="ru-RU"/>
              </w:rPr>
              <w:t>1%82%</w:t>
            </w:r>
            <w:r>
              <w:t>D</w:t>
            </w:r>
            <w:r w:rsidRPr="00332DB8">
              <w:rPr>
                <w:lang w:val="ru-RU"/>
              </w:rPr>
              <w:t>1%80%</w:t>
            </w:r>
            <w:r>
              <w:t>D</w:t>
            </w:r>
            <w:r w:rsidRPr="00332DB8">
              <w:rPr>
                <w:lang w:val="ru-RU"/>
              </w:rPr>
              <w:t>0%</w:t>
            </w:r>
            <w:r>
              <w:t>B</w:t>
            </w:r>
            <w:r w:rsidRPr="00332DB8">
              <w:rPr>
                <w:lang w:val="ru-RU"/>
              </w:rPr>
              <w:t>8%</w:t>
            </w:r>
            <w:r>
              <w:t>D</w:t>
            </w:r>
            <w:r w:rsidRPr="00332DB8">
              <w:rPr>
                <w:lang w:val="ru-RU"/>
              </w:rPr>
              <w:t>0%</w:t>
            </w:r>
            <w:r>
              <w:t>B</w:t>
            </w:r>
            <w:r w:rsidRPr="00332DB8">
              <w:rPr>
                <w:lang w:val="ru-RU"/>
              </w:rPr>
              <w:t>9%20%</w:t>
            </w:r>
            <w:r>
              <w:t>D</w:t>
            </w:r>
            <w:r w:rsidRPr="00332DB8">
              <w:rPr>
                <w:lang w:val="ru-RU"/>
              </w:rPr>
              <w:t>0%</w:t>
            </w:r>
            <w:r>
              <w:t>B</w:t>
            </w:r>
            <w:r w:rsidRPr="00332DB8">
              <w:rPr>
                <w:lang w:val="ru-RU"/>
              </w:rPr>
              <w:t>1%</w:t>
            </w:r>
            <w:r>
              <w:t>D</w:t>
            </w:r>
            <w:r w:rsidRPr="00332DB8">
              <w:rPr>
                <w:lang w:val="ru-RU"/>
              </w:rPr>
              <w:t>0%</w:t>
            </w:r>
            <w:r>
              <w:t>BE</w:t>
            </w:r>
            <w:r w:rsidRPr="00332DB8">
              <w:rPr>
                <w:lang w:val="ru-RU"/>
              </w:rPr>
              <w:t>%</w:t>
            </w:r>
            <w:r>
              <w:t>D</w:t>
            </w:r>
            <w:r w:rsidRPr="00332DB8">
              <w:rPr>
                <w:lang w:val="ru-RU"/>
              </w:rPr>
              <w:t>1%80%</w:t>
            </w:r>
            <w:r>
              <w:t>D</w:t>
            </w:r>
            <w:r w:rsidRPr="00332DB8">
              <w:rPr>
                <w:lang w:val="ru-RU"/>
              </w:rPr>
              <w:t>0%</w:t>
            </w:r>
            <w:r>
              <w:t>BE</w:t>
            </w:r>
            <w:r w:rsidRPr="00332DB8">
              <w:rPr>
                <w:lang w:val="ru-RU"/>
              </w:rPr>
              <w:t>%</w:t>
            </w:r>
            <w:r>
              <w:t>D</w:t>
            </w:r>
            <w:r w:rsidRPr="00332DB8">
              <w:rPr>
                <w:lang w:val="ru-RU"/>
              </w:rPr>
              <w:t>0%</w:t>
            </w:r>
            <w:r>
              <w:t>B</w:t>
            </w:r>
            <w:r w:rsidRPr="00332DB8">
              <w:rPr>
                <w:lang w:val="ru-RU"/>
              </w:rPr>
              <w:t>2%</w:t>
            </w:r>
            <w:r>
              <w:t>D</w:t>
            </w:r>
            <w:r w:rsidRPr="00332DB8">
              <w:rPr>
                <w:lang w:val="ru-RU"/>
              </w:rPr>
              <w:t>0%</w:t>
            </w:r>
            <w:r>
              <w:t>B</w:t>
            </w:r>
            <w:r w:rsidRPr="00332DB8">
              <w:rPr>
                <w:lang w:val="ru-RU"/>
              </w:rPr>
              <w:t>8%</w:t>
            </w:r>
            <w:r>
              <w:t>D</w:t>
            </w:r>
            <w:r w:rsidRPr="00332DB8">
              <w:rPr>
                <w:lang w:val="ru-RU"/>
              </w:rPr>
              <w:t>0%</w:t>
            </w:r>
            <w:r>
              <w:t>BA</w:t>
            </w:r>
            <w:r w:rsidRPr="00332DB8">
              <w:rPr>
                <w:lang w:val="ru-RU"/>
              </w:rPr>
              <w:t>%</w:t>
            </w:r>
            <w:r>
              <w:t>D</w:t>
            </w:r>
            <w:r w:rsidRPr="00332DB8">
              <w:rPr>
                <w:lang w:val="ru-RU"/>
              </w:rPr>
              <w:t>0%</w:t>
            </w:r>
            <w:r>
              <w:t>BE</w:t>
            </w:r>
            <w:r w:rsidRPr="00332DB8">
              <w:rPr>
                <w:lang w:val="ru-RU"/>
              </w:rPr>
              <w:t>%</w:t>
            </w:r>
            <w:r>
              <w:t>D</w:t>
            </w:r>
            <w:r w:rsidRPr="00332DB8">
              <w:rPr>
                <w:lang w:val="ru-RU"/>
              </w:rPr>
              <w:t>0%</w:t>
            </w:r>
            <w:r>
              <w:t>B</w:t>
            </w:r>
            <w:r w:rsidRPr="00332DB8">
              <w:rPr>
                <w:lang w:val="ru-RU"/>
              </w:rPr>
              <w:t>2&amp;</w:t>
            </w:r>
            <w:r>
              <w:t>z</w:t>
            </w:r>
            <w:r w:rsidRPr="00332DB8">
              <w:rPr>
                <w:lang w:val="ru-RU"/>
              </w:rPr>
              <w:t>=</w:t>
            </w:r>
            <w:r>
              <w:t>video</w:t>
            </w:r>
            <w:r w:rsidRPr="00332DB8">
              <w:rPr>
                <w:lang w:val="ru-RU"/>
              </w:rPr>
              <w:t xml:space="preserve">161358685_171651298 (упрощенная запись данной страницы: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161358685_171651298);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time</w:t>
            </w:r>
            <w:r w:rsidRPr="00332DB8">
              <w:rPr>
                <w:lang w:val="ru-RU"/>
              </w:rPr>
              <w:t>_</w:t>
            </w:r>
            <w:r>
              <w:t>continue</w:t>
            </w:r>
            <w:r w:rsidRPr="00332DB8">
              <w:rPr>
                <w:lang w:val="ru-RU"/>
              </w:rPr>
              <w:t>=5&amp;</w:t>
            </w:r>
            <w:r>
              <w:t>v</w:t>
            </w:r>
            <w:r w:rsidRPr="00332DB8">
              <w:rPr>
                <w:lang w:val="ru-RU"/>
              </w:rPr>
              <w:t>=</w:t>
            </w:r>
            <w:r>
              <w:t>GJPITXNJrFA</w:t>
            </w:r>
            <w:r w:rsidRPr="00332DB8">
              <w:rPr>
                <w:lang w:val="ru-RU"/>
              </w:rPr>
              <w:t xml:space="preserve"> (решение Ленинского районного суда г. Костромы от 05.12.2017);</w:t>
            </w:r>
          </w:p>
        </w:tc>
        <w:tc>
          <w:tcPr>
            <w:tcW w:w="2880" w:type="dxa"/>
          </w:tcPr>
          <w:p w:rsidR="006F7457" w:rsidRDefault="00332DB8">
            <w:r>
              <w:lastRenderedPageBreak/>
              <w:t>31.10.2018</w:t>
            </w:r>
          </w:p>
        </w:tc>
      </w:tr>
      <w:tr w:rsidR="006F7457">
        <w:tc>
          <w:tcPr>
            <w:tcW w:w="2880" w:type="dxa"/>
          </w:tcPr>
          <w:p w:rsidR="006F7457" w:rsidRDefault="00332DB8">
            <w:r>
              <w:lastRenderedPageBreak/>
              <w:t>4534.</w:t>
            </w:r>
          </w:p>
        </w:tc>
        <w:tc>
          <w:tcPr>
            <w:tcW w:w="2880" w:type="dxa"/>
          </w:tcPr>
          <w:p w:rsidR="006F7457" w:rsidRPr="00332DB8" w:rsidRDefault="00332DB8">
            <w:pPr>
              <w:rPr>
                <w:lang w:val="ru-RU"/>
              </w:rPr>
            </w:pPr>
            <w:r w:rsidRPr="00332DB8">
              <w:rPr>
                <w:lang w:val="ru-RU"/>
              </w:rPr>
              <w:t xml:space="preserve">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w:t>
            </w:r>
            <w:r>
              <w:t>https</w:t>
            </w:r>
            <w:r w:rsidRPr="00332DB8">
              <w:rPr>
                <w:lang w:val="ru-RU"/>
              </w:rPr>
              <w:t>://</w:t>
            </w:r>
            <w:r>
              <w:t>vk</w:t>
            </w:r>
            <w:r w:rsidRPr="00332DB8">
              <w:rPr>
                <w:lang w:val="ru-RU"/>
              </w:rPr>
              <w:t>.</w:t>
            </w:r>
            <w:r>
              <w:t>com</w:t>
            </w:r>
            <w:r w:rsidRPr="00332DB8">
              <w:rPr>
                <w:lang w:val="ru-RU"/>
              </w:rPr>
              <w:t>/</w:t>
            </w:r>
            <w:r>
              <w:t>videos</w:t>
            </w:r>
            <w:r w:rsidRPr="00332DB8">
              <w:rPr>
                <w:lang w:val="ru-RU"/>
              </w:rPr>
              <w:t>12343584?</w:t>
            </w:r>
            <w:r>
              <w:t>q</w:t>
            </w:r>
            <w:r w:rsidRPr="00332DB8">
              <w:rPr>
                <w:lang w:val="ru-RU"/>
              </w:rPr>
              <w:t>=%</w:t>
            </w:r>
            <w:r>
              <w:t>D</w:t>
            </w:r>
            <w:r w:rsidRPr="00332DB8">
              <w:rPr>
                <w:lang w:val="ru-RU"/>
              </w:rPr>
              <w:t>0%</w:t>
            </w:r>
            <w:r>
              <w:t>B</w:t>
            </w:r>
            <w:r w:rsidRPr="00332DB8">
              <w:rPr>
                <w:lang w:val="ru-RU"/>
              </w:rPr>
              <w:t>4%</w:t>
            </w:r>
            <w:r>
              <w:t>D</w:t>
            </w:r>
            <w:r w:rsidRPr="00332DB8">
              <w:rPr>
                <w:lang w:val="ru-RU"/>
              </w:rPr>
              <w:t>0%</w:t>
            </w:r>
            <w:r>
              <w:t>BC</w:t>
            </w:r>
            <w:r w:rsidRPr="00332DB8">
              <w:rPr>
                <w:lang w:val="ru-RU"/>
              </w:rPr>
              <w:t>%</w:t>
            </w:r>
            <w:r>
              <w:t>D</w:t>
            </w:r>
            <w:r w:rsidRPr="00332DB8">
              <w:rPr>
                <w:lang w:val="ru-RU"/>
              </w:rPr>
              <w:t>0%</w:t>
            </w:r>
            <w:r>
              <w:t>B</w:t>
            </w:r>
            <w:r w:rsidRPr="00332DB8">
              <w:rPr>
                <w:lang w:val="ru-RU"/>
              </w:rPr>
              <w:t>8%</w:t>
            </w:r>
            <w:r>
              <w:t>D</w:t>
            </w:r>
            <w:r w:rsidRPr="00332DB8">
              <w:rPr>
                <w:lang w:val="ru-RU"/>
              </w:rPr>
              <w:t>1%82%</w:t>
            </w:r>
            <w:r>
              <w:t>D</w:t>
            </w:r>
            <w:r w:rsidRPr="00332DB8">
              <w:rPr>
                <w:lang w:val="ru-RU"/>
              </w:rPr>
              <w:t>1%80%</w:t>
            </w:r>
            <w:r>
              <w:t>D</w:t>
            </w:r>
            <w:r w:rsidRPr="00332DB8">
              <w:rPr>
                <w:lang w:val="ru-RU"/>
              </w:rPr>
              <w:t>0%</w:t>
            </w:r>
            <w:r>
              <w:t>B</w:t>
            </w:r>
            <w:r w:rsidRPr="00332DB8">
              <w:rPr>
                <w:lang w:val="ru-RU"/>
              </w:rPr>
              <w:t>8%</w:t>
            </w:r>
            <w:r>
              <w:t>D</w:t>
            </w:r>
            <w:r w:rsidRPr="00332DB8">
              <w:rPr>
                <w:lang w:val="ru-RU"/>
              </w:rPr>
              <w:t>0%</w:t>
            </w:r>
            <w:r>
              <w:t>B</w:t>
            </w:r>
            <w:r w:rsidRPr="00332DB8">
              <w:rPr>
                <w:lang w:val="ru-RU"/>
              </w:rPr>
              <w:t>9%20%</w:t>
            </w:r>
            <w:r>
              <w:t>D</w:t>
            </w:r>
            <w:r w:rsidRPr="00332DB8">
              <w:rPr>
                <w:lang w:val="ru-RU"/>
              </w:rPr>
              <w:t>0%</w:t>
            </w:r>
            <w:r>
              <w:t>B</w:t>
            </w:r>
            <w:r w:rsidRPr="00332DB8">
              <w:rPr>
                <w:lang w:val="ru-RU"/>
              </w:rPr>
              <w:t>1%</w:t>
            </w:r>
            <w:r>
              <w:t>D</w:t>
            </w:r>
            <w:r w:rsidRPr="00332DB8">
              <w:rPr>
                <w:lang w:val="ru-RU"/>
              </w:rPr>
              <w:t>0%</w:t>
            </w:r>
            <w:r>
              <w:t>BE</w:t>
            </w:r>
            <w:r w:rsidRPr="00332DB8">
              <w:rPr>
                <w:lang w:val="ru-RU"/>
              </w:rPr>
              <w:t>%</w:t>
            </w:r>
            <w:r>
              <w:t>D</w:t>
            </w:r>
            <w:r w:rsidRPr="00332DB8">
              <w:rPr>
                <w:lang w:val="ru-RU"/>
              </w:rPr>
              <w:t>1%80%</w:t>
            </w:r>
            <w:r>
              <w:t>D</w:t>
            </w:r>
            <w:r w:rsidRPr="00332DB8">
              <w:rPr>
                <w:lang w:val="ru-RU"/>
              </w:rPr>
              <w:t>0%</w:t>
            </w:r>
            <w:r>
              <w:t>BE</w:t>
            </w:r>
            <w:r w:rsidRPr="00332DB8">
              <w:rPr>
                <w:lang w:val="ru-RU"/>
              </w:rPr>
              <w:t>%</w:t>
            </w:r>
            <w:r>
              <w:t>D</w:t>
            </w:r>
            <w:r w:rsidRPr="00332DB8">
              <w:rPr>
                <w:lang w:val="ru-RU"/>
              </w:rPr>
              <w:t>0%</w:t>
            </w:r>
            <w:r>
              <w:t>B</w:t>
            </w:r>
            <w:r w:rsidRPr="00332DB8">
              <w:rPr>
                <w:lang w:val="ru-RU"/>
              </w:rPr>
              <w:t>2%</w:t>
            </w:r>
            <w:r>
              <w:t>D</w:t>
            </w:r>
            <w:r w:rsidRPr="00332DB8">
              <w:rPr>
                <w:lang w:val="ru-RU"/>
              </w:rPr>
              <w:t>0%</w:t>
            </w:r>
            <w:r>
              <w:t>B</w:t>
            </w:r>
            <w:r w:rsidRPr="00332DB8">
              <w:rPr>
                <w:lang w:val="ru-RU"/>
              </w:rPr>
              <w:t>8%</w:t>
            </w:r>
            <w:r>
              <w:t>D</w:t>
            </w:r>
            <w:r w:rsidRPr="00332DB8">
              <w:rPr>
                <w:lang w:val="ru-RU"/>
              </w:rPr>
              <w:t>0%</w:t>
            </w:r>
            <w:r>
              <w:t>BA</w:t>
            </w:r>
            <w:r w:rsidRPr="00332DB8">
              <w:rPr>
                <w:lang w:val="ru-RU"/>
              </w:rPr>
              <w:t>%</w:t>
            </w:r>
            <w:r>
              <w:t>D</w:t>
            </w:r>
            <w:r w:rsidRPr="00332DB8">
              <w:rPr>
                <w:lang w:val="ru-RU"/>
              </w:rPr>
              <w:t>0%</w:t>
            </w:r>
            <w:r>
              <w:t>BE</w:t>
            </w:r>
            <w:r w:rsidRPr="00332DB8">
              <w:rPr>
                <w:lang w:val="ru-RU"/>
              </w:rPr>
              <w:t>%</w:t>
            </w:r>
            <w:r>
              <w:t>D</w:t>
            </w:r>
            <w:r w:rsidRPr="00332DB8">
              <w:rPr>
                <w:lang w:val="ru-RU"/>
              </w:rPr>
              <w:t>0%</w:t>
            </w:r>
            <w:r>
              <w:t>B</w:t>
            </w:r>
            <w:r w:rsidRPr="00332DB8">
              <w:rPr>
                <w:lang w:val="ru-RU"/>
              </w:rPr>
              <w:t>2&amp;</w:t>
            </w:r>
            <w:r>
              <w:t>z</w:t>
            </w:r>
            <w:r w:rsidRPr="00332DB8">
              <w:rPr>
                <w:lang w:val="ru-RU"/>
              </w:rPr>
              <w:t>=</w:t>
            </w:r>
            <w:r>
              <w:t>video</w:t>
            </w:r>
            <w:r w:rsidRPr="00332DB8">
              <w:rPr>
                <w:lang w:val="ru-RU"/>
              </w:rPr>
              <w:t xml:space="preserve">-136607837_456239022 (упрощенная запись данной страницы: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-136607837_456239022) </w:t>
            </w:r>
            <w:r>
              <w:t>https</w:t>
            </w:r>
            <w:r w:rsidRPr="00332DB8">
              <w:rPr>
                <w:lang w:val="ru-RU"/>
              </w:rPr>
              <w:t>://</w:t>
            </w:r>
            <w:r>
              <w:t>vk</w:t>
            </w:r>
            <w:r w:rsidRPr="00332DB8">
              <w:rPr>
                <w:lang w:val="ru-RU"/>
              </w:rPr>
              <w:t>.</w:t>
            </w:r>
            <w:r>
              <w:t>com</w:t>
            </w:r>
            <w:r w:rsidRPr="00332DB8">
              <w:rPr>
                <w:lang w:val="ru-RU"/>
              </w:rPr>
              <w:t>/</w:t>
            </w:r>
            <w:r>
              <w:t>videos</w:t>
            </w:r>
            <w:r w:rsidRPr="00332DB8">
              <w:rPr>
                <w:lang w:val="ru-RU"/>
              </w:rPr>
              <w:t>12343584?</w:t>
            </w:r>
            <w:r>
              <w:t>q</w:t>
            </w:r>
            <w:r w:rsidRPr="00332DB8">
              <w:rPr>
                <w:lang w:val="ru-RU"/>
              </w:rPr>
              <w:t>=%</w:t>
            </w:r>
            <w:r>
              <w:t>D</w:t>
            </w:r>
            <w:r w:rsidRPr="00332DB8">
              <w:rPr>
                <w:lang w:val="ru-RU"/>
              </w:rPr>
              <w:t>0%</w:t>
            </w:r>
            <w:r>
              <w:t>B</w:t>
            </w:r>
            <w:r w:rsidRPr="00332DB8">
              <w:rPr>
                <w:lang w:val="ru-RU"/>
              </w:rPr>
              <w:t>4%</w:t>
            </w:r>
            <w:r>
              <w:t>D</w:t>
            </w:r>
            <w:r w:rsidRPr="00332DB8">
              <w:rPr>
                <w:lang w:val="ru-RU"/>
              </w:rPr>
              <w:t>0%</w:t>
            </w:r>
            <w:r>
              <w:t>BC</w:t>
            </w:r>
            <w:r w:rsidRPr="00332DB8">
              <w:rPr>
                <w:lang w:val="ru-RU"/>
              </w:rPr>
              <w:t>%</w:t>
            </w:r>
            <w:r>
              <w:t>D</w:t>
            </w:r>
            <w:r w:rsidRPr="00332DB8">
              <w:rPr>
                <w:lang w:val="ru-RU"/>
              </w:rPr>
              <w:t>0%</w:t>
            </w:r>
            <w:r>
              <w:t>B</w:t>
            </w:r>
            <w:r w:rsidRPr="00332DB8">
              <w:rPr>
                <w:lang w:val="ru-RU"/>
              </w:rPr>
              <w:t>8%</w:t>
            </w:r>
            <w:r>
              <w:t>D</w:t>
            </w:r>
            <w:r w:rsidRPr="00332DB8">
              <w:rPr>
                <w:lang w:val="ru-RU"/>
              </w:rPr>
              <w:t>1%82%</w:t>
            </w:r>
            <w:r>
              <w:t>D</w:t>
            </w:r>
            <w:r w:rsidRPr="00332DB8">
              <w:rPr>
                <w:lang w:val="ru-RU"/>
              </w:rPr>
              <w:t>1%80%</w:t>
            </w:r>
            <w:r>
              <w:t>D</w:t>
            </w:r>
            <w:r w:rsidRPr="00332DB8">
              <w:rPr>
                <w:lang w:val="ru-RU"/>
              </w:rPr>
              <w:t>0%</w:t>
            </w:r>
            <w:r>
              <w:t>B</w:t>
            </w:r>
            <w:r w:rsidRPr="00332DB8">
              <w:rPr>
                <w:lang w:val="ru-RU"/>
              </w:rPr>
              <w:t>8%</w:t>
            </w:r>
            <w:r>
              <w:t>D</w:t>
            </w:r>
            <w:r w:rsidRPr="00332DB8">
              <w:rPr>
                <w:lang w:val="ru-RU"/>
              </w:rPr>
              <w:t>0%</w:t>
            </w:r>
            <w:r>
              <w:t>B</w:t>
            </w:r>
            <w:r w:rsidRPr="00332DB8">
              <w:rPr>
                <w:lang w:val="ru-RU"/>
              </w:rPr>
              <w:t>9%20%</w:t>
            </w:r>
            <w:r>
              <w:t>D</w:t>
            </w:r>
            <w:r w:rsidRPr="00332DB8">
              <w:rPr>
                <w:lang w:val="ru-RU"/>
              </w:rPr>
              <w:t>0%</w:t>
            </w:r>
            <w:r>
              <w:t>B</w:t>
            </w:r>
            <w:r w:rsidRPr="00332DB8">
              <w:rPr>
                <w:lang w:val="ru-RU"/>
              </w:rPr>
              <w:t>1%</w:t>
            </w:r>
            <w:r>
              <w:t>D</w:t>
            </w:r>
            <w:r w:rsidRPr="00332DB8">
              <w:rPr>
                <w:lang w:val="ru-RU"/>
              </w:rPr>
              <w:t>0%</w:t>
            </w:r>
            <w:r>
              <w:t>BE</w:t>
            </w:r>
            <w:r w:rsidRPr="00332DB8">
              <w:rPr>
                <w:lang w:val="ru-RU"/>
              </w:rPr>
              <w:t>%</w:t>
            </w:r>
            <w:r>
              <w:t>D</w:t>
            </w:r>
            <w:r w:rsidRPr="00332DB8">
              <w:rPr>
                <w:lang w:val="ru-RU"/>
              </w:rPr>
              <w:t>1%80%</w:t>
            </w:r>
            <w:r>
              <w:t>D</w:t>
            </w:r>
            <w:r w:rsidRPr="00332DB8">
              <w:rPr>
                <w:lang w:val="ru-RU"/>
              </w:rPr>
              <w:t>0%</w:t>
            </w:r>
            <w:r>
              <w:t>BE</w:t>
            </w:r>
            <w:r w:rsidRPr="00332DB8">
              <w:rPr>
                <w:lang w:val="ru-RU"/>
              </w:rPr>
              <w:t>%</w:t>
            </w:r>
            <w:r>
              <w:t>D</w:t>
            </w:r>
            <w:r w:rsidRPr="00332DB8">
              <w:rPr>
                <w:lang w:val="ru-RU"/>
              </w:rPr>
              <w:t>0%</w:t>
            </w:r>
            <w:r>
              <w:t>B</w:t>
            </w:r>
            <w:r w:rsidRPr="00332DB8">
              <w:rPr>
                <w:lang w:val="ru-RU"/>
              </w:rPr>
              <w:t>2%</w:t>
            </w:r>
            <w:r>
              <w:t>D</w:t>
            </w:r>
            <w:r w:rsidRPr="00332DB8">
              <w:rPr>
                <w:lang w:val="ru-RU"/>
              </w:rPr>
              <w:t>0%</w:t>
            </w:r>
            <w:r>
              <w:t>B</w:t>
            </w:r>
            <w:r w:rsidRPr="00332DB8">
              <w:rPr>
                <w:lang w:val="ru-RU"/>
              </w:rPr>
              <w:t>8%</w:t>
            </w:r>
            <w:r>
              <w:t>D</w:t>
            </w:r>
            <w:r w:rsidRPr="00332DB8">
              <w:rPr>
                <w:lang w:val="ru-RU"/>
              </w:rPr>
              <w:t>0%</w:t>
            </w:r>
            <w:r>
              <w:t>BA</w:t>
            </w:r>
            <w:r w:rsidRPr="00332DB8">
              <w:rPr>
                <w:lang w:val="ru-RU"/>
              </w:rPr>
              <w:t>%</w:t>
            </w:r>
            <w:r>
              <w:t>D</w:t>
            </w:r>
            <w:r w:rsidRPr="00332DB8">
              <w:rPr>
                <w:lang w:val="ru-RU"/>
              </w:rPr>
              <w:t>0%</w:t>
            </w:r>
            <w:r>
              <w:t>BE</w:t>
            </w:r>
            <w:r w:rsidRPr="00332DB8">
              <w:rPr>
                <w:lang w:val="ru-RU"/>
              </w:rPr>
              <w:t>%</w:t>
            </w:r>
            <w:r>
              <w:t>D</w:t>
            </w:r>
            <w:r w:rsidRPr="00332DB8">
              <w:rPr>
                <w:lang w:val="ru-RU"/>
              </w:rPr>
              <w:t>0%</w:t>
            </w:r>
            <w:r>
              <w:t>B</w:t>
            </w:r>
            <w:r w:rsidRPr="00332DB8">
              <w:rPr>
                <w:lang w:val="ru-RU"/>
              </w:rPr>
              <w:t>2&amp;</w:t>
            </w:r>
            <w:r>
              <w:t>z</w:t>
            </w:r>
            <w:r w:rsidRPr="00332DB8">
              <w:rPr>
                <w:lang w:val="ru-RU"/>
              </w:rPr>
              <w:t>=</w:t>
            </w:r>
            <w:r>
              <w:t>video</w:t>
            </w:r>
            <w:r w:rsidRPr="00332DB8">
              <w:rPr>
                <w:lang w:val="ru-RU"/>
              </w:rPr>
              <w:t xml:space="preserve">161358685_171651298 (упрощенная запись данной страницы: </w:t>
            </w:r>
            <w:r>
              <w:t>https</w:t>
            </w:r>
            <w:r w:rsidRPr="00332DB8">
              <w:rPr>
                <w:lang w:val="ru-RU"/>
              </w:rPr>
              <w:t>://</w:t>
            </w:r>
            <w:r>
              <w:t>vk</w:t>
            </w:r>
            <w:r w:rsidRPr="00332DB8">
              <w:rPr>
                <w:lang w:val="ru-RU"/>
              </w:rPr>
              <w:t>.</w:t>
            </w:r>
            <w:r>
              <w:t>com</w:t>
            </w:r>
            <w:r w:rsidRPr="00332DB8">
              <w:rPr>
                <w:lang w:val="ru-RU"/>
              </w:rPr>
              <w:t>/</w:t>
            </w:r>
            <w:r>
              <w:t>video</w:t>
            </w:r>
            <w:r w:rsidRPr="00332DB8">
              <w:rPr>
                <w:lang w:val="ru-RU"/>
              </w:rPr>
              <w:t xml:space="preserve">161358685_171651298);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time</w:t>
            </w:r>
            <w:r w:rsidRPr="00332DB8">
              <w:rPr>
                <w:lang w:val="ru-RU"/>
              </w:rPr>
              <w:t>_</w:t>
            </w:r>
            <w:r>
              <w:t>continue</w:t>
            </w:r>
            <w:r w:rsidRPr="00332DB8">
              <w:rPr>
                <w:lang w:val="ru-RU"/>
              </w:rPr>
              <w:t>=5&amp;</w:t>
            </w:r>
            <w:r>
              <w:t>v</w:t>
            </w:r>
            <w:r w:rsidRPr="00332DB8">
              <w:rPr>
                <w:lang w:val="ru-RU"/>
              </w:rPr>
              <w:t>=</w:t>
            </w:r>
            <w:r>
              <w:t>GJPITXNJrFA</w:t>
            </w:r>
            <w:r w:rsidRPr="00332DB8">
              <w:rPr>
                <w:lang w:val="ru-RU"/>
              </w:rPr>
              <w:t xml:space="preserve"> (решение Ленинского районного суда г. Костромы от 05.12.2017);</w:t>
            </w:r>
          </w:p>
        </w:tc>
        <w:tc>
          <w:tcPr>
            <w:tcW w:w="2880" w:type="dxa"/>
          </w:tcPr>
          <w:p w:rsidR="006F7457" w:rsidRDefault="00332DB8">
            <w:r>
              <w:t>31.10.2018</w:t>
            </w:r>
          </w:p>
        </w:tc>
      </w:tr>
      <w:tr w:rsidR="006F7457">
        <w:tc>
          <w:tcPr>
            <w:tcW w:w="2880" w:type="dxa"/>
          </w:tcPr>
          <w:p w:rsidR="006F7457" w:rsidRDefault="00332DB8">
            <w:r>
              <w:t>4535.</w:t>
            </w:r>
          </w:p>
        </w:tc>
        <w:tc>
          <w:tcPr>
            <w:tcW w:w="2880" w:type="dxa"/>
          </w:tcPr>
          <w:p w:rsidR="006F7457" w:rsidRPr="00332DB8" w:rsidRDefault="00332DB8">
            <w:pPr>
              <w:rPr>
                <w:lang w:val="ru-RU"/>
              </w:rPr>
            </w:pPr>
            <w:r w:rsidRPr="00332DB8">
              <w:rPr>
                <w:lang w:val="ru-RU"/>
              </w:rPr>
              <w:t xml:space="preserve">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w:t>
            </w:r>
            <w:r>
              <w:t>http</w:t>
            </w:r>
            <w:r w:rsidRPr="00332DB8">
              <w:rPr>
                <w:lang w:val="ru-RU"/>
              </w:rPr>
              <w:t>://</w:t>
            </w:r>
            <w:r>
              <w:t>knyaz</w:t>
            </w:r>
            <w:r w:rsidRPr="00332DB8">
              <w:rPr>
                <w:lang w:val="ru-RU"/>
              </w:rPr>
              <w:t>-</w:t>
            </w:r>
            <w:r>
              <w:t>myshkin</w:t>
            </w:r>
            <w:r w:rsidRPr="00332DB8">
              <w:rPr>
                <w:lang w:val="ru-RU"/>
              </w:rPr>
              <w:t>.</w:t>
            </w:r>
            <w:r>
              <w:t>livejournal</w:t>
            </w:r>
            <w:r w:rsidRPr="00332DB8">
              <w:rPr>
                <w:lang w:val="ru-RU"/>
              </w:rPr>
              <w:t>.</w:t>
            </w:r>
            <w:r>
              <w:t>com</w:t>
            </w:r>
            <w:r w:rsidRPr="00332DB8">
              <w:rPr>
                <w:lang w:val="ru-RU"/>
              </w:rPr>
              <w:t>/453146.</w:t>
            </w:r>
            <w:r>
              <w:t>html</w:t>
            </w:r>
            <w:r w:rsidRPr="00332DB8">
              <w:rPr>
                <w:lang w:val="ru-RU"/>
              </w:rPr>
              <w:t xml:space="preserve"> </w:t>
            </w:r>
            <w:r>
              <w:t>https</w:t>
            </w:r>
            <w:r w:rsidRPr="00332DB8">
              <w:rPr>
                <w:lang w:val="ru-RU"/>
              </w:rPr>
              <w:t>://</w:t>
            </w:r>
            <w:r>
              <w:t>via</w:t>
            </w:r>
            <w:r w:rsidRPr="00332DB8">
              <w:rPr>
                <w:lang w:val="ru-RU"/>
              </w:rPr>
              <w:t>-</w:t>
            </w:r>
            <w:r>
              <w:t>midgard</w:t>
            </w:r>
            <w:r w:rsidRPr="00332DB8">
              <w:rPr>
                <w:lang w:val="ru-RU"/>
              </w:rPr>
              <w:t>.</w:t>
            </w:r>
            <w:r>
              <w:t>com</w:t>
            </w:r>
            <w:r w:rsidRPr="00332DB8">
              <w:rPr>
                <w:lang w:val="ru-RU"/>
              </w:rPr>
              <w:t>/</w:t>
            </w:r>
            <w:r>
              <w:t>news</w:t>
            </w:r>
            <w:r w:rsidRPr="00332DB8">
              <w:rPr>
                <w:lang w:val="ru-RU"/>
              </w:rPr>
              <w:t>/</w:t>
            </w:r>
            <w:r>
              <w:t>vzglyad</w:t>
            </w:r>
            <w:r w:rsidRPr="00332DB8">
              <w:rPr>
                <w:lang w:val="ru-RU"/>
              </w:rPr>
              <w:t>-</w:t>
            </w:r>
            <w:r>
              <w:t>nacional</w:t>
            </w:r>
            <w:r w:rsidRPr="00332DB8">
              <w:rPr>
                <w:lang w:val="ru-RU"/>
              </w:rPr>
              <w:t>-</w:t>
            </w:r>
            <w:r>
              <w:t>socialista</w:t>
            </w:r>
            <w:r w:rsidRPr="00332DB8">
              <w:rPr>
                <w:lang w:val="ru-RU"/>
              </w:rPr>
              <w:t>-</w:t>
            </w:r>
            <w:r>
              <w:t>na</w:t>
            </w:r>
            <w:r w:rsidRPr="00332DB8">
              <w:rPr>
                <w:lang w:val="ru-RU"/>
              </w:rPr>
              <w:t>-9-</w:t>
            </w:r>
            <w:r>
              <w:t>maya</w:t>
            </w:r>
            <w:r w:rsidRPr="00332DB8">
              <w:rPr>
                <w:lang w:val="ru-RU"/>
              </w:rPr>
              <w:t>.</w:t>
            </w:r>
            <w:r>
              <w:t>htm</w:t>
            </w:r>
            <w:r w:rsidRPr="00332DB8">
              <w:rPr>
                <w:lang w:val="ru-RU"/>
              </w:rPr>
              <w:t xml:space="preserve"> </w:t>
            </w:r>
            <w:r>
              <w:t>http</w:t>
            </w:r>
            <w:r w:rsidRPr="00332DB8">
              <w:rPr>
                <w:lang w:val="ru-RU"/>
              </w:rPr>
              <w:t>://</w:t>
            </w:r>
            <w:r>
              <w:t>fans</w:t>
            </w:r>
            <w:r w:rsidRPr="00332DB8">
              <w:rPr>
                <w:lang w:val="ru-RU"/>
              </w:rPr>
              <w:t>-</w:t>
            </w:r>
            <w:r>
              <w:t>edge</w:t>
            </w:r>
            <w:r w:rsidRPr="00332DB8">
              <w:rPr>
                <w:lang w:val="ru-RU"/>
              </w:rPr>
              <w:t>.</w:t>
            </w:r>
            <w:r>
              <w:t>info</w:t>
            </w:r>
            <w:r w:rsidRPr="00332DB8">
              <w:rPr>
                <w:lang w:val="ru-RU"/>
              </w:rPr>
              <w:t>/</w:t>
            </w:r>
            <w:r>
              <w:t>dmitrij</w:t>
            </w:r>
            <w:r w:rsidRPr="00332DB8">
              <w:rPr>
                <w:lang w:val="ru-RU"/>
              </w:rPr>
              <w:t>-</w:t>
            </w:r>
            <w:r>
              <w:t>nesterov</w:t>
            </w:r>
            <w:r w:rsidRPr="00332DB8">
              <w:rPr>
                <w:lang w:val="ru-RU"/>
              </w:rPr>
              <w:t>-</w:t>
            </w:r>
            <w:r>
              <w:t>vzglyad</w:t>
            </w:r>
            <w:r w:rsidRPr="00332DB8">
              <w:rPr>
                <w:lang w:val="ru-RU"/>
              </w:rPr>
              <w:t>-</w:t>
            </w:r>
            <w:r>
              <w:t>nacional</w:t>
            </w:r>
            <w:r w:rsidRPr="00332DB8">
              <w:rPr>
                <w:lang w:val="ru-RU"/>
              </w:rPr>
              <w:t>-</w:t>
            </w:r>
            <w:r>
              <w:t>socialista</w:t>
            </w:r>
            <w:r w:rsidRPr="00332DB8">
              <w:rPr>
                <w:lang w:val="ru-RU"/>
              </w:rPr>
              <w:t>-</w:t>
            </w:r>
            <w:r>
              <w:t>na</w:t>
            </w:r>
            <w:r w:rsidRPr="00332DB8">
              <w:rPr>
                <w:lang w:val="ru-RU"/>
              </w:rPr>
              <w:t>-9-</w:t>
            </w:r>
            <w:r>
              <w:t>maya</w:t>
            </w:r>
            <w:r w:rsidRPr="00332DB8">
              <w:rPr>
                <w:lang w:val="ru-RU"/>
              </w:rPr>
              <w:t>/ (решение Ленинского районного суда г. Костромы от 05.12.2017);</w:t>
            </w:r>
          </w:p>
        </w:tc>
        <w:tc>
          <w:tcPr>
            <w:tcW w:w="2880" w:type="dxa"/>
          </w:tcPr>
          <w:p w:rsidR="006F7457" w:rsidRDefault="00332DB8">
            <w:r>
              <w:t>31.10.2018</w:t>
            </w:r>
          </w:p>
        </w:tc>
      </w:tr>
      <w:tr w:rsidR="006F7457">
        <w:tc>
          <w:tcPr>
            <w:tcW w:w="2880" w:type="dxa"/>
          </w:tcPr>
          <w:p w:rsidR="006F7457" w:rsidRDefault="00332DB8">
            <w:r>
              <w:t>4</w:t>
            </w:r>
            <w:r>
              <w:lastRenderedPageBreak/>
              <w:t>536.</w:t>
            </w:r>
          </w:p>
        </w:tc>
        <w:tc>
          <w:tcPr>
            <w:tcW w:w="2880" w:type="dxa"/>
          </w:tcPr>
          <w:p w:rsidR="006F7457" w:rsidRPr="00332DB8" w:rsidRDefault="00332DB8">
            <w:pPr>
              <w:rPr>
                <w:lang w:val="ru-RU"/>
              </w:rPr>
            </w:pPr>
            <w:r w:rsidRPr="00332DB8">
              <w:rPr>
                <w:lang w:val="ru-RU"/>
              </w:rPr>
              <w:lastRenderedPageBreak/>
              <w:t xml:space="preserve">Статья (публикация) под названием «Взгляд Национал-социалиста на 9 мая», текст которой начинается </w:t>
            </w:r>
            <w:r w:rsidRPr="00332DB8">
              <w:rPr>
                <w:lang w:val="ru-RU"/>
              </w:rPr>
              <w:lastRenderedPageBreak/>
              <w:t xml:space="preserve">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w:t>
            </w:r>
            <w:r>
              <w:t>http</w:t>
            </w:r>
            <w:r w:rsidRPr="00332DB8">
              <w:rPr>
                <w:lang w:val="ru-RU"/>
              </w:rPr>
              <w:t>://</w:t>
            </w:r>
            <w:r>
              <w:t>knyaz</w:t>
            </w:r>
            <w:r w:rsidRPr="00332DB8">
              <w:rPr>
                <w:lang w:val="ru-RU"/>
              </w:rPr>
              <w:t>-</w:t>
            </w:r>
            <w:r>
              <w:t>myshkin</w:t>
            </w:r>
            <w:r w:rsidRPr="00332DB8">
              <w:rPr>
                <w:lang w:val="ru-RU"/>
              </w:rPr>
              <w:t>.</w:t>
            </w:r>
            <w:r>
              <w:t>livejournal</w:t>
            </w:r>
            <w:r w:rsidRPr="00332DB8">
              <w:rPr>
                <w:lang w:val="ru-RU"/>
              </w:rPr>
              <w:t>.</w:t>
            </w:r>
            <w:r>
              <w:t>com</w:t>
            </w:r>
            <w:r w:rsidRPr="00332DB8">
              <w:rPr>
                <w:lang w:val="ru-RU"/>
              </w:rPr>
              <w:t>/453146.</w:t>
            </w:r>
            <w:r>
              <w:t>html</w:t>
            </w:r>
            <w:r w:rsidRPr="00332DB8">
              <w:rPr>
                <w:lang w:val="ru-RU"/>
              </w:rPr>
              <w:t xml:space="preserve"> </w:t>
            </w:r>
            <w:r>
              <w:t>https</w:t>
            </w:r>
            <w:r w:rsidRPr="00332DB8">
              <w:rPr>
                <w:lang w:val="ru-RU"/>
              </w:rPr>
              <w:t>://</w:t>
            </w:r>
            <w:r>
              <w:t>via</w:t>
            </w:r>
            <w:r w:rsidRPr="00332DB8">
              <w:rPr>
                <w:lang w:val="ru-RU"/>
              </w:rPr>
              <w:t>-</w:t>
            </w:r>
            <w:r>
              <w:t>midgard</w:t>
            </w:r>
            <w:r w:rsidRPr="00332DB8">
              <w:rPr>
                <w:lang w:val="ru-RU"/>
              </w:rPr>
              <w:t>.</w:t>
            </w:r>
            <w:r>
              <w:t>com</w:t>
            </w:r>
            <w:r w:rsidRPr="00332DB8">
              <w:rPr>
                <w:lang w:val="ru-RU"/>
              </w:rPr>
              <w:t>/</w:t>
            </w:r>
            <w:r>
              <w:t>news</w:t>
            </w:r>
            <w:r w:rsidRPr="00332DB8">
              <w:rPr>
                <w:lang w:val="ru-RU"/>
              </w:rPr>
              <w:t>/</w:t>
            </w:r>
            <w:r>
              <w:t>vzglyad</w:t>
            </w:r>
            <w:r w:rsidRPr="00332DB8">
              <w:rPr>
                <w:lang w:val="ru-RU"/>
              </w:rPr>
              <w:t>-</w:t>
            </w:r>
            <w:r>
              <w:t>nacional</w:t>
            </w:r>
            <w:r w:rsidRPr="00332DB8">
              <w:rPr>
                <w:lang w:val="ru-RU"/>
              </w:rPr>
              <w:t>-</w:t>
            </w:r>
            <w:r>
              <w:t>socialista</w:t>
            </w:r>
            <w:r w:rsidRPr="00332DB8">
              <w:rPr>
                <w:lang w:val="ru-RU"/>
              </w:rPr>
              <w:t>-</w:t>
            </w:r>
            <w:r>
              <w:t>na</w:t>
            </w:r>
            <w:r w:rsidRPr="00332DB8">
              <w:rPr>
                <w:lang w:val="ru-RU"/>
              </w:rPr>
              <w:t>-9-</w:t>
            </w:r>
            <w:r>
              <w:t>maya</w:t>
            </w:r>
            <w:r w:rsidRPr="00332DB8">
              <w:rPr>
                <w:lang w:val="ru-RU"/>
              </w:rPr>
              <w:t>.</w:t>
            </w:r>
            <w:r>
              <w:t>htm</w:t>
            </w:r>
            <w:r w:rsidRPr="00332DB8">
              <w:rPr>
                <w:lang w:val="ru-RU"/>
              </w:rPr>
              <w:t xml:space="preserve"> </w:t>
            </w:r>
            <w:r>
              <w:t>http</w:t>
            </w:r>
            <w:r w:rsidRPr="00332DB8">
              <w:rPr>
                <w:lang w:val="ru-RU"/>
              </w:rPr>
              <w:t>://</w:t>
            </w:r>
            <w:r>
              <w:t>fans</w:t>
            </w:r>
            <w:r w:rsidRPr="00332DB8">
              <w:rPr>
                <w:lang w:val="ru-RU"/>
              </w:rPr>
              <w:t>-</w:t>
            </w:r>
            <w:r>
              <w:t>edge</w:t>
            </w:r>
            <w:r w:rsidRPr="00332DB8">
              <w:rPr>
                <w:lang w:val="ru-RU"/>
              </w:rPr>
              <w:t>.</w:t>
            </w:r>
            <w:r>
              <w:t>info</w:t>
            </w:r>
            <w:r w:rsidRPr="00332DB8">
              <w:rPr>
                <w:lang w:val="ru-RU"/>
              </w:rPr>
              <w:t>/</w:t>
            </w:r>
            <w:r>
              <w:t>dmitrij</w:t>
            </w:r>
            <w:r w:rsidRPr="00332DB8">
              <w:rPr>
                <w:lang w:val="ru-RU"/>
              </w:rPr>
              <w:t>-</w:t>
            </w:r>
            <w:r>
              <w:t>nesterov</w:t>
            </w:r>
            <w:r w:rsidRPr="00332DB8">
              <w:rPr>
                <w:lang w:val="ru-RU"/>
              </w:rPr>
              <w:t>-</w:t>
            </w:r>
            <w:r>
              <w:t>vzglyad</w:t>
            </w:r>
            <w:r w:rsidRPr="00332DB8">
              <w:rPr>
                <w:lang w:val="ru-RU"/>
              </w:rPr>
              <w:t>-</w:t>
            </w:r>
            <w:r>
              <w:t>nacional</w:t>
            </w:r>
            <w:r w:rsidRPr="00332DB8">
              <w:rPr>
                <w:lang w:val="ru-RU"/>
              </w:rPr>
              <w:t>-</w:t>
            </w:r>
            <w:r>
              <w:t>socialista</w:t>
            </w:r>
            <w:r w:rsidRPr="00332DB8">
              <w:rPr>
                <w:lang w:val="ru-RU"/>
              </w:rPr>
              <w:t>-</w:t>
            </w:r>
            <w:r>
              <w:t>na</w:t>
            </w:r>
            <w:r w:rsidRPr="00332DB8">
              <w:rPr>
                <w:lang w:val="ru-RU"/>
              </w:rPr>
              <w:t>-9-</w:t>
            </w:r>
            <w:r>
              <w:t>maya</w:t>
            </w:r>
            <w:r w:rsidRPr="00332DB8">
              <w:rPr>
                <w:lang w:val="ru-RU"/>
              </w:rPr>
              <w:t>/ (решение Ленинского районного суда г. Костромы от 05.12.2017);</w:t>
            </w:r>
          </w:p>
        </w:tc>
        <w:tc>
          <w:tcPr>
            <w:tcW w:w="2880" w:type="dxa"/>
          </w:tcPr>
          <w:p w:rsidR="006F7457" w:rsidRDefault="00332DB8">
            <w:r>
              <w:lastRenderedPageBreak/>
              <w:t>31.</w:t>
            </w:r>
            <w:r>
              <w:lastRenderedPageBreak/>
              <w:t>10.2018</w:t>
            </w:r>
          </w:p>
        </w:tc>
      </w:tr>
      <w:tr w:rsidR="006F7457">
        <w:tc>
          <w:tcPr>
            <w:tcW w:w="2880" w:type="dxa"/>
          </w:tcPr>
          <w:p w:rsidR="006F7457" w:rsidRDefault="00332DB8">
            <w:r>
              <w:lastRenderedPageBreak/>
              <w:t>4537.</w:t>
            </w:r>
          </w:p>
        </w:tc>
        <w:tc>
          <w:tcPr>
            <w:tcW w:w="2880" w:type="dxa"/>
          </w:tcPr>
          <w:p w:rsidR="006F7457" w:rsidRPr="00332DB8" w:rsidRDefault="00332DB8">
            <w:pPr>
              <w:rPr>
                <w:lang w:val="ru-RU"/>
              </w:rPr>
            </w:pPr>
            <w:r w:rsidRPr="00332DB8">
              <w:rPr>
                <w:lang w:val="ru-RU"/>
              </w:rPr>
              <w:t xml:space="preserve">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w:t>
            </w:r>
            <w:r>
              <w:t>http</w:t>
            </w:r>
            <w:r w:rsidRPr="00332DB8">
              <w:rPr>
                <w:lang w:val="ru-RU"/>
              </w:rPr>
              <w:t>://</w:t>
            </w:r>
            <w:r>
              <w:t>knyaz</w:t>
            </w:r>
            <w:r w:rsidRPr="00332DB8">
              <w:rPr>
                <w:lang w:val="ru-RU"/>
              </w:rPr>
              <w:t>-</w:t>
            </w:r>
            <w:r>
              <w:t>myshkin</w:t>
            </w:r>
            <w:r w:rsidRPr="00332DB8">
              <w:rPr>
                <w:lang w:val="ru-RU"/>
              </w:rPr>
              <w:t>.</w:t>
            </w:r>
            <w:r>
              <w:t>livejournal</w:t>
            </w:r>
            <w:r w:rsidRPr="00332DB8">
              <w:rPr>
                <w:lang w:val="ru-RU"/>
              </w:rPr>
              <w:t>.</w:t>
            </w:r>
            <w:r>
              <w:t>com</w:t>
            </w:r>
            <w:r w:rsidRPr="00332DB8">
              <w:rPr>
                <w:lang w:val="ru-RU"/>
              </w:rPr>
              <w:t>/453146.</w:t>
            </w:r>
            <w:r>
              <w:t>html</w:t>
            </w:r>
            <w:r w:rsidRPr="00332DB8">
              <w:rPr>
                <w:lang w:val="ru-RU"/>
              </w:rPr>
              <w:t xml:space="preserve"> </w:t>
            </w:r>
            <w:r>
              <w:t>https</w:t>
            </w:r>
            <w:r w:rsidRPr="00332DB8">
              <w:rPr>
                <w:lang w:val="ru-RU"/>
              </w:rPr>
              <w:t>://</w:t>
            </w:r>
            <w:r>
              <w:t>via</w:t>
            </w:r>
            <w:r w:rsidRPr="00332DB8">
              <w:rPr>
                <w:lang w:val="ru-RU"/>
              </w:rPr>
              <w:t>-</w:t>
            </w:r>
            <w:r>
              <w:t>midgard</w:t>
            </w:r>
            <w:r w:rsidRPr="00332DB8">
              <w:rPr>
                <w:lang w:val="ru-RU"/>
              </w:rPr>
              <w:t>.</w:t>
            </w:r>
            <w:r>
              <w:t>com</w:t>
            </w:r>
            <w:r w:rsidRPr="00332DB8">
              <w:rPr>
                <w:lang w:val="ru-RU"/>
              </w:rPr>
              <w:t>/</w:t>
            </w:r>
            <w:r>
              <w:t>news</w:t>
            </w:r>
            <w:r w:rsidRPr="00332DB8">
              <w:rPr>
                <w:lang w:val="ru-RU"/>
              </w:rPr>
              <w:t>/</w:t>
            </w:r>
            <w:r>
              <w:t>vzglyad</w:t>
            </w:r>
            <w:r w:rsidRPr="00332DB8">
              <w:rPr>
                <w:lang w:val="ru-RU"/>
              </w:rPr>
              <w:t>-</w:t>
            </w:r>
            <w:r>
              <w:t>nacional</w:t>
            </w:r>
            <w:r w:rsidRPr="00332DB8">
              <w:rPr>
                <w:lang w:val="ru-RU"/>
              </w:rPr>
              <w:t>-</w:t>
            </w:r>
            <w:r>
              <w:t>socialista</w:t>
            </w:r>
            <w:r w:rsidRPr="00332DB8">
              <w:rPr>
                <w:lang w:val="ru-RU"/>
              </w:rPr>
              <w:t>-</w:t>
            </w:r>
            <w:r>
              <w:t>na</w:t>
            </w:r>
            <w:r w:rsidRPr="00332DB8">
              <w:rPr>
                <w:lang w:val="ru-RU"/>
              </w:rPr>
              <w:t>-9-</w:t>
            </w:r>
            <w:r>
              <w:t>maya</w:t>
            </w:r>
            <w:r w:rsidRPr="00332DB8">
              <w:rPr>
                <w:lang w:val="ru-RU"/>
              </w:rPr>
              <w:t>.</w:t>
            </w:r>
            <w:r>
              <w:t>htm</w:t>
            </w:r>
            <w:r w:rsidRPr="00332DB8">
              <w:rPr>
                <w:lang w:val="ru-RU"/>
              </w:rPr>
              <w:t xml:space="preserve"> </w:t>
            </w:r>
            <w:r>
              <w:t>http</w:t>
            </w:r>
            <w:r w:rsidRPr="00332DB8">
              <w:rPr>
                <w:lang w:val="ru-RU"/>
              </w:rPr>
              <w:t>://</w:t>
            </w:r>
            <w:r>
              <w:t>fans</w:t>
            </w:r>
            <w:r w:rsidRPr="00332DB8">
              <w:rPr>
                <w:lang w:val="ru-RU"/>
              </w:rPr>
              <w:t>-</w:t>
            </w:r>
            <w:r>
              <w:t>edge</w:t>
            </w:r>
            <w:r w:rsidRPr="00332DB8">
              <w:rPr>
                <w:lang w:val="ru-RU"/>
              </w:rPr>
              <w:t>.</w:t>
            </w:r>
            <w:r>
              <w:t>info</w:t>
            </w:r>
            <w:r w:rsidRPr="00332DB8">
              <w:rPr>
                <w:lang w:val="ru-RU"/>
              </w:rPr>
              <w:t>/</w:t>
            </w:r>
            <w:r>
              <w:t>dmitrij</w:t>
            </w:r>
            <w:r w:rsidRPr="00332DB8">
              <w:rPr>
                <w:lang w:val="ru-RU"/>
              </w:rPr>
              <w:t>-</w:t>
            </w:r>
            <w:r>
              <w:t>nesterov</w:t>
            </w:r>
            <w:r w:rsidRPr="00332DB8">
              <w:rPr>
                <w:lang w:val="ru-RU"/>
              </w:rPr>
              <w:t>-</w:t>
            </w:r>
            <w:r>
              <w:t>vzglyad</w:t>
            </w:r>
            <w:r w:rsidRPr="00332DB8">
              <w:rPr>
                <w:lang w:val="ru-RU"/>
              </w:rPr>
              <w:t>-</w:t>
            </w:r>
            <w:r>
              <w:t>nacional</w:t>
            </w:r>
            <w:r w:rsidRPr="00332DB8">
              <w:rPr>
                <w:lang w:val="ru-RU"/>
              </w:rPr>
              <w:t>-</w:t>
            </w:r>
            <w:r>
              <w:t>socialista</w:t>
            </w:r>
            <w:r w:rsidRPr="00332DB8">
              <w:rPr>
                <w:lang w:val="ru-RU"/>
              </w:rPr>
              <w:t>-</w:t>
            </w:r>
            <w:r>
              <w:t>na</w:t>
            </w:r>
            <w:r w:rsidRPr="00332DB8">
              <w:rPr>
                <w:lang w:val="ru-RU"/>
              </w:rPr>
              <w:t>-9-</w:t>
            </w:r>
            <w:r>
              <w:t>maya</w:t>
            </w:r>
            <w:r w:rsidRPr="00332DB8">
              <w:rPr>
                <w:lang w:val="ru-RU"/>
              </w:rPr>
              <w:t>/ (решение Ленинского районного суда г. Костромы от 05.12.2017);</w:t>
            </w:r>
          </w:p>
        </w:tc>
        <w:tc>
          <w:tcPr>
            <w:tcW w:w="2880" w:type="dxa"/>
          </w:tcPr>
          <w:p w:rsidR="006F7457" w:rsidRDefault="00332DB8">
            <w:r>
              <w:t>31.10.2018</w:t>
            </w:r>
          </w:p>
        </w:tc>
      </w:tr>
      <w:tr w:rsidR="006F7457">
        <w:tc>
          <w:tcPr>
            <w:tcW w:w="2880" w:type="dxa"/>
          </w:tcPr>
          <w:p w:rsidR="006F7457" w:rsidRDefault="00332DB8">
            <w:r>
              <w:t>4538.</w:t>
            </w:r>
          </w:p>
        </w:tc>
        <w:tc>
          <w:tcPr>
            <w:tcW w:w="2880" w:type="dxa"/>
          </w:tcPr>
          <w:p w:rsidR="006F7457" w:rsidRPr="00332DB8" w:rsidRDefault="00332DB8">
            <w:pPr>
              <w:rPr>
                <w:lang w:val="ru-RU"/>
              </w:rPr>
            </w:pPr>
            <w:r w:rsidRPr="00332DB8">
              <w:rPr>
                <w:lang w:val="ru-RU"/>
              </w:rPr>
              <w:t xml:space="preserve">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332DB8">
              <w:rPr>
                <w:lang w:val="ru-RU"/>
              </w:rPr>
              <w:t>:</w:t>
            </w:r>
            <w:r>
              <w:t>vk</w:t>
            </w:r>
            <w:r w:rsidRPr="00332DB8">
              <w:rPr>
                <w:lang w:val="ru-RU"/>
              </w:rPr>
              <w:t>.</w:t>
            </w:r>
            <w:r>
              <w:t>com</w:t>
            </w:r>
            <w:r w:rsidRPr="00332DB8">
              <w:rPr>
                <w:lang w:val="ru-RU"/>
              </w:rPr>
              <w:t>/</w:t>
            </w:r>
            <w:r>
              <w:t>idl</w:t>
            </w:r>
            <w:r w:rsidRPr="00332DB8">
              <w:rPr>
                <w:lang w:val="ru-RU"/>
              </w:rPr>
              <w:t xml:space="preserve">38583227, созданной на сайте социальной интернет - сети «ВКонтакте» по электронному адресу: </w:t>
            </w:r>
            <w:r>
              <w:t>http</w:t>
            </w:r>
            <w:r w:rsidRPr="00332DB8">
              <w:rPr>
                <w:lang w:val="ru-RU"/>
              </w:rPr>
              <w:t>:</w:t>
            </w:r>
            <w:r>
              <w:t>vk</w:t>
            </w:r>
            <w:r w:rsidRPr="00332DB8">
              <w:rPr>
                <w:lang w:val="ru-RU"/>
              </w:rPr>
              <w:t>.</w:t>
            </w:r>
            <w:r>
              <w:t>com</w:t>
            </w:r>
            <w:r w:rsidRPr="00332DB8">
              <w:rPr>
                <w:lang w:val="ru-RU"/>
              </w:rPr>
              <w:t xml:space="preserve"> (решение Ленинского районного суда г. Саранска Республики Мордовия от 26.03.2013);</w:t>
            </w:r>
          </w:p>
        </w:tc>
        <w:tc>
          <w:tcPr>
            <w:tcW w:w="2880" w:type="dxa"/>
          </w:tcPr>
          <w:p w:rsidR="006F7457" w:rsidRDefault="00332DB8">
            <w:r>
              <w:t>02.11.2018</w:t>
            </w:r>
          </w:p>
        </w:tc>
      </w:tr>
      <w:tr w:rsidR="006F7457">
        <w:tc>
          <w:tcPr>
            <w:tcW w:w="2880" w:type="dxa"/>
          </w:tcPr>
          <w:p w:rsidR="006F7457" w:rsidRDefault="00332DB8">
            <w:r>
              <w:t>4539.</w:t>
            </w:r>
          </w:p>
        </w:tc>
        <w:tc>
          <w:tcPr>
            <w:tcW w:w="2880" w:type="dxa"/>
          </w:tcPr>
          <w:p w:rsidR="006F7457" w:rsidRPr="00332DB8" w:rsidRDefault="00332DB8">
            <w:pPr>
              <w:rPr>
                <w:lang w:val="ru-RU"/>
              </w:rPr>
            </w:pPr>
            <w:r>
              <w:t>Книга Бадиуззаман Саид Нурси «Путь Сунны» (mega Basim Yayin San. Ve</w:t>
            </w:r>
            <w:r w:rsidRPr="00332DB8">
              <w:rPr>
                <w:lang w:val="ru-RU"/>
              </w:rPr>
              <w:t xml:space="preserve"> </w:t>
            </w:r>
            <w:r>
              <w:t>Tic</w:t>
            </w:r>
            <w:r w:rsidRPr="00332DB8">
              <w:rPr>
                <w:lang w:val="ru-RU"/>
              </w:rPr>
              <w:t>.</w:t>
            </w:r>
            <w:r>
              <w:t>A</w:t>
            </w:r>
            <w:r w:rsidRPr="00332DB8">
              <w:rPr>
                <w:lang w:val="ru-RU"/>
              </w:rPr>
              <w:t>.</w:t>
            </w:r>
            <w:r>
              <w:t>S</w:t>
            </w:r>
            <w:r w:rsidRPr="00332DB8">
              <w:rPr>
                <w:lang w:val="ru-RU"/>
              </w:rPr>
              <w:t>.- 2010-224с.)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2880" w:type="dxa"/>
          </w:tcPr>
          <w:p w:rsidR="006F7457" w:rsidRDefault="00332DB8">
            <w:r>
              <w:t>02.11.2018</w:t>
            </w:r>
          </w:p>
        </w:tc>
      </w:tr>
      <w:tr w:rsidR="006F7457">
        <w:tc>
          <w:tcPr>
            <w:tcW w:w="2880" w:type="dxa"/>
          </w:tcPr>
          <w:p w:rsidR="006F7457" w:rsidRDefault="00332DB8">
            <w:r>
              <w:t>45</w:t>
            </w:r>
            <w:r>
              <w:lastRenderedPageBreak/>
              <w:t>40.</w:t>
            </w:r>
          </w:p>
        </w:tc>
        <w:tc>
          <w:tcPr>
            <w:tcW w:w="2880" w:type="dxa"/>
          </w:tcPr>
          <w:p w:rsidR="006F7457" w:rsidRDefault="00332DB8">
            <w:r>
              <w:lastRenderedPageBreak/>
              <w:t xml:space="preserve">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w:t>
            </w:r>
            <w:r>
              <w:lastRenderedPageBreak/>
              <w:t>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2880" w:type="dxa"/>
          </w:tcPr>
          <w:p w:rsidR="006F7457" w:rsidRDefault="00332DB8">
            <w:r>
              <w:lastRenderedPageBreak/>
              <w:t>02.11.</w:t>
            </w:r>
            <w:r>
              <w:lastRenderedPageBreak/>
              <w:t>2018</w:t>
            </w:r>
          </w:p>
        </w:tc>
      </w:tr>
      <w:tr w:rsidR="006F7457">
        <w:tc>
          <w:tcPr>
            <w:tcW w:w="2880" w:type="dxa"/>
          </w:tcPr>
          <w:p w:rsidR="006F7457" w:rsidRDefault="00332DB8">
            <w:r>
              <w:lastRenderedPageBreak/>
              <w:t>4541.</w:t>
            </w:r>
          </w:p>
        </w:tc>
        <w:tc>
          <w:tcPr>
            <w:tcW w:w="2880" w:type="dxa"/>
          </w:tcPr>
          <w:p w:rsidR="006F7457" w:rsidRDefault="00332DB8">
            <w:r>
              <w:t>Исключён</w:t>
            </w:r>
          </w:p>
        </w:tc>
        <w:tc>
          <w:tcPr>
            <w:tcW w:w="2880" w:type="dxa"/>
          </w:tcPr>
          <w:p w:rsidR="006F7457" w:rsidRDefault="00332DB8">
            <w:r>
              <w:t>02.11.2018</w:t>
            </w:r>
          </w:p>
        </w:tc>
      </w:tr>
      <w:tr w:rsidR="006F7457">
        <w:tc>
          <w:tcPr>
            <w:tcW w:w="2880" w:type="dxa"/>
          </w:tcPr>
          <w:p w:rsidR="006F7457" w:rsidRDefault="00332DB8">
            <w:r>
              <w:t>4542.</w:t>
            </w:r>
          </w:p>
        </w:tc>
        <w:tc>
          <w:tcPr>
            <w:tcW w:w="2880" w:type="dxa"/>
          </w:tcPr>
          <w:p w:rsidR="006F7457" w:rsidRPr="00332DB8" w:rsidRDefault="00332DB8">
            <w:pPr>
              <w:rPr>
                <w:lang w:val="ru-RU"/>
              </w:rPr>
            </w:pPr>
            <w:r w:rsidRPr="00332DB8">
              <w:rPr>
                <w:lang w:val="ru-RU"/>
              </w:rPr>
              <w:t xml:space="preserve">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332DB8">
              <w:rPr>
                <w:lang w:val="ru-RU"/>
              </w:rPr>
              <w:t>:</w:t>
            </w:r>
            <w:r>
              <w:t>vk</w:t>
            </w:r>
            <w:r w:rsidRPr="00332DB8">
              <w:rPr>
                <w:lang w:val="ru-RU"/>
              </w:rPr>
              <w:t>.</w:t>
            </w:r>
            <w:r>
              <w:t>com</w:t>
            </w:r>
            <w:r w:rsidRPr="00332DB8">
              <w:rPr>
                <w:lang w:val="ru-RU"/>
              </w:rPr>
              <w:t>/</w:t>
            </w:r>
            <w:r>
              <w:t>idl</w:t>
            </w:r>
            <w:r w:rsidRPr="00332DB8">
              <w:rPr>
                <w:lang w:val="ru-RU"/>
              </w:rPr>
              <w:t xml:space="preserve">38583227, созданной на сайте социальной интернет - сети «ВКонтакте» по электронному адресу: </w:t>
            </w:r>
            <w:r>
              <w:t>http</w:t>
            </w:r>
            <w:r w:rsidRPr="00332DB8">
              <w:rPr>
                <w:lang w:val="ru-RU"/>
              </w:rPr>
              <w:t>:</w:t>
            </w:r>
            <w:r>
              <w:t>vk</w:t>
            </w:r>
            <w:r w:rsidRPr="00332DB8">
              <w:rPr>
                <w:lang w:val="ru-RU"/>
              </w:rPr>
              <w:t>.</w:t>
            </w:r>
            <w:r>
              <w:t>com</w:t>
            </w:r>
            <w:r w:rsidRPr="00332DB8">
              <w:rPr>
                <w:lang w:val="ru-RU"/>
              </w:rPr>
              <w:t xml:space="preserve"> (решение Ленинского районного суда г. Саранска Республики Мордовия от 26.03.2013);</w:t>
            </w:r>
          </w:p>
        </w:tc>
        <w:tc>
          <w:tcPr>
            <w:tcW w:w="2880" w:type="dxa"/>
          </w:tcPr>
          <w:p w:rsidR="006F7457" w:rsidRDefault="00332DB8">
            <w:r>
              <w:t>02.11.2018</w:t>
            </w:r>
          </w:p>
        </w:tc>
      </w:tr>
      <w:tr w:rsidR="006F7457">
        <w:tc>
          <w:tcPr>
            <w:tcW w:w="2880" w:type="dxa"/>
          </w:tcPr>
          <w:p w:rsidR="006F7457" w:rsidRDefault="00332DB8">
            <w:r>
              <w:t>4543.</w:t>
            </w:r>
          </w:p>
        </w:tc>
        <w:tc>
          <w:tcPr>
            <w:tcW w:w="2880" w:type="dxa"/>
          </w:tcPr>
          <w:p w:rsidR="006F7457" w:rsidRPr="00332DB8" w:rsidRDefault="00332DB8">
            <w:pPr>
              <w:rPr>
                <w:lang w:val="ru-RU"/>
              </w:rPr>
            </w:pPr>
            <w:r w:rsidRPr="00332DB8">
              <w:rPr>
                <w:lang w:val="ru-RU"/>
              </w:rPr>
              <w:t xml:space="preserve">Материалы статьи Рубати Митсаевой «Чего непозволительного мы требуем?», размещенные на сайте информационно-телекоммуникационной сети «Интернет» </w:t>
            </w:r>
            <w:r>
              <w:t>www</w:t>
            </w:r>
            <w:r w:rsidRPr="00332DB8">
              <w:rPr>
                <w:lang w:val="ru-RU"/>
              </w:rPr>
              <w:t>.</w:t>
            </w:r>
            <w:r>
              <w:t>chechenpress</w:t>
            </w:r>
            <w:r w:rsidRPr="00332DB8">
              <w:rPr>
                <w:lang w:val="ru-RU"/>
              </w:rPr>
              <w:t>.</w:t>
            </w:r>
            <w:r>
              <w:t>org</w:t>
            </w:r>
            <w:r w:rsidRPr="00332DB8">
              <w:rPr>
                <w:lang w:val="ru-RU"/>
              </w:rPr>
              <w:t xml:space="preserve"> (решение Арзгирского районного суда Ставропольского края от 26.04.2011);</w:t>
            </w:r>
          </w:p>
        </w:tc>
        <w:tc>
          <w:tcPr>
            <w:tcW w:w="2880" w:type="dxa"/>
          </w:tcPr>
          <w:p w:rsidR="006F7457" w:rsidRDefault="00332DB8">
            <w:r>
              <w:t>02.11.2018</w:t>
            </w:r>
          </w:p>
        </w:tc>
      </w:tr>
      <w:tr w:rsidR="006F7457">
        <w:tc>
          <w:tcPr>
            <w:tcW w:w="2880" w:type="dxa"/>
          </w:tcPr>
          <w:p w:rsidR="006F7457" w:rsidRDefault="00332DB8">
            <w:r>
              <w:t>4544.</w:t>
            </w:r>
          </w:p>
        </w:tc>
        <w:tc>
          <w:tcPr>
            <w:tcW w:w="2880" w:type="dxa"/>
          </w:tcPr>
          <w:p w:rsidR="006F7457" w:rsidRPr="00332DB8" w:rsidRDefault="00332DB8">
            <w:pPr>
              <w:rPr>
                <w:lang w:val="ru-RU"/>
              </w:rPr>
            </w:pPr>
            <w:r w:rsidRPr="00332DB8">
              <w:rPr>
                <w:lang w:val="ru-RU"/>
              </w:rPr>
              <w:t xml:space="preserve">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w:t>
            </w:r>
            <w:r>
              <w:t>http</w:t>
            </w:r>
            <w:r w:rsidRPr="00332DB8">
              <w:rPr>
                <w:lang w:val="ru-RU"/>
              </w:rPr>
              <w:t>:</w:t>
            </w:r>
            <w:r>
              <w:t>vk</w:t>
            </w:r>
            <w:r w:rsidRPr="00332DB8">
              <w:rPr>
                <w:lang w:val="ru-RU"/>
              </w:rPr>
              <w:t>.</w:t>
            </w:r>
            <w:r>
              <w:t>com</w:t>
            </w:r>
            <w:r w:rsidRPr="00332DB8">
              <w:rPr>
                <w:lang w:val="ru-RU"/>
              </w:rPr>
              <w:t>/</w:t>
            </w:r>
            <w:r>
              <w:t>idl</w:t>
            </w:r>
            <w:r w:rsidRPr="00332DB8">
              <w:rPr>
                <w:lang w:val="ru-RU"/>
              </w:rPr>
              <w:t xml:space="preserve">38583227, созданной на сайте социальной интернет - сети «ВКонтакте» по электронному адресу: </w:t>
            </w:r>
            <w:r>
              <w:t>http</w:t>
            </w:r>
            <w:r w:rsidRPr="00332DB8">
              <w:rPr>
                <w:lang w:val="ru-RU"/>
              </w:rPr>
              <w:t>:</w:t>
            </w:r>
            <w:r>
              <w:t>vk</w:t>
            </w:r>
            <w:r w:rsidRPr="00332DB8">
              <w:rPr>
                <w:lang w:val="ru-RU"/>
              </w:rPr>
              <w:t>.</w:t>
            </w:r>
            <w:r>
              <w:t>com</w:t>
            </w:r>
            <w:r w:rsidRPr="00332DB8">
              <w:rPr>
                <w:lang w:val="ru-RU"/>
              </w:rPr>
              <w:t xml:space="preserve"> (решение Ленинского районного суда г. Саранска Республики Мордовия от 26.03.2013);</w:t>
            </w:r>
          </w:p>
        </w:tc>
        <w:tc>
          <w:tcPr>
            <w:tcW w:w="2880" w:type="dxa"/>
          </w:tcPr>
          <w:p w:rsidR="006F7457" w:rsidRDefault="00332DB8">
            <w:r>
              <w:t>02.11.2018</w:t>
            </w:r>
          </w:p>
        </w:tc>
      </w:tr>
      <w:tr w:rsidR="006F7457">
        <w:tc>
          <w:tcPr>
            <w:tcW w:w="2880" w:type="dxa"/>
          </w:tcPr>
          <w:p w:rsidR="006F7457" w:rsidRDefault="00332DB8">
            <w:r>
              <w:t>454</w:t>
            </w:r>
            <w:r>
              <w:lastRenderedPageBreak/>
              <w:t>5.</w:t>
            </w:r>
          </w:p>
        </w:tc>
        <w:tc>
          <w:tcPr>
            <w:tcW w:w="2880" w:type="dxa"/>
          </w:tcPr>
          <w:p w:rsidR="006F7457" w:rsidRPr="00332DB8" w:rsidRDefault="00332DB8">
            <w:pPr>
              <w:rPr>
                <w:lang w:val="ru-RU"/>
              </w:rPr>
            </w:pPr>
            <w:r w:rsidRPr="00332DB8">
              <w:rPr>
                <w:lang w:val="ru-RU"/>
              </w:rPr>
              <w:lastRenderedPageBreak/>
              <w:t>Статья Крюкова С.В. «Русизм – праздник зла», размещенная в сети Интернет (решение Засвияжского районного суда г. Ульяновска от 18.10.2010);</w:t>
            </w:r>
          </w:p>
        </w:tc>
        <w:tc>
          <w:tcPr>
            <w:tcW w:w="2880" w:type="dxa"/>
          </w:tcPr>
          <w:p w:rsidR="006F7457" w:rsidRDefault="00332DB8">
            <w:r>
              <w:t>02.11.201</w:t>
            </w:r>
            <w:r>
              <w:lastRenderedPageBreak/>
              <w:t>8</w:t>
            </w:r>
          </w:p>
        </w:tc>
      </w:tr>
      <w:tr w:rsidR="006F7457">
        <w:tc>
          <w:tcPr>
            <w:tcW w:w="2880" w:type="dxa"/>
          </w:tcPr>
          <w:p w:rsidR="006F7457" w:rsidRDefault="00332DB8">
            <w:r>
              <w:lastRenderedPageBreak/>
              <w:t>4546.</w:t>
            </w:r>
          </w:p>
        </w:tc>
        <w:tc>
          <w:tcPr>
            <w:tcW w:w="2880" w:type="dxa"/>
          </w:tcPr>
          <w:p w:rsidR="006F7457" w:rsidRPr="00332DB8" w:rsidRDefault="00332DB8">
            <w:pPr>
              <w:rPr>
                <w:lang w:val="ru-RU"/>
              </w:rPr>
            </w:pPr>
            <w:r w:rsidRPr="00332DB8">
              <w:rPr>
                <w:lang w:val="ru-RU"/>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2880" w:type="dxa"/>
          </w:tcPr>
          <w:p w:rsidR="006F7457" w:rsidRDefault="00332DB8">
            <w:r>
              <w:t>02.11.2018</w:t>
            </w:r>
          </w:p>
        </w:tc>
      </w:tr>
      <w:tr w:rsidR="006F7457">
        <w:tc>
          <w:tcPr>
            <w:tcW w:w="2880" w:type="dxa"/>
          </w:tcPr>
          <w:p w:rsidR="006F7457" w:rsidRDefault="00332DB8">
            <w:r>
              <w:t>4547.</w:t>
            </w:r>
          </w:p>
        </w:tc>
        <w:tc>
          <w:tcPr>
            <w:tcW w:w="2880" w:type="dxa"/>
          </w:tcPr>
          <w:p w:rsidR="006F7457" w:rsidRPr="00332DB8" w:rsidRDefault="00332DB8">
            <w:pPr>
              <w:rPr>
                <w:lang w:val="ru-RU"/>
              </w:rPr>
            </w:pPr>
            <w:r w:rsidRPr="00332DB8">
              <w:rPr>
                <w:lang w:val="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2880" w:type="dxa"/>
          </w:tcPr>
          <w:p w:rsidR="006F7457" w:rsidRDefault="00332DB8">
            <w:r>
              <w:t>02.11.2018</w:t>
            </w:r>
          </w:p>
        </w:tc>
      </w:tr>
      <w:tr w:rsidR="006F7457">
        <w:tc>
          <w:tcPr>
            <w:tcW w:w="2880" w:type="dxa"/>
          </w:tcPr>
          <w:p w:rsidR="006F7457" w:rsidRDefault="00332DB8">
            <w:r>
              <w:t>4548.</w:t>
            </w:r>
          </w:p>
        </w:tc>
        <w:tc>
          <w:tcPr>
            <w:tcW w:w="2880" w:type="dxa"/>
          </w:tcPr>
          <w:p w:rsidR="006F7457" w:rsidRPr="00332DB8" w:rsidRDefault="00332DB8">
            <w:pPr>
              <w:rPr>
                <w:lang w:val="ru-RU"/>
              </w:rPr>
            </w:pPr>
            <w:r w:rsidRPr="00332DB8">
              <w:rPr>
                <w:lang w:val="ru-RU"/>
              </w:rPr>
              <w:t>Статья Крюкова С.В. «Униженные обречены», размещенная в сети Интернет (решение Засвияжского районного суда г. Ульяновска от 18.10.2010);</w:t>
            </w:r>
          </w:p>
        </w:tc>
        <w:tc>
          <w:tcPr>
            <w:tcW w:w="2880" w:type="dxa"/>
          </w:tcPr>
          <w:p w:rsidR="006F7457" w:rsidRDefault="00332DB8">
            <w:r>
              <w:t>02.11.2018</w:t>
            </w:r>
          </w:p>
        </w:tc>
      </w:tr>
      <w:tr w:rsidR="006F7457">
        <w:tc>
          <w:tcPr>
            <w:tcW w:w="2880" w:type="dxa"/>
          </w:tcPr>
          <w:p w:rsidR="006F7457" w:rsidRDefault="00332DB8">
            <w:r>
              <w:t>4549.</w:t>
            </w:r>
          </w:p>
        </w:tc>
        <w:tc>
          <w:tcPr>
            <w:tcW w:w="2880" w:type="dxa"/>
          </w:tcPr>
          <w:p w:rsidR="006F7457" w:rsidRPr="00332DB8" w:rsidRDefault="00332DB8">
            <w:pPr>
              <w:rPr>
                <w:lang w:val="ru-RU"/>
              </w:rPr>
            </w:pPr>
            <w:r w:rsidRPr="00332DB8">
              <w:rPr>
                <w:lang w:val="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w:t>
            </w:r>
            <w:r>
              <w:t>vk</w:t>
            </w:r>
            <w:r w:rsidRPr="00332DB8">
              <w:rPr>
                <w:lang w:val="ru-RU"/>
              </w:rPr>
              <w:t>.</w:t>
            </w:r>
            <w:r>
              <w:t>com</w:t>
            </w:r>
            <w:r w:rsidRPr="00332DB8">
              <w:rPr>
                <w:lang w:val="ru-RU"/>
              </w:rPr>
              <w:t>» файлы, а именно: видеозапись «Бабушка-скин).</w:t>
            </w:r>
            <w:r>
              <w:t>mp</w:t>
            </w:r>
            <w:r w:rsidRPr="00332DB8">
              <w:rPr>
                <w:lang w:val="ru-RU"/>
              </w:rPr>
              <w:t>4» (решение Калининского районного суда города Чебоксары Чувашской Республики от 30.07.2014);</w:t>
            </w:r>
          </w:p>
        </w:tc>
        <w:tc>
          <w:tcPr>
            <w:tcW w:w="2880" w:type="dxa"/>
          </w:tcPr>
          <w:p w:rsidR="006F7457" w:rsidRDefault="00332DB8">
            <w:r>
              <w:t>02.11.2018</w:t>
            </w:r>
          </w:p>
        </w:tc>
      </w:tr>
      <w:tr w:rsidR="006F7457">
        <w:tc>
          <w:tcPr>
            <w:tcW w:w="2880" w:type="dxa"/>
          </w:tcPr>
          <w:p w:rsidR="006F7457" w:rsidRDefault="00332DB8">
            <w:r>
              <w:t>4550.</w:t>
            </w:r>
          </w:p>
        </w:tc>
        <w:tc>
          <w:tcPr>
            <w:tcW w:w="2880" w:type="dxa"/>
          </w:tcPr>
          <w:p w:rsidR="006F7457" w:rsidRPr="00332DB8" w:rsidRDefault="00332DB8">
            <w:pPr>
              <w:rPr>
                <w:lang w:val="ru-RU"/>
              </w:rPr>
            </w:pPr>
            <w:r w:rsidRPr="00332DB8">
              <w:rPr>
                <w:lang w:val="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w:t>
            </w:r>
            <w:r>
              <w:t>vk</w:t>
            </w:r>
            <w:r w:rsidRPr="00332DB8">
              <w:rPr>
                <w:lang w:val="ru-RU"/>
              </w:rPr>
              <w:t>.</w:t>
            </w:r>
            <w:r>
              <w:t>com</w:t>
            </w:r>
            <w:r w:rsidRPr="00332DB8">
              <w:rPr>
                <w:lang w:val="ru-RU"/>
              </w:rPr>
              <w:t>» файлы, а именно: видеозапись «Я не нацист….</w:t>
            </w:r>
            <w:r>
              <w:t>mp</w:t>
            </w:r>
            <w:r w:rsidRPr="00332DB8">
              <w:rPr>
                <w:lang w:val="ru-RU"/>
              </w:rPr>
              <w:t>4» (решение Калининского районного суда города Чебоксары Чувашской Республики от 30.07.2014);</w:t>
            </w:r>
          </w:p>
        </w:tc>
        <w:tc>
          <w:tcPr>
            <w:tcW w:w="2880" w:type="dxa"/>
          </w:tcPr>
          <w:p w:rsidR="006F7457" w:rsidRDefault="00332DB8">
            <w:r>
              <w:t>02.11.2018</w:t>
            </w:r>
          </w:p>
        </w:tc>
      </w:tr>
      <w:tr w:rsidR="006F7457">
        <w:tc>
          <w:tcPr>
            <w:tcW w:w="2880" w:type="dxa"/>
          </w:tcPr>
          <w:p w:rsidR="006F7457" w:rsidRDefault="00332DB8">
            <w:r>
              <w:lastRenderedPageBreak/>
              <w:t>4551.</w:t>
            </w:r>
          </w:p>
        </w:tc>
        <w:tc>
          <w:tcPr>
            <w:tcW w:w="2880" w:type="dxa"/>
          </w:tcPr>
          <w:p w:rsidR="006F7457" w:rsidRPr="00332DB8" w:rsidRDefault="00332DB8">
            <w:pPr>
              <w:rPr>
                <w:lang w:val="ru-RU"/>
              </w:rPr>
            </w:pPr>
            <w:r w:rsidRPr="00332DB8">
              <w:rPr>
                <w:lang w:val="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w:t>
            </w:r>
            <w:r>
              <w:t>vk</w:t>
            </w:r>
            <w:r w:rsidRPr="00332DB8">
              <w:rPr>
                <w:lang w:val="ru-RU"/>
              </w:rPr>
              <w:t>.</w:t>
            </w:r>
            <w:r>
              <w:t>com</w:t>
            </w:r>
            <w:r w:rsidRPr="00332DB8">
              <w:rPr>
                <w:lang w:val="ru-RU"/>
              </w:rPr>
              <w:t>»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2880" w:type="dxa"/>
          </w:tcPr>
          <w:p w:rsidR="006F7457" w:rsidRDefault="00332DB8">
            <w:r>
              <w:t>02.11.2018</w:t>
            </w:r>
          </w:p>
        </w:tc>
      </w:tr>
      <w:tr w:rsidR="006F7457">
        <w:tc>
          <w:tcPr>
            <w:tcW w:w="2880" w:type="dxa"/>
          </w:tcPr>
          <w:p w:rsidR="006F7457" w:rsidRDefault="00332DB8">
            <w:r>
              <w:t>4552.</w:t>
            </w:r>
          </w:p>
        </w:tc>
        <w:tc>
          <w:tcPr>
            <w:tcW w:w="2880" w:type="dxa"/>
          </w:tcPr>
          <w:p w:rsidR="006F7457" w:rsidRPr="00332DB8" w:rsidRDefault="00332DB8">
            <w:pPr>
              <w:rPr>
                <w:lang w:val="ru-RU"/>
              </w:rPr>
            </w:pPr>
            <w:r w:rsidRPr="00332DB8">
              <w:rPr>
                <w:lang w:val="ru-RU"/>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2880" w:type="dxa"/>
          </w:tcPr>
          <w:p w:rsidR="006F7457" w:rsidRDefault="00332DB8">
            <w:r>
              <w:t>02.11.2018</w:t>
            </w:r>
          </w:p>
        </w:tc>
      </w:tr>
      <w:tr w:rsidR="006F7457">
        <w:tc>
          <w:tcPr>
            <w:tcW w:w="2880" w:type="dxa"/>
          </w:tcPr>
          <w:p w:rsidR="006F7457" w:rsidRDefault="00332DB8">
            <w:r>
              <w:t>4553.</w:t>
            </w:r>
          </w:p>
        </w:tc>
        <w:tc>
          <w:tcPr>
            <w:tcW w:w="2880" w:type="dxa"/>
          </w:tcPr>
          <w:p w:rsidR="006F7457" w:rsidRPr="00332DB8" w:rsidRDefault="00332DB8">
            <w:pPr>
              <w:rPr>
                <w:lang w:val="ru-RU"/>
              </w:rPr>
            </w:pPr>
            <w:r w:rsidRPr="00332DB8">
              <w:rPr>
                <w:lang w:val="ru-RU"/>
              </w:rPr>
              <w:t xml:space="preserve">Текст песни исполнителя Д.И.В. «Россия для русских», размещенный на Интернет-сайтах на страницах по адресам»: </w:t>
            </w:r>
            <w:r>
              <w:t>http</w:t>
            </w:r>
            <w:r w:rsidRPr="00332DB8">
              <w:rPr>
                <w:lang w:val="ru-RU"/>
              </w:rPr>
              <w:t>://</w:t>
            </w:r>
            <w:r>
              <w:t>teksty</w:t>
            </w:r>
            <w:r w:rsidRPr="00332DB8">
              <w:rPr>
                <w:lang w:val="ru-RU"/>
              </w:rPr>
              <w:t>-</w:t>
            </w:r>
            <w:r>
              <w:t>pesenok</w:t>
            </w:r>
            <w:r w:rsidRPr="00332DB8">
              <w:rPr>
                <w:lang w:val="ru-RU"/>
              </w:rPr>
              <w:t>.</w:t>
            </w:r>
            <w:r>
              <w:t>ru</w:t>
            </w:r>
            <w:r w:rsidRPr="00332DB8">
              <w:rPr>
                <w:lang w:val="ru-RU"/>
              </w:rPr>
              <w:t>/</w:t>
            </w:r>
            <w:r>
              <w:t>rus</w:t>
            </w:r>
            <w:r w:rsidRPr="00332DB8">
              <w:rPr>
                <w:lang w:val="ru-RU"/>
              </w:rPr>
              <w:t>-</w:t>
            </w:r>
            <w:r>
              <w:t>div</w:t>
            </w:r>
            <w:r w:rsidRPr="00332DB8">
              <w:rPr>
                <w:lang w:val="ru-RU"/>
              </w:rPr>
              <w:t>/</w:t>
            </w:r>
            <w:r>
              <w:t>tekst</w:t>
            </w:r>
            <w:r w:rsidRPr="00332DB8">
              <w:rPr>
                <w:lang w:val="ru-RU"/>
              </w:rPr>
              <w:t>-</w:t>
            </w:r>
            <w:r>
              <w:t>pesni</w:t>
            </w:r>
            <w:r w:rsidRPr="00332DB8">
              <w:rPr>
                <w:lang w:val="ru-RU"/>
              </w:rPr>
              <w:t>-</w:t>
            </w:r>
            <w:r>
              <w:t>rossiya</w:t>
            </w:r>
            <w:r w:rsidRPr="00332DB8">
              <w:rPr>
                <w:lang w:val="ru-RU"/>
              </w:rPr>
              <w:t>-</w:t>
            </w:r>
            <w:r>
              <w:t>dlya</w:t>
            </w:r>
            <w:r w:rsidRPr="00332DB8">
              <w:rPr>
                <w:lang w:val="ru-RU"/>
              </w:rPr>
              <w:t>-</w:t>
            </w:r>
            <w:r>
              <w:t>russkih</w:t>
            </w:r>
            <w:r w:rsidRPr="00332DB8">
              <w:rPr>
                <w:lang w:val="ru-RU"/>
              </w:rPr>
              <w:t xml:space="preserve">/1784811/; </w:t>
            </w:r>
            <w:r>
              <w:t>http</w:t>
            </w:r>
            <w:r w:rsidRPr="00332DB8">
              <w:rPr>
                <w:lang w:val="ru-RU"/>
              </w:rPr>
              <w:t>://</w:t>
            </w:r>
            <w:r>
              <w:t>www</w:t>
            </w:r>
            <w:r w:rsidRPr="00332DB8">
              <w:rPr>
                <w:lang w:val="ru-RU"/>
              </w:rPr>
              <w:t>.</w:t>
            </w:r>
            <w:r>
              <w:t>jooov</w:t>
            </w:r>
            <w:r w:rsidRPr="00332DB8">
              <w:rPr>
                <w:lang w:val="ru-RU"/>
              </w:rPr>
              <w:t>.</w:t>
            </w:r>
            <w:r>
              <w:t>net</w:t>
            </w:r>
            <w:r w:rsidRPr="00332DB8">
              <w:rPr>
                <w:lang w:val="ru-RU"/>
              </w:rPr>
              <w:t>/</w:t>
            </w:r>
            <w:r>
              <w:t>tekst</w:t>
            </w:r>
            <w:r w:rsidRPr="00332DB8">
              <w:rPr>
                <w:lang w:val="ru-RU"/>
              </w:rPr>
              <w:t>/1412813/</w:t>
            </w:r>
            <w:r>
              <w:t>div</w:t>
            </w:r>
            <w:r w:rsidRPr="00332DB8">
              <w:rPr>
                <w:lang w:val="ru-RU"/>
              </w:rPr>
              <w:t>-</w:t>
            </w:r>
            <w:r>
              <w:t>rossia</w:t>
            </w:r>
            <w:r w:rsidRPr="00332DB8">
              <w:rPr>
                <w:lang w:val="ru-RU"/>
              </w:rPr>
              <w:t>_</w:t>
            </w:r>
            <w:r>
              <w:t>dlya</w:t>
            </w:r>
            <w:r w:rsidRPr="00332DB8">
              <w:rPr>
                <w:lang w:val="ru-RU"/>
              </w:rPr>
              <w:t>_</w:t>
            </w:r>
            <w:r>
              <w:t>russkih</w:t>
            </w:r>
            <w:r w:rsidRPr="00332DB8">
              <w:rPr>
                <w:lang w:val="ru-RU"/>
              </w:rPr>
              <w:t>.</w:t>
            </w:r>
            <w:r>
              <w:t>htmls</w:t>
            </w:r>
            <w:r w:rsidRPr="00332DB8">
              <w:rPr>
                <w:lang w:val="ru-RU"/>
              </w:rPr>
              <w:t xml:space="preserve">; </w:t>
            </w:r>
            <w:r>
              <w:t>http</w:t>
            </w:r>
            <w:r w:rsidRPr="00332DB8">
              <w:rPr>
                <w:lang w:val="ru-RU"/>
              </w:rPr>
              <w:t>://</w:t>
            </w:r>
            <w:r>
              <w:t>webkind</w:t>
            </w:r>
            <w:r w:rsidRPr="00332DB8">
              <w:rPr>
                <w:lang w:val="ru-RU"/>
              </w:rPr>
              <w:t>.</w:t>
            </w:r>
            <w:r>
              <w:t>rutext</w:t>
            </w:r>
            <w:r w:rsidRPr="00332DB8">
              <w:rPr>
                <w:lang w:val="ru-RU"/>
              </w:rPr>
              <w:t>3981771_990224458</w:t>
            </w:r>
            <w:r>
              <w:t>p</w:t>
            </w:r>
            <w:r w:rsidRPr="00332DB8">
              <w:rPr>
                <w:lang w:val="ru-RU"/>
              </w:rPr>
              <w:t xml:space="preserve">19451340 </w:t>
            </w:r>
            <w:r>
              <w:t>tekst</w:t>
            </w:r>
            <w:r w:rsidRPr="00332DB8">
              <w:rPr>
                <w:lang w:val="ru-RU"/>
              </w:rPr>
              <w:t xml:space="preserve">_ </w:t>
            </w:r>
            <w:r>
              <w:t>pesni</w:t>
            </w:r>
            <w:r w:rsidRPr="00332DB8">
              <w:rPr>
                <w:lang w:val="ru-RU"/>
              </w:rPr>
              <w:t>-</w:t>
            </w:r>
            <w:r>
              <w:t>rossiya</w:t>
            </w:r>
            <w:r w:rsidRPr="00332DB8">
              <w:rPr>
                <w:lang w:val="ru-RU"/>
              </w:rPr>
              <w:t>-</w:t>
            </w:r>
            <w:r>
              <w:t>dlya</w:t>
            </w:r>
            <w:r w:rsidRPr="00332DB8">
              <w:rPr>
                <w:lang w:val="ru-RU"/>
              </w:rPr>
              <w:t>-</w:t>
            </w:r>
            <w:r>
              <w:t>russkih</w:t>
            </w:r>
            <w:r w:rsidRPr="00332DB8">
              <w:rPr>
                <w:lang w:val="ru-RU"/>
              </w:rPr>
              <w:t xml:space="preserve">. </w:t>
            </w:r>
            <w:r>
              <w:t>html</w:t>
            </w:r>
            <w:r w:rsidRPr="00332DB8">
              <w:rPr>
                <w:lang w:val="ru-RU"/>
              </w:rPr>
              <w:t xml:space="preserve"> (решение Центрального районного суда г. Барнаула Алтайского края от 06.11.2015);</w:t>
            </w:r>
          </w:p>
        </w:tc>
        <w:tc>
          <w:tcPr>
            <w:tcW w:w="2880" w:type="dxa"/>
          </w:tcPr>
          <w:p w:rsidR="006F7457" w:rsidRDefault="00332DB8">
            <w:r>
              <w:t>02.11.2018</w:t>
            </w:r>
          </w:p>
        </w:tc>
      </w:tr>
      <w:tr w:rsidR="006F7457">
        <w:tc>
          <w:tcPr>
            <w:tcW w:w="2880" w:type="dxa"/>
          </w:tcPr>
          <w:p w:rsidR="006F7457" w:rsidRDefault="00332DB8">
            <w:r>
              <w:t>4554.</w:t>
            </w:r>
          </w:p>
        </w:tc>
        <w:tc>
          <w:tcPr>
            <w:tcW w:w="2880" w:type="dxa"/>
          </w:tcPr>
          <w:p w:rsidR="006F7457" w:rsidRPr="00332DB8" w:rsidRDefault="00332DB8">
            <w:pPr>
              <w:rPr>
                <w:lang w:val="ru-RU"/>
              </w:rPr>
            </w:pPr>
            <w:r w:rsidRPr="00332DB8">
              <w:rPr>
                <w:lang w:val="ru-RU"/>
              </w:rPr>
              <w:t xml:space="preserve">Интернет ресурс </w:t>
            </w:r>
            <w:r>
              <w:t>http</w:t>
            </w:r>
            <w:r w:rsidRPr="00332DB8">
              <w:rPr>
                <w:lang w:val="ru-RU"/>
              </w:rPr>
              <w:t>://</w:t>
            </w:r>
            <w:r>
              <w:t>www</w:t>
            </w:r>
            <w:r w:rsidRPr="00332DB8">
              <w:rPr>
                <w:lang w:val="ru-RU"/>
              </w:rPr>
              <w:t>.</w:t>
            </w:r>
            <w:r>
              <w:t>nsdrn</w:t>
            </w:r>
            <w:r w:rsidRPr="00332DB8">
              <w:rPr>
                <w:lang w:val="ru-RU"/>
              </w:rPr>
              <w:t>.</w:t>
            </w:r>
            <w:r>
              <w:t>org</w:t>
            </w:r>
            <w:r w:rsidRPr="00332DB8">
              <w:rPr>
                <w:lang w:val="ru-RU"/>
              </w:rPr>
              <w:t>., размещенный в информационно-коммуникационной сети Интернет (решение Кировского районного суда г. Ярославля от 07.02.2014);</w:t>
            </w:r>
          </w:p>
        </w:tc>
        <w:tc>
          <w:tcPr>
            <w:tcW w:w="2880" w:type="dxa"/>
          </w:tcPr>
          <w:p w:rsidR="006F7457" w:rsidRDefault="00332DB8">
            <w:r>
              <w:t>02.11.2018</w:t>
            </w:r>
          </w:p>
        </w:tc>
      </w:tr>
      <w:tr w:rsidR="006F7457">
        <w:tc>
          <w:tcPr>
            <w:tcW w:w="2880" w:type="dxa"/>
          </w:tcPr>
          <w:p w:rsidR="006F7457" w:rsidRDefault="00332DB8">
            <w:r>
              <w:t>45</w:t>
            </w:r>
            <w:r>
              <w:lastRenderedPageBreak/>
              <w:t>55.</w:t>
            </w:r>
          </w:p>
        </w:tc>
        <w:tc>
          <w:tcPr>
            <w:tcW w:w="2880" w:type="dxa"/>
          </w:tcPr>
          <w:p w:rsidR="006F7457" w:rsidRDefault="00332DB8">
            <w:r w:rsidRPr="00332DB8">
              <w:rPr>
                <w:lang w:val="ru-RU"/>
              </w:rPr>
              <w:lastRenderedPageBreak/>
              <w:t xml:space="preserve">Книга «ФАЗА`ИЛ`АМАЛИ», авторы Шейхуль Хадис Муадана, Мухаммад Закария Кандехлеви, издательство г. Бишкек, 372с. </w:t>
            </w:r>
            <w:r>
              <w:t>(решение Центрального районного суда г. Красноярска от 20.04.2012);</w:t>
            </w:r>
          </w:p>
        </w:tc>
        <w:tc>
          <w:tcPr>
            <w:tcW w:w="2880" w:type="dxa"/>
          </w:tcPr>
          <w:p w:rsidR="006F7457" w:rsidRDefault="00332DB8">
            <w:r>
              <w:t>02.11.</w:t>
            </w:r>
            <w:r>
              <w:lastRenderedPageBreak/>
              <w:t>2018</w:t>
            </w:r>
          </w:p>
        </w:tc>
      </w:tr>
      <w:tr w:rsidR="006F7457">
        <w:tc>
          <w:tcPr>
            <w:tcW w:w="2880" w:type="dxa"/>
          </w:tcPr>
          <w:p w:rsidR="006F7457" w:rsidRDefault="00332DB8">
            <w:r>
              <w:lastRenderedPageBreak/>
              <w:t>4556.</w:t>
            </w:r>
          </w:p>
        </w:tc>
        <w:tc>
          <w:tcPr>
            <w:tcW w:w="2880" w:type="dxa"/>
          </w:tcPr>
          <w:p w:rsidR="006F7457" w:rsidRPr="00332DB8" w:rsidRDefault="00332DB8">
            <w:pPr>
              <w:rPr>
                <w:lang w:val="ru-RU"/>
              </w:rPr>
            </w:pPr>
            <w:r w:rsidRPr="00332DB8">
              <w:rPr>
                <w:lang w:val="ru-RU"/>
              </w:rPr>
              <w:t xml:space="preserve">Информация, размещенная в виртуальном сообществе (группе) «Россия для мусульман» на странице социальной сети «Вконтакте» </w:t>
            </w:r>
            <w:r>
              <w:t>http</w:t>
            </w:r>
            <w:r w:rsidRPr="00332DB8">
              <w:rPr>
                <w:lang w:val="ru-RU"/>
              </w:rPr>
              <w:t>://</w:t>
            </w:r>
            <w:r>
              <w:t>vk</w:t>
            </w:r>
            <w:r w:rsidRPr="00332DB8">
              <w:rPr>
                <w:lang w:val="ru-RU"/>
              </w:rPr>
              <w:t>.</w:t>
            </w:r>
            <w:r>
              <w:t>com</w:t>
            </w:r>
            <w:r w:rsidRPr="00332DB8">
              <w:rPr>
                <w:lang w:val="ru-RU"/>
              </w:rPr>
              <w:t>/</w:t>
            </w:r>
            <w:r>
              <w:t>russia</w:t>
            </w:r>
            <w:r w:rsidRPr="00332DB8">
              <w:rPr>
                <w:lang w:val="ru-RU"/>
              </w:rPr>
              <w:t>_</w:t>
            </w:r>
            <w:r>
              <w:t>dla</w:t>
            </w:r>
            <w:r w:rsidRPr="00332DB8">
              <w:rPr>
                <w:lang w:val="ru-RU"/>
              </w:rPr>
              <w:t>_</w:t>
            </w:r>
            <w:r>
              <w:t>islam</w:t>
            </w:r>
            <w:r w:rsidRPr="00332DB8">
              <w:rPr>
                <w:lang w:val="ru-RU"/>
              </w:rPr>
              <w:t>» (решение Калужского районного суда Калужской области от 30.05.2016);</w:t>
            </w:r>
          </w:p>
        </w:tc>
        <w:tc>
          <w:tcPr>
            <w:tcW w:w="2880" w:type="dxa"/>
          </w:tcPr>
          <w:p w:rsidR="006F7457" w:rsidRDefault="00332DB8">
            <w:r>
              <w:t>02.11.2018</w:t>
            </w:r>
          </w:p>
        </w:tc>
      </w:tr>
      <w:tr w:rsidR="006F7457">
        <w:tc>
          <w:tcPr>
            <w:tcW w:w="2880" w:type="dxa"/>
          </w:tcPr>
          <w:p w:rsidR="006F7457" w:rsidRDefault="00332DB8">
            <w:r>
              <w:t>4557.</w:t>
            </w:r>
          </w:p>
        </w:tc>
        <w:tc>
          <w:tcPr>
            <w:tcW w:w="2880" w:type="dxa"/>
          </w:tcPr>
          <w:p w:rsidR="006F7457" w:rsidRPr="00332DB8" w:rsidRDefault="00332DB8">
            <w:pPr>
              <w:rPr>
                <w:lang w:val="ru-RU"/>
              </w:rPr>
            </w:pPr>
            <w:r w:rsidRPr="00332DB8">
              <w:rPr>
                <w:lang w:val="ru-RU"/>
              </w:rPr>
              <w:t>Видеофайл «Код 88», размещенный в социальной сети «Вконтакте» в сети «Интернет», размещенный по сетевому адресу: «</w:t>
            </w:r>
            <w:r>
              <w:t>http</w:t>
            </w:r>
            <w:r w:rsidRPr="00332DB8">
              <w:rPr>
                <w:lang w:val="ru-RU"/>
              </w:rPr>
              <w:t>://</w:t>
            </w:r>
            <w:r>
              <w:t>vk</w:t>
            </w:r>
            <w:r w:rsidRPr="00332DB8">
              <w:rPr>
                <w:lang w:val="ru-RU"/>
              </w:rPr>
              <w:t>.</w:t>
            </w:r>
            <w:r>
              <w:t>com</w:t>
            </w:r>
            <w:r w:rsidRPr="00332DB8">
              <w:rPr>
                <w:lang w:val="ru-RU"/>
              </w:rPr>
              <w:t>/</w:t>
            </w:r>
            <w:r>
              <w:t>videos</w:t>
            </w:r>
            <w:r w:rsidRPr="00332DB8">
              <w:rPr>
                <w:lang w:val="ru-RU"/>
              </w:rPr>
              <w:t xml:space="preserve"> 98212884?</w:t>
            </w:r>
            <w:r>
              <w:t>section</w:t>
            </w:r>
            <w:r w:rsidRPr="00332DB8">
              <w:rPr>
                <w:lang w:val="ru-RU"/>
              </w:rPr>
              <w:t>=</w:t>
            </w:r>
            <w:r>
              <w:t>all</w:t>
            </w:r>
            <w:r w:rsidRPr="00332DB8">
              <w:rPr>
                <w:lang w:val="ru-RU"/>
              </w:rPr>
              <w:t>» (решение Обнинского городского суда Калужской области от 17.03.2016);</w:t>
            </w:r>
          </w:p>
        </w:tc>
        <w:tc>
          <w:tcPr>
            <w:tcW w:w="2880" w:type="dxa"/>
          </w:tcPr>
          <w:p w:rsidR="006F7457" w:rsidRDefault="00332DB8">
            <w:r>
              <w:t>02.11.2018</w:t>
            </w:r>
          </w:p>
        </w:tc>
      </w:tr>
      <w:tr w:rsidR="006F7457">
        <w:tc>
          <w:tcPr>
            <w:tcW w:w="2880" w:type="dxa"/>
          </w:tcPr>
          <w:p w:rsidR="006F7457" w:rsidRDefault="00332DB8">
            <w:r>
              <w:t>4558.</w:t>
            </w:r>
          </w:p>
        </w:tc>
        <w:tc>
          <w:tcPr>
            <w:tcW w:w="2880" w:type="dxa"/>
          </w:tcPr>
          <w:p w:rsidR="006F7457" w:rsidRPr="00332DB8" w:rsidRDefault="00332DB8">
            <w:pPr>
              <w:rPr>
                <w:lang w:val="ru-RU"/>
              </w:rPr>
            </w:pPr>
            <w:r w:rsidRPr="00332DB8">
              <w:rPr>
                <w:lang w:val="ru-RU"/>
              </w:rPr>
              <w:t>Видеофайл «1488», размещенный в социальной сети «Вконтакте» в сети «Интернет», размещенный по сетевому адресу: «</w:t>
            </w:r>
            <w:r>
              <w:t>http</w:t>
            </w:r>
            <w:r w:rsidRPr="00332DB8">
              <w:rPr>
                <w:lang w:val="ru-RU"/>
              </w:rPr>
              <w:t>://</w:t>
            </w:r>
            <w:r>
              <w:t>vk</w:t>
            </w:r>
            <w:r w:rsidRPr="00332DB8">
              <w:rPr>
                <w:lang w:val="ru-RU"/>
              </w:rPr>
              <w:t>.</w:t>
            </w:r>
            <w:r>
              <w:t>com</w:t>
            </w:r>
            <w:r w:rsidRPr="00332DB8">
              <w:rPr>
                <w:lang w:val="ru-RU"/>
              </w:rPr>
              <w:t>/</w:t>
            </w:r>
            <w:r>
              <w:t>videos</w:t>
            </w:r>
            <w:r w:rsidRPr="00332DB8">
              <w:rPr>
                <w:lang w:val="ru-RU"/>
              </w:rPr>
              <w:t xml:space="preserve"> 98212884?</w:t>
            </w:r>
            <w:r>
              <w:t>section</w:t>
            </w:r>
            <w:r w:rsidRPr="00332DB8">
              <w:rPr>
                <w:lang w:val="ru-RU"/>
              </w:rPr>
              <w:t>=</w:t>
            </w:r>
            <w:r>
              <w:t>all</w:t>
            </w:r>
            <w:r w:rsidRPr="00332DB8">
              <w:rPr>
                <w:lang w:val="ru-RU"/>
              </w:rPr>
              <w:t>» (решение Обнинского городского суда Калужской области от 16.03.2016);</w:t>
            </w:r>
          </w:p>
        </w:tc>
        <w:tc>
          <w:tcPr>
            <w:tcW w:w="2880" w:type="dxa"/>
          </w:tcPr>
          <w:p w:rsidR="006F7457" w:rsidRDefault="00332DB8">
            <w:r>
              <w:t>02.11.2018</w:t>
            </w:r>
          </w:p>
        </w:tc>
      </w:tr>
      <w:tr w:rsidR="006F7457">
        <w:tc>
          <w:tcPr>
            <w:tcW w:w="2880" w:type="dxa"/>
          </w:tcPr>
          <w:p w:rsidR="006F7457" w:rsidRDefault="00332DB8">
            <w:r>
              <w:t>4559.</w:t>
            </w:r>
          </w:p>
        </w:tc>
        <w:tc>
          <w:tcPr>
            <w:tcW w:w="2880" w:type="dxa"/>
          </w:tcPr>
          <w:p w:rsidR="006F7457" w:rsidRPr="00332DB8" w:rsidRDefault="00332DB8">
            <w:pPr>
              <w:rPr>
                <w:lang w:val="ru-RU"/>
              </w:rPr>
            </w:pPr>
            <w:r w:rsidRPr="00332DB8">
              <w:rPr>
                <w:lang w:val="ru-RU"/>
              </w:rPr>
              <w:t xml:space="preserve">Видеофайл «УБИВАЙТЕ РУССКИХ» размещенный в социальной сети «В контакте» в сети Интернет, имеющие сетевой адрес </w:t>
            </w:r>
            <w:r>
              <w:t>www</w:t>
            </w:r>
            <w:r w:rsidRPr="00332DB8">
              <w:rPr>
                <w:lang w:val="ru-RU"/>
              </w:rPr>
              <w:t>.</w:t>
            </w:r>
            <w:r>
              <w:t>vk</w:t>
            </w:r>
            <w:r w:rsidRPr="00332DB8">
              <w:rPr>
                <w:lang w:val="ru-RU"/>
              </w:rPr>
              <w:t>.</w:t>
            </w:r>
            <w:r>
              <w:t>com</w:t>
            </w:r>
            <w:r w:rsidRPr="00332DB8">
              <w:rPr>
                <w:lang w:val="ru-RU"/>
              </w:rPr>
              <w:t>/</w:t>
            </w:r>
            <w:r>
              <w:t>angriff</w:t>
            </w:r>
            <w:r w:rsidRPr="00332DB8">
              <w:rPr>
                <w:lang w:val="ru-RU"/>
              </w:rPr>
              <w:t>» (решение Калужского районного суда Калужской области от 18.04.2015);</w:t>
            </w:r>
          </w:p>
        </w:tc>
        <w:tc>
          <w:tcPr>
            <w:tcW w:w="2880" w:type="dxa"/>
          </w:tcPr>
          <w:p w:rsidR="006F7457" w:rsidRDefault="00332DB8">
            <w:r>
              <w:t>02.11.2018</w:t>
            </w:r>
          </w:p>
        </w:tc>
      </w:tr>
      <w:tr w:rsidR="006F7457">
        <w:tc>
          <w:tcPr>
            <w:tcW w:w="2880" w:type="dxa"/>
          </w:tcPr>
          <w:p w:rsidR="006F7457" w:rsidRDefault="00332DB8">
            <w:r>
              <w:t>4560.</w:t>
            </w:r>
          </w:p>
        </w:tc>
        <w:tc>
          <w:tcPr>
            <w:tcW w:w="2880" w:type="dxa"/>
          </w:tcPr>
          <w:p w:rsidR="006F7457" w:rsidRPr="00332DB8" w:rsidRDefault="00332DB8">
            <w:pPr>
              <w:rPr>
                <w:lang w:val="ru-RU"/>
              </w:rPr>
            </w:pPr>
            <w:r w:rsidRPr="00332DB8">
              <w:rPr>
                <w:lang w:val="ru-RU"/>
              </w:rPr>
              <w:t xml:space="preserve">Видеофайл «Звон мечей», размещенный в социальной сети «Вконтакте» в сети «Интернет», имеющий сетевой адрес </w:t>
            </w:r>
            <w:r>
              <w:t>vk</w:t>
            </w:r>
            <w:r w:rsidRPr="00332DB8">
              <w:rPr>
                <w:lang w:val="ru-RU"/>
              </w:rPr>
              <w:t>.</w:t>
            </w:r>
            <w:r>
              <w:t>com</w:t>
            </w:r>
            <w:r w:rsidRPr="00332DB8">
              <w:rPr>
                <w:lang w:val="ru-RU"/>
              </w:rPr>
              <w:t>/</w:t>
            </w:r>
            <w:r>
              <w:t>id</w:t>
            </w:r>
            <w:r w:rsidRPr="00332DB8">
              <w:rPr>
                <w:lang w:val="ru-RU"/>
              </w:rPr>
              <w:t>134733802» (решение Калужского районного суда Калужской области от 03.03.2016);</w:t>
            </w:r>
          </w:p>
        </w:tc>
        <w:tc>
          <w:tcPr>
            <w:tcW w:w="2880" w:type="dxa"/>
          </w:tcPr>
          <w:p w:rsidR="006F7457" w:rsidRDefault="00332DB8">
            <w:r>
              <w:t>02.11.2018</w:t>
            </w:r>
          </w:p>
        </w:tc>
      </w:tr>
      <w:tr w:rsidR="006F7457">
        <w:tc>
          <w:tcPr>
            <w:tcW w:w="2880" w:type="dxa"/>
          </w:tcPr>
          <w:p w:rsidR="006F7457" w:rsidRDefault="00332DB8">
            <w:r>
              <w:lastRenderedPageBreak/>
              <w:t>4561.</w:t>
            </w:r>
          </w:p>
        </w:tc>
        <w:tc>
          <w:tcPr>
            <w:tcW w:w="2880" w:type="dxa"/>
          </w:tcPr>
          <w:p w:rsidR="006F7457" w:rsidRPr="00332DB8" w:rsidRDefault="00332DB8">
            <w:pPr>
              <w:rPr>
                <w:lang w:val="ru-RU"/>
              </w:rPr>
            </w:pPr>
            <w:r w:rsidRPr="00332DB8">
              <w:rPr>
                <w:lang w:val="ru-RU"/>
              </w:rPr>
              <w:t xml:space="preserve">Видеофайл ««)))))))))) УБИВАЙТЕ РУССКИХ!сергей дудник», размещенный в сети Интернет, имеющие сетевой адрес </w:t>
            </w:r>
            <w:r>
              <w:t>www</w:t>
            </w:r>
            <w:r w:rsidRPr="00332DB8">
              <w:rPr>
                <w:lang w:val="ru-RU"/>
              </w:rPr>
              <w:t>.</w:t>
            </w:r>
            <w:r>
              <w:t>vk</w:t>
            </w:r>
            <w:r w:rsidRPr="00332DB8">
              <w:rPr>
                <w:lang w:val="ru-RU"/>
              </w:rPr>
              <w:t>.</w:t>
            </w:r>
            <w:r>
              <w:t>com</w:t>
            </w:r>
            <w:r w:rsidRPr="00332DB8">
              <w:rPr>
                <w:lang w:val="ru-RU"/>
              </w:rPr>
              <w:t>/</w:t>
            </w:r>
            <w:r>
              <w:t>id</w:t>
            </w:r>
            <w:r w:rsidRPr="00332DB8">
              <w:rPr>
                <w:lang w:val="ru-RU"/>
              </w:rPr>
              <w:t>4959105» (решение Калужского районного суда Калужской области от 12.04.2016);</w:t>
            </w:r>
          </w:p>
        </w:tc>
        <w:tc>
          <w:tcPr>
            <w:tcW w:w="2880" w:type="dxa"/>
          </w:tcPr>
          <w:p w:rsidR="006F7457" w:rsidRDefault="00332DB8">
            <w:r>
              <w:t>02.11.2018</w:t>
            </w:r>
          </w:p>
        </w:tc>
      </w:tr>
      <w:tr w:rsidR="006F7457">
        <w:tc>
          <w:tcPr>
            <w:tcW w:w="2880" w:type="dxa"/>
          </w:tcPr>
          <w:p w:rsidR="006F7457" w:rsidRDefault="00332DB8">
            <w:r>
              <w:t>4562.</w:t>
            </w:r>
          </w:p>
        </w:tc>
        <w:tc>
          <w:tcPr>
            <w:tcW w:w="2880" w:type="dxa"/>
          </w:tcPr>
          <w:p w:rsidR="006F7457" w:rsidRPr="00332DB8" w:rsidRDefault="00332DB8">
            <w:pPr>
              <w:rPr>
                <w:lang w:val="ru-RU"/>
              </w:rPr>
            </w:pPr>
            <w:r w:rsidRPr="00332DB8">
              <w:rPr>
                <w:lang w:val="ru-RU"/>
              </w:rPr>
              <w:t xml:space="preserve">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w:t>
            </w:r>
            <w:r>
              <w:t>http</w:t>
            </w:r>
            <w:r w:rsidRPr="00332DB8">
              <w:rPr>
                <w:lang w:val="ru-RU"/>
              </w:rPr>
              <w:t>://</w:t>
            </w:r>
            <w:r>
              <w:t>com</w:t>
            </w:r>
            <w:r w:rsidRPr="00332DB8">
              <w:rPr>
                <w:lang w:val="ru-RU"/>
              </w:rPr>
              <w:t>/</w:t>
            </w:r>
            <w:r>
              <w:t>idl</w:t>
            </w:r>
            <w:r w:rsidRPr="00332DB8">
              <w:rPr>
                <w:lang w:val="ru-RU"/>
              </w:rPr>
              <w:t xml:space="preserve">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2880" w:type="dxa"/>
          </w:tcPr>
          <w:p w:rsidR="006F7457" w:rsidRDefault="00332DB8">
            <w:r>
              <w:t>02.11.2018</w:t>
            </w:r>
          </w:p>
        </w:tc>
      </w:tr>
      <w:tr w:rsidR="006F7457">
        <w:tc>
          <w:tcPr>
            <w:tcW w:w="2880" w:type="dxa"/>
          </w:tcPr>
          <w:p w:rsidR="006F7457" w:rsidRDefault="00332DB8">
            <w:r>
              <w:t>4563.</w:t>
            </w:r>
          </w:p>
        </w:tc>
        <w:tc>
          <w:tcPr>
            <w:tcW w:w="2880" w:type="dxa"/>
          </w:tcPr>
          <w:p w:rsidR="006F7457" w:rsidRPr="00332DB8" w:rsidRDefault="00332DB8">
            <w:pPr>
              <w:rPr>
                <w:lang w:val="ru-RU"/>
              </w:rPr>
            </w:pPr>
            <w:r w:rsidRPr="00332DB8">
              <w:rPr>
                <w:lang w:val="ru-RU"/>
              </w:rPr>
              <w:t xml:space="preserve">Информационный материал, размещенный по Интернет – адресу: </w:t>
            </w:r>
            <w:r>
              <w:t>http</w:t>
            </w:r>
            <w:r w:rsidRPr="00332DB8">
              <w:rPr>
                <w:lang w:val="ru-RU"/>
              </w:rPr>
              <w:t>://</w:t>
            </w:r>
            <w:r>
              <w:t>el</w:t>
            </w:r>
            <w:r w:rsidRPr="00332DB8">
              <w:rPr>
                <w:lang w:val="ru-RU"/>
              </w:rPr>
              <w:t>-</w:t>
            </w:r>
            <w:r>
              <w:t>murid</w:t>
            </w:r>
            <w:r w:rsidRPr="00332DB8">
              <w:rPr>
                <w:lang w:val="ru-RU"/>
              </w:rPr>
              <w:t>.</w:t>
            </w:r>
            <w:r>
              <w:t>livejournal</w:t>
            </w:r>
            <w:r w:rsidRPr="00332DB8">
              <w:rPr>
                <w:lang w:val="ru-RU"/>
              </w:rPr>
              <w:t>.</w:t>
            </w:r>
            <w:r>
              <w:t>com</w:t>
            </w:r>
            <w:r w:rsidRPr="00332DB8">
              <w:rPr>
                <w:lang w:val="ru-RU"/>
              </w:rPr>
              <w:t>/1596224.</w:t>
            </w:r>
            <w:r>
              <w:t>html</w:t>
            </w:r>
            <w:r w:rsidRPr="00332DB8">
              <w:rPr>
                <w:lang w:val="ru-RU"/>
              </w:rPr>
              <w:t xml:space="preserve"> (решение Губкинского районного суда Ямало-Ненецкого автономного округа от 14.04.2016);</w:t>
            </w:r>
          </w:p>
        </w:tc>
        <w:tc>
          <w:tcPr>
            <w:tcW w:w="2880" w:type="dxa"/>
          </w:tcPr>
          <w:p w:rsidR="006F7457" w:rsidRDefault="00332DB8">
            <w:r>
              <w:t>02.11.2018</w:t>
            </w:r>
          </w:p>
        </w:tc>
      </w:tr>
      <w:tr w:rsidR="006F7457">
        <w:tc>
          <w:tcPr>
            <w:tcW w:w="2880" w:type="dxa"/>
          </w:tcPr>
          <w:p w:rsidR="006F7457" w:rsidRDefault="00332DB8">
            <w:r>
              <w:t>4564.</w:t>
            </w:r>
          </w:p>
        </w:tc>
        <w:tc>
          <w:tcPr>
            <w:tcW w:w="2880" w:type="dxa"/>
          </w:tcPr>
          <w:p w:rsidR="006F7457" w:rsidRPr="00332DB8" w:rsidRDefault="00332DB8">
            <w:pPr>
              <w:rPr>
                <w:lang w:val="ru-RU"/>
              </w:rPr>
            </w:pPr>
            <w:r w:rsidRPr="00332DB8">
              <w:rPr>
                <w:lang w:val="ru-RU"/>
              </w:rPr>
              <w:t xml:space="preserve">Изображение с надписью «Смерть москалям», размещенное на Интернет – сайте: </w:t>
            </w:r>
            <w:r>
              <w:t>http</w:t>
            </w:r>
            <w:r w:rsidRPr="00332DB8">
              <w:rPr>
                <w:lang w:val="ru-RU"/>
              </w:rPr>
              <w:t>://</w:t>
            </w:r>
            <w:r>
              <w:t>i</w:t>
            </w:r>
            <w:r w:rsidRPr="00332DB8">
              <w:rPr>
                <w:lang w:val="ru-RU"/>
              </w:rPr>
              <w:t>.</w:t>
            </w:r>
            <w:r>
              <w:t>piccy</w:t>
            </w:r>
            <w:r w:rsidRPr="00332DB8">
              <w:rPr>
                <w:lang w:val="ru-RU"/>
              </w:rPr>
              <w:t>.</w:t>
            </w:r>
            <w:r>
              <w:t>info</w:t>
            </w:r>
            <w:r w:rsidRPr="00332DB8">
              <w:rPr>
                <w:lang w:val="ru-RU"/>
              </w:rPr>
              <w:t>/</w:t>
            </w:r>
            <w:r>
              <w:t>i</w:t>
            </w:r>
            <w:r w:rsidRPr="00332DB8">
              <w:rPr>
                <w:lang w:val="ru-RU"/>
              </w:rPr>
              <w:t>9/</w:t>
            </w:r>
            <w:r>
              <w:t>b</w:t>
            </w:r>
            <w:r w:rsidRPr="00332DB8">
              <w:rPr>
                <w:lang w:val="ru-RU"/>
              </w:rPr>
              <w:t>89</w:t>
            </w:r>
            <w:r>
              <w:t>c</w:t>
            </w:r>
            <w:r w:rsidRPr="00332DB8">
              <w:rPr>
                <w:lang w:val="ru-RU"/>
              </w:rPr>
              <w:t>4</w:t>
            </w:r>
            <w:r>
              <w:t>f</w:t>
            </w:r>
            <w:r w:rsidRPr="00332DB8">
              <w:rPr>
                <w:lang w:val="ru-RU"/>
              </w:rPr>
              <w:t>58</w:t>
            </w:r>
            <w:r>
              <w:t>d</w:t>
            </w:r>
            <w:r w:rsidRPr="00332DB8">
              <w:rPr>
                <w:lang w:val="ru-RU"/>
              </w:rPr>
              <w:t>0</w:t>
            </w:r>
            <w:r>
              <w:t>b</w:t>
            </w:r>
            <w:r w:rsidRPr="00332DB8">
              <w:rPr>
                <w:lang w:val="ru-RU"/>
              </w:rPr>
              <w:t>8</w:t>
            </w:r>
            <w:r>
              <w:t>f</w:t>
            </w:r>
            <w:r w:rsidRPr="00332DB8">
              <w:rPr>
                <w:lang w:val="ru-RU"/>
              </w:rPr>
              <w:t>3</w:t>
            </w:r>
            <w:r>
              <w:t>bda</w:t>
            </w:r>
            <w:r w:rsidRPr="00332DB8">
              <w:rPr>
                <w:lang w:val="ru-RU"/>
              </w:rPr>
              <w:t>12</w:t>
            </w:r>
            <w:r>
              <w:t>fe</w:t>
            </w:r>
            <w:r w:rsidRPr="00332DB8">
              <w:rPr>
                <w:lang w:val="ru-RU"/>
              </w:rPr>
              <w:t>4</w:t>
            </w:r>
            <w:r>
              <w:t>d</w:t>
            </w:r>
            <w:r w:rsidRPr="00332DB8">
              <w:rPr>
                <w:lang w:val="ru-RU"/>
              </w:rPr>
              <w:t>679</w:t>
            </w:r>
            <w:r>
              <w:t>d</w:t>
            </w:r>
            <w:r w:rsidRPr="00332DB8">
              <w:rPr>
                <w:lang w:val="ru-RU"/>
              </w:rPr>
              <w:t>58</w:t>
            </w:r>
            <w:r>
              <w:t>b</w:t>
            </w:r>
            <w:r w:rsidRPr="00332DB8">
              <w:rPr>
                <w:lang w:val="ru-RU"/>
              </w:rPr>
              <w:t>51/1420363092/40912 /851555/</w:t>
            </w:r>
            <w:r>
              <w:t>eto</w:t>
            </w:r>
            <w:r w:rsidRPr="00332DB8">
              <w:rPr>
                <w:lang w:val="ru-RU"/>
              </w:rPr>
              <w:t>_</w:t>
            </w:r>
            <w:r>
              <w:t>sparta</w:t>
            </w:r>
            <w:r w:rsidRPr="00332DB8">
              <w:rPr>
                <w:lang w:val="ru-RU"/>
              </w:rPr>
              <w:t>_31394061_</w:t>
            </w:r>
            <w:r>
              <w:t>orig</w:t>
            </w:r>
            <w:r w:rsidRPr="00332DB8">
              <w:rPr>
                <w:lang w:val="ru-RU"/>
              </w:rPr>
              <w:t>_.</w:t>
            </w:r>
            <w:r>
              <w:t>jpg</w:t>
            </w:r>
            <w:r w:rsidRPr="00332DB8">
              <w:rPr>
                <w:lang w:val="ru-RU"/>
              </w:rPr>
              <w:t xml:space="preserve"> (решение Никулинского районного суда города Москвы от 19.04.2016);</w:t>
            </w:r>
          </w:p>
        </w:tc>
        <w:tc>
          <w:tcPr>
            <w:tcW w:w="2880" w:type="dxa"/>
          </w:tcPr>
          <w:p w:rsidR="006F7457" w:rsidRDefault="00332DB8">
            <w:r>
              <w:t>02.11.2018</w:t>
            </w:r>
          </w:p>
        </w:tc>
      </w:tr>
      <w:tr w:rsidR="006F7457">
        <w:tc>
          <w:tcPr>
            <w:tcW w:w="2880" w:type="dxa"/>
          </w:tcPr>
          <w:p w:rsidR="006F7457" w:rsidRDefault="00332DB8">
            <w:r>
              <w:t>45</w:t>
            </w:r>
            <w:r>
              <w:lastRenderedPageBreak/>
              <w:t>65.</w:t>
            </w:r>
          </w:p>
        </w:tc>
        <w:tc>
          <w:tcPr>
            <w:tcW w:w="2880" w:type="dxa"/>
          </w:tcPr>
          <w:p w:rsidR="006F7457" w:rsidRPr="00332DB8" w:rsidRDefault="00332DB8">
            <w:pPr>
              <w:rPr>
                <w:lang w:val="ru-RU"/>
              </w:rPr>
            </w:pPr>
            <w:r w:rsidRPr="00332DB8">
              <w:rPr>
                <w:lang w:val="ru-RU"/>
              </w:rPr>
              <w:lastRenderedPageBreak/>
              <w:t xml:space="preserve">Изображение с надписью «Я буду резать русню!!!», размещенное на Интернет – сайте </w:t>
            </w:r>
            <w:r>
              <w:t>https</w:t>
            </w:r>
            <w:r w:rsidRPr="00332DB8">
              <w:rPr>
                <w:lang w:val="ru-RU"/>
              </w:rPr>
              <w:t>://</w:t>
            </w:r>
            <w:r>
              <w:t>il</w:t>
            </w:r>
            <w:r w:rsidRPr="00332DB8">
              <w:rPr>
                <w:lang w:val="ru-RU"/>
              </w:rPr>
              <w:t>.</w:t>
            </w:r>
            <w:r>
              <w:t>ytimg</w:t>
            </w:r>
            <w:r w:rsidRPr="00332DB8">
              <w:rPr>
                <w:lang w:val="ru-RU"/>
              </w:rPr>
              <w:t>.</w:t>
            </w:r>
            <w:r>
              <w:t>com</w:t>
            </w:r>
            <w:r w:rsidRPr="00332DB8">
              <w:rPr>
                <w:lang w:val="ru-RU"/>
              </w:rPr>
              <w:t>/</w:t>
            </w:r>
            <w:r>
              <w:t>vi</w:t>
            </w:r>
            <w:r w:rsidRPr="00332DB8">
              <w:rPr>
                <w:lang w:val="ru-RU"/>
              </w:rPr>
              <w:t>/</w:t>
            </w:r>
            <w:r>
              <w:t>G</w:t>
            </w:r>
            <w:r w:rsidRPr="00332DB8">
              <w:rPr>
                <w:lang w:val="ru-RU"/>
              </w:rPr>
              <w:t>1</w:t>
            </w:r>
            <w:r>
              <w:t>R</w:t>
            </w:r>
            <w:r w:rsidRPr="00332DB8">
              <w:rPr>
                <w:lang w:val="ru-RU"/>
              </w:rPr>
              <w:t>_</w:t>
            </w:r>
            <w:r>
              <w:t>KuwtflU</w:t>
            </w:r>
            <w:r w:rsidRPr="00332DB8">
              <w:rPr>
                <w:lang w:val="ru-RU"/>
              </w:rPr>
              <w:t>/</w:t>
            </w:r>
            <w:r>
              <w:t>hqdefault</w:t>
            </w:r>
            <w:r w:rsidRPr="00332DB8">
              <w:rPr>
                <w:lang w:val="ru-RU"/>
              </w:rPr>
              <w:t>.</w:t>
            </w:r>
            <w:r>
              <w:t>jpg</w:t>
            </w:r>
            <w:r w:rsidRPr="00332DB8">
              <w:rPr>
                <w:lang w:val="ru-RU"/>
              </w:rPr>
              <w:t xml:space="preserve"> (решение Никулинского районного суда города Москвы от </w:t>
            </w:r>
            <w:r w:rsidRPr="00332DB8">
              <w:rPr>
                <w:lang w:val="ru-RU"/>
              </w:rPr>
              <w:lastRenderedPageBreak/>
              <w:t>19.04.2016);</w:t>
            </w:r>
          </w:p>
        </w:tc>
        <w:tc>
          <w:tcPr>
            <w:tcW w:w="2880" w:type="dxa"/>
          </w:tcPr>
          <w:p w:rsidR="006F7457" w:rsidRDefault="00332DB8">
            <w:r>
              <w:lastRenderedPageBreak/>
              <w:t>02.11.</w:t>
            </w:r>
            <w:r>
              <w:lastRenderedPageBreak/>
              <w:t>2018</w:t>
            </w:r>
          </w:p>
        </w:tc>
      </w:tr>
      <w:tr w:rsidR="006F7457">
        <w:tc>
          <w:tcPr>
            <w:tcW w:w="2880" w:type="dxa"/>
          </w:tcPr>
          <w:p w:rsidR="006F7457" w:rsidRDefault="00332DB8">
            <w:r>
              <w:lastRenderedPageBreak/>
              <w:t>4566.</w:t>
            </w:r>
          </w:p>
        </w:tc>
        <w:tc>
          <w:tcPr>
            <w:tcW w:w="2880" w:type="dxa"/>
          </w:tcPr>
          <w:p w:rsidR="006F7457" w:rsidRPr="00332DB8" w:rsidRDefault="00332DB8">
            <w:pPr>
              <w:rPr>
                <w:lang w:val="ru-RU"/>
              </w:rPr>
            </w:pPr>
            <w:r w:rsidRPr="00332DB8">
              <w:rPr>
                <w:lang w:val="ru-RU"/>
              </w:rPr>
              <w:t xml:space="preserve">Изображение с надписью «смерть русским детям», размещенное на Интернет – сайте </w:t>
            </w:r>
            <w:r>
              <w:t>http</w:t>
            </w:r>
            <w:r w:rsidRPr="00332DB8">
              <w:rPr>
                <w:lang w:val="ru-RU"/>
              </w:rPr>
              <w:t>://</w:t>
            </w:r>
            <w:r>
              <w:t>dlm</w:t>
            </w:r>
            <w:r w:rsidRPr="00332DB8">
              <w:rPr>
                <w:lang w:val="ru-RU"/>
              </w:rPr>
              <w:t>6.</w:t>
            </w:r>
            <w:r>
              <w:t>meta</w:t>
            </w:r>
            <w:r w:rsidRPr="00332DB8">
              <w:rPr>
                <w:lang w:val="ru-RU"/>
              </w:rPr>
              <w:t>.</w:t>
            </w:r>
            <w:r>
              <w:t>ua</w:t>
            </w:r>
            <w:r w:rsidRPr="00332DB8">
              <w:rPr>
                <w:lang w:val="ru-RU"/>
              </w:rPr>
              <w:t>/</w:t>
            </w:r>
            <w:r>
              <w:t>pic</w:t>
            </w:r>
            <w:r w:rsidRPr="00332DB8">
              <w:rPr>
                <w:lang w:val="ru-RU"/>
              </w:rPr>
              <w:t>/0/104/54/7</w:t>
            </w:r>
            <w:r>
              <w:t>g</w:t>
            </w:r>
            <w:r w:rsidRPr="00332DB8">
              <w:rPr>
                <w:lang w:val="ru-RU"/>
              </w:rPr>
              <w:t>9</w:t>
            </w:r>
            <w:r>
              <w:t>Aw</w:t>
            </w:r>
            <w:r w:rsidRPr="00332DB8">
              <w:rPr>
                <w:lang w:val="ru-RU"/>
              </w:rPr>
              <w:t>3</w:t>
            </w:r>
            <w:r>
              <w:t>xeti</w:t>
            </w:r>
            <w:r w:rsidRPr="00332DB8">
              <w:rPr>
                <w:lang w:val="ru-RU"/>
              </w:rPr>
              <w:t>.</w:t>
            </w:r>
            <w:r>
              <w:t>jpg</w:t>
            </w:r>
            <w:r w:rsidRPr="00332DB8">
              <w:rPr>
                <w:lang w:val="ru-RU"/>
              </w:rPr>
              <w:t xml:space="preserve"> (решение Никулинского районного суда города Москвы от 19.04.2016);</w:t>
            </w:r>
          </w:p>
        </w:tc>
        <w:tc>
          <w:tcPr>
            <w:tcW w:w="2880" w:type="dxa"/>
          </w:tcPr>
          <w:p w:rsidR="006F7457" w:rsidRDefault="00332DB8">
            <w:r>
              <w:t>02.11.2018</w:t>
            </w:r>
          </w:p>
        </w:tc>
      </w:tr>
      <w:tr w:rsidR="006F7457">
        <w:tc>
          <w:tcPr>
            <w:tcW w:w="2880" w:type="dxa"/>
          </w:tcPr>
          <w:p w:rsidR="006F7457" w:rsidRDefault="00332DB8">
            <w:r>
              <w:t>4567.</w:t>
            </w:r>
          </w:p>
        </w:tc>
        <w:tc>
          <w:tcPr>
            <w:tcW w:w="2880" w:type="dxa"/>
          </w:tcPr>
          <w:p w:rsidR="006F7457" w:rsidRPr="00332DB8" w:rsidRDefault="00332DB8">
            <w:pPr>
              <w:rPr>
                <w:lang w:val="ru-RU"/>
              </w:rPr>
            </w:pPr>
            <w:r w:rsidRPr="00332DB8">
              <w:rPr>
                <w:lang w:val="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2880" w:type="dxa"/>
          </w:tcPr>
          <w:p w:rsidR="006F7457" w:rsidRDefault="00332DB8">
            <w:r>
              <w:t>02.11.2018</w:t>
            </w:r>
          </w:p>
        </w:tc>
      </w:tr>
      <w:tr w:rsidR="006F7457">
        <w:tc>
          <w:tcPr>
            <w:tcW w:w="2880" w:type="dxa"/>
          </w:tcPr>
          <w:p w:rsidR="006F7457" w:rsidRDefault="00332DB8">
            <w:r>
              <w:t>4568.</w:t>
            </w:r>
          </w:p>
        </w:tc>
        <w:tc>
          <w:tcPr>
            <w:tcW w:w="2880" w:type="dxa"/>
          </w:tcPr>
          <w:p w:rsidR="006F7457" w:rsidRPr="00332DB8" w:rsidRDefault="00332DB8">
            <w:pPr>
              <w:rPr>
                <w:lang w:val="ru-RU"/>
              </w:rPr>
            </w:pPr>
            <w:r w:rsidRPr="00332DB8">
              <w:rPr>
                <w:lang w:val="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2880" w:type="dxa"/>
          </w:tcPr>
          <w:p w:rsidR="006F7457" w:rsidRDefault="00332DB8">
            <w:r>
              <w:t>02.11.2018</w:t>
            </w:r>
          </w:p>
        </w:tc>
      </w:tr>
      <w:tr w:rsidR="006F7457">
        <w:tc>
          <w:tcPr>
            <w:tcW w:w="2880" w:type="dxa"/>
          </w:tcPr>
          <w:p w:rsidR="006F7457" w:rsidRDefault="00332DB8">
            <w:r>
              <w:t>4569.</w:t>
            </w:r>
          </w:p>
        </w:tc>
        <w:tc>
          <w:tcPr>
            <w:tcW w:w="2880" w:type="dxa"/>
          </w:tcPr>
          <w:p w:rsidR="006F7457" w:rsidRPr="00332DB8" w:rsidRDefault="00332DB8">
            <w:pPr>
              <w:rPr>
                <w:lang w:val="ru-RU"/>
              </w:rPr>
            </w:pPr>
            <w:r w:rsidRPr="00332DB8">
              <w:rPr>
                <w:lang w:val="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2880" w:type="dxa"/>
          </w:tcPr>
          <w:p w:rsidR="006F7457" w:rsidRDefault="00332DB8">
            <w:r>
              <w:t>02.11.2018</w:t>
            </w:r>
          </w:p>
        </w:tc>
      </w:tr>
      <w:tr w:rsidR="006F7457">
        <w:tc>
          <w:tcPr>
            <w:tcW w:w="2880" w:type="dxa"/>
          </w:tcPr>
          <w:p w:rsidR="006F7457" w:rsidRDefault="00332DB8">
            <w:r>
              <w:t>457</w:t>
            </w:r>
            <w:r>
              <w:lastRenderedPageBreak/>
              <w:t>0.</w:t>
            </w:r>
          </w:p>
        </w:tc>
        <w:tc>
          <w:tcPr>
            <w:tcW w:w="2880" w:type="dxa"/>
          </w:tcPr>
          <w:p w:rsidR="006F7457" w:rsidRPr="00332DB8" w:rsidRDefault="00332DB8">
            <w:pPr>
              <w:rPr>
                <w:lang w:val="ru-RU"/>
              </w:rPr>
            </w:pPr>
            <w:r w:rsidRPr="00332DB8">
              <w:rPr>
                <w:lang w:val="ru-RU"/>
              </w:rPr>
              <w:lastRenderedPageBreak/>
              <w:t xml:space="preserve">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w:t>
            </w:r>
            <w:r w:rsidRPr="00332DB8">
              <w:rPr>
                <w:lang w:val="ru-RU"/>
              </w:rPr>
              <w:lastRenderedPageBreak/>
              <w:t>Камышинского городского суда Волгоградской области от 28.08.2018);</w:t>
            </w:r>
          </w:p>
        </w:tc>
        <w:tc>
          <w:tcPr>
            <w:tcW w:w="2880" w:type="dxa"/>
          </w:tcPr>
          <w:p w:rsidR="006F7457" w:rsidRDefault="00332DB8">
            <w:r>
              <w:lastRenderedPageBreak/>
              <w:t>02.11.201</w:t>
            </w:r>
            <w:r>
              <w:lastRenderedPageBreak/>
              <w:t>8</w:t>
            </w:r>
          </w:p>
        </w:tc>
      </w:tr>
      <w:tr w:rsidR="006F7457">
        <w:tc>
          <w:tcPr>
            <w:tcW w:w="2880" w:type="dxa"/>
          </w:tcPr>
          <w:p w:rsidR="006F7457" w:rsidRDefault="00332DB8">
            <w:r>
              <w:lastRenderedPageBreak/>
              <w:t>4571.</w:t>
            </w:r>
          </w:p>
        </w:tc>
        <w:tc>
          <w:tcPr>
            <w:tcW w:w="2880" w:type="dxa"/>
          </w:tcPr>
          <w:p w:rsidR="006F7457" w:rsidRPr="00332DB8" w:rsidRDefault="00332DB8">
            <w:pPr>
              <w:rPr>
                <w:lang w:val="ru-RU"/>
              </w:rPr>
            </w:pPr>
            <w:r w:rsidRPr="00332DB8">
              <w:rPr>
                <w:lang w:val="ru-RU"/>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w:t>
            </w:r>
            <w:r>
              <w:t>Meine</w:t>
            </w:r>
            <w:r w:rsidRPr="00332DB8">
              <w:rPr>
                <w:lang w:val="ru-RU"/>
              </w:rPr>
              <w:t xml:space="preserve"> </w:t>
            </w:r>
            <w:r>
              <w:t>Ehre</w:t>
            </w:r>
            <w:r w:rsidRPr="00332DB8">
              <w:rPr>
                <w:lang w:val="ru-RU"/>
              </w:rPr>
              <w:t xml:space="preserve"> </w:t>
            </w:r>
            <w:r>
              <w:t>Heisst</w:t>
            </w:r>
            <w:r w:rsidRPr="00332DB8">
              <w:rPr>
                <w:lang w:val="ru-RU"/>
              </w:rPr>
              <w:t xml:space="preserve"> </w:t>
            </w:r>
            <w:r>
              <w:t>Treue</w:t>
            </w:r>
            <w:r w:rsidRPr="00332DB8">
              <w:rPr>
                <w:lang w:val="ru-RU"/>
              </w:rPr>
              <w:t>», взглянула на ребенка и на лице ее просияла улыбка» (решение Московского районного суда г. Нижнего Новгорода от 22.08.2018);</w:t>
            </w:r>
          </w:p>
        </w:tc>
        <w:tc>
          <w:tcPr>
            <w:tcW w:w="2880" w:type="dxa"/>
          </w:tcPr>
          <w:p w:rsidR="006F7457" w:rsidRDefault="00332DB8">
            <w:r>
              <w:t>02.11.2018</w:t>
            </w:r>
          </w:p>
        </w:tc>
      </w:tr>
      <w:tr w:rsidR="006F7457">
        <w:tc>
          <w:tcPr>
            <w:tcW w:w="2880" w:type="dxa"/>
          </w:tcPr>
          <w:p w:rsidR="006F7457" w:rsidRDefault="00332DB8">
            <w:r>
              <w:t>4572.</w:t>
            </w:r>
          </w:p>
        </w:tc>
        <w:tc>
          <w:tcPr>
            <w:tcW w:w="2880" w:type="dxa"/>
          </w:tcPr>
          <w:p w:rsidR="006F7457" w:rsidRPr="00332DB8" w:rsidRDefault="00332DB8">
            <w:pPr>
              <w:rPr>
                <w:lang w:val="ru-RU"/>
              </w:rPr>
            </w:pPr>
            <w:r w:rsidRPr="00332DB8">
              <w:rPr>
                <w:lang w:val="ru-RU"/>
              </w:rPr>
              <w:t xml:space="preserve">Информационный материал, размещенный по интернет – адресу: </w:t>
            </w:r>
            <w:r>
              <w:t>http</w:t>
            </w:r>
            <w:r w:rsidRPr="00332DB8">
              <w:rPr>
                <w:lang w:val="ru-RU"/>
              </w:rPr>
              <w:t>://</w:t>
            </w:r>
            <w:r>
              <w:t>uagolos</w:t>
            </w:r>
            <w:r w:rsidRPr="00332DB8">
              <w:rPr>
                <w:lang w:val="ru-RU"/>
              </w:rPr>
              <w:t>.</w:t>
            </w:r>
            <w:r>
              <w:t>com</w:t>
            </w:r>
            <w:r w:rsidRPr="00332DB8">
              <w:rPr>
                <w:lang w:val="ru-RU"/>
              </w:rPr>
              <w:t>/</w:t>
            </w:r>
            <w:r>
              <w:t>obraschenye</w:t>
            </w:r>
            <w:r w:rsidRPr="00332DB8">
              <w:rPr>
                <w:lang w:val="ru-RU"/>
              </w:rPr>
              <w:t>-</w:t>
            </w:r>
            <w:r>
              <w:t>k</w:t>
            </w:r>
            <w:r w:rsidRPr="00332DB8">
              <w:rPr>
                <w:lang w:val="ru-RU"/>
              </w:rPr>
              <w:t>-</w:t>
            </w:r>
            <w:r>
              <w:t>russkym</w:t>
            </w:r>
            <w:r w:rsidRPr="00332DB8">
              <w:rPr>
                <w:lang w:val="ru-RU"/>
              </w:rPr>
              <w:t>-</w:t>
            </w:r>
            <w:r>
              <w:t>y</w:t>
            </w:r>
            <w:r w:rsidRPr="00332DB8">
              <w:rPr>
                <w:lang w:val="ru-RU"/>
              </w:rPr>
              <w:t>-</w:t>
            </w:r>
            <w:r>
              <w:t>russkojazychnym</w:t>
            </w:r>
            <w:r w:rsidRPr="00332DB8">
              <w:rPr>
                <w:lang w:val="ru-RU"/>
              </w:rPr>
              <w:t>-</w:t>
            </w:r>
            <w:r>
              <w:t>hrazhdanam</w:t>
            </w:r>
            <w:r w:rsidRPr="00332DB8">
              <w:rPr>
                <w:lang w:val="ru-RU"/>
              </w:rPr>
              <w:t>-</w:t>
            </w:r>
            <w:r>
              <w:t>ukrayny</w:t>
            </w:r>
            <w:r w:rsidRPr="00332DB8">
              <w:rPr>
                <w:lang w:val="ru-RU"/>
              </w:rPr>
              <w:t>-</w:t>
            </w:r>
            <w:r>
              <w:t>pravyj</w:t>
            </w:r>
            <w:r w:rsidRPr="00332DB8">
              <w:rPr>
                <w:lang w:val="ru-RU"/>
              </w:rPr>
              <w:t>-</w:t>
            </w:r>
            <w:r>
              <w:t>sektor</w:t>
            </w:r>
            <w:r w:rsidRPr="00332DB8">
              <w:rPr>
                <w:lang w:val="ru-RU"/>
              </w:rPr>
              <w:t>/ (решение Губкинского районного суда Ямало-Ненецкого автономного округа от 22.03.2016);</w:t>
            </w:r>
          </w:p>
        </w:tc>
        <w:tc>
          <w:tcPr>
            <w:tcW w:w="2880" w:type="dxa"/>
          </w:tcPr>
          <w:p w:rsidR="006F7457" w:rsidRDefault="00332DB8">
            <w:r>
              <w:t>02.11.2018</w:t>
            </w:r>
          </w:p>
        </w:tc>
      </w:tr>
      <w:tr w:rsidR="006F7457">
        <w:tc>
          <w:tcPr>
            <w:tcW w:w="2880" w:type="dxa"/>
          </w:tcPr>
          <w:p w:rsidR="006F7457" w:rsidRDefault="00332DB8">
            <w:r>
              <w:t>4573.</w:t>
            </w:r>
          </w:p>
        </w:tc>
        <w:tc>
          <w:tcPr>
            <w:tcW w:w="2880" w:type="dxa"/>
          </w:tcPr>
          <w:p w:rsidR="006F7457" w:rsidRPr="00332DB8" w:rsidRDefault="00332DB8">
            <w:pPr>
              <w:rPr>
                <w:lang w:val="ru-RU"/>
              </w:rPr>
            </w:pPr>
            <w:r w:rsidRPr="00332DB8">
              <w:rPr>
                <w:lang w:val="ru-RU"/>
              </w:rPr>
              <w:t xml:space="preserve">Материалы статьи Бориса Стомахина «Свободным будешь ты, Кавказ!», размещенный на сайте </w:t>
            </w:r>
            <w:r>
              <w:t>http</w:t>
            </w:r>
            <w:r w:rsidRPr="00332DB8">
              <w:rPr>
                <w:lang w:val="ru-RU"/>
              </w:rPr>
              <w:t>://</w:t>
            </w:r>
            <w:r>
              <w:t>rko</w:t>
            </w:r>
            <w:r w:rsidRPr="00332DB8">
              <w:rPr>
                <w:lang w:val="ru-RU"/>
              </w:rPr>
              <w:t>.</w:t>
            </w:r>
            <w:r>
              <w:t>marsho</w:t>
            </w:r>
            <w:r w:rsidRPr="00332DB8">
              <w:rPr>
                <w:lang w:val="ru-RU"/>
              </w:rPr>
              <w:t>.</w:t>
            </w:r>
            <w:r>
              <w:t>net</w:t>
            </w:r>
            <w:r w:rsidRPr="00332DB8">
              <w:rPr>
                <w:lang w:val="ru-RU"/>
              </w:rPr>
              <w:t xml:space="preserve"> информационно-телекоммуникационной сети Интернет (решение Ленинского районного суда г. Ставрополя от 10.05.2012);</w:t>
            </w:r>
          </w:p>
        </w:tc>
        <w:tc>
          <w:tcPr>
            <w:tcW w:w="2880" w:type="dxa"/>
          </w:tcPr>
          <w:p w:rsidR="006F7457" w:rsidRDefault="00332DB8">
            <w:r>
              <w:t>07.11.2018</w:t>
            </w:r>
          </w:p>
        </w:tc>
      </w:tr>
      <w:tr w:rsidR="006F7457">
        <w:tc>
          <w:tcPr>
            <w:tcW w:w="2880" w:type="dxa"/>
          </w:tcPr>
          <w:p w:rsidR="006F7457" w:rsidRDefault="00332DB8">
            <w:r>
              <w:t>4574.</w:t>
            </w:r>
          </w:p>
        </w:tc>
        <w:tc>
          <w:tcPr>
            <w:tcW w:w="2880" w:type="dxa"/>
          </w:tcPr>
          <w:p w:rsidR="006F7457" w:rsidRPr="00332DB8" w:rsidRDefault="00332DB8">
            <w:pPr>
              <w:rPr>
                <w:lang w:val="ru-RU"/>
              </w:rPr>
            </w:pPr>
            <w:r w:rsidRPr="00332DB8">
              <w:rPr>
                <w:lang w:val="ru-RU"/>
              </w:rPr>
              <w:t>Газета «Майдан № 1 (3/13) январь 2009 года (решение Кировского районного суда г. Уфы Республики Башкортостан от 20.07.2010);</w:t>
            </w:r>
          </w:p>
        </w:tc>
        <w:tc>
          <w:tcPr>
            <w:tcW w:w="2880" w:type="dxa"/>
          </w:tcPr>
          <w:p w:rsidR="006F7457" w:rsidRDefault="00332DB8">
            <w:r>
              <w:t>07.11.2018</w:t>
            </w:r>
          </w:p>
        </w:tc>
      </w:tr>
      <w:tr w:rsidR="006F7457">
        <w:tc>
          <w:tcPr>
            <w:tcW w:w="2880" w:type="dxa"/>
          </w:tcPr>
          <w:p w:rsidR="006F7457" w:rsidRDefault="00332DB8">
            <w:r>
              <w:t>4575.</w:t>
            </w:r>
          </w:p>
        </w:tc>
        <w:tc>
          <w:tcPr>
            <w:tcW w:w="2880" w:type="dxa"/>
          </w:tcPr>
          <w:p w:rsidR="006F7457" w:rsidRPr="00332DB8" w:rsidRDefault="00332DB8">
            <w:pPr>
              <w:rPr>
                <w:lang w:val="ru-RU"/>
              </w:rPr>
            </w:pPr>
            <w:r w:rsidRPr="00332DB8">
              <w:rPr>
                <w:lang w:val="ru-RU"/>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w:t>
            </w:r>
            <w:r>
              <w:t>http</w:t>
            </w:r>
            <w:r w:rsidRPr="00332DB8">
              <w:rPr>
                <w:lang w:val="ru-RU"/>
              </w:rPr>
              <w:t>://</w:t>
            </w:r>
            <w:r>
              <w:t>vk</w:t>
            </w:r>
            <w:r w:rsidRPr="00332DB8">
              <w:rPr>
                <w:lang w:val="ru-RU"/>
              </w:rPr>
              <w:t>.</w:t>
            </w:r>
            <w:r>
              <w:t>com</w:t>
            </w:r>
            <w:r w:rsidRPr="00332DB8">
              <w:rPr>
                <w:lang w:val="ru-RU"/>
              </w:rPr>
              <w:t>/</w:t>
            </w:r>
            <w:r>
              <w:t>id</w:t>
            </w:r>
            <w:r w:rsidRPr="00332DB8">
              <w:rPr>
                <w:lang w:val="ru-RU"/>
              </w:rPr>
              <w:t>81750848» и «</w:t>
            </w:r>
            <w:r>
              <w:t>http</w:t>
            </w:r>
            <w:r w:rsidRPr="00332DB8">
              <w:rPr>
                <w:lang w:val="ru-RU"/>
              </w:rPr>
              <w:t>://</w:t>
            </w:r>
            <w:r>
              <w:t>vk</w:t>
            </w:r>
            <w:r w:rsidRPr="00332DB8">
              <w:rPr>
                <w:lang w:val="ru-RU"/>
              </w:rPr>
              <w:t>.</w:t>
            </w:r>
            <w:r>
              <w:t>com</w:t>
            </w:r>
            <w:r w:rsidRPr="00332DB8">
              <w:rPr>
                <w:lang w:val="ru-RU"/>
              </w:rPr>
              <w:t>/</w:t>
            </w:r>
            <w:r>
              <w:t>id</w:t>
            </w:r>
            <w:r w:rsidRPr="00332DB8">
              <w:rPr>
                <w:lang w:val="ru-RU"/>
              </w:rPr>
              <w:t>222692414» (решение Куйбышевского районного суда г. Новокузнецка от 26.06.2015);</w:t>
            </w:r>
          </w:p>
        </w:tc>
        <w:tc>
          <w:tcPr>
            <w:tcW w:w="2880" w:type="dxa"/>
          </w:tcPr>
          <w:p w:rsidR="006F7457" w:rsidRDefault="00332DB8">
            <w:r>
              <w:t>07.11.2018</w:t>
            </w:r>
          </w:p>
        </w:tc>
      </w:tr>
      <w:tr w:rsidR="006F7457">
        <w:tc>
          <w:tcPr>
            <w:tcW w:w="2880" w:type="dxa"/>
          </w:tcPr>
          <w:p w:rsidR="006F7457" w:rsidRDefault="00332DB8">
            <w:r>
              <w:lastRenderedPageBreak/>
              <w:t>4576.</w:t>
            </w:r>
          </w:p>
        </w:tc>
        <w:tc>
          <w:tcPr>
            <w:tcW w:w="2880" w:type="dxa"/>
          </w:tcPr>
          <w:p w:rsidR="006F7457" w:rsidRPr="00332DB8" w:rsidRDefault="00332DB8">
            <w:pPr>
              <w:rPr>
                <w:lang w:val="ru-RU"/>
              </w:rPr>
            </w:pPr>
            <w:r w:rsidRPr="00332DB8">
              <w:rPr>
                <w:lang w:val="ru-RU"/>
              </w:rPr>
              <w:t>Информационный материал – видеофайл под названием «</w:t>
            </w:r>
            <w:r>
              <w:t>Sriny</w:t>
            </w:r>
            <w:r w:rsidRPr="00332DB8">
              <w:rPr>
                <w:lang w:val="ru-RU"/>
              </w:rPr>
              <w:t xml:space="preserve"> </w:t>
            </w:r>
            <w:r>
              <w:t>chistyat</w:t>
            </w:r>
            <w:r w:rsidRPr="00332DB8">
              <w:rPr>
                <w:lang w:val="ru-RU"/>
              </w:rPr>
              <w:t xml:space="preserve"> </w:t>
            </w:r>
            <w:r>
              <w:t>rodinu</w:t>
            </w:r>
            <w:r w:rsidRPr="00332DB8">
              <w:rPr>
                <w:lang w:val="ru-RU"/>
              </w:rPr>
              <w:t xml:space="preserve"> </w:t>
            </w:r>
            <w:r>
              <w:t>ot</w:t>
            </w:r>
            <w:r w:rsidRPr="00332DB8">
              <w:rPr>
                <w:lang w:val="ru-RU"/>
              </w:rPr>
              <w:t xml:space="preserve"> </w:t>
            </w:r>
            <w:r>
              <w:t>govna</w:t>
            </w:r>
            <w:r w:rsidRPr="00332DB8">
              <w:rPr>
                <w:lang w:val="ru-RU"/>
              </w:rPr>
              <w:t xml:space="preserve"> !!! </w:t>
            </w:r>
            <w:r>
              <w:t>fly</w:t>
            </w:r>
            <w:r w:rsidRPr="00332DB8">
              <w:rPr>
                <w:lang w:val="ru-RU"/>
              </w:rPr>
              <w:t xml:space="preserve">», размещенного на странице Лихойды А.А. в социальной сети «ВКонтакте» на сайте </w:t>
            </w:r>
            <w:r>
              <w:t>http</w:t>
            </w:r>
            <w:r w:rsidRPr="00332DB8">
              <w:rPr>
                <w:lang w:val="ru-RU"/>
              </w:rPr>
              <w:t>://</w:t>
            </w:r>
            <w:r>
              <w:t>vk</w:t>
            </w:r>
            <w:r w:rsidRPr="00332DB8">
              <w:rPr>
                <w:lang w:val="ru-RU"/>
              </w:rPr>
              <w:t>.</w:t>
            </w:r>
            <w:r>
              <w:t>com</w:t>
            </w:r>
            <w:r w:rsidRPr="00332DB8">
              <w:rPr>
                <w:lang w:val="ru-RU"/>
              </w:rPr>
              <w:t xml:space="preserve">/ </w:t>
            </w:r>
            <w:r>
              <w:t>video</w:t>
            </w:r>
            <w:r w:rsidRPr="00332DB8">
              <w:rPr>
                <w:lang w:val="ru-RU"/>
              </w:rPr>
              <w:t xml:space="preserve"> 156123982_163009043 (решение Центрального районного суда г. Воронежа от 09.02.2015);</w:t>
            </w:r>
          </w:p>
        </w:tc>
        <w:tc>
          <w:tcPr>
            <w:tcW w:w="2880" w:type="dxa"/>
          </w:tcPr>
          <w:p w:rsidR="006F7457" w:rsidRDefault="00332DB8">
            <w:r>
              <w:t>07.11.2018</w:t>
            </w:r>
          </w:p>
        </w:tc>
      </w:tr>
      <w:tr w:rsidR="006F7457">
        <w:tc>
          <w:tcPr>
            <w:tcW w:w="2880" w:type="dxa"/>
          </w:tcPr>
          <w:p w:rsidR="006F7457" w:rsidRDefault="00332DB8">
            <w:r>
              <w:t>4577.</w:t>
            </w:r>
          </w:p>
        </w:tc>
        <w:tc>
          <w:tcPr>
            <w:tcW w:w="2880" w:type="dxa"/>
          </w:tcPr>
          <w:p w:rsidR="006F7457" w:rsidRPr="00332DB8" w:rsidRDefault="00332DB8">
            <w:pPr>
              <w:rPr>
                <w:lang w:val="ru-RU"/>
              </w:rPr>
            </w:pPr>
            <w:r w:rsidRPr="00332DB8">
              <w:rPr>
                <w:lang w:val="ru-RU"/>
              </w:rPr>
              <w:t>«Программа Русского национального движения» (решение Правобережного районного суда г. Магнитогорска Челябинской области от 25.08.2010);</w:t>
            </w:r>
          </w:p>
        </w:tc>
        <w:tc>
          <w:tcPr>
            <w:tcW w:w="2880" w:type="dxa"/>
          </w:tcPr>
          <w:p w:rsidR="006F7457" w:rsidRDefault="00332DB8">
            <w:r>
              <w:t>07.11.2018</w:t>
            </w:r>
          </w:p>
        </w:tc>
      </w:tr>
      <w:tr w:rsidR="006F7457">
        <w:tc>
          <w:tcPr>
            <w:tcW w:w="2880" w:type="dxa"/>
          </w:tcPr>
          <w:p w:rsidR="006F7457" w:rsidRDefault="00332DB8">
            <w:r>
              <w:t>4578.</w:t>
            </w:r>
          </w:p>
        </w:tc>
        <w:tc>
          <w:tcPr>
            <w:tcW w:w="2880" w:type="dxa"/>
          </w:tcPr>
          <w:p w:rsidR="006F7457" w:rsidRPr="00332DB8" w:rsidRDefault="00332DB8">
            <w:pPr>
              <w:rPr>
                <w:lang w:val="ru-RU"/>
              </w:rPr>
            </w:pPr>
            <w:r w:rsidRPr="00332DB8">
              <w:rPr>
                <w:lang w:val="ru-RU"/>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2880" w:type="dxa"/>
          </w:tcPr>
          <w:p w:rsidR="006F7457" w:rsidRDefault="00332DB8">
            <w:r>
              <w:t>08.11.2018</w:t>
            </w:r>
          </w:p>
        </w:tc>
      </w:tr>
      <w:tr w:rsidR="006F7457">
        <w:tc>
          <w:tcPr>
            <w:tcW w:w="2880" w:type="dxa"/>
          </w:tcPr>
          <w:p w:rsidR="006F7457" w:rsidRDefault="00332DB8">
            <w:r>
              <w:t>4579.</w:t>
            </w:r>
          </w:p>
        </w:tc>
        <w:tc>
          <w:tcPr>
            <w:tcW w:w="2880" w:type="dxa"/>
          </w:tcPr>
          <w:p w:rsidR="006F7457" w:rsidRPr="00332DB8" w:rsidRDefault="00332DB8">
            <w:pPr>
              <w:rPr>
                <w:lang w:val="ru-RU"/>
              </w:rPr>
            </w:pPr>
            <w:r w:rsidRPr="00332DB8">
              <w:rPr>
                <w:lang w:val="ru-RU"/>
              </w:rPr>
              <w:t xml:space="preserve">Видеоролики, размещенные на интернет- странице в социальной сети «В контакте», расположенной в международной компьютерной сети «Интернет» по адресу: </w:t>
            </w:r>
            <w:r>
              <w:t>WWW</w:t>
            </w:r>
            <w:r w:rsidRPr="00332DB8">
              <w:rPr>
                <w:lang w:val="ru-RU"/>
              </w:rPr>
              <w:t xml:space="preserve">. </w:t>
            </w:r>
            <w:r>
              <w:t>vkontakte</w:t>
            </w:r>
            <w:r w:rsidRPr="00332DB8">
              <w:rPr>
                <w:lang w:val="ru-RU"/>
              </w:rPr>
              <w:t xml:space="preserve">. </w:t>
            </w:r>
            <w:r>
              <w:t>Ru</w:t>
            </w:r>
            <w:r w:rsidRPr="00332DB8">
              <w:rPr>
                <w:lang w:val="ru-RU"/>
              </w:rPr>
              <w:t xml:space="preserve"> /</w:t>
            </w:r>
            <w:r>
              <w:t>id</w:t>
            </w:r>
            <w:r w:rsidRPr="00332DB8">
              <w:rPr>
                <w:lang w:val="ru-RU"/>
              </w:rPr>
              <w:t>19499471 (решение Правобережного районного суда г. Магнитогорска Челябинской области от 17.11.2010);</w:t>
            </w:r>
          </w:p>
        </w:tc>
        <w:tc>
          <w:tcPr>
            <w:tcW w:w="2880" w:type="dxa"/>
          </w:tcPr>
          <w:p w:rsidR="006F7457" w:rsidRDefault="00332DB8">
            <w:r>
              <w:t>07.11.2018</w:t>
            </w:r>
          </w:p>
        </w:tc>
      </w:tr>
      <w:tr w:rsidR="006F7457">
        <w:tc>
          <w:tcPr>
            <w:tcW w:w="2880" w:type="dxa"/>
          </w:tcPr>
          <w:p w:rsidR="006F7457" w:rsidRDefault="00332DB8">
            <w:r>
              <w:t>4580.</w:t>
            </w:r>
          </w:p>
        </w:tc>
        <w:tc>
          <w:tcPr>
            <w:tcW w:w="2880" w:type="dxa"/>
          </w:tcPr>
          <w:p w:rsidR="006F7457" w:rsidRPr="00332DB8" w:rsidRDefault="00332DB8">
            <w:pPr>
              <w:rPr>
                <w:lang w:val="ru-RU"/>
              </w:rPr>
            </w:pPr>
            <w:r w:rsidRPr="00332DB8">
              <w:rPr>
                <w:lang w:val="ru-RU"/>
              </w:rPr>
              <w:t>Аудиозапись и текст песни «Силы закона (</w:t>
            </w:r>
            <w:r>
              <w:t>destructors</w:t>
            </w:r>
            <w:r w:rsidRPr="00332DB8">
              <w:rPr>
                <w:lang w:val="ru-RU"/>
              </w:rPr>
              <w:t>)» «</w:t>
            </w:r>
            <w:r>
              <w:t>criminal</w:t>
            </w:r>
            <w:r w:rsidRPr="00332DB8">
              <w:rPr>
                <w:lang w:val="ru-RU"/>
              </w:rPr>
              <w:t xml:space="preserve"> </w:t>
            </w:r>
            <w:r>
              <w:t>state</w:t>
            </w:r>
            <w:r w:rsidRPr="00332DB8">
              <w:rPr>
                <w:lang w:val="ru-RU"/>
              </w:rPr>
              <w:t xml:space="preserv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41903093;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=9</w:t>
            </w:r>
            <w:r>
              <w:t>Jy</w:t>
            </w:r>
            <w:r w:rsidRPr="00332DB8">
              <w:rPr>
                <w:lang w:val="ru-RU"/>
              </w:rPr>
              <w:t>7</w:t>
            </w:r>
            <w:r>
              <w:t>U</w:t>
            </w:r>
            <w:r w:rsidRPr="00332DB8">
              <w:rPr>
                <w:lang w:val="ru-RU"/>
              </w:rPr>
              <w:t>5</w:t>
            </w:r>
            <w:r>
              <w:t>QqVis</w:t>
            </w:r>
            <w:r w:rsidRPr="00332DB8">
              <w:rPr>
                <w:lang w:val="ru-RU"/>
              </w:rPr>
              <w:t xml:space="preserve">; </w:t>
            </w:r>
            <w:r>
              <w:t>https</w:t>
            </w:r>
            <w:r w:rsidRPr="00332DB8">
              <w:rPr>
                <w:lang w:val="ru-RU"/>
              </w:rPr>
              <w:t>://</w:t>
            </w:r>
            <w:r>
              <w:t>myzuka</w:t>
            </w:r>
            <w:r w:rsidRPr="00332DB8">
              <w:rPr>
                <w:lang w:val="ru-RU"/>
              </w:rPr>
              <w:t>.</w:t>
            </w:r>
            <w:r>
              <w:t>fm</w:t>
            </w:r>
            <w:r w:rsidRPr="00332DB8">
              <w:rPr>
                <w:lang w:val="ru-RU"/>
              </w:rPr>
              <w:t>/</w:t>
            </w:r>
            <w:r>
              <w:t>Album</w:t>
            </w:r>
            <w:r w:rsidRPr="00332DB8">
              <w:rPr>
                <w:lang w:val="ru-RU"/>
              </w:rPr>
              <w:t>/779171/</w:t>
            </w:r>
            <w:r>
              <w:t>Criminal</w:t>
            </w:r>
            <w:r w:rsidRPr="00332DB8">
              <w:rPr>
                <w:lang w:val="ru-RU"/>
              </w:rPr>
              <w:t>-</w:t>
            </w:r>
            <w:r>
              <w:t>State</w:t>
            </w:r>
            <w:r w:rsidRPr="00332DB8">
              <w:rPr>
                <w:lang w:val="ru-RU"/>
              </w:rPr>
              <w:t>-</w:t>
            </w:r>
            <w:r>
              <w:t>Motivi</w:t>
            </w:r>
            <w:r w:rsidRPr="00332DB8">
              <w:rPr>
                <w:lang w:val="ru-RU"/>
              </w:rPr>
              <w:t>-</w:t>
            </w:r>
            <w:r>
              <w:t>Neugasaushei</w:t>
            </w:r>
            <w:r w:rsidRPr="00332DB8">
              <w:rPr>
                <w:lang w:val="ru-RU"/>
              </w:rPr>
              <w:t>-</w:t>
            </w:r>
            <w:r>
              <w:t>Nenavisti</w:t>
            </w:r>
            <w:r w:rsidRPr="00332DB8">
              <w:rPr>
                <w:lang w:val="ru-RU"/>
              </w:rPr>
              <w:t xml:space="preserve">-2011; </w:t>
            </w:r>
            <w:r>
              <w:t>http</w:t>
            </w:r>
            <w:r w:rsidRPr="00332DB8">
              <w:rPr>
                <w:lang w:val="ru-RU"/>
              </w:rPr>
              <w:t>://</w:t>
            </w:r>
            <w:r>
              <w:t>domino</w:t>
            </w:r>
            <w:r w:rsidRPr="00332DB8">
              <w:rPr>
                <w:lang w:val="ru-RU"/>
              </w:rPr>
              <w:t>-</w:t>
            </w:r>
            <w:r>
              <w:t>music</w:t>
            </w:r>
            <w:r w:rsidRPr="00332DB8">
              <w:rPr>
                <w:lang w:val="ru-RU"/>
              </w:rPr>
              <w:t>.</w:t>
            </w:r>
            <w:r>
              <w:t>ru</w:t>
            </w:r>
            <w:r w:rsidRPr="00332DB8">
              <w:rPr>
                <w:lang w:val="ru-RU"/>
              </w:rPr>
              <w:t>/?</w:t>
            </w:r>
            <w:r>
              <w:t>mp</w:t>
            </w:r>
            <w:r w:rsidRPr="00332DB8">
              <w:rPr>
                <w:lang w:val="ru-RU"/>
              </w:rPr>
              <w:t>3=</w:t>
            </w:r>
            <w:r>
              <w:t>Criminal</w:t>
            </w:r>
            <w:r w:rsidRPr="00332DB8">
              <w:rPr>
                <w:lang w:val="ru-RU"/>
              </w:rPr>
              <w:t>+</w:t>
            </w:r>
            <w:r>
              <w:t>State</w:t>
            </w:r>
            <w:r w:rsidRPr="00332DB8">
              <w:rPr>
                <w:lang w:val="ru-RU"/>
              </w:rPr>
              <w:t xml:space="preserve">; </w:t>
            </w:r>
            <w:r>
              <w:t>http</w:t>
            </w:r>
            <w:r w:rsidRPr="00332DB8">
              <w:rPr>
                <w:lang w:val="ru-RU"/>
              </w:rPr>
              <w:t>://</w:t>
            </w:r>
            <w:r>
              <w:t>musicalka</w:t>
            </w:r>
            <w:r w:rsidRPr="00332DB8">
              <w:rPr>
                <w:lang w:val="ru-RU"/>
              </w:rPr>
              <w:t>.</w:t>
            </w:r>
            <w:r>
              <w:t>me</w:t>
            </w:r>
            <w:r w:rsidRPr="00332DB8">
              <w:rPr>
                <w:lang w:val="ru-RU"/>
              </w:rPr>
              <w:t>/?</w:t>
            </w:r>
            <w:r>
              <w:t>mp</w:t>
            </w:r>
            <w:r w:rsidRPr="00332DB8">
              <w:rPr>
                <w:lang w:val="ru-RU"/>
              </w:rPr>
              <w:t>3=</w:t>
            </w:r>
            <w:r>
              <w:t>Criminal</w:t>
            </w:r>
            <w:r w:rsidRPr="00332DB8">
              <w:rPr>
                <w:lang w:val="ru-RU"/>
              </w:rPr>
              <w:t>+</w:t>
            </w:r>
            <w:r>
              <w:t>State</w:t>
            </w:r>
            <w:r w:rsidRPr="00332DB8">
              <w:rPr>
                <w:lang w:val="ru-RU"/>
              </w:rPr>
              <w:t>, продолжительностью не менее 2 минут 23 секунд (решение Нижегородского районного суда г. Нижнего Новгорода от 26.03.2018);</w:t>
            </w:r>
          </w:p>
        </w:tc>
        <w:tc>
          <w:tcPr>
            <w:tcW w:w="2880" w:type="dxa"/>
          </w:tcPr>
          <w:p w:rsidR="006F7457" w:rsidRDefault="00332DB8">
            <w:r>
              <w:t>08.11.2018</w:t>
            </w:r>
          </w:p>
        </w:tc>
      </w:tr>
      <w:tr w:rsidR="006F7457">
        <w:tc>
          <w:tcPr>
            <w:tcW w:w="2880" w:type="dxa"/>
          </w:tcPr>
          <w:p w:rsidR="006F7457" w:rsidRDefault="00332DB8">
            <w:r>
              <w:lastRenderedPageBreak/>
              <w:t>4581.</w:t>
            </w:r>
          </w:p>
        </w:tc>
        <w:tc>
          <w:tcPr>
            <w:tcW w:w="2880" w:type="dxa"/>
          </w:tcPr>
          <w:p w:rsidR="006F7457" w:rsidRPr="00332DB8" w:rsidRDefault="00332DB8">
            <w:pPr>
              <w:rPr>
                <w:lang w:val="ru-RU"/>
              </w:rPr>
            </w:pPr>
            <w:r w:rsidRPr="00332DB8">
              <w:rPr>
                <w:lang w:val="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2880" w:type="dxa"/>
          </w:tcPr>
          <w:p w:rsidR="006F7457" w:rsidRDefault="00332DB8">
            <w:r>
              <w:t>07.11.2018</w:t>
            </w:r>
          </w:p>
        </w:tc>
      </w:tr>
      <w:tr w:rsidR="006F7457">
        <w:tc>
          <w:tcPr>
            <w:tcW w:w="2880" w:type="dxa"/>
          </w:tcPr>
          <w:p w:rsidR="006F7457" w:rsidRDefault="00332DB8">
            <w:r>
              <w:t>4582.</w:t>
            </w:r>
          </w:p>
        </w:tc>
        <w:tc>
          <w:tcPr>
            <w:tcW w:w="2880" w:type="dxa"/>
          </w:tcPr>
          <w:p w:rsidR="006F7457" w:rsidRDefault="00332DB8">
            <w:r w:rsidRPr="00332DB8">
              <w:rPr>
                <w:lang w:val="ru-RU"/>
              </w:rPr>
              <w:t xml:space="preserve">Видеоролик «Имарат Кавказ Вилаят Дагестан. Обращение Хасавюртовского джамаата к жителям города. </w:t>
            </w:r>
            <w:r>
              <w:t>1433-(2012)» (решение Ленинского районного суда г. Ставрополя от 29.01.2014);</w:t>
            </w:r>
          </w:p>
        </w:tc>
        <w:tc>
          <w:tcPr>
            <w:tcW w:w="2880" w:type="dxa"/>
          </w:tcPr>
          <w:p w:rsidR="006F7457" w:rsidRDefault="00332DB8">
            <w:r>
              <w:t>07.11.2018</w:t>
            </w:r>
          </w:p>
        </w:tc>
      </w:tr>
      <w:tr w:rsidR="006F7457">
        <w:tc>
          <w:tcPr>
            <w:tcW w:w="2880" w:type="dxa"/>
          </w:tcPr>
          <w:p w:rsidR="006F7457" w:rsidRDefault="00332DB8">
            <w:r>
              <w:t>4583.</w:t>
            </w:r>
          </w:p>
        </w:tc>
        <w:tc>
          <w:tcPr>
            <w:tcW w:w="2880" w:type="dxa"/>
          </w:tcPr>
          <w:p w:rsidR="006F7457" w:rsidRPr="00332DB8" w:rsidRDefault="00332DB8">
            <w:pPr>
              <w:rPr>
                <w:lang w:val="ru-RU"/>
              </w:rPr>
            </w:pPr>
            <w:r w:rsidRPr="00332DB8">
              <w:rPr>
                <w:lang w:val="ru-RU"/>
              </w:rPr>
              <w:t xml:space="preserve">Текст статьи «Юбилею Ферганской резни 1989г.» размещенный по электронному адресу: </w:t>
            </w:r>
            <w:r>
              <w:t>http</w:t>
            </w:r>
            <w:r w:rsidRPr="00332DB8">
              <w:rPr>
                <w:lang w:val="ru-RU"/>
              </w:rPr>
              <w:t>://</w:t>
            </w:r>
            <w:r>
              <w:t>zapravdu</w:t>
            </w:r>
            <w:r w:rsidRPr="00332DB8">
              <w:rPr>
                <w:lang w:val="ru-RU"/>
              </w:rPr>
              <w:t>.</w:t>
            </w:r>
            <w:r>
              <w:t>ru</w:t>
            </w:r>
            <w:r w:rsidRPr="00332DB8">
              <w:rPr>
                <w:lang w:val="ru-RU"/>
              </w:rPr>
              <w:t>/</w:t>
            </w:r>
            <w:r>
              <w:t>content</w:t>
            </w:r>
            <w:r w:rsidRPr="00332DB8">
              <w:rPr>
                <w:lang w:val="ru-RU"/>
              </w:rPr>
              <w:t>/</w:t>
            </w:r>
            <w:r>
              <w:t>view</w:t>
            </w:r>
            <w:r w:rsidRPr="00332DB8">
              <w:rPr>
                <w:lang w:val="ru-RU"/>
              </w:rPr>
              <w:t>/222 (решение Останкинского районного суда города Москвы от 08.12.2014);</w:t>
            </w:r>
          </w:p>
        </w:tc>
        <w:tc>
          <w:tcPr>
            <w:tcW w:w="2880" w:type="dxa"/>
          </w:tcPr>
          <w:p w:rsidR="006F7457" w:rsidRDefault="00332DB8">
            <w:r>
              <w:t>07.11.2018</w:t>
            </w:r>
          </w:p>
        </w:tc>
      </w:tr>
      <w:tr w:rsidR="006F7457">
        <w:tc>
          <w:tcPr>
            <w:tcW w:w="2880" w:type="dxa"/>
          </w:tcPr>
          <w:p w:rsidR="006F7457" w:rsidRDefault="00332DB8">
            <w:r>
              <w:t>4584.</w:t>
            </w:r>
          </w:p>
        </w:tc>
        <w:tc>
          <w:tcPr>
            <w:tcW w:w="2880" w:type="dxa"/>
          </w:tcPr>
          <w:p w:rsidR="006F7457" w:rsidRPr="00332DB8" w:rsidRDefault="00332DB8">
            <w:pPr>
              <w:rPr>
                <w:lang w:val="ru-RU"/>
              </w:rPr>
            </w:pPr>
            <w:r w:rsidRPr="00332DB8">
              <w:rPr>
                <w:lang w:val="ru-RU"/>
              </w:rPr>
              <w:t>Видеоролик «Брунсвиг – белый отряд», размещенный в сети Интернет на персональной странице социальной сети «Вконтакте» «</w:t>
            </w:r>
            <w:r>
              <w:t>http</w:t>
            </w:r>
            <w:r w:rsidRPr="00332DB8">
              <w:rPr>
                <w:lang w:val="ru-RU"/>
              </w:rPr>
              <w:t>://</w:t>
            </w:r>
            <w:r>
              <w:t>vk</w:t>
            </w:r>
            <w:r w:rsidRPr="00332DB8">
              <w:rPr>
                <w:lang w:val="ru-RU"/>
              </w:rPr>
              <w:t>.</w:t>
            </w:r>
            <w:r>
              <w:t>com</w:t>
            </w:r>
            <w:r w:rsidRPr="00332DB8">
              <w:rPr>
                <w:lang w:val="ru-RU"/>
              </w:rPr>
              <w:t>», под названием «Жека Николаев» (</w:t>
            </w:r>
            <w:r>
              <w:t>vk</w:t>
            </w:r>
            <w:r w:rsidRPr="00332DB8">
              <w:rPr>
                <w:lang w:val="ru-RU"/>
              </w:rPr>
              <w:t>.</w:t>
            </w:r>
            <w:r>
              <w:t>com</w:t>
            </w:r>
            <w:r w:rsidRPr="00332DB8">
              <w:rPr>
                <w:lang w:val="ru-RU"/>
              </w:rPr>
              <w:t>/</w:t>
            </w:r>
            <w:r>
              <w:t>id</w:t>
            </w:r>
            <w:r w:rsidRPr="00332DB8">
              <w:rPr>
                <w:lang w:val="ru-RU"/>
              </w:rPr>
              <w:t>207989285) (решение Боровичского районного суда Новгородской области от 10.12.2014);</w:t>
            </w:r>
          </w:p>
        </w:tc>
        <w:tc>
          <w:tcPr>
            <w:tcW w:w="2880" w:type="dxa"/>
          </w:tcPr>
          <w:p w:rsidR="006F7457" w:rsidRDefault="00332DB8">
            <w:r>
              <w:t>07.11.2018</w:t>
            </w:r>
          </w:p>
        </w:tc>
      </w:tr>
      <w:tr w:rsidR="006F7457">
        <w:tc>
          <w:tcPr>
            <w:tcW w:w="2880" w:type="dxa"/>
          </w:tcPr>
          <w:p w:rsidR="006F7457" w:rsidRDefault="00332DB8">
            <w:r>
              <w:t>4585.</w:t>
            </w:r>
          </w:p>
        </w:tc>
        <w:tc>
          <w:tcPr>
            <w:tcW w:w="2880" w:type="dxa"/>
          </w:tcPr>
          <w:p w:rsidR="006F7457" w:rsidRPr="00332DB8" w:rsidRDefault="00332DB8">
            <w:pPr>
              <w:rPr>
                <w:lang w:val="ru-RU"/>
              </w:rPr>
            </w:pPr>
            <w:r w:rsidRPr="00332DB8">
              <w:rPr>
                <w:lang w:val="ru-RU"/>
              </w:rPr>
              <w:t xml:space="preserve">Видеоклип «Ах Бандеро!», размещенный на Интернет-странице по электронному адресу: </w:t>
            </w:r>
            <w:r>
              <w:t>http</w:t>
            </w:r>
            <w:r w:rsidRPr="00332DB8">
              <w:rPr>
                <w:lang w:val="ru-RU"/>
              </w:rPr>
              <w:t>://</w:t>
            </w:r>
            <w:r>
              <w:t>www</w:t>
            </w:r>
            <w:r w:rsidRPr="00332DB8">
              <w:rPr>
                <w:lang w:val="ru-RU"/>
              </w:rPr>
              <w:t>.</w:t>
            </w:r>
            <w:r>
              <w:t>yotube</w:t>
            </w:r>
            <w:r w:rsidRPr="00332DB8">
              <w:rPr>
                <w:lang w:val="ru-RU"/>
              </w:rPr>
              <w:t>.</w:t>
            </w:r>
            <w:r>
              <w:t>com</w:t>
            </w:r>
            <w:r w:rsidRPr="00332DB8">
              <w:rPr>
                <w:lang w:val="ru-RU"/>
              </w:rPr>
              <w:t>/</w:t>
            </w:r>
            <w:r>
              <w:t>watch</w:t>
            </w:r>
            <w:r w:rsidRPr="00332DB8">
              <w:rPr>
                <w:lang w:val="ru-RU"/>
              </w:rPr>
              <w:t>?</w:t>
            </w:r>
            <w:r>
              <w:t>v</w:t>
            </w:r>
            <w:r w:rsidRPr="00332DB8">
              <w:rPr>
                <w:lang w:val="ru-RU"/>
              </w:rPr>
              <w:t>=</w:t>
            </w:r>
            <w:r>
              <w:t>AIYJYrzeipl</w:t>
            </w:r>
            <w:r w:rsidRPr="00332DB8">
              <w:rPr>
                <w:lang w:val="ru-RU"/>
              </w:rPr>
              <w:t xml:space="preserve"> (решение Октябрьского районного суда г. Екатеринбурга Свердловской области от 09.09.2015);</w:t>
            </w:r>
          </w:p>
        </w:tc>
        <w:tc>
          <w:tcPr>
            <w:tcW w:w="2880" w:type="dxa"/>
          </w:tcPr>
          <w:p w:rsidR="006F7457" w:rsidRDefault="00332DB8">
            <w:r>
              <w:t>07.11.2018</w:t>
            </w:r>
          </w:p>
        </w:tc>
      </w:tr>
      <w:tr w:rsidR="006F7457">
        <w:tc>
          <w:tcPr>
            <w:tcW w:w="2880" w:type="dxa"/>
          </w:tcPr>
          <w:p w:rsidR="006F7457" w:rsidRDefault="00332DB8">
            <w:r>
              <w:t>458</w:t>
            </w:r>
            <w:r>
              <w:lastRenderedPageBreak/>
              <w:t>6.</w:t>
            </w:r>
          </w:p>
        </w:tc>
        <w:tc>
          <w:tcPr>
            <w:tcW w:w="2880" w:type="dxa"/>
          </w:tcPr>
          <w:p w:rsidR="006F7457" w:rsidRPr="00332DB8" w:rsidRDefault="00332DB8">
            <w:pPr>
              <w:rPr>
                <w:lang w:val="ru-RU"/>
              </w:rPr>
            </w:pPr>
            <w:r w:rsidRPr="00332DB8">
              <w:rPr>
                <w:lang w:val="ru-RU"/>
              </w:rPr>
              <w:lastRenderedPageBreak/>
              <w:t xml:space="preserve">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w:t>
            </w:r>
            <w:r>
              <w:t>https</w:t>
            </w:r>
            <w:r w:rsidRPr="00332DB8">
              <w:rPr>
                <w:lang w:val="ru-RU"/>
              </w:rPr>
              <w:t>://</w:t>
            </w:r>
            <w:r>
              <w:t>xmusik</w:t>
            </w:r>
            <w:r w:rsidRPr="00332DB8">
              <w:rPr>
                <w:lang w:val="ru-RU"/>
              </w:rPr>
              <w:t>.</w:t>
            </w:r>
            <w:r>
              <w:t>me</w:t>
            </w:r>
            <w:r w:rsidRPr="00332DB8">
              <w:rPr>
                <w:lang w:val="ru-RU"/>
              </w:rPr>
              <w:t>/</w:t>
            </w:r>
            <w:r>
              <w:t>s</w:t>
            </w:r>
            <w:r w:rsidRPr="00332DB8">
              <w:rPr>
                <w:lang w:val="ru-RU"/>
              </w:rPr>
              <w:t>/53068459-</w:t>
            </w:r>
            <w:r>
              <w:t>DOROGIE</w:t>
            </w:r>
            <w:r w:rsidRPr="00332DB8">
              <w:rPr>
                <w:lang w:val="ru-RU"/>
              </w:rPr>
              <w:t>_</w:t>
            </w:r>
            <w:r>
              <w:t>ROSSIYANE</w:t>
            </w:r>
            <w:r w:rsidRPr="00332DB8">
              <w:rPr>
                <w:lang w:val="ru-RU"/>
              </w:rPr>
              <w:t>_-_</w:t>
            </w:r>
            <w:r>
              <w:t>Pro</w:t>
            </w:r>
            <w:r w:rsidRPr="00332DB8">
              <w:rPr>
                <w:lang w:val="ru-RU"/>
              </w:rPr>
              <w:t>_</w:t>
            </w:r>
            <w:r>
              <w:t>ZHida</w:t>
            </w:r>
            <w:r w:rsidRPr="00332DB8">
              <w:rPr>
                <w:lang w:val="ru-RU"/>
              </w:rPr>
              <w:t xml:space="preserve">/; </w:t>
            </w:r>
            <w:r>
              <w:t>http</w:t>
            </w:r>
            <w:r w:rsidRPr="00332DB8">
              <w:rPr>
                <w:lang w:val="ru-RU"/>
              </w:rPr>
              <w:t>://</w:t>
            </w:r>
            <w:r>
              <w:t>mp</w:t>
            </w:r>
            <w:r w:rsidRPr="00332DB8">
              <w:rPr>
                <w:lang w:val="ru-RU"/>
              </w:rPr>
              <w:t>3-</w:t>
            </w:r>
            <w:r>
              <w:lastRenderedPageBreak/>
              <w:t>pesnja</w:t>
            </w:r>
            <w:r w:rsidRPr="00332DB8">
              <w:rPr>
                <w:lang w:val="ru-RU"/>
              </w:rPr>
              <w:t>.</w:t>
            </w:r>
            <w:r>
              <w:t>com</w:t>
            </w:r>
            <w:r w:rsidRPr="00332DB8">
              <w:rPr>
                <w:lang w:val="ru-RU"/>
              </w:rPr>
              <w:t>/</w:t>
            </w:r>
            <w:r>
              <w:t>song</w:t>
            </w:r>
            <w:r w:rsidRPr="00332DB8">
              <w:rPr>
                <w:lang w:val="ru-RU"/>
              </w:rPr>
              <w:t>/%</w:t>
            </w:r>
            <w:r>
              <w:t>DQ</w:t>
            </w:r>
            <w:r w:rsidRPr="00332DB8">
              <w:rPr>
                <w:lang w:val="ru-RU"/>
              </w:rPr>
              <w:t>%</w:t>
            </w:r>
            <w:r>
              <w:t>B</w:t>
            </w:r>
            <w:r w:rsidRPr="00332DB8">
              <w:rPr>
                <w:lang w:val="ru-RU"/>
              </w:rPr>
              <w:t>4%</w:t>
            </w:r>
            <w:r>
              <w:t>D</w:t>
            </w:r>
            <w:r w:rsidRPr="00332DB8">
              <w:rPr>
                <w:lang w:val="ru-RU"/>
              </w:rPr>
              <w:t>0%</w:t>
            </w:r>
            <w:r>
              <w:t>BE</w:t>
            </w:r>
            <w:r w:rsidRPr="00332DB8">
              <w:rPr>
                <w:lang w:val="ru-RU"/>
              </w:rPr>
              <w:t>%</w:t>
            </w:r>
            <w:r>
              <w:t>Dlo</w:t>
            </w:r>
            <w:r w:rsidRPr="00332DB8">
              <w:rPr>
                <w:lang w:val="ru-RU"/>
              </w:rPr>
              <w:t>/</w:t>
            </w:r>
            <w:r>
              <w:t>o</w:t>
            </w:r>
            <w:r w:rsidRPr="00332DB8">
              <w:rPr>
                <w:lang w:val="ru-RU"/>
              </w:rPr>
              <w:t>80%</w:t>
            </w:r>
            <w:r>
              <w:t>D</w:t>
            </w:r>
            <w:r w:rsidRPr="00332DB8">
              <w:rPr>
                <w:lang w:val="ru-RU"/>
              </w:rPr>
              <w:t>0%</w:t>
            </w:r>
            <w:r>
              <w:t>BE</w:t>
            </w:r>
            <w:r w:rsidRPr="00332DB8">
              <w:rPr>
                <w:lang w:val="ru-RU"/>
              </w:rPr>
              <w:t>%</w:t>
            </w:r>
            <w:r>
              <w:t>D</w:t>
            </w:r>
            <w:r w:rsidRPr="00332DB8">
              <w:rPr>
                <w:lang w:val="ru-RU"/>
              </w:rPr>
              <w:t>0%</w:t>
            </w:r>
            <w:r>
              <w:t>B</w:t>
            </w:r>
            <w:r w:rsidRPr="00332DB8">
              <w:rPr>
                <w:lang w:val="ru-RU"/>
              </w:rPr>
              <w:t xml:space="preserve">3% </w:t>
            </w:r>
            <w:r>
              <w:t>D</w:t>
            </w:r>
            <w:r w:rsidRPr="00332DB8">
              <w:rPr>
                <w:lang w:val="ru-RU"/>
              </w:rPr>
              <w:t>0%</w:t>
            </w:r>
            <w:r>
              <w:t>B</w:t>
            </w:r>
            <w:r w:rsidRPr="00332DB8">
              <w:rPr>
                <w:lang w:val="ru-RU"/>
              </w:rPr>
              <w:t>8%</w:t>
            </w:r>
            <w:r>
              <w:t>D</w:t>
            </w:r>
            <w:r w:rsidRPr="00332DB8">
              <w:rPr>
                <w:lang w:val="ru-RU"/>
              </w:rPr>
              <w:t>0%</w:t>
            </w:r>
            <w:r>
              <w:t>B</w:t>
            </w:r>
            <w:r w:rsidRPr="00332DB8">
              <w:rPr>
                <w:lang w:val="ru-RU"/>
              </w:rPr>
              <w:t>5+%</w:t>
            </w:r>
            <w:r>
              <w:t>D</w:t>
            </w:r>
            <w:r w:rsidRPr="00332DB8">
              <w:rPr>
                <w:lang w:val="ru-RU"/>
              </w:rPr>
              <w:t>1%80%</w:t>
            </w:r>
            <w:r>
              <w:t>D</w:t>
            </w:r>
            <w:r w:rsidRPr="00332DB8">
              <w:rPr>
                <w:lang w:val="ru-RU"/>
              </w:rPr>
              <w:t>0%</w:t>
            </w:r>
            <w:r>
              <w:t>BE</w:t>
            </w:r>
            <w:r w:rsidRPr="00332DB8">
              <w:rPr>
                <w:lang w:val="ru-RU"/>
              </w:rPr>
              <w:t>%</w:t>
            </w:r>
            <w:r>
              <w:t>D</w:t>
            </w:r>
            <w:r w:rsidRPr="00332DB8">
              <w:rPr>
                <w:lang w:val="ru-RU"/>
              </w:rPr>
              <w:t>1%81%</w:t>
            </w:r>
            <w:r>
              <w:t>D</w:t>
            </w:r>
            <w:r w:rsidRPr="00332DB8">
              <w:rPr>
                <w:lang w:val="ru-RU"/>
              </w:rPr>
              <w:t>1%81%</w:t>
            </w:r>
            <w:r>
              <w:t>D</w:t>
            </w:r>
            <w:r w:rsidRPr="00332DB8">
              <w:rPr>
                <w:lang w:val="ru-RU"/>
              </w:rPr>
              <w:t>0%</w:t>
            </w:r>
            <w:r>
              <w:t>B</w:t>
            </w:r>
            <w:r w:rsidRPr="00332DB8">
              <w:rPr>
                <w:lang w:val="ru-RU"/>
              </w:rPr>
              <w:t>8%</w:t>
            </w:r>
            <w:r>
              <w:t>D</w:t>
            </w:r>
            <w:r w:rsidRPr="00332DB8">
              <w:rPr>
                <w:lang w:val="ru-RU"/>
              </w:rPr>
              <w:t>1%8</w:t>
            </w:r>
            <w:r>
              <w:t>F</w:t>
            </w:r>
            <w:r w:rsidRPr="00332DB8">
              <w:rPr>
                <w:lang w:val="ru-RU"/>
              </w:rPr>
              <w:t>%</w:t>
            </w:r>
            <w:r>
              <w:t>D</w:t>
            </w:r>
            <w:r w:rsidRPr="00332DB8">
              <w:rPr>
                <w:lang w:val="ru-RU"/>
              </w:rPr>
              <w:t xml:space="preserve">0% </w:t>
            </w:r>
            <w:r>
              <w:t>BD</w:t>
            </w:r>
            <w:r w:rsidRPr="00332DB8">
              <w:rPr>
                <w:lang w:val="ru-RU"/>
              </w:rPr>
              <w:t>%</w:t>
            </w:r>
            <w:r>
              <w:t>D</w:t>
            </w:r>
            <w:r w:rsidRPr="00332DB8">
              <w:rPr>
                <w:lang w:val="ru-RU"/>
              </w:rPr>
              <w:t>0%</w:t>
            </w:r>
            <w:r>
              <w:t>B</w:t>
            </w:r>
            <w:r w:rsidRPr="00332DB8">
              <w:rPr>
                <w:lang w:val="ru-RU"/>
              </w:rPr>
              <w:t>5+%</w:t>
            </w:r>
            <w:r>
              <w:t>D</w:t>
            </w:r>
            <w:r w:rsidRPr="00332DB8">
              <w:rPr>
                <w:lang w:val="ru-RU"/>
              </w:rPr>
              <w:t>0%</w:t>
            </w:r>
            <w:r>
              <w:t>BF</w:t>
            </w:r>
            <w:r w:rsidRPr="00332DB8">
              <w:rPr>
                <w:lang w:val="ru-RU"/>
              </w:rPr>
              <w:t>%</w:t>
            </w:r>
            <w:r>
              <w:t>D</w:t>
            </w:r>
            <w:r w:rsidRPr="00332DB8">
              <w:rPr>
                <w:lang w:val="ru-RU"/>
              </w:rPr>
              <w:t>1%80%</w:t>
            </w:r>
            <w:r>
              <w:t>D</w:t>
            </w:r>
            <w:r w:rsidRPr="00332DB8">
              <w:rPr>
                <w:lang w:val="ru-RU"/>
              </w:rPr>
              <w:t>0%</w:t>
            </w:r>
            <w:r>
              <w:t>BE</w:t>
            </w:r>
            <w:r w:rsidRPr="00332DB8">
              <w:rPr>
                <w:lang w:val="ru-RU"/>
              </w:rPr>
              <w:t>+%</w:t>
            </w:r>
            <w:r>
              <w:t>D</w:t>
            </w:r>
            <w:r w:rsidRPr="00332DB8">
              <w:rPr>
                <w:lang w:val="ru-RU"/>
              </w:rPr>
              <w:t>0%</w:t>
            </w:r>
            <w:r>
              <w:t>B</w:t>
            </w:r>
            <w:r w:rsidRPr="00332DB8">
              <w:rPr>
                <w:lang w:val="ru-RU"/>
              </w:rPr>
              <w:t>6%</w:t>
            </w:r>
            <w:r>
              <w:t>D</w:t>
            </w:r>
            <w:r w:rsidRPr="00332DB8">
              <w:rPr>
                <w:lang w:val="ru-RU"/>
              </w:rPr>
              <w:t>0%</w:t>
            </w:r>
            <w:r>
              <w:t>B</w:t>
            </w:r>
            <w:r w:rsidRPr="00332DB8">
              <w:rPr>
                <w:lang w:val="ru-RU"/>
              </w:rPr>
              <w:t>8%</w:t>
            </w:r>
            <w:r>
              <w:t>D</w:t>
            </w:r>
            <w:r w:rsidRPr="00332DB8">
              <w:rPr>
                <w:lang w:val="ru-RU"/>
              </w:rPr>
              <w:t>0%</w:t>
            </w:r>
            <w:r>
              <w:t>B</w:t>
            </w:r>
            <w:r w:rsidRPr="00332DB8">
              <w:rPr>
                <w:lang w:val="ru-RU"/>
              </w:rPr>
              <w:t>4%</w:t>
            </w:r>
            <w:r>
              <w:t>D</w:t>
            </w:r>
            <w:r w:rsidRPr="00332DB8">
              <w:rPr>
                <w:lang w:val="ru-RU"/>
              </w:rPr>
              <w:t>0%</w:t>
            </w:r>
            <w:r>
              <w:t>B</w:t>
            </w:r>
            <w:r w:rsidRPr="00332DB8">
              <w:rPr>
                <w:lang w:val="ru-RU"/>
              </w:rPr>
              <w:t xml:space="preserve">0; </w:t>
            </w:r>
            <w:r>
              <w:t>https</w:t>
            </w:r>
            <w:r w:rsidRPr="00332DB8">
              <w:rPr>
                <w:lang w:val="ru-RU"/>
              </w:rPr>
              <w:t>://</w:t>
            </w:r>
            <w:r>
              <w:t>petamusic</w:t>
            </w:r>
            <w:r w:rsidRPr="00332DB8">
              <w:rPr>
                <w:lang w:val="ru-RU"/>
              </w:rPr>
              <w:t>.</w:t>
            </w:r>
            <w:r>
              <w:t>ru</w:t>
            </w:r>
            <w:r w:rsidRPr="00332DB8">
              <w:rPr>
                <w:lang w:val="ru-RU"/>
              </w:rPr>
              <w:t>/?</w:t>
            </w:r>
            <w:r>
              <w:t>string</w:t>
            </w:r>
            <w:r w:rsidRPr="00332DB8">
              <w:rPr>
                <w:lang w:val="ru-RU"/>
              </w:rPr>
              <w:t>=%</w:t>
            </w:r>
            <w:r>
              <w:t>C</w:t>
            </w:r>
            <w:r w:rsidRPr="00332DB8">
              <w:rPr>
                <w:lang w:val="ru-RU"/>
              </w:rPr>
              <w:t>4%</w:t>
            </w:r>
            <w:r>
              <w:t>EE</w:t>
            </w:r>
            <w:r w:rsidRPr="00332DB8">
              <w:rPr>
                <w:lang w:val="ru-RU"/>
              </w:rPr>
              <w:t>%</w:t>
            </w:r>
            <w:r>
              <w:t>F</w:t>
            </w:r>
            <w:r w:rsidRPr="00332DB8">
              <w:rPr>
                <w:lang w:val="ru-RU"/>
              </w:rPr>
              <w:t>0%</w:t>
            </w:r>
            <w:r>
              <w:t>EE</w:t>
            </w:r>
            <w:r w:rsidRPr="00332DB8">
              <w:rPr>
                <w:lang w:val="ru-RU"/>
              </w:rPr>
              <w:t>%</w:t>
            </w:r>
            <w:r>
              <w:t>E</w:t>
            </w:r>
            <w:r w:rsidRPr="00332DB8">
              <w:rPr>
                <w:lang w:val="ru-RU"/>
              </w:rPr>
              <w:t>3%</w:t>
            </w:r>
            <w:r>
              <w:t>E</w:t>
            </w:r>
            <w:r w:rsidRPr="00332DB8">
              <w:rPr>
                <w:lang w:val="ru-RU"/>
              </w:rPr>
              <w:t>8%</w:t>
            </w:r>
            <w:r>
              <w:t>E</w:t>
            </w:r>
            <w:r w:rsidRPr="00332DB8">
              <w:rPr>
                <w:lang w:val="ru-RU"/>
              </w:rPr>
              <w:t>5%20%</w:t>
            </w:r>
            <w:r>
              <w:t>D</w:t>
            </w:r>
            <w:r w:rsidRPr="00332DB8">
              <w:rPr>
                <w:lang w:val="ru-RU"/>
              </w:rPr>
              <w:t>0%</w:t>
            </w:r>
            <w:r>
              <w:t>EE</w:t>
            </w:r>
            <w:r w:rsidRPr="00332DB8">
              <w:rPr>
                <w:lang w:val="ru-RU"/>
              </w:rPr>
              <w:t>%</w:t>
            </w:r>
            <w:r>
              <w:t>F</w:t>
            </w:r>
            <w:r w:rsidRPr="00332DB8">
              <w:rPr>
                <w:lang w:val="ru-RU"/>
              </w:rPr>
              <w:t xml:space="preserve"> 1%</w:t>
            </w:r>
            <w:r>
              <w:t>F</w:t>
            </w:r>
            <w:r w:rsidRPr="00332DB8">
              <w:rPr>
                <w:lang w:val="ru-RU"/>
              </w:rPr>
              <w:t>1%</w:t>
            </w:r>
            <w:r>
              <w:t>E</w:t>
            </w:r>
            <w:r w:rsidRPr="00332DB8">
              <w:rPr>
                <w:lang w:val="ru-RU"/>
              </w:rPr>
              <w:t>8%</w:t>
            </w:r>
            <w:r>
              <w:t>FF</w:t>
            </w:r>
            <w:r w:rsidRPr="00332DB8">
              <w:rPr>
                <w:lang w:val="ru-RU"/>
              </w:rPr>
              <w:t>%</w:t>
            </w:r>
            <w:r>
              <w:t>ED</w:t>
            </w:r>
            <w:r w:rsidRPr="00332DB8">
              <w:rPr>
                <w:lang w:val="ru-RU"/>
              </w:rPr>
              <w:t>%</w:t>
            </w:r>
            <w:r>
              <w:t>E</w:t>
            </w:r>
            <w:r w:rsidRPr="00332DB8">
              <w:rPr>
                <w:lang w:val="ru-RU"/>
              </w:rPr>
              <w:t xml:space="preserve">5; </w:t>
            </w:r>
            <w:r>
              <w:t>http</w:t>
            </w:r>
            <w:r w:rsidRPr="00332DB8">
              <w:rPr>
                <w:lang w:val="ru-RU"/>
              </w:rPr>
              <w:t>://</w:t>
            </w:r>
            <w:r>
              <w:t>poiskm</w:t>
            </w:r>
            <w:r w:rsidRPr="00332DB8">
              <w:rPr>
                <w:lang w:val="ru-RU"/>
              </w:rPr>
              <w:t>.</w:t>
            </w:r>
            <w:r>
              <w:t>net</w:t>
            </w:r>
            <w:r w:rsidRPr="00332DB8">
              <w:rPr>
                <w:lang w:val="ru-RU"/>
              </w:rPr>
              <w:t>/</w:t>
            </w:r>
            <w:r>
              <w:t>show</w:t>
            </w:r>
            <w:r w:rsidRPr="00332DB8">
              <w:rPr>
                <w:lang w:val="ru-RU"/>
              </w:rPr>
              <w:t>/%</w:t>
            </w:r>
            <w:r>
              <w:t>D</w:t>
            </w:r>
            <w:r w:rsidRPr="00332DB8">
              <w:rPr>
                <w:lang w:val="ru-RU"/>
              </w:rPr>
              <w:t>0%</w:t>
            </w:r>
            <w:r>
              <w:t>B</w:t>
            </w:r>
            <w:r w:rsidRPr="00332DB8">
              <w:rPr>
                <w:lang w:val="ru-RU"/>
              </w:rPr>
              <w:t>4%</w:t>
            </w:r>
            <w:r>
              <w:t>D</w:t>
            </w:r>
            <w:r w:rsidRPr="00332DB8">
              <w:rPr>
                <w:lang w:val="ru-RU"/>
              </w:rPr>
              <w:t>0%</w:t>
            </w:r>
            <w:r>
              <w:t>BE</w:t>
            </w:r>
            <w:r w:rsidRPr="00332DB8">
              <w:rPr>
                <w:lang w:val="ru-RU"/>
              </w:rPr>
              <w:t>%</w:t>
            </w:r>
            <w:r>
              <w:t>D</w:t>
            </w:r>
            <w:r w:rsidRPr="00332DB8">
              <w:rPr>
                <w:lang w:val="ru-RU"/>
              </w:rPr>
              <w:t>1%80%</w:t>
            </w:r>
            <w:r>
              <w:t>D</w:t>
            </w:r>
            <w:r w:rsidRPr="00332DB8">
              <w:rPr>
                <w:lang w:val="ru-RU"/>
              </w:rPr>
              <w:t>0%</w:t>
            </w:r>
            <w:r>
              <w:t>BE</w:t>
            </w:r>
            <w:r w:rsidRPr="00332DB8">
              <w:rPr>
                <w:lang w:val="ru-RU"/>
              </w:rPr>
              <w:t>%</w:t>
            </w:r>
            <w:r>
              <w:t>D</w:t>
            </w:r>
            <w:r w:rsidRPr="00332DB8">
              <w:rPr>
                <w:lang w:val="ru-RU"/>
              </w:rPr>
              <w:t>0%</w:t>
            </w:r>
            <w:r>
              <w:t>B</w:t>
            </w:r>
            <w:r w:rsidRPr="00332DB8">
              <w:rPr>
                <w:lang w:val="ru-RU"/>
              </w:rPr>
              <w:t>3%</w:t>
            </w:r>
            <w:r>
              <w:t>D</w:t>
            </w:r>
            <w:r w:rsidRPr="00332DB8">
              <w:rPr>
                <w:lang w:val="ru-RU"/>
              </w:rPr>
              <w:t>0%В8%</w:t>
            </w:r>
            <w:r>
              <w:t>D</w:t>
            </w:r>
            <w:r w:rsidRPr="00332DB8">
              <w:rPr>
                <w:lang w:val="ru-RU"/>
              </w:rPr>
              <w:t>0%</w:t>
            </w:r>
            <w:r>
              <w:t>B</w:t>
            </w:r>
            <w:r w:rsidRPr="00332DB8">
              <w:rPr>
                <w:lang w:val="ru-RU"/>
              </w:rPr>
              <w:t>5-%</w:t>
            </w:r>
            <w:r>
              <w:t>D</w:t>
            </w:r>
            <w:r w:rsidRPr="00332DB8">
              <w:rPr>
                <w:lang w:val="ru-RU"/>
              </w:rPr>
              <w:t>1%80%</w:t>
            </w:r>
            <w:r>
              <w:t>D</w:t>
            </w:r>
            <w:r w:rsidRPr="00332DB8">
              <w:rPr>
                <w:lang w:val="ru-RU"/>
              </w:rPr>
              <w:t>0%</w:t>
            </w:r>
            <w:r>
              <w:t>BE</w:t>
            </w:r>
            <w:r w:rsidRPr="00332DB8">
              <w:rPr>
                <w:lang w:val="ru-RU"/>
              </w:rPr>
              <w:t>%</w:t>
            </w:r>
            <w:r>
              <w:t>D</w:t>
            </w:r>
            <w:r w:rsidRPr="00332DB8">
              <w:rPr>
                <w:lang w:val="ru-RU"/>
              </w:rPr>
              <w:t>1%81%</w:t>
            </w:r>
            <w:r>
              <w:t>D</w:t>
            </w:r>
            <w:r w:rsidRPr="00332DB8">
              <w:rPr>
                <w:lang w:val="ru-RU"/>
              </w:rPr>
              <w:t>1%81%</w:t>
            </w:r>
            <w:r>
              <w:t>D</w:t>
            </w:r>
            <w:r w:rsidRPr="00332DB8">
              <w:rPr>
                <w:lang w:val="ru-RU"/>
              </w:rPr>
              <w:t>0%</w:t>
            </w:r>
            <w:r>
              <w:t>B</w:t>
            </w:r>
            <w:r w:rsidRPr="00332DB8">
              <w:rPr>
                <w:lang w:val="ru-RU"/>
              </w:rPr>
              <w:t>8%</w:t>
            </w:r>
            <w:r>
              <w:t>D</w:t>
            </w:r>
            <w:r w:rsidRPr="00332DB8">
              <w:rPr>
                <w:lang w:val="ru-RU"/>
              </w:rPr>
              <w:t>1%8</w:t>
            </w:r>
            <w:r>
              <w:t>F</w:t>
            </w:r>
            <w:r w:rsidRPr="00332DB8">
              <w:rPr>
                <w:lang w:val="ru-RU"/>
              </w:rPr>
              <w:t>%</w:t>
            </w:r>
            <w:r>
              <w:t>D</w:t>
            </w:r>
            <w:r w:rsidRPr="00332DB8">
              <w:rPr>
                <w:lang w:val="ru-RU"/>
              </w:rPr>
              <w:t>0%</w:t>
            </w:r>
            <w:r>
              <w:t>BD</w:t>
            </w:r>
            <w:r w:rsidRPr="00332DB8">
              <w:rPr>
                <w:lang w:val="ru-RU"/>
              </w:rPr>
              <w:t>%</w:t>
            </w:r>
            <w:r>
              <w:t>D</w:t>
            </w:r>
            <w:r w:rsidRPr="00332DB8">
              <w:rPr>
                <w:lang w:val="ru-RU"/>
              </w:rPr>
              <w:t>0 %</w:t>
            </w:r>
            <w:r>
              <w:t>B</w:t>
            </w:r>
            <w:r w:rsidRPr="00332DB8">
              <w:rPr>
                <w:lang w:val="ru-RU"/>
              </w:rPr>
              <w:t xml:space="preserve">5; </w:t>
            </w:r>
            <w:r>
              <w:t>https</w:t>
            </w:r>
            <w:r w:rsidRPr="00332DB8">
              <w:rPr>
                <w:lang w:val="ru-RU"/>
              </w:rPr>
              <w:t>://</w:t>
            </w:r>
            <w:r>
              <w:t>my</w:t>
            </w:r>
            <w:r w:rsidRPr="00332DB8">
              <w:rPr>
                <w:lang w:val="ru-RU"/>
              </w:rPr>
              <w:t>-</w:t>
            </w:r>
            <w:r>
              <w:t>hit</w:t>
            </w:r>
            <w:r w:rsidRPr="00332DB8">
              <w:rPr>
                <w:lang w:val="ru-RU"/>
              </w:rPr>
              <w:t>.</w:t>
            </w:r>
            <w:r>
              <w:t>me</w:t>
            </w:r>
            <w:r w:rsidRPr="00332DB8">
              <w:rPr>
                <w:lang w:val="ru-RU"/>
              </w:rPr>
              <w:t>/%</w:t>
            </w:r>
            <w:r>
              <w:t>D</w:t>
            </w:r>
            <w:r w:rsidRPr="00332DB8">
              <w:rPr>
                <w:lang w:val="ru-RU"/>
              </w:rPr>
              <w:t>0%</w:t>
            </w:r>
            <w:r>
              <w:t>B</w:t>
            </w:r>
            <w:r w:rsidRPr="00332DB8">
              <w:rPr>
                <w:lang w:val="ru-RU"/>
              </w:rPr>
              <w:t>4%</w:t>
            </w:r>
            <w:r>
              <w:t>D</w:t>
            </w:r>
            <w:r w:rsidRPr="00332DB8">
              <w:rPr>
                <w:lang w:val="ru-RU"/>
              </w:rPr>
              <w:t>0%</w:t>
            </w:r>
            <w:r>
              <w:t>BE</w:t>
            </w:r>
            <w:r w:rsidRPr="00332DB8">
              <w:rPr>
                <w:lang w:val="ru-RU"/>
              </w:rPr>
              <w:t>%</w:t>
            </w:r>
            <w:r>
              <w:t>Dl</w:t>
            </w:r>
            <w:r w:rsidRPr="00332DB8">
              <w:rPr>
                <w:lang w:val="ru-RU"/>
              </w:rPr>
              <w:t>%80%</w:t>
            </w:r>
            <w:r>
              <w:t>D</w:t>
            </w:r>
            <w:r w:rsidRPr="00332DB8">
              <w:rPr>
                <w:lang w:val="ru-RU"/>
              </w:rPr>
              <w:t>0%</w:t>
            </w:r>
            <w:r>
              <w:t>BE</w:t>
            </w:r>
            <w:r w:rsidRPr="00332DB8">
              <w:rPr>
                <w:lang w:val="ru-RU"/>
              </w:rPr>
              <w:t>%</w:t>
            </w:r>
            <w:r>
              <w:t>D</w:t>
            </w:r>
            <w:r w:rsidRPr="00332DB8">
              <w:rPr>
                <w:lang w:val="ru-RU"/>
              </w:rPr>
              <w:t>0%</w:t>
            </w:r>
            <w:r>
              <w:t>B</w:t>
            </w:r>
            <w:r w:rsidRPr="00332DB8">
              <w:rPr>
                <w:lang w:val="ru-RU"/>
              </w:rPr>
              <w:t>3%</w:t>
            </w:r>
            <w:r>
              <w:t>DQ</w:t>
            </w:r>
            <w:r w:rsidRPr="00332DB8">
              <w:rPr>
                <w:lang w:val="ru-RU"/>
              </w:rPr>
              <w:t>%</w:t>
            </w:r>
            <w:r>
              <w:t>B</w:t>
            </w:r>
            <w:r w:rsidRPr="00332DB8">
              <w:rPr>
                <w:lang w:val="ru-RU"/>
              </w:rPr>
              <w:t xml:space="preserve">8% </w:t>
            </w:r>
            <w:r>
              <w:t>D</w:t>
            </w:r>
            <w:r w:rsidRPr="00332DB8">
              <w:rPr>
                <w:lang w:val="ru-RU"/>
              </w:rPr>
              <w:t>0%</w:t>
            </w:r>
            <w:r>
              <w:t>B</w:t>
            </w:r>
            <w:r w:rsidRPr="00332DB8">
              <w:rPr>
                <w:lang w:val="ru-RU"/>
              </w:rPr>
              <w:t>5-%</w:t>
            </w:r>
            <w:r>
              <w:t>D</w:t>
            </w:r>
            <w:r w:rsidRPr="00332DB8">
              <w:rPr>
                <w:lang w:val="ru-RU"/>
              </w:rPr>
              <w:t>1%80%</w:t>
            </w:r>
            <w:r>
              <w:t>D</w:t>
            </w:r>
            <w:r w:rsidRPr="00332DB8">
              <w:rPr>
                <w:lang w:val="ru-RU"/>
              </w:rPr>
              <w:t>0%</w:t>
            </w:r>
            <w:r>
              <w:t>BE</w:t>
            </w:r>
            <w:r w:rsidRPr="00332DB8">
              <w:rPr>
                <w:lang w:val="ru-RU"/>
              </w:rPr>
              <w:t>%</w:t>
            </w:r>
            <w:r>
              <w:t>D</w:t>
            </w:r>
            <w:r w:rsidRPr="00332DB8">
              <w:rPr>
                <w:lang w:val="ru-RU"/>
              </w:rPr>
              <w:t>1%81%</w:t>
            </w:r>
            <w:r>
              <w:t>D</w:t>
            </w:r>
            <w:r w:rsidRPr="00332DB8">
              <w:rPr>
                <w:lang w:val="ru-RU"/>
              </w:rPr>
              <w:t>1%81%</w:t>
            </w:r>
            <w:r>
              <w:t>D</w:t>
            </w:r>
            <w:r w:rsidRPr="00332DB8">
              <w:rPr>
                <w:lang w:val="ru-RU"/>
              </w:rPr>
              <w:t>0%</w:t>
            </w:r>
            <w:r>
              <w:t>B</w:t>
            </w:r>
            <w:r w:rsidRPr="00332DB8">
              <w:rPr>
                <w:lang w:val="ru-RU"/>
              </w:rPr>
              <w:t>8%</w:t>
            </w:r>
            <w:r>
              <w:t>D</w:t>
            </w:r>
            <w:r w:rsidRPr="00332DB8">
              <w:rPr>
                <w:lang w:val="ru-RU"/>
              </w:rPr>
              <w:t>1%8</w:t>
            </w:r>
            <w:r>
              <w:t>F</w:t>
            </w:r>
            <w:r w:rsidRPr="00332DB8">
              <w:rPr>
                <w:lang w:val="ru-RU"/>
              </w:rPr>
              <w:t>%</w:t>
            </w:r>
            <w:r>
              <w:t>D</w:t>
            </w:r>
            <w:r w:rsidRPr="00332DB8">
              <w:rPr>
                <w:lang w:val="ru-RU"/>
              </w:rPr>
              <w:t>0%</w:t>
            </w:r>
            <w:r>
              <w:t>BD</w:t>
            </w:r>
            <w:r w:rsidRPr="00332DB8">
              <w:rPr>
                <w:lang w:val="ru-RU"/>
              </w:rPr>
              <w:t>%</w:t>
            </w:r>
            <w:r>
              <w:t>D</w:t>
            </w:r>
            <w:r w:rsidRPr="00332DB8">
              <w:rPr>
                <w:lang w:val="ru-RU"/>
              </w:rPr>
              <w:t xml:space="preserve">0% </w:t>
            </w:r>
            <w:r>
              <w:t>B</w:t>
            </w:r>
            <w:r w:rsidRPr="00332DB8">
              <w:rPr>
                <w:lang w:val="ru-RU"/>
              </w:rPr>
              <w:t xml:space="preserve">5; </w:t>
            </w:r>
            <w:r>
              <w:t>http</w:t>
            </w:r>
            <w:r w:rsidRPr="00332DB8">
              <w:rPr>
                <w:lang w:val="ru-RU"/>
              </w:rPr>
              <w:t>://</w:t>
            </w:r>
            <w:r>
              <w:t>mp</w:t>
            </w:r>
            <w:r w:rsidRPr="00332DB8">
              <w:rPr>
                <w:lang w:val="ru-RU"/>
              </w:rPr>
              <w:t>3</w:t>
            </w:r>
            <w:r>
              <w:t>vega</w:t>
            </w:r>
            <w:r w:rsidRPr="00332DB8">
              <w:rPr>
                <w:lang w:val="ru-RU"/>
              </w:rPr>
              <w:t>.</w:t>
            </w:r>
            <w:r>
              <w:t>com</w:t>
            </w:r>
            <w:r w:rsidRPr="00332DB8">
              <w:rPr>
                <w:lang w:val="ru-RU"/>
              </w:rPr>
              <w:t>/?</w:t>
            </w:r>
            <w:r>
              <w:t>string</w:t>
            </w:r>
            <w:r w:rsidRPr="00332DB8">
              <w:rPr>
                <w:lang w:val="ru-RU"/>
              </w:rPr>
              <w:t>=%</w:t>
            </w:r>
            <w:r>
              <w:t>D</w:t>
            </w:r>
            <w:r w:rsidRPr="00332DB8">
              <w:rPr>
                <w:lang w:val="ru-RU"/>
              </w:rPr>
              <w:t>0%94%</w:t>
            </w:r>
            <w:r>
              <w:t>D</w:t>
            </w:r>
            <w:r w:rsidRPr="00332DB8">
              <w:rPr>
                <w:lang w:val="ru-RU"/>
              </w:rPr>
              <w:t>0%</w:t>
            </w:r>
            <w:r>
              <w:t>BE</w:t>
            </w:r>
            <w:r w:rsidRPr="00332DB8">
              <w:rPr>
                <w:lang w:val="ru-RU"/>
              </w:rPr>
              <w:t>%</w:t>
            </w:r>
            <w:r>
              <w:t>D</w:t>
            </w:r>
            <w:r w:rsidRPr="00332DB8">
              <w:rPr>
                <w:lang w:val="ru-RU"/>
              </w:rPr>
              <w:t>1%80%</w:t>
            </w:r>
            <w:r>
              <w:t>D</w:t>
            </w:r>
            <w:r w:rsidRPr="00332DB8">
              <w:rPr>
                <w:lang w:val="ru-RU"/>
              </w:rPr>
              <w:t>0%</w:t>
            </w:r>
            <w:r>
              <w:t>BE</w:t>
            </w:r>
            <w:r w:rsidRPr="00332DB8">
              <w:rPr>
                <w:lang w:val="ru-RU"/>
              </w:rPr>
              <w:t>%</w:t>
            </w:r>
            <w:r>
              <w:t>D</w:t>
            </w:r>
            <w:r w:rsidRPr="00332DB8">
              <w:rPr>
                <w:lang w:val="ru-RU"/>
              </w:rPr>
              <w:t>0%</w:t>
            </w:r>
            <w:r>
              <w:t>B</w:t>
            </w:r>
            <w:r w:rsidRPr="00332DB8">
              <w:rPr>
                <w:lang w:val="ru-RU"/>
              </w:rPr>
              <w:t xml:space="preserve">3% </w:t>
            </w:r>
            <w:r>
              <w:t>D</w:t>
            </w:r>
            <w:r w:rsidRPr="00332DB8">
              <w:rPr>
                <w:lang w:val="ru-RU"/>
              </w:rPr>
              <w:t>0%</w:t>
            </w:r>
            <w:r>
              <w:t>B</w:t>
            </w:r>
            <w:r w:rsidRPr="00332DB8">
              <w:rPr>
                <w:lang w:val="ru-RU"/>
              </w:rPr>
              <w:t>8%</w:t>
            </w:r>
            <w:r>
              <w:t>D</w:t>
            </w:r>
            <w:r w:rsidRPr="00332DB8">
              <w:rPr>
                <w:lang w:val="ru-RU"/>
              </w:rPr>
              <w:t>0%</w:t>
            </w:r>
            <w:r>
              <w:t>B</w:t>
            </w:r>
            <w:r w:rsidRPr="00332DB8">
              <w:rPr>
                <w:lang w:val="ru-RU"/>
              </w:rPr>
              <w:t>5+%</w:t>
            </w:r>
            <w:r>
              <w:t>D</w:t>
            </w:r>
            <w:r w:rsidRPr="00332DB8">
              <w:rPr>
                <w:lang w:val="ru-RU"/>
              </w:rPr>
              <w:t>0%</w:t>
            </w:r>
            <w:r>
              <w:t>A</w:t>
            </w:r>
            <w:r w:rsidRPr="00332DB8">
              <w:rPr>
                <w:lang w:val="ru-RU"/>
              </w:rPr>
              <w:t>0%</w:t>
            </w:r>
            <w:r>
              <w:t>D</w:t>
            </w:r>
            <w:r w:rsidRPr="00332DB8">
              <w:rPr>
                <w:lang w:val="ru-RU"/>
              </w:rPr>
              <w:t>0%</w:t>
            </w:r>
            <w:r>
              <w:t>BE</w:t>
            </w:r>
            <w:r w:rsidRPr="00332DB8">
              <w:rPr>
                <w:lang w:val="ru-RU"/>
              </w:rPr>
              <w:t>%</w:t>
            </w:r>
            <w:r>
              <w:t>D</w:t>
            </w:r>
            <w:r w:rsidRPr="00332DB8">
              <w:rPr>
                <w:lang w:val="ru-RU"/>
              </w:rPr>
              <w:t>1%81%</w:t>
            </w:r>
            <w:r>
              <w:t>D</w:t>
            </w:r>
            <w:r w:rsidRPr="00332DB8">
              <w:rPr>
                <w:lang w:val="ru-RU"/>
              </w:rPr>
              <w:t>1%81%</w:t>
            </w:r>
            <w:r>
              <w:t>D</w:t>
            </w:r>
            <w:r w:rsidRPr="00332DB8">
              <w:rPr>
                <w:lang w:val="ru-RU"/>
              </w:rPr>
              <w:t>0%</w:t>
            </w:r>
            <w:r>
              <w:t>B</w:t>
            </w:r>
            <w:r w:rsidRPr="00332DB8">
              <w:rPr>
                <w:lang w:val="ru-RU"/>
              </w:rPr>
              <w:t>8%</w:t>
            </w:r>
            <w:r>
              <w:t>D</w:t>
            </w:r>
            <w:r w:rsidRPr="00332DB8">
              <w:rPr>
                <w:lang w:val="ru-RU"/>
              </w:rPr>
              <w:t>1%8</w:t>
            </w:r>
            <w:r>
              <w:t>F</w:t>
            </w:r>
            <w:r w:rsidRPr="00332DB8">
              <w:rPr>
                <w:lang w:val="ru-RU"/>
              </w:rPr>
              <w:t>%</w:t>
            </w:r>
            <w:r>
              <w:t>D</w:t>
            </w:r>
            <w:r w:rsidRPr="00332DB8">
              <w:rPr>
                <w:lang w:val="ru-RU"/>
              </w:rPr>
              <w:t xml:space="preserve">0% </w:t>
            </w:r>
            <w:r>
              <w:t>BD</w:t>
            </w:r>
            <w:r w:rsidRPr="00332DB8">
              <w:rPr>
                <w:lang w:val="ru-RU"/>
              </w:rPr>
              <w:t>%</w:t>
            </w:r>
            <w:r>
              <w:t>D</w:t>
            </w:r>
            <w:r w:rsidRPr="00332DB8">
              <w:rPr>
                <w:lang w:val="ru-RU"/>
              </w:rPr>
              <w:t>0%</w:t>
            </w:r>
            <w:r>
              <w:t>B</w:t>
            </w:r>
            <w:r w:rsidRPr="00332DB8">
              <w:rPr>
                <w:lang w:val="ru-RU"/>
              </w:rPr>
              <w:t xml:space="preserve">5;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id</w:t>
            </w:r>
            <w:r w:rsidRPr="00332DB8">
              <w:rPr>
                <w:lang w:val="ru-RU"/>
              </w:rPr>
              <w:t xml:space="preserve">145159256;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id</w:t>
            </w:r>
            <w:r w:rsidRPr="00332DB8">
              <w:rPr>
                <w:lang w:val="ru-RU"/>
              </w:rPr>
              <w:t xml:space="preserve">133046581;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valirum</w:t>
            </w:r>
            <w:r w:rsidRPr="00332DB8">
              <w:rPr>
                <w:lang w:val="ru-RU"/>
              </w:rPr>
              <w:t xml:space="preserve"> (решение Октябрьского районного суда г. Архангельска от 27.06.2017);</w:t>
            </w:r>
          </w:p>
        </w:tc>
        <w:tc>
          <w:tcPr>
            <w:tcW w:w="2880" w:type="dxa"/>
          </w:tcPr>
          <w:p w:rsidR="006F7457" w:rsidRDefault="00332DB8">
            <w:r>
              <w:lastRenderedPageBreak/>
              <w:t>09.11.201</w:t>
            </w:r>
            <w:r>
              <w:lastRenderedPageBreak/>
              <w:t>8</w:t>
            </w:r>
          </w:p>
        </w:tc>
      </w:tr>
      <w:tr w:rsidR="006F7457" w:rsidRPr="005A424D">
        <w:tc>
          <w:tcPr>
            <w:tcW w:w="2880" w:type="dxa"/>
          </w:tcPr>
          <w:p w:rsidR="006F7457" w:rsidRDefault="00332DB8">
            <w:r>
              <w:lastRenderedPageBreak/>
              <w:t>4587.</w:t>
            </w:r>
          </w:p>
        </w:tc>
        <w:tc>
          <w:tcPr>
            <w:tcW w:w="2880" w:type="dxa"/>
          </w:tcPr>
          <w:p w:rsidR="006F7457" w:rsidRPr="00332DB8" w:rsidRDefault="00332DB8">
            <w:pPr>
              <w:rPr>
                <w:lang w:val="ru-RU"/>
              </w:rPr>
            </w:pPr>
            <w:r w:rsidRPr="00332DB8">
              <w:rPr>
                <w:lang w:val="ru-RU"/>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2880" w:type="dxa"/>
          </w:tcPr>
          <w:p w:rsidR="006F7457" w:rsidRPr="00332DB8" w:rsidRDefault="006F7457">
            <w:pPr>
              <w:rPr>
                <w:lang w:val="ru-RU"/>
              </w:rPr>
            </w:pPr>
          </w:p>
        </w:tc>
      </w:tr>
      <w:tr w:rsidR="006F7457">
        <w:tc>
          <w:tcPr>
            <w:tcW w:w="2880" w:type="dxa"/>
          </w:tcPr>
          <w:p w:rsidR="006F7457" w:rsidRDefault="00332DB8">
            <w:r>
              <w:t>4588.</w:t>
            </w:r>
          </w:p>
        </w:tc>
        <w:tc>
          <w:tcPr>
            <w:tcW w:w="2880" w:type="dxa"/>
          </w:tcPr>
          <w:p w:rsidR="006F7457" w:rsidRPr="00332DB8" w:rsidRDefault="00332DB8">
            <w:pPr>
              <w:rPr>
                <w:lang w:val="ru-RU"/>
              </w:rPr>
            </w:pPr>
            <w:r w:rsidRPr="00332DB8">
              <w:rPr>
                <w:lang w:val="ru-RU"/>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2880" w:type="dxa"/>
          </w:tcPr>
          <w:p w:rsidR="006F7457" w:rsidRDefault="00332DB8">
            <w:r>
              <w:t>09.11.2018</w:t>
            </w:r>
          </w:p>
        </w:tc>
      </w:tr>
      <w:tr w:rsidR="006F7457">
        <w:tc>
          <w:tcPr>
            <w:tcW w:w="2880" w:type="dxa"/>
          </w:tcPr>
          <w:p w:rsidR="006F7457" w:rsidRDefault="00332DB8">
            <w:r>
              <w:t>4589.</w:t>
            </w:r>
          </w:p>
        </w:tc>
        <w:tc>
          <w:tcPr>
            <w:tcW w:w="2880" w:type="dxa"/>
          </w:tcPr>
          <w:p w:rsidR="006F7457" w:rsidRPr="00332DB8" w:rsidRDefault="00332DB8">
            <w:pPr>
              <w:rPr>
                <w:lang w:val="ru-RU"/>
              </w:rPr>
            </w:pPr>
            <w:r w:rsidRPr="00332DB8">
              <w:rPr>
                <w:lang w:val="ru-RU"/>
              </w:rPr>
              <w:t>Видеофайл с заглавием «ВВ. Квачков – В Кремле русских нет», размещенный в социальной сети «ВКонтакте»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странице пользователя, созданной под именем «А.В. Коваль», имеющей сетевой адрес </w:t>
            </w:r>
            <w:r>
              <w:t>http</w:t>
            </w:r>
            <w:r w:rsidRPr="00332DB8">
              <w:rPr>
                <w:lang w:val="ru-RU"/>
              </w:rPr>
              <w:t>://</w:t>
            </w:r>
            <w:r>
              <w:t>vk</w:t>
            </w:r>
            <w:r w:rsidRPr="00332DB8">
              <w:rPr>
                <w:lang w:val="ru-RU"/>
              </w:rPr>
              <w:t>.</w:t>
            </w:r>
            <w:r>
              <w:t>com</w:t>
            </w:r>
            <w:r w:rsidRPr="00332DB8">
              <w:rPr>
                <w:lang w:val="ru-RU"/>
              </w:rPr>
              <w:t>/</w:t>
            </w:r>
            <w:r>
              <w:t>id</w:t>
            </w:r>
            <w:r w:rsidRPr="00332DB8">
              <w:rPr>
                <w:lang w:val="ru-RU"/>
              </w:rPr>
              <w:t>81775770 (решение Валдайского районного суда Новгородской области от 09.02.2015);</w:t>
            </w:r>
          </w:p>
        </w:tc>
        <w:tc>
          <w:tcPr>
            <w:tcW w:w="2880" w:type="dxa"/>
          </w:tcPr>
          <w:p w:rsidR="006F7457" w:rsidRDefault="00332DB8">
            <w:r>
              <w:t>09.11.2018</w:t>
            </w:r>
          </w:p>
        </w:tc>
      </w:tr>
      <w:tr w:rsidR="006F7457">
        <w:tc>
          <w:tcPr>
            <w:tcW w:w="2880" w:type="dxa"/>
          </w:tcPr>
          <w:p w:rsidR="006F7457" w:rsidRDefault="00332DB8">
            <w:r>
              <w:t>4</w:t>
            </w:r>
            <w:r>
              <w:lastRenderedPageBreak/>
              <w:t>590.</w:t>
            </w:r>
          </w:p>
        </w:tc>
        <w:tc>
          <w:tcPr>
            <w:tcW w:w="2880" w:type="dxa"/>
          </w:tcPr>
          <w:p w:rsidR="006F7457" w:rsidRPr="00332DB8" w:rsidRDefault="00332DB8">
            <w:pPr>
              <w:rPr>
                <w:lang w:val="ru-RU"/>
              </w:rPr>
            </w:pPr>
            <w:r w:rsidRPr="00332DB8">
              <w:rPr>
                <w:lang w:val="ru-RU"/>
              </w:rPr>
              <w:lastRenderedPageBreak/>
              <w:t xml:space="preserve">Видеоролик, продолжительностью 0 минут 27 секунд с заглавием «Чурки: «мы приехали в Москву порядок </w:t>
            </w:r>
            <w:r w:rsidRPr="00332DB8">
              <w:rPr>
                <w:lang w:val="ru-RU"/>
              </w:rPr>
              <w:lastRenderedPageBreak/>
              <w:t>наводить» (решение Валдайского районного суда Новгородской области от 18.02.2015);</w:t>
            </w:r>
          </w:p>
        </w:tc>
        <w:tc>
          <w:tcPr>
            <w:tcW w:w="2880" w:type="dxa"/>
          </w:tcPr>
          <w:p w:rsidR="006F7457" w:rsidRDefault="00332DB8">
            <w:r>
              <w:lastRenderedPageBreak/>
              <w:t>09.</w:t>
            </w:r>
            <w:r>
              <w:lastRenderedPageBreak/>
              <w:t>11.2018</w:t>
            </w:r>
          </w:p>
        </w:tc>
      </w:tr>
      <w:tr w:rsidR="006F7457">
        <w:tc>
          <w:tcPr>
            <w:tcW w:w="2880" w:type="dxa"/>
          </w:tcPr>
          <w:p w:rsidR="006F7457" w:rsidRDefault="00332DB8">
            <w:r>
              <w:lastRenderedPageBreak/>
              <w:t>4591.</w:t>
            </w:r>
          </w:p>
        </w:tc>
        <w:tc>
          <w:tcPr>
            <w:tcW w:w="2880" w:type="dxa"/>
          </w:tcPr>
          <w:p w:rsidR="006F7457" w:rsidRPr="00332DB8" w:rsidRDefault="00332DB8">
            <w:pPr>
              <w:rPr>
                <w:lang w:val="ru-RU"/>
              </w:rPr>
            </w:pPr>
            <w:r w:rsidRPr="00332DB8">
              <w:rPr>
                <w:lang w:val="ru-RU"/>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2880" w:type="dxa"/>
          </w:tcPr>
          <w:p w:rsidR="006F7457" w:rsidRDefault="00332DB8">
            <w:r>
              <w:t>09.11.2018</w:t>
            </w:r>
          </w:p>
        </w:tc>
      </w:tr>
      <w:tr w:rsidR="006F7457">
        <w:tc>
          <w:tcPr>
            <w:tcW w:w="2880" w:type="dxa"/>
          </w:tcPr>
          <w:p w:rsidR="006F7457" w:rsidRDefault="00332DB8">
            <w:r>
              <w:t>4592.</w:t>
            </w:r>
          </w:p>
        </w:tc>
        <w:tc>
          <w:tcPr>
            <w:tcW w:w="2880" w:type="dxa"/>
          </w:tcPr>
          <w:p w:rsidR="006F7457" w:rsidRPr="00332DB8" w:rsidRDefault="00332DB8">
            <w:pPr>
              <w:rPr>
                <w:lang w:val="ru-RU"/>
              </w:rPr>
            </w:pPr>
            <w:r w:rsidRPr="00332DB8">
              <w:rPr>
                <w:lang w:val="ru-RU"/>
              </w:rPr>
              <w:t xml:space="preserve">Страница сайта </w:t>
            </w:r>
            <w:r>
              <w:t>http</w:t>
            </w:r>
            <w:r w:rsidRPr="00332DB8">
              <w:rPr>
                <w:lang w:val="ru-RU"/>
              </w:rPr>
              <w:t>://</w:t>
            </w:r>
            <w:r>
              <w:t>www</w:t>
            </w:r>
            <w:r w:rsidRPr="00332DB8">
              <w:rPr>
                <w:lang w:val="ru-RU"/>
              </w:rPr>
              <w:t>.</w:t>
            </w:r>
            <w:r>
              <w:t>vk</w:t>
            </w:r>
            <w:r w:rsidRPr="00332DB8">
              <w:rPr>
                <w:lang w:val="ru-RU"/>
              </w:rPr>
              <w:t>.</w:t>
            </w:r>
            <w:r>
              <w:t>com</w:t>
            </w:r>
            <w:r w:rsidRPr="00332DB8">
              <w:rPr>
                <w:lang w:val="ru-RU"/>
              </w:rPr>
              <w:t>/</w:t>
            </w:r>
            <w:r>
              <w:t>gulshatka</w:t>
            </w:r>
            <w:r w:rsidRPr="00332DB8">
              <w:rPr>
                <w:lang w:val="ru-RU"/>
              </w:rPr>
              <w:t>_</w:t>
            </w:r>
            <w:r>
              <w:t>m</w:t>
            </w:r>
            <w:r w:rsidRPr="00332DB8">
              <w:rPr>
                <w:lang w:val="ru-RU"/>
              </w:rPr>
              <w:t>4 (решение Калининского районного суда г. Тюмени от 11.04.2016);</w:t>
            </w:r>
          </w:p>
        </w:tc>
        <w:tc>
          <w:tcPr>
            <w:tcW w:w="2880" w:type="dxa"/>
          </w:tcPr>
          <w:p w:rsidR="006F7457" w:rsidRDefault="00332DB8">
            <w:r>
              <w:t>09.11.2018</w:t>
            </w:r>
          </w:p>
        </w:tc>
      </w:tr>
      <w:tr w:rsidR="006F7457">
        <w:tc>
          <w:tcPr>
            <w:tcW w:w="2880" w:type="dxa"/>
          </w:tcPr>
          <w:p w:rsidR="006F7457" w:rsidRDefault="00332DB8">
            <w:r>
              <w:t>4593.</w:t>
            </w:r>
          </w:p>
        </w:tc>
        <w:tc>
          <w:tcPr>
            <w:tcW w:w="2880" w:type="dxa"/>
          </w:tcPr>
          <w:p w:rsidR="006F7457" w:rsidRPr="00332DB8" w:rsidRDefault="00332DB8">
            <w:pPr>
              <w:rPr>
                <w:lang w:val="ru-RU"/>
              </w:rPr>
            </w:pPr>
            <w:r w:rsidRPr="00332DB8">
              <w:rPr>
                <w:lang w:val="ru-RU"/>
              </w:rPr>
              <w:t xml:space="preserve">Аудиозапись под названием « </w:t>
            </w:r>
            <w:r>
              <w:t>Dub</w:t>
            </w:r>
            <w:r w:rsidRPr="00332DB8">
              <w:rPr>
                <w:lang w:val="ru-RU"/>
              </w:rPr>
              <w:t xml:space="preserve"> </w:t>
            </w:r>
            <w:r>
              <w:t>Dervish</w:t>
            </w:r>
            <w:r w:rsidRPr="00332DB8">
              <w:rPr>
                <w:lang w:val="ru-RU"/>
              </w:rPr>
              <w:t xml:space="preserve"> - Проснись! (</w:t>
            </w:r>
            <w:r>
              <w:t>Abu</w:t>
            </w:r>
            <w:r w:rsidRPr="00332DB8">
              <w:rPr>
                <w:lang w:val="ru-RU"/>
              </w:rPr>
              <w:t xml:space="preserve"> А</w:t>
            </w:r>
            <w:r>
              <w:t>li</w:t>
            </w:r>
            <w:r w:rsidRPr="00332DB8">
              <w:rPr>
                <w:lang w:val="ru-RU"/>
              </w:rPr>
              <w:t xml:space="preserve"> </w:t>
            </w:r>
            <w:r>
              <w:t>Qom</w:t>
            </w:r>
            <w:r w:rsidRPr="00332DB8">
              <w:rPr>
                <w:lang w:val="ru-RU"/>
              </w:rPr>
              <w:t xml:space="preserve"> </w:t>
            </w:r>
            <w:r>
              <w:t>Cover</w:t>
            </w:r>
            <w:r w:rsidRPr="00332DB8">
              <w:rPr>
                <w:lang w:val="ru-RU"/>
              </w:rPr>
              <w:t>).</w:t>
            </w:r>
            <w:r>
              <w:t>mp</w:t>
            </w:r>
            <w:r w:rsidRPr="00332DB8">
              <w:rPr>
                <w:lang w:val="ru-RU"/>
              </w:rPr>
              <w:t>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2880" w:type="dxa"/>
          </w:tcPr>
          <w:p w:rsidR="006F7457" w:rsidRDefault="00332DB8">
            <w:r>
              <w:t>09.11.2018</w:t>
            </w:r>
          </w:p>
        </w:tc>
      </w:tr>
      <w:tr w:rsidR="006F7457">
        <w:tc>
          <w:tcPr>
            <w:tcW w:w="2880" w:type="dxa"/>
          </w:tcPr>
          <w:p w:rsidR="006F7457" w:rsidRDefault="00332DB8">
            <w:r>
              <w:t>4594.</w:t>
            </w:r>
          </w:p>
        </w:tc>
        <w:tc>
          <w:tcPr>
            <w:tcW w:w="2880" w:type="dxa"/>
          </w:tcPr>
          <w:p w:rsidR="006F7457" w:rsidRPr="00332DB8" w:rsidRDefault="00332DB8">
            <w:pPr>
              <w:rPr>
                <w:lang w:val="ru-RU"/>
              </w:rPr>
            </w:pPr>
            <w:r w:rsidRPr="00332DB8">
              <w:rPr>
                <w:lang w:val="ru-RU"/>
              </w:rPr>
              <w:t>Аудиозапись под названием «Тимур Муцураев - 12000 муджахедов.</w:t>
            </w:r>
            <w:r>
              <w:t>m</w:t>
            </w:r>
            <w:r w:rsidRPr="00332DB8">
              <w:rPr>
                <w:lang w:val="ru-RU"/>
              </w:rPr>
              <w:t>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2880" w:type="dxa"/>
          </w:tcPr>
          <w:p w:rsidR="006F7457" w:rsidRDefault="00332DB8">
            <w:r>
              <w:t>09.11.2018</w:t>
            </w:r>
          </w:p>
        </w:tc>
      </w:tr>
      <w:tr w:rsidR="006F7457">
        <w:tc>
          <w:tcPr>
            <w:tcW w:w="2880" w:type="dxa"/>
          </w:tcPr>
          <w:p w:rsidR="006F7457" w:rsidRDefault="00332DB8">
            <w:r>
              <w:t>4595.</w:t>
            </w:r>
          </w:p>
        </w:tc>
        <w:tc>
          <w:tcPr>
            <w:tcW w:w="2880" w:type="dxa"/>
          </w:tcPr>
          <w:p w:rsidR="006F7457" w:rsidRDefault="00332DB8">
            <w:r>
              <w:t>Исключен;</w:t>
            </w:r>
          </w:p>
        </w:tc>
        <w:tc>
          <w:tcPr>
            <w:tcW w:w="2880" w:type="dxa"/>
          </w:tcPr>
          <w:p w:rsidR="006F7457" w:rsidRDefault="00332DB8">
            <w:r>
              <w:t>16.11.2018</w:t>
            </w:r>
          </w:p>
        </w:tc>
      </w:tr>
      <w:tr w:rsidR="006F7457">
        <w:tc>
          <w:tcPr>
            <w:tcW w:w="2880" w:type="dxa"/>
          </w:tcPr>
          <w:p w:rsidR="006F7457" w:rsidRDefault="00332DB8">
            <w:r>
              <w:lastRenderedPageBreak/>
              <w:t>4596.</w:t>
            </w:r>
          </w:p>
        </w:tc>
        <w:tc>
          <w:tcPr>
            <w:tcW w:w="2880" w:type="dxa"/>
          </w:tcPr>
          <w:p w:rsidR="006F7457" w:rsidRDefault="00332DB8">
            <w:r>
              <w:t>Исключен;</w:t>
            </w:r>
          </w:p>
        </w:tc>
        <w:tc>
          <w:tcPr>
            <w:tcW w:w="2880" w:type="dxa"/>
          </w:tcPr>
          <w:p w:rsidR="006F7457" w:rsidRDefault="00332DB8">
            <w:r>
              <w:t>16.11.2018</w:t>
            </w:r>
          </w:p>
        </w:tc>
      </w:tr>
      <w:tr w:rsidR="006F7457">
        <w:tc>
          <w:tcPr>
            <w:tcW w:w="2880" w:type="dxa"/>
          </w:tcPr>
          <w:p w:rsidR="006F7457" w:rsidRDefault="00332DB8">
            <w:r>
              <w:t>4597.</w:t>
            </w:r>
          </w:p>
        </w:tc>
        <w:tc>
          <w:tcPr>
            <w:tcW w:w="2880" w:type="dxa"/>
          </w:tcPr>
          <w:p w:rsidR="006F7457" w:rsidRDefault="00332DB8">
            <w:r>
              <w:t>Исключен;</w:t>
            </w:r>
          </w:p>
        </w:tc>
        <w:tc>
          <w:tcPr>
            <w:tcW w:w="2880" w:type="dxa"/>
          </w:tcPr>
          <w:p w:rsidR="006F7457" w:rsidRDefault="00332DB8">
            <w:r>
              <w:t>16.11.2018</w:t>
            </w:r>
          </w:p>
        </w:tc>
      </w:tr>
      <w:tr w:rsidR="006F7457">
        <w:tc>
          <w:tcPr>
            <w:tcW w:w="2880" w:type="dxa"/>
          </w:tcPr>
          <w:p w:rsidR="006F7457" w:rsidRDefault="00332DB8">
            <w:r>
              <w:t>4598.</w:t>
            </w:r>
          </w:p>
        </w:tc>
        <w:tc>
          <w:tcPr>
            <w:tcW w:w="2880" w:type="dxa"/>
          </w:tcPr>
          <w:p w:rsidR="006F7457" w:rsidRPr="00332DB8" w:rsidRDefault="00332DB8">
            <w:pPr>
              <w:rPr>
                <w:lang w:val="ru-RU"/>
              </w:rPr>
            </w:pPr>
            <w:r w:rsidRPr="00332DB8">
              <w:rPr>
                <w:lang w:val="ru-RU"/>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2880" w:type="dxa"/>
          </w:tcPr>
          <w:p w:rsidR="006F7457" w:rsidRDefault="00332DB8">
            <w:r>
              <w:t>16.11.2018</w:t>
            </w:r>
          </w:p>
        </w:tc>
      </w:tr>
      <w:tr w:rsidR="006F7457" w:rsidRPr="005A424D">
        <w:tc>
          <w:tcPr>
            <w:tcW w:w="2880" w:type="dxa"/>
          </w:tcPr>
          <w:p w:rsidR="006F7457" w:rsidRDefault="00332DB8">
            <w:r>
              <w:t>4599.</w:t>
            </w:r>
          </w:p>
        </w:tc>
        <w:tc>
          <w:tcPr>
            <w:tcW w:w="2880" w:type="dxa"/>
          </w:tcPr>
          <w:p w:rsidR="006F7457" w:rsidRPr="00332DB8" w:rsidRDefault="00332DB8">
            <w:pPr>
              <w:rPr>
                <w:lang w:val="ru-RU"/>
              </w:rPr>
            </w:pPr>
            <w:r w:rsidRPr="00332DB8">
              <w:rPr>
                <w:lang w:val="ru-RU"/>
              </w:rPr>
              <w:t>Брошюра «Аль-Ваъй» №229, изъятая в ходе обыска по месту жительства Файзуллина Ф.Р. (решение Советского районного суда г. Казани от 10.09.2010);</w:t>
            </w:r>
          </w:p>
        </w:tc>
        <w:tc>
          <w:tcPr>
            <w:tcW w:w="2880" w:type="dxa"/>
          </w:tcPr>
          <w:p w:rsidR="006F7457" w:rsidRPr="00332DB8" w:rsidRDefault="006F7457">
            <w:pPr>
              <w:rPr>
                <w:lang w:val="ru-RU"/>
              </w:rPr>
            </w:pPr>
          </w:p>
        </w:tc>
      </w:tr>
      <w:tr w:rsidR="006F7457">
        <w:tc>
          <w:tcPr>
            <w:tcW w:w="2880" w:type="dxa"/>
          </w:tcPr>
          <w:p w:rsidR="006F7457" w:rsidRDefault="00332DB8">
            <w:r>
              <w:t>4600.</w:t>
            </w:r>
          </w:p>
        </w:tc>
        <w:tc>
          <w:tcPr>
            <w:tcW w:w="2880" w:type="dxa"/>
          </w:tcPr>
          <w:p w:rsidR="006F7457" w:rsidRPr="00332DB8" w:rsidRDefault="00332DB8">
            <w:pPr>
              <w:rPr>
                <w:lang w:val="ru-RU"/>
              </w:rPr>
            </w:pPr>
            <w:r w:rsidRPr="00332DB8">
              <w:rPr>
                <w:lang w:val="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2880" w:type="dxa"/>
          </w:tcPr>
          <w:p w:rsidR="006F7457" w:rsidRDefault="00332DB8">
            <w:r>
              <w:t>16.11.2018</w:t>
            </w:r>
          </w:p>
        </w:tc>
      </w:tr>
      <w:tr w:rsidR="006F7457">
        <w:tc>
          <w:tcPr>
            <w:tcW w:w="2880" w:type="dxa"/>
          </w:tcPr>
          <w:p w:rsidR="006F7457" w:rsidRDefault="00332DB8">
            <w:r>
              <w:t>460</w:t>
            </w:r>
            <w:r>
              <w:lastRenderedPageBreak/>
              <w:t>1.</w:t>
            </w:r>
          </w:p>
        </w:tc>
        <w:tc>
          <w:tcPr>
            <w:tcW w:w="2880" w:type="dxa"/>
          </w:tcPr>
          <w:p w:rsidR="006F7457" w:rsidRPr="00332DB8" w:rsidRDefault="00332DB8">
            <w:pPr>
              <w:rPr>
                <w:lang w:val="ru-RU"/>
              </w:rPr>
            </w:pPr>
            <w:r w:rsidRPr="00332DB8">
              <w:rPr>
                <w:lang w:val="ru-RU"/>
              </w:rPr>
              <w:lastRenderedPageBreak/>
              <w:t>Листовка «Вопросы-ответы», изъятая в ходе обыска по месту жительства Файзуллина Ф.Р. (решение Советского районного суда г. Казани от 10.09.2010);</w:t>
            </w:r>
          </w:p>
        </w:tc>
        <w:tc>
          <w:tcPr>
            <w:tcW w:w="2880" w:type="dxa"/>
          </w:tcPr>
          <w:p w:rsidR="006F7457" w:rsidRDefault="00332DB8">
            <w:r>
              <w:t>16.11.201</w:t>
            </w:r>
            <w:r>
              <w:lastRenderedPageBreak/>
              <w:t>8</w:t>
            </w:r>
          </w:p>
        </w:tc>
      </w:tr>
      <w:tr w:rsidR="006F7457">
        <w:tc>
          <w:tcPr>
            <w:tcW w:w="2880" w:type="dxa"/>
          </w:tcPr>
          <w:p w:rsidR="006F7457" w:rsidRDefault="00332DB8">
            <w:r>
              <w:lastRenderedPageBreak/>
              <w:t>4602.</w:t>
            </w:r>
          </w:p>
        </w:tc>
        <w:tc>
          <w:tcPr>
            <w:tcW w:w="2880" w:type="dxa"/>
          </w:tcPr>
          <w:p w:rsidR="006F7457" w:rsidRPr="00332DB8" w:rsidRDefault="00332DB8">
            <w:pPr>
              <w:rPr>
                <w:lang w:val="ru-RU"/>
              </w:rPr>
            </w:pPr>
            <w:r w:rsidRPr="00332DB8">
              <w:rPr>
                <w:lang w:val="ru-RU"/>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2880" w:type="dxa"/>
          </w:tcPr>
          <w:p w:rsidR="006F7457" w:rsidRDefault="00332DB8">
            <w:r>
              <w:t>16.11.2018</w:t>
            </w:r>
          </w:p>
        </w:tc>
      </w:tr>
      <w:tr w:rsidR="006F7457">
        <w:tc>
          <w:tcPr>
            <w:tcW w:w="2880" w:type="dxa"/>
          </w:tcPr>
          <w:p w:rsidR="006F7457" w:rsidRDefault="00332DB8">
            <w:r>
              <w:t>4603.</w:t>
            </w:r>
          </w:p>
        </w:tc>
        <w:tc>
          <w:tcPr>
            <w:tcW w:w="2880" w:type="dxa"/>
          </w:tcPr>
          <w:p w:rsidR="006F7457" w:rsidRPr="00332DB8" w:rsidRDefault="00332DB8">
            <w:pPr>
              <w:rPr>
                <w:lang w:val="ru-RU"/>
              </w:rPr>
            </w:pPr>
            <w:r w:rsidRPr="00332DB8">
              <w:rPr>
                <w:lang w:val="ru-RU"/>
              </w:rPr>
              <w:t>Газета «Вести славян юга России» № 1 (206) за февраль 2010 года (решение Крымского районного суда Краснодарского края от 25.06.2015);</w:t>
            </w:r>
          </w:p>
        </w:tc>
        <w:tc>
          <w:tcPr>
            <w:tcW w:w="2880" w:type="dxa"/>
          </w:tcPr>
          <w:p w:rsidR="006F7457" w:rsidRDefault="00332DB8">
            <w:r>
              <w:t>16.11.2018</w:t>
            </w:r>
          </w:p>
        </w:tc>
      </w:tr>
      <w:tr w:rsidR="006F7457">
        <w:tc>
          <w:tcPr>
            <w:tcW w:w="2880" w:type="dxa"/>
          </w:tcPr>
          <w:p w:rsidR="006F7457" w:rsidRDefault="00332DB8">
            <w:r>
              <w:t>4604.</w:t>
            </w:r>
          </w:p>
        </w:tc>
        <w:tc>
          <w:tcPr>
            <w:tcW w:w="2880" w:type="dxa"/>
          </w:tcPr>
          <w:p w:rsidR="006F7457" w:rsidRPr="00332DB8" w:rsidRDefault="00332DB8">
            <w:pPr>
              <w:rPr>
                <w:lang w:val="ru-RU"/>
              </w:rPr>
            </w:pPr>
            <w:r w:rsidRPr="00332DB8">
              <w:rPr>
                <w:lang w:val="ru-RU"/>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2880" w:type="dxa"/>
          </w:tcPr>
          <w:p w:rsidR="006F7457" w:rsidRDefault="00332DB8">
            <w:r>
              <w:t>16.11.2018</w:t>
            </w:r>
          </w:p>
        </w:tc>
      </w:tr>
      <w:tr w:rsidR="006F7457">
        <w:tc>
          <w:tcPr>
            <w:tcW w:w="2880" w:type="dxa"/>
          </w:tcPr>
          <w:p w:rsidR="006F7457" w:rsidRDefault="00332DB8">
            <w:r>
              <w:t>4605.</w:t>
            </w:r>
          </w:p>
        </w:tc>
        <w:tc>
          <w:tcPr>
            <w:tcW w:w="2880" w:type="dxa"/>
          </w:tcPr>
          <w:p w:rsidR="006F7457" w:rsidRPr="00332DB8" w:rsidRDefault="00332DB8">
            <w:pPr>
              <w:rPr>
                <w:lang w:val="ru-RU"/>
              </w:rPr>
            </w:pPr>
            <w:r w:rsidRPr="00332DB8">
              <w:rPr>
                <w:lang w:val="ru-RU"/>
              </w:rPr>
              <w:t xml:space="preserve">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w:t>
            </w:r>
            <w:r>
              <w:t>http</w:t>
            </w:r>
            <w:r w:rsidRPr="00332DB8">
              <w:rPr>
                <w:lang w:val="ru-RU"/>
              </w:rPr>
              <w:t>://</w:t>
            </w:r>
            <w:r>
              <w:t>www</w:t>
            </w:r>
            <w:r w:rsidRPr="00332DB8">
              <w:rPr>
                <w:lang w:val="ru-RU"/>
              </w:rPr>
              <w:t>.</w:t>
            </w:r>
            <w:r>
              <w:t>liveinternet</w:t>
            </w:r>
            <w:r w:rsidRPr="00332DB8">
              <w:rPr>
                <w:lang w:val="ru-RU"/>
              </w:rPr>
              <w:t>.</w:t>
            </w:r>
            <w:r>
              <w:t>ru</w:t>
            </w:r>
            <w:r w:rsidRPr="00332DB8">
              <w:rPr>
                <w:lang w:val="ru-RU"/>
              </w:rPr>
              <w:t>/</w:t>
            </w:r>
            <w:r>
              <w:t>community</w:t>
            </w:r>
            <w:r w:rsidRPr="00332DB8">
              <w:rPr>
                <w:lang w:val="ru-RU"/>
              </w:rPr>
              <w:t>/</w:t>
            </w:r>
            <w:r>
              <w:t>revinform</w:t>
            </w:r>
            <w:r w:rsidRPr="00332DB8">
              <w:rPr>
                <w:lang w:val="ru-RU"/>
              </w:rPr>
              <w:t>/</w:t>
            </w:r>
            <w:r>
              <w:t>post</w:t>
            </w:r>
            <w:r w:rsidRPr="00332DB8">
              <w:rPr>
                <w:lang w:val="ru-RU"/>
              </w:rPr>
              <w:t>144216027/ (решение Кировского районного суда г. Уфы Республики Башкортостан от 26.09.2011);</w:t>
            </w:r>
          </w:p>
        </w:tc>
        <w:tc>
          <w:tcPr>
            <w:tcW w:w="2880" w:type="dxa"/>
          </w:tcPr>
          <w:p w:rsidR="006F7457" w:rsidRDefault="00332DB8">
            <w:r>
              <w:t>16.11.2018</w:t>
            </w:r>
          </w:p>
        </w:tc>
      </w:tr>
      <w:tr w:rsidR="006F7457">
        <w:tc>
          <w:tcPr>
            <w:tcW w:w="2880" w:type="dxa"/>
          </w:tcPr>
          <w:p w:rsidR="006F7457" w:rsidRDefault="00332DB8">
            <w:r>
              <w:t>4606.</w:t>
            </w:r>
          </w:p>
        </w:tc>
        <w:tc>
          <w:tcPr>
            <w:tcW w:w="2880" w:type="dxa"/>
          </w:tcPr>
          <w:p w:rsidR="006F7457" w:rsidRPr="00332DB8" w:rsidRDefault="00332DB8">
            <w:pPr>
              <w:rPr>
                <w:lang w:val="ru-RU"/>
              </w:rPr>
            </w:pPr>
            <w:r w:rsidRPr="00332DB8">
              <w:rPr>
                <w:lang w:val="ru-RU"/>
              </w:rPr>
              <w:t>Интернет-ресурс сайт «</w:t>
            </w:r>
            <w:r>
              <w:t>RABIDSHARE</w:t>
            </w:r>
            <w:r w:rsidRPr="00332DB8">
              <w:rPr>
                <w:lang w:val="ru-RU"/>
              </w:rPr>
              <w:t xml:space="preserve"> Самые популярные теги» по электронному адресу информационно-телекоммуникационной сети Интернет </w:t>
            </w:r>
            <w:r>
              <w:t>http</w:t>
            </w:r>
            <w:r w:rsidRPr="00332DB8">
              <w:rPr>
                <w:lang w:val="ru-RU"/>
              </w:rPr>
              <w:t>://</w:t>
            </w:r>
            <w:r>
              <w:t>rabidshare</w:t>
            </w:r>
            <w:r w:rsidRPr="00332DB8">
              <w:rPr>
                <w:lang w:val="ru-RU"/>
              </w:rPr>
              <w:t>.</w:t>
            </w:r>
            <w:r>
              <w:t>info</w:t>
            </w:r>
            <w:r w:rsidRPr="00332DB8">
              <w:rPr>
                <w:lang w:val="ru-RU"/>
              </w:rPr>
              <w:t>/ (решение Кировского районного суда г. Уфы Республики Башкортостан от 08.08.2011);</w:t>
            </w:r>
          </w:p>
        </w:tc>
        <w:tc>
          <w:tcPr>
            <w:tcW w:w="2880" w:type="dxa"/>
          </w:tcPr>
          <w:p w:rsidR="006F7457" w:rsidRDefault="00332DB8">
            <w:r>
              <w:t>16.11.2018</w:t>
            </w:r>
          </w:p>
        </w:tc>
      </w:tr>
      <w:tr w:rsidR="006F7457">
        <w:tc>
          <w:tcPr>
            <w:tcW w:w="2880" w:type="dxa"/>
          </w:tcPr>
          <w:p w:rsidR="006F7457" w:rsidRDefault="00332DB8">
            <w:r>
              <w:t>4</w:t>
            </w:r>
            <w:r>
              <w:lastRenderedPageBreak/>
              <w:t>607.</w:t>
            </w:r>
          </w:p>
        </w:tc>
        <w:tc>
          <w:tcPr>
            <w:tcW w:w="2880" w:type="dxa"/>
          </w:tcPr>
          <w:p w:rsidR="006F7457" w:rsidRPr="00332DB8" w:rsidRDefault="00332DB8">
            <w:pPr>
              <w:rPr>
                <w:lang w:val="ru-RU"/>
              </w:rPr>
            </w:pPr>
            <w:r w:rsidRPr="00332DB8">
              <w:rPr>
                <w:lang w:val="ru-RU"/>
              </w:rPr>
              <w:lastRenderedPageBreak/>
              <w:t xml:space="preserve">Текстовые и видеоматериалы «Положения Джихада» в 4 частях: части 1, начинающейся словами «Скажи - это </w:t>
            </w:r>
            <w:r w:rsidRPr="00332DB8">
              <w:rPr>
                <w:lang w:val="ru-RU"/>
              </w:rPr>
              <w:lastRenderedPageBreak/>
              <w:t xml:space="preserve">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w:t>
            </w:r>
            <w:r>
              <w:t>http</w:t>
            </w:r>
            <w:r w:rsidRPr="00332DB8">
              <w:rPr>
                <w:lang w:val="ru-RU"/>
              </w:rPr>
              <w:t>: //</w:t>
            </w:r>
            <w:r>
              <w:t>ok</w:t>
            </w:r>
            <w:r w:rsidRPr="00332DB8">
              <w:rPr>
                <w:lang w:val="ru-RU"/>
              </w:rPr>
              <w:t>.</w:t>
            </w:r>
            <w:r>
              <w:t>ru</w:t>
            </w:r>
            <w:r w:rsidRPr="00332DB8">
              <w:rPr>
                <w:lang w:val="ru-RU"/>
              </w:rPr>
              <w:t>/</w:t>
            </w:r>
            <w:r>
              <w:t>video</w:t>
            </w:r>
            <w:r w:rsidRPr="00332DB8">
              <w:rPr>
                <w:lang w:val="ru-RU"/>
              </w:rPr>
              <w:t xml:space="preserve">/958858747; </w:t>
            </w:r>
            <w:r>
              <w:t>http</w:t>
            </w:r>
            <w:r w:rsidRPr="00332DB8">
              <w:rPr>
                <w:lang w:val="ru-RU"/>
              </w:rPr>
              <w:t>://</w:t>
            </w:r>
            <w:r>
              <w:t>mediaislam</w:t>
            </w:r>
            <w:r w:rsidRPr="00332DB8">
              <w:rPr>
                <w:lang w:val="ru-RU"/>
              </w:rPr>
              <w:t>.</w:t>
            </w:r>
            <w:r>
              <w:t>tv</w:t>
            </w:r>
            <w:r w:rsidRPr="00332DB8">
              <w:rPr>
                <w:lang w:val="ru-RU"/>
              </w:rPr>
              <w:t>.</w:t>
            </w:r>
            <w:r>
              <w:t>googlepages</w:t>
            </w:r>
            <w:r w:rsidRPr="00332DB8">
              <w:rPr>
                <w:lang w:val="ru-RU"/>
              </w:rPr>
              <w:t>.</w:t>
            </w:r>
            <w:r>
              <w:t>com</w:t>
            </w:r>
            <w:r w:rsidRPr="00332DB8">
              <w:rPr>
                <w:lang w:val="ru-RU"/>
              </w:rPr>
              <w:t>/</w:t>
            </w:r>
            <w:r>
              <w:t>index</w:t>
            </w:r>
            <w:r w:rsidRPr="00332DB8">
              <w:rPr>
                <w:lang w:val="ru-RU"/>
              </w:rPr>
              <w:t>5.</w:t>
            </w:r>
            <w:r>
              <w:t>htm</w:t>
            </w:r>
            <w:r w:rsidRPr="00332DB8">
              <w:rPr>
                <w:lang w:val="ru-RU"/>
              </w:rPr>
              <w:t xml:space="preserve">, </w:t>
            </w:r>
            <w:r>
              <w:t>http</w:t>
            </w:r>
            <w:r w:rsidRPr="00332DB8">
              <w:rPr>
                <w:lang w:val="ru-RU"/>
              </w:rPr>
              <w:t>://</w:t>
            </w:r>
            <w:r>
              <w:t>mediaislam</w:t>
            </w:r>
            <w:r w:rsidRPr="00332DB8">
              <w:rPr>
                <w:lang w:val="ru-RU"/>
              </w:rPr>
              <w:t>.</w:t>
            </w:r>
            <w:r>
              <w:t>tv</w:t>
            </w:r>
            <w:r w:rsidRPr="00332DB8">
              <w:rPr>
                <w:lang w:val="ru-RU"/>
              </w:rPr>
              <w:t>.</w:t>
            </w:r>
            <w:r>
              <w:t>googlepages</w:t>
            </w:r>
            <w:r w:rsidRPr="00332DB8">
              <w:rPr>
                <w:lang w:val="ru-RU"/>
              </w:rPr>
              <w:t>.</w:t>
            </w:r>
            <w:r>
              <w:t>com</w:t>
            </w:r>
            <w:r w:rsidRPr="00332DB8">
              <w:rPr>
                <w:lang w:val="ru-RU"/>
              </w:rPr>
              <w:t>/</w:t>
            </w:r>
            <w:r>
              <w:t>index</w:t>
            </w:r>
            <w:r w:rsidRPr="00332DB8">
              <w:rPr>
                <w:lang w:val="ru-RU"/>
              </w:rPr>
              <w:t>3.</w:t>
            </w:r>
            <w:r>
              <w:t>htm</w:t>
            </w:r>
            <w:r w:rsidRPr="00332DB8">
              <w:rPr>
                <w:lang w:val="ru-RU"/>
              </w:rPr>
              <w:t xml:space="preserve">, </w:t>
            </w:r>
            <w:r>
              <w:t>http</w:t>
            </w:r>
            <w:r w:rsidRPr="00332DB8">
              <w:rPr>
                <w:lang w:val="ru-RU"/>
              </w:rPr>
              <w:t>://</w:t>
            </w:r>
            <w:r>
              <w:t>mediaislam</w:t>
            </w:r>
            <w:r w:rsidRPr="00332DB8">
              <w:rPr>
                <w:lang w:val="ru-RU"/>
              </w:rPr>
              <w:t>.</w:t>
            </w:r>
            <w:r>
              <w:t>tv</w:t>
            </w:r>
            <w:r w:rsidRPr="00332DB8">
              <w:rPr>
                <w:lang w:val="ru-RU"/>
              </w:rPr>
              <w:t>.</w:t>
            </w:r>
            <w:r>
              <w:t>googlepages</w:t>
            </w:r>
            <w:r w:rsidRPr="00332DB8">
              <w:rPr>
                <w:lang w:val="ru-RU"/>
              </w:rPr>
              <w:t xml:space="preserve">. </w:t>
            </w:r>
            <w:r>
              <w:t>com</w:t>
            </w:r>
            <w:r w:rsidRPr="00332DB8">
              <w:rPr>
                <w:lang w:val="ru-RU"/>
              </w:rPr>
              <w:t>/</w:t>
            </w:r>
            <w:r>
              <w:t>ahkamul</w:t>
            </w:r>
            <w:r w:rsidRPr="00332DB8">
              <w:rPr>
                <w:lang w:val="ru-RU"/>
              </w:rPr>
              <w:t>-</w:t>
            </w:r>
            <w:r>
              <w:t>djihad</w:t>
            </w:r>
            <w:r w:rsidRPr="00332DB8">
              <w:rPr>
                <w:lang w:val="ru-RU"/>
              </w:rPr>
              <w:t>-</w:t>
            </w:r>
            <w:r>
              <w:t>l</w:t>
            </w:r>
            <w:r w:rsidRPr="00332DB8">
              <w:rPr>
                <w:lang w:val="ru-RU"/>
              </w:rPr>
              <w:t>.3.</w:t>
            </w:r>
            <w:r>
              <w:t>htm</w:t>
            </w:r>
            <w:r w:rsidRPr="00332DB8">
              <w:rPr>
                <w:lang w:val="ru-RU"/>
              </w:rPr>
              <w:t xml:space="preserve">, </w:t>
            </w:r>
            <w:r>
              <w:t>http</w:t>
            </w:r>
            <w:r w:rsidRPr="00332DB8">
              <w:rPr>
                <w:lang w:val="ru-RU"/>
              </w:rPr>
              <w:t>://</w:t>
            </w:r>
            <w:r>
              <w:t>mediaislam</w:t>
            </w:r>
            <w:r w:rsidRPr="00332DB8">
              <w:rPr>
                <w:lang w:val="ru-RU"/>
              </w:rPr>
              <w:t>.</w:t>
            </w:r>
            <w:r>
              <w:t>tv</w:t>
            </w:r>
            <w:r w:rsidRPr="00332DB8">
              <w:rPr>
                <w:lang w:val="ru-RU"/>
              </w:rPr>
              <w:t>.</w:t>
            </w:r>
            <w:r>
              <w:t>goodlepages</w:t>
            </w:r>
            <w:r w:rsidRPr="00332DB8">
              <w:rPr>
                <w:lang w:val="ru-RU"/>
              </w:rPr>
              <w:t>.</w:t>
            </w:r>
            <w:r>
              <w:t>com</w:t>
            </w:r>
            <w:r w:rsidRPr="00332DB8">
              <w:rPr>
                <w:lang w:val="ru-RU"/>
              </w:rPr>
              <w:t>/</w:t>
            </w:r>
            <w:r>
              <w:t>ahkamul</w:t>
            </w:r>
            <w:r w:rsidRPr="00332DB8">
              <w:rPr>
                <w:lang w:val="ru-RU"/>
              </w:rPr>
              <w:t>-</w:t>
            </w:r>
            <w:r>
              <w:t>djihad</w:t>
            </w:r>
            <w:r w:rsidRPr="00332DB8">
              <w:rPr>
                <w:lang w:val="ru-RU"/>
              </w:rPr>
              <w:t>_ 1.4.</w:t>
            </w:r>
            <w:r>
              <w:t>htm</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videos</w:t>
            </w:r>
            <w:r w:rsidRPr="00332DB8">
              <w:rPr>
                <w:lang w:val="ru-RU"/>
              </w:rPr>
              <w:t>69214061?</w:t>
            </w:r>
            <w:r>
              <w:t>z</w:t>
            </w:r>
            <w:r w:rsidRPr="00332DB8">
              <w:rPr>
                <w:lang w:val="ru-RU"/>
              </w:rPr>
              <w:t>=</w:t>
            </w:r>
            <w:r>
              <w:t>video</w:t>
            </w:r>
            <w:r w:rsidRPr="00332DB8">
              <w:rPr>
                <w:lang w:val="ru-RU"/>
              </w:rPr>
              <w:t>69214061_155453985%2</w:t>
            </w:r>
            <w:r>
              <w:t>Fpl</w:t>
            </w:r>
            <w:r w:rsidRPr="00332DB8">
              <w:rPr>
                <w:lang w:val="ru-RU"/>
              </w:rPr>
              <w:t xml:space="preserve">_6921406 1_-2, </w:t>
            </w:r>
            <w:r>
              <w:t>https</w:t>
            </w:r>
            <w:r w:rsidRPr="00332DB8">
              <w:rPr>
                <w:lang w:val="ru-RU"/>
              </w:rPr>
              <w:t>://</w:t>
            </w:r>
            <w:r>
              <w:t>vk</w:t>
            </w:r>
            <w:r w:rsidRPr="00332DB8">
              <w:rPr>
                <w:lang w:val="ru-RU"/>
              </w:rPr>
              <w:t>.</w:t>
            </w:r>
            <w:r>
              <w:t>com</w:t>
            </w:r>
            <w:r w:rsidRPr="00332DB8">
              <w:rPr>
                <w:lang w:val="ru-RU"/>
              </w:rPr>
              <w:t>/</w:t>
            </w:r>
            <w:r>
              <w:t>videos</w:t>
            </w:r>
            <w:r w:rsidRPr="00332DB8">
              <w:rPr>
                <w:lang w:val="ru-RU"/>
              </w:rPr>
              <w:t>69214061?</w:t>
            </w:r>
            <w:r>
              <w:t>z</w:t>
            </w:r>
            <w:r w:rsidRPr="00332DB8">
              <w:rPr>
                <w:lang w:val="ru-RU"/>
              </w:rPr>
              <w:t>=</w:t>
            </w:r>
            <w:r>
              <w:t>vide</w:t>
            </w:r>
            <w:r w:rsidRPr="00332DB8">
              <w:rPr>
                <w:lang w:val="ru-RU"/>
              </w:rPr>
              <w:t>о69214061_155453775%2</w:t>
            </w:r>
            <w:r>
              <w:t>Fpl</w:t>
            </w:r>
            <w:r w:rsidRPr="00332DB8">
              <w:rPr>
                <w:lang w:val="ru-RU"/>
              </w:rPr>
              <w:t xml:space="preserve">_69214061_ -2, </w:t>
            </w:r>
            <w:r>
              <w:t>https</w:t>
            </w:r>
            <w:r w:rsidRPr="00332DB8">
              <w:rPr>
                <w:lang w:val="ru-RU"/>
              </w:rPr>
              <w:t>://</w:t>
            </w:r>
            <w:r>
              <w:t>vk</w:t>
            </w:r>
            <w:r w:rsidRPr="00332DB8">
              <w:rPr>
                <w:lang w:val="ru-RU"/>
              </w:rPr>
              <w:t>.</w:t>
            </w:r>
            <w:r>
              <w:t>com</w:t>
            </w:r>
            <w:r w:rsidRPr="00332DB8">
              <w:rPr>
                <w:lang w:val="ru-RU"/>
              </w:rPr>
              <w:t>/</w:t>
            </w:r>
            <w:r>
              <w:t>videos</w:t>
            </w:r>
            <w:r w:rsidRPr="00332DB8">
              <w:rPr>
                <w:lang w:val="ru-RU"/>
              </w:rPr>
              <w:t>69214061?</w:t>
            </w:r>
            <w:r>
              <w:t>z</w:t>
            </w:r>
            <w:r w:rsidRPr="00332DB8">
              <w:rPr>
                <w:lang w:val="ru-RU"/>
              </w:rPr>
              <w:t>=</w:t>
            </w:r>
            <w:r>
              <w:t>vide</w:t>
            </w:r>
            <w:r w:rsidRPr="00332DB8">
              <w:rPr>
                <w:lang w:val="ru-RU"/>
              </w:rPr>
              <w:t>о6921406</w:t>
            </w:r>
            <w:r>
              <w:t>l</w:t>
            </w:r>
            <w:r w:rsidRPr="00332DB8">
              <w:rPr>
                <w:lang w:val="ru-RU"/>
              </w:rPr>
              <w:t>_155453777%2</w:t>
            </w:r>
            <w:r>
              <w:t>Fpl</w:t>
            </w:r>
            <w:r w:rsidRPr="00332DB8">
              <w:rPr>
                <w:lang w:val="ru-RU"/>
              </w:rPr>
              <w:t>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2880" w:type="dxa"/>
          </w:tcPr>
          <w:p w:rsidR="006F7457" w:rsidRDefault="00332DB8">
            <w:r>
              <w:lastRenderedPageBreak/>
              <w:t>16.</w:t>
            </w:r>
            <w:r>
              <w:lastRenderedPageBreak/>
              <w:t>11.2018</w:t>
            </w:r>
          </w:p>
        </w:tc>
      </w:tr>
      <w:tr w:rsidR="006F7457">
        <w:tc>
          <w:tcPr>
            <w:tcW w:w="2880" w:type="dxa"/>
          </w:tcPr>
          <w:p w:rsidR="006F7457" w:rsidRDefault="00332DB8">
            <w:r>
              <w:lastRenderedPageBreak/>
              <w:t>4608.</w:t>
            </w:r>
          </w:p>
        </w:tc>
        <w:tc>
          <w:tcPr>
            <w:tcW w:w="2880" w:type="dxa"/>
          </w:tcPr>
          <w:p w:rsidR="006F7457" w:rsidRPr="00332DB8" w:rsidRDefault="00332DB8">
            <w:pPr>
              <w:rPr>
                <w:lang w:val="ru-RU"/>
              </w:rPr>
            </w:pPr>
            <w:r w:rsidRPr="00332DB8">
              <w:rPr>
                <w:lang w:val="ru-RU"/>
              </w:rPr>
              <w:t xml:space="preserve">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w:t>
            </w:r>
            <w:r>
              <w:t>https</w:t>
            </w:r>
            <w:r w:rsidRPr="00332DB8">
              <w:rPr>
                <w:lang w:val="ru-RU"/>
              </w:rPr>
              <w:t>://</w:t>
            </w:r>
            <w:r>
              <w:t>shurarb</w:t>
            </w:r>
            <w:r w:rsidRPr="00332DB8">
              <w:rPr>
                <w:lang w:val="ru-RU"/>
              </w:rPr>
              <w:t>.</w:t>
            </w:r>
            <w:r>
              <w:t>ru</w:t>
            </w:r>
            <w:r w:rsidRPr="00332DB8">
              <w:rPr>
                <w:lang w:val="ru-RU"/>
              </w:rPr>
              <w:t>/</w:t>
            </w:r>
            <w:r>
              <w:t>articles</w:t>
            </w:r>
            <w:r w:rsidRPr="00332DB8">
              <w:rPr>
                <w:lang w:val="ru-RU"/>
              </w:rPr>
              <w:t>/</w:t>
            </w:r>
            <w:r>
              <w:t>abu</w:t>
            </w:r>
            <w:r w:rsidRPr="00332DB8">
              <w:rPr>
                <w:lang w:val="ru-RU"/>
              </w:rPr>
              <w:t>-</w:t>
            </w:r>
            <w:r>
              <w:t>adel</w:t>
            </w:r>
            <w:r w:rsidRPr="00332DB8">
              <w:rPr>
                <w:lang w:val="ru-RU"/>
              </w:rPr>
              <w:t>./</w:t>
            </w:r>
            <w:r>
              <w:t>chto</w:t>
            </w:r>
            <w:r w:rsidRPr="00332DB8">
              <w:rPr>
                <w:lang w:val="ru-RU"/>
              </w:rPr>
              <w:t>-</w:t>
            </w:r>
            <w:r>
              <w:t>vybrat</w:t>
            </w:r>
            <w:r w:rsidRPr="00332DB8">
              <w:rPr>
                <w:lang w:val="ru-RU"/>
              </w:rPr>
              <w:t>-</w:t>
            </w:r>
            <w:r>
              <w:t>obychnyy</w:t>
            </w:r>
            <w:r w:rsidRPr="00332DB8">
              <w:rPr>
                <w:lang w:val="ru-RU"/>
              </w:rPr>
              <w:t>-</w:t>
            </w:r>
            <w:r>
              <w:t>islam</w:t>
            </w:r>
            <w:r w:rsidRPr="00332DB8">
              <w:rPr>
                <w:lang w:val="ru-RU"/>
              </w:rPr>
              <w:t>-</w:t>
            </w:r>
            <w:r>
              <w:t>ili</w:t>
            </w:r>
            <w:r w:rsidRPr="00332DB8">
              <w:rPr>
                <w:lang w:val="ru-RU"/>
              </w:rPr>
              <w:t>-</w:t>
            </w:r>
            <w:r>
              <w:t>sufizm</w:t>
            </w:r>
            <w:r w:rsidRPr="00332DB8">
              <w:rPr>
                <w:lang w:val="ru-RU"/>
              </w:rPr>
              <w:t xml:space="preserve">/;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w:t>
            </w:r>
            <w:r>
              <w:t>https</w:t>
            </w:r>
            <w:r w:rsidRPr="00332DB8">
              <w:rPr>
                <w:lang w:val="ru-RU"/>
              </w:rPr>
              <w:t>://</w:t>
            </w:r>
            <w:r>
              <w:t>shurarb</w:t>
            </w:r>
            <w:r w:rsidRPr="00332DB8">
              <w:rPr>
                <w:lang w:val="ru-RU"/>
              </w:rPr>
              <w:t>.</w:t>
            </w:r>
            <w:r>
              <w:t>ru</w:t>
            </w:r>
            <w:r w:rsidRPr="00332DB8">
              <w:rPr>
                <w:lang w:val="ru-RU"/>
              </w:rPr>
              <w:t>/</w:t>
            </w:r>
            <w:r>
              <w:t>articles</w:t>
            </w:r>
            <w:r w:rsidRPr="00332DB8">
              <w:rPr>
                <w:lang w:val="ru-RU"/>
              </w:rPr>
              <w:t>/</w:t>
            </w:r>
            <w:r>
              <w:t>obyazatelnye</w:t>
            </w:r>
            <w:r w:rsidRPr="00332DB8">
              <w:rPr>
                <w:lang w:val="ru-RU"/>
              </w:rPr>
              <w:t>-</w:t>
            </w:r>
            <w:r>
              <w:t>i</w:t>
            </w:r>
            <w:r w:rsidRPr="00332DB8">
              <w:rPr>
                <w:lang w:val="ru-RU"/>
              </w:rPr>
              <w:t>-</w:t>
            </w:r>
            <w:r>
              <w:t>zhelatelnye</w:t>
            </w:r>
            <w:r w:rsidRPr="00332DB8">
              <w:rPr>
                <w:lang w:val="ru-RU"/>
              </w:rPr>
              <w:t>-</w:t>
            </w:r>
            <w:r>
              <w:t>uslovia</w:t>
            </w:r>
            <w:r w:rsidRPr="00332DB8">
              <w:rPr>
                <w:lang w:val="ru-RU"/>
              </w:rPr>
              <w:t>-</w:t>
            </w:r>
            <w:r>
              <w:t>p</w:t>
            </w:r>
            <w:r w:rsidRPr="00332DB8">
              <w:rPr>
                <w:lang w:val="ru-RU"/>
              </w:rPr>
              <w:t xml:space="preserve">/;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w:t>
            </w:r>
            <w:r>
              <w:t>https</w:t>
            </w:r>
            <w:r w:rsidRPr="00332DB8">
              <w:rPr>
                <w:lang w:val="ru-RU"/>
              </w:rPr>
              <w:t>//</w:t>
            </w:r>
            <w:r>
              <w:t>shurarb</w:t>
            </w:r>
            <w:r w:rsidRPr="00332DB8">
              <w:rPr>
                <w:lang w:val="ru-RU"/>
              </w:rPr>
              <w:t>.</w:t>
            </w:r>
            <w:r>
              <w:t>ru</w:t>
            </w:r>
            <w:r w:rsidRPr="00332DB8">
              <w:rPr>
                <w:lang w:val="ru-RU"/>
              </w:rPr>
              <w:t>/</w:t>
            </w:r>
            <w:r>
              <w:t>articles</w:t>
            </w:r>
            <w:r w:rsidRPr="00332DB8">
              <w:rPr>
                <w:lang w:val="ru-RU"/>
              </w:rPr>
              <w:t>/</w:t>
            </w:r>
            <w:r>
              <w:t>princip</w:t>
            </w:r>
            <w:r w:rsidRPr="00332DB8">
              <w:rPr>
                <w:lang w:val="ru-RU"/>
              </w:rPr>
              <w:t>-</w:t>
            </w:r>
            <w:r>
              <w:t>priverzhetmosti</w:t>
            </w:r>
            <w:r w:rsidRPr="00332DB8">
              <w:rPr>
                <w:lang w:val="ru-RU"/>
              </w:rPr>
              <w:t>-</w:t>
            </w:r>
            <w:r>
              <w:t>i</w:t>
            </w:r>
            <w:r w:rsidRPr="00332DB8">
              <w:rPr>
                <w:lang w:val="ru-RU"/>
              </w:rPr>
              <w:t>-</w:t>
            </w:r>
            <w:r>
              <w:t>neprichastn</w:t>
            </w:r>
            <w:r w:rsidRPr="00332DB8">
              <w:rPr>
                <w:lang w:val="ru-RU"/>
              </w:rPr>
              <w:t xml:space="preserve">/;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w:t>
            </w:r>
            <w:r>
              <w:t>https</w:t>
            </w:r>
            <w:r w:rsidRPr="00332DB8">
              <w:rPr>
                <w:lang w:val="ru-RU"/>
              </w:rPr>
              <w:t>://</w:t>
            </w:r>
            <w:r>
              <w:t>shurarb</w:t>
            </w:r>
            <w:r w:rsidRPr="00332DB8">
              <w:rPr>
                <w:lang w:val="ru-RU"/>
              </w:rPr>
              <w:t>.</w:t>
            </w:r>
            <w:r>
              <w:t>ru</w:t>
            </w:r>
            <w:r w:rsidRPr="00332DB8">
              <w:rPr>
                <w:lang w:val="ru-RU"/>
              </w:rPr>
              <w:t>/</w:t>
            </w:r>
            <w:r>
              <w:t>articles</w:t>
            </w:r>
            <w:r w:rsidRPr="00332DB8">
              <w:rPr>
                <w:lang w:val="ru-RU"/>
              </w:rPr>
              <w:t>/</w:t>
            </w:r>
            <w:r>
              <w:t>tayna</w:t>
            </w:r>
            <w:r w:rsidRPr="00332DB8">
              <w:rPr>
                <w:lang w:val="ru-RU"/>
              </w:rPr>
              <w:t>-</w:t>
            </w:r>
            <w:r>
              <w:lastRenderedPageBreak/>
              <w:t>dadzhalya</w:t>
            </w:r>
            <w:r w:rsidRPr="00332DB8">
              <w:rPr>
                <w:lang w:val="ru-RU"/>
              </w:rPr>
              <w:t>-</w:t>
            </w:r>
            <w:r>
              <w:t>chast</w:t>
            </w:r>
            <w:r w:rsidRPr="00332DB8">
              <w:rPr>
                <w:lang w:val="ru-RU"/>
              </w:rPr>
              <w:t>-</w:t>
            </w:r>
            <w:r>
              <w:t>l</w:t>
            </w:r>
            <w:r w:rsidRPr="00332DB8">
              <w:rPr>
                <w:lang w:val="ru-RU"/>
              </w:rPr>
              <w:t xml:space="preserve">/;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w:t>
            </w:r>
            <w:r>
              <w:t>https</w:t>
            </w:r>
            <w:r w:rsidRPr="00332DB8">
              <w:rPr>
                <w:lang w:val="ru-RU"/>
              </w:rPr>
              <w:t>://</w:t>
            </w:r>
            <w:r>
              <w:t>shurarb</w:t>
            </w:r>
            <w:r w:rsidRPr="00332DB8">
              <w:rPr>
                <w:lang w:val="ru-RU"/>
              </w:rPr>
              <w:t>.</w:t>
            </w:r>
            <w:r>
              <w:t>ru</w:t>
            </w:r>
            <w:r w:rsidRPr="00332DB8">
              <w:rPr>
                <w:lang w:val="ru-RU"/>
              </w:rPr>
              <w:t>/</w:t>
            </w:r>
            <w:r>
              <w:t>articles</w:t>
            </w:r>
            <w:r w:rsidRPr="00332DB8">
              <w:rPr>
                <w:lang w:val="ru-RU"/>
              </w:rPr>
              <w:t>/</w:t>
            </w:r>
            <w:r>
              <w:t>from</w:t>
            </w:r>
            <w:r w:rsidRPr="00332DB8">
              <w:rPr>
                <w:lang w:val="ru-RU"/>
              </w:rPr>
              <w:t>-</w:t>
            </w:r>
            <w:r>
              <w:t>ell</w:t>
            </w:r>
            <w:r w:rsidRPr="00332DB8">
              <w:rPr>
                <w:lang w:val="ru-RU"/>
              </w:rPr>
              <w:t>/</w:t>
            </w:r>
            <w:r>
              <w:t>sheikh</w:t>
            </w:r>
            <w:r w:rsidRPr="00332DB8">
              <w:rPr>
                <w:lang w:val="ru-RU"/>
              </w:rPr>
              <w:t>-</w:t>
            </w:r>
            <w:r>
              <w:t>fauzan</w:t>
            </w:r>
            <w:r w:rsidRPr="00332DB8">
              <w:rPr>
                <w:lang w:val="ru-RU"/>
              </w:rPr>
              <w:t>-</w:t>
            </w:r>
            <w:r>
              <w:t>o</w:t>
            </w:r>
            <w:r w:rsidRPr="00332DB8">
              <w:rPr>
                <w:lang w:val="ru-RU"/>
              </w:rPr>
              <w:t>-</w:t>
            </w:r>
            <w:r>
              <w:t>tom</w:t>
            </w:r>
            <w:r w:rsidRPr="00332DB8">
              <w:rPr>
                <w:lang w:val="ru-RU"/>
              </w:rPr>
              <w:t>-</w:t>
            </w:r>
            <w:r>
              <w:t>pochemu</w:t>
            </w:r>
            <w:r w:rsidRPr="00332DB8">
              <w:rPr>
                <w:lang w:val="ru-RU"/>
              </w:rPr>
              <w:t>-</w:t>
            </w:r>
            <w:r>
              <w:t>stractayt</w:t>
            </w:r>
            <w:r w:rsidRPr="00332DB8">
              <w:rPr>
                <w:lang w:val="ru-RU"/>
              </w:rPr>
              <w:t>-</w:t>
            </w:r>
            <w:r>
              <w:t>musu</w:t>
            </w:r>
            <w:r w:rsidRPr="00332DB8">
              <w:rPr>
                <w:lang w:val="ru-RU"/>
              </w:rPr>
              <w:t xml:space="preserve">/;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w:t>
            </w:r>
            <w:r>
              <w:t>https</w:t>
            </w:r>
            <w:r w:rsidRPr="00332DB8">
              <w:rPr>
                <w:lang w:val="ru-RU"/>
              </w:rPr>
              <w:t>://</w:t>
            </w:r>
            <w:r>
              <w:t>shurarb</w:t>
            </w:r>
            <w:r w:rsidRPr="00332DB8">
              <w:rPr>
                <w:lang w:val="ru-RU"/>
              </w:rPr>
              <w:t>.</w:t>
            </w:r>
            <w:r>
              <w:t>ru</w:t>
            </w:r>
            <w:r w:rsidRPr="00332DB8">
              <w:rPr>
                <w:lang w:val="ru-RU"/>
              </w:rPr>
              <w:t>/</w:t>
            </w:r>
            <w:r>
              <w:t>q</w:t>
            </w:r>
            <w:r w:rsidRPr="00332DB8">
              <w:rPr>
                <w:lang w:val="ru-RU"/>
              </w:rPr>
              <w:t>а/</w:t>
            </w:r>
            <w:r>
              <w:t>pochemu</w:t>
            </w:r>
            <w:r w:rsidRPr="00332DB8">
              <w:rPr>
                <w:lang w:val="ru-RU"/>
              </w:rPr>
              <w:t>-</w:t>
            </w:r>
            <w:r>
              <w:t>nevernve</w:t>
            </w:r>
            <w:r w:rsidRPr="00332DB8">
              <w:rPr>
                <w:lang w:val="ru-RU"/>
              </w:rPr>
              <w:t>-</w:t>
            </w:r>
            <w:r>
              <w:t>napravlyutsva</w:t>
            </w:r>
            <w:r w:rsidRPr="00332DB8">
              <w:rPr>
                <w:lang w:val="ru-RU"/>
              </w:rPr>
              <w:t>-</w:t>
            </w:r>
            <w:r>
              <w:t>allakho</w:t>
            </w:r>
            <w:r w:rsidRPr="00332DB8">
              <w:rPr>
                <w:lang w:val="ru-RU"/>
              </w:rPr>
              <w:t>/, за исключением сур, аятов и цитат из Корана, содержащихся в них (решение Кировского районного суда г. Уфы Республики Башкортостан от 15.06.2017);</w:t>
            </w:r>
          </w:p>
        </w:tc>
        <w:tc>
          <w:tcPr>
            <w:tcW w:w="2880" w:type="dxa"/>
          </w:tcPr>
          <w:p w:rsidR="006F7457" w:rsidRDefault="00332DB8">
            <w:r>
              <w:lastRenderedPageBreak/>
              <w:t>16.11.2018</w:t>
            </w:r>
          </w:p>
        </w:tc>
      </w:tr>
      <w:tr w:rsidR="006F7457">
        <w:tc>
          <w:tcPr>
            <w:tcW w:w="2880" w:type="dxa"/>
          </w:tcPr>
          <w:p w:rsidR="006F7457" w:rsidRDefault="00332DB8">
            <w:r>
              <w:lastRenderedPageBreak/>
              <w:t>4609.</w:t>
            </w:r>
          </w:p>
        </w:tc>
        <w:tc>
          <w:tcPr>
            <w:tcW w:w="2880" w:type="dxa"/>
          </w:tcPr>
          <w:p w:rsidR="006F7457" w:rsidRPr="00332DB8" w:rsidRDefault="00332DB8">
            <w:pPr>
              <w:rPr>
                <w:lang w:val="ru-RU"/>
              </w:rPr>
            </w:pPr>
            <w:r w:rsidRPr="00332DB8">
              <w:rPr>
                <w:lang w:val="ru-RU"/>
              </w:rPr>
              <w:t xml:space="preserve">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e</w:t>
            </w:r>
            <w:r w:rsidRPr="00332DB8">
              <w:rPr>
                <w:lang w:val="ru-RU"/>
              </w:rPr>
              <w:t>894</w:t>
            </w:r>
            <w:r>
              <w:t>oDK</w:t>
            </w:r>
            <w:r w:rsidRPr="00332DB8">
              <w:rPr>
                <w:lang w:val="ru-RU"/>
              </w:rPr>
              <w:t>_</w:t>
            </w:r>
            <w:r>
              <w:t>fXI</w:t>
            </w:r>
            <w:r w:rsidRPr="00332DB8">
              <w:rPr>
                <w:lang w:val="ru-RU"/>
              </w:rPr>
              <w:t xml:space="preserve"> (ссылка для прослушивания аудиозаписи); </w:t>
            </w:r>
            <w:r>
              <w:t>https</w:t>
            </w:r>
            <w:r w:rsidRPr="00332DB8">
              <w:rPr>
                <w:lang w:val="ru-RU"/>
              </w:rPr>
              <w:t>://</w:t>
            </w:r>
            <w:r>
              <w:t>shami</w:t>
            </w:r>
            <w:r w:rsidRPr="00332DB8">
              <w:rPr>
                <w:lang w:val="ru-RU"/>
              </w:rPr>
              <w:t>.</w:t>
            </w:r>
            <w:r>
              <w:t>biz</w:t>
            </w:r>
            <w:r w:rsidRPr="00332DB8">
              <w:rPr>
                <w:lang w:val="ru-RU"/>
              </w:rPr>
              <w:t>/</w:t>
            </w:r>
            <w:r>
              <w:t>song</w:t>
            </w:r>
            <w:r w:rsidRPr="00332DB8">
              <w:rPr>
                <w:lang w:val="ru-RU"/>
              </w:rPr>
              <w:t>/%</w:t>
            </w:r>
            <w:r>
              <w:t>D</w:t>
            </w:r>
            <w:r w:rsidRPr="00332DB8">
              <w:rPr>
                <w:lang w:val="ru-RU"/>
              </w:rPr>
              <w:t>0%</w:t>
            </w:r>
            <w:r>
              <w:t>A</w:t>
            </w:r>
            <w:r w:rsidRPr="00332DB8">
              <w:rPr>
                <w:lang w:val="ru-RU"/>
              </w:rPr>
              <w:t>5%</w:t>
            </w:r>
            <w:r>
              <w:t>D</w:t>
            </w:r>
            <w:r w:rsidRPr="00332DB8">
              <w:rPr>
                <w:lang w:val="ru-RU"/>
              </w:rPr>
              <w:t>0%</w:t>
            </w:r>
            <w:r>
              <w:t>BE</w:t>
            </w:r>
            <w:r w:rsidRPr="00332DB8">
              <w:rPr>
                <w:lang w:val="ru-RU"/>
              </w:rPr>
              <w:t>%</w:t>
            </w:r>
            <w:r>
              <w:t>D</w:t>
            </w:r>
            <w:r w:rsidRPr="00332DB8">
              <w:rPr>
                <w:lang w:val="ru-RU"/>
              </w:rPr>
              <w:t>1%80%</w:t>
            </w:r>
            <w:r>
              <w:t>D</w:t>
            </w:r>
            <w:r w:rsidRPr="00332DB8">
              <w:rPr>
                <w:lang w:val="ru-RU"/>
              </w:rPr>
              <w:t>0%</w:t>
            </w:r>
            <w:r>
              <w:t>A</w:t>
            </w:r>
            <w:r w:rsidRPr="00332DB8">
              <w:rPr>
                <w:lang w:val="ru-RU"/>
              </w:rPr>
              <w:t>1%</w:t>
            </w:r>
            <w:r>
              <w:t>D</w:t>
            </w:r>
            <w:r w:rsidRPr="00332DB8">
              <w:rPr>
                <w:lang w:val="ru-RU"/>
              </w:rPr>
              <w:t>0%</w:t>
            </w:r>
            <w:r>
              <w:t>A</w:t>
            </w:r>
            <w:r w:rsidRPr="00332DB8">
              <w:rPr>
                <w:lang w:val="ru-RU"/>
              </w:rPr>
              <w:t>1+%</w:t>
            </w:r>
            <w:r>
              <w:t>D</w:t>
            </w:r>
            <w:r w:rsidRPr="00332DB8">
              <w:rPr>
                <w:lang w:val="ru-RU"/>
              </w:rPr>
              <w:t>0%97%</w:t>
            </w:r>
            <w:r>
              <w:t>D</w:t>
            </w:r>
            <w:r w:rsidRPr="00332DB8">
              <w:rPr>
                <w:lang w:val="ru-RU"/>
              </w:rPr>
              <w:t>0%В5%</w:t>
            </w:r>
            <w:r>
              <w:t>D</w:t>
            </w:r>
            <w:r w:rsidRPr="00332DB8">
              <w:rPr>
                <w:lang w:val="ru-RU"/>
              </w:rPr>
              <w:t>0%ВС%</w:t>
            </w:r>
            <w:r>
              <w:t>D</w:t>
            </w:r>
            <w:r w:rsidRPr="00332DB8">
              <w:rPr>
                <w:lang w:val="ru-RU"/>
              </w:rPr>
              <w:t>0%ВВ%</w:t>
            </w:r>
            <w:r>
              <w:t>D</w:t>
            </w:r>
            <w:r w:rsidRPr="00332DB8">
              <w:rPr>
                <w:lang w:val="ru-RU"/>
              </w:rPr>
              <w:t>1%8</w:t>
            </w:r>
            <w:r>
              <w:t>F</w:t>
            </w:r>
            <w:r w:rsidRPr="00332DB8">
              <w:rPr>
                <w:lang w:val="ru-RU"/>
              </w:rPr>
              <w:t>+%</w:t>
            </w:r>
            <w:r>
              <w:t>D</w:t>
            </w:r>
            <w:r w:rsidRPr="00332DB8">
              <w:rPr>
                <w:lang w:val="ru-RU"/>
              </w:rPr>
              <w:t>0%90%</w:t>
            </w:r>
            <w:r>
              <w:t>D</w:t>
            </w:r>
            <w:r w:rsidRPr="00332DB8">
              <w:rPr>
                <w:lang w:val="ru-RU"/>
              </w:rPr>
              <w:t>0%</w:t>
            </w:r>
            <w:r>
              <w:t>BC</w:t>
            </w:r>
            <w:r w:rsidRPr="00332DB8">
              <w:rPr>
                <w:lang w:val="ru-RU"/>
              </w:rPr>
              <w:t>%</w:t>
            </w:r>
            <w:r>
              <w:t>D</w:t>
            </w:r>
            <w:r w:rsidRPr="00332DB8">
              <w:rPr>
                <w:lang w:val="ru-RU"/>
              </w:rPr>
              <w:t>1%83%</w:t>
            </w:r>
            <w:r>
              <w:t>D</w:t>
            </w:r>
            <w:r w:rsidRPr="00332DB8">
              <w:rPr>
                <w:lang w:val="ru-RU"/>
              </w:rPr>
              <w:t>1%80%</w:t>
            </w:r>
            <w:r>
              <w:t>D</w:t>
            </w:r>
            <w:r w:rsidRPr="00332DB8">
              <w:rPr>
                <w:lang w:val="ru-RU"/>
              </w:rPr>
              <w:t>1%81%</w:t>
            </w:r>
            <w:r>
              <w:t>D</w:t>
            </w:r>
            <w:r w:rsidRPr="00332DB8">
              <w:rPr>
                <w:lang w:val="ru-RU"/>
              </w:rPr>
              <w:t>0%</w:t>
            </w:r>
            <w:r>
              <w:t>BA</w:t>
            </w:r>
            <w:r w:rsidRPr="00332DB8">
              <w:rPr>
                <w:lang w:val="ru-RU"/>
              </w:rPr>
              <w:t>%</w:t>
            </w:r>
            <w:r>
              <w:t>D</w:t>
            </w:r>
            <w:r w:rsidRPr="00332DB8">
              <w:rPr>
                <w:lang w:val="ru-RU"/>
              </w:rPr>
              <w:t>0%</w:t>
            </w:r>
            <w:r>
              <w:t>B</w:t>
            </w:r>
            <w:r w:rsidRPr="00332DB8">
              <w:rPr>
                <w:lang w:val="ru-RU"/>
              </w:rPr>
              <w:t>0%</w:t>
            </w:r>
            <w:r>
              <w:t>D</w:t>
            </w:r>
            <w:r w:rsidRPr="00332DB8">
              <w:rPr>
                <w:lang w:val="ru-RU"/>
              </w:rPr>
              <w:t>1%8</w:t>
            </w:r>
            <w:r>
              <w:t>F</w:t>
            </w:r>
            <w:r w:rsidRPr="00332DB8">
              <w:rPr>
                <w:lang w:val="ru-RU"/>
              </w:rPr>
              <w:t>.</w:t>
            </w:r>
            <w:r>
              <w:t>audio</w:t>
            </w:r>
            <w:r w:rsidRPr="00332DB8">
              <w:rPr>
                <w:lang w:val="ru-RU"/>
              </w:rPr>
              <w:t xml:space="preserve"> (ссылка для прослушивания и скачивания аудиозаписи); </w:t>
            </w:r>
            <w:r>
              <w:t>http</w:t>
            </w:r>
            <w:r w:rsidRPr="00332DB8">
              <w:rPr>
                <w:lang w:val="ru-RU"/>
              </w:rPr>
              <w:t>://</w:t>
            </w:r>
            <w:r>
              <w:t>naitimp</w:t>
            </w:r>
            <w:r w:rsidRPr="00332DB8">
              <w:rPr>
                <w:lang w:val="ru-RU"/>
              </w:rPr>
              <w:t>3.</w:t>
            </w:r>
            <w:r>
              <w:t>ru</w:t>
            </w:r>
            <w:r w:rsidRPr="00332DB8">
              <w:rPr>
                <w:lang w:val="ru-RU"/>
              </w:rPr>
              <w:t>/</w:t>
            </w:r>
            <w:r>
              <w:t>search</w:t>
            </w:r>
            <w:r w:rsidRPr="00332DB8">
              <w:rPr>
                <w:lang w:val="ru-RU"/>
              </w:rPr>
              <w:t>/?</w:t>
            </w:r>
            <w:r>
              <w:t>query</w:t>
            </w:r>
            <w:r w:rsidRPr="00332DB8">
              <w:rPr>
                <w:lang w:val="ru-RU"/>
              </w:rPr>
              <w:t>=%</w:t>
            </w:r>
            <w:r>
              <w:t>D</w:t>
            </w:r>
            <w:r w:rsidRPr="00332DB8">
              <w:rPr>
                <w:lang w:val="ru-RU"/>
              </w:rPr>
              <w:t>0%</w:t>
            </w:r>
            <w:r>
              <w:t>A</w:t>
            </w:r>
            <w:r w:rsidRPr="00332DB8">
              <w:rPr>
                <w:lang w:val="ru-RU"/>
              </w:rPr>
              <w:t>5%</w:t>
            </w:r>
            <w:r>
              <w:t>D</w:t>
            </w:r>
            <w:r w:rsidRPr="00332DB8">
              <w:rPr>
                <w:lang w:val="ru-RU"/>
              </w:rPr>
              <w:t>0%</w:t>
            </w:r>
            <w:r>
              <w:t>BE</w:t>
            </w:r>
            <w:r w:rsidRPr="00332DB8">
              <w:rPr>
                <w:lang w:val="ru-RU"/>
              </w:rPr>
              <w:t>%</w:t>
            </w:r>
            <w:r>
              <w:t>D</w:t>
            </w:r>
            <w:r w:rsidRPr="00332DB8">
              <w:rPr>
                <w:lang w:val="ru-RU"/>
              </w:rPr>
              <w:t>1%80%</w:t>
            </w:r>
            <w:r>
              <w:t>D</w:t>
            </w:r>
            <w:r w:rsidRPr="00332DB8">
              <w:rPr>
                <w:lang w:val="ru-RU"/>
              </w:rPr>
              <w:t>0%</w:t>
            </w:r>
            <w:r>
              <w:t>A</w:t>
            </w:r>
            <w:r w:rsidRPr="00332DB8">
              <w:rPr>
                <w:lang w:val="ru-RU"/>
              </w:rPr>
              <w:t>1%</w:t>
            </w:r>
            <w:r>
              <w:t>D</w:t>
            </w:r>
            <w:r w:rsidRPr="00332DB8">
              <w:rPr>
                <w:lang w:val="ru-RU"/>
              </w:rPr>
              <w:t>0%</w:t>
            </w:r>
            <w:r>
              <w:t>A</w:t>
            </w:r>
            <w:r w:rsidRPr="00332DB8">
              <w:rPr>
                <w:lang w:val="ru-RU"/>
              </w:rPr>
              <w:t>1%20%</w:t>
            </w:r>
            <w:r>
              <w:t>D</w:t>
            </w:r>
            <w:r w:rsidRPr="00332DB8">
              <w:rPr>
                <w:lang w:val="ru-RU"/>
              </w:rPr>
              <w:t>0%97%</w:t>
            </w:r>
            <w:r>
              <w:t>D</w:t>
            </w:r>
            <w:r w:rsidRPr="00332DB8">
              <w:rPr>
                <w:lang w:val="ru-RU"/>
              </w:rPr>
              <w:t>0%</w:t>
            </w:r>
            <w:r>
              <w:t>B</w:t>
            </w:r>
            <w:r w:rsidRPr="00332DB8">
              <w:rPr>
                <w:lang w:val="ru-RU"/>
              </w:rPr>
              <w:t>5%</w:t>
            </w:r>
            <w:r>
              <w:t>D</w:t>
            </w:r>
            <w:r w:rsidRPr="00332DB8">
              <w:rPr>
                <w:lang w:val="ru-RU"/>
              </w:rPr>
              <w:t>0%</w:t>
            </w:r>
            <w:r>
              <w:t>BC</w:t>
            </w:r>
            <w:r w:rsidRPr="00332DB8">
              <w:rPr>
                <w:lang w:val="ru-RU"/>
              </w:rPr>
              <w:t>%</w:t>
            </w:r>
            <w:r>
              <w:t>D</w:t>
            </w:r>
            <w:r w:rsidRPr="00332DB8">
              <w:rPr>
                <w:lang w:val="ru-RU"/>
              </w:rPr>
              <w:t>0%</w:t>
            </w:r>
            <w:r>
              <w:t>BB</w:t>
            </w:r>
            <w:r w:rsidRPr="00332DB8">
              <w:rPr>
                <w:lang w:val="ru-RU"/>
              </w:rPr>
              <w:t>%</w:t>
            </w:r>
            <w:r>
              <w:t>D</w:t>
            </w:r>
            <w:r w:rsidRPr="00332DB8">
              <w:rPr>
                <w:lang w:val="ru-RU"/>
              </w:rPr>
              <w:t>1%8</w:t>
            </w:r>
            <w:r>
              <w:t>F</w:t>
            </w:r>
            <w:r w:rsidRPr="00332DB8">
              <w:rPr>
                <w:lang w:val="ru-RU"/>
              </w:rPr>
              <w:t>%20%</w:t>
            </w:r>
            <w:r>
              <w:t>D</w:t>
            </w:r>
            <w:r w:rsidRPr="00332DB8">
              <w:rPr>
                <w:lang w:val="ru-RU"/>
              </w:rPr>
              <w:t>0%90%</w:t>
            </w:r>
            <w:r>
              <w:t>D</w:t>
            </w:r>
            <w:r w:rsidRPr="00332DB8">
              <w:rPr>
                <w:lang w:val="ru-RU"/>
              </w:rPr>
              <w:t>0%</w:t>
            </w:r>
            <w:r>
              <w:t>BC</w:t>
            </w:r>
            <w:r w:rsidRPr="00332DB8">
              <w:rPr>
                <w:lang w:val="ru-RU"/>
              </w:rPr>
              <w:t>%</w:t>
            </w:r>
            <w:r>
              <w:t>D</w:t>
            </w:r>
            <w:r w:rsidRPr="00332DB8">
              <w:rPr>
                <w:lang w:val="ru-RU"/>
              </w:rPr>
              <w:t>1%83%</w:t>
            </w:r>
            <w:r>
              <w:t>D</w:t>
            </w:r>
            <w:r w:rsidRPr="00332DB8">
              <w:rPr>
                <w:lang w:val="ru-RU"/>
              </w:rPr>
              <w:t>1%80%</w:t>
            </w:r>
            <w:r>
              <w:t>D</w:t>
            </w:r>
            <w:r w:rsidRPr="00332DB8">
              <w:rPr>
                <w:lang w:val="ru-RU"/>
              </w:rPr>
              <w:t>1%81%</w:t>
            </w:r>
            <w:r>
              <w:t>D</w:t>
            </w:r>
            <w:r w:rsidRPr="00332DB8">
              <w:rPr>
                <w:lang w:val="ru-RU"/>
              </w:rPr>
              <w:t>0%</w:t>
            </w:r>
            <w:r>
              <w:t>BA</w:t>
            </w:r>
            <w:r w:rsidRPr="00332DB8">
              <w:rPr>
                <w:lang w:val="ru-RU"/>
              </w:rPr>
              <w:t>%</w:t>
            </w:r>
            <w:r>
              <w:t>D</w:t>
            </w:r>
            <w:r w:rsidRPr="00332DB8">
              <w:rPr>
                <w:lang w:val="ru-RU"/>
              </w:rPr>
              <w:t>0%</w:t>
            </w:r>
            <w:r>
              <w:t>B</w:t>
            </w:r>
            <w:r w:rsidRPr="00332DB8">
              <w:rPr>
                <w:lang w:val="ru-RU"/>
              </w:rPr>
              <w:t>0%</w:t>
            </w:r>
            <w:r>
              <w:t>D</w:t>
            </w:r>
            <w:r w:rsidRPr="00332DB8">
              <w:rPr>
                <w:lang w:val="ru-RU"/>
              </w:rPr>
              <w:t>1%8</w:t>
            </w:r>
            <w:r>
              <w:t>F</w:t>
            </w:r>
            <w:r w:rsidRPr="00332DB8">
              <w:rPr>
                <w:lang w:val="ru-RU"/>
              </w:rPr>
              <w:t xml:space="preserve"> (ссылка для прослушивания и скачивания аудиозаписи); </w:t>
            </w:r>
            <w:r>
              <w:t>https</w:t>
            </w:r>
            <w:r w:rsidRPr="00332DB8">
              <w:rPr>
                <w:lang w:val="ru-RU"/>
              </w:rPr>
              <w:t>://</w:t>
            </w:r>
            <w:r>
              <w:t>moosic</w:t>
            </w:r>
            <w:r w:rsidRPr="00332DB8">
              <w:rPr>
                <w:lang w:val="ru-RU"/>
              </w:rPr>
              <w:t>/</w:t>
            </w:r>
            <w:r>
              <w:t>cc</w:t>
            </w:r>
            <w:r w:rsidRPr="00332DB8">
              <w:rPr>
                <w:lang w:val="ru-RU"/>
              </w:rPr>
              <w:t>/</w:t>
            </w:r>
            <w:r>
              <w:t>mp</w:t>
            </w:r>
            <w:r w:rsidRPr="00332DB8">
              <w:rPr>
                <w:lang w:val="ru-RU"/>
              </w:rPr>
              <w:t>3/%</w:t>
            </w:r>
            <w:r>
              <w:t>D</w:t>
            </w:r>
            <w:r w:rsidRPr="00332DB8">
              <w:rPr>
                <w:lang w:val="ru-RU"/>
              </w:rPr>
              <w:t>0%</w:t>
            </w:r>
            <w:r>
              <w:t>A</w:t>
            </w:r>
            <w:r w:rsidRPr="00332DB8">
              <w:rPr>
                <w:lang w:val="ru-RU"/>
              </w:rPr>
              <w:t>5%</w:t>
            </w:r>
            <w:r>
              <w:t>D</w:t>
            </w:r>
            <w:r w:rsidRPr="00332DB8">
              <w:rPr>
                <w:lang w:val="ru-RU"/>
              </w:rPr>
              <w:t>0%</w:t>
            </w:r>
            <w:r>
              <w:t>BE</w:t>
            </w:r>
            <w:r w:rsidRPr="00332DB8">
              <w:rPr>
                <w:lang w:val="ru-RU"/>
              </w:rPr>
              <w:t>%</w:t>
            </w:r>
            <w:r>
              <w:t>D</w:t>
            </w:r>
            <w:r w:rsidRPr="00332DB8">
              <w:rPr>
                <w:lang w:val="ru-RU"/>
              </w:rPr>
              <w:t>1%80%</w:t>
            </w:r>
            <w:r>
              <w:t>D</w:t>
            </w:r>
            <w:r w:rsidRPr="00332DB8">
              <w:rPr>
                <w:lang w:val="ru-RU"/>
              </w:rPr>
              <w:t>0%</w:t>
            </w:r>
            <w:r>
              <w:t>A</w:t>
            </w:r>
            <w:r w:rsidRPr="00332DB8">
              <w:rPr>
                <w:lang w:val="ru-RU"/>
              </w:rPr>
              <w:t>1%</w:t>
            </w:r>
            <w:r>
              <w:t>D</w:t>
            </w:r>
            <w:r w:rsidRPr="00332DB8">
              <w:rPr>
                <w:lang w:val="ru-RU"/>
              </w:rPr>
              <w:t>0%</w:t>
            </w:r>
            <w:r>
              <w:t>A</w:t>
            </w:r>
            <w:r w:rsidRPr="00332DB8">
              <w:rPr>
                <w:lang w:val="ru-RU"/>
              </w:rPr>
              <w:t>1+%</w:t>
            </w:r>
            <w:r>
              <w:t>D</w:t>
            </w:r>
            <w:r w:rsidRPr="00332DB8">
              <w:rPr>
                <w:lang w:val="ru-RU"/>
              </w:rPr>
              <w:t>0%97%</w:t>
            </w:r>
            <w:r>
              <w:t>D</w:t>
            </w:r>
            <w:r w:rsidRPr="00332DB8">
              <w:rPr>
                <w:lang w:val="ru-RU"/>
              </w:rPr>
              <w:t>0%</w:t>
            </w:r>
            <w:r>
              <w:t>B</w:t>
            </w:r>
            <w:r w:rsidRPr="00332DB8">
              <w:rPr>
                <w:lang w:val="ru-RU"/>
              </w:rPr>
              <w:t>5%</w:t>
            </w:r>
            <w:r>
              <w:t>D</w:t>
            </w:r>
            <w:r w:rsidRPr="00332DB8">
              <w:rPr>
                <w:lang w:val="ru-RU"/>
              </w:rPr>
              <w:t>0%</w:t>
            </w:r>
            <w:r>
              <w:t>BC</w:t>
            </w:r>
            <w:r w:rsidRPr="00332DB8">
              <w:rPr>
                <w:lang w:val="ru-RU"/>
              </w:rPr>
              <w:t>%</w:t>
            </w:r>
            <w:r>
              <w:t>DO</w:t>
            </w:r>
            <w:r w:rsidRPr="00332DB8">
              <w:rPr>
                <w:lang w:val="ru-RU"/>
              </w:rPr>
              <w:t>%</w:t>
            </w:r>
            <w:r>
              <w:t>BC</w:t>
            </w:r>
            <w:r w:rsidRPr="00332DB8">
              <w:rPr>
                <w:lang w:val="ru-RU"/>
              </w:rPr>
              <w:t>%</w:t>
            </w:r>
            <w:r>
              <w:t>DO</w:t>
            </w:r>
            <w:r w:rsidRPr="00332DB8">
              <w:rPr>
                <w:lang w:val="ru-RU"/>
              </w:rPr>
              <w:t>%</w:t>
            </w:r>
            <w:r>
              <w:t>BB</w:t>
            </w:r>
            <w:r w:rsidRPr="00332DB8">
              <w:rPr>
                <w:lang w:val="ru-RU"/>
              </w:rPr>
              <w:t>%</w:t>
            </w:r>
            <w:r>
              <w:t>D</w:t>
            </w:r>
            <w:r w:rsidRPr="00332DB8">
              <w:rPr>
                <w:lang w:val="ru-RU"/>
              </w:rPr>
              <w:t>1%8</w:t>
            </w:r>
            <w:r>
              <w:t>F</w:t>
            </w:r>
            <w:r w:rsidRPr="00332DB8">
              <w:rPr>
                <w:lang w:val="ru-RU"/>
              </w:rPr>
              <w:t>+%</w:t>
            </w:r>
            <w:r>
              <w:t>D</w:t>
            </w:r>
            <w:r w:rsidRPr="00332DB8">
              <w:rPr>
                <w:lang w:val="ru-RU"/>
              </w:rPr>
              <w:t>0%90%</w:t>
            </w:r>
            <w:r>
              <w:t>D</w:t>
            </w:r>
            <w:r w:rsidRPr="00332DB8">
              <w:rPr>
                <w:lang w:val="ru-RU"/>
              </w:rPr>
              <w:t>0%</w:t>
            </w:r>
            <w:r>
              <w:t>BC</w:t>
            </w:r>
            <w:r w:rsidRPr="00332DB8">
              <w:rPr>
                <w:lang w:val="ru-RU"/>
              </w:rPr>
              <w:t>%</w:t>
            </w:r>
            <w:r>
              <w:t>D</w:t>
            </w:r>
            <w:r w:rsidRPr="00332DB8">
              <w:rPr>
                <w:lang w:val="ru-RU"/>
              </w:rPr>
              <w:t>1%83%</w:t>
            </w:r>
            <w:r>
              <w:t>D</w:t>
            </w:r>
            <w:r w:rsidRPr="00332DB8">
              <w:rPr>
                <w:lang w:val="ru-RU"/>
              </w:rPr>
              <w:t>1%80%</w:t>
            </w:r>
            <w:r>
              <w:t>D</w:t>
            </w:r>
            <w:r w:rsidRPr="00332DB8">
              <w:rPr>
                <w:lang w:val="ru-RU"/>
              </w:rPr>
              <w:t>1%81%</w:t>
            </w:r>
            <w:r>
              <w:t>D</w:t>
            </w:r>
            <w:r w:rsidRPr="00332DB8">
              <w:rPr>
                <w:lang w:val="ru-RU"/>
              </w:rPr>
              <w:t>0%</w:t>
            </w:r>
            <w:r>
              <w:t>BA</w:t>
            </w:r>
            <w:r w:rsidRPr="00332DB8">
              <w:rPr>
                <w:lang w:val="ru-RU"/>
              </w:rPr>
              <w:t>%</w:t>
            </w:r>
            <w:r>
              <w:t>D</w:t>
            </w:r>
            <w:r w:rsidRPr="00332DB8">
              <w:rPr>
                <w:lang w:val="ru-RU"/>
              </w:rPr>
              <w:t>0%</w:t>
            </w:r>
            <w:r>
              <w:t>B</w:t>
            </w:r>
            <w:r w:rsidRPr="00332DB8">
              <w:rPr>
                <w:lang w:val="ru-RU"/>
              </w:rPr>
              <w:t>0%</w:t>
            </w:r>
            <w:r>
              <w:t>D</w:t>
            </w:r>
            <w:r w:rsidRPr="00332DB8">
              <w:rPr>
                <w:lang w:val="ru-RU"/>
              </w:rPr>
              <w:t>1%8</w:t>
            </w:r>
            <w:r>
              <w:t>F</w:t>
            </w:r>
            <w:r w:rsidRPr="00332DB8">
              <w:rPr>
                <w:lang w:val="ru-RU"/>
              </w:rPr>
              <w:t xml:space="preserve"> (ссылка для прослушивания и скачивания аудиозаписи) (решение Центрального районного суда г. Хабаровска от 13.04.2018);</w:t>
            </w:r>
          </w:p>
        </w:tc>
        <w:tc>
          <w:tcPr>
            <w:tcW w:w="2880" w:type="dxa"/>
          </w:tcPr>
          <w:p w:rsidR="006F7457" w:rsidRDefault="00332DB8">
            <w:r>
              <w:t>16.11.2018</w:t>
            </w:r>
          </w:p>
        </w:tc>
      </w:tr>
      <w:tr w:rsidR="006F7457">
        <w:tc>
          <w:tcPr>
            <w:tcW w:w="2880" w:type="dxa"/>
          </w:tcPr>
          <w:p w:rsidR="006F7457" w:rsidRDefault="00332DB8">
            <w:r>
              <w:t>461</w:t>
            </w:r>
            <w:r>
              <w:lastRenderedPageBreak/>
              <w:t>0.</w:t>
            </w:r>
          </w:p>
        </w:tc>
        <w:tc>
          <w:tcPr>
            <w:tcW w:w="2880" w:type="dxa"/>
          </w:tcPr>
          <w:p w:rsidR="006F7457" w:rsidRPr="00332DB8" w:rsidRDefault="00332DB8">
            <w:pPr>
              <w:rPr>
                <w:lang w:val="ru-RU"/>
              </w:rPr>
            </w:pPr>
            <w:r w:rsidRPr="00332DB8">
              <w:rPr>
                <w:lang w:val="ru-RU"/>
              </w:rPr>
              <w:lastRenderedPageBreak/>
              <w:t xml:space="preserve">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w:t>
            </w:r>
            <w:r w:rsidRPr="00332DB8">
              <w:rPr>
                <w:lang w:val="ru-RU"/>
              </w:rPr>
              <w:lastRenderedPageBreak/>
              <w:t xml:space="preserve">эти «Кремлевские Людоеды» в меньшей степени, чем те, которые сейчас смотрят на Россию», продолжительностью 1мин.54сек.), расположенные по электронным адресам: </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 xml:space="preserve">= </w:t>
            </w:r>
            <w:r>
              <w:t>BK</w:t>
            </w:r>
            <w:r w:rsidRPr="00332DB8">
              <w:rPr>
                <w:lang w:val="ru-RU"/>
              </w:rPr>
              <w:t>9</w:t>
            </w:r>
            <w:r>
              <w:t>IiUDbBeA</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WODERrCzTdg</w:t>
            </w:r>
            <w:r w:rsidRPr="00332DB8">
              <w:rPr>
                <w:lang w:val="ru-RU"/>
              </w:rPr>
              <w:t xml:space="preserve">?, </w:t>
            </w:r>
            <w:r>
              <w:t>https</w:t>
            </w:r>
            <w:r w:rsidRPr="00332DB8">
              <w:rPr>
                <w:lang w:val="ru-RU"/>
              </w:rPr>
              <w:t>://</w:t>
            </w:r>
            <w:r>
              <w:t>ok</w:t>
            </w:r>
            <w:r w:rsidRPr="00332DB8">
              <w:rPr>
                <w:lang w:val="ru-RU"/>
              </w:rPr>
              <w:t>.</w:t>
            </w:r>
            <w:r>
              <w:t>ru</w:t>
            </w:r>
            <w:r w:rsidRPr="00332DB8">
              <w:rPr>
                <w:lang w:val="ru-RU"/>
              </w:rPr>
              <w:t>/</w:t>
            </w:r>
            <w:r>
              <w:t>video</w:t>
            </w:r>
            <w:r w:rsidRPr="00332DB8">
              <w:rPr>
                <w:lang w:val="ru-RU"/>
              </w:rPr>
              <w:t xml:space="preserve">/1026 9296005,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 xml:space="preserve"> =</w:t>
            </w:r>
            <w:r>
              <w:t>MwBzSKE</w:t>
            </w:r>
            <w:r w:rsidRPr="00332DB8">
              <w:rPr>
                <w:lang w:val="ru-RU"/>
              </w:rPr>
              <w:t>9</w:t>
            </w:r>
            <w:r>
              <w:t>ycI</w:t>
            </w:r>
            <w:r w:rsidRPr="00332DB8">
              <w:rPr>
                <w:lang w:val="ru-RU"/>
              </w:rPr>
              <w:t xml:space="preserve">, </w:t>
            </w:r>
            <w:r>
              <w:t>https</w:t>
            </w:r>
            <w:r w:rsidRPr="00332DB8">
              <w:rPr>
                <w:lang w:val="ru-RU"/>
              </w:rPr>
              <w:t>://</w:t>
            </w:r>
            <w:r>
              <w:t>m</w:t>
            </w:r>
            <w:r w:rsidRPr="00332DB8">
              <w:rPr>
                <w:lang w:val="ru-RU"/>
              </w:rPr>
              <w:t>.</w:t>
            </w:r>
            <w:r>
              <w:t>ok</w:t>
            </w:r>
            <w:r w:rsidRPr="00332DB8">
              <w:rPr>
                <w:lang w:val="ru-RU"/>
              </w:rPr>
              <w:t>.</w:t>
            </w:r>
            <w:r>
              <w:t>ru</w:t>
            </w:r>
            <w:r w:rsidRPr="00332DB8">
              <w:rPr>
                <w:lang w:val="ru-RU"/>
              </w:rPr>
              <w:t>/</w:t>
            </w:r>
            <w:r>
              <w:t>video</w:t>
            </w:r>
            <w:r w:rsidRPr="00332DB8">
              <w:rPr>
                <w:lang w:val="ru-RU"/>
              </w:rPr>
              <w:t xml:space="preserve">/ 10269296005, </w:t>
            </w:r>
            <w:r>
              <w:t>https</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qynzQ</w:t>
            </w:r>
            <w:r w:rsidRPr="00332DB8">
              <w:rPr>
                <w:lang w:val="ru-RU"/>
              </w:rPr>
              <w:t>_</w:t>
            </w:r>
            <w:r>
              <w:t>y</w:t>
            </w:r>
            <w:r w:rsidRPr="00332DB8">
              <w:rPr>
                <w:lang w:val="ru-RU"/>
              </w:rPr>
              <w:t>3-</w:t>
            </w:r>
            <w:r>
              <w:t>DM</w:t>
            </w:r>
            <w:r w:rsidRPr="00332DB8">
              <w:rPr>
                <w:lang w:val="ru-RU"/>
              </w:rPr>
              <w:t xml:space="preserve">, </w:t>
            </w:r>
            <w:r>
              <w:t>https</w:t>
            </w:r>
            <w:r w:rsidRPr="00332DB8">
              <w:rPr>
                <w:lang w:val="ru-RU"/>
              </w:rPr>
              <w:t>://</w:t>
            </w:r>
            <w:r>
              <w:t>www</w:t>
            </w:r>
            <w:r w:rsidRPr="00332DB8">
              <w:rPr>
                <w:lang w:val="ru-RU"/>
              </w:rPr>
              <w:t>.</w:t>
            </w:r>
            <w:r>
              <w:t>youtube</w:t>
            </w:r>
            <w:r w:rsidRPr="00332DB8">
              <w:rPr>
                <w:lang w:val="ru-RU"/>
              </w:rPr>
              <w:t xml:space="preserve">. </w:t>
            </w:r>
            <w:r>
              <w:t>com</w:t>
            </w:r>
            <w:r w:rsidRPr="00332DB8">
              <w:rPr>
                <w:lang w:val="ru-RU"/>
              </w:rPr>
              <w:t>/</w:t>
            </w:r>
            <w:r>
              <w:t>watch</w:t>
            </w:r>
            <w:r w:rsidRPr="00332DB8">
              <w:rPr>
                <w:lang w:val="ru-RU"/>
              </w:rPr>
              <w:t>?</w:t>
            </w:r>
            <w:r>
              <w:t>v</w:t>
            </w:r>
            <w:r w:rsidRPr="00332DB8">
              <w:rPr>
                <w:lang w:val="ru-RU"/>
              </w:rPr>
              <w:t>=</w:t>
            </w:r>
            <w:r>
              <w:t>WF</w:t>
            </w:r>
            <w:r w:rsidRPr="00332DB8">
              <w:rPr>
                <w:lang w:val="ru-RU"/>
              </w:rPr>
              <w:t>4</w:t>
            </w:r>
            <w:r>
              <w:t>HeLA</w:t>
            </w:r>
            <w:r w:rsidRPr="00332DB8">
              <w:rPr>
                <w:lang w:val="ru-RU"/>
              </w:rPr>
              <w:t>7</w:t>
            </w:r>
            <w:r>
              <w:t>cBw</w:t>
            </w:r>
            <w:r w:rsidRPr="00332DB8">
              <w:rPr>
                <w:lang w:val="ru-RU"/>
              </w:rPr>
              <w:t xml:space="preserve"> (решение Кировского районного суда г. Уфы Республики Башкортостан от 06.12.2017);</w:t>
            </w:r>
          </w:p>
        </w:tc>
        <w:tc>
          <w:tcPr>
            <w:tcW w:w="2880" w:type="dxa"/>
          </w:tcPr>
          <w:p w:rsidR="006F7457" w:rsidRDefault="00332DB8">
            <w:r>
              <w:lastRenderedPageBreak/>
              <w:t>16.11.201</w:t>
            </w:r>
            <w:r>
              <w:lastRenderedPageBreak/>
              <w:t>8</w:t>
            </w:r>
          </w:p>
        </w:tc>
      </w:tr>
      <w:tr w:rsidR="006F7457">
        <w:tc>
          <w:tcPr>
            <w:tcW w:w="2880" w:type="dxa"/>
          </w:tcPr>
          <w:p w:rsidR="006F7457" w:rsidRDefault="00332DB8">
            <w:r>
              <w:lastRenderedPageBreak/>
              <w:t>4611.</w:t>
            </w:r>
          </w:p>
        </w:tc>
        <w:tc>
          <w:tcPr>
            <w:tcW w:w="2880" w:type="dxa"/>
          </w:tcPr>
          <w:p w:rsidR="006F7457" w:rsidRPr="00332DB8" w:rsidRDefault="00332DB8">
            <w:pPr>
              <w:rPr>
                <w:lang w:val="ru-RU"/>
              </w:rPr>
            </w:pPr>
            <w:r w:rsidRPr="00332DB8">
              <w:rPr>
                <w:lang w:val="ru-RU"/>
              </w:rPr>
              <w:t xml:space="preserve">Интернет – ресурс « Уфагубъ» </w:t>
            </w:r>
            <w:r>
              <w:t>http</w:t>
            </w:r>
            <w:r w:rsidRPr="00332DB8">
              <w:rPr>
                <w:lang w:val="ru-RU"/>
              </w:rPr>
              <w:t>://</w:t>
            </w:r>
            <w:r>
              <w:t>www</w:t>
            </w:r>
            <w:r w:rsidRPr="00332DB8">
              <w:rPr>
                <w:lang w:val="ru-RU"/>
              </w:rPr>
              <w:t>.</w:t>
            </w:r>
            <w:r>
              <w:t>ufagub</w:t>
            </w:r>
            <w:r w:rsidRPr="00332DB8">
              <w:rPr>
                <w:lang w:val="ru-RU"/>
              </w:rPr>
              <w:t>.</w:t>
            </w:r>
            <w:r>
              <w:t>com</w:t>
            </w:r>
            <w:r w:rsidRPr="00332DB8">
              <w:rPr>
                <w:lang w:val="ru-RU"/>
              </w:rPr>
              <w:t xml:space="preserve"> (решение Кировского районного суда г. Уфы Республики Башкортостан от 01.09.2010);</w:t>
            </w:r>
          </w:p>
        </w:tc>
        <w:tc>
          <w:tcPr>
            <w:tcW w:w="2880" w:type="dxa"/>
          </w:tcPr>
          <w:p w:rsidR="006F7457" w:rsidRDefault="00332DB8">
            <w:r>
              <w:t>16.11.2018</w:t>
            </w:r>
          </w:p>
        </w:tc>
      </w:tr>
      <w:tr w:rsidR="006F7457">
        <w:tc>
          <w:tcPr>
            <w:tcW w:w="2880" w:type="dxa"/>
          </w:tcPr>
          <w:p w:rsidR="006F7457" w:rsidRDefault="00332DB8">
            <w:r>
              <w:t>4612.</w:t>
            </w:r>
          </w:p>
        </w:tc>
        <w:tc>
          <w:tcPr>
            <w:tcW w:w="2880" w:type="dxa"/>
          </w:tcPr>
          <w:p w:rsidR="006F7457" w:rsidRPr="00332DB8" w:rsidRDefault="00332DB8">
            <w:pPr>
              <w:rPr>
                <w:lang w:val="ru-RU"/>
              </w:rPr>
            </w:pPr>
            <w:r w:rsidRPr="00332DB8">
              <w:rPr>
                <w:lang w:val="ru-RU"/>
              </w:rPr>
              <w:t xml:space="preserve">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w:t>
            </w:r>
            <w:r>
              <w:t>https</w:t>
            </w:r>
            <w:r w:rsidRPr="00332DB8">
              <w:rPr>
                <w:lang w:val="ru-RU"/>
              </w:rPr>
              <w:t>://</w:t>
            </w:r>
            <w:r>
              <w:t>refdb</w:t>
            </w:r>
            <w:r w:rsidRPr="00332DB8">
              <w:rPr>
                <w:lang w:val="ru-RU"/>
              </w:rPr>
              <w:t>.</w:t>
            </w:r>
            <w:r>
              <w:t>ru</w:t>
            </w:r>
            <w:r w:rsidRPr="00332DB8">
              <w:rPr>
                <w:lang w:val="ru-RU"/>
              </w:rPr>
              <w:t>/</w:t>
            </w:r>
            <w:r>
              <w:t>look</w:t>
            </w:r>
            <w:r w:rsidRPr="00332DB8">
              <w:rPr>
                <w:lang w:val="ru-RU"/>
              </w:rPr>
              <w:t>/2792709.</w:t>
            </w:r>
            <w:r>
              <w:t>html</w:t>
            </w:r>
            <w:r w:rsidRPr="00332DB8">
              <w:rPr>
                <w:lang w:val="ru-RU"/>
              </w:rPr>
              <w:t>, за исключением содержащихся в нем сур, аятов и цитат из Корана (решение Кировского районного суда г. Уфы Республики Башкортостан от 15.06.2017);</w:t>
            </w:r>
          </w:p>
        </w:tc>
        <w:tc>
          <w:tcPr>
            <w:tcW w:w="2880" w:type="dxa"/>
          </w:tcPr>
          <w:p w:rsidR="006F7457" w:rsidRDefault="00332DB8">
            <w:r>
              <w:t>16.11.2018</w:t>
            </w:r>
          </w:p>
        </w:tc>
      </w:tr>
      <w:tr w:rsidR="006F7457">
        <w:tc>
          <w:tcPr>
            <w:tcW w:w="2880" w:type="dxa"/>
          </w:tcPr>
          <w:p w:rsidR="006F7457" w:rsidRDefault="00332DB8">
            <w:r>
              <w:t>4613.</w:t>
            </w:r>
          </w:p>
        </w:tc>
        <w:tc>
          <w:tcPr>
            <w:tcW w:w="2880" w:type="dxa"/>
          </w:tcPr>
          <w:p w:rsidR="006F7457" w:rsidRPr="00332DB8" w:rsidRDefault="00332DB8">
            <w:pPr>
              <w:rPr>
                <w:lang w:val="ru-RU"/>
              </w:rPr>
            </w:pPr>
            <w:r w:rsidRPr="00332DB8">
              <w:rPr>
                <w:lang w:val="ru-RU"/>
              </w:rPr>
              <w:t>Видеофайлы - «</w:t>
            </w:r>
            <w:r>
              <w:t>Russia</w:t>
            </w:r>
            <w:r w:rsidRPr="00332DB8">
              <w:rPr>
                <w:lang w:val="ru-RU"/>
              </w:rPr>
              <w:t>_88», «</w:t>
            </w:r>
            <w:r>
              <w:t>Russia</w:t>
            </w:r>
            <w:r w:rsidRPr="00332DB8">
              <w:rPr>
                <w:lang w:val="ru-RU"/>
              </w:rPr>
              <w:t>_88 наше первое видео» и «</w:t>
            </w:r>
            <w:r>
              <w:t>Russia</w:t>
            </w:r>
            <w:r w:rsidRPr="00332DB8">
              <w:rPr>
                <w:lang w:val="ru-RU"/>
              </w:rPr>
              <w:t xml:space="preserve"> 88», размещенные Попелковским Е. А. в Интернет-сайте «</w:t>
            </w:r>
            <w:r>
              <w:t>www</w:t>
            </w:r>
            <w:r w:rsidRPr="00332DB8">
              <w:rPr>
                <w:lang w:val="ru-RU"/>
              </w:rPr>
              <w:t>.</w:t>
            </w:r>
            <w:r>
              <w:t>vkontakte</w:t>
            </w:r>
            <w:r w:rsidRPr="00332DB8">
              <w:rPr>
                <w:lang w:val="ru-RU"/>
              </w:rPr>
              <w:t>.</w:t>
            </w:r>
            <w:r>
              <w:t>ru</w:t>
            </w:r>
            <w:r w:rsidRPr="00332DB8">
              <w:rPr>
                <w:lang w:val="ru-RU"/>
              </w:rPr>
              <w:t>» (заочное решение Солнцевского районного суда города Москвы от 15.07.2011);</w:t>
            </w:r>
          </w:p>
        </w:tc>
        <w:tc>
          <w:tcPr>
            <w:tcW w:w="2880" w:type="dxa"/>
          </w:tcPr>
          <w:p w:rsidR="006F7457" w:rsidRDefault="00332DB8">
            <w:r>
              <w:t>16.11.2018</w:t>
            </w:r>
          </w:p>
        </w:tc>
      </w:tr>
      <w:tr w:rsidR="006F7457">
        <w:tc>
          <w:tcPr>
            <w:tcW w:w="2880" w:type="dxa"/>
          </w:tcPr>
          <w:p w:rsidR="006F7457" w:rsidRDefault="00332DB8">
            <w:r>
              <w:t>4614.</w:t>
            </w:r>
          </w:p>
        </w:tc>
        <w:tc>
          <w:tcPr>
            <w:tcW w:w="2880" w:type="dxa"/>
          </w:tcPr>
          <w:p w:rsidR="006F7457" w:rsidRPr="00332DB8" w:rsidRDefault="00332DB8">
            <w:pPr>
              <w:rPr>
                <w:lang w:val="ru-RU"/>
              </w:rPr>
            </w:pPr>
            <w:r w:rsidRPr="00332DB8">
              <w:rPr>
                <w:lang w:val="ru-RU"/>
              </w:rPr>
              <w:t xml:space="preserve">Книга Альфреда Розенберга «МИФ </w:t>
            </w:r>
            <w:r>
              <w:t>XX</w:t>
            </w:r>
            <w:r w:rsidRPr="00332DB8">
              <w:rPr>
                <w:lang w:val="ru-RU"/>
              </w:rPr>
              <w:t xml:space="preserve">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2880" w:type="dxa"/>
          </w:tcPr>
          <w:p w:rsidR="006F7457" w:rsidRDefault="00332DB8">
            <w:r>
              <w:t>16.11.2018</w:t>
            </w:r>
          </w:p>
        </w:tc>
      </w:tr>
      <w:tr w:rsidR="006F7457">
        <w:tc>
          <w:tcPr>
            <w:tcW w:w="2880" w:type="dxa"/>
          </w:tcPr>
          <w:p w:rsidR="006F7457" w:rsidRDefault="00332DB8">
            <w:r>
              <w:t>4</w:t>
            </w:r>
            <w:r>
              <w:lastRenderedPageBreak/>
              <w:t>615.</w:t>
            </w:r>
          </w:p>
        </w:tc>
        <w:tc>
          <w:tcPr>
            <w:tcW w:w="2880" w:type="dxa"/>
          </w:tcPr>
          <w:p w:rsidR="006F7457" w:rsidRPr="00332DB8" w:rsidRDefault="00332DB8">
            <w:pPr>
              <w:rPr>
                <w:lang w:val="ru-RU"/>
              </w:rPr>
            </w:pPr>
            <w:r w:rsidRPr="00332DB8">
              <w:rPr>
                <w:lang w:val="ru-RU"/>
              </w:rPr>
              <w:lastRenderedPageBreak/>
              <w:t xml:space="preserve">Информационный материал, расположенный в сети «Интернет» по адресу: </w:t>
            </w:r>
            <w:r>
              <w:t>http</w:t>
            </w:r>
            <w:r w:rsidRPr="00332DB8">
              <w:rPr>
                <w:lang w:val="ru-RU"/>
              </w:rPr>
              <w:t>://</w:t>
            </w:r>
            <w:r>
              <w:t>fanat</w:t>
            </w:r>
            <w:r w:rsidRPr="00332DB8">
              <w:rPr>
                <w:lang w:val="ru-RU"/>
              </w:rPr>
              <w:t>1</w:t>
            </w:r>
            <w:r>
              <w:t>k</w:t>
            </w:r>
            <w:r w:rsidRPr="00332DB8">
              <w:rPr>
                <w:lang w:val="ru-RU"/>
              </w:rPr>
              <w:t>.</w:t>
            </w:r>
            <w:r>
              <w:t>ru</w:t>
            </w:r>
            <w:r w:rsidRPr="00332DB8">
              <w:rPr>
                <w:lang w:val="ru-RU"/>
              </w:rPr>
              <w:t>/</w:t>
            </w:r>
            <w:r>
              <w:t>blog</w:t>
            </w:r>
            <w:r w:rsidRPr="00332DB8">
              <w:rPr>
                <w:lang w:val="ru-RU"/>
              </w:rPr>
              <w:t>-35674.</w:t>
            </w:r>
            <w:r>
              <w:t>php</w:t>
            </w:r>
            <w:r w:rsidRPr="00332DB8">
              <w:rPr>
                <w:lang w:val="ru-RU"/>
              </w:rPr>
              <w:t xml:space="preserve"> </w:t>
            </w:r>
            <w:r w:rsidRPr="00332DB8">
              <w:rPr>
                <w:lang w:val="ru-RU"/>
              </w:rPr>
              <w:lastRenderedPageBreak/>
              <w:t>(решение Первомайского районного суда г. Краснодара от 21.05.2015);</w:t>
            </w:r>
          </w:p>
        </w:tc>
        <w:tc>
          <w:tcPr>
            <w:tcW w:w="2880" w:type="dxa"/>
          </w:tcPr>
          <w:p w:rsidR="006F7457" w:rsidRDefault="00332DB8">
            <w:r>
              <w:lastRenderedPageBreak/>
              <w:t>23.</w:t>
            </w:r>
            <w:r>
              <w:lastRenderedPageBreak/>
              <w:t>11.2018</w:t>
            </w:r>
          </w:p>
        </w:tc>
      </w:tr>
      <w:tr w:rsidR="006F7457">
        <w:tc>
          <w:tcPr>
            <w:tcW w:w="2880" w:type="dxa"/>
          </w:tcPr>
          <w:p w:rsidR="006F7457" w:rsidRDefault="00332DB8">
            <w:r>
              <w:lastRenderedPageBreak/>
              <w:t>4616.</w:t>
            </w:r>
          </w:p>
        </w:tc>
        <w:tc>
          <w:tcPr>
            <w:tcW w:w="2880" w:type="dxa"/>
          </w:tcPr>
          <w:p w:rsidR="006F7457" w:rsidRPr="00332DB8" w:rsidRDefault="00332DB8">
            <w:pPr>
              <w:rPr>
                <w:lang w:val="ru-RU"/>
              </w:rPr>
            </w:pPr>
            <w:r w:rsidRPr="00332DB8">
              <w:rPr>
                <w:lang w:val="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2880" w:type="dxa"/>
          </w:tcPr>
          <w:p w:rsidR="006F7457" w:rsidRDefault="00332DB8">
            <w:r>
              <w:t>27.11.2018</w:t>
            </w:r>
          </w:p>
        </w:tc>
      </w:tr>
      <w:tr w:rsidR="006F7457">
        <w:tc>
          <w:tcPr>
            <w:tcW w:w="2880" w:type="dxa"/>
          </w:tcPr>
          <w:p w:rsidR="006F7457" w:rsidRDefault="00332DB8">
            <w:r>
              <w:t>4617.</w:t>
            </w:r>
          </w:p>
        </w:tc>
        <w:tc>
          <w:tcPr>
            <w:tcW w:w="2880" w:type="dxa"/>
          </w:tcPr>
          <w:p w:rsidR="006F7457" w:rsidRPr="00332DB8" w:rsidRDefault="00332DB8">
            <w:pPr>
              <w:rPr>
                <w:lang w:val="ru-RU"/>
              </w:rPr>
            </w:pPr>
            <w:r w:rsidRPr="00332DB8">
              <w:rPr>
                <w:lang w:val="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2880" w:type="dxa"/>
          </w:tcPr>
          <w:p w:rsidR="006F7457" w:rsidRDefault="00332DB8">
            <w:r>
              <w:t>27.11.2018</w:t>
            </w:r>
          </w:p>
        </w:tc>
      </w:tr>
      <w:tr w:rsidR="006F7457">
        <w:tc>
          <w:tcPr>
            <w:tcW w:w="2880" w:type="dxa"/>
          </w:tcPr>
          <w:p w:rsidR="006F7457" w:rsidRDefault="00332DB8">
            <w:r>
              <w:t>4618.</w:t>
            </w:r>
          </w:p>
        </w:tc>
        <w:tc>
          <w:tcPr>
            <w:tcW w:w="2880" w:type="dxa"/>
          </w:tcPr>
          <w:p w:rsidR="006F7457" w:rsidRPr="00332DB8" w:rsidRDefault="00332DB8">
            <w:pPr>
              <w:rPr>
                <w:lang w:val="ru-RU"/>
              </w:rPr>
            </w:pPr>
            <w:r w:rsidRPr="00332DB8">
              <w:rPr>
                <w:lang w:val="ru-RU"/>
              </w:rP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2880" w:type="dxa"/>
          </w:tcPr>
          <w:p w:rsidR="006F7457" w:rsidRDefault="00332DB8">
            <w:r>
              <w:t>27.11.2018</w:t>
            </w:r>
          </w:p>
        </w:tc>
      </w:tr>
      <w:tr w:rsidR="006F7457">
        <w:tc>
          <w:tcPr>
            <w:tcW w:w="2880" w:type="dxa"/>
          </w:tcPr>
          <w:p w:rsidR="006F7457" w:rsidRDefault="00332DB8">
            <w:r>
              <w:t>4619.</w:t>
            </w:r>
          </w:p>
        </w:tc>
        <w:tc>
          <w:tcPr>
            <w:tcW w:w="2880" w:type="dxa"/>
          </w:tcPr>
          <w:p w:rsidR="006F7457" w:rsidRPr="00332DB8" w:rsidRDefault="00332DB8">
            <w:pPr>
              <w:rPr>
                <w:lang w:val="ru-RU"/>
              </w:rPr>
            </w:pPr>
            <w:r w:rsidRPr="00332DB8">
              <w:rPr>
                <w:lang w:val="ru-RU"/>
              </w:rPr>
              <w:t xml:space="preserve">Музыкальная композиция группы «Коловрат» </w:t>
            </w:r>
            <w:r>
              <w:t>KOLOVRAT</w:t>
            </w:r>
            <w:r w:rsidRPr="00332DB8">
              <w:rPr>
                <w:lang w:val="ru-RU"/>
              </w:rPr>
              <w:t xml:space="preserve"> 07 – </w:t>
            </w:r>
            <w:r>
              <w:t>Skinhead</w:t>
            </w:r>
            <w:r w:rsidRPr="00332DB8">
              <w:rPr>
                <w:lang w:val="ru-RU"/>
              </w:rPr>
              <w:t xml:space="preserve"> </w:t>
            </w:r>
            <w:r>
              <w:t>song</w:t>
            </w:r>
            <w:r w:rsidRPr="00332DB8">
              <w:rPr>
                <w:lang w:val="ru-RU"/>
              </w:rPr>
              <w:t xml:space="preserve">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2880" w:type="dxa"/>
          </w:tcPr>
          <w:p w:rsidR="006F7457" w:rsidRDefault="00332DB8">
            <w:r>
              <w:t>27.11.2018</w:t>
            </w:r>
          </w:p>
        </w:tc>
      </w:tr>
      <w:tr w:rsidR="006F7457">
        <w:tc>
          <w:tcPr>
            <w:tcW w:w="2880" w:type="dxa"/>
          </w:tcPr>
          <w:p w:rsidR="006F7457" w:rsidRDefault="00332DB8">
            <w:r>
              <w:t>4620.</w:t>
            </w:r>
          </w:p>
        </w:tc>
        <w:tc>
          <w:tcPr>
            <w:tcW w:w="2880" w:type="dxa"/>
          </w:tcPr>
          <w:p w:rsidR="006F7457" w:rsidRPr="00332DB8" w:rsidRDefault="00332DB8">
            <w:pPr>
              <w:rPr>
                <w:lang w:val="ru-RU"/>
              </w:rPr>
            </w:pPr>
            <w:r w:rsidRPr="00332DB8">
              <w:rPr>
                <w:lang w:val="ru-RU"/>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2880" w:type="dxa"/>
          </w:tcPr>
          <w:p w:rsidR="006F7457" w:rsidRDefault="00332DB8">
            <w:r>
              <w:t>27.11.2018</w:t>
            </w:r>
          </w:p>
        </w:tc>
      </w:tr>
      <w:tr w:rsidR="006F7457">
        <w:tc>
          <w:tcPr>
            <w:tcW w:w="2880" w:type="dxa"/>
          </w:tcPr>
          <w:p w:rsidR="006F7457" w:rsidRDefault="00332DB8">
            <w:r>
              <w:lastRenderedPageBreak/>
              <w:t>4621.</w:t>
            </w:r>
          </w:p>
        </w:tc>
        <w:tc>
          <w:tcPr>
            <w:tcW w:w="2880" w:type="dxa"/>
          </w:tcPr>
          <w:p w:rsidR="006F7457" w:rsidRDefault="00332DB8">
            <w:r w:rsidRPr="00332DB8">
              <w:rPr>
                <w:lang w:val="ru-RU"/>
              </w:rPr>
              <w:t xml:space="preserve">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w:t>
            </w:r>
            <w:r>
              <w:t>(решение Вилючинского городского суда Камчатского края от 19.09.2018);</w:t>
            </w:r>
          </w:p>
        </w:tc>
        <w:tc>
          <w:tcPr>
            <w:tcW w:w="2880" w:type="dxa"/>
          </w:tcPr>
          <w:p w:rsidR="006F7457" w:rsidRDefault="00332DB8">
            <w:r>
              <w:t>27.11.2018</w:t>
            </w:r>
          </w:p>
        </w:tc>
      </w:tr>
      <w:tr w:rsidR="006F7457">
        <w:tc>
          <w:tcPr>
            <w:tcW w:w="2880" w:type="dxa"/>
          </w:tcPr>
          <w:p w:rsidR="006F7457" w:rsidRDefault="00332DB8">
            <w:r>
              <w:t>4622.</w:t>
            </w:r>
          </w:p>
        </w:tc>
        <w:tc>
          <w:tcPr>
            <w:tcW w:w="2880" w:type="dxa"/>
          </w:tcPr>
          <w:p w:rsidR="006F7457" w:rsidRPr="00332DB8" w:rsidRDefault="00332DB8">
            <w:pPr>
              <w:rPr>
                <w:lang w:val="ru-RU"/>
              </w:rPr>
            </w:pPr>
            <w:r w:rsidRPr="00332DB8">
              <w:rPr>
                <w:lang w:val="ru-RU"/>
              </w:rPr>
              <w:t>Видео ролик «Ислам», размещенный на странице Интернет сайта «В контакте» «Ильмир Баязитов» (</w:t>
            </w:r>
            <w:r>
              <w:t>vk</w:t>
            </w:r>
            <w:r w:rsidRPr="00332DB8">
              <w:rPr>
                <w:lang w:val="ru-RU"/>
              </w:rPr>
              <w:t>/</w:t>
            </w:r>
            <w:r>
              <w:t>com</w:t>
            </w:r>
            <w:r w:rsidRPr="00332DB8">
              <w:rPr>
                <w:lang w:val="ru-RU"/>
              </w:rPr>
              <w:t>/</w:t>
            </w:r>
            <w:r>
              <w:t>id</w:t>
            </w:r>
            <w:r w:rsidRPr="00332DB8">
              <w:rPr>
                <w:lang w:val="ru-RU"/>
              </w:rPr>
              <w:t>38003422) продолжительностью 04 минуты 41 секунда (решение Ленинского районного суда г. Уфы Республики Башкортостан от 29.06.2016);</w:t>
            </w:r>
          </w:p>
        </w:tc>
        <w:tc>
          <w:tcPr>
            <w:tcW w:w="2880" w:type="dxa"/>
          </w:tcPr>
          <w:p w:rsidR="006F7457" w:rsidRDefault="00332DB8">
            <w:r>
              <w:t>27.11.2018</w:t>
            </w:r>
          </w:p>
        </w:tc>
      </w:tr>
      <w:tr w:rsidR="006F7457">
        <w:tc>
          <w:tcPr>
            <w:tcW w:w="2880" w:type="dxa"/>
          </w:tcPr>
          <w:p w:rsidR="006F7457" w:rsidRDefault="00332DB8">
            <w:r>
              <w:t>4623.</w:t>
            </w:r>
          </w:p>
        </w:tc>
        <w:tc>
          <w:tcPr>
            <w:tcW w:w="2880" w:type="dxa"/>
          </w:tcPr>
          <w:p w:rsidR="006F7457" w:rsidRPr="00332DB8" w:rsidRDefault="00332DB8">
            <w:pPr>
              <w:rPr>
                <w:lang w:val="ru-RU"/>
              </w:rPr>
            </w:pPr>
            <w:r w:rsidRPr="00332DB8">
              <w:rPr>
                <w:lang w:val="ru-RU"/>
              </w:rPr>
              <w:t>Видео ролик «Это сражение – сражение вероубеждений!», размещенный на странице Интернет сайта «В контакте» «Ильмир Баязитов» (</w:t>
            </w:r>
            <w:r>
              <w:t>vk</w:t>
            </w:r>
            <w:r w:rsidRPr="00332DB8">
              <w:rPr>
                <w:lang w:val="ru-RU"/>
              </w:rPr>
              <w:t>/</w:t>
            </w:r>
            <w:r>
              <w:t>com</w:t>
            </w:r>
            <w:r w:rsidRPr="00332DB8">
              <w:rPr>
                <w:lang w:val="ru-RU"/>
              </w:rPr>
              <w:t>/</w:t>
            </w:r>
            <w:r>
              <w:t>id</w:t>
            </w:r>
            <w:r w:rsidRPr="00332DB8">
              <w:rPr>
                <w:lang w:val="ru-RU"/>
              </w:rPr>
              <w:t>38003422) продолжительностью 04 минуты 51 секунда (решение Ленинского районного суда г. Уфы Республики Башкортостан от 29.06.2016);</w:t>
            </w:r>
          </w:p>
        </w:tc>
        <w:tc>
          <w:tcPr>
            <w:tcW w:w="2880" w:type="dxa"/>
          </w:tcPr>
          <w:p w:rsidR="006F7457" w:rsidRDefault="00332DB8">
            <w:r>
              <w:t>27.11.2018</w:t>
            </w:r>
          </w:p>
        </w:tc>
      </w:tr>
      <w:tr w:rsidR="006F7457">
        <w:tc>
          <w:tcPr>
            <w:tcW w:w="2880" w:type="dxa"/>
          </w:tcPr>
          <w:p w:rsidR="006F7457" w:rsidRDefault="00332DB8">
            <w:r>
              <w:t>4624.</w:t>
            </w:r>
          </w:p>
        </w:tc>
        <w:tc>
          <w:tcPr>
            <w:tcW w:w="2880" w:type="dxa"/>
          </w:tcPr>
          <w:p w:rsidR="006F7457" w:rsidRPr="00332DB8" w:rsidRDefault="00332DB8">
            <w:pPr>
              <w:rPr>
                <w:lang w:val="ru-RU"/>
              </w:rPr>
            </w:pPr>
            <w:r w:rsidRPr="00332DB8">
              <w:rPr>
                <w:lang w:val="ru-RU"/>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2880" w:type="dxa"/>
          </w:tcPr>
          <w:p w:rsidR="006F7457" w:rsidRDefault="00332DB8">
            <w:r>
              <w:t>27.11.2018</w:t>
            </w:r>
          </w:p>
        </w:tc>
      </w:tr>
      <w:tr w:rsidR="006F7457">
        <w:tc>
          <w:tcPr>
            <w:tcW w:w="2880" w:type="dxa"/>
          </w:tcPr>
          <w:p w:rsidR="006F7457" w:rsidRDefault="00332DB8">
            <w:r>
              <w:t>4625.</w:t>
            </w:r>
          </w:p>
        </w:tc>
        <w:tc>
          <w:tcPr>
            <w:tcW w:w="2880" w:type="dxa"/>
          </w:tcPr>
          <w:p w:rsidR="006F7457" w:rsidRPr="00332DB8" w:rsidRDefault="00332DB8">
            <w:pPr>
              <w:rPr>
                <w:lang w:val="ru-RU"/>
              </w:rPr>
            </w:pPr>
            <w:r w:rsidRPr="00332DB8">
              <w:rPr>
                <w:lang w:val="ru-RU"/>
              </w:rPr>
              <w:t>Видео ролик «Отношение к иудеям...», размещенный на странице Интернет сайта «В контакте» «Ильмир Баязитов» (</w:t>
            </w:r>
            <w:r>
              <w:t>vk</w:t>
            </w:r>
            <w:r w:rsidRPr="00332DB8">
              <w:rPr>
                <w:lang w:val="ru-RU"/>
              </w:rPr>
              <w:t>/</w:t>
            </w:r>
            <w:r>
              <w:t>com</w:t>
            </w:r>
            <w:r w:rsidRPr="00332DB8">
              <w:rPr>
                <w:lang w:val="ru-RU"/>
              </w:rPr>
              <w:t>/</w:t>
            </w:r>
            <w:r>
              <w:t>id</w:t>
            </w:r>
            <w:r w:rsidRPr="00332DB8">
              <w:rPr>
                <w:lang w:val="ru-RU"/>
              </w:rPr>
              <w:t>38003422) продолжительностью 04 минуты 41 секунда (решение Ленинского районного суда г. Уфы Республики Башкортостан от 29.06.2016);</w:t>
            </w:r>
          </w:p>
        </w:tc>
        <w:tc>
          <w:tcPr>
            <w:tcW w:w="2880" w:type="dxa"/>
          </w:tcPr>
          <w:p w:rsidR="006F7457" w:rsidRDefault="00332DB8">
            <w:r>
              <w:t>27.11.2018</w:t>
            </w:r>
          </w:p>
        </w:tc>
      </w:tr>
      <w:tr w:rsidR="006F7457">
        <w:tc>
          <w:tcPr>
            <w:tcW w:w="2880" w:type="dxa"/>
          </w:tcPr>
          <w:p w:rsidR="006F7457" w:rsidRDefault="00332DB8">
            <w:r>
              <w:t>462</w:t>
            </w:r>
            <w:r>
              <w:lastRenderedPageBreak/>
              <w:t>6.</w:t>
            </w:r>
          </w:p>
        </w:tc>
        <w:tc>
          <w:tcPr>
            <w:tcW w:w="2880" w:type="dxa"/>
          </w:tcPr>
          <w:p w:rsidR="006F7457" w:rsidRPr="00332DB8" w:rsidRDefault="00332DB8">
            <w:pPr>
              <w:rPr>
                <w:lang w:val="ru-RU"/>
              </w:rPr>
            </w:pPr>
            <w:r w:rsidRPr="00332DB8">
              <w:rPr>
                <w:lang w:val="ru-RU"/>
              </w:rPr>
              <w:lastRenderedPageBreak/>
              <w:t xml:space="preserve">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w:t>
            </w:r>
            <w:r w:rsidRPr="00332DB8">
              <w:rPr>
                <w:lang w:val="ru-RU"/>
              </w:rPr>
              <w:lastRenderedPageBreak/>
              <w:t>(решение Ленинского районного суда г. Уфы Республики Башкортостан от 14.12.2015);</w:t>
            </w:r>
          </w:p>
        </w:tc>
        <w:tc>
          <w:tcPr>
            <w:tcW w:w="2880" w:type="dxa"/>
          </w:tcPr>
          <w:p w:rsidR="006F7457" w:rsidRDefault="00332DB8">
            <w:r>
              <w:lastRenderedPageBreak/>
              <w:t>27.11.201</w:t>
            </w:r>
            <w:r>
              <w:lastRenderedPageBreak/>
              <w:t>8</w:t>
            </w:r>
          </w:p>
        </w:tc>
      </w:tr>
      <w:tr w:rsidR="006F7457">
        <w:tc>
          <w:tcPr>
            <w:tcW w:w="2880" w:type="dxa"/>
          </w:tcPr>
          <w:p w:rsidR="006F7457" w:rsidRDefault="00332DB8">
            <w:r>
              <w:lastRenderedPageBreak/>
              <w:t>4627.</w:t>
            </w:r>
          </w:p>
        </w:tc>
        <w:tc>
          <w:tcPr>
            <w:tcW w:w="2880" w:type="dxa"/>
          </w:tcPr>
          <w:p w:rsidR="006F7457" w:rsidRPr="00332DB8" w:rsidRDefault="00332DB8">
            <w:pPr>
              <w:rPr>
                <w:lang w:val="ru-RU"/>
              </w:rPr>
            </w:pPr>
            <w:r w:rsidRPr="00332DB8">
              <w:rPr>
                <w:lang w:val="ru-RU"/>
              </w:rPr>
              <w:t>Брошюра «Качества моджахеда», издательства Исламского института «Кавказ» (решение Вахитовского районного суда г. Казани от 05,03.2010);</w:t>
            </w:r>
          </w:p>
        </w:tc>
        <w:tc>
          <w:tcPr>
            <w:tcW w:w="2880" w:type="dxa"/>
          </w:tcPr>
          <w:p w:rsidR="006F7457" w:rsidRDefault="00332DB8">
            <w:r>
              <w:t>27.11.2018</w:t>
            </w:r>
          </w:p>
        </w:tc>
      </w:tr>
      <w:tr w:rsidR="006F7457">
        <w:tc>
          <w:tcPr>
            <w:tcW w:w="2880" w:type="dxa"/>
          </w:tcPr>
          <w:p w:rsidR="006F7457" w:rsidRDefault="00332DB8">
            <w:r>
              <w:t>4628.</w:t>
            </w:r>
          </w:p>
        </w:tc>
        <w:tc>
          <w:tcPr>
            <w:tcW w:w="2880" w:type="dxa"/>
          </w:tcPr>
          <w:p w:rsidR="006F7457" w:rsidRPr="00332DB8" w:rsidRDefault="00332DB8">
            <w:pPr>
              <w:rPr>
                <w:lang w:val="ru-RU"/>
              </w:rPr>
            </w:pPr>
            <w:r w:rsidRPr="00332DB8">
              <w:rPr>
                <w:lang w:val="ru-RU"/>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2880" w:type="dxa"/>
          </w:tcPr>
          <w:p w:rsidR="006F7457" w:rsidRDefault="00332DB8">
            <w:r>
              <w:t>27.11.2018</w:t>
            </w:r>
          </w:p>
        </w:tc>
      </w:tr>
      <w:tr w:rsidR="006F7457">
        <w:tc>
          <w:tcPr>
            <w:tcW w:w="2880" w:type="dxa"/>
          </w:tcPr>
          <w:p w:rsidR="006F7457" w:rsidRDefault="00332DB8">
            <w:r>
              <w:t>4629.</w:t>
            </w:r>
          </w:p>
        </w:tc>
        <w:tc>
          <w:tcPr>
            <w:tcW w:w="2880" w:type="dxa"/>
          </w:tcPr>
          <w:p w:rsidR="006F7457" w:rsidRPr="00332DB8" w:rsidRDefault="00332DB8">
            <w:pPr>
              <w:rPr>
                <w:lang w:val="ru-RU"/>
              </w:rPr>
            </w:pPr>
            <w:r w:rsidRPr="00332DB8">
              <w:rPr>
                <w:lang w:val="ru-RU"/>
              </w:rPr>
              <w:t>Брошюра «Вехи на пути Аллаха», автор Сейид Кутб (решение Вахитовекого районного суда г. Казани от 05.03.2010);</w:t>
            </w:r>
          </w:p>
        </w:tc>
        <w:tc>
          <w:tcPr>
            <w:tcW w:w="2880" w:type="dxa"/>
          </w:tcPr>
          <w:p w:rsidR="006F7457" w:rsidRDefault="00332DB8">
            <w:r>
              <w:t>27.11.2018</w:t>
            </w:r>
          </w:p>
        </w:tc>
      </w:tr>
      <w:tr w:rsidR="006F7457">
        <w:tc>
          <w:tcPr>
            <w:tcW w:w="2880" w:type="dxa"/>
          </w:tcPr>
          <w:p w:rsidR="006F7457" w:rsidRDefault="00332DB8">
            <w:r>
              <w:t>4630.</w:t>
            </w:r>
          </w:p>
        </w:tc>
        <w:tc>
          <w:tcPr>
            <w:tcW w:w="2880" w:type="dxa"/>
          </w:tcPr>
          <w:p w:rsidR="006F7457" w:rsidRPr="00332DB8" w:rsidRDefault="00332DB8">
            <w:pPr>
              <w:rPr>
                <w:lang w:val="ru-RU"/>
              </w:rPr>
            </w:pPr>
            <w:r w:rsidRPr="00332DB8">
              <w:rPr>
                <w:lang w:val="ru-RU"/>
              </w:rPr>
              <w:t>Брошюра «Мусульмане очнитесь!», автор Абдулвадул Шалаби (решение Вахитовекого районного суда г. Казани от 05.03.2010);</w:t>
            </w:r>
          </w:p>
        </w:tc>
        <w:tc>
          <w:tcPr>
            <w:tcW w:w="2880" w:type="dxa"/>
          </w:tcPr>
          <w:p w:rsidR="006F7457" w:rsidRDefault="00332DB8">
            <w:r>
              <w:t>27.11.2018</w:t>
            </w:r>
          </w:p>
        </w:tc>
      </w:tr>
      <w:tr w:rsidR="006F7457">
        <w:tc>
          <w:tcPr>
            <w:tcW w:w="2880" w:type="dxa"/>
          </w:tcPr>
          <w:p w:rsidR="006F7457" w:rsidRDefault="00332DB8">
            <w:r>
              <w:t>4631.</w:t>
            </w:r>
          </w:p>
        </w:tc>
        <w:tc>
          <w:tcPr>
            <w:tcW w:w="2880" w:type="dxa"/>
          </w:tcPr>
          <w:p w:rsidR="006F7457" w:rsidRDefault="00332DB8">
            <w:r w:rsidRPr="00332DB8">
              <w:rPr>
                <w:lang w:val="ru-RU"/>
              </w:rPr>
              <w:t xml:space="preserve">Листовка «Неужели до сих пор есть тот, кто не ведает о сущности испорченной тиранской республиканской системы?!» </w:t>
            </w:r>
            <w:r>
              <w:t>(решение Вахитовекого районного суда г. Казани от 05.03.2010);</w:t>
            </w:r>
          </w:p>
        </w:tc>
        <w:tc>
          <w:tcPr>
            <w:tcW w:w="2880" w:type="dxa"/>
          </w:tcPr>
          <w:p w:rsidR="006F7457" w:rsidRDefault="00332DB8">
            <w:r>
              <w:t>27.11.2018</w:t>
            </w:r>
          </w:p>
        </w:tc>
      </w:tr>
      <w:tr w:rsidR="006F7457">
        <w:tc>
          <w:tcPr>
            <w:tcW w:w="2880" w:type="dxa"/>
          </w:tcPr>
          <w:p w:rsidR="006F7457" w:rsidRDefault="00332DB8">
            <w:r>
              <w:t>4</w:t>
            </w:r>
            <w:r>
              <w:lastRenderedPageBreak/>
              <w:t>632.</w:t>
            </w:r>
          </w:p>
        </w:tc>
        <w:tc>
          <w:tcPr>
            <w:tcW w:w="2880" w:type="dxa"/>
          </w:tcPr>
          <w:p w:rsidR="006F7457" w:rsidRDefault="00332DB8">
            <w:r w:rsidRPr="00332DB8">
              <w:rPr>
                <w:lang w:val="ru-RU"/>
              </w:rPr>
              <w:lastRenderedPageBreak/>
              <w:t xml:space="preserve">Листовка «Халифат не сопоставим с опредлением «свобода» и «демократический Ислам»!» </w:t>
            </w:r>
            <w:r>
              <w:t xml:space="preserve">(решение </w:t>
            </w:r>
            <w:r>
              <w:lastRenderedPageBreak/>
              <w:t>Вахитовекого районного суда г. Казани от 05.03.2010);</w:t>
            </w:r>
          </w:p>
        </w:tc>
        <w:tc>
          <w:tcPr>
            <w:tcW w:w="2880" w:type="dxa"/>
          </w:tcPr>
          <w:p w:rsidR="006F7457" w:rsidRDefault="00332DB8">
            <w:r>
              <w:lastRenderedPageBreak/>
              <w:t>27.</w:t>
            </w:r>
            <w:r>
              <w:lastRenderedPageBreak/>
              <w:t>11.2018</w:t>
            </w:r>
          </w:p>
        </w:tc>
      </w:tr>
      <w:tr w:rsidR="006F7457">
        <w:tc>
          <w:tcPr>
            <w:tcW w:w="2880" w:type="dxa"/>
          </w:tcPr>
          <w:p w:rsidR="006F7457" w:rsidRDefault="00332DB8">
            <w:r>
              <w:lastRenderedPageBreak/>
              <w:t>4633.</w:t>
            </w:r>
          </w:p>
        </w:tc>
        <w:tc>
          <w:tcPr>
            <w:tcW w:w="2880" w:type="dxa"/>
          </w:tcPr>
          <w:p w:rsidR="006F7457" w:rsidRDefault="00332DB8">
            <w:r w:rsidRPr="00332DB8">
              <w:rPr>
                <w:lang w:val="ru-RU"/>
              </w:rPr>
              <w:t xml:space="preserve">Книга Абу-ль-хасан али Надви «Что потерял мир по причине отхода мусульман от Ислама»/Пер. с английского. –М.:Издательский дом «Ансар», 2006-192с. </w:t>
            </w:r>
            <w:r>
              <w:t>(решение Артемовского городского суда Свердловской области от 30.06.2014);</w:t>
            </w:r>
          </w:p>
        </w:tc>
        <w:tc>
          <w:tcPr>
            <w:tcW w:w="2880" w:type="dxa"/>
          </w:tcPr>
          <w:p w:rsidR="006F7457" w:rsidRDefault="00332DB8">
            <w:r>
              <w:t>05.12.2018</w:t>
            </w:r>
          </w:p>
        </w:tc>
      </w:tr>
      <w:tr w:rsidR="006F7457">
        <w:tc>
          <w:tcPr>
            <w:tcW w:w="2880" w:type="dxa"/>
          </w:tcPr>
          <w:p w:rsidR="006F7457" w:rsidRDefault="00332DB8">
            <w:r>
              <w:t>4634.</w:t>
            </w:r>
          </w:p>
        </w:tc>
        <w:tc>
          <w:tcPr>
            <w:tcW w:w="2880" w:type="dxa"/>
          </w:tcPr>
          <w:p w:rsidR="006F7457" w:rsidRDefault="00332DB8">
            <w:r w:rsidRPr="00332DB8">
              <w:rPr>
                <w:lang w:val="ru-RU"/>
              </w:rPr>
              <w:t xml:space="preserve">Брошюра «Ислам –религия единобожия» (Шакурова Мунира, Абуева Халима, Абуева Зайнаб), Мечеть «Рахман», Екатеринбург, на 32 стр. </w:t>
            </w:r>
            <w:r>
              <w:t>(решение Артемовского городского суда Свердловской области от 30.06.2014);</w:t>
            </w:r>
          </w:p>
        </w:tc>
        <w:tc>
          <w:tcPr>
            <w:tcW w:w="2880" w:type="dxa"/>
          </w:tcPr>
          <w:p w:rsidR="006F7457" w:rsidRDefault="00332DB8">
            <w:r>
              <w:t>05.12.2018</w:t>
            </w:r>
          </w:p>
        </w:tc>
      </w:tr>
      <w:tr w:rsidR="006F7457">
        <w:tc>
          <w:tcPr>
            <w:tcW w:w="2880" w:type="dxa"/>
          </w:tcPr>
          <w:p w:rsidR="006F7457" w:rsidRDefault="00332DB8">
            <w:r>
              <w:t>4635.</w:t>
            </w:r>
          </w:p>
        </w:tc>
        <w:tc>
          <w:tcPr>
            <w:tcW w:w="2880" w:type="dxa"/>
          </w:tcPr>
          <w:p w:rsidR="006F7457" w:rsidRPr="00332DB8" w:rsidRDefault="00332DB8">
            <w:pPr>
              <w:rPr>
                <w:lang w:val="ru-RU"/>
              </w:rPr>
            </w:pPr>
            <w:r w:rsidRPr="00332DB8">
              <w:rPr>
                <w:lang w:val="ru-RU"/>
              </w:rP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2880" w:type="dxa"/>
          </w:tcPr>
          <w:p w:rsidR="006F7457" w:rsidRDefault="00332DB8">
            <w:r>
              <w:t>05.12.2018</w:t>
            </w:r>
          </w:p>
        </w:tc>
      </w:tr>
      <w:tr w:rsidR="006F7457">
        <w:tc>
          <w:tcPr>
            <w:tcW w:w="2880" w:type="dxa"/>
          </w:tcPr>
          <w:p w:rsidR="006F7457" w:rsidRDefault="00332DB8">
            <w:r>
              <w:t>4636.</w:t>
            </w:r>
          </w:p>
        </w:tc>
        <w:tc>
          <w:tcPr>
            <w:tcW w:w="2880" w:type="dxa"/>
          </w:tcPr>
          <w:p w:rsidR="006F7457" w:rsidRPr="00332DB8" w:rsidRDefault="00332DB8">
            <w:pPr>
              <w:rPr>
                <w:lang w:val="ru-RU"/>
              </w:rPr>
            </w:pPr>
            <w:r w:rsidRPr="00332DB8">
              <w:rPr>
                <w:lang w:val="ru-RU"/>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2880" w:type="dxa"/>
          </w:tcPr>
          <w:p w:rsidR="006F7457" w:rsidRDefault="00332DB8">
            <w:r>
              <w:t>05.12.2018</w:t>
            </w:r>
          </w:p>
        </w:tc>
      </w:tr>
      <w:tr w:rsidR="006F7457">
        <w:tc>
          <w:tcPr>
            <w:tcW w:w="2880" w:type="dxa"/>
          </w:tcPr>
          <w:p w:rsidR="006F7457" w:rsidRDefault="00332DB8">
            <w:r>
              <w:t>4637.</w:t>
            </w:r>
          </w:p>
        </w:tc>
        <w:tc>
          <w:tcPr>
            <w:tcW w:w="2880" w:type="dxa"/>
          </w:tcPr>
          <w:p w:rsidR="006F7457" w:rsidRDefault="00332DB8">
            <w:r w:rsidRPr="00332DB8">
              <w:rPr>
                <w:lang w:val="ru-RU"/>
              </w:rPr>
              <w:t xml:space="preserve">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w:t>
            </w:r>
            <w:r>
              <w:t>(решение Артемовского городского суда Свердловской области от 30.06.2014);</w:t>
            </w:r>
          </w:p>
        </w:tc>
        <w:tc>
          <w:tcPr>
            <w:tcW w:w="2880" w:type="dxa"/>
          </w:tcPr>
          <w:p w:rsidR="006F7457" w:rsidRDefault="00332DB8">
            <w:r>
              <w:t>05.12.2018</w:t>
            </w:r>
          </w:p>
        </w:tc>
      </w:tr>
      <w:tr w:rsidR="006F7457">
        <w:tc>
          <w:tcPr>
            <w:tcW w:w="2880" w:type="dxa"/>
          </w:tcPr>
          <w:p w:rsidR="006F7457" w:rsidRDefault="00332DB8">
            <w:r>
              <w:lastRenderedPageBreak/>
              <w:t>4638.</w:t>
            </w:r>
          </w:p>
        </w:tc>
        <w:tc>
          <w:tcPr>
            <w:tcW w:w="2880" w:type="dxa"/>
          </w:tcPr>
          <w:p w:rsidR="006F7457" w:rsidRDefault="00332DB8">
            <w:r w:rsidRPr="00332DB8">
              <w:rPr>
                <w:lang w:val="ru-RU"/>
              </w:rPr>
              <w:t xml:space="preserve">Книга Салих ибн Фаузан аль-Фаузан «Книга Единобожия»/Переводчик З.И. Абу Абдуллах, редактор Мухаммад Абдуллах, Баку – 1998, 132с. </w:t>
            </w:r>
            <w:r>
              <w:t>(решение Артемовского городского суда Свердловской области от 30.06.2014);</w:t>
            </w:r>
          </w:p>
        </w:tc>
        <w:tc>
          <w:tcPr>
            <w:tcW w:w="2880" w:type="dxa"/>
          </w:tcPr>
          <w:p w:rsidR="006F7457" w:rsidRDefault="00332DB8">
            <w:r>
              <w:t>05.12.2018</w:t>
            </w:r>
          </w:p>
        </w:tc>
      </w:tr>
      <w:tr w:rsidR="006F7457">
        <w:tc>
          <w:tcPr>
            <w:tcW w:w="2880" w:type="dxa"/>
          </w:tcPr>
          <w:p w:rsidR="006F7457" w:rsidRDefault="00332DB8">
            <w:r>
              <w:t>4639.</w:t>
            </w:r>
          </w:p>
        </w:tc>
        <w:tc>
          <w:tcPr>
            <w:tcW w:w="2880" w:type="dxa"/>
          </w:tcPr>
          <w:p w:rsidR="006F7457" w:rsidRPr="00332DB8" w:rsidRDefault="00332DB8">
            <w:pPr>
              <w:rPr>
                <w:lang w:val="ru-RU"/>
              </w:rPr>
            </w:pPr>
            <w:r w:rsidRPr="00332DB8">
              <w:rPr>
                <w:lang w:val="ru-RU"/>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2880" w:type="dxa"/>
          </w:tcPr>
          <w:p w:rsidR="006F7457" w:rsidRDefault="00332DB8">
            <w:r>
              <w:t>05.12.2018</w:t>
            </w:r>
          </w:p>
        </w:tc>
      </w:tr>
      <w:tr w:rsidR="006F7457">
        <w:tc>
          <w:tcPr>
            <w:tcW w:w="2880" w:type="dxa"/>
          </w:tcPr>
          <w:p w:rsidR="006F7457" w:rsidRDefault="00332DB8">
            <w:r>
              <w:t>4640.</w:t>
            </w:r>
          </w:p>
        </w:tc>
        <w:tc>
          <w:tcPr>
            <w:tcW w:w="2880" w:type="dxa"/>
          </w:tcPr>
          <w:p w:rsidR="006F7457" w:rsidRPr="00332DB8" w:rsidRDefault="00332DB8">
            <w:pPr>
              <w:rPr>
                <w:lang w:val="ru-RU"/>
              </w:rPr>
            </w:pPr>
            <w:r w:rsidRPr="00332DB8">
              <w:rPr>
                <w:lang w:val="ru-RU"/>
              </w:rPr>
              <w:t>Брюшюра Абу Али Аль-Мисри «Мурджииты и их основы», 430, 2009, 18 с. (решение Артемовского городского суда Свердловской области от 30.06.2014);</w:t>
            </w:r>
          </w:p>
        </w:tc>
        <w:tc>
          <w:tcPr>
            <w:tcW w:w="2880" w:type="dxa"/>
          </w:tcPr>
          <w:p w:rsidR="006F7457" w:rsidRDefault="00332DB8">
            <w:r>
              <w:t>05.12.2018</w:t>
            </w:r>
          </w:p>
        </w:tc>
      </w:tr>
      <w:tr w:rsidR="006F7457">
        <w:tc>
          <w:tcPr>
            <w:tcW w:w="2880" w:type="dxa"/>
          </w:tcPr>
          <w:p w:rsidR="006F7457" w:rsidRDefault="00332DB8">
            <w:r>
              <w:t>4641.</w:t>
            </w:r>
          </w:p>
        </w:tc>
        <w:tc>
          <w:tcPr>
            <w:tcW w:w="2880" w:type="dxa"/>
          </w:tcPr>
          <w:p w:rsidR="006F7457" w:rsidRDefault="00332DB8">
            <w:r w:rsidRPr="00332DB8">
              <w:rPr>
                <w:lang w:val="ru-RU"/>
              </w:rPr>
              <w:t xml:space="preserve">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w:t>
            </w:r>
            <w:r>
              <w:t>(решение Артемовского городского суда Свердловской области от 30.06.2014);</w:t>
            </w:r>
          </w:p>
        </w:tc>
        <w:tc>
          <w:tcPr>
            <w:tcW w:w="2880" w:type="dxa"/>
          </w:tcPr>
          <w:p w:rsidR="006F7457" w:rsidRDefault="00332DB8">
            <w:r>
              <w:t>05.12.2018</w:t>
            </w:r>
          </w:p>
        </w:tc>
      </w:tr>
      <w:tr w:rsidR="006F7457">
        <w:tc>
          <w:tcPr>
            <w:tcW w:w="2880" w:type="dxa"/>
          </w:tcPr>
          <w:p w:rsidR="006F7457" w:rsidRDefault="00332DB8">
            <w:r>
              <w:t>4642.</w:t>
            </w:r>
          </w:p>
        </w:tc>
        <w:tc>
          <w:tcPr>
            <w:tcW w:w="2880" w:type="dxa"/>
          </w:tcPr>
          <w:p w:rsidR="006F7457" w:rsidRDefault="00332DB8">
            <w:r w:rsidRPr="00332DB8">
              <w:rPr>
                <w:lang w:val="ru-RU"/>
              </w:rPr>
              <w:t xml:space="preserve">Книга Имама ахлю ас-сунна Ахмада ибн Ханбаля «Да смилуется над ним Аллах 164-241 г.х. «Основы сунны»/ подготовил Абу Сухаммад Казахстани, Каир, 2006г., 76с. </w:t>
            </w:r>
            <w:r>
              <w:t>(решение Артемовского городского суда Свердловской области от 30.06.2014);</w:t>
            </w:r>
          </w:p>
        </w:tc>
        <w:tc>
          <w:tcPr>
            <w:tcW w:w="2880" w:type="dxa"/>
          </w:tcPr>
          <w:p w:rsidR="006F7457" w:rsidRDefault="00332DB8">
            <w:r>
              <w:t>05.12.2018</w:t>
            </w:r>
          </w:p>
        </w:tc>
      </w:tr>
      <w:tr w:rsidR="006F7457">
        <w:tc>
          <w:tcPr>
            <w:tcW w:w="2880" w:type="dxa"/>
          </w:tcPr>
          <w:p w:rsidR="006F7457" w:rsidRDefault="00332DB8">
            <w:r>
              <w:t>464</w:t>
            </w:r>
            <w:r>
              <w:lastRenderedPageBreak/>
              <w:t>3.</w:t>
            </w:r>
          </w:p>
        </w:tc>
        <w:tc>
          <w:tcPr>
            <w:tcW w:w="2880" w:type="dxa"/>
          </w:tcPr>
          <w:p w:rsidR="006F7457" w:rsidRPr="00332DB8" w:rsidRDefault="00332DB8">
            <w:pPr>
              <w:rPr>
                <w:lang w:val="ru-RU"/>
              </w:rPr>
            </w:pPr>
            <w:r w:rsidRPr="00332DB8">
              <w:rPr>
                <w:lang w:val="ru-RU"/>
              </w:rPr>
              <w:lastRenderedPageBreak/>
              <w:t>Книга Шейха М.С. Аль-Мунаджжид «Слабость веры». – Казань: 2008, 112 с. (решение Артемовского городского суда Свердловской области от 30.06.2014);</w:t>
            </w:r>
          </w:p>
        </w:tc>
        <w:tc>
          <w:tcPr>
            <w:tcW w:w="2880" w:type="dxa"/>
          </w:tcPr>
          <w:p w:rsidR="006F7457" w:rsidRDefault="00332DB8">
            <w:r>
              <w:t>05.12.201</w:t>
            </w:r>
            <w:r>
              <w:lastRenderedPageBreak/>
              <w:t>8</w:t>
            </w:r>
          </w:p>
        </w:tc>
      </w:tr>
      <w:tr w:rsidR="006F7457">
        <w:tc>
          <w:tcPr>
            <w:tcW w:w="2880" w:type="dxa"/>
          </w:tcPr>
          <w:p w:rsidR="006F7457" w:rsidRDefault="00332DB8">
            <w:r>
              <w:lastRenderedPageBreak/>
              <w:t>4644.</w:t>
            </w:r>
          </w:p>
        </w:tc>
        <w:tc>
          <w:tcPr>
            <w:tcW w:w="2880" w:type="dxa"/>
          </w:tcPr>
          <w:p w:rsidR="006F7457" w:rsidRDefault="00332DB8">
            <w:r w:rsidRPr="00332DB8">
              <w:rPr>
                <w:lang w:val="ru-RU"/>
              </w:rPr>
              <w:t xml:space="preserve">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w:t>
            </w:r>
            <w:r>
              <w:t>(решение Артемовского городского суда Свердловской области от 30.06.2014);</w:t>
            </w:r>
          </w:p>
        </w:tc>
        <w:tc>
          <w:tcPr>
            <w:tcW w:w="2880" w:type="dxa"/>
          </w:tcPr>
          <w:p w:rsidR="006F7457" w:rsidRDefault="00332DB8">
            <w:r>
              <w:t>05.12.2018</w:t>
            </w:r>
          </w:p>
        </w:tc>
      </w:tr>
      <w:tr w:rsidR="006F7457">
        <w:tc>
          <w:tcPr>
            <w:tcW w:w="2880" w:type="dxa"/>
          </w:tcPr>
          <w:p w:rsidR="006F7457" w:rsidRDefault="00332DB8">
            <w:r>
              <w:t>4645.</w:t>
            </w:r>
          </w:p>
        </w:tc>
        <w:tc>
          <w:tcPr>
            <w:tcW w:w="2880" w:type="dxa"/>
          </w:tcPr>
          <w:p w:rsidR="006F7457" w:rsidRPr="00332DB8" w:rsidRDefault="00332DB8">
            <w:pPr>
              <w:rPr>
                <w:lang w:val="ru-RU"/>
              </w:rPr>
            </w:pPr>
            <w:r w:rsidRPr="00332DB8">
              <w:rPr>
                <w:lang w:val="ru-RU"/>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2880" w:type="dxa"/>
          </w:tcPr>
          <w:p w:rsidR="006F7457" w:rsidRDefault="00332DB8">
            <w:r>
              <w:t>05.12.2018</w:t>
            </w:r>
          </w:p>
        </w:tc>
      </w:tr>
      <w:tr w:rsidR="006F7457">
        <w:tc>
          <w:tcPr>
            <w:tcW w:w="2880" w:type="dxa"/>
          </w:tcPr>
          <w:p w:rsidR="006F7457" w:rsidRDefault="00332DB8">
            <w:r>
              <w:t>4646.</w:t>
            </w:r>
          </w:p>
        </w:tc>
        <w:tc>
          <w:tcPr>
            <w:tcW w:w="2880" w:type="dxa"/>
          </w:tcPr>
          <w:p w:rsidR="006F7457" w:rsidRPr="00332DB8" w:rsidRDefault="00332DB8">
            <w:pPr>
              <w:rPr>
                <w:lang w:val="ru-RU"/>
              </w:rPr>
            </w:pPr>
            <w:r w:rsidRPr="00332DB8">
              <w:rPr>
                <w:lang w:val="ru-RU"/>
              </w:rPr>
              <w:t xml:space="preserve">Информационный материал, размещенный по интернет-адресу: </w:t>
            </w:r>
            <w:r>
              <w:t>http</w:t>
            </w:r>
            <w:r w:rsidRPr="00332DB8">
              <w:rPr>
                <w:lang w:val="ru-RU"/>
              </w:rPr>
              <w:t>://</w:t>
            </w:r>
            <w:r>
              <w:t>banderivec</w:t>
            </w:r>
            <w:r w:rsidRPr="00332DB8">
              <w:rPr>
                <w:lang w:val="ru-RU"/>
              </w:rPr>
              <w:t>.</w:t>
            </w:r>
            <w:r>
              <w:t>ho</w:t>
            </w:r>
            <w:r w:rsidRPr="00332DB8">
              <w:rPr>
                <w:lang w:val="ru-RU"/>
              </w:rPr>
              <w:t>.</w:t>
            </w:r>
            <w:r>
              <w:t>ua</w:t>
            </w:r>
            <w:r w:rsidRPr="00332DB8">
              <w:rPr>
                <w:lang w:val="ru-RU"/>
              </w:rPr>
              <w:t>/</w:t>
            </w:r>
            <w:r>
              <w:t>index</w:t>
            </w:r>
            <w:r w:rsidRPr="00332DB8">
              <w:rPr>
                <w:lang w:val="ru-RU"/>
              </w:rPr>
              <w:t>.</w:t>
            </w:r>
            <w:r>
              <w:t>php</w:t>
            </w:r>
            <w:r w:rsidRPr="00332DB8">
              <w:rPr>
                <w:lang w:val="ru-RU"/>
              </w:rPr>
              <w:t>?</w:t>
            </w:r>
            <w:r>
              <w:t>page</w:t>
            </w:r>
            <w:r w:rsidRPr="00332DB8">
              <w:rPr>
                <w:lang w:val="ru-RU"/>
              </w:rPr>
              <w:t>=</w:t>
            </w:r>
            <w:r>
              <w:t>pages</w:t>
            </w:r>
            <w:r w:rsidRPr="00332DB8">
              <w:rPr>
                <w:lang w:val="ru-RU"/>
              </w:rPr>
              <w:t>/</w:t>
            </w:r>
            <w:r>
              <w:t>zmista</w:t>
            </w:r>
            <w:r w:rsidRPr="00332DB8">
              <w:rPr>
                <w:lang w:val="ru-RU"/>
              </w:rPr>
              <w:t xml:space="preserve">/ </w:t>
            </w:r>
            <w:r>
              <w:t>zmista</w:t>
            </w:r>
            <w:r w:rsidRPr="00332DB8">
              <w:rPr>
                <w:lang w:val="ru-RU"/>
              </w:rPr>
              <w:t>066 (решение Новоуренгойского городского суда Ямало-Ненецкого автономного округа от 16.05.2016);</w:t>
            </w:r>
          </w:p>
        </w:tc>
        <w:tc>
          <w:tcPr>
            <w:tcW w:w="2880" w:type="dxa"/>
          </w:tcPr>
          <w:p w:rsidR="006F7457" w:rsidRDefault="00332DB8">
            <w:r>
              <w:t>05.12.2018</w:t>
            </w:r>
          </w:p>
        </w:tc>
      </w:tr>
      <w:tr w:rsidR="006F7457">
        <w:tc>
          <w:tcPr>
            <w:tcW w:w="2880" w:type="dxa"/>
          </w:tcPr>
          <w:p w:rsidR="006F7457" w:rsidRDefault="00332DB8">
            <w:r>
              <w:t>4647.</w:t>
            </w:r>
          </w:p>
        </w:tc>
        <w:tc>
          <w:tcPr>
            <w:tcW w:w="2880" w:type="dxa"/>
          </w:tcPr>
          <w:p w:rsidR="006F7457" w:rsidRPr="00332DB8" w:rsidRDefault="00332DB8">
            <w:pPr>
              <w:rPr>
                <w:lang w:val="ru-RU"/>
              </w:rPr>
            </w:pPr>
            <w:r w:rsidRPr="00332DB8">
              <w:rPr>
                <w:lang w:val="ru-RU"/>
              </w:rPr>
              <w:t xml:space="preserve">Книга Муслима Ахтямова «Исламский прорыв», размещенная в сети Интернет по сетевому адресу: </w:t>
            </w:r>
            <w:r>
              <w:t>http</w:t>
            </w:r>
            <w:r w:rsidRPr="00332DB8">
              <w:rPr>
                <w:lang w:val="ru-RU"/>
              </w:rPr>
              <w:t>://</w:t>
            </w:r>
            <w:r>
              <w:t>vk</w:t>
            </w:r>
            <w:r w:rsidRPr="00332DB8">
              <w:rPr>
                <w:lang w:val="ru-RU"/>
              </w:rPr>
              <w:t>.</w:t>
            </w:r>
            <w:r>
              <w:t>com</w:t>
            </w:r>
            <w:r w:rsidRPr="00332DB8">
              <w:rPr>
                <w:lang w:val="ru-RU"/>
              </w:rPr>
              <w:t>/</w:t>
            </w:r>
            <w:r>
              <w:t>docs</w:t>
            </w:r>
            <w:r w:rsidRPr="00332DB8">
              <w:rPr>
                <w:lang w:val="ru-RU"/>
              </w:rPr>
              <w:t>?</w:t>
            </w:r>
            <w:r>
              <w:t>oid</w:t>
            </w:r>
            <w:r w:rsidRPr="00332DB8">
              <w:rPr>
                <w:lang w:val="ru-RU"/>
              </w:rPr>
              <w:t>=18665550 (решение Басманного районного суда города Москвы от 13.07.2015);</w:t>
            </w:r>
          </w:p>
        </w:tc>
        <w:tc>
          <w:tcPr>
            <w:tcW w:w="2880" w:type="dxa"/>
          </w:tcPr>
          <w:p w:rsidR="006F7457" w:rsidRDefault="00332DB8">
            <w:r>
              <w:t>05.12.2018</w:t>
            </w:r>
          </w:p>
        </w:tc>
      </w:tr>
      <w:tr w:rsidR="006F7457">
        <w:tc>
          <w:tcPr>
            <w:tcW w:w="2880" w:type="dxa"/>
          </w:tcPr>
          <w:p w:rsidR="006F7457" w:rsidRDefault="00332DB8">
            <w:r>
              <w:t>4648.</w:t>
            </w:r>
          </w:p>
        </w:tc>
        <w:tc>
          <w:tcPr>
            <w:tcW w:w="2880" w:type="dxa"/>
          </w:tcPr>
          <w:p w:rsidR="006F7457" w:rsidRPr="00332DB8" w:rsidRDefault="00332DB8">
            <w:pPr>
              <w:rPr>
                <w:lang w:val="ru-RU"/>
              </w:rPr>
            </w:pPr>
            <w:r w:rsidRPr="00332DB8">
              <w:rPr>
                <w:lang w:val="ru-RU"/>
              </w:rPr>
              <w:t>Информационный материал интернет-сообщества «</w:t>
            </w:r>
            <w:r>
              <w:t>DerAngriff</w:t>
            </w:r>
            <w:r w:rsidRPr="00332DB8">
              <w:rPr>
                <w:lang w:val="ru-RU"/>
              </w:rPr>
              <w:t xml:space="preserve">!»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t>
            </w:r>
            <w:r>
              <w:t>www</w:t>
            </w:r>
            <w:r w:rsidRPr="00332DB8">
              <w:rPr>
                <w:lang w:val="ru-RU"/>
              </w:rPr>
              <w:t>.</w:t>
            </w:r>
            <w:r>
              <w:t>vk</w:t>
            </w:r>
            <w:r w:rsidRPr="00332DB8">
              <w:rPr>
                <w:lang w:val="ru-RU"/>
              </w:rPr>
              <w:t>.</w:t>
            </w:r>
            <w:r>
              <w:t>com</w:t>
            </w:r>
            <w:r w:rsidRPr="00332DB8">
              <w:rPr>
                <w:lang w:val="ru-RU"/>
              </w:rPr>
              <w:t>/</w:t>
            </w:r>
            <w:r>
              <w:t>derangriff</w:t>
            </w:r>
            <w:r w:rsidRPr="00332DB8">
              <w:rPr>
                <w:lang w:val="ru-RU"/>
              </w:rPr>
              <w:t>228 (решение Басманного районного суда города Москвы от 16.07.2015);</w:t>
            </w:r>
          </w:p>
        </w:tc>
        <w:tc>
          <w:tcPr>
            <w:tcW w:w="2880" w:type="dxa"/>
          </w:tcPr>
          <w:p w:rsidR="006F7457" w:rsidRDefault="00332DB8">
            <w:r>
              <w:t>05.12.2018</w:t>
            </w:r>
          </w:p>
        </w:tc>
      </w:tr>
      <w:tr w:rsidR="006F7457">
        <w:tc>
          <w:tcPr>
            <w:tcW w:w="2880" w:type="dxa"/>
          </w:tcPr>
          <w:p w:rsidR="006F7457" w:rsidRDefault="00332DB8">
            <w:r>
              <w:lastRenderedPageBreak/>
              <w:t>4649.</w:t>
            </w:r>
          </w:p>
        </w:tc>
        <w:tc>
          <w:tcPr>
            <w:tcW w:w="2880" w:type="dxa"/>
          </w:tcPr>
          <w:p w:rsidR="006F7457" w:rsidRPr="00332DB8" w:rsidRDefault="00332DB8">
            <w:pPr>
              <w:rPr>
                <w:lang w:val="ru-RU"/>
              </w:rPr>
            </w:pPr>
            <w:r w:rsidRPr="00332DB8">
              <w:rPr>
                <w:lang w:val="ru-RU"/>
              </w:rPr>
              <w:t>Информационный материал интернет-сообщества «</w:t>
            </w:r>
            <w:r>
              <w:t>DerAngriff</w:t>
            </w:r>
            <w:r w:rsidRPr="00332DB8">
              <w:rPr>
                <w:lang w:val="ru-RU"/>
              </w:rPr>
              <w:t xml:space="preserve">!»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t>
            </w:r>
            <w:r>
              <w:t>www</w:t>
            </w:r>
            <w:r w:rsidRPr="00332DB8">
              <w:rPr>
                <w:lang w:val="ru-RU"/>
              </w:rPr>
              <w:t>.</w:t>
            </w:r>
            <w:r>
              <w:t>vk</w:t>
            </w:r>
            <w:r w:rsidRPr="00332DB8">
              <w:rPr>
                <w:lang w:val="ru-RU"/>
              </w:rPr>
              <w:t>.</w:t>
            </w:r>
            <w:r>
              <w:t>com</w:t>
            </w:r>
            <w:r w:rsidRPr="00332DB8">
              <w:rPr>
                <w:lang w:val="ru-RU"/>
              </w:rPr>
              <w:t>/</w:t>
            </w:r>
            <w:r>
              <w:t>derangriff</w:t>
            </w:r>
            <w:r w:rsidRPr="00332DB8">
              <w:rPr>
                <w:lang w:val="ru-RU"/>
              </w:rPr>
              <w:t>228 (решение Басманного районного суда города Москвы от 16.07.2015);</w:t>
            </w:r>
          </w:p>
        </w:tc>
        <w:tc>
          <w:tcPr>
            <w:tcW w:w="2880" w:type="dxa"/>
          </w:tcPr>
          <w:p w:rsidR="006F7457" w:rsidRDefault="00332DB8">
            <w:r>
              <w:t>05.12.2018</w:t>
            </w:r>
          </w:p>
        </w:tc>
      </w:tr>
      <w:tr w:rsidR="006F7457">
        <w:tc>
          <w:tcPr>
            <w:tcW w:w="2880" w:type="dxa"/>
          </w:tcPr>
          <w:p w:rsidR="006F7457" w:rsidRDefault="00332DB8">
            <w:r>
              <w:t>4650.</w:t>
            </w:r>
          </w:p>
        </w:tc>
        <w:tc>
          <w:tcPr>
            <w:tcW w:w="2880" w:type="dxa"/>
          </w:tcPr>
          <w:p w:rsidR="006F7457" w:rsidRPr="00332DB8" w:rsidRDefault="00332DB8">
            <w:pPr>
              <w:rPr>
                <w:lang w:val="ru-RU"/>
              </w:rPr>
            </w:pPr>
            <w:r w:rsidRPr="00332DB8">
              <w:rPr>
                <w:lang w:val="ru-RU"/>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t>
            </w:r>
            <w:r>
              <w:t>www</w:t>
            </w:r>
            <w:r w:rsidRPr="00332DB8">
              <w:rPr>
                <w:lang w:val="ru-RU"/>
              </w:rPr>
              <w:t>.</w:t>
            </w:r>
            <w:r>
              <w:t>jamaattkbr</w:t>
            </w:r>
            <w:r w:rsidRPr="00332DB8">
              <w:rPr>
                <w:lang w:val="ru-RU"/>
              </w:rPr>
              <w:t>.</w:t>
            </w:r>
            <w:r>
              <w:t>com</w:t>
            </w:r>
            <w:r w:rsidRPr="00332DB8">
              <w:rPr>
                <w:lang w:val="ru-RU"/>
              </w:rPr>
              <w:t>» (решение Нальчикского городского суда Кабардино-Балкарской Республики от 16.09.2011);</w:t>
            </w:r>
          </w:p>
        </w:tc>
        <w:tc>
          <w:tcPr>
            <w:tcW w:w="2880" w:type="dxa"/>
          </w:tcPr>
          <w:p w:rsidR="006F7457" w:rsidRDefault="00332DB8">
            <w:r>
              <w:t>05.12.2018</w:t>
            </w:r>
          </w:p>
        </w:tc>
      </w:tr>
      <w:tr w:rsidR="006F7457">
        <w:tc>
          <w:tcPr>
            <w:tcW w:w="2880" w:type="dxa"/>
          </w:tcPr>
          <w:p w:rsidR="006F7457" w:rsidRDefault="00332DB8">
            <w:r>
              <w:t>4651.</w:t>
            </w:r>
          </w:p>
        </w:tc>
        <w:tc>
          <w:tcPr>
            <w:tcW w:w="2880" w:type="dxa"/>
          </w:tcPr>
          <w:p w:rsidR="006F7457" w:rsidRDefault="00332DB8">
            <w:r w:rsidRPr="00332DB8">
              <w:rPr>
                <w:lang w:val="ru-RU"/>
              </w:rPr>
              <w:t>Печатная продукция Б</w:t>
            </w:r>
            <w:r>
              <w:t>i</w:t>
            </w:r>
            <w:r w:rsidRPr="00332DB8">
              <w:rPr>
                <w:lang w:val="ru-RU"/>
              </w:rPr>
              <w:t>бл</w:t>
            </w:r>
            <w:r>
              <w:t>i</w:t>
            </w:r>
            <w:r w:rsidRPr="00332DB8">
              <w:rPr>
                <w:lang w:val="ru-RU"/>
              </w:rPr>
              <w:t>отека укра</w:t>
            </w:r>
            <w:r>
              <w:t>i</w:t>
            </w:r>
            <w:r w:rsidRPr="00332DB8">
              <w:rPr>
                <w:lang w:val="ru-RU"/>
              </w:rPr>
              <w:t>нского нац</w:t>
            </w:r>
            <w:r>
              <w:t>i</w:t>
            </w:r>
            <w:r w:rsidRPr="00332DB8">
              <w:rPr>
                <w:lang w:val="ru-RU"/>
              </w:rPr>
              <w:t>онал</w:t>
            </w:r>
            <w:r>
              <w:t>i</w:t>
            </w:r>
            <w:r w:rsidRPr="00332DB8">
              <w:rPr>
                <w:lang w:val="ru-RU"/>
              </w:rPr>
              <w:t>ста. Нац</w:t>
            </w:r>
            <w:r>
              <w:t>i</w:t>
            </w:r>
            <w:r w:rsidRPr="00332DB8">
              <w:rPr>
                <w:lang w:val="ru-RU"/>
              </w:rPr>
              <w:t>онализм – основа майбутнього справедливого св</w:t>
            </w:r>
            <w:r>
              <w:t>i</w:t>
            </w:r>
            <w:r w:rsidRPr="00332DB8">
              <w:rPr>
                <w:lang w:val="ru-RU"/>
              </w:rPr>
              <w:t>топорядку. Льв</w:t>
            </w:r>
            <w:r>
              <w:t>i</w:t>
            </w:r>
            <w:r w:rsidRPr="00332DB8">
              <w:rPr>
                <w:lang w:val="ru-RU"/>
              </w:rPr>
              <w:t xml:space="preserve">в, 1993 (Библиотека украинского националиста. Национализм – основа будущего справедливого устройства мира. </w:t>
            </w:r>
            <w:r>
              <w:t>Львов, 1993) (решение Мещанского районного суда города Москвы от 24.09.2015);</w:t>
            </w:r>
          </w:p>
        </w:tc>
        <w:tc>
          <w:tcPr>
            <w:tcW w:w="2880" w:type="dxa"/>
          </w:tcPr>
          <w:p w:rsidR="006F7457" w:rsidRDefault="00332DB8">
            <w:r>
              <w:t>05.12.2018</w:t>
            </w:r>
          </w:p>
        </w:tc>
      </w:tr>
      <w:tr w:rsidR="006F7457">
        <w:tc>
          <w:tcPr>
            <w:tcW w:w="2880" w:type="dxa"/>
          </w:tcPr>
          <w:p w:rsidR="006F7457" w:rsidRDefault="00332DB8">
            <w:r>
              <w:t>4652.</w:t>
            </w:r>
          </w:p>
        </w:tc>
        <w:tc>
          <w:tcPr>
            <w:tcW w:w="2880" w:type="dxa"/>
          </w:tcPr>
          <w:p w:rsidR="006F7457" w:rsidRPr="00332DB8" w:rsidRDefault="00332DB8">
            <w:pPr>
              <w:rPr>
                <w:lang w:val="ru-RU"/>
              </w:rPr>
            </w:pPr>
            <w:r w:rsidRPr="00332DB8">
              <w:rPr>
                <w:lang w:val="ru-RU"/>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2880" w:type="dxa"/>
          </w:tcPr>
          <w:p w:rsidR="006F7457" w:rsidRDefault="00332DB8">
            <w:r>
              <w:t>05.12.2018</w:t>
            </w:r>
          </w:p>
        </w:tc>
      </w:tr>
      <w:tr w:rsidR="006F7457">
        <w:tc>
          <w:tcPr>
            <w:tcW w:w="2880" w:type="dxa"/>
          </w:tcPr>
          <w:p w:rsidR="006F7457" w:rsidRDefault="00332DB8">
            <w:r>
              <w:t>4653.</w:t>
            </w:r>
          </w:p>
        </w:tc>
        <w:tc>
          <w:tcPr>
            <w:tcW w:w="2880" w:type="dxa"/>
          </w:tcPr>
          <w:p w:rsidR="006F7457" w:rsidRPr="00332DB8" w:rsidRDefault="00332DB8">
            <w:pPr>
              <w:rPr>
                <w:lang w:val="ru-RU"/>
              </w:rPr>
            </w:pPr>
            <w:r w:rsidRPr="00332DB8">
              <w:rPr>
                <w:lang w:val="ru-RU"/>
              </w:rPr>
              <w:t>Печатная продукция выпуски газеты «Нац</w:t>
            </w:r>
            <w:r>
              <w:t>i</w:t>
            </w:r>
            <w:r w:rsidRPr="00332DB8">
              <w:rPr>
                <w:lang w:val="ru-RU"/>
              </w:rPr>
              <w:t xml:space="preserve">я </w:t>
            </w:r>
            <w:r>
              <w:t>i</w:t>
            </w:r>
            <w:r w:rsidRPr="00332DB8">
              <w:rPr>
                <w:lang w:val="ru-RU"/>
              </w:rPr>
              <w:t xml:space="preserve"> держава» - №1 (321) 12 с</w:t>
            </w:r>
            <w:r>
              <w:t>i</w:t>
            </w:r>
            <w:r w:rsidRPr="00332DB8">
              <w:rPr>
                <w:lang w:val="ru-RU"/>
              </w:rPr>
              <w:t>чня 2010 року (12 января 2010 года); № 2 (322) 20 с</w:t>
            </w:r>
            <w:r>
              <w:t>i</w:t>
            </w:r>
            <w:r w:rsidRPr="00332DB8">
              <w:rPr>
                <w:lang w:val="ru-RU"/>
              </w:rPr>
              <w:t>чня 2010 року (20 января 2010 года); №3 (323) 26 с</w:t>
            </w:r>
            <w:r>
              <w:t>i</w:t>
            </w:r>
            <w:r w:rsidRPr="00332DB8">
              <w:rPr>
                <w:lang w:val="ru-RU"/>
              </w:rPr>
              <w:t>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w:t>
            </w:r>
            <w:r>
              <w:t>i</w:t>
            </w:r>
            <w:r w:rsidRPr="00332DB8">
              <w:rPr>
                <w:lang w:val="ru-RU"/>
              </w:rPr>
              <w:t>тня 2010 року (6 апреля 2010 года); № 14 (334) 13 кв</w:t>
            </w:r>
            <w:r>
              <w:t>i</w:t>
            </w:r>
            <w:r w:rsidRPr="00332DB8">
              <w:rPr>
                <w:lang w:val="ru-RU"/>
              </w:rPr>
              <w:t xml:space="preserve">тня 2010 </w:t>
            </w:r>
            <w:r w:rsidRPr="00332DB8">
              <w:rPr>
                <w:lang w:val="ru-RU"/>
              </w:rPr>
              <w:lastRenderedPageBreak/>
              <w:t>року (13 апреля 2010 года); № 16 (336) 27 кв</w:t>
            </w:r>
            <w:r>
              <w:t>i</w:t>
            </w:r>
            <w:r w:rsidRPr="00332DB8">
              <w:rPr>
                <w:lang w:val="ru-RU"/>
              </w:rPr>
              <w:t>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2880" w:type="dxa"/>
          </w:tcPr>
          <w:p w:rsidR="006F7457" w:rsidRDefault="00332DB8">
            <w:r>
              <w:lastRenderedPageBreak/>
              <w:t>05.12.2018</w:t>
            </w:r>
          </w:p>
        </w:tc>
      </w:tr>
      <w:tr w:rsidR="006F7457">
        <w:tc>
          <w:tcPr>
            <w:tcW w:w="2880" w:type="dxa"/>
          </w:tcPr>
          <w:p w:rsidR="006F7457" w:rsidRDefault="00332DB8">
            <w:r>
              <w:lastRenderedPageBreak/>
              <w:t>4654.</w:t>
            </w:r>
          </w:p>
        </w:tc>
        <w:tc>
          <w:tcPr>
            <w:tcW w:w="2880" w:type="dxa"/>
          </w:tcPr>
          <w:p w:rsidR="006F7457" w:rsidRPr="00332DB8" w:rsidRDefault="00332DB8">
            <w:pPr>
              <w:rPr>
                <w:lang w:val="ru-RU"/>
              </w:rPr>
            </w:pPr>
            <w:r w:rsidRPr="00332DB8">
              <w:rPr>
                <w:lang w:val="ru-RU"/>
              </w:rPr>
              <w:t>Печатная продукция Дан</w:t>
            </w:r>
            <w:r>
              <w:t>i</w:t>
            </w:r>
            <w:r w:rsidRPr="00332DB8">
              <w:rPr>
                <w:lang w:val="ru-RU"/>
              </w:rPr>
              <w:t>льян О.Г., Дзьобань О.П., Панов М.</w:t>
            </w:r>
            <w:r>
              <w:t>I</w:t>
            </w:r>
            <w:r w:rsidRPr="00332DB8">
              <w:rPr>
                <w:lang w:val="ru-RU"/>
              </w:rPr>
              <w:t>. Нац</w:t>
            </w:r>
            <w:r>
              <w:t>i</w:t>
            </w:r>
            <w:r w:rsidRPr="00332DB8">
              <w:rPr>
                <w:lang w:val="ru-RU"/>
              </w:rPr>
              <w:t>ональна безпека Укра</w:t>
            </w:r>
            <w:r>
              <w:t>i</w:t>
            </w:r>
            <w:r w:rsidRPr="00332DB8">
              <w:rPr>
                <w:lang w:val="ru-RU"/>
              </w:rPr>
              <w:t>ни: сутн</w:t>
            </w:r>
            <w:r>
              <w:t>i</w:t>
            </w:r>
            <w:r w:rsidRPr="00332DB8">
              <w:rPr>
                <w:lang w:val="ru-RU"/>
              </w:rPr>
              <w:t>сть, структура та напрямки реализац</w:t>
            </w:r>
            <w:r>
              <w:t>ii</w:t>
            </w:r>
            <w:r w:rsidRPr="00332DB8">
              <w:rPr>
                <w:lang w:val="ru-RU"/>
              </w:rPr>
              <w:t>: Навчальний пос</w:t>
            </w:r>
            <w:r>
              <w:t>i</w:t>
            </w:r>
            <w:r w:rsidRPr="00332DB8">
              <w:rPr>
                <w:lang w:val="ru-RU"/>
              </w:rPr>
              <w:t>бник. – Харк</w:t>
            </w:r>
            <w:r>
              <w:t>i</w:t>
            </w:r>
            <w:r w:rsidRPr="00332DB8">
              <w:rPr>
                <w:lang w:val="ru-RU"/>
              </w:rPr>
              <w:t>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2880" w:type="dxa"/>
          </w:tcPr>
          <w:p w:rsidR="006F7457" w:rsidRDefault="00332DB8">
            <w:r>
              <w:t>05.12.2018</w:t>
            </w:r>
          </w:p>
        </w:tc>
      </w:tr>
      <w:tr w:rsidR="006F7457">
        <w:tc>
          <w:tcPr>
            <w:tcW w:w="2880" w:type="dxa"/>
          </w:tcPr>
          <w:p w:rsidR="006F7457" w:rsidRDefault="00332DB8">
            <w:r>
              <w:t>4655.</w:t>
            </w:r>
          </w:p>
        </w:tc>
        <w:tc>
          <w:tcPr>
            <w:tcW w:w="2880" w:type="dxa"/>
          </w:tcPr>
          <w:p w:rsidR="006F7457" w:rsidRDefault="00332DB8">
            <w:r w:rsidRPr="00332DB8">
              <w:rPr>
                <w:lang w:val="ru-RU"/>
              </w:rPr>
              <w:t>Печатная продукция Липа Ю. Розпод</w:t>
            </w:r>
            <w:r>
              <w:t>i</w:t>
            </w:r>
            <w:r w:rsidRPr="00332DB8">
              <w:rPr>
                <w:lang w:val="ru-RU"/>
              </w:rPr>
              <w:t>л Рос</w:t>
            </w:r>
            <w:r>
              <w:t>ii</w:t>
            </w:r>
            <w:r w:rsidRPr="00332DB8">
              <w:rPr>
                <w:lang w:val="ru-RU"/>
              </w:rPr>
              <w:t>. – Льв</w:t>
            </w:r>
            <w:r>
              <w:t>i</w:t>
            </w:r>
            <w:r w:rsidRPr="00332DB8">
              <w:rPr>
                <w:lang w:val="ru-RU"/>
              </w:rPr>
              <w:t xml:space="preserve">в </w:t>
            </w:r>
            <w:r>
              <w:t>I</w:t>
            </w:r>
            <w:r w:rsidRPr="00332DB8">
              <w:rPr>
                <w:lang w:val="ru-RU"/>
              </w:rPr>
              <w:t>нститут народознавства НАН Укра</w:t>
            </w:r>
            <w:r>
              <w:t>i</w:t>
            </w:r>
            <w:r w:rsidRPr="00332DB8">
              <w:rPr>
                <w:lang w:val="ru-RU"/>
              </w:rPr>
              <w:t xml:space="preserve">ни, 1995. – 148С. </w:t>
            </w:r>
            <w:r>
              <w:t>(Раздел России) (решение Мещанского районного суда города Москвы от 24.09.2015);</w:t>
            </w:r>
          </w:p>
        </w:tc>
        <w:tc>
          <w:tcPr>
            <w:tcW w:w="2880" w:type="dxa"/>
          </w:tcPr>
          <w:p w:rsidR="006F7457" w:rsidRDefault="00332DB8">
            <w:r>
              <w:t>05.12.2018</w:t>
            </w:r>
          </w:p>
        </w:tc>
      </w:tr>
      <w:tr w:rsidR="006F7457">
        <w:tc>
          <w:tcPr>
            <w:tcW w:w="2880" w:type="dxa"/>
          </w:tcPr>
          <w:p w:rsidR="006F7457" w:rsidRDefault="00332DB8">
            <w:r>
              <w:t>46</w:t>
            </w:r>
            <w:r>
              <w:lastRenderedPageBreak/>
              <w:t>56.</w:t>
            </w:r>
          </w:p>
        </w:tc>
        <w:tc>
          <w:tcPr>
            <w:tcW w:w="2880" w:type="dxa"/>
          </w:tcPr>
          <w:p w:rsidR="006F7457" w:rsidRPr="00332DB8" w:rsidRDefault="00332DB8">
            <w:pPr>
              <w:rPr>
                <w:lang w:val="ru-RU"/>
              </w:rPr>
            </w:pPr>
            <w:r>
              <w:lastRenderedPageBreak/>
              <w:t xml:space="preserve">Видеозапись под названием Spirit of 95 studio - SkinheadS/White Power» («Спирит оф 95 студио - СкинхедС/Уайт Пауэр») продолжительностью </w:t>
            </w:r>
            <w:r w:rsidRPr="00332DB8">
              <w:rPr>
                <w:lang w:val="ru-RU"/>
              </w:rPr>
              <w:t xml:space="preserve">04 минуты 11 секунд, обнаруженная в социальной сети «ВКонтакте» </w:t>
            </w:r>
            <w:r w:rsidRPr="00332DB8">
              <w:rPr>
                <w:lang w:val="ru-RU"/>
              </w:rPr>
              <w:lastRenderedPageBreak/>
              <w:t>(</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странице Артемова И.А. по электронному адресу: </w:t>
            </w:r>
            <w:r>
              <w:t>http</w:t>
            </w:r>
            <w:r w:rsidRPr="00332DB8">
              <w:rPr>
                <w:lang w:val="ru-RU"/>
              </w:rPr>
              <w:t>://</w:t>
            </w:r>
            <w:r>
              <w:t>vk</w:t>
            </w:r>
            <w:r w:rsidRPr="00332DB8">
              <w:rPr>
                <w:lang w:val="ru-RU"/>
              </w:rPr>
              <w:t>.</w:t>
            </w:r>
            <w:r>
              <w:t>com</w:t>
            </w:r>
            <w:r w:rsidRPr="00332DB8">
              <w:rPr>
                <w:lang w:val="ru-RU"/>
              </w:rPr>
              <w:t>/</w:t>
            </w:r>
            <w:r>
              <w:t>idl</w:t>
            </w:r>
            <w:r w:rsidRPr="00332DB8">
              <w:rPr>
                <w:lang w:val="ru-RU"/>
              </w:rPr>
              <w:t>61257840 (решение Савеловского районного суда города Москвы от 15.03.2016);</w:t>
            </w:r>
          </w:p>
        </w:tc>
        <w:tc>
          <w:tcPr>
            <w:tcW w:w="2880" w:type="dxa"/>
          </w:tcPr>
          <w:p w:rsidR="006F7457" w:rsidRDefault="00332DB8">
            <w:r>
              <w:lastRenderedPageBreak/>
              <w:t>05.12.</w:t>
            </w:r>
            <w:r>
              <w:lastRenderedPageBreak/>
              <w:t>2018</w:t>
            </w:r>
          </w:p>
        </w:tc>
      </w:tr>
      <w:tr w:rsidR="006F7457">
        <w:tc>
          <w:tcPr>
            <w:tcW w:w="2880" w:type="dxa"/>
          </w:tcPr>
          <w:p w:rsidR="006F7457" w:rsidRDefault="00332DB8">
            <w:r>
              <w:lastRenderedPageBreak/>
              <w:t>4657.</w:t>
            </w:r>
          </w:p>
        </w:tc>
        <w:tc>
          <w:tcPr>
            <w:tcW w:w="2880" w:type="dxa"/>
          </w:tcPr>
          <w:p w:rsidR="006F7457" w:rsidRPr="00332DB8" w:rsidRDefault="00332DB8">
            <w:pPr>
              <w:rPr>
                <w:lang w:val="ru-RU"/>
              </w:rPr>
            </w:pPr>
            <w:r w:rsidRPr="00332DB8">
              <w:rPr>
                <w:lang w:val="ru-RU"/>
              </w:rPr>
              <w:t>Видеозапись «</w:t>
            </w:r>
            <w:r>
              <w:t>Skinhead</w:t>
            </w:r>
            <w:r w:rsidRPr="00332DB8">
              <w:rPr>
                <w:lang w:val="ru-RU"/>
              </w:rPr>
              <w:t xml:space="preserve"> </w:t>
            </w:r>
            <w:r>
              <w:t>Girl</w:t>
            </w:r>
            <w:r w:rsidRPr="00332DB8">
              <w:rPr>
                <w:lang w:val="ru-RU"/>
              </w:rPr>
              <w:t>» («Скинхед Герл») продолжительностью 02 минуты 03 секунды, обнаруженная в социальной сети «ВКонтакте»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странице Артемова И.А. по электронному адресу: </w:t>
            </w:r>
            <w:r>
              <w:t>http</w:t>
            </w:r>
            <w:r w:rsidRPr="00332DB8">
              <w:rPr>
                <w:lang w:val="ru-RU"/>
              </w:rPr>
              <w:t>://</w:t>
            </w:r>
            <w:r>
              <w:t>vk</w:t>
            </w:r>
            <w:r w:rsidRPr="00332DB8">
              <w:rPr>
                <w:lang w:val="ru-RU"/>
              </w:rPr>
              <w:t>.</w:t>
            </w:r>
            <w:r>
              <w:t>com</w:t>
            </w:r>
            <w:r w:rsidRPr="00332DB8">
              <w:rPr>
                <w:lang w:val="ru-RU"/>
              </w:rPr>
              <w:t>/</w:t>
            </w:r>
            <w:r>
              <w:t>idl</w:t>
            </w:r>
            <w:r w:rsidRPr="00332DB8">
              <w:rPr>
                <w:lang w:val="ru-RU"/>
              </w:rPr>
              <w:t>61257840 (решение Савеловского районного суда города Москвы от 15.03.2016);</w:t>
            </w:r>
          </w:p>
        </w:tc>
        <w:tc>
          <w:tcPr>
            <w:tcW w:w="2880" w:type="dxa"/>
          </w:tcPr>
          <w:p w:rsidR="006F7457" w:rsidRDefault="00332DB8">
            <w:r>
              <w:t>05.12.2018</w:t>
            </w:r>
          </w:p>
        </w:tc>
      </w:tr>
      <w:tr w:rsidR="006F7457">
        <w:tc>
          <w:tcPr>
            <w:tcW w:w="2880" w:type="dxa"/>
          </w:tcPr>
          <w:p w:rsidR="006F7457" w:rsidRDefault="00332DB8">
            <w:r>
              <w:t>4658.</w:t>
            </w:r>
          </w:p>
        </w:tc>
        <w:tc>
          <w:tcPr>
            <w:tcW w:w="2880" w:type="dxa"/>
          </w:tcPr>
          <w:p w:rsidR="006F7457" w:rsidRPr="00332DB8" w:rsidRDefault="00332DB8">
            <w:pPr>
              <w:rPr>
                <w:lang w:val="ru-RU"/>
              </w:rPr>
            </w:pPr>
            <w:r w:rsidRPr="00332DB8">
              <w:rPr>
                <w:lang w:val="ru-RU"/>
              </w:rPr>
              <w:t>Видеозапись «</w:t>
            </w:r>
            <w:r>
              <w:t>Skinheads</w:t>
            </w:r>
            <w:r w:rsidRPr="00332DB8">
              <w:rPr>
                <w:lang w:val="ru-RU"/>
              </w:rPr>
              <w:t>» («Скинхеде») продолжительностью 04 минуты 26 секунд, обнаруженная в социальной сети «ВКонтакте»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странице Артемова И.А. по электронному адресу: </w:t>
            </w:r>
            <w:r>
              <w:t>http</w:t>
            </w:r>
            <w:r w:rsidRPr="00332DB8">
              <w:rPr>
                <w:lang w:val="ru-RU"/>
              </w:rPr>
              <w:t>://</w:t>
            </w:r>
            <w:r>
              <w:t>vk</w:t>
            </w:r>
            <w:r w:rsidRPr="00332DB8">
              <w:rPr>
                <w:lang w:val="ru-RU"/>
              </w:rPr>
              <w:t>.</w:t>
            </w:r>
            <w:r>
              <w:t>com</w:t>
            </w:r>
            <w:r w:rsidRPr="00332DB8">
              <w:rPr>
                <w:lang w:val="ru-RU"/>
              </w:rPr>
              <w:t>/</w:t>
            </w:r>
            <w:r>
              <w:t>idl</w:t>
            </w:r>
            <w:r w:rsidRPr="00332DB8">
              <w:rPr>
                <w:lang w:val="ru-RU"/>
              </w:rPr>
              <w:t>61257840 (решение Савеловского районного суда города Москвы от 15.03.2016);</w:t>
            </w:r>
          </w:p>
        </w:tc>
        <w:tc>
          <w:tcPr>
            <w:tcW w:w="2880" w:type="dxa"/>
          </w:tcPr>
          <w:p w:rsidR="006F7457" w:rsidRDefault="00332DB8">
            <w:r>
              <w:t>05.12.2018</w:t>
            </w:r>
          </w:p>
        </w:tc>
      </w:tr>
      <w:tr w:rsidR="006F7457">
        <w:tc>
          <w:tcPr>
            <w:tcW w:w="2880" w:type="dxa"/>
          </w:tcPr>
          <w:p w:rsidR="006F7457" w:rsidRDefault="00332DB8">
            <w:r>
              <w:t>4659.</w:t>
            </w:r>
          </w:p>
        </w:tc>
        <w:tc>
          <w:tcPr>
            <w:tcW w:w="2880" w:type="dxa"/>
          </w:tcPr>
          <w:p w:rsidR="006F7457" w:rsidRPr="00332DB8" w:rsidRDefault="00332DB8">
            <w:pPr>
              <w:rPr>
                <w:lang w:val="ru-RU"/>
              </w:rPr>
            </w:pPr>
            <w:r w:rsidRPr="00332DB8">
              <w:rPr>
                <w:lang w:val="ru-RU"/>
              </w:rPr>
              <w:t>Видеозапись «</w:t>
            </w:r>
            <w:r>
              <w:t>Skinheads</w:t>
            </w:r>
            <w:r w:rsidRPr="00332DB8">
              <w:rPr>
                <w:lang w:val="ru-RU"/>
              </w:rPr>
              <w:t>» («Скинхеде») продолжительностью 03 минуты 01 секунда, обнаруженная в социальной сети «ВКонтакте»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странице Артемова И.А. по электронному адресу: </w:t>
            </w:r>
            <w:r>
              <w:t>http</w:t>
            </w:r>
            <w:r w:rsidRPr="00332DB8">
              <w:rPr>
                <w:lang w:val="ru-RU"/>
              </w:rPr>
              <w:t>://</w:t>
            </w:r>
            <w:r>
              <w:t>vk</w:t>
            </w:r>
            <w:r w:rsidRPr="00332DB8">
              <w:rPr>
                <w:lang w:val="ru-RU"/>
              </w:rPr>
              <w:t>.</w:t>
            </w:r>
            <w:r>
              <w:t>com</w:t>
            </w:r>
            <w:r w:rsidRPr="00332DB8">
              <w:rPr>
                <w:lang w:val="ru-RU"/>
              </w:rPr>
              <w:t>/</w:t>
            </w:r>
            <w:r>
              <w:t>idl</w:t>
            </w:r>
            <w:r w:rsidRPr="00332DB8">
              <w:rPr>
                <w:lang w:val="ru-RU"/>
              </w:rPr>
              <w:t>61257840 (решение Савеловского районного суда города Москвы от 15.03.2016);</w:t>
            </w:r>
          </w:p>
        </w:tc>
        <w:tc>
          <w:tcPr>
            <w:tcW w:w="2880" w:type="dxa"/>
          </w:tcPr>
          <w:p w:rsidR="006F7457" w:rsidRDefault="00332DB8">
            <w:r>
              <w:t>05.12.2018</w:t>
            </w:r>
          </w:p>
        </w:tc>
      </w:tr>
      <w:tr w:rsidR="006F7457">
        <w:tc>
          <w:tcPr>
            <w:tcW w:w="2880" w:type="dxa"/>
          </w:tcPr>
          <w:p w:rsidR="006F7457" w:rsidRDefault="00332DB8">
            <w:r>
              <w:t>4660.</w:t>
            </w:r>
          </w:p>
        </w:tc>
        <w:tc>
          <w:tcPr>
            <w:tcW w:w="2880" w:type="dxa"/>
          </w:tcPr>
          <w:p w:rsidR="006F7457" w:rsidRPr="00332DB8" w:rsidRDefault="00332DB8">
            <w:pPr>
              <w:rPr>
                <w:lang w:val="ru-RU"/>
              </w:rPr>
            </w:pPr>
            <w:r w:rsidRPr="00332DB8">
              <w:rPr>
                <w:lang w:val="ru-RU"/>
              </w:rPr>
              <w:t xml:space="preserve">Видеозапись «Шмели - </w:t>
            </w:r>
            <w:r>
              <w:t>Moscow</w:t>
            </w:r>
            <w:r w:rsidRPr="00332DB8">
              <w:rPr>
                <w:lang w:val="ru-RU"/>
              </w:rPr>
              <w:t xml:space="preserve"> </w:t>
            </w:r>
            <w:r>
              <w:t>skinhead</w:t>
            </w:r>
            <w:r w:rsidRPr="00332DB8">
              <w:rPr>
                <w:lang w:val="ru-RU"/>
              </w:rPr>
              <w:t xml:space="preserve"> </w:t>
            </w:r>
            <w:r>
              <w:t>girl</w:t>
            </w:r>
            <w:r w:rsidRPr="00332DB8">
              <w:rPr>
                <w:lang w:val="ru-RU"/>
              </w:rPr>
              <w:t>» («Шмели – Москоу скинхед герл»), продолжительностью 02 минуты 23 секунды, обнаруженная в социальной сети «ВКонтакте» (</w:t>
            </w:r>
            <w:r>
              <w:t>http</w:t>
            </w:r>
            <w:r w:rsidRPr="00332DB8">
              <w:rPr>
                <w:lang w:val="ru-RU"/>
              </w:rPr>
              <w:t>://</w:t>
            </w:r>
            <w:r>
              <w:t>vk</w:t>
            </w:r>
            <w:r w:rsidRPr="00332DB8">
              <w:rPr>
                <w:lang w:val="ru-RU"/>
              </w:rPr>
              <w:t>.</w:t>
            </w:r>
            <w:r>
              <w:t>com</w:t>
            </w:r>
            <w:r w:rsidRPr="00332DB8">
              <w:rPr>
                <w:lang w:val="ru-RU"/>
              </w:rPr>
              <w:t xml:space="preserve">) информационно-телекоммуникационной сети Интернет на странице Артемова И.А. по электронному адресу: </w:t>
            </w:r>
            <w:r>
              <w:t>http</w:t>
            </w:r>
            <w:r w:rsidRPr="00332DB8">
              <w:rPr>
                <w:lang w:val="ru-RU"/>
              </w:rPr>
              <w:t>://</w:t>
            </w:r>
            <w:r>
              <w:t>vk</w:t>
            </w:r>
            <w:r w:rsidRPr="00332DB8">
              <w:rPr>
                <w:lang w:val="ru-RU"/>
              </w:rPr>
              <w:t>.</w:t>
            </w:r>
            <w:r>
              <w:t>com</w:t>
            </w:r>
            <w:r w:rsidRPr="00332DB8">
              <w:rPr>
                <w:lang w:val="ru-RU"/>
              </w:rPr>
              <w:t>/</w:t>
            </w:r>
            <w:r>
              <w:t>idl</w:t>
            </w:r>
            <w:r w:rsidRPr="00332DB8">
              <w:rPr>
                <w:lang w:val="ru-RU"/>
              </w:rPr>
              <w:t>61257840 (решение Савеловского районного суда города Москвы от 15.03.2016);</w:t>
            </w:r>
          </w:p>
        </w:tc>
        <w:tc>
          <w:tcPr>
            <w:tcW w:w="2880" w:type="dxa"/>
          </w:tcPr>
          <w:p w:rsidR="006F7457" w:rsidRDefault="00332DB8">
            <w:r>
              <w:t>05.12.2018</w:t>
            </w:r>
          </w:p>
        </w:tc>
      </w:tr>
      <w:tr w:rsidR="006F7457">
        <w:tc>
          <w:tcPr>
            <w:tcW w:w="2880" w:type="dxa"/>
          </w:tcPr>
          <w:p w:rsidR="006F7457" w:rsidRDefault="00332DB8">
            <w:r>
              <w:t>4661.</w:t>
            </w:r>
          </w:p>
        </w:tc>
        <w:tc>
          <w:tcPr>
            <w:tcW w:w="2880" w:type="dxa"/>
          </w:tcPr>
          <w:p w:rsidR="006F7457" w:rsidRPr="00332DB8" w:rsidRDefault="00332DB8">
            <w:pPr>
              <w:rPr>
                <w:lang w:val="ru-RU"/>
              </w:rPr>
            </w:pPr>
            <w:r w:rsidRPr="00332DB8">
              <w:rPr>
                <w:lang w:val="ru-RU"/>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2880" w:type="dxa"/>
          </w:tcPr>
          <w:p w:rsidR="006F7457" w:rsidRDefault="00332DB8">
            <w:r>
              <w:t>05.12.2018</w:t>
            </w:r>
          </w:p>
        </w:tc>
      </w:tr>
      <w:tr w:rsidR="006F7457">
        <w:tc>
          <w:tcPr>
            <w:tcW w:w="2880" w:type="dxa"/>
          </w:tcPr>
          <w:p w:rsidR="006F7457" w:rsidRDefault="00332DB8">
            <w:r>
              <w:lastRenderedPageBreak/>
              <w:t>4662.</w:t>
            </w:r>
          </w:p>
        </w:tc>
        <w:tc>
          <w:tcPr>
            <w:tcW w:w="2880" w:type="dxa"/>
          </w:tcPr>
          <w:p w:rsidR="006F7457" w:rsidRPr="00332DB8" w:rsidRDefault="00332DB8">
            <w:pPr>
              <w:rPr>
                <w:lang w:val="ru-RU"/>
              </w:rPr>
            </w:pPr>
            <w:r w:rsidRPr="00332DB8">
              <w:rPr>
                <w:lang w:val="ru-RU"/>
              </w:rPr>
              <w:t>Печатная продукция Авторханов А.Г. Империя Кремля. – М.: ДИКА-М, 2001 – 478 С. (решение Мещанского районного суда города Москвы от 24.09.2015);</w:t>
            </w:r>
          </w:p>
        </w:tc>
        <w:tc>
          <w:tcPr>
            <w:tcW w:w="2880" w:type="dxa"/>
          </w:tcPr>
          <w:p w:rsidR="006F7457" w:rsidRDefault="00332DB8">
            <w:r>
              <w:t>05.12.2018</w:t>
            </w:r>
          </w:p>
        </w:tc>
      </w:tr>
      <w:tr w:rsidR="006F7457">
        <w:tc>
          <w:tcPr>
            <w:tcW w:w="2880" w:type="dxa"/>
          </w:tcPr>
          <w:p w:rsidR="006F7457" w:rsidRDefault="00332DB8">
            <w:r>
              <w:t>4663.</w:t>
            </w:r>
          </w:p>
        </w:tc>
        <w:tc>
          <w:tcPr>
            <w:tcW w:w="2880" w:type="dxa"/>
          </w:tcPr>
          <w:p w:rsidR="006F7457" w:rsidRDefault="00332DB8">
            <w:r w:rsidRPr="00332DB8">
              <w:rPr>
                <w:lang w:val="ru-RU"/>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w:t>
            </w:r>
            <w:r>
              <w:t>http</w:t>
            </w:r>
            <w:r w:rsidRPr="00332DB8">
              <w:rPr>
                <w:lang w:val="ru-RU"/>
              </w:rPr>
              <w:t>://</w:t>
            </w:r>
            <w:r>
              <w:t>vk</w:t>
            </w:r>
            <w:r w:rsidRPr="00332DB8">
              <w:rPr>
                <w:lang w:val="ru-RU"/>
              </w:rPr>
              <w:t>.</w:t>
            </w:r>
            <w:r>
              <w:t>com</w:t>
            </w:r>
            <w:r w:rsidRPr="00332DB8">
              <w:rPr>
                <w:lang w:val="ru-RU"/>
              </w:rPr>
              <w:t>/</w:t>
            </w:r>
            <w:r>
              <w:t>den</w:t>
            </w:r>
            <w:r w:rsidRPr="00332DB8">
              <w:rPr>
                <w:lang w:val="ru-RU"/>
              </w:rPr>
              <w:t>4</w:t>
            </w:r>
            <w:r>
              <w:t>ikmir</w:t>
            </w:r>
            <w:r w:rsidRPr="00332DB8">
              <w:rPr>
                <w:lang w:val="ru-RU"/>
              </w:rPr>
              <w:t>, в разделе «Аудиозаписи» по электронному адресу: «</w:t>
            </w:r>
            <w:r>
              <w:t>http</w:t>
            </w:r>
            <w:r w:rsidRPr="00332DB8">
              <w:rPr>
                <w:lang w:val="ru-RU"/>
              </w:rPr>
              <w:t>://</w:t>
            </w:r>
            <w:r>
              <w:t>vk</w:t>
            </w:r>
            <w:r w:rsidRPr="00332DB8">
              <w:rPr>
                <w:lang w:val="ru-RU"/>
              </w:rPr>
              <w:t>.</w:t>
            </w:r>
            <w:r>
              <w:t>com</w:t>
            </w:r>
            <w:r w:rsidRPr="00332DB8">
              <w:rPr>
                <w:lang w:val="ru-RU"/>
              </w:rPr>
              <w:t>/</w:t>
            </w:r>
            <w:r>
              <w:t>audios</w:t>
            </w:r>
            <w:r w:rsidRPr="00332DB8">
              <w:rPr>
                <w:lang w:val="ru-RU"/>
              </w:rPr>
              <w:t xml:space="preserve">49363501»., размещенный в социальной сети «Вконтакте» пользователь которой указал имя Шашков Д.В.» </w:t>
            </w:r>
            <w:r>
              <w:t>(решение Кузьминского районного суда города Москвы от 25.08.2015);</w:t>
            </w:r>
          </w:p>
        </w:tc>
        <w:tc>
          <w:tcPr>
            <w:tcW w:w="2880" w:type="dxa"/>
          </w:tcPr>
          <w:p w:rsidR="006F7457" w:rsidRDefault="00332DB8">
            <w:r>
              <w:t>05.12.2018</w:t>
            </w:r>
          </w:p>
        </w:tc>
      </w:tr>
      <w:tr w:rsidR="006F7457">
        <w:tc>
          <w:tcPr>
            <w:tcW w:w="2880" w:type="dxa"/>
          </w:tcPr>
          <w:p w:rsidR="006F7457" w:rsidRDefault="00332DB8">
            <w:r>
              <w:t>4664.</w:t>
            </w:r>
          </w:p>
        </w:tc>
        <w:tc>
          <w:tcPr>
            <w:tcW w:w="2880" w:type="dxa"/>
          </w:tcPr>
          <w:p w:rsidR="006F7457" w:rsidRPr="00332DB8" w:rsidRDefault="00332DB8">
            <w:pPr>
              <w:rPr>
                <w:lang w:val="ru-RU"/>
              </w:rPr>
            </w:pPr>
            <w:r w:rsidRPr="00332DB8">
              <w:rPr>
                <w:lang w:val="ru-RU"/>
              </w:rPr>
              <w:t xml:space="preserve">Материал, размещенный в сети «Интернет» по адресу: </w:t>
            </w:r>
            <w:r>
              <w:t>http</w:t>
            </w:r>
            <w:r w:rsidRPr="00332DB8">
              <w:rPr>
                <w:lang w:val="ru-RU"/>
              </w:rPr>
              <w:t>://</w:t>
            </w:r>
            <w:r>
              <w:t>videosme</w:t>
            </w:r>
            <w:r w:rsidRPr="00332DB8">
              <w:rPr>
                <w:lang w:val="ru-RU"/>
              </w:rPr>
              <w:t>.</w:t>
            </w:r>
            <w:r>
              <w:t>ru</w:t>
            </w:r>
            <w:r w:rsidRPr="00332DB8">
              <w:rPr>
                <w:lang w:val="ru-RU"/>
              </w:rPr>
              <w:t>/</w:t>
            </w:r>
            <w:r>
              <w:t>vilayat</w:t>
            </w:r>
            <w:r w:rsidRPr="00332DB8">
              <w:rPr>
                <w:lang w:val="ru-RU"/>
              </w:rPr>
              <w:t>-</w:t>
            </w:r>
            <w:r>
              <w:t>dagestana</w:t>
            </w:r>
            <w:r w:rsidRPr="00332DB8">
              <w:rPr>
                <w:lang w:val="ru-RU"/>
              </w:rPr>
              <w:t>-</w:t>
            </w:r>
            <w:r>
              <w:t>video</w:t>
            </w:r>
            <w:r w:rsidRPr="00332DB8">
              <w:rPr>
                <w:lang w:val="ru-RU"/>
              </w:rPr>
              <w:t>.</w:t>
            </w:r>
            <w:r>
              <w:t>html</w:t>
            </w:r>
            <w:r w:rsidRPr="00332DB8">
              <w:rPr>
                <w:lang w:val="ru-RU"/>
              </w:rPr>
              <w:t xml:space="preserve"> (решение Новоуренгойского городского суда Ямало-Ненецкого автономного округа от 04.04.2016);</w:t>
            </w:r>
          </w:p>
        </w:tc>
        <w:tc>
          <w:tcPr>
            <w:tcW w:w="2880" w:type="dxa"/>
          </w:tcPr>
          <w:p w:rsidR="006F7457" w:rsidRDefault="00332DB8">
            <w:r>
              <w:t>05.12.2018</w:t>
            </w:r>
          </w:p>
        </w:tc>
      </w:tr>
      <w:tr w:rsidR="006F7457">
        <w:tc>
          <w:tcPr>
            <w:tcW w:w="2880" w:type="dxa"/>
          </w:tcPr>
          <w:p w:rsidR="006F7457" w:rsidRDefault="00332DB8">
            <w:r>
              <w:t>4665.</w:t>
            </w:r>
          </w:p>
        </w:tc>
        <w:tc>
          <w:tcPr>
            <w:tcW w:w="2880" w:type="dxa"/>
          </w:tcPr>
          <w:p w:rsidR="006F7457" w:rsidRPr="00332DB8" w:rsidRDefault="00332DB8">
            <w:pPr>
              <w:rPr>
                <w:lang w:val="ru-RU"/>
              </w:rPr>
            </w:pPr>
            <w:r w:rsidRPr="00332DB8">
              <w:rPr>
                <w:lang w:val="ru-RU"/>
              </w:rPr>
              <w:t>Печатная продукция Боровик В. Пора перемагати. – Харк</w:t>
            </w:r>
            <w:r>
              <w:t>i</w:t>
            </w:r>
            <w:r w:rsidRPr="00332DB8">
              <w:rPr>
                <w:lang w:val="ru-RU"/>
              </w:rPr>
              <w:t>в: Фол</w:t>
            </w:r>
            <w:r>
              <w:t>i</w:t>
            </w:r>
            <w:r w:rsidRPr="00332DB8">
              <w:rPr>
                <w:lang w:val="ru-RU"/>
              </w:rPr>
              <w:t>о, 2006. – 382 С. (Время побеждать) (решение Мещанского районного суда города Москвы от 24.09.2015);</w:t>
            </w:r>
          </w:p>
        </w:tc>
        <w:tc>
          <w:tcPr>
            <w:tcW w:w="2880" w:type="dxa"/>
          </w:tcPr>
          <w:p w:rsidR="006F7457" w:rsidRDefault="00332DB8">
            <w:r>
              <w:t>05.12.2018</w:t>
            </w:r>
          </w:p>
        </w:tc>
      </w:tr>
      <w:tr w:rsidR="006F7457">
        <w:tc>
          <w:tcPr>
            <w:tcW w:w="2880" w:type="dxa"/>
          </w:tcPr>
          <w:p w:rsidR="006F7457" w:rsidRDefault="00332DB8">
            <w:r>
              <w:t>4666.</w:t>
            </w:r>
          </w:p>
        </w:tc>
        <w:tc>
          <w:tcPr>
            <w:tcW w:w="2880" w:type="dxa"/>
          </w:tcPr>
          <w:p w:rsidR="006F7457" w:rsidRPr="00332DB8" w:rsidRDefault="00332DB8">
            <w:pPr>
              <w:rPr>
                <w:lang w:val="ru-RU"/>
              </w:rPr>
            </w:pPr>
            <w:r w:rsidRPr="00332DB8">
              <w:rPr>
                <w:lang w:val="ru-RU"/>
              </w:rPr>
              <w:t xml:space="preserve">Видеоролик под названием «1488», продолжительностью 09 минут 00 секунд, расположенный по адресу </w:t>
            </w:r>
            <w:r>
              <w:t>http</w:t>
            </w:r>
            <w:r w:rsidRPr="00332DB8">
              <w:rPr>
                <w:lang w:val="ru-RU"/>
              </w:rPr>
              <w:t>://</w:t>
            </w:r>
            <w:r>
              <w:t>vk</w:t>
            </w:r>
            <w:r w:rsidRPr="00332DB8">
              <w:rPr>
                <w:lang w:val="ru-RU"/>
              </w:rPr>
              <w:t>.</w:t>
            </w:r>
            <w:r>
              <w:t>com</w:t>
            </w:r>
            <w:r w:rsidRPr="00332DB8">
              <w:rPr>
                <w:lang w:val="ru-RU"/>
              </w:rPr>
              <w:t>/</w:t>
            </w:r>
            <w:r>
              <w:t>video</w:t>
            </w:r>
            <w:r w:rsidRPr="00332DB8">
              <w:rPr>
                <w:lang w:val="ru-RU"/>
              </w:rPr>
              <w:t>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2880" w:type="dxa"/>
          </w:tcPr>
          <w:p w:rsidR="006F7457" w:rsidRDefault="00332DB8">
            <w:r>
              <w:t>05.12.2018</w:t>
            </w:r>
          </w:p>
        </w:tc>
      </w:tr>
      <w:tr w:rsidR="006F7457">
        <w:tc>
          <w:tcPr>
            <w:tcW w:w="2880" w:type="dxa"/>
          </w:tcPr>
          <w:p w:rsidR="006F7457" w:rsidRDefault="00332DB8">
            <w:r>
              <w:t>46</w:t>
            </w:r>
            <w:r>
              <w:lastRenderedPageBreak/>
              <w:t>67.</w:t>
            </w:r>
          </w:p>
        </w:tc>
        <w:tc>
          <w:tcPr>
            <w:tcW w:w="2880" w:type="dxa"/>
          </w:tcPr>
          <w:p w:rsidR="006F7457" w:rsidRPr="00332DB8" w:rsidRDefault="00332DB8">
            <w:pPr>
              <w:rPr>
                <w:lang w:val="ru-RU"/>
              </w:rPr>
            </w:pPr>
            <w:r w:rsidRPr="00332DB8">
              <w:rPr>
                <w:lang w:val="ru-RU"/>
              </w:rPr>
              <w:lastRenderedPageBreak/>
              <w:t xml:space="preserve">Печатный материал, оформленный в виде брошюры под названием «Последняя битва» (решение </w:t>
            </w:r>
            <w:r w:rsidRPr="00332DB8">
              <w:rPr>
                <w:lang w:val="ru-RU"/>
              </w:rPr>
              <w:lastRenderedPageBreak/>
              <w:t>Тагилстроевского районного суда г. Нижнего Тагила Свердловской области от 23.04.2014);</w:t>
            </w:r>
          </w:p>
        </w:tc>
        <w:tc>
          <w:tcPr>
            <w:tcW w:w="2880" w:type="dxa"/>
          </w:tcPr>
          <w:p w:rsidR="006F7457" w:rsidRDefault="00332DB8">
            <w:r>
              <w:lastRenderedPageBreak/>
              <w:t>05.12.</w:t>
            </w:r>
            <w:r>
              <w:lastRenderedPageBreak/>
              <w:t>2018</w:t>
            </w:r>
          </w:p>
        </w:tc>
      </w:tr>
      <w:tr w:rsidR="006F7457">
        <w:tc>
          <w:tcPr>
            <w:tcW w:w="2880" w:type="dxa"/>
          </w:tcPr>
          <w:p w:rsidR="006F7457" w:rsidRDefault="00332DB8">
            <w:r>
              <w:lastRenderedPageBreak/>
              <w:t>4668.</w:t>
            </w:r>
          </w:p>
        </w:tc>
        <w:tc>
          <w:tcPr>
            <w:tcW w:w="2880" w:type="dxa"/>
          </w:tcPr>
          <w:p w:rsidR="006F7457" w:rsidRPr="00332DB8" w:rsidRDefault="00332DB8">
            <w:pPr>
              <w:rPr>
                <w:lang w:val="ru-RU"/>
              </w:rPr>
            </w:pPr>
            <w:r w:rsidRPr="00332DB8">
              <w:rPr>
                <w:lang w:val="ru-RU"/>
              </w:rPr>
              <w:t xml:space="preserve">Видеофайл: «Арслан Мирзаев. </w:t>
            </w:r>
            <w:r>
              <w:t>mp</w:t>
            </w:r>
            <w:r w:rsidRPr="00332DB8">
              <w:rPr>
                <w:lang w:val="ru-RU"/>
              </w:rPr>
              <w:t>4» продолжительностью 9 мин. 14 сек. (</w:t>
            </w:r>
            <w:r>
              <w:t>URL</w:t>
            </w:r>
            <w:r w:rsidRPr="00332DB8">
              <w:rPr>
                <w:lang w:val="ru-RU"/>
              </w:rPr>
              <w:t xml:space="preserve">- адрес: </w:t>
            </w:r>
            <w:r>
              <w:t>http</w:t>
            </w:r>
            <w:r w:rsidRPr="00332DB8">
              <w:rPr>
                <w:lang w:val="ru-RU"/>
              </w:rPr>
              <w:t>://</w:t>
            </w:r>
            <w:r>
              <w:t>vk</w:t>
            </w:r>
            <w:r w:rsidRPr="00332DB8">
              <w:rPr>
                <w:lang w:val="ru-RU"/>
              </w:rPr>
              <w:t>.</w:t>
            </w:r>
            <w:r>
              <w:t>com</w:t>
            </w:r>
            <w:r w:rsidRPr="00332DB8">
              <w:rPr>
                <w:lang w:val="ru-RU"/>
              </w:rPr>
              <w:t>/</w:t>
            </w:r>
            <w:r>
              <w:t>video</w:t>
            </w:r>
            <w:r w:rsidRPr="00332DB8">
              <w:rPr>
                <w:lang w:val="ru-RU"/>
              </w:rPr>
              <w:t>16166174_167546235,) (решение Кировского районного суда г. Екатеринбурга от 29.06.2015);</w:t>
            </w:r>
          </w:p>
        </w:tc>
        <w:tc>
          <w:tcPr>
            <w:tcW w:w="2880" w:type="dxa"/>
          </w:tcPr>
          <w:p w:rsidR="006F7457" w:rsidRDefault="00332DB8">
            <w:r>
              <w:t>05.12.2018</w:t>
            </w:r>
          </w:p>
        </w:tc>
      </w:tr>
      <w:tr w:rsidR="006F7457">
        <w:tc>
          <w:tcPr>
            <w:tcW w:w="2880" w:type="dxa"/>
          </w:tcPr>
          <w:p w:rsidR="006F7457" w:rsidRDefault="00332DB8">
            <w:r>
              <w:t>4669.</w:t>
            </w:r>
          </w:p>
        </w:tc>
        <w:tc>
          <w:tcPr>
            <w:tcW w:w="2880" w:type="dxa"/>
          </w:tcPr>
          <w:p w:rsidR="006F7457" w:rsidRPr="00332DB8" w:rsidRDefault="00332DB8">
            <w:pPr>
              <w:rPr>
                <w:lang w:val="ru-RU"/>
              </w:rPr>
            </w:pPr>
            <w:r w:rsidRPr="00332DB8">
              <w:rPr>
                <w:lang w:val="ru-RU"/>
              </w:rPr>
              <w:t xml:space="preserve">Видеофайл: «Грязная ложь СМИ. </w:t>
            </w:r>
            <w:r>
              <w:t>mp</w:t>
            </w:r>
            <w:r w:rsidRPr="00332DB8">
              <w:rPr>
                <w:lang w:val="ru-RU"/>
              </w:rPr>
              <w:t>4», продолжительностью 7 мин. 18 сек. (</w:t>
            </w:r>
            <w:r>
              <w:t>URL</w:t>
            </w:r>
            <w:r w:rsidRPr="00332DB8">
              <w:rPr>
                <w:lang w:val="ru-RU"/>
              </w:rPr>
              <w:t xml:space="preserve">- адрес: </w:t>
            </w:r>
            <w:r>
              <w:t>http</w:t>
            </w:r>
            <w:r w:rsidRPr="00332DB8">
              <w:rPr>
                <w:lang w:val="ru-RU"/>
              </w:rPr>
              <w:t>://</w:t>
            </w:r>
            <w:r>
              <w:t>vk</w:t>
            </w:r>
            <w:r w:rsidRPr="00332DB8">
              <w:rPr>
                <w:lang w:val="ru-RU"/>
              </w:rPr>
              <w:t>.</w:t>
            </w:r>
            <w:r>
              <w:t>com</w:t>
            </w:r>
            <w:r w:rsidRPr="00332DB8">
              <w:rPr>
                <w:lang w:val="ru-RU"/>
              </w:rPr>
              <w:t>/</w:t>
            </w:r>
            <w:r>
              <w:t>video</w:t>
            </w:r>
            <w:r w:rsidRPr="00332DB8">
              <w:rPr>
                <w:lang w:val="ru-RU"/>
              </w:rPr>
              <w:t>16166174_168113676) (решение Кировского районного суда г. Екатеринбурга от 29.06.2015);</w:t>
            </w:r>
          </w:p>
        </w:tc>
        <w:tc>
          <w:tcPr>
            <w:tcW w:w="2880" w:type="dxa"/>
          </w:tcPr>
          <w:p w:rsidR="006F7457" w:rsidRDefault="00332DB8">
            <w:r>
              <w:t>05.12.2018</w:t>
            </w:r>
          </w:p>
        </w:tc>
      </w:tr>
      <w:tr w:rsidR="006F7457">
        <w:tc>
          <w:tcPr>
            <w:tcW w:w="2880" w:type="dxa"/>
          </w:tcPr>
          <w:p w:rsidR="006F7457" w:rsidRDefault="00332DB8">
            <w:r>
              <w:t>4670.</w:t>
            </w:r>
          </w:p>
        </w:tc>
        <w:tc>
          <w:tcPr>
            <w:tcW w:w="2880" w:type="dxa"/>
          </w:tcPr>
          <w:p w:rsidR="006F7457" w:rsidRPr="00332DB8" w:rsidRDefault="00332DB8">
            <w:pPr>
              <w:rPr>
                <w:lang w:val="ru-RU"/>
              </w:rPr>
            </w:pPr>
            <w:r w:rsidRPr="00332DB8">
              <w:rPr>
                <w:lang w:val="ru-RU"/>
              </w:rPr>
              <w:t xml:space="preserve">Видеофайл: «Абу Умар Саситлинский- Испытание по уровню имана. </w:t>
            </w:r>
            <w:r>
              <w:t>mp</w:t>
            </w:r>
            <w:r w:rsidRPr="00332DB8">
              <w:rPr>
                <w:lang w:val="ru-RU"/>
              </w:rPr>
              <w:t>4» продолжительностью 1 ч. 11 мин. 28 сек. (</w:t>
            </w:r>
            <w:r>
              <w:t>URL</w:t>
            </w:r>
            <w:r w:rsidRPr="00332DB8">
              <w:rPr>
                <w:lang w:val="ru-RU"/>
              </w:rPr>
              <w:t xml:space="preserve">- адрес: </w:t>
            </w:r>
            <w:r>
              <w:t>http</w:t>
            </w:r>
            <w:r w:rsidRPr="00332DB8">
              <w:rPr>
                <w:lang w:val="ru-RU"/>
              </w:rPr>
              <w:t>://</w:t>
            </w:r>
            <w:r>
              <w:t>vk</w:t>
            </w:r>
            <w:r w:rsidRPr="00332DB8">
              <w:rPr>
                <w:lang w:val="ru-RU"/>
              </w:rPr>
              <w:t>.</w:t>
            </w:r>
            <w:r>
              <w:t>com</w:t>
            </w:r>
            <w:r w:rsidRPr="00332DB8">
              <w:rPr>
                <w:lang w:val="ru-RU"/>
              </w:rPr>
              <w:t>/</w:t>
            </w:r>
            <w:r>
              <w:t>video</w:t>
            </w:r>
            <w:r w:rsidRPr="00332DB8">
              <w:rPr>
                <w:lang w:val="ru-RU"/>
              </w:rPr>
              <w:t>16166174_168113676) (решение Кировского районного суда г. Екатеринбурга от 29.06.2015);</w:t>
            </w:r>
          </w:p>
        </w:tc>
        <w:tc>
          <w:tcPr>
            <w:tcW w:w="2880" w:type="dxa"/>
          </w:tcPr>
          <w:p w:rsidR="006F7457" w:rsidRDefault="00332DB8">
            <w:r>
              <w:t>05.12.2018</w:t>
            </w:r>
          </w:p>
        </w:tc>
      </w:tr>
      <w:tr w:rsidR="006F7457">
        <w:tc>
          <w:tcPr>
            <w:tcW w:w="2880" w:type="dxa"/>
          </w:tcPr>
          <w:p w:rsidR="006F7457" w:rsidRDefault="00332DB8">
            <w:r>
              <w:t>4671.</w:t>
            </w:r>
          </w:p>
        </w:tc>
        <w:tc>
          <w:tcPr>
            <w:tcW w:w="2880" w:type="dxa"/>
          </w:tcPr>
          <w:p w:rsidR="006F7457" w:rsidRPr="00332DB8" w:rsidRDefault="00332DB8">
            <w:pPr>
              <w:rPr>
                <w:lang w:val="ru-RU"/>
              </w:rPr>
            </w:pPr>
            <w:r w:rsidRPr="00332DB8">
              <w:rPr>
                <w:lang w:val="ru-RU"/>
              </w:rPr>
              <w:t xml:space="preserve">Видеофайл со следующим названием «Последний бой Амира СайфуЛлах Шишани РахимахуЛлах! Тюрьма Алеппо» (размещени11.03.2014 в 23-30 по </w:t>
            </w:r>
            <w:r>
              <w:t>URL</w:t>
            </w:r>
            <w:r w:rsidRPr="00332DB8">
              <w:rPr>
                <w:lang w:val="ru-RU"/>
              </w:rPr>
              <w:t xml:space="preserve"> – по адресу: </w:t>
            </w:r>
            <w:r>
              <w:t>http</w:t>
            </w:r>
            <w:r w:rsidRPr="00332DB8">
              <w:rPr>
                <w:lang w:val="ru-RU"/>
              </w:rPr>
              <w:t>://</w:t>
            </w:r>
            <w:r>
              <w:t>vk</w:t>
            </w:r>
            <w:r w:rsidRPr="00332DB8">
              <w:rPr>
                <w:lang w:val="ru-RU"/>
              </w:rPr>
              <w:t>.</w:t>
            </w:r>
            <w:r>
              <w:t>com</w:t>
            </w:r>
            <w:r w:rsidRPr="00332DB8">
              <w:rPr>
                <w:lang w:val="ru-RU"/>
              </w:rPr>
              <w:t xml:space="preserve">\ </w:t>
            </w:r>
            <w:r>
              <w:t>video</w:t>
            </w:r>
            <w:r w:rsidRPr="00332DB8">
              <w:rPr>
                <w:lang w:val="ru-RU"/>
              </w:rPr>
              <w:t xml:space="preserve"> 173708710 167920346) (решение Октябрьского районного суда г. Екатеринбурга Свердловской области от 23.04.2015);</w:t>
            </w:r>
          </w:p>
        </w:tc>
        <w:tc>
          <w:tcPr>
            <w:tcW w:w="2880" w:type="dxa"/>
          </w:tcPr>
          <w:p w:rsidR="006F7457" w:rsidRDefault="00332DB8">
            <w:r>
              <w:t>05.12.2018</w:t>
            </w:r>
          </w:p>
        </w:tc>
      </w:tr>
      <w:tr w:rsidR="006F7457">
        <w:tc>
          <w:tcPr>
            <w:tcW w:w="2880" w:type="dxa"/>
          </w:tcPr>
          <w:p w:rsidR="006F7457" w:rsidRDefault="00332DB8">
            <w:r>
              <w:t>4672.</w:t>
            </w:r>
          </w:p>
        </w:tc>
        <w:tc>
          <w:tcPr>
            <w:tcW w:w="2880" w:type="dxa"/>
          </w:tcPr>
          <w:p w:rsidR="006F7457" w:rsidRPr="00332DB8" w:rsidRDefault="00332DB8">
            <w:pPr>
              <w:rPr>
                <w:lang w:val="ru-RU"/>
              </w:rPr>
            </w:pPr>
            <w:r w:rsidRPr="00332DB8">
              <w:rPr>
                <w:lang w:val="ru-RU"/>
              </w:rPr>
              <w:t xml:space="preserve">Видеофайл со следующим названием «Амир Сайфуллах Шишани До ШАХАДЫ» (размещен 10.03.2014 в 01-17 по </w:t>
            </w:r>
            <w:r>
              <w:t>URL</w:t>
            </w:r>
            <w:r w:rsidRPr="00332DB8">
              <w:rPr>
                <w:lang w:val="ru-RU"/>
              </w:rPr>
              <w:t xml:space="preserve"> - адресу: </w:t>
            </w:r>
            <w:r>
              <w:t>http</w:t>
            </w:r>
            <w:r w:rsidRPr="00332DB8">
              <w:rPr>
                <w:lang w:val="ru-RU"/>
              </w:rPr>
              <w:t>://</w:t>
            </w:r>
            <w:r>
              <w:t>vk</w:t>
            </w:r>
            <w:r w:rsidRPr="00332DB8">
              <w:rPr>
                <w:lang w:val="ru-RU"/>
              </w:rPr>
              <w:t>.</w:t>
            </w:r>
            <w:r>
              <w:t>com</w:t>
            </w:r>
            <w:r w:rsidRPr="00332DB8">
              <w:rPr>
                <w:lang w:val="ru-RU"/>
              </w:rPr>
              <w:t xml:space="preserve">\ </w:t>
            </w:r>
            <w:r>
              <w:t>video</w:t>
            </w:r>
            <w:r w:rsidRPr="00332DB8">
              <w:rPr>
                <w:lang w:val="ru-RU"/>
              </w:rPr>
              <w:t xml:space="preserve"> 173708710 167898051) (решение Октябрьского районного суда г. Екатеринбурга Свердловской области от 23.04.2015);</w:t>
            </w:r>
          </w:p>
        </w:tc>
        <w:tc>
          <w:tcPr>
            <w:tcW w:w="2880" w:type="dxa"/>
          </w:tcPr>
          <w:p w:rsidR="006F7457" w:rsidRDefault="00332DB8">
            <w:r>
              <w:t>05.12.2018</w:t>
            </w:r>
          </w:p>
        </w:tc>
      </w:tr>
      <w:tr w:rsidR="006F7457">
        <w:tc>
          <w:tcPr>
            <w:tcW w:w="2880" w:type="dxa"/>
          </w:tcPr>
          <w:p w:rsidR="006F7457" w:rsidRDefault="00332DB8">
            <w:r>
              <w:lastRenderedPageBreak/>
              <w:t>4673.</w:t>
            </w:r>
          </w:p>
        </w:tc>
        <w:tc>
          <w:tcPr>
            <w:tcW w:w="2880" w:type="dxa"/>
          </w:tcPr>
          <w:p w:rsidR="006F7457" w:rsidRPr="00332DB8" w:rsidRDefault="00332DB8">
            <w:pPr>
              <w:rPr>
                <w:lang w:val="ru-RU"/>
              </w:rPr>
            </w:pPr>
            <w:r w:rsidRPr="00332DB8">
              <w:rPr>
                <w:lang w:val="ru-RU"/>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2880" w:type="dxa"/>
          </w:tcPr>
          <w:p w:rsidR="006F7457" w:rsidRDefault="00332DB8">
            <w:r>
              <w:t>05.12.2018</w:t>
            </w:r>
          </w:p>
        </w:tc>
      </w:tr>
      <w:tr w:rsidR="006F7457">
        <w:tc>
          <w:tcPr>
            <w:tcW w:w="2880" w:type="dxa"/>
          </w:tcPr>
          <w:p w:rsidR="006F7457" w:rsidRDefault="00332DB8">
            <w:r>
              <w:t>4674.</w:t>
            </w:r>
          </w:p>
        </w:tc>
        <w:tc>
          <w:tcPr>
            <w:tcW w:w="2880" w:type="dxa"/>
          </w:tcPr>
          <w:p w:rsidR="006F7457" w:rsidRDefault="00332DB8">
            <w: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2880" w:type="dxa"/>
          </w:tcPr>
          <w:p w:rsidR="006F7457" w:rsidRDefault="00332DB8">
            <w:r>
              <w:t>05.12.2018</w:t>
            </w:r>
          </w:p>
        </w:tc>
      </w:tr>
      <w:tr w:rsidR="006F7457">
        <w:tc>
          <w:tcPr>
            <w:tcW w:w="2880" w:type="dxa"/>
          </w:tcPr>
          <w:p w:rsidR="006F7457" w:rsidRDefault="00332DB8">
            <w:r>
              <w:t>4675.</w:t>
            </w:r>
          </w:p>
        </w:tc>
        <w:tc>
          <w:tcPr>
            <w:tcW w:w="2880" w:type="dxa"/>
          </w:tcPr>
          <w:p w:rsidR="006F7457" w:rsidRPr="00332DB8" w:rsidRDefault="00332DB8">
            <w:pPr>
              <w:rPr>
                <w:lang w:val="ru-RU"/>
              </w:rPr>
            </w:pPr>
            <w:r w:rsidRPr="00332DB8">
              <w:rPr>
                <w:lang w:val="ru-RU"/>
              </w:rPr>
              <w:t xml:space="preserve">Статья «За что русские убивают свободу», размещенная на Интернет-странице по электронному адресу: </w:t>
            </w:r>
            <w:r>
              <w:t>http</w:t>
            </w:r>
            <w:r w:rsidRPr="00332DB8">
              <w:rPr>
                <w:lang w:val="ru-RU"/>
              </w:rPr>
              <w:t>://</w:t>
            </w:r>
            <w:r>
              <w:t>chechenews</w:t>
            </w:r>
            <w:r w:rsidRPr="00332DB8">
              <w:rPr>
                <w:lang w:val="ru-RU"/>
              </w:rPr>
              <w:t>.</w:t>
            </w:r>
            <w:r>
              <w:t>com</w:t>
            </w:r>
            <w:r w:rsidRPr="00332DB8">
              <w:rPr>
                <w:lang w:val="ru-RU"/>
              </w:rPr>
              <w:t>/</w:t>
            </w:r>
            <w:r>
              <w:t>world</w:t>
            </w:r>
            <w:r w:rsidRPr="00332DB8">
              <w:rPr>
                <w:lang w:val="ru-RU"/>
              </w:rPr>
              <w:t>-</w:t>
            </w:r>
            <w:r>
              <w:t>news</w:t>
            </w:r>
            <w:r w:rsidRPr="00332DB8">
              <w:rPr>
                <w:lang w:val="ru-RU"/>
              </w:rPr>
              <w:t>/</w:t>
            </w:r>
            <w:r>
              <w:t>breaking</w:t>
            </w:r>
            <w:r w:rsidRPr="00332DB8">
              <w:rPr>
                <w:lang w:val="ru-RU"/>
              </w:rPr>
              <w:t>/15224-1.</w:t>
            </w:r>
            <w:r>
              <w:t>html</w:t>
            </w:r>
            <w:r w:rsidRPr="00332DB8">
              <w:rPr>
                <w:lang w:val="ru-RU"/>
              </w:rPr>
              <w:t xml:space="preserve"> (решение Октябрьского районного суда г. Екатеринбурга Свердловской области от 06.05.2014);</w:t>
            </w:r>
          </w:p>
        </w:tc>
        <w:tc>
          <w:tcPr>
            <w:tcW w:w="2880" w:type="dxa"/>
          </w:tcPr>
          <w:p w:rsidR="006F7457" w:rsidRDefault="00332DB8">
            <w:r>
              <w:t>05.12.2018</w:t>
            </w:r>
          </w:p>
        </w:tc>
      </w:tr>
      <w:tr w:rsidR="006F7457">
        <w:tc>
          <w:tcPr>
            <w:tcW w:w="2880" w:type="dxa"/>
          </w:tcPr>
          <w:p w:rsidR="006F7457" w:rsidRDefault="00332DB8">
            <w:r>
              <w:t>4676.</w:t>
            </w:r>
          </w:p>
        </w:tc>
        <w:tc>
          <w:tcPr>
            <w:tcW w:w="2880" w:type="dxa"/>
          </w:tcPr>
          <w:p w:rsidR="006F7457" w:rsidRDefault="00332DB8">
            <w:r w:rsidRPr="00332DB8">
              <w:rPr>
                <w:lang w:val="ru-RU"/>
              </w:rPr>
              <w:t xml:space="preserve">Информация размещенная на сайте </w:t>
            </w:r>
            <w:r>
              <w:t>http</w:t>
            </w:r>
            <w:r w:rsidRPr="00332DB8">
              <w:rPr>
                <w:lang w:val="ru-RU"/>
              </w:rPr>
              <w:t>://</w:t>
            </w:r>
            <w:r>
              <w:t>vk</w:t>
            </w:r>
            <w:r w:rsidRPr="00332DB8">
              <w:rPr>
                <w:lang w:val="ru-RU"/>
              </w:rPr>
              <w:t>.</w:t>
            </w:r>
            <w:r>
              <w:t>com</w:t>
            </w:r>
            <w:r w:rsidRPr="00332DB8">
              <w:rPr>
                <w:lang w:val="ru-RU"/>
              </w:rPr>
              <w:t>/</w:t>
            </w:r>
            <w:r>
              <w:t>dasreichert</w:t>
            </w:r>
            <w:r w:rsidRPr="00332DB8">
              <w:rPr>
                <w:lang w:val="ru-RU"/>
              </w:rPr>
              <w:t xml:space="preserve">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w:t>
            </w:r>
            <w:r>
              <w:t>Бей жидов!» (решение Староминского районного суда Краснодарского края от 22.06.2015);</w:t>
            </w:r>
          </w:p>
        </w:tc>
        <w:tc>
          <w:tcPr>
            <w:tcW w:w="2880" w:type="dxa"/>
          </w:tcPr>
          <w:p w:rsidR="006F7457" w:rsidRDefault="00332DB8">
            <w:r>
              <w:t>05.12.2018</w:t>
            </w:r>
          </w:p>
        </w:tc>
      </w:tr>
      <w:tr w:rsidR="006F7457">
        <w:tc>
          <w:tcPr>
            <w:tcW w:w="2880" w:type="dxa"/>
          </w:tcPr>
          <w:p w:rsidR="006F7457" w:rsidRDefault="00332DB8">
            <w:r>
              <w:lastRenderedPageBreak/>
              <w:t>4677.</w:t>
            </w:r>
          </w:p>
        </w:tc>
        <w:tc>
          <w:tcPr>
            <w:tcW w:w="2880" w:type="dxa"/>
          </w:tcPr>
          <w:p w:rsidR="006F7457" w:rsidRPr="00332DB8" w:rsidRDefault="00332DB8">
            <w:pPr>
              <w:rPr>
                <w:lang w:val="ru-RU"/>
              </w:rPr>
            </w:pPr>
            <w:r w:rsidRPr="00332DB8">
              <w:rPr>
                <w:lang w:val="ru-RU"/>
              </w:rPr>
              <w:t xml:space="preserve">Интернет-страница пользователя социальной сети (электронный адрес - </w:t>
            </w:r>
            <w:r>
              <w:t>http</w:t>
            </w:r>
            <w:r w:rsidRPr="00332DB8">
              <w:rPr>
                <w:lang w:val="ru-RU"/>
              </w:rPr>
              <w:t>://</w:t>
            </w:r>
            <w:r>
              <w:t>vk</w:t>
            </w:r>
            <w:r w:rsidRPr="00332DB8">
              <w:rPr>
                <w:lang w:val="ru-RU"/>
              </w:rPr>
              <w:t>.</w:t>
            </w:r>
            <w:r>
              <w:t>com</w:t>
            </w:r>
            <w:r w:rsidRPr="00332DB8">
              <w:rPr>
                <w:lang w:val="ru-RU"/>
              </w:rPr>
              <w:t>/</w:t>
            </w:r>
            <w:r>
              <w:t>id</w:t>
            </w:r>
            <w:r w:rsidRPr="00332DB8">
              <w:rPr>
                <w:lang w:val="ru-RU"/>
              </w:rPr>
              <w:t>100901248) на сайте международной сети Интернет (</w:t>
            </w:r>
            <w:r>
              <w:t>www</w:t>
            </w:r>
            <w:r w:rsidRPr="00332DB8">
              <w:rPr>
                <w:lang w:val="ru-RU"/>
              </w:rPr>
              <w:t>.</w:t>
            </w:r>
            <w:r>
              <w:t>vk</w:t>
            </w:r>
            <w:r w:rsidRPr="00332DB8">
              <w:rPr>
                <w:lang w:val="ru-RU"/>
              </w:rPr>
              <w:t>.</w:t>
            </w:r>
            <w:r>
              <w:t>com</w:t>
            </w:r>
            <w:r w:rsidRPr="00332DB8">
              <w:rPr>
                <w:lang w:val="ru-RU"/>
              </w:rPr>
              <w:t>),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2880" w:type="dxa"/>
          </w:tcPr>
          <w:p w:rsidR="006F7457" w:rsidRDefault="00332DB8">
            <w:r>
              <w:t>05.12.2018</w:t>
            </w:r>
          </w:p>
        </w:tc>
      </w:tr>
      <w:tr w:rsidR="006F7457">
        <w:tc>
          <w:tcPr>
            <w:tcW w:w="2880" w:type="dxa"/>
          </w:tcPr>
          <w:p w:rsidR="006F7457" w:rsidRDefault="00332DB8">
            <w:r>
              <w:t>4678.</w:t>
            </w:r>
          </w:p>
        </w:tc>
        <w:tc>
          <w:tcPr>
            <w:tcW w:w="2880" w:type="dxa"/>
          </w:tcPr>
          <w:p w:rsidR="006F7457" w:rsidRPr="00332DB8" w:rsidRDefault="00332DB8">
            <w:pPr>
              <w:rPr>
                <w:lang w:val="ru-RU"/>
              </w:rPr>
            </w:pPr>
            <w:r w:rsidRPr="00332DB8">
              <w:rPr>
                <w:lang w:val="ru-RU"/>
              </w:rPr>
              <w:t>Информационные материалы, размещенные в открытой группе под наименованием «Оккупай-Педофиляй!Белгород» (Интернет-адрес:</w:t>
            </w:r>
            <w:r>
              <w:t>http</w:t>
            </w:r>
            <w:r w:rsidRPr="00332DB8">
              <w:rPr>
                <w:lang w:val="ru-RU"/>
              </w:rPr>
              <w:t>://</w:t>
            </w:r>
            <w:r>
              <w:t>vk</w:t>
            </w:r>
            <w:r w:rsidRPr="00332DB8">
              <w:rPr>
                <w:lang w:val="ru-RU"/>
              </w:rPr>
              <w:t>.</w:t>
            </w:r>
            <w:r>
              <w:t>com</w:t>
            </w:r>
            <w:r w:rsidRPr="00332DB8">
              <w:rPr>
                <w:lang w:val="ru-RU"/>
              </w:rPr>
              <w:t>/</w:t>
            </w:r>
            <w:r>
              <w:t>okkupay</w:t>
            </w:r>
            <w:r w:rsidRPr="00332DB8">
              <w:rPr>
                <w:lang w:val="ru-RU"/>
              </w:rPr>
              <w:t>_</w:t>
            </w:r>
            <w:r>
              <w:t>belgorod</w:t>
            </w:r>
            <w:r w:rsidRPr="00332DB8">
              <w:rPr>
                <w:lang w:val="ru-RU"/>
              </w:rPr>
              <w:t>) (решение Октябрьского районного суда города Белгорода от 29.01.2014);</w:t>
            </w:r>
          </w:p>
        </w:tc>
        <w:tc>
          <w:tcPr>
            <w:tcW w:w="2880" w:type="dxa"/>
          </w:tcPr>
          <w:p w:rsidR="006F7457" w:rsidRDefault="00332DB8">
            <w:r>
              <w:t>05.12.2018</w:t>
            </w:r>
          </w:p>
        </w:tc>
      </w:tr>
      <w:tr w:rsidR="006F7457">
        <w:tc>
          <w:tcPr>
            <w:tcW w:w="2880" w:type="dxa"/>
          </w:tcPr>
          <w:p w:rsidR="006F7457" w:rsidRDefault="00332DB8">
            <w:r>
              <w:t>4679.</w:t>
            </w:r>
          </w:p>
        </w:tc>
        <w:tc>
          <w:tcPr>
            <w:tcW w:w="2880" w:type="dxa"/>
          </w:tcPr>
          <w:p w:rsidR="006F7457" w:rsidRPr="00332DB8" w:rsidRDefault="00332DB8">
            <w:pPr>
              <w:rPr>
                <w:lang w:val="ru-RU"/>
              </w:rPr>
            </w:pPr>
            <w:r w:rsidRPr="00332DB8">
              <w:rPr>
                <w:lang w:val="ru-RU"/>
              </w:rPr>
              <w:t>Листовка «Дни без Халифата, слишком затянулись…» (решение Кировского районного суда г. Казани от 27.10.2010);</w:t>
            </w:r>
          </w:p>
        </w:tc>
        <w:tc>
          <w:tcPr>
            <w:tcW w:w="2880" w:type="dxa"/>
          </w:tcPr>
          <w:p w:rsidR="006F7457" w:rsidRDefault="00332DB8">
            <w:r>
              <w:t>05.12.2018</w:t>
            </w:r>
          </w:p>
        </w:tc>
      </w:tr>
      <w:tr w:rsidR="006F7457">
        <w:tc>
          <w:tcPr>
            <w:tcW w:w="2880" w:type="dxa"/>
          </w:tcPr>
          <w:p w:rsidR="006F7457" w:rsidRDefault="00332DB8">
            <w:r>
              <w:t>4680.</w:t>
            </w:r>
          </w:p>
        </w:tc>
        <w:tc>
          <w:tcPr>
            <w:tcW w:w="2880" w:type="dxa"/>
          </w:tcPr>
          <w:p w:rsidR="006F7457" w:rsidRPr="00332DB8" w:rsidRDefault="00332DB8">
            <w:pPr>
              <w:rPr>
                <w:lang w:val="ru-RU"/>
              </w:rPr>
            </w:pPr>
            <w:r w:rsidRPr="00332DB8">
              <w:rPr>
                <w:lang w:val="ru-RU"/>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2880" w:type="dxa"/>
          </w:tcPr>
          <w:p w:rsidR="006F7457" w:rsidRDefault="00332DB8">
            <w:r>
              <w:t>05.12.2018</w:t>
            </w:r>
          </w:p>
        </w:tc>
      </w:tr>
      <w:tr w:rsidR="006F7457">
        <w:tc>
          <w:tcPr>
            <w:tcW w:w="2880" w:type="dxa"/>
          </w:tcPr>
          <w:p w:rsidR="006F7457" w:rsidRDefault="00332DB8">
            <w:r>
              <w:t>4681.</w:t>
            </w:r>
          </w:p>
        </w:tc>
        <w:tc>
          <w:tcPr>
            <w:tcW w:w="2880" w:type="dxa"/>
          </w:tcPr>
          <w:p w:rsidR="006F7457" w:rsidRPr="00332DB8" w:rsidRDefault="00332DB8">
            <w:pPr>
              <w:rPr>
                <w:lang w:val="ru-RU"/>
              </w:rPr>
            </w:pPr>
            <w:r w:rsidRPr="00332DB8">
              <w:rPr>
                <w:lang w:val="ru-RU"/>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2880" w:type="dxa"/>
          </w:tcPr>
          <w:p w:rsidR="006F7457" w:rsidRDefault="00332DB8">
            <w:r>
              <w:t>05.12.2018</w:t>
            </w:r>
          </w:p>
        </w:tc>
      </w:tr>
      <w:tr w:rsidR="006F7457">
        <w:tc>
          <w:tcPr>
            <w:tcW w:w="2880" w:type="dxa"/>
          </w:tcPr>
          <w:p w:rsidR="006F7457" w:rsidRDefault="00332DB8">
            <w:r>
              <w:t>46</w:t>
            </w:r>
            <w:r>
              <w:lastRenderedPageBreak/>
              <w:t>82.</w:t>
            </w:r>
          </w:p>
        </w:tc>
        <w:tc>
          <w:tcPr>
            <w:tcW w:w="2880" w:type="dxa"/>
          </w:tcPr>
          <w:p w:rsidR="006F7457" w:rsidRDefault="00332DB8">
            <w:r w:rsidRPr="00332DB8">
              <w:rPr>
                <w:lang w:val="ru-RU"/>
              </w:rPr>
              <w:lastRenderedPageBreak/>
              <w:t xml:space="preserve">Листовка «Рискнул бы Папа римский опорочить Велики Ислам, если бы существовало исламское государство» </w:t>
            </w:r>
            <w:r w:rsidRPr="00332DB8">
              <w:rPr>
                <w:lang w:val="ru-RU"/>
              </w:rPr>
              <w:lastRenderedPageBreak/>
              <w:t xml:space="preserve">– Праведный Халифат?» </w:t>
            </w:r>
            <w:r>
              <w:t>(решение Кировского районного суда г. Казани от 27.10.2010);</w:t>
            </w:r>
          </w:p>
        </w:tc>
        <w:tc>
          <w:tcPr>
            <w:tcW w:w="2880" w:type="dxa"/>
          </w:tcPr>
          <w:p w:rsidR="006F7457" w:rsidRDefault="00332DB8">
            <w:r>
              <w:lastRenderedPageBreak/>
              <w:t>05.12.</w:t>
            </w:r>
            <w:r>
              <w:lastRenderedPageBreak/>
              <w:t>2018</w:t>
            </w:r>
          </w:p>
        </w:tc>
      </w:tr>
      <w:tr w:rsidR="006F7457">
        <w:tc>
          <w:tcPr>
            <w:tcW w:w="2880" w:type="dxa"/>
          </w:tcPr>
          <w:p w:rsidR="006F7457" w:rsidRDefault="00332DB8">
            <w:r>
              <w:lastRenderedPageBreak/>
              <w:t>4683.</w:t>
            </w:r>
          </w:p>
        </w:tc>
        <w:tc>
          <w:tcPr>
            <w:tcW w:w="2880" w:type="dxa"/>
          </w:tcPr>
          <w:p w:rsidR="006F7457" w:rsidRDefault="00332DB8">
            <w:r w:rsidRPr="00332DB8">
              <w:rPr>
                <w:lang w:val="ru-RU"/>
              </w:rPr>
              <w:t xml:space="preserve">Листовка «Не пора ли правителям, хотя бы один раз «постыдиться» за беспомощно оставленную ими Палестину?!...» </w:t>
            </w:r>
            <w:r>
              <w:t>(решение Кировского районного суда г. Казани от 27.10.2010);</w:t>
            </w:r>
          </w:p>
        </w:tc>
        <w:tc>
          <w:tcPr>
            <w:tcW w:w="2880" w:type="dxa"/>
          </w:tcPr>
          <w:p w:rsidR="006F7457" w:rsidRDefault="00332DB8">
            <w:r>
              <w:t>05.12.2018</w:t>
            </w:r>
          </w:p>
        </w:tc>
      </w:tr>
      <w:tr w:rsidR="006F7457">
        <w:tc>
          <w:tcPr>
            <w:tcW w:w="2880" w:type="dxa"/>
          </w:tcPr>
          <w:p w:rsidR="006F7457" w:rsidRDefault="00332DB8">
            <w:r>
              <w:t>4684.</w:t>
            </w:r>
          </w:p>
        </w:tc>
        <w:tc>
          <w:tcPr>
            <w:tcW w:w="2880" w:type="dxa"/>
          </w:tcPr>
          <w:p w:rsidR="006F7457" w:rsidRPr="00332DB8" w:rsidRDefault="00332DB8">
            <w:pPr>
              <w:rPr>
                <w:lang w:val="ru-RU"/>
              </w:rPr>
            </w:pPr>
            <w:r w:rsidRPr="00332DB8">
              <w:rPr>
                <w:lang w:val="ru-RU"/>
              </w:rPr>
              <w:t>Листовка «Последнее собрание!!» министров иностранных дел арабских государств» (решение Кировского районного суда г. Казани от 27.10.2010);</w:t>
            </w:r>
          </w:p>
        </w:tc>
        <w:tc>
          <w:tcPr>
            <w:tcW w:w="2880" w:type="dxa"/>
          </w:tcPr>
          <w:p w:rsidR="006F7457" w:rsidRDefault="00332DB8">
            <w:r>
              <w:t>05.12.2018</w:t>
            </w:r>
          </w:p>
        </w:tc>
      </w:tr>
      <w:tr w:rsidR="006F7457">
        <w:tc>
          <w:tcPr>
            <w:tcW w:w="2880" w:type="dxa"/>
          </w:tcPr>
          <w:p w:rsidR="006F7457" w:rsidRDefault="00332DB8">
            <w:r>
              <w:t>4685.</w:t>
            </w:r>
          </w:p>
        </w:tc>
        <w:tc>
          <w:tcPr>
            <w:tcW w:w="2880" w:type="dxa"/>
          </w:tcPr>
          <w:p w:rsidR="006F7457" w:rsidRPr="00332DB8" w:rsidRDefault="00332DB8">
            <w:pPr>
              <w:rPr>
                <w:lang w:val="ru-RU"/>
              </w:rPr>
            </w:pPr>
            <w:r w:rsidRPr="00332DB8">
              <w:rPr>
                <w:lang w:val="ru-RU"/>
              </w:rPr>
              <w:t>Листовка «Речь по случаю Рамадана» (решение Кировского районного суда г. Казани от 27.10.2010);</w:t>
            </w:r>
          </w:p>
        </w:tc>
        <w:tc>
          <w:tcPr>
            <w:tcW w:w="2880" w:type="dxa"/>
          </w:tcPr>
          <w:p w:rsidR="006F7457" w:rsidRDefault="00332DB8">
            <w:r>
              <w:t>05.12.2018</w:t>
            </w:r>
          </w:p>
        </w:tc>
      </w:tr>
      <w:tr w:rsidR="006F7457">
        <w:tc>
          <w:tcPr>
            <w:tcW w:w="2880" w:type="dxa"/>
          </w:tcPr>
          <w:p w:rsidR="006F7457" w:rsidRDefault="00332DB8">
            <w:r>
              <w:t>4686.</w:t>
            </w:r>
          </w:p>
        </w:tc>
        <w:tc>
          <w:tcPr>
            <w:tcW w:w="2880" w:type="dxa"/>
          </w:tcPr>
          <w:p w:rsidR="006F7457" w:rsidRPr="00332DB8" w:rsidRDefault="00332DB8">
            <w:pPr>
              <w:rPr>
                <w:lang w:val="ru-RU"/>
              </w:rPr>
            </w:pPr>
            <w:r w:rsidRPr="00332DB8">
              <w:rPr>
                <w:lang w:val="ru-RU"/>
              </w:rPr>
              <w:t xml:space="preserve">Информационный материал в форме Интернет-блога «Блог радикального русского националиста», размещенный в сети Интернет на Интернет-ресурсе </w:t>
            </w:r>
            <w:r>
              <w:t>http</w:t>
            </w:r>
            <w:r w:rsidRPr="00332DB8">
              <w:rPr>
                <w:lang w:val="ru-RU"/>
              </w:rPr>
              <w:t>:/</w:t>
            </w:r>
            <w:r>
              <w:t>russkiy</w:t>
            </w:r>
            <w:r w:rsidRPr="00332DB8">
              <w:rPr>
                <w:lang w:val="ru-RU"/>
              </w:rPr>
              <w:t>-</w:t>
            </w:r>
            <w:r>
              <w:t>kot</w:t>
            </w:r>
            <w:r w:rsidRPr="00332DB8">
              <w:rPr>
                <w:lang w:val="ru-RU"/>
              </w:rPr>
              <w:t>.</w:t>
            </w:r>
            <w:r>
              <w:t>blogspot</w:t>
            </w:r>
            <w:r w:rsidRPr="00332DB8">
              <w:rPr>
                <w:lang w:val="ru-RU"/>
              </w:rPr>
              <w:t>.</w:t>
            </w:r>
            <w:r>
              <w:t>com</w:t>
            </w:r>
            <w:r w:rsidRPr="00332DB8">
              <w:rPr>
                <w:lang w:val="ru-RU"/>
              </w:rPr>
              <w:t xml:space="preserve"> (решение Октябрьского районного суда г. Белгорода от 28.04.2014);</w:t>
            </w:r>
          </w:p>
        </w:tc>
        <w:tc>
          <w:tcPr>
            <w:tcW w:w="2880" w:type="dxa"/>
          </w:tcPr>
          <w:p w:rsidR="006F7457" w:rsidRDefault="00332DB8">
            <w:r>
              <w:t>05.12.2018</w:t>
            </w:r>
          </w:p>
        </w:tc>
      </w:tr>
      <w:tr w:rsidR="006F7457">
        <w:tc>
          <w:tcPr>
            <w:tcW w:w="2880" w:type="dxa"/>
          </w:tcPr>
          <w:p w:rsidR="006F7457" w:rsidRDefault="00332DB8">
            <w:r>
              <w:t>4687.</w:t>
            </w:r>
          </w:p>
        </w:tc>
        <w:tc>
          <w:tcPr>
            <w:tcW w:w="2880" w:type="dxa"/>
          </w:tcPr>
          <w:p w:rsidR="006F7457" w:rsidRPr="00332DB8" w:rsidRDefault="00332DB8">
            <w:pPr>
              <w:rPr>
                <w:lang w:val="ru-RU"/>
              </w:rPr>
            </w:pPr>
            <w:r w:rsidRPr="00332DB8">
              <w:rPr>
                <w:lang w:val="ru-RU"/>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2880" w:type="dxa"/>
          </w:tcPr>
          <w:p w:rsidR="006F7457" w:rsidRDefault="00332DB8">
            <w:r>
              <w:t>05.12.2018</w:t>
            </w:r>
          </w:p>
        </w:tc>
      </w:tr>
      <w:tr w:rsidR="006F7457">
        <w:tc>
          <w:tcPr>
            <w:tcW w:w="2880" w:type="dxa"/>
          </w:tcPr>
          <w:p w:rsidR="006F7457" w:rsidRDefault="00332DB8">
            <w:r>
              <w:lastRenderedPageBreak/>
              <w:t>4688.</w:t>
            </w:r>
          </w:p>
        </w:tc>
        <w:tc>
          <w:tcPr>
            <w:tcW w:w="2880" w:type="dxa"/>
          </w:tcPr>
          <w:p w:rsidR="006F7457" w:rsidRPr="00332DB8" w:rsidRDefault="00332DB8">
            <w:pPr>
              <w:rPr>
                <w:lang w:val="ru-RU"/>
              </w:rPr>
            </w:pPr>
            <w:r w:rsidRPr="00332DB8">
              <w:rPr>
                <w:lang w:val="ru-RU"/>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t>
            </w:r>
            <w:r>
              <w:t>www</w:t>
            </w:r>
            <w:r w:rsidRPr="00332DB8">
              <w:rPr>
                <w:lang w:val="ru-RU"/>
              </w:rPr>
              <w:t>.</w:t>
            </w:r>
            <w:r>
              <w:t>islamdin</w:t>
            </w:r>
            <w:r w:rsidRPr="00332DB8">
              <w:rPr>
                <w:lang w:val="ru-RU"/>
              </w:rPr>
              <w:t>.</w:t>
            </w:r>
            <w:r>
              <w:t>com</w:t>
            </w:r>
            <w:r w:rsidRPr="00332DB8">
              <w:rPr>
                <w:lang w:val="ru-RU"/>
              </w:rPr>
              <w:t>» (решение Нальчикского городского суда Кабардино-Балкарской Республики от 28.04.2011);</w:t>
            </w:r>
          </w:p>
        </w:tc>
        <w:tc>
          <w:tcPr>
            <w:tcW w:w="2880" w:type="dxa"/>
          </w:tcPr>
          <w:p w:rsidR="006F7457" w:rsidRDefault="00332DB8">
            <w:r>
              <w:t>05.12.2018</w:t>
            </w:r>
          </w:p>
        </w:tc>
      </w:tr>
      <w:tr w:rsidR="006F7457">
        <w:tc>
          <w:tcPr>
            <w:tcW w:w="2880" w:type="dxa"/>
          </w:tcPr>
          <w:p w:rsidR="006F7457" w:rsidRDefault="00332DB8">
            <w:r>
              <w:t>4689.</w:t>
            </w:r>
          </w:p>
        </w:tc>
        <w:tc>
          <w:tcPr>
            <w:tcW w:w="2880" w:type="dxa"/>
          </w:tcPr>
          <w:p w:rsidR="006F7457" w:rsidRPr="00332DB8" w:rsidRDefault="00332DB8">
            <w:pPr>
              <w:rPr>
                <w:lang w:val="ru-RU"/>
              </w:rPr>
            </w:pPr>
            <w:r w:rsidRPr="00332DB8">
              <w:rPr>
                <w:lang w:val="ru-RU"/>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t>
            </w:r>
            <w:r>
              <w:t>www</w:t>
            </w:r>
            <w:r w:rsidRPr="00332DB8">
              <w:rPr>
                <w:lang w:val="ru-RU"/>
              </w:rPr>
              <w:t>.</w:t>
            </w:r>
            <w:r>
              <w:t>islamdin</w:t>
            </w:r>
            <w:r w:rsidRPr="00332DB8">
              <w:rPr>
                <w:lang w:val="ru-RU"/>
              </w:rPr>
              <w:t>.</w:t>
            </w:r>
            <w:r>
              <w:t>com</w:t>
            </w:r>
            <w:r w:rsidRPr="00332DB8">
              <w:rPr>
                <w:lang w:val="ru-RU"/>
              </w:rPr>
              <w:t>» (решение Нальчикского городского суда Кабардино-Балкарской Республики от 16.03.2011);</w:t>
            </w:r>
          </w:p>
        </w:tc>
        <w:tc>
          <w:tcPr>
            <w:tcW w:w="2880" w:type="dxa"/>
          </w:tcPr>
          <w:p w:rsidR="006F7457" w:rsidRDefault="00332DB8">
            <w:r>
              <w:t>05.12.2018</w:t>
            </w:r>
          </w:p>
        </w:tc>
      </w:tr>
      <w:tr w:rsidR="006F7457">
        <w:tc>
          <w:tcPr>
            <w:tcW w:w="2880" w:type="dxa"/>
          </w:tcPr>
          <w:p w:rsidR="006F7457" w:rsidRDefault="00332DB8">
            <w:r>
              <w:t>4690.</w:t>
            </w:r>
          </w:p>
        </w:tc>
        <w:tc>
          <w:tcPr>
            <w:tcW w:w="2880" w:type="dxa"/>
          </w:tcPr>
          <w:p w:rsidR="006F7457" w:rsidRPr="00332DB8" w:rsidRDefault="00332DB8">
            <w:pPr>
              <w:rPr>
                <w:lang w:val="ru-RU"/>
              </w:rPr>
            </w:pPr>
            <w:r w:rsidRPr="00332DB8">
              <w:rPr>
                <w:lang w:val="ru-RU"/>
              </w:rPr>
              <w:t xml:space="preserve">Информационный материал – видеоролик под наименованием «Моджахеды Кабардино-Балкарии обращаются к ментам», размещенный по электронному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bz</w:t>
            </w:r>
            <w:r w:rsidRPr="00332DB8">
              <w:rPr>
                <w:lang w:val="ru-RU"/>
              </w:rPr>
              <w:t>3</w:t>
            </w:r>
            <w:r>
              <w:t>ZKazEpfl</w:t>
            </w:r>
            <w:r w:rsidRPr="00332DB8">
              <w:rPr>
                <w:lang w:val="ru-RU"/>
              </w:rPr>
              <w:t xml:space="preserve"> (решение Нальчикского городского суда Кабардино-Балкарской Республики от 09.04.2015);</w:t>
            </w:r>
          </w:p>
        </w:tc>
        <w:tc>
          <w:tcPr>
            <w:tcW w:w="2880" w:type="dxa"/>
          </w:tcPr>
          <w:p w:rsidR="006F7457" w:rsidRDefault="00332DB8">
            <w:r>
              <w:t>05.12.2018</w:t>
            </w:r>
          </w:p>
        </w:tc>
      </w:tr>
      <w:tr w:rsidR="006F7457">
        <w:tc>
          <w:tcPr>
            <w:tcW w:w="2880" w:type="dxa"/>
          </w:tcPr>
          <w:p w:rsidR="006F7457" w:rsidRDefault="00332DB8">
            <w:r>
              <w:t>4691.</w:t>
            </w:r>
          </w:p>
        </w:tc>
        <w:tc>
          <w:tcPr>
            <w:tcW w:w="2880" w:type="dxa"/>
          </w:tcPr>
          <w:p w:rsidR="006F7457" w:rsidRPr="00332DB8" w:rsidRDefault="00332DB8">
            <w:pPr>
              <w:rPr>
                <w:lang w:val="ru-RU"/>
              </w:rPr>
            </w:pPr>
            <w:r w:rsidRPr="00332DB8">
              <w:rPr>
                <w:lang w:val="ru-RU"/>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t>
            </w:r>
            <w:r>
              <w:t>www</w:t>
            </w:r>
            <w:r w:rsidRPr="00332DB8">
              <w:rPr>
                <w:lang w:val="ru-RU"/>
              </w:rPr>
              <w:t>.</w:t>
            </w:r>
            <w:r>
              <w:t>islamdin</w:t>
            </w:r>
            <w:r w:rsidRPr="00332DB8">
              <w:rPr>
                <w:lang w:val="ru-RU"/>
              </w:rPr>
              <w:t>.</w:t>
            </w:r>
            <w:r>
              <w:t>com</w:t>
            </w:r>
            <w:r w:rsidRPr="00332DB8">
              <w:rPr>
                <w:lang w:val="ru-RU"/>
              </w:rPr>
              <w:t>» (решение Нальчикского городского суда Кабардино-Балкарской Республики от 29.04.2011);</w:t>
            </w:r>
          </w:p>
        </w:tc>
        <w:tc>
          <w:tcPr>
            <w:tcW w:w="2880" w:type="dxa"/>
          </w:tcPr>
          <w:p w:rsidR="006F7457" w:rsidRDefault="00332DB8">
            <w:r>
              <w:t>05.12.2018</w:t>
            </w:r>
          </w:p>
        </w:tc>
      </w:tr>
      <w:tr w:rsidR="006F7457">
        <w:tc>
          <w:tcPr>
            <w:tcW w:w="2880" w:type="dxa"/>
          </w:tcPr>
          <w:p w:rsidR="006F7457" w:rsidRDefault="00332DB8">
            <w:r>
              <w:t>4692.</w:t>
            </w:r>
          </w:p>
        </w:tc>
        <w:tc>
          <w:tcPr>
            <w:tcW w:w="2880" w:type="dxa"/>
          </w:tcPr>
          <w:p w:rsidR="006F7457" w:rsidRPr="00332DB8" w:rsidRDefault="00332DB8">
            <w:pPr>
              <w:rPr>
                <w:lang w:val="ru-RU"/>
              </w:rPr>
            </w:pPr>
            <w:r w:rsidRPr="00332DB8">
              <w:rPr>
                <w:lang w:val="ru-RU"/>
              </w:rPr>
              <w:t xml:space="preserve">Информационный материал - изображение, размещенное на Интернет-сайте </w:t>
            </w:r>
            <w:r>
              <w:t>http</w:t>
            </w:r>
            <w:r w:rsidRPr="00332DB8">
              <w:rPr>
                <w:lang w:val="ru-RU"/>
              </w:rPr>
              <w:t>://</w:t>
            </w:r>
            <w:r>
              <w:t>troll</w:t>
            </w:r>
            <w:r w:rsidRPr="00332DB8">
              <w:rPr>
                <w:lang w:val="ru-RU"/>
              </w:rPr>
              <w:t>-</w:t>
            </w:r>
            <w:r>
              <w:t>face</w:t>
            </w:r>
            <w:r w:rsidRPr="00332DB8">
              <w:rPr>
                <w:lang w:val="ru-RU"/>
              </w:rPr>
              <w:t>.</w:t>
            </w:r>
            <w:r>
              <w:t>ru</w:t>
            </w:r>
            <w:r w:rsidRPr="00332DB8">
              <w:rPr>
                <w:lang w:val="ru-RU"/>
              </w:rPr>
              <w:t>/312039/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2880" w:type="dxa"/>
          </w:tcPr>
          <w:p w:rsidR="006F7457" w:rsidRDefault="00332DB8">
            <w:r>
              <w:t>05.12.2018</w:t>
            </w:r>
          </w:p>
        </w:tc>
      </w:tr>
      <w:tr w:rsidR="006F7457">
        <w:tc>
          <w:tcPr>
            <w:tcW w:w="2880" w:type="dxa"/>
          </w:tcPr>
          <w:p w:rsidR="006F7457" w:rsidRDefault="00332DB8">
            <w:r>
              <w:t>469</w:t>
            </w:r>
            <w:r>
              <w:lastRenderedPageBreak/>
              <w:t>3.</w:t>
            </w:r>
          </w:p>
        </w:tc>
        <w:tc>
          <w:tcPr>
            <w:tcW w:w="2880" w:type="dxa"/>
          </w:tcPr>
          <w:p w:rsidR="006F7457" w:rsidRPr="00332DB8" w:rsidRDefault="00332DB8">
            <w:pPr>
              <w:rPr>
                <w:lang w:val="ru-RU"/>
              </w:rPr>
            </w:pPr>
            <w:r w:rsidRPr="00332DB8">
              <w:rPr>
                <w:lang w:val="ru-RU"/>
              </w:rPr>
              <w:lastRenderedPageBreak/>
              <w:t>Информационный материал – изображение на котором изображен портрет А.В. Турчинова, на фоне герба Украины, ниже имеется надпись «</w:t>
            </w:r>
            <w:r>
              <w:t>blood</w:t>
            </w:r>
            <w:r w:rsidRPr="00332DB8">
              <w:rPr>
                <w:lang w:val="ru-RU"/>
              </w:rPr>
              <w:t xml:space="preserve"> </w:t>
            </w:r>
            <w:r>
              <w:t>for</w:t>
            </w:r>
            <w:r w:rsidRPr="00332DB8">
              <w:rPr>
                <w:lang w:val="ru-RU"/>
              </w:rPr>
              <w:t xml:space="preserve"> </w:t>
            </w:r>
            <w:r>
              <w:t>the</w:t>
            </w:r>
            <w:r w:rsidRPr="00332DB8">
              <w:rPr>
                <w:lang w:val="ru-RU"/>
              </w:rPr>
              <w:t xml:space="preserve"> </w:t>
            </w:r>
            <w:r>
              <w:t>blood</w:t>
            </w:r>
            <w:r w:rsidRPr="00332DB8">
              <w:rPr>
                <w:lang w:val="ru-RU"/>
              </w:rPr>
              <w:t xml:space="preserve"> </w:t>
            </w:r>
            <w:r>
              <w:t>pastor</w:t>
            </w:r>
            <w:r w:rsidRPr="00332DB8">
              <w:rPr>
                <w:lang w:val="ru-RU"/>
              </w:rPr>
              <w:t xml:space="preserve">» и справа от портрета имеется надпись: «Молитва украинского фашиста. Пастор наш небесный, да святится имя твое! Шоколадный фюрер, каратели, гауляйтеры, </w:t>
            </w:r>
            <w:r w:rsidRPr="00332DB8">
              <w:rPr>
                <w:lang w:val="ru-RU"/>
              </w:rPr>
              <w:lastRenderedPageBreak/>
              <w:t xml:space="preserve">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w:t>
            </w:r>
            <w:r>
              <w:t>http</w:t>
            </w:r>
            <w:r w:rsidRPr="00332DB8">
              <w:rPr>
                <w:lang w:val="ru-RU"/>
              </w:rPr>
              <w:t>://</w:t>
            </w:r>
            <w:r>
              <w:t>joyreactor</w:t>
            </w:r>
            <w:r w:rsidRPr="00332DB8">
              <w:rPr>
                <w:lang w:val="ru-RU"/>
              </w:rPr>
              <w:t>.</w:t>
            </w:r>
            <w:r>
              <w:t>ee</w:t>
            </w:r>
            <w:r w:rsidRPr="00332DB8">
              <w:rPr>
                <w:lang w:val="ru-RU"/>
              </w:rPr>
              <w:t>/</w:t>
            </w:r>
            <w:r>
              <w:t>search</w:t>
            </w:r>
            <w:r w:rsidRPr="00332DB8">
              <w:rPr>
                <w:lang w:val="ru-RU"/>
              </w:rPr>
              <w:t>/%25</w:t>
            </w:r>
            <w:r>
              <w:t>D</w:t>
            </w:r>
            <w:r w:rsidRPr="00332DB8">
              <w:rPr>
                <w:lang w:val="ru-RU"/>
              </w:rPr>
              <w:t>0%25</w:t>
            </w:r>
            <w:r>
              <w:t>BA</w:t>
            </w:r>
            <w:r w:rsidRPr="00332DB8">
              <w:rPr>
                <w:lang w:val="ru-RU"/>
              </w:rPr>
              <w:t>%25</w:t>
            </w:r>
            <w:r>
              <w:t>Dl</w:t>
            </w:r>
            <w:r w:rsidRPr="00332DB8">
              <w:rPr>
                <w:lang w:val="ru-RU"/>
              </w:rPr>
              <w:t>% 2580%25</w:t>
            </w:r>
            <w:r>
              <w:t>D</w:t>
            </w:r>
            <w:r w:rsidRPr="00332DB8">
              <w:rPr>
                <w:lang w:val="ru-RU"/>
              </w:rPr>
              <w:t>0%25</w:t>
            </w:r>
            <w:r>
              <w:t>BE</w:t>
            </w:r>
            <w:r w:rsidRPr="00332DB8">
              <w:rPr>
                <w:lang w:val="ru-RU"/>
              </w:rPr>
              <w:t>%25</w:t>
            </w:r>
            <w:r>
              <w:t>D</w:t>
            </w:r>
            <w:r w:rsidRPr="00332DB8">
              <w:rPr>
                <w:lang w:val="ru-RU"/>
              </w:rPr>
              <w:t>0%25</w:t>
            </w:r>
            <w:r>
              <w:t>B</w:t>
            </w:r>
            <w:r w:rsidRPr="00332DB8">
              <w:rPr>
                <w:lang w:val="ru-RU"/>
              </w:rPr>
              <w:t>2%25</w:t>
            </w:r>
            <w:r>
              <w:t>d</w:t>
            </w:r>
            <w:r w:rsidRPr="00332DB8">
              <w:rPr>
                <w:lang w:val="ru-RU"/>
              </w:rPr>
              <w:t>0%25</w:t>
            </w:r>
            <w:r>
              <w:t>B</w:t>
            </w:r>
            <w:r w:rsidRPr="00332DB8">
              <w:rPr>
                <w:lang w:val="ru-RU"/>
              </w:rPr>
              <w:t>0%25</w:t>
            </w:r>
            <w:r>
              <w:t>D</w:t>
            </w:r>
            <w:r w:rsidRPr="00332DB8">
              <w:rPr>
                <w:lang w:val="ru-RU"/>
              </w:rPr>
              <w:t>0%25</w:t>
            </w:r>
            <w:r>
              <w:t>B</w:t>
            </w:r>
            <w:r w:rsidRPr="00332DB8">
              <w:rPr>
                <w:lang w:val="ru-RU"/>
              </w:rPr>
              <w:t>2%2</w:t>
            </w:r>
            <w:r>
              <w:t>SD</w:t>
            </w:r>
            <w:r w:rsidRPr="00332DB8">
              <w:rPr>
                <w:lang w:val="ru-RU"/>
              </w:rPr>
              <w:t>1%258</w:t>
            </w:r>
            <w:r>
              <w:t>B</w:t>
            </w:r>
            <w:r w:rsidRPr="00332DB8">
              <w:rPr>
                <w:lang w:val="ru-RU"/>
              </w:rPr>
              <w:t>%25</w:t>
            </w:r>
            <w:r>
              <w:t>D</w:t>
            </w:r>
            <w:r w:rsidRPr="00332DB8">
              <w:rPr>
                <w:lang w:val="ru-RU"/>
              </w:rPr>
              <w:t>0%25</w:t>
            </w:r>
            <w:r>
              <w:t>B</w:t>
            </w:r>
            <w:r w:rsidRPr="00332DB8">
              <w:rPr>
                <w:lang w:val="ru-RU"/>
              </w:rPr>
              <w:t>9%2</w:t>
            </w:r>
            <w:r>
              <w:t>B</w:t>
            </w:r>
            <w:r w:rsidRPr="00332DB8">
              <w:rPr>
                <w:lang w:val="ru-RU"/>
              </w:rPr>
              <w:t>%25</w:t>
            </w:r>
            <w:r>
              <w:t>D</w:t>
            </w:r>
            <w:r w:rsidRPr="00332DB8">
              <w:rPr>
                <w:lang w:val="ru-RU"/>
              </w:rPr>
              <w:t>0%25</w:t>
            </w:r>
            <w:r>
              <w:t>BF</w:t>
            </w:r>
            <w:r w:rsidRPr="00332DB8">
              <w:rPr>
                <w:lang w:val="ru-RU"/>
              </w:rPr>
              <w:t>% 25</w:t>
            </w:r>
            <w:r>
              <w:t>D</w:t>
            </w:r>
            <w:r w:rsidRPr="00332DB8">
              <w:rPr>
                <w:lang w:val="ru-RU"/>
              </w:rPr>
              <w:t>0%</w:t>
            </w:r>
            <w:r>
              <w:t>B</w:t>
            </w:r>
            <w:r w:rsidRPr="00332DB8">
              <w:rPr>
                <w:lang w:val="ru-RU"/>
              </w:rPr>
              <w:t>0%25</w:t>
            </w:r>
            <w:r>
              <w:t>D</w:t>
            </w:r>
            <w:r w:rsidRPr="00332DB8">
              <w:rPr>
                <w:lang w:val="ru-RU"/>
              </w:rPr>
              <w:t xml:space="preserve"> 1 %25 81 %25</w:t>
            </w:r>
            <w:r>
              <w:t>D</w:t>
            </w:r>
            <w:r w:rsidRPr="00332DB8">
              <w:rPr>
                <w:lang w:val="ru-RU"/>
              </w:rPr>
              <w:t>0%25</w:t>
            </w:r>
            <w:r>
              <w:t>BE</w:t>
            </w:r>
            <w:r w:rsidRPr="00332DB8">
              <w:rPr>
                <w:lang w:val="ru-RU"/>
              </w:rPr>
              <w:t>%25</w:t>
            </w:r>
            <w:r>
              <w:t>D</w:t>
            </w:r>
            <w:r w:rsidRPr="00332DB8">
              <w:rPr>
                <w:lang w:val="ru-RU"/>
              </w:rPr>
              <w:t>1%2580/10 (решение Никулинского районного суда города Москвы от 27.07.2015);</w:t>
            </w:r>
          </w:p>
        </w:tc>
        <w:tc>
          <w:tcPr>
            <w:tcW w:w="2880" w:type="dxa"/>
          </w:tcPr>
          <w:p w:rsidR="006F7457" w:rsidRDefault="00332DB8">
            <w:r>
              <w:lastRenderedPageBreak/>
              <w:t>05.12.201</w:t>
            </w:r>
            <w:r>
              <w:lastRenderedPageBreak/>
              <w:t>8</w:t>
            </w:r>
          </w:p>
        </w:tc>
      </w:tr>
      <w:tr w:rsidR="006F7457">
        <w:tc>
          <w:tcPr>
            <w:tcW w:w="2880" w:type="dxa"/>
          </w:tcPr>
          <w:p w:rsidR="006F7457" w:rsidRDefault="00332DB8">
            <w:r>
              <w:lastRenderedPageBreak/>
              <w:t>4694.</w:t>
            </w:r>
          </w:p>
        </w:tc>
        <w:tc>
          <w:tcPr>
            <w:tcW w:w="2880" w:type="dxa"/>
          </w:tcPr>
          <w:p w:rsidR="006F7457" w:rsidRPr="00332DB8" w:rsidRDefault="00332DB8">
            <w:pPr>
              <w:rPr>
                <w:lang w:val="ru-RU"/>
              </w:rPr>
            </w:pPr>
            <w:r w:rsidRPr="00332DB8">
              <w:rPr>
                <w:lang w:val="ru-RU"/>
              </w:rPr>
              <w:t xml:space="preserve">Информационный материал - видеозапись «Казнь христиан. </w:t>
            </w:r>
            <w:r>
              <w:t>Execution of Christian in Syria. June</w:t>
            </w:r>
            <w:r w:rsidRPr="00332DB8">
              <w:rPr>
                <w:lang w:val="ru-RU"/>
              </w:rPr>
              <w:t xml:space="preserve"> 21,2013», размещенный на Интернет-сайте по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nRUDG</w:t>
            </w:r>
            <w:r w:rsidRPr="00332DB8">
              <w:rPr>
                <w:lang w:val="ru-RU"/>
              </w:rPr>
              <w:t>3</w:t>
            </w:r>
            <w:r>
              <w:t>rH</w:t>
            </w:r>
            <w:r w:rsidRPr="00332DB8">
              <w:rPr>
                <w:lang w:val="ru-RU"/>
              </w:rPr>
              <w:t>924&amp;</w:t>
            </w:r>
            <w:r>
              <w:t>oref</w:t>
            </w:r>
            <w:r w:rsidRPr="00332DB8">
              <w:rPr>
                <w:lang w:val="ru-RU"/>
              </w:rPr>
              <w:t>=</w:t>
            </w:r>
            <w:r>
              <w:t>http</w:t>
            </w:r>
            <w:r w:rsidRPr="00332DB8">
              <w:rPr>
                <w:lang w:val="ru-RU"/>
              </w:rPr>
              <w:t>%3</w:t>
            </w:r>
            <w:r>
              <w:t>A</w:t>
            </w:r>
            <w:r w:rsidRPr="00332DB8">
              <w:rPr>
                <w:lang w:val="ru-RU"/>
              </w:rPr>
              <w:t>%2</w:t>
            </w:r>
            <w:r>
              <w:t>F</w:t>
            </w:r>
            <w:r w:rsidRPr="00332DB8">
              <w:rPr>
                <w:lang w:val="ru-RU"/>
              </w:rPr>
              <w:t>%2</w:t>
            </w:r>
            <w:r>
              <w:t>Fwww</w:t>
            </w:r>
            <w:r w:rsidRPr="00332DB8">
              <w:rPr>
                <w:lang w:val="ru-RU"/>
              </w:rPr>
              <w:t>.</w:t>
            </w:r>
            <w:r>
              <w:t>youtube</w:t>
            </w:r>
            <w:r w:rsidRPr="00332DB8">
              <w:rPr>
                <w:lang w:val="ru-RU"/>
              </w:rPr>
              <w:t>.</w:t>
            </w:r>
            <w:r>
              <w:t>com</w:t>
            </w:r>
            <w:r w:rsidRPr="00332DB8">
              <w:rPr>
                <w:lang w:val="ru-RU"/>
              </w:rPr>
              <w:t>%2</w:t>
            </w:r>
            <w:r>
              <w:t>Fwatch</w:t>
            </w:r>
            <w:r w:rsidRPr="00332DB8">
              <w:rPr>
                <w:lang w:val="ru-RU"/>
              </w:rPr>
              <w:t>%3</w:t>
            </w:r>
            <w:r>
              <w:t>Fv</w:t>
            </w:r>
            <w:r w:rsidRPr="00332DB8">
              <w:rPr>
                <w:lang w:val="ru-RU"/>
              </w:rPr>
              <w:t>%3</w:t>
            </w:r>
            <w:r>
              <w:t>DnRUDG</w:t>
            </w:r>
            <w:r w:rsidRPr="00332DB8">
              <w:rPr>
                <w:lang w:val="ru-RU"/>
              </w:rPr>
              <w:t>3</w:t>
            </w:r>
            <w:r>
              <w:t>rH</w:t>
            </w:r>
            <w:r w:rsidRPr="00332DB8">
              <w:rPr>
                <w:lang w:val="ru-RU"/>
              </w:rPr>
              <w:t>924&amp;</w:t>
            </w:r>
            <w:r>
              <w:t>has</w:t>
            </w:r>
            <w:r w:rsidRPr="00332DB8">
              <w:rPr>
                <w:lang w:val="ru-RU"/>
              </w:rPr>
              <w:t>_</w:t>
            </w:r>
            <w:r>
              <w:t>verified</w:t>
            </w:r>
            <w:r w:rsidRPr="00332DB8">
              <w:rPr>
                <w:lang w:val="ru-RU"/>
              </w:rPr>
              <w:t>=</w:t>
            </w:r>
            <w:r>
              <w:t>l</w:t>
            </w:r>
            <w:r w:rsidRPr="00332DB8">
              <w:rPr>
                <w:lang w:val="ru-RU"/>
              </w:rPr>
              <w:t>&amp;</w:t>
            </w:r>
            <w:r>
              <w:t>bpctr</w:t>
            </w:r>
            <w:r w:rsidRPr="00332DB8">
              <w:rPr>
                <w:lang w:val="ru-RU"/>
              </w:rPr>
              <w:t>=1432122113 (решение Никулинского районного суда города Москвы от 27.07.2015);</w:t>
            </w:r>
          </w:p>
        </w:tc>
        <w:tc>
          <w:tcPr>
            <w:tcW w:w="2880" w:type="dxa"/>
          </w:tcPr>
          <w:p w:rsidR="006F7457" w:rsidRDefault="00332DB8">
            <w:r>
              <w:t>05.12.2018</w:t>
            </w:r>
          </w:p>
        </w:tc>
      </w:tr>
      <w:tr w:rsidR="006F7457">
        <w:tc>
          <w:tcPr>
            <w:tcW w:w="2880" w:type="dxa"/>
          </w:tcPr>
          <w:p w:rsidR="006F7457" w:rsidRDefault="00332DB8">
            <w:r>
              <w:t>4695.</w:t>
            </w:r>
          </w:p>
        </w:tc>
        <w:tc>
          <w:tcPr>
            <w:tcW w:w="2880" w:type="dxa"/>
          </w:tcPr>
          <w:p w:rsidR="006F7457" w:rsidRPr="00332DB8" w:rsidRDefault="00332DB8">
            <w:pPr>
              <w:rPr>
                <w:lang w:val="ru-RU"/>
              </w:rPr>
            </w:pPr>
            <w:r w:rsidRPr="00332DB8">
              <w:rPr>
                <w:lang w:val="ru-RU"/>
              </w:rPr>
              <w:t xml:space="preserve">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w:t>
            </w:r>
            <w:r>
              <w:t>http</w:t>
            </w:r>
            <w:r w:rsidRPr="00332DB8">
              <w:rPr>
                <w:lang w:val="ru-RU"/>
              </w:rPr>
              <w:t>://</w:t>
            </w:r>
            <w:r>
              <w:t>muslim</w:t>
            </w:r>
            <w:r w:rsidRPr="00332DB8">
              <w:rPr>
                <w:lang w:val="ru-RU"/>
              </w:rPr>
              <w:t>-</w:t>
            </w:r>
            <w:r>
              <w:t>site</w:t>
            </w:r>
            <w:r w:rsidRPr="00332DB8">
              <w:rPr>
                <w:lang w:val="ru-RU"/>
              </w:rPr>
              <w:t>.</w:t>
            </w:r>
            <w:r>
              <w:t>livejornal</w:t>
            </w:r>
            <w:r w:rsidRPr="00332DB8">
              <w:rPr>
                <w:lang w:val="ru-RU"/>
              </w:rPr>
              <w:t>.</w:t>
            </w:r>
            <w:r>
              <w:t>com</w:t>
            </w:r>
            <w:r w:rsidRPr="00332DB8">
              <w:rPr>
                <w:lang w:val="ru-RU"/>
              </w:rPr>
              <w:t>/259346.</w:t>
            </w:r>
            <w:r>
              <w:t>html</w:t>
            </w:r>
            <w:r w:rsidRPr="00332DB8">
              <w:rPr>
                <w:lang w:val="ru-RU"/>
              </w:rPr>
              <w:t xml:space="preserve"> (решение Нальчикского городского суда Кабардино-Балкарской Республики от 20.01.2014);</w:t>
            </w:r>
          </w:p>
        </w:tc>
        <w:tc>
          <w:tcPr>
            <w:tcW w:w="2880" w:type="dxa"/>
          </w:tcPr>
          <w:p w:rsidR="006F7457" w:rsidRDefault="00332DB8">
            <w:r>
              <w:t>05.12.2018</w:t>
            </w:r>
          </w:p>
        </w:tc>
      </w:tr>
      <w:tr w:rsidR="006F7457">
        <w:tc>
          <w:tcPr>
            <w:tcW w:w="2880" w:type="dxa"/>
          </w:tcPr>
          <w:p w:rsidR="006F7457" w:rsidRDefault="00332DB8">
            <w:r>
              <w:t>4696.</w:t>
            </w:r>
          </w:p>
        </w:tc>
        <w:tc>
          <w:tcPr>
            <w:tcW w:w="2880" w:type="dxa"/>
          </w:tcPr>
          <w:p w:rsidR="006F7457" w:rsidRPr="00332DB8" w:rsidRDefault="00332DB8">
            <w:pPr>
              <w:rPr>
                <w:lang w:val="ru-RU"/>
              </w:rPr>
            </w:pPr>
            <w:r>
              <w:t xml:space="preserve">Информационный материал - «Алий Пщыгъуэтыж: «Гъуэгум я нэхъ Iийр Гъуащэныгъэр къыхэзырыххэр» («Худший путь. </w:t>
            </w:r>
            <w:r w:rsidRPr="00332DB8">
              <w:rPr>
                <w:lang w:val="ru-RU"/>
              </w:rPr>
              <w:t xml:space="preserve">Заблудшие»), обнаруженный в ходе мониторинга информационно-телекоммуникационной сети Интернет на экстремистском веб-ресурсе </w:t>
            </w:r>
            <w:r>
              <w:t>www</w:t>
            </w:r>
            <w:r w:rsidRPr="00332DB8">
              <w:rPr>
                <w:lang w:val="ru-RU"/>
              </w:rPr>
              <w:t>.</w:t>
            </w:r>
            <w:r>
              <w:t>djamaattakbir</w:t>
            </w:r>
            <w:r w:rsidRPr="00332DB8">
              <w:rPr>
                <w:lang w:val="ru-RU"/>
              </w:rPr>
              <w:t>.</w:t>
            </w:r>
            <w:r>
              <w:t>com</w:t>
            </w:r>
            <w:r w:rsidRPr="00332DB8">
              <w:rPr>
                <w:lang w:val="ru-RU"/>
              </w:rPr>
              <w:t xml:space="preserve"> (решение Нальчикского городского суда Кабардино-Балкарской Республики от 23.07.2013);</w:t>
            </w:r>
          </w:p>
        </w:tc>
        <w:tc>
          <w:tcPr>
            <w:tcW w:w="2880" w:type="dxa"/>
          </w:tcPr>
          <w:p w:rsidR="006F7457" w:rsidRDefault="00332DB8">
            <w:r>
              <w:t>05.12.2018</w:t>
            </w:r>
          </w:p>
        </w:tc>
      </w:tr>
      <w:tr w:rsidR="006F7457">
        <w:tc>
          <w:tcPr>
            <w:tcW w:w="2880" w:type="dxa"/>
          </w:tcPr>
          <w:p w:rsidR="006F7457" w:rsidRDefault="00332DB8">
            <w:r>
              <w:t>4697.</w:t>
            </w:r>
          </w:p>
        </w:tc>
        <w:tc>
          <w:tcPr>
            <w:tcW w:w="2880" w:type="dxa"/>
          </w:tcPr>
          <w:p w:rsidR="006F7457" w:rsidRPr="00332DB8" w:rsidRDefault="00332DB8">
            <w:pPr>
              <w:rPr>
                <w:lang w:val="ru-RU"/>
              </w:rPr>
            </w:pPr>
            <w:r w:rsidRPr="00332DB8">
              <w:rPr>
                <w:lang w:val="ru-RU"/>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t>
            </w:r>
            <w:r>
              <w:t>www</w:t>
            </w:r>
            <w:r w:rsidRPr="00332DB8">
              <w:rPr>
                <w:lang w:val="ru-RU"/>
              </w:rPr>
              <w:t>.</w:t>
            </w:r>
            <w:r>
              <w:t>jamaattkbr</w:t>
            </w:r>
            <w:r w:rsidRPr="00332DB8">
              <w:rPr>
                <w:lang w:val="ru-RU"/>
              </w:rPr>
              <w:t>.</w:t>
            </w:r>
            <w:r>
              <w:t>com</w:t>
            </w:r>
            <w:r w:rsidRPr="00332DB8">
              <w:rPr>
                <w:lang w:val="ru-RU"/>
              </w:rPr>
              <w:t>» (решение Нальчикского городского суда Кабардино-Балкарской Республики от 16.09.2011);</w:t>
            </w:r>
          </w:p>
        </w:tc>
        <w:tc>
          <w:tcPr>
            <w:tcW w:w="2880" w:type="dxa"/>
          </w:tcPr>
          <w:p w:rsidR="006F7457" w:rsidRDefault="00332DB8">
            <w:r>
              <w:t>05.12.2018</w:t>
            </w:r>
          </w:p>
        </w:tc>
      </w:tr>
      <w:tr w:rsidR="006F7457">
        <w:tc>
          <w:tcPr>
            <w:tcW w:w="2880" w:type="dxa"/>
          </w:tcPr>
          <w:p w:rsidR="006F7457" w:rsidRDefault="00332DB8">
            <w:r>
              <w:lastRenderedPageBreak/>
              <w:t>4698.</w:t>
            </w:r>
          </w:p>
        </w:tc>
        <w:tc>
          <w:tcPr>
            <w:tcW w:w="2880" w:type="dxa"/>
          </w:tcPr>
          <w:p w:rsidR="006F7457" w:rsidRPr="00332DB8" w:rsidRDefault="00332DB8">
            <w:pPr>
              <w:rPr>
                <w:lang w:val="ru-RU"/>
              </w:rPr>
            </w:pPr>
            <w:r w:rsidRPr="00332DB8">
              <w:rPr>
                <w:lang w:val="ru-RU"/>
              </w:rPr>
              <w:t xml:space="preserve">Информационный материал - видеоролик под наименованием «Последняя битва Благородных», размещенный по электронному адресу: </w:t>
            </w:r>
            <w:r>
              <w:t>http</w:t>
            </w:r>
            <w:r w:rsidRPr="00332DB8">
              <w:rPr>
                <w:lang w:val="ru-RU"/>
              </w:rPr>
              <w:t>://</w:t>
            </w:r>
            <w:r>
              <w:t>www</w:t>
            </w:r>
            <w:r w:rsidRPr="00332DB8">
              <w:rPr>
                <w:lang w:val="ru-RU"/>
              </w:rPr>
              <w:t>.</w:t>
            </w:r>
            <w:r>
              <w:t>youtube</w:t>
            </w:r>
            <w:r w:rsidRPr="00332DB8">
              <w:rPr>
                <w:lang w:val="ru-RU"/>
              </w:rPr>
              <w:t>.</w:t>
            </w:r>
            <w:r>
              <w:t>com</w:t>
            </w:r>
            <w:r w:rsidRPr="00332DB8">
              <w:rPr>
                <w:lang w:val="ru-RU"/>
              </w:rPr>
              <w:t>/</w:t>
            </w:r>
            <w:r>
              <w:t>watch</w:t>
            </w:r>
            <w:r w:rsidRPr="00332DB8">
              <w:rPr>
                <w:lang w:val="ru-RU"/>
              </w:rPr>
              <w:t>?</w:t>
            </w:r>
            <w:r>
              <w:t>v</w:t>
            </w:r>
            <w:r w:rsidRPr="00332DB8">
              <w:rPr>
                <w:lang w:val="ru-RU"/>
              </w:rPr>
              <w:t>=</w:t>
            </w:r>
            <w:r>
              <w:t>MwzCwQeOpZ</w:t>
            </w:r>
            <w:r w:rsidRPr="00332DB8">
              <w:rPr>
                <w:lang w:val="ru-RU"/>
              </w:rPr>
              <w:t>4 (решение Нальчикского городского суда Кабардино-Балкарской Республики от 09.04.2015);</w:t>
            </w:r>
          </w:p>
        </w:tc>
        <w:tc>
          <w:tcPr>
            <w:tcW w:w="2880" w:type="dxa"/>
          </w:tcPr>
          <w:p w:rsidR="006F7457" w:rsidRDefault="00332DB8">
            <w:r>
              <w:t>05.12.2018</w:t>
            </w:r>
          </w:p>
        </w:tc>
      </w:tr>
      <w:tr w:rsidR="006F7457">
        <w:tc>
          <w:tcPr>
            <w:tcW w:w="2880" w:type="dxa"/>
          </w:tcPr>
          <w:p w:rsidR="006F7457" w:rsidRDefault="00332DB8">
            <w:r>
              <w:t>4699.</w:t>
            </w:r>
          </w:p>
        </w:tc>
        <w:tc>
          <w:tcPr>
            <w:tcW w:w="2880" w:type="dxa"/>
          </w:tcPr>
          <w:p w:rsidR="006F7457" w:rsidRPr="00332DB8" w:rsidRDefault="00332DB8">
            <w:pPr>
              <w:rPr>
                <w:lang w:val="ru-RU"/>
              </w:rPr>
            </w:pPr>
            <w:r w:rsidRPr="00332DB8">
              <w:rPr>
                <w:lang w:val="ru-RU"/>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t>
            </w:r>
            <w:r>
              <w:t>www</w:t>
            </w:r>
            <w:r w:rsidRPr="00332DB8">
              <w:rPr>
                <w:lang w:val="ru-RU"/>
              </w:rPr>
              <w:t>.</w:t>
            </w:r>
            <w:r>
              <w:t>jamaattkbr</w:t>
            </w:r>
            <w:r w:rsidRPr="00332DB8">
              <w:rPr>
                <w:lang w:val="ru-RU"/>
              </w:rPr>
              <w:t>.</w:t>
            </w:r>
            <w:r>
              <w:t>com</w:t>
            </w:r>
            <w:r w:rsidRPr="00332DB8">
              <w:rPr>
                <w:lang w:val="ru-RU"/>
              </w:rPr>
              <w:t>» (решение Нальчикского городского суда Кабардино-Балкарской Республики от 16.09.2011);</w:t>
            </w:r>
          </w:p>
        </w:tc>
        <w:tc>
          <w:tcPr>
            <w:tcW w:w="2880" w:type="dxa"/>
          </w:tcPr>
          <w:p w:rsidR="006F7457" w:rsidRDefault="00332DB8">
            <w:r>
              <w:t>05.12.2018</w:t>
            </w:r>
          </w:p>
        </w:tc>
      </w:tr>
      <w:tr w:rsidR="006F7457">
        <w:tc>
          <w:tcPr>
            <w:tcW w:w="2880" w:type="dxa"/>
          </w:tcPr>
          <w:p w:rsidR="006F7457" w:rsidRDefault="00332DB8">
            <w:r>
              <w:t>4700.</w:t>
            </w:r>
          </w:p>
        </w:tc>
        <w:tc>
          <w:tcPr>
            <w:tcW w:w="2880" w:type="dxa"/>
          </w:tcPr>
          <w:p w:rsidR="006F7457" w:rsidRPr="00332DB8" w:rsidRDefault="00332DB8">
            <w:pPr>
              <w:rPr>
                <w:lang w:val="ru-RU"/>
              </w:rPr>
            </w:pPr>
            <w:r w:rsidRPr="00332DB8">
              <w:rPr>
                <w:lang w:val="ru-RU"/>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t>
            </w:r>
            <w:r>
              <w:t>www</w:t>
            </w:r>
            <w:r w:rsidRPr="00332DB8">
              <w:rPr>
                <w:lang w:val="ru-RU"/>
              </w:rPr>
              <w:t xml:space="preserve">. </w:t>
            </w:r>
            <w:r>
              <w:t>islamdin</w:t>
            </w:r>
            <w:r w:rsidRPr="00332DB8">
              <w:rPr>
                <w:lang w:val="ru-RU"/>
              </w:rPr>
              <w:t>.</w:t>
            </w:r>
            <w:r>
              <w:t>com</w:t>
            </w:r>
            <w:r w:rsidRPr="00332DB8">
              <w:rPr>
                <w:lang w:val="ru-RU"/>
              </w:rPr>
              <w:t>» (решение Нальчикского городского суда Кабардино-Балкарской Республики от 22.04.2011);</w:t>
            </w:r>
          </w:p>
        </w:tc>
        <w:tc>
          <w:tcPr>
            <w:tcW w:w="2880" w:type="dxa"/>
          </w:tcPr>
          <w:p w:rsidR="006F7457" w:rsidRDefault="00332DB8">
            <w:r>
              <w:t>05.12.2018</w:t>
            </w:r>
          </w:p>
        </w:tc>
      </w:tr>
      <w:tr w:rsidR="006F7457">
        <w:tc>
          <w:tcPr>
            <w:tcW w:w="2880" w:type="dxa"/>
          </w:tcPr>
          <w:p w:rsidR="006F7457" w:rsidRDefault="00332DB8">
            <w:r>
              <w:t>4701.</w:t>
            </w:r>
          </w:p>
        </w:tc>
        <w:tc>
          <w:tcPr>
            <w:tcW w:w="2880" w:type="dxa"/>
          </w:tcPr>
          <w:p w:rsidR="006F7457" w:rsidRPr="00332DB8" w:rsidRDefault="00332DB8">
            <w:pPr>
              <w:rPr>
                <w:lang w:val="ru-RU"/>
              </w:rPr>
            </w:pPr>
            <w:r w:rsidRPr="00332DB8">
              <w:rPr>
                <w:lang w:val="ru-RU"/>
              </w:rPr>
              <w:t xml:space="preserve">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t>
            </w:r>
            <w:r>
              <w:t>www</w:t>
            </w:r>
            <w:r w:rsidRPr="00332DB8">
              <w:rPr>
                <w:lang w:val="ru-RU"/>
              </w:rPr>
              <w:t>.</w:t>
            </w:r>
            <w:r>
              <w:t>sodiqlar</w:t>
            </w:r>
            <w:r w:rsidRPr="00332DB8">
              <w:rPr>
                <w:lang w:val="ru-RU"/>
              </w:rPr>
              <w:t>.</w:t>
            </w:r>
            <w:r>
              <w:t>info</w:t>
            </w:r>
            <w:r w:rsidRPr="00332DB8">
              <w:rPr>
                <w:lang w:val="ru-RU"/>
              </w:rPr>
              <w:t xml:space="preserve"> (решение Нальчикского городского суда Кабардино-Балкарской Республики от 24.02.2015);</w:t>
            </w:r>
          </w:p>
        </w:tc>
        <w:tc>
          <w:tcPr>
            <w:tcW w:w="2880" w:type="dxa"/>
          </w:tcPr>
          <w:p w:rsidR="006F7457" w:rsidRDefault="00332DB8">
            <w:r>
              <w:t>05.12.2018</w:t>
            </w:r>
          </w:p>
        </w:tc>
      </w:tr>
      <w:tr w:rsidR="006F7457">
        <w:tc>
          <w:tcPr>
            <w:tcW w:w="2880" w:type="dxa"/>
          </w:tcPr>
          <w:p w:rsidR="006F7457" w:rsidRDefault="00332DB8">
            <w:r>
              <w:t>4702.</w:t>
            </w:r>
          </w:p>
        </w:tc>
        <w:tc>
          <w:tcPr>
            <w:tcW w:w="2880" w:type="dxa"/>
          </w:tcPr>
          <w:p w:rsidR="006F7457" w:rsidRPr="00332DB8" w:rsidRDefault="00332DB8">
            <w:pPr>
              <w:rPr>
                <w:lang w:val="ru-RU"/>
              </w:rPr>
            </w:pPr>
            <w:r w:rsidRPr="00332DB8">
              <w:rPr>
                <w:lang w:val="ru-RU"/>
              </w:rPr>
              <w:t xml:space="preserve">Информационный материал страницы группы социальной сети Интернет «ВКонтакте», размещенной по электронному адресу: </w:t>
            </w:r>
            <w:r>
              <w:t>http</w:t>
            </w:r>
            <w:r w:rsidRPr="00332DB8">
              <w:rPr>
                <w:lang w:val="ru-RU"/>
              </w:rPr>
              <w:t>://</w:t>
            </w:r>
            <w:r>
              <w:t>vk</w:t>
            </w:r>
            <w:r w:rsidRPr="00332DB8">
              <w:rPr>
                <w:lang w:val="ru-RU"/>
              </w:rPr>
              <w:t>.</w:t>
            </w:r>
            <w:r>
              <w:t>com</w:t>
            </w:r>
            <w:r w:rsidRPr="00332DB8">
              <w:rPr>
                <w:lang w:val="ru-RU"/>
              </w:rPr>
              <w:t>/</w:t>
            </w:r>
            <w:r>
              <w:t>club</w:t>
            </w:r>
            <w:r w:rsidRPr="00332DB8">
              <w:rPr>
                <w:lang w:val="ru-RU"/>
              </w:rPr>
              <w:t>67911675 (решение Нальчикского городского суда Кабардино-Балкарской Республики от 15.04.2015);</w:t>
            </w:r>
          </w:p>
        </w:tc>
        <w:tc>
          <w:tcPr>
            <w:tcW w:w="2880" w:type="dxa"/>
          </w:tcPr>
          <w:p w:rsidR="006F7457" w:rsidRDefault="00332DB8">
            <w:r>
              <w:t>05.12.2018</w:t>
            </w:r>
          </w:p>
        </w:tc>
      </w:tr>
      <w:tr w:rsidR="006F7457">
        <w:tc>
          <w:tcPr>
            <w:tcW w:w="2880" w:type="dxa"/>
          </w:tcPr>
          <w:p w:rsidR="006F7457" w:rsidRDefault="00332DB8">
            <w:r>
              <w:t>470</w:t>
            </w:r>
            <w:r>
              <w:lastRenderedPageBreak/>
              <w:t>3.</w:t>
            </w:r>
          </w:p>
        </w:tc>
        <w:tc>
          <w:tcPr>
            <w:tcW w:w="2880" w:type="dxa"/>
          </w:tcPr>
          <w:p w:rsidR="006F7457" w:rsidRPr="00332DB8" w:rsidRDefault="00332DB8">
            <w:pPr>
              <w:rPr>
                <w:lang w:val="ru-RU"/>
              </w:rPr>
            </w:pPr>
            <w:r w:rsidRPr="00332DB8">
              <w:rPr>
                <w:lang w:val="ru-RU"/>
              </w:rPr>
              <w:lastRenderedPageBreak/>
              <w:t>Информационный материал – аудиофайл песня «Расист», обнаруженный в ходе мониторинга глобальной телекоммуникационной сети Интернет на сайте «</w:t>
            </w:r>
            <w:r>
              <w:t>http</w:t>
            </w:r>
            <w:r w:rsidRPr="00332DB8">
              <w:rPr>
                <w:lang w:val="ru-RU"/>
              </w:rPr>
              <w:t>://</w:t>
            </w:r>
            <w:r>
              <w:t>vk</w:t>
            </w:r>
            <w:r w:rsidRPr="00332DB8">
              <w:rPr>
                <w:lang w:val="ru-RU"/>
              </w:rPr>
              <w:t>.</w:t>
            </w:r>
            <w:r>
              <w:t>com</w:t>
            </w:r>
            <w:r w:rsidRPr="00332DB8">
              <w:rPr>
                <w:lang w:val="ru-RU"/>
              </w:rPr>
              <w:t>/</w:t>
            </w:r>
            <w:r>
              <w:t>idl</w:t>
            </w:r>
            <w:r w:rsidRPr="00332DB8">
              <w:rPr>
                <w:lang w:val="ru-RU"/>
              </w:rPr>
              <w:t xml:space="preserve">53056430» под псевдонимом «Женя </w:t>
            </w:r>
            <w:r w:rsidRPr="00332DB8">
              <w:rPr>
                <w:lang w:val="ru-RU"/>
              </w:rPr>
              <w:lastRenderedPageBreak/>
              <w:t>Диверсант» (решение Артемовского городского суда Свердловской области от 03.07.2013);</w:t>
            </w:r>
          </w:p>
        </w:tc>
        <w:tc>
          <w:tcPr>
            <w:tcW w:w="2880" w:type="dxa"/>
          </w:tcPr>
          <w:p w:rsidR="006F7457" w:rsidRDefault="00332DB8">
            <w:r>
              <w:lastRenderedPageBreak/>
              <w:t>05.12.201</w:t>
            </w:r>
            <w:r>
              <w:lastRenderedPageBreak/>
              <w:t>8</w:t>
            </w:r>
          </w:p>
        </w:tc>
      </w:tr>
      <w:tr w:rsidR="006F7457">
        <w:tc>
          <w:tcPr>
            <w:tcW w:w="2880" w:type="dxa"/>
          </w:tcPr>
          <w:p w:rsidR="006F7457" w:rsidRDefault="00332DB8">
            <w:r>
              <w:lastRenderedPageBreak/>
              <w:t>4704.</w:t>
            </w:r>
          </w:p>
        </w:tc>
        <w:tc>
          <w:tcPr>
            <w:tcW w:w="2880" w:type="dxa"/>
          </w:tcPr>
          <w:p w:rsidR="006F7457" w:rsidRPr="00332DB8" w:rsidRDefault="00332DB8">
            <w:pPr>
              <w:rPr>
                <w:lang w:val="ru-RU"/>
              </w:rPr>
            </w:pPr>
            <w:r w:rsidRPr="00332DB8">
              <w:rPr>
                <w:lang w:val="ru-RU"/>
              </w:rPr>
              <w:t xml:space="preserve">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w:t>
            </w:r>
            <w:r>
              <w:t>http</w:t>
            </w:r>
            <w:r w:rsidRPr="00332DB8">
              <w:rPr>
                <w:lang w:val="ru-RU"/>
              </w:rPr>
              <w:t>://</w:t>
            </w:r>
            <w:r>
              <w:t>muslim</w:t>
            </w:r>
            <w:r w:rsidRPr="00332DB8">
              <w:rPr>
                <w:lang w:val="ru-RU"/>
              </w:rPr>
              <w:t>-</w:t>
            </w:r>
            <w:r>
              <w:t>site</w:t>
            </w:r>
            <w:r w:rsidRPr="00332DB8">
              <w:rPr>
                <w:lang w:val="ru-RU"/>
              </w:rPr>
              <w:t>.</w:t>
            </w:r>
            <w:r>
              <w:t>livejornal</w:t>
            </w:r>
            <w:r w:rsidRPr="00332DB8">
              <w:rPr>
                <w:lang w:val="ru-RU"/>
              </w:rPr>
              <w:t>.</w:t>
            </w:r>
            <w:r>
              <w:t>com</w:t>
            </w:r>
            <w:r w:rsidRPr="00332DB8">
              <w:rPr>
                <w:lang w:val="ru-RU"/>
              </w:rPr>
              <w:t>/249843.</w:t>
            </w:r>
            <w:r>
              <w:t>html</w:t>
            </w:r>
            <w:r w:rsidRPr="00332DB8">
              <w:rPr>
                <w:lang w:val="ru-RU"/>
              </w:rPr>
              <w:t xml:space="preserve"> (решение Нальчикского городского суда Кабардино-Балкарской Республики от 20.01.2014);</w:t>
            </w:r>
          </w:p>
        </w:tc>
        <w:tc>
          <w:tcPr>
            <w:tcW w:w="2880" w:type="dxa"/>
          </w:tcPr>
          <w:p w:rsidR="006F7457" w:rsidRDefault="00332DB8">
            <w:r>
              <w:t>05.12.2018</w:t>
            </w:r>
          </w:p>
        </w:tc>
      </w:tr>
      <w:tr w:rsidR="006F7457">
        <w:tc>
          <w:tcPr>
            <w:tcW w:w="2880" w:type="dxa"/>
          </w:tcPr>
          <w:p w:rsidR="006F7457" w:rsidRDefault="00332DB8">
            <w:r>
              <w:t>4705.</w:t>
            </w:r>
          </w:p>
        </w:tc>
        <w:tc>
          <w:tcPr>
            <w:tcW w:w="2880" w:type="dxa"/>
          </w:tcPr>
          <w:p w:rsidR="006F7457" w:rsidRPr="00332DB8" w:rsidRDefault="00332DB8">
            <w:pPr>
              <w:rPr>
                <w:lang w:val="ru-RU"/>
              </w:rPr>
            </w:pPr>
            <w:r w:rsidRPr="00332DB8">
              <w:rPr>
                <w:lang w:val="ru-RU"/>
              </w:rPr>
              <w:t>Информационный материал - видеообращение неустановленных лиц и жителя Кабардино-Балкарской Республики Локьяева Х.Д. под наименованием «</w:t>
            </w:r>
            <w:r>
              <w:t>Nastavlenie</w:t>
            </w:r>
            <w:r w:rsidRPr="00332DB8">
              <w:rPr>
                <w:lang w:val="ru-RU"/>
              </w:rPr>
              <w:t>_</w:t>
            </w:r>
            <w:r>
              <w:t>mudzhahidov</w:t>
            </w:r>
            <w:r w:rsidRPr="00332DB8">
              <w:rPr>
                <w:lang w:val="ru-RU"/>
              </w:rPr>
              <w:t>_</w:t>
            </w:r>
            <w:r>
              <w:t>avgust</w:t>
            </w:r>
            <w:r w:rsidRPr="00332DB8">
              <w:rPr>
                <w:lang w:val="ru-RU"/>
              </w:rPr>
              <w:t>_2010-2», обнаруженный и изъятый в ходе мониторинга глобальной телекоммуникационной сети Интернет на сайте «</w:t>
            </w:r>
            <w:r>
              <w:t>www</w:t>
            </w:r>
            <w:r w:rsidRPr="00332DB8">
              <w:rPr>
                <w:lang w:val="ru-RU"/>
              </w:rPr>
              <w:t>.</w:t>
            </w:r>
            <w:r>
              <w:t>islamdin</w:t>
            </w:r>
            <w:r w:rsidRPr="00332DB8">
              <w:rPr>
                <w:lang w:val="ru-RU"/>
              </w:rPr>
              <w:t>.</w:t>
            </w:r>
            <w:r>
              <w:t>com</w:t>
            </w:r>
            <w:r w:rsidRPr="00332DB8">
              <w:rPr>
                <w:lang w:val="ru-RU"/>
              </w:rPr>
              <w:t>» (решение Нальчикского городского суда Кабардино-Балкарской Республики от 28.04.2011);</w:t>
            </w:r>
          </w:p>
        </w:tc>
        <w:tc>
          <w:tcPr>
            <w:tcW w:w="2880" w:type="dxa"/>
          </w:tcPr>
          <w:p w:rsidR="006F7457" w:rsidRDefault="00332DB8">
            <w:r>
              <w:t>05.12.2018</w:t>
            </w:r>
          </w:p>
        </w:tc>
      </w:tr>
      <w:tr w:rsidR="006F7457">
        <w:tc>
          <w:tcPr>
            <w:tcW w:w="2880" w:type="dxa"/>
          </w:tcPr>
          <w:p w:rsidR="006F7457" w:rsidRDefault="00332DB8">
            <w:r>
              <w:t>4706.</w:t>
            </w:r>
          </w:p>
        </w:tc>
        <w:tc>
          <w:tcPr>
            <w:tcW w:w="2880" w:type="dxa"/>
          </w:tcPr>
          <w:p w:rsidR="006F7457" w:rsidRPr="00332DB8" w:rsidRDefault="00332DB8">
            <w:pPr>
              <w:rPr>
                <w:lang w:val="ru-RU"/>
              </w:rPr>
            </w:pPr>
            <w:r w:rsidRPr="00332DB8">
              <w:rPr>
                <w:lang w:val="ru-RU"/>
              </w:rPr>
              <w:t>Информационный материал - статья «Год, не прожитый напрасно» (решение Самарского районного суда г. Самары от 09.08.2011);</w:t>
            </w:r>
          </w:p>
        </w:tc>
        <w:tc>
          <w:tcPr>
            <w:tcW w:w="2880" w:type="dxa"/>
          </w:tcPr>
          <w:p w:rsidR="006F7457" w:rsidRDefault="00332DB8">
            <w:r>
              <w:t>05.12.2018</w:t>
            </w:r>
          </w:p>
        </w:tc>
      </w:tr>
      <w:tr w:rsidR="006F7457">
        <w:tc>
          <w:tcPr>
            <w:tcW w:w="2880" w:type="dxa"/>
          </w:tcPr>
          <w:p w:rsidR="006F7457" w:rsidRDefault="00332DB8">
            <w:r>
              <w:t>4707.</w:t>
            </w:r>
          </w:p>
        </w:tc>
        <w:tc>
          <w:tcPr>
            <w:tcW w:w="2880" w:type="dxa"/>
          </w:tcPr>
          <w:p w:rsidR="006F7457" w:rsidRPr="00332DB8" w:rsidRDefault="00332DB8">
            <w:pPr>
              <w:rPr>
                <w:lang w:val="ru-RU"/>
              </w:rPr>
            </w:pPr>
            <w:r w:rsidRPr="00332DB8">
              <w:rPr>
                <w:lang w:val="ru-RU"/>
              </w:rPr>
              <w:t>Информационный материал - статья «Плата за прекраснодушие» (решение Самарского районного суда г. Самары от 09.08.2011);</w:t>
            </w:r>
          </w:p>
        </w:tc>
        <w:tc>
          <w:tcPr>
            <w:tcW w:w="2880" w:type="dxa"/>
          </w:tcPr>
          <w:p w:rsidR="006F7457" w:rsidRDefault="00332DB8">
            <w:r>
              <w:t>05.12.2018</w:t>
            </w:r>
          </w:p>
        </w:tc>
      </w:tr>
      <w:tr w:rsidR="006F7457">
        <w:tc>
          <w:tcPr>
            <w:tcW w:w="2880" w:type="dxa"/>
          </w:tcPr>
          <w:p w:rsidR="006F7457" w:rsidRDefault="00332DB8">
            <w:r>
              <w:t>4708.</w:t>
            </w:r>
          </w:p>
        </w:tc>
        <w:tc>
          <w:tcPr>
            <w:tcW w:w="2880" w:type="dxa"/>
          </w:tcPr>
          <w:p w:rsidR="006F7457" w:rsidRPr="00332DB8" w:rsidRDefault="00332DB8">
            <w:pPr>
              <w:rPr>
                <w:lang w:val="ru-RU"/>
              </w:rPr>
            </w:pPr>
            <w:r w:rsidRPr="00332DB8">
              <w:rPr>
                <w:lang w:val="ru-RU"/>
              </w:rPr>
              <w:t>Информационный материал - статья «Никто не хотел умирать» (решение Самарского районного суда г. Самары от 09.08.2011);</w:t>
            </w:r>
          </w:p>
        </w:tc>
        <w:tc>
          <w:tcPr>
            <w:tcW w:w="2880" w:type="dxa"/>
          </w:tcPr>
          <w:p w:rsidR="006F7457" w:rsidRDefault="00332DB8">
            <w:r>
              <w:t>05.12.2018</w:t>
            </w:r>
          </w:p>
        </w:tc>
      </w:tr>
      <w:tr w:rsidR="006F7457">
        <w:tc>
          <w:tcPr>
            <w:tcW w:w="2880" w:type="dxa"/>
          </w:tcPr>
          <w:p w:rsidR="006F7457" w:rsidRDefault="00332DB8">
            <w:r>
              <w:lastRenderedPageBreak/>
              <w:t>4709.</w:t>
            </w:r>
          </w:p>
        </w:tc>
        <w:tc>
          <w:tcPr>
            <w:tcW w:w="2880" w:type="dxa"/>
          </w:tcPr>
          <w:p w:rsidR="006F7457" w:rsidRPr="00332DB8" w:rsidRDefault="00332DB8">
            <w:pPr>
              <w:rPr>
                <w:lang w:val="ru-RU"/>
              </w:rPr>
            </w:pPr>
            <w:r w:rsidRPr="00332DB8">
              <w:rPr>
                <w:lang w:val="ru-RU"/>
              </w:rPr>
              <w:t>Информационный материал - статья «Ты ведь этого ждал» (решение Самарского районного суда г. Самары от 09.08.2011);</w:t>
            </w:r>
          </w:p>
        </w:tc>
        <w:tc>
          <w:tcPr>
            <w:tcW w:w="2880" w:type="dxa"/>
          </w:tcPr>
          <w:p w:rsidR="006F7457" w:rsidRDefault="00332DB8">
            <w:r>
              <w:t>05.12.2018</w:t>
            </w:r>
          </w:p>
        </w:tc>
      </w:tr>
      <w:tr w:rsidR="006F7457">
        <w:tc>
          <w:tcPr>
            <w:tcW w:w="2880" w:type="dxa"/>
          </w:tcPr>
          <w:p w:rsidR="006F7457" w:rsidRDefault="00332DB8">
            <w:r>
              <w:t>4710.</w:t>
            </w:r>
          </w:p>
        </w:tc>
        <w:tc>
          <w:tcPr>
            <w:tcW w:w="2880" w:type="dxa"/>
          </w:tcPr>
          <w:p w:rsidR="006F7457" w:rsidRPr="00332DB8" w:rsidRDefault="00332DB8">
            <w:pPr>
              <w:rPr>
                <w:lang w:val="ru-RU"/>
              </w:rPr>
            </w:pPr>
            <w:r w:rsidRPr="00332DB8">
              <w:rPr>
                <w:lang w:val="ru-RU"/>
              </w:rPr>
              <w:t>Информационный материал - статья «Из-под глыб» (решение Самарского районного суда г. Самары от 09.08.2011);</w:t>
            </w:r>
          </w:p>
        </w:tc>
        <w:tc>
          <w:tcPr>
            <w:tcW w:w="2880" w:type="dxa"/>
          </w:tcPr>
          <w:p w:rsidR="006F7457" w:rsidRDefault="00332DB8">
            <w:r>
              <w:t>05.12.2018</w:t>
            </w:r>
          </w:p>
        </w:tc>
      </w:tr>
      <w:tr w:rsidR="006F7457">
        <w:tc>
          <w:tcPr>
            <w:tcW w:w="2880" w:type="dxa"/>
          </w:tcPr>
          <w:p w:rsidR="006F7457" w:rsidRDefault="00332DB8">
            <w:r>
              <w:t>4711.</w:t>
            </w:r>
          </w:p>
        </w:tc>
        <w:tc>
          <w:tcPr>
            <w:tcW w:w="2880" w:type="dxa"/>
          </w:tcPr>
          <w:p w:rsidR="006F7457" w:rsidRPr="00332DB8" w:rsidRDefault="00332DB8">
            <w:pPr>
              <w:rPr>
                <w:lang w:val="ru-RU"/>
              </w:rPr>
            </w:pPr>
            <w:r w:rsidRPr="00332DB8">
              <w:rPr>
                <w:lang w:val="ru-RU"/>
              </w:rPr>
              <w:t>Информационный материал - статья «Коренной вопрос» (решение Самарского районного суда г. Самары от 09.08.2011);</w:t>
            </w:r>
          </w:p>
        </w:tc>
        <w:tc>
          <w:tcPr>
            <w:tcW w:w="2880" w:type="dxa"/>
          </w:tcPr>
          <w:p w:rsidR="006F7457" w:rsidRDefault="00332DB8">
            <w:r>
              <w:t>05.12.2018</w:t>
            </w:r>
          </w:p>
        </w:tc>
      </w:tr>
      <w:tr w:rsidR="006F7457">
        <w:tc>
          <w:tcPr>
            <w:tcW w:w="2880" w:type="dxa"/>
          </w:tcPr>
          <w:p w:rsidR="006F7457" w:rsidRDefault="00332DB8">
            <w:r>
              <w:t>4712.</w:t>
            </w:r>
          </w:p>
        </w:tc>
        <w:tc>
          <w:tcPr>
            <w:tcW w:w="2880" w:type="dxa"/>
          </w:tcPr>
          <w:p w:rsidR="006F7457" w:rsidRPr="00332DB8" w:rsidRDefault="00332DB8">
            <w:pPr>
              <w:rPr>
                <w:lang w:val="ru-RU"/>
              </w:rPr>
            </w:pPr>
            <w:r w:rsidRPr="00332DB8">
              <w:rPr>
                <w:lang w:val="ru-RU"/>
              </w:rPr>
              <w:t>Информационный материал - статья «Нельзя быть такими настырными» (решение Самарского районного суда г. Самары от 09.08.2011);</w:t>
            </w:r>
          </w:p>
        </w:tc>
        <w:tc>
          <w:tcPr>
            <w:tcW w:w="2880" w:type="dxa"/>
          </w:tcPr>
          <w:p w:rsidR="006F7457" w:rsidRDefault="00332DB8">
            <w:r>
              <w:t>05.12.2018</w:t>
            </w:r>
          </w:p>
        </w:tc>
      </w:tr>
      <w:tr w:rsidR="006F7457">
        <w:tc>
          <w:tcPr>
            <w:tcW w:w="2880" w:type="dxa"/>
          </w:tcPr>
          <w:p w:rsidR="006F7457" w:rsidRDefault="00332DB8">
            <w:r>
              <w:t>4713.</w:t>
            </w:r>
          </w:p>
        </w:tc>
        <w:tc>
          <w:tcPr>
            <w:tcW w:w="2880" w:type="dxa"/>
          </w:tcPr>
          <w:p w:rsidR="006F7457" w:rsidRPr="00332DB8" w:rsidRDefault="00332DB8">
            <w:pPr>
              <w:rPr>
                <w:lang w:val="ru-RU"/>
              </w:rPr>
            </w:pPr>
            <w:r w:rsidRPr="00332DB8">
              <w:rPr>
                <w:lang w:val="ru-RU"/>
              </w:rPr>
              <w:t>Информационный материал - статья «Путин должен уйти, но оранжевые прийти не должны» (решение Самарского районного суда г. Самары от 09.08.2011);</w:t>
            </w:r>
          </w:p>
        </w:tc>
        <w:tc>
          <w:tcPr>
            <w:tcW w:w="2880" w:type="dxa"/>
          </w:tcPr>
          <w:p w:rsidR="006F7457" w:rsidRDefault="00332DB8">
            <w:r>
              <w:t>05.12.2018</w:t>
            </w:r>
          </w:p>
        </w:tc>
      </w:tr>
      <w:tr w:rsidR="006F7457">
        <w:tc>
          <w:tcPr>
            <w:tcW w:w="2880" w:type="dxa"/>
          </w:tcPr>
          <w:p w:rsidR="006F7457" w:rsidRDefault="00332DB8">
            <w:r>
              <w:t>471</w:t>
            </w:r>
            <w:r>
              <w:lastRenderedPageBreak/>
              <w:t>4.</w:t>
            </w:r>
          </w:p>
        </w:tc>
        <w:tc>
          <w:tcPr>
            <w:tcW w:w="2880" w:type="dxa"/>
          </w:tcPr>
          <w:p w:rsidR="006F7457" w:rsidRPr="00332DB8" w:rsidRDefault="00332DB8">
            <w:pPr>
              <w:rPr>
                <w:lang w:val="ru-RU"/>
              </w:rPr>
            </w:pPr>
            <w:r w:rsidRPr="00332DB8">
              <w:rPr>
                <w:lang w:val="ru-RU"/>
              </w:rPr>
              <w:lastRenderedPageBreak/>
              <w:t>Информационный материал - статья «Копая могилу другому…» (решение Самарского районного суда г. Самары от 09.08.2011);</w:t>
            </w:r>
          </w:p>
        </w:tc>
        <w:tc>
          <w:tcPr>
            <w:tcW w:w="2880" w:type="dxa"/>
          </w:tcPr>
          <w:p w:rsidR="006F7457" w:rsidRDefault="00332DB8">
            <w:r>
              <w:t>05.12.201</w:t>
            </w:r>
            <w:r>
              <w:lastRenderedPageBreak/>
              <w:t>8</w:t>
            </w:r>
          </w:p>
        </w:tc>
      </w:tr>
      <w:tr w:rsidR="006F7457">
        <w:tc>
          <w:tcPr>
            <w:tcW w:w="2880" w:type="dxa"/>
          </w:tcPr>
          <w:p w:rsidR="006F7457" w:rsidRDefault="00332DB8">
            <w:r>
              <w:lastRenderedPageBreak/>
              <w:t>4715.</w:t>
            </w:r>
          </w:p>
        </w:tc>
        <w:tc>
          <w:tcPr>
            <w:tcW w:w="2880" w:type="dxa"/>
          </w:tcPr>
          <w:p w:rsidR="006F7457" w:rsidRDefault="00332DB8">
            <w:r w:rsidRPr="00332DB8">
              <w:rPr>
                <w:lang w:val="ru-RU"/>
              </w:rPr>
              <w:t xml:space="preserve">Информационный материал - статья «На следующий год - в кремле» (новогоднее…)» </w:t>
            </w:r>
            <w:r>
              <w:t>(решение Самарского районного суда г. Самары от 09.08.2011);</w:t>
            </w:r>
          </w:p>
        </w:tc>
        <w:tc>
          <w:tcPr>
            <w:tcW w:w="2880" w:type="dxa"/>
          </w:tcPr>
          <w:p w:rsidR="006F7457" w:rsidRDefault="00332DB8">
            <w:r>
              <w:t>05.12.2018</w:t>
            </w:r>
          </w:p>
        </w:tc>
      </w:tr>
      <w:tr w:rsidR="006F7457">
        <w:tc>
          <w:tcPr>
            <w:tcW w:w="2880" w:type="dxa"/>
          </w:tcPr>
          <w:p w:rsidR="006F7457" w:rsidRDefault="00332DB8">
            <w:r>
              <w:t>4716.</w:t>
            </w:r>
          </w:p>
        </w:tc>
        <w:tc>
          <w:tcPr>
            <w:tcW w:w="2880" w:type="dxa"/>
          </w:tcPr>
          <w:p w:rsidR="006F7457" w:rsidRPr="00332DB8" w:rsidRDefault="00332DB8">
            <w:pPr>
              <w:rPr>
                <w:lang w:val="ru-RU"/>
              </w:rPr>
            </w:pPr>
            <w:r w:rsidRPr="00332DB8">
              <w:rPr>
                <w:lang w:val="ru-RU"/>
              </w:rPr>
              <w:t>Информационный материал - статья Что они ввели мне под кожу?» (решение Самарского районного суда г. Самары от 09.08.2011);</w:t>
            </w:r>
          </w:p>
        </w:tc>
        <w:tc>
          <w:tcPr>
            <w:tcW w:w="2880" w:type="dxa"/>
          </w:tcPr>
          <w:p w:rsidR="006F7457" w:rsidRDefault="00332DB8">
            <w:r>
              <w:t>05.12.2018</w:t>
            </w:r>
          </w:p>
        </w:tc>
      </w:tr>
      <w:tr w:rsidR="006F7457">
        <w:tc>
          <w:tcPr>
            <w:tcW w:w="2880" w:type="dxa"/>
          </w:tcPr>
          <w:p w:rsidR="006F7457" w:rsidRDefault="00332DB8">
            <w:r>
              <w:t>4717.</w:t>
            </w:r>
          </w:p>
        </w:tc>
        <w:tc>
          <w:tcPr>
            <w:tcW w:w="2880" w:type="dxa"/>
          </w:tcPr>
          <w:p w:rsidR="006F7457" w:rsidRPr="00332DB8" w:rsidRDefault="00332DB8">
            <w:pPr>
              <w:rPr>
                <w:lang w:val="ru-RU"/>
              </w:rPr>
            </w:pPr>
            <w:r w:rsidRPr="00332DB8">
              <w:rPr>
                <w:lang w:val="ru-RU"/>
              </w:rPr>
              <w:t>Информационный материал - статья все было иначе…» (решение Самарского районного суда г. Самары от 09.08.2011);</w:t>
            </w:r>
          </w:p>
        </w:tc>
        <w:tc>
          <w:tcPr>
            <w:tcW w:w="2880" w:type="dxa"/>
          </w:tcPr>
          <w:p w:rsidR="006F7457" w:rsidRDefault="00332DB8">
            <w:r>
              <w:t>05.12.2018</w:t>
            </w:r>
          </w:p>
        </w:tc>
      </w:tr>
      <w:tr w:rsidR="006F7457">
        <w:tc>
          <w:tcPr>
            <w:tcW w:w="2880" w:type="dxa"/>
          </w:tcPr>
          <w:p w:rsidR="006F7457" w:rsidRDefault="00332DB8">
            <w:r>
              <w:t>4718.</w:t>
            </w:r>
          </w:p>
        </w:tc>
        <w:tc>
          <w:tcPr>
            <w:tcW w:w="2880" w:type="dxa"/>
          </w:tcPr>
          <w:p w:rsidR="006F7457" w:rsidRPr="00332DB8" w:rsidRDefault="00332DB8">
            <w:pPr>
              <w:rPr>
                <w:lang w:val="ru-RU"/>
              </w:rPr>
            </w:pPr>
            <w:r w:rsidRPr="00332DB8">
              <w:rPr>
                <w:lang w:val="ru-RU"/>
              </w:rPr>
              <w:t>Информационный материал - статья «Биробиджанский выбор» (решение Самарского районного суда г. Самары от 09.08.2011);</w:t>
            </w:r>
          </w:p>
        </w:tc>
        <w:tc>
          <w:tcPr>
            <w:tcW w:w="2880" w:type="dxa"/>
          </w:tcPr>
          <w:p w:rsidR="006F7457" w:rsidRDefault="00332DB8">
            <w:r>
              <w:t>05.12.2018</w:t>
            </w:r>
          </w:p>
        </w:tc>
      </w:tr>
      <w:tr w:rsidR="006F7457">
        <w:tc>
          <w:tcPr>
            <w:tcW w:w="2880" w:type="dxa"/>
          </w:tcPr>
          <w:p w:rsidR="006F7457" w:rsidRDefault="00332DB8">
            <w:r>
              <w:t>4719.</w:t>
            </w:r>
          </w:p>
        </w:tc>
        <w:tc>
          <w:tcPr>
            <w:tcW w:w="2880" w:type="dxa"/>
          </w:tcPr>
          <w:p w:rsidR="006F7457" w:rsidRPr="00332DB8" w:rsidRDefault="00332DB8">
            <w:pPr>
              <w:rPr>
                <w:lang w:val="ru-RU"/>
              </w:rPr>
            </w:pPr>
            <w:r w:rsidRPr="00332DB8">
              <w:rPr>
                <w:lang w:val="ru-RU"/>
              </w:rPr>
              <w:t>Информационный материал - статья «Утомление холокостом» (решение Самарского районного суда г. Самары от 09.08.2011);</w:t>
            </w:r>
          </w:p>
        </w:tc>
        <w:tc>
          <w:tcPr>
            <w:tcW w:w="2880" w:type="dxa"/>
          </w:tcPr>
          <w:p w:rsidR="006F7457" w:rsidRDefault="00332DB8">
            <w:r>
              <w:t>05.12.2018</w:t>
            </w:r>
          </w:p>
        </w:tc>
      </w:tr>
      <w:tr w:rsidR="006F7457">
        <w:tc>
          <w:tcPr>
            <w:tcW w:w="2880" w:type="dxa"/>
          </w:tcPr>
          <w:p w:rsidR="006F7457" w:rsidRDefault="00332DB8">
            <w:r>
              <w:t>4</w:t>
            </w:r>
            <w:r>
              <w:lastRenderedPageBreak/>
              <w:t>720.</w:t>
            </w:r>
          </w:p>
        </w:tc>
        <w:tc>
          <w:tcPr>
            <w:tcW w:w="2880" w:type="dxa"/>
          </w:tcPr>
          <w:p w:rsidR="006F7457" w:rsidRPr="00332DB8" w:rsidRDefault="00332DB8">
            <w:pPr>
              <w:rPr>
                <w:lang w:val="ru-RU"/>
              </w:rPr>
            </w:pPr>
            <w:r w:rsidRPr="00332DB8">
              <w:rPr>
                <w:lang w:val="ru-RU"/>
              </w:rPr>
              <w:lastRenderedPageBreak/>
              <w:t xml:space="preserve">Информационный материал - статья «Без чести и славы изгои «Невидимого фронта» (решение Самарского </w:t>
            </w:r>
            <w:r w:rsidRPr="00332DB8">
              <w:rPr>
                <w:lang w:val="ru-RU"/>
              </w:rPr>
              <w:lastRenderedPageBreak/>
              <w:t>районного суда г. Самары от 09.08.2011);</w:t>
            </w:r>
          </w:p>
        </w:tc>
        <w:tc>
          <w:tcPr>
            <w:tcW w:w="2880" w:type="dxa"/>
          </w:tcPr>
          <w:p w:rsidR="006F7457" w:rsidRDefault="00332DB8">
            <w:r>
              <w:lastRenderedPageBreak/>
              <w:t>05.</w:t>
            </w:r>
            <w:r>
              <w:lastRenderedPageBreak/>
              <w:t>12.2018</w:t>
            </w:r>
          </w:p>
        </w:tc>
      </w:tr>
      <w:tr w:rsidR="006F7457">
        <w:tc>
          <w:tcPr>
            <w:tcW w:w="2880" w:type="dxa"/>
          </w:tcPr>
          <w:p w:rsidR="006F7457" w:rsidRDefault="00332DB8">
            <w:r>
              <w:lastRenderedPageBreak/>
              <w:t>4721.</w:t>
            </w:r>
          </w:p>
        </w:tc>
        <w:tc>
          <w:tcPr>
            <w:tcW w:w="2880" w:type="dxa"/>
          </w:tcPr>
          <w:p w:rsidR="006F7457" w:rsidRPr="00332DB8" w:rsidRDefault="00332DB8">
            <w:pPr>
              <w:rPr>
                <w:lang w:val="ru-RU"/>
              </w:rPr>
            </w:pPr>
            <w:r w:rsidRPr="00332DB8">
              <w:rPr>
                <w:lang w:val="ru-RU"/>
              </w:rPr>
              <w:t>Информационный материал - статья «Французский марш» (решение Самарского районного суда г. Самары от 09.08.2011);</w:t>
            </w:r>
          </w:p>
        </w:tc>
        <w:tc>
          <w:tcPr>
            <w:tcW w:w="2880" w:type="dxa"/>
          </w:tcPr>
          <w:p w:rsidR="006F7457" w:rsidRDefault="00332DB8">
            <w:r>
              <w:t>05.12.2018</w:t>
            </w:r>
          </w:p>
        </w:tc>
      </w:tr>
      <w:tr w:rsidR="006F7457">
        <w:tc>
          <w:tcPr>
            <w:tcW w:w="2880" w:type="dxa"/>
          </w:tcPr>
          <w:p w:rsidR="006F7457" w:rsidRDefault="00332DB8">
            <w:r>
              <w:t>4722.</w:t>
            </w:r>
          </w:p>
        </w:tc>
        <w:tc>
          <w:tcPr>
            <w:tcW w:w="2880" w:type="dxa"/>
          </w:tcPr>
          <w:p w:rsidR="006F7457" w:rsidRPr="00332DB8" w:rsidRDefault="00332DB8">
            <w:pPr>
              <w:rPr>
                <w:lang w:val="ru-RU"/>
              </w:rPr>
            </w:pPr>
            <w:r w:rsidRPr="00332DB8">
              <w:rPr>
                <w:lang w:val="ru-RU"/>
              </w:rPr>
              <w:t xml:space="preserve">Информационный материал - статья «После Кондопоги» Спецназ России № 4 (127) апреля 2007 года, размещенный на Интернет-сайте </w:t>
            </w:r>
            <w:r>
              <w:t>http</w:t>
            </w:r>
            <w:r w:rsidRPr="00332DB8">
              <w:rPr>
                <w:lang w:val="ru-RU"/>
              </w:rPr>
              <w:t>://</w:t>
            </w:r>
            <w:r>
              <w:t>www</w:t>
            </w:r>
            <w:r w:rsidRPr="00332DB8">
              <w:rPr>
                <w:lang w:val="ru-RU"/>
              </w:rPr>
              <w:t>.</w:t>
            </w:r>
            <w:r>
              <w:t>specnaz</w:t>
            </w:r>
            <w:r w:rsidRPr="00332DB8">
              <w:rPr>
                <w:lang w:val="ru-RU"/>
              </w:rPr>
              <w:t>.</w:t>
            </w:r>
            <w:r>
              <w:t>ru</w:t>
            </w:r>
            <w:r w:rsidRPr="00332DB8">
              <w:rPr>
                <w:lang w:val="ru-RU"/>
              </w:rPr>
              <w:t xml:space="preserve">/ </w:t>
            </w:r>
            <w:r>
              <w:t>article</w:t>
            </w:r>
            <w:r w:rsidRPr="00332DB8">
              <w:rPr>
                <w:lang w:val="ru-RU"/>
              </w:rPr>
              <w:t>/?1069 (решение Никулинского районного суда города Москвы от 20.07.2015);</w:t>
            </w:r>
          </w:p>
        </w:tc>
        <w:tc>
          <w:tcPr>
            <w:tcW w:w="2880" w:type="dxa"/>
          </w:tcPr>
          <w:p w:rsidR="006F7457" w:rsidRDefault="00332DB8">
            <w:r>
              <w:t>05.12.2018</w:t>
            </w:r>
          </w:p>
        </w:tc>
      </w:tr>
      <w:tr w:rsidR="006F7457">
        <w:tc>
          <w:tcPr>
            <w:tcW w:w="2880" w:type="dxa"/>
          </w:tcPr>
          <w:p w:rsidR="006F7457" w:rsidRDefault="00332DB8">
            <w:r>
              <w:t>4723.</w:t>
            </w:r>
          </w:p>
        </w:tc>
        <w:tc>
          <w:tcPr>
            <w:tcW w:w="2880" w:type="dxa"/>
          </w:tcPr>
          <w:p w:rsidR="006F7457" w:rsidRPr="00332DB8" w:rsidRDefault="00332DB8">
            <w:pPr>
              <w:rPr>
                <w:lang w:val="ru-RU"/>
              </w:rPr>
            </w:pPr>
            <w:r w:rsidRPr="00332DB8">
              <w:rPr>
                <w:lang w:val="ru-RU"/>
              </w:rPr>
              <w:t xml:space="preserve">Информационный материал - статья «После Кондопоги» Спецназ России № 6 (141) июнь 2008 года, размещенный на Интернет-сайте </w:t>
            </w:r>
            <w:r>
              <w:t>http</w:t>
            </w:r>
            <w:r w:rsidRPr="00332DB8">
              <w:rPr>
                <w:lang w:val="ru-RU"/>
              </w:rPr>
              <w:t>://</w:t>
            </w:r>
            <w:r>
              <w:t>www</w:t>
            </w:r>
            <w:r w:rsidRPr="00332DB8">
              <w:rPr>
                <w:lang w:val="ru-RU"/>
              </w:rPr>
              <w:t>.</w:t>
            </w:r>
            <w:r>
              <w:t>specnaz</w:t>
            </w:r>
            <w:r w:rsidRPr="00332DB8">
              <w:rPr>
                <w:lang w:val="ru-RU"/>
              </w:rPr>
              <w:t>.</w:t>
            </w:r>
            <w:r>
              <w:t>ru</w:t>
            </w:r>
            <w:r w:rsidRPr="00332DB8">
              <w:rPr>
                <w:lang w:val="ru-RU"/>
              </w:rPr>
              <w:t xml:space="preserve">/ </w:t>
            </w:r>
            <w:r>
              <w:t>article</w:t>
            </w:r>
            <w:r w:rsidRPr="00332DB8">
              <w:rPr>
                <w:lang w:val="ru-RU"/>
              </w:rPr>
              <w:t>/?1287 (решение Никулинского районного суда города Москвы от 20.07.2015);</w:t>
            </w:r>
          </w:p>
        </w:tc>
        <w:tc>
          <w:tcPr>
            <w:tcW w:w="2880" w:type="dxa"/>
          </w:tcPr>
          <w:p w:rsidR="006F7457" w:rsidRDefault="00332DB8">
            <w:r>
              <w:t>05.12.2018</w:t>
            </w:r>
          </w:p>
        </w:tc>
      </w:tr>
      <w:tr w:rsidR="006F7457">
        <w:tc>
          <w:tcPr>
            <w:tcW w:w="2880" w:type="dxa"/>
          </w:tcPr>
          <w:p w:rsidR="006F7457" w:rsidRDefault="00332DB8">
            <w:r>
              <w:t>4724.</w:t>
            </w:r>
          </w:p>
        </w:tc>
        <w:tc>
          <w:tcPr>
            <w:tcW w:w="2880" w:type="dxa"/>
          </w:tcPr>
          <w:p w:rsidR="006F7457" w:rsidRPr="00332DB8" w:rsidRDefault="00332DB8">
            <w:pPr>
              <w:rPr>
                <w:lang w:val="ru-RU"/>
              </w:rPr>
            </w:pPr>
            <w:r w:rsidRPr="00332DB8">
              <w:rPr>
                <w:lang w:val="ru-RU"/>
              </w:rPr>
              <w:t xml:space="preserve">Информационный материал - статья «После Кондопоги» Спецназ России № 6 (129) июнь 2007 года, размещенный на Интернет-сайте </w:t>
            </w:r>
            <w:r>
              <w:t>http</w:t>
            </w:r>
            <w:r w:rsidRPr="00332DB8">
              <w:rPr>
                <w:lang w:val="ru-RU"/>
              </w:rPr>
              <w:t>://</w:t>
            </w:r>
            <w:r>
              <w:t>www</w:t>
            </w:r>
            <w:r w:rsidRPr="00332DB8">
              <w:rPr>
                <w:lang w:val="ru-RU"/>
              </w:rPr>
              <w:t>.</w:t>
            </w:r>
            <w:r>
              <w:t>specnaz</w:t>
            </w:r>
            <w:r w:rsidRPr="00332DB8">
              <w:rPr>
                <w:lang w:val="ru-RU"/>
              </w:rPr>
              <w:t>.</w:t>
            </w:r>
            <w:r>
              <w:t>ru</w:t>
            </w:r>
            <w:r w:rsidRPr="00332DB8">
              <w:rPr>
                <w:lang w:val="ru-RU"/>
              </w:rPr>
              <w:t xml:space="preserve">/ </w:t>
            </w:r>
            <w:r>
              <w:t>article</w:t>
            </w:r>
            <w:r w:rsidRPr="00332DB8">
              <w:rPr>
                <w:lang w:val="ru-RU"/>
              </w:rPr>
              <w:t>/71100 (решение Никулинского районного суда города Москвы от 20.07.2015);</w:t>
            </w:r>
          </w:p>
        </w:tc>
        <w:tc>
          <w:tcPr>
            <w:tcW w:w="2880" w:type="dxa"/>
          </w:tcPr>
          <w:p w:rsidR="006F7457" w:rsidRDefault="00332DB8">
            <w:r>
              <w:t>05.12.2018</w:t>
            </w:r>
          </w:p>
        </w:tc>
      </w:tr>
      <w:tr w:rsidR="006F7457">
        <w:tc>
          <w:tcPr>
            <w:tcW w:w="2880" w:type="dxa"/>
          </w:tcPr>
          <w:p w:rsidR="006F7457" w:rsidRDefault="00332DB8">
            <w:r>
              <w:t>4725.</w:t>
            </w:r>
          </w:p>
        </w:tc>
        <w:tc>
          <w:tcPr>
            <w:tcW w:w="2880" w:type="dxa"/>
          </w:tcPr>
          <w:p w:rsidR="006F7457" w:rsidRPr="00332DB8" w:rsidRDefault="00332DB8">
            <w:pPr>
              <w:rPr>
                <w:lang w:val="ru-RU"/>
              </w:rPr>
            </w:pPr>
            <w:r w:rsidRPr="00332DB8">
              <w:rPr>
                <w:lang w:val="ru-RU"/>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t>
            </w:r>
            <w:r>
              <w:t>www</w:t>
            </w:r>
            <w:r w:rsidRPr="00332DB8">
              <w:rPr>
                <w:lang w:val="ru-RU"/>
              </w:rPr>
              <w:t>.</w:t>
            </w:r>
            <w:r>
              <w:t>islamdin</w:t>
            </w:r>
            <w:r w:rsidRPr="00332DB8">
              <w:rPr>
                <w:lang w:val="ru-RU"/>
              </w:rPr>
              <w:t>.</w:t>
            </w:r>
            <w:r>
              <w:t>com</w:t>
            </w:r>
            <w:r w:rsidRPr="00332DB8">
              <w:rPr>
                <w:lang w:val="ru-RU"/>
              </w:rPr>
              <w:t>» (решение Нальчикского городского суда Кабардино-Балкарской Республики от 29.04.2011);</w:t>
            </w:r>
          </w:p>
        </w:tc>
        <w:tc>
          <w:tcPr>
            <w:tcW w:w="2880" w:type="dxa"/>
          </w:tcPr>
          <w:p w:rsidR="006F7457" w:rsidRDefault="00332DB8">
            <w:r>
              <w:t>07.12.2018</w:t>
            </w:r>
          </w:p>
        </w:tc>
      </w:tr>
      <w:tr w:rsidR="006F7457">
        <w:tc>
          <w:tcPr>
            <w:tcW w:w="2880" w:type="dxa"/>
          </w:tcPr>
          <w:p w:rsidR="006F7457" w:rsidRDefault="00332DB8">
            <w:r>
              <w:lastRenderedPageBreak/>
              <w:t>4726.</w:t>
            </w:r>
          </w:p>
        </w:tc>
        <w:tc>
          <w:tcPr>
            <w:tcW w:w="2880" w:type="dxa"/>
          </w:tcPr>
          <w:p w:rsidR="006F7457" w:rsidRPr="00332DB8" w:rsidRDefault="00332DB8">
            <w:pPr>
              <w:rPr>
                <w:lang w:val="ru-RU"/>
              </w:rPr>
            </w:pPr>
            <w:r w:rsidRPr="00332DB8">
              <w:rPr>
                <w:lang w:val="ru-RU"/>
              </w:rPr>
              <w:t>Информационный материал - «Алий Пщыгъуэтыж: «Хэт дызэдэ</w:t>
            </w:r>
            <w:r>
              <w:t>I</w:t>
            </w:r>
            <w:r w:rsidRPr="00332DB8">
              <w:rPr>
                <w:lang w:val="ru-RU"/>
              </w:rPr>
              <w:t xml:space="preserve">уэн хуейр», («Кого должны слушать»), обнаруженный в ходе мониторинга информационно-телекоммуникационной сети Интернет на экстремистском веб-ресурсе </w:t>
            </w:r>
            <w:r>
              <w:t>www</w:t>
            </w:r>
            <w:r w:rsidRPr="00332DB8">
              <w:rPr>
                <w:lang w:val="ru-RU"/>
              </w:rPr>
              <w:t>.</w:t>
            </w:r>
            <w:r>
              <w:t>djamaattakbir</w:t>
            </w:r>
            <w:r w:rsidRPr="00332DB8">
              <w:rPr>
                <w:lang w:val="ru-RU"/>
              </w:rPr>
              <w:t>.</w:t>
            </w:r>
            <w:r>
              <w:t>com</w:t>
            </w:r>
            <w:r w:rsidRPr="00332DB8">
              <w:rPr>
                <w:lang w:val="ru-RU"/>
              </w:rPr>
              <w:t xml:space="preserve"> (решение Нальчикского городского суда Кабардино-Балкарской Республики от 23.07.2013);</w:t>
            </w:r>
          </w:p>
        </w:tc>
        <w:tc>
          <w:tcPr>
            <w:tcW w:w="2880" w:type="dxa"/>
          </w:tcPr>
          <w:p w:rsidR="006F7457" w:rsidRDefault="00332DB8">
            <w:r>
              <w:t>07.12.2018</w:t>
            </w:r>
          </w:p>
        </w:tc>
      </w:tr>
      <w:tr w:rsidR="006F7457">
        <w:tc>
          <w:tcPr>
            <w:tcW w:w="2880" w:type="dxa"/>
          </w:tcPr>
          <w:p w:rsidR="006F7457" w:rsidRDefault="00332DB8">
            <w:r>
              <w:t>4727.</w:t>
            </w:r>
          </w:p>
        </w:tc>
        <w:tc>
          <w:tcPr>
            <w:tcW w:w="2880" w:type="dxa"/>
          </w:tcPr>
          <w:p w:rsidR="006F7457" w:rsidRPr="00332DB8" w:rsidRDefault="00332DB8">
            <w:pPr>
              <w:rPr>
                <w:lang w:val="ru-RU"/>
              </w:rPr>
            </w:pPr>
            <w:r w:rsidRPr="00332DB8">
              <w:rPr>
                <w:lang w:val="ru-RU"/>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t>
            </w:r>
            <w:r>
              <w:t>www</w:t>
            </w:r>
            <w:r w:rsidRPr="00332DB8">
              <w:rPr>
                <w:lang w:val="ru-RU"/>
              </w:rPr>
              <w:t>.</w:t>
            </w:r>
            <w:r>
              <w:t>jamaattkbr</w:t>
            </w:r>
            <w:r w:rsidRPr="00332DB8">
              <w:rPr>
                <w:lang w:val="ru-RU"/>
              </w:rPr>
              <w:t>.</w:t>
            </w:r>
            <w:r>
              <w:t>com</w:t>
            </w:r>
            <w:r w:rsidRPr="00332DB8">
              <w:rPr>
                <w:lang w:val="ru-RU"/>
              </w:rPr>
              <w:t>» (решение Нальчикского городского суда Кабардино-Балкарской Республики от 16.09.2011);</w:t>
            </w:r>
          </w:p>
        </w:tc>
        <w:tc>
          <w:tcPr>
            <w:tcW w:w="2880" w:type="dxa"/>
          </w:tcPr>
          <w:p w:rsidR="006F7457" w:rsidRDefault="00332DB8">
            <w:r>
              <w:t>07.12.2018</w:t>
            </w:r>
          </w:p>
        </w:tc>
      </w:tr>
      <w:tr w:rsidR="006F7457">
        <w:tc>
          <w:tcPr>
            <w:tcW w:w="2880" w:type="dxa"/>
          </w:tcPr>
          <w:p w:rsidR="006F7457" w:rsidRDefault="00332DB8">
            <w:r>
              <w:t>4728.</w:t>
            </w:r>
          </w:p>
        </w:tc>
        <w:tc>
          <w:tcPr>
            <w:tcW w:w="2880" w:type="dxa"/>
          </w:tcPr>
          <w:p w:rsidR="006F7457" w:rsidRPr="00332DB8" w:rsidRDefault="00332DB8">
            <w:pPr>
              <w:rPr>
                <w:lang w:val="ru-RU"/>
              </w:rPr>
            </w:pPr>
            <w:r w:rsidRPr="00332DB8">
              <w:rPr>
                <w:lang w:val="ru-RU"/>
              </w:rPr>
              <w:t xml:space="preserve">Видеофайл «Автономный Русский Марш в Новосибирске» размещенный в сети «Интернет» на сайте </w:t>
            </w:r>
            <w:r>
              <w:t>http</w:t>
            </w:r>
            <w:r w:rsidRPr="00332DB8">
              <w:rPr>
                <w:lang w:val="ru-RU"/>
              </w:rPr>
              <w:t>://</w:t>
            </w:r>
            <w:r>
              <w:t>vkontakte</w:t>
            </w:r>
            <w:r w:rsidRPr="00332DB8">
              <w:rPr>
                <w:lang w:val="ru-RU"/>
              </w:rPr>
              <w:t>.</w:t>
            </w:r>
            <w:r>
              <w:t>ru</w:t>
            </w:r>
            <w:r w:rsidRPr="00332DB8">
              <w:rPr>
                <w:lang w:val="ru-RU"/>
              </w:rPr>
              <w:t xml:space="preserve"> на странице </w:t>
            </w:r>
            <w:r>
              <w:t>http</w:t>
            </w:r>
            <w:r w:rsidRPr="00332DB8">
              <w:rPr>
                <w:lang w:val="ru-RU"/>
              </w:rPr>
              <w:t>://</w:t>
            </w:r>
            <w:r>
              <w:t>vkontakte</w:t>
            </w:r>
            <w:r w:rsidRPr="00332DB8">
              <w:rPr>
                <w:lang w:val="ru-RU"/>
              </w:rPr>
              <w:t>.</w:t>
            </w:r>
            <w:r>
              <w:t>ru</w:t>
            </w:r>
            <w:r w:rsidRPr="00332DB8">
              <w:rPr>
                <w:lang w:val="ru-RU"/>
              </w:rPr>
              <w:t>/</w:t>
            </w:r>
            <w:r>
              <w:t>idpzkix</w:t>
            </w:r>
            <w:r w:rsidRPr="00332DB8">
              <w:rPr>
                <w:lang w:val="ru-RU"/>
              </w:rPr>
              <w:t xml:space="preserve"> (решение Нижневартовского городского суда Ханты-Мансийского автономного округа – Югры от 19.12.2013);</w:t>
            </w:r>
          </w:p>
        </w:tc>
        <w:tc>
          <w:tcPr>
            <w:tcW w:w="2880" w:type="dxa"/>
          </w:tcPr>
          <w:p w:rsidR="006F7457" w:rsidRDefault="00332DB8">
            <w:r>
              <w:t>07.12.2018</w:t>
            </w:r>
          </w:p>
        </w:tc>
      </w:tr>
      <w:tr w:rsidR="006F7457">
        <w:tc>
          <w:tcPr>
            <w:tcW w:w="2880" w:type="dxa"/>
          </w:tcPr>
          <w:p w:rsidR="006F7457" w:rsidRDefault="00332DB8">
            <w:r>
              <w:t>4729.</w:t>
            </w:r>
          </w:p>
        </w:tc>
        <w:tc>
          <w:tcPr>
            <w:tcW w:w="2880" w:type="dxa"/>
          </w:tcPr>
          <w:p w:rsidR="006F7457" w:rsidRPr="00332DB8" w:rsidRDefault="00332DB8">
            <w:pPr>
              <w:rPr>
                <w:lang w:val="ru-RU"/>
              </w:rPr>
            </w:pPr>
            <w:r w:rsidRPr="00332DB8">
              <w:rPr>
                <w:lang w:val="ru-RU"/>
              </w:rPr>
              <w:t xml:space="preserve">Видеофайл «Русский марш 2011 Москва (общественное мнение)», размещенный в сети «Интернет» на сайте </w:t>
            </w:r>
            <w:r>
              <w:t>http</w:t>
            </w:r>
            <w:r w:rsidRPr="00332DB8">
              <w:rPr>
                <w:lang w:val="ru-RU"/>
              </w:rPr>
              <w:t>://</w:t>
            </w:r>
            <w:r>
              <w:t>vkontakte</w:t>
            </w:r>
            <w:r w:rsidRPr="00332DB8">
              <w:rPr>
                <w:lang w:val="ru-RU"/>
              </w:rPr>
              <w:t>.</w:t>
            </w:r>
            <w:r>
              <w:t>ru</w:t>
            </w:r>
            <w:r w:rsidRPr="00332DB8">
              <w:rPr>
                <w:lang w:val="ru-RU"/>
              </w:rPr>
              <w:t xml:space="preserve"> на странице </w:t>
            </w:r>
            <w:r>
              <w:t>http</w:t>
            </w:r>
            <w:r w:rsidRPr="00332DB8">
              <w:rPr>
                <w:lang w:val="ru-RU"/>
              </w:rPr>
              <w:t>://</w:t>
            </w:r>
            <w:r>
              <w:t>vkontakte</w:t>
            </w:r>
            <w:r w:rsidRPr="00332DB8">
              <w:rPr>
                <w:lang w:val="ru-RU"/>
              </w:rPr>
              <w:t>.</w:t>
            </w:r>
            <w:r>
              <w:t>ru</w:t>
            </w:r>
            <w:r w:rsidRPr="00332DB8">
              <w:rPr>
                <w:lang w:val="ru-RU"/>
              </w:rPr>
              <w:t>/</w:t>
            </w:r>
            <w:r>
              <w:t>idpzkix</w:t>
            </w:r>
            <w:r w:rsidRPr="00332DB8">
              <w:rPr>
                <w:lang w:val="ru-RU"/>
              </w:rPr>
              <w:t xml:space="preserve"> (решение Нижневартовского городского суда Ханты-Мансийского автономного округа – Югры от 19.12.2013);</w:t>
            </w:r>
          </w:p>
        </w:tc>
        <w:tc>
          <w:tcPr>
            <w:tcW w:w="2880" w:type="dxa"/>
          </w:tcPr>
          <w:p w:rsidR="006F7457" w:rsidRDefault="00332DB8">
            <w:r>
              <w:t>07.12.2018</w:t>
            </w:r>
          </w:p>
        </w:tc>
      </w:tr>
      <w:tr w:rsidR="006F7457">
        <w:tc>
          <w:tcPr>
            <w:tcW w:w="2880" w:type="dxa"/>
          </w:tcPr>
          <w:p w:rsidR="006F7457" w:rsidRDefault="00332DB8">
            <w:r>
              <w:t>4730.</w:t>
            </w:r>
          </w:p>
        </w:tc>
        <w:tc>
          <w:tcPr>
            <w:tcW w:w="2880" w:type="dxa"/>
          </w:tcPr>
          <w:p w:rsidR="006F7457" w:rsidRPr="00332DB8" w:rsidRDefault="00332DB8">
            <w:pPr>
              <w:rPr>
                <w:lang w:val="ru-RU"/>
              </w:rPr>
            </w:pPr>
            <w:r w:rsidRPr="00332DB8">
              <w:rPr>
                <w:lang w:val="ru-RU"/>
              </w:rPr>
              <w:t xml:space="preserve">Видеофайл «Русские националисты», размещенный в сети «Интернет» на сайте </w:t>
            </w:r>
            <w:r>
              <w:t>http</w:t>
            </w:r>
            <w:r w:rsidRPr="00332DB8">
              <w:rPr>
                <w:lang w:val="ru-RU"/>
              </w:rPr>
              <w:t>://</w:t>
            </w:r>
            <w:r>
              <w:t>vkontakte</w:t>
            </w:r>
            <w:r w:rsidRPr="00332DB8">
              <w:rPr>
                <w:lang w:val="ru-RU"/>
              </w:rPr>
              <w:t>.</w:t>
            </w:r>
            <w:r>
              <w:t>ru</w:t>
            </w:r>
            <w:r w:rsidRPr="00332DB8">
              <w:rPr>
                <w:lang w:val="ru-RU"/>
              </w:rPr>
              <w:t xml:space="preserve"> на странице </w:t>
            </w:r>
            <w:r>
              <w:t>http</w:t>
            </w:r>
            <w:r w:rsidRPr="00332DB8">
              <w:rPr>
                <w:lang w:val="ru-RU"/>
              </w:rPr>
              <w:t>://</w:t>
            </w:r>
            <w:r>
              <w:t>vkontakte</w:t>
            </w:r>
            <w:r w:rsidRPr="00332DB8">
              <w:rPr>
                <w:lang w:val="ru-RU"/>
              </w:rPr>
              <w:t>.</w:t>
            </w:r>
            <w:r>
              <w:t>ru</w:t>
            </w:r>
            <w:r w:rsidRPr="00332DB8">
              <w:rPr>
                <w:lang w:val="ru-RU"/>
              </w:rPr>
              <w:t>/</w:t>
            </w:r>
            <w:r>
              <w:t>idpzkix</w:t>
            </w:r>
            <w:r w:rsidRPr="00332DB8">
              <w:rPr>
                <w:lang w:val="ru-RU"/>
              </w:rPr>
              <w:t xml:space="preserve"> (решение Нижневартовского городского суда Ханты-Мансийского автономного округа – Югры от 19.12.2013);</w:t>
            </w:r>
          </w:p>
        </w:tc>
        <w:tc>
          <w:tcPr>
            <w:tcW w:w="2880" w:type="dxa"/>
          </w:tcPr>
          <w:p w:rsidR="006F7457" w:rsidRDefault="00332DB8">
            <w:r>
              <w:t>07.12.2018</w:t>
            </w:r>
          </w:p>
        </w:tc>
      </w:tr>
      <w:tr w:rsidR="006F7457">
        <w:tc>
          <w:tcPr>
            <w:tcW w:w="2880" w:type="dxa"/>
          </w:tcPr>
          <w:p w:rsidR="006F7457" w:rsidRDefault="00332DB8">
            <w:r>
              <w:t>473</w:t>
            </w:r>
            <w:r>
              <w:lastRenderedPageBreak/>
              <w:t>1.</w:t>
            </w:r>
          </w:p>
        </w:tc>
        <w:tc>
          <w:tcPr>
            <w:tcW w:w="2880" w:type="dxa"/>
          </w:tcPr>
          <w:p w:rsidR="006F7457" w:rsidRPr="00332DB8" w:rsidRDefault="00332DB8">
            <w:pPr>
              <w:rPr>
                <w:lang w:val="ru-RU"/>
              </w:rPr>
            </w:pPr>
            <w:r w:rsidRPr="00332DB8">
              <w:rPr>
                <w:lang w:val="ru-RU"/>
              </w:rPr>
              <w:lastRenderedPageBreak/>
              <w:t xml:space="preserve">Материалы интернет сайта </w:t>
            </w:r>
            <w:r>
              <w:t>www</w:t>
            </w:r>
            <w:r w:rsidRPr="00332DB8">
              <w:rPr>
                <w:lang w:val="ru-RU"/>
              </w:rPr>
              <w:t>.</w:t>
            </w:r>
            <w:r>
              <w:t>poiskpravdy</w:t>
            </w:r>
            <w:r w:rsidRPr="00332DB8">
              <w:rPr>
                <w:lang w:val="ru-RU"/>
              </w:rPr>
              <w:t>.</w:t>
            </w:r>
            <w:r>
              <w:t>com</w:t>
            </w:r>
            <w:r w:rsidRPr="00332DB8">
              <w:rPr>
                <w:lang w:val="ru-RU"/>
              </w:rPr>
              <w:t xml:space="preserve"> (решение Сургутского городского суда Ханты-Мансийского автономного округа – Югры от 26.01.2015);</w:t>
            </w:r>
          </w:p>
        </w:tc>
        <w:tc>
          <w:tcPr>
            <w:tcW w:w="2880" w:type="dxa"/>
          </w:tcPr>
          <w:p w:rsidR="006F7457" w:rsidRDefault="00332DB8">
            <w:r>
              <w:t>07.12.201</w:t>
            </w:r>
            <w:r>
              <w:lastRenderedPageBreak/>
              <w:t>8</w:t>
            </w:r>
          </w:p>
        </w:tc>
      </w:tr>
      <w:tr w:rsidR="006F7457">
        <w:tc>
          <w:tcPr>
            <w:tcW w:w="2880" w:type="dxa"/>
          </w:tcPr>
          <w:p w:rsidR="006F7457" w:rsidRDefault="00332DB8">
            <w:r>
              <w:lastRenderedPageBreak/>
              <w:t>4732.</w:t>
            </w:r>
          </w:p>
        </w:tc>
        <w:tc>
          <w:tcPr>
            <w:tcW w:w="2880" w:type="dxa"/>
          </w:tcPr>
          <w:p w:rsidR="006F7457" w:rsidRPr="00332DB8" w:rsidRDefault="00332DB8">
            <w:pPr>
              <w:rPr>
                <w:lang w:val="ru-RU"/>
              </w:rPr>
            </w:pPr>
            <w:r w:rsidRPr="00332DB8">
              <w:rPr>
                <w:lang w:val="ru-RU"/>
              </w:rPr>
              <w:t xml:space="preserve">Информация, размещенная сети Интернет (Интернет-ресурс с </w:t>
            </w:r>
            <w:r>
              <w:t>URL</w:t>
            </w:r>
            <w:r w:rsidRPr="00332DB8">
              <w:rPr>
                <w:lang w:val="ru-RU"/>
              </w:rPr>
              <w:t xml:space="preserve"> –адресом </w:t>
            </w:r>
            <w:r>
              <w:t>http</w:t>
            </w:r>
            <w:r w:rsidRPr="00332DB8">
              <w:rPr>
                <w:lang w:val="ru-RU"/>
              </w:rPr>
              <w:t>://</w:t>
            </w:r>
            <w:r>
              <w:t>vk</w:t>
            </w:r>
            <w:r w:rsidRPr="00332DB8">
              <w:rPr>
                <w:lang w:val="ru-RU"/>
              </w:rPr>
              <w:t>.</w:t>
            </w:r>
            <w:r>
              <w:t>com</w:t>
            </w:r>
            <w:r w:rsidRPr="00332DB8">
              <w:rPr>
                <w:lang w:val="ru-RU"/>
              </w:rPr>
              <w:t>/</w:t>
            </w:r>
            <w:r>
              <w:t>topic</w:t>
            </w:r>
            <w:r w:rsidRPr="00332DB8">
              <w:rPr>
                <w:lang w:val="ru-RU"/>
              </w:rPr>
              <w:t>-20680857_24098677 (решение Сургутского городского суда Ханты-Мансийского автономного округа – Югры от 01.04.2015);</w:t>
            </w:r>
          </w:p>
        </w:tc>
        <w:tc>
          <w:tcPr>
            <w:tcW w:w="2880" w:type="dxa"/>
          </w:tcPr>
          <w:p w:rsidR="006F7457" w:rsidRDefault="00332DB8">
            <w:r>
              <w:t>07.12.2018</w:t>
            </w:r>
          </w:p>
        </w:tc>
      </w:tr>
      <w:tr w:rsidR="006F7457">
        <w:tc>
          <w:tcPr>
            <w:tcW w:w="2880" w:type="dxa"/>
          </w:tcPr>
          <w:p w:rsidR="006F7457" w:rsidRDefault="00332DB8">
            <w:r>
              <w:t>4733.</w:t>
            </w:r>
          </w:p>
        </w:tc>
        <w:tc>
          <w:tcPr>
            <w:tcW w:w="2880" w:type="dxa"/>
          </w:tcPr>
          <w:p w:rsidR="006F7457" w:rsidRPr="00332DB8" w:rsidRDefault="00332DB8">
            <w:pPr>
              <w:rPr>
                <w:lang w:val="ru-RU"/>
              </w:rPr>
            </w:pPr>
            <w:r w:rsidRPr="00332DB8">
              <w:rPr>
                <w:lang w:val="ru-RU"/>
              </w:rPr>
              <w:t xml:space="preserve">Видеоролик под названием «А.С.А.В.», размещенный Кожевниковым В.С. на Интернет – 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51137692 в социальной сети «</w:t>
            </w:r>
            <w:r>
              <w:t>WWW</w:t>
            </w:r>
            <w:r w:rsidRPr="00332DB8">
              <w:rPr>
                <w:lang w:val="ru-RU"/>
              </w:rPr>
              <w:t>.</w:t>
            </w:r>
            <w:r>
              <w:t>VKONTAKTE</w:t>
            </w:r>
            <w:r w:rsidRPr="00332DB8">
              <w:rPr>
                <w:lang w:val="ru-RU"/>
              </w:rPr>
              <w:t>.</w:t>
            </w:r>
            <w:r>
              <w:t>RU</w:t>
            </w:r>
            <w:r w:rsidRPr="00332DB8">
              <w:rPr>
                <w:lang w:val="ru-RU"/>
              </w:rPr>
              <w:t>» (решение Сургутского районного суда Ханты-Мансийского автономного округа – Югры от 31.10.2012);</w:t>
            </w:r>
          </w:p>
        </w:tc>
        <w:tc>
          <w:tcPr>
            <w:tcW w:w="2880" w:type="dxa"/>
          </w:tcPr>
          <w:p w:rsidR="006F7457" w:rsidRDefault="00332DB8">
            <w:r>
              <w:t>07.12.2018</w:t>
            </w:r>
          </w:p>
        </w:tc>
      </w:tr>
      <w:tr w:rsidR="006F7457">
        <w:tc>
          <w:tcPr>
            <w:tcW w:w="2880" w:type="dxa"/>
          </w:tcPr>
          <w:p w:rsidR="006F7457" w:rsidRDefault="00332DB8">
            <w:r>
              <w:t>4734.</w:t>
            </w:r>
          </w:p>
        </w:tc>
        <w:tc>
          <w:tcPr>
            <w:tcW w:w="2880" w:type="dxa"/>
          </w:tcPr>
          <w:p w:rsidR="006F7457" w:rsidRPr="00332DB8" w:rsidRDefault="00332DB8">
            <w:pPr>
              <w:rPr>
                <w:lang w:val="ru-RU"/>
              </w:rPr>
            </w:pPr>
            <w:r w:rsidRPr="00332DB8">
              <w:rPr>
                <w:lang w:val="ru-RU"/>
              </w:rPr>
              <w:t xml:space="preserve">Видеоролик под названием «На беспредел ответим бесприделом. Вайна так вайна», размещенный Кожевниковым В.С. на Интернет – 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51137692 в социальной сети «</w:t>
            </w:r>
            <w:r>
              <w:t>WWW</w:t>
            </w:r>
            <w:r w:rsidRPr="00332DB8">
              <w:rPr>
                <w:lang w:val="ru-RU"/>
              </w:rPr>
              <w:t>.</w:t>
            </w:r>
            <w:r>
              <w:t>VKONTAKTE</w:t>
            </w:r>
            <w:r w:rsidRPr="00332DB8">
              <w:rPr>
                <w:lang w:val="ru-RU"/>
              </w:rPr>
              <w:t>.</w:t>
            </w:r>
            <w:r>
              <w:t>RU</w:t>
            </w:r>
            <w:r w:rsidRPr="00332DB8">
              <w:rPr>
                <w:lang w:val="ru-RU"/>
              </w:rPr>
              <w:t>» (решение Сургутского районного суда Ханты-Мансийского автономного округа – Югры от 31.10.2012);</w:t>
            </w:r>
          </w:p>
        </w:tc>
        <w:tc>
          <w:tcPr>
            <w:tcW w:w="2880" w:type="dxa"/>
          </w:tcPr>
          <w:p w:rsidR="006F7457" w:rsidRDefault="00332DB8">
            <w:r>
              <w:t>07.12.2018</w:t>
            </w:r>
          </w:p>
        </w:tc>
      </w:tr>
      <w:tr w:rsidR="006F7457">
        <w:tc>
          <w:tcPr>
            <w:tcW w:w="2880" w:type="dxa"/>
          </w:tcPr>
          <w:p w:rsidR="006F7457" w:rsidRDefault="00332DB8">
            <w:r>
              <w:t>4735.</w:t>
            </w:r>
          </w:p>
        </w:tc>
        <w:tc>
          <w:tcPr>
            <w:tcW w:w="2880" w:type="dxa"/>
          </w:tcPr>
          <w:p w:rsidR="006F7457" w:rsidRPr="00332DB8" w:rsidRDefault="00332DB8">
            <w:pPr>
              <w:rPr>
                <w:lang w:val="ru-RU"/>
              </w:rPr>
            </w:pPr>
            <w:r w:rsidRPr="00332DB8">
              <w:rPr>
                <w:lang w:val="ru-RU"/>
              </w:rPr>
              <w:t xml:space="preserve">Видеоролик под названием «Как чурки обращаются с русскими девушками!», размещенный Кожевниковым В.С. на Интернет – 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51137692 в социальной сети «</w:t>
            </w:r>
            <w:r>
              <w:t>WWW</w:t>
            </w:r>
            <w:r w:rsidRPr="00332DB8">
              <w:rPr>
                <w:lang w:val="ru-RU"/>
              </w:rPr>
              <w:t>.</w:t>
            </w:r>
            <w:r>
              <w:t>VKONTAKTE</w:t>
            </w:r>
            <w:r w:rsidRPr="00332DB8">
              <w:rPr>
                <w:lang w:val="ru-RU"/>
              </w:rPr>
              <w:t>.</w:t>
            </w:r>
            <w:r>
              <w:t>RU</w:t>
            </w:r>
            <w:r w:rsidRPr="00332DB8">
              <w:rPr>
                <w:lang w:val="ru-RU"/>
              </w:rPr>
              <w:t>» (решение Сургутского районного суда Ханты-Мансийского автономного округа – Югры от 01.11.2012);</w:t>
            </w:r>
          </w:p>
        </w:tc>
        <w:tc>
          <w:tcPr>
            <w:tcW w:w="2880" w:type="dxa"/>
          </w:tcPr>
          <w:p w:rsidR="006F7457" w:rsidRDefault="00332DB8">
            <w:r>
              <w:t>07.12.2018</w:t>
            </w:r>
          </w:p>
        </w:tc>
      </w:tr>
      <w:tr w:rsidR="006F7457">
        <w:tc>
          <w:tcPr>
            <w:tcW w:w="2880" w:type="dxa"/>
          </w:tcPr>
          <w:p w:rsidR="006F7457" w:rsidRDefault="00332DB8">
            <w:r>
              <w:t>4736.</w:t>
            </w:r>
          </w:p>
        </w:tc>
        <w:tc>
          <w:tcPr>
            <w:tcW w:w="2880" w:type="dxa"/>
          </w:tcPr>
          <w:p w:rsidR="006F7457" w:rsidRPr="00332DB8" w:rsidRDefault="00332DB8">
            <w:pPr>
              <w:rPr>
                <w:lang w:val="ru-RU"/>
              </w:rPr>
            </w:pPr>
            <w:r w:rsidRPr="00332DB8">
              <w:rPr>
                <w:lang w:val="ru-RU"/>
              </w:rPr>
              <w:t xml:space="preserve">Видеоролик под названием «Чечня </w:t>
            </w:r>
            <w:r>
              <w:t>XXI</w:t>
            </w:r>
            <w:r w:rsidRPr="00332DB8">
              <w:rPr>
                <w:lang w:val="ru-RU"/>
              </w:rPr>
              <w:t xml:space="preserve"> век. …нецензурная брань…– антифашистским смотреть обязательно!», размещенный Кожевниковым В.С. на Интернет – 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51137692 в социальной сети «</w:t>
            </w:r>
            <w:r>
              <w:t>WWW</w:t>
            </w:r>
            <w:r w:rsidRPr="00332DB8">
              <w:rPr>
                <w:lang w:val="ru-RU"/>
              </w:rPr>
              <w:t>.</w:t>
            </w:r>
            <w:r>
              <w:t>VKONTAKTE</w:t>
            </w:r>
            <w:r w:rsidRPr="00332DB8">
              <w:rPr>
                <w:lang w:val="ru-RU"/>
              </w:rPr>
              <w:t>.</w:t>
            </w:r>
            <w:r>
              <w:t>RU</w:t>
            </w:r>
            <w:r w:rsidRPr="00332DB8">
              <w:rPr>
                <w:lang w:val="ru-RU"/>
              </w:rPr>
              <w:t>» (решение Сургутского районного суда Ханты-Мансийского автономного округа – Югры от 31.10.2012);</w:t>
            </w:r>
          </w:p>
        </w:tc>
        <w:tc>
          <w:tcPr>
            <w:tcW w:w="2880" w:type="dxa"/>
          </w:tcPr>
          <w:p w:rsidR="006F7457" w:rsidRDefault="00332DB8">
            <w:r>
              <w:t>07.12.2018</w:t>
            </w:r>
          </w:p>
        </w:tc>
      </w:tr>
      <w:tr w:rsidR="006F7457">
        <w:tc>
          <w:tcPr>
            <w:tcW w:w="2880" w:type="dxa"/>
          </w:tcPr>
          <w:p w:rsidR="006F7457" w:rsidRDefault="00332DB8">
            <w:r>
              <w:t>4</w:t>
            </w:r>
            <w:r>
              <w:lastRenderedPageBreak/>
              <w:t>737.</w:t>
            </w:r>
          </w:p>
        </w:tc>
        <w:tc>
          <w:tcPr>
            <w:tcW w:w="2880" w:type="dxa"/>
          </w:tcPr>
          <w:p w:rsidR="006F7457" w:rsidRPr="00332DB8" w:rsidRDefault="00332DB8">
            <w:pPr>
              <w:rPr>
                <w:lang w:val="ru-RU"/>
              </w:rPr>
            </w:pPr>
            <w:r w:rsidRPr="00332DB8">
              <w:rPr>
                <w:lang w:val="ru-RU"/>
              </w:rPr>
              <w:lastRenderedPageBreak/>
              <w:t>Видеофайл «Дуа Шейха Мухаммада аль-Мухсиний), расположенный в сети Интернет на сайте «</w:t>
            </w:r>
            <w:r>
              <w:t>vkontakte</w:t>
            </w:r>
            <w:r w:rsidRPr="00332DB8">
              <w:rPr>
                <w:lang w:val="ru-RU"/>
              </w:rPr>
              <w:t>.</w:t>
            </w:r>
            <w:r>
              <w:t>ru</w:t>
            </w:r>
            <w:r w:rsidRPr="00332DB8">
              <w:rPr>
                <w:lang w:val="ru-RU"/>
              </w:rPr>
              <w:t xml:space="preserve">» на </w:t>
            </w:r>
            <w:r w:rsidRPr="00332DB8">
              <w:rPr>
                <w:lang w:val="ru-RU"/>
              </w:rPr>
              <w:lastRenderedPageBreak/>
              <w:t xml:space="preserve">странице </w:t>
            </w:r>
            <w:r>
              <w:t>http</w:t>
            </w:r>
            <w:r w:rsidRPr="00332DB8">
              <w:rPr>
                <w:lang w:val="ru-RU"/>
              </w:rPr>
              <w:t>://</w:t>
            </w:r>
            <w:r>
              <w:t>vk</w:t>
            </w:r>
            <w:r w:rsidRPr="00332DB8">
              <w:rPr>
                <w:lang w:val="ru-RU"/>
              </w:rPr>
              <w:t>.</w:t>
            </w:r>
            <w:r>
              <w:t>com</w:t>
            </w:r>
            <w:r w:rsidRPr="00332DB8">
              <w:rPr>
                <w:lang w:val="ru-RU"/>
              </w:rPr>
              <w:t>/</w:t>
            </w:r>
            <w:r>
              <w:t>id</w:t>
            </w:r>
            <w:r w:rsidRPr="00332DB8">
              <w:rPr>
                <w:lang w:val="ru-RU"/>
              </w:rPr>
              <w:t>17075590 (решение Нижневартовского городского суда Ханты-Мансийского автономного округа – Югры от 09.08.2012);</w:t>
            </w:r>
          </w:p>
        </w:tc>
        <w:tc>
          <w:tcPr>
            <w:tcW w:w="2880" w:type="dxa"/>
          </w:tcPr>
          <w:p w:rsidR="006F7457" w:rsidRDefault="00332DB8">
            <w:r>
              <w:lastRenderedPageBreak/>
              <w:t>07.</w:t>
            </w:r>
            <w:r>
              <w:lastRenderedPageBreak/>
              <w:t>12.2018</w:t>
            </w:r>
          </w:p>
        </w:tc>
      </w:tr>
      <w:tr w:rsidR="006F7457">
        <w:tc>
          <w:tcPr>
            <w:tcW w:w="2880" w:type="dxa"/>
          </w:tcPr>
          <w:p w:rsidR="006F7457" w:rsidRDefault="00332DB8">
            <w:r>
              <w:lastRenderedPageBreak/>
              <w:t>4738.</w:t>
            </w:r>
          </w:p>
        </w:tc>
        <w:tc>
          <w:tcPr>
            <w:tcW w:w="2880" w:type="dxa"/>
          </w:tcPr>
          <w:p w:rsidR="006F7457" w:rsidRPr="00332DB8" w:rsidRDefault="00332DB8">
            <w:pPr>
              <w:rPr>
                <w:lang w:val="ru-RU"/>
              </w:rPr>
            </w:pPr>
            <w:r w:rsidRPr="00332DB8">
              <w:rPr>
                <w:lang w:val="ru-RU"/>
              </w:rPr>
              <w:t>Фотоматериалы, размещенные в сети «Интернет» на сайте «</w:t>
            </w:r>
            <w:r>
              <w:t>vkontakte</w:t>
            </w:r>
            <w:r w:rsidRPr="00332DB8">
              <w:rPr>
                <w:lang w:val="ru-RU"/>
              </w:rPr>
              <w:t>.</w:t>
            </w:r>
            <w:r>
              <w:t>ru</w:t>
            </w:r>
            <w:r w:rsidRPr="00332DB8">
              <w:rPr>
                <w:lang w:val="ru-RU"/>
              </w:rPr>
              <w:t xml:space="preserve">» на странице </w:t>
            </w:r>
            <w:r>
              <w:t>http</w:t>
            </w:r>
            <w:r w:rsidRPr="00332DB8">
              <w:rPr>
                <w:lang w:val="ru-RU"/>
              </w:rPr>
              <w:t>://</w:t>
            </w:r>
            <w:r>
              <w:t>vk</w:t>
            </w:r>
            <w:r w:rsidRPr="00332DB8">
              <w:rPr>
                <w:lang w:val="ru-RU"/>
              </w:rPr>
              <w:t>.</w:t>
            </w:r>
            <w:r>
              <w:t>com</w:t>
            </w:r>
            <w:r w:rsidRPr="00332DB8">
              <w:rPr>
                <w:lang w:val="ru-RU"/>
              </w:rPr>
              <w:t>/</w:t>
            </w:r>
            <w:r>
              <w:t>albums</w:t>
            </w:r>
            <w:r w:rsidRPr="00332DB8">
              <w:rPr>
                <w:lang w:val="ru-RU"/>
              </w:rPr>
              <w:t xml:space="preserve">-3966396, и на сайте «Русский марш» на странице </w:t>
            </w:r>
            <w:r>
              <w:t>http</w:t>
            </w:r>
            <w:r w:rsidRPr="00332DB8">
              <w:rPr>
                <w:lang w:val="ru-RU"/>
              </w:rPr>
              <w:t>://</w:t>
            </w:r>
            <w:r>
              <w:t>rmarsh</w:t>
            </w:r>
            <w:r w:rsidRPr="00332DB8">
              <w:rPr>
                <w:lang w:val="ru-RU"/>
              </w:rPr>
              <w:t>.</w:t>
            </w:r>
            <w:r>
              <w:t>info</w:t>
            </w:r>
            <w:r w:rsidRPr="00332DB8">
              <w:rPr>
                <w:lang w:val="ru-RU"/>
              </w:rPr>
              <w:t>/</w:t>
            </w:r>
            <w:r>
              <w:t>category</w:t>
            </w:r>
            <w:r w:rsidRPr="00332DB8">
              <w:rPr>
                <w:lang w:val="ru-RU"/>
              </w:rPr>
              <w:t>/</w:t>
            </w:r>
            <w:r>
              <w:t>fotoreportazhi</w:t>
            </w:r>
            <w:r w:rsidRPr="00332DB8">
              <w:rPr>
                <w:lang w:val="ru-RU"/>
              </w:rPr>
              <w:t xml:space="preserve"> (решение Нижневартовского городского суда Ханты-Мансийского автономного округа – Югры от 16.12.2014);</w:t>
            </w:r>
          </w:p>
        </w:tc>
        <w:tc>
          <w:tcPr>
            <w:tcW w:w="2880" w:type="dxa"/>
          </w:tcPr>
          <w:p w:rsidR="006F7457" w:rsidRDefault="00332DB8">
            <w:r>
              <w:t>07.12.2018</w:t>
            </w:r>
          </w:p>
        </w:tc>
      </w:tr>
      <w:tr w:rsidR="006F7457">
        <w:tc>
          <w:tcPr>
            <w:tcW w:w="2880" w:type="dxa"/>
          </w:tcPr>
          <w:p w:rsidR="006F7457" w:rsidRDefault="00332DB8">
            <w:r>
              <w:t>4739.</w:t>
            </w:r>
          </w:p>
        </w:tc>
        <w:tc>
          <w:tcPr>
            <w:tcW w:w="2880" w:type="dxa"/>
          </w:tcPr>
          <w:p w:rsidR="006F7457" w:rsidRPr="00332DB8" w:rsidRDefault="00332DB8">
            <w:pPr>
              <w:rPr>
                <w:lang w:val="ru-RU"/>
              </w:rPr>
            </w:pPr>
            <w:r w:rsidRPr="00332DB8">
              <w:rPr>
                <w:lang w:val="ru-RU"/>
              </w:rPr>
              <w:t xml:space="preserve">Материалы, размещенные на персональной странице Новоженина О.Ю. социальной сети «В контакте», с индивидуализированным адресом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109508250, на сайте: </w:t>
            </w:r>
            <w:r>
              <w:t>www</w:t>
            </w:r>
            <w:r w:rsidRPr="00332DB8">
              <w:rPr>
                <w:lang w:val="ru-RU"/>
              </w:rPr>
              <w:t>.</w:t>
            </w:r>
            <w:r>
              <w:t>vk</w:t>
            </w:r>
            <w:r w:rsidRPr="00332DB8">
              <w:rPr>
                <w:lang w:val="ru-RU"/>
              </w:rPr>
              <w:t>.</w:t>
            </w:r>
            <w:r>
              <w:t>com</w:t>
            </w:r>
            <w:r w:rsidRPr="00332DB8">
              <w:rPr>
                <w:lang w:val="ru-RU"/>
              </w:rPr>
              <w:t>, а также размещенных в группе «</w:t>
            </w:r>
            <w:r>
              <w:t>Misanthropic</w:t>
            </w:r>
            <w:r w:rsidRPr="00332DB8">
              <w:rPr>
                <w:lang w:val="ru-RU"/>
              </w:rPr>
              <w:t xml:space="preserve"> </w:t>
            </w:r>
            <w:r>
              <w:t>division</w:t>
            </w:r>
            <w:r w:rsidRPr="00332DB8">
              <w:rPr>
                <w:lang w:val="ru-RU"/>
              </w:rPr>
              <w:t xml:space="preserve"> </w:t>
            </w:r>
            <w:r>
              <w:t>Siberia</w:t>
            </w:r>
            <w:r w:rsidRPr="00332DB8">
              <w:rPr>
                <w:lang w:val="ru-RU"/>
              </w:rPr>
              <w:t xml:space="preserve">» в социальной сети «В контакте» с индивидуализированным адресом: </w:t>
            </w:r>
            <w:r>
              <w:t>http</w:t>
            </w:r>
            <w:r w:rsidRPr="00332DB8">
              <w:rPr>
                <w:lang w:val="ru-RU"/>
              </w:rPr>
              <w:t>://</w:t>
            </w:r>
            <w:r>
              <w:t>vk</w:t>
            </w:r>
            <w:r w:rsidRPr="00332DB8">
              <w:rPr>
                <w:lang w:val="ru-RU"/>
              </w:rPr>
              <w:t>.</w:t>
            </w:r>
            <w:r>
              <w:t>com</w:t>
            </w:r>
            <w:r w:rsidRPr="00332DB8">
              <w:rPr>
                <w:lang w:val="ru-RU"/>
              </w:rPr>
              <w:t>/</w:t>
            </w:r>
            <w:r>
              <w:t>md</w:t>
            </w:r>
            <w:r w:rsidRPr="00332DB8">
              <w:rPr>
                <w:lang w:val="ru-RU"/>
              </w:rPr>
              <w:t>_</w:t>
            </w:r>
            <w:r>
              <w:t>siberia</w:t>
            </w:r>
            <w:r w:rsidRPr="00332DB8">
              <w:rPr>
                <w:lang w:val="ru-RU"/>
              </w:rPr>
              <w:t xml:space="preserve">, на сайте: </w:t>
            </w:r>
            <w:r>
              <w:t>www</w:t>
            </w:r>
            <w:r w:rsidRPr="00332DB8">
              <w:rPr>
                <w:lang w:val="ru-RU"/>
              </w:rPr>
              <w:t>.</w:t>
            </w:r>
            <w:r>
              <w:t>vk</w:t>
            </w:r>
            <w:r w:rsidRPr="00332DB8">
              <w:rPr>
                <w:lang w:val="ru-RU"/>
              </w:rPr>
              <w:t>.</w:t>
            </w:r>
            <w:r>
              <w:t>com</w:t>
            </w:r>
            <w:r w:rsidRPr="00332DB8">
              <w:rPr>
                <w:lang w:val="ru-RU"/>
              </w:rPr>
              <w:t xml:space="preserve"> (решение Сургутского городского суда Ханты-Мансийского автономного округа – Югры от 31.08.2015);</w:t>
            </w:r>
          </w:p>
        </w:tc>
        <w:tc>
          <w:tcPr>
            <w:tcW w:w="2880" w:type="dxa"/>
          </w:tcPr>
          <w:p w:rsidR="006F7457" w:rsidRDefault="00332DB8">
            <w:r>
              <w:t>07.12.2018</w:t>
            </w:r>
          </w:p>
        </w:tc>
      </w:tr>
      <w:tr w:rsidR="006F7457">
        <w:tc>
          <w:tcPr>
            <w:tcW w:w="2880" w:type="dxa"/>
          </w:tcPr>
          <w:p w:rsidR="006F7457" w:rsidRDefault="00332DB8">
            <w:r>
              <w:t>4740.</w:t>
            </w:r>
          </w:p>
        </w:tc>
        <w:tc>
          <w:tcPr>
            <w:tcW w:w="2880" w:type="dxa"/>
          </w:tcPr>
          <w:p w:rsidR="006F7457" w:rsidRPr="00332DB8" w:rsidRDefault="00332DB8">
            <w:pPr>
              <w:rPr>
                <w:lang w:val="ru-RU"/>
              </w:rPr>
            </w:pPr>
            <w:r w:rsidRPr="00332DB8">
              <w:rPr>
                <w:lang w:val="ru-RU"/>
              </w:rPr>
              <w:t>Материалы – видеофайл, фотографии и текст, расположенные в сети «Интернет» на сайте «</w:t>
            </w:r>
            <w:r>
              <w:t>vkontakte</w:t>
            </w:r>
            <w:r w:rsidRPr="00332DB8">
              <w:rPr>
                <w:lang w:val="ru-RU"/>
              </w:rPr>
              <w:t>.</w:t>
            </w:r>
            <w:r>
              <w:t>ru</w:t>
            </w:r>
            <w:r w:rsidRPr="00332DB8">
              <w:rPr>
                <w:lang w:val="ru-RU"/>
              </w:rPr>
              <w:t xml:space="preserve">»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46177005 (решение Нижневартовского городского суда Ханты-Мансийского автономного округа – Югры от 01.03.2012);</w:t>
            </w:r>
          </w:p>
        </w:tc>
        <w:tc>
          <w:tcPr>
            <w:tcW w:w="2880" w:type="dxa"/>
          </w:tcPr>
          <w:p w:rsidR="006F7457" w:rsidRDefault="00332DB8">
            <w:r>
              <w:t>07.12.2018</w:t>
            </w:r>
          </w:p>
        </w:tc>
      </w:tr>
      <w:tr w:rsidR="006F7457">
        <w:tc>
          <w:tcPr>
            <w:tcW w:w="2880" w:type="dxa"/>
          </w:tcPr>
          <w:p w:rsidR="006F7457" w:rsidRDefault="00332DB8">
            <w:r>
              <w:t>4741.</w:t>
            </w:r>
          </w:p>
        </w:tc>
        <w:tc>
          <w:tcPr>
            <w:tcW w:w="2880" w:type="dxa"/>
          </w:tcPr>
          <w:p w:rsidR="006F7457" w:rsidRPr="00332DB8" w:rsidRDefault="00332DB8">
            <w:pPr>
              <w:rPr>
                <w:lang w:val="ru-RU"/>
              </w:rPr>
            </w:pPr>
            <w:r w:rsidRPr="00332DB8">
              <w:rPr>
                <w:lang w:val="ru-RU"/>
              </w:rPr>
              <w:t xml:space="preserve">Видеообращение лидера РОО «Совесть» Аюпова Р.Н., размещенного на интернет-сайте </w:t>
            </w:r>
            <w:r>
              <w:t>http</w:t>
            </w:r>
            <w:r w:rsidRPr="00332DB8">
              <w:rPr>
                <w:lang w:val="ru-RU"/>
              </w:rPr>
              <w:t>://</w:t>
            </w:r>
            <w:r>
              <w:t>vk</w:t>
            </w:r>
            <w:r w:rsidRPr="00332DB8">
              <w:rPr>
                <w:lang w:val="ru-RU"/>
              </w:rPr>
              <w:t>.</w:t>
            </w:r>
            <w:r>
              <w:t>com</w:t>
            </w:r>
            <w:r w:rsidRPr="00332DB8">
              <w:rPr>
                <w:lang w:val="ru-RU"/>
              </w:rPr>
              <w:t>/</w:t>
            </w:r>
            <w:r>
              <w:t>osurgut</w:t>
            </w:r>
            <w:r w:rsidRPr="00332DB8">
              <w:rPr>
                <w:lang w:val="ru-RU"/>
              </w:rPr>
              <w:t xml:space="preserve"> (решение Сургутского городского суда Ханты-Мансийского автономного округа-Югры от 19.02.2016);</w:t>
            </w:r>
          </w:p>
        </w:tc>
        <w:tc>
          <w:tcPr>
            <w:tcW w:w="2880" w:type="dxa"/>
          </w:tcPr>
          <w:p w:rsidR="006F7457" w:rsidRDefault="00332DB8">
            <w:r>
              <w:t>07.12.2018</w:t>
            </w:r>
          </w:p>
        </w:tc>
      </w:tr>
      <w:tr w:rsidR="006F7457">
        <w:tc>
          <w:tcPr>
            <w:tcW w:w="2880" w:type="dxa"/>
          </w:tcPr>
          <w:p w:rsidR="006F7457" w:rsidRDefault="00332DB8">
            <w:r>
              <w:t>474</w:t>
            </w:r>
            <w:r>
              <w:lastRenderedPageBreak/>
              <w:t>2.</w:t>
            </w:r>
          </w:p>
        </w:tc>
        <w:tc>
          <w:tcPr>
            <w:tcW w:w="2880" w:type="dxa"/>
          </w:tcPr>
          <w:p w:rsidR="006F7457" w:rsidRPr="00332DB8" w:rsidRDefault="00332DB8">
            <w:pPr>
              <w:rPr>
                <w:lang w:val="ru-RU"/>
              </w:rPr>
            </w:pPr>
            <w:r w:rsidRPr="00332DB8">
              <w:rPr>
                <w:lang w:val="ru-RU"/>
              </w:rPr>
              <w:lastRenderedPageBreak/>
              <w:t xml:space="preserve">Видеоролик под названием «Автономы: Как сделать трафарет» размещенный Кожевниковым В.С. на Интернет – 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51137692 в социальной сети «</w:t>
            </w:r>
            <w:r>
              <w:t>WWW</w:t>
            </w:r>
            <w:r w:rsidRPr="00332DB8">
              <w:rPr>
                <w:lang w:val="ru-RU"/>
              </w:rPr>
              <w:t>.</w:t>
            </w:r>
            <w:r>
              <w:t>VKONTAKTE</w:t>
            </w:r>
            <w:r w:rsidRPr="00332DB8">
              <w:rPr>
                <w:lang w:val="ru-RU"/>
              </w:rPr>
              <w:t>.</w:t>
            </w:r>
            <w:r>
              <w:t>RU</w:t>
            </w:r>
            <w:r w:rsidRPr="00332DB8">
              <w:rPr>
                <w:lang w:val="ru-RU"/>
              </w:rPr>
              <w:t>» (решение Сургутского районного суда Ханты-Мансийского автономного округа – Югры от 01.11.2012);</w:t>
            </w:r>
          </w:p>
        </w:tc>
        <w:tc>
          <w:tcPr>
            <w:tcW w:w="2880" w:type="dxa"/>
          </w:tcPr>
          <w:p w:rsidR="006F7457" w:rsidRDefault="00332DB8">
            <w:r>
              <w:t>07.12.201</w:t>
            </w:r>
            <w:r>
              <w:lastRenderedPageBreak/>
              <w:t>8</w:t>
            </w:r>
          </w:p>
        </w:tc>
      </w:tr>
      <w:tr w:rsidR="006F7457">
        <w:tc>
          <w:tcPr>
            <w:tcW w:w="2880" w:type="dxa"/>
          </w:tcPr>
          <w:p w:rsidR="006F7457" w:rsidRDefault="00332DB8">
            <w:r>
              <w:lastRenderedPageBreak/>
              <w:t>4743.</w:t>
            </w:r>
          </w:p>
        </w:tc>
        <w:tc>
          <w:tcPr>
            <w:tcW w:w="2880" w:type="dxa"/>
          </w:tcPr>
          <w:p w:rsidR="006F7457" w:rsidRPr="00332DB8" w:rsidRDefault="00332DB8">
            <w:pPr>
              <w:rPr>
                <w:lang w:val="ru-RU"/>
              </w:rPr>
            </w:pPr>
            <w:r w:rsidRPr="00332DB8">
              <w:rPr>
                <w:lang w:val="ru-RU"/>
              </w:rPr>
              <w:t>Материал, размещенный для всеобщего обозрения в сети «</w:t>
            </w:r>
            <w:r>
              <w:t>Internet</w:t>
            </w:r>
            <w:r w:rsidRPr="00332DB8">
              <w:rPr>
                <w:lang w:val="ru-RU"/>
              </w:rPr>
              <w:t>» на интернет - странице социальной сети «</w:t>
            </w:r>
            <w:r>
              <w:t>Vkontakte</w:t>
            </w:r>
            <w:r w:rsidRPr="00332DB8">
              <w:rPr>
                <w:lang w:val="ru-RU"/>
              </w:rPr>
              <w:t xml:space="preserve">», под названием «День крещения Руси 2012-Интернет – акция», с индивидуальным адресом </w:t>
            </w:r>
            <w:r>
              <w:t>http</w:t>
            </w:r>
            <w:r w:rsidRPr="00332DB8">
              <w:rPr>
                <w:lang w:val="ru-RU"/>
              </w:rPr>
              <w:t>://</w:t>
            </w:r>
            <w:r>
              <w:t>vk</w:t>
            </w:r>
            <w:r w:rsidRPr="00332DB8">
              <w:rPr>
                <w:lang w:val="ru-RU"/>
              </w:rPr>
              <w:t>/</w:t>
            </w:r>
            <w:r>
              <w:t>com</w:t>
            </w:r>
            <w:r w:rsidRPr="00332DB8">
              <w:rPr>
                <w:lang w:val="ru-RU"/>
              </w:rPr>
              <w:t>/</w:t>
            </w:r>
            <w:r>
              <w:t>event</w:t>
            </w:r>
            <w:r w:rsidRPr="00332DB8">
              <w:rPr>
                <w:lang w:val="ru-RU"/>
              </w:rPr>
              <w:t>39269377 на сайте «</w:t>
            </w:r>
            <w:r>
              <w:t>www</w:t>
            </w:r>
            <w:r w:rsidRPr="00332DB8">
              <w:rPr>
                <w:lang w:val="ru-RU"/>
              </w:rPr>
              <w:t>.</w:t>
            </w:r>
            <w:r>
              <w:t>vkontakte</w:t>
            </w:r>
            <w:r w:rsidRPr="00332DB8">
              <w:rPr>
                <w:lang w:val="ru-RU"/>
              </w:rPr>
              <w:t>.</w:t>
            </w:r>
            <w:r>
              <w:t>ru</w:t>
            </w:r>
            <w:r w:rsidRPr="00332DB8">
              <w:rPr>
                <w:lang w:val="ru-RU"/>
              </w:rPr>
              <w:t xml:space="preserve">», с </w:t>
            </w:r>
            <w:r>
              <w:t>IP</w:t>
            </w:r>
            <w:r w:rsidRPr="00332DB8">
              <w:rPr>
                <w:lang w:val="ru-RU"/>
              </w:rPr>
              <w:t xml:space="preserve">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2880" w:type="dxa"/>
          </w:tcPr>
          <w:p w:rsidR="006F7457" w:rsidRDefault="00332DB8">
            <w:r>
              <w:t>07.12.2018</w:t>
            </w:r>
          </w:p>
        </w:tc>
      </w:tr>
      <w:tr w:rsidR="006F7457">
        <w:tc>
          <w:tcPr>
            <w:tcW w:w="2880" w:type="dxa"/>
          </w:tcPr>
          <w:p w:rsidR="006F7457" w:rsidRDefault="00332DB8">
            <w:r>
              <w:t>4744.</w:t>
            </w:r>
          </w:p>
        </w:tc>
        <w:tc>
          <w:tcPr>
            <w:tcW w:w="2880" w:type="dxa"/>
          </w:tcPr>
          <w:p w:rsidR="006F7457" w:rsidRPr="00332DB8" w:rsidRDefault="00332DB8">
            <w:pPr>
              <w:rPr>
                <w:lang w:val="ru-RU"/>
              </w:rPr>
            </w:pPr>
            <w:r w:rsidRPr="00332DB8">
              <w:rPr>
                <w:lang w:val="ru-RU"/>
              </w:rPr>
              <w:t>Материал, размещенный для всеобщего обозрения в сети «</w:t>
            </w:r>
            <w:r>
              <w:t>Internet</w:t>
            </w:r>
            <w:r w:rsidRPr="00332DB8">
              <w:rPr>
                <w:lang w:val="ru-RU"/>
              </w:rPr>
              <w:t>» на интернет - странице социальной сети «</w:t>
            </w:r>
            <w:r>
              <w:t>Vkontakte</w:t>
            </w:r>
            <w:r w:rsidRPr="00332DB8">
              <w:rPr>
                <w:lang w:val="ru-RU"/>
              </w:rPr>
              <w:t xml:space="preserve">», с индивидуальным адресом </w:t>
            </w:r>
            <w:r>
              <w:t>http</w:t>
            </w:r>
            <w:r w:rsidRPr="00332DB8">
              <w:rPr>
                <w:lang w:val="ru-RU"/>
              </w:rPr>
              <w:t xml:space="preserve">:// </w:t>
            </w:r>
            <w:r>
              <w:t>vkontakte</w:t>
            </w:r>
            <w:r w:rsidRPr="00332DB8">
              <w:rPr>
                <w:lang w:val="ru-RU"/>
              </w:rPr>
              <w:t>.</w:t>
            </w:r>
            <w:r>
              <w:t>ru</w:t>
            </w:r>
            <w:r w:rsidRPr="00332DB8">
              <w:rPr>
                <w:lang w:val="ru-RU"/>
              </w:rPr>
              <w:t>/</w:t>
            </w:r>
            <w:r>
              <w:t>id</w:t>
            </w:r>
            <w:r w:rsidRPr="00332DB8">
              <w:rPr>
                <w:lang w:val="ru-RU"/>
              </w:rPr>
              <w:t>7662348, на сайте «</w:t>
            </w:r>
            <w:r>
              <w:t>www</w:t>
            </w:r>
            <w:r w:rsidRPr="00332DB8">
              <w:rPr>
                <w:lang w:val="ru-RU"/>
              </w:rPr>
              <w:t>.</w:t>
            </w:r>
            <w:r>
              <w:t>vkontakte</w:t>
            </w:r>
            <w:r w:rsidRPr="00332DB8">
              <w:rPr>
                <w:lang w:val="ru-RU"/>
              </w:rPr>
              <w:t>.</w:t>
            </w:r>
            <w:r>
              <w:t>ru</w:t>
            </w:r>
            <w:r w:rsidRPr="00332DB8">
              <w:rPr>
                <w:lang w:val="ru-RU"/>
              </w:rPr>
              <w:t xml:space="preserve">», с </w:t>
            </w:r>
            <w:r>
              <w:t>IP</w:t>
            </w:r>
            <w:r w:rsidRPr="00332DB8">
              <w:rPr>
                <w:lang w:val="ru-RU"/>
              </w:rPr>
              <w:t xml:space="preserve">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2880" w:type="dxa"/>
          </w:tcPr>
          <w:p w:rsidR="006F7457" w:rsidRDefault="00332DB8">
            <w:r>
              <w:t>07.12.2018</w:t>
            </w:r>
          </w:p>
        </w:tc>
      </w:tr>
      <w:tr w:rsidR="006F7457">
        <w:tc>
          <w:tcPr>
            <w:tcW w:w="2880" w:type="dxa"/>
          </w:tcPr>
          <w:p w:rsidR="006F7457" w:rsidRDefault="00332DB8">
            <w:r>
              <w:t>4745.</w:t>
            </w:r>
          </w:p>
        </w:tc>
        <w:tc>
          <w:tcPr>
            <w:tcW w:w="2880" w:type="dxa"/>
          </w:tcPr>
          <w:p w:rsidR="006F7457" w:rsidRPr="00332DB8" w:rsidRDefault="00332DB8">
            <w:pPr>
              <w:rPr>
                <w:lang w:val="ru-RU"/>
              </w:rPr>
            </w:pPr>
            <w:r w:rsidRPr="00332DB8">
              <w:rPr>
                <w:lang w:val="ru-RU"/>
              </w:rPr>
              <w:t>Материал, размещенный для всеобщего обозрения в сети «</w:t>
            </w:r>
            <w:r>
              <w:t>Internet</w:t>
            </w:r>
            <w:r w:rsidRPr="00332DB8">
              <w:rPr>
                <w:lang w:val="ru-RU"/>
              </w:rPr>
              <w:t>» на интернет - странице социальной сети «</w:t>
            </w:r>
            <w:r>
              <w:t>Vkontakte</w:t>
            </w:r>
            <w:r w:rsidRPr="00332DB8">
              <w:rPr>
                <w:lang w:val="ru-RU"/>
              </w:rPr>
              <w:t xml:space="preserve">», в разделе «Фотоальбомы» с индивидуальным адресом </w:t>
            </w:r>
            <w:r>
              <w:t>http</w:t>
            </w:r>
            <w:r w:rsidRPr="00332DB8">
              <w:rPr>
                <w:lang w:val="ru-RU"/>
              </w:rPr>
              <w:t xml:space="preserve">:// </w:t>
            </w:r>
            <w:r>
              <w:t>vk</w:t>
            </w:r>
            <w:r w:rsidRPr="00332DB8">
              <w:rPr>
                <w:lang w:val="ru-RU"/>
              </w:rPr>
              <w:t>.</w:t>
            </w:r>
            <w:r>
              <w:t>com</w:t>
            </w:r>
            <w:r w:rsidRPr="00332DB8">
              <w:rPr>
                <w:lang w:val="ru-RU"/>
              </w:rPr>
              <w:t>/</w:t>
            </w:r>
            <w:r>
              <w:t>id</w:t>
            </w:r>
            <w:r w:rsidRPr="00332DB8">
              <w:rPr>
                <w:lang w:val="ru-RU"/>
              </w:rPr>
              <w:t>162483176 на сайте «</w:t>
            </w:r>
            <w:r>
              <w:t>www</w:t>
            </w:r>
            <w:r w:rsidRPr="00332DB8">
              <w:rPr>
                <w:lang w:val="ru-RU"/>
              </w:rPr>
              <w:t>.</w:t>
            </w:r>
            <w:r>
              <w:t>vk</w:t>
            </w:r>
            <w:r w:rsidRPr="00332DB8">
              <w:rPr>
                <w:lang w:val="ru-RU"/>
              </w:rPr>
              <w:t>.</w:t>
            </w:r>
            <w:r>
              <w:t>ru</w:t>
            </w:r>
            <w:r w:rsidRPr="00332DB8">
              <w:rPr>
                <w:lang w:val="ru-RU"/>
              </w:rPr>
              <w:t xml:space="preserve">», с </w:t>
            </w:r>
            <w:r>
              <w:t>IP</w:t>
            </w:r>
            <w:r w:rsidRPr="00332DB8">
              <w:rPr>
                <w:lang w:val="ru-RU"/>
              </w:rPr>
              <w:t xml:space="preserve">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2880" w:type="dxa"/>
          </w:tcPr>
          <w:p w:rsidR="006F7457" w:rsidRDefault="00332DB8">
            <w:r>
              <w:t>07.12.2018</w:t>
            </w:r>
          </w:p>
        </w:tc>
      </w:tr>
      <w:tr w:rsidR="006F7457">
        <w:tc>
          <w:tcPr>
            <w:tcW w:w="2880" w:type="dxa"/>
          </w:tcPr>
          <w:p w:rsidR="006F7457" w:rsidRDefault="00332DB8">
            <w:r>
              <w:t>4746.</w:t>
            </w:r>
          </w:p>
        </w:tc>
        <w:tc>
          <w:tcPr>
            <w:tcW w:w="2880" w:type="dxa"/>
          </w:tcPr>
          <w:p w:rsidR="006F7457" w:rsidRPr="00332DB8" w:rsidRDefault="00332DB8">
            <w:pPr>
              <w:rPr>
                <w:lang w:val="ru-RU"/>
              </w:rPr>
            </w:pPr>
            <w:r w:rsidRPr="00332DB8">
              <w:rPr>
                <w:lang w:val="ru-RU"/>
              </w:rPr>
              <w:t xml:space="preserve">Видеоролик под названием «Запрещенный ролик, года молодежи в России для всех русских!», размещенный Кожевниковым В.С. на Интернет – странице по адресу </w:t>
            </w:r>
            <w:r>
              <w:t>http</w:t>
            </w:r>
            <w:r w:rsidRPr="00332DB8">
              <w:rPr>
                <w:lang w:val="ru-RU"/>
              </w:rPr>
              <w:t>:/</w:t>
            </w:r>
            <w:r>
              <w:t>vkontakte</w:t>
            </w:r>
            <w:r w:rsidRPr="00332DB8">
              <w:rPr>
                <w:lang w:val="ru-RU"/>
              </w:rPr>
              <w:t>.</w:t>
            </w:r>
            <w:r>
              <w:t>ru</w:t>
            </w:r>
            <w:r w:rsidRPr="00332DB8">
              <w:rPr>
                <w:lang w:val="ru-RU"/>
              </w:rPr>
              <w:t>/</w:t>
            </w:r>
            <w:r>
              <w:t>id</w:t>
            </w:r>
            <w:r w:rsidRPr="00332DB8">
              <w:rPr>
                <w:lang w:val="ru-RU"/>
              </w:rPr>
              <w:t>51137692 в социальной сети «</w:t>
            </w:r>
            <w:r>
              <w:t>WWW</w:t>
            </w:r>
            <w:r w:rsidRPr="00332DB8">
              <w:rPr>
                <w:lang w:val="ru-RU"/>
              </w:rPr>
              <w:t xml:space="preserve">. </w:t>
            </w:r>
            <w:r>
              <w:t>VKONTAKTE</w:t>
            </w:r>
            <w:r w:rsidRPr="00332DB8">
              <w:rPr>
                <w:lang w:val="ru-RU"/>
              </w:rPr>
              <w:t xml:space="preserve">. </w:t>
            </w:r>
            <w:r>
              <w:t>RU</w:t>
            </w:r>
            <w:r w:rsidRPr="00332DB8">
              <w:rPr>
                <w:lang w:val="ru-RU"/>
              </w:rPr>
              <w:t>» (решение Сургутского районного суда Ханты-Мансийского автономного округа – Югры от 01.11.2012);</w:t>
            </w:r>
          </w:p>
        </w:tc>
        <w:tc>
          <w:tcPr>
            <w:tcW w:w="2880" w:type="dxa"/>
          </w:tcPr>
          <w:p w:rsidR="006F7457" w:rsidRDefault="00332DB8">
            <w:r>
              <w:t>07.12.2018</w:t>
            </w:r>
          </w:p>
        </w:tc>
      </w:tr>
      <w:tr w:rsidR="006F7457">
        <w:tc>
          <w:tcPr>
            <w:tcW w:w="2880" w:type="dxa"/>
          </w:tcPr>
          <w:p w:rsidR="006F7457" w:rsidRDefault="00332DB8">
            <w:r>
              <w:t>4</w:t>
            </w:r>
            <w:r>
              <w:lastRenderedPageBreak/>
              <w:t>747.</w:t>
            </w:r>
          </w:p>
        </w:tc>
        <w:tc>
          <w:tcPr>
            <w:tcW w:w="2880" w:type="dxa"/>
          </w:tcPr>
          <w:p w:rsidR="006F7457" w:rsidRPr="00332DB8" w:rsidRDefault="00332DB8">
            <w:pPr>
              <w:rPr>
                <w:lang w:val="ru-RU"/>
              </w:rPr>
            </w:pPr>
            <w:r w:rsidRPr="00332DB8">
              <w:rPr>
                <w:lang w:val="ru-RU"/>
              </w:rPr>
              <w:lastRenderedPageBreak/>
              <w:t xml:space="preserve">Видео файл «Гнев мусульман Нижневартовска на невинность мусульман», размещенный в сети «Интернет» на </w:t>
            </w:r>
            <w:r w:rsidRPr="00332DB8">
              <w:rPr>
                <w:lang w:val="ru-RU"/>
              </w:rPr>
              <w:lastRenderedPageBreak/>
              <w:t xml:space="preserve">сайте </w:t>
            </w:r>
            <w:r>
              <w:t>http</w:t>
            </w:r>
            <w:r w:rsidRPr="00332DB8">
              <w:rPr>
                <w:lang w:val="ru-RU"/>
              </w:rPr>
              <w:t>://</w:t>
            </w:r>
            <w:r>
              <w:t>www</w:t>
            </w:r>
            <w:r w:rsidRPr="00332DB8">
              <w:rPr>
                <w:lang w:val="ru-RU"/>
              </w:rPr>
              <w:t>.</w:t>
            </w:r>
            <w:r>
              <w:t>yotube</w:t>
            </w:r>
            <w:r w:rsidRPr="00332DB8">
              <w:rPr>
                <w:lang w:val="ru-RU"/>
              </w:rPr>
              <w:t>.</w:t>
            </w:r>
            <w:r>
              <w:t>com</w:t>
            </w:r>
            <w:r w:rsidRPr="00332DB8">
              <w:rPr>
                <w:lang w:val="ru-RU"/>
              </w:rPr>
              <w:t xml:space="preserve"> (решение Нижневартовского городского суда Ханты-Мансийского автономного округа – Югры от 25.01.2013);</w:t>
            </w:r>
          </w:p>
        </w:tc>
        <w:tc>
          <w:tcPr>
            <w:tcW w:w="2880" w:type="dxa"/>
          </w:tcPr>
          <w:p w:rsidR="006F7457" w:rsidRDefault="00332DB8">
            <w:r>
              <w:lastRenderedPageBreak/>
              <w:t>07.</w:t>
            </w:r>
            <w:r>
              <w:lastRenderedPageBreak/>
              <w:t>12.2018</w:t>
            </w:r>
          </w:p>
        </w:tc>
      </w:tr>
      <w:tr w:rsidR="006F7457">
        <w:tc>
          <w:tcPr>
            <w:tcW w:w="2880" w:type="dxa"/>
          </w:tcPr>
          <w:p w:rsidR="006F7457" w:rsidRDefault="00332DB8">
            <w:r>
              <w:lastRenderedPageBreak/>
              <w:t>4748.</w:t>
            </w:r>
          </w:p>
        </w:tc>
        <w:tc>
          <w:tcPr>
            <w:tcW w:w="2880" w:type="dxa"/>
          </w:tcPr>
          <w:p w:rsidR="006F7457" w:rsidRPr="00332DB8" w:rsidRDefault="00332DB8">
            <w:pPr>
              <w:rPr>
                <w:lang w:val="ru-RU"/>
              </w:rPr>
            </w:pPr>
            <w:r w:rsidRPr="00332DB8">
              <w:rPr>
                <w:lang w:val="ru-RU"/>
              </w:rPr>
              <w:t xml:space="preserve">Видеоролик «Предателям» продолжительностью 3 минуты 42 секунды, размещенный Агахановым И.И. на интернет - странице по адресу </w:t>
            </w:r>
            <w:r>
              <w:t>http</w:t>
            </w:r>
            <w:r w:rsidRPr="00332DB8">
              <w:rPr>
                <w:lang w:val="ru-RU"/>
              </w:rPr>
              <w:t>:/</w:t>
            </w:r>
            <w:r>
              <w:t>vkontakte</w:t>
            </w:r>
            <w:r w:rsidRPr="00332DB8">
              <w:rPr>
                <w:lang w:val="ru-RU"/>
              </w:rPr>
              <w:t>.</w:t>
            </w:r>
            <w:r>
              <w:t>m</w:t>
            </w:r>
            <w:r w:rsidRPr="00332DB8">
              <w:rPr>
                <w:lang w:val="ru-RU"/>
              </w:rPr>
              <w:t xml:space="preserve">/ </w:t>
            </w:r>
            <w:r>
              <w:t>id</w:t>
            </w:r>
            <w:r w:rsidRPr="00332DB8">
              <w:rPr>
                <w:lang w:val="ru-RU"/>
              </w:rPr>
              <w:t>28816168 в социальной сети «</w:t>
            </w:r>
            <w:r>
              <w:t>www</w:t>
            </w:r>
            <w:r w:rsidRPr="00332DB8">
              <w:rPr>
                <w:lang w:val="ru-RU"/>
              </w:rPr>
              <w:t>.</w:t>
            </w:r>
            <w:r>
              <w:t>Vkontakte</w:t>
            </w:r>
            <w:r w:rsidRPr="00332DB8">
              <w:rPr>
                <w:lang w:val="ru-RU"/>
              </w:rPr>
              <w:t>.</w:t>
            </w:r>
            <w:r>
              <w:t>ru</w:t>
            </w:r>
            <w:r w:rsidRPr="00332DB8">
              <w:rPr>
                <w:lang w:val="ru-RU"/>
              </w:rPr>
              <w:t xml:space="preserve"> (решение Пыть-Яхского городского суда Ханты-Мансийского автономного округа – Югры от 15.10.2013);</w:t>
            </w:r>
          </w:p>
        </w:tc>
        <w:tc>
          <w:tcPr>
            <w:tcW w:w="2880" w:type="dxa"/>
          </w:tcPr>
          <w:p w:rsidR="006F7457" w:rsidRDefault="00332DB8">
            <w:r>
              <w:t>07.12.2018</w:t>
            </w:r>
          </w:p>
        </w:tc>
      </w:tr>
      <w:tr w:rsidR="006F7457">
        <w:tc>
          <w:tcPr>
            <w:tcW w:w="2880" w:type="dxa"/>
          </w:tcPr>
          <w:p w:rsidR="006F7457" w:rsidRDefault="00332DB8">
            <w:r>
              <w:t>4749.</w:t>
            </w:r>
          </w:p>
        </w:tc>
        <w:tc>
          <w:tcPr>
            <w:tcW w:w="2880" w:type="dxa"/>
          </w:tcPr>
          <w:p w:rsidR="006F7457" w:rsidRPr="00332DB8" w:rsidRDefault="00332DB8">
            <w:pPr>
              <w:rPr>
                <w:lang w:val="ru-RU"/>
              </w:rPr>
            </w:pPr>
            <w:r w:rsidRPr="00332DB8">
              <w:rPr>
                <w:lang w:val="ru-RU"/>
              </w:rPr>
              <w:t>Видео файл «мухаммад хассан «кто такие террористы и экстремисты ?», размещенный в сети «Интернет» на сайте «</w:t>
            </w:r>
            <w:r>
              <w:t>vkontakte</w:t>
            </w:r>
            <w:r w:rsidRPr="00332DB8">
              <w:rPr>
                <w:lang w:val="ru-RU"/>
              </w:rPr>
              <w:t>.</w:t>
            </w:r>
            <w:r>
              <w:t>ru</w:t>
            </w:r>
            <w:r w:rsidRPr="00332DB8">
              <w:rPr>
                <w:lang w:val="ru-RU"/>
              </w:rPr>
              <w:t xml:space="preserve">» по адресу: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53709462 (решение Нижневартовского городского суда Ханты-Мансийского автономного округа – Югры от 21.03.2013);</w:t>
            </w:r>
          </w:p>
        </w:tc>
        <w:tc>
          <w:tcPr>
            <w:tcW w:w="2880" w:type="dxa"/>
          </w:tcPr>
          <w:p w:rsidR="006F7457" w:rsidRDefault="00332DB8">
            <w:r>
              <w:t>14.12.2018</w:t>
            </w:r>
          </w:p>
        </w:tc>
      </w:tr>
      <w:tr w:rsidR="006F7457">
        <w:tc>
          <w:tcPr>
            <w:tcW w:w="2880" w:type="dxa"/>
          </w:tcPr>
          <w:p w:rsidR="006F7457" w:rsidRDefault="00332DB8">
            <w:r>
              <w:t>4750.</w:t>
            </w:r>
          </w:p>
        </w:tc>
        <w:tc>
          <w:tcPr>
            <w:tcW w:w="2880" w:type="dxa"/>
          </w:tcPr>
          <w:p w:rsidR="006F7457" w:rsidRPr="00332DB8" w:rsidRDefault="00332DB8">
            <w:pPr>
              <w:rPr>
                <w:lang w:val="ru-RU"/>
              </w:rPr>
            </w:pPr>
            <w:r w:rsidRPr="00332DB8">
              <w:rPr>
                <w:lang w:val="ru-RU"/>
              </w:rPr>
              <w:t>Видео файл «Мухаммад аргунский!», размещенный в сети «Интернет» на сайте «</w:t>
            </w:r>
            <w:r>
              <w:t>vkontakte</w:t>
            </w:r>
            <w:r w:rsidRPr="00332DB8">
              <w:rPr>
                <w:lang w:val="ru-RU"/>
              </w:rPr>
              <w:t>.</w:t>
            </w:r>
            <w:r>
              <w:t>ru</w:t>
            </w:r>
            <w:r w:rsidRPr="00332DB8">
              <w:rPr>
                <w:lang w:val="ru-RU"/>
              </w:rPr>
              <w:t xml:space="preserve">» по адресу: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53709462 (решение Нижневартовского городского суда Ханты-Мансийского автономного округа – Югры от 21.03.2013);</w:t>
            </w:r>
          </w:p>
        </w:tc>
        <w:tc>
          <w:tcPr>
            <w:tcW w:w="2880" w:type="dxa"/>
          </w:tcPr>
          <w:p w:rsidR="006F7457" w:rsidRDefault="00332DB8">
            <w:r>
              <w:t>14.12.2018</w:t>
            </w:r>
          </w:p>
        </w:tc>
      </w:tr>
      <w:tr w:rsidR="006F7457">
        <w:tc>
          <w:tcPr>
            <w:tcW w:w="2880" w:type="dxa"/>
          </w:tcPr>
          <w:p w:rsidR="006F7457" w:rsidRDefault="00332DB8">
            <w:r>
              <w:t>4751.</w:t>
            </w:r>
          </w:p>
        </w:tc>
        <w:tc>
          <w:tcPr>
            <w:tcW w:w="2880" w:type="dxa"/>
          </w:tcPr>
          <w:p w:rsidR="006F7457" w:rsidRPr="00332DB8" w:rsidRDefault="00332DB8">
            <w:pPr>
              <w:rPr>
                <w:lang w:val="ru-RU"/>
              </w:rPr>
            </w:pPr>
            <w:r w:rsidRPr="00332DB8">
              <w:rPr>
                <w:lang w:val="ru-RU"/>
              </w:rPr>
              <w:t>Видео файл «маленький проповедник джихада (проповедник аммар)»), размещенный в сети «Интернет» на сайте «</w:t>
            </w:r>
            <w:r>
              <w:t>vkontakte</w:t>
            </w:r>
            <w:r w:rsidRPr="00332DB8">
              <w:rPr>
                <w:lang w:val="ru-RU"/>
              </w:rPr>
              <w:t>.</w:t>
            </w:r>
            <w:r>
              <w:t>ru</w:t>
            </w:r>
            <w:r w:rsidRPr="00332DB8">
              <w:rPr>
                <w:lang w:val="ru-RU"/>
              </w:rPr>
              <w:t xml:space="preserve">» по адресу: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53709462 (решение Нижневартовского городского суда Ханты-Мансийского автономного округа – Югры от 21.03.2013);</w:t>
            </w:r>
          </w:p>
        </w:tc>
        <w:tc>
          <w:tcPr>
            <w:tcW w:w="2880" w:type="dxa"/>
          </w:tcPr>
          <w:p w:rsidR="006F7457" w:rsidRDefault="00332DB8">
            <w:r>
              <w:t>14.12.2018</w:t>
            </w:r>
          </w:p>
        </w:tc>
      </w:tr>
      <w:tr w:rsidR="006F7457">
        <w:tc>
          <w:tcPr>
            <w:tcW w:w="2880" w:type="dxa"/>
          </w:tcPr>
          <w:p w:rsidR="006F7457" w:rsidRDefault="00332DB8">
            <w:r>
              <w:t>4752.</w:t>
            </w:r>
          </w:p>
        </w:tc>
        <w:tc>
          <w:tcPr>
            <w:tcW w:w="2880" w:type="dxa"/>
          </w:tcPr>
          <w:p w:rsidR="006F7457" w:rsidRPr="00332DB8" w:rsidRDefault="00332DB8">
            <w:pPr>
              <w:rPr>
                <w:lang w:val="ru-RU"/>
              </w:rPr>
            </w:pPr>
            <w:r w:rsidRPr="00332DB8">
              <w:rPr>
                <w:lang w:val="ru-RU"/>
              </w:rPr>
              <w:t>Материал видеофайла «Таухид. Причины войны с исламом. Шейх Аль-Хувейни», размещенный в сети «Интернет» на сайте «</w:t>
            </w:r>
            <w:r>
              <w:t>vkontakte</w:t>
            </w:r>
            <w:r w:rsidRPr="00332DB8">
              <w:rPr>
                <w:lang w:val="ru-RU"/>
              </w:rPr>
              <w:t>.</w:t>
            </w:r>
            <w:r>
              <w:t>ru</w:t>
            </w:r>
            <w:r w:rsidRPr="00332DB8">
              <w:rPr>
                <w:lang w:val="ru-RU"/>
              </w:rPr>
              <w:t xml:space="preserve">» на странице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155522471 (решение Нижневартовского городского суда Ханты-Мансийского автономного округа – Югры от 30.09.2014);</w:t>
            </w:r>
          </w:p>
        </w:tc>
        <w:tc>
          <w:tcPr>
            <w:tcW w:w="2880" w:type="dxa"/>
          </w:tcPr>
          <w:p w:rsidR="006F7457" w:rsidRDefault="00332DB8">
            <w:r>
              <w:t>14.12.2018</w:t>
            </w:r>
          </w:p>
        </w:tc>
      </w:tr>
      <w:tr w:rsidR="006F7457">
        <w:tc>
          <w:tcPr>
            <w:tcW w:w="2880" w:type="dxa"/>
          </w:tcPr>
          <w:p w:rsidR="006F7457" w:rsidRDefault="00332DB8">
            <w:r>
              <w:lastRenderedPageBreak/>
              <w:t>4753.</w:t>
            </w:r>
          </w:p>
        </w:tc>
        <w:tc>
          <w:tcPr>
            <w:tcW w:w="2880" w:type="dxa"/>
          </w:tcPr>
          <w:p w:rsidR="006F7457" w:rsidRPr="00332DB8" w:rsidRDefault="00332DB8">
            <w:pPr>
              <w:rPr>
                <w:lang w:val="ru-RU"/>
              </w:rPr>
            </w:pPr>
            <w:r w:rsidRPr="00332DB8">
              <w:rPr>
                <w:lang w:val="ru-RU"/>
              </w:rPr>
              <w:t>Видео файл: «Беспрецедентные аресты мусульман», размещенный в сети «Интернет» на сайте «</w:t>
            </w:r>
            <w:r>
              <w:t>vkontakte</w:t>
            </w:r>
            <w:r w:rsidRPr="00332DB8">
              <w:rPr>
                <w:lang w:val="ru-RU"/>
              </w:rPr>
              <w:t>.</w:t>
            </w:r>
            <w:r>
              <w:t>ru</w:t>
            </w:r>
            <w:r w:rsidRPr="00332DB8">
              <w:rPr>
                <w:lang w:val="ru-RU"/>
              </w:rPr>
              <w:t xml:space="preserve">» под именами «Ирик Зуфарович Галимов»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144437728, «Ильнур Габбасов» </w:t>
            </w:r>
            <w:r>
              <w:t>http</w:t>
            </w:r>
            <w:r w:rsidRPr="00332DB8">
              <w:rPr>
                <w:lang w:val="ru-RU"/>
              </w:rPr>
              <w:t>://</w:t>
            </w:r>
            <w:r>
              <w:t>vk</w:t>
            </w:r>
            <w:r w:rsidRPr="00332DB8">
              <w:rPr>
                <w:lang w:val="ru-RU"/>
              </w:rPr>
              <w:t>.</w:t>
            </w:r>
            <w:r>
              <w:t>com</w:t>
            </w:r>
            <w:r w:rsidRPr="00332DB8">
              <w:rPr>
                <w:lang w:val="ru-RU"/>
              </w:rPr>
              <w:t>/</w:t>
            </w:r>
            <w:r>
              <w:t>tawatur</w:t>
            </w:r>
            <w:r w:rsidRPr="00332DB8">
              <w:rPr>
                <w:lang w:val="ru-RU"/>
              </w:rPr>
              <w:t xml:space="preserve">, «Марат Туляков»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5807973, «Олег Сахновский»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 xml:space="preserve">14437728, «Марсель Габбасов»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102429675 (решение Нижневартовского городского суда Ханты-Мансийского автономного округа – Югры от 25.07.2013);</w:t>
            </w:r>
          </w:p>
        </w:tc>
        <w:tc>
          <w:tcPr>
            <w:tcW w:w="2880" w:type="dxa"/>
          </w:tcPr>
          <w:p w:rsidR="006F7457" w:rsidRDefault="00332DB8">
            <w:r>
              <w:t>14.12.2018</w:t>
            </w:r>
          </w:p>
        </w:tc>
      </w:tr>
      <w:tr w:rsidR="006F7457">
        <w:tc>
          <w:tcPr>
            <w:tcW w:w="2880" w:type="dxa"/>
          </w:tcPr>
          <w:p w:rsidR="006F7457" w:rsidRDefault="00332DB8">
            <w:r>
              <w:t>4754.</w:t>
            </w:r>
          </w:p>
        </w:tc>
        <w:tc>
          <w:tcPr>
            <w:tcW w:w="2880" w:type="dxa"/>
          </w:tcPr>
          <w:p w:rsidR="006F7457" w:rsidRPr="00332DB8" w:rsidRDefault="00332DB8">
            <w:pPr>
              <w:rPr>
                <w:lang w:val="ru-RU"/>
              </w:rPr>
            </w:pPr>
            <w:r w:rsidRPr="00332DB8">
              <w:rPr>
                <w:lang w:val="ru-RU"/>
              </w:rPr>
              <w:t>Видео файл: «Пощечина тем, кто призывает мусульман обратиться в ООН», размещенный в сети «Интернет» на сайте «</w:t>
            </w:r>
            <w:r>
              <w:t>vkontakte</w:t>
            </w:r>
            <w:r w:rsidRPr="00332DB8">
              <w:rPr>
                <w:lang w:val="ru-RU"/>
              </w:rPr>
              <w:t>.</w:t>
            </w:r>
            <w:r>
              <w:t>ru</w:t>
            </w:r>
            <w:r w:rsidRPr="00332DB8">
              <w:rPr>
                <w:lang w:val="ru-RU"/>
              </w:rPr>
              <w:t xml:space="preserve">» под именами «Ирик Зуфарович Галимов»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144437728, «Ильнур Габбасов» </w:t>
            </w:r>
            <w:r>
              <w:t>http</w:t>
            </w:r>
            <w:r w:rsidRPr="00332DB8">
              <w:rPr>
                <w:lang w:val="ru-RU"/>
              </w:rPr>
              <w:t>://</w:t>
            </w:r>
            <w:r>
              <w:t>vk</w:t>
            </w:r>
            <w:r w:rsidRPr="00332DB8">
              <w:rPr>
                <w:lang w:val="ru-RU"/>
              </w:rPr>
              <w:t>.</w:t>
            </w:r>
            <w:r>
              <w:t>com</w:t>
            </w:r>
            <w:r w:rsidRPr="00332DB8">
              <w:rPr>
                <w:lang w:val="ru-RU"/>
              </w:rPr>
              <w:t>/</w:t>
            </w:r>
            <w:r>
              <w:t>tawatur</w:t>
            </w:r>
            <w:r w:rsidRPr="00332DB8">
              <w:rPr>
                <w:lang w:val="ru-RU"/>
              </w:rPr>
              <w:t xml:space="preserve">, «Марат Туляков» </w:t>
            </w:r>
            <w:r>
              <w:t>http</w:t>
            </w:r>
            <w:r w:rsidRPr="00332DB8">
              <w:rPr>
                <w:lang w:val="ru-RU"/>
              </w:rPr>
              <w:t>://</w:t>
            </w:r>
            <w:r>
              <w:t>vk</w:t>
            </w:r>
            <w:r w:rsidRPr="00332DB8">
              <w:rPr>
                <w:lang w:val="ru-RU"/>
              </w:rPr>
              <w:t>.</w:t>
            </w:r>
            <w:r>
              <w:t>com</w:t>
            </w:r>
            <w:r w:rsidRPr="00332DB8">
              <w:rPr>
                <w:lang w:val="ru-RU"/>
              </w:rPr>
              <w:t>/</w:t>
            </w:r>
            <w:r>
              <w:t>id</w:t>
            </w:r>
            <w:r w:rsidRPr="00332DB8">
              <w:rPr>
                <w:lang w:val="ru-RU"/>
              </w:rPr>
              <w:t xml:space="preserve">5807973, «Олег Сахновский» </w:t>
            </w:r>
            <w:r>
              <w:t>http</w:t>
            </w:r>
            <w:r w:rsidRPr="00332DB8">
              <w:rPr>
                <w:lang w:val="ru-RU"/>
              </w:rPr>
              <w:t>://</w:t>
            </w:r>
            <w:r>
              <w:t>vk</w:t>
            </w:r>
            <w:r w:rsidRPr="00332DB8">
              <w:rPr>
                <w:lang w:val="ru-RU"/>
              </w:rPr>
              <w:t>.</w:t>
            </w:r>
            <w:r>
              <w:t>com</w:t>
            </w:r>
            <w:r w:rsidRPr="00332DB8">
              <w:rPr>
                <w:lang w:val="ru-RU"/>
              </w:rPr>
              <w:t xml:space="preserve">/ </w:t>
            </w:r>
            <w:r>
              <w:t>id</w:t>
            </w:r>
            <w:r w:rsidRPr="00332DB8">
              <w:rPr>
                <w:lang w:val="ru-RU"/>
              </w:rPr>
              <w:t xml:space="preserve">14437728, «Марсель Габбасов» </w:t>
            </w:r>
            <w:r>
              <w:t>http</w:t>
            </w:r>
            <w:r w:rsidRPr="00332DB8">
              <w:rPr>
                <w:lang w:val="ru-RU"/>
              </w:rPr>
              <w:t>://</w:t>
            </w:r>
            <w:r>
              <w:t>vk</w:t>
            </w:r>
            <w:r w:rsidRPr="00332DB8">
              <w:rPr>
                <w:lang w:val="ru-RU"/>
              </w:rPr>
              <w:t>.</w:t>
            </w:r>
            <w:r>
              <w:t>com</w:t>
            </w:r>
            <w:r w:rsidRPr="00332DB8">
              <w:rPr>
                <w:lang w:val="ru-RU"/>
              </w:rPr>
              <w:t>/</w:t>
            </w:r>
            <w:r>
              <w:t>id</w:t>
            </w:r>
            <w:r w:rsidRPr="00332DB8">
              <w:rPr>
                <w:lang w:val="ru-RU"/>
              </w:rPr>
              <w:t>102429675 (решение Нижневартовского городского суда Ханты-Мансийского автономного округа – Югры от 25.07.2013);</w:t>
            </w:r>
          </w:p>
        </w:tc>
        <w:tc>
          <w:tcPr>
            <w:tcW w:w="2880" w:type="dxa"/>
          </w:tcPr>
          <w:p w:rsidR="006F7457" w:rsidRDefault="00332DB8">
            <w:r>
              <w:t>14.12.2018</w:t>
            </w:r>
          </w:p>
        </w:tc>
      </w:tr>
      <w:tr w:rsidR="006F7457">
        <w:tc>
          <w:tcPr>
            <w:tcW w:w="2880" w:type="dxa"/>
          </w:tcPr>
          <w:p w:rsidR="006F7457" w:rsidRDefault="00332DB8">
            <w:r>
              <w:t>4755.</w:t>
            </w:r>
          </w:p>
        </w:tc>
        <w:tc>
          <w:tcPr>
            <w:tcW w:w="2880" w:type="dxa"/>
          </w:tcPr>
          <w:p w:rsidR="006F7457" w:rsidRPr="00332DB8" w:rsidRDefault="00332DB8">
            <w:pPr>
              <w:rPr>
                <w:lang w:val="ru-RU"/>
              </w:rPr>
            </w:pPr>
            <w:r w:rsidRPr="00332DB8">
              <w:rPr>
                <w:lang w:val="ru-RU"/>
              </w:rPr>
              <w:t>Видео файл: «В ЧЕЧНЕ»», размещенный в сети Интернет на сайте «</w:t>
            </w:r>
            <w:r>
              <w:t>vkontakte</w:t>
            </w:r>
            <w:r w:rsidRPr="00332DB8">
              <w:rPr>
                <w:lang w:val="ru-RU"/>
              </w:rPr>
              <w:t>.</w:t>
            </w:r>
            <w:r>
              <w:t>ru</w:t>
            </w:r>
            <w:r w:rsidRPr="00332DB8">
              <w:rPr>
                <w:lang w:val="ru-RU"/>
              </w:rPr>
              <w:t xml:space="preserve">» по странице: </w:t>
            </w:r>
            <w:r>
              <w:t>http</w:t>
            </w:r>
            <w:r w:rsidRPr="00332DB8">
              <w:rPr>
                <w:lang w:val="ru-RU"/>
              </w:rPr>
              <w:t>://</w:t>
            </w:r>
            <w:r>
              <w:t>vk</w:t>
            </w:r>
            <w:r w:rsidRPr="00332DB8">
              <w:rPr>
                <w:lang w:val="ru-RU"/>
              </w:rPr>
              <w:t>.</w:t>
            </w:r>
            <w:r>
              <w:t>comid</w:t>
            </w:r>
            <w:r w:rsidRPr="00332DB8">
              <w:rPr>
                <w:lang w:val="ru-RU"/>
              </w:rPr>
              <w:t>95249517 (решение Нижневартовского городского суда Ханты-Мансийского автономного округа – Югры от 24.09.2013);</w:t>
            </w:r>
          </w:p>
        </w:tc>
        <w:tc>
          <w:tcPr>
            <w:tcW w:w="2880" w:type="dxa"/>
          </w:tcPr>
          <w:p w:rsidR="006F7457" w:rsidRDefault="00332DB8">
            <w:r>
              <w:t>14.12.2018</w:t>
            </w:r>
          </w:p>
        </w:tc>
      </w:tr>
      <w:tr w:rsidR="006F7457">
        <w:tc>
          <w:tcPr>
            <w:tcW w:w="2880" w:type="dxa"/>
          </w:tcPr>
          <w:p w:rsidR="006F7457" w:rsidRDefault="00332DB8">
            <w:r>
              <w:t>4756.</w:t>
            </w:r>
          </w:p>
        </w:tc>
        <w:tc>
          <w:tcPr>
            <w:tcW w:w="2880" w:type="dxa"/>
          </w:tcPr>
          <w:p w:rsidR="006F7457" w:rsidRPr="00332DB8" w:rsidRDefault="00332DB8">
            <w:pPr>
              <w:rPr>
                <w:lang w:val="ru-RU"/>
              </w:rPr>
            </w:pPr>
            <w:r w:rsidRPr="00332DB8">
              <w:rPr>
                <w:lang w:val="ru-RU"/>
              </w:rPr>
              <w:t>Видео файл: «Важность святости крови мусульман», размещенный в сети Интернет на сайте «</w:t>
            </w:r>
            <w:r>
              <w:t>vkontakte</w:t>
            </w:r>
            <w:r w:rsidRPr="00332DB8">
              <w:rPr>
                <w:lang w:val="ru-RU"/>
              </w:rPr>
              <w:t>.</w:t>
            </w:r>
            <w:r>
              <w:t>ru</w:t>
            </w:r>
            <w:r w:rsidRPr="00332DB8">
              <w:rPr>
                <w:lang w:val="ru-RU"/>
              </w:rPr>
              <w:t xml:space="preserve">» по странице: </w:t>
            </w:r>
            <w:r>
              <w:t>http</w:t>
            </w:r>
            <w:r w:rsidRPr="00332DB8">
              <w:rPr>
                <w:lang w:val="ru-RU"/>
              </w:rPr>
              <w:t>://</w:t>
            </w:r>
            <w:r>
              <w:t>vk</w:t>
            </w:r>
            <w:r w:rsidRPr="00332DB8">
              <w:rPr>
                <w:lang w:val="ru-RU"/>
              </w:rPr>
              <w:t>.</w:t>
            </w:r>
            <w:r>
              <w:t>comid</w:t>
            </w:r>
            <w:r w:rsidRPr="00332DB8">
              <w:rPr>
                <w:lang w:val="ru-RU"/>
              </w:rPr>
              <w:t>95249517 (решение Нижневартовского городского суда Ханты-Мансийского автономного округа – Югры от 24.09.2013);</w:t>
            </w:r>
          </w:p>
        </w:tc>
        <w:tc>
          <w:tcPr>
            <w:tcW w:w="2880" w:type="dxa"/>
          </w:tcPr>
          <w:p w:rsidR="006F7457" w:rsidRDefault="00332DB8">
            <w:r>
              <w:t>14.12.2018</w:t>
            </w:r>
          </w:p>
        </w:tc>
      </w:tr>
      <w:tr w:rsidR="006F7457">
        <w:tc>
          <w:tcPr>
            <w:tcW w:w="2880" w:type="dxa"/>
          </w:tcPr>
          <w:p w:rsidR="006F7457" w:rsidRDefault="00332DB8">
            <w:r>
              <w:t>4757.</w:t>
            </w:r>
          </w:p>
        </w:tc>
        <w:tc>
          <w:tcPr>
            <w:tcW w:w="2880" w:type="dxa"/>
          </w:tcPr>
          <w:p w:rsidR="006F7457" w:rsidRPr="00332DB8" w:rsidRDefault="00332DB8">
            <w:pPr>
              <w:rPr>
                <w:lang w:val="ru-RU"/>
              </w:rPr>
            </w:pPr>
            <w:r w:rsidRPr="00332DB8">
              <w:rPr>
                <w:lang w:val="ru-RU"/>
              </w:rPr>
              <w:t>Видео файл: «Аль Маут», размещенный в сети Интернет на сайте «</w:t>
            </w:r>
            <w:r>
              <w:t>vkontakte</w:t>
            </w:r>
            <w:r w:rsidRPr="00332DB8">
              <w:rPr>
                <w:lang w:val="ru-RU"/>
              </w:rPr>
              <w:t>.</w:t>
            </w:r>
            <w:r>
              <w:t>ru</w:t>
            </w:r>
            <w:r w:rsidRPr="00332DB8">
              <w:rPr>
                <w:lang w:val="ru-RU"/>
              </w:rPr>
              <w:t xml:space="preserve">» по странице: </w:t>
            </w:r>
            <w:r>
              <w:t>http</w:t>
            </w:r>
            <w:r w:rsidRPr="00332DB8">
              <w:rPr>
                <w:lang w:val="ru-RU"/>
              </w:rPr>
              <w:t>://</w:t>
            </w:r>
            <w:r>
              <w:t>vk</w:t>
            </w:r>
            <w:r w:rsidRPr="00332DB8">
              <w:rPr>
                <w:lang w:val="ru-RU"/>
              </w:rPr>
              <w:t>.</w:t>
            </w:r>
            <w:r>
              <w:t>comid</w:t>
            </w:r>
            <w:r w:rsidRPr="00332DB8">
              <w:rPr>
                <w:lang w:val="ru-RU"/>
              </w:rPr>
              <w:t>95249517 (решение Нижневартовского городского суда Ханты-Мансийского автономного округа – Югры от 24.09.2013);</w:t>
            </w:r>
          </w:p>
        </w:tc>
        <w:tc>
          <w:tcPr>
            <w:tcW w:w="2880" w:type="dxa"/>
          </w:tcPr>
          <w:p w:rsidR="006F7457" w:rsidRDefault="00332DB8">
            <w:r>
              <w:t>14.12.2018</w:t>
            </w:r>
          </w:p>
        </w:tc>
      </w:tr>
      <w:tr w:rsidR="006F7457">
        <w:tc>
          <w:tcPr>
            <w:tcW w:w="2880" w:type="dxa"/>
          </w:tcPr>
          <w:p w:rsidR="006F7457" w:rsidRDefault="00332DB8">
            <w:r>
              <w:t>4</w:t>
            </w:r>
            <w:r>
              <w:lastRenderedPageBreak/>
              <w:t>758.</w:t>
            </w:r>
          </w:p>
        </w:tc>
        <w:tc>
          <w:tcPr>
            <w:tcW w:w="2880" w:type="dxa"/>
          </w:tcPr>
          <w:p w:rsidR="006F7457" w:rsidRPr="00332DB8" w:rsidRDefault="00332DB8">
            <w:pPr>
              <w:rPr>
                <w:lang w:val="ru-RU"/>
              </w:rPr>
            </w:pPr>
            <w:r w:rsidRPr="00332DB8">
              <w:rPr>
                <w:lang w:val="ru-RU"/>
              </w:rPr>
              <w:lastRenderedPageBreak/>
              <w:t>Видео файл: «о джихаде», размещенный в сети Интернет на сайте «</w:t>
            </w:r>
            <w:r>
              <w:t>vkontakte</w:t>
            </w:r>
            <w:r w:rsidRPr="00332DB8">
              <w:rPr>
                <w:lang w:val="ru-RU"/>
              </w:rPr>
              <w:t>.</w:t>
            </w:r>
            <w:r>
              <w:t>ru</w:t>
            </w:r>
            <w:r w:rsidRPr="00332DB8">
              <w:rPr>
                <w:lang w:val="ru-RU"/>
              </w:rPr>
              <w:t xml:space="preserve">» по странице: </w:t>
            </w:r>
            <w:r>
              <w:lastRenderedPageBreak/>
              <w:t>http</w:t>
            </w:r>
            <w:r w:rsidRPr="00332DB8">
              <w:rPr>
                <w:lang w:val="ru-RU"/>
              </w:rPr>
              <w:t>://</w:t>
            </w:r>
            <w:r>
              <w:t>vk</w:t>
            </w:r>
            <w:r w:rsidRPr="00332DB8">
              <w:rPr>
                <w:lang w:val="ru-RU"/>
              </w:rPr>
              <w:t>.</w:t>
            </w:r>
            <w:r>
              <w:t>comid</w:t>
            </w:r>
            <w:r w:rsidRPr="00332DB8">
              <w:rPr>
                <w:lang w:val="ru-RU"/>
              </w:rPr>
              <w:t>95249517 (решение Нижневартовского городского суда Ханты-Мансийского автономного округа – Югры от 24.09.2013);</w:t>
            </w:r>
          </w:p>
        </w:tc>
        <w:tc>
          <w:tcPr>
            <w:tcW w:w="2880" w:type="dxa"/>
          </w:tcPr>
          <w:p w:rsidR="006F7457" w:rsidRDefault="00332DB8">
            <w:r>
              <w:lastRenderedPageBreak/>
              <w:t>14.</w:t>
            </w:r>
            <w:r>
              <w:lastRenderedPageBreak/>
              <w:t>12.2018</w:t>
            </w:r>
          </w:p>
        </w:tc>
      </w:tr>
      <w:tr w:rsidR="006F7457">
        <w:tc>
          <w:tcPr>
            <w:tcW w:w="2880" w:type="dxa"/>
          </w:tcPr>
          <w:p w:rsidR="006F7457" w:rsidRDefault="00332DB8">
            <w:r>
              <w:lastRenderedPageBreak/>
              <w:t>4759.</w:t>
            </w:r>
          </w:p>
        </w:tc>
        <w:tc>
          <w:tcPr>
            <w:tcW w:w="2880" w:type="dxa"/>
          </w:tcPr>
          <w:p w:rsidR="006F7457" w:rsidRPr="00332DB8" w:rsidRDefault="00332DB8">
            <w:pPr>
              <w:rPr>
                <w:lang w:val="ru-RU"/>
              </w:rPr>
            </w:pPr>
            <w:r w:rsidRPr="00332DB8">
              <w:rPr>
                <w:lang w:val="ru-RU"/>
              </w:rPr>
              <w:t>Видео файл: «Азербайджанец против Русских», размещенный в сети Интернет на сайте «</w:t>
            </w:r>
            <w:r>
              <w:t>vkontakte</w:t>
            </w:r>
            <w:r w:rsidRPr="00332DB8">
              <w:rPr>
                <w:lang w:val="ru-RU"/>
              </w:rPr>
              <w:t>.</w:t>
            </w:r>
            <w:r>
              <w:t>ru</w:t>
            </w:r>
            <w:r w:rsidRPr="00332DB8">
              <w:rPr>
                <w:lang w:val="ru-RU"/>
              </w:rPr>
              <w:t xml:space="preserve">» по странице: </w:t>
            </w:r>
            <w:r>
              <w:t>http</w:t>
            </w:r>
            <w:r w:rsidRPr="00332DB8">
              <w:rPr>
                <w:lang w:val="ru-RU"/>
              </w:rPr>
              <w:t>://</w:t>
            </w:r>
            <w:r>
              <w:t>vk</w:t>
            </w:r>
            <w:r w:rsidRPr="00332DB8">
              <w:rPr>
                <w:lang w:val="ru-RU"/>
              </w:rPr>
              <w:t>.</w:t>
            </w:r>
            <w:r>
              <w:t>comid</w:t>
            </w:r>
            <w:r w:rsidRPr="00332DB8">
              <w:rPr>
                <w:lang w:val="ru-RU"/>
              </w:rPr>
              <w:t>95249517 (решение Нижневартовского городского суда Ханты-Мансийского автономного округа – Югры от 24.09.2013);</w:t>
            </w:r>
          </w:p>
        </w:tc>
        <w:tc>
          <w:tcPr>
            <w:tcW w:w="2880" w:type="dxa"/>
          </w:tcPr>
          <w:p w:rsidR="006F7457" w:rsidRDefault="00332DB8">
            <w:r>
              <w:t>14.12.2018</w:t>
            </w:r>
          </w:p>
        </w:tc>
      </w:tr>
      <w:tr w:rsidR="006F7457">
        <w:tc>
          <w:tcPr>
            <w:tcW w:w="2880" w:type="dxa"/>
          </w:tcPr>
          <w:p w:rsidR="006F7457" w:rsidRDefault="00332DB8">
            <w:r>
              <w:t>4760.</w:t>
            </w:r>
          </w:p>
        </w:tc>
        <w:tc>
          <w:tcPr>
            <w:tcW w:w="2880" w:type="dxa"/>
          </w:tcPr>
          <w:p w:rsidR="006F7457" w:rsidRPr="00332DB8" w:rsidRDefault="00332DB8">
            <w:pPr>
              <w:rPr>
                <w:lang w:val="ru-RU"/>
              </w:rPr>
            </w:pPr>
            <w:r w:rsidRPr="00332DB8">
              <w:rPr>
                <w:lang w:val="ru-RU"/>
              </w:rPr>
              <w:t xml:space="preserve">Материалы видеофайла, расположенного в сети интернет сайта </w:t>
            </w:r>
            <w:r>
              <w:t>www</w:t>
            </w:r>
            <w:r w:rsidRPr="00332DB8">
              <w:rPr>
                <w:lang w:val="ru-RU"/>
              </w:rPr>
              <w:t>.</w:t>
            </w:r>
            <w:r>
              <w:t>vk</w:t>
            </w:r>
            <w:r w:rsidRPr="00332DB8">
              <w:rPr>
                <w:lang w:val="ru-RU"/>
              </w:rPr>
              <w:t>.</w:t>
            </w:r>
            <w:r>
              <w:t>com</w:t>
            </w:r>
            <w:r w:rsidRPr="00332DB8">
              <w:rPr>
                <w:lang w:val="ru-RU"/>
              </w:rPr>
              <w:t xml:space="preserve"> «В контакте» на странице пользователя </w:t>
            </w:r>
            <w:r>
              <w:t>http</w:t>
            </w:r>
            <w:r w:rsidRPr="00332DB8">
              <w:rPr>
                <w:lang w:val="ru-RU"/>
              </w:rPr>
              <w:t xml:space="preserve">:// </w:t>
            </w:r>
            <w:r>
              <w:t>vk</w:t>
            </w:r>
            <w:r w:rsidRPr="00332DB8">
              <w:rPr>
                <w:lang w:val="ru-RU"/>
              </w:rPr>
              <w:t>.</w:t>
            </w:r>
            <w:r>
              <w:t>com</w:t>
            </w:r>
            <w:r w:rsidRPr="00332DB8">
              <w:rPr>
                <w:lang w:val="ru-RU"/>
              </w:rPr>
              <w:t>/</w:t>
            </w:r>
            <w:r>
              <w:t>id</w:t>
            </w:r>
            <w:r w:rsidRPr="00332DB8">
              <w:rPr>
                <w:lang w:val="ru-RU"/>
              </w:rPr>
              <w:t>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2880" w:type="dxa"/>
          </w:tcPr>
          <w:p w:rsidR="006F7457" w:rsidRDefault="00332DB8">
            <w:r>
              <w:t>14.12.2018</w:t>
            </w:r>
          </w:p>
        </w:tc>
      </w:tr>
      <w:tr w:rsidR="006F7457">
        <w:tc>
          <w:tcPr>
            <w:tcW w:w="2880" w:type="dxa"/>
          </w:tcPr>
          <w:p w:rsidR="006F7457" w:rsidRDefault="00332DB8">
            <w:r>
              <w:t>4761.</w:t>
            </w:r>
          </w:p>
        </w:tc>
        <w:tc>
          <w:tcPr>
            <w:tcW w:w="2880" w:type="dxa"/>
          </w:tcPr>
          <w:p w:rsidR="006F7457" w:rsidRPr="00332DB8" w:rsidRDefault="00332DB8">
            <w:pPr>
              <w:rPr>
                <w:lang w:val="ru-RU"/>
              </w:rPr>
            </w:pPr>
            <w:r w:rsidRPr="00332DB8">
              <w:rPr>
                <w:lang w:val="ru-RU"/>
              </w:rPr>
              <w:t xml:space="preserve">Материалы видеофайла, расположенного в сети интернет сайта </w:t>
            </w:r>
            <w:r>
              <w:t>www</w:t>
            </w:r>
            <w:r w:rsidRPr="00332DB8">
              <w:rPr>
                <w:lang w:val="ru-RU"/>
              </w:rPr>
              <w:t>.</w:t>
            </w:r>
            <w:r>
              <w:t>vk</w:t>
            </w:r>
            <w:r w:rsidRPr="00332DB8">
              <w:rPr>
                <w:lang w:val="ru-RU"/>
              </w:rPr>
              <w:t>.</w:t>
            </w:r>
            <w:r>
              <w:t>com</w:t>
            </w:r>
            <w:r w:rsidRPr="00332DB8">
              <w:rPr>
                <w:lang w:val="ru-RU"/>
              </w:rPr>
              <w:t xml:space="preserve"> «В контакте» на странице пользователя </w:t>
            </w:r>
            <w:r>
              <w:t>http</w:t>
            </w:r>
            <w:r w:rsidRPr="00332DB8">
              <w:rPr>
                <w:lang w:val="ru-RU"/>
              </w:rPr>
              <w:t xml:space="preserve">:// </w:t>
            </w:r>
            <w:r>
              <w:t>vk</w:t>
            </w:r>
            <w:r w:rsidRPr="00332DB8">
              <w:rPr>
                <w:lang w:val="ru-RU"/>
              </w:rPr>
              <w:t>.</w:t>
            </w:r>
            <w:r>
              <w:t>com</w:t>
            </w:r>
            <w:r w:rsidRPr="00332DB8">
              <w:rPr>
                <w:lang w:val="ru-RU"/>
              </w:rPr>
              <w:t>/</w:t>
            </w:r>
            <w:r>
              <w:t>id</w:t>
            </w:r>
            <w:r w:rsidRPr="00332DB8">
              <w:rPr>
                <w:lang w:val="ru-RU"/>
              </w:rPr>
              <w:t>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2880" w:type="dxa"/>
          </w:tcPr>
          <w:p w:rsidR="006F7457" w:rsidRDefault="00332DB8">
            <w:r>
              <w:t>14.12.2018</w:t>
            </w:r>
          </w:p>
        </w:tc>
      </w:tr>
      <w:tr w:rsidR="006F7457">
        <w:tc>
          <w:tcPr>
            <w:tcW w:w="2880" w:type="dxa"/>
          </w:tcPr>
          <w:p w:rsidR="006F7457" w:rsidRDefault="00332DB8">
            <w:r>
              <w:t>4762.</w:t>
            </w:r>
          </w:p>
        </w:tc>
        <w:tc>
          <w:tcPr>
            <w:tcW w:w="2880" w:type="dxa"/>
          </w:tcPr>
          <w:p w:rsidR="006F7457" w:rsidRPr="00332DB8" w:rsidRDefault="00332DB8">
            <w:pPr>
              <w:rPr>
                <w:lang w:val="ru-RU"/>
              </w:rPr>
            </w:pPr>
            <w:r w:rsidRPr="00332DB8">
              <w:rPr>
                <w:lang w:val="ru-RU"/>
              </w:rPr>
              <w:t xml:space="preserve">Материалы видеофайла, расположенного в сети интернет сайта </w:t>
            </w:r>
            <w:r>
              <w:t>www</w:t>
            </w:r>
            <w:r w:rsidRPr="00332DB8">
              <w:rPr>
                <w:lang w:val="ru-RU"/>
              </w:rPr>
              <w:t>.</w:t>
            </w:r>
            <w:r>
              <w:t>vk</w:t>
            </w:r>
            <w:r w:rsidRPr="00332DB8">
              <w:rPr>
                <w:lang w:val="ru-RU"/>
              </w:rPr>
              <w:t>.</w:t>
            </w:r>
            <w:r>
              <w:t>com</w:t>
            </w:r>
            <w:r w:rsidRPr="00332DB8">
              <w:rPr>
                <w:lang w:val="ru-RU"/>
              </w:rPr>
              <w:t xml:space="preserve"> «В контакте» на странице пользователя </w:t>
            </w:r>
            <w:r>
              <w:t>http</w:t>
            </w:r>
            <w:r w:rsidRPr="00332DB8">
              <w:rPr>
                <w:lang w:val="ru-RU"/>
              </w:rPr>
              <w:t xml:space="preserve">:// </w:t>
            </w:r>
            <w:r>
              <w:t>vk</w:t>
            </w:r>
            <w:r w:rsidRPr="00332DB8">
              <w:rPr>
                <w:lang w:val="ru-RU"/>
              </w:rPr>
              <w:t>.</w:t>
            </w:r>
            <w:r>
              <w:t>com</w:t>
            </w:r>
            <w:r w:rsidRPr="00332DB8">
              <w:rPr>
                <w:lang w:val="ru-RU"/>
              </w:rPr>
              <w:t>/</w:t>
            </w:r>
            <w:r>
              <w:t>id</w:t>
            </w:r>
            <w:r w:rsidRPr="00332DB8">
              <w:rPr>
                <w:lang w:val="ru-RU"/>
              </w:rPr>
              <w:t>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2880" w:type="dxa"/>
          </w:tcPr>
          <w:p w:rsidR="006F7457" w:rsidRDefault="00332DB8">
            <w:r>
              <w:t>14.12.2018</w:t>
            </w:r>
          </w:p>
        </w:tc>
      </w:tr>
      <w:tr w:rsidR="006F7457">
        <w:tc>
          <w:tcPr>
            <w:tcW w:w="2880" w:type="dxa"/>
          </w:tcPr>
          <w:p w:rsidR="006F7457" w:rsidRDefault="00332DB8">
            <w:r>
              <w:t>4763.</w:t>
            </w:r>
          </w:p>
        </w:tc>
        <w:tc>
          <w:tcPr>
            <w:tcW w:w="2880" w:type="dxa"/>
          </w:tcPr>
          <w:p w:rsidR="006F7457" w:rsidRPr="00332DB8" w:rsidRDefault="00332DB8">
            <w:pPr>
              <w:rPr>
                <w:lang w:val="ru-RU"/>
              </w:rPr>
            </w:pPr>
            <w:r w:rsidRPr="00332DB8">
              <w:rPr>
                <w:lang w:val="ru-RU"/>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2880" w:type="dxa"/>
          </w:tcPr>
          <w:p w:rsidR="006F7457" w:rsidRDefault="00332DB8">
            <w:r>
              <w:t>14.12.2018</w:t>
            </w:r>
          </w:p>
        </w:tc>
      </w:tr>
      <w:tr w:rsidR="006F7457">
        <w:tc>
          <w:tcPr>
            <w:tcW w:w="2880" w:type="dxa"/>
          </w:tcPr>
          <w:p w:rsidR="006F7457" w:rsidRDefault="00332DB8">
            <w:r>
              <w:lastRenderedPageBreak/>
              <w:t>4764.</w:t>
            </w:r>
          </w:p>
        </w:tc>
        <w:tc>
          <w:tcPr>
            <w:tcW w:w="2880" w:type="dxa"/>
          </w:tcPr>
          <w:p w:rsidR="006F7457" w:rsidRPr="00332DB8" w:rsidRDefault="00332DB8">
            <w:pPr>
              <w:rPr>
                <w:lang w:val="ru-RU"/>
              </w:rPr>
            </w:pPr>
            <w:r w:rsidRPr="00332DB8">
              <w:rPr>
                <w:lang w:val="ru-RU"/>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2880" w:type="dxa"/>
          </w:tcPr>
          <w:p w:rsidR="006F7457" w:rsidRDefault="00332DB8">
            <w:r>
              <w:t>14.12.2018</w:t>
            </w:r>
          </w:p>
        </w:tc>
      </w:tr>
      <w:tr w:rsidR="006F7457">
        <w:tc>
          <w:tcPr>
            <w:tcW w:w="2880" w:type="dxa"/>
          </w:tcPr>
          <w:p w:rsidR="006F7457" w:rsidRDefault="00332DB8">
            <w:r>
              <w:t>4765.</w:t>
            </w:r>
          </w:p>
        </w:tc>
        <w:tc>
          <w:tcPr>
            <w:tcW w:w="2880" w:type="dxa"/>
          </w:tcPr>
          <w:p w:rsidR="006F7457" w:rsidRPr="00332DB8" w:rsidRDefault="00332DB8">
            <w:pPr>
              <w:rPr>
                <w:lang w:val="ru-RU"/>
              </w:rPr>
            </w:pPr>
            <w:r w:rsidRPr="00332DB8">
              <w:rPr>
                <w:lang w:val="ru-RU"/>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2880" w:type="dxa"/>
          </w:tcPr>
          <w:p w:rsidR="006F7457" w:rsidRDefault="00332DB8">
            <w:r>
              <w:t>14.12.2018</w:t>
            </w:r>
          </w:p>
        </w:tc>
      </w:tr>
      <w:tr w:rsidR="006F7457">
        <w:tc>
          <w:tcPr>
            <w:tcW w:w="2880" w:type="dxa"/>
          </w:tcPr>
          <w:p w:rsidR="006F7457" w:rsidRDefault="00332DB8">
            <w:r>
              <w:t>4766.</w:t>
            </w:r>
          </w:p>
        </w:tc>
        <w:tc>
          <w:tcPr>
            <w:tcW w:w="2880" w:type="dxa"/>
          </w:tcPr>
          <w:p w:rsidR="006F7457" w:rsidRPr="00332DB8" w:rsidRDefault="00332DB8">
            <w:pPr>
              <w:rPr>
                <w:lang w:val="ru-RU"/>
              </w:rPr>
            </w:pPr>
            <w:r w:rsidRPr="00332DB8">
              <w:rPr>
                <w:lang w:val="ru-RU"/>
              </w:rPr>
              <w:t>Листовка от имени «Национально-Державной Партии России (НДПР)» (решение Курского районного суда Курской области от 13.03.2009);</w:t>
            </w:r>
          </w:p>
        </w:tc>
        <w:tc>
          <w:tcPr>
            <w:tcW w:w="2880" w:type="dxa"/>
          </w:tcPr>
          <w:p w:rsidR="006F7457" w:rsidRDefault="00332DB8">
            <w:r>
              <w:t>21.12.2018</w:t>
            </w:r>
          </w:p>
        </w:tc>
      </w:tr>
      <w:tr w:rsidR="006F7457">
        <w:tc>
          <w:tcPr>
            <w:tcW w:w="2880" w:type="dxa"/>
          </w:tcPr>
          <w:p w:rsidR="006F7457" w:rsidRDefault="00332DB8">
            <w:r>
              <w:t>4767.</w:t>
            </w:r>
          </w:p>
        </w:tc>
        <w:tc>
          <w:tcPr>
            <w:tcW w:w="2880" w:type="dxa"/>
          </w:tcPr>
          <w:p w:rsidR="006F7457" w:rsidRPr="00332DB8" w:rsidRDefault="00332DB8">
            <w:pPr>
              <w:rPr>
                <w:lang w:val="ru-RU"/>
              </w:rPr>
            </w:pPr>
            <w:r w:rsidRPr="00332DB8">
              <w:rPr>
                <w:lang w:val="ru-RU"/>
              </w:rPr>
              <w:t>Страница, созданная неустановленными лицами по адресу: «</w:t>
            </w:r>
            <w:r>
              <w:t>ww</w:t>
            </w:r>
            <w:r w:rsidRPr="00332DB8">
              <w:rPr>
                <w:lang w:val="ru-RU"/>
              </w:rPr>
              <w:t>.</w:t>
            </w:r>
            <w:r>
              <w:t>vd</w:t>
            </w:r>
            <w:r w:rsidRPr="00332DB8">
              <w:rPr>
                <w:lang w:val="ru-RU"/>
              </w:rPr>
              <w:t>.</w:t>
            </w:r>
            <w:r>
              <w:t>ad</w:t>
            </w:r>
            <w:r w:rsidRPr="00332DB8">
              <w:rPr>
                <w:lang w:val="ru-RU"/>
              </w:rPr>
              <w:t>» (решение Октябрьского районного суда г. Ростова-на-Дону от 26.10.2015);</w:t>
            </w:r>
          </w:p>
        </w:tc>
        <w:tc>
          <w:tcPr>
            <w:tcW w:w="2880" w:type="dxa"/>
          </w:tcPr>
          <w:p w:rsidR="006F7457" w:rsidRDefault="00332DB8">
            <w:r>
              <w:t>21.12.2018</w:t>
            </w:r>
          </w:p>
        </w:tc>
      </w:tr>
      <w:tr w:rsidR="006F7457">
        <w:tc>
          <w:tcPr>
            <w:tcW w:w="2880" w:type="dxa"/>
          </w:tcPr>
          <w:p w:rsidR="006F7457" w:rsidRDefault="00332DB8">
            <w:r>
              <w:t>4768.</w:t>
            </w:r>
          </w:p>
        </w:tc>
        <w:tc>
          <w:tcPr>
            <w:tcW w:w="2880" w:type="dxa"/>
          </w:tcPr>
          <w:p w:rsidR="006F7457" w:rsidRPr="00332DB8" w:rsidRDefault="00332DB8">
            <w:pPr>
              <w:rPr>
                <w:lang w:val="ru-RU"/>
              </w:rPr>
            </w:pPr>
            <w:r w:rsidRPr="00332DB8">
              <w:rPr>
                <w:lang w:val="ru-RU"/>
              </w:rP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2880" w:type="dxa"/>
          </w:tcPr>
          <w:p w:rsidR="006F7457" w:rsidRDefault="00332DB8">
            <w:r>
              <w:t>21.12.2018</w:t>
            </w:r>
          </w:p>
        </w:tc>
      </w:tr>
      <w:tr w:rsidR="006F7457">
        <w:tc>
          <w:tcPr>
            <w:tcW w:w="2880" w:type="dxa"/>
          </w:tcPr>
          <w:p w:rsidR="006F7457" w:rsidRDefault="00332DB8">
            <w:r>
              <w:t>476</w:t>
            </w:r>
            <w:r>
              <w:lastRenderedPageBreak/>
              <w:t>9.</w:t>
            </w:r>
          </w:p>
        </w:tc>
        <w:tc>
          <w:tcPr>
            <w:tcW w:w="2880" w:type="dxa"/>
          </w:tcPr>
          <w:p w:rsidR="006F7457" w:rsidRPr="00332DB8" w:rsidRDefault="00332DB8">
            <w:pPr>
              <w:rPr>
                <w:lang w:val="ru-RU"/>
              </w:rPr>
            </w:pPr>
            <w:r w:rsidRPr="00332DB8">
              <w:rPr>
                <w:lang w:val="ru-RU"/>
              </w:rPr>
              <w:lastRenderedPageBreak/>
              <w:t>Песня группы «</w:t>
            </w:r>
            <w:r>
              <w:t>BASH</w:t>
            </w:r>
            <w:r w:rsidRPr="00332DB8">
              <w:rPr>
                <w:lang w:val="ru-RU"/>
              </w:rPr>
              <w:t>'</w:t>
            </w:r>
            <w:r>
              <w:t>ka</w:t>
            </w:r>
            <w:r w:rsidRPr="00332DB8">
              <w:rPr>
                <w:lang w:val="ru-RU"/>
              </w:rPr>
              <w:t xml:space="preserve">» под названием «А.С.А.В.», формат записи </w:t>
            </w:r>
            <w:r>
              <w:t>mp</w:t>
            </w:r>
            <w:r w:rsidRPr="00332DB8">
              <w:rPr>
                <w:lang w:val="ru-RU"/>
              </w:rPr>
              <w:t xml:space="preserve">3, продолжительностью 1 минута 59 секунд, объем 3 781 КБ, начинающаяся со слов: «Ты с пацанами бухаешь в подъезде…» и заканчивающаяся </w:t>
            </w:r>
            <w:r w:rsidRPr="00332DB8">
              <w:rPr>
                <w:lang w:val="ru-RU"/>
              </w:rPr>
              <w:lastRenderedPageBreak/>
              <w:t>словами «…мусора ублюдки» (решение Первореченского районного суда г. Владивостока от 27.09.2018);</w:t>
            </w:r>
          </w:p>
        </w:tc>
        <w:tc>
          <w:tcPr>
            <w:tcW w:w="2880" w:type="dxa"/>
          </w:tcPr>
          <w:p w:rsidR="006F7457" w:rsidRDefault="00332DB8">
            <w:r>
              <w:lastRenderedPageBreak/>
              <w:t>21.12.201</w:t>
            </w:r>
            <w:r>
              <w:lastRenderedPageBreak/>
              <w:t>8</w:t>
            </w:r>
          </w:p>
        </w:tc>
      </w:tr>
      <w:tr w:rsidR="006F7457">
        <w:tc>
          <w:tcPr>
            <w:tcW w:w="2880" w:type="dxa"/>
          </w:tcPr>
          <w:p w:rsidR="006F7457" w:rsidRDefault="00332DB8">
            <w:r>
              <w:lastRenderedPageBreak/>
              <w:t>4770.</w:t>
            </w:r>
          </w:p>
        </w:tc>
        <w:tc>
          <w:tcPr>
            <w:tcW w:w="2880" w:type="dxa"/>
          </w:tcPr>
          <w:p w:rsidR="006F7457" w:rsidRPr="00332DB8" w:rsidRDefault="00332DB8">
            <w:pPr>
              <w:rPr>
                <w:lang w:val="ru-RU"/>
              </w:rPr>
            </w:pPr>
            <w:r w:rsidRPr="00332DB8">
              <w:rPr>
                <w:lang w:val="ru-RU"/>
              </w:rPr>
              <w:t>Песня группы «</w:t>
            </w:r>
            <w:r>
              <w:t>BASH</w:t>
            </w:r>
            <w:r w:rsidRPr="00332DB8">
              <w:rPr>
                <w:lang w:val="ru-RU"/>
              </w:rPr>
              <w:t>'</w:t>
            </w:r>
            <w:r>
              <w:t>ka</w:t>
            </w:r>
            <w:r w:rsidRPr="00332DB8">
              <w:rPr>
                <w:lang w:val="ru-RU"/>
              </w:rPr>
              <w:t xml:space="preserve">» под названием «Ботинками», формат записи </w:t>
            </w:r>
            <w:r>
              <w:t>mp</w:t>
            </w:r>
            <w:r w:rsidRPr="00332DB8">
              <w:rPr>
                <w:lang w:val="ru-RU"/>
              </w:rPr>
              <w:t>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2880" w:type="dxa"/>
          </w:tcPr>
          <w:p w:rsidR="006F7457" w:rsidRDefault="00332DB8">
            <w:r>
              <w:t>21.12.2018</w:t>
            </w:r>
          </w:p>
        </w:tc>
      </w:tr>
      <w:tr w:rsidR="006F7457">
        <w:tc>
          <w:tcPr>
            <w:tcW w:w="2880" w:type="dxa"/>
          </w:tcPr>
          <w:p w:rsidR="006F7457" w:rsidRDefault="00332DB8">
            <w:r>
              <w:t>4771.</w:t>
            </w:r>
          </w:p>
        </w:tc>
        <w:tc>
          <w:tcPr>
            <w:tcW w:w="2880" w:type="dxa"/>
          </w:tcPr>
          <w:p w:rsidR="006F7457" w:rsidRPr="00332DB8" w:rsidRDefault="00332DB8">
            <w:pPr>
              <w:rPr>
                <w:lang w:val="ru-RU"/>
              </w:rPr>
            </w:pPr>
            <w:r w:rsidRPr="00332DB8">
              <w:rPr>
                <w:lang w:val="ru-RU"/>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2880" w:type="dxa"/>
          </w:tcPr>
          <w:p w:rsidR="006F7457" w:rsidRDefault="00332DB8">
            <w:r>
              <w:t>21.12.2018</w:t>
            </w:r>
          </w:p>
        </w:tc>
      </w:tr>
      <w:tr w:rsidR="006F7457">
        <w:tc>
          <w:tcPr>
            <w:tcW w:w="2880" w:type="dxa"/>
          </w:tcPr>
          <w:p w:rsidR="006F7457" w:rsidRDefault="00332DB8">
            <w:r>
              <w:t>4772.</w:t>
            </w:r>
          </w:p>
        </w:tc>
        <w:tc>
          <w:tcPr>
            <w:tcW w:w="2880" w:type="dxa"/>
          </w:tcPr>
          <w:p w:rsidR="006F7457" w:rsidRPr="00332DB8" w:rsidRDefault="00332DB8">
            <w:pPr>
              <w:rPr>
                <w:lang w:val="ru-RU"/>
              </w:rPr>
            </w:pPr>
            <w:r w:rsidRPr="00332DB8">
              <w:rPr>
                <w:lang w:val="ru-RU"/>
              </w:rPr>
              <w:t>Размещенные в сети Интернет, в том числе на веб сервисе сайта «</w:t>
            </w:r>
            <w:r>
              <w:t>vk</w:t>
            </w:r>
            <w:r w:rsidRPr="00332DB8">
              <w:rPr>
                <w:lang w:val="ru-RU"/>
              </w:rPr>
              <w:t>.</w:t>
            </w:r>
            <w:r>
              <w:t>com</w:t>
            </w:r>
            <w:r w:rsidRPr="00332DB8">
              <w:rPr>
                <w:lang w:val="ru-RU"/>
              </w:rPr>
              <w:t xml:space="preserve">» аудиозаписи под наименованием «Вандал - Антифашист» (18 аудиозаписей) длительностью от 00 минут 53 секунды до 04 минут 00 секунд, «Вандал - 12 - Антифашист - </w:t>
            </w:r>
            <w:r>
              <w:t>Fuck</w:t>
            </w:r>
            <w:r w:rsidRPr="00332DB8">
              <w:rPr>
                <w:lang w:val="ru-RU"/>
              </w:rPr>
              <w:t xml:space="preserve"> </w:t>
            </w:r>
            <w:r>
              <w:t>off</w:t>
            </w:r>
            <w:r w:rsidRPr="00332DB8">
              <w:rPr>
                <w:lang w:val="ru-RU"/>
              </w:rPr>
              <w:t xml:space="preserve">» длительностью 02 минуты 15 секунд, «ВАНДАЛ «Антифашист» » длительностью 01 минуту 34 секунды, «Вандал -Антифашист - </w:t>
            </w:r>
            <w:r>
              <w:t>Fuck</w:t>
            </w:r>
            <w:r w:rsidRPr="00332DB8">
              <w:rPr>
                <w:lang w:val="ru-RU"/>
              </w:rPr>
              <w:t xml:space="preserve"> </w:t>
            </w:r>
            <w:r>
              <w:t>off</w:t>
            </w:r>
            <w:r w:rsidRPr="00332DB8">
              <w:rPr>
                <w:lang w:val="ru-RU"/>
              </w:rPr>
              <w:t xml:space="preserve">»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w:t>
            </w:r>
            <w:r>
              <w:t>FUCK</w:t>
            </w:r>
            <w:r w:rsidRPr="00332DB8">
              <w:rPr>
                <w:lang w:val="ru-RU"/>
              </w:rPr>
              <w:t xml:space="preserve"> </w:t>
            </w:r>
            <w:r>
              <w:t>OFF</w:t>
            </w:r>
            <w:r w:rsidRPr="00332DB8">
              <w:rPr>
                <w:lang w:val="ru-RU"/>
              </w:rPr>
              <w:t xml:space="preserve">» длительностью 02 минуты 15 секунд, «ВАНДАЛ - Антифашист - </w:t>
            </w:r>
            <w:r>
              <w:t>Fuc</w:t>
            </w:r>
            <w:r w:rsidRPr="00332DB8">
              <w:rPr>
                <w:lang w:val="ru-RU"/>
              </w:rPr>
              <w:t xml:space="preserve">» длительностью 02 минуты 15 секунд, «Бритоголовые идут - Вандал – Антифашист – </w:t>
            </w:r>
            <w:r>
              <w:t>Fuck</w:t>
            </w:r>
            <w:r w:rsidRPr="00332DB8">
              <w:rPr>
                <w:lang w:val="ru-RU"/>
              </w:rPr>
              <w:t xml:space="preserve"> </w:t>
            </w:r>
            <w:r>
              <w:t>off</w:t>
            </w:r>
            <w:r w:rsidRPr="00332DB8">
              <w:rPr>
                <w:lang w:val="ru-RU"/>
              </w:rPr>
              <w:t xml:space="preserve">»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w:t>
            </w:r>
            <w:r>
              <w:t>http</w:t>
            </w:r>
            <w:r w:rsidRPr="00332DB8">
              <w:rPr>
                <w:lang w:val="ru-RU"/>
              </w:rPr>
              <w:t>://</w:t>
            </w:r>
            <w:r>
              <w:t>vkontakte</w:t>
            </w:r>
            <w:r w:rsidRPr="00332DB8">
              <w:rPr>
                <w:lang w:val="ru-RU"/>
              </w:rPr>
              <w:t>.</w:t>
            </w:r>
            <w:r>
              <w:t>ru</w:t>
            </w:r>
            <w:r w:rsidRPr="00332DB8">
              <w:rPr>
                <w:lang w:val="ru-RU"/>
              </w:rPr>
              <w:t>/</w:t>
            </w:r>
            <w:r>
              <w:t>app</w:t>
            </w:r>
            <w:r w:rsidRPr="00332DB8">
              <w:rPr>
                <w:lang w:val="ru-RU"/>
              </w:rPr>
              <w:t xml:space="preserve"> 1841357» длительностью 01 минуту 46 секунд, «ВАНДАЛ - Антифашист </w:t>
            </w:r>
            <w:r>
              <w:t>FUCK</w:t>
            </w:r>
            <w:r w:rsidRPr="00332DB8">
              <w:rPr>
                <w:lang w:val="ru-RU"/>
              </w:rPr>
              <w:t xml:space="preserve"> </w:t>
            </w:r>
            <w:r>
              <w:t>OFF</w:t>
            </w:r>
            <w:r w:rsidRPr="00332DB8">
              <w:rPr>
                <w:lang w:val="ru-RU"/>
              </w:rPr>
              <w:t xml:space="preserve">!» длительностью 01 минуту 46 секунд, «Вандал - Антифашист </w:t>
            </w:r>
            <w:r>
              <w:t>Fuck</w:t>
            </w:r>
            <w:r w:rsidRPr="00332DB8">
              <w:rPr>
                <w:lang w:val="ru-RU"/>
              </w:rPr>
              <w:t xml:space="preserve"> </w:t>
            </w:r>
            <w:r>
              <w:t>off</w:t>
            </w:r>
            <w:r w:rsidRPr="00332DB8">
              <w:rPr>
                <w:lang w:val="ru-RU"/>
              </w:rPr>
              <w:t xml:space="preserve">» длительностью 01 минуту 46 секунд, «ВАНДАЛ – Антифашист - </w:t>
            </w:r>
            <w:r>
              <w:t>Fuck</w:t>
            </w:r>
            <w:r w:rsidRPr="00332DB8">
              <w:rPr>
                <w:lang w:val="ru-RU"/>
              </w:rPr>
              <w:t xml:space="preserve"> </w:t>
            </w:r>
            <w:r>
              <w:t>off</w:t>
            </w:r>
            <w:r w:rsidRPr="00332DB8">
              <w:rPr>
                <w:lang w:val="ru-RU"/>
              </w:rPr>
              <w:t xml:space="preserve">» длительностью 02 минуты 17 секунд, «Вандал - Антифашист </w:t>
            </w:r>
            <w:r>
              <w:t>fuck</w:t>
            </w:r>
            <w:r w:rsidRPr="00332DB8">
              <w:rPr>
                <w:lang w:val="ru-RU"/>
              </w:rPr>
              <w:t xml:space="preserve"> </w:t>
            </w:r>
            <w:r>
              <w:t>off</w:t>
            </w:r>
            <w:r w:rsidRPr="00332DB8">
              <w:rPr>
                <w:lang w:val="ru-RU"/>
              </w:rPr>
              <w:t>» длительностью 01 минуту 45 секунд, «Вандал Ублюдок Антифашист» длительностью 01 минуту 46 секунд, «Вандал [</w:t>
            </w:r>
            <w:r>
              <w:t>http</w:t>
            </w:r>
            <w:r w:rsidRPr="00332DB8">
              <w:rPr>
                <w:lang w:val="ru-RU"/>
              </w:rPr>
              <w:t>://</w:t>
            </w:r>
            <w:r>
              <w:t>muz</w:t>
            </w:r>
            <w:r w:rsidRPr="00332DB8">
              <w:rPr>
                <w:lang w:val="ru-RU"/>
              </w:rPr>
              <w:t>-</w:t>
            </w:r>
            <w:r>
              <w:t>vk</w:t>
            </w:r>
            <w:r w:rsidRPr="00332DB8">
              <w:rPr>
                <w:lang w:val="ru-RU"/>
              </w:rPr>
              <w:t>.</w:t>
            </w:r>
            <w:r>
              <w:t>ru</w:t>
            </w:r>
            <w:r w:rsidRPr="00332DB8">
              <w:rPr>
                <w:lang w:val="ru-RU"/>
              </w:rPr>
              <w:t xml:space="preserve">] - -Антифашист- Для загрузки воспользуйтесь ссылкой - </w:t>
            </w:r>
            <w:r>
              <w:t>http</w:t>
            </w:r>
            <w:r w:rsidRPr="00332DB8">
              <w:rPr>
                <w:lang w:val="ru-RU"/>
              </w:rPr>
              <w:t>://</w:t>
            </w:r>
            <w:r>
              <w:t>muz</w:t>
            </w:r>
            <w:r w:rsidRPr="00332DB8">
              <w:rPr>
                <w:lang w:val="ru-RU"/>
              </w:rPr>
              <w:t>-</w:t>
            </w:r>
            <w:r>
              <w:t>vk</w:t>
            </w:r>
            <w:r w:rsidRPr="00332DB8">
              <w:rPr>
                <w:lang w:val="ru-RU"/>
              </w:rPr>
              <w:t>.</w:t>
            </w:r>
            <w:r>
              <w:t>ru</w:t>
            </w:r>
            <w:r w:rsidRPr="00332DB8">
              <w:rPr>
                <w:lang w:val="ru-RU"/>
              </w:rPr>
              <w:t>/?</w:t>
            </w:r>
            <w:r>
              <w:t>audio</w:t>
            </w:r>
            <w:r w:rsidRPr="00332DB8">
              <w:rPr>
                <w:lang w:val="ru-RU"/>
              </w:rPr>
              <w:t>_</w:t>
            </w:r>
            <w:r>
              <w:t>name</w:t>
            </w:r>
            <w:r w:rsidRPr="00332DB8">
              <w:rPr>
                <w:lang w:val="ru-RU"/>
              </w:rPr>
              <w:t>=Вандал» длительностью 01 минуту 45 секунд, «Вандал [</w:t>
            </w:r>
            <w:r>
              <w:t>http</w:t>
            </w:r>
            <w:r w:rsidRPr="00332DB8">
              <w:rPr>
                <w:lang w:val="ru-RU"/>
              </w:rPr>
              <w:t>://</w:t>
            </w:r>
            <w:r>
              <w:t>muz</w:t>
            </w:r>
            <w:r w:rsidRPr="00332DB8">
              <w:rPr>
                <w:lang w:val="ru-RU"/>
              </w:rPr>
              <w:t>-</w:t>
            </w:r>
            <w:r>
              <w:t>vk</w:t>
            </w:r>
            <w:r w:rsidRPr="00332DB8">
              <w:rPr>
                <w:lang w:val="ru-RU"/>
              </w:rPr>
              <w:t>.</w:t>
            </w:r>
            <w:r>
              <w:t>ru</w:t>
            </w:r>
            <w:r w:rsidRPr="00332DB8">
              <w:rPr>
                <w:lang w:val="ru-RU"/>
              </w:rPr>
              <w:t xml:space="preserve">] - </w:t>
            </w:r>
            <w:r w:rsidRPr="00332DB8">
              <w:rPr>
                <w:lang w:val="ru-RU"/>
              </w:rPr>
              <w:lastRenderedPageBreak/>
              <w:t xml:space="preserve">Антифашист Для загрузки воспользуйтесь ссылкой - </w:t>
            </w:r>
            <w:r>
              <w:t>http</w:t>
            </w:r>
            <w:r w:rsidRPr="00332DB8">
              <w:rPr>
                <w:lang w:val="ru-RU"/>
              </w:rPr>
              <w:t>://</w:t>
            </w:r>
            <w:r>
              <w:t>muz</w:t>
            </w:r>
            <w:r w:rsidRPr="00332DB8">
              <w:rPr>
                <w:lang w:val="ru-RU"/>
              </w:rPr>
              <w:t>-</w:t>
            </w:r>
            <w:r>
              <w:t>vk</w:t>
            </w:r>
            <w:r w:rsidRPr="00332DB8">
              <w:rPr>
                <w:lang w:val="ru-RU"/>
              </w:rPr>
              <w:t>.</w:t>
            </w:r>
            <w:r>
              <w:t>ru</w:t>
            </w:r>
            <w:r w:rsidRPr="00332DB8">
              <w:rPr>
                <w:lang w:val="ru-RU"/>
              </w:rPr>
              <w:t>/?</w:t>
            </w:r>
            <w:r>
              <w:t>audio</w:t>
            </w:r>
            <w:r w:rsidRPr="00332DB8">
              <w:rPr>
                <w:lang w:val="ru-RU"/>
              </w:rPr>
              <w:t>_</w:t>
            </w:r>
            <w:r>
              <w:t>name</w:t>
            </w:r>
            <w:r w:rsidRPr="00332DB8">
              <w:rPr>
                <w:lang w:val="ru-RU"/>
              </w:rPr>
              <w:t>=Вандал» длительностью 02 минуты 15 секунд, «Вандал [</w:t>
            </w:r>
            <w:r>
              <w:t>http</w:t>
            </w:r>
            <w:r w:rsidRPr="00332DB8">
              <w:rPr>
                <w:lang w:val="ru-RU"/>
              </w:rPr>
              <w:t>://</w:t>
            </w:r>
            <w:r>
              <w:t>muz</w:t>
            </w:r>
            <w:r w:rsidRPr="00332DB8">
              <w:rPr>
                <w:lang w:val="ru-RU"/>
              </w:rPr>
              <w:t>-</w:t>
            </w:r>
            <w:r>
              <w:t>vk</w:t>
            </w:r>
            <w:r w:rsidRPr="00332DB8">
              <w:rPr>
                <w:lang w:val="ru-RU"/>
              </w:rPr>
              <w:t>.</w:t>
            </w:r>
            <w:r>
              <w:t>ru</w:t>
            </w:r>
            <w:r w:rsidRPr="00332DB8">
              <w:rPr>
                <w:lang w:val="ru-RU"/>
              </w:rPr>
              <w:t xml:space="preserve">] – Антифашист - </w:t>
            </w:r>
            <w:r>
              <w:t>Fuck</w:t>
            </w:r>
            <w:r w:rsidRPr="00332DB8">
              <w:rPr>
                <w:lang w:val="ru-RU"/>
              </w:rPr>
              <w:t xml:space="preserve"> </w:t>
            </w:r>
            <w:r>
              <w:t>Off</w:t>
            </w:r>
            <w:r w:rsidRPr="00332DB8">
              <w:rPr>
                <w:lang w:val="ru-RU"/>
              </w:rPr>
              <w:t xml:space="preserve"> Для загрузки воспользуйтесь ссылкой - </w:t>
            </w:r>
            <w:r>
              <w:t>http</w:t>
            </w:r>
            <w:r w:rsidRPr="00332DB8">
              <w:rPr>
                <w:lang w:val="ru-RU"/>
              </w:rPr>
              <w:t>://</w:t>
            </w:r>
            <w:r>
              <w:t>muz</w:t>
            </w:r>
            <w:r w:rsidRPr="00332DB8">
              <w:rPr>
                <w:lang w:val="ru-RU"/>
              </w:rPr>
              <w:t>-</w:t>
            </w:r>
            <w:r>
              <w:t>vk</w:t>
            </w:r>
            <w:r w:rsidRPr="00332DB8">
              <w:rPr>
                <w:lang w:val="ru-RU"/>
              </w:rPr>
              <w:t>.</w:t>
            </w:r>
            <w:r>
              <w:t>ru</w:t>
            </w:r>
            <w:r w:rsidRPr="00332DB8">
              <w:rPr>
                <w:lang w:val="ru-RU"/>
              </w:rPr>
              <w:t xml:space="preserve">/? </w:t>
            </w:r>
            <w:r>
              <w:t>audio</w:t>
            </w:r>
            <w:r w:rsidRPr="00332DB8">
              <w:rPr>
                <w:lang w:val="ru-RU"/>
              </w:rPr>
              <w:t>_</w:t>
            </w:r>
            <w:r>
              <w:t>name</w:t>
            </w:r>
            <w:r w:rsidRPr="00332DB8">
              <w:rPr>
                <w:lang w:val="ru-RU"/>
              </w:rPr>
              <w:t xml:space="preserve">=Вандал» длительностью 01 минуту 42 секунды, «Вандал – АнтифашистРиск </w:t>
            </w:r>
            <w:r>
              <w:t>off</w:t>
            </w:r>
            <w:r w:rsidRPr="00332DB8">
              <w:rPr>
                <w:lang w:val="ru-RU"/>
              </w:rPr>
              <w:t xml:space="preserve"> (неполная)» длительностью 01 минуту 42 секунды, «Вандал [</w:t>
            </w:r>
            <w:r>
              <w:t>http</w:t>
            </w:r>
            <w:r w:rsidRPr="00332DB8">
              <w:rPr>
                <w:lang w:val="ru-RU"/>
              </w:rPr>
              <w:t>://</w:t>
            </w:r>
            <w:r>
              <w:t>muz</w:t>
            </w:r>
            <w:r w:rsidRPr="00332DB8">
              <w:rPr>
                <w:lang w:val="ru-RU"/>
              </w:rPr>
              <w:t>-</w:t>
            </w:r>
            <w:r>
              <w:t>vk</w:t>
            </w:r>
            <w:r w:rsidRPr="00332DB8">
              <w:rPr>
                <w:lang w:val="ru-RU"/>
              </w:rPr>
              <w:t>.</w:t>
            </w:r>
            <w:r>
              <w:t>ru</w:t>
            </w:r>
            <w:r w:rsidRPr="00332DB8">
              <w:rPr>
                <w:lang w:val="ru-RU"/>
              </w:rPr>
              <w:t xml:space="preserve">] - Антифашист - </w:t>
            </w:r>
            <w:r>
              <w:t>Fuck</w:t>
            </w:r>
            <w:r w:rsidRPr="00332DB8">
              <w:rPr>
                <w:lang w:val="ru-RU"/>
              </w:rPr>
              <w:t xml:space="preserve"> </w:t>
            </w:r>
            <w:r>
              <w:t>off</w:t>
            </w:r>
            <w:r w:rsidRPr="00332DB8">
              <w:rPr>
                <w:lang w:val="ru-RU"/>
              </w:rPr>
              <w:t xml:space="preserve"> Для загрузки воспользуйтесь ссылкой - </w:t>
            </w:r>
            <w:r>
              <w:t>http</w:t>
            </w:r>
            <w:r w:rsidRPr="00332DB8">
              <w:rPr>
                <w:lang w:val="ru-RU"/>
              </w:rPr>
              <w:t>://</w:t>
            </w:r>
            <w:r>
              <w:t>muz</w:t>
            </w:r>
            <w:r w:rsidRPr="00332DB8">
              <w:rPr>
                <w:lang w:val="ru-RU"/>
              </w:rPr>
              <w:t>-</w:t>
            </w:r>
            <w:r>
              <w:t>vk</w:t>
            </w:r>
            <w:r w:rsidRPr="00332DB8">
              <w:rPr>
                <w:lang w:val="ru-RU"/>
              </w:rPr>
              <w:t>.</w:t>
            </w:r>
            <w:r>
              <w:t>ru</w:t>
            </w:r>
            <w:r w:rsidRPr="00332DB8">
              <w:rPr>
                <w:lang w:val="ru-RU"/>
              </w:rPr>
              <w:t>/?</w:t>
            </w:r>
            <w:r>
              <w:t>audio</w:t>
            </w:r>
            <w:r w:rsidRPr="00332DB8">
              <w:rPr>
                <w:lang w:val="ru-RU"/>
              </w:rPr>
              <w:t>_</w:t>
            </w:r>
            <w:r>
              <w:t>name</w:t>
            </w:r>
            <w:r w:rsidRPr="00332DB8">
              <w:rPr>
                <w:lang w:val="ru-RU"/>
              </w:rPr>
              <w:t xml:space="preserve">=Вандал» длительностью 02 минуты 09 секунд, «Бр идут - Вандал – Антифашист </w:t>
            </w:r>
            <w:r>
              <w:t>Fuck</w:t>
            </w:r>
            <w:r w:rsidRPr="00332DB8">
              <w:rPr>
                <w:lang w:val="ru-RU"/>
              </w:rPr>
              <w:t xml:space="preserve"> </w:t>
            </w:r>
            <w:r>
              <w:t>off</w:t>
            </w:r>
            <w:r w:rsidRPr="00332DB8">
              <w:rPr>
                <w:lang w:val="ru-RU"/>
              </w:rPr>
              <w:t xml:space="preserve">» длительностью 02 минуты 16 секунд, «Неизвестен - Вандал - Антифашист» длительностью 02 минуты 15 секунд, «Секира Перуна - Антифашист - </w:t>
            </w:r>
            <w:r>
              <w:t>Fuck</w:t>
            </w:r>
            <w:r w:rsidRPr="00332DB8">
              <w:rPr>
                <w:lang w:val="ru-RU"/>
              </w:rPr>
              <w:t xml:space="preserve"> </w:t>
            </w:r>
            <w:r>
              <w:t>off</w:t>
            </w:r>
            <w:r w:rsidRPr="00332DB8">
              <w:rPr>
                <w:lang w:val="ru-RU"/>
              </w:rPr>
              <w:t xml:space="preserve">»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w:t>
            </w:r>
            <w:r>
              <w:t>fuck</w:t>
            </w:r>
            <w:r w:rsidRPr="00332DB8">
              <w:rPr>
                <w:lang w:val="ru-RU"/>
              </w:rPr>
              <w:t xml:space="preserve"> </w:t>
            </w:r>
            <w:r>
              <w:t>off</w:t>
            </w:r>
            <w:r w:rsidRPr="00332DB8">
              <w:rPr>
                <w:lang w:val="ru-RU"/>
              </w:rPr>
              <w:t>! (повторяется три раза)»; (решение Благовещенского городского суда Амурской области от 05.10.2018);</w:t>
            </w:r>
          </w:p>
        </w:tc>
        <w:tc>
          <w:tcPr>
            <w:tcW w:w="2880" w:type="dxa"/>
          </w:tcPr>
          <w:p w:rsidR="006F7457" w:rsidRDefault="00332DB8">
            <w:r>
              <w:lastRenderedPageBreak/>
              <w:t>21.12.2018</w:t>
            </w:r>
          </w:p>
        </w:tc>
      </w:tr>
      <w:tr w:rsidR="006F7457">
        <w:tc>
          <w:tcPr>
            <w:tcW w:w="2880" w:type="dxa"/>
          </w:tcPr>
          <w:p w:rsidR="006F7457" w:rsidRDefault="00332DB8">
            <w:r>
              <w:lastRenderedPageBreak/>
              <w:t>4773.</w:t>
            </w:r>
          </w:p>
        </w:tc>
        <w:tc>
          <w:tcPr>
            <w:tcW w:w="2880" w:type="dxa"/>
          </w:tcPr>
          <w:p w:rsidR="006F7457" w:rsidRDefault="00332DB8">
            <w:r w:rsidRPr="00332DB8">
              <w:rPr>
                <w:lang w:val="ru-RU"/>
              </w:rPr>
              <w:t>Размещенные в сети Интернет, в том числе на веб сервисе сайта «</w:t>
            </w:r>
            <w:r>
              <w:t>vk</w:t>
            </w:r>
            <w:r w:rsidRPr="00332DB8">
              <w:rPr>
                <w:lang w:val="ru-RU"/>
              </w:rPr>
              <w:t>.</w:t>
            </w:r>
            <w:r>
              <w:t>com</w:t>
            </w:r>
            <w:r w:rsidRPr="00332DB8">
              <w:rPr>
                <w:lang w:val="ru-RU"/>
              </w:rPr>
              <w:t>» аудиозаписи «</w:t>
            </w:r>
            <w:r>
              <w:t>Nordfront</w:t>
            </w:r>
            <w:r w:rsidRPr="00332DB8">
              <w:rPr>
                <w:lang w:val="ru-RU"/>
              </w:rPr>
              <w:t xml:space="preserve"> - </w:t>
            </w:r>
            <w:r>
              <w:t>Hu</w:t>
            </w:r>
            <w:r w:rsidRPr="00332DB8">
              <w:rPr>
                <w:lang w:val="ru-RU"/>
              </w:rPr>
              <w:t>-</w:t>
            </w:r>
            <w:r>
              <w:t>Ha</w:t>
            </w:r>
            <w:r w:rsidRPr="00332DB8">
              <w:rPr>
                <w:lang w:val="ru-RU"/>
              </w:rPr>
              <w:t xml:space="preserve">, </w:t>
            </w:r>
            <w:r>
              <w:t>Antifa</w:t>
            </w:r>
            <w:r w:rsidRPr="00332DB8">
              <w:rPr>
                <w:lang w:val="ru-RU"/>
              </w:rPr>
              <w:t>» длительностью 03 минуты 34 секунды, 01 минуту 55 секунд, «</w:t>
            </w:r>
            <w:r>
              <w:t>Nordfront</w:t>
            </w:r>
            <w:r w:rsidRPr="00332DB8">
              <w:rPr>
                <w:lang w:val="ru-RU"/>
              </w:rPr>
              <w:t xml:space="preserve"> - </w:t>
            </w:r>
            <w:r>
              <w:t>Hu</w:t>
            </w:r>
            <w:r w:rsidRPr="00332DB8">
              <w:rPr>
                <w:lang w:val="ru-RU"/>
              </w:rPr>
              <w:t>-</w:t>
            </w:r>
            <w:r>
              <w:t>Ha</w:t>
            </w:r>
            <w:r w:rsidRPr="00332DB8">
              <w:rPr>
                <w:lang w:val="ru-RU"/>
              </w:rPr>
              <w:t xml:space="preserve">, </w:t>
            </w:r>
            <w:r>
              <w:t>Antifa</w:t>
            </w:r>
            <w:r w:rsidRPr="00332DB8">
              <w:rPr>
                <w:lang w:val="ru-RU"/>
              </w:rPr>
              <w:t>3» длительностью 03 минуты 34 секунды, «</w:t>
            </w:r>
            <w:r>
              <w:t>Nordfront</w:t>
            </w:r>
            <w:r w:rsidRPr="00332DB8">
              <w:rPr>
                <w:lang w:val="ru-RU"/>
              </w:rPr>
              <w:t xml:space="preserve"> </w:t>
            </w:r>
            <w:r>
              <w:t>SS</w:t>
            </w:r>
            <w:r w:rsidRPr="00332DB8">
              <w:rPr>
                <w:lang w:val="ru-RU"/>
              </w:rPr>
              <w:t xml:space="preserve"> - </w:t>
            </w:r>
            <w:r>
              <w:t>Hu</w:t>
            </w:r>
            <w:r w:rsidRPr="00332DB8">
              <w:rPr>
                <w:lang w:val="ru-RU"/>
              </w:rPr>
              <w:t>-</w:t>
            </w:r>
            <w:r>
              <w:t>Ha</w:t>
            </w:r>
            <w:r w:rsidRPr="00332DB8">
              <w:rPr>
                <w:lang w:val="ru-RU"/>
              </w:rPr>
              <w:t xml:space="preserve">, </w:t>
            </w:r>
            <w:r>
              <w:t>Antifa</w:t>
            </w:r>
            <w:r w:rsidRPr="00332DB8">
              <w:rPr>
                <w:lang w:val="ru-RU"/>
              </w:rPr>
              <w:t>» длительностью 03 минуты 31 секунду, «</w:t>
            </w:r>
            <w:r>
              <w:t>Nordfront</w:t>
            </w:r>
            <w:r w:rsidRPr="00332DB8">
              <w:rPr>
                <w:lang w:val="ru-RU"/>
              </w:rPr>
              <w:t xml:space="preserve"> - 14-</w:t>
            </w:r>
            <w:r>
              <w:t>H</w:t>
            </w:r>
            <w:r w:rsidRPr="00332DB8">
              <w:rPr>
                <w:lang w:val="ru-RU"/>
              </w:rPr>
              <w:t>и-</w:t>
            </w:r>
            <w:r>
              <w:t>Ha</w:t>
            </w:r>
            <w:r w:rsidRPr="00332DB8">
              <w:rPr>
                <w:lang w:val="ru-RU"/>
              </w:rPr>
              <w:t>!» длительностью 03 минуты 34 секунды, «</w:t>
            </w:r>
            <w:r>
              <w:t>Nordfront</w:t>
            </w:r>
            <w:r w:rsidRPr="00332DB8">
              <w:rPr>
                <w:lang w:val="ru-RU"/>
              </w:rPr>
              <w:t xml:space="preserve"> - </w:t>
            </w:r>
            <w:r>
              <w:t>Hu</w:t>
            </w:r>
            <w:r w:rsidRPr="00332DB8">
              <w:rPr>
                <w:lang w:val="ru-RU"/>
              </w:rPr>
              <w:t>-</w:t>
            </w:r>
            <w:r>
              <w:t>Ha</w:t>
            </w:r>
            <w:r w:rsidRPr="00332DB8">
              <w:rPr>
                <w:lang w:val="ru-RU"/>
              </w:rPr>
              <w:t xml:space="preserve"> (</w:t>
            </w:r>
            <w:r>
              <w:t>Chingishan</w:t>
            </w:r>
            <w:r w:rsidRPr="00332DB8">
              <w:rPr>
                <w:lang w:val="ru-RU"/>
              </w:rPr>
              <w:t>)» длительностью 01 минуту 55 секунд, «</w:t>
            </w:r>
            <w:r>
              <w:t>Nordfront</w:t>
            </w:r>
            <w:r w:rsidRPr="00332DB8">
              <w:rPr>
                <w:lang w:val="ru-RU"/>
              </w:rPr>
              <w:t xml:space="preserve"> - </w:t>
            </w:r>
            <w:r>
              <w:t>Hu</w:t>
            </w:r>
            <w:r w:rsidRPr="00332DB8">
              <w:rPr>
                <w:lang w:val="ru-RU"/>
              </w:rPr>
              <w:t>-</w:t>
            </w:r>
            <w:r>
              <w:t>Ha</w:t>
            </w:r>
            <w:r w:rsidRPr="00332DB8">
              <w:rPr>
                <w:lang w:val="ru-RU"/>
              </w:rPr>
              <w:t xml:space="preserve"> </w:t>
            </w:r>
            <w:r>
              <w:t>ontifa</w:t>
            </w:r>
            <w:r w:rsidRPr="00332DB8">
              <w:rPr>
                <w:lang w:val="ru-RU"/>
              </w:rPr>
              <w:t>» длительностью 01 минуту 55 секунд, «</w:t>
            </w:r>
            <w:r>
              <w:t>Nordfront</w:t>
            </w:r>
            <w:r w:rsidRPr="00332DB8">
              <w:rPr>
                <w:lang w:val="ru-RU"/>
              </w:rPr>
              <w:t xml:space="preserve"> – </w:t>
            </w:r>
            <w:r>
              <w:t>Hu</w:t>
            </w:r>
            <w:r w:rsidRPr="00332DB8">
              <w:rPr>
                <w:lang w:val="ru-RU"/>
              </w:rPr>
              <w:t>-</w:t>
            </w:r>
            <w:r>
              <w:t>Ha</w:t>
            </w:r>
            <w:r w:rsidRPr="00332DB8">
              <w:rPr>
                <w:lang w:val="ru-RU"/>
              </w:rPr>
              <w:t>!» длительностью 03 минуты 17 секунд, начинающихся словами: «</w:t>
            </w:r>
            <w:r>
              <w:t>Ich</w:t>
            </w:r>
            <w:r w:rsidRPr="00332DB8">
              <w:rPr>
                <w:lang w:val="ru-RU"/>
              </w:rPr>
              <w:t xml:space="preserve"> </w:t>
            </w:r>
            <w:r>
              <w:t>werde</w:t>
            </w:r>
            <w:r w:rsidRPr="00332DB8">
              <w:rPr>
                <w:lang w:val="ru-RU"/>
              </w:rPr>
              <w:t xml:space="preserve"> </w:t>
            </w:r>
            <w:r>
              <w:t>es</w:t>
            </w:r>
            <w:r w:rsidRPr="00332DB8">
              <w:rPr>
                <w:lang w:val="ru-RU"/>
              </w:rPr>
              <w:t xml:space="preserve"> </w:t>
            </w:r>
            <w:r>
              <w:t>nicht</w:t>
            </w:r>
            <w:r w:rsidRPr="00332DB8">
              <w:rPr>
                <w:lang w:val="ru-RU"/>
              </w:rPr>
              <w:t xml:space="preserve"> </w:t>
            </w:r>
            <w:r>
              <w:t>zulassen</w:t>
            </w:r>
            <w:r w:rsidRPr="00332DB8">
              <w:rPr>
                <w:lang w:val="ru-RU"/>
              </w:rPr>
              <w:t xml:space="preserve">, </w:t>
            </w:r>
            <w:r>
              <w:t>dass</w:t>
            </w:r>
            <w:r w:rsidRPr="00332DB8">
              <w:rPr>
                <w:lang w:val="ru-RU"/>
              </w:rPr>
              <w:t xml:space="preserve"> </w:t>
            </w:r>
            <w:r>
              <w:t>wir</w:t>
            </w:r>
            <w:r w:rsidRPr="00332DB8">
              <w:rPr>
                <w:lang w:val="ru-RU"/>
              </w:rPr>
              <w:t xml:space="preserve"> </w:t>
            </w:r>
            <w:r>
              <w:t>uns</w:t>
            </w:r>
            <w:r w:rsidRPr="00332DB8">
              <w:rPr>
                <w:lang w:val="ru-RU"/>
              </w:rPr>
              <w:t xml:space="preserve"> </w:t>
            </w:r>
            <w:r>
              <w:t>der</w:t>
            </w:r>
            <w:r w:rsidRPr="00332DB8">
              <w:rPr>
                <w:lang w:val="ru-RU"/>
              </w:rPr>
              <w:t>…», заканчивающихся словами «…</w:t>
            </w:r>
            <w:r>
              <w:t>Und</w:t>
            </w:r>
            <w:r w:rsidRPr="00332DB8">
              <w:rPr>
                <w:lang w:val="ru-RU"/>
              </w:rPr>
              <w:t xml:space="preserve"> </w:t>
            </w:r>
            <w:r>
              <w:t>dann</w:t>
            </w:r>
            <w:r w:rsidRPr="00332DB8">
              <w:rPr>
                <w:lang w:val="ru-RU"/>
              </w:rPr>
              <w:t xml:space="preserve"> </w:t>
            </w:r>
            <w:r>
              <w:t>bist</w:t>
            </w:r>
            <w:r w:rsidRPr="00332DB8">
              <w:rPr>
                <w:lang w:val="ru-RU"/>
              </w:rPr>
              <w:t xml:space="preserve"> </w:t>
            </w:r>
            <w:r>
              <w:t>du</w:t>
            </w:r>
            <w:r w:rsidRPr="00332DB8">
              <w:rPr>
                <w:lang w:val="ru-RU"/>
              </w:rPr>
              <w:t xml:space="preserve"> </w:t>
            </w:r>
            <w:r>
              <w:t>bald</w:t>
            </w:r>
            <w:r w:rsidRPr="00332DB8">
              <w:rPr>
                <w:lang w:val="ru-RU"/>
              </w:rPr>
              <w:t xml:space="preserve"> </w:t>
            </w:r>
            <w:r>
              <w:t>schon</w:t>
            </w:r>
            <w:r w:rsidRPr="00332DB8">
              <w:rPr>
                <w:lang w:val="ru-RU"/>
              </w:rPr>
              <w:t xml:space="preserve"> </w:t>
            </w:r>
            <w:r>
              <w:t>nicht</w:t>
            </w:r>
            <w:r w:rsidRPr="00332DB8">
              <w:rPr>
                <w:lang w:val="ru-RU"/>
              </w:rPr>
              <w:t xml:space="preserve"> </w:t>
            </w:r>
            <w:r>
              <w:t>mehr</w:t>
            </w:r>
            <w:r w:rsidRPr="00332DB8">
              <w:rPr>
                <w:lang w:val="ru-RU"/>
              </w:rPr>
              <w:t xml:space="preserve"> </w:t>
            </w:r>
            <w:r>
              <w:t>da</w:t>
            </w:r>
            <w:r w:rsidRPr="00332DB8">
              <w:rPr>
                <w:lang w:val="ru-RU"/>
              </w:rPr>
              <w:t xml:space="preserve">… </w:t>
            </w:r>
            <w:r>
              <w:t>HuHa» (решение Благовещенского городского суда Амурской области от 05.10.2018);</w:t>
            </w:r>
          </w:p>
        </w:tc>
        <w:tc>
          <w:tcPr>
            <w:tcW w:w="2880" w:type="dxa"/>
          </w:tcPr>
          <w:p w:rsidR="006F7457" w:rsidRDefault="00332DB8">
            <w:r>
              <w:t>21.12.2018</w:t>
            </w:r>
          </w:p>
        </w:tc>
      </w:tr>
      <w:tr w:rsidR="006F7457">
        <w:tc>
          <w:tcPr>
            <w:tcW w:w="2880" w:type="dxa"/>
          </w:tcPr>
          <w:p w:rsidR="006F7457" w:rsidRDefault="00332DB8">
            <w:r>
              <w:t>4774.</w:t>
            </w:r>
          </w:p>
        </w:tc>
        <w:tc>
          <w:tcPr>
            <w:tcW w:w="2880" w:type="dxa"/>
          </w:tcPr>
          <w:p w:rsidR="006F7457" w:rsidRPr="00332DB8" w:rsidRDefault="00332DB8">
            <w:pPr>
              <w:rPr>
                <w:lang w:val="ru-RU"/>
              </w:rPr>
            </w:pPr>
            <w:r w:rsidRPr="00332DB8">
              <w:rPr>
                <w:lang w:val="ru-RU"/>
              </w:rPr>
              <w:t>Размещенные в сети Интернет, в том числе на веб сервисе сайта «</w:t>
            </w:r>
            <w:r>
              <w:t>vk</w:t>
            </w:r>
            <w:r w:rsidRPr="00332DB8">
              <w:rPr>
                <w:lang w:val="ru-RU"/>
              </w:rPr>
              <w:t>.</w:t>
            </w:r>
            <w:r>
              <w:t>com</w:t>
            </w:r>
            <w:r w:rsidRPr="00332DB8">
              <w:rPr>
                <w:lang w:val="ru-RU"/>
              </w:rPr>
              <w:t xml:space="preserve">»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w:t>
            </w:r>
            <w:r w:rsidRPr="00332DB8">
              <w:rPr>
                <w:lang w:val="ru-RU"/>
              </w:rPr>
              <w:lastRenderedPageBreak/>
              <w:t>Благовещенского городского суда Амурской области от 05.10.2018);</w:t>
            </w:r>
          </w:p>
        </w:tc>
        <w:tc>
          <w:tcPr>
            <w:tcW w:w="2880" w:type="dxa"/>
          </w:tcPr>
          <w:p w:rsidR="006F7457" w:rsidRDefault="00332DB8">
            <w:r>
              <w:lastRenderedPageBreak/>
              <w:t>21.12.2018</w:t>
            </w:r>
          </w:p>
        </w:tc>
      </w:tr>
      <w:tr w:rsidR="006F7457">
        <w:tc>
          <w:tcPr>
            <w:tcW w:w="2880" w:type="dxa"/>
          </w:tcPr>
          <w:p w:rsidR="006F7457" w:rsidRDefault="00332DB8">
            <w:r>
              <w:lastRenderedPageBreak/>
              <w:t>4775.</w:t>
            </w:r>
          </w:p>
        </w:tc>
        <w:tc>
          <w:tcPr>
            <w:tcW w:w="2880" w:type="dxa"/>
          </w:tcPr>
          <w:p w:rsidR="006F7457" w:rsidRPr="00332DB8" w:rsidRDefault="00332DB8">
            <w:pPr>
              <w:rPr>
                <w:lang w:val="ru-RU"/>
              </w:rPr>
            </w:pPr>
            <w:r w:rsidRPr="00332DB8">
              <w:rPr>
                <w:lang w:val="ru-RU"/>
              </w:rPr>
              <w:t>Размещенная в сети Интернет, в том числе на веб сервисе сайта «</w:t>
            </w:r>
            <w:r>
              <w:t>vk</w:t>
            </w:r>
            <w:r w:rsidRPr="00332DB8">
              <w:rPr>
                <w:lang w:val="ru-RU"/>
              </w:rPr>
              <w:t>.</w:t>
            </w:r>
            <w:r>
              <w:t>com</w:t>
            </w:r>
            <w:r w:rsidRPr="00332DB8">
              <w:rPr>
                <w:lang w:val="ru-RU"/>
              </w:rPr>
              <w:t>»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2880" w:type="dxa"/>
          </w:tcPr>
          <w:p w:rsidR="006F7457" w:rsidRDefault="00332DB8">
            <w:r>
              <w:t>21.12.2018</w:t>
            </w:r>
          </w:p>
        </w:tc>
      </w:tr>
      <w:tr w:rsidR="006F7457">
        <w:tc>
          <w:tcPr>
            <w:tcW w:w="2880" w:type="dxa"/>
          </w:tcPr>
          <w:p w:rsidR="006F7457" w:rsidRDefault="00332DB8">
            <w:r>
              <w:t>4776.</w:t>
            </w:r>
          </w:p>
        </w:tc>
        <w:tc>
          <w:tcPr>
            <w:tcW w:w="2880" w:type="dxa"/>
          </w:tcPr>
          <w:p w:rsidR="006F7457" w:rsidRPr="00332DB8" w:rsidRDefault="00332DB8">
            <w:pPr>
              <w:rPr>
                <w:lang w:val="ru-RU"/>
              </w:rPr>
            </w:pPr>
            <w:r w:rsidRPr="00332DB8">
              <w:rPr>
                <w:lang w:val="ru-RU"/>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rsidR="006F7457" w:rsidRDefault="00332DB8">
            <w:r>
              <w:t>21.12.2018</w:t>
            </w:r>
          </w:p>
        </w:tc>
      </w:tr>
      <w:tr w:rsidR="006F7457">
        <w:tc>
          <w:tcPr>
            <w:tcW w:w="2880" w:type="dxa"/>
          </w:tcPr>
          <w:p w:rsidR="006F7457" w:rsidRDefault="00332DB8">
            <w:r>
              <w:t>4777.</w:t>
            </w:r>
          </w:p>
        </w:tc>
        <w:tc>
          <w:tcPr>
            <w:tcW w:w="2880" w:type="dxa"/>
          </w:tcPr>
          <w:p w:rsidR="006F7457" w:rsidRPr="00332DB8" w:rsidRDefault="00332DB8">
            <w:pPr>
              <w:rPr>
                <w:lang w:val="ru-RU"/>
              </w:rPr>
            </w:pPr>
            <w:r w:rsidRPr="00332DB8">
              <w:rPr>
                <w:lang w:val="ru-RU"/>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rsidR="006F7457" w:rsidRDefault="00332DB8">
            <w:r>
              <w:t>21.12.2018</w:t>
            </w:r>
          </w:p>
        </w:tc>
      </w:tr>
      <w:tr w:rsidR="006F7457">
        <w:tc>
          <w:tcPr>
            <w:tcW w:w="2880" w:type="dxa"/>
          </w:tcPr>
          <w:p w:rsidR="006F7457" w:rsidRDefault="00332DB8">
            <w:r>
              <w:t>4778.</w:t>
            </w:r>
          </w:p>
        </w:tc>
        <w:tc>
          <w:tcPr>
            <w:tcW w:w="2880" w:type="dxa"/>
          </w:tcPr>
          <w:p w:rsidR="006F7457" w:rsidRPr="00332DB8" w:rsidRDefault="00332DB8">
            <w:pPr>
              <w:rPr>
                <w:lang w:val="ru-RU"/>
              </w:rPr>
            </w:pPr>
            <w:r w:rsidRPr="00332DB8">
              <w:rPr>
                <w:lang w:val="ru-RU"/>
              </w:rPr>
              <w:t>Аудиозапись «</w:t>
            </w:r>
            <w:r>
              <w:t>CWT</w:t>
            </w:r>
            <w:r w:rsidRPr="00332DB8">
              <w:rPr>
                <w:lang w:val="ru-RU"/>
              </w:rPr>
              <w:t xml:space="preserve">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rsidR="006F7457" w:rsidRDefault="00332DB8">
            <w:r>
              <w:t>21.12.2018</w:t>
            </w:r>
          </w:p>
        </w:tc>
      </w:tr>
      <w:tr w:rsidR="006F7457">
        <w:tc>
          <w:tcPr>
            <w:tcW w:w="2880" w:type="dxa"/>
          </w:tcPr>
          <w:p w:rsidR="006F7457" w:rsidRDefault="00332DB8">
            <w:r>
              <w:t>4779.</w:t>
            </w:r>
          </w:p>
        </w:tc>
        <w:tc>
          <w:tcPr>
            <w:tcW w:w="2880" w:type="dxa"/>
          </w:tcPr>
          <w:p w:rsidR="006F7457" w:rsidRPr="00332DB8" w:rsidRDefault="00332DB8">
            <w:pPr>
              <w:rPr>
                <w:lang w:val="ru-RU"/>
              </w:rPr>
            </w:pPr>
            <w:r w:rsidRPr="00332DB8">
              <w:rPr>
                <w:lang w:val="ru-RU"/>
              </w:rPr>
              <w:t>Информационный материал (текст) «Тонкий мир» (решение Ломоносовского районного суда Ленинградской области от 18.05.2017);</w:t>
            </w:r>
          </w:p>
        </w:tc>
        <w:tc>
          <w:tcPr>
            <w:tcW w:w="2880" w:type="dxa"/>
          </w:tcPr>
          <w:p w:rsidR="006F7457" w:rsidRDefault="00332DB8">
            <w:r>
              <w:t>21.12.2018</w:t>
            </w:r>
          </w:p>
        </w:tc>
      </w:tr>
      <w:tr w:rsidR="006F7457">
        <w:tc>
          <w:tcPr>
            <w:tcW w:w="2880" w:type="dxa"/>
          </w:tcPr>
          <w:p w:rsidR="006F7457" w:rsidRDefault="00332DB8">
            <w:r>
              <w:lastRenderedPageBreak/>
              <w:t>4780.</w:t>
            </w:r>
          </w:p>
        </w:tc>
        <w:tc>
          <w:tcPr>
            <w:tcW w:w="2880" w:type="dxa"/>
          </w:tcPr>
          <w:p w:rsidR="006F7457" w:rsidRPr="00332DB8" w:rsidRDefault="00332DB8">
            <w:pPr>
              <w:rPr>
                <w:lang w:val="ru-RU"/>
              </w:rPr>
            </w:pPr>
            <w:r w:rsidRPr="00332DB8">
              <w:rPr>
                <w:lang w:val="ru-RU"/>
              </w:rPr>
              <w:t>Информационный материал (текст) «Библейский обман-Начало» (решение Ломоносовского районного суда Ленинградской области от 18.05.2017);</w:t>
            </w:r>
          </w:p>
        </w:tc>
        <w:tc>
          <w:tcPr>
            <w:tcW w:w="2880" w:type="dxa"/>
          </w:tcPr>
          <w:p w:rsidR="006F7457" w:rsidRDefault="00332DB8">
            <w:r>
              <w:t>21.12.2018</w:t>
            </w:r>
          </w:p>
        </w:tc>
      </w:tr>
      <w:tr w:rsidR="006F7457">
        <w:tc>
          <w:tcPr>
            <w:tcW w:w="2880" w:type="dxa"/>
          </w:tcPr>
          <w:p w:rsidR="006F7457" w:rsidRDefault="00332DB8">
            <w:r>
              <w:t>4781.</w:t>
            </w:r>
          </w:p>
        </w:tc>
        <w:tc>
          <w:tcPr>
            <w:tcW w:w="2880" w:type="dxa"/>
          </w:tcPr>
          <w:p w:rsidR="006F7457" w:rsidRPr="00332DB8" w:rsidRDefault="00332DB8">
            <w:pPr>
              <w:rPr>
                <w:lang w:val="ru-RU"/>
              </w:rPr>
            </w:pPr>
            <w:r w:rsidRPr="00332DB8">
              <w:rPr>
                <w:lang w:val="ru-RU"/>
              </w:rPr>
              <w:t>Информационный материал (текст) «Общее 2 (рабство)» (решение Ломоносовского районного суда Ленинградской области от 18.05.2017);</w:t>
            </w:r>
          </w:p>
        </w:tc>
        <w:tc>
          <w:tcPr>
            <w:tcW w:w="2880" w:type="dxa"/>
          </w:tcPr>
          <w:p w:rsidR="006F7457" w:rsidRDefault="00332DB8">
            <w:r>
              <w:t>21.12.2018</w:t>
            </w:r>
          </w:p>
        </w:tc>
      </w:tr>
      <w:tr w:rsidR="006F7457">
        <w:tc>
          <w:tcPr>
            <w:tcW w:w="2880" w:type="dxa"/>
          </w:tcPr>
          <w:p w:rsidR="006F7457" w:rsidRDefault="00332DB8">
            <w:r>
              <w:t>4782.</w:t>
            </w:r>
          </w:p>
        </w:tc>
        <w:tc>
          <w:tcPr>
            <w:tcW w:w="2880" w:type="dxa"/>
          </w:tcPr>
          <w:p w:rsidR="006F7457" w:rsidRPr="00332DB8" w:rsidRDefault="00332DB8">
            <w:pPr>
              <w:rPr>
                <w:lang w:val="ru-RU"/>
              </w:rPr>
            </w:pPr>
            <w:r w:rsidRPr="00332DB8">
              <w:rPr>
                <w:lang w:val="ru-RU"/>
              </w:rPr>
              <w:t>Информационный материал (текст) «Общее 2 (ред.)» (решение Ломоносовского районного суда Ленинградской области от 18.05.2017);</w:t>
            </w:r>
          </w:p>
        </w:tc>
        <w:tc>
          <w:tcPr>
            <w:tcW w:w="2880" w:type="dxa"/>
          </w:tcPr>
          <w:p w:rsidR="006F7457" w:rsidRDefault="00332DB8">
            <w:r>
              <w:t>21.12.2018</w:t>
            </w:r>
          </w:p>
        </w:tc>
      </w:tr>
      <w:tr w:rsidR="006F7457">
        <w:tc>
          <w:tcPr>
            <w:tcW w:w="2880" w:type="dxa"/>
          </w:tcPr>
          <w:p w:rsidR="006F7457" w:rsidRDefault="00332DB8">
            <w:r>
              <w:t>4783.</w:t>
            </w:r>
          </w:p>
        </w:tc>
        <w:tc>
          <w:tcPr>
            <w:tcW w:w="2880" w:type="dxa"/>
          </w:tcPr>
          <w:p w:rsidR="006F7457" w:rsidRPr="00332DB8" w:rsidRDefault="00332DB8">
            <w:pPr>
              <w:rPr>
                <w:lang w:val="ru-RU"/>
              </w:rPr>
            </w:pPr>
            <w:r w:rsidRPr="00332DB8">
              <w:rPr>
                <w:lang w:val="ru-RU"/>
              </w:rPr>
              <w:t xml:space="preserve">Текстовый материал «ответ русских на террор и геноцид оккупационного режима», размещенный на интернет-ресурсе </w:t>
            </w:r>
            <w:r>
              <w:t>http</w:t>
            </w:r>
            <w:r w:rsidRPr="00332DB8">
              <w:rPr>
                <w:lang w:val="ru-RU"/>
              </w:rPr>
              <w:t>://</w:t>
            </w:r>
            <w:r>
              <w:t>ehonavi</w:t>
            </w:r>
            <w:r w:rsidRPr="00332DB8">
              <w:rPr>
                <w:lang w:val="ru-RU"/>
              </w:rPr>
              <w:t>.</w:t>
            </w:r>
            <w:r>
              <w:t>livejournal</w:t>
            </w:r>
            <w:r w:rsidRPr="00332DB8">
              <w:rPr>
                <w:lang w:val="ru-RU"/>
              </w:rPr>
              <w:t>.</w:t>
            </w:r>
            <w:r>
              <w:t>com</w:t>
            </w:r>
            <w:r w:rsidRPr="00332DB8">
              <w:rPr>
                <w:lang w:val="ru-RU"/>
              </w:rPr>
              <w:t xml:space="preserve"> (решение Курганского городского суда Курганской области от 22.12.2014 и определение Курганского городского суда Курганской области от 19.02.2015);</w:t>
            </w:r>
          </w:p>
        </w:tc>
        <w:tc>
          <w:tcPr>
            <w:tcW w:w="2880" w:type="dxa"/>
          </w:tcPr>
          <w:p w:rsidR="006F7457" w:rsidRDefault="00332DB8">
            <w:r>
              <w:t>21.12.2018</w:t>
            </w:r>
          </w:p>
        </w:tc>
      </w:tr>
      <w:tr w:rsidR="006F7457">
        <w:tc>
          <w:tcPr>
            <w:tcW w:w="2880" w:type="dxa"/>
          </w:tcPr>
          <w:p w:rsidR="006F7457" w:rsidRDefault="00332DB8">
            <w:r>
              <w:t>4784.</w:t>
            </w:r>
          </w:p>
        </w:tc>
        <w:tc>
          <w:tcPr>
            <w:tcW w:w="2880" w:type="dxa"/>
          </w:tcPr>
          <w:p w:rsidR="006F7457" w:rsidRPr="00332DB8" w:rsidRDefault="00332DB8">
            <w:pPr>
              <w:rPr>
                <w:lang w:val="ru-RU"/>
              </w:rPr>
            </w:pPr>
            <w:r w:rsidRPr="00332DB8">
              <w:rPr>
                <w:lang w:val="ru-RU"/>
              </w:rPr>
              <w:t xml:space="preserve">Аудиозапись «Коловрат – Расовая ненависть», размещенная в сети Интернет на интернет-странице в социальной сети «ВКонтакте» </w:t>
            </w:r>
            <w:r>
              <w:t>htpp</w:t>
            </w:r>
            <w:r w:rsidRPr="00332DB8">
              <w:rPr>
                <w:lang w:val="ru-RU"/>
              </w:rPr>
              <w:t>://</w:t>
            </w:r>
            <w:r>
              <w:t>vk</w:t>
            </w:r>
            <w:r w:rsidRPr="00332DB8">
              <w:rPr>
                <w:lang w:val="ru-RU"/>
              </w:rPr>
              <w:t>.</w:t>
            </w:r>
            <w:r>
              <w:t>com</w:t>
            </w:r>
            <w:r w:rsidRPr="00332DB8">
              <w:rPr>
                <w:lang w:val="ru-RU"/>
              </w:rPr>
              <w:t>/</w:t>
            </w:r>
            <w:r>
              <w:t>audios</w:t>
            </w:r>
            <w:r w:rsidRPr="00332DB8">
              <w:rPr>
                <w:lang w:val="ru-RU"/>
              </w:rPr>
              <w:t>282948229 (решение Всеволожского городского суда Ленинградской области от 21.04.2016);</w:t>
            </w:r>
          </w:p>
        </w:tc>
        <w:tc>
          <w:tcPr>
            <w:tcW w:w="2880" w:type="dxa"/>
          </w:tcPr>
          <w:p w:rsidR="006F7457" w:rsidRDefault="00332DB8">
            <w:r>
              <w:t>21.12.2018</w:t>
            </w:r>
          </w:p>
        </w:tc>
      </w:tr>
      <w:tr w:rsidR="006F7457">
        <w:tc>
          <w:tcPr>
            <w:tcW w:w="2880" w:type="dxa"/>
          </w:tcPr>
          <w:p w:rsidR="006F7457" w:rsidRDefault="00332DB8">
            <w:r>
              <w:t>478</w:t>
            </w:r>
            <w:r>
              <w:lastRenderedPageBreak/>
              <w:t>5.</w:t>
            </w:r>
          </w:p>
        </w:tc>
        <w:tc>
          <w:tcPr>
            <w:tcW w:w="2880" w:type="dxa"/>
          </w:tcPr>
          <w:p w:rsidR="006F7457" w:rsidRPr="00332DB8" w:rsidRDefault="00332DB8">
            <w:pPr>
              <w:rPr>
                <w:lang w:val="ru-RU"/>
              </w:rPr>
            </w:pPr>
            <w:r w:rsidRPr="00332DB8">
              <w:rPr>
                <w:lang w:val="ru-RU"/>
              </w:rPr>
              <w:lastRenderedPageBreak/>
              <w:t>Листовка «Умных много – смелых мало» (решение Центрального районного суда г. Новокузнецка Кемеровской области от 26.05.2011);</w:t>
            </w:r>
          </w:p>
        </w:tc>
        <w:tc>
          <w:tcPr>
            <w:tcW w:w="2880" w:type="dxa"/>
          </w:tcPr>
          <w:p w:rsidR="006F7457" w:rsidRDefault="00332DB8">
            <w:r>
              <w:t>21.12.201</w:t>
            </w:r>
            <w:r>
              <w:lastRenderedPageBreak/>
              <w:t>8</w:t>
            </w:r>
          </w:p>
        </w:tc>
      </w:tr>
      <w:tr w:rsidR="006F7457">
        <w:tc>
          <w:tcPr>
            <w:tcW w:w="2880" w:type="dxa"/>
          </w:tcPr>
          <w:p w:rsidR="006F7457" w:rsidRDefault="00332DB8">
            <w:r>
              <w:lastRenderedPageBreak/>
              <w:t>4786.</w:t>
            </w:r>
          </w:p>
        </w:tc>
        <w:tc>
          <w:tcPr>
            <w:tcW w:w="2880" w:type="dxa"/>
          </w:tcPr>
          <w:p w:rsidR="006F7457" w:rsidRPr="00332DB8" w:rsidRDefault="00332DB8">
            <w:pPr>
              <w:rPr>
                <w:lang w:val="ru-RU"/>
              </w:rPr>
            </w:pPr>
            <w:r w:rsidRPr="00332DB8">
              <w:rPr>
                <w:lang w:val="ru-RU"/>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2880" w:type="dxa"/>
          </w:tcPr>
          <w:p w:rsidR="006F7457" w:rsidRDefault="00332DB8">
            <w:r>
              <w:t>21.12.2018</w:t>
            </w:r>
          </w:p>
        </w:tc>
      </w:tr>
      <w:tr w:rsidR="006F7457">
        <w:tc>
          <w:tcPr>
            <w:tcW w:w="2880" w:type="dxa"/>
          </w:tcPr>
          <w:p w:rsidR="006F7457" w:rsidRDefault="00332DB8">
            <w:r>
              <w:t>4787.</w:t>
            </w:r>
          </w:p>
        </w:tc>
        <w:tc>
          <w:tcPr>
            <w:tcW w:w="2880" w:type="dxa"/>
          </w:tcPr>
          <w:p w:rsidR="006F7457" w:rsidRPr="00332DB8" w:rsidRDefault="00332DB8">
            <w:pPr>
              <w:rPr>
                <w:lang w:val="ru-RU"/>
              </w:rPr>
            </w:pPr>
            <w:r w:rsidRPr="00332DB8">
              <w:rPr>
                <w:lang w:val="ru-RU"/>
              </w:rPr>
              <w:t xml:space="preserve">Аудиовизуальный материал под названием «Белый Город», (адрес: </w:t>
            </w:r>
            <w:r>
              <w:t>http</w:t>
            </w:r>
            <w:r w:rsidRPr="00332DB8">
              <w:rPr>
                <w:lang w:val="ru-RU"/>
              </w:rPr>
              <w:t>//</w:t>
            </w:r>
            <w:r>
              <w:t>vkontakte</w:t>
            </w:r>
            <w:r w:rsidRPr="00332DB8">
              <w:rPr>
                <w:lang w:val="ru-RU"/>
              </w:rPr>
              <w:t>.</w:t>
            </w:r>
            <w:r>
              <w:t>ru</w:t>
            </w:r>
            <w:r w:rsidRPr="00332DB8">
              <w:rPr>
                <w:lang w:val="ru-RU"/>
              </w:rPr>
              <w:t>/</w:t>
            </w:r>
            <w:r>
              <w:t>video</w:t>
            </w:r>
            <w:r w:rsidRPr="00332DB8">
              <w:rPr>
                <w:lang w:val="ru-RU"/>
              </w:rPr>
              <w:t>71682326_147557535) (решение Центрального районного суда г. Новокузнецка Кемеровской области от 11.11.2010);</w:t>
            </w:r>
          </w:p>
        </w:tc>
        <w:tc>
          <w:tcPr>
            <w:tcW w:w="2880" w:type="dxa"/>
          </w:tcPr>
          <w:p w:rsidR="006F7457" w:rsidRDefault="00332DB8">
            <w:r>
              <w:t>21.12.2018</w:t>
            </w:r>
          </w:p>
        </w:tc>
      </w:tr>
      <w:tr w:rsidR="006F7457">
        <w:tc>
          <w:tcPr>
            <w:tcW w:w="2880" w:type="dxa"/>
          </w:tcPr>
          <w:p w:rsidR="006F7457" w:rsidRDefault="00332DB8">
            <w:r>
              <w:t>4788.</w:t>
            </w:r>
          </w:p>
        </w:tc>
        <w:tc>
          <w:tcPr>
            <w:tcW w:w="2880" w:type="dxa"/>
          </w:tcPr>
          <w:p w:rsidR="006F7457" w:rsidRPr="00332DB8" w:rsidRDefault="00332DB8">
            <w:pPr>
              <w:rPr>
                <w:lang w:val="ru-RU"/>
              </w:rPr>
            </w:pPr>
            <w:r w:rsidRPr="00332DB8">
              <w:rPr>
                <w:lang w:val="ru-RU"/>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2880" w:type="dxa"/>
          </w:tcPr>
          <w:p w:rsidR="006F7457" w:rsidRDefault="00332DB8">
            <w:r>
              <w:t>21.12.2018</w:t>
            </w:r>
          </w:p>
        </w:tc>
      </w:tr>
      <w:tr w:rsidR="006F7457">
        <w:tc>
          <w:tcPr>
            <w:tcW w:w="2880" w:type="dxa"/>
          </w:tcPr>
          <w:p w:rsidR="006F7457" w:rsidRDefault="00332DB8">
            <w:r>
              <w:t>4789.</w:t>
            </w:r>
          </w:p>
        </w:tc>
        <w:tc>
          <w:tcPr>
            <w:tcW w:w="2880" w:type="dxa"/>
          </w:tcPr>
          <w:p w:rsidR="006F7457" w:rsidRPr="00332DB8" w:rsidRDefault="00332DB8">
            <w:pPr>
              <w:rPr>
                <w:lang w:val="ru-RU"/>
              </w:rPr>
            </w:pPr>
            <w:r w:rsidRPr="00332DB8">
              <w:rPr>
                <w:lang w:val="ru-RU"/>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2880" w:type="dxa"/>
          </w:tcPr>
          <w:p w:rsidR="006F7457" w:rsidRDefault="00332DB8">
            <w:r>
              <w:t>21.12.2018</w:t>
            </w:r>
          </w:p>
        </w:tc>
      </w:tr>
      <w:tr w:rsidR="006F7457">
        <w:tc>
          <w:tcPr>
            <w:tcW w:w="2880" w:type="dxa"/>
          </w:tcPr>
          <w:p w:rsidR="006F7457" w:rsidRDefault="00332DB8">
            <w:r>
              <w:t>4790.</w:t>
            </w:r>
          </w:p>
        </w:tc>
        <w:tc>
          <w:tcPr>
            <w:tcW w:w="2880" w:type="dxa"/>
          </w:tcPr>
          <w:p w:rsidR="006F7457" w:rsidRPr="00332DB8" w:rsidRDefault="00332DB8">
            <w:pPr>
              <w:rPr>
                <w:lang w:val="ru-RU"/>
              </w:rPr>
            </w:pPr>
            <w:r w:rsidRPr="00332DB8">
              <w:rPr>
                <w:lang w:val="ru-RU"/>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2880" w:type="dxa"/>
          </w:tcPr>
          <w:p w:rsidR="006F7457" w:rsidRDefault="00332DB8">
            <w:r>
              <w:t>21.12.2018</w:t>
            </w:r>
          </w:p>
        </w:tc>
      </w:tr>
      <w:tr w:rsidR="006F7457">
        <w:tc>
          <w:tcPr>
            <w:tcW w:w="2880" w:type="dxa"/>
          </w:tcPr>
          <w:p w:rsidR="006F7457" w:rsidRDefault="00332DB8">
            <w:r>
              <w:t>4</w:t>
            </w:r>
            <w:r>
              <w:lastRenderedPageBreak/>
              <w:t>791.</w:t>
            </w:r>
          </w:p>
        </w:tc>
        <w:tc>
          <w:tcPr>
            <w:tcW w:w="2880" w:type="dxa"/>
          </w:tcPr>
          <w:p w:rsidR="006F7457" w:rsidRPr="00332DB8" w:rsidRDefault="00332DB8">
            <w:pPr>
              <w:rPr>
                <w:lang w:val="ru-RU"/>
              </w:rPr>
            </w:pPr>
            <w:r w:rsidRPr="00332DB8">
              <w:rPr>
                <w:lang w:val="ru-RU"/>
              </w:rPr>
              <w:lastRenderedPageBreak/>
              <w:t xml:space="preserve">Фильм «Тоска по Сталину» из цикла «Вождь Советского Союза» (решение Центрального районного суда г. </w:t>
            </w:r>
            <w:r w:rsidRPr="00332DB8">
              <w:rPr>
                <w:lang w:val="ru-RU"/>
              </w:rPr>
              <w:lastRenderedPageBreak/>
              <w:t>Новокузнецка Кемеровской области от 05.08.2010).</w:t>
            </w:r>
          </w:p>
        </w:tc>
        <w:tc>
          <w:tcPr>
            <w:tcW w:w="2880" w:type="dxa"/>
          </w:tcPr>
          <w:p w:rsidR="006F7457" w:rsidRDefault="00332DB8">
            <w:r>
              <w:lastRenderedPageBreak/>
              <w:t>21.</w:t>
            </w:r>
            <w:r>
              <w:lastRenderedPageBreak/>
              <w:t>12.2018</w:t>
            </w:r>
          </w:p>
        </w:tc>
      </w:tr>
      <w:tr w:rsidR="006F7457">
        <w:tc>
          <w:tcPr>
            <w:tcW w:w="2880" w:type="dxa"/>
          </w:tcPr>
          <w:p w:rsidR="006F7457" w:rsidRDefault="00332DB8">
            <w:r>
              <w:lastRenderedPageBreak/>
              <w:t>4792.</w:t>
            </w:r>
          </w:p>
        </w:tc>
        <w:tc>
          <w:tcPr>
            <w:tcW w:w="2880" w:type="dxa"/>
          </w:tcPr>
          <w:p w:rsidR="006F7457" w:rsidRPr="00332DB8" w:rsidRDefault="00332DB8">
            <w:pPr>
              <w:rPr>
                <w:lang w:val="ru-RU"/>
              </w:rPr>
            </w:pPr>
            <w:r w:rsidRPr="00332DB8">
              <w:rPr>
                <w:lang w:val="ru-RU"/>
              </w:rPr>
              <w:t>Размещенные в сети Интернет, в том числе на веб сервисе сайта «</w:t>
            </w:r>
            <w:r>
              <w:t>vk</w:t>
            </w:r>
            <w:r w:rsidRPr="00332DB8">
              <w:rPr>
                <w:lang w:val="ru-RU"/>
              </w:rPr>
              <w:t>.</w:t>
            </w:r>
            <w:r>
              <w:t>com</w:t>
            </w:r>
            <w:r w:rsidRPr="00332DB8">
              <w:rPr>
                <w:lang w:val="ru-RU"/>
              </w:rPr>
              <w:t>»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w:t>
            </w:r>
            <w:r>
              <w:t>feat</w:t>
            </w:r>
            <w:r w:rsidRPr="00332DB8">
              <w:rPr>
                <w:lang w:val="ru-RU"/>
              </w:rPr>
              <w:t xml:space="preserve">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w:t>
            </w:r>
            <w:r>
              <w:t>http</w:t>
            </w:r>
            <w:r w:rsidRPr="00332DB8">
              <w:rPr>
                <w:lang w:val="ru-RU"/>
              </w:rPr>
              <w:t>://</w:t>
            </w:r>
            <w:r>
              <w:t>vkontakte</w:t>
            </w:r>
            <w:r w:rsidRPr="00332DB8">
              <w:rPr>
                <w:lang w:val="ru-RU"/>
              </w:rPr>
              <w:t>.</w:t>
            </w:r>
            <w:r>
              <w:t>ru</w:t>
            </w:r>
            <w:r w:rsidRPr="00332DB8">
              <w:rPr>
                <w:lang w:val="ru-RU"/>
              </w:rPr>
              <w:t>/</w:t>
            </w:r>
            <w:r>
              <w:t>appl</w:t>
            </w:r>
            <w:r w:rsidRPr="00332DB8">
              <w:rPr>
                <w:lang w:val="ru-RU"/>
              </w:rPr>
              <w:t>841357», длительностью 03 минуты 36 секунд, «Флава – Такая мука (п.у. Рома Сит)», длительностью 03 минуты 36 секунд, начинающаяся словами: «</w:t>
            </w:r>
            <w:r>
              <w:t>CMC</w:t>
            </w:r>
            <w:r w:rsidRPr="00332DB8">
              <w:rPr>
                <w:lang w:val="ru-RU"/>
              </w:rPr>
              <w:t xml:space="preserve">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2880" w:type="dxa"/>
          </w:tcPr>
          <w:p w:rsidR="006F7457" w:rsidRDefault="00332DB8">
            <w:r>
              <w:t>25.12.2018</w:t>
            </w:r>
          </w:p>
        </w:tc>
      </w:tr>
      <w:tr w:rsidR="006F7457">
        <w:tc>
          <w:tcPr>
            <w:tcW w:w="2880" w:type="dxa"/>
          </w:tcPr>
          <w:p w:rsidR="006F7457" w:rsidRDefault="00332DB8">
            <w:r>
              <w:t>4793.</w:t>
            </w:r>
          </w:p>
        </w:tc>
        <w:tc>
          <w:tcPr>
            <w:tcW w:w="2880" w:type="dxa"/>
          </w:tcPr>
          <w:p w:rsidR="006F7457" w:rsidRPr="00332DB8" w:rsidRDefault="00332DB8">
            <w:pPr>
              <w:rPr>
                <w:lang w:val="ru-RU"/>
              </w:rPr>
            </w:pPr>
            <w:r w:rsidRPr="00332DB8">
              <w:rPr>
                <w:lang w:val="ru-RU"/>
              </w:rPr>
              <w:t>Размещенные в сети Интернет, в том числе на веб сервисе сайта «</w:t>
            </w:r>
            <w:r>
              <w:t>vk</w:t>
            </w:r>
            <w:r w:rsidRPr="00332DB8">
              <w:rPr>
                <w:lang w:val="ru-RU"/>
              </w:rPr>
              <w:t>.</w:t>
            </w:r>
            <w:r>
              <w:t>com</w:t>
            </w:r>
            <w:r w:rsidRPr="00332DB8">
              <w:rPr>
                <w:lang w:val="ru-RU"/>
              </w:rPr>
              <w:t>»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w:t>
            </w:r>
            <w:r>
              <w:t>Live</w:t>
            </w:r>
            <w:r w:rsidRPr="00332DB8">
              <w:rPr>
                <w:lang w:val="ru-RU"/>
              </w:rPr>
              <w:t xml:space="preserve"> Архангельск 26.09.2009)», длительностью 04 минуты 13 секунд, «Хук Справа - Генерал Ермолов -», длительностью 03 минуты 22 секунды, «Хук Справа – </w:t>
            </w:r>
            <w:r>
              <w:t>d</w:t>
            </w:r>
            <w:r w:rsidRPr="00332DB8">
              <w:rPr>
                <w:lang w:val="ru-RU"/>
              </w:rPr>
              <w:t xml:space="preserve"> Генерал Ермолов </w:t>
            </w:r>
            <w:r>
              <w:t>d</w:t>
            </w:r>
            <w:r w:rsidRPr="00332DB8">
              <w:rPr>
                <w:lang w:val="ru-RU"/>
              </w:rPr>
              <w:t xml:space="preserve"> -», длительностью 03 мину 22 секунды, «Хук Справа – Генерал Ермолов (</w:t>
            </w:r>
            <w:r>
              <w:t>Live</w:t>
            </w:r>
            <w:r w:rsidRPr="00332DB8">
              <w:rPr>
                <w:lang w:val="ru-RU"/>
              </w:rPr>
              <w:t xml:space="preser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w:t>
            </w:r>
            <w:r w:rsidRPr="00332DB8">
              <w:rPr>
                <w:lang w:val="ru-RU"/>
              </w:rPr>
              <w:lastRenderedPageBreak/>
              <w:t>24.09.2018);</w:t>
            </w:r>
          </w:p>
        </w:tc>
        <w:tc>
          <w:tcPr>
            <w:tcW w:w="2880" w:type="dxa"/>
          </w:tcPr>
          <w:p w:rsidR="006F7457" w:rsidRDefault="00332DB8">
            <w:r>
              <w:lastRenderedPageBreak/>
              <w:t>25.12.2018</w:t>
            </w:r>
          </w:p>
        </w:tc>
      </w:tr>
      <w:tr w:rsidR="006F7457">
        <w:tc>
          <w:tcPr>
            <w:tcW w:w="2880" w:type="dxa"/>
          </w:tcPr>
          <w:p w:rsidR="006F7457" w:rsidRDefault="00332DB8">
            <w:r>
              <w:lastRenderedPageBreak/>
              <w:t>4794.</w:t>
            </w:r>
          </w:p>
        </w:tc>
        <w:tc>
          <w:tcPr>
            <w:tcW w:w="2880" w:type="dxa"/>
          </w:tcPr>
          <w:p w:rsidR="006F7457" w:rsidRPr="00332DB8" w:rsidRDefault="00332DB8">
            <w:pPr>
              <w:rPr>
                <w:lang w:val="ru-RU"/>
              </w:rPr>
            </w:pPr>
            <w:r w:rsidRPr="00332DB8">
              <w:rPr>
                <w:lang w:val="ru-RU"/>
              </w:rPr>
              <w:t>Размещенные в сети Интернет, в том числе на веб сервисе сайта «</w:t>
            </w:r>
            <w:r>
              <w:t>vk</w:t>
            </w:r>
            <w:r w:rsidRPr="00332DB8">
              <w:rPr>
                <w:lang w:val="ru-RU"/>
              </w:rPr>
              <w:t>.</w:t>
            </w:r>
            <w:r>
              <w:t>com</w:t>
            </w:r>
            <w:r w:rsidRPr="00332DB8">
              <w:rPr>
                <w:lang w:val="ru-RU"/>
              </w:rPr>
              <w:t>»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2880" w:type="dxa"/>
          </w:tcPr>
          <w:p w:rsidR="006F7457" w:rsidRDefault="00332DB8">
            <w:r>
              <w:t>25.12.2018</w:t>
            </w:r>
          </w:p>
        </w:tc>
      </w:tr>
      <w:tr w:rsidR="006F7457">
        <w:tc>
          <w:tcPr>
            <w:tcW w:w="2880" w:type="dxa"/>
          </w:tcPr>
          <w:p w:rsidR="006F7457" w:rsidRDefault="00332DB8">
            <w:r>
              <w:t>4795.</w:t>
            </w:r>
          </w:p>
        </w:tc>
        <w:tc>
          <w:tcPr>
            <w:tcW w:w="2880" w:type="dxa"/>
          </w:tcPr>
          <w:p w:rsidR="006F7457" w:rsidRDefault="00332DB8">
            <w:r w:rsidRPr="00332DB8">
              <w:rPr>
                <w:lang w:val="ru-RU"/>
              </w:rPr>
              <w:t>Размещенные в сети Интернет, в том числе на веб сервисе сайта «</w:t>
            </w:r>
            <w:r>
              <w:t>vk</w:t>
            </w:r>
            <w:r w:rsidRPr="00332DB8">
              <w:rPr>
                <w:lang w:val="ru-RU"/>
              </w:rPr>
              <w:t>.</w:t>
            </w:r>
            <w:r>
              <w:t>com</w:t>
            </w:r>
            <w:r w:rsidRPr="00332DB8">
              <w:rPr>
                <w:lang w:val="ru-RU"/>
              </w:rPr>
              <w:t>» аудиозаписи «</w:t>
            </w:r>
            <w:r>
              <w:t>Apraxia</w:t>
            </w:r>
            <w:r w:rsidRPr="00332DB8">
              <w:rPr>
                <w:lang w:val="ru-RU"/>
              </w:rPr>
              <w:t xml:space="preserve"> - </w:t>
            </w:r>
            <w:r>
              <w:t>Russia</w:t>
            </w:r>
            <w:r w:rsidRPr="00332DB8">
              <w:rPr>
                <w:lang w:val="ru-RU"/>
              </w:rPr>
              <w:t xml:space="preserve">, </w:t>
            </w:r>
            <w:r>
              <w:t>WakeUp</w:t>
            </w:r>
            <w:r w:rsidRPr="00332DB8">
              <w:rPr>
                <w:lang w:val="ru-RU"/>
              </w:rPr>
              <w:t>!» длительностью 05 минут 12 секунд, «</w:t>
            </w:r>
            <w:r>
              <w:t>Apraxia</w:t>
            </w:r>
            <w:r w:rsidRPr="00332DB8">
              <w:rPr>
                <w:lang w:val="ru-RU"/>
              </w:rPr>
              <w:t xml:space="preserve"> –Русь, проснись!» длительностью от 04 минуты 44 секунды до 05 минут 12 секунд, </w:t>
            </w:r>
            <w:r>
              <w:t>Apraxia</w:t>
            </w:r>
            <w:r w:rsidRPr="00332DB8">
              <w:rPr>
                <w:lang w:val="ru-RU"/>
              </w:rPr>
              <w:t xml:space="preserve"> – 14-Русь, проснись!» длительностью 05 минут 10 секунд, «</w:t>
            </w:r>
            <w:r>
              <w:t>APRAXIA</w:t>
            </w:r>
            <w:r w:rsidRPr="00332DB8">
              <w:rPr>
                <w:lang w:val="ru-RU"/>
              </w:rPr>
              <w:t xml:space="preserve"> – «Русь, проснись!» длительностью 05 минут 10 секунд, «</w:t>
            </w:r>
            <w:r>
              <w:t>Apraxia</w:t>
            </w:r>
            <w:r w:rsidRPr="00332DB8">
              <w:rPr>
                <w:lang w:val="ru-RU"/>
              </w:rPr>
              <w:t>/Молат – Русь, Проснись!» длительностью 05 минут 10 секунд, «</w:t>
            </w:r>
            <w:r>
              <w:t>apraxia</w:t>
            </w:r>
            <w:r w:rsidRPr="00332DB8">
              <w:rPr>
                <w:lang w:val="ru-RU"/>
              </w:rPr>
              <w:t xml:space="preserve"> – Русь проснись!!!» длительностью 05 минут 12 секунд, </w:t>
            </w:r>
            <w:r>
              <w:t>Apraxia</w:t>
            </w:r>
            <w:r w:rsidRPr="00332DB8">
              <w:rPr>
                <w:lang w:val="ru-RU"/>
              </w:rPr>
              <w:t xml:space="preserve"> &amp; Молот – Русь, Проснись!» длительностью 05 минут 12 секунд, «</w:t>
            </w:r>
            <w:r>
              <w:t>Apraxia</w:t>
            </w:r>
            <w:r w:rsidRPr="00332DB8">
              <w:rPr>
                <w:lang w:val="ru-RU"/>
              </w:rPr>
              <w:t xml:space="preserve"> – Русь, проснись! (</w:t>
            </w:r>
            <w:r>
              <w:t>BL</w:t>
            </w:r>
            <w:r w:rsidRPr="00332DB8">
              <w:rPr>
                <w:lang w:val="ru-RU"/>
              </w:rPr>
              <w:t>)» длительностью 05 минут 09 секунд, «Молот – Русь,проснись!» длительностью 04 минуты 44 секунды, «</w:t>
            </w:r>
            <w:r>
              <w:t>Apraxia</w:t>
            </w:r>
            <w:r w:rsidRPr="00332DB8">
              <w:rPr>
                <w:lang w:val="ru-RU"/>
              </w:rPr>
              <w:t xml:space="preserve"> </w:t>
            </w:r>
            <w:r>
              <w:t>Molot</w:t>
            </w:r>
            <w:r w:rsidRPr="00332DB8">
              <w:rPr>
                <w:lang w:val="ru-RU"/>
              </w:rPr>
              <w:t xml:space="preserve"> – Вставай, Священная Русь!» длительностью 05 минут 11 секунд, «</w:t>
            </w:r>
            <w:r>
              <w:t>Apraxia</w:t>
            </w:r>
            <w:r w:rsidRPr="00332DB8">
              <w:rPr>
                <w:lang w:val="ru-RU"/>
              </w:rPr>
              <w:t xml:space="preserve"> </w:t>
            </w:r>
            <w:r>
              <w:t>Tribute</w:t>
            </w:r>
            <w:r w:rsidRPr="00332DB8">
              <w:rPr>
                <w:lang w:val="ru-RU"/>
              </w:rPr>
              <w:t xml:space="preserv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w:t>
            </w:r>
            <w:r>
              <w:t>(решение Благовещенского городского суда Амурской области от 24.09.2018);</w:t>
            </w:r>
          </w:p>
        </w:tc>
        <w:tc>
          <w:tcPr>
            <w:tcW w:w="2880" w:type="dxa"/>
          </w:tcPr>
          <w:p w:rsidR="006F7457" w:rsidRDefault="00332DB8">
            <w:r>
              <w:t>25.12.2018</w:t>
            </w:r>
          </w:p>
        </w:tc>
      </w:tr>
      <w:tr w:rsidR="006F7457">
        <w:tc>
          <w:tcPr>
            <w:tcW w:w="2880" w:type="dxa"/>
          </w:tcPr>
          <w:p w:rsidR="006F7457" w:rsidRDefault="00332DB8">
            <w:r>
              <w:t>4796.</w:t>
            </w:r>
          </w:p>
        </w:tc>
        <w:tc>
          <w:tcPr>
            <w:tcW w:w="2880" w:type="dxa"/>
          </w:tcPr>
          <w:p w:rsidR="006F7457" w:rsidRDefault="00332DB8">
            <w:r w:rsidRPr="00332DB8">
              <w:rPr>
                <w:lang w:val="ru-RU"/>
              </w:rPr>
              <w:t>Размещенные в сети Интернет, в том числе на веб сервисе сайта «</w:t>
            </w:r>
            <w:r>
              <w:t>vk</w:t>
            </w:r>
            <w:r w:rsidRPr="00332DB8">
              <w:rPr>
                <w:lang w:val="ru-RU"/>
              </w:rPr>
              <w:t>.</w:t>
            </w:r>
            <w:r>
              <w:t>com</w:t>
            </w:r>
            <w:r w:rsidRPr="00332DB8">
              <w:rPr>
                <w:lang w:val="ru-RU"/>
              </w:rPr>
              <w:t>» аудиозаписи «</w:t>
            </w:r>
            <w:r>
              <w:t>Kiborg</w:t>
            </w:r>
            <w:r w:rsidRPr="00332DB8">
              <w:rPr>
                <w:lang w:val="ru-RU"/>
              </w:rPr>
              <w:t xml:space="preserve"> - Ресурс» длительностью от 02 минуты 38 секунд до 04 минуты 41 секунду, «</w:t>
            </w:r>
            <w:r>
              <w:t>KiBorG</w:t>
            </w:r>
            <w:r w:rsidRPr="00332DB8">
              <w:rPr>
                <w:lang w:val="ru-RU"/>
              </w:rPr>
              <w:t xml:space="preserve"> – </w:t>
            </w:r>
            <w:r>
              <w:t>Lebensdauer</w:t>
            </w:r>
            <w:r w:rsidRPr="00332DB8">
              <w:rPr>
                <w:lang w:val="ru-RU"/>
              </w:rPr>
              <w:t>/</w:t>
            </w:r>
            <w:r>
              <w:t>Pecypc</w:t>
            </w:r>
            <w:r w:rsidRPr="00332DB8">
              <w:rPr>
                <w:lang w:val="ru-RU"/>
              </w:rPr>
              <w:t>» длительностью 02 минуты 40 секунд, «Киборг - Ресурс» длительностью 02 минуты 40 секунд, «</w:t>
            </w:r>
            <w:r>
              <w:t>Kiborg</w:t>
            </w:r>
            <w:r w:rsidRPr="00332DB8">
              <w:rPr>
                <w:lang w:val="ru-RU"/>
              </w:rPr>
              <w:t xml:space="preserve"> – Ресурс </w:t>
            </w:r>
            <w:r>
              <w:t>v</w:t>
            </w:r>
            <w:r w:rsidRPr="00332DB8">
              <w:rPr>
                <w:lang w:val="ru-RU"/>
              </w:rPr>
              <w:t xml:space="preserve">.2» длительностью 07 минут 26 секунд, </w:t>
            </w:r>
            <w:r>
              <w:t>Kiborg</w:t>
            </w:r>
            <w:r w:rsidRPr="00332DB8">
              <w:rPr>
                <w:lang w:val="ru-RU"/>
              </w:rPr>
              <w:t xml:space="preserve"> – Ресурс (ремастеринг альбома «Лжегуманизм») 2008-2009» длительностью 02 минуты 40 секунд, «</w:t>
            </w:r>
            <w:r>
              <w:t>Kiborg</w:t>
            </w:r>
            <w:r w:rsidRPr="00332DB8">
              <w:rPr>
                <w:lang w:val="ru-RU"/>
              </w:rPr>
              <w:t xml:space="preserve"> – Ресурс (</w:t>
            </w:r>
            <w:r>
              <w:t>False</w:t>
            </w:r>
            <w:r w:rsidRPr="00332DB8">
              <w:rPr>
                <w:lang w:val="ru-RU"/>
              </w:rPr>
              <w:t>-</w:t>
            </w:r>
            <w:r>
              <w:t>humanism</w:t>
            </w:r>
            <w:r w:rsidRPr="00332DB8">
              <w:rPr>
                <w:lang w:val="ru-RU"/>
              </w:rPr>
              <w:t>-Лжегуманизм 2007)» длительностью 02 минуты 40 секунд, «</w:t>
            </w:r>
            <w:r>
              <w:t>The</w:t>
            </w:r>
            <w:r w:rsidRPr="00332DB8">
              <w:rPr>
                <w:lang w:val="ru-RU"/>
              </w:rPr>
              <w:t xml:space="preserve"> </w:t>
            </w:r>
            <w:r>
              <w:t>Kiborg</w:t>
            </w:r>
            <w:r w:rsidRPr="00332DB8">
              <w:rPr>
                <w:lang w:val="ru-RU"/>
              </w:rPr>
              <w:t xml:space="preserve"> – Ресурс» длительностью 02 минуты 40 секунд, «</w:t>
            </w:r>
            <w:r>
              <w:t>Kiborg</w:t>
            </w:r>
            <w:r w:rsidRPr="00332DB8">
              <w:rPr>
                <w:lang w:val="ru-RU"/>
              </w:rPr>
              <w:t xml:space="preserve"> – Ресурс (Лжегуманизм 2007)» длительностью 02 минуты 40 секунд, «Киборг </w:t>
            </w:r>
            <w:r>
              <w:t>vs</w:t>
            </w:r>
            <w:r w:rsidRPr="00332DB8">
              <w:rPr>
                <w:lang w:val="ru-RU"/>
              </w:rPr>
              <w:t xml:space="preserve"> </w:t>
            </w:r>
            <w:r>
              <w:t>turist</w:t>
            </w:r>
            <w:r w:rsidRPr="00332DB8">
              <w:rPr>
                <w:lang w:val="ru-RU"/>
              </w:rPr>
              <w:t xml:space="preserve"> – Ресурс (</w:t>
            </w:r>
            <w:r>
              <w:t>trance</w:t>
            </w:r>
            <w:r w:rsidRPr="00332DB8">
              <w:rPr>
                <w:lang w:val="ru-RU"/>
              </w:rPr>
              <w:t xml:space="preserve"> </w:t>
            </w:r>
            <w:r>
              <w:t>remix</w:t>
            </w:r>
            <w:r w:rsidRPr="00332DB8">
              <w:rPr>
                <w:lang w:val="ru-RU"/>
              </w:rPr>
              <w:t xml:space="preserve">)»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w:t>
            </w:r>
            <w:r w:rsidRPr="00332DB8">
              <w:rPr>
                <w:lang w:val="ru-RU"/>
              </w:rPr>
              <w:lastRenderedPageBreak/>
              <w:t xml:space="preserve">пространство.» </w:t>
            </w:r>
            <w:r>
              <w:t>(решение Благовещенского городского суда Амурской области от 24.09.2018);</w:t>
            </w:r>
          </w:p>
        </w:tc>
        <w:tc>
          <w:tcPr>
            <w:tcW w:w="2880" w:type="dxa"/>
          </w:tcPr>
          <w:p w:rsidR="006F7457" w:rsidRDefault="00332DB8">
            <w:r>
              <w:lastRenderedPageBreak/>
              <w:t>25.12.2018</w:t>
            </w:r>
          </w:p>
        </w:tc>
      </w:tr>
      <w:tr w:rsidR="006F7457">
        <w:tc>
          <w:tcPr>
            <w:tcW w:w="2880" w:type="dxa"/>
          </w:tcPr>
          <w:p w:rsidR="006F7457" w:rsidRDefault="00332DB8">
            <w:r>
              <w:lastRenderedPageBreak/>
              <w:t>4797.</w:t>
            </w:r>
          </w:p>
        </w:tc>
        <w:tc>
          <w:tcPr>
            <w:tcW w:w="2880" w:type="dxa"/>
          </w:tcPr>
          <w:p w:rsidR="006F7457" w:rsidRPr="00332DB8" w:rsidRDefault="00332DB8">
            <w:pPr>
              <w:rPr>
                <w:lang w:val="ru-RU"/>
              </w:rPr>
            </w:pPr>
            <w:r w:rsidRPr="00332DB8">
              <w:rPr>
                <w:lang w:val="ru-RU"/>
              </w:rPr>
              <w:t>Размещенные в сети Интернет, в том числе на веб сервисе сайта «</w:t>
            </w:r>
            <w:r>
              <w:t>vk</w:t>
            </w:r>
            <w:r w:rsidRPr="00332DB8">
              <w:rPr>
                <w:lang w:val="ru-RU"/>
              </w:rPr>
              <w:t>.</w:t>
            </w:r>
            <w:r>
              <w:t>com</w:t>
            </w:r>
            <w:r w:rsidRPr="00332DB8">
              <w:rPr>
                <w:lang w:val="ru-RU"/>
              </w:rPr>
              <w:t xml:space="preserve">»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w:t>
            </w:r>
            <w:r>
              <w:t>The</w:t>
            </w:r>
            <w:r w:rsidRPr="00332DB8">
              <w:rPr>
                <w:lang w:val="ru-RU"/>
              </w:rPr>
              <w:t xml:space="preserve"> </w:t>
            </w:r>
            <w:r>
              <w:t>Fate</w:t>
            </w:r>
            <w:r w:rsidRPr="00332DB8">
              <w:rPr>
                <w:lang w:val="ru-RU"/>
              </w:rPr>
              <w:t xml:space="preserve"> </w:t>
            </w:r>
            <w:r>
              <w:t>Of</w:t>
            </w:r>
            <w:r w:rsidRPr="00332DB8">
              <w:rPr>
                <w:lang w:val="ru-RU"/>
              </w:rPr>
              <w:t xml:space="preserve"> </w:t>
            </w:r>
            <w:r>
              <w:t>My</w:t>
            </w:r>
            <w:r w:rsidRPr="00332DB8">
              <w:rPr>
                <w:lang w:val="ru-RU"/>
              </w:rPr>
              <w:t xml:space="preserve"> </w:t>
            </w:r>
            <w:r>
              <w:t>Race</w:t>
            </w:r>
            <w:r w:rsidRPr="00332DB8">
              <w:rPr>
                <w:lang w:val="ru-RU"/>
              </w:rPr>
              <w:t>» длительностью 04 минуты 06 секунд, «Вандал – Судьба» длительностью 04 минуты 06 секунд, «Вандал[</w:t>
            </w:r>
            <w:r>
              <w:t>http</w:t>
            </w:r>
            <w:r w:rsidRPr="00332DB8">
              <w:rPr>
                <w:lang w:val="ru-RU"/>
              </w:rPr>
              <w:t>://</w:t>
            </w:r>
            <w:r>
              <w:t>muz</w:t>
            </w:r>
            <w:r w:rsidRPr="00332DB8">
              <w:rPr>
                <w:lang w:val="ru-RU"/>
              </w:rPr>
              <w:t>-</w:t>
            </w:r>
            <w:r>
              <w:t>vk</w:t>
            </w:r>
            <w:r w:rsidRPr="00332DB8">
              <w:rPr>
                <w:lang w:val="ru-RU"/>
              </w:rPr>
              <w:t>.</w:t>
            </w:r>
            <w:r>
              <w:t>ru</w:t>
            </w:r>
            <w:r w:rsidRPr="00332DB8">
              <w:rPr>
                <w:lang w:val="ru-RU"/>
              </w:rPr>
              <w:t xml:space="preserve">] – Судьба Моей Расы Судьба Моей Расы Для загрузки воспользуйтесь ссылкой - </w:t>
            </w:r>
            <w:r>
              <w:t>http</w:t>
            </w:r>
            <w:r w:rsidRPr="00332DB8">
              <w:rPr>
                <w:lang w:val="ru-RU"/>
              </w:rPr>
              <w:t>://</w:t>
            </w:r>
            <w:r>
              <w:t>muz</w:t>
            </w:r>
            <w:r w:rsidRPr="00332DB8">
              <w:rPr>
                <w:lang w:val="ru-RU"/>
              </w:rPr>
              <w:t>-</w:t>
            </w:r>
            <w:r>
              <w:t>vk</w:t>
            </w:r>
            <w:r w:rsidRPr="00332DB8">
              <w:rPr>
                <w:lang w:val="ru-RU"/>
              </w:rPr>
              <w:t>.</w:t>
            </w:r>
            <w:r>
              <w:t>ru</w:t>
            </w:r>
            <w:r w:rsidRPr="00332DB8">
              <w:rPr>
                <w:lang w:val="ru-RU"/>
              </w:rPr>
              <w:t>/?</w:t>
            </w:r>
            <w:r>
              <w:t>audio</w:t>
            </w:r>
            <w:r w:rsidRPr="00332DB8">
              <w:rPr>
                <w:lang w:val="ru-RU"/>
              </w:rPr>
              <w:t>_</w:t>
            </w:r>
            <w:r>
              <w:t>name</w:t>
            </w:r>
            <w:r w:rsidRPr="00332DB8">
              <w:rPr>
                <w:lang w:val="ru-RU"/>
              </w:rPr>
              <w:t>=Вандал» длительностью 04 минуты 06 секунд, «Вандал – 08 – Судьба Моей Расы» длительностью 04 минуты 06 секунд, Вандал[</w:t>
            </w:r>
            <w:r>
              <w:t>http</w:t>
            </w:r>
            <w:r w:rsidRPr="00332DB8">
              <w:rPr>
                <w:lang w:val="ru-RU"/>
              </w:rPr>
              <w:t>://</w:t>
            </w:r>
            <w:r>
              <w:t>muz</w:t>
            </w:r>
            <w:r w:rsidRPr="00332DB8">
              <w:rPr>
                <w:lang w:val="ru-RU"/>
              </w:rPr>
              <w:t>-</w:t>
            </w:r>
            <w:r>
              <w:t>vk</w:t>
            </w:r>
            <w:r w:rsidRPr="00332DB8">
              <w:rPr>
                <w:lang w:val="ru-RU"/>
              </w:rPr>
              <w:t>.</w:t>
            </w:r>
            <w:r>
              <w:t>ru</w:t>
            </w:r>
            <w:r w:rsidRPr="00332DB8">
              <w:rPr>
                <w:lang w:val="ru-RU"/>
              </w:rPr>
              <w:t xml:space="preserve">] – Судьба Моей Расы Для загрузки воспользуйтесь ссылкой - </w:t>
            </w:r>
            <w:r>
              <w:t>http</w:t>
            </w:r>
            <w:r w:rsidRPr="00332DB8">
              <w:rPr>
                <w:lang w:val="ru-RU"/>
              </w:rPr>
              <w:t>://</w:t>
            </w:r>
            <w:r>
              <w:t>muz</w:t>
            </w:r>
            <w:r w:rsidRPr="00332DB8">
              <w:rPr>
                <w:lang w:val="ru-RU"/>
              </w:rPr>
              <w:t>-</w:t>
            </w:r>
            <w:r>
              <w:t>vk</w:t>
            </w:r>
            <w:r w:rsidRPr="00332DB8">
              <w:rPr>
                <w:lang w:val="ru-RU"/>
              </w:rPr>
              <w:t>.</w:t>
            </w:r>
            <w:r>
              <w:t>ru</w:t>
            </w:r>
            <w:r w:rsidRPr="00332DB8">
              <w:rPr>
                <w:lang w:val="ru-RU"/>
              </w:rPr>
              <w:t>/?</w:t>
            </w:r>
            <w:r>
              <w:t>audio</w:t>
            </w:r>
            <w:r w:rsidRPr="00332DB8">
              <w:rPr>
                <w:lang w:val="ru-RU"/>
              </w:rPr>
              <w:t>_</w:t>
            </w:r>
            <w:r>
              <w:t>name</w:t>
            </w:r>
            <w:r w:rsidRPr="00332DB8">
              <w:rPr>
                <w:lang w:val="ru-RU"/>
              </w:rPr>
              <w:t>=Вандал»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2880" w:type="dxa"/>
          </w:tcPr>
          <w:p w:rsidR="006F7457" w:rsidRDefault="00332DB8">
            <w:r>
              <w:t>25.12.2018</w:t>
            </w:r>
          </w:p>
        </w:tc>
      </w:tr>
      <w:tr w:rsidR="006F7457">
        <w:tc>
          <w:tcPr>
            <w:tcW w:w="2880" w:type="dxa"/>
          </w:tcPr>
          <w:p w:rsidR="006F7457" w:rsidRDefault="00332DB8">
            <w:r>
              <w:t>4798.</w:t>
            </w:r>
          </w:p>
        </w:tc>
        <w:tc>
          <w:tcPr>
            <w:tcW w:w="2880" w:type="dxa"/>
          </w:tcPr>
          <w:p w:rsidR="006F7457" w:rsidRPr="00332DB8" w:rsidRDefault="00332DB8">
            <w:pPr>
              <w:rPr>
                <w:lang w:val="ru-RU"/>
              </w:rPr>
            </w:pPr>
            <w:r w:rsidRPr="00332DB8">
              <w:rPr>
                <w:lang w:val="ru-RU"/>
              </w:rPr>
              <w:t>Размещенные в сети Интернет, в том числе на веб сервисе сайта «</w:t>
            </w:r>
            <w:r>
              <w:t>vk</w:t>
            </w:r>
            <w:r w:rsidRPr="00332DB8">
              <w:rPr>
                <w:lang w:val="ru-RU"/>
              </w:rPr>
              <w:t>.</w:t>
            </w:r>
            <w:r>
              <w:t>com</w:t>
            </w:r>
            <w:r w:rsidRPr="00332DB8">
              <w:rPr>
                <w:lang w:val="ru-RU"/>
              </w:rPr>
              <w:t>» аудиозаписи «</w:t>
            </w:r>
            <w:r>
              <w:t>T</w:t>
            </w:r>
            <w:r w:rsidRPr="00332DB8">
              <w:rPr>
                <w:lang w:val="ru-RU"/>
              </w:rPr>
              <w:t>.</w:t>
            </w:r>
            <w:r>
              <w:t>N</w:t>
            </w:r>
            <w:r w:rsidRPr="00332DB8">
              <w:rPr>
                <w:lang w:val="ru-RU"/>
              </w:rPr>
              <w:t>.</w:t>
            </w:r>
            <w:r>
              <w:t>F</w:t>
            </w:r>
            <w:r w:rsidRPr="00332DB8">
              <w:rPr>
                <w:lang w:val="ru-RU"/>
              </w:rPr>
              <w:t xml:space="preserve"> – Славянин» длительностью 05 минут 20 секунд, «</w:t>
            </w:r>
            <w:r>
              <w:t>T</w:t>
            </w:r>
            <w:r w:rsidRPr="00332DB8">
              <w:rPr>
                <w:lang w:val="ru-RU"/>
              </w:rPr>
              <w:t>.</w:t>
            </w:r>
            <w:r>
              <w:t>N</w:t>
            </w:r>
            <w:r w:rsidRPr="00332DB8">
              <w:rPr>
                <w:lang w:val="ru-RU"/>
              </w:rPr>
              <w:t>.</w:t>
            </w:r>
            <w:r>
              <w:t>F</w:t>
            </w:r>
            <w:r w:rsidRPr="00332DB8">
              <w:rPr>
                <w:lang w:val="ru-RU"/>
              </w:rPr>
              <w:t xml:space="preserve"> – Славянин (2003 Во имя павших героев)» длительностью 05 минут 20 секунд, «</w:t>
            </w:r>
            <w:r>
              <w:t>T</w:t>
            </w:r>
            <w:r w:rsidRPr="00332DB8">
              <w:rPr>
                <w:lang w:val="ru-RU"/>
              </w:rPr>
              <w:t>.</w:t>
            </w:r>
            <w:r>
              <w:t>N</w:t>
            </w:r>
            <w:r w:rsidRPr="00332DB8">
              <w:rPr>
                <w:lang w:val="ru-RU"/>
              </w:rPr>
              <w:t>.</w:t>
            </w:r>
            <w:r>
              <w:t>F</w:t>
            </w:r>
            <w:r w:rsidRPr="00332DB8">
              <w:rPr>
                <w:lang w:val="ru-RU"/>
              </w:rPr>
              <w:t xml:space="preserve">. - Славянин» длительностью от 03 минут 37 секунд до 05 минут 22 секунд, «Неизвестен - </w:t>
            </w:r>
            <w:r>
              <w:t>T</w:t>
            </w:r>
            <w:r w:rsidRPr="00332DB8">
              <w:rPr>
                <w:lang w:val="ru-RU"/>
              </w:rPr>
              <w:t>.</w:t>
            </w:r>
            <w:r>
              <w:t>N</w:t>
            </w:r>
            <w:r w:rsidRPr="00332DB8">
              <w:rPr>
                <w:lang w:val="ru-RU"/>
              </w:rPr>
              <w:t>.</w:t>
            </w:r>
            <w:r>
              <w:t>F</w:t>
            </w:r>
            <w:r w:rsidRPr="00332DB8">
              <w:rPr>
                <w:lang w:val="ru-RU"/>
              </w:rPr>
              <w:t>. - Славянин» длительностью от 05 минут 17 секунд до 05 минут 20 секунд, «</w:t>
            </w:r>
            <w:r>
              <w:t>T</w:t>
            </w:r>
            <w:r w:rsidRPr="00332DB8">
              <w:rPr>
                <w:lang w:val="ru-RU"/>
              </w:rPr>
              <w:t>.</w:t>
            </w:r>
            <w:r>
              <w:t>N</w:t>
            </w:r>
            <w:r w:rsidRPr="00332DB8">
              <w:rPr>
                <w:lang w:val="ru-RU"/>
              </w:rPr>
              <w:t>.</w:t>
            </w:r>
            <w:r>
              <w:t>F</w:t>
            </w:r>
            <w:r w:rsidRPr="00332DB8">
              <w:rPr>
                <w:lang w:val="ru-RU"/>
              </w:rPr>
              <w:t>. – Славянин (</w:t>
            </w:r>
            <w:r>
              <w:t>Slav</w:t>
            </w:r>
            <w:r w:rsidRPr="00332DB8">
              <w:rPr>
                <w:lang w:val="ru-RU"/>
              </w:rPr>
              <w:t>)» длительностью 05 минут 10 секунд, «</w:t>
            </w:r>
            <w:r>
              <w:t>T</w:t>
            </w:r>
            <w:r w:rsidRPr="00332DB8">
              <w:rPr>
                <w:lang w:val="ru-RU"/>
              </w:rPr>
              <w:t>.</w:t>
            </w:r>
            <w:r>
              <w:t>N</w:t>
            </w:r>
            <w:r w:rsidRPr="00332DB8">
              <w:rPr>
                <w:lang w:val="ru-RU"/>
              </w:rPr>
              <w:t>.</w:t>
            </w:r>
            <w:r>
              <w:t>F</w:t>
            </w:r>
            <w:r w:rsidRPr="00332DB8">
              <w:rPr>
                <w:lang w:val="ru-RU"/>
              </w:rPr>
              <w:t xml:space="preserve">-СЛАВЯНИН – </w:t>
            </w:r>
            <w:r>
              <w:t>Track</w:t>
            </w:r>
            <w:r w:rsidRPr="00332DB8">
              <w:rPr>
                <w:lang w:val="ru-RU"/>
              </w:rPr>
              <w:t xml:space="preserve"> 8» длительностью 05 минут 20 секунд, «</w:t>
            </w:r>
            <w:r>
              <w:t>T</w:t>
            </w:r>
            <w:r w:rsidRPr="00332DB8">
              <w:rPr>
                <w:lang w:val="ru-RU"/>
              </w:rPr>
              <w:t>.</w:t>
            </w:r>
            <w:r>
              <w:t>N</w:t>
            </w:r>
            <w:r w:rsidRPr="00332DB8">
              <w:rPr>
                <w:lang w:val="ru-RU"/>
              </w:rPr>
              <w:t>.</w:t>
            </w:r>
            <w:r>
              <w:t>F</w:t>
            </w:r>
            <w:r w:rsidRPr="00332DB8">
              <w:rPr>
                <w:lang w:val="ru-RU"/>
              </w:rPr>
              <w:t>.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2880" w:type="dxa"/>
          </w:tcPr>
          <w:p w:rsidR="006F7457" w:rsidRDefault="00332DB8">
            <w:r>
              <w:t>25.12.2018</w:t>
            </w:r>
          </w:p>
        </w:tc>
      </w:tr>
      <w:tr w:rsidR="006F7457">
        <w:tc>
          <w:tcPr>
            <w:tcW w:w="2880" w:type="dxa"/>
          </w:tcPr>
          <w:p w:rsidR="006F7457" w:rsidRDefault="00332DB8">
            <w:r>
              <w:t>4799.</w:t>
            </w:r>
          </w:p>
        </w:tc>
        <w:tc>
          <w:tcPr>
            <w:tcW w:w="2880" w:type="dxa"/>
          </w:tcPr>
          <w:p w:rsidR="006F7457" w:rsidRPr="00332DB8" w:rsidRDefault="00332DB8">
            <w:pPr>
              <w:rPr>
                <w:lang w:val="ru-RU"/>
              </w:rPr>
            </w:pPr>
            <w:r w:rsidRPr="00332DB8">
              <w:rPr>
                <w:lang w:val="ru-RU"/>
              </w:rPr>
              <w:t xml:space="preserve">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w:t>
            </w:r>
            <w:r>
              <w:t>https</w:t>
            </w:r>
            <w:r w:rsidRPr="00332DB8">
              <w:rPr>
                <w:lang w:val="ru-RU"/>
              </w:rPr>
              <w:t>://</w:t>
            </w:r>
            <w:r>
              <w:t>bod</w:t>
            </w:r>
            <w:r w:rsidRPr="00332DB8">
              <w:rPr>
                <w:lang w:val="ru-RU"/>
              </w:rPr>
              <w:t>-</w:t>
            </w:r>
            <w:r>
              <w:t>mod</w:t>
            </w:r>
            <w:r w:rsidRPr="00332DB8">
              <w:rPr>
                <w:lang w:val="ru-RU"/>
              </w:rPr>
              <w:t>.</w:t>
            </w:r>
            <w:r>
              <w:t>ru</w:t>
            </w:r>
            <w:r w:rsidRPr="00332DB8">
              <w:rPr>
                <w:lang w:val="ru-RU"/>
              </w:rPr>
              <w:t>/</w:t>
            </w:r>
            <w:r>
              <w:t>prismo</w:t>
            </w:r>
            <w:r w:rsidRPr="00332DB8">
              <w:rPr>
                <w:lang w:val="ru-RU"/>
              </w:rPr>
              <w:t>-</w:t>
            </w:r>
            <w:r>
              <w:t>fyureru</w:t>
            </w:r>
            <w:r w:rsidRPr="00332DB8">
              <w:rPr>
                <w:lang w:val="ru-RU"/>
              </w:rPr>
              <w:t xml:space="preserve">-41467; </w:t>
            </w:r>
            <w:r>
              <w:t>https</w:t>
            </w:r>
            <w:r w:rsidRPr="00332DB8">
              <w:rPr>
                <w:lang w:val="ru-RU"/>
              </w:rPr>
              <w:t>://</w:t>
            </w:r>
            <w:r>
              <w:t>vk</w:t>
            </w:r>
            <w:r w:rsidRPr="00332DB8">
              <w:rPr>
                <w:lang w:val="ru-RU"/>
              </w:rPr>
              <w:t>.</w:t>
            </w:r>
            <w:r>
              <w:t>com</w:t>
            </w:r>
            <w:r w:rsidRPr="00332DB8">
              <w:rPr>
                <w:lang w:val="ru-RU"/>
              </w:rPr>
              <w:t>/</w:t>
            </w:r>
            <w:r>
              <w:t>topic</w:t>
            </w:r>
            <w:r w:rsidRPr="00332DB8">
              <w:rPr>
                <w:lang w:val="ru-RU"/>
              </w:rPr>
              <w:t xml:space="preserve">-392931_24478424; </w:t>
            </w:r>
            <w:r>
              <w:t>https</w:t>
            </w:r>
            <w:r w:rsidRPr="00332DB8">
              <w:rPr>
                <w:lang w:val="ru-RU"/>
              </w:rPr>
              <w:t>:/</w:t>
            </w:r>
            <w:r>
              <w:t>rusfalanger</w:t>
            </w:r>
            <w:r w:rsidRPr="00332DB8">
              <w:rPr>
                <w:lang w:val="ru-RU"/>
              </w:rPr>
              <w:t xml:space="preserve">. </w:t>
            </w:r>
            <w:r>
              <w:t>livejournal</w:t>
            </w:r>
            <w:r w:rsidRPr="00332DB8">
              <w:rPr>
                <w:lang w:val="ru-RU"/>
              </w:rPr>
              <w:t>.</w:t>
            </w:r>
            <w:r>
              <w:t>com</w:t>
            </w:r>
            <w:r w:rsidRPr="00332DB8">
              <w:rPr>
                <w:lang w:val="ru-RU"/>
              </w:rPr>
              <w:t>/6951.</w:t>
            </w:r>
            <w:r>
              <w:t>html</w:t>
            </w:r>
            <w:r w:rsidRPr="00332DB8">
              <w:rPr>
                <w:lang w:val="ru-RU"/>
              </w:rPr>
              <w:t xml:space="preserve">; </w:t>
            </w:r>
            <w:r>
              <w:t>https</w:t>
            </w:r>
            <w:r w:rsidRPr="00332DB8">
              <w:rPr>
                <w:lang w:val="ru-RU"/>
              </w:rPr>
              <w:t>://</w:t>
            </w:r>
            <w:r>
              <w:t>brusilov</w:t>
            </w:r>
            <w:r w:rsidRPr="00332DB8">
              <w:rPr>
                <w:lang w:val="ru-RU"/>
              </w:rPr>
              <w:t>-14.</w:t>
            </w:r>
            <w:r>
              <w:t>livrjournal</w:t>
            </w:r>
            <w:r w:rsidRPr="00332DB8">
              <w:rPr>
                <w:lang w:val="ru-RU"/>
              </w:rPr>
              <w:t>.</w:t>
            </w:r>
            <w:r>
              <w:t>com</w:t>
            </w:r>
            <w:r w:rsidRPr="00332DB8">
              <w:rPr>
                <w:lang w:val="ru-RU"/>
              </w:rPr>
              <w:t>/303008.</w:t>
            </w:r>
            <w:r>
              <w:t>html</w:t>
            </w:r>
            <w:r w:rsidRPr="00332DB8">
              <w:rPr>
                <w:lang w:val="ru-RU"/>
              </w:rPr>
              <w:t xml:space="preserve">; </w:t>
            </w:r>
            <w:r>
              <w:t>https</w:t>
            </w:r>
            <w:r w:rsidRPr="00332DB8">
              <w:rPr>
                <w:lang w:val="ru-RU"/>
              </w:rPr>
              <w:t>://</w:t>
            </w:r>
            <w:r>
              <w:t>hitlerolog</w:t>
            </w:r>
            <w:r w:rsidRPr="00332DB8">
              <w:rPr>
                <w:lang w:val="ru-RU"/>
              </w:rPr>
              <w:t>.</w:t>
            </w:r>
            <w:r>
              <w:t>livegournal</w:t>
            </w:r>
            <w:r w:rsidRPr="00332DB8">
              <w:rPr>
                <w:lang w:val="ru-RU"/>
              </w:rPr>
              <w:t>.</w:t>
            </w:r>
            <w:r>
              <w:t>com</w:t>
            </w:r>
            <w:r w:rsidRPr="00332DB8">
              <w:rPr>
                <w:lang w:val="ru-RU"/>
              </w:rPr>
              <w:t>/239699.</w:t>
            </w:r>
            <w:r>
              <w:t>html</w:t>
            </w:r>
            <w:r w:rsidRPr="00332DB8">
              <w:rPr>
                <w:lang w:val="ru-RU"/>
              </w:rPr>
              <w:t xml:space="preserve">, </w:t>
            </w:r>
            <w:r>
              <w:t>http</w:t>
            </w:r>
            <w:r w:rsidRPr="00332DB8">
              <w:rPr>
                <w:lang w:val="ru-RU"/>
              </w:rPr>
              <w:t>://</w:t>
            </w:r>
            <w:r>
              <w:t>blog</w:t>
            </w:r>
            <w:r w:rsidRPr="00332DB8">
              <w:rPr>
                <w:lang w:val="ru-RU"/>
              </w:rPr>
              <w:t>.</w:t>
            </w:r>
            <w:r>
              <w:t>i</w:t>
            </w:r>
            <w:r w:rsidRPr="00332DB8">
              <w:rPr>
                <w:lang w:val="ru-RU"/>
              </w:rPr>
              <w:t>.</w:t>
            </w:r>
            <w:r>
              <w:t>ua</w:t>
            </w:r>
            <w:r w:rsidRPr="00332DB8">
              <w:rPr>
                <w:lang w:val="ru-RU"/>
              </w:rPr>
              <w:t>/</w:t>
            </w:r>
            <w:r>
              <w:t>user</w:t>
            </w:r>
            <w:r w:rsidRPr="00332DB8">
              <w:rPr>
                <w:lang w:val="ru-RU"/>
              </w:rPr>
              <w:t xml:space="preserve">/2151380/1312374/, </w:t>
            </w:r>
            <w:r>
              <w:t>https</w:t>
            </w:r>
            <w:r w:rsidRPr="00332DB8">
              <w:rPr>
                <w:lang w:val="ru-RU"/>
              </w:rPr>
              <w:t>://</w:t>
            </w:r>
            <w:r>
              <w:t>judengegner</w:t>
            </w:r>
            <w:r w:rsidRPr="00332DB8">
              <w:rPr>
                <w:lang w:val="ru-RU"/>
              </w:rPr>
              <w:t>.</w:t>
            </w:r>
            <w:r>
              <w:t>livejournal</w:t>
            </w:r>
            <w:r w:rsidRPr="00332DB8">
              <w:rPr>
                <w:lang w:val="ru-RU"/>
              </w:rPr>
              <w:t>.</w:t>
            </w:r>
            <w:r>
              <w:t>com</w:t>
            </w:r>
            <w:r w:rsidRPr="00332DB8">
              <w:rPr>
                <w:lang w:val="ru-RU"/>
              </w:rPr>
              <w:t>/28000/</w:t>
            </w:r>
            <w:r>
              <w:t>html</w:t>
            </w:r>
            <w:r w:rsidRPr="00332DB8">
              <w:rPr>
                <w:lang w:val="ru-RU"/>
              </w:rPr>
              <w:t xml:space="preserve">, </w:t>
            </w:r>
            <w:r>
              <w:lastRenderedPageBreak/>
              <w:t>http</w:t>
            </w:r>
            <w:r w:rsidRPr="00332DB8">
              <w:rPr>
                <w:lang w:val="ru-RU"/>
              </w:rPr>
              <w:t>://</w:t>
            </w:r>
            <w:r>
              <w:t>www</w:t>
            </w:r>
            <w:r w:rsidRPr="00332DB8">
              <w:rPr>
                <w:lang w:val="ru-RU"/>
              </w:rPr>
              <w:t>.</w:t>
            </w:r>
            <w:r>
              <w:t>stihi</w:t>
            </w:r>
            <w:r w:rsidRPr="00332DB8">
              <w:rPr>
                <w:lang w:val="ru-RU"/>
              </w:rPr>
              <w:t>.</w:t>
            </w:r>
            <w:r>
              <w:t>ru</w:t>
            </w:r>
            <w:r w:rsidRPr="00332DB8">
              <w:rPr>
                <w:lang w:val="ru-RU"/>
              </w:rPr>
              <w:t xml:space="preserve">/2013/05/09/5385, </w:t>
            </w:r>
            <w:r>
              <w:t>https</w:t>
            </w:r>
            <w:r w:rsidRPr="00332DB8">
              <w:rPr>
                <w:lang w:val="ru-RU"/>
              </w:rPr>
              <w:t>://</w:t>
            </w:r>
            <w:r>
              <w:t>grigoruk</w:t>
            </w:r>
            <w:r w:rsidRPr="00332DB8">
              <w:rPr>
                <w:lang w:val="ru-RU"/>
              </w:rPr>
              <w:t>.</w:t>
            </w:r>
            <w:r>
              <w:t>livejournal</w:t>
            </w:r>
            <w:r w:rsidRPr="00332DB8">
              <w:rPr>
                <w:lang w:val="ru-RU"/>
              </w:rPr>
              <w:t>.</w:t>
            </w:r>
            <w:r>
              <w:t>com</w:t>
            </w:r>
            <w:r w:rsidRPr="00332DB8">
              <w:rPr>
                <w:lang w:val="ru-RU"/>
              </w:rPr>
              <w:t>/429607.</w:t>
            </w:r>
            <w:r>
              <w:t>html</w:t>
            </w:r>
            <w:r w:rsidRPr="00332DB8">
              <w:rPr>
                <w:lang w:val="ru-RU"/>
              </w:rPr>
              <w:t xml:space="preserve">, </w:t>
            </w:r>
            <w:r>
              <w:t>https</w:t>
            </w:r>
            <w:r w:rsidRPr="00332DB8">
              <w:rPr>
                <w:lang w:val="ru-RU"/>
              </w:rPr>
              <w:t>://</w:t>
            </w:r>
            <w:r>
              <w:t>www</w:t>
            </w:r>
            <w:r w:rsidRPr="00332DB8">
              <w:rPr>
                <w:lang w:val="ru-RU"/>
              </w:rPr>
              <w:t>.</w:t>
            </w:r>
            <w:r>
              <w:t>gametracker</w:t>
            </w:r>
            <w:r w:rsidRPr="00332DB8">
              <w:rPr>
                <w:lang w:val="ru-RU"/>
              </w:rPr>
              <w:t>.</w:t>
            </w:r>
            <w:r>
              <w:t>com</w:t>
            </w:r>
            <w:r w:rsidRPr="00332DB8">
              <w:rPr>
                <w:lang w:val="ru-RU"/>
              </w:rPr>
              <w:t>/</w:t>
            </w:r>
            <w:r>
              <w:t>clan</w:t>
            </w:r>
            <w:r w:rsidRPr="00332DB8">
              <w:rPr>
                <w:lang w:val="ru-RU"/>
              </w:rPr>
              <w:t xml:space="preserve">/ </w:t>
            </w:r>
            <w:r>
              <w:t>iodzone</w:t>
            </w:r>
            <w:r w:rsidRPr="00332DB8">
              <w:rPr>
                <w:lang w:val="ru-RU"/>
              </w:rPr>
              <w:t>.</w:t>
            </w:r>
            <w:r>
              <w:t>de</w:t>
            </w:r>
            <w:r w:rsidRPr="00332DB8">
              <w:rPr>
                <w:lang w:val="ru-RU"/>
              </w:rPr>
              <w:t>/</w:t>
            </w:r>
            <w:r>
              <w:t>forum</w:t>
            </w:r>
            <w:r w:rsidRPr="00332DB8">
              <w:rPr>
                <w:lang w:val="ru-RU"/>
              </w:rPr>
              <w:t>.</w:t>
            </w:r>
            <w:r>
              <w:t>php</w:t>
            </w:r>
            <w:r w:rsidRPr="00332DB8">
              <w:rPr>
                <w:lang w:val="ru-RU"/>
              </w:rPr>
              <w:t>?</w:t>
            </w:r>
            <w:r>
              <w:t>post</w:t>
            </w:r>
            <w:r w:rsidRPr="00332DB8">
              <w:rPr>
                <w:lang w:val="ru-RU"/>
              </w:rPr>
              <w:t xml:space="preserve">=300333; </w:t>
            </w:r>
            <w:r>
              <w:t>http</w:t>
            </w:r>
            <w:r w:rsidRPr="00332DB8">
              <w:rPr>
                <w:lang w:val="ru-RU"/>
              </w:rPr>
              <w:t>://</w:t>
            </w:r>
            <w:r>
              <w:t>www</w:t>
            </w:r>
            <w:r w:rsidRPr="00332DB8">
              <w:rPr>
                <w:lang w:val="ru-RU"/>
              </w:rPr>
              <w:t>.</w:t>
            </w:r>
            <w:r>
              <w:t>diary</w:t>
            </w:r>
            <w:r w:rsidRPr="00332DB8">
              <w:rPr>
                <w:lang w:val="ru-RU"/>
              </w:rPr>
              <w:t>.</w:t>
            </w:r>
            <w:r>
              <w:t>ru</w:t>
            </w:r>
            <w:r w:rsidRPr="00332DB8">
              <w:rPr>
                <w:lang w:val="ru-RU"/>
              </w:rPr>
              <w:t>~</w:t>
            </w:r>
            <w:r>
              <w:t>chuh</w:t>
            </w:r>
            <w:r w:rsidRPr="00332DB8">
              <w:rPr>
                <w:lang w:val="ru-RU"/>
              </w:rPr>
              <w:t>/</w:t>
            </w:r>
            <w:r>
              <w:t>p</w:t>
            </w:r>
            <w:r w:rsidRPr="00332DB8">
              <w:rPr>
                <w:lang w:val="ru-RU"/>
              </w:rPr>
              <w:t>115644500.</w:t>
            </w:r>
            <w:r>
              <w:t>htm</w:t>
            </w:r>
            <w:r w:rsidRPr="00332DB8">
              <w:rPr>
                <w:lang w:val="ru-RU"/>
              </w:rPr>
              <w:t>?</w:t>
            </w:r>
            <w:r>
              <w:t>oam</w:t>
            </w:r>
            <w:r w:rsidRPr="00332DB8">
              <w:rPr>
                <w:lang w:val="ru-RU"/>
              </w:rPr>
              <w:t xml:space="preserve">; </w:t>
            </w:r>
            <w:r>
              <w:t>https</w:t>
            </w:r>
            <w:r w:rsidRPr="00332DB8">
              <w:rPr>
                <w:lang w:val="ru-RU"/>
              </w:rPr>
              <w:t>://</w:t>
            </w:r>
            <w:r>
              <w:t>white</w:t>
            </w:r>
            <w:r w:rsidRPr="00332DB8">
              <w:rPr>
                <w:lang w:val="ru-RU"/>
              </w:rPr>
              <w:t>-</w:t>
            </w:r>
            <w:r>
              <w:t>reader</w:t>
            </w:r>
            <w:r w:rsidRPr="00332DB8">
              <w:rPr>
                <w:lang w:val="ru-RU"/>
              </w:rPr>
              <w:t>.</w:t>
            </w:r>
            <w:r>
              <w:t>livejournal</w:t>
            </w:r>
            <w:r w:rsidRPr="00332DB8">
              <w:rPr>
                <w:lang w:val="ru-RU"/>
              </w:rPr>
              <w:t>.</w:t>
            </w:r>
            <w:r>
              <w:t>com</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public</w:t>
            </w:r>
            <w:r w:rsidRPr="00332DB8">
              <w:rPr>
                <w:lang w:val="ru-RU"/>
              </w:rPr>
              <w:t>153320036?</w:t>
            </w:r>
            <w:r>
              <w:t>w</w:t>
            </w:r>
            <w:r w:rsidRPr="00332DB8">
              <w:rPr>
                <w:lang w:val="ru-RU"/>
              </w:rPr>
              <w:t>=</w:t>
            </w:r>
            <w:r>
              <w:t>wall</w:t>
            </w:r>
            <w:r w:rsidRPr="00332DB8">
              <w:rPr>
                <w:lang w:val="ru-RU"/>
              </w:rPr>
              <w:t>-153320036_42 (решение Первомайского районного суда г. Кирова от 15.10.2018).</w:t>
            </w:r>
          </w:p>
        </w:tc>
        <w:tc>
          <w:tcPr>
            <w:tcW w:w="2880" w:type="dxa"/>
          </w:tcPr>
          <w:p w:rsidR="006F7457" w:rsidRDefault="00332DB8">
            <w:r>
              <w:lastRenderedPageBreak/>
              <w:t>25.12.2018</w:t>
            </w:r>
          </w:p>
        </w:tc>
      </w:tr>
      <w:tr w:rsidR="006F7457">
        <w:tc>
          <w:tcPr>
            <w:tcW w:w="2880" w:type="dxa"/>
          </w:tcPr>
          <w:p w:rsidR="006F7457" w:rsidRDefault="00332DB8">
            <w:r>
              <w:lastRenderedPageBreak/>
              <w:t>4800.</w:t>
            </w:r>
          </w:p>
        </w:tc>
        <w:tc>
          <w:tcPr>
            <w:tcW w:w="2880" w:type="dxa"/>
          </w:tcPr>
          <w:p w:rsidR="006F7457" w:rsidRPr="00332DB8" w:rsidRDefault="00332DB8">
            <w:pPr>
              <w:rPr>
                <w:lang w:val="ru-RU"/>
              </w:rPr>
            </w:pPr>
            <w:r w:rsidRPr="00332DB8">
              <w:rPr>
                <w:lang w:val="ru-RU"/>
              </w:rPr>
              <w:t xml:space="preserve">Видеозапись под названием «Русские + Армяне против Исламизации России», размещенная на интернет сайте </w:t>
            </w:r>
            <w:r>
              <w:t>http</w:t>
            </w:r>
            <w:r w:rsidRPr="00332DB8">
              <w:rPr>
                <w:lang w:val="ru-RU"/>
              </w:rPr>
              <w:t>: //</w:t>
            </w:r>
            <w:r>
              <w:t>www</w:t>
            </w:r>
            <w:r w:rsidRPr="00332DB8">
              <w:rPr>
                <w:lang w:val="ru-RU"/>
              </w:rPr>
              <w:t>.</w:t>
            </w:r>
            <w:r>
              <w:t>youtube</w:t>
            </w:r>
            <w:r w:rsidRPr="00332DB8">
              <w:rPr>
                <w:lang w:val="ru-RU"/>
              </w:rPr>
              <w:t>.</w:t>
            </w:r>
            <w:r>
              <w:t>com</w:t>
            </w:r>
            <w:r w:rsidRPr="00332DB8">
              <w:rPr>
                <w:lang w:val="ru-RU"/>
              </w:rPr>
              <w:t xml:space="preserve">/ </w:t>
            </w:r>
            <w:r>
              <w:t>watch</w:t>
            </w:r>
            <w:r w:rsidRPr="00332DB8">
              <w:rPr>
                <w:lang w:val="ru-RU"/>
              </w:rPr>
              <w:t>?</w:t>
            </w:r>
            <w:r>
              <w:t>v</w:t>
            </w:r>
            <w:r w:rsidRPr="00332DB8">
              <w:rPr>
                <w:lang w:val="ru-RU"/>
              </w:rPr>
              <w:t>=</w:t>
            </w:r>
            <w:r>
              <w:t>emCZSg</w:t>
            </w:r>
            <w:r w:rsidRPr="00332DB8">
              <w:rPr>
                <w:lang w:val="ru-RU"/>
              </w:rPr>
              <w:t xml:space="preserve"> </w:t>
            </w:r>
            <w:r>
              <w:t>Nhc</w:t>
            </w:r>
            <w:r w:rsidRPr="00332DB8">
              <w:rPr>
                <w:lang w:val="ru-RU"/>
              </w:rPr>
              <w:t>-</w:t>
            </w:r>
            <w:r>
              <w:t>Y</w:t>
            </w:r>
            <w:r w:rsidRPr="00332DB8">
              <w:rPr>
                <w:lang w:val="ru-RU"/>
              </w:rPr>
              <w:t>) (решение Заводского районного суда г. Грозного от 17.02.2015);</w:t>
            </w:r>
          </w:p>
        </w:tc>
        <w:tc>
          <w:tcPr>
            <w:tcW w:w="2880" w:type="dxa"/>
          </w:tcPr>
          <w:p w:rsidR="006F7457" w:rsidRDefault="00332DB8">
            <w:r>
              <w:t>29.12.2018</w:t>
            </w:r>
          </w:p>
        </w:tc>
      </w:tr>
      <w:tr w:rsidR="006F7457">
        <w:tc>
          <w:tcPr>
            <w:tcW w:w="2880" w:type="dxa"/>
          </w:tcPr>
          <w:p w:rsidR="006F7457" w:rsidRDefault="00332DB8">
            <w:r>
              <w:t>4801.</w:t>
            </w:r>
          </w:p>
        </w:tc>
        <w:tc>
          <w:tcPr>
            <w:tcW w:w="2880" w:type="dxa"/>
          </w:tcPr>
          <w:p w:rsidR="006F7457" w:rsidRDefault="00332DB8">
            <w:r w:rsidRPr="00332DB8">
              <w:rPr>
                <w:lang w:val="ru-RU"/>
              </w:rPr>
              <w:t xml:space="preserve">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w:t>
            </w:r>
            <w:r>
              <w:t>3 минуты 16 секунд (решение Заводского районного суда г. Грозного от 31.01.2018);</w:t>
            </w:r>
          </w:p>
        </w:tc>
        <w:tc>
          <w:tcPr>
            <w:tcW w:w="2880" w:type="dxa"/>
          </w:tcPr>
          <w:p w:rsidR="006F7457" w:rsidRDefault="00332DB8">
            <w:r>
              <w:t>29.12.2018</w:t>
            </w:r>
          </w:p>
        </w:tc>
      </w:tr>
      <w:tr w:rsidR="006F7457">
        <w:tc>
          <w:tcPr>
            <w:tcW w:w="2880" w:type="dxa"/>
          </w:tcPr>
          <w:p w:rsidR="006F7457" w:rsidRDefault="00332DB8">
            <w:r>
              <w:t>4802.</w:t>
            </w:r>
          </w:p>
        </w:tc>
        <w:tc>
          <w:tcPr>
            <w:tcW w:w="2880" w:type="dxa"/>
          </w:tcPr>
          <w:p w:rsidR="006F7457" w:rsidRPr="00332DB8" w:rsidRDefault="00332DB8">
            <w:pPr>
              <w:rPr>
                <w:lang w:val="ru-RU"/>
              </w:rPr>
            </w:pPr>
            <w:r w:rsidRPr="00332DB8">
              <w:rPr>
                <w:lang w:val="ru-RU"/>
              </w:rPr>
              <w:t>Визуальный материал, размещенный в сети Интернет на социальном сайте «ВКонтакте», а именно: видеофайл «Еще не поздно все исправить!!!» (</w:t>
            </w:r>
            <w:r>
              <w:t>https</w:t>
            </w:r>
            <w:r w:rsidRPr="00332DB8">
              <w:rPr>
                <w:lang w:val="ru-RU"/>
              </w:rPr>
              <w:t>://</w:t>
            </w:r>
            <w:r>
              <w:t>vk</w:t>
            </w:r>
            <w:r w:rsidRPr="00332DB8">
              <w:rPr>
                <w:lang w:val="ru-RU"/>
              </w:rPr>
              <w:t>.</w:t>
            </w:r>
            <w:r>
              <w:t>com</w:t>
            </w:r>
            <w:r w:rsidRPr="00332DB8">
              <w:rPr>
                <w:lang w:val="ru-RU"/>
              </w:rPr>
              <w:t>/</w:t>
            </w:r>
            <w:r>
              <w:t>video</w:t>
            </w:r>
            <w:r w:rsidRPr="00332DB8">
              <w:rPr>
                <w:lang w:val="ru-RU"/>
              </w:rPr>
              <w:t>155777683_164995813) (решение Советского районного суда г. Тулы от 24.05.2016);</w:t>
            </w:r>
          </w:p>
        </w:tc>
        <w:tc>
          <w:tcPr>
            <w:tcW w:w="2880" w:type="dxa"/>
          </w:tcPr>
          <w:p w:rsidR="006F7457" w:rsidRDefault="00332DB8">
            <w:r>
              <w:t>29.12.2018</w:t>
            </w:r>
          </w:p>
        </w:tc>
      </w:tr>
      <w:tr w:rsidR="006F7457">
        <w:tc>
          <w:tcPr>
            <w:tcW w:w="2880" w:type="dxa"/>
          </w:tcPr>
          <w:p w:rsidR="006F7457" w:rsidRDefault="00332DB8">
            <w:r>
              <w:t>4803.</w:t>
            </w:r>
          </w:p>
        </w:tc>
        <w:tc>
          <w:tcPr>
            <w:tcW w:w="2880" w:type="dxa"/>
          </w:tcPr>
          <w:p w:rsidR="006F7457" w:rsidRPr="00332DB8" w:rsidRDefault="00332DB8">
            <w:pPr>
              <w:rPr>
                <w:lang w:val="ru-RU"/>
              </w:rPr>
            </w:pPr>
            <w:r w:rsidRPr="00332DB8">
              <w:rPr>
                <w:lang w:val="ru-RU"/>
              </w:rPr>
              <w:t>Визуальный материал, размещенный в сети Интернет на социальном сайте «ВКонтакте», а именно: видеофайл «Мы победим. Русские вперед!» (</w:t>
            </w:r>
            <w:r>
              <w:t>https</w:t>
            </w:r>
            <w:r w:rsidRPr="00332DB8">
              <w:rPr>
                <w:lang w:val="ru-RU"/>
              </w:rPr>
              <w:t>://</w:t>
            </w:r>
            <w:r>
              <w:t>vk</w:t>
            </w:r>
            <w:r w:rsidRPr="00332DB8">
              <w:rPr>
                <w:lang w:val="ru-RU"/>
              </w:rPr>
              <w:t>.</w:t>
            </w:r>
            <w:r>
              <w:t>com</w:t>
            </w:r>
            <w:r w:rsidRPr="00332DB8">
              <w:rPr>
                <w:lang w:val="ru-RU"/>
              </w:rPr>
              <w:t>/</w:t>
            </w:r>
            <w:r>
              <w:t>video</w:t>
            </w:r>
            <w:r w:rsidRPr="00332DB8">
              <w:rPr>
                <w:lang w:val="ru-RU"/>
              </w:rPr>
              <w:t>155777683_165599991) (решение Советского районного суда г. Тулы от 24.05.2016);</w:t>
            </w:r>
          </w:p>
        </w:tc>
        <w:tc>
          <w:tcPr>
            <w:tcW w:w="2880" w:type="dxa"/>
          </w:tcPr>
          <w:p w:rsidR="006F7457" w:rsidRDefault="00332DB8">
            <w:r>
              <w:t>29.12.2018</w:t>
            </w:r>
          </w:p>
        </w:tc>
      </w:tr>
      <w:tr w:rsidR="006F7457">
        <w:tc>
          <w:tcPr>
            <w:tcW w:w="2880" w:type="dxa"/>
          </w:tcPr>
          <w:p w:rsidR="006F7457" w:rsidRDefault="00332DB8">
            <w:r>
              <w:t>480</w:t>
            </w:r>
            <w:r>
              <w:lastRenderedPageBreak/>
              <w:t>4.</w:t>
            </w:r>
          </w:p>
        </w:tc>
        <w:tc>
          <w:tcPr>
            <w:tcW w:w="2880" w:type="dxa"/>
          </w:tcPr>
          <w:p w:rsidR="006F7457" w:rsidRPr="00332DB8" w:rsidRDefault="00332DB8">
            <w:pPr>
              <w:rPr>
                <w:lang w:val="ru-RU"/>
              </w:rPr>
            </w:pPr>
            <w:r w:rsidRPr="00332DB8">
              <w:rPr>
                <w:lang w:val="ru-RU"/>
              </w:rPr>
              <w:lastRenderedPageBreak/>
              <w:t>Статья «Исламский институт «Кавказ» Качества моджахида», размещенная в сети Интернет на Интернет-ресурсе «</w:t>
            </w:r>
            <w:r>
              <w:t>Encyclopedia</w:t>
            </w:r>
            <w:r w:rsidRPr="00332DB8">
              <w:rPr>
                <w:lang w:val="ru-RU"/>
              </w:rPr>
              <w:t xml:space="preserve"> </w:t>
            </w:r>
            <w:r>
              <w:t>Terroristica</w:t>
            </w:r>
            <w:r w:rsidRPr="00332DB8">
              <w:rPr>
                <w:lang w:val="ru-RU"/>
              </w:rPr>
              <w:t xml:space="preserve">» по адресу: </w:t>
            </w:r>
            <w:r>
              <w:t>http</w:t>
            </w:r>
            <w:r w:rsidRPr="00332DB8">
              <w:rPr>
                <w:lang w:val="ru-RU"/>
              </w:rPr>
              <w:t xml:space="preserve">:// </w:t>
            </w:r>
            <w:r>
              <w:t>terroristica</w:t>
            </w:r>
            <w:r w:rsidRPr="00332DB8">
              <w:rPr>
                <w:lang w:val="ru-RU"/>
              </w:rPr>
              <w:t>.</w:t>
            </w:r>
            <w:r>
              <w:t>info</w:t>
            </w:r>
            <w:r w:rsidRPr="00332DB8">
              <w:rPr>
                <w:lang w:val="ru-RU"/>
              </w:rPr>
              <w:t>/</w:t>
            </w:r>
            <w:r>
              <w:t>node</w:t>
            </w:r>
            <w:r w:rsidRPr="00332DB8">
              <w:rPr>
                <w:lang w:val="ru-RU"/>
              </w:rPr>
              <w:t xml:space="preserve">/107 (решение Советского районного </w:t>
            </w:r>
            <w:r w:rsidRPr="00332DB8">
              <w:rPr>
                <w:lang w:val="ru-RU"/>
              </w:rPr>
              <w:lastRenderedPageBreak/>
              <w:t>суда г. Тулы от 10.08.2015);</w:t>
            </w:r>
          </w:p>
        </w:tc>
        <w:tc>
          <w:tcPr>
            <w:tcW w:w="2880" w:type="dxa"/>
          </w:tcPr>
          <w:p w:rsidR="006F7457" w:rsidRDefault="00332DB8">
            <w:r>
              <w:lastRenderedPageBreak/>
              <w:t>29.12.201</w:t>
            </w:r>
            <w:r>
              <w:lastRenderedPageBreak/>
              <w:t>8</w:t>
            </w:r>
          </w:p>
        </w:tc>
      </w:tr>
      <w:tr w:rsidR="006F7457">
        <w:tc>
          <w:tcPr>
            <w:tcW w:w="2880" w:type="dxa"/>
          </w:tcPr>
          <w:p w:rsidR="006F7457" w:rsidRDefault="00332DB8">
            <w:r>
              <w:lastRenderedPageBreak/>
              <w:t>4805.</w:t>
            </w:r>
          </w:p>
        </w:tc>
        <w:tc>
          <w:tcPr>
            <w:tcW w:w="2880" w:type="dxa"/>
          </w:tcPr>
          <w:p w:rsidR="006F7457" w:rsidRPr="00332DB8" w:rsidRDefault="00332DB8">
            <w:pPr>
              <w:rPr>
                <w:lang w:val="ru-RU"/>
              </w:rPr>
            </w:pPr>
            <w:r w:rsidRPr="00332DB8">
              <w:rPr>
                <w:lang w:val="ru-RU"/>
              </w:rPr>
              <w:t>Фильм «Отец народа» из цикла «Вождь Советского Союза» (решение Центрального районного суда г. Новокузнецка Кемеровской области от 05.08.2010);</w:t>
            </w:r>
          </w:p>
        </w:tc>
        <w:tc>
          <w:tcPr>
            <w:tcW w:w="2880" w:type="dxa"/>
          </w:tcPr>
          <w:p w:rsidR="006F7457" w:rsidRDefault="00332DB8">
            <w:r>
              <w:t>29.12.2018</w:t>
            </w:r>
          </w:p>
        </w:tc>
      </w:tr>
      <w:tr w:rsidR="006F7457">
        <w:tc>
          <w:tcPr>
            <w:tcW w:w="2880" w:type="dxa"/>
          </w:tcPr>
          <w:p w:rsidR="006F7457" w:rsidRDefault="00332DB8">
            <w:r>
              <w:t>4806.</w:t>
            </w:r>
          </w:p>
        </w:tc>
        <w:tc>
          <w:tcPr>
            <w:tcW w:w="2880" w:type="dxa"/>
          </w:tcPr>
          <w:p w:rsidR="006F7457" w:rsidRPr="00332DB8" w:rsidRDefault="00332DB8">
            <w:pPr>
              <w:rPr>
                <w:lang w:val="ru-RU"/>
              </w:rPr>
            </w:pPr>
            <w:r w:rsidRPr="00332DB8">
              <w:rPr>
                <w:lang w:val="ru-RU"/>
              </w:rPr>
              <w:t xml:space="preserve">Сайт </w:t>
            </w:r>
            <w:r>
              <w:t>http</w:t>
            </w:r>
            <w:r w:rsidRPr="00332DB8">
              <w:rPr>
                <w:lang w:val="ru-RU"/>
              </w:rPr>
              <w:t>://</w:t>
            </w:r>
            <w:r>
              <w:t>www</w:t>
            </w:r>
            <w:r w:rsidRPr="00332DB8">
              <w:rPr>
                <w:lang w:val="ru-RU"/>
              </w:rPr>
              <w:t>.</w:t>
            </w:r>
            <w:r>
              <w:t>davmohk</w:t>
            </w:r>
            <w:r w:rsidRPr="00332DB8">
              <w:rPr>
                <w:lang w:val="ru-RU"/>
              </w:rPr>
              <w:t>.</w:t>
            </w:r>
            <w:r>
              <w:t>net</w:t>
            </w:r>
            <w:r w:rsidRPr="00332DB8">
              <w:rPr>
                <w:lang w:val="ru-RU"/>
              </w:rPr>
              <w:t xml:space="preserve"> (решение Заводского районного суда г. Грозного от 22.04.2014);</w:t>
            </w:r>
          </w:p>
        </w:tc>
        <w:tc>
          <w:tcPr>
            <w:tcW w:w="2880" w:type="dxa"/>
          </w:tcPr>
          <w:p w:rsidR="006F7457" w:rsidRDefault="00332DB8">
            <w:r>
              <w:t>29.12.2018</w:t>
            </w:r>
          </w:p>
        </w:tc>
      </w:tr>
      <w:tr w:rsidR="006F7457">
        <w:tc>
          <w:tcPr>
            <w:tcW w:w="2880" w:type="dxa"/>
          </w:tcPr>
          <w:p w:rsidR="006F7457" w:rsidRDefault="00332DB8">
            <w:r>
              <w:t>4807.</w:t>
            </w:r>
          </w:p>
        </w:tc>
        <w:tc>
          <w:tcPr>
            <w:tcW w:w="2880" w:type="dxa"/>
          </w:tcPr>
          <w:p w:rsidR="006F7457" w:rsidRPr="00332DB8" w:rsidRDefault="00332DB8">
            <w:pPr>
              <w:rPr>
                <w:lang w:val="ru-RU"/>
              </w:rPr>
            </w:pPr>
            <w:r w:rsidRPr="00332DB8">
              <w:rPr>
                <w:lang w:val="ru-RU"/>
              </w:rPr>
              <w:t xml:space="preserve">Сайт </w:t>
            </w:r>
            <w:r>
              <w:t>http</w:t>
            </w:r>
            <w:r w:rsidRPr="00332DB8">
              <w:rPr>
                <w:lang w:val="ru-RU"/>
              </w:rPr>
              <w:t>://</w:t>
            </w:r>
            <w:r>
              <w:t>www</w:t>
            </w:r>
            <w:r w:rsidRPr="00332DB8">
              <w:rPr>
                <w:lang w:val="ru-RU"/>
              </w:rPr>
              <w:t>.</w:t>
            </w:r>
            <w:r>
              <w:t>davmohk</w:t>
            </w:r>
            <w:r w:rsidRPr="00332DB8">
              <w:rPr>
                <w:lang w:val="ru-RU"/>
              </w:rPr>
              <w:t>.</w:t>
            </w:r>
            <w:r>
              <w:t>org</w:t>
            </w:r>
            <w:r w:rsidRPr="00332DB8">
              <w:rPr>
                <w:lang w:val="ru-RU"/>
              </w:rPr>
              <w:t xml:space="preserve"> (решение Заводского районного суда г. Грозного от 22.04.2014);</w:t>
            </w:r>
          </w:p>
        </w:tc>
        <w:tc>
          <w:tcPr>
            <w:tcW w:w="2880" w:type="dxa"/>
          </w:tcPr>
          <w:p w:rsidR="006F7457" w:rsidRDefault="00332DB8">
            <w:r>
              <w:t>29.12.2018</w:t>
            </w:r>
          </w:p>
        </w:tc>
      </w:tr>
      <w:tr w:rsidR="006F7457">
        <w:tc>
          <w:tcPr>
            <w:tcW w:w="2880" w:type="dxa"/>
          </w:tcPr>
          <w:p w:rsidR="006F7457" w:rsidRDefault="00332DB8">
            <w:r>
              <w:t>4808.</w:t>
            </w:r>
          </w:p>
        </w:tc>
        <w:tc>
          <w:tcPr>
            <w:tcW w:w="2880" w:type="dxa"/>
          </w:tcPr>
          <w:p w:rsidR="006F7457" w:rsidRPr="00332DB8" w:rsidRDefault="00332DB8">
            <w:pPr>
              <w:rPr>
                <w:lang w:val="ru-RU"/>
              </w:rPr>
            </w:pPr>
            <w:r w:rsidRPr="00332DB8">
              <w:rPr>
                <w:lang w:val="ru-RU"/>
              </w:rPr>
              <w:t>Размещенные в сети Интернет на информационном ресурсе «ВКонтакте» на страницах сообщества «Патриарх Кирилл» (</w:t>
            </w:r>
            <w:r>
              <w:t>https</w:t>
            </w:r>
            <w:r w:rsidRPr="00332DB8">
              <w:rPr>
                <w:lang w:val="ru-RU"/>
              </w:rPr>
              <w:t>://</w:t>
            </w:r>
            <w:r>
              <w:t>vk</w:t>
            </w:r>
            <w:r w:rsidRPr="00332DB8">
              <w:rPr>
                <w:lang w:val="ru-RU"/>
              </w:rPr>
              <w:t>.</w:t>
            </w:r>
            <w:r>
              <w:t>com</w:t>
            </w:r>
            <w:r w:rsidRPr="00332DB8">
              <w:rPr>
                <w:lang w:val="ru-RU"/>
              </w:rPr>
              <w:t>/</w:t>
            </w:r>
            <w:r>
              <w:t>patriarchkirillswears</w:t>
            </w:r>
            <w:r w:rsidRPr="00332DB8">
              <w:rPr>
                <w:lang w:val="ru-RU"/>
              </w:rPr>
              <w:t xml:space="preserve">) фотоизображения по следующим ссылкам: - </w:t>
            </w:r>
            <w:r>
              <w:t>https</w:t>
            </w:r>
            <w:r w:rsidRPr="00332DB8">
              <w:rPr>
                <w:lang w:val="ru-RU"/>
              </w:rPr>
              <w:t>://</w:t>
            </w:r>
            <w:r>
              <w:t>vk</w:t>
            </w:r>
            <w:r w:rsidRPr="00332DB8">
              <w:rPr>
                <w:lang w:val="ru-RU"/>
              </w:rPr>
              <w:t>.</w:t>
            </w:r>
            <w:r>
              <w:t>com</w:t>
            </w:r>
            <w:r w:rsidRPr="00332DB8">
              <w:rPr>
                <w:lang w:val="ru-RU"/>
              </w:rPr>
              <w:t>/</w:t>
            </w:r>
            <w:r>
              <w:t>patriarchkirillswears</w:t>
            </w:r>
            <w:r w:rsidRPr="00332DB8">
              <w:rPr>
                <w:lang w:val="ru-RU"/>
              </w:rPr>
              <w:t>?</w:t>
            </w:r>
            <w:r>
              <w:t>z</w:t>
            </w:r>
            <w:r w:rsidRPr="00332DB8">
              <w:rPr>
                <w:lang w:val="ru-RU"/>
              </w:rPr>
              <w:t>=</w:t>
            </w:r>
            <w:r>
              <w:t>photo</w:t>
            </w:r>
            <w:r w:rsidRPr="00332DB8">
              <w:rPr>
                <w:lang w:val="ru-RU"/>
              </w:rPr>
              <w:t>63683472_350444656%2</w:t>
            </w:r>
            <w:r>
              <w:t>Falbum</w:t>
            </w:r>
            <w:r w:rsidRPr="00332DB8">
              <w:rPr>
                <w:lang w:val="ru-RU"/>
              </w:rPr>
              <w:t>-63683472_00%2</w:t>
            </w:r>
            <w:r>
              <w:t>Frev</w:t>
            </w:r>
            <w:r w:rsidRPr="00332DB8">
              <w:rPr>
                <w:lang w:val="ru-RU"/>
              </w:rPr>
              <w:t xml:space="preserve">; - </w:t>
            </w:r>
            <w:r>
              <w:t>https</w:t>
            </w:r>
            <w:r w:rsidRPr="00332DB8">
              <w:rPr>
                <w:lang w:val="ru-RU"/>
              </w:rPr>
              <w:t>://</w:t>
            </w:r>
            <w:r>
              <w:t>vk</w:t>
            </w:r>
            <w:r w:rsidRPr="00332DB8">
              <w:rPr>
                <w:lang w:val="ru-RU"/>
              </w:rPr>
              <w:t>.</w:t>
            </w:r>
            <w:r>
              <w:t>com</w:t>
            </w:r>
            <w:r w:rsidRPr="00332DB8">
              <w:rPr>
                <w:lang w:val="ru-RU"/>
              </w:rPr>
              <w:t>/</w:t>
            </w:r>
            <w:r>
              <w:t>patriarchkirillswears</w:t>
            </w:r>
            <w:r w:rsidRPr="00332DB8">
              <w:rPr>
                <w:lang w:val="ru-RU"/>
              </w:rPr>
              <w:t>?</w:t>
            </w:r>
            <w:r>
              <w:t>z</w:t>
            </w:r>
            <w:r w:rsidRPr="00332DB8">
              <w:rPr>
                <w:lang w:val="ru-RU"/>
              </w:rPr>
              <w:t>=</w:t>
            </w:r>
            <w:r>
              <w:t>photo</w:t>
            </w:r>
            <w:r w:rsidRPr="00332DB8">
              <w:rPr>
                <w:lang w:val="ru-RU"/>
              </w:rPr>
              <w:t>-63683472_350408977%2</w:t>
            </w:r>
            <w:r>
              <w:t>Falbum</w:t>
            </w:r>
            <w:r w:rsidRPr="00332DB8">
              <w:rPr>
                <w:lang w:val="ru-RU"/>
              </w:rPr>
              <w:t>-63683472_00%2</w:t>
            </w:r>
            <w:r>
              <w:t>Frev</w:t>
            </w:r>
            <w:r w:rsidRPr="00332DB8">
              <w:rPr>
                <w:lang w:val="ru-RU"/>
              </w:rPr>
              <w:t xml:space="preserve">; - </w:t>
            </w:r>
            <w:r>
              <w:t>https</w:t>
            </w:r>
            <w:r w:rsidRPr="00332DB8">
              <w:rPr>
                <w:lang w:val="ru-RU"/>
              </w:rPr>
              <w:t>://</w:t>
            </w:r>
            <w:r>
              <w:t>vk</w:t>
            </w:r>
            <w:r w:rsidRPr="00332DB8">
              <w:rPr>
                <w:lang w:val="ru-RU"/>
              </w:rPr>
              <w:t>.</w:t>
            </w:r>
            <w:r>
              <w:t>com</w:t>
            </w:r>
            <w:r w:rsidRPr="00332DB8">
              <w:rPr>
                <w:lang w:val="ru-RU"/>
              </w:rPr>
              <w:t>/</w:t>
            </w:r>
            <w:r>
              <w:t>patriarchkirillswears</w:t>
            </w:r>
            <w:r w:rsidRPr="00332DB8">
              <w:rPr>
                <w:lang w:val="ru-RU"/>
              </w:rPr>
              <w:t>?</w:t>
            </w:r>
            <w:r>
              <w:t>z</w:t>
            </w:r>
            <w:r w:rsidRPr="00332DB8">
              <w:rPr>
                <w:lang w:val="ru-RU"/>
              </w:rPr>
              <w:t>=</w:t>
            </w:r>
            <w:r>
              <w:t>photo</w:t>
            </w:r>
            <w:r w:rsidRPr="00332DB8">
              <w:rPr>
                <w:lang w:val="ru-RU"/>
              </w:rPr>
              <w:t>-63683472_350331367%2</w:t>
            </w:r>
            <w:r>
              <w:t>Falbum</w:t>
            </w:r>
            <w:r w:rsidRPr="00332DB8">
              <w:rPr>
                <w:lang w:val="ru-RU"/>
              </w:rPr>
              <w:t>-63683472_00%2</w:t>
            </w:r>
            <w:r>
              <w:t>Frev</w:t>
            </w:r>
            <w:r w:rsidRPr="00332DB8">
              <w:rPr>
                <w:lang w:val="ru-RU"/>
              </w:rPr>
              <w:t xml:space="preserve">; - </w:t>
            </w:r>
            <w:r>
              <w:t>https</w:t>
            </w:r>
            <w:r w:rsidRPr="00332DB8">
              <w:rPr>
                <w:lang w:val="ru-RU"/>
              </w:rPr>
              <w:t>://</w:t>
            </w:r>
            <w:r>
              <w:t>vk</w:t>
            </w:r>
            <w:r w:rsidRPr="00332DB8">
              <w:rPr>
                <w:lang w:val="ru-RU"/>
              </w:rPr>
              <w:t>.</w:t>
            </w:r>
            <w:r>
              <w:t>com</w:t>
            </w:r>
            <w:r w:rsidRPr="00332DB8">
              <w:rPr>
                <w:lang w:val="ru-RU"/>
              </w:rPr>
              <w:t>/</w:t>
            </w:r>
            <w:r>
              <w:t>patriarchkirillswears</w:t>
            </w:r>
            <w:r w:rsidRPr="00332DB8">
              <w:rPr>
                <w:lang w:val="ru-RU"/>
              </w:rPr>
              <w:t>?</w:t>
            </w:r>
            <w:r>
              <w:t>z</w:t>
            </w:r>
            <w:r w:rsidRPr="00332DB8">
              <w:rPr>
                <w:lang w:val="ru-RU"/>
              </w:rPr>
              <w:t>=</w:t>
            </w:r>
            <w:r>
              <w:t>photo</w:t>
            </w:r>
            <w:r w:rsidRPr="00332DB8">
              <w:rPr>
                <w:lang w:val="ru-RU"/>
              </w:rPr>
              <w:t>-63683472_350413341%2</w:t>
            </w:r>
            <w:r>
              <w:t>Falbum</w:t>
            </w:r>
            <w:r w:rsidRPr="00332DB8">
              <w:rPr>
                <w:lang w:val="ru-RU"/>
              </w:rPr>
              <w:t>-63683472_00%2</w:t>
            </w:r>
            <w:r>
              <w:t>Frev</w:t>
            </w:r>
            <w:r w:rsidRPr="00332DB8">
              <w:rPr>
                <w:lang w:val="ru-RU"/>
              </w:rPr>
              <w:t xml:space="preserve"> (решение Щёкинского районного суда Тульской области от 05.04.2016);</w:t>
            </w:r>
          </w:p>
        </w:tc>
        <w:tc>
          <w:tcPr>
            <w:tcW w:w="2880" w:type="dxa"/>
          </w:tcPr>
          <w:p w:rsidR="006F7457" w:rsidRDefault="00332DB8">
            <w:r>
              <w:t>29.12.2018</w:t>
            </w:r>
          </w:p>
        </w:tc>
      </w:tr>
      <w:tr w:rsidR="006F7457">
        <w:tc>
          <w:tcPr>
            <w:tcW w:w="2880" w:type="dxa"/>
          </w:tcPr>
          <w:p w:rsidR="006F7457" w:rsidRDefault="00332DB8">
            <w:r>
              <w:t>480</w:t>
            </w:r>
            <w:r>
              <w:lastRenderedPageBreak/>
              <w:t>9.</w:t>
            </w:r>
          </w:p>
        </w:tc>
        <w:tc>
          <w:tcPr>
            <w:tcW w:w="2880" w:type="dxa"/>
          </w:tcPr>
          <w:p w:rsidR="006F7457" w:rsidRPr="00332DB8" w:rsidRDefault="00332DB8">
            <w:pPr>
              <w:rPr>
                <w:lang w:val="ru-RU"/>
              </w:rPr>
            </w:pPr>
            <w:r w:rsidRPr="00332DB8">
              <w:rPr>
                <w:lang w:val="ru-RU"/>
              </w:rPr>
              <w:lastRenderedPageBreak/>
              <w:t xml:space="preserve">Интернет-Блог </w:t>
            </w:r>
            <w:r>
              <w:t>ttp</w:t>
            </w:r>
            <w:r w:rsidRPr="00332DB8">
              <w:rPr>
                <w:lang w:val="ru-RU"/>
              </w:rPr>
              <w:t>://</w:t>
            </w:r>
            <w:r>
              <w:t>kazakveterenar</w:t>
            </w:r>
            <w:r w:rsidRPr="00332DB8">
              <w:rPr>
                <w:lang w:val="ru-RU"/>
              </w:rPr>
              <w:t>.</w:t>
            </w:r>
            <w:r>
              <w:t>blogspot</w:t>
            </w:r>
            <w:r w:rsidRPr="00332DB8">
              <w:rPr>
                <w:lang w:val="ru-RU"/>
              </w:rPr>
              <w:t>.</w:t>
            </w:r>
            <w:r>
              <w:t>ru</w:t>
            </w:r>
            <w:r w:rsidRPr="00332DB8">
              <w:rPr>
                <w:lang w:val="ru-RU"/>
              </w:rPr>
              <w:t>/, (блог) под названием Духовно-Родовая Держава Русь (решение Шалинского городского суда Чеченской Республики от 08.10.2013);</w:t>
            </w:r>
          </w:p>
        </w:tc>
        <w:tc>
          <w:tcPr>
            <w:tcW w:w="2880" w:type="dxa"/>
          </w:tcPr>
          <w:p w:rsidR="006F7457" w:rsidRDefault="00332DB8">
            <w:r>
              <w:t>29.12.201</w:t>
            </w:r>
            <w:r>
              <w:lastRenderedPageBreak/>
              <w:t>8</w:t>
            </w:r>
          </w:p>
        </w:tc>
      </w:tr>
      <w:tr w:rsidR="006F7457">
        <w:tc>
          <w:tcPr>
            <w:tcW w:w="2880" w:type="dxa"/>
          </w:tcPr>
          <w:p w:rsidR="006F7457" w:rsidRDefault="00332DB8">
            <w:r>
              <w:lastRenderedPageBreak/>
              <w:t>4810.</w:t>
            </w:r>
          </w:p>
        </w:tc>
        <w:tc>
          <w:tcPr>
            <w:tcW w:w="2880" w:type="dxa"/>
          </w:tcPr>
          <w:p w:rsidR="006F7457" w:rsidRDefault="00332DB8">
            <w:r w:rsidRPr="00332DB8">
              <w:rPr>
                <w:lang w:val="ru-RU"/>
              </w:rPr>
              <w:t xml:space="preserve">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w:t>
            </w:r>
            <w:r>
              <w:t>5 минут (решение Надтеречного районного суда Чеченской Республики от 17.10.2018);</w:t>
            </w:r>
          </w:p>
        </w:tc>
        <w:tc>
          <w:tcPr>
            <w:tcW w:w="2880" w:type="dxa"/>
          </w:tcPr>
          <w:p w:rsidR="006F7457" w:rsidRDefault="00332DB8">
            <w:r>
              <w:t>29.12.2018</w:t>
            </w:r>
          </w:p>
        </w:tc>
      </w:tr>
      <w:tr w:rsidR="006F7457">
        <w:tc>
          <w:tcPr>
            <w:tcW w:w="2880" w:type="dxa"/>
          </w:tcPr>
          <w:p w:rsidR="006F7457" w:rsidRDefault="00332DB8">
            <w:r>
              <w:t>4811.</w:t>
            </w:r>
          </w:p>
        </w:tc>
        <w:tc>
          <w:tcPr>
            <w:tcW w:w="2880" w:type="dxa"/>
          </w:tcPr>
          <w:p w:rsidR="006F7457" w:rsidRPr="00332DB8" w:rsidRDefault="00332DB8">
            <w:pPr>
              <w:rPr>
                <w:lang w:val="ru-RU"/>
              </w:rPr>
            </w:pPr>
            <w:r w:rsidRPr="00332DB8">
              <w:rPr>
                <w:lang w:val="ru-RU"/>
              </w:rPr>
              <w:t>Информационный материал - видеозапись под названием «</w:t>
            </w:r>
            <w:r>
              <w:t>White</w:t>
            </w:r>
            <w:r w:rsidRPr="00332DB8">
              <w:rPr>
                <w:lang w:val="ru-RU"/>
              </w:rPr>
              <w:t xml:space="preserve"> </w:t>
            </w:r>
            <w:r>
              <w:t>Noise</w:t>
            </w:r>
            <w:r w:rsidRPr="00332DB8">
              <w:rPr>
                <w:lang w:val="ru-RU"/>
              </w:rPr>
              <w:t xml:space="preserv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2880" w:type="dxa"/>
          </w:tcPr>
          <w:p w:rsidR="006F7457" w:rsidRDefault="00332DB8">
            <w:r>
              <w:t>29.12.2018</w:t>
            </w:r>
          </w:p>
        </w:tc>
      </w:tr>
      <w:tr w:rsidR="006F7457">
        <w:tc>
          <w:tcPr>
            <w:tcW w:w="2880" w:type="dxa"/>
          </w:tcPr>
          <w:p w:rsidR="006F7457" w:rsidRDefault="00332DB8">
            <w:r>
              <w:t>4812.</w:t>
            </w:r>
          </w:p>
        </w:tc>
        <w:tc>
          <w:tcPr>
            <w:tcW w:w="2880" w:type="dxa"/>
          </w:tcPr>
          <w:p w:rsidR="006F7457" w:rsidRPr="00332DB8" w:rsidRDefault="00332DB8">
            <w:pPr>
              <w:rPr>
                <w:lang w:val="ru-RU"/>
              </w:rPr>
            </w:pPr>
            <w:r w:rsidRPr="00332DB8">
              <w:rPr>
                <w:lang w:val="ru-RU"/>
              </w:rPr>
              <w:t xml:space="preserve">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w:t>
            </w:r>
            <w:r>
              <w:t>https</w:t>
            </w:r>
            <w:r w:rsidRPr="00332DB8">
              <w:rPr>
                <w:lang w:val="ru-RU"/>
              </w:rPr>
              <w:t>://</w:t>
            </w:r>
            <w:r>
              <w:t>ok</w:t>
            </w:r>
            <w:r w:rsidRPr="00332DB8">
              <w:rPr>
                <w:lang w:val="ru-RU"/>
              </w:rPr>
              <w:t>.</w:t>
            </w:r>
            <w:r>
              <w:t>ru</w:t>
            </w:r>
            <w:r w:rsidRPr="00332DB8">
              <w:rPr>
                <w:lang w:val="ru-RU"/>
              </w:rPr>
              <w:t>/</w:t>
            </w:r>
            <w:r>
              <w:t>video</w:t>
            </w:r>
            <w:r w:rsidRPr="00332DB8">
              <w:rPr>
                <w:lang w:val="ru-RU"/>
              </w:rPr>
              <w:t>/1692337442 (решение Козельского районного суда Калужской области от 08.11.2018);</w:t>
            </w:r>
          </w:p>
        </w:tc>
        <w:tc>
          <w:tcPr>
            <w:tcW w:w="2880" w:type="dxa"/>
          </w:tcPr>
          <w:p w:rsidR="006F7457" w:rsidRDefault="00332DB8">
            <w:r>
              <w:t>22.01.2019</w:t>
            </w:r>
          </w:p>
        </w:tc>
      </w:tr>
      <w:tr w:rsidR="006F7457">
        <w:tc>
          <w:tcPr>
            <w:tcW w:w="2880" w:type="dxa"/>
          </w:tcPr>
          <w:p w:rsidR="006F7457" w:rsidRDefault="00332DB8">
            <w:r>
              <w:t>4813.</w:t>
            </w:r>
          </w:p>
        </w:tc>
        <w:tc>
          <w:tcPr>
            <w:tcW w:w="2880" w:type="dxa"/>
          </w:tcPr>
          <w:p w:rsidR="006F7457" w:rsidRPr="00332DB8" w:rsidRDefault="00332DB8">
            <w:pPr>
              <w:rPr>
                <w:lang w:val="ru-RU"/>
              </w:rPr>
            </w:pPr>
            <w:r w:rsidRPr="00332DB8">
              <w:rPr>
                <w:lang w:val="ru-RU"/>
              </w:rPr>
              <w:t>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tc>
        <w:tc>
          <w:tcPr>
            <w:tcW w:w="2880" w:type="dxa"/>
          </w:tcPr>
          <w:p w:rsidR="006F7457" w:rsidRDefault="00332DB8">
            <w:r>
              <w:t>22.01.2019</w:t>
            </w:r>
          </w:p>
        </w:tc>
      </w:tr>
      <w:tr w:rsidR="006F7457">
        <w:tc>
          <w:tcPr>
            <w:tcW w:w="2880" w:type="dxa"/>
          </w:tcPr>
          <w:p w:rsidR="006F7457" w:rsidRDefault="00332DB8">
            <w:r>
              <w:t>4</w:t>
            </w:r>
            <w:r>
              <w:lastRenderedPageBreak/>
              <w:t>814.</w:t>
            </w:r>
          </w:p>
        </w:tc>
        <w:tc>
          <w:tcPr>
            <w:tcW w:w="2880" w:type="dxa"/>
          </w:tcPr>
          <w:p w:rsidR="006F7457" w:rsidRPr="00332DB8" w:rsidRDefault="00332DB8">
            <w:pPr>
              <w:rPr>
                <w:lang w:val="ru-RU"/>
              </w:rPr>
            </w:pPr>
            <w:r w:rsidRPr="00332DB8">
              <w:rPr>
                <w:lang w:val="ru-RU"/>
              </w:rPr>
              <w:lastRenderedPageBreak/>
              <w:t xml:space="preserve">Книга Дрозд Б.Д. «Вождь «враждебной рати», разгаданная тайна Александра Блока», изданная издательской </w:t>
            </w:r>
            <w:r w:rsidRPr="00332DB8">
              <w:rPr>
                <w:lang w:val="ru-RU"/>
              </w:rPr>
              <w:lastRenderedPageBreak/>
              <w:t>фирмой «Жар-Птица» г.Хабаровск в 2011 году на 248 страницах, тираж 50 экземпляров (решение Ленинского районного суда г. Комсомольска-на-Амуре от 23.10.2018);</w:t>
            </w:r>
          </w:p>
        </w:tc>
        <w:tc>
          <w:tcPr>
            <w:tcW w:w="2880" w:type="dxa"/>
          </w:tcPr>
          <w:p w:rsidR="006F7457" w:rsidRDefault="00332DB8">
            <w:r>
              <w:lastRenderedPageBreak/>
              <w:t>22.</w:t>
            </w:r>
            <w:r>
              <w:lastRenderedPageBreak/>
              <w:t>01.2019</w:t>
            </w:r>
          </w:p>
        </w:tc>
      </w:tr>
      <w:tr w:rsidR="006F7457">
        <w:tc>
          <w:tcPr>
            <w:tcW w:w="2880" w:type="dxa"/>
          </w:tcPr>
          <w:p w:rsidR="006F7457" w:rsidRDefault="00332DB8">
            <w:r>
              <w:lastRenderedPageBreak/>
              <w:t>4815.</w:t>
            </w:r>
          </w:p>
        </w:tc>
        <w:tc>
          <w:tcPr>
            <w:tcW w:w="2880" w:type="dxa"/>
          </w:tcPr>
          <w:p w:rsidR="006F7457" w:rsidRPr="00332DB8" w:rsidRDefault="00332DB8">
            <w:pPr>
              <w:rPr>
                <w:lang w:val="ru-RU"/>
              </w:rPr>
            </w:pPr>
            <w:r w:rsidRPr="00332DB8">
              <w:rPr>
                <w:lang w:val="ru-RU"/>
              </w:rPr>
              <w:t>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p>
        </w:tc>
        <w:tc>
          <w:tcPr>
            <w:tcW w:w="2880" w:type="dxa"/>
          </w:tcPr>
          <w:p w:rsidR="006F7457" w:rsidRDefault="00332DB8">
            <w:r>
              <w:t>22.01.2019</w:t>
            </w:r>
          </w:p>
        </w:tc>
      </w:tr>
      <w:tr w:rsidR="006F7457">
        <w:tc>
          <w:tcPr>
            <w:tcW w:w="2880" w:type="dxa"/>
          </w:tcPr>
          <w:p w:rsidR="006F7457" w:rsidRDefault="00332DB8">
            <w:r>
              <w:t>4816.</w:t>
            </w:r>
          </w:p>
        </w:tc>
        <w:tc>
          <w:tcPr>
            <w:tcW w:w="2880" w:type="dxa"/>
          </w:tcPr>
          <w:p w:rsidR="006F7457" w:rsidRPr="00332DB8" w:rsidRDefault="00332DB8">
            <w:pPr>
              <w:rPr>
                <w:lang w:val="ru-RU"/>
              </w:rPr>
            </w:pPr>
            <w:r w:rsidRPr="00332DB8">
              <w:rPr>
                <w:lang w:val="ru-RU"/>
              </w:rPr>
              <w:t>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p>
        </w:tc>
        <w:tc>
          <w:tcPr>
            <w:tcW w:w="2880" w:type="dxa"/>
          </w:tcPr>
          <w:p w:rsidR="006F7457" w:rsidRDefault="00332DB8">
            <w:r>
              <w:t>22.01.2019</w:t>
            </w:r>
          </w:p>
        </w:tc>
      </w:tr>
      <w:tr w:rsidR="006F7457">
        <w:tc>
          <w:tcPr>
            <w:tcW w:w="2880" w:type="dxa"/>
          </w:tcPr>
          <w:p w:rsidR="006F7457" w:rsidRDefault="00332DB8">
            <w:r>
              <w:t>4817.</w:t>
            </w:r>
          </w:p>
        </w:tc>
        <w:tc>
          <w:tcPr>
            <w:tcW w:w="2880" w:type="dxa"/>
          </w:tcPr>
          <w:p w:rsidR="006F7457" w:rsidRDefault="00332DB8">
            <w:r w:rsidRPr="00332DB8">
              <w:rPr>
                <w:lang w:val="ru-RU"/>
              </w:rPr>
              <w:t xml:space="preserve">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w:t>
            </w:r>
            <w:r>
              <w:t>(решение Ленинского районного суда г. Перми от 21.11.2018);</w:t>
            </w:r>
          </w:p>
        </w:tc>
        <w:tc>
          <w:tcPr>
            <w:tcW w:w="2880" w:type="dxa"/>
          </w:tcPr>
          <w:p w:rsidR="006F7457" w:rsidRDefault="00332DB8">
            <w:r>
              <w:t>22.01.2019</w:t>
            </w:r>
          </w:p>
        </w:tc>
      </w:tr>
      <w:tr w:rsidR="006F7457">
        <w:tc>
          <w:tcPr>
            <w:tcW w:w="2880" w:type="dxa"/>
          </w:tcPr>
          <w:p w:rsidR="006F7457" w:rsidRDefault="00332DB8">
            <w:r>
              <w:t>4818.</w:t>
            </w:r>
          </w:p>
        </w:tc>
        <w:tc>
          <w:tcPr>
            <w:tcW w:w="2880" w:type="dxa"/>
          </w:tcPr>
          <w:p w:rsidR="006F7457" w:rsidRPr="00332DB8" w:rsidRDefault="00332DB8">
            <w:pPr>
              <w:rPr>
                <w:lang w:val="ru-RU"/>
              </w:rPr>
            </w:pPr>
            <w:r w:rsidRPr="00332DB8">
              <w:rPr>
                <w:lang w:val="ru-RU"/>
              </w:rPr>
              <w:t>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p>
        </w:tc>
        <w:tc>
          <w:tcPr>
            <w:tcW w:w="2880" w:type="dxa"/>
          </w:tcPr>
          <w:p w:rsidR="006F7457" w:rsidRDefault="00332DB8">
            <w:r>
              <w:t>22.01.2019</w:t>
            </w:r>
          </w:p>
        </w:tc>
      </w:tr>
      <w:tr w:rsidR="006F7457">
        <w:tc>
          <w:tcPr>
            <w:tcW w:w="2880" w:type="dxa"/>
          </w:tcPr>
          <w:p w:rsidR="006F7457" w:rsidRDefault="00332DB8">
            <w:r>
              <w:t>4819.</w:t>
            </w:r>
          </w:p>
        </w:tc>
        <w:tc>
          <w:tcPr>
            <w:tcW w:w="2880" w:type="dxa"/>
          </w:tcPr>
          <w:p w:rsidR="006F7457" w:rsidRDefault="00332DB8">
            <w:r w:rsidRPr="00332DB8">
              <w:rPr>
                <w:lang w:val="ru-RU"/>
              </w:rPr>
              <w:t xml:space="preserve">Стихотворный текст под названием </w:t>
            </w:r>
            <w:r>
              <w:t>P</w:t>
            </w:r>
            <w:r w:rsidRPr="00332DB8">
              <w:rPr>
                <w:lang w:val="ru-RU"/>
              </w:rPr>
              <w:t>.</w:t>
            </w:r>
            <w:r>
              <w:t>S</w:t>
            </w:r>
            <w:r w:rsidRPr="00332DB8">
              <w:rPr>
                <w:lang w:val="ru-RU"/>
              </w:rPr>
              <w:t xml:space="preserve">.7.62 - «Ненависть», начинающийся со слов: «Ненависть к коммунистам...» и заканчивающийся словами «Трезвость плюс ненависть равно победа!» </w:t>
            </w:r>
            <w:r>
              <w:t>(решение Ленинского районного суда г. Перми от 21.11.2018);</w:t>
            </w:r>
          </w:p>
        </w:tc>
        <w:tc>
          <w:tcPr>
            <w:tcW w:w="2880" w:type="dxa"/>
          </w:tcPr>
          <w:p w:rsidR="006F7457" w:rsidRDefault="00332DB8">
            <w:r>
              <w:t>22.01.2019</w:t>
            </w:r>
          </w:p>
        </w:tc>
      </w:tr>
      <w:tr w:rsidR="006F7457">
        <w:tc>
          <w:tcPr>
            <w:tcW w:w="2880" w:type="dxa"/>
          </w:tcPr>
          <w:p w:rsidR="006F7457" w:rsidRDefault="00332DB8">
            <w:r>
              <w:lastRenderedPageBreak/>
              <w:t>4820.</w:t>
            </w:r>
          </w:p>
        </w:tc>
        <w:tc>
          <w:tcPr>
            <w:tcW w:w="2880" w:type="dxa"/>
          </w:tcPr>
          <w:p w:rsidR="006F7457" w:rsidRPr="00332DB8" w:rsidRDefault="00332DB8">
            <w:pPr>
              <w:rPr>
                <w:lang w:val="ru-RU"/>
              </w:rPr>
            </w:pPr>
            <w:r w:rsidRPr="00332DB8">
              <w:rPr>
                <w:lang w:val="ru-RU"/>
              </w:rPr>
              <w:t>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p>
        </w:tc>
        <w:tc>
          <w:tcPr>
            <w:tcW w:w="2880" w:type="dxa"/>
          </w:tcPr>
          <w:p w:rsidR="006F7457" w:rsidRDefault="00332DB8">
            <w:r>
              <w:t>22.01.2019</w:t>
            </w:r>
          </w:p>
        </w:tc>
      </w:tr>
      <w:tr w:rsidR="006F7457">
        <w:tc>
          <w:tcPr>
            <w:tcW w:w="2880" w:type="dxa"/>
          </w:tcPr>
          <w:p w:rsidR="006F7457" w:rsidRDefault="00332DB8">
            <w:r>
              <w:t>4821.</w:t>
            </w:r>
          </w:p>
        </w:tc>
        <w:tc>
          <w:tcPr>
            <w:tcW w:w="2880" w:type="dxa"/>
          </w:tcPr>
          <w:p w:rsidR="006F7457" w:rsidRDefault="00332DB8">
            <w:r w:rsidRPr="00332DB8">
              <w:rPr>
                <w:lang w:val="ru-RU"/>
              </w:rPr>
              <w:t>Стихотворный текст под названием Коловрат - «Прямая линия», начинающийся со слов «</w:t>
            </w:r>
            <w:r>
              <w:t>Straight</w:t>
            </w:r>
            <w:r w:rsidRPr="00332DB8">
              <w:rPr>
                <w:lang w:val="ru-RU"/>
              </w:rPr>
              <w:t xml:space="preserve"> </w:t>
            </w:r>
            <w:r>
              <w:t>edge</w:t>
            </w:r>
            <w:r w:rsidRPr="00332DB8">
              <w:rPr>
                <w:lang w:val="ru-RU"/>
              </w:rPr>
              <w:t xml:space="preserve"> - оружие в войне за выживание расы...» и заканчивающийся словами «Храбрость, мужество, стойкость; крепким будь, как стальная стена!» </w:t>
            </w:r>
            <w:r>
              <w:t>(решение Ленинского районного суда г. Перми от 21.11.2018);</w:t>
            </w:r>
          </w:p>
        </w:tc>
        <w:tc>
          <w:tcPr>
            <w:tcW w:w="2880" w:type="dxa"/>
          </w:tcPr>
          <w:p w:rsidR="006F7457" w:rsidRDefault="00332DB8">
            <w:r>
              <w:t>22.01.2019</w:t>
            </w:r>
          </w:p>
        </w:tc>
      </w:tr>
      <w:tr w:rsidR="006F7457">
        <w:tc>
          <w:tcPr>
            <w:tcW w:w="2880" w:type="dxa"/>
          </w:tcPr>
          <w:p w:rsidR="006F7457" w:rsidRDefault="00332DB8">
            <w:r>
              <w:t>4822.</w:t>
            </w:r>
          </w:p>
        </w:tc>
        <w:tc>
          <w:tcPr>
            <w:tcW w:w="2880" w:type="dxa"/>
          </w:tcPr>
          <w:p w:rsidR="006F7457" w:rsidRDefault="00332DB8">
            <w:r w:rsidRPr="00332DB8">
              <w:rPr>
                <w:lang w:val="ru-RU"/>
              </w:rPr>
              <w:t xml:space="preserve">Стихотворный текст под названием </w:t>
            </w:r>
            <w:r>
              <w:t>Calvados</w:t>
            </w:r>
            <w:r w:rsidRPr="00332DB8">
              <w:rPr>
                <w:lang w:val="ru-RU"/>
              </w:rPr>
              <w:t xml:space="preserve"> - «</w:t>
            </w:r>
            <w:r>
              <w:t>Juden</w:t>
            </w:r>
            <w:r w:rsidRPr="00332DB8">
              <w:rPr>
                <w:lang w:val="ru-RU"/>
              </w:rPr>
              <w:t xml:space="preserve"> </w:t>
            </w:r>
            <w:r>
              <w:t>frei</w:t>
            </w:r>
            <w:r w:rsidRPr="00332DB8">
              <w:rPr>
                <w:lang w:val="ru-RU"/>
              </w:rPr>
              <w:t xml:space="preserve">», начинающийся со слов «Наша цель - диктатура! И русский порядок!...» и заканчивающийся словами «Рабочий класс готов Свои отстоять права!» </w:t>
            </w:r>
            <w:r>
              <w:t>(решение Ленинского районного суда г. Перми от 21.11.2018);</w:t>
            </w:r>
          </w:p>
        </w:tc>
        <w:tc>
          <w:tcPr>
            <w:tcW w:w="2880" w:type="dxa"/>
          </w:tcPr>
          <w:p w:rsidR="006F7457" w:rsidRDefault="00332DB8">
            <w:r>
              <w:t>22.01.2019</w:t>
            </w:r>
          </w:p>
        </w:tc>
      </w:tr>
      <w:tr w:rsidR="006F7457">
        <w:tc>
          <w:tcPr>
            <w:tcW w:w="2880" w:type="dxa"/>
          </w:tcPr>
          <w:p w:rsidR="006F7457" w:rsidRDefault="00332DB8">
            <w:r>
              <w:t>4823.</w:t>
            </w:r>
          </w:p>
        </w:tc>
        <w:tc>
          <w:tcPr>
            <w:tcW w:w="2880" w:type="dxa"/>
          </w:tcPr>
          <w:p w:rsidR="006F7457" w:rsidRPr="00332DB8" w:rsidRDefault="00332DB8">
            <w:pPr>
              <w:rPr>
                <w:lang w:val="ru-RU"/>
              </w:rPr>
            </w:pPr>
            <w:r w:rsidRPr="00332DB8">
              <w:rPr>
                <w:lang w:val="ru-RU"/>
              </w:rPr>
              <w:t xml:space="preserve">Аудиозапись группы «Коловрат» – «Смерть скина», размещенный в общедоступной информационной сети «Интернет» по адресам: </w:t>
            </w:r>
            <w:r>
              <w:t>yesmp</w:t>
            </w:r>
            <w:r w:rsidRPr="00332DB8">
              <w:rPr>
                <w:lang w:val="ru-RU"/>
              </w:rPr>
              <w:t>3.</w:t>
            </w:r>
            <w:r>
              <w:t>ru</w:t>
            </w:r>
            <w:r w:rsidRPr="00332DB8">
              <w:rPr>
                <w:lang w:val="ru-RU"/>
              </w:rPr>
              <w:t>/</w:t>
            </w:r>
            <w:r>
              <w:t>audio</w:t>
            </w:r>
            <w:r w:rsidRPr="00332DB8">
              <w:rPr>
                <w:lang w:val="ru-RU"/>
              </w:rPr>
              <w:t xml:space="preserve">/ </w:t>
            </w:r>
            <w:r>
              <w:t>viev</w:t>
            </w:r>
            <w:r w:rsidRPr="00332DB8">
              <w:rPr>
                <w:lang w:val="ru-RU"/>
              </w:rPr>
              <w:t>/</w:t>
            </w:r>
            <w:r>
              <w:t>id</w:t>
            </w:r>
            <w:r w:rsidRPr="00332DB8">
              <w:rPr>
                <w:lang w:val="ru-RU"/>
              </w:rPr>
              <w:t xml:space="preserve">/212659, </w:t>
            </w:r>
            <w:r>
              <w:t>lalamus</w:t>
            </w:r>
            <w:r w:rsidRPr="00332DB8">
              <w:rPr>
                <w:lang w:val="ru-RU"/>
              </w:rPr>
              <w:t>.</w:t>
            </w:r>
            <w:r>
              <w:t>com</w:t>
            </w:r>
            <w:r w:rsidRPr="00332DB8">
              <w:rPr>
                <w:lang w:val="ru-RU"/>
              </w:rPr>
              <w:t>/</w:t>
            </w:r>
            <w:r>
              <w:t>music</w:t>
            </w:r>
            <w:r w:rsidRPr="00332DB8">
              <w:rPr>
                <w:lang w:val="ru-RU"/>
              </w:rPr>
              <w:t>/%</w:t>
            </w:r>
            <w:r>
              <w:t>D</w:t>
            </w:r>
            <w:r w:rsidRPr="00332DB8">
              <w:rPr>
                <w:lang w:val="ru-RU"/>
              </w:rPr>
              <w:t>1%81%</w:t>
            </w:r>
            <w:r>
              <w:t>D</w:t>
            </w:r>
            <w:r w:rsidRPr="00332DB8">
              <w:rPr>
                <w:lang w:val="ru-RU"/>
              </w:rPr>
              <w:t>0%</w:t>
            </w:r>
            <w:r>
              <w:t>BC</w:t>
            </w:r>
            <w:r w:rsidRPr="00332DB8">
              <w:rPr>
                <w:lang w:val="ru-RU"/>
              </w:rPr>
              <w:t>%</w:t>
            </w:r>
            <w:r>
              <w:t>D</w:t>
            </w:r>
            <w:r w:rsidRPr="00332DB8">
              <w:rPr>
                <w:lang w:val="ru-RU"/>
              </w:rPr>
              <w:t>0%</w:t>
            </w:r>
            <w:r>
              <w:t>B</w:t>
            </w:r>
            <w:r w:rsidRPr="00332DB8">
              <w:rPr>
                <w:lang w:val="ru-RU"/>
              </w:rPr>
              <w:t>5%</w:t>
            </w:r>
            <w:r>
              <w:t>D</w:t>
            </w:r>
            <w:r w:rsidRPr="00332DB8">
              <w:rPr>
                <w:lang w:val="ru-RU"/>
              </w:rPr>
              <w:t>1%80%</w:t>
            </w:r>
            <w:r>
              <w:t>D</w:t>
            </w:r>
            <w:r w:rsidRPr="00332DB8">
              <w:rPr>
                <w:lang w:val="ru-RU"/>
              </w:rPr>
              <w:t xml:space="preserve">1%82% </w:t>
            </w:r>
            <w:r>
              <w:t>D</w:t>
            </w:r>
            <w:r w:rsidRPr="00332DB8">
              <w:rPr>
                <w:lang w:val="ru-RU"/>
              </w:rPr>
              <w:t>1%8</w:t>
            </w:r>
            <w:r>
              <w:t>C</w:t>
            </w:r>
            <w:r w:rsidRPr="00332DB8">
              <w:rPr>
                <w:lang w:val="ru-RU"/>
              </w:rPr>
              <w:t>%20%</w:t>
            </w:r>
            <w:r>
              <w:t>D</w:t>
            </w:r>
            <w:r w:rsidRPr="00332DB8">
              <w:rPr>
                <w:lang w:val="ru-RU"/>
              </w:rPr>
              <w:t>1%81%</w:t>
            </w:r>
            <w:r>
              <w:t>D</w:t>
            </w:r>
            <w:r w:rsidRPr="00332DB8">
              <w:rPr>
                <w:lang w:val="ru-RU"/>
              </w:rPr>
              <w:t>0%</w:t>
            </w:r>
            <w:r>
              <w:t>BA</w:t>
            </w:r>
            <w:r w:rsidRPr="00332DB8">
              <w:rPr>
                <w:lang w:val="ru-RU"/>
              </w:rPr>
              <w:t>%</w:t>
            </w:r>
            <w:r>
              <w:t>D</w:t>
            </w:r>
            <w:r w:rsidRPr="00332DB8">
              <w:rPr>
                <w:lang w:val="ru-RU"/>
              </w:rPr>
              <w:t>0%</w:t>
            </w:r>
            <w:r>
              <w:t>B</w:t>
            </w:r>
            <w:r w:rsidRPr="00332DB8">
              <w:rPr>
                <w:lang w:val="ru-RU"/>
              </w:rPr>
              <w:t>8%</w:t>
            </w:r>
            <w:r>
              <w:t>D</w:t>
            </w:r>
            <w:r w:rsidRPr="00332DB8">
              <w:rPr>
                <w:lang w:val="ru-RU"/>
              </w:rPr>
              <w:t>0%</w:t>
            </w:r>
            <w:r>
              <w:t>BD</w:t>
            </w:r>
            <w:r w:rsidRPr="00332DB8">
              <w:rPr>
                <w:lang w:val="ru-RU"/>
              </w:rPr>
              <w:t>%</w:t>
            </w:r>
            <w:r>
              <w:t>D</w:t>
            </w:r>
            <w:r w:rsidRPr="00332DB8">
              <w:rPr>
                <w:lang w:val="ru-RU"/>
              </w:rPr>
              <w:t>0%</w:t>
            </w:r>
            <w:r>
              <w:t>B</w:t>
            </w:r>
            <w:r w:rsidRPr="00332DB8">
              <w:rPr>
                <w:lang w:val="ru-RU"/>
              </w:rPr>
              <w:t>0 (решение Октябрьского районного суда г. Ижевска от 09.06.2016);</w:t>
            </w:r>
          </w:p>
        </w:tc>
        <w:tc>
          <w:tcPr>
            <w:tcW w:w="2880" w:type="dxa"/>
          </w:tcPr>
          <w:p w:rsidR="006F7457" w:rsidRDefault="00332DB8">
            <w:r>
              <w:t>22.01.2019</w:t>
            </w:r>
          </w:p>
        </w:tc>
      </w:tr>
      <w:tr w:rsidR="006F7457">
        <w:tc>
          <w:tcPr>
            <w:tcW w:w="2880" w:type="dxa"/>
          </w:tcPr>
          <w:p w:rsidR="006F7457" w:rsidRDefault="00332DB8">
            <w:r>
              <w:t>4824.</w:t>
            </w:r>
          </w:p>
        </w:tc>
        <w:tc>
          <w:tcPr>
            <w:tcW w:w="2880" w:type="dxa"/>
          </w:tcPr>
          <w:p w:rsidR="006F7457" w:rsidRPr="00332DB8" w:rsidRDefault="00332DB8">
            <w:pPr>
              <w:rPr>
                <w:lang w:val="ru-RU"/>
              </w:rPr>
            </w:pPr>
            <w:r w:rsidRPr="00332DB8">
              <w:rPr>
                <w:lang w:val="ru-RU"/>
              </w:rPr>
              <w:t>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w:t>
            </w:r>
            <w:r>
              <w:t>http</w:t>
            </w:r>
            <w:r w:rsidRPr="00332DB8">
              <w:rPr>
                <w:lang w:val="ru-RU"/>
              </w:rPr>
              <w:t>://</w:t>
            </w:r>
            <w:r>
              <w:t>vk</w:t>
            </w:r>
            <w:r w:rsidRPr="00332DB8">
              <w:rPr>
                <w:lang w:val="ru-RU"/>
              </w:rPr>
              <w:t>.</w:t>
            </w:r>
            <w:r>
              <w:t>com</w:t>
            </w:r>
            <w:r w:rsidRPr="00332DB8">
              <w:rPr>
                <w:lang w:val="ru-RU"/>
              </w:rPr>
              <w:t>/</w:t>
            </w:r>
            <w:r>
              <w:t>id</w:t>
            </w:r>
            <w:r w:rsidRPr="00332DB8">
              <w:rPr>
                <w:lang w:val="ru-RU"/>
              </w:rPr>
              <w:t>220010184?</w:t>
            </w:r>
            <w:r>
              <w:t>z</w:t>
            </w:r>
            <w:r w:rsidRPr="00332DB8">
              <w:rPr>
                <w:lang w:val="ru-RU"/>
              </w:rPr>
              <w:t>=</w:t>
            </w:r>
            <w:r>
              <w:t>photo</w:t>
            </w:r>
            <w:r w:rsidRPr="00332DB8">
              <w:rPr>
                <w:lang w:val="ru-RU"/>
              </w:rPr>
              <w:t>220010184_31 3451396%2</w:t>
            </w:r>
            <w:r>
              <w:t>Fphotos</w:t>
            </w:r>
            <w:r w:rsidRPr="00332DB8">
              <w:rPr>
                <w:lang w:val="ru-RU"/>
              </w:rPr>
              <w:t>220010184) (решение Глазовского районного суда Удмуртской Республики от 29.12.2015);</w:t>
            </w:r>
          </w:p>
        </w:tc>
        <w:tc>
          <w:tcPr>
            <w:tcW w:w="2880" w:type="dxa"/>
          </w:tcPr>
          <w:p w:rsidR="006F7457" w:rsidRDefault="00332DB8">
            <w:r>
              <w:t>22.01.2019</w:t>
            </w:r>
          </w:p>
        </w:tc>
      </w:tr>
      <w:tr w:rsidR="006F7457">
        <w:tc>
          <w:tcPr>
            <w:tcW w:w="2880" w:type="dxa"/>
          </w:tcPr>
          <w:p w:rsidR="006F7457" w:rsidRDefault="00332DB8">
            <w:r>
              <w:t>48</w:t>
            </w:r>
            <w:r>
              <w:lastRenderedPageBreak/>
              <w:t>25.</w:t>
            </w:r>
          </w:p>
        </w:tc>
        <w:tc>
          <w:tcPr>
            <w:tcW w:w="2880" w:type="dxa"/>
          </w:tcPr>
          <w:p w:rsidR="006F7457" w:rsidRPr="00332DB8" w:rsidRDefault="00332DB8">
            <w:pPr>
              <w:rPr>
                <w:lang w:val="ru-RU"/>
              </w:rPr>
            </w:pPr>
            <w:r w:rsidRPr="00332DB8">
              <w:rPr>
                <w:lang w:val="ru-RU"/>
              </w:rPr>
              <w:lastRenderedPageBreak/>
              <w:t>Фотография ворот с надписью, «Россия для русских ...» (</w:t>
            </w:r>
            <w:r>
              <w:t>http</w:t>
            </w:r>
            <w:r w:rsidRPr="00332DB8">
              <w:rPr>
                <w:lang w:val="ru-RU"/>
              </w:rPr>
              <w:t>://</w:t>
            </w:r>
            <w:r>
              <w:t>vk</w:t>
            </w:r>
            <w:r w:rsidRPr="00332DB8">
              <w:rPr>
                <w:lang w:val="ru-RU"/>
              </w:rPr>
              <w:t>.</w:t>
            </w:r>
            <w:r>
              <w:t>com</w:t>
            </w:r>
            <w:r w:rsidRPr="00332DB8">
              <w:rPr>
                <w:lang w:val="ru-RU"/>
              </w:rPr>
              <w:t>/</w:t>
            </w:r>
            <w:r>
              <w:t>id</w:t>
            </w:r>
            <w:r w:rsidRPr="00332DB8">
              <w:rPr>
                <w:lang w:val="ru-RU"/>
              </w:rPr>
              <w:t>22001 0184?</w:t>
            </w:r>
            <w:r>
              <w:t>z</w:t>
            </w:r>
            <w:r w:rsidRPr="00332DB8">
              <w:rPr>
                <w:lang w:val="ru-RU"/>
              </w:rPr>
              <w:t>=</w:t>
            </w:r>
            <w:r>
              <w:t>photo</w:t>
            </w:r>
            <w:r w:rsidRPr="00332DB8">
              <w:rPr>
                <w:lang w:val="ru-RU"/>
              </w:rPr>
              <w:t>220010184_316147197%2</w:t>
            </w:r>
            <w:r>
              <w:t>Fphotos</w:t>
            </w:r>
            <w:r w:rsidRPr="00332DB8">
              <w:rPr>
                <w:lang w:val="ru-RU"/>
              </w:rPr>
              <w:t xml:space="preserve">220010184) (решение Глазовского районного суда Удмуртской </w:t>
            </w:r>
            <w:r w:rsidRPr="00332DB8">
              <w:rPr>
                <w:lang w:val="ru-RU"/>
              </w:rPr>
              <w:lastRenderedPageBreak/>
              <w:t>Республики от 29.12.2015);</w:t>
            </w:r>
          </w:p>
        </w:tc>
        <w:tc>
          <w:tcPr>
            <w:tcW w:w="2880" w:type="dxa"/>
          </w:tcPr>
          <w:p w:rsidR="006F7457" w:rsidRDefault="00332DB8">
            <w:r>
              <w:lastRenderedPageBreak/>
              <w:t>22.01.</w:t>
            </w:r>
            <w:r>
              <w:lastRenderedPageBreak/>
              <w:t>2019</w:t>
            </w:r>
          </w:p>
        </w:tc>
      </w:tr>
      <w:tr w:rsidR="006F7457">
        <w:tc>
          <w:tcPr>
            <w:tcW w:w="2880" w:type="dxa"/>
          </w:tcPr>
          <w:p w:rsidR="006F7457" w:rsidRDefault="00332DB8">
            <w:r>
              <w:lastRenderedPageBreak/>
              <w:t>4826.</w:t>
            </w:r>
          </w:p>
        </w:tc>
        <w:tc>
          <w:tcPr>
            <w:tcW w:w="2880" w:type="dxa"/>
          </w:tcPr>
          <w:p w:rsidR="006F7457" w:rsidRPr="00332DB8" w:rsidRDefault="00332DB8">
            <w:pPr>
              <w:rPr>
                <w:lang w:val="ru-RU"/>
              </w:rPr>
            </w:pPr>
            <w:r w:rsidRPr="00332DB8">
              <w:rPr>
                <w:lang w:val="ru-RU"/>
              </w:rPr>
              <w:t>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w:t>
            </w:r>
            <w:r>
              <w:t>http</w:t>
            </w:r>
            <w:r w:rsidRPr="00332DB8">
              <w:rPr>
                <w:lang w:val="ru-RU"/>
              </w:rPr>
              <w:t>://</w:t>
            </w:r>
            <w:r>
              <w:t>vk</w:t>
            </w:r>
            <w:r w:rsidRPr="00332DB8">
              <w:rPr>
                <w:lang w:val="ru-RU"/>
              </w:rPr>
              <w:t>.</w:t>
            </w:r>
            <w:r>
              <w:t>com</w:t>
            </w:r>
            <w:r w:rsidRPr="00332DB8">
              <w:rPr>
                <w:lang w:val="ru-RU"/>
              </w:rPr>
              <w:t>/</w:t>
            </w:r>
            <w:r>
              <w:t>id</w:t>
            </w:r>
            <w:r w:rsidRPr="00332DB8">
              <w:rPr>
                <w:lang w:val="ru-RU"/>
              </w:rPr>
              <w:t>220010184?</w:t>
            </w:r>
            <w:r>
              <w:t>z</w:t>
            </w:r>
            <w:r w:rsidRPr="00332DB8">
              <w:rPr>
                <w:lang w:val="ru-RU"/>
              </w:rPr>
              <w:t>=</w:t>
            </w:r>
            <w:r>
              <w:t>photo</w:t>
            </w:r>
            <w:r w:rsidRPr="00332DB8">
              <w:rPr>
                <w:lang w:val="ru-RU"/>
              </w:rPr>
              <w:t>220010184_3158835 56%2</w:t>
            </w:r>
            <w:r>
              <w:t>Fphotos</w:t>
            </w:r>
            <w:r w:rsidRPr="00332DB8">
              <w:rPr>
                <w:lang w:val="ru-RU"/>
              </w:rPr>
              <w:t>220010184) (решение Глазовского районного суда Удмуртской Республики от 29.12.2015);</w:t>
            </w:r>
          </w:p>
        </w:tc>
        <w:tc>
          <w:tcPr>
            <w:tcW w:w="2880" w:type="dxa"/>
          </w:tcPr>
          <w:p w:rsidR="006F7457" w:rsidRDefault="00332DB8">
            <w:r>
              <w:t>22.01.2019</w:t>
            </w:r>
          </w:p>
        </w:tc>
      </w:tr>
      <w:tr w:rsidR="006F7457">
        <w:tc>
          <w:tcPr>
            <w:tcW w:w="2880" w:type="dxa"/>
          </w:tcPr>
          <w:p w:rsidR="006F7457" w:rsidRDefault="00332DB8">
            <w:r>
              <w:t>4827.</w:t>
            </w:r>
          </w:p>
        </w:tc>
        <w:tc>
          <w:tcPr>
            <w:tcW w:w="2880" w:type="dxa"/>
          </w:tcPr>
          <w:p w:rsidR="006F7457" w:rsidRPr="00332DB8" w:rsidRDefault="00332DB8">
            <w:pPr>
              <w:rPr>
                <w:lang w:val="ru-RU"/>
              </w:rPr>
            </w:pPr>
            <w:r w:rsidRPr="00332DB8">
              <w:rPr>
                <w:lang w:val="ru-RU"/>
              </w:rPr>
              <w:t>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w:t>
            </w:r>
            <w:r>
              <w:t>http</w:t>
            </w:r>
            <w:r w:rsidRPr="00332DB8">
              <w:rPr>
                <w:lang w:val="ru-RU"/>
              </w:rPr>
              <w:t>://</w:t>
            </w:r>
            <w:r>
              <w:t>vk</w:t>
            </w:r>
            <w:r w:rsidRPr="00332DB8">
              <w:rPr>
                <w:lang w:val="ru-RU"/>
              </w:rPr>
              <w:t>.</w:t>
            </w:r>
            <w:r>
              <w:t>com</w:t>
            </w:r>
            <w:r w:rsidRPr="00332DB8">
              <w:rPr>
                <w:lang w:val="ru-RU"/>
              </w:rPr>
              <w:t>/</w:t>
            </w:r>
            <w:r>
              <w:t>id</w:t>
            </w:r>
            <w:r w:rsidRPr="00332DB8">
              <w:rPr>
                <w:lang w:val="ru-RU"/>
              </w:rPr>
              <w:t>220010184?</w:t>
            </w:r>
            <w:r>
              <w:t>z</w:t>
            </w:r>
            <w:r w:rsidRPr="00332DB8">
              <w:rPr>
                <w:lang w:val="ru-RU"/>
              </w:rPr>
              <w:t xml:space="preserve">= </w:t>
            </w:r>
            <w:r>
              <w:t>photo</w:t>
            </w:r>
            <w:r w:rsidRPr="00332DB8">
              <w:rPr>
                <w:lang w:val="ru-RU"/>
              </w:rPr>
              <w:t>220010184_315150026%2</w:t>
            </w:r>
            <w:r>
              <w:t>Fphotos</w:t>
            </w:r>
            <w:r w:rsidRPr="00332DB8">
              <w:rPr>
                <w:lang w:val="ru-RU"/>
              </w:rPr>
              <w:t>220010184) (решение Глазовского районного суда Удмуртской Республики от 29.12.2015);</w:t>
            </w:r>
          </w:p>
        </w:tc>
        <w:tc>
          <w:tcPr>
            <w:tcW w:w="2880" w:type="dxa"/>
          </w:tcPr>
          <w:p w:rsidR="006F7457" w:rsidRDefault="00332DB8">
            <w:r>
              <w:t>22.01.2019</w:t>
            </w:r>
          </w:p>
        </w:tc>
      </w:tr>
      <w:tr w:rsidR="006F7457">
        <w:tc>
          <w:tcPr>
            <w:tcW w:w="2880" w:type="dxa"/>
          </w:tcPr>
          <w:p w:rsidR="006F7457" w:rsidRDefault="00332DB8">
            <w:r>
              <w:t>4828.</w:t>
            </w:r>
          </w:p>
        </w:tc>
        <w:tc>
          <w:tcPr>
            <w:tcW w:w="2880" w:type="dxa"/>
          </w:tcPr>
          <w:p w:rsidR="006F7457" w:rsidRPr="00332DB8" w:rsidRDefault="00332DB8">
            <w:pPr>
              <w:rPr>
                <w:lang w:val="ru-RU"/>
              </w:rPr>
            </w:pPr>
            <w:r w:rsidRPr="00332DB8">
              <w:rPr>
                <w:lang w:val="ru-RU"/>
              </w:rPr>
              <w:t>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w:t>
            </w:r>
            <w:r>
              <w:t>http</w:t>
            </w:r>
            <w:r w:rsidRPr="00332DB8">
              <w:rPr>
                <w:lang w:val="ru-RU"/>
              </w:rPr>
              <w:t>://</w:t>
            </w:r>
            <w:r>
              <w:t>vk</w:t>
            </w:r>
            <w:r w:rsidRPr="00332DB8">
              <w:rPr>
                <w:lang w:val="ru-RU"/>
              </w:rPr>
              <w:t>.</w:t>
            </w:r>
            <w:r>
              <w:t>com</w:t>
            </w:r>
            <w:r w:rsidRPr="00332DB8">
              <w:rPr>
                <w:lang w:val="ru-RU"/>
              </w:rPr>
              <w:t>/</w:t>
            </w:r>
            <w:r>
              <w:t>id</w:t>
            </w:r>
            <w:r w:rsidRPr="00332DB8">
              <w:rPr>
                <w:lang w:val="ru-RU"/>
              </w:rPr>
              <w:t>220010184?</w:t>
            </w:r>
            <w:r>
              <w:t>z</w:t>
            </w:r>
            <w:r w:rsidRPr="00332DB8">
              <w:rPr>
                <w:lang w:val="ru-RU"/>
              </w:rPr>
              <w:t>=</w:t>
            </w:r>
            <w:r>
              <w:t>photo</w:t>
            </w:r>
            <w:r w:rsidRPr="00332DB8">
              <w:rPr>
                <w:lang w:val="ru-RU"/>
              </w:rPr>
              <w:t>220010184_312635397%2</w:t>
            </w:r>
            <w:r>
              <w:t>Fphotos</w:t>
            </w:r>
            <w:r w:rsidRPr="00332DB8">
              <w:rPr>
                <w:lang w:val="ru-RU"/>
              </w:rPr>
              <w:t>220010184) (решение Глазовского районного суда Удмуртской Республики от 29.12.2015).</w:t>
            </w:r>
          </w:p>
        </w:tc>
        <w:tc>
          <w:tcPr>
            <w:tcW w:w="2880" w:type="dxa"/>
          </w:tcPr>
          <w:p w:rsidR="006F7457" w:rsidRDefault="00332DB8">
            <w:r>
              <w:t>22.01.2019</w:t>
            </w:r>
          </w:p>
        </w:tc>
      </w:tr>
      <w:tr w:rsidR="006F7457">
        <w:tc>
          <w:tcPr>
            <w:tcW w:w="2880" w:type="dxa"/>
          </w:tcPr>
          <w:p w:rsidR="006F7457" w:rsidRDefault="00332DB8">
            <w:r>
              <w:t>4829.</w:t>
            </w:r>
          </w:p>
        </w:tc>
        <w:tc>
          <w:tcPr>
            <w:tcW w:w="2880" w:type="dxa"/>
          </w:tcPr>
          <w:p w:rsidR="006F7457" w:rsidRPr="00332DB8" w:rsidRDefault="00332DB8">
            <w:pPr>
              <w:rPr>
                <w:lang w:val="ru-RU"/>
              </w:rPr>
            </w:pPr>
            <w:r w:rsidRPr="00332DB8">
              <w:rPr>
                <w:lang w:val="ru-RU"/>
              </w:rPr>
              <w:t xml:space="preserve">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w:t>
            </w:r>
            <w:r>
              <w:t>http</w:t>
            </w:r>
            <w:r w:rsidRPr="00332DB8">
              <w:rPr>
                <w:lang w:val="ru-RU"/>
              </w:rPr>
              <w:t>://</w:t>
            </w:r>
            <w:r>
              <w:t>muz</w:t>
            </w:r>
            <w:r w:rsidRPr="00332DB8">
              <w:rPr>
                <w:lang w:val="ru-RU"/>
              </w:rPr>
              <w:t>-</w:t>
            </w:r>
            <w:r>
              <w:t>color</w:t>
            </w:r>
            <w:r w:rsidRPr="00332DB8">
              <w:rPr>
                <w:lang w:val="ru-RU"/>
              </w:rPr>
              <w:t>.</w:t>
            </w:r>
            <w:r>
              <w:t>ru</w:t>
            </w:r>
            <w:r w:rsidRPr="00332DB8">
              <w:rPr>
                <w:lang w:val="ru-RU"/>
              </w:rPr>
              <w:t>/?</w:t>
            </w:r>
            <w:r>
              <w:t>s</w:t>
            </w:r>
            <w:r w:rsidRPr="00332DB8">
              <w:rPr>
                <w:lang w:val="ru-RU"/>
              </w:rPr>
              <w:t xml:space="preserve">=Бухенвальдский%20набат; </w:t>
            </w:r>
            <w:r>
              <w:t>https</w:t>
            </w:r>
            <w:r w:rsidRPr="00332DB8">
              <w:rPr>
                <w:lang w:val="ru-RU"/>
              </w:rPr>
              <w:t>://</w:t>
            </w:r>
            <w:r>
              <w:t>my</w:t>
            </w:r>
            <w:r w:rsidRPr="00332DB8">
              <w:rPr>
                <w:lang w:val="ru-RU"/>
              </w:rPr>
              <w:t>.</w:t>
            </w:r>
            <w:r>
              <w:t>mail</w:t>
            </w:r>
            <w:r w:rsidRPr="00332DB8">
              <w:rPr>
                <w:lang w:val="ru-RU"/>
              </w:rPr>
              <w:t>.</w:t>
            </w:r>
            <w:r>
              <w:t>ru</w:t>
            </w:r>
            <w:r w:rsidRPr="00332DB8">
              <w:rPr>
                <w:lang w:val="ru-RU"/>
              </w:rPr>
              <w:t>/</w:t>
            </w:r>
            <w:r>
              <w:t>music</w:t>
            </w:r>
            <w:r w:rsidRPr="00332DB8">
              <w:rPr>
                <w:lang w:val="ru-RU"/>
              </w:rPr>
              <w:t>/</w:t>
            </w:r>
            <w:r>
              <w:t>songs</w:t>
            </w:r>
            <w:r w:rsidRPr="00332DB8">
              <w:rPr>
                <w:lang w:val="ru-RU"/>
              </w:rPr>
              <w:t>/ансамбль-христа-спасителя-и-мать-сыра-земля-и-вновь-загремит-бухенвальдский-набат-с2081311</w:t>
            </w:r>
            <w:r>
              <w:t>a</w:t>
            </w:r>
            <w:r w:rsidRPr="00332DB8">
              <w:rPr>
                <w:lang w:val="ru-RU"/>
              </w:rPr>
              <w:t>0</w:t>
            </w:r>
            <w:r>
              <w:t>bf</w:t>
            </w:r>
            <w:r w:rsidRPr="00332DB8">
              <w:rPr>
                <w:lang w:val="ru-RU"/>
              </w:rPr>
              <w:t>4543</w:t>
            </w:r>
            <w:r>
              <w:t>e</w:t>
            </w:r>
            <w:r w:rsidRPr="00332DB8">
              <w:rPr>
                <w:lang w:val="ru-RU"/>
              </w:rPr>
              <w:t>9</w:t>
            </w:r>
            <w:r>
              <w:t>abc</w:t>
            </w:r>
            <w:r w:rsidRPr="00332DB8">
              <w:rPr>
                <w:lang w:val="ru-RU"/>
              </w:rPr>
              <w:t>3</w:t>
            </w:r>
            <w:r>
              <w:t>f</w:t>
            </w:r>
            <w:r w:rsidRPr="00332DB8">
              <w:rPr>
                <w:lang w:val="ru-RU"/>
              </w:rPr>
              <w:t>28</w:t>
            </w:r>
            <w:r>
              <w:t>bd</w:t>
            </w:r>
            <w:r w:rsidRPr="00332DB8">
              <w:rPr>
                <w:lang w:val="ru-RU"/>
              </w:rPr>
              <w:t>0</w:t>
            </w:r>
            <w:r>
              <w:t>e</w:t>
            </w:r>
            <w:r w:rsidRPr="00332DB8">
              <w:rPr>
                <w:lang w:val="ru-RU"/>
              </w:rPr>
              <w:t xml:space="preserve">571; </w:t>
            </w:r>
            <w:r>
              <w:t>https</w:t>
            </w:r>
            <w:r w:rsidRPr="00332DB8">
              <w:rPr>
                <w:lang w:val="ru-RU"/>
              </w:rPr>
              <w:t>://</w:t>
            </w:r>
            <w:r>
              <w:t>songhouse</w:t>
            </w:r>
            <w:r w:rsidRPr="00332DB8">
              <w:rPr>
                <w:lang w:val="ru-RU"/>
              </w:rPr>
              <w:t>.</w:t>
            </w:r>
            <w:r>
              <w:t>me</w:t>
            </w:r>
            <w:r w:rsidRPr="00332DB8">
              <w:rPr>
                <w:lang w:val="ru-RU"/>
              </w:rPr>
              <w:t>/</w:t>
            </w:r>
            <w:r>
              <w:t>s</w:t>
            </w:r>
            <w:r w:rsidRPr="00332DB8">
              <w:rPr>
                <w:lang w:val="ru-RU"/>
              </w:rPr>
              <w:t>/92010837-</w:t>
            </w:r>
            <w:r>
              <w:t>Pussy</w:t>
            </w:r>
            <w:r w:rsidRPr="00332DB8">
              <w:rPr>
                <w:lang w:val="ru-RU"/>
              </w:rPr>
              <w:t>_</w:t>
            </w:r>
            <w:r>
              <w:t>riot</w:t>
            </w:r>
            <w:r w:rsidRPr="00332DB8">
              <w:rPr>
                <w:lang w:val="ru-RU"/>
              </w:rPr>
              <w:t>_</w:t>
            </w:r>
            <w:r>
              <w:t>I</w:t>
            </w:r>
            <w:r w:rsidRPr="00332DB8">
              <w:rPr>
                <w:lang w:val="ru-RU"/>
              </w:rPr>
              <w:t>_</w:t>
            </w:r>
            <w:r>
              <w:t>vnov</w:t>
            </w:r>
            <w:r w:rsidRPr="00332DB8">
              <w:rPr>
                <w:lang w:val="ru-RU"/>
              </w:rPr>
              <w:t>_</w:t>
            </w:r>
            <w:r>
              <w:t>zagremit</w:t>
            </w:r>
            <w:r w:rsidRPr="00332DB8">
              <w:rPr>
                <w:lang w:val="ru-RU"/>
              </w:rPr>
              <w:t>_</w:t>
            </w:r>
            <w:r>
              <w:t>Buhenvaldskij</w:t>
            </w:r>
            <w:r w:rsidRPr="00332DB8">
              <w:rPr>
                <w:lang w:val="ru-RU"/>
              </w:rPr>
              <w:t>_</w:t>
            </w:r>
            <w:r>
              <w:t>nabat</w:t>
            </w:r>
            <w:r w:rsidRPr="00332DB8">
              <w:rPr>
                <w:lang w:val="ru-RU"/>
              </w:rPr>
              <w:t xml:space="preserve">/; </w:t>
            </w:r>
            <w:r>
              <w:t>https</w:t>
            </w:r>
            <w:r w:rsidRPr="00332DB8">
              <w:rPr>
                <w:lang w:val="ru-RU"/>
              </w:rPr>
              <w:t>://</w:t>
            </w:r>
            <w:r>
              <w:t>mp</w:t>
            </w:r>
            <w:r w:rsidRPr="00332DB8">
              <w:rPr>
                <w:lang w:val="ru-RU"/>
              </w:rPr>
              <w:t>345.</w:t>
            </w:r>
            <w:r>
              <w:t>ru</w:t>
            </w:r>
            <w:r w:rsidRPr="00332DB8">
              <w:rPr>
                <w:lang w:val="ru-RU"/>
              </w:rPr>
              <w:t>/</w:t>
            </w:r>
            <w:r>
              <w:t>mp</w:t>
            </w:r>
            <w:r w:rsidRPr="00332DB8">
              <w:rPr>
                <w:lang w:val="ru-RU"/>
              </w:rPr>
              <w:t xml:space="preserve">3/И%20вновь%20загремит%20«Бухенвальдский%20набат»; </w:t>
            </w:r>
            <w:r>
              <w:t>https</w:t>
            </w:r>
            <w:r w:rsidRPr="00332DB8">
              <w:rPr>
                <w:lang w:val="ru-RU"/>
              </w:rPr>
              <w:t>://</w:t>
            </w:r>
            <w:r>
              <w:t>get</w:t>
            </w:r>
            <w:r w:rsidRPr="00332DB8">
              <w:rPr>
                <w:lang w:val="ru-RU"/>
              </w:rPr>
              <w:t>-</w:t>
            </w:r>
            <w:r>
              <w:t>tune</w:t>
            </w:r>
            <w:r w:rsidRPr="00332DB8">
              <w:rPr>
                <w:lang w:val="ru-RU"/>
              </w:rPr>
              <w:t>.сс/</w:t>
            </w:r>
            <w:r>
              <w:t>song</w:t>
            </w:r>
            <w:r w:rsidRPr="00332DB8">
              <w:rPr>
                <w:lang w:val="ru-RU"/>
              </w:rPr>
              <w:t>/4401055-</w:t>
            </w:r>
            <w:r>
              <w:t>ahs</w:t>
            </w:r>
            <w:r w:rsidRPr="00332DB8">
              <w:rPr>
                <w:lang w:val="ru-RU"/>
              </w:rPr>
              <w:t>-</w:t>
            </w:r>
            <w:r>
              <w:t>i</w:t>
            </w:r>
            <w:r w:rsidRPr="00332DB8">
              <w:rPr>
                <w:lang w:val="ru-RU"/>
              </w:rPr>
              <w:t>-</w:t>
            </w:r>
            <w:r>
              <w:t>msz</w:t>
            </w:r>
            <w:r w:rsidRPr="00332DB8">
              <w:rPr>
                <w:lang w:val="ru-RU"/>
              </w:rPr>
              <w:t>/101305349-</w:t>
            </w:r>
            <w:r>
              <w:t>i</w:t>
            </w:r>
            <w:r w:rsidRPr="00332DB8">
              <w:rPr>
                <w:lang w:val="ru-RU"/>
              </w:rPr>
              <w:t>-</w:t>
            </w:r>
            <w:r>
              <w:t>vnov</w:t>
            </w:r>
            <w:r w:rsidRPr="00332DB8">
              <w:rPr>
                <w:lang w:val="ru-RU"/>
              </w:rPr>
              <w:t>-</w:t>
            </w:r>
            <w:r>
              <w:t>zagremit</w:t>
            </w:r>
            <w:r w:rsidRPr="00332DB8">
              <w:rPr>
                <w:lang w:val="ru-RU"/>
              </w:rPr>
              <w:t>-</w:t>
            </w:r>
            <w:r>
              <w:t>buhenvaldskij</w:t>
            </w:r>
            <w:r w:rsidRPr="00332DB8">
              <w:rPr>
                <w:lang w:val="ru-RU"/>
              </w:rPr>
              <w:t xml:space="preserve">- </w:t>
            </w:r>
            <w:r>
              <w:t>nabat</w:t>
            </w:r>
            <w:r w:rsidRPr="00332DB8">
              <w:rPr>
                <w:lang w:val="ru-RU"/>
              </w:rPr>
              <w:t xml:space="preserve">/ </w:t>
            </w:r>
            <w:r>
              <w:t>https</w:t>
            </w:r>
            <w:r w:rsidRPr="00332DB8">
              <w:rPr>
                <w:lang w:val="ru-RU"/>
              </w:rPr>
              <w:t>://</w:t>
            </w:r>
            <w:r>
              <w:t>muzlishko</w:t>
            </w:r>
            <w:r w:rsidRPr="00332DB8">
              <w:rPr>
                <w:lang w:val="ru-RU"/>
              </w:rPr>
              <w:t>.</w:t>
            </w:r>
            <w:r>
              <w:t>ru</w:t>
            </w:r>
            <w:r w:rsidRPr="00332DB8">
              <w:rPr>
                <w:lang w:val="ru-RU"/>
              </w:rPr>
              <w:t>/</w:t>
            </w:r>
            <w:r>
              <w:t>mp</w:t>
            </w:r>
            <w:r w:rsidRPr="00332DB8">
              <w:rPr>
                <w:lang w:val="ru-RU"/>
              </w:rPr>
              <w:t xml:space="preserve">/И%20вновь%20загремит; </w:t>
            </w:r>
            <w:r>
              <w:lastRenderedPageBreak/>
              <w:t>https</w:t>
            </w:r>
            <w:r w:rsidRPr="00332DB8">
              <w:rPr>
                <w:lang w:val="ru-RU"/>
              </w:rPr>
              <w:t>://5</w:t>
            </w:r>
            <w:r>
              <w:t>music</w:t>
            </w:r>
            <w:r w:rsidRPr="00332DB8">
              <w:rPr>
                <w:lang w:val="ru-RU"/>
              </w:rPr>
              <w:t>.</w:t>
            </w:r>
            <w:r>
              <w:t>ru</w:t>
            </w:r>
            <w:r w:rsidRPr="00332DB8">
              <w:rPr>
                <w:lang w:val="ru-RU"/>
              </w:rPr>
              <w:t>/?</w:t>
            </w:r>
            <w:r>
              <w:t>song</w:t>
            </w:r>
            <w:r w:rsidRPr="00332DB8">
              <w:rPr>
                <w:lang w:val="ru-RU"/>
              </w:rPr>
              <w:t xml:space="preserve">=И+вновь+загремит+%27%27Бухенвальдский+набат%27%27; </w:t>
            </w:r>
            <w:r>
              <w:t>https</w:t>
            </w:r>
            <w:r w:rsidRPr="00332DB8">
              <w:rPr>
                <w:lang w:val="ru-RU"/>
              </w:rPr>
              <w:t>://</w:t>
            </w:r>
            <w:r>
              <w:t>inmuse</w:t>
            </w:r>
            <w:r w:rsidRPr="00332DB8">
              <w:rPr>
                <w:lang w:val="ru-RU"/>
              </w:rPr>
              <w:t>.</w:t>
            </w:r>
            <w:r>
              <w:t>info</w:t>
            </w:r>
            <w:r w:rsidRPr="00332DB8">
              <w:rPr>
                <w:lang w:val="ru-RU"/>
              </w:rPr>
              <w:t>/</w:t>
            </w:r>
            <w:r>
              <w:t>track</w:t>
            </w:r>
            <w:r w:rsidRPr="00332DB8">
              <w:rPr>
                <w:lang w:val="ru-RU"/>
              </w:rPr>
              <w:t>/И+вновь+загремит+%27%27Бухкнвальдский+набат%27%27.</w:t>
            </w:r>
            <w:r>
              <w:t>html</w:t>
            </w:r>
            <w:r w:rsidRPr="00332DB8">
              <w:rPr>
                <w:lang w:val="ru-RU"/>
              </w:rPr>
              <w:t xml:space="preserve">; </w:t>
            </w:r>
            <w:r>
              <w:t>https</w:t>
            </w:r>
            <w:r w:rsidRPr="00332DB8">
              <w:rPr>
                <w:lang w:val="ru-RU"/>
              </w:rPr>
              <w:t>://</w:t>
            </w:r>
            <w:r>
              <w:t>ozaudio</w:t>
            </w:r>
            <w:r w:rsidRPr="00332DB8">
              <w:rPr>
                <w:lang w:val="ru-RU"/>
              </w:rPr>
              <w:t>.</w:t>
            </w:r>
            <w:r>
              <w:t>ru</w:t>
            </w:r>
            <w:r w:rsidRPr="00332DB8">
              <w:rPr>
                <w:lang w:val="ru-RU"/>
              </w:rPr>
              <w:t>/</w:t>
            </w:r>
            <w:r>
              <w:t>music</w:t>
            </w:r>
            <w:r w:rsidRPr="00332DB8">
              <w:rPr>
                <w:lang w:val="ru-RU"/>
              </w:rPr>
              <w:t>/Ансамбль%20</w:t>
            </w:r>
            <w:r>
              <w:t>X</w:t>
            </w:r>
            <w:r w:rsidRPr="00332DB8">
              <w:rPr>
                <w:lang w:val="ru-RU"/>
              </w:rPr>
              <w:t xml:space="preserve">риста%20Спасителя%20И%20Мать%10 Сыра%20Земля%20%20И%20вновь%20загремит%20%27%27Бухенвальдский%20набат%27%27; </w:t>
            </w:r>
            <w:r>
              <w:t>https</w:t>
            </w:r>
            <w:r w:rsidRPr="00332DB8">
              <w:rPr>
                <w:lang w:val="ru-RU"/>
              </w:rPr>
              <w:t>://</w:t>
            </w:r>
            <w:r>
              <w:t>gdeepmusic</w:t>
            </w:r>
            <w:r w:rsidRPr="00332DB8">
              <w:rPr>
                <w:lang w:val="ru-RU"/>
              </w:rPr>
              <w:t>.</w:t>
            </w:r>
            <w:r>
              <w:t>com</w:t>
            </w:r>
            <w:r w:rsidRPr="00332DB8">
              <w:rPr>
                <w:lang w:val="ru-RU"/>
              </w:rPr>
              <w:t>/</w:t>
            </w:r>
            <w:r>
              <w:t>choice</w:t>
            </w:r>
            <w:r w:rsidRPr="00332DB8">
              <w:rPr>
                <w:lang w:val="ru-RU"/>
              </w:rPr>
              <w:t>/803002863/870037423-</w:t>
            </w:r>
            <w:r>
              <w:t>ahs</w:t>
            </w:r>
            <w:r w:rsidRPr="00332DB8">
              <w:rPr>
                <w:lang w:val="ru-RU"/>
              </w:rPr>
              <w:t>-</w:t>
            </w:r>
            <w:r>
              <w:t>i</w:t>
            </w:r>
            <w:r w:rsidRPr="00332DB8">
              <w:rPr>
                <w:lang w:val="ru-RU"/>
              </w:rPr>
              <w:t>-</w:t>
            </w:r>
            <w:r>
              <w:t>msz</w:t>
            </w:r>
            <w:r w:rsidRPr="00332DB8">
              <w:rPr>
                <w:lang w:val="ru-RU"/>
              </w:rPr>
              <w:t>-</w:t>
            </w:r>
            <w:r>
              <w:t>i</w:t>
            </w:r>
            <w:r w:rsidRPr="00332DB8">
              <w:rPr>
                <w:lang w:val="ru-RU"/>
              </w:rPr>
              <w:t>-</w:t>
            </w:r>
            <w:r>
              <w:t>vnov</w:t>
            </w:r>
            <w:r w:rsidRPr="00332DB8">
              <w:rPr>
                <w:lang w:val="ru-RU"/>
              </w:rPr>
              <w:t>-</w:t>
            </w:r>
            <w:r>
              <w:t>zagremit</w:t>
            </w:r>
            <w:r w:rsidRPr="00332DB8">
              <w:rPr>
                <w:lang w:val="ru-RU"/>
              </w:rPr>
              <w:t>-</w:t>
            </w:r>
            <w:r>
              <w:t>buhenvaldskij</w:t>
            </w:r>
            <w:r w:rsidRPr="00332DB8">
              <w:rPr>
                <w:lang w:val="ru-RU"/>
              </w:rPr>
              <w:t>-</w:t>
            </w:r>
            <w:r>
              <w:t>nabat</w:t>
            </w:r>
            <w:r w:rsidRPr="00332DB8">
              <w:rPr>
                <w:lang w:val="ru-RU"/>
              </w:rPr>
              <w:t xml:space="preserve"> (решение Советского районного суда г. Астрахани от 13.09.2018);</w:t>
            </w:r>
          </w:p>
        </w:tc>
        <w:tc>
          <w:tcPr>
            <w:tcW w:w="2880" w:type="dxa"/>
          </w:tcPr>
          <w:p w:rsidR="006F7457" w:rsidRDefault="00332DB8">
            <w:r>
              <w:lastRenderedPageBreak/>
              <w:t>07.02.2019</w:t>
            </w:r>
          </w:p>
        </w:tc>
      </w:tr>
      <w:tr w:rsidR="006F7457">
        <w:tc>
          <w:tcPr>
            <w:tcW w:w="2880" w:type="dxa"/>
          </w:tcPr>
          <w:p w:rsidR="006F7457" w:rsidRDefault="00332DB8">
            <w:r>
              <w:lastRenderedPageBreak/>
              <w:t>4830.</w:t>
            </w:r>
          </w:p>
        </w:tc>
        <w:tc>
          <w:tcPr>
            <w:tcW w:w="2880" w:type="dxa"/>
          </w:tcPr>
          <w:p w:rsidR="006F7457" w:rsidRDefault="00332DB8">
            <w:r w:rsidRPr="00332DB8">
              <w:rPr>
                <w:lang w:val="ru-RU"/>
              </w:rPr>
              <w:t xml:space="preserve">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w:t>
            </w:r>
            <w:r>
              <w:t>(решение Октябрьского районного суда города Саратова от 03.12.2018);</w:t>
            </w:r>
          </w:p>
        </w:tc>
        <w:tc>
          <w:tcPr>
            <w:tcW w:w="2880" w:type="dxa"/>
          </w:tcPr>
          <w:p w:rsidR="006F7457" w:rsidRDefault="00332DB8">
            <w:r>
              <w:t>07.02.2019</w:t>
            </w:r>
          </w:p>
        </w:tc>
      </w:tr>
      <w:tr w:rsidR="006F7457">
        <w:tc>
          <w:tcPr>
            <w:tcW w:w="2880" w:type="dxa"/>
          </w:tcPr>
          <w:p w:rsidR="006F7457" w:rsidRDefault="00332DB8">
            <w:r>
              <w:t>4831.</w:t>
            </w:r>
          </w:p>
        </w:tc>
        <w:tc>
          <w:tcPr>
            <w:tcW w:w="2880" w:type="dxa"/>
          </w:tcPr>
          <w:p w:rsidR="006F7457" w:rsidRPr="00332DB8" w:rsidRDefault="00332DB8">
            <w:pPr>
              <w:rPr>
                <w:lang w:val="ru-RU"/>
              </w:rPr>
            </w:pPr>
            <w:r w:rsidRPr="00332DB8">
              <w:rPr>
                <w:lang w:val="ru-RU"/>
              </w:rPr>
              <w:t xml:space="preserve">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w:t>
            </w:r>
            <w:r>
              <w:t>https</w:t>
            </w:r>
            <w:r w:rsidRPr="00332DB8">
              <w:rPr>
                <w:lang w:val="ru-RU"/>
              </w:rPr>
              <w:t>://</w:t>
            </w:r>
            <w:r>
              <w:t>vk</w:t>
            </w:r>
            <w:r w:rsidRPr="00332DB8">
              <w:rPr>
                <w:lang w:val="ru-RU"/>
              </w:rPr>
              <w:t>.</w:t>
            </w:r>
            <w:r>
              <w:t>com</w:t>
            </w:r>
            <w:r w:rsidRPr="00332DB8">
              <w:rPr>
                <w:lang w:val="ru-RU"/>
              </w:rPr>
              <w:t>/</w:t>
            </w:r>
            <w:r>
              <w:t>wall</w:t>
            </w:r>
            <w:r w:rsidRPr="00332DB8">
              <w:rPr>
                <w:lang w:val="ru-RU"/>
              </w:rPr>
              <w:t xml:space="preserve"> 350992425_923, </w:t>
            </w:r>
            <w:r>
              <w:t>https</w:t>
            </w:r>
            <w:r w:rsidRPr="00332DB8">
              <w:rPr>
                <w:lang w:val="ru-RU"/>
              </w:rPr>
              <w:t>://</w:t>
            </w:r>
            <w:r>
              <w:t>vk</w:t>
            </w:r>
            <w:r w:rsidRPr="00332DB8">
              <w:rPr>
                <w:lang w:val="ru-RU"/>
              </w:rPr>
              <w:t>.</w:t>
            </w:r>
            <w:r>
              <w:t>com</w:t>
            </w:r>
            <w:r w:rsidRPr="00332DB8">
              <w:rPr>
                <w:lang w:val="ru-RU"/>
              </w:rPr>
              <w:t>/</w:t>
            </w:r>
            <w:r>
              <w:t>wall</w:t>
            </w:r>
            <w:r w:rsidRPr="00332DB8">
              <w:rPr>
                <w:lang w:val="ru-RU"/>
              </w:rPr>
              <w:t xml:space="preserve">-83256746_668, </w:t>
            </w:r>
            <w:r>
              <w:t>https</w:t>
            </w:r>
            <w:r w:rsidRPr="00332DB8">
              <w:rPr>
                <w:lang w:val="ru-RU"/>
              </w:rPr>
              <w:t>://</w:t>
            </w:r>
            <w:r>
              <w:t>vk</w:t>
            </w:r>
            <w:r w:rsidRPr="00332DB8">
              <w:rPr>
                <w:lang w:val="ru-RU"/>
              </w:rPr>
              <w:t>.</w:t>
            </w:r>
            <w:r>
              <w:t>com</w:t>
            </w:r>
            <w:r w:rsidRPr="00332DB8">
              <w:rPr>
                <w:lang w:val="ru-RU"/>
              </w:rPr>
              <w:t>/</w:t>
            </w:r>
            <w:r>
              <w:t>wall</w:t>
            </w:r>
            <w:r w:rsidRPr="00332DB8">
              <w:rPr>
                <w:lang w:val="ru-RU"/>
              </w:rPr>
              <w:t xml:space="preserve">-34081605_694; </w:t>
            </w:r>
            <w:r>
              <w:t>https</w:t>
            </w:r>
            <w:r w:rsidRPr="00332DB8">
              <w:rPr>
                <w:lang w:val="ru-RU"/>
              </w:rPr>
              <w:t>://</w:t>
            </w:r>
            <w:r>
              <w:t>www</w:t>
            </w:r>
            <w:r w:rsidRPr="00332DB8">
              <w:rPr>
                <w:lang w:val="ru-RU"/>
              </w:rPr>
              <w:t>.</w:t>
            </w:r>
            <w:r>
              <w:t>stihi</w:t>
            </w:r>
            <w:r w:rsidRPr="00332DB8">
              <w:rPr>
                <w:lang w:val="ru-RU"/>
              </w:rPr>
              <w:t>.</w:t>
            </w:r>
            <w:r>
              <w:t>ru</w:t>
            </w:r>
            <w:r w:rsidRPr="00332DB8">
              <w:rPr>
                <w:lang w:val="ru-RU"/>
              </w:rPr>
              <w:t xml:space="preserve">/2014/05/19/7753; </w:t>
            </w:r>
            <w:r>
              <w:t>http</w:t>
            </w:r>
            <w:r w:rsidRPr="00332DB8">
              <w:rPr>
                <w:lang w:val="ru-RU"/>
              </w:rPr>
              <w:t>://</w:t>
            </w:r>
            <w:r>
              <w:t>slavyanskaya</w:t>
            </w:r>
            <w:r w:rsidRPr="00332DB8">
              <w:rPr>
                <w:lang w:val="ru-RU"/>
              </w:rPr>
              <w:t>-</w:t>
            </w:r>
            <w:r>
              <w:t>kultura</w:t>
            </w:r>
            <w:r w:rsidRPr="00332DB8">
              <w:rPr>
                <w:lang w:val="ru-RU"/>
              </w:rPr>
              <w:t>.</w:t>
            </w:r>
            <w:r>
              <w:t>ru</w:t>
            </w:r>
            <w:r w:rsidRPr="00332DB8">
              <w:rPr>
                <w:lang w:val="ru-RU"/>
              </w:rPr>
              <w:t>/</w:t>
            </w:r>
            <w:r>
              <w:t>literature</w:t>
            </w:r>
            <w:r w:rsidRPr="00332DB8">
              <w:rPr>
                <w:lang w:val="ru-RU"/>
              </w:rPr>
              <w:t>/</w:t>
            </w:r>
            <w:r>
              <w:t>poetry</w:t>
            </w:r>
            <w:r w:rsidRPr="00332DB8">
              <w:rPr>
                <w:lang w:val="ru-RU"/>
              </w:rPr>
              <w:t>/</w:t>
            </w:r>
            <w:r>
              <w:t>leonid</w:t>
            </w:r>
            <w:r w:rsidRPr="00332DB8">
              <w:rPr>
                <w:lang w:val="ru-RU"/>
              </w:rPr>
              <w:t>-</w:t>
            </w:r>
            <w:r>
              <w:t>kornilov</w:t>
            </w:r>
            <w:r w:rsidRPr="00332DB8">
              <w:rPr>
                <w:lang w:val="ru-RU"/>
              </w:rPr>
              <w:t>-</w:t>
            </w:r>
            <w:r>
              <w:t>dostali</w:t>
            </w:r>
            <w:r w:rsidRPr="00332DB8">
              <w:rPr>
                <w:lang w:val="ru-RU"/>
              </w:rPr>
              <w:t>.</w:t>
            </w:r>
            <w:r>
              <w:t>html</w:t>
            </w:r>
            <w:r w:rsidRPr="00332DB8">
              <w:rPr>
                <w:lang w:val="ru-RU"/>
              </w:rPr>
              <w:t xml:space="preserve">; </w:t>
            </w:r>
            <w:r>
              <w:t>www</w:t>
            </w:r>
            <w:r w:rsidRPr="00332DB8">
              <w:rPr>
                <w:lang w:val="ru-RU"/>
              </w:rPr>
              <w:t>.</w:t>
            </w:r>
            <w:r>
              <w:t>dal</w:t>
            </w:r>
            <w:r w:rsidRPr="00332DB8">
              <w:rPr>
                <w:lang w:val="ru-RU"/>
              </w:rPr>
              <w:t>.</w:t>
            </w:r>
            <w:r>
              <w:t>by</w:t>
            </w:r>
            <w:r w:rsidRPr="00332DB8">
              <w:rPr>
                <w:lang w:val="ru-RU"/>
              </w:rPr>
              <w:t>/</w:t>
            </w:r>
            <w:r>
              <w:t>news</w:t>
            </w:r>
            <w:r w:rsidRPr="00332DB8">
              <w:rPr>
                <w:lang w:val="ru-RU"/>
              </w:rPr>
              <w:t xml:space="preserve">/109/12-07-13-3/; </w:t>
            </w:r>
            <w:r>
              <w:t>https</w:t>
            </w:r>
            <w:r w:rsidRPr="00332DB8">
              <w:rPr>
                <w:lang w:val="ru-RU"/>
              </w:rPr>
              <w:t>://</w:t>
            </w:r>
            <w:r>
              <w:t>newsland</w:t>
            </w:r>
            <w:r w:rsidRPr="00332DB8">
              <w:rPr>
                <w:lang w:val="ru-RU"/>
              </w:rPr>
              <w:t>.</w:t>
            </w:r>
            <w:r>
              <w:t>com</w:t>
            </w:r>
            <w:r w:rsidRPr="00332DB8">
              <w:rPr>
                <w:lang w:val="ru-RU"/>
              </w:rPr>
              <w:t>/</w:t>
            </w:r>
            <w:r>
              <w:t>community</w:t>
            </w:r>
            <w:r w:rsidRPr="00332DB8">
              <w:rPr>
                <w:lang w:val="ru-RU"/>
              </w:rPr>
              <w:t xml:space="preserve">/ </w:t>
            </w:r>
            <w:r>
              <w:t>politic</w:t>
            </w:r>
            <w:r w:rsidRPr="00332DB8">
              <w:rPr>
                <w:lang w:val="ru-RU"/>
              </w:rPr>
              <w:t>/</w:t>
            </w:r>
            <w:r>
              <w:t>content</w:t>
            </w:r>
            <w:r w:rsidRPr="00332DB8">
              <w:rPr>
                <w:lang w:val="ru-RU"/>
              </w:rPr>
              <w:t>/</w:t>
            </w:r>
            <w:r>
              <w:t>leonid</w:t>
            </w:r>
            <w:r w:rsidRPr="00332DB8">
              <w:rPr>
                <w:lang w:val="ru-RU"/>
              </w:rPr>
              <w:t>-</w:t>
            </w:r>
            <w:r>
              <w:t>kornilov</w:t>
            </w:r>
            <w:r w:rsidRPr="00332DB8">
              <w:rPr>
                <w:lang w:val="ru-RU"/>
              </w:rPr>
              <w:t>-</w:t>
            </w:r>
            <w:r>
              <w:t>dostali</w:t>
            </w:r>
            <w:r w:rsidRPr="00332DB8">
              <w:rPr>
                <w:lang w:val="ru-RU"/>
              </w:rPr>
              <w:t>/2150707 (решение Центрального районного суда г. Хабаровска от 24.04.2018 и определение Центрального районного суда г. Хабаровска от 27.09.2018);</w:t>
            </w:r>
          </w:p>
        </w:tc>
        <w:tc>
          <w:tcPr>
            <w:tcW w:w="2880" w:type="dxa"/>
          </w:tcPr>
          <w:p w:rsidR="006F7457" w:rsidRDefault="00332DB8">
            <w:r>
              <w:t>07.02.2019</w:t>
            </w:r>
          </w:p>
        </w:tc>
      </w:tr>
      <w:tr w:rsidR="006F7457">
        <w:tc>
          <w:tcPr>
            <w:tcW w:w="2880" w:type="dxa"/>
          </w:tcPr>
          <w:p w:rsidR="006F7457" w:rsidRDefault="00332DB8">
            <w:r>
              <w:t>4832.</w:t>
            </w:r>
          </w:p>
        </w:tc>
        <w:tc>
          <w:tcPr>
            <w:tcW w:w="2880" w:type="dxa"/>
          </w:tcPr>
          <w:p w:rsidR="006F7457" w:rsidRPr="00332DB8" w:rsidRDefault="00332DB8">
            <w:pPr>
              <w:rPr>
                <w:lang w:val="ru-RU"/>
              </w:rPr>
            </w:pPr>
            <w:r>
              <w:t xml:space="preserve">Видеозапись «Уильям Пирс. Евреи Наша Беда _ The Jews Are Our Misfortune», продолжительностью </w:t>
            </w:r>
            <w:r w:rsidRPr="00332DB8">
              <w:rPr>
                <w:lang w:val="ru-RU"/>
              </w:rPr>
              <w:t>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2880" w:type="dxa"/>
          </w:tcPr>
          <w:p w:rsidR="006F7457" w:rsidRDefault="00332DB8">
            <w:r>
              <w:t>07.02.2019</w:t>
            </w:r>
          </w:p>
        </w:tc>
      </w:tr>
      <w:tr w:rsidR="006F7457">
        <w:tc>
          <w:tcPr>
            <w:tcW w:w="2880" w:type="dxa"/>
          </w:tcPr>
          <w:p w:rsidR="006F7457" w:rsidRDefault="00332DB8">
            <w:r>
              <w:t>483</w:t>
            </w:r>
            <w:r>
              <w:lastRenderedPageBreak/>
              <w:t>3.</w:t>
            </w:r>
          </w:p>
        </w:tc>
        <w:tc>
          <w:tcPr>
            <w:tcW w:w="2880" w:type="dxa"/>
          </w:tcPr>
          <w:p w:rsidR="006F7457" w:rsidRPr="00332DB8" w:rsidRDefault="00332DB8">
            <w:pPr>
              <w:rPr>
                <w:lang w:val="ru-RU"/>
              </w:rPr>
            </w:pPr>
            <w:r w:rsidRPr="00332DB8">
              <w:rPr>
                <w:lang w:val="ru-RU"/>
              </w:rPr>
              <w:lastRenderedPageBreak/>
              <w:t xml:space="preserve">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w:t>
            </w:r>
            <w:r w:rsidRPr="00332DB8">
              <w:rPr>
                <w:lang w:val="ru-RU"/>
              </w:rPr>
              <w:lastRenderedPageBreak/>
              <w:t>Сыктывкарского городского суда Республики Коми от 06.12.2018);</w:t>
            </w:r>
          </w:p>
        </w:tc>
        <w:tc>
          <w:tcPr>
            <w:tcW w:w="2880" w:type="dxa"/>
          </w:tcPr>
          <w:p w:rsidR="006F7457" w:rsidRDefault="00332DB8">
            <w:r>
              <w:lastRenderedPageBreak/>
              <w:t>07.02.201</w:t>
            </w:r>
            <w:r>
              <w:lastRenderedPageBreak/>
              <w:t>9</w:t>
            </w:r>
          </w:p>
        </w:tc>
      </w:tr>
      <w:tr w:rsidR="006F7457">
        <w:tc>
          <w:tcPr>
            <w:tcW w:w="2880" w:type="dxa"/>
          </w:tcPr>
          <w:p w:rsidR="006F7457" w:rsidRDefault="00332DB8">
            <w:r>
              <w:lastRenderedPageBreak/>
              <w:t>4834.</w:t>
            </w:r>
          </w:p>
        </w:tc>
        <w:tc>
          <w:tcPr>
            <w:tcW w:w="2880" w:type="dxa"/>
          </w:tcPr>
          <w:p w:rsidR="006F7457" w:rsidRPr="00332DB8" w:rsidRDefault="00332DB8">
            <w:pPr>
              <w:rPr>
                <w:lang w:val="ru-RU"/>
              </w:rPr>
            </w:pPr>
            <w:r w:rsidRPr="00332DB8">
              <w:rPr>
                <w:lang w:val="ru-RU"/>
              </w:rPr>
              <w:t>Видеозапись «про путинских жидов разграбивших страну», продолжительностью 16 минут 34 секунды, начинающаяся со слов «Народ!!! Ты готов узнать правду?!...» и заканчивающаяся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p>
        </w:tc>
        <w:tc>
          <w:tcPr>
            <w:tcW w:w="2880" w:type="dxa"/>
          </w:tcPr>
          <w:p w:rsidR="006F7457" w:rsidRDefault="00332DB8">
            <w:r>
              <w:t>07.02.2019</w:t>
            </w:r>
          </w:p>
        </w:tc>
      </w:tr>
      <w:tr w:rsidR="006F7457">
        <w:tc>
          <w:tcPr>
            <w:tcW w:w="2880" w:type="dxa"/>
          </w:tcPr>
          <w:p w:rsidR="006F7457" w:rsidRDefault="00332DB8">
            <w:r>
              <w:t>4835.</w:t>
            </w:r>
          </w:p>
        </w:tc>
        <w:tc>
          <w:tcPr>
            <w:tcW w:w="2880" w:type="dxa"/>
          </w:tcPr>
          <w:p w:rsidR="006F7457" w:rsidRPr="00332DB8" w:rsidRDefault="00332DB8">
            <w:pPr>
              <w:rPr>
                <w:lang w:val="ru-RU"/>
              </w:rPr>
            </w:pPr>
            <w:r w:rsidRPr="00332DB8">
              <w:rPr>
                <w:lang w:val="ru-RU"/>
              </w:rPr>
              <w:t>Видеозапись, размещенная в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6F7457" w:rsidRDefault="00332DB8">
            <w:r>
              <w:t>07.02.2019</w:t>
            </w:r>
          </w:p>
        </w:tc>
      </w:tr>
      <w:tr w:rsidR="006F7457">
        <w:tc>
          <w:tcPr>
            <w:tcW w:w="2880" w:type="dxa"/>
          </w:tcPr>
          <w:p w:rsidR="006F7457" w:rsidRDefault="00332DB8">
            <w:r>
              <w:t>4836.</w:t>
            </w:r>
          </w:p>
        </w:tc>
        <w:tc>
          <w:tcPr>
            <w:tcW w:w="2880" w:type="dxa"/>
          </w:tcPr>
          <w:p w:rsidR="006F7457" w:rsidRPr="00332DB8" w:rsidRDefault="00332DB8">
            <w:pPr>
              <w:rPr>
                <w:lang w:val="ru-RU"/>
              </w:rPr>
            </w:pPr>
            <w:r w:rsidRPr="00332DB8">
              <w:rPr>
                <w:lang w:val="ru-RU"/>
              </w:rPr>
              <w:t>Видеозапись, размещенная в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6F7457" w:rsidRDefault="00332DB8">
            <w:r>
              <w:t>07.02.2019</w:t>
            </w:r>
          </w:p>
        </w:tc>
      </w:tr>
      <w:tr w:rsidR="006F7457">
        <w:tc>
          <w:tcPr>
            <w:tcW w:w="2880" w:type="dxa"/>
          </w:tcPr>
          <w:p w:rsidR="006F7457" w:rsidRDefault="00332DB8">
            <w:r>
              <w:t>483</w:t>
            </w:r>
            <w:r>
              <w:lastRenderedPageBreak/>
              <w:t>7.</w:t>
            </w:r>
          </w:p>
        </w:tc>
        <w:tc>
          <w:tcPr>
            <w:tcW w:w="2880" w:type="dxa"/>
          </w:tcPr>
          <w:p w:rsidR="006F7457" w:rsidRPr="00332DB8" w:rsidRDefault="00332DB8">
            <w:pPr>
              <w:rPr>
                <w:lang w:val="ru-RU"/>
              </w:rPr>
            </w:pPr>
            <w:r w:rsidRPr="00332DB8">
              <w:rPr>
                <w:lang w:val="ru-RU"/>
              </w:rPr>
              <w:lastRenderedPageBreak/>
              <w:t xml:space="preserve">Видеозапись, размещенная в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w:t>
            </w:r>
            <w:r w:rsidRPr="00332DB8">
              <w:rPr>
                <w:lang w:val="ru-RU"/>
              </w:rPr>
              <w:lastRenderedPageBreak/>
              <w:t>еще чем-нибудь похуже. Вопросы есть?»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6F7457" w:rsidRDefault="00332DB8">
            <w:r>
              <w:lastRenderedPageBreak/>
              <w:t>07.02.201</w:t>
            </w:r>
            <w:r>
              <w:lastRenderedPageBreak/>
              <w:t>9</w:t>
            </w:r>
          </w:p>
        </w:tc>
      </w:tr>
      <w:tr w:rsidR="006F7457">
        <w:tc>
          <w:tcPr>
            <w:tcW w:w="2880" w:type="dxa"/>
          </w:tcPr>
          <w:p w:rsidR="006F7457" w:rsidRDefault="00332DB8">
            <w:r>
              <w:lastRenderedPageBreak/>
              <w:t>4838.</w:t>
            </w:r>
          </w:p>
        </w:tc>
        <w:tc>
          <w:tcPr>
            <w:tcW w:w="2880" w:type="dxa"/>
          </w:tcPr>
          <w:p w:rsidR="006F7457" w:rsidRPr="00332DB8" w:rsidRDefault="00332DB8">
            <w:pPr>
              <w:rPr>
                <w:lang w:val="ru-RU"/>
              </w:rPr>
            </w:pPr>
            <w:r w:rsidRPr="00332DB8">
              <w:rPr>
                <w:lang w:val="ru-RU"/>
              </w:rPr>
              <w:t xml:space="preserve">Видеозапись, размещенная в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w:t>
            </w:r>
            <w:r w:rsidRPr="00332DB8">
              <w:rPr>
                <w:lang w:val="ru-RU"/>
              </w:rPr>
              <w:br/>
            </w:r>
            <w:r w:rsidRPr="00332DB8">
              <w:rPr>
                <w:lang w:val="ru-RU"/>
              </w:rPr>
              <w:br/>
              <w:t>и нужным»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6F7457" w:rsidRDefault="00332DB8">
            <w:r>
              <w:t>07.02.2019</w:t>
            </w:r>
          </w:p>
        </w:tc>
      </w:tr>
      <w:tr w:rsidR="006F7457">
        <w:tc>
          <w:tcPr>
            <w:tcW w:w="2880" w:type="dxa"/>
          </w:tcPr>
          <w:p w:rsidR="006F7457" w:rsidRDefault="00332DB8">
            <w:r>
              <w:t>4839.</w:t>
            </w:r>
          </w:p>
        </w:tc>
        <w:tc>
          <w:tcPr>
            <w:tcW w:w="2880" w:type="dxa"/>
          </w:tcPr>
          <w:p w:rsidR="006F7457" w:rsidRPr="00332DB8" w:rsidRDefault="00332DB8">
            <w:pPr>
              <w:rPr>
                <w:lang w:val="ru-RU"/>
              </w:rPr>
            </w:pPr>
            <w:r w:rsidRPr="00332DB8">
              <w:rPr>
                <w:lang w:val="ru-RU"/>
              </w:rPr>
              <w:t>Видеозапись, размещенная в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-сдвинуться, ну, существенно дальше. Ну, а без этого жизнь скудна»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6F7457" w:rsidRDefault="00332DB8">
            <w:r>
              <w:t>07.02.2019</w:t>
            </w:r>
          </w:p>
        </w:tc>
      </w:tr>
      <w:tr w:rsidR="006F7457">
        <w:tc>
          <w:tcPr>
            <w:tcW w:w="2880" w:type="dxa"/>
          </w:tcPr>
          <w:p w:rsidR="006F7457" w:rsidRDefault="00332DB8">
            <w:r>
              <w:t>484</w:t>
            </w:r>
            <w:r>
              <w:lastRenderedPageBreak/>
              <w:t>0.</w:t>
            </w:r>
          </w:p>
        </w:tc>
        <w:tc>
          <w:tcPr>
            <w:tcW w:w="2880" w:type="dxa"/>
          </w:tcPr>
          <w:p w:rsidR="006F7457" w:rsidRPr="00332DB8" w:rsidRDefault="00332DB8">
            <w:pPr>
              <w:rPr>
                <w:lang w:val="ru-RU"/>
              </w:rPr>
            </w:pPr>
            <w:r w:rsidRPr="00332DB8">
              <w:rPr>
                <w:lang w:val="ru-RU"/>
              </w:rPr>
              <w:lastRenderedPageBreak/>
              <w:t xml:space="preserve">Видеозапись, размещенная в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w:t>
            </w:r>
            <w:r w:rsidRPr="00332DB8">
              <w:rPr>
                <w:lang w:val="ru-RU"/>
              </w:rPr>
              <w:lastRenderedPageBreak/>
              <w:t>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6F7457" w:rsidRDefault="00332DB8">
            <w:r>
              <w:lastRenderedPageBreak/>
              <w:t>07.02.201</w:t>
            </w:r>
            <w:r>
              <w:lastRenderedPageBreak/>
              <w:t>9</w:t>
            </w:r>
          </w:p>
        </w:tc>
      </w:tr>
      <w:tr w:rsidR="006F7457">
        <w:tc>
          <w:tcPr>
            <w:tcW w:w="2880" w:type="dxa"/>
          </w:tcPr>
          <w:p w:rsidR="006F7457" w:rsidRDefault="00332DB8">
            <w:r>
              <w:lastRenderedPageBreak/>
              <w:t>4841.</w:t>
            </w:r>
          </w:p>
        </w:tc>
        <w:tc>
          <w:tcPr>
            <w:tcW w:w="2880" w:type="dxa"/>
          </w:tcPr>
          <w:p w:rsidR="006F7457" w:rsidRPr="00332DB8" w:rsidRDefault="00332DB8">
            <w:pPr>
              <w:rPr>
                <w:lang w:val="ru-RU"/>
              </w:rPr>
            </w:pPr>
            <w:r w:rsidRPr="00332DB8">
              <w:rPr>
                <w:lang w:val="ru-RU"/>
              </w:rPr>
              <w:t>Видеозапись, размещенная в сети Интернет: «Проститутки 74-й роты», продолжительностью 19 минут 15 секунд, начинающаяся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серия роликов по жалу Скорпиона»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6F7457" w:rsidRDefault="00332DB8">
            <w:r>
              <w:t>07.02.2019</w:t>
            </w:r>
          </w:p>
        </w:tc>
      </w:tr>
      <w:tr w:rsidR="006F7457">
        <w:tc>
          <w:tcPr>
            <w:tcW w:w="2880" w:type="dxa"/>
          </w:tcPr>
          <w:p w:rsidR="006F7457" w:rsidRDefault="00332DB8">
            <w:r>
              <w:t>4842.</w:t>
            </w:r>
          </w:p>
        </w:tc>
        <w:tc>
          <w:tcPr>
            <w:tcW w:w="2880" w:type="dxa"/>
          </w:tcPr>
          <w:p w:rsidR="006F7457" w:rsidRPr="00332DB8" w:rsidRDefault="00332DB8">
            <w:pPr>
              <w:rPr>
                <w:lang w:val="ru-RU"/>
              </w:rPr>
            </w:pPr>
            <w:r w:rsidRPr="00332DB8">
              <w:rPr>
                <w:lang w:val="ru-RU"/>
              </w:rPr>
              <w:t xml:space="preserve">Видеозапись, размещенная в сети Интернет: «Аненербе против НКВД или нюансы таранного удара», продолжительностью 1 час 59 минут 11 секунд, начинающаяся словами: «Аненербе» против НКВД или нюансы таранного удара. Аненербе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 решение Советского районного суда </w:t>
            </w:r>
            <w:r w:rsidRPr="00332DB8">
              <w:rPr>
                <w:lang w:val="ru-RU"/>
              </w:rPr>
              <w:br/>
            </w:r>
            <w:r w:rsidRPr="00332DB8">
              <w:rPr>
                <w:lang w:val="ru-RU"/>
              </w:rPr>
              <w:br/>
              <w:t>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6F7457" w:rsidRDefault="00332DB8">
            <w:r>
              <w:t>07.02.2019</w:t>
            </w:r>
          </w:p>
        </w:tc>
      </w:tr>
      <w:tr w:rsidR="006F7457">
        <w:tc>
          <w:tcPr>
            <w:tcW w:w="2880" w:type="dxa"/>
          </w:tcPr>
          <w:p w:rsidR="006F7457" w:rsidRDefault="00332DB8">
            <w:r>
              <w:t>4843.</w:t>
            </w:r>
          </w:p>
        </w:tc>
        <w:tc>
          <w:tcPr>
            <w:tcW w:w="2880" w:type="dxa"/>
          </w:tcPr>
          <w:p w:rsidR="006F7457" w:rsidRPr="00332DB8" w:rsidRDefault="00332DB8">
            <w:pPr>
              <w:rPr>
                <w:lang w:val="ru-RU"/>
              </w:rPr>
            </w:pPr>
            <w:r w:rsidRPr="00332DB8">
              <w:rPr>
                <w:lang w:val="ru-RU"/>
              </w:rPr>
              <w:t xml:space="preserve">Видеозапись, размещенная в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хочу.» «Хреновый педагог»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w:t>
            </w:r>
            <w:r w:rsidRPr="00332DB8">
              <w:rPr>
                <w:lang w:val="ru-RU"/>
              </w:rPr>
              <w:lastRenderedPageBreak/>
              <w:t>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6F7457" w:rsidRDefault="00332DB8">
            <w:r>
              <w:lastRenderedPageBreak/>
              <w:t>07.02.2019</w:t>
            </w:r>
          </w:p>
        </w:tc>
      </w:tr>
      <w:tr w:rsidR="006F7457">
        <w:tc>
          <w:tcPr>
            <w:tcW w:w="2880" w:type="dxa"/>
          </w:tcPr>
          <w:p w:rsidR="006F7457" w:rsidRDefault="00332DB8">
            <w:r>
              <w:lastRenderedPageBreak/>
              <w:t>4844.</w:t>
            </w:r>
          </w:p>
        </w:tc>
        <w:tc>
          <w:tcPr>
            <w:tcW w:w="2880" w:type="dxa"/>
          </w:tcPr>
          <w:p w:rsidR="006F7457" w:rsidRPr="00332DB8" w:rsidRDefault="00332DB8">
            <w:pPr>
              <w:rPr>
                <w:lang w:val="ru-RU"/>
              </w:rPr>
            </w:pPr>
            <w:r w:rsidRPr="00332DB8">
              <w:rPr>
                <w:lang w:val="ru-RU"/>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2880" w:type="dxa"/>
          </w:tcPr>
          <w:p w:rsidR="006F7457" w:rsidRDefault="00332DB8">
            <w:r>
              <w:t>07.02.2019</w:t>
            </w:r>
          </w:p>
        </w:tc>
      </w:tr>
      <w:tr w:rsidR="006F7457">
        <w:tc>
          <w:tcPr>
            <w:tcW w:w="2880" w:type="dxa"/>
          </w:tcPr>
          <w:p w:rsidR="006F7457" w:rsidRDefault="00332DB8">
            <w:r>
              <w:t>4845.</w:t>
            </w:r>
          </w:p>
        </w:tc>
        <w:tc>
          <w:tcPr>
            <w:tcW w:w="2880" w:type="dxa"/>
          </w:tcPr>
          <w:p w:rsidR="006F7457" w:rsidRPr="00332DB8" w:rsidRDefault="00332DB8">
            <w:pPr>
              <w:rPr>
                <w:lang w:val="ru-RU"/>
              </w:rPr>
            </w:pPr>
            <w:r w:rsidRPr="00332DB8">
              <w:rPr>
                <w:lang w:val="ru-RU"/>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2880" w:type="dxa"/>
          </w:tcPr>
          <w:p w:rsidR="006F7457" w:rsidRDefault="00332DB8">
            <w:r>
              <w:t>07.02.2019</w:t>
            </w:r>
          </w:p>
        </w:tc>
      </w:tr>
      <w:tr w:rsidR="006F7457">
        <w:tc>
          <w:tcPr>
            <w:tcW w:w="2880" w:type="dxa"/>
          </w:tcPr>
          <w:p w:rsidR="006F7457" w:rsidRDefault="00332DB8">
            <w:r>
              <w:t>4846.</w:t>
            </w:r>
          </w:p>
        </w:tc>
        <w:tc>
          <w:tcPr>
            <w:tcW w:w="2880" w:type="dxa"/>
          </w:tcPr>
          <w:p w:rsidR="006F7457" w:rsidRPr="00332DB8" w:rsidRDefault="00332DB8">
            <w:pPr>
              <w:rPr>
                <w:lang w:val="ru-RU"/>
              </w:rPr>
            </w:pPr>
            <w:r w:rsidRPr="00332DB8">
              <w:rPr>
                <w:lang w:val="ru-RU"/>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2880" w:type="dxa"/>
          </w:tcPr>
          <w:p w:rsidR="006F7457" w:rsidRDefault="00332DB8">
            <w:r>
              <w:t>07.02.2019</w:t>
            </w:r>
          </w:p>
        </w:tc>
      </w:tr>
      <w:tr w:rsidR="006F7457">
        <w:tc>
          <w:tcPr>
            <w:tcW w:w="2880" w:type="dxa"/>
          </w:tcPr>
          <w:p w:rsidR="006F7457" w:rsidRDefault="00332DB8">
            <w:r>
              <w:t>4847.</w:t>
            </w:r>
          </w:p>
        </w:tc>
        <w:tc>
          <w:tcPr>
            <w:tcW w:w="2880" w:type="dxa"/>
          </w:tcPr>
          <w:p w:rsidR="006F7457" w:rsidRPr="00332DB8" w:rsidRDefault="00332DB8">
            <w:pPr>
              <w:rPr>
                <w:lang w:val="ru-RU"/>
              </w:rPr>
            </w:pPr>
            <w:r w:rsidRPr="00332DB8">
              <w:rPr>
                <w:lang w:val="ru-RU"/>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2880" w:type="dxa"/>
          </w:tcPr>
          <w:p w:rsidR="006F7457" w:rsidRDefault="00332DB8">
            <w:r>
              <w:t>07.02.2019</w:t>
            </w:r>
          </w:p>
        </w:tc>
      </w:tr>
      <w:tr w:rsidR="006F7457">
        <w:tc>
          <w:tcPr>
            <w:tcW w:w="2880" w:type="dxa"/>
          </w:tcPr>
          <w:p w:rsidR="006F7457" w:rsidRDefault="00332DB8">
            <w:r>
              <w:t>484</w:t>
            </w:r>
            <w:r>
              <w:lastRenderedPageBreak/>
              <w:t>8.</w:t>
            </w:r>
          </w:p>
        </w:tc>
        <w:tc>
          <w:tcPr>
            <w:tcW w:w="2880" w:type="dxa"/>
          </w:tcPr>
          <w:p w:rsidR="006F7457" w:rsidRPr="00332DB8" w:rsidRDefault="00332DB8">
            <w:pPr>
              <w:rPr>
                <w:lang w:val="ru-RU"/>
              </w:rPr>
            </w:pPr>
            <w:r w:rsidRPr="00332DB8">
              <w:rPr>
                <w:lang w:val="ru-RU"/>
              </w:rPr>
              <w:lastRenderedPageBreak/>
              <w:t xml:space="preserve">Объект № 2 (комментарии к тексту «В Москву завозят фашистов и готовят их к резне!»), размещенный по сетевому адресу: </w:t>
            </w:r>
            <w:r>
              <w:t>http</w:t>
            </w:r>
            <w:r w:rsidRPr="00332DB8">
              <w:rPr>
                <w:lang w:val="ru-RU"/>
              </w:rPr>
              <w:t>://</w:t>
            </w:r>
            <w:r>
              <w:t>tekstili</w:t>
            </w:r>
            <w:r w:rsidRPr="00332DB8">
              <w:rPr>
                <w:lang w:val="ru-RU"/>
              </w:rPr>
              <w:t>.</w:t>
            </w:r>
            <w:r>
              <w:t>blogspot</w:t>
            </w:r>
            <w:r w:rsidRPr="00332DB8">
              <w:rPr>
                <w:lang w:val="ru-RU"/>
              </w:rPr>
              <w:t>.</w:t>
            </w:r>
            <w:r>
              <w:t>ru</w:t>
            </w:r>
            <w:r w:rsidRPr="00332DB8">
              <w:rPr>
                <w:lang w:val="ru-RU"/>
              </w:rPr>
              <w:t xml:space="preserve">/ (апелляционное определение Судебной коллегии по гражданским </w:t>
            </w:r>
            <w:r w:rsidRPr="00332DB8">
              <w:rPr>
                <w:lang w:val="ru-RU"/>
              </w:rPr>
              <w:lastRenderedPageBreak/>
              <w:t>делам Московского городского суда от 02.11.2017);</w:t>
            </w:r>
          </w:p>
        </w:tc>
        <w:tc>
          <w:tcPr>
            <w:tcW w:w="2880" w:type="dxa"/>
          </w:tcPr>
          <w:p w:rsidR="006F7457" w:rsidRDefault="00332DB8">
            <w:r>
              <w:lastRenderedPageBreak/>
              <w:t>15.02.201</w:t>
            </w:r>
            <w:r>
              <w:lastRenderedPageBreak/>
              <w:t>9</w:t>
            </w:r>
          </w:p>
        </w:tc>
      </w:tr>
      <w:tr w:rsidR="006F7457">
        <w:tc>
          <w:tcPr>
            <w:tcW w:w="2880" w:type="dxa"/>
          </w:tcPr>
          <w:p w:rsidR="006F7457" w:rsidRDefault="00332DB8">
            <w:r>
              <w:lastRenderedPageBreak/>
              <w:t>4849.</w:t>
            </w:r>
          </w:p>
        </w:tc>
        <w:tc>
          <w:tcPr>
            <w:tcW w:w="2880" w:type="dxa"/>
          </w:tcPr>
          <w:p w:rsidR="006F7457" w:rsidRPr="00332DB8" w:rsidRDefault="00332DB8">
            <w:pPr>
              <w:rPr>
                <w:lang w:val="ru-RU"/>
              </w:rPr>
            </w:pPr>
            <w:r w:rsidRPr="00332DB8">
              <w:rPr>
                <w:lang w:val="ru-RU"/>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2880" w:type="dxa"/>
          </w:tcPr>
          <w:p w:rsidR="006F7457" w:rsidRDefault="00332DB8">
            <w:r>
              <w:t>21.02.2019</w:t>
            </w:r>
          </w:p>
        </w:tc>
      </w:tr>
      <w:tr w:rsidR="006F7457">
        <w:tc>
          <w:tcPr>
            <w:tcW w:w="2880" w:type="dxa"/>
          </w:tcPr>
          <w:p w:rsidR="006F7457" w:rsidRDefault="00332DB8">
            <w:r>
              <w:t>4850.</w:t>
            </w:r>
          </w:p>
        </w:tc>
        <w:tc>
          <w:tcPr>
            <w:tcW w:w="2880" w:type="dxa"/>
          </w:tcPr>
          <w:p w:rsidR="006F7457" w:rsidRPr="00332DB8" w:rsidRDefault="00332DB8">
            <w:pPr>
              <w:rPr>
                <w:lang w:val="ru-RU"/>
              </w:rPr>
            </w:pPr>
            <w:r w:rsidRPr="00332DB8">
              <w:rPr>
                <w:lang w:val="ru-RU"/>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2880" w:type="dxa"/>
          </w:tcPr>
          <w:p w:rsidR="006F7457" w:rsidRDefault="00332DB8">
            <w:r>
              <w:t>21.02.2019</w:t>
            </w:r>
          </w:p>
        </w:tc>
      </w:tr>
      <w:tr w:rsidR="006F7457">
        <w:tc>
          <w:tcPr>
            <w:tcW w:w="2880" w:type="dxa"/>
          </w:tcPr>
          <w:p w:rsidR="006F7457" w:rsidRDefault="00332DB8">
            <w:r>
              <w:t>4851.</w:t>
            </w:r>
          </w:p>
        </w:tc>
        <w:tc>
          <w:tcPr>
            <w:tcW w:w="2880" w:type="dxa"/>
          </w:tcPr>
          <w:p w:rsidR="006F7457" w:rsidRPr="00332DB8" w:rsidRDefault="00332DB8">
            <w:pPr>
              <w:rPr>
                <w:lang w:val="ru-RU"/>
              </w:rPr>
            </w:pPr>
            <w:r w:rsidRPr="00332DB8">
              <w:rPr>
                <w:lang w:val="ru-RU"/>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2880" w:type="dxa"/>
          </w:tcPr>
          <w:p w:rsidR="006F7457" w:rsidRDefault="00332DB8">
            <w:r>
              <w:t>21.02.2019</w:t>
            </w:r>
          </w:p>
        </w:tc>
      </w:tr>
      <w:tr w:rsidR="006F7457">
        <w:tc>
          <w:tcPr>
            <w:tcW w:w="2880" w:type="dxa"/>
          </w:tcPr>
          <w:p w:rsidR="006F7457" w:rsidRDefault="00332DB8">
            <w:r>
              <w:t>4852.</w:t>
            </w:r>
          </w:p>
        </w:tc>
        <w:tc>
          <w:tcPr>
            <w:tcW w:w="2880" w:type="dxa"/>
          </w:tcPr>
          <w:p w:rsidR="006F7457" w:rsidRPr="00332DB8" w:rsidRDefault="00332DB8">
            <w:pPr>
              <w:rPr>
                <w:lang w:val="ru-RU"/>
              </w:rPr>
            </w:pPr>
            <w:r w:rsidRPr="00332DB8">
              <w:rPr>
                <w:lang w:val="ru-RU"/>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2880" w:type="dxa"/>
          </w:tcPr>
          <w:p w:rsidR="006F7457" w:rsidRDefault="00332DB8">
            <w:r>
              <w:t>21.02.2019</w:t>
            </w:r>
          </w:p>
        </w:tc>
      </w:tr>
      <w:tr w:rsidR="006F7457">
        <w:tc>
          <w:tcPr>
            <w:tcW w:w="2880" w:type="dxa"/>
          </w:tcPr>
          <w:p w:rsidR="006F7457" w:rsidRDefault="00332DB8">
            <w:r>
              <w:t>48</w:t>
            </w:r>
            <w:r>
              <w:lastRenderedPageBreak/>
              <w:t>53.</w:t>
            </w:r>
          </w:p>
        </w:tc>
        <w:tc>
          <w:tcPr>
            <w:tcW w:w="2880" w:type="dxa"/>
          </w:tcPr>
          <w:p w:rsidR="006F7457" w:rsidRPr="00332DB8" w:rsidRDefault="00332DB8">
            <w:pPr>
              <w:rPr>
                <w:lang w:val="ru-RU"/>
              </w:rPr>
            </w:pPr>
            <w:r w:rsidRPr="00332DB8">
              <w:rPr>
                <w:lang w:val="ru-RU"/>
              </w:rPr>
              <w:lastRenderedPageBreak/>
              <w:t xml:space="preserve">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w:t>
            </w:r>
            <w:r w:rsidRPr="00332DB8">
              <w:rPr>
                <w:lang w:val="ru-RU"/>
              </w:rPr>
              <w:lastRenderedPageBreak/>
              <w:t>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2880" w:type="dxa"/>
          </w:tcPr>
          <w:p w:rsidR="006F7457" w:rsidRDefault="00332DB8">
            <w:r>
              <w:lastRenderedPageBreak/>
              <w:t>13.03.</w:t>
            </w:r>
            <w:r>
              <w:lastRenderedPageBreak/>
              <w:t>2019</w:t>
            </w:r>
          </w:p>
        </w:tc>
      </w:tr>
      <w:tr w:rsidR="006F7457">
        <w:tc>
          <w:tcPr>
            <w:tcW w:w="2880" w:type="dxa"/>
          </w:tcPr>
          <w:p w:rsidR="006F7457" w:rsidRDefault="00332DB8">
            <w:r>
              <w:lastRenderedPageBreak/>
              <w:t>4854.</w:t>
            </w:r>
          </w:p>
        </w:tc>
        <w:tc>
          <w:tcPr>
            <w:tcW w:w="2880" w:type="dxa"/>
          </w:tcPr>
          <w:p w:rsidR="006F7457" w:rsidRPr="00332DB8" w:rsidRDefault="00332DB8">
            <w:pPr>
              <w:rPr>
                <w:lang w:val="ru-RU"/>
              </w:rPr>
            </w:pPr>
            <w:r w:rsidRPr="00332DB8">
              <w:rPr>
                <w:lang w:val="ru-RU"/>
              </w:rPr>
              <w:t xml:space="preserve">Книга «Огненное православие». – К.: издательская группа </w:t>
            </w:r>
            <w:r>
              <w:t>BHV</w:t>
            </w:r>
            <w:r w:rsidRPr="00332DB8">
              <w:rPr>
                <w:lang w:val="ru-RU"/>
              </w:rPr>
              <w:t>,-2004-128с. Авторы: А.Макеев, Р.Бычков, за исключением цитат из Библии (решение Волховского городского суда Ленинградской области от 08.10.2018);</w:t>
            </w:r>
          </w:p>
        </w:tc>
        <w:tc>
          <w:tcPr>
            <w:tcW w:w="2880" w:type="dxa"/>
          </w:tcPr>
          <w:p w:rsidR="006F7457" w:rsidRDefault="00332DB8">
            <w:r>
              <w:t>13.03.2019</w:t>
            </w:r>
          </w:p>
        </w:tc>
      </w:tr>
      <w:tr w:rsidR="006F7457">
        <w:tc>
          <w:tcPr>
            <w:tcW w:w="2880" w:type="dxa"/>
          </w:tcPr>
          <w:p w:rsidR="006F7457" w:rsidRDefault="00332DB8">
            <w:r>
              <w:t>4855.</w:t>
            </w:r>
          </w:p>
        </w:tc>
        <w:tc>
          <w:tcPr>
            <w:tcW w:w="2880" w:type="dxa"/>
          </w:tcPr>
          <w:p w:rsidR="006F7457" w:rsidRPr="00332DB8" w:rsidRDefault="00332DB8">
            <w:pPr>
              <w:rPr>
                <w:lang w:val="ru-RU"/>
              </w:rPr>
            </w:pPr>
            <w:r w:rsidRPr="00332DB8">
              <w:rPr>
                <w:lang w:val="ru-RU"/>
              </w:rP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2880" w:type="dxa"/>
          </w:tcPr>
          <w:p w:rsidR="006F7457" w:rsidRDefault="00332DB8">
            <w:r>
              <w:t>13.03.2019</w:t>
            </w:r>
          </w:p>
        </w:tc>
      </w:tr>
      <w:tr w:rsidR="006F7457">
        <w:tc>
          <w:tcPr>
            <w:tcW w:w="2880" w:type="dxa"/>
          </w:tcPr>
          <w:p w:rsidR="006F7457" w:rsidRDefault="00332DB8">
            <w:r>
              <w:t>4856.</w:t>
            </w:r>
          </w:p>
        </w:tc>
        <w:tc>
          <w:tcPr>
            <w:tcW w:w="2880" w:type="dxa"/>
          </w:tcPr>
          <w:p w:rsidR="006F7457" w:rsidRPr="00332DB8" w:rsidRDefault="00332DB8">
            <w:pPr>
              <w:rPr>
                <w:lang w:val="ru-RU"/>
              </w:rPr>
            </w:pPr>
            <w:r w:rsidRPr="00332DB8">
              <w:rPr>
                <w:lang w:val="ru-RU"/>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2880" w:type="dxa"/>
          </w:tcPr>
          <w:p w:rsidR="006F7457" w:rsidRDefault="00332DB8">
            <w:r>
              <w:t>13.03.2019</w:t>
            </w:r>
          </w:p>
        </w:tc>
      </w:tr>
      <w:tr w:rsidR="006F7457">
        <w:tc>
          <w:tcPr>
            <w:tcW w:w="2880" w:type="dxa"/>
          </w:tcPr>
          <w:p w:rsidR="006F7457" w:rsidRDefault="00332DB8">
            <w:r>
              <w:t>4857.</w:t>
            </w:r>
          </w:p>
        </w:tc>
        <w:tc>
          <w:tcPr>
            <w:tcW w:w="2880" w:type="dxa"/>
          </w:tcPr>
          <w:p w:rsidR="006F7457" w:rsidRPr="00332DB8" w:rsidRDefault="00332DB8">
            <w:pPr>
              <w:rPr>
                <w:lang w:val="ru-RU"/>
              </w:rPr>
            </w:pPr>
            <w:r w:rsidRPr="00332DB8">
              <w:rPr>
                <w:lang w:val="ru-RU"/>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2880" w:type="dxa"/>
          </w:tcPr>
          <w:p w:rsidR="006F7457" w:rsidRDefault="00332DB8">
            <w:r>
              <w:t>13.03.2019</w:t>
            </w:r>
          </w:p>
        </w:tc>
      </w:tr>
      <w:tr w:rsidR="006F7457">
        <w:tc>
          <w:tcPr>
            <w:tcW w:w="2880" w:type="dxa"/>
          </w:tcPr>
          <w:p w:rsidR="006F7457" w:rsidRDefault="00332DB8">
            <w:r>
              <w:t>485</w:t>
            </w:r>
            <w:r>
              <w:lastRenderedPageBreak/>
              <w:t>8.</w:t>
            </w:r>
          </w:p>
        </w:tc>
        <w:tc>
          <w:tcPr>
            <w:tcW w:w="2880" w:type="dxa"/>
          </w:tcPr>
          <w:p w:rsidR="006F7457" w:rsidRPr="00332DB8" w:rsidRDefault="00332DB8">
            <w:pPr>
              <w:rPr>
                <w:lang w:val="ru-RU"/>
              </w:rPr>
            </w:pPr>
            <w:r w:rsidRPr="00332DB8">
              <w:rPr>
                <w:lang w:val="ru-RU"/>
              </w:rPr>
              <w:lastRenderedPageBreak/>
              <w:t>Печатная продукция Червак Б. Державницький чин Миколи Сц</w:t>
            </w:r>
            <w:r>
              <w:t>i</w:t>
            </w:r>
            <w:r w:rsidRPr="00332DB8">
              <w:rPr>
                <w:lang w:val="ru-RU"/>
              </w:rPr>
              <w:t>борського. – Ки</w:t>
            </w:r>
            <w:r>
              <w:t>i</w:t>
            </w:r>
            <w:r w:rsidRPr="00332DB8">
              <w:rPr>
                <w:lang w:val="ru-RU"/>
              </w:rPr>
              <w:t>в: Фундац</w:t>
            </w:r>
            <w:r>
              <w:t>i</w:t>
            </w:r>
            <w:r w:rsidRPr="00332DB8">
              <w:rPr>
                <w:lang w:val="ru-RU"/>
              </w:rPr>
              <w:t xml:space="preserve">я </w:t>
            </w:r>
            <w:r>
              <w:t>i</w:t>
            </w:r>
            <w:r w:rsidRPr="00332DB8">
              <w:rPr>
                <w:lang w:val="ru-RU"/>
              </w:rPr>
              <w:t xml:space="preserve">м. О. Ольжича, 1996. – 48 С. (Государственный чин (статус) Николая Сциборского) (решение Мещанского районного суда </w:t>
            </w:r>
            <w:r w:rsidRPr="00332DB8">
              <w:rPr>
                <w:lang w:val="ru-RU"/>
              </w:rPr>
              <w:lastRenderedPageBreak/>
              <w:t>города Москвы от 24.09.2015);</w:t>
            </w:r>
          </w:p>
        </w:tc>
        <w:tc>
          <w:tcPr>
            <w:tcW w:w="2880" w:type="dxa"/>
          </w:tcPr>
          <w:p w:rsidR="006F7457" w:rsidRDefault="00332DB8">
            <w:r>
              <w:lastRenderedPageBreak/>
              <w:t>13.03.201</w:t>
            </w:r>
            <w:r>
              <w:lastRenderedPageBreak/>
              <w:t>9</w:t>
            </w:r>
          </w:p>
        </w:tc>
      </w:tr>
      <w:tr w:rsidR="006F7457">
        <w:tc>
          <w:tcPr>
            <w:tcW w:w="2880" w:type="dxa"/>
          </w:tcPr>
          <w:p w:rsidR="006F7457" w:rsidRDefault="00332DB8">
            <w:r>
              <w:lastRenderedPageBreak/>
              <w:t>4859.</w:t>
            </w:r>
          </w:p>
        </w:tc>
        <w:tc>
          <w:tcPr>
            <w:tcW w:w="2880" w:type="dxa"/>
          </w:tcPr>
          <w:p w:rsidR="006F7457" w:rsidRPr="00332DB8" w:rsidRDefault="00332DB8">
            <w:pPr>
              <w:rPr>
                <w:lang w:val="ru-RU"/>
              </w:rPr>
            </w:pPr>
            <w:r w:rsidRPr="00332DB8">
              <w:rPr>
                <w:lang w:val="ru-RU"/>
              </w:rPr>
              <w:t>Печатная продукция Шкиль А. В</w:t>
            </w:r>
            <w:r>
              <w:t>i</w:t>
            </w:r>
            <w:r w:rsidRPr="00332DB8">
              <w:rPr>
                <w:lang w:val="ru-RU"/>
              </w:rPr>
              <w:t xml:space="preserve">тер </w:t>
            </w:r>
            <w:r>
              <w:t>i</w:t>
            </w:r>
            <w:r w:rsidRPr="00332DB8">
              <w:rPr>
                <w:lang w:val="ru-RU"/>
              </w:rPr>
              <w:t>мпер</w:t>
            </w:r>
            <w:r>
              <w:t>ii</w:t>
            </w:r>
            <w:r w:rsidRPr="00332DB8">
              <w:rPr>
                <w:lang w:val="ru-RU"/>
              </w:rPr>
              <w:t>. Зб</w:t>
            </w:r>
            <w:r>
              <w:t>i</w:t>
            </w:r>
            <w:r w:rsidRPr="00332DB8">
              <w:rPr>
                <w:lang w:val="ru-RU"/>
              </w:rPr>
              <w:t>рка статей з геопол</w:t>
            </w:r>
            <w:r>
              <w:t>i</w:t>
            </w:r>
            <w:r w:rsidRPr="00332DB8">
              <w:rPr>
                <w:lang w:val="ru-RU"/>
              </w:rPr>
              <w:t>тики. – Льв</w:t>
            </w:r>
            <w:r>
              <w:t>i</w:t>
            </w:r>
            <w:r w:rsidRPr="00332DB8">
              <w:rPr>
                <w:lang w:val="ru-RU"/>
              </w:rPr>
              <w:t>в: Евраз</w:t>
            </w:r>
            <w:r>
              <w:t>i</w:t>
            </w:r>
            <w:r w:rsidRPr="00332DB8">
              <w:rPr>
                <w:lang w:val="ru-RU"/>
              </w:rPr>
              <w:t>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2880" w:type="dxa"/>
          </w:tcPr>
          <w:p w:rsidR="006F7457" w:rsidRDefault="00332DB8">
            <w:r>
              <w:t>13.03.2019</w:t>
            </w:r>
          </w:p>
        </w:tc>
      </w:tr>
      <w:tr w:rsidR="006F7457">
        <w:tc>
          <w:tcPr>
            <w:tcW w:w="2880" w:type="dxa"/>
          </w:tcPr>
          <w:p w:rsidR="006F7457" w:rsidRDefault="00332DB8">
            <w:r>
              <w:t>4860.</w:t>
            </w:r>
          </w:p>
        </w:tc>
        <w:tc>
          <w:tcPr>
            <w:tcW w:w="2880" w:type="dxa"/>
          </w:tcPr>
          <w:p w:rsidR="006F7457" w:rsidRPr="00332DB8" w:rsidRDefault="00332DB8">
            <w:pPr>
              <w:rPr>
                <w:lang w:val="ru-RU"/>
              </w:rPr>
            </w:pPr>
            <w:r w:rsidRPr="00332DB8">
              <w:rPr>
                <w:lang w:val="ru-RU"/>
              </w:rPr>
              <w:t>Печатная продукция Поровський М. Забутий запов</w:t>
            </w:r>
            <w:r>
              <w:t>i</w:t>
            </w:r>
            <w:r w:rsidRPr="00332DB8">
              <w:rPr>
                <w:lang w:val="ru-RU"/>
              </w:rPr>
              <w:t>т борцям за Укра</w:t>
            </w:r>
            <w:r>
              <w:t>i</w:t>
            </w:r>
            <w:r w:rsidRPr="00332DB8">
              <w:rPr>
                <w:lang w:val="ru-RU"/>
              </w:rPr>
              <w:t>ну. Публ</w:t>
            </w:r>
            <w:r>
              <w:t>i</w:t>
            </w:r>
            <w:r w:rsidRPr="00332DB8">
              <w:rPr>
                <w:lang w:val="ru-RU"/>
              </w:rPr>
              <w:t>цистичн</w:t>
            </w:r>
            <w:r>
              <w:t>i</w:t>
            </w:r>
            <w:r w:rsidRPr="00332DB8">
              <w:rPr>
                <w:lang w:val="ru-RU"/>
              </w:rPr>
              <w:t xml:space="preserve"> статт</w:t>
            </w:r>
            <w:r>
              <w:t>i</w:t>
            </w:r>
            <w:r w:rsidRPr="00332DB8">
              <w:rPr>
                <w:lang w:val="ru-RU"/>
              </w:rPr>
              <w:t>, допов</w:t>
            </w:r>
            <w:r>
              <w:t>i</w:t>
            </w:r>
            <w:r w:rsidRPr="00332DB8">
              <w:rPr>
                <w:lang w:val="ru-RU"/>
              </w:rPr>
              <w:t>д</w:t>
            </w:r>
            <w:r>
              <w:t>i</w:t>
            </w:r>
            <w:r w:rsidRPr="00332DB8">
              <w:rPr>
                <w:lang w:val="ru-RU"/>
              </w:rPr>
              <w:t>, выступи. – Коломия: «В</w:t>
            </w:r>
            <w:r>
              <w:t>i</w:t>
            </w:r>
            <w:r w:rsidRPr="00332DB8">
              <w:rPr>
                <w:lang w:val="ru-RU"/>
              </w:rPr>
              <w:t>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2880" w:type="dxa"/>
          </w:tcPr>
          <w:p w:rsidR="006F7457" w:rsidRDefault="00332DB8">
            <w:r>
              <w:t>13.03.2019</w:t>
            </w:r>
          </w:p>
        </w:tc>
      </w:tr>
      <w:tr w:rsidR="006F7457">
        <w:tc>
          <w:tcPr>
            <w:tcW w:w="2880" w:type="dxa"/>
          </w:tcPr>
          <w:p w:rsidR="006F7457" w:rsidRDefault="00332DB8">
            <w:r>
              <w:t>4861.</w:t>
            </w:r>
          </w:p>
        </w:tc>
        <w:tc>
          <w:tcPr>
            <w:tcW w:w="2880" w:type="dxa"/>
          </w:tcPr>
          <w:p w:rsidR="006F7457" w:rsidRPr="00332DB8" w:rsidRDefault="00332DB8">
            <w:pPr>
              <w:rPr>
                <w:lang w:val="ru-RU"/>
              </w:rPr>
            </w:pPr>
            <w:r w:rsidRPr="00332DB8">
              <w:rPr>
                <w:lang w:val="ru-RU"/>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2880" w:type="dxa"/>
          </w:tcPr>
          <w:p w:rsidR="006F7457" w:rsidRDefault="00332DB8">
            <w:r>
              <w:t>13.03.2019</w:t>
            </w:r>
          </w:p>
        </w:tc>
      </w:tr>
      <w:tr w:rsidR="006F7457">
        <w:tc>
          <w:tcPr>
            <w:tcW w:w="2880" w:type="dxa"/>
          </w:tcPr>
          <w:p w:rsidR="006F7457" w:rsidRDefault="00332DB8">
            <w:r>
              <w:t>4862.</w:t>
            </w:r>
          </w:p>
        </w:tc>
        <w:tc>
          <w:tcPr>
            <w:tcW w:w="2880" w:type="dxa"/>
          </w:tcPr>
          <w:p w:rsidR="006F7457" w:rsidRPr="00332DB8" w:rsidRDefault="00332DB8">
            <w:pPr>
              <w:rPr>
                <w:lang w:val="ru-RU"/>
              </w:rPr>
            </w:pPr>
            <w:r w:rsidRPr="00332DB8">
              <w:rPr>
                <w:lang w:val="ru-RU"/>
              </w:rPr>
              <w:t xml:space="preserve">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t>
            </w:r>
            <w:r>
              <w:t>www</w:t>
            </w:r>
            <w:r w:rsidRPr="00332DB8">
              <w:rPr>
                <w:lang w:val="ru-RU"/>
              </w:rPr>
              <w:t>.</w:t>
            </w:r>
            <w:r>
              <w:t>vod</w:t>
            </w:r>
            <w:r w:rsidRPr="00332DB8">
              <w:rPr>
                <w:lang w:val="ru-RU"/>
              </w:rPr>
              <w:t>-</w:t>
            </w:r>
            <w:r>
              <w:t>vzv</w:t>
            </w:r>
            <w:r w:rsidRPr="00332DB8">
              <w:rPr>
                <w:lang w:val="ru-RU"/>
              </w:rPr>
              <w:t>.</w:t>
            </w:r>
            <w:r>
              <w:t>info</w:t>
            </w:r>
            <w:r w:rsidRPr="00332DB8">
              <w:rPr>
                <w:lang w:val="ru-RU"/>
              </w:rPr>
              <w:t xml:space="preserve"> «Молвица» </w:t>
            </w:r>
            <w:r>
              <w:t>www</w:t>
            </w:r>
            <w:r w:rsidRPr="00332DB8">
              <w:rPr>
                <w:lang w:val="ru-RU"/>
              </w:rPr>
              <w:t>.</w:t>
            </w:r>
            <w:r>
              <w:t>molvica</w:t>
            </w:r>
            <w:r w:rsidRPr="00332DB8">
              <w:rPr>
                <w:lang w:val="ru-RU"/>
              </w:rPr>
              <w:t>.</w:t>
            </w:r>
            <w:r>
              <w:t>com</w:t>
            </w:r>
            <w:r w:rsidRPr="00332DB8">
              <w:rPr>
                <w:lang w:val="ru-RU"/>
              </w:rPr>
              <w:t xml:space="preserve"> (решение Сыктывкарского городского суда Республики Коми от 18.12.2018);</w:t>
            </w:r>
          </w:p>
        </w:tc>
        <w:tc>
          <w:tcPr>
            <w:tcW w:w="2880" w:type="dxa"/>
          </w:tcPr>
          <w:p w:rsidR="006F7457" w:rsidRDefault="00332DB8">
            <w:r>
              <w:t>14.03.2019</w:t>
            </w:r>
          </w:p>
        </w:tc>
      </w:tr>
      <w:tr w:rsidR="006F7457">
        <w:tc>
          <w:tcPr>
            <w:tcW w:w="2880" w:type="dxa"/>
          </w:tcPr>
          <w:p w:rsidR="006F7457" w:rsidRDefault="00332DB8">
            <w:r>
              <w:t>4863.</w:t>
            </w:r>
          </w:p>
        </w:tc>
        <w:tc>
          <w:tcPr>
            <w:tcW w:w="2880" w:type="dxa"/>
          </w:tcPr>
          <w:p w:rsidR="006F7457" w:rsidRPr="00332DB8" w:rsidRDefault="00332DB8">
            <w:pPr>
              <w:rPr>
                <w:lang w:val="ru-RU"/>
              </w:rPr>
            </w:pPr>
            <w:r w:rsidRPr="00332DB8">
              <w:rPr>
                <w:lang w:val="ru-RU"/>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2880" w:type="dxa"/>
          </w:tcPr>
          <w:p w:rsidR="006F7457" w:rsidRDefault="00332DB8">
            <w:r>
              <w:t>14.03.2019</w:t>
            </w:r>
          </w:p>
        </w:tc>
      </w:tr>
      <w:tr w:rsidR="006F7457">
        <w:tc>
          <w:tcPr>
            <w:tcW w:w="2880" w:type="dxa"/>
          </w:tcPr>
          <w:p w:rsidR="006F7457" w:rsidRDefault="00332DB8">
            <w:r>
              <w:lastRenderedPageBreak/>
              <w:t>4864.</w:t>
            </w:r>
          </w:p>
        </w:tc>
        <w:tc>
          <w:tcPr>
            <w:tcW w:w="2880" w:type="dxa"/>
          </w:tcPr>
          <w:p w:rsidR="006F7457" w:rsidRPr="00332DB8" w:rsidRDefault="00332DB8">
            <w:pPr>
              <w:rPr>
                <w:lang w:val="ru-RU"/>
              </w:rPr>
            </w:pPr>
            <w:r w:rsidRPr="00332DB8">
              <w:rPr>
                <w:lang w:val="ru-RU"/>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2880" w:type="dxa"/>
          </w:tcPr>
          <w:p w:rsidR="006F7457" w:rsidRDefault="00332DB8">
            <w:r>
              <w:t>14.03.2019</w:t>
            </w:r>
          </w:p>
        </w:tc>
      </w:tr>
      <w:tr w:rsidR="006F7457">
        <w:tc>
          <w:tcPr>
            <w:tcW w:w="2880" w:type="dxa"/>
          </w:tcPr>
          <w:p w:rsidR="006F7457" w:rsidRDefault="00332DB8">
            <w:r>
              <w:t>4865.</w:t>
            </w:r>
          </w:p>
        </w:tc>
        <w:tc>
          <w:tcPr>
            <w:tcW w:w="2880" w:type="dxa"/>
          </w:tcPr>
          <w:p w:rsidR="006F7457" w:rsidRPr="00332DB8" w:rsidRDefault="00332DB8">
            <w:pPr>
              <w:rPr>
                <w:lang w:val="ru-RU"/>
              </w:rPr>
            </w:pPr>
            <w:r w:rsidRPr="00332DB8">
              <w:rPr>
                <w:lang w:val="ru-RU"/>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2880" w:type="dxa"/>
          </w:tcPr>
          <w:p w:rsidR="006F7457" w:rsidRDefault="00332DB8">
            <w:r>
              <w:t>14.03.2019</w:t>
            </w:r>
          </w:p>
        </w:tc>
      </w:tr>
      <w:tr w:rsidR="006F7457">
        <w:tc>
          <w:tcPr>
            <w:tcW w:w="2880" w:type="dxa"/>
          </w:tcPr>
          <w:p w:rsidR="006F7457" w:rsidRDefault="00332DB8">
            <w:r>
              <w:t>4866.</w:t>
            </w:r>
          </w:p>
        </w:tc>
        <w:tc>
          <w:tcPr>
            <w:tcW w:w="2880" w:type="dxa"/>
          </w:tcPr>
          <w:p w:rsidR="006F7457" w:rsidRDefault="00332DB8">
            <w:r w:rsidRPr="00332DB8">
              <w:rPr>
                <w:lang w:val="ru-RU"/>
              </w:rPr>
              <w:t xml:space="preserve">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w:t>
            </w:r>
            <w:r>
              <w:t>Тел Хай!» (решение Сыктывкарского городского суда Республики Коми от 09.01.2019);</w:t>
            </w:r>
          </w:p>
        </w:tc>
        <w:tc>
          <w:tcPr>
            <w:tcW w:w="2880" w:type="dxa"/>
          </w:tcPr>
          <w:p w:rsidR="006F7457" w:rsidRDefault="00332DB8">
            <w:r>
              <w:t>14.03.2019</w:t>
            </w:r>
          </w:p>
        </w:tc>
      </w:tr>
      <w:tr w:rsidR="006F7457">
        <w:tc>
          <w:tcPr>
            <w:tcW w:w="2880" w:type="dxa"/>
          </w:tcPr>
          <w:p w:rsidR="006F7457" w:rsidRDefault="00332DB8">
            <w:r>
              <w:t>4867.</w:t>
            </w:r>
          </w:p>
        </w:tc>
        <w:tc>
          <w:tcPr>
            <w:tcW w:w="2880" w:type="dxa"/>
          </w:tcPr>
          <w:p w:rsidR="006F7457" w:rsidRPr="00332DB8" w:rsidRDefault="00332DB8">
            <w:pPr>
              <w:rPr>
                <w:lang w:val="ru-RU"/>
              </w:rPr>
            </w:pPr>
            <w:r w:rsidRPr="00332DB8">
              <w:rPr>
                <w:lang w:val="ru-RU"/>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2880" w:type="dxa"/>
          </w:tcPr>
          <w:p w:rsidR="006F7457" w:rsidRDefault="00332DB8">
            <w:r>
              <w:t>14.03.2019</w:t>
            </w:r>
          </w:p>
        </w:tc>
      </w:tr>
      <w:tr w:rsidR="006F7457">
        <w:tc>
          <w:tcPr>
            <w:tcW w:w="2880" w:type="dxa"/>
          </w:tcPr>
          <w:p w:rsidR="006F7457" w:rsidRDefault="00332DB8">
            <w:r>
              <w:t>4868.</w:t>
            </w:r>
          </w:p>
        </w:tc>
        <w:tc>
          <w:tcPr>
            <w:tcW w:w="2880" w:type="dxa"/>
          </w:tcPr>
          <w:p w:rsidR="006F7457" w:rsidRPr="00332DB8" w:rsidRDefault="00332DB8">
            <w:pPr>
              <w:rPr>
                <w:lang w:val="ru-RU"/>
              </w:rPr>
            </w:pPr>
            <w:r w:rsidRPr="00332DB8">
              <w:rPr>
                <w:lang w:val="ru-RU"/>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2880" w:type="dxa"/>
          </w:tcPr>
          <w:p w:rsidR="006F7457" w:rsidRDefault="00332DB8">
            <w:r>
              <w:t>14.03.2019</w:t>
            </w:r>
          </w:p>
        </w:tc>
      </w:tr>
      <w:tr w:rsidR="006F7457">
        <w:tc>
          <w:tcPr>
            <w:tcW w:w="2880" w:type="dxa"/>
          </w:tcPr>
          <w:p w:rsidR="006F7457" w:rsidRDefault="00332DB8">
            <w:r>
              <w:t>486</w:t>
            </w:r>
            <w:r>
              <w:lastRenderedPageBreak/>
              <w:t>9.</w:t>
            </w:r>
          </w:p>
        </w:tc>
        <w:tc>
          <w:tcPr>
            <w:tcW w:w="2880" w:type="dxa"/>
          </w:tcPr>
          <w:p w:rsidR="006F7457" w:rsidRPr="00332DB8" w:rsidRDefault="00332DB8">
            <w:pPr>
              <w:rPr>
                <w:lang w:val="ru-RU"/>
              </w:rPr>
            </w:pPr>
            <w:r w:rsidRPr="00332DB8">
              <w:rPr>
                <w:lang w:val="ru-RU"/>
              </w:rPr>
              <w:lastRenderedPageBreak/>
              <w:t xml:space="preserve">Информация, размещенная на интернет-страницах: </w:t>
            </w:r>
            <w:r>
              <w:t>https</w:t>
            </w:r>
            <w:r w:rsidRPr="00332DB8">
              <w:rPr>
                <w:lang w:val="ru-RU"/>
              </w:rPr>
              <w:t>://</w:t>
            </w:r>
            <w:r>
              <w:t>vk</w:t>
            </w:r>
            <w:r w:rsidRPr="00332DB8">
              <w:rPr>
                <w:lang w:val="ru-RU"/>
              </w:rPr>
              <w:t>.</w:t>
            </w:r>
            <w:r>
              <w:t>com</w:t>
            </w:r>
            <w:r w:rsidRPr="00332DB8">
              <w:rPr>
                <w:lang w:val="ru-RU"/>
              </w:rPr>
              <w:t xml:space="preserve">/ </w:t>
            </w:r>
            <w:r>
              <w:t>whiterthanwhite</w:t>
            </w:r>
            <w:r w:rsidRPr="00332DB8">
              <w:rPr>
                <w:lang w:val="ru-RU"/>
              </w:rPr>
              <w:t xml:space="preserve">1488, </w:t>
            </w:r>
            <w:r>
              <w:t>https</w:t>
            </w:r>
            <w:r w:rsidRPr="00332DB8">
              <w:rPr>
                <w:lang w:val="ru-RU"/>
              </w:rPr>
              <w:t>://</w:t>
            </w:r>
            <w:r>
              <w:t>mychords</w:t>
            </w:r>
            <w:r w:rsidRPr="00332DB8">
              <w:rPr>
                <w:lang w:val="ru-RU"/>
              </w:rPr>
              <w:t>.</w:t>
            </w:r>
            <w:r>
              <w:t>net</w:t>
            </w:r>
            <w:r w:rsidRPr="00332DB8">
              <w:rPr>
                <w:lang w:val="ru-RU"/>
              </w:rPr>
              <w:t>/</w:t>
            </w:r>
            <w:r>
              <w:t>vanka</w:t>
            </w:r>
            <w:r w:rsidRPr="00332DB8">
              <w:rPr>
                <w:lang w:val="ru-RU"/>
              </w:rPr>
              <w:t>-</w:t>
            </w:r>
            <w:r>
              <w:t>ronin</w:t>
            </w:r>
            <w:r w:rsidRPr="00332DB8">
              <w:rPr>
                <w:lang w:val="ru-RU"/>
              </w:rPr>
              <w:t>/92145-</w:t>
            </w:r>
            <w:r>
              <w:t>vanka</w:t>
            </w:r>
            <w:r w:rsidRPr="00332DB8">
              <w:rPr>
                <w:lang w:val="ru-RU"/>
              </w:rPr>
              <w:t>-</w:t>
            </w:r>
            <w:r>
              <w:t>ronin</w:t>
            </w:r>
            <w:r w:rsidRPr="00332DB8">
              <w:rPr>
                <w:lang w:val="ru-RU"/>
              </w:rPr>
              <w:t>-</w:t>
            </w:r>
            <w:r>
              <w:t>tost</w:t>
            </w:r>
            <w:r w:rsidRPr="00332DB8">
              <w:rPr>
                <w:lang w:val="ru-RU"/>
              </w:rPr>
              <w:t>-</w:t>
            </w:r>
            <w:r>
              <w:t>za</w:t>
            </w:r>
            <w:r w:rsidRPr="00332DB8">
              <w:rPr>
                <w:lang w:val="ru-RU"/>
              </w:rPr>
              <w:t>-</w:t>
            </w:r>
            <w:r>
              <w:t>xolokost</w:t>
            </w:r>
            <w:r w:rsidRPr="00332DB8">
              <w:rPr>
                <w:lang w:val="ru-RU"/>
              </w:rPr>
              <w:t>.</w:t>
            </w:r>
            <w:r>
              <w:t>html</w:t>
            </w:r>
            <w:r w:rsidRPr="00332DB8">
              <w:rPr>
                <w:lang w:val="ru-RU"/>
              </w:rPr>
              <w:t xml:space="preserve">, </w:t>
            </w:r>
            <w:r>
              <w:t>http</w:t>
            </w:r>
            <w:r w:rsidRPr="00332DB8">
              <w:rPr>
                <w:lang w:val="ru-RU"/>
              </w:rPr>
              <w:t>://</w:t>
            </w:r>
            <w:r>
              <w:t>poiskm</w:t>
            </w:r>
            <w:r w:rsidRPr="00332DB8">
              <w:rPr>
                <w:lang w:val="ru-RU"/>
              </w:rPr>
              <w:t>.</w:t>
            </w:r>
            <w:r>
              <w:t>co</w:t>
            </w:r>
            <w:r w:rsidRPr="00332DB8">
              <w:rPr>
                <w:lang w:val="ru-RU"/>
              </w:rPr>
              <w:t>/</w:t>
            </w:r>
            <w:r>
              <w:t>show</w:t>
            </w:r>
            <w:r w:rsidRPr="00332DB8">
              <w:rPr>
                <w:lang w:val="ru-RU"/>
              </w:rPr>
              <w:t>/%</w:t>
            </w:r>
            <w:r>
              <w:t>D</w:t>
            </w:r>
            <w:r w:rsidRPr="00332DB8">
              <w:rPr>
                <w:lang w:val="ru-RU"/>
              </w:rPr>
              <w:t>0%</w:t>
            </w:r>
            <w:r>
              <w:t>B</w:t>
            </w:r>
            <w:r w:rsidRPr="00332DB8">
              <w:rPr>
                <w:lang w:val="ru-RU"/>
              </w:rPr>
              <w:t>2%</w:t>
            </w:r>
            <w:r>
              <w:t>D</w:t>
            </w:r>
            <w:r w:rsidRPr="00332DB8">
              <w:rPr>
                <w:lang w:val="ru-RU"/>
              </w:rPr>
              <w:t>0%</w:t>
            </w:r>
            <w:r>
              <w:t>B</w:t>
            </w:r>
            <w:r w:rsidRPr="00332DB8">
              <w:rPr>
                <w:lang w:val="ru-RU"/>
              </w:rPr>
              <w:t>0%</w:t>
            </w:r>
            <w:r>
              <w:t>D</w:t>
            </w:r>
            <w:r w:rsidRPr="00332DB8">
              <w:rPr>
                <w:lang w:val="ru-RU"/>
              </w:rPr>
              <w:t>0%</w:t>
            </w:r>
            <w:r>
              <w:t>BD</w:t>
            </w:r>
            <w:r w:rsidRPr="00332DB8">
              <w:rPr>
                <w:lang w:val="ru-RU"/>
              </w:rPr>
              <w:t>%</w:t>
            </w:r>
            <w:r>
              <w:t>D</w:t>
            </w:r>
            <w:r w:rsidRPr="00332DB8">
              <w:rPr>
                <w:lang w:val="ru-RU"/>
              </w:rPr>
              <w:t>1%8</w:t>
            </w:r>
            <w:r>
              <w:t>C</w:t>
            </w:r>
            <w:r w:rsidRPr="00332DB8">
              <w:rPr>
                <w:lang w:val="ru-RU"/>
              </w:rPr>
              <w:t>%</w:t>
            </w:r>
            <w:r>
              <w:t>D</w:t>
            </w:r>
            <w:r w:rsidRPr="00332DB8">
              <w:rPr>
                <w:lang w:val="ru-RU"/>
              </w:rPr>
              <w:t>0%</w:t>
            </w:r>
            <w:r>
              <w:t>BA</w:t>
            </w:r>
            <w:r w:rsidRPr="00332DB8">
              <w:rPr>
                <w:lang w:val="ru-RU"/>
              </w:rPr>
              <w:t xml:space="preserve"> %</w:t>
            </w:r>
            <w:r>
              <w:t>D</w:t>
            </w:r>
            <w:r w:rsidRPr="00332DB8">
              <w:rPr>
                <w:lang w:val="ru-RU"/>
              </w:rPr>
              <w:t>0%</w:t>
            </w:r>
            <w:r>
              <w:t>B</w:t>
            </w:r>
            <w:r w:rsidRPr="00332DB8">
              <w:rPr>
                <w:lang w:val="ru-RU"/>
              </w:rPr>
              <w:t>0-</w:t>
            </w:r>
            <w:r w:rsidRPr="00332DB8">
              <w:rPr>
                <w:lang w:val="ru-RU"/>
              </w:rPr>
              <w:lastRenderedPageBreak/>
              <w:t>%</w:t>
            </w:r>
            <w:r>
              <w:t>D</w:t>
            </w:r>
            <w:r w:rsidRPr="00332DB8">
              <w:rPr>
                <w:lang w:val="ru-RU"/>
              </w:rPr>
              <w:t>1%80%</w:t>
            </w:r>
            <w:r>
              <w:t>D</w:t>
            </w:r>
            <w:r w:rsidRPr="00332DB8">
              <w:rPr>
                <w:lang w:val="ru-RU"/>
              </w:rPr>
              <w:t>0%</w:t>
            </w:r>
            <w:r>
              <w:t>BE</w:t>
            </w:r>
            <w:r w:rsidRPr="00332DB8">
              <w:rPr>
                <w:lang w:val="ru-RU"/>
              </w:rPr>
              <w:t>%</w:t>
            </w:r>
            <w:r>
              <w:t>D</w:t>
            </w:r>
            <w:r w:rsidRPr="00332DB8">
              <w:rPr>
                <w:lang w:val="ru-RU"/>
              </w:rPr>
              <w:t>0%</w:t>
            </w:r>
            <w:r>
              <w:t>BD</w:t>
            </w:r>
            <w:r w:rsidRPr="00332DB8">
              <w:rPr>
                <w:lang w:val="ru-RU"/>
              </w:rPr>
              <w:t>%</w:t>
            </w:r>
            <w:r>
              <w:t>D</w:t>
            </w:r>
            <w:r w:rsidRPr="00332DB8">
              <w:rPr>
                <w:lang w:val="ru-RU"/>
              </w:rPr>
              <w:t>0%</w:t>
            </w:r>
            <w:r>
              <w:t>B</w:t>
            </w:r>
            <w:r w:rsidRPr="00332DB8">
              <w:rPr>
                <w:lang w:val="ru-RU"/>
              </w:rPr>
              <w:t>8%</w:t>
            </w:r>
            <w:r>
              <w:t>D</w:t>
            </w:r>
            <w:r w:rsidRPr="00332DB8">
              <w:rPr>
                <w:lang w:val="ru-RU"/>
              </w:rPr>
              <w:t>0%</w:t>
            </w:r>
            <w:r>
              <w:t>BD</w:t>
            </w:r>
            <w:r w:rsidRPr="00332DB8">
              <w:rPr>
                <w:lang w:val="ru-RU"/>
              </w:rPr>
              <w:t xml:space="preserve">, </w:t>
            </w:r>
            <w:r>
              <w:t>https</w:t>
            </w:r>
            <w:r w:rsidRPr="00332DB8">
              <w:rPr>
                <w:lang w:val="ru-RU"/>
              </w:rPr>
              <w:t>://</w:t>
            </w:r>
            <w:r>
              <w:t>xpleer</w:t>
            </w:r>
            <w:r w:rsidRPr="00332DB8">
              <w:rPr>
                <w:lang w:val="ru-RU"/>
              </w:rPr>
              <w:t>.с</w:t>
            </w:r>
            <w:r>
              <w:t>om</w:t>
            </w:r>
            <w:r w:rsidRPr="00332DB8">
              <w:rPr>
                <w:lang w:val="ru-RU"/>
              </w:rPr>
              <w:t>/</w:t>
            </w:r>
            <w:r>
              <w:t>track</w:t>
            </w:r>
            <w:r w:rsidRPr="00332DB8">
              <w:rPr>
                <w:lang w:val="ru-RU"/>
              </w:rPr>
              <w:t>/</w:t>
            </w:r>
            <w:r>
              <w:t>b</w:t>
            </w:r>
            <w:r w:rsidRPr="00332DB8">
              <w:rPr>
                <w:lang w:val="ru-RU"/>
              </w:rPr>
              <w:t xml:space="preserve">1 </w:t>
            </w:r>
            <w:r>
              <w:t>NWAxJOknks</w:t>
            </w:r>
            <w:r w:rsidRPr="00332DB8">
              <w:rPr>
                <w:lang w:val="ru-RU"/>
              </w:rPr>
              <w:t>1</w:t>
            </w:r>
            <w:r>
              <w:t>NAqKaYGBw</w:t>
            </w:r>
            <w:r w:rsidRPr="00332DB8">
              <w:rPr>
                <w:lang w:val="ru-RU"/>
              </w:rPr>
              <w:t xml:space="preserve"> (решение Октябрьского районного суда г. Ставрополя от 31.01.2018);</w:t>
            </w:r>
          </w:p>
        </w:tc>
        <w:tc>
          <w:tcPr>
            <w:tcW w:w="2880" w:type="dxa"/>
          </w:tcPr>
          <w:p w:rsidR="006F7457" w:rsidRDefault="00332DB8">
            <w:r>
              <w:lastRenderedPageBreak/>
              <w:t>02.04.201</w:t>
            </w:r>
            <w:r>
              <w:lastRenderedPageBreak/>
              <w:t>9</w:t>
            </w:r>
          </w:p>
        </w:tc>
      </w:tr>
      <w:tr w:rsidR="006F7457">
        <w:tc>
          <w:tcPr>
            <w:tcW w:w="2880" w:type="dxa"/>
          </w:tcPr>
          <w:p w:rsidR="006F7457" w:rsidRDefault="00332DB8">
            <w:r>
              <w:lastRenderedPageBreak/>
              <w:t>4870.</w:t>
            </w:r>
          </w:p>
        </w:tc>
        <w:tc>
          <w:tcPr>
            <w:tcW w:w="2880" w:type="dxa"/>
          </w:tcPr>
          <w:p w:rsidR="006F7457" w:rsidRPr="00332DB8" w:rsidRDefault="00332DB8">
            <w:pPr>
              <w:rPr>
                <w:lang w:val="ru-RU"/>
              </w:rPr>
            </w:pPr>
            <w:r w:rsidRPr="00332DB8">
              <w:rPr>
                <w:lang w:val="ru-RU"/>
              </w:rPr>
              <w:t xml:space="preserve">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w:t>
            </w:r>
            <w:r>
              <w:t>http</w:t>
            </w:r>
            <w:r w:rsidRPr="00332DB8">
              <w:rPr>
                <w:lang w:val="ru-RU"/>
              </w:rPr>
              <w:t>://</w:t>
            </w:r>
            <w:r>
              <w:t>bilokurakvne</w:t>
            </w:r>
            <w:r w:rsidRPr="00332DB8">
              <w:rPr>
                <w:lang w:val="ru-RU"/>
              </w:rPr>
              <w:t>.</w:t>
            </w:r>
            <w:r>
              <w:t>pp</w:t>
            </w:r>
            <w:r w:rsidRPr="00332DB8">
              <w:rPr>
                <w:lang w:val="ru-RU"/>
              </w:rPr>
              <w:t>.</w:t>
            </w:r>
            <w:r>
              <w:t>ua</w:t>
            </w:r>
            <w:r w:rsidRPr="00332DB8">
              <w:rPr>
                <w:lang w:val="ru-RU"/>
              </w:rPr>
              <w:t>/</w:t>
            </w:r>
            <w:r>
              <w:t>publkacvi</w:t>
            </w:r>
            <w:r w:rsidRPr="00332DB8">
              <w:rPr>
                <w:lang w:val="ru-RU"/>
              </w:rPr>
              <w:t>/</w:t>
            </w:r>
            <w:r>
              <w:t>statt</w:t>
            </w:r>
            <w:r w:rsidRPr="00332DB8">
              <w:rPr>
                <w:lang w:val="ru-RU"/>
              </w:rPr>
              <w:t>/217-</w:t>
            </w:r>
            <w:r>
              <w:t>budte</w:t>
            </w:r>
            <w:r w:rsidRPr="00332DB8">
              <w:rPr>
                <w:lang w:val="ru-RU"/>
              </w:rPr>
              <w:t>-</w:t>
            </w:r>
            <w:r>
              <w:t>vy</w:t>
            </w:r>
            <w:r w:rsidRPr="00332DB8">
              <w:rPr>
                <w:lang w:val="ru-RU"/>
              </w:rPr>
              <w:t>-</w:t>
            </w:r>
            <w:r>
              <w:t>proklvatv</w:t>
            </w:r>
            <w:r w:rsidRPr="00332DB8">
              <w:rPr>
                <w:lang w:val="ru-RU"/>
              </w:rPr>
              <w:t>-</w:t>
            </w:r>
            <w:r>
              <w:t>tupve</w:t>
            </w:r>
            <w:r w:rsidRPr="00332DB8">
              <w:rPr>
                <w:lang w:val="ru-RU"/>
              </w:rPr>
              <w:t>-</w:t>
            </w:r>
            <w:r>
              <w:t>russkie</w:t>
            </w:r>
            <w:r w:rsidRPr="00332DB8">
              <w:rPr>
                <w:lang w:val="ru-RU"/>
              </w:rPr>
              <w:t>_</w:t>
            </w:r>
            <w:r>
              <w:t>svini</w:t>
            </w:r>
            <w:r w:rsidRPr="00332DB8">
              <w:rPr>
                <w:lang w:val="ru-RU"/>
              </w:rPr>
              <w:t>.</w:t>
            </w:r>
            <w:r>
              <w:t>html</w:t>
            </w:r>
            <w:r w:rsidRPr="00332DB8">
              <w:rPr>
                <w:lang w:val="ru-RU"/>
              </w:rPr>
              <w:t xml:space="preserve">; </w:t>
            </w:r>
            <w:r>
              <w:t>https</w:t>
            </w:r>
            <w:r w:rsidRPr="00332DB8">
              <w:rPr>
                <w:lang w:val="ru-RU"/>
              </w:rPr>
              <w:t>://</w:t>
            </w:r>
            <w:r>
              <w:t>vk</w:t>
            </w:r>
            <w:r w:rsidRPr="00332DB8">
              <w:rPr>
                <w:lang w:val="ru-RU"/>
              </w:rPr>
              <w:t>.</w:t>
            </w:r>
            <w:r>
              <w:t>com</w:t>
            </w:r>
            <w:r w:rsidRPr="00332DB8">
              <w:rPr>
                <w:lang w:val="ru-RU"/>
              </w:rPr>
              <w:t>/</w:t>
            </w:r>
            <w:r>
              <w:t>wall</w:t>
            </w:r>
            <w:r w:rsidRPr="00332DB8">
              <w:rPr>
                <w:lang w:val="ru-RU"/>
              </w:rPr>
              <w:t xml:space="preserve">-114627577_610; </w:t>
            </w:r>
            <w:r>
              <w:t>http</w:t>
            </w:r>
            <w:r w:rsidRPr="00332DB8">
              <w:rPr>
                <w:lang w:val="ru-RU"/>
              </w:rPr>
              <w:t>://</w:t>
            </w:r>
            <w:r>
              <w:t>www</w:t>
            </w:r>
            <w:r w:rsidRPr="00332DB8">
              <w:rPr>
                <w:lang w:val="ru-RU"/>
              </w:rPr>
              <w:t>.</w:t>
            </w:r>
            <w:r>
              <w:t>liveinternet</w:t>
            </w:r>
            <w:r w:rsidRPr="00332DB8">
              <w:rPr>
                <w:lang w:val="ru-RU"/>
              </w:rPr>
              <w:t>.</w:t>
            </w:r>
            <w:r>
              <w:t>ru</w:t>
            </w:r>
            <w:r w:rsidRPr="00332DB8">
              <w:rPr>
                <w:lang w:val="ru-RU"/>
              </w:rPr>
              <w:t>/</w:t>
            </w:r>
            <w:r>
              <w:t>users</w:t>
            </w:r>
            <w:r w:rsidRPr="00332DB8">
              <w:rPr>
                <w:lang w:val="ru-RU"/>
              </w:rPr>
              <w:t>/4705749/</w:t>
            </w:r>
            <w:r>
              <w:t>post</w:t>
            </w:r>
            <w:r w:rsidRPr="00332DB8">
              <w:rPr>
                <w:lang w:val="ru-RU"/>
              </w:rPr>
              <w:t>34880 4755/ (решение Октябрьского районного суда г. Ставрополя от 13.03.2018);</w:t>
            </w:r>
          </w:p>
        </w:tc>
        <w:tc>
          <w:tcPr>
            <w:tcW w:w="2880" w:type="dxa"/>
          </w:tcPr>
          <w:p w:rsidR="006F7457" w:rsidRDefault="00332DB8">
            <w:r>
              <w:t>02.04.2019</w:t>
            </w:r>
          </w:p>
        </w:tc>
      </w:tr>
      <w:tr w:rsidR="006F7457">
        <w:tc>
          <w:tcPr>
            <w:tcW w:w="2880" w:type="dxa"/>
          </w:tcPr>
          <w:p w:rsidR="006F7457" w:rsidRDefault="00332DB8">
            <w:r>
              <w:t>4871.</w:t>
            </w:r>
          </w:p>
        </w:tc>
        <w:tc>
          <w:tcPr>
            <w:tcW w:w="2880" w:type="dxa"/>
          </w:tcPr>
          <w:p w:rsidR="006F7457" w:rsidRPr="00332DB8" w:rsidRDefault="00332DB8">
            <w:pPr>
              <w:rPr>
                <w:lang w:val="ru-RU"/>
              </w:rPr>
            </w:pPr>
            <w:r w:rsidRPr="00332DB8">
              <w:rPr>
                <w:lang w:val="ru-RU"/>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2880" w:type="dxa"/>
          </w:tcPr>
          <w:p w:rsidR="006F7457" w:rsidRDefault="00332DB8">
            <w:r>
              <w:t>02.04.2019</w:t>
            </w:r>
          </w:p>
        </w:tc>
      </w:tr>
      <w:tr w:rsidR="006F7457">
        <w:tc>
          <w:tcPr>
            <w:tcW w:w="2880" w:type="dxa"/>
          </w:tcPr>
          <w:p w:rsidR="006F7457" w:rsidRDefault="00332DB8">
            <w:r>
              <w:t>4872.</w:t>
            </w:r>
          </w:p>
        </w:tc>
        <w:tc>
          <w:tcPr>
            <w:tcW w:w="2880" w:type="dxa"/>
          </w:tcPr>
          <w:p w:rsidR="006F7457" w:rsidRPr="00332DB8" w:rsidRDefault="00332DB8">
            <w:pPr>
              <w:rPr>
                <w:lang w:val="ru-RU"/>
              </w:rPr>
            </w:pPr>
            <w:r w:rsidRPr="00332DB8">
              <w:rPr>
                <w:lang w:val="ru-RU"/>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2880" w:type="dxa"/>
          </w:tcPr>
          <w:p w:rsidR="006F7457" w:rsidRDefault="00332DB8">
            <w:r>
              <w:t>02.04.2019</w:t>
            </w:r>
          </w:p>
        </w:tc>
      </w:tr>
      <w:tr w:rsidR="006F7457">
        <w:tc>
          <w:tcPr>
            <w:tcW w:w="2880" w:type="dxa"/>
          </w:tcPr>
          <w:p w:rsidR="006F7457" w:rsidRDefault="00332DB8">
            <w:r>
              <w:t>4873.</w:t>
            </w:r>
          </w:p>
        </w:tc>
        <w:tc>
          <w:tcPr>
            <w:tcW w:w="2880" w:type="dxa"/>
          </w:tcPr>
          <w:p w:rsidR="006F7457" w:rsidRPr="00332DB8" w:rsidRDefault="00332DB8">
            <w:pPr>
              <w:rPr>
                <w:lang w:val="ru-RU"/>
              </w:rPr>
            </w:pPr>
            <w:r w:rsidRPr="00332DB8">
              <w:rPr>
                <w:lang w:val="ru-RU"/>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2880" w:type="dxa"/>
          </w:tcPr>
          <w:p w:rsidR="006F7457" w:rsidRDefault="00332DB8">
            <w:r>
              <w:t>02.04.2019</w:t>
            </w:r>
          </w:p>
        </w:tc>
      </w:tr>
      <w:tr w:rsidR="006F7457">
        <w:tc>
          <w:tcPr>
            <w:tcW w:w="2880" w:type="dxa"/>
          </w:tcPr>
          <w:p w:rsidR="006F7457" w:rsidRDefault="00332DB8">
            <w:r>
              <w:t>487</w:t>
            </w:r>
            <w:r>
              <w:lastRenderedPageBreak/>
              <w:t>4.</w:t>
            </w:r>
          </w:p>
        </w:tc>
        <w:tc>
          <w:tcPr>
            <w:tcW w:w="2880" w:type="dxa"/>
          </w:tcPr>
          <w:p w:rsidR="006F7457" w:rsidRPr="00332DB8" w:rsidRDefault="00332DB8">
            <w:pPr>
              <w:rPr>
                <w:lang w:val="ru-RU"/>
              </w:rPr>
            </w:pPr>
            <w:r w:rsidRPr="00332DB8">
              <w:rPr>
                <w:lang w:val="ru-RU"/>
              </w:rPr>
              <w:lastRenderedPageBreak/>
              <w:t xml:space="preserve">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w:t>
            </w:r>
            <w:r w:rsidRPr="00332DB8">
              <w:rPr>
                <w:lang w:val="ru-RU"/>
              </w:rPr>
              <w:lastRenderedPageBreak/>
              <w:t>районного суда г. Ярославля от 04.02.2019);</w:t>
            </w:r>
          </w:p>
        </w:tc>
        <w:tc>
          <w:tcPr>
            <w:tcW w:w="2880" w:type="dxa"/>
          </w:tcPr>
          <w:p w:rsidR="006F7457" w:rsidRDefault="00332DB8">
            <w:r>
              <w:lastRenderedPageBreak/>
              <w:t>15.04.201</w:t>
            </w:r>
            <w:r>
              <w:lastRenderedPageBreak/>
              <w:t>9</w:t>
            </w:r>
          </w:p>
        </w:tc>
      </w:tr>
      <w:tr w:rsidR="006F7457">
        <w:tc>
          <w:tcPr>
            <w:tcW w:w="2880" w:type="dxa"/>
          </w:tcPr>
          <w:p w:rsidR="006F7457" w:rsidRDefault="00332DB8">
            <w:r>
              <w:lastRenderedPageBreak/>
              <w:t>4875.</w:t>
            </w:r>
          </w:p>
        </w:tc>
        <w:tc>
          <w:tcPr>
            <w:tcW w:w="2880" w:type="dxa"/>
          </w:tcPr>
          <w:p w:rsidR="006F7457" w:rsidRPr="00332DB8" w:rsidRDefault="00332DB8">
            <w:pPr>
              <w:rPr>
                <w:lang w:val="ru-RU"/>
              </w:rPr>
            </w:pPr>
            <w:r w:rsidRPr="00332DB8">
              <w:rPr>
                <w:lang w:val="ru-RU"/>
              </w:rPr>
              <w:t xml:space="preserve">Печатный материал - книга Маслова Л.И. «Откровения людям нового века. Толкование откровений» Книга </w:t>
            </w:r>
            <w:r>
              <w:t>V</w:t>
            </w:r>
            <w:r w:rsidRPr="00332DB8">
              <w:rPr>
                <w:lang w:val="ru-RU"/>
              </w:rPr>
              <w:t xml:space="preserve">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6F7457" w:rsidRDefault="00332DB8">
            <w:r>
              <w:t>15.04.2019</w:t>
            </w:r>
          </w:p>
        </w:tc>
      </w:tr>
      <w:tr w:rsidR="006F7457">
        <w:tc>
          <w:tcPr>
            <w:tcW w:w="2880" w:type="dxa"/>
          </w:tcPr>
          <w:p w:rsidR="006F7457" w:rsidRDefault="00332DB8">
            <w:r>
              <w:t>4876.</w:t>
            </w:r>
          </w:p>
        </w:tc>
        <w:tc>
          <w:tcPr>
            <w:tcW w:w="2880" w:type="dxa"/>
          </w:tcPr>
          <w:p w:rsidR="006F7457" w:rsidRPr="00332DB8" w:rsidRDefault="00332DB8">
            <w:pPr>
              <w:rPr>
                <w:lang w:val="ru-RU"/>
              </w:rPr>
            </w:pPr>
            <w:r w:rsidRPr="00332DB8">
              <w:rPr>
                <w:lang w:val="ru-RU"/>
              </w:rPr>
              <w:t xml:space="preserve">Печатный материал - книга Маслова Л.И. «Откровения людям нового века. Толкование откровений» Книга </w:t>
            </w:r>
            <w:r>
              <w:t>VI</w:t>
            </w:r>
            <w:r w:rsidRPr="00332DB8">
              <w:rPr>
                <w:lang w:val="ru-RU"/>
              </w:rPr>
              <w:t xml:space="preserve">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6F7457" w:rsidRDefault="00332DB8">
            <w:r>
              <w:t>15.04.2019</w:t>
            </w:r>
          </w:p>
        </w:tc>
      </w:tr>
      <w:tr w:rsidR="006F7457">
        <w:tc>
          <w:tcPr>
            <w:tcW w:w="2880" w:type="dxa"/>
          </w:tcPr>
          <w:p w:rsidR="006F7457" w:rsidRDefault="00332DB8">
            <w:r>
              <w:t>4877.</w:t>
            </w:r>
          </w:p>
        </w:tc>
        <w:tc>
          <w:tcPr>
            <w:tcW w:w="2880" w:type="dxa"/>
          </w:tcPr>
          <w:p w:rsidR="006F7457" w:rsidRPr="00332DB8" w:rsidRDefault="00332DB8">
            <w:pPr>
              <w:rPr>
                <w:lang w:val="ru-RU"/>
              </w:rPr>
            </w:pPr>
            <w:r w:rsidRPr="00332DB8">
              <w:rPr>
                <w:lang w:val="ru-RU"/>
              </w:rPr>
              <w:t xml:space="preserve">Печатный материал - книга Маслова Л.И. «Откровения людям нового века. Толкование откровений» Книга </w:t>
            </w:r>
            <w:r>
              <w:t>VII</w:t>
            </w:r>
            <w:r w:rsidRPr="00332DB8">
              <w:rPr>
                <w:lang w:val="ru-RU"/>
              </w:rPr>
              <w:t xml:space="preserve">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6F7457" w:rsidRDefault="00332DB8">
            <w:r>
              <w:t>15.04.2019</w:t>
            </w:r>
          </w:p>
        </w:tc>
      </w:tr>
      <w:tr w:rsidR="006F7457">
        <w:tc>
          <w:tcPr>
            <w:tcW w:w="2880" w:type="dxa"/>
          </w:tcPr>
          <w:p w:rsidR="006F7457" w:rsidRDefault="00332DB8">
            <w:r>
              <w:t>4878.</w:t>
            </w:r>
          </w:p>
        </w:tc>
        <w:tc>
          <w:tcPr>
            <w:tcW w:w="2880" w:type="dxa"/>
          </w:tcPr>
          <w:p w:rsidR="006F7457" w:rsidRPr="00332DB8" w:rsidRDefault="00332DB8">
            <w:pPr>
              <w:rPr>
                <w:lang w:val="ru-RU"/>
              </w:rPr>
            </w:pPr>
            <w:r w:rsidRPr="00332DB8">
              <w:rPr>
                <w:lang w:val="ru-RU"/>
              </w:rPr>
              <w:t xml:space="preserve">Печатный материал - книга Маслова Л.И. «Откровения людям нового века. Толкование откровений» Книга </w:t>
            </w:r>
            <w:r>
              <w:t>VIII</w:t>
            </w:r>
            <w:r w:rsidRPr="00332DB8">
              <w:rPr>
                <w:lang w:val="ru-RU"/>
              </w:rPr>
              <w:t xml:space="preserve">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6F7457" w:rsidRDefault="00332DB8">
            <w:r>
              <w:t>15.04.2019</w:t>
            </w:r>
          </w:p>
        </w:tc>
      </w:tr>
      <w:tr w:rsidR="006F7457">
        <w:tc>
          <w:tcPr>
            <w:tcW w:w="2880" w:type="dxa"/>
          </w:tcPr>
          <w:p w:rsidR="006F7457" w:rsidRDefault="00332DB8">
            <w:r>
              <w:t>4879.</w:t>
            </w:r>
          </w:p>
        </w:tc>
        <w:tc>
          <w:tcPr>
            <w:tcW w:w="2880" w:type="dxa"/>
          </w:tcPr>
          <w:p w:rsidR="006F7457" w:rsidRPr="00332DB8" w:rsidRDefault="00332DB8">
            <w:pPr>
              <w:rPr>
                <w:lang w:val="ru-RU"/>
              </w:rPr>
            </w:pPr>
            <w:r w:rsidRPr="00332DB8">
              <w:rPr>
                <w:lang w:val="ru-RU"/>
              </w:rPr>
              <w:t xml:space="preserve">Печатный материал - книга Маслова Л.И. «Откровения людям нового века. Толкование откровений» Книга </w:t>
            </w:r>
            <w:r>
              <w:t>IX</w:t>
            </w:r>
            <w:r w:rsidRPr="00332DB8">
              <w:rPr>
                <w:lang w:val="ru-RU"/>
              </w:rPr>
              <w:t xml:space="preserve">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6F7457" w:rsidRDefault="00332DB8">
            <w:r>
              <w:t>15.04.2019</w:t>
            </w:r>
          </w:p>
        </w:tc>
      </w:tr>
      <w:tr w:rsidR="006F7457">
        <w:tc>
          <w:tcPr>
            <w:tcW w:w="2880" w:type="dxa"/>
          </w:tcPr>
          <w:p w:rsidR="006F7457" w:rsidRDefault="00332DB8">
            <w:r>
              <w:t>4</w:t>
            </w:r>
            <w:r>
              <w:lastRenderedPageBreak/>
              <w:t>880.</w:t>
            </w:r>
          </w:p>
        </w:tc>
        <w:tc>
          <w:tcPr>
            <w:tcW w:w="2880" w:type="dxa"/>
          </w:tcPr>
          <w:p w:rsidR="006F7457" w:rsidRPr="00332DB8" w:rsidRDefault="00332DB8">
            <w:pPr>
              <w:rPr>
                <w:lang w:val="ru-RU"/>
              </w:rPr>
            </w:pPr>
            <w:r w:rsidRPr="00332DB8">
              <w:rPr>
                <w:lang w:val="ru-RU"/>
              </w:rPr>
              <w:lastRenderedPageBreak/>
              <w:t xml:space="preserve">Печатный материал - книга Маслова Л.И. «Откровения людям нового века. Толкование откровений» Книга </w:t>
            </w:r>
            <w:r>
              <w:t>X</w:t>
            </w:r>
            <w:r w:rsidRPr="00332DB8">
              <w:rPr>
                <w:lang w:val="ru-RU"/>
              </w:rPr>
              <w:t xml:space="preserve"> </w:t>
            </w:r>
            <w:r w:rsidRPr="00332DB8">
              <w:rPr>
                <w:lang w:val="ru-RU"/>
              </w:rPr>
              <w:lastRenderedPageBreak/>
              <w:t>(2013г.),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6F7457" w:rsidRDefault="00332DB8">
            <w:r>
              <w:lastRenderedPageBreak/>
              <w:t>15.</w:t>
            </w:r>
            <w:r>
              <w:lastRenderedPageBreak/>
              <w:t>04.2019</w:t>
            </w:r>
          </w:p>
        </w:tc>
      </w:tr>
      <w:tr w:rsidR="006F7457">
        <w:tc>
          <w:tcPr>
            <w:tcW w:w="2880" w:type="dxa"/>
          </w:tcPr>
          <w:p w:rsidR="006F7457" w:rsidRDefault="00332DB8">
            <w:r>
              <w:lastRenderedPageBreak/>
              <w:t>4881.</w:t>
            </w:r>
          </w:p>
        </w:tc>
        <w:tc>
          <w:tcPr>
            <w:tcW w:w="2880" w:type="dxa"/>
          </w:tcPr>
          <w:p w:rsidR="006F7457" w:rsidRPr="00332DB8" w:rsidRDefault="00332DB8">
            <w:pPr>
              <w:rPr>
                <w:lang w:val="ru-RU"/>
              </w:rPr>
            </w:pPr>
            <w:r w:rsidRPr="00332DB8">
              <w:rPr>
                <w:lang w:val="ru-RU"/>
              </w:rPr>
              <w:t xml:space="preserve">Печатный материал - книга Маслова Л.И. «Откровения людям нового века. Толкование откровений» Книга </w:t>
            </w:r>
            <w:r>
              <w:t>XI</w:t>
            </w:r>
            <w:r w:rsidRPr="00332DB8">
              <w:rPr>
                <w:lang w:val="ru-RU"/>
              </w:rPr>
              <w:t xml:space="preserve">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6F7457" w:rsidRDefault="00332DB8">
            <w:r>
              <w:t>15.04.2019</w:t>
            </w:r>
          </w:p>
        </w:tc>
      </w:tr>
      <w:tr w:rsidR="006F7457">
        <w:tc>
          <w:tcPr>
            <w:tcW w:w="2880" w:type="dxa"/>
          </w:tcPr>
          <w:p w:rsidR="006F7457" w:rsidRDefault="00332DB8">
            <w:r>
              <w:t>4882.</w:t>
            </w:r>
          </w:p>
        </w:tc>
        <w:tc>
          <w:tcPr>
            <w:tcW w:w="2880" w:type="dxa"/>
          </w:tcPr>
          <w:p w:rsidR="006F7457" w:rsidRPr="00332DB8" w:rsidRDefault="00332DB8">
            <w:pPr>
              <w:rPr>
                <w:lang w:val="ru-RU"/>
              </w:rPr>
            </w:pPr>
            <w:r w:rsidRPr="00332DB8">
              <w:rPr>
                <w:lang w:val="ru-RU"/>
              </w:rPr>
              <w:t xml:space="preserve">Печатный материал - книга Маслова Л.И. «Откровения людям нового века. Толкование откровений» Книга </w:t>
            </w:r>
            <w:r>
              <w:t>XII</w:t>
            </w:r>
            <w:r w:rsidRPr="00332DB8">
              <w:rPr>
                <w:lang w:val="ru-RU"/>
              </w:rPr>
              <w:t xml:space="preserve">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6F7457" w:rsidRDefault="00332DB8">
            <w:r>
              <w:t>15.04.2019</w:t>
            </w:r>
          </w:p>
        </w:tc>
      </w:tr>
      <w:tr w:rsidR="006F7457">
        <w:tc>
          <w:tcPr>
            <w:tcW w:w="2880" w:type="dxa"/>
          </w:tcPr>
          <w:p w:rsidR="006F7457" w:rsidRDefault="00332DB8">
            <w:r>
              <w:t>4883.</w:t>
            </w:r>
          </w:p>
        </w:tc>
        <w:tc>
          <w:tcPr>
            <w:tcW w:w="2880" w:type="dxa"/>
          </w:tcPr>
          <w:p w:rsidR="006F7457" w:rsidRDefault="00332DB8">
            <w:r w:rsidRPr="00332DB8">
              <w:rPr>
                <w:lang w:val="ru-RU"/>
              </w:rPr>
              <w:t xml:space="preserve">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w:t>
            </w:r>
            <w:r>
              <w:t>(решение Веденского районного суда Чеченской Республики от 25.12.2018);</w:t>
            </w:r>
          </w:p>
        </w:tc>
        <w:tc>
          <w:tcPr>
            <w:tcW w:w="2880" w:type="dxa"/>
          </w:tcPr>
          <w:p w:rsidR="006F7457" w:rsidRDefault="00332DB8">
            <w:r>
              <w:t>22.04.2019</w:t>
            </w:r>
          </w:p>
        </w:tc>
      </w:tr>
      <w:tr w:rsidR="006F7457">
        <w:tc>
          <w:tcPr>
            <w:tcW w:w="2880" w:type="dxa"/>
          </w:tcPr>
          <w:p w:rsidR="006F7457" w:rsidRDefault="00332DB8">
            <w:r>
              <w:t>4884.</w:t>
            </w:r>
          </w:p>
        </w:tc>
        <w:tc>
          <w:tcPr>
            <w:tcW w:w="2880" w:type="dxa"/>
          </w:tcPr>
          <w:p w:rsidR="006F7457" w:rsidRPr="00332DB8" w:rsidRDefault="00332DB8">
            <w:pPr>
              <w:rPr>
                <w:lang w:val="ru-RU"/>
              </w:rPr>
            </w:pPr>
            <w:r w:rsidRPr="00332DB8">
              <w:rPr>
                <w:lang w:val="ru-RU"/>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2880" w:type="dxa"/>
          </w:tcPr>
          <w:p w:rsidR="006F7457" w:rsidRDefault="00332DB8">
            <w:r>
              <w:t>22.04.2019</w:t>
            </w:r>
          </w:p>
        </w:tc>
      </w:tr>
      <w:tr w:rsidR="006F7457">
        <w:tc>
          <w:tcPr>
            <w:tcW w:w="2880" w:type="dxa"/>
          </w:tcPr>
          <w:p w:rsidR="006F7457" w:rsidRDefault="00332DB8">
            <w:r>
              <w:t>488</w:t>
            </w:r>
            <w:r>
              <w:lastRenderedPageBreak/>
              <w:t>5.</w:t>
            </w:r>
          </w:p>
        </w:tc>
        <w:tc>
          <w:tcPr>
            <w:tcW w:w="2880" w:type="dxa"/>
          </w:tcPr>
          <w:p w:rsidR="006F7457" w:rsidRPr="00332DB8" w:rsidRDefault="00332DB8">
            <w:pPr>
              <w:rPr>
                <w:lang w:val="ru-RU"/>
              </w:rPr>
            </w:pPr>
            <w:r w:rsidRPr="00332DB8">
              <w:rPr>
                <w:lang w:val="ru-RU"/>
              </w:rPr>
              <w:lastRenderedPageBreak/>
              <w:t xml:space="preserve">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w:t>
            </w:r>
            <w:r w:rsidRPr="00332DB8">
              <w:rPr>
                <w:lang w:val="ru-RU"/>
              </w:rPr>
              <w:lastRenderedPageBreak/>
              <w:t>от 12.12.2018);</w:t>
            </w:r>
          </w:p>
        </w:tc>
        <w:tc>
          <w:tcPr>
            <w:tcW w:w="2880" w:type="dxa"/>
          </w:tcPr>
          <w:p w:rsidR="006F7457" w:rsidRDefault="00332DB8">
            <w:r>
              <w:lastRenderedPageBreak/>
              <w:t>22.04.201</w:t>
            </w:r>
            <w:r>
              <w:lastRenderedPageBreak/>
              <w:t>9</w:t>
            </w:r>
          </w:p>
        </w:tc>
      </w:tr>
      <w:tr w:rsidR="006F7457">
        <w:tc>
          <w:tcPr>
            <w:tcW w:w="2880" w:type="dxa"/>
          </w:tcPr>
          <w:p w:rsidR="006F7457" w:rsidRDefault="00332DB8">
            <w:r>
              <w:lastRenderedPageBreak/>
              <w:t>4886.</w:t>
            </w:r>
          </w:p>
        </w:tc>
        <w:tc>
          <w:tcPr>
            <w:tcW w:w="2880" w:type="dxa"/>
          </w:tcPr>
          <w:p w:rsidR="006F7457" w:rsidRDefault="00332DB8">
            <w:r w:rsidRPr="00332DB8">
              <w:rPr>
                <w:lang w:val="ru-RU"/>
              </w:rPr>
              <w:t>Аудиофайл «</w:t>
            </w:r>
            <w:r>
              <w:t>Calvados</w:t>
            </w:r>
            <w:r w:rsidRPr="00332DB8">
              <w:rPr>
                <w:lang w:val="ru-RU"/>
              </w:rPr>
              <w:t xml:space="preserve">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w:t>
            </w:r>
            <w:r>
              <w:t>(решение Центрального районного суда г. Хабаровска от 28.02.2019);</w:t>
            </w:r>
          </w:p>
        </w:tc>
        <w:tc>
          <w:tcPr>
            <w:tcW w:w="2880" w:type="dxa"/>
          </w:tcPr>
          <w:p w:rsidR="006F7457" w:rsidRDefault="00332DB8">
            <w:r>
              <w:t>08.05.2019</w:t>
            </w:r>
          </w:p>
        </w:tc>
      </w:tr>
      <w:tr w:rsidR="006F7457">
        <w:tc>
          <w:tcPr>
            <w:tcW w:w="2880" w:type="dxa"/>
          </w:tcPr>
          <w:p w:rsidR="006F7457" w:rsidRDefault="00332DB8">
            <w:r>
              <w:t>4887.</w:t>
            </w:r>
          </w:p>
        </w:tc>
        <w:tc>
          <w:tcPr>
            <w:tcW w:w="2880" w:type="dxa"/>
          </w:tcPr>
          <w:p w:rsidR="006F7457" w:rsidRPr="00332DB8" w:rsidRDefault="00332DB8">
            <w:pPr>
              <w:rPr>
                <w:lang w:val="ru-RU"/>
              </w:rPr>
            </w:pPr>
            <w:r w:rsidRPr="00332DB8">
              <w:rPr>
                <w:lang w:val="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2880" w:type="dxa"/>
          </w:tcPr>
          <w:p w:rsidR="006F7457" w:rsidRDefault="00332DB8">
            <w:r>
              <w:t>06.06.2019</w:t>
            </w:r>
          </w:p>
        </w:tc>
      </w:tr>
      <w:tr w:rsidR="006F7457">
        <w:tc>
          <w:tcPr>
            <w:tcW w:w="2880" w:type="dxa"/>
          </w:tcPr>
          <w:p w:rsidR="006F7457" w:rsidRDefault="00332DB8">
            <w:r>
              <w:t>4888.</w:t>
            </w:r>
          </w:p>
        </w:tc>
        <w:tc>
          <w:tcPr>
            <w:tcW w:w="2880" w:type="dxa"/>
          </w:tcPr>
          <w:p w:rsidR="006F7457" w:rsidRPr="00332DB8" w:rsidRDefault="00332DB8">
            <w:pPr>
              <w:rPr>
                <w:lang w:val="ru-RU"/>
              </w:rPr>
            </w:pPr>
            <w:r w:rsidRPr="00332DB8">
              <w:rPr>
                <w:lang w:val="ru-RU"/>
              </w:rPr>
              <w:t xml:space="preserve">Видеоролик под названием «Б. Севостьянов - Забери меня мама», продолжительностью 3 минуты 15 секунд, тип файла: </w:t>
            </w:r>
            <w:r>
              <w:t>m</w:t>
            </w:r>
            <w:r w:rsidRPr="00332DB8">
              <w:rPr>
                <w:lang w:val="ru-RU"/>
              </w:rPr>
              <w:t>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2880" w:type="dxa"/>
          </w:tcPr>
          <w:p w:rsidR="006F7457" w:rsidRDefault="00332DB8">
            <w:r>
              <w:t>06.06.2019</w:t>
            </w:r>
          </w:p>
        </w:tc>
      </w:tr>
      <w:tr w:rsidR="006F7457">
        <w:tc>
          <w:tcPr>
            <w:tcW w:w="2880" w:type="dxa"/>
          </w:tcPr>
          <w:p w:rsidR="006F7457" w:rsidRDefault="00332DB8">
            <w:r>
              <w:t>4889.</w:t>
            </w:r>
          </w:p>
        </w:tc>
        <w:tc>
          <w:tcPr>
            <w:tcW w:w="2880" w:type="dxa"/>
          </w:tcPr>
          <w:p w:rsidR="006F7457" w:rsidRPr="00332DB8" w:rsidRDefault="00332DB8">
            <w:pPr>
              <w:rPr>
                <w:lang w:val="ru-RU"/>
              </w:rPr>
            </w:pPr>
            <w:r w:rsidRPr="00332DB8">
              <w:rPr>
                <w:lang w:val="ru-RU"/>
              </w:rPr>
              <w:t xml:space="preserve">Видеоролик под названием «Б. Севостьянов - Магадан», продолжительностью 4 минуты 1 секунда, тип файла: </w:t>
            </w:r>
            <w:r>
              <w:t>m</w:t>
            </w:r>
            <w:r w:rsidRPr="00332DB8">
              <w:rPr>
                <w:lang w:val="ru-RU"/>
              </w:rPr>
              <w:t>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2880" w:type="dxa"/>
          </w:tcPr>
          <w:p w:rsidR="006F7457" w:rsidRDefault="00332DB8">
            <w:r>
              <w:t>06.06.2019</w:t>
            </w:r>
          </w:p>
        </w:tc>
      </w:tr>
      <w:tr w:rsidR="006F7457">
        <w:tc>
          <w:tcPr>
            <w:tcW w:w="2880" w:type="dxa"/>
          </w:tcPr>
          <w:p w:rsidR="006F7457" w:rsidRDefault="00332DB8">
            <w:r>
              <w:t>4890.</w:t>
            </w:r>
          </w:p>
        </w:tc>
        <w:tc>
          <w:tcPr>
            <w:tcW w:w="2880" w:type="dxa"/>
          </w:tcPr>
          <w:p w:rsidR="006F7457" w:rsidRPr="00332DB8" w:rsidRDefault="00332DB8">
            <w:pPr>
              <w:rPr>
                <w:lang w:val="ru-RU"/>
              </w:rPr>
            </w:pPr>
            <w:r w:rsidRPr="00332DB8">
              <w:rPr>
                <w:lang w:val="ru-RU"/>
              </w:rPr>
              <w:t xml:space="preserve">Песня под названием «Вандал - Никаких компромиссов», продолжительностью 4 минуты 41 секунда, тип файла: </w:t>
            </w:r>
            <w:r>
              <w:t>m</w:t>
            </w:r>
            <w:r w:rsidRPr="00332DB8">
              <w:rPr>
                <w:lang w:val="ru-RU"/>
              </w:rPr>
              <w:t>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2880" w:type="dxa"/>
          </w:tcPr>
          <w:p w:rsidR="006F7457" w:rsidRDefault="00332DB8">
            <w:r>
              <w:t>06.06.2019</w:t>
            </w:r>
          </w:p>
        </w:tc>
      </w:tr>
      <w:tr w:rsidR="006F7457">
        <w:tc>
          <w:tcPr>
            <w:tcW w:w="2880" w:type="dxa"/>
          </w:tcPr>
          <w:p w:rsidR="006F7457" w:rsidRDefault="00332DB8">
            <w:r>
              <w:lastRenderedPageBreak/>
              <w:t>4891.</w:t>
            </w:r>
          </w:p>
        </w:tc>
        <w:tc>
          <w:tcPr>
            <w:tcW w:w="2880" w:type="dxa"/>
          </w:tcPr>
          <w:p w:rsidR="006F7457" w:rsidRPr="00332DB8" w:rsidRDefault="00332DB8">
            <w:pPr>
              <w:rPr>
                <w:lang w:val="ru-RU"/>
              </w:rPr>
            </w:pPr>
            <w:r w:rsidRPr="00332DB8">
              <w:rPr>
                <w:lang w:val="ru-RU"/>
              </w:rPr>
              <w:t xml:space="preserve">Песня под названием «Коловрат - Друзья по пиву», продолжительностью 4 минуты 17 секунд, тип файла: </w:t>
            </w:r>
            <w:r>
              <w:t>m</w:t>
            </w:r>
            <w:r w:rsidRPr="00332DB8">
              <w:rPr>
                <w:lang w:val="ru-RU"/>
              </w:rPr>
              <w:t>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2880" w:type="dxa"/>
          </w:tcPr>
          <w:p w:rsidR="006F7457" w:rsidRDefault="00332DB8">
            <w:r>
              <w:t>06.06.2019</w:t>
            </w:r>
          </w:p>
        </w:tc>
      </w:tr>
      <w:tr w:rsidR="006F7457">
        <w:tc>
          <w:tcPr>
            <w:tcW w:w="2880" w:type="dxa"/>
          </w:tcPr>
          <w:p w:rsidR="006F7457" w:rsidRDefault="00332DB8">
            <w:r>
              <w:t>4892.</w:t>
            </w:r>
          </w:p>
        </w:tc>
        <w:tc>
          <w:tcPr>
            <w:tcW w:w="2880" w:type="dxa"/>
          </w:tcPr>
          <w:p w:rsidR="006F7457" w:rsidRPr="00332DB8" w:rsidRDefault="00332DB8">
            <w:pPr>
              <w:rPr>
                <w:lang w:val="ru-RU"/>
              </w:rPr>
            </w:pPr>
            <w:r w:rsidRPr="00332DB8">
              <w:rPr>
                <w:lang w:val="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2880" w:type="dxa"/>
          </w:tcPr>
          <w:p w:rsidR="006F7457" w:rsidRDefault="00332DB8">
            <w:r>
              <w:t>06.06.2019</w:t>
            </w:r>
          </w:p>
        </w:tc>
      </w:tr>
      <w:tr w:rsidR="006F7457">
        <w:tc>
          <w:tcPr>
            <w:tcW w:w="2880" w:type="dxa"/>
          </w:tcPr>
          <w:p w:rsidR="006F7457" w:rsidRDefault="00332DB8">
            <w:r>
              <w:t>4893.</w:t>
            </w:r>
          </w:p>
        </w:tc>
        <w:tc>
          <w:tcPr>
            <w:tcW w:w="2880" w:type="dxa"/>
          </w:tcPr>
          <w:p w:rsidR="006F7457" w:rsidRPr="00332DB8" w:rsidRDefault="00332DB8">
            <w:pPr>
              <w:rPr>
                <w:lang w:val="ru-RU"/>
              </w:rPr>
            </w:pPr>
            <w:r w:rsidRPr="00332DB8">
              <w:rPr>
                <w:lang w:val="ru-RU"/>
              </w:rPr>
              <w:t>Видеоматериал «Обращение Абу Аниса из Земель Халифата», также распространяющийся под названиями «</w:t>
            </w:r>
            <w:r>
              <w:t>A</w:t>
            </w:r>
            <w:r w:rsidRPr="00332DB8">
              <w:rPr>
                <w:lang w:val="ru-RU"/>
              </w:rPr>
              <w:t xml:space="preserve"> </w:t>
            </w:r>
            <w:r>
              <w:t>massage</w:t>
            </w:r>
            <w:r w:rsidRPr="00332DB8">
              <w:rPr>
                <w:lang w:val="ru-RU"/>
              </w:rPr>
              <w:t xml:space="preserve"> </w:t>
            </w:r>
            <w:r>
              <w:t>from</w:t>
            </w:r>
            <w:r w:rsidRPr="00332DB8">
              <w:rPr>
                <w:lang w:val="ru-RU"/>
              </w:rPr>
              <w:t xml:space="preserve"> </w:t>
            </w:r>
            <w:r>
              <w:t>brother</w:t>
            </w:r>
            <w:r w:rsidRPr="00332DB8">
              <w:rPr>
                <w:lang w:val="ru-RU"/>
              </w:rPr>
              <w:t xml:space="preserve"> </w:t>
            </w:r>
            <w:r>
              <w:t>Abu</w:t>
            </w:r>
            <w:r w:rsidRPr="00332DB8">
              <w:rPr>
                <w:lang w:val="ru-RU"/>
              </w:rPr>
              <w:t xml:space="preserve"> </w:t>
            </w:r>
            <w:r>
              <w:t>Muhammad</w:t>
            </w:r>
            <w:r w:rsidRPr="00332DB8">
              <w:rPr>
                <w:lang w:val="ru-RU"/>
              </w:rPr>
              <w:t xml:space="preserve"> </w:t>
            </w:r>
            <w:r>
              <w:t>Ar</w:t>
            </w:r>
            <w:r w:rsidRPr="00332DB8">
              <w:rPr>
                <w:lang w:val="ru-RU"/>
              </w:rPr>
              <w:t xml:space="preserve"> </w:t>
            </w:r>
            <w:r>
              <w:t>Rusi</w:t>
            </w:r>
            <w:r w:rsidRPr="00332DB8">
              <w:rPr>
                <w:lang w:val="ru-RU"/>
              </w:rPr>
              <w:t>»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2880" w:type="dxa"/>
          </w:tcPr>
          <w:p w:rsidR="006F7457" w:rsidRDefault="00332DB8">
            <w:r>
              <w:t>06.06.2019</w:t>
            </w:r>
          </w:p>
        </w:tc>
      </w:tr>
      <w:tr w:rsidR="006F7457">
        <w:tc>
          <w:tcPr>
            <w:tcW w:w="2880" w:type="dxa"/>
          </w:tcPr>
          <w:p w:rsidR="006F7457" w:rsidRDefault="00332DB8">
            <w:r>
              <w:t>4894.</w:t>
            </w:r>
          </w:p>
        </w:tc>
        <w:tc>
          <w:tcPr>
            <w:tcW w:w="2880" w:type="dxa"/>
          </w:tcPr>
          <w:p w:rsidR="006F7457" w:rsidRPr="00332DB8" w:rsidRDefault="00332DB8">
            <w:pPr>
              <w:rPr>
                <w:lang w:val="ru-RU"/>
              </w:rPr>
            </w:pPr>
            <w:r w:rsidRPr="00332DB8">
              <w:rPr>
                <w:lang w:val="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2880" w:type="dxa"/>
          </w:tcPr>
          <w:p w:rsidR="006F7457" w:rsidRDefault="00332DB8">
            <w:r>
              <w:t>06.06.2019</w:t>
            </w:r>
          </w:p>
        </w:tc>
      </w:tr>
      <w:tr w:rsidR="006F7457">
        <w:tc>
          <w:tcPr>
            <w:tcW w:w="2880" w:type="dxa"/>
          </w:tcPr>
          <w:p w:rsidR="006F7457" w:rsidRDefault="00332DB8">
            <w:r>
              <w:t>489</w:t>
            </w:r>
            <w:r>
              <w:lastRenderedPageBreak/>
              <w:t>5.</w:t>
            </w:r>
          </w:p>
        </w:tc>
        <w:tc>
          <w:tcPr>
            <w:tcW w:w="2880" w:type="dxa"/>
          </w:tcPr>
          <w:p w:rsidR="006F7457" w:rsidRPr="00332DB8" w:rsidRDefault="00332DB8">
            <w:pPr>
              <w:rPr>
                <w:lang w:val="ru-RU"/>
              </w:rPr>
            </w:pPr>
            <w:r w:rsidRPr="00332DB8">
              <w:rPr>
                <w:lang w:val="ru-RU"/>
              </w:rPr>
              <w:lastRenderedPageBreak/>
              <w:t>Видеоматериал «Одинокий волк», продолжительностью 21 мин. 51 сек., также распространяющийся под аналогичным названием на английском языке «</w:t>
            </w:r>
            <w:r>
              <w:t>The</w:t>
            </w:r>
            <w:r w:rsidRPr="00332DB8">
              <w:rPr>
                <w:lang w:val="ru-RU"/>
              </w:rPr>
              <w:t xml:space="preserve"> </w:t>
            </w:r>
            <w:r>
              <w:t>Islamic</w:t>
            </w:r>
            <w:r w:rsidRPr="00332DB8">
              <w:rPr>
                <w:lang w:val="ru-RU"/>
              </w:rPr>
              <w:t xml:space="preserve"> </w:t>
            </w:r>
            <w:r>
              <w:t>state</w:t>
            </w:r>
            <w:r w:rsidRPr="00332DB8">
              <w:rPr>
                <w:lang w:val="ru-RU"/>
              </w:rPr>
              <w:t xml:space="preserve"> - </w:t>
            </w:r>
            <w:r>
              <w:t>The</w:t>
            </w:r>
            <w:r w:rsidRPr="00332DB8">
              <w:rPr>
                <w:lang w:val="ru-RU"/>
              </w:rPr>
              <w:t xml:space="preserve"> </w:t>
            </w:r>
            <w:r>
              <w:t>lone</w:t>
            </w:r>
            <w:r w:rsidRPr="00332DB8">
              <w:rPr>
                <w:lang w:val="ru-RU"/>
              </w:rPr>
              <w:t xml:space="preserve"> </w:t>
            </w:r>
            <w:r>
              <w:t>wolf</w:t>
            </w:r>
            <w:r w:rsidRPr="00332DB8">
              <w:rPr>
                <w:lang w:val="ru-RU"/>
              </w:rPr>
              <w:t>», начинающийся с графической заставки с надписью «</w:t>
            </w:r>
            <w:r>
              <w:t>Furat</w:t>
            </w:r>
            <w:r w:rsidRPr="00332DB8">
              <w:rPr>
                <w:lang w:val="ru-RU"/>
              </w:rPr>
              <w:t xml:space="preserve"> </w:t>
            </w:r>
            <w:r>
              <w:t>mediacenter</w:t>
            </w:r>
            <w:r w:rsidRPr="00332DB8">
              <w:rPr>
                <w:lang w:val="ru-RU"/>
              </w:rPr>
              <w:t xml:space="preserve">», изображений волка и подписи «Одинокий волк», показ которых </w:t>
            </w:r>
            <w:r w:rsidRPr="00332DB8">
              <w:rPr>
                <w:lang w:val="ru-RU"/>
              </w:rPr>
              <w:lastRenderedPageBreak/>
              <w:t>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2880" w:type="dxa"/>
          </w:tcPr>
          <w:p w:rsidR="006F7457" w:rsidRDefault="00332DB8">
            <w:r>
              <w:lastRenderedPageBreak/>
              <w:t>06.06.201</w:t>
            </w:r>
            <w:r>
              <w:lastRenderedPageBreak/>
              <w:t>9</w:t>
            </w:r>
          </w:p>
        </w:tc>
      </w:tr>
      <w:tr w:rsidR="006F7457">
        <w:tc>
          <w:tcPr>
            <w:tcW w:w="2880" w:type="dxa"/>
          </w:tcPr>
          <w:p w:rsidR="006F7457" w:rsidRDefault="00332DB8">
            <w:r>
              <w:lastRenderedPageBreak/>
              <w:t>4896.</w:t>
            </w:r>
          </w:p>
        </w:tc>
        <w:tc>
          <w:tcPr>
            <w:tcW w:w="2880" w:type="dxa"/>
          </w:tcPr>
          <w:p w:rsidR="006F7457" w:rsidRPr="00332DB8" w:rsidRDefault="00332DB8">
            <w:pPr>
              <w:rPr>
                <w:lang w:val="ru-RU"/>
              </w:rPr>
            </w:pPr>
            <w:r w:rsidRPr="00332DB8">
              <w:rPr>
                <w:lang w:val="ru-RU"/>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2880" w:type="dxa"/>
          </w:tcPr>
          <w:p w:rsidR="006F7457" w:rsidRDefault="00332DB8">
            <w:r>
              <w:t>18.06.2019</w:t>
            </w:r>
          </w:p>
        </w:tc>
      </w:tr>
      <w:tr w:rsidR="006F7457">
        <w:tc>
          <w:tcPr>
            <w:tcW w:w="2880" w:type="dxa"/>
          </w:tcPr>
          <w:p w:rsidR="006F7457" w:rsidRDefault="00332DB8">
            <w:r>
              <w:t>4897.</w:t>
            </w:r>
          </w:p>
        </w:tc>
        <w:tc>
          <w:tcPr>
            <w:tcW w:w="2880" w:type="dxa"/>
          </w:tcPr>
          <w:p w:rsidR="006F7457" w:rsidRPr="00332DB8" w:rsidRDefault="00332DB8">
            <w:pPr>
              <w:rPr>
                <w:lang w:val="ru-RU"/>
              </w:rPr>
            </w:pPr>
            <w:r w:rsidRPr="00332DB8">
              <w:rPr>
                <w:lang w:val="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2880" w:type="dxa"/>
          </w:tcPr>
          <w:p w:rsidR="006F7457" w:rsidRDefault="00332DB8">
            <w:r>
              <w:t>18.06.2019</w:t>
            </w:r>
          </w:p>
        </w:tc>
      </w:tr>
      <w:tr w:rsidR="006F7457">
        <w:tc>
          <w:tcPr>
            <w:tcW w:w="2880" w:type="dxa"/>
          </w:tcPr>
          <w:p w:rsidR="006F7457" w:rsidRDefault="00332DB8">
            <w:r>
              <w:t>4898.</w:t>
            </w:r>
          </w:p>
        </w:tc>
        <w:tc>
          <w:tcPr>
            <w:tcW w:w="2880" w:type="dxa"/>
          </w:tcPr>
          <w:p w:rsidR="006F7457" w:rsidRDefault="00332DB8">
            <w:r w:rsidRPr="00332DB8">
              <w:rPr>
                <w:lang w:val="ru-RU"/>
              </w:rPr>
              <w:t>Видеоролик «Короли Ислама» (при сохранении на цифровой носитель имеет название «</w:t>
            </w:r>
            <w:r>
              <w:t>P</w:t>
            </w:r>
            <w:r w:rsidRPr="00332DB8">
              <w:rPr>
                <w:lang w:val="ru-RU"/>
              </w:rPr>
              <w:t>љ</w:t>
            </w:r>
            <w:r>
              <w:t>PsC</w:t>
            </w:r>
            <w:r w:rsidRPr="00332DB8">
              <w:rPr>
                <w:lang w:val="ru-RU"/>
              </w:rPr>
              <w:t>Ђ</w:t>
            </w:r>
            <w:r>
              <w:t>PsP</w:t>
            </w:r>
            <w:r w:rsidRPr="00332DB8">
              <w:rPr>
                <w:lang w:val="ru-RU"/>
              </w:rPr>
              <w:t>»</w:t>
            </w:r>
            <w:r>
              <w:t>P</w:t>
            </w:r>
            <w:r w:rsidRPr="00332DB8">
              <w:rPr>
                <w:lang w:val="ru-RU"/>
              </w:rPr>
              <w:t xml:space="preserve">ё Р </w:t>
            </w:r>
            <w:r>
              <w:t>C</w:t>
            </w:r>
            <w:r w:rsidRPr="00332DB8">
              <w:rPr>
                <w:lang w:val="ru-RU"/>
              </w:rPr>
              <w:t>Ѓ</w:t>
            </w:r>
            <w:r>
              <w:t>P</w:t>
            </w:r>
            <w:r w:rsidRPr="00332DB8">
              <w:rPr>
                <w:lang w:val="ru-RU"/>
              </w:rPr>
              <w:t>»</w:t>
            </w:r>
            <w:r>
              <w:t>P</w:t>
            </w:r>
            <w:r w:rsidRPr="00332DB8">
              <w:rPr>
                <w:lang w:val="ru-RU"/>
              </w:rPr>
              <w:t>°</w:t>
            </w:r>
            <w:r>
              <w:t>PjP</w:t>
            </w:r>
            <w:r w:rsidRPr="00332DB8">
              <w:rPr>
                <w:lang w:val="ru-RU"/>
              </w:rPr>
              <w:t xml:space="preserve">°»), продолжительностью </w:t>
            </w:r>
            <w:r>
              <w:t>00 мин. 36 сек., (решение Центрального районного суда г. Калининграда от 22.03.2019);</w:t>
            </w:r>
          </w:p>
        </w:tc>
        <w:tc>
          <w:tcPr>
            <w:tcW w:w="2880" w:type="dxa"/>
          </w:tcPr>
          <w:p w:rsidR="006F7457" w:rsidRDefault="00332DB8">
            <w:r>
              <w:t>18.06.2019</w:t>
            </w:r>
          </w:p>
        </w:tc>
      </w:tr>
      <w:tr w:rsidR="006F7457">
        <w:tc>
          <w:tcPr>
            <w:tcW w:w="2880" w:type="dxa"/>
          </w:tcPr>
          <w:p w:rsidR="006F7457" w:rsidRDefault="00332DB8">
            <w:r>
              <w:t>4899.</w:t>
            </w:r>
          </w:p>
        </w:tc>
        <w:tc>
          <w:tcPr>
            <w:tcW w:w="2880" w:type="dxa"/>
          </w:tcPr>
          <w:p w:rsidR="006F7457" w:rsidRPr="00332DB8" w:rsidRDefault="00332DB8">
            <w:pPr>
              <w:rPr>
                <w:lang w:val="ru-RU"/>
              </w:rPr>
            </w:pPr>
            <w:r w:rsidRPr="00332DB8">
              <w:rPr>
                <w:lang w:val="ru-RU"/>
              </w:rPr>
              <w:t xml:space="preserve">Аудиозапись – музыкальная композиция «Брунсвиг - Это </w:t>
            </w:r>
            <w:r>
              <w:t>RaHoWa</w:t>
            </w:r>
            <w:r w:rsidRPr="00332DB8">
              <w:rPr>
                <w:lang w:val="ru-RU"/>
              </w:rPr>
              <w:t xml:space="preserve">»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w:t>
            </w:r>
            <w:r>
              <w:t>RaHoWa</w:t>
            </w:r>
            <w:r w:rsidRPr="00332DB8">
              <w:rPr>
                <w:lang w:val="ru-RU"/>
              </w:rPr>
              <w:t>,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2880" w:type="dxa"/>
          </w:tcPr>
          <w:p w:rsidR="006F7457" w:rsidRDefault="00332DB8">
            <w:r>
              <w:t>18.06.2019</w:t>
            </w:r>
          </w:p>
        </w:tc>
      </w:tr>
      <w:tr w:rsidR="006F7457">
        <w:tc>
          <w:tcPr>
            <w:tcW w:w="2880" w:type="dxa"/>
          </w:tcPr>
          <w:p w:rsidR="006F7457" w:rsidRDefault="00332DB8">
            <w:r>
              <w:t>49</w:t>
            </w:r>
            <w:r>
              <w:lastRenderedPageBreak/>
              <w:t>00.</w:t>
            </w:r>
          </w:p>
        </w:tc>
        <w:tc>
          <w:tcPr>
            <w:tcW w:w="2880" w:type="dxa"/>
          </w:tcPr>
          <w:p w:rsidR="006F7457" w:rsidRDefault="00332DB8">
            <w:r w:rsidRPr="00332DB8">
              <w:rPr>
                <w:lang w:val="ru-RU"/>
              </w:rPr>
              <w:lastRenderedPageBreak/>
              <w:t xml:space="preserve">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w:t>
            </w:r>
            <w:r>
              <w:t xml:space="preserve">(решение Ленинского </w:t>
            </w:r>
            <w:r>
              <w:lastRenderedPageBreak/>
              <w:t>районного суда г. Воронежа от 10.04.2019);</w:t>
            </w:r>
          </w:p>
        </w:tc>
        <w:tc>
          <w:tcPr>
            <w:tcW w:w="2880" w:type="dxa"/>
          </w:tcPr>
          <w:p w:rsidR="006F7457" w:rsidRDefault="00332DB8">
            <w:r>
              <w:lastRenderedPageBreak/>
              <w:t>27.06.</w:t>
            </w:r>
            <w:r>
              <w:lastRenderedPageBreak/>
              <w:t>2019</w:t>
            </w:r>
          </w:p>
        </w:tc>
      </w:tr>
      <w:tr w:rsidR="006F7457">
        <w:tc>
          <w:tcPr>
            <w:tcW w:w="2880" w:type="dxa"/>
          </w:tcPr>
          <w:p w:rsidR="006F7457" w:rsidRDefault="00332DB8">
            <w:r>
              <w:lastRenderedPageBreak/>
              <w:t>4901.</w:t>
            </w:r>
          </w:p>
        </w:tc>
        <w:tc>
          <w:tcPr>
            <w:tcW w:w="2880" w:type="dxa"/>
          </w:tcPr>
          <w:p w:rsidR="006F7457" w:rsidRDefault="00332DB8">
            <w:r w:rsidRPr="00332DB8">
              <w:rPr>
                <w:lang w:val="ru-RU"/>
              </w:rPr>
              <w:t xml:space="preserve">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w:t>
            </w:r>
            <w:r>
              <w:t>(решение Ленинского районного суда г. Воронежа от 10.04.2019);</w:t>
            </w:r>
          </w:p>
        </w:tc>
        <w:tc>
          <w:tcPr>
            <w:tcW w:w="2880" w:type="dxa"/>
          </w:tcPr>
          <w:p w:rsidR="006F7457" w:rsidRDefault="00332DB8">
            <w:r>
              <w:t>27.06.2019</w:t>
            </w:r>
          </w:p>
        </w:tc>
      </w:tr>
      <w:tr w:rsidR="006F7457">
        <w:tc>
          <w:tcPr>
            <w:tcW w:w="2880" w:type="dxa"/>
          </w:tcPr>
          <w:p w:rsidR="006F7457" w:rsidRDefault="00332DB8">
            <w:r>
              <w:t>4902.</w:t>
            </w:r>
          </w:p>
        </w:tc>
        <w:tc>
          <w:tcPr>
            <w:tcW w:w="2880" w:type="dxa"/>
          </w:tcPr>
          <w:p w:rsidR="006F7457" w:rsidRDefault="00332DB8">
            <w:r w:rsidRPr="00332DB8">
              <w:rPr>
                <w:lang w:val="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w:t>
            </w:r>
            <w:r>
              <w:t>Sieg</w:t>
            </w:r>
            <w:r w:rsidRPr="00332DB8">
              <w:rPr>
                <w:lang w:val="ru-RU"/>
              </w:rPr>
              <w:t xml:space="preserve"> </w:t>
            </w:r>
            <w:r>
              <w:t>Heil</w:t>
            </w:r>
            <w:r w:rsidRPr="00332DB8">
              <w:rPr>
                <w:lang w:val="ru-RU"/>
              </w:rPr>
              <w:t>,</w:t>
            </w:r>
            <w:r>
              <w:t>Sieg</w:t>
            </w:r>
            <w:r w:rsidRPr="00332DB8">
              <w:rPr>
                <w:lang w:val="ru-RU"/>
              </w:rPr>
              <w:t xml:space="preserve"> </w:t>
            </w:r>
            <w:r>
              <w:t>Heil</w:t>
            </w:r>
            <w:r w:rsidRPr="00332DB8">
              <w:rPr>
                <w:lang w:val="ru-RU"/>
              </w:rPr>
              <w:t>,</w:t>
            </w:r>
            <w:r>
              <w:t>Sieg</w:t>
            </w:r>
            <w:r w:rsidRPr="00332DB8">
              <w:rPr>
                <w:lang w:val="ru-RU"/>
              </w:rPr>
              <w:t xml:space="preserve">…» </w:t>
            </w:r>
            <w:r>
              <w:t>(решение Ленинского районного суда г. Воронежа от 10.04.2019);</w:t>
            </w:r>
          </w:p>
        </w:tc>
        <w:tc>
          <w:tcPr>
            <w:tcW w:w="2880" w:type="dxa"/>
          </w:tcPr>
          <w:p w:rsidR="006F7457" w:rsidRDefault="00332DB8">
            <w:r>
              <w:t>27.06.2019</w:t>
            </w:r>
          </w:p>
        </w:tc>
      </w:tr>
      <w:tr w:rsidR="006F7457">
        <w:tc>
          <w:tcPr>
            <w:tcW w:w="2880" w:type="dxa"/>
          </w:tcPr>
          <w:p w:rsidR="006F7457" w:rsidRDefault="00332DB8">
            <w:r>
              <w:t>4903.</w:t>
            </w:r>
          </w:p>
        </w:tc>
        <w:tc>
          <w:tcPr>
            <w:tcW w:w="2880" w:type="dxa"/>
          </w:tcPr>
          <w:p w:rsidR="006F7457" w:rsidRDefault="00332DB8">
            <w:r w:rsidRPr="00332DB8">
              <w:rPr>
                <w:lang w:val="ru-RU"/>
              </w:rPr>
              <w:t xml:space="preserve">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w:t>
            </w:r>
            <w:r>
              <w:t>(решение Ленинского районного суда г. Воронежа от 10.04.2019);</w:t>
            </w:r>
          </w:p>
        </w:tc>
        <w:tc>
          <w:tcPr>
            <w:tcW w:w="2880" w:type="dxa"/>
          </w:tcPr>
          <w:p w:rsidR="006F7457" w:rsidRDefault="00332DB8">
            <w:r>
              <w:t>27.06.2019</w:t>
            </w:r>
          </w:p>
        </w:tc>
      </w:tr>
      <w:tr w:rsidR="006F7457">
        <w:tc>
          <w:tcPr>
            <w:tcW w:w="2880" w:type="dxa"/>
          </w:tcPr>
          <w:p w:rsidR="006F7457" w:rsidRDefault="00332DB8">
            <w:r>
              <w:t>4904.</w:t>
            </w:r>
          </w:p>
        </w:tc>
        <w:tc>
          <w:tcPr>
            <w:tcW w:w="2880" w:type="dxa"/>
          </w:tcPr>
          <w:p w:rsidR="006F7457" w:rsidRPr="00332DB8" w:rsidRDefault="00332DB8">
            <w:pPr>
              <w:rPr>
                <w:lang w:val="ru-RU"/>
              </w:rPr>
            </w:pPr>
            <w:r w:rsidRPr="00332DB8">
              <w:rPr>
                <w:lang w:val="ru-RU"/>
              </w:rPr>
              <w:t>Аудиозапись «</w:t>
            </w:r>
            <w:r>
              <w:t>DASSLERx</w:t>
            </w:r>
            <w:r w:rsidRPr="00332DB8">
              <w:rPr>
                <w:lang w:val="ru-RU"/>
              </w:rPr>
              <w:t xml:space="preserve">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2880" w:type="dxa"/>
          </w:tcPr>
          <w:p w:rsidR="006F7457" w:rsidRDefault="00332DB8">
            <w:r>
              <w:t>27.06.2019</w:t>
            </w:r>
          </w:p>
        </w:tc>
      </w:tr>
      <w:tr w:rsidR="006F7457">
        <w:tc>
          <w:tcPr>
            <w:tcW w:w="2880" w:type="dxa"/>
          </w:tcPr>
          <w:p w:rsidR="006F7457" w:rsidRDefault="00332DB8">
            <w:r>
              <w:t>4905.</w:t>
            </w:r>
          </w:p>
        </w:tc>
        <w:tc>
          <w:tcPr>
            <w:tcW w:w="2880" w:type="dxa"/>
          </w:tcPr>
          <w:p w:rsidR="006F7457" w:rsidRDefault="00332DB8">
            <w:r w:rsidRPr="00332DB8">
              <w:rPr>
                <w:lang w:val="ru-RU"/>
              </w:rPr>
              <w:t>Аудиозапись «</w:t>
            </w:r>
            <w:r>
              <w:t>M</w:t>
            </w:r>
            <w:r w:rsidRPr="00332DB8">
              <w:rPr>
                <w:lang w:val="ru-RU"/>
              </w:rPr>
              <w:t>818</w:t>
            </w:r>
            <w:r>
              <w:t>th</w:t>
            </w:r>
            <w:r w:rsidRPr="00332DB8">
              <w:rPr>
                <w:lang w:val="ru-RU"/>
              </w:rPr>
              <w:t xml:space="preserve">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w:t>
            </w:r>
            <w:r>
              <w:t>(решение Ленинского районного суда г. Воронежа от 10.04.2019);</w:t>
            </w:r>
          </w:p>
        </w:tc>
        <w:tc>
          <w:tcPr>
            <w:tcW w:w="2880" w:type="dxa"/>
          </w:tcPr>
          <w:p w:rsidR="006F7457" w:rsidRDefault="00332DB8">
            <w:r>
              <w:t>27.06.2019</w:t>
            </w:r>
          </w:p>
        </w:tc>
      </w:tr>
      <w:tr w:rsidR="006F7457">
        <w:tc>
          <w:tcPr>
            <w:tcW w:w="2880" w:type="dxa"/>
          </w:tcPr>
          <w:p w:rsidR="006F7457" w:rsidRDefault="00332DB8">
            <w:r>
              <w:lastRenderedPageBreak/>
              <w:t>4906.</w:t>
            </w:r>
          </w:p>
        </w:tc>
        <w:tc>
          <w:tcPr>
            <w:tcW w:w="2880" w:type="dxa"/>
          </w:tcPr>
          <w:p w:rsidR="006F7457" w:rsidRDefault="00332DB8">
            <w:r w:rsidRPr="00332DB8">
              <w:rPr>
                <w:lang w:val="ru-RU"/>
              </w:rPr>
              <w:t>Аудиозапись «</w:t>
            </w:r>
            <w:r>
              <w:t>xBLADE</w:t>
            </w:r>
            <w:r w:rsidRPr="00332DB8">
              <w:rPr>
                <w:lang w:val="ru-RU"/>
              </w:rPr>
              <w:t xml:space="preserve"> </w:t>
            </w:r>
            <w:r>
              <w:t>for</w:t>
            </w:r>
            <w:r w:rsidRPr="00332DB8">
              <w:rPr>
                <w:lang w:val="ru-RU"/>
              </w:rPr>
              <w:t xml:space="preserve"> </w:t>
            </w:r>
            <w:r>
              <w:t>HATEx</w:t>
            </w:r>
            <w:r w:rsidRPr="00332DB8">
              <w:rPr>
                <w:lang w:val="ru-RU"/>
              </w:rPr>
              <w:t xml:space="preserve"> - Наш Выбор» продолжительностью 03 мин. 20 секунд, начинающаяся со слов: «Живые речи, продажные сны», заканчивающаяся словами: «Это наш выбор – смерть системе!» </w:t>
            </w:r>
            <w:r>
              <w:t>(решение Ленинского районного суда г. Воронежа от 10.04.2019);</w:t>
            </w:r>
          </w:p>
        </w:tc>
        <w:tc>
          <w:tcPr>
            <w:tcW w:w="2880" w:type="dxa"/>
          </w:tcPr>
          <w:p w:rsidR="006F7457" w:rsidRDefault="00332DB8">
            <w:r>
              <w:t>27.06.2019</w:t>
            </w:r>
          </w:p>
        </w:tc>
      </w:tr>
      <w:tr w:rsidR="006F7457">
        <w:tc>
          <w:tcPr>
            <w:tcW w:w="2880" w:type="dxa"/>
          </w:tcPr>
          <w:p w:rsidR="006F7457" w:rsidRDefault="00332DB8">
            <w:r>
              <w:t>4907.</w:t>
            </w:r>
          </w:p>
        </w:tc>
        <w:tc>
          <w:tcPr>
            <w:tcW w:w="2880" w:type="dxa"/>
          </w:tcPr>
          <w:p w:rsidR="006F7457" w:rsidRPr="00332DB8" w:rsidRDefault="00332DB8">
            <w:pPr>
              <w:rPr>
                <w:lang w:val="ru-RU"/>
              </w:rPr>
            </w:pPr>
            <w:r w:rsidRPr="00332DB8">
              <w:rPr>
                <w:lang w:val="ru-RU"/>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2880" w:type="dxa"/>
          </w:tcPr>
          <w:p w:rsidR="006F7457" w:rsidRDefault="00332DB8">
            <w:r>
              <w:t>27.06.2019</w:t>
            </w:r>
          </w:p>
        </w:tc>
      </w:tr>
      <w:tr w:rsidR="006F7457">
        <w:tc>
          <w:tcPr>
            <w:tcW w:w="2880" w:type="dxa"/>
          </w:tcPr>
          <w:p w:rsidR="006F7457" w:rsidRDefault="00332DB8">
            <w:r>
              <w:t>4908.</w:t>
            </w:r>
          </w:p>
        </w:tc>
        <w:tc>
          <w:tcPr>
            <w:tcW w:w="2880" w:type="dxa"/>
          </w:tcPr>
          <w:p w:rsidR="006F7457" w:rsidRPr="00332DB8" w:rsidRDefault="00332DB8">
            <w:pPr>
              <w:rPr>
                <w:lang w:val="ru-RU"/>
              </w:rPr>
            </w:pPr>
            <w:r w:rsidRPr="00332DB8">
              <w:rPr>
                <w:lang w:val="ru-RU"/>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2880" w:type="dxa"/>
          </w:tcPr>
          <w:p w:rsidR="006F7457" w:rsidRDefault="00332DB8">
            <w:r>
              <w:t>27.06.2019</w:t>
            </w:r>
          </w:p>
        </w:tc>
      </w:tr>
      <w:tr w:rsidR="006F7457">
        <w:tc>
          <w:tcPr>
            <w:tcW w:w="2880" w:type="dxa"/>
          </w:tcPr>
          <w:p w:rsidR="006F7457" w:rsidRDefault="00332DB8">
            <w:r>
              <w:t>4909.</w:t>
            </w:r>
          </w:p>
        </w:tc>
        <w:tc>
          <w:tcPr>
            <w:tcW w:w="2880" w:type="dxa"/>
          </w:tcPr>
          <w:p w:rsidR="006F7457" w:rsidRPr="00332DB8" w:rsidRDefault="00332DB8">
            <w:pPr>
              <w:rPr>
                <w:lang w:val="ru-RU"/>
              </w:rPr>
            </w:pPr>
            <w:r w:rsidRPr="00332DB8">
              <w:rPr>
                <w:lang w:val="ru-RU"/>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2880" w:type="dxa"/>
          </w:tcPr>
          <w:p w:rsidR="006F7457" w:rsidRDefault="00332DB8">
            <w:r>
              <w:t>27.06.2019</w:t>
            </w:r>
          </w:p>
        </w:tc>
      </w:tr>
      <w:tr w:rsidR="006F7457">
        <w:tc>
          <w:tcPr>
            <w:tcW w:w="2880" w:type="dxa"/>
          </w:tcPr>
          <w:p w:rsidR="006F7457" w:rsidRDefault="00332DB8">
            <w:r>
              <w:t>4910.</w:t>
            </w:r>
          </w:p>
        </w:tc>
        <w:tc>
          <w:tcPr>
            <w:tcW w:w="2880" w:type="dxa"/>
          </w:tcPr>
          <w:p w:rsidR="006F7457" w:rsidRPr="00332DB8" w:rsidRDefault="00332DB8">
            <w:pPr>
              <w:rPr>
                <w:lang w:val="ru-RU"/>
              </w:rPr>
            </w:pPr>
            <w:r w:rsidRPr="00332DB8">
              <w:rPr>
                <w:lang w:val="ru-RU"/>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2880" w:type="dxa"/>
          </w:tcPr>
          <w:p w:rsidR="006F7457" w:rsidRDefault="00332DB8">
            <w:r>
              <w:t>27.06.2019</w:t>
            </w:r>
          </w:p>
        </w:tc>
      </w:tr>
      <w:tr w:rsidR="006F7457">
        <w:tc>
          <w:tcPr>
            <w:tcW w:w="2880" w:type="dxa"/>
          </w:tcPr>
          <w:p w:rsidR="006F7457" w:rsidRDefault="00332DB8">
            <w:r>
              <w:t>491</w:t>
            </w:r>
            <w:r>
              <w:lastRenderedPageBreak/>
              <w:t>1.</w:t>
            </w:r>
          </w:p>
        </w:tc>
        <w:tc>
          <w:tcPr>
            <w:tcW w:w="2880" w:type="dxa"/>
          </w:tcPr>
          <w:p w:rsidR="006F7457" w:rsidRDefault="00332DB8">
            <w:r w:rsidRPr="00332DB8">
              <w:rPr>
                <w:lang w:val="ru-RU"/>
              </w:rPr>
              <w:lastRenderedPageBreak/>
              <w:t xml:space="preserve">Книга «Русско-еврейский диалог», автор А. Дикий (Москва, «Витязь», 1995 г.) </w:t>
            </w:r>
            <w:r>
              <w:t>(решение Хорошевского районного суда города Москвы от 26.03.2019);</w:t>
            </w:r>
          </w:p>
        </w:tc>
        <w:tc>
          <w:tcPr>
            <w:tcW w:w="2880" w:type="dxa"/>
          </w:tcPr>
          <w:p w:rsidR="006F7457" w:rsidRDefault="00332DB8">
            <w:r>
              <w:t>27.06.201</w:t>
            </w:r>
            <w:r>
              <w:lastRenderedPageBreak/>
              <w:t>9</w:t>
            </w:r>
          </w:p>
        </w:tc>
      </w:tr>
      <w:tr w:rsidR="006F7457">
        <w:tc>
          <w:tcPr>
            <w:tcW w:w="2880" w:type="dxa"/>
          </w:tcPr>
          <w:p w:rsidR="006F7457" w:rsidRDefault="00332DB8">
            <w:r>
              <w:lastRenderedPageBreak/>
              <w:t>4912.</w:t>
            </w:r>
          </w:p>
        </w:tc>
        <w:tc>
          <w:tcPr>
            <w:tcW w:w="2880" w:type="dxa"/>
          </w:tcPr>
          <w:p w:rsidR="006F7457" w:rsidRDefault="00332DB8">
            <w:r w:rsidRPr="00332DB8">
              <w:rPr>
                <w:lang w:val="ru-RU"/>
              </w:rPr>
              <w:t xml:space="preserve">Книга «Памятка русскому человеку», автор В. Ушкуйник, 2 экземпляра (М.: «Капь», 1993 – 64 с., М.: «Витязь», 1998 г.) </w:t>
            </w:r>
            <w:r>
              <w:t>(решение Хорошевского районного суда города Москвы от 26.03.2019);</w:t>
            </w:r>
          </w:p>
        </w:tc>
        <w:tc>
          <w:tcPr>
            <w:tcW w:w="2880" w:type="dxa"/>
          </w:tcPr>
          <w:p w:rsidR="006F7457" w:rsidRDefault="00332DB8">
            <w:r>
              <w:t>27.06.2019</w:t>
            </w:r>
          </w:p>
        </w:tc>
      </w:tr>
      <w:tr w:rsidR="006F7457">
        <w:tc>
          <w:tcPr>
            <w:tcW w:w="2880" w:type="dxa"/>
          </w:tcPr>
          <w:p w:rsidR="006F7457" w:rsidRDefault="00332DB8">
            <w:r>
              <w:t>4913.</w:t>
            </w:r>
          </w:p>
        </w:tc>
        <w:tc>
          <w:tcPr>
            <w:tcW w:w="2880" w:type="dxa"/>
          </w:tcPr>
          <w:p w:rsidR="006F7457" w:rsidRDefault="00332DB8">
            <w:r w:rsidRPr="00332DB8">
              <w:rPr>
                <w:lang w:val="ru-RU"/>
              </w:rPr>
              <w:t xml:space="preserve">Книга «Сущность Сионизма», автор В. Степин (М.: Издательство «Витязь», 1993 г., 48 с.) </w:t>
            </w:r>
            <w:r>
              <w:t>(решение Хорошевского районного суда города Москвы от 26.03.2019);</w:t>
            </w:r>
          </w:p>
        </w:tc>
        <w:tc>
          <w:tcPr>
            <w:tcW w:w="2880" w:type="dxa"/>
          </w:tcPr>
          <w:p w:rsidR="006F7457" w:rsidRDefault="00332DB8">
            <w:r>
              <w:t>27.06.2019</w:t>
            </w:r>
          </w:p>
        </w:tc>
      </w:tr>
      <w:tr w:rsidR="006F7457">
        <w:tc>
          <w:tcPr>
            <w:tcW w:w="2880" w:type="dxa"/>
          </w:tcPr>
          <w:p w:rsidR="006F7457" w:rsidRDefault="00332DB8">
            <w:r>
              <w:t>4914.</w:t>
            </w:r>
          </w:p>
        </w:tc>
        <w:tc>
          <w:tcPr>
            <w:tcW w:w="2880" w:type="dxa"/>
          </w:tcPr>
          <w:p w:rsidR="006F7457" w:rsidRDefault="00332DB8">
            <w:r w:rsidRPr="00332DB8">
              <w:rPr>
                <w:lang w:val="ru-RU"/>
              </w:rPr>
              <w:t xml:space="preserve">Книга «Куда завел Россию мистер Путин?» автор Ю.Е. Козенков (М., 2005 – 208 с.) </w:t>
            </w:r>
            <w:r>
              <w:t>(решение Хорошевского районного суда города Москвы от 26.03.2019);</w:t>
            </w:r>
          </w:p>
        </w:tc>
        <w:tc>
          <w:tcPr>
            <w:tcW w:w="2880" w:type="dxa"/>
          </w:tcPr>
          <w:p w:rsidR="006F7457" w:rsidRDefault="00332DB8">
            <w:r>
              <w:t>27.06.2019</w:t>
            </w:r>
          </w:p>
        </w:tc>
      </w:tr>
      <w:tr w:rsidR="006F7457">
        <w:tc>
          <w:tcPr>
            <w:tcW w:w="2880" w:type="dxa"/>
          </w:tcPr>
          <w:p w:rsidR="006F7457" w:rsidRDefault="00332DB8">
            <w:r>
              <w:t>4915.</w:t>
            </w:r>
          </w:p>
        </w:tc>
        <w:tc>
          <w:tcPr>
            <w:tcW w:w="2880" w:type="dxa"/>
          </w:tcPr>
          <w:p w:rsidR="006F7457" w:rsidRDefault="00332DB8">
            <w:r w:rsidRPr="00332DB8">
              <w:rPr>
                <w:lang w:val="ru-RU"/>
              </w:rPr>
              <w:t xml:space="preserve">Книга «Скрытая рука», автор А.И. Череп-Спиридонович (М.: Самотека, 2006 г. – 160 с.) </w:t>
            </w:r>
            <w:r>
              <w:t>(решение Хорошевского районного суда города Москвы от 26.03.2019);</w:t>
            </w:r>
          </w:p>
        </w:tc>
        <w:tc>
          <w:tcPr>
            <w:tcW w:w="2880" w:type="dxa"/>
          </w:tcPr>
          <w:p w:rsidR="006F7457" w:rsidRDefault="00332DB8">
            <w:r>
              <w:t>27.06.2019</w:t>
            </w:r>
          </w:p>
        </w:tc>
      </w:tr>
      <w:tr w:rsidR="006F7457">
        <w:tc>
          <w:tcPr>
            <w:tcW w:w="2880" w:type="dxa"/>
          </w:tcPr>
          <w:p w:rsidR="006F7457" w:rsidRDefault="00332DB8">
            <w:r>
              <w:t>4916.</w:t>
            </w:r>
          </w:p>
        </w:tc>
        <w:tc>
          <w:tcPr>
            <w:tcW w:w="2880" w:type="dxa"/>
          </w:tcPr>
          <w:p w:rsidR="006F7457" w:rsidRDefault="00332DB8">
            <w:r w:rsidRPr="00332DB8">
              <w:rPr>
                <w:lang w:val="ru-RU"/>
              </w:rPr>
              <w:t xml:space="preserve">Книга «Черная сотня и красная сотня», автор В. Острецов (М.: Воениздат, 1991, Военно-патриотическое литературное объединение «Отечество» - 48 с.) </w:t>
            </w:r>
            <w:r>
              <w:t>(решение Хорошевского районного суда города Москвы от 26.03.2019);</w:t>
            </w:r>
          </w:p>
        </w:tc>
        <w:tc>
          <w:tcPr>
            <w:tcW w:w="2880" w:type="dxa"/>
          </w:tcPr>
          <w:p w:rsidR="006F7457" w:rsidRDefault="00332DB8">
            <w:r>
              <w:t>27.06.2019</w:t>
            </w:r>
          </w:p>
        </w:tc>
      </w:tr>
      <w:tr w:rsidR="006F7457">
        <w:tc>
          <w:tcPr>
            <w:tcW w:w="2880" w:type="dxa"/>
          </w:tcPr>
          <w:p w:rsidR="006F7457" w:rsidRDefault="00332DB8">
            <w:r>
              <w:t>4</w:t>
            </w:r>
            <w:r>
              <w:lastRenderedPageBreak/>
              <w:t>917.</w:t>
            </w:r>
          </w:p>
        </w:tc>
        <w:tc>
          <w:tcPr>
            <w:tcW w:w="2880" w:type="dxa"/>
          </w:tcPr>
          <w:p w:rsidR="006F7457" w:rsidRPr="00332DB8" w:rsidRDefault="00332DB8">
            <w:pPr>
              <w:rPr>
                <w:lang w:val="ru-RU"/>
              </w:rPr>
            </w:pPr>
            <w:r w:rsidRPr="00332DB8">
              <w:rPr>
                <w:lang w:val="ru-RU"/>
              </w:rPr>
              <w:lastRenderedPageBreak/>
              <w:t>Печатное издание «Идеология немецкого национал-социализма. Хрестоматия» (</w:t>
            </w:r>
            <w:r>
              <w:t>ODESSA</w:t>
            </w:r>
            <w:r w:rsidRPr="00332DB8">
              <w:rPr>
                <w:lang w:val="ru-RU"/>
              </w:rPr>
              <w:t xml:space="preserve"> – 448 с.) (решение </w:t>
            </w:r>
            <w:r w:rsidRPr="00332DB8">
              <w:rPr>
                <w:lang w:val="ru-RU"/>
              </w:rPr>
              <w:lastRenderedPageBreak/>
              <w:t>Хорошевского районного суда города Москвы от 26.03.2019);</w:t>
            </w:r>
          </w:p>
        </w:tc>
        <w:tc>
          <w:tcPr>
            <w:tcW w:w="2880" w:type="dxa"/>
          </w:tcPr>
          <w:p w:rsidR="006F7457" w:rsidRDefault="00332DB8">
            <w:r>
              <w:lastRenderedPageBreak/>
              <w:t>27.</w:t>
            </w:r>
            <w:r>
              <w:lastRenderedPageBreak/>
              <w:t>06.2019</w:t>
            </w:r>
          </w:p>
        </w:tc>
      </w:tr>
      <w:tr w:rsidR="006F7457">
        <w:tc>
          <w:tcPr>
            <w:tcW w:w="2880" w:type="dxa"/>
          </w:tcPr>
          <w:p w:rsidR="006F7457" w:rsidRDefault="00332DB8">
            <w:r>
              <w:lastRenderedPageBreak/>
              <w:t>4918.</w:t>
            </w:r>
          </w:p>
        </w:tc>
        <w:tc>
          <w:tcPr>
            <w:tcW w:w="2880" w:type="dxa"/>
          </w:tcPr>
          <w:p w:rsidR="006F7457" w:rsidRDefault="00332DB8">
            <w:r w:rsidRPr="00332DB8">
              <w:rPr>
                <w:lang w:val="ru-RU"/>
              </w:rPr>
              <w:t xml:space="preserve">Информационный материал - аудиозапись под названием «Белый Патруль - </w:t>
            </w:r>
            <w:r>
              <w:t>NS</w:t>
            </w:r>
            <w:r w:rsidRPr="00332DB8">
              <w:rPr>
                <w:lang w:val="ru-RU"/>
              </w:rPr>
              <w:t>-</w:t>
            </w:r>
            <w:r>
              <w:t>WP</w:t>
            </w:r>
            <w:r w:rsidRPr="00332DB8">
              <w:rPr>
                <w:lang w:val="ru-RU"/>
              </w:rPr>
              <w:t>» (другое название «</w:t>
            </w:r>
            <w:r>
              <w:t>NS</w:t>
            </w:r>
            <w:r w:rsidRPr="00332DB8">
              <w:rPr>
                <w:lang w:val="ru-RU"/>
              </w:rPr>
              <w:t>-</w:t>
            </w:r>
            <w:r>
              <w:t>WP</w:t>
            </w:r>
            <w:r w:rsidRPr="00332DB8">
              <w:rPr>
                <w:lang w:val="ru-RU"/>
              </w:rPr>
              <w:t xml:space="preserve">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w:t>
            </w:r>
            <w:r>
              <w:t>(решение Железнодорожного районного суда г. Пензы от 29.04.2019);</w:t>
            </w:r>
          </w:p>
        </w:tc>
        <w:tc>
          <w:tcPr>
            <w:tcW w:w="2880" w:type="dxa"/>
          </w:tcPr>
          <w:p w:rsidR="006F7457" w:rsidRDefault="00332DB8">
            <w:r>
              <w:t>27.06.2019</w:t>
            </w:r>
          </w:p>
        </w:tc>
      </w:tr>
      <w:tr w:rsidR="006F7457">
        <w:tc>
          <w:tcPr>
            <w:tcW w:w="2880" w:type="dxa"/>
          </w:tcPr>
          <w:p w:rsidR="006F7457" w:rsidRDefault="00332DB8">
            <w:r>
              <w:t>4919.</w:t>
            </w:r>
          </w:p>
        </w:tc>
        <w:tc>
          <w:tcPr>
            <w:tcW w:w="2880" w:type="dxa"/>
          </w:tcPr>
          <w:p w:rsidR="006F7457" w:rsidRPr="00332DB8" w:rsidRDefault="00332DB8">
            <w:pPr>
              <w:rPr>
                <w:lang w:val="ru-RU"/>
              </w:rPr>
            </w:pPr>
            <w:r w:rsidRPr="00332DB8">
              <w:rPr>
                <w:lang w:val="ru-RU"/>
              </w:rPr>
              <w:t>Аудиозапись под названием «</w:t>
            </w:r>
            <w:r>
              <w:t>Fast</w:t>
            </w:r>
            <w:r w:rsidRPr="00332DB8">
              <w:rPr>
                <w:lang w:val="ru-RU"/>
              </w:rPr>
              <w:t xml:space="preserve"> </w:t>
            </w:r>
            <w:r>
              <w:t>Fuckers</w:t>
            </w:r>
            <w:r w:rsidRPr="00332DB8">
              <w:rPr>
                <w:lang w:val="ru-RU"/>
              </w:rPr>
              <w:t xml:space="preserve">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2880" w:type="dxa"/>
          </w:tcPr>
          <w:p w:rsidR="006F7457" w:rsidRDefault="00332DB8">
            <w:r>
              <w:t>27.06.2019</w:t>
            </w:r>
          </w:p>
        </w:tc>
      </w:tr>
      <w:tr w:rsidR="006F7457">
        <w:tc>
          <w:tcPr>
            <w:tcW w:w="2880" w:type="dxa"/>
          </w:tcPr>
          <w:p w:rsidR="006F7457" w:rsidRDefault="00332DB8">
            <w:r>
              <w:t>4920.</w:t>
            </w:r>
          </w:p>
        </w:tc>
        <w:tc>
          <w:tcPr>
            <w:tcW w:w="2880" w:type="dxa"/>
          </w:tcPr>
          <w:p w:rsidR="006F7457" w:rsidRPr="00332DB8" w:rsidRDefault="00332DB8">
            <w:pPr>
              <w:rPr>
                <w:lang w:val="ru-RU"/>
              </w:rPr>
            </w:pPr>
            <w:r w:rsidRPr="00332DB8">
              <w:rPr>
                <w:lang w:val="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2880" w:type="dxa"/>
          </w:tcPr>
          <w:p w:rsidR="006F7457" w:rsidRDefault="00332DB8">
            <w:r>
              <w:t>27.06.2019</w:t>
            </w:r>
          </w:p>
        </w:tc>
      </w:tr>
      <w:tr w:rsidR="006F7457">
        <w:tc>
          <w:tcPr>
            <w:tcW w:w="2880" w:type="dxa"/>
          </w:tcPr>
          <w:p w:rsidR="006F7457" w:rsidRDefault="00332DB8">
            <w:r>
              <w:t>4921.</w:t>
            </w:r>
          </w:p>
        </w:tc>
        <w:tc>
          <w:tcPr>
            <w:tcW w:w="2880" w:type="dxa"/>
          </w:tcPr>
          <w:p w:rsidR="006F7457" w:rsidRPr="00332DB8" w:rsidRDefault="00332DB8">
            <w:pPr>
              <w:rPr>
                <w:lang w:val="ru-RU"/>
              </w:rPr>
            </w:pPr>
            <w:r w:rsidRPr="00332DB8">
              <w:rPr>
                <w:lang w:val="ru-RU"/>
              </w:rPr>
              <w:t>Выпуск электронного журнала «Очумелые ручки х82х 2015 часть 5/5», формат файла Р</w:t>
            </w:r>
            <w:r>
              <w:t>DF</w:t>
            </w:r>
            <w:r w:rsidRPr="00332DB8">
              <w:rPr>
                <w:lang w:val="ru-RU"/>
              </w:rPr>
              <w:t>,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Фрунзенского районного суда г. Владивостока от 29.04.2019);</w:t>
            </w:r>
          </w:p>
        </w:tc>
        <w:tc>
          <w:tcPr>
            <w:tcW w:w="2880" w:type="dxa"/>
          </w:tcPr>
          <w:p w:rsidR="006F7457" w:rsidRDefault="00332DB8">
            <w:r>
              <w:t>23.07.2019</w:t>
            </w:r>
          </w:p>
        </w:tc>
      </w:tr>
      <w:tr w:rsidR="006F7457">
        <w:tc>
          <w:tcPr>
            <w:tcW w:w="2880" w:type="dxa"/>
          </w:tcPr>
          <w:p w:rsidR="006F7457" w:rsidRDefault="00332DB8">
            <w:r>
              <w:t>492</w:t>
            </w:r>
            <w:r>
              <w:lastRenderedPageBreak/>
              <w:t>2.</w:t>
            </w:r>
          </w:p>
        </w:tc>
        <w:tc>
          <w:tcPr>
            <w:tcW w:w="2880" w:type="dxa"/>
          </w:tcPr>
          <w:p w:rsidR="006F7457" w:rsidRPr="00332DB8" w:rsidRDefault="00332DB8">
            <w:pPr>
              <w:rPr>
                <w:lang w:val="ru-RU"/>
              </w:rPr>
            </w:pPr>
            <w:r w:rsidRPr="00332DB8">
              <w:rPr>
                <w:lang w:val="ru-RU"/>
              </w:rPr>
              <w:lastRenderedPageBreak/>
              <w:t>Выпуск электронного журнала «Очумелые ручки х82х 2015 часть 6/82», формат файла Р</w:t>
            </w:r>
            <w:r>
              <w:t>DF</w:t>
            </w:r>
            <w:r w:rsidRPr="00332DB8">
              <w:rPr>
                <w:lang w:val="ru-RU"/>
              </w:rPr>
              <w:t xml:space="preserve">,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w:t>
            </w:r>
            <w:r w:rsidRPr="00332DB8">
              <w:rPr>
                <w:lang w:val="ru-RU"/>
              </w:rPr>
              <w:lastRenderedPageBreak/>
              <w:t>словами «...Ведь сейчас там большая часть чуждого, вредного или, в лучшем случае бессмысленного мусора. Боровиков Д.А» (решение Фрунзенского районного суда г. Владивостока от 29.04.2019);</w:t>
            </w:r>
          </w:p>
        </w:tc>
        <w:tc>
          <w:tcPr>
            <w:tcW w:w="2880" w:type="dxa"/>
          </w:tcPr>
          <w:p w:rsidR="006F7457" w:rsidRDefault="00332DB8">
            <w:r>
              <w:lastRenderedPageBreak/>
              <w:t>23.07.201</w:t>
            </w:r>
            <w:r>
              <w:lastRenderedPageBreak/>
              <w:t>9</w:t>
            </w:r>
          </w:p>
        </w:tc>
      </w:tr>
      <w:tr w:rsidR="006F7457">
        <w:tc>
          <w:tcPr>
            <w:tcW w:w="2880" w:type="dxa"/>
          </w:tcPr>
          <w:p w:rsidR="006F7457" w:rsidRDefault="00332DB8">
            <w:r>
              <w:lastRenderedPageBreak/>
              <w:t>4923.</w:t>
            </w:r>
          </w:p>
        </w:tc>
        <w:tc>
          <w:tcPr>
            <w:tcW w:w="2880" w:type="dxa"/>
          </w:tcPr>
          <w:p w:rsidR="006F7457" w:rsidRDefault="00332DB8">
            <w:r w:rsidRPr="00332DB8">
              <w:rPr>
                <w:lang w:val="ru-RU"/>
              </w:rPr>
              <w:t>Выпуск электронного журнала «Очумелые ручки х82х 2015 часть 7/82», формат файла Р</w:t>
            </w:r>
            <w:r>
              <w:t>DF</w:t>
            </w:r>
            <w:r w:rsidRPr="00332DB8">
              <w:rPr>
                <w:lang w:val="ru-RU"/>
              </w:rPr>
              <w:t xml:space="preserve">,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w:t>
            </w:r>
            <w:r>
              <w:t>(решение Фрунзенского районного суда г. Владивостока от 29.04.2019).</w:t>
            </w:r>
          </w:p>
        </w:tc>
        <w:tc>
          <w:tcPr>
            <w:tcW w:w="2880" w:type="dxa"/>
          </w:tcPr>
          <w:p w:rsidR="006F7457" w:rsidRDefault="00332DB8">
            <w:r>
              <w:t>23.07.2019</w:t>
            </w:r>
          </w:p>
        </w:tc>
      </w:tr>
      <w:tr w:rsidR="006F7457">
        <w:tc>
          <w:tcPr>
            <w:tcW w:w="2880" w:type="dxa"/>
          </w:tcPr>
          <w:p w:rsidR="006F7457" w:rsidRDefault="00332DB8">
            <w:r>
              <w:t>4924.</w:t>
            </w:r>
          </w:p>
        </w:tc>
        <w:tc>
          <w:tcPr>
            <w:tcW w:w="2880" w:type="dxa"/>
          </w:tcPr>
          <w:p w:rsidR="006F7457" w:rsidRPr="00332DB8" w:rsidRDefault="00332DB8">
            <w:pPr>
              <w:rPr>
                <w:lang w:val="ru-RU"/>
              </w:rPr>
            </w:pPr>
            <w:r w:rsidRPr="00332DB8">
              <w:rPr>
                <w:lang w:val="ru-RU"/>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оканчивающаяся словами: «...То есть у нас доходы бюджета не изменились. Они даже, я могу вам сказать, они даже увеличились» (решение Ленинского районного суда г. Чебоксары от 27.05.2019).</w:t>
            </w:r>
          </w:p>
        </w:tc>
        <w:tc>
          <w:tcPr>
            <w:tcW w:w="2880" w:type="dxa"/>
          </w:tcPr>
          <w:p w:rsidR="006F7457" w:rsidRDefault="00332DB8">
            <w:r>
              <w:t>23.07.2019</w:t>
            </w:r>
          </w:p>
        </w:tc>
      </w:tr>
      <w:tr w:rsidR="006F7457">
        <w:tc>
          <w:tcPr>
            <w:tcW w:w="2880" w:type="dxa"/>
          </w:tcPr>
          <w:p w:rsidR="006F7457" w:rsidRDefault="00332DB8">
            <w:r>
              <w:t>4925.</w:t>
            </w:r>
          </w:p>
        </w:tc>
        <w:tc>
          <w:tcPr>
            <w:tcW w:w="2880" w:type="dxa"/>
          </w:tcPr>
          <w:p w:rsidR="006F7457" w:rsidRPr="00332DB8" w:rsidRDefault="00332DB8">
            <w:pPr>
              <w:rPr>
                <w:lang w:val="ru-RU"/>
              </w:rPr>
            </w:pPr>
            <w:r w:rsidRPr="00332DB8">
              <w:rPr>
                <w:lang w:val="ru-RU"/>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2880" w:type="dxa"/>
          </w:tcPr>
          <w:p w:rsidR="006F7457" w:rsidRDefault="00332DB8">
            <w:r>
              <w:t>01.08.2019</w:t>
            </w:r>
          </w:p>
        </w:tc>
      </w:tr>
      <w:tr w:rsidR="006F7457">
        <w:tc>
          <w:tcPr>
            <w:tcW w:w="2880" w:type="dxa"/>
          </w:tcPr>
          <w:p w:rsidR="006F7457" w:rsidRDefault="00332DB8">
            <w:r>
              <w:t>4926.</w:t>
            </w:r>
          </w:p>
        </w:tc>
        <w:tc>
          <w:tcPr>
            <w:tcW w:w="2880" w:type="dxa"/>
          </w:tcPr>
          <w:p w:rsidR="006F7457" w:rsidRDefault="00332DB8">
            <w:r w:rsidRPr="00332DB8">
              <w:rPr>
                <w:lang w:val="ru-RU"/>
              </w:rPr>
              <w:t xml:space="preserve">Музыкальная композиция исполнителя «СС-18» под названием «Утром встает» продолжительностью </w:t>
            </w:r>
            <w:r>
              <w:t>1 минута 56 секунд (решение Центрального районного суда г. Кемерово от 28.05.2019);</w:t>
            </w:r>
          </w:p>
        </w:tc>
        <w:tc>
          <w:tcPr>
            <w:tcW w:w="2880" w:type="dxa"/>
          </w:tcPr>
          <w:p w:rsidR="006F7457" w:rsidRDefault="00332DB8">
            <w:r>
              <w:t>01.08.2019</w:t>
            </w:r>
          </w:p>
        </w:tc>
      </w:tr>
      <w:tr w:rsidR="006F7457">
        <w:tc>
          <w:tcPr>
            <w:tcW w:w="2880" w:type="dxa"/>
          </w:tcPr>
          <w:p w:rsidR="006F7457" w:rsidRDefault="00332DB8">
            <w:r>
              <w:t>492</w:t>
            </w:r>
            <w:r>
              <w:lastRenderedPageBreak/>
              <w:t>7.</w:t>
            </w:r>
          </w:p>
        </w:tc>
        <w:tc>
          <w:tcPr>
            <w:tcW w:w="2880" w:type="dxa"/>
          </w:tcPr>
          <w:p w:rsidR="006F7457" w:rsidRPr="00332DB8" w:rsidRDefault="00332DB8">
            <w:pPr>
              <w:rPr>
                <w:lang w:val="ru-RU"/>
              </w:rPr>
            </w:pPr>
            <w:r w:rsidRPr="00332DB8">
              <w:rPr>
                <w:lang w:val="ru-RU"/>
              </w:rPr>
              <w:lastRenderedPageBreak/>
              <w:t xml:space="preserve">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w:t>
            </w:r>
            <w:r w:rsidRPr="00332DB8">
              <w:rPr>
                <w:lang w:val="ru-RU"/>
              </w:rPr>
              <w:lastRenderedPageBreak/>
              <w:t>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2880" w:type="dxa"/>
          </w:tcPr>
          <w:p w:rsidR="006F7457" w:rsidRDefault="00332DB8">
            <w:r>
              <w:lastRenderedPageBreak/>
              <w:t>09.08.201</w:t>
            </w:r>
            <w:r>
              <w:lastRenderedPageBreak/>
              <w:t>9</w:t>
            </w:r>
          </w:p>
        </w:tc>
      </w:tr>
      <w:tr w:rsidR="006F7457">
        <w:tc>
          <w:tcPr>
            <w:tcW w:w="2880" w:type="dxa"/>
          </w:tcPr>
          <w:p w:rsidR="006F7457" w:rsidRDefault="00332DB8">
            <w:r>
              <w:lastRenderedPageBreak/>
              <w:t>4928.</w:t>
            </w:r>
          </w:p>
        </w:tc>
        <w:tc>
          <w:tcPr>
            <w:tcW w:w="2880" w:type="dxa"/>
          </w:tcPr>
          <w:p w:rsidR="006F7457" w:rsidRPr="00332DB8" w:rsidRDefault="00332DB8">
            <w:pPr>
              <w:rPr>
                <w:lang w:val="ru-RU"/>
              </w:rPr>
            </w:pPr>
            <w:r w:rsidRPr="00332DB8">
              <w:rPr>
                <w:lang w:val="ru-RU"/>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2880" w:type="dxa"/>
          </w:tcPr>
          <w:p w:rsidR="006F7457" w:rsidRDefault="00332DB8">
            <w:r>
              <w:t>09.08.2019</w:t>
            </w:r>
          </w:p>
        </w:tc>
      </w:tr>
      <w:tr w:rsidR="006F7457">
        <w:tc>
          <w:tcPr>
            <w:tcW w:w="2880" w:type="dxa"/>
          </w:tcPr>
          <w:p w:rsidR="006F7457" w:rsidRDefault="00332DB8">
            <w:r>
              <w:t>4929.</w:t>
            </w:r>
          </w:p>
        </w:tc>
        <w:tc>
          <w:tcPr>
            <w:tcW w:w="2880" w:type="dxa"/>
          </w:tcPr>
          <w:p w:rsidR="006F7457" w:rsidRPr="00332DB8" w:rsidRDefault="00332DB8">
            <w:pPr>
              <w:rPr>
                <w:lang w:val="ru-RU"/>
              </w:rPr>
            </w:pPr>
            <w:r w:rsidRPr="00332DB8">
              <w:rPr>
                <w:lang w:val="ru-RU"/>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2880" w:type="dxa"/>
          </w:tcPr>
          <w:p w:rsidR="006F7457" w:rsidRDefault="00332DB8">
            <w:r>
              <w:t>09.08.2019</w:t>
            </w:r>
          </w:p>
        </w:tc>
      </w:tr>
      <w:tr w:rsidR="006F7457">
        <w:tc>
          <w:tcPr>
            <w:tcW w:w="2880" w:type="dxa"/>
          </w:tcPr>
          <w:p w:rsidR="006F7457" w:rsidRDefault="00332DB8">
            <w:r>
              <w:t>4930.</w:t>
            </w:r>
          </w:p>
        </w:tc>
        <w:tc>
          <w:tcPr>
            <w:tcW w:w="2880" w:type="dxa"/>
          </w:tcPr>
          <w:p w:rsidR="006F7457" w:rsidRPr="00332DB8" w:rsidRDefault="00332DB8">
            <w:pPr>
              <w:rPr>
                <w:lang w:val="ru-RU"/>
              </w:rPr>
            </w:pPr>
            <w:r w:rsidRPr="00332DB8">
              <w:rPr>
                <w:lang w:val="ru-RU"/>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2880" w:type="dxa"/>
          </w:tcPr>
          <w:p w:rsidR="006F7457" w:rsidRDefault="00332DB8">
            <w:r>
              <w:t>09.08.2019</w:t>
            </w:r>
          </w:p>
        </w:tc>
      </w:tr>
      <w:tr w:rsidR="006F7457">
        <w:tc>
          <w:tcPr>
            <w:tcW w:w="2880" w:type="dxa"/>
          </w:tcPr>
          <w:p w:rsidR="006F7457" w:rsidRDefault="00332DB8">
            <w:r>
              <w:t>4931.</w:t>
            </w:r>
          </w:p>
        </w:tc>
        <w:tc>
          <w:tcPr>
            <w:tcW w:w="2880" w:type="dxa"/>
          </w:tcPr>
          <w:p w:rsidR="006F7457" w:rsidRPr="00332DB8" w:rsidRDefault="00332DB8">
            <w:pPr>
              <w:rPr>
                <w:lang w:val="ru-RU"/>
              </w:rPr>
            </w:pPr>
            <w:r w:rsidRPr="00332DB8">
              <w:rPr>
                <w:lang w:val="ru-RU"/>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2880" w:type="dxa"/>
          </w:tcPr>
          <w:p w:rsidR="006F7457" w:rsidRDefault="00332DB8">
            <w:r>
              <w:t>09.08.2019</w:t>
            </w:r>
          </w:p>
        </w:tc>
      </w:tr>
      <w:tr w:rsidR="006F7457">
        <w:tc>
          <w:tcPr>
            <w:tcW w:w="2880" w:type="dxa"/>
          </w:tcPr>
          <w:p w:rsidR="006F7457" w:rsidRDefault="00332DB8">
            <w:r>
              <w:t>4932.</w:t>
            </w:r>
          </w:p>
        </w:tc>
        <w:tc>
          <w:tcPr>
            <w:tcW w:w="2880" w:type="dxa"/>
          </w:tcPr>
          <w:p w:rsidR="006F7457" w:rsidRPr="00332DB8" w:rsidRDefault="00332DB8">
            <w:pPr>
              <w:rPr>
                <w:lang w:val="ru-RU"/>
              </w:rPr>
            </w:pPr>
            <w:r w:rsidRPr="00332DB8">
              <w:rPr>
                <w:lang w:val="ru-RU"/>
              </w:rPr>
              <w:t xml:space="preserve">Музыкальная композиция аудиозапись формата </w:t>
            </w:r>
            <w:r>
              <w:t>MPEG</w:t>
            </w:r>
            <w:r w:rsidRPr="00332DB8">
              <w:rPr>
                <w:lang w:val="ru-RU"/>
              </w:rPr>
              <w:t xml:space="preserve"> </w:t>
            </w:r>
            <w:r>
              <w:t>Audio</w:t>
            </w:r>
            <w:r w:rsidRPr="00332DB8">
              <w:rPr>
                <w:lang w:val="ru-RU"/>
              </w:rPr>
              <w:t xml:space="preserve"> под названием «</w:t>
            </w:r>
            <w:r>
              <w:t>A</w:t>
            </w:r>
            <w:r w:rsidRPr="00332DB8">
              <w:rPr>
                <w:lang w:val="ru-RU"/>
              </w:rPr>
              <w:t>.</w:t>
            </w:r>
            <w:r>
              <w:t>C</w:t>
            </w:r>
            <w:r w:rsidRPr="00332DB8">
              <w:rPr>
                <w:lang w:val="ru-RU"/>
              </w:rPr>
              <w:t>.</w:t>
            </w:r>
            <w:r>
              <w:t>A</w:t>
            </w:r>
            <w:r w:rsidRPr="00332DB8">
              <w:rPr>
                <w:lang w:val="ru-RU"/>
              </w:rPr>
              <w:t>.</w:t>
            </w:r>
            <w:r>
              <w:t>B</w:t>
            </w:r>
            <w:r w:rsidRPr="00332DB8">
              <w:rPr>
                <w:lang w:val="ru-RU"/>
              </w:rPr>
              <w:t>.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w:t>
            </w:r>
            <w:r>
              <w:t>A</w:t>
            </w:r>
            <w:r w:rsidRPr="00332DB8">
              <w:rPr>
                <w:lang w:val="ru-RU"/>
              </w:rPr>
              <w:t>.</w:t>
            </w:r>
            <w:r>
              <w:t>C</w:t>
            </w:r>
            <w:r w:rsidRPr="00332DB8">
              <w:rPr>
                <w:lang w:val="ru-RU"/>
              </w:rPr>
              <w:t>.</w:t>
            </w:r>
            <w:r>
              <w:t>A</w:t>
            </w:r>
            <w:r w:rsidRPr="00332DB8">
              <w:rPr>
                <w:lang w:val="ru-RU"/>
              </w:rPr>
              <w:t>.</w:t>
            </w:r>
            <w:r>
              <w:t>B</w:t>
            </w:r>
            <w:r w:rsidRPr="00332DB8">
              <w:rPr>
                <w:lang w:val="ru-RU"/>
              </w:rPr>
              <w:t xml:space="preserve">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w:t>
            </w:r>
            <w:r>
              <w:t>All</w:t>
            </w:r>
            <w:r w:rsidRPr="00332DB8">
              <w:rPr>
                <w:lang w:val="ru-RU"/>
              </w:rPr>
              <w:t xml:space="preserve"> </w:t>
            </w:r>
            <w:r>
              <w:t>cops</w:t>
            </w:r>
            <w:r w:rsidRPr="00332DB8">
              <w:rPr>
                <w:lang w:val="ru-RU"/>
              </w:rPr>
              <w:t xml:space="preserve"> </w:t>
            </w:r>
            <w:r>
              <w:t>are</w:t>
            </w:r>
            <w:r w:rsidRPr="00332DB8">
              <w:rPr>
                <w:lang w:val="ru-RU"/>
              </w:rPr>
              <w:t xml:space="preserve"> </w:t>
            </w:r>
            <w:r>
              <w:t>bustards</w:t>
            </w:r>
            <w:r w:rsidRPr="00332DB8">
              <w:rPr>
                <w:lang w:val="ru-RU"/>
              </w:rPr>
              <w:t xml:space="preserve">. </w:t>
            </w:r>
            <w:r w:rsidRPr="00332DB8">
              <w:rPr>
                <w:lang w:val="ru-RU"/>
              </w:rPr>
              <w:lastRenderedPageBreak/>
              <w:t xml:space="preserve">Мусора, «нецензурная лексика», «нецензурная лексика». </w:t>
            </w:r>
            <w:r>
              <w:t>All</w:t>
            </w:r>
            <w:r w:rsidRPr="00332DB8">
              <w:rPr>
                <w:lang w:val="ru-RU"/>
              </w:rPr>
              <w:t xml:space="preserve"> </w:t>
            </w:r>
            <w:r>
              <w:t>cops</w:t>
            </w:r>
            <w:r w:rsidRPr="00332DB8">
              <w:rPr>
                <w:lang w:val="ru-RU"/>
              </w:rPr>
              <w:t xml:space="preserve"> </w:t>
            </w:r>
            <w:r>
              <w:t>are</w:t>
            </w:r>
            <w:r w:rsidRPr="00332DB8">
              <w:rPr>
                <w:lang w:val="ru-RU"/>
              </w:rPr>
              <w:t xml:space="preserve"> </w:t>
            </w:r>
            <w:r>
              <w:t>bustards</w:t>
            </w:r>
            <w:r w:rsidRPr="00332DB8">
              <w:rPr>
                <w:lang w:val="ru-RU"/>
              </w:rPr>
              <w:t xml:space="preserve">. Средний палец с..кам красным. </w:t>
            </w:r>
            <w:r>
              <w:t>All cops are bustards. Бей ногами это мясо. All cops are bustards. All</w:t>
            </w:r>
            <w:r w:rsidRPr="00332DB8">
              <w:rPr>
                <w:lang w:val="ru-RU"/>
              </w:rPr>
              <w:t xml:space="preserve"> </w:t>
            </w:r>
            <w:r>
              <w:t>cops</w:t>
            </w:r>
            <w:r w:rsidRPr="00332DB8">
              <w:rPr>
                <w:lang w:val="ru-RU"/>
              </w:rPr>
              <w:t xml:space="preserve"> </w:t>
            </w:r>
            <w:r>
              <w:t>are</w:t>
            </w:r>
            <w:r w:rsidRPr="00332DB8">
              <w:rPr>
                <w:lang w:val="ru-RU"/>
              </w:rPr>
              <w:t xml:space="preserve"> </w:t>
            </w:r>
            <w:r>
              <w:t>bustards</w:t>
            </w:r>
            <w:r w:rsidRPr="00332DB8">
              <w:rPr>
                <w:lang w:val="ru-RU"/>
              </w:rPr>
              <w:t>» (решение Куйбышевского районного суда г. Омска от 05.06.2019);</w:t>
            </w:r>
          </w:p>
        </w:tc>
        <w:tc>
          <w:tcPr>
            <w:tcW w:w="2880" w:type="dxa"/>
          </w:tcPr>
          <w:p w:rsidR="006F7457" w:rsidRDefault="00332DB8">
            <w:r>
              <w:lastRenderedPageBreak/>
              <w:t>09.08.2019</w:t>
            </w:r>
          </w:p>
        </w:tc>
      </w:tr>
      <w:tr w:rsidR="006F7457">
        <w:tc>
          <w:tcPr>
            <w:tcW w:w="2880" w:type="dxa"/>
          </w:tcPr>
          <w:p w:rsidR="006F7457" w:rsidRDefault="00332DB8">
            <w:r>
              <w:lastRenderedPageBreak/>
              <w:t>4933.</w:t>
            </w:r>
          </w:p>
        </w:tc>
        <w:tc>
          <w:tcPr>
            <w:tcW w:w="2880" w:type="dxa"/>
          </w:tcPr>
          <w:p w:rsidR="006F7457" w:rsidRDefault="00332DB8">
            <w:r w:rsidRPr="00332DB8">
              <w:rPr>
                <w:lang w:val="ru-RU"/>
              </w:rPr>
              <w:t xml:space="preserve">Видеозапись «Путин публично, на собрании евреев признался в том, что он еврей», продолжительностью </w:t>
            </w:r>
            <w:r>
              <w:t>02 минуты 15 секунд (решение Сыктывкарского городского суда Республики Коми от 14.01.2019);</w:t>
            </w:r>
          </w:p>
        </w:tc>
        <w:tc>
          <w:tcPr>
            <w:tcW w:w="2880" w:type="dxa"/>
          </w:tcPr>
          <w:p w:rsidR="006F7457" w:rsidRDefault="00332DB8">
            <w:r>
              <w:t>09.08.2019</w:t>
            </w:r>
          </w:p>
        </w:tc>
      </w:tr>
      <w:tr w:rsidR="006F7457">
        <w:tc>
          <w:tcPr>
            <w:tcW w:w="2880" w:type="dxa"/>
          </w:tcPr>
          <w:p w:rsidR="006F7457" w:rsidRDefault="00332DB8">
            <w:r>
              <w:t>4934.</w:t>
            </w:r>
          </w:p>
        </w:tc>
        <w:tc>
          <w:tcPr>
            <w:tcW w:w="2880" w:type="dxa"/>
          </w:tcPr>
          <w:p w:rsidR="006F7457" w:rsidRPr="00332DB8" w:rsidRDefault="00332DB8">
            <w:pPr>
              <w:rPr>
                <w:lang w:val="ru-RU"/>
              </w:rPr>
            </w:pPr>
            <w:r w:rsidRPr="00332DB8">
              <w:rPr>
                <w:lang w:val="ru-RU"/>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2880" w:type="dxa"/>
          </w:tcPr>
          <w:p w:rsidR="006F7457" w:rsidRDefault="00332DB8">
            <w:r>
              <w:t>09.08.2019</w:t>
            </w:r>
          </w:p>
        </w:tc>
      </w:tr>
      <w:tr w:rsidR="006F7457">
        <w:tc>
          <w:tcPr>
            <w:tcW w:w="2880" w:type="dxa"/>
          </w:tcPr>
          <w:p w:rsidR="006F7457" w:rsidRDefault="00332DB8">
            <w:r>
              <w:t>4935.</w:t>
            </w:r>
          </w:p>
        </w:tc>
        <w:tc>
          <w:tcPr>
            <w:tcW w:w="2880" w:type="dxa"/>
          </w:tcPr>
          <w:p w:rsidR="006F7457" w:rsidRDefault="00332DB8">
            <w:r w:rsidRPr="00332DB8">
              <w:rPr>
                <w:lang w:val="ru-RU"/>
              </w:rPr>
              <w:t xml:space="preserve">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w:t>
            </w:r>
            <w:r>
              <w:t>(решение Сыктывкарского городского суда Республики Коми от 14.01.2019);</w:t>
            </w:r>
          </w:p>
        </w:tc>
        <w:tc>
          <w:tcPr>
            <w:tcW w:w="2880" w:type="dxa"/>
          </w:tcPr>
          <w:p w:rsidR="006F7457" w:rsidRDefault="00332DB8">
            <w:r>
              <w:t>09.08.2019</w:t>
            </w:r>
          </w:p>
        </w:tc>
      </w:tr>
      <w:tr w:rsidR="006F7457">
        <w:tc>
          <w:tcPr>
            <w:tcW w:w="2880" w:type="dxa"/>
          </w:tcPr>
          <w:p w:rsidR="006F7457" w:rsidRDefault="00332DB8">
            <w:r>
              <w:t>4936.</w:t>
            </w:r>
          </w:p>
        </w:tc>
        <w:tc>
          <w:tcPr>
            <w:tcW w:w="2880" w:type="dxa"/>
          </w:tcPr>
          <w:p w:rsidR="006F7457" w:rsidRDefault="00332DB8">
            <w:r w:rsidRPr="00332DB8">
              <w:rPr>
                <w:lang w:val="ru-RU"/>
              </w:rPr>
              <w:t xml:space="preserve">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w:t>
            </w:r>
            <w:r>
              <w:t>(решение Сыктывкарского городского суда Республики Коми от 14.01.2019).</w:t>
            </w:r>
          </w:p>
        </w:tc>
        <w:tc>
          <w:tcPr>
            <w:tcW w:w="2880" w:type="dxa"/>
          </w:tcPr>
          <w:p w:rsidR="006F7457" w:rsidRDefault="00332DB8">
            <w:r>
              <w:t>09.08.2019</w:t>
            </w:r>
          </w:p>
        </w:tc>
      </w:tr>
      <w:tr w:rsidR="006F7457">
        <w:tc>
          <w:tcPr>
            <w:tcW w:w="2880" w:type="dxa"/>
          </w:tcPr>
          <w:p w:rsidR="006F7457" w:rsidRDefault="00332DB8">
            <w:r>
              <w:t>4937.</w:t>
            </w:r>
          </w:p>
        </w:tc>
        <w:tc>
          <w:tcPr>
            <w:tcW w:w="2880" w:type="dxa"/>
          </w:tcPr>
          <w:p w:rsidR="006F7457" w:rsidRPr="00332DB8" w:rsidRDefault="00332DB8">
            <w:pPr>
              <w:rPr>
                <w:lang w:val="ru-RU"/>
              </w:rPr>
            </w:pPr>
            <w:r w:rsidRPr="00332DB8">
              <w:rPr>
                <w:lang w:val="ru-RU"/>
              </w:rPr>
              <w:t xml:space="preserve">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w:t>
            </w:r>
            <w:r w:rsidRPr="00332DB8">
              <w:rPr>
                <w:lang w:val="ru-RU"/>
              </w:rPr>
              <w:lastRenderedPageBreak/>
              <w:t>18.06.2019);</w:t>
            </w:r>
          </w:p>
        </w:tc>
        <w:tc>
          <w:tcPr>
            <w:tcW w:w="2880" w:type="dxa"/>
          </w:tcPr>
          <w:p w:rsidR="006F7457" w:rsidRDefault="00332DB8">
            <w:r>
              <w:lastRenderedPageBreak/>
              <w:t>28.08.2019</w:t>
            </w:r>
          </w:p>
        </w:tc>
      </w:tr>
      <w:tr w:rsidR="006F7457">
        <w:tc>
          <w:tcPr>
            <w:tcW w:w="2880" w:type="dxa"/>
          </w:tcPr>
          <w:p w:rsidR="006F7457" w:rsidRDefault="00332DB8">
            <w:r>
              <w:lastRenderedPageBreak/>
              <w:t>4938.</w:t>
            </w:r>
          </w:p>
        </w:tc>
        <w:tc>
          <w:tcPr>
            <w:tcW w:w="2880" w:type="dxa"/>
          </w:tcPr>
          <w:p w:rsidR="006F7457" w:rsidRPr="00332DB8" w:rsidRDefault="00332DB8">
            <w:pPr>
              <w:rPr>
                <w:lang w:val="ru-RU"/>
              </w:rPr>
            </w:pPr>
            <w:r w:rsidRPr="00332DB8">
              <w:rPr>
                <w:lang w:val="ru-RU"/>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2880" w:type="dxa"/>
          </w:tcPr>
          <w:p w:rsidR="006F7457" w:rsidRDefault="00332DB8">
            <w:r>
              <w:t>28.08.2019</w:t>
            </w:r>
          </w:p>
        </w:tc>
      </w:tr>
      <w:tr w:rsidR="006F7457">
        <w:tc>
          <w:tcPr>
            <w:tcW w:w="2880" w:type="dxa"/>
          </w:tcPr>
          <w:p w:rsidR="006F7457" w:rsidRDefault="00332DB8">
            <w:r>
              <w:t>4939.</w:t>
            </w:r>
          </w:p>
        </w:tc>
        <w:tc>
          <w:tcPr>
            <w:tcW w:w="2880" w:type="dxa"/>
          </w:tcPr>
          <w:p w:rsidR="006F7457" w:rsidRPr="00332DB8" w:rsidRDefault="00332DB8">
            <w:pPr>
              <w:rPr>
                <w:lang w:val="ru-RU"/>
              </w:rPr>
            </w:pPr>
            <w:r w:rsidRPr="00332DB8">
              <w:rPr>
                <w:lang w:val="ru-RU"/>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2880" w:type="dxa"/>
          </w:tcPr>
          <w:p w:rsidR="006F7457" w:rsidRDefault="00332DB8">
            <w:r>
              <w:t>28.08.2019</w:t>
            </w:r>
          </w:p>
        </w:tc>
      </w:tr>
      <w:tr w:rsidR="006F7457">
        <w:tc>
          <w:tcPr>
            <w:tcW w:w="2880" w:type="dxa"/>
          </w:tcPr>
          <w:p w:rsidR="006F7457" w:rsidRDefault="00332DB8">
            <w:r>
              <w:t>4940.</w:t>
            </w:r>
          </w:p>
        </w:tc>
        <w:tc>
          <w:tcPr>
            <w:tcW w:w="2880" w:type="dxa"/>
          </w:tcPr>
          <w:p w:rsidR="006F7457" w:rsidRPr="00332DB8" w:rsidRDefault="00332DB8">
            <w:pPr>
              <w:rPr>
                <w:lang w:val="ru-RU"/>
              </w:rPr>
            </w:pPr>
            <w:r w:rsidRPr="00332DB8">
              <w:rPr>
                <w:lang w:val="ru-RU"/>
              </w:rPr>
              <w:t xml:space="preserve">Аудиозапись (песня) неизвестного автора, продолжительностью 4 минуты 11 секунд, содержащийся на компакт-диске </w:t>
            </w:r>
            <w:r>
              <w:t>CD</w:t>
            </w:r>
            <w:r w:rsidRPr="00332DB8">
              <w:rPr>
                <w:lang w:val="ru-RU"/>
              </w:rPr>
              <w:t>-</w:t>
            </w:r>
            <w:r>
              <w:t>R</w:t>
            </w:r>
            <w:r w:rsidRPr="00332DB8">
              <w:rPr>
                <w:lang w:val="ru-RU"/>
              </w:rPr>
              <w:t>,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2880" w:type="dxa"/>
          </w:tcPr>
          <w:p w:rsidR="006F7457" w:rsidRDefault="00332DB8">
            <w:r>
              <w:t>28.08.2019</w:t>
            </w:r>
          </w:p>
        </w:tc>
      </w:tr>
      <w:tr w:rsidR="006F7457">
        <w:tc>
          <w:tcPr>
            <w:tcW w:w="2880" w:type="dxa"/>
          </w:tcPr>
          <w:p w:rsidR="006F7457" w:rsidRDefault="00332DB8">
            <w:r>
              <w:t>4941.</w:t>
            </w:r>
          </w:p>
        </w:tc>
        <w:tc>
          <w:tcPr>
            <w:tcW w:w="2880" w:type="dxa"/>
          </w:tcPr>
          <w:p w:rsidR="006F7457" w:rsidRPr="00332DB8" w:rsidRDefault="00332DB8">
            <w:pPr>
              <w:rPr>
                <w:lang w:val="ru-RU"/>
              </w:rPr>
            </w:pPr>
            <w:r w:rsidRPr="00332DB8">
              <w:rPr>
                <w:lang w:val="ru-RU"/>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2880" w:type="dxa"/>
          </w:tcPr>
          <w:p w:rsidR="006F7457" w:rsidRDefault="00332DB8">
            <w:r>
              <w:t>28.08.2019</w:t>
            </w:r>
          </w:p>
        </w:tc>
      </w:tr>
      <w:tr w:rsidR="006F7457">
        <w:tc>
          <w:tcPr>
            <w:tcW w:w="2880" w:type="dxa"/>
          </w:tcPr>
          <w:p w:rsidR="006F7457" w:rsidRDefault="00332DB8">
            <w:r>
              <w:t>4942.</w:t>
            </w:r>
          </w:p>
        </w:tc>
        <w:tc>
          <w:tcPr>
            <w:tcW w:w="2880" w:type="dxa"/>
          </w:tcPr>
          <w:p w:rsidR="006F7457" w:rsidRPr="00332DB8" w:rsidRDefault="00332DB8">
            <w:pPr>
              <w:rPr>
                <w:lang w:val="ru-RU"/>
              </w:rPr>
            </w:pPr>
            <w:r w:rsidRPr="00332DB8">
              <w:rPr>
                <w:lang w:val="ru-RU"/>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2880" w:type="dxa"/>
          </w:tcPr>
          <w:p w:rsidR="006F7457" w:rsidRDefault="00332DB8">
            <w:r>
              <w:t>28.08.2019</w:t>
            </w:r>
          </w:p>
        </w:tc>
      </w:tr>
      <w:tr w:rsidR="006F7457">
        <w:tc>
          <w:tcPr>
            <w:tcW w:w="2880" w:type="dxa"/>
          </w:tcPr>
          <w:p w:rsidR="006F7457" w:rsidRDefault="00332DB8">
            <w:r>
              <w:lastRenderedPageBreak/>
              <w:t>4943.</w:t>
            </w:r>
          </w:p>
        </w:tc>
        <w:tc>
          <w:tcPr>
            <w:tcW w:w="2880" w:type="dxa"/>
          </w:tcPr>
          <w:p w:rsidR="006F7457" w:rsidRPr="00332DB8" w:rsidRDefault="00332DB8">
            <w:pPr>
              <w:rPr>
                <w:lang w:val="ru-RU"/>
              </w:rPr>
            </w:pPr>
            <w:r w:rsidRPr="00332DB8">
              <w:rPr>
                <w:lang w:val="ru-RU"/>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2880" w:type="dxa"/>
          </w:tcPr>
          <w:p w:rsidR="006F7457" w:rsidRDefault="00332DB8">
            <w:r>
              <w:t>28.08.2019</w:t>
            </w:r>
          </w:p>
        </w:tc>
      </w:tr>
      <w:tr w:rsidR="006F7457">
        <w:tc>
          <w:tcPr>
            <w:tcW w:w="2880" w:type="dxa"/>
          </w:tcPr>
          <w:p w:rsidR="006F7457" w:rsidRDefault="00332DB8">
            <w:r>
              <w:t>4944.</w:t>
            </w:r>
          </w:p>
        </w:tc>
        <w:tc>
          <w:tcPr>
            <w:tcW w:w="2880" w:type="dxa"/>
          </w:tcPr>
          <w:p w:rsidR="006F7457" w:rsidRPr="00332DB8" w:rsidRDefault="00332DB8">
            <w:pPr>
              <w:rPr>
                <w:lang w:val="ru-RU"/>
              </w:rPr>
            </w:pPr>
            <w:r w:rsidRPr="00332DB8">
              <w:rPr>
                <w:lang w:val="ru-RU"/>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2880" w:type="dxa"/>
          </w:tcPr>
          <w:p w:rsidR="006F7457" w:rsidRDefault="00332DB8">
            <w:r>
              <w:t>28.08.2019</w:t>
            </w:r>
          </w:p>
        </w:tc>
      </w:tr>
      <w:tr w:rsidR="006F7457">
        <w:tc>
          <w:tcPr>
            <w:tcW w:w="2880" w:type="dxa"/>
          </w:tcPr>
          <w:p w:rsidR="006F7457" w:rsidRDefault="00332DB8">
            <w:r>
              <w:t>4945.</w:t>
            </w:r>
          </w:p>
        </w:tc>
        <w:tc>
          <w:tcPr>
            <w:tcW w:w="2880" w:type="dxa"/>
          </w:tcPr>
          <w:p w:rsidR="006F7457" w:rsidRPr="00332DB8" w:rsidRDefault="00332DB8">
            <w:pPr>
              <w:rPr>
                <w:lang w:val="ru-RU"/>
              </w:rPr>
            </w:pPr>
            <w:r w:rsidRPr="00332DB8">
              <w:rPr>
                <w:lang w:val="ru-RU"/>
              </w:rPr>
              <w:t>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2880" w:type="dxa"/>
          </w:tcPr>
          <w:p w:rsidR="006F7457" w:rsidRDefault="00332DB8">
            <w:r>
              <w:t>28.08.2019</w:t>
            </w:r>
          </w:p>
        </w:tc>
      </w:tr>
      <w:tr w:rsidR="006F7457">
        <w:tc>
          <w:tcPr>
            <w:tcW w:w="2880" w:type="dxa"/>
          </w:tcPr>
          <w:p w:rsidR="006F7457" w:rsidRDefault="00332DB8">
            <w:r>
              <w:t>4946.</w:t>
            </w:r>
          </w:p>
        </w:tc>
        <w:tc>
          <w:tcPr>
            <w:tcW w:w="2880" w:type="dxa"/>
          </w:tcPr>
          <w:p w:rsidR="006F7457" w:rsidRPr="00332DB8" w:rsidRDefault="00332DB8">
            <w:pPr>
              <w:rPr>
                <w:lang w:val="ru-RU"/>
              </w:rPr>
            </w:pPr>
            <w:r w:rsidRPr="00332DB8">
              <w:rPr>
                <w:lang w:val="ru-RU"/>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2880" w:type="dxa"/>
          </w:tcPr>
          <w:p w:rsidR="006F7457" w:rsidRDefault="00332DB8">
            <w:r>
              <w:t>28.08.2019</w:t>
            </w:r>
          </w:p>
        </w:tc>
      </w:tr>
      <w:tr w:rsidR="006F7457">
        <w:tc>
          <w:tcPr>
            <w:tcW w:w="2880" w:type="dxa"/>
          </w:tcPr>
          <w:p w:rsidR="006F7457" w:rsidRDefault="00332DB8">
            <w:r>
              <w:t>4947.</w:t>
            </w:r>
          </w:p>
        </w:tc>
        <w:tc>
          <w:tcPr>
            <w:tcW w:w="2880" w:type="dxa"/>
          </w:tcPr>
          <w:p w:rsidR="006F7457" w:rsidRPr="00332DB8" w:rsidRDefault="00332DB8">
            <w:pPr>
              <w:rPr>
                <w:lang w:val="ru-RU"/>
              </w:rPr>
            </w:pPr>
            <w:r w:rsidRPr="00332DB8">
              <w:rPr>
                <w:lang w:val="ru-RU"/>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2880" w:type="dxa"/>
          </w:tcPr>
          <w:p w:rsidR="006F7457" w:rsidRDefault="00332DB8">
            <w:r>
              <w:t>28.08.2019</w:t>
            </w:r>
          </w:p>
        </w:tc>
      </w:tr>
      <w:tr w:rsidR="006F7457">
        <w:tc>
          <w:tcPr>
            <w:tcW w:w="2880" w:type="dxa"/>
          </w:tcPr>
          <w:p w:rsidR="006F7457" w:rsidRDefault="00332DB8">
            <w:r>
              <w:lastRenderedPageBreak/>
              <w:t>4948.</w:t>
            </w:r>
          </w:p>
        </w:tc>
        <w:tc>
          <w:tcPr>
            <w:tcW w:w="2880" w:type="dxa"/>
          </w:tcPr>
          <w:p w:rsidR="006F7457" w:rsidRPr="00332DB8" w:rsidRDefault="00332DB8">
            <w:pPr>
              <w:rPr>
                <w:lang w:val="ru-RU"/>
              </w:rPr>
            </w:pPr>
            <w:r w:rsidRPr="00332DB8">
              <w:rPr>
                <w:lang w:val="ru-RU"/>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2880" w:type="dxa"/>
          </w:tcPr>
          <w:p w:rsidR="006F7457" w:rsidRDefault="00332DB8">
            <w:r>
              <w:t>28.08.2019</w:t>
            </w:r>
          </w:p>
        </w:tc>
      </w:tr>
      <w:tr w:rsidR="006F7457">
        <w:tc>
          <w:tcPr>
            <w:tcW w:w="2880" w:type="dxa"/>
          </w:tcPr>
          <w:p w:rsidR="006F7457" w:rsidRDefault="00332DB8">
            <w:r>
              <w:t>4949.</w:t>
            </w:r>
          </w:p>
        </w:tc>
        <w:tc>
          <w:tcPr>
            <w:tcW w:w="2880" w:type="dxa"/>
          </w:tcPr>
          <w:p w:rsidR="006F7457" w:rsidRPr="00332DB8" w:rsidRDefault="00332DB8">
            <w:pPr>
              <w:rPr>
                <w:lang w:val="ru-RU"/>
              </w:rPr>
            </w:pPr>
            <w:r w:rsidRPr="00332DB8">
              <w:rPr>
                <w:lang w:val="ru-RU"/>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2880" w:type="dxa"/>
          </w:tcPr>
          <w:p w:rsidR="006F7457" w:rsidRDefault="00332DB8">
            <w:r>
              <w:t>28.08.2019</w:t>
            </w:r>
          </w:p>
        </w:tc>
      </w:tr>
      <w:tr w:rsidR="006F7457">
        <w:tc>
          <w:tcPr>
            <w:tcW w:w="2880" w:type="dxa"/>
          </w:tcPr>
          <w:p w:rsidR="006F7457" w:rsidRDefault="00332DB8">
            <w:r>
              <w:t>4950.</w:t>
            </w:r>
          </w:p>
        </w:tc>
        <w:tc>
          <w:tcPr>
            <w:tcW w:w="2880" w:type="dxa"/>
          </w:tcPr>
          <w:p w:rsidR="006F7457" w:rsidRPr="00332DB8" w:rsidRDefault="00332DB8">
            <w:pPr>
              <w:rPr>
                <w:lang w:val="ru-RU"/>
              </w:rPr>
            </w:pPr>
            <w:r w:rsidRPr="00332DB8">
              <w:rPr>
                <w:lang w:val="ru-RU"/>
              </w:rPr>
              <w:t>Музыкальная композиция (аудиозапись) «</w:t>
            </w:r>
            <w:r>
              <w:t>Chernaja</w:t>
            </w:r>
            <w:r w:rsidRPr="00332DB8">
              <w:rPr>
                <w:lang w:val="ru-RU"/>
              </w:rPr>
              <w:t xml:space="preserve"> </w:t>
            </w:r>
            <w:r>
              <w:t>smert</w:t>
            </w:r>
            <w:r w:rsidRPr="00332DB8">
              <w:rPr>
                <w:lang w:val="ru-RU"/>
              </w:rPr>
              <w:t xml:space="preserve"> (черная смерть)» автора </w:t>
            </w:r>
            <w:r>
              <w:t>Nebrat</w:t>
            </w:r>
            <w:r w:rsidRPr="00332DB8">
              <w:rPr>
                <w:lang w:val="ru-RU"/>
              </w:rPr>
              <w:t xml:space="preserve">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w:t>
            </w:r>
          </w:p>
        </w:tc>
        <w:tc>
          <w:tcPr>
            <w:tcW w:w="2880" w:type="dxa"/>
          </w:tcPr>
          <w:p w:rsidR="006F7457" w:rsidRDefault="00332DB8">
            <w:r>
              <w:t>13.09.2019</w:t>
            </w:r>
          </w:p>
        </w:tc>
      </w:tr>
      <w:tr w:rsidR="006F7457">
        <w:tc>
          <w:tcPr>
            <w:tcW w:w="2880" w:type="dxa"/>
          </w:tcPr>
          <w:p w:rsidR="006F7457" w:rsidRDefault="00332DB8">
            <w:r>
              <w:t>4951.</w:t>
            </w:r>
          </w:p>
        </w:tc>
        <w:tc>
          <w:tcPr>
            <w:tcW w:w="2880" w:type="dxa"/>
          </w:tcPr>
          <w:p w:rsidR="006F7457" w:rsidRPr="00332DB8" w:rsidRDefault="00332DB8">
            <w:pPr>
              <w:rPr>
                <w:lang w:val="ru-RU"/>
              </w:rPr>
            </w:pPr>
            <w:r w:rsidRPr="00332DB8">
              <w:rPr>
                <w:lang w:val="ru-RU"/>
              </w:rPr>
              <w:t>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w:t>
            </w:r>
          </w:p>
        </w:tc>
        <w:tc>
          <w:tcPr>
            <w:tcW w:w="2880" w:type="dxa"/>
          </w:tcPr>
          <w:p w:rsidR="006F7457" w:rsidRDefault="00332DB8">
            <w:r>
              <w:t>13.09.2019</w:t>
            </w:r>
          </w:p>
        </w:tc>
      </w:tr>
      <w:tr w:rsidR="006F7457">
        <w:tc>
          <w:tcPr>
            <w:tcW w:w="2880" w:type="dxa"/>
          </w:tcPr>
          <w:p w:rsidR="006F7457" w:rsidRDefault="00332DB8">
            <w:r>
              <w:t>4</w:t>
            </w:r>
            <w:r>
              <w:lastRenderedPageBreak/>
              <w:t>952.</w:t>
            </w:r>
          </w:p>
        </w:tc>
        <w:tc>
          <w:tcPr>
            <w:tcW w:w="2880" w:type="dxa"/>
          </w:tcPr>
          <w:p w:rsidR="006F7457" w:rsidRPr="00332DB8" w:rsidRDefault="00332DB8">
            <w:pPr>
              <w:rPr>
                <w:lang w:val="ru-RU"/>
              </w:rPr>
            </w:pPr>
            <w:r w:rsidRPr="00332DB8">
              <w:rPr>
                <w:lang w:val="ru-RU"/>
              </w:rPr>
              <w:lastRenderedPageBreak/>
              <w:t xml:space="preserve">Видеофайл: «Кто такие скинхеды?» продолжительностью 04 минуты 11 секунд, начинающийся со слов: </w:t>
            </w:r>
            <w:r w:rsidRPr="00332DB8">
              <w:rPr>
                <w:lang w:val="ru-RU"/>
              </w:rPr>
              <w:lastRenderedPageBreak/>
              <w:t>«Скинхедов называют фашистами», заканчивающийся словами: «Они предатели» (решение Ленинского районного суда г. Воронежа от 09.07.2019);</w:t>
            </w:r>
          </w:p>
        </w:tc>
        <w:tc>
          <w:tcPr>
            <w:tcW w:w="2880" w:type="dxa"/>
          </w:tcPr>
          <w:p w:rsidR="006F7457" w:rsidRDefault="00332DB8">
            <w:r>
              <w:lastRenderedPageBreak/>
              <w:t>27.</w:t>
            </w:r>
            <w:r>
              <w:lastRenderedPageBreak/>
              <w:t>09.2019</w:t>
            </w:r>
          </w:p>
        </w:tc>
      </w:tr>
      <w:tr w:rsidR="006F7457">
        <w:tc>
          <w:tcPr>
            <w:tcW w:w="2880" w:type="dxa"/>
          </w:tcPr>
          <w:p w:rsidR="006F7457" w:rsidRDefault="00332DB8">
            <w:r>
              <w:lastRenderedPageBreak/>
              <w:t>4953.</w:t>
            </w:r>
          </w:p>
        </w:tc>
        <w:tc>
          <w:tcPr>
            <w:tcW w:w="2880" w:type="dxa"/>
          </w:tcPr>
          <w:p w:rsidR="006F7457" w:rsidRPr="00332DB8" w:rsidRDefault="00332DB8">
            <w:pPr>
              <w:rPr>
                <w:lang w:val="ru-RU"/>
              </w:rPr>
            </w:pPr>
            <w:r w:rsidRPr="00332DB8">
              <w:rPr>
                <w:lang w:val="ru-RU"/>
              </w:rPr>
              <w:t>Видеозапись: «нашид Сверкающая молния (</w:t>
            </w:r>
            <w:r>
              <w:t>NEW</w:t>
            </w:r>
            <w:r w:rsidRPr="00332DB8">
              <w:rPr>
                <w:lang w:val="ru-RU"/>
              </w:rPr>
              <w:t>-2016)»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от 22.07.2019);</w:t>
            </w:r>
          </w:p>
        </w:tc>
        <w:tc>
          <w:tcPr>
            <w:tcW w:w="2880" w:type="dxa"/>
          </w:tcPr>
          <w:p w:rsidR="006F7457" w:rsidRDefault="00332DB8">
            <w:r>
              <w:t>27.09.2019</w:t>
            </w:r>
          </w:p>
        </w:tc>
      </w:tr>
      <w:tr w:rsidR="006F7457">
        <w:tc>
          <w:tcPr>
            <w:tcW w:w="2880" w:type="dxa"/>
          </w:tcPr>
          <w:p w:rsidR="006F7457" w:rsidRDefault="00332DB8">
            <w:r>
              <w:t>4954.</w:t>
            </w:r>
          </w:p>
        </w:tc>
        <w:tc>
          <w:tcPr>
            <w:tcW w:w="2880" w:type="dxa"/>
          </w:tcPr>
          <w:p w:rsidR="006F7457" w:rsidRDefault="00332DB8">
            <w:r w:rsidRPr="00332DB8">
              <w:rPr>
                <w:lang w:val="ru-RU"/>
              </w:rPr>
              <w:t>Аудиозапись «Бухенвальд Флава-Варвара Семённа.</w:t>
            </w:r>
            <w:r>
              <w:t>mp</w:t>
            </w:r>
            <w:r w:rsidRPr="00332DB8">
              <w:rPr>
                <w:lang w:val="ru-RU"/>
              </w:rPr>
              <w:t xml:space="preserve">3» продолжительностью 2 мин. 39 сек, начинающаяся словами «Бухенвальд Флава, вся … я курю на лестничной клетке …» и заканчивающаяся словами «поберегите … </w:t>
            </w:r>
            <w:r>
              <w:t>Варвара Семённа» (решение Ленинского районного суда г. Смоленска от 26.07.2019);</w:t>
            </w:r>
          </w:p>
        </w:tc>
        <w:tc>
          <w:tcPr>
            <w:tcW w:w="2880" w:type="dxa"/>
          </w:tcPr>
          <w:p w:rsidR="006F7457" w:rsidRDefault="00332DB8">
            <w:r>
              <w:t>08.10.2019</w:t>
            </w:r>
          </w:p>
        </w:tc>
      </w:tr>
      <w:tr w:rsidR="006F7457">
        <w:tc>
          <w:tcPr>
            <w:tcW w:w="2880" w:type="dxa"/>
          </w:tcPr>
          <w:p w:rsidR="006F7457" w:rsidRDefault="00332DB8">
            <w:r>
              <w:t>4955.</w:t>
            </w:r>
          </w:p>
        </w:tc>
        <w:tc>
          <w:tcPr>
            <w:tcW w:w="2880" w:type="dxa"/>
          </w:tcPr>
          <w:p w:rsidR="006F7457" w:rsidRDefault="00332DB8">
            <w:r w:rsidRPr="00332DB8">
              <w:rPr>
                <w:lang w:val="ru-RU"/>
              </w:rPr>
              <w:t>Аудиозапись «Ультра-Штурмовик.</w:t>
            </w:r>
            <w:r>
              <w:t>mp</w:t>
            </w:r>
            <w:r w:rsidRPr="00332DB8">
              <w:rPr>
                <w:lang w:val="ru-RU"/>
              </w:rPr>
              <w:t xml:space="preserve">3» продолжительностью 2 мин. 50 сек., начинающаяся со слов «Зиг-хайль! Тяжелые ботинки, на шее кельтский крест» и заканчивающаяся словами «Шагает гордо штурмовик! </w:t>
            </w:r>
            <w:r>
              <w:t>Зиг-хайль» (решение Ленинского районного суда г. Смоленска от 26.07.2019);</w:t>
            </w:r>
          </w:p>
        </w:tc>
        <w:tc>
          <w:tcPr>
            <w:tcW w:w="2880" w:type="dxa"/>
          </w:tcPr>
          <w:p w:rsidR="006F7457" w:rsidRDefault="00332DB8">
            <w:r>
              <w:t>08.10.2019</w:t>
            </w:r>
          </w:p>
        </w:tc>
      </w:tr>
      <w:tr w:rsidR="006F7457">
        <w:tc>
          <w:tcPr>
            <w:tcW w:w="2880" w:type="dxa"/>
          </w:tcPr>
          <w:p w:rsidR="006F7457" w:rsidRDefault="00332DB8">
            <w:r>
              <w:t>4956.</w:t>
            </w:r>
          </w:p>
        </w:tc>
        <w:tc>
          <w:tcPr>
            <w:tcW w:w="2880" w:type="dxa"/>
          </w:tcPr>
          <w:p w:rsidR="006F7457" w:rsidRPr="00332DB8" w:rsidRDefault="00332DB8">
            <w:pPr>
              <w:rPr>
                <w:lang w:val="ru-RU"/>
              </w:rPr>
            </w:pPr>
            <w:r w:rsidRPr="00332DB8">
              <w:rPr>
                <w:lang w:val="ru-RU"/>
              </w:rPr>
              <w:t xml:space="preserve">Аудиозапись «Проект «282» - </w:t>
            </w:r>
            <w:r>
              <w:t>White</w:t>
            </w:r>
            <w:r w:rsidRPr="00332DB8">
              <w:rPr>
                <w:lang w:val="ru-RU"/>
              </w:rPr>
              <w:t xml:space="preserve"> </w:t>
            </w:r>
            <w:r>
              <w:t>Power</w:t>
            </w:r>
            <w:r w:rsidRPr="00332DB8">
              <w:rPr>
                <w:lang w:val="ru-RU"/>
              </w:rPr>
              <w:t xml:space="preserve">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w:t>
            </w:r>
          </w:p>
        </w:tc>
        <w:tc>
          <w:tcPr>
            <w:tcW w:w="2880" w:type="dxa"/>
          </w:tcPr>
          <w:p w:rsidR="006F7457" w:rsidRDefault="00332DB8">
            <w:r>
              <w:t>08.10.2019</w:t>
            </w:r>
          </w:p>
        </w:tc>
      </w:tr>
      <w:tr w:rsidR="006F7457">
        <w:tc>
          <w:tcPr>
            <w:tcW w:w="2880" w:type="dxa"/>
          </w:tcPr>
          <w:p w:rsidR="006F7457" w:rsidRDefault="00332DB8">
            <w:r>
              <w:t>4957.</w:t>
            </w:r>
          </w:p>
        </w:tc>
        <w:tc>
          <w:tcPr>
            <w:tcW w:w="2880" w:type="dxa"/>
          </w:tcPr>
          <w:p w:rsidR="006F7457" w:rsidRPr="00332DB8" w:rsidRDefault="00332DB8">
            <w:pPr>
              <w:rPr>
                <w:lang w:val="ru-RU"/>
              </w:rPr>
            </w:pPr>
            <w:r w:rsidRPr="00332DB8">
              <w:rPr>
                <w:lang w:val="ru-RU"/>
              </w:rPr>
              <w:t>Аудиозапись «</w:t>
            </w:r>
            <w:r>
              <w:t>SANDER</w:t>
            </w:r>
            <w:r w:rsidRPr="00332DB8">
              <w:rPr>
                <w:lang w:val="ru-RU"/>
              </w:rPr>
              <w:t xml:space="preserve"> – Белый порядок (Битло Худой </w:t>
            </w:r>
            <w:r>
              <w:t>Prod</w:t>
            </w:r>
            <w:r w:rsidRPr="00332DB8">
              <w:rPr>
                <w:lang w:val="ru-RU"/>
              </w:rPr>
              <w:t>.)»,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w:t>
            </w:r>
          </w:p>
        </w:tc>
        <w:tc>
          <w:tcPr>
            <w:tcW w:w="2880" w:type="dxa"/>
          </w:tcPr>
          <w:p w:rsidR="006F7457" w:rsidRDefault="00332DB8">
            <w:r>
              <w:t>08.10.2019</w:t>
            </w:r>
          </w:p>
        </w:tc>
      </w:tr>
      <w:tr w:rsidR="006F7457">
        <w:tc>
          <w:tcPr>
            <w:tcW w:w="2880" w:type="dxa"/>
          </w:tcPr>
          <w:p w:rsidR="006F7457" w:rsidRDefault="00332DB8">
            <w:r>
              <w:lastRenderedPageBreak/>
              <w:t>4958.</w:t>
            </w:r>
          </w:p>
        </w:tc>
        <w:tc>
          <w:tcPr>
            <w:tcW w:w="2880" w:type="dxa"/>
          </w:tcPr>
          <w:p w:rsidR="006F7457" w:rsidRPr="00332DB8" w:rsidRDefault="00332DB8">
            <w:pPr>
              <w:rPr>
                <w:lang w:val="ru-RU"/>
              </w:rPr>
            </w:pPr>
            <w:r w:rsidRPr="00332DB8">
              <w:rPr>
                <w:lang w:val="ru-RU"/>
              </w:rPr>
              <w:t>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w:t>
            </w:r>
          </w:p>
        </w:tc>
        <w:tc>
          <w:tcPr>
            <w:tcW w:w="2880" w:type="dxa"/>
          </w:tcPr>
          <w:p w:rsidR="006F7457" w:rsidRDefault="00332DB8">
            <w:r>
              <w:t>08.10.2019</w:t>
            </w:r>
          </w:p>
        </w:tc>
      </w:tr>
      <w:tr w:rsidR="006F7457">
        <w:tc>
          <w:tcPr>
            <w:tcW w:w="2880" w:type="dxa"/>
          </w:tcPr>
          <w:p w:rsidR="006F7457" w:rsidRDefault="00332DB8">
            <w:r>
              <w:t>4959.</w:t>
            </w:r>
          </w:p>
        </w:tc>
        <w:tc>
          <w:tcPr>
            <w:tcW w:w="2880" w:type="dxa"/>
          </w:tcPr>
          <w:p w:rsidR="006F7457" w:rsidRPr="00332DB8" w:rsidRDefault="00332DB8">
            <w:pPr>
              <w:rPr>
                <w:lang w:val="ru-RU"/>
              </w:rPr>
            </w:pPr>
            <w:r w:rsidRPr="00332DB8">
              <w:rPr>
                <w:lang w:val="ru-RU"/>
              </w:rPr>
              <w:t>Аудиозапись «Проект «282» - А девочка ждет… (</w:t>
            </w:r>
            <w:r>
              <w:t>parody</w:t>
            </w:r>
            <w:r w:rsidRPr="00332DB8">
              <w:rPr>
                <w:lang w:val="ru-RU"/>
              </w:rPr>
              <w:t xml:space="preserve"> </w:t>
            </w:r>
            <w:r>
              <w:t>SD</w:t>
            </w:r>
            <w:r w:rsidRPr="00332DB8">
              <w:rPr>
                <w:lang w:val="ru-RU"/>
              </w:rPr>
              <w:t>)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w:t>
            </w:r>
          </w:p>
        </w:tc>
        <w:tc>
          <w:tcPr>
            <w:tcW w:w="2880" w:type="dxa"/>
          </w:tcPr>
          <w:p w:rsidR="006F7457" w:rsidRDefault="00332DB8">
            <w:r>
              <w:t>08.10.2019</w:t>
            </w:r>
          </w:p>
        </w:tc>
      </w:tr>
      <w:tr w:rsidR="006F7457">
        <w:tc>
          <w:tcPr>
            <w:tcW w:w="2880" w:type="dxa"/>
          </w:tcPr>
          <w:p w:rsidR="006F7457" w:rsidRDefault="00332DB8">
            <w:r>
              <w:t>4960.</w:t>
            </w:r>
          </w:p>
        </w:tc>
        <w:tc>
          <w:tcPr>
            <w:tcW w:w="2880" w:type="dxa"/>
          </w:tcPr>
          <w:p w:rsidR="006F7457" w:rsidRDefault="00332DB8">
            <w:r w:rsidRPr="00332DB8">
              <w:rPr>
                <w:lang w:val="ru-RU"/>
              </w:rPr>
              <w:t xml:space="preserve">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w:t>
            </w:r>
            <w:r>
              <w:t>Александров, 2006 г.» (решение Центрального районного суда г. Красноярска от 18.07.2019).</w:t>
            </w:r>
          </w:p>
        </w:tc>
        <w:tc>
          <w:tcPr>
            <w:tcW w:w="2880" w:type="dxa"/>
          </w:tcPr>
          <w:p w:rsidR="006F7457" w:rsidRDefault="00332DB8">
            <w:r>
              <w:t>08.10.2019</w:t>
            </w:r>
          </w:p>
        </w:tc>
      </w:tr>
      <w:tr w:rsidR="006F7457">
        <w:tc>
          <w:tcPr>
            <w:tcW w:w="2880" w:type="dxa"/>
          </w:tcPr>
          <w:p w:rsidR="006F7457" w:rsidRDefault="00332DB8">
            <w:r>
              <w:t>4961.</w:t>
            </w:r>
          </w:p>
        </w:tc>
        <w:tc>
          <w:tcPr>
            <w:tcW w:w="2880" w:type="dxa"/>
          </w:tcPr>
          <w:p w:rsidR="006F7457" w:rsidRPr="00332DB8" w:rsidRDefault="00332DB8">
            <w:pPr>
              <w:rPr>
                <w:lang w:val="ru-RU"/>
              </w:rPr>
            </w:pPr>
            <w:r w:rsidRPr="00332DB8">
              <w:rPr>
                <w:lang w:val="ru-RU"/>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2880" w:type="dxa"/>
          </w:tcPr>
          <w:p w:rsidR="006F7457" w:rsidRDefault="00332DB8">
            <w:r>
              <w:t>25.10.2019</w:t>
            </w:r>
          </w:p>
        </w:tc>
      </w:tr>
      <w:tr w:rsidR="006F7457">
        <w:tc>
          <w:tcPr>
            <w:tcW w:w="2880" w:type="dxa"/>
          </w:tcPr>
          <w:p w:rsidR="006F7457" w:rsidRDefault="00332DB8">
            <w:r>
              <w:t>4962.</w:t>
            </w:r>
          </w:p>
        </w:tc>
        <w:tc>
          <w:tcPr>
            <w:tcW w:w="2880" w:type="dxa"/>
          </w:tcPr>
          <w:p w:rsidR="006F7457" w:rsidRPr="00332DB8" w:rsidRDefault="00332DB8">
            <w:pPr>
              <w:rPr>
                <w:lang w:val="ru-RU"/>
              </w:rPr>
            </w:pPr>
            <w:r w:rsidRPr="00332DB8">
              <w:rPr>
                <w:lang w:val="ru-RU"/>
              </w:rPr>
              <w:t>Книга под названием «Иуда на ущербе» представленная в электронном виде в формате «</w:t>
            </w:r>
            <w:r>
              <w:t>doc</w:t>
            </w:r>
            <w:r w:rsidRPr="00332DB8">
              <w:rPr>
                <w:lang w:val="ru-RU"/>
              </w:rPr>
              <w:t xml:space="preserve">»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w:t>
            </w:r>
            <w:r w:rsidRPr="00332DB8">
              <w:rPr>
                <w:lang w:val="ru-RU"/>
              </w:rPr>
              <w:lastRenderedPageBreak/>
              <w:t>Приморского края от 16.07.2019 и дополнительное решение Находкинского городского суда Приморского края от 01.08.2019);</w:t>
            </w:r>
          </w:p>
        </w:tc>
        <w:tc>
          <w:tcPr>
            <w:tcW w:w="2880" w:type="dxa"/>
          </w:tcPr>
          <w:p w:rsidR="006F7457" w:rsidRDefault="00332DB8">
            <w:r>
              <w:lastRenderedPageBreak/>
              <w:t>25.10.2019</w:t>
            </w:r>
          </w:p>
        </w:tc>
      </w:tr>
      <w:tr w:rsidR="006F7457">
        <w:tc>
          <w:tcPr>
            <w:tcW w:w="2880" w:type="dxa"/>
          </w:tcPr>
          <w:p w:rsidR="006F7457" w:rsidRDefault="00332DB8">
            <w:r>
              <w:lastRenderedPageBreak/>
              <w:t>4963.</w:t>
            </w:r>
          </w:p>
        </w:tc>
        <w:tc>
          <w:tcPr>
            <w:tcW w:w="2880" w:type="dxa"/>
          </w:tcPr>
          <w:p w:rsidR="006F7457" w:rsidRPr="00332DB8" w:rsidRDefault="00332DB8">
            <w:pPr>
              <w:rPr>
                <w:lang w:val="ru-RU"/>
              </w:rPr>
            </w:pPr>
            <w:r w:rsidRPr="00332DB8">
              <w:rPr>
                <w:lang w:val="ru-RU"/>
              </w:rPr>
              <w:t>Видеозапись под наименованием «Мухаммад аль-Люхайдан – Наисильнейшее Дуа!!!», продолжительностью 5 минут 41 секунда, начинающийся изображением надписи «</w:t>
            </w:r>
            <w:r>
              <w:t>THE</w:t>
            </w:r>
            <w:r w:rsidRPr="00332DB8">
              <w:rPr>
                <w:lang w:val="ru-RU"/>
              </w:rPr>
              <w:t xml:space="preserve"> </w:t>
            </w:r>
            <w:r>
              <w:t>SALYAF</w:t>
            </w:r>
            <w:r w:rsidRPr="00332DB8">
              <w:rPr>
                <w:lang w:val="ru-RU"/>
              </w:rPr>
              <w:t xml:space="preserve"> </w:t>
            </w:r>
            <w:r>
              <w:t>www</w:t>
            </w:r>
            <w:r w:rsidRPr="00332DB8">
              <w:rPr>
                <w:lang w:val="ru-RU"/>
              </w:rPr>
              <w:t>/</w:t>
            </w:r>
            <w:r>
              <w:t>youtube</w:t>
            </w:r>
            <w:r w:rsidRPr="00332DB8">
              <w:rPr>
                <w:lang w:val="ru-RU"/>
              </w:rPr>
              <w:t>.</w:t>
            </w:r>
            <w:r>
              <w:t>com</w:t>
            </w:r>
            <w:r w:rsidRPr="00332DB8">
              <w:rPr>
                <w:lang w:val="ru-RU"/>
              </w:rPr>
              <w:t>/</w:t>
            </w:r>
            <w:r>
              <w:t>The</w:t>
            </w:r>
            <w:r w:rsidRPr="00332DB8">
              <w:rPr>
                <w:lang w:val="ru-RU"/>
              </w:rPr>
              <w:t xml:space="preserve"> </w:t>
            </w:r>
            <w:r>
              <w:t>SALYAF</w:t>
            </w:r>
            <w:r w:rsidRPr="00332DB8">
              <w:rPr>
                <w:lang w:val="ru-RU"/>
              </w:rPr>
              <w:t>»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2880" w:type="dxa"/>
          </w:tcPr>
          <w:p w:rsidR="006F7457" w:rsidRDefault="00332DB8">
            <w:r>
              <w:t>25.10.2019</w:t>
            </w:r>
          </w:p>
        </w:tc>
      </w:tr>
      <w:tr w:rsidR="006F7457">
        <w:tc>
          <w:tcPr>
            <w:tcW w:w="2880" w:type="dxa"/>
          </w:tcPr>
          <w:p w:rsidR="006F7457" w:rsidRDefault="00332DB8">
            <w:r>
              <w:t>4964.</w:t>
            </w:r>
          </w:p>
        </w:tc>
        <w:tc>
          <w:tcPr>
            <w:tcW w:w="2880" w:type="dxa"/>
          </w:tcPr>
          <w:p w:rsidR="006F7457" w:rsidRPr="00332DB8" w:rsidRDefault="00332DB8">
            <w:pPr>
              <w:rPr>
                <w:lang w:val="ru-RU"/>
              </w:rPr>
            </w:pPr>
            <w:r w:rsidRPr="00332DB8">
              <w:rPr>
                <w:lang w:val="ru-RU"/>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t>4965.</w:t>
            </w:r>
          </w:p>
        </w:tc>
        <w:tc>
          <w:tcPr>
            <w:tcW w:w="2880" w:type="dxa"/>
          </w:tcPr>
          <w:p w:rsidR="006F7457" w:rsidRDefault="00332DB8">
            <w:r w:rsidRPr="00332DB8">
              <w:rPr>
                <w:lang w:val="ru-RU"/>
              </w:rPr>
              <w:t xml:space="preserve">Видеозапись «Что такое ГАВВАХ», начинающаяся с демонстрации надписи на экране «ЗАЧЕМ ОНИ ЭТО ДЕЛАЮТ?» и заканчивающаяся словами: «А люди ли ОНИ? </w:t>
            </w:r>
            <w:r>
              <w:t>ЕВРЕИ» (решение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t>4966.</w:t>
            </w:r>
          </w:p>
        </w:tc>
        <w:tc>
          <w:tcPr>
            <w:tcW w:w="2880" w:type="dxa"/>
          </w:tcPr>
          <w:p w:rsidR="006F7457" w:rsidRPr="00332DB8" w:rsidRDefault="00332DB8">
            <w:pPr>
              <w:rPr>
                <w:lang w:val="ru-RU"/>
              </w:rPr>
            </w:pPr>
            <w:r w:rsidRPr="00332DB8">
              <w:rPr>
                <w:lang w:val="ru-RU"/>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t>496</w:t>
            </w:r>
            <w:r>
              <w:lastRenderedPageBreak/>
              <w:t>7.</w:t>
            </w:r>
          </w:p>
        </w:tc>
        <w:tc>
          <w:tcPr>
            <w:tcW w:w="2880" w:type="dxa"/>
          </w:tcPr>
          <w:p w:rsidR="006F7457" w:rsidRPr="00332DB8" w:rsidRDefault="00332DB8">
            <w:pPr>
              <w:rPr>
                <w:lang w:val="ru-RU"/>
              </w:rPr>
            </w:pPr>
            <w:r w:rsidRPr="00332DB8">
              <w:rPr>
                <w:lang w:val="ru-RU"/>
              </w:rPr>
              <w:lastRenderedPageBreak/>
              <w:t xml:space="preserve">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w:t>
            </w:r>
            <w:r w:rsidRPr="00332DB8">
              <w:rPr>
                <w:lang w:val="ru-RU"/>
              </w:rPr>
              <w:lastRenderedPageBreak/>
              <w:t>Россией жиды» (решение Сыктывкарского городского суда Республики Коми от 11.07.2019);</w:t>
            </w:r>
          </w:p>
        </w:tc>
        <w:tc>
          <w:tcPr>
            <w:tcW w:w="2880" w:type="dxa"/>
          </w:tcPr>
          <w:p w:rsidR="006F7457" w:rsidRDefault="00332DB8">
            <w:r>
              <w:lastRenderedPageBreak/>
              <w:t>25.10.201</w:t>
            </w:r>
            <w:r>
              <w:lastRenderedPageBreak/>
              <w:t>9</w:t>
            </w:r>
          </w:p>
        </w:tc>
      </w:tr>
      <w:tr w:rsidR="006F7457">
        <w:tc>
          <w:tcPr>
            <w:tcW w:w="2880" w:type="dxa"/>
          </w:tcPr>
          <w:p w:rsidR="006F7457" w:rsidRDefault="00332DB8">
            <w:r>
              <w:lastRenderedPageBreak/>
              <w:t>4968.</w:t>
            </w:r>
          </w:p>
        </w:tc>
        <w:tc>
          <w:tcPr>
            <w:tcW w:w="2880" w:type="dxa"/>
          </w:tcPr>
          <w:p w:rsidR="006F7457" w:rsidRPr="00332DB8" w:rsidRDefault="00332DB8">
            <w:pPr>
              <w:rPr>
                <w:lang w:val="ru-RU"/>
              </w:rPr>
            </w:pPr>
            <w:r w:rsidRPr="00332DB8">
              <w:rPr>
                <w:lang w:val="ru-RU"/>
              </w:rP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t>4969.</w:t>
            </w:r>
          </w:p>
        </w:tc>
        <w:tc>
          <w:tcPr>
            <w:tcW w:w="2880" w:type="dxa"/>
          </w:tcPr>
          <w:p w:rsidR="006F7457" w:rsidRDefault="00332DB8">
            <w:r w:rsidRPr="00332DB8">
              <w:rPr>
                <w:lang w:val="ru-RU"/>
              </w:rPr>
              <w:t xml:space="preserve">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w:t>
            </w:r>
            <w:r>
              <w:t>(решение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t>4970.</w:t>
            </w:r>
          </w:p>
        </w:tc>
        <w:tc>
          <w:tcPr>
            <w:tcW w:w="2880" w:type="dxa"/>
          </w:tcPr>
          <w:p w:rsidR="006F7457" w:rsidRPr="00332DB8" w:rsidRDefault="00332DB8">
            <w:pPr>
              <w:rPr>
                <w:lang w:val="ru-RU"/>
              </w:rPr>
            </w:pPr>
            <w:r w:rsidRPr="00332DB8">
              <w:rPr>
                <w:lang w:val="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t>4971.</w:t>
            </w:r>
          </w:p>
        </w:tc>
        <w:tc>
          <w:tcPr>
            <w:tcW w:w="2880" w:type="dxa"/>
          </w:tcPr>
          <w:p w:rsidR="006F7457" w:rsidRPr="00332DB8" w:rsidRDefault="00332DB8">
            <w:pPr>
              <w:rPr>
                <w:lang w:val="ru-RU"/>
              </w:rPr>
            </w:pPr>
            <w:r w:rsidRPr="00332DB8">
              <w:rPr>
                <w:lang w:val="ru-RU"/>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t>4972.</w:t>
            </w:r>
          </w:p>
        </w:tc>
        <w:tc>
          <w:tcPr>
            <w:tcW w:w="2880" w:type="dxa"/>
          </w:tcPr>
          <w:p w:rsidR="006F7457" w:rsidRPr="00332DB8" w:rsidRDefault="00332DB8">
            <w:pPr>
              <w:rPr>
                <w:lang w:val="ru-RU"/>
              </w:rPr>
            </w:pPr>
            <w:r w:rsidRPr="00332DB8">
              <w:rPr>
                <w:lang w:val="ru-RU"/>
              </w:rP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lastRenderedPageBreak/>
              <w:t>4973.</w:t>
            </w:r>
          </w:p>
        </w:tc>
        <w:tc>
          <w:tcPr>
            <w:tcW w:w="2880" w:type="dxa"/>
          </w:tcPr>
          <w:p w:rsidR="006F7457" w:rsidRPr="00332DB8" w:rsidRDefault="00332DB8">
            <w:pPr>
              <w:rPr>
                <w:lang w:val="ru-RU"/>
              </w:rPr>
            </w:pPr>
            <w:r w:rsidRPr="00332DB8">
              <w:rPr>
                <w:lang w:val="ru-RU"/>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t>4974.</w:t>
            </w:r>
          </w:p>
        </w:tc>
        <w:tc>
          <w:tcPr>
            <w:tcW w:w="2880" w:type="dxa"/>
          </w:tcPr>
          <w:p w:rsidR="006F7457" w:rsidRPr="00332DB8" w:rsidRDefault="00332DB8">
            <w:pPr>
              <w:rPr>
                <w:lang w:val="ru-RU"/>
              </w:rPr>
            </w:pPr>
            <w:r w:rsidRPr="00332DB8">
              <w:rPr>
                <w:lang w:val="ru-RU"/>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t>4975.</w:t>
            </w:r>
          </w:p>
        </w:tc>
        <w:tc>
          <w:tcPr>
            <w:tcW w:w="2880" w:type="dxa"/>
          </w:tcPr>
          <w:p w:rsidR="006F7457" w:rsidRPr="00332DB8" w:rsidRDefault="00332DB8">
            <w:pPr>
              <w:rPr>
                <w:lang w:val="ru-RU"/>
              </w:rPr>
            </w:pPr>
            <w:r w:rsidRPr="00332DB8">
              <w:rPr>
                <w:lang w:val="ru-RU"/>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t>4976.</w:t>
            </w:r>
          </w:p>
        </w:tc>
        <w:tc>
          <w:tcPr>
            <w:tcW w:w="2880" w:type="dxa"/>
          </w:tcPr>
          <w:p w:rsidR="006F7457" w:rsidRPr="00332DB8" w:rsidRDefault="00332DB8">
            <w:pPr>
              <w:rPr>
                <w:lang w:val="ru-RU"/>
              </w:rPr>
            </w:pPr>
            <w:r w:rsidRPr="00332DB8">
              <w:rPr>
                <w:lang w:val="ru-RU"/>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t>4977.</w:t>
            </w:r>
          </w:p>
        </w:tc>
        <w:tc>
          <w:tcPr>
            <w:tcW w:w="2880" w:type="dxa"/>
          </w:tcPr>
          <w:p w:rsidR="006F7457" w:rsidRPr="00332DB8" w:rsidRDefault="00332DB8">
            <w:pPr>
              <w:rPr>
                <w:lang w:val="ru-RU"/>
              </w:rPr>
            </w:pPr>
            <w:r w:rsidRPr="00332DB8">
              <w:rPr>
                <w:lang w:val="ru-RU"/>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t>49</w:t>
            </w:r>
            <w:r>
              <w:lastRenderedPageBreak/>
              <w:t>78.</w:t>
            </w:r>
          </w:p>
        </w:tc>
        <w:tc>
          <w:tcPr>
            <w:tcW w:w="2880" w:type="dxa"/>
          </w:tcPr>
          <w:p w:rsidR="006F7457" w:rsidRPr="00332DB8" w:rsidRDefault="00332DB8">
            <w:pPr>
              <w:rPr>
                <w:lang w:val="ru-RU"/>
              </w:rPr>
            </w:pPr>
            <w:r w:rsidRPr="00332DB8">
              <w:rPr>
                <w:lang w:val="ru-RU"/>
              </w:rPr>
              <w:lastRenderedPageBreak/>
              <w:t xml:space="preserve">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w:t>
            </w:r>
            <w:r w:rsidRPr="00332DB8">
              <w:rPr>
                <w:lang w:val="ru-RU"/>
              </w:rPr>
              <w:lastRenderedPageBreak/>
              <w:t>разницы где обделывать свои дела» (решение Сыктывкарского городского суда Республики Коми от 11.07.2019);</w:t>
            </w:r>
          </w:p>
        </w:tc>
        <w:tc>
          <w:tcPr>
            <w:tcW w:w="2880" w:type="dxa"/>
          </w:tcPr>
          <w:p w:rsidR="006F7457" w:rsidRDefault="00332DB8">
            <w:r>
              <w:lastRenderedPageBreak/>
              <w:t>25.10.</w:t>
            </w:r>
            <w:r>
              <w:lastRenderedPageBreak/>
              <w:t>2019</w:t>
            </w:r>
          </w:p>
        </w:tc>
      </w:tr>
      <w:tr w:rsidR="006F7457">
        <w:tc>
          <w:tcPr>
            <w:tcW w:w="2880" w:type="dxa"/>
          </w:tcPr>
          <w:p w:rsidR="006F7457" w:rsidRDefault="00332DB8">
            <w:r>
              <w:lastRenderedPageBreak/>
              <w:t>4979.</w:t>
            </w:r>
          </w:p>
        </w:tc>
        <w:tc>
          <w:tcPr>
            <w:tcW w:w="2880" w:type="dxa"/>
          </w:tcPr>
          <w:p w:rsidR="006F7457" w:rsidRPr="00332DB8" w:rsidRDefault="00332DB8">
            <w:pPr>
              <w:rPr>
                <w:lang w:val="ru-RU"/>
              </w:rPr>
            </w:pPr>
            <w:r w:rsidRPr="00332DB8">
              <w:rPr>
                <w:lang w:val="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t>4980.</w:t>
            </w:r>
          </w:p>
        </w:tc>
        <w:tc>
          <w:tcPr>
            <w:tcW w:w="2880" w:type="dxa"/>
          </w:tcPr>
          <w:p w:rsidR="006F7457" w:rsidRPr="00332DB8" w:rsidRDefault="00332DB8">
            <w:pPr>
              <w:rPr>
                <w:lang w:val="ru-RU"/>
              </w:rPr>
            </w:pPr>
            <w:r w:rsidRPr="00332DB8">
              <w:rPr>
                <w:lang w:val="ru-RU"/>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2880" w:type="dxa"/>
          </w:tcPr>
          <w:p w:rsidR="006F7457" w:rsidRDefault="00332DB8">
            <w:r>
              <w:t>25.10.2019</w:t>
            </w:r>
          </w:p>
        </w:tc>
      </w:tr>
      <w:tr w:rsidR="006F7457">
        <w:tc>
          <w:tcPr>
            <w:tcW w:w="2880" w:type="dxa"/>
          </w:tcPr>
          <w:p w:rsidR="006F7457" w:rsidRDefault="00332DB8">
            <w:r>
              <w:t>4981.</w:t>
            </w:r>
          </w:p>
        </w:tc>
        <w:tc>
          <w:tcPr>
            <w:tcW w:w="2880" w:type="dxa"/>
          </w:tcPr>
          <w:p w:rsidR="006F7457" w:rsidRPr="00332DB8" w:rsidRDefault="00332DB8">
            <w:pPr>
              <w:rPr>
                <w:lang w:val="ru-RU"/>
              </w:rPr>
            </w:pPr>
            <w:r w:rsidRPr="00332DB8">
              <w:rPr>
                <w:lang w:val="ru-RU"/>
              </w:rPr>
              <w:t>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2880" w:type="dxa"/>
          </w:tcPr>
          <w:p w:rsidR="006F7457" w:rsidRDefault="00332DB8">
            <w:r>
              <w:t>25.10.2019</w:t>
            </w:r>
          </w:p>
        </w:tc>
      </w:tr>
      <w:tr w:rsidR="006F7457">
        <w:tc>
          <w:tcPr>
            <w:tcW w:w="2880" w:type="dxa"/>
          </w:tcPr>
          <w:p w:rsidR="006F7457" w:rsidRDefault="00332DB8">
            <w:r>
              <w:t>4982.</w:t>
            </w:r>
          </w:p>
        </w:tc>
        <w:tc>
          <w:tcPr>
            <w:tcW w:w="2880" w:type="dxa"/>
          </w:tcPr>
          <w:p w:rsidR="006F7457" w:rsidRDefault="00332DB8">
            <w:r w:rsidRPr="00332DB8">
              <w:rPr>
                <w:lang w:val="ru-RU"/>
              </w:rPr>
              <w:t xml:space="preserve">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w:t>
            </w:r>
            <w:r>
              <w:t>(решение Ленинского районного суда г. Курска от 22.08.2019);</w:t>
            </w:r>
          </w:p>
        </w:tc>
        <w:tc>
          <w:tcPr>
            <w:tcW w:w="2880" w:type="dxa"/>
          </w:tcPr>
          <w:p w:rsidR="006F7457" w:rsidRDefault="00332DB8">
            <w:r>
              <w:t>25.10.2019</w:t>
            </w:r>
          </w:p>
        </w:tc>
      </w:tr>
      <w:tr w:rsidR="006F7457">
        <w:tc>
          <w:tcPr>
            <w:tcW w:w="2880" w:type="dxa"/>
          </w:tcPr>
          <w:p w:rsidR="006F7457" w:rsidRDefault="00332DB8">
            <w:r>
              <w:t>4983.</w:t>
            </w:r>
          </w:p>
        </w:tc>
        <w:tc>
          <w:tcPr>
            <w:tcW w:w="2880" w:type="dxa"/>
          </w:tcPr>
          <w:p w:rsidR="006F7457" w:rsidRPr="00332DB8" w:rsidRDefault="00332DB8">
            <w:pPr>
              <w:rPr>
                <w:lang w:val="ru-RU"/>
              </w:rPr>
            </w:pPr>
            <w:r w:rsidRPr="00332DB8">
              <w:rPr>
                <w:lang w:val="ru-RU"/>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2880" w:type="dxa"/>
          </w:tcPr>
          <w:p w:rsidR="006F7457" w:rsidRDefault="00332DB8">
            <w:r>
              <w:t>25.10.2019</w:t>
            </w:r>
          </w:p>
        </w:tc>
      </w:tr>
      <w:tr w:rsidR="006F7457">
        <w:tc>
          <w:tcPr>
            <w:tcW w:w="2880" w:type="dxa"/>
          </w:tcPr>
          <w:p w:rsidR="006F7457" w:rsidRDefault="00332DB8">
            <w:r>
              <w:lastRenderedPageBreak/>
              <w:t>4984.</w:t>
            </w:r>
          </w:p>
        </w:tc>
        <w:tc>
          <w:tcPr>
            <w:tcW w:w="2880" w:type="dxa"/>
          </w:tcPr>
          <w:p w:rsidR="006F7457" w:rsidRPr="00332DB8" w:rsidRDefault="00332DB8">
            <w:pPr>
              <w:rPr>
                <w:lang w:val="ru-RU"/>
              </w:rPr>
            </w:pPr>
            <w:r w:rsidRPr="00332DB8">
              <w:rPr>
                <w:lang w:val="ru-RU"/>
              </w:rPr>
              <w:t>Музыкальное произведение - аудиозапись «</w:t>
            </w:r>
            <w:r>
              <w:t>Oi</w:t>
            </w:r>
            <w:r w:rsidRPr="00332DB8">
              <w:rPr>
                <w:lang w:val="ru-RU"/>
              </w:rPr>
              <w:t xml:space="preserve">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2880" w:type="dxa"/>
          </w:tcPr>
          <w:p w:rsidR="006F7457" w:rsidRDefault="00332DB8">
            <w:r>
              <w:t>25.10.2019</w:t>
            </w:r>
          </w:p>
        </w:tc>
      </w:tr>
      <w:tr w:rsidR="006F7457">
        <w:tc>
          <w:tcPr>
            <w:tcW w:w="2880" w:type="dxa"/>
          </w:tcPr>
          <w:p w:rsidR="006F7457" w:rsidRDefault="00332DB8">
            <w:r>
              <w:t>4985.</w:t>
            </w:r>
          </w:p>
        </w:tc>
        <w:tc>
          <w:tcPr>
            <w:tcW w:w="2880" w:type="dxa"/>
          </w:tcPr>
          <w:p w:rsidR="006F7457" w:rsidRPr="00332DB8" w:rsidRDefault="00332DB8">
            <w:pPr>
              <w:rPr>
                <w:lang w:val="ru-RU"/>
              </w:rPr>
            </w:pPr>
            <w:r w:rsidRPr="00332DB8">
              <w:rPr>
                <w:lang w:val="ru-RU"/>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rsidR="006F7457" w:rsidRDefault="00332DB8">
            <w:r>
              <w:t>18.11.2019</w:t>
            </w:r>
          </w:p>
        </w:tc>
      </w:tr>
      <w:tr w:rsidR="006F7457">
        <w:tc>
          <w:tcPr>
            <w:tcW w:w="2880" w:type="dxa"/>
          </w:tcPr>
          <w:p w:rsidR="006F7457" w:rsidRDefault="00332DB8">
            <w:r>
              <w:t>4986.</w:t>
            </w:r>
          </w:p>
        </w:tc>
        <w:tc>
          <w:tcPr>
            <w:tcW w:w="2880" w:type="dxa"/>
          </w:tcPr>
          <w:p w:rsidR="006F7457" w:rsidRPr="00332DB8" w:rsidRDefault="00332DB8">
            <w:pPr>
              <w:rPr>
                <w:lang w:val="ru-RU"/>
              </w:rPr>
            </w:pPr>
            <w:r w:rsidRPr="00332DB8">
              <w:rPr>
                <w:lang w:val="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rsidR="006F7457" w:rsidRDefault="00332DB8">
            <w:r>
              <w:t>18.11.2019</w:t>
            </w:r>
          </w:p>
        </w:tc>
      </w:tr>
      <w:tr w:rsidR="006F7457">
        <w:tc>
          <w:tcPr>
            <w:tcW w:w="2880" w:type="dxa"/>
          </w:tcPr>
          <w:p w:rsidR="006F7457" w:rsidRDefault="00332DB8">
            <w:r>
              <w:t>4987.</w:t>
            </w:r>
          </w:p>
        </w:tc>
        <w:tc>
          <w:tcPr>
            <w:tcW w:w="2880" w:type="dxa"/>
          </w:tcPr>
          <w:p w:rsidR="006F7457" w:rsidRPr="00332DB8" w:rsidRDefault="00332DB8">
            <w:pPr>
              <w:rPr>
                <w:lang w:val="ru-RU"/>
              </w:rPr>
            </w:pPr>
            <w:r w:rsidRPr="00332DB8">
              <w:rPr>
                <w:lang w:val="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rsidR="006F7457" w:rsidRDefault="00332DB8">
            <w:r>
              <w:t>18.11.2019</w:t>
            </w:r>
          </w:p>
        </w:tc>
      </w:tr>
      <w:tr w:rsidR="006F7457">
        <w:tc>
          <w:tcPr>
            <w:tcW w:w="2880" w:type="dxa"/>
          </w:tcPr>
          <w:p w:rsidR="006F7457" w:rsidRDefault="00332DB8">
            <w:r>
              <w:t>4988.</w:t>
            </w:r>
          </w:p>
        </w:tc>
        <w:tc>
          <w:tcPr>
            <w:tcW w:w="2880" w:type="dxa"/>
          </w:tcPr>
          <w:p w:rsidR="006F7457" w:rsidRPr="00332DB8" w:rsidRDefault="00332DB8">
            <w:pPr>
              <w:rPr>
                <w:lang w:val="ru-RU"/>
              </w:rPr>
            </w:pPr>
            <w:r w:rsidRPr="00332DB8">
              <w:rPr>
                <w:lang w:val="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rsidR="006F7457" w:rsidRDefault="00332DB8">
            <w:r>
              <w:t>18.11.2019</w:t>
            </w:r>
          </w:p>
        </w:tc>
      </w:tr>
      <w:tr w:rsidR="006F7457">
        <w:tc>
          <w:tcPr>
            <w:tcW w:w="2880" w:type="dxa"/>
          </w:tcPr>
          <w:p w:rsidR="006F7457" w:rsidRDefault="00332DB8">
            <w:r>
              <w:t>49</w:t>
            </w:r>
            <w:r>
              <w:lastRenderedPageBreak/>
              <w:t>89.</w:t>
            </w:r>
          </w:p>
        </w:tc>
        <w:tc>
          <w:tcPr>
            <w:tcW w:w="2880" w:type="dxa"/>
          </w:tcPr>
          <w:p w:rsidR="006F7457" w:rsidRPr="00332DB8" w:rsidRDefault="00332DB8">
            <w:pPr>
              <w:rPr>
                <w:lang w:val="ru-RU"/>
              </w:rPr>
            </w:pPr>
            <w:r w:rsidRPr="00332DB8">
              <w:rPr>
                <w:lang w:val="ru-RU"/>
              </w:rPr>
              <w:lastRenderedPageBreak/>
              <w:t xml:space="preserve">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w:t>
            </w:r>
            <w:r w:rsidRPr="00332DB8">
              <w:rPr>
                <w:lang w:val="ru-RU"/>
              </w:rPr>
              <w:lastRenderedPageBreak/>
              <w:t>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rsidR="006F7457" w:rsidRDefault="00332DB8">
            <w:r>
              <w:lastRenderedPageBreak/>
              <w:t>26.11.</w:t>
            </w:r>
            <w:r>
              <w:lastRenderedPageBreak/>
              <w:t>2019</w:t>
            </w:r>
          </w:p>
        </w:tc>
      </w:tr>
      <w:tr w:rsidR="006F7457">
        <w:tc>
          <w:tcPr>
            <w:tcW w:w="2880" w:type="dxa"/>
          </w:tcPr>
          <w:p w:rsidR="006F7457" w:rsidRDefault="00332DB8">
            <w:r>
              <w:lastRenderedPageBreak/>
              <w:t>4990.</w:t>
            </w:r>
          </w:p>
        </w:tc>
        <w:tc>
          <w:tcPr>
            <w:tcW w:w="2880" w:type="dxa"/>
          </w:tcPr>
          <w:p w:rsidR="006F7457" w:rsidRPr="00332DB8" w:rsidRDefault="00332DB8">
            <w:pPr>
              <w:rPr>
                <w:lang w:val="ru-RU"/>
              </w:rPr>
            </w:pPr>
            <w:r w:rsidRPr="00332DB8">
              <w:rPr>
                <w:lang w:val="ru-RU"/>
              </w:rPr>
              <w:t>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rsidR="006F7457" w:rsidRDefault="00332DB8">
            <w:r>
              <w:t>26.11.2019</w:t>
            </w:r>
          </w:p>
        </w:tc>
      </w:tr>
      <w:tr w:rsidR="006F7457">
        <w:tc>
          <w:tcPr>
            <w:tcW w:w="2880" w:type="dxa"/>
          </w:tcPr>
          <w:p w:rsidR="006F7457" w:rsidRDefault="00332DB8">
            <w:r>
              <w:t>4991.</w:t>
            </w:r>
          </w:p>
        </w:tc>
        <w:tc>
          <w:tcPr>
            <w:tcW w:w="2880" w:type="dxa"/>
          </w:tcPr>
          <w:p w:rsidR="006F7457" w:rsidRPr="00332DB8" w:rsidRDefault="00332DB8">
            <w:pPr>
              <w:rPr>
                <w:lang w:val="ru-RU"/>
              </w:rPr>
            </w:pPr>
            <w:r w:rsidRPr="00332DB8">
              <w:rPr>
                <w:lang w:val="ru-RU"/>
              </w:rPr>
              <w:t>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rsidR="006F7457" w:rsidRDefault="00332DB8">
            <w:r>
              <w:t>26.11.2019</w:t>
            </w:r>
          </w:p>
        </w:tc>
      </w:tr>
      <w:tr w:rsidR="006F7457">
        <w:tc>
          <w:tcPr>
            <w:tcW w:w="2880" w:type="dxa"/>
          </w:tcPr>
          <w:p w:rsidR="006F7457" w:rsidRDefault="00332DB8">
            <w:r>
              <w:t>4992.</w:t>
            </w:r>
          </w:p>
        </w:tc>
        <w:tc>
          <w:tcPr>
            <w:tcW w:w="2880" w:type="dxa"/>
          </w:tcPr>
          <w:p w:rsidR="006F7457" w:rsidRPr="00332DB8" w:rsidRDefault="00332DB8">
            <w:pPr>
              <w:rPr>
                <w:lang w:val="ru-RU"/>
              </w:rPr>
            </w:pPr>
            <w:r w:rsidRPr="00332DB8">
              <w:rPr>
                <w:lang w:val="ru-RU"/>
              </w:rPr>
              <w:t xml:space="preserve">Размещенное в газете «Вакыт! Урал» от 16.10.2015 №19 (122) стихотворение «Ир-егет </w:t>
            </w:r>
            <w:r>
              <w:t>h</w:t>
            </w:r>
            <w:r w:rsidRPr="00332DB8">
              <w:rPr>
                <w:lang w:val="ru-RU"/>
              </w:rPr>
              <w:t>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rsidR="006F7457" w:rsidRDefault="00332DB8">
            <w:r>
              <w:t>26.11.2019</w:t>
            </w:r>
          </w:p>
        </w:tc>
      </w:tr>
      <w:tr w:rsidR="006F7457">
        <w:tc>
          <w:tcPr>
            <w:tcW w:w="2880" w:type="dxa"/>
          </w:tcPr>
          <w:p w:rsidR="006F7457" w:rsidRDefault="00332DB8">
            <w:r>
              <w:t>4993.</w:t>
            </w:r>
          </w:p>
        </w:tc>
        <w:tc>
          <w:tcPr>
            <w:tcW w:w="2880" w:type="dxa"/>
          </w:tcPr>
          <w:p w:rsidR="006F7457" w:rsidRPr="00332DB8" w:rsidRDefault="00332DB8">
            <w:pPr>
              <w:rPr>
                <w:lang w:val="ru-RU"/>
              </w:rPr>
            </w:pPr>
            <w:r w:rsidRPr="00332DB8">
              <w:rPr>
                <w:lang w:val="ru-RU"/>
              </w:rPr>
              <w:t xml:space="preserve">Информационный материал – аудиозапись с текстом песни </w:t>
            </w:r>
            <w:r>
              <w:t>Rahowa</w:t>
            </w:r>
            <w:r w:rsidRPr="00332DB8">
              <w:rPr>
                <w:lang w:val="ru-RU"/>
              </w:rPr>
              <w:t xml:space="preserve"> (Рахова), исполнитель «</w:t>
            </w:r>
            <w:r>
              <w:t>Molot</w:t>
            </w:r>
            <w:r w:rsidRPr="00332DB8">
              <w:rPr>
                <w:lang w:val="ru-RU"/>
              </w:rPr>
              <w:t xml:space="preserve">»,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w:t>
            </w:r>
            <w:r>
              <w:t>RaHoWa</w:t>
            </w:r>
            <w:r w:rsidRPr="00332DB8">
              <w:rPr>
                <w:lang w:val="ru-RU"/>
              </w:rPr>
              <w:t xml:space="preserve">! </w:t>
            </w:r>
            <w:r>
              <w:t>RaHoWa</w:t>
            </w:r>
            <w:r w:rsidRPr="00332DB8">
              <w:rPr>
                <w:lang w:val="ru-RU"/>
              </w:rPr>
              <w:t>! (решение Ворошиловского районного суда г. Ростова-на-Дону от 11.09.2019);</w:t>
            </w:r>
          </w:p>
        </w:tc>
        <w:tc>
          <w:tcPr>
            <w:tcW w:w="2880" w:type="dxa"/>
          </w:tcPr>
          <w:p w:rsidR="006F7457" w:rsidRDefault="00332DB8">
            <w:r>
              <w:t>26.11.2019</w:t>
            </w:r>
          </w:p>
        </w:tc>
      </w:tr>
      <w:tr w:rsidR="006F7457">
        <w:tc>
          <w:tcPr>
            <w:tcW w:w="2880" w:type="dxa"/>
          </w:tcPr>
          <w:p w:rsidR="006F7457" w:rsidRDefault="00332DB8">
            <w:r>
              <w:t>4</w:t>
            </w:r>
            <w:r>
              <w:lastRenderedPageBreak/>
              <w:t>994.</w:t>
            </w:r>
          </w:p>
        </w:tc>
        <w:tc>
          <w:tcPr>
            <w:tcW w:w="2880" w:type="dxa"/>
          </w:tcPr>
          <w:p w:rsidR="006F7457" w:rsidRPr="00332DB8" w:rsidRDefault="00332DB8">
            <w:pPr>
              <w:rPr>
                <w:lang w:val="ru-RU"/>
              </w:rPr>
            </w:pPr>
            <w:r w:rsidRPr="00332DB8">
              <w:rPr>
                <w:lang w:val="ru-RU"/>
              </w:rPr>
              <w:lastRenderedPageBreak/>
              <w:t>Информационный материал – аудиозапись с текстом песни «</w:t>
            </w:r>
            <w:r>
              <w:t>Qur</w:t>
            </w:r>
            <w:r w:rsidRPr="00332DB8">
              <w:rPr>
                <w:lang w:val="ru-RU"/>
              </w:rPr>
              <w:t xml:space="preserve"> </w:t>
            </w:r>
            <w:r>
              <w:t>March</w:t>
            </w:r>
            <w:r w:rsidRPr="00332DB8">
              <w:rPr>
                <w:lang w:val="ru-RU"/>
              </w:rPr>
              <w:t>» (Наш марш», исполнитель «</w:t>
            </w:r>
            <w:r>
              <w:t>Molot</w:t>
            </w:r>
            <w:r w:rsidRPr="00332DB8">
              <w:rPr>
                <w:lang w:val="ru-RU"/>
              </w:rPr>
              <w:t xml:space="preserve">», </w:t>
            </w:r>
            <w:r w:rsidRPr="00332DB8">
              <w:rPr>
                <w:lang w:val="ru-RU"/>
              </w:rPr>
              <w:lastRenderedPageBreak/>
              <w:t>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p>
        </w:tc>
        <w:tc>
          <w:tcPr>
            <w:tcW w:w="2880" w:type="dxa"/>
          </w:tcPr>
          <w:p w:rsidR="006F7457" w:rsidRDefault="00332DB8">
            <w:r>
              <w:lastRenderedPageBreak/>
              <w:t>26.</w:t>
            </w:r>
            <w:r>
              <w:lastRenderedPageBreak/>
              <w:t>11.2019</w:t>
            </w:r>
          </w:p>
        </w:tc>
      </w:tr>
      <w:tr w:rsidR="006F7457">
        <w:tc>
          <w:tcPr>
            <w:tcW w:w="2880" w:type="dxa"/>
          </w:tcPr>
          <w:p w:rsidR="006F7457" w:rsidRDefault="00332DB8">
            <w:r>
              <w:lastRenderedPageBreak/>
              <w:t>4995.</w:t>
            </w:r>
          </w:p>
        </w:tc>
        <w:tc>
          <w:tcPr>
            <w:tcW w:w="2880" w:type="dxa"/>
          </w:tcPr>
          <w:p w:rsidR="006F7457" w:rsidRDefault="00332DB8">
            <w:r w:rsidRPr="00332DB8">
              <w:rPr>
                <w:lang w:val="ru-RU"/>
              </w:rPr>
              <w:t xml:space="preserve">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w:t>
            </w:r>
            <w:r>
              <w:t>28 секунд (решение Октябрьского районного суда г. Грозного от 01.10.2019);</w:t>
            </w:r>
          </w:p>
        </w:tc>
        <w:tc>
          <w:tcPr>
            <w:tcW w:w="2880" w:type="dxa"/>
          </w:tcPr>
          <w:p w:rsidR="006F7457" w:rsidRDefault="00332DB8">
            <w:r>
              <w:t>26.11.2019</w:t>
            </w:r>
          </w:p>
        </w:tc>
      </w:tr>
      <w:tr w:rsidR="006F7457">
        <w:tc>
          <w:tcPr>
            <w:tcW w:w="2880" w:type="dxa"/>
          </w:tcPr>
          <w:p w:rsidR="006F7457" w:rsidRDefault="00332DB8">
            <w:r>
              <w:t>4996.</w:t>
            </w:r>
          </w:p>
        </w:tc>
        <w:tc>
          <w:tcPr>
            <w:tcW w:w="2880" w:type="dxa"/>
          </w:tcPr>
          <w:p w:rsidR="006F7457" w:rsidRDefault="00332DB8">
            <w:r w:rsidRPr="00332DB8">
              <w:rPr>
                <w:lang w:val="ru-RU"/>
              </w:rPr>
              <w:t>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w:t>
            </w:r>
            <w:r>
              <w:t>l</w:t>
            </w:r>
            <w:r w:rsidRPr="00332DB8">
              <w:rPr>
                <w:lang w:val="ru-RU"/>
              </w:rPr>
              <w:t>ара къамел дар бахьан вайн нохчийн велоят. Х</w:t>
            </w:r>
            <w:r>
              <w:t>l</w:t>
            </w:r>
            <w:r w:rsidRPr="00332DB8">
              <w:rPr>
                <w:lang w:val="ru-RU"/>
              </w:rPr>
              <w:t>окху т</w:t>
            </w:r>
            <w:r>
              <w:t>l</w:t>
            </w:r>
            <w:r w:rsidRPr="00332DB8">
              <w:rPr>
                <w:lang w:val="ru-RU"/>
              </w:rPr>
              <w:t xml:space="preserve">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w:t>
            </w:r>
            <w:r>
              <w:t>arlop</w:t>
            </w:r>
            <w:r w:rsidRPr="00332DB8">
              <w:rPr>
                <w:lang w:val="ru-RU"/>
              </w:rPr>
              <w:t xml:space="preserve"> </w:t>
            </w:r>
            <w:r>
              <w:t>xlapa</w:t>
            </w:r>
            <w:r w:rsidRPr="00332DB8">
              <w:rPr>
                <w:lang w:val="ru-RU"/>
              </w:rPr>
              <w:t xml:space="preserve"> аш д</w:t>
            </w:r>
            <w:r>
              <w:t>l</w:t>
            </w:r>
            <w:r w:rsidRPr="00332DB8">
              <w:rPr>
                <w:lang w:val="ru-RU"/>
              </w:rPr>
              <w:t xml:space="preserve">аэцарна сатесна м аду ваи» («Надеюсь, что вы все поймете…») </w:t>
            </w:r>
            <w:r>
              <w:t>(решение Наурского районного суда Чеченской Республики от 27.05.2019);</w:t>
            </w:r>
          </w:p>
        </w:tc>
        <w:tc>
          <w:tcPr>
            <w:tcW w:w="2880" w:type="dxa"/>
          </w:tcPr>
          <w:p w:rsidR="006F7457" w:rsidRDefault="00332DB8">
            <w:r>
              <w:t>26.11.2019</w:t>
            </w:r>
          </w:p>
        </w:tc>
      </w:tr>
      <w:tr w:rsidR="006F7457">
        <w:tc>
          <w:tcPr>
            <w:tcW w:w="2880" w:type="dxa"/>
          </w:tcPr>
          <w:p w:rsidR="006F7457" w:rsidRDefault="00332DB8">
            <w:r>
              <w:t>4997.</w:t>
            </w:r>
          </w:p>
        </w:tc>
        <w:tc>
          <w:tcPr>
            <w:tcW w:w="2880" w:type="dxa"/>
          </w:tcPr>
          <w:p w:rsidR="006F7457" w:rsidRDefault="00332DB8">
            <w:r w:rsidRPr="00332DB8">
              <w:rPr>
                <w:lang w:val="ru-RU"/>
              </w:rPr>
              <w:t xml:space="preserve">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w:t>
            </w:r>
            <w:r>
              <w:t>Xlapa</w:t>
            </w:r>
            <w:r w:rsidRPr="00332DB8">
              <w:rPr>
                <w:lang w:val="ru-RU"/>
              </w:rPr>
              <w:t xml:space="preserve"> ву хъуна хьан денда» («Рамзан –– вот твои корни, вот здесь твой отец, твоя мать… ») </w:t>
            </w:r>
            <w:r>
              <w:t>(решение Наурского районного суда Чеченской Республики от 27.05.2019);</w:t>
            </w:r>
          </w:p>
        </w:tc>
        <w:tc>
          <w:tcPr>
            <w:tcW w:w="2880" w:type="dxa"/>
          </w:tcPr>
          <w:p w:rsidR="006F7457" w:rsidRDefault="00332DB8">
            <w:r>
              <w:t>26.11.2019</w:t>
            </w:r>
          </w:p>
        </w:tc>
      </w:tr>
      <w:tr w:rsidR="006F7457">
        <w:tc>
          <w:tcPr>
            <w:tcW w:w="2880" w:type="dxa"/>
          </w:tcPr>
          <w:p w:rsidR="006F7457" w:rsidRDefault="00332DB8">
            <w:r>
              <w:t>4998.</w:t>
            </w:r>
          </w:p>
        </w:tc>
        <w:tc>
          <w:tcPr>
            <w:tcW w:w="2880" w:type="dxa"/>
          </w:tcPr>
          <w:p w:rsidR="006F7457" w:rsidRPr="00332DB8" w:rsidRDefault="00332DB8">
            <w:pPr>
              <w:rPr>
                <w:lang w:val="ru-RU"/>
              </w:rPr>
            </w:pPr>
            <w:r w:rsidRPr="00332DB8">
              <w:rPr>
                <w:lang w:val="ru-RU"/>
              </w:rPr>
              <w:t>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6F7457" w:rsidRDefault="00332DB8">
            <w:r>
              <w:t>26.11.2019</w:t>
            </w:r>
          </w:p>
        </w:tc>
      </w:tr>
      <w:tr w:rsidR="006F7457">
        <w:tc>
          <w:tcPr>
            <w:tcW w:w="2880" w:type="dxa"/>
          </w:tcPr>
          <w:p w:rsidR="006F7457" w:rsidRDefault="00332DB8">
            <w:r>
              <w:t>4</w:t>
            </w:r>
            <w:r>
              <w:lastRenderedPageBreak/>
              <w:t>999.</w:t>
            </w:r>
          </w:p>
        </w:tc>
        <w:tc>
          <w:tcPr>
            <w:tcW w:w="2880" w:type="dxa"/>
          </w:tcPr>
          <w:p w:rsidR="006F7457" w:rsidRPr="00332DB8" w:rsidRDefault="00332DB8">
            <w:pPr>
              <w:rPr>
                <w:lang w:val="ru-RU"/>
              </w:rPr>
            </w:pPr>
            <w:r w:rsidRPr="00332DB8">
              <w:rPr>
                <w:lang w:val="ru-RU"/>
              </w:rPr>
              <w:lastRenderedPageBreak/>
              <w:t xml:space="preserve">Текстовый документ под названием: «Терроризм», антиклерикализм, социализм, революции», изготовленный </w:t>
            </w:r>
            <w:r w:rsidRPr="00332DB8">
              <w:rPr>
                <w:lang w:val="ru-RU"/>
              </w:rPr>
              <w:lastRenderedPageBreak/>
              <w:t>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6F7457" w:rsidRDefault="00332DB8">
            <w:r>
              <w:lastRenderedPageBreak/>
              <w:t>26.</w:t>
            </w:r>
            <w:r>
              <w:lastRenderedPageBreak/>
              <w:t>11.2019</w:t>
            </w:r>
          </w:p>
        </w:tc>
      </w:tr>
      <w:tr w:rsidR="006F7457">
        <w:tc>
          <w:tcPr>
            <w:tcW w:w="2880" w:type="dxa"/>
          </w:tcPr>
          <w:p w:rsidR="006F7457" w:rsidRDefault="00332DB8">
            <w:r>
              <w:lastRenderedPageBreak/>
              <w:t>5000.</w:t>
            </w:r>
          </w:p>
        </w:tc>
        <w:tc>
          <w:tcPr>
            <w:tcW w:w="2880" w:type="dxa"/>
          </w:tcPr>
          <w:p w:rsidR="006F7457" w:rsidRPr="00332DB8" w:rsidRDefault="00332DB8">
            <w:pPr>
              <w:rPr>
                <w:lang w:val="ru-RU"/>
              </w:rPr>
            </w:pPr>
            <w:r w:rsidRPr="00332DB8">
              <w:rPr>
                <w:lang w:val="ru-RU"/>
              </w:rPr>
              <w:t>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tc>
        <w:tc>
          <w:tcPr>
            <w:tcW w:w="2880" w:type="dxa"/>
          </w:tcPr>
          <w:p w:rsidR="006F7457" w:rsidRDefault="00332DB8">
            <w:r>
              <w:t>09.12.2019</w:t>
            </w:r>
          </w:p>
        </w:tc>
      </w:tr>
      <w:tr w:rsidR="006F7457">
        <w:tc>
          <w:tcPr>
            <w:tcW w:w="2880" w:type="dxa"/>
          </w:tcPr>
          <w:p w:rsidR="006F7457" w:rsidRDefault="00332DB8">
            <w:r>
              <w:t>5001.</w:t>
            </w:r>
          </w:p>
        </w:tc>
        <w:tc>
          <w:tcPr>
            <w:tcW w:w="2880" w:type="dxa"/>
          </w:tcPr>
          <w:p w:rsidR="006F7457" w:rsidRPr="00332DB8" w:rsidRDefault="00332DB8">
            <w:pPr>
              <w:rPr>
                <w:lang w:val="ru-RU"/>
              </w:rPr>
            </w:pPr>
            <w:r w:rsidRPr="00332DB8">
              <w:rPr>
                <w:lang w:val="ru-RU"/>
              </w:rPr>
              <w:t>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tc>
        <w:tc>
          <w:tcPr>
            <w:tcW w:w="2880" w:type="dxa"/>
          </w:tcPr>
          <w:p w:rsidR="006F7457" w:rsidRDefault="00332DB8">
            <w:r>
              <w:t>09.12.2019</w:t>
            </w:r>
          </w:p>
        </w:tc>
      </w:tr>
      <w:tr w:rsidR="006F7457">
        <w:tc>
          <w:tcPr>
            <w:tcW w:w="2880" w:type="dxa"/>
          </w:tcPr>
          <w:p w:rsidR="006F7457" w:rsidRDefault="00332DB8">
            <w:r>
              <w:t>5002.</w:t>
            </w:r>
          </w:p>
        </w:tc>
        <w:tc>
          <w:tcPr>
            <w:tcW w:w="2880" w:type="dxa"/>
          </w:tcPr>
          <w:p w:rsidR="006F7457" w:rsidRDefault="00332DB8">
            <w:r w:rsidRPr="00332DB8">
              <w:rPr>
                <w:lang w:val="ru-RU"/>
              </w:rPr>
              <w:t xml:space="preserve">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w:t>
            </w:r>
            <w:r>
              <w:t>(решение Ленинского районного суда г. Ульяновска от 13.05.2019);</w:t>
            </w:r>
          </w:p>
        </w:tc>
        <w:tc>
          <w:tcPr>
            <w:tcW w:w="2880" w:type="dxa"/>
          </w:tcPr>
          <w:p w:rsidR="006F7457" w:rsidRDefault="00332DB8">
            <w:r>
              <w:t>09.12.2019</w:t>
            </w:r>
          </w:p>
        </w:tc>
      </w:tr>
      <w:tr w:rsidR="006F7457">
        <w:tc>
          <w:tcPr>
            <w:tcW w:w="2880" w:type="dxa"/>
          </w:tcPr>
          <w:p w:rsidR="006F7457" w:rsidRDefault="00332DB8">
            <w:r>
              <w:t>5003.</w:t>
            </w:r>
          </w:p>
        </w:tc>
        <w:tc>
          <w:tcPr>
            <w:tcW w:w="2880" w:type="dxa"/>
          </w:tcPr>
          <w:p w:rsidR="006F7457" w:rsidRPr="00332DB8" w:rsidRDefault="00332DB8">
            <w:pPr>
              <w:rPr>
                <w:lang w:val="ru-RU"/>
              </w:rPr>
            </w:pPr>
            <w:r w:rsidRPr="00332DB8">
              <w:rPr>
                <w:lang w:val="ru-RU"/>
              </w:rPr>
              <w:t>Текст аудиокомпозиции «</w:t>
            </w:r>
            <w:r>
              <w:t>Slavik</w:t>
            </w:r>
            <w:r w:rsidRPr="00332DB8">
              <w:rPr>
                <w:lang w:val="ru-RU"/>
              </w:rPr>
              <w:t xml:space="preserve"> </w:t>
            </w:r>
            <w:r>
              <w:t>Cherep</w:t>
            </w:r>
            <w:r w:rsidRPr="00332DB8">
              <w:rPr>
                <w:lang w:val="ru-RU"/>
              </w:rPr>
              <w:t xml:space="preserve"> </w:t>
            </w:r>
            <w:r>
              <w:t>feat</w:t>
            </w:r>
            <w:r w:rsidRPr="00332DB8">
              <w:rPr>
                <w:lang w:val="ru-RU"/>
              </w:rPr>
              <w:t xml:space="preserve"> </w:t>
            </w:r>
            <w:r>
              <w:t>NikkO</w:t>
            </w:r>
            <w:r w:rsidRPr="00332DB8">
              <w:rPr>
                <w:lang w:val="ru-RU"/>
              </w:rPr>
              <w:t xml:space="preserve">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tc>
        <w:tc>
          <w:tcPr>
            <w:tcW w:w="2880" w:type="dxa"/>
          </w:tcPr>
          <w:p w:rsidR="006F7457" w:rsidRDefault="00332DB8">
            <w:r>
              <w:t>09.12.2019</w:t>
            </w:r>
          </w:p>
        </w:tc>
      </w:tr>
      <w:tr w:rsidR="006F7457">
        <w:tc>
          <w:tcPr>
            <w:tcW w:w="2880" w:type="dxa"/>
          </w:tcPr>
          <w:p w:rsidR="006F7457" w:rsidRDefault="00332DB8">
            <w:r>
              <w:lastRenderedPageBreak/>
              <w:t>5004.</w:t>
            </w:r>
          </w:p>
        </w:tc>
        <w:tc>
          <w:tcPr>
            <w:tcW w:w="2880" w:type="dxa"/>
          </w:tcPr>
          <w:p w:rsidR="006F7457" w:rsidRPr="00332DB8" w:rsidRDefault="00332DB8">
            <w:pPr>
              <w:rPr>
                <w:lang w:val="ru-RU"/>
              </w:rPr>
            </w:pPr>
            <w:r w:rsidRPr="00332DB8">
              <w:rPr>
                <w:lang w:val="ru-RU"/>
              </w:rPr>
              <w:t>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tc>
        <w:tc>
          <w:tcPr>
            <w:tcW w:w="2880" w:type="dxa"/>
          </w:tcPr>
          <w:p w:rsidR="006F7457" w:rsidRDefault="00332DB8">
            <w:r>
              <w:t>24.12.2019</w:t>
            </w:r>
          </w:p>
        </w:tc>
      </w:tr>
      <w:tr w:rsidR="006F7457">
        <w:tc>
          <w:tcPr>
            <w:tcW w:w="2880" w:type="dxa"/>
          </w:tcPr>
          <w:p w:rsidR="006F7457" w:rsidRDefault="00332DB8">
            <w:r>
              <w:t>5005.</w:t>
            </w:r>
          </w:p>
        </w:tc>
        <w:tc>
          <w:tcPr>
            <w:tcW w:w="2880" w:type="dxa"/>
          </w:tcPr>
          <w:p w:rsidR="006F7457" w:rsidRPr="00332DB8" w:rsidRDefault="00332DB8">
            <w:pPr>
              <w:rPr>
                <w:lang w:val="ru-RU"/>
              </w:rPr>
            </w:pPr>
            <w:r w:rsidRPr="00332DB8">
              <w:rPr>
                <w:lang w:val="ru-RU"/>
              </w:rPr>
              <w:t>Видеозапись «КАЗАКИ-ВРАГИ РОССИИ», размещенная в сети Интернет (решение Советского районного суда г. Тулы от 11.11.2019);</w:t>
            </w:r>
          </w:p>
        </w:tc>
        <w:tc>
          <w:tcPr>
            <w:tcW w:w="2880" w:type="dxa"/>
          </w:tcPr>
          <w:p w:rsidR="006F7457" w:rsidRDefault="00332DB8">
            <w:r>
              <w:t>16.01.2020</w:t>
            </w:r>
          </w:p>
        </w:tc>
      </w:tr>
      <w:tr w:rsidR="006F7457">
        <w:tc>
          <w:tcPr>
            <w:tcW w:w="2880" w:type="dxa"/>
          </w:tcPr>
          <w:p w:rsidR="006F7457" w:rsidRDefault="00332DB8">
            <w:r>
              <w:t>5006.</w:t>
            </w:r>
          </w:p>
        </w:tc>
        <w:tc>
          <w:tcPr>
            <w:tcW w:w="2880" w:type="dxa"/>
          </w:tcPr>
          <w:p w:rsidR="006F7457" w:rsidRPr="00332DB8" w:rsidRDefault="00332DB8">
            <w:pPr>
              <w:rPr>
                <w:lang w:val="ru-RU"/>
              </w:rPr>
            </w:pPr>
            <w:r w:rsidRPr="00332DB8">
              <w:rPr>
                <w:lang w:val="ru-RU"/>
              </w:rPr>
              <w:t xml:space="preserve">Печатные материалы - №3/36, №4/37, №5/38, №6/39, №9/42 от 2018 года газеты «Владимирская Русь», формата А3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 и апелляционное определение </w:t>
            </w:r>
            <w:r>
              <w:t>C</w:t>
            </w:r>
            <w:r w:rsidRPr="00332DB8">
              <w:rPr>
                <w:lang w:val="ru-RU"/>
              </w:rPr>
              <w:t>удебной коллегии по административным делам Верховного Суда Республики Башкортостан от 27.11.2019);</w:t>
            </w:r>
          </w:p>
        </w:tc>
        <w:tc>
          <w:tcPr>
            <w:tcW w:w="2880" w:type="dxa"/>
          </w:tcPr>
          <w:p w:rsidR="006F7457" w:rsidRDefault="00332DB8">
            <w:r>
              <w:t>06.02.2020</w:t>
            </w:r>
          </w:p>
        </w:tc>
      </w:tr>
      <w:tr w:rsidR="006F7457">
        <w:tc>
          <w:tcPr>
            <w:tcW w:w="2880" w:type="dxa"/>
          </w:tcPr>
          <w:p w:rsidR="006F7457" w:rsidRDefault="00332DB8">
            <w:r>
              <w:t>5007.</w:t>
            </w:r>
          </w:p>
        </w:tc>
        <w:tc>
          <w:tcPr>
            <w:tcW w:w="2880" w:type="dxa"/>
          </w:tcPr>
          <w:p w:rsidR="006F7457" w:rsidRPr="00332DB8" w:rsidRDefault="00332DB8">
            <w:pPr>
              <w:rPr>
                <w:lang w:val="ru-RU"/>
              </w:rPr>
            </w:pPr>
            <w:r w:rsidRPr="00332DB8">
              <w:rPr>
                <w:lang w:val="ru-RU"/>
              </w:rPr>
              <w:t>Аудиозапись продолжительностью от 2 мин. 31 сек. до 2 мин. 38 сек. под названием «ББПЕ» исполнителя «</w:t>
            </w:r>
            <w:r>
              <w:t>The</w:t>
            </w:r>
            <w:r w:rsidRPr="00332DB8">
              <w:rPr>
                <w:lang w:val="ru-RU"/>
              </w:rPr>
              <w:t xml:space="preserve"> </w:t>
            </w:r>
            <w:r>
              <w:t>Xynta</w:t>
            </w:r>
            <w:r w:rsidRPr="00332DB8">
              <w:rPr>
                <w:lang w:val="ru-RU"/>
              </w:rPr>
              <w:t>»,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tc>
        <w:tc>
          <w:tcPr>
            <w:tcW w:w="2880" w:type="dxa"/>
          </w:tcPr>
          <w:p w:rsidR="006F7457" w:rsidRDefault="00332DB8">
            <w:r>
              <w:t>06.02.2020</w:t>
            </w:r>
          </w:p>
        </w:tc>
      </w:tr>
      <w:tr w:rsidR="006F7457">
        <w:tc>
          <w:tcPr>
            <w:tcW w:w="2880" w:type="dxa"/>
          </w:tcPr>
          <w:p w:rsidR="006F7457" w:rsidRDefault="00332DB8">
            <w:r>
              <w:t>5008.</w:t>
            </w:r>
          </w:p>
        </w:tc>
        <w:tc>
          <w:tcPr>
            <w:tcW w:w="2880" w:type="dxa"/>
          </w:tcPr>
          <w:p w:rsidR="006F7457" w:rsidRPr="00332DB8" w:rsidRDefault="00332DB8">
            <w:pPr>
              <w:rPr>
                <w:lang w:val="ru-RU"/>
              </w:rPr>
            </w:pPr>
            <w:r w:rsidRPr="00332DB8">
              <w:rPr>
                <w:lang w:val="ru-RU"/>
              </w:rPr>
              <w:t>Текст песни под названием «ББПЕ» исполнителя «</w:t>
            </w:r>
            <w:r>
              <w:t>The</w:t>
            </w:r>
            <w:r w:rsidRPr="00332DB8">
              <w:rPr>
                <w:lang w:val="ru-RU"/>
              </w:rPr>
              <w:t xml:space="preserve"> </w:t>
            </w:r>
            <w:r>
              <w:t>Xynta</w:t>
            </w:r>
            <w:r w:rsidRPr="00332DB8">
              <w:rPr>
                <w:lang w:val="ru-RU"/>
              </w:rPr>
              <w:t>»,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tc>
        <w:tc>
          <w:tcPr>
            <w:tcW w:w="2880" w:type="dxa"/>
          </w:tcPr>
          <w:p w:rsidR="006F7457" w:rsidRDefault="00332DB8">
            <w:r>
              <w:t>06.02.2020</w:t>
            </w:r>
          </w:p>
        </w:tc>
      </w:tr>
      <w:tr w:rsidR="006F7457">
        <w:tc>
          <w:tcPr>
            <w:tcW w:w="2880" w:type="dxa"/>
          </w:tcPr>
          <w:p w:rsidR="006F7457" w:rsidRDefault="00332DB8">
            <w:r>
              <w:t>50</w:t>
            </w:r>
            <w:r>
              <w:lastRenderedPageBreak/>
              <w:t>09.</w:t>
            </w:r>
          </w:p>
        </w:tc>
        <w:tc>
          <w:tcPr>
            <w:tcW w:w="2880" w:type="dxa"/>
          </w:tcPr>
          <w:p w:rsidR="006F7457" w:rsidRPr="00332DB8" w:rsidRDefault="00332DB8">
            <w:pPr>
              <w:rPr>
                <w:lang w:val="ru-RU"/>
              </w:rPr>
            </w:pPr>
            <w:r w:rsidRPr="00332DB8">
              <w:rPr>
                <w:lang w:val="ru-RU"/>
              </w:rPr>
              <w:lastRenderedPageBreak/>
              <w:t xml:space="preserve">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w:t>
            </w:r>
            <w:r w:rsidRPr="00332DB8">
              <w:rPr>
                <w:lang w:val="ru-RU"/>
              </w:rPr>
              <w:lastRenderedPageBreak/>
              <w:t>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tc>
        <w:tc>
          <w:tcPr>
            <w:tcW w:w="2880" w:type="dxa"/>
          </w:tcPr>
          <w:p w:rsidR="006F7457" w:rsidRDefault="00332DB8">
            <w:r>
              <w:lastRenderedPageBreak/>
              <w:t>20.02.</w:t>
            </w:r>
            <w:r>
              <w:lastRenderedPageBreak/>
              <w:t>2020</w:t>
            </w:r>
          </w:p>
        </w:tc>
      </w:tr>
      <w:tr w:rsidR="006F7457">
        <w:tc>
          <w:tcPr>
            <w:tcW w:w="2880" w:type="dxa"/>
          </w:tcPr>
          <w:p w:rsidR="006F7457" w:rsidRDefault="00332DB8">
            <w:r>
              <w:lastRenderedPageBreak/>
              <w:t>5010.</w:t>
            </w:r>
          </w:p>
        </w:tc>
        <w:tc>
          <w:tcPr>
            <w:tcW w:w="2880" w:type="dxa"/>
          </w:tcPr>
          <w:p w:rsidR="006F7457" w:rsidRPr="00332DB8" w:rsidRDefault="00332DB8">
            <w:pPr>
              <w:rPr>
                <w:lang w:val="ru-RU"/>
              </w:rPr>
            </w:pPr>
            <w:r w:rsidRPr="00332DB8">
              <w:rPr>
                <w:lang w:val="ru-RU"/>
              </w:rPr>
              <w:t xml:space="preserve">Информационный материал: Аудиофайл «Гураба (Странники, Чуждые Саид Абу (Аби) Саад Бурятский (Аль Буряти) </w:t>
            </w:r>
            <w:r>
              <w:t>IslamClub</w:t>
            </w:r>
            <w:r w:rsidRPr="00332DB8">
              <w:rPr>
                <w:lang w:val="ru-RU"/>
              </w:rPr>
              <w:t>.</w:t>
            </w:r>
            <w:r>
              <w:t>ru</w:t>
            </w:r>
            <w:r w:rsidRPr="00332DB8">
              <w:rPr>
                <w:lang w:val="ru-RU"/>
              </w:rPr>
              <w:t>)»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tc>
        <w:tc>
          <w:tcPr>
            <w:tcW w:w="2880" w:type="dxa"/>
          </w:tcPr>
          <w:p w:rsidR="006F7457" w:rsidRDefault="00332DB8">
            <w:r>
              <w:t>10.03.2020</w:t>
            </w:r>
          </w:p>
        </w:tc>
      </w:tr>
      <w:tr w:rsidR="006F7457">
        <w:tc>
          <w:tcPr>
            <w:tcW w:w="2880" w:type="dxa"/>
          </w:tcPr>
          <w:p w:rsidR="006F7457" w:rsidRDefault="00332DB8">
            <w:r>
              <w:t>5011.</w:t>
            </w:r>
          </w:p>
        </w:tc>
        <w:tc>
          <w:tcPr>
            <w:tcW w:w="2880" w:type="dxa"/>
          </w:tcPr>
          <w:p w:rsidR="006F7457" w:rsidRPr="00332DB8" w:rsidRDefault="00332DB8">
            <w:pPr>
              <w:rPr>
                <w:lang w:val="ru-RU"/>
              </w:rPr>
            </w:pPr>
            <w:r w:rsidRPr="00332DB8">
              <w:rPr>
                <w:lang w:val="ru-RU"/>
              </w:rPr>
              <w:t xml:space="preserve">Видеоролик под названием на немецком языке «А </w:t>
            </w:r>
            <w:r>
              <w:t>Tribute</w:t>
            </w:r>
            <w:r w:rsidRPr="00332DB8">
              <w:rPr>
                <w:lang w:val="ru-RU"/>
              </w:rPr>
              <w:t xml:space="preserve"> </w:t>
            </w:r>
            <w:r>
              <w:t>to</w:t>
            </w:r>
            <w:r w:rsidRPr="00332DB8">
              <w:rPr>
                <w:lang w:val="ru-RU"/>
              </w:rPr>
              <w:t xml:space="preserve"> </w:t>
            </w:r>
            <w:r>
              <w:t>the</w:t>
            </w:r>
            <w:r w:rsidRPr="00332DB8">
              <w:rPr>
                <w:lang w:val="ru-RU"/>
              </w:rPr>
              <w:t xml:space="preserve"> </w:t>
            </w:r>
            <w:r>
              <w:t>Waffen</w:t>
            </w:r>
            <w:r w:rsidRPr="00332DB8">
              <w:rPr>
                <w:lang w:val="ru-RU"/>
              </w:rPr>
              <w:t xml:space="preserve"> </w:t>
            </w:r>
            <w:r>
              <w:t>SS</w:t>
            </w:r>
            <w:r w:rsidRPr="00332DB8">
              <w:rPr>
                <w:lang w:val="ru-RU"/>
              </w:rPr>
              <w:t xml:space="preserve"> </w:t>
            </w:r>
            <w:r>
              <w:t>My</w:t>
            </w:r>
            <w:r w:rsidRPr="00332DB8">
              <w:rPr>
                <w:lang w:val="ru-RU"/>
              </w:rPr>
              <w:t xml:space="preserve"> </w:t>
            </w:r>
            <w:r>
              <w:t>Honor</w:t>
            </w:r>
            <w:r w:rsidRPr="00332DB8">
              <w:rPr>
                <w:lang w:val="ru-RU"/>
              </w:rPr>
              <w:t>»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rsidR="006F7457" w:rsidRDefault="00332DB8">
            <w:r>
              <w:t>10.03.2020</w:t>
            </w:r>
          </w:p>
        </w:tc>
      </w:tr>
      <w:tr w:rsidR="006F7457">
        <w:tc>
          <w:tcPr>
            <w:tcW w:w="2880" w:type="dxa"/>
          </w:tcPr>
          <w:p w:rsidR="006F7457" w:rsidRDefault="00332DB8">
            <w:r>
              <w:t>5012.</w:t>
            </w:r>
          </w:p>
        </w:tc>
        <w:tc>
          <w:tcPr>
            <w:tcW w:w="2880" w:type="dxa"/>
          </w:tcPr>
          <w:p w:rsidR="006F7457" w:rsidRPr="00332DB8" w:rsidRDefault="00332DB8">
            <w:pPr>
              <w:rPr>
                <w:lang w:val="ru-RU"/>
              </w:rPr>
            </w:pPr>
            <w:r w:rsidRPr="00332DB8">
              <w:rPr>
                <w:lang w:val="ru-RU"/>
              </w:rPr>
              <w:t>Видеоролик под названием на немецком языке «</w:t>
            </w:r>
            <w:r>
              <w:t>Adolf</w:t>
            </w:r>
            <w:r w:rsidRPr="00332DB8">
              <w:rPr>
                <w:lang w:val="ru-RU"/>
              </w:rPr>
              <w:t xml:space="preserve"> </w:t>
            </w:r>
            <w:r>
              <w:t>Hitler</w:t>
            </w:r>
            <w:r w:rsidRPr="00332DB8">
              <w:rPr>
                <w:lang w:val="ru-RU"/>
              </w:rPr>
              <w:t xml:space="preserve"> - </w:t>
            </w:r>
            <w:r>
              <w:t>Was</w:t>
            </w:r>
            <w:r w:rsidRPr="00332DB8">
              <w:rPr>
                <w:lang w:val="ru-RU"/>
              </w:rPr>
              <w:t xml:space="preserve"> </w:t>
            </w:r>
            <w:r>
              <w:t>wir</w:t>
            </w:r>
            <w:r w:rsidRPr="00332DB8">
              <w:rPr>
                <w:lang w:val="ru-RU"/>
              </w:rPr>
              <w:t xml:space="preserve"> </w:t>
            </w:r>
            <w:r>
              <w:t>gek</w:t>
            </w:r>
            <w:r w:rsidRPr="00332DB8">
              <w:rPr>
                <w:lang w:val="ru-RU"/>
              </w:rPr>
              <w:t>ä</w:t>
            </w:r>
            <w:r>
              <w:t>mpft</w:t>
            </w:r>
            <w:r w:rsidRPr="00332DB8">
              <w:rPr>
                <w:lang w:val="ru-RU"/>
              </w:rPr>
              <w: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rsidR="006F7457" w:rsidRDefault="00332DB8">
            <w:r>
              <w:t>10.03.2020</w:t>
            </w:r>
          </w:p>
        </w:tc>
      </w:tr>
      <w:tr w:rsidR="006F7457">
        <w:tc>
          <w:tcPr>
            <w:tcW w:w="2880" w:type="dxa"/>
          </w:tcPr>
          <w:p w:rsidR="006F7457" w:rsidRDefault="00332DB8">
            <w:r>
              <w:t>50</w:t>
            </w:r>
            <w:r>
              <w:lastRenderedPageBreak/>
              <w:t>13.</w:t>
            </w:r>
          </w:p>
        </w:tc>
        <w:tc>
          <w:tcPr>
            <w:tcW w:w="2880" w:type="dxa"/>
          </w:tcPr>
          <w:p w:rsidR="006F7457" w:rsidRPr="00332DB8" w:rsidRDefault="00332DB8">
            <w:pPr>
              <w:rPr>
                <w:lang w:val="ru-RU"/>
              </w:rPr>
            </w:pPr>
            <w:r>
              <w:lastRenderedPageBreak/>
              <w:t xml:space="preserve">Видеоролик под названием на немецком языке «Lĕon Degrelle - Was die weiße Rasse ihrer „Sieg” gab» (нем. </w:t>
            </w:r>
            <w:r w:rsidRPr="00332DB8">
              <w:rPr>
                <w:lang w:val="ru-RU"/>
              </w:rPr>
              <w:t>«</w:t>
            </w:r>
            <w:r>
              <w:t>Leon</w:t>
            </w:r>
            <w:r w:rsidRPr="00332DB8">
              <w:rPr>
                <w:lang w:val="ru-RU"/>
              </w:rPr>
              <w:t xml:space="preserve"> </w:t>
            </w:r>
            <w:r>
              <w:t>Degrelle</w:t>
            </w:r>
            <w:r w:rsidRPr="00332DB8">
              <w:rPr>
                <w:lang w:val="ru-RU"/>
              </w:rPr>
              <w:t xml:space="preserve"> – то, что белой </w:t>
            </w:r>
            <w:r>
              <w:t>pace</w:t>
            </w:r>
            <w:r w:rsidRPr="00332DB8">
              <w:rPr>
                <w:lang w:val="ru-RU"/>
              </w:rPr>
              <w:t xml:space="preserve"> дала их «победа»»), продолжительностью 03 мин. 01 сек. (данный видеоролик </w:t>
            </w:r>
            <w:r w:rsidRPr="00332DB8">
              <w:rPr>
                <w:lang w:val="ru-RU"/>
              </w:rPr>
              <w:lastRenderedPageBreak/>
              <w:t>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rsidR="006F7457" w:rsidRDefault="00332DB8">
            <w:r>
              <w:lastRenderedPageBreak/>
              <w:t>10.03.</w:t>
            </w:r>
            <w:r>
              <w:lastRenderedPageBreak/>
              <w:t>2020</w:t>
            </w:r>
          </w:p>
        </w:tc>
      </w:tr>
      <w:tr w:rsidR="006F7457">
        <w:tc>
          <w:tcPr>
            <w:tcW w:w="2880" w:type="dxa"/>
          </w:tcPr>
          <w:p w:rsidR="006F7457" w:rsidRDefault="00332DB8">
            <w:r>
              <w:lastRenderedPageBreak/>
              <w:t>5014.</w:t>
            </w:r>
          </w:p>
        </w:tc>
        <w:tc>
          <w:tcPr>
            <w:tcW w:w="2880" w:type="dxa"/>
          </w:tcPr>
          <w:p w:rsidR="006F7457" w:rsidRPr="00332DB8" w:rsidRDefault="00332DB8">
            <w:pPr>
              <w:rPr>
                <w:lang w:val="ru-RU"/>
              </w:rPr>
            </w:pPr>
            <w:r w:rsidRPr="00332DB8">
              <w:rPr>
                <w:lang w:val="ru-RU"/>
              </w:rPr>
              <w:t>Видеоролик на немецком языке под названием «</w:t>
            </w:r>
            <w:r>
              <w:t>Deni</w:t>
            </w:r>
            <w:r w:rsidRPr="00332DB8">
              <w:rPr>
                <w:lang w:val="ru-RU"/>
              </w:rPr>
              <w:t xml:space="preserve"> </w:t>
            </w:r>
            <w:r>
              <w:t>Mad</w:t>
            </w:r>
            <w:r w:rsidRPr="00332DB8">
              <w:rPr>
                <w:lang w:val="ru-RU"/>
              </w:rPr>
              <w:t xml:space="preserve">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rsidR="006F7457" w:rsidRDefault="00332DB8">
            <w:r>
              <w:t>10.03.2020</w:t>
            </w:r>
          </w:p>
        </w:tc>
      </w:tr>
      <w:tr w:rsidR="006F7457">
        <w:tc>
          <w:tcPr>
            <w:tcW w:w="2880" w:type="dxa"/>
          </w:tcPr>
          <w:p w:rsidR="006F7457" w:rsidRDefault="00332DB8">
            <w:r>
              <w:t>5015.</w:t>
            </w:r>
          </w:p>
        </w:tc>
        <w:tc>
          <w:tcPr>
            <w:tcW w:w="2880" w:type="dxa"/>
          </w:tcPr>
          <w:p w:rsidR="006F7457" w:rsidRPr="00332DB8" w:rsidRDefault="00332DB8">
            <w:pPr>
              <w:rPr>
                <w:lang w:val="ru-RU"/>
              </w:rPr>
            </w:pPr>
            <w:r w:rsidRPr="00332DB8">
              <w:rPr>
                <w:lang w:val="ru-RU"/>
              </w:rPr>
              <w:t>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w:t>
            </w:r>
            <w:r>
              <w:t>ISBM</w:t>
            </w:r>
            <w:r w:rsidRPr="00332DB8">
              <w:rPr>
                <w:lang w:val="ru-RU"/>
              </w:rPr>
              <w:t xml:space="preserve"> 52-86020-263-7 ББК 84 (2Рос) УДК 882-У Ч125) на 56 листах, авторами указаны Чижов Н. и Степанов В. (решение Октябрьского районного суда города Санкт-Петербурга от 17.09.2019);</w:t>
            </w:r>
          </w:p>
        </w:tc>
        <w:tc>
          <w:tcPr>
            <w:tcW w:w="2880" w:type="dxa"/>
          </w:tcPr>
          <w:p w:rsidR="006F7457" w:rsidRDefault="00332DB8">
            <w:r>
              <w:t>23.03.2020</w:t>
            </w:r>
          </w:p>
        </w:tc>
      </w:tr>
      <w:tr w:rsidR="006F7457">
        <w:tc>
          <w:tcPr>
            <w:tcW w:w="2880" w:type="dxa"/>
          </w:tcPr>
          <w:p w:rsidR="006F7457" w:rsidRDefault="00332DB8">
            <w:r>
              <w:t>5016.</w:t>
            </w:r>
          </w:p>
        </w:tc>
        <w:tc>
          <w:tcPr>
            <w:tcW w:w="2880" w:type="dxa"/>
          </w:tcPr>
          <w:p w:rsidR="006F7457" w:rsidRPr="00332DB8" w:rsidRDefault="00332DB8">
            <w:pPr>
              <w:rPr>
                <w:lang w:val="ru-RU"/>
              </w:rPr>
            </w:pPr>
            <w:r w:rsidRPr="00332DB8">
              <w:rPr>
                <w:lang w:val="ru-RU"/>
              </w:rPr>
              <w:t>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tc>
        <w:tc>
          <w:tcPr>
            <w:tcW w:w="2880" w:type="dxa"/>
          </w:tcPr>
          <w:p w:rsidR="006F7457" w:rsidRDefault="00332DB8">
            <w:r>
              <w:t>23.03.2020</w:t>
            </w:r>
          </w:p>
        </w:tc>
      </w:tr>
      <w:tr w:rsidR="006F7457">
        <w:tc>
          <w:tcPr>
            <w:tcW w:w="2880" w:type="dxa"/>
          </w:tcPr>
          <w:p w:rsidR="006F7457" w:rsidRDefault="00332DB8">
            <w:r>
              <w:lastRenderedPageBreak/>
              <w:t>5017.</w:t>
            </w:r>
          </w:p>
        </w:tc>
        <w:tc>
          <w:tcPr>
            <w:tcW w:w="2880" w:type="dxa"/>
          </w:tcPr>
          <w:p w:rsidR="006F7457" w:rsidRPr="00332DB8" w:rsidRDefault="00332DB8">
            <w:pPr>
              <w:rPr>
                <w:lang w:val="ru-RU"/>
              </w:rPr>
            </w:pPr>
            <w:r w:rsidRPr="00332DB8">
              <w:rPr>
                <w:lang w:val="ru-RU"/>
              </w:rPr>
              <w:t>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tc>
        <w:tc>
          <w:tcPr>
            <w:tcW w:w="2880" w:type="dxa"/>
          </w:tcPr>
          <w:p w:rsidR="006F7457" w:rsidRDefault="00332DB8">
            <w:r>
              <w:t>23.03.2020</w:t>
            </w:r>
          </w:p>
        </w:tc>
      </w:tr>
      <w:tr w:rsidR="006F7457">
        <w:tc>
          <w:tcPr>
            <w:tcW w:w="2880" w:type="dxa"/>
          </w:tcPr>
          <w:p w:rsidR="006F7457" w:rsidRDefault="00332DB8">
            <w:r>
              <w:t>5018.</w:t>
            </w:r>
          </w:p>
        </w:tc>
        <w:tc>
          <w:tcPr>
            <w:tcW w:w="2880" w:type="dxa"/>
          </w:tcPr>
          <w:p w:rsidR="006F7457" w:rsidRDefault="00332DB8">
            <w:r w:rsidRPr="00332DB8">
              <w:rPr>
                <w:lang w:val="ru-RU"/>
              </w:rPr>
              <w:t>Аудиозапись под названием «</w:t>
            </w:r>
            <w:r>
              <w:t>Calvados</w:t>
            </w:r>
            <w:r w:rsidRPr="00332DB8">
              <w:rPr>
                <w:lang w:val="ru-RU"/>
              </w:rPr>
              <w:t xml:space="preserve"> – </w:t>
            </w:r>
            <w:r>
              <w:t>Primates</w:t>
            </w:r>
            <w:r w:rsidRPr="00332DB8">
              <w:rPr>
                <w:lang w:val="ru-RU"/>
              </w:rPr>
              <w:t xml:space="preserve">»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w:t>
            </w:r>
            <w:r>
              <w:t>(решение Ленинского районного суда г. Тамбова от 03.02.2020);</w:t>
            </w:r>
          </w:p>
        </w:tc>
        <w:tc>
          <w:tcPr>
            <w:tcW w:w="2880" w:type="dxa"/>
          </w:tcPr>
          <w:p w:rsidR="006F7457" w:rsidRDefault="00332DB8">
            <w:r>
              <w:t>01.04.2020</w:t>
            </w:r>
          </w:p>
        </w:tc>
      </w:tr>
      <w:tr w:rsidR="006F7457">
        <w:tc>
          <w:tcPr>
            <w:tcW w:w="2880" w:type="dxa"/>
          </w:tcPr>
          <w:p w:rsidR="006F7457" w:rsidRDefault="00332DB8">
            <w:r>
              <w:t>5019.</w:t>
            </w:r>
          </w:p>
        </w:tc>
        <w:tc>
          <w:tcPr>
            <w:tcW w:w="2880" w:type="dxa"/>
          </w:tcPr>
          <w:p w:rsidR="006F7457" w:rsidRPr="00332DB8" w:rsidRDefault="00332DB8">
            <w:pPr>
              <w:rPr>
                <w:lang w:val="ru-RU"/>
              </w:rPr>
            </w:pPr>
            <w:r w:rsidRPr="00332DB8">
              <w:rPr>
                <w:lang w:val="ru-RU"/>
              </w:rPr>
              <w:t>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tc>
        <w:tc>
          <w:tcPr>
            <w:tcW w:w="2880" w:type="dxa"/>
          </w:tcPr>
          <w:p w:rsidR="006F7457" w:rsidRDefault="00332DB8">
            <w:r>
              <w:t>15.04.2020</w:t>
            </w:r>
          </w:p>
        </w:tc>
      </w:tr>
      <w:tr w:rsidR="006F7457">
        <w:tc>
          <w:tcPr>
            <w:tcW w:w="2880" w:type="dxa"/>
          </w:tcPr>
          <w:p w:rsidR="006F7457" w:rsidRDefault="00332DB8">
            <w:r>
              <w:t>5020.</w:t>
            </w:r>
          </w:p>
        </w:tc>
        <w:tc>
          <w:tcPr>
            <w:tcW w:w="2880" w:type="dxa"/>
          </w:tcPr>
          <w:p w:rsidR="006F7457" w:rsidRPr="00332DB8" w:rsidRDefault="00332DB8">
            <w:pPr>
              <w:rPr>
                <w:lang w:val="ru-RU"/>
              </w:rPr>
            </w:pPr>
            <w:r w:rsidRPr="00332DB8">
              <w:rPr>
                <w:lang w:val="ru-RU"/>
              </w:rPr>
              <w:t>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tc>
        <w:tc>
          <w:tcPr>
            <w:tcW w:w="2880" w:type="dxa"/>
          </w:tcPr>
          <w:p w:rsidR="006F7457" w:rsidRDefault="00332DB8">
            <w:r>
              <w:t>15.04.2020</w:t>
            </w:r>
          </w:p>
        </w:tc>
      </w:tr>
      <w:tr w:rsidR="006F7457">
        <w:tc>
          <w:tcPr>
            <w:tcW w:w="2880" w:type="dxa"/>
          </w:tcPr>
          <w:p w:rsidR="006F7457" w:rsidRDefault="00332DB8">
            <w:r>
              <w:t>5021.</w:t>
            </w:r>
          </w:p>
        </w:tc>
        <w:tc>
          <w:tcPr>
            <w:tcW w:w="2880" w:type="dxa"/>
          </w:tcPr>
          <w:p w:rsidR="006F7457" w:rsidRPr="00332DB8" w:rsidRDefault="00332DB8">
            <w:pPr>
              <w:rPr>
                <w:lang w:val="ru-RU"/>
              </w:rPr>
            </w:pPr>
            <w:r w:rsidRPr="00332DB8">
              <w:rPr>
                <w:lang w:val="ru-RU"/>
              </w:rPr>
              <w:t>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tc>
        <w:tc>
          <w:tcPr>
            <w:tcW w:w="2880" w:type="dxa"/>
          </w:tcPr>
          <w:p w:rsidR="006F7457" w:rsidRDefault="00332DB8">
            <w:r>
              <w:t>15.04.2020</w:t>
            </w:r>
          </w:p>
        </w:tc>
      </w:tr>
      <w:tr w:rsidR="006F7457">
        <w:tc>
          <w:tcPr>
            <w:tcW w:w="2880" w:type="dxa"/>
          </w:tcPr>
          <w:p w:rsidR="006F7457" w:rsidRDefault="00332DB8">
            <w:r>
              <w:t>5</w:t>
            </w:r>
            <w:r>
              <w:lastRenderedPageBreak/>
              <w:t>022.</w:t>
            </w:r>
          </w:p>
        </w:tc>
        <w:tc>
          <w:tcPr>
            <w:tcW w:w="2880" w:type="dxa"/>
          </w:tcPr>
          <w:p w:rsidR="006F7457" w:rsidRPr="00332DB8" w:rsidRDefault="00332DB8">
            <w:pPr>
              <w:rPr>
                <w:lang w:val="ru-RU"/>
              </w:rPr>
            </w:pPr>
            <w:r w:rsidRPr="00332DB8">
              <w:rPr>
                <w:lang w:val="ru-RU"/>
              </w:rPr>
              <w:lastRenderedPageBreak/>
              <w:t xml:space="preserve">Аудиозапись под названием «Слушай экзорцист - нож мой лучший друг» продолжительностью от 2 минут 21 </w:t>
            </w:r>
            <w:r w:rsidRPr="00332DB8">
              <w:rPr>
                <w:lang w:val="ru-RU"/>
              </w:rPr>
              <w:lastRenderedPageBreak/>
              <w:t>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tc>
        <w:tc>
          <w:tcPr>
            <w:tcW w:w="2880" w:type="dxa"/>
          </w:tcPr>
          <w:p w:rsidR="006F7457" w:rsidRDefault="00332DB8">
            <w:r>
              <w:lastRenderedPageBreak/>
              <w:t>15.</w:t>
            </w:r>
            <w:r>
              <w:lastRenderedPageBreak/>
              <w:t>04.2020</w:t>
            </w:r>
          </w:p>
        </w:tc>
      </w:tr>
      <w:tr w:rsidR="006F7457">
        <w:tc>
          <w:tcPr>
            <w:tcW w:w="2880" w:type="dxa"/>
          </w:tcPr>
          <w:p w:rsidR="006F7457" w:rsidRDefault="00332DB8">
            <w:r>
              <w:lastRenderedPageBreak/>
              <w:t>5023.</w:t>
            </w:r>
          </w:p>
        </w:tc>
        <w:tc>
          <w:tcPr>
            <w:tcW w:w="2880" w:type="dxa"/>
          </w:tcPr>
          <w:p w:rsidR="006F7457" w:rsidRPr="00332DB8" w:rsidRDefault="00332DB8">
            <w:pPr>
              <w:rPr>
                <w:lang w:val="ru-RU"/>
              </w:rPr>
            </w:pPr>
            <w:r w:rsidRPr="00332DB8">
              <w:rPr>
                <w:lang w:val="ru-RU"/>
              </w:rPr>
              <w:t>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tc>
        <w:tc>
          <w:tcPr>
            <w:tcW w:w="2880" w:type="dxa"/>
          </w:tcPr>
          <w:p w:rsidR="006F7457" w:rsidRDefault="00332DB8">
            <w:r>
              <w:t>15.04.2020</w:t>
            </w:r>
          </w:p>
        </w:tc>
      </w:tr>
      <w:tr w:rsidR="006F7457">
        <w:tc>
          <w:tcPr>
            <w:tcW w:w="2880" w:type="dxa"/>
          </w:tcPr>
          <w:p w:rsidR="006F7457" w:rsidRDefault="00332DB8">
            <w:r>
              <w:t>5024.</w:t>
            </w:r>
          </w:p>
        </w:tc>
        <w:tc>
          <w:tcPr>
            <w:tcW w:w="2880" w:type="dxa"/>
          </w:tcPr>
          <w:p w:rsidR="006F7457" w:rsidRPr="00332DB8" w:rsidRDefault="00332DB8">
            <w:pPr>
              <w:rPr>
                <w:lang w:val="ru-RU"/>
              </w:rPr>
            </w:pPr>
            <w:r w:rsidRPr="00332DB8">
              <w:rPr>
                <w:lang w:val="ru-RU"/>
              </w:rPr>
              <w:t>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tc>
        <w:tc>
          <w:tcPr>
            <w:tcW w:w="2880" w:type="dxa"/>
          </w:tcPr>
          <w:p w:rsidR="006F7457" w:rsidRDefault="00332DB8">
            <w:r>
              <w:t>15.04.2020</w:t>
            </w:r>
          </w:p>
        </w:tc>
      </w:tr>
      <w:tr w:rsidR="006F7457">
        <w:tc>
          <w:tcPr>
            <w:tcW w:w="2880" w:type="dxa"/>
          </w:tcPr>
          <w:p w:rsidR="006F7457" w:rsidRDefault="00332DB8">
            <w:r>
              <w:t>5025.</w:t>
            </w:r>
          </w:p>
        </w:tc>
        <w:tc>
          <w:tcPr>
            <w:tcW w:w="2880" w:type="dxa"/>
          </w:tcPr>
          <w:p w:rsidR="006F7457" w:rsidRPr="00332DB8" w:rsidRDefault="00332DB8">
            <w:pPr>
              <w:rPr>
                <w:lang w:val="ru-RU"/>
              </w:rPr>
            </w:pPr>
            <w:r w:rsidRPr="00332DB8">
              <w:rPr>
                <w:lang w:val="ru-RU"/>
              </w:rPr>
              <w:t>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tc>
        <w:tc>
          <w:tcPr>
            <w:tcW w:w="2880" w:type="dxa"/>
          </w:tcPr>
          <w:p w:rsidR="006F7457" w:rsidRDefault="00332DB8">
            <w:r>
              <w:t>15.04.2020</w:t>
            </w:r>
          </w:p>
        </w:tc>
      </w:tr>
      <w:tr w:rsidR="006F7457">
        <w:tc>
          <w:tcPr>
            <w:tcW w:w="2880" w:type="dxa"/>
          </w:tcPr>
          <w:p w:rsidR="006F7457" w:rsidRDefault="00332DB8">
            <w:r>
              <w:t>5026.</w:t>
            </w:r>
          </w:p>
        </w:tc>
        <w:tc>
          <w:tcPr>
            <w:tcW w:w="2880" w:type="dxa"/>
          </w:tcPr>
          <w:p w:rsidR="006F7457" w:rsidRPr="00332DB8" w:rsidRDefault="00332DB8">
            <w:pPr>
              <w:rPr>
                <w:lang w:val="ru-RU"/>
              </w:rPr>
            </w:pPr>
            <w:r w:rsidRPr="00332DB8">
              <w:rPr>
                <w:lang w:val="ru-RU"/>
              </w:rPr>
              <w:t>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tc>
        <w:tc>
          <w:tcPr>
            <w:tcW w:w="2880" w:type="dxa"/>
          </w:tcPr>
          <w:p w:rsidR="006F7457" w:rsidRDefault="00332DB8">
            <w:r>
              <w:t>06.05.2020</w:t>
            </w:r>
          </w:p>
        </w:tc>
      </w:tr>
      <w:tr w:rsidR="006F7457">
        <w:tc>
          <w:tcPr>
            <w:tcW w:w="2880" w:type="dxa"/>
          </w:tcPr>
          <w:p w:rsidR="006F7457" w:rsidRDefault="00332DB8">
            <w:r>
              <w:lastRenderedPageBreak/>
              <w:t>5027.</w:t>
            </w:r>
          </w:p>
        </w:tc>
        <w:tc>
          <w:tcPr>
            <w:tcW w:w="2880" w:type="dxa"/>
          </w:tcPr>
          <w:p w:rsidR="006F7457" w:rsidRPr="00332DB8" w:rsidRDefault="00332DB8">
            <w:pPr>
              <w:rPr>
                <w:lang w:val="ru-RU"/>
              </w:rPr>
            </w:pPr>
            <w:r w:rsidRPr="00332DB8">
              <w:rPr>
                <w:lang w:val="ru-RU"/>
              </w:rPr>
              <w:t>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tc>
        <w:tc>
          <w:tcPr>
            <w:tcW w:w="2880" w:type="dxa"/>
          </w:tcPr>
          <w:p w:rsidR="006F7457" w:rsidRDefault="00332DB8">
            <w:r>
              <w:t>06.05.2020</w:t>
            </w:r>
          </w:p>
        </w:tc>
      </w:tr>
      <w:tr w:rsidR="006F7457">
        <w:tc>
          <w:tcPr>
            <w:tcW w:w="2880" w:type="dxa"/>
          </w:tcPr>
          <w:p w:rsidR="006F7457" w:rsidRDefault="00332DB8">
            <w:r>
              <w:t>5028.</w:t>
            </w:r>
          </w:p>
        </w:tc>
        <w:tc>
          <w:tcPr>
            <w:tcW w:w="2880" w:type="dxa"/>
          </w:tcPr>
          <w:p w:rsidR="006F7457" w:rsidRPr="00332DB8" w:rsidRDefault="00332DB8">
            <w:pPr>
              <w:rPr>
                <w:lang w:val="ru-RU"/>
              </w:rPr>
            </w:pPr>
            <w:r w:rsidRPr="00332DB8">
              <w:rPr>
                <w:lang w:val="ru-RU"/>
              </w:rPr>
              <w:t>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2880" w:type="dxa"/>
          </w:tcPr>
          <w:p w:rsidR="006F7457" w:rsidRDefault="00332DB8">
            <w:r>
              <w:t>19.05.2020</w:t>
            </w:r>
          </w:p>
        </w:tc>
      </w:tr>
      <w:tr w:rsidR="006F7457">
        <w:tc>
          <w:tcPr>
            <w:tcW w:w="2880" w:type="dxa"/>
          </w:tcPr>
          <w:p w:rsidR="006F7457" w:rsidRDefault="00332DB8">
            <w:r>
              <w:t>5029.</w:t>
            </w:r>
          </w:p>
        </w:tc>
        <w:tc>
          <w:tcPr>
            <w:tcW w:w="2880" w:type="dxa"/>
          </w:tcPr>
          <w:p w:rsidR="006F7457" w:rsidRPr="00332DB8" w:rsidRDefault="00332DB8">
            <w:pPr>
              <w:rPr>
                <w:lang w:val="ru-RU"/>
              </w:rPr>
            </w:pPr>
            <w:r w:rsidRPr="00332DB8">
              <w:rPr>
                <w:lang w:val="ru-RU"/>
              </w:rPr>
              <w:t>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2880" w:type="dxa"/>
          </w:tcPr>
          <w:p w:rsidR="006F7457" w:rsidRDefault="00332DB8">
            <w:r>
              <w:t>19.05.2020</w:t>
            </w:r>
          </w:p>
        </w:tc>
      </w:tr>
      <w:tr w:rsidR="006F7457">
        <w:tc>
          <w:tcPr>
            <w:tcW w:w="2880" w:type="dxa"/>
          </w:tcPr>
          <w:p w:rsidR="006F7457" w:rsidRDefault="00332DB8">
            <w:r>
              <w:t>5030.</w:t>
            </w:r>
          </w:p>
        </w:tc>
        <w:tc>
          <w:tcPr>
            <w:tcW w:w="2880" w:type="dxa"/>
          </w:tcPr>
          <w:p w:rsidR="006F7457" w:rsidRPr="00332DB8" w:rsidRDefault="00332DB8">
            <w:pPr>
              <w:rPr>
                <w:lang w:val="ru-RU"/>
              </w:rPr>
            </w:pPr>
            <w:r w:rsidRPr="00332DB8">
              <w:rPr>
                <w:lang w:val="ru-RU"/>
              </w:rPr>
              <w:t>Аудиозапись песни «Слава Руси» исполнителя «Зига 13» (</w:t>
            </w:r>
            <w:r>
              <w:t>Ziga</w:t>
            </w:r>
            <w:r w:rsidRPr="00332DB8">
              <w:rPr>
                <w:lang w:val="ru-RU"/>
              </w:rPr>
              <w:t>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tc>
        <w:tc>
          <w:tcPr>
            <w:tcW w:w="2880" w:type="dxa"/>
          </w:tcPr>
          <w:p w:rsidR="006F7457" w:rsidRDefault="00332DB8">
            <w:r>
              <w:t>02.06.2020</w:t>
            </w:r>
          </w:p>
        </w:tc>
      </w:tr>
      <w:tr w:rsidR="006F7457">
        <w:tc>
          <w:tcPr>
            <w:tcW w:w="2880" w:type="dxa"/>
          </w:tcPr>
          <w:p w:rsidR="006F7457" w:rsidRDefault="00332DB8">
            <w:r>
              <w:t>5031.</w:t>
            </w:r>
          </w:p>
        </w:tc>
        <w:tc>
          <w:tcPr>
            <w:tcW w:w="2880" w:type="dxa"/>
          </w:tcPr>
          <w:p w:rsidR="006F7457" w:rsidRPr="00332DB8" w:rsidRDefault="00332DB8">
            <w:pPr>
              <w:rPr>
                <w:lang w:val="ru-RU"/>
              </w:rPr>
            </w:pPr>
            <w:r w:rsidRPr="00332DB8">
              <w:rPr>
                <w:lang w:val="ru-RU"/>
              </w:rPr>
              <w:t>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tc>
        <w:tc>
          <w:tcPr>
            <w:tcW w:w="2880" w:type="dxa"/>
          </w:tcPr>
          <w:p w:rsidR="006F7457" w:rsidRDefault="00332DB8">
            <w:r>
              <w:t>10.06.2020</w:t>
            </w:r>
          </w:p>
        </w:tc>
      </w:tr>
      <w:tr w:rsidR="006F7457">
        <w:tc>
          <w:tcPr>
            <w:tcW w:w="2880" w:type="dxa"/>
          </w:tcPr>
          <w:p w:rsidR="006F7457" w:rsidRDefault="00332DB8">
            <w:r>
              <w:lastRenderedPageBreak/>
              <w:t>5032.</w:t>
            </w:r>
          </w:p>
        </w:tc>
        <w:tc>
          <w:tcPr>
            <w:tcW w:w="2880" w:type="dxa"/>
          </w:tcPr>
          <w:p w:rsidR="006F7457" w:rsidRPr="00332DB8" w:rsidRDefault="00332DB8">
            <w:pPr>
              <w:rPr>
                <w:lang w:val="ru-RU"/>
              </w:rPr>
            </w:pPr>
            <w:r w:rsidRPr="00332DB8">
              <w:rPr>
                <w:lang w:val="ru-RU"/>
              </w:rPr>
              <w:t>Журнал без указания автора под названием «</w:t>
            </w:r>
            <w:r>
              <w:t>BrutalityofPeace</w:t>
            </w:r>
            <w:r w:rsidRPr="00332DB8">
              <w:rPr>
                <w:lang w:val="ru-RU"/>
              </w:rPr>
              <w:t>» (другие названия:«Взрыв ненависти», «Жестокость мира») 2009 года издания на 36 листах (решение Красносельского районного суда Санкт-Петербурга от 17.02.2020);</w:t>
            </w:r>
          </w:p>
        </w:tc>
        <w:tc>
          <w:tcPr>
            <w:tcW w:w="2880" w:type="dxa"/>
          </w:tcPr>
          <w:p w:rsidR="006F7457" w:rsidRDefault="00332DB8">
            <w:r>
              <w:t>10.06.2020</w:t>
            </w:r>
          </w:p>
        </w:tc>
      </w:tr>
      <w:tr w:rsidR="006F7457">
        <w:tc>
          <w:tcPr>
            <w:tcW w:w="2880" w:type="dxa"/>
          </w:tcPr>
          <w:p w:rsidR="006F7457" w:rsidRDefault="00332DB8">
            <w:r>
              <w:t>5033.</w:t>
            </w:r>
          </w:p>
        </w:tc>
        <w:tc>
          <w:tcPr>
            <w:tcW w:w="2880" w:type="dxa"/>
          </w:tcPr>
          <w:p w:rsidR="006F7457" w:rsidRPr="00332DB8" w:rsidRDefault="00332DB8">
            <w:pPr>
              <w:rPr>
                <w:lang w:val="ru-RU"/>
              </w:rPr>
            </w:pPr>
            <w:r w:rsidRPr="00332DB8">
              <w:rPr>
                <w:lang w:val="ru-RU"/>
              </w:rPr>
              <w:t>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tc>
        <w:tc>
          <w:tcPr>
            <w:tcW w:w="2880" w:type="dxa"/>
          </w:tcPr>
          <w:p w:rsidR="006F7457" w:rsidRDefault="00332DB8">
            <w:r>
              <w:t>10.06.2020</w:t>
            </w:r>
          </w:p>
        </w:tc>
      </w:tr>
      <w:tr w:rsidR="006F7457">
        <w:tc>
          <w:tcPr>
            <w:tcW w:w="2880" w:type="dxa"/>
          </w:tcPr>
          <w:p w:rsidR="006F7457" w:rsidRDefault="00332DB8">
            <w:r>
              <w:t>5034.</w:t>
            </w:r>
          </w:p>
        </w:tc>
        <w:tc>
          <w:tcPr>
            <w:tcW w:w="2880" w:type="dxa"/>
          </w:tcPr>
          <w:p w:rsidR="006F7457" w:rsidRDefault="00332DB8">
            <w:r w:rsidRPr="00332DB8">
              <w:rPr>
                <w:lang w:val="ru-RU"/>
              </w:rPr>
              <w:t xml:space="preserve">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w:t>
            </w:r>
            <w:r>
              <w:t>3 минуты 51 секунда (решение Шадринского районного суда Курганской области от 11.03.2020);</w:t>
            </w:r>
          </w:p>
        </w:tc>
        <w:tc>
          <w:tcPr>
            <w:tcW w:w="2880" w:type="dxa"/>
          </w:tcPr>
          <w:p w:rsidR="006F7457" w:rsidRDefault="00332DB8">
            <w:r>
              <w:t>10.06.2020</w:t>
            </w:r>
          </w:p>
        </w:tc>
      </w:tr>
      <w:tr w:rsidR="006F7457">
        <w:tc>
          <w:tcPr>
            <w:tcW w:w="2880" w:type="dxa"/>
          </w:tcPr>
          <w:p w:rsidR="006F7457" w:rsidRDefault="00332DB8">
            <w:r>
              <w:t>5035.</w:t>
            </w:r>
          </w:p>
        </w:tc>
        <w:tc>
          <w:tcPr>
            <w:tcW w:w="2880" w:type="dxa"/>
          </w:tcPr>
          <w:p w:rsidR="006F7457" w:rsidRPr="00332DB8" w:rsidRDefault="00332DB8">
            <w:pPr>
              <w:rPr>
                <w:lang w:val="ru-RU"/>
              </w:rPr>
            </w:pPr>
            <w:r w:rsidRPr="00332DB8">
              <w:rPr>
                <w:lang w:val="ru-RU"/>
              </w:rPr>
              <w:t>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tc>
        <w:tc>
          <w:tcPr>
            <w:tcW w:w="2880" w:type="dxa"/>
          </w:tcPr>
          <w:p w:rsidR="006F7457" w:rsidRDefault="00332DB8">
            <w:r>
              <w:t>10.06.2020</w:t>
            </w:r>
          </w:p>
        </w:tc>
      </w:tr>
      <w:tr w:rsidR="006F7457">
        <w:tc>
          <w:tcPr>
            <w:tcW w:w="2880" w:type="dxa"/>
          </w:tcPr>
          <w:p w:rsidR="006F7457" w:rsidRDefault="00332DB8">
            <w:r>
              <w:t>5036.</w:t>
            </w:r>
          </w:p>
        </w:tc>
        <w:tc>
          <w:tcPr>
            <w:tcW w:w="2880" w:type="dxa"/>
          </w:tcPr>
          <w:p w:rsidR="006F7457" w:rsidRDefault="00332DB8">
            <w:r w:rsidRPr="00332DB8">
              <w:rPr>
                <w:lang w:val="ru-RU"/>
              </w:rPr>
              <w:t xml:space="preserve">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w:t>
            </w:r>
            <w:r>
              <w:t>3 минуты 41 секунда (решение Шадринского районного суда Курганской области от 11.03.2020);</w:t>
            </w:r>
          </w:p>
        </w:tc>
        <w:tc>
          <w:tcPr>
            <w:tcW w:w="2880" w:type="dxa"/>
          </w:tcPr>
          <w:p w:rsidR="006F7457" w:rsidRDefault="00332DB8">
            <w:r>
              <w:t>10.06.2020</w:t>
            </w:r>
          </w:p>
        </w:tc>
      </w:tr>
      <w:tr w:rsidR="006F7457">
        <w:tc>
          <w:tcPr>
            <w:tcW w:w="2880" w:type="dxa"/>
          </w:tcPr>
          <w:p w:rsidR="006F7457" w:rsidRDefault="00332DB8">
            <w:r>
              <w:t>5</w:t>
            </w:r>
            <w:r>
              <w:lastRenderedPageBreak/>
              <w:t>037.</w:t>
            </w:r>
          </w:p>
        </w:tc>
        <w:tc>
          <w:tcPr>
            <w:tcW w:w="2880" w:type="dxa"/>
          </w:tcPr>
          <w:p w:rsidR="006F7457" w:rsidRDefault="00332DB8">
            <w:r w:rsidRPr="00332DB8">
              <w:rPr>
                <w:lang w:val="ru-RU"/>
              </w:rPr>
              <w:lastRenderedPageBreak/>
              <w:t xml:space="preserve">Аудиозапись «Рыночные отношения 2015», начинающаяся словами «...2015 на белом черные пятна...», </w:t>
            </w:r>
            <w:r w:rsidRPr="00332DB8">
              <w:rPr>
                <w:lang w:val="ru-RU"/>
              </w:rPr>
              <w:lastRenderedPageBreak/>
              <w:t xml:space="preserve">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w:t>
            </w:r>
            <w:r>
              <w:t>2 минуты 47 секунд (решение Шадринского районного суда Курганской области от 11.03.2020);</w:t>
            </w:r>
          </w:p>
        </w:tc>
        <w:tc>
          <w:tcPr>
            <w:tcW w:w="2880" w:type="dxa"/>
          </w:tcPr>
          <w:p w:rsidR="006F7457" w:rsidRDefault="00332DB8">
            <w:r>
              <w:lastRenderedPageBreak/>
              <w:t>10.</w:t>
            </w:r>
            <w:r>
              <w:lastRenderedPageBreak/>
              <w:t>06.2020</w:t>
            </w:r>
          </w:p>
        </w:tc>
      </w:tr>
      <w:tr w:rsidR="006F7457">
        <w:tc>
          <w:tcPr>
            <w:tcW w:w="2880" w:type="dxa"/>
          </w:tcPr>
          <w:p w:rsidR="006F7457" w:rsidRDefault="00332DB8">
            <w:r>
              <w:lastRenderedPageBreak/>
              <w:t>5038.</w:t>
            </w:r>
          </w:p>
        </w:tc>
        <w:tc>
          <w:tcPr>
            <w:tcW w:w="2880" w:type="dxa"/>
          </w:tcPr>
          <w:p w:rsidR="006F7457" w:rsidRDefault="00332DB8">
            <w:r w:rsidRPr="00332DB8">
              <w:rPr>
                <w:lang w:val="ru-RU"/>
              </w:rPr>
              <w:t xml:space="preserve">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w:t>
            </w:r>
            <w:r>
              <w:t>3 минуты 00 секунд (решение Шадринского районного суда Курганской области от 11.03.2020);</w:t>
            </w:r>
          </w:p>
        </w:tc>
        <w:tc>
          <w:tcPr>
            <w:tcW w:w="2880" w:type="dxa"/>
          </w:tcPr>
          <w:p w:rsidR="006F7457" w:rsidRDefault="00332DB8">
            <w:r>
              <w:t>10.06.2020</w:t>
            </w:r>
          </w:p>
        </w:tc>
      </w:tr>
      <w:tr w:rsidR="006F7457">
        <w:tc>
          <w:tcPr>
            <w:tcW w:w="2880" w:type="dxa"/>
          </w:tcPr>
          <w:p w:rsidR="006F7457" w:rsidRDefault="00332DB8">
            <w:r>
              <w:t>5039.</w:t>
            </w:r>
          </w:p>
        </w:tc>
        <w:tc>
          <w:tcPr>
            <w:tcW w:w="2880" w:type="dxa"/>
          </w:tcPr>
          <w:p w:rsidR="006F7457" w:rsidRDefault="00332DB8">
            <w:r w:rsidRPr="00332DB8">
              <w:rPr>
                <w:lang w:val="ru-RU"/>
              </w:rPr>
              <w:t xml:space="preserve">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w:t>
            </w:r>
            <w:r>
              <w:t>(решение Сыктывкарского городского суда Республики Коми от 18.03.2020);</w:t>
            </w:r>
          </w:p>
        </w:tc>
        <w:tc>
          <w:tcPr>
            <w:tcW w:w="2880" w:type="dxa"/>
          </w:tcPr>
          <w:p w:rsidR="006F7457" w:rsidRDefault="00332DB8">
            <w:r>
              <w:t>23.06.2020</w:t>
            </w:r>
          </w:p>
        </w:tc>
      </w:tr>
      <w:tr w:rsidR="006F7457">
        <w:tc>
          <w:tcPr>
            <w:tcW w:w="2880" w:type="dxa"/>
          </w:tcPr>
          <w:p w:rsidR="006F7457" w:rsidRDefault="00332DB8">
            <w:r>
              <w:t>5040.</w:t>
            </w:r>
          </w:p>
        </w:tc>
        <w:tc>
          <w:tcPr>
            <w:tcW w:w="2880" w:type="dxa"/>
          </w:tcPr>
          <w:p w:rsidR="006F7457" w:rsidRPr="00332DB8" w:rsidRDefault="00332DB8">
            <w:pPr>
              <w:rPr>
                <w:lang w:val="ru-RU"/>
              </w:rPr>
            </w:pPr>
            <w:r w:rsidRPr="00332DB8">
              <w:rPr>
                <w:lang w:val="ru-RU"/>
              </w:rPr>
              <w:t>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tc>
        <w:tc>
          <w:tcPr>
            <w:tcW w:w="2880" w:type="dxa"/>
          </w:tcPr>
          <w:p w:rsidR="006F7457" w:rsidRDefault="00332DB8">
            <w:r>
              <w:t>23.06.2020</w:t>
            </w:r>
          </w:p>
        </w:tc>
      </w:tr>
      <w:tr w:rsidR="006F7457">
        <w:tc>
          <w:tcPr>
            <w:tcW w:w="2880" w:type="dxa"/>
          </w:tcPr>
          <w:p w:rsidR="006F7457" w:rsidRDefault="00332DB8">
            <w:r>
              <w:t>5041.</w:t>
            </w:r>
          </w:p>
        </w:tc>
        <w:tc>
          <w:tcPr>
            <w:tcW w:w="2880" w:type="dxa"/>
          </w:tcPr>
          <w:p w:rsidR="006F7457" w:rsidRPr="00332DB8" w:rsidRDefault="00332DB8">
            <w:pPr>
              <w:rPr>
                <w:lang w:val="ru-RU"/>
              </w:rPr>
            </w:pPr>
            <w:r w:rsidRPr="00332DB8">
              <w:rPr>
                <w:lang w:val="ru-RU"/>
              </w:rPr>
              <w:t>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tc>
        <w:tc>
          <w:tcPr>
            <w:tcW w:w="2880" w:type="dxa"/>
          </w:tcPr>
          <w:p w:rsidR="006F7457" w:rsidRDefault="00332DB8">
            <w:r>
              <w:t>23.06.2020</w:t>
            </w:r>
          </w:p>
        </w:tc>
      </w:tr>
      <w:tr w:rsidR="006F7457">
        <w:tc>
          <w:tcPr>
            <w:tcW w:w="2880" w:type="dxa"/>
          </w:tcPr>
          <w:p w:rsidR="006F7457" w:rsidRDefault="00332DB8">
            <w:r>
              <w:t>504</w:t>
            </w:r>
            <w:r>
              <w:lastRenderedPageBreak/>
              <w:t>2.</w:t>
            </w:r>
          </w:p>
        </w:tc>
        <w:tc>
          <w:tcPr>
            <w:tcW w:w="2880" w:type="dxa"/>
          </w:tcPr>
          <w:p w:rsidR="006F7457" w:rsidRPr="00332DB8" w:rsidRDefault="00332DB8">
            <w:pPr>
              <w:rPr>
                <w:lang w:val="ru-RU"/>
              </w:rPr>
            </w:pPr>
            <w:r w:rsidRPr="00332DB8">
              <w:rPr>
                <w:lang w:val="ru-RU"/>
              </w:rPr>
              <w:lastRenderedPageBreak/>
              <w:t>Аудиозапись группы «</w:t>
            </w:r>
            <w:r>
              <w:t>P</w:t>
            </w:r>
            <w:r w:rsidRPr="00332DB8">
              <w:rPr>
                <w:lang w:val="ru-RU"/>
              </w:rPr>
              <w:t>.</w:t>
            </w:r>
            <w:r>
              <w:t>S</w:t>
            </w:r>
            <w:r w:rsidRPr="00332DB8">
              <w:rPr>
                <w:lang w:val="ru-RU"/>
              </w:rPr>
              <w:t xml:space="preserve">.7.62»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w:t>
            </w:r>
            <w:r w:rsidRPr="00332DB8">
              <w:rPr>
                <w:lang w:val="ru-RU"/>
              </w:rPr>
              <w:lastRenderedPageBreak/>
              <w:t>районного суда Тверской области от 12.03.2020);</w:t>
            </w:r>
          </w:p>
        </w:tc>
        <w:tc>
          <w:tcPr>
            <w:tcW w:w="2880" w:type="dxa"/>
          </w:tcPr>
          <w:p w:rsidR="006F7457" w:rsidRDefault="00332DB8">
            <w:r>
              <w:lastRenderedPageBreak/>
              <w:t>14.07.202</w:t>
            </w:r>
            <w:r>
              <w:lastRenderedPageBreak/>
              <w:t>0</w:t>
            </w:r>
          </w:p>
        </w:tc>
      </w:tr>
      <w:tr w:rsidR="006F7457">
        <w:tc>
          <w:tcPr>
            <w:tcW w:w="2880" w:type="dxa"/>
          </w:tcPr>
          <w:p w:rsidR="006F7457" w:rsidRDefault="00332DB8">
            <w:r>
              <w:lastRenderedPageBreak/>
              <w:t>5043.</w:t>
            </w:r>
          </w:p>
        </w:tc>
        <w:tc>
          <w:tcPr>
            <w:tcW w:w="2880" w:type="dxa"/>
          </w:tcPr>
          <w:p w:rsidR="006F7457" w:rsidRPr="00332DB8" w:rsidRDefault="00332DB8">
            <w:pPr>
              <w:rPr>
                <w:lang w:val="ru-RU"/>
              </w:rPr>
            </w:pPr>
            <w:r w:rsidRPr="00332DB8">
              <w:rPr>
                <w:lang w:val="ru-RU"/>
              </w:rPr>
              <w:t>Видеозапись группы «</w:t>
            </w:r>
            <w:r>
              <w:t>P</w:t>
            </w:r>
            <w:r w:rsidRPr="00332DB8">
              <w:rPr>
                <w:lang w:val="ru-RU"/>
              </w:rPr>
              <w:t>.</w:t>
            </w:r>
            <w:r>
              <w:t>S</w:t>
            </w:r>
            <w:r w:rsidRPr="00332DB8">
              <w:rPr>
                <w:lang w:val="ru-RU"/>
              </w:rPr>
              <w:t>.7.62»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2880" w:type="dxa"/>
          </w:tcPr>
          <w:p w:rsidR="006F7457" w:rsidRDefault="00332DB8">
            <w:r>
              <w:t>14.07.2020</w:t>
            </w:r>
          </w:p>
        </w:tc>
      </w:tr>
      <w:tr w:rsidR="006F7457">
        <w:tc>
          <w:tcPr>
            <w:tcW w:w="2880" w:type="dxa"/>
          </w:tcPr>
          <w:p w:rsidR="006F7457" w:rsidRDefault="00332DB8">
            <w:r>
              <w:t>5044.</w:t>
            </w:r>
          </w:p>
        </w:tc>
        <w:tc>
          <w:tcPr>
            <w:tcW w:w="2880" w:type="dxa"/>
          </w:tcPr>
          <w:p w:rsidR="006F7457" w:rsidRPr="00332DB8" w:rsidRDefault="00332DB8">
            <w:pPr>
              <w:rPr>
                <w:lang w:val="ru-RU"/>
              </w:rPr>
            </w:pPr>
            <w:r w:rsidRPr="00332DB8">
              <w:rPr>
                <w:lang w:val="ru-RU"/>
              </w:rPr>
              <w:t>Аудиозапись группы «</w:t>
            </w:r>
            <w:r>
              <w:t>P</w:t>
            </w:r>
            <w:r w:rsidRPr="00332DB8">
              <w:rPr>
                <w:lang w:val="ru-RU"/>
              </w:rPr>
              <w:t>.</w:t>
            </w:r>
            <w:r>
              <w:t>S</w:t>
            </w:r>
            <w:r w:rsidRPr="00332DB8">
              <w:rPr>
                <w:lang w:val="ru-RU"/>
              </w:rPr>
              <w:t>.7.62»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tc>
        <w:tc>
          <w:tcPr>
            <w:tcW w:w="2880" w:type="dxa"/>
          </w:tcPr>
          <w:p w:rsidR="006F7457" w:rsidRDefault="00332DB8">
            <w:r>
              <w:t>14.07.2020</w:t>
            </w:r>
          </w:p>
        </w:tc>
      </w:tr>
      <w:tr w:rsidR="006F7457">
        <w:tc>
          <w:tcPr>
            <w:tcW w:w="2880" w:type="dxa"/>
          </w:tcPr>
          <w:p w:rsidR="006F7457" w:rsidRDefault="00332DB8">
            <w:r>
              <w:t>5045.</w:t>
            </w:r>
          </w:p>
        </w:tc>
        <w:tc>
          <w:tcPr>
            <w:tcW w:w="2880" w:type="dxa"/>
          </w:tcPr>
          <w:p w:rsidR="006F7457" w:rsidRPr="00332DB8" w:rsidRDefault="00332DB8">
            <w:pPr>
              <w:rPr>
                <w:lang w:val="ru-RU"/>
              </w:rPr>
            </w:pPr>
            <w:r w:rsidRPr="00332DB8">
              <w:rPr>
                <w:lang w:val="ru-RU"/>
              </w:rPr>
              <w:t>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tc>
        <w:tc>
          <w:tcPr>
            <w:tcW w:w="2880" w:type="dxa"/>
          </w:tcPr>
          <w:p w:rsidR="006F7457" w:rsidRDefault="00332DB8">
            <w:r>
              <w:t>14.07.2020</w:t>
            </w:r>
          </w:p>
        </w:tc>
      </w:tr>
      <w:tr w:rsidR="006F7457">
        <w:tc>
          <w:tcPr>
            <w:tcW w:w="2880" w:type="dxa"/>
          </w:tcPr>
          <w:p w:rsidR="006F7457" w:rsidRDefault="00332DB8">
            <w:r>
              <w:t>5046.</w:t>
            </w:r>
          </w:p>
        </w:tc>
        <w:tc>
          <w:tcPr>
            <w:tcW w:w="2880" w:type="dxa"/>
          </w:tcPr>
          <w:p w:rsidR="006F7457" w:rsidRPr="00332DB8" w:rsidRDefault="00332DB8">
            <w:pPr>
              <w:rPr>
                <w:lang w:val="ru-RU"/>
              </w:rPr>
            </w:pPr>
            <w:r w:rsidRPr="00332DB8">
              <w:rPr>
                <w:lang w:val="ru-RU"/>
              </w:rPr>
              <w:t>Информационные материалы «</w:t>
            </w:r>
            <w:r>
              <w:t>FirstLine</w:t>
            </w:r>
            <w:r w:rsidRPr="00332DB8">
              <w:rPr>
                <w:lang w:val="ru-RU"/>
              </w:rPr>
              <w:t xml:space="preserve"> - Тамбовск</w:t>
            </w:r>
            <w:r>
              <w:t>i</w:t>
            </w:r>
            <w:r w:rsidRPr="00332DB8">
              <w:rPr>
                <w:lang w:val="ru-RU"/>
              </w:rPr>
              <w:t>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w:t>
            </w:r>
            <w:r>
              <w:t>FirstLine</w:t>
            </w:r>
            <w:r w:rsidRPr="00332DB8">
              <w:rPr>
                <w:lang w:val="ru-RU"/>
              </w:rPr>
              <w:t xml:space="preserve"> </w:t>
            </w:r>
            <w:r>
              <w:t>Moscow</w:t>
            </w:r>
            <w:r w:rsidRPr="00332DB8">
              <w:rPr>
                <w:lang w:val="ru-RU"/>
              </w:rPr>
              <w:t xml:space="preserve">»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w:t>
            </w:r>
            <w:r>
              <w:t>Putting</w:t>
            </w:r>
            <w:r w:rsidRPr="00332DB8">
              <w:rPr>
                <w:lang w:val="ru-RU"/>
              </w:rPr>
              <w:t>») исполнителя Тамбовские волки (Тамбовск</w:t>
            </w:r>
            <w:r>
              <w:t>i</w:t>
            </w:r>
            <w:r w:rsidRPr="00332DB8">
              <w:rPr>
                <w:lang w:val="ru-RU"/>
              </w:rPr>
              <w:t>е Волки) (решение Октябрьского районного суда г. Саранска от 19.05.2020);</w:t>
            </w:r>
          </w:p>
        </w:tc>
        <w:tc>
          <w:tcPr>
            <w:tcW w:w="2880" w:type="dxa"/>
          </w:tcPr>
          <w:p w:rsidR="006F7457" w:rsidRDefault="00332DB8">
            <w:r>
              <w:t>16.07.2020</w:t>
            </w:r>
          </w:p>
        </w:tc>
      </w:tr>
      <w:tr w:rsidR="006F7457">
        <w:tc>
          <w:tcPr>
            <w:tcW w:w="2880" w:type="dxa"/>
          </w:tcPr>
          <w:p w:rsidR="006F7457" w:rsidRDefault="00332DB8">
            <w:r>
              <w:t>5047.</w:t>
            </w:r>
          </w:p>
        </w:tc>
        <w:tc>
          <w:tcPr>
            <w:tcW w:w="2880" w:type="dxa"/>
          </w:tcPr>
          <w:p w:rsidR="006F7457" w:rsidRPr="00332DB8" w:rsidRDefault="00332DB8">
            <w:pPr>
              <w:rPr>
                <w:lang w:val="ru-RU"/>
              </w:rPr>
            </w:pPr>
            <w:r w:rsidRPr="00332DB8">
              <w:rPr>
                <w:lang w:val="ru-RU"/>
              </w:rPr>
              <w:t xml:space="preserve">Аудиозапись (музыкальном произведении) «Убей меня» («Убей меня! </w:t>
            </w:r>
            <w:r>
              <w:t>Putting</w:t>
            </w:r>
            <w:r w:rsidRPr="00332DB8">
              <w:rPr>
                <w:lang w:val="ru-RU"/>
              </w:rPr>
              <w:t>») исполнителя Тамбовские Волки (Тамбовск</w:t>
            </w:r>
            <w:r>
              <w:t>i</w:t>
            </w:r>
            <w:r w:rsidRPr="00332DB8">
              <w:rPr>
                <w:lang w:val="ru-RU"/>
              </w:rPr>
              <w:t>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tc>
        <w:tc>
          <w:tcPr>
            <w:tcW w:w="2880" w:type="dxa"/>
          </w:tcPr>
          <w:p w:rsidR="006F7457" w:rsidRDefault="00332DB8">
            <w:r>
              <w:t>16.07.2020</w:t>
            </w:r>
          </w:p>
        </w:tc>
      </w:tr>
      <w:tr w:rsidR="006F7457">
        <w:tc>
          <w:tcPr>
            <w:tcW w:w="2880" w:type="dxa"/>
          </w:tcPr>
          <w:p w:rsidR="006F7457" w:rsidRDefault="00332DB8">
            <w:r>
              <w:lastRenderedPageBreak/>
              <w:t>5048.</w:t>
            </w:r>
          </w:p>
        </w:tc>
        <w:tc>
          <w:tcPr>
            <w:tcW w:w="2880" w:type="dxa"/>
          </w:tcPr>
          <w:p w:rsidR="006F7457" w:rsidRPr="00332DB8" w:rsidRDefault="00332DB8">
            <w:pPr>
              <w:rPr>
                <w:lang w:val="ru-RU"/>
              </w:rPr>
            </w:pPr>
            <w:r w:rsidRPr="00332DB8">
              <w:rPr>
                <w:lang w:val="ru-RU"/>
              </w:rPr>
              <w:t xml:space="preserve">Книга Имамова В. «Запрятанная история татар» (Национально-освободительная борьба татарского народа в </w:t>
            </w:r>
            <w:r>
              <w:t>XVI</w:t>
            </w:r>
            <w:r w:rsidRPr="00332DB8">
              <w:rPr>
                <w:lang w:val="ru-RU"/>
              </w:rPr>
              <w:t>—</w:t>
            </w:r>
            <w:r>
              <w:t>VIII</w:t>
            </w:r>
            <w:r w:rsidRPr="00332DB8">
              <w:rPr>
                <w:lang w:val="ru-RU"/>
              </w:rPr>
              <w:t xml:space="preserve"> веках за создание независимого государства), Набережные Челны, Газетно-книжное издательство «КАМАЗ», 1994, 80 с. (решение Верховного Суда Республики Татарстан от 14.05.2020);</w:t>
            </w:r>
          </w:p>
        </w:tc>
        <w:tc>
          <w:tcPr>
            <w:tcW w:w="2880" w:type="dxa"/>
          </w:tcPr>
          <w:p w:rsidR="006F7457" w:rsidRDefault="00332DB8">
            <w:r>
              <w:t>04.08.2020</w:t>
            </w:r>
          </w:p>
        </w:tc>
      </w:tr>
      <w:tr w:rsidR="006F7457">
        <w:tc>
          <w:tcPr>
            <w:tcW w:w="2880" w:type="dxa"/>
          </w:tcPr>
          <w:p w:rsidR="006F7457" w:rsidRDefault="00332DB8">
            <w:r>
              <w:t>5049.</w:t>
            </w:r>
          </w:p>
        </w:tc>
        <w:tc>
          <w:tcPr>
            <w:tcW w:w="2880" w:type="dxa"/>
          </w:tcPr>
          <w:p w:rsidR="006F7457" w:rsidRPr="00332DB8" w:rsidRDefault="00332DB8">
            <w:pPr>
              <w:rPr>
                <w:lang w:val="ru-RU"/>
              </w:rPr>
            </w:pPr>
            <w:r w:rsidRPr="00332DB8">
              <w:rPr>
                <w:lang w:val="ru-RU"/>
              </w:rPr>
              <w:t>Книга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«Изложение Семи Периодов Церкви» на 324 страницах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5050.</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«Учение Николаитов» на 15 страницах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5051.</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5052.</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w:t>
            </w:r>
            <w:r>
              <w:lastRenderedPageBreak/>
              <w:t>053.</w:t>
            </w:r>
          </w:p>
        </w:tc>
        <w:tc>
          <w:tcPr>
            <w:tcW w:w="2880" w:type="dxa"/>
          </w:tcPr>
          <w:p w:rsidR="006F7457" w:rsidRPr="00332DB8" w:rsidRDefault="00332DB8">
            <w:pPr>
              <w:rPr>
                <w:lang w:val="ru-RU"/>
              </w:rPr>
            </w:pPr>
            <w:r w:rsidRPr="00332DB8">
              <w:rPr>
                <w:lang w:val="ru-RU"/>
              </w:rPr>
              <w:lastRenderedPageBreak/>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xml:space="preserve">» «Восстановление </w:t>
            </w:r>
            <w:r w:rsidRPr="00332DB8">
              <w:rPr>
                <w:lang w:val="ru-RU"/>
              </w:rPr>
              <w:lastRenderedPageBreak/>
              <w:t>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lastRenderedPageBreak/>
              <w:t>04.</w:t>
            </w:r>
            <w:r>
              <w:lastRenderedPageBreak/>
              <w:t>08.2020</w:t>
            </w:r>
          </w:p>
        </w:tc>
      </w:tr>
      <w:tr w:rsidR="006F7457">
        <w:tc>
          <w:tcPr>
            <w:tcW w:w="2880" w:type="dxa"/>
          </w:tcPr>
          <w:p w:rsidR="006F7457" w:rsidRDefault="00332DB8">
            <w:r>
              <w:lastRenderedPageBreak/>
              <w:t>5054.</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5055.</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5056.</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5057.</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lastRenderedPageBreak/>
              <w:t>5058.</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5059.</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5060.</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5061.</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5062.</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xml:space="preserve">»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w:t>
            </w:r>
            <w:r w:rsidRPr="00332DB8">
              <w:rPr>
                <w:lang w:val="ru-RU"/>
              </w:rPr>
              <w:lastRenderedPageBreak/>
              <w:t>кассационного суда общей юрисдикции от 09.12.2020);</w:t>
            </w:r>
          </w:p>
        </w:tc>
        <w:tc>
          <w:tcPr>
            <w:tcW w:w="2880" w:type="dxa"/>
          </w:tcPr>
          <w:p w:rsidR="006F7457" w:rsidRDefault="00332DB8">
            <w:r>
              <w:lastRenderedPageBreak/>
              <w:t>04.08.2020</w:t>
            </w:r>
          </w:p>
        </w:tc>
      </w:tr>
      <w:tr w:rsidR="006F7457">
        <w:tc>
          <w:tcPr>
            <w:tcW w:w="2880" w:type="dxa"/>
          </w:tcPr>
          <w:p w:rsidR="006F7457" w:rsidRDefault="00332DB8">
            <w:r>
              <w:lastRenderedPageBreak/>
              <w:t>5063.</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5064.</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5065.</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5066.</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506</w:t>
            </w:r>
            <w:r>
              <w:lastRenderedPageBreak/>
              <w:t>7.</w:t>
            </w:r>
          </w:p>
        </w:tc>
        <w:tc>
          <w:tcPr>
            <w:tcW w:w="2880" w:type="dxa"/>
          </w:tcPr>
          <w:p w:rsidR="006F7457" w:rsidRPr="00332DB8" w:rsidRDefault="00332DB8">
            <w:pPr>
              <w:rPr>
                <w:lang w:val="ru-RU"/>
              </w:rPr>
            </w:pPr>
            <w:r w:rsidRPr="00332DB8">
              <w:rPr>
                <w:lang w:val="ru-RU"/>
              </w:rPr>
              <w:lastRenderedPageBreak/>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xml:space="preserve">»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w:t>
            </w:r>
            <w:r w:rsidRPr="00332DB8">
              <w:rPr>
                <w:lang w:val="ru-RU"/>
              </w:rPr>
              <w:lastRenderedPageBreak/>
              <w:t>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lastRenderedPageBreak/>
              <w:t>04.08.202</w:t>
            </w:r>
            <w:r>
              <w:lastRenderedPageBreak/>
              <w:t>0</w:t>
            </w:r>
          </w:p>
        </w:tc>
      </w:tr>
      <w:tr w:rsidR="006F7457">
        <w:tc>
          <w:tcPr>
            <w:tcW w:w="2880" w:type="dxa"/>
          </w:tcPr>
          <w:p w:rsidR="006F7457" w:rsidRDefault="00332DB8">
            <w:r>
              <w:lastRenderedPageBreak/>
              <w:t>5068.</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5069.</w:t>
            </w:r>
          </w:p>
        </w:tc>
        <w:tc>
          <w:tcPr>
            <w:tcW w:w="2880" w:type="dxa"/>
          </w:tcPr>
          <w:p w:rsidR="006F7457" w:rsidRPr="00332DB8" w:rsidRDefault="00332DB8">
            <w:pPr>
              <w:rPr>
                <w:lang w:val="ru-RU"/>
              </w:rPr>
            </w:pPr>
            <w:r w:rsidRPr="00332DB8">
              <w:rPr>
                <w:lang w:val="ru-RU"/>
              </w:rPr>
              <w:t>Брошюра автора Уилльяма Марриона Бранхама издательства «</w:t>
            </w:r>
            <w:r>
              <w:t>VOICE</w:t>
            </w:r>
            <w:r w:rsidRPr="00332DB8">
              <w:rPr>
                <w:lang w:val="ru-RU"/>
              </w:rPr>
              <w:t xml:space="preserve"> </w:t>
            </w:r>
            <w:r>
              <w:t>OF</w:t>
            </w:r>
            <w:r w:rsidRPr="00332DB8">
              <w:rPr>
                <w:lang w:val="ru-RU"/>
              </w:rPr>
              <w:t xml:space="preserve"> </w:t>
            </w:r>
            <w:r>
              <w:t>GOD</w:t>
            </w:r>
            <w:r w:rsidRPr="00332DB8">
              <w:rPr>
                <w:lang w:val="ru-RU"/>
              </w:rPr>
              <w:t xml:space="preserve"> </w:t>
            </w:r>
            <w:r>
              <w:t>RECORDINGS</w:t>
            </w:r>
            <w:r w:rsidRPr="00332DB8">
              <w:rPr>
                <w:lang w:val="ru-RU"/>
              </w:rPr>
              <w:t>»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6F7457" w:rsidRDefault="00332DB8">
            <w:r>
              <w:t>04.08.2020</w:t>
            </w:r>
          </w:p>
        </w:tc>
      </w:tr>
      <w:tr w:rsidR="006F7457">
        <w:tc>
          <w:tcPr>
            <w:tcW w:w="2880" w:type="dxa"/>
          </w:tcPr>
          <w:p w:rsidR="006F7457" w:rsidRDefault="00332DB8">
            <w:r>
              <w:t>5070.</w:t>
            </w:r>
          </w:p>
        </w:tc>
        <w:tc>
          <w:tcPr>
            <w:tcW w:w="2880" w:type="dxa"/>
          </w:tcPr>
          <w:p w:rsidR="006F7457" w:rsidRDefault="00332DB8">
            <w:r w:rsidRPr="00332DB8">
              <w:rPr>
                <w:lang w:val="ru-RU"/>
              </w:rPr>
              <w:t xml:space="preserve">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w:t>
            </w:r>
            <w:r>
              <w:t>(решение Железнодорожного районного суда г. Пензы от 05.06.2020);</w:t>
            </w:r>
          </w:p>
        </w:tc>
        <w:tc>
          <w:tcPr>
            <w:tcW w:w="2880" w:type="dxa"/>
          </w:tcPr>
          <w:p w:rsidR="006F7457" w:rsidRDefault="00332DB8">
            <w:r>
              <w:t>04.08.2020</w:t>
            </w:r>
          </w:p>
        </w:tc>
      </w:tr>
      <w:tr w:rsidR="006F7457">
        <w:tc>
          <w:tcPr>
            <w:tcW w:w="2880" w:type="dxa"/>
          </w:tcPr>
          <w:p w:rsidR="006F7457" w:rsidRDefault="00332DB8">
            <w:r>
              <w:t>5071.</w:t>
            </w:r>
          </w:p>
        </w:tc>
        <w:tc>
          <w:tcPr>
            <w:tcW w:w="2880" w:type="dxa"/>
          </w:tcPr>
          <w:p w:rsidR="006F7457" w:rsidRPr="00332DB8" w:rsidRDefault="00332DB8">
            <w:pPr>
              <w:rPr>
                <w:lang w:val="ru-RU"/>
              </w:rPr>
            </w:pPr>
            <w:r w:rsidRPr="00332DB8">
              <w:rPr>
                <w:lang w:val="ru-RU"/>
              </w:rPr>
              <w:t>Информация, содержащаяся в издании «</w:t>
            </w:r>
            <w:r>
              <w:t>Clockwork</w:t>
            </w:r>
            <w:r w:rsidRPr="00332DB8">
              <w:rPr>
                <w:lang w:val="ru-RU"/>
              </w:rPr>
              <w:t xml:space="preserve"> Петербург #1», размещенная на электронных страницах сайтов сети Интернет (решение Первомайского районного суда г. Кирова Кировской области от 01.06.2020);</w:t>
            </w:r>
          </w:p>
        </w:tc>
        <w:tc>
          <w:tcPr>
            <w:tcW w:w="2880" w:type="dxa"/>
          </w:tcPr>
          <w:p w:rsidR="006F7457" w:rsidRDefault="00332DB8">
            <w:r>
              <w:t>10.08.2020</w:t>
            </w:r>
          </w:p>
        </w:tc>
      </w:tr>
      <w:tr w:rsidR="006F7457">
        <w:tc>
          <w:tcPr>
            <w:tcW w:w="2880" w:type="dxa"/>
          </w:tcPr>
          <w:p w:rsidR="006F7457" w:rsidRDefault="00332DB8">
            <w:r>
              <w:t>507</w:t>
            </w:r>
            <w:r>
              <w:lastRenderedPageBreak/>
              <w:t>2.</w:t>
            </w:r>
          </w:p>
        </w:tc>
        <w:tc>
          <w:tcPr>
            <w:tcW w:w="2880" w:type="dxa"/>
          </w:tcPr>
          <w:p w:rsidR="006F7457" w:rsidRPr="00332DB8" w:rsidRDefault="00332DB8">
            <w:pPr>
              <w:rPr>
                <w:lang w:val="ru-RU"/>
              </w:rPr>
            </w:pPr>
            <w:r w:rsidRPr="00332DB8">
              <w:rPr>
                <w:lang w:val="ru-RU"/>
              </w:rPr>
              <w:lastRenderedPageBreak/>
              <w:t>Информация, содержащаяся в издании «</w:t>
            </w:r>
            <w:r>
              <w:t>Clockwork</w:t>
            </w:r>
            <w:r w:rsidRPr="00332DB8">
              <w:rPr>
                <w:lang w:val="ru-RU"/>
              </w:rPr>
              <w:t xml:space="preserve"> Петербург #2», размещенная на электронных страницах сайтов сети Интернет (решение Первомайского районного суда г. Кирова Кировской области от 01.06.2020);</w:t>
            </w:r>
          </w:p>
        </w:tc>
        <w:tc>
          <w:tcPr>
            <w:tcW w:w="2880" w:type="dxa"/>
          </w:tcPr>
          <w:p w:rsidR="006F7457" w:rsidRDefault="00332DB8">
            <w:r>
              <w:t>10.08.202</w:t>
            </w:r>
            <w:r>
              <w:lastRenderedPageBreak/>
              <w:t>0</w:t>
            </w:r>
          </w:p>
        </w:tc>
      </w:tr>
      <w:tr w:rsidR="006F7457">
        <w:tc>
          <w:tcPr>
            <w:tcW w:w="2880" w:type="dxa"/>
          </w:tcPr>
          <w:p w:rsidR="006F7457" w:rsidRDefault="00332DB8">
            <w:r>
              <w:lastRenderedPageBreak/>
              <w:t>5073.</w:t>
            </w:r>
          </w:p>
        </w:tc>
        <w:tc>
          <w:tcPr>
            <w:tcW w:w="2880" w:type="dxa"/>
          </w:tcPr>
          <w:p w:rsidR="006F7457" w:rsidRDefault="00332DB8">
            <w:r w:rsidRPr="00332DB8">
              <w:rPr>
                <w:lang w:val="ru-RU"/>
              </w:rPr>
              <w:t xml:space="preserve">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w:t>
            </w:r>
            <w:r>
              <w:t>(решение Новочебоксарского городского суда Чувашской Республики от 08.06.2020);</w:t>
            </w:r>
          </w:p>
        </w:tc>
        <w:tc>
          <w:tcPr>
            <w:tcW w:w="2880" w:type="dxa"/>
          </w:tcPr>
          <w:p w:rsidR="006F7457" w:rsidRDefault="00332DB8">
            <w:r>
              <w:t>10.08.2020</w:t>
            </w:r>
          </w:p>
        </w:tc>
      </w:tr>
      <w:tr w:rsidR="006F7457">
        <w:tc>
          <w:tcPr>
            <w:tcW w:w="2880" w:type="dxa"/>
          </w:tcPr>
          <w:p w:rsidR="006F7457" w:rsidRDefault="00332DB8">
            <w:r>
              <w:t>5074.</w:t>
            </w:r>
          </w:p>
        </w:tc>
        <w:tc>
          <w:tcPr>
            <w:tcW w:w="2880" w:type="dxa"/>
          </w:tcPr>
          <w:p w:rsidR="006F7457" w:rsidRPr="00332DB8" w:rsidRDefault="00332DB8">
            <w:pPr>
              <w:rPr>
                <w:lang w:val="ru-RU"/>
              </w:rPr>
            </w:pPr>
            <w:r w:rsidRPr="00332DB8">
              <w:rPr>
                <w:lang w:val="ru-RU"/>
              </w:rPr>
              <w:t>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p>
        </w:tc>
        <w:tc>
          <w:tcPr>
            <w:tcW w:w="2880" w:type="dxa"/>
          </w:tcPr>
          <w:p w:rsidR="006F7457" w:rsidRDefault="00332DB8">
            <w:r>
              <w:t>10.08.2020</w:t>
            </w:r>
          </w:p>
        </w:tc>
      </w:tr>
      <w:tr w:rsidR="006F7457">
        <w:tc>
          <w:tcPr>
            <w:tcW w:w="2880" w:type="dxa"/>
          </w:tcPr>
          <w:p w:rsidR="006F7457" w:rsidRDefault="00332DB8">
            <w:r>
              <w:t>5075.</w:t>
            </w:r>
          </w:p>
        </w:tc>
        <w:tc>
          <w:tcPr>
            <w:tcW w:w="2880" w:type="dxa"/>
          </w:tcPr>
          <w:p w:rsidR="006F7457" w:rsidRPr="00332DB8" w:rsidRDefault="00332DB8">
            <w:pPr>
              <w:rPr>
                <w:lang w:val="ru-RU"/>
              </w:rPr>
            </w:pPr>
            <w:r w:rsidRPr="00332DB8">
              <w:rPr>
                <w:lang w:val="ru-RU"/>
              </w:rPr>
              <w:t xml:space="preserve">За исключением сур, аятов и цитат из Корана, книга автора Сейед Камал Факих Имани под названием «Свет Священного Корана: разъяснения и толкования. Том </w:t>
            </w:r>
            <w:r>
              <w:t>IV</w:t>
            </w:r>
            <w:r w:rsidRPr="00332DB8">
              <w:rPr>
                <w:lang w:val="ru-RU"/>
              </w:rPr>
              <w:t>»,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p>
        </w:tc>
        <w:tc>
          <w:tcPr>
            <w:tcW w:w="2880" w:type="dxa"/>
          </w:tcPr>
          <w:p w:rsidR="006F7457" w:rsidRDefault="00332DB8">
            <w:r>
              <w:t>10.08.2020</w:t>
            </w:r>
          </w:p>
        </w:tc>
      </w:tr>
      <w:tr w:rsidR="006F7457">
        <w:tc>
          <w:tcPr>
            <w:tcW w:w="2880" w:type="dxa"/>
          </w:tcPr>
          <w:p w:rsidR="006F7457" w:rsidRDefault="00332DB8">
            <w:r>
              <w:t>5076.</w:t>
            </w:r>
          </w:p>
        </w:tc>
        <w:tc>
          <w:tcPr>
            <w:tcW w:w="2880" w:type="dxa"/>
          </w:tcPr>
          <w:p w:rsidR="006F7457" w:rsidRDefault="00332DB8">
            <w:r>
              <w:t>Исключен</w:t>
            </w:r>
          </w:p>
        </w:tc>
        <w:tc>
          <w:tcPr>
            <w:tcW w:w="2880" w:type="dxa"/>
          </w:tcPr>
          <w:p w:rsidR="006F7457" w:rsidRDefault="00332DB8">
            <w:r>
              <w:t>10.08.2020</w:t>
            </w:r>
          </w:p>
        </w:tc>
      </w:tr>
      <w:tr w:rsidR="006F7457">
        <w:tc>
          <w:tcPr>
            <w:tcW w:w="2880" w:type="dxa"/>
          </w:tcPr>
          <w:p w:rsidR="006F7457" w:rsidRDefault="00332DB8">
            <w:r>
              <w:lastRenderedPageBreak/>
              <w:t>5077.</w:t>
            </w:r>
          </w:p>
        </w:tc>
        <w:tc>
          <w:tcPr>
            <w:tcW w:w="2880" w:type="dxa"/>
          </w:tcPr>
          <w:p w:rsidR="006F7457" w:rsidRDefault="00332DB8">
            <w:r>
              <w:t>Исключен</w:t>
            </w:r>
          </w:p>
        </w:tc>
        <w:tc>
          <w:tcPr>
            <w:tcW w:w="2880" w:type="dxa"/>
          </w:tcPr>
          <w:p w:rsidR="006F7457" w:rsidRDefault="00332DB8">
            <w:r>
              <w:t>10.08.2020</w:t>
            </w:r>
          </w:p>
        </w:tc>
      </w:tr>
      <w:tr w:rsidR="006F7457">
        <w:tc>
          <w:tcPr>
            <w:tcW w:w="2880" w:type="dxa"/>
          </w:tcPr>
          <w:p w:rsidR="006F7457" w:rsidRDefault="00332DB8">
            <w:r>
              <w:t>5078.</w:t>
            </w:r>
          </w:p>
        </w:tc>
        <w:tc>
          <w:tcPr>
            <w:tcW w:w="2880" w:type="dxa"/>
          </w:tcPr>
          <w:p w:rsidR="006F7457" w:rsidRDefault="00332DB8">
            <w:r>
              <w:t>Исключен</w:t>
            </w:r>
          </w:p>
        </w:tc>
        <w:tc>
          <w:tcPr>
            <w:tcW w:w="2880" w:type="dxa"/>
          </w:tcPr>
          <w:p w:rsidR="006F7457" w:rsidRDefault="00332DB8">
            <w:r>
              <w:t>10.08.2020</w:t>
            </w:r>
          </w:p>
        </w:tc>
      </w:tr>
      <w:tr w:rsidR="006F7457">
        <w:tc>
          <w:tcPr>
            <w:tcW w:w="2880" w:type="dxa"/>
          </w:tcPr>
          <w:p w:rsidR="006F7457" w:rsidRDefault="00332DB8">
            <w:r>
              <w:t>5079.</w:t>
            </w:r>
          </w:p>
        </w:tc>
        <w:tc>
          <w:tcPr>
            <w:tcW w:w="2880" w:type="dxa"/>
          </w:tcPr>
          <w:p w:rsidR="006F7457" w:rsidRDefault="00332DB8">
            <w:r>
              <w:t>Исключен</w:t>
            </w:r>
          </w:p>
        </w:tc>
        <w:tc>
          <w:tcPr>
            <w:tcW w:w="2880" w:type="dxa"/>
          </w:tcPr>
          <w:p w:rsidR="006F7457" w:rsidRDefault="00332DB8">
            <w:r>
              <w:t>10.08.2020</w:t>
            </w:r>
          </w:p>
        </w:tc>
      </w:tr>
      <w:tr w:rsidR="006F7457">
        <w:tc>
          <w:tcPr>
            <w:tcW w:w="2880" w:type="dxa"/>
          </w:tcPr>
          <w:p w:rsidR="006F7457" w:rsidRDefault="00332DB8">
            <w:r>
              <w:t>5080.</w:t>
            </w:r>
          </w:p>
        </w:tc>
        <w:tc>
          <w:tcPr>
            <w:tcW w:w="2880" w:type="dxa"/>
          </w:tcPr>
          <w:p w:rsidR="006F7457" w:rsidRDefault="00332DB8">
            <w:r>
              <w:t>Исключен</w:t>
            </w:r>
          </w:p>
        </w:tc>
        <w:tc>
          <w:tcPr>
            <w:tcW w:w="2880" w:type="dxa"/>
          </w:tcPr>
          <w:p w:rsidR="006F7457" w:rsidRDefault="00332DB8">
            <w:r>
              <w:t>10.08.2020</w:t>
            </w:r>
          </w:p>
        </w:tc>
      </w:tr>
      <w:tr w:rsidR="006F7457">
        <w:tc>
          <w:tcPr>
            <w:tcW w:w="2880" w:type="dxa"/>
          </w:tcPr>
          <w:p w:rsidR="006F7457" w:rsidRDefault="00332DB8">
            <w:r>
              <w:t>5081.</w:t>
            </w:r>
          </w:p>
        </w:tc>
        <w:tc>
          <w:tcPr>
            <w:tcW w:w="2880" w:type="dxa"/>
          </w:tcPr>
          <w:p w:rsidR="006F7457" w:rsidRPr="00332DB8" w:rsidRDefault="00332DB8">
            <w:pPr>
              <w:rPr>
                <w:lang w:val="ru-RU"/>
              </w:rPr>
            </w:pPr>
            <w:r w:rsidRPr="00332DB8">
              <w:rPr>
                <w:lang w:val="ru-RU"/>
              </w:rPr>
              <w:t>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p>
        </w:tc>
        <w:tc>
          <w:tcPr>
            <w:tcW w:w="2880" w:type="dxa"/>
          </w:tcPr>
          <w:p w:rsidR="006F7457" w:rsidRDefault="00332DB8">
            <w:r>
              <w:t>20.08.2020</w:t>
            </w:r>
          </w:p>
        </w:tc>
      </w:tr>
      <w:tr w:rsidR="006F7457">
        <w:tc>
          <w:tcPr>
            <w:tcW w:w="2880" w:type="dxa"/>
          </w:tcPr>
          <w:p w:rsidR="006F7457" w:rsidRDefault="00332DB8">
            <w:r>
              <w:t>50</w:t>
            </w:r>
            <w:r>
              <w:lastRenderedPageBreak/>
              <w:t>82.</w:t>
            </w:r>
          </w:p>
        </w:tc>
        <w:tc>
          <w:tcPr>
            <w:tcW w:w="2880" w:type="dxa"/>
          </w:tcPr>
          <w:p w:rsidR="006F7457" w:rsidRPr="00332DB8" w:rsidRDefault="00332DB8">
            <w:pPr>
              <w:rPr>
                <w:lang w:val="ru-RU"/>
              </w:rPr>
            </w:pPr>
            <w:r w:rsidRPr="00332DB8">
              <w:rPr>
                <w:lang w:val="ru-RU"/>
              </w:rPr>
              <w:lastRenderedPageBreak/>
              <w:t xml:space="preserve">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w:t>
            </w:r>
            <w:r w:rsidRPr="00332DB8">
              <w:rPr>
                <w:lang w:val="ru-RU"/>
              </w:rPr>
              <w:lastRenderedPageBreak/>
              <w:t>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p>
        </w:tc>
        <w:tc>
          <w:tcPr>
            <w:tcW w:w="2880" w:type="dxa"/>
          </w:tcPr>
          <w:p w:rsidR="006F7457" w:rsidRDefault="00332DB8">
            <w:r>
              <w:lastRenderedPageBreak/>
              <w:t>20.08.</w:t>
            </w:r>
            <w:r>
              <w:lastRenderedPageBreak/>
              <w:t>2020</w:t>
            </w:r>
          </w:p>
        </w:tc>
      </w:tr>
      <w:tr w:rsidR="006F7457">
        <w:tc>
          <w:tcPr>
            <w:tcW w:w="2880" w:type="dxa"/>
          </w:tcPr>
          <w:p w:rsidR="006F7457" w:rsidRDefault="00332DB8">
            <w:r>
              <w:lastRenderedPageBreak/>
              <w:t>5083.</w:t>
            </w:r>
          </w:p>
        </w:tc>
        <w:tc>
          <w:tcPr>
            <w:tcW w:w="2880" w:type="dxa"/>
          </w:tcPr>
          <w:p w:rsidR="006F7457" w:rsidRPr="00332DB8" w:rsidRDefault="00332DB8">
            <w:pPr>
              <w:rPr>
                <w:lang w:val="ru-RU"/>
              </w:rPr>
            </w:pPr>
            <w:r w:rsidRPr="00332DB8">
              <w:rPr>
                <w:lang w:val="ru-RU"/>
              </w:rPr>
              <w:t>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p>
        </w:tc>
        <w:tc>
          <w:tcPr>
            <w:tcW w:w="2880" w:type="dxa"/>
          </w:tcPr>
          <w:p w:rsidR="006F7457" w:rsidRDefault="00332DB8">
            <w:r>
              <w:t>20.08.2020</w:t>
            </w:r>
          </w:p>
        </w:tc>
      </w:tr>
      <w:tr w:rsidR="006F7457">
        <w:tc>
          <w:tcPr>
            <w:tcW w:w="2880" w:type="dxa"/>
          </w:tcPr>
          <w:p w:rsidR="006F7457" w:rsidRDefault="00332DB8">
            <w:r>
              <w:t>5084.</w:t>
            </w:r>
          </w:p>
        </w:tc>
        <w:tc>
          <w:tcPr>
            <w:tcW w:w="2880" w:type="dxa"/>
          </w:tcPr>
          <w:p w:rsidR="006F7457" w:rsidRPr="00332DB8" w:rsidRDefault="00332DB8">
            <w:pPr>
              <w:rPr>
                <w:lang w:val="ru-RU"/>
              </w:rPr>
            </w:pPr>
            <w:r w:rsidRPr="00332DB8">
              <w:rPr>
                <w:lang w:val="ru-RU"/>
              </w:rPr>
              <w:t>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tc>
        <w:tc>
          <w:tcPr>
            <w:tcW w:w="2880" w:type="dxa"/>
          </w:tcPr>
          <w:p w:rsidR="006F7457" w:rsidRDefault="00332DB8">
            <w:r>
              <w:t>20.08.2020</w:t>
            </w:r>
          </w:p>
        </w:tc>
      </w:tr>
      <w:tr w:rsidR="006F7457">
        <w:tc>
          <w:tcPr>
            <w:tcW w:w="2880" w:type="dxa"/>
          </w:tcPr>
          <w:p w:rsidR="006F7457" w:rsidRDefault="00332DB8">
            <w:r>
              <w:t>5085.</w:t>
            </w:r>
          </w:p>
        </w:tc>
        <w:tc>
          <w:tcPr>
            <w:tcW w:w="2880" w:type="dxa"/>
          </w:tcPr>
          <w:p w:rsidR="006F7457" w:rsidRPr="00332DB8" w:rsidRDefault="00332DB8">
            <w:pPr>
              <w:rPr>
                <w:lang w:val="ru-RU"/>
              </w:rPr>
            </w:pPr>
            <w:r w:rsidRPr="00332DB8">
              <w:rPr>
                <w:lang w:val="ru-RU"/>
              </w:rPr>
              <w:t>Видеозапись «Ход мертвой королевой. О текущем момента»,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tc>
        <w:tc>
          <w:tcPr>
            <w:tcW w:w="2880" w:type="dxa"/>
          </w:tcPr>
          <w:p w:rsidR="006F7457" w:rsidRDefault="00332DB8">
            <w:r>
              <w:t>28.08.2020</w:t>
            </w:r>
          </w:p>
        </w:tc>
      </w:tr>
      <w:tr w:rsidR="006F7457">
        <w:tc>
          <w:tcPr>
            <w:tcW w:w="2880" w:type="dxa"/>
          </w:tcPr>
          <w:p w:rsidR="006F7457" w:rsidRDefault="00332DB8">
            <w:r>
              <w:t>5086.</w:t>
            </w:r>
          </w:p>
        </w:tc>
        <w:tc>
          <w:tcPr>
            <w:tcW w:w="2880" w:type="dxa"/>
          </w:tcPr>
          <w:p w:rsidR="006F7457" w:rsidRPr="00332DB8" w:rsidRDefault="00332DB8">
            <w:pPr>
              <w:rPr>
                <w:lang w:val="ru-RU"/>
              </w:rPr>
            </w:pPr>
            <w:r w:rsidRPr="00332DB8">
              <w:rPr>
                <w:lang w:val="ru-RU"/>
              </w:rPr>
              <w:t xml:space="preserve">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w:t>
            </w:r>
            <w:r w:rsidRPr="00332DB8">
              <w:rPr>
                <w:lang w:val="ru-RU"/>
              </w:rPr>
              <w:lastRenderedPageBreak/>
              <w:t>Социалистических Республик оповещают все коммерческие структуры Российской Федерации (России) (</w:t>
            </w:r>
            <w:r>
              <w:t>D</w:t>
            </w:r>
            <w:r w:rsidRPr="00332DB8">
              <w:rPr>
                <w:lang w:val="ru-RU"/>
              </w:rPr>
              <w:t>-</w:t>
            </w:r>
            <w:r>
              <w:t>U</w:t>
            </w:r>
            <w:r w:rsidRPr="00332DB8">
              <w:rPr>
                <w:lang w:val="ru-RU"/>
              </w:rPr>
              <w:t>-</w:t>
            </w:r>
            <w:r>
              <w:t>N</w:t>
            </w:r>
            <w:r w:rsidRPr="00332DB8">
              <w:rPr>
                <w:lang w:val="ru-RU"/>
              </w:rPr>
              <w:t>-</w:t>
            </w:r>
            <w:r>
              <w:t>S</w:t>
            </w:r>
            <w:r w:rsidRPr="00332DB8">
              <w:rPr>
                <w:lang w:val="ru-RU"/>
              </w:rPr>
              <w:t xml:space="preserve">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tc>
        <w:tc>
          <w:tcPr>
            <w:tcW w:w="2880" w:type="dxa"/>
          </w:tcPr>
          <w:p w:rsidR="006F7457" w:rsidRDefault="00332DB8">
            <w:r>
              <w:lastRenderedPageBreak/>
              <w:t>28.08.2020</w:t>
            </w:r>
          </w:p>
        </w:tc>
      </w:tr>
      <w:tr w:rsidR="006F7457">
        <w:tc>
          <w:tcPr>
            <w:tcW w:w="2880" w:type="dxa"/>
          </w:tcPr>
          <w:p w:rsidR="006F7457" w:rsidRDefault="00332DB8">
            <w:r>
              <w:lastRenderedPageBreak/>
              <w:t>5087.</w:t>
            </w:r>
          </w:p>
        </w:tc>
        <w:tc>
          <w:tcPr>
            <w:tcW w:w="2880" w:type="dxa"/>
          </w:tcPr>
          <w:p w:rsidR="006F7457" w:rsidRDefault="00332DB8">
            <w:r w:rsidRPr="00332DB8">
              <w:rPr>
                <w:lang w:val="ru-RU"/>
              </w:rPr>
              <w:t xml:space="preserve">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w:t>
            </w:r>
            <w:r>
              <w:t>До свидания» (решение Сыктывкарского городского суда Республики Коми от 22.06.2020);</w:t>
            </w:r>
          </w:p>
        </w:tc>
        <w:tc>
          <w:tcPr>
            <w:tcW w:w="2880" w:type="dxa"/>
          </w:tcPr>
          <w:p w:rsidR="006F7457" w:rsidRDefault="00332DB8">
            <w:r>
              <w:t>28.08.2020</w:t>
            </w:r>
          </w:p>
        </w:tc>
      </w:tr>
      <w:tr w:rsidR="006F7457">
        <w:tc>
          <w:tcPr>
            <w:tcW w:w="2880" w:type="dxa"/>
          </w:tcPr>
          <w:p w:rsidR="006F7457" w:rsidRDefault="00332DB8">
            <w:r>
              <w:t>5088.</w:t>
            </w:r>
          </w:p>
        </w:tc>
        <w:tc>
          <w:tcPr>
            <w:tcW w:w="2880" w:type="dxa"/>
          </w:tcPr>
          <w:p w:rsidR="006F7457" w:rsidRPr="00332DB8" w:rsidRDefault="00332DB8">
            <w:pPr>
              <w:rPr>
                <w:lang w:val="ru-RU"/>
              </w:rPr>
            </w:pPr>
            <w:r w:rsidRPr="00332DB8">
              <w:rPr>
                <w:lang w:val="ru-RU"/>
              </w:rPr>
              <w:t>Текст под названием «БОРЬБА ЗА СУЩЕСТВОВАНИЕ БЕЛОЙ РАСЫ», начинающегося со слов: «Расовый реализм (</w:t>
            </w:r>
            <w:r>
              <w:t>racial</w:t>
            </w:r>
            <w:r w:rsidRPr="00332DB8">
              <w:rPr>
                <w:lang w:val="ru-RU"/>
              </w:rPr>
              <w:t xml:space="preserve"> </w:t>
            </w:r>
            <w:r>
              <w:t>realism</w:t>
            </w:r>
            <w:r w:rsidRPr="00332DB8">
              <w:rPr>
                <w:lang w:val="ru-RU"/>
              </w:rPr>
              <w:t>)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tc>
        <w:tc>
          <w:tcPr>
            <w:tcW w:w="2880" w:type="dxa"/>
          </w:tcPr>
          <w:p w:rsidR="006F7457" w:rsidRDefault="00332DB8">
            <w:r>
              <w:t>28.08.2020</w:t>
            </w:r>
          </w:p>
        </w:tc>
      </w:tr>
      <w:tr w:rsidR="006F7457">
        <w:tc>
          <w:tcPr>
            <w:tcW w:w="2880" w:type="dxa"/>
          </w:tcPr>
          <w:p w:rsidR="006F7457" w:rsidRDefault="00332DB8">
            <w:r>
              <w:t>5089.</w:t>
            </w:r>
          </w:p>
        </w:tc>
        <w:tc>
          <w:tcPr>
            <w:tcW w:w="2880" w:type="dxa"/>
          </w:tcPr>
          <w:p w:rsidR="006F7457" w:rsidRPr="00332DB8" w:rsidRDefault="00332DB8">
            <w:pPr>
              <w:rPr>
                <w:lang w:val="ru-RU"/>
              </w:rPr>
            </w:pPr>
            <w:r w:rsidRPr="00332DB8">
              <w:rPr>
                <w:lang w:val="ru-RU"/>
              </w:rPr>
              <w:t>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tc>
        <w:tc>
          <w:tcPr>
            <w:tcW w:w="2880" w:type="dxa"/>
          </w:tcPr>
          <w:p w:rsidR="006F7457" w:rsidRDefault="00332DB8">
            <w:r>
              <w:t>28.08.2020</w:t>
            </w:r>
          </w:p>
        </w:tc>
      </w:tr>
      <w:tr w:rsidR="006F7457">
        <w:tc>
          <w:tcPr>
            <w:tcW w:w="2880" w:type="dxa"/>
          </w:tcPr>
          <w:p w:rsidR="006F7457" w:rsidRDefault="00332DB8">
            <w:r>
              <w:t>509</w:t>
            </w:r>
            <w:r>
              <w:lastRenderedPageBreak/>
              <w:t>0.</w:t>
            </w:r>
          </w:p>
        </w:tc>
        <w:tc>
          <w:tcPr>
            <w:tcW w:w="2880" w:type="dxa"/>
          </w:tcPr>
          <w:p w:rsidR="006F7457" w:rsidRPr="00332DB8" w:rsidRDefault="00332DB8">
            <w:pPr>
              <w:rPr>
                <w:lang w:val="ru-RU"/>
              </w:rPr>
            </w:pPr>
            <w:r w:rsidRPr="00332DB8">
              <w:rPr>
                <w:lang w:val="ru-RU"/>
              </w:rPr>
              <w:lastRenderedPageBreak/>
              <w:t xml:space="preserve">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w:t>
            </w:r>
            <w:r w:rsidRPr="00332DB8">
              <w:rPr>
                <w:lang w:val="ru-RU"/>
              </w:rPr>
              <w:lastRenderedPageBreak/>
              <w:t>был удивлен...» и заканчивается словами: «... Говорите правду, будьте мужественнее, и мы изменим мир», затем следует заставка с надписью: «</w:t>
            </w:r>
            <w:r>
              <w:t>David</w:t>
            </w:r>
            <w:r w:rsidRPr="00332DB8">
              <w:rPr>
                <w:lang w:val="ru-RU"/>
              </w:rPr>
              <w:t>.</w:t>
            </w:r>
            <w:r>
              <w:t>Duke</w:t>
            </w:r>
            <w:r w:rsidRPr="00332DB8">
              <w:rPr>
                <w:lang w:val="ru-RU"/>
              </w:rPr>
              <w:t>.</w:t>
            </w:r>
            <w:r>
              <w:t>com</w:t>
            </w:r>
            <w:r w:rsidRPr="00332DB8">
              <w:rPr>
                <w:lang w:val="ru-RU"/>
              </w:rPr>
              <w:t>. За наше наследие и свободу» (решение Сыктывкарского городского суда Республики Коми от 22.06.2020);</w:t>
            </w:r>
          </w:p>
        </w:tc>
        <w:tc>
          <w:tcPr>
            <w:tcW w:w="2880" w:type="dxa"/>
          </w:tcPr>
          <w:p w:rsidR="006F7457" w:rsidRDefault="00332DB8">
            <w:r>
              <w:lastRenderedPageBreak/>
              <w:t>28.08.202</w:t>
            </w:r>
            <w:r>
              <w:lastRenderedPageBreak/>
              <w:t>0</w:t>
            </w:r>
          </w:p>
        </w:tc>
      </w:tr>
      <w:tr w:rsidR="006F7457">
        <w:tc>
          <w:tcPr>
            <w:tcW w:w="2880" w:type="dxa"/>
          </w:tcPr>
          <w:p w:rsidR="006F7457" w:rsidRDefault="00332DB8">
            <w:r>
              <w:lastRenderedPageBreak/>
              <w:t>5091.</w:t>
            </w:r>
          </w:p>
        </w:tc>
        <w:tc>
          <w:tcPr>
            <w:tcW w:w="2880" w:type="dxa"/>
          </w:tcPr>
          <w:p w:rsidR="006F7457" w:rsidRPr="00332DB8" w:rsidRDefault="00332DB8">
            <w:pPr>
              <w:rPr>
                <w:lang w:val="ru-RU"/>
              </w:rPr>
            </w:pPr>
            <w:r w:rsidRPr="00332DB8">
              <w:rPr>
                <w:lang w:val="ru-RU"/>
              </w:rPr>
              <w:t>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tc>
        <w:tc>
          <w:tcPr>
            <w:tcW w:w="2880" w:type="dxa"/>
          </w:tcPr>
          <w:p w:rsidR="006F7457" w:rsidRDefault="00332DB8">
            <w:r>
              <w:t>28.08.2020</w:t>
            </w:r>
          </w:p>
        </w:tc>
      </w:tr>
      <w:tr w:rsidR="006F7457">
        <w:tc>
          <w:tcPr>
            <w:tcW w:w="2880" w:type="dxa"/>
          </w:tcPr>
          <w:p w:rsidR="006F7457" w:rsidRDefault="00332DB8">
            <w:r>
              <w:t>5092.</w:t>
            </w:r>
          </w:p>
        </w:tc>
        <w:tc>
          <w:tcPr>
            <w:tcW w:w="2880" w:type="dxa"/>
          </w:tcPr>
          <w:p w:rsidR="006F7457" w:rsidRPr="00332DB8" w:rsidRDefault="00332DB8">
            <w:pPr>
              <w:rPr>
                <w:lang w:val="ru-RU"/>
              </w:rPr>
            </w:pPr>
            <w:r w:rsidRPr="00332DB8">
              <w:rPr>
                <w:lang w:val="ru-RU"/>
              </w:rPr>
              <w:t>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tc>
        <w:tc>
          <w:tcPr>
            <w:tcW w:w="2880" w:type="dxa"/>
          </w:tcPr>
          <w:p w:rsidR="006F7457" w:rsidRDefault="00332DB8">
            <w:r>
              <w:t>28.08.2020</w:t>
            </w:r>
          </w:p>
        </w:tc>
      </w:tr>
      <w:tr w:rsidR="006F7457">
        <w:tc>
          <w:tcPr>
            <w:tcW w:w="2880" w:type="dxa"/>
          </w:tcPr>
          <w:p w:rsidR="006F7457" w:rsidRDefault="00332DB8">
            <w:r>
              <w:t>5093.</w:t>
            </w:r>
          </w:p>
        </w:tc>
        <w:tc>
          <w:tcPr>
            <w:tcW w:w="2880" w:type="dxa"/>
          </w:tcPr>
          <w:p w:rsidR="006F7457" w:rsidRPr="00332DB8" w:rsidRDefault="00332DB8">
            <w:pPr>
              <w:rPr>
                <w:lang w:val="ru-RU"/>
              </w:rPr>
            </w:pPr>
            <w:r w:rsidRPr="00332DB8">
              <w:rPr>
                <w:lang w:val="ru-RU"/>
              </w:rPr>
              <w:t>Книга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(решение Магасского районного суда Республики Ингушетия от 02.03.2020);</w:t>
            </w:r>
          </w:p>
        </w:tc>
        <w:tc>
          <w:tcPr>
            <w:tcW w:w="2880" w:type="dxa"/>
          </w:tcPr>
          <w:p w:rsidR="006F7457" w:rsidRDefault="00332DB8">
            <w:r>
              <w:t>02.09.2020</w:t>
            </w:r>
          </w:p>
        </w:tc>
      </w:tr>
      <w:tr w:rsidR="006F7457">
        <w:tc>
          <w:tcPr>
            <w:tcW w:w="2880" w:type="dxa"/>
          </w:tcPr>
          <w:p w:rsidR="006F7457" w:rsidRDefault="00332DB8">
            <w:r>
              <w:t>5094.</w:t>
            </w:r>
          </w:p>
        </w:tc>
        <w:tc>
          <w:tcPr>
            <w:tcW w:w="2880" w:type="dxa"/>
          </w:tcPr>
          <w:p w:rsidR="006F7457" w:rsidRPr="00332DB8" w:rsidRDefault="00332DB8">
            <w:pPr>
              <w:rPr>
                <w:lang w:val="ru-RU"/>
              </w:rPr>
            </w:pPr>
            <w:r w:rsidRPr="00332DB8">
              <w:rPr>
                <w:lang w:val="ru-RU"/>
              </w:rPr>
              <w:t>Электронная книга автора Петра Хомякова под названием «Программа «Норна», начинающаяся словами: «Предисловие. Уважаемые читатели. Вы держите сейчас первую часть политического манифеста Программа «НОРНА», заканчивающаяся словами «Мы настроены на результат! Мы настроены на победу!» (решение Центрального районного суда г. Красноярска от 03.07.2020);</w:t>
            </w:r>
          </w:p>
        </w:tc>
        <w:tc>
          <w:tcPr>
            <w:tcW w:w="2880" w:type="dxa"/>
          </w:tcPr>
          <w:p w:rsidR="006F7457" w:rsidRDefault="00332DB8">
            <w:r>
              <w:t>02.09.2020</w:t>
            </w:r>
          </w:p>
        </w:tc>
      </w:tr>
      <w:tr w:rsidR="006F7457">
        <w:tc>
          <w:tcPr>
            <w:tcW w:w="2880" w:type="dxa"/>
          </w:tcPr>
          <w:p w:rsidR="006F7457" w:rsidRDefault="00332DB8">
            <w:r>
              <w:t>509</w:t>
            </w:r>
            <w:r>
              <w:lastRenderedPageBreak/>
              <w:t>5.</w:t>
            </w:r>
          </w:p>
        </w:tc>
        <w:tc>
          <w:tcPr>
            <w:tcW w:w="2880" w:type="dxa"/>
          </w:tcPr>
          <w:p w:rsidR="006F7457" w:rsidRPr="00332DB8" w:rsidRDefault="00332DB8">
            <w:pPr>
              <w:rPr>
                <w:lang w:val="ru-RU"/>
              </w:rPr>
            </w:pPr>
            <w:r w:rsidRPr="00332DB8">
              <w:rPr>
                <w:lang w:val="ru-RU"/>
              </w:rPr>
              <w:lastRenderedPageBreak/>
              <w:t xml:space="preserve">Аудиозапись (аудиофайл, музыкальное произведение) «Апостол - Русский марш», начинающаяся словами: «Россия, вставай! Берись за оружие …» и заканчивающаяся словами: «Россия для русских козырная масть» (решение Октябрьского районного суда города Краснодара от 30.06.2020 и определение Октябрьского </w:t>
            </w:r>
            <w:r w:rsidRPr="00332DB8">
              <w:rPr>
                <w:lang w:val="ru-RU"/>
              </w:rPr>
              <w:lastRenderedPageBreak/>
              <w:t>районного суда г. Краснодара от 12.08.2020);</w:t>
            </w:r>
          </w:p>
        </w:tc>
        <w:tc>
          <w:tcPr>
            <w:tcW w:w="2880" w:type="dxa"/>
          </w:tcPr>
          <w:p w:rsidR="006F7457" w:rsidRDefault="00332DB8">
            <w:r>
              <w:lastRenderedPageBreak/>
              <w:t>02.09.202</w:t>
            </w:r>
            <w:r>
              <w:lastRenderedPageBreak/>
              <w:t>0</w:t>
            </w:r>
          </w:p>
        </w:tc>
      </w:tr>
      <w:tr w:rsidR="006F7457">
        <w:tc>
          <w:tcPr>
            <w:tcW w:w="2880" w:type="dxa"/>
          </w:tcPr>
          <w:p w:rsidR="006F7457" w:rsidRDefault="00332DB8">
            <w:r>
              <w:lastRenderedPageBreak/>
              <w:t>5096.</w:t>
            </w:r>
          </w:p>
        </w:tc>
        <w:tc>
          <w:tcPr>
            <w:tcW w:w="2880" w:type="dxa"/>
          </w:tcPr>
          <w:p w:rsidR="006F7457" w:rsidRPr="00332DB8" w:rsidRDefault="00332DB8">
            <w:pPr>
              <w:rPr>
                <w:lang w:val="ru-RU"/>
              </w:rPr>
            </w:pPr>
            <w:r w:rsidRPr="00332DB8">
              <w:rPr>
                <w:lang w:val="ru-RU"/>
              </w:rPr>
              <w:t>Брошюра под названием: «Ренессанс. Фашизм не пройдет пройдет национал-социализм» (решение Куйбышевского районного суда г. Омска от 26.06.2020);</w:t>
            </w:r>
          </w:p>
        </w:tc>
        <w:tc>
          <w:tcPr>
            <w:tcW w:w="2880" w:type="dxa"/>
          </w:tcPr>
          <w:p w:rsidR="006F7457" w:rsidRDefault="00332DB8">
            <w:r>
              <w:t>02.09.2020</w:t>
            </w:r>
          </w:p>
        </w:tc>
      </w:tr>
      <w:tr w:rsidR="006F7457">
        <w:tc>
          <w:tcPr>
            <w:tcW w:w="2880" w:type="dxa"/>
          </w:tcPr>
          <w:p w:rsidR="006F7457" w:rsidRDefault="00332DB8">
            <w:r>
              <w:t>5097.</w:t>
            </w:r>
          </w:p>
        </w:tc>
        <w:tc>
          <w:tcPr>
            <w:tcW w:w="2880" w:type="dxa"/>
          </w:tcPr>
          <w:p w:rsidR="006F7457" w:rsidRPr="00332DB8" w:rsidRDefault="00332DB8">
            <w:pPr>
              <w:rPr>
                <w:lang w:val="ru-RU"/>
              </w:rPr>
            </w:pPr>
            <w:r w:rsidRPr="00332DB8">
              <w:rPr>
                <w:lang w:val="ru-RU"/>
              </w:rPr>
              <w:t>Брошюра под названием: «Ренессанс. Когда преступником становится государство - право быть судьей принадлежит каждому гражданину» (решение Куйбышевского районного суда г. Омска от 26.06.2020);</w:t>
            </w:r>
          </w:p>
        </w:tc>
        <w:tc>
          <w:tcPr>
            <w:tcW w:w="2880" w:type="dxa"/>
          </w:tcPr>
          <w:p w:rsidR="006F7457" w:rsidRDefault="00332DB8">
            <w:r>
              <w:t>02.09.2020</w:t>
            </w:r>
          </w:p>
        </w:tc>
      </w:tr>
      <w:tr w:rsidR="006F7457">
        <w:tc>
          <w:tcPr>
            <w:tcW w:w="2880" w:type="dxa"/>
          </w:tcPr>
          <w:p w:rsidR="006F7457" w:rsidRDefault="00332DB8">
            <w:r>
              <w:t>5098.</w:t>
            </w:r>
          </w:p>
        </w:tc>
        <w:tc>
          <w:tcPr>
            <w:tcW w:w="2880" w:type="dxa"/>
          </w:tcPr>
          <w:p w:rsidR="006F7457" w:rsidRDefault="00332DB8">
            <w:r w:rsidRPr="00332DB8">
              <w:rPr>
                <w:lang w:val="ru-RU"/>
              </w:rPr>
              <w:t xml:space="preserve">Брошюра под названием: «Ренессанс. </w:t>
            </w:r>
            <w:r>
              <w:t>RaHoWa</w:t>
            </w:r>
            <w:r w:rsidRPr="00332DB8">
              <w:rPr>
                <w:lang w:val="ru-RU"/>
              </w:rPr>
              <w:t xml:space="preserve"> будет существовать до тех пор, пока горят огни в ее прогнившем мире!» </w:t>
            </w:r>
            <w:r>
              <w:t>(решение Куйбышевского районного суда г. Омска от 26.06.2020);</w:t>
            </w:r>
          </w:p>
        </w:tc>
        <w:tc>
          <w:tcPr>
            <w:tcW w:w="2880" w:type="dxa"/>
          </w:tcPr>
          <w:p w:rsidR="006F7457" w:rsidRDefault="00332DB8">
            <w:r>
              <w:t>02.09.2020</w:t>
            </w:r>
          </w:p>
        </w:tc>
      </w:tr>
      <w:tr w:rsidR="006F7457">
        <w:tc>
          <w:tcPr>
            <w:tcW w:w="2880" w:type="dxa"/>
          </w:tcPr>
          <w:p w:rsidR="006F7457" w:rsidRDefault="00332DB8">
            <w:r>
              <w:t>5099.</w:t>
            </w:r>
          </w:p>
        </w:tc>
        <w:tc>
          <w:tcPr>
            <w:tcW w:w="2880" w:type="dxa"/>
          </w:tcPr>
          <w:p w:rsidR="006F7457" w:rsidRPr="00332DB8" w:rsidRDefault="00332DB8">
            <w:pPr>
              <w:rPr>
                <w:lang w:val="ru-RU"/>
              </w:rPr>
            </w:pPr>
            <w:r w:rsidRPr="00332DB8">
              <w:rPr>
                <w:lang w:val="ru-RU"/>
              </w:rPr>
              <w:t>Видеоматериал и его текст под названием: «Я чурка чурка чурка, а вовсе не медведь», начинающийся словами: «Я чурка, чурка, чурка, а вовсе не медведь…» и заканчивающийся словами: «… раз так семь!» продолжительностью от 27 секунд до 40 секунд, размещенный в сети «Интернет» (решение Фрунзенского районного суда г. Ярославля от 09.07.2020);</w:t>
            </w:r>
          </w:p>
        </w:tc>
        <w:tc>
          <w:tcPr>
            <w:tcW w:w="2880" w:type="dxa"/>
          </w:tcPr>
          <w:p w:rsidR="006F7457" w:rsidRDefault="00332DB8">
            <w:r>
              <w:t>02.09.2020</w:t>
            </w:r>
          </w:p>
        </w:tc>
      </w:tr>
      <w:tr w:rsidR="006F7457">
        <w:tc>
          <w:tcPr>
            <w:tcW w:w="2880" w:type="dxa"/>
          </w:tcPr>
          <w:p w:rsidR="006F7457" w:rsidRDefault="00332DB8">
            <w:r>
              <w:t>5100.</w:t>
            </w:r>
          </w:p>
        </w:tc>
        <w:tc>
          <w:tcPr>
            <w:tcW w:w="2880" w:type="dxa"/>
          </w:tcPr>
          <w:p w:rsidR="006F7457" w:rsidRDefault="00332DB8">
            <w:r w:rsidRPr="00332DB8">
              <w:rPr>
                <w:lang w:val="ru-RU"/>
              </w:rPr>
              <w:t xml:space="preserve">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w:t>
            </w:r>
            <w:r>
              <w:t>(решение Ленинского районного суда города Владивостока Приморского края от 31.07.2020);</w:t>
            </w:r>
          </w:p>
        </w:tc>
        <w:tc>
          <w:tcPr>
            <w:tcW w:w="2880" w:type="dxa"/>
          </w:tcPr>
          <w:p w:rsidR="006F7457" w:rsidRDefault="00332DB8">
            <w:r>
              <w:t>21.09.2020</w:t>
            </w:r>
          </w:p>
        </w:tc>
      </w:tr>
      <w:tr w:rsidR="006F7457">
        <w:tc>
          <w:tcPr>
            <w:tcW w:w="2880" w:type="dxa"/>
          </w:tcPr>
          <w:p w:rsidR="006F7457" w:rsidRDefault="00332DB8">
            <w:r>
              <w:t>5</w:t>
            </w:r>
            <w:r>
              <w:lastRenderedPageBreak/>
              <w:t>101.</w:t>
            </w:r>
          </w:p>
        </w:tc>
        <w:tc>
          <w:tcPr>
            <w:tcW w:w="2880" w:type="dxa"/>
          </w:tcPr>
          <w:p w:rsidR="006F7457" w:rsidRPr="00332DB8" w:rsidRDefault="00332DB8">
            <w:pPr>
              <w:rPr>
                <w:lang w:val="ru-RU"/>
              </w:rPr>
            </w:pPr>
            <w:r w:rsidRPr="00332DB8">
              <w:rPr>
                <w:lang w:val="ru-RU"/>
              </w:rPr>
              <w:lastRenderedPageBreak/>
              <w:t xml:space="preserve">Стихотворение под названием «Бомбер», начинающееся со слов «От заточки и дубинки защищать всегда готов </w:t>
            </w:r>
            <w:r w:rsidRPr="00332DB8">
              <w:rPr>
                <w:lang w:val="ru-RU"/>
              </w:rPr>
              <w:lastRenderedPageBreak/>
              <w:t>…», и заканчивающееся словами «Мама быстро отстирает кровь чурека с рукавов» (решение Сыктывкарского городского суда Республики Коми от 17.07.2020);</w:t>
            </w:r>
          </w:p>
        </w:tc>
        <w:tc>
          <w:tcPr>
            <w:tcW w:w="2880" w:type="dxa"/>
          </w:tcPr>
          <w:p w:rsidR="006F7457" w:rsidRDefault="00332DB8">
            <w:r>
              <w:lastRenderedPageBreak/>
              <w:t>21.</w:t>
            </w:r>
            <w:r>
              <w:lastRenderedPageBreak/>
              <w:t>09.2020</w:t>
            </w:r>
          </w:p>
        </w:tc>
      </w:tr>
      <w:tr w:rsidR="006F7457">
        <w:tc>
          <w:tcPr>
            <w:tcW w:w="2880" w:type="dxa"/>
          </w:tcPr>
          <w:p w:rsidR="006F7457" w:rsidRDefault="00332DB8">
            <w:r>
              <w:lastRenderedPageBreak/>
              <w:t>5102.</w:t>
            </w:r>
          </w:p>
        </w:tc>
        <w:tc>
          <w:tcPr>
            <w:tcW w:w="2880" w:type="dxa"/>
          </w:tcPr>
          <w:p w:rsidR="006F7457" w:rsidRPr="00332DB8" w:rsidRDefault="00332DB8">
            <w:pPr>
              <w:rPr>
                <w:lang w:val="ru-RU"/>
              </w:rPr>
            </w:pPr>
            <w:r w:rsidRPr="00332DB8">
              <w:rPr>
                <w:lang w:val="ru-RU"/>
              </w:rPr>
              <w:t>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tc>
        <w:tc>
          <w:tcPr>
            <w:tcW w:w="2880" w:type="dxa"/>
          </w:tcPr>
          <w:p w:rsidR="006F7457" w:rsidRDefault="00332DB8">
            <w:r>
              <w:t>21.09.2020</w:t>
            </w:r>
          </w:p>
        </w:tc>
      </w:tr>
      <w:tr w:rsidR="006F7457">
        <w:tc>
          <w:tcPr>
            <w:tcW w:w="2880" w:type="dxa"/>
          </w:tcPr>
          <w:p w:rsidR="006F7457" w:rsidRDefault="00332DB8">
            <w:r>
              <w:t>5103.</w:t>
            </w:r>
          </w:p>
        </w:tc>
        <w:tc>
          <w:tcPr>
            <w:tcW w:w="2880" w:type="dxa"/>
          </w:tcPr>
          <w:p w:rsidR="006F7457" w:rsidRPr="00332DB8" w:rsidRDefault="00332DB8">
            <w:pPr>
              <w:rPr>
                <w:lang w:val="ru-RU"/>
              </w:rPr>
            </w:pPr>
            <w:r w:rsidRPr="00332DB8">
              <w:rPr>
                <w:lang w:val="ru-RU"/>
              </w:rPr>
              <w:t>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tc>
        <w:tc>
          <w:tcPr>
            <w:tcW w:w="2880" w:type="dxa"/>
          </w:tcPr>
          <w:p w:rsidR="006F7457" w:rsidRDefault="00332DB8">
            <w:r>
              <w:t>21.09.2020</w:t>
            </w:r>
          </w:p>
        </w:tc>
      </w:tr>
      <w:tr w:rsidR="006F7457">
        <w:tc>
          <w:tcPr>
            <w:tcW w:w="2880" w:type="dxa"/>
          </w:tcPr>
          <w:p w:rsidR="006F7457" w:rsidRDefault="00332DB8">
            <w:r>
              <w:t>5104.</w:t>
            </w:r>
          </w:p>
        </w:tc>
        <w:tc>
          <w:tcPr>
            <w:tcW w:w="2880" w:type="dxa"/>
          </w:tcPr>
          <w:p w:rsidR="006F7457" w:rsidRPr="00332DB8" w:rsidRDefault="00332DB8">
            <w:pPr>
              <w:rPr>
                <w:lang w:val="ru-RU"/>
              </w:rPr>
            </w:pPr>
            <w:r w:rsidRPr="00332DB8">
              <w:rPr>
                <w:lang w:val="ru-RU"/>
              </w:rPr>
              <w:t>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tc>
        <w:tc>
          <w:tcPr>
            <w:tcW w:w="2880" w:type="dxa"/>
          </w:tcPr>
          <w:p w:rsidR="006F7457" w:rsidRDefault="00332DB8">
            <w:r>
              <w:t>21.09.2020</w:t>
            </w:r>
          </w:p>
        </w:tc>
      </w:tr>
      <w:tr w:rsidR="006F7457">
        <w:tc>
          <w:tcPr>
            <w:tcW w:w="2880" w:type="dxa"/>
          </w:tcPr>
          <w:p w:rsidR="006F7457" w:rsidRDefault="00332DB8">
            <w:r>
              <w:t>5105.</w:t>
            </w:r>
          </w:p>
        </w:tc>
        <w:tc>
          <w:tcPr>
            <w:tcW w:w="2880" w:type="dxa"/>
          </w:tcPr>
          <w:p w:rsidR="006F7457" w:rsidRPr="00332DB8" w:rsidRDefault="00332DB8">
            <w:pPr>
              <w:rPr>
                <w:lang w:val="ru-RU"/>
              </w:rPr>
            </w:pPr>
            <w:r w:rsidRPr="00332DB8">
              <w:rPr>
                <w:lang w:val="ru-RU"/>
              </w:rPr>
              <w:t>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tc>
        <w:tc>
          <w:tcPr>
            <w:tcW w:w="2880" w:type="dxa"/>
          </w:tcPr>
          <w:p w:rsidR="006F7457" w:rsidRDefault="00332DB8">
            <w:r>
              <w:t>21.09.2020</w:t>
            </w:r>
          </w:p>
        </w:tc>
      </w:tr>
      <w:tr w:rsidR="006F7457">
        <w:tc>
          <w:tcPr>
            <w:tcW w:w="2880" w:type="dxa"/>
          </w:tcPr>
          <w:p w:rsidR="006F7457" w:rsidRDefault="00332DB8">
            <w:r>
              <w:t>510</w:t>
            </w:r>
            <w:r>
              <w:lastRenderedPageBreak/>
              <w:t>6.</w:t>
            </w:r>
          </w:p>
        </w:tc>
        <w:tc>
          <w:tcPr>
            <w:tcW w:w="2880" w:type="dxa"/>
          </w:tcPr>
          <w:p w:rsidR="006F7457" w:rsidRPr="00332DB8" w:rsidRDefault="00332DB8">
            <w:pPr>
              <w:rPr>
                <w:lang w:val="ru-RU"/>
              </w:rPr>
            </w:pPr>
            <w:r w:rsidRPr="00332DB8">
              <w:rPr>
                <w:lang w:val="ru-RU"/>
              </w:rPr>
              <w:lastRenderedPageBreak/>
              <w:t>Книга «Таухид детям. Книга 1» («</w:t>
            </w:r>
            <w:r>
              <w:t>Taukhid</w:t>
            </w:r>
            <w:r w:rsidRPr="00332DB8">
              <w:rPr>
                <w:lang w:val="ru-RU"/>
              </w:rPr>
              <w:t>_</w:t>
            </w:r>
            <w:r>
              <w:t>detyam</w:t>
            </w:r>
            <w:r w:rsidRPr="00332DB8">
              <w:rPr>
                <w:lang w:val="ru-RU"/>
              </w:rPr>
              <w:t>_</w:t>
            </w:r>
            <w:r>
              <w:t>Kniga</w:t>
            </w:r>
            <w:r w:rsidRPr="00332DB8">
              <w:rPr>
                <w:lang w:val="ru-RU"/>
              </w:rPr>
              <w:t>_1.</w:t>
            </w:r>
            <w:r>
              <w:t>doc</w:t>
            </w:r>
            <w:r w:rsidRPr="00332DB8">
              <w:rPr>
                <w:lang w:val="ru-RU"/>
              </w:rPr>
              <w:t xml:space="preserve">» Учебное пособие для первого года)», перевод с арабского языка: Дамир Хайруддин 1431 год хиджры/2010 год, за исключением сур, аятов </w:t>
            </w:r>
            <w:r w:rsidRPr="00332DB8">
              <w:rPr>
                <w:lang w:val="ru-RU"/>
              </w:rPr>
              <w:br/>
            </w:r>
            <w:r w:rsidRPr="00332DB8">
              <w:rPr>
                <w:lang w:val="ru-RU"/>
              </w:rPr>
              <w:br/>
            </w:r>
            <w:r w:rsidRPr="00332DB8">
              <w:rPr>
                <w:lang w:val="ru-RU"/>
              </w:rPr>
              <w:lastRenderedPageBreak/>
              <w:t>и цитат из Корана (решение Кировского районного суда города Уфы от 08.07.2020);</w:t>
            </w:r>
          </w:p>
        </w:tc>
        <w:tc>
          <w:tcPr>
            <w:tcW w:w="2880" w:type="dxa"/>
          </w:tcPr>
          <w:p w:rsidR="006F7457" w:rsidRDefault="00332DB8">
            <w:r>
              <w:lastRenderedPageBreak/>
              <w:t>08.10.202</w:t>
            </w:r>
            <w:r>
              <w:lastRenderedPageBreak/>
              <w:t>0</w:t>
            </w:r>
          </w:p>
        </w:tc>
      </w:tr>
      <w:tr w:rsidR="006F7457">
        <w:tc>
          <w:tcPr>
            <w:tcW w:w="2880" w:type="dxa"/>
          </w:tcPr>
          <w:p w:rsidR="006F7457" w:rsidRDefault="00332DB8">
            <w:r>
              <w:lastRenderedPageBreak/>
              <w:t>5107.</w:t>
            </w:r>
          </w:p>
        </w:tc>
        <w:tc>
          <w:tcPr>
            <w:tcW w:w="2880" w:type="dxa"/>
          </w:tcPr>
          <w:p w:rsidR="006F7457" w:rsidRPr="00332DB8" w:rsidRDefault="00332DB8">
            <w:pPr>
              <w:rPr>
                <w:lang w:val="ru-RU"/>
              </w:rPr>
            </w:pPr>
            <w:r w:rsidRPr="00332DB8">
              <w:rPr>
                <w:lang w:val="ru-RU"/>
              </w:rPr>
              <w:t>Коллаж из нескольких изображений с подписями «Девяностые, геноцид русских в Чечне», «Нулевые, геноцид русских в России», «ЧЕРНИЛЬНИЦЫ. ИМ ПО…Й они улучшают генофонд кавказцев» (решение Центрального районного суда г. Барнаула Алтайского края от 06.07.2020 и определение Центрального районного суда г. Барнаула от 05.08.2020);</w:t>
            </w:r>
          </w:p>
        </w:tc>
        <w:tc>
          <w:tcPr>
            <w:tcW w:w="2880" w:type="dxa"/>
          </w:tcPr>
          <w:p w:rsidR="006F7457" w:rsidRDefault="00332DB8">
            <w:r>
              <w:t>08.10.2020</w:t>
            </w:r>
          </w:p>
        </w:tc>
      </w:tr>
      <w:tr w:rsidR="006F7457">
        <w:tc>
          <w:tcPr>
            <w:tcW w:w="2880" w:type="dxa"/>
          </w:tcPr>
          <w:p w:rsidR="006F7457" w:rsidRDefault="00332DB8">
            <w:r>
              <w:t>5108.</w:t>
            </w:r>
          </w:p>
        </w:tc>
        <w:tc>
          <w:tcPr>
            <w:tcW w:w="2880" w:type="dxa"/>
          </w:tcPr>
          <w:p w:rsidR="006F7457" w:rsidRPr="00332DB8" w:rsidRDefault="00332DB8">
            <w:pPr>
              <w:rPr>
                <w:lang w:val="ru-RU"/>
              </w:rPr>
            </w:pPr>
            <w:r w:rsidRPr="00332DB8">
              <w:rPr>
                <w:lang w:val="ru-RU"/>
              </w:rPr>
              <w:t>Стихотворение под названием «Что такое хорошо и что такое плохо», начинающееся со слов «Крошка сын к отцу пришел…» и заканчивающееся словами «… с головой их обличают грязные делишки!», размещенное в сети Интернет (решение Обского городского суда Новосибирской области от 06.08.2020);</w:t>
            </w:r>
          </w:p>
        </w:tc>
        <w:tc>
          <w:tcPr>
            <w:tcW w:w="2880" w:type="dxa"/>
          </w:tcPr>
          <w:p w:rsidR="006F7457" w:rsidRDefault="00332DB8">
            <w:r>
              <w:t>08.10.2020</w:t>
            </w:r>
          </w:p>
        </w:tc>
      </w:tr>
      <w:tr w:rsidR="006F7457">
        <w:tc>
          <w:tcPr>
            <w:tcW w:w="2880" w:type="dxa"/>
          </w:tcPr>
          <w:p w:rsidR="006F7457" w:rsidRDefault="00332DB8">
            <w:r>
              <w:t>5109.</w:t>
            </w:r>
          </w:p>
        </w:tc>
        <w:tc>
          <w:tcPr>
            <w:tcW w:w="2880" w:type="dxa"/>
          </w:tcPr>
          <w:p w:rsidR="006F7457" w:rsidRPr="00332DB8" w:rsidRDefault="00332DB8">
            <w:pPr>
              <w:rPr>
                <w:lang w:val="ru-RU"/>
              </w:rPr>
            </w:pPr>
            <w:r w:rsidRPr="00332DB8">
              <w:rPr>
                <w:lang w:val="ru-RU"/>
              </w:rPr>
              <w:t>Аудиозапись «Особов – Скины аплодисменты» длительностью 1 мин. 17 сек., начинающаяся со слов «Вроде вольные, но ходим путями окольными…», и заканчивающаяся словами «…скины аплодисменты», размещенная в сети Интернет (решение Центрального районного суда г. Тулы от 08.07.2020);</w:t>
            </w:r>
          </w:p>
        </w:tc>
        <w:tc>
          <w:tcPr>
            <w:tcW w:w="2880" w:type="dxa"/>
          </w:tcPr>
          <w:p w:rsidR="006F7457" w:rsidRDefault="00332DB8">
            <w:r>
              <w:t>08.10.2020</w:t>
            </w:r>
          </w:p>
        </w:tc>
      </w:tr>
      <w:tr w:rsidR="006F7457">
        <w:tc>
          <w:tcPr>
            <w:tcW w:w="2880" w:type="dxa"/>
          </w:tcPr>
          <w:p w:rsidR="006F7457" w:rsidRDefault="00332DB8">
            <w:r>
              <w:t>5110.</w:t>
            </w:r>
          </w:p>
        </w:tc>
        <w:tc>
          <w:tcPr>
            <w:tcW w:w="2880" w:type="dxa"/>
          </w:tcPr>
          <w:p w:rsidR="006F7457" w:rsidRPr="00332DB8" w:rsidRDefault="00332DB8">
            <w:pPr>
              <w:rPr>
                <w:lang w:val="ru-RU"/>
              </w:rPr>
            </w:pPr>
            <w:r w:rsidRPr="00332DB8">
              <w:rPr>
                <w:lang w:val="ru-RU"/>
              </w:rPr>
              <w:t>Аудиозапись под названием «Электрические партизаны - Левый террор»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продолжительностью от 02 минут 44 секунд до 02 минут 45 секунд, начинающаяся словами: «Мы не ходим с флагами на митинги - не ищи на фото наших лиц...», заканчивающаяся словами: «...С лица земли сотрем позор! Смерть системе! Левый террор!» (решение Железнодорожного районного суда г. Пензы от 06.08.2020);</w:t>
            </w:r>
          </w:p>
        </w:tc>
        <w:tc>
          <w:tcPr>
            <w:tcW w:w="2880" w:type="dxa"/>
          </w:tcPr>
          <w:p w:rsidR="006F7457" w:rsidRDefault="00332DB8">
            <w:r>
              <w:t>19.10.2020</w:t>
            </w:r>
          </w:p>
        </w:tc>
      </w:tr>
      <w:tr w:rsidR="006F7457">
        <w:tc>
          <w:tcPr>
            <w:tcW w:w="2880" w:type="dxa"/>
          </w:tcPr>
          <w:p w:rsidR="006F7457" w:rsidRDefault="00332DB8">
            <w:r>
              <w:t>511</w:t>
            </w:r>
            <w:r>
              <w:lastRenderedPageBreak/>
              <w:t>1.</w:t>
            </w:r>
          </w:p>
        </w:tc>
        <w:tc>
          <w:tcPr>
            <w:tcW w:w="2880" w:type="dxa"/>
          </w:tcPr>
          <w:p w:rsidR="006F7457" w:rsidRDefault="00332DB8">
            <w:r w:rsidRPr="00332DB8">
              <w:rPr>
                <w:lang w:val="ru-RU"/>
              </w:rPr>
              <w:lastRenderedPageBreak/>
              <w:t>Аудиозапись под названием «Электрические Партизаны - Звезда и автомат» (другие названия - «Электрические Партизаны - Звезда и автомат (</w:t>
            </w:r>
            <w:r>
              <w:t>R</w:t>
            </w:r>
            <w:r w:rsidRPr="00332DB8">
              <w:rPr>
                <w:lang w:val="ru-RU"/>
              </w:rPr>
              <w:t>.</w:t>
            </w:r>
            <w:r>
              <w:t>a</w:t>
            </w:r>
            <w:r w:rsidRPr="00332DB8">
              <w:rPr>
                <w:lang w:val="ru-RU"/>
              </w:rPr>
              <w:t>.</w:t>
            </w:r>
            <w:r>
              <w:t>f</w:t>
            </w:r>
            <w:r w:rsidRPr="00332DB8">
              <w:rPr>
                <w:lang w:val="ru-RU"/>
              </w:rPr>
              <w:t>.)», «Элек¬трические Партизаны - 06. Звезда и автомат», «Вадим Курылев - Звезда и автомат (</w:t>
            </w:r>
            <w:r>
              <w:t>R</w:t>
            </w:r>
            <w:r w:rsidRPr="00332DB8">
              <w:rPr>
                <w:lang w:val="ru-RU"/>
              </w:rPr>
              <w:t>.</w:t>
            </w:r>
            <w:r>
              <w:t>A</w:t>
            </w:r>
            <w:r w:rsidRPr="00332DB8">
              <w:rPr>
                <w:lang w:val="ru-RU"/>
              </w:rPr>
              <w:t>.</w:t>
            </w:r>
            <w:r>
              <w:t>F</w:t>
            </w:r>
            <w:r w:rsidRPr="00332DB8">
              <w:rPr>
                <w:lang w:val="ru-RU"/>
              </w:rPr>
              <w:t>.)», «Электропарти</w:t>
            </w:r>
            <w:r>
              <w:t>Z</w:t>
            </w:r>
            <w:r w:rsidRPr="00332DB8">
              <w:rPr>
                <w:lang w:val="ru-RU"/>
              </w:rPr>
              <w:t>аны - Звезда и автомат (</w:t>
            </w:r>
            <w:r>
              <w:t>R</w:t>
            </w:r>
            <w:r w:rsidRPr="00332DB8">
              <w:rPr>
                <w:lang w:val="ru-RU"/>
              </w:rPr>
              <w:t>.</w:t>
            </w:r>
            <w:r>
              <w:t>A</w:t>
            </w:r>
            <w:r w:rsidRPr="00332DB8">
              <w:rPr>
                <w:lang w:val="ru-RU"/>
              </w:rPr>
              <w:t>.</w:t>
            </w:r>
            <w:r>
              <w:t>F</w:t>
            </w:r>
            <w:r w:rsidRPr="00332DB8">
              <w:rPr>
                <w:lang w:val="ru-RU"/>
              </w:rPr>
              <w:t xml:space="preserve">.)», «Вадим Курылев и Электрические Партизаны - звезда и Автомат», «Группа Электрические Партизаны - ЗВЕЗДА И АВТОМАТ», </w:t>
            </w:r>
            <w:r w:rsidRPr="00332DB8">
              <w:rPr>
                <w:lang w:val="ru-RU"/>
              </w:rPr>
              <w:lastRenderedPageBreak/>
              <w:t>«Электрически Партизаны - п...а и автомат», «Электри¬ческие Партизаны - Красная звезда и черный автомат» «Электрические Партизаны (</w:t>
            </w:r>
            <w:r>
              <w:t>http</w:t>
            </w:r>
            <w:r w:rsidRPr="00332DB8">
              <w:rPr>
                <w:lang w:val="ru-RU"/>
              </w:rPr>
              <w:t xml:space="preserve"> //</w:t>
            </w:r>
            <w:r>
              <w:t>vkontakte</w:t>
            </w:r>
            <w:r w:rsidRPr="00332DB8">
              <w:rPr>
                <w:lang w:val="ru-RU"/>
              </w:rPr>
              <w:t>.</w:t>
            </w:r>
            <w:r>
              <w:t>ru</w:t>
            </w:r>
            <w:r w:rsidRPr="00332DB8">
              <w:rPr>
                <w:lang w:val="ru-RU"/>
              </w:rPr>
              <w:t>/</w:t>
            </w:r>
            <w:r>
              <w:t>clubl</w:t>
            </w:r>
            <w:r w:rsidRPr="00332DB8">
              <w:rPr>
                <w:lang w:val="ru-RU"/>
              </w:rPr>
              <w:t xml:space="preserve">2234470) - Звезда и Автомат», «Электрические Партизаны - Звезда И Автомат), продолжительностью от 03 минут 38 секунд до 03 минут 40 се¬кунд, начинающаяся словами: «Миром правит алчность, миром правит ложь...», заканчивающаяся словами: «...Красная звезда и черный автомат, звезда и авто¬мат! </w:t>
            </w:r>
            <w:r>
              <w:t>(решение Железнодорожного районного суда г. Пензы от 06.08.2020);</w:t>
            </w:r>
          </w:p>
        </w:tc>
        <w:tc>
          <w:tcPr>
            <w:tcW w:w="2880" w:type="dxa"/>
          </w:tcPr>
          <w:p w:rsidR="006F7457" w:rsidRDefault="00332DB8">
            <w:r>
              <w:lastRenderedPageBreak/>
              <w:t>19.10.202</w:t>
            </w:r>
            <w:r>
              <w:lastRenderedPageBreak/>
              <w:t>0</w:t>
            </w:r>
          </w:p>
        </w:tc>
      </w:tr>
      <w:tr w:rsidR="006F7457">
        <w:tc>
          <w:tcPr>
            <w:tcW w:w="2880" w:type="dxa"/>
          </w:tcPr>
          <w:p w:rsidR="006F7457" w:rsidRDefault="00332DB8">
            <w:r>
              <w:lastRenderedPageBreak/>
              <w:t>5112.</w:t>
            </w:r>
          </w:p>
        </w:tc>
        <w:tc>
          <w:tcPr>
            <w:tcW w:w="2880" w:type="dxa"/>
          </w:tcPr>
          <w:p w:rsidR="006F7457" w:rsidRPr="00332DB8" w:rsidRDefault="00332DB8">
            <w:pPr>
              <w:rPr>
                <w:lang w:val="ru-RU"/>
              </w:rPr>
            </w:pPr>
            <w:r w:rsidRPr="00332DB8">
              <w:rPr>
                <w:lang w:val="ru-RU"/>
              </w:rPr>
              <w:t>Печатное издание (книга) «Идеальные правила о прекрасных именах Аллаха и Его атрибутах/Абу'Абдиллях Мухаммад ибн Салих аль-ʻУсеймин; пер. с араб., прим. Р.Абу Ибрахим Татарстани.- М.:Дар-уль-хадис, 2018.-272 с., за исключением сур, аятов и цитат из Корана (решение Агрызского районного суда Республики Татарстан от 17.08.2020);</w:t>
            </w:r>
          </w:p>
        </w:tc>
        <w:tc>
          <w:tcPr>
            <w:tcW w:w="2880" w:type="dxa"/>
          </w:tcPr>
          <w:p w:rsidR="006F7457" w:rsidRDefault="00332DB8">
            <w:r>
              <w:t>19.10.2020</w:t>
            </w:r>
          </w:p>
        </w:tc>
      </w:tr>
      <w:tr w:rsidR="006F7457">
        <w:tc>
          <w:tcPr>
            <w:tcW w:w="2880" w:type="dxa"/>
          </w:tcPr>
          <w:p w:rsidR="006F7457" w:rsidRDefault="00332DB8">
            <w:r>
              <w:t>5113.</w:t>
            </w:r>
          </w:p>
        </w:tc>
        <w:tc>
          <w:tcPr>
            <w:tcW w:w="2880" w:type="dxa"/>
          </w:tcPr>
          <w:p w:rsidR="006F7457" w:rsidRPr="00332DB8" w:rsidRDefault="00332DB8">
            <w:pPr>
              <w:rPr>
                <w:lang w:val="ru-RU"/>
              </w:rPr>
            </w:pPr>
            <w:r w:rsidRPr="00332DB8">
              <w:rPr>
                <w:lang w:val="ru-RU"/>
              </w:rPr>
              <w:t>Печатное издание (книга) «Аль-Иктисаду филь-иʻтикад = Срединность в вероубеждении/ʻАбдуль-Гани аль- Джаммаʻ или / Религиозные вероубеждения, богословие; пер. с араб., прим. Р.Абу Ибрахим Татарстани.-М.: Дарь уль-хадис, 2017- 192 с., за исключением сур, аятов и цитат из Корана (решение Агрызского районного суда Республики Татарстан от 17.08.2020);</w:t>
            </w:r>
          </w:p>
        </w:tc>
        <w:tc>
          <w:tcPr>
            <w:tcW w:w="2880" w:type="dxa"/>
          </w:tcPr>
          <w:p w:rsidR="006F7457" w:rsidRDefault="00332DB8">
            <w:r>
              <w:t>19.10.2020</w:t>
            </w:r>
          </w:p>
        </w:tc>
      </w:tr>
      <w:tr w:rsidR="006F7457">
        <w:tc>
          <w:tcPr>
            <w:tcW w:w="2880" w:type="dxa"/>
          </w:tcPr>
          <w:p w:rsidR="006F7457" w:rsidRDefault="00332DB8">
            <w:r>
              <w:t>5114.</w:t>
            </w:r>
          </w:p>
        </w:tc>
        <w:tc>
          <w:tcPr>
            <w:tcW w:w="2880" w:type="dxa"/>
          </w:tcPr>
          <w:p w:rsidR="006F7457" w:rsidRPr="00332DB8" w:rsidRDefault="00332DB8">
            <w:pPr>
              <w:rPr>
                <w:lang w:val="ru-RU"/>
              </w:rPr>
            </w:pPr>
            <w:r w:rsidRPr="00332DB8">
              <w:rPr>
                <w:lang w:val="ru-RU"/>
              </w:rPr>
              <w:t>Печатное издание (книга) «Аль-Кабаир. Книга о больших грехах и разъяснении запретных поступков/ Абу ʻ Абдиллях Мухаммад ибн Ахмад аз-Захаби; пер. с араб., прим. Р. Абу Ибрахим Татарстани. - М.: Дар уль-хадис, 2017.- 352 с., за исключением сур, аятов и цитат из Корана (решение Агрызского районного суда Республики Татарстан от 17.08.2020);</w:t>
            </w:r>
          </w:p>
        </w:tc>
        <w:tc>
          <w:tcPr>
            <w:tcW w:w="2880" w:type="dxa"/>
          </w:tcPr>
          <w:p w:rsidR="006F7457" w:rsidRDefault="00332DB8">
            <w:r>
              <w:t>19.10.2020</w:t>
            </w:r>
          </w:p>
        </w:tc>
      </w:tr>
      <w:tr w:rsidR="006F7457">
        <w:tc>
          <w:tcPr>
            <w:tcW w:w="2880" w:type="dxa"/>
          </w:tcPr>
          <w:p w:rsidR="006F7457" w:rsidRDefault="00332DB8">
            <w:r>
              <w:t>5115.</w:t>
            </w:r>
          </w:p>
        </w:tc>
        <w:tc>
          <w:tcPr>
            <w:tcW w:w="2880" w:type="dxa"/>
          </w:tcPr>
          <w:p w:rsidR="006F7457" w:rsidRPr="00332DB8" w:rsidRDefault="00332DB8">
            <w:pPr>
              <w:rPr>
                <w:lang w:val="ru-RU"/>
              </w:rPr>
            </w:pPr>
            <w:r w:rsidRPr="00332DB8">
              <w:rPr>
                <w:lang w:val="ru-RU"/>
              </w:rPr>
              <w:t>Музыкальная композиция «Русский корпус – СС Дирлевангер», начинающаяся и заканчивающаяся словами «Доктор богословия был не так уж прост ………. Дирлевангер, Дирлевангер, каратели – солдаты» (решение Ленинского районного суда г. Севастополя от 27.07.2020);</w:t>
            </w:r>
          </w:p>
        </w:tc>
        <w:tc>
          <w:tcPr>
            <w:tcW w:w="2880" w:type="dxa"/>
          </w:tcPr>
          <w:p w:rsidR="006F7457" w:rsidRDefault="00332DB8">
            <w:r>
              <w:t>30.10.2020</w:t>
            </w:r>
          </w:p>
        </w:tc>
      </w:tr>
      <w:tr w:rsidR="006F7457">
        <w:tc>
          <w:tcPr>
            <w:tcW w:w="2880" w:type="dxa"/>
          </w:tcPr>
          <w:p w:rsidR="006F7457" w:rsidRDefault="00332DB8">
            <w:r>
              <w:t>511</w:t>
            </w:r>
            <w:r>
              <w:lastRenderedPageBreak/>
              <w:t>6.</w:t>
            </w:r>
          </w:p>
        </w:tc>
        <w:tc>
          <w:tcPr>
            <w:tcW w:w="2880" w:type="dxa"/>
          </w:tcPr>
          <w:p w:rsidR="006F7457" w:rsidRPr="00332DB8" w:rsidRDefault="00332DB8">
            <w:pPr>
              <w:rPr>
                <w:lang w:val="ru-RU"/>
              </w:rPr>
            </w:pPr>
            <w:r w:rsidRPr="00332DB8">
              <w:rPr>
                <w:lang w:val="ru-RU"/>
              </w:rPr>
              <w:lastRenderedPageBreak/>
              <w:t xml:space="preserve">Аудиозапись «Банда Москвы–Патриот» общей продолжительностью 02 минуты 47 секунд, текст песенной композиции «Банда Москвы» с названием «Патриот», начинающаяся фразой «Наши предки против них всегда воевали…» и заканчивающаяся фразой «…Тех, кто встанет у нас на пути. Уничтожим с тобой (2 раза)» (решение </w:t>
            </w:r>
            <w:r w:rsidRPr="00332DB8">
              <w:rPr>
                <w:lang w:val="ru-RU"/>
              </w:rPr>
              <w:lastRenderedPageBreak/>
              <w:t>Новосильского районного суда Орловской области от 26.08.2020);</w:t>
            </w:r>
          </w:p>
        </w:tc>
        <w:tc>
          <w:tcPr>
            <w:tcW w:w="2880" w:type="dxa"/>
          </w:tcPr>
          <w:p w:rsidR="006F7457" w:rsidRDefault="00332DB8">
            <w:r>
              <w:lastRenderedPageBreak/>
              <w:t>30.10.202</w:t>
            </w:r>
            <w:r>
              <w:lastRenderedPageBreak/>
              <w:t>0</w:t>
            </w:r>
          </w:p>
        </w:tc>
      </w:tr>
      <w:tr w:rsidR="006F7457">
        <w:tc>
          <w:tcPr>
            <w:tcW w:w="2880" w:type="dxa"/>
          </w:tcPr>
          <w:p w:rsidR="006F7457" w:rsidRDefault="00332DB8">
            <w:r>
              <w:lastRenderedPageBreak/>
              <w:t>5117.</w:t>
            </w:r>
          </w:p>
        </w:tc>
        <w:tc>
          <w:tcPr>
            <w:tcW w:w="2880" w:type="dxa"/>
          </w:tcPr>
          <w:p w:rsidR="006F7457" w:rsidRPr="00332DB8" w:rsidRDefault="00332DB8">
            <w:pPr>
              <w:rPr>
                <w:lang w:val="ru-RU"/>
              </w:rPr>
            </w:pPr>
            <w:r w:rsidRPr="00332DB8">
              <w:rPr>
                <w:lang w:val="ru-RU"/>
              </w:rPr>
              <w:t>Информационный материал – стихотворение с наименованием «Христианское рабство», начинающееся словами «Христианская церковь готовит рабов» и заканчивается словами «и Правь воссияет во славу Руси», а также аудио-видеозапись длительностью 3 минуты 18 секунд, содержащая стихотворение «Христианское рабство» (решение Первомайского районного суда г. Кирова от 24.08.2020);</w:t>
            </w:r>
          </w:p>
        </w:tc>
        <w:tc>
          <w:tcPr>
            <w:tcW w:w="2880" w:type="dxa"/>
          </w:tcPr>
          <w:p w:rsidR="006F7457" w:rsidRDefault="00332DB8">
            <w:r>
              <w:t>30.10.2020</w:t>
            </w:r>
          </w:p>
        </w:tc>
      </w:tr>
      <w:tr w:rsidR="006F7457">
        <w:tc>
          <w:tcPr>
            <w:tcW w:w="2880" w:type="dxa"/>
          </w:tcPr>
          <w:p w:rsidR="006F7457" w:rsidRDefault="00332DB8">
            <w:r>
              <w:t>5118.</w:t>
            </w:r>
          </w:p>
        </w:tc>
        <w:tc>
          <w:tcPr>
            <w:tcW w:w="2880" w:type="dxa"/>
          </w:tcPr>
          <w:p w:rsidR="006F7457" w:rsidRPr="00332DB8" w:rsidRDefault="00332DB8">
            <w:pPr>
              <w:rPr>
                <w:lang w:val="ru-RU"/>
              </w:rPr>
            </w:pPr>
            <w:r w:rsidRPr="00332DB8">
              <w:rPr>
                <w:lang w:val="ru-RU"/>
              </w:rPr>
              <w:t>Видеоролик «Павел акционирует» общей продолжительностью 16 секунд, начинающийся фразой: «Ты откуда родом?...» и заканчивающийся фразой: «…Таджикистан? Тогда привет тебе из России» (решение Мценского районного суда Орловской области от 11.09.2020);</w:t>
            </w:r>
          </w:p>
        </w:tc>
        <w:tc>
          <w:tcPr>
            <w:tcW w:w="2880" w:type="dxa"/>
          </w:tcPr>
          <w:p w:rsidR="006F7457" w:rsidRDefault="00332DB8">
            <w:r>
              <w:t>30.10.2020</w:t>
            </w:r>
          </w:p>
        </w:tc>
      </w:tr>
      <w:tr w:rsidR="006F7457">
        <w:tc>
          <w:tcPr>
            <w:tcW w:w="2880" w:type="dxa"/>
          </w:tcPr>
          <w:p w:rsidR="006F7457" w:rsidRDefault="00332DB8">
            <w:r>
              <w:t>5119.</w:t>
            </w:r>
          </w:p>
        </w:tc>
        <w:tc>
          <w:tcPr>
            <w:tcW w:w="2880" w:type="dxa"/>
          </w:tcPr>
          <w:p w:rsidR="006F7457" w:rsidRPr="00332DB8" w:rsidRDefault="00332DB8">
            <w:pPr>
              <w:rPr>
                <w:lang w:val="ru-RU"/>
              </w:rPr>
            </w:pPr>
            <w:r w:rsidRPr="00332DB8">
              <w:rPr>
                <w:lang w:val="ru-RU"/>
              </w:rPr>
              <w:t>Книга Бена Классена под названием «Вечная религия природы», начинающаяся словами «Посвящается МОЕМУ НАРОДУ», Благородной Белой Расе, наивысшему Творению в Царстве Природы…», заканчивающаяся словами «…Когда этот день настанет, наше будущее будет не только светлым и прекрасным, оно будет более динамично и увлекательно, чем человечество прошлого могло только себе представить», на 505 листах (решение Левобережного районного суда города Липецка от 20.08.2020);</w:t>
            </w:r>
          </w:p>
        </w:tc>
        <w:tc>
          <w:tcPr>
            <w:tcW w:w="2880" w:type="dxa"/>
          </w:tcPr>
          <w:p w:rsidR="006F7457" w:rsidRDefault="00332DB8">
            <w:r>
              <w:t>30.10.2020</w:t>
            </w:r>
          </w:p>
        </w:tc>
      </w:tr>
      <w:tr w:rsidR="006F7457">
        <w:tc>
          <w:tcPr>
            <w:tcW w:w="2880" w:type="dxa"/>
          </w:tcPr>
          <w:p w:rsidR="006F7457" w:rsidRDefault="00332DB8">
            <w:r>
              <w:t>5120.</w:t>
            </w:r>
          </w:p>
        </w:tc>
        <w:tc>
          <w:tcPr>
            <w:tcW w:w="2880" w:type="dxa"/>
          </w:tcPr>
          <w:p w:rsidR="006F7457" w:rsidRPr="00332DB8" w:rsidRDefault="00332DB8">
            <w:pPr>
              <w:rPr>
                <w:lang w:val="ru-RU"/>
              </w:rPr>
            </w:pPr>
            <w:r w:rsidRPr="00332DB8">
              <w:rPr>
                <w:lang w:val="ru-RU"/>
              </w:rPr>
              <w:t xml:space="preserve">Печатное издание «Осетины на службе Третьего рейха. Факты массового сотрудничества осетин с фашистами в годы Великой Отечественной войны», г. Ростов - на - Дону, 2019, 230 л. (решение Ленинского районного суда г. Владикавказа Республики Северная </w:t>
            </w:r>
            <w:r w:rsidRPr="00332DB8">
              <w:rPr>
                <w:lang w:val="ru-RU"/>
              </w:rPr>
              <w:br/>
            </w:r>
            <w:r w:rsidRPr="00332DB8">
              <w:rPr>
                <w:lang w:val="ru-RU"/>
              </w:rPr>
              <w:br/>
              <w:t>Осетия-Алания от 19.08.2020);</w:t>
            </w:r>
          </w:p>
        </w:tc>
        <w:tc>
          <w:tcPr>
            <w:tcW w:w="2880" w:type="dxa"/>
          </w:tcPr>
          <w:p w:rsidR="006F7457" w:rsidRDefault="00332DB8">
            <w:r>
              <w:t>19.11.2020</w:t>
            </w:r>
          </w:p>
        </w:tc>
      </w:tr>
      <w:tr w:rsidR="006F7457">
        <w:tc>
          <w:tcPr>
            <w:tcW w:w="2880" w:type="dxa"/>
          </w:tcPr>
          <w:p w:rsidR="006F7457" w:rsidRDefault="00332DB8">
            <w:r>
              <w:t>5121.</w:t>
            </w:r>
          </w:p>
        </w:tc>
        <w:tc>
          <w:tcPr>
            <w:tcW w:w="2880" w:type="dxa"/>
          </w:tcPr>
          <w:p w:rsidR="006F7457" w:rsidRPr="00332DB8" w:rsidRDefault="00332DB8">
            <w:pPr>
              <w:rPr>
                <w:lang w:val="ru-RU"/>
              </w:rPr>
            </w:pPr>
            <w:r w:rsidRPr="00332DB8">
              <w:rPr>
                <w:lang w:val="ru-RU"/>
              </w:rPr>
              <w:t xml:space="preserve">Видеозапись (видеоряд) под названием «Пророчество камов 16 век» продолжительностью 02 минуты 40 секунд, содержащая титры, представляющие собой стихотворный текст на русском языке, начинающийся словами «Глух и слеп был старый Кам. Еле он стоять мог.» и заканчивающийся словами «На небо сын мой посмотри. Там бог один – и он Тенгри, а также стихотворный текст аналогичного содержания под названием </w:t>
            </w:r>
            <w:r w:rsidRPr="00332DB8">
              <w:rPr>
                <w:lang w:val="ru-RU"/>
              </w:rPr>
              <w:lastRenderedPageBreak/>
              <w:t>«Пророчество камов 16 век» (решение Горно-Алтайского городского суда Республики Алтай от 18.08.2020);</w:t>
            </w:r>
          </w:p>
        </w:tc>
        <w:tc>
          <w:tcPr>
            <w:tcW w:w="2880" w:type="dxa"/>
          </w:tcPr>
          <w:p w:rsidR="006F7457" w:rsidRDefault="00332DB8">
            <w:r>
              <w:lastRenderedPageBreak/>
              <w:t>19.11.2020</w:t>
            </w:r>
          </w:p>
        </w:tc>
      </w:tr>
      <w:tr w:rsidR="006F7457">
        <w:tc>
          <w:tcPr>
            <w:tcW w:w="2880" w:type="dxa"/>
          </w:tcPr>
          <w:p w:rsidR="006F7457" w:rsidRDefault="00332DB8">
            <w:r>
              <w:lastRenderedPageBreak/>
              <w:t>5122.</w:t>
            </w:r>
          </w:p>
        </w:tc>
        <w:tc>
          <w:tcPr>
            <w:tcW w:w="2880" w:type="dxa"/>
          </w:tcPr>
          <w:p w:rsidR="006F7457" w:rsidRPr="00332DB8" w:rsidRDefault="00332DB8">
            <w:pPr>
              <w:rPr>
                <w:lang w:val="ru-RU"/>
              </w:rPr>
            </w:pPr>
            <w:r w:rsidRPr="00332DB8">
              <w:rPr>
                <w:lang w:val="ru-RU"/>
              </w:rPr>
              <w:t>Видеозапись под названием «МОСКВУ СЖЕЧЬ НЕЛЬЗЯ ОСТАВИТЬ. Запятую поставь сам!», продолжительностью 10 минут 49 секунд, содержащая фонограмму, начинающуюся словами «Вновь всех приветствую, и сегодня коснусь вопроса, по Москве» и заканчивающуюся словами «Только так, и не иначе! До  скорых встреч!» (решение Горно-Алтайского городского суда Республики Алтай от 09.06.2020);</w:t>
            </w:r>
          </w:p>
        </w:tc>
        <w:tc>
          <w:tcPr>
            <w:tcW w:w="2880" w:type="dxa"/>
          </w:tcPr>
          <w:p w:rsidR="006F7457" w:rsidRDefault="00332DB8">
            <w:r>
              <w:t>19.11.2020</w:t>
            </w:r>
          </w:p>
        </w:tc>
      </w:tr>
      <w:tr w:rsidR="006F7457">
        <w:tc>
          <w:tcPr>
            <w:tcW w:w="2880" w:type="dxa"/>
          </w:tcPr>
          <w:p w:rsidR="006F7457" w:rsidRDefault="00332DB8">
            <w:r>
              <w:t>5123.</w:t>
            </w:r>
          </w:p>
        </w:tc>
        <w:tc>
          <w:tcPr>
            <w:tcW w:w="2880" w:type="dxa"/>
          </w:tcPr>
          <w:p w:rsidR="006F7457" w:rsidRPr="00332DB8" w:rsidRDefault="00332DB8">
            <w:pPr>
              <w:rPr>
                <w:lang w:val="ru-RU"/>
              </w:rPr>
            </w:pPr>
            <w:r w:rsidRPr="00332DB8">
              <w:rPr>
                <w:lang w:val="ru-RU"/>
              </w:rPr>
              <w:t xml:space="preserve">Печатное издание Абадиева И.У. «Эздел – формула земной и вечной жизни», которое начинается со слов «Когда Аллах создал Землю, ее поверхность была очень мягкой, похожей на болотистую почву, </w:t>
            </w:r>
            <w:r w:rsidRPr="00332DB8">
              <w:rPr>
                <w:lang w:val="ru-RU"/>
              </w:rPr>
              <w:br/>
            </w:r>
            <w:r w:rsidRPr="00332DB8">
              <w:rPr>
                <w:lang w:val="ru-RU"/>
              </w:rPr>
              <w:br/>
              <w:t>она кипела и пузырилась, как кипящая смола…» и заканчивается словами «Святой Кунта-Хаджи говорил: «И если скажут, чтобы вы шли в церкви, идите, ибо они только строения, а мы в душе мусульмане. Если вас заставят носить кресты, носите их, так как это только железки, оставаясь в душе мусульманами. Но! … до последнего оставшегося!» (решение Заводского районного суда г. Грозного Чеченской Республики от 08.07.2020);</w:t>
            </w:r>
          </w:p>
        </w:tc>
        <w:tc>
          <w:tcPr>
            <w:tcW w:w="2880" w:type="dxa"/>
          </w:tcPr>
          <w:p w:rsidR="006F7457" w:rsidRDefault="00332DB8">
            <w:r>
              <w:t>19.11.2020</w:t>
            </w:r>
          </w:p>
        </w:tc>
      </w:tr>
      <w:tr w:rsidR="006F7457">
        <w:tc>
          <w:tcPr>
            <w:tcW w:w="2880" w:type="dxa"/>
          </w:tcPr>
          <w:p w:rsidR="006F7457" w:rsidRDefault="00332DB8">
            <w:r>
              <w:t>5124.</w:t>
            </w:r>
          </w:p>
        </w:tc>
        <w:tc>
          <w:tcPr>
            <w:tcW w:w="2880" w:type="dxa"/>
          </w:tcPr>
          <w:p w:rsidR="006F7457" w:rsidRPr="00332DB8" w:rsidRDefault="00332DB8">
            <w:pPr>
              <w:rPr>
                <w:lang w:val="ru-RU"/>
              </w:rPr>
            </w:pPr>
            <w:r w:rsidRPr="00332DB8">
              <w:rPr>
                <w:lang w:val="ru-RU"/>
              </w:rPr>
              <w:t xml:space="preserve">Информационный материал - стихотворение, начинающееся со слов «Он Аллах сотворивший небеса, Он Аллах - перед Ним дрожит земля,» и заканчивающееся словами «Он Аллах перед Ним падет Москва, Вашингтон, Рим, Лондон - навсегда!», а также созданные с использованием текста данного стихотворения аудиопроизведения и иные информационные материалы, за исключением содержащихся </w:t>
            </w:r>
            <w:r w:rsidRPr="00332DB8">
              <w:rPr>
                <w:lang w:val="ru-RU"/>
              </w:rPr>
              <w:br/>
            </w:r>
            <w:r w:rsidRPr="00332DB8">
              <w:rPr>
                <w:lang w:val="ru-RU"/>
              </w:rPr>
              <w:br/>
              <w:t>в нем содержания и цитат из Корана (решение Самарского районного суда г. Самара от 10.09.2020 и определение Самарского районного суда г. Самара от 24.09.2020);</w:t>
            </w:r>
          </w:p>
        </w:tc>
        <w:tc>
          <w:tcPr>
            <w:tcW w:w="2880" w:type="dxa"/>
          </w:tcPr>
          <w:p w:rsidR="006F7457" w:rsidRDefault="00332DB8">
            <w:r>
              <w:t>23.11.2020</w:t>
            </w:r>
          </w:p>
        </w:tc>
      </w:tr>
      <w:tr w:rsidR="006F7457">
        <w:tc>
          <w:tcPr>
            <w:tcW w:w="2880" w:type="dxa"/>
          </w:tcPr>
          <w:p w:rsidR="006F7457" w:rsidRDefault="00332DB8">
            <w:r>
              <w:t>5125.</w:t>
            </w:r>
          </w:p>
        </w:tc>
        <w:tc>
          <w:tcPr>
            <w:tcW w:w="2880" w:type="dxa"/>
          </w:tcPr>
          <w:p w:rsidR="006F7457" w:rsidRDefault="00332DB8">
            <w:r w:rsidRPr="00332DB8">
              <w:rPr>
                <w:lang w:val="ru-RU"/>
              </w:rPr>
              <w:t>Книга В.В. Юдаева «</w:t>
            </w:r>
            <w:r>
              <w:t>AVE</w:t>
            </w:r>
            <w:r w:rsidRPr="00332DB8">
              <w:rPr>
                <w:lang w:val="ru-RU"/>
              </w:rPr>
              <w:t xml:space="preserve"> </w:t>
            </w:r>
            <w:r>
              <w:t>SATAN</w:t>
            </w:r>
            <w:r w:rsidRPr="00332DB8">
              <w:rPr>
                <w:lang w:val="ru-RU"/>
              </w:rPr>
              <w:t xml:space="preserve"> - </w:t>
            </w:r>
            <w:r>
              <w:t>LEGION</w:t>
            </w:r>
            <w:r w:rsidRPr="00332DB8">
              <w:rPr>
                <w:lang w:val="ru-RU"/>
              </w:rPr>
              <w:t xml:space="preserve">», состоящая из 100 листов (200 страниц), текст которой начинается на четвертой странице словами «ЗАЧЕМ НУЖЕН САТАНИЗМ? Пункт первый. Внутренний мир.» и заканчивается на 193 странице словами «А дети все работают лет с восьми и самодостаточны.» </w:t>
            </w:r>
            <w:r>
              <w:t>(решение Октябрьского районного суда города Краснодара от 17.09.2020);</w:t>
            </w:r>
          </w:p>
        </w:tc>
        <w:tc>
          <w:tcPr>
            <w:tcW w:w="2880" w:type="dxa"/>
          </w:tcPr>
          <w:p w:rsidR="006F7457" w:rsidRDefault="00332DB8">
            <w:r>
              <w:t>23.11.2020</w:t>
            </w:r>
          </w:p>
        </w:tc>
      </w:tr>
      <w:tr w:rsidR="006F7457">
        <w:tc>
          <w:tcPr>
            <w:tcW w:w="2880" w:type="dxa"/>
          </w:tcPr>
          <w:p w:rsidR="006F7457" w:rsidRDefault="00332DB8">
            <w:r>
              <w:lastRenderedPageBreak/>
              <w:t>5126.</w:t>
            </w:r>
          </w:p>
        </w:tc>
        <w:tc>
          <w:tcPr>
            <w:tcW w:w="2880" w:type="dxa"/>
          </w:tcPr>
          <w:p w:rsidR="006F7457" w:rsidRPr="00332DB8" w:rsidRDefault="00332DB8">
            <w:pPr>
              <w:rPr>
                <w:lang w:val="ru-RU"/>
              </w:rPr>
            </w:pPr>
            <w:r w:rsidRPr="00332DB8">
              <w:rPr>
                <w:lang w:val="ru-RU"/>
              </w:rPr>
              <w:t>Информационный материал «Пути к победе» автора Абу Хамза аль-Мухаджир в переводе Мактаба аль-Химма, на 44 страницах, за исключением сур, аятов и цитат из Корана (решение Кировского районного суда г. Иркутска от 30.09.2020);</w:t>
            </w:r>
          </w:p>
        </w:tc>
        <w:tc>
          <w:tcPr>
            <w:tcW w:w="2880" w:type="dxa"/>
          </w:tcPr>
          <w:p w:rsidR="006F7457" w:rsidRDefault="00332DB8">
            <w:r>
              <w:t>23.11.2020</w:t>
            </w:r>
          </w:p>
        </w:tc>
      </w:tr>
      <w:tr w:rsidR="006F7457">
        <w:tc>
          <w:tcPr>
            <w:tcW w:w="2880" w:type="dxa"/>
          </w:tcPr>
          <w:p w:rsidR="006F7457" w:rsidRDefault="00332DB8">
            <w:r>
              <w:t>5127.</w:t>
            </w:r>
          </w:p>
        </w:tc>
        <w:tc>
          <w:tcPr>
            <w:tcW w:w="2880" w:type="dxa"/>
          </w:tcPr>
          <w:p w:rsidR="006F7457" w:rsidRPr="00332DB8" w:rsidRDefault="00332DB8">
            <w:pPr>
              <w:rPr>
                <w:lang w:val="ru-RU"/>
              </w:rPr>
            </w:pPr>
            <w:r w:rsidRPr="00332DB8">
              <w:rPr>
                <w:lang w:val="ru-RU"/>
              </w:rPr>
              <w:t>Аудиозапись песни Александра Харчикова «Мент поганый», продолжительностью от 04 минут 45 секунд до 05 минут 00 секунд, и текст указанной песни, который начинается со слов: «Мент поганый пришел домой, а его встречает...» и заканчивается словами: «Лучше поздно, чем никогда на расправу тащи, влеки толстосума-врага-жида»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rsidR="006F7457" w:rsidRDefault="00332DB8">
            <w:r>
              <w:t>23.11.2020</w:t>
            </w:r>
          </w:p>
        </w:tc>
      </w:tr>
      <w:tr w:rsidR="006F7457">
        <w:tc>
          <w:tcPr>
            <w:tcW w:w="2880" w:type="dxa"/>
          </w:tcPr>
          <w:p w:rsidR="006F7457" w:rsidRDefault="00332DB8">
            <w:r>
              <w:t>5128.</w:t>
            </w:r>
          </w:p>
        </w:tc>
        <w:tc>
          <w:tcPr>
            <w:tcW w:w="2880" w:type="dxa"/>
          </w:tcPr>
          <w:p w:rsidR="006F7457" w:rsidRPr="00332DB8" w:rsidRDefault="00332DB8">
            <w:pPr>
              <w:rPr>
                <w:lang w:val="ru-RU"/>
              </w:rPr>
            </w:pPr>
            <w:r w:rsidRPr="00332DB8">
              <w:rPr>
                <w:lang w:val="ru-RU"/>
              </w:rPr>
              <w:t>Аудиовизуальный  файл «Зачем Гой, Еврейке!!! кто такой Путин для своей жены!!!», продолжительностью от 24 минуты 36 секунд до 24 минут 37 секунд, в виде изображения текста на белом фоне, сопровождаемого на протяжении всей записи речью закадрового мужского голоса, которая начинается со слов: «Здравствуйте друзья, с вами снова я... наткнулся на интересный вопрос маленькой девочки...» и заканчивается словами: «...не хорошо все это, поздравьте своих президентов во всех странах»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rsidR="006F7457" w:rsidRDefault="00332DB8">
            <w:r>
              <w:t>23.11.2020</w:t>
            </w:r>
          </w:p>
        </w:tc>
      </w:tr>
      <w:tr w:rsidR="006F7457">
        <w:tc>
          <w:tcPr>
            <w:tcW w:w="2880" w:type="dxa"/>
          </w:tcPr>
          <w:p w:rsidR="006F7457" w:rsidRDefault="00332DB8">
            <w:r>
              <w:t>5129.</w:t>
            </w:r>
          </w:p>
        </w:tc>
        <w:tc>
          <w:tcPr>
            <w:tcW w:w="2880" w:type="dxa"/>
          </w:tcPr>
          <w:p w:rsidR="006F7457" w:rsidRPr="00332DB8" w:rsidRDefault="00332DB8">
            <w:pPr>
              <w:rPr>
                <w:lang w:val="ru-RU"/>
              </w:rPr>
            </w:pPr>
            <w:r w:rsidRPr="00332DB8">
              <w:rPr>
                <w:lang w:val="ru-RU"/>
              </w:rPr>
              <w:t xml:space="preserve">Аудиовизуальный файл «Россия, где есть евреи во власти. Туркменистан, где нет евреев. Сравните!», продолжительностью от 40 минут 48 секунд до 40 минут 49 секунд, который начинается с заставки с надписью «Туркменистан, где нет евреев», затем следуют видеосюжеты о жизни в Туркменистане, после чего на 6 минуте 55 секунде появляется заставка с надписью «Россия, где есть евреи», затем заставка с текстом с заголовком «Катехизис еврея в СССР», которая до конца видеозаписи сопровождается речью закадрового мужского голоса, начинающейся со слов: «Приложение к главе «Избранный народ» - «Катехизис еврея в СССР» и заканчивающаяся словами: «Песнь о звере». </w:t>
            </w:r>
            <w:r>
              <w:t>JI</w:t>
            </w:r>
            <w:r w:rsidRPr="00332DB8">
              <w:rPr>
                <w:lang w:val="ru-RU"/>
              </w:rPr>
              <w:t xml:space="preserve">. Бутяков. «Владигор». Санкт-Петербург, 1996 год», в конце появляется заставка с надписью «Ставьте лайки, подписывайтесь» (решение Сыктывкарского городского суда Республики Коми от 25.09.2020 и апелляционное определение судебной коллегии по административным </w:t>
            </w:r>
            <w:r w:rsidRPr="00332DB8">
              <w:rPr>
                <w:lang w:val="ru-RU"/>
              </w:rPr>
              <w:lastRenderedPageBreak/>
              <w:t>делам Верховного Суда Республики Коми от 22.03.2021);</w:t>
            </w:r>
          </w:p>
        </w:tc>
        <w:tc>
          <w:tcPr>
            <w:tcW w:w="2880" w:type="dxa"/>
          </w:tcPr>
          <w:p w:rsidR="006F7457" w:rsidRDefault="00332DB8">
            <w:r>
              <w:lastRenderedPageBreak/>
              <w:t>23.11.2020</w:t>
            </w:r>
          </w:p>
        </w:tc>
      </w:tr>
      <w:tr w:rsidR="006F7457">
        <w:tc>
          <w:tcPr>
            <w:tcW w:w="2880" w:type="dxa"/>
          </w:tcPr>
          <w:p w:rsidR="006F7457" w:rsidRDefault="00332DB8">
            <w:r>
              <w:lastRenderedPageBreak/>
              <w:t>5130.</w:t>
            </w:r>
          </w:p>
        </w:tc>
        <w:tc>
          <w:tcPr>
            <w:tcW w:w="2880" w:type="dxa"/>
          </w:tcPr>
          <w:p w:rsidR="006F7457" w:rsidRPr="00332DB8" w:rsidRDefault="00332DB8">
            <w:pPr>
              <w:rPr>
                <w:lang w:val="ru-RU"/>
              </w:rPr>
            </w:pPr>
            <w:r w:rsidRPr="00332DB8">
              <w:rPr>
                <w:lang w:val="ru-RU"/>
              </w:rPr>
              <w:t>Аудиозапись «Владимир Попов - Программа борьбы сиона с белой расой», продолжительностью 18 минут 06 секунд, и текст указанной записи, который начинается со слов: «Борьба против славяно-ариев (людей белой расы на Земле) ведется без передышки уже много тысяч лет...» и заканчивается словами: «...им, несомненно, принадлежит заслуга в подготовке многомиллионной армии убийц»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rsidR="006F7457" w:rsidRDefault="00332DB8">
            <w:r>
              <w:t>23.11.2020</w:t>
            </w:r>
          </w:p>
        </w:tc>
      </w:tr>
      <w:tr w:rsidR="006F7457">
        <w:tc>
          <w:tcPr>
            <w:tcW w:w="2880" w:type="dxa"/>
          </w:tcPr>
          <w:p w:rsidR="006F7457" w:rsidRDefault="00332DB8">
            <w:r>
              <w:t>5131.</w:t>
            </w:r>
          </w:p>
        </w:tc>
        <w:tc>
          <w:tcPr>
            <w:tcW w:w="2880" w:type="dxa"/>
          </w:tcPr>
          <w:p w:rsidR="006F7457" w:rsidRPr="00332DB8" w:rsidRDefault="00332DB8">
            <w:pPr>
              <w:rPr>
                <w:lang w:val="ru-RU"/>
              </w:rPr>
            </w:pPr>
            <w:r w:rsidRPr="00332DB8">
              <w:rPr>
                <w:lang w:val="ru-RU"/>
              </w:rPr>
              <w:t>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w:t>
            </w:r>
          </w:p>
        </w:tc>
        <w:tc>
          <w:tcPr>
            <w:tcW w:w="2880" w:type="dxa"/>
          </w:tcPr>
          <w:p w:rsidR="006F7457" w:rsidRDefault="00332DB8">
            <w:r>
              <w:t>16.12.2020</w:t>
            </w:r>
          </w:p>
        </w:tc>
      </w:tr>
      <w:tr w:rsidR="006F7457">
        <w:tc>
          <w:tcPr>
            <w:tcW w:w="2880" w:type="dxa"/>
          </w:tcPr>
          <w:p w:rsidR="006F7457" w:rsidRDefault="00332DB8">
            <w:r>
              <w:t>5132.</w:t>
            </w:r>
          </w:p>
        </w:tc>
        <w:tc>
          <w:tcPr>
            <w:tcW w:w="2880" w:type="dxa"/>
          </w:tcPr>
          <w:p w:rsidR="006F7457" w:rsidRPr="00332DB8" w:rsidRDefault="00332DB8">
            <w:pPr>
              <w:rPr>
                <w:lang w:val="ru-RU"/>
              </w:rPr>
            </w:pPr>
            <w:r w:rsidRPr="00332DB8">
              <w:rPr>
                <w:lang w:val="ru-RU"/>
              </w:rPr>
              <w:t xml:space="preserve">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w:t>
            </w:r>
            <w:r w:rsidRPr="00332DB8">
              <w:rPr>
                <w:lang w:val="ru-RU"/>
              </w:rPr>
              <w:br/>
            </w:r>
            <w:r w:rsidRPr="00332DB8">
              <w:rPr>
                <w:lang w:val="ru-RU"/>
              </w:rPr>
              <w:br/>
              <w:t>и заканчивающаяся словами: «И стоит в оппозиции ко всему остальному устаревшему м</w:t>
            </w:r>
            <w:r>
              <w:t>i</w:t>
            </w:r>
            <w:r w:rsidRPr="00332DB8">
              <w:rPr>
                <w:lang w:val="ru-RU"/>
              </w:rPr>
              <w:t xml:space="preserve">ру. </w:t>
            </w:r>
            <w:r>
              <w:t>All</w:t>
            </w:r>
            <w:r w:rsidRPr="00332DB8">
              <w:rPr>
                <w:lang w:val="ru-RU"/>
              </w:rPr>
              <w:t xml:space="preserve"> </w:t>
            </w:r>
            <w:r>
              <w:t>be</w:t>
            </w:r>
            <w:r w:rsidRPr="00332DB8">
              <w:rPr>
                <w:lang w:val="ru-RU"/>
              </w:rPr>
              <w:t xml:space="preserve"> </w:t>
            </w:r>
            <w:r>
              <w:t>back</w:t>
            </w:r>
            <w:r w:rsidRPr="00332DB8">
              <w:rPr>
                <w:lang w:val="ru-RU"/>
              </w:rPr>
              <w:t>» (решение Ленинского районного суда г. Владивостока Приморского края от 16.09.2020);</w:t>
            </w:r>
          </w:p>
        </w:tc>
        <w:tc>
          <w:tcPr>
            <w:tcW w:w="2880" w:type="dxa"/>
          </w:tcPr>
          <w:p w:rsidR="006F7457" w:rsidRDefault="00332DB8">
            <w:r>
              <w:t>16.12.2020</w:t>
            </w:r>
          </w:p>
        </w:tc>
      </w:tr>
      <w:tr w:rsidR="006F7457">
        <w:tc>
          <w:tcPr>
            <w:tcW w:w="2880" w:type="dxa"/>
          </w:tcPr>
          <w:p w:rsidR="006F7457" w:rsidRDefault="00332DB8">
            <w:r>
              <w:t>5133.</w:t>
            </w:r>
          </w:p>
        </w:tc>
        <w:tc>
          <w:tcPr>
            <w:tcW w:w="2880" w:type="dxa"/>
          </w:tcPr>
          <w:p w:rsidR="006F7457" w:rsidRPr="00332DB8" w:rsidRDefault="00332DB8">
            <w:pPr>
              <w:rPr>
                <w:lang w:val="ru-RU"/>
              </w:rPr>
            </w:pPr>
            <w:r w:rsidRPr="00332DB8">
              <w:rPr>
                <w:lang w:val="ru-RU"/>
              </w:rPr>
              <w:t>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(решение Новгородского районного суда Новгородской области от 02.07.2020);</w:t>
            </w:r>
          </w:p>
        </w:tc>
        <w:tc>
          <w:tcPr>
            <w:tcW w:w="2880" w:type="dxa"/>
          </w:tcPr>
          <w:p w:rsidR="006F7457" w:rsidRDefault="00332DB8">
            <w:r>
              <w:t>16.12.2020</w:t>
            </w:r>
          </w:p>
        </w:tc>
      </w:tr>
      <w:tr w:rsidR="006F7457">
        <w:tc>
          <w:tcPr>
            <w:tcW w:w="2880" w:type="dxa"/>
          </w:tcPr>
          <w:p w:rsidR="006F7457" w:rsidRDefault="00332DB8">
            <w:r>
              <w:t>51</w:t>
            </w:r>
            <w:r>
              <w:lastRenderedPageBreak/>
              <w:t>34.</w:t>
            </w:r>
          </w:p>
        </w:tc>
        <w:tc>
          <w:tcPr>
            <w:tcW w:w="2880" w:type="dxa"/>
          </w:tcPr>
          <w:p w:rsidR="006F7457" w:rsidRDefault="00332DB8">
            <w:r w:rsidRPr="00332DB8">
              <w:rPr>
                <w:lang w:val="ru-RU"/>
              </w:rPr>
              <w:lastRenderedPageBreak/>
              <w:t xml:space="preserve">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w:t>
            </w:r>
            <w:r w:rsidRPr="00332DB8">
              <w:rPr>
                <w:lang w:val="ru-RU"/>
              </w:rPr>
              <w:lastRenderedPageBreak/>
              <w:t xml:space="preserve">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w:t>
            </w:r>
            <w:r>
              <w:t>И сейчас...» (решение Новгородского районного суда Новгородской области от 02.07.2020);</w:t>
            </w:r>
          </w:p>
        </w:tc>
        <w:tc>
          <w:tcPr>
            <w:tcW w:w="2880" w:type="dxa"/>
          </w:tcPr>
          <w:p w:rsidR="006F7457" w:rsidRDefault="00332DB8">
            <w:r>
              <w:lastRenderedPageBreak/>
              <w:t>16.12.</w:t>
            </w:r>
            <w:r>
              <w:lastRenderedPageBreak/>
              <w:t>2020</w:t>
            </w:r>
          </w:p>
        </w:tc>
      </w:tr>
      <w:tr w:rsidR="006F7457">
        <w:tc>
          <w:tcPr>
            <w:tcW w:w="2880" w:type="dxa"/>
          </w:tcPr>
          <w:p w:rsidR="006F7457" w:rsidRDefault="00332DB8">
            <w:r>
              <w:lastRenderedPageBreak/>
              <w:t>5135.</w:t>
            </w:r>
          </w:p>
        </w:tc>
        <w:tc>
          <w:tcPr>
            <w:tcW w:w="2880" w:type="dxa"/>
          </w:tcPr>
          <w:p w:rsidR="006F7457" w:rsidRPr="00332DB8" w:rsidRDefault="00332DB8">
            <w:pPr>
              <w:rPr>
                <w:lang w:val="ru-RU"/>
              </w:rPr>
            </w:pPr>
            <w:r w:rsidRPr="00332DB8">
              <w:rPr>
                <w:lang w:val="ru-RU"/>
              </w:rPr>
              <w:t>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Новгородского районного суда Новгородской области от 02.07.2020);</w:t>
            </w:r>
          </w:p>
        </w:tc>
        <w:tc>
          <w:tcPr>
            <w:tcW w:w="2880" w:type="dxa"/>
          </w:tcPr>
          <w:p w:rsidR="006F7457" w:rsidRDefault="00332DB8">
            <w:r>
              <w:t>16.12.2020</w:t>
            </w:r>
          </w:p>
        </w:tc>
      </w:tr>
      <w:tr w:rsidR="006F7457">
        <w:tc>
          <w:tcPr>
            <w:tcW w:w="2880" w:type="dxa"/>
          </w:tcPr>
          <w:p w:rsidR="006F7457" w:rsidRDefault="00332DB8">
            <w:r>
              <w:t>5136.</w:t>
            </w:r>
          </w:p>
        </w:tc>
        <w:tc>
          <w:tcPr>
            <w:tcW w:w="2880" w:type="dxa"/>
          </w:tcPr>
          <w:p w:rsidR="006F7457" w:rsidRPr="00332DB8" w:rsidRDefault="00332DB8">
            <w:pPr>
              <w:rPr>
                <w:lang w:val="ru-RU"/>
              </w:rPr>
            </w:pPr>
            <w:r w:rsidRPr="00332DB8">
              <w:rPr>
                <w:lang w:val="ru-RU"/>
              </w:rPr>
              <w:t xml:space="preserve">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w:t>
            </w:r>
            <w:r w:rsidRPr="00332DB8">
              <w:rPr>
                <w:lang w:val="ru-RU"/>
              </w:rPr>
              <w:br/>
            </w:r>
            <w:r w:rsidRPr="00332DB8">
              <w:rPr>
                <w:lang w:val="ru-RU"/>
              </w:rPr>
              <w:br/>
              <w:t>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p>
        </w:tc>
        <w:tc>
          <w:tcPr>
            <w:tcW w:w="2880" w:type="dxa"/>
          </w:tcPr>
          <w:p w:rsidR="006F7457" w:rsidRDefault="00332DB8">
            <w:r>
              <w:t>16.12.2020</w:t>
            </w:r>
          </w:p>
        </w:tc>
      </w:tr>
      <w:tr w:rsidR="006F7457">
        <w:tc>
          <w:tcPr>
            <w:tcW w:w="2880" w:type="dxa"/>
          </w:tcPr>
          <w:p w:rsidR="006F7457" w:rsidRDefault="00332DB8">
            <w:r>
              <w:t>5137.</w:t>
            </w:r>
          </w:p>
        </w:tc>
        <w:tc>
          <w:tcPr>
            <w:tcW w:w="2880" w:type="dxa"/>
          </w:tcPr>
          <w:p w:rsidR="006F7457" w:rsidRPr="00332DB8" w:rsidRDefault="00332DB8">
            <w:pPr>
              <w:rPr>
                <w:lang w:val="ru-RU"/>
              </w:rPr>
            </w:pPr>
            <w:r w:rsidRPr="00332DB8">
              <w:rPr>
                <w:lang w:val="ru-RU"/>
              </w:rPr>
              <w:t>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w:t>
            </w:r>
          </w:p>
        </w:tc>
        <w:tc>
          <w:tcPr>
            <w:tcW w:w="2880" w:type="dxa"/>
          </w:tcPr>
          <w:p w:rsidR="006F7457" w:rsidRDefault="00332DB8">
            <w:r>
              <w:t>16.12.2020</w:t>
            </w:r>
          </w:p>
        </w:tc>
      </w:tr>
      <w:tr w:rsidR="006F7457">
        <w:tc>
          <w:tcPr>
            <w:tcW w:w="2880" w:type="dxa"/>
          </w:tcPr>
          <w:p w:rsidR="006F7457" w:rsidRDefault="00332DB8">
            <w:r>
              <w:lastRenderedPageBreak/>
              <w:t>5138.</w:t>
            </w:r>
          </w:p>
        </w:tc>
        <w:tc>
          <w:tcPr>
            <w:tcW w:w="2880" w:type="dxa"/>
          </w:tcPr>
          <w:p w:rsidR="006F7457" w:rsidRPr="00332DB8" w:rsidRDefault="00332DB8">
            <w:pPr>
              <w:rPr>
                <w:lang w:val="ru-RU"/>
              </w:rPr>
            </w:pPr>
            <w:r w:rsidRPr="00332DB8">
              <w:rPr>
                <w:lang w:val="ru-RU"/>
              </w:rPr>
              <w:t>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w:t>
            </w:r>
            <w:r>
              <w:t>II</w:t>
            </w:r>
            <w:r w:rsidRPr="00332DB8">
              <w:rPr>
                <w:lang w:val="ru-RU"/>
              </w:rPr>
              <w:t>-1742г)» (решение Новгородского районного суда Новгородской области от 02.07.2020);</w:t>
            </w:r>
          </w:p>
        </w:tc>
        <w:tc>
          <w:tcPr>
            <w:tcW w:w="2880" w:type="dxa"/>
          </w:tcPr>
          <w:p w:rsidR="006F7457" w:rsidRDefault="00332DB8">
            <w:r>
              <w:t>16.12.2020</w:t>
            </w:r>
          </w:p>
        </w:tc>
      </w:tr>
      <w:tr w:rsidR="006F7457">
        <w:tc>
          <w:tcPr>
            <w:tcW w:w="2880" w:type="dxa"/>
          </w:tcPr>
          <w:p w:rsidR="006F7457" w:rsidRDefault="00332DB8">
            <w:r>
              <w:t>5139.</w:t>
            </w:r>
          </w:p>
        </w:tc>
        <w:tc>
          <w:tcPr>
            <w:tcW w:w="2880" w:type="dxa"/>
          </w:tcPr>
          <w:p w:rsidR="006F7457" w:rsidRPr="00332DB8" w:rsidRDefault="00332DB8">
            <w:pPr>
              <w:rPr>
                <w:lang w:val="ru-RU"/>
              </w:rPr>
            </w:pPr>
            <w:r w:rsidRPr="00332DB8">
              <w:rPr>
                <w:lang w:val="ru-RU"/>
              </w:rPr>
              <w:t xml:space="preserve">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w:t>
            </w:r>
            <w:r w:rsidRPr="00332DB8">
              <w:rPr>
                <w:lang w:val="ru-RU"/>
              </w:rPr>
              <w:br/>
            </w:r>
            <w:r w:rsidRPr="00332DB8">
              <w:rPr>
                <w:lang w:val="ru-RU"/>
              </w:rPr>
              <w:br/>
              <w:t>РСО-Алания от 24.09.2020);</w:t>
            </w:r>
          </w:p>
        </w:tc>
        <w:tc>
          <w:tcPr>
            <w:tcW w:w="2880" w:type="dxa"/>
          </w:tcPr>
          <w:p w:rsidR="006F7457" w:rsidRDefault="00332DB8">
            <w:r>
              <w:t>28.12.2020</w:t>
            </w:r>
          </w:p>
        </w:tc>
      </w:tr>
      <w:tr w:rsidR="006F7457">
        <w:tc>
          <w:tcPr>
            <w:tcW w:w="2880" w:type="dxa"/>
          </w:tcPr>
          <w:p w:rsidR="006F7457" w:rsidRDefault="00332DB8">
            <w:r>
              <w:t>5140.</w:t>
            </w:r>
          </w:p>
        </w:tc>
        <w:tc>
          <w:tcPr>
            <w:tcW w:w="2880" w:type="dxa"/>
          </w:tcPr>
          <w:p w:rsidR="006F7457" w:rsidRPr="00332DB8" w:rsidRDefault="00332DB8">
            <w:pPr>
              <w:rPr>
                <w:lang w:val="ru-RU"/>
              </w:rPr>
            </w:pPr>
            <w:r w:rsidRPr="00332DB8">
              <w:rPr>
                <w:lang w:val="ru-RU"/>
              </w:rPr>
              <w:t xml:space="preserve">Печатные материалы № 1/34 от января 2018 года, № 7/40 от июля 2018 года; № 8/41 от августа 2018 года, № 10/43 от октября 2018 года, № 12/45 от ноября 2018 года, № 13/46 от декабря 2018 года, </w:t>
            </w:r>
            <w:r w:rsidRPr="00332DB8">
              <w:rPr>
                <w:lang w:val="ru-RU"/>
              </w:rPr>
              <w:br/>
            </w:r>
            <w:r w:rsidRPr="00332DB8">
              <w:rPr>
                <w:lang w:val="ru-RU"/>
              </w:rPr>
              <w:br/>
              <w:t>№ 1/47 от января 2019 года, № 3/49 от марта 2019 года, № 6/52 от 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(решение Йошкар-Олинского городского суда Республики Марий Эл от 29.10.2020);</w:t>
            </w:r>
          </w:p>
        </w:tc>
        <w:tc>
          <w:tcPr>
            <w:tcW w:w="2880" w:type="dxa"/>
          </w:tcPr>
          <w:p w:rsidR="006F7457" w:rsidRDefault="00332DB8">
            <w:r>
              <w:t>28.12.2020</w:t>
            </w:r>
          </w:p>
        </w:tc>
      </w:tr>
      <w:tr w:rsidR="006F7457">
        <w:tc>
          <w:tcPr>
            <w:tcW w:w="2880" w:type="dxa"/>
          </w:tcPr>
          <w:p w:rsidR="006F7457" w:rsidRDefault="00332DB8">
            <w:r>
              <w:t>5141.</w:t>
            </w:r>
          </w:p>
        </w:tc>
        <w:tc>
          <w:tcPr>
            <w:tcW w:w="2880" w:type="dxa"/>
          </w:tcPr>
          <w:p w:rsidR="006F7457" w:rsidRPr="00332DB8" w:rsidRDefault="00332DB8">
            <w:pPr>
              <w:rPr>
                <w:lang w:val="ru-RU"/>
              </w:rPr>
            </w:pPr>
            <w:r w:rsidRPr="00332DB8">
              <w:rPr>
                <w:lang w:val="ru-RU"/>
              </w:rPr>
              <w:t>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p>
        </w:tc>
        <w:tc>
          <w:tcPr>
            <w:tcW w:w="2880" w:type="dxa"/>
          </w:tcPr>
          <w:p w:rsidR="006F7457" w:rsidRDefault="00332DB8">
            <w:r>
              <w:t>28.12.2020</w:t>
            </w:r>
          </w:p>
        </w:tc>
      </w:tr>
      <w:tr w:rsidR="006F7457">
        <w:tc>
          <w:tcPr>
            <w:tcW w:w="2880" w:type="dxa"/>
          </w:tcPr>
          <w:p w:rsidR="006F7457" w:rsidRDefault="00332DB8">
            <w:r>
              <w:lastRenderedPageBreak/>
              <w:t>5142.</w:t>
            </w:r>
          </w:p>
        </w:tc>
        <w:tc>
          <w:tcPr>
            <w:tcW w:w="2880" w:type="dxa"/>
          </w:tcPr>
          <w:p w:rsidR="006F7457" w:rsidRPr="00332DB8" w:rsidRDefault="00332DB8">
            <w:pPr>
              <w:rPr>
                <w:lang w:val="ru-RU"/>
              </w:rPr>
            </w:pPr>
            <w:r w:rsidRPr="00332DB8">
              <w:rPr>
                <w:lang w:val="ru-RU"/>
              </w:rPr>
              <w:t>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p>
        </w:tc>
        <w:tc>
          <w:tcPr>
            <w:tcW w:w="2880" w:type="dxa"/>
          </w:tcPr>
          <w:p w:rsidR="006F7457" w:rsidRDefault="00332DB8">
            <w:r>
              <w:t>28.12.2020</w:t>
            </w:r>
          </w:p>
        </w:tc>
      </w:tr>
      <w:tr w:rsidR="006F7457">
        <w:tc>
          <w:tcPr>
            <w:tcW w:w="2880" w:type="dxa"/>
          </w:tcPr>
          <w:p w:rsidR="006F7457" w:rsidRDefault="00332DB8">
            <w:r>
              <w:t>5143.</w:t>
            </w:r>
          </w:p>
        </w:tc>
        <w:tc>
          <w:tcPr>
            <w:tcW w:w="2880" w:type="dxa"/>
          </w:tcPr>
          <w:p w:rsidR="006F7457" w:rsidRPr="00332DB8" w:rsidRDefault="00332DB8">
            <w:pPr>
              <w:rPr>
                <w:lang w:val="ru-RU"/>
              </w:rPr>
            </w:pPr>
            <w:r w:rsidRPr="00332DB8">
              <w:rPr>
                <w:lang w:val="ru-RU"/>
              </w:rPr>
              <w:t xml:space="preserve">Сайт Русской Республики Русь- </w:t>
            </w:r>
            <w:r>
              <w:t>www</w:t>
            </w:r>
            <w:r w:rsidRPr="00332DB8">
              <w:rPr>
                <w:lang w:val="ru-RU"/>
              </w:rPr>
              <w:t>.</w:t>
            </w:r>
            <w:r>
              <w:t>rr</w:t>
            </w:r>
            <w:r w:rsidRPr="00332DB8">
              <w:rPr>
                <w:lang w:val="ru-RU"/>
              </w:rPr>
              <w:t>-</w:t>
            </w:r>
            <w:r>
              <w:t>rus</w:t>
            </w:r>
            <w:r w:rsidRPr="00332DB8">
              <w:rPr>
                <w:lang w:val="ru-RU"/>
              </w:rPr>
              <w:t>.</w:t>
            </w:r>
            <w:r>
              <w:t>ru</w:t>
            </w:r>
            <w:r w:rsidRPr="00332DB8">
              <w:rPr>
                <w:lang w:val="ru-RU"/>
              </w:rPr>
              <w:t xml:space="preserve"> и информация, размещенная на нем (решение Мещанского районного суда г. Москвы от 04.09.2019);</w:t>
            </w:r>
          </w:p>
        </w:tc>
        <w:tc>
          <w:tcPr>
            <w:tcW w:w="2880" w:type="dxa"/>
          </w:tcPr>
          <w:p w:rsidR="006F7457" w:rsidRDefault="00332DB8">
            <w:r>
              <w:t>28.12.2020</w:t>
            </w:r>
          </w:p>
        </w:tc>
      </w:tr>
      <w:tr w:rsidR="006F7457">
        <w:tc>
          <w:tcPr>
            <w:tcW w:w="2880" w:type="dxa"/>
          </w:tcPr>
          <w:p w:rsidR="006F7457" w:rsidRDefault="00332DB8">
            <w:r>
              <w:t>5144.</w:t>
            </w:r>
          </w:p>
        </w:tc>
        <w:tc>
          <w:tcPr>
            <w:tcW w:w="2880" w:type="dxa"/>
          </w:tcPr>
          <w:p w:rsidR="006F7457" w:rsidRPr="00332DB8" w:rsidRDefault="00332DB8">
            <w:pPr>
              <w:rPr>
                <w:lang w:val="ru-RU"/>
              </w:rPr>
            </w:pPr>
            <w:r w:rsidRPr="00332DB8">
              <w:rPr>
                <w:lang w:val="ru-RU"/>
              </w:rPr>
              <w:t>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tc>
        <w:tc>
          <w:tcPr>
            <w:tcW w:w="2880" w:type="dxa"/>
          </w:tcPr>
          <w:p w:rsidR="006F7457" w:rsidRDefault="00332DB8">
            <w:r>
              <w:t>13.01.2021</w:t>
            </w:r>
          </w:p>
        </w:tc>
      </w:tr>
      <w:tr w:rsidR="006F7457">
        <w:tc>
          <w:tcPr>
            <w:tcW w:w="2880" w:type="dxa"/>
          </w:tcPr>
          <w:p w:rsidR="006F7457" w:rsidRDefault="00332DB8">
            <w:r>
              <w:t>5145.</w:t>
            </w:r>
          </w:p>
        </w:tc>
        <w:tc>
          <w:tcPr>
            <w:tcW w:w="2880" w:type="dxa"/>
          </w:tcPr>
          <w:p w:rsidR="006F7457" w:rsidRPr="00332DB8" w:rsidRDefault="00332DB8">
            <w:pPr>
              <w:rPr>
                <w:lang w:val="ru-RU"/>
              </w:rPr>
            </w:pPr>
            <w:r w:rsidRPr="00332DB8">
              <w:rPr>
                <w:lang w:val="ru-RU"/>
              </w:rPr>
              <w:t xml:space="preserve">Видеоматериал под названием « «» под музыку Киборг – Евпатий Коловрат. </w:t>
            </w:r>
            <w:r>
              <w:t>Picrolla</w:t>
            </w:r>
            <w:r w:rsidRPr="00332DB8">
              <w:rPr>
                <w:lang w:val="ru-RU"/>
              </w:rPr>
              <w:t>»,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tc>
        <w:tc>
          <w:tcPr>
            <w:tcW w:w="2880" w:type="dxa"/>
          </w:tcPr>
          <w:p w:rsidR="006F7457" w:rsidRDefault="00332DB8">
            <w:r>
              <w:t>13.01.2021</w:t>
            </w:r>
          </w:p>
        </w:tc>
      </w:tr>
      <w:tr w:rsidR="006F7457">
        <w:tc>
          <w:tcPr>
            <w:tcW w:w="2880" w:type="dxa"/>
          </w:tcPr>
          <w:p w:rsidR="006F7457" w:rsidRDefault="00332DB8">
            <w:r>
              <w:t>5146.</w:t>
            </w:r>
          </w:p>
        </w:tc>
        <w:tc>
          <w:tcPr>
            <w:tcW w:w="2880" w:type="dxa"/>
          </w:tcPr>
          <w:p w:rsidR="006F7457" w:rsidRPr="00332DB8" w:rsidRDefault="00332DB8">
            <w:pPr>
              <w:rPr>
                <w:lang w:val="ru-RU"/>
              </w:rPr>
            </w:pPr>
            <w:r w:rsidRPr="00332DB8">
              <w:rPr>
                <w:lang w:val="ru-RU"/>
              </w:rPr>
              <w:t xml:space="preserve">Видеоматериал под названием «скин скины, скинхеды, анти антифа, русские, русский марш, славянский союз, сс, нс, фашизм, нацизм, национализм, </w:t>
            </w:r>
            <w:r>
              <w:t>skinhead</w:t>
            </w:r>
            <w:r w:rsidRPr="00332DB8">
              <w:rPr>
                <w:lang w:val="ru-RU"/>
              </w:rPr>
              <w:t>,...», начинающийся словами: «Нет деградации, национал-социализм...», продолжительностью 5 минут 00 секунд, размещенный в сети «Интернет» (решение Рыбинского городского суда Ярославской области от 02.11.2020);</w:t>
            </w:r>
          </w:p>
        </w:tc>
        <w:tc>
          <w:tcPr>
            <w:tcW w:w="2880" w:type="dxa"/>
          </w:tcPr>
          <w:p w:rsidR="006F7457" w:rsidRDefault="00332DB8">
            <w:r>
              <w:t>13.01.2021</w:t>
            </w:r>
          </w:p>
        </w:tc>
      </w:tr>
      <w:tr w:rsidR="006F7457">
        <w:tc>
          <w:tcPr>
            <w:tcW w:w="2880" w:type="dxa"/>
          </w:tcPr>
          <w:p w:rsidR="006F7457" w:rsidRDefault="00332DB8">
            <w:r>
              <w:t>514</w:t>
            </w:r>
            <w:r>
              <w:lastRenderedPageBreak/>
              <w:t>7.</w:t>
            </w:r>
          </w:p>
        </w:tc>
        <w:tc>
          <w:tcPr>
            <w:tcW w:w="2880" w:type="dxa"/>
          </w:tcPr>
          <w:p w:rsidR="006F7457" w:rsidRPr="00332DB8" w:rsidRDefault="00332DB8">
            <w:pPr>
              <w:rPr>
                <w:lang w:val="ru-RU"/>
              </w:rPr>
            </w:pPr>
            <w:r w:rsidRPr="00332DB8">
              <w:rPr>
                <w:lang w:val="ru-RU"/>
              </w:rPr>
              <w:lastRenderedPageBreak/>
              <w:t>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w:t>
            </w:r>
            <w:r w:rsidRPr="00332DB8">
              <w:rPr>
                <w:lang w:val="ru-RU"/>
              </w:rPr>
              <w:lastRenderedPageBreak/>
              <w:t>телекоммуникационной сети «Интернет» (решение Ленинского районного суда г. Владикавказа Республики Северная Осетия-Алания от 03.11.2020);</w:t>
            </w:r>
          </w:p>
        </w:tc>
        <w:tc>
          <w:tcPr>
            <w:tcW w:w="2880" w:type="dxa"/>
          </w:tcPr>
          <w:p w:rsidR="006F7457" w:rsidRDefault="00332DB8">
            <w:r>
              <w:lastRenderedPageBreak/>
              <w:t>13.01.202</w:t>
            </w:r>
            <w:r>
              <w:lastRenderedPageBreak/>
              <w:t>1</w:t>
            </w:r>
          </w:p>
        </w:tc>
      </w:tr>
      <w:tr w:rsidR="006F7457">
        <w:tc>
          <w:tcPr>
            <w:tcW w:w="2880" w:type="dxa"/>
          </w:tcPr>
          <w:p w:rsidR="006F7457" w:rsidRDefault="00332DB8">
            <w:r>
              <w:lastRenderedPageBreak/>
              <w:t>5148.</w:t>
            </w:r>
          </w:p>
        </w:tc>
        <w:tc>
          <w:tcPr>
            <w:tcW w:w="2880" w:type="dxa"/>
          </w:tcPr>
          <w:p w:rsidR="006F7457" w:rsidRPr="00332DB8" w:rsidRDefault="00332DB8">
            <w:pPr>
              <w:rPr>
                <w:lang w:val="ru-RU"/>
              </w:rPr>
            </w:pPr>
            <w:r w:rsidRPr="00332DB8">
              <w:rPr>
                <w:lang w:val="ru-RU"/>
              </w:rPr>
              <w:t>Аудиозапись (музыкальная композиция) «Ничего хорошего-Молотов коктейль» (</w:t>
            </w:r>
            <w:r>
              <w:t>Nothing</w:t>
            </w:r>
            <w:r w:rsidRPr="00332DB8">
              <w:rPr>
                <w:lang w:val="ru-RU"/>
              </w:rPr>
              <w:t xml:space="preserve"> </w:t>
            </w:r>
            <w:r>
              <w:t>Gold</w:t>
            </w:r>
            <w:r w:rsidRPr="00332DB8">
              <w:rPr>
                <w:lang w:val="ru-RU"/>
              </w:rPr>
              <w:t xml:space="preserve"> – </w:t>
            </w:r>
            <w:r>
              <w:t>Molotov</w:t>
            </w:r>
            <w:r w:rsidRPr="00332DB8">
              <w:rPr>
                <w:lang w:val="ru-RU"/>
              </w:rPr>
              <w:t>),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tc>
        <w:tc>
          <w:tcPr>
            <w:tcW w:w="2880" w:type="dxa"/>
          </w:tcPr>
          <w:p w:rsidR="006F7457" w:rsidRDefault="00332DB8">
            <w:r>
              <w:t>13.01.2021</w:t>
            </w:r>
          </w:p>
        </w:tc>
      </w:tr>
      <w:tr w:rsidR="006F7457">
        <w:tc>
          <w:tcPr>
            <w:tcW w:w="2880" w:type="dxa"/>
          </w:tcPr>
          <w:p w:rsidR="006F7457" w:rsidRDefault="00332DB8">
            <w:r>
              <w:t>5149.</w:t>
            </w:r>
          </w:p>
        </w:tc>
        <w:tc>
          <w:tcPr>
            <w:tcW w:w="2880" w:type="dxa"/>
          </w:tcPr>
          <w:p w:rsidR="006F7457" w:rsidRDefault="00332DB8">
            <w:r w:rsidRPr="00332DB8">
              <w:rPr>
                <w:lang w:val="ru-RU"/>
              </w:rPr>
              <w:t xml:space="preserve">Текст песни исполнителя «Злой Ой!» под названием «Убей бабу» и аудиозапись с ее исполнением, продолжительностью </w:t>
            </w:r>
            <w:r>
              <w:t>01 мин. 41 сек. (решение Кировского районного суда г. Саратова от 06.11.2020);</w:t>
            </w:r>
          </w:p>
        </w:tc>
        <w:tc>
          <w:tcPr>
            <w:tcW w:w="2880" w:type="dxa"/>
          </w:tcPr>
          <w:p w:rsidR="006F7457" w:rsidRDefault="00332DB8">
            <w:r>
              <w:t>20.01.2021</w:t>
            </w:r>
          </w:p>
        </w:tc>
      </w:tr>
      <w:tr w:rsidR="006F7457">
        <w:tc>
          <w:tcPr>
            <w:tcW w:w="2880" w:type="dxa"/>
          </w:tcPr>
          <w:p w:rsidR="006F7457" w:rsidRDefault="00332DB8">
            <w:r>
              <w:t>5150.</w:t>
            </w:r>
          </w:p>
        </w:tc>
        <w:tc>
          <w:tcPr>
            <w:tcW w:w="2880" w:type="dxa"/>
          </w:tcPr>
          <w:p w:rsidR="006F7457" w:rsidRDefault="00332DB8">
            <w:r w:rsidRPr="00332DB8">
              <w:rPr>
                <w:lang w:val="ru-RU"/>
              </w:rPr>
              <w:t xml:space="preserve">Книга «Ценой свободы 2», автор Кирилл Риддик, начинающаяся словами: «Из по покрова тьмы ночной…», заканчивающаяся словами: «…Признателен за вклад каждого из Вас!» </w:t>
            </w:r>
            <w:r>
              <w:t>(решение Московского районного суда г. Нижнего Новгорода от 25.02.2020);</w:t>
            </w:r>
          </w:p>
        </w:tc>
        <w:tc>
          <w:tcPr>
            <w:tcW w:w="2880" w:type="dxa"/>
          </w:tcPr>
          <w:p w:rsidR="006F7457" w:rsidRDefault="00332DB8">
            <w:r>
              <w:t>20.01.2021</w:t>
            </w:r>
          </w:p>
        </w:tc>
      </w:tr>
      <w:tr w:rsidR="006F7457">
        <w:tc>
          <w:tcPr>
            <w:tcW w:w="2880" w:type="dxa"/>
          </w:tcPr>
          <w:p w:rsidR="006F7457" w:rsidRDefault="00332DB8">
            <w:r>
              <w:t>5151.</w:t>
            </w:r>
          </w:p>
        </w:tc>
        <w:tc>
          <w:tcPr>
            <w:tcW w:w="2880" w:type="dxa"/>
          </w:tcPr>
          <w:p w:rsidR="006F7457" w:rsidRPr="00332DB8" w:rsidRDefault="00332DB8">
            <w:pPr>
              <w:rPr>
                <w:lang w:val="ru-RU"/>
              </w:rPr>
            </w:pPr>
            <w:r w:rsidRPr="00332DB8">
              <w:rPr>
                <w:lang w:val="ru-RU"/>
              </w:rPr>
              <w:t xml:space="preserve">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w:t>
            </w:r>
            <w:r>
              <w:t>silavpravde</w:t>
            </w:r>
            <w:r w:rsidRPr="00332DB8">
              <w:rPr>
                <w:lang w:val="ru-RU"/>
              </w:rPr>
              <w:t>@</w:t>
            </w:r>
            <w:r>
              <w:t>protonmail</w:t>
            </w:r>
            <w:r w:rsidRPr="00332DB8">
              <w:rPr>
                <w:lang w:val="ru-RU"/>
              </w:rPr>
              <w:t>.</w:t>
            </w:r>
            <w:r>
              <w:t>com</w:t>
            </w:r>
            <w:r w:rsidRPr="00332DB8">
              <w:rPr>
                <w:lang w:val="ru-RU"/>
              </w:rPr>
              <w:t>»,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tc>
        <w:tc>
          <w:tcPr>
            <w:tcW w:w="2880" w:type="dxa"/>
          </w:tcPr>
          <w:p w:rsidR="006F7457" w:rsidRDefault="00332DB8">
            <w:r>
              <w:t>20.01.2021</w:t>
            </w:r>
          </w:p>
        </w:tc>
      </w:tr>
      <w:tr w:rsidR="006F7457">
        <w:tc>
          <w:tcPr>
            <w:tcW w:w="2880" w:type="dxa"/>
          </w:tcPr>
          <w:p w:rsidR="006F7457" w:rsidRDefault="00332DB8">
            <w:r>
              <w:t>5</w:t>
            </w:r>
            <w:r>
              <w:lastRenderedPageBreak/>
              <w:t>152.</w:t>
            </w:r>
          </w:p>
        </w:tc>
        <w:tc>
          <w:tcPr>
            <w:tcW w:w="2880" w:type="dxa"/>
          </w:tcPr>
          <w:p w:rsidR="006F7457" w:rsidRPr="00332DB8" w:rsidRDefault="00332DB8">
            <w:pPr>
              <w:rPr>
                <w:lang w:val="ru-RU"/>
              </w:rPr>
            </w:pPr>
            <w:r w:rsidRPr="00332DB8">
              <w:rPr>
                <w:lang w:val="ru-RU"/>
              </w:rPr>
              <w:lastRenderedPageBreak/>
              <w:t xml:space="preserve">Книга – 200 вопросов по вероучению Ислама перевод с арабского 2 издание, исправленное – Москва УММА </w:t>
            </w:r>
            <w:r w:rsidRPr="00332DB8">
              <w:rPr>
                <w:lang w:val="ru-RU"/>
              </w:rPr>
              <w:lastRenderedPageBreak/>
              <w:t>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коллегии по административным делам Верховного Суда Республики Татарстан от 18.12.2020);</w:t>
            </w:r>
          </w:p>
        </w:tc>
        <w:tc>
          <w:tcPr>
            <w:tcW w:w="2880" w:type="dxa"/>
          </w:tcPr>
          <w:p w:rsidR="006F7457" w:rsidRDefault="00332DB8">
            <w:r>
              <w:lastRenderedPageBreak/>
              <w:t>03.</w:t>
            </w:r>
            <w:r>
              <w:lastRenderedPageBreak/>
              <w:t>02.2021</w:t>
            </w:r>
          </w:p>
        </w:tc>
      </w:tr>
      <w:tr w:rsidR="006F7457">
        <w:tc>
          <w:tcPr>
            <w:tcW w:w="2880" w:type="dxa"/>
          </w:tcPr>
          <w:p w:rsidR="006F7457" w:rsidRDefault="00332DB8">
            <w:r>
              <w:lastRenderedPageBreak/>
              <w:t>5153.</w:t>
            </w:r>
          </w:p>
        </w:tc>
        <w:tc>
          <w:tcPr>
            <w:tcW w:w="2880" w:type="dxa"/>
          </w:tcPr>
          <w:p w:rsidR="006F7457" w:rsidRPr="00332DB8" w:rsidRDefault="00332DB8">
            <w:pPr>
              <w:rPr>
                <w:lang w:val="ru-RU"/>
              </w:rPr>
            </w:pPr>
            <w:r w:rsidRPr="00332DB8">
              <w:rPr>
                <w:lang w:val="ru-RU"/>
              </w:rPr>
              <w:t>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коллегии по административным делам Верховного Суда Республики Татарстан от 18.12.2020);</w:t>
            </w:r>
          </w:p>
        </w:tc>
        <w:tc>
          <w:tcPr>
            <w:tcW w:w="2880" w:type="dxa"/>
          </w:tcPr>
          <w:p w:rsidR="006F7457" w:rsidRDefault="00332DB8">
            <w:r>
              <w:t>03.02.2021</w:t>
            </w:r>
          </w:p>
        </w:tc>
      </w:tr>
      <w:tr w:rsidR="006F7457">
        <w:tc>
          <w:tcPr>
            <w:tcW w:w="2880" w:type="dxa"/>
          </w:tcPr>
          <w:p w:rsidR="006F7457" w:rsidRDefault="00332DB8">
            <w:r>
              <w:t>5154.</w:t>
            </w:r>
          </w:p>
        </w:tc>
        <w:tc>
          <w:tcPr>
            <w:tcW w:w="2880" w:type="dxa"/>
          </w:tcPr>
          <w:p w:rsidR="006F7457" w:rsidRPr="00332DB8" w:rsidRDefault="00332DB8">
            <w:pPr>
              <w:rPr>
                <w:lang w:val="ru-RU"/>
              </w:rPr>
            </w:pPr>
            <w:r w:rsidRPr="00332DB8">
              <w:rPr>
                <w:lang w:val="ru-RU"/>
              </w:rPr>
              <w:t>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tc>
        <w:tc>
          <w:tcPr>
            <w:tcW w:w="2880" w:type="dxa"/>
          </w:tcPr>
          <w:p w:rsidR="006F7457" w:rsidRDefault="00332DB8">
            <w:r>
              <w:t>19.02.2021</w:t>
            </w:r>
          </w:p>
        </w:tc>
      </w:tr>
      <w:tr w:rsidR="006F7457">
        <w:tc>
          <w:tcPr>
            <w:tcW w:w="2880" w:type="dxa"/>
          </w:tcPr>
          <w:p w:rsidR="006F7457" w:rsidRDefault="00332DB8">
            <w:r>
              <w:t>5155.</w:t>
            </w:r>
          </w:p>
        </w:tc>
        <w:tc>
          <w:tcPr>
            <w:tcW w:w="2880" w:type="dxa"/>
          </w:tcPr>
          <w:p w:rsidR="006F7457" w:rsidRPr="00332DB8" w:rsidRDefault="00332DB8">
            <w:pPr>
              <w:rPr>
                <w:lang w:val="ru-RU"/>
              </w:rPr>
            </w:pPr>
            <w:r w:rsidRPr="00332DB8">
              <w:rPr>
                <w:lang w:val="ru-RU"/>
              </w:rPr>
              <w:t>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w:t>
            </w:r>
          </w:p>
        </w:tc>
        <w:tc>
          <w:tcPr>
            <w:tcW w:w="2880" w:type="dxa"/>
          </w:tcPr>
          <w:p w:rsidR="006F7457" w:rsidRDefault="00332DB8">
            <w:r>
              <w:t>09.03.2021</w:t>
            </w:r>
          </w:p>
        </w:tc>
      </w:tr>
      <w:tr w:rsidR="006F7457">
        <w:tc>
          <w:tcPr>
            <w:tcW w:w="2880" w:type="dxa"/>
          </w:tcPr>
          <w:p w:rsidR="006F7457" w:rsidRDefault="00332DB8">
            <w:r>
              <w:t>5156.</w:t>
            </w:r>
          </w:p>
        </w:tc>
        <w:tc>
          <w:tcPr>
            <w:tcW w:w="2880" w:type="dxa"/>
          </w:tcPr>
          <w:p w:rsidR="006F7457" w:rsidRPr="00332DB8" w:rsidRDefault="00332DB8">
            <w:pPr>
              <w:rPr>
                <w:lang w:val="ru-RU"/>
              </w:rPr>
            </w:pPr>
            <w:r w:rsidRPr="00332DB8">
              <w:rPr>
                <w:lang w:val="ru-RU"/>
              </w:rPr>
              <w:t>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tc>
        <w:tc>
          <w:tcPr>
            <w:tcW w:w="2880" w:type="dxa"/>
          </w:tcPr>
          <w:p w:rsidR="006F7457" w:rsidRDefault="00332DB8">
            <w:r>
              <w:t>09.03.2021</w:t>
            </w:r>
          </w:p>
        </w:tc>
      </w:tr>
      <w:tr w:rsidR="006F7457">
        <w:tc>
          <w:tcPr>
            <w:tcW w:w="2880" w:type="dxa"/>
          </w:tcPr>
          <w:p w:rsidR="006F7457" w:rsidRDefault="00332DB8">
            <w:r>
              <w:t>51</w:t>
            </w:r>
            <w:r>
              <w:lastRenderedPageBreak/>
              <w:t>57.</w:t>
            </w:r>
          </w:p>
        </w:tc>
        <w:tc>
          <w:tcPr>
            <w:tcW w:w="2880" w:type="dxa"/>
          </w:tcPr>
          <w:p w:rsidR="006F7457" w:rsidRPr="00332DB8" w:rsidRDefault="00332DB8">
            <w:pPr>
              <w:rPr>
                <w:lang w:val="ru-RU"/>
              </w:rPr>
            </w:pPr>
            <w:r w:rsidRPr="00332DB8">
              <w:rPr>
                <w:lang w:val="ru-RU"/>
              </w:rPr>
              <w:lastRenderedPageBreak/>
              <w:t xml:space="preserve">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w:t>
            </w:r>
            <w:r w:rsidRPr="00332DB8">
              <w:rPr>
                <w:lang w:val="ru-RU"/>
              </w:rPr>
              <w:lastRenderedPageBreak/>
              <w:t>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(решение Кызылского городского суда Республики Тыва от 10.11.2020);</w:t>
            </w:r>
          </w:p>
        </w:tc>
        <w:tc>
          <w:tcPr>
            <w:tcW w:w="2880" w:type="dxa"/>
          </w:tcPr>
          <w:p w:rsidR="006F7457" w:rsidRDefault="00332DB8">
            <w:r>
              <w:lastRenderedPageBreak/>
              <w:t>09.03.</w:t>
            </w:r>
            <w:r>
              <w:lastRenderedPageBreak/>
              <w:t>2021</w:t>
            </w:r>
          </w:p>
        </w:tc>
      </w:tr>
      <w:tr w:rsidR="006F7457">
        <w:tc>
          <w:tcPr>
            <w:tcW w:w="2880" w:type="dxa"/>
          </w:tcPr>
          <w:p w:rsidR="006F7457" w:rsidRDefault="00332DB8">
            <w:r>
              <w:lastRenderedPageBreak/>
              <w:t>5158.</w:t>
            </w:r>
          </w:p>
        </w:tc>
        <w:tc>
          <w:tcPr>
            <w:tcW w:w="2880" w:type="dxa"/>
          </w:tcPr>
          <w:p w:rsidR="006F7457" w:rsidRDefault="00332DB8">
            <w:r w:rsidRPr="00332DB8">
              <w:rPr>
                <w:lang w:val="ru-RU"/>
              </w:rPr>
              <w:t xml:space="preserve">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w:t>
            </w:r>
            <w:r>
              <w:t>(решение Железнодорожного районного суда г. Пензы от 24.12.2020);</w:t>
            </w:r>
          </w:p>
        </w:tc>
        <w:tc>
          <w:tcPr>
            <w:tcW w:w="2880" w:type="dxa"/>
          </w:tcPr>
          <w:p w:rsidR="006F7457" w:rsidRDefault="00332DB8">
            <w:r>
              <w:t>09.03.2021</w:t>
            </w:r>
          </w:p>
        </w:tc>
      </w:tr>
      <w:tr w:rsidR="006F7457">
        <w:tc>
          <w:tcPr>
            <w:tcW w:w="2880" w:type="dxa"/>
          </w:tcPr>
          <w:p w:rsidR="006F7457" w:rsidRDefault="00332DB8">
            <w:r>
              <w:t>5159.</w:t>
            </w:r>
          </w:p>
        </w:tc>
        <w:tc>
          <w:tcPr>
            <w:tcW w:w="2880" w:type="dxa"/>
          </w:tcPr>
          <w:p w:rsidR="006F7457" w:rsidRDefault="00332DB8">
            <w:r w:rsidRPr="00332DB8">
              <w:rPr>
                <w:lang w:val="ru-RU"/>
              </w:rPr>
              <w:t xml:space="preserve">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w:t>
            </w:r>
            <w:r>
              <w:t>(решение Советского районного суда г. Астрахани от 26.10.2020);</w:t>
            </w:r>
          </w:p>
        </w:tc>
        <w:tc>
          <w:tcPr>
            <w:tcW w:w="2880" w:type="dxa"/>
          </w:tcPr>
          <w:p w:rsidR="006F7457" w:rsidRDefault="00332DB8">
            <w:r>
              <w:t>23.03.2021</w:t>
            </w:r>
          </w:p>
        </w:tc>
      </w:tr>
      <w:tr w:rsidR="006F7457">
        <w:tc>
          <w:tcPr>
            <w:tcW w:w="2880" w:type="dxa"/>
          </w:tcPr>
          <w:p w:rsidR="006F7457" w:rsidRDefault="00332DB8">
            <w:r>
              <w:t>5160.</w:t>
            </w:r>
          </w:p>
        </w:tc>
        <w:tc>
          <w:tcPr>
            <w:tcW w:w="2880" w:type="dxa"/>
          </w:tcPr>
          <w:p w:rsidR="006F7457" w:rsidRPr="00332DB8" w:rsidRDefault="00332DB8">
            <w:pPr>
              <w:rPr>
                <w:lang w:val="ru-RU"/>
              </w:rPr>
            </w:pPr>
            <w:r w:rsidRPr="00332DB8">
              <w:rPr>
                <w:lang w:val="ru-RU"/>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 на 608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rsidR="006F7457" w:rsidRDefault="00332DB8">
            <w:r>
              <w:t>01.04.2021</w:t>
            </w:r>
          </w:p>
        </w:tc>
      </w:tr>
      <w:tr w:rsidR="006F7457">
        <w:tc>
          <w:tcPr>
            <w:tcW w:w="2880" w:type="dxa"/>
          </w:tcPr>
          <w:p w:rsidR="006F7457" w:rsidRDefault="00332DB8">
            <w:r>
              <w:t>5161.</w:t>
            </w:r>
          </w:p>
        </w:tc>
        <w:tc>
          <w:tcPr>
            <w:tcW w:w="2880" w:type="dxa"/>
          </w:tcPr>
          <w:p w:rsidR="006F7457" w:rsidRPr="00332DB8" w:rsidRDefault="00332DB8">
            <w:pPr>
              <w:rPr>
                <w:lang w:val="ru-RU"/>
              </w:rPr>
            </w:pPr>
            <w:r w:rsidRPr="00332DB8">
              <w:rPr>
                <w:lang w:val="ru-RU"/>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rsidR="006F7457" w:rsidRDefault="00332DB8">
            <w:r>
              <w:t>01.04.2021</w:t>
            </w:r>
          </w:p>
        </w:tc>
      </w:tr>
      <w:tr w:rsidR="006F7457">
        <w:tc>
          <w:tcPr>
            <w:tcW w:w="2880" w:type="dxa"/>
          </w:tcPr>
          <w:p w:rsidR="006F7457" w:rsidRDefault="00332DB8">
            <w:r>
              <w:t>51</w:t>
            </w:r>
            <w:r>
              <w:lastRenderedPageBreak/>
              <w:t>62.</w:t>
            </w:r>
          </w:p>
        </w:tc>
        <w:tc>
          <w:tcPr>
            <w:tcW w:w="2880" w:type="dxa"/>
          </w:tcPr>
          <w:p w:rsidR="006F7457" w:rsidRPr="00332DB8" w:rsidRDefault="00332DB8">
            <w:pPr>
              <w:rPr>
                <w:lang w:val="ru-RU"/>
              </w:rPr>
            </w:pPr>
            <w:r w:rsidRPr="00332DB8">
              <w:rPr>
                <w:lang w:val="ru-RU"/>
              </w:rPr>
              <w:lastRenderedPageBreak/>
              <w:t xml:space="preserve">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w:t>
            </w:r>
            <w:r w:rsidRPr="00332DB8">
              <w:rPr>
                <w:lang w:val="ru-RU"/>
              </w:rPr>
              <w:lastRenderedPageBreak/>
              <w:t>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rsidR="006F7457" w:rsidRDefault="00332DB8">
            <w:r>
              <w:lastRenderedPageBreak/>
              <w:t>01.04.</w:t>
            </w:r>
            <w:r>
              <w:lastRenderedPageBreak/>
              <w:t>2021</w:t>
            </w:r>
          </w:p>
        </w:tc>
      </w:tr>
      <w:tr w:rsidR="006F7457">
        <w:tc>
          <w:tcPr>
            <w:tcW w:w="2880" w:type="dxa"/>
          </w:tcPr>
          <w:p w:rsidR="006F7457" w:rsidRDefault="00332DB8">
            <w:r>
              <w:lastRenderedPageBreak/>
              <w:t>5163.</w:t>
            </w:r>
          </w:p>
        </w:tc>
        <w:tc>
          <w:tcPr>
            <w:tcW w:w="2880" w:type="dxa"/>
          </w:tcPr>
          <w:p w:rsidR="006F7457" w:rsidRPr="00332DB8" w:rsidRDefault="00332DB8">
            <w:pPr>
              <w:rPr>
                <w:lang w:val="ru-RU"/>
              </w:rPr>
            </w:pPr>
            <w:r w:rsidRPr="00332DB8">
              <w:rPr>
                <w:lang w:val="ru-RU"/>
              </w:rPr>
              <w:t>Аудиозапись песни праворадикальной группы «Яровит»: «Символ моей веры» (решение Лихославльского районного суда Тверской области от 30.12.2020);</w:t>
            </w:r>
          </w:p>
        </w:tc>
        <w:tc>
          <w:tcPr>
            <w:tcW w:w="2880" w:type="dxa"/>
          </w:tcPr>
          <w:p w:rsidR="006F7457" w:rsidRDefault="00332DB8">
            <w:r>
              <w:t>12.04.2021</w:t>
            </w:r>
          </w:p>
        </w:tc>
      </w:tr>
      <w:tr w:rsidR="006F7457">
        <w:tc>
          <w:tcPr>
            <w:tcW w:w="2880" w:type="dxa"/>
          </w:tcPr>
          <w:p w:rsidR="006F7457" w:rsidRDefault="00332DB8">
            <w:r>
              <w:t>5164.</w:t>
            </w:r>
          </w:p>
        </w:tc>
        <w:tc>
          <w:tcPr>
            <w:tcW w:w="2880" w:type="dxa"/>
          </w:tcPr>
          <w:p w:rsidR="006F7457" w:rsidRPr="00332DB8" w:rsidRDefault="00332DB8">
            <w:pPr>
              <w:rPr>
                <w:lang w:val="ru-RU"/>
              </w:rPr>
            </w:pPr>
            <w:r w:rsidRPr="00332DB8">
              <w:rPr>
                <w:lang w:val="ru-RU"/>
              </w:rPr>
              <w:t>Аудиозапись песни праворадикальной группы «Яровит»: «282» (решение Лихославльского районного суда Тверской области от 30.12.2020);</w:t>
            </w:r>
          </w:p>
        </w:tc>
        <w:tc>
          <w:tcPr>
            <w:tcW w:w="2880" w:type="dxa"/>
          </w:tcPr>
          <w:p w:rsidR="006F7457" w:rsidRDefault="00332DB8">
            <w:r>
              <w:t>12.04.2021</w:t>
            </w:r>
          </w:p>
        </w:tc>
      </w:tr>
      <w:tr w:rsidR="006F7457">
        <w:tc>
          <w:tcPr>
            <w:tcW w:w="2880" w:type="dxa"/>
          </w:tcPr>
          <w:p w:rsidR="006F7457" w:rsidRDefault="00332DB8">
            <w:r>
              <w:t>5165.</w:t>
            </w:r>
          </w:p>
        </w:tc>
        <w:tc>
          <w:tcPr>
            <w:tcW w:w="2880" w:type="dxa"/>
          </w:tcPr>
          <w:p w:rsidR="006F7457" w:rsidRPr="00332DB8" w:rsidRDefault="00332DB8">
            <w:pPr>
              <w:rPr>
                <w:lang w:val="ru-RU"/>
              </w:rPr>
            </w:pPr>
            <w:r w:rsidRPr="00332DB8">
              <w:rPr>
                <w:lang w:val="ru-RU"/>
              </w:rPr>
              <w:t>Аудиозапись песни праворадикальной группы «Яровит»: «Мы здесь» (решение Лихославльского районного суда Тверской области от 30.12.2020);</w:t>
            </w:r>
          </w:p>
        </w:tc>
        <w:tc>
          <w:tcPr>
            <w:tcW w:w="2880" w:type="dxa"/>
          </w:tcPr>
          <w:p w:rsidR="006F7457" w:rsidRDefault="00332DB8">
            <w:r>
              <w:t>12.04.2021</w:t>
            </w:r>
          </w:p>
        </w:tc>
      </w:tr>
      <w:tr w:rsidR="006F7457">
        <w:tc>
          <w:tcPr>
            <w:tcW w:w="2880" w:type="dxa"/>
          </w:tcPr>
          <w:p w:rsidR="006F7457" w:rsidRDefault="00332DB8">
            <w:r>
              <w:t>5166.</w:t>
            </w:r>
          </w:p>
        </w:tc>
        <w:tc>
          <w:tcPr>
            <w:tcW w:w="2880" w:type="dxa"/>
          </w:tcPr>
          <w:p w:rsidR="006F7457" w:rsidRPr="00332DB8" w:rsidRDefault="00332DB8">
            <w:pPr>
              <w:rPr>
                <w:lang w:val="ru-RU"/>
              </w:rPr>
            </w:pPr>
            <w:r w:rsidRPr="00332DB8">
              <w:rPr>
                <w:lang w:val="ru-RU"/>
              </w:rPr>
              <w:t>Аудиозапись песни праворадикальной группы «Яровит»: «Эхо войны (снег идет)» (решение Лихославльского районного суда Тверской области от 30.12.2020);</w:t>
            </w:r>
          </w:p>
        </w:tc>
        <w:tc>
          <w:tcPr>
            <w:tcW w:w="2880" w:type="dxa"/>
          </w:tcPr>
          <w:p w:rsidR="006F7457" w:rsidRDefault="00332DB8">
            <w:r>
              <w:t>12.04.2021</w:t>
            </w:r>
          </w:p>
        </w:tc>
      </w:tr>
      <w:tr w:rsidR="006F7457">
        <w:tc>
          <w:tcPr>
            <w:tcW w:w="2880" w:type="dxa"/>
          </w:tcPr>
          <w:p w:rsidR="006F7457" w:rsidRDefault="00332DB8">
            <w:r>
              <w:t>516</w:t>
            </w:r>
            <w:r>
              <w:lastRenderedPageBreak/>
              <w:t>7.</w:t>
            </w:r>
          </w:p>
        </w:tc>
        <w:tc>
          <w:tcPr>
            <w:tcW w:w="2880" w:type="dxa"/>
          </w:tcPr>
          <w:p w:rsidR="006F7457" w:rsidRPr="00332DB8" w:rsidRDefault="00332DB8">
            <w:pPr>
              <w:rPr>
                <w:lang w:val="ru-RU"/>
              </w:rPr>
            </w:pPr>
            <w:r w:rsidRPr="00332DB8">
              <w:rPr>
                <w:lang w:val="ru-RU"/>
              </w:rPr>
              <w:lastRenderedPageBreak/>
              <w:t>Аудиозапись песни праворадикальной группы «Яровит»: «Этот день придет» (решение Лихославльского районного суда Тверской области от 30.12.2020);</w:t>
            </w:r>
          </w:p>
        </w:tc>
        <w:tc>
          <w:tcPr>
            <w:tcW w:w="2880" w:type="dxa"/>
          </w:tcPr>
          <w:p w:rsidR="006F7457" w:rsidRDefault="00332DB8">
            <w:r>
              <w:t>12.04.202</w:t>
            </w:r>
            <w:r>
              <w:lastRenderedPageBreak/>
              <w:t>1</w:t>
            </w:r>
          </w:p>
        </w:tc>
      </w:tr>
      <w:tr w:rsidR="006F7457">
        <w:tc>
          <w:tcPr>
            <w:tcW w:w="2880" w:type="dxa"/>
          </w:tcPr>
          <w:p w:rsidR="006F7457" w:rsidRDefault="00332DB8">
            <w:r>
              <w:lastRenderedPageBreak/>
              <w:t>5168.</w:t>
            </w:r>
          </w:p>
        </w:tc>
        <w:tc>
          <w:tcPr>
            <w:tcW w:w="2880" w:type="dxa"/>
          </w:tcPr>
          <w:p w:rsidR="006F7457" w:rsidRPr="00332DB8" w:rsidRDefault="00332DB8">
            <w:pPr>
              <w:rPr>
                <w:lang w:val="ru-RU"/>
              </w:rPr>
            </w:pPr>
            <w:r w:rsidRPr="00332DB8">
              <w:rPr>
                <w:lang w:val="ru-RU"/>
              </w:rPr>
              <w:t>Аудиозапись песни праворадикальной группы «Яровит»: «Голос белой Европы» (решение Лихославльского районного суда Тверской области от 30.12.2020);</w:t>
            </w:r>
          </w:p>
        </w:tc>
        <w:tc>
          <w:tcPr>
            <w:tcW w:w="2880" w:type="dxa"/>
          </w:tcPr>
          <w:p w:rsidR="006F7457" w:rsidRDefault="00332DB8">
            <w:r>
              <w:t>12.04.2021</w:t>
            </w:r>
          </w:p>
        </w:tc>
      </w:tr>
      <w:tr w:rsidR="006F7457">
        <w:tc>
          <w:tcPr>
            <w:tcW w:w="2880" w:type="dxa"/>
          </w:tcPr>
          <w:p w:rsidR="006F7457" w:rsidRDefault="00332DB8">
            <w:r>
              <w:t>5169.</w:t>
            </w:r>
          </w:p>
        </w:tc>
        <w:tc>
          <w:tcPr>
            <w:tcW w:w="2880" w:type="dxa"/>
          </w:tcPr>
          <w:p w:rsidR="006F7457" w:rsidRPr="00332DB8" w:rsidRDefault="00332DB8">
            <w:pPr>
              <w:rPr>
                <w:lang w:val="ru-RU"/>
              </w:rPr>
            </w:pPr>
            <w:r w:rsidRPr="00332DB8">
              <w:rPr>
                <w:lang w:val="ru-RU"/>
              </w:rPr>
              <w:t>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p>
        </w:tc>
        <w:tc>
          <w:tcPr>
            <w:tcW w:w="2880" w:type="dxa"/>
          </w:tcPr>
          <w:p w:rsidR="006F7457" w:rsidRDefault="00332DB8">
            <w:r>
              <w:t>12.04.2021</w:t>
            </w:r>
          </w:p>
        </w:tc>
      </w:tr>
      <w:tr w:rsidR="006F7457">
        <w:tc>
          <w:tcPr>
            <w:tcW w:w="2880" w:type="dxa"/>
          </w:tcPr>
          <w:p w:rsidR="006F7457" w:rsidRDefault="00332DB8">
            <w:r>
              <w:t>5170.</w:t>
            </w:r>
          </w:p>
        </w:tc>
        <w:tc>
          <w:tcPr>
            <w:tcW w:w="2880" w:type="dxa"/>
          </w:tcPr>
          <w:p w:rsidR="006F7457" w:rsidRPr="00332DB8" w:rsidRDefault="00332DB8">
            <w:pPr>
              <w:rPr>
                <w:lang w:val="ru-RU"/>
              </w:rPr>
            </w:pPr>
            <w:r w:rsidRPr="00332DB8">
              <w:rPr>
                <w:lang w:val="ru-RU"/>
              </w:rPr>
              <w:t>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Дзержинского районного суда города Санкт-Петербурга от 23.12.2020);</w:t>
            </w:r>
          </w:p>
        </w:tc>
        <w:tc>
          <w:tcPr>
            <w:tcW w:w="2880" w:type="dxa"/>
          </w:tcPr>
          <w:p w:rsidR="006F7457" w:rsidRDefault="00332DB8">
            <w:r>
              <w:t>12.04.2021</w:t>
            </w:r>
          </w:p>
        </w:tc>
      </w:tr>
      <w:tr w:rsidR="006F7457">
        <w:tc>
          <w:tcPr>
            <w:tcW w:w="2880" w:type="dxa"/>
          </w:tcPr>
          <w:p w:rsidR="006F7457" w:rsidRDefault="00332DB8">
            <w:r>
              <w:t>5171.</w:t>
            </w:r>
          </w:p>
        </w:tc>
        <w:tc>
          <w:tcPr>
            <w:tcW w:w="2880" w:type="dxa"/>
          </w:tcPr>
          <w:p w:rsidR="006F7457" w:rsidRPr="00332DB8" w:rsidRDefault="00332DB8">
            <w:pPr>
              <w:rPr>
                <w:lang w:val="ru-RU"/>
              </w:rPr>
            </w:pPr>
            <w:r w:rsidRPr="00332DB8">
              <w:rPr>
                <w:lang w:val="ru-RU"/>
              </w:rPr>
              <w:t>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tc>
        <w:tc>
          <w:tcPr>
            <w:tcW w:w="2880" w:type="dxa"/>
          </w:tcPr>
          <w:p w:rsidR="006F7457" w:rsidRDefault="00332DB8">
            <w:r>
              <w:t>12.04.2021</w:t>
            </w:r>
          </w:p>
        </w:tc>
      </w:tr>
      <w:tr w:rsidR="006F7457">
        <w:tc>
          <w:tcPr>
            <w:tcW w:w="2880" w:type="dxa"/>
          </w:tcPr>
          <w:p w:rsidR="006F7457" w:rsidRDefault="00332DB8">
            <w:r>
              <w:t>51</w:t>
            </w:r>
            <w:r>
              <w:lastRenderedPageBreak/>
              <w:t>72.</w:t>
            </w:r>
          </w:p>
        </w:tc>
        <w:tc>
          <w:tcPr>
            <w:tcW w:w="2880" w:type="dxa"/>
          </w:tcPr>
          <w:p w:rsidR="006F7457" w:rsidRPr="00332DB8" w:rsidRDefault="00332DB8">
            <w:pPr>
              <w:rPr>
                <w:lang w:val="ru-RU"/>
              </w:rPr>
            </w:pPr>
            <w:r w:rsidRPr="00332DB8">
              <w:rPr>
                <w:lang w:val="ru-RU"/>
              </w:rPr>
              <w:lastRenderedPageBreak/>
              <w:t>Видеофайл «</w:t>
            </w:r>
            <w:r>
              <w:t>Pocherk</w:t>
            </w:r>
            <w:r w:rsidRPr="00332DB8">
              <w:rPr>
                <w:lang w:val="ru-RU"/>
              </w:rPr>
              <w:t xml:space="preserve"> - 1488 </w:t>
            </w:r>
            <w:r>
              <w:t>km</w:t>
            </w:r>
            <w:r w:rsidRPr="00332DB8">
              <w:rPr>
                <w:lang w:val="ru-RU"/>
              </w:rPr>
              <w:t>/</w:t>
            </w:r>
            <w:r>
              <w:t>h</w:t>
            </w:r>
            <w:r w:rsidRPr="00332DB8">
              <w:rPr>
                <w:lang w:val="ru-RU"/>
              </w:rPr>
              <w:t xml:space="preserve">»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w:t>
            </w:r>
            <w:r w:rsidRPr="00332DB8">
              <w:rPr>
                <w:lang w:val="ru-RU"/>
              </w:rPr>
              <w:lastRenderedPageBreak/>
              <w:t>Интернет (решение Центрального районного суда г. Хабаровска от 21.05.2020);</w:t>
            </w:r>
          </w:p>
        </w:tc>
        <w:tc>
          <w:tcPr>
            <w:tcW w:w="2880" w:type="dxa"/>
          </w:tcPr>
          <w:p w:rsidR="006F7457" w:rsidRDefault="00332DB8">
            <w:r>
              <w:lastRenderedPageBreak/>
              <w:t>12.04.</w:t>
            </w:r>
            <w:r>
              <w:lastRenderedPageBreak/>
              <w:t>2021</w:t>
            </w:r>
          </w:p>
        </w:tc>
      </w:tr>
      <w:tr w:rsidR="006F7457">
        <w:tc>
          <w:tcPr>
            <w:tcW w:w="2880" w:type="dxa"/>
          </w:tcPr>
          <w:p w:rsidR="006F7457" w:rsidRDefault="00332DB8">
            <w:r>
              <w:lastRenderedPageBreak/>
              <w:t>5173.</w:t>
            </w:r>
          </w:p>
        </w:tc>
        <w:tc>
          <w:tcPr>
            <w:tcW w:w="2880" w:type="dxa"/>
          </w:tcPr>
          <w:p w:rsidR="006F7457" w:rsidRPr="00332DB8" w:rsidRDefault="00332DB8">
            <w:pPr>
              <w:rPr>
                <w:lang w:val="ru-RU"/>
              </w:rPr>
            </w:pPr>
            <w:r w:rsidRPr="00332DB8">
              <w:rPr>
                <w:lang w:val="ru-RU"/>
              </w:rPr>
              <w:t>Аудиофайл «</w:t>
            </w:r>
            <w:r>
              <w:t>Pocherk</w:t>
            </w:r>
            <w:r w:rsidRPr="00332DB8">
              <w:rPr>
                <w:lang w:val="ru-RU"/>
              </w:rPr>
              <w:t>»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2880" w:type="dxa"/>
          </w:tcPr>
          <w:p w:rsidR="006F7457" w:rsidRDefault="00332DB8">
            <w:r>
              <w:t>12.04.2021</w:t>
            </w:r>
          </w:p>
        </w:tc>
      </w:tr>
      <w:tr w:rsidR="006F7457">
        <w:tc>
          <w:tcPr>
            <w:tcW w:w="2880" w:type="dxa"/>
          </w:tcPr>
          <w:p w:rsidR="006F7457" w:rsidRDefault="00332DB8">
            <w:r>
              <w:t>5174.</w:t>
            </w:r>
          </w:p>
        </w:tc>
        <w:tc>
          <w:tcPr>
            <w:tcW w:w="2880" w:type="dxa"/>
          </w:tcPr>
          <w:p w:rsidR="006F7457" w:rsidRPr="00332DB8" w:rsidRDefault="00332DB8">
            <w:pPr>
              <w:rPr>
                <w:lang w:val="ru-RU"/>
              </w:rPr>
            </w:pPr>
            <w:r w:rsidRPr="00332DB8">
              <w:rPr>
                <w:lang w:val="ru-RU"/>
              </w:rPr>
              <w:t>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p>
        </w:tc>
        <w:tc>
          <w:tcPr>
            <w:tcW w:w="2880" w:type="dxa"/>
          </w:tcPr>
          <w:p w:rsidR="006F7457" w:rsidRDefault="00332DB8">
            <w:r>
              <w:t>12.04.2021</w:t>
            </w:r>
          </w:p>
        </w:tc>
      </w:tr>
      <w:tr w:rsidR="006F7457">
        <w:tc>
          <w:tcPr>
            <w:tcW w:w="2880" w:type="dxa"/>
          </w:tcPr>
          <w:p w:rsidR="006F7457" w:rsidRDefault="00332DB8">
            <w:r>
              <w:t>5175.</w:t>
            </w:r>
          </w:p>
        </w:tc>
        <w:tc>
          <w:tcPr>
            <w:tcW w:w="2880" w:type="dxa"/>
          </w:tcPr>
          <w:p w:rsidR="006F7457" w:rsidRDefault="00332DB8">
            <w:r w:rsidRPr="00332DB8">
              <w:rPr>
                <w:lang w:val="ru-RU"/>
              </w:rPr>
              <w:t xml:space="preserve">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w:t>
            </w:r>
            <w:r>
              <w:t>(решение Центрального районного суда г. Барнаула Алтайского края от 17.02.2021);</w:t>
            </w:r>
          </w:p>
        </w:tc>
        <w:tc>
          <w:tcPr>
            <w:tcW w:w="2880" w:type="dxa"/>
          </w:tcPr>
          <w:p w:rsidR="006F7457" w:rsidRDefault="00332DB8">
            <w:r>
              <w:t>12.04.2021</w:t>
            </w:r>
          </w:p>
        </w:tc>
      </w:tr>
      <w:tr w:rsidR="006F7457">
        <w:tc>
          <w:tcPr>
            <w:tcW w:w="2880" w:type="dxa"/>
          </w:tcPr>
          <w:p w:rsidR="006F7457" w:rsidRDefault="00332DB8">
            <w:r>
              <w:t>5176.</w:t>
            </w:r>
          </w:p>
        </w:tc>
        <w:tc>
          <w:tcPr>
            <w:tcW w:w="2880" w:type="dxa"/>
          </w:tcPr>
          <w:p w:rsidR="006F7457" w:rsidRPr="00332DB8" w:rsidRDefault="00332DB8">
            <w:pPr>
              <w:rPr>
                <w:lang w:val="ru-RU"/>
              </w:rPr>
            </w:pPr>
            <w:r w:rsidRPr="00332DB8">
              <w:rPr>
                <w:lang w:val="ru-RU"/>
              </w:rPr>
              <w:t>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tc>
        <w:tc>
          <w:tcPr>
            <w:tcW w:w="2880" w:type="dxa"/>
          </w:tcPr>
          <w:p w:rsidR="006F7457" w:rsidRDefault="00332DB8">
            <w:r>
              <w:t>22.04.2021</w:t>
            </w:r>
          </w:p>
        </w:tc>
      </w:tr>
      <w:tr w:rsidR="006F7457">
        <w:tc>
          <w:tcPr>
            <w:tcW w:w="2880" w:type="dxa"/>
          </w:tcPr>
          <w:p w:rsidR="006F7457" w:rsidRDefault="00332DB8">
            <w:r>
              <w:t>5177.</w:t>
            </w:r>
          </w:p>
        </w:tc>
        <w:tc>
          <w:tcPr>
            <w:tcW w:w="2880" w:type="dxa"/>
          </w:tcPr>
          <w:p w:rsidR="006F7457" w:rsidRPr="00332DB8" w:rsidRDefault="00332DB8">
            <w:pPr>
              <w:rPr>
                <w:lang w:val="ru-RU"/>
              </w:rPr>
            </w:pPr>
            <w:r w:rsidRPr="00332DB8">
              <w:rPr>
                <w:lang w:val="ru-RU"/>
              </w:rPr>
              <w:t xml:space="preserve">Аудиозапись песни «Моджахеды </w:t>
            </w:r>
            <w:r>
              <w:t>ft</w:t>
            </w:r>
            <w:r w:rsidRPr="00332DB8">
              <w:rPr>
                <w:lang w:val="ru-RU"/>
              </w:rPr>
              <w:t xml:space="preserve">. Миха Градус» исполнителя Леня МЦ &amp; </w:t>
            </w:r>
            <w:r>
              <w:t>Wold</w:t>
            </w:r>
            <w:r w:rsidRPr="00332DB8">
              <w:rPr>
                <w:lang w:val="ru-RU"/>
              </w:rPr>
              <w:t xml:space="preserve"> </w:t>
            </w:r>
            <w:r>
              <w:t>MC</w:t>
            </w:r>
            <w:r w:rsidRPr="00332DB8">
              <w:rPr>
                <w:lang w:val="ru-RU"/>
              </w:rPr>
              <w:t>,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tc>
        <w:tc>
          <w:tcPr>
            <w:tcW w:w="2880" w:type="dxa"/>
          </w:tcPr>
          <w:p w:rsidR="006F7457" w:rsidRDefault="00332DB8">
            <w:r>
              <w:t>20.05.2021</w:t>
            </w:r>
          </w:p>
        </w:tc>
      </w:tr>
      <w:tr w:rsidR="006F7457">
        <w:tc>
          <w:tcPr>
            <w:tcW w:w="2880" w:type="dxa"/>
          </w:tcPr>
          <w:p w:rsidR="006F7457" w:rsidRDefault="00332DB8">
            <w:r>
              <w:lastRenderedPageBreak/>
              <w:t>5178.</w:t>
            </w:r>
          </w:p>
        </w:tc>
        <w:tc>
          <w:tcPr>
            <w:tcW w:w="2880" w:type="dxa"/>
          </w:tcPr>
          <w:p w:rsidR="006F7457" w:rsidRPr="00332DB8" w:rsidRDefault="00332DB8">
            <w:pPr>
              <w:rPr>
                <w:lang w:val="ru-RU"/>
              </w:rPr>
            </w:pPr>
            <w:r w:rsidRPr="00332DB8">
              <w:rPr>
                <w:lang w:val="ru-RU"/>
              </w:rPr>
              <w:t>Аудиозапись «К чему призывает проповедники вокруг» длительностью 25 минут 03 секунды, начинающаяся со слов: «Теперь 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tc>
        <w:tc>
          <w:tcPr>
            <w:tcW w:w="2880" w:type="dxa"/>
          </w:tcPr>
          <w:p w:rsidR="006F7457" w:rsidRDefault="00332DB8">
            <w:r>
              <w:t>20.05.2021</w:t>
            </w:r>
          </w:p>
        </w:tc>
      </w:tr>
      <w:tr w:rsidR="006F7457">
        <w:tc>
          <w:tcPr>
            <w:tcW w:w="2880" w:type="dxa"/>
          </w:tcPr>
          <w:p w:rsidR="006F7457" w:rsidRDefault="00332DB8">
            <w:r>
              <w:t>5179.</w:t>
            </w:r>
          </w:p>
        </w:tc>
        <w:tc>
          <w:tcPr>
            <w:tcW w:w="2880" w:type="dxa"/>
          </w:tcPr>
          <w:p w:rsidR="006F7457" w:rsidRPr="00332DB8" w:rsidRDefault="00332DB8">
            <w:pPr>
              <w:rPr>
                <w:lang w:val="ru-RU"/>
              </w:rPr>
            </w:pPr>
            <w:r w:rsidRPr="00332DB8">
              <w:rPr>
                <w:lang w:val="ru-RU"/>
              </w:rPr>
              <w:t>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w:t>
            </w:r>
            <w:r>
              <w:t>Calvados</w:t>
            </w:r>
            <w:r w:rsidRPr="00332DB8">
              <w:rPr>
                <w:lang w:val="ru-RU"/>
              </w:rPr>
              <w:t>»),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tc>
        <w:tc>
          <w:tcPr>
            <w:tcW w:w="2880" w:type="dxa"/>
          </w:tcPr>
          <w:p w:rsidR="006F7457" w:rsidRDefault="00332DB8">
            <w:r>
              <w:t>20.05.2021</w:t>
            </w:r>
          </w:p>
        </w:tc>
      </w:tr>
      <w:tr w:rsidR="006F7457">
        <w:tc>
          <w:tcPr>
            <w:tcW w:w="2880" w:type="dxa"/>
          </w:tcPr>
          <w:p w:rsidR="006F7457" w:rsidRDefault="00332DB8">
            <w:r>
              <w:t>5180.</w:t>
            </w:r>
          </w:p>
        </w:tc>
        <w:tc>
          <w:tcPr>
            <w:tcW w:w="2880" w:type="dxa"/>
          </w:tcPr>
          <w:p w:rsidR="006F7457" w:rsidRPr="00332DB8" w:rsidRDefault="00332DB8">
            <w:pPr>
              <w:rPr>
                <w:lang w:val="ru-RU"/>
              </w:rPr>
            </w:pPr>
            <w:r w:rsidRPr="00332DB8">
              <w:rPr>
                <w:lang w:val="ru-RU"/>
              </w:rPr>
              <w:t>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tc>
        <w:tc>
          <w:tcPr>
            <w:tcW w:w="2880" w:type="dxa"/>
          </w:tcPr>
          <w:p w:rsidR="006F7457" w:rsidRDefault="00332DB8">
            <w:r>
              <w:t>20.05.2021</w:t>
            </w:r>
          </w:p>
        </w:tc>
      </w:tr>
      <w:tr w:rsidR="006F7457">
        <w:tc>
          <w:tcPr>
            <w:tcW w:w="2880" w:type="dxa"/>
          </w:tcPr>
          <w:p w:rsidR="006F7457" w:rsidRDefault="00332DB8">
            <w:r>
              <w:t>5181.</w:t>
            </w:r>
          </w:p>
        </w:tc>
        <w:tc>
          <w:tcPr>
            <w:tcW w:w="2880" w:type="dxa"/>
          </w:tcPr>
          <w:p w:rsidR="006F7457" w:rsidRPr="00332DB8" w:rsidRDefault="00332DB8">
            <w:pPr>
              <w:rPr>
                <w:lang w:val="ru-RU"/>
              </w:rPr>
            </w:pPr>
            <w:r w:rsidRPr="00332DB8">
              <w:rPr>
                <w:lang w:val="ru-RU"/>
              </w:rPr>
              <w:t>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tc>
        <w:tc>
          <w:tcPr>
            <w:tcW w:w="2880" w:type="dxa"/>
          </w:tcPr>
          <w:p w:rsidR="006F7457" w:rsidRDefault="00332DB8">
            <w:r>
              <w:t>20.05.2021</w:t>
            </w:r>
          </w:p>
        </w:tc>
      </w:tr>
      <w:tr w:rsidR="006F7457">
        <w:tc>
          <w:tcPr>
            <w:tcW w:w="2880" w:type="dxa"/>
          </w:tcPr>
          <w:p w:rsidR="006F7457" w:rsidRDefault="00332DB8">
            <w:r>
              <w:t>5182.</w:t>
            </w:r>
          </w:p>
        </w:tc>
        <w:tc>
          <w:tcPr>
            <w:tcW w:w="2880" w:type="dxa"/>
          </w:tcPr>
          <w:p w:rsidR="006F7457" w:rsidRPr="00332DB8" w:rsidRDefault="00332DB8">
            <w:pPr>
              <w:rPr>
                <w:lang w:val="ru-RU"/>
              </w:rPr>
            </w:pPr>
            <w:r w:rsidRPr="00332DB8">
              <w:rPr>
                <w:lang w:val="ru-RU"/>
              </w:rPr>
              <w:t>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tc>
        <w:tc>
          <w:tcPr>
            <w:tcW w:w="2880" w:type="dxa"/>
          </w:tcPr>
          <w:p w:rsidR="006F7457" w:rsidRDefault="00332DB8">
            <w:r>
              <w:t>20.05.2021</w:t>
            </w:r>
          </w:p>
        </w:tc>
      </w:tr>
      <w:tr w:rsidR="006F7457">
        <w:tc>
          <w:tcPr>
            <w:tcW w:w="2880" w:type="dxa"/>
          </w:tcPr>
          <w:p w:rsidR="006F7457" w:rsidRDefault="00332DB8">
            <w:r>
              <w:lastRenderedPageBreak/>
              <w:t>5183.</w:t>
            </w:r>
          </w:p>
        </w:tc>
        <w:tc>
          <w:tcPr>
            <w:tcW w:w="2880" w:type="dxa"/>
          </w:tcPr>
          <w:p w:rsidR="006F7457" w:rsidRPr="00332DB8" w:rsidRDefault="00332DB8">
            <w:pPr>
              <w:rPr>
                <w:lang w:val="ru-RU"/>
              </w:rPr>
            </w:pPr>
            <w:r w:rsidRPr="00332DB8">
              <w:rPr>
                <w:lang w:val="ru-RU"/>
              </w:rPr>
              <w:t>Информационный материал – видеозапись «</w:t>
            </w:r>
            <w:r>
              <w:t>VID</w:t>
            </w:r>
            <w:r w:rsidRPr="00332DB8">
              <w:rPr>
                <w:lang w:val="ru-RU"/>
              </w:rPr>
              <w:t>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p>
        </w:tc>
        <w:tc>
          <w:tcPr>
            <w:tcW w:w="2880" w:type="dxa"/>
          </w:tcPr>
          <w:p w:rsidR="006F7457" w:rsidRDefault="00332DB8">
            <w:r>
              <w:t>09.06.2021</w:t>
            </w:r>
          </w:p>
        </w:tc>
      </w:tr>
      <w:tr w:rsidR="006F7457">
        <w:tc>
          <w:tcPr>
            <w:tcW w:w="2880" w:type="dxa"/>
          </w:tcPr>
          <w:p w:rsidR="006F7457" w:rsidRDefault="00332DB8">
            <w:r>
              <w:t>5184.</w:t>
            </w:r>
          </w:p>
        </w:tc>
        <w:tc>
          <w:tcPr>
            <w:tcW w:w="2880" w:type="dxa"/>
          </w:tcPr>
          <w:p w:rsidR="006F7457" w:rsidRPr="00332DB8" w:rsidRDefault="00332DB8">
            <w:pPr>
              <w:rPr>
                <w:lang w:val="ru-RU"/>
              </w:rPr>
            </w:pPr>
            <w:r w:rsidRPr="00332DB8">
              <w:rPr>
                <w:lang w:val="ru-RU"/>
              </w:rPr>
              <w:t xml:space="preserve">Аудиозапись с названием </w:t>
            </w:r>
            <w:r>
              <w:t>FACER</w:t>
            </w:r>
            <w:r w:rsidRPr="00332DB8">
              <w:rPr>
                <w:lang w:val="ru-RU"/>
              </w:rPr>
              <w:t xml:space="preserve">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tc>
        <w:tc>
          <w:tcPr>
            <w:tcW w:w="2880" w:type="dxa"/>
          </w:tcPr>
          <w:p w:rsidR="006F7457" w:rsidRDefault="00332DB8">
            <w:r>
              <w:t>09.06.2021</w:t>
            </w:r>
          </w:p>
        </w:tc>
      </w:tr>
      <w:tr w:rsidR="006F7457">
        <w:tc>
          <w:tcPr>
            <w:tcW w:w="2880" w:type="dxa"/>
          </w:tcPr>
          <w:p w:rsidR="006F7457" w:rsidRDefault="00332DB8">
            <w:r>
              <w:t>5185.</w:t>
            </w:r>
          </w:p>
        </w:tc>
        <w:tc>
          <w:tcPr>
            <w:tcW w:w="2880" w:type="dxa"/>
          </w:tcPr>
          <w:p w:rsidR="006F7457" w:rsidRPr="00332DB8" w:rsidRDefault="00332DB8">
            <w:pPr>
              <w:rPr>
                <w:lang w:val="ru-RU"/>
              </w:rPr>
            </w:pPr>
            <w:r w:rsidRPr="00332DB8">
              <w:rPr>
                <w:lang w:val="ru-RU"/>
              </w:rPr>
              <w:t>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w:t>
            </w:r>
          </w:p>
        </w:tc>
        <w:tc>
          <w:tcPr>
            <w:tcW w:w="2880" w:type="dxa"/>
          </w:tcPr>
          <w:p w:rsidR="006F7457" w:rsidRDefault="00332DB8">
            <w:r>
              <w:t>25.06.2021</w:t>
            </w:r>
          </w:p>
        </w:tc>
      </w:tr>
      <w:tr w:rsidR="006F7457">
        <w:tc>
          <w:tcPr>
            <w:tcW w:w="2880" w:type="dxa"/>
          </w:tcPr>
          <w:p w:rsidR="006F7457" w:rsidRDefault="00332DB8">
            <w:r>
              <w:t>5186.</w:t>
            </w:r>
          </w:p>
        </w:tc>
        <w:tc>
          <w:tcPr>
            <w:tcW w:w="2880" w:type="dxa"/>
          </w:tcPr>
          <w:p w:rsidR="006F7457" w:rsidRPr="00332DB8" w:rsidRDefault="00332DB8">
            <w:pPr>
              <w:rPr>
                <w:lang w:val="ru-RU"/>
              </w:rPr>
            </w:pPr>
            <w:r w:rsidRPr="00332DB8">
              <w:rPr>
                <w:lang w:val="ru-RU"/>
              </w:rPr>
              <w:t>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tc>
        <w:tc>
          <w:tcPr>
            <w:tcW w:w="2880" w:type="dxa"/>
          </w:tcPr>
          <w:p w:rsidR="006F7457" w:rsidRDefault="00332DB8">
            <w:r>
              <w:t>25.06.2021</w:t>
            </w:r>
          </w:p>
        </w:tc>
      </w:tr>
      <w:tr w:rsidR="006F7457">
        <w:tc>
          <w:tcPr>
            <w:tcW w:w="2880" w:type="dxa"/>
          </w:tcPr>
          <w:p w:rsidR="006F7457" w:rsidRDefault="00332DB8">
            <w:r>
              <w:t>5187.</w:t>
            </w:r>
          </w:p>
        </w:tc>
        <w:tc>
          <w:tcPr>
            <w:tcW w:w="2880" w:type="dxa"/>
          </w:tcPr>
          <w:p w:rsidR="006F7457" w:rsidRPr="00332DB8" w:rsidRDefault="00332DB8">
            <w:pPr>
              <w:rPr>
                <w:lang w:val="ru-RU"/>
              </w:rPr>
            </w:pPr>
            <w:r w:rsidRPr="00332DB8">
              <w:rPr>
                <w:lang w:val="ru-RU"/>
              </w:rPr>
              <w:t>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tc>
        <w:tc>
          <w:tcPr>
            <w:tcW w:w="2880" w:type="dxa"/>
          </w:tcPr>
          <w:p w:rsidR="006F7457" w:rsidRDefault="00332DB8">
            <w:r>
              <w:t>25.06.2021</w:t>
            </w:r>
          </w:p>
        </w:tc>
      </w:tr>
      <w:tr w:rsidR="006F7457">
        <w:tc>
          <w:tcPr>
            <w:tcW w:w="2880" w:type="dxa"/>
          </w:tcPr>
          <w:p w:rsidR="006F7457" w:rsidRDefault="00332DB8">
            <w:r>
              <w:t>51</w:t>
            </w:r>
            <w:r>
              <w:lastRenderedPageBreak/>
              <w:t>88.</w:t>
            </w:r>
          </w:p>
        </w:tc>
        <w:tc>
          <w:tcPr>
            <w:tcW w:w="2880" w:type="dxa"/>
          </w:tcPr>
          <w:p w:rsidR="006F7457" w:rsidRDefault="00332DB8">
            <w:r w:rsidRPr="00332DB8">
              <w:rPr>
                <w:lang w:val="ru-RU"/>
              </w:rPr>
              <w:lastRenderedPageBreak/>
              <w:t xml:space="preserve">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w:t>
            </w:r>
            <w:r w:rsidRPr="00332DB8">
              <w:rPr>
                <w:lang w:val="ru-RU"/>
              </w:rPr>
              <w:lastRenderedPageBreak/>
              <w:t xml:space="preserve">«Леденящее солнце, нордический дух…», заканчивающаяся словами: «…В борьбе за великую белую расу поможет огненный Один!» </w:t>
            </w:r>
            <w:r>
              <w:t>(решение Железнодорожного районного суда г. Пензы от 08.06.2021);</w:t>
            </w:r>
          </w:p>
        </w:tc>
        <w:tc>
          <w:tcPr>
            <w:tcW w:w="2880" w:type="dxa"/>
          </w:tcPr>
          <w:p w:rsidR="006F7457" w:rsidRDefault="00332DB8">
            <w:r>
              <w:lastRenderedPageBreak/>
              <w:t>17.08.</w:t>
            </w:r>
            <w:r>
              <w:lastRenderedPageBreak/>
              <w:t>2021</w:t>
            </w:r>
          </w:p>
        </w:tc>
      </w:tr>
      <w:tr w:rsidR="006F7457">
        <w:tc>
          <w:tcPr>
            <w:tcW w:w="2880" w:type="dxa"/>
          </w:tcPr>
          <w:p w:rsidR="006F7457" w:rsidRDefault="00332DB8">
            <w:r>
              <w:lastRenderedPageBreak/>
              <w:t>5189.</w:t>
            </w:r>
          </w:p>
        </w:tc>
        <w:tc>
          <w:tcPr>
            <w:tcW w:w="2880" w:type="dxa"/>
          </w:tcPr>
          <w:p w:rsidR="006F7457" w:rsidRDefault="00332DB8">
            <w:r w:rsidRPr="00332DB8">
              <w:rPr>
                <w:lang w:val="ru-RU"/>
              </w:rPr>
              <w:t xml:space="preserve">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w:t>
            </w:r>
            <w:r>
              <w:t>(решение Центрального районного суда города Воронежа от 10.06.2021);</w:t>
            </w:r>
          </w:p>
        </w:tc>
        <w:tc>
          <w:tcPr>
            <w:tcW w:w="2880" w:type="dxa"/>
          </w:tcPr>
          <w:p w:rsidR="006F7457" w:rsidRDefault="00332DB8">
            <w:r>
              <w:t>17.08.2021</w:t>
            </w:r>
          </w:p>
        </w:tc>
      </w:tr>
      <w:tr w:rsidR="006F7457">
        <w:tc>
          <w:tcPr>
            <w:tcW w:w="2880" w:type="dxa"/>
          </w:tcPr>
          <w:p w:rsidR="006F7457" w:rsidRDefault="00332DB8">
            <w:r>
              <w:t>5190.</w:t>
            </w:r>
          </w:p>
        </w:tc>
        <w:tc>
          <w:tcPr>
            <w:tcW w:w="2880" w:type="dxa"/>
          </w:tcPr>
          <w:p w:rsidR="006F7457" w:rsidRPr="00332DB8" w:rsidRDefault="00332DB8">
            <w:pPr>
              <w:rPr>
                <w:lang w:val="ru-RU"/>
              </w:rPr>
            </w:pPr>
            <w:r w:rsidRPr="00332DB8">
              <w:rPr>
                <w:lang w:val="ru-RU"/>
              </w:rPr>
              <w:t>Аудиофайл под названием «</w:t>
            </w:r>
            <w:r>
              <w:t>The</w:t>
            </w:r>
            <w:r w:rsidRPr="00332DB8">
              <w:rPr>
                <w:lang w:val="ru-RU"/>
              </w:rPr>
              <w:t xml:space="preserve"> </w:t>
            </w:r>
            <w:r>
              <w:t>Senseless</w:t>
            </w:r>
            <w:r w:rsidRPr="00332DB8">
              <w:rPr>
                <w:lang w:val="ru-RU"/>
              </w:rPr>
              <w:t xml:space="preserve"> </w:t>
            </w:r>
            <w:r>
              <w:t>Insane</w:t>
            </w:r>
            <w:r w:rsidRPr="00332DB8">
              <w:rPr>
                <w:lang w:val="ru-RU"/>
              </w:rPr>
              <w:t xml:space="preserv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(решение Центрального районного суда г. Красноярска от 14.09.2020 и определение Центрального районного суда г. Красноярска от 21.05.2021);</w:t>
            </w:r>
          </w:p>
        </w:tc>
        <w:tc>
          <w:tcPr>
            <w:tcW w:w="2880" w:type="dxa"/>
          </w:tcPr>
          <w:p w:rsidR="006F7457" w:rsidRDefault="00332DB8">
            <w:r>
              <w:t>17.08.2021</w:t>
            </w:r>
          </w:p>
        </w:tc>
      </w:tr>
      <w:tr w:rsidR="006F7457">
        <w:tc>
          <w:tcPr>
            <w:tcW w:w="2880" w:type="dxa"/>
          </w:tcPr>
          <w:p w:rsidR="006F7457" w:rsidRDefault="00332DB8">
            <w:r>
              <w:t>5191.</w:t>
            </w:r>
          </w:p>
        </w:tc>
        <w:tc>
          <w:tcPr>
            <w:tcW w:w="2880" w:type="dxa"/>
          </w:tcPr>
          <w:p w:rsidR="006F7457" w:rsidRPr="00332DB8" w:rsidRDefault="00332DB8">
            <w:pPr>
              <w:rPr>
                <w:lang w:val="ru-RU"/>
              </w:rPr>
            </w:pPr>
            <w:r w:rsidRPr="00332DB8">
              <w:rPr>
                <w:lang w:val="ru-RU"/>
              </w:rPr>
              <w:t>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tc>
        <w:tc>
          <w:tcPr>
            <w:tcW w:w="2880" w:type="dxa"/>
          </w:tcPr>
          <w:p w:rsidR="006F7457" w:rsidRDefault="00332DB8">
            <w:r>
              <w:t>17.08.2021</w:t>
            </w:r>
          </w:p>
        </w:tc>
      </w:tr>
      <w:tr w:rsidR="006F7457">
        <w:tc>
          <w:tcPr>
            <w:tcW w:w="2880" w:type="dxa"/>
          </w:tcPr>
          <w:p w:rsidR="006F7457" w:rsidRDefault="00332DB8">
            <w:r>
              <w:t>5192.</w:t>
            </w:r>
          </w:p>
        </w:tc>
        <w:tc>
          <w:tcPr>
            <w:tcW w:w="2880" w:type="dxa"/>
          </w:tcPr>
          <w:p w:rsidR="006F7457" w:rsidRPr="00332DB8" w:rsidRDefault="00332DB8">
            <w:pPr>
              <w:rPr>
                <w:lang w:val="ru-RU"/>
              </w:rPr>
            </w:pPr>
            <w:r w:rsidRPr="00332DB8">
              <w:rPr>
                <w:lang w:val="ru-RU"/>
              </w:rPr>
              <w:t>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tc>
        <w:tc>
          <w:tcPr>
            <w:tcW w:w="2880" w:type="dxa"/>
          </w:tcPr>
          <w:p w:rsidR="006F7457" w:rsidRDefault="00332DB8">
            <w:r>
              <w:t>17.08.2021</w:t>
            </w:r>
          </w:p>
        </w:tc>
      </w:tr>
      <w:tr w:rsidR="006F7457">
        <w:tc>
          <w:tcPr>
            <w:tcW w:w="2880" w:type="dxa"/>
          </w:tcPr>
          <w:p w:rsidR="006F7457" w:rsidRDefault="00332DB8">
            <w:r>
              <w:t>5193.</w:t>
            </w:r>
          </w:p>
        </w:tc>
        <w:tc>
          <w:tcPr>
            <w:tcW w:w="2880" w:type="dxa"/>
          </w:tcPr>
          <w:p w:rsidR="006F7457" w:rsidRPr="00332DB8" w:rsidRDefault="00332DB8">
            <w:pPr>
              <w:rPr>
                <w:lang w:val="ru-RU"/>
              </w:rPr>
            </w:pPr>
            <w:r w:rsidRPr="00332DB8">
              <w:rPr>
                <w:lang w:val="ru-RU"/>
              </w:rP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tc>
        <w:tc>
          <w:tcPr>
            <w:tcW w:w="2880" w:type="dxa"/>
          </w:tcPr>
          <w:p w:rsidR="006F7457" w:rsidRDefault="00332DB8">
            <w:r>
              <w:t>17.08.2021</w:t>
            </w:r>
          </w:p>
        </w:tc>
      </w:tr>
      <w:tr w:rsidR="006F7457">
        <w:tc>
          <w:tcPr>
            <w:tcW w:w="2880" w:type="dxa"/>
          </w:tcPr>
          <w:p w:rsidR="006F7457" w:rsidRDefault="00332DB8">
            <w:r>
              <w:lastRenderedPageBreak/>
              <w:t>5194.</w:t>
            </w:r>
          </w:p>
        </w:tc>
        <w:tc>
          <w:tcPr>
            <w:tcW w:w="2880" w:type="dxa"/>
          </w:tcPr>
          <w:p w:rsidR="006F7457" w:rsidRPr="00332DB8" w:rsidRDefault="00332DB8">
            <w:pPr>
              <w:rPr>
                <w:lang w:val="ru-RU"/>
              </w:rPr>
            </w:pPr>
            <w:r w:rsidRPr="00332DB8">
              <w:rPr>
                <w:lang w:val="ru-RU"/>
              </w:rPr>
              <w:t>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tc>
        <w:tc>
          <w:tcPr>
            <w:tcW w:w="2880" w:type="dxa"/>
          </w:tcPr>
          <w:p w:rsidR="006F7457" w:rsidRDefault="00332DB8">
            <w:r>
              <w:t>08.09.2021</w:t>
            </w:r>
          </w:p>
        </w:tc>
      </w:tr>
      <w:tr w:rsidR="006F7457">
        <w:tc>
          <w:tcPr>
            <w:tcW w:w="2880" w:type="dxa"/>
          </w:tcPr>
          <w:p w:rsidR="006F7457" w:rsidRDefault="00332DB8">
            <w:r>
              <w:t>5195.</w:t>
            </w:r>
          </w:p>
        </w:tc>
        <w:tc>
          <w:tcPr>
            <w:tcW w:w="2880" w:type="dxa"/>
          </w:tcPr>
          <w:p w:rsidR="006F7457" w:rsidRPr="00332DB8" w:rsidRDefault="00332DB8">
            <w:pPr>
              <w:rPr>
                <w:lang w:val="ru-RU"/>
              </w:rPr>
            </w:pPr>
            <w:r w:rsidRPr="00332DB8">
              <w:rPr>
                <w:lang w:val="ru-RU"/>
              </w:rPr>
              <w:t>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tc>
        <w:tc>
          <w:tcPr>
            <w:tcW w:w="2880" w:type="dxa"/>
          </w:tcPr>
          <w:p w:rsidR="006F7457" w:rsidRDefault="00332DB8">
            <w:r>
              <w:t>08.09.2021</w:t>
            </w:r>
          </w:p>
        </w:tc>
      </w:tr>
      <w:tr w:rsidR="006F7457">
        <w:tc>
          <w:tcPr>
            <w:tcW w:w="2880" w:type="dxa"/>
          </w:tcPr>
          <w:p w:rsidR="006F7457" w:rsidRDefault="00332DB8">
            <w:r>
              <w:t>5196.</w:t>
            </w:r>
          </w:p>
        </w:tc>
        <w:tc>
          <w:tcPr>
            <w:tcW w:w="2880" w:type="dxa"/>
          </w:tcPr>
          <w:p w:rsidR="006F7457" w:rsidRPr="00332DB8" w:rsidRDefault="00332DB8">
            <w:pPr>
              <w:rPr>
                <w:lang w:val="ru-RU"/>
              </w:rPr>
            </w:pPr>
            <w:r w:rsidRPr="00332DB8">
              <w:rPr>
                <w:lang w:val="ru-RU"/>
              </w:rPr>
              <w:t>Аудиозапись под названием «</w:t>
            </w:r>
            <w:r>
              <w:t>Lil</w:t>
            </w:r>
            <w:r w:rsidRPr="00332DB8">
              <w:rPr>
                <w:lang w:val="ru-RU"/>
              </w:rPr>
              <w:t xml:space="preserve"> </w:t>
            </w:r>
            <w:r>
              <w:t>Extra</w:t>
            </w:r>
            <w:r w:rsidRPr="00332DB8">
              <w:rPr>
                <w:lang w:val="ru-RU"/>
              </w:rPr>
              <w:t xml:space="preserve"> – Мы моджахеды войско Аллаха (</w:t>
            </w:r>
            <w:r>
              <w:t>metal</w:t>
            </w:r>
            <w:r w:rsidRPr="00332DB8">
              <w:rPr>
                <w:lang w:val="ru-RU"/>
              </w:rPr>
              <w:t>)»,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tc>
        <w:tc>
          <w:tcPr>
            <w:tcW w:w="2880" w:type="dxa"/>
          </w:tcPr>
          <w:p w:rsidR="006F7457" w:rsidRDefault="00332DB8">
            <w:r>
              <w:t>08.09.2021</w:t>
            </w:r>
          </w:p>
        </w:tc>
      </w:tr>
      <w:tr w:rsidR="006F7457">
        <w:tc>
          <w:tcPr>
            <w:tcW w:w="2880" w:type="dxa"/>
          </w:tcPr>
          <w:p w:rsidR="006F7457" w:rsidRDefault="00332DB8">
            <w:r>
              <w:t>5197.</w:t>
            </w:r>
          </w:p>
        </w:tc>
        <w:tc>
          <w:tcPr>
            <w:tcW w:w="2880" w:type="dxa"/>
          </w:tcPr>
          <w:p w:rsidR="006F7457" w:rsidRPr="00332DB8" w:rsidRDefault="00332DB8">
            <w:pPr>
              <w:rPr>
                <w:lang w:val="ru-RU"/>
              </w:rPr>
            </w:pPr>
            <w:r w:rsidRPr="00332DB8">
              <w:rPr>
                <w:lang w:val="ru-RU"/>
              </w:rPr>
              <w:t>Аудиозапись исполнителя «АСАТ 88» с названием «Деды воевали» продолжительностью 4 минуты 00 секунд, которая начинается 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tc>
        <w:tc>
          <w:tcPr>
            <w:tcW w:w="2880" w:type="dxa"/>
          </w:tcPr>
          <w:p w:rsidR="006F7457" w:rsidRDefault="00332DB8">
            <w:r>
              <w:t>08.09.2021</w:t>
            </w:r>
          </w:p>
        </w:tc>
      </w:tr>
      <w:tr w:rsidR="006F7457">
        <w:tc>
          <w:tcPr>
            <w:tcW w:w="2880" w:type="dxa"/>
          </w:tcPr>
          <w:p w:rsidR="006F7457" w:rsidRDefault="00332DB8">
            <w:r>
              <w:t>5198.</w:t>
            </w:r>
          </w:p>
        </w:tc>
        <w:tc>
          <w:tcPr>
            <w:tcW w:w="2880" w:type="dxa"/>
          </w:tcPr>
          <w:p w:rsidR="006F7457" w:rsidRPr="00332DB8" w:rsidRDefault="00332DB8">
            <w:pPr>
              <w:rPr>
                <w:lang w:val="ru-RU"/>
              </w:rPr>
            </w:pPr>
            <w:r w:rsidRPr="00332DB8">
              <w:rPr>
                <w:lang w:val="ru-RU"/>
              </w:rPr>
              <w:t xml:space="preserve">Аудиозапись исполнителя «Околорэп </w:t>
            </w:r>
            <w:r>
              <w:t>feat</w:t>
            </w:r>
            <w:r w:rsidRPr="00332DB8">
              <w:rPr>
                <w:lang w:val="ru-RU"/>
              </w:rPr>
              <w: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tc>
        <w:tc>
          <w:tcPr>
            <w:tcW w:w="2880" w:type="dxa"/>
          </w:tcPr>
          <w:p w:rsidR="006F7457" w:rsidRDefault="00332DB8">
            <w:r>
              <w:t>08.09.2021</w:t>
            </w:r>
          </w:p>
        </w:tc>
      </w:tr>
      <w:tr w:rsidR="006F7457">
        <w:tc>
          <w:tcPr>
            <w:tcW w:w="2880" w:type="dxa"/>
          </w:tcPr>
          <w:p w:rsidR="006F7457" w:rsidRDefault="00332DB8">
            <w:r>
              <w:t>51</w:t>
            </w:r>
            <w:r>
              <w:lastRenderedPageBreak/>
              <w:t>99.</w:t>
            </w:r>
          </w:p>
        </w:tc>
        <w:tc>
          <w:tcPr>
            <w:tcW w:w="2880" w:type="dxa"/>
          </w:tcPr>
          <w:p w:rsidR="006F7457" w:rsidRDefault="00332DB8">
            <w:r w:rsidRPr="00332DB8">
              <w:rPr>
                <w:lang w:val="ru-RU"/>
              </w:rPr>
              <w:lastRenderedPageBreak/>
              <w:t xml:space="preserve">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w:t>
            </w:r>
            <w:r w:rsidRPr="00332DB8">
              <w:rPr>
                <w:lang w:val="ru-RU"/>
              </w:rPr>
              <w:lastRenderedPageBreak/>
              <w:t xml:space="preserve">имеющая припев: «А.У.Е. Жизнь Ворам, Воровским Сердцам Долгой Жизни. Уважение Отцам! Я молодой пацан, пусть много не познал, буду всегда ценить Вас Отрицалов!» </w:t>
            </w:r>
            <w:r>
              <w:t>(решение Абаканского городского суда Республики Хакасия от 28.06.2021);</w:t>
            </w:r>
          </w:p>
        </w:tc>
        <w:tc>
          <w:tcPr>
            <w:tcW w:w="2880" w:type="dxa"/>
          </w:tcPr>
          <w:p w:rsidR="006F7457" w:rsidRDefault="00332DB8">
            <w:r>
              <w:lastRenderedPageBreak/>
              <w:t>08.09.</w:t>
            </w:r>
            <w:r>
              <w:lastRenderedPageBreak/>
              <w:t>2021</w:t>
            </w:r>
          </w:p>
        </w:tc>
      </w:tr>
      <w:tr w:rsidR="006F7457">
        <w:tc>
          <w:tcPr>
            <w:tcW w:w="2880" w:type="dxa"/>
          </w:tcPr>
          <w:p w:rsidR="006F7457" w:rsidRDefault="00332DB8">
            <w:r>
              <w:lastRenderedPageBreak/>
              <w:t>5200.</w:t>
            </w:r>
          </w:p>
        </w:tc>
        <w:tc>
          <w:tcPr>
            <w:tcW w:w="2880" w:type="dxa"/>
          </w:tcPr>
          <w:p w:rsidR="006F7457" w:rsidRDefault="00332DB8">
            <w:r w:rsidRPr="00332DB8">
              <w:rPr>
                <w:lang w:val="ru-RU"/>
              </w:rPr>
              <w:t xml:space="preserve">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w:t>
            </w:r>
            <w:r>
              <w:t>(решение Абаканского городского суда Республики Хакасия от 28.06.2021);</w:t>
            </w:r>
          </w:p>
        </w:tc>
        <w:tc>
          <w:tcPr>
            <w:tcW w:w="2880" w:type="dxa"/>
          </w:tcPr>
          <w:p w:rsidR="006F7457" w:rsidRDefault="00332DB8">
            <w:r>
              <w:t>08.09.2021</w:t>
            </w:r>
          </w:p>
        </w:tc>
      </w:tr>
      <w:tr w:rsidR="006F7457">
        <w:tc>
          <w:tcPr>
            <w:tcW w:w="2880" w:type="dxa"/>
          </w:tcPr>
          <w:p w:rsidR="006F7457" w:rsidRDefault="00332DB8">
            <w:r>
              <w:t>5201.</w:t>
            </w:r>
          </w:p>
        </w:tc>
        <w:tc>
          <w:tcPr>
            <w:tcW w:w="2880" w:type="dxa"/>
          </w:tcPr>
          <w:p w:rsidR="006F7457" w:rsidRPr="00332DB8" w:rsidRDefault="00332DB8">
            <w:pPr>
              <w:rPr>
                <w:lang w:val="ru-RU"/>
              </w:rPr>
            </w:pPr>
            <w:r w:rsidRPr="00332DB8">
              <w:rPr>
                <w:lang w:val="ru-RU"/>
              </w:rPr>
              <w:t>Видео-, аудиозапись песни под названием: «</w:t>
            </w:r>
            <w:r>
              <w:t>SH</w:t>
            </w:r>
            <w:r w:rsidRPr="00332DB8">
              <w:rPr>
                <w:lang w:val="ru-RU"/>
              </w:rPr>
              <w:t xml:space="preserve"> </w:t>
            </w:r>
            <w:r>
              <w:t>Rera</w:t>
            </w:r>
            <w:r w:rsidRPr="00332DB8">
              <w:rPr>
                <w:lang w:val="ru-RU"/>
              </w:rPr>
              <w:t xml:space="preserve">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tc>
        <w:tc>
          <w:tcPr>
            <w:tcW w:w="2880" w:type="dxa"/>
          </w:tcPr>
          <w:p w:rsidR="006F7457" w:rsidRDefault="00332DB8">
            <w:r>
              <w:t>08.09.2021</w:t>
            </w:r>
          </w:p>
        </w:tc>
      </w:tr>
      <w:tr w:rsidR="006F7457">
        <w:tc>
          <w:tcPr>
            <w:tcW w:w="2880" w:type="dxa"/>
          </w:tcPr>
          <w:p w:rsidR="006F7457" w:rsidRDefault="00332DB8">
            <w:r>
              <w:t>5202.</w:t>
            </w:r>
          </w:p>
        </w:tc>
        <w:tc>
          <w:tcPr>
            <w:tcW w:w="2880" w:type="dxa"/>
          </w:tcPr>
          <w:p w:rsidR="006F7457" w:rsidRPr="00332DB8" w:rsidRDefault="00332DB8">
            <w:pPr>
              <w:rPr>
                <w:lang w:val="ru-RU"/>
              </w:rPr>
            </w:pPr>
            <w:r w:rsidRPr="00332DB8">
              <w:rPr>
                <w:lang w:val="ru-RU"/>
              </w:rPr>
              <w:t>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tc>
        <w:tc>
          <w:tcPr>
            <w:tcW w:w="2880" w:type="dxa"/>
          </w:tcPr>
          <w:p w:rsidR="006F7457" w:rsidRDefault="00332DB8">
            <w:r>
              <w:t>08.09.2021</w:t>
            </w:r>
          </w:p>
        </w:tc>
      </w:tr>
      <w:tr w:rsidR="006F7457">
        <w:tc>
          <w:tcPr>
            <w:tcW w:w="2880" w:type="dxa"/>
          </w:tcPr>
          <w:p w:rsidR="006F7457" w:rsidRDefault="00332DB8">
            <w:r>
              <w:t>5203.</w:t>
            </w:r>
          </w:p>
        </w:tc>
        <w:tc>
          <w:tcPr>
            <w:tcW w:w="2880" w:type="dxa"/>
          </w:tcPr>
          <w:p w:rsidR="006F7457" w:rsidRPr="00332DB8" w:rsidRDefault="00332DB8">
            <w:pPr>
              <w:rPr>
                <w:lang w:val="ru-RU"/>
              </w:rPr>
            </w:pPr>
            <w:r w:rsidRPr="00332DB8">
              <w:rPr>
                <w:lang w:val="ru-RU"/>
              </w:rPr>
              <w:t>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tc>
        <w:tc>
          <w:tcPr>
            <w:tcW w:w="2880" w:type="dxa"/>
          </w:tcPr>
          <w:p w:rsidR="006F7457" w:rsidRDefault="00332DB8">
            <w:r>
              <w:t>08.09.2021</w:t>
            </w:r>
          </w:p>
        </w:tc>
      </w:tr>
      <w:tr w:rsidR="006F7457">
        <w:tc>
          <w:tcPr>
            <w:tcW w:w="2880" w:type="dxa"/>
          </w:tcPr>
          <w:p w:rsidR="006F7457" w:rsidRDefault="00332DB8">
            <w:r>
              <w:t>520</w:t>
            </w:r>
            <w:r>
              <w:lastRenderedPageBreak/>
              <w:t>4.</w:t>
            </w:r>
          </w:p>
        </w:tc>
        <w:tc>
          <w:tcPr>
            <w:tcW w:w="2880" w:type="dxa"/>
          </w:tcPr>
          <w:p w:rsidR="006F7457" w:rsidRPr="00332DB8" w:rsidRDefault="00332DB8">
            <w:pPr>
              <w:rPr>
                <w:lang w:val="ru-RU"/>
              </w:rPr>
            </w:pPr>
            <w:r w:rsidRPr="00332DB8">
              <w:rPr>
                <w:lang w:val="ru-RU"/>
              </w:rPr>
              <w:lastRenderedPageBreak/>
              <w:t>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tc>
        <w:tc>
          <w:tcPr>
            <w:tcW w:w="2880" w:type="dxa"/>
          </w:tcPr>
          <w:p w:rsidR="006F7457" w:rsidRDefault="00332DB8">
            <w:r>
              <w:t>08.09.202</w:t>
            </w:r>
            <w:r>
              <w:lastRenderedPageBreak/>
              <w:t>1</w:t>
            </w:r>
          </w:p>
        </w:tc>
      </w:tr>
      <w:tr w:rsidR="006F7457">
        <w:tc>
          <w:tcPr>
            <w:tcW w:w="2880" w:type="dxa"/>
          </w:tcPr>
          <w:p w:rsidR="006F7457" w:rsidRDefault="00332DB8">
            <w:r>
              <w:lastRenderedPageBreak/>
              <w:t>5205.</w:t>
            </w:r>
          </w:p>
        </w:tc>
        <w:tc>
          <w:tcPr>
            <w:tcW w:w="2880" w:type="dxa"/>
          </w:tcPr>
          <w:p w:rsidR="006F7457" w:rsidRPr="00332DB8" w:rsidRDefault="00332DB8">
            <w:pPr>
              <w:rPr>
                <w:lang w:val="ru-RU"/>
              </w:rPr>
            </w:pPr>
            <w:r w:rsidRPr="00332DB8">
              <w:rPr>
                <w:lang w:val="ru-RU"/>
              </w:rPr>
              <w:t>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tc>
        <w:tc>
          <w:tcPr>
            <w:tcW w:w="2880" w:type="dxa"/>
          </w:tcPr>
          <w:p w:rsidR="006F7457" w:rsidRDefault="00332DB8">
            <w:r>
              <w:t>22.09.2021</w:t>
            </w:r>
          </w:p>
        </w:tc>
      </w:tr>
      <w:tr w:rsidR="006F7457">
        <w:tc>
          <w:tcPr>
            <w:tcW w:w="2880" w:type="dxa"/>
          </w:tcPr>
          <w:p w:rsidR="006F7457" w:rsidRDefault="00332DB8">
            <w:r>
              <w:t>5206.</w:t>
            </w:r>
          </w:p>
        </w:tc>
        <w:tc>
          <w:tcPr>
            <w:tcW w:w="2880" w:type="dxa"/>
          </w:tcPr>
          <w:p w:rsidR="006F7457" w:rsidRDefault="00332DB8">
            <w:r w:rsidRPr="00332DB8">
              <w:rPr>
                <w:lang w:val="ru-RU"/>
              </w:rPr>
              <w:t>Видеозапись под названием «Выход взять оружие» (другие названия – «Священная война», «Выход взять оружие (взяться за голову)», «</w:t>
            </w:r>
            <w:r>
              <w:t>YouTube</w:t>
            </w:r>
            <w:r w:rsidRPr="00332DB8">
              <w:rPr>
                <w:lang w:val="ru-RU"/>
              </w:rPr>
              <w:t xml:space="preserve">  -&amp;#</w:t>
            </w:r>
            <w:r>
              <w:t>x</w:t>
            </w:r>
            <w:r w:rsidRPr="00332DB8">
              <w:rPr>
                <w:lang w:val="ru-RU"/>
              </w:rPr>
              <w:t>202</w:t>
            </w:r>
            <w:r>
              <w:t>a</w:t>
            </w:r>
            <w:r w:rsidRPr="00332DB8">
              <w:rPr>
                <w:lang w:val="ru-RU"/>
              </w:rPr>
              <w:t>;Выход-взять оружие.</w:t>
            </w:r>
            <w:r>
              <w:t>wmv</w:t>
            </w:r>
            <w:r w:rsidRPr="00332DB8">
              <w:rPr>
                <w:lang w:val="ru-RU"/>
              </w:rPr>
              <w:t>&amp;#</w:t>
            </w:r>
            <w:r>
              <w:t>x</w:t>
            </w:r>
            <w:r w:rsidRPr="00332DB8">
              <w:rPr>
                <w:lang w:val="ru-RU"/>
              </w:rPr>
              <w:t>202</w:t>
            </w:r>
            <w:r>
              <w:t>c</w:t>
            </w:r>
            <w:r w:rsidRPr="00332DB8">
              <w:rPr>
                <w:lang w:val="ru-RU"/>
              </w:rPr>
              <w:t>;&amp;</w:t>
            </w:r>
            <w:r>
              <w:t>rlm</w:t>
            </w:r>
            <w:r w:rsidRPr="00332DB8">
              <w:rPr>
                <w:lang w:val="ru-RU"/>
              </w:rPr>
              <w:t xml:space="preserve">;»)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w:t>
            </w:r>
            <w:r>
              <w:t>(решение Железнодорожного районного суда г. Пензы от 15.07.2021);</w:t>
            </w:r>
          </w:p>
        </w:tc>
        <w:tc>
          <w:tcPr>
            <w:tcW w:w="2880" w:type="dxa"/>
          </w:tcPr>
          <w:p w:rsidR="006F7457" w:rsidRDefault="00332DB8">
            <w:r>
              <w:t>22.09.2021</w:t>
            </w:r>
          </w:p>
        </w:tc>
      </w:tr>
      <w:tr w:rsidR="006F7457">
        <w:tc>
          <w:tcPr>
            <w:tcW w:w="2880" w:type="dxa"/>
          </w:tcPr>
          <w:p w:rsidR="006F7457" w:rsidRDefault="00332DB8">
            <w:r>
              <w:t>5207.</w:t>
            </w:r>
          </w:p>
        </w:tc>
        <w:tc>
          <w:tcPr>
            <w:tcW w:w="2880" w:type="dxa"/>
          </w:tcPr>
          <w:p w:rsidR="006F7457" w:rsidRPr="00332DB8" w:rsidRDefault="00332DB8">
            <w:pPr>
              <w:rPr>
                <w:lang w:val="ru-RU"/>
              </w:rPr>
            </w:pPr>
            <w:r w:rsidRPr="00332DB8">
              <w:rPr>
                <w:lang w:val="ru-RU"/>
              </w:rPr>
              <w:t>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(решение Бологовского городского суда Тверской области от 16.06.2021);</w:t>
            </w:r>
          </w:p>
        </w:tc>
        <w:tc>
          <w:tcPr>
            <w:tcW w:w="2880" w:type="dxa"/>
          </w:tcPr>
          <w:p w:rsidR="006F7457" w:rsidRDefault="00332DB8">
            <w:r>
              <w:t>22.09.2021</w:t>
            </w:r>
          </w:p>
        </w:tc>
      </w:tr>
      <w:tr w:rsidR="006F7457">
        <w:tc>
          <w:tcPr>
            <w:tcW w:w="2880" w:type="dxa"/>
          </w:tcPr>
          <w:p w:rsidR="006F7457" w:rsidRDefault="00332DB8">
            <w:r>
              <w:t>5208.</w:t>
            </w:r>
          </w:p>
        </w:tc>
        <w:tc>
          <w:tcPr>
            <w:tcW w:w="2880" w:type="dxa"/>
          </w:tcPr>
          <w:p w:rsidR="006F7457" w:rsidRPr="00332DB8" w:rsidRDefault="00332DB8">
            <w:pPr>
              <w:rPr>
                <w:lang w:val="ru-RU"/>
              </w:rPr>
            </w:pPr>
            <w:r w:rsidRPr="00332DB8">
              <w:rPr>
                <w:lang w:val="ru-RU"/>
              </w:rPr>
              <w:t>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tc>
        <w:tc>
          <w:tcPr>
            <w:tcW w:w="2880" w:type="dxa"/>
          </w:tcPr>
          <w:p w:rsidR="006F7457" w:rsidRDefault="00332DB8">
            <w:r>
              <w:t>28.09.2021</w:t>
            </w:r>
          </w:p>
        </w:tc>
      </w:tr>
      <w:tr w:rsidR="006F7457">
        <w:tc>
          <w:tcPr>
            <w:tcW w:w="2880" w:type="dxa"/>
          </w:tcPr>
          <w:p w:rsidR="006F7457" w:rsidRDefault="00332DB8">
            <w:r>
              <w:t>5</w:t>
            </w:r>
            <w:r>
              <w:lastRenderedPageBreak/>
              <w:t>209.</w:t>
            </w:r>
          </w:p>
        </w:tc>
        <w:tc>
          <w:tcPr>
            <w:tcW w:w="2880" w:type="dxa"/>
          </w:tcPr>
          <w:p w:rsidR="006F7457" w:rsidRPr="00332DB8" w:rsidRDefault="00332DB8">
            <w:pPr>
              <w:rPr>
                <w:lang w:val="ru-RU"/>
              </w:rPr>
            </w:pPr>
            <w:r w:rsidRPr="00332DB8">
              <w:rPr>
                <w:lang w:val="ru-RU"/>
              </w:rPr>
              <w:lastRenderedPageBreak/>
              <w:t>Аудиозапись группы «Сейтар» под названием «</w:t>
            </w:r>
            <w:r>
              <w:t>White</w:t>
            </w:r>
            <w:r w:rsidRPr="00332DB8">
              <w:rPr>
                <w:lang w:val="ru-RU"/>
              </w:rPr>
              <w:t xml:space="preserve"> </w:t>
            </w:r>
            <w:r>
              <w:t>power</w:t>
            </w:r>
            <w:r w:rsidRPr="00332DB8">
              <w:rPr>
                <w:lang w:val="ru-RU"/>
              </w:rPr>
              <w:t xml:space="preserve">» (решение Якутского городского суда Республики </w:t>
            </w:r>
            <w:r w:rsidRPr="00332DB8">
              <w:rPr>
                <w:lang w:val="ru-RU"/>
              </w:rPr>
              <w:lastRenderedPageBreak/>
              <w:t>Саха (Якутия) от 23.07.2021);</w:t>
            </w:r>
          </w:p>
        </w:tc>
        <w:tc>
          <w:tcPr>
            <w:tcW w:w="2880" w:type="dxa"/>
          </w:tcPr>
          <w:p w:rsidR="006F7457" w:rsidRDefault="00332DB8">
            <w:r>
              <w:lastRenderedPageBreak/>
              <w:t>06.</w:t>
            </w:r>
            <w:r>
              <w:lastRenderedPageBreak/>
              <w:t>10.2021</w:t>
            </w:r>
          </w:p>
        </w:tc>
      </w:tr>
      <w:tr w:rsidR="006F7457">
        <w:tc>
          <w:tcPr>
            <w:tcW w:w="2880" w:type="dxa"/>
          </w:tcPr>
          <w:p w:rsidR="006F7457" w:rsidRDefault="00332DB8">
            <w:r>
              <w:lastRenderedPageBreak/>
              <w:t>5210.</w:t>
            </w:r>
          </w:p>
        </w:tc>
        <w:tc>
          <w:tcPr>
            <w:tcW w:w="2880" w:type="dxa"/>
          </w:tcPr>
          <w:p w:rsidR="006F7457" w:rsidRPr="00332DB8" w:rsidRDefault="00332DB8">
            <w:pPr>
              <w:rPr>
                <w:lang w:val="ru-RU"/>
              </w:rPr>
            </w:pPr>
            <w:r w:rsidRPr="00332DB8">
              <w:rPr>
                <w:lang w:val="ru-RU"/>
              </w:rPr>
              <w:t>Текст песни группы «Сейтар» под названием «</w:t>
            </w:r>
            <w:r>
              <w:t>White</w:t>
            </w:r>
            <w:r w:rsidRPr="00332DB8">
              <w:rPr>
                <w:lang w:val="ru-RU"/>
              </w:rPr>
              <w:t xml:space="preserve"> </w:t>
            </w:r>
            <w:r>
              <w:t>power</w:t>
            </w:r>
            <w:r w:rsidRPr="00332DB8">
              <w:rPr>
                <w:lang w:val="ru-RU"/>
              </w:rPr>
              <w:t>» (решение Якутского городского суда Республики Саха (Якутия) от 23.07.2021);</w:t>
            </w:r>
          </w:p>
        </w:tc>
        <w:tc>
          <w:tcPr>
            <w:tcW w:w="2880" w:type="dxa"/>
          </w:tcPr>
          <w:p w:rsidR="006F7457" w:rsidRDefault="00332DB8">
            <w:r>
              <w:t>06.10.2021</w:t>
            </w:r>
          </w:p>
        </w:tc>
      </w:tr>
      <w:tr w:rsidR="006F7457">
        <w:tc>
          <w:tcPr>
            <w:tcW w:w="2880" w:type="dxa"/>
          </w:tcPr>
          <w:p w:rsidR="006F7457" w:rsidRDefault="00332DB8">
            <w:r>
              <w:t>5211.</w:t>
            </w:r>
          </w:p>
        </w:tc>
        <w:tc>
          <w:tcPr>
            <w:tcW w:w="2880" w:type="dxa"/>
          </w:tcPr>
          <w:p w:rsidR="006F7457" w:rsidRPr="00332DB8" w:rsidRDefault="00332DB8">
            <w:pPr>
              <w:rPr>
                <w:lang w:val="ru-RU"/>
              </w:rPr>
            </w:pPr>
            <w:r w:rsidRPr="00332DB8">
              <w:rPr>
                <w:lang w:val="ru-RU"/>
              </w:rPr>
              <w:t xml:space="preserve">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w:t>
            </w:r>
            <w:r>
              <w:t>vk</w:t>
            </w:r>
            <w:r w:rsidRPr="00332DB8">
              <w:rPr>
                <w:lang w:val="ru-RU"/>
              </w:rPr>
              <w:t>.</w:t>
            </w:r>
            <w:r>
              <w:t>com</w:t>
            </w:r>
            <w:r w:rsidRPr="00332DB8">
              <w:rPr>
                <w:lang w:val="ru-RU"/>
              </w:rPr>
              <w:t>/</w:t>
            </w:r>
            <w:r>
              <w:t>arhsssr</w:t>
            </w:r>
            <w:r w:rsidRPr="00332DB8">
              <w:rPr>
                <w:lang w:val="ru-RU"/>
              </w:rPr>
              <w:t>» (решение Сыктывкарского городского суда Республики Коми от 02.08.2021);</w:t>
            </w:r>
          </w:p>
        </w:tc>
        <w:tc>
          <w:tcPr>
            <w:tcW w:w="2880" w:type="dxa"/>
          </w:tcPr>
          <w:p w:rsidR="006F7457" w:rsidRDefault="00332DB8">
            <w:r>
              <w:t>06.10.2021</w:t>
            </w:r>
          </w:p>
        </w:tc>
      </w:tr>
      <w:tr w:rsidR="006F7457">
        <w:tc>
          <w:tcPr>
            <w:tcW w:w="2880" w:type="dxa"/>
          </w:tcPr>
          <w:p w:rsidR="006F7457" w:rsidRDefault="00332DB8">
            <w:r>
              <w:t>5212.</w:t>
            </w:r>
          </w:p>
        </w:tc>
        <w:tc>
          <w:tcPr>
            <w:tcW w:w="2880" w:type="dxa"/>
          </w:tcPr>
          <w:p w:rsidR="006F7457" w:rsidRPr="00332DB8" w:rsidRDefault="00332DB8">
            <w:pPr>
              <w:rPr>
                <w:lang w:val="ru-RU"/>
              </w:rPr>
            </w:pPr>
            <w:r w:rsidRPr="00332DB8">
              <w:rPr>
                <w:lang w:val="ru-RU"/>
              </w:rPr>
              <w:t>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tc>
        <w:tc>
          <w:tcPr>
            <w:tcW w:w="2880" w:type="dxa"/>
          </w:tcPr>
          <w:p w:rsidR="006F7457" w:rsidRDefault="00332DB8">
            <w:r>
              <w:t>06.10.2021</w:t>
            </w:r>
          </w:p>
        </w:tc>
      </w:tr>
      <w:tr w:rsidR="006F7457">
        <w:tc>
          <w:tcPr>
            <w:tcW w:w="2880" w:type="dxa"/>
          </w:tcPr>
          <w:p w:rsidR="006F7457" w:rsidRDefault="00332DB8">
            <w:r>
              <w:t>5213.</w:t>
            </w:r>
          </w:p>
        </w:tc>
        <w:tc>
          <w:tcPr>
            <w:tcW w:w="2880" w:type="dxa"/>
          </w:tcPr>
          <w:p w:rsidR="006F7457" w:rsidRDefault="00332DB8">
            <w:r w:rsidRPr="00332DB8">
              <w:rPr>
                <w:lang w:val="ru-RU"/>
              </w:rPr>
              <w:t xml:space="preserve">Песня группы «Сибирский кулак» под названием «Нигер», начинающаяся со слов «Опять я вижу на улицах их рожи», заканчивающаяся словами «Нигер! </w:t>
            </w:r>
            <w:r>
              <w:t>Это гадко!» (решение Центрального районного суда г. Барнаула от 29.07.2021);</w:t>
            </w:r>
          </w:p>
        </w:tc>
        <w:tc>
          <w:tcPr>
            <w:tcW w:w="2880" w:type="dxa"/>
          </w:tcPr>
          <w:p w:rsidR="006F7457" w:rsidRDefault="00332DB8">
            <w:r>
              <w:t>06.10.2021</w:t>
            </w:r>
          </w:p>
        </w:tc>
      </w:tr>
      <w:tr w:rsidR="006F7457">
        <w:tc>
          <w:tcPr>
            <w:tcW w:w="2880" w:type="dxa"/>
          </w:tcPr>
          <w:p w:rsidR="006F7457" w:rsidRDefault="00332DB8">
            <w:r>
              <w:lastRenderedPageBreak/>
              <w:t>5214.</w:t>
            </w:r>
          </w:p>
        </w:tc>
        <w:tc>
          <w:tcPr>
            <w:tcW w:w="2880" w:type="dxa"/>
          </w:tcPr>
          <w:p w:rsidR="006F7457" w:rsidRPr="00332DB8" w:rsidRDefault="00332DB8">
            <w:pPr>
              <w:rPr>
                <w:lang w:val="ru-RU"/>
              </w:rPr>
            </w:pPr>
            <w:r w:rsidRPr="00332DB8">
              <w:rPr>
                <w:lang w:val="ru-RU"/>
              </w:rPr>
              <w:t>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tc>
        <w:tc>
          <w:tcPr>
            <w:tcW w:w="2880" w:type="dxa"/>
          </w:tcPr>
          <w:p w:rsidR="006F7457" w:rsidRDefault="00332DB8">
            <w:r>
              <w:t>06.10.2021</w:t>
            </w:r>
          </w:p>
        </w:tc>
      </w:tr>
      <w:tr w:rsidR="006F7457">
        <w:tc>
          <w:tcPr>
            <w:tcW w:w="2880" w:type="dxa"/>
          </w:tcPr>
          <w:p w:rsidR="006F7457" w:rsidRDefault="00332DB8">
            <w:r>
              <w:t>5215.</w:t>
            </w:r>
          </w:p>
        </w:tc>
        <w:tc>
          <w:tcPr>
            <w:tcW w:w="2880" w:type="dxa"/>
          </w:tcPr>
          <w:p w:rsidR="006F7457" w:rsidRDefault="00332DB8">
            <w:r w:rsidRPr="00332DB8">
              <w:rPr>
                <w:lang w:val="ru-RU"/>
              </w:rPr>
              <w:t xml:space="preserve">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w:t>
            </w:r>
            <w:r>
              <w:t>(решение Октябрьского районного суда г. Белгорода от 09.07.2021).</w:t>
            </w:r>
          </w:p>
        </w:tc>
        <w:tc>
          <w:tcPr>
            <w:tcW w:w="2880" w:type="dxa"/>
          </w:tcPr>
          <w:p w:rsidR="006F7457" w:rsidRDefault="00332DB8">
            <w:r>
              <w:t>15.10.2021</w:t>
            </w:r>
          </w:p>
        </w:tc>
      </w:tr>
      <w:tr w:rsidR="006F7457">
        <w:tc>
          <w:tcPr>
            <w:tcW w:w="2880" w:type="dxa"/>
          </w:tcPr>
          <w:p w:rsidR="006F7457" w:rsidRDefault="00332DB8">
            <w:r>
              <w:t>5216.</w:t>
            </w:r>
          </w:p>
        </w:tc>
        <w:tc>
          <w:tcPr>
            <w:tcW w:w="2880" w:type="dxa"/>
          </w:tcPr>
          <w:p w:rsidR="006F7457" w:rsidRDefault="00332DB8">
            <w:r w:rsidRPr="00332DB8">
              <w:rPr>
                <w:lang w:val="ru-RU"/>
              </w:rPr>
              <w:t>Брошюра «</w:t>
            </w:r>
            <w:r>
              <w:t>Der</w:t>
            </w:r>
            <w:r w:rsidRPr="00332DB8">
              <w:rPr>
                <w:lang w:val="ru-RU"/>
              </w:rPr>
              <w:t xml:space="preserve"> </w:t>
            </w:r>
            <w:r>
              <w:t>Untermensch</w:t>
            </w:r>
            <w:r w:rsidRPr="00332DB8">
              <w:rPr>
                <w:lang w:val="ru-RU"/>
              </w:rPr>
              <w:t xml:space="preserve">/Недочеловек»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w:t>
            </w:r>
            <w:r>
              <w:t>(решение Ленинского районного суда г. Владивостока от 16.08.2021);</w:t>
            </w:r>
          </w:p>
        </w:tc>
        <w:tc>
          <w:tcPr>
            <w:tcW w:w="2880" w:type="dxa"/>
          </w:tcPr>
          <w:p w:rsidR="006F7457" w:rsidRDefault="00332DB8">
            <w:r>
              <w:t>28.10.2021</w:t>
            </w:r>
          </w:p>
        </w:tc>
      </w:tr>
      <w:tr w:rsidR="006F7457">
        <w:tc>
          <w:tcPr>
            <w:tcW w:w="2880" w:type="dxa"/>
          </w:tcPr>
          <w:p w:rsidR="006F7457" w:rsidRDefault="00332DB8">
            <w:r>
              <w:t>5217.</w:t>
            </w:r>
          </w:p>
        </w:tc>
        <w:tc>
          <w:tcPr>
            <w:tcW w:w="2880" w:type="dxa"/>
          </w:tcPr>
          <w:p w:rsidR="006F7457" w:rsidRPr="00332DB8" w:rsidRDefault="00332DB8">
            <w:pPr>
              <w:rPr>
                <w:lang w:val="ru-RU"/>
              </w:rPr>
            </w:pPr>
            <w:r w:rsidRPr="00332DB8">
              <w:rPr>
                <w:lang w:val="ru-RU"/>
              </w:rPr>
              <w:t>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p>
        </w:tc>
        <w:tc>
          <w:tcPr>
            <w:tcW w:w="2880" w:type="dxa"/>
          </w:tcPr>
          <w:p w:rsidR="006F7457" w:rsidRDefault="00332DB8">
            <w:r>
              <w:t>08.11.2021</w:t>
            </w:r>
          </w:p>
        </w:tc>
      </w:tr>
      <w:tr w:rsidR="006F7457">
        <w:tc>
          <w:tcPr>
            <w:tcW w:w="2880" w:type="dxa"/>
          </w:tcPr>
          <w:p w:rsidR="006F7457" w:rsidRDefault="00332DB8">
            <w:r>
              <w:t>5218.</w:t>
            </w:r>
          </w:p>
        </w:tc>
        <w:tc>
          <w:tcPr>
            <w:tcW w:w="2880" w:type="dxa"/>
          </w:tcPr>
          <w:p w:rsidR="006F7457" w:rsidRPr="00332DB8" w:rsidRDefault="00332DB8">
            <w:pPr>
              <w:rPr>
                <w:lang w:val="ru-RU"/>
              </w:rPr>
            </w:pPr>
            <w:r w:rsidRPr="00332DB8">
              <w:rPr>
                <w:lang w:val="ru-RU"/>
              </w:rPr>
              <w:t>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p>
        </w:tc>
        <w:tc>
          <w:tcPr>
            <w:tcW w:w="2880" w:type="dxa"/>
          </w:tcPr>
          <w:p w:rsidR="006F7457" w:rsidRDefault="00332DB8">
            <w:r>
              <w:t>08.11.2021</w:t>
            </w:r>
          </w:p>
        </w:tc>
      </w:tr>
      <w:tr w:rsidR="006F7457">
        <w:tc>
          <w:tcPr>
            <w:tcW w:w="2880" w:type="dxa"/>
          </w:tcPr>
          <w:p w:rsidR="006F7457" w:rsidRDefault="00332DB8">
            <w:r>
              <w:lastRenderedPageBreak/>
              <w:t>5219.</w:t>
            </w:r>
          </w:p>
        </w:tc>
        <w:tc>
          <w:tcPr>
            <w:tcW w:w="2880" w:type="dxa"/>
          </w:tcPr>
          <w:p w:rsidR="006F7457" w:rsidRDefault="00332DB8">
            <w:r w:rsidRPr="00332DB8">
              <w:rPr>
                <w:lang w:val="ru-RU"/>
              </w:rPr>
              <w:t xml:space="preserve">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w:t>
            </w:r>
            <w:r>
              <w:t>(решение Сыктывкарского городского суда от 05.07.2021);</w:t>
            </w:r>
          </w:p>
        </w:tc>
        <w:tc>
          <w:tcPr>
            <w:tcW w:w="2880" w:type="dxa"/>
          </w:tcPr>
          <w:p w:rsidR="006F7457" w:rsidRDefault="00332DB8">
            <w:r>
              <w:t>08.11.2021</w:t>
            </w:r>
          </w:p>
        </w:tc>
      </w:tr>
      <w:tr w:rsidR="006F7457">
        <w:tc>
          <w:tcPr>
            <w:tcW w:w="2880" w:type="dxa"/>
          </w:tcPr>
          <w:p w:rsidR="006F7457" w:rsidRDefault="00332DB8">
            <w:r>
              <w:t>5220.</w:t>
            </w:r>
          </w:p>
        </w:tc>
        <w:tc>
          <w:tcPr>
            <w:tcW w:w="2880" w:type="dxa"/>
          </w:tcPr>
          <w:p w:rsidR="006F7457" w:rsidRPr="00332DB8" w:rsidRDefault="00332DB8">
            <w:pPr>
              <w:rPr>
                <w:lang w:val="ru-RU"/>
              </w:rPr>
            </w:pPr>
            <w:r w:rsidRPr="00332DB8">
              <w:rPr>
                <w:lang w:val="ru-RU"/>
              </w:rPr>
              <w:t>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p>
        </w:tc>
        <w:tc>
          <w:tcPr>
            <w:tcW w:w="2880" w:type="dxa"/>
          </w:tcPr>
          <w:p w:rsidR="006F7457" w:rsidRDefault="00332DB8">
            <w:r>
              <w:t>08.11.2021</w:t>
            </w:r>
          </w:p>
        </w:tc>
      </w:tr>
      <w:tr w:rsidR="006F7457">
        <w:tc>
          <w:tcPr>
            <w:tcW w:w="2880" w:type="dxa"/>
          </w:tcPr>
          <w:p w:rsidR="006F7457" w:rsidRDefault="00332DB8">
            <w:r>
              <w:t>5221.</w:t>
            </w:r>
          </w:p>
        </w:tc>
        <w:tc>
          <w:tcPr>
            <w:tcW w:w="2880" w:type="dxa"/>
          </w:tcPr>
          <w:p w:rsidR="006F7457" w:rsidRPr="00332DB8" w:rsidRDefault="00332DB8">
            <w:pPr>
              <w:rPr>
                <w:lang w:val="ru-RU"/>
              </w:rPr>
            </w:pPr>
            <w:r w:rsidRPr="00332DB8">
              <w:rPr>
                <w:lang w:val="ru-RU"/>
              </w:rPr>
              <w:t>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29.04.2021 и определение Советского районного суда г. Нижнего Новгорода от 10.09.2021);</w:t>
            </w:r>
          </w:p>
        </w:tc>
        <w:tc>
          <w:tcPr>
            <w:tcW w:w="2880" w:type="dxa"/>
          </w:tcPr>
          <w:p w:rsidR="006F7457" w:rsidRDefault="00332DB8">
            <w:r>
              <w:t>08.11.2021</w:t>
            </w:r>
          </w:p>
        </w:tc>
      </w:tr>
      <w:tr w:rsidR="006F7457">
        <w:tc>
          <w:tcPr>
            <w:tcW w:w="2880" w:type="dxa"/>
          </w:tcPr>
          <w:p w:rsidR="006F7457" w:rsidRDefault="00332DB8">
            <w:r>
              <w:t>5222.</w:t>
            </w:r>
          </w:p>
        </w:tc>
        <w:tc>
          <w:tcPr>
            <w:tcW w:w="2880" w:type="dxa"/>
          </w:tcPr>
          <w:p w:rsidR="006F7457" w:rsidRPr="00332DB8" w:rsidRDefault="00332DB8">
            <w:pPr>
              <w:rPr>
                <w:lang w:val="ru-RU"/>
              </w:rPr>
            </w:pPr>
            <w:r w:rsidRPr="00332DB8">
              <w:rPr>
                <w:lang w:val="ru-RU"/>
              </w:rPr>
              <w:t>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tc>
        <w:tc>
          <w:tcPr>
            <w:tcW w:w="2880" w:type="dxa"/>
          </w:tcPr>
          <w:p w:rsidR="006F7457" w:rsidRDefault="00332DB8">
            <w:r>
              <w:t>23.11.2021</w:t>
            </w:r>
          </w:p>
        </w:tc>
      </w:tr>
      <w:tr w:rsidR="006F7457">
        <w:tc>
          <w:tcPr>
            <w:tcW w:w="2880" w:type="dxa"/>
          </w:tcPr>
          <w:p w:rsidR="006F7457" w:rsidRDefault="00332DB8">
            <w:r>
              <w:t>5223.</w:t>
            </w:r>
          </w:p>
        </w:tc>
        <w:tc>
          <w:tcPr>
            <w:tcW w:w="2880" w:type="dxa"/>
          </w:tcPr>
          <w:p w:rsidR="006F7457" w:rsidRPr="00332DB8" w:rsidRDefault="00332DB8">
            <w:pPr>
              <w:rPr>
                <w:lang w:val="ru-RU"/>
              </w:rPr>
            </w:pPr>
            <w:r w:rsidRPr="00332DB8">
              <w:rPr>
                <w:lang w:val="ru-RU"/>
              </w:rPr>
              <w:t>Аудиозапись песни под названиями: «Тимур», «Тимур мы помним тебя…» праворадикальной группы «</w:t>
            </w:r>
            <w:r>
              <w:t>RGD</w:t>
            </w:r>
            <w:r w:rsidRPr="00332DB8">
              <w:rPr>
                <w:lang w:val="ru-RU"/>
              </w:rPr>
              <w:t xml:space="preserve">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tc>
        <w:tc>
          <w:tcPr>
            <w:tcW w:w="2880" w:type="dxa"/>
          </w:tcPr>
          <w:p w:rsidR="006F7457" w:rsidRDefault="00332DB8">
            <w:r>
              <w:t>23.11.2021</w:t>
            </w:r>
          </w:p>
        </w:tc>
      </w:tr>
      <w:tr w:rsidR="006F7457">
        <w:tc>
          <w:tcPr>
            <w:tcW w:w="2880" w:type="dxa"/>
          </w:tcPr>
          <w:p w:rsidR="006F7457" w:rsidRDefault="00332DB8">
            <w:r>
              <w:lastRenderedPageBreak/>
              <w:t>5224.</w:t>
            </w:r>
          </w:p>
        </w:tc>
        <w:tc>
          <w:tcPr>
            <w:tcW w:w="2880" w:type="dxa"/>
          </w:tcPr>
          <w:p w:rsidR="006F7457" w:rsidRPr="00332DB8" w:rsidRDefault="00332DB8">
            <w:pPr>
              <w:rPr>
                <w:lang w:val="ru-RU"/>
              </w:rPr>
            </w:pPr>
            <w:r w:rsidRPr="00332DB8">
              <w:rPr>
                <w:lang w:val="ru-RU"/>
              </w:rPr>
              <w:t>Информационный материал – аудиозапись группы «НЕтолерантный» под названием «Убей их всех» (решение Ленинского районного суда г. Тамбова от 27.09.2021);</w:t>
            </w:r>
          </w:p>
        </w:tc>
        <w:tc>
          <w:tcPr>
            <w:tcW w:w="2880" w:type="dxa"/>
          </w:tcPr>
          <w:p w:rsidR="006F7457" w:rsidRDefault="00332DB8">
            <w:r>
              <w:t>23.11.2021</w:t>
            </w:r>
          </w:p>
        </w:tc>
      </w:tr>
      <w:tr w:rsidR="006F7457">
        <w:tc>
          <w:tcPr>
            <w:tcW w:w="2880" w:type="dxa"/>
          </w:tcPr>
          <w:p w:rsidR="006F7457" w:rsidRDefault="00332DB8">
            <w:r>
              <w:t>5225.</w:t>
            </w:r>
          </w:p>
        </w:tc>
        <w:tc>
          <w:tcPr>
            <w:tcW w:w="2880" w:type="dxa"/>
          </w:tcPr>
          <w:p w:rsidR="006F7457" w:rsidRDefault="00332DB8">
            <w:r>
              <w:t>Исключен</w:t>
            </w:r>
          </w:p>
        </w:tc>
        <w:tc>
          <w:tcPr>
            <w:tcW w:w="2880" w:type="dxa"/>
          </w:tcPr>
          <w:p w:rsidR="006F7457" w:rsidRDefault="00332DB8">
            <w:r>
              <w:t>23.11.2021</w:t>
            </w:r>
          </w:p>
        </w:tc>
      </w:tr>
      <w:tr w:rsidR="006F7457">
        <w:tc>
          <w:tcPr>
            <w:tcW w:w="2880" w:type="dxa"/>
          </w:tcPr>
          <w:p w:rsidR="006F7457" w:rsidRDefault="00332DB8">
            <w:r>
              <w:t>5226.</w:t>
            </w:r>
          </w:p>
        </w:tc>
        <w:tc>
          <w:tcPr>
            <w:tcW w:w="2880" w:type="dxa"/>
          </w:tcPr>
          <w:p w:rsidR="006F7457" w:rsidRDefault="00332DB8">
            <w:r w:rsidRPr="00332DB8">
              <w:rPr>
                <w:lang w:val="ru-RU"/>
              </w:rPr>
              <w:t xml:space="preserve">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w:t>
            </w:r>
            <w:r>
              <w:t>(решение Абаканского городского суда Республики Хакасия от 06.09.2021);</w:t>
            </w:r>
          </w:p>
        </w:tc>
        <w:tc>
          <w:tcPr>
            <w:tcW w:w="2880" w:type="dxa"/>
          </w:tcPr>
          <w:p w:rsidR="006F7457" w:rsidRDefault="00332DB8">
            <w:r>
              <w:t>23.11.2021</w:t>
            </w:r>
          </w:p>
        </w:tc>
      </w:tr>
      <w:tr w:rsidR="006F7457">
        <w:tc>
          <w:tcPr>
            <w:tcW w:w="2880" w:type="dxa"/>
          </w:tcPr>
          <w:p w:rsidR="006F7457" w:rsidRDefault="00332DB8">
            <w:r>
              <w:t>5227.</w:t>
            </w:r>
          </w:p>
        </w:tc>
        <w:tc>
          <w:tcPr>
            <w:tcW w:w="2880" w:type="dxa"/>
          </w:tcPr>
          <w:p w:rsidR="006F7457" w:rsidRPr="00332DB8" w:rsidRDefault="00332DB8">
            <w:pPr>
              <w:rPr>
                <w:lang w:val="ru-RU"/>
              </w:rPr>
            </w:pPr>
            <w:r w:rsidRPr="00332DB8">
              <w:rPr>
                <w:lang w:val="ru-RU"/>
              </w:rPr>
              <w:t>Аудиозапись «</w:t>
            </w:r>
            <w:r>
              <w:t>Holdaar</w:t>
            </w:r>
            <w:r w:rsidRPr="00332DB8">
              <w:rPr>
                <w:lang w:val="ru-RU"/>
              </w:rPr>
              <w:t xml:space="preserve">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p>
        </w:tc>
        <w:tc>
          <w:tcPr>
            <w:tcW w:w="2880" w:type="dxa"/>
          </w:tcPr>
          <w:p w:rsidR="006F7457" w:rsidRDefault="00332DB8">
            <w:r>
              <w:t>23.11.2021</w:t>
            </w:r>
          </w:p>
        </w:tc>
      </w:tr>
      <w:tr w:rsidR="006F7457">
        <w:tc>
          <w:tcPr>
            <w:tcW w:w="2880" w:type="dxa"/>
          </w:tcPr>
          <w:p w:rsidR="006F7457" w:rsidRDefault="00332DB8">
            <w:r>
              <w:t>5228.</w:t>
            </w:r>
          </w:p>
        </w:tc>
        <w:tc>
          <w:tcPr>
            <w:tcW w:w="2880" w:type="dxa"/>
          </w:tcPr>
          <w:p w:rsidR="006F7457" w:rsidRPr="00332DB8" w:rsidRDefault="00332DB8">
            <w:pPr>
              <w:rPr>
                <w:lang w:val="ru-RU"/>
              </w:rPr>
            </w:pPr>
            <w:r w:rsidRPr="00332DB8">
              <w:rPr>
                <w:lang w:val="ru-RU"/>
              </w:rPr>
              <w:t>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p>
        </w:tc>
        <w:tc>
          <w:tcPr>
            <w:tcW w:w="2880" w:type="dxa"/>
          </w:tcPr>
          <w:p w:rsidR="006F7457" w:rsidRDefault="00332DB8">
            <w:r>
              <w:t>23.11.2021</w:t>
            </w:r>
          </w:p>
        </w:tc>
      </w:tr>
      <w:tr w:rsidR="006F7457">
        <w:tc>
          <w:tcPr>
            <w:tcW w:w="2880" w:type="dxa"/>
          </w:tcPr>
          <w:p w:rsidR="006F7457" w:rsidRDefault="00332DB8">
            <w:r>
              <w:t>522</w:t>
            </w:r>
            <w:r>
              <w:lastRenderedPageBreak/>
              <w:t>9.</w:t>
            </w:r>
          </w:p>
        </w:tc>
        <w:tc>
          <w:tcPr>
            <w:tcW w:w="2880" w:type="dxa"/>
          </w:tcPr>
          <w:p w:rsidR="006F7457" w:rsidRPr="00332DB8" w:rsidRDefault="00332DB8">
            <w:pPr>
              <w:rPr>
                <w:lang w:val="ru-RU"/>
              </w:rPr>
            </w:pPr>
            <w:r w:rsidRPr="00332DB8">
              <w:rPr>
                <w:lang w:val="ru-RU"/>
              </w:rPr>
              <w:lastRenderedPageBreak/>
              <w:t>Аудиозапись «</w:t>
            </w:r>
            <w:r>
              <w:t>Dagaz</w:t>
            </w:r>
            <w:r w:rsidRPr="00332DB8">
              <w:rPr>
                <w:lang w:val="ru-RU"/>
              </w:rPr>
              <w:t xml:space="preserve">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w:t>
            </w:r>
            <w:r w:rsidRPr="00332DB8">
              <w:rPr>
                <w:lang w:val="ru-RU"/>
              </w:rPr>
              <w:lastRenderedPageBreak/>
              <w:t>суда г. Рязани от 20.08.2021);</w:t>
            </w:r>
          </w:p>
        </w:tc>
        <w:tc>
          <w:tcPr>
            <w:tcW w:w="2880" w:type="dxa"/>
          </w:tcPr>
          <w:p w:rsidR="006F7457" w:rsidRDefault="00332DB8">
            <w:r>
              <w:lastRenderedPageBreak/>
              <w:t>23.11.202</w:t>
            </w:r>
            <w:r>
              <w:lastRenderedPageBreak/>
              <w:t>1</w:t>
            </w:r>
          </w:p>
        </w:tc>
      </w:tr>
      <w:tr w:rsidR="006F7457">
        <w:tc>
          <w:tcPr>
            <w:tcW w:w="2880" w:type="dxa"/>
          </w:tcPr>
          <w:p w:rsidR="006F7457" w:rsidRDefault="00332DB8">
            <w:r>
              <w:lastRenderedPageBreak/>
              <w:t>5230.</w:t>
            </w:r>
          </w:p>
        </w:tc>
        <w:tc>
          <w:tcPr>
            <w:tcW w:w="2880" w:type="dxa"/>
          </w:tcPr>
          <w:p w:rsidR="006F7457" w:rsidRPr="00332DB8" w:rsidRDefault="00332DB8">
            <w:pPr>
              <w:rPr>
                <w:lang w:val="ru-RU"/>
              </w:rPr>
            </w:pPr>
            <w:r w:rsidRPr="00332DB8">
              <w:rPr>
                <w:lang w:val="ru-RU"/>
              </w:rPr>
              <w:t>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tc>
        <w:tc>
          <w:tcPr>
            <w:tcW w:w="2880" w:type="dxa"/>
          </w:tcPr>
          <w:p w:rsidR="006F7457" w:rsidRDefault="00332DB8">
            <w:r>
              <w:t>23.11.2021</w:t>
            </w:r>
          </w:p>
        </w:tc>
      </w:tr>
      <w:tr w:rsidR="006F7457">
        <w:tc>
          <w:tcPr>
            <w:tcW w:w="2880" w:type="dxa"/>
          </w:tcPr>
          <w:p w:rsidR="006F7457" w:rsidRDefault="00332DB8">
            <w:r>
              <w:t>5231.</w:t>
            </w:r>
          </w:p>
        </w:tc>
        <w:tc>
          <w:tcPr>
            <w:tcW w:w="2880" w:type="dxa"/>
          </w:tcPr>
          <w:p w:rsidR="006F7457" w:rsidRPr="00332DB8" w:rsidRDefault="00332DB8">
            <w:pPr>
              <w:rPr>
                <w:lang w:val="ru-RU"/>
              </w:rPr>
            </w:pPr>
            <w:r w:rsidRPr="00332DB8">
              <w:rPr>
                <w:lang w:val="ru-RU"/>
              </w:rPr>
              <w:t>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(решение Центрального районного суда г. Хабаровска от 23.09.2021);</w:t>
            </w:r>
          </w:p>
        </w:tc>
        <w:tc>
          <w:tcPr>
            <w:tcW w:w="2880" w:type="dxa"/>
          </w:tcPr>
          <w:p w:rsidR="006F7457" w:rsidRDefault="00332DB8">
            <w:r>
              <w:t>06.12.2021</w:t>
            </w:r>
          </w:p>
        </w:tc>
      </w:tr>
      <w:tr w:rsidR="006F7457">
        <w:tc>
          <w:tcPr>
            <w:tcW w:w="2880" w:type="dxa"/>
          </w:tcPr>
          <w:p w:rsidR="006F7457" w:rsidRDefault="00332DB8">
            <w:r>
              <w:t>5232.</w:t>
            </w:r>
          </w:p>
        </w:tc>
        <w:tc>
          <w:tcPr>
            <w:tcW w:w="2880" w:type="dxa"/>
          </w:tcPr>
          <w:p w:rsidR="006F7457" w:rsidRDefault="00332DB8">
            <w:r w:rsidRPr="00332DB8">
              <w:rPr>
                <w:lang w:val="ru-RU"/>
              </w:rPr>
              <w:t>Информационный материал - аудиофайл «(А)</w:t>
            </w:r>
            <w:r>
              <w:t>Jolly</w:t>
            </w:r>
            <w:r w:rsidRPr="00332DB8">
              <w:rPr>
                <w:lang w:val="ru-RU"/>
              </w:rPr>
              <w:t>(</w:t>
            </w:r>
            <w:r>
              <w:t>V</w:t>
            </w:r>
            <w:r w:rsidRPr="00332DB8">
              <w:rPr>
                <w:lang w:val="ru-RU"/>
              </w:rPr>
              <w:t>)</w:t>
            </w:r>
            <w:r>
              <w:t>Roger</w:t>
            </w:r>
            <w:r w:rsidRPr="00332DB8">
              <w:rPr>
                <w:lang w:val="ru-RU"/>
              </w:rPr>
              <w:t>(</w:t>
            </w:r>
            <w:r>
              <w:t>E</w:t>
            </w:r>
            <w:r w:rsidRPr="00332DB8">
              <w:rPr>
                <w:lang w:val="ru-RU"/>
              </w:rPr>
              <w:t xml:space="preserve">)-С.Л.О.Н.», начинающийся со слов «Все в углу теперь ты, мразь, … и заканчивающийся словами « … чик и ты уже на небесах», длительностью </w:t>
            </w:r>
            <w:r>
              <w:t>2 минуты 58 секунд (решение Козловского районного суда Чувашской Республики от 15.10.2021);</w:t>
            </w:r>
          </w:p>
        </w:tc>
        <w:tc>
          <w:tcPr>
            <w:tcW w:w="2880" w:type="dxa"/>
          </w:tcPr>
          <w:p w:rsidR="006F7457" w:rsidRDefault="00332DB8">
            <w:r>
              <w:t>06.12.2021</w:t>
            </w:r>
          </w:p>
        </w:tc>
      </w:tr>
      <w:tr w:rsidR="006F7457">
        <w:tc>
          <w:tcPr>
            <w:tcW w:w="2880" w:type="dxa"/>
          </w:tcPr>
          <w:p w:rsidR="006F7457" w:rsidRDefault="00332DB8">
            <w:r>
              <w:t>5233.</w:t>
            </w:r>
          </w:p>
        </w:tc>
        <w:tc>
          <w:tcPr>
            <w:tcW w:w="2880" w:type="dxa"/>
          </w:tcPr>
          <w:p w:rsidR="006F7457" w:rsidRPr="00332DB8" w:rsidRDefault="00332DB8">
            <w:pPr>
              <w:rPr>
                <w:lang w:val="ru-RU"/>
              </w:rPr>
            </w:pPr>
            <w:r w:rsidRPr="00332DB8">
              <w:rPr>
                <w:lang w:val="ru-RU"/>
              </w:rPr>
              <w:t>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(решение Центрального районного суда г. Красноярска от 27.07.2021);</w:t>
            </w:r>
          </w:p>
        </w:tc>
        <w:tc>
          <w:tcPr>
            <w:tcW w:w="2880" w:type="dxa"/>
          </w:tcPr>
          <w:p w:rsidR="006F7457" w:rsidRDefault="00332DB8">
            <w:r>
              <w:t>06.12.2021</w:t>
            </w:r>
          </w:p>
        </w:tc>
      </w:tr>
      <w:tr w:rsidR="006F7457">
        <w:tc>
          <w:tcPr>
            <w:tcW w:w="2880" w:type="dxa"/>
          </w:tcPr>
          <w:p w:rsidR="006F7457" w:rsidRDefault="00332DB8">
            <w:r>
              <w:t>5234.</w:t>
            </w:r>
          </w:p>
        </w:tc>
        <w:tc>
          <w:tcPr>
            <w:tcW w:w="2880" w:type="dxa"/>
          </w:tcPr>
          <w:p w:rsidR="006F7457" w:rsidRPr="00332DB8" w:rsidRDefault="00332DB8">
            <w:pPr>
              <w:rPr>
                <w:lang w:val="ru-RU"/>
              </w:rPr>
            </w:pPr>
            <w:r w:rsidRPr="00332DB8">
              <w:rPr>
                <w:lang w:val="ru-RU"/>
              </w:rPr>
              <w:t>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(решение Центрального районного суда г. Красноярска от 27.07.2021);</w:t>
            </w:r>
          </w:p>
        </w:tc>
        <w:tc>
          <w:tcPr>
            <w:tcW w:w="2880" w:type="dxa"/>
          </w:tcPr>
          <w:p w:rsidR="006F7457" w:rsidRDefault="00332DB8">
            <w:r>
              <w:t>06.12.2021</w:t>
            </w:r>
          </w:p>
        </w:tc>
      </w:tr>
      <w:tr w:rsidR="006F7457">
        <w:tc>
          <w:tcPr>
            <w:tcW w:w="2880" w:type="dxa"/>
          </w:tcPr>
          <w:p w:rsidR="006F7457" w:rsidRDefault="00332DB8">
            <w:r>
              <w:lastRenderedPageBreak/>
              <w:t>5235.</w:t>
            </w:r>
          </w:p>
        </w:tc>
        <w:tc>
          <w:tcPr>
            <w:tcW w:w="2880" w:type="dxa"/>
          </w:tcPr>
          <w:p w:rsidR="006F7457" w:rsidRPr="00332DB8" w:rsidRDefault="00332DB8">
            <w:pPr>
              <w:rPr>
                <w:lang w:val="ru-RU"/>
              </w:rPr>
            </w:pPr>
            <w:r w:rsidRPr="00332DB8">
              <w:rPr>
                <w:lang w:val="ru-RU"/>
              </w:rPr>
              <w:t>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(решение Центрального районного суда г. Красноярска от 27.07.2021);</w:t>
            </w:r>
          </w:p>
        </w:tc>
        <w:tc>
          <w:tcPr>
            <w:tcW w:w="2880" w:type="dxa"/>
          </w:tcPr>
          <w:p w:rsidR="006F7457" w:rsidRDefault="00332DB8">
            <w:r>
              <w:t>06.12.2021</w:t>
            </w:r>
          </w:p>
        </w:tc>
      </w:tr>
      <w:tr w:rsidR="006F7457">
        <w:tc>
          <w:tcPr>
            <w:tcW w:w="2880" w:type="dxa"/>
          </w:tcPr>
          <w:p w:rsidR="006F7457" w:rsidRDefault="00332DB8">
            <w:r>
              <w:t>5236.</w:t>
            </w:r>
          </w:p>
        </w:tc>
        <w:tc>
          <w:tcPr>
            <w:tcW w:w="2880" w:type="dxa"/>
          </w:tcPr>
          <w:p w:rsidR="006F7457" w:rsidRPr="00332DB8" w:rsidRDefault="00332DB8">
            <w:pPr>
              <w:rPr>
                <w:lang w:val="ru-RU"/>
              </w:rPr>
            </w:pPr>
            <w:r w:rsidRPr="00332DB8">
              <w:rPr>
                <w:lang w:val="ru-RU"/>
              </w:rPr>
              <w:t>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(решение Центрального районного суда г. Красноярска от 27.07.2021);</w:t>
            </w:r>
          </w:p>
        </w:tc>
        <w:tc>
          <w:tcPr>
            <w:tcW w:w="2880" w:type="dxa"/>
          </w:tcPr>
          <w:p w:rsidR="006F7457" w:rsidRDefault="00332DB8">
            <w:r>
              <w:t>06.12.2021</w:t>
            </w:r>
          </w:p>
        </w:tc>
      </w:tr>
      <w:tr w:rsidR="006F7457">
        <w:tc>
          <w:tcPr>
            <w:tcW w:w="2880" w:type="dxa"/>
          </w:tcPr>
          <w:p w:rsidR="006F7457" w:rsidRDefault="00332DB8">
            <w:r>
              <w:t>5237.</w:t>
            </w:r>
          </w:p>
        </w:tc>
        <w:tc>
          <w:tcPr>
            <w:tcW w:w="2880" w:type="dxa"/>
          </w:tcPr>
          <w:p w:rsidR="006F7457" w:rsidRPr="00332DB8" w:rsidRDefault="00332DB8">
            <w:pPr>
              <w:rPr>
                <w:lang w:val="ru-RU"/>
              </w:rPr>
            </w:pPr>
            <w:r w:rsidRPr="00332DB8">
              <w:rPr>
                <w:lang w:val="ru-RU"/>
              </w:rPr>
              <w:t>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(решение Центрального районного суда г. Красноярска от 27.07.2021);</w:t>
            </w:r>
          </w:p>
        </w:tc>
        <w:tc>
          <w:tcPr>
            <w:tcW w:w="2880" w:type="dxa"/>
          </w:tcPr>
          <w:p w:rsidR="006F7457" w:rsidRDefault="00332DB8">
            <w:r>
              <w:t>06.12.2021</w:t>
            </w:r>
          </w:p>
        </w:tc>
      </w:tr>
      <w:tr w:rsidR="006F7457">
        <w:tc>
          <w:tcPr>
            <w:tcW w:w="2880" w:type="dxa"/>
          </w:tcPr>
          <w:p w:rsidR="006F7457" w:rsidRDefault="00332DB8">
            <w:r>
              <w:t>5238.</w:t>
            </w:r>
          </w:p>
        </w:tc>
        <w:tc>
          <w:tcPr>
            <w:tcW w:w="2880" w:type="dxa"/>
          </w:tcPr>
          <w:p w:rsidR="006F7457" w:rsidRPr="00332DB8" w:rsidRDefault="00332DB8">
            <w:pPr>
              <w:rPr>
                <w:lang w:val="ru-RU"/>
              </w:rPr>
            </w:pPr>
            <w:r w:rsidRPr="00332DB8">
              <w:rPr>
                <w:lang w:val="ru-RU"/>
              </w:rPr>
              <w:t>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(решение Центрального районного суда г. Красноярска от 27.07.2021);</w:t>
            </w:r>
          </w:p>
        </w:tc>
        <w:tc>
          <w:tcPr>
            <w:tcW w:w="2880" w:type="dxa"/>
          </w:tcPr>
          <w:p w:rsidR="006F7457" w:rsidRDefault="00332DB8">
            <w:r>
              <w:t>06.12.2021</w:t>
            </w:r>
          </w:p>
        </w:tc>
      </w:tr>
      <w:tr w:rsidR="006F7457">
        <w:tc>
          <w:tcPr>
            <w:tcW w:w="2880" w:type="dxa"/>
          </w:tcPr>
          <w:p w:rsidR="006F7457" w:rsidRDefault="00332DB8">
            <w:r>
              <w:t>5239.</w:t>
            </w:r>
          </w:p>
        </w:tc>
        <w:tc>
          <w:tcPr>
            <w:tcW w:w="2880" w:type="dxa"/>
          </w:tcPr>
          <w:p w:rsidR="006F7457" w:rsidRPr="00332DB8" w:rsidRDefault="00332DB8">
            <w:pPr>
              <w:rPr>
                <w:lang w:val="ru-RU"/>
              </w:rPr>
            </w:pPr>
            <w:r w:rsidRPr="00332DB8">
              <w:rPr>
                <w:lang w:val="ru-RU"/>
              </w:rPr>
              <w:t>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(решение Центрального районного суда г. Красноярска от 27.07.2021);</w:t>
            </w:r>
          </w:p>
        </w:tc>
        <w:tc>
          <w:tcPr>
            <w:tcW w:w="2880" w:type="dxa"/>
          </w:tcPr>
          <w:p w:rsidR="006F7457" w:rsidRDefault="00332DB8">
            <w:r>
              <w:t>06.12.2021</w:t>
            </w:r>
          </w:p>
        </w:tc>
      </w:tr>
      <w:tr w:rsidR="006F7457">
        <w:tc>
          <w:tcPr>
            <w:tcW w:w="2880" w:type="dxa"/>
          </w:tcPr>
          <w:p w:rsidR="006F7457" w:rsidRDefault="00332DB8">
            <w:r>
              <w:t>524</w:t>
            </w:r>
            <w:r>
              <w:lastRenderedPageBreak/>
              <w:t>0.</w:t>
            </w:r>
          </w:p>
        </w:tc>
        <w:tc>
          <w:tcPr>
            <w:tcW w:w="2880" w:type="dxa"/>
          </w:tcPr>
          <w:p w:rsidR="006F7457" w:rsidRPr="00332DB8" w:rsidRDefault="00332DB8">
            <w:pPr>
              <w:rPr>
                <w:lang w:val="ru-RU"/>
              </w:rPr>
            </w:pPr>
            <w:r w:rsidRPr="00332DB8">
              <w:rPr>
                <w:lang w:val="ru-RU"/>
              </w:rPr>
              <w:lastRenderedPageBreak/>
              <w:t xml:space="preserve">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w:t>
            </w:r>
            <w:r w:rsidRPr="00332DB8">
              <w:rPr>
                <w:lang w:val="ru-RU"/>
              </w:rPr>
              <w:lastRenderedPageBreak/>
              <w:t>открытом доступе в сети «Интернет» (решение Центрального районного суда г. Красноярска от 27.07.2021);</w:t>
            </w:r>
          </w:p>
        </w:tc>
        <w:tc>
          <w:tcPr>
            <w:tcW w:w="2880" w:type="dxa"/>
          </w:tcPr>
          <w:p w:rsidR="006F7457" w:rsidRDefault="00332DB8">
            <w:r>
              <w:lastRenderedPageBreak/>
              <w:t>06.12.202</w:t>
            </w:r>
            <w:r>
              <w:lastRenderedPageBreak/>
              <w:t>1</w:t>
            </w:r>
          </w:p>
        </w:tc>
      </w:tr>
      <w:tr w:rsidR="006F7457">
        <w:tc>
          <w:tcPr>
            <w:tcW w:w="2880" w:type="dxa"/>
          </w:tcPr>
          <w:p w:rsidR="006F7457" w:rsidRDefault="00332DB8">
            <w:r>
              <w:lastRenderedPageBreak/>
              <w:t>5241.</w:t>
            </w:r>
          </w:p>
        </w:tc>
        <w:tc>
          <w:tcPr>
            <w:tcW w:w="2880" w:type="dxa"/>
          </w:tcPr>
          <w:p w:rsidR="006F7457" w:rsidRPr="00332DB8" w:rsidRDefault="00332DB8">
            <w:pPr>
              <w:rPr>
                <w:lang w:val="ru-RU"/>
              </w:rPr>
            </w:pPr>
            <w:r w:rsidRPr="00332DB8">
              <w:rPr>
                <w:lang w:val="ru-RU"/>
              </w:rPr>
              <w:t>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(решение Центрального районного суда г. Красноярска от 27.07.2021);</w:t>
            </w:r>
          </w:p>
        </w:tc>
        <w:tc>
          <w:tcPr>
            <w:tcW w:w="2880" w:type="dxa"/>
          </w:tcPr>
          <w:p w:rsidR="006F7457" w:rsidRDefault="00332DB8">
            <w:r>
              <w:t>06.12.2021</w:t>
            </w:r>
          </w:p>
        </w:tc>
      </w:tr>
      <w:tr w:rsidR="006F7457">
        <w:tc>
          <w:tcPr>
            <w:tcW w:w="2880" w:type="dxa"/>
          </w:tcPr>
          <w:p w:rsidR="006F7457" w:rsidRDefault="00332DB8">
            <w:r>
              <w:t>5242.</w:t>
            </w:r>
          </w:p>
        </w:tc>
        <w:tc>
          <w:tcPr>
            <w:tcW w:w="2880" w:type="dxa"/>
          </w:tcPr>
          <w:p w:rsidR="006F7457" w:rsidRPr="00332DB8" w:rsidRDefault="00332DB8">
            <w:pPr>
              <w:rPr>
                <w:lang w:val="ru-RU"/>
              </w:rPr>
            </w:pPr>
            <w:r w:rsidRPr="00332DB8">
              <w:rPr>
                <w:lang w:val="ru-RU"/>
              </w:rPr>
              <w:t>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(решение Центрального районного суда г. Красноярска от 27.07.2021);</w:t>
            </w:r>
          </w:p>
        </w:tc>
        <w:tc>
          <w:tcPr>
            <w:tcW w:w="2880" w:type="dxa"/>
          </w:tcPr>
          <w:p w:rsidR="006F7457" w:rsidRDefault="00332DB8">
            <w:r>
              <w:t>06.12.2021</w:t>
            </w:r>
          </w:p>
        </w:tc>
      </w:tr>
      <w:tr w:rsidR="006F7457">
        <w:tc>
          <w:tcPr>
            <w:tcW w:w="2880" w:type="dxa"/>
          </w:tcPr>
          <w:p w:rsidR="006F7457" w:rsidRDefault="00332DB8">
            <w:r>
              <w:t>5243.</w:t>
            </w:r>
          </w:p>
        </w:tc>
        <w:tc>
          <w:tcPr>
            <w:tcW w:w="2880" w:type="dxa"/>
          </w:tcPr>
          <w:p w:rsidR="006F7457" w:rsidRPr="00332DB8" w:rsidRDefault="00332DB8">
            <w:pPr>
              <w:rPr>
                <w:lang w:val="ru-RU"/>
              </w:rPr>
            </w:pPr>
            <w:r w:rsidRPr="00332DB8">
              <w:rPr>
                <w:lang w:val="ru-RU"/>
              </w:rPr>
              <w:t>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(решение Центрального районного суда г. Красноярска от 27.07.2021);</w:t>
            </w:r>
          </w:p>
        </w:tc>
        <w:tc>
          <w:tcPr>
            <w:tcW w:w="2880" w:type="dxa"/>
          </w:tcPr>
          <w:p w:rsidR="006F7457" w:rsidRDefault="00332DB8">
            <w:r>
              <w:t>06.12.2021</w:t>
            </w:r>
          </w:p>
        </w:tc>
      </w:tr>
      <w:tr w:rsidR="006F7457">
        <w:tc>
          <w:tcPr>
            <w:tcW w:w="2880" w:type="dxa"/>
          </w:tcPr>
          <w:p w:rsidR="006F7457" w:rsidRDefault="00332DB8">
            <w:r>
              <w:t>5244.</w:t>
            </w:r>
          </w:p>
        </w:tc>
        <w:tc>
          <w:tcPr>
            <w:tcW w:w="2880" w:type="dxa"/>
          </w:tcPr>
          <w:p w:rsidR="006F7457" w:rsidRPr="00332DB8" w:rsidRDefault="00332DB8">
            <w:pPr>
              <w:rPr>
                <w:lang w:val="ru-RU"/>
              </w:rPr>
            </w:pPr>
            <w:r w:rsidRPr="00332DB8">
              <w:rPr>
                <w:lang w:val="ru-RU"/>
              </w:rPr>
              <w:t>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tc>
        <w:tc>
          <w:tcPr>
            <w:tcW w:w="2880" w:type="dxa"/>
          </w:tcPr>
          <w:p w:rsidR="006F7457" w:rsidRDefault="00332DB8">
            <w:r>
              <w:t>06.12.2021</w:t>
            </w:r>
          </w:p>
        </w:tc>
      </w:tr>
      <w:tr w:rsidR="006F7457">
        <w:tc>
          <w:tcPr>
            <w:tcW w:w="2880" w:type="dxa"/>
          </w:tcPr>
          <w:p w:rsidR="006F7457" w:rsidRDefault="00332DB8">
            <w:r>
              <w:t>5245.</w:t>
            </w:r>
          </w:p>
        </w:tc>
        <w:tc>
          <w:tcPr>
            <w:tcW w:w="2880" w:type="dxa"/>
          </w:tcPr>
          <w:p w:rsidR="006F7457" w:rsidRPr="00332DB8" w:rsidRDefault="00332DB8">
            <w:pPr>
              <w:rPr>
                <w:lang w:val="ru-RU"/>
              </w:rPr>
            </w:pPr>
            <w:r w:rsidRPr="00332DB8">
              <w:rPr>
                <w:lang w:val="ru-RU"/>
              </w:rPr>
              <w:t>Видеозапись под названием «</w:t>
            </w:r>
            <w:r>
              <w:t>Battlefield</w:t>
            </w:r>
            <w:r w:rsidRPr="00332DB8">
              <w:rPr>
                <w:lang w:val="ru-RU"/>
              </w:rPr>
              <w:t xml:space="preserve">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w:t>
            </w:r>
            <w:r w:rsidRPr="00332DB8">
              <w:rPr>
                <w:lang w:val="ru-RU"/>
              </w:rPr>
              <w:lastRenderedPageBreak/>
              <w:t>Бушу младшему…» и заканчивающимся словами «…грязные танцы» (решение Горно-Алтайского городского суда Республики Алтай от 19.10.2021);</w:t>
            </w:r>
          </w:p>
        </w:tc>
        <w:tc>
          <w:tcPr>
            <w:tcW w:w="2880" w:type="dxa"/>
          </w:tcPr>
          <w:p w:rsidR="006F7457" w:rsidRDefault="00332DB8">
            <w:r>
              <w:lastRenderedPageBreak/>
              <w:t>06.12.2021</w:t>
            </w:r>
          </w:p>
        </w:tc>
      </w:tr>
      <w:tr w:rsidR="006F7457">
        <w:tc>
          <w:tcPr>
            <w:tcW w:w="2880" w:type="dxa"/>
          </w:tcPr>
          <w:p w:rsidR="006F7457" w:rsidRDefault="00332DB8">
            <w:r>
              <w:lastRenderedPageBreak/>
              <w:t>5246.</w:t>
            </w:r>
          </w:p>
        </w:tc>
        <w:tc>
          <w:tcPr>
            <w:tcW w:w="2880" w:type="dxa"/>
          </w:tcPr>
          <w:p w:rsidR="006F7457" w:rsidRPr="00332DB8" w:rsidRDefault="00332DB8">
            <w:pPr>
              <w:rPr>
                <w:lang w:val="ru-RU"/>
              </w:rPr>
            </w:pPr>
            <w:r w:rsidRPr="00332DB8">
              <w:rPr>
                <w:lang w:val="ru-RU"/>
              </w:rPr>
              <w:t>Книга автора Алексея Ледяева «Новый мировой порядок/</w:t>
            </w:r>
            <w:r>
              <w:t>New</w:t>
            </w:r>
            <w:r w:rsidRPr="00332DB8">
              <w:rPr>
                <w:lang w:val="ru-RU"/>
              </w:rPr>
              <w:t xml:space="preserve"> </w:t>
            </w:r>
            <w:r>
              <w:t>Word</w:t>
            </w:r>
            <w:r w:rsidRPr="00332DB8">
              <w:rPr>
                <w:lang w:val="ru-RU"/>
              </w:rPr>
              <w:t xml:space="preserve"> </w:t>
            </w:r>
            <w:r>
              <w:t>Order</w:t>
            </w:r>
            <w:r w:rsidRPr="00332DB8">
              <w:rPr>
                <w:lang w:val="ru-RU"/>
              </w:rPr>
              <w:t xml:space="preserve">», авторского издательства </w:t>
            </w:r>
            <w:r>
              <w:t>ISBN</w:t>
            </w:r>
            <w:r w:rsidRPr="00332DB8">
              <w:rPr>
                <w:lang w:val="ru-RU"/>
              </w:rPr>
              <w:t xml:space="preserve"> 9984-9380-5-0, 2002 года издания на 44 листах (решение Центрального районного суда г. Кемерово от 02.08.2021);</w:t>
            </w:r>
          </w:p>
        </w:tc>
        <w:tc>
          <w:tcPr>
            <w:tcW w:w="2880" w:type="dxa"/>
          </w:tcPr>
          <w:p w:rsidR="006F7457" w:rsidRDefault="00332DB8">
            <w:r>
              <w:t>27.12.2021</w:t>
            </w:r>
          </w:p>
        </w:tc>
      </w:tr>
      <w:tr w:rsidR="006F7457">
        <w:tc>
          <w:tcPr>
            <w:tcW w:w="2880" w:type="dxa"/>
          </w:tcPr>
          <w:p w:rsidR="006F7457" w:rsidRDefault="00332DB8">
            <w:r>
              <w:t>5247.</w:t>
            </w:r>
          </w:p>
        </w:tc>
        <w:tc>
          <w:tcPr>
            <w:tcW w:w="2880" w:type="dxa"/>
          </w:tcPr>
          <w:p w:rsidR="006F7457" w:rsidRPr="00332DB8" w:rsidRDefault="00332DB8">
            <w:pPr>
              <w:rPr>
                <w:lang w:val="ru-RU"/>
              </w:rPr>
            </w:pPr>
            <w:r w:rsidRPr="00332DB8">
              <w:rPr>
                <w:lang w:val="ru-RU"/>
              </w:rPr>
              <w:t>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суда Республики Адыгея от 19.08.2021);</w:t>
            </w:r>
          </w:p>
        </w:tc>
        <w:tc>
          <w:tcPr>
            <w:tcW w:w="2880" w:type="dxa"/>
          </w:tcPr>
          <w:p w:rsidR="006F7457" w:rsidRDefault="00332DB8">
            <w:r>
              <w:t>27.12.2021</w:t>
            </w:r>
          </w:p>
        </w:tc>
      </w:tr>
      <w:tr w:rsidR="006F7457">
        <w:tc>
          <w:tcPr>
            <w:tcW w:w="2880" w:type="dxa"/>
          </w:tcPr>
          <w:p w:rsidR="006F7457" w:rsidRDefault="00332DB8">
            <w:r>
              <w:t>5248.</w:t>
            </w:r>
          </w:p>
        </w:tc>
        <w:tc>
          <w:tcPr>
            <w:tcW w:w="2880" w:type="dxa"/>
          </w:tcPr>
          <w:p w:rsidR="006F7457" w:rsidRPr="00332DB8" w:rsidRDefault="00332DB8">
            <w:pPr>
              <w:rPr>
                <w:lang w:val="ru-RU"/>
              </w:rPr>
            </w:pPr>
            <w:r w:rsidRPr="00332DB8">
              <w:rPr>
                <w:lang w:val="ru-RU"/>
              </w:rPr>
              <w:t>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tc>
        <w:tc>
          <w:tcPr>
            <w:tcW w:w="2880" w:type="dxa"/>
          </w:tcPr>
          <w:p w:rsidR="006F7457" w:rsidRDefault="00332DB8">
            <w:r>
              <w:t>27.12.2021</w:t>
            </w:r>
          </w:p>
        </w:tc>
      </w:tr>
      <w:tr w:rsidR="006F7457">
        <w:tc>
          <w:tcPr>
            <w:tcW w:w="2880" w:type="dxa"/>
          </w:tcPr>
          <w:p w:rsidR="006F7457" w:rsidRDefault="00332DB8">
            <w:r>
              <w:t>5249.</w:t>
            </w:r>
          </w:p>
        </w:tc>
        <w:tc>
          <w:tcPr>
            <w:tcW w:w="2880" w:type="dxa"/>
          </w:tcPr>
          <w:p w:rsidR="006F7457" w:rsidRPr="00332DB8" w:rsidRDefault="00332DB8">
            <w:pPr>
              <w:rPr>
                <w:lang w:val="ru-RU"/>
              </w:rPr>
            </w:pPr>
            <w:r w:rsidRPr="00332DB8">
              <w:rPr>
                <w:lang w:val="ru-RU"/>
              </w:rPr>
              <w:t xml:space="preserve">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w:t>
            </w:r>
            <w:r w:rsidRPr="00332DB8">
              <w:rPr>
                <w:lang w:val="ru-RU"/>
              </w:rPr>
              <w:lastRenderedPageBreak/>
              <w:t>(решение Багаевского районного суда Ростовской области от 07.09.2021);</w:t>
            </w:r>
          </w:p>
        </w:tc>
        <w:tc>
          <w:tcPr>
            <w:tcW w:w="2880" w:type="dxa"/>
          </w:tcPr>
          <w:p w:rsidR="006F7457" w:rsidRDefault="00332DB8">
            <w:r>
              <w:lastRenderedPageBreak/>
              <w:t>27.12.2021</w:t>
            </w:r>
          </w:p>
        </w:tc>
      </w:tr>
      <w:tr w:rsidR="006F7457">
        <w:tc>
          <w:tcPr>
            <w:tcW w:w="2880" w:type="dxa"/>
          </w:tcPr>
          <w:p w:rsidR="006F7457" w:rsidRDefault="00332DB8">
            <w:r>
              <w:lastRenderedPageBreak/>
              <w:t>5250.</w:t>
            </w:r>
          </w:p>
        </w:tc>
        <w:tc>
          <w:tcPr>
            <w:tcW w:w="2880" w:type="dxa"/>
          </w:tcPr>
          <w:p w:rsidR="006F7457" w:rsidRPr="00332DB8" w:rsidRDefault="00332DB8">
            <w:pPr>
              <w:rPr>
                <w:lang w:val="ru-RU"/>
              </w:rPr>
            </w:pPr>
            <w:r w:rsidRPr="00332DB8">
              <w:rPr>
                <w:lang w:val="ru-RU"/>
              </w:rPr>
              <w:t>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tc>
        <w:tc>
          <w:tcPr>
            <w:tcW w:w="2880" w:type="dxa"/>
          </w:tcPr>
          <w:p w:rsidR="006F7457" w:rsidRDefault="00332DB8">
            <w:r>
              <w:t>27.12.2021</w:t>
            </w:r>
          </w:p>
        </w:tc>
      </w:tr>
      <w:tr w:rsidR="006F7457">
        <w:tc>
          <w:tcPr>
            <w:tcW w:w="2880" w:type="dxa"/>
          </w:tcPr>
          <w:p w:rsidR="006F7457" w:rsidRDefault="00332DB8">
            <w:r>
              <w:t>5251.</w:t>
            </w:r>
          </w:p>
        </w:tc>
        <w:tc>
          <w:tcPr>
            <w:tcW w:w="2880" w:type="dxa"/>
          </w:tcPr>
          <w:p w:rsidR="006F7457" w:rsidRPr="00332DB8" w:rsidRDefault="00332DB8">
            <w:pPr>
              <w:rPr>
                <w:lang w:val="ru-RU"/>
              </w:rPr>
            </w:pPr>
            <w:r w:rsidRPr="00332DB8">
              <w:rPr>
                <w:lang w:val="ru-RU"/>
              </w:rPr>
              <w:t>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tc>
        <w:tc>
          <w:tcPr>
            <w:tcW w:w="2880" w:type="dxa"/>
          </w:tcPr>
          <w:p w:rsidR="006F7457" w:rsidRDefault="00332DB8">
            <w:r>
              <w:t>27.12.2021</w:t>
            </w:r>
          </w:p>
        </w:tc>
      </w:tr>
      <w:tr w:rsidR="006F7457">
        <w:tc>
          <w:tcPr>
            <w:tcW w:w="2880" w:type="dxa"/>
          </w:tcPr>
          <w:p w:rsidR="006F7457" w:rsidRDefault="00332DB8">
            <w:r>
              <w:t>5252.</w:t>
            </w:r>
          </w:p>
        </w:tc>
        <w:tc>
          <w:tcPr>
            <w:tcW w:w="2880" w:type="dxa"/>
          </w:tcPr>
          <w:p w:rsidR="006F7457" w:rsidRPr="00332DB8" w:rsidRDefault="00332DB8">
            <w:pPr>
              <w:rPr>
                <w:lang w:val="ru-RU"/>
              </w:rPr>
            </w:pPr>
            <w:r w:rsidRPr="00332DB8">
              <w:rPr>
                <w:lang w:val="ru-RU"/>
              </w:rPr>
              <w:t>Электронная книга «Озарение» (изд.декабрь 2019 г., авторы «Абу Мансур Руси», «Абу Ахмад Дагестани») (решение Таганского районного суда г. Москвы от 29.06.2021);</w:t>
            </w:r>
          </w:p>
        </w:tc>
        <w:tc>
          <w:tcPr>
            <w:tcW w:w="2880" w:type="dxa"/>
          </w:tcPr>
          <w:p w:rsidR="006F7457" w:rsidRDefault="00332DB8">
            <w:r>
              <w:t>27.12.2021</w:t>
            </w:r>
          </w:p>
        </w:tc>
      </w:tr>
      <w:tr w:rsidR="006F7457">
        <w:tc>
          <w:tcPr>
            <w:tcW w:w="2880" w:type="dxa"/>
          </w:tcPr>
          <w:p w:rsidR="006F7457" w:rsidRDefault="00332DB8">
            <w:r>
              <w:t>5253.</w:t>
            </w:r>
          </w:p>
        </w:tc>
        <w:tc>
          <w:tcPr>
            <w:tcW w:w="2880" w:type="dxa"/>
          </w:tcPr>
          <w:p w:rsidR="006F7457" w:rsidRPr="00332DB8" w:rsidRDefault="00332DB8">
            <w:pPr>
              <w:rPr>
                <w:lang w:val="ru-RU"/>
              </w:rPr>
            </w:pPr>
            <w:r w:rsidRPr="00332DB8">
              <w:rPr>
                <w:lang w:val="ru-RU"/>
              </w:rPr>
              <w:t>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tc>
        <w:tc>
          <w:tcPr>
            <w:tcW w:w="2880" w:type="dxa"/>
          </w:tcPr>
          <w:p w:rsidR="006F7457" w:rsidRDefault="00332DB8">
            <w:r>
              <w:t>27.12.2021</w:t>
            </w:r>
          </w:p>
        </w:tc>
      </w:tr>
      <w:tr w:rsidR="006F7457">
        <w:tc>
          <w:tcPr>
            <w:tcW w:w="2880" w:type="dxa"/>
          </w:tcPr>
          <w:p w:rsidR="006F7457" w:rsidRDefault="00332DB8">
            <w:r>
              <w:t>525</w:t>
            </w:r>
            <w:r>
              <w:lastRenderedPageBreak/>
              <w:t>4.</w:t>
            </w:r>
          </w:p>
        </w:tc>
        <w:tc>
          <w:tcPr>
            <w:tcW w:w="2880" w:type="dxa"/>
          </w:tcPr>
          <w:p w:rsidR="006F7457" w:rsidRPr="00332DB8" w:rsidRDefault="00332DB8">
            <w:pPr>
              <w:rPr>
                <w:lang w:val="ru-RU"/>
              </w:rPr>
            </w:pPr>
            <w:r w:rsidRPr="00332DB8">
              <w:rPr>
                <w:lang w:val="ru-RU"/>
              </w:rPr>
              <w:lastRenderedPageBreak/>
              <w:t>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tc>
        <w:tc>
          <w:tcPr>
            <w:tcW w:w="2880" w:type="dxa"/>
          </w:tcPr>
          <w:p w:rsidR="006F7457" w:rsidRDefault="00332DB8">
            <w:r>
              <w:t>12.01.202</w:t>
            </w:r>
            <w:r>
              <w:lastRenderedPageBreak/>
              <w:t>2</w:t>
            </w:r>
          </w:p>
        </w:tc>
      </w:tr>
      <w:tr w:rsidR="006F7457">
        <w:tc>
          <w:tcPr>
            <w:tcW w:w="2880" w:type="dxa"/>
          </w:tcPr>
          <w:p w:rsidR="006F7457" w:rsidRDefault="00332DB8">
            <w:r>
              <w:lastRenderedPageBreak/>
              <w:t>5255.</w:t>
            </w:r>
          </w:p>
        </w:tc>
        <w:tc>
          <w:tcPr>
            <w:tcW w:w="2880" w:type="dxa"/>
          </w:tcPr>
          <w:p w:rsidR="006F7457" w:rsidRDefault="00332DB8">
            <w:r w:rsidRPr="00332DB8">
              <w:rPr>
                <w:lang w:val="ru-RU"/>
              </w:rPr>
              <w:t>Аудиозапись под названием «Честный Жизнь ворам» (другие названия «Жизнь ворам, а не мусорам», «</w:t>
            </w:r>
            <w:r>
              <w:t>SELETSKIY</w:t>
            </w:r>
            <w:r w:rsidRPr="00332DB8">
              <w:rPr>
                <w:lang w:val="ru-RU"/>
              </w:rPr>
              <w:t xml:space="preserve"> </w:t>
            </w:r>
            <w:r>
              <w:t>PRODACTION</w:t>
            </w:r>
            <w:r w:rsidRPr="00332DB8">
              <w:rPr>
                <w:lang w:val="ru-RU"/>
              </w:rPr>
              <w:t xml:space="preserve"> Честный – Жизнь ворам», «Честный ЖИЗНЬ ВОРАМ, А НЕ МУСОРАМ») продолжительностью </w:t>
            </w:r>
            <w:r>
              <w:t>02 минуты 06 секунд (решение Ленинского районного суда г. Ульяновска от 22.10.2021);</w:t>
            </w:r>
          </w:p>
        </w:tc>
        <w:tc>
          <w:tcPr>
            <w:tcW w:w="2880" w:type="dxa"/>
          </w:tcPr>
          <w:p w:rsidR="006F7457" w:rsidRDefault="00332DB8">
            <w:r>
              <w:t>12.01.2022</w:t>
            </w:r>
          </w:p>
        </w:tc>
      </w:tr>
      <w:tr w:rsidR="006F7457">
        <w:tc>
          <w:tcPr>
            <w:tcW w:w="2880" w:type="dxa"/>
          </w:tcPr>
          <w:p w:rsidR="006F7457" w:rsidRDefault="00332DB8">
            <w:r>
              <w:t>5256.</w:t>
            </w:r>
          </w:p>
        </w:tc>
        <w:tc>
          <w:tcPr>
            <w:tcW w:w="2880" w:type="dxa"/>
          </w:tcPr>
          <w:p w:rsidR="006F7457" w:rsidRPr="00332DB8" w:rsidRDefault="00332DB8">
            <w:pPr>
              <w:rPr>
                <w:lang w:val="ru-RU"/>
              </w:rPr>
            </w:pPr>
            <w:r w:rsidRPr="00332DB8">
              <w:rPr>
                <w:lang w:val="ru-RU"/>
              </w:rPr>
              <w:t>Приложение «</w:t>
            </w:r>
            <w:r>
              <w:t>JW</w:t>
            </w:r>
            <w:r w:rsidRPr="00332DB8">
              <w:rPr>
                <w:lang w:val="ru-RU"/>
              </w:rPr>
              <w:t xml:space="preserve"> </w:t>
            </w:r>
            <w:r>
              <w:t>Library</w:t>
            </w:r>
            <w:r w:rsidRPr="00332DB8">
              <w:rPr>
                <w:lang w:val="ru-RU"/>
              </w:rPr>
              <w:t>»,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(решение Октябрьского районного суда Санкт-Петербурга от 31.03.2021, апелляционное определение судебной коллегии по административным делам Санкт-Петербургского городского суда от 27.09.2021 и кассационное определение судебной коллегии по административным делам Третьего кассационного суда общей юрисдикции от 20.04.2022);</w:t>
            </w:r>
          </w:p>
        </w:tc>
        <w:tc>
          <w:tcPr>
            <w:tcW w:w="2880" w:type="dxa"/>
          </w:tcPr>
          <w:p w:rsidR="006F7457" w:rsidRDefault="00332DB8">
            <w:r>
              <w:t>12.01.2022</w:t>
            </w:r>
          </w:p>
        </w:tc>
      </w:tr>
      <w:tr w:rsidR="006F7457">
        <w:tc>
          <w:tcPr>
            <w:tcW w:w="2880" w:type="dxa"/>
          </w:tcPr>
          <w:p w:rsidR="006F7457" w:rsidRDefault="00332DB8">
            <w:r>
              <w:t>5257.</w:t>
            </w:r>
          </w:p>
        </w:tc>
        <w:tc>
          <w:tcPr>
            <w:tcW w:w="2880" w:type="dxa"/>
          </w:tcPr>
          <w:p w:rsidR="006F7457" w:rsidRDefault="00332DB8">
            <w:r w:rsidRPr="00332DB8">
              <w:rPr>
                <w:lang w:val="ru-RU"/>
              </w:rPr>
              <w:t xml:space="preserve">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w:t>
            </w:r>
            <w:r>
              <w:t>(решение Клинского городского суда Московской области от 11.11.2021);</w:t>
            </w:r>
          </w:p>
        </w:tc>
        <w:tc>
          <w:tcPr>
            <w:tcW w:w="2880" w:type="dxa"/>
          </w:tcPr>
          <w:p w:rsidR="006F7457" w:rsidRDefault="00332DB8">
            <w:r>
              <w:t>08.02.2022</w:t>
            </w:r>
          </w:p>
        </w:tc>
      </w:tr>
      <w:tr w:rsidR="006F7457">
        <w:tc>
          <w:tcPr>
            <w:tcW w:w="2880" w:type="dxa"/>
          </w:tcPr>
          <w:p w:rsidR="006F7457" w:rsidRDefault="00332DB8">
            <w:r>
              <w:t>5258.</w:t>
            </w:r>
          </w:p>
        </w:tc>
        <w:tc>
          <w:tcPr>
            <w:tcW w:w="2880" w:type="dxa"/>
          </w:tcPr>
          <w:p w:rsidR="006F7457" w:rsidRDefault="00332DB8">
            <w:r w:rsidRPr="00332DB8">
              <w:rPr>
                <w:lang w:val="ru-RU"/>
              </w:rPr>
              <w:t xml:space="preserve">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w:t>
            </w:r>
            <w:r>
              <w:t>(решение Дзержинского районного суда г. Волгограда от 17.11.2021);</w:t>
            </w:r>
          </w:p>
        </w:tc>
        <w:tc>
          <w:tcPr>
            <w:tcW w:w="2880" w:type="dxa"/>
          </w:tcPr>
          <w:p w:rsidR="006F7457" w:rsidRDefault="00332DB8">
            <w:r>
              <w:t>08.02.2022</w:t>
            </w:r>
          </w:p>
        </w:tc>
      </w:tr>
      <w:tr w:rsidR="006F7457">
        <w:tc>
          <w:tcPr>
            <w:tcW w:w="2880" w:type="dxa"/>
          </w:tcPr>
          <w:p w:rsidR="006F7457" w:rsidRDefault="00332DB8">
            <w:r>
              <w:t>525</w:t>
            </w:r>
            <w:r>
              <w:lastRenderedPageBreak/>
              <w:t>9.</w:t>
            </w:r>
          </w:p>
        </w:tc>
        <w:tc>
          <w:tcPr>
            <w:tcW w:w="2880" w:type="dxa"/>
          </w:tcPr>
          <w:p w:rsidR="006F7457" w:rsidRPr="00332DB8" w:rsidRDefault="00332DB8">
            <w:pPr>
              <w:rPr>
                <w:lang w:val="ru-RU"/>
              </w:rPr>
            </w:pPr>
            <w:r w:rsidRPr="00332DB8">
              <w:rPr>
                <w:lang w:val="ru-RU"/>
              </w:rPr>
              <w:lastRenderedPageBreak/>
              <w:t xml:space="preserve">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w:t>
            </w:r>
            <w:r w:rsidRPr="00332DB8">
              <w:rPr>
                <w:lang w:val="ru-RU"/>
              </w:rPr>
              <w:lastRenderedPageBreak/>
              <w:t>нее, жить без нее, жить без нее, жить без нее, жить без нее» (решение Железнодорожного районного суда г. Пензы от 25.11.2021);</w:t>
            </w:r>
          </w:p>
        </w:tc>
        <w:tc>
          <w:tcPr>
            <w:tcW w:w="2880" w:type="dxa"/>
          </w:tcPr>
          <w:p w:rsidR="006F7457" w:rsidRDefault="00332DB8">
            <w:r>
              <w:lastRenderedPageBreak/>
              <w:t>08.02.202</w:t>
            </w:r>
            <w:r>
              <w:lastRenderedPageBreak/>
              <w:t>2</w:t>
            </w:r>
          </w:p>
        </w:tc>
      </w:tr>
      <w:tr w:rsidR="006F7457">
        <w:tc>
          <w:tcPr>
            <w:tcW w:w="2880" w:type="dxa"/>
          </w:tcPr>
          <w:p w:rsidR="006F7457" w:rsidRDefault="00332DB8">
            <w:r>
              <w:lastRenderedPageBreak/>
              <w:t>5260.</w:t>
            </w:r>
          </w:p>
        </w:tc>
        <w:tc>
          <w:tcPr>
            <w:tcW w:w="2880" w:type="dxa"/>
          </w:tcPr>
          <w:p w:rsidR="006F7457" w:rsidRPr="00332DB8" w:rsidRDefault="00332DB8">
            <w:pPr>
              <w:rPr>
                <w:lang w:val="ru-RU"/>
              </w:rPr>
            </w:pPr>
            <w:r w:rsidRPr="00332DB8">
              <w:rPr>
                <w:lang w:val="ru-RU"/>
              </w:rPr>
              <w:t>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tc>
        <w:tc>
          <w:tcPr>
            <w:tcW w:w="2880" w:type="dxa"/>
          </w:tcPr>
          <w:p w:rsidR="006F7457" w:rsidRDefault="00332DB8">
            <w:r>
              <w:t>02.03.2022</w:t>
            </w:r>
          </w:p>
        </w:tc>
      </w:tr>
      <w:tr w:rsidR="006F7457">
        <w:tc>
          <w:tcPr>
            <w:tcW w:w="2880" w:type="dxa"/>
          </w:tcPr>
          <w:p w:rsidR="006F7457" w:rsidRDefault="00332DB8">
            <w:r>
              <w:t>5261.</w:t>
            </w:r>
          </w:p>
        </w:tc>
        <w:tc>
          <w:tcPr>
            <w:tcW w:w="2880" w:type="dxa"/>
          </w:tcPr>
          <w:p w:rsidR="006F7457" w:rsidRPr="00332DB8" w:rsidRDefault="00332DB8">
            <w:pPr>
              <w:rPr>
                <w:lang w:val="ru-RU"/>
              </w:rPr>
            </w:pPr>
            <w:r w:rsidRPr="00332DB8">
              <w:rPr>
                <w:lang w:val="ru-RU"/>
              </w:rPr>
              <w:t>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tc>
        <w:tc>
          <w:tcPr>
            <w:tcW w:w="2880" w:type="dxa"/>
          </w:tcPr>
          <w:p w:rsidR="006F7457" w:rsidRDefault="00332DB8">
            <w:r>
              <w:t>02.03.2022</w:t>
            </w:r>
          </w:p>
        </w:tc>
      </w:tr>
      <w:tr w:rsidR="006F7457">
        <w:tc>
          <w:tcPr>
            <w:tcW w:w="2880" w:type="dxa"/>
          </w:tcPr>
          <w:p w:rsidR="006F7457" w:rsidRDefault="00332DB8">
            <w:r>
              <w:t>5262.</w:t>
            </w:r>
          </w:p>
        </w:tc>
        <w:tc>
          <w:tcPr>
            <w:tcW w:w="2880" w:type="dxa"/>
          </w:tcPr>
          <w:p w:rsidR="006F7457" w:rsidRPr="00332DB8" w:rsidRDefault="00332DB8">
            <w:pPr>
              <w:rPr>
                <w:lang w:val="ru-RU"/>
              </w:rPr>
            </w:pPr>
            <w:r w:rsidRPr="00332DB8">
              <w:rPr>
                <w:lang w:val="ru-RU"/>
              </w:rPr>
              <w:t>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tc>
        <w:tc>
          <w:tcPr>
            <w:tcW w:w="2880" w:type="dxa"/>
          </w:tcPr>
          <w:p w:rsidR="006F7457" w:rsidRDefault="00332DB8">
            <w:r>
              <w:t>02.03.2022</w:t>
            </w:r>
          </w:p>
        </w:tc>
      </w:tr>
      <w:tr w:rsidR="006F7457">
        <w:tc>
          <w:tcPr>
            <w:tcW w:w="2880" w:type="dxa"/>
          </w:tcPr>
          <w:p w:rsidR="006F7457" w:rsidRDefault="00332DB8">
            <w:r>
              <w:t>5263.</w:t>
            </w:r>
          </w:p>
        </w:tc>
        <w:tc>
          <w:tcPr>
            <w:tcW w:w="2880" w:type="dxa"/>
          </w:tcPr>
          <w:p w:rsidR="006F7457" w:rsidRDefault="00332DB8">
            <w:r w:rsidRPr="00332DB8">
              <w:rPr>
                <w:lang w:val="ru-RU"/>
              </w:rPr>
              <w:t xml:space="preserve">Музыкальная композиция под названием «Бэзил – Мочи», начинающаяся словами «Беда не Россия….», заканчивающаяся словами «…Мочи!», продолжительностью </w:t>
            </w:r>
            <w:r>
              <w:t>1 минута 42 секунды (решение Дзержинского районного суда гор. Волгограда от 27.12.2021);</w:t>
            </w:r>
          </w:p>
        </w:tc>
        <w:tc>
          <w:tcPr>
            <w:tcW w:w="2880" w:type="dxa"/>
          </w:tcPr>
          <w:p w:rsidR="006F7457" w:rsidRDefault="00332DB8">
            <w:r>
              <w:t>02.03.2022</w:t>
            </w:r>
          </w:p>
        </w:tc>
      </w:tr>
      <w:tr w:rsidR="006F7457">
        <w:tc>
          <w:tcPr>
            <w:tcW w:w="2880" w:type="dxa"/>
          </w:tcPr>
          <w:p w:rsidR="006F7457" w:rsidRDefault="00332DB8">
            <w:r>
              <w:t>5264.</w:t>
            </w:r>
          </w:p>
        </w:tc>
        <w:tc>
          <w:tcPr>
            <w:tcW w:w="2880" w:type="dxa"/>
          </w:tcPr>
          <w:p w:rsidR="006F7457" w:rsidRPr="00332DB8" w:rsidRDefault="00332DB8">
            <w:pPr>
              <w:rPr>
                <w:lang w:val="ru-RU"/>
              </w:rPr>
            </w:pPr>
            <w:r w:rsidRPr="00332DB8">
              <w:rPr>
                <w:lang w:val="ru-RU"/>
              </w:rPr>
              <w:t xml:space="preserve">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w:t>
            </w:r>
            <w:r w:rsidRPr="00332DB8">
              <w:rPr>
                <w:lang w:val="ru-RU"/>
              </w:rPr>
              <w:lastRenderedPageBreak/>
              <w:t>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районного суда Новгородской области от 29.12.2021);</w:t>
            </w:r>
          </w:p>
        </w:tc>
        <w:tc>
          <w:tcPr>
            <w:tcW w:w="2880" w:type="dxa"/>
          </w:tcPr>
          <w:p w:rsidR="006F7457" w:rsidRDefault="00332DB8">
            <w:r>
              <w:lastRenderedPageBreak/>
              <w:t>02.03.2022</w:t>
            </w:r>
          </w:p>
        </w:tc>
      </w:tr>
      <w:tr w:rsidR="006F7457">
        <w:tc>
          <w:tcPr>
            <w:tcW w:w="2880" w:type="dxa"/>
          </w:tcPr>
          <w:p w:rsidR="006F7457" w:rsidRDefault="00332DB8">
            <w:r>
              <w:lastRenderedPageBreak/>
              <w:t>5265.</w:t>
            </w:r>
          </w:p>
        </w:tc>
        <w:tc>
          <w:tcPr>
            <w:tcW w:w="2880" w:type="dxa"/>
          </w:tcPr>
          <w:p w:rsidR="006F7457" w:rsidRPr="00332DB8" w:rsidRDefault="00332DB8">
            <w:pPr>
              <w:rPr>
                <w:lang w:val="ru-RU"/>
              </w:rPr>
            </w:pPr>
            <w:r w:rsidRPr="00332DB8">
              <w:rPr>
                <w:lang w:val="ru-RU"/>
              </w:rPr>
              <w:t>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tc>
        <w:tc>
          <w:tcPr>
            <w:tcW w:w="2880" w:type="dxa"/>
          </w:tcPr>
          <w:p w:rsidR="006F7457" w:rsidRDefault="00332DB8">
            <w:r>
              <w:t>02.03.2022</w:t>
            </w:r>
          </w:p>
        </w:tc>
      </w:tr>
      <w:tr w:rsidR="006F7457">
        <w:tc>
          <w:tcPr>
            <w:tcW w:w="2880" w:type="dxa"/>
          </w:tcPr>
          <w:p w:rsidR="006F7457" w:rsidRDefault="00332DB8">
            <w:r>
              <w:t>5266.</w:t>
            </w:r>
          </w:p>
        </w:tc>
        <w:tc>
          <w:tcPr>
            <w:tcW w:w="2880" w:type="dxa"/>
          </w:tcPr>
          <w:p w:rsidR="006F7457" w:rsidRDefault="00332DB8">
            <w:r w:rsidRPr="00332DB8">
              <w:rPr>
                <w:lang w:val="ru-RU"/>
              </w:rPr>
              <w:t xml:space="preserve">Видеоролик под наименованием «Судья Грэмм (1 серия)», продолжительностью </w:t>
            </w:r>
            <w:r>
              <w:t>6 минут (решение Набережночелнинского городского суда Республики Татарстан от 28.12.2021);</w:t>
            </w:r>
          </w:p>
        </w:tc>
        <w:tc>
          <w:tcPr>
            <w:tcW w:w="2880" w:type="dxa"/>
          </w:tcPr>
          <w:p w:rsidR="006F7457" w:rsidRDefault="00332DB8">
            <w:r>
              <w:t>02.03.2022</w:t>
            </w:r>
          </w:p>
        </w:tc>
      </w:tr>
      <w:tr w:rsidR="006F7457">
        <w:tc>
          <w:tcPr>
            <w:tcW w:w="2880" w:type="dxa"/>
          </w:tcPr>
          <w:p w:rsidR="006F7457" w:rsidRDefault="00332DB8">
            <w:r>
              <w:t>5267.</w:t>
            </w:r>
          </w:p>
        </w:tc>
        <w:tc>
          <w:tcPr>
            <w:tcW w:w="2880" w:type="dxa"/>
          </w:tcPr>
          <w:p w:rsidR="006F7457" w:rsidRPr="00332DB8" w:rsidRDefault="00332DB8">
            <w:pPr>
              <w:rPr>
                <w:lang w:val="ru-RU"/>
              </w:rPr>
            </w:pPr>
            <w:r w:rsidRPr="00332DB8">
              <w:rPr>
                <w:lang w:val="ru-RU"/>
              </w:rPr>
              <w:t>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tc>
        <w:tc>
          <w:tcPr>
            <w:tcW w:w="2880" w:type="dxa"/>
          </w:tcPr>
          <w:p w:rsidR="006F7457" w:rsidRDefault="00332DB8">
            <w:r>
              <w:t>29.03.2022</w:t>
            </w:r>
          </w:p>
        </w:tc>
      </w:tr>
      <w:tr w:rsidR="006F7457">
        <w:tc>
          <w:tcPr>
            <w:tcW w:w="2880" w:type="dxa"/>
          </w:tcPr>
          <w:p w:rsidR="006F7457" w:rsidRDefault="00332DB8">
            <w:r>
              <w:t>5268.</w:t>
            </w:r>
          </w:p>
        </w:tc>
        <w:tc>
          <w:tcPr>
            <w:tcW w:w="2880" w:type="dxa"/>
          </w:tcPr>
          <w:p w:rsidR="006F7457" w:rsidRDefault="00332DB8">
            <w:r w:rsidRPr="00332DB8">
              <w:rPr>
                <w:lang w:val="ru-RU"/>
              </w:rPr>
              <w:t>Аудиозапись «</w:t>
            </w:r>
            <w:r>
              <w:t>SturmRise</w:t>
            </w:r>
            <w:r w:rsidRPr="00332DB8">
              <w:rPr>
                <w:lang w:val="ru-RU"/>
              </w:rPr>
              <w:t xml:space="preserv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w:t>
            </w:r>
            <w:r>
              <w:t>Ой!» (решение Советского районного суда г. Орла от 14.01.2022);</w:t>
            </w:r>
          </w:p>
        </w:tc>
        <w:tc>
          <w:tcPr>
            <w:tcW w:w="2880" w:type="dxa"/>
          </w:tcPr>
          <w:p w:rsidR="006F7457" w:rsidRDefault="00332DB8">
            <w:r>
              <w:t>29.03.2022</w:t>
            </w:r>
          </w:p>
        </w:tc>
      </w:tr>
      <w:tr w:rsidR="006F7457">
        <w:tc>
          <w:tcPr>
            <w:tcW w:w="2880" w:type="dxa"/>
          </w:tcPr>
          <w:p w:rsidR="006F7457" w:rsidRDefault="00332DB8">
            <w:r>
              <w:lastRenderedPageBreak/>
              <w:t>5269.</w:t>
            </w:r>
          </w:p>
        </w:tc>
        <w:tc>
          <w:tcPr>
            <w:tcW w:w="2880" w:type="dxa"/>
          </w:tcPr>
          <w:p w:rsidR="006F7457" w:rsidRPr="00332DB8" w:rsidRDefault="00332DB8">
            <w:pPr>
              <w:rPr>
                <w:lang w:val="ru-RU"/>
              </w:rPr>
            </w:pPr>
            <w:r w:rsidRPr="00332DB8">
              <w:rPr>
                <w:lang w:val="ru-RU"/>
              </w:rPr>
              <w:t>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tc>
        <w:tc>
          <w:tcPr>
            <w:tcW w:w="2880" w:type="dxa"/>
          </w:tcPr>
          <w:p w:rsidR="006F7457" w:rsidRDefault="00332DB8">
            <w:r>
              <w:t>12.04.2022</w:t>
            </w:r>
          </w:p>
        </w:tc>
      </w:tr>
      <w:tr w:rsidR="006F7457">
        <w:tc>
          <w:tcPr>
            <w:tcW w:w="2880" w:type="dxa"/>
          </w:tcPr>
          <w:p w:rsidR="006F7457" w:rsidRDefault="00332DB8">
            <w:r>
              <w:t>5270.</w:t>
            </w:r>
          </w:p>
        </w:tc>
        <w:tc>
          <w:tcPr>
            <w:tcW w:w="2880" w:type="dxa"/>
          </w:tcPr>
          <w:p w:rsidR="006F7457" w:rsidRPr="00332DB8" w:rsidRDefault="00332DB8">
            <w:pPr>
              <w:rPr>
                <w:lang w:val="ru-RU"/>
              </w:rPr>
            </w:pPr>
            <w:r w:rsidRPr="00332DB8">
              <w:rPr>
                <w:lang w:val="ru-RU"/>
              </w:rPr>
              <w:t>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tc>
        <w:tc>
          <w:tcPr>
            <w:tcW w:w="2880" w:type="dxa"/>
          </w:tcPr>
          <w:p w:rsidR="006F7457" w:rsidRDefault="00332DB8">
            <w:r>
              <w:t>12.04.2022</w:t>
            </w:r>
          </w:p>
        </w:tc>
      </w:tr>
      <w:tr w:rsidR="006F7457">
        <w:tc>
          <w:tcPr>
            <w:tcW w:w="2880" w:type="dxa"/>
          </w:tcPr>
          <w:p w:rsidR="006F7457" w:rsidRDefault="00332DB8">
            <w:r>
              <w:t>5271.</w:t>
            </w:r>
          </w:p>
        </w:tc>
        <w:tc>
          <w:tcPr>
            <w:tcW w:w="2880" w:type="dxa"/>
          </w:tcPr>
          <w:p w:rsidR="006F7457" w:rsidRPr="00332DB8" w:rsidRDefault="00332DB8">
            <w:pPr>
              <w:rPr>
                <w:lang w:val="ru-RU"/>
              </w:rPr>
            </w:pPr>
            <w:r w:rsidRPr="00332DB8">
              <w:rPr>
                <w:lang w:val="ru-RU"/>
              </w:rPr>
              <w:t>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tc>
        <w:tc>
          <w:tcPr>
            <w:tcW w:w="2880" w:type="dxa"/>
          </w:tcPr>
          <w:p w:rsidR="006F7457" w:rsidRDefault="00332DB8">
            <w:r>
              <w:t>12.04.2022</w:t>
            </w:r>
          </w:p>
        </w:tc>
      </w:tr>
      <w:tr w:rsidR="006F7457">
        <w:tc>
          <w:tcPr>
            <w:tcW w:w="2880" w:type="dxa"/>
          </w:tcPr>
          <w:p w:rsidR="006F7457" w:rsidRDefault="00332DB8">
            <w:r>
              <w:t>5272.</w:t>
            </w:r>
          </w:p>
        </w:tc>
        <w:tc>
          <w:tcPr>
            <w:tcW w:w="2880" w:type="dxa"/>
          </w:tcPr>
          <w:p w:rsidR="006F7457" w:rsidRPr="00332DB8" w:rsidRDefault="00332DB8">
            <w:pPr>
              <w:rPr>
                <w:lang w:val="ru-RU"/>
              </w:rPr>
            </w:pPr>
            <w:r w:rsidRPr="00332DB8">
              <w:rPr>
                <w:lang w:val="ru-RU"/>
              </w:rPr>
              <w:t>Аудиозапись исполнителя «</w:t>
            </w:r>
            <w:r>
              <w:t>Death</w:t>
            </w:r>
            <w:r w:rsidRPr="00332DB8">
              <w:rPr>
                <w:lang w:val="ru-RU"/>
              </w:rPr>
              <w:t xml:space="preserve"> </w:t>
            </w:r>
            <w:r>
              <w:t>Penalty</w:t>
            </w:r>
            <w:r w:rsidRPr="00332DB8">
              <w:rPr>
                <w:lang w:val="ru-RU"/>
              </w:rPr>
              <w:t>»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tc>
        <w:tc>
          <w:tcPr>
            <w:tcW w:w="2880" w:type="dxa"/>
          </w:tcPr>
          <w:p w:rsidR="006F7457" w:rsidRDefault="00332DB8">
            <w:r>
              <w:t>12.04.2022</w:t>
            </w:r>
          </w:p>
        </w:tc>
      </w:tr>
      <w:tr w:rsidR="006F7457">
        <w:tc>
          <w:tcPr>
            <w:tcW w:w="2880" w:type="dxa"/>
          </w:tcPr>
          <w:p w:rsidR="006F7457" w:rsidRDefault="00332DB8">
            <w:r>
              <w:t>5273.</w:t>
            </w:r>
          </w:p>
        </w:tc>
        <w:tc>
          <w:tcPr>
            <w:tcW w:w="2880" w:type="dxa"/>
          </w:tcPr>
          <w:p w:rsidR="006F7457" w:rsidRDefault="00332DB8">
            <w:r w:rsidRPr="00332DB8">
              <w:rPr>
                <w:lang w:val="ru-RU"/>
              </w:rPr>
              <w:t xml:space="preserve">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w:t>
            </w:r>
            <w:r>
              <w:t>(решение Лобненского городского суда Московской области от 28.12.2021);</w:t>
            </w:r>
          </w:p>
        </w:tc>
        <w:tc>
          <w:tcPr>
            <w:tcW w:w="2880" w:type="dxa"/>
          </w:tcPr>
          <w:p w:rsidR="006F7457" w:rsidRDefault="00332DB8">
            <w:r>
              <w:t>12.04.2022</w:t>
            </w:r>
          </w:p>
        </w:tc>
      </w:tr>
      <w:tr w:rsidR="006F7457">
        <w:tc>
          <w:tcPr>
            <w:tcW w:w="2880" w:type="dxa"/>
          </w:tcPr>
          <w:p w:rsidR="006F7457" w:rsidRDefault="00332DB8">
            <w:r>
              <w:t>527</w:t>
            </w:r>
            <w:r>
              <w:lastRenderedPageBreak/>
              <w:t>4.</w:t>
            </w:r>
          </w:p>
        </w:tc>
        <w:tc>
          <w:tcPr>
            <w:tcW w:w="2880" w:type="dxa"/>
          </w:tcPr>
          <w:p w:rsidR="006F7457" w:rsidRDefault="00332DB8">
            <w:r w:rsidRPr="00332DB8">
              <w:rPr>
                <w:lang w:val="ru-RU"/>
              </w:rPr>
              <w:lastRenderedPageBreak/>
              <w:t xml:space="preserve">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население белым станет!» </w:t>
            </w:r>
            <w:r>
              <w:t xml:space="preserve">(решение Лобненского </w:t>
            </w:r>
            <w:r>
              <w:lastRenderedPageBreak/>
              <w:t>городского суда Московской области от 28.12.2021);</w:t>
            </w:r>
          </w:p>
        </w:tc>
        <w:tc>
          <w:tcPr>
            <w:tcW w:w="2880" w:type="dxa"/>
          </w:tcPr>
          <w:p w:rsidR="006F7457" w:rsidRDefault="00332DB8">
            <w:r>
              <w:lastRenderedPageBreak/>
              <w:t>12.04.202</w:t>
            </w:r>
            <w:r>
              <w:lastRenderedPageBreak/>
              <w:t>2</w:t>
            </w:r>
          </w:p>
        </w:tc>
      </w:tr>
      <w:tr w:rsidR="006F7457">
        <w:tc>
          <w:tcPr>
            <w:tcW w:w="2880" w:type="dxa"/>
          </w:tcPr>
          <w:p w:rsidR="006F7457" w:rsidRDefault="00332DB8">
            <w:r>
              <w:lastRenderedPageBreak/>
              <w:t>5275.</w:t>
            </w:r>
          </w:p>
        </w:tc>
        <w:tc>
          <w:tcPr>
            <w:tcW w:w="2880" w:type="dxa"/>
          </w:tcPr>
          <w:p w:rsidR="006F7457" w:rsidRPr="00332DB8" w:rsidRDefault="00332DB8">
            <w:pPr>
              <w:rPr>
                <w:lang w:val="ru-RU"/>
              </w:rPr>
            </w:pPr>
            <w:r w:rsidRPr="00332DB8">
              <w:rPr>
                <w:lang w:val="ru-RU"/>
              </w:rPr>
              <w:t>Информационный материал – аудиозапись (музыкальное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tc>
        <w:tc>
          <w:tcPr>
            <w:tcW w:w="2880" w:type="dxa"/>
          </w:tcPr>
          <w:p w:rsidR="006F7457" w:rsidRDefault="00332DB8">
            <w:r>
              <w:t>12.04.2022</w:t>
            </w:r>
          </w:p>
        </w:tc>
      </w:tr>
      <w:tr w:rsidR="006F7457">
        <w:tc>
          <w:tcPr>
            <w:tcW w:w="2880" w:type="dxa"/>
          </w:tcPr>
          <w:p w:rsidR="006F7457" w:rsidRDefault="00332DB8">
            <w:r>
              <w:t>5276.</w:t>
            </w:r>
          </w:p>
        </w:tc>
        <w:tc>
          <w:tcPr>
            <w:tcW w:w="2880" w:type="dxa"/>
          </w:tcPr>
          <w:p w:rsidR="006F7457" w:rsidRPr="00332DB8" w:rsidRDefault="00332DB8">
            <w:pPr>
              <w:rPr>
                <w:lang w:val="ru-RU"/>
              </w:rPr>
            </w:pPr>
            <w:r w:rsidRPr="00332DB8">
              <w:rPr>
                <w:lang w:val="ru-RU"/>
              </w:rPr>
              <w:t xml:space="preserve">Статья (публикация) под названием «Герои нашего времени», автор </w:t>
            </w:r>
            <w:r>
              <w:t>AWDR</w:t>
            </w:r>
            <w:r w:rsidRPr="00332DB8">
              <w:rPr>
                <w:lang w:val="ru-RU"/>
              </w:rPr>
              <w:t>,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суда г. Ульяновска от 16.02.2022);</w:t>
            </w:r>
          </w:p>
        </w:tc>
        <w:tc>
          <w:tcPr>
            <w:tcW w:w="2880" w:type="dxa"/>
          </w:tcPr>
          <w:p w:rsidR="006F7457" w:rsidRDefault="00332DB8">
            <w:r>
              <w:t>12.04.2022</w:t>
            </w:r>
          </w:p>
        </w:tc>
      </w:tr>
      <w:tr w:rsidR="006F7457">
        <w:tc>
          <w:tcPr>
            <w:tcW w:w="2880" w:type="dxa"/>
          </w:tcPr>
          <w:p w:rsidR="006F7457" w:rsidRDefault="00332DB8">
            <w:r>
              <w:t>5277.</w:t>
            </w:r>
          </w:p>
        </w:tc>
        <w:tc>
          <w:tcPr>
            <w:tcW w:w="2880" w:type="dxa"/>
          </w:tcPr>
          <w:p w:rsidR="006F7457" w:rsidRPr="00332DB8" w:rsidRDefault="00332DB8">
            <w:pPr>
              <w:rPr>
                <w:lang w:val="ru-RU"/>
              </w:rPr>
            </w:pPr>
            <w:r w:rsidRPr="00332DB8">
              <w:rPr>
                <w:lang w:val="ru-RU"/>
              </w:rPr>
              <w:t>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tc>
        <w:tc>
          <w:tcPr>
            <w:tcW w:w="2880" w:type="dxa"/>
          </w:tcPr>
          <w:p w:rsidR="006F7457" w:rsidRDefault="00332DB8">
            <w:r>
              <w:t>12.04.2022</w:t>
            </w:r>
          </w:p>
        </w:tc>
      </w:tr>
      <w:tr w:rsidR="006F7457">
        <w:tc>
          <w:tcPr>
            <w:tcW w:w="2880" w:type="dxa"/>
          </w:tcPr>
          <w:p w:rsidR="006F7457" w:rsidRDefault="00332DB8">
            <w:r>
              <w:t>5278.</w:t>
            </w:r>
          </w:p>
        </w:tc>
        <w:tc>
          <w:tcPr>
            <w:tcW w:w="2880" w:type="dxa"/>
          </w:tcPr>
          <w:p w:rsidR="006F7457" w:rsidRDefault="00332DB8">
            <w:r>
              <w:t>C</w:t>
            </w:r>
            <w:r w:rsidRPr="00332DB8">
              <w:rPr>
                <w:lang w:val="ru-RU"/>
              </w:rPr>
              <w:t xml:space="preserve">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w:t>
            </w:r>
            <w:r>
              <w:t>(решение Центрального районного суда г. Барнаула Алтайского края от 10.02.2022);</w:t>
            </w:r>
          </w:p>
        </w:tc>
        <w:tc>
          <w:tcPr>
            <w:tcW w:w="2880" w:type="dxa"/>
          </w:tcPr>
          <w:p w:rsidR="006F7457" w:rsidRDefault="00332DB8">
            <w:r>
              <w:t>27.04.2022</w:t>
            </w:r>
          </w:p>
        </w:tc>
      </w:tr>
      <w:tr w:rsidR="006F7457">
        <w:tc>
          <w:tcPr>
            <w:tcW w:w="2880" w:type="dxa"/>
          </w:tcPr>
          <w:p w:rsidR="006F7457" w:rsidRDefault="00332DB8">
            <w:r>
              <w:t>5279.</w:t>
            </w:r>
          </w:p>
        </w:tc>
        <w:tc>
          <w:tcPr>
            <w:tcW w:w="2880" w:type="dxa"/>
          </w:tcPr>
          <w:p w:rsidR="006F7457" w:rsidRDefault="00332DB8">
            <w:r w:rsidRPr="00332DB8">
              <w:rPr>
                <w:lang w:val="ru-RU"/>
              </w:rPr>
              <w:t xml:space="preserve">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 мнения – станьте другими…» </w:t>
            </w:r>
            <w:r>
              <w:t>(решение Валдайского районного суда Новгородской области от 10.02.2022);</w:t>
            </w:r>
          </w:p>
        </w:tc>
        <w:tc>
          <w:tcPr>
            <w:tcW w:w="2880" w:type="dxa"/>
          </w:tcPr>
          <w:p w:rsidR="006F7457" w:rsidRDefault="00332DB8">
            <w:r>
              <w:t>27.04.2022</w:t>
            </w:r>
          </w:p>
        </w:tc>
      </w:tr>
      <w:tr w:rsidR="006F7457">
        <w:tc>
          <w:tcPr>
            <w:tcW w:w="2880" w:type="dxa"/>
          </w:tcPr>
          <w:p w:rsidR="006F7457" w:rsidRDefault="00332DB8">
            <w:r>
              <w:lastRenderedPageBreak/>
              <w:t>5280.</w:t>
            </w:r>
          </w:p>
        </w:tc>
        <w:tc>
          <w:tcPr>
            <w:tcW w:w="2880" w:type="dxa"/>
          </w:tcPr>
          <w:p w:rsidR="006F7457" w:rsidRPr="00332DB8" w:rsidRDefault="00332DB8">
            <w:pPr>
              <w:rPr>
                <w:lang w:val="ru-RU"/>
              </w:rPr>
            </w:pPr>
            <w:r w:rsidRPr="00332DB8">
              <w:rPr>
                <w:lang w:val="ru-RU"/>
              </w:rPr>
              <w:t>Информационный материал – электронная книга под названием «Ночь Сварога», автора, использующего псевдоним «</w:t>
            </w:r>
            <w:r>
              <w:t>Suncharion</w:t>
            </w:r>
            <w:r w:rsidRPr="00332DB8">
              <w:rPr>
                <w:lang w:val="ru-RU"/>
              </w:rPr>
              <w:t>», состоящая из «Предисловия»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tc>
        <w:tc>
          <w:tcPr>
            <w:tcW w:w="2880" w:type="dxa"/>
          </w:tcPr>
          <w:p w:rsidR="006F7457" w:rsidRDefault="00332DB8">
            <w:r>
              <w:t>27.04.2022</w:t>
            </w:r>
          </w:p>
        </w:tc>
      </w:tr>
      <w:tr w:rsidR="006F7457">
        <w:tc>
          <w:tcPr>
            <w:tcW w:w="2880" w:type="dxa"/>
          </w:tcPr>
          <w:p w:rsidR="006F7457" w:rsidRDefault="00332DB8">
            <w:r>
              <w:t>5281.</w:t>
            </w:r>
          </w:p>
        </w:tc>
        <w:tc>
          <w:tcPr>
            <w:tcW w:w="2880" w:type="dxa"/>
          </w:tcPr>
          <w:p w:rsidR="006F7457" w:rsidRPr="00332DB8" w:rsidRDefault="00332DB8">
            <w:pPr>
              <w:rPr>
                <w:lang w:val="ru-RU"/>
              </w:rPr>
            </w:pPr>
            <w:r w:rsidRPr="00332DB8">
              <w:rPr>
                <w:lang w:val="ru-RU"/>
              </w:rPr>
              <w:t>Информационный материал – аудиофайл: «</w:t>
            </w:r>
            <w:r>
              <w:t>Lil</w:t>
            </w:r>
            <w:r w:rsidRPr="00332DB8">
              <w:rPr>
                <w:lang w:val="ru-RU"/>
              </w:rPr>
              <w:t xml:space="preserve"> </w:t>
            </w:r>
            <w:r>
              <w:t>Fill</w:t>
            </w:r>
            <w:r w:rsidRPr="00332DB8">
              <w:rPr>
                <w:lang w:val="ru-RU"/>
              </w:rPr>
              <w:t xml:space="preserve">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находящийся в сети Интернет в свободном доступе (решение Советского районного суда г. Ростова-на-Дону от 10.02.2022);</w:t>
            </w:r>
          </w:p>
        </w:tc>
        <w:tc>
          <w:tcPr>
            <w:tcW w:w="2880" w:type="dxa"/>
          </w:tcPr>
          <w:p w:rsidR="006F7457" w:rsidRDefault="00332DB8">
            <w:r>
              <w:t>27.04.2022</w:t>
            </w:r>
          </w:p>
        </w:tc>
      </w:tr>
      <w:tr w:rsidR="006F7457">
        <w:tc>
          <w:tcPr>
            <w:tcW w:w="2880" w:type="dxa"/>
          </w:tcPr>
          <w:p w:rsidR="006F7457" w:rsidRDefault="00332DB8">
            <w:r>
              <w:t>5282.</w:t>
            </w:r>
          </w:p>
        </w:tc>
        <w:tc>
          <w:tcPr>
            <w:tcW w:w="2880" w:type="dxa"/>
          </w:tcPr>
          <w:p w:rsidR="006F7457" w:rsidRPr="00332DB8" w:rsidRDefault="00332DB8">
            <w:pPr>
              <w:rPr>
                <w:lang w:val="ru-RU"/>
              </w:rPr>
            </w:pPr>
            <w:r w:rsidRPr="00332DB8">
              <w:rPr>
                <w:lang w:val="ru-RU"/>
              </w:rPr>
              <w:t>Информационный материал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tc>
        <w:tc>
          <w:tcPr>
            <w:tcW w:w="2880" w:type="dxa"/>
          </w:tcPr>
          <w:p w:rsidR="006F7457" w:rsidRDefault="00332DB8">
            <w:r>
              <w:t>27.04.2022</w:t>
            </w:r>
          </w:p>
        </w:tc>
      </w:tr>
      <w:tr w:rsidR="006F7457">
        <w:tc>
          <w:tcPr>
            <w:tcW w:w="2880" w:type="dxa"/>
          </w:tcPr>
          <w:p w:rsidR="006F7457" w:rsidRDefault="00332DB8">
            <w:r>
              <w:t>5283.</w:t>
            </w:r>
          </w:p>
        </w:tc>
        <w:tc>
          <w:tcPr>
            <w:tcW w:w="2880" w:type="dxa"/>
          </w:tcPr>
          <w:p w:rsidR="006F7457" w:rsidRPr="00332DB8" w:rsidRDefault="00332DB8">
            <w:pPr>
              <w:rPr>
                <w:lang w:val="ru-RU"/>
              </w:rPr>
            </w:pPr>
            <w:r w:rsidRPr="00332DB8">
              <w:rPr>
                <w:lang w:val="ru-RU"/>
              </w:rPr>
              <w:t>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Орла от 20.01.2022);</w:t>
            </w:r>
          </w:p>
        </w:tc>
        <w:tc>
          <w:tcPr>
            <w:tcW w:w="2880" w:type="dxa"/>
          </w:tcPr>
          <w:p w:rsidR="006F7457" w:rsidRDefault="00332DB8">
            <w:r>
              <w:t>06.05.2022</w:t>
            </w:r>
          </w:p>
        </w:tc>
      </w:tr>
      <w:tr w:rsidR="006F7457">
        <w:tc>
          <w:tcPr>
            <w:tcW w:w="2880" w:type="dxa"/>
          </w:tcPr>
          <w:p w:rsidR="006F7457" w:rsidRDefault="00332DB8">
            <w:r>
              <w:t>5284.</w:t>
            </w:r>
          </w:p>
        </w:tc>
        <w:tc>
          <w:tcPr>
            <w:tcW w:w="2880" w:type="dxa"/>
          </w:tcPr>
          <w:p w:rsidR="006F7457" w:rsidRPr="00332DB8" w:rsidRDefault="00332DB8">
            <w:pPr>
              <w:rPr>
                <w:lang w:val="ru-RU"/>
              </w:rPr>
            </w:pPr>
            <w:r w:rsidRPr="00332DB8">
              <w:rPr>
                <w:lang w:val="ru-RU"/>
              </w:rPr>
              <w:t>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2880" w:type="dxa"/>
          </w:tcPr>
          <w:p w:rsidR="006F7457" w:rsidRDefault="00332DB8">
            <w:r>
              <w:t>06.05.2022</w:t>
            </w:r>
          </w:p>
        </w:tc>
      </w:tr>
      <w:tr w:rsidR="006F7457">
        <w:tc>
          <w:tcPr>
            <w:tcW w:w="2880" w:type="dxa"/>
          </w:tcPr>
          <w:p w:rsidR="006F7457" w:rsidRDefault="00332DB8">
            <w:r>
              <w:t>5</w:t>
            </w:r>
            <w:r>
              <w:lastRenderedPageBreak/>
              <w:t>285.</w:t>
            </w:r>
          </w:p>
        </w:tc>
        <w:tc>
          <w:tcPr>
            <w:tcW w:w="2880" w:type="dxa"/>
          </w:tcPr>
          <w:p w:rsidR="006F7457" w:rsidRPr="00332DB8" w:rsidRDefault="00332DB8">
            <w:pPr>
              <w:rPr>
                <w:lang w:val="ru-RU"/>
              </w:rPr>
            </w:pPr>
            <w:r w:rsidRPr="00332DB8">
              <w:rPr>
                <w:lang w:val="ru-RU"/>
              </w:rPr>
              <w:lastRenderedPageBreak/>
              <w:t xml:space="preserve">Аудиозапись и текст песни «Четверио-Смерть ментам», продолжительностью 2 мин. 03 сек., начинающаяся </w:t>
            </w:r>
            <w:r w:rsidRPr="00332DB8">
              <w:rPr>
                <w:lang w:val="ru-RU"/>
              </w:rPr>
              <w:lastRenderedPageBreak/>
              <w:t>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2880" w:type="dxa"/>
          </w:tcPr>
          <w:p w:rsidR="006F7457" w:rsidRDefault="00332DB8">
            <w:r>
              <w:lastRenderedPageBreak/>
              <w:t>06.</w:t>
            </w:r>
            <w:r>
              <w:lastRenderedPageBreak/>
              <w:t>05.2022</w:t>
            </w:r>
          </w:p>
        </w:tc>
      </w:tr>
      <w:tr w:rsidR="006F7457">
        <w:tc>
          <w:tcPr>
            <w:tcW w:w="2880" w:type="dxa"/>
          </w:tcPr>
          <w:p w:rsidR="006F7457" w:rsidRDefault="00332DB8">
            <w:r>
              <w:lastRenderedPageBreak/>
              <w:t>5286.</w:t>
            </w:r>
          </w:p>
        </w:tc>
        <w:tc>
          <w:tcPr>
            <w:tcW w:w="2880" w:type="dxa"/>
          </w:tcPr>
          <w:p w:rsidR="006F7457" w:rsidRPr="00332DB8" w:rsidRDefault="00332DB8">
            <w:pPr>
              <w:rPr>
                <w:lang w:val="ru-RU"/>
              </w:rPr>
            </w:pPr>
            <w:r w:rsidRPr="00332DB8">
              <w:rPr>
                <w:lang w:val="ru-RU"/>
              </w:rPr>
              <w:t>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tc>
        <w:tc>
          <w:tcPr>
            <w:tcW w:w="2880" w:type="dxa"/>
          </w:tcPr>
          <w:p w:rsidR="006F7457" w:rsidRDefault="00332DB8">
            <w:r>
              <w:t>06.05.2022</w:t>
            </w:r>
          </w:p>
        </w:tc>
      </w:tr>
      <w:tr w:rsidR="006F7457">
        <w:tc>
          <w:tcPr>
            <w:tcW w:w="2880" w:type="dxa"/>
          </w:tcPr>
          <w:p w:rsidR="006F7457" w:rsidRDefault="00332DB8">
            <w:r>
              <w:t>5287.</w:t>
            </w:r>
          </w:p>
        </w:tc>
        <w:tc>
          <w:tcPr>
            <w:tcW w:w="2880" w:type="dxa"/>
          </w:tcPr>
          <w:p w:rsidR="006F7457" w:rsidRPr="00332DB8" w:rsidRDefault="00332DB8">
            <w:pPr>
              <w:rPr>
                <w:lang w:val="ru-RU"/>
              </w:rPr>
            </w:pPr>
            <w:r w:rsidRPr="00332DB8">
              <w:rPr>
                <w:lang w:val="ru-RU"/>
              </w:rPr>
              <w:t>Аудиозапись под названием: «Азъ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22.09.2021 и апелляционное определение судебной коллегии по административным делам Ярославского областного суда от 05.04.2022);</w:t>
            </w:r>
          </w:p>
        </w:tc>
        <w:tc>
          <w:tcPr>
            <w:tcW w:w="2880" w:type="dxa"/>
          </w:tcPr>
          <w:p w:rsidR="006F7457" w:rsidRDefault="00332DB8">
            <w:r>
              <w:t>31.05.2022</w:t>
            </w:r>
          </w:p>
        </w:tc>
      </w:tr>
      <w:tr w:rsidR="006F7457">
        <w:tc>
          <w:tcPr>
            <w:tcW w:w="2880" w:type="dxa"/>
          </w:tcPr>
          <w:p w:rsidR="006F7457" w:rsidRDefault="00332DB8">
            <w:r>
              <w:t>5288.</w:t>
            </w:r>
          </w:p>
        </w:tc>
        <w:tc>
          <w:tcPr>
            <w:tcW w:w="2880" w:type="dxa"/>
          </w:tcPr>
          <w:p w:rsidR="006F7457" w:rsidRDefault="00332DB8">
            <w:r w:rsidRPr="00332DB8">
              <w:rPr>
                <w:lang w:val="ru-RU"/>
              </w:rPr>
              <w:t xml:space="preserve">Произведение Йозефа Геббельса под названием «Наци-Соци: Вопросы и ответы для национал-социалиста», состоящее из 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w:t>
            </w:r>
            <w:r>
              <w:t>(решение Центрального районного суда г. Барнаула от 03.03.2022);</w:t>
            </w:r>
          </w:p>
        </w:tc>
        <w:tc>
          <w:tcPr>
            <w:tcW w:w="2880" w:type="dxa"/>
          </w:tcPr>
          <w:p w:rsidR="006F7457" w:rsidRDefault="00332DB8">
            <w:r>
              <w:t>09.06.2022</w:t>
            </w:r>
          </w:p>
        </w:tc>
      </w:tr>
      <w:tr w:rsidR="006F7457">
        <w:tc>
          <w:tcPr>
            <w:tcW w:w="2880" w:type="dxa"/>
          </w:tcPr>
          <w:p w:rsidR="006F7457" w:rsidRDefault="00332DB8">
            <w:r>
              <w:t>5289.</w:t>
            </w:r>
          </w:p>
        </w:tc>
        <w:tc>
          <w:tcPr>
            <w:tcW w:w="2880" w:type="dxa"/>
          </w:tcPr>
          <w:p w:rsidR="006F7457" w:rsidRDefault="00332DB8">
            <w:r w:rsidRPr="00332DB8">
              <w:rPr>
                <w:lang w:val="ru-RU"/>
              </w:rPr>
              <w:t>Информационные материалы – публикации, размещенные в телеграмм-сообществе «</w:t>
            </w:r>
            <w:r>
              <w:t>IADAT</w:t>
            </w:r>
            <w:r w:rsidRPr="00332DB8">
              <w:rPr>
                <w:lang w:val="ru-RU"/>
              </w:rPr>
              <w:t>» (</w:t>
            </w:r>
            <w:r>
              <w:t>https</w:t>
            </w:r>
            <w:r w:rsidRPr="00332DB8">
              <w:rPr>
                <w:lang w:val="ru-RU"/>
              </w:rPr>
              <w:t>://</w:t>
            </w:r>
            <w:r>
              <w:t>t</w:t>
            </w:r>
            <w:r w:rsidRPr="00332DB8">
              <w:rPr>
                <w:lang w:val="ru-RU"/>
              </w:rPr>
              <w:t>.</w:t>
            </w:r>
            <w:r>
              <w:t>me</w:t>
            </w:r>
            <w:r w:rsidRPr="00332DB8">
              <w:rPr>
                <w:lang w:val="ru-RU"/>
              </w:rPr>
              <w:t>/</w:t>
            </w:r>
            <w:r>
              <w:t>IADAT</w:t>
            </w:r>
            <w:r w:rsidRPr="00332DB8">
              <w:rPr>
                <w:lang w:val="ru-RU"/>
              </w:rPr>
              <w:t xml:space="preserve">),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w:t>
            </w:r>
            <w:r w:rsidRPr="00332DB8">
              <w:rPr>
                <w:lang w:val="ru-RU"/>
              </w:rPr>
              <w:lastRenderedPageBreak/>
              <w:t xml:space="preserve">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начинающаяся со слов «Прекрасно,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словами «кем они хотят быть: рабами или свободными людьми…» </w:t>
            </w:r>
            <w:r>
              <w:t>(решение Заводского районного суда города Грозного от 15.12.2021);</w:t>
            </w:r>
          </w:p>
        </w:tc>
        <w:tc>
          <w:tcPr>
            <w:tcW w:w="2880" w:type="dxa"/>
          </w:tcPr>
          <w:p w:rsidR="006F7457" w:rsidRDefault="00332DB8">
            <w:r>
              <w:lastRenderedPageBreak/>
              <w:t>09.06.2022</w:t>
            </w:r>
          </w:p>
        </w:tc>
      </w:tr>
      <w:tr w:rsidR="006F7457">
        <w:tc>
          <w:tcPr>
            <w:tcW w:w="2880" w:type="dxa"/>
          </w:tcPr>
          <w:p w:rsidR="006F7457" w:rsidRDefault="00332DB8">
            <w:r>
              <w:lastRenderedPageBreak/>
              <w:t>5290.</w:t>
            </w:r>
          </w:p>
        </w:tc>
        <w:tc>
          <w:tcPr>
            <w:tcW w:w="2880" w:type="dxa"/>
          </w:tcPr>
          <w:p w:rsidR="006F7457" w:rsidRPr="00332DB8" w:rsidRDefault="00332DB8">
            <w:pPr>
              <w:rPr>
                <w:lang w:val="ru-RU"/>
              </w:rPr>
            </w:pPr>
            <w:r w:rsidRPr="00332DB8">
              <w:rPr>
                <w:lang w:val="ru-RU"/>
              </w:rPr>
              <w:t>Видеофайл «МОРАЛЬ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нужным» (решение Новгородского районного суда Новгородской области от 29.03.2022);</w:t>
            </w:r>
          </w:p>
        </w:tc>
        <w:tc>
          <w:tcPr>
            <w:tcW w:w="2880" w:type="dxa"/>
          </w:tcPr>
          <w:p w:rsidR="006F7457" w:rsidRDefault="00332DB8">
            <w:r>
              <w:t>09.06.2022</w:t>
            </w:r>
          </w:p>
        </w:tc>
      </w:tr>
      <w:tr w:rsidR="006F7457">
        <w:tc>
          <w:tcPr>
            <w:tcW w:w="2880" w:type="dxa"/>
          </w:tcPr>
          <w:p w:rsidR="006F7457" w:rsidRDefault="00332DB8">
            <w:r>
              <w:t>5291.</w:t>
            </w:r>
          </w:p>
        </w:tc>
        <w:tc>
          <w:tcPr>
            <w:tcW w:w="2880" w:type="dxa"/>
          </w:tcPr>
          <w:p w:rsidR="006F7457" w:rsidRDefault="00332DB8">
            <w:r w:rsidRPr="00332DB8">
              <w:rPr>
                <w:lang w:val="ru-RU"/>
              </w:rPr>
              <w:t xml:space="preserve">Музыкальное произведение – аудиозапись «Ансамбль Христа Спасителя – Лицо твоего президента» продолжительностью 08 мин. 44 сек., начинающаяся словами пенсии (повествует мужской голос) на русском языке: «только бессилие правду огню придает, слаб ты князь без веры христовой …», заканчивающаяся словами (поет женский голос) на русском языке: «… избей эмигрантов, казни эмигрантов, убей молодежь, вот тебе нож.» «В церковь деньги он несет, может бога боится, а значит несет.» </w:t>
            </w:r>
            <w:r>
              <w:t>(решение Центрального районного суда г. Барнаула от 07.04.2022);</w:t>
            </w:r>
          </w:p>
        </w:tc>
        <w:tc>
          <w:tcPr>
            <w:tcW w:w="2880" w:type="dxa"/>
          </w:tcPr>
          <w:p w:rsidR="006F7457" w:rsidRDefault="00332DB8">
            <w:r>
              <w:t>23.06.2022</w:t>
            </w:r>
          </w:p>
        </w:tc>
      </w:tr>
      <w:tr w:rsidR="006F7457">
        <w:tc>
          <w:tcPr>
            <w:tcW w:w="2880" w:type="dxa"/>
          </w:tcPr>
          <w:p w:rsidR="006F7457" w:rsidRDefault="00332DB8">
            <w:r>
              <w:t>529</w:t>
            </w:r>
            <w:r>
              <w:lastRenderedPageBreak/>
              <w:t>2.</w:t>
            </w:r>
          </w:p>
        </w:tc>
        <w:tc>
          <w:tcPr>
            <w:tcW w:w="2880" w:type="dxa"/>
          </w:tcPr>
          <w:p w:rsidR="006F7457" w:rsidRPr="00332DB8" w:rsidRDefault="00332DB8">
            <w:pPr>
              <w:rPr>
                <w:lang w:val="ru-RU"/>
              </w:rPr>
            </w:pPr>
            <w:r w:rsidRPr="00332DB8">
              <w:rPr>
                <w:lang w:val="ru-RU"/>
              </w:rPr>
              <w:lastRenderedPageBreak/>
              <w:t xml:space="preserve">Стихотворный текст, начинающийся со слов: «В коридоре тюремном я слышу шаги» и заканчивающийся словами: «Но я знаю, что гибель моя – лишь начало» (решение Горно-Алтайского городского суда Республики </w:t>
            </w:r>
            <w:r w:rsidRPr="00332DB8">
              <w:rPr>
                <w:lang w:val="ru-RU"/>
              </w:rPr>
              <w:lastRenderedPageBreak/>
              <w:t>Алтай от 25.04.2022);</w:t>
            </w:r>
          </w:p>
        </w:tc>
        <w:tc>
          <w:tcPr>
            <w:tcW w:w="2880" w:type="dxa"/>
          </w:tcPr>
          <w:p w:rsidR="006F7457" w:rsidRDefault="00332DB8">
            <w:r>
              <w:lastRenderedPageBreak/>
              <w:t>06.07.202</w:t>
            </w:r>
            <w:r>
              <w:lastRenderedPageBreak/>
              <w:t>2</w:t>
            </w:r>
          </w:p>
        </w:tc>
      </w:tr>
      <w:tr w:rsidR="006F7457">
        <w:tc>
          <w:tcPr>
            <w:tcW w:w="2880" w:type="dxa"/>
          </w:tcPr>
          <w:p w:rsidR="006F7457" w:rsidRDefault="00332DB8">
            <w:r>
              <w:lastRenderedPageBreak/>
              <w:t>5293.</w:t>
            </w:r>
          </w:p>
        </w:tc>
        <w:tc>
          <w:tcPr>
            <w:tcW w:w="2880" w:type="dxa"/>
          </w:tcPr>
          <w:p w:rsidR="006F7457" w:rsidRPr="00332DB8" w:rsidRDefault="00332DB8">
            <w:pPr>
              <w:rPr>
                <w:lang w:val="ru-RU"/>
              </w:rPr>
            </w:pPr>
            <w:r w:rsidRPr="00332DB8">
              <w:rPr>
                <w:lang w:val="ru-RU"/>
              </w:rPr>
              <w:t>Информационный материал в виде видеоролика – слайд-шоу с названием «</w:t>
            </w:r>
            <w:r>
              <w:t>EVANGELION</w:t>
            </w:r>
            <w:r w:rsidRPr="00332DB8">
              <w:rPr>
                <w:lang w:val="ru-RU"/>
              </w:rPr>
              <w:t xml:space="preserve"> </w:t>
            </w:r>
            <w:r>
              <w:t>X</w:t>
            </w:r>
            <w:r w:rsidRPr="00332DB8">
              <w:rPr>
                <w:lang w:val="ru-RU"/>
              </w:rPr>
              <w:t xml:space="preserve"> ПРАВЫЙ СЕКТОР [</w:t>
            </w:r>
            <w:r>
              <w:t>Ukr</w:t>
            </w:r>
            <w:r w:rsidRPr="00332DB8">
              <w:rPr>
                <w:lang w:val="ru-RU"/>
              </w:rPr>
              <w:t>]» продолжительностью 1 минута 30 секунд, который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фоне черно-красного флага «Правого сектора» размещена надпись на японском языке, содержащийся в информационно-коммуникационной сети «Интернет» (решение Солнечногорского городского суда Московской области от 23.06.2021 и определение Солнечногорского городского суда Московской области от 29.08.2021);</w:t>
            </w:r>
          </w:p>
        </w:tc>
        <w:tc>
          <w:tcPr>
            <w:tcW w:w="2880" w:type="dxa"/>
          </w:tcPr>
          <w:p w:rsidR="006F7457" w:rsidRDefault="00332DB8">
            <w:r>
              <w:t>06.07.2022</w:t>
            </w:r>
          </w:p>
        </w:tc>
      </w:tr>
      <w:tr w:rsidR="006F7457">
        <w:tc>
          <w:tcPr>
            <w:tcW w:w="2880" w:type="dxa"/>
          </w:tcPr>
          <w:p w:rsidR="006F7457" w:rsidRDefault="00332DB8">
            <w:r>
              <w:t>5294.</w:t>
            </w:r>
          </w:p>
        </w:tc>
        <w:tc>
          <w:tcPr>
            <w:tcW w:w="2880" w:type="dxa"/>
          </w:tcPr>
          <w:p w:rsidR="006F7457" w:rsidRPr="00332DB8" w:rsidRDefault="00332DB8">
            <w:pPr>
              <w:rPr>
                <w:lang w:val="ru-RU"/>
              </w:rPr>
            </w:pPr>
            <w:r w:rsidRPr="00332DB8">
              <w:rPr>
                <w:lang w:val="ru-RU"/>
              </w:rPr>
              <w:t>Информационный материал-графическое изображение под заголовком «Евреи-Начальники ГУЛАГА», с фотографиями лиц и текстом, начинающимся со слов: «Посмотрите на эти жидовские рожи.» и заканчивающимся словами: «Враги всех народов, всего человечества», размещенный в сети «Интернет» (решение Ленинского районного суда города Оренбурга от 22.04.2022);</w:t>
            </w:r>
          </w:p>
        </w:tc>
        <w:tc>
          <w:tcPr>
            <w:tcW w:w="2880" w:type="dxa"/>
          </w:tcPr>
          <w:p w:rsidR="006F7457" w:rsidRDefault="00332DB8">
            <w:r>
              <w:t>12.07.2022</w:t>
            </w:r>
          </w:p>
        </w:tc>
      </w:tr>
      <w:tr w:rsidR="006F7457">
        <w:tc>
          <w:tcPr>
            <w:tcW w:w="2880" w:type="dxa"/>
          </w:tcPr>
          <w:p w:rsidR="006F7457" w:rsidRDefault="00332DB8">
            <w:r>
              <w:t>5295.</w:t>
            </w:r>
          </w:p>
        </w:tc>
        <w:tc>
          <w:tcPr>
            <w:tcW w:w="2880" w:type="dxa"/>
          </w:tcPr>
          <w:p w:rsidR="006F7457" w:rsidRPr="00332DB8" w:rsidRDefault="00332DB8">
            <w:pPr>
              <w:rPr>
                <w:lang w:val="ru-RU"/>
              </w:rPr>
            </w:pPr>
            <w:r w:rsidRPr="00332DB8">
              <w:rPr>
                <w:lang w:val="ru-RU"/>
              </w:rPr>
              <w:t>Информационный материал «Обращение Народного депутата СССР Ю.А. Слепнёва к гражданам Союза Советских Социалистических Республик» (решение Новокуйбышевского городского суда Самарской области от 21.04.2022);</w:t>
            </w:r>
          </w:p>
        </w:tc>
        <w:tc>
          <w:tcPr>
            <w:tcW w:w="2880" w:type="dxa"/>
          </w:tcPr>
          <w:p w:rsidR="006F7457" w:rsidRDefault="00332DB8">
            <w:r>
              <w:t>12.07.2022</w:t>
            </w:r>
          </w:p>
        </w:tc>
      </w:tr>
      <w:tr w:rsidR="006F7457">
        <w:tc>
          <w:tcPr>
            <w:tcW w:w="2880" w:type="dxa"/>
          </w:tcPr>
          <w:p w:rsidR="006F7457" w:rsidRDefault="00332DB8">
            <w:r>
              <w:t>5296.</w:t>
            </w:r>
          </w:p>
        </w:tc>
        <w:tc>
          <w:tcPr>
            <w:tcW w:w="2880" w:type="dxa"/>
          </w:tcPr>
          <w:p w:rsidR="006F7457" w:rsidRPr="00332DB8" w:rsidRDefault="00332DB8">
            <w:pPr>
              <w:rPr>
                <w:lang w:val="ru-RU"/>
              </w:rPr>
            </w:pPr>
            <w:r w:rsidRPr="00332DB8">
              <w:rPr>
                <w:lang w:val="ru-RU"/>
              </w:rPr>
              <w:t>Видеозапись «Нелегитимная власть должна быть уничтожена» продолжительностью 05 минут 02 секунды, начинающаяся со слов «Товарищи друзья, мы собрались здесь по очень важному поводу» и заканчивающаяся словами «а нелегитимная власть по всем международным нормам должна быть уничтожена» (решение Россошанского районного суда Воронежской области от 30.05.2022);</w:t>
            </w:r>
          </w:p>
        </w:tc>
        <w:tc>
          <w:tcPr>
            <w:tcW w:w="2880" w:type="dxa"/>
          </w:tcPr>
          <w:p w:rsidR="006F7457" w:rsidRDefault="00332DB8">
            <w:r>
              <w:t>03.08.2022</w:t>
            </w:r>
          </w:p>
        </w:tc>
      </w:tr>
      <w:tr w:rsidR="006F7457">
        <w:tc>
          <w:tcPr>
            <w:tcW w:w="2880" w:type="dxa"/>
          </w:tcPr>
          <w:p w:rsidR="006F7457" w:rsidRDefault="00332DB8">
            <w:r>
              <w:t>529</w:t>
            </w:r>
            <w:r>
              <w:lastRenderedPageBreak/>
              <w:t>7.</w:t>
            </w:r>
          </w:p>
        </w:tc>
        <w:tc>
          <w:tcPr>
            <w:tcW w:w="2880" w:type="dxa"/>
          </w:tcPr>
          <w:p w:rsidR="006F7457" w:rsidRPr="00332DB8" w:rsidRDefault="00332DB8">
            <w:pPr>
              <w:rPr>
                <w:lang w:val="ru-RU"/>
              </w:rPr>
            </w:pPr>
            <w:r w:rsidRPr="00332DB8">
              <w:rPr>
                <w:lang w:val="ru-RU"/>
              </w:rPr>
              <w:lastRenderedPageBreak/>
              <w:t>Информационный материал в виде видеозаписи – видеоролик с названием «</w:t>
            </w:r>
            <w:r>
              <w:t>NS</w:t>
            </w:r>
            <w:r w:rsidRPr="00332DB8">
              <w:rPr>
                <w:lang w:val="ru-RU"/>
              </w:rPr>
              <w:t>\</w:t>
            </w:r>
            <w:r>
              <w:t>WP</w:t>
            </w:r>
            <w:r w:rsidRPr="00332DB8">
              <w:rPr>
                <w:lang w:val="ru-RU"/>
              </w:rPr>
              <w:t>» продолжительностью 5 минут 41 секунда, который начинается экспозицией – демонстрацией логотипа «</w:t>
            </w:r>
            <w:r>
              <w:t>NS</w:t>
            </w:r>
            <w:r w:rsidRPr="00332DB8">
              <w:rPr>
                <w:lang w:val="ru-RU"/>
              </w:rPr>
              <w:t>/</w:t>
            </w:r>
            <w:r>
              <w:t>WP</w:t>
            </w:r>
            <w:r w:rsidRPr="00332DB8">
              <w:rPr>
                <w:lang w:val="ru-RU"/>
              </w:rPr>
              <w:t xml:space="preserve">» и словами «Мы не страшимся тюрем» и заканчивается той же экспозицией и словами «Он обретает реальные черты», содержащийся в информационно-коммуникационной сети «Интернет» (решение Калининского районного </w:t>
            </w:r>
            <w:r w:rsidRPr="00332DB8">
              <w:rPr>
                <w:lang w:val="ru-RU"/>
              </w:rPr>
              <w:lastRenderedPageBreak/>
              <w:t>суда г. Новосибирска от 03.06.2022);</w:t>
            </w:r>
          </w:p>
        </w:tc>
        <w:tc>
          <w:tcPr>
            <w:tcW w:w="2880" w:type="dxa"/>
          </w:tcPr>
          <w:p w:rsidR="006F7457" w:rsidRDefault="00332DB8">
            <w:r>
              <w:lastRenderedPageBreak/>
              <w:t>03.08.202</w:t>
            </w:r>
            <w:r>
              <w:lastRenderedPageBreak/>
              <w:t>2</w:t>
            </w:r>
          </w:p>
        </w:tc>
      </w:tr>
      <w:tr w:rsidR="006F7457">
        <w:tc>
          <w:tcPr>
            <w:tcW w:w="2880" w:type="dxa"/>
          </w:tcPr>
          <w:p w:rsidR="006F7457" w:rsidRDefault="00332DB8">
            <w:r>
              <w:lastRenderedPageBreak/>
              <w:t>5298.</w:t>
            </w:r>
          </w:p>
        </w:tc>
        <w:tc>
          <w:tcPr>
            <w:tcW w:w="2880" w:type="dxa"/>
          </w:tcPr>
          <w:p w:rsidR="006F7457" w:rsidRPr="00332DB8" w:rsidRDefault="00332DB8">
            <w:pPr>
              <w:rPr>
                <w:lang w:val="ru-RU"/>
              </w:rPr>
            </w:pPr>
            <w:r w:rsidRPr="00332DB8">
              <w:rPr>
                <w:lang w:val="ru-RU"/>
              </w:rPr>
              <w:t>Текстовый материал под названием «Рябов Анатолий Аббасович. Русский манифест», начинающийся словами: «Граждане! Приближается то время, когда начнется уличная борьба…» и заканчивающийся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p>
        </w:tc>
        <w:tc>
          <w:tcPr>
            <w:tcW w:w="2880" w:type="dxa"/>
          </w:tcPr>
          <w:p w:rsidR="006F7457" w:rsidRDefault="00332DB8">
            <w:r>
              <w:t>03.08.2022</w:t>
            </w:r>
          </w:p>
        </w:tc>
      </w:tr>
      <w:tr w:rsidR="006F7457">
        <w:tc>
          <w:tcPr>
            <w:tcW w:w="2880" w:type="dxa"/>
          </w:tcPr>
          <w:p w:rsidR="006F7457" w:rsidRDefault="00332DB8">
            <w:r>
              <w:t>5299.</w:t>
            </w:r>
          </w:p>
        </w:tc>
        <w:tc>
          <w:tcPr>
            <w:tcW w:w="2880" w:type="dxa"/>
          </w:tcPr>
          <w:p w:rsidR="006F7457" w:rsidRPr="00332DB8" w:rsidRDefault="00332DB8">
            <w:pPr>
              <w:rPr>
                <w:lang w:val="ru-RU"/>
              </w:rPr>
            </w:pPr>
            <w:r w:rsidRPr="00332DB8">
              <w:rPr>
                <w:lang w:val="ru-RU"/>
              </w:rPr>
              <w:t xml:space="preserve">Аудиозапись под названием «Руки На Одеяло А.С.А.В.» (другие названия «Руки На Одеяло Ацаб», «Руки на одеяло А.С.А.В. (Полит3эк </w:t>
            </w:r>
            <w:r>
              <w:t>cover</w:t>
            </w:r>
            <w:r w:rsidRPr="00332DB8">
              <w:rPr>
                <w:lang w:val="ru-RU"/>
              </w:rPr>
              <w:t>)»), продолжительностью 03 минуты 09 секунд, начинающаяся словами «Сколько серой формы в загашниках нашей страны…», заканчивающаяся словами «…С нами Джа! С нами Джа!» (решение Железнодорожного районного суда г. Ульяновска от 23.05.2022);</w:t>
            </w:r>
          </w:p>
        </w:tc>
        <w:tc>
          <w:tcPr>
            <w:tcW w:w="2880" w:type="dxa"/>
          </w:tcPr>
          <w:p w:rsidR="006F7457" w:rsidRDefault="00332DB8">
            <w:r>
              <w:t>22.08.2022</w:t>
            </w:r>
          </w:p>
        </w:tc>
      </w:tr>
      <w:tr w:rsidR="006F7457">
        <w:tc>
          <w:tcPr>
            <w:tcW w:w="2880" w:type="dxa"/>
          </w:tcPr>
          <w:p w:rsidR="006F7457" w:rsidRDefault="00332DB8">
            <w:r>
              <w:t>5300.</w:t>
            </w:r>
          </w:p>
        </w:tc>
        <w:tc>
          <w:tcPr>
            <w:tcW w:w="2880" w:type="dxa"/>
          </w:tcPr>
          <w:p w:rsidR="006F7457" w:rsidRPr="00332DB8" w:rsidRDefault="00332DB8">
            <w:pPr>
              <w:rPr>
                <w:lang w:val="ru-RU"/>
              </w:rPr>
            </w:pPr>
            <w:r w:rsidRPr="00332DB8">
              <w:rPr>
                <w:lang w:val="ru-RU"/>
              </w:rPr>
              <w:t>Информационный материал – графическое изображение под заголовком «РУССКАЯ ИДЕЯ», текстом следующего содержания: «Жидов изгоняя все! Во всем мире…всегда и везде…Только в прошлом, 2-м тысячелетии, жидов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окно…И залез таки жид аж на самый на верх…Что и ждал народ аж тысячу лет…Чтобы скинуть жида аж на самое дно…Изгнание жидов из России» и карикатурным изображением памятника Минину и Пожарскому, размещенный в сети «Интернет» (решение Ленинского районного суда города Оренбурга от 07.06.2022);</w:t>
            </w:r>
          </w:p>
        </w:tc>
        <w:tc>
          <w:tcPr>
            <w:tcW w:w="2880" w:type="dxa"/>
          </w:tcPr>
          <w:p w:rsidR="006F7457" w:rsidRDefault="00332DB8">
            <w:r>
              <w:t>29.08.2022</w:t>
            </w:r>
          </w:p>
        </w:tc>
      </w:tr>
      <w:tr w:rsidR="006F7457">
        <w:tc>
          <w:tcPr>
            <w:tcW w:w="2880" w:type="dxa"/>
          </w:tcPr>
          <w:p w:rsidR="006F7457" w:rsidRDefault="00332DB8">
            <w:r>
              <w:t>5301.</w:t>
            </w:r>
          </w:p>
        </w:tc>
        <w:tc>
          <w:tcPr>
            <w:tcW w:w="2880" w:type="dxa"/>
          </w:tcPr>
          <w:p w:rsidR="006F7457" w:rsidRDefault="00332DB8">
            <w:r>
              <w:t>Исключен</w:t>
            </w:r>
          </w:p>
        </w:tc>
        <w:tc>
          <w:tcPr>
            <w:tcW w:w="2880" w:type="dxa"/>
          </w:tcPr>
          <w:p w:rsidR="006F7457" w:rsidRDefault="00332DB8">
            <w:r>
              <w:t>29.08.2022</w:t>
            </w:r>
          </w:p>
        </w:tc>
      </w:tr>
      <w:tr w:rsidR="006F7457">
        <w:tc>
          <w:tcPr>
            <w:tcW w:w="2880" w:type="dxa"/>
          </w:tcPr>
          <w:p w:rsidR="006F7457" w:rsidRDefault="00332DB8">
            <w:r>
              <w:t>530</w:t>
            </w:r>
            <w:r>
              <w:lastRenderedPageBreak/>
              <w:t>2.</w:t>
            </w:r>
          </w:p>
        </w:tc>
        <w:tc>
          <w:tcPr>
            <w:tcW w:w="2880" w:type="dxa"/>
          </w:tcPr>
          <w:p w:rsidR="006F7457" w:rsidRDefault="00332DB8">
            <w:r>
              <w:lastRenderedPageBreak/>
              <w:t>Исключен</w:t>
            </w:r>
          </w:p>
        </w:tc>
        <w:tc>
          <w:tcPr>
            <w:tcW w:w="2880" w:type="dxa"/>
          </w:tcPr>
          <w:p w:rsidR="006F7457" w:rsidRDefault="00332DB8">
            <w:r>
              <w:t>29.08.202</w:t>
            </w:r>
            <w:r>
              <w:lastRenderedPageBreak/>
              <w:t>2</w:t>
            </w:r>
          </w:p>
        </w:tc>
      </w:tr>
      <w:tr w:rsidR="006F7457">
        <w:tc>
          <w:tcPr>
            <w:tcW w:w="2880" w:type="dxa"/>
          </w:tcPr>
          <w:p w:rsidR="006F7457" w:rsidRDefault="00332DB8">
            <w:r>
              <w:lastRenderedPageBreak/>
              <w:t>5303.</w:t>
            </w:r>
          </w:p>
        </w:tc>
        <w:tc>
          <w:tcPr>
            <w:tcW w:w="2880" w:type="dxa"/>
          </w:tcPr>
          <w:p w:rsidR="006F7457" w:rsidRDefault="00332DB8">
            <w:r>
              <w:t>Исключен</w:t>
            </w:r>
          </w:p>
        </w:tc>
        <w:tc>
          <w:tcPr>
            <w:tcW w:w="2880" w:type="dxa"/>
          </w:tcPr>
          <w:p w:rsidR="006F7457" w:rsidRDefault="00332DB8">
            <w:r>
              <w:t>29.08.2022</w:t>
            </w:r>
          </w:p>
        </w:tc>
      </w:tr>
      <w:tr w:rsidR="006F7457">
        <w:tc>
          <w:tcPr>
            <w:tcW w:w="2880" w:type="dxa"/>
          </w:tcPr>
          <w:p w:rsidR="006F7457" w:rsidRDefault="00332DB8">
            <w:r>
              <w:t>5304.</w:t>
            </w:r>
          </w:p>
        </w:tc>
        <w:tc>
          <w:tcPr>
            <w:tcW w:w="2880" w:type="dxa"/>
          </w:tcPr>
          <w:p w:rsidR="006F7457" w:rsidRPr="00332DB8" w:rsidRDefault="00332DB8">
            <w:pPr>
              <w:rPr>
                <w:lang w:val="ru-RU"/>
              </w:rPr>
            </w:pPr>
            <w:r w:rsidRPr="00332DB8">
              <w:rPr>
                <w:lang w:val="ru-RU"/>
              </w:rPr>
              <w:t>Печатное издание под редакцией Костоева Х.А. «Осинное гнездо Кавказа», Ростов-на Дону, 2020, 216 стр. (решение Ленинского районного суда г. Владикавказа Республики Северная Осетия – Алания от 07.04.2022);</w:t>
            </w:r>
          </w:p>
        </w:tc>
        <w:tc>
          <w:tcPr>
            <w:tcW w:w="2880" w:type="dxa"/>
          </w:tcPr>
          <w:p w:rsidR="006F7457" w:rsidRDefault="00332DB8">
            <w:r>
              <w:t>29.08.2022</w:t>
            </w:r>
          </w:p>
        </w:tc>
      </w:tr>
      <w:tr w:rsidR="006F7457">
        <w:tc>
          <w:tcPr>
            <w:tcW w:w="2880" w:type="dxa"/>
          </w:tcPr>
          <w:p w:rsidR="006F7457" w:rsidRDefault="00332DB8">
            <w:r>
              <w:t>5305.</w:t>
            </w:r>
          </w:p>
        </w:tc>
        <w:tc>
          <w:tcPr>
            <w:tcW w:w="2880" w:type="dxa"/>
          </w:tcPr>
          <w:p w:rsidR="006F7457" w:rsidRPr="00332DB8" w:rsidRDefault="00332DB8">
            <w:pPr>
              <w:rPr>
                <w:lang w:val="ru-RU"/>
              </w:rPr>
            </w:pPr>
            <w:r w:rsidRPr="00332DB8">
              <w:rPr>
                <w:lang w:val="ru-RU"/>
              </w:rPr>
              <w:t>Статья Стомахина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Россией стран» (решение Центрального районного суда г. Барнаула от 07.07.2022);</w:t>
            </w:r>
          </w:p>
        </w:tc>
        <w:tc>
          <w:tcPr>
            <w:tcW w:w="2880" w:type="dxa"/>
          </w:tcPr>
          <w:p w:rsidR="006F7457" w:rsidRDefault="00332DB8">
            <w:r>
              <w:t>19.09.2022</w:t>
            </w:r>
          </w:p>
        </w:tc>
      </w:tr>
      <w:tr w:rsidR="006F7457">
        <w:tc>
          <w:tcPr>
            <w:tcW w:w="2880" w:type="dxa"/>
          </w:tcPr>
          <w:p w:rsidR="006F7457" w:rsidRDefault="00332DB8">
            <w:r>
              <w:t>5306.</w:t>
            </w:r>
          </w:p>
        </w:tc>
        <w:tc>
          <w:tcPr>
            <w:tcW w:w="2880" w:type="dxa"/>
          </w:tcPr>
          <w:p w:rsidR="006F7457" w:rsidRDefault="00332DB8">
            <w:r w:rsidRPr="00332DB8">
              <w:rPr>
                <w:lang w:val="ru-RU"/>
              </w:rPr>
              <w:t xml:space="preserve">Видеоматериал под названием: «Полковник Шендаков обратился к женам росгвардейцев и полицейских», размещенный в сети «Интернет», продолжительностью </w:t>
            </w:r>
            <w:r>
              <w:t>04 минуты 53 секунды (решение Красногорского городского суда Московской области от 18.07.2022);</w:t>
            </w:r>
          </w:p>
        </w:tc>
        <w:tc>
          <w:tcPr>
            <w:tcW w:w="2880" w:type="dxa"/>
          </w:tcPr>
          <w:p w:rsidR="006F7457" w:rsidRDefault="00332DB8">
            <w:r>
              <w:t>19.09.2022</w:t>
            </w:r>
          </w:p>
        </w:tc>
      </w:tr>
      <w:tr w:rsidR="006F7457">
        <w:tc>
          <w:tcPr>
            <w:tcW w:w="2880" w:type="dxa"/>
          </w:tcPr>
          <w:p w:rsidR="006F7457" w:rsidRDefault="00332DB8">
            <w:r>
              <w:t>5307.</w:t>
            </w:r>
          </w:p>
        </w:tc>
        <w:tc>
          <w:tcPr>
            <w:tcW w:w="2880" w:type="dxa"/>
          </w:tcPr>
          <w:p w:rsidR="006F7457" w:rsidRPr="00332DB8" w:rsidRDefault="00332DB8">
            <w:pPr>
              <w:rPr>
                <w:lang w:val="ru-RU"/>
              </w:rPr>
            </w:pPr>
            <w:r w:rsidRPr="00332DB8">
              <w:rPr>
                <w:lang w:val="ru-RU"/>
              </w:rPr>
              <w:t>Видеоматериал под названием: «СУРКОВ ОБЕЩАЛ ДОНБАССУ ВОЙНУ! Михаил Шендаков/ПРЯМОЙ ЭФИР СТ // 22.12.2019», продолжительностью 59 минут 12 секунд, размещенный в сети «Интернет» (решение Красногорского городского суда Московской области от 18.07.2022);</w:t>
            </w:r>
          </w:p>
        </w:tc>
        <w:tc>
          <w:tcPr>
            <w:tcW w:w="2880" w:type="dxa"/>
          </w:tcPr>
          <w:p w:rsidR="006F7457" w:rsidRDefault="00332DB8">
            <w:r>
              <w:t>19.09.2022</w:t>
            </w:r>
          </w:p>
        </w:tc>
      </w:tr>
      <w:tr w:rsidR="006F7457">
        <w:tc>
          <w:tcPr>
            <w:tcW w:w="2880" w:type="dxa"/>
          </w:tcPr>
          <w:p w:rsidR="006F7457" w:rsidRDefault="00332DB8">
            <w:r>
              <w:t>5</w:t>
            </w:r>
            <w:r>
              <w:lastRenderedPageBreak/>
              <w:t>308.</w:t>
            </w:r>
          </w:p>
        </w:tc>
        <w:tc>
          <w:tcPr>
            <w:tcW w:w="2880" w:type="dxa"/>
          </w:tcPr>
          <w:p w:rsidR="006F7457" w:rsidRPr="00332DB8" w:rsidRDefault="00332DB8">
            <w:pPr>
              <w:rPr>
                <w:lang w:val="ru-RU"/>
              </w:rPr>
            </w:pPr>
            <w:r w:rsidRPr="00332DB8">
              <w:rPr>
                <w:lang w:val="ru-RU"/>
              </w:rPr>
              <w:lastRenderedPageBreak/>
              <w:t xml:space="preserve">Печатное издание под редакцией Лорса Дарьяльского «Осетины на стороне Третьего рейха. </w:t>
            </w:r>
            <w:r w:rsidRPr="00332DB8">
              <w:rPr>
                <w:lang w:val="ru-RU"/>
              </w:rPr>
              <w:lastRenderedPageBreak/>
              <w:t>Коллаборационизм в годы Великой Отечественной войны», Москва, 2021, 248 стр. (решение Ленинского районного суда г. Владикавказа Республики Северная Осетия – Алания от 25.05.2022);</w:t>
            </w:r>
          </w:p>
        </w:tc>
        <w:tc>
          <w:tcPr>
            <w:tcW w:w="2880" w:type="dxa"/>
          </w:tcPr>
          <w:p w:rsidR="006F7457" w:rsidRDefault="00332DB8">
            <w:r>
              <w:lastRenderedPageBreak/>
              <w:t>19.</w:t>
            </w:r>
            <w:r>
              <w:lastRenderedPageBreak/>
              <w:t>09.2022</w:t>
            </w:r>
          </w:p>
        </w:tc>
      </w:tr>
      <w:tr w:rsidR="006F7457">
        <w:tc>
          <w:tcPr>
            <w:tcW w:w="2880" w:type="dxa"/>
          </w:tcPr>
          <w:p w:rsidR="006F7457" w:rsidRDefault="00332DB8">
            <w:r>
              <w:lastRenderedPageBreak/>
              <w:t>5309.</w:t>
            </w:r>
          </w:p>
        </w:tc>
        <w:tc>
          <w:tcPr>
            <w:tcW w:w="2880" w:type="dxa"/>
          </w:tcPr>
          <w:p w:rsidR="006F7457" w:rsidRDefault="00332DB8">
            <w:r>
              <w:t>C</w:t>
            </w:r>
            <w:r w:rsidRPr="00332DB8">
              <w:rPr>
                <w:lang w:val="ru-RU"/>
              </w:rPr>
              <w:t xml:space="preserve">татья Б. Стомахина «Зачем митинг?», начинающаяся со слов «Лучше митинг!» - был такой плакат…», заканчивающаяся словами «Свобода добывается только в бою и оплачивается только кровью» </w:t>
            </w:r>
            <w:r>
              <w:t>(решение Центрального районного суда г. Барнаула Алтайского края от 25.07.2022);</w:t>
            </w:r>
          </w:p>
        </w:tc>
        <w:tc>
          <w:tcPr>
            <w:tcW w:w="2880" w:type="dxa"/>
          </w:tcPr>
          <w:p w:rsidR="006F7457" w:rsidRDefault="00332DB8">
            <w:r>
              <w:t>04.10.2022</w:t>
            </w:r>
          </w:p>
        </w:tc>
      </w:tr>
      <w:tr w:rsidR="006F7457">
        <w:tc>
          <w:tcPr>
            <w:tcW w:w="2880" w:type="dxa"/>
          </w:tcPr>
          <w:p w:rsidR="006F7457" w:rsidRDefault="00332DB8">
            <w:r>
              <w:t>5310.</w:t>
            </w:r>
          </w:p>
        </w:tc>
        <w:tc>
          <w:tcPr>
            <w:tcW w:w="2880" w:type="dxa"/>
          </w:tcPr>
          <w:p w:rsidR="006F7457" w:rsidRDefault="00332DB8">
            <w:r>
              <w:t>C</w:t>
            </w:r>
            <w:r w:rsidRPr="00332DB8">
              <w:rPr>
                <w:lang w:val="ru-RU"/>
              </w:rPr>
              <w:t>татья Б. Стомахина «</w:t>
            </w:r>
            <w:r>
              <w:t>NO</w:t>
            </w:r>
            <w:r w:rsidRPr="00332DB8">
              <w:rPr>
                <w:lang w:val="ru-RU"/>
              </w:rPr>
              <w:t xml:space="preserve"> </w:t>
            </w:r>
            <w:r>
              <w:t>FUTURE</w:t>
            </w:r>
            <w:r w:rsidRPr="00332DB8">
              <w:rPr>
                <w:lang w:val="ru-RU"/>
              </w:rPr>
              <w:t xml:space="preserve">»,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w:t>
            </w:r>
            <w:r>
              <w:t>(решение Центрального районного суда г. Барнаула Алтайского края от 01.08.2022);</w:t>
            </w:r>
          </w:p>
        </w:tc>
        <w:tc>
          <w:tcPr>
            <w:tcW w:w="2880" w:type="dxa"/>
          </w:tcPr>
          <w:p w:rsidR="006F7457" w:rsidRDefault="00332DB8">
            <w:r>
              <w:t>04.10.2022</w:t>
            </w:r>
          </w:p>
        </w:tc>
      </w:tr>
      <w:tr w:rsidR="006F7457">
        <w:tc>
          <w:tcPr>
            <w:tcW w:w="2880" w:type="dxa"/>
          </w:tcPr>
          <w:p w:rsidR="006F7457" w:rsidRDefault="00332DB8">
            <w:r>
              <w:t>5311.</w:t>
            </w:r>
          </w:p>
        </w:tc>
        <w:tc>
          <w:tcPr>
            <w:tcW w:w="2880" w:type="dxa"/>
          </w:tcPr>
          <w:p w:rsidR="006F7457" w:rsidRPr="00332DB8" w:rsidRDefault="00332DB8">
            <w:pPr>
              <w:rPr>
                <w:lang w:val="ru-RU"/>
              </w:rPr>
            </w:pPr>
            <w:r w:rsidRPr="00332DB8">
              <w:rPr>
                <w:lang w:val="ru-RU"/>
              </w:rPr>
              <w:t>Материалы, размещенные в русскоязычном сегменте сети «Интернет» в социальной сети «Одноклассники» на странице пользователя под ником «Абу Мухаммад» (решение Октябрьского районного суда г. Екатеринбурга от 14.04.2022);</w:t>
            </w:r>
          </w:p>
        </w:tc>
        <w:tc>
          <w:tcPr>
            <w:tcW w:w="2880" w:type="dxa"/>
          </w:tcPr>
          <w:p w:rsidR="006F7457" w:rsidRDefault="00332DB8">
            <w:r>
              <w:t>19.10.2022</w:t>
            </w:r>
          </w:p>
        </w:tc>
      </w:tr>
      <w:tr w:rsidR="006F7457">
        <w:tc>
          <w:tcPr>
            <w:tcW w:w="2880" w:type="dxa"/>
          </w:tcPr>
          <w:p w:rsidR="006F7457" w:rsidRDefault="00332DB8">
            <w:r>
              <w:t>5312.</w:t>
            </w:r>
          </w:p>
        </w:tc>
        <w:tc>
          <w:tcPr>
            <w:tcW w:w="2880" w:type="dxa"/>
          </w:tcPr>
          <w:p w:rsidR="006F7457" w:rsidRPr="00332DB8" w:rsidRDefault="00332DB8">
            <w:pPr>
              <w:rPr>
                <w:lang w:val="ru-RU"/>
              </w:rPr>
            </w:pPr>
            <w:r w:rsidRPr="00332DB8">
              <w:rPr>
                <w:lang w:val="ru-RU"/>
              </w:rPr>
              <w:t>Информационный материал – фотография Генриха Гиммлера в окружении офицеров СС, сопровождающегося текстом «- Сынок, через 70 лет твой президент будет евреем, и твоих внуков он будет сажать в 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скоростью 1 миллион в год. Ну а мы пока уходим… потому что мы проиграли, а ты выиграл. Ты выиграл свое будущее…», размещенная в информационно-телекоммуникационной сети «Интернет» (решение Черкесского городского суда Карачаево-Черкесской Республики от 09.06.2022);</w:t>
            </w:r>
          </w:p>
        </w:tc>
        <w:tc>
          <w:tcPr>
            <w:tcW w:w="2880" w:type="dxa"/>
          </w:tcPr>
          <w:p w:rsidR="006F7457" w:rsidRDefault="00332DB8">
            <w:r>
              <w:t>01.11.2022</w:t>
            </w:r>
          </w:p>
        </w:tc>
      </w:tr>
      <w:tr w:rsidR="006F7457">
        <w:tc>
          <w:tcPr>
            <w:tcW w:w="2880" w:type="dxa"/>
          </w:tcPr>
          <w:p w:rsidR="006F7457" w:rsidRDefault="00332DB8">
            <w:r>
              <w:t>5</w:t>
            </w:r>
            <w:r>
              <w:lastRenderedPageBreak/>
              <w:t>313.</w:t>
            </w:r>
          </w:p>
        </w:tc>
        <w:tc>
          <w:tcPr>
            <w:tcW w:w="2880" w:type="dxa"/>
          </w:tcPr>
          <w:p w:rsidR="006F7457" w:rsidRPr="00332DB8" w:rsidRDefault="00332DB8">
            <w:pPr>
              <w:rPr>
                <w:lang w:val="ru-RU"/>
              </w:rPr>
            </w:pPr>
            <w:r w:rsidRPr="00332DB8">
              <w:rPr>
                <w:lang w:val="ru-RU"/>
              </w:rPr>
              <w:lastRenderedPageBreak/>
              <w:t>Информационный материал в виде методического пособия с названием «</w:t>
            </w:r>
            <w:r>
              <w:t>Zashita</w:t>
            </w:r>
            <w:r w:rsidRPr="00332DB8">
              <w:rPr>
                <w:lang w:val="ru-RU"/>
              </w:rPr>
              <w:t>_</w:t>
            </w:r>
            <w:r>
              <w:t>grazhdan</w:t>
            </w:r>
            <w:r w:rsidRPr="00332DB8">
              <w:rPr>
                <w:lang w:val="ru-RU"/>
              </w:rPr>
              <w:t>_</w:t>
            </w:r>
            <w:r>
              <w:t>SSSR</w:t>
            </w:r>
            <w:r w:rsidRPr="00332DB8">
              <w:rPr>
                <w:lang w:val="ru-RU"/>
              </w:rPr>
              <w:t>.</w:t>
            </w:r>
            <w:r>
              <w:t>pdf</w:t>
            </w:r>
            <w:r w:rsidRPr="00332DB8">
              <w:rPr>
                <w:lang w:val="ru-RU"/>
              </w:rPr>
              <w:t xml:space="preserve">», </w:t>
            </w:r>
            <w:r w:rsidRPr="00332DB8">
              <w:rPr>
                <w:lang w:val="ru-RU"/>
              </w:rPr>
              <w:lastRenderedPageBreak/>
              <w:t>начинающийся со слов «МИНИСТЕРСТВО ЮСТИЦИИ СССР» и заканчивающийся словами «Соглашаясь подписывать любые документы, Вы автоматически становитесь частью корпорации и теряете свободу и независимость, становясь рабом! С.В. Тараскин», объемом 30 страниц (решение Советского районного суда г. Томска от 27.07.2022);</w:t>
            </w:r>
          </w:p>
        </w:tc>
        <w:tc>
          <w:tcPr>
            <w:tcW w:w="2880" w:type="dxa"/>
          </w:tcPr>
          <w:p w:rsidR="006F7457" w:rsidRDefault="00332DB8">
            <w:r>
              <w:lastRenderedPageBreak/>
              <w:t>01.</w:t>
            </w:r>
            <w:r>
              <w:lastRenderedPageBreak/>
              <w:t>11.2022</w:t>
            </w:r>
          </w:p>
        </w:tc>
      </w:tr>
      <w:tr w:rsidR="006F7457">
        <w:tc>
          <w:tcPr>
            <w:tcW w:w="2880" w:type="dxa"/>
          </w:tcPr>
          <w:p w:rsidR="006F7457" w:rsidRDefault="00332DB8">
            <w:r>
              <w:lastRenderedPageBreak/>
              <w:t>5314.</w:t>
            </w:r>
          </w:p>
        </w:tc>
        <w:tc>
          <w:tcPr>
            <w:tcW w:w="2880" w:type="dxa"/>
          </w:tcPr>
          <w:p w:rsidR="006F7457" w:rsidRPr="00332DB8" w:rsidRDefault="00332DB8">
            <w:pPr>
              <w:rPr>
                <w:lang w:val="ru-RU"/>
              </w:rPr>
            </w:pPr>
            <w:r w:rsidRPr="00332DB8">
              <w:rPr>
                <w:lang w:val="ru-RU"/>
              </w:rPr>
              <w:t>Видеоматериал-лекция под названием «Обращение Магомеда Хазбиева к руководству Чечни и к дешевым блогерам провокаторам» продолжительностью 1 час 56 минут 3 секунды, начинающаяся со слов «Ассаламу алейкум варахматуллах мехкхой…» (далее разговор на ингушском языке) и заканчивающаяся словами (после разговора на ингушском языке) «…Ассаламу алейкум варахматуллах», размещенный на канале «</w:t>
            </w:r>
            <w:r>
              <w:t>ingushetiyaruorg</w:t>
            </w:r>
            <w:r w:rsidRPr="00332DB8">
              <w:rPr>
                <w:lang w:val="ru-RU"/>
              </w:rPr>
              <w:t>2010» видеохостинга «</w:t>
            </w:r>
            <w:r>
              <w:t>Youtube</w:t>
            </w:r>
            <w:r w:rsidRPr="00332DB8">
              <w:rPr>
                <w:lang w:val="ru-RU"/>
              </w:rPr>
              <w:t xml:space="preserve">» […] и личной странице в </w:t>
            </w:r>
            <w:r>
              <w:t>Instagramm</w:t>
            </w:r>
            <w:r w:rsidRPr="00332DB8">
              <w:rPr>
                <w:lang w:val="ru-RU"/>
              </w:rPr>
              <w:t xml:space="preserve"> «</w:t>
            </w:r>
            <w:r>
              <w:t>Khazbiev</w:t>
            </w:r>
            <w:r w:rsidRPr="00332DB8">
              <w:rPr>
                <w:lang w:val="ru-RU"/>
              </w:rPr>
              <w:t>_</w:t>
            </w:r>
            <w:r>
              <w:t>Magomed</w:t>
            </w:r>
            <w:r w:rsidRPr="00332DB8">
              <w:rPr>
                <w:lang w:val="ru-RU"/>
              </w:rPr>
              <w:t>» (решение Заводского районного суда города Грозного Чеченской Республики от 06.06.2022);</w:t>
            </w:r>
          </w:p>
        </w:tc>
        <w:tc>
          <w:tcPr>
            <w:tcW w:w="2880" w:type="dxa"/>
          </w:tcPr>
          <w:p w:rsidR="006F7457" w:rsidRDefault="00332DB8">
            <w:r>
              <w:t>01.11.2022</w:t>
            </w:r>
          </w:p>
        </w:tc>
      </w:tr>
      <w:tr w:rsidR="006F7457">
        <w:tc>
          <w:tcPr>
            <w:tcW w:w="2880" w:type="dxa"/>
          </w:tcPr>
          <w:p w:rsidR="006F7457" w:rsidRDefault="00332DB8">
            <w:r>
              <w:t>5315.</w:t>
            </w:r>
          </w:p>
        </w:tc>
        <w:tc>
          <w:tcPr>
            <w:tcW w:w="2880" w:type="dxa"/>
          </w:tcPr>
          <w:p w:rsidR="006F7457" w:rsidRDefault="00332DB8">
            <w:r w:rsidRPr="00332DB8">
              <w:rPr>
                <w:lang w:val="ru-RU"/>
              </w:rPr>
              <w:t xml:space="preserve">Аудиозапись и текст под названием: «Никита Машук – Убъем Украину…» продолжительностью от 1 мин. 16 сек. до 1 мин. 21 сек., начинающиеся со слов: «Украина все свое существо, все свое существование …» и заканчивающиеся словами: «…и твою семью…» </w:t>
            </w:r>
            <w:r>
              <w:t>(решение Центрального районного суда г. Хабаровска от 01.08.2022);</w:t>
            </w:r>
          </w:p>
        </w:tc>
        <w:tc>
          <w:tcPr>
            <w:tcW w:w="2880" w:type="dxa"/>
          </w:tcPr>
          <w:p w:rsidR="006F7457" w:rsidRDefault="00332DB8">
            <w:r>
              <w:t>18.11.2022</w:t>
            </w:r>
          </w:p>
        </w:tc>
      </w:tr>
      <w:tr w:rsidR="006F7457">
        <w:tc>
          <w:tcPr>
            <w:tcW w:w="2880" w:type="dxa"/>
          </w:tcPr>
          <w:p w:rsidR="006F7457" w:rsidRDefault="00332DB8">
            <w:r>
              <w:t>5316.</w:t>
            </w:r>
          </w:p>
        </w:tc>
        <w:tc>
          <w:tcPr>
            <w:tcW w:w="2880" w:type="dxa"/>
          </w:tcPr>
          <w:p w:rsidR="006F7457" w:rsidRPr="00332DB8" w:rsidRDefault="00332DB8">
            <w:pPr>
              <w:rPr>
                <w:lang w:val="ru-RU"/>
              </w:rPr>
            </w:pPr>
            <w:r w:rsidRPr="00332DB8">
              <w:rPr>
                <w:lang w:val="ru-RU"/>
              </w:rPr>
              <w:t>Аудиофайл под названием «Про мусоров группы «Адидас» («</w:t>
            </w:r>
            <w:r>
              <w:t>Adidas</w:t>
            </w:r>
            <w:r w:rsidRPr="00332DB8">
              <w:rPr>
                <w:lang w:val="ru-RU"/>
              </w:rPr>
              <w:t>»), продолжительностью 4 минуты 21 секунда, начинающийся со слов «Мусора-гон…, пид…, не дают спокойно попить пиваса…» и заканчивающийся словами «…как бумажка зачем, ж… подтирать» с последующим речитативом, размещенный в сети «Интернет» (решение Елецкого городского суда Липецкой области от 22.09.2022)</w:t>
            </w:r>
          </w:p>
        </w:tc>
        <w:tc>
          <w:tcPr>
            <w:tcW w:w="2880" w:type="dxa"/>
          </w:tcPr>
          <w:p w:rsidR="006F7457" w:rsidRDefault="00332DB8">
            <w:r>
              <w:t>18.11.2022</w:t>
            </w:r>
          </w:p>
        </w:tc>
      </w:tr>
      <w:tr w:rsidR="006F7457">
        <w:tc>
          <w:tcPr>
            <w:tcW w:w="2880" w:type="dxa"/>
          </w:tcPr>
          <w:p w:rsidR="006F7457" w:rsidRDefault="00332DB8">
            <w:r>
              <w:t>5317.</w:t>
            </w:r>
          </w:p>
        </w:tc>
        <w:tc>
          <w:tcPr>
            <w:tcW w:w="2880" w:type="dxa"/>
          </w:tcPr>
          <w:p w:rsidR="006F7457" w:rsidRPr="00332DB8" w:rsidRDefault="00332DB8">
            <w:pPr>
              <w:rPr>
                <w:lang w:val="ru-RU"/>
              </w:rPr>
            </w:pPr>
            <w:r w:rsidRPr="00332DB8">
              <w:rPr>
                <w:lang w:val="ru-RU"/>
              </w:rPr>
              <w:t>Материал книги «Ценой свободы», автор Блинов К.А. под псевдонимом «Кирилл Риддик», состоящей из 12 глав объемом 197 страниц формата А4, начинающейся словами «Посвящается всем тем, кто прошел через стены испытаний..,» и заканчивающейся словами «…Мы безвозмездно отдаем себя и наши судьбы, изо дня в день, бросая вызов врагам. Сердечно благодарю за помощь Николая М. и К. Вестейн» (решение Советского районного суда г. Нижнего Новгорода от 22.04.2022);</w:t>
            </w:r>
          </w:p>
        </w:tc>
        <w:tc>
          <w:tcPr>
            <w:tcW w:w="2880" w:type="dxa"/>
          </w:tcPr>
          <w:p w:rsidR="006F7457" w:rsidRDefault="00332DB8">
            <w:r>
              <w:t>25.11.2022</w:t>
            </w:r>
          </w:p>
        </w:tc>
      </w:tr>
      <w:tr w:rsidR="006F7457">
        <w:tc>
          <w:tcPr>
            <w:tcW w:w="2880" w:type="dxa"/>
          </w:tcPr>
          <w:p w:rsidR="006F7457" w:rsidRDefault="00332DB8">
            <w:r>
              <w:t>5</w:t>
            </w:r>
            <w:r>
              <w:lastRenderedPageBreak/>
              <w:t>318.</w:t>
            </w:r>
          </w:p>
        </w:tc>
        <w:tc>
          <w:tcPr>
            <w:tcW w:w="2880" w:type="dxa"/>
          </w:tcPr>
          <w:p w:rsidR="006F7457" w:rsidRDefault="00332DB8">
            <w:r w:rsidRPr="00332DB8">
              <w:rPr>
                <w:lang w:val="ru-RU"/>
              </w:rPr>
              <w:lastRenderedPageBreak/>
              <w:t xml:space="preserve">Печатное издание (книга) «Татары … Это гордое имя/А.М. Аминов. – Казань: Издательство «Ихлас», 2020. – 512 </w:t>
            </w:r>
            <w:r w:rsidRPr="00332DB8">
              <w:rPr>
                <w:lang w:val="ru-RU"/>
              </w:rPr>
              <w:lastRenderedPageBreak/>
              <w:t xml:space="preserve">с.» </w:t>
            </w:r>
            <w:r>
              <w:t>(решение Вахитовского районного суда города Казани от 03.10.2022);</w:t>
            </w:r>
          </w:p>
        </w:tc>
        <w:tc>
          <w:tcPr>
            <w:tcW w:w="2880" w:type="dxa"/>
          </w:tcPr>
          <w:p w:rsidR="006F7457" w:rsidRDefault="00332DB8">
            <w:r>
              <w:lastRenderedPageBreak/>
              <w:t>12.</w:t>
            </w:r>
            <w:r>
              <w:lastRenderedPageBreak/>
              <w:t>12.2022</w:t>
            </w:r>
          </w:p>
        </w:tc>
      </w:tr>
      <w:tr w:rsidR="006F7457">
        <w:tc>
          <w:tcPr>
            <w:tcW w:w="2880" w:type="dxa"/>
          </w:tcPr>
          <w:p w:rsidR="006F7457" w:rsidRDefault="00332DB8">
            <w:r>
              <w:lastRenderedPageBreak/>
              <w:t>5319.</w:t>
            </w:r>
          </w:p>
        </w:tc>
        <w:tc>
          <w:tcPr>
            <w:tcW w:w="2880" w:type="dxa"/>
          </w:tcPr>
          <w:p w:rsidR="006F7457" w:rsidRDefault="00332DB8">
            <w:r w:rsidRPr="00332DB8">
              <w:rPr>
                <w:lang w:val="ru-RU"/>
              </w:rPr>
              <w:t xml:space="preserve">Аудиозапись песни под названиями: «Вставай Ариец» («Волк») праворадикальной группы «Банда Москвы», начинающаяся словами «Он прошел огнь жестокой войны …» и оканчивающаяся словами «…И не станет врагов на Русской земле вновь!», продолжительностью </w:t>
            </w:r>
            <w:r>
              <w:t>5 минут 23 секунды (решение Кашинского межрайонного суда Тверской области от 21.09.2022);</w:t>
            </w:r>
          </w:p>
        </w:tc>
        <w:tc>
          <w:tcPr>
            <w:tcW w:w="2880" w:type="dxa"/>
          </w:tcPr>
          <w:p w:rsidR="006F7457" w:rsidRDefault="00332DB8">
            <w:r>
              <w:t>12.12.2022</w:t>
            </w:r>
          </w:p>
        </w:tc>
      </w:tr>
      <w:tr w:rsidR="006F7457">
        <w:tc>
          <w:tcPr>
            <w:tcW w:w="2880" w:type="dxa"/>
          </w:tcPr>
          <w:p w:rsidR="006F7457" w:rsidRDefault="00332DB8">
            <w:r>
              <w:t>5320.</w:t>
            </w:r>
          </w:p>
        </w:tc>
        <w:tc>
          <w:tcPr>
            <w:tcW w:w="2880" w:type="dxa"/>
          </w:tcPr>
          <w:p w:rsidR="006F7457" w:rsidRPr="00332DB8" w:rsidRDefault="00332DB8">
            <w:pPr>
              <w:rPr>
                <w:lang w:val="ru-RU"/>
              </w:rPr>
            </w:pPr>
            <w:r w:rsidRPr="00332DB8">
              <w:rPr>
                <w:lang w:val="ru-RU"/>
              </w:rPr>
              <w:t>Информационный материал – аудиозапись и текст музыкальной композиции под названием «Токарный Паралич – Я схватил мента за шею», продолжительностью от 02 мин. 26 сек. до 03 мин. 01 сек., начинающаяся словами: «Я схватил мента за шею!...» и заканчивающаяся словами: «…найдут твои останки в колодце водосточном» (решение Железнодорожного районного суда г. Пензы от 30.09.2022);</w:t>
            </w:r>
          </w:p>
        </w:tc>
        <w:tc>
          <w:tcPr>
            <w:tcW w:w="2880" w:type="dxa"/>
          </w:tcPr>
          <w:p w:rsidR="006F7457" w:rsidRDefault="00332DB8">
            <w:r>
              <w:t>12.12.2022</w:t>
            </w:r>
          </w:p>
        </w:tc>
      </w:tr>
      <w:tr w:rsidR="006F7457">
        <w:tc>
          <w:tcPr>
            <w:tcW w:w="2880" w:type="dxa"/>
          </w:tcPr>
          <w:p w:rsidR="006F7457" w:rsidRDefault="00332DB8">
            <w:r>
              <w:t>5321.</w:t>
            </w:r>
          </w:p>
        </w:tc>
        <w:tc>
          <w:tcPr>
            <w:tcW w:w="2880" w:type="dxa"/>
          </w:tcPr>
          <w:p w:rsidR="006F7457" w:rsidRPr="00332DB8" w:rsidRDefault="00332DB8">
            <w:pPr>
              <w:rPr>
                <w:lang w:val="ru-RU"/>
              </w:rPr>
            </w:pPr>
            <w:r w:rsidRPr="00332DB8">
              <w:rPr>
                <w:lang w:val="ru-RU"/>
              </w:rPr>
              <w:t>Видеозапись продолжительностью 20 секунд, с названием «Я буду резать русню» ‒ дети украинских нацистов!», с изображением малолетней девочки дошкольного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w:t>
            </w:r>
            <w:r>
              <w:t>Zieg</w:t>
            </w:r>
            <w:r w:rsidRPr="00332DB8">
              <w:rPr>
                <w:lang w:val="ru-RU"/>
              </w:rPr>
              <w:t xml:space="preserve"> </w:t>
            </w:r>
            <w:r>
              <w:t>Heil</w:t>
            </w:r>
            <w:r w:rsidRPr="00332DB8">
              <w:rPr>
                <w:lang w:val="ru-RU"/>
              </w:rPr>
              <w:t xml:space="preserve">! </w:t>
            </w:r>
            <w:r>
              <w:t>Zieg</w:t>
            </w:r>
            <w:r w:rsidRPr="00332DB8">
              <w:rPr>
                <w:lang w:val="ru-RU"/>
              </w:rPr>
              <w:t xml:space="preserve"> </w:t>
            </w:r>
            <w:r>
              <w:t>Heil</w:t>
            </w:r>
            <w:r w:rsidRPr="00332DB8">
              <w:rPr>
                <w:lang w:val="ru-RU"/>
              </w:rPr>
              <w:t>! Я буду резать русню!...», заканчивающуюся словами «…Путин, мы идем за тобой» (решение Сыктывкарского городского суда Республики Коми от 07.10.2022);</w:t>
            </w:r>
          </w:p>
        </w:tc>
        <w:tc>
          <w:tcPr>
            <w:tcW w:w="2880" w:type="dxa"/>
          </w:tcPr>
          <w:p w:rsidR="006F7457" w:rsidRDefault="00332DB8">
            <w:r>
              <w:t>12.12.2022</w:t>
            </w:r>
          </w:p>
        </w:tc>
      </w:tr>
      <w:tr w:rsidR="006F7457">
        <w:tc>
          <w:tcPr>
            <w:tcW w:w="2880" w:type="dxa"/>
          </w:tcPr>
          <w:p w:rsidR="006F7457" w:rsidRDefault="00332DB8">
            <w:r>
              <w:t>5322.</w:t>
            </w:r>
          </w:p>
        </w:tc>
        <w:tc>
          <w:tcPr>
            <w:tcW w:w="2880" w:type="dxa"/>
          </w:tcPr>
          <w:p w:rsidR="006F7457" w:rsidRPr="00332DB8" w:rsidRDefault="00332DB8">
            <w:pPr>
              <w:rPr>
                <w:lang w:val="ru-RU"/>
              </w:rPr>
            </w:pPr>
            <w:r w:rsidRPr="00332DB8">
              <w:rPr>
                <w:lang w:val="ru-RU"/>
              </w:rPr>
              <w:t>Текстовый файл «Программа М. К. У .» авторов, использующих псевдонимы «Егор «Маньяк» и «</w:t>
            </w:r>
            <w:r>
              <w:t>Warrior</w:t>
            </w:r>
            <w:r w:rsidRPr="00332DB8">
              <w:rPr>
                <w:lang w:val="ru-RU"/>
              </w:rPr>
              <w:t xml:space="preserve"> </w:t>
            </w:r>
            <w:r>
              <w:t>of</w:t>
            </w:r>
            <w:r w:rsidRPr="00332DB8">
              <w:rPr>
                <w:lang w:val="ru-RU"/>
              </w:rPr>
              <w:t xml:space="preserve"> </w:t>
            </w:r>
            <w:r>
              <w:t>Light</w:t>
            </w:r>
            <w:r w:rsidRPr="00332DB8">
              <w:rPr>
                <w:lang w:val="ru-RU"/>
              </w:rPr>
              <w:t>» (решение Таганского районного суда г. Москвы от 21.07.2022);</w:t>
            </w:r>
          </w:p>
        </w:tc>
        <w:tc>
          <w:tcPr>
            <w:tcW w:w="2880" w:type="dxa"/>
          </w:tcPr>
          <w:p w:rsidR="006F7457" w:rsidRDefault="00332DB8">
            <w:r>
              <w:t>12.12.2022</w:t>
            </w:r>
          </w:p>
        </w:tc>
      </w:tr>
      <w:tr w:rsidR="006F7457">
        <w:tc>
          <w:tcPr>
            <w:tcW w:w="2880" w:type="dxa"/>
          </w:tcPr>
          <w:p w:rsidR="006F7457" w:rsidRDefault="00332DB8">
            <w:r>
              <w:t>532</w:t>
            </w:r>
            <w:r>
              <w:lastRenderedPageBreak/>
              <w:t>3.</w:t>
            </w:r>
          </w:p>
        </w:tc>
        <w:tc>
          <w:tcPr>
            <w:tcW w:w="2880" w:type="dxa"/>
          </w:tcPr>
          <w:p w:rsidR="006F7457" w:rsidRPr="00332DB8" w:rsidRDefault="00332DB8">
            <w:pPr>
              <w:rPr>
                <w:lang w:val="ru-RU"/>
              </w:rPr>
            </w:pPr>
            <w:r w:rsidRPr="00332DB8">
              <w:rPr>
                <w:lang w:val="ru-RU"/>
              </w:rPr>
              <w:lastRenderedPageBreak/>
              <w:t xml:space="preserve">Печатное издание – книга «Роза серафитов. Богомильское евангелие». –  Издание 2-е, дополненное и исправленное. – М.: Мир Софии, 2014. – 592 с. (автор «Блаженный Иоанн», 2014, издательство «Мир Софии», </w:t>
            </w:r>
            <w:r>
              <w:t>ISBN</w:t>
            </w:r>
            <w:r w:rsidRPr="00332DB8">
              <w:rPr>
                <w:lang w:val="ru-RU"/>
              </w:rPr>
              <w:t xml:space="preserve"> 978-5-906192-20 (решение Таганского районного суда г. Москвы от 30.04.2021 и апелляционное </w:t>
            </w:r>
            <w:r w:rsidRPr="00332DB8">
              <w:rPr>
                <w:lang w:val="ru-RU"/>
              </w:rPr>
              <w:lastRenderedPageBreak/>
              <w:t>определение судебной коллегии по административным делам Московского городского суда от 25.05.2022);</w:t>
            </w:r>
          </w:p>
        </w:tc>
        <w:tc>
          <w:tcPr>
            <w:tcW w:w="2880" w:type="dxa"/>
          </w:tcPr>
          <w:p w:rsidR="006F7457" w:rsidRDefault="00332DB8">
            <w:r>
              <w:lastRenderedPageBreak/>
              <w:t>12.12.202</w:t>
            </w:r>
            <w:r>
              <w:lastRenderedPageBreak/>
              <w:t>2</w:t>
            </w:r>
          </w:p>
        </w:tc>
      </w:tr>
      <w:tr w:rsidR="006F7457">
        <w:tc>
          <w:tcPr>
            <w:tcW w:w="2880" w:type="dxa"/>
          </w:tcPr>
          <w:p w:rsidR="006F7457" w:rsidRDefault="00332DB8">
            <w:r>
              <w:lastRenderedPageBreak/>
              <w:t>5324.</w:t>
            </w:r>
          </w:p>
        </w:tc>
        <w:tc>
          <w:tcPr>
            <w:tcW w:w="2880" w:type="dxa"/>
          </w:tcPr>
          <w:p w:rsidR="006F7457" w:rsidRDefault="00332DB8">
            <w:r w:rsidRPr="00332DB8">
              <w:rPr>
                <w:lang w:val="ru-RU"/>
              </w:rPr>
              <w:t xml:space="preserve">Информационный материал (текст песни) под названием «А.Харчиков-Арийский марш» (Александр Харчиков – Арийский марш»), начинающийся с фразы «Белая раса – соль Земли…» и заканчивающейся фразой «Наш Святослав – хазаров громит, русские предки с нами!!!» </w:t>
            </w:r>
            <w:r>
              <w:t>(решение Вологодского городского суда Вологодской области от 05.07.2022);</w:t>
            </w:r>
          </w:p>
        </w:tc>
        <w:tc>
          <w:tcPr>
            <w:tcW w:w="2880" w:type="dxa"/>
          </w:tcPr>
          <w:p w:rsidR="006F7457" w:rsidRDefault="00332DB8">
            <w:r>
              <w:t>12.12.2022</w:t>
            </w:r>
          </w:p>
        </w:tc>
      </w:tr>
      <w:tr w:rsidR="006F7457">
        <w:tc>
          <w:tcPr>
            <w:tcW w:w="2880" w:type="dxa"/>
          </w:tcPr>
          <w:p w:rsidR="006F7457" w:rsidRDefault="00332DB8">
            <w:r>
              <w:t>5325.</w:t>
            </w:r>
          </w:p>
        </w:tc>
        <w:tc>
          <w:tcPr>
            <w:tcW w:w="2880" w:type="dxa"/>
          </w:tcPr>
          <w:p w:rsidR="006F7457" w:rsidRDefault="00332DB8">
            <w:r w:rsidRPr="00332DB8">
              <w:rPr>
                <w:lang w:val="ru-RU"/>
              </w:rPr>
              <w:t xml:space="preserve">Видеоматериал с наименованием «А.Харчиков – Арийский марш» («Арийский марш – А. Харчиков») продолжительностью 3 минуты 42 секунды, со звуковым сопровождением в виде песни под музыкальный аккомпанемент, начинающийся с фразы «Белая раса – соль Земли…» и заканчивающейся фразой «Наш Святослав – хазаров громит, русские предки с нами!!!» </w:t>
            </w:r>
            <w:r>
              <w:t>(решение Вологодского городского суда Вологодской области от 05.07.2022);</w:t>
            </w:r>
          </w:p>
        </w:tc>
        <w:tc>
          <w:tcPr>
            <w:tcW w:w="2880" w:type="dxa"/>
          </w:tcPr>
          <w:p w:rsidR="006F7457" w:rsidRDefault="00332DB8">
            <w:r>
              <w:t>12.12.2022</w:t>
            </w:r>
          </w:p>
        </w:tc>
      </w:tr>
      <w:tr w:rsidR="006F7457">
        <w:tc>
          <w:tcPr>
            <w:tcW w:w="2880" w:type="dxa"/>
          </w:tcPr>
          <w:p w:rsidR="006F7457" w:rsidRDefault="00332DB8">
            <w:r>
              <w:t>5326.</w:t>
            </w:r>
          </w:p>
        </w:tc>
        <w:tc>
          <w:tcPr>
            <w:tcW w:w="2880" w:type="dxa"/>
          </w:tcPr>
          <w:p w:rsidR="006F7457" w:rsidRDefault="00332DB8">
            <w:r w:rsidRPr="00332DB8">
              <w:rPr>
                <w:lang w:val="ru-RU"/>
              </w:rPr>
              <w:t xml:space="preserve">Аудиофайл (песня) с наименованием «А.Харчиком – Арийский марш» (Харчиков А. – Арийский марш»),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 </w:t>
            </w:r>
            <w:r>
              <w:t>(решение Вологодского городского суда Вологодской области от 05.07.2022);</w:t>
            </w:r>
          </w:p>
        </w:tc>
        <w:tc>
          <w:tcPr>
            <w:tcW w:w="2880" w:type="dxa"/>
          </w:tcPr>
          <w:p w:rsidR="006F7457" w:rsidRDefault="00332DB8">
            <w:r>
              <w:t>12.12.2022</w:t>
            </w:r>
          </w:p>
        </w:tc>
      </w:tr>
      <w:tr w:rsidR="006F7457">
        <w:tc>
          <w:tcPr>
            <w:tcW w:w="2880" w:type="dxa"/>
          </w:tcPr>
          <w:p w:rsidR="006F7457" w:rsidRDefault="00332DB8">
            <w:r>
              <w:t>5327.</w:t>
            </w:r>
          </w:p>
        </w:tc>
        <w:tc>
          <w:tcPr>
            <w:tcW w:w="2880" w:type="dxa"/>
          </w:tcPr>
          <w:p w:rsidR="006F7457" w:rsidRPr="00332DB8" w:rsidRDefault="00332DB8">
            <w:pPr>
              <w:rPr>
                <w:lang w:val="ru-RU"/>
              </w:rPr>
            </w:pPr>
            <w:r w:rsidRPr="00332DB8">
              <w:rPr>
                <w:lang w:val="ru-RU"/>
              </w:rPr>
              <w:t>Видеофайл с названием «ЭКСТРЕННО!!! РАЗВЯЗКА НА ВАШИХ ГЛАЗАХ. ЗАХВАЧЕН ЕДИНСТВЕННЫЙ ПРОТИВНИК ЗВЕРЯ» размещенный в информационно-телекоммуникационной сети «Интернет» (решение Вилючинского городского суда Камчатского края от 06.09.2022);</w:t>
            </w:r>
          </w:p>
        </w:tc>
        <w:tc>
          <w:tcPr>
            <w:tcW w:w="2880" w:type="dxa"/>
          </w:tcPr>
          <w:p w:rsidR="006F7457" w:rsidRDefault="00332DB8">
            <w:r>
              <w:t>14.12.2022</w:t>
            </w:r>
          </w:p>
        </w:tc>
      </w:tr>
      <w:tr w:rsidR="006F7457">
        <w:tc>
          <w:tcPr>
            <w:tcW w:w="2880" w:type="dxa"/>
          </w:tcPr>
          <w:p w:rsidR="006F7457" w:rsidRDefault="00332DB8">
            <w:r>
              <w:t>5328.</w:t>
            </w:r>
          </w:p>
        </w:tc>
        <w:tc>
          <w:tcPr>
            <w:tcW w:w="2880" w:type="dxa"/>
          </w:tcPr>
          <w:p w:rsidR="006F7457" w:rsidRPr="00332DB8" w:rsidRDefault="00332DB8">
            <w:pPr>
              <w:rPr>
                <w:lang w:val="ru-RU"/>
              </w:rPr>
            </w:pPr>
            <w:r w:rsidRPr="00332DB8">
              <w:rPr>
                <w:lang w:val="ru-RU"/>
              </w:rPr>
              <w:t>Текстовый материал под названием «Христианский обман славян», начинающийся со слов «Христианский обман славян. Официальной русской религией является христианство…», заканчивающийся словами «мусульманство — ЭТО ПРОТЕСТАНИЗМ ВОСТОЧНОЙ ХРИСТИАНСКОЙ СЕКТЫ» (решение Сыктывкарского городского суда Республики Коми от 07.10.2022);</w:t>
            </w:r>
          </w:p>
        </w:tc>
        <w:tc>
          <w:tcPr>
            <w:tcW w:w="2880" w:type="dxa"/>
          </w:tcPr>
          <w:p w:rsidR="006F7457" w:rsidRDefault="00332DB8">
            <w:r>
              <w:t>14.12.2022</w:t>
            </w:r>
          </w:p>
        </w:tc>
      </w:tr>
      <w:tr w:rsidR="006F7457">
        <w:tc>
          <w:tcPr>
            <w:tcW w:w="2880" w:type="dxa"/>
          </w:tcPr>
          <w:p w:rsidR="006F7457" w:rsidRDefault="00332DB8">
            <w:r>
              <w:lastRenderedPageBreak/>
              <w:t>5329.</w:t>
            </w:r>
          </w:p>
        </w:tc>
        <w:tc>
          <w:tcPr>
            <w:tcW w:w="2880" w:type="dxa"/>
          </w:tcPr>
          <w:p w:rsidR="006F7457" w:rsidRPr="00332DB8" w:rsidRDefault="00332DB8">
            <w:pPr>
              <w:rPr>
                <w:lang w:val="ru-RU"/>
              </w:rPr>
            </w:pPr>
            <w:r w:rsidRPr="00332DB8">
              <w:rPr>
                <w:lang w:val="ru-RU"/>
              </w:rPr>
              <w:t>Видеоролик с названием «Страшная тайна Ходоса», продолжительностью 2 минуты 30 секунд, который состоит из сменяющих друг друга 11 фотоизображений с различными текстовыми записями на них, сопровождаемых произносимым мужским голосом закадровым текстом, начинающимся со слов: «Эдуард Ходос. Его реликвия под православного этого всего лишь трюк для обмана славян…» и заканчивающимся словами: «…А ведь сколько раввинов в России и на Украине, ведь дурной пример заразителен» (решение Сыктывкарского городского суда Республики Коми от 07.10.2022);</w:t>
            </w:r>
          </w:p>
        </w:tc>
        <w:tc>
          <w:tcPr>
            <w:tcW w:w="2880" w:type="dxa"/>
          </w:tcPr>
          <w:p w:rsidR="006F7457" w:rsidRDefault="00332DB8">
            <w:r>
              <w:t>14.12.2022</w:t>
            </w:r>
          </w:p>
        </w:tc>
      </w:tr>
      <w:tr w:rsidR="006F7457">
        <w:tc>
          <w:tcPr>
            <w:tcW w:w="2880" w:type="dxa"/>
          </w:tcPr>
          <w:p w:rsidR="006F7457" w:rsidRDefault="00332DB8">
            <w:r>
              <w:t>5330.</w:t>
            </w:r>
          </w:p>
        </w:tc>
        <w:tc>
          <w:tcPr>
            <w:tcW w:w="2880" w:type="dxa"/>
          </w:tcPr>
          <w:p w:rsidR="006F7457" w:rsidRPr="00332DB8" w:rsidRDefault="00332DB8">
            <w:pPr>
              <w:rPr>
                <w:lang w:val="ru-RU"/>
              </w:rPr>
            </w:pPr>
            <w:r w:rsidRPr="00332DB8">
              <w:rPr>
                <w:lang w:val="ru-RU"/>
              </w:rPr>
              <w:t>Видеоролик под названием: «Политолог Никита машук о гос конфликтах»,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p>
        </w:tc>
        <w:tc>
          <w:tcPr>
            <w:tcW w:w="2880" w:type="dxa"/>
          </w:tcPr>
          <w:p w:rsidR="006F7457" w:rsidRDefault="00332DB8">
            <w:r>
              <w:t>29.12.2022</w:t>
            </w:r>
          </w:p>
        </w:tc>
      </w:tr>
      <w:tr w:rsidR="006F7457">
        <w:tc>
          <w:tcPr>
            <w:tcW w:w="2880" w:type="dxa"/>
          </w:tcPr>
          <w:p w:rsidR="006F7457" w:rsidRDefault="00332DB8">
            <w:r>
              <w:t>5331.</w:t>
            </w:r>
          </w:p>
        </w:tc>
        <w:tc>
          <w:tcPr>
            <w:tcW w:w="2880" w:type="dxa"/>
          </w:tcPr>
          <w:p w:rsidR="006F7457" w:rsidRPr="00332DB8" w:rsidRDefault="00332DB8">
            <w:pPr>
              <w:rPr>
                <w:lang w:val="ru-RU"/>
              </w:rPr>
            </w:pPr>
            <w:r w:rsidRPr="00332DB8">
              <w:rPr>
                <w:lang w:val="ru-RU"/>
              </w:rPr>
              <w:t>Статья «ТАЙНА КРОВИ СТРАШНЕЕ СПИДА», начинающаяся словами «ТАЙНА КРОВИ это» и заканчивающаяся словами «Вы можете проверить это сами», опубликованная в газете «РаСветЪ» № 12 от 20.12.2020, а также размещенная в сети «Интернет» в виде текста и видеозаписей, демонстрирующих ее текст (решение Ленинского районного суда г. Перми от 12.07.2022);</w:t>
            </w:r>
          </w:p>
        </w:tc>
        <w:tc>
          <w:tcPr>
            <w:tcW w:w="2880" w:type="dxa"/>
          </w:tcPr>
          <w:p w:rsidR="006F7457" w:rsidRDefault="00332DB8">
            <w:r>
              <w:t>29.12.2022</w:t>
            </w:r>
          </w:p>
        </w:tc>
      </w:tr>
      <w:tr w:rsidR="006F7457">
        <w:tc>
          <w:tcPr>
            <w:tcW w:w="2880" w:type="dxa"/>
          </w:tcPr>
          <w:p w:rsidR="006F7457" w:rsidRDefault="00332DB8">
            <w:r>
              <w:t>5332.</w:t>
            </w:r>
          </w:p>
        </w:tc>
        <w:tc>
          <w:tcPr>
            <w:tcW w:w="2880" w:type="dxa"/>
          </w:tcPr>
          <w:p w:rsidR="006F7457" w:rsidRDefault="00332DB8">
            <w:r w:rsidRPr="00332DB8">
              <w:rPr>
                <w:lang w:val="ru-RU"/>
              </w:rPr>
              <w:t>Видеозапись, продолжительностью 43 секунды с названиями, выполненными на украинском и русском языках: «Маленька д</w:t>
            </w:r>
            <w:r>
              <w:t>i</w:t>
            </w:r>
            <w:r w:rsidRPr="00332DB8">
              <w:rPr>
                <w:lang w:val="ru-RU"/>
              </w:rPr>
              <w:t>вчинка р</w:t>
            </w:r>
            <w:r>
              <w:t>i</w:t>
            </w:r>
            <w:r w:rsidRPr="00332DB8">
              <w:rPr>
                <w:lang w:val="ru-RU"/>
              </w:rPr>
              <w:t>же русню новий х</w:t>
            </w:r>
            <w:r>
              <w:t>i</w:t>
            </w:r>
            <w:r w:rsidRPr="00332DB8">
              <w:rPr>
                <w:lang w:val="ru-RU"/>
              </w:rPr>
              <w:t>т в</w:t>
            </w:r>
            <w:r>
              <w:t>i</w:t>
            </w:r>
            <w:r w:rsidRPr="00332DB8">
              <w:rPr>
                <w:lang w:val="ru-RU"/>
              </w:rPr>
              <w:t>д мас</w:t>
            </w:r>
            <w:r>
              <w:t>i</w:t>
            </w:r>
            <w:r w:rsidRPr="00332DB8">
              <w:rPr>
                <w:lang w:val="ru-RU"/>
              </w:rPr>
              <w:t xml:space="preserve">! ми тепер в </w:t>
            </w:r>
            <w:r>
              <w:t>i</w:t>
            </w:r>
            <w:r w:rsidRPr="00332DB8">
              <w:rPr>
                <w:lang w:val="ru-RU"/>
              </w:rPr>
              <w:t>д</w:t>
            </w:r>
            <w:r>
              <w:t>i</w:t>
            </w:r>
            <w:r w:rsidRPr="00332DB8">
              <w:rPr>
                <w:lang w:val="ru-RU"/>
              </w:rPr>
              <w:t>л!», «Новий х</w:t>
            </w:r>
            <w:r>
              <w:t>i</w:t>
            </w:r>
            <w:r w:rsidRPr="00332DB8">
              <w:rPr>
                <w:lang w:val="ru-RU"/>
              </w:rPr>
              <w:t>т в</w:t>
            </w:r>
            <w:r>
              <w:t>i</w:t>
            </w:r>
            <w:r w:rsidRPr="00332DB8">
              <w:rPr>
                <w:lang w:val="ru-RU"/>
              </w:rPr>
              <w:t>д мас</w:t>
            </w:r>
            <w:r>
              <w:t>i</w:t>
            </w:r>
            <w:r w:rsidRPr="00332DB8">
              <w:rPr>
                <w:lang w:val="ru-RU"/>
              </w:rPr>
              <w:t xml:space="preserve">!ми тепер в </w:t>
            </w:r>
            <w:r>
              <w:t>i</w:t>
            </w:r>
            <w:r w:rsidRPr="00332DB8">
              <w:rPr>
                <w:lang w:val="ru-RU"/>
              </w:rPr>
              <w:t>д</w:t>
            </w:r>
            <w:r>
              <w:t>i</w:t>
            </w:r>
            <w:r w:rsidRPr="00332DB8">
              <w:rPr>
                <w:lang w:val="ru-RU"/>
              </w:rPr>
              <w:t>л! маленькая девочка режит», «Новий х</w:t>
            </w:r>
            <w:r>
              <w:t>i</w:t>
            </w:r>
            <w:r w:rsidRPr="00332DB8">
              <w:rPr>
                <w:lang w:val="ru-RU"/>
              </w:rPr>
              <w:t>т в</w:t>
            </w:r>
            <w:r>
              <w:t>i</w:t>
            </w:r>
            <w:r w:rsidRPr="00332DB8">
              <w:rPr>
                <w:lang w:val="ru-RU"/>
              </w:rPr>
              <w:t>д мас</w:t>
            </w:r>
            <w:r>
              <w:t>i</w:t>
            </w:r>
            <w:r w:rsidRPr="00332DB8">
              <w:rPr>
                <w:lang w:val="ru-RU"/>
              </w:rPr>
              <w:t>!ми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w:t>
            </w:r>
            <w:r>
              <w:t>Zieg</w:t>
            </w:r>
            <w:r w:rsidRPr="00332DB8">
              <w:rPr>
                <w:lang w:val="ru-RU"/>
              </w:rPr>
              <w:t xml:space="preserve"> </w:t>
            </w:r>
            <w:r>
              <w:t>heil</w:t>
            </w:r>
            <w:r w:rsidRPr="00332DB8">
              <w:rPr>
                <w:lang w:val="ru-RU"/>
              </w:rPr>
              <w:t xml:space="preserve">!. </w:t>
            </w:r>
            <w:r>
              <w:t>(решение Сыктывкарского городского суда Республики Коми от 27.10.2022);</w:t>
            </w:r>
          </w:p>
        </w:tc>
        <w:tc>
          <w:tcPr>
            <w:tcW w:w="2880" w:type="dxa"/>
          </w:tcPr>
          <w:p w:rsidR="006F7457" w:rsidRDefault="00332DB8">
            <w:r>
              <w:t>29.12.2022</w:t>
            </w:r>
          </w:p>
        </w:tc>
      </w:tr>
      <w:tr w:rsidR="006F7457">
        <w:tc>
          <w:tcPr>
            <w:tcW w:w="2880" w:type="dxa"/>
          </w:tcPr>
          <w:p w:rsidR="006F7457" w:rsidRDefault="00332DB8">
            <w:r>
              <w:t>53</w:t>
            </w:r>
            <w:r>
              <w:lastRenderedPageBreak/>
              <w:t>33.</w:t>
            </w:r>
          </w:p>
        </w:tc>
        <w:tc>
          <w:tcPr>
            <w:tcW w:w="2880" w:type="dxa"/>
          </w:tcPr>
          <w:p w:rsidR="006F7457" w:rsidRPr="00332DB8" w:rsidRDefault="00332DB8">
            <w:pPr>
              <w:rPr>
                <w:lang w:val="ru-RU"/>
              </w:rPr>
            </w:pPr>
            <w:r w:rsidRPr="00332DB8">
              <w:rPr>
                <w:lang w:val="ru-RU"/>
              </w:rPr>
              <w:lastRenderedPageBreak/>
              <w:t xml:space="preserve">Информационный материал - аудиозапись и текст музыкальной композиции под названием «Зиг Хай - Скинхед» (другое название – «Не хочешь – не слушай! – Скинхед (Доберман </w:t>
            </w:r>
            <w:r>
              <w:t>cover</w:t>
            </w:r>
            <w:r w:rsidRPr="00332DB8">
              <w:rPr>
                <w:lang w:val="ru-RU"/>
              </w:rPr>
              <w:t xml:space="preserve">)»), продолжительностью от </w:t>
            </w:r>
            <w:r w:rsidRPr="00332DB8">
              <w:rPr>
                <w:lang w:val="ru-RU"/>
              </w:rPr>
              <w:lastRenderedPageBreak/>
              <w:t>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p>
        </w:tc>
        <w:tc>
          <w:tcPr>
            <w:tcW w:w="2880" w:type="dxa"/>
          </w:tcPr>
          <w:p w:rsidR="006F7457" w:rsidRDefault="00332DB8">
            <w:r>
              <w:lastRenderedPageBreak/>
              <w:t>29.12.</w:t>
            </w:r>
            <w:r>
              <w:lastRenderedPageBreak/>
              <w:t>2022</w:t>
            </w:r>
          </w:p>
        </w:tc>
      </w:tr>
      <w:tr w:rsidR="006F7457">
        <w:tc>
          <w:tcPr>
            <w:tcW w:w="2880" w:type="dxa"/>
          </w:tcPr>
          <w:p w:rsidR="006F7457" w:rsidRDefault="00332DB8">
            <w:r>
              <w:lastRenderedPageBreak/>
              <w:t>5334.</w:t>
            </w:r>
          </w:p>
        </w:tc>
        <w:tc>
          <w:tcPr>
            <w:tcW w:w="2880" w:type="dxa"/>
          </w:tcPr>
          <w:p w:rsidR="006F7457" w:rsidRPr="00332DB8" w:rsidRDefault="00332DB8">
            <w:pPr>
              <w:rPr>
                <w:lang w:val="ru-RU"/>
              </w:rPr>
            </w:pPr>
            <w:r w:rsidRPr="00332DB8">
              <w:rPr>
                <w:lang w:val="ru-RU"/>
              </w:rPr>
              <w:t>Информационный материал – аудиозапись исполнителя «АРС» с названием «Правые славяне» продолжительностью около 03 минут 23 секунд, которая начинается словами «Пока «скины» сидят в инете и кидают «зигу»…», заканчивается словами «… чувствуйте себя дома,  а мы иноземцы», содержащейся в информационно-телекоммуникационной сети «Интернет» (решение Североморского районного суда Мурманской области от 20.09.2022);</w:t>
            </w:r>
          </w:p>
        </w:tc>
        <w:tc>
          <w:tcPr>
            <w:tcW w:w="2880" w:type="dxa"/>
          </w:tcPr>
          <w:p w:rsidR="006F7457" w:rsidRDefault="00332DB8">
            <w:r>
              <w:t>29.12.2022</w:t>
            </w:r>
          </w:p>
        </w:tc>
      </w:tr>
      <w:tr w:rsidR="006F7457">
        <w:tc>
          <w:tcPr>
            <w:tcW w:w="2880" w:type="dxa"/>
          </w:tcPr>
          <w:p w:rsidR="006F7457" w:rsidRDefault="00332DB8">
            <w:r>
              <w:t>5335.</w:t>
            </w:r>
          </w:p>
        </w:tc>
        <w:tc>
          <w:tcPr>
            <w:tcW w:w="2880" w:type="dxa"/>
          </w:tcPr>
          <w:p w:rsidR="006F7457" w:rsidRPr="00332DB8" w:rsidRDefault="00332DB8">
            <w:pPr>
              <w:rPr>
                <w:lang w:val="ru-RU"/>
              </w:rPr>
            </w:pPr>
            <w:r w:rsidRPr="00332DB8">
              <w:rPr>
                <w:lang w:val="ru-RU"/>
              </w:rPr>
              <w:t>Книга «Науков</w:t>
            </w:r>
            <w:r>
              <w:t>i</w:t>
            </w:r>
            <w:r w:rsidRPr="00332DB8">
              <w:rPr>
                <w:lang w:val="ru-RU"/>
              </w:rPr>
              <w:t xml:space="preserve"> записки» 2016/5-6 (85-86) вересень-грудень, изданная на 363 листах на территории Украины 20.06.2017 Институтом политических и этнонациональных исследований имени И.Ф. Кураса Национальной Академии Наук Украины в формате 60х84/16 тиражом 300 экземпляров </w:t>
            </w:r>
            <w:r>
              <w:t>ISSN</w:t>
            </w:r>
            <w:r w:rsidRPr="00332DB8">
              <w:rPr>
                <w:lang w:val="ru-RU"/>
              </w:rPr>
              <w:t xml:space="preserve"> 2524-0137 под редакцией Рафальского О.О., Майбороды О.М. и иных лиц (решение Октябрьского районного суда Санкт-Петербурга от 31.08.2022);</w:t>
            </w:r>
          </w:p>
        </w:tc>
        <w:tc>
          <w:tcPr>
            <w:tcW w:w="2880" w:type="dxa"/>
          </w:tcPr>
          <w:p w:rsidR="006F7457" w:rsidRDefault="00332DB8">
            <w:r>
              <w:t>03.02.2023</w:t>
            </w:r>
          </w:p>
        </w:tc>
      </w:tr>
      <w:tr w:rsidR="006F7457">
        <w:tc>
          <w:tcPr>
            <w:tcW w:w="2880" w:type="dxa"/>
          </w:tcPr>
          <w:p w:rsidR="006F7457" w:rsidRDefault="00332DB8">
            <w:r>
              <w:t>5336.</w:t>
            </w:r>
          </w:p>
        </w:tc>
        <w:tc>
          <w:tcPr>
            <w:tcW w:w="2880" w:type="dxa"/>
          </w:tcPr>
          <w:p w:rsidR="006F7457" w:rsidRPr="00332DB8" w:rsidRDefault="00332DB8">
            <w:pPr>
              <w:rPr>
                <w:lang w:val="ru-RU"/>
              </w:rPr>
            </w:pPr>
            <w:r w:rsidRPr="00332DB8">
              <w:rPr>
                <w:lang w:val="ru-RU"/>
              </w:rPr>
              <w:t>Текст песни исполнителя Оксимирон (</w:t>
            </w:r>
            <w:r>
              <w:t>Oxxxymiron</w:t>
            </w:r>
            <w:r w:rsidRPr="00332DB8">
              <w:rPr>
                <w:lang w:val="ru-RU"/>
              </w:rPr>
              <w:t>) «Последний звонок» (решение Замоскворецкого районного суда г. Москвы от 25.10.2022);</w:t>
            </w:r>
          </w:p>
        </w:tc>
        <w:tc>
          <w:tcPr>
            <w:tcW w:w="2880" w:type="dxa"/>
          </w:tcPr>
          <w:p w:rsidR="006F7457" w:rsidRDefault="00332DB8">
            <w:r>
              <w:t>06.02.2023</w:t>
            </w:r>
          </w:p>
        </w:tc>
      </w:tr>
      <w:tr w:rsidR="006F7457">
        <w:tc>
          <w:tcPr>
            <w:tcW w:w="2880" w:type="dxa"/>
          </w:tcPr>
          <w:p w:rsidR="006F7457" w:rsidRDefault="00332DB8">
            <w:r>
              <w:t>5337.</w:t>
            </w:r>
          </w:p>
        </w:tc>
        <w:tc>
          <w:tcPr>
            <w:tcW w:w="2880" w:type="dxa"/>
          </w:tcPr>
          <w:p w:rsidR="006F7457" w:rsidRDefault="00332DB8">
            <w:r w:rsidRPr="00332DB8">
              <w:rPr>
                <w:lang w:val="ru-RU"/>
              </w:rPr>
              <w:t xml:space="preserve">Музыкальное произведение группы «Ансамбль Христа Спасителя и мать сыра земля» под названием «Коричневая чума», начинающееся со слов: «Не слушай еврейскую ложь, там нет правды на ломаный грош (там вранье)» и заканчивающееся словами: «коричневая чума, возликует родная страна (все будет коричневым), коричневая чума, да здравствует мама война (чтоб вы все сдохли)», имеющее общую продолжительность звучания 03 мин. 16 сек. </w:t>
            </w:r>
            <w:r>
              <w:t>(решение Советского районного суда г. Астрахани от 07.11.2022);</w:t>
            </w:r>
          </w:p>
        </w:tc>
        <w:tc>
          <w:tcPr>
            <w:tcW w:w="2880" w:type="dxa"/>
          </w:tcPr>
          <w:p w:rsidR="006F7457" w:rsidRDefault="00332DB8">
            <w:r>
              <w:t>06.02.2023</w:t>
            </w:r>
          </w:p>
        </w:tc>
      </w:tr>
      <w:tr w:rsidR="006F7457">
        <w:tc>
          <w:tcPr>
            <w:tcW w:w="2880" w:type="dxa"/>
          </w:tcPr>
          <w:p w:rsidR="006F7457" w:rsidRDefault="00332DB8">
            <w:r>
              <w:t>53</w:t>
            </w:r>
            <w:r>
              <w:lastRenderedPageBreak/>
              <w:t>38.</w:t>
            </w:r>
          </w:p>
        </w:tc>
        <w:tc>
          <w:tcPr>
            <w:tcW w:w="2880" w:type="dxa"/>
          </w:tcPr>
          <w:p w:rsidR="006F7457" w:rsidRPr="00332DB8" w:rsidRDefault="00332DB8">
            <w:pPr>
              <w:rPr>
                <w:lang w:val="ru-RU"/>
              </w:rPr>
            </w:pPr>
            <w:r w:rsidRPr="00332DB8">
              <w:rPr>
                <w:lang w:val="ru-RU"/>
              </w:rPr>
              <w:lastRenderedPageBreak/>
              <w:t xml:space="preserve">Книгопечатное издание «Начала мусульманской веры», редактор-составитель Э.Кулиев, верстка К.Кузнецов, художественные редакторы Р.Галимова, К.Кузнецов, ООО «Издатель Эжаев А.К.», тираж 5000 экз., заказ №2798, </w:t>
            </w:r>
            <w:r w:rsidRPr="00332DB8">
              <w:rPr>
                <w:lang w:val="ru-RU"/>
              </w:rPr>
              <w:lastRenderedPageBreak/>
              <w:t>на 294 л., за исключением цитат из Корана (решение Можайского городского суда Московской области от 12.10.2022);</w:t>
            </w:r>
          </w:p>
        </w:tc>
        <w:tc>
          <w:tcPr>
            <w:tcW w:w="2880" w:type="dxa"/>
          </w:tcPr>
          <w:p w:rsidR="006F7457" w:rsidRDefault="00332DB8">
            <w:r>
              <w:lastRenderedPageBreak/>
              <w:t>17.02.</w:t>
            </w:r>
            <w:r>
              <w:lastRenderedPageBreak/>
              <w:t>2023</w:t>
            </w:r>
          </w:p>
        </w:tc>
      </w:tr>
      <w:tr w:rsidR="006F7457">
        <w:tc>
          <w:tcPr>
            <w:tcW w:w="2880" w:type="dxa"/>
          </w:tcPr>
          <w:p w:rsidR="006F7457" w:rsidRDefault="00332DB8">
            <w:r>
              <w:lastRenderedPageBreak/>
              <w:t>5339.</w:t>
            </w:r>
          </w:p>
        </w:tc>
        <w:tc>
          <w:tcPr>
            <w:tcW w:w="2880" w:type="dxa"/>
          </w:tcPr>
          <w:p w:rsidR="006F7457" w:rsidRPr="00332DB8" w:rsidRDefault="00332DB8">
            <w:pPr>
              <w:rPr>
                <w:lang w:val="ru-RU"/>
              </w:rPr>
            </w:pPr>
            <w:r w:rsidRPr="00332DB8">
              <w:rPr>
                <w:lang w:val="ru-RU"/>
              </w:rPr>
              <w:t xml:space="preserve">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секунда (решение Дзержинского районного суда города Волгограда от 26.09.2022, апелляционное определение судебной коллегии по административным делам Волгоградского областного суда от 12.01.2023 и кассационное определение судебной коллегии </w:t>
            </w:r>
            <w:r w:rsidRPr="00332DB8">
              <w:rPr>
                <w:lang w:val="ru-RU"/>
              </w:rPr>
              <w:br/>
            </w:r>
            <w:r w:rsidRPr="00332DB8">
              <w:rPr>
                <w:lang w:val="ru-RU"/>
              </w:rPr>
              <w:br/>
              <w:t>по административным делам Четвертого кассационного суда общей юрисдикции от 25.05.2023);</w:t>
            </w:r>
          </w:p>
        </w:tc>
        <w:tc>
          <w:tcPr>
            <w:tcW w:w="2880" w:type="dxa"/>
          </w:tcPr>
          <w:p w:rsidR="006F7457" w:rsidRDefault="00332DB8">
            <w:r>
              <w:t>22.02.2023</w:t>
            </w:r>
          </w:p>
        </w:tc>
      </w:tr>
      <w:tr w:rsidR="006F7457">
        <w:tc>
          <w:tcPr>
            <w:tcW w:w="2880" w:type="dxa"/>
          </w:tcPr>
          <w:p w:rsidR="006F7457" w:rsidRDefault="00332DB8">
            <w:r>
              <w:t>5340.</w:t>
            </w:r>
          </w:p>
        </w:tc>
        <w:tc>
          <w:tcPr>
            <w:tcW w:w="2880" w:type="dxa"/>
          </w:tcPr>
          <w:p w:rsidR="006F7457" w:rsidRPr="00332DB8" w:rsidRDefault="00332DB8">
            <w:pPr>
              <w:rPr>
                <w:lang w:val="ru-RU"/>
              </w:rPr>
            </w:pPr>
            <w:r w:rsidRPr="00332DB8">
              <w:rPr>
                <w:lang w:val="ru-RU"/>
              </w:rPr>
              <w:t>Информационные материалы, содержащиеся в книге Николы Королева «Белая Любовь» (предисловие «Война поэта», стихотворения «В чертогах алого огня», «Карцер», «Пламенная надежда», «Жертва», «Если не ты то, кто же?», «Сон витязя», «В гранитной пещере злой чародей») издательства Военно-патриотического общества «СПАС» (Москва, 2021) (решение Лабытнангского городского суда Ямало-Ненецкого автономного округа от 01.11.2022);</w:t>
            </w:r>
          </w:p>
        </w:tc>
        <w:tc>
          <w:tcPr>
            <w:tcW w:w="2880" w:type="dxa"/>
          </w:tcPr>
          <w:p w:rsidR="006F7457" w:rsidRDefault="00332DB8">
            <w:r>
              <w:t>20.03.2023</w:t>
            </w:r>
          </w:p>
        </w:tc>
      </w:tr>
      <w:tr w:rsidR="006F7457">
        <w:tc>
          <w:tcPr>
            <w:tcW w:w="2880" w:type="dxa"/>
          </w:tcPr>
          <w:p w:rsidR="006F7457" w:rsidRDefault="00332DB8">
            <w:r>
              <w:t>5341.</w:t>
            </w:r>
          </w:p>
        </w:tc>
        <w:tc>
          <w:tcPr>
            <w:tcW w:w="2880" w:type="dxa"/>
          </w:tcPr>
          <w:p w:rsidR="006F7457" w:rsidRPr="00332DB8" w:rsidRDefault="00332DB8">
            <w:pPr>
              <w:rPr>
                <w:lang w:val="ru-RU"/>
              </w:rPr>
            </w:pPr>
            <w:r w:rsidRPr="00332DB8">
              <w:rPr>
                <w:lang w:val="ru-RU"/>
              </w:rPr>
              <w:t>Материал под названием «Манифест Национального сопротивления… На войне, как на войне. Кремль уничтожает народ России!», размещенный в информационно-телекоммуникационных сетях, в том числе в сети «Интернет» (решение Петропавловск-Камчатского городского суда Камчатского края от 31.01.2023);</w:t>
            </w:r>
          </w:p>
        </w:tc>
        <w:tc>
          <w:tcPr>
            <w:tcW w:w="2880" w:type="dxa"/>
          </w:tcPr>
          <w:p w:rsidR="006F7457" w:rsidRDefault="00332DB8">
            <w:r>
              <w:t>17.04.2023</w:t>
            </w:r>
          </w:p>
        </w:tc>
      </w:tr>
      <w:tr w:rsidR="006F7457">
        <w:tc>
          <w:tcPr>
            <w:tcW w:w="2880" w:type="dxa"/>
          </w:tcPr>
          <w:p w:rsidR="006F7457" w:rsidRDefault="00332DB8">
            <w:r>
              <w:t>5342.</w:t>
            </w:r>
          </w:p>
        </w:tc>
        <w:tc>
          <w:tcPr>
            <w:tcW w:w="2880" w:type="dxa"/>
          </w:tcPr>
          <w:p w:rsidR="006F7457" w:rsidRPr="00332DB8" w:rsidRDefault="00332DB8">
            <w:pPr>
              <w:rPr>
                <w:lang w:val="ru-RU"/>
              </w:rPr>
            </w:pPr>
            <w:r w:rsidRPr="00332DB8">
              <w:rPr>
                <w:lang w:val="ru-RU"/>
              </w:rPr>
              <w:t>Информационный материал – аудиозапись (песня) исполнителей «Околореп и Саша Скул» с названием «Вэлком ту Россияния» продолжительностью около 02 минут 33 секунд, которая начинается русскими словами, исполняемыми мужскими голосами, «Добро пожаловать в россиянию.», заканчивается словами «Так что если что, вовремя скидывай ножик», содержащаяся в информационно-коммуникационной сети «Интернет» (решение Калачёвского районного суда Волгоградской области от 09.02.2023);</w:t>
            </w:r>
          </w:p>
        </w:tc>
        <w:tc>
          <w:tcPr>
            <w:tcW w:w="2880" w:type="dxa"/>
          </w:tcPr>
          <w:p w:rsidR="006F7457" w:rsidRDefault="00332DB8">
            <w:r>
              <w:t>03.05.2023</w:t>
            </w:r>
          </w:p>
        </w:tc>
      </w:tr>
      <w:tr w:rsidR="006F7457">
        <w:tc>
          <w:tcPr>
            <w:tcW w:w="2880" w:type="dxa"/>
          </w:tcPr>
          <w:p w:rsidR="006F7457" w:rsidRDefault="00332DB8">
            <w:r>
              <w:t>5</w:t>
            </w:r>
            <w:r>
              <w:lastRenderedPageBreak/>
              <w:t>343.</w:t>
            </w:r>
          </w:p>
        </w:tc>
        <w:tc>
          <w:tcPr>
            <w:tcW w:w="2880" w:type="dxa"/>
          </w:tcPr>
          <w:p w:rsidR="006F7457" w:rsidRPr="00332DB8" w:rsidRDefault="00332DB8">
            <w:pPr>
              <w:rPr>
                <w:lang w:val="ru-RU"/>
              </w:rPr>
            </w:pPr>
            <w:r w:rsidRPr="00332DB8">
              <w:rPr>
                <w:lang w:val="ru-RU"/>
              </w:rPr>
              <w:lastRenderedPageBreak/>
              <w:t>Материалы – текстовые файлы под названием «ЕВРОПА ОТЕЧЕСТВ. Биополитическая Цель Национал-</w:t>
            </w:r>
            <w:r w:rsidRPr="00332DB8">
              <w:rPr>
                <w:lang w:val="ru-RU"/>
              </w:rPr>
              <w:lastRenderedPageBreak/>
              <w:t>Социализма», «НОВАЯ ЕВРОПА». Биополитическая Цель Национал-Социализма», размещенные в ИТКС «Интернет» (решение Центрального районного суда г. Калининграда от 14.02.2023);</w:t>
            </w:r>
          </w:p>
        </w:tc>
        <w:tc>
          <w:tcPr>
            <w:tcW w:w="2880" w:type="dxa"/>
          </w:tcPr>
          <w:p w:rsidR="006F7457" w:rsidRDefault="00332DB8">
            <w:r>
              <w:lastRenderedPageBreak/>
              <w:t>17.</w:t>
            </w:r>
            <w:r>
              <w:lastRenderedPageBreak/>
              <w:t>05.2023</w:t>
            </w:r>
          </w:p>
        </w:tc>
      </w:tr>
      <w:tr w:rsidR="006F7457">
        <w:tc>
          <w:tcPr>
            <w:tcW w:w="2880" w:type="dxa"/>
          </w:tcPr>
          <w:p w:rsidR="006F7457" w:rsidRDefault="00332DB8">
            <w:r>
              <w:lastRenderedPageBreak/>
              <w:t>5344.</w:t>
            </w:r>
          </w:p>
        </w:tc>
        <w:tc>
          <w:tcPr>
            <w:tcW w:w="2880" w:type="dxa"/>
          </w:tcPr>
          <w:p w:rsidR="006F7457" w:rsidRPr="00332DB8" w:rsidRDefault="00332DB8">
            <w:pPr>
              <w:rPr>
                <w:lang w:val="ru-RU"/>
              </w:rPr>
            </w:pPr>
            <w:r w:rsidRPr="00332DB8">
              <w:rPr>
                <w:lang w:val="ru-RU"/>
              </w:rPr>
              <w:t>Материалы: аудиозапись песни под названием «Криминал» музыкальной группы «</w:t>
            </w:r>
            <w:r>
              <w:t>Bad</w:t>
            </w:r>
            <w:r w:rsidRPr="00332DB8">
              <w:rPr>
                <w:lang w:val="ru-RU"/>
              </w:rPr>
              <w:t xml:space="preserve"> </w:t>
            </w:r>
            <w:r>
              <w:t>To</w:t>
            </w:r>
            <w:r w:rsidRPr="00332DB8">
              <w:rPr>
                <w:lang w:val="ru-RU"/>
              </w:rPr>
              <w:t xml:space="preserve"> </w:t>
            </w:r>
            <w:r>
              <w:t>The</w:t>
            </w:r>
            <w:r w:rsidRPr="00332DB8">
              <w:rPr>
                <w:lang w:val="ru-RU"/>
              </w:rPr>
              <w:t xml:space="preserve"> </w:t>
            </w:r>
            <w:r>
              <w:t>Bonehead</w:t>
            </w:r>
            <w:r w:rsidRPr="00332DB8">
              <w:rPr>
                <w:lang w:val="ru-RU"/>
              </w:rPr>
              <w:t>», начинающаяся словами «Город во власти этнических кланов …» и оканчивающаяся словами «… Она убивает нашу страну!», продолжительностью 2 минуты 10 секунд (решение Заволжского районного суда города Твери от 20.02.2023);</w:t>
            </w:r>
          </w:p>
        </w:tc>
        <w:tc>
          <w:tcPr>
            <w:tcW w:w="2880" w:type="dxa"/>
          </w:tcPr>
          <w:p w:rsidR="006F7457" w:rsidRDefault="00332DB8">
            <w:r>
              <w:t>17.05.2023</w:t>
            </w:r>
          </w:p>
        </w:tc>
      </w:tr>
      <w:tr w:rsidR="006F7457">
        <w:tc>
          <w:tcPr>
            <w:tcW w:w="2880" w:type="dxa"/>
          </w:tcPr>
          <w:p w:rsidR="006F7457" w:rsidRDefault="00332DB8">
            <w:r>
              <w:t>5345.</w:t>
            </w:r>
          </w:p>
        </w:tc>
        <w:tc>
          <w:tcPr>
            <w:tcW w:w="2880" w:type="dxa"/>
          </w:tcPr>
          <w:p w:rsidR="006F7457" w:rsidRDefault="00332DB8">
            <w:r w:rsidRPr="00332DB8">
              <w:rPr>
                <w:lang w:val="ru-RU"/>
              </w:rPr>
              <w:t xml:space="preserve">Информационный материал – текст аудиозаписи группы </w:t>
            </w:r>
            <w:r>
              <w:t>Outlaw</w:t>
            </w:r>
            <w:r w:rsidRPr="00332DB8">
              <w:rPr>
                <w:lang w:val="ru-RU"/>
              </w:rPr>
              <w:t xml:space="preserve"> </w:t>
            </w:r>
            <w:r>
              <w:t>Heroes</w:t>
            </w:r>
            <w:r w:rsidRPr="00332DB8">
              <w:rPr>
                <w:lang w:val="ru-RU"/>
              </w:rPr>
              <w:t xml:space="preserve"> </w:t>
            </w:r>
            <w:r>
              <w:t>Standing</w:t>
            </w:r>
            <w:r w:rsidRPr="00332DB8">
              <w:rPr>
                <w:lang w:val="ru-RU"/>
              </w:rPr>
              <w:t xml:space="preserve"> под названием «Смерть РУССКИМ гнидам!!!», начинающийся словами: «</w:t>
            </w:r>
            <w:r>
              <w:t>Hardcore</w:t>
            </w:r>
            <w:r w:rsidRPr="00332DB8">
              <w:rPr>
                <w:lang w:val="ru-RU"/>
              </w:rPr>
              <w:t xml:space="preserve">. Смерть русским. Я ненавижу русских, я за арийцев, я ненавижу русских, я за арийцев. Пора уничтожать всех ветеранов Войны, чтобы не было больше русских…», заканчивающийся словами: «смерть русским гнидам. </w:t>
            </w:r>
            <w:r>
              <w:t>Зиг хай» (решение Ленинского районного суда г. Тамбова от 04.04.2023);</w:t>
            </w:r>
          </w:p>
        </w:tc>
        <w:tc>
          <w:tcPr>
            <w:tcW w:w="2880" w:type="dxa"/>
          </w:tcPr>
          <w:p w:rsidR="006F7457" w:rsidRDefault="00332DB8">
            <w:r>
              <w:t>13.06.2023</w:t>
            </w:r>
          </w:p>
        </w:tc>
      </w:tr>
      <w:tr w:rsidR="006F7457">
        <w:tc>
          <w:tcPr>
            <w:tcW w:w="2880" w:type="dxa"/>
          </w:tcPr>
          <w:p w:rsidR="006F7457" w:rsidRDefault="00332DB8">
            <w:r>
              <w:t>5346.</w:t>
            </w:r>
          </w:p>
        </w:tc>
        <w:tc>
          <w:tcPr>
            <w:tcW w:w="2880" w:type="dxa"/>
          </w:tcPr>
          <w:p w:rsidR="006F7457" w:rsidRPr="00332DB8" w:rsidRDefault="00332DB8">
            <w:pPr>
              <w:rPr>
                <w:lang w:val="ru-RU"/>
              </w:rPr>
            </w:pPr>
            <w:r w:rsidRPr="00332DB8">
              <w:rPr>
                <w:lang w:val="ru-RU"/>
              </w:rPr>
              <w:t>Книга «Евангелие от Елизаветы» Николая Моностона (144 с., Белгород, 2016, издательство ООО «Наследие», отпечатано в типографии «Константа»), за исключением цитат в ней из Библии (решение Октябрьского районного суда г. Белгорода от 17.02.2023 и апелляционное определение судебной коллегии по административным делам Белгородского областного суда от 04.05.2023);</w:t>
            </w:r>
          </w:p>
        </w:tc>
        <w:tc>
          <w:tcPr>
            <w:tcW w:w="2880" w:type="dxa"/>
          </w:tcPr>
          <w:p w:rsidR="006F7457" w:rsidRDefault="00332DB8">
            <w:r>
              <w:t>22.06.2023</w:t>
            </w:r>
          </w:p>
        </w:tc>
      </w:tr>
      <w:tr w:rsidR="006F7457">
        <w:tc>
          <w:tcPr>
            <w:tcW w:w="2880" w:type="dxa"/>
          </w:tcPr>
          <w:p w:rsidR="006F7457" w:rsidRDefault="00332DB8">
            <w:r>
              <w:t>5347.</w:t>
            </w:r>
          </w:p>
        </w:tc>
        <w:tc>
          <w:tcPr>
            <w:tcW w:w="2880" w:type="dxa"/>
          </w:tcPr>
          <w:p w:rsidR="006F7457" w:rsidRPr="00332DB8" w:rsidRDefault="00332DB8">
            <w:pPr>
              <w:rPr>
                <w:lang w:val="ru-RU"/>
              </w:rPr>
            </w:pPr>
            <w:r w:rsidRPr="00332DB8">
              <w:rPr>
                <w:lang w:val="ru-RU"/>
              </w:rPr>
              <w:t xml:space="preserve">Печатное издание - книга Платонова О.А. «Россия и мировое зло» (изд. «Родная страна», 2014 - 464 страницы, </w:t>
            </w:r>
            <w:r>
              <w:t>ISBN</w:t>
            </w:r>
            <w:r w:rsidRPr="00332DB8">
              <w:rPr>
                <w:lang w:val="ru-RU"/>
              </w:rPr>
              <w:t xml:space="preserve"> 978-5-903942-30-5)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880" w:type="dxa"/>
          </w:tcPr>
          <w:p w:rsidR="006F7457" w:rsidRDefault="00332DB8">
            <w:r>
              <w:t>22.06.2023</w:t>
            </w:r>
          </w:p>
        </w:tc>
      </w:tr>
      <w:tr w:rsidR="006F7457">
        <w:tc>
          <w:tcPr>
            <w:tcW w:w="2880" w:type="dxa"/>
          </w:tcPr>
          <w:p w:rsidR="006F7457" w:rsidRDefault="00332DB8">
            <w:r>
              <w:t>534</w:t>
            </w:r>
            <w:r>
              <w:lastRenderedPageBreak/>
              <w:t>8.</w:t>
            </w:r>
          </w:p>
        </w:tc>
        <w:tc>
          <w:tcPr>
            <w:tcW w:w="2880" w:type="dxa"/>
          </w:tcPr>
          <w:p w:rsidR="006F7457" w:rsidRPr="00332DB8" w:rsidRDefault="00332DB8">
            <w:pPr>
              <w:rPr>
                <w:lang w:val="ru-RU"/>
              </w:rPr>
            </w:pPr>
            <w:r w:rsidRPr="00332DB8">
              <w:rPr>
                <w:lang w:val="ru-RU"/>
              </w:rPr>
              <w:lastRenderedPageBreak/>
              <w:t xml:space="preserve">Печатное издание - книга Платонова О.А. «Ритуальные убийства» (изд. «Родная страна», 2015- 256 страниц, </w:t>
            </w:r>
            <w:r>
              <w:t>ISBN</w:t>
            </w:r>
            <w:r w:rsidRPr="00332DB8">
              <w:rPr>
                <w:lang w:val="ru-RU"/>
              </w:rPr>
              <w:t xml:space="preserve"> 978-5-903942-48-0)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880" w:type="dxa"/>
          </w:tcPr>
          <w:p w:rsidR="006F7457" w:rsidRDefault="00332DB8">
            <w:r>
              <w:t>22.06.202</w:t>
            </w:r>
            <w:r>
              <w:lastRenderedPageBreak/>
              <w:t>3</w:t>
            </w:r>
          </w:p>
        </w:tc>
      </w:tr>
      <w:tr w:rsidR="006F7457">
        <w:tc>
          <w:tcPr>
            <w:tcW w:w="2880" w:type="dxa"/>
          </w:tcPr>
          <w:p w:rsidR="006F7457" w:rsidRDefault="00332DB8">
            <w:r>
              <w:lastRenderedPageBreak/>
              <w:t>5349.</w:t>
            </w:r>
          </w:p>
        </w:tc>
        <w:tc>
          <w:tcPr>
            <w:tcW w:w="2880" w:type="dxa"/>
          </w:tcPr>
          <w:p w:rsidR="006F7457" w:rsidRPr="00332DB8" w:rsidRDefault="00332DB8">
            <w:pPr>
              <w:rPr>
                <w:lang w:val="ru-RU"/>
              </w:rPr>
            </w:pPr>
            <w:r w:rsidRPr="00332DB8">
              <w:rPr>
                <w:lang w:val="ru-RU"/>
              </w:rPr>
              <w:t xml:space="preserve">Печатное издание - книга Платонова О.А. «Терновый венец России» (изд. «Родная страна», 2015 -352 страницы, </w:t>
            </w:r>
            <w:r>
              <w:t>ISBN</w:t>
            </w:r>
            <w:r w:rsidRPr="00332DB8">
              <w:rPr>
                <w:lang w:val="ru-RU"/>
              </w:rPr>
              <w:t xml:space="preserve"> 978-5-903942-43-5)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880" w:type="dxa"/>
          </w:tcPr>
          <w:p w:rsidR="006F7457" w:rsidRDefault="00332DB8">
            <w:r>
              <w:t>22.06.2023</w:t>
            </w:r>
          </w:p>
        </w:tc>
      </w:tr>
      <w:tr w:rsidR="006F7457">
        <w:tc>
          <w:tcPr>
            <w:tcW w:w="2880" w:type="dxa"/>
          </w:tcPr>
          <w:p w:rsidR="006F7457" w:rsidRDefault="00332DB8">
            <w:r>
              <w:t>5350.</w:t>
            </w:r>
          </w:p>
        </w:tc>
        <w:tc>
          <w:tcPr>
            <w:tcW w:w="2880" w:type="dxa"/>
          </w:tcPr>
          <w:p w:rsidR="006F7457" w:rsidRPr="00332DB8" w:rsidRDefault="00332DB8">
            <w:pPr>
              <w:rPr>
                <w:lang w:val="ru-RU"/>
              </w:rPr>
            </w:pPr>
            <w:r w:rsidRPr="00332DB8">
              <w:rPr>
                <w:lang w:val="ru-RU"/>
              </w:rPr>
              <w:t xml:space="preserve">Печатное издание - книга Платонова О.А. «Тайна беззакония» (изд. «Родная страна», 2014 - 336 страниц, </w:t>
            </w:r>
            <w:r>
              <w:t>ISBN</w:t>
            </w:r>
            <w:r w:rsidRPr="00332DB8">
              <w:rPr>
                <w:lang w:val="ru-RU"/>
              </w:rPr>
              <w:t xml:space="preserve"> 978-5-903942-29-9)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880" w:type="dxa"/>
          </w:tcPr>
          <w:p w:rsidR="006F7457" w:rsidRDefault="00332DB8">
            <w:r>
              <w:t>22.06.2023</w:t>
            </w:r>
          </w:p>
        </w:tc>
      </w:tr>
      <w:tr w:rsidR="006F7457">
        <w:tc>
          <w:tcPr>
            <w:tcW w:w="2880" w:type="dxa"/>
          </w:tcPr>
          <w:p w:rsidR="006F7457" w:rsidRDefault="00332DB8">
            <w:r>
              <w:t>5351.</w:t>
            </w:r>
          </w:p>
        </w:tc>
        <w:tc>
          <w:tcPr>
            <w:tcW w:w="2880" w:type="dxa"/>
          </w:tcPr>
          <w:p w:rsidR="006F7457" w:rsidRPr="00332DB8" w:rsidRDefault="00332DB8">
            <w:pPr>
              <w:rPr>
                <w:lang w:val="ru-RU"/>
              </w:rPr>
            </w:pPr>
            <w:r w:rsidRPr="00332DB8">
              <w:rPr>
                <w:lang w:val="ru-RU"/>
              </w:rPr>
              <w:t xml:space="preserve">Печатное издание - книга Платонова О.А. «Иудаизм и масонство» (изд. «Кислород», 2016 - 560 страниц, </w:t>
            </w:r>
            <w:r>
              <w:t>ISBN</w:t>
            </w:r>
            <w:r w:rsidRPr="00332DB8">
              <w:rPr>
                <w:lang w:val="ru-RU"/>
              </w:rPr>
              <w:t xml:space="preserve"> 978-5-901635-49-0)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880" w:type="dxa"/>
          </w:tcPr>
          <w:p w:rsidR="006F7457" w:rsidRDefault="00332DB8">
            <w:r>
              <w:t>22.06.2023</w:t>
            </w:r>
          </w:p>
        </w:tc>
      </w:tr>
      <w:tr w:rsidR="006F7457">
        <w:tc>
          <w:tcPr>
            <w:tcW w:w="2880" w:type="dxa"/>
          </w:tcPr>
          <w:p w:rsidR="006F7457" w:rsidRDefault="00332DB8">
            <w:r>
              <w:t>5352.</w:t>
            </w:r>
          </w:p>
        </w:tc>
        <w:tc>
          <w:tcPr>
            <w:tcW w:w="2880" w:type="dxa"/>
          </w:tcPr>
          <w:p w:rsidR="006F7457" w:rsidRPr="00332DB8" w:rsidRDefault="00332DB8">
            <w:pPr>
              <w:rPr>
                <w:lang w:val="ru-RU"/>
              </w:rPr>
            </w:pPr>
            <w:r w:rsidRPr="00332DB8">
              <w:rPr>
                <w:lang w:val="ru-RU"/>
              </w:rPr>
              <w:t>Информационный материал: аудиозапись исполнителя «Жека Басотский – АУЕ всем нашим пацанам» продолжительностью около 4 минут 32 секунд, которая начинается звуками музыки и русскими словами песни «АУЕ всем пацанам…» и заканчивается словами «православным привет, мусульманам салам, а всем дырявым лоукик и двойку по зубам», исполняемой мужским голосом, содержащейся в информационно-коммуникационной сети «Интернет» (решение Центрального районного суда г. Хабаровска от 13.02.2023);</w:t>
            </w:r>
          </w:p>
        </w:tc>
        <w:tc>
          <w:tcPr>
            <w:tcW w:w="2880" w:type="dxa"/>
          </w:tcPr>
          <w:p w:rsidR="006F7457" w:rsidRDefault="00332DB8">
            <w:r>
              <w:t>29.06.2023</w:t>
            </w:r>
          </w:p>
        </w:tc>
      </w:tr>
      <w:tr w:rsidR="006F7457">
        <w:tc>
          <w:tcPr>
            <w:tcW w:w="2880" w:type="dxa"/>
          </w:tcPr>
          <w:p w:rsidR="006F7457" w:rsidRDefault="00332DB8">
            <w:r>
              <w:t>5353.</w:t>
            </w:r>
          </w:p>
        </w:tc>
        <w:tc>
          <w:tcPr>
            <w:tcW w:w="2880" w:type="dxa"/>
          </w:tcPr>
          <w:p w:rsidR="006F7457" w:rsidRPr="00332DB8" w:rsidRDefault="00332DB8">
            <w:pPr>
              <w:rPr>
                <w:lang w:val="ru-RU"/>
              </w:rPr>
            </w:pPr>
            <w:r w:rsidRPr="00332DB8">
              <w:rPr>
                <w:lang w:val="ru-RU"/>
              </w:rPr>
              <w:t xml:space="preserve">Информационный материал – аудиозапись (песня) исполнителя </w:t>
            </w:r>
            <w:r>
              <w:t>The</w:t>
            </w:r>
            <w:r w:rsidRPr="00332DB8">
              <w:rPr>
                <w:lang w:val="ru-RU"/>
              </w:rPr>
              <w:t xml:space="preserve"> </w:t>
            </w:r>
            <w:r>
              <w:t>Fishez</w:t>
            </w:r>
            <w:r w:rsidRPr="00332DB8">
              <w:rPr>
                <w:lang w:val="ru-RU"/>
              </w:rPr>
              <w:t xml:space="preserve"> с наименованием «Колумбайн» продолжительностью около 02 минут 23 секунд, которая начинается словами, исполняемыми мужским голосом под музыку: «Колумбайн, колумбайн, я устрою колумбайн…» и заканчивается словами «… и тебе лучше не знать, что я делал этой ночью, сын», размещенный в информационно-телекоммуникационной сети «Интернет» (решение Североморского районного суда Мурманской области от 11.05.2023);</w:t>
            </w:r>
          </w:p>
        </w:tc>
        <w:tc>
          <w:tcPr>
            <w:tcW w:w="2880" w:type="dxa"/>
          </w:tcPr>
          <w:p w:rsidR="006F7457" w:rsidRDefault="00332DB8">
            <w:r>
              <w:t>17.07.2023</w:t>
            </w:r>
          </w:p>
        </w:tc>
      </w:tr>
      <w:tr w:rsidR="006F7457">
        <w:tc>
          <w:tcPr>
            <w:tcW w:w="2880" w:type="dxa"/>
          </w:tcPr>
          <w:p w:rsidR="006F7457" w:rsidRDefault="00332DB8">
            <w:r>
              <w:lastRenderedPageBreak/>
              <w:t>5354.</w:t>
            </w:r>
          </w:p>
        </w:tc>
        <w:tc>
          <w:tcPr>
            <w:tcW w:w="2880" w:type="dxa"/>
          </w:tcPr>
          <w:p w:rsidR="006F7457" w:rsidRPr="00332DB8" w:rsidRDefault="00332DB8">
            <w:pPr>
              <w:rPr>
                <w:lang w:val="ru-RU"/>
              </w:rPr>
            </w:pPr>
            <w:r w:rsidRPr="00332DB8">
              <w:rPr>
                <w:lang w:val="ru-RU"/>
              </w:rPr>
              <w:t>Информационный материал в виде аудиозаписи исполнителя Околорэп с названием «Лет через 10» продолжительностью около 01 минуты 06 секунд, которая начинается русскими словами, исполняемыми мужским голосом под музыку: «Пацаны, ходите прикол?», заканчивается словами «… всем своим «зигуем» молодым и старым, совсем (нецензурное выражение) стал», содержащейся в информационно-коммуникационной сети «Интернет» (решение Североморского районного суда Мурманской области от 23.05.2023);</w:t>
            </w:r>
          </w:p>
        </w:tc>
        <w:tc>
          <w:tcPr>
            <w:tcW w:w="2880" w:type="dxa"/>
          </w:tcPr>
          <w:p w:rsidR="006F7457" w:rsidRDefault="00332DB8">
            <w:r>
              <w:t>28.07.2023</w:t>
            </w:r>
          </w:p>
        </w:tc>
      </w:tr>
      <w:tr w:rsidR="006F7457">
        <w:tc>
          <w:tcPr>
            <w:tcW w:w="2880" w:type="dxa"/>
          </w:tcPr>
          <w:p w:rsidR="006F7457" w:rsidRDefault="00332DB8">
            <w:r>
              <w:t>5355.</w:t>
            </w:r>
          </w:p>
        </w:tc>
        <w:tc>
          <w:tcPr>
            <w:tcW w:w="2880" w:type="dxa"/>
          </w:tcPr>
          <w:p w:rsidR="006F7457" w:rsidRPr="00332DB8" w:rsidRDefault="00332DB8">
            <w:pPr>
              <w:rPr>
                <w:lang w:val="ru-RU"/>
              </w:rPr>
            </w:pPr>
            <w:r w:rsidRPr="00332DB8">
              <w:rPr>
                <w:lang w:val="ru-RU"/>
              </w:rPr>
              <w:t xml:space="preserve">Информационный материал – аудиозапись (песня) исполнителя </w:t>
            </w:r>
            <w:r>
              <w:t>dmtboy</w:t>
            </w:r>
            <w:r w:rsidRPr="00332DB8">
              <w:rPr>
                <w:lang w:val="ru-RU"/>
              </w:rPr>
              <w:t xml:space="preserve"> с наименованием «Колумбайн» продолжительностью около 02 минут 15 секунд, которая начинается словами, исполняемыми мужским голосом под музыку: «Колумбайн. Колумбайн…», заканчивается словами «Я взрываю бомбу в классе первый «А», содержащаяся в информационно-коммуникационной сети «Интернет» (решение Полярного районного суда Мурманской области от 16.05.2023);</w:t>
            </w:r>
          </w:p>
        </w:tc>
        <w:tc>
          <w:tcPr>
            <w:tcW w:w="2880" w:type="dxa"/>
          </w:tcPr>
          <w:p w:rsidR="006F7457" w:rsidRDefault="00332DB8">
            <w:r>
              <w:t>28.07.2023</w:t>
            </w:r>
          </w:p>
        </w:tc>
      </w:tr>
      <w:tr w:rsidR="006F7457">
        <w:tc>
          <w:tcPr>
            <w:tcW w:w="2880" w:type="dxa"/>
          </w:tcPr>
          <w:p w:rsidR="006F7457" w:rsidRDefault="00332DB8">
            <w:r>
              <w:t>5356.</w:t>
            </w:r>
          </w:p>
        </w:tc>
        <w:tc>
          <w:tcPr>
            <w:tcW w:w="2880" w:type="dxa"/>
          </w:tcPr>
          <w:p w:rsidR="006F7457" w:rsidRDefault="00332DB8">
            <w:r w:rsidRPr="00332DB8">
              <w:rPr>
                <w:lang w:val="ru-RU"/>
              </w:rPr>
              <w:t xml:space="preserve">Информационный материал – аудиозапись и текст музыкальной композиции под названием «Молочные продукты – Вали Хачей» (иное название – «Группа Волк – Вали Хачей»), продолжительностью от 01 мин. 46 сек., начинающаяся словами: «Эх … слишком много в России, Всю мою Родину хачи населили…» и заканчивающаяся словами: «…Черно…ые уроды! Черно…ые уроды!» </w:t>
            </w:r>
            <w:r>
              <w:t>(решение Железнодорожного районного суда г. Пензы от 12.05.2023);</w:t>
            </w:r>
          </w:p>
        </w:tc>
        <w:tc>
          <w:tcPr>
            <w:tcW w:w="2880" w:type="dxa"/>
          </w:tcPr>
          <w:p w:rsidR="006F7457" w:rsidRDefault="00332DB8">
            <w:r>
              <w:t>28.07.2023</w:t>
            </w:r>
          </w:p>
        </w:tc>
      </w:tr>
      <w:tr w:rsidR="006F7457">
        <w:tc>
          <w:tcPr>
            <w:tcW w:w="2880" w:type="dxa"/>
          </w:tcPr>
          <w:p w:rsidR="006F7457" w:rsidRDefault="00332DB8">
            <w:r>
              <w:t>5357.</w:t>
            </w:r>
          </w:p>
        </w:tc>
        <w:tc>
          <w:tcPr>
            <w:tcW w:w="2880" w:type="dxa"/>
          </w:tcPr>
          <w:p w:rsidR="006F7457" w:rsidRDefault="00332DB8">
            <w:r w:rsidRPr="00332DB8">
              <w:rPr>
                <w:lang w:val="ru-RU"/>
              </w:rPr>
              <w:t xml:space="preserve">Видеозапись «П***н – это существо, которое надо пристрелить – Кирилл Барабаш», начинающаяся словами «Если говорить про офицеров кадровых…», заканчивающаяся словами «пока мы сами не организуемся с самого низу, ничего не изменится», продолжительностью </w:t>
            </w:r>
            <w:r>
              <w:t>3 минуты 18 секунд (решение Куртамышского районного суда Курганской области от 30.05.2023);</w:t>
            </w:r>
          </w:p>
        </w:tc>
        <w:tc>
          <w:tcPr>
            <w:tcW w:w="2880" w:type="dxa"/>
          </w:tcPr>
          <w:p w:rsidR="006F7457" w:rsidRDefault="00332DB8">
            <w:r>
              <w:t>03.08.2023</w:t>
            </w:r>
          </w:p>
        </w:tc>
      </w:tr>
      <w:tr w:rsidR="006F7457">
        <w:tc>
          <w:tcPr>
            <w:tcW w:w="2880" w:type="dxa"/>
          </w:tcPr>
          <w:p w:rsidR="006F7457" w:rsidRDefault="00332DB8">
            <w:r>
              <w:t>5358.</w:t>
            </w:r>
          </w:p>
        </w:tc>
        <w:tc>
          <w:tcPr>
            <w:tcW w:w="2880" w:type="dxa"/>
          </w:tcPr>
          <w:p w:rsidR="006F7457" w:rsidRPr="00332DB8" w:rsidRDefault="00332DB8">
            <w:pPr>
              <w:rPr>
                <w:lang w:val="ru-RU"/>
              </w:rPr>
            </w:pPr>
            <w:r w:rsidRPr="00332DB8">
              <w:rPr>
                <w:lang w:val="ru-RU"/>
              </w:rPr>
              <w:t>Видеозапись «К.Барабаш» разносит жидовскую банду П****а», начинающаяся словами «Дорогие друзья, товарищи, здравствуйте …», заканчивающаяся словами «А как спросить? Законопроект есть о суде народа над властью. Спасибо», продолжительностью 7 минут 21 секунда (решение Куртамышского районного суда Курганской области от 30.05.2023);</w:t>
            </w:r>
          </w:p>
        </w:tc>
        <w:tc>
          <w:tcPr>
            <w:tcW w:w="2880" w:type="dxa"/>
          </w:tcPr>
          <w:p w:rsidR="006F7457" w:rsidRDefault="00332DB8">
            <w:r>
              <w:t>03.08.2023</w:t>
            </w:r>
          </w:p>
        </w:tc>
      </w:tr>
      <w:tr w:rsidR="006F7457">
        <w:tc>
          <w:tcPr>
            <w:tcW w:w="2880" w:type="dxa"/>
          </w:tcPr>
          <w:p w:rsidR="006F7457" w:rsidRDefault="00332DB8">
            <w:r>
              <w:lastRenderedPageBreak/>
              <w:t>5359.</w:t>
            </w:r>
          </w:p>
        </w:tc>
        <w:tc>
          <w:tcPr>
            <w:tcW w:w="2880" w:type="dxa"/>
          </w:tcPr>
          <w:p w:rsidR="006F7457" w:rsidRPr="00332DB8" w:rsidRDefault="00332DB8">
            <w:pPr>
              <w:rPr>
                <w:lang w:val="ru-RU"/>
              </w:rPr>
            </w:pPr>
            <w:r w:rsidRPr="00332DB8">
              <w:rPr>
                <w:lang w:val="ru-RU"/>
              </w:rPr>
              <w:t>Видеозапись «В России Стали Избивать Полицаев. ЗА ЧТООО такое П****у», начинающаяся словами «Очень странные дела с начала этого года стали происходить в России», заканчивающаяся словами «На что вы готовы пойти, чтобы П***н ушел? На убийство его», продолжительностью 6 минут 42 секунды (решение Куртамышского районного суда Курганской области от 30.05.2023);</w:t>
            </w:r>
          </w:p>
        </w:tc>
        <w:tc>
          <w:tcPr>
            <w:tcW w:w="2880" w:type="dxa"/>
          </w:tcPr>
          <w:p w:rsidR="006F7457" w:rsidRDefault="00332DB8">
            <w:r>
              <w:t>03.08.2023</w:t>
            </w:r>
          </w:p>
        </w:tc>
      </w:tr>
      <w:tr w:rsidR="006F7457">
        <w:tc>
          <w:tcPr>
            <w:tcW w:w="2880" w:type="dxa"/>
          </w:tcPr>
          <w:p w:rsidR="006F7457" w:rsidRDefault="00332DB8">
            <w:r>
              <w:t>5360.</w:t>
            </w:r>
          </w:p>
        </w:tc>
        <w:tc>
          <w:tcPr>
            <w:tcW w:w="2880" w:type="dxa"/>
          </w:tcPr>
          <w:p w:rsidR="006F7457" w:rsidRPr="00332DB8" w:rsidRDefault="00332DB8">
            <w:pPr>
              <w:rPr>
                <w:lang w:val="ru-RU"/>
              </w:rPr>
            </w:pPr>
            <w:r w:rsidRPr="00332DB8">
              <w:rPr>
                <w:lang w:val="ru-RU"/>
              </w:rPr>
              <w:t>[Аудиозапись] исполнителя «Молот Родины» под названием «Да здравствует Белая Раса» длительностью 3 мин. 29 сек., начинающаяся со слов: «Война. В больших городах…», и заканчивающаяся словами: «…Да здравствует белая раса и религиозный террор!», размещенная в сети «Интернет» (решение Центрального районного суда г. Тулы от 22.05.2023);</w:t>
            </w:r>
          </w:p>
        </w:tc>
        <w:tc>
          <w:tcPr>
            <w:tcW w:w="2880" w:type="dxa"/>
          </w:tcPr>
          <w:p w:rsidR="006F7457" w:rsidRDefault="00332DB8">
            <w:r>
              <w:t>04.08.2023</w:t>
            </w:r>
          </w:p>
        </w:tc>
      </w:tr>
      <w:tr w:rsidR="006F7457">
        <w:tc>
          <w:tcPr>
            <w:tcW w:w="2880" w:type="dxa"/>
          </w:tcPr>
          <w:p w:rsidR="006F7457" w:rsidRDefault="00332DB8">
            <w:r>
              <w:t>5361.</w:t>
            </w:r>
          </w:p>
        </w:tc>
        <w:tc>
          <w:tcPr>
            <w:tcW w:w="2880" w:type="dxa"/>
          </w:tcPr>
          <w:p w:rsidR="006F7457" w:rsidRPr="00332DB8" w:rsidRDefault="00332DB8">
            <w:pPr>
              <w:rPr>
                <w:lang w:val="ru-RU"/>
              </w:rPr>
            </w:pPr>
            <w:r w:rsidRPr="00332DB8">
              <w:rPr>
                <w:lang w:val="ru-RU"/>
              </w:rPr>
              <w:t>Печатный текст, имеющий наименование «Декларация «О государственной независимости Республики Калмыкия» и дату «26.10.2022», который начинается со слов: «У ойратов в истории было несколько суверенных государств…» и заканчивается словами: «Конгресс ойрат-калмыцкого народа обращается ко всем государствам мира, правительствам и парламентам с призывом признать необходимость освобождения ойрат-калмыцкого народа от колониального гнета Российской империи и его законное право на самоопределение и создание независимого государства. Да восторжествует справедливость!» (решение Элистинского городского суда Республики Калмыкия от 02.06.2023);</w:t>
            </w:r>
          </w:p>
        </w:tc>
        <w:tc>
          <w:tcPr>
            <w:tcW w:w="2880" w:type="dxa"/>
          </w:tcPr>
          <w:p w:rsidR="006F7457" w:rsidRDefault="00332DB8">
            <w:r>
              <w:t>04.08.2023</w:t>
            </w:r>
          </w:p>
        </w:tc>
      </w:tr>
      <w:tr w:rsidR="006F7457">
        <w:tc>
          <w:tcPr>
            <w:tcW w:w="2880" w:type="dxa"/>
          </w:tcPr>
          <w:p w:rsidR="006F7457" w:rsidRDefault="00332DB8">
            <w:r>
              <w:t>5362.</w:t>
            </w:r>
          </w:p>
        </w:tc>
        <w:tc>
          <w:tcPr>
            <w:tcW w:w="2880" w:type="dxa"/>
          </w:tcPr>
          <w:p w:rsidR="006F7457" w:rsidRPr="00332DB8" w:rsidRDefault="00332DB8">
            <w:pPr>
              <w:rPr>
                <w:lang w:val="ru-RU"/>
              </w:rPr>
            </w:pPr>
            <w:r w:rsidRPr="00332DB8">
              <w:rPr>
                <w:lang w:val="ru-RU"/>
              </w:rPr>
              <w:t xml:space="preserve">Информационный материал – аудиозапись исполнителя </w:t>
            </w:r>
            <w:r>
              <w:t>Le</w:t>
            </w:r>
            <w:r w:rsidRPr="00332DB8">
              <w:rPr>
                <w:lang w:val="ru-RU"/>
              </w:rPr>
              <w:t>_</w:t>
            </w:r>
            <w:r>
              <w:t>Da</w:t>
            </w:r>
            <w:r w:rsidRPr="00332DB8">
              <w:rPr>
                <w:lang w:val="ru-RU"/>
              </w:rPr>
              <w:t>_</w:t>
            </w:r>
            <w:r>
              <w:t>Vi</w:t>
            </w:r>
            <w:r w:rsidRPr="00332DB8">
              <w:rPr>
                <w:lang w:val="ru-RU"/>
              </w:rPr>
              <w:t xml:space="preserve"> с названием «Мусорам (</w:t>
            </w:r>
            <w:r>
              <w:t>ft</w:t>
            </w:r>
            <w:r w:rsidRPr="00332DB8">
              <w:rPr>
                <w:lang w:val="ru-RU"/>
              </w:rPr>
              <w:t xml:space="preserve">. Гончарик [Живущие Рэпом]», продолжительностью около 03 минут 55 секунд, которая начинается словами на русском языке, исполняемым мужским голосом под музыку: «Ноги вели по дороге…», заканчивается </w:t>
            </w:r>
            <w:r w:rsidRPr="00332DB8">
              <w:rPr>
                <w:lang w:val="ru-RU"/>
              </w:rPr>
              <w:br/>
            </w:r>
            <w:r w:rsidRPr="00332DB8">
              <w:rPr>
                <w:lang w:val="ru-RU"/>
              </w:rPr>
              <w:br/>
              <w:t xml:space="preserve">словами «…мусорам – </w:t>
            </w:r>
            <w:r>
              <w:t>fuck</w:t>
            </w:r>
            <w:r w:rsidRPr="00332DB8">
              <w:rPr>
                <w:lang w:val="ru-RU"/>
              </w:rPr>
              <w:t xml:space="preserve"> </w:t>
            </w:r>
            <w:r>
              <w:t>you</w:t>
            </w:r>
            <w:r w:rsidRPr="00332DB8">
              <w:rPr>
                <w:lang w:val="ru-RU"/>
              </w:rPr>
              <w:t>», содержащаяся в информационно-телекоммуникационной сети «Интернет» (решение Североморского районного суда Мурманской области от 07.06.2023);</w:t>
            </w:r>
          </w:p>
        </w:tc>
        <w:tc>
          <w:tcPr>
            <w:tcW w:w="2880" w:type="dxa"/>
          </w:tcPr>
          <w:p w:rsidR="006F7457" w:rsidRDefault="00332DB8">
            <w:r>
              <w:t>10.08.2023</w:t>
            </w:r>
          </w:p>
        </w:tc>
      </w:tr>
      <w:tr w:rsidR="006F7457">
        <w:tc>
          <w:tcPr>
            <w:tcW w:w="2880" w:type="dxa"/>
          </w:tcPr>
          <w:p w:rsidR="006F7457" w:rsidRDefault="00332DB8">
            <w:r>
              <w:t>536</w:t>
            </w:r>
            <w:r>
              <w:lastRenderedPageBreak/>
              <w:t>3.</w:t>
            </w:r>
          </w:p>
        </w:tc>
        <w:tc>
          <w:tcPr>
            <w:tcW w:w="2880" w:type="dxa"/>
          </w:tcPr>
          <w:p w:rsidR="006F7457" w:rsidRPr="00332DB8" w:rsidRDefault="00332DB8">
            <w:pPr>
              <w:rPr>
                <w:lang w:val="ru-RU"/>
              </w:rPr>
            </w:pPr>
            <w:r w:rsidRPr="00332DB8">
              <w:rPr>
                <w:lang w:val="ru-RU"/>
              </w:rPr>
              <w:lastRenderedPageBreak/>
              <w:t xml:space="preserve">Информационный материал, представленный в виде статьи с заголовком «Он не остановится, пока его не остановят», начинающейся со слов «В феврале стало совершенно ясно…» и заканчивающейся словами «…и не бояться ни штрафов ни тюрьмы. На кону наша жизнь», размещенной в выпуске № 9 (1511) газеты </w:t>
            </w:r>
            <w:r w:rsidRPr="00332DB8">
              <w:rPr>
                <w:lang w:val="ru-RU"/>
              </w:rPr>
              <w:lastRenderedPageBreak/>
              <w:t>«Арсеньевские вести», вышедшем в свет 02.03.2022 (решение Фрунзенского районного суда г. Владивостока Приморского края от 10.06.2022, апелляционное определение судебной коллегии по административным делам Приморского краевого суда от 12.10.2022 и кассационное определение судебной коллегии по административным делам Девятого кассационного суда общей юрисдикции от 25.01.2023);</w:t>
            </w:r>
          </w:p>
        </w:tc>
        <w:tc>
          <w:tcPr>
            <w:tcW w:w="2880" w:type="dxa"/>
          </w:tcPr>
          <w:p w:rsidR="006F7457" w:rsidRDefault="00332DB8">
            <w:r>
              <w:lastRenderedPageBreak/>
              <w:t>11.08.202</w:t>
            </w:r>
            <w:r>
              <w:lastRenderedPageBreak/>
              <w:t>3</w:t>
            </w:r>
          </w:p>
        </w:tc>
      </w:tr>
      <w:tr w:rsidR="006F7457">
        <w:tc>
          <w:tcPr>
            <w:tcW w:w="2880" w:type="dxa"/>
          </w:tcPr>
          <w:p w:rsidR="006F7457" w:rsidRDefault="00332DB8">
            <w:r>
              <w:lastRenderedPageBreak/>
              <w:t>5364.</w:t>
            </w:r>
          </w:p>
        </w:tc>
        <w:tc>
          <w:tcPr>
            <w:tcW w:w="2880" w:type="dxa"/>
          </w:tcPr>
          <w:p w:rsidR="006F7457" w:rsidRPr="00332DB8" w:rsidRDefault="00332DB8">
            <w:pPr>
              <w:rPr>
                <w:lang w:val="ru-RU"/>
              </w:rPr>
            </w:pPr>
            <w:r w:rsidRPr="00332DB8">
              <w:rPr>
                <w:lang w:val="ru-RU"/>
              </w:rPr>
              <w:t>Видеофайл «Схиигумен Сергий обратился к Путину! Почему Вы молчите?», продолжительность 18 минут 30 секунд, начинается словами: «Дорогие отцы, браться и сестры! Святейший Патриарх Московский и всея Руси»…., заканчивается словами: «…Молитесь – Родина в опасности! Последнее слово за Богом! Аминь (решение Верхнепышминского городского суда Свердловской области от 10.01.2023);</w:t>
            </w:r>
          </w:p>
        </w:tc>
        <w:tc>
          <w:tcPr>
            <w:tcW w:w="2880" w:type="dxa"/>
          </w:tcPr>
          <w:p w:rsidR="006F7457" w:rsidRDefault="00332DB8">
            <w:r>
              <w:t>31.08.2023</w:t>
            </w:r>
          </w:p>
        </w:tc>
      </w:tr>
      <w:tr w:rsidR="006F7457">
        <w:tc>
          <w:tcPr>
            <w:tcW w:w="2880" w:type="dxa"/>
          </w:tcPr>
          <w:p w:rsidR="006F7457" w:rsidRDefault="00332DB8">
            <w:r>
              <w:t>5365.</w:t>
            </w:r>
          </w:p>
        </w:tc>
        <w:tc>
          <w:tcPr>
            <w:tcW w:w="2880" w:type="dxa"/>
          </w:tcPr>
          <w:p w:rsidR="006F7457" w:rsidRDefault="00332DB8">
            <w:r w:rsidRPr="00332DB8">
              <w:rPr>
                <w:lang w:val="ru-RU"/>
              </w:rPr>
              <w:t xml:space="preserve">Видеофайл «Кто посягает на закрытие храмов – анафема_Схиигумен Сергий» «Проповедь Романова Н.В. от 25.04.2020», продолжительность 17 минут 3 секунды, начинается словами: «Как могло случиться, что мы превратились из православных в неверных…», заканчивается словами: «…христоубийцы понесут свое. Рано…рано радуетесь. враги Христовы. Бог поругаем не бывает. Мы,  русские, с нами Бог! Царь православный среди нас! Богу нашему слава! Ныне и присно и во веки веков! </w:t>
            </w:r>
            <w:r>
              <w:t>Аминь!» (решение Верхнепышминского городского суда Свердловской области от 10.01.2023);</w:t>
            </w:r>
          </w:p>
        </w:tc>
        <w:tc>
          <w:tcPr>
            <w:tcW w:w="2880" w:type="dxa"/>
          </w:tcPr>
          <w:p w:rsidR="006F7457" w:rsidRDefault="00332DB8">
            <w:r>
              <w:t>31.08.2023</w:t>
            </w:r>
          </w:p>
        </w:tc>
      </w:tr>
      <w:tr w:rsidR="006F7457">
        <w:tc>
          <w:tcPr>
            <w:tcW w:w="2880" w:type="dxa"/>
          </w:tcPr>
          <w:p w:rsidR="006F7457" w:rsidRDefault="00332DB8">
            <w:r>
              <w:t>5366.</w:t>
            </w:r>
          </w:p>
        </w:tc>
        <w:tc>
          <w:tcPr>
            <w:tcW w:w="2880" w:type="dxa"/>
          </w:tcPr>
          <w:p w:rsidR="006F7457" w:rsidRDefault="00332DB8">
            <w:r w:rsidRPr="00332DB8">
              <w:rPr>
                <w:lang w:val="ru-RU"/>
              </w:rPr>
              <w:t xml:space="preserve">Видеофайл «Надо бояться только Бога», продолжительность 20 минут 20 секунд, начинается словами: «Сегодня церковь празднует день Святой Троицы Пятидесятницы…», заканчивается словами: «…Да поможет нам всем в этом Господь Бог! </w:t>
            </w:r>
            <w:r>
              <w:t>Аминь!» (решение Верхнепышминского городского суда Свердловской области от 10.01.2023);</w:t>
            </w:r>
          </w:p>
        </w:tc>
        <w:tc>
          <w:tcPr>
            <w:tcW w:w="2880" w:type="dxa"/>
          </w:tcPr>
          <w:p w:rsidR="006F7457" w:rsidRDefault="00332DB8">
            <w:r>
              <w:t>31.08.2023</w:t>
            </w:r>
          </w:p>
        </w:tc>
      </w:tr>
      <w:tr w:rsidR="006F7457">
        <w:tc>
          <w:tcPr>
            <w:tcW w:w="2880" w:type="dxa"/>
          </w:tcPr>
          <w:p w:rsidR="006F7457" w:rsidRDefault="00332DB8">
            <w:r>
              <w:t>5367.</w:t>
            </w:r>
          </w:p>
        </w:tc>
        <w:tc>
          <w:tcPr>
            <w:tcW w:w="2880" w:type="dxa"/>
          </w:tcPr>
          <w:p w:rsidR="006F7457" w:rsidRPr="00332DB8" w:rsidRDefault="00332DB8">
            <w:pPr>
              <w:rPr>
                <w:lang w:val="ru-RU"/>
              </w:rPr>
            </w:pPr>
            <w:r w:rsidRPr="00332DB8">
              <w:rPr>
                <w:lang w:val="ru-RU"/>
              </w:rPr>
              <w:t>Видеофайл «Священник проклял Путина и призвал выдворить его в Биробиджан», продолжительность 10 минут 35 секунд (решение Верхнепышминского городского суда Свердловской области от 10.01.2023);</w:t>
            </w:r>
          </w:p>
        </w:tc>
        <w:tc>
          <w:tcPr>
            <w:tcW w:w="2880" w:type="dxa"/>
          </w:tcPr>
          <w:p w:rsidR="006F7457" w:rsidRDefault="00332DB8">
            <w:r>
              <w:t>31.08.2023</w:t>
            </w:r>
          </w:p>
        </w:tc>
      </w:tr>
      <w:tr w:rsidR="006F7457">
        <w:tc>
          <w:tcPr>
            <w:tcW w:w="2880" w:type="dxa"/>
          </w:tcPr>
          <w:p w:rsidR="006F7457" w:rsidRDefault="00332DB8">
            <w:r>
              <w:t>53</w:t>
            </w:r>
            <w:r>
              <w:lastRenderedPageBreak/>
              <w:t>68.</w:t>
            </w:r>
          </w:p>
        </w:tc>
        <w:tc>
          <w:tcPr>
            <w:tcW w:w="2880" w:type="dxa"/>
          </w:tcPr>
          <w:p w:rsidR="006F7457" w:rsidRDefault="00332DB8">
            <w:r w:rsidRPr="00332DB8">
              <w:rPr>
                <w:lang w:val="ru-RU"/>
              </w:rPr>
              <w:lastRenderedPageBreak/>
              <w:t xml:space="preserve">Видеофайл «Схиигумен Сергий (Романов) – от РСФСР к Святой России», продолжительность 6 минут 52 секунды, начинающийся словами: «Боль в сердце моем напоминает нам и мне о могучей державе…», </w:t>
            </w:r>
            <w:r w:rsidRPr="00332DB8">
              <w:rPr>
                <w:lang w:val="ru-RU"/>
              </w:rPr>
              <w:lastRenderedPageBreak/>
              <w:t xml:space="preserve">заканчивается словами: «…Ответьте мне на вопрос, русские и все национальности мира, - Кто правит вами, кто правит Россией?» </w:t>
            </w:r>
            <w:r>
              <w:t>(решение Верхнепышминского городского суда Свердловской области от 10.01.2023);</w:t>
            </w:r>
          </w:p>
        </w:tc>
        <w:tc>
          <w:tcPr>
            <w:tcW w:w="2880" w:type="dxa"/>
          </w:tcPr>
          <w:p w:rsidR="006F7457" w:rsidRDefault="00332DB8">
            <w:r>
              <w:lastRenderedPageBreak/>
              <w:t>31.08.</w:t>
            </w:r>
            <w:r>
              <w:lastRenderedPageBreak/>
              <w:t>2023</w:t>
            </w:r>
          </w:p>
        </w:tc>
      </w:tr>
      <w:tr w:rsidR="006F7457">
        <w:tc>
          <w:tcPr>
            <w:tcW w:w="2880" w:type="dxa"/>
          </w:tcPr>
          <w:p w:rsidR="006F7457" w:rsidRDefault="00332DB8">
            <w:r>
              <w:lastRenderedPageBreak/>
              <w:t>5369.</w:t>
            </w:r>
          </w:p>
        </w:tc>
        <w:tc>
          <w:tcPr>
            <w:tcW w:w="2880" w:type="dxa"/>
          </w:tcPr>
          <w:p w:rsidR="006F7457" w:rsidRDefault="00332DB8">
            <w:r w:rsidRPr="00332DB8">
              <w:rPr>
                <w:lang w:val="ru-RU"/>
              </w:rPr>
              <w:t xml:space="preserve">Видеофайл «Ответ схиигумена Сергия (Романова), записан Романовым Н.В. по поводу церковного суда в отношении его.  Начинается словами: «Дорогие отцы, братья и сестры! Много кривотолков на данный момент ходит вокруг моего имени…», заканчивается словами: «….и вовеки веков!» </w:t>
            </w:r>
            <w:r>
              <w:t>(решение Верхнепышминского городского суда Свердловской области от 10.01.2023);</w:t>
            </w:r>
          </w:p>
        </w:tc>
        <w:tc>
          <w:tcPr>
            <w:tcW w:w="2880" w:type="dxa"/>
          </w:tcPr>
          <w:p w:rsidR="006F7457" w:rsidRDefault="00332DB8">
            <w:r>
              <w:t>31.08.2023</w:t>
            </w:r>
          </w:p>
        </w:tc>
      </w:tr>
      <w:tr w:rsidR="006F7457">
        <w:tc>
          <w:tcPr>
            <w:tcW w:w="2880" w:type="dxa"/>
          </w:tcPr>
          <w:p w:rsidR="006F7457" w:rsidRDefault="00332DB8">
            <w:r>
              <w:t>5370.</w:t>
            </w:r>
          </w:p>
        </w:tc>
        <w:tc>
          <w:tcPr>
            <w:tcW w:w="2880" w:type="dxa"/>
          </w:tcPr>
          <w:p w:rsidR="006F7457" w:rsidRDefault="00332DB8">
            <w:r w:rsidRPr="00332DB8">
              <w:rPr>
                <w:lang w:val="ru-RU"/>
              </w:rPr>
              <w:t xml:space="preserve">Видеофайл «Схиигумен Сергий. Путин, Ленин и стрельба на Лубянке», продолжительность 30 минут 5 секунд, начинается словами: «Дорогие отцы, братья и сестры с праздником! – С праздником, отец Сергий! Некоторые русские старцы говорили, что антихрист придет из России…», заканчивается словами: «…Где Бог – там победа! </w:t>
            </w:r>
            <w:r>
              <w:t>Аминь!» (решение Верхнепышминского городского суда Свердловской области от 10.01.2023);</w:t>
            </w:r>
          </w:p>
        </w:tc>
        <w:tc>
          <w:tcPr>
            <w:tcW w:w="2880" w:type="dxa"/>
          </w:tcPr>
          <w:p w:rsidR="006F7457" w:rsidRDefault="00332DB8">
            <w:r>
              <w:t>31.08.2023</w:t>
            </w:r>
          </w:p>
        </w:tc>
      </w:tr>
      <w:tr w:rsidR="006F7457">
        <w:tc>
          <w:tcPr>
            <w:tcW w:w="2880" w:type="dxa"/>
          </w:tcPr>
          <w:p w:rsidR="006F7457" w:rsidRDefault="00332DB8">
            <w:r>
              <w:t>5371.</w:t>
            </w:r>
          </w:p>
        </w:tc>
        <w:tc>
          <w:tcPr>
            <w:tcW w:w="2880" w:type="dxa"/>
          </w:tcPr>
          <w:p w:rsidR="006F7457" w:rsidRDefault="00332DB8">
            <w:r w:rsidRPr="00332DB8">
              <w:rPr>
                <w:lang w:val="ru-RU"/>
              </w:rPr>
              <w:t xml:space="preserve">Видеофайл «Схиигумен Сергий Романов – Иуды/Видео после церковного суда», продолжительность 9 минут  56 секунд, начинается словами: «Дорогие отцы и братья всех национальностей. Обращаюсь ко всем вам внимательно прослушать мою проповедь», заканчивается словами: «… и вовеки веков!» </w:t>
            </w:r>
            <w:r>
              <w:t>(решение Верхнепышминского городского суда Свердловской области от 10.01.2023);</w:t>
            </w:r>
          </w:p>
        </w:tc>
        <w:tc>
          <w:tcPr>
            <w:tcW w:w="2880" w:type="dxa"/>
          </w:tcPr>
          <w:p w:rsidR="006F7457" w:rsidRDefault="00332DB8">
            <w:r>
              <w:t>31.08.2023</w:t>
            </w:r>
          </w:p>
        </w:tc>
      </w:tr>
      <w:tr w:rsidR="006F7457">
        <w:tc>
          <w:tcPr>
            <w:tcW w:w="2880" w:type="dxa"/>
          </w:tcPr>
          <w:p w:rsidR="006F7457" w:rsidRDefault="00332DB8">
            <w:r>
              <w:t>5372.</w:t>
            </w:r>
          </w:p>
        </w:tc>
        <w:tc>
          <w:tcPr>
            <w:tcW w:w="2880" w:type="dxa"/>
          </w:tcPr>
          <w:p w:rsidR="006F7457" w:rsidRPr="00332DB8" w:rsidRDefault="00332DB8">
            <w:pPr>
              <w:rPr>
                <w:lang w:val="ru-RU"/>
              </w:rPr>
            </w:pPr>
            <w:r w:rsidRPr="00332DB8">
              <w:rPr>
                <w:lang w:val="ru-RU"/>
              </w:rPr>
              <w:t xml:space="preserve">Распространенный в сети «Интернет» информационный материал – видео-, аудиозапись и текст песни исполнителя </w:t>
            </w:r>
            <w:r>
              <w:t>THRIP</w:t>
            </w:r>
            <w:r w:rsidRPr="00332DB8">
              <w:rPr>
                <w:lang w:val="ru-RU"/>
              </w:rPr>
              <w:t xml:space="preserve"> </w:t>
            </w:r>
            <w:r>
              <w:t>XANNY</w:t>
            </w:r>
            <w:r w:rsidRPr="00332DB8">
              <w:rPr>
                <w:lang w:val="ru-RU"/>
              </w:rPr>
              <w:t xml:space="preserve"> с наименованием «Колумбайн» продолжительностью около 2 минут 00 секунд, которая начинается словами, исполняемым мужским голосом под музыку: «Залетаю в школу – одноклассника по стенам…», заканчивается словами: «В 11:00 разбил я кафетерий» (решение Кольского районного суда Мурманской области (постоянное судебное присутствие в закрытом административно-территориальном образовании городе Заозерск Мурманской области) от 06.07.2023);</w:t>
            </w:r>
          </w:p>
        </w:tc>
        <w:tc>
          <w:tcPr>
            <w:tcW w:w="2880" w:type="dxa"/>
          </w:tcPr>
          <w:p w:rsidR="006F7457" w:rsidRDefault="00332DB8">
            <w:r>
              <w:t>31.08.2023</w:t>
            </w:r>
          </w:p>
        </w:tc>
      </w:tr>
      <w:tr w:rsidR="006F7457">
        <w:tc>
          <w:tcPr>
            <w:tcW w:w="2880" w:type="dxa"/>
          </w:tcPr>
          <w:p w:rsidR="006F7457" w:rsidRDefault="00332DB8">
            <w:r>
              <w:t>537</w:t>
            </w:r>
            <w:r>
              <w:lastRenderedPageBreak/>
              <w:t>3.</w:t>
            </w:r>
          </w:p>
        </w:tc>
        <w:tc>
          <w:tcPr>
            <w:tcW w:w="2880" w:type="dxa"/>
          </w:tcPr>
          <w:p w:rsidR="006F7457" w:rsidRDefault="00332DB8">
            <w:r w:rsidRPr="00332DB8">
              <w:rPr>
                <w:lang w:val="ru-RU"/>
              </w:rPr>
              <w:lastRenderedPageBreak/>
              <w:t xml:space="preserve">Видеоролик с наименованием «Сценарий: Распад России//Выход Калмыкии и Бурятии», имеющий длительность 43 мин. 15 сек., который начинается со слов «Доржо здравствуйте! Я Вас немножко представлю, вы меня поправляйте, если что – не верно..» и заканчивается словами: «За это вам огромное спасибо, что вы разработали, разрабатываете одну из возможных программ, что у народа будет выбор. Спасибо большое, что </w:t>
            </w:r>
            <w:r w:rsidRPr="00332DB8">
              <w:rPr>
                <w:lang w:val="ru-RU"/>
              </w:rPr>
              <w:lastRenderedPageBreak/>
              <w:t xml:space="preserve">ответили на все мои вопросы, что были искренни. </w:t>
            </w:r>
            <w:r>
              <w:t>Благодарю Вас» (решение Элистинского городского суда Республики Калмыкия от 16.06.2023);</w:t>
            </w:r>
          </w:p>
        </w:tc>
        <w:tc>
          <w:tcPr>
            <w:tcW w:w="2880" w:type="dxa"/>
          </w:tcPr>
          <w:p w:rsidR="006F7457" w:rsidRDefault="00332DB8">
            <w:r>
              <w:lastRenderedPageBreak/>
              <w:t>14.09.202</w:t>
            </w:r>
            <w:r>
              <w:lastRenderedPageBreak/>
              <w:t>3</w:t>
            </w:r>
          </w:p>
        </w:tc>
      </w:tr>
      <w:tr w:rsidR="006F7457">
        <w:tc>
          <w:tcPr>
            <w:tcW w:w="2880" w:type="dxa"/>
          </w:tcPr>
          <w:p w:rsidR="006F7457" w:rsidRDefault="00332DB8">
            <w:r>
              <w:lastRenderedPageBreak/>
              <w:t>5374.</w:t>
            </w:r>
          </w:p>
        </w:tc>
        <w:tc>
          <w:tcPr>
            <w:tcW w:w="2880" w:type="dxa"/>
          </w:tcPr>
          <w:p w:rsidR="006F7457" w:rsidRPr="00332DB8" w:rsidRDefault="00332DB8">
            <w:pPr>
              <w:rPr>
                <w:lang w:val="ru-RU"/>
              </w:rPr>
            </w:pPr>
            <w:r w:rsidRPr="00332DB8">
              <w:rPr>
                <w:lang w:val="ru-RU"/>
              </w:rPr>
              <w:t>Текст книги «</w:t>
            </w:r>
            <w:r>
              <w:t>Siege</w:t>
            </w:r>
            <w:r w:rsidRPr="00332DB8">
              <w:rPr>
                <w:lang w:val="ru-RU"/>
              </w:rPr>
              <w:t>» («Осада»), опубликованной 05.09.2017 в электронном формате на 527 страницах (3-е издание) под авторством Джеймса Мейсона (Мэйсона) (решение Приморского районного суда Санкт-Петербурга от 03.07.2023);</w:t>
            </w:r>
          </w:p>
        </w:tc>
        <w:tc>
          <w:tcPr>
            <w:tcW w:w="2880" w:type="dxa"/>
          </w:tcPr>
          <w:p w:rsidR="006F7457" w:rsidRDefault="00332DB8">
            <w:r>
              <w:t>26.09.2023</w:t>
            </w:r>
          </w:p>
        </w:tc>
      </w:tr>
      <w:tr w:rsidR="006F7457">
        <w:tc>
          <w:tcPr>
            <w:tcW w:w="2880" w:type="dxa"/>
          </w:tcPr>
          <w:p w:rsidR="006F7457" w:rsidRDefault="00332DB8">
            <w:r>
              <w:t>5375.</w:t>
            </w:r>
          </w:p>
        </w:tc>
        <w:tc>
          <w:tcPr>
            <w:tcW w:w="2880" w:type="dxa"/>
          </w:tcPr>
          <w:p w:rsidR="006F7457" w:rsidRDefault="00332DB8">
            <w:r w:rsidRPr="00332DB8">
              <w:rPr>
                <w:lang w:val="ru-RU"/>
              </w:rPr>
              <w:t xml:space="preserve">Стихотворение Юрия Нестеренко с названием «Русским оккупантам», которое начинается со слов: «Как вы будете драпать, с…ки!...», заканчивается словами: «А в бомжи или в грузы 200 – Это, с…ки, как повезет.» </w:t>
            </w:r>
            <w:r>
              <w:t>(решение Сыктывкарского городского суда Республики Коми от 02.08.2023);</w:t>
            </w:r>
          </w:p>
        </w:tc>
        <w:tc>
          <w:tcPr>
            <w:tcW w:w="2880" w:type="dxa"/>
          </w:tcPr>
          <w:p w:rsidR="006F7457" w:rsidRDefault="00332DB8">
            <w:r>
              <w:t>26.09.2023</w:t>
            </w:r>
          </w:p>
        </w:tc>
      </w:tr>
      <w:tr w:rsidR="006F7457">
        <w:tc>
          <w:tcPr>
            <w:tcW w:w="2880" w:type="dxa"/>
          </w:tcPr>
          <w:p w:rsidR="006F7457" w:rsidRDefault="00332DB8">
            <w:r>
              <w:t>5376.</w:t>
            </w:r>
          </w:p>
        </w:tc>
        <w:tc>
          <w:tcPr>
            <w:tcW w:w="2880" w:type="dxa"/>
          </w:tcPr>
          <w:p w:rsidR="006F7457" w:rsidRDefault="00332DB8">
            <w:r w:rsidRPr="00332DB8">
              <w:rPr>
                <w:lang w:val="ru-RU"/>
              </w:rPr>
              <w:t xml:space="preserve">Аудиозапись и текст песни с названием «Выйди на улицу» продолжительностью 1 мин. 43 сек., которая начинается словами «Черные подвалы, обосс…е чердаки…» и заканчивается словами «Выйди на улицу, верни себе город!» </w:t>
            </w:r>
            <w:r>
              <w:t>(решение Калужского районного суда Калужской области от 03.05.2023);</w:t>
            </w:r>
          </w:p>
        </w:tc>
        <w:tc>
          <w:tcPr>
            <w:tcW w:w="2880" w:type="dxa"/>
          </w:tcPr>
          <w:p w:rsidR="006F7457" w:rsidRDefault="00332DB8">
            <w:r>
              <w:t>11.10.2023</w:t>
            </w:r>
          </w:p>
        </w:tc>
      </w:tr>
      <w:tr w:rsidR="006F7457">
        <w:tc>
          <w:tcPr>
            <w:tcW w:w="2880" w:type="dxa"/>
          </w:tcPr>
          <w:p w:rsidR="006F7457" w:rsidRDefault="00332DB8">
            <w:r>
              <w:t>5377.</w:t>
            </w:r>
          </w:p>
        </w:tc>
        <w:tc>
          <w:tcPr>
            <w:tcW w:w="2880" w:type="dxa"/>
          </w:tcPr>
          <w:p w:rsidR="006F7457" w:rsidRPr="00332DB8" w:rsidRDefault="00332DB8">
            <w:pPr>
              <w:rPr>
                <w:lang w:val="ru-RU"/>
              </w:rPr>
            </w:pPr>
            <w:r w:rsidRPr="00332DB8">
              <w:rPr>
                <w:lang w:val="ru-RU"/>
              </w:rPr>
              <w:t>Аудиозапись и текст песни с названием «Обывалам» продолжительностью 2 мин. 06 сек., которая начинается словами «Ваши мысли о том, чтобы денег собрать…» и заканчивается словами «Пусть на убой он идет со стадом и от удара ногой, подумай головой» (решение Калужского районного суда Калужской области от 03.05.2023);</w:t>
            </w:r>
          </w:p>
        </w:tc>
        <w:tc>
          <w:tcPr>
            <w:tcW w:w="2880" w:type="dxa"/>
          </w:tcPr>
          <w:p w:rsidR="006F7457" w:rsidRDefault="00332DB8">
            <w:r>
              <w:t>11.10.2023</w:t>
            </w:r>
          </w:p>
        </w:tc>
      </w:tr>
      <w:tr w:rsidR="006F7457">
        <w:tc>
          <w:tcPr>
            <w:tcW w:w="2880" w:type="dxa"/>
          </w:tcPr>
          <w:p w:rsidR="006F7457" w:rsidRDefault="00332DB8">
            <w:r>
              <w:t>5378.</w:t>
            </w:r>
          </w:p>
        </w:tc>
        <w:tc>
          <w:tcPr>
            <w:tcW w:w="2880" w:type="dxa"/>
          </w:tcPr>
          <w:p w:rsidR="006F7457" w:rsidRPr="00332DB8" w:rsidRDefault="00332DB8">
            <w:pPr>
              <w:rPr>
                <w:lang w:val="ru-RU"/>
              </w:rPr>
            </w:pPr>
            <w:r w:rsidRPr="00332DB8">
              <w:rPr>
                <w:lang w:val="ru-RU"/>
              </w:rPr>
              <w:t>Аудиозапись и текст песни без названия продолжительностью 1 мин. 09 сек., которая начинается словами «Тебя еб…т прямо в центре, в карман подкинут наркоту…» и заканчивается словами «Твоя страна-твоя могила, твой город-твой морг» (решение Калужского районного суда Калужской области от 03.05.2023);</w:t>
            </w:r>
          </w:p>
        </w:tc>
        <w:tc>
          <w:tcPr>
            <w:tcW w:w="2880" w:type="dxa"/>
          </w:tcPr>
          <w:p w:rsidR="006F7457" w:rsidRDefault="00332DB8">
            <w:r>
              <w:t>11.10.2023</w:t>
            </w:r>
          </w:p>
        </w:tc>
      </w:tr>
      <w:tr w:rsidR="006F7457">
        <w:tc>
          <w:tcPr>
            <w:tcW w:w="2880" w:type="dxa"/>
          </w:tcPr>
          <w:p w:rsidR="006F7457" w:rsidRDefault="00332DB8">
            <w:r>
              <w:lastRenderedPageBreak/>
              <w:t>5379.</w:t>
            </w:r>
          </w:p>
        </w:tc>
        <w:tc>
          <w:tcPr>
            <w:tcW w:w="2880" w:type="dxa"/>
          </w:tcPr>
          <w:p w:rsidR="006F7457" w:rsidRPr="00332DB8" w:rsidRDefault="00332DB8">
            <w:pPr>
              <w:rPr>
                <w:lang w:val="ru-RU"/>
              </w:rPr>
            </w:pPr>
            <w:r w:rsidRPr="00332DB8">
              <w:rPr>
                <w:lang w:val="ru-RU"/>
              </w:rPr>
              <w:t>Видеофайл «Максим Базылев – Право решать» (решение Ленинского районного суда г. Екатеринбурга от 31.03.2023);</w:t>
            </w:r>
          </w:p>
        </w:tc>
        <w:tc>
          <w:tcPr>
            <w:tcW w:w="2880" w:type="dxa"/>
          </w:tcPr>
          <w:p w:rsidR="006F7457" w:rsidRDefault="00332DB8">
            <w:r>
              <w:t>11.10.2023</w:t>
            </w:r>
          </w:p>
        </w:tc>
      </w:tr>
      <w:tr w:rsidR="006F7457">
        <w:tc>
          <w:tcPr>
            <w:tcW w:w="2880" w:type="dxa"/>
          </w:tcPr>
          <w:p w:rsidR="006F7457" w:rsidRDefault="00332DB8">
            <w:r>
              <w:t>5380.</w:t>
            </w:r>
          </w:p>
        </w:tc>
        <w:tc>
          <w:tcPr>
            <w:tcW w:w="2880" w:type="dxa"/>
          </w:tcPr>
          <w:p w:rsidR="006F7457" w:rsidRPr="00332DB8" w:rsidRDefault="00332DB8">
            <w:pPr>
              <w:rPr>
                <w:lang w:val="ru-RU"/>
              </w:rPr>
            </w:pPr>
            <w:r w:rsidRPr="00332DB8">
              <w:rPr>
                <w:lang w:val="ru-RU"/>
              </w:rPr>
              <w:t>«Русский стяг – Правильная речь» (решение Ленинского районного суда г. Екатеринбурга от 31.03.2023);</w:t>
            </w:r>
          </w:p>
        </w:tc>
        <w:tc>
          <w:tcPr>
            <w:tcW w:w="2880" w:type="dxa"/>
          </w:tcPr>
          <w:p w:rsidR="006F7457" w:rsidRDefault="00332DB8">
            <w:r>
              <w:t>11.10.2023</w:t>
            </w:r>
          </w:p>
        </w:tc>
      </w:tr>
      <w:tr w:rsidR="006F7457">
        <w:tc>
          <w:tcPr>
            <w:tcW w:w="2880" w:type="dxa"/>
          </w:tcPr>
          <w:p w:rsidR="006F7457" w:rsidRDefault="00332DB8">
            <w:r>
              <w:t>5381.</w:t>
            </w:r>
          </w:p>
        </w:tc>
        <w:tc>
          <w:tcPr>
            <w:tcW w:w="2880" w:type="dxa"/>
          </w:tcPr>
          <w:p w:rsidR="006F7457" w:rsidRPr="00332DB8" w:rsidRDefault="00332DB8">
            <w:pPr>
              <w:rPr>
                <w:lang w:val="ru-RU"/>
              </w:rPr>
            </w:pPr>
            <w:r w:rsidRPr="00332DB8">
              <w:rPr>
                <w:lang w:val="ru-RU"/>
              </w:rPr>
              <w:t>Аудиофайл «Русский стяг – РОА» (решение Ленинского районного суда г. Екатеринбурга от 31.03.2023);</w:t>
            </w:r>
          </w:p>
        </w:tc>
        <w:tc>
          <w:tcPr>
            <w:tcW w:w="2880" w:type="dxa"/>
          </w:tcPr>
          <w:p w:rsidR="006F7457" w:rsidRDefault="00332DB8">
            <w:r>
              <w:t>11.10.2023</w:t>
            </w:r>
          </w:p>
        </w:tc>
      </w:tr>
      <w:tr w:rsidR="006F7457">
        <w:tc>
          <w:tcPr>
            <w:tcW w:w="2880" w:type="dxa"/>
          </w:tcPr>
          <w:p w:rsidR="006F7457" w:rsidRDefault="00332DB8">
            <w:r>
              <w:t>5382.</w:t>
            </w:r>
          </w:p>
        </w:tc>
        <w:tc>
          <w:tcPr>
            <w:tcW w:w="2880" w:type="dxa"/>
          </w:tcPr>
          <w:p w:rsidR="006F7457" w:rsidRPr="00332DB8" w:rsidRDefault="00332DB8">
            <w:pPr>
              <w:rPr>
                <w:lang w:val="ru-RU"/>
              </w:rPr>
            </w:pPr>
            <w:r w:rsidRPr="00332DB8">
              <w:rPr>
                <w:lang w:val="ru-RU"/>
              </w:rPr>
              <w:t>Текстовый документ «Дмитрий Честный – Огонь!.</w:t>
            </w:r>
            <w:r>
              <w:t>doc</w:t>
            </w:r>
            <w:r w:rsidRPr="00332DB8">
              <w:rPr>
                <w:lang w:val="ru-RU"/>
              </w:rPr>
              <w:t>» (решение Ленинского районного суда г. Екатеринбурга от 31.03.2023);</w:t>
            </w:r>
          </w:p>
        </w:tc>
        <w:tc>
          <w:tcPr>
            <w:tcW w:w="2880" w:type="dxa"/>
          </w:tcPr>
          <w:p w:rsidR="006F7457" w:rsidRDefault="00332DB8">
            <w:r>
              <w:t>11.10.2023</w:t>
            </w:r>
          </w:p>
        </w:tc>
      </w:tr>
      <w:tr w:rsidR="006F7457">
        <w:tc>
          <w:tcPr>
            <w:tcW w:w="2880" w:type="dxa"/>
          </w:tcPr>
          <w:p w:rsidR="006F7457" w:rsidRDefault="00332DB8">
            <w:r>
              <w:t>5383.</w:t>
            </w:r>
          </w:p>
        </w:tc>
        <w:tc>
          <w:tcPr>
            <w:tcW w:w="2880" w:type="dxa"/>
          </w:tcPr>
          <w:p w:rsidR="006F7457" w:rsidRPr="00332DB8" w:rsidRDefault="00332DB8">
            <w:pPr>
              <w:rPr>
                <w:lang w:val="ru-RU"/>
              </w:rPr>
            </w:pPr>
            <w:r w:rsidRPr="00332DB8">
              <w:rPr>
                <w:lang w:val="ru-RU"/>
              </w:rPr>
              <w:t>Текстовый документ «Дмитрий Честный – Становление.</w:t>
            </w:r>
            <w:r>
              <w:t>doc</w:t>
            </w:r>
            <w:r w:rsidRPr="00332DB8">
              <w:rPr>
                <w:lang w:val="ru-RU"/>
              </w:rPr>
              <w:t>» (решение Ленинского районного суда г. Екатеринбурга от 31.03.2023);</w:t>
            </w:r>
          </w:p>
        </w:tc>
        <w:tc>
          <w:tcPr>
            <w:tcW w:w="2880" w:type="dxa"/>
          </w:tcPr>
          <w:p w:rsidR="006F7457" w:rsidRDefault="00332DB8">
            <w:r>
              <w:t>11.10.2023</w:t>
            </w:r>
          </w:p>
        </w:tc>
      </w:tr>
      <w:tr w:rsidR="006F7457">
        <w:tc>
          <w:tcPr>
            <w:tcW w:w="2880" w:type="dxa"/>
          </w:tcPr>
          <w:p w:rsidR="006F7457" w:rsidRDefault="00332DB8">
            <w:r>
              <w:t>538</w:t>
            </w:r>
            <w:r>
              <w:lastRenderedPageBreak/>
              <w:t>4.</w:t>
            </w:r>
          </w:p>
        </w:tc>
        <w:tc>
          <w:tcPr>
            <w:tcW w:w="2880" w:type="dxa"/>
          </w:tcPr>
          <w:p w:rsidR="006F7457" w:rsidRPr="00332DB8" w:rsidRDefault="00332DB8">
            <w:pPr>
              <w:rPr>
                <w:lang w:val="ru-RU"/>
              </w:rPr>
            </w:pPr>
            <w:r w:rsidRPr="00332DB8">
              <w:rPr>
                <w:lang w:val="ru-RU"/>
              </w:rPr>
              <w:lastRenderedPageBreak/>
              <w:t xml:space="preserve">Текстовый документ «Дмитрий Честный – </w:t>
            </w:r>
            <w:r>
              <w:t>RussianWill</w:t>
            </w:r>
            <w:r w:rsidRPr="00332DB8">
              <w:rPr>
                <w:lang w:val="ru-RU"/>
              </w:rPr>
              <w:t>.</w:t>
            </w:r>
            <w:r>
              <w:t>doc</w:t>
            </w:r>
            <w:r w:rsidRPr="00332DB8">
              <w:rPr>
                <w:lang w:val="ru-RU"/>
              </w:rPr>
              <w:t>» (решение Ленинского районного суда г. Екатеринбурга от 31.03.2023);</w:t>
            </w:r>
          </w:p>
        </w:tc>
        <w:tc>
          <w:tcPr>
            <w:tcW w:w="2880" w:type="dxa"/>
          </w:tcPr>
          <w:p w:rsidR="006F7457" w:rsidRDefault="00332DB8">
            <w:r>
              <w:t>11.10.202</w:t>
            </w:r>
            <w:r>
              <w:lastRenderedPageBreak/>
              <w:t>3</w:t>
            </w:r>
          </w:p>
        </w:tc>
      </w:tr>
      <w:tr w:rsidR="006F7457">
        <w:tc>
          <w:tcPr>
            <w:tcW w:w="2880" w:type="dxa"/>
          </w:tcPr>
          <w:p w:rsidR="006F7457" w:rsidRDefault="00332DB8">
            <w:r>
              <w:lastRenderedPageBreak/>
              <w:t>5385.</w:t>
            </w:r>
          </w:p>
        </w:tc>
        <w:tc>
          <w:tcPr>
            <w:tcW w:w="2880" w:type="dxa"/>
          </w:tcPr>
          <w:p w:rsidR="006F7457" w:rsidRPr="00332DB8" w:rsidRDefault="00332DB8">
            <w:pPr>
              <w:rPr>
                <w:lang w:val="ru-RU"/>
              </w:rPr>
            </w:pPr>
            <w:r w:rsidRPr="00332DB8">
              <w:rPr>
                <w:lang w:val="ru-RU"/>
              </w:rPr>
              <w:t xml:space="preserve">Текстовый документ «Скинхеды – Интервью. </w:t>
            </w:r>
            <w:r>
              <w:t>doc</w:t>
            </w:r>
            <w:r w:rsidRPr="00332DB8">
              <w:rPr>
                <w:lang w:val="ru-RU"/>
              </w:rPr>
              <w:t>» (решение Ленинского районного суда г. Екатеринбурга от 31.03.2023);</w:t>
            </w:r>
          </w:p>
        </w:tc>
        <w:tc>
          <w:tcPr>
            <w:tcW w:w="2880" w:type="dxa"/>
          </w:tcPr>
          <w:p w:rsidR="006F7457" w:rsidRDefault="00332DB8">
            <w:r>
              <w:t>11.10.2023</w:t>
            </w:r>
          </w:p>
        </w:tc>
      </w:tr>
      <w:tr w:rsidR="006F7457">
        <w:tc>
          <w:tcPr>
            <w:tcW w:w="2880" w:type="dxa"/>
          </w:tcPr>
          <w:p w:rsidR="006F7457" w:rsidRDefault="00332DB8">
            <w:r>
              <w:t>5386.</w:t>
            </w:r>
          </w:p>
        </w:tc>
        <w:tc>
          <w:tcPr>
            <w:tcW w:w="2880" w:type="dxa"/>
          </w:tcPr>
          <w:p w:rsidR="006F7457" w:rsidRPr="00332DB8" w:rsidRDefault="00332DB8">
            <w:pPr>
              <w:rPr>
                <w:lang w:val="ru-RU"/>
              </w:rPr>
            </w:pPr>
            <w:r w:rsidRPr="00332DB8">
              <w:rPr>
                <w:lang w:val="ru-RU"/>
              </w:rPr>
              <w:t>Текстовый документ «Памятка пропагандиста.</w:t>
            </w:r>
            <w:r>
              <w:t>doc</w:t>
            </w:r>
            <w:r w:rsidRPr="00332DB8">
              <w:rPr>
                <w:lang w:val="ru-RU"/>
              </w:rPr>
              <w:t>» (решение Ленинского районного суда г. Екатеринбурга от 31.03.2023);</w:t>
            </w:r>
          </w:p>
        </w:tc>
        <w:tc>
          <w:tcPr>
            <w:tcW w:w="2880" w:type="dxa"/>
          </w:tcPr>
          <w:p w:rsidR="006F7457" w:rsidRDefault="00332DB8">
            <w:r>
              <w:t>11.10.2023</w:t>
            </w:r>
          </w:p>
        </w:tc>
      </w:tr>
      <w:tr w:rsidR="006F7457">
        <w:tc>
          <w:tcPr>
            <w:tcW w:w="2880" w:type="dxa"/>
          </w:tcPr>
          <w:p w:rsidR="006F7457" w:rsidRDefault="00332DB8">
            <w:r>
              <w:t>5387.</w:t>
            </w:r>
          </w:p>
        </w:tc>
        <w:tc>
          <w:tcPr>
            <w:tcW w:w="2880" w:type="dxa"/>
          </w:tcPr>
          <w:p w:rsidR="006F7457" w:rsidRPr="00332DB8" w:rsidRDefault="00332DB8">
            <w:pPr>
              <w:rPr>
                <w:lang w:val="ru-RU"/>
              </w:rPr>
            </w:pPr>
            <w:r w:rsidRPr="00332DB8">
              <w:rPr>
                <w:lang w:val="ru-RU"/>
              </w:rPr>
              <w:t>Роман Дмитрия Нестерова «Скины: Русь пробуждается» (решение Ленинского районного суда г. Екатеринбурга от 31.03.2023);</w:t>
            </w:r>
          </w:p>
        </w:tc>
        <w:tc>
          <w:tcPr>
            <w:tcW w:w="2880" w:type="dxa"/>
          </w:tcPr>
          <w:p w:rsidR="006F7457" w:rsidRDefault="00332DB8">
            <w:r>
              <w:t>11.10.2023</w:t>
            </w:r>
          </w:p>
        </w:tc>
      </w:tr>
      <w:tr w:rsidR="006F7457">
        <w:tc>
          <w:tcPr>
            <w:tcW w:w="2880" w:type="dxa"/>
          </w:tcPr>
          <w:p w:rsidR="006F7457" w:rsidRDefault="00332DB8">
            <w:r>
              <w:t>5388.</w:t>
            </w:r>
          </w:p>
        </w:tc>
        <w:tc>
          <w:tcPr>
            <w:tcW w:w="2880" w:type="dxa"/>
          </w:tcPr>
          <w:p w:rsidR="006F7457" w:rsidRDefault="00332DB8">
            <w:r w:rsidRPr="00332DB8">
              <w:rPr>
                <w:lang w:val="ru-RU"/>
              </w:rPr>
              <w:t xml:space="preserve">Запись, представляющая собой «репост» записи сообщества «КЛАН БЕЛОЙ КРОВИ», которая содержит текст: «Белые Шнурки – элемент одежды правых НС – Скинхедов, знак отличия и авторитета! Их нельзя одеть просто так, их надо заслужить в битвах за Расы и Нацию!» </w:t>
            </w:r>
            <w:r>
              <w:t>(решение Ленинского районного суда г. Екатеринбурга от 31.03.2023);</w:t>
            </w:r>
          </w:p>
        </w:tc>
        <w:tc>
          <w:tcPr>
            <w:tcW w:w="2880" w:type="dxa"/>
          </w:tcPr>
          <w:p w:rsidR="006F7457" w:rsidRDefault="00332DB8">
            <w:r>
              <w:t>11.10.2023</w:t>
            </w:r>
          </w:p>
        </w:tc>
      </w:tr>
      <w:tr w:rsidR="006F7457">
        <w:tc>
          <w:tcPr>
            <w:tcW w:w="2880" w:type="dxa"/>
          </w:tcPr>
          <w:p w:rsidR="006F7457" w:rsidRDefault="00332DB8">
            <w:r>
              <w:t>5389.</w:t>
            </w:r>
          </w:p>
        </w:tc>
        <w:tc>
          <w:tcPr>
            <w:tcW w:w="2880" w:type="dxa"/>
          </w:tcPr>
          <w:p w:rsidR="006F7457" w:rsidRPr="00332DB8" w:rsidRDefault="00332DB8">
            <w:pPr>
              <w:rPr>
                <w:lang w:val="ru-RU"/>
              </w:rPr>
            </w:pPr>
            <w:r w:rsidRPr="00332DB8">
              <w:rPr>
                <w:lang w:val="ru-RU"/>
              </w:rPr>
              <w:t>Изображение ботинок – берцев с надписью «Это тебе не пионерский галстук. Их заслужить надо» (решение Ленинского районного суда г. Екатеринбурга от 31.03.2023);</w:t>
            </w:r>
          </w:p>
        </w:tc>
        <w:tc>
          <w:tcPr>
            <w:tcW w:w="2880" w:type="dxa"/>
          </w:tcPr>
          <w:p w:rsidR="006F7457" w:rsidRDefault="00332DB8">
            <w:r>
              <w:t>11.10.2023</w:t>
            </w:r>
          </w:p>
        </w:tc>
      </w:tr>
      <w:tr w:rsidR="006F7457">
        <w:tc>
          <w:tcPr>
            <w:tcW w:w="2880" w:type="dxa"/>
          </w:tcPr>
          <w:p w:rsidR="006F7457" w:rsidRDefault="00332DB8">
            <w:r>
              <w:t>5</w:t>
            </w:r>
            <w:r>
              <w:lastRenderedPageBreak/>
              <w:t>390.</w:t>
            </w:r>
          </w:p>
        </w:tc>
        <w:tc>
          <w:tcPr>
            <w:tcW w:w="2880" w:type="dxa"/>
          </w:tcPr>
          <w:p w:rsidR="006F7457" w:rsidRDefault="00332DB8">
            <w:r w:rsidRPr="00332DB8">
              <w:rPr>
                <w:lang w:val="ru-RU"/>
              </w:rPr>
              <w:lastRenderedPageBreak/>
              <w:t xml:space="preserve">2 аудиозаписи: «Железный порядок – Белые Шнурки», «Коловрат – Гордость За Расу И Нацию» </w:t>
            </w:r>
            <w:r>
              <w:t xml:space="preserve">(решение </w:t>
            </w:r>
            <w:r>
              <w:lastRenderedPageBreak/>
              <w:t>Ленинского районного суда г. Екатеринбурга от 31.03.2023);</w:t>
            </w:r>
          </w:p>
        </w:tc>
        <w:tc>
          <w:tcPr>
            <w:tcW w:w="2880" w:type="dxa"/>
          </w:tcPr>
          <w:p w:rsidR="006F7457" w:rsidRDefault="00332DB8">
            <w:r>
              <w:lastRenderedPageBreak/>
              <w:t>11.</w:t>
            </w:r>
            <w:r>
              <w:lastRenderedPageBreak/>
              <w:t>10.2023</w:t>
            </w:r>
          </w:p>
        </w:tc>
      </w:tr>
      <w:tr w:rsidR="006F7457">
        <w:tc>
          <w:tcPr>
            <w:tcW w:w="2880" w:type="dxa"/>
          </w:tcPr>
          <w:p w:rsidR="006F7457" w:rsidRDefault="00332DB8">
            <w:r>
              <w:lastRenderedPageBreak/>
              <w:t>5391.</w:t>
            </w:r>
          </w:p>
        </w:tc>
        <w:tc>
          <w:tcPr>
            <w:tcW w:w="2880" w:type="dxa"/>
          </w:tcPr>
          <w:p w:rsidR="006F7457" w:rsidRPr="00332DB8" w:rsidRDefault="00332DB8">
            <w:pPr>
              <w:rPr>
                <w:lang w:val="ru-RU"/>
              </w:rPr>
            </w:pPr>
            <w:r w:rsidRPr="00332DB8">
              <w:rPr>
                <w:lang w:val="ru-RU"/>
              </w:rPr>
              <w:t>Запись, представляющая собой «репост» записи сообщества «КЛАН БЕЛОЙ КРОВИ», размещенная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 Лермонтов. НО ВСЕ ПОЧЕМУ – ТО ЗАПОМНИЛИ «я люблю Кавказ» (решение Ленинского районного суда г. Екатеринбурга от 31.03.2023);</w:t>
            </w:r>
          </w:p>
        </w:tc>
        <w:tc>
          <w:tcPr>
            <w:tcW w:w="2880" w:type="dxa"/>
          </w:tcPr>
          <w:p w:rsidR="006F7457" w:rsidRDefault="00332DB8">
            <w:r>
              <w:t>11.10.2023</w:t>
            </w:r>
          </w:p>
        </w:tc>
      </w:tr>
      <w:tr w:rsidR="006F7457">
        <w:tc>
          <w:tcPr>
            <w:tcW w:w="2880" w:type="dxa"/>
          </w:tcPr>
          <w:p w:rsidR="006F7457" w:rsidRDefault="00332DB8">
            <w:r>
              <w:t>5392.</w:t>
            </w:r>
          </w:p>
        </w:tc>
        <w:tc>
          <w:tcPr>
            <w:tcW w:w="2880" w:type="dxa"/>
          </w:tcPr>
          <w:p w:rsidR="006F7457" w:rsidRDefault="00332DB8">
            <w:r w:rsidRPr="00332DB8">
              <w:rPr>
                <w:lang w:val="ru-RU"/>
              </w:rPr>
              <w:t xml:space="preserve">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размещенная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w:t>
            </w:r>
            <w:r>
              <w:t>(ненормативная лексика)» (решение Ленинского районного суда г. Екатеринбурга от 31.03.2023);</w:t>
            </w:r>
          </w:p>
        </w:tc>
        <w:tc>
          <w:tcPr>
            <w:tcW w:w="2880" w:type="dxa"/>
          </w:tcPr>
          <w:p w:rsidR="006F7457" w:rsidRDefault="00332DB8">
            <w:r>
              <w:t>11.10.2023</w:t>
            </w:r>
          </w:p>
        </w:tc>
      </w:tr>
      <w:tr w:rsidR="006F7457">
        <w:tc>
          <w:tcPr>
            <w:tcW w:w="2880" w:type="dxa"/>
          </w:tcPr>
          <w:p w:rsidR="006F7457" w:rsidRDefault="00332DB8">
            <w:r>
              <w:t>5393.</w:t>
            </w:r>
          </w:p>
        </w:tc>
        <w:tc>
          <w:tcPr>
            <w:tcW w:w="2880" w:type="dxa"/>
          </w:tcPr>
          <w:p w:rsidR="006F7457" w:rsidRPr="00332DB8" w:rsidRDefault="00332DB8">
            <w:pPr>
              <w:rPr>
                <w:lang w:val="ru-RU"/>
              </w:rPr>
            </w:pPr>
            <w:r w:rsidRPr="00332DB8">
              <w:rPr>
                <w:lang w:val="ru-RU"/>
              </w:rPr>
              <w:t>Аудиозапись «Бритоголовые Идут – ДИВ – «Давай На Рынок» (решение Ленинского районного суда г. Екатеринбурга от 31.03.2023);</w:t>
            </w:r>
          </w:p>
        </w:tc>
        <w:tc>
          <w:tcPr>
            <w:tcW w:w="2880" w:type="dxa"/>
          </w:tcPr>
          <w:p w:rsidR="006F7457" w:rsidRDefault="00332DB8">
            <w:r>
              <w:t>11.10.2023</w:t>
            </w:r>
          </w:p>
        </w:tc>
      </w:tr>
      <w:tr w:rsidR="006F7457">
        <w:tc>
          <w:tcPr>
            <w:tcW w:w="2880" w:type="dxa"/>
          </w:tcPr>
          <w:p w:rsidR="006F7457" w:rsidRDefault="00332DB8">
            <w:r>
              <w:t>5394.</w:t>
            </w:r>
          </w:p>
        </w:tc>
        <w:tc>
          <w:tcPr>
            <w:tcW w:w="2880" w:type="dxa"/>
          </w:tcPr>
          <w:p w:rsidR="006F7457" w:rsidRPr="00332DB8" w:rsidRDefault="00332DB8">
            <w:pPr>
              <w:rPr>
                <w:lang w:val="ru-RU"/>
              </w:rPr>
            </w:pPr>
            <w:r w:rsidRPr="00332DB8">
              <w:rPr>
                <w:lang w:val="ru-RU"/>
              </w:rPr>
              <w:t>Печатное издание: книга Я. Стецько «Дв</w:t>
            </w:r>
            <w:r>
              <w:t>i</w:t>
            </w:r>
            <w:r w:rsidRPr="00332DB8">
              <w:rPr>
                <w:lang w:val="ru-RU"/>
              </w:rPr>
              <w:t xml:space="preserve"> революц</w:t>
            </w:r>
            <w:r>
              <w:t>ii</w:t>
            </w:r>
            <w:r w:rsidRPr="00332DB8">
              <w:rPr>
                <w:lang w:val="ru-RU"/>
              </w:rPr>
              <w:t>», м. Мар</w:t>
            </w:r>
            <w:r>
              <w:t>i</w:t>
            </w:r>
            <w:r w:rsidRPr="00332DB8">
              <w:rPr>
                <w:lang w:val="ru-RU"/>
              </w:rPr>
              <w:t>уполь, 2015, издательство «Цив</w:t>
            </w:r>
            <w:r>
              <w:t>i</w:t>
            </w:r>
            <w:r w:rsidRPr="00332DB8">
              <w:rPr>
                <w:lang w:val="ru-RU"/>
              </w:rPr>
              <w:t>льного корпусу «Азов» (решение Буденновского межрайонного суда города Донецка Донецкой Народной Республики от 24.03.2023);</w:t>
            </w:r>
          </w:p>
        </w:tc>
        <w:tc>
          <w:tcPr>
            <w:tcW w:w="2880" w:type="dxa"/>
          </w:tcPr>
          <w:p w:rsidR="006F7457" w:rsidRDefault="00332DB8">
            <w:r>
              <w:t>31.10.2023</w:t>
            </w:r>
          </w:p>
        </w:tc>
      </w:tr>
      <w:tr w:rsidR="006F7457">
        <w:tc>
          <w:tcPr>
            <w:tcW w:w="2880" w:type="dxa"/>
          </w:tcPr>
          <w:p w:rsidR="006F7457" w:rsidRDefault="00332DB8">
            <w:r>
              <w:t>539</w:t>
            </w:r>
            <w:r>
              <w:lastRenderedPageBreak/>
              <w:t>5.</w:t>
            </w:r>
          </w:p>
        </w:tc>
        <w:tc>
          <w:tcPr>
            <w:tcW w:w="2880" w:type="dxa"/>
          </w:tcPr>
          <w:p w:rsidR="006F7457" w:rsidRPr="00332DB8" w:rsidRDefault="00332DB8">
            <w:pPr>
              <w:rPr>
                <w:lang w:val="ru-RU"/>
              </w:rPr>
            </w:pPr>
            <w:r w:rsidRPr="00332DB8">
              <w:rPr>
                <w:lang w:val="ru-RU"/>
              </w:rPr>
              <w:lastRenderedPageBreak/>
              <w:t>Печатное издание: книга Я. Оршан «Доба нац</w:t>
            </w:r>
            <w:r>
              <w:t>i</w:t>
            </w:r>
            <w:r w:rsidRPr="00332DB8">
              <w:rPr>
                <w:lang w:val="ru-RU"/>
              </w:rPr>
              <w:t>онал</w:t>
            </w:r>
            <w:r>
              <w:t>i</w:t>
            </w:r>
            <w:r w:rsidRPr="00332DB8">
              <w:rPr>
                <w:lang w:val="ru-RU"/>
              </w:rPr>
              <w:t>зму», м. Мар</w:t>
            </w:r>
            <w:r>
              <w:t>i</w:t>
            </w:r>
            <w:r w:rsidRPr="00332DB8">
              <w:rPr>
                <w:lang w:val="ru-RU"/>
              </w:rPr>
              <w:t>уполь, 2015, изданная при содействии «Цив</w:t>
            </w:r>
            <w:r>
              <w:t>i</w:t>
            </w:r>
            <w:r w:rsidRPr="00332DB8">
              <w:rPr>
                <w:lang w:val="ru-RU"/>
              </w:rPr>
              <w:t xml:space="preserve">льного корпусу «Азов» (решение Буденновского межрайонного суда города Донецка Донецкой Народной </w:t>
            </w:r>
            <w:r w:rsidRPr="00332DB8">
              <w:rPr>
                <w:lang w:val="ru-RU"/>
              </w:rPr>
              <w:lastRenderedPageBreak/>
              <w:t>Республики от 24.03.2023);</w:t>
            </w:r>
          </w:p>
        </w:tc>
        <w:tc>
          <w:tcPr>
            <w:tcW w:w="2880" w:type="dxa"/>
          </w:tcPr>
          <w:p w:rsidR="006F7457" w:rsidRDefault="00332DB8">
            <w:r>
              <w:lastRenderedPageBreak/>
              <w:t>31.10.202</w:t>
            </w:r>
            <w:r>
              <w:lastRenderedPageBreak/>
              <w:t>3</w:t>
            </w:r>
          </w:p>
        </w:tc>
      </w:tr>
      <w:tr w:rsidR="006F7457">
        <w:tc>
          <w:tcPr>
            <w:tcW w:w="2880" w:type="dxa"/>
          </w:tcPr>
          <w:p w:rsidR="006F7457" w:rsidRDefault="00332DB8">
            <w:r>
              <w:lastRenderedPageBreak/>
              <w:t>5396.</w:t>
            </w:r>
          </w:p>
        </w:tc>
        <w:tc>
          <w:tcPr>
            <w:tcW w:w="2880" w:type="dxa"/>
          </w:tcPr>
          <w:p w:rsidR="006F7457" w:rsidRDefault="00332DB8">
            <w:r w:rsidRPr="00332DB8">
              <w:rPr>
                <w:lang w:val="ru-RU"/>
              </w:rPr>
              <w:t xml:space="preserve">Стихотворение Струковой Марины без названия, начинающееся со слов «Россия – бесполезная страна…», заканчивающееся словами «Россия останавливать не станет.» </w:t>
            </w:r>
            <w:r>
              <w:t>(решение Центрального районного суда г. Красноярска от 01.08.2023);</w:t>
            </w:r>
          </w:p>
        </w:tc>
        <w:tc>
          <w:tcPr>
            <w:tcW w:w="2880" w:type="dxa"/>
          </w:tcPr>
          <w:p w:rsidR="006F7457" w:rsidRDefault="00332DB8">
            <w:r>
              <w:t>13.11.2023</w:t>
            </w:r>
          </w:p>
        </w:tc>
      </w:tr>
      <w:tr w:rsidR="006F7457">
        <w:tc>
          <w:tcPr>
            <w:tcW w:w="2880" w:type="dxa"/>
          </w:tcPr>
          <w:p w:rsidR="006F7457" w:rsidRDefault="00332DB8">
            <w:r>
              <w:t>5397.</w:t>
            </w:r>
          </w:p>
        </w:tc>
        <w:tc>
          <w:tcPr>
            <w:tcW w:w="2880" w:type="dxa"/>
          </w:tcPr>
          <w:p w:rsidR="006F7457" w:rsidRDefault="00332DB8">
            <w:r w:rsidRPr="00332DB8">
              <w:rPr>
                <w:lang w:val="ru-RU"/>
              </w:rPr>
              <w:t xml:space="preserve">Стихотворение Струковой Марины под названием «Мы здесь», начинающееся со слов «Сердце рунами «зиг» пронизала гроза,…», заканчивающееся словами «Вы не ждали, а мы уже здесь.» </w:t>
            </w:r>
            <w:r>
              <w:t>(решение Центрального районного суда г. Красноярска от 01.08.2023);</w:t>
            </w:r>
          </w:p>
        </w:tc>
        <w:tc>
          <w:tcPr>
            <w:tcW w:w="2880" w:type="dxa"/>
          </w:tcPr>
          <w:p w:rsidR="006F7457" w:rsidRDefault="00332DB8">
            <w:r>
              <w:t>13.11.2023</w:t>
            </w:r>
          </w:p>
        </w:tc>
      </w:tr>
      <w:tr w:rsidR="006F7457">
        <w:tc>
          <w:tcPr>
            <w:tcW w:w="2880" w:type="dxa"/>
          </w:tcPr>
          <w:p w:rsidR="006F7457" w:rsidRDefault="00332DB8">
            <w:r>
              <w:t>5398.</w:t>
            </w:r>
          </w:p>
        </w:tc>
        <w:tc>
          <w:tcPr>
            <w:tcW w:w="2880" w:type="dxa"/>
          </w:tcPr>
          <w:p w:rsidR="006F7457" w:rsidRDefault="00332DB8">
            <w:r w:rsidRPr="00332DB8">
              <w:rPr>
                <w:lang w:val="ru-RU"/>
              </w:rPr>
              <w:t xml:space="preserve">Стихотворение Струковой Марины под названием «Русскому скинхеду», начинающееся со слов «Застыла Россия в разрухе и голоде,…», заканчивающееся словами «За белые дни…» </w:t>
            </w:r>
            <w:r>
              <w:t>(решение Центрального районного суда г. Красноярска от 01.08.2023);</w:t>
            </w:r>
          </w:p>
        </w:tc>
        <w:tc>
          <w:tcPr>
            <w:tcW w:w="2880" w:type="dxa"/>
          </w:tcPr>
          <w:p w:rsidR="006F7457" w:rsidRDefault="00332DB8">
            <w:r>
              <w:t>13.11.2023</w:t>
            </w:r>
          </w:p>
        </w:tc>
      </w:tr>
      <w:tr w:rsidR="006F7457">
        <w:tc>
          <w:tcPr>
            <w:tcW w:w="2880" w:type="dxa"/>
          </w:tcPr>
          <w:p w:rsidR="006F7457" w:rsidRDefault="00332DB8">
            <w:r>
              <w:t>5399.</w:t>
            </w:r>
          </w:p>
        </w:tc>
        <w:tc>
          <w:tcPr>
            <w:tcW w:w="2880" w:type="dxa"/>
          </w:tcPr>
          <w:p w:rsidR="006F7457" w:rsidRPr="00332DB8" w:rsidRDefault="00332DB8">
            <w:pPr>
              <w:rPr>
                <w:lang w:val="ru-RU"/>
              </w:rPr>
            </w:pPr>
            <w:r w:rsidRPr="00332DB8">
              <w:rPr>
                <w:lang w:val="ru-RU"/>
              </w:rPr>
              <w:t xml:space="preserve">Стихотворение Струковой Марины под названием «Офицеру-националисту», начинающееся со слов «Если мы покоримся, страну обречем,…», заканчивающееся словами «с медальоном </w:t>
            </w:r>
            <w:r>
              <w:t>SS</w:t>
            </w:r>
            <w:r w:rsidRPr="00332DB8">
              <w:rPr>
                <w:lang w:val="ru-RU"/>
              </w:rPr>
              <w:t xml:space="preserve"> ты идешь вдоль домов» (решение Центрального районного суда г. Красноярска от 01.08.2023);</w:t>
            </w:r>
          </w:p>
        </w:tc>
        <w:tc>
          <w:tcPr>
            <w:tcW w:w="2880" w:type="dxa"/>
          </w:tcPr>
          <w:p w:rsidR="006F7457" w:rsidRDefault="00332DB8">
            <w:r>
              <w:t>13.11.2023</w:t>
            </w:r>
          </w:p>
        </w:tc>
      </w:tr>
      <w:tr w:rsidR="006F7457">
        <w:tc>
          <w:tcPr>
            <w:tcW w:w="2880" w:type="dxa"/>
          </w:tcPr>
          <w:p w:rsidR="006F7457" w:rsidRDefault="00332DB8">
            <w:r>
              <w:t>5400.</w:t>
            </w:r>
          </w:p>
        </w:tc>
        <w:tc>
          <w:tcPr>
            <w:tcW w:w="2880" w:type="dxa"/>
          </w:tcPr>
          <w:p w:rsidR="006F7457" w:rsidRDefault="00332DB8">
            <w:r w:rsidRPr="00332DB8">
              <w:rPr>
                <w:lang w:val="ru-RU"/>
              </w:rPr>
              <w:t xml:space="preserve">Стихотворение Струковой Марины под названием «Право на фашизм», начинающееся со слов «Давно зовут иуды-журналисты…», заканчивающееся словами «Будет вам награда за труды!» </w:t>
            </w:r>
            <w:r>
              <w:t>(решение Центрального районного суда г. Красноярска от 01.08.2023);</w:t>
            </w:r>
          </w:p>
        </w:tc>
        <w:tc>
          <w:tcPr>
            <w:tcW w:w="2880" w:type="dxa"/>
          </w:tcPr>
          <w:p w:rsidR="006F7457" w:rsidRDefault="00332DB8">
            <w:r>
              <w:t>13.11.2023</w:t>
            </w:r>
          </w:p>
        </w:tc>
      </w:tr>
      <w:tr w:rsidR="006F7457">
        <w:tc>
          <w:tcPr>
            <w:tcW w:w="2880" w:type="dxa"/>
          </w:tcPr>
          <w:p w:rsidR="006F7457" w:rsidRDefault="00332DB8">
            <w:r>
              <w:t>5</w:t>
            </w:r>
            <w:r>
              <w:lastRenderedPageBreak/>
              <w:t>401.</w:t>
            </w:r>
          </w:p>
        </w:tc>
        <w:tc>
          <w:tcPr>
            <w:tcW w:w="2880" w:type="dxa"/>
          </w:tcPr>
          <w:p w:rsidR="006F7457" w:rsidRDefault="00332DB8">
            <w:r w:rsidRPr="00332DB8">
              <w:rPr>
                <w:lang w:val="ru-RU"/>
              </w:rPr>
              <w:lastRenderedPageBreak/>
              <w:t xml:space="preserve">Стихотворение Струковой Марины без названия, начинающееся со слов «Гордый мальчик, русый, </w:t>
            </w:r>
            <w:r w:rsidRPr="00332DB8">
              <w:rPr>
                <w:lang w:val="ru-RU"/>
              </w:rPr>
              <w:lastRenderedPageBreak/>
              <w:t xml:space="preserve">сероглазый,…», заканчивающееся словами «и того, что в этом сила, брат.» </w:t>
            </w:r>
            <w:r>
              <w:t>(решение Центрального районного суда г. Красноярска от 01.08.2023);</w:t>
            </w:r>
          </w:p>
        </w:tc>
        <w:tc>
          <w:tcPr>
            <w:tcW w:w="2880" w:type="dxa"/>
          </w:tcPr>
          <w:p w:rsidR="006F7457" w:rsidRDefault="00332DB8">
            <w:r>
              <w:lastRenderedPageBreak/>
              <w:t>13.</w:t>
            </w:r>
            <w:r>
              <w:lastRenderedPageBreak/>
              <w:t>11.2023</w:t>
            </w:r>
          </w:p>
        </w:tc>
      </w:tr>
      <w:tr w:rsidR="006F7457">
        <w:tc>
          <w:tcPr>
            <w:tcW w:w="2880" w:type="dxa"/>
          </w:tcPr>
          <w:p w:rsidR="006F7457" w:rsidRDefault="00332DB8">
            <w:r>
              <w:lastRenderedPageBreak/>
              <w:t>5402.</w:t>
            </w:r>
          </w:p>
        </w:tc>
        <w:tc>
          <w:tcPr>
            <w:tcW w:w="2880" w:type="dxa"/>
          </w:tcPr>
          <w:p w:rsidR="006F7457" w:rsidRPr="00332DB8" w:rsidRDefault="00332DB8">
            <w:pPr>
              <w:rPr>
                <w:lang w:val="ru-RU"/>
              </w:rPr>
            </w:pPr>
            <w:r w:rsidRPr="00332DB8">
              <w:rPr>
                <w:lang w:val="ru-RU"/>
              </w:rPr>
              <w:t>Информационный материал в виде видеозаписи с названием «Шамиль Басаев, Грозный 1994_1995г - Свобода или Смерть!!!» продолжительностью 4 минуты 22 секунды, которая начинается с изображения Шамиля Басаева (полевой командир чеченских бандформирований) у которого берется интервью, размещенной в информационно-коммуникационной сети «Интернет» (решение Солнечногорского городского суда Московской области от 11.07.2023 и определение Солнечногорского городского суда Московской области от 23.10.2023);</w:t>
            </w:r>
          </w:p>
        </w:tc>
        <w:tc>
          <w:tcPr>
            <w:tcW w:w="2880" w:type="dxa"/>
          </w:tcPr>
          <w:p w:rsidR="006F7457" w:rsidRDefault="00332DB8">
            <w:r>
              <w:t>14.11.2023</w:t>
            </w:r>
          </w:p>
        </w:tc>
      </w:tr>
      <w:tr w:rsidR="006F7457">
        <w:tc>
          <w:tcPr>
            <w:tcW w:w="2880" w:type="dxa"/>
          </w:tcPr>
          <w:p w:rsidR="006F7457" w:rsidRDefault="00332DB8">
            <w:r>
              <w:t>5403.</w:t>
            </w:r>
          </w:p>
        </w:tc>
        <w:tc>
          <w:tcPr>
            <w:tcW w:w="2880" w:type="dxa"/>
          </w:tcPr>
          <w:p w:rsidR="006F7457" w:rsidRPr="00332DB8" w:rsidRDefault="00332DB8">
            <w:pPr>
              <w:rPr>
                <w:lang w:val="ru-RU"/>
              </w:rPr>
            </w:pPr>
            <w:r w:rsidRPr="00332DB8">
              <w:rPr>
                <w:lang w:val="ru-RU"/>
              </w:rPr>
              <w:t xml:space="preserve">Видеоматериал под названием «Добровольная могилизация и обмен азовцев на кума Путина», начинающийся и оканчивающийся словами «В России во всю идет мобилизация………………по сравнению </w:t>
            </w:r>
            <w:r w:rsidRPr="00332DB8">
              <w:rPr>
                <w:lang w:val="ru-RU"/>
              </w:rPr>
              <w:br/>
            </w:r>
            <w:r w:rsidRPr="00332DB8">
              <w:rPr>
                <w:lang w:val="ru-RU"/>
              </w:rPr>
              <w:br/>
              <w:t>с амбициями бункерного деда», продолжительностью 13 минут 36 секунд, размещенный в информационно-телекоммуникационной сети «Интернет» (решение Фрунзенского районного суда г. Владивостока от 15.09.2023);</w:t>
            </w:r>
          </w:p>
        </w:tc>
        <w:tc>
          <w:tcPr>
            <w:tcW w:w="2880" w:type="dxa"/>
          </w:tcPr>
          <w:p w:rsidR="006F7457" w:rsidRDefault="00332DB8">
            <w:r>
              <w:t>15.11.2023</w:t>
            </w:r>
          </w:p>
        </w:tc>
      </w:tr>
      <w:tr w:rsidR="006F7457">
        <w:tc>
          <w:tcPr>
            <w:tcW w:w="2880" w:type="dxa"/>
          </w:tcPr>
          <w:p w:rsidR="006F7457" w:rsidRDefault="00332DB8">
            <w:r>
              <w:t>5404.</w:t>
            </w:r>
          </w:p>
        </w:tc>
        <w:tc>
          <w:tcPr>
            <w:tcW w:w="2880" w:type="dxa"/>
          </w:tcPr>
          <w:p w:rsidR="006F7457" w:rsidRPr="00332DB8" w:rsidRDefault="00332DB8">
            <w:pPr>
              <w:rPr>
                <w:lang w:val="ru-RU"/>
              </w:rPr>
            </w:pPr>
            <w:r w:rsidRPr="00332DB8">
              <w:rPr>
                <w:lang w:val="ru-RU"/>
              </w:rPr>
              <w:t>Информационный материал – аудиозапись и текст песни исполнителей Планыч и Огнеяр с названием «Погранцы», продолжительностью 04 минуты 40 секунд, которая начинается русскими словами, исполняемыми мужским голосом под музыку: «Подо мной мир чужой, надо мной мир иной…», заканчивается словами «…защитникам белого отечества», содержащейся в информационно-коммуникационной сети «Интернет» (решение Североморского районного суда Мурманской области от 24.08.2023);</w:t>
            </w:r>
          </w:p>
        </w:tc>
        <w:tc>
          <w:tcPr>
            <w:tcW w:w="2880" w:type="dxa"/>
          </w:tcPr>
          <w:p w:rsidR="006F7457" w:rsidRDefault="00332DB8">
            <w:r>
              <w:t>15.11.2023</w:t>
            </w:r>
          </w:p>
        </w:tc>
      </w:tr>
      <w:tr w:rsidR="006F7457">
        <w:tc>
          <w:tcPr>
            <w:tcW w:w="2880" w:type="dxa"/>
          </w:tcPr>
          <w:p w:rsidR="006F7457" w:rsidRDefault="00332DB8">
            <w:r>
              <w:t>5405.</w:t>
            </w:r>
          </w:p>
        </w:tc>
        <w:tc>
          <w:tcPr>
            <w:tcW w:w="2880" w:type="dxa"/>
          </w:tcPr>
          <w:p w:rsidR="006F7457" w:rsidRPr="00332DB8" w:rsidRDefault="00332DB8">
            <w:pPr>
              <w:rPr>
                <w:lang w:val="ru-RU"/>
              </w:rPr>
            </w:pPr>
            <w:r w:rsidRPr="00332DB8">
              <w:rPr>
                <w:lang w:val="ru-RU"/>
              </w:rPr>
              <w:t xml:space="preserve">Информационный материал – аудиозапись и текст песни исполнителей Планыч и Огнеяр с названием «Долой», продолжительностью 04 минуты 14 секунд, которая начинается русскими словами, исполняемыми мужским голосом под музыку: «Долой (неполиткорректное выражение) иго, долой христианский маразм…», заканчивается словами «…без китайского  перенаселения», содержащейся в информационно-коммуникационной сети «Интернет» (решение Североморского районного суда Мурманской области от </w:t>
            </w:r>
            <w:r w:rsidRPr="00332DB8">
              <w:rPr>
                <w:lang w:val="ru-RU"/>
              </w:rPr>
              <w:lastRenderedPageBreak/>
              <w:t>24.08.2023);</w:t>
            </w:r>
          </w:p>
        </w:tc>
        <w:tc>
          <w:tcPr>
            <w:tcW w:w="2880" w:type="dxa"/>
          </w:tcPr>
          <w:p w:rsidR="006F7457" w:rsidRDefault="00332DB8">
            <w:r>
              <w:lastRenderedPageBreak/>
              <w:t>15.11.2023</w:t>
            </w:r>
          </w:p>
        </w:tc>
      </w:tr>
      <w:tr w:rsidR="006F7457">
        <w:tc>
          <w:tcPr>
            <w:tcW w:w="2880" w:type="dxa"/>
          </w:tcPr>
          <w:p w:rsidR="006F7457" w:rsidRDefault="00332DB8">
            <w:r>
              <w:lastRenderedPageBreak/>
              <w:t>5406.</w:t>
            </w:r>
          </w:p>
        </w:tc>
        <w:tc>
          <w:tcPr>
            <w:tcW w:w="2880" w:type="dxa"/>
          </w:tcPr>
          <w:p w:rsidR="006F7457" w:rsidRPr="00332DB8" w:rsidRDefault="00332DB8">
            <w:pPr>
              <w:rPr>
                <w:lang w:val="ru-RU"/>
              </w:rPr>
            </w:pPr>
            <w:r w:rsidRPr="00332DB8">
              <w:rPr>
                <w:lang w:val="ru-RU"/>
              </w:rPr>
              <w:t>Книга под названием «Маздакиты на Кавказе» автора Богатырева Б.Б., содержащая 304 страницы печатного текста (сведений об издательстве и годе издания не имеется) (решение Магасского районного суда Республики Ингушетия от 20.09.2023);</w:t>
            </w:r>
          </w:p>
        </w:tc>
        <w:tc>
          <w:tcPr>
            <w:tcW w:w="2880" w:type="dxa"/>
          </w:tcPr>
          <w:p w:rsidR="006F7457" w:rsidRDefault="00332DB8">
            <w:r>
              <w:t>18.12.2023</w:t>
            </w:r>
          </w:p>
        </w:tc>
      </w:tr>
      <w:tr w:rsidR="006F7457">
        <w:tc>
          <w:tcPr>
            <w:tcW w:w="2880" w:type="dxa"/>
          </w:tcPr>
          <w:p w:rsidR="006F7457" w:rsidRDefault="00332DB8">
            <w:r>
              <w:t>5407.</w:t>
            </w:r>
          </w:p>
        </w:tc>
        <w:tc>
          <w:tcPr>
            <w:tcW w:w="2880" w:type="dxa"/>
          </w:tcPr>
          <w:p w:rsidR="006F7457" w:rsidRPr="00332DB8" w:rsidRDefault="00332DB8">
            <w:pPr>
              <w:rPr>
                <w:lang w:val="ru-RU"/>
              </w:rPr>
            </w:pPr>
            <w:r w:rsidRPr="00332DB8">
              <w:rPr>
                <w:lang w:val="ru-RU"/>
              </w:rPr>
              <w:t>Печатное издание: брошюра «Яка нац</w:t>
            </w:r>
            <w:r>
              <w:t>i</w:t>
            </w:r>
            <w:r w:rsidRPr="00332DB8">
              <w:rPr>
                <w:lang w:val="ru-RU"/>
              </w:rPr>
              <w:t xml:space="preserve">ональна </w:t>
            </w:r>
            <w:r>
              <w:t>i</w:t>
            </w:r>
            <w:r w:rsidRPr="00332DB8">
              <w:rPr>
                <w:lang w:val="ru-RU"/>
              </w:rPr>
              <w:t>дея украïнц</w:t>
            </w:r>
            <w:r>
              <w:t>i</w:t>
            </w:r>
            <w:r w:rsidRPr="00332DB8">
              <w:rPr>
                <w:lang w:val="ru-RU"/>
              </w:rPr>
              <w:t>в» В. Кожевн</w:t>
            </w:r>
            <w:r>
              <w:t>i</w:t>
            </w:r>
            <w:r w:rsidRPr="00332DB8">
              <w:rPr>
                <w:lang w:val="ru-RU"/>
              </w:rPr>
              <w:t>ков, Киïв, Задруга, 2014 (решение Буденновского межрайонного суда города Донецка Донецкой Народной Республики от 29.08.2023);</w:t>
            </w:r>
          </w:p>
        </w:tc>
        <w:tc>
          <w:tcPr>
            <w:tcW w:w="2880" w:type="dxa"/>
          </w:tcPr>
          <w:p w:rsidR="006F7457" w:rsidRDefault="00332DB8">
            <w:r>
              <w:t>20.12.2023</w:t>
            </w:r>
          </w:p>
        </w:tc>
      </w:tr>
      <w:tr w:rsidR="006F7457">
        <w:tc>
          <w:tcPr>
            <w:tcW w:w="2880" w:type="dxa"/>
          </w:tcPr>
          <w:p w:rsidR="006F7457" w:rsidRDefault="00332DB8">
            <w:r>
              <w:t>5408.</w:t>
            </w:r>
          </w:p>
        </w:tc>
        <w:tc>
          <w:tcPr>
            <w:tcW w:w="2880" w:type="dxa"/>
          </w:tcPr>
          <w:p w:rsidR="006F7457" w:rsidRPr="00332DB8" w:rsidRDefault="00332DB8">
            <w:pPr>
              <w:rPr>
                <w:lang w:val="ru-RU"/>
              </w:rPr>
            </w:pPr>
            <w:r w:rsidRPr="00332DB8">
              <w:rPr>
                <w:lang w:val="ru-RU"/>
              </w:rPr>
              <w:t>Печатное издание: книга «ОУН в Центральн</w:t>
            </w:r>
            <w:r>
              <w:t>i</w:t>
            </w:r>
            <w:r w:rsidRPr="00332DB8">
              <w:rPr>
                <w:lang w:val="ru-RU"/>
              </w:rPr>
              <w:t>й, П</w:t>
            </w:r>
            <w:r>
              <w:t>i</w:t>
            </w:r>
            <w:r w:rsidRPr="00332DB8">
              <w:rPr>
                <w:lang w:val="ru-RU"/>
              </w:rPr>
              <w:t>вденн</w:t>
            </w:r>
            <w:r>
              <w:t>i</w:t>
            </w:r>
            <w:r w:rsidRPr="00332DB8">
              <w:rPr>
                <w:lang w:val="ru-RU"/>
              </w:rPr>
              <w:t>й та Сх</w:t>
            </w:r>
            <w:r>
              <w:t>i</w:t>
            </w:r>
            <w:r w:rsidRPr="00332DB8">
              <w:rPr>
                <w:lang w:val="ru-RU"/>
              </w:rPr>
              <w:t>дн</w:t>
            </w:r>
            <w:r>
              <w:t>i</w:t>
            </w:r>
            <w:r w:rsidRPr="00332DB8">
              <w:rPr>
                <w:lang w:val="ru-RU"/>
              </w:rPr>
              <w:t>й Украïн</w:t>
            </w:r>
            <w:r>
              <w:t>i</w:t>
            </w:r>
            <w:r w:rsidRPr="00332DB8">
              <w:rPr>
                <w:lang w:val="ru-RU"/>
              </w:rPr>
              <w:t>, 1941-1950-т</w:t>
            </w:r>
            <w:r>
              <w:t>i</w:t>
            </w:r>
            <w:r w:rsidRPr="00332DB8">
              <w:rPr>
                <w:lang w:val="ru-RU"/>
              </w:rPr>
              <w:t xml:space="preserve"> рр.» Ковальчук В. – Киïв, 2011 (решение Буденновского межрайонного суда города Донецка Донецкой Народной Республики от 29.08.2023);</w:t>
            </w:r>
          </w:p>
        </w:tc>
        <w:tc>
          <w:tcPr>
            <w:tcW w:w="2880" w:type="dxa"/>
          </w:tcPr>
          <w:p w:rsidR="006F7457" w:rsidRDefault="00332DB8">
            <w:r>
              <w:t>20.12.2023</w:t>
            </w:r>
          </w:p>
        </w:tc>
      </w:tr>
      <w:tr w:rsidR="006F7457">
        <w:tc>
          <w:tcPr>
            <w:tcW w:w="2880" w:type="dxa"/>
          </w:tcPr>
          <w:p w:rsidR="006F7457" w:rsidRDefault="00332DB8">
            <w:r>
              <w:t>5409.</w:t>
            </w:r>
          </w:p>
        </w:tc>
        <w:tc>
          <w:tcPr>
            <w:tcW w:w="2880" w:type="dxa"/>
          </w:tcPr>
          <w:p w:rsidR="006F7457" w:rsidRPr="00332DB8" w:rsidRDefault="00332DB8">
            <w:pPr>
              <w:rPr>
                <w:lang w:val="ru-RU"/>
              </w:rPr>
            </w:pPr>
            <w:r w:rsidRPr="00332DB8">
              <w:rPr>
                <w:lang w:val="ru-RU"/>
              </w:rPr>
              <w:t>Текстовый материал «Предостережение гражданина СССР о недопустимости преступления лицом РФ»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rsidR="006F7457" w:rsidRDefault="00332DB8">
            <w:r>
              <w:t>28.12.2023</w:t>
            </w:r>
          </w:p>
        </w:tc>
      </w:tr>
      <w:tr w:rsidR="006F7457">
        <w:tc>
          <w:tcPr>
            <w:tcW w:w="2880" w:type="dxa"/>
          </w:tcPr>
          <w:p w:rsidR="006F7457" w:rsidRDefault="00332DB8">
            <w:r>
              <w:t>5410.</w:t>
            </w:r>
          </w:p>
        </w:tc>
        <w:tc>
          <w:tcPr>
            <w:tcW w:w="2880" w:type="dxa"/>
          </w:tcPr>
          <w:p w:rsidR="006F7457" w:rsidRPr="00332DB8" w:rsidRDefault="00332DB8">
            <w:pPr>
              <w:rPr>
                <w:lang w:val="ru-RU"/>
              </w:rPr>
            </w:pPr>
            <w:r w:rsidRPr="00332DB8">
              <w:rPr>
                <w:lang w:val="ru-RU"/>
              </w:rPr>
              <w:t>Текстовый материал «Глава Башкирской Автономной Советской Социалистической Республики в составе Российской Советской Федеративной Социалистической Республики. О вступлении в должность ВрИО Главы Башкирской АССР в составе РСФСР. ВрИО Гаранта Устава Башкирской АССР в составе РСФСР»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rsidR="006F7457" w:rsidRDefault="00332DB8">
            <w:r>
              <w:t>28.12.2023</w:t>
            </w:r>
          </w:p>
        </w:tc>
      </w:tr>
      <w:tr w:rsidR="006F7457">
        <w:tc>
          <w:tcPr>
            <w:tcW w:w="2880" w:type="dxa"/>
          </w:tcPr>
          <w:p w:rsidR="006F7457" w:rsidRDefault="00332DB8">
            <w:r>
              <w:lastRenderedPageBreak/>
              <w:t>5411.</w:t>
            </w:r>
          </w:p>
        </w:tc>
        <w:tc>
          <w:tcPr>
            <w:tcW w:w="2880" w:type="dxa"/>
          </w:tcPr>
          <w:p w:rsidR="006F7457" w:rsidRPr="00332DB8" w:rsidRDefault="00332DB8">
            <w:pPr>
              <w:rPr>
                <w:lang w:val="ru-RU"/>
              </w:rPr>
            </w:pPr>
            <w:r w:rsidRPr="00332DB8">
              <w:rPr>
                <w:lang w:val="ru-RU"/>
              </w:rPr>
              <w:t>Текстовый материал «Выписка из приказа открытого выездного заседания Военной Коллегии Верховного Суда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rsidR="006F7457" w:rsidRDefault="00332DB8">
            <w:r>
              <w:t>28.12.2023</w:t>
            </w:r>
          </w:p>
        </w:tc>
      </w:tr>
      <w:tr w:rsidR="006F7457">
        <w:tc>
          <w:tcPr>
            <w:tcW w:w="2880" w:type="dxa"/>
          </w:tcPr>
          <w:p w:rsidR="006F7457" w:rsidRDefault="00332DB8">
            <w:r>
              <w:t>5412.</w:t>
            </w:r>
          </w:p>
        </w:tc>
        <w:tc>
          <w:tcPr>
            <w:tcW w:w="2880" w:type="dxa"/>
          </w:tcPr>
          <w:p w:rsidR="006F7457" w:rsidRPr="00332DB8" w:rsidRDefault="00332DB8">
            <w:pPr>
              <w:rPr>
                <w:lang w:val="ru-RU"/>
              </w:rPr>
            </w:pPr>
            <w:r w:rsidRPr="00332DB8">
              <w:rPr>
                <w:lang w:val="ru-RU"/>
              </w:rPr>
              <w:t>Текстовый материал «Уведомление «О введении в действие вкладыша к ныне существующим паспортам, военным билетам и иным удостоверениям личности СССР, находящимся на руках граждан СССР, со статусом удостоверения гражданина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rsidR="006F7457" w:rsidRDefault="00332DB8">
            <w:r>
              <w:t>28.12.2023</w:t>
            </w:r>
          </w:p>
        </w:tc>
      </w:tr>
      <w:tr w:rsidR="006F7457">
        <w:tc>
          <w:tcPr>
            <w:tcW w:w="2880" w:type="dxa"/>
          </w:tcPr>
          <w:p w:rsidR="006F7457" w:rsidRDefault="00332DB8">
            <w:r>
              <w:t>5413.</w:t>
            </w:r>
          </w:p>
        </w:tc>
        <w:tc>
          <w:tcPr>
            <w:tcW w:w="2880" w:type="dxa"/>
          </w:tcPr>
          <w:p w:rsidR="006F7457" w:rsidRPr="00332DB8" w:rsidRDefault="00332DB8">
            <w:pPr>
              <w:rPr>
                <w:lang w:val="ru-RU"/>
              </w:rPr>
            </w:pPr>
            <w:r w:rsidRPr="00332DB8">
              <w:rPr>
                <w:lang w:val="ru-RU"/>
              </w:rPr>
              <w:t>Текстовый материал «Тезисы к Плану Развития Нашей Державы»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rsidR="006F7457" w:rsidRDefault="00332DB8">
            <w:r>
              <w:t>28.12.2023</w:t>
            </w:r>
          </w:p>
        </w:tc>
      </w:tr>
      <w:tr w:rsidR="006F7457">
        <w:tc>
          <w:tcPr>
            <w:tcW w:w="2880" w:type="dxa"/>
          </w:tcPr>
          <w:p w:rsidR="006F7457" w:rsidRDefault="00332DB8">
            <w:r>
              <w:t>5414.</w:t>
            </w:r>
          </w:p>
        </w:tc>
        <w:tc>
          <w:tcPr>
            <w:tcW w:w="2880" w:type="dxa"/>
          </w:tcPr>
          <w:p w:rsidR="006F7457" w:rsidRPr="00332DB8" w:rsidRDefault="00332DB8">
            <w:pPr>
              <w:rPr>
                <w:lang w:val="ru-RU"/>
              </w:rPr>
            </w:pPr>
            <w:r w:rsidRPr="00332DB8">
              <w:rPr>
                <w:lang w:val="ru-RU"/>
              </w:rPr>
              <w:t>Текстовый материал «Требование о возврате в исходное состояние всего, что было на территории Башкирской АССР в составе РСФСР до совершения преступления»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rsidR="006F7457" w:rsidRDefault="00332DB8">
            <w:r>
              <w:t>28.12.2023</w:t>
            </w:r>
          </w:p>
        </w:tc>
      </w:tr>
      <w:tr w:rsidR="006F7457">
        <w:tc>
          <w:tcPr>
            <w:tcW w:w="2880" w:type="dxa"/>
          </w:tcPr>
          <w:p w:rsidR="006F7457" w:rsidRDefault="00332DB8">
            <w:r>
              <w:t>5415.</w:t>
            </w:r>
          </w:p>
        </w:tc>
        <w:tc>
          <w:tcPr>
            <w:tcW w:w="2880" w:type="dxa"/>
          </w:tcPr>
          <w:p w:rsidR="006F7457" w:rsidRPr="00332DB8" w:rsidRDefault="00332DB8">
            <w:pPr>
              <w:rPr>
                <w:lang w:val="ru-RU"/>
              </w:rPr>
            </w:pPr>
            <w:r w:rsidRPr="00332DB8">
              <w:rPr>
                <w:lang w:val="ru-RU"/>
              </w:rPr>
              <w:t>Текстовый материал «Нота Генеральному секретарю ООН»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rsidR="006F7457" w:rsidRDefault="00332DB8">
            <w:r>
              <w:t>28.12.2023</w:t>
            </w:r>
          </w:p>
        </w:tc>
      </w:tr>
      <w:tr w:rsidR="006F7457">
        <w:tc>
          <w:tcPr>
            <w:tcW w:w="2880" w:type="dxa"/>
          </w:tcPr>
          <w:p w:rsidR="006F7457" w:rsidRDefault="00332DB8">
            <w:r>
              <w:lastRenderedPageBreak/>
              <w:t>5416.</w:t>
            </w:r>
          </w:p>
        </w:tc>
        <w:tc>
          <w:tcPr>
            <w:tcW w:w="2880" w:type="dxa"/>
          </w:tcPr>
          <w:p w:rsidR="006F7457" w:rsidRPr="00332DB8" w:rsidRDefault="00332DB8">
            <w:pPr>
              <w:rPr>
                <w:lang w:val="ru-RU"/>
              </w:rPr>
            </w:pPr>
            <w:r w:rsidRPr="00332DB8">
              <w:rPr>
                <w:lang w:val="ru-RU"/>
              </w:rPr>
              <w:t>Текстовый материал «Протокол регистрации преступления на территории СССР в военное время представителем нелегитимных структур для последующей передачи в Военный Трибунал СССР»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rsidR="006F7457" w:rsidRDefault="00332DB8">
            <w:r>
              <w:t>28.12.2023</w:t>
            </w:r>
          </w:p>
        </w:tc>
      </w:tr>
      <w:tr w:rsidR="006F7457">
        <w:tc>
          <w:tcPr>
            <w:tcW w:w="2880" w:type="dxa"/>
          </w:tcPr>
          <w:p w:rsidR="006F7457" w:rsidRDefault="00332DB8">
            <w:r>
              <w:t>5417.</w:t>
            </w:r>
          </w:p>
        </w:tc>
        <w:tc>
          <w:tcPr>
            <w:tcW w:w="2880" w:type="dxa"/>
          </w:tcPr>
          <w:p w:rsidR="006F7457" w:rsidRPr="00332DB8" w:rsidRDefault="00332DB8">
            <w:pPr>
              <w:rPr>
                <w:lang w:val="ru-RU"/>
              </w:rPr>
            </w:pPr>
            <w:r w:rsidRPr="00332DB8">
              <w:rPr>
                <w:lang w:val="ru-RU"/>
              </w:rPr>
              <w:t>Музыкальная композиция «</w:t>
            </w:r>
            <w:r>
              <w:t>i</w:t>
            </w:r>
            <w:r w:rsidRPr="00332DB8">
              <w:rPr>
                <w:lang w:val="ru-RU"/>
              </w:rPr>
              <w:t>..ш русню», продолжительностью 2 минуты 39 секунд, начинающаяся словами «Еб..ь русню» и заканчивающаяся словами «руки ноги голови повсюду» музыкальной группы «Крепатура» (решение Фрунзенского районного суда г. Владивостока от 09.11.2023);</w:t>
            </w:r>
          </w:p>
        </w:tc>
        <w:tc>
          <w:tcPr>
            <w:tcW w:w="2880" w:type="dxa"/>
          </w:tcPr>
          <w:p w:rsidR="006F7457" w:rsidRDefault="00332DB8">
            <w:r>
              <w:t>15.01.2024</w:t>
            </w:r>
          </w:p>
        </w:tc>
      </w:tr>
      <w:tr w:rsidR="006F7457">
        <w:tc>
          <w:tcPr>
            <w:tcW w:w="2880" w:type="dxa"/>
          </w:tcPr>
          <w:p w:rsidR="006F7457" w:rsidRDefault="00332DB8">
            <w:r>
              <w:t>5418.</w:t>
            </w:r>
          </w:p>
        </w:tc>
        <w:tc>
          <w:tcPr>
            <w:tcW w:w="2880" w:type="dxa"/>
          </w:tcPr>
          <w:p w:rsidR="006F7457" w:rsidRPr="00332DB8" w:rsidRDefault="00332DB8">
            <w:pPr>
              <w:rPr>
                <w:lang w:val="ru-RU"/>
              </w:rPr>
            </w:pPr>
            <w:r w:rsidRPr="00332DB8">
              <w:rPr>
                <w:lang w:val="ru-RU"/>
              </w:rPr>
              <w:t>Листовка «Исполнительного комитета Совета народных депутатов г. Красноярска», начинающаяся словами «РФия- псевдо государство, преступно действующая на территории Нашей страны – СССР, должна в кратчайшие сроки прекратить свое существование!», заканчивающаяся словами: «Нужны кардинальные меры по решению данного вопроса, вплоть до силовых методов в отношении незаконного действующего жидовского правительства РФ! За СВОБОДУ» За НАРОД! За СССР» (решение Кировского районного суда г. Красноярска Красноярского края от 07.11.2023);</w:t>
            </w:r>
          </w:p>
        </w:tc>
        <w:tc>
          <w:tcPr>
            <w:tcW w:w="2880" w:type="dxa"/>
          </w:tcPr>
          <w:p w:rsidR="006F7457" w:rsidRDefault="00332DB8">
            <w:r>
              <w:t>11.03.2024</w:t>
            </w:r>
          </w:p>
        </w:tc>
      </w:tr>
      <w:tr w:rsidR="006F7457">
        <w:tc>
          <w:tcPr>
            <w:tcW w:w="2880" w:type="dxa"/>
          </w:tcPr>
          <w:p w:rsidR="006F7457" w:rsidRDefault="00332DB8">
            <w:r>
              <w:t>5419.</w:t>
            </w:r>
          </w:p>
        </w:tc>
        <w:tc>
          <w:tcPr>
            <w:tcW w:w="2880" w:type="dxa"/>
          </w:tcPr>
          <w:p w:rsidR="006F7457" w:rsidRPr="00332DB8" w:rsidRDefault="00332DB8">
            <w:pPr>
              <w:rPr>
                <w:lang w:val="ru-RU"/>
              </w:rPr>
            </w:pPr>
            <w:r w:rsidRPr="00332DB8">
              <w:rPr>
                <w:lang w:val="ru-RU"/>
              </w:rPr>
              <w:t>Информационный материал – публикация (статья) под наименованием «К десятилетию Кёнделенского противостояния 14-17 сентября 2008 г.», опубликованная в печатном издании – газете «Вестник балкарского народа» (№ № 7-9, июль-сентябрь 2018 г.) (апелляционное определение судебной коллегии по административным делам Верховного Суда Кабардино-Балкарской Республики от 12.01.2024);</w:t>
            </w:r>
          </w:p>
        </w:tc>
        <w:tc>
          <w:tcPr>
            <w:tcW w:w="2880" w:type="dxa"/>
          </w:tcPr>
          <w:p w:rsidR="006F7457" w:rsidRDefault="00332DB8">
            <w:r>
              <w:t>11.03.2024</w:t>
            </w:r>
          </w:p>
        </w:tc>
      </w:tr>
      <w:tr w:rsidR="006F7457">
        <w:tc>
          <w:tcPr>
            <w:tcW w:w="2880" w:type="dxa"/>
          </w:tcPr>
          <w:p w:rsidR="006F7457" w:rsidRDefault="00332DB8">
            <w:r>
              <w:t>5420.</w:t>
            </w:r>
          </w:p>
        </w:tc>
        <w:tc>
          <w:tcPr>
            <w:tcW w:w="2880" w:type="dxa"/>
          </w:tcPr>
          <w:p w:rsidR="006F7457" w:rsidRPr="00332DB8" w:rsidRDefault="00332DB8">
            <w:pPr>
              <w:rPr>
                <w:lang w:val="ru-RU"/>
              </w:rPr>
            </w:pPr>
            <w:r w:rsidRPr="00332DB8">
              <w:rPr>
                <w:lang w:val="ru-RU"/>
              </w:rPr>
              <w:t>Музыкальная композиция «ï..ш русню», продолжительностью 1 минута 19 секунд, начинающаяся словами «Еб..ь русню» и заканчивающаяся словами «Чернобаевка форева», размещенная в информационно-телекоммуникационной сети «Интернет» «Евгением Констянтиничем и Кровавым Забазарево» (решение Фрунзенского районного суда г. Владивостока от 14.02.2024);</w:t>
            </w:r>
          </w:p>
        </w:tc>
        <w:tc>
          <w:tcPr>
            <w:tcW w:w="2880" w:type="dxa"/>
          </w:tcPr>
          <w:p w:rsidR="006F7457" w:rsidRDefault="00332DB8">
            <w:r>
              <w:t>16.04.2024</w:t>
            </w:r>
          </w:p>
        </w:tc>
      </w:tr>
      <w:tr w:rsidR="006F7457">
        <w:tc>
          <w:tcPr>
            <w:tcW w:w="2880" w:type="dxa"/>
          </w:tcPr>
          <w:p w:rsidR="006F7457" w:rsidRDefault="00332DB8">
            <w:r>
              <w:lastRenderedPageBreak/>
              <w:t>5421.</w:t>
            </w:r>
          </w:p>
        </w:tc>
        <w:tc>
          <w:tcPr>
            <w:tcW w:w="2880" w:type="dxa"/>
          </w:tcPr>
          <w:p w:rsidR="006F7457" w:rsidRDefault="00332DB8">
            <w:r>
              <w:t>Книга Павла Штепы «Украинец Москвин две противоположности» (Украïнець i Москвин двi протилежностi 3-є видання, UKRAINIANS versus MOSCOVITES (Two Antipodes) издательства ТЗОВ ВФ «Вiдродження» Дрогобич 2010 (решение Ильичевского районного суда города Мариуполя Донецкой Народной Республики от 29.01.2024);</w:t>
            </w:r>
          </w:p>
        </w:tc>
        <w:tc>
          <w:tcPr>
            <w:tcW w:w="2880" w:type="dxa"/>
          </w:tcPr>
          <w:p w:rsidR="006F7457" w:rsidRDefault="00332DB8">
            <w:r>
              <w:t>24.04.2024</w:t>
            </w:r>
          </w:p>
        </w:tc>
      </w:tr>
      <w:tr w:rsidR="006F7457">
        <w:tc>
          <w:tcPr>
            <w:tcW w:w="2880" w:type="dxa"/>
          </w:tcPr>
          <w:p w:rsidR="006F7457" w:rsidRDefault="00332DB8">
            <w:r>
              <w:t>5422.</w:t>
            </w:r>
          </w:p>
        </w:tc>
        <w:tc>
          <w:tcPr>
            <w:tcW w:w="2880" w:type="dxa"/>
          </w:tcPr>
          <w:p w:rsidR="006F7457" w:rsidRPr="00332DB8" w:rsidRDefault="00332DB8">
            <w:pPr>
              <w:rPr>
                <w:lang w:val="ru-RU"/>
              </w:rPr>
            </w:pPr>
            <w:r w:rsidRPr="00332DB8">
              <w:rPr>
                <w:lang w:val="ru-RU"/>
              </w:rPr>
              <w:t>Комикс «Протистояння. Червоний терор» О.Корешков, М.Куринний, м</w:t>
            </w:r>
            <w:r>
              <w:t>i</w:t>
            </w:r>
            <w:r w:rsidRPr="00332DB8">
              <w:rPr>
                <w:lang w:val="ru-RU"/>
              </w:rPr>
              <w:t>сто Киïв: Видавництво, 2019 (решение Ильичевского районного суда города Мариуполя Донецкой Народной Республики от 29.01.2024);</w:t>
            </w:r>
          </w:p>
        </w:tc>
        <w:tc>
          <w:tcPr>
            <w:tcW w:w="2880" w:type="dxa"/>
          </w:tcPr>
          <w:p w:rsidR="006F7457" w:rsidRDefault="00332DB8">
            <w:r>
              <w:t>24.04.2024</w:t>
            </w:r>
          </w:p>
        </w:tc>
      </w:tr>
      <w:tr w:rsidR="006F7457">
        <w:tc>
          <w:tcPr>
            <w:tcW w:w="2880" w:type="dxa"/>
          </w:tcPr>
          <w:p w:rsidR="006F7457" w:rsidRDefault="00332DB8">
            <w:r>
              <w:t>5423.</w:t>
            </w:r>
          </w:p>
        </w:tc>
        <w:tc>
          <w:tcPr>
            <w:tcW w:w="2880" w:type="dxa"/>
          </w:tcPr>
          <w:p w:rsidR="006F7457" w:rsidRPr="00332DB8" w:rsidRDefault="00332DB8">
            <w:pPr>
              <w:rPr>
                <w:lang w:val="ru-RU"/>
              </w:rPr>
            </w:pPr>
            <w:r>
              <w:t xml:space="preserve">Печатное издание: книга Багiровоï В.М. Пiсенний рiк навчання: Пiснi та вiршi, приуроченi святам навчального року, для дошкiльнят, школярiв, педагогiв /В.М. Багiрова; передм. </w:t>
            </w:r>
            <w:r w:rsidRPr="00332DB8">
              <w:rPr>
                <w:lang w:val="ru-RU"/>
              </w:rPr>
              <w:t xml:space="preserve">Т.Б. Качак. – </w:t>
            </w:r>
            <w:r>
              <w:t>I</w:t>
            </w:r>
            <w:r w:rsidRPr="00332DB8">
              <w:rPr>
                <w:lang w:val="ru-RU"/>
              </w:rPr>
              <w:t>вано-Франк</w:t>
            </w:r>
            <w:r>
              <w:t>i</w:t>
            </w:r>
            <w:r w:rsidRPr="00332DB8">
              <w:rPr>
                <w:lang w:val="ru-RU"/>
              </w:rPr>
              <w:t>вськ: М</w:t>
            </w:r>
            <w:r>
              <w:t>i</w:t>
            </w:r>
            <w:r w:rsidRPr="00332DB8">
              <w:rPr>
                <w:lang w:val="ru-RU"/>
              </w:rPr>
              <w:t>сто НВ, 2017. -168 с. (решение Докучаевского городского суда Донецкой Народной Республики от 06.12.2023);</w:t>
            </w:r>
          </w:p>
        </w:tc>
        <w:tc>
          <w:tcPr>
            <w:tcW w:w="2880" w:type="dxa"/>
          </w:tcPr>
          <w:p w:rsidR="006F7457" w:rsidRDefault="00332DB8">
            <w:r>
              <w:t>27.04.2024</w:t>
            </w:r>
          </w:p>
        </w:tc>
      </w:tr>
      <w:tr w:rsidR="006F7457">
        <w:tc>
          <w:tcPr>
            <w:tcW w:w="2880" w:type="dxa"/>
          </w:tcPr>
          <w:p w:rsidR="006F7457" w:rsidRDefault="00332DB8">
            <w:r>
              <w:t>5424.</w:t>
            </w:r>
          </w:p>
        </w:tc>
        <w:tc>
          <w:tcPr>
            <w:tcW w:w="2880" w:type="dxa"/>
          </w:tcPr>
          <w:p w:rsidR="006F7457" w:rsidRPr="00332DB8" w:rsidRDefault="00332DB8">
            <w:pPr>
              <w:rPr>
                <w:lang w:val="ru-RU"/>
              </w:rPr>
            </w:pPr>
            <w:r w:rsidRPr="00332DB8">
              <w:rPr>
                <w:lang w:val="ru-RU"/>
              </w:rPr>
              <w:t>Музыкальная композиция «</w:t>
            </w:r>
            <w:r>
              <w:t>SKVERNA</w:t>
            </w:r>
            <w:r w:rsidRPr="00332DB8">
              <w:rPr>
                <w:lang w:val="ru-RU"/>
              </w:rPr>
              <w:t>», продолжительностью 2 минуты 59 секунд, начинающаяся и оканчивающаяся словами «Еб..ь русню…………………режь свинособак», размещенная в информационно-телекоммуникационной сети «Интернет» (решение Фрунзенского районного суда г. Владивостока от 20.06.2023);</w:t>
            </w:r>
          </w:p>
        </w:tc>
        <w:tc>
          <w:tcPr>
            <w:tcW w:w="2880" w:type="dxa"/>
          </w:tcPr>
          <w:p w:rsidR="006F7457" w:rsidRDefault="00332DB8">
            <w:r>
              <w:t>27.04.2024</w:t>
            </w:r>
          </w:p>
        </w:tc>
      </w:tr>
      <w:tr w:rsidR="006F7457">
        <w:tc>
          <w:tcPr>
            <w:tcW w:w="2880" w:type="dxa"/>
          </w:tcPr>
          <w:p w:rsidR="006F7457" w:rsidRDefault="00332DB8">
            <w:r>
              <w:t>5425.</w:t>
            </w:r>
          </w:p>
        </w:tc>
        <w:tc>
          <w:tcPr>
            <w:tcW w:w="2880" w:type="dxa"/>
          </w:tcPr>
          <w:p w:rsidR="006F7457" w:rsidRPr="00332DB8" w:rsidRDefault="00332DB8">
            <w:pPr>
              <w:rPr>
                <w:lang w:val="ru-RU"/>
              </w:rPr>
            </w:pPr>
            <w:r w:rsidRPr="00332DB8">
              <w:rPr>
                <w:lang w:val="ru-RU"/>
              </w:rPr>
              <w:t>Печатное издание: книга «Євангел</w:t>
            </w:r>
            <w:r>
              <w:t>i</w:t>
            </w:r>
            <w:r w:rsidRPr="00332DB8">
              <w:rPr>
                <w:lang w:val="ru-RU"/>
              </w:rPr>
              <w:t>є в</w:t>
            </w:r>
            <w:r>
              <w:t>i</w:t>
            </w:r>
            <w:r w:rsidRPr="00332DB8">
              <w:rPr>
                <w:lang w:val="ru-RU"/>
              </w:rPr>
              <w:t>д Мар</w:t>
            </w:r>
            <w:r>
              <w:t>i</w:t>
            </w:r>
            <w:r w:rsidRPr="00332DB8">
              <w:rPr>
                <w:lang w:val="ru-RU"/>
              </w:rPr>
              <w:t>ï. Пролог Незалежност</w:t>
            </w:r>
            <w:r>
              <w:t>i</w:t>
            </w:r>
            <w:r w:rsidRPr="00332DB8">
              <w:rPr>
                <w:lang w:val="ru-RU"/>
              </w:rPr>
              <w:t xml:space="preserve"> Украïни» П. Романюк, Львов: Мемор</w:t>
            </w:r>
            <w:r>
              <w:t>i</w:t>
            </w:r>
            <w:r w:rsidRPr="00332DB8">
              <w:rPr>
                <w:lang w:val="ru-RU"/>
              </w:rPr>
              <w:t>ал, 2021 (решение Буденновского межрайонного суда города Донецка от 11.12.2023);</w:t>
            </w:r>
          </w:p>
        </w:tc>
        <w:tc>
          <w:tcPr>
            <w:tcW w:w="2880" w:type="dxa"/>
          </w:tcPr>
          <w:p w:rsidR="006F7457" w:rsidRDefault="00332DB8">
            <w:r>
              <w:t>16.05.2024</w:t>
            </w:r>
          </w:p>
        </w:tc>
      </w:tr>
      <w:tr w:rsidR="006F7457">
        <w:tc>
          <w:tcPr>
            <w:tcW w:w="2880" w:type="dxa"/>
          </w:tcPr>
          <w:p w:rsidR="006F7457" w:rsidRDefault="00332DB8">
            <w:r>
              <w:t>542</w:t>
            </w:r>
            <w:r>
              <w:lastRenderedPageBreak/>
              <w:t>6.</w:t>
            </w:r>
          </w:p>
        </w:tc>
        <w:tc>
          <w:tcPr>
            <w:tcW w:w="2880" w:type="dxa"/>
          </w:tcPr>
          <w:p w:rsidR="006F7457" w:rsidRPr="00332DB8" w:rsidRDefault="00332DB8">
            <w:pPr>
              <w:rPr>
                <w:lang w:val="ru-RU"/>
              </w:rPr>
            </w:pPr>
            <w:r w:rsidRPr="00332DB8">
              <w:rPr>
                <w:lang w:val="ru-RU"/>
              </w:rPr>
              <w:lastRenderedPageBreak/>
              <w:t>Книга В. Новоринського «На гран</w:t>
            </w:r>
            <w:r>
              <w:t>i</w:t>
            </w:r>
            <w:r w:rsidRPr="00332DB8">
              <w:rPr>
                <w:lang w:val="ru-RU"/>
              </w:rPr>
              <w:t xml:space="preserve"> в</w:t>
            </w:r>
            <w:r>
              <w:t>i</w:t>
            </w:r>
            <w:r w:rsidRPr="00332DB8">
              <w:rPr>
                <w:lang w:val="ru-RU"/>
              </w:rPr>
              <w:t>чного болю» Галичина-Донбас, два полюси в боротьб</w:t>
            </w:r>
            <w:r>
              <w:t>i</w:t>
            </w:r>
            <w:r w:rsidRPr="00332DB8">
              <w:rPr>
                <w:lang w:val="ru-RU"/>
              </w:rPr>
              <w:t xml:space="preserve"> за укра</w:t>
            </w:r>
            <w:r>
              <w:t>i</w:t>
            </w:r>
            <w:r w:rsidRPr="00332DB8">
              <w:rPr>
                <w:lang w:val="ru-RU"/>
              </w:rPr>
              <w:t>нську незалежн</w:t>
            </w:r>
            <w:r>
              <w:t>i</w:t>
            </w:r>
            <w:r w:rsidRPr="00332DB8">
              <w:rPr>
                <w:lang w:val="ru-RU"/>
              </w:rPr>
              <w:t>сть, – Ки</w:t>
            </w:r>
            <w:r>
              <w:t>i</w:t>
            </w:r>
            <w:r w:rsidRPr="00332DB8">
              <w:rPr>
                <w:lang w:val="ru-RU"/>
              </w:rPr>
              <w:t xml:space="preserve">в: ТОВ «Видавництво «Клио» 2018 (решение Ильичевского районного суда г. Мариуполя </w:t>
            </w:r>
            <w:r w:rsidRPr="00332DB8">
              <w:rPr>
                <w:lang w:val="ru-RU"/>
              </w:rPr>
              <w:lastRenderedPageBreak/>
              <w:t>ДНР от 12.02.2024);</w:t>
            </w:r>
          </w:p>
        </w:tc>
        <w:tc>
          <w:tcPr>
            <w:tcW w:w="2880" w:type="dxa"/>
          </w:tcPr>
          <w:p w:rsidR="006F7457" w:rsidRDefault="00332DB8">
            <w:r>
              <w:lastRenderedPageBreak/>
              <w:t>16.05.202</w:t>
            </w:r>
            <w:r>
              <w:lastRenderedPageBreak/>
              <w:t>4</w:t>
            </w:r>
          </w:p>
        </w:tc>
      </w:tr>
      <w:tr w:rsidR="006F7457">
        <w:tc>
          <w:tcPr>
            <w:tcW w:w="2880" w:type="dxa"/>
          </w:tcPr>
          <w:p w:rsidR="006F7457" w:rsidRDefault="00332DB8">
            <w:r>
              <w:lastRenderedPageBreak/>
              <w:t>5427.</w:t>
            </w:r>
          </w:p>
        </w:tc>
        <w:tc>
          <w:tcPr>
            <w:tcW w:w="2880" w:type="dxa"/>
          </w:tcPr>
          <w:p w:rsidR="006F7457" w:rsidRPr="00332DB8" w:rsidRDefault="00332DB8">
            <w:pPr>
              <w:rPr>
                <w:lang w:val="ru-RU"/>
              </w:rPr>
            </w:pPr>
            <w:r w:rsidRPr="00332DB8">
              <w:rPr>
                <w:lang w:val="ru-RU"/>
              </w:rPr>
              <w:t>Информационный материал - текстовое содержание и музыкальная композиция «Колумбайн» музыкальной группы «МЕРТВАЯ ВЕРА», продолжительностью 2 минуты 57 секунд, начинающаяся словами «Снова в школе злые…» и заканчивающаяся словами «Бах-но последний выстрел оставлю для себя», размещенный в информационно-телекоммуникационной сети «Интернет» (решение Камчатского краевого суда от 26.04.2024);</w:t>
            </w:r>
          </w:p>
        </w:tc>
        <w:tc>
          <w:tcPr>
            <w:tcW w:w="2880" w:type="dxa"/>
          </w:tcPr>
          <w:p w:rsidR="006F7457" w:rsidRDefault="00332DB8">
            <w:r>
              <w:t>19.06.2024</w:t>
            </w:r>
          </w:p>
        </w:tc>
      </w:tr>
      <w:tr w:rsidR="006F7457">
        <w:tc>
          <w:tcPr>
            <w:tcW w:w="2880" w:type="dxa"/>
          </w:tcPr>
          <w:p w:rsidR="006F7457" w:rsidRDefault="00332DB8">
            <w:r>
              <w:t>5428.</w:t>
            </w:r>
          </w:p>
        </w:tc>
        <w:tc>
          <w:tcPr>
            <w:tcW w:w="2880" w:type="dxa"/>
          </w:tcPr>
          <w:p w:rsidR="006F7457" w:rsidRPr="00332DB8" w:rsidRDefault="00332DB8">
            <w:pPr>
              <w:rPr>
                <w:lang w:val="ru-RU"/>
              </w:rPr>
            </w:pPr>
            <w:r w:rsidRPr="00332DB8">
              <w:rPr>
                <w:lang w:val="ru-RU"/>
              </w:rPr>
              <w:t xml:space="preserve">Книга под наименованием «Черная книга Сатаны </w:t>
            </w:r>
            <w:r>
              <w:t>I</w:t>
            </w:r>
            <w:r w:rsidRPr="00332DB8">
              <w:rPr>
                <w:lang w:val="ru-RU"/>
              </w:rPr>
              <w:t>», содержащаяся в печатном издании «Черная книга сатаны» («</w:t>
            </w:r>
            <w:r>
              <w:t>The</w:t>
            </w:r>
            <w:r w:rsidRPr="00332DB8">
              <w:rPr>
                <w:lang w:val="ru-RU"/>
              </w:rPr>
              <w:t xml:space="preserve"> </w:t>
            </w:r>
            <w:r>
              <w:t>black</w:t>
            </w:r>
            <w:r w:rsidRPr="00332DB8">
              <w:rPr>
                <w:lang w:val="ru-RU"/>
              </w:rPr>
              <w:t xml:space="preserve"> </w:t>
            </w:r>
            <w:r>
              <w:t>book</w:t>
            </w:r>
            <w:r w:rsidRPr="00332DB8">
              <w:rPr>
                <w:lang w:val="ru-RU"/>
              </w:rPr>
              <w:t xml:space="preserve"> </w:t>
            </w:r>
            <w:r>
              <w:t>of</w:t>
            </w:r>
            <w:r w:rsidRPr="00332DB8">
              <w:rPr>
                <w:lang w:val="ru-RU"/>
              </w:rPr>
              <w:t xml:space="preserve"> </w:t>
            </w:r>
            <w:r>
              <w:t>Satan</w:t>
            </w:r>
            <w:r w:rsidRPr="00332DB8">
              <w:rPr>
                <w:lang w:val="ru-RU"/>
              </w:rPr>
              <w:t xml:space="preserve">»), издательство </w:t>
            </w:r>
            <w:r>
              <w:t>Lulu</w:t>
            </w:r>
            <w:r w:rsidRPr="00332DB8">
              <w:rPr>
                <w:lang w:val="ru-RU"/>
              </w:rPr>
              <w:t xml:space="preserve"> </w:t>
            </w:r>
            <w:r>
              <w:t>Press</w:t>
            </w:r>
            <w:r w:rsidRPr="00332DB8">
              <w:rPr>
                <w:lang w:val="ru-RU"/>
              </w:rPr>
              <w:t xml:space="preserve">. </w:t>
            </w:r>
            <w:r>
              <w:t>Inc</w:t>
            </w:r>
            <w:r w:rsidRPr="00332DB8">
              <w:rPr>
                <w:lang w:val="ru-RU"/>
              </w:rPr>
              <w:t>. США, 2019, 116 стр. (решение Октябрьского районного суда Санкт-Петербурга от 02.05.2024);</w:t>
            </w:r>
          </w:p>
        </w:tc>
        <w:tc>
          <w:tcPr>
            <w:tcW w:w="2880" w:type="dxa"/>
          </w:tcPr>
          <w:p w:rsidR="006F7457" w:rsidRDefault="00332DB8">
            <w:r>
              <w:t>01.07.2024</w:t>
            </w:r>
          </w:p>
        </w:tc>
      </w:tr>
      <w:tr w:rsidR="006F7457">
        <w:tc>
          <w:tcPr>
            <w:tcW w:w="2880" w:type="dxa"/>
          </w:tcPr>
          <w:p w:rsidR="006F7457" w:rsidRDefault="00332DB8">
            <w:r>
              <w:t>5429.</w:t>
            </w:r>
          </w:p>
        </w:tc>
        <w:tc>
          <w:tcPr>
            <w:tcW w:w="2880" w:type="dxa"/>
          </w:tcPr>
          <w:p w:rsidR="006F7457" w:rsidRPr="00332DB8" w:rsidRDefault="00332DB8">
            <w:pPr>
              <w:rPr>
                <w:lang w:val="ru-RU"/>
              </w:rPr>
            </w:pPr>
            <w:r w:rsidRPr="00332DB8">
              <w:rPr>
                <w:lang w:val="ru-RU"/>
              </w:rPr>
              <w:t>Книга под наименованием «</w:t>
            </w:r>
            <w:r>
              <w:t>CAELETHI</w:t>
            </w:r>
            <w:r w:rsidRPr="00332DB8">
              <w:rPr>
                <w:lang w:val="ru-RU"/>
              </w:rPr>
              <w:t xml:space="preserve"> Черная книга Сатаны </w:t>
            </w:r>
            <w:r>
              <w:t>II</w:t>
            </w:r>
            <w:r w:rsidRPr="00332DB8">
              <w:rPr>
                <w:lang w:val="ru-RU"/>
              </w:rPr>
              <w:t>», содержащаяся в печатном издании «Черная книга сатаны» («</w:t>
            </w:r>
            <w:r>
              <w:t>The</w:t>
            </w:r>
            <w:r w:rsidRPr="00332DB8">
              <w:rPr>
                <w:lang w:val="ru-RU"/>
              </w:rPr>
              <w:t xml:space="preserve"> </w:t>
            </w:r>
            <w:r>
              <w:t>black</w:t>
            </w:r>
            <w:r w:rsidRPr="00332DB8">
              <w:rPr>
                <w:lang w:val="ru-RU"/>
              </w:rPr>
              <w:t xml:space="preserve"> </w:t>
            </w:r>
            <w:r>
              <w:t>book</w:t>
            </w:r>
            <w:r w:rsidRPr="00332DB8">
              <w:rPr>
                <w:lang w:val="ru-RU"/>
              </w:rPr>
              <w:t xml:space="preserve"> </w:t>
            </w:r>
            <w:r>
              <w:t>of</w:t>
            </w:r>
            <w:r w:rsidRPr="00332DB8">
              <w:rPr>
                <w:lang w:val="ru-RU"/>
              </w:rPr>
              <w:t xml:space="preserve"> </w:t>
            </w:r>
            <w:r>
              <w:t>Satan</w:t>
            </w:r>
            <w:r w:rsidRPr="00332DB8">
              <w:rPr>
                <w:lang w:val="ru-RU"/>
              </w:rPr>
              <w:t xml:space="preserve">»), издательство </w:t>
            </w:r>
            <w:r>
              <w:t>Lulu</w:t>
            </w:r>
            <w:r w:rsidRPr="00332DB8">
              <w:rPr>
                <w:lang w:val="ru-RU"/>
              </w:rPr>
              <w:t xml:space="preserve"> </w:t>
            </w:r>
            <w:r>
              <w:t>Press</w:t>
            </w:r>
            <w:r w:rsidRPr="00332DB8">
              <w:rPr>
                <w:lang w:val="ru-RU"/>
              </w:rPr>
              <w:t xml:space="preserve">. </w:t>
            </w:r>
            <w:r>
              <w:t>Inc</w:t>
            </w:r>
            <w:r w:rsidRPr="00332DB8">
              <w:rPr>
                <w:lang w:val="ru-RU"/>
              </w:rPr>
              <w:t>. США, 2019, 116 стр. (решение Октябрьского районного суда Санкт-Петербурга от 02.05.2024);</w:t>
            </w:r>
          </w:p>
        </w:tc>
        <w:tc>
          <w:tcPr>
            <w:tcW w:w="2880" w:type="dxa"/>
          </w:tcPr>
          <w:p w:rsidR="006F7457" w:rsidRDefault="00332DB8">
            <w:r>
              <w:t>01.07.2024</w:t>
            </w:r>
          </w:p>
        </w:tc>
      </w:tr>
      <w:tr w:rsidR="006F7457">
        <w:tc>
          <w:tcPr>
            <w:tcW w:w="2880" w:type="dxa"/>
          </w:tcPr>
          <w:p w:rsidR="006F7457" w:rsidRDefault="00332DB8">
            <w:r>
              <w:t>5430.</w:t>
            </w:r>
          </w:p>
        </w:tc>
        <w:tc>
          <w:tcPr>
            <w:tcW w:w="2880" w:type="dxa"/>
          </w:tcPr>
          <w:p w:rsidR="006F7457" w:rsidRPr="00332DB8" w:rsidRDefault="00332DB8">
            <w:pPr>
              <w:rPr>
                <w:lang w:val="ru-RU"/>
              </w:rPr>
            </w:pPr>
            <w:r w:rsidRPr="00332DB8">
              <w:rPr>
                <w:lang w:val="ru-RU"/>
              </w:rPr>
              <w:t xml:space="preserve">Книга под наименованием «Черная книга Сатаны </w:t>
            </w:r>
            <w:r>
              <w:t>III</w:t>
            </w:r>
            <w:r w:rsidRPr="00332DB8">
              <w:rPr>
                <w:lang w:val="ru-RU"/>
              </w:rPr>
              <w:t>», содержащаяся в печатном издании «Черная книга сатаны» («</w:t>
            </w:r>
            <w:r>
              <w:t>The</w:t>
            </w:r>
            <w:r w:rsidRPr="00332DB8">
              <w:rPr>
                <w:lang w:val="ru-RU"/>
              </w:rPr>
              <w:t xml:space="preserve"> </w:t>
            </w:r>
            <w:r>
              <w:t>black</w:t>
            </w:r>
            <w:r w:rsidRPr="00332DB8">
              <w:rPr>
                <w:lang w:val="ru-RU"/>
              </w:rPr>
              <w:t xml:space="preserve"> </w:t>
            </w:r>
            <w:r>
              <w:t>book</w:t>
            </w:r>
            <w:r w:rsidRPr="00332DB8">
              <w:rPr>
                <w:lang w:val="ru-RU"/>
              </w:rPr>
              <w:t xml:space="preserve"> </w:t>
            </w:r>
            <w:r>
              <w:t>of</w:t>
            </w:r>
            <w:r w:rsidRPr="00332DB8">
              <w:rPr>
                <w:lang w:val="ru-RU"/>
              </w:rPr>
              <w:t xml:space="preserve"> </w:t>
            </w:r>
            <w:r>
              <w:t>Satan</w:t>
            </w:r>
            <w:r w:rsidRPr="00332DB8">
              <w:rPr>
                <w:lang w:val="ru-RU"/>
              </w:rPr>
              <w:t xml:space="preserve">»), издательство </w:t>
            </w:r>
            <w:r>
              <w:t>Lulu</w:t>
            </w:r>
            <w:r w:rsidRPr="00332DB8">
              <w:rPr>
                <w:lang w:val="ru-RU"/>
              </w:rPr>
              <w:t xml:space="preserve"> </w:t>
            </w:r>
            <w:r>
              <w:t>Press</w:t>
            </w:r>
            <w:r w:rsidRPr="00332DB8">
              <w:rPr>
                <w:lang w:val="ru-RU"/>
              </w:rPr>
              <w:t xml:space="preserve">. </w:t>
            </w:r>
            <w:r>
              <w:t>Inc</w:t>
            </w:r>
            <w:r w:rsidRPr="00332DB8">
              <w:rPr>
                <w:lang w:val="ru-RU"/>
              </w:rPr>
              <w:t>. США, 2019, 116 стр. (решение Октябрьского районного суда Санкт-Петербурга от 02.05.2024);</w:t>
            </w:r>
          </w:p>
        </w:tc>
        <w:tc>
          <w:tcPr>
            <w:tcW w:w="2880" w:type="dxa"/>
          </w:tcPr>
          <w:p w:rsidR="006F7457" w:rsidRDefault="00332DB8">
            <w:r>
              <w:t>01.07.2024</w:t>
            </w:r>
          </w:p>
        </w:tc>
      </w:tr>
      <w:tr w:rsidR="006F7457">
        <w:tc>
          <w:tcPr>
            <w:tcW w:w="2880" w:type="dxa"/>
          </w:tcPr>
          <w:p w:rsidR="006F7457" w:rsidRDefault="00332DB8">
            <w:r>
              <w:t>5431.</w:t>
            </w:r>
          </w:p>
        </w:tc>
        <w:tc>
          <w:tcPr>
            <w:tcW w:w="2880" w:type="dxa"/>
          </w:tcPr>
          <w:p w:rsidR="006F7457" w:rsidRDefault="00332DB8">
            <w:r w:rsidRPr="00332DB8">
              <w:rPr>
                <w:lang w:val="ru-RU"/>
              </w:rPr>
              <w:t>Текстовый материал «Храм Крови» («</w:t>
            </w:r>
            <w:r>
              <w:t>Temple</w:t>
            </w:r>
            <w:r w:rsidRPr="00332DB8">
              <w:rPr>
                <w:lang w:val="ru-RU"/>
              </w:rPr>
              <w:t>_</w:t>
            </w:r>
            <w:r>
              <w:t>ov</w:t>
            </w:r>
            <w:r w:rsidRPr="00332DB8">
              <w:rPr>
                <w:lang w:val="ru-RU"/>
              </w:rPr>
              <w:t>_</w:t>
            </w:r>
            <w:r>
              <w:t>Blood</w:t>
            </w:r>
            <w:r w:rsidRPr="00332DB8">
              <w:rPr>
                <w:lang w:val="ru-RU"/>
              </w:rPr>
              <w:t xml:space="preserve">»), издательство </w:t>
            </w:r>
            <w:r>
              <w:t>Ixaxaar</w:t>
            </w:r>
            <w:r w:rsidRPr="00332DB8">
              <w:rPr>
                <w:lang w:val="ru-RU"/>
              </w:rPr>
              <w:t xml:space="preserve">, 2004, 20 стр. </w:t>
            </w:r>
            <w:r>
              <w:t>(решение Октябрьского районного суда Санкт-Петербурга от 02.05.2024);</w:t>
            </w:r>
          </w:p>
        </w:tc>
        <w:tc>
          <w:tcPr>
            <w:tcW w:w="2880" w:type="dxa"/>
          </w:tcPr>
          <w:p w:rsidR="006F7457" w:rsidRDefault="00332DB8">
            <w:r>
              <w:t>01.07.2024</w:t>
            </w:r>
          </w:p>
        </w:tc>
      </w:tr>
      <w:tr w:rsidR="006F7457">
        <w:tc>
          <w:tcPr>
            <w:tcW w:w="2880" w:type="dxa"/>
          </w:tcPr>
          <w:p w:rsidR="006F7457" w:rsidRDefault="00332DB8">
            <w:r>
              <w:t>5</w:t>
            </w:r>
            <w:r>
              <w:lastRenderedPageBreak/>
              <w:t>432.</w:t>
            </w:r>
          </w:p>
        </w:tc>
        <w:tc>
          <w:tcPr>
            <w:tcW w:w="2880" w:type="dxa"/>
          </w:tcPr>
          <w:p w:rsidR="006F7457" w:rsidRPr="00332DB8" w:rsidRDefault="00332DB8">
            <w:pPr>
              <w:rPr>
                <w:lang w:val="ru-RU"/>
              </w:rPr>
            </w:pPr>
            <w:r w:rsidRPr="00332DB8">
              <w:rPr>
                <w:lang w:val="ru-RU"/>
              </w:rPr>
              <w:lastRenderedPageBreak/>
              <w:t xml:space="preserve">Музыкальная композиция с видео сопровождением «Русня» музыкальной группы «Отряд Дольче Габанна», </w:t>
            </w:r>
            <w:r w:rsidRPr="00332DB8">
              <w:rPr>
                <w:lang w:val="ru-RU"/>
              </w:rPr>
              <w:lastRenderedPageBreak/>
              <w:t>продолжительностью 3 минуты 58 секунд, начинающаяся словами «Мертвая русня, мертвая русня…» и заканчивающаяся словами «…вы приперлись умирать сюда», размещенная в информационно-телекоммуникационной сети «Интернет» (решение Камчатского краевого суда от 03.05.2024);</w:t>
            </w:r>
          </w:p>
        </w:tc>
        <w:tc>
          <w:tcPr>
            <w:tcW w:w="2880" w:type="dxa"/>
          </w:tcPr>
          <w:p w:rsidR="006F7457" w:rsidRDefault="00332DB8">
            <w:r>
              <w:lastRenderedPageBreak/>
              <w:t>01.</w:t>
            </w:r>
            <w:r>
              <w:lastRenderedPageBreak/>
              <w:t>07.2024</w:t>
            </w:r>
          </w:p>
        </w:tc>
      </w:tr>
      <w:tr w:rsidR="006F7457">
        <w:tc>
          <w:tcPr>
            <w:tcW w:w="2880" w:type="dxa"/>
          </w:tcPr>
          <w:p w:rsidR="006F7457" w:rsidRDefault="00332DB8">
            <w:r>
              <w:lastRenderedPageBreak/>
              <w:t>5433.</w:t>
            </w:r>
          </w:p>
        </w:tc>
        <w:tc>
          <w:tcPr>
            <w:tcW w:w="2880" w:type="dxa"/>
          </w:tcPr>
          <w:p w:rsidR="006F7457" w:rsidRPr="00332DB8" w:rsidRDefault="00332DB8">
            <w:pPr>
              <w:rPr>
                <w:lang w:val="ru-RU"/>
              </w:rPr>
            </w:pPr>
            <w:r w:rsidRPr="00332DB8">
              <w:rPr>
                <w:lang w:val="ru-RU"/>
              </w:rPr>
              <w:t>Книга Анастасии Новых «Сэнсэй-</w:t>
            </w:r>
            <w:r>
              <w:t>IV</w:t>
            </w:r>
            <w:r w:rsidRPr="00332DB8">
              <w:rPr>
                <w:lang w:val="ru-RU"/>
              </w:rPr>
              <w:t>. Исконный Шамбалы» ‒ М.: Аллатра Русь. 2019. – 704 с. (решение Центрального районного суда г. Тюмени от 29.05.2024);</w:t>
            </w:r>
          </w:p>
        </w:tc>
        <w:tc>
          <w:tcPr>
            <w:tcW w:w="2880" w:type="dxa"/>
          </w:tcPr>
          <w:p w:rsidR="006F7457" w:rsidRDefault="00332DB8">
            <w:r>
              <w:t>23.07.2024</w:t>
            </w:r>
          </w:p>
        </w:tc>
      </w:tr>
      <w:tr w:rsidR="006F7457">
        <w:tc>
          <w:tcPr>
            <w:tcW w:w="2880" w:type="dxa"/>
          </w:tcPr>
          <w:p w:rsidR="006F7457" w:rsidRDefault="00332DB8">
            <w:r>
              <w:t>5434.</w:t>
            </w:r>
          </w:p>
        </w:tc>
        <w:tc>
          <w:tcPr>
            <w:tcW w:w="2880" w:type="dxa"/>
          </w:tcPr>
          <w:p w:rsidR="006F7457" w:rsidRDefault="00332DB8">
            <w:r w:rsidRPr="00332DB8">
              <w:rPr>
                <w:lang w:val="ru-RU"/>
              </w:rPr>
              <w:t>Электронная версия книги Анастасии Новых «Сэнсэй-</w:t>
            </w:r>
            <w:r>
              <w:t>IV</w:t>
            </w:r>
            <w:r w:rsidRPr="00332DB8">
              <w:rPr>
                <w:lang w:val="ru-RU"/>
              </w:rPr>
              <w:t xml:space="preserve">. Исконный Шамбалы», начинающаяся текстом «Пролог Голос утих. Но не прошло и несколько мгновений, как…» и заканчивающаяся текстом: «Но только для тех, кто своими мыслями и делами обретает Высшее, Конец становится Началом.» </w:t>
            </w:r>
            <w:r>
              <w:t>(решение Центрального районного суда г. Тюмени от 29.05.2024);</w:t>
            </w:r>
          </w:p>
        </w:tc>
        <w:tc>
          <w:tcPr>
            <w:tcW w:w="2880" w:type="dxa"/>
          </w:tcPr>
          <w:p w:rsidR="006F7457" w:rsidRDefault="00332DB8">
            <w:r>
              <w:t>23.07.2024</w:t>
            </w:r>
          </w:p>
        </w:tc>
      </w:tr>
      <w:tr w:rsidR="006F7457">
        <w:tc>
          <w:tcPr>
            <w:tcW w:w="2880" w:type="dxa"/>
          </w:tcPr>
          <w:p w:rsidR="006F7457" w:rsidRDefault="00332DB8">
            <w:r>
              <w:t>5435.</w:t>
            </w:r>
          </w:p>
        </w:tc>
        <w:tc>
          <w:tcPr>
            <w:tcW w:w="2880" w:type="dxa"/>
          </w:tcPr>
          <w:p w:rsidR="006F7457" w:rsidRPr="00332DB8" w:rsidRDefault="00332DB8">
            <w:pPr>
              <w:rPr>
                <w:lang w:val="ru-RU"/>
              </w:rPr>
            </w:pPr>
            <w:r w:rsidRPr="00332DB8">
              <w:rPr>
                <w:lang w:val="ru-RU"/>
              </w:rPr>
              <w:t>Музыкальное произведение – аудиофайл, обозначенный как «</w:t>
            </w:r>
            <w:r>
              <w:t>mshdrgpmw</w:t>
            </w:r>
            <w:r w:rsidRPr="00332DB8">
              <w:rPr>
                <w:lang w:val="ru-RU"/>
              </w:rPr>
              <w:t xml:space="preserve"> – 1571158516081575158116061575 1608 158316051575157216061575 1608 160616011608158716061575», состоящий из слов (поет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Балашихинского городского суда Московской области от 22.03.2023);</w:t>
            </w:r>
          </w:p>
        </w:tc>
        <w:tc>
          <w:tcPr>
            <w:tcW w:w="2880" w:type="dxa"/>
          </w:tcPr>
          <w:p w:rsidR="006F7457" w:rsidRDefault="00332DB8">
            <w:r>
              <w:t>23.07.2024</w:t>
            </w:r>
          </w:p>
        </w:tc>
      </w:tr>
      <w:tr w:rsidR="006F7457">
        <w:tc>
          <w:tcPr>
            <w:tcW w:w="2880" w:type="dxa"/>
          </w:tcPr>
          <w:p w:rsidR="006F7457" w:rsidRDefault="00332DB8">
            <w:r>
              <w:t>5436.</w:t>
            </w:r>
          </w:p>
        </w:tc>
        <w:tc>
          <w:tcPr>
            <w:tcW w:w="2880" w:type="dxa"/>
          </w:tcPr>
          <w:p w:rsidR="006F7457" w:rsidRPr="00332DB8" w:rsidRDefault="00332DB8">
            <w:pPr>
              <w:rPr>
                <w:lang w:val="ru-RU"/>
              </w:rPr>
            </w:pPr>
            <w:r w:rsidRPr="00332DB8">
              <w:rPr>
                <w:lang w:val="ru-RU"/>
              </w:rPr>
              <w:t>Музыкальное произведение – аудиофайл, обозначенный как «</w:t>
            </w:r>
            <w:r>
              <w:t>mshdrgpmw</w:t>
            </w:r>
            <w:r w:rsidRPr="00332DB8">
              <w:rPr>
                <w:lang w:val="ru-RU"/>
              </w:rPr>
              <w:t xml:space="preserve"> – 157515841575 1 601157815811578», состоящий из слов (поет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Балашихинского городского суда Московской области от 22.03.2023);</w:t>
            </w:r>
          </w:p>
        </w:tc>
        <w:tc>
          <w:tcPr>
            <w:tcW w:w="2880" w:type="dxa"/>
          </w:tcPr>
          <w:p w:rsidR="006F7457" w:rsidRDefault="00332DB8">
            <w:r>
              <w:t>23.07.2024</w:t>
            </w:r>
          </w:p>
        </w:tc>
      </w:tr>
      <w:tr w:rsidR="006F7457">
        <w:tc>
          <w:tcPr>
            <w:tcW w:w="2880" w:type="dxa"/>
          </w:tcPr>
          <w:p w:rsidR="006F7457" w:rsidRDefault="00332DB8">
            <w:r>
              <w:t>543</w:t>
            </w:r>
            <w:r>
              <w:lastRenderedPageBreak/>
              <w:t>7.</w:t>
            </w:r>
          </w:p>
        </w:tc>
        <w:tc>
          <w:tcPr>
            <w:tcW w:w="2880" w:type="dxa"/>
          </w:tcPr>
          <w:p w:rsidR="006F7457" w:rsidRPr="00332DB8" w:rsidRDefault="00332DB8">
            <w:pPr>
              <w:rPr>
                <w:lang w:val="ru-RU"/>
              </w:rPr>
            </w:pPr>
            <w:r w:rsidRPr="00332DB8">
              <w:rPr>
                <w:lang w:val="ru-RU"/>
              </w:rPr>
              <w:lastRenderedPageBreak/>
              <w:t>Музыкальная композиция «Колумбайн», размещенная музыкальным исполнителем под творческим псевдонимом «</w:t>
            </w:r>
            <w:r>
              <w:t>SkinnyX</w:t>
            </w:r>
            <w:r w:rsidRPr="00332DB8">
              <w:rPr>
                <w:lang w:val="ru-RU"/>
              </w:rPr>
              <w:t xml:space="preserve">», продолжительностью 2 минуты 14 секунд, начинающаяся словами «Завтра в школе я устрою «Колумбайн»…» и заканчивающаяся словами «…На стадии поднятия, я, ***, скоро взлечу», размещенная в информационно-телекоммуникационной сети «Интернет» (решение Приморского краевого суда от </w:t>
            </w:r>
            <w:r w:rsidRPr="00332DB8">
              <w:rPr>
                <w:lang w:val="ru-RU"/>
              </w:rPr>
              <w:lastRenderedPageBreak/>
              <w:t>30.05.2024);</w:t>
            </w:r>
          </w:p>
        </w:tc>
        <w:tc>
          <w:tcPr>
            <w:tcW w:w="2880" w:type="dxa"/>
          </w:tcPr>
          <w:p w:rsidR="006F7457" w:rsidRDefault="00332DB8">
            <w:r>
              <w:lastRenderedPageBreak/>
              <w:t>05.08.202</w:t>
            </w:r>
            <w:r>
              <w:lastRenderedPageBreak/>
              <w:t>4</w:t>
            </w:r>
          </w:p>
        </w:tc>
      </w:tr>
      <w:tr w:rsidR="006F7457">
        <w:tc>
          <w:tcPr>
            <w:tcW w:w="2880" w:type="dxa"/>
          </w:tcPr>
          <w:p w:rsidR="006F7457" w:rsidRDefault="00332DB8">
            <w:r>
              <w:lastRenderedPageBreak/>
              <w:t>5438.</w:t>
            </w:r>
          </w:p>
        </w:tc>
        <w:tc>
          <w:tcPr>
            <w:tcW w:w="2880" w:type="dxa"/>
          </w:tcPr>
          <w:p w:rsidR="006F7457" w:rsidRDefault="00332DB8">
            <w:r w:rsidRPr="00332DB8">
              <w:rPr>
                <w:lang w:val="ru-RU"/>
              </w:rPr>
              <w:t xml:space="preserve">Аудиозапись и текст песни группы </w:t>
            </w:r>
            <w:r>
              <w:t>Warriors</w:t>
            </w:r>
            <w:r w:rsidRPr="00332DB8">
              <w:rPr>
                <w:lang w:val="ru-RU"/>
              </w:rPr>
              <w:t xml:space="preserve"> </w:t>
            </w:r>
            <w:r>
              <w:t>of</w:t>
            </w:r>
            <w:r w:rsidRPr="00332DB8">
              <w:rPr>
                <w:lang w:val="ru-RU"/>
              </w:rPr>
              <w:t xml:space="preserve"> </w:t>
            </w:r>
            <w:r>
              <w:t>Zion</w:t>
            </w:r>
            <w:r w:rsidRPr="00332DB8">
              <w:rPr>
                <w:lang w:val="ru-RU"/>
              </w:rPr>
              <w:t xml:space="preserve"> с названием «</w:t>
            </w:r>
            <w:r>
              <w:t>Z</w:t>
            </w:r>
            <w:r w:rsidRPr="00332DB8">
              <w:rPr>
                <w:lang w:val="ru-RU"/>
              </w:rPr>
              <w:t xml:space="preserve">аградотряд» продолжительностью около 3 минут 36 секунд, который начинается словами, исполняемыми мужским голосом под музыку, «Отправляя глупых гоев в свой последний бой…» и заканчивается словами «..здесь без рук или без ног?» </w:t>
            </w:r>
            <w:r>
              <w:t>(решение Санкт-Петербургского городского суда от 30.05.2024);</w:t>
            </w:r>
          </w:p>
        </w:tc>
        <w:tc>
          <w:tcPr>
            <w:tcW w:w="2880" w:type="dxa"/>
          </w:tcPr>
          <w:p w:rsidR="006F7457" w:rsidRDefault="00332DB8">
            <w:r>
              <w:t>16.08.2024</w:t>
            </w:r>
          </w:p>
        </w:tc>
      </w:tr>
      <w:tr w:rsidR="006F7457">
        <w:tc>
          <w:tcPr>
            <w:tcW w:w="2880" w:type="dxa"/>
          </w:tcPr>
          <w:p w:rsidR="006F7457" w:rsidRDefault="00332DB8">
            <w:r>
              <w:t>5439.</w:t>
            </w:r>
          </w:p>
        </w:tc>
        <w:tc>
          <w:tcPr>
            <w:tcW w:w="2880" w:type="dxa"/>
          </w:tcPr>
          <w:p w:rsidR="006F7457" w:rsidRDefault="00332DB8">
            <w:r w:rsidRPr="00332DB8">
              <w:rPr>
                <w:lang w:val="ru-RU"/>
              </w:rPr>
              <w:t xml:space="preserve">Распространенный в сети «Интернет» информационный материал – аудиозапись и текст песни группы </w:t>
            </w:r>
            <w:r>
              <w:t>Warriors</w:t>
            </w:r>
            <w:r w:rsidRPr="00332DB8">
              <w:rPr>
                <w:lang w:val="ru-RU"/>
              </w:rPr>
              <w:t xml:space="preserve"> </w:t>
            </w:r>
            <w:r>
              <w:t>of</w:t>
            </w:r>
            <w:r w:rsidRPr="00332DB8">
              <w:rPr>
                <w:lang w:val="ru-RU"/>
              </w:rPr>
              <w:t xml:space="preserve"> </w:t>
            </w:r>
            <w:r>
              <w:t>Zion</w:t>
            </w:r>
            <w:r w:rsidRPr="00332DB8">
              <w:rPr>
                <w:lang w:val="ru-RU"/>
              </w:rPr>
              <w:t xml:space="preserve"> с названием «Могилизация» продолжительностью около 4 минут 43 секунд, который начинается словами, исполняемыми мужским голосом под музыку, «Мы скрываем от русни…» и заканчивается словами «Все на могилизацию!» </w:t>
            </w:r>
            <w:r>
              <w:t>(решение Санкт-Петербургского городского суда от 30.05.2024);</w:t>
            </w:r>
          </w:p>
        </w:tc>
        <w:tc>
          <w:tcPr>
            <w:tcW w:w="2880" w:type="dxa"/>
          </w:tcPr>
          <w:p w:rsidR="006F7457" w:rsidRDefault="00332DB8">
            <w:r>
              <w:t>16.08.2024</w:t>
            </w:r>
          </w:p>
        </w:tc>
      </w:tr>
      <w:tr w:rsidR="006F7457">
        <w:tc>
          <w:tcPr>
            <w:tcW w:w="2880" w:type="dxa"/>
          </w:tcPr>
          <w:p w:rsidR="006F7457" w:rsidRDefault="00332DB8">
            <w:r>
              <w:t>5440.</w:t>
            </w:r>
          </w:p>
        </w:tc>
        <w:tc>
          <w:tcPr>
            <w:tcW w:w="2880" w:type="dxa"/>
          </w:tcPr>
          <w:p w:rsidR="006F7457" w:rsidRPr="00332DB8" w:rsidRDefault="00332DB8">
            <w:pPr>
              <w:rPr>
                <w:lang w:val="ru-RU"/>
              </w:rPr>
            </w:pPr>
            <w:r w:rsidRPr="00332DB8">
              <w:rPr>
                <w:lang w:val="ru-RU"/>
              </w:rPr>
              <w:t>Информационный материал – аудиозапись (песня) исполнителя от имени «Русского Добровольческого Корпуса» с наименованием «Вперед, РДК!», размещенный в сети «Интернет» (решение Мурманского областного суда от 27.06.2024);</w:t>
            </w:r>
          </w:p>
        </w:tc>
        <w:tc>
          <w:tcPr>
            <w:tcW w:w="2880" w:type="dxa"/>
          </w:tcPr>
          <w:p w:rsidR="006F7457" w:rsidRDefault="00332DB8">
            <w:r>
              <w:t>28.08.2024</w:t>
            </w:r>
          </w:p>
        </w:tc>
      </w:tr>
      <w:tr w:rsidR="006F7457">
        <w:tc>
          <w:tcPr>
            <w:tcW w:w="2880" w:type="dxa"/>
          </w:tcPr>
          <w:p w:rsidR="006F7457" w:rsidRDefault="00332DB8">
            <w:r>
              <w:t>5441.</w:t>
            </w:r>
          </w:p>
        </w:tc>
        <w:tc>
          <w:tcPr>
            <w:tcW w:w="2880" w:type="dxa"/>
          </w:tcPr>
          <w:p w:rsidR="006F7457" w:rsidRPr="00332DB8" w:rsidRDefault="00332DB8">
            <w:pPr>
              <w:rPr>
                <w:lang w:val="ru-RU"/>
              </w:rPr>
            </w:pPr>
            <w:r w:rsidRPr="00332DB8">
              <w:rPr>
                <w:lang w:val="ru-RU"/>
              </w:rPr>
              <w:t>Музыкальная композиция «Орки», размещенная исполнителем Эдуардом Выграновским под творческим псевдонимом «Скруджи», продолжительностью 2 минуты 04 секунды, начинающаяся словами «Орк, иди домой…» и заканчивающаяся словами «…Но скажет война и зашьют рот», размещенная в информационно-телекоммуникационной сети «Интернет» (решение Приморского краевого суда от 27.06.2024);</w:t>
            </w:r>
          </w:p>
        </w:tc>
        <w:tc>
          <w:tcPr>
            <w:tcW w:w="2880" w:type="dxa"/>
          </w:tcPr>
          <w:p w:rsidR="006F7457" w:rsidRDefault="00332DB8">
            <w:r>
              <w:t>13.09.2024</w:t>
            </w:r>
          </w:p>
        </w:tc>
      </w:tr>
      <w:tr w:rsidR="006F7457">
        <w:tc>
          <w:tcPr>
            <w:tcW w:w="2880" w:type="dxa"/>
          </w:tcPr>
          <w:p w:rsidR="006F7457" w:rsidRDefault="00332DB8">
            <w:r>
              <w:t>5442.</w:t>
            </w:r>
          </w:p>
        </w:tc>
        <w:tc>
          <w:tcPr>
            <w:tcW w:w="2880" w:type="dxa"/>
          </w:tcPr>
          <w:p w:rsidR="006F7457" w:rsidRPr="00332DB8" w:rsidRDefault="00332DB8">
            <w:pPr>
              <w:rPr>
                <w:lang w:val="ru-RU"/>
              </w:rPr>
            </w:pPr>
            <w:r w:rsidRPr="00332DB8">
              <w:rPr>
                <w:lang w:val="ru-RU"/>
              </w:rPr>
              <w:t xml:space="preserve">Информационный материал – аудиозапись (песня) с наименованиями «Вставай Белгород! – Патриотическая песня «РДК», легиона «Свобода России», «Вставай Белгород!» и «Вставай Белгород» – </w:t>
            </w:r>
            <w:r>
              <w:t>Arise</w:t>
            </w:r>
            <w:r w:rsidRPr="00332DB8">
              <w:rPr>
                <w:lang w:val="ru-RU"/>
              </w:rPr>
              <w:t xml:space="preserve"> </w:t>
            </w:r>
            <w:r>
              <w:t>Belgorod</w:t>
            </w:r>
            <w:r w:rsidRPr="00332DB8">
              <w:rPr>
                <w:lang w:val="ru-RU"/>
              </w:rPr>
              <w:t xml:space="preserve"> [</w:t>
            </w:r>
            <w:r>
              <w:t>NIGHTCORE</w:t>
            </w:r>
            <w:r w:rsidRPr="00332DB8">
              <w:rPr>
                <w:lang w:val="ru-RU"/>
              </w:rPr>
              <w:t>], размещенный в информационно-телекоммуникационной сети «Интернет» (решение Мурманского областного суда от 18.07.2024);</w:t>
            </w:r>
          </w:p>
        </w:tc>
        <w:tc>
          <w:tcPr>
            <w:tcW w:w="2880" w:type="dxa"/>
          </w:tcPr>
          <w:p w:rsidR="006F7457" w:rsidRDefault="00332DB8">
            <w:r>
              <w:t>13.09.2024</w:t>
            </w:r>
          </w:p>
        </w:tc>
      </w:tr>
      <w:tr w:rsidR="006F7457">
        <w:tc>
          <w:tcPr>
            <w:tcW w:w="2880" w:type="dxa"/>
          </w:tcPr>
          <w:p w:rsidR="006F7457" w:rsidRDefault="00332DB8">
            <w:r>
              <w:t>5</w:t>
            </w:r>
            <w:r>
              <w:lastRenderedPageBreak/>
              <w:t>443.</w:t>
            </w:r>
          </w:p>
        </w:tc>
        <w:tc>
          <w:tcPr>
            <w:tcW w:w="2880" w:type="dxa"/>
          </w:tcPr>
          <w:p w:rsidR="006F7457" w:rsidRPr="00332DB8" w:rsidRDefault="00332DB8">
            <w:pPr>
              <w:rPr>
                <w:lang w:val="ru-RU"/>
              </w:rPr>
            </w:pPr>
            <w:r w:rsidRPr="00332DB8">
              <w:rPr>
                <w:lang w:val="ru-RU"/>
              </w:rPr>
              <w:lastRenderedPageBreak/>
              <w:t>Информационный материал – книга «Жадання фронту. Позивний «Вир</w:t>
            </w:r>
            <w:r>
              <w:t>i</w:t>
            </w:r>
            <w:r w:rsidRPr="00332DB8">
              <w:rPr>
                <w:lang w:val="ru-RU"/>
              </w:rPr>
              <w:t xml:space="preserve">й»» («Вожделение фронта. Позывной </w:t>
            </w:r>
            <w:r w:rsidRPr="00332DB8">
              <w:rPr>
                <w:lang w:val="ru-RU"/>
              </w:rPr>
              <w:lastRenderedPageBreak/>
              <w:t>«Ирий»), Мельник М.Ю., издательство «Ориентир», г. Киев, 2017 (решение Верховного Суда Донецкой Народной Республики от 10.07.2024);</w:t>
            </w:r>
          </w:p>
        </w:tc>
        <w:tc>
          <w:tcPr>
            <w:tcW w:w="2880" w:type="dxa"/>
          </w:tcPr>
          <w:p w:rsidR="006F7457" w:rsidRDefault="00332DB8">
            <w:r>
              <w:lastRenderedPageBreak/>
              <w:t>13.</w:t>
            </w:r>
            <w:r>
              <w:lastRenderedPageBreak/>
              <w:t>09.2024</w:t>
            </w:r>
          </w:p>
        </w:tc>
      </w:tr>
      <w:tr w:rsidR="006F7457">
        <w:tc>
          <w:tcPr>
            <w:tcW w:w="2880" w:type="dxa"/>
          </w:tcPr>
          <w:p w:rsidR="006F7457" w:rsidRDefault="00332DB8">
            <w:r>
              <w:lastRenderedPageBreak/>
              <w:t>5444.</w:t>
            </w:r>
          </w:p>
        </w:tc>
        <w:tc>
          <w:tcPr>
            <w:tcW w:w="2880" w:type="dxa"/>
          </w:tcPr>
          <w:p w:rsidR="006F7457" w:rsidRPr="00332DB8" w:rsidRDefault="00332DB8">
            <w:pPr>
              <w:rPr>
                <w:lang w:val="ru-RU"/>
              </w:rPr>
            </w:pPr>
            <w:r w:rsidRPr="00332DB8">
              <w:rPr>
                <w:lang w:val="ru-RU"/>
              </w:rPr>
              <w:t>Графическое изображение – цветная иллюстрация-сцена из мультипликационного фильма: русская печка разговаривает с девочками в сарафанах и платках; на правой стороне печки изображен флаг со свастикой, слева печки развивается влаг со свастикой; вверху и внизу иллюстрации расположено высказывание, выполненное белым цветом «НАДО БОЛЬШЕ ЕВРЕЕВ» (решение Чердаклинского районного суда Ульяновской области от 28.05.2024);</w:t>
            </w:r>
          </w:p>
        </w:tc>
        <w:tc>
          <w:tcPr>
            <w:tcW w:w="2880" w:type="dxa"/>
          </w:tcPr>
          <w:p w:rsidR="006F7457" w:rsidRDefault="00332DB8">
            <w:r>
              <w:t>21.10.2024</w:t>
            </w:r>
          </w:p>
        </w:tc>
      </w:tr>
      <w:tr w:rsidR="006F7457">
        <w:tc>
          <w:tcPr>
            <w:tcW w:w="2880" w:type="dxa"/>
          </w:tcPr>
          <w:p w:rsidR="006F7457" w:rsidRDefault="00332DB8">
            <w:r>
              <w:t>5445.</w:t>
            </w:r>
          </w:p>
        </w:tc>
        <w:tc>
          <w:tcPr>
            <w:tcW w:w="2880" w:type="dxa"/>
          </w:tcPr>
          <w:p w:rsidR="006F7457" w:rsidRPr="00332DB8" w:rsidRDefault="00332DB8">
            <w:pPr>
              <w:rPr>
                <w:lang w:val="ru-RU"/>
              </w:rPr>
            </w:pPr>
            <w:r w:rsidRPr="00332DB8">
              <w:rPr>
                <w:lang w:val="ru-RU"/>
              </w:rPr>
              <w:t>Музыкальная композиция «Дохлая русня», размещенная исполнителем под творческим псевдонимом «Нах», продолжительностью 2 минуты 51 секунда, начинающаяся и оканчивающаяся словами «расскажи мне, дятел мертвый…….Дохлая русня», размещенная в информационно-телекоммуникационной сети «Интернет» (решение Приморского краевого суда от 06.08.2024);</w:t>
            </w:r>
          </w:p>
        </w:tc>
        <w:tc>
          <w:tcPr>
            <w:tcW w:w="2880" w:type="dxa"/>
          </w:tcPr>
          <w:p w:rsidR="006F7457" w:rsidRDefault="00332DB8">
            <w:r>
              <w:t>21.10.2024</w:t>
            </w:r>
          </w:p>
        </w:tc>
      </w:tr>
      <w:tr w:rsidR="006F7457">
        <w:tc>
          <w:tcPr>
            <w:tcW w:w="2880" w:type="dxa"/>
          </w:tcPr>
          <w:p w:rsidR="006F7457" w:rsidRDefault="00332DB8">
            <w:r>
              <w:t>5446.</w:t>
            </w:r>
          </w:p>
        </w:tc>
        <w:tc>
          <w:tcPr>
            <w:tcW w:w="2880" w:type="dxa"/>
          </w:tcPr>
          <w:p w:rsidR="006F7457" w:rsidRPr="00332DB8" w:rsidRDefault="00332DB8">
            <w:pPr>
              <w:rPr>
                <w:lang w:val="ru-RU"/>
              </w:rPr>
            </w:pPr>
            <w:r w:rsidRPr="00332DB8">
              <w:rPr>
                <w:lang w:val="ru-RU"/>
              </w:rPr>
              <w:t>Музыкальная композиция «Ру*ня п*****сы»,  размещенная исполнителем под творческим псевдонимом «ПТН ПНХ» продолжительностью 3 минуты 35 секунд, начинающаяся и оканчивающаяся словами «Подонок на подонке…..раз, два, раз», размещенная в информационно-телекоммуникационной сети «Интернет» (решение Приморского краевого суда от 06.08.2024);</w:t>
            </w:r>
          </w:p>
        </w:tc>
        <w:tc>
          <w:tcPr>
            <w:tcW w:w="2880" w:type="dxa"/>
          </w:tcPr>
          <w:p w:rsidR="006F7457" w:rsidRDefault="00332DB8">
            <w:r>
              <w:t>21.10.2024</w:t>
            </w:r>
          </w:p>
        </w:tc>
      </w:tr>
      <w:tr w:rsidR="006F7457">
        <w:tc>
          <w:tcPr>
            <w:tcW w:w="2880" w:type="dxa"/>
          </w:tcPr>
          <w:p w:rsidR="006F7457" w:rsidRDefault="00332DB8">
            <w:r>
              <w:t>5447.</w:t>
            </w:r>
          </w:p>
        </w:tc>
        <w:tc>
          <w:tcPr>
            <w:tcW w:w="2880" w:type="dxa"/>
          </w:tcPr>
          <w:p w:rsidR="006F7457" w:rsidRPr="00332DB8" w:rsidRDefault="00332DB8">
            <w:pPr>
              <w:rPr>
                <w:lang w:val="ru-RU"/>
              </w:rPr>
            </w:pPr>
            <w:r w:rsidRPr="00332DB8">
              <w:rPr>
                <w:lang w:val="ru-RU"/>
              </w:rPr>
              <w:t>Информационный материал – «Российско-украинская война: возвращение истории» в виде перевода текста книги «</w:t>
            </w:r>
            <w:r>
              <w:t>THE</w:t>
            </w:r>
            <w:r w:rsidRPr="00332DB8">
              <w:rPr>
                <w:lang w:val="ru-RU"/>
              </w:rPr>
              <w:t xml:space="preserve"> </w:t>
            </w:r>
            <w:r>
              <w:t>RUSSO</w:t>
            </w:r>
            <w:r w:rsidRPr="00332DB8">
              <w:rPr>
                <w:lang w:val="ru-RU"/>
              </w:rPr>
              <w:t>-</w:t>
            </w:r>
            <w:r>
              <w:t>UKRAINAIN</w:t>
            </w:r>
            <w:r w:rsidRPr="00332DB8">
              <w:rPr>
                <w:lang w:val="ru-RU"/>
              </w:rPr>
              <w:t xml:space="preserve"> </w:t>
            </w:r>
            <w:r>
              <w:t>WAR</w:t>
            </w:r>
            <w:r w:rsidRPr="00332DB8">
              <w:rPr>
                <w:lang w:val="ru-RU"/>
              </w:rPr>
              <w:t xml:space="preserve">» издательства </w:t>
            </w:r>
            <w:r>
              <w:t>W</w:t>
            </w:r>
            <w:r w:rsidRPr="00332DB8">
              <w:rPr>
                <w:lang w:val="ru-RU"/>
              </w:rPr>
              <w:t>.</w:t>
            </w:r>
            <w:r>
              <w:t>W</w:t>
            </w:r>
            <w:r w:rsidRPr="00332DB8">
              <w:rPr>
                <w:lang w:val="ru-RU"/>
              </w:rPr>
              <w:t>.</w:t>
            </w:r>
            <w:r>
              <w:t>Norton</w:t>
            </w:r>
            <w:r w:rsidRPr="00332DB8">
              <w:rPr>
                <w:lang w:val="ru-RU"/>
              </w:rPr>
              <w:t xml:space="preserve"> </w:t>
            </w:r>
            <w:r>
              <w:t>Company</w:t>
            </w:r>
            <w:r w:rsidRPr="00332DB8">
              <w:rPr>
                <w:lang w:val="ru-RU"/>
              </w:rPr>
              <w:t>, 2023г. под авторством Плохий С.Н. (решение Московского городского суда от 28.08.2024);</w:t>
            </w:r>
          </w:p>
        </w:tc>
        <w:tc>
          <w:tcPr>
            <w:tcW w:w="2880" w:type="dxa"/>
          </w:tcPr>
          <w:p w:rsidR="006F7457" w:rsidRDefault="00332DB8">
            <w:r>
              <w:t>24.10.2024</w:t>
            </w:r>
          </w:p>
        </w:tc>
      </w:tr>
      <w:tr w:rsidR="006F7457">
        <w:tc>
          <w:tcPr>
            <w:tcW w:w="2880" w:type="dxa"/>
          </w:tcPr>
          <w:p w:rsidR="006F7457" w:rsidRDefault="00332DB8">
            <w:r>
              <w:t>544</w:t>
            </w:r>
            <w:r>
              <w:lastRenderedPageBreak/>
              <w:t>8.</w:t>
            </w:r>
          </w:p>
        </w:tc>
        <w:tc>
          <w:tcPr>
            <w:tcW w:w="2880" w:type="dxa"/>
          </w:tcPr>
          <w:p w:rsidR="006F7457" w:rsidRPr="00332DB8" w:rsidRDefault="00332DB8">
            <w:pPr>
              <w:rPr>
                <w:lang w:val="ru-RU"/>
              </w:rPr>
            </w:pPr>
            <w:r w:rsidRPr="00332DB8">
              <w:rPr>
                <w:lang w:val="ru-RU"/>
              </w:rPr>
              <w:lastRenderedPageBreak/>
              <w:t>Книга «Московська отрута», издательство «ФОП Стебеляк О.М.», Киев, 2015 (решение Верховного Суда Донецкой Народной Республики от 19.06.2024);</w:t>
            </w:r>
          </w:p>
        </w:tc>
        <w:tc>
          <w:tcPr>
            <w:tcW w:w="2880" w:type="dxa"/>
          </w:tcPr>
          <w:p w:rsidR="006F7457" w:rsidRDefault="00332DB8">
            <w:r>
              <w:t>29.10.202</w:t>
            </w:r>
            <w:r>
              <w:lastRenderedPageBreak/>
              <w:t>4</w:t>
            </w:r>
          </w:p>
        </w:tc>
      </w:tr>
      <w:tr w:rsidR="006F7457">
        <w:tc>
          <w:tcPr>
            <w:tcW w:w="2880" w:type="dxa"/>
          </w:tcPr>
          <w:p w:rsidR="006F7457" w:rsidRDefault="00332DB8">
            <w:r>
              <w:lastRenderedPageBreak/>
              <w:t>5449.</w:t>
            </w:r>
          </w:p>
        </w:tc>
        <w:tc>
          <w:tcPr>
            <w:tcW w:w="2880" w:type="dxa"/>
          </w:tcPr>
          <w:p w:rsidR="006F7457" w:rsidRPr="00332DB8" w:rsidRDefault="00332DB8">
            <w:pPr>
              <w:rPr>
                <w:lang w:val="ru-RU"/>
              </w:rPr>
            </w:pPr>
            <w:r w:rsidRPr="00332DB8">
              <w:rPr>
                <w:lang w:val="ru-RU"/>
              </w:rPr>
              <w:t>Сборник – «Олег Панф</w:t>
            </w:r>
            <w:r>
              <w:t>i</w:t>
            </w:r>
            <w:r w:rsidRPr="00332DB8">
              <w:rPr>
                <w:lang w:val="ru-RU"/>
              </w:rPr>
              <w:t>лов «Антирадянськ</w:t>
            </w:r>
            <w:r>
              <w:t>i</w:t>
            </w:r>
            <w:r w:rsidRPr="00332DB8">
              <w:rPr>
                <w:lang w:val="ru-RU"/>
              </w:rPr>
              <w:t xml:space="preserve"> </w:t>
            </w:r>
            <w:r>
              <w:t>i</w:t>
            </w:r>
            <w:r w:rsidRPr="00332DB8">
              <w:rPr>
                <w:lang w:val="ru-RU"/>
              </w:rPr>
              <w:t>стор</w:t>
            </w:r>
            <w:r>
              <w:t>i</w:t>
            </w:r>
            <w:r w:rsidRPr="00332DB8">
              <w:rPr>
                <w:lang w:val="ru-RU"/>
              </w:rPr>
              <w:t>ï», Терноп</w:t>
            </w:r>
            <w:r>
              <w:t>i</w:t>
            </w:r>
            <w:r w:rsidRPr="00332DB8">
              <w:rPr>
                <w:lang w:val="ru-RU"/>
              </w:rPr>
              <w:t>ль, Мандр</w:t>
            </w:r>
            <w:r>
              <w:t>i</w:t>
            </w:r>
            <w:r w:rsidRPr="00332DB8">
              <w:rPr>
                <w:lang w:val="ru-RU"/>
              </w:rPr>
              <w:t>вець, 2016.» («Олег Панфилов «Антисоветские истории», Тернополь, Мандривец, 2016.») (решение Московского городского суда от 11.09.2024);</w:t>
            </w:r>
          </w:p>
        </w:tc>
        <w:tc>
          <w:tcPr>
            <w:tcW w:w="2880" w:type="dxa"/>
          </w:tcPr>
          <w:p w:rsidR="006F7457" w:rsidRDefault="00332DB8">
            <w:r>
              <w:t>08.11.2024</w:t>
            </w:r>
          </w:p>
        </w:tc>
      </w:tr>
      <w:tr w:rsidR="006F7457">
        <w:tc>
          <w:tcPr>
            <w:tcW w:w="2880" w:type="dxa"/>
          </w:tcPr>
          <w:p w:rsidR="006F7457" w:rsidRDefault="00332DB8">
            <w:r>
              <w:t>5450.</w:t>
            </w:r>
          </w:p>
        </w:tc>
        <w:tc>
          <w:tcPr>
            <w:tcW w:w="2880" w:type="dxa"/>
          </w:tcPr>
          <w:p w:rsidR="006F7457" w:rsidRPr="00332DB8" w:rsidRDefault="00332DB8">
            <w:pPr>
              <w:rPr>
                <w:lang w:val="ru-RU"/>
              </w:rPr>
            </w:pPr>
            <w:r>
              <w:t xml:space="preserve">Сборник – «Росiйська окупацiя i деокупацiя Украïни: iсторiя, сучаснi загрози та виклики сьогодення: Матерiали Всеукраïнськоï науково-практичноï конференцiï (Киïв, 2016 р.) /Упор. П. Гай-Нижник.-К.:» МП Леся», 2016. – 352 с.» </w:t>
            </w:r>
            <w:r w:rsidRPr="00332DB8">
              <w:rPr>
                <w:lang w:val="ru-RU"/>
              </w:rPr>
              <w:t>(«Российская оккупация и деоккупация Украины: история, современные угрозы и вызовы современности: Материалы Всеукраинской научно-практической конференции (Киев, 2016г.) / Состав.  П. Гай-Нижник – К.: «МП Леся», 2016 – 352 с.») (решение Московского городского суда от 11.09.2024);</w:t>
            </w:r>
          </w:p>
        </w:tc>
        <w:tc>
          <w:tcPr>
            <w:tcW w:w="2880" w:type="dxa"/>
          </w:tcPr>
          <w:p w:rsidR="006F7457" w:rsidRDefault="00332DB8">
            <w:r>
              <w:t>08.11.2024</w:t>
            </w:r>
          </w:p>
        </w:tc>
      </w:tr>
      <w:tr w:rsidR="006F7457">
        <w:tc>
          <w:tcPr>
            <w:tcW w:w="2880" w:type="dxa"/>
          </w:tcPr>
          <w:p w:rsidR="006F7457" w:rsidRDefault="00332DB8">
            <w:r>
              <w:t>5451.</w:t>
            </w:r>
          </w:p>
        </w:tc>
        <w:tc>
          <w:tcPr>
            <w:tcW w:w="2880" w:type="dxa"/>
          </w:tcPr>
          <w:p w:rsidR="006F7457" w:rsidRPr="00332DB8" w:rsidRDefault="00332DB8">
            <w:pPr>
              <w:rPr>
                <w:lang w:val="ru-RU"/>
              </w:rPr>
            </w:pPr>
            <w:r w:rsidRPr="00332DB8">
              <w:rPr>
                <w:lang w:val="ru-RU"/>
              </w:rPr>
              <w:t xml:space="preserve">Информационный материал – аудиозапись (песня) от имени исполнителя «Сварожич» с наименованием «России Глас» (стихи </w:t>
            </w:r>
            <w:r>
              <w:t>Scharfschutze</w:t>
            </w:r>
            <w:r w:rsidRPr="00332DB8">
              <w:rPr>
                <w:lang w:val="ru-RU"/>
              </w:rPr>
              <w:t xml:space="preserve"> </w:t>
            </w:r>
            <w:r>
              <w:t>Wotansturm</w:t>
            </w:r>
            <w:r w:rsidRPr="00332DB8">
              <w:rPr>
                <w:lang w:val="ru-RU"/>
              </w:rPr>
              <w:t>) продолжительностью около 04 минут 20 секунд, которая начинается словами, исполняемыми мужским голосом под музыку: «Россия не в Путина слугах. Россия в солдатах РОА…», заканчивается словами «…Кто против – тем смерть и проклятье. За нашу Арийскую Русь!» и затем последними словами припева: «…Приморских сражение с властью, и Базылев, и НСО» (решение Мурманского областного суда от 30.09.2024);</w:t>
            </w:r>
          </w:p>
        </w:tc>
        <w:tc>
          <w:tcPr>
            <w:tcW w:w="2880" w:type="dxa"/>
          </w:tcPr>
          <w:p w:rsidR="006F7457" w:rsidRDefault="00332DB8">
            <w:r>
              <w:t>20.11.2024</w:t>
            </w:r>
          </w:p>
        </w:tc>
      </w:tr>
      <w:tr w:rsidR="006F7457">
        <w:tc>
          <w:tcPr>
            <w:tcW w:w="2880" w:type="dxa"/>
          </w:tcPr>
          <w:p w:rsidR="006F7457" w:rsidRDefault="00332DB8">
            <w:r>
              <w:t>5452.</w:t>
            </w:r>
          </w:p>
        </w:tc>
        <w:tc>
          <w:tcPr>
            <w:tcW w:w="2880" w:type="dxa"/>
          </w:tcPr>
          <w:p w:rsidR="006F7457" w:rsidRPr="00332DB8" w:rsidRDefault="00332DB8">
            <w:pPr>
              <w:rPr>
                <w:lang w:val="ru-RU"/>
              </w:rPr>
            </w:pPr>
            <w:r w:rsidRPr="00332DB8">
              <w:rPr>
                <w:lang w:val="ru-RU"/>
              </w:rPr>
              <w:t>Книгопечатное издание под названием «Кто же отклонился?!» (решение Мещанского районного суда города Москвы от 31.05.2023);</w:t>
            </w:r>
          </w:p>
        </w:tc>
        <w:tc>
          <w:tcPr>
            <w:tcW w:w="2880" w:type="dxa"/>
          </w:tcPr>
          <w:p w:rsidR="006F7457" w:rsidRDefault="00332DB8">
            <w:r>
              <w:t>26.11.2024</w:t>
            </w:r>
          </w:p>
        </w:tc>
      </w:tr>
      <w:tr w:rsidR="006F7457">
        <w:tc>
          <w:tcPr>
            <w:tcW w:w="2880" w:type="dxa"/>
          </w:tcPr>
          <w:p w:rsidR="006F7457" w:rsidRDefault="00332DB8">
            <w:r>
              <w:t>545</w:t>
            </w:r>
            <w:r>
              <w:lastRenderedPageBreak/>
              <w:t>3.</w:t>
            </w:r>
          </w:p>
        </w:tc>
        <w:tc>
          <w:tcPr>
            <w:tcW w:w="2880" w:type="dxa"/>
          </w:tcPr>
          <w:p w:rsidR="006F7457" w:rsidRPr="00332DB8" w:rsidRDefault="00332DB8">
            <w:pPr>
              <w:rPr>
                <w:lang w:val="ru-RU"/>
              </w:rPr>
            </w:pPr>
            <w:r w:rsidRPr="00332DB8">
              <w:rPr>
                <w:lang w:val="ru-RU"/>
              </w:rPr>
              <w:lastRenderedPageBreak/>
              <w:t>Материал книги «Сатанинская Библия», автор Антон Шандор ЛаВей» (решение Санкт-Петербургского городского суда от 22.08.2024);</w:t>
            </w:r>
          </w:p>
        </w:tc>
        <w:tc>
          <w:tcPr>
            <w:tcW w:w="2880" w:type="dxa"/>
          </w:tcPr>
          <w:p w:rsidR="006F7457" w:rsidRDefault="00332DB8">
            <w:r>
              <w:t>05.12.202</w:t>
            </w:r>
            <w:r>
              <w:lastRenderedPageBreak/>
              <w:t>4</w:t>
            </w:r>
          </w:p>
        </w:tc>
      </w:tr>
      <w:tr w:rsidR="006F7457">
        <w:tc>
          <w:tcPr>
            <w:tcW w:w="2880" w:type="dxa"/>
          </w:tcPr>
          <w:p w:rsidR="006F7457" w:rsidRDefault="00332DB8">
            <w:r>
              <w:lastRenderedPageBreak/>
              <w:t>5454.</w:t>
            </w:r>
          </w:p>
        </w:tc>
        <w:tc>
          <w:tcPr>
            <w:tcW w:w="2880" w:type="dxa"/>
          </w:tcPr>
          <w:p w:rsidR="006F7457" w:rsidRPr="00332DB8" w:rsidRDefault="00332DB8">
            <w:pPr>
              <w:rPr>
                <w:lang w:val="ru-RU"/>
              </w:rPr>
            </w:pPr>
            <w:r w:rsidRPr="00332DB8">
              <w:rPr>
                <w:lang w:val="ru-RU"/>
              </w:rPr>
              <w:t>Музыкальная композиция «Колумбайн» музыкального исполнителя под творческими псевдонимами «Замай» и «Слава КПСС» продолжительностью 3 минуты 39 секунды и ее текстовое содержание, размещенная в информационно-телекоммуникационной сети «Интернет» (решение Приморского краевого суда от 01.10.2024);</w:t>
            </w:r>
          </w:p>
        </w:tc>
        <w:tc>
          <w:tcPr>
            <w:tcW w:w="2880" w:type="dxa"/>
          </w:tcPr>
          <w:p w:rsidR="006F7457" w:rsidRDefault="00332DB8">
            <w:r>
              <w:t>17.12.2024</w:t>
            </w:r>
          </w:p>
        </w:tc>
      </w:tr>
      <w:tr w:rsidR="006F7457">
        <w:tc>
          <w:tcPr>
            <w:tcW w:w="2880" w:type="dxa"/>
          </w:tcPr>
          <w:p w:rsidR="006F7457" w:rsidRDefault="00332DB8">
            <w:r>
              <w:t>5455.</w:t>
            </w:r>
          </w:p>
        </w:tc>
        <w:tc>
          <w:tcPr>
            <w:tcW w:w="2880" w:type="dxa"/>
          </w:tcPr>
          <w:p w:rsidR="006F7457" w:rsidRDefault="00332DB8">
            <w:r w:rsidRPr="00332DB8">
              <w:rPr>
                <w:lang w:val="ru-RU"/>
              </w:rPr>
              <w:t xml:space="preserve">Информационный материал – аудиозапись (песня) неизвестного исполнителя с наименованием «Песня русского оккупанта: весь мир теперь знает – Россия ….», продолжительностью около 02 минут 19 секунд, начинается словами, исполняемыми мужским голосом под музыку: «Я русский военный младшего звена…», заканчивается  куплетом со словами «…Превращают войска мои в …...!» и затем последними словами припева: «…И скоро психанут, дружно нас ….» </w:t>
            </w:r>
            <w:r>
              <w:t>(решение Мурманского областного суда от 19.12.2024);</w:t>
            </w:r>
          </w:p>
        </w:tc>
        <w:tc>
          <w:tcPr>
            <w:tcW w:w="2880" w:type="dxa"/>
          </w:tcPr>
          <w:p w:rsidR="006F7457" w:rsidRDefault="00332DB8">
            <w:r>
              <w:t>05.02.2025</w:t>
            </w:r>
          </w:p>
        </w:tc>
      </w:tr>
      <w:tr w:rsidR="006F7457">
        <w:tc>
          <w:tcPr>
            <w:tcW w:w="2880" w:type="dxa"/>
          </w:tcPr>
          <w:p w:rsidR="006F7457" w:rsidRDefault="00332DB8">
            <w:r>
              <w:t>5456.</w:t>
            </w:r>
          </w:p>
        </w:tc>
        <w:tc>
          <w:tcPr>
            <w:tcW w:w="2880" w:type="dxa"/>
          </w:tcPr>
          <w:p w:rsidR="006F7457" w:rsidRDefault="00332DB8">
            <w:r w:rsidRPr="00332DB8">
              <w:rPr>
                <w:lang w:val="ru-RU"/>
              </w:rPr>
              <w:t xml:space="preserve">Информационный материал – аудиозапись (песня) от имени «Легиона Свобода России» с наименованием «Гимн свободной России», продолжительностью около 03 минут 44 секунд, которая начинается словами, исполняемыми мужским голосом под ритмичную музыку: «Бело-сине-белое знамя будет поднято!...», заканчивается словами последнего куплета «…Система диктата будет мертва! Россия будет свободна!», а также последними словами припева: «…Свобода России! </w:t>
            </w:r>
            <w:r>
              <w:t>Свобода России» (решение Мурманского областного суда от 23.12.2024);</w:t>
            </w:r>
          </w:p>
        </w:tc>
        <w:tc>
          <w:tcPr>
            <w:tcW w:w="2880" w:type="dxa"/>
          </w:tcPr>
          <w:p w:rsidR="006F7457" w:rsidRDefault="00332DB8">
            <w:r>
              <w:t>07.02.2025</w:t>
            </w:r>
          </w:p>
        </w:tc>
      </w:tr>
      <w:tr w:rsidR="006F7457">
        <w:tc>
          <w:tcPr>
            <w:tcW w:w="2880" w:type="dxa"/>
          </w:tcPr>
          <w:p w:rsidR="006F7457" w:rsidRDefault="00332DB8">
            <w:r>
              <w:t>5457.</w:t>
            </w:r>
          </w:p>
        </w:tc>
        <w:tc>
          <w:tcPr>
            <w:tcW w:w="2880" w:type="dxa"/>
          </w:tcPr>
          <w:p w:rsidR="006F7457" w:rsidRPr="00332DB8" w:rsidRDefault="00332DB8">
            <w:pPr>
              <w:rPr>
                <w:lang w:val="ru-RU"/>
              </w:rPr>
            </w:pPr>
            <w:r w:rsidRPr="00332DB8">
              <w:rPr>
                <w:lang w:val="ru-RU"/>
              </w:rPr>
              <w:t>Книга Дворядкина Д.В. «Слово Пророка Антихриста» (решение Московского областного суда от 13.11.2024);</w:t>
            </w:r>
          </w:p>
        </w:tc>
        <w:tc>
          <w:tcPr>
            <w:tcW w:w="2880" w:type="dxa"/>
          </w:tcPr>
          <w:p w:rsidR="006F7457" w:rsidRDefault="00332DB8">
            <w:r>
              <w:t>19.02.2025</w:t>
            </w:r>
          </w:p>
        </w:tc>
      </w:tr>
      <w:tr w:rsidR="006F7457">
        <w:tc>
          <w:tcPr>
            <w:tcW w:w="2880" w:type="dxa"/>
          </w:tcPr>
          <w:p w:rsidR="006F7457" w:rsidRDefault="00332DB8">
            <w:r>
              <w:t>545</w:t>
            </w:r>
            <w:r>
              <w:lastRenderedPageBreak/>
              <w:t>8.</w:t>
            </w:r>
          </w:p>
        </w:tc>
        <w:tc>
          <w:tcPr>
            <w:tcW w:w="2880" w:type="dxa"/>
          </w:tcPr>
          <w:p w:rsidR="006F7457" w:rsidRPr="00332DB8" w:rsidRDefault="00332DB8">
            <w:pPr>
              <w:rPr>
                <w:lang w:val="ru-RU"/>
              </w:rPr>
            </w:pPr>
            <w:r w:rsidRPr="00332DB8">
              <w:rPr>
                <w:lang w:val="ru-RU"/>
              </w:rPr>
              <w:lastRenderedPageBreak/>
              <w:t>Книга «Звезды в Джихаде и тени в огне» (решение Верховного Суда Чеченской Республики от 25.12.2024);</w:t>
            </w:r>
          </w:p>
        </w:tc>
        <w:tc>
          <w:tcPr>
            <w:tcW w:w="2880" w:type="dxa"/>
          </w:tcPr>
          <w:p w:rsidR="006F7457" w:rsidRDefault="00332DB8">
            <w:r>
              <w:t>05.03.202</w:t>
            </w:r>
            <w:r>
              <w:lastRenderedPageBreak/>
              <w:t>5</w:t>
            </w:r>
          </w:p>
        </w:tc>
      </w:tr>
      <w:tr w:rsidR="006F7457">
        <w:tc>
          <w:tcPr>
            <w:tcW w:w="2880" w:type="dxa"/>
          </w:tcPr>
          <w:p w:rsidR="006F7457" w:rsidRDefault="00332DB8">
            <w:r>
              <w:lastRenderedPageBreak/>
              <w:t>5459.</w:t>
            </w:r>
          </w:p>
        </w:tc>
        <w:tc>
          <w:tcPr>
            <w:tcW w:w="2880" w:type="dxa"/>
          </w:tcPr>
          <w:p w:rsidR="006F7457" w:rsidRPr="00332DB8" w:rsidRDefault="00332DB8">
            <w:pPr>
              <w:rPr>
                <w:lang w:val="ru-RU"/>
              </w:rPr>
            </w:pPr>
            <w:r w:rsidRPr="00332DB8">
              <w:rPr>
                <w:lang w:val="ru-RU"/>
              </w:rPr>
              <w:t>Информационный материал – книга автора Игоря Дьякова под названием «Великая Гражданская война 1941-1945» издательства «Самотека», а также созданные с использованием текста данного информационного материала аудио- и видеопроизведения и иные информационные материалы» (решение Самарского областного суда от 10.12.2024);</w:t>
            </w:r>
          </w:p>
        </w:tc>
        <w:tc>
          <w:tcPr>
            <w:tcW w:w="2880" w:type="dxa"/>
          </w:tcPr>
          <w:p w:rsidR="006F7457" w:rsidRDefault="00332DB8">
            <w:r>
              <w:t>05.03.2025</w:t>
            </w:r>
          </w:p>
        </w:tc>
      </w:tr>
      <w:tr w:rsidR="006F7457">
        <w:tc>
          <w:tcPr>
            <w:tcW w:w="2880" w:type="dxa"/>
          </w:tcPr>
          <w:p w:rsidR="006F7457" w:rsidRDefault="00332DB8">
            <w:r>
              <w:t>5460.</w:t>
            </w:r>
          </w:p>
        </w:tc>
        <w:tc>
          <w:tcPr>
            <w:tcW w:w="2880" w:type="dxa"/>
          </w:tcPr>
          <w:p w:rsidR="006F7457" w:rsidRPr="00332DB8" w:rsidRDefault="00332DB8">
            <w:pPr>
              <w:rPr>
                <w:lang w:val="ru-RU"/>
              </w:rPr>
            </w:pPr>
            <w:r w:rsidRPr="00332DB8">
              <w:rPr>
                <w:lang w:val="ru-RU"/>
              </w:rPr>
              <w:t>Аудиозапись и текст песни исполнителя Раскольников с названием «Русским быть (нецензурное слово)», начинающимися словами «Русским быть (нецензурное слово)», заканчивающимися словами «…кто вскроет нарыв – умоется гноем» (решение Санкт-Петербургского городского суда от 17.12.2024);</w:t>
            </w:r>
          </w:p>
        </w:tc>
        <w:tc>
          <w:tcPr>
            <w:tcW w:w="2880" w:type="dxa"/>
          </w:tcPr>
          <w:p w:rsidR="006F7457" w:rsidRDefault="00332DB8">
            <w:r>
              <w:t>05.03.2025</w:t>
            </w:r>
          </w:p>
        </w:tc>
      </w:tr>
    </w:tbl>
    <w:p w:rsidR="00332DB8" w:rsidRDefault="00332DB8"/>
    <w:sectPr w:rsidR="00332DB8" w:rsidSect="00034616">
      <w:pgSz w:w="15840" w:h="12240" w:orient="landscape"/>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compat>
    <w:useFELayout/>
  </w:compat>
  <w:rsids>
    <w:rsidRoot w:val="00B47730"/>
    <w:rsid w:val="00034616"/>
    <w:rsid w:val="0006063C"/>
    <w:rsid w:val="0015074B"/>
    <w:rsid w:val="0029639D"/>
    <w:rsid w:val="00326F90"/>
    <w:rsid w:val="00332DB8"/>
    <w:rsid w:val="005A424D"/>
    <w:rsid w:val="006F7457"/>
    <w:rsid w:val="00703B89"/>
    <w:rsid w:val="00A31F1A"/>
    <w:rsid w:val="00AA1D8D"/>
    <w:rsid w:val="00B03C4F"/>
    <w:rsid w:val="00B47730"/>
    <w:rsid w:val="00BC54FE"/>
    <w:rsid w:val="00CB0664"/>
    <w:rsid w:val="00DD284B"/>
    <w:rsid w:val="00FC69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pPr>
      <w:spacing w:before="240"/>
    </w:p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Normal (Web)"/>
    <w:basedOn w:val="a1"/>
    <w:uiPriority w:val="99"/>
    <w:unhideWhenUsed/>
    <w:rsid w:val="00332DB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9">
    <w:name w:val="Hyperlink"/>
    <w:basedOn w:val="a2"/>
    <w:uiPriority w:val="99"/>
    <w:semiHidden/>
    <w:unhideWhenUsed/>
    <w:rsid w:val="00332DB8"/>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341474911">
      <w:bodyDiv w:val="1"/>
      <w:marLeft w:val="0"/>
      <w:marRight w:val="0"/>
      <w:marTop w:val="0"/>
      <w:marBottom w:val="0"/>
      <w:divBdr>
        <w:top w:val="none" w:sz="0" w:space="0" w:color="auto"/>
        <w:left w:val="none" w:sz="0" w:space="0" w:color="auto"/>
        <w:bottom w:val="none" w:sz="0" w:space="0" w:color="auto"/>
        <w:right w:val="none" w:sz="0" w:space="0" w:color="auto"/>
      </w:divBdr>
    </w:div>
    <w:div w:id="927277179">
      <w:bodyDiv w:val="1"/>
      <w:marLeft w:val="0"/>
      <w:marRight w:val="0"/>
      <w:marTop w:val="0"/>
      <w:marBottom w:val="0"/>
      <w:divBdr>
        <w:top w:val="none" w:sz="0" w:space="0" w:color="auto"/>
        <w:left w:val="none" w:sz="0" w:space="0" w:color="auto"/>
        <w:bottom w:val="none" w:sz="0" w:space="0" w:color="auto"/>
        <w:right w:val="none" w:sz="0" w:space="0" w:color="auto"/>
      </w:divBdr>
    </w:div>
    <w:div w:id="1061295005">
      <w:bodyDiv w:val="1"/>
      <w:marLeft w:val="0"/>
      <w:marRight w:val="0"/>
      <w:marTop w:val="0"/>
      <w:marBottom w:val="0"/>
      <w:divBdr>
        <w:top w:val="none" w:sz="0" w:space="0" w:color="auto"/>
        <w:left w:val="none" w:sz="0" w:space="0" w:color="auto"/>
        <w:bottom w:val="none" w:sz="0" w:space="0" w:color="auto"/>
        <w:right w:val="none" w:sz="0" w:space="0" w:color="auto"/>
      </w:divBdr>
    </w:div>
    <w:div w:id="1159999799">
      <w:bodyDiv w:val="1"/>
      <w:marLeft w:val="0"/>
      <w:marRight w:val="0"/>
      <w:marTop w:val="0"/>
      <w:marBottom w:val="0"/>
      <w:divBdr>
        <w:top w:val="none" w:sz="0" w:space="0" w:color="auto"/>
        <w:left w:val="none" w:sz="0" w:space="0" w:color="auto"/>
        <w:bottom w:val="none" w:sz="0" w:space="0" w:color="auto"/>
        <w:right w:val="none" w:sz="0" w:space="0" w:color="auto"/>
      </w:divBdr>
      <w:divsChild>
        <w:div w:id="111755570">
          <w:marLeft w:val="0"/>
          <w:marRight w:val="0"/>
          <w:marTop w:val="0"/>
          <w:marBottom w:val="0"/>
          <w:divBdr>
            <w:top w:val="none" w:sz="0" w:space="0" w:color="auto"/>
            <w:left w:val="none" w:sz="0" w:space="0" w:color="auto"/>
            <w:bottom w:val="none" w:sz="0" w:space="0" w:color="auto"/>
            <w:right w:val="none" w:sz="0" w:space="0" w:color="auto"/>
          </w:divBdr>
        </w:div>
        <w:div w:id="775104463">
          <w:marLeft w:val="0"/>
          <w:marRight w:val="0"/>
          <w:marTop w:val="0"/>
          <w:marBottom w:val="0"/>
          <w:divBdr>
            <w:top w:val="none" w:sz="0" w:space="0" w:color="auto"/>
            <w:left w:val="none" w:sz="0" w:space="0" w:color="auto"/>
            <w:bottom w:val="none" w:sz="0" w:space="0" w:color="auto"/>
            <w:right w:val="none" w:sz="0" w:space="0" w:color="auto"/>
          </w:divBdr>
        </w:div>
        <w:div w:id="1404254194">
          <w:marLeft w:val="0"/>
          <w:marRight w:val="0"/>
          <w:marTop w:val="0"/>
          <w:marBottom w:val="0"/>
          <w:divBdr>
            <w:top w:val="none" w:sz="0" w:space="0" w:color="auto"/>
            <w:left w:val="none" w:sz="0" w:space="0" w:color="auto"/>
            <w:bottom w:val="none" w:sz="0" w:space="0" w:color="auto"/>
            <w:right w:val="none" w:sz="0" w:space="0" w:color="auto"/>
          </w:divBdr>
        </w:div>
        <w:div w:id="1246304040">
          <w:marLeft w:val="0"/>
          <w:marRight w:val="0"/>
          <w:marTop w:val="0"/>
          <w:marBottom w:val="0"/>
          <w:divBdr>
            <w:top w:val="none" w:sz="0" w:space="0" w:color="auto"/>
            <w:left w:val="none" w:sz="0" w:space="0" w:color="auto"/>
            <w:bottom w:val="none" w:sz="0" w:space="0" w:color="auto"/>
            <w:right w:val="none" w:sz="0" w:space="0" w:color="auto"/>
          </w:divBdr>
        </w:div>
        <w:div w:id="1641883296">
          <w:marLeft w:val="0"/>
          <w:marRight w:val="0"/>
          <w:marTop w:val="0"/>
          <w:marBottom w:val="0"/>
          <w:divBdr>
            <w:top w:val="none" w:sz="0" w:space="0" w:color="auto"/>
            <w:left w:val="none" w:sz="0" w:space="0" w:color="auto"/>
            <w:bottom w:val="none" w:sz="0" w:space="0" w:color="auto"/>
            <w:right w:val="none" w:sz="0" w:space="0" w:color="auto"/>
          </w:divBdr>
        </w:div>
        <w:div w:id="1525434058">
          <w:marLeft w:val="0"/>
          <w:marRight w:val="0"/>
          <w:marTop w:val="0"/>
          <w:marBottom w:val="0"/>
          <w:divBdr>
            <w:top w:val="none" w:sz="0" w:space="0" w:color="auto"/>
            <w:left w:val="none" w:sz="0" w:space="0" w:color="auto"/>
            <w:bottom w:val="none" w:sz="0" w:space="0" w:color="auto"/>
            <w:right w:val="none" w:sz="0" w:space="0" w:color="auto"/>
          </w:divBdr>
        </w:div>
        <w:div w:id="1641497381">
          <w:marLeft w:val="0"/>
          <w:marRight w:val="0"/>
          <w:marTop w:val="0"/>
          <w:marBottom w:val="0"/>
          <w:divBdr>
            <w:top w:val="none" w:sz="0" w:space="0" w:color="auto"/>
            <w:left w:val="none" w:sz="0" w:space="0" w:color="auto"/>
            <w:bottom w:val="none" w:sz="0" w:space="0" w:color="auto"/>
            <w:right w:val="none" w:sz="0" w:space="0" w:color="auto"/>
          </w:divBdr>
        </w:div>
        <w:div w:id="246961163">
          <w:marLeft w:val="0"/>
          <w:marRight w:val="0"/>
          <w:marTop w:val="0"/>
          <w:marBottom w:val="0"/>
          <w:divBdr>
            <w:top w:val="none" w:sz="0" w:space="0" w:color="auto"/>
            <w:left w:val="none" w:sz="0" w:space="0" w:color="auto"/>
            <w:bottom w:val="none" w:sz="0" w:space="0" w:color="auto"/>
            <w:right w:val="none" w:sz="0" w:space="0" w:color="auto"/>
          </w:divBdr>
        </w:div>
        <w:div w:id="1075979778">
          <w:marLeft w:val="0"/>
          <w:marRight w:val="0"/>
          <w:marTop w:val="0"/>
          <w:marBottom w:val="0"/>
          <w:divBdr>
            <w:top w:val="none" w:sz="0" w:space="0" w:color="auto"/>
            <w:left w:val="none" w:sz="0" w:space="0" w:color="auto"/>
            <w:bottom w:val="none" w:sz="0" w:space="0" w:color="auto"/>
            <w:right w:val="none" w:sz="0" w:space="0" w:color="auto"/>
          </w:divBdr>
        </w:div>
        <w:div w:id="910697138">
          <w:marLeft w:val="0"/>
          <w:marRight w:val="0"/>
          <w:marTop w:val="0"/>
          <w:marBottom w:val="0"/>
          <w:divBdr>
            <w:top w:val="none" w:sz="0" w:space="0" w:color="auto"/>
            <w:left w:val="none" w:sz="0" w:space="0" w:color="auto"/>
            <w:bottom w:val="none" w:sz="0" w:space="0" w:color="auto"/>
            <w:right w:val="none" w:sz="0" w:space="0" w:color="auto"/>
          </w:divBdr>
        </w:div>
        <w:div w:id="351876791">
          <w:marLeft w:val="0"/>
          <w:marRight w:val="0"/>
          <w:marTop w:val="0"/>
          <w:marBottom w:val="0"/>
          <w:divBdr>
            <w:top w:val="none" w:sz="0" w:space="0" w:color="auto"/>
            <w:left w:val="none" w:sz="0" w:space="0" w:color="auto"/>
            <w:bottom w:val="none" w:sz="0" w:space="0" w:color="auto"/>
            <w:right w:val="none" w:sz="0" w:space="0" w:color="auto"/>
          </w:divBdr>
        </w:div>
        <w:div w:id="861549329">
          <w:marLeft w:val="0"/>
          <w:marRight w:val="0"/>
          <w:marTop w:val="0"/>
          <w:marBottom w:val="0"/>
          <w:divBdr>
            <w:top w:val="none" w:sz="0" w:space="0" w:color="auto"/>
            <w:left w:val="none" w:sz="0" w:space="0" w:color="auto"/>
            <w:bottom w:val="none" w:sz="0" w:space="0" w:color="auto"/>
            <w:right w:val="none" w:sz="0" w:space="0" w:color="auto"/>
          </w:divBdr>
        </w:div>
        <w:div w:id="616066689">
          <w:marLeft w:val="0"/>
          <w:marRight w:val="0"/>
          <w:marTop w:val="0"/>
          <w:marBottom w:val="0"/>
          <w:divBdr>
            <w:top w:val="none" w:sz="0" w:space="0" w:color="auto"/>
            <w:left w:val="none" w:sz="0" w:space="0" w:color="auto"/>
            <w:bottom w:val="none" w:sz="0" w:space="0" w:color="auto"/>
            <w:right w:val="none" w:sz="0" w:space="0" w:color="auto"/>
          </w:divBdr>
        </w:div>
        <w:div w:id="1744179122">
          <w:marLeft w:val="0"/>
          <w:marRight w:val="0"/>
          <w:marTop w:val="0"/>
          <w:marBottom w:val="0"/>
          <w:divBdr>
            <w:top w:val="none" w:sz="0" w:space="0" w:color="auto"/>
            <w:left w:val="none" w:sz="0" w:space="0" w:color="auto"/>
            <w:bottom w:val="none" w:sz="0" w:space="0" w:color="auto"/>
            <w:right w:val="none" w:sz="0" w:space="0" w:color="auto"/>
          </w:divBdr>
        </w:div>
        <w:div w:id="550577358">
          <w:marLeft w:val="0"/>
          <w:marRight w:val="0"/>
          <w:marTop w:val="0"/>
          <w:marBottom w:val="0"/>
          <w:divBdr>
            <w:top w:val="none" w:sz="0" w:space="0" w:color="auto"/>
            <w:left w:val="none" w:sz="0" w:space="0" w:color="auto"/>
            <w:bottom w:val="none" w:sz="0" w:space="0" w:color="auto"/>
            <w:right w:val="none" w:sz="0" w:space="0" w:color="auto"/>
          </w:divBdr>
        </w:div>
        <w:div w:id="2068144026">
          <w:marLeft w:val="0"/>
          <w:marRight w:val="0"/>
          <w:marTop w:val="0"/>
          <w:marBottom w:val="0"/>
          <w:divBdr>
            <w:top w:val="none" w:sz="0" w:space="0" w:color="auto"/>
            <w:left w:val="none" w:sz="0" w:space="0" w:color="auto"/>
            <w:bottom w:val="none" w:sz="0" w:space="0" w:color="auto"/>
            <w:right w:val="none" w:sz="0" w:space="0" w:color="auto"/>
          </w:divBdr>
        </w:div>
        <w:div w:id="1012756181">
          <w:marLeft w:val="0"/>
          <w:marRight w:val="0"/>
          <w:marTop w:val="0"/>
          <w:marBottom w:val="0"/>
          <w:divBdr>
            <w:top w:val="none" w:sz="0" w:space="0" w:color="auto"/>
            <w:left w:val="none" w:sz="0" w:space="0" w:color="auto"/>
            <w:bottom w:val="none" w:sz="0" w:space="0" w:color="auto"/>
            <w:right w:val="none" w:sz="0" w:space="0" w:color="auto"/>
          </w:divBdr>
        </w:div>
        <w:div w:id="417337667">
          <w:marLeft w:val="0"/>
          <w:marRight w:val="0"/>
          <w:marTop w:val="0"/>
          <w:marBottom w:val="0"/>
          <w:divBdr>
            <w:top w:val="none" w:sz="0" w:space="0" w:color="auto"/>
            <w:left w:val="none" w:sz="0" w:space="0" w:color="auto"/>
            <w:bottom w:val="none" w:sz="0" w:space="0" w:color="auto"/>
            <w:right w:val="none" w:sz="0" w:space="0" w:color="auto"/>
          </w:divBdr>
        </w:div>
        <w:div w:id="1155730664">
          <w:marLeft w:val="0"/>
          <w:marRight w:val="0"/>
          <w:marTop w:val="0"/>
          <w:marBottom w:val="0"/>
          <w:divBdr>
            <w:top w:val="none" w:sz="0" w:space="0" w:color="auto"/>
            <w:left w:val="none" w:sz="0" w:space="0" w:color="auto"/>
            <w:bottom w:val="none" w:sz="0" w:space="0" w:color="auto"/>
            <w:right w:val="none" w:sz="0" w:space="0" w:color="auto"/>
          </w:divBdr>
        </w:div>
        <w:div w:id="784080435">
          <w:marLeft w:val="0"/>
          <w:marRight w:val="0"/>
          <w:marTop w:val="0"/>
          <w:marBottom w:val="0"/>
          <w:divBdr>
            <w:top w:val="none" w:sz="0" w:space="0" w:color="auto"/>
            <w:left w:val="none" w:sz="0" w:space="0" w:color="auto"/>
            <w:bottom w:val="none" w:sz="0" w:space="0" w:color="auto"/>
            <w:right w:val="none" w:sz="0" w:space="0" w:color="auto"/>
          </w:divBdr>
        </w:div>
        <w:div w:id="691416543">
          <w:marLeft w:val="0"/>
          <w:marRight w:val="0"/>
          <w:marTop w:val="0"/>
          <w:marBottom w:val="0"/>
          <w:divBdr>
            <w:top w:val="none" w:sz="0" w:space="0" w:color="auto"/>
            <w:left w:val="none" w:sz="0" w:space="0" w:color="auto"/>
            <w:bottom w:val="none" w:sz="0" w:space="0" w:color="auto"/>
            <w:right w:val="none" w:sz="0" w:space="0" w:color="auto"/>
          </w:divBdr>
        </w:div>
        <w:div w:id="1474711367">
          <w:marLeft w:val="0"/>
          <w:marRight w:val="0"/>
          <w:marTop w:val="0"/>
          <w:marBottom w:val="0"/>
          <w:divBdr>
            <w:top w:val="none" w:sz="0" w:space="0" w:color="auto"/>
            <w:left w:val="none" w:sz="0" w:space="0" w:color="auto"/>
            <w:bottom w:val="none" w:sz="0" w:space="0" w:color="auto"/>
            <w:right w:val="none" w:sz="0" w:space="0" w:color="auto"/>
          </w:divBdr>
        </w:div>
        <w:div w:id="1715810850">
          <w:marLeft w:val="0"/>
          <w:marRight w:val="0"/>
          <w:marTop w:val="0"/>
          <w:marBottom w:val="0"/>
          <w:divBdr>
            <w:top w:val="none" w:sz="0" w:space="0" w:color="auto"/>
            <w:left w:val="none" w:sz="0" w:space="0" w:color="auto"/>
            <w:bottom w:val="none" w:sz="0" w:space="0" w:color="auto"/>
            <w:right w:val="none" w:sz="0" w:space="0" w:color="auto"/>
          </w:divBdr>
        </w:div>
        <w:div w:id="1799760656">
          <w:marLeft w:val="0"/>
          <w:marRight w:val="0"/>
          <w:marTop w:val="0"/>
          <w:marBottom w:val="0"/>
          <w:divBdr>
            <w:top w:val="none" w:sz="0" w:space="0" w:color="auto"/>
            <w:left w:val="none" w:sz="0" w:space="0" w:color="auto"/>
            <w:bottom w:val="none" w:sz="0" w:space="0" w:color="auto"/>
            <w:right w:val="none" w:sz="0" w:space="0" w:color="auto"/>
          </w:divBdr>
        </w:div>
        <w:div w:id="475223074">
          <w:marLeft w:val="0"/>
          <w:marRight w:val="0"/>
          <w:marTop w:val="0"/>
          <w:marBottom w:val="0"/>
          <w:divBdr>
            <w:top w:val="none" w:sz="0" w:space="0" w:color="auto"/>
            <w:left w:val="none" w:sz="0" w:space="0" w:color="auto"/>
            <w:bottom w:val="none" w:sz="0" w:space="0" w:color="auto"/>
            <w:right w:val="none" w:sz="0" w:space="0" w:color="auto"/>
          </w:divBdr>
        </w:div>
        <w:div w:id="1130903265">
          <w:marLeft w:val="0"/>
          <w:marRight w:val="0"/>
          <w:marTop w:val="0"/>
          <w:marBottom w:val="0"/>
          <w:divBdr>
            <w:top w:val="none" w:sz="0" w:space="0" w:color="auto"/>
            <w:left w:val="none" w:sz="0" w:space="0" w:color="auto"/>
            <w:bottom w:val="none" w:sz="0" w:space="0" w:color="auto"/>
            <w:right w:val="none" w:sz="0" w:space="0" w:color="auto"/>
          </w:divBdr>
        </w:div>
        <w:div w:id="1578590492">
          <w:marLeft w:val="0"/>
          <w:marRight w:val="0"/>
          <w:marTop w:val="0"/>
          <w:marBottom w:val="0"/>
          <w:divBdr>
            <w:top w:val="none" w:sz="0" w:space="0" w:color="auto"/>
            <w:left w:val="none" w:sz="0" w:space="0" w:color="auto"/>
            <w:bottom w:val="none" w:sz="0" w:space="0" w:color="auto"/>
            <w:right w:val="none" w:sz="0" w:space="0" w:color="auto"/>
          </w:divBdr>
        </w:div>
        <w:div w:id="587348655">
          <w:marLeft w:val="0"/>
          <w:marRight w:val="0"/>
          <w:marTop w:val="0"/>
          <w:marBottom w:val="0"/>
          <w:divBdr>
            <w:top w:val="none" w:sz="0" w:space="0" w:color="auto"/>
            <w:left w:val="none" w:sz="0" w:space="0" w:color="auto"/>
            <w:bottom w:val="none" w:sz="0" w:space="0" w:color="auto"/>
            <w:right w:val="none" w:sz="0" w:space="0" w:color="auto"/>
          </w:divBdr>
        </w:div>
        <w:div w:id="1990090825">
          <w:marLeft w:val="0"/>
          <w:marRight w:val="0"/>
          <w:marTop w:val="0"/>
          <w:marBottom w:val="0"/>
          <w:divBdr>
            <w:top w:val="none" w:sz="0" w:space="0" w:color="auto"/>
            <w:left w:val="none" w:sz="0" w:space="0" w:color="auto"/>
            <w:bottom w:val="none" w:sz="0" w:space="0" w:color="auto"/>
            <w:right w:val="none" w:sz="0" w:space="0" w:color="auto"/>
          </w:divBdr>
        </w:div>
        <w:div w:id="1827819095">
          <w:marLeft w:val="0"/>
          <w:marRight w:val="0"/>
          <w:marTop w:val="0"/>
          <w:marBottom w:val="0"/>
          <w:divBdr>
            <w:top w:val="none" w:sz="0" w:space="0" w:color="auto"/>
            <w:left w:val="none" w:sz="0" w:space="0" w:color="auto"/>
            <w:bottom w:val="none" w:sz="0" w:space="0" w:color="auto"/>
            <w:right w:val="none" w:sz="0" w:space="0" w:color="auto"/>
          </w:divBdr>
        </w:div>
        <w:div w:id="1897621684">
          <w:marLeft w:val="0"/>
          <w:marRight w:val="0"/>
          <w:marTop w:val="0"/>
          <w:marBottom w:val="0"/>
          <w:divBdr>
            <w:top w:val="none" w:sz="0" w:space="0" w:color="auto"/>
            <w:left w:val="none" w:sz="0" w:space="0" w:color="auto"/>
            <w:bottom w:val="none" w:sz="0" w:space="0" w:color="auto"/>
            <w:right w:val="none" w:sz="0" w:space="0" w:color="auto"/>
          </w:divBdr>
        </w:div>
        <w:div w:id="2061779513">
          <w:marLeft w:val="0"/>
          <w:marRight w:val="0"/>
          <w:marTop w:val="0"/>
          <w:marBottom w:val="0"/>
          <w:divBdr>
            <w:top w:val="none" w:sz="0" w:space="0" w:color="auto"/>
            <w:left w:val="none" w:sz="0" w:space="0" w:color="auto"/>
            <w:bottom w:val="none" w:sz="0" w:space="0" w:color="auto"/>
            <w:right w:val="none" w:sz="0" w:space="0" w:color="auto"/>
          </w:divBdr>
        </w:div>
        <w:div w:id="258871569">
          <w:marLeft w:val="0"/>
          <w:marRight w:val="0"/>
          <w:marTop w:val="0"/>
          <w:marBottom w:val="0"/>
          <w:divBdr>
            <w:top w:val="none" w:sz="0" w:space="0" w:color="auto"/>
            <w:left w:val="none" w:sz="0" w:space="0" w:color="auto"/>
            <w:bottom w:val="none" w:sz="0" w:space="0" w:color="auto"/>
            <w:right w:val="none" w:sz="0" w:space="0" w:color="auto"/>
          </w:divBdr>
        </w:div>
        <w:div w:id="1062942058">
          <w:marLeft w:val="0"/>
          <w:marRight w:val="0"/>
          <w:marTop w:val="0"/>
          <w:marBottom w:val="0"/>
          <w:divBdr>
            <w:top w:val="none" w:sz="0" w:space="0" w:color="auto"/>
            <w:left w:val="none" w:sz="0" w:space="0" w:color="auto"/>
            <w:bottom w:val="none" w:sz="0" w:space="0" w:color="auto"/>
            <w:right w:val="none" w:sz="0" w:space="0" w:color="auto"/>
          </w:divBdr>
        </w:div>
        <w:div w:id="1012414504">
          <w:marLeft w:val="0"/>
          <w:marRight w:val="0"/>
          <w:marTop w:val="0"/>
          <w:marBottom w:val="0"/>
          <w:divBdr>
            <w:top w:val="none" w:sz="0" w:space="0" w:color="auto"/>
            <w:left w:val="none" w:sz="0" w:space="0" w:color="auto"/>
            <w:bottom w:val="none" w:sz="0" w:space="0" w:color="auto"/>
            <w:right w:val="none" w:sz="0" w:space="0" w:color="auto"/>
          </w:divBdr>
        </w:div>
        <w:div w:id="1751998519">
          <w:marLeft w:val="0"/>
          <w:marRight w:val="0"/>
          <w:marTop w:val="0"/>
          <w:marBottom w:val="0"/>
          <w:divBdr>
            <w:top w:val="none" w:sz="0" w:space="0" w:color="auto"/>
            <w:left w:val="none" w:sz="0" w:space="0" w:color="auto"/>
            <w:bottom w:val="none" w:sz="0" w:space="0" w:color="auto"/>
            <w:right w:val="none" w:sz="0" w:space="0" w:color="auto"/>
          </w:divBdr>
        </w:div>
      </w:divsChild>
    </w:div>
    <w:div w:id="1214390334">
      <w:bodyDiv w:val="1"/>
      <w:marLeft w:val="0"/>
      <w:marRight w:val="0"/>
      <w:marTop w:val="0"/>
      <w:marBottom w:val="0"/>
      <w:divBdr>
        <w:top w:val="none" w:sz="0" w:space="0" w:color="auto"/>
        <w:left w:val="none" w:sz="0" w:space="0" w:color="auto"/>
        <w:bottom w:val="none" w:sz="0" w:space="0" w:color="auto"/>
        <w:right w:val="none" w:sz="0" w:space="0" w:color="auto"/>
      </w:divBdr>
    </w:div>
    <w:div w:id="1731079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sova-center.ru/racism-xenophobia/news/counteraction/2024/04/d49683/" TargetMode="External"/><Relationship Id="rId13" Type="http://schemas.openxmlformats.org/officeDocument/2006/relationships/hyperlink" Target="https://www.sova-center.ru/racism-xenophobia/news/counteraction/2024/07/d50064/" TargetMode="External"/><Relationship Id="rId18" Type="http://schemas.openxmlformats.org/officeDocument/2006/relationships/hyperlink" Target="https://www.sova-center.ru/racism-xenophobia/news/counteraction/2024/09/d50425/" TargetMode="External"/><Relationship Id="rId26" Type="http://schemas.openxmlformats.org/officeDocument/2006/relationships/hyperlink" Target="https://www.sova-center.ru/racism-xenophobia/docs/2022/01/d45616/" TargetMode="External"/><Relationship Id="rId3" Type="http://schemas.openxmlformats.org/officeDocument/2006/relationships/styles" Target="styles.xml"/><Relationship Id="rId21" Type="http://schemas.openxmlformats.org/officeDocument/2006/relationships/hyperlink" Target="https://www.sova-center.ru/racism-xenophobia/news/counteraction/2024/10/d50597/" TargetMode="External"/><Relationship Id="rId34" Type="http://schemas.openxmlformats.org/officeDocument/2006/relationships/theme" Target="theme/theme1.xml"/><Relationship Id="rId7" Type="http://schemas.openxmlformats.org/officeDocument/2006/relationships/hyperlink" Target="https://www.sova-center.ru/racism-xenophobia/news/counteraction/2024/03/d49447/" TargetMode="External"/><Relationship Id="rId12" Type="http://schemas.openxmlformats.org/officeDocument/2006/relationships/hyperlink" Target="https://www.sova-center.ru/racism-xenophobia/news/counteraction/2024/06/d50006/" TargetMode="External"/><Relationship Id="rId17" Type="http://schemas.openxmlformats.org/officeDocument/2006/relationships/hyperlink" Target="https://www.sova-center.ru/racism-xenophobia/news/counteraction/2024/08/d50337/" TargetMode="External"/><Relationship Id="rId25" Type="http://schemas.openxmlformats.org/officeDocument/2006/relationships/hyperlink" Target="https://www.sova-center.ru/racism-xenophobia/docs/2022/01/d4561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ova-center.ru/racism-xenophobia/news/counteraction/2024/08/d50289/" TargetMode="External"/><Relationship Id="rId20" Type="http://schemas.openxmlformats.org/officeDocument/2006/relationships/hyperlink" Target="https://www.sova-center.ru/racism-xenophobia/news/counteraction/2024/10/d50597/" TargetMode="External"/><Relationship Id="rId29" Type="http://schemas.openxmlformats.org/officeDocument/2006/relationships/hyperlink" Target="https://www.sova-center.ru/racism-xenophobia/news/counteraction/2025/02/d51101/" TargetMode="External"/><Relationship Id="rId1" Type="http://schemas.openxmlformats.org/officeDocument/2006/relationships/customXml" Target="../customXml/item1.xml"/><Relationship Id="rId6" Type="http://schemas.openxmlformats.org/officeDocument/2006/relationships/hyperlink" Target="https://www.sova-center.ru/racism-xenophobia/news/counteraction/2024/01/d49158/" TargetMode="External"/><Relationship Id="rId11" Type="http://schemas.openxmlformats.org/officeDocument/2006/relationships/hyperlink" Target="https://www.sova-center.ru/racism-xenophobia/news/counteraction/2024/05/d49831/" TargetMode="External"/><Relationship Id="rId24" Type="http://schemas.openxmlformats.org/officeDocument/2006/relationships/hyperlink" Target="https://www.sova-center.ru/racism-xenophobia/news/2024/11/d50719/" TargetMode="External"/><Relationship Id="rId32" Type="http://schemas.openxmlformats.org/officeDocument/2006/relationships/hyperlink" Target="https://www.sova-center.ru/racism-xenophobia/news/counteraction/2023/03/d47820/" TargetMode="External"/><Relationship Id="rId5" Type="http://schemas.openxmlformats.org/officeDocument/2006/relationships/webSettings" Target="webSettings.xml"/><Relationship Id="rId15" Type="http://schemas.openxmlformats.org/officeDocument/2006/relationships/hyperlink" Target="https://www.sova-center.ru/racism-xenophobia/news/counteraction/2024/08/d50233/" TargetMode="External"/><Relationship Id="rId23" Type="http://schemas.openxmlformats.org/officeDocument/2006/relationships/hyperlink" Target="https://www.sova-center.ru/racism-xenophobia/news/counteraction/2024/11/d50718/" TargetMode="External"/><Relationship Id="rId28" Type="http://schemas.openxmlformats.org/officeDocument/2006/relationships/hyperlink" Target="https://www.sova-center.ru/racism-xenophobia/news/counteraction/2025/02/d51036/" TargetMode="External"/><Relationship Id="rId10" Type="http://schemas.openxmlformats.org/officeDocument/2006/relationships/hyperlink" Target="https://www.sova-center.ru/racism-xenophobia/news/counteraction/2024/05/d49755/" TargetMode="External"/><Relationship Id="rId19" Type="http://schemas.openxmlformats.org/officeDocument/2006/relationships/hyperlink" Target="https://www.sova-center.ru/racism-xenophobia/news/counteraction/2024/10/d50566/" TargetMode="External"/><Relationship Id="rId31" Type="http://schemas.openxmlformats.org/officeDocument/2006/relationships/hyperlink" Target="https://www.sova-center.ru/racism-xenophobia/news/counteraction/2024/05/d49882/" TargetMode="External"/><Relationship Id="rId4" Type="http://schemas.openxmlformats.org/officeDocument/2006/relationships/settings" Target="settings.xml"/><Relationship Id="rId9" Type="http://schemas.openxmlformats.org/officeDocument/2006/relationships/hyperlink" Target="https://www.sova-center.ru/racism-xenophobia/news/counteraction/2024/04/d49739/" TargetMode="External"/><Relationship Id="rId14" Type="http://schemas.openxmlformats.org/officeDocument/2006/relationships/hyperlink" Target="https://www.sova-center.ru/racism-xenophobia/docs/2022/01/d45616/" TargetMode="External"/><Relationship Id="rId22" Type="http://schemas.openxmlformats.org/officeDocument/2006/relationships/hyperlink" Target="https://www.sova-center.ru/racism-xenophobia/docs/2022/01/d45616/" TargetMode="External"/><Relationship Id="rId27" Type="http://schemas.openxmlformats.org/officeDocument/2006/relationships/hyperlink" Target="https://www.sova-center.ru/racism-xenophobia/news/counteraction/2025/02/d51020/" TargetMode="External"/><Relationship Id="rId30" Type="http://schemas.openxmlformats.org/officeDocument/2006/relationships/hyperlink" Target="https://www.sova-center.ru/racism-xenophobia/news/counteraction/2025/02/d51101/" TargetMode="Externa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1053</Pages>
  <Words>252654</Words>
  <Characters>1440129</Characters>
  <Application>Microsoft Office Word</Application>
  <DocSecurity>0</DocSecurity>
  <Lines>12001</Lines>
  <Paragraphs>3378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1689405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6</cp:revision>
  <dcterms:created xsi:type="dcterms:W3CDTF">2013-12-23T23:15:00Z</dcterms:created>
  <dcterms:modified xsi:type="dcterms:W3CDTF">2025-03-21T11:20:00Z</dcterms:modified>
  <cp:category/>
</cp:coreProperties>
</file>